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Deeper Meaning of Quran 17 05 2015</w:t>
      </w:r>
    </w:p>
    <w:p>
      <w:r>
        <w:t>https://www.youtube.com/watch?v=_Cj6gds7nWI</w:t>
      </w:r>
    </w:p>
    <w:p>
      <w:r>
        <w:rPr>
          <w:b/>
        </w:rPr>
        <w:t xml:space="preserve">[00:21] </w:t>
      </w:r>
      <w:r>
        <w:t>Bismillah Rehman ur Rahim.</w:t>
      </w:r>
    </w:p>
    <w:p>
      <w:pPr>
        <w:jc w:val="right"/>
      </w:pPr>
      <w:r>
        <w:t>بسم اللہ الرحمن الرحیم۔</w:t>
      </w:r>
    </w:p>
    <w:p>
      <w:r>
        <w:rPr>
          <w:b/>
        </w:rPr>
        <w:t xml:space="preserve">[00:26] </w:t>
      </w:r>
      <w:r>
        <w:t>Wasalli Allahu ala Nabi al Kareem.</w:t>
      </w:r>
    </w:p>
    <w:p>
      <w:pPr>
        <w:jc w:val="right"/>
      </w:pPr>
      <w:r>
        <w:t>وصلی اللہ علی نبی الکریم۔</w:t>
      </w:r>
    </w:p>
    <w:p>
      <w:r>
        <w:rPr>
          <w:b/>
        </w:rPr>
        <w:t xml:space="preserve">[00:31] </w:t>
      </w:r>
      <w:r>
        <w:t>Rab ishrah li sadri wa yassir li amri, wah al uqdatan min lisani yafqahu qawli.</w:t>
      </w:r>
    </w:p>
    <w:p>
      <w:pPr>
        <w:jc w:val="right"/>
      </w:pPr>
      <w:r>
        <w:t>رب اشرح لی صدری ویسر لی امری، واحل العقدۃ من لسانی یفقہ قولی۔</w:t>
      </w:r>
    </w:p>
    <w:p>
      <w:r>
        <w:rPr>
          <w:b/>
        </w:rPr>
        <w:t xml:space="preserve">[00:37] </w:t>
      </w:r>
      <w:r>
        <w:t>Sitarah May do hazar pandrah.</w:t>
      </w:r>
    </w:p>
    <w:p>
      <w:pPr>
        <w:jc w:val="right"/>
      </w:pPr>
      <w:r>
        <w:t>سترہ مئی دو ہزار پندرہ۔</w:t>
      </w:r>
    </w:p>
    <w:p>
      <w:r>
        <w:rPr>
          <w:b/>
        </w:rPr>
        <w:t xml:space="preserve">[00:42] </w:t>
      </w:r>
      <w:r>
        <w:t>Aap jantay hain ke Hadees ki chah kitabon ko Sahah kaha jata hai.</w:t>
      </w:r>
    </w:p>
    <w:p>
      <w:pPr>
        <w:jc w:val="right"/>
      </w:pPr>
      <w:r>
        <w:t>آپ جانتے ہیں کہ حدیث کی چھ کتابوں کو صحاح کہا جاتا ہے۔</w:t>
      </w:r>
    </w:p>
    <w:p>
      <w:r>
        <w:rPr>
          <w:b/>
        </w:rPr>
        <w:t xml:space="preserve">[00:48] </w:t>
      </w:r>
      <w:r>
        <w:t>In mein say aik hai al Tirmidhi.</w:t>
      </w:r>
    </w:p>
    <w:p>
      <w:pPr>
        <w:jc w:val="right"/>
      </w:pPr>
      <w:r>
        <w:t>ان میں سے ایک ہے الترمذی۔</w:t>
      </w:r>
    </w:p>
    <w:p>
      <w:r>
        <w:rPr>
          <w:b/>
        </w:rPr>
        <w:t xml:space="preserve">[00:53] </w:t>
      </w:r>
      <w:r>
        <w:t>To Tirmidhi mein aik Hadees aayi hai jo is kay Fazil al Quran kay bab mein hai.</w:t>
      </w:r>
    </w:p>
    <w:p>
      <w:pPr>
        <w:jc w:val="right"/>
      </w:pPr>
      <w:r>
        <w:t>تو ترمذی میں ایک حدیث آئی ہے جو اس کے فاضل القرآن کے باب میں ہے۔</w:t>
      </w:r>
    </w:p>
    <w:p>
      <w:r>
        <w:rPr>
          <w:b/>
        </w:rPr>
        <w:t xml:space="preserve">[00:59] </w:t>
      </w:r>
      <w:r>
        <w:t>Yeh Hadees lambi hai.</w:t>
      </w:r>
    </w:p>
    <w:p>
      <w:pPr>
        <w:jc w:val="right"/>
      </w:pPr>
      <w:r>
        <w:t>یہ حدیث لمبی ہے۔</w:t>
      </w:r>
    </w:p>
    <w:p>
      <w:r>
        <w:rPr>
          <w:b/>
        </w:rPr>
        <w:t xml:space="preserve">[01:04] </w:t>
      </w:r>
      <w:r>
        <w:t>Is mein aik lafz yeh hai Quran kay baray mein: la tanqazi ajaibuhu.</w:t>
      </w:r>
    </w:p>
    <w:p>
      <w:pPr>
        <w:jc w:val="right"/>
      </w:pPr>
      <w:r>
        <w:t>اس میں ایک لفظ یہ ہے قرآن کے بارے میں: لا تنقضی عجائبه ۔</w:t>
      </w:r>
    </w:p>
    <w:p>
      <w:r>
        <w:rPr>
          <w:b/>
        </w:rPr>
        <w:t xml:space="preserve">[01:10] </w:t>
      </w:r>
      <w:r>
        <w:t>Yaani Quran kay ajaib kabhi khatam na hon gay.</w:t>
      </w:r>
    </w:p>
    <w:p>
      <w:pPr>
        <w:jc w:val="right"/>
      </w:pPr>
      <w:r>
        <w:t>یعنی قرآن کے عجائب کبھی ختم نہ ہوں گے۔</w:t>
      </w:r>
    </w:p>
    <w:p>
      <w:r>
        <w:rPr>
          <w:b/>
        </w:rPr>
        <w:t xml:space="preserve">[01:15] </w:t>
      </w:r>
      <w:r>
        <w:t>To chounkay is mein ajaib ka lafz hai aur is ko gharaib maani mein le letay hain log,</w:t>
      </w:r>
    </w:p>
    <w:p>
      <w:pPr>
        <w:jc w:val="right"/>
      </w:pPr>
      <w:r>
        <w:t>تو چونکہ اس میں عجائب کا لفظ ہے اور اس کو غرائب معنی میں لے لیتے ہیں لوگ،</w:t>
      </w:r>
    </w:p>
    <w:p>
      <w:r>
        <w:rPr>
          <w:b/>
        </w:rPr>
        <w:t xml:space="preserve">[01:21] </w:t>
      </w:r>
      <w:r>
        <w:t>sharon mein ziyada tar ajaib maani gharaib, to bas samajhtay hain koi nawadir, koi karishmay ki baatein.</w:t>
      </w:r>
    </w:p>
    <w:p>
      <w:pPr>
        <w:jc w:val="right"/>
      </w:pPr>
      <w:r>
        <w:t>شرحوں میں زیادہ تر عجائب معنی غرائب، تو بس سمجھتے ہیں کوئی نوادر، کوئی کرشمے کی باتیں۔</w:t>
      </w:r>
    </w:p>
    <w:p>
      <w:r>
        <w:rPr>
          <w:b/>
        </w:rPr>
        <w:t xml:space="preserve">[01:26] </w:t>
      </w:r>
      <w:r>
        <w:t>Aisa nahi hai.</w:t>
      </w:r>
    </w:p>
    <w:p>
      <w:pPr>
        <w:jc w:val="right"/>
      </w:pPr>
      <w:r>
        <w:t>ایسا نہیں ہے۔</w:t>
      </w:r>
    </w:p>
    <w:p>
      <w:r>
        <w:rPr>
          <w:b/>
        </w:rPr>
        <w:t xml:space="preserve">[01:32] </w:t>
      </w:r>
      <w:r>
        <w:t>Matlab hi wisdom ki baatein, nai nai creative baatein, nay nay aspect deen kay, yeh murad hai is say.</w:t>
      </w:r>
    </w:p>
    <w:p>
      <w:pPr>
        <w:jc w:val="right"/>
      </w:pPr>
      <w:r>
        <w:t>مطلب ہی wisdom کی باتیں، نئی نئی creative باتیں، نئے نئے aspect دین کے، یہ مراد ہے اس سے۔</w:t>
      </w:r>
    </w:p>
    <w:p>
      <w:r>
        <w:rPr>
          <w:b/>
        </w:rPr>
        <w:t xml:space="preserve">[01:37] </w:t>
      </w:r>
      <w:r>
        <w:t>To mein aksar is Hadees ko lay kar sochta rehta hoon chounkay is say Quran kay nay nay</w:t>
      </w:r>
    </w:p>
    <w:p>
      <w:pPr>
        <w:jc w:val="right"/>
      </w:pPr>
      <w:r>
        <w:t>تو میں اکثر اس حدیث کو لے کر سوچتا رہتا ہوں کیونکہ اس سے قرآن کے نئے نئے</w:t>
      </w:r>
    </w:p>
    <w:p>
      <w:r>
        <w:rPr>
          <w:b/>
        </w:rPr>
        <w:t xml:space="preserve">[01:43] </w:t>
      </w:r>
      <w:r>
        <w:t>pehlu maloom hotay hain.</w:t>
      </w:r>
    </w:p>
    <w:p>
      <w:pPr>
        <w:jc w:val="right"/>
      </w:pPr>
      <w:r>
        <w:t>پہلو معلوم ہوتے ہیں۔</w:t>
      </w:r>
    </w:p>
    <w:p>
      <w:r>
        <w:rPr>
          <w:b/>
        </w:rPr>
        <w:t xml:space="preserve">[01:48] </w:t>
      </w:r>
      <w:r>
        <w:t>Aur jab aap Quran kay nay pehlu daryaft karein to Quran par aap ka yaqeen bohat barh jata hai.</w:t>
      </w:r>
    </w:p>
    <w:p>
      <w:pPr>
        <w:jc w:val="right"/>
      </w:pPr>
      <w:r>
        <w:t>اور جب آپ قرآن کے نئے پہلو دریافت کریں تو قرآن پر آپ کا یقین بہت بڑھ جاتا ہے۔</w:t>
      </w:r>
    </w:p>
    <w:p>
      <w:r>
        <w:rPr>
          <w:b/>
        </w:rPr>
        <w:t xml:space="preserve">[01:54] </w:t>
      </w:r>
      <w:r>
        <w:t>Aur jab yaqeen barhay ga Quran say to zahir hai ke Quran say taluq barhay ga, Allah say</w:t>
      </w:r>
    </w:p>
    <w:p>
      <w:pPr>
        <w:jc w:val="right"/>
      </w:pPr>
      <w:r>
        <w:t>اور جب یقین بڑھے گا قرآن سے تو ظاہر ہے کہ قرآن سے تعلق بڑھے گا، اللہ سے</w:t>
      </w:r>
    </w:p>
    <w:p>
      <w:r>
        <w:rPr>
          <w:b/>
        </w:rPr>
        <w:t xml:space="preserve">[01:59] </w:t>
      </w:r>
      <w:r>
        <w:t>taluq badhega, peghambar se taluq badhega, yeh sab hoga.</w:t>
      </w:r>
    </w:p>
    <w:p>
      <w:pPr>
        <w:jc w:val="right"/>
      </w:pPr>
      <w:r>
        <w:t>تعلق بڑھے گا، پیغمبر سے تعلق بڑھے گا، یہ سب ہوگا۔</w:t>
      </w:r>
    </w:p>
    <w:p>
      <w:r>
        <w:rPr>
          <w:b/>
        </w:rPr>
        <w:t xml:space="preserve">[02:05] </w:t>
      </w:r>
      <w:r>
        <w:t>to main samajhta hoon ke yeh jo hadith hai is ko bohat mehdood maani mein liya gaya hai</w:t>
      </w:r>
    </w:p>
    <w:p>
      <w:pPr>
        <w:jc w:val="right"/>
      </w:pPr>
      <w:r>
        <w:t>تو میں سمجھتا ہوں کہ یہ جو حدیث ہے اس کو بہت محدود معنی میں لیا گیا ہے</w:t>
      </w:r>
    </w:p>
    <w:p>
      <w:r>
        <w:rPr>
          <w:b/>
        </w:rPr>
        <w:t xml:space="preserve">[02:10] </w:t>
      </w:r>
      <w:r>
        <w:t>halankeh is ke maani bohat wasee hain.</w:t>
      </w:r>
    </w:p>
    <w:p>
      <w:pPr>
        <w:jc w:val="right"/>
      </w:pPr>
      <w:r>
        <w:t>حالانکہ اس کے معنی بہت وسیع ہیں۔</w:t>
      </w:r>
    </w:p>
    <w:p>
      <w:r>
        <w:rPr>
          <w:b/>
        </w:rPr>
        <w:t xml:space="preserve">[02:16] </w:t>
      </w:r>
      <w:r>
        <w:t>misalan aaj main soch raha tha to mere saamne yeh baat aayi ke is hadith mein agarche baat</w:t>
      </w:r>
    </w:p>
    <w:p>
      <w:pPr>
        <w:jc w:val="right"/>
      </w:pPr>
      <w:r>
        <w:t>مثلاً آج میں سوچ رہا تھا تو میرے سامنے یہ بات آئی کہ اس حدیث میں اگرچہ بات</w:t>
      </w:r>
    </w:p>
    <w:p>
      <w:r>
        <w:rPr>
          <w:b/>
        </w:rPr>
        <w:t xml:space="preserve">[02:21] </w:t>
      </w:r>
      <w:r>
        <w:t>kahi hai quran ke bare mein lekin khud hadith ke bare mein yeh sahih hai.</w:t>
      </w:r>
    </w:p>
    <w:p>
      <w:pPr>
        <w:jc w:val="right"/>
      </w:pPr>
      <w:r>
        <w:t>کہی ہے قرآن کے بارے میں لیکن خود حدیث کے بارے میں یہ صحیح ہے۔</w:t>
      </w:r>
    </w:p>
    <w:p>
      <w:r>
        <w:rPr>
          <w:b/>
        </w:rPr>
        <w:t xml:space="preserve">[02:27] </w:t>
      </w:r>
      <w:r>
        <w:t>kyunke saare ulma mante hain ke quran aur hadith mein sirf itna hi farq hai ke quran wahi</w:t>
      </w:r>
    </w:p>
    <w:p>
      <w:pPr>
        <w:jc w:val="right"/>
      </w:pPr>
      <w:r>
        <w:t>کیونکہ سارے علماء مانتے ہیں کہ قرآن اور حدیث میں صرف اتنا ہی فرق ہے کہ قرآن وحی</w:t>
      </w:r>
    </w:p>
    <w:p>
      <w:r>
        <w:rPr>
          <w:b/>
        </w:rPr>
        <w:t xml:space="preserve">[02:32] </w:t>
      </w:r>
      <w:r>
        <w:t>matloob hai aur hadith wahi ghair matloob hai.</w:t>
      </w:r>
    </w:p>
    <w:p>
      <w:pPr>
        <w:jc w:val="right"/>
      </w:pPr>
      <w:r>
        <w:t>مطلوب ہے اور حدیث وحی غیر مطلوب ہے۔</w:t>
      </w:r>
    </w:p>
    <w:p>
      <w:r>
        <w:rPr>
          <w:b/>
        </w:rPr>
        <w:t xml:space="preserve">[02:38] </w:t>
      </w:r>
      <w:r>
        <w:t>itna hi farq hai.</w:t>
      </w:r>
    </w:p>
    <w:p>
      <w:pPr>
        <w:jc w:val="right"/>
      </w:pPr>
      <w:r>
        <w:t>اتنا ہی فرق ہے۔</w:t>
      </w:r>
    </w:p>
    <w:p>
      <w:r>
        <w:rPr>
          <w:b/>
        </w:rPr>
        <w:t xml:space="preserve">[02:43] </w:t>
      </w:r>
      <w:r>
        <w:t>to main samajhta hoon ke yeh banda bilkul sahih hoga ke agarche yeh baat quran ke bare mein</w:t>
      </w:r>
    </w:p>
    <w:p>
      <w:pPr>
        <w:jc w:val="right"/>
      </w:pPr>
      <w:r>
        <w:t>تو میں سمجھتا ہوں کہ یہ بانڈا بالکل صحیح ہوگا کہ اگرچہ یہ بات قرآن کے بارے میں</w:t>
      </w:r>
    </w:p>
    <w:p>
      <w:r>
        <w:rPr>
          <w:b/>
        </w:rPr>
        <w:t xml:space="preserve">[02:49] </w:t>
      </w:r>
      <w:r>
        <w:t>hai lekin woh hadith ke bare mein bhi sahih hai ke quran ki tarah hadith ke ajayeb bhi</w:t>
      </w:r>
    </w:p>
    <w:p>
      <w:pPr>
        <w:jc w:val="right"/>
      </w:pPr>
      <w:r>
        <w:t>ہے لیکن وہ حدیث کے بارے میں بھی صحیح ہے کہ قرآن کی طرح حدیث کے عجائب بھی</w:t>
      </w:r>
    </w:p>
    <w:p>
      <w:r>
        <w:rPr>
          <w:b/>
        </w:rPr>
        <w:t xml:space="preserve">[02:54] </w:t>
      </w:r>
      <w:r>
        <w:t>kabhi khatam na honge.</w:t>
      </w:r>
    </w:p>
    <w:p>
      <w:pPr>
        <w:jc w:val="right"/>
      </w:pPr>
      <w:r>
        <w:t>کبھی ختم نہ ہوں گے۔</w:t>
      </w:r>
    </w:p>
    <w:p>
      <w:r>
        <w:rPr>
          <w:b/>
        </w:rPr>
        <w:t xml:space="preserve">[03:00] </w:t>
      </w:r>
      <w:r>
        <w:t>ajayeb ka matlab wahi hai is ka wisdom, is ki baseerat ki baatein, is ke rehnuma usool daryaft</w:t>
      </w:r>
    </w:p>
    <w:p>
      <w:pPr>
        <w:jc w:val="right"/>
      </w:pPr>
      <w:r>
        <w:t>عجائب کا مطلب وہی ہے اس کا wisdom، اس کی بصیرت کی باتیں، اس کے رہنما اصول دریافت</w:t>
      </w:r>
    </w:p>
    <w:p>
      <w:r>
        <w:rPr>
          <w:b/>
        </w:rPr>
        <w:t xml:space="preserve">[03:05] </w:t>
      </w:r>
      <w:r>
        <w:t>hote rahenge.</w:t>
      </w:r>
    </w:p>
    <w:p>
      <w:pPr>
        <w:jc w:val="right"/>
      </w:pPr>
      <w:r>
        <w:t>ہوتے رہیں گے۔</w:t>
      </w:r>
    </w:p>
    <w:p>
      <w:r>
        <w:rPr>
          <w:b/>
        </w:rPr>
        <w:t xml:space="preserve">[03:11] </w:t>
      </w:r>
      <w:r>
        <w:t>misalan dekhein aaj main soch raha tha ek hadith ko le kar.</w:t>
      </w:r>
    </w:p>
    <w:p>
      <w:pPr>
        <w:jc w:val="right"/>
      </w:pPr>
      <w:r>
        <w:t>مثلاً دیکھیں آج میں سوچ رہا تھا ایک حدیث کو لے کر۔</w:t>
      </w:r>
    </w:p>
    <w:p>
      <w:r>
        <w:rPr>
          <w:b/>
        </w:rPr>
        <w:t xml:space="preserve">[03:16] </w:t>
      </w:r>
      <w:r>
        <w:t>ek hadith hai: ma lam yashkur al-nas lam yashkur Allah.</w:t>
      </w:r>
    </w:p>
    <w:p>
      <w:pPr>
        <w:jc w:val="right"/>
      </w:pPr>
      <w:r>
        <w:t>ایک حدیث ہے: ما لم يشكر الناس لم يشكر الله ۔</w:t>
      </w:r>
    </w:p>
    <w:p>
      <w:r>
        <w:rPr>
          <w:b/>
        </w:rPr>
        <w:t xml:space="preserve">[03:22] </w:t>
      </w:r>
      <w:r>
        <w:t>jo aadmi insaan ka shukr nahi karega woh Allah ka shukr bhi nahi karega.</w:t>
      </w:r>
    </w:p>
    <w:p>
      <w:pPr>
        <w:jc w:val="right"/>
      </w:pPr>
      <w:r>
        <w:t>جو آدمی انسان کا شکر نہیں کرے گا وہ اللہ کا شکر بھی نہیں کرے گا۔</w:t>
      </w:r>
    </w:p>
    <w:p>
      <w:r>
        <w:rPr>
          <w:b/>
        </w:rPr>
        <w:t xml:space="preserve">[03:27] </w:t>
      </w:r>
      <w:r>
        <w:t>to main bohat din se is hadith ko le kar sochta raha hoon ke kya matlab hai is</w:t>
      </w:r>
    </w:p>
    <w:p>
      <w:pPr>
        <w:jc w:val="right"/>
      </w:pPr>
      <w:r>
        <w:t>تو میں بہت دن سے اس حدیث کو لے کر سوچتا رہا ہوں کہ کیا مطلب ہے اس</w:t>
      </w:r>
    </w:p>
    <w:p>
      <w:r>
        <w:rPr>
          <w:b/>
        </w:rPr>
        <w:t xml:space="preserve">[03:32] </w:t>
      </w:r>
      <w:r>
        <w:t>ka? kya matlab hai is ka? shukr ka kya matlab hai? dekhein shukr ke maani hain eteraaf karna, acknowledge karna.</w:t>
      </w:r>
    </w:p>
    <w:p>
      <w:pPr>
        <w:jc w:val="right"/>
      </w:pPr>
      <w:r>
        <w:t>کا؟ کیا مطلب ہے اس کا؟ شکر کا کیا مطلب ہے؟ دیکھیں شکر کے معنی ہیں اعتراف کرنا، acknowledge کرنا۔</w:t>
      </w:r>
    </w:p>
    <w:p>
      <w:r>
        <w:rPr>
          <w:b/>
        </w:rPr>
        <w:t xml:space="preserve">[03:38] </w:t>
      </w:r>
      <w:r>
        <w:t>jab woh Allah ka shukr karte hain to woh bhi eteraaf hota hai, acknowledgement hota hai.</w:t>
      </w:r>
    </w:p>
    <w:p>
      <w:pPr>
        <w:jc w:val="right"/>
      </w:pPr>
      <w:r>
        <w:t>جب وہ اللہ کا شکر کرتے ہیں تو وہ بھی اعتراف ہوتا ہے، acknowledgement ہوتا ہے۔</w:t>
      </w:r>
    </w:p>
    <w:p>
      <w:r>
        <w:rPr>
          <w:b/>
        </w:rPr>
        <w:t xml:space="preserve">[03:43] </w:t>
      </w:r>
      <w:r>
        <w:t>yeh maamla insaan ka hai.</w:t>
      </w:r>
    </w:p>
    <w:p>
      <w:pPr>
        <w:jc w:val="right"/>
      </w:pPr>
      <w:r>
        <w:t>یہ معاملہ انسان کا ہے۔</w:t>
      </w:r>
    </w:p>
    <w:p>
      <w:r>
        <w:rPr>
          <w:b/>
        </w:rPr>
        <w:t xml:space="preserve">[03:49] </w:t>
      </w:r>
      <w:r>
        <w:t>ke insaan ka jab hum shukr karte hain to woh goya insaan ki khidmat ka eteraaf karte hain.</w:t>
      </w:r>
    </w:p>
    <w:p>
      <w:pPr>
        <w:jc w:val="right"/>
      </w:pPr>
      <w:r>
        <w:t>کہ انسان کا جب ہم شکر کرتے ہیں تو وہ گویا انسان کی خدمات کا اعتراف کرتے ہیں۔</w:t>
      </w:r>
    </w:p>
    <w:p>
      <w:r>
        <w:rPr>
          <w:b/>
        </w:rPr>
        <w:t xml:space="preserve">[03:54] </w:t>
      </w:r>
      <w:r>
        <w:t>ke insaan se hum ko yeh mila.</w:t>
      </w:r>
    </w:p>
    <w:p>
      <w:pPr>
        <w:jc w:val="right"/>
      </w:pPr>
      <w:r>
        <w:t>کہ انسان سے ہم کو یہ ملا۔</w:t>
      </w:r>
    </w:p>
    <w:p>
      <w:r>
        <w:rPr>
          <w:b/>
        </w:rPr>
        <w:t xml:space="preserve">[04:00] </w:t>
      </w:r>
      <w:r>
        <w:t>to yeh sirf yeh nahi ke quran ko mehfooz kiya, quran ko yaad kiya, quran ki tilawat ki,</w:t>
      </w:r>
    </w:p>
    <w:p>
      <w:pPr>
        <w:jc w:val="right"/>
      </w:pPr>
      <w:r>
        <w:t>تو یہ صرف یہ نہیں کہ قرآن کو محفوظ کیا، قرآن کو یاد کیا، قرآن کی تلاوت کی،</w:t>
      </w:r>
    </w:p>
    <w:p>
      <w:r>
        <w:rPr>
          <w:b/>
        </w:rPr>
        <w:t xml:space="preserve">[04:05] </w:t>
      </w:r>
      <w:r>
        <w:t>phir hote hote hote hum ko pahuncha diya.</w:t>
      </w:r>
    </w:p>
    <w:p>
      <w:pPr>
        <w:jc w:val="right"/>
      </w:pPr>
      <w:r>
        <w:t>پھر ہوتے ہوتے ہوتے ہم کو پہنچا دیا۔</w:t>
      </w:r>
    </w:p>
    <w:p>
      <w:r>
        <w:rPr>
          <w:b/>
        </w:rPr>
        <w:t xml:space="preserve">[04:11] </w:t>
      </w:r>
      <w:r>
        <w:t>yeh insaan ka eteraaf.</w:t>
      </w:r>
    </w:p>
    <w:p>
      <w:pPr>
        <w:jc w:val="right"/>
      </w:pPr>
      <w:r>
        <w:t>یہ انسان کا اعتراف۔</w:t>
      </w:r>
    </w:p>
    <w:p>
      <w:r>
        <w:rPr>
          <w:b/>
        </w:rPr>
        <w:t xml:space="preserve">[04:16] </w:t>
      </w:r>
      <w:r>
        <w:t>is ke siwa bhi jo dosre mamlaat hain wahan bhi insaan ka etraaf hai.</w:t>
      </w:r>
    </w:p>
    <w:p>
      <w:pPr>
        <w:jc w:val="right"/>
      </w:pPr>
      <w:r>
        <w:t>اس کے سوا بھی جو دوسرے معاملات ہیں وہاں بھی انسان کا اعتراف ہے۔</w:t>
      </w:r>
    </w:p>
    <w:p>
      <w:r>
        <w:rPr>
          <w:b/>
        </w:rPr>
        <w:t xml:space="preserve">[04:22] </w:t>
      </w:r>
      <w:r>
        <w:t>mislan aaj mein soch raha tha ke aaj aik sahab thay jo hawai jahaz se aaye hain dilli</w:t>
      </w:r>
    </w:p>
    <w:p>
      <w:pPr>
        <w:jc w:val="right"/>
      </w:pPr>
      <w:r>
        <w:t>مثلاً آج میں سوچ رہا تھا کہ آج ایک صاحب تھے جو ہوائی جہاز سے آئے ہیں دلی</w:t>
      </w:r>
    </w:p>
    <w:p>
      <w:r>
        <w:rPr>
          <w:b/>
        </w:rPr>
        <w:t xml:space="preserve">[04:27] </w:t>
      </w:r>
      <w:r>
        <w:t>to un ka kuch zikr tha.</w:t>
      </w:r>
    </w:p>
    <w:p>
      <w:pPr>
        <w:jc w:val="right"/>
      </w:pPr>
      <w:r>
        <w:t>تو ان کا کچھ ذکر تھا۔</w:t>
      </w:r>
    </w:p>
    <w:p>
      <w:r>
        <w:rPr>
          <w:b/>
        </w:rPr>
        <w:t xml:space="preserve">[04:33] </w:t>
      </w:r>
      <w:r>
        <w:t>to mein ne socha ke yeh aik bohat bara shukr ka item hai, insaan ke shukr ka.</w:t>
      </w:r>
    </w:p>
    <w:p>
      <w:pPr>
        <w:jc w:val="right"/>
      </w:pPr>
      <w:r>
        <w:t>تو میں نے سوچا کہ یہ ایک بہت بڑا شکر کا آئٹم ہے، انسان کے شکر کا۔</w:t>
      </w:r>
    </w:p>
    <w:p>
      <w:r>
        <w:rPr>
          <w:b/>
        </w:rPr>
        <w:t xml:space="preserve">[04:38] </w:t>
      </w:r>
      <w:r>
        <w:t>woh kaisay? hawai jahaz jo hai hazaron saal ki tareekh ke nateejay mein bana hai.</w:t>
      </w:r>
    </w:p>
    <w:p>
      <w:pPr>
        <w:jc w:val="right"/>
      </w:pPr>
      <w:r>
        <w:t>وہ کیسے؟ ہوائی جہاز جو ہے ہزاروں سال کی تاریخ کے نتیجے میں بنا ہے۔</w:t>
      </w:r>
    </w:p>
    <w:p>
      <w:r>
        <w:rPr>
          <w:b/>
        </w:rPr>
        <w:t xml:space="preserve">[04:44] </w:t>
      </w:r>
      <w:r>
        <w:t>hazaron saal ki tareekh.</w:t>
      </w:r>
    </w:p>
    <w:p>
      <w:pPr>
        <w:jc w:val="right"/>
      </w:pPr>
      <w:r>
        <w:t>ہزاروں سال کی تاریخ۔</w:t>
      </w:r>
    </w:p>
    <w:p>
      <w:r>
        <w:rPr>
          <w:b/>
        </w:rPr>
        <w:t xml:space="preserve">[04:49] </w:t>
      </w:r>
      <w:r>
        <w:t>insaan jo hai hazaron saal aik mehnat karta raha, mehnat karta raha.</w:t>
      </w:r>
    </w:p>
    <w:p>
      <w:pPr>
        <w:jc w:val="right"/>
      </w:pPr>
      <w:r>
        <w:t>انسان جو ہے ہزاروں سال ایک محنت کرتا رہا، محنت کرتا رہا۔</w:t>
      </w:r>
    </w:p>
    <w:p>
      <w:r>
        <w:rPr>
          <w:b/>
        </w:rPr>
        <w:t xml:space="preserve">[04:55] </w:t>
      </w:r>
      <w:r>
        <w:t>yahan tak ke is ne aap ko hawai jahaz de diya.</w:t>
      </w:r>
    </w:p>
    <w:p>
      <w:pPr>
        <w:jc w:val="right"/>
      </w:pPr>
      <w:r>
        <w:t>یہاں تک کہ اس نے آپ کو ہوائی جہاز دے دیا۔</w:t>
      </w:r>
    </w:p>
    <w:p>
      <w:r>
        <w:rPr>
          <w:b/>
        </w:rPr>
        <w:t xml:space="preserve">[05:00] </w:t>
      </w:r>
      <w:r>
        <w:t>sab se pehle kahan se shuru hua? to kaha jata hai ke primitive age mein ya stone age</w:t>
      </w:r>
    </w:p>
    <w:p>
      <w:pPr>
        <w:jc w:val="right"/>
      </w:pPr>
      <w:r>
        <w:t>سب سے پہلے کہاں سے شروع ہوا؟ تو کہا جاتا ہے کہ primitive age میں یا stone age</w:t>
      </w:r>
    </w:p>
    <w:p>
      <w:r>
        <w:rPr>
          <w:b/>
        </w:rPr>
        <w:t xml:space="preserve">[05:06] </w:t>
      </w:r>
      <w:r>
        <w:t>mein insaan ne dekha ke jangl mein ghoda hai.</w:t>
      </w:r>
    </w:p>
    <w:p>
      <w:pPr>
        <w:jc w:val="right"/>
      </w:pPr>
      <w:r>
        <w:t>میں انسان نے دیکھا کہ جنگل میں گھوڑا ہے۔</w:t>
      </w:r>
    </w:p>
    <w:p>
      <w:r>
        <w:rPr>
          <w:b/>
        </w:rPr>
        <w:t xml:space="preserve">[05:11] </w:t>
      </w:r>
      <w:r>
        <w:t>ab ghoda bohat ajeeb laga is ko dekhnay mein.</w:t>
      </w:r>
    </w:p>
    <w:p>
      <w:pPr>
        <w:jc w:val="right"/>
      </w:pPr>
      <w:r>
        <w:t>اب گھوڑا بہت عجیب لگا اس کو دیکھنے میں۔</w:t>
      </w:r>
    </w:p>
    <w:p>
      <w:r>
        <w:rPr>
          <w:b/>
        </w:rPr>
        <w:t xml:space="preserve">[05:17] </w:t>
      </w:r>
      <w:r>
        <w:t>to sirf aik janwar ke tor par dekha is ne.</w:t>
      </w:r>
    </w:p>
    <w:p>
      <w:pPr>
        <w:jc w:val="right"/>
      </w:pPr>
      <w:r>
        <w:t>تو صرف ایک جانور کے طور پر دیکھا اس نے۔</w:t>
      </w:r>
    </w:p>
    <w:p>
      <w:r>
        <w:rPr>
          <w:b/>
        </w:rPr>
        <w:t xml:space="preserve">[05:22] </w:t>
      </w:r>
      <w:r>
        <w:t>phir dhairay dhairay is ne discover kiya ke ghoda to hamare sawaray kaam aa sakta hai.</w:t>
      </w:r>
    </w:p>
    <w:p>
      <w:pPr>
        <w:jc w:val="right"/>
      </w:pPr>
      <w:r>
        <w:t>پھر دھیرے دھیرے اس نے discover کیا کہ گھوڑا تو ہمارے سوارے کام آ سکتا ہے۔</w:t>
      </w:r>
    </w:p>
    <w:p>
      <w:r>
        <w:rPr>
          <w:b/>
        </w:rPr>
        <w:t xml:space="preserve">[05:28] </w:t>
      </w:r>
      <w:r>
        <w:t>yani aik din nahi pata chal gaya.</w:t>
      </w:r>
    </w:p>
    <w:p>
      <w:pPr>
        <w:jc w:val="right"/>
      </w:pPr>
      <w:r>
        <w:t>یعنی ایک دن نہیں پتہ چل گیا۔</w:t>
      </w:r>
    </w:p>
    <w:p>
      <w:r>
        <w:rPr>
          <w:b/>
        </w:rPr>
        <w:t xml:space="preserve">[05:33] </w:t>
      </w:r>
      <w:r>
        <w:t>is ko pata karnay mein bohat din guzar gaye.</w:t>
      </w:r>
    </w:p>
    <w:p>
      <w:pPr>
        <w:jc w:val="right"/>
      </w:pPr>
      <w:r>
        <w:t>اس کو پتہ کرنے میں بہت دن گزر گئے۔</w:t>
      </w:r>
    </w:p>
    <w:p>
      <w:r>
        <w:rPr>
          <w:b/>
        </w:rPr>
        <w:t xml:space="preserve">[05:39] </w:t>
      </w:r>
      <w:r>
        <w:t>to is ne ghoday ko jangl se pakra, is ko sadaya, is ki zain banai, lagaam banai, is</w:t>
      </w:r>
    </w:p>
    <w:p>
      <w:pPr>
        <w:jc w:val="right"/>
      </w:pPr>
      <w:r>
        <w:t>تو اس نے گھوڑے کو جنگل سے پکڑا، اس کو سدایا، اس کی زین بنائی، لگام بنائی، اس</w:t>
      </w:r>
    </w:p>
    <w:p>
      <w:r>
        <w:rPr>
          <w:b/>
        </w:rPr>
        <w:t xml:space="preserve">[05:44] </w:t>
      </w:r>
      <w:r>
        <w:t>ko khilaya pilaya.</w:t>
      </w:r>
    </w:p>
    <w:p>
      <w:pPr>
        <w:jc w:val="right"/>
      </w:pPr>
      <w:r>
        <w:t>کو کھلایا پلایا۔</w:t>
      </w:r>
    </w:p>
    <w:p>
      <w:r>
        <w:rPr>
          <w:b/>
        </w:rPr>
        <w:t xml:space="preserve">[05:50] </w:t>
      </w:r>
      <w:r>
        <w:t>is tarah ghoday ko sawari ka zariya banaya.</w:t>
      </w:r>
    </w:p>
    <w:p>
      <w:pPr>
        <w:jc w:val="right"/>
      </w:pPr>
      <w:r>
        <w:t>اس طرح گھوڑے کو سواری کا ذریعہ بنایا۔</w:t>
      </w:r>
    </w:p>
    <w:p>
      <w:r>
        <w:rPr>
          <w:b/>
        </w:rPr>
        <w:t xml:space="preserve">[05:55] </w:t>
      </w:r>
      <w:r>
        <w:t>to kuch dinon tak insaan ghoday par sawari karta raha.</w:t>
      </w:r>
    </w:p>
    <w:p>
      <w:pPr>
        <w:jc w:val="right"/>
      </w:pPr>
      <w:r>
        <w:t>تو کچھ دنوں تک انسان گھوڑے پر سواری کرتا رہا۔</w:t>
      </w:r>
    </w:p>
    <w:p>
      <w:r>
        <w:rPr>
          <w:b/>
        </w:rPr>
        <w:t xml:space="preserve">[06:01] </w:t>
      </w:r>
      <w:r>
        <w:t>phir dhairay dhairay aisa hua ke is ne pehia daryaft kiya. pehia.</w:t>
      </w:r>
    </w:p>
    <w:p>
      <w:pPr>
        <w:jc w:val="right"/>
      </w:pPr>
      <w:r>
        <w:t>پھر دھیرے دھیرے ایسا ہوا کہ اس نے پہیہ دریافت کیا۔ پہیہ۔</w:t>
      </w:r>
    </w:p>
    <w:p>
      <w:r>
        <w:rPr>
          <w:b/>
        </w:rPr>
        <w:t xml:space="preserve">[06:06] </w:t>
      </w:r>
      <w:r>
        <w:t>kaha jata hai ke sab se pehli discovery pehia hai. yeh wheel.</w:t>
      </w:r>
    </w:p>
    <w:p>
      <w:pPr>
        <w:jc w:val="right"/>
      </w:pPr>
      <w:r>
        <w:t>کہا جاتا ہے کہ سب سے پہلی discovery پہیہ ہے۔ یہ wheel۔</w:t>
      </w:r>
    </w:p>
    <w:p>
      <w:r>
        <w:rPr>
          <w:b/>
        </w:rPr>
        <w:t xml:space="preserve">[06:12] </w:t>
      </w:r>
      <w:r>
        <w:t>wheel ko sab se pehli discovery bataya jata hai.</w:t>
      </w:r>
    </w:p>
    <w:p>
      <w:pPr>
        <w:jc w:val="right"/>
      </w:pPr>
      <w:r>
        <w:t>wheel کو سب سے پہلی discovery بتایا جاتا ہے۔</w:t>
      </w:r>
    </w:p>
    <w:p>
      <w:r>
        <w:rPr>
          <w:b/>
        </w:rPr>
        <w:t xml:space="preserve">[06:17] </w:t>
      </w:r>
      <w:r>
        <w:t>to wheel jab bani to kya hua? phir gaari banna mumkin ho gaya.</w:t>
      </w:r>
    </w:p>
    <w:p>
      <w:pPr>
        <w:jc w:val="right"/>
      </w:pPr>
      <w:r>
        <w:t>تو wheel جب بنی تو کیا ہوا؟ پھر گاڑی بننا ممکن ہو گیا۔</w:t>
      </w:r>
    </w:p>
    <w:p>
      <w:r>
        <w:rPr>
          <w:b/>
        </w:rPr>
        <w:t xml:space="preserve">[06:23] </w:t>
      </w:r>
      <w:r>
        <w:t>jab wheel ban gayi to gaari banna mumkin ho gaya.</w:t>
      </w:r>
    </w:p>
    <w:p>
      <w:pPr>
        <w:jc w:val="right"/>
      </w:pPr>
      <w:r>
        <w:t>جب wheel بن گئی تو گاڑی بننا ممکن ہو گیا۔</w:t>
      </w:r>
    </w:p>
    <w:p>
      <w:r>
        <w:rPr>
          <w:b/>
        </w:rPr>
        <w:t xml:space="preserve">[06:28] </w:t>
      </w:r>
      <w:r>
        <w:t>to ab gaari bana kar is mein ghoday ko lagaya gaya.</w:t>
      </w:r>
    </w:p>
    <w:p>
      <w:pPr>
        <w:jc w:val="right"/>
      </w:pPr>
      <w:r>
        <w:t>تو اب گاڑی بنا کر اس میں گھوڑے کو لگایا گیا۔</w:t>
      </w:r>
    </w:p>
    <w:p>
      <w:r>
        <w:rPr>
          <w:b/>
        </w:rPr>
        <w:t xml:space="preserve">[06:33] </w:t>
      </w:r>
      <w:r>
        <w:t>ab ghore par to ek aadmi baithta tha lekin gaadi mein kai aadmi baithne lagay.</w:t>
      </w:r>
    </w:p>
    <w:p>
      <w:pPr>
        <w:jc w:val="right"/>
      </w:pPr>
      <w:r>
        <w:t>اب گھوڑے پر تو ایک آدمی بیٹھتا تھا لیکن گاڑی میں کئی آدمی بیٹھنے لگے۔</w:t>
      </w:r>
    </w:p>
    <w:p>
      <w:r>
        <w:rPr>
          <w:b/>
        </w:rPr>
        <w:t xml:space="preserve">[06:39] </w:t>
      </w:r>
      <w:r>
        <w:t>to is tarah ghore ke zariye yeh mumkin ho gaya ke kai aadmi safar karein gaadi mein baith kar.</w:t>
      </w:r>
    </w:p>
    <w:p>
      <w:pPr>
        <w:jc w:val="right"/>
      </w:pPr>
      <w:r>
        <w:t>تو اس طرح گھوڑے کے ذریعے یہ ممکن ہو گیا کہ کئی آدمی سفر کریں گاڑی میں بیٹھ کر۔</w:t>
      </w:r>
    </w:p>
    <w:p>
      <w:r>
        <w:rPr>
          <w:b/>
        </w:rPr>
        <w:t xml:space="preserve">[06:44] </w:t>
      </w:r>
      <w:r>
        <w:t>is tarah phir tareekh aage barhi.</w:t>
      </w:r>
    </w:p>
    <w:p>
      <w:pPr>
        <w:jc w:val="right"/>
      </w:pPr>
      <w:r>
        <w:t>اس طرح پھر تاریخ آگے بڑھی۔</w:t>
      </w:r>
    </w:p>
    <w:p>
      <w:r>
        <w:rPr>
          <w:b/>
        </w:rPr>
        <w:t xml:space="preserve">[06:50] </w:t>
      </w:r>
      <w:r>
        <w:t>aur aage barhi to insaan ne bicycle daryaft kiya.</w:t>
      </w:r>
    </w:p>
    <w:p>
      <w:pPr>
        <w:jc w:val="right"/>
      </w:pPr>
      <w:r>
        <w:t>اور آگے بڑھی تو انسان نے bicycle دریافت کیا۔</w:t>
      </w:r>
    </w:p>
    <w:p>
      <w:r>
        <w:rPr>
          <w:b/>
        </w:rPr>
        <w:t xml:space="preserve">[06:55] </w:t>
      </w:r>
      <w:r>
        <w:t>to bicycle ek aur hi anokhi cheez thi.</w:t>
      </w:r>
    </w:p>
    <w:p>
      <w:pPr>
        <w:jc w:val="right"/>
      </w:pPr>
      <w:r>
        <w:t>تو bicycle ایک اور ہی انوکھی چیز تھی۔</w:t>
      </w:r>
    </w:p>
    <w:p>
      <w:r>
        <w:rPr>
          <w:b/>
        </w:rPr>
        <w:t xml:space="preserve">[07:01] </w:t>
      </w:r>
      <w:r>
        <w:t>mein ek baar to parha ek article mein ke Kashmir mein ek angrez pehli baar bicycle laya.</w:t>
      </w:r>
    </w:p>
    <w:p>
      <w:pPr>
        <w:jc w:val="right"/>
      </w:pPr>
      <w:r>
        <w:t>میں ایک بار تو پڑھا ایک article میں کہ کشمیر میں ایک انگریز پہلی بار bicycle لایا۔</w:t>
      </w:r>
    </w:p>
    <w:p>
      <w:r>
        <w:rPr>
          <w:b/>
        </w:rPr>
        <w:t xml:space="preserve">[07:06] </w:t>
      </w:r>
      <w:r>
        <w:t>to Kashmiri is ko dekh kar kehne lagay ke yeh lohay ka ghora hai.</w:t>
      </w:r>
    </w:p>
    <w:p>
      <w:pPr>
        <w:jc w:val="right"/>
      </w:pPr>
      <w:r>
        <w:t>تو کشمیری اس کو دیکھ کر کہنے لگے کہ یہ لوہے کا گھوڑا ہے۔</w:t>
      </w:r>
    </w:p>
    <w:p>
      <w:r>
        <w:rPr>
          <w:b/>
        </w:rPr>
        <w:t xml:space="preserve">[07:12] </w:t>
      </w:r>
      <w:r>
        <w:t>kyun ke is se pehle unhon ne dekha nahi tha bicycle ko.</w:t>
      </w:r>
    </w:p>
    <w:p>
      <w:pPr>
        <w:jc w:val="right"/>
      </w:pPr>
      <w:r>
        <w:t>کیونکہ اس سے پہلے انہوں نے دیکھا نہیں تھا bicycle کو۔</w:t>
      </w:r>
    </w:p>
    <w:p>
      <w:r>
        <w:rPr>
          <w:b/>
        </w:rPr>
        <w:t xml:space="preserve">[07:17] </w:t>
      </w:r>
      <w:r>
        <w:t>to is ke baad bicycle banai insaan ne.</w:t>
      </w:r>
    </w:p>
    <w:p>
      <w:pPr>
        <w:jc w:val="right"/>
      </w:pPr>
      <w:r>
        <w:t>تو اس کے بعد bicycle بنائی انسان نے۔</w:t>
      </w:r>
    </w:p>
    <w:p>
      <w:r>
        <w:rPr>
          <w:b/>
        </w:rPr>
        <w:t xml:space="preserve">[07:23] </w:t>
      </w:r>
      <w:r>
        <w:t>kuch din tak bicycle se chalta raha.</w:t>
      </w:r>
    </w:p>
    <w:p>
      <w:pPr>
        <w:jc w:val="right"/>
      </w:pPr>
      <w:r>
        <w:t>کچھ دن تک bicycle سے چلتا رہا۔</w:t>
      </w:r>
    </w:p>
    <w:p>
      <w:r>
        <w:rPr>
          <w:b/>
        </w:rPr>
        <w:t xml:space="preserve">[07:28] </w:t>
      </w:r>
      <w:r>
        <w:t>phir dheere dheere mechanization hua.</w:t>
      </w:r>
    </w:p>
    <w:p>
      <w:pPr>
        <w:jc w:val="right"/>
      </w:pPr>
      <w:r>
        <w:t>پھر دھیرے دھیرے mechanization ہوا۔</w:t>
      </w:r>
    </w:p>
    <w:p>
      <w:r>
        <w:rPr>
          <w:b/>
        </w:rPr>
        <w:t xml:space="preserve">[07:34] </w:t>
      </w:r>
      <w:r>
        <w:t>engine banne laga.</w:t>
      </w:r>
    </w:p>
    <w:p>
      <w:pPr>
        <w:jc w:val="right"/>
      </w:pPr>
      <w:r>
        <w:t>انجن بننے لگا۔</w:t>
      </w:r>
    </w:p>
    <w:p>
      <w:r>
        <w:rPr>
          <w:b/>
        </w:rPr>
        <w:t xml:space="preserve">[07:39] </w:t>
      </w:r>
      <w:r>
        <w:t>to phir motorcycle bani, phir car bani, tarah tarah ki carain banin.</w:t>
      </w:r>
    </w:p>
    <w:p>
      <w:pPr>
        <w:jc w:val="right"/>
      </w:pPr>
      <w:r>
        <w:t>تو پھر motorcycle بنی، پھر کار بنی، طرح طرح کی کاریں بنیں۔</w:t>
      </w:r>
    </w:p>
    <w:p>
      <w:r>
        <w:rPr>
          <w:b/>
        </w:rPr>
        <w:t xml:space="preserve">[07:45] </w:t>
      </w:r>
      <w:r>
        <w:t>phir hote hote hawai jahaz ka daur aaya.</w:t>
      </w:r>
    </w:p>
    <w:p>
      <w:pPr>
        <w:jc w:val="right"/>
      </w:pPr>
      <w:r>
        <w:t>پھر ہوتے ہوتے ہوائی جہاز کا دور آیا۔</w:t>
      </w:r>
    </w:p>
    <w:p>
      <w:r>
        <w:rPr>
          <w:b/>
        </w:rPr>
        <w:t xml:space="preserve">[07:50] </w:t>
      </w:r>
      <w:r>
        <w:t>hawai jahaz ke daur mein bohat se logon ne qurbaniyan keen.</w:t>
      </w:r>
    </w:p>
    <w:p>
      <w:pPr>
        <w:jc w:val="right"/>
      </w:pPr>
      <w:r>
        <w:t>ہوائی جہاز کے دور میں بہت سے لوگوں نے قربانیاں کیں۔</w:t>
      </w:r>
    </w:p>
    <w:p>
      <w:r>
        <w:rPr>
          <w:b/>
        </w:rPr>
        <w:t xml:space="preserve">[07:56] </w:t>
      </w:r>
      <w:r>
        <w:t>kab hawai jahaz bana hai? kehte hain woh mar gaye isi mein.</w:t>
      </w:r>
    </w:p>
    <w:p>
      <w:pPr>
        <w:jc w:val="right"/>
      </w:pPr>
      <w:r>
        <w:t>کب ہوائی جہاز بنا ہے؟ کہتے ہیں وہ مر گئے اسی میں۔</w:t>
      </w:r>
    </w:p>
    <w:p>
      <w:r>
        <w:rPr>
          <w:b/>
        </w:rPr>
        <w:t xml:space="preserve">[08:01] </w:t>
      </w:r>
      <w:r>
        <w:t>kyun ke pehle jo jahaz bane thay us mein itna arrangement nahi hota tha.</w:t>
      </w:r>
    </w:p>
    <w:p>
      <w:pPr>
        <w:jc w:val="right"/>
      </w:pPr>
      <w:r>
        <w:t>کیونکہ پہلے جو جہاز بنے تھے اس میں اتنا arrangement نہیں ہوتا تھا۔</w:t>
      </w:r>
    </w:p>
    <w:p>
      <w:r>
        <w:rPr>
          <w:b/>
        </w:rPr>
        <w:t xml:space="preserve">[08:07] </w:t>
      </w:r>
      <w:r>
        <w:t>misal ke taur par aaj jo jahaz urta hai to us mein GPS hota hai.</w:t>
      </w:r>
    </w:p>
    <w:p>
      <w:pPr>
        <w:jc w:val="right"/>
      </w:pPr>
      <w:r>
        <w:t>مثلاً آج جو جہاز اڑتا ہے تو اس میں GPS ہوتا ہے۔</w:t>
      </w:r>
    </w:p>
    <w:p>
      <w:r>
        <w:rPr>
          <w:b/>
        </w:rPr>
        <w:t xml:space="preserve">[08:12] </w:t>
      </w:r>
      <w:r>
        <w:t>GPS computer ke ishtirak se theek theek locate karta hai kahan jahaz utre ga.</w:t>
      </w:r>
    </w:p>
    <w:p>
      <w:pPr>
        <w:jc w:val="right"/>
      </w:pPr>
      <w:r>
        <w:t>GPS کمپیوٹر کے اشتراک سے ٹھیک ٹھیک locate کرتا ہے کہاں جہاز اترے گا۔</w:t>
      </w:r>
    </w:p>
    <w:p>
      <w:r>
        <w:rPr>
          <w:b/>
        </w:rPr>
        <w:t xml:space="preserve">[08:18] </w:t>
      </w:r>
      <w:r>
        <w:t>to pilot baitha rehta hai aur GPS us ko guide karta rehta hai.</w:t>
      </w:r>
    </w:p>
    <w:p>
      <w:pPr>
        <w:jc w:val="right"/>
      </w:pPr>
      <w:r>
        <w:t>تو pilot بیٹھا رہتا ہے اور GPS اس کو guide کرتا رہتا ہے۔</w:t>
      </w:r>
    </w:p>
    <w:p>
      <w:r>
        <w:rPr>
          <w:b/>
        </w:rPr>
        <w:t xml:space="preserve">[08:23] </w:t>
      </w:r>
      <w:r>
        <w:t>lekin jo shuru mein jahaz bane thay to woh to aise hi thay.</w:t>
      </w:r>
    </w:p>
    <w:p>
      <w:pPr>
        <w:jc w:val="right"/>
      </w:pPr>
      <w:r>
        <w:t>لیکن جو شروع میں جہاز بنے تھے تو وہ تو ایسے ہی تھے۔</w:t>
      </w:r>
    </w:p>
    <w:p>
      <w:r>
        <w:rPr>
          <w:b/>
        </w:rPr>
        <w:t xml:space="preserve">[08:29] </w:t>
      </w:r>
      <w:r>
        <w:t>to kai gir gaye, kai kuch ho gaya.</w:t>
      </w:r>
    </w:p>
    <w:p>
      <w:pPr>
        <w:jc w:val="right"/>
      </w:pPr>
      <w:r>
        <w:t>تو کئی گر گئے، کئی کچھ ہو گیا۔</w:t>
      </w:r>
    </w:p>
    <w:p>
      <w:r>
        <w:rPr>
          <w:b/>
        </w:rPr>
        <w:t xml:space="preserve">[08:34] </w:t>
      </w:r>
      <w:r>
        <w:t>to gharaaz yeh ke ek lambi muddat hai sacrifice ki, research ki, discoveries ki.</w:t>
      </w:r>
    </w:p>
    <w:p>
      <w:pPr>
        <w:jc w:val="right"/>
      </w:pPr>
      <w:r>
        <w:t>تو غرض یہ کہ ایک لمبی مدت ہے sacrifice کی، research کی، discoveries کی۔</w:t>
      </w:r>
    </w:p>
    <w:p>
      <w:r>
        <w:rPr>
          <w:b/>
        </w:rPr>
        <w:t xml:space="preserve">[08:40] </w:t>
      </w:r>
      <w:r>
        <w:t>jis ke nateejay mein hamein aaj hawai jahaz mila hai.</w:t>
      </w:r>
    </w:p>
    <w:p>
      <w:pPr>
        <w:jc w:val="right"/>
      </w:pPr>
      <w:r>
        <w:t>جس کے نتیجے میں ہمیں آج ہوائی جہاز ملا ہے۔</w:t>
      </w:r>
    </w:p>
    <w:p>
      <w:r>
        <w:rPr>
          <w:b/>
        </w:rPr>
        <w:t xml:space="preserve">[08:45] </w:t>
      </w:r>
      <w:r>
        <w:t>yaani pehle insaan chalta tha paidal, paon se chalta tha.</w:t>
      </w:r>
    </w:p>
    <w:p>
      <w:pPr>
        <w:jc w:val="right"/>
      </w:pPr>
      <w:r>
        <w:t>یعنی پہلے انسان چلتا تھا پیدل، پاؤں سے چلتا تھا۔</w:t>
      </w:r>
    </w:p>
    <w:p>
      <w:r>
        <w:rPr>
          <w:b/>
        </w:rPr>
        <w:t xml:space="preserve">[08:51] </w:t>
      </w:r>
      <w:r>
        <w:t>phir joota usay daryaft kiya.</w:t>
      </w:r>
    </w:p>
    <w:p>
      <w:pPr>
        <w:jc w:val="right"/>
      </w:pPr>
      <w:r>
        <w:t>پھر جوتا اسے دریافت کیا۔</w:t>
      </w:r>
    </w:p>
    <w:p>
      <w:r>
        <w:rPr>
          <w:b/>
        </w:rPr>
        <w:t xml:space="preserve">[08:56] </w:t>
      </w:r>
      <w:r>
        <w:t>yani pehle nangay paon chalta tha, phir joota daryaft kiya.</w:t>
      </w:r>
    </w:p>
    <w:p>
      <w:pPr>
        <w:jc w:val="right"/>
      </w:pPr>
      <w:r>
        <w:t>یعنی پہلے ننگے پاؤں چلتا تھا، پھر جوتا دریافت کیا۔</w:t>
      </w:r>
    </w:p>
    <w:p>
      <w:r>
        <w:rPr>
          <w:b/>
        </w:rPr>
        <w:t xml:space="preserve">[09:02] </w:t>
      </w:r>
      <w:r>
        <w:t>phir us ne ghora daryaft kiya.</w:t>
      </w:r>
    </w:p>
    <w:p>
      <w:pPr>
        <w:jc w:val="right"/>
      </w:pPr>
      <w:r>
        <w:t>پھر اس نے گھوڑا دریافت کیا۔</w:t>
      </w:r>
    </w:p>
    <w:p>
      <w:r>
        <w:rPr>
          <w:b/>
        </w:rPr>
        <w:t xml:space="preserve">[09:07] </w:t>
      </w:r>
      <w:r>
        <w:t>phir pehya daryaft kiya.</w:t>
      </w:r>
    </w:p>
    <w:p>
      <w:pPr>
        <w:jc w:val="right"/>
      </w:pPr>
      <w:r>
        <w:t>پھر پہیہ دریافت کیا۔</w:t>
      </w:r>
    </w:p>
    <w:p>
      <w:r>
        <w:rPr>
          <w:b/>
        </w:rPr>
        <w:t xml:space="preserve">[09:13] </w:t>
      </w:r>
      <w:r>
        <w:t>phir gaari banai.</w:t>
      </w:r>
    </w:p>
    <w:p>
      <w:pPr>
        <w:jc w:val="right"/>
      </w:pPr>
      <w:r>
        <w:t>پھر گاڑی بنائی۔</w:t>
      </w:r>
    </w:p>
    <w:p>
      <w:r>
        <w:rPr>
          <w:b/>
        </w:rPr>
        <w:t xml:space="preserve">[09:18] </w:t>
      </w:r>
      <w:r>
        <w:t>phir bicycle daryaft kiya.</w:t>
      </w:r>
    </w:p>
    <w:p>
      <w:pPr>
        <w:jc w:val="right"/>
      </w:pPr>
      <w:r>
        <w:t>پھر bicycle دریافت کیا۔</w:t>
      </w:r>
    </w:p>
    <w:p>
      <w:r>
        <w:rPr>
          <w:b/>
        </w:rPr>
        <w:t xml:space="preserve">[09:24] </w:t>
      </w:r>
      <w:r>
        <w:t>phir motorcycle banai.</w:t>
      </w:r>
    </w:p>
    <w:p>
      <w:pPr>
        <w:jc w:val="right"/>
      </w:pPr>
      <w:r>
        <w:t>پھر motorcycle بنائی۔</w:t>
      </w:r>
    </w:p>
    <w:p>
      <w:r>
        <w:rPr>
          <w:b/>
        </w:rPr>
        <w:t xml:space="preserve">[09:29] </w:t>
      </w:r>
      <w:r>
        <w:t>phir car banai.</w:t>
      </w:r>
    </w:p>
    <w:p>
      <w:pPr>
        <w:jc w:val="right"/>
      </w:pPr>
      <w:r>
        <w:t>پھر کار بنائی۔</w:t>
      </w:r>
    </w:p>
    <w:p>
      <w:r>
        <w:rPr>
          <w:b/>
        </w:rPr>
        <w:t xml:space="preserve">[09:34] </w:t>
      </w:r>
      <w:r>
        <w:t>car ke baad phir hawai jahaz ka dour aya.</w:t>
      </w:r>
    </w:p>
    <w:p>
      <w:pPr>
        <w:jc w:val="right"/>
      </w:pPr>
      <w:r>
        <w:t>کار کے بعد پھر ہوائی جہاز کا دور آیا۔</w:t>
      </w:r>
    </w:p>
    <w:p>
      <w:r>
        <w:rPr>
          <w:b/>
        </w:rPr>
        <w:t xml:space="preserve">[09:40] </w:t>
      </w:r>
      <w:r>
        <w:t>hawai jahaz banaye.</w:t>
      </w:r>
    </w:p>
    <w:p>
      <w:pPr>
        <w:jc w:val="right"/>
      </w:pPr>
      <w:r>
        <w:t>ہوائی جہاز بنائے۔</w:t>
      </w:r>
    </w:p>
    <w:p>
      <w:r>
        <w:rPr>
          <w:b/>
        </w:rPr>
        <w:t xml:space="preserve">[09:45] </w:t>
      </w:r>
      <w:r>
        <w:t>to yeh hazaron saal mein aisa hua hai.</w:t>
      </w:r>
    </w:p>
    <w:p>
      <w:pPr>
        <w:jc w:val="right"/>
      </w:pPr>
      <w:r>
        <w:t>تو یہ ہزاروں سال میں ایسا ہوا ہے۔</w:t>
      </w:r>
    </w:p>
    <w:p>
      <w:r>
        <w:rPr>
          <w:b/>
        </w:rPr>
        <w:t xml:space="preserve">[09:51] </w:t>
      </w:r>
      <w:r>
        <w:t>yehi hai insan ka shukr karna.</w:t>
      </w:r>
    </w:p>
    <w:p>
      <w:pPr>
        <w:jc w:val="right"/>
      </w:pPr>
      <w:r>
        <w:t>یہی ہے انسان کا شکر کرنا۔</w:t>
      </w:r>
    </w:p>
    <w:p>
      <w:r>
        <w:rPr>
          <w:b/>
        </w:rPr>
        <w:t xml:space="preserve">[09:56] </w:t>
      </w:r>
      <w:r>
        <w:t>aaj jab aap kisi sawari par baithe hain, chahe hawai jahaz par baithe hain, chahe bicycle par baithe</w:t>
      </w:r>
    </w:p>
    <w:p>
      <w:pPr>
        <w:jc w:val="right"/>
      </w:pPr>
      <w:r>
        <w:t>آج جب آپ کسی سواری پر بیٹھے ہیں، چاہے ہوائی جہاز پر بیٹھے ہیں، چاہے bicycle پر بیٹھے</w:t>
      </w:r>
    </w:p>
    <w:p>
      <w:r>
        <w:rPr>
          <w:b/>
        </w:rPr>
        <w:t xml:space="preserve">[10:02] </w:t>
      </w:r>
      <w:r>
        <w:t>hain, chahe bus par baithe hain, to aap sochein ke is dour ko lane mein insan ne ek</w:t>
      </w:r>
    </w:p>
    <w:p>
      <w:pPr>
        <w:jc w:val="right"/>
      </w:pPr>
      <w:r>
        <w:t>ہیں، چاہے بس پر بیٹھے ہیں، تو آپ سوچیں کہ اس دور کو لانے میں انسان نے ایک</w:t>
      </w:r>
    </w:p>
    <w:p>
      <w:r>
        <w:rPr>
          <w:b/>
        </w:rPr>
        <w:t xml:space="preserve">[10:07] </w:t>
      </w:r>
      <w:r>
        <w:t>lambi qurbani di hai.</w:t>
      </w:r>
    </w:p>
    <w:p>
      <w:pPr>
        <w:jc w:val="right"/>
      </w:pPr>
      <w:r>
        <w:t>لمبی قربانی دی ہے۔</w:t>
      </w:r>
    </w:p>
    <w:p>
      <w:r>
        <w:rPr>
          <w:b/>
        </w:rPr>
        <w:t xml:space="preserve">[10:13] </w:t>
      </w:r>
      <w:r>
        <w:t>hazaron saal tak insan koshish karta raha, koshish karta raha.</w:t>
      </w:r>
    </w:p>
    <w:p>
      <w:pPr>
        <w:jc w:val="right"/>
      </w:pPr>
      <w:r>
        <w:t>ہزاروں سال تک انسان کوشش کرتا رہا، کوشش کرتا رہا۔</w:t>
      </w:r>
    </w:p>
    <w:p>
      <w:r>
        <w:rPr>
          <w:b/>
        </w:rPr>
        <w:t xml:space="preserve">[10:18] </w:t>
      </w:r>
      <w:r>
        <w:t>tab hum is sawari ko paya hum ne.</w:t>
      </w:r>
    </w:p>
    <w:p>
      <w:pPr>
        <w:jc w:val="right"/>
      </w:pPr>
      <w:r>
        <w:t>تب ہم اس سواری کو پایا ہم نے۔</w:t>
      </w:r>
    </w:p>
    <w:p>
      <w:r>
        <w:rPr>
          <w:b/>
        </w:rPr>
        <w:t xml:space="preserve">[10:24] </w:t>
      </w:r>
      <w:r>
        <w:t>to jab is tarah dekhein, sochein ge aap to kya hoga? Insan ko acknowledge karein ge.</w:t>
      </w:r>
    </w:p>
    <w:p>
      <w:pPr>
        <w:jc w:val="right"/>
      </w:pPr>
      <w:r>
        <w:t>تو جب اس طرح دیکھیں، سوچیں گے آپ تو کیا ہوگا؟ انسان کو acknowledge کریں گے۔</w:t>
      </w:r>
    </w:p>
    <w:p>
      <w:r>
        <w:rPr>
          <w:b/>
        </w:rPr>
        <w:t xml:space="preserve">[10:29] </w:t>
      </w:r>
      <w:r>
        <w:t>insan ka etraf karein ge.</w:t>
      </w:r>
    </w:p>
    <w:p>
      <w:pPr>
        <w:jc w:val="right"/>
      </w:pPr>
      <w:r>
        <w:t>انسان کا اعتراف کریں گے۔</w:t>
      </w:r>
    </w:p>
    <w:p>
      <w:r>
        <w:rPr>
          <w:b/>
        </w:rPr>
        <w:t xml:space="preserve">[10:35] </w:t>
      </w:r>
      <w:r>
        <w:t>jis ko kaha gaya shukr karna.</w:t>
      </w:r>
    </w:p>
    <w:p>
      <w:pPr>
        <w:jc w:val="right"/>
      </w:pPr>
      <w:r>
        <w:t>جس کو کہا گیا شکر کرنا۔</w:t>
      </w:r>
    </w:p>
    <w:p>
      <w:r>
        <w:rPr>
          <w:b/>
        </w:rPr>
        <w:t xml:space="preserve">[10:40] </w:t>
      </w:r>
      <w:r>
        <w:t>jab is tarah aap sochein ge to kya hoga? To wahi hoga jo Hazrat Masih ne kaha tha:</w:t>
      </w:r>
    </w:p>
    <w:p>
      <w:pPr>
        <w:jc w:val="right"/>
      </w:pPr>
      <w:r>
        <w:t>جب اس طرح آپ سوچیں گے تو کیا ہوگا؟ تو وہی ہوگا جو حضرت مسیح نے کہا تھا:</w:t>
      </w:r>
    </w:p>
    <w:p>
      <w:r>
        <w:rPr>
          <w:b/>
        </w:rPr>
        <w:t xml:space="preserve">[10:46] </w:t>
      </w:r>
      <w:r>
        <w:t>Love your enemy .</w:t>
      </w:r>
    </w:p>
    <w:p>
      <w:pPr>
        <w:jc w:val="right"/>
      </w:pPr>
      <w:r>
        <w:t>Love your enemy ۔</w:t>
      </w:r>
    </w:p>
    <w:p>
      <w:r>
        <w:rPr>
          <w:b/>
        </w:rPr>
        <w:t xml:space="preserve">[10:51] </w:t>
      </w:r>
      <w:r>
        <w:t>dushman se bhi mohabbat karo.</w:t>
      </w:r>
    </w:p>
    <w:p>
      <w:pPr>
        <w:jc w:val="right"/>
      </w:pPr>
      <w:r>
        <w:t>دشمن سے بھی محبت کرو۔</w:t>
      </w:r>
    </w:p>
    <w:p>
      <w:r>
        <w:rPr>
          <w:b/>
        </w:rPr>
        <w:t xml:space="preserve">[10:57] </w:t>
      </w:r>
      <w:r>
        <w:t>yani is ka matlab kya hai? Dushman koi nahi hota.</w:t>
      </w:r>
    </w:p>
    <w:p>
      <w:pPr>
        <w:jc w:val="right"/>
      </w:pPr>
      <w:r>
        <w:t>یعنی اس کا مطلب کیا ہے؟ دشمن کوئی نہیں ہوتا۔</w:t>
      </w:r>
    </w:p>
    <w:p>
      <w:r>
        <w:rPr>
          <w:b/>
        </w:rPr>
        <w:t xml:space="preserve">[11:02] </w:t>
      </w:r>
      <w:r>
        <w:t>is ka matlab yeh hai ke agar koi shakhs bazahir tum ko dushman dikhai de tab bhi us</w:t>
      </w:r>
    </w:p>
    <w:p>
      <w:pPr>
        <w:jc w:val="right"/>
      </w:pPr>
      <w:r>
        <w:t>اس کا مطلب یہ ہے کہ اگر کوئی شخص بظاہر تم کو دشمن دکھائی دے تب بھی اس</w:t>
      </w:r>
    </w:p>
    <w:p>
      <w:r>
        <w:rPr>
          <w:b/>
        </w:rPr>
        <w:t xml:space="preserve">[11:08] </w:t>
      </w:r>
      <w:r>
        <w:t>se mohabbat karo.</w:t>
      </w:r>
    </w:p>
    <w:p>
      <w:pPr>
        <w:jc w:val="right"/>
      </w:pPr>
      <w:r>
        <w:t>سے محبت کرو۔</w:t>
      </w:r>
    </w:p>
    <w:p>
      <w:r>
        <w:rPr>
          <w:b/>
        </w:rPr>
        <w:t xml:space="preserve">[11:13] </w:t>
      </w:r>
      <w:r>
        <w:t>kyun? tum ko us ko dushman dikhai parta hoga ek choti si wajah se.</w:t>
      </w:r>
    </w:p>
    <w:p>
      <w:pPr>
        <w:jc w:val="right"/>
      </w:pPr>
      <w:r>
        <w:t>کیوں؟ تم کو اس کو دشمن دکھائی پڑتا ہوگا ایک چھوٹی سی وجہ سے۔</w:t>
      </w:r>
    </w:p>
    <w:p>
      <w:r>
        <w:rPr>
          <w:b/>
        </w:rPr>
        <w:t xml:space="preserve">[11:19] </w:t>
      </w:r>
      <w:r>
        <w:t>ek choti si personal wajah se.</w:t>
      </w:r>
    </w:p>
    <w:p>
      <w:pPr>
        <w:jc w:val="right"/>
      </w:pPr>
      <w:r>
        <w:t>ایک چھوٹی سی personal وجہ سے۔</w:t>
      </w:r>
    </w:p>
    <w:p>
      <w:r>
        <w:rPr>
          <w:b/>
        </w:rPr>
        <w:t xml:space="preserve">[11:24] </w:t>
      </w:r>
      <w:r>
        <w:t>ke is ne farz kiya aap ko ek kankar maar diya, ek aap ko gaali de di, aap</w:t>
      </w:r>
    </w:p>
    <w:p>
      <w:pPr>
        <w:jc w:val="right"/>
      </w:pPr>
      <w:r>
        <w:t>کہ اس نے فرض کیا آپ کو ایک کنکر مار دیا، ایک آپ کو گالی دے دی، آپ</w:t>
      </w:r>
    </w:p>
    <w:p>
      <w:r>
        <w:rPr>
          <w:b/>
        </w:rPr>
        <w:t xml:space="preserve">[11:30] </w:t>
      </w:r>
      <w:r>
        <w:t>ko dhakel diya.</w:t>
      </w:r>
    </w:p>
    <w:p>
      <w:pPr>
        <w:jc w:val="right"/>
      </w:pPr>
      <w:r>
        <w:t>کو دھکیل دیا۔</w:t>
      </w:r>
    </w:p>
    <w:p>
      <w:r>
        <w:rPr>
          <w:b/>
        </w:rPr>
        <w:t xml:space="preserve">[11:35] </w:t>
      </w:r>
      <w:r>
        <w:t>aise chota sa koi kaam.</w:t>
      </w:r>
    </w:p>
    <w:p>
      <w:pPr>
        <w:jc w:val="right"/>
      </w:pPr>
      <w:r>
        <w:t>ایسے چھوٹا سا کوئی کام۔</w:t>
      </w:r>
    </w:p>
    <w:p>
      <w:r>
        <w:rPr>
          <w:b/>
        </w:rPr>
        <w:t xml:space="preserve">[11:41] </w:t>
      </w:r>
      <w:r>
        <w:t>lekin jo hazaron saal insan ne jo qurbaniyan di hain is ke muqable mein yeh shikayat bohat kam hai.</w:t>
      </w:r>
    </w:p>
    <w:p>
      <w:pPr>
        <w:jc w:val="right"/>
      </w:pPr>
      <w:r>
        <w:t>لیکن جو ہزاروں سال انسان نے جو قربانیاں دی ہیں اس کے مقابلے میں یہ شکایت بہت کم ہے۔</w:t>
      </w:r>
    </w:p>
    <w:p>
      <w:r>
        <w:rPr>
          <w:b/>
        </w:rPr>
        <w:t xml:space="preserve">[11:46] </w:t>
      </w:r>
      <w:r>
        <w:t>to is ek insan ko jis ne aap ko takleef pohanchai, choti si, us ko poori insaniyat se</w:t>
      </w:r>
    </w:p>
    <w:p>
      <w:pPr>
        <w:jc w:val="right"/>
      </w:pPr>
      <w:r>
        <w:t>تو اس ایک انسان کو جس نے آپ کو تکلیف پہنچائی، چھوٹی سی، اس کو پوری انسانیت سے</w:t>
      </w:r>
    </w:p>
    <w:p>
      <w:r>
        <w:rPr>
          <w:b/>
        </w:rPr>
        <w:t xml:space="preserve">[11:52] </w:t>
      </w:r>
      <w:r>
        <w:t>joriye, poori mankind ka hissa samjhiye.</w:t>
      </w:r>
    </w:p>
    <w:p>
      <w:pPr>
        <w:jc w:val="right"/>
      </w:pPr>
      <w:r>
        <w:t>جوڑیے، پوری mankind کا حصہ سمجھیے۔</w:t>
      </w:r>
    </w:p>
    <w:p>
      <w:r>
        <w:rPr>
          <w:b/>
        </w:rPr>
        <w:t xml:space="preserve">[11:57] </w:t>
      </w:r>
      <w:r>
        <w:t>us ko ek fard na janiye, poori mankind.</w:t>
      </w:r>
    </w:p>
    <w:p>
      <w:pPr>
        <w:jc w:val="right"/>
      </w:pPr>
      <w:r>
        <w:t>اس کو ایک فرد نہ جانئیے، پوری mankind۔</w:t>
      </w:r>
    </w:p>
    <w:p>
      <w:r>
        <w:rPr>
          <w:b/>
        </w:rPr>
        <w:t xml:space="preserve">[12:03] </w:t>
      </w:r>
      <w:r>
        <w:t>tab aap ko lage ga ke mujhe mujhe right nahi hai ke main shikayat karoon, mujhe right nahi</w:t>
      </w:r>
    </w:p>
    <w:p>
      <w:pPr>
        <w:jc w:val="right"/>
      </w:pPr>
      <w:r>
        <w:t>تب آپ کو لگے گا کہ مجھے مجھے right نہیں ہے کہ میں شکایت کروں، مجھے right نہیں</w:t>
      </w:r>
    </w:p>
    <w:p>
      <w:r>
        <w:rPr>
          <w:b/>
        </w:rPr>
        <w:t xml:space="preserve">[12:08] </w:t>
      </w:r>
      <w:r>
        <w:t>hai ke main dushman kahoon.</w:t>
      </w:r>
    </w:p>
    <w:p>
      <w:pPr>
        <w:jc w:val="right"/>
      </w:pPr>
      <w:r>
        <w:t>ہے کہ میں دشمن کہوں۔</w:t>
      </w:r>
    </w:p>
    <w:p>
      <w:r>
        <w:rPr>
          <w:b/>
        </w:rPr>
        <w:t xml:space="preserve">[12:14] </w:t>
      </w:r>
      <w:r>
        <w:t>to Love your enemy .</w:t>
      </w:r>
    </w:p>
    <w:p>
      <w:pPr>
        <w:jc w:val="right"/>
      </w:pPr>
      <w:r>
        <w:t>تو Love your enemy ۔</w:t>
      </w:r>
    </w:p>
    <w:p>
      <w:r>
        <w:rPr>
          <w:b/>
        </w:rPr>
        <w:t xml:space="preserve">[12:19] </w:t>
      </w:r>
      <w:r>
        <w:t>ke peeche ek ek ek wisdom hai, ek hikmat hai jo soch ke zariye, tadabbur ke zariye maloom hoti hai.</w:t>
      </w:r>
    </w:p>
    <w:p>
      <w:pPr>
        <w:jc w:val="right"/>
      </w:pPr>
      <w:r>
        <w:t>کے پیچھے ایک ایک ایک wisdom ہے، ایک حکمت ہے جو سوچ کے ذریعے، تدبر کے ذریعے معلوم ہوتی ہے۔</w:t>
      </w:r>
    </w:p>
    <w:p>
      <w:r>
        <w:rPr>
          <w:b/>
        </w:rPr>
        <w:t xml:space="preserve">[12:25] </w:t>
      </w:r>
      <w:r>
        <w:t>yeh hai matlab la tanqazi ajaibuhu.</w:t>
      </w:r>
    </w:p>
    <w:p>
      <w:pPr>
        <w:jc w:val="right"/>
      </w:pPr>
      <w:r>
        <w:t>یہ ہے مطلب لا تنقضی عجائبه ۔</w:t>
      </w:r>
    </w:p>
    <w:p>
      <w:r>
        <w:rPr>
          <w:b/>
        </w:rPr>
        <w:t xml:space="preserve">[12:30] </w:t>
      </w:r>
      <w:r>
        <w:t>ke jitna aap sochen ge, jitna aap tadabbur karen ge, utni hikmaten milti jayen gi aur phir aap</w:t>
      </w:r>
    </w:p>
    <w:p>
      <w:pPr>
        <w:jc w:val="right"/>
      </w:pPr>
      <w:r>
        <w:t>کہ جتنا آپ سوچیں گے، جتنا آپ تدبر کریں گے، اتنی حکمتیں ملتی جائیں گی اور پھر آپ</w:t>
      </w:r>
    </w:p>
    <w:p>
      <w:r>
        <w:rPr>
          <w:b/>
        </w:rPr>
        <w:t xml:space="preserve">[12:36] </w:t>
      </w:r>
      <w:r>
        <w:t>ka irtaqa hoga.</w:t>
      </w:r>
    </w:p>
    <w:p>
      <w:pPr>
        <w:jc w:val="right"/>
      </w:pPr>
      <w:r>
        <w:t>کا ارتقاء ہوگا۔</w:t>
      </w:r>
    </w:p>
    <w:p>
      <w:r>
        <w:rPr>
          <w:b/>
        </w:rPr>
        <w:t xml:space="preserve">[12:41] </w:t>
      </w:r>
      <w:r>
        <w:t>jab mein ne yeh socha, yeh baat ke insan ne hazaron saal tak mehnat ki hai, tab mujhe</w:t>
      </w:r>
    </w:p>
    <w:p>
      <w:pPr>
        <w:jc w:val="right"/>
      </w:pPr>
      <w:r>
        <w:t>جب میں نے یہ سوچا، یہ بات کہ انسان نے ہزاروں سال تک محنت کی ہے، تب مجھے</w:t>
      </w:r>
    </w:p>
    <w:p>
      <w:r>
        <w:rPr>
          <w:b/>
        </w:rPr>
        <w:t xml:space="preserve">[12:46] </w:t>
      </w:r>
      <w:r>
        <w:t>aaj ki sawariyan mili hain.</w:t>
      </w:r>
    </w:p>
    <w:p>
      <w:pPr>
        <w:jc w:val="right"/>
      </w:pPr>
      <w:r>
        <w:t>آج کی سواریاں ملی ہیں۔</w:t>
      </w:r>
    </w:p>
    <w:p>
      <w:r>
        <w:rPr>
          <w:b/>
        </w:rPr>
        <w:t xml:space="preserve">[12:52] </w:t>
      </w:r>
      <w:r>
        <w:t>to laga ke insan, mein to kuch bhi insan ko nahi diya, insan ne mujhe bohat kuch de rakha hai.</w:t>
      </w:r>
    </w:p>
    <w:p>
      <w:pPr>
        <w:jc w:val="right"/>
      </w:pPr>
      <w:r>
        <w:t>تو لگا کہ انسان، میں تو کچھ بھی انسان کو نہیں دیا، انسان نے مجھے بہت کچھ دے رکھا ہے۔</w:t>
      </w:r>
    </w:p>
    <w:p>
      <w:r>
        <w:rPr>
          <w:b/>
        </w:rPr>
        <w:t xml:space="preserve">[12:57] </w:t>
      </w:r>
      <w:r>
        <w:t>mein bachpan mein dekhta tha hamare gaon mein mitti ke ghar hua karte thay.</w:t>
      </w:r>
    </w:p>
    <w:p>
      <w:pPr>
        <w:jc w:val="right"/>
      </w:pPr>
      <w:r>
        <w:t>میں بچپن میں دیکھتا تھا ہمارے گاؤں میں مٹی کے گھر ہوا کرتے تھے۔</w:t>
      </w:r>
    </w:p>
    <w:p>
      <w:r>
        <w:rPr>
          <w:b/>
        </w:rPr>
        <w:t xml:space="preserve">[13:03] </w:t>
      </w:r>
      <w:r>
        <w:t>mitti ke ghar.</w:t>
      </w:r>
    </w:p>
    <w:p>
      <w:pPr>
        <w:jc w:val="right"/>
      </w:pPr>
      <w:r>
        <w:t>مٹی کے گھر۔</w:t>
      </w:r>
    </w:p>
    <w:p>
      <w:r>
        <w:rPr>
          <w:b/>
        </w:rPr>
        <w:t xml:space="preserve">[13:08] </w:t>
      </w:r>
      <w:r>
        <w:t>mitti ke ghar kya hai? barish hui to kai deewar gir gayi, kai tapore laga, kai kechar ho gaya.</w:t>
      </w:r>
    </w:p>
    <w:p>
      <w:pPr>
        <w:jc w:val="right"/>
      </w:pPr>
      <w:r>
        <w:t>مٹی کے گھر کیا ہے؟ بارش ہوئی تو کئی دیوار گر گئی، کئی ٹپورے لگا، کئی کیچڑ ہو گیا۔</w:t>
      </w:r>
    </w:p>
    <w:p>
      <w:r>
        <w:rPr>
          <w:b/>
        </w:rPr>
        <w:t xml:space="preserve">[13:14] </w:t>
      </w:r>
      <w:r>
        <w:t>phir bohat dinon ke baad pakke ghar bane, sarkein banin, pani ka nikass banaya gaya.</w:t>
      </w:r>
    </w:p>
    <w:p>
      <w:pPr>
        <w:jc w:val="right"/>
      </w:pPr>
      <w:r>
        <w:t>پھر بہت دنوں کے بعد پکے گھر بنے، سڑکیں بنیں، پانی کا نکاس بنایا گیا۔</w:t>
      </w:r>
    </w:p>
    <w:p>
      <w:r>
        <w:rPr>
          <w:b/>
        </w:rPr>
        <w:t xml:space="preserve">[13:19] </w:t>
      </w:r>
      <w:r>
        <w:t>is ke liye bhi insan ne bohat mehnatain ki hain. bohat mehnatain.</w:t>
      </w:r>
    </w:p>
    <w:p>
      <w:pPr>
        <w:jc w:val="right"/>
      </w:pPr>
      <w:r>
        <w:t>اس کے لیے بھی انسان نے بہت محنتیں کی ہیں۔ بہت محنتیں۔</w:t>
      </w:r>
    </w:p>
    <w:p>
      <w:r>
        <w:rPr>
          <w:b/>
        </w:rPr>
        <w:t xml:space="preserve">[13:25] </w:t>
      </w:r>
      <w:r>
        <w:t>to aaj jab apne ghar mein dakhil hon, apne pakke flat mein, aap sochen ke yeh ghar ya</w:t>
      </w:r>
    </w:p>
    <w:p>
      <w:pPr>
        <w:jc w:val="right"/>
      </w:pPr>
      <w:r>
        <w:t>تو آج جب اپنے گھر میں داخل ہوں، اپنے پکے فلیٹ میں، آپ سوچیں کہ یہ گھر یا</w:t>
      </w:r>
    </w:p>
    <w:p>
      <w:r>
        <w:rPr>
          <w:b/>
        </w:rPr>
        <w:t xml:space="preserve">[13:30] </w:t>
      </w:r>
      <w:r>
        <w:t>yeh flat banane mein insaan ne kitna socha hai, kitna tajrube kiye hain, kitna discoveries kiye hain.</w:t>
      </w:r>
    </w:p>
    <w:p>
      <w:pPr>
        <w:jc w:val="right"/>
      </w:pPr>
      <w:r>
        <w:t>یہ فلیٹ بنانے میں انسان نے کتنا سوچا ہے، کتنا تجربے کیے ہیں، کتنا discoveries کیے ہیں۔</w:t>
      </w:r>
    </w:p>
    <w:p>
      <w:r>
        <w:rPr>
          <w:b/>
        </w:rPr>
        <w:t xml:space="preserve">[13:36] </w:t>
      </w:r>
      <w:r>
        <w:t>misalan hamare bachpan mein jo chhat banti thi, woh banti thi chune ki.</w:t>
      </w:r>
    </w:p>
    <w:p>
      <w:pPr>
        <w:jc w:val="right"/>
      </w:pPr>
      <w:r>
        <w:t>مثلاً ہمارے بچپن میں جو چھت بنتی تھی، وہ بنتی تھی چونے کی۔</w:t>
      </w:r>
    </w:p>
    <w:p>
      <w:r>
        <w:rPr>
          <w:b/>
        </w:rPr>
        <w:t xml:space="preserve">[13:41] </w:t>
      </w:r>
      <w:r>
        <w:t>zahir hai ke chune ki chhat bohat aaj ke lehaz se bohat mamooli hoti thi.</w:t>
      </w:r>
    </w:p>
    <w:p>
      <w:pPr>
        <w:jc w:val="right"/>
      </w:pPr>
      <w:r>
        <w:t>ظاہر ہے کہ چونے کی چھت بہت آج کے لحاظ سے بہت معمولی ہوتی تھی۔</w:t>
      </w:r>
    </w:p>
    <w:p>
      <w:r>
        <w:rPr>
          <w:b/>
        </w:rPr>
        <w:t xml:space="preserve">[13:47] </w:t>
      </w:r>
      <w:r>
        <w:t>phir slab build karne laga.</w:t>
      </w:r>
    </w:p>
    <w:p>
      <w:pPr>
        <w:jc w:val="right"/>
      </w:pPr>
      <w:r>
        <w:t>پھر سلائیب بلڈ کرنے لگا۔</w:t>
      </w:r>
    </w:p>
    <w:p>
      <w:r>
        <w:rPr>
          <w:b/>
        </w:rPr>
        <w:t xml:space="preserve">[13:52] </w:t>
      </w:r>
      <w:r>
        <w:t>phir meri zindagi mein loha is mein dala jaane laga.</w:t>
      </w:r>
    </w:p>
    <w:p>
      <w:pPr>
        <w:jc w:val="right"/>
      </w:pPr>
      <w:r>
        <w:t>پھر میری زندگی میں لوہا اس میں ڈالا جانے لگا۔</w:t>
      </w:r>
    </w:p>
    <w:p>
      <w:r>
        <w:rPr>
          <w:b/>
        </w:rPr>
        <w:t xml:space="preserve">[13:58] </w:t>
      </w:r>
      <w:r>
        <w:t>jisko sariya kehte hain.</w:t>
      </w:r>
    </w:p>
    <w:p>
      <w:pPr>
        <w:jc w:val="right"/>
      </w:pPr>
      <w:r>
        <w:t>جس کو سریا کہتے ہیں۔</w:t>
      </w:r>
    </w:p>
    <w:p>
      <w:r>
        <w:rPr>
          <w:b/>
        </w:rPr>
        <w:t xml:space="preserve">[14:03] </w:t>
      </w:r>
      <w:r>
        <w:t>to aaj jo building banti hai, woh lohe par khadi ki jaati hai.</w:t>
      </w:r>
    </w:p>
    <w:p>
      <w:pPr>
        <w:jc w:val="right"/>
      </w:pPr>
      <w:r>
        <w:t>تو آج جو بلڈنگ بنتی ہے، وہ لوہے پر کھڑی کی جاتی ہے۔</w:t>
      </w:r>
    </w:p>
    <w:p>
      <w:r>
        <w:rPr>
          <w:b/>
        </w:rPr>
        <w:t xml:space="preserve">[14:09] </w:t>
      </w:r>
      <w:r>
        <w:t>chahe chhat ho, chahe deewarein hon.</w:t>
      </w:r>
    </w:p>
    <w:p>
      <w:pPr>
        <w:jc w:val="right"/>
      </w:pPr>
      <w:r>
        <w:t>چاہے چھت ہو، چاہے دیواریں ہوں۔</w:t>
      </w:r>
    </w:p>
    <w:p>
      <w:r>
        <w:rPr>
          <w:b/>
        </w:rPr>
        <w:t xml:space="preserve">[14:14] </w:t>
      </w:r>
      <w:r>
        <w:t>to aap sochen ke insaan ne aaghaz kiya zindagi ka jhonpre se, ghar se, mitti ke ghar se.</w:t>
      </w:r>
    </w:p>
    <w:p>
      <w:pPr>
        <w:jc w:val="right"/>
      </w:pPr>
      <w:r>
        <w:t>تو آپ سوچیے کہ انسان نے آغاز کیا زندگی کا جھونپڑے سے، غار سے، مٹی کے گھر سے۔</w:t>
      </w:r>
    </w:p>
    <w:p>
      <w:r>
        <w:rPr>
          <w:b/>
        </w:rPr>
        <w:t xml:space="preserve">[14:20] </w:t>
      </w:r>
      <w:r>
        <w:t>phir hote hote hote hote use aaj ke aaj ke makanat bane.</w:t>
      </w:r>
    </w:p>
    <w:p>
      <w:pPr>
        <w:jc w:val="right"/>
      </w:pPr>
      <w:r>
        <w:t>پھر ہوتے ہوتے ہوتے ہوتے اسے آج کے آج کے مکانات بنے۔</w:t>
      </w:r>
    </w:p>
    <w:p>
      <w:r>
        <w:rPr>
          <w:b/>
        </w:rPr>
        <w:t xml:space="preserve">[14:25] </w:t>
      </w:r>
      <w:r>
        <w:t>jo sau manzil unche, is se bhi zyada unche.</w:t>
      </w:r>
    </w:p>
    <w:p>
      <w:pPr>
        <w:jc w:val="right"/>
      </w:pPr>
      <w:r>
        <w:t>جو سو منزل اونچے، اس سے بھی زیادہ اونچے۔</w:t>
      </w:r>
    </w:p>
    <w:p>
      <w:r>
        <w:rPr>
          <w:b/>
        </w:rPr>
        <w:t xml:space="preserve">[14:31] </w:t>
      </w:r>
      <w:r>
        <w:t>to aap ko insaan ka bohat zyada etiraf aayega.</w:t>
      </w:r>
    </w:p>
    <w:p>
      <w:pPr>
        <w:jc w:val="right"/>
      </w:pPr>
      <w:r>
        <w:t>تو آپ کو انسان کا بہت زیادہ اعتراف آئے گا۔</w:t>
      </w:r>
    </w:p>
    <w:p>
      <w:r>
        <w:rPr>
          <w:b/>
        </w:rPr>
        <w:t xml:space="preserve">[14:36] </w:t>
      </w:r>
      <w:r>
        <w:t>ab phir aap generalize karen ke ek insaan se bazahir mil raha hai aap ko, lekin sara ek</w:t>
      </w:r>
    </w:p>
    <w:p>
      <w:pPr>
        <w:jc w:val="right"/>
      </w:pPr>
      <w:r>
        <w:t>اب پھر آپ generalize کریں کہ ایک انسان سے بظاہر مل رہا ہے آپ کو، لیکن سارا ایک</w:t>
      </w:r>
    </w:p>
    <w:p>
      <w:r>
        <w:rPr>
          <w:b/>
        </w:rPr>
        <w:t xml:space="preserve">[14:42] </w:t>
      </w:r>
      <w:r>
        <w:t>puri mankind is mein shareek hai.</w:t>
      </w:r>
    </w:p>
    <w:p>
      <w:pPr>
        <w:jc w:val="right"/>
      </w:pPr>
      <w:r>
        <w:t>پوری mankind اس میں شریک ہے۔</w:t>
      </w:r>
    </w:p>
    <w:p>
      <w:r>
        <w:rPr>
          <w:b/>
        </w:rPr>
        <w:t xml:space="preserve">[14:47] </w:t>
      </w:r>
      <w:r>
        <w:t>yahan se wahan tak.</w:t>
      </w:r>
    </w:p>
    <w:p>
      <w:pPr>
        <w:jc w:val="right"/>
      </w:pPr>
      <w:r>
        <w:t>یہاں سے وہاں تک۔</w:t>
      </w:r>
    </w:p>
    <w:p>
      <w:r>
        <w:rPr>
          <w:b/>
        </w:rPr>
        <w:t xml:space="preserve">[14:53] </w:t>
      </w:r>
      <w:r>
        <w:t>to phir maine socha ke jo log masroof hain military mein, insaan ko marte hain, aap jante</w:t>
      </w:r>
    </w:p>
    <w:p>
      <w:pPr>
        <w:jc w:val="right"/>
      </w:pPr>
      <w:r>
        <w:t>تو پھر میں نے سوچا کہ جو لوگ مشغول ہیں military میں، انسان کو مارتے ہیں، آپ جانتے</w:t>
      </w:r>
    </w:p>
    <w:p>
      <w:r>
        <w:rPr>
          <w:b/>
        </w:rPr>
        <w:t xml:space="preserve">[14:58] </w:t>
      </w:r>
      <w:r>
        <w:t>hain ke rozana khabrein aati hain.</w:t>
      </w:r>
    </w:p>
    <w:p>
      <w:pPr>
        <w:jc w:val="right"/>
      </w:pPr>
      <w:r>
        <w:t>ہیں کہ روزانہ خبریں آتی ہیں۔</w:t>
      </w:r>
    </w:p>
    <w:p>
      <w:r>
        <w:rPr>
          <w:b/>
        </w:rPr>
        <w:t xml:space="preserve">[15:04] </w:t>
      </w:r>
      <w:r>
        <w:t>yahan bomb mara, wahan gun chala di.</w:t>
      </w:r>
    </w:p>
    <w:p>
      <w:pPr>
        <w:jc w:val="right"/>
      </w:pPr>
      <w:r>
        <w:t>یہاں بم مارا، وہاں گن چلا دیا۔</w:t>
      </w:r>
    </w:p>
    <w:p>
      <w:r>
        <w:rPr>
          <w:b/>
        </w:rPr>
        <w:t xml:space="preserve">[15:09] </w:t>
      </w:r>
      <w:r>
        <w:t>roz khabrein aati hain.</w:t>
      </w:r>
    </w:p>
    <w:p>
      <w:pPr>
        <w:jc w:val="right"/>
      </w:pPr>
      <w:r>
        <w:t>روز خبریں آتی ہیں۔</w:t>
      </w:r>
    </w:p>
    <w:p>
      <w:r>
        <w:rPr>
          <w:b/>
        </w:rPr>
        <w:t xml:space="preserve">[15:15] </w:t>
      </w:r>
      <w:r>
        <w:t>insaan ne insaan ko mara.</w:t>
      </w:r>
    </w:p>
    <w:p>
      <w:pPr>
        <w:jc w:val="right"/>
      </w:pPr>
      <w:r>
        <w:t>انسان نے انسان کو مارا۔</w:t>
      </w:r>
    </w:p>
    <w:p>
      <w:r>
        <w:rPr>
          <w:b/>
        </w:rPr>
        <w:t xml:space="preserve">[15:20] </w:t>
      </w:r>
      <w:r>
        <w:t>to main sochta hoon ke yeh log andhe pan mein jee rahe hain.</w:t>
      </w:r>
    </w:p>
    <w:p>
      <w:pPr>
        <w:jc w:val="right"/>
      </w:pPr>
      <w:r>
        <w:t>تو میں سوچتا ہوں کہ یہ لوگ اندھے پن میں جی رہے ہیں۔</w:t>
      </w:r>
    </w:p>
    <w:p>
      <w:r>
        <w:rPr>
          <w:b/>
        </w:rPr>
        <w:t xml:space="preserve">[15:26] </w:t>
      </w:r>
      <w:r>
        <w:t>phir maine socha ke Quran mein ayat kyun hai? ke jis ne ek shakhs ko mara, us</w:t>
      </w:r>
    </w:p>
    <w:p>
      <w:pPr>
        <w:jc w:val="right"/>
      </w:pPr>
      <w:r>
        <w:t>پھر میں نے سوچا کہ قرآن میں آیت کیوں ہے؟ کہ جس نے ایک شخص کو مارا، اس</w:t>
      </w:r>
    </w:p>
    <w:p>
      <w:r>
        <w:rPr>
          <w:b/>
        </w:rPr>
        <w:t xml:space="preserve">[15:31] </w:t>
      </w:r>
      <w:r>
        <w:t>ne sare hi insanon ko mar dala.</w:t>
      </w:r>
    </w:p>
    <w:p>
      <w:pPr>
        <w:jc w:val="right"/>
      </w:pPr>
      <w:r>
        <w:t>نے سارے ہی انسانوں کو مار ڈالا۔</w:t>
      </w:r>
    </w:p>
    <w:p>
      <w:r>
        <w:rPr>
          <w:b/>
        </w:rPr>
        <w:t xml:space="preserve">[15:37] </w:t>
      </w:r>
      <w:r>
        <w:t>jis ne ek shakhs ko mara, us ne sare hi insanon ko mar dala.</w:t>
      </w:r>
    </w:p>
    <w:p>
      <w:pPr>
        <w:jc w:val="right"/>
      </w:pPr>
      <w:r>
        <w:t>جس نے ایک شخص کو مارا، اس نے سارے ہی انسانوں کو مار ڈالا۔</w:t>
      </w:r>
    </w:p>
    <w:p>
      <w:r>
        <w:rPr>
          <w:b/>
        </w:rPr>
        <w:t xml:space="preserve">[15:42] </w:t>
      </w:r>
      <w:r>
        <w:t>kyunke dekhiye, jab aap ek insaan ke ek insaan ke role ko nahin mante, ek insaan ka jo</w:t>
      </w:r>
    </w:p>
    <w:p>
      <w:pPr>
        <w:jc w:val="right"/>
      </w:pPr>
      <w:r>
        <w:t>کیونکہ دیکھیے، جب آپ ایک انسان کے ایک انسان کے رول کو نہیں مانتے، ایک انسان کا جو</w:t>
      </w:r>
    </w:p>
    <w:p>
      <w:r>
        <w:rPr>
          <w:b/>
        </w:rPr>
        <w:t xml:space="preserve">[15:47] </w:t>
      </w:r>
      <w:r>
        <w:t>aap ki zindagi mein har hissa hai, us ko nahin mante, to aap poori insaniyat ko nahin mante.</w:t>
      </w:r>
    </w:p>
    <w:p>
      <w:pPr>
        <w:jc w:val="right"/>
      </w:pPr>
      <w:r>
        <w:t>آپ کی زندگی میں ہر حصہ ہے، اس کو نہیں مانتے، تو آپ پوری انسانیت کو نہیں مانتے۔</w:t>
      </w:r>
    </w:p>
    <w:p>
      <w:r>
        <w:rPr>
          <w:b/>
        </w:rPr>
        <w:t xml:space="preserve">[15:53] </w:t>
      </w:r>
      <w:r>
        <w:t>kyunke woh insaan culmination hai us tareekh ka jo shuru hui thi Adam se.</w:t>
      </w:r>
    </w:p>
    <w:p>
      <w:pPr>
        <w:jc w:val="right"/>
      </w:pPr>
      <w:r>
        <w:t>کیونکہ وہ انسان culmination ہے اس تاریخ کا جو شروع ہوئی تھی آدم سے۔</w:t>
      </w:r>
    </w:p>
    <w:p>
      <w:r>
        <w:rPr>
          <w:b/>
        </w:rPr>
        <w:t xml:space="preserve">[15:58] </w:t>
      </w:r>
      <w:r>
        <w:t>ek insaan represent kar raha hai poori insani tareekh ka.</w:t>
      </w:r>
    </w:p>
    <w:p>
      <w:pPr>
        <w:jc w:val="right"/>
      </w:pPr>
      <w:r>
        <w:t>ایک انسان represent کر رہا ہے پوری انسانی تاریخ کا۔</w:t>
      </w:r>
    </w:p>
    <w:p>
      <w:r>
        <w:rPr>
          <w:b/>
        </w:rPr>
        <w:t xml:space="preserve">[16:04] </w:t>
      </w:r>
      <w:r>
        <w:t>to ek insaan ko mara aap ne, to kya is ka matlab kya hua? ke saare insaan ko maar dala.</w:t>
      </w:r>
    </w:p>
    <w:p>
      <w:pPr>
        <w:jc w:val="right"/>
      </w:pPr>
      <w:r>
        <w:t>تو ایک انسان کو مارا آپ نے، تو کیا اس کا مطلب کیا ہوا؟ کہ سارے انسان کو مار ڈالا۔</w:t>
      </w:r>
    </w:p>
    <w:p>
      <w:r>
        <w:rPr>
          <w:b/>
        </w:rPr>
        <w:t xml:space="preserve">[16:09] </w:t>
      </w:r>
      <w:r>
        <w:t>yaani saare insaanon ke baare mein aap ke andar shukr ka jazba nahin, mohabbat ka jazba nahin, khair</w:t>
      </w:r>
    </w:p>
    <w:p>
      <w:pPr>
        <w:jc w:val="right"/>
      </w:pPr>
      <w:r>
        <w:t>یعنی سارے انسانوں کے بارے میں آپ کے اندر شکر کا جذبہ نہیں، محبت کا جذبہ نہیں، خیر</w:t>
      </w:r>
    </w:p>
    <w:p>
      <w:r>
        <w:rPr>
          <w:b/>
        </w:rPr>
        <w:t xml:space="preserve">[16:15] </w:t>
      </w:r>
      <w:r>
        <w:t>khair khwahi ka jazba nahin.</w:t>
      </w:r>
    </w:p>
    <w:p>
      <w:pPr>
        <w:jc w:val="right"/>
      </w:pPr>
      <w:r>
        <w:t>خیر خواہی کا جذبہ نہیں۔</w:t>
      </w:r>
    </w:p>
    <w:p>
      <w:r>
        <w:rPr>
          <w:b/>
        </w:rPr>
        <w:t xml:space="preserve">[16:20] </w:t>
      </w:r>
      <w:r>
        <w:t>sab insaanon ko aap ne daal rakha hai dushmani ke khaane mein.</w:t>
      </w:r>
    </w:p>
    <w:p>
      <w:pPr>
        <w:jc w:val="right"/>
      </w:pPr>
      <w:r>
        <w:t>سب انسانوں کو آپ نے ڈال رکھا ہے دشمنی کے خانے میں۔</w:t>
      </w:r>
    </w:p>
    <w:p>
      <w:r>
        <w:rPr>
          <w:b/>
        </w:rPr>
        <w:t xml:space="preserve">[16:26] </w:t>
      </w:r>
      <w:r>
        <w:t>to kitna bada crime hai yeh.</w:t>
      </w:r>
    </w:p>
    <w:p>
      <w:pPr>
        <w:jc w:val="right"/>
      </w:pPr>
      <w:r>
        <w:t>تو کتنا بڑا crime ہے یہ۔</w:t>
      </w:r>
    </w:p>
    <w:p>
      <w:r>
        <w:rPr>
          <w:b/>
        </w:rPr>
        <w:t xml:space="preserve">[16:31] </w:t>
      </w:r>
      <w:r>
        <w:t>is tarah se main jab sochta raha to bohat si baatein saamne aayin.</w:t>
      </w:r>
    </w:p>
    <w:p>
      <w:pPr>
        <w:jc w:val="right"/>
      </w:pPr>
      <w:r>
        <w:t>اس طرح سے میں جب سوچتا رہا تو بہت سی باتیں سامنے آئیں۔</w:t>
      </w:r>
    </w:p>
    <w:p>
      <w:r>
        <w:rPr>
          <w:b/>
        </w:rPr>
        <w:t xml:space="preserve">[16:37] </w:t>
      </w:r>
      <w:r>
        <w:t>misalan dekhiye, Quran mein ek aayat hai ma lahada al-rasool yaakul al-ta'aam wa yamshi fi al-aswaaq ke pehle zamane</w:t>
      </w:r>
    </w:p>
    <w:p>
      <w:pPr>
        <w:jc w:val="right"/>
      </w:pPr>
      <w:r>
        <w:t>مثلاً دیکھیے، قرآن میں ایک آیت ہے ما لہذا الرسول يأكل الطعام ويمشي في الأسواق کہ پہلے زمانے</w:t>
      </w:r>
    </w:p>
    <w:p>
      <w:r>
        <w:rPr>
          <w:b/>
        </w:rPr>
        <w:t xml:space="preserve">[16:42] </w:t>
      </w:r>
      <w:r>
        <w:t>mein paighambar aaye to un ke jo mad'u the, jo un ke jo mukhatib the, unhone dekha</w:t>
      </w:r>
    </w:p>
    <w:p>
      <w:pPr>
        <w:jc w:val="right"/>
      </w:pPr>
      <w:r>
        <w:t>میں پیغمبر آئے تو ان کے جو مدعو تھے، جو ان کے جو مخاطب تھے، انہوں نے دیکھا</w:t>
      </w:r>
    </w:p>
    <w:p>
      <w:r>
        <w:rPr>
          <w:b/>
        </w:rPr>
        <w:t xml:space="preserve">[16:48] </w:t>
      </w:r>
      <w:r>
        <w:t>ke yeh to khana khate hain hamari tareeqe se aur bazaron mein chalte hain hamari taraf se.</w:t>
      </w:r>
    </w:p>
    <w:p>
      <w:pPr>
        <w:jc w:val="right"/>
      </w:pPr>
      <w:r>
        <w:t>کہ یہ تو کھانا کھاتے ہیں ہماری طریقے سے اور بازاروں میں چلتے ہیں ہماری طرف سے۔</w:t>
      </w:r>
    </w:p>
    <w:p>
      <w:r>
        <w:rPr>
          <w:b/>
        </w:rPr>
        <w:t xml:space="preserve">[16:53] </w:t>
      </w:r>
      <w:r>
        <w:t>haalanke yeh to paighambar hain, to unhein farishton ki tarah rehna chahiye.</w:t>
      </w:r>
    </w:p>
    <w:p>
      <w:pPr>
        <w:jc w:val="right"/>
      </w:pPr>
      <w:r>
        <w:t>حالانکہ یہ تو پیغمبر ہیں، تو انہیں فرشتوں کی طرح رہنا چاہیے۔</w:t>
      </w:r>
    </w:p>
    <w:p>
      <w:r>
        <w:rPr>
          <w:b/>
        </w:rPr>
        <w:t xml:space="preserve">[16:59] </w:t>
      </w:r>
      <w:r>
        <w:t>to kaha unhone ke ma lahada al-rasool yaakul al-ta'aam wa yamshi fi al-aswaaq ke yeh kaisa rasool hai?</w:t>
      </w:r>
    </w:p>
    <w:p>
      <w:pPr>
        <w:jc w:val="right"/>
      </w:pPr>
      <w:r>
        <w:t>تو کہا انہوں نے کہ ما لہذا الرسول يأكل الطعام ويمشي في الأسواق کہ یہ کیسا رسول ہے؟</w:t>
      </w:r>
    </w:p>
    <w:p>
      <w:r>
        <w:rPr>
          <w:b/>
        </w:rPr>
        <w:t xml:space="preserve">[17:04] </w:t>
      </w:r>
      <w:r>
        <w:t>yeh to khana khata hai aur bazaron mein chalta hai.</w:t>
      </w:r>
    </w:p>
    <w:p>
      <w:pPr>
        <w:jc w:val="right"/>
      </w:pPr>
      <w:r>
        <w:t>یہ تو کھانا کھاتا ہے اور بازاروں میں چلتا ہے۔</w:t>
      </w:r>
    </w:p>
    <w:p>
      <w:r>
        <w:rPr>
          <w:b/>
        </w:rPr>
        <w:t xml:space="preserve">[17:10] </w:t>
      </w:r>
      <w:r>
        <w:t>to main is mein jo yeh lafz hai yamshi fi al-aswaaq is par sochne laga.</w:t>
      </w:r>
    </w:p>
    <w:p>
      <w:pPr>
        <w:jc w:val="right"/>
      </w:pPr>
      <w:r>
        <w:t>تو میں اس میں جو یہ لفظ ہے يمشي في الأسواق اس پر سوچنے لگا۔</w:t>
      </w:r>
    </w:p>
    <w:p>
      <w:r>
        <w:rPr>
          <w:b/>
        </w:rPr>
        <w:t xml:space="preserve">[17:15] </w:t>
      </w:r>
      <w:r>
        <w:t>to dekhiye, yeh aayat aayi hai mukhalifeen ke kalme ke taur par.</w:t>
      </w:r>
    </w:p>
    <w:p>
      <w:pPr>
        <w:jc w:val="right"/>
      </w:pPr>
      <w:r>
        <w:t>تو دیکھیے، یہ آیت آئی ہے مخالفین کے کلمے کے طور پر۔</w:t>
      </w:r>
    </w:p>
    <w:p>
      <w:r>
        <w:rPr>
          <w:b/>
        </w:rPr>
        <w:t xml:space="preserve">[17:21] </w:t>
      </w:r>
      <w:r>
        <w:t>yaani negative mafhoom mein.</w:t>
      </w:r>
    </w:p>
    <w:p>
      <w:pPr>
        <w:jc w:val="right"/>
      </w:pPr>
      <w:r>
        <w:t>یعنی negative مفہوم میں۔</w:t>
      </w:r>
    </w:p>
    <w:p>
      <w:r>
        <w:rPr>
          <w:b/>
        </w:rPr>
        <w:t xml:space="preserve">[17:26] </w:t>
      </w:r>
      <w:r>
        <w:t>ke unhone ek negative remark diya.</w:t>
      </w:r>
    </w:p>
    <w:p>
      <w:pPr>
        <w:jc w:val="right"/>
      </w:pPr>
      <w:r>
        <w:t>کہ انہوں نے ایک negative remark دیا۔</w:t>
      </w:r>
    </w:p>
    <w:p>
      <w:r>
        <w:rPr>
          <w:b/>
        </w:rPr>
        <w:t xml:space="preserve">[17:32] </w:t>
      </w:r>
      <w:r>
        <w:t>is is aitbaar se aayi hai.</w:t>
      </w:r>
    </w:p>
    <w:p>
      <w:pPr>
        <w:jc w:val="right"/>
      </w:pPr>
      <w:r>
        <w:t>اس اس اعتبار سے آئی ہے۔</w:t>
      </w:r>
    </w:p>
    <w:p>
      <w:r>
        <w:rPr>
          <w:b/>
        </w:rPr>
        <w:t xml:space="preserve">[17:37] </w:t>
      </w:r>
      <w:r>
        <w:t>lekin is mein dekhiye, aap aur ma'ani chhupe hue hain.</w:t>
      </w:r>
    </w:p>
    <w:p>
      <w:pPr>
        <w:jc w:val="right"/>
      </w:pPr>
      <w:r>
        <w:t>لیکن اس میں دیکھیے، آپ اور معنی چھپے ہوئے ہیں۔</w:t>
      </w:r>
    </w:p>
    <w:p>
      <w:r>
        <w:rPr>
          <w:b/>
        </w:rPr>
        <w:t xml:space="preserve">[17:43] </w:t>
      </w:r>
      <w:r>
        <w:t>aur ajayab chhupe hue hain is ke andar.</w:t>
      </w:r>
    </w:p>
    <w:p>
      <w:pPr>
        <w:jc w:val="right"/>
      </w:pPr>
      <w:r>
        <w:t>اور عجائب چھپے ہوئے ہیں اس کے اندر۔</w:t>
      </w:r>
    </w:p>
    <w:p>
      <w:r>
        <w:rPr>
          <w:b/>
        </w:rPr>
        <w:t xml:space="preserve">[17:48] </w:t>
      </w:r>
      <w:r>
        <w:t>kyun? ab aap ab aap is ko sochiye, paighambar ki nisbat se sochiye.</w:t>
      </w:r>
    </w:p>
    <w:p>
      <w:pPr>
        <w:jc w:val="right"/>
      </w:pPr>
      <w:r>
        <w:t>کیوں؟ اب آپ اب آپ اس کو سوچیے، پیغمبر کی نسبت سے سوچیے۔</w:t>
      </w:r>
    </w:p>
    <w:p>
      <w:r>
        <w:rPr>
          <w:b/>
        </w:rPr>
        <w:t xml:space="preserve">[17:54] </w:t>
      </w:r>
      <w:r>
        <w:t>ke paighambar bazaar mein kyun jaata tha? is liye ke un ko dawat di Allah ke, paigham pahunchaye.</w:t>
      </w:r>
    </w:p>
    <w:p>
      <w:pPr>
        <w:jc w:val="right"/>
      </w:pPr>
      <w:r>
        <w:t>کہ پیغمبر بازار میں کیوں جاتا تھا؟ اس لیے کہ ان کو دعوت دی اللہ کے، پیغام پہنچائے۔</w:t>
      </w:r>
    </w:p>
    <w:p>
      <w:r>
        <w:rPr>
          <w:b/>
        </w:rPr>
        <w:t xml:space="preserve">[17:59] </w:t>
      </w:r>
      <w:r>
        <w:t>kyunke is ne dekha ke bazaar mein insaan hote hain.</w:t>
      </w:r>
    </w:p>
    <w:p>
      <w:pPr>
        <w:jc w:val="right"/>
      </w:pPr>
      <w:r>
        <w:t>کیونکہ اس نے دیکھا کہ بازار میں انسان ہوتے ہیں۔</w:t>
      </w:r>
    </w:p>
    <w:p>
      <w:r>
        <w:rPr>
          <w:b/>
        </w:rPr>
        <w:t xml:space="preserve">[18:05] </w:t>
      </w:r>
      <w:r>
        <w:t>har jagah insaan to milenge nahin.</w:t>
      </w:r>
    </w:p>
    <w:p>
      <w:pPr>
        <w:jc w:val="right"/>
      </w:pPr>
      <w:r>
        <w:t>ہر جگہ انسان تو ملیں گے نہیں۔</w:t>
      </w:r>
    </w:p>
    <w:p>
      <w:r>
        <w:rPr>
          <w:b/>
        </w:rPr>
        <w:t xml:space="preserve">[18:10] </w:t>
      </w:r>
      <w:r>
        <w:t>wahan insaan ka majma hota hai.</w:t>
      </w:r>
    </w:p>
    <w:p>
      <w:pPr>
        <w:jc w:val="right"/>
      </w:pPr>
      <w:r>
        <w:t>وہاں انسان کا مجمع ہوتا ہے۔</w:t>
      </w:r>
    </w:p>
    <w:p>
      <w:r>
        <w:rPr>
          <w:b/>
        </w:rPr>
        <w:t xml:space="preserve">[18:16] </w:t>
      </w:r>
      <w:r>
        <w:t>to wahan ja kar mujhe baatein kehna hain.</w:t>
      </w:r>
    </w:p>
    <w:p>
      <w:pPr>
        <w:jc w:val="right"/>
      </w:pPr>
      <w:r>
        <w:t>تو وہاں جا کر مجھے باتیں کہنا ہے۔</w:t>
      </w:r>
    </w:p>
    <w:p>
      <w:r>
        <w:rPr>
          <w:b/>
        </w:rPr>
        <w:t xml:space="preserve">[18:21] </w:t>
      </w:r>
      <w:r>
        <w:t>to is ka maani yeh hai ke woh ayat hai manfi aitbaar se.</w:t>
      </w:r>
    </w:p>
    <w:p>
      <w:pPr>
        <w:jc w:val="right"/>
      </w:pPr>
      <w:r>
        <w:t>تو اس کا معنی یہ ہے کہ وہ آیت ہے منفی اعتبار سے۔</w:t>
      </w:r>
    </w:p>
    <w:p>
      <w:r>
        <w:rPr>
          <w:b/>
        </w:rPr>
        <w:t xml:space="preserve">[18:27] </w:t>
      </w:r>
      <w:r>
        <w:t>lekin is mein musbat maani chupa hua hai.</w:t>
      </w:r>
    </w:p>
    <w:p>
      <w:pPr>
        <w:jc w:val="right"/>
      </w:pPr>
      <w:r>
        <w:t>لیکن اس میں مثبت معنی چھپا ہوا ہے۔</w:t>
      </w:r>
    </w:p>
    <w:p>
      <w:r>
        <w:rPr>
          <w:b/>
        </w:rPr>
        <w:t xml:space="preserve">[18:32] </w:t>
      </w:r>
      <w:r>
        <w:t>ayat jo aayi hai, woh manfi maani mein hai.</w:t>
      </w:r>
    </w:p>
    <w:p>
      <w:pPr>
        <w:jc w:val="right"/>
      </w:pPr>
      <w:r>
        <w:t>آیت جو آئی ہے، وہ منفی معنی میں ہے۔</w:t>
      </w:r>
    </w:p>
    <w:p>
      <w:r>
        <w:rPr>
          <w:b/>
        </w:rPr>
        <w:t xml:space="preserve">[18:38] </w:t>
      </w:r>
      <w:r>
        <w:t>quran ki jo ayat hai, woh mukhalifeen ke qaul ke taur par aayi hai.</w:t>
      </w:r>
    </w:p>
    <w:p>
      <w:pPr>
        <w:jc w:val="right"/>
      </w:pPr>
      <w:r>
        <w:t>قرآن کی جو آیت ہے، وہ مخالفین کے قول کے طور پر آئی ہے۔</w:t>
      </w:r>
    </w:p>
    <w:p>
      <w:r>
        <w:rPr>
          <w:b/>
        </w:rPr>
        <w:t xml:space="preserve">[18:43] </w:t>
      </w:r>
      <w:r>
        <w:t>ke mukhalifeen aisa kehte.</w:t>
      </w:r>
    </w:p>
    <w:p>
      <w:pPr>
        <w:jc w:val="right"/>
      </w:pPr>
      <w:r>
        <w:t>کہ مخالفین ایسا کہتے۔</w:t>
      </w:r>
    </w:p>
    <w:p>
      <w:r>
        <w:rPr>
          <w:b/>
        </w:rPr>
        <w:t xml:space="preserve">[18:48] </w:t>
      </w:r>
      <w:r>
        <w:t>to goya ke is mein aayi hai ayat ek manfi waqea ke taur par.</w:t>
      </w:r>
    </w:p>
    <w:p>
      <w:pPr>
        <w:jc w:val="right"/>
      </w:pPr>
      <w:r>
        <w:t>تو گویا کہ اس میں آئی ہے آیت ایک منفی واقعے کے طور پر۔</w:t>
      </w:r>
    </w:p>
    <w:p>
      <w:r>
        <w:rPr>
          <w:b/>
        </w:rPr>
        <w:t xml:space="preserve">[18:54] </w:t>
      </w:r>
      <w:r>
        <w:t>lekin aap tadabbur ki jiye, ghor ki jiye.</w:t>
      </w:r>
    </w:p>
    <w:p>
      <w:pPr>
        <w:jc w:val="right"/>
      </w:pPr>
      <w:r>
        <w:t>لیکن آپ تدبر کیجیے، غور کیجیے۔</w:t>
      </w:r>
    </w:p>
    <w:p>
      <w:r>
        <w:rPr>
          <w:b/>
        </w:rPr>
        <w:t xml:space="preserve">[18:59] </w:t>
      </w:r>
      <w:r>
        <w:t>to ek aur anokhi baat daryaft karenge aap.</w:t>
      </w:r>
    </w:p>
    <w:p>
      <w:pPr>
        <w:jc w:val="right"/>
      </w:pPr>
      <w:r>
        <w:t>تو ایک اور انوکھی بات دریافت کریں گے آپ۔</w:t>
      </w:r>
    </w:p>
    <w:p>
      <w:r>
        <w:rPr>
          <w:b/>
        </w:rPr>
        <w:t xml:space="preserve">[19:05] </w:t>
      </w:r>
      <w:r>
        <w:t>ke woh to ek dawat ka nuqta hai, woh.</w:t>
      </w:r>
    </w:p>
    <w:p>
      <w:pPr>
        <w:jc w:val="right"/>
      </w:pPr>
      <w:r>
        <w:t>کہ وہ تو ایک دعوت کا نقطہ ہے، وہ۔</w:t>
      </w:r>
    </w:p>
    <w:p>
      <w:r>
        <w:rPr>
          <w:b/>
        </w:rPr>
        <w:t xml:space="preserve">[19:10] </w:t>
      </w:r>
      <w:r>
        <w:t>jahan insaan hai, wahan meri dawat ka kaam hai.</w:t>
      </w:r>
    </w:p>
    <w:p>
      <w:pPr>
        <w:jc w:val="right"/>
      </w:pPr>
      <w:r>
        <w:t>جہاں انسان ہے، وہاں میری دعوت کا کام ہے۔</w:t>
      </w:r>
    </w:p>
    <w:p>
      <w:r>
        <w:rPr>
          <w:b/>
        </w:rPr>
        <w:t xml:space="preserve">[19:16] </w:t>
      </w:r>
      <w:r>
        <w:t>woh to ek bohat hi positive nuqta is ke andar hai.</w:t>
      </w:r>
    </w:p>
    <w:p>
      <w:pPr>
        <w:jc w:val="right"/>
      </w:pPr>
      <w:r>
        <w:t>وہ تو ایک بہت ہی positive نقطہ اس کے اندر ہے۔</w:t>
      </w:r>
    </w:p>
    <w:p>
      <w:r>
        <w:rPr>
          <w:b/>
        </w:rPr>
        <w:t xml:space="preserve">[19:21] </w:t>
      </w:r>
      <w:r>
        <w:t>yeh tadabbur se maloom hota hai, ghor o fikr karne se maloom hota hai.</w:t>
      </w:r>
    </w:p>
    <w:p>
      <w:pPr>
        <w:jc w:val="right"/>
      </w:pPr>
      <w:r>
        <w:t>یہ تدبر سے معلوم ہوتا ہے، غور و فکر کرنے سے معلوم ہوتا ہے۔</w:t>
      </w:r>
    </w:p>
    <w:p>
      <w:r>
        <w:rPr>
          <w:b/>
        </w:rPr>
        <w:t xml:space="preserve">[19:27] </w:t>
      </w:r>
      <w:r>
        <w:t>phir mazeed mein ne socha.</w:t>
      </w:r>
    </w:p>
    <w:p>
      <w:pPr>
        <w:jc w:val="right"/>
      </w:pPr>
      <w:r>
        <w:t>پھر مزید میں نے سوچا۔</w:t>
      </w:r>
    </w:p>
    <w:p>
      <w:r>
        <w:rPr>
          <w:b/>
        </w:rPr>
        <w:t xml:space="preserve">[19:32] </w:t>
      </w:r>
      <w:r>
        <w:t>to mein ne socha ke yeh yeh jo insaan.</w:t>
      </w:r>
    </w:p>
    <w:p>
      <w:pPr>
        <w:jc w:val="right"/>
      </w:pPr>
      <w:r>
        <w:t>تو میں نے سوچا کہ یہ یہ جو انسان۔</w:t>
      </w:r>
    </w:p>
    <w:p>
      <w:r>
        <w:rPr>
          <w:b/>
        </w:rPr>
        <w:t xml:space="preserve">[19:38] </w:t>
      </w:r>
      <w:r>
        <w:t>insaan ne yeh nahin kiya hai.</w:t>
      </w:r>
    </w:p>
    <w:p>
      <w:pPr>
        <w:jc w:val="right"/>
      </w:pPr>
      <w:r>
        <w:t>انسان نے یہ نہیں کیا ہے۔</w:t>
      </w:r>
    </w:p>
    <w:p>
      <w:r>
        <w:rPr>
          <w:b/>
        </w:rPr>
        <w:t xml:space="preserve">[19:43] </w:t>
      </w:r>
      <w:r>
        <w:t>aur tamaddun ko aage barhaya hai.</w:t>
      </w:r>
    </w:p>
    <w:p>
      <w:pPr>
        <w:jc w:val="right"/>
      </w:pPr>
      <w:r>
        <w:t>اور تمدن کو آگے بڑھایا ہے۔</w:t>
      </w:r>
    </w:p>
    <w:p>
      <w:r>
        <w:rPr>
          <w:b/>
        </w:rPr>
        <w:t xml:space="preserve">[19:49] </w:t>
      </w:r>
      <w:r>
        <w:t>yani purane zamane mein sirf mamooli qism ke bazaar hote the.</w:t>
      </w:r>
    </w:p>
    <w:p>
      <w:pPr>
        <w:jc w:val="right"/>
      </w:pPr>
      <w:r>
        <w:t>یعنی پرانے زمانے میں صرف معمولی قسم کے بازار ہوتے تھے۔</w:t>
      </w:r>
    </w:p>
    <w:p>
      <w:r>
        <w:rPr>
          <w:b/>
        </w:rPr>
        <w:t xml:space="preserve">[19:54] </w:t>
      </w:r>
      <w:r>
        <w:t>woh mein ne dekhe hain bachpan mein.</w:t>
      </w:r>
    </w:p>
    <w:p>
      <w:pPr>
        <w:jc w:val="right"/>
      </w:pPr>
      <w:r>
        <w:t>وہ میں نے دیکھے ہیں بچپن میں۔</w:t>
      </w:r>
    </w:p>
    <w:p>
      <w:r>
        <w:rPr>
          <w:b/>
        </w:rPr>
        <w:t xml:space="preserve">[20:00] </w:t>
      </w:r>
      <w:r>
        <w:t>bilkul mamooli qism ke bazaar.</w:t>
      </w:r>
    </w:p>
    <w:p>
      <w:pPr>
        <w:jc w:val="right"/>
      </w:pPr>
      <w:r>
        <w:t>بالکل معمولی قسم کے بازار۔</w:t>
      </w:r>
    </w:p>
    <w:p>
      <w:r>
        <w:rPr>
          <w:b/>
        </w:rPr>
        <w:t xml:space="preserve">[20:05] </w:t>
      </w:r>
      <w:r>
        <w:t>to wahan insaan kuch kuch ikattha hote the.</w:t>
      </w:r>
    </w:p>
    <w:p>
      <w:pPr>
        <w:jc w:val="right"/>
      </w:pPr>
      <w:r>
        <w:t>تو وہاں انسان کچھ کچھ اکٹھا ہوتے تھے۔</w:t>
      </w:r>
    </w:p>
    <w:p>
      <w:r>
        <w:rPr>
          <w:b/>
        </w:rPr>
        <w:t xml:space="preserve">[20:11] </w:t>
      </w:r>
      <w:r>
        <w:t>aap dekhiye, zyada bade bade maqamat hain.</w:t>
      </w:r>
    </w:p>
    <w:p>
      <w:pPr>
        <w:jc w:val="right"/>
      </w:pPr>
      <w:r>
        <w:t>آپ دیکھیے، زیادہ بڑے بڑے مقامات ہیں۔</w:t>
      </w:r>
    </w:p>
    <w:p>
      <w:r>
        <w:rPr>
          <w:b/>
        </w:rPr>
        <w:t xml:space="preserve">[20:16] </w:t>
      </w:r>
      <w:r>
        <w:t>ab kya hai? seminar hai, conference hai, dialogue hai, is railway station hai, bus adra hai, hawai jahaz,</w:t>
      </w:r>
    </w:p>
    <w:p>
      <w:pPr>
        <w:jc w:val="right"/>
      </w:pPr>
      <w:r>
        <w:t>اب کیا ہے؟ سیمینار ہے، کانفرنس ہے، ڈائیلاگ ہے، اس ریلوے اسٹیشن ہے، بس اڈرا ہے، ہوائی جہاز،</w:t>
      </w:r>
    </w:p>
    <w:p>
      <w:r>
        <w:rPr>
          <w:b/>
        </w:rPr>
        <w:t xml:space="preserve">[20:22] </w:t>
      </w:r>
      <w:r>
        <w:t>airport hai, universityan hain, college hain, library hai.</w:t>
      </w:r>
    </w:p>
    <w:p>
      <w:pPr>
        <w:jc w:val="right"/>
      </w:pPr>
      <w:r>
        <w:t>ایئرپورٹ ہے، یونیورسٹیاں ہیں، کالج ہیں، لائبریری ہے۔</w:t>
      </w:r>
    </w:p>
    <w:p>
      <w:r>
        <w:rPr>
          <w:b/>
        </w:rPr>
        <w:t xml:space="preserve">[20:27] </w:t>
      </w:r>
      <w:r>
        <w:t>aaj ke jo aswaq hain, woh bohat hi zyada barh chuke hain.</w:t>
      </w:r>
    </w:p>
    <w:p>
      <w:pPr>
        <w:jc w:val="right"/>
      </w:pPr>
      <w:r>
        <w:t>آج کے جو اسواق ہیں، وہ بہت ہی زیادہ بڑھ چکے ہیں۔</w:t>
      </w:r>
    </w:p>
    <w:p>
      <w:r>
        <w:rPr>
          <w:b/>
        </w:rPr>
        <w:t xml:space="preserve">[20:33] </w:t>
      </w:r>
      <w:r>
        <w:t>pehlay ke aswaq to bohat kam thay.</w:t>
      </w:r>
    </w:p>
    <w:p>
      <w:pPr>
        <w:jc w:val="right"/>
      </w:pPr>
      <w:r>
        <w:t>پہلے کے اسواق تو بہت کم تھے۔</w:t>
      </w:r>
    </w:p>
    <w:p>
      <w:r>
        <w:rPr>
          <w:b/>
        </w:rPr>
        <w:t xml:space="preserve">[20:38] </w:t>
      </w:r>
      <w:r>
        <w:t>chand spot tha, mamooli qism ka.</w:t>
      </w:r>
    </w:p>
    <w:p>
      <w:pPr>
        <w:jc w:val="right"/>
      </w:pPr>
      <w:r>
        <w:t>چند اسپاٹ تھا، معمولی قسم کا۔</w:t>
      </w:r>
    </w:p>
    <w:p>
      <w:r>
        <w:rPr>
          <w:b/>
        </w:rPr>
        <w:t xml:space="preserve">[20:44] </w:t>
      </w:r>
      <w:r>
        <w:t>aaj ke aswaq to bohat hi zyada baray baray darjay mein hotay hain.</w:t>
      </w:r>
    </w:p>
    <w:p>
      <w:pPr>
        <w:jc w:val="right"/>
      </w:pPr>
      <w:r>
        <w:t>آج کے اسواق تو بہت ہی زیادہ بڑے بڑے درجے میں ہوتے ہیں۔</w:t>
      </w:r>
    </w:p>
    <w:p>
      <w:r>
        <w:rPr>
          <w:b/>
        </w:rPr>
        <w:t xml:space="preserve">[20:49] </w:t>
      </w:r>
      <w:r>
        <w:t>har university aik swoq hai, har library aik swoq hai, har conference aik swoq hai, har seminar aik swoq hai.</w:t>
      </w:r>
    </w:p>
    <w:p>
      <w:pPr>
        <w:jc w:val="right"/>
      </w:pPr>
      <w:r>
        <w:t>ہر یونیورسٹی ایک سوق ہے، ہر لائبریری ایک سوق ہے، ہر کانفرنس ایک سوق ہے، ہر سیمینار ایک سوق ہے۔</w:t>
      </w:r>
    </w:p>
    <w:p>
      <w:r>
        <w:rPr>
          <w:b/>
        </w:rPr>
        <w:t xml:space="preserve">[20:55] </w:t>
      </w:r>
      <w:r>
        <w:t>swoq ma'ni bazaar.</w:t>
      </w:r>
    </w:p>
    <w:p>
      <w:pPr>
        <w:jc w:val="right"/>
      </w:pPr>
      <w:r>
        <w:t>سوق معنی بازار۔</w:t>
      </w:r>
    </w:p>
    <w:p>
      <w:r>
        <w:rPr>
          <w:b/>
        </w:rPr>
        <w:t xml:space="preserve">[21:00] </w:t>
      </w:r>
      <w:r>
        <w:t>to kaha Quran ki is ayat mein aik ma'ni ka khazana hai.</w:t>
      </w:r>
    </w:p>
    <w:p>
      <w:pPr>
        <w:jc w:val="right"/>
      </w:pPr>
      <w:r>
        <w:t>تو کہا قرآن کی اس آیت میں ایک معنی کا خزانہ ہے۔</w:t>
      </w:r>
    </w:p>
    <w:p>
      <w:r>
        <w:rPr>
          <w:b/>
        </w:rPr>
        <w:t xml:space="preserve">[21:06] </w:t>
      </w:r>
      <w:r>
        <w:t>ke swoq daryaft karo.</w:t>
      </w:r>
    </w:p>
    <w:p>
      <w:pPr>
        <w:jc w:val="right"/>
      </w:pPr>
      <w:r>
        <w:t>کہ سوق دریافت کرو۔</w:t>
      </w:r>
    </w:p>
    <w:p>
      <w:r>
        <w:rPr>
          <w:b/>
        </w:rPr>
        <w:t xml:space="preserve">[21:11] </w:t>
      </w:r>
      <w:r>
        <w:t>mein wahan Turkey gaya.</w:t>
      </w:r>
    </w:p>
    <w:p>
      <w:pPr>
        <w:jc w:val="right"/>
      </w:pPr>
      <w:r>
        <w:t>میں وہاں ترکی گیا۔</w:t>
      </w:r>
    </w:p>
    <w:p>
      <w:r>
        <w:rPr>
          <w:b/>
        </w:rPr>
        <w:t xml:space="preserve">[21:17] </w:t>
      </w:r>
      <w:r>
        <w:t>wahan aik tareekhi masjid hai.</w:t>
      </w:r>
    </w:p>
    <w:p>
      <w:pPr>
        <w:jc w:val="right"/>
      </w:pPr>
      <w:r>
        <w:t>وہاں ایک تاریخی مسجد ہے۔</w:t>
      </w:r>
    </w:p>
    <w:p>
      <w:r>
        <w:rPr>
          <w:b/>
        </w:rPr>
        <w:t xml:space="preserve">[21:22] </w:t>
      </w:r>
      <w:r>
        <w:t>wahan bheer lagi hui thi siyahon ki.</w:t>
      </w:r>
    </w:p>
    <w:p>
      <w:pPr>
        <w:jc w:val="right"/>
      </w:pPr>
      <w:r>
        <w:t>وہاں بھیڑ لگی ہوئی تھی سیاحوں کی۔</w:t>
      </w:r>
    </w:p>
    <w:p>
      <w:r>
        <w:rPr>
          <w:b/>
        </w:rPr>
        <w:t xml:space="preserve">[21:28] </w:t>
      </w:r>
      <w:r>
        <w:t>yani wahan ke ticket lene ke liye hamein lambi line mein khara hona para.</w:t>
      </w:r>
    </w:p>
    <w:p>
      <w:pPr>
        <w:jc w:val="right"/>
      </w:pPr>
      <w:r>
        <w:t>یعنی وہاں کے ٹکٹ لینے کے لیے ہمیں لمبی لائن میں کھڑا ہونا پڑا۔</w:t>
      </w:r>
    </w:p>
    <w:p>
      <w:r>
        <w:rPr>
          <w:b/>
        </w:rPr>
        <w:t xml:space="preserve">[21:33] </w:t>
      </w:r>
      <w:r>
        <w:t>to wahan siyahon ki bhi aik swoq hai.</w:t>
      </w:r>
    </w:p>
    <w:p>
      <w:pPr>
        <w:jc w:val="right"/>
      </w:pPr>
      <w:r>
        <w:t>تو وہاں سیاحوں کی بھی ایک سوق ہے۔</w:t>
      </w:r>
    </w:p>
    <w:p>
      <w:r>
        <w:rPr>
          <w:b/>
        </w:rPr>
        <w:t xml:space="preserve">[21:39] </w:t>
      </w:r>
      <w:r>
        <w:t>woh woh masjid jis ki hesiyat tareekhi ho chuki hai, historical monument ki ho chuki hai.</w:t>
      </w:r>
    </w:p>
    <w:p>
      <w:pPr>
        <w:jc w:val="right"/>
      </w:pPr>
      <w:r>
        <w:t>وہ وہ مسجد جس کی حیثیت تاریخی ہو چکی ہے، historical monument کی ہو چکی ہے۔</w:t>
      </w:r>
    </w:p>
    <w:p>
      <w:r>
        <w:rPr>
          <w:b/>
        </w:rPr>
        <w:t xml:space="preserve">[21:44] </w:t>
      </w:r>
      <w:r>
        <w:t>to wahan par tourist jo kharchur kha rahay hain, har mulk ke, woh bhi hamari dawat ka aik spot hai.</w:t>
      </w:r>
    </w:p>
    <w:p>
      <w:pPr>
        <w:jc w:val="right"/>
      </w:pPr>
      <w:r>
        <w:t>تو وہاں پر tourist جو کھرچور کھا رہے ہیں، ہر ملک کے، وہ بھی ہماری دعوت کا ایک اسپاٹ ہے۔</w:t>
      </w:r>
    </w:p>
    <w:p>
      <w:r>
        <w:rPr>
          <w:b/>
        </w:rPr>
        <w:t xml:space="preserve">[21:50] </w:t>
      </w:r>
      <w:r>
        <w:t>to Quran mein aik ayat aayi hai jo bazahir negative ma'ni mein hai.</w:t>
      </w:r>
    </w:p>
    <w:p>
      <w:pPr>
        <w:jc w:val="right"/>
      </w:pPr>
      <w:r>
        <w:t>تو قرآن میں ایک آیت آئی ہے جو بظاہر negative معنی میں ہے۔</w:t>
      </w:r>
    </w:p>
    <w:p>
      <w:r>
        <w:rPr>
          <w:b/>
        </w:rPr>
        <w:t xml:space="preserve">[21:55] </w:t>
      </w:r>
      <w:r>
        <w:t>lekin woh is mein aap agar sochen to aap is ko positive ma'ni nikalen gay aur phir is</w:t>
      </w:r>
    </w:p>
    <w:p>
      <w:pPr>
        <w:jc w:val="right"/>
      </w:pPr>
      <w:r>
        <w:t>لیکن وہ اس میں آپ اگر سوچیں تو آپ اس کو positive معنی نکالیں گے اور پھر اس</w:t>
      </w:r>
    </w:p>
    <w:p>
      <w:r>
        <w:rPr>
          <w:b/>
        </w:rPr>
        <w:t xml:space="preserve">[22:00] </w:t>
      </w:r>
      <w:r>
        <w:t>mein aur multiply karen gay.</w:t>
      </w:r>
    </w:p>
    <w:p>
      <w:pPr>
        <w:jc w:val="right"/>
      </w:pPr>
      <w:r>
        <w:t>میں اور multiply کریں گے۔</w:t>
      </w:r>
    </w:p>
    <w:p>
      <w:r>
        <w:rPr>
          <w:b/>
        </w:rPr>
        <w:t xml:space="preserve">[22:06] </w:t>
      </w:r>
      <w:r>
        <w:t>aur swoq ke halaal o shakal samajh mein aaye gi aap ki.</w:t>
      </w:r>
    </w:p>
    <w:p>
      <w:pPr>
        <w:jc w:val="right"/>
      </w:pPr>
      <w:r>
        <w:t>اور سوق کے حلال و شکل سمجھ میں آئے گی آپ کی۔</w:t>
      </w:r>
    </w:p>
    <w:p>
      <w:r>
        <w:rPr>
          <w:b/>
        </w:rPr>
        <w:t xml:space="preserve">[22:11] </w:t>
      </w:r>
      <w:r>
        <w:t>aur lagay ga aap ke dawat ka itna moqa khul gaya hai is zamanay mein.</w:t>
      </w:r>
    </w:p>
    <w:p>
      <w:pPr>
        <w:jc w:val="right"/>
      </w:pPr>
      <w:r>
        <w:t>اور لگے گا آپ کے دعوت کا اتنا موقع کھل گیا ہے اس زمانے میں۔</w:t>
      </w:r>
    </w:p>
    <w:p>
      <w:r>
        <w:rPr>
          <w:b/>
        </w:rPr>
        <w:t xml:space="preserve">[22:17] </w:t>
      </w:r>
      <w:r>
        <w:t>ab dekhen, jab aap yeh daryaft karen gay to aap ke andar kya insanon se nafrat aaye gi?</w:t>
      </w:r>
    </w:p>
    <w:p>
      <w:pPr>
        <w:jc w:val="right"/>
      </w:pPr>
      <w:r>
        <w:t>اب دیکھیں، جب آپ یہ دریافت کریں گے تو آپ کے اندر کیا انسانوں سے نفرت آئے گی؟</w:t>
      </w:r>
    </w:p>
    <w:p>
      <w:r>
        <w:rPr>
          <w:b/>
        </w:rPr>
        <w:t xml:space="preserve">[22:22] </w:t>
      </w:r>
      <w:r>
        <w:t>insanon ke liye gun chalayen gay aap? insanon ke liye aap suicide bombing karen gay aap? to sari</w:t>
      </w:r>
    </w:p>
    <w:p>
      <w:pPr>
        <w:jc w:val="right"/>
      </w:pPr>
      <w:r>
        <w:t>انسانوں کے لیے گن چلائیں گے آپ؟ انسانوں کے لیے آپ suicide bombing کریں گے آپ؟ تو ساری</w:t>
      </w:r>
    </w:p>
    <w:p>
      <w:r>
        <w:rPr>
          <w:b/>
        </w:rPr>
        <w:t xml:space="preserve">[22:28] </w:t>
      </w:r>
      <w:r>
        <w:t>military jo hai yeh dunya bhar mein kyun aa rahi hai? andhay pan ki wajah se, bekhabari</w:t>
      </w:r>
    </w:p>
    <w:p>
      <w:pPr>
        <w:jc w:val="right"/>
      </w:pPr>
      <w:r>
        <w:t>military جو ہے یہ دنیا بھر میں کیوں آ رہی ہے؟ اندھے پن کی وجہ سے، بے خبری</w:t>
      </w:r>
    </w:p>
    <w:p>
      <w:r>
        <w:rPr>
          <w:b/>
        </w:rPr>
        <w:t xml:space="preserve">[22:33] </w:t>
      </w:r>
      <w:r>
        <w:t>ki wajah se.</w:t>
      </w:r>
    </w:p>
    <w:p>
      <w:pPr>
        <w:jc w:val="right"/>
      </w:pPr>
      <w:r>
        <w:t>کی وجہ سے۔</w:t>
      </w:r>
    </w:p>
    <w:p>
      <w:r>
        <w:rPr>
          <w:b/>
        </w:rPr>
        <w:t xml:space="preserve">[22:39] </w:t>
      </w:r>
      <w:r>
        <w:t>woh jo mashhoor maqoolah hai arabi ka kaana suadaa'u maa jahiloo.</w:t>
      </w:r>
    </w:p>
    <w:p>
      <w:pPr>
        <w:jc w:val="right"/>
      </w:pPr>
      <w:r>
        <w:t>وہ جو مشہور مقولہ ہے عربی کا كَانَّا سُعَادَاءُ مَا جَهِلُوا ۔</w:t>
      </w:r>
    </w:p>
    <w:p>
      <w:r>
        <w:rPr>
          <w:b/>
        </w:rPr>
        <w:t xml:space="preserve">[22:44] </w:t>
      </w:r>
      <w:r>
        <w:t>log is cheez ke dushman ban jaate hain jis ko woh na jaante hon.</w:t>
      </w:r>
    </w:p>
    <w:p>
      <w:pPr>
        <w:jc w:val="right"/>
      </w:pPr>
      <w:r>
        <w:t>لوگ اس چیز کے دشمن بن جاتے ہیں جس کو وہ نہ جانتے ہوں۔</w:t>
      </w:r>
    </w:p>
    <w:p>
      <w:r>
        <w:rPr>
          <w:b/>
        </w:rPr>
        <w:t xml:space="preserve">[22:50] </w:t>
      </w:r>
      <w:r>
        <w:t>yeh saari military bekhabari ki wajah se hai.</w:t>
      </w:r>
    </w:p>
    <w:p>
      <w:pPr>
        <w:jc w:val="right"/>
      </w:pPr>
      <w:r>
        <w:t>یہ ساری military بے خبری کی وجہ سے ہے۔</w:t>
      </w:r>
    </w:p>
    <w:p>
      <w:r>
        <w:rPr>
          <w:b/>
        </w:rPr>
        <w:t xml:space="preserve">[22:55] </w:t>
      </w:r>
      <w:r>
        <w:t>saara war culture aur gun culture, suicide bombing, jitne bhi tashaddud ke waqeaat hain, sab kya hain? bekhabari.</w:t>
      </w:r>
    </w:p>
    <w:p>
      <w:pPr>
        <w:jc w:val="right"/>
      </w:pPr>
      <w:r>
        <w:t>سارا war culture اور gun culture, suicide bombing، جتنے بھی تشدد کے واقعات ہیں، سب کیا ہیں؟ بے خبری۔</w:t>
      </w:r>
    </w:p>
    <w:p>
      <w:r>
        <w:rPr>
          <w:b/>
        </w:rPr>
        <w:t xml:space="preserve">[23:01] </w:t>
      </w:r>
      <w:r>
        <w:t>kis ko maar rahe ho tum? jo tumhare benefactor hain, tumhare mohsin hain.</w:t>
      </w:r>
    </w:p>
    <w:p>
      <w:pPr>
        <w:jc w:val="right"/>
      </w:pPr>
      <w:r>
        <w:t>کس کو مار رہے ہو تم؟ جو تمہارے benefactor ہیں، تمہارے محسن ہیں۔</w:t>
      </w:r>
    </w:p>
    <w:p>
      <w:r>
        <w:rPr>
          <w:b/>
        </w:rPr>
        <w:t xml:space="preserve">[23:06] </w:t>
      </w:r>
      <w:r>
        <w:t>jis gun se maar rahe ho, woh gun bhi unhi ne banai hai.</w:t>
      </w:r>
    </w:p>
    <w:p>
      <w:pPr>
        <w:jc w:val="right"/>
      </w:pPr>
      <w:r>
        <w:t>جس گن سے مار رہے ہو، وہ گن بھی انہی نے بنائی ہے۔</w:t>
      </w:r>
    </w:p>
    <w:p>
      <w:r>
        <w:rPr>
          <w:b/>
        </w:rPr>
        <w:t xml:space="preserve">[23:12] </w:t>
      </w:r>
      <w:r>
        <w:t>toh jin ko yeh maarte hain yeh log, woh un ke benefactor hote hain.</w:t>
      </w:r>
    </w:p>
    <w:p>
      <w:pPr>
        <w:jc w:val="right"/>
      </w:pPr>
      <w:r>
        <w:t>تو جن کو یہ مارتے ہیں یہ لوگ، وہ ان کے benefactor ہوتے ہیں۔</w:t>
      </w:r>
    </w:p>
    <w:p>
      <w:r>
        <w:rPr>
          <w:b/>
        </w:rPr>
        <w:t xml:space="preserve">[23:17] </w:t>
      </w:r>
      <w:r>
        <w:t>unhon ne aap ko hawai jahaz diya, unhon ne aap ko car di, unhon ne aap ko saari facilities dein.</w:t>
      </w:r>
    </w:p>
    <w:p>
      <w:pPr>
        <w:jc w:val="right"/>
      </w:pPr>
      <w:r>
        <w:t>انہوں نے آپ کو ہوائی جہاز دیا، انہوں نے آپ کو کار دی، انہوں نے آپ کو ساری facilities دیں۔</w:t>
      </w:r>
    </w:p>
    <w:p>
      <w:r>
        <w:rPr>
          <w:b/>
        </w:rPr>
        <w:t xml:space="preserve">[23:23] </w:t>
      </w:r>
      <w:r>
        <w:t>bohat dinon ki tehqeeq aur research ke baad.</w:t>
      </w:r>
    </w:p>
    <w:p>
      <w:pPr>
        <w:jc w:val="right"/>
      </w:pPr>
      <w:r>
        <w:t>بہت دنوں کی تحقیق اور research کے بعد۔</w:t>
      </w:r>
    </w:p>
    <w:p>
      <w:r>
        <w:rPr>
          <w:b/>
        </w:rPr>
        <w:t xml:space="preserve">[23:28] </w:t>
      </w:r>
      <w:r>
        <w:t>toh yeh sab jaane agar aadmi toh gun phenk dega woh.</w:t>
      </w:r>
    </w:p>
    <w:p>
      <w:pPr>
        <w:jc w:val="right"/>
      </w:pPr>
      <w:r>
        <w:t>تو یہ سب جانے اگر آدمی تو گن پھینک دے گا وہ۔</w:t>
      </w:r>
    </w:p>
    <w:p>
      <w:r>
        <w:rPr>
          <w:b/>
        </w:rPr>
        <w:t xml:space="preserve">[23:34] </w:t>
      </w:r>
      <w:r>
        <w:t>gun phenk dega woh.</w:t>
      </w:r>
    </w:p>
    <w:p>
      <w:pPr>
        <w:jc w:val="right"/>
      </w:pPr>
      <w:r>
        <w:t>گن پھینک دے گا وہ۔</w:t>
      </w:r>
    </w:p>
    <w:p>
      <w:r>
        <w:rPr>
          <w:b/>
        </w:rPr>
        <w:t xml:space="preserve">[23:39] </w:t>
      </w:r>
      <w:r>
        <w:t>jaise mera ek waqea maine aap ko bataya tha shayad.</w:t>
      </w:r>
    </w:p>
    <w:p>
      <w:pPr>
        <w:jc w:val="right"/>
      </w:pPr>
      <w:r>
        <w:t>جیسے میرا ایک واقعہ میں نے آپ کو بتایا تھا شاید۔</w:t>
      </w:r>
    </w:p>
    <w:p>
      <w:r>
        <w:rPr>
          <w:b/>
        </w:rPr>
        <w:t xml:space="preserve">[23:45] </w:t>
      </w:r>
      <w:r>
        <w:t>hamare bhai rehte the wahan Allahabad mein, un ki factory thi.</w:t>
      </w:r>
    </w:p>
    <w:p>
      <w:pPr>
        <w:jc w:val="right"/>
      </w:pPr>
      <w:r>
        <w:t>ہمارے بھائی رہتے تھے وہاں الہ آباد میں، ان کی factory تھی۔</w:t>
      </w:r>
    </w:p>
    <w:p>
      <w:r>
        <w:rPr>
          <w:b/>
        </w:rPr>
        <w:t xml:space="preserve">[23:50] </w:t>
      </w:r>
      <w:r>
        <w:t>hamare bade bhai.</w:t>
      </w:r>
    </w:p>
    <w:p>
      <w:pPr>
        <w:jc w:val="right"/>
      </w:pPr>
      <w:r>
        <w:t>ہمارے بڑے بھائی۔</w:t>
      </w:r>
    </w:p>
    <w:p>
      <w:r>
        <w:rPr>
          <w:b/>
        </w:rPr>
        <w:t xml:space="preserve">[23:56] </w:t>
      </w:r>
      <w:r>
        <w:t>toh un ko shikar ka shauq tha. Hunting ka.</w:t>
      </w:r>
    </w:p>
    <w:p>
      <w:pPr>
        <w:jc w:val="right"/>
      </w:pPr>
      <w:r>
        <w:t>تو ان کو شکار کا شوق تھا۔ Hunting کا۔</w:t>
      </w:r>
    </w:p>
    <w:p>
      <w:r>
        <w:rPr>
          <w:b/>
        </w:rPr>
        <w:t xml:space="preserve">[24:01] </w:t>
      </w:r>
      <w:r>
        <w:t>un ke paas do gun hua karti thin.</w:t>
      </w:r>
    </w:p>
    <w:p>
      <w:pPr>
        <w:jc w:val="right"/>
      </w:pPr>
      <w:r>
        <w:t>ان کے پاس دو گن ہوا کرتی تھیں۔</w:t>
      </w:r>
    </w:p>
    <w:p>
      <w:r>
        <w:rPr>
          <w:b/>
        </w:rPr>
        <w:t xml:space="preserve">[24:07] </w:t>
      </w:r>
      <w:r>
        <w:t>toh ek martaba main Allahabad gaya toh unhon ne kaha ke hum log hum log jaa rahe</w:t>
      </w:r>
    </w:p>
    <w:p>
      <w:pPr>
        <w:jc w:val="right"/>
      </w:pPr>
      <w:r>
        <w:t>تو ایک مرتبہ میں الہ آباد گیا تو انہوں نے کہا کہ ہم لوگ ہم لوگ جا رہے</w:t>
      </w:r>
    </w:p>
    <w:p>
      <w:r>
        <w:rPr>
          <w:b/>
        </w:rPr>
        <w:t xml:space="preserve">[24:12] </w:t>
      </w:r>
      <w:r>
        <w:t>hain hunting ke liye, tum bhi chalo.</w:t>
      </w:r>
    </w:p>
    <w:p>
      <w:pPr>
        <w:jc w:val="right"/>
      </w:pPr>
      <w:r>
        <w:t>ہیں hunting کے لیے، تم بھی چلو۔</w:t>
      </w:r>
    </w:p>
    <w:p>
      <w:r>
        <w:rPr>
          <w:b/>
        </w:rPr>
        <w:t xml:space="preserve">[24:18] </w:t>
      </w:r>
      <w:r>
        <w:t>toh do gaariyon mein baith kar woh log chale.</w:t>
      </w:r>
    </w:p>
    <w:p>
      <w:pPr>
        <w:jc w:val="right"/>
      </w:pPr>
      <w:r>
        <w:t>تو دو گاڑیوں میں بیٹھ کر وہ لوگ چلے۔</w:t>
      </w:r>
    </w:p>
    <w:p>
      <w:r>
        <w:rPr>
          <w:b/>
        </w:rPr>
        <w:t xml:space="preserve">[24:23] </w:t>
      </w:r>
      <w:r>
        <w:t>toh shehar se bahar door chale gaye jahan jangla tha, pead tha.</w:t>
      </w:r>
    </w:p>
    <w:p>
      <w:pPr>
        <w:jc w:val="right"/>
      </w:pPr>
      <w:r>
        <w:t>تو شہر سے باہر دور چلے گئے جہاں جنگل تھا، پیڑ تھا۔</w:t>
      </w:r>
    </w:p>
    <w:p>
      <w:r>
        <w:rPr>
          <w:b/>
        </w:rPr>
        <w:t xml:space="preserve">[24:29] </w:t>
      </w:r>
      <w:r>
        <w:t>wahan par unhon ne dekha ke wahan par chidiyan hain.</w:t>
      </w:r>
    </w:p>
    <w:p>
      <w:pPr>
        <w:jc w:val="right"/>
      </w:pPr>
      <w:r>
        <w:t>وہاں پر انہوں نے دیکھا کہ وہاں پر چڑیاں ہیں۔</w:t>
      </w:r>
    </w:p>
    <w:p>
      <w:r>
        <w:rPr>
          <w:b/>
        </w:rPr>
        <w:t xml:space="preserve">[24:34] </w:t>
      </w:r>
      <w:r>
        <w:t>un logon ko chidiyan khaas taur par ek kehte hain, us ko kehk maarte the woh log.</w:t>
      </w:r>
    </w:p>
    <w:p>
      <w:pPr>
        <w:jc w:val="right"/>
      </w:pPr>
      <w:r>
        <w:t>ان لوگوں کو چڑیاں خاص طور پر ایک کہتے ہیں، اس کو کہلک مارتے تھے وہ لوگ۔</w:t>
      </w:r>
    </w:p>
    <w:p>
      <w:r>
        <w:rPr>
          <w:b/>
        </w:rPr>
        <w:t xml:space="preserve">[24:40] </w:t>
      </w:r>
      <w:r>
        <w:t>kehk jo hai woh fakhta se kuch bada hota hai.</w:t>
      </w:r>
    </w:p>
    <w:p>
      <w:pPr>
        <w:jc w:val="right"/>
      </w:pPr>
      <w:r>
        <w:t>کہلک جو ہے وہ فاختہ سے کچھ بڑا ہوتا ہے۔</w:t>
      </w:r>
    </w:p>
    <w:p>
      <w:r>
        <w:rPr>
          <w:b/>
        </w:rPr>
        <w:t xml:space="preserve">[24:45] </w:t>
      </w:r>
      <w:r>
        <w:t>toh unhon ne kai maare.</w:t>
      </w:r>
    </w:p>
    <w:p>
      <w:pPr>
        <w:jc w:val="right"/>
      </w:pPr>
      <w:r>
        <w:t>تو انہوں نے کئی مارے۔</w:t>
      </w:r>
    </w:p>
    <w:p>
      <w:r>
        <w:rPr>
          <w:b/>
        </w:rPr>
        <w:t xml:space="preserve">[24:51] </w:t>
      </w:r>
      <w:r>
        <w:t>un ke sath ek jeep hua karti thi, us mein maar maar ke dalte the.</w:t>
      </w:r>
    </w:p>
    <w:p>
      <w:pPr>
        <w:jc w:val="right"/>
      </w:pPr>
      <w:r>
        <w:t>ان کے ساتھ ایک جیپ ہوا کرتی تھی، اس میں مار مار کے ڈالتے تھے۔</w:t>
      </w:r>
    </w:p>
    <w:p>
      <w:r>
        <w:rPr>
          <w:b/>
        </w:rPr>
        <w:t xml:space="preserve">[24:56] </w:t>
      </w:r>
      <w:r>
        <w:t>to ek peR ke upar kehk mizaj hai ke sab se upar baithta hai wo.</w:t>
      </w:r>
    </w:p>
    <w:p>
      <w:pPr>
        <w:jc w:val="right"/>
      </w:pPr>
      <w:r>
        <w:t>تو ایک پیڑ کے اوپر کہلک مزاج ہے کہ سب سے اوپر بیٹھتا ہے وہ۔</w:t>
      </w:r>
    </w:p>
    <w:p>
      <w:r>
        <w:rPr>
          <w:b/>
        </w:rPr>
        <w:t xml:space="preserve">[25:01] </w:t>
      </w:r>
      <w:r>
        <w:t>upar oonchi shakh par.</w:t>
      </w:r>
    </w:p>
    <w:p>
      <w:pPr>
        <w:jc w:val="right"/>
      </w:pPr>
      <w:r>
        <w:t>اوپر اونچی شاخ پر۔</w:t>
      </w:r>
    </w:p>
    <w:p>
      <w:r>
        <w:rPr>
          <w:b/>
        </w:rPr>
        <w:t xml:space="preserve">[25:07] </w:t>
      </w:r>
      <w:r>
        <w:t>to unhon ne kaha ke dekho ye kehk hai, is ko tum maro.</w:t>
      </w:r>
    </w:p>
    <w:p>
      <w:pPr>
        <w:jc w:val="right"/>
      </w:pPr>
      <w:r>
        <w:t>تو انہوں نے کہا کہ دیکھو یہ کہلک ہے، اس کو تم مارو۔</w:t>
      </w:r>
    </w:p>
    <w:p>
      <w:r>
        <w:rPr>
          <w:b/>
        </w:rPr>
        <w:t xml:space="preserve">[25:12] </w:t>
      </w:r>
      <w:r>
        <w:t>to mujhe gun diya unhon ne, load kar ke.</w:t>
      </w:r>
    </w:p>
    <w:p>
      <w:pPr>
        <w:jc w:val="right"/>
      </w:pPr>
      <w:r>
        <w:t>تو مجھے گن دیا انہوں نے، لوڈ کر کے۔</w:t>
      </w:r>
    </w:p>
    <w:p>
      <w:r>
        <w:rPr>
          <w:b/>
        </w:rPr>
        <w:t xml:space="preserve">[25:18] </w:t>
      </w:r>
      <w:r>
        <w:t>ab hamare aise hi nishana saada kar.</w:t>
      </w:r>
    </w:p>
    <w:p>
      <w:pPr>
        <w:jc w:val="right"/>
      </w:pPr>
      <w:r>
        <w:t>اب ہمارے ایسے ہی نشانہ سادہ کر۔</w:t>
      </w:r>
    </w:p>
    <w:p>
      <w:r>
        <w:rPr>
          <w:b/>
        </w:rPr>
        <w:t xml:space="preserve">[25:23] </w:t>
      </w:r>
      <w:r>
        <w:t>to ain waqt par jab ke mere nishane mein aa chuki thi wo, mere range mein wo chidiya.</w:t>
      </w:r>
    </w:p>
    <w:p>
      <w:pPr>
        <w:jc w:val="right"/>
      </w:pPr>
      <w:r>
        <w:t>تو عین وقت پر جب کہ میرے نشانے میں آ چکی تھی وہ، میرے رینج میں وہ چڑیا۔</w:t>
      </w:r>
    </w:p>
    <w:p>
      <w:r>
        <w:rPr>
          <w:b/>
        </w:rPr>
        <w:t xml:space="preserve">[25:29] </w:t>
      </w:r>
      <w:r>
        <w:t>to mujhe yaad aa gaya ke ye chidiya jis tarah Allah ne mujhe paida kiya, us ko hi paida kiya.</w:t>
      </w:r>
    </w:p>
    <w:p>
      <w:pPr>
        <w:jc w:val="right"/>
      </w:pPr>
      <w:r>
        <w:t>تو مجھے یاد آ گیا کہ یہ چڑیا جس طرح اللہ نے مجھے پیدا کیا، اس کو ہی پیدا کیا۔</w:t>
      </w:r>
    </w:p>
    <w:p>
      <w:r>
        <w:rPr>
          <w:b/>
        </w:rPr>
        <w:t xml:space="preserve">[25:34] </w:t>
      </w:r>
      <w:r>
        <w:t>main bhi ek jaan hoon, chidiya bhi ek jaan hai.</w:t>
      </w:r>
    </w:p>
    <w:p>
      <w:pPr>
        <w:jc w:val="right"/>
      </w:pPr>
      <w:r>
        <w:t>میں بھی ایک جان ہوں، چڑیا بھی ایک جان ہے۔</w:t>
      </w:r>
    </w:p>
    <w:p>
      <w:r>
        <w:rPr>
          <w:b/>
        </w:rPr>
        <w:t xml:space="preserve">[25:40] </w:t>
      </w:r>
      <w:r>
        <w:t>kya wo chidiya mujh se behtar ho? kyunke mera to pakad hone wali hai aakhirat mein, is ki</w:t>
      </w:r>
    </w:p>
    <w:p>
      <w:pPr>
        <w:jc w:val="right"/>
      </w:pPr>
      <w:r>
        <w:t>کیا وہ چڑیا مجھ سے بہتر ہو؟ کیونکہ میرا تو پکڑ ہونے والی ہے آخرت میں، اس کی</w:t>
      </w:r>
    </w:p>
    <w:p>
      <w:r>
        <w:rPr>
          <w:b/>
        </w:rPr>
        <w:t xml:space="preserve">[25:45] </w:t>
      </w:r>
      <w:r>
        <w:t>kya pakad hai? ye sab soch kar ke mera hath jo hai, yani wo trigger dabane nahi daba saka.</w:t>
      </w:r>
    </w:p>
    <w:p>
      <w:pPr>
        <w:jc w:val="right"/>
      </w:pPr>
      <w:r>
        <w:t>کیا پکڑ ہے؟ یہ سب سوچ کر کے میرا ہاتھ جو ہے، یعنی وہ trigger دبانے نہیں دبا سکا۔</w:t>
      </w:r>
    </w:p>
    <w:p>
      <w:r>
        <w:rPr>
          <w:b/>
        </w:rPr>
        <w:t xml:space="preserve">[25:51] </w:t>
      </w:r>
      <w:r>
        <w:t>main banduq liya tha lekin mera hath trigger nahi daba pa raha tha.</w:t>
      </w:r>
    </w:p>
    <w:p>
      <w:pPr>
        <w:jc w:val="right"/>
      </w:pPr>
      <w:r>
        <w:t>میں بندوق لیا تھا لیکن میرا ہاتھ trigger نہیں دبا پا رہا تھا۔</w:t>
      </w:r>
    </w:p>
    <w:p>
      <w:r>
        <w:rPr>
          <w:b/>
        </w:rPr>
        <w:t xml:space="preserve">[25:56] </w:t>
      </w:r>
      <w:r>
        <w:t>kyunke main socha ke chidiya to Allah ki makhlooq hai, kaise maroon us ko main? to kya hua,</w:t>
      </w:r>
    </w:p>
    <w:p>
      <w:pPr>
        <w:jc w:val="right"/>
      </w:pPr>
      <w:r>
        <w:t>کیونکہ میں سوچا کہ چڑیا تو اللہ کی مخلوق ہے، کیسے ماروں اس کو میں؟ تو کیا ہوا،</w:t>
      </w:r>
    </w:p>
    <w:p>
      <w:r>
        <w:rPr>
          <w:b/>
        </w:rPr>
        <w:t xml:space="preserve">[26:02] </w:t>
      </w:r>
      <w:r>
        <w:t>main ne banduq, ab wo mere bhai the, un ke saathi the, un ko de ke main bhaga wahan se.</w:t>
      </w:r>
    </w:p>
    <w:p>
      <w:pPr>
        <w:jc w:val="right"/>
      </w:pPr>
      <w:r>
        <w:t>میں نے بندوق، اب وہ میرے بھائی تھے، ان کے ساتھی تھے، ان کو دے کے میں بھاگا وہاں سے۔</w:t>
      </w:r>
    </w:p>
    <w:p>
      <w:r>
        <w:rPr>
          <w:b/>
        </w:rPr>
        <w:t xml:space="preserve">[26:07] </w:t>
      </w:r>
      <w:r>
        <w:t>paidal hi bhaga.</w:t>
      </w:r>
    </w:p>
    <w:p>
      <w:pPr>
        <w:jc w:val="right"/>
      </w:pPr>
      <w:r>
        <w:t>پیدل ہی بھاگا۔</w:t>
      </w:r>
    </w:p>
    <w:p>
      <w:r>
        <w:rPr>
          <w:b/>
        </w:rPr>
        <w:t xml:space="preserve">[26:13] </w:t>
      </w:r>
      <w:r>
        <w:t>halankeh ye log gaye, le gaye the car, isi car par gaya tha, isi car par wapas aata.</w:t>
      </w:r>
    </w:p>
    <w:p>
      <w:pPr>
        <w:jc w:val="right"/>
      </w:pPr>
      <w:r>
        <w:t>حالانکہ یہ لوگ گئے، لے گئے تھے کار، اسی کار پر گیا تھا، اسی کار پر واپس آتا۔</w:t>
      </w:r>
    </w:p>
    <w:p>
      <w:r>
        <w:rPr>
          <w:b/>
        </w:rPr>
        <w:t xml:space="preserve">[26:18] </w:t>
      </w:r>
      <w:r>
        <w:t>lekin us waqt banduq de ke main bhaga.</w:t>
      </w:r>
    </w:p>
    <w:p>
      <w:pPr>
        <w:jc w:val="right"/>
      </w:pPr>
      <w:r>
        <w:t>لیکن اس وقت بندوق دے کے میں بھاگا۔</w:t>
      </w:r>
    </w:p>
    <w:p>
      <w:r>
        <w:rPr>
          <w:b/>
        </w:rPr>
        <w:t xml:space="preserve">[26:24] </w:t>
      </w:r>
      <w:r>
        <w:t>to jo jo ye log bomb culture aur gun culture chala rahe hain, insanon ko maar rahe hain,</w:t>
      </w:r>
    </w:p>
    <w:p>
      <w:pPr>
        <w:jc w:val="right"/>
      </w:pPr>
      <w:r>
        <w:t>تو جو جو یہ لوگ بم کلچر اور گن کلچر چلا رہے ہیں، انسانوں کو مار رہے ہیں،</w:t>
      </w:r>
    </w:p>
    <w:p>
      <w:r>
        <w:rPr>
          <w:b/>
        </w:rPr>
        <w:t xml:space="preserve">[26:29] </w:t>
      </w:r>
      <w:r>
        <w:t>suicide bombing kar ke bachchon ko, auraton ko halak kar rahe hain.</w:t>
      </w:r>
    </w:p>
    <w:p>
      <w:pPr>
        <w:jc w:val="right"/>
      </w:pPr>
      <w:r>
        <w:t>suicide bombing کر کے بچوں کو، عورتوں کو ہلاک کر رہے ہیں۔</w:t>
      </w:r>
    </w:p>
    <w:p>
      <w:r>
        <w:rPr>
          <w:b/>
        </w:rPr>
        <w:t xml:space="preserve">[26:35] </w:t>
      </w:r>
      <w:r>
        <w:t>agar wo sochen jis tarah main ne socha is chidiya ke liye, to yaqeenan ye sab log apni</w:t>
      </w:r>
    </w:p>
    <w:p>
      <w:pPr>
        <w:jc w:val="right"/>
      </w:pPr>
      <w:r>
        <w:t>اگر وہ سوچیں جس طرح میں نے سوچا اس چڑیا کے لیے، تو یقینا یہ سب لوگ اپنی</w:t>
      </w:r>
    </w:p>
    <w:p>
      <w:r>
        <w:rPr>
          <w:b/>
        </w:rPr>
        <w:t xml:space="preserve">[26:40] </w:t>
      </w:r>
      <w:r>
        <w:t>banduqon ko samandar mein phenk dein.</w:t>
      </w:r>
    </w:p>
    <w:p>
      <w:pPr>
        <w:jc w:val="right"/>
      </w:pPr>
      <w:r>
        <w:t>بندوقوں کو سمندر میں پھینک دیں۔</w:t>
      </w:r>
    </w:p>
    <w:p>
      <w:r>
        <w:rPr>
          <w:b/>
        </w:rPr>
        <w:t xml:space="preserve">[26:46] </w:t>
      </w:r>
      <w:r>
        <w:t>kisi ka kisi ki trigger na, kisi ko ungli trigger ko na daba paye.</w:t>
      </w:r>
    </w:p>
    <w:p>
      <w:pPr>
        <w:jc w:val="right"/>
      </w:pPr>
      <w:r>
        <w:t>کسی کا کسی کی trigger نہ، کسی کو انگلی trigger کو نہ دبا پائے۔</w:t>
      </w:r>
    </w:p>
    <w:p>
      <w:r>
        <w:rPr>
          <w:b/>
        </w:rPr>
        <w:t xml:space="preserve">[26:51] </w:t>
      </w:r>
      <w:r>
        <w:t>to ye ye jo ayat hadith hai ke la tanqazi ajai'buhu ke Quran ke ajai'b kabhi khatm na</w:t>
      </w:r>
    </w:p>
    <w:p>
      <w:pPr>
        <w:jc w:val="right"/>
      </w:pPr>
      <w:r>
        <w:t>تو یہ یہ جو آیت حدیث ہے کہ لا تنقضی عجائبہ کہ قرآن کے عجائب کبھی ختم نہ</w:t>
      </w:r>
    </w:p>
    <w:p>
      <w:r>
        <w:rPr>
          <w:b/>
        </w:rPr>
        <w:t xml:space="preserve">[26:57] </w:t>
      </w:r>
      <w:r>
        <w:t>honge, wo samandar ke mani us ke andar hain.</w:t>
      </w:r>
    </w:p>
    <w:p>
      <w:pPr>
        <w:jc w:val="right"/>
      </w:pPr>
      <w:r>
        <w:t>ہوں گے، وہ سمندر کے معنی اس کے اندر ہیں۔</w:t>
      </w:r>
    </w:p>
    <w:p>
      <w:r>
        <w:rPr>
          <w:b/>
        </w:rPr>
        <w:t xml:space="preserve">[27:02] </w:t>
      </w:r>
      <w:r>
        <w:t>samandar, yani us waqt sochen aap to us mein marifat hai, us mein hikmat hai, us mein wisdom</w:t>
      </w:r>
    </w:p>
    <w:p>
      <w:pPr>
        <w:jc w:val="right"/>
      </w:pPr>
      <w:r>
        <w:t>سمندر، یعنی اس وقت سوچیں آپ تو اس میں معرفت ہے، اس میں حکمت ہے، اس میں wisdom</w:t>
      </w:r>
    </w:p>
    <w:p>
      <w:r>
        <w:rPr>
          <w:b/>
        </w:rPr>
        <w:t xml:space="preserve">[27:08] </w:t>
      </w:r>
      <w:r>
        <w:t>hai, is mein Khuda shnasi hai, is mein jannat ka rasta hai.</w:t>
      </w:r>
    </w:p>
    <w:p>
      <w:pPr>
        <w:jc w:val="right"/>
      </w:pPr>
      <w:r>
        <w:t>ہے، اس میں خدا شناسی ہے، اس میں جنت کا راستہ ہے۔</w:t>
      </w:r>
    </w:p>
    <w:p>
      <w:r>
        <w:rPr>
          <w:b/>
        </w:rPr>
        <w:t xml:space="preserve">[27:13] </w:t>
      </w:r>
      <w:r>
        <w:t>lekin koi sochta nahin.</w:t>
      </w:r>
    </w:p>
    <w:p>
      <w:pPr>
        <w:jc w:val="right"/>
      </w:pPr>
      <w:r>
        <w:t>لیکن کوئی سوچتا نہیں۔</w:t>
      </w:r>
    </w:p>
    <w:p>
      <w:r>
        <w:rPr>
          <w:b/>
        </w:rPr>
        <w:t xml:space="preserve">[27:19] </w:t>
      </w:r>
      <w:r>
        <w:t>aise hi dekhiye, kal ek ek journalist lady aai thi mein interview lene ke liye, mera hamare kuch</w:t>
      </w:r>
    </w:p>
    <w:p>
      <w:pPr>
        <w:jc w:val="right"/>
      </w:pPr>
      <w:r>
        <w:t>ایسے ہی دیکھیے، کل ایک ایک journalist lady آئی تھی میں interview لینے کے لیے، میرا ہمارے کچھ</w:t>
      </w:r>
    </w:p>
    <w:p>
      <w:r>
        <w:rPr>
          <w:b/>
        </w:rPr>
        <w:t xml:space="preserve">[27:24] </w:t>
      </w:r>
      <w:r>
        <w:t>sathi bhi maujood the wahan par.</w:t>
      </w:r>
    </w:p>
    <w:p>
      <w:pPr>
        <w:jc w:val="right"/>
      </w:pPr>
      <w:r>
        <w:t>ساتھی بھی موجود تھے وہاں پر۔</w:t>
      </w:r>
    </w:p>
    <w:p>
      <w:r>
        <w:rPr>
          <w:b/>
        </w:rPr>
        <w:t xml:space="preserve">[27:30] </w:t>
      </w:r>
      <w:r>
        <w:t>to unhon ne kaha ke aap yeh kehte hain ke re-engineering of mind ka lafz istemal karte hain,</w:t>
      </w:r>
    </w:p>
    <w:p>
      <w:pPr>
        <w:jc w:val="right"/>
      </w:pPr>
      <w:r>
        <w:t>تو انہوں نے کہا کہ آپ یہ کہتے ہیں کہ re-engineering of mind کا لفظ استعمال کرتے ہیں،</w:t>
      </w:r>
    </w:p>
    <w:p>
      <w:r>
        <w:rPr>
          <w:b/>
        </w:rPr>
        <w:t xml:space="preserve">[27:35] </w:t>
      </w:r>
      <w:r>
        <w:t>aap kya matlab hai is ka? Insani zehn ki re-engineering.</w:t>
      </w:r>
    </w:p>
    <w:p>
      <w:pPr>
        <w:jc w:val="right"/>
      </w:pPr>
      <w:r>
        <w:t>آپ کیا مطلب ہے اس کا؟ انسانی ذہن کی re-engineering۔</w:t>
      </w:r>
    </w:p>
    <w:p>
      <w:r>
        <w:rPr>
          <w:b/>
        </w:rPr>
        <w:t xml:space="preserve">[27:41] </w:t>
      </w:r>
      <w:r>
        <w:t>to khair, un ko woh scholar andaaz mein woh jo jo aap pooch rahi thi, woh baat ko</w:t>
      </w:r>
    </w:p>
    <w:p>
      <w:pPr>
        <w:jc w:val="right"/>
      </w:pPr>
      <w:r>
        <w:t>تو خیر، ان کو وہ سکولر انداز میں وہ جو جو آپ پوچھ رہی تھی، وہ بات کو</w:t>
      </w:r>
    </w:p>
    <w:p>
      <w:r>
        <w:rPr>
          <w:b/>
        </w:rPr>
        <w:t xml:space="preserve">[27:46] </w:t>
      </w:r>
      <w:r>
        <w:t>mein ne socha is ko ke what is re-engineering of mind to mein ne kaha yeh to wahi</w:t>
      </w:r>
    </w:p>
    <w:p>
      <w:pPr>
        <w:jc w:val="right"/>
      </w:pPr>
      <w:r>
        <w:t>میں نے سوچا اس کو کہ what is re-engineering of mind تو میں نے کہا یہ تو وہی</w:t>
      </w:r>
    </w:p>
    <w:p>
      <w:r>
        <w:rPr>
          <w:b/>
        </w:rPr>
        <w:t xml:space="preserve">[27:52] </w:t>
      </w:r>
      <w:r>
        <w:t>to is ko quran mein tazkiya kaha gaya hai, tazkiya yahi to hai.</w:t>
      </w:r>
    </w:p>
    <w:p>
      <w:pPr>
        <w:jc w:val="right"/>
      </w:pPr>
      <w:r>
        <w:t>تو اس کو قرآن میں تزکیہ کہا گیا ہے، تزکیہ یہی تو ہے۔</w:t>
      </w:r>
    </w:p>
    <w:p>
      <w:r>
        <w:rPr>
          <w:b/>
        </w:rPr>
        <w:t xml:space="preserve">[27:57] </w:t>
      </w:r>
      <w:r>
        <w:t>yahan pe dekhiye, tazkiya ke lafz mein mani ka khazana tha jo kal mujhe daryaft hua, isi guftagu ke darmiyan.</w:t>
      </w:r>
    </w:p>
    <w:p>
      <w:pPr>
        <w:jc w:val="right"/>
      </w:pPr>
      <w:r>
        <w:t>یہاں پہ دیکھیے، تزکیہ کے لفظ میں معنی کا خزانہ تھا جو کل مجھے دریافت ہوا، اسی گفتگو کے دوران۔</w:t>
      </w:r>
    </w:p>
    <w:p>
      <w:r>
        <w:rPr>
          <w:b/>
        </w:rPr>
        <w:t xml:space="preserve">[28:02] </w:t>
      </w:r>
      <w:r>
        <w:t>dekhiye, tazkiya quran mein tazkiya ka jo mada hai, sath baar istemal hua, six zero, sath baar.</w:t>
      </w:r>
    </w:p>
    <w:p>
      <w:pPr>
        <w:jc w:val="right"/>
      </w:pPr>
      <w:r>
        <w:t>دیکھیے، تزکیہ قرآن میں تزکیہ کا جو مادہ ہے، ساٹھ بار استعمال ہوا، six zero، ساٹھ بار۔</w:t>
      </w:r>
    </w:p>
    <w:p>
      <w:r>
        <w:rPr>
          <w:b/>
        </w:rPr>
        <w:t xml:space="preserve">[28:08] </w:t>
      </w:r>
      <w:r>
        <w:t>aur yeh quran mein bataya gaya hai ke jannat mein woh log jaenge jo muzakkar shakhsiyat le</w:t>
      </w:r>
    </w:p>
    <w:p>
      <w:pPr>
        <w:jc w:val="right"/>
      </w:pPr>
      <w:r>
        <w:t>اور یہ قرآن میں بتایا گیا ہے کہ جنت میں وہ لوگ جاؤں گے جو مذکر شخصیت لے</w:t>
      </w:r>
    </w:p>
    <w:p>
      <w:r>
        <w:rPr>
          <w:b/>
        </w:rPr>
        <w:t xml:space="preserve">[28:13] </w:t>
      </w:r>
      <w:r>
        <w:t>kar wahan pohnche, yani tazkiya kar ke pohnche wahan.</w:t>
      </w:r>
    </w:p>
    <w:p>
      <w:pPr>
        <w:jc w:val="right"/>
      </w:pPr>
      <w:r>
        <w:t>کر وہاں پہنچے، یعنی تزکیہ کر کے پہنچے وہاں۔</w:t>
      </w:r>
    </w:p>
    <w:p>
      <w:r>
        <w:rPr>
          <w:b/>
        </w:rPr>
        <w:t xml:space="preserve">[28:19] </w:t>
      </w:r>
      <w:r>
        <w:t>to hamare literature mein bohat kitaben likhi gai hain sab, lekin sab ka kya hai? Tazkiya e qalb, tazkiya</w:t>
      </w:r>
    </w:p>
    <w:p>
      <w:pPr>
        <w:jc w:val="right"/>
      </w:pPr>
      <w:r>
        <w:t>تو ہمارے literature میں بہت کتابیں لکھی گئی ہیں سب، لیکن سب کا کیا ہے؟ تزکیہ قلب، تزکیہ</w:t>
      </w:r>
    </w:p>
    <w:p>
      <w:r>
        <w:rPr>
          <w:b/>
        </w:rPr>
        <w:t xml:space="preserve">[28:24] </w:t>
      </w:r>
      <w:r>
        <w:t>e nafs, is tarah ke alfaaz hote hain.</w:t>
      </w:r>
    </w:p>
    <w:p>
      <w:pPr>
        <w:jc w:val="right"/>
      </w:pPr>
      <w:r>
        <w:t>نفس، اس طرح کے الفاظ ہوتے ہیں۔</w:t>
      </w:r>
    </w:p>
    <w:p>
      <w:r>
        <w:rPr>
          <w:b/>
        </w:rPr>
        <w:t xml:space="preserve">[28:30] </w:t>
      </w:r>
      <w:r>
        <w:t>tazkiya e qalb aur tazkiya e nafs, aur kuch is se milta nahin, kam az kam mujhe to nahin mila.</w:t>
      </w:r>
    </w:p>
    <w:p>
      <w:pPr>
        <w:jc w:val="right"/>
      </w:pPr>
      <w:r>
        <w:t>تزکیہ قلب اور تزکیہ نفس، اور کچھ اس سے ملتا نہیں، کم از کم مجھے تو نہیں ملا۔</w:t>
      </w:r>
    </w:p>
    <w:p>
      <w:r>
        <w:rPr>
          <w:b/>
        </w:rPr>
        <w:t xml:space="preserve">[28:35] </w:t>
      </w:r>
      <w:r>
        <w:t>kyun ke qalb ka mozu aap bana dein aap, yani tazkiya ko aap qalb ka mozu bana dein to</w:t>
      </w:r>
    </w:p>
    <w:p>
      <w:pPr>
        <w:jc w:val="right"/>
      </w:pPr>
      <w:r>
        <w:t>کیونکہ قلب کا موضوع آپ بنا دیں آپ، یعنی تزکیہ کو آپ قلب کا موضوع بنا دیں تو</w:t>
      </w:r>
    </w:p>
    <w:p>
      <w:r>
        <w:rPr>
          <w:b/>
        </w:rPr>
        <w:t xml:space="preserve">[28:41] </w:t>
      </w:r>
      <w:r>
        <w:t>aap ko kuch nahin milega.</w:t>
      </w:r>
    </w:p>
    <w:p>
      <w:pPr>
        <w:jc w:val="right"/>
      </w:pPr>
      <w:r>
        <w:t>آپ کو کچھ نہیں ملے گا۔</w:t>
      </w:r>
    </w:p>
    <w:p>
      <w:r>
        <w:rPr>
          <w:b/>
        </w:rPr>
        <w:t xml:space="preserve">[28:46] </w:t>
      </w:r>
      <w:r>
        <w:t>kyun ke qalb mein to kuch hai nahin, qalb to circulation of blood ka zariya hai, is mein koi</w:t>
      </w:r>
    </w:p>
    <w:p>
      <w:pPr>
        <w:jc w:val="right"/>
      </w:pPr>
      <w:r>
        <w:t>کیونکہ قلب میں تو کچھ ہے نہیں، قلب تو circulation of blood کا ذریعہ ہے، اس میں کوئی</w:t>
      </w:r>
    </w:p>
    <w:p>
      <w:r>
        <w:rPr>
          <w:b/>
        </w:rPr>
        <w:t xml:space="preserve">[28:52] </w:t>
      </w:r>
      <w:r>
        <w:t>aql nahin hai, soch nahin hai, qalb mein tadabbur ka mada nahin hai.</w:t>
      </w:r>
    </w:p>
    <w:p>
      <w:pPr>
        <w:jc w:val="right"/>
      </w:pPr>
      <w:r>
        <w:t>عقل نہیں ہے، سوچ نہیں ہے، قلب میں تدبر کا مادہ نہیں ہے۔</w:t>
      </w:r>
    </w:p>
    <w:p>
      <w:r>
        <w:rPr>
          <w:b/>
        </w:rPr>
        <w:t xml:space="preserve">[28:57] </w:t>
      </w:r>
      <w:r>
        <w:t>to tazkiya ko logon ne qalb ka mozu bana diya.</w:t>
      </w:r>
    </w:p>
    <w:p>
      <w:pPr>
        <w:jc w:val="right"/>
      </w:pPr>
      <w:r>
        <w:t>تو تزکیہ کو لوگوں نے قلب کا موضوع بنا دیا۔</w:t>
      </w:r>
    </w:p>
    <w:p>
      <w:r>
        <w:rPr>
          <w:b/>
        </w:rPr>
        <w:t xml:space="preserve">[29:03] </w:t>
      </w:r>
      <w:r>
        <w:t>tazkiya e nafs, tazkiya e qalb ki taraf kitaben likhi jaane lagin.</w:t>
      </w:r>
    </w:p>
    <w:p>
      <w:pPr>
        <w:jc w:val="right"/>
      </w:pPr>
      <w:r>
        <w:t>تزکیہ نفس، تزکیہ قلب کی طرف کتابیں لکھی جانے لگیں۔</w:t>
      </w:r>
    </w:p>
    <w:p>
      <w:r>
        <w:rPr>
          <w:b/>
        </w:rPr>
        <w:t xml:space="preserve">[29:08] </w:t>
      </w:r>
      <w:r>
        <w:t>aur yeh kitabon mein meri maloomat ke mutabiq kuch bhi nahin hai, siwaye confusion aur kuch bhi nahin.</w:t>
      </w:r>
    </w:p>
    <w:p>
      <w:pPr>
        <w:jc w:val="right"/>
      </w:pPr>
      <w:r>
        <w:t>اور یہ کتابوں میں میری معلومات کے مطابق کچھ بھی نہیں ہے، سوائے confusion اور کچھ بھی نہیں۔</w:t>
      </w:r>
    </w:p>
    <w:p>
      <w:r>
        <w:rPr>
          <w:b/>
        </w:rPr>
        <w:t xml:space="preserve">[29:14] </w:t>
      </w:r>
      <w:r>
        <w:t>to mein ne socha ke dekhiye, tazkiya e qalb ka matlab hai re-engineering of mind.</w:t>
      </w:r>
    </w:p>
    <w:p>
      <w:pPr>
        <w:jc w:val="right"/>
      </w:pPr>
      <w:r>
        <w:t>تو میں نے سوچا کہ دیکھیے، تزکیہ قلب کا مطلب ہے re-engineering of mind۔</w:t>
      </w:r>
    </w:p>
    <w:p>
      <w:r>
        <w:rPr>
          <w:b/>
        </w:rPr>
        <w:t xml:space="preserve">[29:19] </w:t>
      </w:r>
      <w:r>
        <w:t>ab dekhiye, yeh wahi baat hai ke quran ki ayat mein.</w:t>
      </w:r>
    </w:p>
    <w:p>
      <w:pPr>
        <w:jc w:val="right"/>
      </w:pPr>
      <w:r>
        <w:t>اب دیکھیے، یہ وہی بات ہے کہ قرآن کی آیت میں۔</w:t>
      </w:r>
    </w:p>
    <w:p>
      <w:r>
        <w:rPr>
          <w:b/>
        </w:rPr>
        <w:t xml:space="preserve">[29:25] </w:t>
      </w:r>
      <w:r>
        <w:t>naye naye azab nikalna.</w:t>
      </w:r>
    </w:p>
    <w:p>
      <w:pPr>
        <w:jc w:val="right"/>
      </w:pPr>
      <w:r>
        <w:t>نئے نئے عذاب نکلنا۔</w:t>
      </w:r>
    </w:p>
    <w:p>
      <w:r>
        <w:rPr>
          <w:b/>
        </w:rPr>
        <w:t xml:space="preserve">[29:30] </w:t>
      </w:r>
      <w:r>
        <w:t>ab mein ne socha ke re-engineering kiya cheez hai? dekhiye, insan paida hota hai, paida hote hi is</w:t>
      </w:r>
    </w:p>
    <w:p>
      <w:pPr>
        <w:jc w:val="right"/>
      </w:pPr>
      <w:r>
        <w:t>اب میں نے سوچا کہ re-engineering کیا چیز ہے؟ دیکھیے، انسان پیدا ہوتا ہے، پیدا ہوتے ہی اس</w:t>
      </w:r>
    </w:p>
    <w:p>
      <w:r>
        <w:rPr>
          <w:b/>
        </w:rPr>
        <w:t xml:space="preserve">[29:36] </w:t>
      </w:r>
      <w:r>
        <w:t>ki conditioning shuru ho jati hai.</w:t>
      </w:r>
    </w:p>
    <w:p>
      <w:pPr>
        <w:jc w:val="right"/>
      </w:pPr>
      <w:r>
        <w:t>کی conditioning شروع ہو جاتی ہے۔</w:t>
      </w:r>
    </w:p>
    <w:p>
      <w:r>
        <w:rPr>
          <w:b/>
        </w:rPr>
        <w:t xml:space="preserve">[29:41] </w:t>
      </w:r>
      <w:r>
        <w:t>is ki aadatein banti hain, is ka mizaj banta hai, is ki soch banti hai.</w:t>
      </w:r>
    </w:p>
    <w:p>
      <w:pPr>
        <w:jc w:val="right"/>
      </w:pPr>
      <w:r>
        <w:t>اس کی عادتیں بنتی ہیں، اس کا مزاج بنتا ہے، اس کی سوچ بنتی ہے۔</w:t>
      </w:r>
    </w:p>
    <w:p>
      <w:r>
        <w:rPr>
          <w:b/>
        </w:rPr>
        <w:t xml:space="preserve">[29:47] </w:t>
      </w:r>
      <w:r>
        <w:t>kuch cheezon ka woh habits develop hoti hain.</w:t>
      </w:r>
    </w:p>
    <w:p>
      <w:pPr>
        <w:jc w:val="right"/>
      </w:pPr>
      <w:r>
        <w:t>کچھ چیزوں کا وہ habits develop ہوتی ہیں۔</w:t>
      </w:r>
    </w:p>
    <w:p>
      <w:r>
        <w:rPr>
          <w:b/>
        </w:rPr>
        <w:t xml:space="preserve">[29:52] </w:t>
      </w:r>
      <w:r>
        <w:t>to dheere dheere isi par pakhta ho jata hai woh.</w:t>
      </w:r>
    </w:p>
    <w:p>
      <w:pPr>
        <w:jc w:val="right"/>
      </w:pPr>
      <w:r>
        <w:t>تو دھیرے دھیرے اسی پر پختہ ہو جاتا ہے وہ۔</w:t>
      </w:r>
    </w:p>
    <w:p>
      <w:r>
        <w:rPr>
          <w:b/>
        </w:rPr>
        <w:t xml:space="preserve">[29:58] </w:t>
      </w:r>
      <w:r>
        <w:t>yani paida hota hai jo hadith mein hai ke kullu mawludin yuladu alal fitrah.</w:t>
      </w:r>
    </w:p>
    <w:p>
      <w:pPr>
        <w:jc w:val="right"/>
      </w:pPr>
      <w:r>
        <w:t>یعنی پیدا ہوتا ہے جو حدیث میں ہے کہ كُلُّ مُولُدٍ يُولَدُ عَلَى الْفِتْرَةِ ۔</w:t>
      </w:r>
    </w:p>
    <w:p>
      <w:r>
        <w:rPr>
          <w:b/>
        </w:rPr>
        <w:t xml:space="preserve">[30:03] </w:t>
      </w:r>
      <w:r>
        <w:t>paida hota hai fitrat par.</w:t>
      </w:r>
    </w:p>
    <w:p>
      <w:pPr>
        <w:jc w:val="right"/>
      </w:pPr>
      <w:r>
        <w:t>پیدا ہوتا ہے فطرت پر۔</w:t>
      </w:r>
    </w:p>
    <w:p>
      <w:r>
        <w:rPr>
          <w:b/>
        </w:rPr>
        <w:t xml:space="preserve">[30:09] </w:t>
      </w:r>
      <w:r>
        <w:t>insan jab paida hota hai to fitrat par paida hota hai.</w:t>
      </w:r>
    </w:p>
    <w:p>
      <w:pPr>
        <w:jc w:val="right"/>
      </w:pPr>
      <w:r>
        <w:t>انسان جب پیدا ہوتا ہے تو فطرت پر پیدا ہوتا ہے۔</w:t>
      </w:r>
    </w:p>
    <w:p>
      <w:r>
        <w:rPr>
          <w:b/>
        </w:rPr>
        <w:t xml:space="preserve">[30:14] </w:t>
      </w:r>
      <w:r>
        <w:t>لیکن دھیرے دھیرے کیا ہوتا ہے؟ وہ Mr. conditioned بن جاتا ہے۔</w:t>
      </w:r>
    </w:p>
    <w:p>
      <w:pPr>
        <w:jc w:val="right"/>
      </w:pPr>
      <w:r>
        <w:t>لیکن دھیرے دھیرے کیا ہوتا ہے؟ وہ mister conditioned بن جاتا ہے۔</w:t>
      </w:r>
    </w:p>
    <w:p>
      <w:r>
        <w:rPr>
          <w:b/>
        </w:rPr>
        <w:t xml:space="preserve">[30:20] </w:t>
      </w:r>
      <w:r>
        <w:t>mister nature .</w:t>
      </w:r>
    </w:p>
    <w:p>
      <w:pPr>
        <w:jc w:val="right"/>
      </w:pPr>
      <w:r>
        <w:t>mister nature ۔</w:t>
      </w:r>
    </w:p>
    <w:p>
      <w:r>
        <w:rPr>
          <w:b/>
        </w:rPr>
        <w:t xml:space="preserve">[30:25] </w:t>
      </w:r>
      <w:r>
        <w:t>mister conditioned . .</w:t>
      </w:r>
    </w:p>
    <w:p>
      <w:pPr>
        <w:jc w:val="right"/>
      </w:pPr>
      <w:r>
        <w:t>mister conditioned ۔ ۔</w:t>
      </w:r>
    </w:p>
    <w:p>
      <w:r>
        <w:rPr>
          <w:b/>
        </w:rPr>
        <w:t xml:space="preserve">[30:31] </w:t>
      </w:r>
      <w:r>
        <w:t>ban jata hai.</w:t>
      </w:r>
    </w:p>
    <w:p>
      <w:pPr>
        <w:jc w:val="right"/>
      </w:pPr>
      <w:r>
        <w:t>بن جاتا ہے۔</w:t>
      </w:r>
    </w:p>
    <w:p>
      <w:r>
        <w:rPr>
          <w:b/>
        </w:rPr>
        <w:t xml:space="preserve">[30:36] </w:t>
      </w:r>
      <w:r>
        <w:t>har har insan ka mamla yahi hai ke paida hua to woh mister nature tha.</w:t>
      </w:r>
    </w:p>
    <w:p>
      <w:pPr>
        <w:jc w:val="right"/>
      </w:pPr>
      <w:r>
        <w:t>ہر ہر انسان کا معاملہ یہی ہے کہ پیدا ہوا تو وہ mister nature تھا۔</w:t>
      </w:r>
    </w:p>
    <w:p>
      <w:r>
        <w:rPr>
          <w:b/>
        </w:rPr>
        <w:t xml:space="preserve">[30:42] </w:t>
      </w:r>
      <w:r>
        <w:t>بعد کو دھیرے دھیرے دھیرے وہ Mr. Conditioned بن گیا۔</w:t>
      </w:r>
    </w:p>
    <w:p>
      <w:pPr>
        <w:jc w:val="right"/>
      </w:pPr>
      <w:r>
        <w:t>بعد کو دھیرے دھیرے دھیرے وہ mister conditioned بن گیا۔</w:t>
      </w:r>
    </w:p>
    <w:p>
      <w:r>
        <w:rPr>
          <w:b/>
        </w:rPr>
        <w:t xml:space="preserve">[30:47] </w:t>
      </w:r>
      <w:r>
        <w:t>to ab kya kiya jaye? ab hai is ko decondition karna.</w:t>
      </w:r>
    </w:p>
    <w:p>
      <w:pPr>
        <w:jc w:val="right"/>
      </w:pPr>
      <w:r>
        <w:t>تو اب کیا کیا جائے؟ اب ہے اس کو decondition کرنا۔</w:t>
      </w:r>
    </w:p>
    <w:p>
      <w:r>
        <w:rPr>
          <w:b/>
        </w:rPr>
        <w:t xml:space="preserve">[30:53] </w:t>
      </w:r>
      <w:r>
        <w:t>is condition ko todna.</w:t>
      </w:r>
    </w:p>
    <w:p>
      <w:pPr>
        <w:jc w:val="right"/>
      </w:pPr>
      <w:r>
        <w:t>اس condition کو توڑنا۔</w:t>
      </w:r>
    </w:p>
    <w:p>
      <w:r>
        <w:rPr>
          <w:b/>
        </w:rPr>
        <w:t xml:space="preserve">[30:58] </w:t>
      </w:r>
      <w:r>
        <w:t>is ke andar dobara fitrat ki taraf lotana is ko.</w:t>
      </w:r>
    </w:p>
    <w:p>
      <w:pPr>
        <w:jc w:val="right"/>
      </w:pPr>
      <w:r>
        <w:t>اس کے اندر دوبارہ فطرت کی طرف لوٹانا اس کو۔</w:t>
      </w:r>
    </w:p>
    <w:p>
      <w:r>
        <w:rPr>
          <w:b/>
        </w:rPr>
        <w:t xml:space="preserve">[31:03] </w:t>
      </w:r>
      <w:r>
        <w:t>is ke andar is ki is ki soch ko jagana.</w:t>
      </w:r>
    </w:p>
    <w:p>
      <w:pPr>
        <w:jc w:val="right"/>
      </w:pPr>
      <w:r>
        <w:t>اس کے اندر اس کی اس کی سوچ کو جگانا۔</w:t>
      </w:r>
    </w:p>
    <w:p>
      <w:r>
        <w:rPr>
          <w:b/>
        </w:rPr>
        <w:t xml:space="preserve">[31:09] </w:t>
      </w:r>
      <w:r>
        <w:t>Mr. deconditioned.</w:t>
      </w:r>
    </w:p>
    <w:p>
      <w:pPr>
        <w:jc w:val="right"/>
      </w:pPr>
      <w:r>
        <w:t>mister deconditioned ۔ ۔ بنانا۔</w:t>
      </w:r>
    </w:p>
    <w:p>
      <w:r>
        <w:rPr>
          <w:b/>
        </w:rPr>
        <w:t xml:space="preserve">[31:14] </w:t>
      </w:r>
      <w:r>
        <w:t>mister conditioned کو mister deconditioned banana.</w:t>
      </w:r>
    </w:p>
    <w:p>
      <w:pPr>
        <w:jc w:val="right"/>
      </w:pPr>
      <w:r>
        <w:t>mister conditioned کو mister deconditioned بنانا۔</w:t>
      </w:r>
    </w:p>
    <w:p>
      <w:r>
        <w:rPr>
          <w:b/>
        </w:rPr>
        <w:t xml:space="preserve">[31:20] </w:t>
      </w:r>
      <w:r>
        <w:t>yeh hai re-engineering.</w:t>
      </w:r>
    </w:p>
    <w:p>
      <w:pPr>
        <w:jc w:val="right"/>
      </w:pPr>
      <w:r>
        <w:t>یہ ہے re-engineering۔</w:t>
      </w:r>
    </w:p>
    <w:p>
      <w:r>
        <w:rPr>
          <w:b/>
        </w:rPr>
        <w:t xml:space="preserve">[31:25] </w:t>
      </w:r>
      <w:r>
        <w:t>aur yahi hai tazkiyah.</w:t>
      </w:r>
    </w:p>
    <w:p>
      <w:pPr>
        <w:jc w:val="right"/>
      </w:pPr>
      <w:r>
        <w:t>اور یہی ہے تزکیہ۔</w:t>
      </w:r>
    </w:p>
    <w:p>
      <w:r>
        <w:rPr>
          <w:b/>
        </w:rPr>
        <w:t xml:space="preserve">[31:31] </w:t>
      </w:r>
      <w:r>
        <w:t>tazkiyah ke lafzi mani hain to purify. pak karna.</w:t>
      </w:r>
    </w:p>
    <w:p>
      <w:pPr>
        <w:jc w:val="right"/>
      </w:pPr>
      <w:r>
        <w:t>تزکیہ کے لفظی معنی ہیں to purify۔ پاک کرنا۔</w:t>
      </w:r>
    </w:p>
    <w:p>
      <w:r>
        <w:rPr>
          <w:b/>
        </w:rPr>
        <w:t xml:space="preserve">[31:36] </w:t>
      </w:r>
      <w:r>
        <w:t>to purify . . . . . . . .</w:t>
      </w:r>
    </w:p>
    <w:p>
      <w:pPr>
        <w:jc w:val="right"/>
      </w:pPr>
      <w:r>
        <w:t>to purify ۔۔۔۔۔۔۔۔۔۔۔</w:t>
      </w:r>
    </w:p>
    <w:p>
      <w:r>
        <w:rPr>
          <w:b/>
        </w:rPr>
        <w:t xml:space="preserve">[31:42] </w:t>
      </w:r>
      <w:r>
        <w:t>to purify kiya? yahi to hai yeh? is ki conditioning ko todna.</w:t>
      </w:r>
    </w:p>
    <w:p>
      <w:pPr>
        <w:jc w:val="right"/>
      </w:pPr>
      <w:r>
        <w:t>تو purify کیا؟ یہی تو ہے یہ؟ اس کی conditioning کو توڑنا۔</w:t>
      </w:r>
    </w:p>
    <w:p>
      <w:r>
        <w:rPr>
          <w:b/>
        </w:rPr>
        <w:t xml:space="preserve">[31:47] </w:t>
      </w:r>
      <w:r>
        <w:t>is ki halat ko badalna.</w:t>
      </w:r>
    </w:p>
    <w:p>
      <w:pPr>
        <w:jc w:val="right"/>
      </w:pPr>
      <w:r>
        <w:t>اس کی حالت کو بدلنا۔</w:t>
      </w:r>
    </w:p>
    <w:p>
      <w:r>
        <w:rPr>
          <w:b/>
        </w:rPr>
        <w:t xml:space="preserve">[31:53] </w:t>
      </w:r>
      <w:r>
        <w:t>is ki soch ko sahi karna.</w:t>
      </w:r>
    </w:p>
    <w:p>
      <w:pPr>
        <w:jc w:val="right"/>
      </w:pPr>
      <w:r>
        <w:t>اس کی سوچ کو صحیح کرنا۔</w:t>
      </w:r>
    </w:p>
    <w:p>
      <w:r>
        <w:rPr>
          <w:b/>
        </w:rPr>
        <w:t xml:space="preserve">[31:58] </w:t>
      </w:r>
      <w:r>
        <w:t>yahi to hai? to aap dekhiye ke quran mein lafz tazkiyah tha.</w:t>
      </w:r>
    </w:p>
    <w:p>
      <w:pPr>
        <w:jc w:val="right"/>
      </w:pPr>
      <w:r>
        <w:t>یہی تو ہے؟ تو آپ دیکھیے کہ قرآن میں لفظ تزکیہ تھا۔</w:t>
      </w:r>
    </w:p>
    <w:p>
      <w:r>
        <w:rPr>
          <w:b/>
        </w:rPr>
        <w:t xml:space="preserve">[32:04] </w:t>
      </w:r>
      <w:r>
        <w:t>lekin jab is ko socha mein ne to is mein mani ka aik aik aik khazana maujood tha. khazana.</w:t>
      </w:r>
    </w:p>
    <w:p>
      <w:pPr>
        <w:jc w:val="right"/>
      </w:pPr>
      <w:r>
        <w:t>لیکن جب اس کو سوچا میں نے تو اس میں معنی کا ایک ایک ایک خزانہ موجود تھا۔ خزانہ۔</w:t>
      </w:r>
    </w:p>
    <w:p>
      <w:r>
        <w:rPr>
          <w:b/>
        </w:rPr>
        <w:t xml:space="preserve">[32:09] </w:t>
      </w:r>
      <w:r>
        <w:t>yeh hai la tanqazi ajaibuhu .....</w:t>
      </w:r>
    </w:p>
    <w:p>
      <w:pPr>
        <w:jc w:val="right"/>
      </w:pPr>
      <w:r>
        <w:t>یہ ہے لا تنقضی عجائبہ ۔۔۔۔۔۔۔۔۔۔۔</w:t>
      </w:r>
    </w:p>
    <w:p>
      <w:r>
        <w:rPr>
          <w:b/>
        </w:rPr>
        <w:t xml:space="preserve">[32:15] </w:t>
      </w:r>
      <w:r>
        <w:t>is tareeqay se kisi kitab mein nahi likha hua hai.</w:t>
      </w:r>
    </w:p>
    <w:p>
      <w:pPr>
        <w:jc w:val="right"/>
      </w:pPr>
      <w:r>
        <w:t>اس طریقے سے کسی کتاب میں نہیں لکھا ہوا ہے۔</w:t>
      </w:r>
    </w:p>
    <w:p>
      <w:r>
        <w:rPr>
          <w:b/>
        </w:rPr>
        <w:t xml:space="preserve">[32:20] </w:t>
      </w:r>
      <w:r>
        <w:t>tazkiya ka is tareeqay se kisi kitab mein nahi likha hua.</w:t>
      </w:r>
    </w:p>
    <w:p>
      <w:pPr>
        <w:jc w:val="right"/>
      </w:pPr>
      <w:r>
        <w:t>تزکیہ کا اس طریقے سے کسی کتاب میں نہیں لکھا ہوا۔</w:t>
      </w:r>
    </w:p>
    <w:p>
      <w:r>
        <w:rPr>
          <w:b/>
        </w:rPr>
        <w:t xml:space="preserve">[32:26] </w:t>
      </w:r>
      <w:r>
        <w:t>mein ne bohat si kitabein parhein lekin is tarah mujhe nahi mila kisi mein.</w:t>
      </w:r>
    </w:p>
    <w:p>
      <w:pPr>
        <w:jc w:val="right"/>
      </w:pPr>
      <w:r>
        <w:t>میں نے بہت سی کتابیں پڑھیں لیکن اس طرح مجھے نہیں ملا کسی میں۔</w:t>
      </w:r>
    </w:p>
    <w:p>
      <w:r>
        <w:rPr>
          <w:b/>
        </w:rPr>
        <w:t xml:space="preserve">[32:31] </w:t>
      </w:r>
      <w:r>
        <w:t>lekin is mein woh khazana maujood tha.</w:t>
      </w:r>
    </w:p>
    <w:p>
      <w:pPr>
        <w:jc w:val="right"/>
      </w:pPr>
      <w:r>
        <w:t>لیکن اس میں وہ خزانہ موجود تھا۔</w:t>
      </w:r>
    </w:p>
    <w:p>
      <w:r>
        <w:rPr>
          <w:b/>
        </w:rPr>
        <w:t xml:space="preserve">[32:37] </w:t>
      </w:r>
      <w:r>
        <w:t>woh sochte sochte wahan tak pohancha.</w:t>
      </w:r>
    </w:p>
    <w:p>
      <w:pPr>
        <w:jc w:val="right"/>
      </w:pPr>
      <w:r>
        <w:t>وہ سوچتے سوچتے وہاں تک پہنچا۔</w:t>
      </w:r>
    </w:p>
    <w:p>
      <w:r>
        <w:rPr>
          <w:b/>
        </w:rPr>
        <w:t xml:space="preserve">[32:42] </w:t>
      </w:r>
      <w:r>
        <w:t>wahan wahan tak mein pohanch saka.</w:t>
      </w:r>
    </w:p>
    <w:p>
      <w:pPr>
        <w:jc w:val="right"/>
      </w:pPr>
      <w:r>
        <w:t>وہاں وہاں تک میں پہنچ سکا۔</w:t>
      </w:r>
    </w:p>
    <w:p>
      <w:r>
        <w:rPr>
          <w:b/>
        </w:rPr>
        <w:t xml:space="preserve">[32:48] </w:t>
      </w:r>
      <w:r>
        <w:t>to quran ki ayaton ko jab aap ghore karein ge to har ayat mein isi tareeqay se aap</w:t>
      </w:r>
    </w:p>
    <w:p>
      <w:pPr>
        <w:jc w:val="right"/>
      </w:pPr>
      <w:r>
        <w:t>تو قرآن کی آیتوں کو جب آپ غور کریں گے تو ہر آیت میں اسی طریقے سے آپ</w:t>
      </w:r>
    </w:p>
    <w:p>
      <w:r>
        <w:rPr>
          <w:b/>
        </w:rPr>
        <w:t xml:space="preserve">[32:53] </w:t>
      </w:r>
      <w:r>
        <w:t>ko milti hai.</w:t>
      </w:r>
    </w:p>
    <w:p>
      <w:pPr>
        <w:jc w:val="right"/>
      </w:pPr>
      <w:r>
        <w:t>کو ملتی ہے۔</w:t>
      </w:r>
    </w:p>
    <w:p>
      <w:r>
        <w:rPr>
          <w:b/>
        </w:rPr>
        <w:t xml:space="preserve">[32:59] </w:t>
      </w:r>
      <w:r>
        <w:t>jaise kal parson aik sahib se baat ho rahi thi.</w:t>
      </w:r>
    </w:p>
    <w:p>
      <w:pPr>
        <w:jc w:val="right"/>
      </w:pPr>
      <w:r>
        <w:t>جیسے کل پرسوں ایک صاحب سے بات ہو رہی تھی۔</w:t>
      </w:r>
    </w:p>
    <w:p>
      <w:r>
        <w:rPr>
          <w:b/>
        </w:rPr>
        <w:t xml:space="preserve">[33:04] </w:t>
      </w:r>
      <w:r>
        <w:t>nahi, telephone aaya tha aik sahib ka.</w:t>
      </w:r>
    </w:p>
    <w:p>
      <w:pPr>
        <w:jc w:val="right"/>
      </w:pPr>
      <w:r>
        <w:t>نہیں، ٹیلی فون آیا تھا ایک صاحب کا۔</w:t>
      </w:r>
    </w:p>
    <w:p>
      <w:r>
        <w:rPr>
          <w:b/>
        </w:rPr>
        <w:t xml:space="preserve">[33:10] </w:t>
      </w:r>
      <w:r>
        <w:t>aik aaya tha ke Allah se mohabbat hona chahiye.</w:t>
      </w:r>
    </w:p>
    <w:p>
      <w:pPr>
        <w:jc w:val="right"/>
      </w:pPr>
      <w:r>
        <w:t>ایک آیا تھا کہ اللہ سے محبت ہونا چاہیے۔</w:t>
      </w:r>
    </w:p>
    <w:p>
      <w:r>
        <w:rPr>
          <w:b/>
        </w:rPr>
        <w:t xml:space="preserve">[33:15] </w:t>
      </w:r>
      <w:r>
        <w:t>allazina amanu ashadd huban lillah .....</w:t>
      </w:r>
    </w:p>
    <w:p>
      <w:pPr>
        <w:jc w:val="right"/>
      </w:pPr>
      <w:r>
        <w:t>الذين آمنوا أشد حبًا لله ۔۔۔۔۔۔۔۔۔۔۔</w:t>
      </w:r>
    </w:p>
    <w:p>
      <w:r>
        <w:rPr>
          <w:b/>
        </w:rPr>
        <w:t xml:space="preserve">[33:21] </w:t>
      </w:r>
      <w:r>
        <w:t>iman wale Allah se bohat mohabbat karte hain.</w:t>
      </w:r>
    </w:p>
    <w:p>
      <w:pPr>
        <w:jc w:val="right"/>
      </w:pPr>
      <w:r>
        <w:t>ایمان والے اللہ سے بہت محبت کرتے ہیں۔</w:t>
      </w:r>
    </w:p>
    <w:p>
      <w:r>
        <w:rPr>
          <w:b/>
        </w:rPr>
        <w:t xml:space="preserve">[33:26] </w:t>
      </w:r>
      <w:r>
        <w:t>yani strong affection un ko hota hai Allah se.</w:t>
      </w:r>
    </w:p>
    <w:p>
      <w:pPr>
        <w:jc w:val="right"/>
      </w:pPr>
      <w:r>
        <w:t>یعنی strong affection ان کو ہوتا ہے اللہ سے۔</w:t>
      </w:r>
    </w:p>
    <w:p>
      <w:r>
        <w:rPr>
          <w:b/>
        </w:rPr>
        <w:t xml:space="preserve">[33:32] </w:t>
      </w:r>
      <w:r>
        <w:t>to unhone poocha is ka kya matlab hai aur kaise is ko kiya jaye? kaise kiya jaye?</w:t>
      </w:r>
    </w:p>
    <w:p>
      <w:pPr>
        <w:jc w:val="right"/>
      </w:pPr>
      <w:r>
        <w:t>تو انہوں نے پوچھا اس کا کیا مطلب ہے اور کیسے اس کو کیا جائے؟ کیسے کیا جائے؟</w:t>
      </w:r>
    </w:p>
    <w:p>
      <w:r>
        <w:rPr>
          <w:b/>
        </w:rPr>
        <w:t xml:space="preserve">[33:37] </w:t>
      </w:r>
      <w:r>
        <w:t>to mein ne socha ke kya yeh koi love affair koi hai? jaise love affair hota hai larkon larkiyon ko.</w:t>
      </w:r>
    </w:p>
    <w:p>
      <w:pPr>
        <w:jc w:val="right"/>
      </w:pPr>
      <w:r>
        <w:t>تو میں نے سوچا کہ کیا یہ کوئی love affair کوئی ہے؟ جیسے love affair ہوتا ہے لڑکوں لڑکیوں کو۔</w:t>
      </w:r>
    </w:p>
    <w:p>
      <w:r>
        <w:rPr>
          <w:b/>
        </w:rPr>
        <w:t xml:space="preserve">[33:43] </w:t>
      </w:r>
      <w:r>
        <w:t>aisa koi muamla hai? yeh muamla nahi hai.</w:t>
      </w:r>
    </w:p>
    <w:p>
      <w:pPr>
        <w:jc w:val="right"/>
      </w:pPr>
      <w:r>
        <w:t>ایسا کوئی معاملہ ہے؟ یہ معاملہ نہیں ہے۔</w:t>
      </w:r>
    </w:p>
    <w:p>
      <w:r>
        <w:rPr>
          <w:b/>
        </w:rPr>
        <w:t xml:space="preserve">[33:48] </w:t>
      </w:r>
      <w:r>
        <w:t>Allah se aap love affair nahi kar sakte.</w:t>
      </w:r>
    </w:p>
    <w:p>
      <w:pPr>
        <w:jc w:val="right"/>
      </w:pPr>
      <w:r>
        <w:t>اللہ سے آپ love affair نہیں کر سکتے۔</w:t>
      </w:r>
    </w:p>
    <w:p>
      <w:r>
        <w:rPr>
          <w:b/>
        </w:rPr>
        <w:t xml:space="preserve">[33:54] </w:t>
      </w:r>
      <w:r>
        <w:t>woh to aap ka khaliq hai.</w:t>
      </w:r>
    </w:p>
    <w:p>
      <w:pPr>
        <w:jc w:val="right"/>
      </w:pPr>
      <w:r>
        <w:t>وہ تو آپ کا خالق ہے۔</w:t>
      </w:r>
    </w:p>
    <w:p>
      <w:r>
        <w:rPr>
          <w:b/>
        </w:rPr>
        <w:t xml:space="preserve">[33:59] </w:t>
      </w:r>
      <w:r>
        <w:t>woh aap ka malik hai.</w:t>
      </w:r>
    </w:p>
    <w:p>
      <w:pPr>
        <w:jc w:val="right"/>
      </w:pPr>
      <w:r>
        <w:t>وہ آپ کا مالک ہے۔</w:t>
      </w:r>
    </w:p>
    <w:p>
      <w:r>
        <w:rPr>
          <w:b/>
        </w:rPr>
        <w:t xml:space="preserve">[34:05] </w:t>
      </w:r>
      <w:r>
        <w:t>woh rabbul alameen hai.</w:t>
      </w:r>
    </w:p>
    <w:p>
      <w:pPr>
        <w:jc w:val="right"/>
      </w:pPr>
      <w:r>
        <w:t>وہ رب العالمین ہے۔</w:t>
      </w:r>
    </w:p>
    <w:p>
      <w:r>
        <w:rPr>
          <w:b/>
        </w:rPr>
        <w:t xml:space="preserve">[34:10] </w:t>
      </w:r>
      <w:r>
        <w:t>to phir mujhe aik ayat yaad aayi.</w:t>
      </w:r>
    </w:p>
    <w:p>
      <w:pPr>
        <w:jc w:val="right"/>
      </w:pPr>
      <w:r>
        <w:t>تو پھر مجھے ایک آیت یاد آئی۔</w:t>
      </w:r>
    </w:p>
    <w:p>
      <w:r>
        <w:rPr>
          <w:b/>
        </w:rPr>
        <w:t xml:space="preserve">[34:15] </w:t>
      </w:r>
      <w:r>
        <w:t>qul in kuntum tuhibbunallaha fattabi'uni wahibbukumullah .....</w:t>
      </w:r>
    </w:p>
    <w:p>
      <w:pPr>
        <w:jc w:val="right"/>
      </w:pPr>
      <w:r>
        <w:t>قُلْ إِنْ كُنْتُمْ تُحِبُّونَ اللَّهَ فَاتَّبُعُونِي وَحِبْكُوا اللَّهَ ۔۔۔۔۔۔۔۔۔۔۔</w:t>
      </w:r>
    </w:p>
    <w:p>
      <w:r>
        <w:rPr>
          <w:b/>
        </w:rPr>
        <w:t xml:space="preserve">[34:21] </w:t>
      </w:r>
      <w:r>
        <w:t>kaho ke agar tum Allah se mohabbat karte ho to mera ittaba karo.</w:t>
      </w:r>
    </w:p>
    <w:p>
      <w:pPr>
        <w:jc w:val="right"/>
      </w:pPr>
      <w:r>
        <w:t>کہو کہ اگر تم اللہ سے محبت کرتے ہو تو میرا اتباع کرو۔</w:t>
      </w:r>
    </w:p>
    <w:p>
      <w:r>
        <w:rPr>
          <w:b/>
        </w:rPr>
        <w:t xml:space="preserve">[34:26] </w:t>
      </w:r>
      <w:r>
        <w:t>is se tumhare andar Allah ki mohabbat aayegi.</w:t>
      </w:r>
    </w:p>
    <w:p>
      <w:pPr>
        <w:jc w:val="right"/>
      </w:pPr>
      <w:r>
        <w:t>اس سے تمہارے اندر اللہ کی محبت آئے گی۔</w:t>
      </w:r>
    </w:p>
    <w:p>
      <w:r>
        <w:rPr>
          <w:b/>
        </w:rPr>
        <w:t xml:space="preserve">[34:32] </w:t>
      </w:r>
      <w:r>
        <w:t>kaha ittaba-e-rasool jo hai woh hai mohabbat-e-ilahi.</w:t>
      </w:r>
    </w:p>
    <w:p>
      <w:pPr>
        <w:jc w:val="right"/>
      </w:pPr>
      <w:r>
        <w:t>کہا اتباع رسول جو ہے وہ ہے محبت الہی۔</w:t>
      </w:r>
    </w:p>
    <w:p>
      <w:r>
        <w:rPr>
          <w:b/>
        </w:rPr>
        <w:t xml:space="preserve">[34:37] </w:t>
      </w:r>
      <w:r>
        <w:t>qul in kuntum tuhibbunallaha fattabi'uni wa hibkuallaha .....</w:t>
      </w:r>
    </w:p>
    <w:p>
      <w:pPr>
        <w:jc w:val="right"/>
      </w:pPr>
      <w:r>
        <w:t>قُلْ إِنْ كُنْتُمْ تُحِبُّونَ اللَّهَ فَاتَّبُعُونِي وَحِبْكُوا اللَّهَ ۔۔۔۔۔۔۔۔۔۔۔</w:t>
      </w:r>
    </w:p>
    <w:p>
      <w:r>
        <w:rPr>
          <w:b/>
        </w:rPr>
        <w:t xml:space="preserve">[34:43] </w:t>
      </w:r>
      <w:r>
        <w:t>qul in kuntum tuhibbunallaha fattabi'uni wa hibkuallaha .....</w:t>
      </w:r>
    </w:p>
    <w:p>
      <w:pPr>
        <w:jc w:val="right"/>
      </w:pPr>
      <w:r>
        <w:t>قُلْ إِنْ كُنْتُمْ تُحِبُّونَ اللَّهَ فَاتَّبَعُونِي وَحِبْكُوا اللَّهَ ۔۔۔۔۔۔۔۔۔۔۔</w:t>
      </w:r>
    </w:p>
    <w:p>
      <w:r>
        <w:rPr>
          <w:b/>
        </w:rPr>
        <w:t xml:space="preserve">[34:48] </w:t>
      </w:r>
      <w:r>
        <w:t>phir maine socha ke ittaba-e-rasool kya hai? Ittaba-e-rasool ka bhi bohat mehdood mafhoom logon ke</w:t>
      </w:r>
    </w:p>
    <w:p>
      <w:pPr>
        <w:jc w:val="right"/>
      </w:pPr>
      <w:r>
        <w:t>پھر میں نے سوچا کہ اتباع رسول کیا ہے؟ اتباع رسول کا بھی بہت محدود مفہوم لوگوں کے</w:t>
      </w:r>
    </w:p>
    <w:p>
      <w:r>
        <w:rPr>
          <w:b/>
        </w:rPr>
        <w:t xml:space="preserve">[34:54] </w:t>
      </w:r>
      <w:r>
        <w:t>zehen mein hota hai.</w:t>
      </w:r>
    </w:p>
    <w:p>
      <w:pPr>
        <w:jc w:val="right"/>
      </w:pPr>
      <w:r>
        <w:t>ذہن میں ہوتا ہے۔</w:t>
      </w:r>
    </w:p>
    <w:p>
      <w:r>
        <w:rPr>
          <w:b/>
        </w:rPr>
        <w:t xml:space="preserve">[34:59] </w:t>
      </w:r>
      <w:r>
        <w:t>ittaba-e-rasool ka matlab yeh hai ke woh jo model rasool Allah ka hai, woh model aap ko</w:t>
      </w:r>
    </w:p>
    <w:p>
      <w:pPr>
        <w:jc w:val="right"/>
      </w:pPr>
      <w:r>
        <w:t>اتباع رسول کا معنی یہ ہے کہ وہ جو ماڈل رسول اللہ کا ہے، وہ ماڈل آپ کو</w:t>
      </w:r>
    </w:p>
    <w:p>
      <w:r>
        <w:rPr>
          <w:b/>
        </w:rPr>
        <w:t xml:space="preserve">[35:05] </w:t>
      </w:r>
      <w:r>
        <w:t>bohat mehboob model ban jaye aap ke liye.</w:t>
      </w:r>
    </w:p>
    <w:p>
      <w:pPr>
        <w:jc w:val="right"/>
      </w:pPr>
      <w:r>
        <w:t>بہت محبوب ماڈل بن جائے آپ کے لیے۔</w:t>
      </w:r>
    </w:p>
    <w:p>
      <w:r>
        <w:rPr>
          <w:b/>
        </w:rPr>
        <w:t xml:space="preserve">[35:10] </w:t>
      </w:r>
      <w:r>
        <w:t>misal ke taur par ek model sirf yeh nahi ke aap rasool Allah miswak karte the.</w:t>
      </w:r>
    </w:p>
    <w:p>
      <w:pPr>
        <w:jc w:val="right"/>
      </w:pPr>
      <w:r>
        <w:t>مثلاً ایک ماڈل صرف یہ نہیں کہ آپ رسول اللہ مسواک کرتے تھے۔</w:t>
      </w:r>
    </w:p>
    <w:p>
      <w:r>
        <w:rPr>
          <w:b/>
        </w:rPr>
        <w:t xml:space="preserve">[35:16] </w:t>
      </w:r>
      <w:r>
        <w:t>nahi, yeh model sab se bada yeh hai ke aap dawat ka kaam karte the.</w:t>
      </w:r>
    </w:p>
    <w:p>
      <w:pPr>
        <w:jc w:val="right"/>
      </w:pPr>
      <w:r>
        <w:t>نہیں، یہ ماڈل سب سے بڑا یہ ہے کہ آپ دعوت کا کام کرتے تھے۔</w:t>
      </w:r>
    </w:p>
    <w:p>
      <w:r>
        <w:rPr>
          <w:b/>
        </w:rPr>
        <w:t xml:space="preserve">[35:21] </w:t>
      </w:r>
      <w:r>
        <w:t>dawat ka model aap ne chhora hai.</w:t>
      </w:r>
    </w:p>
    <w:p>
      <w:pPr>
        <w:jc w:val="right"/>
      </w:pPr>
      <w:r>
        <w:t>دعوت کا ماڈل آپ نے چھوڑا ہے۔</w:t>
      </w:r>
    </w:p>
    <w:p>
      <w:r>
        <w:rPr>
          <w:b/>
        </w:rPr>
        <w:t xml:space="preserve">[35:27] </w:t>
      </w:r>
      <w:r>
        <w:t>to dawat ke kaam mein aap ko itna attachment ho jaye, itna ke woh aap ke liye mehboob</w:t>
      </w:r>
    </w:p>
    <w:p>
      <w:pPr>
        <w:jc w:val="right"/>
      </w:pPr>
      <w:r>
        <w:t>تو دعوت کے کام میں آپ کو اتنا attachment ہو جائے، اتنا کہ وہ آپ کے لیے محبوب</w:t>
      </w:r>
    </w:p>
    <w:p>
      <w:r>
        <w:rPr>
          <w:b/>
        </w:rPr>
        <w:t xml:space="preserve">[35:32] </w:t>
      </w:r>
      <w:r>
        <w:t>mashghala ban jaye.</w:t>
      </w:r>
    </w:p>
    <w:p>
      <w:pPr>
        <w:jc w:val="right"/>
      </w:pPr>
      <w:r>
        <w:t>مشغلہ بن جائے۔</w:t>
      </w:r>
    </w:p>
    <w:p>
      <w:r>
        <w:rPr>
          <w:b/>
        </w:rPr>
        <w:t xml:space="preserve">[35:38] </w:t>
      </w:r>
      <w:r>
        <w:t>dawat-e-Allah ka kaam jab aap karenge to woh aap ke liye khush kaam nahi, woh</w:t>
      </w:r>
    </w:p>
    <w:p>
      <w:pPr>
        <w:jc w:val="right"/>
      </w:pPr>
      <w:r>
        <w:t>دعوت اللہ کا کام جب آپ کریں گے تو وہ آپ کے لیے خوش کام نر ہے، وہ</w:t>
      </w:r>
    </w:p>
    <w:p>
      <w:r>
        <w:rPr>
          <w:b/>
        </w:rPr>
        <w:t xml:space="preserve">[35:43] </w:t>
      </w:r>
      <w:r>
        <w:t>announcement ka kaam nahi, balkeh woh mehboob mashghala ban jaye aap ke liye.</w:t>
      </w:r>
    </w:p>
    <w:p>
      <w:pPr>
        <w:jc w:val="right"/>
      </w:pPr>
      <w:r>
        <w:t>announcement کا کام نر ہے، بلکہ وہ محبوب مشغلہ بن جائے آپ کے لیے۔</w:t>
      </w:r>
    </w:p>
    <w:p>
      <w:r>
        <w:rPr>
          <w:b/>
        </w:rPr>
        <w:t xml:space="preserve">[35:49] </w:t>
      </w:r>
      <w:r>
        <w:t>jaise ek martaba mein ek waqia mera hai ke mein ek shehar mein gaya, wahan par ek karkhana</w:t>
      </w:r>
    </w:p>
    <w:p>
      <w:pPr>
        <w:jc w:val="right"/>
      </w:pPr>
      <w:r>
        <w:t>جیسے ایک مرتبہ میں ایک واقعہ میرا ہے کہ میں ایک شہر میں گیا، وہاں پر ایک کارخانہ</w:t>
      </w:r>
    </w:p>
    <w:p>
      <w:r>
        <w:rPr>
          <w:b/>
        </w:rPr>
        <w:t xml:space="preserve">[35:54] </w:t>
      </w:r>
      <w:r>
        <w:t>tha, wahan par kachche chamde se nikalte the, woh uska kuch saban aur use thread banate the, surgical thread.</w:t>
      </w:r>
    </w:p>
    <w:p>
      <w:pPr>
        <w:jc w:val="right"/>
      </w:pPr>
      <w:r>
        <w:t>تھا، وہاں پر کچے چمڑے سے نکالتے تھے، وہ اس کا کچھ صابان اور اسے تھریڈ بناتے تھے، surgical thread۔</w:t>
      </w:r>
    </w:p>
    <w:p>
      <w:r>
        <w:rPr>
          <w:b/>
        </w:rPr>
        <w:t xml:space="preserve">[36:00] </w:t>
      </w:r>
      <w:r>
        <w:t>to mein us mein dakhil hua to badi badboo thi us ke andar kyunke kachche chamde ka kaam</w:t>
      </w:r>
    </w:p>
    <w:p>
      <w:pPr>
        <w:jc w:val="right"/>
      </w:pPr>
      <w:r>
        <w:t>تو میں اس میں داخل ہوا تو بڑی بدبو تھی اس کے اندر کیونکہ کچے چمڑے کا کام</w:t>
      </w:r>
    </w:p>
    <w:p>
      <w:r>
        <w:rPr>
          <w:b/>
        </w:rPr>
        <w:t xml:space="preserve">[36:05] </w:t>
      </w:r>
      <w:r>
        <w:t>hota tha wahan par.</w:t>
      </w:r>
    </w:p>
    <w:p>
      <w:pPr>
        <w:jc w:val="right"/>
      </w:pPr>
      <w:r>
        <w:t>ہوتا تھا وہاں پر۔</w:t>
      </w:r>
    </w:p>
    <w:p>
      <w:r>
        <w:rPr>
          <w:b/>
        </w:rPr>
        <w:t xml:space="preserve">[36:11] </w:t>
      </w:r>
      <w:r>
        <w:t>to jo us ke malik the, us par baithe hue the, mein ne poocha kaise rehte hain aap</w:t>
      </w:r>
    </w:p>
    <w:p>
      <w:pPr>
        <w:jc w:val="right"/>
      </w:pPr>
      <w:r>
        <w:t>تو جو اس کے مالک تھے، اس پر بیٹھے ہوئے تھے، میں نے پوچھا کیسے رہتے ہیں آپ</w:t>
      </w:r>
    </w:p>
    <w:p>
      <w:r>
        <w:rPr>
          <w:b/>
        </w:rPr>
        <w:t xml:space="preserve">[36:16] </w:t>
      </w:r>
      <w:r>
        <w:t>yahan par? Matlab yeh to bilkul badboo ka mahaul tha woh.</w:t>
      </w:r>
    </w:p>
    <w:p>
      <w:pPr>
        <w:jc w:val="right"/>
      </w:pPr>
      <w:r>
        <w:t>یہاں پر؟ مطلب یہ تو بالکل بدبو کا ماحول تھا وہ۔</w:t>
      </w:r>
    </w:p>
    <w:p>
      <w:r>
        <w:rPr>
          <w:b/>
        </w:rPr>
        <w:t xml:space="preserve">[36:22] </w:t>
      </w:r>
      <w:r>
        <w:t>to bade itminan se unhone jawab diya ke jab paisa milta hai to sab bhool jata hai.</w:t>
      </w:r>
    </w:p>
    <w:p>
      <w:pPr>
        <w:jc w:val="right"/>
      </w:pPr>
      <w:r>
        <w:t>تو بڑے اطمینان سے انہوں نے جواب دیا کہ جب پیسہ ملتا ہے تو سب بھول جاتا ہے۔</w:t>
      </w:r>
    </w:p>
    <w:p>
      <w:r>
        <w:rPr>
          <w:b/>
        </w:rPr>
        <w:t xml:space="preserve">[36:27] </w:t>
      </w:r>
      <w:r>
        <w:t>to aap dekhen ke unko woh woh mashghala mehboob mashghala ban gaya jo mere liye ghair mehboob</w:t>
      </w:r>
    </w:p>
    <w:p>
      <w:pPr>
        <w:jc w:val="right"/>
      </w:pPr>
      <w:r>
        <w:t>تو آپ دیکھیں کہ ان کو وہ وہ مشغلہ محبوب مشغلہ بن گیا جو میرے لیے غیر محبوب</w:t>
      </w:r>
    </w:p>
    <w:p>
      <w:r>
        <w:rPr>
          <w:b/>
        </w:rPr>
        <w:t xml:space="preserve">[36:33] </w:t>
      </w:r>
      <w:r>
        <w:t>tha, unke liye mehboob mashghala bana hua tha.</w:t>
      </w:r>
    </w:p>
    <w:p>
      <w:pPr>
        <w:jc w:val="right"/>
      </w:pPr>
      <w:r>
        <w:t>تھا، ان کے لیے محبوب مشغلہ بنا ہوا تھا۔</w:t>
      </w:r>
    </w:p>
    <w:p>
      <w:r>
        <w:rPr>
          <w:b/>
        </w:rPr>
        <w:t xml:space="preserve">[36:38] </w:t>
      </w:r>
      <w:r>
        <w:t>to yeh matlab hai Allah se mohabbat.</w:t>
      </w:r>
    </w:p>
    <w:p>
      <w:pPr>
        <w:jc w:val="right"/>
      </w:pPr>
      <w:r>
        <w:t>تو یہ مطلب ہے اللہ سے محبت۔</w:t>
      </w:r>
    </w:p>
    <w:p>
      <w:r>
        <w:rPr>
          <w:b/>
        </w:rPr>
        <w:t xml:space="preserve">[36:44] </w:t>
      </w:r>
      <w:r>
        <w:t>Allah se mohabbat ka matlab yeh hai ke Allah ka jo mission hai, Allah ka jo paigham pohanchana</w:t>
      </w:r>
    </w:p>
    <w:p>
      <w:pPr>
        <w:jc w:val="right"/>
      </w:pPr>
      <w:r>
        <w:t>اللہ سے محبت کا مطلب یہ ہے کہ اللہ کا جو mission ہے، اللہ کا جو پیغام پہنچانا</w:t>
      </w:r>
    </w:p>
    <w:p>
      <w:r>
        <w:rPr>
          <w:b/>
        </w:rPr>
        <w:t xml:space="preserve">[36:49] </w:t>
      </w:r>
      <w:r>
        <w:t>hai, Allah ko jo matlab hai ke meri baat insaan tak pohanch jaye, yeh jo mission hai, yeh</w:t>
      </w:r>
    </w:p>
    <w:p>
      <w:pPr>
        <w:jc w:val="right"/>
      </w:pPr>
      <w:r>
        <w:t>ہے، اللہ کو جو مطلوب ہے کہ میری بات انسان تک پہنچ جائے، یہ جو mission ہے، یہ</w:t>
      </w:r>
    </w:p>
    <w:p>
      <w:r>
        <w:rPr>
          <w:b/>
        </w:rPr>
        <w:t xml:space="preserve">[36:55] </w:t>
      </w:r>
      <w:r>
        <w:t>aap ke liye mehboob ban jaye.</w:t>
      </w:r>
    </w:p>
    <w:p>
      <w:pPr>
        <w:jc w:val="right"/>
      </w:pPr>
      <w:r>
        <w:t>آپ کے لیے محبوب بن جائے۔</w:t>
      </w:r>
    </w:p>
    <w:p>
      <w:r>
        <w:rPr>
          <w:b/>
        </w:rPr>
        <w:t xml:space="preserve">[37:00] </w:t>
      </w:r>
      <w:r>
        <w:t>koi gaali de tab bhi aap bura na manen, koi pathar mar de tab bhi aap ko ghussa</w:t>
      </w:r>
    </w:p>
    <w:p>
      <w:pPr>
        <w:jc w:val="right"/>
      </w:pPr>
      <w:r>
        <w:t>کوئی گالی دے تب بھی آپ برا نہ مانیں، کوئی پتھر مار دے تب بھی آپ کو غصہ</w:t>
      </w:r>
    </w:p>
    <w:p>
      <w:r>
        <w:rPr>
          <w:b/>
        </w:rPr>
        <w:t xml:space="preserve">[37:06] </w:t>
      </w:r>
      <w:r>
        <w:t>na aaye, koi mushkil pesh aaye tab bhi aap bura farokhta na hon.</w:t>
      </w:r>
    </w:p>
    <w:p>
      <w:pPr>
        <w:jc w:val="right"/>
      </w:pPr>
      <w:r>
        <w:t>نہ آئے، کوئی مشکل پیش آئے تب بھی آپ برا فروختہ نہ ہوں۔</w:t>
      </w:r>
    </w:p>
    <w:p>
      <w:r>
        <w:rPr>
          <w:b/>
        </w:rPr>
        <w:t xml:space="preserve">[37:11] </w:t>
      </w:r>
      <w:r>
        <w:t>kyunke jab aap ko woh mehboob mashghala ban jaye ga to kuch bhi aap bura nahi lage ga.</w:t>
      </w:r>
    </w:p>
    <w:p>
      <w:pPr>
        <w:jc w:val="right"/>
      </w:pPr>
      <w:r>
        <w:t>کیونکہ جب آپ کو وہ محبوب مشغلہ بن جائے گا تو کچھ بھی آپ برا نہیں لگے گا۔</w:t>
      </w:r>
    </w:p>
    <w:p>
      <w:r>
        <w:rPr>
          <w:b/>
        </w:rPr>
        <w:t xml:space="preserve">[37:16] </w:t>
      </w:r>
      <w:r>
        <w:t>aap sochen ke kuch bhi ho, Allah ke hathon is ka inaam bohat bara milne wala hai.</w:t>
      </w:r>
    </w:p>
    <w:p>
      <w:pPr>
        <w:jc w:val="right"/>
      </w:pPr>
      <w:r>
        <w:t>آپ سوچیں کہ کچھ بھی ہو، اللہ کے ہاتھوں اس کا انعام بہت بڑا ملنے والا ہے۔</w:t>
      </w:r>
    </w:p>
    <w:p>
      <w:r>
        <w:rPr>
          <w:b/>
        </w:rPr>
        <w:t xml:space="preserve">[37:22] </w:t>
      </w:r>
      <w:r>
        <w:t>hum is ko to is tarah jo aap sochen ge, jitna ziyada sochen ge, utna hi Quran ke</w:t>
      </w:r>
    </w:p>
    <w:p>
      <w:pPr>
        <w:jc w:val="right"/>
      </w:pPr>
      <w:r>
        <w:t>ہم اس کو تو اس طرح جو آپ سوچیں گے، جتنا زیادہ سوچیں گے، اتنا ہی قرآن کے</w:t>
      </w:r>
    </w:p>
    <w:p>
      <w:r>
        <w:rPr>
          <w:b/>
        </w:rPr>
        <w:t xml:space="preserve">[37:27] </w:t>
      </w:r>
      <w:r>
        <w:t>maani aap par khulte chale jayen ge.</w:t>
      </w:r>
    </w:p>
    <w:p>
      <w:pPr>
        <w:jc w:val="right"/>
      </w:pPr>
      <w:r>
        <w:t>معنی آپ پر کھلتے چلے جائیں گے۔</w:t>
      </w:r>
    </w:p>
    <w:p>
      <w:r>
        <w:rPr>
          <w:b/>
        </w:rPr>
        <w:t xml:space="preserve">[37:33] </w:t>
      </w:r>
      <w:r>
        <w:t>yeh matlab hai is ka.</w:t>
      </w:r>
    </w:p>
    <w:p>
      <w:pPr>
        <w:jc w:val="right"/>
      </w:pPr>
      <w:r>
        <w:t>یہ مطلب ہے اس کا۔</w:t>
      </w:r>
    </w:p>
    <w:p>
      <w:r>
        <w:rPr>
          <w:b/>
        </w:rPr>
        <w:t xml:space="preserve">[37:38] </w:t>
      </w:r>
      <w:r>
        <w:t>aam taur par log chunke Quran ki tilawat karte hain bas aur tafsirien jo hain, tafsiron mein sari</w:t>
      </w:r>
    </w:p>
    <w:p>
      <w:pPr>
        <w:jc w:val="right"/>
      </w:pPr>
      <w:r>
        <w:t>عام طور پر لوگ چونکہ قرآن کی تلاوت کرتے ہیں بس اور تفسیریں جو ہیں، تفسیروں میں ساری</w:t>
      </w:r>
    </w:p>
    <w:p>
      <w:r>
        <w:rPr>
          <w:b/>
        </w:rPr>
        <w:t xml:space="preserve">[37:44] </w:t>
      </w:r>
      <w:r>
        <w:t>tafsirien fanniyat ki wazahat hoti hain.</w:t>
      </w:r>
    </w:p>
    <w:p>
      <w:pPr>
        <w:jc w:val="right"/>
      </w:pPr>
      <w:r>
        <w:t>تفسیریں فنیات کی وضاحت ہوتی ہیں۔</w:t>
      </w:r>
    </w:p>
    <w:p>
      <w:r>
        <w:rPr>
          <w:b/>
        </w:rPr>
        <w:t xml:space="preserve">[37:49] </w:t>
      </w:r>
      <w:r>
        <w:t>in mein fanniyat sari tafsirien, yani fanni tafsirien hain, in mein to is mein bhi khushk basen hoti hain.</w:t>
      </w:r>
    </w:p>
    <w:p>
      <w:pPr>
        <w:jc w:val="right"/>
      </w:pPr>
      <w:r>
        <w:t>ان میں فنیات ساری تفسیریں، یعنی فنی تفسیریں ہیں، ان میں تو اس میں بھی خشک بسیں ہوتی ہیں۔</w:t>
      </w:r>
    </w:p>
    <w:p>
      <w:r>
        <w:rPr>
          <w:b/>
        </w:rPr>
        <w:t xml:space="preserve">[37:55] </w:t>
      </w:r>
      <w:r>
        <w:t>is mein koi rohani ghiza nahi hoti, is mein koi maarfat ka saman nahi hota.</w:t>
      </w:r>
    </w:p>
    <w:p>
      <w:pPr>
        <w:jc w:val="right"/>
      </w:pPr>
      <w:r>
        <w:t>اس میں کوئی روحانی غذا نہیں ہوتی، اس میں کوئی معرفت کا سامان نہیں ہوتا۔</w:t>
      </w:r>
    </w:p>
    <w:p>
      <w:r>
        <w:rPr>
          <w:b/>
        </w:rPr>
        <w:t xml:space="preserve">[38:00] </w:t>
      </w:r>
      <w:r>
        <w:t>misal ke taur par dekhen, yeh ayat maine parhi ke wa izaa saboo ma'oonatan lirrasooli tara ayanuhum tafidhan min ad-dami mimma</w:t>
      </w:r>
    </w:p>
    <w:p>
      <w:pPr>
        <w:jc w:val="right"/>
      </w:pPr>
      <w:r>
        <w:t>مثلاً دیکھیں، یہ آیت میں نے پڑھی کہ وَإِذَا سَبُوْا مَعُونَةً لِلرَّسُولِ تَرَىٰ عَيَنُهُمْ تَفْيِضًا مِنْ الْدَّمِ مِمَّا</w:t>
      </w:r>
    </w:p>
    <w:p>
      <w:r>
        <w:rPr>
          <w:b/>
        </w:rPr>
        <w:t xml:space="preserve">[38:06] </w:t>
      </w:r>
      <w:r>
        <w:t>araftu min al-haqq.</w:t>
      </w:r>
    </w:p>
    <w:p>
      <w:pPr>
        <w:jc w:val="right"/>
      </w:pPr>
      <w:r>
        <w:t>عَرَفُوا مِنَ الْحَقِّ ۔</w:t>
      </w:r>
    </w:p>
    <w:p>
      <w:r>
        <w:rPr>
          <w:b/>
        </w:rPr>
        <w:t xml:space="preserve">[38:11] </w:t>
      </w:r>
      <w:r>
        <w:t>yahan par aal-e-imaan ke giroh ka haal bataya gaya hai ke woh rasool Allah ke paas aaye</w:t>
      </w:r>
    </w:p>
    <w:p>
      <w:pPr>
        <w:jc w:val="right"/>
      </w:pPr>
      <w:r>
        <w:t>یہاں پر آلِ ایمان کے گروہ کا حال بتایا گیا ہے کہ وہ رسول اللہ کے پاس آئے</w:t>
      </w:r>
    </w:p>
    <w:p>
      <w:r>
        <w:rPr>
          <w:b/>
        </w:rPr>
        <w:t xml:space="preserve">[38:17] </w:t>
      </w:r>
      <w:r>
        <w:t>aur Quran suna to un ko imaan mil gaya aur woh imaan laye aur un ki aankhon mein</w:t>
      </w:r>
    </w:p>
    <w:p>
      <w:pPr>
        <w:jc w:val="right"/>
      </w:pPr>
      <w:r>
        <w:t>اور قرآن سنا تو ان کو ایمان مل گیا اور وہ ایمان لائے اور ان کی آنکھوں میں</w:t>
      </w:r>
    </w:p>
    <w:p>
      <w:r>
        <w:rPr>
          <w:b/>
        </w:rPr>
        <w:t xml:space="preserve">[38:22] </w:t>
      </w:r>
      <w:r>
        <w:t>aansoo behne lage kyunke jo maarfat un ko hui thi mimma araftu min al-haqq.</w:t>
      </w:r>
    </w:p>
    <w:p>
      <w:pPr>
        <w:jc w:val="right"/>
      </w:pPr>
      <w:r>
        <w:t>آنسو بہنے لگے کیونکہ جو معرفت ان کو ہوئی تھی مِمَّا عَرَفُوا مِنَ الْحَقِّ ۔</w:t>
      </w:r>
    </w:p>
    <w:p>
      <w:r>
        <w:rPr>
          <w:b/>
        </w:rPr>
        <w:t xml:space="preserve">[38:28] </w:t>
      </w:r>
      <w:r>
        <w:t>to is ko sochte sochte mein ne samjha ke imaan jo hai ek kalma dohrane ka naam nahi hai.</w:t>
      </w:r>
    </w:p>
    <w:p>
      <w:pPr>
        <w:jc w:val="right"/>
      </w:pPr>
      <w:r>
        <w:t>تو اس کو سوچتے سوچتے میں نے سمجھا کہ ایمان جو ہے ایک کلمہ دہرانے کا نام نہیں ہے۔</w:t>
      </w:r>
    </w:p>
    <w:p>
      <w:r>
        <w:rPr>
          <w:b/>
        </w:rPr>
        <w:t xml:space="preserve">[38:33] </w:t>
      </w:r>
      <w:r>
        <w:t>la ilaha illallahu Muhammad.</w:t>
      </w:r>
    </w:p>
    <w:p>
      <w:pPr>
        <w:jc w:val="right"/>
      </w:pPr>
      <w:r>
        <w:t>لَا إِلَٰهَ إِلَّا مُحَمَّدٌ ۔</w:t>
      </w:r>
    </w:p>
    <w:p>
      <w:r>
        <w:rPr>
          <w:b/>
        </w:rPr>
        <w:t xml:space="preserve">[38:39] </w:t>
      </w:r>
      <w:r>
        <w:t>bas imaan ho gaya.</w:t>
      </w:r>
    </w:p>
    <w:p>
      <w:pPr>
        <w:jc w:val="right"/>
      </w:pPr>
      <w:r>
        <w:t>بس ایمان ہو گیا۔</w:t>
      </w:r>
    </w:p>
    <w:p>
      <w:r>
        <w:rPr>
          <w:b/>
        </w:rPr>
        <w:t xml:space="preserve">[38:44] </w:t>
      </w:r>
      <w:r>
        <w:t>nahi, imaan jo hai woh discovery hai.</w:t>
      </w:r>
    </w:p>
    <w:p>
      <w:pPr>
        <w:jc w:val="right"/>
      </w:pPr>
      <w:r>
        <w:t>نہیں، ایمان جو ہے وہ discovery ہے۔</w:t>
      </w:r>
    </w:p>
    <w:p>
      <w:r>
        <w:rPr>
          <w:b/>
        </w:rPr>
        <w:t xml:space="preserve">[38:50] </w:t>
      </w:r>
      <w:r>
        <w:t>maarfat ka matlab discovery hai.</w:t>
      </w:r>
    </w:p>
    <w:p>
      <w:pPr>
        <w:jc w:val="right"/>
      </w:pPr>
      <w:r>
        <w:t>معرفت کا مطلب discovery ہے۔</w:t>
      </w:r>
    </w:p>
    <w:p>
      <w:r>
        <w:rPr>
          <w:b/>
        </w:rPr>
        <w:t xml:space="preserve">[38:55] </w:t>
      </w:r>
      <w:r>
        <w:t>itna gehra aap ko realization ho, itna gehra aap ko kuch aisi gehri baat mil jaye aap ko</w:t>
      </w:r>
    </w:p>
    <w:p>
      <w:pPr>
        <w:jc w:val="right"/>
      </w:pPr>
      <w:r>
        <w:t>اتنا گہرا آپ کو realization ہو، اتنا گہرا آپ کو کچھ ایسی گہری بات مل جائے آپ کو</w:t>
      </w:r>
    </w:p>
    <w:p>
      <w:r>
        <w:rPr>
          <w:b/>
        </w:rPr>
        <w:t xml:space="preserve">[39:01] </w:t>
      </w:r>
      <w:r>
        <w:t>keh aap ka dil tarap uthe, aap ke dimagh mein hulchul paida ho jaye, aankhon mein aansu jari ho jaye.</w:t>
      </w:r>
    </w:p>
    <w:p>
      <w:pPr>
        <w:jc w:val="right"/>
      </w:pPr>
      <w:r>
        <w:t>کہ آپ کا دل تڑپ اٹھے، آپ کے دماغ میں ہلچل پیدا ہو جائے، آنکھوں میں آنسو جاری ہو جائے۔</w:t>
      </w:r>
    </w:p>
    <w:p>
      <w:r>
        <w:rPr>
          <w:b/>
        </w:rPr>
        <w:t xml:space="preserve">[39:06] </w:t>
      </w:r>
      <w:r>
        <w:t>to yeh hai marifat.</w:t>
      </w:r>
    </w:p>
    <w:p>
      <w:pPr>
        <w:jc w:val="right"/>
      </w:pPr>
      <w:r>
        <w:t>تو یہ ہے معرفت۔</w:t>
      </w:r>
    </w:p>
    <w:p>
      <w:r>
        <w:rPr>
          <w:b/>
        </w:rPr>
        <w:t xml:space="preserve">[39:12] </w:t>
      </w:r>
      <w:r>
        <w:t>aur marifat ka matlab hai discovery.</w:t>
      </w:r>
    </w:p>
    <w:p>
      <w:pPr>
        <w:jc w:val="right"/>
      </w:pPr>
      <w:r>
        <w:t>اور معرفت کا مطلب ہے discovery۔</w:t>
      </w:r>
    </w:p>
    <w:p>
      <w:r>
        <w:rPr>
          <w:b/>
        </w:rPr>
        <w:t xml:space="preserve">[39:17] </w:t>
      </w:r>
      <w:r>
        <w:t>lekin yeh kab maloom hota hai? jab socha jaye.</w:t>
      </w:r>
    </w:p>
    <w:p>
      <w:pPr>
        <w:jc w:val="right"/>
      </w:pPr>
      <w:r>
        <w:t>لیکن یہ کب معلوم ہوتا ہے؟ جب سوچا جائے۔</w:t>
      </w:r>
    </w:p>
    <w:p>
      <w:r>
        <w:rPr>
          <w:b/>
        </w:rPr>
        <w:t xml:space="preserve">[39:23] </w:t>
      </w:r>
      <w:r>
        <w:t>na socha jaye to kuch bhi nahi.</w:t>
      </w:r>
    </w:p>
    <w:p>
      <w:pPr>
        <w:jc w:val="right"/>
      </w:pPr>
      <w:r>
        <w:t>نہ سوچا جائے تو کچھ بھی نہیں۔</w:t>
      </w:r>
    </w:p>
    <w:p>
      <w:r>
        <w:rPr>
          <w:b/>
        </w:rPr>
        <w:t xml:space="preserve">[39:28] </w:t>
      </w:r>
      <w:r>
        <w:t>socha jaye to pata hai.</w:t>
      </w:r>
    </w:p>
    <w:p>
      <w:pPr>
        <w:jc w:val="right"/>
      </w:pPr>
      <w:r>
        <w:t>سوچا جائے تو پتہ ہے۔</w:t>
      </w:r>
    </w:p>
    <w:p>
      <w:r>
        <w:rPr>
          <w:b/>
        </w:rPr>
        <w:t xml:space="preserve">[39:34] </w:t>
      </w:r>
      <w:r>
        <w:t>yeh jo hadith ke jo alfaaz hain quran ke bare mein keh la tanqadi ajaibuhu.</w:t>
      </w:r>
    </w:p>
    <w:p>
      <w:pPr>
        <w:jc w:val="right"/>
      </w:pPr>
      <w:r>
        <w:t>یہ جو حدیث کے جو الفاظ ہیں قرآن کے بارے میں کہ لَا تَنْقَضِي عَجَائِبَهُ ۔</w:t>
      </w:r>
    </w:p>
    <w:p>
      <w:r>
        <w:rPr>
          <w:b/>
        </w:rPr>
        <w:t xml:space="preserve">[39:39] </w:t>
      </w:r>
      <w:r>
        <w:t>to is se maine samjha keh quran chunchi Allah ka kalam hai, Allah woh hai jis ne</w:t>
      </w:r>
    </w:p>
    <w:p>
      <w:pPr>
        <w:jc w:val="right"/>
      </w:pPr>
      <w:r>
        <w:t>تو اس سے میں نے سمجھا کہ قرآن چونکہ اللہ کا کلام ہے، اللہ وہ ہے جس نے</w:t>
      </w:r>
    </w:p>
    <w:p>
      <w:r>
        <w:rPr>
          <w:b/>
        </w:rPr>
        <w:t xml:space="preserve">[39:45] </w:t>
      </w:r>
      <w:r>
        <w:t>samundaron ko paida kiya.</w:t>
      </w:r>
    </w:p>
    <w:p>
      <w:pPr>
        <w:jc w:val="right"/>
      </w:pPr>
      <w:r>
        <w:t>سمندروں کو پیدا کیا۔</w:t>
      </w:r>
    </w:p>
    <w:p>
      <w:r>
        <w:rPr>
          <w:b/>
        </w:rPr>
        <w:t xml:space="preserve">[39:50] </w:t>
      </w:r>
      <w:r>
        <w:t>to zahir hai keh jis tarah quran ko jis jis ne samundaron ko paida kiya, wohi quran ko</w:t>
      </w:r>
    </w:p>
    <w:p>
      <w:pPr>
        <w:jc w:val="right"/>
      </w:pPr>
      <w:r>
        <w:t>تو ظاہر ہے کہ جس طرح قرآن کو جس جس نے سمندروں کو پیدا کیا، وہی قرآن کو</w:t>
      </w:r>
    </w:p>
    <w:p>
      <w:r>
        <w:rPr>
          <w:b/>
        </w:rPr>
        <w:t xml:space="preserve">[39:56] </w:t>
      </w:r>
      <w:r>
        <w:t>bheja hai apne peghambar ke paas.</w:t>
      </w:r>
    </w:p>
    <w:p>
      <w:pPr>
        <w:jc w:val="right"/>
      </w:pPr>
      <w:r>
        <w:t>بھیجا ہے اپنے پیغمبر کے پاس۔</w:t>
      </w:r>
    </w:p>
    <w:p>
      <w:r>
        <w:rPr>
          <w:b/>
        </w:rPr>
        <w:t xml:space="preserve">[40:01] </w:t>
      </w:r>
      <w:r>
        <w:t>is mein wohi samandar wali sifat hongi.</w:t>
      </w:r>
    </w:p>
    <w:p>
      <w:pPr>
        <w:jc w:val="right"/>
      </w:pPr>
      <w:r>
        <w:t>اس میں وہی سمندر والی صفات ہوں گی۔</w:t>
      </w:r>
    </w:p>
    <w:p>
      <w:r>
        <w:rPr>
          <w:b/>
        </w:rPr>
        <w:t xml:space="preserve">[40:07] </w:t>
      </w:r>
      <w:r>
        <w:t>quran mein bhi samandar wali sifat hain.</w:t>
      </w:r>
    </w:p>
    <w:p>
      <w:pPr>
        <w:jc w:val="right"/>
      </w:pPr>
      <w:r>
        <w:t>قرآن میں بھی سمندر والی صفات ہیں۔</w:t>
      </w:r>
    </w:p>
    <w:p>
      <w:r>
        <w:rPr>
          <w:b/>
        </w:rPr>
        <w:t xml:space="preserve">[40:12] </w:t>
      </w:r>
      <w:r>
        <w:t>yani mani ka khazana, hikmat ka khazana.</w:t>
      </w:r>
    </w:p>
    <w:p>
      <w:pPr>
        <w:jc w:val="right"/>
      </w:pPr>
      <w:r>
        <w:t>یعنی معنی کا خزانہ، حکمت کا خزانہ۔</w:t>
      </w:r>
    </w:p>
    <w:p>
      <w:r>
        <w:rPr>
          <w:b/>
        </w:rPr>
        <w:t xml:space="preserve">[40:17] </w:t>
      </w:r>
      <w:r>
        <w:t>lekin mile kaise? tadabbur karne se.</w:t>
      </w:r>
    </w:p>
    <w:p>
      <w:pPr>
        <w:jc w:val="right"/>
      </w:pPr>
      <w:r>
        <w:t>لیکن ملے کیسے؟ تدبر کرنے سے۔</w:t>
      </w:r>
    </w:p>
    <w:p>
      <w:r>
        <w:rPr>
          <w:b/>
        </w:rPr>
        <w:t xml:space="preserve">[40:23] </w:t>
      </w:r>
      <w:r>
        <w:t>tadabbur aur dua.</w:t>
      </w:r>
    </w:p>
    <w:p>
      <w:pPr>
        <w:jc w:val="right"/>
      </w:pPr>
      <w:r>
        <w:t>تدبر اور دعا۔</w:t>
      </w:r>
    </w:p>
    <w:p>
      <w:r>
        <w:rPr>
          <w:b/>
        </w:rPr>
        <w:t xml:space="preserve">[40:28] </w:t>
      </w:r>
      <w:r>
        <w:t>aap quran par tadabbur karen aur sath sath dua karte rahen.</w:t>
      </w:r>
    </w:p>
    <w:p>
      <w:pPr>
        <w:jc w:val="right"/>
      </w:pPr>
      <w:r>
        <w:t>آپ قرآن پر تدبر کریں اور ساتھ ساتھ دعا کرتے رہیں۔</w:t>
      </w:r>
    </w:p>
    <w:p>
      <w:r>
        <w:rPr>
          <w:b/>
        </w:rPr>
        <w:t xml:space="preserve">[40:34] </w:t>
      </w:r>
      <w:r>
        <w:t>lekin tadabbur ka kaam hona chahiye khule zehn ke sath.</w:t>
      </w:r>
    </w:p>
    <w:p>
      <w:pPr>
        <w:jc w:val="right"/>
      </w:pPr>
      <w:r>
        <w:t>لیکن تدبر کا کام ہونا چاہیے کھلے ذہن کے ساتھ۔</w:t>
      </w:r>
    </w:p>
    <w:p>
      <w:r>
        <w:rPr>
          <w:b/>
        </w:rPr>
        <w:t xml:space="preserve">[40:39] </w:t>
      </w:r>
      <w:r>
        <w:t>band zehn ke sath nahi.</w:t>
      </w:r>
    </w:p>
    <w:p>
      <w:pPr>
        <w:jc w:val="right"/>
      </w:pPr>
      <w:r>
        <w:t>بند ذہن کے ساتھ نہیں۔</w:t>
      </w:r>
    </w:p>
    <w:p>
      <w:r>
        <w:rPr>
          <w:b/>
        </w:rPr>
        <w:t xml:space="preserve">[40:45] </w:t>
      </w:r>
      <w:r>
        <w:t>khule zehn ke sath.</w:t>
      </w:r>
    </w:p>
    <w:p>
      <w:pPr>
        <w:jc w:val="right"/>
      </w:pPr>
      <w:r>
        <w:t>کھلے ذہن کے ساتھ۔</w:t>
      </w:r>
    </w:p>
    <w:p>
      <w:r>
        <w:rPr>
          <w:b/>
        </w:rPr>
        <w:t xml:space="preserve">[40:50] </w:t>
      </w:r>
      <w:r>
        <w:t>aur is se pehle aap ne apne zehn ko tayyar kiya ho.</w:t>
      </w:r>
    </w:p>
    <w:p>
      <w:pPr>
        <w:jc w:val="right"/>
      </w:pPr>
      <w:r>
        <w:t>اور اس سے پہلے آپ نے اپنے ذہن کو تیار کیا ہو۔</w:t>
      </w:r>
    </w:p>
    <w:p>
      <w:r>
        <w:rPr>
          <w:b/>
        </w:rPr>
        <w:t xml:space="preserve">[40:56] </w:t>
      </w:r>
      <w:r>
        <w:t>yani prepared mind hi tadabbur kar sakta hai.</w:t>
      </w:r>
    </w:p>
    <w:p>
      <w:pPr>
        <w:jc w:val="right"/>
      </w:pPr>
      <w:r>
        <w:t>یعنی prepared mind ہی تدبر کر سکتا ہے۔</w:t>
      </w:r>
    </w:p>
    <w:p>
      <w:r>
        <w:rPr>
          <w:b/>
        </w:rPr>
        <w:t xml:space="preserve">[41:01] </w:t>
      </w:r>
      <w:r>
        <w:t>yeh bhi samajh lijie.</w:t>
      </w:r>
    </w:p>
    <w:p>
      <w:pPr>
        <w:jc w:val="right"/>
      </w:pPr>
      <w:r>
        <w:t>یہ بھی سمجھ لیجئے۔</w:t>
      </w:r>
    </w:p>
    <w:p>
      <w:r>
        <w:rPr>
          <w:b/>
        </w:rPr>
        <w:t xml:space="preserve">[41:07] </w:t>
      </w:r>
      <w:r>
        <w:t>ek prepared mind hi tadabbur kar sakta hai.</w:t>
      </w:r>
    </w:p>
    <w:p>
      <w:pPr>
        <w:jc w:val="right"/>
      </w:pPr>
      <w:r>
        <w:t>ایک prepared mind ہی تدبر کر سکتا ہے۔</w:t>
      </w:r>
    </w:p>
    <w:p>
      <w:r>
        <w:rPr>
          <w:b/>
        </w:rPr>
        <w:t xml:space="preserve">[41:12] </w:t>
      </w:r>
      <w:r>
        <w:t>isi par baali khilenge.</w:t>
      </w:r>
    </w:p>
    <w:p>
      <w:pPr>
        <w:jc w:val="right"/>
      </w:pPr>
      <w:r>
        <w:t>اسی پر بالی کھلیں گے۔</w:t>
      </w:r>
    </w:p>
    <w:p>
      <w:r>
        <w:rPr>
          <w:b/>
        </w:rPr>
        <w:t xml:space="preserve">[41:18] </w:t>
      </w:r>
      <w:r>
        <w:t>isi ke andar creative ideas aayenge.</w:t>
      </w:r>
    </w:p>
    <w:p>
      <w:pPr>
        <w:jc w:val="right"/>
      </w:pPr>
      <w:r>
        <w:t>اسی کے اندر creative ideas آئیں گے۔</w:t>
      </w:r>
    </w:p>
    <w:p>
      <w:r>
        <w:rPr>
          <w:b/>
        </w:rPr>
        <w:t xml:space="preserve">[41:23] </w:t>
      </w:r>
      <w:r>
        <w:t>to ek lamba process hai yeh.</w:t>
      </w:r>
    </w:p>
    <w:p>
      <w:pPr>
        <w:jc w:val="right"/>
      </w:pPr>
      <w:r>
        <w:t>تو ایک لمبا process ہے یہ۔</w:t>
      </w:r>
    </w:p>
    <w:p>
      <w:r>
        <w:rPr>
          <w:b/>
        </w:rPr>
        <w:t xml:space="preserve">[41:29] </w:t>
      </w:r>
      <w:r>
        <w:t>ek saahib se baat hui isi silsile mein to unhon ne kaha ke yeh ek is darja ka saadir ho.</w:t>
      </w:r>
    </w:p>
    <w:p>
      <w:pPr>
        <w:jc w:val="right"/>
      </w:pPr>
      <w:r>
        <w:t>ایک صاحب سے بات ہوئی اسی سلسلے میں تو انہوں نے کہا کہ یہ ایک اس درجہ کا صادر ہو۔</w:t>
      </w:r>
    </w:p>
    <w:p>
      <w:r>
        <w:rPr>
          <w:b/>
        </w:rPr>
        <w:t xml:space="preserve">[41:34] </w:t>
      </w:r>
      <w:r>
        <w:t>to main ne kaha ke har cheez ki qeemat hai.</w:t>
      </w:r>
    </w:p>
    <w:p>
      <w:pPr>
        <w:jc w:val="right"/>
      </w:pPr>
      <w:r>
        <w:t>تو میں نے کہا کہ ہر چیز کی قیمت ہے۔</w:t>
      </w:r>
    </w:p>
    <w:p>
      <w:r>
        <w:rPr>
          <w:b/>
        </w:rPr>
        <w:t xml:space="preserve">[41:40] </w:t>
      </w:r>
      <w:r>
        <w:t>aap ek gaadi khareedte hain to us ki qeemat dete hain.</w:t>
      </w:r>
    </w:p>
    <w:p>
      <w:pPr>
        <w:jc w:val="right"/>
      </w:pPr>
      <w:r>
        <w:t>آپ ایک گاڑی خریدتے ہیں تو اس کی قیمت دیتے ہیں۔</w:t>
      </w:r>
    </w:p>
    <w:p>
      <w:r>
        <w:rPr>
          <w:b/>
        </w:rPr>
        <w:t xml:space="preserve">[41:45] </w:t>
      </w:r>
      <w:r>
        <w:t>tab gaadi milti hai aap ko.</w:t>
      </w:r>
    </w:p>
    <w:p>
      <w:pPr>
        <w:jc w:val="right"/>
      </w:pPr>
      <w:r>
        <w:t>تب گاڑی ملتی ہے آپ کو۔</w:t>
      </w:r>
    </w:p>
    <w:p>
      <w:r>
        <w:rPr>
          <w:b/>
        </w:rPr>
        <w:t xml:space="preserve">[41:51] </w:t>
      </w:r>
      <w:r>
        <w:t>to yeh marifat ka yeh darja is ki bhi qeemat hai.</w:t>
      </w:r>
    </w:p>
    <w:p>
      <w:pPr>
        <w:jc w:val="right"/>
      </w:pPr>
      <w:r>
        <w:t>تو یہ معرفت کا یہ درجہ اس کی بھی قیمت ہے۔</w:t>
      </w:r>
    </w:p>
    <w:p>
      <w:r>
        <w:rPr>
          <w:b/>
        </w:rPr>
        <w:t xml:space="preserve">[41:56] </w:t>
      </w:r>
      <w:r>
        <w:t>woh qeemat ada keejiye aap to aap ko haasil ho jaye gi woh.</w:t>
      </w:r>
    </w:p>
    <w:p>
      <w:pPr>
        <w:jc w:val="right"/>
      </w:pPr>
      <w:r>
        <w:t>وہ قیمت ادا کیجئے آپ تو آپ کو حاصل ہو جائے گی وہ۔</w:t>
      </w:r>
    </w:p>
    <w:p>
      <w:r>
        <w:rPr>
          <w:b/>
        </w:rPr>
        <w:t xml:space="preserve">[42:02] </w:t>
      </w:r>
      <w:r>
        <w:t>aam taur par log kaha hai ke dunya ki cheezon ko to jaante hain ke woh ek glass</w:t>
      </w:r>
    </w:p>
    <w:p>
      <w:pPr>
        <w:jc w:val="right"/>
      </w:pPr>
      <w:r>
        <w:t>عام طور پر لوگ کہا ہے کہ دنیا کی چیزوں کو تو جانتے ہیں کہ وہ ایک گلاس</w:t>
      </w:r>
    </w:p>
    <w:p>
      <w:r>
        <w:rPr>
          <w:b/>
        </w:rPr>
        <w:t xml:space="preserve">[42:07] </w:t>
      </w:r>
      <w:r>
        <w:t>bhi lena hai to us ki qeemat deni pare gi.</w:t>
      </w:r>
    </w:p>
    <w:p>
      <w:pPr>
        <w:jc w:val="right"/>
      </w:pPr>
      <w:r>
        <w:t>بھی لینا ہے تو اس کی قیمت دینی پڑے گی۔</w:t>
      </w:r>
    </w:p>
    <w:p>
      <w:r>
        <w:rPr>
          <w:b/>
        </w:rPr>
        <w:t xml:space="preserve">[42:13] </w:t>
      </w:r>
      <w:r>
        <w:t>baghair qeemat ke free glass nahin mile ga.</w:t>
      </w:r>
    </w:p>
    <w:p>
      <w:pPr>
        <w:jc w:val="right"/>
      </w:pPr>
      <w:r>
        <w:t>بغیر قیمت کے free گلاس نہیں ملے گا۔</w:t>
      </w:r>
    </w:p>
    <w:p>
      <w:r>
        <w:rPr>
          <w:b/>
        </w:rPr>
        <w:t xml:space="preserve">[42:18] </w:t>
      </w:r>
      <w:r>
        <w:t>lekin deen ke baare mein kya hai? bas Hazrat ka kisi Hazrat ki ziyaarat kar liya, kisi Hazrat</w:t>
      </w:r>
    </w:p>
    <w:p>
      <w:pPr>
        <w:jc w:val="right"/>
      </w:pPr>
      <w:r>
        <w:t>لیکن دین کے بارے میں کیا ہے؟ بس حضرت کا کسی حضرت کی زیارت کر لیا، کسی حضرت</w:t>
      </w:r>
    </w:p>
    <w:p>
      <w:r>
        <w:rPr>
          <w:b/>
        </w:rPr>
        <w:t xml:space="preserve">[42:24] </w:t>
      </w:r>
      <w:r>
        <w:t>ka daaman thaam liya, kisi Hazrat se duaen karwa liya to bas ho gaya.</w:t>
      </w:r>
    </w:p>
    <w:p>
      <w:pPr>
        <w:jc w:val="right"/>
      </w:pPr>
      <w:r>
        <w:t>کا دامن تھام لیا، کسی حضرت سے دعائیں کروا لیا تو بس ہو گیا۔</w:t>
      </w:r>
    </w:p>
    <w:p>
      <w:r>
        <w:rPr>
          <w:b/>
        </w:rPr>
        <w:t xml:space="preserve">[42:29] </w:t>
      </w:r>
      <w:r>
        <w:t>yaani dunya ki cheezon ko to qeemat de kar paana chahte hain.</w:t>
      </w:r>
    </w:p>
    <w:p>
      <w:pPr>
        <w:jc w:val="right"/>
      </w:pPr>
      <w:r>
        <w:t>یعنی دنیا کی چیزوں کو تو قیمت دے کر پانا چاہتے ہیں۔</w:t>
      </w:r>
    </w:p>
    <w:p>
      <w:r>
        <w:rPr>
          <w:b/>
        </w:rPr>
        <w:t xml:space="preserve">[42:35] </w:t>
      </w:r>
      <w:r>
        <w:t>jaante hain ke qeemat ke baghair nahin mile gi.</w:t>
      </w:r>
    </w:p>
    <w:p>
      <w:pPr>
        <w:jc w:val="right"/>
      </w:pPr>
      <w:r>
        <w:t>جانتے ہیں کہ قیمت کے بغیر نہیں ملے گی۔</w:t>
      </w:r>
    </w:p>
    <w:p>
      <w:r>
        <w:rPr>
          <w:b/>
        </w:rPr>
        <w:t xml:space="preserve">[42:40] </w:t>
      </w:r>
      <w:r>
        <w:t>lekin aakhirat ke baare mein samajhte hain ke is mein qeemat dene ki zaroorat nahin hai.</w:t>
      </w:r>
    </w:p>
    <w:p>
      <w:pPr>
        <w:jc w:val="right"/>
      </w:pPr>
      <w:r>
        <w:t>لیکن آخرت کے بارے میں سمجھتے ہیں کہ اس میں قیمت دینے کی ضرورت نہیں ہے۔</w:t>
      </w:r>
    </w:p>
    <w:p>
      <w:r>
        <w:rPr>
          <w:b/>
        </w:rPr>
        <w:t xml:space="preserve">[42:46] </w:t>
      </w:r>
      <w:r>
        <w:t>yeh to free mil sakti hai hum ko.</w:t>
      </w:r>
    </w:p>
    <w:p>
      <w:pPr>
        <w:jc w:val="right"/>
      </w:pPr>
      <w:r>
        <w:t>یہ تو free مل سکتی ہے ہم کو۔</w:t>
      </w:r>
    </w:p>
    <w:p>
      <w:r>
        <w:rPr>
          <w:b/>
        </w:rPr>
        <w:t xml:space="preserve">[42:51] </w:t>
      </w:r>
      <w:r>
        <w:t>to bahar haal main kahoon ga ke agar aap chahte hain ke aap ko Quran aur Hadees ke gehre</w:t>
      </w:r>
    </w:p>
    <w:p>
      <w:pPr>
        <w:jc w:val="right"/>
      </w:pPr>
      <w:r>
        <w:t>تو بہرحال میں کہوں گا کہ اگر آپ چاہتے ہیں کہ آپ کو قرآن اور حدیث کے گہرے</w:t>
      </w:r>
    </w:p>
    <w:p>
      <w:r>
        <w:rPr>
          <w:b/>
        </w:rPr>
        <w:t xml:space="preserve">[42:57] </w:t>
      </w:r>
      <w:r>
        <w:t>maani tak pahunch aap ki ho.</w:t>
      </w:r>
    </w:p>
    <w:p>
      <w:pPr>
        <w:jc w:val="right"/>
      </w:pPr>
      <w:r>
        <w:t>معنی تک پہنچ آپ کی ہو۔</w:t>
      </w:r>
    </w:p>
    <w:p>
      <w:r>
        <w:rPr>
          <w:b/>
        </w:rPr>
        <w:t xml:space="preserve">[43:02] </w:t>
      </w:r>
      <w:r>
        <w:t>aur gehre maani se aap ko andar jo jo roohaani rizq milta hai woh mile aap ko.</w:t>
      </w:r>
    </w:p>
    <w:p>
      <w:pPr>
        <w:jc w:val="right"/>
      </w:pPr>
      <w:r>
        <w:t>اور گہرے معنی سے آپ کو اندر جو جو روحانی رزق ملتا ہے وہ ملے آپ کو۔</w:t>
      </w:r>
    </w:p>
    <w:p>
      <w:r>
        <w:rPr>
          <w:b/>
        </w:rPr>
        <w:t xml:space="preserve">[43:08] </w:t>
      </w:r>
      <w:r>
        <w:t>to aap ko is ki qeemat deni pare gi.</w:t>
      </w:r>
    </w:p>
    <w:p>
      <w:pPr>
        <w:jc w:val="right"/>
      </w:pPr>
      <w:r>
        <w:t>تو آپ کو اس کی قیمت دینی پڑے گی۔</w:t>
      </w:r>
    </w:p>
    <w:p>
      <w:r>
        <w:rPr>
          <w:b/>
        </w:rPr>
        <w:t xml:space="preserve">[43:13] </w:t>
      </w:r>
      <w:r>
        <w:t>ek apne ko ek shukr karna pare ga.</w:t>
      </w:r>
    </w:p>
    <w:p>
      <w:pPr>
        <w:jc w:val="right"/>
      </w:pPr>
      <w:r>
        <w:t>ایک اپنے کو ایک شکر کرنا پڑے گا۔</w:t>
      </w:r>
    </w:p>
    <w:p>
      <w:r>
        <w:rPr>
          <w:b/>
        </w:rPr>
        <w:t xml:space="preserve">[43:19] </w:t>
      </w:r>
      <w:r>
        <w:t>apne ko divine culture par laana pare ga.</w:t>
      </w:r>
    </w:p>
    <w:p>
      <w:pPr>
        <w:jc w:val="right"/>
      </w:pPr>
      <w:r>
        <w:t>اپنے کو divine culture پر لانا پڑے گا۔</w:t>
      </w:r>
    </w:p>
    <w:p>
      <w:r>
        <w:rPr>
          <w:b/>
        </w:rPr>
        <w:t xml:space="preserve">[43:24] </w:t>
      </w:r>
      <w:r>
        <w:t>apne mind mein thinking develop karna pare ga.</w:t>
      </w:r>
    </w:p>
    <w:p>
      <w:pPr>
        <w:jc w:val="right"/>
      </w:pPr>
      <w:r>
        <w:t>اپنے mind میں thinking develop کرنا پڑے گا۔</w:t>
      </w:r>
    </w:p>
    <w:p>
      <w:r>
        <w:rPr>
          <w:b/>
        </w:rPr>
        <w:t xml:space="preserve">[43:29] </w:t>
      </w:r>
      <w:r>
        <w:t>sochne wale apne ko sochne wale banana pare ga.</w:t>
      </w:r>
    </w:p>
    <w:p>
      <w:pPr>
        <w:jc w:val="right"/>
      </w:pPr>
      <w:r>
        <w:t>سوچنے والے اپنے کو سوچنے والے بنانا پڑے گا۔</w:t>
      </w:r>
    </w:p>
    <w:p>
      <w:r>
        <w:rPr>
          <w:b/>
        </w:rPr>
        <w:t xml:space="preserve">[43:35] </w:t>
      </w:r>
      <w:r>
        <w:t>is tarah ke jo is ke taqaze hain woh pure karne parein ge.</w:t>
      </w:r>
    </w:p>
    <w:p>
      <w:pPr>
        <w:jc w:val="right"/>
      </w:pPr>
      <w:r>
        <w:t>اس طرح کے جو اس کے تقاضے ہیں وہ پورے کرنے پڑیں گے۔</w:t>
      </w:r>
    </w:p>
    <w:p>
      <w:r>
        <w:rPr>
          <w:b/>
        </w:rPr>
        <w:t xml:space="preserve">[43:40] </w:t>
      </w:r>
      <w:r>
        <w:t>phir jis tarah se woh karkhane wale ne kaha tha ke jab paisa milta hai to sab bhool jata hai.</w:t>
      </w:r>
    </w:p>
    <w:p>
      <w:pPr>
        <w:jc w:val="right"/>
      </w:pPr>
      <w:r>
        <w:t>پھر جس طرح سے وہ کارخانے والے نے کہا تھا کہ جب پیسہ ملتا ہے تو سب بھول جاتا ہے۔</w:t>
      </w:r>
    </w:p>
    <w:p>
      <w:r>
        <w:rPr>
          <w:b/>
        </w:rPr>
        <w:t xml:space="preserve">[43:46] </w:t>
      </w:r>
      <w:r>
        <w:t>yahan bhi wahi apply hota hai. wahi principle.</w:t>
      </w:r>
    </w:p>
    <w:p>
      <w:pPr>
        <w:jc w:val="right"/>
      </w:pPr>
      <w:r>
        <w:t>یہاں بھی وہی اپلائی ہوتا ہے۔ وہی principle۔</w:t>
      </w:r>
    </w:p>
    <w:p>
      <w:r>
        <w:rPr>
          <w:b/>
        </w:rPr>
        <w:t xml:space="preserve">[43:51] </w:t>
      </w:r>
      <w:r>
        <w:t>us ne kaha tha ke jab paisa milta hai tab sab bhool jata hai.</w:t>
      </w:r>
    </w:p>
    <w:p>
      <w:pPr>
        <w:jc w:val="right"/>
      </w:pPr>
      <w:r>
        <w:t>اس نے کہا تھا کہ جب پیسہ ملتا ہے تب سب بھول جاتا ہے۔</w:t>
      </w:r>
    </w:p>
    <w:p>
      <w:r>
        <w:rPr>
          <w:b/>
        </w:rPr>
        <w:t xml:space="preserve">[43:57] </w:t>
      </w:r>
      <w:r>
        <w:t>yeh yahan bhi kya hoga? jab aap quran par ghhor karein ge, hadith ka mutalia karein ge, rasool</w:t>
      </w:r>
    </w:p>
    <w:p>
      <w:pPr>
        <w:jc w:val="right"/>
      </w:pPr>
      <w:r>
        <w:t>یہ یہاں بھی کیا ہوگا؟ جب آپ قرآن پر غور کریں گے، حدیث کا مطالعہ کریں گے، رسول</w:t>
      </w:r>
    </w:p>
    <w:p>
      <w:r>
        <w:rPr>
          <w:b/>
        </w:rPr>
        <w:t xml:space="preserve">[44:02] </w:t>
      </w:r>
      <w:r>
        <w:t>Allah ke model ko samajhne ki koshish karein ge to bohat kuch aap ko beete ga.</w:t>
      </w:r>
    </w:p>
    <w:p>
      <w:pPr>
        <w:jc w:val="right"/>
      </w:pPr>
      <w:r>
        <w:t>اللہ کے ماڈل کو سمجھنے کی کوشش کریں گے تو بہت کچھ آپ کو بیتے گا۔</w:t>
      </w:r>
    </w:p>
    <w:p>
      <w:r>
        <w:rPr>
          <w:b/>
        </w:rPr>
        <w:t xml:space="preserve">[44:08] </w:t>
      </w:r>
      <w:r>
        <w:t>bohat kuch aap par experience guzrein ge.</w:t>
      </w:r>
    </w:p>
    <w:p>
      <w:pPr>
        <w:jc w:val="right"/>
      </w:pPr>
      <w:r>
        <w:t>بہت کچھ آپ پر experience گزریں گے۔</w:t>
      </w:r>
    </w:p>
    <w:p>
      <w:r>
        <w:rPr>
          <w:b/>
        </w:rPr>
        <w:t xml:space="preserve">[44:13] </w:t>
      </w:r>
      <w:r>
        <w:t>negative bhi, positive bhi.</w:t>
      </w:r>
    </w:p>
    <w:p>
      <w:pPr>
        <w:jc w:val="right"/>
      </w:pPr>
      <w:r>
        <w:t>Negative بھی، positive بھی۔</w:t>
      </w:r>
    </w:p>
    <w:p>
      <w:r>
        <w:rPr>
          <w:b/>
        </w:rPr>
        <w:t xml:space="preserve">[44:19] </w:t>
      </w:r>
      <w:r>
        <w:t>bohat si pareshaniyan samne ayein gi.</w:t>
      </w:r>
    </w:p>
    <w:p>
      <w:pPr>
        <w:jc w:val="right"/>
      </w:pPr>
      <w:r>
        <w:t>بہت سی پریشانیاں سامنے آئیں گی۔</w:t>
      </w:r>
    </w:p>
    <w:p>
      <w:r>
        <w:rPr>
          <w:b/>
        </w:rPr>
        <w:t xml:space="preserve">[44:24] </w:t>
      </w:r>
      <w:r>
        <w:t>lekin jab aap yeh sochen ge ke yeh to jannat ka rasta hai.</w:t>
      </w:r>
    </w:p>
    <w:p>
      <w:pPr>
        <w:jc w:val="right"/>
      </w:pPr>
      <w:r>
        <w:t>لیکن جب آپ یہ سوچیں گے کہ یہ تو جنت کا راستہ ہے۔</w:t>
      </w:r>
    </w:p>
    <w:p>
      <w:r>
        <w:rPr>
          <w:b/>
        </w:rPr>
        <w:t xml:space="preserve">[44:30] </w:t>
      </w:r>
      <w:r>
        <w:t>yeh to road to pride hai.</w:t>
      </w:r>
    </w:p>
    <w:p>
      <w:pPr>
        <w:jc w:val="right"/>
      </w:pPr>
      <w:r>
        <w:t>یہ تو road to pride ہے۔</w:t>
      </w:r>
    </w:p>
    <w:p>
      <w:r>
        <w:rPr>
          <w:b/>
        </w:rPr>
        <w:t xml:space="preserve">[44:35] </w:t>
      </w:r>
      <w:r>
        <w:t>yeh to mein road to pride par chal raha hoon.</w:t>
      </w:r>
    </w:p>
    <w:p>
      <w:pPr>
        <w:jc w:val="right"/>
      </w:pPr>
      <w:r>
        <w:t>یہ تو میں road to pride پر چل رہا ہوں۔</w:t>
      </w:r>
    </w:p>
    <w:p>
      <w:r>
        <w:rPr>
          <w:b/>
        </w:rPr>
        <w:t xml:space="preserve">[44:41] </w:t>
      </w:r>
      <w:r>
        <w:t>to bhool jayein ge aap.</w:t>
      </w:r>
    </w:p>
    <w:p>
      <w:pPr>
        <w:jc w:val="right"/>
      </w:pPr>
      <w:r>
        <w:t>تو بھول جائیں گے آپ۔</w:t>
      </w:r>
    </w:p>
    <w:p>
      <w:r>
        <w:rPr>
          <w:b/>
        </w:rPr>
        <w:t xml:space="preserve">[44:46] </w:t>
      </w:r>
      <w:r>
        <w:t>yeh soch ke yeh to jannat ka rasta hai.</w:t>
      </w:r>
    </w:p>
    <w:p>
      <w:pPr>
        <w:jc w:val="right"/>
      </w:pPr>
      <w:r>
        <w:t>یہ سوچ کہ یہ تو جنت کا راستہ ہے۔</w:t>
      </w:r>
    </w:p>
    <w:p>
      <w:r>
        <w:rPr>
          <w:b/>
        </w:rPr>
        <w:t xml:space="preserve">[44:52] </w:t>
      </w:r>
      <w:r>
        <w:t>aur hadith mein aata hai ke ek hadith hai ke hujjabatul jannatu bil bakari ke jannat makruhat se dhank</w:t>
      </w:r>
    </w:p>
    <w:p>
      <w:pPr>
        <w:jc w:val="right"/>
      </w:pPr>
      <w:r>
        <w:t>اور حدیث میں آتا ہے کہ ایک حدیث ہے کہ حُجْبَتِ الْجَنَّةُ بِالْبَقَارِ کہ جنت مکروہات سے ڈھانک</w:t>
      </w:r>
    </w:p>
    <w:p>
      <w:r>
        <w:rPr>
          <w:b/>
        </w:rPr>
        <w:t xml:space="preserve">[44:57] </w:t>
      </w:r>
      <w:r>
        <w:t>di gayi hai.</w:t>
      </w:r>
    </w:p>
    <w:p>
      <w:pPr>
        <w:jc w:val="right"/>
      </w:pPr>
      <w:r>
        <w:t>دی گئی ہے۔</w:t>
      </w:r>
    </w:p>
    <w:p>
      <w:r>
        <w:rPr>
          <w:b/>
        </w:rPr>
        <w:t xml:space="preserve">[45:03] </w:t>
      </w:r>
      <w:r>
        <w:t>yani unwanted cheezon se dhak gayi hai.</w:t>
      </w:r>
    </w:p>
    <w:p>
      <w:pPr>
        <w:jc w:val="right"/>
      </w:pPr>
      <w:r>
        <w:t>یعنی unwanted چیزوں سے ڈھک گئی ہے۔</w:t>
      </w:r>
    </w:p>
    <w:p>
      <w:r>
        <w:rPr>
          <w:b/>
        </w:rPr>
        <w:t xml:space="preserve">[45:08] </w:t>
      </w:r>
      <w:r>
        <w:t>jannat ke raste mein unwanted tajurbe hain.</w:t>
      </w:r>
    </w:p>
    <w:p>
      <w:pPr>
        <w:jc w:val="right"/>
      </w:pPr>
      <w:r>
        <w:t>جنت کے راستے میں unwanted تجربے ہیں۔</w:t>
      </w:r>
    </w:p>
    <w:p>
      <w:r>
        <w:rPr>
          <w:b/>
        </w:rPr>
        <w:t xml:space="preserve">[45:14] </w:t>
      </w:r>
      <w:r>
        <w:t>to is ka matlab kya hai? is ka matlab yeh hai ke apne zaeq ke khilaf.</w:t>
      </w:r>
    </w:p>
    <w:p>
      <w:pPr>
        <w:jc w:val="right"/>
      </w:pPr>
      <w:r>
        <w:t>تو اس کا مطلب کیا ہے؟ اس کا مطلب یہ ہے کہ اپنے ذوق کے خلاف۔</w:t>
      </w:r>
    </w:p>
    <w:p>
      <w:r>
        <w:rPr>
          <w:b/>
        </w:rPr>
        <w:t xml:space="preserve">[45:19] </w:t>
      </w:r>
      <w:r>
        <w:t>aisa nahi ke koi pathar mare ga aap ko.</w:t>
      </w:r>
    </w:p>
    <w:p>
      <w:pPr>
        <w:jc w:val="right"/>
      </w:pPr>
      <w:r>
        <w:t>ایسا نہیں کہ کوئی پتھر مارے گا آپ کو۔</w:t>
      </w:r>
    </w:p>
    <w:p>
      <w:r>
        <w:rPr>
          <w:b/>
        </w:rPr>
        <w:t xml:space="preserve">[45:25] </w:t>
      </w:r>
      <w:r>
        <w:t>apne zaeq ke khilaf, apni pasand ke khilaf tajurbe guzrein ge.</w:t>
      </w:r>
    </w:p>
    <w:p>
      <w:pPr>
        <w:jc w:val="right"/>
      </w:pPr>
      <w:r>
        <w:t>اپنے ذوق کے خلاف، اپنی پسند کے خلاف تجربات گزریں گے۔</w:t>
      </w:r>
    </w:p>
    <w:p>
      <w:r>
        <w:rPr>
          <w:b/>
        </w:rPr>
        <w:t xml:space="preserve">[45:30] </w:t>
      </w:r>
      <w:r>
        <w:t>kahin nafrat ke asbab hon ge, aap ko mohabbat karni pare gi.</w:t>
      </w:r>
    </w:p>
    <w:p>
      <w:pPr>
        <w:jc w:val="right"/>
      </w:pPr>
      <w:r>
        <w:t>کہیں نفرت کے اسباب ہوں گے، آپ کو محبت کرنی پڑے گی۔</w:t>
      </w:r>
    </w:p>
    <w:p>
      <w:r>
        <w:rPr>
          <w:b/>
        </w:rPr>
        <w:t xml:space="preserve">[45:36] </w:t>
      </w:r>
      <w:r>
        <w:t>kahin aap negative tajurba hoga lekin is ko aap ko positive mein dhalna hoga.</w:t>
      </w:r>
    </w:p>
    <w:p>
      <w:pPr>
        <w:jc w:val="right"/>
      </w:pPr>
      <w:r>
        <w:t>کہیں آپ negative تجربہ ہوگا لیکن اس کو آپ کو positive میں ڈھالنا ہوگا۔</w:t>
      </w:r>
    </w:p>
    <w:p>
      <w:r>
        <w:rPr>
          <w:b/>
        </w:rPr>
        <w:t xml:space="preserve">[45:41] </w:t>
      </w:r>
      <w:r>
        <w:t>kahin kahin se katne ka waqt aye ga lekin aap use jorein ge is se.</w:t>
      </w:r>
    </w:p>
    <w:p>
      <w:pPr>
        <w:jc w:val="right"/>
      </w:pPr>
      <w:r>
        <w:t>کہیں کہیں سے کٹنے کا وقت آئے گا لیکن آپ اسے جوڑیں گے اس سے۔</w:t>
      </w:r>
    </w:p>
    <w:p>
      <w:r>
        <w:rPr>
          <w:b/>
        </w:rPr>
        <w:t xml:space="preserve">[45:47] </w:t>
      </w:r>
      <w:r>
        <w:t>tu jannat makroohaat se dhank di gayi hai.</w:t>
      </w:r>
    </w:p>
    <w:p>
      <w:pPr>
        <w:jc w:val="right"/>
      </w:pPr>
      <w:r>
        <w:t>تو جنت مکروہات سے ڈھانک دی گئی ہے۔</w:t>
      </w:r>
    </w:p>
    <w:p>
      <w:r>
        <w:rPr>
          <w:b/>
        </w:rPr>
        <w:t xml:space="preserve">[45:52] </w:t>
      </w:r>
      <w:r>
        <w:t>is ka matlab yahi hai.</w:t>
      </w:r>
    </w:p>
    <w:p>
      <w:pPr>
        <w:jc w:val="right"/>
      </w:pPr>
      <w:r>
        <w:t>اس کا مطلب یہی ہے۔</w:t>
      </w:r>
    </w:p>
    <w:p>
      <w:r>
        <w:rPr>
          <w:b/>
        </w:rPr>
        <w:t xml:space="preserve">[45:58] </w:t>
      </w:r>
      <w:r>
        <w:t>khud jannat ne dhaki hui hai.</w:t>
      </w:r>
    </w:p>
    <w:p>
      <w:pPr>
        <w:jc w:val="right"/>
      </w:pPr>
      <w:r>
        <w:t>خود جنت نے ڈھکی ہوئی ہے۔</w:t>
      </w:r>
    </w:p>
    <w:p>
      <w:r>
        <w:rPr>
          <w:b/>
        </w:rPr>
        <w:t xml:space="preserve">[46:03] </w:t>
      </w:r>
      <w:r>
        <w:t>insaan dhaka hua hai.</w:t>
      </w:r>
    </w:p>
    <w:p>
      <w:pPr>
        <w:jc w:val="right"/>
      </w:pPr>
      <w:r>
        <w:t>انسان ڈھکا ہوا ہے۔</w:t>
      </w:r>
    </w:p>
    <w:p>
      <w:r>
        <w:rPr>
          <w:b/>
        </w:rPr>
        <w:t xml:space="preserve">[46:09] </w:t>
      </w:r>
      <w:r>
        <w:t>jannat ka musafir.</w:t>
      </w:r>
    </w:p>
    <w:p>
      <w:pPr>
        <w:jc w:val="right"/>
      </w:pPr>
      <w:r>
        <w:t>جنت کا مسافر۔</w:t>
      </w:r>
    </w:p>
    <w:p>
      <w:r>
        <w:rPr>
          <w:b/>
        </w:rPr>
        <w:t xml:space="preserve">[46:14] </w:t>
      </w:r>
      <w:r>
        <w:t>tu beharhaal mein dua karta hoon ke Allah taala mujh ko aur aap ko tofeeq de ke hum</w:t>
      </w:r>
    </w:p>
    <w:p>
      <w:pPr>
        <w:jc w:val="right"/>
      </w:pPr>
      <w:r>
        <w:t>تو بہرحال میں دعا کرتا ہوں کہ اللہ تعالیٰ مجھ کو اور آپ کو توفیق دے کہ ہم</w:t>
      </w:r>
    </w:p>
    <w:p>
      <w:r>
        <w:rPr>
          <w:b/>
        </w:rPr>
        <w:t xml:space="preserve">[46:20] </w:t>
      </w:r>
      <w:r>
        <w:t>saheeh o ghlat mein farq samjhein.</w:t>
      </w:r>
    </w:p>
    <w:p>
      <w:pPr>
        <w:jc w:val="right"/>
      </w:pPr>
      <w:r>
        <w:t>صحیح و غلط میں فرق سمجھیں۔</w:t>
      </w:r>
    </w:p>
    <w:p>
      <w:r>
        <w:rPr>
          <w:b/>
        </w:rPr>
        <w:t xml:space="preserve">[46:25] </w:t>
      </w:r>
      <w:r>
        <w:t>hum ko tofeeq de ke hum distraction se apne ko bachayein.</w:t>
      </w:r>
    </w:p>
    <w:p>
      <w:pPr>
        <w:jc w:val="right"/>
      </w:pPr>
      <w:r>
        <w:t>ہم کو توفیق دے کہ ہم distraction سے اپنے کو بچائیں۔</w:t>
      </w:r>
    </w:p>
    <w:p>
      <w:r>
        <w:rPr>
          <w:b/>
        </w:rPr>
        <w:t xml:space="preserve">[46:30] </w:t>
      </w:r>
      <w:r>
        <w:t>hum ko tofeeq de ke hum Allah ke raaste par bohat mazbooti ke saath chalte rahein.</w:t>
      </w:r>
    </w:p>
    <w:p>
      <w:pPr>
        <w:jc w:val="right"/>
      </w:pPr>
      <w:r>
        <w:t>ہم کو توفیق دے کہ ہم اللہ کے راستے پر بہت مضبوطی کے ساتھ چلتے رہیں۔</w:t>
      </w:r>
    </w:p>
    <w:p>
      <w:r>
        <w:rPr>
          <w:b/>
        </w:rPr>
        <w:t xml:space="preserve">[46:36] </w:t>
      </w:r>
      <w:r>
        <w:t>hum ko tofeeq de ke hum sachi duaayein karein is raah mein.</w:t>
      </w:r>
    </w:p>
    <w:p>
      <w:pPr>
        <w:jc w:val="right"/>
      </w:pPr>
      <w:r>
        <w:t>ہم کو توفیق دے کہ ہم سچی دعائیں کریں اس راہ میں۔</w:t>
      </w:r>
    </w:p>
    <w:p>
      <w:r>
        <w:rPr>
          <w:b/>
        </w:rPr>
        <w:t xml:space="preserve">[46:41] </w:t>
      </w:r>
      <w:r>
        <w:t>hum ko tofeeq de ke hum Rasool Allah ke model ko samajhne ki koshish karein aur is ko ikhtiyar karein.</w:t>
      </w:r>
    </w:p>
    <w:p>
      <w:pPr>
        <w:jc w:val="right"/>
      </w:pPr>
      <w:r>
        <w:t>ہم کو توفیق دے کہ ہم رسول اللہ کے ماڈل کو سمجھنے کی کوشش کریں اور اس کو اختیار کریں۔</w:t>
      </w:r>
    </w:p>
    <w:p>
      <w:r>
        <w:rPr>
          <w:b/>
        </w:rPr>
        <w:t xml:space="preserve">[46:47] </w:t>
      </w:r>
      <w:r>
        <w:t>hum ko tofeeq de ke hum yeh darja aaye ke hamein is mein lazzat milne lage.</w:t>
      </w:r>
    </w:p>
    <w:p>
      <w:pPr>
        <w:jc w:val="right"/>
      </w:pPr>
      <w:r>
        <w:t>ہم کو توفیق دے کہ ہم یہ درجہ آئے کہ ہمیں اس میں لذت ملنے لگے۔</w:t>
      </w:r>
    </w:p>
    <w:p>
      <w:r>
        <w:rPr>
          <w:b/>
        </w:rPr>
        <w:t xml:space="preserve">[46:52] </w:t>
      </w:r>
      <w:r>
        <w:t>yeh soch kar ke yeh Allah ka raasta hai, yeh jannat ka raasta hai.</w:t>
      </w:r>
    </w:p>
    <w:p>
      <w:pPr>
        <w:jc w:val="right"/>
      </w:pPr>
      <w:r>
        <w:t>یہ سوچ کر کہ یہ اللہ کا راستہ ہے، یہ جنت کا راستہ ہے۔</w:t>
      </w:r>
    </w:p>
    <w:p>
      <w:r>
        <w:rPr>
          <w:b/>
        </w:rPr>
        <w:t xml:space="preserve">[46:58] </w:t>
      </w:r>
      <w:r>
        <w:t>yeh soch kar hamein is mein lazzat milne lage.</w:t>
      </w:r>
    </w:p>
    <w:p>
      <w:pPr>
        <w:jc w:val="right"/>
      </w:pPr>
      <w:r>
        <w:t>یہ سوچ کر ہمیں اس میں لذت ملنے لگے۔</w:t>
      </w:r>
    </w:p>
    <w:p>
      <w:r>
        <w:rPr>
          <w:b/>
        </w:rPr>
        <w:t xml:space="preserve">[47:03] </w:t>
      </w:r>
      <w:r>
        <w:t>tu mein yahi dua karta hoon apne liye aur aap ke liye aur sab ke liye.</w:t>
      </w:r>
    </w:p>
    <w:p>
      <w:pPr>
        <w:jc w:val="right"/>
      </w:pPr>
      <w:r>
        <w:t>تو میں یہی دعا کرتا ہوں اپنے لئے اور آپ کے لئے اور سب کے لئے۔</w:t>
      </w:r>
    </w:p>
    <w:p>
      <w:r>
        <w:rPr>
          <w:b/>
        </w:rPr>
        <w:t xml:space="preserve">[47:09] </w:t>
      </w:r>
      <w:r>
        <w:t>yahi is dunya mein kisi insaan ke liye kamyabi ka raasta hai.</w:t>
      </w:r>
    </w:p>
    <w:p>
      <w:pPr>
        <w:jc w:val="right"/>
      </w:pPr>
      <w:r>
        <w:t>یہی اس دنیا میں کسی انسان کے لئے کامیابی کا راستہ ہے۔</w:t>
      </w:r>
    </w:p>
    <w:p>
      <w:r>
        <w:rPr>
          <w:b/>
        </w:rPr>
        <w:t xml:space="preserve">[47:14] </w:t>
      </w:r>
      <w:r>
        <w:t>yeh dunya mein kamyab woh hai jo sirat-e-mustaqeem par chale, jo jannat ke raaste par chale.</w:t>
      </w:r>
    </w:p>
    <w:p>
      <w:pPr>
        <w:jc w:val="right"/>
      </w:pPr>
      <w:r>
        <w:t>یہ دنیا میں کامیاب وہ ہے جو صراط مستقیم پر چلے، جو جنت کے راستے پر چلے۔</w:t>
      </w:r>
    </w:p>
    <w:p>
      <w:r>
        <w:rPr>
          <w:b/>
        </w:rPr>
        <w:t xml:space="preserve">[47:20] </w:t>
      </w:r>
      <w:r>
        <w:t>jo bhatak gaya, woh gaya nakaam ho gaya.</w:t>
      </w:r>
    </w:p>
    <w:p>
      <w:pPr>
        <w:jc w:val="right"/>
      </w:pPr>
      <w:r>
        <w:t>جو بھٹک گیا، وہ گیا ناکام ہو گیا۔</w:t>
      </w:r>
    </w:p>
    <w:p>
      <w:r>
        <w:rPr>
          <w:b/>
        </w:rPr>
        <w:t xml:space="preserve">[47:25] </w:t>
      </w:r>
      <w:r>
        <w:t>tu mein apne liye, aap sab logon ke liye yeh dua karta hoon ke Allah taala mujh ko</w:t>
      </w:r>
    </w:p>
    <w:p>
      <w:pPr>
        <w:jc w:val="right"/>
      </w:pPr>
      <w:r>
        <w:t>تو میں اپنے لئے، آپ سب لوگوں کے لئے یہ دعا کرتا ہوں کہ اللہ تعالیٰ مجھ کو</w:t>
      </w:r>
    </w:p>
    <w:p>
      <w:r>
        <w:rPr>
          <w:b/>
        </w:rPr>
        <w:t xml:space="preserve">[47:31] </w:t>
      </w:r>
      <w:r>
        <w:t>aur aap ko sirat-e-mustaqeem par chalne ki tofeeq de.</w:t>
      </w:r>
    </w:p>
    <w:p>
      <w:pPr>
        <w:jc w:val="right"/>
      </w:pPr>
      <w:r>
        <w:t>اور آپ کو صراط مستقیم پر چلنے کی توفیق دے۔</w:t>
      </w:r>
    </w:p>
    <w:p>
      <w:r>
        <w:rPr>
          <w:b/>
        </w:rPr>
        <w:t xml:space="preserve">[47:36] </w:t>
      </w:r>
      <w:r>
        <w:t>hum ko bhatakne se bachaye.</w:t>
      </w:r>
    </w:p>
    <w:p>
      <w:pPr>
        <w:jc w:val="right"/>
      </w:pPr>
      <w:r>
        <w:t>ہم کو بھٹکنے سے بچائے۔</w:t>
      </w:r>
    </w:p>
    <w:p>
      <w:r>
        <w:rPr>
          <w:b/>
        </w:rPr>
        <w:t xml:space="preserve">[47:42] </w:t>
      </w:r>
      <w:r>
        <w:t>Allah taala is dua ko mere haq mein qabool farmaye aur aap ke haq mein qabool farmaye.</w:t>
      </w:r>
    </w:p>
    <w:p>
      <w:pPr>
        <w:jc w:val="right"/>
      </w:pPr>
      <w:r>
        <w:t>اللہ تعالیٰ اس دعا کو میرے حق میں قبول فرمائے اور آپ کے حق میں قبول فرمائے۔</w:t>
      </w:r>
    </w:p>
    <w:p>
      <w:r>
        <w:rPr>
          <w:b/>
        </w:rPr>
        <w:t xml:space="preserve">[47:47] </w:t>
      </w:r>
      <w:r>
        <w:t>aur qabooliyat ka dekhein pehchan yeh hai ke aap ke andar dawat ka jazba ubharta hai.</w:t>
      </w:r>
    </w:p>
    <w:p>
      <w:pPr>
        <w:jc w:val="right"/>
      </w:pPr>
      <w:r>
        <w:t>اور قبولیت کا دیکھیں پہچان یہ ہے کہ آپ کے اندر دعوت کا جذبہ ابھرتا ہے۔</w:t>
      </w:r>
    </w:p>
    <w:p>
      <w:r>
        <w:rPr>
          <w:b/>
        </w:rPr>
        <w:t xml:space="preserve">[47:53] </w:t>
      </w:r>
      <w:r>
        <w:t>dawat ka agar koi Allah taala ka aap ki baat qabool ho jaye to is ki pehchan yahi</w:t>
      </w:r>
    </w:p>
    <w:p>
      <w:pPr>
        <w:jc w:val="right"/>
      </w:pPr>
      <w:r>
        <w:t>دعوت کا اگر کوئی اللہ تعالیٰ کا آپ کی بات قبول ہو جائے تو اس کی پہچان یہی</w:t>
      </w:r>
    </w:p>
    <w:p>
      <w:r>
        <w:rPr>
          <w:b/>
        </w:rPr>
        <w:t xml:space="preserve">[47:58] </w:t>
      </w:r>
      <w:r>
        <w:t>hai ke aap ke andar dawat ka jazba ubhrega.</w:t>
      </w:r>
    </w:p>
    <w:p>
      <w:pPr>
        <w:jc w:val="right"/>
      </w:pPr>
      <w:r>
        <w:t>ہے کہ آپ کے اندر دعوت کا جذبہ ابھرے گا۔</w:t>
      </w:r>
    </w:p>
    <w:p>
      <w:r>
        <w:rPr>
          <w:b/>
        </w:rPr>
        <w:t xml:space="preserve">[48:04] </w:t>
      </w:r>
      <w:r>
        <w:t>is ki yahi pehchan hai.</w:t>
      </w:r>
    </w:p>
    <w:p>
      <w:pPr>
        <w:jc w:val="right"/>
      </w:pPr>
      <w:r>
        <w:t>اس کی یہی پہچان ہے۔</w:t>
      </w:r>
    </w:p>
    <w:p>
      <w:r>
        <w:rPr>
          <w:b/>
        </w:rPr>
        <w:t xml:space="preserve">[48:09] </w:t>
      </w:r>
      <w:r>
        <w:t>to Allah taala meri aur aap ki madad farmaye.</w:t>
      </w:r>
    </w:p>
    <w:p>
      <w:pPr>
        <w:jc w:val="right"/>
      </w:pPr>
      <w:r>
        <w:t>تو اللہ تعالیٰ میری اور آپ کی مدد فرمائے۔</w:t>
      </w:r>
    </w:p>
    <w:p>
      <w:r>
        <w:rPr>
          <w:b/>
        </w:rPr>
        <w:t xml:space="preserve">[48:15] </w:t>
      </w:r>
      <w:r>
        <w:t>assalam o alaikum wa rahmatullahi wa barakatuh okay we are starting with the question answer session.</w:t>
      </w:r>
    </w:p>
    <w:p>
      <w:pPr>
        <w:jc w:val="right"/>
      </w:pPr>
      <w:r>
        <w:t>السلام علیکم ورحمة الله اوکے ویئر سٹارٹنگ ود دی کوئسچن انسر سیشن۔</w:t>
      </w:r>
    </w:p>
    <w:p>
      <w:r>
        <w:rPr>
          <w:b/>
        </w:rPr>
        <w:t xml:space="preserve">[48:20] </w:t>
      </w:r>
      <w:r>
        <w:t>All the online viewers are requested to send their questions on info at CPS Global</w:t>
      </w:r>
    </w:p>
    <w:p>
      <w:pPr>
        <w:jc w:val="right"/>
      </w:pPr>
      <w:r>
        <w:t>آل دی آن لائن ویورز آر ریکویسٹڈ ٹو سینڈ دی کوئسچنز آن info ایٹ سی پی ایس گلوبل</w:t>
      </w:r>
    </w:p>
    <w:p>
      <w:r>
        <w:rPr>
          <w:b/>
        </w:rPr>
        <w:t xml:space="preserve">[48:26] </w:t>
      </w:r>
      <w:r>
        <w:t>dot org.</w:t>
      </w:r>
    </w:p>
    <w:p>
      <w:pPr>
        <w:jc w:val="right"/>
      </w:pPr>
      <w:r>
        <w:t>ڈاٹ او آر جی۔</w:t>
      </w:r>
    </w:p>
    <w:p>
      <w:r>
        <w:rPr>
          <w:b/>
        </w:rPr>
        <w:t xml:space="preserve">[48:31] </w:t>
      </w:r>
      <w:r>
        <w:t>molana, yeh sawal dubai se aya hai.</w:t>
      </w:r>
    </w:p>
    <w:p>
      <w:pPr>
        <w:jc w:val="right"/>
      </w:pPr>
      <w:r>
        <w:t>مولانا، یہ سوال دبئی سے آیا ہے۔</w:t>
      </w:r>
    </w:p>
    <w:p>
      <w:r>
        <w:rPr>
          <w:b/>
        </w:rPr>
        <w:t xml:space="preserve">[48:37] </w:t>
      </w:r>
      <w:r>
        <w:t>ڈاکٹر خواجہ انیس الدین احمد صاحب نے کیا ہے اور انہوں نے لکھا ہے: "مولانا، while I was</w:t>
      </w:r>
    </w:p>
    <w:p>
      <w:pPr>
        <w:jc w:val="right"/>
      </w:pPr>
      <w:r>
        <w:t>ڈاکٹر خواجہ انیس الدین احمد صاحب نے کیا ہے اور انہوں نے لکھا ہے: "مولانا، وائل آئی واز</w:t>
      </w:r>
    </w:p>
    <w:p>
      <w:r>
        <w:rPr>
          <w:b/>
        </w:rPr>
        <w:t xml:space="preserve">[48:42] </w:t>
      </w:r>
      <w:r>
        <w:t>going through your Quran translation, it was mentioned in the introduction that one of the theme of Quran</w:t>
      </w:r>
    </w:p>
    <w:p>
      <w:pPr>
        <w:jc w:val="right"/>
      </w:pPr>
      <w:r>
        <w:t>گوئنگ تھرو یور قرآن ٹرانسلیشن، اٹ واز مینشنڈ ان دی انٹروڈکشن کہ ون آف دا تھیم آف قرآن</w:t>
      </w:r>
    </w:p>
    <w:p>
      <w:r>
        <w:rPr>
          <w:b/>
        </w:rPr>
        <w:t xml:space="preserve">[48:48] </w:t>
      </w:r>
      <w:r>
        <w:t>is learning of lessons through reflection.</w:t>
      </w:r>
    </w:p>
    <w:p>
      <w:pPr>
        <w:jc w:val="right"/>
      </w:pPr>
      <w:r>
        <w:t>از لرننگ آف لیسنز تھرو ریفلیکشن۔</w:t>
      </w:r>
    </w:p>
    <w:p>
      <w:r>
        <w:rPr>
          <w:b/>
        </w:rPr>
        <w:t xml:space="preserve">[48:53] </w:t>
      </w:r>
      <w:r>
        <w:t>"I want to know what did you mean by this learning of lessons through reflection? Please explain this."</w:t>
      </w:r>
    </w:p>
    <w:p>
      <w:pPr>
        <w:jc w:val="right"/>
      </w:pPr>
      <w:r>
        <w:t>آئی وانٹ ٹو نو واٹ ڈیڈ یو مین بائے دس لرننگ آف لیسنز تھرو ریفلیکشن؟ پلیز ایکسپلین دس۔"</w:t>
      </w:r>
    </w:p>
    <w:p>
      <w:r>
        <w:rPr>
          <w:b/>
        </w:rPr>
        <w:t xml:space="preserve">[48:59] </w:t>
      </w:r>
      <w:r>
        <w:t>main aaj to bas samajhta hoon ke isi par meri poori baat thi.</w:t>
      </w:r>
    </w:p>
    <w:p>
      <w:pPr>
        <w:jc w:val="right"/>
      </w:pPr>
      <w:r>
        <w:t>میں آج تو بس سمجھتا ہوں کہ اسی پر میری پوری بات تھی۔</w:t>
      </w:r>
    </w:p>
    <w:p>
      <w:r>
        <w:rPr>
          <w:b/>
        </w:rPr>
        <w:t xml:space="preserve">[49:04] </w:t>
      </w:r>
      <w:r>
        <w:t>iska matlab reflection ka matlab hota hai ghor o fikr, sochna.</w:t>
      </w:r>
    </w:p>
    <w:p>
      <w:pPr>
        <w:jc w:val="right"/>
      </w:pPr>
      <w:r>
        <w:t>اس کا مطلب ریفلیکشن کا مطلب ہوتا ہے غور و فکر، سوچنا۔</w:t>
      </w:r>
    </w:p>
    <w:p>
      <w:r>
        <w:rPr>
          <w:b/>
        </w:rPr>
        <w:t xml:space="preserve">[49:10] </w:t>
      </w:r>
      <w:r>
        <w:t>to jitne bhi lesson hain, woh hidden way mein hote hain, yani cheezon mein chhpe hue hote hain.</w:t>
      </w:r>
    </w:p>
    <w:p>
      <w:pPr>
        <w:jc w:val="right"/>
      </w:pPr>
      <w:r>
        <w:t>تو جتنے بھی لیسن ہیں، وہ ہڈن وے میں ہوتے ہیں، یعنی چیزوں میں چھپے ہوئے ہوتے ہیں۔</w:t>
      </w:r>
    </w:p>
    <w:p>
      <w:r>
        <w:rPr>
          <w:b/>
        </w:rPr>
        <w:t xml:space="preserve">[49:15] </w:t>
      </w:r>
      <w:r>
        <w:t>jaise kai misalein aaj bhi di maine.</w:t>
      </w:r>
    </w:p>
    <w:p>
      <w:pPr>
        <w:jc w:val="right"/>
      </w:pPr>
      <w:r>
        <w:t>جیسے کئی مثالیں آج بھی دی میں نے۔</w:t>
      </w:r>
    </w:p>
    <w:p>
      <w:r>
        <w:rPr>
          <w:b/>
        </w:rPr>
        <w:t xml:space="preserve">[49:21] </w:t>
      </w:r>
      <w:r>
        <w:t>to jab aap ghor karte hain to woh chhpe hue mafhoom aap par khulne lagte hain.</w:t>
      </w:r>
    </w:p>
    <w:p>
      <w:pPr>
        <w:jc w:val="right"/>
      </w:pPr>
      <w:r>
        <w:t>تو جب آپ غور کرتے ہیں تو وہ چھپے ہوئے مفہوم آپ پر کھلنے لگتے ہیں۔</w:t>
      </w:r>
    </w:p>
    <w:p>
      <w:r>
        <w:rPr>
          <w:b/>
        </w:rPr>
        <w:t xml:space="preserve">[49:26] </w:t>
      </w:r>
      <w:r>
        <w:t>ghor nahi karenge to chhpe hue mafhoom khulenge nahi.</w:t>
      </w:r>
    </w:p>
    <w:p>
      <w:pPr>
        <w:jc w:val="right"/>
      </w:pPr>
      <w:r>
        <w:t>غور نہیں کریں گے تو چھپے ہوئے مفہوم کھلیں گے نہیں۔</w:t>
      </w:r>
    </w:p>
    <w:p>
      <w:r>
        <w:rPr>
          <w:b/>
        </w:rPr>
        <w:t xml:space="preserve">[49:31] </w:t>
      </w:r>
      <w:r>
        <w:t>jaise misal ke taur par mujhe aap ne dekha ke bolne ke dauran mera gala kuch phans gaya</w:t>
      </w:r>
    </w:p>
    <w:p>
      <w:pPr>
        <w:jc w:val="right"/>
      </w:pPr>
      <w:r>
        <w:t>جیسے مثال کے طور پر مجھے آپ نے دیکھا کہ بولنے کے دوران میرا گلا کچھ پھنس گیا</w:t>
      </w:r>
    </w:p>
    <w:p>
      <w:r>
        <w:rPr>
          <w:b/>
        </w:rPr>
        <w:t xml:space="preserve">[49:37] </w:t>
      </w:r>
      <w:r>
        <w:t>to phir maine pani piya.</w:t>
      </w:r>
    </w:p>
    <w:p>
      <w:pPr>
        <w:jc w:val="right"/>
      </w:pPr>
      <w:r>
        <w:t>تو پھر میں نے پانی پیا۔</w:t>
      </w:r>
    </w:p>
    <w:p>
      <w:r>
        <w:rPr>
          <w:b/>
        </w:rPr>
        <w:t xml:space="preserve">[49:42] </w:t>
      </w:r>
      <w:r>
        <w:t>ke is mein ek cheez chhupi hui thi.</w:t>
      </w:r>
    </w:p>
    <w:p>
      <w:pPr>
        <w:jc w:val="right"/>
      </w:pPr>
      <w:r>
        <w:t>کہ اس میں ایک چیز چھپی ہوئی تھی۔</w:t>
      </w:r>
    </w:p>
    <w:p>
      <w:r>
        <w:rPr>
          <w:b/>
        </w:rPr>
        <w:t xml:space="preserve">[49:48] </w:t>
      </w:r>
      <w:r>
        <w:t>wa khuliqal insanu daeefa insan kamzor paida kiya gaya hai.</w:t>
      </w:r>
    </w:p>
    <w:p>
      <w:pPr>
        <w:jc w:val="right"/>
      </w:pPr>
      <w:r>
        <w:t>وَخُلَقَ الْإِنْسَانُ ضَعِيفًا انسان کمزور پیدا کیا گیا ہے۔</w:t>
      </w:r>
    </w:p>
    <w:p>
      <w:r>
        <w:rPr>
          <w:b/>
        </w:rPr>
        <w:t xml:space="preserve">[49:53] </w:t>
      </w:r>
      <w:r>
        <w:t>yani is is pani peene mein ek lesson chupa hua tha ke hamara jo khaliq hai, rab-ul-alameen</w:t>
      </w:r>
    </w:p>
    <w:p>
      <w:pPr>
        <w:jc w:val="right"/>
      </w:pPr>
      <w:r>
        <w:t>یعنی اس اس پانی پینے میں ایک لیسن چھپا ہوا تھا کہ ہمارا جو خالق ہے، رب العالمین</w:t>
      </w:r>
    </w:p>
    <w:p>
      <w:r>
        <w:rPr>
          <w:b/>
        </w:rPr>
        <w:t xml:space="preserve">[49:59] </w:t>
      </w:r>
      <w:r>
        <w:t>hai, to woh bhi bolta hai, farishton ko hukum deta hai, paighambaron ko hukum deta hai, hum ko</w:t>
      </w:r>
    </w:p>
    <w:p>
      <w:pPr>
        <w:jc w:val="right"/>
      </w:pPr>
      <w:r>
        <w:t>ہے، تو وہ بھی بولتا ہے، فرشتوں کو حکم دیتا ہے، پیغمبروں کو حکم دیتا ہے، ہم کو</w:t>
      </w:r>
    </w:p>
    <w:p>
      <w:r>
        <w:rPr>
          <w:b/>
        </w:rPr>
        <w:t xml:space="preserve">[50:04] </w:t>
      </w:r>
      <w:r>
        <w:t>bhi khamosh zaban mein hukum deta hai.</w:t>
      </w:r>
    </w:p>
    <w:p>
      <w:pPr>
        <w:jc w:val="right"/>
      </w:pPr>
      <w:r>
        <w:t>بھی خاموش زبان میں حکم دیتا ہے۔</w:t>
      </w:r>
    </w:p>
    <w:p>
      <w:r>
        <w:rPr>
          <w:b/>
        </w:rPr>
        <w:t xml:space="preserve">[50:10] </w:t>
      </w:r>
      <w:r>
        <w:t>to iska naozubillah, iska kabhi gala aisa nahi hota.</w:t>
      </w:r>
    </w:p>
    <w:p>
      <w:pPr>
        <w:jc w:val="right"/>
      </w:pPr>
      <w:r>
        <w:t>تو اس کا نعوذ باللہ، اس کا کبھی گلا ایسا نہیں ہوتا۔</w:t>
      </w:r>
    </w:p>
    <w:p>
      <w:r>
        <w:rPr>
          <w:b/>
        </w:rPr>
        <w:t xml:space="preserve">[50:15] </w:t>
      </w:r>
      <w:r>
        <w:t>kyun ke hamari tarah woh kamzor nahi hai, woh taqatwar hai.</w:t>
      </w:r>
    </w:p>
    <w:p>
      <w:pPr>
        <w:jc w:val="right"/>
      </w:pPr>
      <w:r>
        <w:t>کیونکہ ہماری طرح وہ کمزور نہیں ہے، وہ طاقتور ہے۔</w:t>
      </w:r>
    </w:p>
    <w:p>
      <w:r>
        <w:rPr>
          <w:b/>
        </w:rPr>
        <w:t xml:space="preserve">[50:21] </w:t>
      </w:r>
      <w:r>
        <w:t>to itni ek chhoti si baat yeh thi, lekin is mein mere liye ek lesson tha ke insan kamzor hai.</w:t>
      </w:r>
    </w:p>
    <w:p>
      <w:pPr>
        <w:jc w:val="right"/>
      </w:pPr>
      <w:r>
        <w:t>تو اتنی ایک چھوٹی سی بات یہ تھی، لیکن اس میں میرے لئے ایک لیسن تھا کہ انسان کمزور ہے۔</w:t>
      </w:r>
    </w:p>
    <w:p>
      <w:r>
        <w:rPr>
          <w:b/>
        </w:rPr>
        <w:t xml:space="preserve">[50:26] </w:t>
      </w:r>
      <w:r>
        <w:t>to kamzor hai to is ko Allah ki taraf daudna chahiye, Allah se dua karna chahiye.</w:t>
      </w:r>
    </w:p>
    <w:p>
      <w:pPr>
        <w:jc w:val="right"/>
      </w:pPr>
      <w:r>
        <w:t>تو کمزور ہے تو اس کو اللہ کی طرف دوڑنا چاہیے، اللہ سے دعا کرنا چاہیے۔</w:t>
      </w:r>
    </w:p>
    <w:p>
      <w:r>
        <w:rPr>
          <w:b/>
        </w:rPr>
        <w:t xml:space="preserve">[50:32] </w:t>
      </w:r>
      <w:r>
        <w:t>to har cheez mein, koi bhi cheez ho, is mein kuch chhpe hue maani hote hain.</w:t>
      </w:r>
    </w:p>
    <w:p>
      <w:pPr>
        <w:jc w:val="right"/>
      </w:pPr>
      <w:r>
        <w:t>تو ہر چیز میں، کوئی بھی چیز ہو، اس میں کچھ چھپے ہوئے معنی ہوتے ہیں۔</w:t>
      </w:r>
    </w:p>
    <w:p>
      <w:r>
        <w:rPr>
          <w:b/>
        </w:rPr>
        <w:t xml:space="preserve">[50:37] </w:t>
      </w:r>
      <w:r>
        <w:t>woh chhpe hue maani wahi hikmat hai, wahi wisdom hai.</w:t>
      </w:r>
    </w:p>
    <w:p>
      <w:pPr>
        <w:jc w:val="right"/>
      </w:pPr>
      <w:r>
        <w:t>وہ چھپے ہوئے معنی وہی حکمت ہے، وہی wisdom ہے۔</w:t>
      </w:r>
    </w:p>
    <w:p>
      <w:r>
        <w:rPr>
          <w:b/>
        </w:rPr>
        <w:t xml:space="preserve">[50:43] </w:t>
      </w:r>
      <w:r>
        <w:t>lekin yeh wisdom is waqt aap ke samajh paate hain jab aap sochein, ghor karein.</w:t>
      </w:r>
    </w:p>
    <w:p>
      <w:pPr>
        <w:jc w:val="right"/>
      </w:pPr>
      <w:r>
        <w:t>لیکن یہ wisdom اس وقت آپ کے سمجھ پاتے ہیں جب آپ سوچیں، غور کریں۔</w:t>
      </w:r>
    </w:p>
    <w:p>
      <w:r>
        <w:rPr>
          <w:b/>
        </w:rPr>
        <w:t xml:space="preserve">[50:48] </w:t>
      </w:r>
      <w:r>
        <w:t>maulana, agla sawal doctor safina tabassum ne kiya hai ajmer se aur unhon ne likha hai: "maulana sahib,</w:t>
      </w:r>
    </w:p>
    <w:p>
      <w:pPr>
        <w:jc w:val="right"/>
      </w:pPr>
      <w:r>
        <w:t>مولانا، اگلا سوال ڈاکٹر سفینہ تبسم نے کیا ہے اجمیر سے اور انہوں نے لکھا ہے: "مولانا صاحب،</w:t>
      </w:r>
    </w:p>
    <w:p>
      <w:r>
        <w:rPr>
          <w:b/>
        </w:rPr>
        <w:t xml:space="preserve">[50:54] </w:t>
      </w:r>
      <w:r>
        <w:t>na umidi ko quran mein kyun condemn kiya gaya hai? is ko wazeh karen." dekhen, jo aadmi mayoos</w:t>
      </w:r>
    </w:p>
    <w:p>
      <w:pPr>
        <w:jc w:val="right"/>
      </w:pPr>
      <w:r>
        <w:t>نا امیدی کو قرآن میں کیوں condemn کیا گیا ہے؟ اس کو واضح کریں۔" دیکھیں، جو آدمی مایوس</w:t>
      </w:r>
    </w:p>
    <w:p>
      <w:r>
        <w:rPr>
          <w:b/>
        </w:rPr>
        <w:t xml:space="preserve">[50:59] </w:t>
      </w:r>
      <w:r>
        <w:t>hota hai, woh khuda ke bare mein mistrust ka, be aitimadi ka izhaar karta hai.</w:t>
      </w:r>
    </w:p>
    <w:p>
      <w:pPr>
        <w:jc w:val="right"/>
      </w:pPr>
      <w:r>
        <w:t>ہوتا ہے، وہ خدا کے بارے میں mistrust کا، بے اعتمادی کا اظہار کرتا ہے۔</w:t>
      </w:r>
    </w:p>
    <w:p>
      <w:r>
        <w:rPr>
          <w:b/>
        </w:rPr>
        <w:t xml:space="preserve">[51:05] </w:t>
      </w:r>
      <w:r>
        <w:t>kyun ke khuda ka jab ailaan hai ke kainat is ki rehmaton se bhari hui hai, is ki rehmaton</w:t>
      </w:r>
    </w:p>
    <w:p>
      <w:pPr>
        <w:jc w:val="right"/>
      </w:pPr>
      <w:r>
        <w:t>کیونکہ خدا کا جب اعلان ہے کہ کائنات اس کی رحمتوں سے بھری ہوئی ہے، اس کی رحمتوں</w:t>
      </w:r>
    </w:p>
    <w:p>
      <w:r>
        <w:rPr>
          <w:b/>
        </w:rPr>
        <w:t xml:space="preserve">[51:10] </w:t>
      </w:r>
      <w:r>
        <w:t>se bhari hui hai, pura insaan ke liye allah ne apni rehmaten udal rakhi hain.</w:t>
      </w:r>
    </w:p>
    <w:p>
      <w:pPr>
        <w:jc w:val="right"/>
      </w:pPr>
      <w:r>
        <w:t>سے بھری ہوئی ہے، پورا انسان کے لئے اللہ نے اپنی رحمتیں اڈل رکھی ہیں۔</w:t>
      </w:r>
    </w:p>
    <w:p>
      <w:r>
        <w:rPr>
          <w:b/>
        </w:rPr>
        <w:t xml:space="preserve">[51:16] </w:t>
      </w:r>
      <w:r>
        <w:t>to aap bataiye ke aap mayoos ho to is ka mani hai ke aap ne khuda par mistrust</w:t>
      </w:r>
    </w:p>
    <w:p>
      <w:pPr>
        <w:jc w:val="right"/>
      </w:pPr>
      <w:r>
        <w:t>تو آپ بتائیے کہ آپ مایوس ہو تو اس کا معنی ہے کہ آپ نے خدا پر mistrust</w:t>
      </w:r>
    </w:p>
    <w:p>
      <w:r>
        <w:rPr>
          <w:b/>
        </w:rPr>
        <w:t xml:space="preserve">[51:21] </w:t>
      </w:r>
      <w:r>
        <w:t>kiya, aitimad nahi kiya khuda par.</w:t>
      </w:r>
    </w:p>
    <w:p>
      <w:pPr>
        <w:jc w:val="right"/>
      </w:pPr>
      <w:r>
        <w:t>کیا، اعتماد نہیں کیا خدا پر۔</w:t>
      </w:r>
    </w:p>
    <w:p>
      <w:r>
        <w:rPr>
          <w:b/>
        </w:rPr>
        <w:t xml:space="preserve">[51:27] </w:t>
      </w:r>
      <w:r>
        <w:t>dosri baat yeh hai ke khuda ki jo rehmaten bhari hui hain, to woh aisa nahi hai jaise</w:t>
      </w:r>
    </w:p>
    <w:p>
      <w:pPr>
        <w:jc w:val="right"/>
      </w:pPr>
      <w:r>
        <w:t>دوسری بات یہ ہے کہ خدا کی جو رحمتیں بھری ہوئی ہیں، تو وہ ایسا نہیں ہے جیسے</w:t>
      </w:r>
    </w:p>
    <w:p>
      <w:r>
        <w:rPr>
          <w:b/>
        </w:rPr>
        <w:t xml:space="preserve">[51:32] </w:t>
      </w:r>
      <w:r>
        <w:t>ke kankar pathar bhare hue dikhai den.</w:t>
      </w:r>
    </w:p>
    <w:p>
      <w:pPr>
        <w:jc w:val="right"/>
      </w:pPr>
      <w:r>
        <w:t>کہ کنکر پتھر بھرے ہوئے دکھائی دیں۔</w:t>
      </w:r>
    </w:p>
    <w:p>
      <w:r>
        <w:rPr>
          <w:b/>
        </w:rPr>
        <w:t xml:space="preserve">[51:38] </w:t>
      </w:r>
      <w:r>
        <w:t>kabhi aisa hota hai ke aap khuda ki rehmat milne wale hote hain, kal chahte hain, aaj aap</w:t>
      </w:r>
    </w:p>
    <w:p>
      <w:pPr>
        <w:jc w:val="right"/>
      </w:pPr>
      <w:r>
        <w:t>کبھی ایسا ہوتا ہے کہ آپ خدا کی رحمت ملنے والے ہوتے ہیں، کل چاہتے ہیں، آج آپ</w:t>
      </w:r>
    </w:p>
    <w:p>
      <w:r>
        <w:rPr>
          <w:b/>
        </w:rPr>
        <w:t xml:space="preserve">[51:43] </w:t>
      </w:r>
      <w:r>
        <w:t>to aap ko mayoos ho jati hai.</w:t>
      </w:r>
    </w:p>
    <w:p>
      <w:pPr>
        <w:jc w:val="right"/>
      </w:pPr>
      <w:r>
        <w:t>تو آپ کو مایوس ہو جاتی ہے۔</w:t>
      </w:r>
    </w:p>
    <w:p>
      <w:r>
        <w:rPr>
          <w:b/>
        </w:rPr>
        <w:t xml:space="preserve">[51:49] </w:t>
      </w:r>
      <w:r>
        <w:t>to yaad rakhiye, khuda ki rehmaten jo hain, kabhi foran ayengi, kabhi der mein ayengi.</w:t>
      </w:r>
    </w:p>
    <w:p>
      <w:pPr>
        <w:jc w:val="right"/>
      </w:pPr>
      <w:r>
        <w:t>تو یاد رکھیے، خدا کی رحمتیں جو ہیں، کبھی فوراً آئیں گی، کبھی دیر میں آئیں گی۔</w:t>
      </w:r>
    </w:p>
    <w:p>
      <w:r>
        <w:rPr>
          <w:b/>
        </w:rPr>
        <w:t xml:space="preserve">[51:54] </w:t>
      </w:r>
      <w:r>
        <w:t>kabhi to aisa hoga ke dunya mein ayengi nahi, akhirat mein milengi.</w:t>
      </w:r>
    </w:p>
    <w:p>
      <w:pPr>
        <w:jc w:val="right"/>
      </w:pPr>
      <w:r>
        <w:t>کبھی تو ایسا ہوگا کہ دنیا میں آئیں گے نہیں، آخرت میں ملیں گی۔</w:t>
      </w:r>
    </w:p>
    <w:p>
      <w:r>
        <w:rPr>
          <w:b/>
        </w:rPr>
        <w:t xml:space="preserve">[52:00] </w:t>
      </w:r>
      <w:r>
        <w:t>to in sab baton ko jo na soche, to woh mayoos ho jayega.</w:t>
      </w:r>
    </w:p>
    <w:p>
      <w:pPr>
        <w:jc w:val="right"/>
      </w:pPr>
      <w:r>
        <w:t>تو ان سب باتوں کو جو نہ سوچے، تو وہ مایوس ہو جائے گا۔</w:t>
      </w:r>
    </w:p>
    <w:p>
      <w:r>
        <w:rPr>
          <w:b/>
        </w:rPr>
        <w:t xml:space="preserve">[52:05] </w:t>
      </w:r>
      <w:r>
        <w:t>to is ka mani hai ke jo aadmi mayoos hota hai, woh allah ki rehmat par shak karta</w:t>
      </w:r>
    </w:p>
    <w:p>
      <w:pPr>
        <w:jc w:val="right"/>
      </w:pPr>
      <w:r>
        <w:t>تو اس کا معنی ہے کہ جو آدمی مایوس ہوتا ہے، وہ اللہ کی رحمت پر شک کرتا</w:t>
      </w:r>
    </w:p>
    <w:p>
      <w:r>
        <w:rPr>
          <w:b/>
        </w:rPr>
        <w:t xml:space="preserve">[52:11] </w:t>
      </w:r>
      <w:r>
        <w:t>hai, allah ki qudrat par shak karta hai.</w:t>
      </w:r>
    </w:p>
    <w:p>
      <w:pPr>
        <w:jc w:val="right"/>
      </w:pPr>
      <w:r>
        <w:t>ہے، اللہ کی قدرت پر شک کرتا ہے۔</w:t>
      </w:r>
    </w:p>
    <w:p>
      <w:r>
        <w:rPr>
          <w:b/>
        </w:rPr>
        <w:t xml:space="preserve">[52:16] </w:t>
      </w:r>
      <w:r>
        <w:t>to zahir hai ke woh jaiz nahi ho sakta, ahista ahista phir jaiz nahi ho sakta.</w:t>
      </w:r>
    </w:p>
    <w:p>
      <w:pPr>
        <w:jc w:val="right"/>
      </w:pPr>
      <w:r>
        <w:t>تو ظاہر ہے کہ وہ جائز نہیں ہو سکتا، آہستہ آہستہ پھر جائز نہیں ہو سکتا۔</w:t>
      </w:r>
    </w:p>
    <w:p>
      <w:r>
        <w:rPr>
          <w:b/>
        </w:rPr>
        <w:t xml:space="preserve">[52:22] </w:t>
      </w:r>
      <w:r>
        <w:t>maulana, agla sawal dilli se kiya hai maulana farad ahmad sahab ne aur unhon ne likha hai: "maulana,</w:t>
      </w:r>
    </w:p>
    <w:p>
      <w:pPr>
        <w:jc w:val="right"/>
      </w:pPr>
      <w:r>
        <w:t>مولانا، اگلا سوال دلی سے کیا ہے مولانا فراد احمد صاحب نے اور انہوں نے لکھا ہے: "مولانا،</w:t>
      </w:r>
    </w:p>
    <w:p>
      <w:r>
        <w:rPr>
          <w:b/>
        </w:rPr>
        <w:t xml:space="preserve">[52:27] </w:t>
      </w:r>
      <w:r>
        <w:t>What is fitnah that the Prophet used to say to keep away from it?</w:t>
      </w:r>
    </w:p>
    <w:p>
      <w:pPr>
        <w:jc w:val="right"/>
      </w:pPr>
      <w:r>
        <w:t>What is fitnah that the Prophet used to say to keep away from it?</w:t>
      </w:r>
    </w:p>
    <w:p>
      <w:r>
        <w:rPr>
          <w:b/>
        </w:rPr>
        <w:t xml:space="preserve">[52:33] </w:t>
      </w:r>
      <w:r>
        <w:t>" dekhen, fitna ke lafzi maani hain azmaish, test.</w:t>
      </w:r>
    </w:p>
    <w:p>
      <w:pPr>
        <w:jc w:val="right"/>
      </w:pPr>
      <w:r>
        <w:t>" دیکھیں، فتنہ کے لفظی معنی ہیں آزمائش، test۔</w:t>
      </w:r>
    </w:p>
    <w:p>
      <w:r>
        <w:rPr>
          <w:b/>
        </w:rPr>
        <w:t xml:space="preserve">[52:39] </w:t>
      </w:r>
      <w:r>
        <w:t>to har cheez dunya mein jo paida ki gayi hai, us mein fitne ka aspect hota hai.</w:t>
      </w:r>
    </w:p>
    <w:p>
      <w:pPr>
        <w:jc w:val="right"/>
      </w:pPr>
      <w:r>
        <w:t>تو ہر چیز دنیا میں جو پیدا کی گئی ہے، اس میں فتنے کا aspect ہوتا ہے۔</w:t>
      </w:r>
    </w:p>
    <w:p>
      <w:r>
        <w:rPr>
          <w:b/>
        </w:rPr>
        <w:t xml:space="preserve">[52:46] </w:t>
      </w:r>
      <w:r>
        <w:t>har cheez, misaal ke tor par, aap ko kamyabi mile, aap ko paisa mile, aap ko building mile,</w:t>
      </w:r>
    </w:p>
    <w:p>
      <w:pPr>
        <w:jc w:val="right"/>
      </w:pPr>
      <w:r>
        <w:t>ہر چیز، مثال کے طور پر، آپ کو کامیابی ملے، آپ کو پیسہ ملے، آپ کو building ملے،</w:t>
      </w:r>
    </w:p>
    <w:p>
      <w:r>
        <w:rPr>
          <w:b/>
        </w:rPr>
        <w:t xml:space="preserve">[52:53] </w:t>
      </w:r>
      <w:r>
        <w:t>woh bhi fitna hai.</w:t>
      </w:r>
    </w:p>
    <w:p>
      <w:pPr>
        <w:jc w:val="right"/>
      </w:pPr>
      <w:r>
        <w:t>وہ بھی فتنہ ہے۔</w:t>
      </w:r>
    </w:p>
    <w:p>
      <w:r>
        <w:rPr>
          <w:b/>
        </w:rPr>
        <w:t xml:space="preserve">[52:59] </w:t>
      </w:r>
      <w:r>
        <w:t>kyun ke woh pa kar ke aap ke andar agar pride aa jaye, fakhar aa jaye, gharoor aa jaye,</w:t>
      </w:r>
    </w:p>
    <w:p>
      <w:pPr>
        <w:jc w:val="right"/>
      </w:pPr>
      <w:r>
        <w:t>کیونکہ وہ پا کر کے آپ کے اندر اگر pride آ جائے، فخر آ جائے، غرور آ جائے،</w:t>
      </w:r>
    </w:p>
    <w:p>
      <w:r>
        <w:rPr>
          <w:b/>
        </w:rPr>
        <w:t xml:space="preserve">[53:06] </w:t>
      </w:r>
      <w:r>
        <w:t>kisi bande ka fitne mein fail ho gaye.</w:t>
      </w:r>
    </w:p>
    <w:p>
      <w:pPr>
        <w:jc w:val="right"/>
      </w:pPr>
      <w:r>
        <w:t>کسی بندے کا فتنے میں fail ہو گئے۔</w:t>
      </w:r>
    </w:p>
    <w:p>
      <w:r>
        <w:rPr>
          <w:b/>
        </w:rPr>
        <w:t xml:space="preserve">[53:13] </w:t>
      </w:r>
      <w:r>
        <w:t>aise hi agar koi musibat pad jaye, aap lagen aag wala karne, mayos ho jayen, to wahan bhi</w:t>
      </w:r>
    </w:p>
    <w:p>
      <w:pPr>
        <w:jc w:val="right"/>
      </w:pPr>
      <w:r>
        <w:t>ایسے ہی اگر کوئی مصیبت پڑ جائے، آپ لگیں آگ والا کرنے، مایوس ہو جائیں، تو وہاں بھی</w:t>
      </w:r>
    </w:p>
    <w:p>
      <w:r>
        <w:rPr>
          <w:b/>
        </w:rPr>
        <w:t xml:space="preserve">[53:19] </w:t>
      </w:r>
      <w:r>
        <w:t>fail ho gaye.</w:t>
      </w:r>
    </w:p>
    <w:p>
      <w:pPr>
        <w:jc w:val="right"/>
      </w:pPr>
      <w:r>
        <w:t>fail ہو گئے۔</w:t>
      </w:r>
    </w:p>
    <w:p>
      <w:r>
        <w:rPr>
          <w:b/>
        </w:rPr>
        <w:t xml:space="preserve">[53:26] </w:t>
      </w:r>
      <w:r>
        <w:t>kyunke aap ko dua karna chahiye tha, Allah se umeed rakhna chahiye thi, ke aaj nahi to kal</w:t>
      </w:r>
    </w:p>
    <w:p>
      <w:pPr>
        <w:jc w:val="right"/>
      </w:pPr>
      <w:r>
        <w:t>کیونکہ آپ کو دعا کرنا چاہیے تھا، اللہ سے امید رکھنا چاہیے تھی، کہ آج نہیں تو کل</w:t>
      </w:r>
    </w:p>
    <w:p>
      <w:r>
        <w:rPr>
          <w:b/>
        </w:rPr>
        <w:t xml:space="preserve">[53:33] </w:t>
      </w:r>
      <w:r>
        <w:t>Allah meri madad farmayega.</w:t>
      </w:r>
    </w:p>
    <w:p>
      <w:pPr>
        <w:jc w:val="right"/>
      </w:pPr>
      <w:r>
        <w:t>اللہ میری مدد فرمائے گا۔</w:t>
      </w:r>
    </w:p>
    <w:p>
      <w:r>
        <w:rPr>
          <w:b/>
        </w:rPr>
        <w:t xml:space="preserve">[53:40] </w:t>
      </w:r>
      <w:r>
        <w:t>to har cheez fitna hai, chahe aap kamyabi ho ya nakami, milna ho ya khona.</w:t>
      </w:r>
    </w:p>
    <w:p>
      <w:pPr>
        <w:jc w:val="right"/>
      </w:pPr>
      <w:r>
        <w:t>تو ہر چیز فتنہ ہے، چاہے آپ کامیابی ہو یا ناکامی، ملنا ہو یا کھونا۔</w:t>
      </w:r>
    </w:p>
    <w:p>
      <w:r>
        <w:rPr>
          <w:b/>
        </w:rPr>
        <w:t xml:space="preserve">[53:46] </w:t>
      </w:r>
      <w:r>
        <w:t>kyunke is mein jo response hai, wahi response batata hai ke aap ne fitne par aap thehre ke nahi thehre.</w:t>
      </w:r>
    </w:p>
    <w:p>
      <w:pPr>
        <w:jc w:val="right"/>
      </w:pPr>
      <w:r>
        <w:t>کیونکہ اس میں جو response ہے، وہی response بتاتا ہے کہ آپ نے فتنے پر آپ ٹھہرے کہ نہیں ٹھہرے۔</w:t>
      </w:r>
    </w:p>
    <w:p>
      <w:r>
        <w:rPr>
          <w:b/>
        </w:rPr>
        <w:t xml:space="preserve">[53:53] </w:t>
      </w:r>
      <w:r>
        <w:t>jab bhi koi waqea ho, to us waqt aap ka response kya ho, us par depend karta hai.</w:t>
      </w:r>
    </w:p>
    <w:p>
      <w:pPr>
        <w:jc w:val="right"/>
      </w:pPr>
      <w:r>
        <w:t>جب بھی کوئی واقعہ ہو، تو اس وقت آپ کا response کیا ہو، اس پر depend کرتا ہے۔</w:t>
      </w:r>
    </w:p>
    <w:p>
      <w:r>
        <w:rPr>
          <w:b/>
        </w:rPr>
        <w:t xml:space="preserve">[54:00] </w:t>
      </w:r>
      <w:r>
        <w:t>response agar positive ho to aap fitne mein poore utre, response agar negative ho to aap fitne mein</w:t>
      </w:r>
    </w:p>
    <w:p>
      <w:pPr>
        <w:jc w:val="right"/>
      </w:pPr>
      <w:r>
        <w:t>Response اگر positive ہو تو آپ فتنے میں پورے اترے، response اگر negative ہو تو آپ فتنے میں</w:t>
      </w:r>
    </w:p>
    <w:p>
      <w:r>
        <w:rPr>
          <w:b/>
        </w:rPr>
        <w:t xml:space="preserve">[54:06] </w:t>
      </w:r>
      <w:r>
        <w:t>poore nahi, azmaish mein poore nahi utre.</w:t>
      </w:r>
    </w:p>
    <w:p>
      <w:pPr>
        <w:jc w:val="right"/>
      </w:pPr>
      <w:r>
        <w:t>پورے نہیں، آزمائش میں پورے نہیں اترے۔</w:t>
      </w:r>
    </w:p>
    <w:p>
      <w:r>
        <w:rPr>
          <w:b/>
        </w:rPr>
        <w:t xml:space="preserve">[54:13] </w:t>
      </w:r>
      <w:r>
        <w:t>Everything depends upon response.</w:t>
      </w:r>
    </w:p>
    <w:p>
      <w:pPr>
        <w:jc w:val="right"/>
      </w:pPr>
      <w:r>
        <w:t>Everything depends upon response.</w:t>
      </w:r>
    </w:p>
    <w:p>
      <w:r>
        <w:rPr>
          <w:b/>
        </w:rPr>
        <w:t xml:space="preserve">[54:20] </w:t>
      </w:r>
      <w:r>
        <w:t>Maulana, agla sawal Dilli se hai Miss Naghma Siddiqui ka aur unhon ne likha hai: "Contemplation requires a focused mind.</w:t>
      </w:r>
    </w:p>
    <w:p>
      <w:pPr>
        <w:jc w:val="right"/>
      </w:pPr>
      <w:r>
        <w:t>مولانا، اگلا سوال دلی سے ہے مس نغمہ صدیقی کا اور انہوں نے لکھا ہے: "Contemplation requires a focused mind.</w:t>
      </w:r>
    </w:p>
    <w:p>
      <w:r>
        <w:rPr>
          <w:b/>
        </w:rPr>
        <w:t xml:space="preserve">[54:27] </w:t>
      </w:r>
      <w:r>
        <w:t>How can we stay away from distraction to get a focused mind?"</w:t>
      </w:r>
    </w:p>
    <w:p>
      <w:pPr>
        <w:jc w:val="right"/>
      </w:pPr>
      <w:r>
        <w:t>How can we stay away from distraction to get a focused mind?</w:t>
      </w:r>
    </w:p>
    <w:p>
      <w:r>
        <w:rPr>
          <w:b/>
        </w:rPr>
        <w:t xml:space="preserve">[54:31] </w:t>
      </w:r>
      <w:r>
        <w:t>"dekhen, main samajhta hoon ke har aadmi kisi ek cheez par focus kiya rehta hai.</w:t>
      </w:r>
    </w:p>
    <w:p>
      <w:pPr>
        <w:jc w:val="right"/>
      </w:pPr>
      <w:r>
        <w:t>" دیکھیں، میں سمجھتا ہوں کہ ہر آدمی کسی ایک چیز پر focus کیا رہتا ہے۔</w:t>
      </w:r>
    </w:p>
    <w:p>
      <w:r>
        <w:rPr>
          <w:b/>
        </w:rPr>
        <w:t xml:space="preserve">[54:35] </w:t>
      </w:r>
      <w:r>
        <w:t>baghair focus ke koi jeeta nahi.</w:t>
      </w:r>
    </w:p>
    <w:p>
      <w:pPr>
        <w:jc w:val="right"/>
      </w:pPr>
      <w:r>
        <w:t>بغیر focus کے کوئی جیتا نہیں۔</w:t>
      </w:r>
    </w:p>
    <w:p>
      <w:r>
        <w:rPr>
          <w:b/>
        </w:rPr>
        <w:t xml:space="preserve">[54:40] </w:t>
      </w:r>
      <w:r>
        <w:t>sirf yeh hai ke aap focus kisi ka hota hai akhirat par, kisi ka hota hai dunya par.</w:t>
      </w:r>
    </w:p>
    <w:p>
      <w:pPr>
        <w:jc w:val="right"/>
      </w:pPr>
      <w:r>
        <w:t>صرف یہ ہے کہ آپ focus کسی کا ہوتا ہے آخرت پر، کسی کا ہوتا ہے دنیا پر۔</w:t>
      </w:r>
    </w:p>
    <w:p>
      <w:r>
        <w:rPr>
          <w:b/>
        </w:rPr>
        <w:t xml:space="preserve">[54:44] </w:t>
      </w:r>
      <w:r>
        <w:t>misalan, ek shakhs ne mujhe bataya ke mere inke bhai rehte hain bahar Europe mein, kisi mulk</w:t>
      </w:r>
    </w:p>
    <w:p>
      <w:pPr>
        <w:jc w:val="right"/>
      </w:pPr>
      <w:r>
        <w:t>مثلاً، ایک شخص نے مجھے بتایا کہ میرے ان کے بھائی رہتے ہیں باہر یورپ میں، کسی ملک</w:t>
      </w:r>
    </w:p>
    <w:p>
      <w:r>
        <w:rPr>
          <w:b/>
        </w:rPr>
        <w:t xml:space="preserve">[54:49] </w:t>
      </w:r>
      <w:r>
        <w:t>mein ya America mein kahin.</w:t>
      </w:r>
    </w:p>
    <w:p>
      <w:pPr>
        <w:jc w:val="right"/>
      </w:pPr>
      <w:r>
        <w:t>میں یا امریکہ میں کہیں۔</w:t>
      </w:r>
    </w:p>
    <w:p>
      <w:r>
        <w:rPr>
          <w:b/>
        </w:rPr>
        <w:t xml:space="preserve">[54:53] </w:t>
      </w:r>
      <w:r>
        <w:t>to unhon ne kaha unki ek bachi paida hui, beti.</w:t>
      </w:r>
    </w:p>
    <w:p>
      <w:pPr>
        <w:jc w:val="right"/>
      </w:pPr>
      <w:r>
        <w:t>تو انہوں نے کہا ان کی ایک بچی پیدا ہوئی، بیٹی۔</w:t>
      </w:r>
    </w:p>
    <w:p>
      <w:r>
        <w:rPr>
          <w:b/>
        </w:rPr>
        <w:t xml:space="preserve">[54:58] </w:t>
      </w:r>
      <w:r>
        <w:t>to bas usi ko le ke khelte rehte hain.</w:t>
      </w:r>
    </w:p>
    <w:p>
      <w:pPr>
        <w:jc w:val="right"/>
      </w:pPr>
      <w:r>
        <w:t>تو بس اسی کو لے کے کھیلتے رہتے ہیں۔</w:t>
      </w:r>
    </w:p>
    <w:p>
      <w:r>
        <w:rPr>
          <w:b/>
        </w:rPr>
        <w:t xml:space="preserve">[55:02] </w:t>
      </w:r>
      <w:r>
        <w:t>to unhon ne kaha ke woh office mein kaam karte hain.</w:t>
      </w:r>
    </w:p>
    <w:p>
      <w:pPr>
        <w:jc w:val="right"/>
      </w:pPr>
      <w:r>
        <w:t>تو انہوں نے کہا کہ وہ آفس میں کام کرتے ہیں۔</w:t>
      </w:r>
    </w:p>
    <w:p>
      <w:r>
        <w:rPr>
          <w:b/>
        </w:rPr>
        <w:t xml:space="preserve">[55:07] </w:t>
      </w:r>
      <w:r>
        <w:t>to office mein jab aate hain to sab se pehle is bachi ko utha lete hain, use pyar</w:t>
      </w:r>
    </w:p>
    <w:p>
      <w:pPr>
        <w:jc w:val="right"/>
      </w:pPr>
      <w:r>
        <w:t>تو آفس میں جب آتے ہیں تو سب سے پہلے اس بچی کو اٹھا لیتے ہیں، اسے پیار</w:t>
      </w:r>
    </w:p>
    <w:p>
      <w:r>
        <w:rPr>
          <w:b/>
        </w:rPr>
        <w:t xml:space="preserve">[55:11] </w:t>
      </w:r>
      <w:r>
        <w:t>karte hain, use god mein lete hain.</w:t>
      </w:r>
    </w:p>
    <w:p>
      <w:pPr>
        <w:jc w:val="right"/>
      </w:pPr>
      <w:r>
        <w:t>کرتے ہیں، اسے گود میں لیتے ہیں۔</w:t>
      </w:r>
    </w:p>
    <w:p>
      <w:r>
        <w:rPr>
          <w:b/>
        </w:rPr>
        <w:t xml:space="preserve">[55:16] </w:t>
      </w:r>
      <w:r>
        <w:t>to kaha office mein tab bhi focus bachi par hai.</w:t>
      </w:r>
    </w:p>
    <w:p>
      <w:pPr>
        <w:jc w:val="right"/>
      </w:pPr>
      <w:r>
        <w:t>تو کہا آفس میں تب بھی focus بچی پر ہے۔</w:t>
      </w:r>
    </w:p>
    <w:p>
      <w:r>
        <w:rPr>
          <w:b/>
        </w:rPr>
        <w:t xml:space="preserve">[55:20] </w:t>
      </w:r>
      <w:r>
        <w:t>usi ko yaad kiye hue hain.</w:t>
      </w:r>
    </w:p>
    <w:p>
      <w:pPr>
        <w:jc w:val="right"/>
      </w:pPr>
      <w:r>
        <w:t>اسی کو یاد کیے ہوئے ہیں۔</w:t>
      </w:r>
    </w:p>
    <w:p>
      <w:r>
        <w:rPr>
          <w:b/>
        </w:rPr>
        <w:t xml:space="preserve">[55:25] </w:t>
      </w:r>
      <w:r>
        <w:t>to har aadmi ka focus hota hai kisi na kisi cheez par.</w:t>
      </w:r>
    </w:p>
    <w:p>
      <w:pPr>
        <w:jc w:val="right"/>
      </w:pPr>
      <w:r>
        <w:t>تو ہر آدمی کا focus ہوتا ہے کسی نہ کسی چیز پر۔</w:t>
      </w:r>
    </w:p>
    <w:p>
      <w:r>
        <w:rPr>
          <w:b/>
        </w:rPr>
        <w:t xml:space="preserve">[55:29] </w:t>
      </w:r>
      <w:r>
        <w:t>bghair focus ke koi jeeta nahi hai dunya mein.</w:t>
      </w:r>
    </w:p>
    <w:p>
      <w:pPr>
        <w:jc w:val="right"/>
      </w:pPr>
      <w:r>
        <w:t>بغیر focus کے کوئی جیتا نہیں ہے دنیا میں۔</w:t>
      </w:r>
    </w:p>
    <w:p>
      <w:r>
        <w:rPr>
          <w:b/>
        </w:rPr>
        <w:t xml:space="preserve">[55:34] </w:t>
      </w:r>
      <w:r>
        <w:t>hata ke jo ghalat log hain, un ka bhi focus koi hai.</w:t>
      </w:r>
    </w:p>
    <w:p>
      <w:pPr>
        <w:jc w:val="right"/>
      </w:pPr>
      <w:r>
        <w:t>حتیٰ کہ جو غلط لوگ ہیں، ان کا بھی focus کوئی ہے۔</w:t>
      </w:r>
    </w:p>
    <w:p>
      <w:r>
        <w:rPr>
          <w:b/>
        </w:rPr>
        <w:t xml:space="preserve">[55:38] </w:t>
      </w:r>
      <w:r>
        <w:t>koi ghalat cheez un ka focus bani hui hai.</w:t>
      </w:r>
    </w:p>
    <w:p>
      <w:pPr>
        <w:jc w:val="right"/>
      </w:pPr>
      <w:r>
        <w:t>کوئی غلط چیز ان کا focus بنی ہوئی ہے۔</w:t>
      </w:r>
    </w:p>
    <w:p>
      <w:r>
        <w:rPr>
          <w:b/>
        </w:rPr>
        <w:t xml:space="preserve">[55:43] </w:t>
      </w:r>
      <w:r>
        <w:t>to focus to rehta hi rehta hai.</w:t>
      </w:r>
    </w:p>
    <w:p>
      <w:pPr>
        <w:jc w:val="right"/>
      </w:pPr>
      <w:r>
        <w:t>تو focus تو رہتا ہی رہتا ہے۔</w:t>
      </w:r>
    </w:p>
    <w:p>
      <w:r>
        <w:rPr>
          <w:b/>
        </w:rPr>
        <w:t xml:space="preserve">[55:47] </w:t>
      </w:r>
      <w:r>
        <w:t>ab cheez yeh hai ke focus sahi ho, Allah par ho, jannat par ho, aakhirat par ho.</w:t>
      </w:r>
    </w:p>
    <w:p>
      <w:pPr>
        <w:jc w:val="right"/>
      </w:pPr>
      <w:r>
        <w:t>اب چیز یہ ہے کہ focus صحیح ہو، اللہ پر ہو، جنت پر ہو، آخرت پر ہو۔</w:t>
      </w:r>
    </w:p>
    <w:p>
      <w:r>
        <w:rPr>
          <w:b/>
        </w:rPr>
        <w:t xml:space="preserve">[55:52] </w:t>
      </w:r>
      <w:r>
        <w:t>to yeh cheez aaye gi soch se.</w:t>
      </w:r>
    </w:p>
    <w:p>
      <w:pPr>
        <w:jc w:val="right"/>
      </w:pPr>
      <w:r>
        <w:t>تو یہ چیز آئے گی سوچ سے۔</w:t>
      </w:r>
    </w:p>
    <w:p>
      <w:r>
        <w:rPr>
          <w:b/>
        </w:rPr>
        <w:t xml:space="preserve">[55:56] </w:t>
      </w:r>
      <w:r>
        <w:t>jitna sochen ge, utni focus ka correction hoga.</w:t>
      </w:r>
    </w:p>
    <w:p>
      <w:pPr>
        <w:jc w:val="right"/>
      </w:pPr>
      <w:r>
        <w:t>جتنا سوچیں گے، اتنی focus کا correction ہوگا۔</w:t>
      </w:r>
    </w:p>
    <w:p>
      <w:r>
        <w:rPr>
          <w:b/>
        </w:rPr>
        <w:t xml:space="preserve">[56:01] </w:t>
      </w:r>
      <w:r>
        <w:t>to focused mind to by nature har ek ka hota hi hota hai.</w:t>
      </w:r>
    </w:p>
    <w:p>
      <w:pPr>
        <w:jc w:val="right"/>
      </w:pPr>
      <w:r>
        <w:t>تو focused mind تو by nature ہر ایک کا ہوتا ہی ہوتا ہے۔</w:t>
      </w:r>
    </w:p>
    <w:p>
      <w:r>
        <w:rPr>
          <w:b/>
        </w:rPr>
        <w:t xml:space="preserve">[56:05] </w:t>
      </w:r>
      <w:r>
        <w:t>sirf masla hai correction ka.</w:t>
      </w:r>
    </w:p>
    <w:p>
      <w:pPr>
        <w:jc w:val="right"/>
      </w:pPr>
      <w:r>
        <w:t>صرف مسئلہ ہے correction کا۔</w:t>
      </w:r>
    </w:p>
    <w:p>
      <w:r>
        <w:rPr>
          <w:b/>
        </w:rPr>
        <w:t xml:space="preserve">[56:10] </w:t>
      </w:r>
      <w:r>
        <w:t>apne focus ko aap sahi karen.</w:t>
      </w:r>
    </w:p>
    <w:p>
      <w:pPr>
        <w:jc w:val="right"/>
      </w:pPr>
      <w:r>
        <w:t>اپنے focus کو آپ صحیح کریں۔</w:t>
      </w:r>
    </w:p>
    <w:p>
      <w:r>
        <w:rPr>
          <w:b/>
        </w:rPr>
        <w:t xml:space="preserve">[56:14] </w:t>
      </w:r>
      <w:r>
        <w:t>to mein samajhta hoon ke study karna, ghore o fikr karna, duaen mangna, yahi is ka zariya hai.</w:t>
      </w:r>
    </w:p>
    <w:p>
      <w:pPr>
        <w:jc w:val="right"/>
      </w:pPr>
      <w:r>
        <w:t>تو میں سمجھتا ہوں کہ study کرنا، غور و فکر کرنا، دعائیں مانگنا، یہی اس کا ذریعہ ہے۔</w:t>
      </w:r>
    </w:p>
    <w:p>
      <w:r>
        <w:rPr>
          <w:b/>
        </w:rPr>
        <w:t xml:space="preserve">[56:19] </w:t>
      </w:r>
      <w:r>
        <w:t>jisko jo chahta ho ke mera focus sahi ho, to yahi rasta hai is ke liye.</w:t>
      </w:r>
    </w:p>
    <w:p>
      <w:pPr>
        <w:jc w:val="right"/>
      </w:pPr>
      <w:r>
        <w:t>جس کو جو چاہتا ہو کہ میرا focus صحیح ہو، تو یہی راستہ ہے اس کے لئے۔</w:t>
      </w:r>
    </w:p>
    <w:p>
      <w:r>
        <w:rPr>
          <w:b/>
        </w:rPr>
        <w:t xml:space="preserve">[56:23] </w:t>
      </w:r>
      <w:r>
        <w:t>aur koi rasta to hai nahi.</w:t>
      </w:r>
    </w:p>
    <w:p>
      <w:pPr>
        <w:jc w:val="right"/>
      </w:pPr>
      <w:r>
        <w:t>اور کوئی راستہ تو ہے نہیں۔</w:t>
      </w:r>
    </w:p>
    <w:p>
      <w:r>
        <w:rPr>
          <w:b/>
        </w:rPr>
        <w:t xml:space="preserve">[56:28] </w:t>
      </w:r>
      <w:r>
        <w:t>maulana, agla sawal mehtab sahib ne poocha hai aap se dhampur se.</w:t>
      </w:r>
    </w:p>
    <w:p>
      <w:pPr>
        <w:jc w:val="right"/>
      </w:pPr>
      <w:r>
        <w:t>مولانا، اگلا سوال مہتاب صاحب نے پوچھا ہے آپ سے دھامپور سے۔</w:t>
      </w:r>
    </w:p>
    <w:p>
      <w:r>
        <w:rPr>
          <w:b/>
        </w:rPr>
        <w:t xml:space="preserve">[56:32] </w:t>
      </w:r>
      <w:r>
        <w:t>unhon ne likha hai ke maulana sahib, kya ek aam aadmi bhi quran se wahi guidance pa sakta</w:t>
      </w:r>
    </w:p>
    <w:p>
      <w:pPr>
        <w:jc w:val="right"/>
      </w:pPr>
      <w:r>
        <w:t>انہوں نے لکھا ہے کہ مولانا صاحب، کیا ایک عام آدمی بھی قرآن سے وہی guidance پا سکتا</w:t>
      </w:r>
    </w:p>
    <w:p>
      <w:r>
        <w:rPr>
          <w:b/>
        </w:rPr>
        <w:t xml:space="preserve">[56:37] </w:t>
      </w:r>
      <w:r>
        <w:t>hai jaisa ke ek aalim? is ke bare mein bataen.</w:t>
      </w:r>
    </w:p>
    <w:p>
      <w:pPr>
        <w:jc w:val="right"/>
      </w:pPr>
      <w:r>
        <w:t>ہے جیسا کہ ایک عالم؟ اس کے بارے میں بتائیں۔</w:t>
      </w:r>
    </w:p>
    <w:p>
      <w:r>
        <w:rPr>
          <w:b/>
        </w:rPr>
        <w:t xml:space="preserve">[56:41] </w:t>
      </w:r>
      <w:r>
        <w:t>mein to samajhta hoon ke yaqeenan.</w:t>
      </w:r>
    </w:p>
    <w:p>
      <w:pPr>
        <w:jc w:val="right"/>
      </w:pPr>
      <w:r>
        <w:t>میں تو سمجھتا ہوں کہ یقیناً۔</w:t>
      </w:r>
    </w:p>
    <w:p>
      <w:r>
        <w:rPr>
          <w:b/>
        </w:rPr>
        <w:t xml:space="preserve">[56:45] </w:t>
      </w:r>
      <w:r>
        <w:t>kyun ke sahaba jo the, woh aaj ke waqt tak koi aalim nahi tha.</w:t>
      </w:r>
    </w:p>
    <w:p>
      <w:pPr>
        <w:jc w:val="right"/>
      </w:pPr>
      <w:r>
        <w:t>کیونکہ صحابہ جو تھے، وہ آج کے وقت تک کوئی عالم نہیں تھا۔</w:t>
      </w:r>
    </w:p>
    <w:p>
      <w:r>
        <w:rPr>
          <w:b/>
        </w:rPr>
        <w:t xml:space="preserve">[56:50] </w:t>
      </w:r>
      <w:r>
        <w:t>koi kisi madarse ki sanad kisi ke paas nahi thi.</w:t>
      </w:r>
    </w:p>
    <w:p>
      <w:pPr>
        <w:jc w:val="right"/>
      </w:pPr>
      <w:r>
        <w:t>کوئی کسی مدرسے کی سند کسی کے پاس نہیں تھی۔</w:t>
      </w:r>
    </w:p>
    <w:p>
      <w:r>
        <w:rPr>
          <w:b/>
        </w:rPr>
        <w:t xml:space="preserve">[56:54] </w:t>
      </w:r>
      <w:r>
        <w:t>hata ke is zamane mein reading ka riwaj bhi nahi tha.</w:t>
      </w:r>
    </w:p>
    <w:p>
      <w:pPr>
        <w:jc w:val="right"/>
      </w:pPr>
      <w:r>
        <w:t>حتیٰ کہ اس زمانے میں reading کا رواج بھی نہیں تھا۔</w:t>
      </w:r>
    </w:p>
    <w:p>
      <w:r>
        <w:rPr>
          <w:b/>
        </w:rPr>
        <w:t xml:space="preserve">[56:59] </w:t>
      </w:r>
      <w:r>
        <w:t>kitaben nahi hua karti theen is zamane mein.</w:t>
      </w:r>
    </w:p>
    <w:p>
      <w:pPr>
        <w:jc w:val="right"/>
      </w:pPr>
      <w:r>
        <w:t>کتابیں نہیں ہوا کرتی تھیں اس زمانے میں۔</w:t>
      </w:r>
    </w:p>
    <w:p>
      <w:r>
        <w:rPr>
          <w:b/>
        </w:rPr>
        <w:t xml:space="preserve">[57:03] </w:t>
      </w:r>
      <w:r>
        <w:t>printing press to bohat baad ko aaya hai.</w:t>
      </w:r>
    </w:p>
    <w:p>
      <w:pPr>
        <w:jc w:val="right"/>
      </w:pPr>
      <w:r>
        <w:t>Printing press تو بہت بعد کو آیا ہے۔</w:t>
      </w:r>
    </w:p>
    <w:p>
      <w:r>
        <w:rPr>
          <w:b/>
        </w:rPr>
        <w:t xml:space="preserve">[57:08] </w:t>
      </w:r>
      <w:r>
        <w:t>aur tab kitaben chhapi hain.</w:t>
      </w:r>
    </w:p>
    <w:p>
      <w:pPr>
        <w:jc w:val="right"/>
      </w:pPr>
      <w:r>
        <w:t>اور تب کتابیں چھپی ہیں۔</w:t>
      </w:r>
    </w:p>
    <w:p>
      <w:r>
        <w:rPr>
          <w:b/>
        </w:rPr>
        <w:t xml:space="preserve">[57:12] </w:t>
      </w:r>
      <w:r>
        <w:t>to sahaba to sar to un ke zamane mein aaj kal ke tareeqe se koi bhi sahib aalim nahi tha.</w:t>
      </w:r>
    </w:p>
    <w:p>
      <w:pPr>
        <w:jc w:val="right"/>
      </w:pPr>
      <w:r>
        <w:t>تو صحابہ تو سر تو ان کے زمانے میں آج کل کے طریقے سے کوئی بھی صاحب عالم نہیں تھا۔</w:t>
      </w:r>
    </w:p>
    <w:p>
      <w:r>
        <w:rPr>
          <w:b/>
        </w:rPr>
        <w:t xml:space="preserve">[57:17] </w:t>
      </w:r>
      <w:r>
        <w:t>lekin un ko quran ke mani woh samajhte the.</w:t>
      </w:r>
    </w:p>
    <w:p>
      <w:pPr>
        <w:jc w:val="right"/>
      </w:pPr>
      <w:r>
        <w:t>لیکن ان کو قرآن کے معنی وہ سمجھتے تھے۔</w:t>
      </w:r>
    </w:p>
    <w:p>
      <w:r>
        <w:rPr>
          <w:b/>
        </w:rPr>
        <w:t xml:space="preserve">[57:21] </w:t>
      </w:r>
      <w:r>
        <w:t>kyunke ghaur karte thay.</w:t>
      </w:r>
    </w:p>
    <w:p>
      <w:pPr>
        <w:jc w:val="right"/>
      </w:pPr>
      <w:r>
        <w:t>کیونکہ غور کرتے تھے۔</w:t>
      </w:r>
    </w:p>
    <w:p>
      <w:r>
        <w:rPr>
          <w:b/>
        </w:rPr>
        <w:t xml:space="preserve">[57:26] </w:t>
      </w:r>
      <w:r>
        <w:t>to dekhen, quran ke gehre mani ko janne ke liye.</w:t>
      </w:r>
    </w:p>
    <w:p>
      <w:pPr>
        <w:jc w:val="right"/>
      </w:pPr>
      <w:r>
        <w:t>تو دیکھیں، قرآن کے گہرے معنی کو جاننے کے لئے۔</w:t>
      </w:r>
    </w:p>
    <w:p>
      <w:r>
        <w:rPr>
          <w:b/>
        </w:rPr>
        <w:t xml:space="preserve">[57:30] </w:t>
      </w:r>
      <w:r>
        <w:t>yeh nahi ke woh aadmi sar daryafta ho. har giz nahi.</w:t>
      </w:r>
    </w:p>
    <w:p>
      <w:pPr>
        <w:jc w:val="right"/>
      </w:pPr>
      <w:r>
        <w:t>یہ نہیں کہ وہ آدمی سر دریافتہ ہو۔ ہرگز نہیں۔</w:t>
      </w:r>
    </w:p>
    <w:p>
      <w:r>
        <w:rPr>
          <w:b/>
        </w:rPr>
        <w:t xml:space="preserve">[57:35] </w:t>
      </w:r>
      <w:r>
        <w:t>is ke andar soch ka maada ho.</w:t>
      </w:r>
    </w:p>
    <w:p>
      <w:pPr>
        <w:jc w:val="right"/>
      </w:pPr>
      <w:r>
        <w:t>اس کے اندر سوچ کا مادہ ہو۔</w:t>
      </w:r>
    </w:p>
    <w:p>
      <w:r>
        <w:rPr>
          <w:b/>
        </w:rPr>
        <w:t xml:space="preserve">[57:39] </w:t>
      </w:r>
      <w:r>
        <w:t>Contemplation ka maada ho.</w:t>
      </w:r>
    </w:p>
    <w:p>
      <w:pPr>
        <w:jc w:val="right"/>
      </w:pPr>
      <w:r>
        <w:t>Contemplation کا مادہ ہو۔</w:t>
      </w:r>
    </w:p>
    <w:p>
      <w:r>
        <w:rPr>
          <w:b/>
        </w:rPr>
        <w:t xml:space="preserve">[57:44] </w:t>
      </w:r>
      <w:r>
        <w:t>tadabbur ka maada ho.</w:t>
      </w:r>
    </w:p>
    <w:p>
      <w:pPr>
        <w:jc w:val="right"/>
      </w:pPr>
      <w:r>
        <w:t>تدبر کا مادہ ہو۔</w:t>
      </w:r>
    </w:p>
    <w:p>
      <w:r>
        <w:rPr>
          <w:b/>
        </w:rPr>
        <w:t xml:space="preserve">[57:48] </w:t>
      </w:r>
      <w:r>
        <w:t>jis ke andar tadabbur hoga, woh zaroor quran ke gehre mani tak pahunch jayega.</w:t>
      </w:r>
    </w:p>
    <w:p>
      <w:pPr>
        <w:jc w:val="right"/>
      </w:pPr>
      <w:r>
        <w:t>جس کے اندر تدبر ہوگا، وہ ضرور قرآن کے گہرے معنی تک پہنچ جائے گا۔</w:t>
      </w:r>
    </w:p>
    <w:p>
      <w:r>
        <w:rPr>
          <w:b/>
        </w:rPr>
        <w:t xml:space="preserve">[57:53] </w:t>
      </w:r>
      <w:r>
        <w:t>maulana, agla sawal lene se pehle hum teen comments parhna chahenge.</w:t>
      </w:r>
    </w:p>
    <w:p>
      <w:pPr>
        <w:jc w:val="right"/>
      </w:pPr>
      <w:r>
        <w:t>مولانا، اگلا سوال لینے سے پہلے ہم تین کمنٹس پڑھنا چاہیں گے۔</w:t>
      </w:r>
    </w:p>
    <w:p>
      <w:r>
        <w:rPr>
          <w:b/>
        </w:rPr>
        <w:t xml:space="preserve">[57:57] </w:t>
      </w:r>
      <w:r>
        <w:t>jo barah saal ki jo bachiyan hain, unhon ne bheja hai maulana.</w:t>
      </w:r>
    </w:p>
    <w:p>
      <w:pPr>
        <w:jc w:val="right"/>
      </w:pPr>
      <w:r>
        <w:t>جو بارہ سال کی جو بچیاں ہیں، انہوں نے بھیجا ہے مولانا۔</w:t>
      </w:r>
    </w:p>
    <w:p>
      <w:r>
        <w:rPr>
          <w:b/>
        </w:rPr>
        <w:t xml:space="preserve">[58:02] </w:t>
      </w:r>
      <w:r>
        <w:t>Maryland, USA se.</w:t>
      </w:r>
    </w:p>
    <w:p>
      <w:pPr>
        <w:jc w:val="right"/>
      </w:pPr>
      <w:r>
        <w:t>میری لینڈ، یو ایس اے سے۔</w:t>
      </w:r>
    </w:p>
    <w:p>
      <w:r>
        <w:rPr>
          <w:b/>
        </w:rPr>
        <w:t xml:space="preserve">[58:06] </w:t>
      </w:r>
      <w:r>
        <w:t>aur un ko Miss Gulziba Ahmed jo hain, woh class karti hain in ki.</w:t>
      </w:r>
    </w:p>
    <w:p>
      <w:pPr>
        <w:jc w:val="right"/>
      </w:pPr>
      <w:r>
        <w:t>اور ان کو مس گلزیبہ احمد جو ہیں، وہ کلاس کرتی ہیں ان کی۔</w:t>
      </w:r>
    </w:p>
    <w:p>
      <w:r>
        <w:rPr>
          <w:b/>
        </w:rPr>
        <w:t xml:space="preserve">[58:11] </w:t>
      </w:r>
      <w:r>
        <w:t>to in teenon ladkiyon ne Spirit of Islam ke upar apne comments bheje hain.</w:t>
      </w:r>
    </w:p>
    <w:p>
      <w:pPr>
        <w:jc w:val="right"/>
      </w:pPr>
      <w:r>
        <w:t>تو ان تینوں لڑکیوں نے Spirit of Islam کے اوپر اپنے کمنٹس بھیجے ہیں۔</w:t>
      </w:r>
    </w:p>
    <w:p>
      <w:r>
        <w:rPr>
          <w:b/>
        </w:rPr>
        <w:t xml:space="preserve">[58:15] </w:t>
      </w:r>
      <w:r>
        <w:t>jo hum parhna chahenge.</w:t>
      </w:r>
    </w:p>
    <w:p>
      <w:pPr>
        <w:jc w:val="right"/>
      </w:pPr>
      <w:r>
        <w:t>جو ہم پڑھنا چاہیں گے۔</w:t>
      </w:r>
    </w:p>
    <w:p>
      <w:r>
        <w:rPr>
          <w:b/>
        </w:rPr>
        <w:t xml:space="preserve">[58:20] </w:t>
      </w:r>
      <w:r>
        <w:t>The first comment is by Miss Wania Khan and she has written: "There are many lessons in the</w:t>
      </w:r>
    </w:p>
    <w:p>
      <w:pPr>
        <w:jc w:val="right"/>
      </w:pPr>
      <w:r>
        <w:t>The first comment is by Miss Wania Khan and she has written: "There are many lessons in the</w:t>
      </w:r>
    </w:p>
    <w:p>
      <w:r>
        <w:rPr>
          <w:b/>
        </w:rPr>
        <w:t xml:space="preserve">[58:24] </w:t>
      </w:r>
      <w:r>
        <w:t>Spirit of Islam that have benefited me.</w:t>
      </w:r>
    </w:p>
    <w:p>
      <w:pPr>
        <w:jc w:val="right"/>
      </w:pPr>
      <w:r>
        <w:t>Spirit of Islam that have benefited me.</w:t>
      </w:r>
    </w:p>
    <w:p>
      <w:r>
        <w:rPr>
          <w:b/>
        </w:rPr>
        <w:t xml:space="preserve">[58:29] </w:t>
      </w:r>
      <w:r>
        <w:t>I have learned to be honest, not to deny the truth, respect elders, and treat others equally.</w:t>
      </w:r>
    </w:p>
    <w:p>
      <w:pPr>
        <w:jc w:val="right"/>
      </w:pPr>
      <w:r>
        <w:t>I have learned to be honest, not to deny the truth, respect elders, and treat others equally.</w:t>
      </w:r>
    </w:p>
    <w:p>
      <w:r>
        <w:rPr>
          <w:b/>
        </w:rPr>
        <w:t xml:space="preserve">[58:33] </w:t>
      </w:r>
      <w:r>
        <w:t>I know to be honest because if I am not honest, it will affect me on the day</w:t>
      </w:r>
    </w:p>
    <w:p>
      <w:pPr>
        <w:jc w:val="right"/>
      </w:pPr>
      <w:r>
        <w:t>I know to be honest because if I am not honest, it will affect me on the day</w:t>
      </w:r>
    </w:p>
    <w:p>
      <w:r>
        <w:rPr>
          <w:b/>
        </w:rPr>
        <w:t xml:space="preserve">[58:38] </w:t>
      </w:r>
      <w:r>
        <w:t>of judgment and in the hereafter.</w:t>
      </w:r>
    </w:p>
    <w:p>
      <w:pPr>
        <w:jc w:val="right"/>
      </w:pPr>
      <w:r>
        <w:t>of judgment and in the hereafter.</w:t>
      </w:r>
    </w:p>
    <w:p>
      <w:r>
        <w:rPr>
          <w:b/>
        </w:rPr>
        <w:t xml:space="preserve">[58:42] </w:t>
      </w:r>
      <w:r>
        <w:t>Also, honesty makes me a more truthful person.</w:t>
      </w:r>
    </w:p>
    <w:p>
      <w:pPr>
        <w:jc w:val="right"/>
      </w:pPr>
      <w:r>
        <w:t>Also, honesty makes me a more truthful person.</w:t>
      </w:r>
    </w:p>
    <w:p>
      <w:r>
        <w:rPr>
          <w:b/>
        </w:rPr>
        <w:t xml:space="preserve">[58:47] </w:t>
      </w:r>
      <w:r>
        <w:t>Not denying the truth is very important. If I deny the truth, I am basically denying the word of God. Denying the truth will make me feel like a bad Muslim. Respecting elders is an important lesson too. Respecting elders means listening to them and doing as they say.</w:t>
      </w:r>
    </w:p>
    <w:p>
      <w:pPr>
        <w:jc w:val="right"/>
      </w:pPr>
      <w:r>
        <w:t>Not denying the truth is very important. If I deny the truth, I am basically denying the word of God. Denying the truth will make me feel like a bad Muslim. Respecting elders is an important lesson too. Respecting elders means listening to them and doing as they say.</w:t>
      </w:r>
    </w:p>
    <w:p>
      <w:r>
        <w:rPr>
          <w:b/>
        </w:rPr>
        <w:t xml:space="preserve">[59:10] </w:t>
      </w:r>
      <w:r>
        <w:t>Disrespecting others is being ignorant and rude to people who are more intelligent than you.</w:t>
      </w:r>
    </w:p>
    <w:p>
      <w:pPr>
        <w:jc w:val="right"/>
      </w:pPr>
      <w:r>
        <w:t>Disrespecting others is being ignorant and rude to people who are more intelligent than you.</w:t>
      </w:r>
    </w:p>
    <w:p>
      <w:r>
        <w:rPr>
          <w:b/>
        </w:rPr>
        <w:t xml:space="preserve">[59:16] </w:t>
      </w:r>
      <w:r>
        <w:t>To treat others equally is the most important lesson I have learned.</w:t>
      </w:r>
    </w:p>
    <w:p>
      <w:pPr>
        <w:jc w:val="right"/>
      </w:pPr>
      <w:r>
        <w:t>To treat others equally is the most important lesson I have learned.</w:t>
      </w:r>
    </w:p>
    <w:p>
      <w:r>
        <w:rPr>
          <w:b/>
        </w:rPr>
        <w:t xml:space="preserve">[59:22] </w:t>
      </w:r>
      <w:r>
        <w:t>Allah made everyone equal, and to Allah, everyone is equal, and treating everyone equally would make Allah proud</w:t>
      </w:r>
    </w:p>
    <w:p>
      <w:pPr>
        <w:jc w:val="right"/>
      </w:pPr>
      <w:r>
        <w:t>Allah made everyone equal, and to Allah, everyone is equal, and treating everyone equally would make Allah proud</w:t>
      </w:r>
    </w:p>
    <w:p>
      <w:r>
        <w:rPr>
          <w:b/>
        </w:rPr>
        <w:t xml:space="preserve">[59:28] </w:t>
      </w:r>
      <w:r>
        <w:t>of me for following as He had said.</w:t>
      </w:r>
    </w:p>
    <w:p>
      <w:pPr>
        <w:jc w:val="right"/>
      </w:pPr>
      <w:r>
        <w:t>of me for following as He had said.</w:t>
      </w:r>
    </w:p>
    <w:p>
      <w:r>
        <w:rPr>
          <w:b/>
        </w:rPr>
        <w:t xml:space="preserve">[59:34] </w:t>
      </w:r>
      <w:r>
        <w:t>To conclude, the Spirit of Islam has benefited me in many ways, such as to be honest, not</w:t>
      </w:r>
    </w:p>
    <w:p>
      <w:pPr>
        <w:jc w:val="right"/>
      </w:pPr>
      <w:r>
        <w:t>To conclude, the Spirit of Islam has benefited me in many ways, such as to be honest, not</w:t>
      </w:r>
    </w:p>
    <w:p>
      <w:r>
        <w:rPr>
          <w:b/>
        </w:rPr>
        <w:t xml:space="preserve">[59:40] </w:t>
      </w:r>
      <w:r>
        <w:t>denying the truth, respecting others, and to treat others equally.</w:t>
      </w:r>
    </w:p>
    <w:p>
      <w:pPr>
        <w:jc w:val="right"/>
      </w:pPr>
      <w:r>
        <w:t>denying the truth, respecting others, and to treat others equally.</w:t>
      </w:r>
    </w:p>
    <w:p>
      <w:r>
        <w:rPr>
          <w:b/>
        </w:rPr>
        <w:t xml:space="preserve">[59:46] </w:t>
      </w:r>
      <w:r>
        <w:t>maulana, doosra jo aaya hai comment on Spirit of Islam is by Maira Osman.</w:t>
      </w:r>
    </w:p>
    <w:p>
      <w:pPr>
        <w:jc w:val="right"/>
      </w:pPr>
      <w:r>
        <w:t>مولانا، دوسرا جو آیا ہے کمنٹ on Spirit of Islam is by Maira Osman.</w:t>
      </w:r>
    </w:p>
    <w:p>
      <w:r>
        <w:rPr>
          <w:b/>
        </w:rPr>
        <w:t xml:space="preserve">[59:52] </w:t>
      </w:r>
      <w:r>
        <w:t>She is a sixth grade student in USA.</w:t>
      </w:r>
    </w:p>
    <w:p>
      <w:pPr>
        <w:jc w:val="right"/>
      </w:pPr>
      <w:r>
        <w:t>She is a sixth grade student in USA.</w:t>
      </w:r>
    </w:p>
    <w:p>
      <w:r>
        <w:rPr>
          <w:b/>
        </w:rPr>
        <w:t xml:space="preserve">[59:57] </w:t>
      </w:r>
      <w:r>
        <w:t>unhon ne likha hai "After reading this book, my life has changed drastically.</w:t>
      </w:r>
    </w:p>
    <w:p>
      <w:pPr>
        <w:jc w:val="right"/>
      </w:pPr>
      <w:r>
        <w:t>انہوں نے لکھا ہے "After reading this book, my life has changed drastically.</w:t>
      </w:r>
    </w:p>
    <w:p>
      <w:r>
        <w:rPr>
          <w:b/>
        </w:rPr>
        <w:t xml:space="preserve">[1:00:02] </w:t>
      </w:r>
      <w:r>
        <w:t>I love how this book explains the meaning of the Quran in scientific and current ways.</w:t>
      </w:r>
    </w:p>
    <w:p>
      <w:pPr>
        <w:jc w:val="right"/>
      </w:pPr>
      <w:r>
        <w:t>I love how this book explains the meaning of the Quran in scientific and current ways.</w:t>
      </w:r>
    </w:p>
    <w:p>
      <w:r>
        <w:rPr>
          <w:b/>
        </w:rPr>
        <w:t xml:space="preserve">[1:00:08] </w:t>
      </w:r>
      <w:r>
        <w:t>This book is so short and easy to read, but it has a lot of lessons.</w:t>
      </w:r>
    </w:p>
    <w:p>
      <w:pPr>
        <w:jc w:val="right"/>
      </w:pPr>
      <w:r>
        <w:t>This book is so short and easy to read, but it has a lot of lessons.</w:t>
      </w:r>
    </w:p>
    <w:p>
      <w:r>
        <w:rPr>
          <w:b/>
        </w:rPr>
        <w:t xml:space="preserve">[1:00:13] </w:t>
      </w:r>
      <w:r>
        <w:t>I have learned the importance of prayer, peace, and patience.</w:t>
      </w:r>
    </w:p>
    <w:p>
      <w:pPr>
        <w:jc w:val="right"/>
      </w:pPr>
      <w:r>
        <w:t>I have learned the importance of prayer, peace, and patience.</w:t>
      </w:r>
    </w:p>
    <w:p>
      <w:r>
        <w:rPr>
          <w:b/>
        </w:rPr>
        <w:t xml:space="preserve">[1:00:18] </w:t>
      </w:r>
      <w:r>
        <w:t>After reading, I have realized why Islam is peaceful.</w:t>
      </w:r>
    </w:p>
    <w:p>
      <w:pPr>
        <w:jc w:val="right"/>
      </w:pPr>
      <w:r>
        <w:t>After reading, I have realized why Islam is peaceful.</w:t>
      </w:r>
    </w:p>
    <w:p>
      <w:r>
        <w:rPr>
          <w:b/>
        </w:rPr>
        <w:t xml:space="preserve">[1:00:24] </w:t>
      </w:r>
      <w:r>
        <w:t>As I am in middle school, a lot of things occur like gossip.</w:t>
      </w:r>
    </w:p>
    <w:p>
      <w:pPr>
        <w:jc w:val="right"/>
      </w:pPr>
      <w:r>
        <w:t>As I am in middle school, a lot of things occur like gossip.</w:t>
      </w:r>
    </w:p>
    <w:p>
      <w:r>
        <w:rPr>
          <w:b/>
        </w:rPr>
        <w:t xml:space="preserve">[1:00:28] </w:t>
      </w:r>
      <w:r>
        <w:t>Gossip is totally wrong.</w:t>
      </w:r>
    </w:p>
    <w:p>
      <w:pPr>
        <w:jc w:val="right"/>
      </w:pPr>
      <w:r>
        <w:t>Gossip is totally wrong.</w:t>
      </w:r>
    </w:p>
    <w:p>
      <w:r>
        <w:rPr>
          <w:b/>
        </w:rPr>
        <w:t xml:space="preserve">[1:00:32] </w:t>
      </w:r>
      <w:r>
        <w:t>Just because other people do it, I don't have to do it.</w:t>
      </w:r>
    </w:p>
    <w:p>
      <w:pPr>
        <w:jc w:val="right"/>
      </w:pPr>
      <w:r>
        <w:t>Just because other people do it, I don't have to do it.</w:t>
      </w:r>
    </w:p>
    <w:p>
      <w:r>
        <w:rPr>
          <w:b/>
        </w:rPr>
        <w:t xml:space="preserve">[1:00:37] </w:t>
      </w:r>
      <w:r>
        <w:t>On the day of judgment, we have to give the response to our own bad deeds.</w:t>
      </w:r>
    </w:p>
    <w:p>
      <w:pPr>
        <w:jc w:val="right"/>
      </w:pPr>
      <w:r>
        <w:t>On the day of judgment, we have to give the response to our own bad deeds.</w:t>
      </w:r>
    </w:p>
    <w:p>
      <w:r>
        <w:rPr>
          <w:b/>
        </w:rPr>
        <w:t xml:space="preserve">[1:00:41] </w:t>
      </w:r>
      <w:r>
        <w:t>I have become more mature and have learned the meaning of right and wrong.</w:t>
      </w:r>
    </w:p>
    <w:p>
      <w:pPr>
        <w:jc w:val="right"/>
      </w:pPr>
      <w:r>
        <w:t>I have become more mature and have learned the meaning of right and wrong.</w:t>
      </w:r>
    </w:p>
    <w:p>
      <w:r>
        <w:rPr>
          <w:b/>
        </w:rPr>
        <w:t xml:space="preserve">[1:00:46] </w:t>
      </w:r>
      <w:r>
        <w:t>Recently, there was a vote going on where children had to vote.</w:t>
      </w:r>
    </w:p>
    <w:p>
      <w:pPr>
        <w:jc w:val="right"/>
      </w:pPr>
      <w:r>
        <w:t>Recently, there was a vote going on where children had to vote.</w:t>
      </w:r>
    </w:p>
    <w:p>
      <w:r>
        <w:rPr>
          <w:b/>
        </w:rPr>
        <w:t xml:space="preserve">[1:00:50] </w:t>
      </w:r>
      <w:r>
        <w:t>I voted for this man who was humble and down to earth.</w:t>
      </w:r>
    </w:p>
    <w:p>
      <w:pPr>
        <w:jc w:val="right"/>
      </w:pPr>
      <w:r>
        <w:t>I voted for this man who was humble and down to earth.</w:t>
      </w:r>
    </w:p>
    <w:p>
      <w:r>
        <w:rPr>
          <w:b/>
        </w:rPr>
        <w:t xml:space="preserve">[1:00:55] </w:t>
      </w:r>
      <w:r>
        <w:t>I have learned how much God loves us and how much He wants us to be on the right path. Now I love to pray because I know I am talking to God. I feel that if other kids read this book, their life will change as well. Firstly, thanks to God, then thanks to Maulana Wahiduddin Khan.</w:t>
      </w:r>
    </w:p>
    <w:p>
      <w:pPr>
        <w:jc w:val="right"/>
      </w:pPr>
      <w:r>
        <w:t>I have learned how much God loves us and how much He wants us to be on the right path. Now I love to pray because I know I am talking to God. I feel that if other kids read this book, their life will change as well. Firstly, thanks to God, then thanks to مولانا وحید الدین خان.</w:t>
      </w:r>
    </w:p>
    <w:p>
      <w:r>
        <w:rPr>
          <w:b/>
        </w:rPr>
        <w:t xml:space="preserve">[1:01:19] </w:t>
      </w:r>
      <w:r>
        <w:t>aur Maulana, yeh last Miss Sara Amin ne likha hai "Spirit of Islam benefited me by learning about</w:t>
      </w:r>
    </w:p>
    <w:p>
      <w:pPr>
        <w:jc w:val="right"/>
      </w:pPr>
      <w:r>
        <w:t>اور مولانا، یہ last Miss Sara Amin نے لکھا ہے "Spirit of Islam benefited me by learning about</w:t>
      </w:r>
    </w:p>
    <w:p>
      <w:r>
        <w:rPr>
          <w:b/>
        </w:rPr>
        <w:t xml:space="preserve">[1:01:24] </w:t>
      </w:r>
      <w:r>
        <w:t>honesty, not to deny the truth, respect others, and treat everyone equally.</w:t>
      </w:r>
    </w:p>
    <w:p>
      <w:pPr>
        <w:jc w:val="right"/>
      </w:pPr>
      <w:r>
        <w:t>honesty, not to deny the truth, respect others, and treat everyone equally.</w:t>
      </w:r>
    </w:p>
    <w:p>
      <w:r>
        <w:rPr>
          <w:b/>
        </w:rPr>
        <w:t xml:space="preserve">[1:01:30] </w:t>
      </w:r>
      <w:r>
        <w:t>Honesty benefited me because if I am not being honest, then I have a guilty feeling inside and</w:t>
      </w:r>
    </w:p>
    <w:p>
      <w:pPr>
        <w:jc w:val="right"/>
      </w:pPr>
      <w:r>
        <w:t>Honesty benefited me because if I am not being honest, then I have a guilty feeling inside and</w:t>
      </w:r>
    </w:p>
    <w:p>
      <w:r>
        <w:rPr>
          <w:b/>
        </w:rPr>
        <w:t xml:space="preserve">[1:01:36] </w:t>
      </w:r>
      <w:r>
        <w:t>I feel bad for not being honest.</w:t>
      </w:r>
    </w:p>
    <w:p>
      <w:pPr>
        <w:jc w:val="right"/>
      </w:pPr>
      <w:r>
        <w:t>I feel bad for not being honest.</w:t>
      </w:r>
    </w:p>
    <w:p>
      <w:r>
        <w:rPr>
          <w:b/>
        </w:rPr>
        <w:t xml:space="preserve">[1:01:42] </w:t>
      </w:r>
      <w:r>
        <w:t>Not to deny the truth benefited me because if you deny the truth, then you are not saying</w:t>
      </w:r>
    </w:p>
    <w:p>
      <w:pPr>
        <w:jc w:val="right"/>
      </w:pPr>
      <w:r>
        <w:t>Not to deny the truth benefited me because if you deny the truth, then you are not saying</w:t>
      </w:r>
    </w:p>
    <w:p>
      <w:r>
        <w:rPr>
          <w:b/>
        </w:rPr>
        <w:t xml:space="preserve">[1:01:48] </w:t>
      </w:r>
      <w:r>
        <w:t>the truth and you are going against God.</w:t>
      </w:r>
    </w:p>
    <w:p>
      <w:pPr>
        <w:jc w:val="right"/>
      </w:pPr>
      <w:r>
        <w:t>the truth and you are going against God.</w:t>
      </w:r>
    </w:p>
    <w:p>
      <w:r>
        <w:rPr>
          <w:b/>
        </w:rPr>
        <w:t xml:space="preserve">[1:01:54] </w:t>
      </w:r>
      <w:r>
        <w:t>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p>
    <w:p>
      <w:pPr>
        <w:jc w:val="right"/>
      </w:pPr>
      <w:r>
        <w:t>To conclude, Spirit of Islam has benefited me in many ways, such as honesty, not to deny the truth, respect others, and treat everyone equally. مولانا، اگلا سوال بھوپال سے آیا ہے فواد صاحب نے کیا ہے اور انہوں نے آپ سے پوچھا ہے کہ What is the starting point of breaking one's conditioning so that the person can re-engineer his or her mind?</w:t>
      </w:r>
    </w:p>
    <w:p>
      <w:r>
        <w:rPr>
          <w:b/>
        </w:rPr>
        <w:t xml:space="preserve">[1:02:21] </w:t>
      </w:r>
      <w:r>
        <w:t>bhai, main to yahi samajhta hoon ke starting point muhasba hai yani introspection.</w:t>
      </w:r>
    </w:p>
    <w:p>
      <w:pPr>
        <w:jc w:val="right"/>
      </w:pPr>
      <w:r>
        <w:t>بھائی، میں تو یہی سمجھتا ہوں کہ starting point محاسبہ ہے یعنی introspection۔</w:t>
      </w:r>
    </w:p>
    <w:p>
      <w:r>
        <w:rPr>
          <w:b/>
        </w:rPr>
        <w:t xml:space="preserve">[1:02:28] </w:t>
      </w:r>
      <w:r>
        <w:t>apne aap apni scrutiny karna, apne ko critical way mein dekhna, apna analysis karna, jis ko kehte hain</w:t>
      </w:r>
    </w:p>
    <w:p>
      <w:pPr>
        <w:jc w:val="right"/>
      </w:pPr>
      <w:r>
        <w:t>اپنے آپ اپنی scrutiny کرنا، اپنے کو critical way میں دیکھنا، اپنا analysis کرنا، جس کو کہتے ہیں</w:t>
      </w:r>
    </w:p>
    <w:p>
      <w:r>
        <w:rPr>
          <w:b/>
        </w:rPr>
        <w:t xml:space="preserve">[1:02:36] </w:t>
      </w:r>
      <w:r>
        <w:t>Arabi mein muhasba, kehte hain English mein is ko kehte hain introspection.</w:t>
      </w:r>
    </w:p>
    <w:p>
      <w:pPr>
        <w:jc w:val="right"/>
      </w:pPr>
      <w:r>
        <w:t>عربی میں محاسبہ، کہتے ہیں انگلش میں اس کو کہتے ہیں introspection۔</w:t>
      </w:r>
    </w:p>
    <w:p>
      <w:r>
        <w:rPr>
          <w:b/>
        </w:rPr>
        <w:t xml:space="preserve">[1:02:43] </w:t>
      </w:r>
      <w:r>
        <w:t>yahi mere dekh to yahi starting point hai.</w:t>
      </w:r>
    </w:p>
    <w:p>
      <w:pPr>
        <w:jc w:val="right"/>
      </w:pPr>
      <w:r>
        <w:t>یہی میرے دیکھ تو یہی starting point ہے۔</w:t>
      </w:r>
    </w:p>
    <w:p>
      <w:r>
        <w:rPr>
          <w:b/>
        </w:rPr>
        <w:t xml:space="preserve">[1:02:51] </w:t>
      </w:r>
      <w:r>
        <w:t>jaise kal jo ek khatoon aayi thi, jo journalist, un se main ne kaha ke main aadat hai</w:t>
      </w:r>
    </w:p>
    <w:p>
      <w:pPr>
        <w:jc w:val="right"/>
      </w:pPr>
      <w:r>
        <w:t>جیسے کل جو ایک خاتون آئی تھی، جو journalist، ان سے میں نے کہا کہ میں عادت ہے</w:t>
      </w:r>
    </w:p>
    <w:p>
      <w:r>
        <w:rPr>
          <w:b/>
        </w:rPr>
        <w:t xml:space="preserve">[1:02:58] </w:t>
      </w:r>
      <w:r>
        <w:t>keh jab bhi koi baat ho to phone karta hoon I was wrong.</w:t>
      </w:r>
    </w:p>
    <w:p>
      <w:pPr>
        <w:jc w:val="right"/>
      </w:pPr>
      <w:r>
        <w:t>کہ جب بھی کوئی بات ہو تو فون کرتا ہوں I was wrong.</w:t>
      </w:r>
    </w:p>
    <w:p>
      <w:r>
        <w:rPr>
          <w:b/>
        </w:rPr>
        <w:t xml:space="preserve">[1:03:06] </w:t>
      </w:r>
      <w:r>
        <w:t>to unhone kaha ke aap kyun itna zyada I was wrong kehte hain? aam taur par to log aisa nahi karte. to maine kaha dekhen, jab ek shakhs kehta hai I was wrong.</w:t>
      </w:r>
    </w:p>
    <w:p>
      <w:pPr>
        <w:jc w:val="right"/>
      </w:pPr>
      <w:r>
        <w:t>تو انہوں نے کہا کہ آپ کیوں اتنا زیادہ I was wrong کہتے ہیں؟ عام طور پر تو لوگ ایسا نہیں کرتے۔ تو میں نے کہا دیکھیں، جب ایک شخص کہتا ہے I was wrong.</w:t>
      </w:r>
    </w:p>
    <w:p>
      <w:r>
        <w:rPr>
          <w:b/>
        </w:rPr>
        <w:t xml:space="preserve">[1:03:19] </w:t>
      </w:r>
      <w:r>
        <w:t>to is ka faida is ko khud bhi milta hai, doosre ko nahi, doosre ko nahi, apne ko.</w:t>
      </w:r>
    </w:p>
    <w:p>
      <w:pPr>
        <w:jc w:val="right"/>
      </w:pPr>
      <w:r>
        <w:t>تو اس کا فائدہ اس کو خود بھی ملتا ہے، دوسرے کو نہیں، دوسرے کو نہیں، اپنے کو۔</w:t>
      </w:r>
    </w:p>
    <w:p>
      <w:r>
        <w:rPr>
          <w:b/>
        </w:rPr>
        <w:t xml:space="preserve">[1:03:24] </w:t>
      </w:r>
      <w:r>
        <w:t>I was wrong keh kar woh apne ko realist banata hai, apni galtiyon ko pakar pata hai.</w:t>
      </w:r>
    </w:p>
    <w:p>
      <w:pPr>
        <w:jc w:val="right"/>
      </w:pPr>
      <w:r>
        <w:t>I was wrong کہہ کر وہ اپنے کو realist بناتا ہے، اپنی غلطیوں کو پکڑ پاتا ہے۔</w:t>
      </w:r>
    </w:p>
    <w:p>
      <w:r>
        <w:rPr>
          <w:b/>
        </w:rPr>
        <w:t xml:space="preserve">[1:03:30] </w:t>
      </w:r>
      <w:r>
        <w:t>I was wrong na kahein to jhagda karein ge doosre se keh tum galat ho, tum galat ho,</w:t>
      </w:r>
    </w:p>
    <w:p>
      <w:pPr>
        <w:jc w:val="right"/>
      </w:pPr>
      <w:r>
        <w:t>I was wrong نہ کہیں تو جھگڑا کریں گے دوسرے سے کہ تم غلط ہو، تم غلط ہو،</w:t>
      </w:r>
    </w:p>
    <w:p>
      <w:r>
        <w:rPr>
          <w:b/>
        </w:rPr>
        <w:t xml:space="preserve">[1:03:36] </w:t>
      </w:r>
      <w:r>
        <w:t>woh kahe ga tum galat ho.</w:t>
      </w:r>
    </w:p>
    <w:p>
      <w:pPr>
        <w:jc w:val="right"/>
      </w:pPr>
      <w:r>
        <w:t>وہ کہے گا تم غلط ہو۔</w:t>
      </w:r>
    </w:p>
    <w:p>
      <w:r>
        <w:rPr>
          <w:b/>
        </w:rPr>
        <w:t xml:space="preserve">[1:03:41] </w:t>
      </w:r>
      <w:r>
        <w:t>to time waste karta hai, to hum time bachate hain.</w:t>
      </w:r>
    </w:p>
    <w:p>
      <w:pPr>
        <w:jc w:val="right"/>
      </w:pPr>
      <w:r>
        <w:t>تو time waste کرتا ہے، تو ہم time بچاتے ہیں۔</w:t>
      </w:r>
    </w:p>
    <w:p>
      <w:r>
        <w:rPr>
          <w:b/>
        </w:rPr>
        <w:t xml:space="preserve">[1:03:47] </w:t>
      </w:r>
      <w:r>
        <w:t>is se modesty aati hai.</w:t>
      </w:r>
    </w:p>
    <w:p>
      <w:pPr>
        <w:jc w:val="right"/>
      </w:pPr>
      <w:r>
        <w:t>اس سے modesty آتی ہے۔</w:t>
      </w:r>
    </w:p>
    <w:p>
      <w:r>
        <w:rPr>
          <w:b/>
        </w:rPr>
        <w:t xml:space="preserve">[1:03:53] </w:t>
      </w:r>
      <w:r>
        <w:t>to sara faida apne ko milta hai, doosre ko nahi.</w:t>
      </w:r>
    </w:p>
    <w:p>
      <w:pPr>
        <w:jc w:val="right"/>
      </w:pPr>
      <w:r>
        <w:t>تو سارا فائدہ اپنے کو ملتا ہے، دوسرے کو نہیں۔</w:t>
      </w:r>
    </w:p>
    <w:p>
      <w:r>
        <w:rPr>
          <w:b/>
        </w:rPr>
        <w:t xml:space="preserve">[1:03:58] </w:t>
      </w:r>
      <w:r>
        <w:t>yehi sab, isi se yehi sab sochta hai aadmi, isi ka naam hai muhasba ya introspection.</w:t>
      </w:r>
    </w:p>
    <w:p>
      <w:pPr>
        <w:jc w:val="right"/>
      </w:pPr>
      <w:r>
        <w:t>یہی سب، اسی سے یہی سب سوچتا ہے آدمی، اسی کا نام ہے محاسبہ یا introspection۔</w:t>
      </w:r>
    </w:p>
    <w:p>
      <w:r>
        <w:rPr>
          <w:b/>
        </w:rPr>
        <w:t xml:space="preserve">[1:04:04] </w:t>
      </w:r>
      <w:r>
        <w:t>Maulana, agla sawal punay se Zahid Khan sahib ne kiya hai aur unho ne likha hai keh Maulana,</w:t>
      </w:r>
    </w:p>
    <w:p>
      <w:pPr>
        <w:jc w:val="right"/>
      </w:pPr>
      <w:r>
        <w:t>مولانا، اگلا سوال پونے سے زاہد خان صاحب نے کیا ہے اور انہوں نے لکھا ہے کہ مولانا،</w:t>
      </w:r>
    </w:p>
    <w:p>
      <w:r>
        <w:rPr>
          <w:b/>
        </w:rPr>
        <w:t xml:space="preserve">[1:04:10] </w:t>
      </w:r>
      <w:r>
        <w:t>aap ne kaha keh tazkiya ka talluq qalb se nahi hai, halankeh hadith hai keh jism mein ek</w:t>
      </w:r>
    </w:p>
    <w:p>
      <w:pPr>
        <w:jc w:val="right"/>
      </w:pPr>
      <w:r>
        <w:t>آپ نے کہا کہ تزکیہ کا تعلق قلب سے نہیں ہے، حالانکہ حدیث ہے کہ جسم میں ایک</w:t>
      </w:r>
    </w:p>
    <w:p>
      <w:r>
        <w:rPr>
          <w:b/>
        </w:rPr>
        <w:t xml:space="preserve">[1:04:15] </w:t>
      </w:r>
      <w:r>
        <w:t>tukra hai yaani dil, keh jab woh theek ho to sab durust hai, keh jab kharab ho to</w:t>
      </w:r>
    </w:p>
    <w:p>
      <w:pPr>
        <w:jc w:val="right"/>
      </w:pPr>
      <w:r>
        <w:t>ٹکڑا ہے یعنی دل، کہ جب وہ ٹھیک ہو تو سب درست ہے، کہ جب خراب ہو تو</w:t>
      </w:r>
    </w:p>
    <w:p>
      <w:r>
        <w:rPr>
          <w:b/>
        </w:rPr>
        <w:t xml:space="preserve">[1:04:21] </w:t>
      </w:r>
      <w:r>
        <w:t>sab kharab hai.</w:t>
      </w:r>
    </w:p>
    <w:p>
      <w:pPr>
        <w:jc w:val="right"/>
      </w:pPr>
      <w:r>
        <w:t>سب خراب ہے۔</w:t>
      </w:r>
    </w:p>
    <w:p>
      <w:r>
        <w:rPr>
          <w:b/>
        </w:rPr>
        <w:t xml:space="preserve">[1:04:27] </w:t>
      </w:r>
      <w:r>
        <w:t>keh is ko wazeh karein.</w:t>
      </w:r>
    </w:p>
    <w:p>
      <w:pPr>
        <w:jc w:val="right"/>
      </w:pPr>
      <w:r>
        <w:t>کہ اس کو واضح کریں۔</w:t>
      </w:r>
    </w:p>
    <w:p>
      <w:r>
        <w:rPr>
          <w:b/>
        </w:rPr>
        <w:t xml:space="preserve">[1:04:32] </w:t>
      </w:r>
      <w:r>
        <w:t>dekhein, yeh tamseel ki zabaan mein, tamseel ki zabaan mein insani bolta hai, Quran mein bhi tamseel ki</w:t>
      </w:r>
    </w:p>
    <w:p>
      <w:pPr>
        <w:jc w:val="right"/>
      </w:pPr>
      <w:r>
        <w:t>دیکھیں، یہ تمثیل کی زبان میں، تمثیل کی زبان میں انسانی بولتا ہے، قرآن میں بھی تمثیل کی</w:t>
      </w:r>
    </w:p>
    <w:p>
      <w:r>
        <w:rPr>
          <w:b/>
        </w:rPr>
        <w:t xml:space="preserve">[1:04:38] </w:t>
      </w:r>
      <w:r>
        <w:t>zabaan hai, jaise kaboot al ankaboot, koi ghar kisi ka, koi bakri ghar ki tarah hota nahi, jaal se bana hua.</w:t>
      </w:r>
    </w:p>
    <w:p>
      <w:pPr>
        <w:jc w:val="right"/>
      </w:pPr>
      <w:r>
        <w:t>زبان ہے، جیسے کبیت العنکبوت، کوئی گھر کسی کا، کوئی بکری گھر کی طرح ہوتا نہیں، جال سے بنا ہوا۔</w:t>
      </w:r>
    </w:p>
    <w:p>
      <w:r>
        <w:rPr>
          <w:b/>
        </w:rPr>
        <w:t xml:space="preserve">[1:04:44] </w:t>
      </w:r>
      <w:r>
        <w:t>to bakri ke jaale ka, bakri jaala tard kar jab ghar mein aati hai, us ki misaal di</w:t>
      </w:r>
    </w:p>
    <w:p>
      <w:pPr>
        <w:jc w:val="right"/>
      </w:pPr>
      <w:r>
        <w:t>تو بکری کے جالے کا، بکری جالا تڑک کر جب گھر میں آتی ہے، اس کی مثال دی</w:t>
      </w:r>
    </w:p>
    <w:p>
      <w:r>
        <w:rPr>
          <w:b/>
        </w:rPr>
        <w:t xml:space="preserve">[1:04:49] </w:t>
      </w:r>
      <w:r>
        <w:t>gayi hai kaboot al ankaboot.</w:t>
      </w:r>
    </w:p>
    <w:p>
      <w:pPr>
        <w:jc w:val="right"/>
      </w:pPr>
      <w:r>
        <w:t>گئی ہے کبیت العنکبوت۔</w:t>
      </w:r>
    </w:p>
    <w:p>
      <w:r>
        <w:rPr>
          <w:b/>
        </w:rPr>
        <w:t xml:space="preserve">[1:04:55] </w:t>
      </w:r>
      <w:r>
        <w:t>to is ka matlab yeh nahi keh woh jaale ka ghar.</w:t>
      </w:r>
    </w:p>
    <w:p>
      <w:pPr>
        <w:jc w:val="right"/>
      </w:pPr>
      <w:r>
        <w:t>تو اس کا مطلب یہ نہیں کہ وہ جالے کا گھر۔</w:t>
      </w:r>
    </w:p>
    <w:p>
      <w:r>
        <w:rPr>
          <w:b/>
        </w:rPr>
        <w:t xml:space="preserve">[1:05:01] </w:t>
      </w:r>
      <w:r>
        <w:t>to yeh tamseel ko kehte hain hum tamseel, yaani symbolic language.</w:t>
      </w:r>
    </w:p>
    <w:p>
      <w:pPr>
        <w:jc w:val="right"/>
      </w:pPr>
      <w:r>
        <w:t>تو یہ تمثیل کو کہتے ہیں ہم تمثیل، یعنی symbolic language۔</w:t>
      </w:r>
    </w:p>
    <w:p>
      <w:r>
        <w:rPr>
          <w:b/>
        </w:rPr>
        <w:t xml:space="preserve">[1:05:06] </w:t>
      </w:r>
      <w:r>
        <w:t>aur doosri baat yeh hai keh aap arabi zabaan ki dictionaries dekhein to aap payein keh arabi zabaan</w:t>
      </w:r>
    </w:p>
    <w:p>
      <w:pPr>
        <w:jc w:val="right"/>
      </w:pPr>
      <w:r>
        <w:t>اور دوسری بات یہ ہے کہ آپ عربی زبان کی ڈکشنریاں دیکھیں تو آپ پائیں کہ عربی زبان</w:t>
      </w:r>
    </w:p>
    <w:p>
      <w:r>
        <w:rPr>
          <w:b/>
        </w:rPr>
        <w:t xml:space="preserve">[1:05:12] </w:t>
      </w:r>
      <w:r>
        <w:t>mein qalb ke maani heart ke nahi hote, dil dil ke maani samajhte hain log, qalb ke maani</w:t>
      </w:r>
    </w:p>
    <w:p>
      <w:pPr>
        <w:jc w:val="right"/>
      </w:pPr>
      <w:r>
        <w:t>میں قلب کے معنی heart کے نہیں ہوتے، دل دل کے معنی سمجھتے ہیں لوگ، قلب کے معنی</w:t>
      </w:r>
    </w:p>
    <w:p>
      <w:r>
        <w:rPr>
          <w:b/>
        </w:rPr>
        <w:t xml:space="preserve">[1:05:18] </w:t>
      </w:r>
      <w:r>
        <w:t>wohi hain jo aqal ke hain.</w:t>
      </w:r>
    </w:p>
    <w:p>
      <w:pPr>
        <w:jc w:val="right"/>
      </w:pPr>
      <w:r>
        <w:t>وہی ہیں جو عقل کے ہیں۔</w:t>
      </w:r>
    </w:p>
    <w:p>
      <w:r>
        <w:rPr>
          <w:b/>
        </w:rPr>
        <w:t xml:space="preserve">[1:05:23] </w:t>
      </w:r>
      <w:r>
        <w:t>aap Lisan al Arab mein parhein, jo arabi zabaan ki mashhoor lughat hai, qalb ke maani wahi hain jo</w:t>
      </w:r>
    </w:p>
    <w:p>
      <w:pPr>
        <w:jc w:val="right"/>
      </w:pPr>
      <w:r>
        <w:t>آپ لسال العرب میں پڑھئے، جو عربی زبان کی مشہور لغت ہے، قلب کے معنی وہی ہیں جو</w:t>
      </w:r>
    </w:p>
    <w:p>
      <w:r>
        <w:rPr>
          <w:b/>
        </w:rPr>
        <w:t xml:space="preserve">[1:05:29] </w:t>
      </w:r>
      <w:r>
        <w:t>aqal ke maani hote hain.</w:t>
      </w:r>
    </w:p>
    <w:p>
      <w:pPr>
        <w:jc w:val="right"/>
      </w:pPr>
      <w:r>
        <w:t>عقل کے معنی ہوتے ہیں۔</w:t>
      </w:r>
    </w:p>
    <w:p>
      <w:r>
        <w:rPr>
          <w:b/>
        </w:rPr>
        <w:t xml:space="preserve">[1:05:35] </w:t>
      </w:r>
      <w:r>
        <w:t>aur quran mein chaar chaar alfaaz istemaal hue hain: qalb, aqal, fuaad, nuha, hijr waghera.</w:t>
      </w:r>
    </w:p>
    <w:p>
      <w:pPr>
        <w:jc w:val="right"/>
      </w:pPr>
      <w:r>
        <w:t>اور قرآن میں چار چار الفاظ استعمال ہوئے ہیں: قلب، عقل، فواد، نوحہ، ہجر وغیرہ۔</w:t>
      </w:r>
    </w:p>
    <w:p>
      <w:r>
        <w:rPr>
          <w:b/>
        </w:rPr>
        <w:t xml:space="preserve">[1:05:40] </w:t>
      </w:r>
      <w:r>
        <w:t>yeh sab aqal ke maani mein hain.</w:t>
      </w:r>
    </w:p>
    <w:p>
      <w:pPr>
        <w:jc w:val="right"/>
      </w:pPr>
      <w:r>
        <w:t>یہ سب عقل کے معنی میں ہیں۔</w:t>
      </w:r>
    </w:p>
    <w:p>
      <w:r>
        <w:rPr>
          <w:b/>
        </w:rPr>
        <w:t xml:space="preserve">[1:05:46] </w:t>
      </w:r>
      <w:r>
        <w:t>is par maine likha hai, bohat aap parh liye meri kitabon mein.</w:t>
      </w:r>
    </w:p>
    <w:p>
      <w:pPr>
        <w:jc w:val="right"/>
      </w:pPr>
      <w:r>
        <w:t>اس پر میں نے لکھا ہے، بہت آپ پڑھ لئے میری کتابوں میں۔</w:t>
      </w:r>
    </w:p>
    <w:p>
      <w:r>
        <w:rPr>
          <w:b/>
        </w:rPr>
        <w:t xml:space="preserve">[1:05:52] </w:t>
      </w:r>
      <w:r>
        <w:t>maulana, in ka ek aur sawal hai, unhon ne aap se poocha hai ke maujooda scientific discoveries ko</w:t>
      </w:r>
    </w:p>
    <w:p>
      <w:pPr>
        <w:jc w:val="right"/>
      </w:pPr>
      <w:r>
        <w:t>مولانا، ان کا ایک اور سوال ہے، انہوں نے آپ سے پوچھا ہے کہ موجودہ scientific discoveries کو</w:t>
      </w:r>
    </w:p>
    <w:p>
      <w:r>
        <w:rPr>
          <w:b/>
        </w:rPr>
        <w:t xml:space="preserve">[1:05:57] </w:t>
      </w:r>
      <w:r>
        <w:t>quran aur hadith se jodna kahan tak durust hai, jabke quran kitaab-e-hidayat hai? dekhen, yeh bohat bari</w:t>
      </w:r>
    </w:p>
    <w:p>
      <w:pPr>
        <w:jc w:val="right"/>
      </w:pPr>
      <w:r>
        <w:t>قرآن اور حدیث سے جوڑنا کہاں تک درست ہے، جبکہ قرآن کتاب ہدایت ہے؟ دیکھیں، یہ بہت بڑی</w:t>
      </w:r>
    </w:p>
    <w:p>
      <w:r>
        <w:rPr>
          <w:b/>
        </w:rPr>
        <w:t xml:space="preserve">[1:06:03] </w:t>
      </w:r>
      <w:r>
        <w:t>ghalatfehmi hai.</w:t>
      </w:r>
    </w:p>
    <w:p>
      <w:pPr>
        <w:jc w:val="right"/>
      </w:pPr>
      <w:r>
        <w:t>غلط فہمی ہے۔</w:t>
      </w:r>
    </w:p>
    <w:p>
      <w:r>
        <w:rPr>
          <w:b/>
        </w:rPr>
        <w:t xml:space="preserve">[1:06:09] </w:t>
      </w:r>
      <w:r>
        <w:t>scientific discovery ke log to hote hain ke maghrib ki discovery hai.</w:t>
      </w:r>
    </w:p>
    <w:p>
      <w:pPr>
        <w:jc w:val="right"/>
      </w:pPr>
      <w:r>
        <w:t>scientific discovery کے لوگ تو ہوتے ہیں کہ مغرب کی discovery ہے۔</w:t>
      </w:r>
    </w:p>
    <w:p>
      <w:r>
        <w:rPr>
          <w:b/>
        </w:rPr>
        <w:t xml:space="preserve">[1:06:15] </w:t>
      </w:r>
      <w:r>
        <w:t>scientific discovery kya hai? laf ko daryaft karna, jo Khuda ka jo qanoon hai, usi ko daryaft karne</w:t>
      </w:r>
    </w:p>
    <w:p>
      <w:pPr>
        <w:jc w:val="right"/>
      </w:pPr>
      <w:r>
        <w:t>scientific discovery کیا ہے؟ لاف کو دریافت کرنا، جو خدا کا جو قانون ہے، اسی کو دریافت کرنے</w:t>
      </w:r>
    </w:p>
    <w:p>
      <w:r>
        <w:rPr>
          <w:b/>
        </w:rPr>
        <w:t xml:space="preserve">[1:06:20] </w:t>
      </w:r>
      <w:r>
        <w:t>ka naam hai scientific discovery.</w:t>
      </w:r>
    </w:p>
    <w:p>
      <w:pPr>
        <w:jc w:val="right"/>
      </w:pPr>
      <w:r>
        <w:t>کا نام ہے scientific discovery۔</w:t>
      </w:r>
    </w:p>
    <w:p>
      <w:r>
        <w:rPr>
          <w:b/>
        </w:rPr>
        <w:t xml:space="preserve">[1:06:26] </w:t>
      </w:r>
      <w:r>
        <w:t>misalan dekhen, pehle zamanay mein insaan yeh samajhta tha ke zameen beech mein hai, suraj ke gird ghoom raha hai.</w:t>
      </w:r>
    </w:p>
    <w:p>
      <w:pPr>
        <w:jc w:val="right"/>
      </w:pPr>
      <w:r>
        <w:t>مثلاً دیکھیں، پہلے زمانے میں انسان یہ سمجھتا تھا کہ زمین بیچ میں ہے، سورج کے گرد گھوم رہا ہے۔</w:t>
      </w:r>
    </w:p>
    <w:p>
      <w:r>
        <w:rPr>
          <w:b/>
        </w:rPr>
        <w:t xml:space="preserve">[1:06:32] </w:t>
      </w:r>
      <w:r>
        <w:t>ab science ne daryaft kiya ke aisa nahi hai, balkay suraj beech mein hai, zameen ghoom rahi hai.</w:t>
      </w:r>
    </w:p>
    <w:p>
      <w:pPr>
        <w:jc w:val="right"/>
      </w:pPr>
      <w:r>
        <w:t>اب سائنس نے دریافت کیا کہ ایسا نہیں ہے، بلکہ سورج بیچ میں ہے، زمین گھوم رہی ہے۔</w:t>
      </w:r>
    </w:p>
    <w:p>
      <w:r>
        <w:rPr>
          <w:b/>
        </w:rPr>
        <w:t xml:space="preserve">[1:06:37] </w:t>
      </w:r>
      <w:r>
        <w:t>to yeh scientific discovery Khuda ke qanoon ko daryaft karna hai.</w:t>
      </w:r>
    </w:p>
    <w:p>
      <w:pPr>
        <w:jc w:val="right"/>
      </w:pPr>
      <w:r>
        <w:t>تو یہ scientific discovery خدا کے قانون کو دریافت کرنا ہے۔</w:t>
      </w:r>
    </w:p>
    <w:p>
      <w:r>
        <w:rPr>
          <w:b/>
        </w:rPr>
        <w:t xml:space="preserve">[1:06:43] </w:t>
      </w:r>
      <w:r>
        <w:t>scientific discovery kisi aur cheez ka naam nahi hai, Khuda hi ke qanoon ko daryaft karne ka naam hai.</w:t>
      </w:r>
    </w:p>
    <w:p>
      <w:pPr>
        <w:jc w:val="right"/>
      </w:pPr>
      <w:r>
        <w:t>scientific discovery کسی اور چیز کا نام نہیں ہے، خدا ہی کے قانون کو دریافت کرنے کا نام ہے۔</w:t>
      </w:r>
    </w:p>
    <w:p>
      <w:r>
        <w:rPr>
          <w:b/>
        </w:rPr>
        <w:t xml:space="preserve">[1:06:49] </w:t>
      </w:r>
      <w:r>
        <w:t>yeh bohat bari ghalatfehmi hai, log samajhte hain ke scientific discovery koi aur cheez hai.</w:t>
      </w:r>
    </w:p>
    <w:p>
      <w:pPr>
        <w:jc w:val="right"/>
      </w:pPr>
      <w:r>
        <w:t>یہ بہت بڑی غلط فہمی ہے، لوگ سمجھتے ہیں کہ scientific discovery کوئی اور چیز ہے۔</w:t>
      </w:r>
    </w:p>
    <w:p>
      <w:r>
        <w:rPr>
          <w:b/>
        </w:rPr>
        <w:t xml:space="preserve">[1:06:54] </w:t>
      </w:r>
      <w:r>
        <w:t>misalan, main jab chhota tha to main samajhta tha ke khane ka matlab pet bharna hai.</w:t>
      </w:r>
    </w:p>
    <w:p>
      <w:pPr>
        <w:jc w:val="right"/>
      </w:pPr>
      <w:r>
        <w:t>مثلاً، میں جب چھوٹا تھا تو میں سمجھتا تھا کہ کھانے کا مطلب پیٹ بھرنا ہے۔</w:t>
      </w:r>
    </w:p>
    <w:p>
      <w:r>
        <w:rPr>
          <w:b/>
        </w:rPr>
        <w:t xml:space="preserve">[1:07:00] </w:t>
      </w:r>
      <w:r>
        <w:t>mere bachpan mein khane ka matlab do hi hua karta tha: pet bharna aur taste.</w:t>
      </w:r>
    </w:p>
    <w:p>
      <w:pPr>
        <w:jc w:val="right"/>
      </w:pPr>
      <w:r>
        <w:t>میرے بچپن میں کھانے کا مطلب دو ہی ہوا کرتا تھا: پیٹ بھرنا اور taste۔</w:t>
      </w:r>
    </w:p>
    <w:p>
      <w:r>
        <w:rPr>
          <w:b/>
        </w:rPr>
        <w:t xml:space="preserve">[1:07:06] </w:t>
      </w:r>
      <w:r>
        <w:t>bas baat ko jab maine mutala kiya to maloom hua ke science ne jo daryaft kiya hai,</w:t>
      </w:r>
    </w:p>
    <w:p>
      <w:pPr>
        <w:jc w:val="right"/>
      </w:pPr>
      <w:r>
        <w:t>بس بات کو جب میں نے مطالعہ کیا تو معلوم ہوا کہ سائنس نے جو دریافت کیا ہے،</w:t>
      </w:r>
    </w:p>
    <w:p>
      <w:r>
        <w:rPr>
          <w:b/>
        </w:rPr>
        <w:t xml:space="preserve">[1:07:11] </w:t>
      </w:r>
      <w:r>
        <w:t>wo teesri cheez jo chhooti hui thi, wo sab se bari cheez hai.</w:t>
      </w:r>
    </w:p>
    <w:p>
      <w:pPr>
        <w:jc w:val="right"/>
      </w:pPr>
      <w:r>
        <w:t>وہ تیسری چیز جو چھوٹی ہوئی تھی، وہ سب سے بڑی چیز ہے۔</w:t>
      </w:r>
    </w:p>
    <w:p>
      <w:r>
        <w:rPr>
          <w:b/>
        </w:rPr>
        <w:t xml:space="preserve">[1:07:17] </w:t>
      </w:r>
      <w:r>
        <w:t>wo hai nutrition, nutritive value jo hai, us ki wo sab se bari cheez hai.</w:t>
      </w:r>
    </w:p>
    <w:p>
      <w:pPr>
        <w:jc w:val="right"/>
      </w:pPr>
      <w:r>
        <w:t>وہ ہے nutrition، nutritive value جو ہے، اس کی وہ سب سے بڑی چیز ہے۔</w:t>
      </w:r>
    </w:p>
    <w:p>
      <w:r>
        <w:rPr>
          <w:b/>
        </w:rPr>
        <w:t xml:space="preserve">[1:07:23] </w:t>
      </w:r>
      <w:r>
        <w:t>yeh to Allah ka qanoon hai, yeh koi aisa nahi ke kisi Misr, kisi Europe ne daryaft kar liya hai.</w:t>
      </w:r>
    </w:p>
    <w:p>
      <w:pPr>
        <w:jc w:val="right"/>
      </w:pPr>
      <w:r>
        <w:t>یہ تو اللہ کا قانون ہے، یہ کوئی ایسا نہیں کہ کسی مصر، کسی یورپ نے دریافت کر لیا ہے۔</w:t>
      </w:r>
    </w:p>
    <w:p>
      <w:r>
        <w:rPr>
          <w:b/>
        </w:rPr>
        <w:t xml:space="preserve">[1:07:28] </w:t>
      </w:r>
      <w:r>
        <w:t>har woh cheez jo science mein, science ki wajah se, exact sciences mein, waise to log social science</w:t>
      </w:r>
    </w:p>
    <w:p>
      <w:pPr>
        <w:jc w:val="right"/>
      </w:pPr>
      <w:r>
        <w:t>ہر وہ چیز جو سائنس میں، سائنس کی وجہ سے، exact sciences میں، ویسے تو لوگ social science</w:t>
      </w:r>
    </w:p>
    <w:p>
      <w:r>
        <w:rPr>
          <w:b/>
        </w:rPr>
        <w:t xml:space="preserve">[1:07:34] </w:t>
      </w:r>
      <w:r>
        <w:t>ko bhi science kehte hain, wo main is ko science nahi manta.</w:t>
      </w:r>
    </w:p>
    <w:p>
      <w:pPr>
        <w:jc w:val="right"/>
      </w:pPr>
      <w:r>
        <w:t>کو بھی سائنس کہتے ہیں، وہ میں اس کو سائنس نہیں مانتا۔</w:t>
      </w:r>
    </w:p>
    <w:p>
      <w:r>
        <w:rPr>
          <w:b/>
        </w:rPr>
        <w:t xml:space="preserve">[1:07:40] </w:t>
      </w:r>
      <w:r>
        <w:t>political science ko bhi science kehte hain, wo main science nahi manta.</w:t>
      </w:r>
    </w:p>
    <w:p>
      <w:pPr>
        <w:jc w:val="right"/>
      </w:pPr>
      <w:r>
        <w:t>Political science کو بھی سائنس کہتے ہیں، وہ میں سائنس نہیں مانتا۔</w:t>
      </w:r>
    </w:p>
    <w:p>
      <w:r>
        <w:rPr>
          <w:b/>
        </w:rPr>
        <w:t xml:space="preserve">[1:07:45] </w:t>
      </w:r>
      <w:r>
        <w:t>main sirf physical science ki baat karta hoon.</w:t>
      </w:r>
    </w:p>
    <w:p>
      <w:pPr>
        <w:jc w:val="right"/>
      </w:pPr>
      <w:r>
        <w:t>میں صرف physical science کی بات کرتا ہوں۔</w:t>
      </w:r>
    </w:p>
    <w:p>
      <w:r>
        <w:rPr>
          <w:b/>
        </w:rPr>
        <w:t xml:space="preserve">[1:07:51] </w:t>
      </w:r>
      <w:r>
        <w:t>to physical science Khuda ke qanoon ki daryaft ka naam hai, kisi aur cheez ka naam nahi hai.</w:t>
      </w:r>
    </w:p>
    <w:p>
      <w:pPr>
        <w:jc w:val="right"/>
      </w:pPr>
      <w:r>
        <w:t>تو physical science خدا کے قانون کی دریافت کا نام ہے، کسی اور چیز کا نام نہیں ہے۔</w:t>
      </w:r>
    </w:p>
    <w:p>
      <w:r>
        <w:rPr>
          <w:b/>
        </w:rPr>
        <w:t xml:space="preserve">[1:07:57] </w:t>
      </w:r>
      <w:r>
        <w:t>woh toh is mein koi, koi, koi takrao ki baat hi nahi hai.</w:t>
      </w:r>
    </w:p>
    <w:p>
      <w:pPr>
        <w:jc w:val="right"/>
      </w:pPr>
      <w:r>
        <w:t>وہ تو اس میں کوئی، کوئی، کوئی ٹکراؤ کی بات ہی نہیں ہے۔</w:t>
      </w:r>
    </w:p>
    <w:p>
      <w:r>
        <w:rPr>
          <w:b/>
        </w:rPr>
        <w:t xml:space="preserve">[1:08:02] </w:t>
      </w:r>
      <w:r>
        <w:t>wohi, wohi jo quran mein hai, wohi is mein hai.</w:t>
      </w:r>
    </w:p>
    <w:p>
      <w:pPr>
        <w:jc w:val="right"/>
      </w:pPr>
      <w:r>
        <w:t>وہی، وہی جو قرآن میں ہے، وہی اس میں ہے۔</w:t>
      </w:r>
    </w:p>
    <w:p>
      <w:r>
        <w:rPr>
          <w:b/>
        </w:rPr>
        <w:t xml:space="preserve">[1:08:08] </w:t>
      </w:r>
      <w:r>
        <w:t>is ko aap is pe kafi likha hai, aap parhiye apni kitabon ko.</w:t>
      </w:r>
    </w:p>
    <w:p>
      <w:pPr>
        <w:jc w:val="right"/>
      </w:pPr>
      <w:r>
        <w:t>اس کو آپ اس پہ کافی لکھا ہے، آپ پڑھئے اپنی کتابوں کو۔</w:t>
      </w:r>
    </w:p>
    <w:p>
      <w:r>
        <w:rPr>
          <w:b/>
        </w:rPr>
        <w:t xml:space="preserve">[1:08:14] </w:t>
      </w:r>
      <w:r>
        <w:t>maulana, unhon ne yeh bhi likha hai, aap se janna chahte hain ke haroon yahya ki kitabein aap</w:t>
      </w:r>
    </w:p>
    <w:p>
      <w:pPr>
        <w:jc w:val="right"/>
      </w:pPr>
      <w:r>
        <w:t>مولانا، انہوں نے یہ بھی لکھا ہے، آپ سے جاننا چاہتے ہیں کہ ہارون یحییٰ کی کتابیں آپ</w:t>
      </w:r>
    </w:p>
    <w:p>
      <w:r>
        <w:rPr>
          <w:b/>
        </w:rPr>
        <w:t xml:space="preserve">[1:08:19] </w:t>
      </w:r>
      <w:r>
        <w:t>ke khayal se kis had tak quran aur sunnat ko samjhane mein support kar sakti hain? dekhiye, mein</w:t>
      </w:r>
    </w:p>
    <w:p>
      <w:pPr>
        <w:jc w:val="right"/>
      </w:pPr>
      <w:r>
        <w:t>کے خیال سے کس حد تک قرآن اور سنت کو سمجھانے میں support کر سکتی ہیں؟ دیکھیں، میں</w:t>
      </w:r>
    </w:p>
    <w:p>
      <w:r>
        <w:rPr>
          <w:b/>
        </w:rPr>
        <w:t xml:space="preserve">[1:08:25] </w:t>
      </w:r>
      <w:r>
        <w:t>kisi ki kitab par koi tabsarah nahi karunga.</w:t>
      </w:r>
    </w:p>
    <w:p>
      <w:pPr>
        <w:jc w:val="right"/>
      </w:pPr>
      <w:r>
        <w:t>کسی کی کتاب پر کوئی تبصرہ نہیں کروں گا۔</w:t>
      </w:r>
    </w:p>
    <w:p>
      <w:r>
        <w:rPr>
          <w:b/>
        </w:rPr>
        <w:t xml:space="preserve">[1:08:31] </w:t>
      </w:r>
      <w:r>
        <w:t>aap parhiye, aap parh kar khud rai banaiye.</w:t>
      </w:r>
    </w:p>
    <w:p>
      <w:pPr>
        <w:jc w:val="right"/>
      </w:pPr>
      <w:r>
        <w:t>آپ پڑھئے، آپ پڑھ کر خود رائے بنائیے۔</w:t>
      </w:r>
    </w:p>
    <w:p>
      <w:r>
        <w:rPr>
          <w:b/>
        </w:rPr>
        <w:t xml:space="preserve">[1:08:36] </w:t>
      </w:r>
      <w:r>
        <w:t>khud parhiye, khud ko rai banaiye.</w:t>
      </w:r>
    </w:p>
    <w:p>
      <w:pPr>
        <w:jc w:val="right"/>
      </w:pPr>
      <w:r>
        <w:t>خود پڑھئے، خود کو رائے بنائیے۔</w:t>
      </w:r>
    </w:p>
    <w:p>
      <w:r>
        <w:rPr>
          <w:b/>
        </w:rPr>
        <w:t xml:space="preserve">[1:08:42] </w:t>
      </w:r>
      <w:r>
        <w:t>mein is par koi remark nahi dunga.</w:t>
      </w:r>
    </w:p>
    <w:p>
      <w:pPr>
        <w:jc w:val="right"/>
      </w:pPr>
      <w:r>
        <w:t>میں اس پر کوئی remark نہیں دوں گا۔</w:t>
      </w:r>
    </w:p>
    <w:p>
      <w:r>
        <w:rPr>
          <w:b/>
        </w:rPr>
        <w:t xml:space="preserve">[1:08:48] </w:t>
      </w:r>
      <w:r>
        <w:t>Okay, so we will end this session now.</w:t>
      </w:r>
    </w:p>
    <w:p>
      <w:pPr>
        <w:jc w:val="right"/>
      </w:pPr>
      <w:r>
        <w:t>Okay, so we will end this session now.</w:t>
      </w:r>
    </w:p>
    <w:p>
      <w:r>
        <w:rPr>
          <w:b/>
        </w:rPr>
        <w:t xml:space="preserve">[1:08:54]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