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Nature November 29, 2015</w:t>
      </w:r>
    </w:p>
    <w:p>
      <w:r>
        <w:t>https://www.youtube.com/watch?v=zf6tZV4oXLw</w:t>
      </w:r>
    </w:p>
    <w:p>
      <w:r>
        <w:rPr>
          <w:b/>
        </w:rPr>
        <w:t xml:space="preserve">[00:21]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[00:22] </w:t>
      </w:r>
      <w:r>
        <w:t>wasalli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intees november do hazar pandrah.</w:t>
      </w:r>
    </w:p>
    <w:p>
      <w:pPr>
        <w:jc w:val="right"/>
      </w:pPr>
      <w:r>
        <w:t>انتیس November دو ہزار پندرہ۔</w:t>
      </w:r>
    </w:p>
    <w:p>
      <w:r>
        <w:rPr>
          <w:b/>
        </w:rPr>
        <w:t xml:space="preserve">[00:32] </w:t>
      </w:r>
      <w:r>
        <w:t>aaj ka topic hai fitrat e khodawandi ya divine nature.</w:t>
      </w:r>
    </w:p>
    <w:p>
      <w:pPr>
        <w:jc w:val="right"/>
      </w:pPr>
      <w:r>
        <w:t>آج کا ٹاپک ہے فطرت خداوندی یا Divine Nature۔</w:t>
      </w:r>
    </w:p>
    <w:p>
      <w:r>
        <w:rPr>
          <w:b/>
        </w:rPr>
        <w:t xml:space="preserve">[00:36] </w:t>
      </w:r>
      <w:r>
        <w:t>quran mein jo baaten batai gayi hain un mein se ek woh hai jo surat al isra mein</w:t>
      </w:r>
    </w:p>
    <w:p>
      <w:pPr>
        <w:jc w:val="right"/>
      </w:pPr>
      <w:r>
        <w:t>قرآن میں جو باتیں بتائی گئی ہیں ان میں سے ایک وہ ہے جو سورۃ آل اسراء میں</w:t>
      </w:r>
    </w:p>
    <w:p>
      <w:r>
        <w:rPr>
          <w:b/>
        </w:rPr>
        <w:t xml:space="preserve">[00:44] </w:t>
      </w:r>
      <w:r>
        <w:t>aap dekh sakte hain.</w:t>
      </w:r>
    </w:p>
    <w:p>
      <w:pPr>
        <w:jc w:val="right"/>
      </w:pPr>
      <w:r>
        <w:t>آپ دیکھ سکتے ہیں۔</w:t>
      </w:r>
    </w:p>
    <w:p>
      <w:r>
        <w:rPr>
          <w:b/>
        </w:rPr>
        <w:t xml:space="preserve">[00:45] </w:t>
      </w:r>
      <w:r>
        <w:t>fitratallahi allati fatara annasa alaiha la tabdila li khalqillah is ayat se maloom hota hai ke insan</w:t>
      </w:r>
    </w:p>
    <w:p>
      <w:pPr>
        <w:jc w:val="right"/>
      </w:pPr>
      <w:r>
        <w:t>فِطْرَةَ اللَّهِ الَّتِي فَطَرَ النَّاسَ عَلَيْهَا لَا تَبْدِيلَ لِخَلْقِ اللَّهِ اس آیت سے معلوم ہوتا ہے کہ انسان</w:t>
      </w:r>
    </w:p>
    <w:p>
      <w:r>
        <w:rPr>
          <w:b/>
        </w:rPr>
        <w:t xml:space="preserve">[00:53] </w:t>
      </w:r>
      <w:r>
        <w:t>ki fitrat ya insan ki sakht isi fitrat par bani banai gayi hai jo creator ki sakht hai,</w:t>
      </w:r>
    </w:p>
    <w:p>
      <w:pPr>
        <w:jc w:val="right"/>
      </w:pPr>
      <w:r>
        <w:t>کی فطرت یا انسان کی ساخت اسی فطرت پر بنی بنائی گئی ہے جو Creator کی ساخت ہے،</w:t>
      </w:r>
    </w:p>
    <w:p>
      <w:r>
        <w:rPr>
          <w:b/>
        </w:rPr>
        <w:t xml:space="preserve">[01:01] </w:t>
      </w:r>
      <w:r>
        <w:t>jo Creator ki fitrat hai.</w:t>
      </w:r>
    </w:p>
    <w:p>
      <w:pPr>
        <w:jc w:val="right"/>
      </w:pPr>
      <w:r>
        <w:t>جو Creator کی فطرت ہے۔</w:t>
      </w:r>
    </w:p>
    <w:p>
      <w:r>
        <w:rPr>
          <w:b/>
        </w:rPr>
        <w:t xml:space="preserve">[01:03] </w:t>
      </w:r>
      <w:r>
        <w:t>isi ka aik shama insan ke andar maujood hai.</w:t>
      </w:r>
    </w:p>
    <w:p>
      <w:pPr>
        <w:jc w:val="right"/>
      </w:pPr>
      <w:r>
        <w:t>اسی کا ایک شمع انسان کے اندر موجود ہے۔</w:t>
      </w:r>
    </w:p>
    <w:p>
      <w:r>
        <w:rPr>
          <w:b/>
        </w:rPr>
        <w:t xml:space="preserve">[01:07] </w:t>
      </w:r>
      <w:r>
        <w:t>Potentially.</w:t>
      </w:r>
    </w:p>
    <w:p>
      <w:pPr>
        <w:jc w:val="right"/>
      </w:pPr>
      <w:r>
        <w:t>Potentially۔</w:t>
      </w:r>
    </w:p>
    <w:p>
      <w:r>
        <w:rPr>
          <w:b/>
        </w:rPr>
        <w:t xml:space="preserve">[01:08] </w:t>
      </w:r>
      <w:r>
        <w:t>chunanche aik aur ayat hai.</w:t>
      </w:r>
    </w:p>
    <w:p>
      <w:pPr>
        <w:jc w:val="right"/>
      </w:pPr>
      <w:r>
        <w:t>چنانچہ ایک اور آیت ہے۔</w:t>
      </w:r>
    </w:p>
    <w:p>
      <w:r>
        <w:rPr>
          <w:b/>
        </w:rPr>
        <w:t xml:space="preserve">[01:10] </w:t>
      </w:r>
      <w:r>
        <w:t>Qul kull ya'malu wala shakirat rabbikum alamun biman hawa ahda sabilan is ayat se maloom hota hai ke</w:t>
      </w:r>
    </w:p>
    <w:p>
      <w:pPr>
        <w:jc w:val="right"/>
      </w:pPr>
      <w:r>
        <w:t>قُلْ كُلِّ يَعْمَلُ وَلَا شَاكِرَتِ رَبِّكُمْ عَالَمٌ بَمَنْ هَوَ أَهْدَى سَبِيلًا اس آیت سے معلوم ہوتا ہے کہ</w:t>
      </w:r>
    </w:p>
    <w:p>
      <w:r>
        <w:rPr>
          <w:b/>
        </w:rPr>
        <w:t xml:space="preserve">[01:18] </w:t>
      </w:r>
      <w:r>
        <w:t>insan ki fitrat paidaishi taur par to wahi hai jo khaliq ki fitrat hai.</w:t>
      </w:r>
    </w:p>
    <w:p>
      <w:pPr>
        <w:jc w:val="right"/>
      </w:pPr>
      <w:r>
        <w:t>انسان کی فطرت پیدائشی طور پر تو وہی ہے جو خالق کی فطرت ہے۔</w:t>
      </w:r>
    </w:p>
    <w:p>
      <w:r>
        <w:rPr>
          <w:b/>
        </w:rPr>
        <w:t xml:space="preserve">[01:24] </w:t>
      </w:r>
      <w:r>
        <w:t>lekin insan is mein bigaad paida kar leta hai.</w:t>
      </w:r>
    </w:p>
    <w:p>
      <w:pPr>
        <w:jc w:val="right"/>
      </w:pPr>
      <w:r>
        <w:t>لیکن انسان اس میں بگاڑ پیدا کر لیتا ہے۔</w:t>
      </w:r>
    </w:p>
    <w:p>
      <w:r>
        <w:rPr>
          <w:b/>
        </w:rPr>
        <w:t xml:space="preserve">[01:28] </w:t>
      </w:r>
      <w:r>
        <w:t>jo jo us ki paidaishi fitrat hai wo baat ko baqi nahi rehti.</w:t>
      </w:r>
    </w:p>
    <w:p>
      <w:pPr>
        <w:jc w:val="right"/>
      </w:pPr>
      <w:r>
        <w:t>جو جو اس کی پیدائشی فطرت ہے وہ بات کو باقی نہیں رہتی۔</w:t>
      </w:r>
    </w:p>
    <w:p>
      <w:r>
        <w:rPr>
          <w:b/>
        </w:rPr>
        <w:t xml:space="preserve">[01:34] </w:t>
      </w:r>
      <w:r>
        <w:t>yeh baat aur zyada wazeh andaaz mein hadith mein aayi hai.</w:t>
      </w:r>
    </w:p>
    <w:p>
      <w:pPr>
        <w:jc w:val="right"/>
      </w:pPr>
      <w:r>
        <w:t>یہ بات اور زیادہ واضح انداز میں حدیث میں آئی ہے۔</w:t>
      </w:r>
    </w:p>
    <w:p>
      <w:r>
        <w:rPr>
          <w:b/>
        </w:rPr>
        <w:t xml:space="preserve">[01:38] </w:t>
      </w:r>
      <w:r>
        <w:t>aik hadith hai jo Al-Bukhari aur Muslim dono mein aayi hai.</w:t>
      </w:r>
    </w:p>
    <w:p>
      <w:pPr>
        <w:jc w:val="right"/>
      </w:pPr>
      <w:r>
        <w:t>ایک حدیث ہے جو البخاری اور مسلم دونوں میں آئی ہے۔</w:t>
      </w:r>
    </w:p>
    <w:p>
      <w:r>
        <w:rPr>
          <w:b/>
        </w:rPr>
        <w:t xml:space="preserve">[01:43] </w:t>
      </w:r>
      <w:r>
        <w:t>Kullu mawlidun yuladu 'alal fitrati fabawahu yubbidanihi wa majsanihi wa nisranihi yani har insan paida hota hai Al-Fitra par.</w:t>
      </w:r>
    </w:p>
    <w:p>
      <w:pPr>
        <w:jc w:val="right"/>
      </w:pPr>
      <w:r>
        <w:t>كُلُّ مُولِدٍ يُولَدُ عَلَى الْفِطْرَةِ فَبَوَاهُ يَوْبِدَانِهِ وَمَجْسَانِهِ وَنِسْرَانِهِ یعنی ہر انسان پیدا ہوتا ہے الفطرہ پر۔</w:t>
      </w:r>
    </w:p>
    <w:p>
      <w:r>
        <w:rPr>
          <w:b/>
        </w:rPr>
        <w:t xml:space="preserve">[01:50] </w:t>
      </w:r>
      <w:r>
        <w:t>Al-Fitra.</w:t>
      </w:r>
    </w:p>
    <w:p>
      <w:pPr>
        <w:jc w:val="right"/>
      </w:pPr>
      <w:r>
        <w:t>الفطرہ۔</w:t>
      </w:r>
    </w:p>
    <w:p>
      <w:r>
        <w:rPr>
          <w:b/>
        </w:rPr>
        <w:t xml:space="preserve">[01:52] </w:t>
      </w:r>
      <w:r>
        <w:t>yeh wahi hai jo Quran mein hai Fitrat Allah.</w:t>
      </w:r>
    </w:p>
    <w:p>
      <w:pPr>
        <w:jc w:val="right"/>
      </w:pPr>
      <w:r>
        <w:t>یہ وہی ہے جو قرآن میں ہے فطرت اللہ۔</w:t>
      </w:r>
    </w:p>
    <w:p>
      <w:r>
        <w:rPr>
          <w:b/>
        </w:rPr>
        <w:t xml:space="preserve">[01:56] </w:t>
      </w:r>
      <w:r>
        <w:t>Al-Fitra par paida hota hai.</w:t>
      </w:r>
    </w:p>
    <w:p>
      <w:pPr>
        <w:jc w:val="right"/>
      </w:pPr>
      <w:r>
        <w:t>الفطرہ پر پیدا ہوتا ہے۔</w:t>
      </w:r>
    </w:p>
    <w:p>
      <w:r>
        <w:rPr>
          <w:b/>
        </w:rPr>
        <w:t xml:space="preserve">[01:58] </w:t>
      </w:r>
      <w:r>
        <w:t>lekin is ke maa baap is ko yahudi, nasrani, majusi bana dete hain.</w:t>
      </w:r>
    </w:p>
    <w:p>
      <w:pPr>
        <w:jc w:val="right"/>
      </w:pPr>
      <w:r>
        <w:t>لیکن اس کے ماں باپ اس کو یہودی، نصرانی، مجوسی بنا دیتے ہیں۔</w:t>
      </w:r>
    </w:p>
    <w:p>
      <w:r>
        <w:rPr>
          <w:b/>
        </w:rPr>
        <w:t xml:space="preserve">[02:03] </w:t>
      </w:r>
      <w:r>
        <w:t>dekhen yahan par yahudi, nasrani, majusi 'alamati alfaaz hain.</w:t>
      </w:r>
    </w:p>
    <w:p>
      <w:pPr>
        <w:jc w:val="right"/>
      </w:pPr>
      <w:r>
        <w:t>دیکھیں یہاں پر یہودی، نصرانی، مجوسی علامتی الفاظ ہیں۔</w:t>
      </w:r>
    </w:p>
    <w:p>
      <w:r>
        <w:rPr>
          <w:b/>
        </w:rPr>
        <w:t xml:space="preserve">[02:07] </w:t>
      </w:r>
      <w:r>
        <w:t>'alamati alfaaz hain.</w:t>
      </w:r>
    </w:p>
    <w:p>
      <w:pPr>
        <w:jc w:val="right"/>
      </w:pPr>
      <w:r>
        <w:t>علامتی الفاظ ہیں۔</w:t>
      </w:r>
    </w:p>
    <w:p>
      <w:r>
        <w:rPr>
          <w:b/>
        </w:rPr>
        <w:t xml:space="preserve">[02:09] </w:t>
      </w:r>
      <w:r>
        <w:t>is ka matlab yeh hai ke insan paida hota hai to woh aik aik mahol mein hota hai.</w:t>
      </w:r>
    </w:p>
    <w:p>
      <w:pPr>
        <w:jc w:val="right"/>
      </w:pPr>
      <w:r>
        <w:t>اس کا مطلب یہ ہے کہ انسان پیدا ہوتا ہے تو وہ ایک ایک ماحول میں ہوتا ہے۔</w:t>
      </w:r>
    </w:p>
    <w:p>
      <w:r>
        <w:rPr>
          <w:b/>
        </w:rPr>
        <w:t xml:space="preserve">[02:16] </w:t>
      </w:r>
      <w:r>
        <w:t>aik Environment mein hota hai.</w:t>
      </w:r>
    </w:p>
    <w:p>
      <w:pPr>
        <w:jc w:val="right"/>
      </w:pPr>
      <w:r>
        <w:t>ایک Environment میں ہوتا ہے۔</w:t>
      </w:r>
    </w:p>
    <w:p>
      <w:r>
        <w:rPr>
          <w:b/>
        </w:rPr>
        <w:t xml:space="preserve">[02:19] </w:t>
      </w:r>
      <w:r>
        <w:t>ghar ka mahol, phir samaj ka mahol, phir dunya ka mahol.</w:t>
      </w:r>
    </w:p>
    <w:p>
      <w:pPr>
        <w:jc w:val="right"/>
      </w:pPr>
      <w:r>
        <w:t>گھر کا ماحول، پھر سماج کا ماحول، پھر دنیا کا ماحول۔</w:t>
      </w:r>
    </w:p>
    <w:p>
      <w:r>
        <w:rPr>
          <w:b/>
        </w:rPr>
        <w:t xml:space="preserve">[02:23] </w:t>
      </w:r>
      <w:r>
        <w:t>to paida hote hi insan ke andar aik Conditioning shuru ho jati hai.</w:t>
      </w:r>
    </w:p>
    <w:p>
      <w:pPr>
        <w:jc w:val="right"/>
      </w:pPr>
      <w:r>
        <w:t>تو پیدا ہوتے ہی انسان کے اندر ایک Conditioning شروع ہو جاتی ہے۔</w:t>
      </w:r>
    </w:p>
    <w:p>
      <w:r>
        <w:rPr>
          <w:b/>
        </w:rPr>
        <w:t xml:space="preserve">[02:29] </w:t>
      </w:r>
      <w:r>
        <w:t>Conditioning.</w:t>
      </w:r>
    </w:p>
    <w:p>
      <w:pPr>
        <w:jc w:val="right"/>
      </w:pPr>
      <w:r>
        <w:t>Conditioning۔</w:t>
      </w:r>
    </w:p>
    <w:p>
      <w:r>
        <w:rPr>
          <w:b/>
        </w:rPr>
        <w:t xml:space="preserve">[02:30] </w:t>
      </w:r>
      <w:r>
        <w:t>paida hote hi.</w:t>
      </w:r>
    </w:p>
    <w:p>
      <w:pPr>
        <w:jc w:val="right"/>
      </w:pPr>
      <w:r>
        <w:t>پیدا ہوتے ہی۔</w:t>
      </w:r>
    </w:p>
    <w:p>
      <w:r>
        <w:rPr>
          <w:b/>
        </w:rPr>
        <w:t xml:space="preserve">[02:32] </w:t>
      </w:r>
      <w:r>
        <w:t>to aakhir mein kya hota hai ke insan apne Environment ka Product ban jata hai.</w:t>
      </w:r>
    </w:p>
    <w:p>
      <w:pPr>
        <w:jc w:val="right"/>
      </w:pPr>
      <w:r>
        <w:t>تو آخر میں کیا ہوتا ہے کہ انسان اپنے Environment کا Product بن جاتا ہے۔</w:t>
      </w:r>
    </w:p>
    <w:p>
      <w:r>
        <w:rPr>
          <w:b/>
        </w:rPr>
        <w:t xml:space="preserve">[02:38] </w:t>
      </w:r>
      <w:r>
        <w:t>apne mahol ka Product ban jata hai.</w:t>
      </w:r>
    </w:p>
    <w:p>
      <w:pPr>
        <w:jc w:val="right"/>
      </w:pPr>
      <w:r>
        <w:t>اپنے ماحول کا Product بن جاتا ہے۔</w:t>
      </w:r>
    </w:p>
    <w:p>
      <w:r>
        <w:rPr>
          <w:b/>
        </w:rPr>
        <w:t xml:space="preserve">[02:41] </w:t>
      </w:r>
      <w:r>
        <w:t>to is ka matlab kya hua? is ko hum yoon bhi keh sakte hain ke insaan ka jo</w:t>
      </w:r>
    </w:p>
    <w:p>
      <w:pPr>
        <w:jc w:val="right"/>
      </w:pPr>
      <w:r>
        <w:t>تو اس کا مطلب کیا ہوا؟ اس کو ہم یوں بھی کہہ سکتے ہیں کہ انسان کا جو</w:t>
      </w:r>
    </w:p>
    <w:p>
      <w:r>
        <w:rPr>
          <w:b/>
        </w:rPr>
        <w:t xml:space="preserve">[02:49] </w:t>
      </w:r>
      <w:r>
        <w:t>khaliq ka jo Wavelength hai wahi insaan ka Wavelength hai.</w:t>
      </w:r>
    </w:p>
    <w:p>
      <w:pPr>
        <w:jc w:val="right"/>
      </w:pPr>
      <w:r>
        <w:t>خالق کا جو Wavelength ہے وہی انسان کا Wavelength ہے۔</w:t>
      </w:r>
    </w:p>
    <w:p>
      <w:r>
        <w:rPr>
          <w:b/>
        </w:rPr>
        <w:t xml:space="preserve">[02:53] </w:t>
      </w:r>
      <w:r>
        <w:t>Potentially.</w:t>
      </w:r>
    </w:p>
    <w:p>
      <w:pPr>
        <w:jc w:val="right"/>
      </w:pPr>
      <w:r>
        <w:t>Potentially۔</w:t>
      </w:r>
    </w:p>
    <w:p>
      <w:r>
        <w:rPr>
          <w:b/>
        </w:rPr>
        <w:t xml:space="preserve">[02:55] </w:t>
      </w:r>
      <w:r>
        <w:t>yani agar woh mahol ka asar na le, apne ko Conditioning se bachaye to is ka Wavelength wahi</w:t>
      </w:r>
    </w:p>
    <w:p>
      <w:pPr>
        <w:jc w:val="right"/>
      </w:pPr>
      <w:r>
        <w:t>یعنی اگر وہ ماحول کا اثر نہ لے، اپنے کو Conditioning سے بچائے تو اس کا Wavelength وہی</w:t>
      </w:r>
    </w:p>
    <w:p>
      <w:r>
        <w:rPr>
          <w:b/>
        </w:rPr>
        <w:t xml:space="preserve">[03:03] </w:t>
      </w:r>
      <w:r>
        <w:t>ho jayega jo khaliq ka Wavelength hai.</w:t>
      </w:r>
    </w:p>
    <w:p>
      <w:pPr>
        <w:jc w:val="right"/>
      </w:pPr>
      <w:r>
        <w:t>ہو جائے گا جو خالق کا Wavelength ہے۔</w:t>
      </w:r>
    </w:p>
    <w:p>
      <w:r>
        <w:rPr>
          <w:b/>
        </w:rPr>
        <w:t xml:space="preserve">[03:06] </w:t>
      </w:r>
      <w:r>
        <w:t>is ka shakla wahi ho jayega jo khaliq ka shakla hai.</w:t>
      </w:r>
    </w:p>
    <w:p>
      <w:pPr>
        <w:jc w:val="right"/>
      </w:pPr>
      <w:r>
        <w:t>اس کا شاکلہ وہی ہو جائے گا جو خالق کا شاکلہ ہے۔</w:t>
      </w:r>
    </w:p>
    <w:p>
      <w:r>
        <w:rPr>
          <w:b/>
        </w:rPr>
        <w:t xml:space="preserve">[03:11] </w:t>
      </w:r>
      <w:r>
        <w:t>insaan ka Mindset wahi ho jayega jo khaliq ka Mindset hai.</w:t>
      </w:r>
    </w:p>
    <w:p>
      <w:pPr>
        <w:jc w:val="right"/>
      </w:pPr>
      <w:r>
        <w:t>انسان کا Mindset وہی ہو جائے گا جو خالق کا Mindset ہے۔</w:t>
      </w:r>
    </w:p>
    <w:p>
      <w:r>
        <w:rPr>
          <w:b/>
        </w:rPr>
        <w:t xml:space="preserve">[03:16] </w:t>
      </w:r>
      <w:r>
        <w:t>yeh bohat hi Important baat hai.</w:t>
      </w:r>
    </w:p>
    <w:p>
      <w:pPr>
        <w:jc w:val="right"/>
      </w:pPr>
      <w:r>
        <w:t>یہ بہت ہی Important بات ہے۔</w:t>
      </w:r>
    </w:p>
    <w:p>
      <w:r>
        <w:rPr>
          <w:b/>
        </w:rPr>
        <w:t xml:space="preserve">[03:19] </w:t>
      </w:r>
      <w:r>
        <w:t>is mani ke is duniya mein aaj insaan ko pehla kaam yeh karna hai ke apne al-fitra ko</w:t>
      </w:r>
    </w:p>
    <w:p>
      <w:pPr>
        <w:jc w:val="right"/>
      </w:pPr>
      <w:r>
        <w:t>اس معنی کہ اس دنیا میں آج انسان کو پہلا کام یہ کرنا ہے کہ اپنے الفطرہ کو</w:t>
      </w:r>
    </w:p>
    <w:p>
      <w:r>
        <w:rPr>
          <w:b/>
        </w:rPr>
        <w:t xml:space="preserve">[03:27] </w:t>
      </w:r>
      <w:r>
        <w:t>bachaye.</w:t>
      </w:r>
    </w:p>
    <w:p>
      <w:pPr>
        <w:jc w:val="right"/>
      </w:pPr>
      <w:r>
        <w:t>بچائے۔</w:t>
      </w:r>
    </w:p>
    <w:p>
      <w:r>
        <w:rPr>
          <w:b/>
        </w:rPr>
        <w:t xml:space="preserve">[03:28] </w:t>
      </w:r>
      <w:r>
        <w:t>agar is ki Conditioning ki wajah se al-fitra mein Change aa gaya hai to Deconditioning kare.</w:t>
      </w:r>
    </w:p>
    <w:p>
      <w:pPr>
        <w:jc w:val="right"/>
      </w:pPr>
      <w:r>
        <w:t>اگر اس کی Conditioning کی وجہ سے الفطرہ میں Change آ گیا ہے تو Deconditioning کرے۔</w:t>
      </w:r>
    </w:p>
    <w:p>
      <w:r>
        <w:rPr>
          <w:b/>
        </w:rPr>
        <w:t xml:space="preserve">[03:35] </w:t>
      </w:r>
      <w:r>
        <w:t>woh Deconditioning kar ke apne aap ko dobara al-fitra par qaim kare.</w:t>
      </w:r>
    </w:p>
    <w:p>
      <w:pPr>
        <w:jc w:val="right"/>
      </w:pPr>
      <w:r>
        <w:t>وہ Deconditioning کر کے اپنے آپ کو دوبارہ الفطرہ پر قائم کرے۔</w:t>
      </w:r>
    </w:p>
    <w:p>
      <w:r>
        <w:rPr>
          <w:b/>
        </w:rPr>
        <w:t xml:space="preserve">[03:40] </w:t>
      </w:r>
      <w:r>
        <w:t>agar aisa nahi karega insaan to is ki sari Activities galat ho jayengi.</w:t>
      </w:r>
    </w:p>
    <w:p>
      <w:pPr>
        <w:jc w:val="right"/>
      </w:pPr>
      <w:r>
        <w:t>اگر ایسا نہیں کرے گا انسان تو اس کی ساری Activities غلط ہو جائیں گی۔</w:t>
      </w:r>
    </w:p>
    <w:p>
      <w:r>
        <w:rPr>
          <w:b/>
        </w:rPr>
        <w:t xml:space="preserve">[03:46] </w:t>
      </w:r>
      <w:r>
        <w:t>ab mein aap ko aik misaal ke zariye is ko wazeh karta hoon.</w:t>
      </w:r>
    </w:p>
    <w:p>
      <w:pPr>
        <w:jc w:val="right"/>
      </w:pPr>
      <w:r>
        <w:t>اب میں آپ کو ایک مثال کے ذریعے اس کو واضح کرتا ہوں۔</w:t>
      </w:r>
    </w:p>
    <w:p>
      <w:r>
        <w:rPr>
          <w:b/>
        </w:rPr>
        <w:t xml:space="preserve">[03:52] </w:t>
      </w:r>
      <w:r>
        <w:t>yani al-fitra ka matlab yahan yeh hai ke Khuda ke aik Scheme of Things hain.</w:t>
      </w:r>
    </w:p>
    <w:p>
      <w:pPr>
        <w:jc w:val="right"/>
      </w:pPr>
      <w:r>
        <w:t>یعنی الفطرہ کا مطلب یہاں یہ ہے کہ خدا کے ایک Scheme of Things ہیں۔</w:t>
      </w:r>
    </w:p>
    <w:p>
      <w:r>
        <w:rPr>
          <w:b/>
        </w:rPr>
        <w:t xml:space="preserve">[03:58] </w:t>
      </w:r>
      <w:r>
        <w:t>is ke mutaliq woh duniya ko, is ke mutabiq woh duniya ko Manage kar raha hai.</w:t>
      </w:r>
    </w:p>
    <w:p>
      <w:pPr>
        <w:jc w:val="right"/>
      </w:pPr>
      <w:r>
        <w:t>اس کے متعلق وہ دنیا کو، اس کے مطابق وہ دنیا کو Manage کر رہا ہے۔</w:t>
      </w:r>
    </w:p>
    <w:p>
      <w:r>
        <w:rPr>
          <w:b/>
        </w:rPr>
        <w:t xml:space="preserve">[04:05] </w:t>
      </w:r>
      <w:r>
        <w:t>to hamein chahiye ke hum Khuda ke jo Scheme of Things hain is ko samjhein.</w:t>
      </w:r>
    </w:p>
    <w:p>
      <w:pPr>
        <w:jc w:val="right"/>
      </w:pPr>
      <w:r>
        <w:t>تو ہمیں چاہیے کہ ہم خدا کے جو Scheme of Things ہیں اس کو سمجھیں۔</w:t>
      </w:r>
    </w:p>
    <w:p>
      <w:r>
        <w:rPr>
          <w:b/>
        </w:rPr>
        <w:t xml:space="preserve">[04:12] </w:t>
      </w:r>
      <w:r>
        <w:t>taakeh hamari Planning, hamari Activities is ke mutabiq hon.</w:t>
      </w:r>
    </w:p>
    <w:p>
      <w:pPr>
        <w:jc w:val="right"/>
      </w:pPr>
      <w:r>
        <w:t>تاکہ ہماری Planning، ہماری Activities اس کے مطابق ہوں۔</w:t>
      </w:r>
    </w:p>
    <w:p>
      <w:r>
        <w:rPr>
          <w:b/>
        </w:rPr>
        <w:t xml:space="preserve">[04:16] </w:t>
      </w:r>
      <w:r>
        <w:t>hamari Planning ko khaliq ki Planning se Collaborate karna chahiye.</w:t>
      </w:r>
    </w:p>
    <w:p>
      <w:pPr>
        <w:jc w:val="right"/>
      </w:pPr>
      <w:r>
        <w:t>ہماری Planning کو خالق کی Planning سے Collaborate کرنا چاہیے۔</w:t>
      </w:r>
    </w:p>
    <w:p>
      <w:r>
        <w:rPr>
          <w:b/>
        </w:rPr>
        <w:t xml:space="preserve">[04:20] </w:t>
      </w:r>
      <w:r>
        <w:t>tab hum kamyab honge.</w:t>
      </w:r>
    </w:p>
    <w:p>
      <w:pPr>
        <w:jc w:val="right"/>
      </w:pPr>
      <w:r>
        <w:t>تب ہم کامیاب ہوں گے۔</w:t>
      </w:r>
    </w:p>
    <w:p>
      <w:r>
        <w:rPr>
          <w:b/>
        </w:rPr>
        <w:t xml:space="preserve">[04:22] </w:t>
      </w:r>
      <w:r>
        <w:t>is ki aik aik misaal Seerat-e-Rasool mein milti hai.</w:t>
      </w:r>
    </w:p>
    <w:p>
      <w:pPr>
        <w:jc w:val="right"/>
      </w:pPr>
      <w:r>
        <w:t>اس کی ایک ایک مثال سیرت رسول میں ملتی ہے۔</w:t>
      </w:r>
    </w:p>
    <w:p>
      <w:r>
        <w:rPr>
          <w:b/>
        </w:rPr>
        <w:t xml:space="preserve">[04:26] </w:t>
      </w:r>
      <w:r>
        <w:t>bohat si misalein hain.</w:t>
      </w:r>
    </w:p>
    <w:p>
      <w:pPr>
        <w:jc w:val="right"/>
      </w:pPr>
      <w:r>
        <w:t>بہت سی مثالیں ہیں۔</w:t>
      </w:r>
    </w:p>
    <w:p>
      <w:r>
        <w:rPr>
          <w:b/>
        </w:rPr>
        <w:t xml:space="preserve">[04:28] </w:t>
      </w:r>
      <w:r>
        <w:t>aik mein arz karta hoon.</w:t>
      </w:r>
    </w:p>
    <w:p>
      <w:pPr>
        <w:jc w:val="right"/>
      </w:pPr>
      <w:r>
        <w:t>ایک میں عرض کرتا ہوں۔</w:t>
      </w:r>
    </w:p>
    <w:p>
      <w:r>
        <w:rPr>
          <w:b/>
        </w:rPr>
        <w:t xml:space="preserve">[04:30] </w:t>
      </w:r>
      <w:r>
        <w:t>Rasool Allah (SAW) paida hue Makka mein.</w:t>
      </w:r>
    </w:p>
    <w:p>
      <w:pPr>
        <w:jc w:val="right"/>
      </w:pPr>
      <w:r>
        <w:t>رسول اللہ صلی اللہ علیہ وسلم پیدا ہوئے مکہ میں۔</w:t>
      </w:r>
    </w:p>
    <w:p>
      <w:r>
        <w:rPr>
          <w:b/>
        </w:rPr>
        <w:t xml:space="preserve">[04:34] </w:t>
      </w:r>
      <w:r>
        <w:t>saatveen sadi Isvi ke First Quarter mein aap ne Mission shuru kiya apna.</w:t>
      </w:r>
    </w:p>
    <w:p>
      <w:pPr>
        <w:jc w:val="right"/>
      </w:pPr>
      <w:r>
        <w:t>ساتویں صدی عیسوی کے First Quarter میں آپ نے Mission شروع کیا اپنا۔</w:t>
      </w:r>
    </w:p>
    <w:p>
      <w:r>
        <w:rPr>
          <w:b/>
        </w:rPr>
        <w:t xml:space="preserve">[04:40] </w:t>
      </w:r>
      <w:r>
        <w:t>is waqt makkah shirk ka garh bana hua tha.</w:t>
      </w:r>
    </w:p>
    <w:p>
      <w:pPr>
        <w:jc w:val="right"/>
      </w:pPr>
      <w:r>
        <w:t>اس وقت مکہ شرک کا گڑھ بنا ہوا تھا۔</w:t>
      </w:r>
    </w:p>
    <w:p>
      <w:r>
        <w:rPr>
          <w:b/>
        </w:rPr>
        <w:t xml:space="preserve">[04:44] </w:t>
      </w:r>
      <w:r>
        <w:t>yahan tak ke mushrik logon ne kaaba ke andar but rakh diye the.</w:t>
      </w:r>
    </w:p>
    <w:p>
      <w:pPr>
        <w:jc w:val="right"/>
      </w:pPr>
      <w:r>
        <w:t>یہاں تک کہ مشرک لوگوں نے کعبہ کے اندر بت رکھ دیے تھے۔</w:t>
      </w:r>
    </w:p>
    <w:p>
      <w:r>
        <w:rPr>
          <w:b/>
        </w:rPr>
        <w:t xml:space="preserve">[04:49] </w:t>
      </w:r>
      <w:r>
        <w:t>teen so saath but.</w:t>
      </w:r>
    </w:p>
    <w:p>
      <w:pPr>
        <w:jc w:val="right"/>
      </w:pPr>
      <w:r>
        <w:t>تین سو ساٹھ بت۔</w:t>
      </w:r>
    </w:p>
    <w:p>
      <w:r>
        <w:rPr>
          <w:b/>
        </w:rPr>
        <w:t xml:space="preserve">[04:51] </w:t>
      </w:r>
      <w:r>
        <w:t>yeh teen so saath but kya the? yeh teen so saath tribes ya ya sub tribes ke but</w:t>
      </w:r>
    </w:p>
    <w:p>
      <w:pPr>
        <w:jc w:val="right"/>
      </w:pPr>
      <w:r>
        <w:t>یہ تین سو ساٹھ بت کیا تھے؟ یہ تین سو ساٹھ Tribes یا یا Sub Tribes کے بت</w:t>
      </w:r>
    </w:p>
    <w:p>
      <w:r>
        <w:rPr>
          <w:b/>
        </w:rPr>
        <w:t xml:space="preserve">[04:59]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[05:00] </w:t>
      </w:r>
      <w:r>
        <w:t>wahan har har tribe ka ek alag but hota tha.</w:t>
      </w:r>
    </w:p>
    <w:p>
      <w:pPr>
        <w:jc w:val="right"/>
      </w:pPr>
      <w:r>
        <w:t>وہاں ہر ہر Tribe کا ایک الگ بت ہوتا تھا۔</w:t>
      </w:r>
    </w:p>
    <w:p>
      <w:r>
        <w:rPr>
          <w:b/>
        </w:rPr>
        <w:t xml:space="preserve">[05:05] </w:t>
      </w:r>
      <w:r>
        <w:t>jisko haal hi mein kaha hai ke qabail qabail ka but tak juda tha.</w:t>
      </w:r>
    </w:p>
    <w:p>
      <w:pPr>
        <w:jc w:val="right"/>
      </w:pPr>
      <w:r>
        <w:t>جس کو حال ہی میں کہا ہے کہ قبیلے قبیلے کا بت تک جدا تھا۔</w:t>
      </w:r>
    </w:p>
    <w:p>
      <w:r>
        <w:rPr>
          <w:b/>
        </w:rPr>
        <w:t xml:space="preserve">[05:11] </w:t>
      </w:r>
      <w:r>
        <w:t>to tribe the, phir sub sub tribe the, un ki branches thin.</w:t>
      </w:r>
    </w:p>
    <w:p>
      <w:pPr>
        <w:jc w:val="right"/>
      </w:pPr>
      <w:r>
        <w:t>تو Tribe تھے، پھر سب Sub Tribe تھے، ان کی Branches تھیں۔</w:t>
      </w:r>
    </w:p>
    <w:p>
      <w:r>
        <w:rPr>
          <w:b/>
        </w:rPr>
        <w:t xml:space="preserve">[05:16] </w:t>
      </w:r>
      <w:r>
        <w:t>to har ek ne apna ek alag but bana rakha tha.</w:t>
      </w:r>
    </w:p>
    <w:p>
      <w:pPr>
        <w:jc w:val="right"/>
      </w:pPr>
      <w:r>
        <w:t>تو ہر ایک نے اپنا ایک الگ بت بنا رکھا تھا۔</w:t>
      </w:r>
    </w:p>
    <w:p>
      <w:r>
        <w:rPr>
          <w:b/>
        </w:rPr>
        <w:t xml:space="preserve">[05:21] </w:t>
      </w:r>
      <w:r>
        <w:t>to yeh teen so saath but jo the yeh bohat saare tribes ke but the yeh.</w:t>
      </w:r>
    </w:p>
    <w:p>
      <w:pPr>
        <w:jc w:val="right"/>
      </w:pPr>
      <w:r>
        <w:t>تو یہ تین سو ساٹھ بت جو تھے یہ بہت سارے Tribes کے بت تھے یہ۔</w:t>
      </w:r>
    </w:p>
    <w:p>
      <w:r>
        <w:rPr>
          <w:b/>
        </w:rPr>
        <w:t xml:space="preserve">[05:28] </w:t>
      </w:r>
      <w:r>
        <w:t>aur woh gaya is tareeqay se kaaba in logon ke liye ek center ban gaya tha.</w:t>
      </w:r>
    </w:p>
    <w:p>
      <w:pPr>
        <w:jc w:val="right"/>
      </w:pPr>
      <w:r>
        <w:t>اور وہ گیا اس طریقے سے کعبہ ان لوگوں کے لیے ایک Center بن گیا تھا۔</w:t>
      </w:r>
    </w:p>
    <w:p>
      <w:r>
        <w:rPr>
          <w:b/>
        </w:rPr>
        <w:t xml:space="preserve">[05:35] </w:t>
      </w:r>
      <w:r>
        <w:t>poore arab ke tamam qabail ka center.</w:t>
      </w:r>
    </w:p>
    <w:p>
      <w:pPr>
        <w:jc w:val="right"/>
      </w:pPr>
      <w:r>
        <w:t>پورے عرب کے تمام قبائل کا Center۔</w:t>
      </w:r>
    </w:p>
    <w:p>
      <w:r>
        <w:rPr>
          <w:b/>
        </w:rPr>
        <w:t xml:space="preserve">[05:38] </w:t>
      </w:r>
      <w:r>
        <w:t>aur saal bhar wahan log aate the apne bonton ki ziyarat ki, ziyarat ke liye, is ki pooja</w:t>
      </w:r>
    </w:p>
    <w:p>
      <w:pPr>
        <w:jc w:val="right"/>
      </w:pPr>
      <w:r>
        <w:t>اور سال بھر وہاں لوگ آتے تھے اپنے بتوں کی زیارت کی، زیارت کے لیے، اس کی پوجا</w:t>
      </w:r>
    </w:p>
    <w:p>
      <w:r>
        <w:rPr>
          <w:b/>
        </w:rPr>
        <w:t xml:space="preserve">[05:45] </w:t>
      </w:r>
      <w:r>
        <w:t>paat ke liye.</w:t>
      </w:r>
    </w:p>
    <w:p>
      <w:pPr>
        <w:jc w:val="right"/>
      </w:pPr>
      <w:r>
        <w:t>پاٹ کے لیے۔</w:t>
      </w:r>
    </w:p>
    <w:p>
      <w:r>
        <w:rPr>
          <w:b/>
        </w:rPr>
        <w:t xml:space="preserve">[05:47] </w:t>
      </w:r>
      <w:r>
        <w:t>is se aashirwad lene ke liye.</w:t>
      </w:r>
    </w:p>
    <w:p>
      <w:pPr>
        <w:jc w:val="right"/>
      </w:pPr>
      <w:r>
        <w:t>اس سے آشیرواد لینے کے لیے۔</w:t>
      </w:r>
    </w:p>
    <w:p>
      <w:r>
        <w:rPr>
          <w:b/>
        </w:rPr>
        <w:t xml:space="preserve">[05:49] </w:t>
      </w:r>
      <w:r>
        <w:t>to saal bhar yeh silsila chalta rehta tha.</w:t>
      </w:r>
    </w:p>
    <w:p>
      <w:pPr>
        <w:jc w:val="right"/>
      </w:pPr>
      <w:r>
        <w:t>تو سال بھر یہ سلسلہ چلتا رہتا تھا۔</w:t>
      </w:r>
    </w:p>
    <w:p>
      <w:r>
        <w:rPr>
          <w:b/>
        </w:rPr>
        <w:t xml:space="preserve">[05:53] </w:t>
      </w:r>
      <w:r>
        <w:t>to kaaba jo tha woh center of gathering tha arbon ke liye.</w:t>
      </w:r>
    </w:p>
    <w:p>
      <w:pPr>
        <w:jc w:val="right"/>
      </w:pPr>
      <w:r>
        <w:t>تو کعبہ جو تھا وہ Center of Gathering تھا عربوں کے لیے۔</w:t>
      </w:r>
    </w:p>
    <w:p>
      <w:r>
        <w:rPr>
          <w:b/>
        </w:rPr>
        <w:t xml:space="preserve">[05:58] </w:t>
      </w:r>
      <w:r>
        <w:t>center of gathering.</w:t>
      </w:r>
    </w:p>
    <w:p>
      <w:pPr>
        <w:jc w:val="right"/>
      </w:pPr>
      <w:r>
        <w:t>Center of Gathering۔</w:t>
      </w:r>
    </w:p>
    <w:p>
      <w:r>
        <w:rPr>
          <w:b/>
        </w:rPr>
        <w:t xml:space="preserve">[06:00] </w:t>
      </w:r>
      <w:r>
        <w:t>to aap rasool Allah sal Allah alaihi wasallam ne jab apna kaam shuru kiya to aap ka mission</w:t>
      </w:r>
    </w:p>
    <w:p>
      <w:pPr>
        <w:jc w:val="right"/>
      </w:pPr>
      <w:r>
        <w:t>تو آپ رسول اللہ صلی اللہ علیہ وسلم نے جب اپنا کام شروع کیا تو آپ کا Mission</w:t>
      </w:r>
    </w:p>
    <w:p>
      <w:r>
        <w:rPr>
          <w:b/>
        </w:rPr>
        <w:t xml:space="preserve">[06:07] </w:t>
      </w:r>
      <w:r>
        <w:t>to toheed ka mission tha.</w:t>
      </w:r>
    </w:p>
    <w:p>
      <w:pPr>
        <w:jc w:val="right"/>
      </w:pPr>
      <w:r>
        <w:t>تو توحید کا Mission تھا۔</w:t>
      </w:r>
    </w:p>
    <w:p>
      <w:r>
        <w:rPr>
          <w:b/>
        </w:rPr>
        <w:t xml:space="preserve">[06:09] </w:t>
      </w:r>
      <w:r>
        <w:t>yani shirk ko chodo aur ek Allah ke ibadat guzar bano.</w:t>
      </w:r>
    </w:p>
    <w:p>
      <w:pPr>
        <w:jc w:val="right"/>
      </w:pPr>
      <w:r>
        <w:t>یعنی شرک کو چھوڑو اور ایک اللہ کے عبادت گزار بنو۔</w:t>
      </w:r>
    </w:p>
    <w:p>
      <w:r>
        <w:rPr>
          <w:b/>
        </w:rPr>
        <w:t xml:space="preserve">[06:14] </w:t>
      </w:r>
      <w:r>
        <w:t>aur yeh jo kaaba jo tha aap jante hain ke rasool Allah se pehle hazrat ibrahim ne banaya</w:t>
      </w:r>
    </w:p>
    <w:p>
      <w:pPr>
        <w:jc w:val="right"/>
      </w:pPr>
      <w:r>
        <w:t>اور یہ جو کعبہ جو تھا آپ جانتے ہیں کہ رسول اللہ سے پہلے حضرت ابراہیم نے بنایا</w:t>
      </w:r>
    </w:p>
    <w:p>
      <w:r>
        <w:rPr>
          <w:b/>
        </w:rPr>
        <w:t xml:space="preserve">[06:22] </w:t>
      </w:r>
      <w:r>
        <w:t>tha is ko toheed ke ibadat gaah ke taur par.</w:t>
      </w:r>
    </w:p>
    <w:p>
      <w:pPr>
        <w:jc w:val="right"/>
      </w:pPr>
      <w:r>
        <w:t>تھا اس کو توحید کے عبادت گاہ کے طور پر۔</w:t>
      </w:r>
    </w:p>
    <w:p>
      <w:r>
        <w:rPr>
          <w:b/>
        </w:rPr>
        <w:t xml:space="preserve">[06:26] </w:t>
      </w:r>
      <w:r>
        <w:t>sirf toheed ke liye.</w:t>
      </w:r>
    </w:p>
    <w:p>
      <w:pPr>
        <w:jc w:val="right"/>
      </w:pPr>
      <w:r>
        <w:t>صرف توحید کے لیے۔</w:t>
      </w:r>
    </w:p>
    <w:p>
      <w:r>
        <w:rPr>
          <w:b/>
        </w:rPr>
        <w:t xml:space="preserve">[06:28] </w:t>
      </w:r>
      <w:r>
        <w:t>to toheed ke ibadat gaah ko unhon ne shirk ka center bana diya tha.</w:t>
      </w:r>
    </w:p>
    <w:p>
      <w:pPr>
        <w:jc w:val="right"/>
      </w:pPr>
      <w:r>
        <w:t>تو توحید کے عبادت گاہ کو انہوں نے شرک کا Center بنا دیا تھا۔</w:t>
      </w:r>
    </w:p>
    <w:p>
      <w:r>
        <w:rPr>
          <w:b/>
        </w:rPr>
        <w:t xml:space="preserve">[06:34] </w:t>
      </w:r>
      <w:r>
        <w:t>to bazahir yeh hona chahiye tha ke rasool Allah sal Allah aleh wasalam sab se pehle kaba ko</w:t>
      </w:r>
    </w:p>
    <w:p>
      <w:pPr>
        <w:jc w:val="right"/>
      </w:pPr>
      <w:r>
        <w:t>تو بظاہر یہ ہونا چاہیے تھا کہ رسول اللہ صلی اللہ علیہ وسلم سب سے پہلے کعبہ کو</w:t>
      </w:r>
    </w:p>
    <w:p>
      <w:r>
        <w:rPr>
          <w:b/>
        </w:rPr>
        <w:t xml:space="preserve">[06:42] </w:t>
      </w:r>
      <w:r>
        <w:t>buton se pak karne ki campaign chalaen.</w:t>
      </w:r>
    </w:p>
    <w:p>
      <w:pPr>
        <w:jc w:val="right"/>
      </w:pPr>
      <w:r>
        <w:t>بتوں سے پاک کرنے کی Campaign چلائیں۔</w:t>
      </w:r>
    </w:p>
    <w:p>
      <w:r>
        <w:rPr>
          <w:b/>
        </w:rPr>
        <w:t xml:space="preserve">[06:45] </w:t>
      </w:r>
      <w:r>
        <w:t>buton ke khilaf bolen, buton par criticize karen, buton ko condemn karen.</w:t>
      </w:r>
    </w:p>
    <w:p>
      <w:pPr>
        <w:jc w:val="right"/>
      </w:pPr>
      <w:r>
        <w:t>بتوں کے خلاف بولیں، بتوں پر Criticize کریں، بتوں کو Condemn کریں۔</w:t>
      </w:r>
    </w:p>
    <w:p>
      <w:r>
        <w:rPr>
          <w:b/>
        </w:rPr>
        <w:t xml:space="preserve">[06:50] </w:t>
      </w:r>
      <w:r>
        <w:t>aur jo tareeqe hote hain us ko istemal karte hue kaba ko buton se pak karne ki koshish</w:t>
      </w:r>
    </w:p>
    <w:p>
      <w:pPr>
        <w:jc w:val="right"/>
      </w:pPr>
      <w:r>
        <w:t>اور جو طریقے ہوتے ہیں اس کو استعمال کرتے ہوئے کعبہ کو بتوں سے پاک کرنے کی کوشش</w:t>
      </w:r>
    </w:p>
    <w:p>
      <w:r>
        <w:rPr>
          <w:b/>
        </w:rPr>
        <w:t xml:space="preserve">[06:57] </w:t>
      </w:r>
      <w:r>
        <w:t>karen.</w:t>
      </w:r>
    </w:p>
    <w:p>
      <w:pPr>
        <w:jc w:val="right"/>
      </w:pPr>
      <w:r>
        <w:t>کریں۔</w:t>
      </w:r>
    </w:p>
    <w:p>
      <w:r>
        <w:rPr>
          <w:b/>
        </w:rPr>
        <w:t xml:space="preserve">[06:59] </w:t>
      </w:r>
      <w:r>
        <w:t>lekin aap ne yahan se apni koshish ka aaghaz nahi kiya.</w:t>
      </w:r>
    </w:p>
    <w:p>
      <w:pPr>
        <w:jc w:val="right"/>
      </w:pPr>
      <w:r>
        <w:t>لیکن آپ نے یہاں سے اپنی کوشش کا آغاز نہیں کیا۔</w:t>
      </w:r>
    </w:p>
    <w:p>
      <w:r>
        <w:rPr>
          <w:b/>
        </w:rPr>
        <w:t xml:space="preserve">[07:04] </w:t>
      </w:r>
      <w:r>
        <w:t>balke aap ne ignore ignore kiya.</w:t>
      </w:r>
    </w:p>
    <w:p>
      <w:pPr>
        <w:jc w:val="right"/>
      </w:pPr>
      <w:r>
        <w:t>بلکہ آپ نے Ignore Ignore کیا۔</w:t>
      </w:r>
    </w:p>
    <w:p>
      <w:r>
        <w:rPr>
          <w:b/>
        </w:rPr>
        <w:t xml:space="preserve">[07:06] </w:t>
      </w:r>
      <w:r>
        <w:t>kyun? is liye ke is waqt kaba ke do aspect the.</w:t>
      </w:r>
    </w:p>
    <w:p>
      <w:pPr>
        <w:jc w:val="right"/>
      </w:pPr>
      <w:r>
        <w:t>کیوں؟ اس لیے کہ اس وقت کعبہ کے دو Aspect تھے۔</w:t>
      </w:r>
    </w:p>
    <w:p>
      <w:r>
        <w:rPr>
          <w:b/>
        </w:rPr>
        <w:t xml:space="preserve">[07:11] </w:t>
      </w:r>
      <w:r>
        <w:t>ek yeh tha ke kaba buton ka center bana hua hai.</w:t>
      </w:r>
    </w:p>
    <w:p>
      <w:pPr>
        <w:jc w:val="right"/>
      </w:pPr>
      <w:r>
        <w:t>ایک یہ تھا کہ کعبہ بتوں کا Center بنا ہوا ہے۔</w:t>
      </w:r>
    </w:p>
    <w:p>
      <w:r>
        <w:rPr>
          <w:b/>
        </w:rPr>
        <w:t xml:space="preserve">[07:16] </w:t>
      </w:r>
      <w:r>
        <w:t>dosra yeh ke inhi buton ki wajah se wahan par gathering hoti thi.</w:t>
      </w:r>
    </w:p>
    <w:p>
      <w:pPr>
        <w:jc w:val="right"/>
      </w:pPr>
      <w:r>
        <w:t>دوسرا یہ کہ انہی بتوں کی وجہ سے وہاں پر Gathering ہوتی تھی۔</w:t>
      </w:r>
    </w:p>
    <w:p>
      <w:r>
        <w:rPr>
          <w:b/>
        </w:rPr>
        <w:t xml:space="preserve">[07:21] </w:t>
      </w:r>
      <w:r>
        <w:t>mukhtalif qabail ke log wahan barabar aa ke jama hote the.</w:t>
      </w:r>
    </w:p>
    <w:p>
      <w:pPr>
        <w:jc w:val="right"/>
      </w:pPr>
      <w:r>
        <w:t>مختلف قبائل کے لوگ وہاں برابر آ کے جمع ہوتے تھے۔</w:t>
      </w:r>
    </w:p>
    <w:p>
      <w:r>
        <w:rPr>
          <w:b/>
        </w:rPr>
        <w:t xml:space="preserve">[07:26] </w:t>
      </w:r>
      <w:r>
        <w:t>to ek tha arabon ka place of gathering.</w:t>
      </w:r>
    </w:p>
    <w:p>
      <w:pPr>
        <w:jc w:val="right"/>
      </w:pPr>
      <w:r>
        <w:t>تو ایک تھا عربوں کا Place of Gathering۔</w:t>
      </w:r>
    </w:p>
    <w:p>
      <w:r>
        <w:rPr>
          <w:b/>
        </w:rPr>
        <w:t xml:space="preserve">[07:29] </w:t>
      </w:r>
      <w:r>
        <w:t>ek tha arabon ke buton ka presence.</w:t>
      </w:r>
    </w:p>
    <w:p>
      <w:pPr>
        <w:jc w:val="right"/>
      </w:pPr>
      <w:r>
        <w:t>ایک تھا عربوں کے بتوں کا Presence۔</w:t>
      </w:r>
    </w:p>
    <w:p>
      <w:r>
        <w:rPr>
          <w:b/>
        </w:rPr>
        <w:t xml:space="preserve">[07:32] </w:t>
      </w:r>
      <w:r>
        <w:t>to rasool Allah sal Allah aleh wasalam ne dono ko dealing kiya.</w:t>
      </w:r>
    </w:p>
    <w:p>
      <w:pPr>
        <w:jc w:val="right"/>
      </w:pPr>
      <w:r>
        <w:t>تو رسول اللہ صلی اللہ علیہ وسلم نے دونوں کو Dealing کیا۔</w:t>
      </w:r>
    </w:p>
    <w:p>
      <w:r>
        <w:rPr>
          <w:b/>
        </w:rPr>
        <w:t xml:space="preserve">[07:37] </w:t>
      </w:r>
      <w:r>
        <w:t>dealing kiya.</w:t>
      </w:r>
    </w:p>
    <w:p>
      <w:pPr>
        <w:jc w:val="right"/>
      </w:pPr>
      <w:r>
        <w:t>Dealing کیا۔</w:t>
      </w:r>
    </w:p>
    <w:p>
      <w:r>
        <w:rPr>
          <w:b/>
        </w:rPr>
        <w:t xml:space="preserve">[07:39] </w:t>
      </w:r>
      <w:r>
        <w:t>یعنی بتوں کے Presence کو For the Time Being چھیڑا نہیں، چھوڑ دیا اس کو۔</w:t>
      </w:r>
    </w:p>
    <w:p>
      <w:pPr>
        <w:jc w:val="right"/>
      </w:pPr>
      <w:r>
        <w:t>یعنی بتوں کے Presence کو For the Time Being چھڑا نہیں، چھوڑ دیا اس کو۔</w:t>
      </w:r>
    </w:p>
    <w:p>
      <w:r>
        <w:rPr>
          <w:b/>
        </w:rPr>
        <w:t xml:space="preserve">[07:45] </w:t>
      </w:r>
      <w:r>
        <w:t>aur jo gathering hoti thi us ko istemal kiya aap ne dawat ke liye.</w:t>
      </w:r>
    </w:p>
    <w:p>
      <w:pPr>
        <w:jc w:val="right"/>
      </w:pPr>
      <w:r>
        <w:t>اور جو Gathering ہوتی تھی اس کو استعمال کیا آپ نے دعوت کے لیے۔</w:t>
      </w:r>
    </w:p>
    <w:p>
      <w:r>
        <w:rPr>
          <w:b/>
        </w:rPr>
        <w:t xml:space="preserve">[07:51] </w:t>
      </w:r>
      <w:r>
        <w:t>yani ek formula tha jis ko main doosre lafzon mein kahunga ke ignore the problem, avail the</w:t>
      </w:r>
    </w:p>
    <w:p>
      <w:pPr>
        <w:jc w:val="right"/>
      </w:pPr>
      <w:r>
        <w:t>یعنی ایک فارمولا تھا جس کو میں دوسرے لفظوں میں کہوں گا کہ Ignore the problem, avail the</w:t>
      </w:r>
    </w:p>
    <w:p>
      <w:r>
        <w:rPr>
          <w:b/>
        </w:rPr>
        <w:t xml:space="preserve">[07:59] </w:t>
      </w:r>
      <w:r>
        <w:t>opportunities, yani buton ke presence ko ignore karo.</w:t>
      </w:r>
    </w:p>
    <w:p>
      <w:pPr>
        <w:jc w:val="right"/>
      </w:pPr>
      <w:r>
        <w:t>opportunities یعنی بتوں کے Presence کو Ignore کرو۔</w:t>
      </w:r>
    </w:p>
    <w:p>
      <w:r>
        <w:rPr>
          <w:b/>
        </w:rPr>
        <w:t xml:space="preserve">[08:03] </w:t>
      </w:r>
      <w:r>
        <w:t>اور وہاں جو opportunity create ہوئی ہے اس کو avail کرو۔</w:t>
      </w:r>
    </w:p>
    <w:p>
      <w:pPr>
        <w:jc w:val="right"/>
      </w:pPr>
      <w:r>
        <w:t>اور وہاں جو Opportunity Create ہوئی ہے اس کو Avail کرو۔</w:t>
      </w:r>
    </w:p>
    <w:p>
      <w:r>
        <w:rPr>
          <w:b/>
        </w:rPr>
        <w:t xml:space="preserve">[08:07] </w:t>
      </w:r>
      <w:r>
        <w:t>تو اس کو It's a Dealing Policy Dealing Policy.</w:t>
      </w:r>
    </w:p>
    <w:p>
      <w:pPr>
        <w:jc w:val="right"/>
      </w:pPr>
      <w:r>
        <w:t>تو اس کو It's a Dealing Policy Dealing Policy۔</w:t>
      </w:r>
    </w:p>
    <w:p>
      <w:r>
        <w:rPr>
          <w:b/>
        </w:rPr>
        <w:t xml:space="preserve">[08:11] </w:t>
      </w:r>
      <w:r>
        <w:t>is ka itna bara result nikla ke ek bohat thore muddat mein kaba buton se pak ho gaya.</w:t>
      </w:r>
    </w:p>
    <w:p>
      <w:pPr>
        <w:jc w:val="right"/>
      </w:pPr>
      <w:r>
        <w:t>اس کا اتنا بڑا Result نکلا کہ ایک بہت تھوڑے مدت میں کعبہ بتوں سے پاک ہو گیا۔</w:t>
      </w:r>
    </w:p>
    <w:p>
      <w:r>
        <w:rPr>
          <w:b/>
        </w:rPr>
        <w:t xml:space="preserve">[08:19] </w:t>
      </w:r>
      <w:r>
        <w:t>aur Allah ki, ek ek Allah ki ibadat ka center ban gaya dobara.</w:t>
      </w:r>
    </w:p>
    <w:p>
      <w:pPr>
        <w:jc w:val="right"/>
      </w:pPr>
      <w:r>
        <w:t>اور اللہ کی، ایک ایک اللہ کی عبادت کا مرکز بن گیا دوبارہ۔</w:t>
      </w:r>
    </w:p>
    <w:p>
      <w:r>
        <w:rPr>
          <w:b/>
        </w:rPr>
        <w:t xml:space="preserve">[08:24] </w:t>
      </w:r>
      <w:r>
        <w:t>to yeh hai dealing policy.</w:t>
      </w:r>
    </w:p>
    <w:p>
      <w:pPr>
        <w:jc w:val="right"/>
      </w:pPr>
      <w:r>
        <w:t>تو یہ ہے Dealing Policy۔</w:t>
      </w:r>
    </w:p>
    <w:p>
      <w:r>
        <w:rPr>
          <w:b/>
        </w:rPr>
        <w:t xml:space="preserve">[08:27] </w:t>
      </w:r>
      <w:r>
        <w:t>lekin maujooda zamane mein hamare muslim leader log jo hain is raat ko kisi ne samjha hi nahi.</w:t>
      </w:r>
    </w:p>
    <w:p>
      <w:pPr>
        <w:jc w:val="right"/>
      </w:pPr>
      <w:r>
        <w:t>لیکن موجودہ زمانے میں ہمارے مسلم Leader لوگ جو ہیں اس رات کو کسی نے سمجھا ہی نہیں۔</w:t>
      </w:r>
    </w:p>
    <w:p>
      <w:r>
        <w:rPr>
          <w:b/>
        </w:rPr>
        <w:t xml:space="preserve">[08:34] </w:t>
      </w:r>
      <w:r>
        <w:t>dealing policy ke jo sunnat hai, us ko sunnat hum kahenge.</w:t>
      </w:r>
    </w:p>
    <w:p>
      <w:pPr>
        <w:jc w:val="right"/>
      </w:pPr>
      <w:r>
        <w:t>Dealing Policy کہ جو سنت ہے، اس کو سنت ہم کہیں گے۔</w:t>
      </w:r>
    </w:p>
    <w:p>
      <w:r>
        <w:rPr>
          <w:b/>
        </w:rPr>
        <w:t xml:space="preserve">[08:39] </w:t>
      </w:r>
      <w:r>
        <w:t>اس کو کسی ایک بھی شخص مجھے نئے والوں، میرے علم میں نہیں ہے کہ اس dealing policy</w:t>
      </w:r>
    </w:p>
    <w:p>
      <w:pPr>
        <w:jc w:val="right"/>
      </w:pPr>
      <w:r>
        <w:t>اس کو کسی ایک بھی شخص مجھے نئے والوں، میرے علم میں نہیں ہے کہ اس Dealing Policy</w:t>
      </w:r>
    </w:p>
    <w:p>
      <w:r>
        <w:rPr>
          <w:b/>
        </w:rPr>
        <w:t xml:space="preserve">[08:47] </w:t>
      </w:r>
      <w:r>
        <w:t>کو کسی نے سمجھا ہو اور اس کو avail کرنے کی کوشش کی ہو۔</w:t>
      </w:r>
    </w:p>
    <w:p>
      <w:pPr>
        <w:jc w:val="right"/>
      </w:pPr>
      <w:r>
        <w:t>کو کسی نے سمجھا ہو اور اس کو Avail کرنے کی کوشش کی ہو۔</w:t>
      </w:r>
    </w:p>
    <w:p>
      <w:r>
        <w:rPr>
          <w:b/>
        </w:rPr>
        <w:t xml:space="preserve">[08:53] </w:t>
      </w:r>
      <w:r>
        <w:t>main ek misal deta hoon.</w:t>
      </w:r>
    </w:p>
    <w:p>
      <w:pPr>
        <w:jc w:val="right"/>
      </w:pPr>
      <w:r>
        <w:t>میں ایک مثال دیتا ہوں۔</w:t>
      </w:r>
    </w:p>
    <w:p>
      <w:r>
        <w:rPr>
          <w:b/>
        </w:rPr>
        <w:t xml:space="preserve">[08:55] </w:t>
      </w:r>
      <w:r>
        <w:t>ek waqea maine haal mein akhbaron mein parha ke ek university mein jahan bohat se musalman parhte</w:t>
      </w:r>
    </w:p>
    <w:p>
      <w:pPr>
        <w:jc w:val="right"/>
      </w:pPr>
      <w:r>
        <w:t>ایک واقعہ میں نے حال میں اخباروں میں پڑھا کہ ایک یونیورسٹی میں جہاں بہت سے مسلمان پڑھتے</w:t>
      </w:r>
    </w:p>
    <w:p>
      <w:r>
        <w:rPr>
          <w:b/>
        </w:rPr>
        <w:t xml:space="preserve">[09:03] </w:t>
      </w:r>
      <w:r>
        <w:t>hain, waise woh university hai.</w:t>
      </w:r>
    </w:p>
    <w:p>
      <w:pPr>
        <w:jc w:val="right"/>
      </w:pPr>
      <w:r>
        <w:t>ہیں، ویسے وہ یونیورسٹی ہے۔</w:t>
      </w:r>
    </w:p>
    <w:p>
      <w:r>
        <w:rPr>
          <w:b/>
        </w:rPr>
        <w:t xml:space="preserve">[09:05] </w:t>
      </w:r>
      <w:r>
        <w:t>to wahan par university walon ne ek ek bari Personality ko invite kiya.</w:t>
      </w:r>
    </w:p>
    <w:p>
      <w:pPr>
        <w:jc w:val="right"/>
      </w:pPr>
      <w:r>
        <w:t>تو وہاں پر یونیورسٹی والوں نے ایک ایک بڑی Personality کو Invite کیا۔</w:t>
      </w:r>
    </w:p>
    <w:p>
      <w:r>
        <w:rPr>
          <w:b/>
        </w:rPr>
        <w:t xml:space="preserve">[09:11] </w:t>
      </w:r>
      <w:r>
        <w:t>ek bari Personality.</w:t>
      </w:r>
    </w:p>
    <w:p>
      <w:pPr>
        <w:jc w:val="right"/>
      </w:pPr>
      <w:r>
        <w:t>ایک بڑی Personality۔</w:t>
      </w:r>
    </w:p>
    <w:p>
      <w:r>
        <w:rPr>
          <w:b/>
        </w:rPr>
        <w:t xml:space="preserve">[09:12] </w:t>
      </w:r>
      <w:r>
        <w:t>musalman is ke bare mein Negative hain.</w:t>
      </w:r>
    </w:p>
    <w:p>
      <w:pPr>
        <w:jc w:val="right"/>
      </w:pPr>
      <w:r>
        <w:t>مسلمان اس کے بارے میں Negative ہیں۔</w:t>
      </w:r>
    </w:p>
    <w:p>
      <w:r>
        <w:rPr>
          <w:b/>
        </w:rPr>
        <w:t xml:space="preserve">[09:15] </w:t>
      </w:r>
      <w:r>
        <w:t>Negative hain.</w:t>
      </w:r>
    </w:p>
    <w:p>
      <w:pPr>
        <w:jc w:val="right"/>
      </w:pPr>
      <w:r>
        <w:t>Negative ہیں۔</w:t>
      </w:r>
    </w:p>
    <w:p>
      <w:r>
        <w:rPr>
          <w:b/>
        </w:rPr>
        <w:t xml:space="preserve">[09:17] </w:t>
      </w:r>
      <w:r>
        <w:t>musalmanon ke liye wo Unwanted Personality bani hui hai.</w:t>
      </w:r>
    </w:p>
    <w:p>
      <w:pPr>
        <w:jc w:val="right"/>
      </w:pPr>
      <w:r>
        <w:t>مسلمانوں کے لیے وہ Unwanted Personality بنی ہوئی ہے۔</w:t>
      </w:r>
    </w:p>
    <w:p>
      <w:r>
        <w:rPr>
          <w:b/>
        </w:rPr>
        <w:t xml:space="preserve">[09:21] </w:t>
      </w:r>
      <w:r>
        <w:t>to musalmanon ne zabardast Protest kiya aur Vice Chancellor se mil kar kaha ke in ko Cancel kijiye</w:t>
      </w:r>
    </w:p>
    <w:p>
      <w:pPr>
        <w:jc w:val="right"/>
      </w:pPr>
      <w:r>
        <w:t>تو مسلمانوں نے زبردست Protest کیا اور Vice Chancellor سے مل کر کہا کہ ان کو Cancel کیجیے</w:t>
      </w:r>
    </w:p>
    <w:p>
      <w:r>
        <w:rPr>
          <w:b/>
        </w:rPr>
        <w:t xml:space="preserve">[09:28] </w:t>
      </w:r>
      <w:r>
        <w:t>in ki Visit waghera.</w:t>
      </w:r>
    </w:p>
    <w:p>
      <w:pPr>
        <w:jc w:val="right"/>
      </w:pPr>
      <w:r>
        <w:t>ان کی Visit وغیرہ۔</w:t>
      </w:r>
    </w:p>
    <w:p>
      <w:r>
        <w:rPr>
          <w:b/>
        </w:rPr>
        <w:t xml:space="preserve">[09:30] </w:t>
      </w:r>
      <w:r>
        <w:t>ek dhoom machai.</w:t>
      </w:r>
    </w:p>
    <w:p>
      <w:pPr>
        <w:jc w:val="right"/>
      </w:pPr>
      <w:r>
        <w:t>ایک دھوم مچائی۔</w:t>
      </w:r>
    </w:p>
    <w:p>
      <w:r>
        <w:rPr>
          <w:b/>
        </w:rPr>
        <w:t xml:space="preserve">[09:31] </w:t>
      </w:r>
      <w:r>
        <w:t>dekhen yahan par main kahunga ke ye musalman jo is is is university mein parhte parhate hain</w:t>
      </w:r>
    </w:p>
    <w:p>
      <w:pPr>
        <w:jc w:val="right"/>
      </w:pPr>
      <w:r>
        <w:t>دیکھیں یہاں پر میں کہوں گا کہ یہ مسلمان جو اس اس اس یونیورسٹی میں پڑھتے پڑھاتے ہیں</w:t>
      </w:r>
    </w:p>
    <w:p>
      <w:r>
        <w:rPr>
          <w:b/>
        </w:rPr>
        <w:t xml:space="preserve">[09:39] </w:t>
      </w:r>
      <w:r>
        <w:t>وہ dealing کی رسول اللہ صلی اللہ علیہ وسلم کی سنت کو نہیں نہیں جانتے۔</w:t>
      </w:r>
    </w:p>
    <w:p>
      <w:pPr>
        <w:jc w:val="right"/>
      </w:pPr>
      <w:r>
        <w:t>وہ Dealing کی رسول اللہ صلی اللہ علیہ وسلم کی سنت کو نہیں نہیں جانتے۔</w:t>
      </w:r>
    </w:p>
    <w:p>
      <w:r>
        <w:rPr>
          <w:b/>
        </w:rPr>
        <w:t xml:space="preserve">[09:46] </w:t>
      </w:r>
      <w:r>
        <w:t>wo nahi jante ke Dealing bhi Rasool Allah Sal Allahu Alaihi Wasallam ki ek sunnat hai.</w:t>
      </w:r>
    </w:p>
    <w:p>
      <w:pPr>
        <w:jc w:val="right"/>
      </w:pPr>
      <w:r>
        <w:t>وہ نہیں جانتے کہ Dealing بھی رسول اللہ صلی اللہ علیہ وسلم کی ایک سنت ہے۔</w:t>
      </w:r>
    </w:p>
    <w:p>
      <w:r>
        <w:rPr>
          <w:b/>
        </w:rPr>
        <w:t xml:space="preserve">[09:52] </w:t>
      </w:r>
      <w:r>
        <w:t>kyun? dekhen wo bari shakhsiyat, VVVIP agar is university mein aaye to kya hoga? akela</w:t>
      </w:r>
    </w:p>
    <w:p>
      <w:pPr>
        <w:jc w:val="right"/>
      </w:pPr>
      <w:r>
        <w:t>کیوں؟ دیکھیں وہ بڑی شخصیت، وی وی آئی پی اگر اس یونیورسٹی میں آئے تو کیا ہوگا؟ اکیلا</w:t>
      </w:r>
    </w:p>
    <w:p>
      <w:r>
        <w:rPr>
          <w:b/>
        </w:rPr>
        <w:t xml:space="preserve">[10:00] </w:t>
      </w:r>
      <w:r>
        <w:t>nahi aayega wo aadmi.</w:t>
      </w:r>
    </w:p>
    <w:p>
      <w:pPr>
        <w:jc w:val="right"/>
      </w:pPr>
      <w:r>
        <w:t>نہیں آئے گا وہ آدمی۔</w:t>
      </w:r>
    </w:p>
    <w:p>
      <w:r>
        <w:rPr>
          <w:b/>
        </w:rPr>
        <w:t xml:space="preserve">[10:02] </w:t>
      </w:r>
      <w:r>
        <w:t>bari bari shakhsiyaten akele nahi aati kabhi.</w:t>
      </w:r>
    </w:p>
    <w:p>
      <w:pPr>
        <w:jc w:val="right"/>
      </w:pPr>
      <w:r>
        <w:t>بڑی بڑی شخصیتیں اکیلے نہیں آتی کبھی۔</w:t>
      </w:r>
    </w:p>
    <w:p>
      <w:r>
        <w:rPr>
          <w:b/>
        </w:rPr>
        <w:t xml:space="preserve">[10:05] </w:t>
      </w:r>
      <w:r>
        <w:t>in ki wajah se wahan bohat bara, bohat bari Gathering hogi.</w:t>
      </w:r>
    </w:p>
    <w:p>
      <w:pPr>
        <w:jc w:val="right"/>
      </w:pPr>
      <w:r>
        <w:t>ان کی وجہ سے وہاں بہت بڑا، بہت بڑی Gathering ہوگی۔</w:t>
      </w:r>
    </w:p>
    <w:p>
      <w:r>
        <w:rPr>
          <w:b/>
        </w:rPr>
        <w:t xml:space="preserve">[10:10] </w:t>
      </w:r>
      <w:r>
        <w:t>yani bahar ke logon ka bhi aur khud university ke logon ka bhi.</w:t>
      </w:r>
    </w:p>
    <w:p>
      <w:pPr>
        <w:jc w:val="right"/>
      </w:pPr>
      <w:r>
        <w:t>یعنی باہر کے لوگوں کا بھی اور خود یونیورسٹی کے لوگوں کا بھی۔</w:t>
      </w:r>
    </w:p>
    <w:p>
      <w:r>
        <w:rPr>
          <w:b/>
        </w:rPr>
        <w:t xml:space="preserve">[10:16] </w:t>
      </w:r>
      <w:r>
        <w:t>ek bohat bara ijtima hoga.</w:t>
      </w:r>
    </w:p>
    <w:p>
      <w:pPr>
        <w:jc w:val="right"/>
      </w:pPr>
      <w:r>
        <w:t>ایک بہت بڑا اجتماع ہوگا۔</w:t>
      </w:r>
    </w:p>
    <w:p>
      <w:r>
        <w:rPr>
          <w:b/>
        </w:rPr>
        <w:t xml:space="preserve">[10:18] </w:t>
      </w:r>
      <w:r>
        <w:t>kyunki VVVIP jab bhi kahin aata hai to aise hi hota hai.</w:t>
      </w:r>
    </w:p>
    <w:p>
      <w:pPr>
        <w:jc w:val="right"/>
      </w:pPr>
      <w:r>
        <w:t>کیونکہ وی وی آئی پی جب بھی کہیں آتا ہے تو ایسے ہی ہوتا ہے۔</w:t>
      </w:r>
    </w:p>
    <w:p>
      <w:r>
        <w:rPr>
          <w:b/>
        </w:rPr>
        <w:t xml:space="preserve">[10:24] </w:t>
      </w:r>
      <w:r>
        <w:t>to musalman agar Dealing Policy ko samajhte ke ye sunnat Allah hai, ye sunnat Rasool hai to wo</w:t>
      </w:r>
    </w:p>
    <w:p>
      <w:pPr>
        <w:jc w:val="right"/>
      </w:pPr>
      <w:r>
        <w:t>تو مسلمان اگر Dealing Policy کو سمجھتے کہ یہ سنت اللہ ہے، یہ سنت رسول ہے تو وہ</w:t>
      </w:r>
    </w:p>
    <w:p>
      <w:r>
        <w:rPr>
          <w:b/>
        </w:rPr>
        <w:t xml:space="preserve">[10:32] </w:t>
      </w:r>
      <w:r>
        <w:t>kabhi Protest na karte, kabhi bhi is ke aane ko na rokte.</w:t>
      </w:r>
    </w:p>
    <w:p>
      <w:pPr>
        <w:jc w:val="right"/>
      </w:pPr>
      <w:r>
        <w:t>کبھی Protest نہ کرتے، کبھی بھی اس کے آنے کو نہ روکتے۔</w:t>
      </w:r>
    </w:p>
    <w:p>
      <w:r>
        <w:rPr>
          <w:b/>
        </w:rPr>
        <w:t xml:space="preserve">[10:37] </w:t>
      </w:r>
      <w:r>
        <w:t>balkeh foran ye sochte ke bhai ye to bohat bara ek ek mauqa hamare liye paida ho raha</w:t>
      </w:r>
    </w:p>
    <w:p>
      <w:pPr>
        <w:jc w:val="right"/>
      </w:pPr>
      <w:r>
        <w:t>بلکہ فوراً یہ سوچتے کہ بھئی یہ تو بہت بڑا ایک ایک موقع ہمارے لیے پیدا ہو رہا</w:t>
      </w:r>
    </w:p>
    <w:p>
      <w:r>
        <w:rPr>
          <w:b/>
        </w:rPr>
        <w:t xml:space="preserve">[10:45]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[10:46] </w:t>
      </w:r>
      <w:r>
        <w:t>bohat bara mauqa paida ho raha hai.</w:t>
      </w:r>
    </w:p>
    <w:p>
      <w:pPr>
        <w:jc w:val="right"/>
      </w:pPr>
      <w:r>
        <w:t>بہت بڑا موقع پیدا ہو رہا ہے۔</w:t>
      </w:r>
    </w:p>
    <w:p>
      <w:r>
        <w:rPr>
          <w:b/>
        </w:rPr>
        <w:t xml:space="preserve">[10:49] </w:t>
      </w:r>
      <w:r>
        <w:t>yani in ke aane ki wajah se bohat Gathering hogi.</w:t>
      </w:r>
    </w:p>
    <w:p>
      <w:pPr>
        <w:jc w:val="right"/>
      </w:pPr>
      <w:r>
        <w:t>یعنی ان کے آنے کی وجہ سے بہت Gathering ہوگی۔</w:t>
      </w:r>
    </w:p>
    <w:p>
      <w:r>
        <w:rPr>
          <w:b/>
        </w:rPr>
        <w:t xml:space="preserve">[10:53] </w:t>
      </w:r>
      <w:r>
        <w:t>aise log ekatha honge jin ko hum kabhi pa nahi sakte.</w:t>
      </w:r>
    </w:p>
    <w:p>
      <w:pPr>
        <w:jc w:val="right"/>
      </w:pPr>
      <w:r>
        <w:t>ایسے لوگ اکٹھا ہوں گے جن کو ہم کبھی پا نہیں سکتے۔</w:t>
      </w:r>
    </w:p>
    <w:p>
      <w:r>
        <w:rPr>
          <w:b/>
        </w:rPr>
        <w:t xml:space="preserve">[10:59] </w:t>
      </w:r>
      <w:r>
        <w:t>alag se hum chahein ke wo mil jayein hum ko to nahi milenge.</w:t>
      </w:r>
    </w:p>
    <w:p>
      <w:pPr>
        <w:jc w:val="right"/>
      </w:pPr>
      <w:r>
        <w:t>الگ سے ہم چاہیں کہ وہ مل جائیں ہم کو تو نہیں ملیں گے۔</w:t>
      </w:r>
    </w:p>
    <w:p>
      <w:r>
        <w:rPr>
          <w:b/>
        </w:rPr>
        <w:t xml:space="preserve">[11:05] </w:t>
      </w:r>
      <w:r>
        <w:t>to un logon ko hum quran ka translation dein.</w:t>
      </w:r>
    </w:p>
    <w:p>
      <w:pPr>
        <w:jc w:val="right"/>
      </w:pPr>
      <w:r>
        <w:t>تو ان لوگوں کو ہم قرآن کا Translation دیں۔</w:t>
      </w:r>
    </w:p>
    <w:p>
      <w:r>
        <w:rPr>
          <w:b/>
        </w:rPr>
        <w:t xml:space="preserve">[11:08] </w:t>
      </w:r>
      <w:r>
        <w:t>islam par literature dein.</w:t>
      </w:r>
    </w:p>
    <w:p>
      <w:pPr>
        <w:jc w:val="right"/>
      </w:pPr>
      <w:r>
        <w:t>اسلام پر Literature دیں۔</w:t>
      </w:r>
    </w:p>
    <w:p>
      <w:r>
        <w:rPr>
          <w:b/>
        </w:rPr>
        <w:t xml:space="preserve">[11:10] </w:t>
      </w:r>
      <w:r>
        <w:t>un se interaction karein.</w:t>
      </w:r>
    </w:p>
    <w:p>
      <w:pPr>
        <w:jc w:val="right"/>
      </w:pPr>
      <w:r>
        <w:t>ان سے Interaction کریں۔</w:t>
      </w:r>
    </w:p>
    <w:p>
      <w:r>
        <w:rPr>
          <w:b/>
        </w:rPr>
        <w:t xml:space="preserve">[11:12] </w:t>
      </w:r>
      <w:r>
        <w:t>un se mil kar ke islam ke bare mein jo misunderstanding hai us ko door karein.</w:t>
      </w:r>
    </w:p>
    <w:p>
      <w:pPr>
        <w:jc w:val="right"/>
      </w:pPr>
      <w:r>
        <w:t>ان سے مل کر کے اسلام کے بارے میں جو Misunderstanding ہے اس کو دور کریں۔</w:t>
      </w:r>
    </w:p>
    <w:p>
      <w:r>
        <w:rPr>
          <w:b/>
        </w:rPr>
        <w:t xml:space="preserve">[11:19] </w:t>
      </w:r>
      <w:r>
        <w:t>to ek dawah campaign shuru kar dete hain.</w:t>
      </w:r>
    </w:p>
    <w:p>
      <w:pPr>
        <w:jc w:val="right"/>
      </w:pPr>
      <w:r>
        <w:t>تو ایک دعویٰ Campaign شروع کر دیتے ہیں۔</w:t>
      </w:r>
    </w:p>
    <w:p>
      <w:r>
        <w:rPr>
          <w:b/>
        </w:rPr>
        <w:t xml:space="preserve">[11:22] </w:t>
      </w:r>
      <w:r>
        <w:t>peaceful dawah campaign, peaceful.</w:t>
      </w:r>
    </w:p>
    <w:p>
      <w:pPr>
        <w:jc w:val="right"/>
      </w:pPr>
      <w:r>
        <w:t>Peaceful دعویٰ Campaign، Peaceful۔</w:t>
      </w:r>
    </w:p>
    <w:p>
      <w:r>
        <w:rPr>
          <w:b/>
        </w:rPr>
        <w:t xml:space="preserve">[11:24] </w:t>
      </w:r>
      <w:r>
        <w:t>to dealing karte agar woh is is personality ke aana aur dawah ke opportunities ko avail karna to</w:t>
      </w:r>
    </w:p>
    <w:p>
      <w:pPr>
        <w:jc w:val="right"/>
      </w:pPr>
      <w:r>
        <w:t>تو Dealing کرتے اگر وہ اس اس Personality کے آنا اور دعوت کے Opportunities کو Avail کرنا تو</w:t>
      </w:r>
    </w:p>
    <w:p>
      <w:r>
        <w:rPr>
          <w:b/>
        </w:rPr>
        <w:t xml:space="preserve">[11:32] </w:t>
      </w:r>
      <w:r>
        <w:t>kitna bada faida hota.</w:t>
      </w:r>
    </w:p>
    <w:p>
      <w:pPr>
        <w:jc w:val="right"/>
      </w:pPr>
      <w:r>
        <w:t>کتنا بڑا فائدہ ہوتا۔</w:t>
      </w:r>
    </w:p>
    <w:p>
      <w:r>
        <w:rPr>
          <w:b/>
        </w:rPr>
        <w:t xml:space="preserve">[11:33] </w:t>
      </w:r>
      <w:r>
        <w:t>yani aisa chance kabhi bhi un ko university ke bahar nahi mil sakta.</w:t>
      </w:r>
    </w:p>
    <w:p>
      <w:pPr>
        <w:jc w:val="right"/>
      </w:pPr>
      <w:r>
        <w:t>یعنی ایسا Chance کبھی بھی ان کو یونیورسٹی کے باہر نہیں مل سکتا۔</w:t>
      </w:r>
    </w:p>
    <w:p>
      <w:r>
        <w:rPr>
          <w:b/>
        </w:rPr>
        <w:t xml:space="preserve">[11:39] </w:t>
      </w:r>
      <w:r>
        <w:t>ya is is shakhsiyat ke baghair nahi mil sakta.</w:t>
      </w:r>
    </w:p>
    <w:p>
      <w:pPr>
        <w:jc w:val="right"/>
      </w:pPr>
      <w:r>
        <w:t>یا اس اس شخصیت کے بغیر نہیں مل سکتا۔</w:t>
      </w:r>
    </w:p>
    <w:p>
      <w:r>
        <w:rPr>
          <w:b/>
        </w:rPr>
        <w:t xml:space="preserve">[11:43] </w:t>
      </w:r>
      <w:r>
        <w:t>to rasool allah salallaho alaihi wasallam ne dealing kiya jab.</w:t>
      </w:r>
    </w:p>
    <w:p>
      <w:pPr>
        <w:jc w:val="right"/>
      </w:pPr>
      <w:r>
        <w:t>تو رسول اللہ صلی اللہ علیہ وسلم نے Dealing کیا جب۔</w:t>
      </w:r>
    </w:p>
    <w:p>
      <w:r>
        <w:rPr>
          <w:b/>
        </w:rPr>
        <w:t xml:space="preserve">[11:47] </w:t>
      </w:r>
      <w:r>
        <w:t>dealing policy ikhtiyar ki to aap ko mauqa mil gaya ke ek ek ek soorat-e-haal jo bazahir unwanted</w:t>
      </w:r>
    </w:p>
    <w:p>
      <w:pPr>
        <w:jc w:val="right"/>
      </w:pPr>
      <w:r>
        <w:t>Dealing Policy اختیار کی تو آپ کو موقع مل گیا کہ ایک ایک ایک صورتحال جو بظاہر Unwanted</w:t>
      </w:r>
    </w:p>
    <w:p>
      <w:r>
        <w:rPr>
          <w:b/>
        </w:rPr>
        <w:t xml:space="preserve">[11:55] </w:t>
      </w:r>
      <w:r>
        <w:t>thi us ko aap apne dawah ke liye avail kar lein.</w:t>
      </w:r>
    </w:p>
    <w:p>
      <w:pPr>
        <w:jc w:val="right"/>
      </w:pPr>
      <w:r>
        <w:t>تھی اس کو آپ اپنے دعوت کے لیے Avail کر لیں۔</w:t>
      </w:r>
    </w:p>
    <w:p>
      <w:r>
        <w:rPr>
          <w:b/>
        </w:rPr>
        <w:t xml:space="preserve">[12:00] </w:t>
      </w:r>
      <w:r>
        <w:t>wohi yahan bhi hai ke agar musalman yeh samajhte hain ke woh shakhsiyat un ke liye unwanted hai</w:t>
      </w:r>
    </w:p>
    <w:p>
      <w:pPr>
        <w:jc w:val="right"/>
      </w:pPr>
      <w:r>
        <w:t>وہی یہاں بھی ہے کہ اگر مسلمان یہ سمجھتے ہیں کہ وہ شخصیت ان کے لیے Unwanted ہے</w:t>
      </w:r>
    </w:p>
    <w:p>
      <w:r>
        <w:rPr>
          <w:b/>
        </w:rPr>
        <w:t xml:space="preserve">[12:08] </w:t>
      </w:r>
      <w:r>
        <w:t>to is ka ek pehlu yeh hai.</w:t>
      </w:r>
    </w:p>
    <w:p>
      <w:pPr>
        <w:jc w:val="right"/>
      </w:pPr>
      <w:r>
        <w:t>تو اس کا ایک پہلو یہ ہے۔</w:t>
      </w:r>
    </w:p>
    <w:p>
      <w:r>
        <w:rPr>
          <w:b/>
        </w:rPr>
        <w:t xml:space="preserve">[12:11] </w:t>
      </w:r>
      <w:r>
        <w:t>dusra pehlu yeh hai ke isi ki wajah se itni badi gathering wahan ho gayi.</w:t>
      </w:r>
    </w:p>
    <w:p>
      <w:pPr>
        <w:jc w:val="right"/>
      </w:pPr>
      <w:r>
        <w:t>دوسرا پہلو یہ ہے کہ اسی کی وجہ سے اتنی بڑی Gathering وہاں ہو گئی۔</w:t>
      </w:r>
    </w:p>
    <w:p>
      <w:r>
        <w:rPr>
          <w:b/>
        </w:rPr>
        <w:t xml:space="preserve">[12:17] </w:t>
      </w:r>
      <w:r>
        <w:t>woh na aaye to gathering hone wali nahi hai.</w:t>
      </w:r>
    </w:p>
    <w:p>
      <w:pPr>
        <w:jc w:val="right"/>
      </w:pPr>
      <w:r>
        <w:t>وہ نہ آئے تو Gathering ہونے والی نہیں ہے۔</w:t>
      </w:r>
    </w:p>
    <w:p>
      <w:r>
        <w:rPr>
          <w:b/>
        </w:rPr>
        <w:t xml:space="preserve">[12:21] </w:t>
      </w:r>
      <w:r>
        <w:t>to is gathering ko ek opportunity ke taur par avail karo.</w:t>
      </w:r>
    </w:p>
    <w:p>
      <w:pPr>
        <w:jc w:val="right"/>
      </w:pPr>
      <w:r>
        <w:t>تو اس Gathering کو ایک Opportunity کے طور پر Avail کرو۔</w:t>
      </w:r>
    </w:p>
    <w:p>
      <w:r>
        <w:rPr>
          <w:b/>
        </w:rPr>
        <w:t xml:space="preserve">[12:26] </w:t>
      </w:r>
      <w:r>
        <w:t>is gathering ko ek opportunity ke taur par avail karo.</w:t>
      </w:r>
    </w:p>
    <w:p>
      <w:pPr>
        <w:jc w:val="right"/>
      </w:pPr>
      <w:r>
        <w:t>اس Gathering کو ایک Opportunity کے طور پر Avail کرو۔</w:t>
      </w:r>
    </w:p>
    <w:p>
      <w:r>
        <w:rPr>
          <w:b/>
        </w:rPr>
        <w:t xml:space="preserve">[12:30] </w:t>
      </w:r>
      <w:r>
        <w:t>yeh hai dealing policy.</w:t>
      </w:r>
    </w:p>
    <w:p>
      <w:pPr>
        <w:jc w:val="right"/>
      </w:pPr>
      <w:r>
        <w:t>یہ ہے Dealing Policy۔</w:t>
      </w:r>
    </w:p>
    <w:p>
      <w:r>
        <w:rPr>
          <w:b/>
        </w:rPr>
        <w:t xml:space="preserve">[12:32] </w:t>
      </w:r>
      <w:r>
        <w:t>yeh hai ignore the problem, avail the opportunity to yeh hai khuda ka wave length yahan par kya</w:t>
      </w:r>
    </w:p>
    <w:p>
      <w:pPr>
        <w:jc w:val="right"/>
      </w:pPr>
      <w:r>
        <w:t>یہ ہے Ignore the problem, avail the opportunity تو یہ ہے خدا کا Wave Length یہاں پر کیا</w:t>
      </w:r>
    </w:p>
    <w:p>
      <w:r>
        <w:rPr>
          <w:b/>
        </w:rPr>
        <w:t xml:space="preserve">[12:39] </w:t>
      </w:r>
      <w:r>
        <w:t>tha arab mein aur rasool allah salallaho alaihi wasallam ke wave length bhi wohi ho gaya jo</w:t>
      </w:r>
    </w:p>
    <w:p>
      <w:pPr>
        <w:jc w:val="right"/>
      </w:pPr>
      <w:r>
        <w:t>تھا عرب میں اور رسول اللہ صلی اللہ علیہ وسلم کے Wave Length بھی وہی ہو گیا جو</w:t>
      </w:r>
    </w:p>
    <w:p>
      <w:r>
        <w:rPr>
          <w:b/>
        </w:rPr>
        <w:t xml:space="preserve">[12:47] </w:t>
      </w:r>
      <w:r>
        <w:t>allah ka tha.</w:t>
      </w:r>
    </w:p>
    <w:p>
      <w:pPr>
        <w:jc w:val="right"/>
      </w:pPr>
      <w:r>
        <w:t>اللہ کا تھا۔</w:t>
      </w:r>
    </w:p>
    <w:p>
      <w:r>
        <w:rPr>
          <w:b/>
        </w:rPr>
        <w:t xml:space="preserve">[12:49] </w:t>
      </w:r>
      <w:r>
        <w:t>woh yeh ke dekhiye makkah jo tha ya arab ke jo log the arab mein us waqt bahut</w:t>
      </w:r>
    </w:p>
    <w:p>
      <w:pPr>
        <w:jc w:val="right"/>
      </w:pPr>
      <w:r>
        <w:t>وہ یہ کہ دیکھیے مکہ جو تھا یا عرب کے جو لوگ تھے عرب میں اس وقت بہت</w:t>
      </w:r>
    </w:p>
    <w:p>
      <w:r>
        <w:rPr>
          <w:b/>
        </w:rPr>
        <w:t xml:space="preserve">[12:56] </w:t>
      </w:r>
      <w:r>
        <w:t>zyada abadi nahi thi lekin woh log bahut jandar log the.</w:t>
      </w:r>
    </w:p>
    <w:p>
      <w:pPr>
        <w:jc w:val="right"/>
      </w:pPr>
      <w:r>
        <w:t>زیادہ آبادی نہیں تھی لیکن وہ لوگ بہت جاندار لوگ تھے۔</w:t>
      </w:r>
    </w:p>
    <w:p>
      <w:r>
        <w:rPr>
          <w:b/>
        </w:rPr>
        <w:t xml:space="preserve">[13:01] </w:t>
      </w:r>
      <w:r>
        <w:t>woh jo thay woh bohat jandar log thay.</w:t>
      </w:r>
    </w:p>
    <w:p>
      <w:pPr>
        <w:jc w:val="right"/>
      </w:pPr>
      <w:r>
        <w:t>وہ جو تھے وہ بہت جاندار لوگ تھے۔</w:t>
      </w:r>
    </w:p>
    <w:p>
      <w:r>
        <w:rPr>
          <w:b/>
        </w:rPr>
        <w:t xml:space="preserve">[13:04] </w:t>
      </w:r>
      <w:r>
        <w:t>agarche shirk mein phans gaye thay woh lekin thay bohat jandar.</w:t>
      </w:r>
    </w:p>
    <w:p>
      <w:pPr>
        <w:jc w:val="right"/>
      </w:pPr>
      <w:r>
        <w:t>اگرچہ شرک میں پھنس گئے تھے وہ لیکن تھے بہت جاندار۔</w:t>
      </w:r>
    </w:p>
    <w:p>
      <w:r>
        <w:rPr>
          <w:b/>
        </w:rPr>
        <w:t xml:space="preserve">[13:09] </w:t>
      </w:r>
      <w:r>
        <w:t>aur woh Seeker bhi thay woh.</w:t>
      </w:r>
    </w:p>
    <w:p>
      <w:pPr>
        <w:jc w:val="right"/>
      </w:pPr>
      <w:r>
        <w:t>اور وہ Seeker بھی تھے وہ۔</w:t>
      </w:r>
    </w:p>
    <w:p>
      <w:r>
        <w:rPr>
          <w:b/>
        </w:rPr>
        <w:t xml:space="preserve">[13:12] </w:t>
      </w:r>
      <w:r>
        <w:t>un ka shirk woh aisa nahi tha.</w:t>
      </w:r>
    </w:p>
    <w:p>
      <w:pPr>
        <w:jc w:val="right"/>
      </w:pPr>
      <w:r>
        <w:t>ان کا شرک وہ ایسا نہیں تھا۔</w:t>
      </w:r>
    </w:p>
    <w:p>
      <w:r>
        <w:rPr>
          <w:b/>
        </w:rPr>
        <w:t xml:space="preserve">[13:15] </w:t>
      </w:r>
      <w:r>
        <w:t>hamare aik ustad thay woh kaha karte thay ke arabon ka shirk ghaleez shirk nahi tha.</w:t>
      </w:r>
    </w:p>
    <w:p>
      <w:pPr>
        <w:jc w:val="right"/>
      </w:pPr>
      <w:r>
        <w:t>ہمارے ایک استاد تھے وہ کہا کرتے تھے کہ عربوں کا شرک غلیظ شرک نہیں تھا۔</w:t>
      </w:r>
    </w:p>
    <w:p>
      <w:r>
        <w:rPr>
          <w:b/>
        </w:rPr>
        <w:t xml:space="preserve">[13:22] </w:t>
      </w:r>
      <w:r>
        <w:t>یعنی مطلب بہت deep shirk nahin tha.</w:t>
      </w:r>
    </w:p>
    <w:p>
      <w:pPr>
        <w:jc w:val="right"/>
      </w:pPr>
      <w:r>
        <w:t>یعنی مطلب بہت Deep شرک نہیں تھا۔</w:t>
      </w:r>
    </w:p>
    <w:p>
      <w:r>
        <w:rPr>
          <w:b/>
        </w:rPr>
        <w:t xml:space="preserve">[13:25] </w:t>
      </w:r>
      <w:r>
        <w:t>to Allah ko kya manzoor tha? aik ayat se maloom hota hai.</w:t>
      </w:r>
    </w:p>
    <w:p>
      <w:pPr>
        <w:jc w:val="right"/>
      </w:pPr>
      <w:r>
        <w:t>تو اللہ کو کیا منظور تھا؟ ایک آیت سے معلوم ہوتا ہے۔</w:t>
      </w:r>
    </w:p>
    <w:p>
      <w:r>
        <w:rPr>
          <w:b/>
        </w:rPr>
        <w:t xml:space="preserve">[13:30] </w:t>
      </w:r>
      <w:r>
        <w:t>layahtatit tarfaha mina allatheena kafaroo qata tarf ka lafz is mein hai ke Allah qata tarf chahta hai</w:t>
      </w:r>
    </w:p>
    <w:p>
      <w:pPr>
        <w:jc w:val="right"/>
      </w:pPr>
      <w:r>
        <w:t>لَيَخْتَاطِي طَرَفَهَا مِنَ الَّذِينَ كَفَرُوا قطع طرف کا لفظ اس میں ہے کہ اللہ قطع طرف چاہتا ہے</w:t>
      </w:r>
    </w:p>
    <w:p>
      <w:r>
        <w:rPr>
          <w:b/>
        </w:rPr>
        <w:t xml:space="preserve">[13:37] </w:t>
      </w:r>
      <w:r>
        <w:t>karna.</w:t>
      </w:r>
    </w:p>
    <w:p>
      <w:pPr>
        <w:jc w:val="right"/>
      </w:pPr>
      <w:r>
        <w:t>کرنا۔</w:t>
      </w:r>
    </w:p>
    <w:p>
      <w:r>
        <w:rPr>
          <w:b/>
        </w:rPr>
        <w:t xml:space="preserve">[13:39] </w:t>
      </w:r>
      <w:r>
        <w:t>tarf kehte hain Best Part.</w:t>
      </w:r>
    </w:p>
    <w:p>
      <w:pPr>
        <w:jc w:val="right"/>
      </w:pPr>
      <w:r>
        <w:t>طرف کہتے ہیں Best Part۔</w:t>
      </w:r>
    </w:p>
    <w:p>
      <w:r>
        <w:rPr>
          <w:b/>
        </w:rPr>
        <w:t xml:space="preserve">[13:41] </w:t>
      </w:r>
      <w:r>
        <w:t>kis cheez ka Best Part? to arab jo Tribes thay jo arab Nation thi us ke behtareen logon</w:t>
      </w:r>
    </w:p>
    <w:p>
      <w:pPr>
        <w:jc w:val="right"/>
      </w:pPr>
      <w:r>
        <w:t>کس چیز کا Best Part؟ تو عرب جو Tribes تھے جو عرب Nation تھی اس کے بہترین لوگوں</w:t>
      </w:r>
    </w:p>
    <w:p>
      <w:r>
        <w:rPr>
          <w:b/>
        </w:rPr>
        <w:t xml:space="preserve">[13:49] </w:t>
      </w:r>
      <w:r>
        <w:t>ko chhaant le dawat ke zariye se.</w:t>
      </w:r>
    </w:p>
    <w:p>
      <w:pPr>
        <w:jc w:val="right"/>
      </w:pPr>
      <w:r>
        <w:t>کو چھانٹ لے دعوت کے ذریعے سے۔</w:t>
      </w:r>
    </w:p>
    <w:p>
      <w:r>
        <w:rPr>
          <w:b/>
        </w:rPr>
        <w:t xml:space="preserve">[13:52] </w:t>
      </w:r>
      <w:r>
        <w:t>un ke Best logon ko chhaant le dawat ke zariye se aur phir un ki team banai jaye.</w:t>
      </w:r>
    </w:p>
    <w:p>
      <w:pPr>
        <w:jc w:val="right"/>
      </w:pPr>
      <w:r>
        <w:t>ان کے Best لوگوں کو چھانٹ لے دعوت کے ذریعے سے اور پھر ان کی ٹیم بنائی جائے۔</w:t>
      </w:r>
    </w:p>
    <w:p>
      <w:r>
        <w:rPr>
          <w:b/>
        </w:rPr>
        <w:t xml:space="preserve">[13:59] </w:t>
      </w:r>
      <w:r>
        <w:t>aur is team ko istemal kiya jaye is ke liye jis ko ke izhar e deen kaha gaya Quran</w:t>
      </w:r>
    </w:p>
    <w:p>
      <w:pPr>
        <w:jc w:val="right"/>
      </w:pPr>
      <w:r>
        <w:t>اور اس ٹیم کو استعمال کیا جائے اس کے لیے جس کو کہ اظہار دین کہا گیا قرآن</w:t>
      </w:r>
    </w:p>
    <w:p>
      <w:r>
        <w:rPr>
          <w:b/>
        </w:rPr>
        <w:t xml:space="preserve">[14:07] </w:t>
      </w:r>
      <w:r>
        <w:t>mian.</w:t>
      </w:r>
    </w:p>
    <w:p>
      <w:pPr>
        <w:jc w:val="right"/>
      </w:pPr>
      <w:r>
        <w:t>میں۔</w:t>
      </w:r>
    </w:p>
    <w:p>
      <w:r>
        <w:rPr>
          <w:b/>
        </w:rPr>
        <w:t xml:space="preserve">[14:09] </w:t>
      </w:r>
      <w:r>
        <w:t>yani izhar e deen aik Revolution ka bataya gaya hai.</w:t>
      </w:r>
    </w:p>
    <w:p>
      <w:pPr>
        <w:jc w:val="right"/>
      </w:pPr>
      <w:r>
        <w:t>یعنی اظہار دین ایک Revolution کا بتایا گیا ہے۔</w:t>
      </w:r>
    </w:p>
    <w:p>
      <w:r>
        <w:rPr>
          <w:b/>
        </w:rPr>
        <w:t xml:space="preserve">[14:13] </w:t>
      </w:r>
      <w:r>
        <w:t>aik Revolution lana tha aalami satah par.</w:t>
      </w:r>
    </w:p>
    <w:p>
      <w:pPr>
        <w:jc w:val="right"/>
      </w:pPr>
      <w:r>
        <w:t>ایک Revolution لانا تھا عالمی سطح پر۔</w:t>
      </w:r>
    </w:p>
    <w:p>
      <w:r>
        <w:rPr>
          <w:b/>
        </w:rPr>
        <w:t xml:space="preserve">[14:16] </w:t>
      </w:r>
      <w:r>
        <w:t>jis ki Beginning honi thi arab mein aur phir aik Process ke zariye.</w:t>
      </w:r>
    </w:p>
    <w:p>
      <w:pPr>
        <w:jc w:val="right"/>
      </w:pPr>
      <w:r>
        <w:t>جس کی Beginning ہونی تھی عرب میں اور پھر ایک Process کے ذریعے۔</w:t>
      </w:r>
    </w:p>
    <w:p>
      <w:r>
        <w:rPr>
          <w:b/>
        </w:rPr>
        <w:t xml:space="preserve">[14:21] </w:t>
      </w:r>
      <w:r>
        <w:t>aik Process ke zariye is ko sare alam ka aik inqilab banna tha is ko.</w:t>
      </w:r>
    </w:p>
    <w:p>
      <w:pPr>
        <w:jc w:val="right"/>
      </w:pPr>
      <w:r>
        <w:t>ایک Process کے ذریعے اس کو سارے عالم کا ایک انقلاب بننا تھا اس کو۔</w:t>
      </w:r>
    </w:p>
    <w:p>
      <w:r>
        <w:rPr>
          <w:b/>
        </w:rPr>
        <w:t xml:space="preserve">[14:28] </w:t>
      </w:r>
      <w:r>
        <w:t>yeh thi Allah taala ki ka ki Planning.</w:t>
      </w:r>
    </w:p>
    <w:p>
      <w:pPr>
        <w:jc w:val="right"/>
      </w:pPr>
      <w:r>
        <w:t>یہ تھی اللہ تعالیٰ کی کا کی Planning۔</w:t>
      </w:r>
    </w:p>
    <w:p>
      <w:r>
        <w:rPr>
          <w:b/>
        </w:rPr>
        <w:t xml:space="preserve">[14:31] </w:t>
      </w:r>
      <w:r>
        <w:t>تو اللہ تعالیٰ کی جو wavelength تھی اس معاملے میں وہ یہ تھی کہ problem کو avail</w:t>
      </w:r>
    </w:p>
    <w:p>
      <w:pPr>
        <w:jc w:val="right"/>
      </w:pPr>
      <w:r>
        <w:t>تو اللہ تعالیٰ کی جو Wave Length تھی اس معاملے میں وہ یہ تھی کہ Problem کو Avail</w:t>
      </w:r>
    </w:p>
    <w:p>
      <w:r>
        <w:rPr>
          <w:b/>
        </w:rPr>
        <w:t xml:space="preserve">[14:39] </w:t>
      </w:r>
      <w:r>
        <w:t>kar ke khoob dawat ka kaam karo.</w:t>
      </w:r>
    </w:p>
    <w:p>
      <w:pPr>
        <w:jc w:val="right"/>
      </w:pPr>
      <w:r>
        <w:t>کر کے خوب دعوت کا کام کرو۔</w:t>
      </w:r>
    </w:p>
    <w:p>
      <w:r>
        <w:rPr>
          <w:b/>
        </w:rPr>
        <w:t xml:space="preserve">[14:42] </w:t>
      </w:r>
      <w:r>
        <w:t>aur un logon ko chhaant chhaant ke nikalo.</w:t>
      </w:r>
    </w:p>
    <w:p>
      <w:pPr>
        <w:jc w:val="right"/>
      </w:pPr>
      <w:r>
        <w:t>اور ان لوگوں کو چھانٹ چھانٹ کے نکالو۔</w:t>
      </w:r>
    </w:p>
    <w:p>
      <w:r>
        <w:rPr>
          <w:b/>
        </w:rPr>
        <w:t xml:space="preserve">[14:45] </w:t>
      </w:r>
      <w:r>
        <w:t>behtareen afraad ko.</w:t>
      </w:r>
    </w:p>
    <w:p>
      <w:pPr>
        <w:jc w:val="right"/>
      </w:pPr>
      <w:r>
        <w:t>بہترین افراد کو۔</w:t>
      </w:r>
    </w:p>
    <w:p>
      <w:r>
        <w:rPr>
          <w:b/>
        </w:rPr>
        <w:t xml:space="preserve">[14:47] </w:t>
      </w:r>
      <w:r>
        <w:t>qata tarf karo.</w:t>
      </w:r>
    </w:p>
    <w:p>
      <w:pPr>
        <w:jc w:val="right"/>
      </w:pPr>
      <w:r>
        <w:t>قطع طرف کرو۔</w:t>
      </w:r>
    </w:p>
    <w:p>
      <w:r>
        <w:rPr>
          <w:b/>
        </w:rPr>
        <w:t xml:space="preserve">[14:48] </w:t>
      </w:r>
      <w:r>
        <w:t>Best Member of the Society ko dawat ke zariye chhaant chhaant ke nikalo.</w:t>
      </w:r>
    </w:p>
    <w:p>
      <w:pPr>
        <w:jc w:val="right"/>
      </w:pPr>
      <w:r>
        <w:t>Best Member of the Society کو دعوت کے ذریعے چھانٹ چھانٹ کے نکالو۔</w:t>
      </w:r>
    </w:p>
    <w:p>
      <w:r>
        <w:rPr>
          <w:b/>
        </w:rPr>
        <w:t xml:space="preserve">[14:54] </w:t>
      </w:r>
      <w:r>
        <w:t>phir un se team banegi.</w:t>
      </w:r>
    </w:p>
    <w:p>
      <w:pPr>
        <w:jc w:val="right"/>
      </w:pPr>
      <w:r>
        <w:t>پھر ان سے ٹیم بنے گی۔</w:t>
      </w:r>
    </w:p>
    <w:p>
      <w:r>
        <w:rPr>
          <w:b/>
        </w:rPr>
        <w:t xml:space="preserve">[14:56] </w:t>
      </w:r>
      <w:r>
        <w:t>aur woh team aik bohat bara kaam kare gi.</w:t>
      </w:r>
    </w:p>
    <w:p>
      <w:pPr>
        <w:jc w:val="right"/>
      </w:pPr>
      <w:r>
        <w:t>اور وہ ٹیم ایک بہت بڑا کام کرے گی۔</w:t>
      </w:r>
    </w:p>
    <w:p>
      <w:r>
        <w:rPr>
          <w:b/>
        </w:rPr>
        <w:t xml:space="preserve">[15:00] </w:t>
      </w:r>
      <w:r>
        <w:t>yani aik aisay Revolution ka aaghaz kare gi Arab se jis ke asraat sari dunya mein pohnchein ge.</w:t>
      </w:r>
    </w:p>
    <w:p>
      <w:pPr>
        <w:jc w:val="right"/>
      </w:pPr>
      <w:r>
        <w:t>یعنی ایک ایسے Revolution کا آغاز کرے گی عرب سے جس کے اثرات ساری دنیا میں پہنچیں گے۔</w:t>
      </w:r>
    </w:p>
    <w:p>
      <w:r>
        <w:rPr>
          <w:b/>
        </w:rPr>
        <w:t xml:space="preserve">[15:08] </w:t>
      </w:r>
      <w:r>
        <w:t>aur aik naya daur aaye ga dunya mein.</w:t>
      </w:r>
    </w:p>
    <w:p>
      <w:pPr>
        <w:jc w:val="right"/>
      </w:pPr>
      <w:r>
        <w:t>اور ایک نیا دور آئے گا دنیا میں۔</w:t>
      </w:r>
    </w:p>
    <w:p>
      <w:r>
        <w:rPr>
          <w:b/>
        </w:rPr>
        <w:t xml:space="preserve">[15:11] </w:t>
      </w:r>
      <w:r>
        <w:t>yani daur shirk ki jagah to daur toheed aaya tha.</w:t>
      </w:r>
    </w:p>
    <w:p>
      <w:pPr>
        <w:jc w:val="right"/>
      </w:pPr>
      <w:r>
        <w:t>یعنی دور شرک کی جگہ تو دور توحید آیا تھا۔</w:t>
      </w:r>
    </w:p>
    <w:p>
      <w:r>
        <w:rPr>
          <w:b/>
        </w:rPr>
        <w:t xml:space="preserve">[15:16] </w:t>
      </w:r>
      <w:r>
        <w:t>yani mukhalif Islam daur ki jagah mawaafiq Islam lana tha Allah Ta'ala ko.</w:t>
      </w:r>
    </w:p>
    <w:p>
      <w:pPr>
        <w:jc w:val="right"/>
      </w:pPr>
      <w:r>
        <w:t>یعنی مخالف اسلام دور کی جگہ موافق اسلام لانا تھا اللہ تعالیٰ کو۔</w:t>
      </w:r>
    </w:p>
    <w:p>
      <w:r>
        <w:rPr>
          <w:b/>
        </w:rPr>
        <w:t xml:space="preserve">[15:21] </w:t>
      </w:r>
      <w:r>
        <w:t>lekin is ke liye aik team chahiye thi.</w:t>
      </w:r>
    </w:p>
    <w:p>
      <w:pPr>
        <w:jc w:val="right"/>
      </w:pPr>
      <w:r>
        <w:t>لیکن اس کے لیے ایک ٹیم چاہیے تھی۔</w:t>
      </w:r>
    </w:p>
    <w:p>
      <w:r>
        <w:rPr>
          <w:b/>
        </w:rPr>
        <w:t xml:space="preserve">[15:25] </w:t>
      </w:r>
      <w:r>
        <w:t>woh team banane ke liye Dealing Policy chahiye thi.</w:t>
      </w:r>
    </w:p>
    <w:p>
      <w:pPr>
        <w:jc w:val="right"/>
      </w:pPr>
      <w:r>
        <w:t>وہ ٹیم بنانے کے لیے Dealing Policy چاہیے تھی۔</w:t>
      </w:r>
    </w:p>
    <w:p>
      <w:r>
        <w:rPr>
          <w:b/>
        </w:rPr>
        <w:t xml:space="preserve">[15:28] </w:t>
      </w:r>
      <w:r>
        <w:t>pehlay Dealing Policy hogi.</w:t>
      </w:r>
    </w:p>
    <w:p>
      <w:pPr>
        <w:jc w:val="right"/>
      </w:pPr>
      <w:r>
        <w:t>پہلے Dealing Policy ہوگی۔</w:t>
      </w:r>
    </w:p>
    <w:p>
      <w:r>
        <w:rPr>
          <w:b/>
        </w:rPr>
        <w:t xml:space="preserve">[15:30] </w:t>
      </w:r>
      <w:r>
        <w:t>phir afraad milenge.</w:t>
      </w:r>
    </w:p>
    <w:p>
      <w:pPr>
        <w:jc w:val="right"/>
      </w:pPr>
      <w:r>
        <w:t>پھر افراد ملیں گے۔</w:t>
      </w:r>
    </w:p>
    <w:p>
      <w:r>
        <w:rPr>
          <w:b/>
        </w:rPr>
        <w:t xml:space="preserve">[15:32] </w:t>
      </w:r>
      <w:r>
        <w:t>phir team banegi.</w:t>
      </w:r>
    </w:p>
    <w:p>
      <w:pPr>
        <w:jc w:val="right"/>
      </w:pPr>
      <w:r>
        <w:t>پھر ٹیم بنے گی۔</w:t>
      </w:r>
    </w:p>
    <w:p>
      <w:r>
        <w:rPr>
          <w:b/>
        </w:rPr>
        <w:t xml:space="preserve">[15:34] </w:t>
      </w:r>
      <w:r>
        <w:t>phir us team ko Train kiya jaye ga.</w:t>
      </w:r>
    </w:p>
    <w:p>
      <w:pPr>
        <w:jc w:val="right"/>
      </w:pPr>
      <w:r>
        <w:t>پھر اس ٹیم کو Train کیا جائے گا۔</w:t>
      </w:r>
    </w:p>
    <w:p>
      <w:r>
        <w:rPr>
          <w:b/>
        </w:rPr>
        <w:t xml:space="preserve">[15:37] </w:t>
      </w:r>
      <w:r>
        <w:t>phir us team ko yani mutahid kiya jaye ga.</w:t>
      </w:r>
    </w:p>
    <w:p>
      <w:pPr>
        <w:jc w:val="right"/>
      </w:pPr>
      <w:r>
        <w:t>پھر اس ٹیم کو یعنی متحد کیا جائے گا۔</w:t>
      </w:r>
    </w:p>
    <w:p>
      <w:r>
        <w:rPr>
          <w:b/>
        </w:rPr>
        <w:t xml:space="preserve">[15:41] </w:t>
      </w:r>
      <w:r>
        <w:t>is ke andar shaoor paida kiya jaye ga.</w:t>
      </w:r>
    </w:p>
    <w:p>
      <w:pPr>
        <w:jc w:val="right"/>
      </w:pPr>
      <w:r>
        <w:t>اس کے اندر شعور پیدا کیا جائے گا۔</w:t>
      </w:r>
    </w:p>
    <w:p>
      <w:r>
        <w:rPr>
          <w:b/>
        </w:rPr>
        <w:t xml:space="preserve">[15:44] </w:t>
      </w:r>
      <w:r>
        <w:t>aur woh aik zabardast jad-o-jehad kare gi.</w:t>
      </w:r>
    </w:p>
    <w:p>
      <w:pPr>
        <w:jc w:val="right"/>
      </w:pPr>
      <w:r>
        <w:t>اور وہ ایک زبردست جدوجہد کرے گی۔</w:t>
      </w:r>
    </w:p>
    <w:p>
      <w:r>
        <w:rPr>
          <w:b/>
        </w:rPr>
        <w:t xml:space="preserve">[15:47] </w:t>
      </w:r>
      <w:r>
        <w:t>jis ke asraat sari tareekh mein pohnchein ge.</w:t>
      </w:r>
    </w:p>
    <w:p>
      <w:pPr>
        <w:jc w:val="right"/>
      </w:pPr>
      <w:r>
        <w:t>جس کے اثرات ساری تاریخ میں پہنچیں گے۔</w:t>
      </w:r>
    </w:p>
    <w:p>
      <w:r>
        <w:rPr>
          <w:b/>
        </w:rPr>
        <w:t xml:space="preserve">[15:51] </w:t>
      </w:r>
      <w:r>
        <w:t>yeh thi Allah, yeh thi Khaliq ki Wave Length.</w:t>
      </w:r>
    </w:p>
    <w:p>
      <w:pPr>
        <w:jc w:val="right"/>
      </w:pPr>
      <w:r>
        <w:t>یہ تھی اللہ، یہ تھی خالق کی Wave Length۔</w:t>
      </w:r>
    </w:p>
    <w:p>
      <w:r>
        <w:rPr>
          <w:b/>
        </w:rPr>
        <w:t xml:space="preserve">[15:55] </w:t>
      </w:r>
      <w:r>
        <w:t>to Rasool Allah Sal Allah Alayhi Wasallam ki Wave Length wohi ho gayi jo Khaliq ki Wave Length</w:t>
      </w:r>
    </w:p>
    <w:p>
      <w:pPr>
        <w:jc w:val="right"/>
      </w:pPr>
      <w:r>
        <w:t>تو رسول اللہ صلی اللہ علیہ وسلم کی Wave Length وہی ہو گئی جو خالق کی Wave Length</w:t>
      </w:r>
    </w:p>
    <w:p>
      <w:r>
        <w:rPr>
          <w:b/>
        </w:rPr>
        <w:t xml:space="preserve">[16:02]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[16:04] </w:t>
      </w:r>
      <w:r>
        <w:t>Rasool Allah Sal Allah Alayhi Wasallam ki Wave Length wohi ho gayi jo Khaliq ki Wave Length thi.</w:t>
      </w:r>
    </w:p>
    <w:p>
      <w:pPr>
        <w:jc w:val="right"/>
      </w:pPr>
      <w:r>
        <w:t>رسول اللہ صلی اللہ علیہ وسلم کی Wave Length وہی ہو گئی جو خالق کی Wave Length تھی۔</w:t>
      </w:r>
    </w:p>
    <w:p>
      <w:r>
        <w:rPr>
          <w:b/>
        </w:rPr>
        <w:t xml:space="preserve">[16:11] </w:t>
      </w:r>
      <w:r>
        <w:t>tab yeh mumkin hua.</w:t>
      </w:r>
    </w:p>
    <w:p>
      <w:pPr>
        <w:jc w:val="right"/>
      </w:pPr>
      <w:r>
        <w:t>تب یہ ممکن ہوا۔</w:t>
      </w:r>
    </w:p>
    <w:p>
      <w:r>
        <w:rPr>
          <w:b/>
        </w:rPr>
        <w:t xml:space="preserve">[16:13] </w:t>
      </w:r>
      <w:r>
        <w:t>maujooda zamanay mein kya hai? Musalman jante hain nahi ke Khaliq ki Wave Length kya hai.</w:t>
      </w:r>
    </w:p>
    <w:p>
      <w:pPr>
        <w:jc w:val="right"/>
      </w:pPr>
      <w:r>
        <w:t>موجودہ زمانے میں کیا ہے؟ مسلمان جانتے ہیں نہیں کہ خالق کی Wave Length کیا ہے۔</w:t>
      </w:r>
    </w:p>
    <w:p>
      <w:r>
        <w:rPr>
          <w:b/>
        </w:rPr>
        <w:t xml:space="preserve">[16:20] </w:t>
      </w:r>
      <w:r>
        <w:t>bas shor o ghul, Protest, hangama, ihtijaj, yahan tak ke Suicide Bombing, yeh sab cheezein kya hain? Khudaai</w:t>
      </w:r>
    </w:p>
    <w:p>
      <w:pPr>
        <w:jc w:val="right"/>
      </w:pPr>
      <w:r>
        <w:t>بس شور و غل، Protest، ہنگامہ، احتجاج، یہاں تک کہ Suicide Bombing، یہ سب چیزیں کیا ہیں؟ خدائی</w:t>
      </w:r>
    </w:p>
    <w:p>
      <w:r>
        <w:rPr>
          <w:b/>
        </w:rPr>
        <w:t xml:space="preserve">[16:28] </w:t>
      </w:r>
      <w:r>
        <w:t>Wave Length se bekhabari ka Result hain.</w:t>
      </w:r>
    </w:p>
    <w:p>
      <w:pPr>
        <w:jc w:val="right"/>
      </w:pPr>
      <w:r>
        <w:t>Wave Length سے بے خبری کا Result ہیں۔</w:t>
      </w:r>
    </w:p>
    <w:p>
      <w:r>
        <w:rPr>
          <w:b/>
        </w:rPr>
        <w:t xml:space="preserve">[16:31] </w:t>
      </w:r>
      <w:r>
        <w:t>aaj bhi yahi tareekh dohrai jati hai.</w:t>
      </w:r>
    </w:p>
    <w:p>
      <w:pPr>
        <w:jc w:val="right"/>
      </w:pPr>
      <w:r>
        <w:t>آج بھی یہی تاریخ دہرائی جاتی ہے۔</w:t>
      </w:r>
    </w:p>
    <w:p>
      <w:r>
        <w:rPr>
          <w:b/>
        </w:rPr>
        <w:t xml:space="preserve">[16:34] </w:t>
      </w:r>
      <w:r>
        <w:t>aaj bhi bar bar aisay Occasion aate hain.</w:t>
      </w:r>
    </w:p>
    <w:p>
      <w:pPr>
        <w:jc w:val="right"/>
      </w:pPr>
      <w:r>
        <w:t>آج بھی بار بار ایسے Occasion آتے ہیں۔</w:t>
      </w:r>
    </w:p>
    <w:p>
      <w:r>
        <w:rPr>
          <w:b/>
        </w:rPr>
        <w:t xml:space="preserve">[16:38] </w:t>
      </w:r>
      <w:r>
        <w:t>aise mawaqe paida hote hain.</w:t>
      </w:r>
    </w:p>
    <w:p>
      <w:pPr>
        <w:jc w:val="right"/>
      </w:pPr>
      <w:r>
        <w:t>ایسے مواقع پیدا ہوتے ہیں۔</w:t>
      </w:r>
    </w:p>
    <w:p>
      <w:r>
        <w:rPr>
          <w:b/>
        </w:rPr>
        <w:t xml:space="preserve">[16:40] </w:t>
      </w:r>
      <w:r>
        <w:t>jahan do qism ki cheezen hoti hain.</w:t>
      </w:r>
    </w:p>
    <w:p>
      <w:pPr>
        <w:jc w:val="right"/>
      </w:pPr>
      <w:r>
        <w:t>جہاں دو قسم کی چیزیں ہوتی ہیں۔</w:t>
      </w:r>
    </w:p>
    <w:p>
      <w:r>
        <w:rPr>
          <w:b/>
        </w:rPr>
        <w:t xml:space="preserve">[16:43] </w:t>
      </w:r>
      <w:r>
        <w:t>yani Problem bhi rehta hai lekin sath sath Opportunity bhi hoti hai.</w:t>
      </w:r>
    </w:p>
    <w:p>
      <w:pPr>
        <w:jc w:val="right"/>
      </w:pPr>
      <w:r>
        <w:t>یعنی Problem بھی رہتا ہے لیکن ساتھ ساتھ Opportunity بھی ہوتی ہے۔</w:t>
      </w:r>
    </w:p>
    <w:p>
      <w:r>
        <w:rPr>
          <w:b/>
        </w:rPr>
        <w:t xml:space="preserve">[16:48] </w:t>
      </w:r>
      <w:r>
        <w:t>to wahan Dealing Policy ikhtiyar karni paregi.</w:t>
      </w:r>
    </w:p>
    <w:p>
      <w:pPr>
        <w:jc w:val="right"/>
      </w:pPr>
      <w:r>
        <w:t>تو وہاں Dealing Policy اختیار کرنی پڑے گی۔</w:t>
      </w:r>
    </w:p>
    <w:p>
      <w:r>
        <w:rPr>
          <w:b/>
        </w:rPr>
        <w:t xml:space="preserve">[16:51] </w:t>
      </w:r>
      <w:r>
        <w:t>is ki wajah hai ke insan ne Allah taala ne insan ko azad banaya hai.</w:t>
      </w:r>
    </w:p>
    <w:p>
      <w:pPr>
        <w:jc w:val="right"/>
      </w:pPr>
      <w:r>
        <w:t>اس کی وجہ ہے کہ انسان نے اللہ تعالیٰ نے انسان کو آزاد بنایا ہے۔</w:t>
      </w:r>
    </w:p>
    <w:p>
      <w:r>
        <w:rPr>
          <w:b/>
        </w:rPr>
        <w:t xml:space="preserve">[16:58] </w:t>
      </w:r>
      <w:r>
        <w:t>azadi di hai.</w:t>
      </w:r>
    </w:p>
    <w:p>
      <w:pPr>
        <w:jc w:val="right"/>
      </w:pPr>
      <w:r>
        <w:t>آزادی دی ہے۔</w:t>
      </w:r>
    </w:p>
    <w:p>
      <w:r>
        <w:rPr>
          <w:b/>
        </w:rPr>
        <w:t xml:space="preserve">[16:59] </w:t>
      </w:r>
      <w:r>
        <w:t>Total Freedom.</w:t>
      </w:r>
    </w:p>
    <w:p>
      <w:pPr>
        <w:jc w:val="right"/>
      </w:pPr>
      <w:r>
        <w:t>Total Freedom۔</w:t>
      </w:r>
    </w:p>
    <w:p>
      <w:r>
        <w:rPr>
          <w:b/>
        </w:rPr>
        <w:t xml:space="preserve">[17:01] </w:t>
      </w:r>
      <w:r>
        <w:t>to Total Freedom ki wajah se wo Freedom ko misuse bhi karta hai.</w:t>
      </w:r>
    </w:p>
    <w:p>
      <w:pPr>
        <w:jc w:val="right"/>
      </w:pPr>
      <w:r>
        <w:t>تو Total Freedom کی وجہ سے وہ Freedom کو مس یوز بھی کرتا ہے۔</w:t>
      </w:r>
    </w:p>
    <w:p>
      <w:r>
        <w:rPr>
          <w:b/>
        </w:rPr>
        <w:t xml:space="preserve">[17:07] </w:t>
      </w:r>
      <w:r>
        <w:t>jab misuse karega to Problem paida honge.</w:t>
      </w:r>
    </w:p>
    <w:p>
      <w:pPr>
        <w:jc w:val="right"/>
      </w:pPr>
      <w:r>
        <w:t>جب مس یوز کرے گا تو Problem پیدا ہوں گے۔</w:t>
      </w:r>
    </w:p>
    <w:p>
      <w:r>
        <w:rPr>
          <w:b/>
        </w:rPr>
        <w:t xml:space="preserve">[17:11] </w:t>
      </w:r>
      <w:r>
        <w:t>to Allah ki Wave Length ke mutabiq agar insan ki Wave Length ho tab is ki Planning kiya</w:t>
      </w:r>
    </w:p>
    <w:p>
      <w:pPr>
        <w:jc w:val="right"/>
      </w:pPr>
      <w:r>
        <w:t>تو اللہ کی Wave Length کے مطابق اگر انسان کی Wave Length ہو تب اس کی Planning کیا</w:t>
      </w:r>
    </w:p>
    <w:p>
      <w:r>
        <w:rPr>
          <w:b/>
        </w:rPr>
        <w:t xml:space="preserve">[17:19] </w:t>
      </w:r>
      <w:r>
        <w:t>hogi? is ki Planning yeh hogi ke insani azadi ko Maintain karte hue Problem ko Ignore karte hue</w:t>
      </w:r>
    </w:p>
    <w:p>
      <w:pPr>
        <w:jc w:val="right"/>
      </w:pPr>
      <w:r>
        <w:t>ہوگی؟ اس کی Planning یہ ہوگی کہ انسانی آزادی کو Maintain کرتے ہوئے Problem کو Ignore کرتے ہوئے</w:t>
      </w:r>
    </w:p>
    <w:p>
      <w:r>
        <w:rPr>
          <w:b/>
        </w:rPr>
        <w:t xml:space="preserve">[17:26] </w:t>
      </w:r>
      <w:r>
        <w:t>mawaqe ko Avail karo.</w:t>
      </w:r>
    </w:p>
    <w:p>
      <w:pPr>
        <w:jc w:val="right"/>
      </w:pPr>
      <w:r>
        <w:t>مواقع کو Avail کرو۔</w:t>
      </w:r>
    </w:p>
    <w:p>
      <w:r>
        <w:rPr>
          <w:b/>
        </w:rPr>
        <w:t xml:space="preserve">[17:28] </w:t>
      </w:r>
      <w:r>
        <w:t>yani insan ki azadi ke barabar Problem bhi rahenge lekin sath sath dunya mein mawaqe bhi rahen</w:t>
      </w:r>
    </w:p>
    <w:p>
      <w:pPr>
        <w:jc w:val="right"/>
      </w:pPr>
      <w:r>
        <w:t>یعنی انسان کی آزادی کے برابر Problem بھی رہیں گے لیکن ساتھ ساتھ دنیا میں مواقع بھی رہیں</w:t>
      </w:r>
    </w:p>
    <w:p>
      <w:r>
        <w:rPr>
          <w:b/>
        </w:rPr>
        <w:t xml:space="preserve">[17:36]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[17:37] </w:t>
      </w:r>
      <w:r>
        <w:t>kyun ke mawaqe Allah taala ki taraf se paida hote hain.</w:t>
      </w:r>
    </w:p>
    <w:p>
      <w:pPr>
        <w:jc w:val="right"/>
      </w:pPr>
      <w:r>
        <w:t>کیونکہ مواقع اللہ تعالیٰ کی طرف سے پیدا ہوتے ہیں۔</w:t>
      </w:r>
    </w:p>
    <w:p>
      <w:r>
        <w:rPr>
          <w:b/>
        </w:rPr>
        <w:t xml:space="preserve">[17:42] </w:t>
      </w:r>
      <w:r>
        <w:t>to insan kitna hi misuse kare apni azadi ko lekin wo Allah ke naqshe ko khatam nahin</w:t>
      </w:r>
    </w:p>
    <w:p>
      <w:pPr>
        <w:jc w:val="right"/>
      </w:pPr>
      <w:r>
        <w:t>تو انسان کتنا ہی مس یوز کرے اپنی آزادی کو لیکن وہ اللہ کے نقشے کو ختم نہیں</w:t>
      </w:r>
    </w:p>
    <w:p>
      <w:r>
        <w:rPr>
          <w:b/>
        </w:rPr>
        <w:t xml:space="preserve">[17:49] </w:t>
      </w:r>
      <w:r>
        <w:t>kar sakta.</w:t>
      </w:r>
    </w:p>
    <w:p>
      <w:pPr>
        <w:jc w:val="right"/>
      </w:pPr>
      <w:r>
        <w:t>کر سکتا۔</w:t>
      </w:r>
    </w:p>
    <w:p>
      <w:r>
        <w:rPr>
          <w:b/>
        </w:rPr>
        <w:t xml:space="preserve">[17:51] </w:t>
      </w:r>
      <w:r>
        <w:t>wo phir bhi baqi rehta hai.</w:t>
      </w:r>
    </w:p>
    <w:p>
      <w:pPr>
        <w:jc w:val="right"/>
      </w:pPr>
      <w:r>
        <w:t>وہ پھر بھی باقی رہتا ہے۔</w:t>
      </w:r>
    </w:p>
    <w:p>
      <w:r>
        <w:rPr>
          <w:b/>
        </w:rPr>
        <w:t xml:space="preserve">[17:53] </w:t>
      </w:r>
      <w:r>
        <w:t>wo phir bhi rehta hai.</w:t>
      </w:r>
    </w:p>
    <w:p>
      <w:pPr>
        <w:jc w:val="right"/>
      </w:pPr>
      <w:r>
        <w:t>وہ پھر بھی رہتا ہے۔</w:t>
      </w:r>
    </w:p>
    <w:p>
      <w:r>
        <w:rPr>
          <w:b/>
        </w:rPr>
        <w:t xml:space="preserve">[17:56] </w:t>
      </w:r>
      <w:r>
        <w:t>is liye ke insan Pollute kar ke fiza mein aloodgi karta hai lekin suraj to phir bhi chamakta</w:t>
      </w:r>
    </w:p>
    <w:p>
      <w:pPr>
        <w:jc w:val="right"/>
      </w:pPr>
      <w:r>
        <w:t>اس لیے کہ انسان Pollute کر کے فضا میں آلودگی کرتا ہے لیکن سورج تو پھر بھی چمکتا</w:t>
      </w:r>
    </w:p>
    <w:p>
      <w:r>
        <w:rPr>
          <w:b/>
        </w:rPr>
        <w:t xml:space="preserve">[18:03]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[18:05] </w:t>
      </w:r>
      <w:r>
        <w:t>insan ka koi bhi Pollution suraj ki roshni ko khatam nahin kar sakta.</w:t>
      </w:r>
    </w:p>
    <w:p>
      <w:pPr>
        <w:jc w:val="right"/>
      </w:pPr>
      <w:r>
        <w:t>انسان کا کوئی بھی Pollution سورج کی روشنی کو ختم نہیں کر سکتا۔</w:t>
      </w:r>
    </w:p>
    <w:p>
      <w:r>
        <w:rPr>
          <w:b/>
        </w:rPr>
        <w:t xml:space="preserve">[18:10] </w:t>
      </w:r>
      <w:r>
        <w:t>wo phir bhi rehta hai.</w:t>
      </w:r>
    </w:p>
    <w:p>
      <w:pPr>
        <w:jc w:val="right"/>
      </w:pPr>
      <w:r>
        <w:t>وہ پھر بھی رہتا ہے۔</w:t>
      </w:r>
    </w:p>
    <w:p>
      <w:r>
        <w:rPr>
          <w:b/>
        </w:rPr>
        <w:t xml:space="preserve">[18:13] </w:t>
      </w:r>
      <w:r>
        <w:t>to hamein chahiye ke hum is ko daryaft, is ko Discover karen ke insan ka Pollution chahe kitni</w:t>
      </w:r>
    </w:p>
    <w:p>
      <w:pPr>
        <w:jc w:val="right"/>
      </w:pPr>
      <w:r>
        <w:t>تو ہمیں چاہیے کہ ہم اس کو دریافت، اس کو Discover کریں کہ انسان کا Pollution چاہے کتنی</w:t>
      </w:r>
    </w:p>
    <w:p>
      <w:r>
        <w:rPr>
          <w:b/>
        </w:rPr>
        <w:t xml:space="preserve">[18:20] </w:t>
      </w:r>
      <w:r>
        <w:t>bhi barh jaye phir bhi Opportunity baqi rahegi.</w:t>
      </w:r>
    </w:p>
    <w:p>
      <w:pPr>
        <w:jc w:val="right"/>
      </w:pPr>
      <w:r>
        <w:t>بھی بڑھ جائے پھر بھی Opportunity باقی رہے گی۔</w:t>
      </w:r>
    </w:p>
    <w:p>
      <w:r>
        <w:rPr>
          <w:b/>
        </w:rPr>
        <w:t xml:space="preserve">[18:24] </w:t>
      </w:r>
      <w:r>
        <w:t>تو انسان کی آزادی کو avail، انسان کی آزادی کو ignore کرتے ہوئے، انسان کی آزادی کو maintain</w:t>
      </w:r>
    </w:p>
    <w:p>
      <w:pPr>
        <w:jc w:val="right"/>
      </w:pPr>
      <w:r>
        <w:t>تو انسان کی آزادی کو Avail، انسان کی آزادی کو Ignore کرتے ہوئے، انسان کی آزادی کو Maintain</w:t>
      </w:r>
    </w:p>
    <w:p>
      <w:r>
        <w:rPr>
          <w:b/>
        </w:rPr>
        <w:t xml:space="preserve">[18:32] </w:t>
      </w:r>
      <w:r>
        <w:t>karte hue hum Opportunity ko daryaft karen aur is ko Avail karen.</w:t>
      </w:r>
    </w:p>
    <w:p>
      <w:pPr>
        <w:jc w:val="right"/>
      </w:pPr>
      <w:r>
        <w:t>کرتے ہوئے ہم Opportunity کو دریافت کریں اور اس کو Avail کریں۔</w:t>
      </w:r>
    </w:p>
    <w:p>
      <w:r>
        <w:rPr>
          <w:b/>
        </w:rPr>
        <w:t xml:space="preserve">[18:37] </w:t>
      </w:r>
      <w:r>
        <w:t>yeh hai Allah taala ki Wave Length.</w:t>
      </w:r>
    </w:p>
    <w:p>
      <w:pPr>
        <w:jc w:val="right"/>
      </w:pPr>
      <w:r>
        <w:t>یہ ہے اللہ تعالیٰ کی Wave Length۔</w:t>
      </w:r>
    </w:p>
    <w:p>
      <w:r>
        <w:rPr>
          <w:b/>
        </w:rPr>
        <w:t xml:space="preserve">[18:40] </w:t>
      </w:r>
      <w:r>
        <w:t>to Rasool Allah S.A.W. ne aur Sahaba ne is Wave Length par kaam kiya.</w:t>
      </w:r>
    </w:p>
    <w:p>
      <w:pPr>
        <w:jc w:val="right"/>
      </w:pPr>
      <w:r>
        <w:t>تو رسول اللہ صلی اللہ علیہ وسلم نے اور صحابہ نے اس Wave Length پر کام کیا۔</w:t>
      </w:r>
    </w:p>
    <w:p>
      <w:r>
        <w:rPr>
          <w:b/>
        </w:rPr>
        <w:t xml:space="preserve">[18:47] </w:t>
      </w:r>
      <w:r>
        <w:t>khud bhi isi tarah sochne lage woh.</w:t>
      </w:r>
    </w:p>
    <w:p>
      <w:pPr>
        <w:jc w:val="right"/>
      </w:pPr>
      <w:r>
        <w:t>خود بھی اسی طرح سوچنے لگے وہ۔</w:t>
      </w:r>
    </w:p>
    <w:p>
      <w:r>
        <w:rPr>
          <w:b/>
        </w:rPr>
        <w:t xml:space="preserve">[18:50] </w:t>
      </w:r>
      <w:r>
        <w:t>tab itna bara inqilab aaya duniya mein.</w:t>
      </w:r>
    </w:p>
    <w:p>
      <w:pPr>
        <w:jc w:val="right"/>
      </w:pPr>
      <w:r>
        <w:t>تب اتنا بڑا انقلاب آیا دنیا میں۔</w:t>
      </w:r>
    </w:p>
    <w:p>
      <w:r>
        <w:rPr>
          <w:b/>
        </w:rPr>
        <w:t xml:space="preserve">[18:53] </w:t>
      </w:r>
      <w:r>
        <w:t>jis ko ke ek France ke ek Historian ne is ke bare mein likha hai ke Islam changed</w:t>
      </w:r>
    </w:p>
    <w:p>
      <w:pPr>
        <w:jc w:val="right"/>
      </w:pPr>
      <w:r>
        <w:t>جس کو کہ ایک فرانس کے ایک Historian نے اس کے بارے میں لکھا ہے کہ Islam changed</w:t>
      </w:r>
    </w:p>
    <w:p>
      <w:r>
        <w:rPr>
          <w:b/>
        </w:rPr>
        <w:t xml:space="preserve">[19:01] </w:t>
      </w:r>
      <w:r>
        <w:t>the face of the globe.</w:t>
      </w:r>
    </w:p>
    <w:p>
      <w:pPr>
        <w:jc w:val="right"/>
      </w:pPr>
      <w:r>
        <w:t>the face of the globe.</w:t>
      </w:r>
    </w:p>
    <w:p>
      <w:r>
        <w:rPr>
          <w:b/>
        </w:rPr>
        <w:t xml:space="preserve">[19:03] </w:t>
      </w:r>
      <w:r>
        <w:t>The traditional order of history was overthrown.</w:t>
      </w:r>
    </w:p>
    <w:p>
      <w:pPr>
        <w:jc w:val="right"/>
      </w:pPr>
      <w:r>
        <w:t>The traditional order of history was overthrown.</w:t>
      </w:r>
    </w:p>
    <w:p>
      <w:r>
        <w:rPr>
          <w:b/>
        </w:rPr>
        <w:t xml:space="preserve">[19:06] </w:t>
      </w:r>
      <w:r>
        <w:t>ek naya daur aaya.</w:t>
      </w:r>
    </w:p>
    <w:p>
      <w:pPr>
        <w:jc w:val="right"/>
      </w:pPr>
      <w:r>
        <w:t>ایک نیا دور آیا۔</w:t>
      </w:r>
    </w:p>
    <w:p>
      <w:r>
        <w:rPr>
          <w:b/>
        </w:rPr>
        <w:t xml:space="preserve">[19:08] </w:t>
      </w:r>
      <w:r>
        <w:t>isi daur ka Culmination hai Modern Civilization.</w:t>
      </w:r>
    </w:p>
    <w:p>
      <w:pPr>
        <w:jc w:val="right"/>
      </w:pPr>
      <w:r>
        <w:t>اسی دور کا Culmination ہے Modern Civilization۔</w:t>
      </w:r>
    </w:p>
    <w:p>
      <w:r>
        <w:rPr>
          <w:b/>
        </w:rPr>
        <w:t xml:space="preserve">[19:11] </w:t>
      </w:r>
      <w:r>
        <w:t>Modern Civilization koi yani Anti-Islam Civilization nahi hai.</w:t>
      </w:r>
    </w:p>
    <w:p>
      <w:pPr>
        <w:jc w:val="right"/>
      </w:pPr>
      <w:r>
        <w:t>Modern Civilization کوئی یعنی Anti-Islam Civilization نہیں ہے۔</w:t>
      </w:r>
    </w:p>
    <w:p>
      <w:r>
        <w:rPr>
          <w:b/>
        </w:rPr>
        <w:t xml:space="preserve">[19:14] </w:t>
      </w:r>
      <w:r>
        <w:t>woh Pro-Islam Civilization hai.</w:t>
      </w:r>
    </w:p>
    <w:p>
      <w:pPr>
        <w:jc w:val="right"/>
      </w:pPr>
      <w:r>
        <w:t>وہ Pro-Islam Civilization ہے۔</w:t>
      </w:r>
    </w:p>
    <w:p>
      <w:r>
        <w:rPr>
          <w:b/>
        </w:rPr>
        <w:t xml:space="preserve">[19:16] </w:t>
      </w:r>
      <w:r>
        <w:t>is ki wajah se hum ko azadi mili.</w:t>
      </w:r>
    </w:p>
    <w:p>
      <w:pPr>
        <w:jc w:val="right"/>
      </w:pPr>
      <w:r>
        <w:t>اس کی وجہ سے ہم کو آزادی ملی۔</w:t>
      </w:r>
    </w:p>
    <w:p>
      <w:r>
        <w:rPr>
          <w:b/>
        </w:rPr>
        <w:t xml:space="preserve">[19:19] </w:t>
      </w:r>
      <w:r>
        <w:t>is ki wajah se hum ko Openness mila.</w:t>
      </w:r>
    </w:p>
    <w:p>
      <w:pPr>
        <w:jc w:val="right"/>
      </w:pPr>
      <w:r>
        <w:t>اس کی وجہ سے ہم کو Openness ملا۔</w:t>
      </w:r>
    </w:p>
    <w:p>
      <w:r>
        <w:rPr>
          <w:b/>
        </w:rPr>
        <w:t xml:space="preserve">[19:23] </w:t>
      </w:r>
      <w:r>
        <w:t>is ki wajah se hum ko Printing Press mila.</w:t>
      </w:r>
    </w:p>
    <w:p>
      <w:pPr>
        <w:jc w:val="right"/>
      </w:pPr>
      <w:r>
        <w:t>اس کی وجہ سے ہم کو Printing Press ملا۔</w:t>
      </w:r>
    </w:p>
    <w:p>
      <w:r>
        <w:rPr>
          <w:b/>
        </w:rPr>
        <w:t xml:space="preserve">[19:27] </w:t>
      </w:r>
      <w:r>
        <w:t>Communication mila.</w:t>
      </w:r>
    </w:p>
    <w:p>
      <w:pPr>
        <w:jc w:val="right"/>
      </w:pPr>
      <w:r>
        <w:t>Communication ملا۔</w:t>
      </w:r>
    </w:p>
    <w:p>
      <w:r>
        <w:rPr>
          <w:b/>
        </w:rPr>
        <w:t xml:space="preserve">[19:28] </w:t>
      </w:r>
      <w:r>
        <w:t>Modern Civilization ki wajah se hamein yani Opportunity Exposure hua.</w:t>
      </w:r>
    </w:p>
    <w:p>
      <w:pPr>
        <w:jc w:val="right"/>
      </w:pPr>
      <w:r>
        <w:t>Modern Civilization کی وجہ سے ہمیں یعنی Opportunity Exposure ہوا۔</w:t>
      </w:r>
    </w:p>
    <w:p>
      <w:r>
        <w:rPr>
          <w:b/>
        </w:rPr>
        <w:t xml:space="preserve">[19:32] </w:t>
      </w:r>
      <w:r>
        <w:t>bharmar Opportunities ke.</w:t>
      </w:r>
    </w:p>
    <w:p>
      <w:pPr>
        <w:jc w:val="right"/>
      </w:pPr>
      <w:r>
        <w:t>بھرمار Opportunities کے۔</w:t>
      </w:r>
    </w:p>
    <w:p>
      <w:r>
        <w:rPr>
          <w:b/>
        </w:rPr>
        <w:t xml:space="preserve">[19:34] </w:t>
      </w:r>
      <w:r>
        <w:t>is ko Avail karo.</w:t>
      </w:r>
    </w:p>
    <w:p>
      <w:pPr>
        <w:jc w:val="right"/>
      </w:pPr>
      <w:r>
        <w:t>اس کو Avail کرو۔</w:t>
      </w:r>
    </w:p>
    <w:p>
      <w:r>
        <w:rPr>
          <w:b/>
        </w:rPr>
        <w:t xml:space="preserve">[19:36] </w:t>
      </w:r>
      <w:r>
        <w:t>sirf tashaddud mat karo.</w:t>
      </w:r>
    </w:p>
    <w:p>
      <w:pPr>
        <w:jc w:val="right"/>
      </w:pPr>
      <w:r>
        <w:t>صرف تشدد مت کرو۔</w:t>
      </w:r>
    </w:p>
    <w:p>
      <w:r>
        <w:rPr>
          <w:b/>
        </w:rPr>
        <w:t xml:space="preserve">[19:37] </w:t>
      </w:r>
      <w:r>
        <w:t>Violence mat karo.</w:t>
      </w:r>
    </w:p>
    <w:p>
      <w:pPr>
        <w:jc w:val="right"/>
      </w:pPr>
      <w:r>
        <w:t>Violence مت کرو۔</w:t>
      </w:r>
    </w:p>
    <w:p>
      <w:r>
        <w:rPr>
          <w:b/>
        </w:rPr>
        <w:t xml:space="preserve">[19:39] </w:t>
      </w:r>
      <w:r>
        <w:t>to yeh daur Opportunity Exposure ka daur hai.</w:t>
      </w:r>
    </w:p>
    <w:p>
      <w:pPr>
        <w:jc w:val="right"/>
      </w:pPr>
      <w:r>
        <w:t>تو یہ دور Opportunity Exposure کا دور ہے۔</w:t>
      </w:r>
    </w:p>
    <w:p>
      <w:r>
        <w:rPr>
          <w:b/>
        </w:rPr>
        <w:t xml:space="preserve">[19:42] </w:t>
      </w:r>
      <w:r>
        <w:t>aisa Modern Civilization se aaya hai.</w:t>
      </w:r>
    </w:p>
    <w:p>
      <w:pPr>
        <w:jc w:val="right"/>
      </w:pPr>
      <w:r>
        <w:t>ایسا Modern Civilization سے آیا ہے۔</w:t>
      </w:r>
    </w:p>
    <w:p>
      <w:r>
        <w:rPr>
          <w:b/>
        </w:rPr>
        <w:t xml:space="preserve">[19:45] </w:t>
      </w:r>
      <w:r>
        <w:t>jaise mein yahan bol raha hoon aur duniya mein kahin bhi sun sakta hai koi aadmi.</w:t>
      </w:r>
    </w:p>
    <w:p>
      <w:pPr>
        <w:jc w:val="right"/>
      </w:pPr>
      <w:r>
        <w:t>جیسے میں یہاں بول رہا ہوں اور دنیا میں کہیں بھی سن سکتا ہے کوئی آدمی۔</w:t>
      </w:r>
    </w:p>
    <w:p>
      <w:r>
        <w:rPr>
          <w:b/>
        </w:rPr>
        <w:t xml:space="preserve">[19:52] </w:t>
      </w:r>
      <w:r>
        <w:t>to yeh kahan se aaya? Modern Civilization se aaya.</w:t>
      </w:r>
    </w:p>
    <w:p>
      <w:pPr>
        <w:jc w:val="right"/>
      </w:pPr>
      <w:r>
        <w:t>تو یہ کہاں سے آیا؟ Modern Civilization سے آیا۔</w:t>
      </w:r>
    </w:p>
    <w:p>
      <w:r>
        <w:rPr>
          <w:b/>
        </w:rPr>
        <w:t xml:space="preserve">[19:56] </w:t>
      </w:r>
      <w:r>
        <w:t>keh aadmi ek jagah bolay aur sari dunya ko suna jaey.</w:t>
      </w:r>
    </w:p>
    <w:p>
      <w:pPr>
        <w:jc w:val="right"/>
      </w:pPr>
      <w:r>
        <w:t>کہ آدمی ایک جگہ بولے اور ساری دنیا کو سنا جائے۔</w:t>
      </w:r>
    </w:p>
    <w:p>
      <w:r>
        <w:rPr>
          <w:b/>
        </w:rPr>
        <w:t xml:space="preserve">[20:00] </w:t>
      </w:r>
      <w:r>
        <w:t>yeh Modern Civilization ki den hai.</w:t>
      </w:r>
    </w:p>
    <w:p>
      <w:pPr>
        <w:jc w:val="right"/>
      </w:pPr>
      <w:r>
        <w:t>یہ Modern Civilization کی دین ہے۔</w:t>
      </w:r>
    </w:p>
    <w:p>
      <w:r>
        <w:rPr>
          <w:b/>
        </w:rPr>
        <w:t xml:space="preserve">[20:03] </w:t>
      </w:r>
      <w:r>
        <w:t>to yeh daur jo aaya hai yeh daur shuru karna tha Allah taala ko.</w:t>
      </w:r>
    </w:p>
    <w:p>
      <w:pPr>
        <w:jc w:val="right"/>
      </w:pPr>
      <w:r>
        <w:t>تو یہ دور جو آیا ہے یہ دور شروع کرنا تھا اللہ تعالیٰ کو۔</w:t>
      </w:r>
    </w:p>
    <w:p>
      <w:r>
        <w:rPr>
          <w:b/>
        </w:rPr>
        <w:t xml:space="preserve">[20:09] </w:t>
      </w:r>
      <w:r>
        <w:t>is ke liye team banana tha.</w:t>
      </w:r>
    </w:p>
    <w:p>
      <w:pPr>
        <w:jc w:val="right"/>
      </w:pPr>
      <w:r>
        <w:t>اس کے لیے ٹیم بنانا تھا۔</w:t>
      </w:r>
    </w:p>
    <w:p>
      <w:r>
        <w:rPr>
          <w:b/>
        </w:rPr>
        <w:t xml:space="preserve">[20:11] </w:t>
      </w:r>
      <w:r>
        <w:t>aur team work karna tha.</w:t>
      </w:r>
    </w:p>
    <w:p>
      <w:pPr>
        <w:jc w:val="right"/>
      </w:pPr>
      <w:r>
        <w:t>اور ٹیم Work کرنا تھا۔</w:t>
      </w:r>
    </w:p>
    <w:p>
      <w:r>
        <w:rPr>
          <w:b/>
        </w:rPr>
        <w:t xml:space="preserve">[20:14] </w:t>
      </w:r>
      <w:r>
        <w:t>is ke liye bohat hi planning ke sath struggle karna tha.</w:t>
      </w:r>
    </w:p>
    <w:p>
      <w:pPr>
        <w:jc w:val="right"/>
      </w:pPr>
      <w:r>
        <w:t>اس کے لیے بہت ہی Planning کے ساتھ Struggle کرنا تھا۔</w:t>
      </w:r>
    </w:p>
    <w:p>
      <w:r>
        <w:rPr>
          <w:b/>
        </w:rPr>
        <w:t xml:space="preserve">[20:18] </w:t>
      </w:r>
      <w:r>
        <w:t>woh sab is ke liye kuch cheezon ko hamein ignore karna tha.</w:t>
      </w:r>
    </w:p>
    <w:p>
      <w:pPr>
        <w:jc w:val="right"/>
      </w:pPr>
      <w:r>
        <w:t>وہ سب اس کے لیے کچھ چیزوں کو ہمیں Ignore کرنا تھا۔</w:t>
      </w:r>
    </w:p>
    <w:p>
      <w:r>
        <w:rPr>
          <w:b/>
        </w:rPr>
        <w:t xml:space="preserve">[20:23] </w:t>
      </w:r>
      <w:r>
        <w:t>kuch logon ko hamein nazar andaaz karna tha.</w:t>
      </w:r>
    </w:p>
    <w:p>
      <w:pPr>
        <w:jc w:val="right"/>
      </w:pPr>
      <w:r>
        <w:t>کچھ لوگوں کو ہمیں نظر انداز کرنا تھا۔</w:t>
      </w:r>
    </w:p>
    <w:p>
      <w:r>
        <w:rPr>
          <w:b/>
        </w:rPr>
        <w:t xml:space="preserve">[20:27] </w:t>
      </w:r>
      <w:r>
        <w:t>yeh thi Allah taala ki wave length.</w:t>
      </w:r>
    </w:p>
    <w:p>
      <w:pPr>
        <w:jc w:val="right"/>
      </w:pPr>
      <w:r>
        <w:t>یہ تھی اللہ تعالیٰ کی Wave Length۔</w:t>
      </w:r>
    </w:p>
    <w:p>
      <w:r>
        <w:rPr>
          <w:b/>
        </w:rPr>
        <w:t xml:space="preserve">[20:30] </w:t>
      </w:r>
      <w:r>
        <w:t>isi wave length par jab insaan jeeyega tab woh bara kaam kar payega.</w:t>
      </w:r>
    </w:p>
    <w:p>
      <w:pPr>
        <w:jc w:val="right"/>
      </w:pPr>
      <w:r>
        <w:t>اسی Wave Length پر جب انسان جیئے گا تب وہ بڑا کام کر پائے گا۔</w:t>
      </w:r>
    </w:p>
    <w:p>
      <w:r>
        <w:rPr>
          <w:b/>
        </w:rPr>
        <w:t xml:space="preserve">[20:36] </w:t>
      </w:r>
      <w:r>
        <w:t>warna bara kaam nahi kar sakta.</w:t>
      </w:r>
    </w:p>
    <w:p>
      <w:pPr>
        <w:jc w:val="right"/>
      </w:pPr>
      <w:r>
        <w:t>ورنہ بڑا کام نہیں کر سکتا۔</w:t>
      </w:r>
    </w:p>
    <w:p>
      <w:r>
        <w:rPr>
          <w:b/>
        </w:rPr>
        <w:t xml:space="preserve">[20:39] </w:t>
      </w:r>
      <w:r>
        <w:t>mojudah zamaney mein musalman har jagah shikayat ki boli bolte hain.</w:t>
      </w:r>
    </w:p>
    <w:p>
      <w:pPr>
        <w:jc w:val="right"/>
      </w:pPr>
      <w:r>
        <w:t>موجودہ زمانے میں مسلمان ہر جگہ شکایت کی بولی بولتے ہیں۔</w:t>
      </w:r>
    </w:p>
    <w:p>
      <w:r>
        <w:rPr>
          <w:b/>
        </w:rPr>
        <w:t xml:space="preserve">[20:44] </w:t>
      </w:r>
      <w:r>
        <w:t>har jagah shikayat ki boli.</w:t>
      </w:r>
    </w:p>
    <w:p>
      <w:pPr>
        <w:jc w:val="right"/>
      </w:pPr>
      <w:r>
        <w:t>ہر جگہ شکایت کی بولی۔</w:t>
      </w:r>
    </w:p>
    <w:p>
      <w:r>
        <w:rPr>
          <w:b/>
        </w:rPr>
        <w:t xml:space="preserve">[20:46] </w:t>
      </w:r>
      <w:r>
        <w:t>keh hum ko hamare khilaf sazish ki ja rahi hai.</w:t>
      </w:r>
    </w:p>
    <w:p>
      <w:pPr>
        <w:jc w:val="right"/>
      </w:pPr>
      <w:r>
        <w:t>کہ ہم کو ہمارے خلاف سازش کی جا رہی ہے۔</w:t>
      </w:r>
    </w:p>
    <w:p>
      <w:r>
        <w:rPr>
          <w:b/>
        </w:rPr>
        <w:t xml:space="preserve">[20:50] </w:t>
      </w:r>
      <w:r>
        <w:t>hum ko boycott bana diya gaya hai.</w:t>
      </w:r>
    </w:p>
    <w:p>
      <w:pPr>
        <w:jc w:val="right"/>
      </w:pPr>
      <w:r>
        <w:t>ہم کو بائیکاٹ بنا دیا گیا ہے۔</w:t>
      </w:r>
    </w:p>
    <w:p>
      <w:r>
        <w:rPr>
          <w:b/>
        </w:rPr>
        <w:t xml:space="preserve">[20:53] </w:t>
      </w:r>
      <w:r>
        <w:t>hum ko secret class seized bana diya gaya hai dunya mein.</w:t>
      </w:r>
    </w:p>
    <w:p>
      <w:pPr>
        <w:jc w:val="right"/>
      </w:pPr>
      <w:r>
        <w:t>ہم کو سیکرٹ کلاس سیزل بنا دیا گیا ہے دنیا میں۔</w:t>
      </w:r>
    </w:p>
    <w:p>
      <w:r>
        <w:rPr>
          <w:b/>
        </w:rPr>
        <w:t xml:space="preserve">[20:58] </w:t>
      </w:r>
      <w:r>
        <w:t>hamare khilaf yeh ho raha hai, hamare khilaf woh ho raha hai.</w:t>
      </w:r>
    </w:p>
    <w:p>
      <w:pPr>
        <w:jc w:val="right"/>
      </w:pPr>
      <w:r>
        <w:t>ہمارے خلاف یہ ہو رہا ہے، ہمارے خلاف وہ ہو رہا ہے۔</w:t>
      </w:r>
    </w:p>
    <w:p>
      <w:r>
        <w:rPr>
          <w:b/>
        </w:rPr>
        <w:t xml:space="preserve">[21:03] </w:t>
      </w:r>
      <w:r>
        <w:t>yeh sab kyun hai? yeh isi liye hua hai keh Muslim leaderon ne Creator ki wave length kya</w:t>
      </w:r>
    </w:p>
    <w:p>
      <w:pPr>
        <w:jc w:val="right"/>
      </w:pPr>
      <w:r>
        <w:t>یہ سب کیوں ہے؟ یہ اسی لیے ہوا ہے کہ مسلم لیڈروں نے Creator کی Wave Length کیا</w:t>
      </w:r>
    </w:p>
    <w:p>
      <w:r>
        <w:rPr>
          <w:b/>
        </w:rPr>
        <w:t xml:space="preserve">[21:11] </w:t>
      </w:r>
      <w:r>
        <w:t>hai is ke mutabiq apni wave length ko banaya nahi.</w:t>
      </w:r>
    </w:p>
    <w:p>
      <w:pPr>
        <w:jc w:val="right"/>
      </w:pPr>
      <w:r>
        <w:t>ہے اس کے مطابق اپنی Wave Length کو بنایا نہیں۔</w:t>
      </w:r>
    </w:p>
    <w:p>
      <w:r>
        <w:rPr>
          <w:b/>
        </w:rPr>
        <w:t xml:space="preserve">[21:15] </w:t>
      </w:r>
      <w:r>
        <w:t>Creator ka shakla kya hai is ke mutabiq apne shakla ko banaya nahi.</w:t>
      </w:r>
    </w:p>
    <w:p>
      <w:pPr>
        <w:jc w:val="right"/>
      </w:pPr>
      <w:r>
        <w:t>Creator کا شاکلہ کیا ہے اس کے مطابق اپنے شاکلہ کو بنایا نہیں۔</w:t>
      </w:r>
    </w:p>
    <w:p>
      <w:r>
        <w:rPr>
          <w:b/>
        </w:rPr>
        <w:t xml:space="preserve">[21:20] </w:t>
      </w:r>
      <w:r>
        <w:t>shakla ke maani hotey hain mindset.</w:t>
      </w:r>
    </w:p>
    <w:p>
      <w:pPr>
        <w:jc w:val="right"/>
      </w:pPr>
      <w:r>
        <w:t>شاکلہ کے معنی ہوتے ہیں Mindset۔</w:t>
      </w:r>
    </w:p>
    <w:p>
      <w:r>
        <w:rPr>
          <w:b/>
        </w:rPr>
        <w:t xml:space="preserve">[21:23] </w:t>
      </w:r>
      <w:r>
        <w:t>shakla ka matlab hota hai mindset.</w:t>
      </w:r>
    </w:p>
    <w:p>
      <w:pPr>
        <w:jc w:val="right"/>
      </w:pPr>
      <w:r>
        <w:t>شاکلہ کا مطلب ہوتا ہے Mindset۔</w:t>
      </w:r>
    </w:p>
    <w:p>
      <w:r>
        <w:rPr>
          <w:b/>
        </w:rPr>
        <w:t xml:space="preserve">[21:26] </w:t>
      </w:r>
      <w:r>
        <w:t>Qul kullun ya walaw ala shaklatihi wa rabbukum aalamu biman huwa aada sabila to jo Creator ka shakla hai</w:t>
      </w:r>
    </w:p>
    <w:p>
      <w:pPr>
        <w:jc w:val="right"/>
      </w:pPr>
      <w:r>
        <w:t>قُلْ كُلُّنِّ يَا وَلَوْا عَلَى شَاكِلَتِهِ وَرَبَّكُمْ عَالَمُ بِمَنْ هُوَ أَعْدَى سَبِيلًا تو جو Creator کا شاکلہ ہے</w:t>
      </w:r>
    </w:p>
    <w:p>
      <w:r>
        <w:rPr>
          <w:b/>
        </w:rPr>
        <w:t xml:space="preserve">[21:33] </w:t>
      </w:r>
      <w:r>
        <w:t>wohi shakla hamein banana hai.</w:t>
      </w:r>
    </w:p>
    <w:p>
      <w:pPr>
        <w:jc w:val="right"/>
      </w:pPr>
      <w:r>
        <w:t>وہی شاکلہ ہمیں بنانا ہے۔</w:t>
      </w:r>
    </w:p>
    <w:p>
      <w:r>
        <w:rPr>
          <w:b/>
        </w:rPr>
        <w:t xml:space="preserve">[21:35] </w:t>
      </w:r>
      <w:r>
        <w:t>tab dono ka wave length ek ho jayega.</w:t>
      </w:r>
    </w:p>
    <w:p>
      <w:pPr>
        <w:jc w:val="right"/>
      </w:pPr>
      <w:r>
        <w:t>تب دونوں کا Wave Length ایک ہو جائے گا۔</w:t>
      </w:r>
    </w:p>
    <w:p>
      <w:r>
        <w:rPr>
          <w:b/>
        </w:rPr>
        <w:t xml:space="preserve">[21:39] </w:t>
      </w:r>
      <w:r>
        <w:t>tab hamari planning sahih planning hogi.</w:t>
      </w:r>
    </w:p>
    <w:p>
      <w:pPr>
        <w:jc w:val="right"/>
      </w:pPr>
      <w:r>
        <w:t>تب ہماری Planning صحیح Planning ہوگی۔</w:t>
      </w:r>
    </w:p>
    <w:p>
      <w:r>
        <w:rPr>
          <w:b/>
        </w:rPr>
        <w:t xml:space="preserve">[21:42] </w:t>
      </w:r>
      <w:r>
        <w:t>warna planning galat ho jayegi.</w:t>
      </w:r>
    </w:p>
    <w:p>
      <w:pPr>
        <w:jc w:val="right"/>
      </w:pPr>
      <w:r>
        <w:t>ورنہ Planning غلط ہو جائے گی۔</w:t>
      </w:r>
    </w:p>
    <w:p>
      <w:r>
        <w:rPr>
          <w:b/>
        </w:rPr>
        <w:t xml:space="preserve">[21:44] </w:t>
      </w:r>
      <w:r>
        <w:t>jab planning galat hogi to result kahan se niklega? to Quran mein aur hadith mein yeh yeh</w:t>
      </w:r>
    </w:p>
    <w:p>
      <w:pPr>
        <w:jc w:val="right"/>
      </w:pPr>
      <w:r>
        <w:t>جب Planning غلط ہوگی تو Result کہاں سے نکلے گا؟ تو قرآن میں اور حدیث میں یہ یہ</w:t>
      </w:r>
    </w:p>
    <w:p>
      <w:r>
        <w:rPr>
          <w:b/>
        </w:rPr>
        <w:t xml:space="preserve">[21:52] </w:t>
      </w:r>
      <w:r>
        <w:t>wisdom batai gayi hai.</w:t>
      </w:r>
    </w:p>
    <w:p>
      <w:pPr>
        <w:jc w:val="right"/>
      </w:pPr>
      <w:r>
        <w:t>Wisdom بتائی گئی ہے۔</w:t>
      </w:r>
    </w:p>
    <w:p>
      <w:r>
        <w:rPr>
          <w:b/>
        </w:rPr>
        <w:t xml:space="preserve">[21:54] </w:t>
      </w:r>
      <w:r>
        <w:t>maujud hai wisdom.</w:t>
      </w:r>
    </w:p>
    <w:p>
      <w:pPr>
        <w:jc w:val="right"/>
      </w:pPr>
      <w:r>
        <w:t>موجود ہے Wisdom۔</w:t>
      </w:r>
    </w:p>
    <w:p>
      <w:r>
        <w:rPr>
          <w:b/>
        </w:rPr>
        <w:t xml:space="preserve">[21:55] </w:t>
      </w:r>
      <w:r>
        <w:t>yeh jo maine arz kiya yahi zindagi ki wisdom hai, zindagi hikmat hai.</w:t>
      </w:r>
    </w:p>
    <w:p>
      <w:pPr>
        <w:jc w:val="right"/>
      </w:pPr>
      <w:r>
        <w:t>یہ جو میں نے عرض کیا یہی زندگی کی Wisdom ہے، زندگی حکمت ہے۔</w:t>
      </w:r>
    </w:p>
    <w:p>
      <w:r>
        <w:rPr>
          <w:b/>
        </w:rPr>
        <w:t xml:space="preserve">[22:01] </w:t>
      </w:r>
      <w:r>
        <w:t>lekin is zamane ke musalman is wisdom se bekhabar hain.</w:t>
      </w:r>
    </w:p>
    <w:p>
      <w:pPr>
        <w:jc w:val="right"/>
      </w:pPr>
      <w:r>
        <w:t>لیکن اس زمانے کے مسلمان اس Wisdom سے بے خبر ہیں۔</w:t>
      </w:r>
    </w:p>
    <w:p>
      <w:r>
        <w:rPr>
          <w:b/>
        </w:rPr>
        <w:t xml:space="preserve">[22:06] </w:t>
      </w:r>
      <w:r>
        <w:t>hadith mein aata hai ke ek daur aayega jab ke musalmanon ki aqlein chhin jayengi un</w:t>
      </w:r>
    </w:p>
    <w:p>
      <w:pPr>
        <w:jc w:val="right"/>
      </w:pPr>
      <w:r>
        <w:t>حدیث میں آتا ہے کہ ایک دور آئے گا جب کہ مسلمانوں کی عقلیں چھن جائیں گی ان</w:t>
      </w:r>
    </w:p>
    <w:p>
      <w:r>
        <w:rPr>
          <w:b/>
        </w:rPr>
        <w:t xml:space="preserve">[22:14]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[22:15] </w:t>
      </w:r>
      <w:r>
        <w:t>tunza'u anhum 'uqluhum ek zamana aayega jab ke musalmanon se un ki aqlein chhin jayengi.</w:t>
      </w:r>
    </w:p>
    <w:p>
      <w:pPr>
        <w:jc w:val="right"/>
      </w:pPr>
      <w:r>
        <w:t>تُنْظَعُ عَنْهُمْ عَقُولُهُمْ ایک زمانہ آئے گا جب کہ مسلمانوں سے ان کی عقلیں چھن جائیں گی۔</w:t>
      </w:r>
    </w:p>
    <w:p>
      <w:r>
        <w:rPr>
          <w:b/>
        </w:rPr>
        <w:t xml:space="preserve">[22:23] </w:t>
      </w:r>
      <w:r>
        <w:t>agar chhanne ka matlab kya hai? yeh matlab hai ke sar mein brain nahin rahega.</w:t>
      </w:r>
    </w:p>
    <w:p>
      <w:pPr>
        <w:jc w:val="right"/>
      </w:pPr>
      <w:r>
        <w:t>اگر چھننے کا مطلب کیا ہے؟ یہ مطلب ہے کہ سر میں Brain نہیں رہے گا۔</w:t>
      </w:r>
    </w:p>
    <w:p>
      <w:r>
        <w:rPr>
          <w:b/>
        </w:rPr>
        <w:t xml:space="preserve">[22:30] </w:t>
      </w:r>
      <w:r>
        <w:t>un ke sar par mind nahin hoga.</w:t>
      </w:r>
    </w:p>
    <w:p>
      <w:pPr>
        <w:jc w:val="right"/>
      </w:pPr>
      <w:r>
        <w:t>ان کے سر پر Mind نہیں ہوگا۔</w:t>
      </w:r>
    </w:p>
    <w:p>
      <w:r>
        <w:rPr>
          <w:b/>
        </w:rPr>
        <w:t xml:space="preserve">[22:33] </w:t>
      </w:r>
      <w:r>
        <w:t>yeh matlab nahin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[22:34] </w:t>
      </w:r>
      <w:r>
        <w:t>woh aisa un ke andar un ka mindset badal jayega.</w:t>
      </w:r>
    </w:p>
    <w:p>
      <w:pPr>
        <w:jc w:val="right"/>
      </w:pPr>
      <w:r>
        <w:t>وہ ایسا ان کے اندر ان کا Mindset بدل جائے گا۔</w:t>
      </w:r>
    </w:p>
    <w:p>
      <w:r>
        <w:rPr>
          <w:b/>
        </w:rPr>
        <w:t xml:space="preserve">[22:39] </w:t>
      </w:r>
      <w:r>
        <w:t>un ka wave length woh na rahega jo wave length khaliq ka wave length hai.</w:t>
      </w:r>
    </w:p>
    <w:p>
      <w:pPr>
        <w:jc w:val="right"/>
      </w:pPr>
      <w:r>
        <w:t>ان کا Wave Length وہ نہ رہے گا جو Wave Length خالق کا Wave Length ہے۔</w:t>
      </w:r>
    </w:p>
    <w:p>
      <w:r>
        <w:rPr>
          <w:b/>
        </w:rPr>
        <w:t xml:space="preserve">[22:46] </w:t>
      </w:r>
      <w:r>
        <w:t>yeh matlab hai.</w:t>
      </w:r>
    </w:p>
    <w:p>
      <w:pPr>
        <w:jc w:val="right"/>
      </w:pPr>
      <w:r>
        <w:t>یہ مطلب ہے۔</w:t>
      </w:r>
    </w:p>
    <w:p>
      <w:r>
        <w:rPr>
          <w:b/>
        </w:rPr>
        <w:t xml:space="preserve">[22:47] </w:t>
      </w:r>
      <w:r>
        <w:t>to un ki sar'garmian galat ho jayengi.</w:t>
      </w:r>
    </w:p>
    <w:p>
      <w:pPr>
        <w:jc w:val="right"/>
      </w:pPr>
      <w:r>
        <w:t>تو ان کی سرگرمیاں غلط ہو جائیں گی۔</w:t>
      </w:r>
    </w:p>
    <w:p>
      <w:r>
        <w:rPr>
          <w:b/>
        </w:rPr>
        <w:t xml:space="preserve">[22:51] </w:t>
      </w:r>
      <w:r>
        <w:t>un ki planning galat ho jayegi.</w:t>
      </w:r>
    </w:p>
    <w:p>
      <w:pPr>
        <w:jc w:val="right"/>
      </w:pPr>
      <w:r>
        <w:t>ان کی Planning غلط ہو جائے گی۔</w:t>
      </w:r>
    </w:p>
    <w:p>
      <w:r>
        <w:rPr>
          <w:b/>
        </w:rPr>
        <w:t xml:space="preserve">[22:54] </w:t>
      </w:r>
      <w:r>
        <w:t>un ke theoretical galat ho jayenge.</w:t>
      </w:r>
    </w:p>
    <w:p>
      <w:pPr>
        <w:jc w:val="right"/>
      </w:pPr>
      <w:r>
        <w:t>ان کے Teorical غلط ہو جائیں گے۔</w:t>
      </w:r>
    </w:p>
    <w:p>
      <w:r>
        <w:rPr>
          <w:b/>
        </w:rPr>
        <w:t xml:space="preserve">[22:57] </w:t>
      </w:r>
      <w:r>
        <w:t>tunza'u anhum 'uqluhum ke ma'ni hain ke un ke sar se brain nikal liya jayega aur sirf</w:t>
      </w:r>
    </w:p>
    <w:p>
      <w:pPr>
        <w:jc w:val="right"/>
      </w:pPr>
      <w:r>
        <w:t>تُنْظَعُ عَنْهُمْ عَقُولُهُمْ کے معنی ہیں کہ ان کے سر سے Brain نکال لیا جائے گا اور صرف</w:t>
      </w:r>
    </w:p>
    <w:p>
      <w:r>
        <w:rPr>
          <w:b/>
        </w:rPr>
        <w:t xml:space="preserve">[23:04] </w:t>
      </w:r>
      <w:r>
        <w:t>khopdi baki rahegi.</w:t>
      </w:r>
    </w:p>
    <w:p>
      <w:pPr>
        <w:jc w:val="right"/>
      </w:pPr>
      <w:r>
        <w:t>کھوپڑی باقی رہے گی۔</w:t>
      </w:r>
    </w:p>
    <w:p>
      <w:r>
        <w:rPr>
          <w:b/>
        </w:rPr>
        <w:t xml:space="preserve">[23:06] </w:t>
      </w:r>
      <w:r>
        <w:t>yeh matlab nahin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[23:08] </w:t>
      </w:r>
      <w:r>
        <w:t>brain rahega lekin un ka mindset badal jayega.</w:t>
      </w:r>
    </w:p>
    <w:p>
      <w:pPr>
        <w:jc w:val="right"/>
      </w:pPr>
      <w:r>
        <w:t>Brain رہے گا لیکن ان کا Mindset بدل جائے گا۔</w:t>
      </w:r>
    </w:p>
    <w:p>
      <w:r>
        <w:rPr>
          <w:b/>
        </w:rPr>
        <w:t xml:space="preserve">[23:12] </w:t>
      </w:r>
      <w:r>
        <w:t>woh mindset nahin rahega jo mindset khaliq ka mindset hai.</w:t>
      </w:r>
    </w:p>
    <w:p>
      <w:pPr>
        <w:jc w:val="right"/>
      </w:pPr>
      <w:r>
        <w:t>وہ Mindset نہیں رہے گا جو Mindset خالق کا Mindset ہے۔</w:t>
      </w:r>
    </w:p>
    <w:p>
      <w:r>
        <w:rPr>
          <w:b/>
        </w:rPr>
        <w:t xml:space="preserve">[23:17] </w:t>
      </w:r>
      <w:r>
        <w:t>to woh yahi hai ke khaliq ka jo mindset jo wave length hai us wave length par sochna</w:t>
      </w:r>
    </w:p>
    <w:p>
      <w:pPr>
        <w:jc w:val="right"/>
      </w:pPr>
      <w:r>
        <w:t>تو وہ یہی ہے کہ خالق کا جو Mindset جو Wave Length ہے اس Wave Length پر سوچنا</w:t>
      </w:r>
    </w:p>
    <w:p>
      <w:r>
        <w:rPr>
          <w:b/>
        </w:rPr>
        <w:t xml:space="preserve">[23:25] </w:t>
      </w:r>
      <w:r>
        <w:t>nahi soch sakenge muslim leader.</w:t>
      </w:r>
    </w:p>
    <w:p>
      <w:pPr>
        <w:jc w:val="right"/>
      </w:pPr>
      <w:r>
        <w:t>نہیں سوچ سکیں گے مسلم لیڈر۔</w:t>
      </w:r>
    </w:p>
    <w:p>
      <w:r>
        <w:rPr>
          <w:b/>
        </w:rPr>
        <w:t xml:space="preserve">[23:27] </w:t>
      </w:r>
      <w:r>
        <w:t>zyada tar kaam banta hai, yeh bigadta hai leaderon ke zariye se.</w:t>
      </w:r>
    </w:p>
    <w:p>
      <w:pPr>
        <w:jc w:val="right"/>
      </w:pPr>
      <w:r>
        <w:t>زیادہ تر کام بنتا ہے، یہ بگڑتا ہے لیڈروں کے ذریعے سے۔</w:t>
      </w:r>
    </w:p>
    <w:p>
      <w:r>
        <w:rPr>
          <w:b/>
        </w:rPr>
        <w:t xml:space="preserve">[23:32] </w:t>
      </w:r>
      <w:r>
        <w:t>awam ke zariye se nahi.</w:t>
      </w:r>
    </w:p>
    <w:p>
      <w:pPr>
        <w:jc w:val="right"/>
      </w:pPr>
      <w:r>
        <w:t>عوام کے ذریعے سے نہیں۔</w:t>
      </w:r>
    </w:p>
    <w:p>
      <w:r>
        <w:rPr>
          <w:b/>
        </w:rPr>
        <w:t xml:space="preserve">[23:34] </w:t>
      </w:r>
      <w:r>
        <w:t>hamesha yaad rakhiye jo aam Public hoti hai, jo Masses hote hain woh kaam ko woh nahi bigadte.</w:t>
      </w:r>
    </w:p>
    <w:p>
      <w:pPr>
        <w:jc w:val="right"/>
      </w:pPr>
      <w:r>
        <w:t>ہمیشہ یاد رکھیے جو عام Public ہوتی ہے، جو Masses ہوتے ہیں وہ کام کو وہ نہیں بگاڑتے۔</w:t>
      </w:r>
    </w:p>
    <w:p>
      <w:r>
        <w:rPr>
          <w:b/>
        </w:rPr>
        <w:t xml:space="preserve">[23:42] </w:t>
      </w:r>
      <w:r>
        <w:t>balke leader hi bigadta hai.</w:t>
      </w:r>
    </w:p>
    <w:p>
      <w:pPr>
        <w:jc w:val="right"/>
      </w:pPr>
      <w:r>
        <w:t>بلکہ لیڈر ہی بگاڑتا ہے۔</w:t>
      </w:r>
    </w:p>
    <w:p>
      <w:r>
        <w:rPr>
          <w:b/>
        </w:rPr>
        <w:t xml:space="preserve">[23:44] </w:t>
      </w:r>
      <w:r>
        <w:t>jo logon ko Thinking deta hai, logon ko Mobilize karta hai.</w:t>
      </w:r>
    </w:p>
    <w:p>
      <w:pPr>
        <w:jc w:val="right"/>
      </w:pPr>
      <w:r>
        <w:t>جو لوگوں کو Thinking دیتا ہے، لوگوں کو Mobilize کرتا ہے۔</w:t>
      </w:r>
    </w:p>
    <w:p>
      <w:r>
        <w:rPr>
          <w:b/>
        </w:rPr>
        <w:t xml:space="preserve">[23:49] </w:t>
      </w:r>
      <w:r>
        <w:t>logon ko Target deta hai.</w:t>
      </w:r>
    </w:p>
    <w:p>
      <w:pPr>
        <w:jc w:val="right"/>
      </w:pPr>
      <w:r>
        <w:t>لوگوں کو Target دیتا ہے۔</w:t>
      </w:r>
    </w:p>
    <w:p>
      <w:r>
        <w:rPr>
          <w:b/>
        </w:rPr>
        <w:t xml:space="preserve">[23:51] </w:t>
      </w:r>
      <w:r>
        <w:t>hamesha yaad rakhiye banna ya bigadna.</w:t>
      </w:r>
    </w:p>
    <w:p>
      <w:pPr>
        <w:jc w:val="right"/>
      </w:pPr>
      <w:r>
        <w:t>ہمیشہ یاد رکھیے بننا یا بگڑنا۔</w:t>
      </w:r>
    </w:p>
    <w:p>
      <w:r>
        <w:rPr>
          <w:b/>
        </w:rPr>
        <w:t xml:space="preserve">[23:54] </w:t>
      </w:r>
      <w:r>
        <w:t>kisi qaum ko banna ya bigadna dono hi leaderon ke zariye se hota hai.</w:t>
      </w:r>
    </w:p>
    <w:p>
      <w:pPr>
        <w:jc w:val="right"/>
      </w:pPr>
      <w:r>
        <w:t>کسی قوم کو بننا یا بگڑنا دونوں ہی لیڈروں کے ذریعے سے ہوتا ہے۔</w:t>
      </w:r>
    </w:p>
    <w:p>
      <w:r>
        <w:rPr>
          <w:b/>
        </w:rPr>
        <w:t xml:space="preserve">[24:00] </w:t>
      </w:r>
      <w:r>
        <w:t>toh iski jar jo hai woh hai.</w:t>
      </w:r>
    </w:p>
    <w:p>
      <w:pPr>
        <w:jc w:val="right"/>
      </w:pPr>
      <w:r>
        <w:t>تو اس کی جڑ جو ہے وہ ہے۔</w:t>
      </w:r>
    </w:p>
    <w:p>
      <w:r>
        <w:rPr>
          <w:b/>
        </w:rPr>
        <w:t xml:space="preserve">[24:03] </w:t>
      </w:r>
      <w:r>
        <w:t>jar yahi ke leaderon ki Wave Length woh nahi hoti jo khaliq ki Wave Length hai.</w:t>
      </w:r>
    </w:p>
    <w:p>
      <w:pPr>
        <w:jc w:val="right"/>
      </w:pPr>
      <w:r>
        <w:t>جڑ یہی کہ لیڈروں کی Wave Length وہ نہیں ہوتی جو خالق کی Wave Length ہے۔</w:t>
      </w:r>
    </w:p>
    <w:p>
      <w:r>
        <w:rPr>
          <w:b/>
        </w:rPr>
        <w:t xml:space="preserve">[24:10] </w:t>
      </w:r>
      <w:r>
        <w:t>khaliq ki soch alag hai, unki soch alag hai.</w:t>
      </w:r>
    </w:p>
    <w:p>
      <w:pPr>
        <w:jc w:val="right"/>
      </w:pPr>
      <w:r>
        <w:t>خالق کی سوچ الگ ہے، ان کی سوچ الگ ہے۔</w:t>
      </w:r>
    </w:p>
    <w:p>
      <w:r>
        <w:rPr>
          <w:b/>
        </w:rPr>
        <w:t xml:space="preserve">[24:14] </w:t>
      </w:r>
      <w:r>
        <w:t>aur iski wajah hoti hai kya? Conditioning.</w:t>
      </w:r>
    </w:p>
    <w:p>
      <w:pPr>
        <w:jc w:val="right"/>
      </w:pPr>
      <w:r>
        <w:t>اور اس کی وجہ ہوتی ہے کیا؟ Conditioning۔</w:t>
      </w:r>
    </w:p>
    <w:p>
      <w:r>
        <w:rPr>
          <w:b/>
        </w:rPr>
        <w:t xml:space="preserve">[24:18] </w:t>
      </w:r>
      <w:r>
        <w:t>Al Fitra jo hai Conditioning ki wajah se Conditioned ban jati hai.</w:t>
      </w:r>
    </w:p>
    <w:p>
      <w:pPr>
        <w:jc w:val="right"/>
      </w:pPr>
      <w:r>
        <w:t>الفطرہ جو ہے Conditioning کی وجہ سے Conditioned بن جاتی ہے۔</w:t>
      </w:r>
    </w:p>
    <w:p>
      <w:r>
        <w:rPr>
          <w:b/>
        </w:rPr>
        <w:t xml:space="preserve">[24:22] </w:t>
      </w:r>
      <w:r>
        <w:t>isi ko Quran mein ek ayat hai ke kaun log hain jo Allah ke pasandeeda bande hain aur</w:t>
      </w:r>
    </w:p>
    <w:p>
      <w:pPr>
        <w:jc w:val="right"/>
      </w:pPr>
      <w:r>
        <w:t>اسی کو قرآن میں ایک آیت ہے کہ کون لوگ ہیں جو اللہ کے پسندیدہ بندے ہیں اور</w:t>
      </w:r>
    </w:p>
    <w:p>
      <w:r>
        <w:rPr>
          <w:b/>
        </w:rPr>
        <w:t xml:space="preserve">[24:30] </w:t>
      </w:r>
      <w:r>
        <w:t>Jannat mein dakhil kiye jayenge.</w:t>
      </w:r>
    </w:p>
    <w:p>
      <w:pPr>
        <w:jc w:val="right"/>
      </w:pPr>
      <w:r>
        <w:t>جنت میں داخل کیے جائیں گے۔</w:t>
      </w:r>
    </w:p>
    <w:p>
      <w:r>
        <w:rPr>
          <w:b/>
        </w:rPr>
        <w:t xml:space="preserve">[24:33] </w:t>
      </w:r>
      <w:r>
        <w:t>toh farmaya ke ya ayyatuha nafsu al mutmainnah irji'i ila rabbiki radhiyatan mardhiyyatan fadkhuli fi ibadi wadkhuli jannati yeh nafs</w:t>
      </w:r>
    </w:p>
    <w:p>
      <w:pPr>
        <w:jc w:val="right"/>
      </w:pPr>
      <w:r>
        <w:t>تو فرمایا کہ يَا أَيَّتُهَا النَّفْسُ الْمُطْمَئِنَّةُ اِرْجِعِيْهِ لَرَبِّكَ رَعْضَةً وَمَرْضِيًّا فَادْخُلِي فِي عَبَادِهِ وَادْخُلِيْهِ لَتِّي یہ نفس</w:t>
      </w:r>
    </w:p>
    <w:p>
      <w:r>
        <w:rPr>
          <w:b/>
        </w:rPr>
        <w:t xml:space="preserve">[24:40] </w:t>
      </w:r>
      <w:r>
        <w:t>mutmain kiya hai? Nafs mutmain wahi hai jo khaliq ki Wave Length, jiska Wave Length khaliq ka</w:t>
      </w:r>
    </w:p>
    <w:p>
      <w:pPr>
        <w:jc w:val="right"/>
      </w:pPr>
      <w:r>
        <w:t>مطمئن کیا ہے؟ نفس مطمئن وہی ہے جو خالق کی Wave Length، جس کا Wave Length خالق کا</w:t>
      </w:r>
    </w:p>
    <w:p>
      <w:r>
        <w:rPr>
          <w:b/>
        </w:rPr>
        <w:t xml:space="preserve">[24:48] </w:t>
      </w:r>
      <w:r>
        <w:t>Wave Length ho gaya ho.</w:t>
      </w:r>
    </w:p>
    <w:p>
      <w:pPr>
        <w:jc w:val="right"/>
      </w:pPr>
      <w:r>
        <w:t>Wave Length ہو گیا ہو۔</w:t>
      </w:r>
    </w:p>
    <w:p>
      <w:r>
        <w:rPr>
          <w:b/>
        </w:rPr>
        <w:t xml:space="preserve">[24:50] </w:t>
      </w:r>
      <w:r>
        <w:t>is sochne ka shakla wahi ho jaye jo khaliq ka sochne ka shakla hai.</w:t>
      </w:r>
    </w:p>
    <w:p>
      <w:pPr>
        <w:jc w:val="right"/>
      </w:pPr>
      <w:r>
        <w:t>اس سوچنے کا شاکلہ وہی ہو جائے جو خالق کا سوچنے کا شاکلہ ہے۔</w:t>
      </w:r>
    </w:p>
    <w:p>
      <w:r>
        <w:rPr>
          <w:b/>
        </w:rPr>
        <w:t xml:space="preserve">[24:56] </w:t>
      </w:r>
      <w:r>
        <w:t>Mindset ek ho jaye.</w:t>
      </w:r>
    </w:p>
    <w:p>
      <w:pPr>
        <w:jc w:val="right"/>
      </w:pPr>
      <w:r>
        <w:t>Mindset ایک ہو جائے۔</w:t>
      </w:r>
    </w:p>
    <w:p>
      <w:r>
        <w:rPr>
          <w:b/>
        </w:rPr>
        <w:t xml:space="preserve">[24:58] </w:t>
      </w:r>
      <w:r>
        <w:t>yani khaliq khaliq rahega, banda banda rahega.</w:t>
      </w:r>
    </w:p>
    <w:p>
      <w:pPr>
        <w:jc w:val="right"/>
      </w:pPr>
      <w:r>
        <w:t>یعنی خالق خالق رہے گا، بندہ بندہ رہے گا۔</w:t>
      </w:r>
    </w:p>
    <w:p>
      <w:r>
        <w:rPr>
          <w:b/>
        </w:rPr>
        <w:t xml:space="preserve">[25:02] </w:t>
      </w:r>
      <w:r>
        <w:t>woh toh apni jagah par qaim rahega.</w:t>
      </w:r>
    </w:p>
    <w:p>
      <w:pPr>
        <w:jc w:val="right"/>
      </w:pPr>
      <w:r>
        <w:t>وہ تو اپنی جگہ پر قائم رہے گا۔</w:t>
      </w:r>
    </w:p>
    <w:p>
      <w:r>
        <w:rPr>
          <w:b/>
        </w:rPr>
        <w:t xml:space="preserve">[25:05] </w:t>
      </w:r>
      <w:r>
        <w:t>lekin apni zindagi ke maamle mein insaan ki jo soch hai, uska Mindset hai, uski Wave</w:t>
      </w:r>
    </w:p>
    <w:p>
      <w:pPr>
        <w:jc w:val="right"/>
      </w:pPr>
      <w:r>
        <w:t>لیکن اپنی زندگی کے معاملے میں انسان کی جو سوچ ہے، اس کا Mindset ہے، اس کی Wave</w:t>
      </w:r>
    </w:p>
    <w:p>
      <w:r>
        <w:rPr>
          <w:b/>
        </w:rPr>
        <w:t xml:space="preserve">[25:13] </w:t>
      </w:r>
      <w:r>
        <w:t>Length hai woh ho jayegi jo khaliq ki hai.</w:t>
      </w:r>
    </w:p>
    <w:p>
      <w:pPr>
        <w:jc w:val="right"/>
      </w:pPr>
      <w:r>
        <w:t>Length ہے وہ ہو جائے گی جو خالق کی ہے۔</w:t>
      </w:r>
    </w:p>
    <w:p>
      <w:r>
        <w:rPr>
          <w:b/>
        </w:rPr>
        <w:t xml:space="preserve">[25:17] </w:t>
      </w:r>
      <w:r>
        <w:t>aise log nafoos mutma'innah honge.</w:t>
      </w:r>
    </w:p>
    <w:p>
      <w:pPr>
        <w:jc w:val="right"/>
      </w:pPr>
      <w:r>
        <w:t>ایسے لوگ نفوس مطمئنہ ہوں گے۔</w:t>
      </w:r>
    </w:p>
    <w:p>
      <w:r>
        <w:rPr>
          <w:b/>
        </w:rPr>
        <w:t xml:space="preserve">[25:20] </w:t>
      </w:r>
      <w:r>
        <w:t>nafs mutma'in ka matlab hota hai Complex Free Soul.</w:t>
      </w:r>
    </w:p>
    <w:p>
      <w:pPr>
        <w:jc w:val="right"/>
      </w:pPr>
      <w:r>
        <w:t>نفس مطمئن کا مطلب ہوتا ہے Complex Free Soul۔</w:t>
      </w:r>
    </w:p>
    <w:p>
      <w:r>
        <w:rPr>
          <w:b/>
        </w:rPr>
        <w:t xml:space="preserve">[25:24] </w:t>
      </w:r>
      <w:r>
        <w:t>ya'ni Complex se khali Mind.</w:t>
      </w:r>
    </w:p>
    <w:p>
      <w:pPr>
        <w:jc w:val="right"/>
      </w:pPr>
      <w:r>
        <w:t>یعنی Complex سے خالی Mind۔</w:t>
      </w:r>
    </w:p>
    <w:p>
      <w:r>
        <w:rPr>
          <w:b/>
        </w:rPr>
        <w:t xml:space="preserve">[25:26] </w:t>
      </w:r>
      <w:r>
        <w:t>Complex kya hai? aap Society mein rehte hain to kahin aap Offend ho jaate hain.</w:t>
      </w:r>
    </w:p>
    <w:p>
      <w:pPr>
        <w:jc w:val="right"/>
      </w:pPr>
      <w:r>
        <w:t>Complex کیا ہے؟ آپ Society میں رہتے ہیں تو کہیں آپ Offend ہو جاتے ہیں۔</w:t>
      </w:r>
    </w:p>
    <w:p>
      <w:r>
        <w:rPr>
          <w:b/>
        </w:rPr>
        <w:t xml:space="preserve">[25:32] </w:t>
      </w:r>
      <w:r>
        <w:t>kahin ghussa aa jata hai aap ko.</w:t>
      </w:r>
    </w:p>
    <w:p>
      <w:pPr>
        <w:jc w:val="right"/>
      </w:pPr>
      <w:r>
        <w:t>کہیں غصہ آ جاتا ہے آپ کو۔</w:t>
      </w:r>
    </w:p>
    <w:p>
      <w:r>
        <w:rPr>
          <w:b/>
        </w:rPr>
        <w:t xml:space="preserve">[25:35] </w:t>
      </w:r>
      <w:r>
        <w:t>kahin aap ke andar Bias ban jata hai.</w:t>
      </w:r>
    </w:p>
    <w:p>
      <w:pPr>
        <w:jc w:val="right"/>
      </w:pPr>
      <w:r>
        <w:t>کہیں آپ کے اندر Bias بن جاتا ہے۔</w:t>
      </w:r>
    </w:p>
    <w:p>
      <w:r>
        <w:rPr>
          <w:b/>
        </w:rPr>
        <w:t xml:space="preserve">[25:39] </w:t>
      </w:r>
      <w:r>
        <w:t>tarah tarah ke Negative Thinking aa jaati hai.</w:t>
      </w:r>
    </w:p>
    <w:p>
      <w:pPr>
        <w:jc w:val="right"/>
      </w:pPr>
      <w:r>
        <w:t>طرح طرح کے Negative Thinking آ جاتی ہے۔</w:t>
      </w:r>
    </w:p>
    <w:p>
      <w:r>
        <w:rPr>
          <w:b/>
        </w:rPr>
        <w:t xml:space="preserve">[25:42] </w:t>
      </w:r>
      <w:r>
        <w:t>is se aap ne koi bachana.</w:t>
      </w:r>
    </w:p>
    <w:p>
      <w:pPr>
        <w:jc w:val="right"/>
      </w:pPr>
      <w:r>
        <w:t>اس سے آپ نے کوئی بچانا۔</w:t>
      </w:r>
    </w:p>
    <w:p>
      <w:r>
        <w:rPr>
          <w:b/>
        </w:rPr>
        <w:t xml:space="preserve">[25:45] </w:t>
      </w:r>
      <w:r>
        <w:t>is se jo bacha payega wahi nafs mutma'in hai.</w:t>
      </w:r>
    </w:p>
    <w:p>
      <w:pPr>
        <w:jc w:val="right"/>
      </w:pPr>
      <w:r>
        <w:t>اس سے جو بچا پائے گا وہی نفس مطمئن ہے۔</w:t>
      </w:r>
    </w:p>
    <w:p>
      <w:r>
        <w:rPr>
          <w:b/>
        </w:rPr>
        <w:t xml:space="preserve">[25:49] </w:t>
      </w:r>
      <w:r>
        <w:t>isi ke andar woh woh cheez Develop karegi jis ko Wave Length kehte hain.</w:t>
      </w:r>
    </w:p>
    <w:p>
      <w:pPr>
        <w:jc w:val="right"/>
      </w:pPr>
      <w:r>
        <w:t>اسی کے اندر وہ وہ چیز Develop کرے گی جس کو Wave Length کہتے ہیں۔</w:t>
      </w:r>
    </w:p>
    <w:p>
      <w:r>
        <w:rPr>
          <w:b/>
        </w:rPr>
        <w:t xml:space="preserve">[25:55] </w:t>
      </w:r>
      <w:r>
        <w:t>Wave Length ek Intellectual Development ka ek darja hai.</w:t>
      </w:r>
    </w:p>
    <w:p>
      <w:pPr>
        <w:jc w:val="right"/>
      </w:pPr>
      <w:r>
        <w:t>Wave Length ایک Intellectual Development کا ایک درجہ ہے۔</w:t>
      </w:r>
    </w:p>
    <w:p>
      <w:r>
        <w:rPr>
          <w:b/>
        </w:rPr>
        <w:t xml:space="preserve">[25:59] </w:t>
      </w:r>
      <w:r>
        <w:t>lekin woh Intellectual Development isi waqt hoga jab ke aap Negative Thoughts ka shikar na hon.</w:t>
      </w:r>
    </w:p>
    <w:p>
      <w:pPr>
        <w:jc w:val="right"/>
      </w:pPr>
      <w:r>
        <w:t>لیکن وہ Intellectual Development اسی وقت ہوگا جب کہ آپ Negative Thoughts کا شکار نہ ہوں۔</w:t>
      </w:r>
    </w:p>
    <w:p>
      <w:r>
        <w:rPr>
          <w:b/>
        </w:rPr>
        <w:t xml:space="preserve">[26:06] </w:t>
      </w:r>
      <w:r>
        <w:t>aap Offend na hon.</w:t>
      </w:r>
    </w:p>
    <w:p>
      <w:pPr>
        <w:jc w:val="right"/>
      </w:pPr>
      <w:r>
        <w:t>آپ Offend نہ ہوں۔</w:t>
      </w:r>
    </w:p>
    <w:p>
      <w:r>
        <w:rPr>
          <w:b/>
        </w:rPr>
        <w:t xml:space="preserve">[26:08] </w:t>
      </w:r>
      <w:r>
        <w:t>aap ghussa na aaye aap ko.</w:t>
      </w:r>
    </w:p>
    <w:p>
      <w:pPr>
        <w:jc w:val="right"/>
      </w:pPr>
      <w:r>
        <w:t>آپ غصہ نہ آئے آپ کو۔</w:t>
      </w:r>
    </w:p>
    <w:p>
      <w:r>
        <w:rPr>
          <w:b/>
        </w:rPr>
        <w:t xml:space="preserve">[26:10] </w:t>
      </w:r>
      <w:r>
        <w:t>ya'ni ghussa kabhi aa jata hai, yeh bhi nahi hota ke ghussa na aaye.</w:t>
      </w:r>
    </w:p>
    <w:p>
      <w:pPr>
        <w:jc w:val="right"/>
      </w:pPr>
      <w:r>
        <w:t>یعنی غصہ کبھی آ جاتا ہے، یہ بھی نہیں ہوتا کہ غصہ نہ آئے۔</w:t>
      </w:r>
    </w:p>
    <w:p>
      <w:r>
        <w:rPr>
          <w:b/>
        </w:rPr>
        <w:t xml:space="preserve">[26:16] </w:t>
      </w:r>
      <w:r>
        <w:t>matlab ghusse mein aap ki shakhsiyat par chha na jaye ghussa.</w:t>
      </w:r>
    </w:p>
    <w:p>
      <w:pPr>
        <w:jc w:val="right"/>
      </w:pPr>
      <w:r>
        <w:t>مطلب غصے میں آپ کی شخصیت پر چھا نہ جائے غصہ۔</w:t>
      </w:r>
    </w:p>
    <w:p>
      <w:r>
        <w:rPr>
          <w:b/>
        </w:rPr>
        <w:t xml:space="preserve">[26:21] </w:t>
      </w:r>
      <w:r>
        <w:t>waqti ho.</w:t>
      </w:r>
    </w:p>
    <w:p>
      <w:pPr>
        <w:jc w:val="right"/>
      </w:pPr>
      <w:r>
        <w:t>وقتی ہو۔</w:t>
      </w:r>
    </w:p>
    <w:p>
      <w:r>
        <w:rPr>
          <w:b/>
        </w:rPr>
        <w:t xml:space="preserve">[26:23] </w:t>
      </w:r>
      <w:r>
        <w:t>waqti taur par ghussa aayega, phir khatm ho jayega.</w:t>
      </w:r>
    </w:p>
    <w:p>
      <w:pPr>
        <w:jc w:val="right"/>
      </w:pPr>
      <w:r>
        <w:t>وقتی طور پر غصہ آئے گا، پھر ختم ہو جائے گا۔</w:t>
      </w:r>
    </w:p>
    <w:p>
      <w:r>
        <w:rPr>
          <w:b/>
        </w:rPr>
        <w:t xml:space="preserve">[26:27] </w:t>
      </w:r>
      <w:r>
        <w:t>to Islam mein yeh ek mustaqil halat aap ki woh nahi honi chahiye.</w:t>
      </w:r>
    </w:p>
    <w:p>
      <w:pPr>
        <w:jc w:val="right"/>
      </w:pPr>
      <w:r>
        <w:t>تو اسلام میں یہ ایک مستقل حالت آپ کی وہ نہیں ہونی چاہیے۔</w:t>
      </w:r>
    </w:p>
    <w:p>
      <w:r>
        <w:rPr>
          <w:b/>
        </w:rPr>
        <w:t xml:space="preserve">[26:33] </w:t>
      </w:r>
      <w:r>
        <w:t>agar Offend ho jayen to mustaqil to handi bane hue hain.</w:t>
      </w:r>
    </w:p>
    <w:p>
      <w:pPr>
        <w:jc w:val="right"/>
      </w:pPr>
      <w:r>
        <w:t>اگر Offend ہو جائیں تو مستقل تو ہنڈی بنے ہوئے ہیں۔</w:t>
      </w:r>
    </w:p>
    <w:p>
      <w:r>
        <w:rPr>
          <w:b/>
        </w:rPr>
        <w:t xml:space="preserve">[26:38] </w:t>
      </w:r>
      <w:r>
        <w:t>ghusse aa jayen to hamesha ghussa hi laga hua hai aap ko.</w:t>
      </w:r>
    </w:p>
    <w:p>
      <w:pPr>
        <w:jc w:val="right"/>
      </w:pPr>
      <w:r>
        <w:t>غصے آ جائیں تو ہمیشہ غصہ ہی لگا ہوا ہے آپ کو۔</w:t>
      </w:r>
    </w:p>
    <w:p>
      <w:r>
        <w:rPr>
          <w:b/>
        </w:rPr>
        <w:t xml:space="preserve">[26:43] </w:t>
      </w:r>
      <w:r>
        <w:t>shikayat paida hogi to shikayati liye baithe hain.</w:t>
      </w:r>
    </w:p>
    <w:p>
      <w:pPr>
        <w:jc w:val="right"/>
      </w:pPr>
      <w:r>
        <w:t>شکایت پیدا ہوگی تو شکایتی لیے بیٹھے ہیں۔</w:t>
      </w:r>
    </w:p>
    <w:p>
      <w:r>
        <w:rPr>
          <w:b/>
        </w:rPr>
        <w:t xml:space="preserve">[26:46] </w:t>
      </w:r>
      <w:r>
        <w:t>nahi, waqti taur par.</w:t>
      </w:r>
    </w:p>
    <w:p>
      <w:pPr>
        <w:jc w:val="right"/>
      </w:pPr>
      <w:r>
        <w:t>نہیں، وقتی طور پر۔</w:t>
      </w:r>
    </w:p>
    <w:p>
      <w:r>
        <w:rPr>
          <w:b/>
        </w:rPr>
        <w:t xml:space="preserve">[26:48] </w:t>
      </w:r>
      <w:r>
        <w:t>jo Quran mein lamm kaha gaya.</w:t>
      </w:r>
    </w:p>
    <w:p>
      <w:pPr>
        <w:jc w:val="right"/>
      </w:pPr>
      <w:r>
        <w:t>جو قرآن میں لمم کہا گیا۔</w:t>
      </w:r>
    </w:p>
    <w:p>
      <w:r>
        <w:rPr>
          <w:b/>
        </w:rPr>
        <w:t xml:space="preserve">[26:51] </w:t>
      </w:r>
      <w:r>
        <w:t>lamm.</w:t>
      </w:r>
    </w:p>
    <w:p>
      <w:pPr>
        <w:jc w:val="right"/>
      </w:pPr>
      <w:r>
        <w:t>لمم۔</w:t>
      </w:r>
    </w:p>
    <w:p>
      <w:r>
        <w:rPr>
          <w:b/>
        </w:rPr>
        <w:t xml:space="preserve">[26:52] </w:t>
      </w:r>
      <w:r>
        <w:t>lamm ka matlab Touch kar dena.</w:t>
      </w:r>
    </w:p>
    <w:p>
      <w:pPr>
        <w:jc w:val="right"/>
      </w:pPr>
      <w:r>
        <w:t>لمم کا مطلب Touch کر دینا۔</w:t>
      </w:r>
    </w:p>
    <w:p>
      <w:r>
        <w:rPr>
          <w:b/>
        </w:rPr>
        <w:t xml:space="preserve">[26:55] </w:t>
      </w:r>
      <w:r>
        <w:t>to shaitan Touch karta hai.</w:t>
      </w:r>
    </w:p>
    <w:p>
      <w:pPr>
        <w:jc w:val="right"/>
      </w:pPr>
      <w:r>
        <w:t>تو شیطان Touch کرتا ہے۔</w:t>
      </w:r>
    </w:p>
    <w:p>
      <w:r>
        <w:rPr>
          <w:b/>
        </w:rPr>
        <w:t xml:space="preserve">[26:57] </w:t>
      </w:r>
      <w:r>
        <w:t>is ko lamm kaha gaya hai.</w:t>
      </w:r>
    </w:p>
    <w:p>
      <w:pPr>
        <w:jc w:val="right"/>
      </w:pPr>
      <w:r>
        <w:t>اس کو لمم کہا گیا ہے۔</w:t>
      </w:r>
    </w:p>
    <w:p>
      <w:r>
        <w:rPr>
          <w:b/>
        </w:rPr>
        <w:t xml:space="preserve">[26:59] </w:t>
      </w:r>
      <w:r>
        <w:t>to shaitan Touch karega.</w:t>
      </w:r>
    </w:p>
    <w:p>
      <w:pPr>
        <w:jc w:val="right"/>
      </w:pPr>
      <w:r>
        <w:t>تو شیطان Touch کرے گا۔</w:t>
      </w:r>
    </w:p>
    <w:p>
      <w:r>
        <w:rPr>
          <w:b/>
        </w:rPr>
        <w:t xml:space="preserve">[27:01] </w:t>
      </w:r>
      <w:r>
        <w:t>shaitan Touch karega.</w:t>
      </w:r>
    </w:p>
    <w:p>
      <w:pPr>
        <w:jc w:val="right"/>
      </w:pPr>
      <w:r>
        <w:t>شیطان Touch کرے گا۔</w:t>
      </w:r>
    </w:p>
    <w:p>
      <w:r>
        <w:rPr>
          <w:b/>
        </w:rPr>
        <w:t xml:space="preserve">[27:03] </w:t>
      </w:r>
      <w:r>
        <w:t>kabhi aap Offend ho jayenge.</w:t>
      </w:r>
    </w:p>
    <w:p>
      <w:pPr>
        <w:jc w:val="right"/>
      </w:pPr>
      <w:r>
        <w:t>کبھی آپ Offend ہو جائیں گے۔</w:t>
      </w:r>
    </w:p>
    <w:p>
      <w:r>
        <w:rPr>
          <w:b/>
        </w:rPr>
        <w:t xml:space="preserve">[27:06] </w:t>
      </w:r>
      <w:r>
        <w:t>kabhi aap ko shikayat ho jayegi.</w:t>
      </w:r>
    </w:p>
    <w:p>
      <w:pPr>
        <w:jc w:val="right"/>
      </w:pPr>
      <w:r>
        <w:t>کبھی آپ کو شکایت ہو جائے گی۔</w:t>
      </w:r>
    </w:p>
    <w:p>
      <w:r>
        <w:rPr>
          <w:b/>
        </w:rPr>
        <w:t xml:space="preserve">[27:09] </w:t>
      </w:r>
      <w:r>
        <w:t>kabhi aap ko ghussa aa jayega.</w:t>
      </w:r>
    </w:p>
    <w:p>
      <w:pPr>
        <w:jc w:val="right"/>
      </w:pPr>
      <w:r>
        <w:t>کبھی آپ کو غصہ آ جائے گا۔</w:t>
      </w:r>
    </w:p>
    <w:p>
      <w:r>
        <w:rPr>
          <w:b/>
        </w:rPr>
        <w:t xml:space="preserve">[27:12] </w:t>
      </w:r>
      <w:r>
        <w:t>kabhi aap ko Negative soch aa jayegi aap ke andar.</w:t>
      </w:r>
    </w:p>
    <w:p>
      <w:pPr>
        <w:jc w:val="right"/>
      </w:pPr>
      <w:r>
        <w:t>کبھی آپ کو Negative سوچ آ جائے گی آپ کے اندر۔</w:t>
      </w:r>
    </w:p>
    <w:p>
      <w:r>
        <w:rPr>
          <w:b/>
        </w:rPr>
        <w:t xml:space="preserve">[27:16] </w:t>
      </w:r>
      <w:r>
        <w:t>to is tarah lamm to hoga.</w:t>
      </w:r>
    </w:p>
    <w:p>
      <w:pPr>
        <w:jc w:val="right"/>
      </w:pPr>
      <w:r>
        <w:t>تو اس طرح لمم تو ہوگا۔</w:t>
      </w:r>
    </w:p>
    <w:p>
      <w:r>
        <w:rPr>
          <w:b/>
        </w:rPr>
        <w:t xml:space="preserve">[27:19] </w:t>
      </w:r>
      <w:r>
        <w:t>shaitan Touch karega aap ko.</w:t>
      </w:r>
    </w:p>
    <w:p>
      <w:pPr>
        <w:jc w:val="right"/>
      </w:pPr>
      <w:r>
        <w:t>شیطان Touch کرے گا آپ کو۔</w:t>
      </w:r>
    </w:p>
    <w:p>
      <w:r>
        <w:rPr>
          <w:b/>
        </w:rPr>
        <w:t xml:space="preserve">[27:22] </w:t>
      </w:r>
      <w:r>
        <w:t>lekin bohat jald aap is se bahar aa jayenge.</w:t>
      </w:r>
    </w:p>
    <w:p>
      <w:pPr>
        <w:jc w:val="right"/>
      </w:pPr>
      <w:r>
        <w:t>لیکن بہت جلد آپ اس سے باہر آ جائیں گے۔</w:t>
      </w:r>
    </w:p>
    <w:p>
      <w:r>
        <w:rPr>
          <w:b/>
        </w:rPr>
        <w:t xml:space="preserve">[27:26] </w:t>
      </w:r>
      <w:r>
        <w:t>fayadh'u mub'sirun bohat jald samajh len ke yeh ke mein shaitan ke ne mujhe Touch kar diya tha</w:t>
      </w:r>
    </w:p>
    <w:p>
      <w:pPr>
        <w:jc w:val="right"/>
      </w:pPr>
      <w:r>
        <w:t>فَيْضَعُوا مُبْصِرُونَ بہت جلد سمجھ لیں کہ یہ کہ میں شیطان کے نے مجھے Touch کر دیا تھا</w:t>
      </w:r>
    </w:p>
    <w:p>
      <w:r>
        <w:rPr>
          <w:b/>
        </w:rPr>
        <w:t xml:space="preserve">[27:34] </w:t>
      </w:r>
      <w:r>
        <w:t>aur shaitan ke asar mein aa gaya tha mein.</w:t>
      </w:r>
    </w:p>
    <w:p>
      <w:pPr>
        <w:jc w:val="right"/>
      </w:pPr>
      <w:r>
        <w:t>اور شیطان کے اثر میں آ گیا تھا میں۔</w:t>
      </w:r>
    </w:p>
    <w:p>
      <w:r>
        <w:rPr>
          <w:b/>
        </w:rPr>
        <w:t xml:space="preserve">[27:37] </w:t>
      </w:r>
      <w:r>
        <w:t>to jo aadmi apne ko is tarike se Train kare, Train, wahi sab nafs mutmain hai.</w:t>
      </w:r>
    </w:p>
    <w:p>
      <w:pPr>
        <w:jc w:val="right"/>
      </w:pPr>
      <w:r>
        <w:t>تو جو آدمی اپنے کو اس طریقے سے Train کرے، Train، وہی سب نفس مطمئن ہے۔</w:t>
      </w:r>
    </w:p>
    <w:p>
      <w:r>
        <w:rPr>
          <w:b/>
        </w:rPr>
        <w:t xml:space="preserve">[27:44] </w:t>
      </w:r>
      <w:r>
        <w:t>aur nafs mutmain jab hogi tabhi aap ka Wave Length woh ho jayega jo khalq ka Wave</w:t>
      </w:r>
    </w:p>
    <w:p>
      <w:pPr>
        <w:jc w:val="right"/>
      </w:pPr>
      <w:r>
        <w:t>اور نفس مطمئن جب ہوگی تبھی آپ کا Wave Length وہ ہو جائے گا جو خالق کا Wave</w:t>
      </w:r>
    </w:p>
    <w:p>
      <w:r>
        <w:rPr>
          <w:b/>
        </w:rPr>
        <w:t xml:space="preserve">[27:52] </w:t>
      </w:r>
      <w:r>
        <w:t>Length hai.</w:t>
      </w:r>
    </w:p>
    <w:p>
      <w:pPr>
        <w:jc w:val="right"/>
      </w:pPr>
      <w:r>
        <w:t>Length ہے۔</w:t>
      </w:r>
    </w:p>
    <w:p>
      <w:r>
        <w:rPr>
          <w:b/>
        </w:rPr>
        <w:t xml:space="preserve">[27:54] </w:t>
      </w:r>
      <w:r>
        <w:t>aur tabhi aap Right Thinking aayegi, Right Planning aayegi, Right Activities aayengi.</w:t>
      </w:r>
    </w:p>
    <w:p>
      <w:pPr>
        <w:jc w:val="right"/>
      </w:pPr>
      <w:r>
        <w:t>اور تبھی آپ Right Thinking آئے گی، Right Planning آئے گی، Right Activities آئیں گی۔</w:t>
      </w:r>
    </w:p>
    <w:p>
      <w:r>
        <w:rPr>
          <w:b/>
        </w:rPr>
        <w:t xml:space="preserve">[28:00] </w:t>
      </w:r>
      <w:r>
        <w:t>phir jab yeh sab hoga tab aap ke andar woh Personality banegi jis ko nafs mutmain kaha</w:t>
      </w:r>
    </w:p>
    <w:p>
      <w:pPr>
        <w:jc w:val="right"/>
      </w:pPr>
      <w:r>
        <w:t>پھر جب یہ سب ہوگا تب آپ کے اندر وہ Personality بنے گی جس کو نفس مطمئن کہا</w:t>
      </w:r>
    </w:p>
    <w:p>
      <w:r>
        <w:rPr>
          <w:b/>
        </w:rPr>
        <w:t xml:space="preserve">[28:08] </w:t>
      </w:r>
      <w:r>
        <w:t>gaya hai.</w:t>
      </w:r>
    </w:p>
    <w:p>
      <w:pPr>
        <w:jc w:val="right"/>
      </w:pPr>
      <w:r>
        <w:t>گیا ہے۔</w:t>
      </w:r>
    </w:p>
    <w:p>
      <w:r>
        <w:rPr>
          <w:b/>
        </w:rPr>
        <w:t xml:space="preserve">[28:09] </w:t>
      </w:r>
      <w:r>
        <w:t>aur isi is tarah ki Personalities ke liye jannat hai.</w:t>
      </w:r>
    </w:p>
    <w:p>
      <w:pPr>
        <w:jc w:val="right"/>
      </w:pPr>
      <w:r>
        <w:t>اور اسی اس طرح کی Personalities کے لیے جنت ہے۔</w:t>
      </w:r>
    </w:p>
    <w:p>
      <w:r>
        <w:rPr>
          <w:b/>
        </w:rPr>
        <w:t xml:space="preserve">[28:13] </w:t>
      </w:r>
      <w:r>
        <w:t>fadhkhuli fi 'ibadihi wadkhuli jannati jannat isi tarah ke logon ki Society hai.</w:t>
      </w:r>
    </w:p>
    <w:p>
      <w:pPr>
        <w:jc w:val="right"/>
      </w:pPr>
      <w:r>
        <w:t>فَادْخُلِي فِي عَبَادِهِ وَادْخُلِي جَنَتِهِ جنت اسی طرح کے لوگوں کی Society ہے۔</w:t>
      </w:r>
    </w:p>
    <w:p>
      <w:r>
        <w:rPr>
          <w:b/>
        </w:rPr>
        <w:t xml:space="preserve">[28:19] </w:t>
      </w:r>
      <w:r>
        <w:t>to jo aadmi apne ko is tarah banayega woh is mein Entry payega.</w:t>
      </w:r>
    </w:p>
    <w:p>
      <w:pPr>
        <w:jc w:val="right"/>
      </w:pPr>
      <w:r>
        <w:t>تو جو آدمی اپنے کو اس طرح بنائے گا وہ اس میں Entry پائے گا۔</w:t>
      </w:r>
    </w:p>
    <w:p>
      <w:r>
        <w:rPr>
          <w:b/>
        </w:rPr>
        <w:t xml:space="preserve">[28:25] </w:t>
      </w:r>
      <w:r>
        <w:t>to yeh sari baat Quran mein, hadith mein maujood hai.</w:t>
      </w:r>
    </w:p>
    <w:p>
      <w:pPr>
        <w:jc w:val="right"/>
      </w:pPr>
      <w:r>
        <w:t>تو یہ ساری بات قرآن میں، حدیث میں موجود ہے۔</w:t>
      </w:r>
    </w:p>
    <w:p>
      <w:r>
        <w:rPr>
          <w:b/>
        </w:rPr>
        <w:t xml:space="preserve">[28:30] </w:t>
      </w:r>
      <w:r>
        <w:t>lekin Deep tarike se jab aap sochte hain tab is ko aap daryaft kar pate hain.</w:t>
      </w:r>
    </w:p>
    <w:p>
      <w:pPr>
        <w:jc w:val="right"/>
      </w:pPr>
      <w:r>
        <w:t>لیکن Deep طریقے سے جب آپ سوچتے ہیں تب اس کو آپ دریافت کر پاتے ہیں۔</w:t>
      </w:r>
    </w:p>
    <w:p>
      <w:r>
        <w:rPr>
          <w:b/>
        </w:rPr>
        <w:t xml:space="preserve">[28:37] </w:t>
      </w:r>
      <w:r>
        <w:t>to sab se ziada important baat yeh hai ke aadmi apni alfitra ko mehfooz rakhay.</w:t>
      </w:r>
    </w:p>
    <w:p>
      <w:pPr>
        <w:jc w:val="right"/>
      </w:pPr>
      <w:r>
        <w:t>تو سب سے زیادہ Important بات یہ ہے کہ آدمی اپنی الفطرہ کو محفوظ رکھے۔</w:t>
      </w:r>
    </w:p>
    <w:p>
      <w:r>
        <w:rPr>
          <w:b/>
        </w:rPr>
        <w:t xml:space="preserve">[28:43] </w:t>
      </w:r>
      <w:r>
        <w:t>alfitra.</w:t>
      </w:r>
    </w:p>
    <w:p>
      <w:pPr>
        <w:jc w:val="right"/>
      </w:pPr>
      <w:r>
        <w:t>الفطرہ۔</w:t>
      </w:r>
    </w:p>
    <w:p>
      <w:r>
        <w:rPr>
          <w:b/>
        </w:rPr>
        <w:t xml:space="preserve">[28:45] </w:t>
      </w:r>
      <w:r>
        <w:t>Divine Nature.</w:t>
      </w:r>
    </w:p>
    <w:p>
      <w:pPr>
        <w:jc w:val="right"/>
      </w:pPr>
      <w:r>
        <w:t>Divine Nature۔</w:t>
      </w:r>
    </w:p>
    <w:p>
      <w:r>
        <w:rPr>
          <w:b/>
        </w:rPr>
        <w:t xml:space="preserve">[28:46] </w:t>
      </w:r>
      <w:r>
        <w:t>jis mein woh paida kiya gaya hai.</w:t>
      </w:r>
    </w:p>
    <w:p>
      <w:pPr>
        <w:jc w:val="right"/>
      </w:pPr>
      <w:r>
        <w:t>جس میں وہ پیدا کیا گیا ہے۔</w:t>
      </w:r>
    </w:p>
    <w:p>
      <w:r>
        <w:rPr>
          <w:b/>
        </w:rPr>
        <w:t xml:space="preserve">[28:49] </w:t>
      </w:r>
      <w:r>
        <w:t>jab aap.</w:t>
      </w:r>
    </w:p>
    <w:p>
      <w:pPr>
        <w:jc w:val="right"/>
      </w:pPr>
      <w:r>
        <w:t>جب آپ۔</w:t>
      </w:r>
    </w:p>
    <w:p>
      <w:r>
        <w:rPr>
          <w:b/>
        </w:rPr>
        <w:t xml:space="preserve">[28:51] </w:t>
      </w:r>
      <w:r>
        <w:t>yeh har aik ka sab se bara concern hona chahiye.</w:t>
      </w:r>
    </w:p>
    <w:p>
      <w:pPr>
        <w:jc w:val="right"/>
      </w:pPr>
      <w:r>
        <w:t>یہ ہر ایک کا سب سے بڑا Concern ہونا چاہیے۔</w:t>
      </w:r>
    </w:p>
    <w:p>
      <w:r>
        <w:rPr>
          <w:b/>
        </w:rPr>
        <w:t xml:space="preserve">[28:55] </w:t>
      </w:r>
      <w:r>
        <w:t>ke is ko apnay andar alfitra ko mehfooz rakhna hai.</w:t>
      </w:r>
    </w:p>
    <w:p>
      <w:pPr>
        <w:jc w:val="right"/>
      </w:pPr>
      <w:r>
        <w:t>کہ اس کو اپنے اندر الفطرہ کو محفوظ رکھنا ہے۔</w:t>
      </w:r>
    </w:p>
    <w:p>
      <w:r>
        <w:rPr>
          <w:b/>
        </w:rPr>
        <w:t xml:space="preserve">[28:59] </w:t>
      </w:r>
      <w:r>
        <w:t>alfitra ko badalnay se bachana hai.</w:t>
      </w:r>
    </w:p>
    <w:p>
      <w:pPr>
        <w:jc w:val="right"/>
      </w:pPr>
      <w:r>
        <w:t>الفطرہ کو بدلنے سے بچانا ہے۔</w:t>
      </w:r>
    </w:p>
    <w:p>
      <w:r>
        <w:rPr>
          <w:b/>
        </w:rPr>
        <w:t xml:space="preserve">[29:02] </w:t>
      </w:r>
      <w:r>
        <w:t>alfitra ko conditioning se bachana hai.</w:t>
      </w:r>
    </w:p>
    <w:p>
      <w:pPr>
        <w:jc w:val="right"/>
      </w:pPr>
      <w:r>
        <w:t>الفطرہ کو Conditioning سے بچانا ہے۔</w:t>
      </w:r>
    </w:p>
    <w:p>
      <w:r>
        <w:rPr>
          <w:b/>
        </w:rPr>
        <w:t xml:space="preserve">[29:04] </w:t>
      </w:r>
      <w:r>
        <w:t>jab aisa hoga tab is ke baad woh dunya mein Right Person banega.</w:t>
      </w:r>
    </w:p>
    <w:p>
      <w:pPr>
        <w:jc w:val="right"/>
      </w:pPr>
      <w:r>
        <w:t>جب ایسا ہوگا تب اس کے بعد وہ دنیا میں Right Person بنے گا۔</w:t>
      </w:r>
    </w:p>
    <w:p>
      <w:r>
        <w:rPr>
          <w:b/>
        </w:rPr>
        <w:t xml:space="preserve">[29:10] </w:t>
      </w:r>
      <w:r>
        <w:t>phir akhirat mein woh jannat ke liye deserving candidate qarar payega.</w:t>
      </w:r>
    </w:p>
    <w:p>
      <w:pPr>
        <w:jc w:val="right"/>
      </w:pPr>
      <w:r>
        <w:t>پھر آخرت میں وہ جنت کے لیے Deserving Candidate قرار پائے گا۔</w:t>
      </w:r>
    </w:p>
    <w:p>
      <w:r>
        <w:rPr>
          <w:b/>
        </w:rPr>
        <w:t xml:space="preserve">[29:15] </w:t>
      </w:r>
      <w:r>
        <w:t>to sara cracks jo hai, cracks woh hai alfitra mein chupa hua hai.</w:t>
      </w:r>
    </w:p>
    <w:p>
      <w:pPr>
        <w:jc w:val="right"/>
      </w:pPr>
      <w:r>
        <w:t>تو سارا Cracks جو ہے، Cracks وہ ہے الفطرہ میں چھپا ہوا ہے۔</w:t>
      </w:r>
    </w:p>
    <w:p>
      <w:r>
        <w:rPr>
          <w:b/>
        </w:rPr>
        <w:t xml:space="preserve">[29:21] </w:t>
      </w:r>
      <w:r>
        <w:t>alfitra.</w:t>
      </w:r>
    </w:p>
    <w:p>
      <w:pPr>
        <w:jc w:val="right"/>
      </w:pPr>
      <w:r>
        <w:t>الفطرہ۔</w:t>
      </w:r>
    </w:p>
    <w:p>
      <w:r>
        <w:rPr>
          <w:b/>
        </w:rPr>
        <w:t xml:space="preserve">[29:22] </w:t>
      </w:r>
      <w:r>
        <w:t>Divine Nature.</w:t>
      </w:r>
    </w:p>
    <w:p>
      <w:pPr>
        <w:jc w:val="right"/>
      </w:pPr>
      <w:r>
        <w:t>Divine Nature۔</w:t>
      </w:r>
    </w:p>
    <w:p>
      <w:r>
        <w:rPr>
          <w:b/>
        </w:rPr>
        <w:t xml:space="preserve">[29:24] </w:t>
      </w:r>
      <w:r>
        <w:t>to Divine Nature aadmi ka hamesha sahi hota hai.</w:t>
      </w:r>
    </w:p>
    <w:p>
      <w:pPr>
        <w:jc w:val="right"/>
      </w:pPr>
      <w:r>
        <w:t>تو Divine Nature آدمی کا ہمیشہ صحیح ہوتا ہے۔</w:t>
      </w:r>
    </w:p>
    <w:p>
      <w:r>
        <w:rPr>
          <w:b/>
        </w:rPr>
        <w:t xml:space="preserve">[29:28] </w:t>
      </w:r>
      <w:r>
        <w:t>is ko mein kahunga misaal ke tor par aap piyaz ko lijiyay.</w:t>
      </w:r>
    </w:p>
    <w:p>
      <w:pPr>
        <w:jc w:val="right"/>
      </w:pPr>
      <w:r>
        <w:t>اس کو میں کہوں گا مثال کے طور پر آپ پیاز کو لیجیے۔</w:t>
      </w:r>
    </w:p>
    <w:p>
      <w:r>
        <w:rPr>
          <w:b/>
        </w:rPr>
        <w:t xml:space="preserve">[29:33] </w:t>
      </w:r>
      <w:r>
        <w:t>Onion.</w:t>
      </w:r>
    </w:p>
    <w:p>
      <w:pPr>
        <w:jc w:val="right"/>
      </w:pPr>
      <w:r>
        <w:t>Onion۔</w:t>
      </w:r>
    </w:p>
    <w:p>
      <w:r>
        <w:rPr>
          <w:b/>
        </w:rPr>
        <w:t xml:space="preserve">[29:35] </w:t>
      </w:r>
      <w:r>
        <w:t>piyaz.</w:t>
      </w:r>
    </w:p>
    <w:p>
      <w:pPr>
        <w:jc w:val="right"/>
      </w:pPr>
      <w:r>
        <w:t>پیاز۔</w:t>
      </w:r>
    </w:p>
    <w:p>
      <w:r>
        <w:rPr>
          <w:b/>
        </w:rPr>
        <w:t xml:space="preserve">[29:36] </w:t>
      </w:r>
      <w:r>
        <w:t>to piyaz bari si hoti hai bazahir.</w:t>
      </w:r>
    </w:p>
    <w:p>
      <w:pPr>
        <w:jc w:val="right"/>
      </w:pPr>
      <w:r>
        <w:t>تو پیاز بڑی سی ہوتی ہے بظاہر۔</w:t>
      </w:r>
    </w:p>
    <w:p>
      <w:r>
        <w:rPr>
          <w:b/>
        </w:rPr>
        <w:t xml:space="preserve">[29:39] </w:t>
      </w:r>
      <w:r>
        <w:t>is ke baad aik pata hota hai.</w:t>
      </w:r>
    </w:p>
    <w:p>
      <w:pPr>
        <w:jc w:val="right"/>
      </w:pPr>
      <w:r>
        <w:t>اس کے بعد ایک پتہ ہوتا ہے۔</w:t>
      </w:r>
    </w:p>
    <w:p>
      <w:r>
        <w:rPr>
          <w:b/>
        </w:rPr>
        <w:t xml:space="preserve">[29:42] </w:t>
      </w:r>
      <w:r>
        <w:t>pata, pata, pata, pata.</w:t>
      </w:r>
    </w:p>
    <w:p>
      <w:pPr>
        <w:jc w:val="right"/>
      </w:pPr>
      <w:r>
        <w:t>پتہ، پتہ، پتہ، پتہ۔</w:t>
      </w:r>
    </w:p>
    <w:p>
      <w:r>
        <w:rPr>
          <w:b/>
        </w:rPr>
        <w:t xml:space="preserve">[29:44] </w:t>
      </w:r>
      <w:r>
        <w:t>cover.</w:t>
      </w:r>
    </w:p>
    <w:p>
      <w:pPr>
        <w:jc w:val="right"/>
      </w:pPr>
      <w:r>
        <w:t>کور۔</w:t>
      </w:r>
    </w:p>
    <w:p>
      <w:r>
        <w:rPr>
          <w:b/>
        </w:rPr>
        <w:t xml:space="preserve">[29:46] </w:t>
      </w:r>
      <w:r>
        <w:t>bohat se cover hain.</w:t>
      </w:r>
    </w:p>
    <w:p>
      <w:pPr>
        <w:jc w:val="right"/>
      </w:pPr>
      <w:r>
        <w:t>بہت سے کور ہیں۔</w:t>
      </w:r>
    </w:p>
    <w:p>
      <w:r>
        <w:rPr>
          <w:b/>
        </w:rPr>
        <w:t xml:space="preserve">[29:47] </w:t>
      </w:r>
      <w:r>
        <w:t>jab cover sab is ko nikalay aap to aakhir cover milega, cover.</w:t>
      </w:r>
    </w:p>
    <w:p>
      <w:pPr>
        <w:jc w:val="right"/>
      </w:pPr>
      <w:r>
        <w:t>جب کور سب اس کو نکالیں آپ تو آخر کور ملے گا، کور۔</w:t>
      </w:r>
    </w:p>
    <w:p>
      <w:r>
        <w:rPr>
          <w:b/>
        </w:rPr>
        <w:t xml:space="preserve">[29:53] </w:t>
      </w:r>
      <w:r>
        <w:t>woh chota sa hoga.</w:t>
      </w:r>
    </w:p>
    <w:p>
      <w:pPr>
        <w:jc w:val="right"/>
      </w:pPr>
      <w:r>
        <w:t>وہ چھوٹا سا ہوگا۔</w:t>
      </w:r>
    </w:p>
    <w:p>
      <w:r>
        <w:rPr>
          <w:b/>
        </w:rPr>
        <w:t xml:space="preserve">[29:55] </w:t>
      </w:r>
      <w:r>
        <w:t>wahi personality hai aap ki.</w:t>
      </w:r>
    </w:p>
    <w:p>
      <w:pPr>
        <w:jc w:val="right"/>
      </w:pPr>
      <w:r>
        <w:t>وہی Personality ہے آپ کی۔</w:t>
      </w:r>
    </w:p>
    <w:p>
      <w:r>
        <w:rPr>
          <w:b/>
        </w:rPr>
        <w:t xml:space="preserve">[29:57] </w:t>
      </w:r>
      <w:r>
        <w:t>to piaz jo hai aik illustration hai.</w:t>
      </w:r>
    </w:p>
    <w:p>
      <w:pPr>
        <w:jc w:val="right"/>
      </w:pPr>
      <w:r>
        <w:t>تو پیاز جو ہے ایک Illustration ہے۔</w:t>
      </w:r>
    </w:p>
    <w:p>
      <w:r>
        <w:rPr>
          <w:b/>
        </w:rPr>
        <w:t xml:space="preserve">[30:00] </w:t>
      </w:r>
      <w:r>
        <w:t>keh insan ko Allah taala ne paida kiya hai is cover ke sath.</w:t>
      </w:r>
    </w:p>
    <w:p>
      <w:pPr>
        <w:jc w:val="right"/>
      </w:pPr>
      <w:r>
        <w:t>کہ انسان کو اللہ تعالیٰ نے پیدا کیا ہے اس کور کے ساتھ۔</w:t>
      </w:r>
    </w:p>
    <w:p>
      <w:r>
        <w:rPr>
          <w:b/>
        </w:rPr>
        <w:t xml:space="preserve">[30:05] </w:t>
      </w:r>
      <w:r>
        <w:t>piaz ke beech mein jo aik chota sa cover hota hai.</w:t>
      </w:r>
    </w:p>
    <w:p>
      <w:pPr>
        <w:jc w:val="right"/>
      </w:pPr>
      <w:r>
        <w:t>پیاز کے بیچ میں جو ایک چھوٹا سا کور ہوتا ہے۔</w:t>
      </w:r>
    </w:p>
    <w:p>
      <w:r>
        <w:rPr>
          <w:b/>
        </w:rPr>
        <w:t xml:space="preserve">[30:10] </w:t>
      </w:r>
      <w:r>
        <w:t>maghaz.</w:t>
      </w:r>
    </w:p>
    <w:p>
      <w:pPr>
        <w:jc w:val="right"/>
      </w:pPr>
      <w:r>
        <w:t>مغز۔</w:t>
      </w:r>
    </w:p>
    <w:p>
      <w:r>
        <w:rPr>
          <w:b/>
        </w:rPr>
        <w:t xml:space="preserve">[30:12] </w:t>
      </w:r>
      <w:r>
        <w:t>lekin phir paida hote hi conditioning shuru ho jati hai.</w:t>
      </w:r>
    </w:p>
    <w:p>
      <w:pPr>
        <w:jc w:val="right"/>
      </w:pPr>
      <w:r>
        <w:t>لیکن پھر پیدا ہوتے ہی Conditioning شروع ہو جاتی ہے۔</w:t>
      </w:r>
    </w:p>
    <w:p>
      <w:r>
        <w:rPr>
          <w:b/>
        </w:rPr>
        <w:t xml:space="preserve">[30:16] </w:t>
      </w:r>
      <w:r>
        <w:t>yahi conditioning cover hai.</w:t>
      </w:r>
    </w:p>
    <w:p>
      <w:pPr>
        <w:jc w:val="right"/>
      </w:pPr>
      <w:r>
        <w:t>یہی Conditioning کور ہے۔</w:t>
      </w:r>
    </w:p>
    <w:p>
      <w:r>
        <w:rPr>
          <w:b/>
        </w:rPr>
        <w:t xml:space="preserve">[30:18] </w:t>
      </w:r>
      <w:r>
        <w:t>cover.</w:t>
      </w:r>
    </w:p>
    <w:p>
      <w:pPr>
        <w:jc w:val="right"/>
      </w:pPr>
      <w:r>
        <w:t>کور۔</w:t>
      </w:r>
    </w:p>
    <w:p>
      <w:r>
        <w:rPr>
          <w:b/>
        </w:rPr>
        <w:t xml:space="preserve">[30:19] </w:t>
      </w:r>
      <w:r>
        <w:t>chhilka.</w:t>
      </w:r>
    </w:p>
    <w:p>
      <w:pPr>
        <w:jc w:val="right"/>
      </w:pPr>
      <w:r>
        <w:t>چھلکا۔</w:t>
      </w:r>
    </w:p>
    <w:p>
      <w:r>
        <w:rPr>
          <w:b/>
        </w:rPr>
        <w:t xml:space="preserve">[30:21] </w:t>
      </w:r>
      <w:r>
        <w:t>to jab aap society mein rehte hain to aap ki is personality par cover charhna shuru ho jata</w:t>
      </w:r>
    </w:p>
    <w:p>
      <w:pPr>
        <w:jc w:val="right"/>
      </w:pPr>
      <w:r>
        <w:t>تو جب آپ Society میں رہتے ہیں تو آپ کی اس Personality پر کور چڑھنا شروع ہو جاتا</w:t>
      </w:r>
    </w:p>
    <w:p>
      <w:r>
        <w:rPr>
          <w:b/>
        </w:rPr>
        <w:t xml:space="preserve">[30:28]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[30:30] </w:t>
      </w:r>
      <w:r>
        <w:t>aik baat, do, doosra aur teesra cover, cover, cover, cover yahan tak ke bari si piaz ban jati</w:t>
      </w:r>
    </w:p>
    <w:p>
      <w:pPr>
        <w:jc w:val="right"/>
      </w:pPr>
      <w:r>
        <w:t>ایک بات، دو، دوسرا اور تیسرا کور، کور، کور، کور یہاں تک کہ بڑی سی پیاز بن جاتی</w:t>
      </w:r>
    </w:p>
    <w:p>
      <w:r>
        <w:rPr>
          <w:b/>
        </w:rPr>
        <w:t xml:space="preserve">[30:37]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[30:39] </w:t>
      </w:r>
      <w:r>
        <w:t>aur asal jo maghaz hai chhip jata hai is ke andar.</w:t>
      </w:r>
    </w:p>
    <w:p>
      <w:pPr>
        <w:jc w:val="right"/>
      </w:pPr>
      <w:r>
        <w:t>اور اصل جو مغز ہے چھپ جاتا ہے اس کے اندر۔</w:t>
      </w:r>
    </w:p>
    <w:p>
      <w:r>
        <w:rPr>
          <w:b/>
        </w:rPr>
        <w:t xml:space="preserve">[30:44] </w:t>
      </w:r>
      <w:r>
        <w:t>to piaz ke darmiyan mein jo chota sa maghaz hota hai wahi goya al fitra hai insan ke andar.</w:t>
      </w:r>
    </w:p>
    <w:p>
      <w:pPr>
        <w:jc w:val="right"/>
      </w:pPr>
      <w:r>
        <w:t>تو پیاز کے درمیان میں جو چھوٹا سا مغز ہوتا ہے وہی گویا الفطرہ ہے انسان کے اندر۔</w:t>
      </w:r>
    </w:p>
    <w:p>
      <w:r>
        <w:rPr>
          <w:b/>
        </w:rPr>
        <w:t xml:space="preserve">[30:51] </w:t>
      </w:r>
      <w:r>
        <w:t>al fitra.</w:t>
      </w:r>
    </w:p>
    <w:p>
      <w:pPr>
        <w:jc w:val="right"/>
      </w:pPr>
      <w:r>
        <w:t>الفطرہ۔</w:t>
      </w:r>
    </w:p>
    <w:p>
      <w:r>
        <w:rPr>
          <w:b/>
        </w:rPr>
        <w:t xml:space="preserve">[30:53] </w:t>
      </w:r>
      <w:r>
        <w:t>to insan ka sab se bara concern yeh hona chahiye keh woh al fitra ko bachaye.</w:t>
      </w:r>
    </w:p>
    <w:p>
      <w:pPr>
        <w:jc w:val="right"/>
      </w:pPr>
      <w:r>
        <w:t>تو انسان کا سب سے بڑا Concern یہ ہونا چاہیے کہ وہ الفطرہ کو بچائے۔</w:t>
      </w:r>
    </w:p>
    <w:p>
      <w:r>
        <w:rPr>
          <w:b/>
        </w:rPr>
        <w:t xml:space="preserve">[30:59] </w:t>
      </w:r>
      <w:r>
        <w:t>quran mein hai keh wa wasasa fi sudur al nas ma jannat wa al nas yani insan jo hai do waswaso ke</w:t>
      </w:r>
    </w:p>
    <w:p>
      <w:pPr>
        <w:jc w:val="right"/>
      </w:pPr>
      <w:r>
        <w:t>قرآن میں ہے کہ وَوَصَصَ فِي صُدُورِ النَّاسِ مَا جَنِّتَ وَالنَّاسِ یعنی انسان جو ہے دو وسوسوں کے</w:t>
      </w:r>
    </w:p>
    <w:p>
      <w:r>
        <w:rPr>
          <w:b/>
        </w:rPr>
        <w:t xml:space="preserve">[31:07] </w:t>
      </w:r>
      <w:r>
        <w:t>darmiyan hota hai.</w:t>
      </w:r>
    </w:p>
    <w:p>
      <w:pPr>
        <w:jc w:val="right"/>
      </w:pPr>
      <w:r>
        <w:t>درمیان ہوتا ہے۔</w:t>
      </w:r>
    </w:p>
    <w:p>
      <w:r>
        <w:rPr>
          <w:b/>
        </w:rPr>
        <w:t xml:space="preserve">[31:09] </w:t>
      </w:r>
      <w:r>
        <w:t>shaitan ka waswasa, insan ka waswasa.</w:t>
      </w:r>
    </w:p>
    <w:p>
      <w:pPr>
        <w:jc w:val="right"/>
      </w:pPr>
      <w:r>
        <w:t>شیطان کا وسوسہ، انسان کا وسوسہ۔</w:t>
      </w:r>
    </w:p>
    <w:p>
      <w:r>
        <w:rPr>
          <w:b/>
        </w:rPr>
        <w:t xml:space="preserve">[31:11] </w:t>
      </w:r>
      <w:r>
        <w:t>waswasa ka matlab hota hai baaton ko badal kar kehna.</w:t>
      </w:r>
    </w:p>
    <w:p>
      <w:pPr>
        <w:jc w:val="right"/>
      </w:pPr>
      <w:r>
        <w:t>وسوسہ کا مطلب ہوتا ہے باتیں کو بدل کر کہنا۔</w:t>
      </w:r>
    </w:p>
    <w:p>
      <w:r>
        <w:rPr>
          <w:b/>
        </w:rPr>
        <w:t xml:space="preserve">[31:15] </w:t>
      </w:r>
      <w:r>
        <w:t>right angle se cheezon ko na lena balkeh right angle se lena cheezon ko.</w:t>
      </w:r>
    </w:p>
    <w:p>
      <w:pPr>
        <w:jc w:val="right"/>
      </w:pPr>
      <w:r>
        <w:t>Right Angle سے چیزوں کو نہ لینا بلکہ Right Angle سے لینا چیزوں کو۔</w:t>
      </w:r>
    </w:p>
    <w:p>
      <w:r>
        <w:rPr>
          <w:b/>
        </w:rPr>
        <w:t xml:space="preserve">[31:21] </w:t>
      </w:r>
      <w:r>
        <w:t>to yeh kaam shaitan bhi karta hai aur insan bhi karta hai.</w:t>
      </w:r>
    </w:p>
    <w:p>
      <w:pPr>
        <w:jc w:val="right"/>
      </w:pPr>
      <w:r>
        <w:t>تو یہ کام شیطان بھی کرتا ہے اور انسان بھی کرتا ہے۔</w:t>
      </w:r>
    </w:p>
    <w:p>
      <w:r>
        <w:rPr>
          <w:b/>
        </w:rPr>
        <w:t xml:space="preserve">[31:27] </w:t>
      </w:r>
      <w:r>
        <w:t>to yeh dono qism ke waswasa ke jo apne ko bachayega wahi apne al fitra ko bachane mein</w:t>
      </w:r>
    </w:p>
    <w:p>
      <w:pPr>
        <w:jc w:val="right"/>
      </w:pPr>
      <w:r>
        <w:t>تو یہ دونوں قسم کے وسوسے کے جو اپنے کو بچائے گا وہی اپنے الفطرہ کو بچانے میں</w:t>
      </w:r>
    </w:p>
    <w:p>
      <w:r>
        <w:rPr>
          <w:b/>
        </w:rPr>
        <w:t xml:space="preserve">[31:34] </w:t>
      </w:r>
      <w:r>
        <w:t>kamyab hoga.</w:t>
      </w:r>
    </w:p>
    <w:p>
      <w:pPr>
        <w:jc w:val="right"/>
      </w:pPr>
      <w:r>
        <w:t>کامیاب ہوگا۔</w:t>
      </w:r>
    </w:p>
    <w:p>
      <w:r>
        <w:rPr>
          <w:b/>
        </w:rPr>
        <w:t xml:space="preserve">[31:36] </w:t>
      </w:r>
      <w:r>
        <w:t>is tarah se jab aap sochen ge to poori taleemat jo Islam ki hain aur Islam ki jo</w:t>
      </w:r>
    </w:p>
    <w:p>
      <w:pPr>
        <w:jc w:val="right"/>
      </w:pPr>
      <w:r>
        <w:t>اس طرح سے جب آپ سوچیں گے تو پوری تعلیمات جو اسلام کی ہیں اور اسلام کی جو</w:t>
      </w:r>
    </w:p>
    <w:p>
      <w:r>
        <w:rPr>
          <w:b/>
        </w:rPr>
        <w:t xml:space="preserve">[31:43] </w:t>
      </w:r>
      <w:r>
        <w:t>tareekh hai sab explain ho jaye gi.</w:t>
      </w:r>
    </w:p>
    <w:p>
      <w:pPr>
        <w:jc w:val="right"/>
      </w:pPr>
      <w:r>
        <w:t>تاریخ ہے سب Explain ہو جائے گی۔</w:t>
      </w:r>
    </w:p>
    <w:p>
      <w:r>
        <w:rPr>
          <w:b/>
        </w:rPr>
        <w:t xml:space="preserve">[31:46] </w:t>
      </w:r>
      <w:r>
        <w:t>yehi yani ye key principle hai Islam ko samajhne ke liye, Islam ki history ko samajhne ke liye,</w:t>
      </w:r>
    </w:p>
    <w:p>
      <w:pPr>
        <w:jc w:val="right"/>
      </w:pPr>
      <w:r>
        <w:t>یہی یعنی یہ Key Principle ہے اسلام کو سمجھنے کے لیے، اسلام کی History کو سمجھنے کے لیے،</w:t>
      </w:r>
    </w:p>
    <w:p>
      <w:r>
        <w:rPr>
          <w:b/>
        </w:rPr>
        <w:t xml:space="preserve">[31:54] </w:t>
      </w:r>
      <w:r>
        <w:t>insan ko samajhne ke liye.</w:t>
      </w:r>
    </w:p>
    <w:p>
      <w:pPr>
        <w:jc w:val="right"/>
      </w:pPr>
      <w:r>
        <w:t>انسان کو سمجھنے کے لیے۔</w:t>
      </w:r>
    </w:p>
    <w:p>
      <w:r>
        <w:rPr>
          <w:b/>
        </w:rPr>
        <w:t xml:space="preserve">[31:56] </w:t>
      </w:r>
      <w:r>
        <w:t>ye key principle hai al fitra ka jo main ne arz kiya.</w:t>
      </w:r>
    </w:p>
    <w:p>
      <w:pPr>
        <w:jc w:val="right"/>
      </w:pPr>
      <w:r>
        <w:t>یہ Key Principle ہے الفطرہ کا جو میں نے عرض کیا۔</w:t>
      </w:r>
    </w:p>
    <w:p>
      <w:r>
        <w:rPr>
          <w:b/>
        </w:rPr>
        <w:t xml:space="preserve">[32:01] </w:t>
      </w:r>
      <w:r>
        <w:t>al fitra ko samajhne se aap ko jo creation plan ne gaarha hai wo bhi samajh mein aye ga.</w:t>
      </w:r>
    </w:p>
    <w:p>
      <w:pPr>
        <w:jc w:val="right"/>
      </w:pPr>
      <w:r>
        <w:t>الفطرہ کو سمجھنے سے آپ کو جو Creation Plan نے گاڑھا ہے وہ بھی سمجھ میں آئے گا۔</w:t>
      </w:r>
    </w:p>
    <w:p>
      <w:r>
        <w:rPr>
          <w:b/>
        </w:rPr>
        <w:t xml:space="preserve">[32:09] </w:t>
      </w:r>
      <w:r>
        <w:t>aap ki soch kya ho wo bhi samajh mein aye ga.</w:t>
      </w:r>
    </w:p>
    <w:p>
      <w:pPr>
        <w:jc w:val="right"/>
      </w:pPr>
      <w:r>
        <w:t>آپ کی سوچ کیا ہو وہ بھی سمجھ میں آئے گا۔</w:t>
      </w:r>
    </w:p>
    <w:p>
      <w:r>
        <w:rPr>
          <w:b/>
        </w:rPr>
        <w:t xml:space="preserve">[32:13] </w:t>
      </w:r>
      <w:r>
        <w:t>aap kya karen, kya na karen is ko bhi aap samajh paen ge.</w:t>
      </w:r>
    </w:p>
    <w:p>
      <w:pPr>
        <w:jc w:val="right"/>
      </w:pPr>
      <w:r>
        <w:t>آپ کیا کریں، کیا نہ کریں اس کو بھی آپ سمجھ پائیں گے۔</w:t>
      </w:r>
    </w:p>
    <w:p>
      <w:r>
        <w:rPr>
          <w:b/>
        </w:rPr>
        <w:t xml:space="preserve">[32:19] </w:t>
      </w:r>
      <w:r>
        <w:t>to jar mein yehi hai concept, al fitra ka concept.</w:t>
      </w:r>
    </w:p>
    <w:p>
      <w:pPr>
        <w:jc w:val="right"/>
      </w:pPr>
      <w:r>
        <w:t>تو جڑ میں یہی ہے Concept، الفطرہ کا Concept۔</w:t>
      </w:r>
    </w:p>
    <w:p>
      <w:r>
        <w:rPr>
          <w:b/>
        </w:rPr>
        <w:t xml:space="preserve">[32:23] </w:t>
      </w:r>
      <w:r>
        <w:t>fi tatrila illata fatratin la sa'aliha la tabdeela khalqillah.</w:t>
      </w:r>
    </w:p>
    <w:p>
      <w:pPr>
        <w:jc w:val="right"/>
      </w:pPr>
      <w:r>
        <w:t>فِي تَطْرِ لَا عِلَّةِ فَطْرَةٍ لَا سَعَالِيْهَا لا تبدیل خلق اللہ۔</w:t>
      </w:r>
    </w:p>
    <w:p>
      <w:r>
        <w:rPr>
          <w:b/>
        </w:rPr>
        <w:t xml:space="preserve">[32:28] </w:t>
      </w:r>
      <w:r>
        <w:t>to ye bhi hai is mein.</w:t>
      </w:r>
    </w:p>
    <w:p>
      <w:pPr>
        <w:jc w:val="right"/>
      </w:pPr>
      <w:r>
        <w:t>تو یہ بھی ہے اس میں۔</w:t>
      </w:r>
    </w:p>
    <w:p>
      <w:r>
        <w:rPr>
          <w:b/>
        </w:rPr>
        <w:t xml:space="preserve">[32:30] </w:t>
      </w:r>
      <w:r>
        <w:t>ye al fitra jo hai ke badalta nahin.</w:t>
      </w:r>
    </w:p>
    <w:p>
      <w:pPr>
        <w:jc w:val="right"/>
      </w:pPr>
      <w:r>
        <w:t>یہ الفطرہ جو ہے کہ بدلتا نہیں۔</w:t>
      </w:r>
    </w:p>
    <w:p>
      <w:r>
        <w:rPr>
          <w:b/>
        </w:rPr>
        <w:t xml:space="preserve">[32:33] </w:t>
      </w:r>
      <w:r>
        <w:t>badalta nahin ka matlab ye hai ke insan to badalta hai lekin jo nature mein hai wo nahin</w:t>
      </w:r>
    </w:p>
    <w:p>
      <w:pPr>
        <w:jc w:val="right"/>
      </w:pPr>
      <w:r>
        <w:t>بدلتا نہیں کا معنی یہ ہے کہ انسان تو بدلتا ہے لیکن جو Nature میں ہے وہ نہیں</w:t>
      </w:r>
    </w:p>
    <w:p>
      <w:r>
        <w:rPr>
          <w:b/>
        </w:rPr>
        <w:t xml:space="preserve">[32:41] </w:t>
      </w:r>
      <w:r>
        <w:t>badalta.</w:t>
      </w:r>
    </w:p>
    <w:p>
      <w:pPr>
        <w:jc w:val="right"/>
      </w:pPr>
      <w:r>
        <w:t>بدلتا۔</w:t>
      </w:r>
    </w:p>
    <w:p>
      <w:r>
        <w:rPr>
          <w:b/>
        </w:rPr>
        <w:t xml:space="preserve">[32:42] </w:t>
      </w:r>
      <w:r>
        <w:t>jaise piyaz ka jo core hai wo nahin badle ga.</w:t>
      </w:r>
    </w:p>
    <w:p>
      <w:pPr>
        <w:jc w:val="right"/>
      </w:pPr>
      <w:r>
        <w:t>جیسے پیاز کا جو کور ہے وہ نہیں بدلے گا۔</w:t>
      </w:r>
    </w:p>
    <w:p>
      <w:r>
        <w:rPr>
          <w:b/>
        </w:rPr>
        <w:t xml:space="preserve">[32:47] </w:t>
      </w:r>
      <w:r>
        <w:t>chhilka badalta hai.</w:t>
      </w:r>
    </w:p>
    <w:p>
      <w:pPr>
        <w:jc w:val="right"/>
      </w:pPr>
      <w:r>
        <w:t>چھلکا بدلتا ہے۔</w:t>
      </w:r>
    </w:p>
    <w:p>
      <w:r>
        <w:rPr>
          <w:b/>
        </w:rPr>
        <w:t xml:space="preserve">[32:48] </w:t>
      </w:r>
      <w:r>
        <w:t>to la tabdeela li khalqillah ke matlab ye hain ke jo paidaishi tor par insan jo al fitra le</w:t>
      </w:r>
    </w:p>
    <w:p>
      <w:pPr>
        <w:jc w:val="right"/>
      </w:pPr>
      <w:r>
        <w:t>تو لا تبديل لخلق الله کے معنی یہ ہیں کہ جو پیدائشی طور پر انسان جو الفطرہ لے</w:t>
      </w:r>
    </w:p>
    <w:p>
      <w:r>
        <w:rPr>
          <w:b/>
        </w:rPr>
        <w:t xml:space="preserve">[32:56] </w:t>
      </w:r>
      <w:r>
        <w:t>kar aya hai wo andar maujood rahe ga hamesha.</w:t>
      </w:r>
    </w:p>
    <w:p>
      <w:pPr>
        <w:jc w:val="right"/>
      </w:pPr>
      <w:r>
        <w:t>کر آیا ہے وہ اندر موجود رہے گا ہمیشہ۔</w:t>
      </w:r>
    </w:p>
    <w:p>
      <w:r>
        <w:rPr>
          <w:b/>
        </w:rPr>
        <w:t xml:space="preserve">[33:00] </w:t>
      </w:r>
      <w:r>
        <w:t>andar se kabhi wo disappear nahin hoga.</w:t>
      </w:r>
    </w:p>
    <w:p>
      <w:pPr>
        <w:jc w:val="right"/>
      </w:pPr>
      <w:r>
        <w:t>اندر سے کبھی وہ Disappear نہیں ہوگا۔</w:t>
      </w:r>
    </w:p>
    <w:p>
      <w:r>
        <w:rPr>
          <w:b/>
        </w:rPr>
        <w:t xml:space="preserve">[33:03] </w:t>
      </w:r>
      <w:r>
        <w:t>upar is ki conditioning se is ke andar upar upar change aye ga.</w:t>
      </w:r>
    </w:p>
    <w:p>
      <w:pPr>
        <w:jc w:val="right"/>
      </w:pPr>
      <w:r>
        <w:t>اوپر اس کی Conditioning سے اس کے اندر اوپر اوپر Change آئے گا۔</w:t>
      </w:r>
    </w:p>
    <w:p>
      <w:r>
        <w:rPr>
          <w:b/>
        </w:rPr>
        <w:t xml:space="preserve">[33:08] </w:t>
      </w:r>
      <w:r>
        <w:t>conditioning.</w:t>
      </w:r>
    </w:p>
    <w:p>
      <w:pPr>
        <w:jc w:val="right"/>
      </w:pPr>
      <w:r>
        <w:t>Conditioning۔</w:t>
      </w:r>
    </w:p>
    <w:p>
      <w:r>
        <w:rPr>
          <w:b/>
        </w:rPr>
        <w:t xml:space="preserve">[33:10] </w:t>
      </w:r>
      <w:r>
        <w:t>lekin conditioning ke andar phir bhi wo unchanged reality baqi rahe gi jis ko al fitra kaha gaya hai.</w:t>
      </w:r>
    </w:p>
    <w:p>
      <w:pPr>
        <w:jc w:val="right"/>
      </w:pPr>
      <w:r>
        <w:t>لیکن Conditioning کے اندر پھر بھی وہ Unchanged Reality باقی رہے گی جس کو الفطرہ کہا گیا ہے۔</w:t>
      </w:r>
    </w:p>
    <w:p>
      <w:r>
        <w:rPr>
          <w:b/>
        </w:rPr>
        <w:t xml:space="preserve">[33:18] </w:t>
      </w:r>
      <w:r>
        <w:t>is ka matlab ye hai ke jab bhi aap ko hosh aa jaye, jab bhi aap jaag uthen,</w:t>
      </w:r>
    </w:p>
    <w:p>
      <w:pPr>
        <w:jc w:val="right"/>
      </w:pPr>
      <w:r>
        <w:t>اس کا مطلب یہ ہے کہ جب بھی آپ کو ہوش آ جائے، جب بھی آپ جاگ اٹھیں،</w:t>
      </w:r>
    </w:p>
    <w:p>
      <w:r>
        <w:rPr>
          <w:b/>
        </w:rPr>
        <w:t xml:space="preserve">[33:25] </w:t>
      </w:r>
      <w:r>
        <w:t>jab bhi umar ke kisi bhi hisse mein aap ko ye spirit paida ho jaye ke aap ne</w:t>
      </w:r>
    </w:p>
    <w:p>
      <w:pPr>
        <w:jc w:val="right"/>
      </w:pPr>
      <w:r>
        <w:t>جب بھی عمر کے کسی بھی حصے میں آپ کو یہ Spirit پیدا ہو جائے کہ آپ نے</w:t>
      </w:r>
    </w:p>
    <w:p>
      <w:r>
        <w:rPr>
          <w:b/>
        </w:rPr>
        <w:t xml:space="preserve">[33:33] </w:t>
      </w:r>
      <w:r>
        <w:t>koi badalna hai, apne ko al fitra par lana hai to har har umar ke har hisse mein, zindagi</w:t>
      </w:r>
    </w:p>
    <w:p>
      <w:pPr>
        <w:jc w:val="right"/>
      </w:pPr>
      <w:r>
        <w:t>کوئی بدلنا ہے، اپنے کو الفطرہ پر لانا ہے تو ہر ہر عمر کے ہر حصے میں، زندگی</w:t>
      </w:r>
    </w:p>
    <w:p>
      <w:r>
        <w:rPr>
          <w:b/>
        </w:rPr>
        <w:t xml:space="preserve">[33:41] </w:t>
      </w:r>
      <w:r>
        <w:t>ke har marhale mein aap aisa kar sakte hain.</w:t>
      </w:r>
    </w:p>
    <w:p>
      <w:pPr>
        <w:jc w:val="right"/>
      </w:pPr>
      <w:r>
        <w:t>کے ہر مرحلے میں آپ ایسا کر سکتے ہیں۔</w:t>
      </w:r>
    </w:p>
    <w:p>
      <w:r>
        <w:rPr>
          <w:b/>
        </w:rPr>
        <w:t xml:space="preserve">[33:45] </w:t>
      </w:r>
      <w:r>
        <w:t>kyunke woh al fitra woh maujood hai, woh woh woh badla nahi hai.</w:t>
      </w:r>
    </w:p>
    <w:p>
      <w:pPr>
        <w:jc w:val="right"/>
      </w:pPr>
      <w:r>
        <w:t>کیونکہ وہ الفطرہ وہ موجود ہے، وہ وہ وہ بدلا نہیں ہے۔</w:t>
      </w:r>
    </w:p>
    <w:p>
      <w:r>
        <w:rPr>
          <w:b/>
        </w:rPr>
        <w:t xml:space="preserve">[33:50] </w:t>
      </w:r>
      <w:r>
        <w:t>la tabdeela li khalqillah woh baghair badle hue woh andar aap ke maujood hai.</w:t>
      </w:r>
    </w:p>
    <w:p>
      <w:pPr>
        <w:jc w:val="right"/>
      </w:pPr>
      <w:r>
        <w:t>لا تبديل لخلق الله وہ بغیر بدلے ہوئے وہ اندر آپ کے موجود ہے۔</w:t>
      </w:r>
    </w:p>
    <w:p>
      <w:r>
        <w:rPr>
          <w:b/>
        </w:rPr>
        <w:t xml:space="preserve">[33:56] </w:t>
      </w:r>
      <w:r>
        <w:t>to jab bhi aap ko hosh aa jaye, jab bhi aap chaukana ho jayein, jab bhi aap ne</w:t>
      </w:r>
    </w:p>
    <w:p>
      <w:pPr>
        <w:jc w:val="right"/>
      </w:pPr>
      <w:r>
        <w:t>تو جب بھی آپ کو ہوش آ جائے، جب بھی آپ چوکنا ہو جائیں، جب بھی آپ نے</w:t>
      </w:r>
    </w:p>
    <w:p>
      <w:r>
        <w:rPr>
          <w:b/>
        </w:rPr>
        <w:t xml:space="preserve">[34:03] </w:t>
      </w:r>
      <w:r>
        <w:t>faisla kar liya ke mujhe apne ko badalna hai, apni deconditioning karni hai to kisi bhi waqt aap</w:t>
      </w:r>
    </w:p>
    <w:p>
      <w:pPr>
        <w:jc w:val="right"/>
      </w:pPr>
      <w:r>
        <w:t>فیصلہ کر لیا کہ مجھے اپنے کو بدلنا ہے، اپنی Deconditioning کرنی ہے تو کسی بھی وقت آپ</w:t>
      </w:r>
    </w:p>
    <w:p>
      <w:r>
        <w:rPr>
          <w:b/>
        </w:rPr>
        <w:t xml:space="preserve">[34:11] </w:t>
      </w:r>
      <w:r>
        <w:t>shuru kar sakte hain yeh process.</w:t>
      </w:r>
    </w:p>
    <w:p>
      <w:pPr>
        <w:jc w:val="right"/>
      </w:pPr>
      <w:r>
        <w:t>شروع کر سکتے ہیں یہ Process۔</w:t>
      </w:r>
    </w:p>
    <w:p>
      <w:r>
        <w:rPr>
          <w:b/>
        </w:rPr>
        <w:t xml:space="preserve">[34:14] </w:t>
      </w:r>
      <w:r>
        <w:t>aur woh process kamyab hona bhi yaqeeni hai.</w:t>
      </w:r>
    </w:p>
    <w:p>
      <w:pPr>
        <w:jc w:val="right"/>
      </w:pPr>
      <w:r>
        <w:t>اور وہ Process کامیاب ہونا بھی یقینی ہے۔</w:t>
      </w:r>
    </w:p>
    <w:p>
      <w:r>
        <w:rPr>
          <w:b/>
        </w:rPr>
        <w:t xml:space="preserve">[34:17] </w:t>
      </w:r>
      <w:r>
        <w:t>kyunke woh badla nahi, woh al fitra to badla nahi.</w:t>
      </w:r>
    </w:p>
    <w:p>
      <w:pPr>
        <w:jc w:val="right"/>
      </w:pPr>
      <w:r>
        <w:t>کیونکہ وہ بدلا نہیں، وہ الفطرہ تو بدلا نہیں۔</w:t>
      </w:r>
    </w:p>
    <w:p>
      <w:r>
        <w:rPr>
          <w:b/>
        </w:rPr>
        <w:t xml:space="preserve">[34:21] </w:t>
      </w:r>
      <w:r>
        <w:t>woh maujood hai waise hi.</w:t>
      </w:r>
    </w:p>
    <w:p>
      <w:pPr>
        <w:jc w:val="right"/>
      </w:pPr>
      <w:r>
        <w:t>وہ موجود ہے ویسے ہی۔</w:t>
      </w:r>
    </w:p>
    <w:p>
      <w:r>
        <w:rPr>
          <w:b/>
        </w:rPr>
        <w:t xml:space="preserve">[34:23] </w:t>
      </w:r>
      <w:r>
        <w:t>to jaise kaha jata hai ke ek hoti hai habit, ek hota hai addiction.</w:t>
      </w:r>
    </w:p>
    <w:p>
      <w:pPr>
        <w:jc w:val="right"/>
      </w:pPr>
      <w:r>
        <w:t>تو جیسے کہا جاتا ہے کہ ایک ہوتی ہے Habit، ایک ہوتا ہے Addiction۔</w:t>
      </w:r>
    </w:p>
    <w:p>
      <w:r>
        <w:rPr>
          <w:b/>
        </w:rPr>
        <w:t xml:space="preserve">[34:29] </w:t>
      </w:r>
      <w:r>
        <w:t>lekin addiction ho jaye tab bhi aap is ko badal sakte hain.</w:t>
      </w:r>
    </w:p>
    <w:p>
      <w:pPr>
        <w:jc w:val="right"/>
      </w:pPr>
      <w:r>
        <w:t>لیکن Addiction ہو جائے تب بھی آپ اس کو بدل سکتے ہیں۔</w:t>
      </w:r>
    </w:p>
    <w:p>
      <w:r>
        <w:rPr>
          <w:b/>
        </w:rPr>
        <w:t xml:space="preserve">[34:34] </w:t>
      </w:r>
      <w:r>
        <w:t>to meri dua hai ke mujh ko aur aap ko Allah taala tofeeq de ke hum apni al fitra</w:t>
      </w:r>
    </w:p>
    <w:p>
      <w:pPr>
        <w:jc w:val="right"/>
      </w:pPr>
      <w:r>
        <w:t>تو میری دعا ہے کہ مجھ کو اور آپ کو اللہ تعالیٰ توفیق دے کہ ہم اپنی الفطرہ</w:t>
      </w:r>
    </w:p>
    <w:p>
      <w:r>
        <w:rPr>
          <w:b/>
        </w:rPr>
        <w:t xml:space="preserve">[34:42] </w:t>
      </w:r>
      <w:r>
        <w:t>ko mehfooz rakhein.</w:t>
      </w:r>
    </w:p>
    <w:p>
      <w:pPr>
        <w:jc w:val="right"/>
      </w:pPr>
      <w:r>
        <w:t>کو محفوظ رکھیں۔</w:t>
      </w:r>
    </w:p>
    <w:p>
      <w:r>
        <w:rPr>
          <w:b/>
        </w:rPr>
        <w:t xml:space="preserve">[34:43] </w:t>
      </w:r>
      <w:r>
        <w:t>is ko conditioning se bachayein.</w:t>
      </w:r>
    </w:p>
    <w:p>
      <w:pPr>
        <w:jc w:val="right"/>
      </w:pPr>
      <w:r>
        <w:t>اس کو Conditioning سے بچائیں۔</w:t>
      </w:r>
    </w:p>
    <w:p>
      <w:r>
        <w:rPr>
          <w:b/>
        </w:rPr>
        <w:t xml:space="preserve">[34:46] </w:t>
      </w:r>
      <w:r>
        <w:t>aur agar conditioning ho gayi ho to is ko hum decondition karein, deconditioning.</w:t>
      </w:r>
    </w:p>
    <w:p>
      <w:pPr>
        <w:jc w:val="right"/>
      </w:pPr>
      <w:r>
        <w:t>اور اگر Conditioning ہو گئی ہو تو اس کو ہم Decondition کریں، Deconditioning۔</w:t>
      </w:r>
    </w:p>
    <w:p>
      <w:r>
        <w:rPr>
          <w:b/>
        </w:rPr>
        <w:t xml:space="preserve">[34:51] </w:t>
      </w:r>
      <w:r>
        <w:t>aur phir wahan pahunchein jahan khalq ne hamein paida kiya hai.</w:t>
      </w:r>
    </w:p>
    <w:p>
      <w:pPr>
        <w:jc w:val="right"/>
      </w:pPr>
      <w:r>
        <w:t>اور پھر وہاں پہنچیں جہاں خالق نے ہمیں پیدا کیا ہے۔</w:t>
      </w:r>
    </w:p>
    <w:p>
      <w:r>
        <w:rPr>
          <w:b/>
        </w:rPr>
        <w:t xml:space="preserve">[34:56] </w:t>
      </w:r>
      <w:r>
        <w:t>al fitra ki satah par.</w:t>
      </w:r>
    </w:p>
    <w:p>
      <w:pPr>
        <w:jc w:val="right"/>
      </w:pPr>
      <w:r>
        <w:t>الفطرہ کی سطح پر۔</w:t>
      </w:r>
    </w:p>
    <w:p>
      <w:r>
        <w:rPr>
          <w:b/>
        </w:rPr>
        <w:t xml:space="preserve">[34:58] </w:t>
      </w:r>
      <w:r>
        <w:t>Allah taala mujh ko aur aap ko tofeeq de ke hum aisa kar sakein.</w:t>
      </w:r>
    </w:p>
    <w:p>
      <w:pPr>
        <w:jc w:val="right"/>
      </w:pPr>
      <w:r>
        <w:t>اللہ تعالیٰ مجھ کو اور آپ کو توفیق دے کہ ہم ایسا کر سکیں۔</w:t>
      </w:r>
    </w:p>
    <w:p>
      <w:r>
        <w:rPr>
          <w:b/>
        </w:rPr>
        <w:t xml:space="preserve">[35:04] </w:t>
      </w:r>
      <w:r>
        <w:t>yahi message hum dunya ko bata sakein.</w:t>
      </w:r>
    </w:p>
    <w:p>
      <w:pPr>
        <w:jc w:val="right"/>
      </w:pPr>
      <w:r>
        <w:t>یہی Message ہم دنیا کو بتا سکیں۔</w:t>
      </w:r>
    </w:p>
    <w:p>
      <w:r>
        <w:rPr>
          <w:b/>
        </w:rPr>
        <w:t xml:space="preserve">[35:07] </w:t>
      </w:r>
      <w:r>
        <w:t>khud isi par jeeyein aur doosron ko isi par jeene wala banayein.</w:t>
      </w:r>
    </w:p>
    <w:p>
      <w:pPr>
        <w:jc w:val="right"/>
      </w:pPr>
      <w:r>
        <w:t>خود اسی پر جئیں اور دوسروں کو اسی پر جینے والا بنائیں۔</w:t>
      </w:r>
    </w:p>
    <w:p>
      <w:r>
        <w:rPr>
          <w:b/>
        </w:rPr>
        <w:t xml:space="preserve">[35:12] </w:t>
      </w:r>
      <w:r>
        <w:t>assalam o alaikum wa rehmatullahi.</w:t>
      </w:r>
    </w:p>
    <w:p>
      <w:pPr>
        <w:jc w:val="right"/>
      </w:pPr>
      <w:r>
        <w:t>السلام علیکم ورحمة الله.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