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Ijtihad December 21,2014</w:t>
      </w:r>
    </w:p>
    <w:p>
      <w:r>
        <w:t>https://www.youtube.com/watch?v=6AgisKQ8V7s</w:t>
      </w:r>
    </w:p>
    <w:p>
      <w:r>
        <w:rPr>
          <w:b/>
        </w:rPr>
        <w:t xml:space="preserve">[00:20] </w:t>
      </w:r>
      <w:r>
        <w:t>bismillah rahman rahim, wa salli Allahu ala nabiyyil karim.</w:t>
      </w:r>
    </w:p>
    <w:p>
      <w:pPr>
        <w:jc w:val="right"/>
      </w:pPr>
      <w:r>
        <w:t>بسم اللہ الرحمن الرحیم، وصلی اللہ علی النبی الکریم۔</w:t>
      </w:r>
    </w:p>
    <w:p>
      <w:r>
        <w:rPr>
          <w:b/>
        </w:rPr>
        <w:t xml:space="preserve">[00:26]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[00:32] </w:t>
      </w:r>
      <w:r>
        <w:t>21 december 2014.</w:t>
      </w:r>
    </w:p>
    <w:p>
      <w:pPr>
        <w:jc w:val="right"/>
      </w:pPr>
      <w:r>
        <w:t>21 دسمبر 2014۔</w:t>
      </w:r>
    </w:p>
    <w:p>
      <w:r>
        <w:rPr>
          <w:b/>
        </w:rPr>
        <w:t xml:space="preserve">[00:38] </w:t>
      </w:r>
      <w:r>
        <w:t>meri zindagi mein shayad aaj pehli baar aisa hua hai ke mein kisi program mein late ho gaya.</w:t>
      </w:r>
    </w:p>
    <w:p>
      <w:pPr>
        <w:jc w:val="right"/>
      </w:pPr>
      <w:r>
        <w:t>میری زندگی میں شاید آج پہلی بار ایسا ہوا ہے کہ میں کسی پروگرام میں لیٹ ہو گیا۔</w:t>
      </w:r>
    </w:p>
    <w:p>
      <w:r>
        <w:rPr>
          <w:b/>
        </w:rPr>
        <w:t xml:space="preserve">[00:45] </w:t>
      </w:r>
      <w:r>
        <w:t>lekin dekhiye, hadith mein aata hai ke momin ke liye har cheez mein sawab hai, hatta ke kanta</w:t>
      </w:r>
    </w:p>
    <w:p>
      <w:pPr>
        <w:jc w:val="right"/>
      </w:pPr>
      <w:r>
        <w:t>لیکن دیکھیے، حدیث میں آتا ہے کہ مومن کے لیے ہر چیز میں ثواب ہے، حتیٰ کہ کانٹا</w:t>
      </w:r>
    </w:p>
    <w:p>
      <w:r>
        <w:rPr>
          <w:b/>
        </w:rPr>
        <w:t xml:space="preserve">[00:51] </w:t>
      </w:r>
      <w:r>
        <w:t>jo hai paon mein tab bhi.</w:t>
      </w:r>
    </w:p>
    <w:p>
      <w:pPr>
        <w:jc w:val="right"/>
      </w:pPr>
      <w:r>
        <w:t>جو ہے پاؤں میں تب بھی۔</w:t>
      </w:r>
    </w:p>
    <w:p>
      <w:r>
        <w:rPr>
          <w:b/>
        </w:rPr>
        <w:t xml:space="preserve">[00:57] </w:t>
      </w:r>
      <w:r>
        <w:t>toh yeh jo mein late hua, toh mujhe ek hadith ka matlab samajh mein aaya.</w:t>
      </w:r>
    </w:p>
    <w:p>
      <w:pPr>
        <w:jc w:val="right"/>
      </w:pPr>
      <w:r>
        <w:t>تو یہ جو میں لیٹ ہوا، تو مجھے ایک حدیث کا مطلب سمجھ میں آیا۔</w:t>
      </w:r>
    </w:p>
    <w:p>
      <w:r>
        <w:rPr>
          <w:b/>
        </w:rPr>
        <w:t xml:space="preserve">[01:04] </w:t>
      </w:r>
      <w:r>
        <w:t>woh hadith hai: "abd al-ibadat al-intizar".</w:t>
      </w:r>
    </w:p>
    <w:p>
      <w:pPr>
        <w:jc w:val="right"/>
      </w:pPr>
      <w:r>
        <w:t>وہ حدیث ہے: "عبدالعبادت الانتظار"۔</w:t>
      </w:r>
    </w:p>
    <w:p>
      <w:r>
        <w:rPr>
          <w:b/>
        </w:rPr>
        <w:t xml:space="preserve">[01:10] </w:t>
      </w:r>
      <w:r>
        <w:t>sab se afzal ibadat hai intezar karna.</w:t>
      </w:r>
    </w:p>
    <w:p>
      <w:pPr>
        <w:jc w:val="right"/>
      </w:pPr>
      <w:r>
        <w:t>سب سے افضل عبادت ہے انتظار کرنا۔</w:t>
      </w:r>
    </w:p>
    <w:p>
      <w:r>
        <w:rPr>
          <w:b/>
        </w:rPr>
        <w:t xml:space="preserve">[01:16] </w:t>
      </w:r>
      <w:r>
        <w:t>toh mein sochta tha ke intezar karna yeh ibadat kyun hai? toh sometime intezar becomes intezar for the</w:t>
      </w:r>
    </w:p>
    <w:p>
      <w:pPr>
        <w:jc w:val="right"/>
      </w:pPr>
      <w:r>
        <w:t>تو میں سوچتا تھا کہ انتظار کرنا یہ عبادت کیوں ہے؟ تو sometime انتظار becomes انتظار for the</w:t>
      </w:r>
    </w:p>
    <w:p>
      <w:r>
        <w:rPr>
          <w:b/>
        </w:rPr>
        <w:t xml:space="preserve">[01:23] </w:t>
      </w:r>
      <w:r>
        <w:t>sake of God.</w:t>
      </w:r>
    </w:p>
    <w:p>
      <w:pPr>
        <w:jc w:val="right"/>
      </w:pPr>
      <w:r>
        <w:t>sake of God۔</w:t>
      </w:r>
    </w:p>
    <w:p>
      <w:r>
        <w:rPr>
          <w:b/>
        </w:rPr>
        <w:t xml:space="preserve">[01:29] </w:t>
      </w:r>
      <w:r>
        <w:t>yani when your intezar is for the sake of God, then it is abd al-ibadat.</w:t>
      </w:r>
    </w:p>
    <w:p>
      <w:pPr>
        <w:jc w:val="right"/>
      </w:pPr>
      <w:r>
        <w:t>یعنی when your انتظار is for the sake of God، then it is عبدالعبادت۔</w:t>
      </w:r>
    </w:p>
    <w:p>
      <w:r>
        <w:rPr>
          <w:b/>
        </w:rPr>
        <w:t xml:space="preserve">[01:35] </w:t>
      </w:r>
      <w:r>
        <w:t>toh abhi aap log jahan baithe hue the der se, toh aap ka intezar baraye intezar nahi tha,</w:t>
      </w:r>
    </w:p>
    <w:p>
      <w:pPr>
        <w:jc w:val="right"/>
      </w:pPr>
      <w:r>
        <w:t>تو ابھی آپ لوگ جہاں بیٹھے ہوئے تھے دیر سے، تو آپ کا انتظار برائے انتظار نہیں تھا،</w:t>
      </w:r>
    </w:p>
    <w:p>
      <w:r>
        <w:rPr>
          <w:b/>
        </w:rPr>
        <w:t xml:space="preserve">[01:42] </w:t>
      </w:r>
      <w:r>
        <w:t>intezar for the sake of intezar nahi tha, balke mission ke liye tha, Allah ke liye tha.</w:t>
      </w:r>
    </w:p>
    <w:p>
      <w:pPr>
        <w:jc w:val="right"/>
      </w:pPr>
      <w:r>
        <w:t>انتظار for the sake of انتظار نہیں تھا، بلکہ مشن کے لیے تھا، اللہ کے لیے تھا۔</w:t>
      </w:r>
    </w:p>
    <w:p>
      <w:r>
        <w:rPr>
          <w:b/>
        </w:rPr>
        <w:t xml:space="preserve">[01:48] </w:t>
      </w:r>
      <w:r>
        <w:t>toh yeh intezar aap ka sawab ban gaya.</w:t>
      </w:r>
    </w:p>
    <w:p>
      <w:pPr>
        <w:jc w:val="right"/>
      </w:pPr>
      <w:r>
        <w:t>تو یہ انتظار آپ کا ثواب بن گیا۔</w:t>
      </w:r>
    </w:p>
    <w:p>
      <w:r>
        <w:rPr>
          <w:b/>
        </w:rPr>
        <w:t xml:space="preserve">[01:54] </w:t>
      </w:r>
      <w:r>
        <w:t>achha, yeh kyon intezar sawab ban jata hai? Kyonke yeh creative ibadat hai.</w:t>
      </w:r>
    </w:p>
    <w:p>
      <w:pPr>
        <w:jc w:val="right"/>
      </w:pPr>
      <w:r>
        <w:t>اچھا، یہ کیوں انتظار ثواب بن جاتا ہے؟ کیونکہ یہ creative عبادت ہے۔</w:t>
      </w:r>
    </w:p>
    <w:p>
      <w:r>
        <w:rPr>
          <w:b/>
        </w:rPr>
        <w:t xml:space="preserve">[02:01] </w:t>
      </w:r>
      <w:r>
        <w:t>dekhiye, ek hai conventional ibadat.</w:t>
      </w:r>
    </w:p>
    <w:p>
      <w:pPr>
        <w:jc w:val="right"/>
      </w:pPr>
      <w:r>
        <w:t>دیکھیے، ایک ہے conventional عبادت۔</w:t>
      </w:r>
    </w:p>
    <w:p>
      <w:r>
        <w:rPr>
          <w:b/>
        </w:rPr>
        <w:t xml:space="preserve">[02:07] </w:t>
      </w:r>
      <w:r>
        <w:t>aap ki ek routine hai aap ka, is ke mutabiq aap ibadat kar rahe hain.</w:t>
      </w:r>
    </w:p>
    <w:p>
      <w:pPr>
        <w:jc w:val="right"/>
      </w:pPr>
      <w:r>
        <w:t>آپ کی ایک routine ہے آپ کا، اس کے مطابق آپ عبادت کر رہے ہیں۔</w:t>
      </w:r>
    </w:p>
    <w:p>
      <w:r>
        <w:rPr>
          <w:b/>
        </w:rPr>
        <w:t xml:space="preserve">[02:13] </w:t>
      </w:r>
      <w:r>
        <w:t>to conventional ibadat, yeh ibadat by routine, to woh ek ibadat hoti hai.</w:t>
      </w:r>
    </w:p>
    <w:p>
      <w:pPr>
        <w:jc w:val="right"/>
      </w:pPr>
      <w:r>
        <w:t>تو conventional عبادت، یہ عبادت by routine، تو وہ ایک عبادت ہوتی ہے۔</w:t>
      </w:r>
    </w:p>
    <w:p>
      <w:r>
        <w:rPr>
          <w:b/>
        </w:rPr>
        <w:t xml:space="preserve">[02:20] </w:t>
      </w:r>
      <w:r>
        <w:t>lekin yeh jo ibadat hai jis ko ke main keh raha hoon ke intezar, woh to koi is</w:t>
      </w:r>
    </w:p>
    <w:p>
      <w:pPr>
        <w:jc w:val="right"/>
      </w:pPr>
      <w:r>
        <w:t>لیکن یہ جو عبادت ہے جس کو کہ میں کہہ رہا ہوں کہ انتظار، وہ تو کوئی اس</w:t>
      </w:r>
    </w:p>
    <w:p>
      <w:r>
        <w:rPr>
          <w:b/>
        </w:rPr>
        <w:t xml:space="preserve">[02:26] </w:t>
      </w:r>
      <w:r>
        <w:t>ka koi routine nahi tha aap ki zindagi mein.</w:t>
      </w:r>
    </w:p>
    <w:p>
      <w:pPr>
        <w:jc w:val="right"/>
      </w:pPr>
      <w:r>
        <w:t>کا کوئی routine نہیں تھا آپ کی زندگی میں۔</w:t>
      </w:r>
    </w:p>
    <w:p>
      <w:r>
        <w:rPr>
          <w:b/>
        </w:rPr>
        <w:t xml:space="preserve">[02:32] </w:t>
      </w:r>
      <w:r>
        <w:t>yeh to out of convention hai, out of routine hai.</w:t>
      </w:r>
    </w:p>
    <w:p>
      <w:pPr>
        <w:jc w:val="right"/>
      </w:pPr>
      <w:r>
        <w:t>یہ تو out of convention ہے، out of routine ہے۔</w:t>
      </w:r>
    </w:p>
    <w:p>
      <w:r>
        <w:rPr>
          <w:b/>
        </w:rPr>
        <w:t xml:space="preserve">[02:38] </w:t>
      </w:r>
      <w:r>
        <w:t>to aisi ibadat ke liye aadmi ko sochna parta hai.</w:t>
      </w:r>
    </w:p>
    <w:p>
      <w:pPr>
        <w:jc w:val="right"/>
      </w:pPr>
      <w:r>
        <w:t>تو ایسی عبادت کے لیے آدمی کو سوچنا پڑتا ہے۔</w:t>
      </w:r>
    </w:p>
    <w:p>
      <w:r>
        <w:rPr>
          <w:b/>
        </w:rPr>
        <w:t xml:space="preserve">[02:45] </w:t>
      </w:r>
      <w:r>
        <w:t>agar aap na sochen to aap yahan se bhag jayenge.</w:t>
      </w:r>
    </w:p>
    <w:p>
      <w:pPr>
        <w:jc w:val="right"/>
      </w:pPr>
      <w:r>
        <w:t>اگر آپ نہ سوچیں تو آپ یہاں سے بھاگ جائیں گے۔</w:t>
      </w:r>
    </w:p>
    <w:p>
      <w:r>
        <w:rPr>
          <w:b/>
        </w:rPr>
        <w:t xml:space="preserve">[02:51] </w:t>
      </w:r>
      <w:r>
        <w:t>kyon? Baithenge kyon? Baithenge kyon? To is bana par doosri ibadaten jo hain, woh hain conventional ibadat.</w:t>
      </w:r>
    </w:p>
    <w:p>
      <w:pPr>
        <w:jc w:val="right"/>
      </w:pPr>
      <w:r>
        <w:t>کیوں؟ بیٹھیں گے کیوں؟ بیٹھیں گے کیوں؟ تو اس بنا پر دوسری عبادتیں جو ہیں، وہ ہیں conventional عبادت۔</w:t>
      </w:r>
    </w:p>
    <w:p>
      <w:r>
        <w:rPr>
          <w:b/>
        </w:rPr>
        <w:t xml:space="preserve">[02:57] </w:t>
      </w:r>
      <w:r>
        <w:t>aur yeh jo ibadat jo hai, yeh creative ibadat hai.</w:t>
      </w:r>
    </w:p>
    <w:p>
      <w:pPr>
        <w:jc w:val="right"/>
      </w:pPr>
      <w:r>
        <w:t>اور یہ جو عبادت جو ہے، یہ creative عبادت ہے۔</w:t>
      </w:r>
    </w:p>
    <w:p>
      <w:r>
        <w:rPr>
          <w:b/>
        </w:rPr>
        <w:t xml:space="preserve">[03:04] </w:t>
      </w:r>
      <w:r>
        <w:t>to creative ibadat hone ki bana par yeh ibadat abdulibadat ban jati hai.</w:t>
      </w:r>
    </w:p>
    <w:p>
      <w:pPr>
        <w:jc w:val="right"/>
      </w:pPr>
      <w:r>
        <w:t>تو creative عبادت ہونے کی بنا پر یہ عبادت عبدالعبادت بن جاتی ہے۔</w:t>
      </w:r>
    </w:p>
    <w:p>
      <w:r>
        <w:rPr>
          <w:b/>
        </w:rPr>
        <w:t xml:space="preserve">[03:10] </w:t>
      </w:r>
      <w:r>
        <w:t>ab main aap ko ek aur cheez ke bare mein arz karna chahta hoon.</w:t>
      </w:r>
    </w:p>
    <w:p>
      <w:pPr>
        <w:jc w:val="right"/>
      </w:pPr>
      <w:r>
        <w:t>اب میں آپ کو ایک اور چیز کے بارے میں عرض کرنا چاہتا ہوں۔</w:t>
      </w:r>
    </w:p>
    <w:p>
      <w:r>
        <w:rPr>
          <w:b/>
        </w:rPr>
        <w:t xml:space="preserve">[03:16] </w:t>
      </w:r>
      <w:r>
        <w:t>dekhiye, aaj ka aap Times of India dekhen, aaj ka, to is ke front page par mera article</w:t>
      </w:r>
    </w:p>
    <w:p>
      <w:pPr>
        <w:jc w:val="right"/>
      </w:pPr>
      <w:r>
        <w:t>دیکھیے، آج کا آپ Times of India دیکھیں، آج کا، تو اس کے front page پر میرا آرٹیکل</w:t>
      </w:r>
    </w:p>
    <w:p>
      <w:r>
        <w:rPr>
          <w:b/>
        </w:rPr>
        <w:t xml:space="preserve">[03:23] </w:t>
      </w:r>
      <w:r>
        <w:t>chapa hua hai.</w:t>
      </w:r>
    </w:p>
    <w:p>
      <w:pPr>
        <w:jc w:val="right"/>
      </w:pPr>
      <w:r>
        <w:t>چھپا ہوا ہے۔</w:t>
      </w:r>
    </w:p>
    <w:p>
      <w:r>
        <w:rPr>
          <w:b/>
        </w:rPr>
        <w:t xml:space="preserve">[03:29] </w:t>
      </w:r>
      <w:r>
        <w:t>front page par.</w:t>
      </w:r>
    </w:p>
    <w:p>
      <w:pPr>
        <w:jc w:val="right"/>
      </w:pPr>
      <w:r>
        <w:t>front page پر۔</w:t>
      </w:r>
    </w:p>
    <w:p>
      <w:r>
        <w:rPr>
          <w:b/>
        </w:rPr>
        <w:t xml:space="preserve">[03:35] </w:t>
      </w:r>
      <w:r>
        <w:t>yeh kaise hua? Yani India ka number one paper hai Times of India, is mein hamara article chapa</w:t>
      </w:r>
    </w:p>
    <w:p>
      <w:pPr>
        <w:jc w:val="right"/>
      </w:pPr>
      <w:r>
        <w:t>یہ کیسے ہوا؟ یعنی انڈیا کا نمبر one paper ہے Times of India، اس میں ہمارا آرٹیکل چھپا</w:t>
      </w:r>
    </w:p>
    <w:p>
      <w:r>
        <w:rPr>
          <w:b/>
        </w:rPr>
        <w:t xml:space="preserve">[03:42] </w:t>
      </w:r>
      <w:r>
        <w:t>hua hai, bar bar chapta hai.</w:t>
      </w:r>
    </w:p>
    <w:p>
      <w:pPr>
        <w:jc w:val="right"/>
      </w:pPr>
      <w:r>
        <w:t>ہوا ہے، بار بار چھپتا ہے۔</w:t>
      </w:r>
    </w:p>
    <w:p>
      <w:r>
        <w:rPr>
          <w:b/>
        </w:rPr>
        <w:t xml:space="preserve">[03:48] </w:t>
      </w:r>
      <w:r>
        <w:t>yeh yeh ek age ki alamat hai ke Allah taala ne sare halaat ko sachai ke liye supporting</w:t>
      </w:r>
    </w:p>
    <w:p>
      <w:pPr>
        <w:jc w:val="right"/>
      </w:pPr>
      <w:r>
        <w:t>یہ یہ ایک age کی علامت ہے کہ اللہ تعالیٰ نے سارے حالات کو سچائی کے لیے supporting</w:t>
      </w:r>
    </w:p>
    <w:p>
      <w:r>
        <w:rPr>
          <w:b/>
        </w:rPr>
        <w:t xml:space="preserve">[03:54] </w:t>
      </w:r>
      <w:r>
        <w:t>bana diya, supporting factor bana diya.</w:t>
      </w:r>
    </w:p>
    <w:p>
      <w:pPr>
        <w:jc w:val="right"/>
      </w:pPr>
      <w:r>
        <w:t>بنا دیا، supporting factor بنا دیا۔</w:t>
      </w:r>
    </w:p>
    <w:p>
      <w:r>
        <w:rPr>
          <w:b/>
        </w:rPr>
        <w:t xml:space="preserve">[04:01] </w:t>
      </w:r>
      <w:r>
        <w:t>sab kuch aap ke liye supporting ban jata hai, ban gaya.</w:t>
      </w:r>
    </w:p>
    <w:p>
      <w:pPr>
        <w:jc w:val="right"/>
      </w:pPr>
      <w:r>
        <w:t>سب کچھ آپ کے لیے supporting بن جاتا ہے، بن گیا۔</w:t>
      </w:r>
    </w:p>
    <w:p>
      <w:r>
        <w:rPr>
          <w:b/>
        </w:rPr>
        <w:t xml:space="preserve">[04:07] </w:t>
      </w:r>
      <w:r>
        <w:t>pura age aap ke liye supporting age hai.</w:t>
      </w:r>
    </w:p>
    <w:p>
      <w:pPr>
        <w:jc w:val="right"/>
      </w:pPr>
      <w:r>
        <w:t>پورا age آپ کے لیے supporting age ہے۔</w:t>
      </w:r>
    </w:p>
    <w:p>
      <w:r>
        <w:rPr>
          <w:b/>
        </w:rPr>
        <w:t xml:space="preserve">[04:13] </w:t>
      </w:r>
      <w:r>
        <w:t>yani aap sachai ke sahi maanon mein sachai ka ilambardar hain.</w:t>
      </w:r>
    </w:p>
    <w:p>
      <w:pPr>
        <w:jc w:val="right"/>
      </w:pPr>
      <w:r>
        <w:t>یعنی آپ سچائی کے صحیح معنوں میں سچائی کا علمبردار ہیں۔</w:t>
      </w:r>
    </w:p>
    <w:p>
      <w:r>
        <w:rPr>
          <w:b/>
        </w:rPr>
        <w:t xml:space="preserve">[04:20] </w:t>
      </w:r>
      <w:r>
        <w:t>to is zamane mein jo bhi activities hain, chahe conference ho, chahe seminar ho, chahe media ho, chahe</w:t>
      </w:r>
    </w:p>
    <w:p>
      <w:pPr>
        <w:jc w:val="right"/>
      </w:pPr>
      <w:r>
        <w:t>تو اس زمانے میں جو بھی activities ہیں، چاہے conference ہو، چاہے seminar ہو، چاہے میڈیا ہو، چاہے</w:t>
      </w:r>
    </w:p>
    <w:p>
      <w:r>
        <w:rPr>
          <w:b/>
        </w:rPr>
        <w:t xml:space="preserve">[04:26] </w:t>
      </w:r>
      <w:r>
        <w:t>college ho, university ho, library ho, hatta ke United Nations ho, jitne bhi institutions hain, jitni bhi activities</w:t>
      </w:r>
    </w:p>
    <w:p>
      <w:pPr>
        <w:jc w:val="right"/>
      </w:pPr>
      <w:r>
        <w:t>کالج ہو، یونیورسٹی ہو، لائبریری ہو، حتیٰ کہ United Nations ہو، جتنے بھی institutions ہیں، جتنی بھی activities</w:t>
      </w:r>
    </w:p>
    <w:p>
      <w:r>
        <w:rPr>
          <w:b/>
        </w:rPr>
        <w:t xml:space="preserve">[04:32] </w:t>
      </w:r>
      <w:r>
        <w:t>hain, woh aap ke liye supporting ban jayengi, support karne wali ban jayengi.</w:t>
      </w:r>
    </w:p>
    <w:p>
      <w:pPr>
        <w:jc w:val="right"/>
      </w:pPr>
      <w:r>
        <w:t>ہیں، وہ آپ کے لیے supporting بن جائیں گی، support کرنے والی بن جائیں گی۔</w:t>
      </w:r>
    </w:p>
    <w:p>
      <w:r>
        <w:rPr>
          <w:b/>
        </w:rPr>
        <w:t xml:space="preserve">[04:38] </w:t>
      </w:r>
      <w:r>
        <w:t>Yeh Allah taala ne ek naya age paida kiya.</w:t>
      </w:r>
    </w:p>
    <w:p>
      <w:pPr>
        <w:jc w:val="right"/>
      </w:pPr>
      <w:r>
        <w:t>یہ اللہ تعالیٰ نے ایک نیا age پیدا کیا۔</w:t>
      </w:r>
    </w:p>
    <w:p>
      <w:r>
        <w:rPr>
          <w:b/>
        </w:rPr>
        <w:t xml:space="preserve">[04:45] </w:t>
      </w:r>
      <w:r>
        <w:t>Condition kya hai? Sirf ek condition hai.</w:t>
      </w:r>
    </w:p>
    <w:p>
      <w:pPr>
        <w:jc w:val="right"/>
      </w:pPr>
      <w:r>
        <w:t>Condition کیا ہے؟ صرف ایک condition ہے۔</w:t>
      </w:r>
    </w:p>
    <w:p>
      <w:r>
        <w:rPr>
          <w:b/>
        </w:rPr>
        <w:t xml:space="preserve">[04:51] </w:t>
      </w:r>
      <w:r>
        <w:t>Woh condition yeh hai ke aap spirit of the age ko janiye, spirit of the age ko janiye,</w:t>
      </w:r>
    </w:p>
    <w:p>
      <w:pPr>
        <w:jc w:val="right"/>
      </w:pPr>
      <w:r>
        <w:t>وہ condition یہ ہے کہ آپ spirit of the age کو جانیں، spirit of the age کو جانیں،</w:t>
      </w:r>
    </w:p>
    <w:p>
      <w:r>
        <w:rPr>
          <w:b/>
        </w:rPr>
        <w:t xml:space="preserve">[04:57] </w:t>
      </w:r>
      <w:r>
        <w:t>aur is ke mutabiq aap ka amal ho.</w:t>
      </w:r>
    </w:p>
    <w:p>
      <w:pPr>
        <w:jc w:val="right"/>
      </w:pPr>
      <w:r>
        <w:t>اور اس کے مطابق آپ کا عمل ہو۔</w:t>
      </w:r>
    </w:p>
    <w:p>
      <w:r>
        <w:rPr>
          <w:b/>
        </w:rPr>
        <w:t xml:space="preserve">[05:04] </w:t>
      </w:r>
      <w:r>
        <w:t>Aap ka bolna, aap ka likhna, aap ka way of thinking, woh spirit of the age ke mutabiq ho.</w:t>
      </w:r>
    </w:p>
    <w:p>
      <w:pPr>
        <w:jc w:val="right"/>
      </w:pPr>
      <w:r>
        <w:t>آپ کا بولنا، آپ کا لکھنا، آپ کا way of thinking، وہ spirit of the age کے مطابق ہو۔</w:t>
      </w:r>
    </w:p>
    <w:p>
      <w:r>
        <w:rPr>
          <w:b/>
        </w:rPr>
        <w:t xml:space="preserve">[05:10] </w:t>
      </w:r>
      <w:r>
        <w:t>Toh bilkul saari duniya aap ko support karne wali bana diya Allah taala ne.</w:t>
      </w:r>
    </w:p>
    <w:p>
      <w:pPr>
        <w:jc w:val="right"/>
      </w:pPr>
      <w:r>
        <w:t>تو بالکل ساری دنیا آپ کو support کرنے والی بنا دیا اللہ تعالیٰ نے۔</w:t>
      </w:r>
    </w:p>
    <w:p>
      <w:r>
        <w:rPr>
          <w:b/>
        </w:rPr>
        <w:t xml:space="preserve">[05:16] </w:t>
      </w:r>
      <w:r>
        <w:t>Dekhiye, pehle zamane mein jab tak aap is ko compare na karein pehle zamane se ab se, tab</w:t>
      </w:r>
    </w:p>
    <w:p>
      <w:pPr>
        <w:jc w:val="right"/>
      </w:pPr>
      <w:r>
        <w:t>دیکھیے، پہلے زمانے میں جب تک آپ اس کو compare نہ کریں پہلے زمانے سے اب سے، تب</w:t>
      </w:r>
    </w:p>
    <w:p>
      <w:r>
        <w:rPr>
          <w:b/>
        </w:rPr>
        <w:t xml:space="preserve">[05:23] </w:t>
      </w:r>
      <w:r>
        <w:t>tak aap samajh nahi sakte.</w:t>
      </w:r>
    </w:p>
    <w:p>
      <w:pPr>
        <w:jc w:val="right"/>
      </w:pPr>
      <w:r>
        <w:t>تک آپ سمجھ نہیں سکتے۔</w:t>
      </w:r>
    </w:p>
    <w:p>
      <w:r>
        <w:rPr>
          <w:b/>
        </w:rPr>
        <w:t xml:space="preserve">[05:29] </w:t>
      </w:r>
      <w:r>
        <w:t>Aap ghaur kijiye ke saade teen hazar saal pehle Hazrat Musa aaye Misr mein, Firon ke samne, unhon</w:t>
      </w:r>
    </w:p>
    <w:p>
      <w:pPr>
        <w:jc w:val="right"/>
      </w:pPr>
      <w:r>
        <w:t>آپ غور کیجیے کہ ساڑھے تین ہزار سال پہلے حضرت موسیٰ آئے مصر میں، فرعون کے سامنے، انہوں</w:t>
      </w:r>
    </w:p>
    <w:p>
      <w:r>
        <w:rPr>
          <w:b/>
        </w:rPr>
        <w:t xml:space="preserve">[05:35] </w:t>
      </w:r>
      <w:r>
        <w:t>ne tauheed ki baat kahi, peaceful andaaz mein, na koi talwar na bandook, peaceful andaaz mein.</w:t>
      </w:r>
    </w:p>
    <w:p>
      <w:pPr>
        <w:jc w:val="right"/>
      </w:pPr>
      <w:r>
        <w:t>نے توحید کی بات کہی، peaceful انداز میں، نہ کوئی تلوار نہ بندوق، peaceful انداز میں۔</w:t>
      </w:r>
    </w:p>
    <w:p>
      <w:r>
        <w:rPr>
          <w:b/>
        </w:rPr>
        <w:t xml:space="preserve">[05:42] </w:t>
      </w:r>
      <w:r>
        <w:t>Aur us waqt ka jo king tha, us ne kaha ke main tum ko yani maar dalunga.</w:t>
      </w:r>
    </w:p>
    <w:p>
      <w:pPr>
        <w:jc w:val="right"/>
      </w:pPr>
      <w:r>
        <w:t>اور اس وقت کا جو king تھا، اس نے کہا کہ میں تم کو یعنی مار ڈالوں گا۔</w:t>
      </w:r>
    </w:p>
    <w:p>
      <w:r>
        <w:rPr>
          <w:b/>
        </w:rPr>
        <w:t xml:space="preserve">[05:48] </w:t>
      </w:r>
      <w:r>
        <w:t>Pehle zamane mein badshah ke paas ek aadmi khada hota tha, jis ko kehte the jallad.</w:t>
      </w:r>
    </w:p>
    <w:p>
      <w:pPr>
        <w:jc w:val="right"/>
      </w:pPr>
      <w:r>
        <w:t>پہلے زمانے میں بادشاہ کے پاس ایک آدمی کھڑا ہوتا تھا، جس کو کہتے تھے جلاد۔</w:t>
      </w:r>
    </w:p>
    <w:p>
      <w:r>
        <w:rPr>
          <w:b/>
        </w:rPr>
        <w:t xml:space="preserve">[05:54] </w:t>
      </w:r>
      <w:r>
        <w:t>Badshah ki zuban se nikalta tha ke maro is ko.</w:t>
      </w:r>
    </w:p>
    <w:p>
      <w:pPr>
        <w:jc w:val="right"/>
      </w:pPr>
      <w:r>
        <w:t>بادشاہ کی زبان سے نکلتا تھا کہ مارو اس کو۔</w:t>
      </w:r>
    </w:p>
    <w:p>
      <w:r>
        <w:rPr>
          <w:b/>
        </w:rPr>
        <w:t xml:space="preserve">[06:01] </w:t>
      </w:r>
      <w:r>
        <w:t>Woh talwar chalata tha.</w:t>
      </w:r>
    </w:p>
    <w:p>
      <w:pPr>
        <w:jc w:val="right"/>
      </w:pPr>
      <w:r>
        <w:t>وہ تلوار چلاتا تھا۔</w:t>
      </w:r>
    </w:p>
    <w:p>
      <w:r>
        <w:rPr>
          <w:b/>
        </w:rPr>
        <w:t xml:space="preserve">[06:07] </w:t>
      </w:r>
      <w:r>
        <w:t>Yani koi court nahi, koi nahi, koi law nahi, kuch nahi.</w:t>
      </w:r>
    </w:p>
    <w:p>
      <w:pPr>
        <w:jc w:val="right"/>
      </w:pPr>
      <w:r>
        <w:t>یعنی کوئی court نہیں، کوئی نہیں، کوئی law نہیں، کچھ نہیں۔</w:t>
      </w:r>
    </w:p>
    <w:p>
      <w:r>
        <w:rPr>
          <w:b/>
        </w:rPr>
        <w:t xml:space="preserve">[06:13] </w:t>
      </w:r>
      <w:r>
        <w:t>Bas uska hukum jo tha, us ke tehat aadmi maar dala jata tha.</w:t>
      </w:r>
    </w:p>
    <w:p>
      <w:pPr>
        <w:jc w:val="right"/>
      </w:pPr>
      <w:r>
        <w:t>بس اس کا حکم جو تھا، اس کے تحت آدمی مار ڈالا جاتا تھا۔</w:t>
      </w:r>
    </w:p>
    <w:p>
      <w:r>
        <w:rPr>
          <w:b/>
        </w:rPr>
        <w:t xml:space="preserve">[06:20] </w:t>
      </w:r>
      <w:r>
        <w:t>Woh ek daur tha.</w:t>
      </w:r>
    </w:p>
    <w:p>
      <w:pPr>
        <w:jc w:val="right"/>
      </w:pPr>
      <w:r>
        <w:t>وہ ایک دور تھا۔</w:t>
      </w:r>
    </w:p>
    <w:p>
      <w:r>
        <w:rPr>
          <w:b/>
        </w:rPr>
        <w:t xml:space="preserve">[06:26] </w:t>
      </w:r>
      <w:r>
        <w:t>Ab kya hai? Kuch bhi nahi.</w:t>
      </w:r>
    </w:p>
    <w:p>
      <w:pPr>
        <w:jc w:val="right"/>
      </w:pPr>
      <w:r>
        <w:t>اب کیا ہے؟ کچھ بھی نہیں۔</w:t>
      </w:r>
    </w:p>
    <w:p>
      <w:r>
        <w:rPr>
          <w:b/>
        </w:rPr>
        <w:t xml:space="preserve">[06:32] </w:t>
      </w:r>
      <w:r>
        <w:t>Aap kahin bhi jaiye, sachai ki baat kahiye, aur aap ko accept kiya jayega.</w:t>
      </w:r>
    </w:p>
    <w:p>
      <w:pPr>
        <w:jc w:val="right"/>
      </w:pPr>
      <w:r>
        <w:t>آپ کہیں بھی جائیے، سچائی کی بات کہیے، اور آپ کو accept کیا جائے گا۔</w:t>
      </w:r>
    </w:p>
    <w:p>
      <w:r>
        <w:rPr>
          <w:b/>
        </w:rPr>
        <w:t xml:space="preserve">[06:39] </w:t>
      </w:r>
      <w:r>
        <w:t>Kyun? Kyun ke is daur ka jo jo bohat bada woh hai, openness hai, openness, acceptance of others.</w:t>
      </w:r>
    </w:p>
    <w:p>
      <w:pPr>
        <w:jc w:val="right"/>
      </w:pPr>
      <w:r>
        <w:t>کیوں؟ کیونکہ اس دور کا جو جو بہت بڑا وہ ہے، openness ہے، openness، acceptance of others۔</w:t>
      </w:r>
    </w:p>
    <w:p>
      <w:r>
        <w:rPr>
          <w:b/>
        </w:rPr>
        <w:t xml:space="preserve">[06:45] </w:t>
      </w:r>
      <w:r>
        <w:t>Dekhiye, is ko age ko kaha jata hai age of democracy.</w:t>
      </w:r>
    </w:p>
    <w:p>
      <w:pPr>
        <w:jc w:val="right"/>
      </w:pPr>
      <w:r>
        <w:t>دیکھیے، اس کو age کو کہا جاتا ہے age of democracy۔</w:t>
      </w:r>
    </w:p>
    <w:p>
      <w:r>
        <w:rPr>
          <w:b/>
        </w:rPr>
        <w:t xml:space="preserve">[06:51] </w:t>
      </w:r>
      <w:r>
        <w:t>What is age of democracy? Democracy means to accept the others.</w:t>
      </w:r>
    </w:p>
    <w:p>
      <w:pPr>
        <w:jc w:val="right"/>
      </w:pPr>
      <w:r>
        <w:t>What is age of democracy؟ Democracy means to accept the others۔</w:t>
      </w:r>
    </w:p>
    <w:p>
      <w:r>
        <w:rPr>
          <w:b/>
        </w:rPr>
        <w:t xml:space="preserve">[06:57] </w:t>
      </w:r>
      <w:r>
        <w:t>Democracy ka matlab hota hai doosre ko ko accept karna.</w:t>
      </w:r>
    </w:p>
    <w:p>
      <w:pPr>
        <w:jc w:val="right"/>
      </w:pPr>
      <w:r>
        <w:t>Democracy کا مطلب ہوتا ہے دوسرے کو کو accept کرنا۔</w:t>
      </w:r>
    </w:p>
    <w:p>
      <w:r>
        <w:rPr>
          <w:b/>
        </w:rPr>
        <w:t xml:space="preserve">[07:04] </w:t>
      </w:r>
      <w:r>
        <w:t>Kyun ke aap dekhte hain ke politicians mein hamesha kai raaye hoti hain.</w:t>
      </w:r>
    </w:p>
    <w:p>
      <w:pPr>
        <w:jc w:val="right"/>
      </w:pPr>
      <w:r>
        <w:t>کیونکہ آپ دیکھتے ہیں کہ politicians میں ہمیشہ کئی رائیں ہوتی ہیں۔</w:t>
      </w:r>
    </w:p>
    <w:p>
      <w:r>
        <w:rPr>
          <w:b/>
        </w:rPr>
        <w:t xml:space="preserve">[07:10] </w:t>
      </w:r>
      <w:r>
        <w:t>saari raai raaiyon ko power nahin milta.</w:t>
      </w:r>
    </w:p>
    <w:p>
      <w:pPr>
        <w:jc w:val="right"/>
      </w:pPr>
      <w:r>
        <w:t>ساری رائی رائیوں کو power نہیں ملتا۔</w:t>
      </w:r>
    </w:p>
    <w:p>
      <w:r>
        <w:rPr>
          <w:b/>
        </w:rPr>
        <w:t xml:space="preserve">[07:16] </w:t>
      </w:r>
      <w:r>
        <w:t>Election hota hai, fair and free.</w:t>
      </w:r>
    </w:p>
    <w:p>
      <w:pPr>
        <w:jc w:val="right"/>
      </w:pPr>
      <w:r>
        <w:t>Election ہوتا ہے، fair and free۔</w:t>
      </w:r>
    </w:p>
    <w:p>
      <w:r>
        <w:rPr>
          <w:b/>
        </w:rPr>
        <w:t xml:space="preserve">[07:23] </w:t>
      </w:r>
      <w:r>
        <w:t>to ek koi ek party aa jaati hai power mein.</w:t>
      </w:r>
    </w:p>
    <w:p>
      <w:pPr>
        <w:jc w:val="right"/>
      </w:pPr>
      <w:r>
        <w:t>تو ایک کوئی ایک party آ جاتی ہے power میں۔</w:t>
      </w:r>
    </w:p>
    <w:p>
      <w:r>
        <w:rPr>
          <w:b/>
        </w:rPr>
        <w:t xml:space="preserve">[07:29] </w:t>
      </w:r>
      <w:r>
        <w:t>to woh doosre log is ko accept karte hain.</w:t>
      </w:r>
    </w:p>
    <w:p>
      <w:pPr>
        <w:jc w:val="right"/>
      </w:pPr>
      <w:r>
        <w:t>تو وہ دوسرے لوگ اس کو accept کرتے ہیں۔</w:t>
      </w:r>
    </w:p>
    <w:p>
      <w:r>
        <w:rPr>
          <w:b/>
        </w:rPr>
        <w:t xml:space="preserve">[07:35] </w:t>
      </w:r>
      <w:r>
        <w:t>jo party power mein aa jaaye, to jo opposition mein hain, jin ko defeat ho gayi, un ko</w:t>
      </w:r>
    </w:p>
    <w:p>
      <w:pPr>
        <w:jc w:val="right"/>
      </w:pPr>
      <w:r>
        <w:t>جو party power میں آ جائے، تو جو opposition میں ہیں، جن کو defeat ہو گئی، ان کو</w:t>
      </w:r>
    </w:p>
    <w:p>
      <w:r>
        <w:rPr>
          <w:b/>
        </w:rPr>
        <w:t xml:space="preserve">[07:42] </w:t>
      </w:r>
      <w:r>
        <w:t>accept karte hain.</w:t>
      </w:r>
    </w:p>
    <w:p>
      <w:pPr>
        <w:jc w:val="right"/>
      </w:pPr>
      <w:r>
        <w:t>accept کرتے ہیں۔</w:t>
      </w:r>
    </w:p>
    <w:p>
      <w:r>
        <w:rPr>
          <w:b/>
        </w:rPr>
        <w:t xml:space="preserve">[07:48] </w:t>
      </w:r>
      <w:r>
        <w:t>to yeh yeh ajeeb o ghareeb daur hai.</w:t>
      </w:r>
    </w:p>
    <w:p>
      <w:pPr>
        <w:jc w:val="right"/>
      </w:pPr>
      <w:r>
        <w:t>تو یہ یہ عجیب و غریب دور ہے۔</w:t>
      </w:r>
    </w:p>
    <w:p>
      <w:r>
        <w:rPr>
          <w:b/>
        </w:rPr>
        <w:t xml:space="preserve">[07:54] </w:t>
      </w:r>
      <w:r>
        <w:t>is ko aap openness kahiye ya doosre ko accept karna kahiye, yeh bohat ajeeb o ghareeb daur hai.</w:t>
      </w:r>
    </w:p>
    <w:p>
      <w:pPr>
        <w:jc w:val="right"/>
      </w:pPr>
      <w:r>
        <w:t>اس کو آپ openness کہیے یا دوسرے کو accept کرنا کہیے، یہ بہت عجیب و غریب دور ہے۔</w:t>
      </w:r>
    </w:p>
    <w:p>
      <w:r>
        <w:rPr>
          <w:b/>
        </w:rPr>
        <w:t xml:space="preserve">[08:01] </w:t>
      </w:r>
      <w:r>
        <w:t>is ka matlab nahin ke aap ki raai kya hai, aap ki raai kya hai, is ka koi matlab nahin.</w:t>
      </w:r>
    </w:p>
    <w:p>
      <w:pPr>
        <w:jc w:val="right"/>
      </w:pPr>
      <w:r>
        <w:t>اس کا مطلب نہیں کہ آپ کی رائے کیا ہے، آپ کی رائے کیا ہے، اس کا کوئی مطلب نہیں۔</w:t>
      </w:r>
    </w:p>
    <w:p>
      <w:r>
        <w:rPr>
          <w:b/>
        </w:rPr>
        <w:t xml:space="preserve">[08:07] </w:t>
      </w:r>
      <w:r>
        <w:t>You have to accept the other person۔</w:t>
      </w:r>
    </w:p>
    <w:p>
      <w:pPr>
        <w:jc w:val="right"/>
      </w:pPr>
      <w:r>
        <w:t>You have to accept the other person۔</w:t>
      </w:r>
    </w:p>
    <w:p>
      <w:r>
        <w:rPr>
          <w:b/>
        </w:rPr>
        <w:t xml:space="preserve">[08:13] </w:t>
      </w:r>
      <w:r>
        <w:t>yeh is zamaane ka norm hai.</w:t>
      </w:r>
    </w:p>
    <w:p>
      <w:pPr>
        <w:jc w:val="right"/>
      </w:pPr>
      <w:r>
        <w:t>یہ اس زمانے کا norm ہے۔</w:t>
      </w:r>
    </w:p>
    <w:p>
      <w:r>
        <w:rPr>
          <w:b/>
        </w:rPr>
        <w:t xml:space="preserve">[08:20] </w:t>
      </w:r>
      <w:r>
        <w:t>jo is zamaane mein is ko yaani is par na chale, jo is ke khilaaf ho, woh zamaane</w:t>
      </w:r>
    </w:p>
    <w:p>
      <w:pPr>
        <w:jc w:val="right"/>
      </w:pPr>
      <w:r>
        <w:t>جو اس زمانے میں اس کو یعنی اس پر نہ چلے، جو اس کے خلاف ہو، وہ زمانے</w:t>
      </w:r>
    </w:p>
    <w:p>
      <w:r>
        <w:rPr>
          <w:b/>
        </w:rPr>
        <w:t xml:space="preserve">[08:26] </w:t>
      </w:r>
      <w:r>
        <w:t>mein samjha jaayega ke yeh to backward aadmi hai, yeh to bekaar aadmi hai.</w:t>
      </w:r>
    </w:p>
    <w:p>
      <w:pPr>
        <w:jc w:val="right"/>
      </w:pPr>
      <w:r>
        <w:t>میں سمجھا جائے گا کہ یہ تو backward آدمی ہے، یہ تو بیکار آدمی ہے۔</w:t>
      </w:r>
    </w:p>
    <w:p>
      <w:r>
        <w:rPr>
          <w:b/>
        </w:rPr>
        <w:t xml:space="preserve">[08:32] </w:t>
      </w:r>
      <w:r>
        <w:t>yeh hai asal raaz.</w:t>
      </w:r>
    </w:p>
    <w:p>
      <w:pPr>
        <w:jc w:val="right"/>
      </w:pPr>
      <w:r>
        <w:t>یہ ہے اصل راز۔</w:t>
      </w:r>
    </w:p>
    <w:p>
      <w:r>
        <w:rPr>
          <w:b/>
        </w:rPr>
        <w:t xml:space="preserve">[08:39] </w:t>
      </w:r>
      <w:r>
        <w:t>lekin is mein dekhiye, do shartein hain.</w:t>
      </w:r>
    </w:p>
    <w:p>
      <w:pPr>
        <w:jc w:val="right"/>
      </w:pPr>
      <w:r>
        <w:t>لیکن اس میں دیکھیے، دو شرطیں ہیں۔</w:t>
      </w:r>
    </w:p>
    <w:p>
      <w:r>
        <w:rPr>
          <w:b/>
        </w:rPr>
        <w:t xml:space="preserve">[08:45] </w:t>
      </w:r>
      <w:r>
        <w:t>ek yeh hai ke aap peaceful hon.</w:t>
      </w:r>
    </w:p>
    <w:p>
      <w:pPr>
        <w:jc w:val="right"/>
      </w:pPr>
      <w:r>
        <w:t>ایک یہ ہے کہ آپ peaceful ہوں۔</w:t>
      </w:r>
    </w:p>
    <w:p>
      <w:r>
        <w:rPr>
          <w:b/>
        </w:rPr>
        <w:t xml:space="preserve">[08:51] </w:t>
      </w:r>
      <w:r>
        <w:t>is zamaane mein dekhiye, agar ek taraf to accept the other person ka culture duniya mein aaya hai,</w:t>
      </w:r>
    </w:p>
    <w:p>
      <w:pPr>
        <w:jc w:val="right"/>
      </w:pPr>
      <w:r>
        <w:t>اس زمانے میں دیکھیے، اگر ایک طرف to accept the other person کا کلچر دنیا میں آیا ہے،</w:t>
      </w:r>
    </w:p>
    <w:p>
      <w:r>
        <w:rPr>
          <w:b/>
        </w:rPr>
        <w:t xml:space="preserve">[08:57] </w:t>
      </w:r>
      <w:r>
        <w:t>to isi ka doosra culture yeh aaya hai ke violence ko completely aaj ka insaan galat samajhta hai.</w:t>
      </w:r>
    </w:p>
    <w:p>
      <w:pPr>
        <w:jc w:val="right"/>
      </w:pPr>
      <w:r>
        <w:t>تو اسی کا دوسرا کلچر یہ آیا ہے کہ violence کو completely آج کا انسان غلط سمجھتا ہے۔</w:t>
      </w:r>
    </w:p>
    <w:p>
      <w:r>
        <w:rPr>
          <w:b/>
        </w:rPr>
        <w:t xml:space="preserve">[09:04] </w:t>
      </w:r>
      <w:r>
        <w:t>yaani violence aap na karein, hate aur violence se bilkul free hon aap.</w:t>
      </w:r>
    </w:p>
    <w:p>
      <w:pPr>
        <w:jc w:val="right"/>
      </w:pPr>
      <w:r>
        <w:t>یعنی violence آپ نہ کریں، hate اور violence سے بالکل free ہوں آپ۔</w:t>
      </w:r>
    </w:p>
    <w:p>
      <w:r>
        <w:rPr>
          <w:b/>
        </w:rPr>
        <w:t xml:space="preserve">[09:10] </w:t>
      </w:r>
      <w:r>
        <w:t>to jo bhi aap kahein, sab sune ga aadmi.</w:t>
      </w:r>
    </w:p>
    <w:p>
      <w:pPr>
        <w:jc w:val="right"/>
      </w:pPr>
      <w:r>
        <w:t>تو جو بھی آپ کہیں، سب سنے گا آدمی۔</w:t>
      </w:r>
    </w:p>
    <w:p>
      <w:r>
        <w:rPr>
          <w:b/>
        </w:rPr>
        <w:t xml:space="preserve">[09:16] </w:t>
      </w:r>
      <w:r>
        <w:t>main America gaya to wahan par jo jo state hai California, us mein kuch log hain, kuch Muslim,</w:t>
      </w:r>
    </w:p>
    <w:p>
      <w:pPr>
        <w:jc w:val="right"/>
      </w:pPr>
      <w:r>
        <w:t>میں امریکہ گیا تو وہاں پر جو جو state ہے کیلیفورنیا، اس میں کچھ لوگ ہیں، کچھ مسلم،</w:t>
      </w:r>
    </w:p>
    <w:p>
      <w:r>
        <w:rPr>
          <w:b/>
        </w:rPr>
        <w:t xml:space="preserve">[09:23] </w:t>
      </w:r>
      <w:r>
        <w:t>woh jaante hain kya movement chala rahe hain.</w:t>
      </w:r>
    </w:p>
    <w:p>
      <w:pPr>
        <w:jc w:val="right"/>
      </w:pPr>
      <w:r>
        <w:t>وہ جانتے ہیں کیا movement چلا رہے ہیں۔</w:t>
      </w:r>
    </w:p>
    <w:p>
      <w:r>
        <w:rPr>
          <w:b/>
        </w:rPr>
        <w:t xml:space="preserve">[09:29] </w:t>
      </w:r>
      <w:r>
        <w:t>woh kehte hain ke California jo hai, asal mein Khilifornia hai, yaani Khilafat.</w:t>
      </w:r>
    </w:p>
    <w:p>
      <w:pPr>
        <w:jc w:val="right"/>
      </w:pPr>
      <w:r>
        <w:t>وہ کہتے ہیں کہ کیلیفورنیا جو ہے، اصل میں خلیفورنیا ہے، یعنی خلافت۔</w:t>
      </w:r>
    </w:p>
    <w:p>
      <w:r>
        <w:rPr>
          <w:b/>
        </w:rPr>
        <w:t xml:space="preserve">[09:35] </w:t>
      </w:r>
      <w:r>
        <w:t>California jo hai, woh Khilafat thi yahan par.</w:t>
      </w:r>
    </w:p>
    <w:p>
      <w:pPr>
        <w:jc w:val="right"/>
      </w:pPr>
      <w:r>
        <w:t>کیلیفورنیا جو ہے، وہ خلافت تھی یہاں پر۔</w:t>
      </w:r>
    </w:p>
    <w:p>
      <w:r>
        <w:rPr>
          <w:b/>
        </w:rPr>
        <w:t xml:space="preserve">[09:42] </w:t>
      </w:r>
      <w:r>
        <w:t>America ne is ko badal ke California kar diya.</w:t>
      </w:r>
    </w:p>
    <w:p>
      <w:pPr>
        <w:jc w:val="right"/>
      </w:pPr>
      <w:r>
        <w:t>امریکہ نے اس کو بدل کے کیلیفورنیا کر دیا۔</w:t>
      </w:r>
    </w:p>
    <w:p>
      <w:r>
        <w:rPr>
          <w:b/>
        </w:rPr>
        <w:t xml:space="preserve">[09:48] </w:t>
      </w:r>
      <w:r>
        <w:t>hum yahan par khilafat ko re-establish karen ge.</w:t>
      </w:r>
    </w:p>
    <w:p>
      <w:pPr>
        <w:jc w:val="right"/>
      </w:pPr>
      <w:r>
        <w:t>ہم یہاں پر خلافت کو re-establish کریں گے۔</w:t>
      </w:r>
    </w:p>
    <w:p>
      <w:r>
        <w:rPr>
          <w:b/>
        </w:rPr>
        <w:t xml:space="preserve">[09:54] </w:t>
      </w:r>
      <w:r>
        <w:t>tab bhi in ko pakar dhakar kuch nahi, koi in ko pakarta nahi.</w:t>
      </w:r>
    </w:p>
    <w:p>
      <w:pPr>
        <w:jc w:val="right"/>
      </w:pPr>
      <w:r>
        <w:t>تب بھی ان کو پکڑ دھکڑ کچھ نہیں، کوئی ان کو پکڑتا نہیں۔</w:t>
      </w:r>
    </w:p>
    <w:p>
      <w:r>
        <w:rPr>
          <w:b/>
        </w:rPr>
        <w:t xml:space="preserve">[10:01] </w:t>
      </w:r>
      <w:r>
        <w:t>mere pas hotel mein kuch log aye aur unhon ne phir kuch pamphlet diye mujhe isi ka ke</w:t>
      </w:r>
    </w:p>
    <w:p>
      <w:pPr>
        <w:jc w:val="right"/>
      </w:pPr>
      <w:r>
        <w:t>میرے پاس ہوٹل میں کچھ لوگ آئے اور انہوں نے پھر کچھ پمفلٹ دیے مجھے اسی کا کہ</w:t>
      </w:r>
    </w:p>
    <w:p>
      <w:r>
        <w:rPr>
          <w:b/>
        </w:rPr>
        <w:t xml:space="preserve">[10:07] </w:t>
      </w:r>
      <w:r>
        <w:t>sahib yeh yeh california hai, hum yahan khilafat ko re-establish karen ge.</w:t>
      </w:r>
    </w:p>
    <w:p>
      <w:pPr>
        <w:jc w:val="right"/>
      </w:pPr>
      <w:r>
        <w:t>صاحب یہ یہ خلیفورنیا ہے، ہم یہاں خلافت کو re-establish کریں گے۔</w:t>
      </w:r>
    </w:p>
    <w:p>
      <w:r>
        <w:rPr>
          <w:b/>
        </w:rPr>
        <w:t xml:space="preserve">[10:13] </w:t>
      </w:r>
      <w:r>
        <w:t>to woh system kya kehta hai? theek hai, tum jo chaho kaho.</w:t>
      </w:r>
    </w:p>
    <w:p>
      <w:pPr>
        <w:jc w:val="right"/>
      </w:pPr>
      <w:r>
        <w:t>تو وہ سسٹم کیا کہتا ہے؟ ٹھیک ہے، تم جو چاہو کہو۔</w:t>
      </w:r>
    </w:p>
    <w:p>
      <w:r>
        <w:rPr>
          <w:b/>
        </w:rPr>
        <w:t xml:space="preserve">[10:20] </w:t>
      </w:r>
      <w:r>
        <w:t>Provided you are peaceful.</w:t>
      </w:r>
    </w:p>
    <w:p>
      <w:pPr>
        <w:jc w:val="right"/>
      </w:pPr>
      <w:r>
        <w:t>Provided you are peaceful۔</w:t>
      </w:r>
    </w:p>
    <w:p>
      <w:r>
        <w:rPr>
          <w:b/>
        </w:rPr>
        <w:t xml:space="preserve">[10:26] </w:t>
      </w:r>
      <w:r>
        <w:t>ek shart yeh hai.</w:t>
      </w:r>
    </w:p>
    <w:p>
      <w:pPr>
        <w:jc w:val="right"/>
      </w:pPr>
      <w:r>
        <w:t>ایک شرط یہ ہے۔</w:t>
      </w:r>
    </w:p>
    <w:p>
      <w:r>
        <w:rPr>
          <w:b/>
        </w:rPr>
        <w:t xml:space="preserve">[10:32] </w:t>
      </w:r>
      <w:r>
        <w:t>dosri shart yeh hai ke aap ko janna chahiye ke waqt ka jo mind hai, woh kya hai.</w:t>
      </w:r>
    </w:p>
    <w:p>
      <w:pPr>
        <w:jc w:val="right"/>
      </w:pPr>
      <w:r>
        <w:t>دوسری شرط یہ ہے کہ آپ کو جاننا چاہیے کہ وقت کا جو mind ہے، وہ کیا ہے۔</w:t>
      </w:r>
    </w:p>
    <w:p>
      <w:r>
        <w:rPr>
          <w:b/>
        </w:rPr>
        <w:t xml:space="preserve">[10:39] </w:t>
      </w:r>
      <w:r>
        <w:t>misalan agar main aisa mazmoon likhoon jo criminal thinking jis ke andar ho, to kabhi english akhbar nahi</w:t>
      </w:r>
    </w:p>
    <w:p>
      <w:pPr>
        <w:jc w:val="right"/>
      </w:pPr>
      <w:r>
        <w:t>مثلاً اگر میں ایسا مضمون لکھوں جو criminal thinking جس کے اندر ہو، تو کبھی انگلش اخبار نہیں</w:t>
      </w:r>
    </w:p>
    <w:p>
      <w:r>
        <w:rPr>
          <w:b/>
        </w:rPr>
        <w:t xml:space="preserve">[10:45] </w:t>
      </w:r>
      <w:r>
        <w:t>chhapay ga is ko.</w:t>
      </w:r>
    </w:p>
    <w:p>
      <w:pPr>
        <w:jc w:val="right"/>
      </w:pPr>
      <w:r>
        <w:t>چھاپے گا اس کو۔</w:t>
      </w:r>
    </w:p>
    <w:p>
      <w:r>
        <w:rPr>
          <w:b/>
        </w:rPr>
        <w:t xml:space="preserve">[10:51] </w:t>
      </w:r>
      <w:r>
        <w:t>agar main kahoon ke yani violent jihad wali baaten karoon, to woh kabhi nahi chhapay ga woh.</w:t>
      </w:r>
    </w:p>
    <w:p>
      <w:pPr>
        <w:jc w:val="right"/>
      </w:pPr>
      <w:r>
        <w:t>اگر میں کہوں کہ یعنی violent جہاد والی باتیں کروں، تو وہ کبھی نہیں چھاپے گا وہ۔</w:t>
      </w:r>
    </w:p>
    <w:p>
      <w:r>
        <w:rPr>
          <w:b/>
        </w:rPr>
        <w:t xml:space="preserve">[10:57] </w:t>
      </w:r>
      <w:r>
        <w:t>agar main kahoon ke mujhe islami state banana hai, to kabhi nahi chhapay ga woh.</w:t>
      </w:r>
    </w:p>
    <w:p>
      <w:pPr>
        <w:jc w:val="right"/>
      </w:pPr>
      <w:r>
        <w:t>اگر میں کہوں کہ مجھے اسلامی state بنانا ہے، تو کبھی نہیں چھاپے گا وہ۔</w:t>
      </w:r>
    </w:p>
    <w:p>
      <w:r>
        <w:rPr>
          <w:b/>
        </w:rPr>
        <w:t xml:space="preserve">[11:04] </w:t>
      </w:r>
      <w:r>
        <w:t>kyunke yeh sab se irrelevant ho chuki hain.</w:t>
      </w:r>
    </w:p>
    <w:p>
      <w:pPr>
        <w:jc w:val="right"/>
      </w:pPr>
      <w:r>
        <w:t>کیونکہ یہ سب سے irrelevant ہو چکی ہیں۔</w:t>
      </w:r>
    </w:p>
    <w:p>
      <w:r>
        <w:rPr>
          <w:b/>
        </w:rPr>
        <w:t xml:space="preserve">[11:10] </w:t>
      </w:r>
      <w:r>
        <w:t>to aap yeh janiye ke aaj ka aaj ka taqaza kya hai.</w:t>
      </w:r>
    </w:p>
    <w:p>
      <w:pPr>
        <w:jc w:val="right"/>
      </w:pPr>
      <w:r>
        <w:t>تو آپ یہ جانیے کہ آج کا آج کا تقاضا کیا ہے۔</w:t>
      </w:r>
    </w:p>
    <w:p>
      <w:r>
        <w:rPr>
          <w:b/>
        </w:rPr>
        <w:t xml:space="preserve">[11:16] </w:t>
      </w:r>
      <w:r>
        <w:t>is ko agar main traditional andaaz mein kahoon, traditional andaaz mein, to main kahoon ga ke aaj ka</w:t>
      </w:r>
    </w:p>
    <w:p>
      <w:pPr>
        <w:jc w:val="right"/>
      </w:pPr>
      <w:r>
        <w:t>اس کو اگر میں traditional انداز میں کہوں، traditional انداز میں، تو میں کہوں گا کہ آج کا</w:t>
      </w:r>
    </w:p>
    <w:p>
      <w:r>
        <w:rPr>
          <w:b/>
        </w:rPr>
        <w:t xml:space="preserve">[11:23] </w:t>
      </w:r>
      <w:r>
        <w:t>kalma sawa kya hai.</w:t>
      </w:r>
    </w:p>
    <w:p>
      <w:pPr>
        <w:jc w:val="right"/>
      </w:pPr>
      <w:r>
        <w:t>کلمہ سوا کیا ہے۔</w:t>
      </w:r>
    </w:p>
    <w:p>
      <w:r>
        <w:rPr>
          <w:b/>
        </w:rPr>
        <w:t xml:space="preserve">[11:29] </w:t>
      </w:r>
      <w:r>
        <w:t>kalma sawa ka matlab hota hai common ground.</w:t>
      </w:r>
    </w:p>
    <w:p>
      <w:pPr>
        <w:jc w:val="right"/>
      </w:pPr>
      <w:r>
        <w:t>کلمہ سوا کا مطلب ہوتا ہے common ground۔</w:t>
      </w:r>
    </w:p>
    <w:p>
      <w:r>
        <w:rPr>
          <w:b/>
        </w:rPr>
        <w:t xml:space="preserve">[11:35] </w:t>
      </w:r>
      <w:r>
        <w:t>quran mein bataya gaya hai ke ta'ala 'ala kalimatin sawain bainana wa bainakum allahu na'budu illa Allah.</w:t>
      </w:r>
    </w:p>
    <w:p>
      <w:pPr>
        <w:jc w:val="right"/>
      </w:pPr>
      <w:r>
        <w:t>قرآن میں بتایا گیا ہے کہ تعالیٰ علی کلمتین سوائے بینا وبینکم اللہ نعبد الا اللہ۔</w:t>
      </w:r>
    </w:p>
    <w:p>
      <w:r>
        <w:rPr>
          <w:b/>
        </w:rPr>
        <w:t xml:space="preserve">[11:42] </w:t>
      </w:r>
      <w:r>
        <w:t>yani pehlan rasool aur ahl-e-kitab ke darmiyan jo jo common ground tha, us ko le kar ke</w:t>
      </w:r>
    </w:p>
    <w:p>
      <w:pPr>
        <w:jc w:val="right"/>
      </w:pPr>
      <w:r>
        <w:t>یعنی پہلوان رسول اور آل کتاب کے درمیان جو جو common ground تھا، اس کو لے کر کے</w:t>
      </w:r>
    </w:p>
    <w:p>
      <w:r>
        <w:rPr>
          <w:b/>
        </w:rPr>
        <w:t xml:space="preserve">[11:48] </w:t>
      </w:r>
      <w:r>
        <w:t>quran ne apne paigham ko pesh kiya.</w:t>
      </w:r>
    </w:p>
    <w:p>
      <w:pPr>
        <w:jc w:val="right"/>
      </w:pPr>
      <w:r>
        <w:t>قرآن نے اپنے پیغام کو پیش کیا۔</w:t>
      </w:r>
    </w:p>
    <w:p>
      <w:r>
        <w:rPr>
          <w:b/>
        </w:rPr>
        <w:t xml:space="preserve">[11:54] </w:t>
      </w:r>
      <w:r>
        <w:t>to kalma sawa ek woh tha is zamane mein jo pehlan rasool aur pehlan masih ke darmiyan tha</w:t>
      </w:r>
    </w:p>
    <w:p>
      <w:pPr>
        <w:jc w:val="right"/>
      </w:pPr>
      <w:r>
        <w:t>تو کلمہ سوا ایک وہ تھا اس زمانے میں جو پہلوان رسول اور پہلوان مسیح کے درمیان تھا</w:t>
      </w:r>
    </w:p>
    <w:p>
      <w:r>
        <w:rPr>
          <w:b/>
        </w:rPr>
        <w:t xml:space="preserve">[12:01] </w:t>
      </w:r>
      <w:r>
        <w:t>ya pehlan musa ke darmiyan tha.</w:t>
      </w:r>
    </w:p>
    <w:p>
      <w:pPr>
        <w:jc w:val="right"/>
      </w:pPr>
      <w:r>
        <w:t>یا پہلوان موسیٰ کے درمیان تھا۔</w:t>
      </w:r>
    </w:p>
    <w:p>
      <w:r>
        <w:rPr>
          <w:b/>
        </w:rPr>
        <w:t xml:space="preserve">[12:07] </w:t>
      </w:r>
      <w:r>
        <w:t>aaj is ko aap yani greater sense mein lijiye, general sense mein to aaj bhi ek kalma sawa hai.</w:t>
      </w:r>
    </w:p>
    <w:p>
      <w:pPr>
        <w:jc w:val="right"/>
      </w:pPr>
      <w:r>
        <w:t>آج اس کو آپ یعنی greater sense میں لیجیے، general sense میں تو آج بھی ایک کلمہ سوا ہے۔</w:t>
      </w:r>
    </w:p>
    <w:p>
      <w:r>
        <w:rPr>
          <w:b/>
        </w:rPr>
        <w:t xml:space="preserve">[12:13] </w:t>
      </w:r>
      <w:r>
        <w:t>aaj ki generation hai, aaj ka jo insan hai, aaj ka jo yani aaj ka jo mind hai,</w:t>
      </w:r>
    </w:p>
    <w:p>
      <w:pPr>
        <w:jc w:val="right"/>
      </w:pPr>
      <w:r>
        <w:t>آج کی generation ہے، آج کا جو انسان ہے، آج کا جو یعنی آج کا جو mind ہے،</w:t>
      </w:r>
    </w:p>
    <w:p>
      <w:r>
        <w:rPr>
          <w:b/>
        </w:rPr>
        <w:t xml:space="preserve">[12:20] </w:t>
      </w:r>
      <w:r>
        <w:t>us ke lehaz se bhi ek kalma sawa banta hai.</w:t>
      </w:r>
    </w:p>
    <w:p>
      <w:pPr>
        <w:jc w:val="right"/>
      </w:pPr>
      <w:r>
        <w:t>اس کے لحاظ سے بھی ایک کلمہ سوا بنتا ہے۔</w:t>
      </w:r>
    </w:p>
    <w:p>
      <w:r>
        <w:rPr>
          <w:b/>
        </w:rPr>
        <w:t xml:space="preserve">[12:26] </w:t>
      </w:r>
      <w:r>
        <w:t>to aap agar yeh discover kar payein ke aaj ka kalma sawa kya hai, aaj ka kalma sawa,</w:t>
      </w:r>
    </w:p>
    <w:p>
      <w:pPr>
        <w:jc w:val="right"/>
      </w:pPr>
      <w:r>
        <w:t>تو آپ اگر یہ discover کر پائیں کہ آج کا کلمہ سوا کیا ہے، آج کا کلمہ سوا،</w:t>
      </w:r>
    </w:p>
    <w:p>
      <w:r>
        <w:rPr>
          <w:b/>
        </w:rPr>
        <w:t xml:space="preserve">[12:32] </w:t>
      </w:r>
      <w:r>
        <w:t>to har jagah aap ko moqa mile ga.</w:t>
      </w:r>
    </w:p>
    <w:p>
      <w:pPr>
        <w:jc w:val="right"/>
      </w:pPr>
      <w:r>
        <w:t>تو ہر جگہ آپ کو موقع ملے گا۔</w:t>
      </w:r>
    </w:p>
    <w:p>
      <w:r>
        <w:rPr>
          <w:b/>
        </w:rPr>
        <w:t xml:space="preserve">[12:39] </w:t>
      </w:r>
      <w:r>
        <w:t>jahan jaiye, jis conference mein, jis jis se jis seminar mein, jis jahan bhi media mein, university mein,</w:t>
      </w:r>
    </w:p>
    <w:p>
      <w:pPr>
        <w:jc w:val="right"/>
      </w:pPr>
      <w:r>
        <w:t>جہاں جائیے، جس conference میں، جس جس سے جس seminar میں، جس جہاں بھی میڈیا میں، یونیورسٹی میں،</w:t>
      </w:r>
    </w:p>
    <w:p>
      <w:r>
        <w:rPr>
          <w:b/>
        </w:rPr>
        <w:t xml:space="preserve">[12:45] </w:t>
      </w:r>
      <w:r>
        <w:t>college mein, library mein, har jagah aap ke liye moqa hai.</w:t>
      </w:r>
    </w:p>
    <w:p>
      <w:pPr>
        <w:jc w:val="right"/>
      </w:pPr>
      <w:r>
        <w:t>کالج میں، لائبریری میں، ہر جگہ آپ کے لیے موقع ہے۔</w:t>
      </w:r>
    </w:p>
    <w:p>
      <w:r>
        <w:rPr>
          <w:b/>
        </w:rPr>
        <w:t xml:space="preserve">[12:51] </w:t>
      </w:r>
      <w:r>
        <w:t>bashart hai ke aap waqt ka jo kalma sawa hai, us ke mutabiq aap chal sakein.</w:t>
      </w:r>
    </w:p>
    <w:p>
      <w:pPr>
        <w:jc w:val="right"/>
      </w:pPr>
      <w:r>
        <w:t>بشرط ہے کہ آپ وقت کا جو کلمہ سوا ہے، اس کے مطابق آپ چل سکیں۔</w:t>
      </w:r>
    </w:p>
    <w:p>
      <w:r>
        <w:rPr>
          <w:b/>
        </w:rPr>
        <w:t xml:space="preserve">[12:58] </w:t>
      </w:r>
      <w:r>
        <w:t>ab mein aap ko aik baat arz karna chahta hoon ke dunya mein aik bohat hi bari, dunya</w:t>
      </w:r>
    </w:p>
    <w:p>
      <w:pPr>
        <w:jc w:val="right"/>
      </w:pPr>
      <w:r>
        <w:t>اب میں آپ کو ایک بات عرض کرنا چاہتا ہوں کہ دنیا میں ایک بہت ہی بڑی، دنیا</w:t>
      </w:r>
    </w:p>
    <w:p>
      <w:r>
        <w:rPr>
          <w:b/>
        </w:rPr>
        <w:t xml:space="preserve">[13:04] </w:t>
      </w:r>
      <w:r>
        <w:t>mein aik bohat bari ghalti hoti rahi hai aur aaj bhi ho rahi hai, woh kya hai? dekhiye,</w:t>
      </w:r>
    </w:p>
    <w:p>
      <w:pPr>
        <w:jc w:val="right"/>
      </w:pPr>
      <w:r>
        <w:t>میں ایک بہت بڑی غلطی ہوتی رہی ہے اور آج بھی ہو رہی ہے، وہ کیا ہے؟ دیکھیے،</w:t>
      </w:r>
    </w:p>
    <w:p>
      <w:r>
        <w:rPr>
          <w:b/>
        </w:rPr>
        <w:t xml:space="preserve">[13:10] </w:t>
      </w:r>
      <w:r>
        <w:t>quran ki aik ayat hai surah bani israel mein, surah bani israel ki aik ayat hai ke qul</w:t>
      </w:r>
    </w:p>
    <w:p>
      <w:pPr>
        <w:jc w:val="right"/>
      </w:pPr>
      <w:r>
        <w:t>قرآن کی ایک آیت ہے سورہ بنی اسرائیل میں، سورہ بنی اسرائیل کی ایک آیت ہے کہ قُلْ</w:t>
      </w:r>
    </w:p>
    <w:p>
      <w:r>
        <w:rPr>
          <w:b/>
        </w:rPr>
        <w:t xml:space="preserve">[13:16] </w:t>
      </w:r>
      <w:r>
        <w:t>kulli ya'malu 'ala shakilatihi rabbukum 'almun biman huwa ahda sabeela yani har aadmi aik apne shakilah par chalta</w:t>
      </w:r>
    </w:p>
    <w:p>
      <w:pPr>
        <w:jc w:val="right"/>
      </w:pPr>
      <w:r>
        <w:t>كُلِّي يَعْمَلُ عَلَى شَاكِلَتِهِ رَبُّكُمْ عَلَمٌ بِمَنْ هَوَ أَهْدَى سَبِيلًا یعنی ہر آدمی ایک اپنے شاکلہ پر چلتا</w:t>
      </w:r>
    </w:p>
    <w:p>
      <w:r>
        <w:rPr>
          <w:b/>
        </w:rPr>
        <w:t xml:space="preserve">[13:23] </w:t>
      </w:r>
      <w:r>
        <w:t>hai aur Allah hi ko pata hai ke kis ka shakilah sahih shakilah hai.</w:t>
      </w:r>
    </w:p>
    <w:p>
      <w:pPr>
        <w:jc w:val="right"/>
      </w:pPr>
      <w:r>
        <w:t>ہے اور اللہ ہی کو پتہ ہے کہ کس کا شاکلہ صحیح شاکلہ ہے۔</w:t>
      </w:r>
    </w:p>
    <w:p>
      <w:r>
        <w:rPr>
          <w:b/>
        </w:rPr>
        <w:t xml:space="preserve">[13:29] </w:t>
      </w:r>
      <w:r>
        <w:t>shakilah, dekhiye, shakilah ka lafz jo hai, tafseeron mein wazeh nahi hai.</w:t>
      </w:r>
    </w:p>
    <w:p>
      <w:pPr>
        <w:jc w:val="right"/>
      </w:pPr>
      <w:r>
        <w:t>شاکلہ، دیکھیے، شاکلہ کا لفظ جو ہے، تفسیروں میں واضح نہیں ہے۔</w:t>
      </w:r>
    </w:p>
    <w:p>
      <w:r>
        <w:rPr>
          <w:b/>
        </w:rPr>
        <w:t xml:space="preserve">[13:35] </w:t>
      </w:r>
      <w:r>
        <w:t>koi kehta hai ke teent, koi kehta hai adat, mukhtalif qism ke alfaz mein is ko jis ki</w:t>
      </w:r>
    </w:p>
    <w:p>
      <w:pPr>
        <w:jc w:val="right"/>
      </w:pPr>
      <w:r>
        <w:t>کوئی کہتا ہے کہ طینت، کوئی کہتا ہے عادت، مختلف قسم کے الفاظ میں اس کو جس کی</w:t>
      </w:r>
    </w:p>
    <w:p>
      <w:r>
        <w:rPr>
          <w:b/>
        </w:rPr>
        <w:t xml:space="preserve">[13:42] </w:t>
      </w:r>
      <w:r>
        <w:t>tashreeh karte hain.</w:t>
      </w:r>
    </w:p>
    <w:p>
      <w:pPr>
        <w:jc w:val="right"/>
      </w:pPr>
      <w:r>
        <w:t>تشریح کرتے ہیں۔</w:t>
      </w:r>
    </w:p>
    <w:p>
      <w:r>
        <w:rPr>
          <w:b/>
        </w:rPr>
        <w:t xml:space="preserve">[13:48] </w:t>
      </w:r>
      <w:r>
        <w:t>mein samajhta hoon ke is ko modern idiom mein agar hum kahein to zyada wazeh ho jaye ga</w:t>
      </w:r>
    </w:p>
    <w:p>
      <w:pPr>
        <w:jc w:val="right"/>
      </w:pPr>
      <w:r>
        <w:t>میں سمجھتا ہوں کہ اس کو modern idiom میں اگر ہم کہیں تو زیادہ واضح ہو جائے گا</w:t>
      </w:r>
    </w:p>
    <w:p>
      <w:r>
        <w:rPr>
          <w:b/>
        </w:rPr>
        <w:t xml:space="preserve">[13:54] </w:t>
      </w:r>
      <w:r>
        <w:t>ke shakilah se murad hai obsession.</w:t>
      </w:r>
    </w:p>
    <w:p>
      <w:pPr>
        <w:jc w:val="right"/>
      </w:pPr>
      <w:r>
        <w:t>کہ شاکلہ سے مراد ہے obsession۔</w:t>
      </w:r>
    </w:p>
    <w:p>
      <w:r>
        <w:rPr>
          <w:b/>
        </w:rPr>
        <w:t xml:space="preserve">[14:01] </w:t>
      </w:r>
      <w:r>
        <w:t>har aadmi aik obsession mein jeeta hai.</w:t>
      </w:r>
    </w:p>
    <w:p>
      <w:pPr>
        <w:jc w:val="right"/>
      </w:pPr>
      <w:r>
        <w:t>ہر آدمی ایک obsession میں جیتا ہے۔</w:t>
      </w:r>
    </w:p>
    <w:p>
      <w:r>
        <w:rPr>
          <w:b/>
        </w:rPr>
        <w:t xml:space="preserve">[14:07] </w:t>
      </w:r>
      <w:r>
        <w:t>har aadmi kisi ko family ka obsession hai, kisi ko business ka obsession hai, kisi ko job ka</w:t>
      </w:r>
    </w:p>
    <w:p>
      <w:pPr>
        <w:jc w:val="right"/>
      </w:pPr>
      <w:r>
        <w:t>ہر آدمی کسی کو family کا obsession ہے، کسی کو business کا obsession ہے، کسی کو job کا</w:t>
      </w:r>
    </w:p>
    <w:p>
      <w:r>
        <w:rPr>
          <w:b/>
        </w:rPr>
        <w:t xml:space="preserve">[14:13] </w:t>
      </w:r>
      <w:r>
        <w:t>obsession hai, kisi ko politics ka obsession hai, kisi ko power ka obsession hai, kisi ko fame ka</w:t>
      </w:r>
    </w:p>
    <w:p>
      <w:pPr>
        <w:jc w:val="right"/>
      </w:pPr>
      <w:r>
        <w:t>obsession ہے، کسی کو politics کا obsession ہے، کسی کو power کا obsession ہے، کسی کو fame کا</w:t>
      </w:r>
    </w:p>
    <w:p>
      <w:r>
        <w:rPr>
          <w:b/>
        </w:rPr>
        <w:t xml:space="preserve">[14:20] </w:t>
      </w:r>
      <w:r>
        <w:t>obsession hai, kisi ko money ka obsession hai.</w:t>
      </w:r>
    </w:p>
    <w:p>
      <w:pPr>
        <w:jc w:val="right"/>
      </w:pPr>
      <w:r>
        <w:t>obsession ہے، کسی کو money کا obsession ہے۔</w:t>
      </w:r>
    </w:p>
    <w:p>
      <w:r>
        <w:rPr>
          <w:b/>
        </w:rPr>
        <w:t xml:space="preserve">[14:26] </w:t>
      </w:r>
      <w:r>
        <w:t>to har aadmi kisi obsession mein jeeta hai aur isi ke mutabiq apni planning karta hai, isi ke</w:t>
      </w:r>
    </w:p>
    <w:p>
      <w:pPr>
        <w:jc w:val="right"/>
      </w:pPr>
      <w:r>
        <w:t>تو ہر آدمی کسی obsession میں جیتا ہے اور اسی کے مطابق اپنی planning کرتا ہے، اسی کے</w:t>
      </w:r>
    </w:p>
    <w:p>
      <w:r>
        <w:rPr>
          <w:b/>
        </w:rPr>
        <w:t xml:space="preserve">[14:32] </w:t>
      </w:r>
      <w:r>
        <w:t>mutabiq woh sab kuch apni activities chalata hai.</w:t>
      </w:r>
    </w:p>
    <w:p>
      <w:pPr>
        <w:jc w:val="right"/>
      </w:pPr>
      <w:r>
        <w:t>مطابق وہ سب کچھ اپنی activities چلاتا ہے۔</w:t>
      </w:r>
    </w:p>
    <w:p>
      <w:r>
        <w:rPr>
          <w:b/>
        </w:rPr>
        <w:t xml:space="preserve">[14:39] </w:t>
      </w:r>
      <w:r>
        <w:t>to is par ghhor karte hue mujhe samajh mein aya hai ke aik bohat bari baat jo log</w:t>
      </w:r>
    </w:p>
    <w:p>
      <w:pPr>
        <w:jc w:val="right"/>
      </w:pPr>
      <w:r>
        <w:t>تو اس پر غور کرتے ہوئے مجھے سمجھ میں آیا ہے کہ ایک بہت بڑی بات جو لوگ</w:t>
      </w:r>
    </w:p>
    <w:p>
      <w:r>
        <w:rPr>
          <w:b/>
        </w:rPr>
        <w:t xml:space="preserve">[14:45] </w:t>
      </w:r>
      <w:r>
        <w:t>nahi samajh paye ke aik hota hai right obsession, aik hota hai wrong obsession.</w:t>
      </w:r>
    </w:p>
    <w:p>
      <w:pPr>
        <w:jc w:val="right"/>
      </w:pPr>
      <w:r>
        <w:t>نہیں سمجھ پائے کہ ایک ہوتا ہے right obsession، ایک ہوتا ہے wrong obsession۔</w:t>
      </w:r>
    </w:p>
    <w:p>
      <w:r>
        <w:rPr>
          <w:b/>
        </w:rPr>
        <w:t xml:space="preserve">[14:51] </w:t>
      </w:r>
      <w:r>
        <w:t>right obsession, wrong obsession.</w:t>
      </w:r>
    </w:p>
    <w:p>
      <w:pPr>
        <w:jc w:val="right"/>
      </w:pPr>
      <w:r>
        <w:t>Right obsession, wrong obsession۔</w:t>
      </w:r>
    </w:p>
    <w:p>
      <w:r>
        <w:rPr>
          <w:b/>
        </w:rPr>
        <w:t xml:space="preserve">[14:58] </w:t>
      </w:r>
      <w:r>
        <w:t>to beshtar log dunya mein right obsession ki wajah se halak hue hain.</w:t>
      </w:r>
    </w:p>
    <w:p>
      <w:pPr>
        <w:jc w:val="right"/>
      </w:pPr>
      <w:r>
        <w:t>تو بیشتر لوگ دنیا میں right obsession کی وجہ سے ہلاک ہوئے ہیں۔</w:t>
      </w:r>
    </w:p>
    <w:p>
      <w:r>
        <w:rPr>
          <w:b/>
        </w:rPr>
        <w:t xml:space="preserve">[15:04] </w:t>
      </w:r>
      <w:r>
        <w:t>Wrong obsession to ek well known hota hai, is ka ghalat hona, is ka ghalat hona well known hota hai.</w:t>
      </w:r>
    </w:p>
    <w:p>
      <w:pPr>
        <w:jc w:val="right"/>
      </w:pPr>
      <w:r>
        <w:t>Wrong obsession تو ایک well known ہوتا ہے، اس کا غلط ہونا، اس کا غلط ہونا well known ہوتا ہے۔</w:t>
      </w:r>
    </w:p>
    <w:p>
      <w:r>
        <w:rPr>
          <w:b/>
        </w:rPr>
        <w:t xml:space="preserve">[15:10] </w:t>
      </w:r>
      <w:r>
        <w:t>To woh aadmi society mein zyada yaani jagah nahi hasil kar pata.</w:t>
      </w:r>
    </w:p>
    <w:p>
      <w:pPr>
        <w:jc w:val="right"/>
      </w:pPr>
      <w:r>
        <w:t>تو وہ آدمی society میں زیادہ یعنی جگہ نہیں حاصل کر پاتا۔</w:t>
      </w:r>
    </w:p>
    <w:p>
      <w:r>
        <w:rPr>
          <w:b/>
        </w:rPr>
        <w:t xml:space="preserve">[15:16] </w:t>
      </w:r>
      <w:r>
        <w:t>Lekin right obsession bari museebat hai. Right obsession.</w:t>
      </w:r>
    </w:p>
    <w:p>
      <w:pPr>
        <w:jc w:val="right"/>
      </w:pPr>
      <w:r>
        <w:t>لیکن right obsession بڑی مصیبت ہے۔ Right obsession۔</w:t>
      </w:r>
    </w:p>
    <w:p>
      <w:r>
        <w:rPr>
          <w:b/>
        </w:rPr>
        <w:t xml:space="preserve">[15:23] </w:t>
      </w:r>
      <w:r>
        <w:t>To main aap ko ek misaal deta hoon ke right obsession kya cheez hai.</w:t>
      </w:r>
    </w:p>
    <w:p>
      <w:pPr>
        <w:jc w:val="right"/>
      </w:pPr>
      <w:r>
        <w:t>تو میں آپ کو ایک مثال دیتا ہوں کہ right obsession کیا چیز ہے۔</w:t>
      </w:r>
    </w:p>
    <w:p>
      <w:r>
        <w:rPr>
          <w:b/>
        </w:rPr>
        <w:t xml:space="preserve">[15:29] </w:t>
      </w:r>
      <w:r>
        <w:t>Poori Muslim history ek right obsession ke trap mein phansi hui hai.</w:t>
      </w:r>
    </w:p>
    <w:p>
      <w:pPr>
        <w:jc w:val="right"/>
      </w:pPr>
      <w:r>
        <w:t>پوری مسلم history ایک right obsession کے trap میں پھنسی ہوئی ہے۔</w:t>
      </w:r>
    </w:p>
    <w:p>
      <w:r>
        <w:rPr>
          <w:b/>
        </w:rPr>
        <w:t xml:space="preserve">[15:35] </w:t>
      </w:r>
      <w:r>
        <w:t>Poori Muslim history.</w:t>
      </w:r>
    </w:p>
    <w:p>
      <w:pPr>
        <w:jc w:val="right"/>
      </w:pPr>
      <w:r>
        <w:t>پوری مسلم history۔</w:t>
      </w:r>
    </w:p>
    <w:p>
      <w:r>
        <w:rPr>
          <w:b/>
        </w:rPr>
        <w:t xml:space="preserve">[15:42] </w:t>
      </w:r>
      <w:r>
        <w:t>Woh kya? Aap hazar saal ke darmiyan jo literature tayyar hua, jo jis ko kehte hain Islami ko</w:t>
      </w:r>
    </w:p>
    <w:p>
      <w:pPr>
        <w:jc w:val="right"/>
      </w:pPr>
      <w:r>
        <w:t>وہ کیا؟ آپ ہزار سال کے درمیان جو literature تیار ہوا، جو جس کو کہتے ہیں اسلامی کو</w:t>
      </w:r>
    </w:p>
    <w:p>
      <w:r>
        <w:rPr>
          <w:b/>
        </w:rPr>
        <w:t xml:space="preserve">[15:48] </w:t>
      </w:r>
      <w:r>
        <w:t>dafkhaana, is Islami ko dafkhaane ka khulasa yeh hai ke you have to follow Quran and Sunnat.</w:t>
      </w:r>
    </w:p>
    <w:p>
      <w:pPr>
        <w:jc w:val="right"/>
      </w:pPr>
      <w:r>
        <w:t>دفخانہ، اس اسلامی کو دفخانے کا خلاصہ یہ ہے کہ you have to follow قرآن and سنت۔</w:t>
      </w:r>
    </w:p>
    <w:p>
      <w:r>
        <w:rPr>
          <w:b/>
        </w:rPr>
        <w:t xml:space="preserve">[15:54] </w:t>
      </w:r>
      <w:r>
        <w:t>Quran aur Sunnat ka itteba karo.</w:t>
      </w:r>
    </w:p>
    <w:p>
      <w:pPr>
        <w:jc w:val="right"/>
      </w:pPr>
      <w:r>
        <w:t>قرآن اور سنت کا اتباع کرو۔</w:t>
      </w:r>
    </w:p>
    <w:p>
      <w:r>
        <w:rPr>
          <w:b/>
        </w:rPr>
        <w:t xml:space="preserve">[16:01] </w:t>
      </w:r>
      <w:r>
        <w:t>Poori hazar saal mein isi ko dohrraya gaya hai.</w:t>
      </w:r>
    </w:p>
    <w:p>
      <w:pPr>
        <w:jc w:val="right"/>
      </w:pPr>
      <w:r>
        <w:t>پوری ہزار سال میں اسی کو دہرایا گیا ہے۔</w:t>
      </w:r>
    </w:p>
    <w:p>
      <w:r>
        <w:rPr>
          <w:b/>
        </w:rPr>
        <w:t xml:space="preserve">[16:07] </w:t>
      </w:r>
      <w:r>
        <w:t>Quran o Sunnat ka itteba, Quran o Sunnat ka itteba.</w:t>
      </w:r>
    </w:p>
    <w:p>
      <w:pPr>
        <w:jc w:val="right"/>
      </w:pPr>
      <w:r>
        <w:t>قرآن و سنت کا اتباع، قرآن و سنت کا اتباع۔</w:t>
      </w:r>
    </w:p>
    <w:p>
      <w:r>
        <w:rPr>
          <w:b/>
        </w:rPr>
        <w:t xml:space="preserve">[16:13] </w:t>
      </w:r>
      <w:r>
        <w:t>Achha, aaj musalman Quran o Sunnat ka itteba kar rahe hain, phir kyun woh fail ho rahe hain?</w:t>
      </w:r>
    </w:p>
    <w:p>
      <w:pPr>
        <w:jc w:val="right"/>
      </w:pPr>
      <w:r>
        <w:t>اچھا، آج مسلمان قرآن و سنت کا اتباع کر رہے ہیں، پھر کیوں وہ fail ہو رہے ہیں؟</w:t>
      </w:r>
    </w:p>
    <w:p>
      <w:r>
        <w:rPr>
          <w:b/>
        </w:rPr>
        <w:t xml:space="preserve">[16:20] </w:t>
      </w:r>
      <w:r>
        <w:t>Kyun woh nakaam hain? Pakistan kyun failed state hai? Kyun har jagah maarkaat ho rahi hai? Kyun? Main</w:t>
      </w:r>
    </w:p>
    <w:p>
      <w:pPr>
        <w:jc w:val="right"/>
      </w:pPr>
      <w:r>
        <w:t>کیوں وہ ناکام ہیں؟ پاکستان کیوں failed state ہے؟ کیوں ہر جگہ مارکاٹ ہو رہی ہے؟ کیوں؟ میں</w:t>
      </w:r>
    </w:p>
    <w:p>
      <w:r>
        <w:rPr>
          <w:b/>
        </w:rPr>
        <w:t xml:space="preserve">[16:26] </w:t>
      </w:r>
      <w:r>
        <w:t>samajhta hoon ke musalman ek ek ek right obsession ke trap mein phans gaye hain.</w:t>
      </w:r>
    </w:p>
    <w:p>
      <w:pPr>
        <w:jc w:val="right"/>
      </w:pPr>
      <w:r>
        <w:t>سمجھتا ہوں کہ مسلمان ایک ایک ایک right obsession کے trap میں پھنس گئے ہیں۔</w:t>
      </w:r>
    </w:p>
    <w:p>
      <w:r>
        <w:rPr>
          <w:b/>
        </w:rPr>
        <w:t xml:space="preserve">[16:32] </w:t>
      </w:r>
      <w:r>
        <w:t>Right obsession ke trap mein.</w:t>
      </w:r>
    </w:p>
    <w:p>
      <w:pPr>
        <w:jc w:val="right"/>
      </w:pPr>
      <w:r>
        <w:t>Right obsession کے trap میں۔</w:t>
      </w:r>
    </w:p>
    <w:p>
      <w:r>
        <w:rPr>
          <w:b/>
        </w:rPr>
        <w:t xml:space="preserve">[16:39] </w:t>
      </w:r>
      <w:r>
        <w:t>Woh yeh ke woh samajhte hain Quran o Sunnat, Quran o Sunnat.</w:t>
      </w:r>
    </w:p>
    <w:p>
      <w:pPr>
        <w:jc w:val="right"/>
      </w:pPr>
      <w:r>
        <w:t>وہ یہ کہ وہ سمجھتے ہیں قرآن و سنت، قرآن و سنت۔</w:t>
      </w:r>
    </w:p>
    <w:p>
      <w:r>
        <w:rPr>
          <w:b/>
        </w:rPr>
        <w:t xml:space="preserve">[16:45] </w:t>
      </w:r>
      <w:r>
        <w:t>Nahi, Bukhari ki ek riwayat ke mutabiq ek teesri cheez bhi hai, woh Ijtihad.</w:t>
      </w:r>
    </w:p>
    <w:p>
      <w:pPr>
        <w:jc w:val="right"/>
      </w:pPr>
      <w:r>
        <w:t>نہیں، بخاری کی ایک روایت کے مطابق ایک تیسری چیز بھی ہے، وہ اجتہاد۔</w:t>
      </w:r>
    </w:p>
    <w:p>
      <w:r>
        <w:rPr>
          <w:b/>
        </w:rPr>
        <w:t xml:space="preserve">[16:51] </w:t>
      </w:r>
      <w:r>
        <w:t>Bukhari mein ek riwayat hai ke Rasool Allah Sal Allahu Alaihi Wasallam ne Maaz bin Jabal ko bheja</w:t>
      </w:r>
    </w:p>
    <w:p>
      <w:pPr>
        <w:jc w:val="right"/>
      </w:pPr>
      <w:r>
        <w:t>بخاری میں ایک روایت ہے کہ رسول اللہ صلی اللہ علیہ وسلم نے معاذ بن جبل کو بھیجا</w:t>
      </w:r>
    </w:p>
    <w:p>
      <w:r>
        <w:rPr>
          <w:b/>
        </w:rPr>
        <w:t xml:space="preserve">[16:58] </w:t>
      </w:r>
      <w:r>
        <w:t>Yaman ki taraf haakim bana kar.</w:t>
      </w:r>
    </w:p>
    <w:p>
      <w:pPr>
        <w:jc w:val="right"/>
      </w:pPr>
      <w:r>
        <w:t>یمن کی طرف حاکم بنا کر۔</w:t>
      </w:r>
    </w:p>
    <w:p>
      <w:r>
        <w:rPr>
          <w:b/>
        </w:rPr>
        <w:t xml:space="preserve">[17:04] </w:t>
      </w:r>
      <w:r>
        <w:t>To un se poocha ke tum faisla karoge to kaise karoge? To unhon ne kaha ke</w:t>
      </w:r>
    </w:p>
    <w:p>
      <w:pPr>
        <w:jc w:val="right"/>
      </w:pPr>
      <w:r>
        <w:t>تو ان سے پوچھا کہ تم فیصلہ کرو گے تو کیسے کرو گے؟ تو انہوں نے کہا کہ</w:t>
      </w:r>
    </w:p>
    <w:p>
      <w:r>
        <w:rPr>
          <w:b/>
        </w:rPr>
        <w:t xml:space="preserve">[17:10] </w:t>
      </w:r>
      <w:r>
        <w:t>jab koi baat aayegi to main Quran mein talash karunga is ka jawab.</w:t>
      </w:r>
    </w:p>
    <w:p>
      <w:pPr>
        <w:jc w:val="right"/>
      </w:pPr>
      <w:r>
        <w:t>جب کوئی بات آئے گی تو میں قرآن میں تلاش کروں گا اس کا جواب۔</w:t>
      </w:r>
    </w:p>
    <w:p>
      <w:r>
        <w:rPr>
          <w:b/>
        </w:rPr>
        <w:t xml:space="preserve">[17:17] </w:t>
      </w:r>
      <w:r>
        <w:t>Achha, aap ne farmaya ke agar Quran na mile to kya karoge? To unhon ne kaha ke</w:t>
      </w:r>
    </w:p>
    <w:p>
      <w:pPr>
        <w:jc w:val="right"/>
      </w:pPr>
      <w:r>
        <w:t>اچھا، آپ نے فرمایا کہ اگر قرآن نہ ملے تو کیا کرو گے؟ تو انہوں نے کہا کہ</w:t>
      </w:r>
    </w:p>
    <w:p>
      <w:r>
        <w:rPr>
          <w:b/>
        </w:rPr>
        <w:t xml:space="preserve">[17:23] </w:t>
      </w:r>
      <w:r>
        <w:t>main Rasool ki Sunnat mein daryaft karunga.</w:t>
      </w:r>
    </w:p>
    <w:p>
      <w:pPr>
        <w:jc w:val="right"/>
      </w:pPr>
      <w:r>
        <w:t>میں رسول کی سنت میں دریافت کروں گا۔</w:t>
      </w:r>
    </w:p>
    <w:p>
      <w:r>
        <w:rPr>
          <w:b/>
        </w:rPr>
        <w:t xml:space="preserve">[17:29] </w:t>
      </w:r>
      <w:r>
        <w:t>Rasool Allah ne phir kaha ke agar Sunnat Rasool mein na mile to kya karoge? To unhon</w:t>
      </w:r>
    </w:p>
    <w:p>
      <w:pPr>
        <w:jc w:val="right"/>
      </w:pPr>
      <w:r>
        <w:t>رسول اللہ نے پھر کہا کہ اگر سنت رسول میں نہ ملے تو کیا کرو گے؟ تو انہوں</w:t>
      </w:r>
    </w:p>
    <w:p>
      <w:r>
        <w:rPr>
          <w:b/>
        </w:rPr>
        <w:t xml:space="preserve">[17:35] </w:t>
      </w:r>
      <w:r>
        <w:t>ne kaha ke main Ijtihad karunga.</w:t>
      </w:r>
    </w:p>
    <w:p>
      <w:pPr>
        <w:jc w:val="right"/>
      </w:pPr>
      <w:r>
        <w:t>نے کہا کہ میں اجتہاد کروں گا۔</w:t>
      </w:r>
    </w:p>
    <w:p>
      <w:r>
        <w:rPr>
          <w:b/>
        </w:rPr>
        <w:t xml:space="preserve">[17:42] </w:t>
      </w:r>
      <w:r>
        <w:t>is ka is ka matlab yeh hai ke there is also third option.</w:t>
      </w:r>
    </w:p>
    <w:p>
      <w:pPr>
        <w:jc w:val="right"/>
      </w:pPr>
      <w:r>
        <w:t>اس کا اس کا مطلب یہ ہے کہ there is also third option۔</w:t>
      </w:r>
    </w:p>
    <w:p>
      <w:r>
        <w:rPr>
          <w:b/>
        </w:rPr>
        <w:t xml:space="preserve">[17:48] </w:t>
      </w:r>
      <w:r>
        <w:t>yani quran aur sunnat ke ilawa aik third option bhi hai.</w:t>
      </w:r>
    </w:p>
    <w:p>
      <w:pPr>
        <w:jc w:val="right"/>
      </w:pPr>
      <w:r>
        <w:t>یعنی قرآن اور سنت کے علاوہ ایک third option بھی ہے۔</w:t>
      </w:r>
    </w:p>
    <w:p>
      <w:r>
        <w:rPr>
          <w:b/>
        </w:rPr>
        <w:t xml:space="preserve">[17:54] </w:t>
      </w:r>
      <w:r>
        <w:t>lekin poori muslim history is aik dichotomous thinking mein phansi hui hai. Dichotomous thinking.</w:t>
      </w:r>
    </w:p>
    <w:p>
      <w:pPr>
        <w:jc w:val="right"/>
      </w:pPr>
      <w:r>
        <w:t>لیکن پوری مسلم history اس ایک dichotomous thinking میں پھنسی ہوئی ہے۔ Dichotomous thinking۔</w:t>
      </w:r>
    </w:p>
    <w:p>
      <w:r>
        <w:rPr>
          <w:b/>
        </w:rPr>
        <w:t xml:space="preserve">[18:01] </w:t>
      </w:r>
      <w:r>
        <w:t>yani do, quran sunnat, quran sunnat, quran sunnat.</w:t>
      </w:r>
    </w:p>
    <w:p>
      <w:pPr>
        <w:jc w:val="right"/>
      </w:pPr>
      <w:r>
        <w:t>یعنی دو، قرآن سنت، قرآن سنت، قرآن سنت۔</w:t>
      </w:r>
    </w:p>
    <w:p>
      <w:r>
        <w:rPr>
          <w:b/>
        </w:rPr>
        <w:t xml:space="preserve">[18:07] </w:t>
      </w:r>
      <w:r>
        <w:t>poori muslim history jitni bhi kitabein aap parhein ge, aap to poori muslim history jo hai woh phansi</w:t>
      </w:r>
    </w:p>
    <w:p>
      <w:pPr>
        <w:jc w:val="right"/>
      </w:pPr>
      <w:r>
        <w:t>پوری مسلم history جتنی بھی کتابیں آپ پڑھیں گے، آپ تو پوری مسلم history جو ہے وہ پھنسی</w:t>
      </w:r>
    </w:p>
    <w:p>
      <w:r>
        <w:rPr>
          <w:b/>
        </w:rPr>
        <w:t xml:space="preserve">[18:13] </w:t>
      </w:r>
      <w:r>
        <w:t>hui hai aik dichotomous thinking mein ke bas quran sunnat ko hamein pakadna hai, quran sunnat mein chalna</w:t>
      </w:r>
    </w:p>
    <w:p>
      <w:pPr>
        <w:jc w:val="right"/>
      </w:pPr>
      <w:r>
        <w:t>ہوئی ہے ایک dichotomous thinking میں کہ بس قرآن سنت کو ہمیں پکڑنا ہے، قرآن سنت میں چلنا</w:t>
      </w:r>
    </w:p>
    <w:p>
      <w:r>
        <w:rPr>
          <w:b/>
        </w:rPr>
        <w:t xml:space="preserve">[18:20] </w:t>
      </w:r>
      <w:r>
        <w:t>hai, quran ka tarjuma phailao, hadith ka tarjuma phailao.</w:t>
      </w:r>
    </w:p>
    <w:p>
      <w:pPr>
        <w:jc w:val="right"/>
      </w:pPr>
      <w:r>
        <w:t>ہے، قرآن کا ترجمہ پھیلاؤ، حدیث کا ترجمہ پھیلاؤ۔</w:t>
      </w:r>
    </w:p>
    <w:p>
      <w:r>
        <w:rPr>
          <w:b/>
        </w:rPr>
        <w:t xml:space="preserve">[18:26] </w:t>
      </w:r>
      <w:r>
        <w:t>halanke aik third option bhi hai, woh hai ijtihad.</w:t>
      </w:r>
    </w:p>
    <w:p>
      <w:pPr>
        <w:jc w:val="right"/>
      </w:pPr>
      <w:r>
        <w:t>حالانکہ ایک third option بھی ہے، وہ ہے اجتہاد۔</w:t>
      </w:r>
    </w:p>
    <w:p>
      <w:r>
        <w:rPr>
          <w:b/>
        </w:rPr>
        <w:t xml:space="preserve">[18:32] </w:t>
      </w:r>
      <w:r>
        <w:t>to woh yeh musalman is option mein jee rahe they yahan tak ke aa gaya naya daur, modern civilization, modern age.</w:t>
      </w:r>
    </w:p>
    <w:p>
      <w:pPr>
        <w:jc w:val="right"/>
      </w:pPr>
      <w:r>
        <w:t>تو وہ یہ مسلمان اس option میں جی رہے تھے یہاں تک کہ آگیا نیا دور، modern civilization, modern age۔</w:t>
      </w:r>
    </w:p>
    <w:p>
      <w:r>
        <w:rPr>
          <w:b/>
        </w:rPr>
        <w:t xml:space="preserve">[18:39] </w:t>
      </w:r>
      <w:r>
        <w:t>yeh jo aa gaya jo satrahwein sadi mein shuru hua, atharahwein sadi mein phaila, beeswein sadi mein poori tarah</w:t>
      </w:r>
    </w:p>
    <w:p>
      <w:pPr>
        <w:jc w:val="right"/>
      </w:pPr>
      <w:r>
        <w:t>یہ جو آگیا جو سترہویں صدی میں شروع ہوا، اٹھارویں صدی میں پھیلا، بیسویں صدی میں پوری طرح</w:t>
      </w:r>
    </w:p>
    <w:p>
      <w:r>
        <w:rPr>
          <w:b/>
        </w:rPr>
        <w:t xml:space="preserve">[18:45] </w:t>
      </w:r>
      <w:r>
        <w:t>se woh aa gaya.</w:t>
      </w:r>
    </w:p>
    <w:p>
      <w:pPr>
        <w:jc w:val="right"/>
      </w:pPr>
      <w:r>
        <w:t>سے وہ آگیا۔</w:t>
      </w:r>
    </w:p>
    <w:p>
      <w:r>
        <w:rPr>
          <w:b/>
        </w:rPr>
        <w:t xml:space="preserve">[18:51] </w:t>
      </w:r>
      <w:r>
        <w:t>ab hum ikkeeswein sadi mein isi daur mein jee rahe hain, yani modern civilization ke daur mein.</w:t>
      </w:r>
    </w:p>
    <w:p>
      <w:pPr>
        <w:jc w:val="right"/>
      </w:pPr>
      <w:r>
        <w:t>اب ہم اکیسویں صدی میں اسی دور میں جی رہے ہیں، یعنی modern civilization کے دور میں۔</w:t>
      </w:r>
    </w:p>
    <w:p>
      <w:r>
        <w:rPr>
          <w:b/>
        </w:rPr>
        <w:t xml:space="preserve">[18:58] </w:t>
      </w:r>
      <w:r>
        <w:t>to musalman jo hain isi mein phanse they, bas quran sunnat, quran sunnat, quran sunnat.</w:t>
      </w:r>
    </w:p>
    <w:p>
      <w:pPr>
        <w:jc w:val="right"/>
      </w:pPr>
      <w:r>
        <w:t>تو مسلمان جو ہیں اسی میں پھنسے تھے، بس قرآن سنت، قرآن سنت، قرآن سنت۔</w:t>
      </w:r>
    </w:p>
    <w:p>
      <w:r>
        <w:rPr>
          <w:b/>
        </w:rPr>
        <w:t xml:space="preserve">[19:04] </w:t>
      </w:r>
      <w:r>
        <w:t>to aap dekhiye musalmanon mein jo tareeqe chale is zamane mein, sab sab kya thi yahi ke jo</w:t>
      </w:r>
    </w:p>
    <w:p>
      <w:pPr>
        <w:jc w:val="right"/>
      </w:pPr>
      <w:r>
        <w:t>تو آپ دیکھیے مسلمانوں میں جو طریقے چلے اس زمانے میں، سب سب کیا تھی یہی کہ جو</w:t>
      </w:r>
    </w:p>
    <w:p>
      <w:r>
        <w:rPr>
          <w:b/>
        </w:rPr>
        <w:t xml:space="preserve">[19:10] </w:t>
      </w:r>
      <w:r>
        <w:t>traditional concept tha quran sunnat ka, bas isi isi ko pakde raho, isi ko dohrate raho.</w:t>
      </w:r>
    </w:p>
    <w:p>
      <w:pPr>
        <w:jc w:val="right"/>
      </w:pPr>
      <w:r>
        <w:t>traditional concept تھا قرآن سنت کا، بس اسی اسی کو پکڑے رہو، اسی کو دہراتے رہو۔</w:t>
      </w:r>
    </w:p>
    <w:p>
      <w:r>
        <w:rPr>
          <w:b/>
        </w:rPr>
        <w:t xml:space="preserve">[19:17] </w:t>
      </w:r>
      <w:r>
        <w:t>matlab la ilaha ko parho, quran ki tilawat karo, namaz parho, roza rakho, hajj karo, zakat do.</w:t>
      </w:r>
    </w:p>
    <w:p>
      <w:pPr>
        <w:jc w:val="right"/>
      </w:pPr>
      <w:r>
        <w:t>مطلب لا الہ کو پڑھو، قرآن کی تلاوت کرو، نماز پڑھو، روزہ رکھو، حج کرو، زکوٰۃ دو۔</w:t>
      </w:r>
    </w:p>
    <w:p>
      <w:r>
        <w:rPr>
          <w:b/>
        </w:rPr>
        <w:t xml:space="preserve">[19:23] </w:t>
      </w:r>
      <w:r>
        <w:t>yeh sab traditional framework tha.</w:t>
      </w:r>
    </w:p>
    <w:p>
      <w:pPr>
        <w:jc w:val="right"/>
      </w:pPr>
      <w:r>
        <w:t>یہ سب traditional framework تھا۔</w:t>
      </w:r>
    </w:p>
    <w:p>
      <w:r>
        <w:rPr>
          <w:b/>
        </w:rPr>
        <w:t xml:space="preserve">[19:29] </w:t>
      </w:r>
      <w:r>
        <w:t>isi option mein sab log jeete rahe.</w:t>
      </w:r>
    </w:p>
    <w:p>
      <w:pPr>
        <w:jc w:val="right"/>
      </w:pPr>
      <w:r>
        <w:t>اسی option میں سب لوگ جیتے رہے۔</w:t>
      </w:r>
    </w:p>
    <w:p>
      <w:r>
        <w:rPr>
          <w:b/>
        </w:rPr>
        <w:t xml:space="preserve">[19:35] </w:t>
      </w:r>
      <w:r>
        <w:t>ijtihad ko apply nahi kar sake kyunke saare log phanse hue they, dichotomous thinking mein.</w:t>
      </w:r>
    </w:p>
    <w:p>
      <w:pPr>
        <w:jc w:val="right"/>
      </w:pPr>
      <w:r>
        <w:t>اجتہاد کو اپلائی نہیں کر سکے کیونکہ سارے لوگ پھنسے ہوئے تھے، dichotomous thinking میں۔</w:t>
      </w:r>
    </w:p>
    <w:p>
      <w:r>
        <w:rPr>
          <w:b/>
        </w:rPr>
        <w:t xml:space="preserve">[19:42] </w:t>
      </w:r>
      <w:r>
        <w:t>Third option daryaft nahi kar sake.</w:t>
      </w:r>
    </w:p>
    <w:p>
      <w:pPr>
        <w:jc w:val="right"/>
      </w:pPr>
      <w:r>
        <w:t>Third option دریافت نہیں کر سکے۔</w:t>
      </w:r>
    </w:p>
    <w:p>
      <w:r>
        <w:rPr>
          <w:b/>
        </w:rPr>
        <w:t xml:space="preserve">[19:48] </w:t>
      </w:r>
      <w:r>
        <w:t>ab zaroorat thi ke woh ijtihad kar ke naye daur ko janiye ke what is modern age aur</w:t>
      </w:r>
    </w:p>
    <w:p>
      <w:pPr>
        <w:jc w:val="right"/>
      </w:pPr>
      <w:r>
        <w:t>اب ضرورت تھی کہ وہ اجتہاد کر کے نئے دور کو جانیں کہ what is modern age اور</w:t>
      </w:r>
    </w:p>
    <w:p>
      <w:r>
        <w:rPr>
          <w:b/>
        </w:rPr>
        <w:t xml:space="preserve">[19:54] </w:t>
      </w:r>
      <w:r>
        <w:t>islam ko re-apply karein.</w:t>
      </w:r>
    </w:p>
    <w:p>
      <w:pPr>
        <w:jc w:val="right"/>
      </w:pPr>
      <w:r>
        <w:t>اسلام کو re-apply کریں۔</w:t>
      </w:r>
    </w:p>
    <w:p>
      <w:r>
        <w:rPr>
          <w:b/>
        </w:rPr>
        <w:t xml:space="preserve">[20:01] </w:t>
      </w:r>
      <w:r>
        <w:t>It was time to re-apply islam in the modern age.</w:t>
      </w:r>
    </w:p>
    <w:p>
      <w:pPr>
        <w:jc w:val="right"/>
      </w:pPr>
      <w:r>
        <w:t>It was time to re-apply اسلام in the modern age۔</w:t>
      </w:r>
    </w:p>
    <w:p>
      <w:r>
        <w:rPr>
          <w:b/>
        </w:rPr>
        <w:t xml:space="preserve">[20:07] </w:t>
      </w:r>
      <w:r>
        <w:t>to apni dichotomous thinking jo thi, isi ko mein keh raha hoon right obsession ke hum to quran</w:t>
      </w:r>
    </w:p>
    <w:p>
      <w:pPr>
        <w:jc w:val="right"/>
      </w:pPr>
      <w:r>
        <w:t>تو اپنی dichotomous thinking جو تھی، اسی کو میں کہہ رہا ہوں right obsession کہ ہم تو قرآن</w:t>
      </w:r>
    </w:p>
    <w:p>
      <w:r>
        <w:rPr>
          <w:b/>
        </w:rPr>
        <w:t xml:space="preserve">[20:13] </w:t>
      </w:r>
      <w:r>
        <w:t>sunnat ko pakde hue hain, hum mein ghalati kya hai.</w:t>
      </w:r>
    </w:p>
    <w:p>
      <w:pPr>
        <w:jc w:val="right"/>
      </w:pPr>
      <w:r>
        <w:t>سنت کو پکڑے ہوئے ہیں، ہم میں غلطی کیا ہے۔</w:t>
      </w:r>
    </w:p>
    <w:p>
      <w:r>
        <w:rPr>
          <w:b/>
        </w:rPr>
        <w:t xml:space="preserve">[20:20] </w:t>
      </w:r>
      <w:r>
        <w:t>lekin woh ghalti yeh thi ke dichotomous thinking ki wajah se woh third option jo hai, woh chhod</w:t>
      </w:r>
    </w:p>
    <w:p>
      <w:pPr>
        <w:jc w:val="right"/>
      </w:pPr>
      <w:r>
        <w:t>لیکن وہ غلطی یہ تھی کہ dichotomous thinking کی وجہ سے وہ third option جو ہے، وہ چھوڑ</w:t>
      </w:r>
    </w:p>
    <w:p>
      <w:r>
        <w:rPr>
          <w:b/>
        </w:rPr>
        <w:t xml:space="preserve">[20:26] </w:t>
      </w:r>
      <w:r>
        <w:t>diya unhon ne, ijtihad ka option.</w:t>
      </w:r>
    </w:p>
    <w:p>
      <w:pPr>
        <w:jc w:val="right"/>
      </w:pPr>
      <w:r>
        <w:t>دیا انہوں نے، اجتہاد کا option۔</w:t>
      </w:r>
    </w:p>
    <w:p>
      <w:r>
        <w:rPr>
          <w:b/>
        </w:rPr>
        <w:t xml:space="preserve">[20:32] </w:t>
      </w:r>
      <w:r>
        <w:t>to ab dekhiye, main misaal ke upar aap ko arz karta hoon.</w:t>
      </w:r>
    </w:p>
    <w:p>
      <w:pPr>
        <w:jc w:val="right"/>
      </w:pPr>
      <w:r>
        <w:t>تو اب دیکھیے، میں مثال کے اوپر آپ کو عرض کرتا ہوں۔</w:t>
      </w:r>
    </w:p>
    <w:p>
      <w:r>
        <w:rPr>
          <w:b/>
        </w:rPr>
        <w:t xml:space="preserve">[20:39] </w:t>
      </w:r>
      <w:r>
        <w:t>agar woh ijtihad karte to yaani hind ki soorat mein saari baatein quran o hadees mein maujood hain.</w:t>
      </w:r>
    </w:p>
    <w:p>
      <w:pPr>
        <w:jc w:val="right"/>
      </w:pPr>
      <w:r>
        <w:t>اگر وہ اجتہاد کرتے تو یعنی ہند کی صورت میں ساری باتیں قرآن و حدیث میں موجود ہیں۔</w:t>
      </w:r>
    </w:p>
    <w:p>
      <w:r>
        <w:rPr>
          <w:b/>
        </w:rPr>
        <w:t xml:space="preserve">[20:45] </w:t>
      </w:r>
      <w:r>
        <w:t>bukhari mein ek riwayat hai ke allah is deen ki taeed yani support faajir logon ke zariye bhi karega.</w:t>
      </w:r>
    </w:p>
    <w:p>
      <w:pPr>
        <w:jc w:val="right"/>
      </w:pPr>
      <w:r>
        <w:t>بخاری میں ایک روایت ہے کہ اللہ اس دین کی تائید یعنی support فاجر لوگوں کے ذریعے بھی کرے گا۔</w:t>
      </w:r>
    </w:p>
    <w:p>
      <w:r>
        <w:rPr>
          <w:b/>
        </w:rPr>
        <w:t xml:space="preserve">[20:51] </w:t>
      </w:r>
      <w:r>
        <w:t>mera dekhein, faajir se murad hai secular non-believers.</w:t>
      </w:r>
    </w:p>
    <w:p>
      <w:pPr>
        <w:jc w:val="right"/>
      </w:pPr>
      <w:r>
        <w:t>میرا دیکھیں، فاجر سے مراد ہے secular non-believers۔</w:t>
      </w:r>
    </w:p>
    <w:p>
      <w:r>
        <w:rPr>
          <w:b/>
        </w:rPr>
        <w:t xml:space="preserve">[20:58] </w:t>
      </w:r>
      <w:r>
        <w:t>yaani allah is deen ki taeed secular ya non-believers ke zariye bhi karega.</w:t>
      </w:r>
    </w:p>
    <w:p>
      <w:pPr>
        <w:jc w:val="right"/>
      </w:pPr>
      <w:r>
        <w:t>یعنی اللہ اس دین کی تائید secular یا non-believers کے ذریعے بھی کرے گا۔</w:t>
      </w:r>
    </w:p>
    <w:p>
      <w:r>
        <w:rPr>
          <w:b/>
        </w:rPr>
        <w:t xml:space="preserve">[21:04] </w:t>
      </w:r>
      <w:r>
        <w:t>to dekhte hain ke yeh to waqt aa gaya hai isi ka ke modern jo yaani civilization hai, woh</w:t>
      </w:r>
    </w:p>
    <w:p>
      <w:pPr>
        <w:jc w:val="right"/>
      </w:pPr>
      <w:r>
        <w:t>تو دیکھتے ہیں کہ یہ تو وقت آگیا ہے اسی کا کہ modern جو یعنی civilization ہے، وہ</w:t>
      </w:r>
    </w:p>
    <w:p>
      <w:r>
        <w:rPr>
          <w:b/>
        </w:rPr>
        <w:t xml:space="preserve">[21:10] </w:t>
      </w:r>
      <w:r>
        <w:t>to yahi hai, yahi to hai, woh europe ke logon ke zariye se, yaani secular logon ke zariye</w:t>
      </w:r>
    </w:p>
    <w:p>
      <w:pPr>
        <w:jc w:val="right"/>
      </w:pPr>
      <w:r>
        <w:t>تو یہی ہے، یہی تو ہے، وہ یورپ کے لوگوں کے ذریعے سے، یعنی secular لوگوں کے ذریعے</w:t>
      </w:r>
    </w:p>
    <w:p>
      <w:r>
        <w:rPr>
          <w:b/>
        </w:rPr>
        <w:t xml:space="preserve">[21:17] </w:t>
      </w:r>
      <w:r>
        <w:t>se dunya ke halaat mein aise changes laye gaye, aise changes jis se kya hua ke printing press</w:t>
      </w:r>
    </w:p>
    <w:p>
      <w:pPr>
        <w:jc w:val="right"/>
      </w:pPr>
      <w:r>
        <w:t>سے دنیا کے حالات میں ایسے changes لائے گئے، ایسے changes جس سے کیا ہوا کہ printing press</w:t>
      </w:r>
    </w:p>
    <w:p>
      <w:r>
        <w:rPr>
          <w:b/>
        </w:rPr>
        <w:t xml:space="preserve">[21:23] </w:t>
      </w:r>
      <w:r>
        <w:t>aaya, modern communication aaya, aur openness aaya, mobility aayi, aur library culture aaya, aur religious freedom aaya, aur</w:t>
      </w:r>
    </w:p>
    <w:p>
      <w:pPr>
        <w:jc w:val="right"/>
      </w:pPr>
      <w:r>
        <w:t>آیا، modern communication آیا، اور openness آیا، mobility آئی، اور library culture آیا، اور religious freedom آیا، اور</w:t>
      </w:r>
    </w:p>
    <w:p>
      <w:r>
        <w:rPr>
          <w:b/>
        </w:rPr>
        <w:t xml:space="preserve">[21:29] </w:t>
      </w:r>
      <w:r>
        <w:t>democracy aaya, jis ka matlab yeh hai ke you have to accept others.</w:t>
      </w:r>
    </w:p>
    <w:p>
      <w:pPr>
        <w:jc w:val="right"/>
      </w:pPr>
      <w:r>
        <w:t>democracy آیا، جس کا مطلب یہ ہے کہ you have to accept others۔</w:t>
      </w:r>
    </w:p>
    <w:p>
      <w:r>
        <w:rPr>
          <w:b/>
        </w:rPr>
        <w:t xml:space="preserve">[21:35] </w:t>
      </w:r>
      <w:r>
        <w:t>dekhiye, poora jo daur tha hazaron saal pehle kingship ka, kingship ke daur ki sab se badi jo</w:t>
      </w:r>
    </w:p>
    <w:p>
      <w:pPr>
        <w:jc w:val="right"/>
      </w:pPr>
      <w:r>
        <w:t>دیکھیے، پورا جو دور تھا ہزاروں سال پہلے kingship کا، kingship کے دور کی سب سے بڑی جو</w:t>
      </w:r>
    </w:p>
    <w:p>
      <w:r>
        <w:rPr>
          <w:b/>
        </w:rPr>
        <w:t xml:space="preserve">[21:42] </w:t>
      </w:r>
      <w:r>
        <w:t>kharabi thi ke ke the king can do no wrong.</w:t>
      </w:r>
    </w:p>
    <w:p>
      <w:pPr>
        <w:jc w:val="right"/>
      </w:pPr>
      <w:r>
        <w:t>خرابی تھی کہ کہ the king can do no wrong۔</w:t>
      </w:r>
    </w:p>
    <w:p>
      <w:r>
        <w:rPr>
          <w:b/>
        </w:rPr>
        <w:t xml:space="preserve">[21:48] </w:t>
      </w:r>
      <w:r>
        <w:t>qaim tha is ka ke ke sahi baat wahi hai jo badshah kahe, the king can do no wrong.</w:t>
      </w:r>
    </w:p>
    <w:p>
      <w:pPr>
        <w:jc w:val="right"/>
      </w:pPr>
      <w:r>
        <w:t>قائم تھا اس کا کہ کہ صحیح بات وہی ہے جو بادشاہ کہے، the king can do no wrong۔</w:t>
      </w:r>
    </w:p>
    <w:p>
      <w:r>
        <w:rPr>
          <w:b/>
        </w:rPr>
        <w:t xml:space="preserve">[21:54] </w:t>
      </w:r>
      <w:r>
        <w:t>jo badshah ke zabaan se nikal gaya, wahi sahi hai.</w:t>
      </w:r>
    </w:p>
    <w:p>
      <w:pPr>
        <w:jc w:val="right"/>
      </w:pPr>
      <w:r>
        <w:t>جو بادشاہ کے زبان سے نکل گیا، وہی صحیح ہے۔</w:t>
      </w:r>
    </w:p>
    <w:p>
      <w:r>
        <w:rPr>
          <w:b/>
        </w:rPr>
        <w:t xml:space="preserve">[22:01] </w:t>
      </w:r>
      <w:r>
        <w:t>doosra aadmi jo hai, us ko mara jayega, kata jayega, peeta jayega.</w:t>
      </w:r>
    </w:p>
    <w:p>
      <w:pPr>
        <w:jc w:val="right"/>
      </w:pPr>
      <w:r>
        <w:t>دوسرا آدمی جو ہے، اس کو مارا جائے گا، کٹا جائے گا، پیٹا جائے گا۔</w:t>
      </w:r>
    </w:p>
    <w:p>
      <w:r>
        <w:rPr>
          <w:b/>
        </w:rPr>
        <w:t xml:space="preserve">[22:07] </w:t>
      </w:r>
      <w:r>
        <w:t>to yeh jo hai, yeh democracy ek bahut badi blessing thi, bahut badi nemat thi ke different opinion</w:t>
      </w:r>
    </w:p>
    <w:p>
      <w:pPr>
        <w:jc w:val="right"/>
      </w:pPr>
      <w:r>
        <w:t>تو یہ جو ہے، یہ democracy ایک بہت بڑی blessing تھی، بہت بڑی نعمت تھی کہ different opinion</w:t>
      </w:r>
    </w:p>
    <w:p>
      <w:r>
        <w:rPr>
          <w:b/>
        </w:rPr>
        <w:t xml:space="preserve">[22:13] </w:t>
      </w:r>
      <w:r>
        <w:t>ko aap ko human rights mein shamil kar liya gaya.</w:t>
      </w:r>
    </w:p>
    <w:p>
      <w:pPr>
        <w:jc w:val="right"/>
      </w:pPr>
      <w:r>
        <w:t>کو آپ کو human rights میں شامل کر لیا گیا۔</w:t>
      </w:r>
    </w:p>
    <w:p>
      <w:r>
        <w:rPr>
          <w:b/>
        </w:rPr>
        <w:t xml:space="preserve">[22:20] </w:t>
      </w:r>
      <w:r>
        <w:t>yaani different opinion jo hai, pehle human rights nahi thi.</w:t>
      </w:r>
    </w:p>
    <w:p>
      <w:pPr>
        <w:jc w:val="right"/>
      </w:pPr>
      <w:r>
        <w:t>یعنی different opinion جو ہے، پہلے human rights نہیں تھی۔</w:t>
      </w:r>
    </w:p>
    <w:p>
      <w:r>
        <w:rPr>
          <w:b/>
        </w:rPr>
        <w:t xml:space="preserve">[22:26] </w:t>
      </w:r>
      <w:r>
        <w:t>kingship ke zamane mein, yaani dissent jo hai, dissent jo tha, woh galat hi tha.</w:t>
      </w:r>
    </w:p>
    <w:p>
      <w:pPr>
        <w:jc w:val="right"/>
      </w:pPr>
      <w:r>
        <w:t>Kingship کے زمانے میں، یعنی dissent جو ہے، dissent جو تھا، وہ غلط ہی تھا۔</w:t>
      </w:r>
    </w:p>
    <w:p>
      <w:r>
        <w:rPr>
          <w:b/>
        </w:rPr>
        <w:t xml:space="preserve">[22:32] </w:t>
      </w:r>
      <w:r>
        <w:t>jo badshah se dissent kare, woh galat baat keh raha hai.</w:t>
      </w:r>
    </w:p>
    <w:p>
      <w:pPr>
        <w:jc w:val="right"/>
      </w:pPr>
      <w:r>
        <w:t>جو بادشاہ سے dissent کرے، وہ غلط بات کہہ رہا ہے۔</w:t>
      </w:r>
    </w:p>
    <w:p>
      <w:r>
        <w:rPr>
          <w:b/>
        </w:rPr>
        <w:t xml:space="preserve">[22:39] </w:t>
      </w:r>
      <w:r>
        <w:t>ab modern jo age hai democracy ka, to democracy mein yeh norm establish hua ke dissent ko bhi,</w:t>
      </w:r>
    </w:p>
    <w:p>
      <w:pPr>
        <w:jc w:val="right"/>
      </w:pPr>
      <w:r>
        <w:t>اب modern جو age ہے democracy کا، تو democracy میں یہ norm establish ہوا کہ dissent کو بھی،</w:t>
      </w:r>
    </w:p>
    <w:p>
      <w:r>
        <w:rPr>
          <w:b/>
        </w:rPr>
        <w:t xml:space="preserve">[22:45] </w:t>
      </w:r>
      <w:r>
        <w:t>dissent ko, dissent ek human right hai, absolute right hai, absolute.</w:t>
      </w:r>
    </w:p>
    <w:p>
      <w:pPr>
        <w:jc w:val="right"/>
      </w:pPr>
      <w:r>
        <w:t>dissent کو، dissent ایک human right ہے، absolute right ہے، absolute۔</w:t>
      </w:r>
    </w:p>
    <w:p>
      <w:r>
        <w:rPr>
          <w:b/>
        </w:rPr>
        <w:t xml:space="preserve">[22:51] </w:t>
      </w:r>
      <w:r>
        <w:t>to aap ko manna padega, provided it is not inflicting upon you any kind of physical harm.</w:t>
      </w:r>
    </w:p>
    <w:p>
      <w:pPr>
        <w:jc w:val="right"/>
      </w:pPr>
      <w:r>
        <w:t>تو آپ کو ماننا پڑے گا، provided it is not inflicting upon you any kind of physical harm۔</w:t>
      </w:r>
    </w:p>
    <w:p>
      <w:r>
        <w:rPr>
          <w:b/>
        </w:rPr>
        <w:t xml:space="preserve">[22:58] </w:t>
      </w:r>
      <w:r>
        <w:t>yeh kaisi ajeeb nemat hai jo kabhi nahi thi.</w:t>
      </w:r>
    </w:p>
    <w:p>
      <w:pPr>
        <w:jc w:val="right"/>
      </w:pPr>
      <w:r>
        <w:t>یہ کیسی عجیب نعمت ہے جو کبھی نہیں تھی۔</w:t>
      </w:r>
    </w:p>
    <w:p>
      <w:r>
        <w:rPr>
          <w:b/>
        </w:rPr>
        <w:t xml:space="preserve">[23:04] </w:t>
      </w:r>
      <w:r>
        <w:t>quran mein hai, dekhiye, surah alburooj mein ke sirf yeh kehne par logon ko maar diya gaya ke</w:t>
      </w:r>
    </w:p>
    <w:p>
      <w:pPr>
        <w:jc w:val="right"/>
      </w:pPr>
      <w:r>
        <w:t>قرآن میں ہے، دیکھیے، سورہ البروج میں کہ صرف یہ کہنے پر لوگوں کو مار دیا گیا کہ</w:t>
      </w:r>
    </w:p>
    <w:p>
      <w:r>
        <w:rPr>
          <w:b/>
        </w:rPr>
        <w:t xml:space="preserve">[23:10] </w:t>
      </w:r>
      <w:r>
        <w:t>allah ek hai.</w:t>
      </w:r>
    </w:p>
    <w:p>
      <w:pPr>
        <w:jc w:val="right"/>
      </w:pPr>
      <w:r>
        <w:t>اللہ ایک ہے۔</w:t>
      </w:r>
    </w:p>
    <w:p>
      <w:r>
        <w:rPr>
          <w:b/>
        </w:rPr>
        <w:t xml:space="preserve">[23:17] </w:t>
      </w:r>
      <w:r>
        <w:t>kyunke is zamane mein jo badshah tha, woh mushrik tha, woh kehta tha ke allah akbar hai.</w:t>
      </w:r>
    </w:p>
    <w:p>
      <w:pPr>
        <w:jc w:val="right"/>
      </w:pPr>
      <w:r>
        <w:t>کیونکہ اس زمانے میں جو بادشاہ تھا، وہ مشرک تھا، وہ کہتا تھا کہ اللہ اکبر ہے۔</w:t>
      </w:r>
    </w:p>
    <w:p>
      <w:r>
        <w:rPr>
          <w:b/>
        </w:rPr>
        <w:t xml:space="preserve">[23:23] </w:t>
      </w:r>
      <w:r>
        <w:t>to us ne kaha allah ek hai, to us ne maar diya us ko.</w:t>
      </w:r>
    </w:p>
    <w:p>
      <w:pPr>
        <w:jc w:val="right"/>
      </w:pPr>
      <w:r>
        <w:t>تو اس نے کہا اللہ ایک ہے، تو اس نے مار دیا اس کو۔</w:t>
      </w:r>
    </w:p>
    <w:p>
      <w:r>
        <w:rPr>
          <w:b/>
        </w:rPr>
        <w:t xml:space="preserve">[23:29] </w:t>
      </w:r>
      <w:r>
        <w:t>kyun? Dissent was not allowed at that time.</w:t>
      </w:r>
    </w:p>
    <w:p>
      <w:pPr>
        <w:jc w:val="right"/>
      </w:pPr>
      <w:r>
        <w:t>کیوں؟ Dissent was not allowed at that time۔</w:t>
      </w:r>
    </w:p>
    <w:p>
      <w:r>
        <w:rPr>
          <w:b/>
        </w:rPr>
        <w:t xml:space="preserve">[23:36] </w:t>
      </w:r>
      <w:r>
        <w:t>ab dissent jo hai, D-I-S-S-E-N-T, allowed ho gaya.</w:t>
      </w:r>
    </w:p>
    <w:p>
      <w:pPr>
        <w:jc w:val="right"/>
      </w:pPr>
      <w:r>
        <w:t>اب dissent جو ہے، D-I-S-S-E-N-T، allowed ہو گیا۔</w:t>
      </w:r>
    </w:p>
    <w:p>
      <w:r>
        <w:rPr>
          <w:b/>
        </w:rPr>
        <w:t xml:space="preserve">[23:42] </w:t>
      </w:r>
      <w:r>
        <w:t>is mani ke peaceful dua work aap karein to koi rukawat nahi.</w:t>
      </w:r>
    </w:p>
    <w:p>
      <w:pPr>
        <w:jc w:val="right"/>
      </w:pPr>
      <w:r>
        <w:t>اس معنی کہ peaceful دعا ورک آپ کریں تو کوئی رکاوٹ نہیں۔</w:t>
      </w:r>
    </w:p>
    <w:p>
      <w:r>
        <w:rPr>
          <w:b/>
        </w:rPr>
        <w:t xml:space="preserve">[23:48] </w:t>
      </w:r>
      <w:r>
        <w:t>peaceful dua work aap karein to koi rukawat nahi, kahin bhi nahi.</w:t>
      </w:r>
    </w:p>
    <w:p>
      <w:pPr>
        <w:jc w:val="right"/>
      </w:pPr>
      <w:r>
        <w:t>Peaceful دعا ورک آپ کریں تو کوئی رکاوٹ نہیں، کہیں بھی نہیں۔</w:t>
      </w:r>
    </w:p>
    <w:p>
      <w:r>
        <w:rPr>
          <w:b/>
        </w:rPr>
        <w:t xml:space="preserve">[23:54] </w:t>
      </w:r>
      <w:r>
        <w:t>united nations ke stage par ja kar aap bol sakte hain.</w:t>
      </w:r>
    </w:p>
    <w:p>
      <w:pPr>
        <w:jc w:val="right"/>
      </w:pPr>
      <w:r>
        <w:t>United Nations کے stage پر جا کر آپ بول سکتے ہیں۔</w:t>
      </w:r>
    </w:p>
    <w:p>
      <w:r>
        <w:rPr>
          <w:b/>
        </w:rPr>
        <w:t xml:space="preserve">[24:01] </w:t>
      </w:r>
      <w:r>
        <w:t>to chunke ijtihad ko unhone apne is se nikal rakha tha, bas dichotomous thinking mein jeete the,</w:t>
      </w:r>
    </w:p>
    <w:p>
      <w:pPr>
        <w:jc w:val="right"/>
      </w:pPr>
      <w:r>
        <w:t>تو چونکہ اجتہاد کو انہوں نے اپنے اس سے نکال رکھا تھا، بس dichotomous thinking میں جیتے تھے،</w:t>
      </w:r>
    </w:p>
    <w:p>
      <w:r>
        <w:rPr>
          <w:b/>
        </w:rPr>
        <w:t xml:space="preserve">[24:07] </w:t>
      </w:r>
      <w:r>
        <w:t>quran sunnat, quran sunnat, quran sunnat.</w:t>
      </w:r>
    </w:p>
    <w:p>
      <w:pPr>
        <w:jc w:val="right"/>
      </w:pPr>
      <w:r>
        <w:t>قرآن سنت، قرآن سنت، قرآن سنت۔</w:t>
      </w:r>
    </w:p>
    <w:p>
      <w:r>
        <w:rPr>
          <w:b/>
        </w:rPr>
        <w:t xml:space="preserve">[24:13] </w:t>
      </w:r>
      <w:r>
        <w:t>to is dichotomous thinking ka yeh nuqsan hua ke quran ke ijtihad ke value nahi samajh sake.</w:t>
      </w:r>
    </w:p>
    <w:p>
      <w:pPr>
        <w:jc w:val="right"/>
      </w:pPr>
      <w:r>
        <w:t>تو اس dichotomous thinking کا یہ نقصان ہوا کہ قرآن کے اجتہاد کے value نہیں سمجھ سکے۔</w:t>
      </w:r>
    </w:p>
    <w:p>
      <w:r>
        <w:rPr>
          <w:b/>
        </w:rPr>
        <w:t xml:space="preserve">[24:20] </w:t>
      </w:r>
      <w:r>
        <w:t>woh agar woh ijtihad ke value samajhte aur ijtihad karte to maloom hota ke ghareeb bhi.</w:t>
      </w:r>
    </w:p>
    <w:p>
      <w:pPr>
        <w:jc w:val="right"/>
      </w:pPr>
      <w:r>
        <w:t>وہ اگر وہ اجتہاد کے value سمجھتے اور اجتہاد کرتے تو معلوم ہوتا کہ غریب بھی۔</w:t>
      </w:r>
    </w:p>
    <w:p>
      <w:r>
        <w:rPr>
          <w:b/>
        </w:rPr>
        <w:t xml:space="preserve">[24:26] </w:t>
      </w:r>
      <w:r>
        <w:t>yeh to modern civilization to blessing hai, yeh to supportive civilization hai.</w:t>
      </w:r>
    </w:p>
    <w:p>
      <w:pPr>
        <w:jc w:val="right"/>
      </w:pPr>
      <w:r>
        <w:t>یہ تو modern civilization تو blessing ہے، یہ تو supportive civilization ہے۔</w:t>
      </w:r>
    </w:p>
    <w:p>
      <w:r>
        <w:rPr>
          <w:b/>
        </w:rPr>
        <w:t xml:space="preserve">[24:32] </w:t>
      </w:r>
      <w:r>
        <w:t>bukhari ki riwayat ke mutabiq yeh supportive civilization hai, yeh supportive age hai.</w:t>
      </w:r>
    </w:p>
    <w:p>
      <w:pPr>
        <w:jc w:val="right"/>
      </w:pPr>
      <w:r>
        <w:t>بخاری کی روایت کے مطابق یہ supportive civilization ہے، یہ supportive age ہے۔</w:t>
      </w:r>
    </w:p>
    <w:p>
      <w:r>
        <w:rPr>
          <w:b/>
        </w:rPr>
        <w:t xml:space="preserve">[24:39] </w:t>
      </w:r>
      <w:r>
        <w:t>lekin yeh poori poori history musalmanon ki jo hai, woh dichotomous thinking ke trap mein jee rahi hai.</w:t>
      </w:r>
    </w:p>
    <w:p>
      <w:pPr>
        <w:jc w:val="right"/>
      </w:pPr>
      <w:r>
        <w:t>لیکن یہ پوری پوری history مسلمانوں کی جو ہے، وہ dichotomous thinking کے trap میں جی رہی ہے۔</w:t>
      </w:r>
    </w:p>
    <w:p>
      <w:r>
        <w:rPr>
          <w:b/>
        </w:rPr>
        <w:t xml:space="preserve">[24:45] </w:t>
      </w:r>
      <w:r>
        <w:t>quran sunnat, quran sunnat, quran sunnat.</w:t>
      </w:r>
    </w:p>
    <w:p>
      <w:pPr>
        <w:jc w:val="right"/>
      </w:pPr>
      <w:r>
        <w:t>قرآن سنت، قرآن سنت، قرآن سنت۔</w:t>
      </w:r>
    </w:p>
    <w:p>
      <w:r>
        <w:rPr>
          <w:b/>
        </w:rPr>
        <w:t xml:space="preserve">[24:51] </w:t>
      </w:r>
      <w:r>
        <w:t>to is ko main kahunga ke right obsession, kyunke bazahir to ghalat hai yeh.</w:t>
      </w:r>
    </w:p>
    <w:p>
      <w:pPr>
        <w:jc w:val="right"/>
      </w:pPr>
      <w:r>
        <w:t>تو اس کو میں کہوں گا کہ right obsession، کیونکہ بظاہر تو غلط ہے یہ۔</w:t>
      </w:r>
    </w:p>
    <w:p>
      <w:r>
        <w:rPr>
          <w:b/>
        </w:rPr>
        <w:t xml:space="preserve">[24:58] </w:t>
      </w:r>
      <w:r>
        <w:t>jab aap yeh kahein ke hamein quran sunnat ko follow karna hai, to aadmi kahega bhai theek</w:t>
      </w:r>
    </w:p>
    <w:p>
      <w:pPr>
        <w:jc w:val="right"/>
      </w:pPr>
      <w:r>
        <w:t>جب آپ یہ کہیں کہ ہمیں قرآن سنت کو follow کرنا ہے، تو آدمی کہے گا بھئی ٹھیک</w:t>
      </w:r>
    </w:p>
    <w:p>
      <w:r>
        <w:rPr>
          <w:b/>
        </w:rPr>
        <w:t xml:space="preserve">[25:04] </w:t>
      </w:r>
      <w:r>
        <w:t>kar rahe hain, yeh bazahir theek kar rahe hain.</w:t>
      </w:r>
    </w:p>
    <w:p>
      <w:pPr>
        <w:jc w:val="right"/>
      </w:pPr>
      <w:r>
        <w:t>کر رہے ہیں، یہ بظاہر ٹھیک کر رہے ہیں۔</w:t>
      </w:r>
    </w:p>
    <w:p>
      <w:r>
        <w:rPr>
          <w:b/>
        </w:rPr>
        <w:t xml:space="preserve">[25:10] </w:t>
      </w:r>
      <w:r>
        <w:t>lekin is theek mein aik aik aik weakness maujood hai, aik ghalati maujood hai.</w:t>
      </w:r>
    </w:p>
    <w:p>
      <w:pPr>
        <w:jc w:val="right"/>
      </w:pPr>
      <w:r>
        <w:t>لیکن اس ٹھیک میں ایک ایک ایک weakness موجود ہے، ایک غلطی موجود ہے۔</w:t>
      </w:r>
    </w:p>
    <w:p>
      <w:r>
        <w:rPr>
          <w:b/>
        </w:rPr>
        <w:t xml:space="preserve">[25:17] </w:t>
      </w:r>
      <w:r>
        <w:t>isi liye main kehta hoon is ko yani right obsession aur wrong obsession.</w:t>
      </w:r>
    </w:p>
    <w:p>
      <w:pPr>
        <w:jc w:val="right"/>
      </w:pPr>
      <w:r>
        <w:t>اسی لیے میں کہتا ہوں اس کو یعنی right obsession اور wrong obsession۔</w:t>
      </w:r>
    </w:p>
    <w:p>
      <w:r>
        <w:rPr>
          <w:b/>
        </w:rPr>
        <w:t xml:space="preserve">[25:23] </w:t>
      </w:r>
      <w:r>
        <w:t>to jahan tak maine parha hai muslim history ko, islami literature ko, to poori tareekh mujhe lagti</w:t>
      </w:r>
    </w:p>
    <w:p>
      <w:pPr>
        <w:jc w:val="right"/>
      </w:pPr>
      <w:r>
        <w:t>تو جہاں تک میں نے پڑھا ہے مسلم history کو، اسلامی literature کو، تو پوری تاریخ مجھے لگتی</w:t>
      </w:r>
    </w:p>
    <w:p>
      <w:r>
        <w:rPr>
          <w:b/>
        </w:rPr>
        <w:t xml:space="preserve">[25:29] </w:t>
      </w:r>
      <w:r>
        <w:t>hai ke woh phansi hui hai dichotomous thinking ke trap mein.</w:t>
      </w:r>
    </w:p>
    <w:p>
      <w:pPr>
        <w:jc w:val="right"/>
      </w:pPr>
      <w:r>
        <w:t>ہے کہ وہ پھنسی ہوئی ہے dichotomous thinking کے trap میں۔</w:t>
      </w:r>
    </w:p>
    <w:p>
      <w:r>
        <w:rPr>
          <w:b/>
        </w:rPr>
        <w:t xml:space="preserve">[25:36] </w:t>
      </w:r>
      <w:r>
        <w:t>mein aap ko aik misaal deta hoon is ko samajhne ke liye ke kya cheez hai yeh.</w:t>
      </w:r>
    </w:p>
    <w:p>
      <w:pPr>
        <w:jc w:val="right"/>
      </w:pPr>
      <w:r>
        <w:t>میں آپ کو ایک مثال دیتا ہوں اس کو سمجھنے کے لیے کہ کیا چیز ہے یہ۔</w:t>
      </w:r>
    </w:p>
    <w:p>
      <w:r>
        <w:rPr>
          <w:b/>
        </w:rPr>
        <w:t xml:space="preserve">[25:42] </w:t>
      </w:r>
      <w:r>
        <w:t>maulana shabeer numani jo thay, woh aligarh university mein persian parhate thay, sirsyed ke zamanay mein.</w:t>
      </w:r>
    </w:p>
    <w:p>
      <w:pPr>
        <w:jc w:val="right"/>
      </w:pPr>
      <w:r>
        <w:t>مولانا شبیر نعمانی جو تھے، وہ علی گڑھ یونیورسٹی میں پرشین پڑھاتے تھے، سرسیت کے زمانے میں۔</w:t>
      </w:r>
    </w:p>
    <w:p>
      <w:r>
        <w:rPr>
          <w:b/>
        </w:rPr>
        <w:t xml:space="preserve">[25:48] </w:t>
      </w:r>
      <w:r>
        <w:t>sirsyed ke zamanay mein thay.</w:t>
      </w:r>
    </w:p>
    <w:p>
      <w:pPr>
        <w:jc w:val="right"/>
      </w:pPr>
      <w:r>
        <w:t>سرسیت کے زمانے میں تھے۔</w:t>
      </w:r>
    </w:p>
    <w:p>
      <w:r>
        <w:rPr>
          <w:b/>
        </w:rPr>
        <w:t xml:space="preserve">[25:54] </w:t>
      </w:r>
      <w:r>
        <w:t>sirsyed ka jo bara sa aik ghar tha, us mein aik goshah un ko diya gaya tha, us</w:t>
      </w:r>
    </w:p>
    <w:p>
      <w:pPr>
        <w:jc w:val="right"/>
      </w:pPr>
      <w:r>
        <w:t>سرسیت کا جو بڑا سا ایک گھر تھا، اس میں ایک گوشہ ان کو دیا گیا تھا، اس</w:t>
      </w:r>
    </w:p>
    <w:p>
      <w:r>
        <w:rPr>
          <w:b/>
        </w:rPr>
        <w:t xml:space="preserve">[26:01] </w:t>
      </w:r>
      <w:r>
        <w:t>ka naam tha shibli house.</w:t>
      </w:r>
    </w:p>
    <w:p>
      <w:pPr>
        <w:jc w:val="right"/>
      </w:pPr>
      <w:r>
        <w:t>کا نام تھا شبلی ہاؤس۔</w:t>
      </w:r>
    </w:p>
    <w:p>
      <w:r>
        <w:rPr>
          <w:b/>
        </w:rPr>
        <w:t xml:space="preserve">[26:07] </w:t>
      </w:r>
      <w:r>
        <w:t>yani sirsyed house tha aur shibli house, ethebad darjah un ko mila tha shibli ko.</w:t>
      </w:r>
    </w:p>
    <w:p>
      <w:pPr>
        <w:jc w:val="right"/>
      </w:pPr>
      <w:r>
        <w:t>یعنی سرسیت ہاؤس تھا اور شبلی ہاؤس، ایتھاباد درجہ ان کو ملا تھا شبلی کو۔</w:t>
      </w:r>
    </w:p>
    <w:p>
      <w:r>
        <w:rPr>
          <w:b/>
        </w:rPr>
        <w:t xml:space="preserve">[26:13] </w:t>
      </w:r>
      <w:r>
        <w:t>woh aur university ke intezam ke tehat woh dars e quran dete thay, jis mein maulana muhammadi se log</w:t>
      </w:r>
    </w:p>
    <w:p>
      <w:pPr>
        <w:jc w:val="right"/>
      </w:pPr>
      <w:r>
        <w:t>وہ اور یونیورسٹی کے انتظام کے تحت وہ درس قرآن دیتے تھے، جس میں مولانا محمدیہ سے لوگ</w:t>
      </w:r>
    </w:p>
    <w:p>
      <w:r>
        <w:rPr>
          <w:b/>
        </w:rPr>
        <w:t xml:space="preserve">[26:20] </w:t>
      </w:r>
      <w:r>
        <w:t>sharik hotay thay.</w:t>
      </w:r>
    </w:p>
    <w:p>
      <w:pPr>
        <w:jc w:val="right"/>
      </w:pPr>
      <w:r>
        <w:t>شریک ہوتے تھے۔</w:t>
      </w:r>
    </w:p>
    <w:p>
      <w:r>
        <w:rPr>
          <w:b/>
        </w:rPr>
        <w:t xml:space="preserve">[26:26] </w:t>
      </w:r>
      <w:r>
        <w:t>to kya hua ke sirsyed ne apne zamanay mein, jab ke university nahi thi balkeh college tha, woh</w:t>
      </w:r>
    </w:p>
    <w:p>
      <w:pPr>
        <w:jc w:val="right"/>
      </w:pPr>
      <w:r>
        <w:t>تو کیا ہوا کہ سرسیت نے اپنے زمانے میں، جب کہ یونیورسٹی نہیں تھی بلکہ کالج تھا، وہ</w:t>
      </w:r>
    </w:p>
    <w:p>
      <w:r>
        <w:rPr>
          <w:b/>
        </w:rPr>
        <w:t xml:space="preserve">[26:32] </w:t>
      </w:r>
      <w:r>
        <w:t>namaz ki tareekh chalai.</w:t>
      </w:r>
    </w:p>
    <w:p>
      <w:pPr>
        <w:jc w:val="right"/>
      </w:pPr>
      <w:r>
        <w:t>نماز کی تاریخ چلائی۔</w:t>
      </w:r>
    </w:p>
    <w:p>
      <w:r>
        <w:rPr>
          <w:b/>
        </w:rPr>
        <w:t xml:space="preserve">[26:39] </w:t>
      </w:r>
      <w:r>
        <w:t>khud sirsyed ne ke kamray kamray ja kar larkon ko kehte thay ke chalo chalo chalo.</w:t>
      </w:r>
    </w:p>
    <w:p>
      <w:pPr>
        <w:jc w:val="right"/>
      </w:pPr>
      <w:r>
        <w:t>خود سرسیت نے کہ کمرے کمرے جا کر لڑکوں کو کہتے تھے کہ چلو چلو چلو۔</w:t>
      </w:r>
    </w:p>
    <w:p>
      <w:r>
        <w:rPr>
          <w:b/>
        </w:rPr>
        <w:t xml:space="preserve">[26:45] </w:t>
      </w:r>
      <w:r>
        <w:t>to subah ko fajar ke waqt jook dar jook larkay nikaltay thay, ja rahay hain masjid mein, masjid</w:t>
      </w:r>
    </w:p>
    <w:p>
      <w:pPr>
        <w:jc w:val="right"/>
      </w:pPr>
      <w:r>
        <w:t>تو صبح کو فجر کے وقت جوک در جوک لڑکے نکلتے تھے، جا رہے ہیں مسجد میں، مسجد</w:t>
      </w:r>
    </w:p>
    <w:p>
      <w:r>
        <w:rPr>
          <w:b/>
        </w:rPr>
        <w:t xml:space="preserve">[26:51] </w:t>
      </w:r>
      <w:r>
        <w:t>mein ja rahay hain.</w:t>
      </w:r>
    </w:p>
    <w:p>
      <w:pPr>
        <w:jc w:val="right"/>
      </w:pPr>
      <w:r>
        <w:t>میں جا رہے ہیں۔</w:t>
      </w:r>
    </w:p>
    <w:p>
      <w:r>
        <w:rPr>
          <w:b/>
        </w:rPr>
        <w:t xml:space="preserve">[26:58] </w:t>
      </w:r>
      <w:r>
        <w:t>to is par maulana shabeer numani ne jab manzar dekha to aik lamba khat likha tha maulana habib</w:t>
      </w:r>
    </w:p>
    <w:p>
      <w:pPr>
        <w:jc w:val="right"/>
      </w:pPr>
      <w:r>
        <w:t>تو اس پر مولانا شبیر نعمانی نے جب منظر دیکھا تو ایک لمبا خط لکھا تھا مولانا حبیب</w:t>
      </w:r>
    </w:p>
    <w:p>
      <w:r>
        <w:rPr>
          <w:b/>
        </w:rPr>
        <w:t xml:space="preserve">[27:04] </w:t>
      </w:r>
      <w:r>
        <w:t>ur rehman shervani ko, woh chupa hua hai makateb e shibli mein.</w:t>
      </w:r>
    </w:p>
    <w:p>
      <w:pPr>
        <w:jc w:val="right"/>
      </w:pPr>
      <w:r>
        <w:t>الرحمن شروانی کو، وہ چھپا ہوا ہے مکاتب شبلی میں۔</w:t>
      </w:r>
    </w:p>
    <w:p>
      <w:r>
        <w:rPr>
          <w:b/>
        </w:rPr>
        <w:t xml:space="preserve">[27:10] </w:t>
      </w:r>
      <w:r>
        <w:t>is ko aap parhiye, ajeeb walhana andaaz mein zikr karte hain shibli ke kya manzar hai, jook dar</w:t>
      </w:r>
    </w:p>
    <w:p>
      <w:pPr>
        <w:jc w:val="right"/>
      </w:pPr>
      <w:r>
        <w:t>اس کو آپ پڑھیے، عجیب والہانہ انداز میں ذکر کرتے ہیں شبلی کہ کیا منظر ہے، جوک در</w:t>
      </w:r>
    </w:p>
    <w:p>
      <w:r>
        <w:rPr>
          <w:b/>
        </w:rPr>
        <w:t xml:space="preserve">[27:17] </w:t>
      </w:r>
      <w:r>
        <w:t>jook talaba chalay ja rahay hain masjid.</w:t>
      </w:r>
    </w:p>
    <w:p>
      <w:pPr>
        <w:jc w:val="right"/>
      </w:pPr>
      <w:r>
        <w:t>جوک طلباء چلے جا رہے ہیں مسجد۔</w:t>
      </w:r>
    </w:p>
    <w:p>
      <w:r>
        <w:rPr>
          <w:b/>
        </w:rPr>
        <w:t xml:space="preserve">[27:23] </w:t>
      </w:r>
      <w:r>
        <w:t>to is par unhon ne jumla likha tha ke doosri qomon ki taraqqi yeh hai ke woh agay</w:t>
      </w:r>
    </w:p>
    <w:p>
      <w:pPr>
        <w:jc w:val="right"/>
      </w:pPr>
      <w:r>
        <w:t>تو اس پر انہوں نے جملہ لکھا تھا کہ دوسری قوموں کی ترقی یہ ہے کہ وہ آگے</w:t>
      </w:r>
    </w:p>
    <w:p>
      <w:r>
        <w:rPr>
          <w:b/>
        </w:rPr>
        <w:t xml:space="preserve">[27:29] </w:t>
      </w:r>
      <w:r>
        <w:t>barhein, agay barhein, agay barhein.</w:t>
      </w:r>
    </w:p>
    <w:p>
      <w:pPr>
        <w:jc w:val="right"/>
      </w:pPr>
      <w:r>
        <w:t>بڑھیں، آگے بڑھیں، آگے بڑھیں۔</w:t>
      </w:r>
    </w:p>
    <w:p>
      <w:r>
        <w:rPr>
          <w:b/>
        </w:rPr>
        <w:t xml:space="preserve">[27:36] </w:t>
      </w:r>
      <w:r>
        <w:t>musalman ki taraqqi yeh hai ke woh peechay hatain, peechay hatain, peechay hatain.</w:t>
      </w:r>
    </w:p>
    <w:p>
      <w:pPr>
        <w:jc w:val="right"/>
      </w:pPr>
      <w:r>
        <w:t>مسلمان کی ترقی یہ ہے کہ وہ پیچھے ہٹیں، پیچھے ہٹیں، پیچھے ہٹیں۔</w:t>
      </w:r>
    </w:p>
    <w:p>
      <w:r>
        <w:rPr>
          <w:b/>
        </w:rPr>
        <w:t xml:space="preserve">[27:42] </w:t>
      </w:r>
      <w:r>
        <w:t>yahan tak ke daur e awwal mein shamil hai.</w:t>
      </w:r>
    </w:p>
    <w:p>
      <w:pPr>
        <w:jc w:val="right"/>
      </w:pPr>
      <w:r>
        <w:t>یہاں تک کہ دور اول میں شامل ہے۔</w:t>
      </w:r>
    </w:p>
    <w:p>
      <w:r>
        <w:rPr>
          <w:b/>
        </w:rPr>
        <w:t xml:space="preserve">[27:48] </w:t>
      </w:r>
      <w:r>
        <w:t>yeh aap samajh saktay hain ke yeh kya cheez hai, dichotomous thinking.</w:t>
      </w:r>
    </w:p>
    <w:p>
      <w:pPr>
        <w:jc w:val="right"/>
      </w:pPr>
      <w:r>
        <w:t>یہ آپ سمجھ سکتے ہیں کہ یہ کیا چیز ہے، dichotomous thinking۔</w:t>
      </w:r>
    </w:p>
    <w:p>
      <w:r>
        <w:rPr>
          <w:b/>
        </w:rPr>
        <w:t xml:space="preserve">[27:55] </w:t>
      </w:r>
      <w:r>
        <w:t>yani quran o sunnat ko unhon ne samajh liya ke bas agay kuch sochna nahi, jab ke hadees mein khud maujood tha.</w:t>
      </w:r>
    </w:p>
    <w:p>
      <w:pPr>
        <w:jc w:val="right"/>
      </w:pPr>
      <w:r>
        <w:t>یعنی قرآن سنت کو انہوں نے سمجھ لیا کہ بس آگے کچھ سوچنا نہیں، جبکہ حدیث میں خود موجود تھا۔</w:t>
      </w:r>
    </w:p>
    <w:p>
      <w:r>
        <w:rPr>
          <w:b/>
        </w:rPr>
        <w:t xml:space="preserve">[28:01] </w:t>
      </w:r>
      <w:r>
        <w:t>dekhiye, khud quran mein maujood hai, quran mein lafz aaya hai istimbat, hadees mein lafz aaya hai ijtihad.</w:t>
      </w:r>
    </w:p>
    <w:p>
      <w:pPr>
        <w:jc w:val="right"/>
      </w:pPr>
      <w:r>
        <w:t>دیکھیے، خود قرآن میں موجود ہے، قرآن میں لفظ آیا ہے استنباط، حدیث میں لفظ آیا ہے اجتہاد۔</w:t>
      </w:r>
    </w:p>
    <w:p>
      <w:r>
        <w:rPr>
          <w:b/>
        </w:rPr>
        <w:t xml:space="preserve">[28:07] </w:t>
      </w:r>
      <w:r>
        <w:t>to khud quran aur hadees mein maujood tha ke istimbat karo, ijtihad karo.</w:t>
      </w:r>
    </w:p>
    <w:p>
      <w:pPr>
        <w:jc w:val="right"/>
      </w:pPr>
      <w:r>
        <w:t>تو خود قرآن اور حدیث میں موجود تھا کہ استنباط کرو، اجتہاد کرو۔</w:t>
      </w:r>
    </w:p>
    <w:p>
      <w:r>
        <w:rPr>
          <w:b/>
        </w:rPr>
        <w:t xml:space="preserve">[28:13] </w:t>
      </w:r>
      <w:r>
        <w:t>yani there is always a third option.</w:t>
      </w:r>
    </w:p>
    <w:p>
      <w:pPr>
        <w:jc w:val="right"/>
      </w:pPr>
      <w:r>
        <w:t>یعنی there is always a third option۔</w:t>
      </w:r>
    </w:p>
    <w:p>
      <w:r>
        <w:rPr>
          <w:b/>
        </w:rPr>
        <w:t xml:space="preserve">[28:20] </w:t>
      </w:r>
      <w:r>
        <w:t>to natija kya hua ke poori ummat aik trap mein phans kar reh gayi, dichotomous thinking ka trap.</w:t>
      </w:r>
    </w:p>
    <w:p>
      <w:pPr>
        <w:jc w:val="right"/>
      </w:pPr>
      <w:r>
        <w:t>تو نتیجہ کیا ہوا کہ پوری امت ایک ٹریپ میں پھنس کر رہ گئی، dichotomous thinking کا ٹریپ۔</w:t>
      </w:r>
    </w:p>
    <w:p>
      <w:r>
        <w:rPr>
          <w:b/>
        </w:rPr>
        <w:t xml:space="preserve">[28:26] </w:t>
      </w:r>
      <w:r>
        <w:t>isi ka yeh natija hai ke aaj musalman jo hain, western civilization ko ya western nations ko apna</w:t>
      </w:r>
    </w:p>
    <w:p>
      <w:pPr>
        <w:jc w:val="right"/>
      </w:pPr>
      <w:r>
        <w:t>اسی کا یہ نتیجہ ہے کہ آج مسلمان جو ہیں، western civilization کو یا western nations کو اپنا</w:t>
      </w:r>
    </w:p>
    <w:p>
      <w:r>
        <w:rPr>
          <w:b/>
        </w:rPr>
        <w:t xml:space="preserve">[28:32] </w:t>
      </w:r>
      <w:r>
        <w:t>dushman samajhte hain, woh lad rahe hain, gun culture chala rahe hain, suicide bombing kar rahe hain.</w:t>
      </w:r>
    </w:p>
    <w:p>
      <w:pPr>
        <w:jc w:val="right"/>
      </w:pPr>
      <w:r>
        <w:t>دشمن سمجھتے ہیں، وہ لڑ رہے ہیں، گن کلچر چلا رہے ہیں، suicide bombing کر رہے ہیں۔</w:t>
      </w:r>
    </w:p>
    <w:p>
      <w:r>
        <w:rPr>
          <w:b/>
        </w:rPr>
        <w:t xml:space="preserve">[28:39] </w:t>
      </w:r>
      <w:r>
        <w:t>kyun? woh samajhte hain ke dushman hai, dushman hai, dushman hai.</w:t>
      </w:r>
    </w:p>
    <w:p>
      <w:pPr>
        <w:jc w:val="right"/>
      </w:pPr>
      <w:r>
        <w:t>کیوں؟ وہ سمجھتے ہیں کہ دشمن ہے، دشمن ہے، دشمن ہے۔</w:t>
      </w:r>
    </w:p>
    <w:p>
      <w:r>
        <w:rPr>
          <w:b/>
        </w:rPr>
        <w:t xml:space="preserve">[28:45] </w:t>
      </w:r>
      <w:r>
        <w:t>agar woh ijtihad kar paate to samajhte hain ke yeh to Khuda ki nemat hai jo hamari taraf</w:t>
      </w:r>
    </w:p>
    <w:p>
      <w:pPr>
        <w:jc w:val="right"/>
      </w:pPr>
      <w:r>
        <w:t>اگر وہ اجتہاد کر پاتے تو سمجھتے ہیں کہ یہ تو خدا کی نعمت ہے جو ہماری طرف</w:t>
      </w:r>
    </w:p>
    <w:p>
      <w:r>
        <w:rPr>
          <w:b/>
        </w:rPr>
        <w:t xml:space="preserve">[28:51] </w:t>
      </w:r>
      <w:r>
        <w:t>aayi hai, doosron ke zariye se.</w:t>
      </w:r>
    </w:p>
    <w:p>
      <w:pPr>
        <w:jc w:val="right"/>
      </w:pPr>
      <w:r>
        <w:t>آئی ہے، دوسروں کے ذریعے سے۔</w:t>
      </w:r>
    </w:p>
    <w:p>
      <w:r>
        <w:rPr>
          <w:b/>
        </w:rPr>
        <w:t xml:space="preserve">[28:58] </w:t>
      </w:r>
      <w:r>
        <w:t>lekin is hadith par ghaur karne se mujhe samajh mein aaya hai ke jo aik hai dawat, aik hai taeed.</w:t>
      </w:r>
    </w:p>
    <w:p>
      <w:pPr>
        <w:jc w:val="right"/>
      </w:pPr>
      <w:r>
        <w:t>لیکن اس حدیث پر غور کرنے سے مجھے سمجھ میں آیا ہے کہ جو ایک ہے دعوت، ایک ہے تائید۔</w:t>
      </w:r>
    </w:p>
    <w:p>
      <w:r>
        <w:rPr>
          <w:b/>
        </w:rPr>
        <w:t xml:space="preserve">[29:04] </w:t>
      </w:r>
      <w:r>
        <w:t>taeed ma'ni support.</w:t>
      </w:r>
    </w:p>
    <w:p>
      <w:pPr>
        <w:jc w:val="right"/>
      </w:pPr>
      <w:r>
        <w:t>تائید معنی support۔</w:t>
      </w:r>
    </w:p>
    <w:p>
      <w:r>
        <w:rPr>
          <w:b/>
        </w:rPr>
        <w:t xml:space="preserve">[29:10] </w:t>
      </w:r>
      <w:r>
        <w:t>to dawat aur taeed, dawat aur support.</w:t>
      </w:r>
    </w:p>
    <w:p>
      <w:pPr>
        <w:jc w:val="right"/>
      </w:pPr>
      <w:r>
        <w:t>تو دعوت اور تائید، دعوت اور support۔</w:t>
      </w:r>
    </w:p>
    <w:p>
      <w:r>
        <w:rPr>
          <w:b/>
        </w:rPr>
        <w:t xml:space="preserve">[29:17] </w:t>
      </w:r>
      <w:r>
        <w:t>to dekhiye, dawat ka kaam to believers karenge, hamesha dawat ka kaam hamesha believers karenge.</w:t>
      </w:r>
    </w:p>
    <w:p>
      <w:pPr>
        <w:jc w:val="right"/>
      </w:pPr>
      <w:r>
        <w:t>تو دیکھیے، دعوت کا کام تو believers کریں گے، ہمیشہ دعوت کا کام ہمیشہ believers کریں گے۔</w:t>
      </w:r>
    </w:p>
    <w:p>
      <w:r>
        <w:rPr>
          <w:b/>
        </w:rPr>
        <w:t xml:space="preserve">[29:23] </w:t>
      </w:r>
      <w:r>
        <w:t>lekin support ka kaam jo hai, woh non-believers hi bhi karenge.</w:t>
      </w:r>
    </w:p>
    <w:p>
      <w:pPr>
        <w:jc w:val="right"/>
      </w:pPr>
      <w:r>
        <w:t>لیکن support کا کام جو ہے، وہ non-believers ہی بھی کریں گے۔</w:t>
      </w:r>
    </w:p>
    <w:p>
      <w:r>
        <w:rPr>
          <w:b/>
        </w:rPr>
        <w:t xml:space="preserve">[29:29] </w:t>
      </w:r>
      <w:r>
        <w:t>yahi hai Bukhari ki riwayat mein ke secular log, non-believers log bhi support ka kaam karenge.</w:t>
      </w:r>
    </w:p>
    <w:p>
      <w:pPr>
        <w:jc w:val="right"/>
      </w:pPr>
      <w:r>
        <w:t>یہی ہے بخاری کی روایت میں کہ secular لوگ، non-believers لوگ بھی support کا کام کریں گے۔</w:t>
      </w:r>
    </w:p>
    <w:p>
      <w:r>
        <w:rPr>
          <w:b/>
        </w:rPr>
        <w:t xml:space="preserve">[29:36] </w:t>
      </w:r>
      <w:r>
        <w:t>support yahi support tha yeh ke Quran jo mein aaya hai ke Allah taala ne ko ka yeh</w:t>
      </w:r>
    </w:p>
    <w:p>
      <w:pPr>
        <w:jc w:val="right"/>
      </w:pPr>
      <w:r>
        <w:t>support یہی support تھا یہ کہ قرآن جو میں آیا ہے کہ اللہ تعالیٰ نے کو کا یہ</w:t>
      </w:r>
    </w:p>
    <w:p>
      <w:r>
        <w:rPr>
          <w:b/>
        </w:rPr>
        <w:t xml:space="preserve">[29:42] </w:t>
      </w:r>
      <w:r>
        <w:t>matloob hai ke yeh Quran mehfooz ho jaye poori tareekh mein.</w:t>
      </w:r>
    </w:p>
    <w:p>
      <w:pPr>
        <w:jc w:val="right"/>
      </w:pPr>
      <w:r>
        <w:t>مطلوب ہے کہ یہ قرآن محفوظ ہو جائے پوری تاریخ میں۔</w:t>
      </w:r>
    </w:p>
    <w:p>
      <w:r>
        <w:rPr>
          <w:b/>
        </w:rPr>
        <w:t xml:space="preserve">[29:48] </w:t>
      </w:r>
      <w:r>
        <w:t>acha, Quran utra tha jab haath se dikhaya jata tha, zabaan se padhaya jata tha to sirf memory</w:t>
      </w:r>
    </w:p>
    <w:p>
      <w:pPr>
        <w:jc w:val="right"/>
      </w:pPr>
      <w:r>
        <w:t>اچھا، قرآن اترا تھا جب ہاتھ سے دکھایا جاتا تھا، زبان سے پڑھایا جاتا تھا تو صرف memory</w:t>
      </w:r>
    </w:p>
    <w:p>
      <w:r>
        <w:rPr>
          <w:b/>
        </w:rPr>
        <w:t xml:space="preserve">[29:55] </w:t>
      </w:r>
      <w:r>
        <w:t>ke level par Quran mehfooz tha.</w:t>
      </w:r>
    </w:p>
    <w:p>
      <w:pPr>
        <w:jc w:val="right"/>
      </w:pPr>
      <w:r>
        <w:t>کے level پر قرآن محفوظ تھا۔</w:t>
      </w:r>
    </w:p>
    <w:p>
      <w:r>
        <w:rPr>
          <w:b/>
        </w:rPr>
        <w:t xml:space="preserve">[30:01] </w:t>
      </w:r>
      <w:r>
        <w:t>aap ghaur kijiye ke seventh century AD mein jab Quran utra to woh sirf memory ke level par mehfooz tha.</w:t>
      </w:r>
    </w:p>
    <w:p>
      <w:pPr>
        <w:jc w:val="right"/>
      </w:pPr>
      <w:r>
        <w:t>آپ غور کیجئے کہ seventh century AD میں جب قرآن اترا تو وہ صرف memory کے level پر محفوظ تھا۔</w:t>
      </w:r>
    </w:p>
    <w:p>
      <w:r>
        <w:rPr>
          <w:b/>
        </w:rPr>
        <w:t xml:space="preserve">[30:07] </w:t>
      </w:r>
      <w:r>
        <w:t>phir us zamane mein kuch mamooli qism ke paper bante the Misr mein aur China mein, kuch is</w:t>
      </w:r>
    </w:p>
    <w:p>
      <w:pPr>
        <w:jc w:val="right"/>
      </w:pPr>
      <w:r>
        <w:t>پھر اس زمانے میں کچھ معمولی قسم کے paper بنتے تھے مصر میں اور چائنہ میں، کچھ اس</w:t>
      </w:r>
    </w:p>
    <w:p>
      <w:r>
        <w:rPr>
          <w:b/>
        </w:rPr>
        <w:t xml:space="preserve">[30:13] </w:t>
      </w:r>
      <w:r>
        <w:t>par likha gaya, woh bohat museebat se hoti thi.</w:t>
      </w:r>
    </w:p>
    <w:p>
      <w:pPr>
        <w:jc w:val="right"/>
      </w:pPr>
      <w:r>
        <w:t>پر لکھا گیا، وہ بہت مصیبت سے ہوتی تھی۔</w:t>
      </w:r>
    </w:p>
    <w:p>
      <w:r>
        <w:rPr>
          <w:b/>
        </w:rPr>
        <w:t xml:space="preserve">[30:20] </w:t>
      </w:r>
      <w:r>
        <w:t>woh to basically Quran mehfooz ho saka memory ke level par.</w:t>
      </w:r>
    </w:p>
    <w:p>
      <w:pPr>
        <w:jc w:val="right"/>
      </w:pPr>
      <w:r>
        <w:t>وہ تو basically قرآن محفوظ ہو سکا memory کے level پر۔</w:t>
      </w:r>
    </w:p>
    <w:p>
      <w:r>
        <w:rPr>
          <w:b/>
        </w:rPr>
        <w:t xml:space="preserve">[30:26] </w:t>
      </w:r>
      <w:r>
        <w:t>acha, ab is ke baad printing ka paisa aaya.</w:t>
      </w:r>
    </w:p>
    <w:p>
      <w:pPr>
        <w:jc w:val="right"/>
      </w:pPr>
      <w:r>
        <w:t>اچھا، اب اس کے بعد printing کا پیسہ آیا۔</w:t>
      </w:r>
    </w:p>
    <w:p>
      <w:r>
        <w:rPr>
          <w:b/>
        </w:rPr>
        <w:t xml:space="preserve">[30:32] </w:t>
      </w:r>
      <w:r>
        <w:t>printing ka jo machine ijad ki hai sab se, yani pehle workable machine, woh Germany ne ijad ki</w:t>
      </w:r>
    </w:p>
    <w:p>
      <w:pPr>
        <w:jc w:val="right"/>
      </w:pPr>
      <w:r>
        <w:t>printing کا جو مشین ایجاد کی ہے سب سے، یعنی پہلے workable مشین، وہ جرمنی نے ایجاد کی</w:t>
      </w:r>
    </w:p>
    <w:p>
      <w:r>
        <w:rPr>
          <w:b/>
        </w:rPr>
        <w:t xml:space="preserve">[30:39] </w:t>
      </w:r>
      <w:r>
        <w:t>hai jo ke Christian the.</w:t>
      </w:r>
    </w:p>
    <w:p>
      <w:pPr>
        <w:jc w:val="right"/>
      </w:pPr>
      <w:r>
        <w:t>ہے جو کہ Christian تھے۔</w:t>
      </w:r>
    </w:p>
    <w:p>
      <w:r>
        <w:rPr>
          <w:b/>
        </w:rPr>
        <w:t xml:space="preserve">[30:45] </w:t>
      </w:r>
      <w:r>
        <w:t>is ke baad printing press ka zamana aaya.</w:t>
      </w:r>
    </w:p>
    <w:p>
      <w:pPr>
        <w:jc w:val="right"/>
      </w:pPr>
      <w:r>
        <w:t>اس کے بعد printing press کا زمانہ آیا۔</w:t>
      </w:r>
    </w:p>
    <w:p>
      <w:r>
        <w:rPr>
          <w:b/>
        </w:rPr>
        <w:t xml:space="preserve">[30:51] </w:t>
      </w:r>
      <w:r>
        <w:t>printing press ke zamane ne yeh mumkin kar diya ke quran jo hai chhap kar mehfooz ho jaye,</w:t>
      </w:r>
    </w:p>
    <w:p>
      <w:pPr>
        <w:jc w:val="right"/>
      </w:pPr>
      <w:r>
        <w:t>printing press کے زمانے نے یہ ممکن کر دیا کہ قرآن جو ہے چھپ کر محفوظ ہو جائے،</w:t>
      </w:r>
    </w:p>
    <w:p>
      <w:r>
        <w:rPr>
          <w:b/>
        </w:rPr>
        <w:t xml:space="preserve">[30:58] </w:t>
      </w:r>
      <w:r>
        <w:t>yani bajaye memory ke, woh kitabi shakal mein chhap kar mehfooz ho jaye.</w:t>
      </w:r>
    </w:p>
    <w:p>
      <w:pPr>
        <w:jc w:val="right"/>
      </w:pPr>
      <w:r>
        <w:t>یعنی بجائے memory کے، وہ کتابی شکل میں چھپ کر محفوظ ہو جائے۔</w:t>
      </w:r>
    </w:p>
    <w:p>
      <w:r>
        <w:rPr>
          <w:b/>
        </w:rPr>
        <w:t xml:space="preserve">[31:04] </w:t>
      </w:r>
      <w:r>
        <w:t>ab printing press ke zariye se million billion copy chhapi gayi quran ki, woh sari jagah phaila di</w:t>
      </w:r>
    </w:p>
    <w:p>
      <w:pPr>
        <w:jc w:val="right"/>
      </w:pPr>
      <w:r>
        <w:t>اب printing press کے ذریعے سے ملین بلین کاپی چھاپی گئی قرآن کی، وہ ساری جگہ پھیلا دی</w:t>
      </w:r>
    </w:p>
    <w:p>
      <w:r>
        <w:rPr>
          <w:b/>
        </w:rPr>
        <w:t xml:space="preserve">[31:10] </w:t>
      </w:r>
      <w:r>
        <w:t>gayi, har masjid mein, har madrasay mein, har library mein, har idaray mein, har jagah.</w:t>
      </w:r>
    </w:p>
    <w:p>
      <w:pPr>
        <w:jc w:val="right"/>
      </w:pPr>
      <w:r>
        <w:t>گئی، ہر مسجد میں، ہر مدرسے میں، ہر لائبریری میں، ہر ادارے میں، ہر جگہ۔</w:t>
      </w:r>
    </w:p>
    <w:p>
      <w:r>
        <w:rPr>
          <w:b/>
        </w:rPr>
        <w:t xml:space="preserve">[31:17] </w:t>
      </w:r>
      <w:r>
        <w:t>yeh toh hai support, yani printing press ki shakal mein jo jo support dene wale thay, woh toh non-muslim thay.</w:t>
      </w:r>
    </w:p>
    <w:p>
      <w:pPr>
        <w:jc w:val="right"/>
      </w:pPr>
      <w:r>
        <w:t>یہ تو ہے support، یعنی printing press کی شکل میں جو جو support دینے والے تھے، وہ تو non-Muslim تھے۔</w:t>
      </w:r>
    </w:p>
    <w:p>
      <w:r>
        <w:rPr>
          <w:b/>
        </w:rPr>
        <w:t xml:space="preserve">[31:23] </w:t>
      </w:r>
      <w:r>
        <w:t>lekin kitni bari support hai yeh ke quran ko aap memory se nikal kar ke printing press mein</w:t>
      </w:r>
    </w:p>
    <w:p>
      <w:pPr>
        <w:jc w:val="right"/>
      </w:pPr>
      <w:r>
        <w:t>لیکن کتنی بڑی support ہے یہ کہ قرآن کو آپ memory سے نکال کر کے printing press میں</w:t>
      </w:r>
    </w:p>
    <w:p>
      <w:r>
        <w:rPr>
          <w:b/>
        </w:rPr>
        <w:t xml:space="preserve">[31:29] </w:t>
      </w:r>
      <w:r>
        <w:t>daal kar ke usko book form mein banayein aur thoray dino mein phaila dein.</w:t>
      </w:r>
    </w:p>
    <w:p>
      <w:pPr>
        <w:jc w:val="right"/>
      </w:pPr>
      <w:r>
        <w:t>ڈال کر کے اس کو book فارم میں بنائیں اور تھوڑے دنوں میں پھیلا دیں۔</w:t>
      </w:r>
    </w:p>
    <w:p>
      <w:r>
        <w:rPr>
          <w:b/>
        </w:rPr>
        <w:t xml:space="preserve">[31:36] </w:t>
      </w:r>
      <w:r>
        <w:t>aise hi is waqt mein bol raha hoon, is waqt bol raha hoon toh yeh jo modern technology</w:t>
      </w:r>
    </w:p>
    <w:p>
      <w:pPr>
        <w:jc w:val="right"/>
      </w:pPr>
      <w:r>
        <w:t>ایسے ہی اس وقت میں بول رہا ہوں، اس وقت بول رہا ہوں تو یہ جو modern ٹیکنالوجی</w:t>
      </w:r>
    </w:p>
    <w:p>
      <w:r>
        <w:rPr>
          <w:b/>
        </w:rPr>
        <w:t xml:space="preserve">[31:42] </w:t>
      </w:r>
      <w:r>
        <w:t>ke zariye se meri baat jagah jagah pahunch rahi hai, yani yahan se le kar amreeka tak bohat</w:t>
      </w:r>
    </w:p>
    <w:p>
      <w:pPr>
        <w:jc w:val="right"/>
      </w:pPr>
      <w:r>
        <w:t>کے ذریعے سے میری بات جگہ جگہ پہنچ رہی ہے، یعنی یہاں سے لے کر امریکہ تک بہت</w:t>
      </w:r>
    </w:p>
    <w:p>
      <w:r>
        <w:rPr>
          <w:b/>
        </w:rPr>
        <w:t xml:space="preserve">[31:48] </w:t>
      </w:r>
      <w:r>
        <w:t>se log sun rahe hain.</w:t>
      </w:r>
    </w:p>
    <w:p>
      <w:pPr>
        <w:jc w:val="right"/>
      </w:pPr>
      <w:r>
        <w:t>سے لوگ سن رہے ہیں۔</w:t>
      </w:r>
    </w:p>
    <w:p>
      <w:r>
        <w:rPr>
          <w:b/>
        </w:rPr>
        <w:t xml:space="preserve">[31:55] </w:t>
      </w:r>
      <w:r>
        <w:t>toh yeh kis ne kiya? yeh modern technology kis ne develop ki? yani dilli ke ek kamray mein</w:t>
      </w:r>
    </w:p>
    <w:p>
      <w:pPr>
        <w:jc w:val="right"/>
      </w:pPr>
      <w:r>
        <w:t>تو یہ کس نے کیا؟ یہ modern ٹیکنالوجی کس نے develop کی؟ یعنی دلی کے ایک کمرے میں</w:t>
      </w:r>
    </w:p>
    <w:p>
      <w:r>
        <w:rPr>
          <w:b/>
        </w:rPr>
        <w:t xml:space="preserve">[32:01] </w:t>
      </w:r>
      <w:r>
        <w:t>baith kar ek aadmi bolay aur uski awaz sari duniya ke log sunein, uski tasveer bhi</w:t>
      </w:r>
    </w:p>
    <w:p>
      <w:pPr>
        <w:jc w:val="right"/>
      </w:pPr>
      <w:r>
        <w:t>بیٹھ کر ایک آدمی بولے اور اس کی آواز ساری دنیا کے لوگ سنیں، اس کی تصویر بھی</w:t>
      </w:r>
    </w:p>
    <w:p>
      <w:r>
        <w:rPr>
          <w:b/>
        </w:rPr>
        <w:t xml:space="preserve">[32:07] </w:t>
      </w:r>
      <w:r>
        <w:t>dekhein, yeh kaise possible hua? yeh europe ne is technology ko develop kiya, yani non-muslim ne.</w:t>
      </w:r>
    </w:p>
    <w:p>
      <w:pPr>
        <w:jc w:val="right"/>
      </w:pPr>
      <w:r>
        <w:t>دیکھیں، یہ کیسے possible ہوا؟ یہ یورپ نے اس ٹیکنالوجی کو develop کیا، یعنی non-Muslim نے۔</w:t>
      </w:r>
    </w:p>
    <w:p>
      <w:r>
        <w:rPr>
          <w:b/>
        </w:rPr>
        <w:t xml:space="preserve">[32:13] </w:t>
      </w:r>
      <w:r>
        <w:t>toh woh jo supporting ka jo kaam hai, support karne ka jo kaam hai, woh non-muslim bhi karenge.</w:t>
      </w:r>
    </w:p>
    <w:p>
      <w:pPr>
        <w:jc w:val="right"/>
      </w:pPr>
      <w:r>
        <w:t>تو وہ جو supporting کا جو کام ہے، support کرنے کا جو کام ہے، وہ non-Muslim بھی کریں گے۔</w:t>
      </w:r>
    </w:p>
    <w:p>
      <w:r>
        <w:rPr>
          <w:b/>
        </w:rPr>
        <w:t xml:space="preserve">[32:20] </w:t>
      </w:r>
      <w:r>
        <w:t>ke ji kitna usual yeh idea hai, kitna usual idea hai yeh ke kingship ke zamane mein jo</w:t>
      </w:r>
    </w:p>
    <w:p>
      <w:pPr>
        <w:jc w:val="right"/>
      </w:pPr>
      <w:r>
        <w:t>کہ جی کتنا usual یہ idea ہے، کتنا usual idea ہے یہ کہ kingship کے زمانے میں جو</w:t>
      </w:r>
    </w:p>
    <w:p>
      <w:r>
        <w:rPr>
          <w:b/>
        </w:rPr>
        <w:t xml:space="preserve">[32:26] </w:t>
      </w:r>
      <w:r>
        <w:t>equation hua karta tha, woh tha friend aur foe ka, dushman aur dost ka equation, yani believer aur</w:t>
      </w:r>
    </w:p>
    <w:p>
      <w:pPr>
        <w:jc w:val="right"/>
      </w:pPr>
      <w:r>
        <w:t>equation ہوا کرتا تھا، وہ تھا friend اور foe کا، دشمن اور دوست کا equation، یعنی believer اور</w:t>
      </w:r>
    </w:p>
    <w:p>
      <w:r>
        <w:rPr>
          <w:b/>
        </w:rPr>
        <w:t xml:space="preserve">[32:32] </w:t>
      </w:r>
      <w:r>
        <w:t>adhaa, yani yani islam ko mannay wala hai, islam ko dushmani karnay walay.</w:t>
      </w:r>
    </w:p>
    <w:p>
      <w:pPr>
        <w:jc w:val="right"/>
      </w:pPr>
      <w:r>
        <w:t>ادھا، یعنی یعنی اسلام کو ماننے والا ہے، اسلام کو دشمنی کرنے والے۔</w:t>
      </w:r>
    </w:p>
    <w:p>
      <w:r>
        <w:rPr>
          <w:b/>
        </w:rPr>
        <w:t xml:space="preserve">[32:39] </w:t>
      </w:r>
      <w:r>
        <w:t>ab woh equation khatam ho gaya, yani momineen islam aur adhaa islam ka equation hi khatam ho gaya.</w:t>
      </w:r>
    </w:p>
    <w:p>
      <w:pPr>
        <w:jc w:val="right"/>
      </w:pPr>
      <w:r>
        <w:t>اب وہ equation ختم ہو گیا، یعنی مومنین اسلام اور ادھا اسلام کا equation ہی ختم ہو گیا۔</w:t>
      </w:r>
    </w:p>
    <w:p>
      <w:r>
        <w:rPr>
          <w:b/>
        </w:rPr>
        <w:t xml:space="preserve">[32:45] </w:t>
      </w:r>
      <w:r>
        <w:t>yaad rakhiye, ab toh equation hai ke momineen islam aur mojjideen islam, yani believers of islam aur supporters of islam.</w:t>
      </w:r>
    </w:p>
    <w:p>
      <w:pPr>
        <w:jc w:val="right"/>
      </w:pPr>
      <w:r>
        <w:t>یاد رکھیے، اب تو equation ہے کہ مومنین اسلام اور موجدین اسلام، یعنی believers of اسلام اور supporters of اسلام۔</w:t>
      </w:r>
    </w:p>
    <w:p>
      <w:r>
        <w:rPr>
          <w:b/>
        </w:rPr>
        <w:t xml:space="preserve">[32:51] </w:t>
      </w:r>
      <w:r>
        <w:t>kaisi ajeeb ajeeb ek revolutionary idea hai yeh, revolutionary idea hai yeh.</w:t>
      </w:r>
    </w:p>
    <w:p>
      <w:pPr>
        <w:jc w:val="right"/>
      </w:pPr>
      <w:r>
        <w:t>کیسی عجیب عجیب ایک revolutionary idea ہے یہ، revolutionary idea ہے یہ۔</w:t>
      </w:r>
    </w:p>
    <w:p>
      <w:r>
        <w:rPr>
          <w:b/>
        </w:rPr>
        <w:t xml:space="preserve">[32:58] </w:t>
      </w:r>
      <w:r>
        <w:t>ab musalman lad rahe hain, khwamkhwah maar rahe hain, bachchon ko maar rahe hain, auraton ko maar rahe</w:t>
      </w:r>
    </w:p>
    <w:p>
      <w:pPr>
        <w:jc w:val="right"/>
      </w:pPr>
      <w:r>
        <w:t>اب مسلمان لڑ رہے ہیں، خوامخواہ مار رہے ہیں، بچوں کو مار رہے ہیں، عورتوں کو مار رہے</w:t>
      </w:r>
    </w:p>
    <w:p>
      <w:r>
        <w:rPr>
          <w:b/>
        </w:rPr>
        <w:t xml:space="preserve">[33:04] </w:t>
      </w:r>
      <w:r>
        <w:t>hain, badnaam kar rahe hain islam ko.</w:t>
      </w:r>
    </w:p>
    <w:p>
      <w:pPr>
        <w:jc w:val="right"/>
      </w:pPr>
      <w:r>
        <w:t>ہیں، بدنام کر رہے ہیں اسلام کو۔</w:t>
      </w:r>
    </w:p>
    <w:p>
      <w:r>
        <w:rPr>
          <w:b/>
        </w:rPr>
        <w:t xml:space="preserve">[33:10] </w:t>
      </w:r>
      <w:r>
        <w:t>yeh toh age aisa tha ke jaise ke jaise ke jab barish hoti hai toh sab jal thal</w:t>
      </w:r>
    </w:p>
    <w:p>
      <w:pPr>
        <w:jc w:val="right"/>
      </w:pPr>
      <w:r>
        <w:t>یہ تو age ایسا تھا کہ جیسے کہ جیسے کہ جب بارش ہوتی ہے تو سب جل تھل</w:t>
      </w:r>
    </w:p>
    <w:p>
      <w:r>
        <w:rPr>
          <w:b/>
        </w:rPr>
        <w:t xml:space="preserve">[33:17] </w:t>
      </w:r>
      <w:r>
        <w:t>ho jata hai, har jagah barish, har jagah pani, har jagah.</w:t>
      </w:r>
    </w:p>
    <w:p>
      <w:pPr>
        <w:jc w:val="right"/>
      </w:pPr>
      <w:r>
        <w:t>ہو جاتا ہے، ہر جگہ بارش، ہر جگہ پانی، ہر جگہ۔</w:t>
      </w:r>
    </w:p>
    <w:p>
      <w:r>
        <w:rPr>
          <w:b/>
        </w:rPr>
        <w:t xml:space="preserve">[33:23] </w:t>
      </w:r>
      <w:r>
        <w:t>woh woh daur hai ke global barish ho gayi hai aur har cheez aap ke support mein aa gayi hai.</w:t>
      </w:r>
    </w:p>
    <w:p>
      <w:pPr>
        <w:jc w:val="right"/>
      </w:pPr>
      <w:r>
        <w:t>وہ وہ دور ہے کہ گلوبل بارش ہو گئی ہے اور ہر چیز آپ کے support میں آ گئی ہے۔</w:t>
      </w:r>
    </w:p>
    <w:p>
      <w:r>
        <w:rPr>
          <w:b/>
        </w:rPr>
        <w:t xml:space="preserve">[33:29] </w:t>
      </w:r>
      <w:r>
        <w:t>puri dunya mein equation badal gaya hai, pehle equation hua karta tha yani momineen islam aur adha islam</w:t>
      </w:r>
    </w:p>
    <w:p>
      <w:pPr>
        <w:jc w:val="right"/>
      </w:pPr>
      <w:r>
        <w:t>پوری دنیا میں equation بدل گیا ہے، پہلے equation ہوا کرتا تھا یعنی مومنین اسلام اور ادھا اسلام</w:t>
      </w:r>
    </w:p>
    <w:p>
      <w:r>
        <w:rPr>
          <w:b/>
        </w:rPr>
        <w:t xml:space="preserve">[33:36] </w:t>
      </w:r>
      <w:r>
        <w:t>ka, ab equation ban gaya momineen islam aur mojjideen islam ka, yani believers of islam aur aur supporters</w:t>
      </w:r>
    </w:p>
    <w:p>
      <w:pPr>
        <w:jc w:val="right"/>
      </w:pPr>
      <w:r>
        <w:t>کا، اب equation بن گیا مومنین اسلام اور موجدین اسلام کا، یعنی believers of اسلام اور اور supporters</w:t>
      </w:r>
    </w:p>
    <w:p>
      <w:r>
        <w:rPr>
          <w:b/>
        </w:rPr>
        <w:t xml:space="preserve">[33:42] </w:t>
      </w:r>
      <w:r>
        <w:t>of islam ka.</w:t>
      </w:r>
    </w:p>
    <w:p>
      <w:pPr>
        <w:jc w:val="right"/>
      </w:pPr>
      <w:r>
        <w:t>of اسلام کا۔</w:t>
      </w:r>
    </w:p>
    <w:p>
      <w:r>
        <w:rPr>
          <w:b/>
        </w:rPr>
        <w:t xml:space="preserve">[33:48] </w:t>
      </w:r>
      <w:r>
        <w:t>yani puri dunya, yahan tak ke dekhiye ke jo bilkul bilkul commercial line par jo qaim hote hain</w:t>
      </w:r>
    </w:p>
    <w:p>
      <w:pPr>
        <w:jc w:val="right"/>
      </w:pPr>
      <w:r>
        <w:t>یعنی پوری دنیا، یہاں تک کہ دیکھیے کہ جو بالکل بالکل commercial line پر جو قائم ہوتے ہیں</w:t>
      </w:r>
    </w:p>
    <w:p>
      <w:r>
        <w:rPr>
          <w:b/>
        </w:rPr>
        <w:t xml:space="preserve">[33:55] </w:t>
      </w:r>
      <w:r>
        <w:t>adare, jo chhapte hain kitabein, novelain bhi chhap rahe hain aur dunya bhar ki cheezein, woh quran ke</w:t>
      </w:r>
    </w:p>
    <w:p>
      <w:pPr>
        <w:jc w:val="right"/>
      </w:pPr>
      <w:r>
        <w:t>ادارے، جو چھاپتے ہیں کتابیں، ناولیں بھی چھاپ رہے ہیں اور دنیا بھر کی چیزیں، وہ قرآن کے</w:t>
      </w:r>
    </w:p>
    <w:p>
      <w:r>
        <w:rPr>
          <w:b/>
        </w:rPr>
        <w:t xml:space="preserve">[34:01] </w:t>
      </w:r>
      <w:r>
        <w:t>tarjume chhap rahe hain.</w:t>
      </w:r>
    </w:p>
    <w:p>
      <w:pPr>
        <w:jc w:val="right"/>
      </w:pPr>
      <w:r>
        <w:t>ترجمے چھاپ رہے ہیں۔</w:t>
      </w:r>
    </w:p>
    <w:p>
      <w:r>
        <w:rPr>
          <w:b/>
        </w:rPr>
        <w:t xml:space="preserve">[34:07] </w:t>
      </w:r>
      <w:r>
        <w:t>hum aap se zyada bade bade publishing adare jo hain, bahut jin ke bahut bade adare infrastructure hain,</w:t>
      </w:r>
    </w:p>
    <w:p>
      <w:pPr>
        <w:jc w:val="right"/>
      </w:pPr>
      <w:r>
        <w:t>ہم آپ سے زیادہ بڑے بڑے publishing ادارے جو ہیں، بہت جن کے بہت بڑے ادارے infrastructure ہیں،</w:t>
      </w:r>
    </w:p>
    <w:p>
      <w:r>
        <w:rPr>
          <w:b/>
        </w:rPr>
        <w:t xml:space="preserve">[34:14] </w:t>
      </w:r>
      <w:r>
        <w:t>yani global level par jo phailate hain kitabon ko, woh quran ke tarjume chhap rahe hain english mein</w:t>
      </w:r>
    </w:p>
    <w:p>
      <w:pPr>
        <w:jc w:val="right"/>
      </w:pPr>
      <w:r>
        <w:t>یعنی گلوبل level پر جو پھیلاتے ہیں کتابوں کو، وہ قرآن کے ترجمے چھاپ رہے ہیں انگلش میں</w:t>
      </w:r>
    </w:p>
    <w:p>
      <w:r>
        <w:rPr>
          <w:b/>
        </w:rPr>
        <w:t xml:space="preserve">[34:20] </w:t>
      </w:r>
      <w:r>
        <w:t>aur doosri zubanon mein.</w:t>
      </w:r>
    </w:p>
    <w:p>
      <w:pPr>
        <w:jc w:val="right"/>
      </w:pPr>
      <w:r>
        <w:t>اور دوسری زبانوں میں۔</w:t>
      </w:r>
    </w:p>
    <w:p>
      <w:r>
        <w:rPr>
          <w:b/>
        </w:rPr>
        <w:t xml:space="preserve">[34:26] </w:t>
      </w:r>
      <w:r>
        <w:t>aap dekhiye, woh taeed kar rahe hain aap ki.</w:t>
      </w:r>
    </w:p>
    <w:p>
      <w:pPr>
        <w:jc w:val="right"/>
      </w:pPr>
      <w:r>
        <w:t>آپ دیکھیے، وہ تائید کر رہے ہیں آپ کی۔</w:t>
      </w:r>
    </w:p>
    <w:p>
      <w:r>
        <w:rPr>
          <w:b/>
        </w:rPr>
        <w:t xml:space="preserve">[34:32] </w:t>
      </w:r>
      <w:r>
        <w:t>to main samajhta hoon ke dichotomous thinking ka itna bada nuqsan hua hai aur kisi ne kuch samjha nahin.</w:t>
      </w:r>
    </w:p>
    <w:p>
      <w:pPr>
        <w:jc w:val="right"/>
      </w:pPr>
      <w:r>
        <w:t>تو میں سمجھتا ہوں کہ dichotomous thinking کا اتنا بڑا نقصان ہوا ہے اور کسی نے کچھ سمجھا نہیں۔</w:t>
      </w:r>
    </w:p>
    <w:p>
      <w:r>
        <w:rPr>
          <w:b/>
        </w:rPr>
        <w:t xml:space="preserve">[34:39] </w:t>
      </w:r>
      <w:r>
        <w:t>main aap ko ek misaal deta hoon ke shah waliullah dehlvi ko bahut bada naam hai, yani</w:t>
      </w:r>
    </w:p>
    <w:p>
      <w:pPr>
        <w:jc w:val="right"/>
      </w:pPr>
      <w:r>
        <w:t>میں آپ کو ایک مثال دیتا ہوں کہ شاہ ولی اللہ دہلوی کو بہت بڑا نام ہے، یعنی</w:t>
      </w:r>
    </w:p>
    <w:p>
      <w:r>
        <w:rPr>
          <w:b/>
        </w:rPr>
        <w:t xml:space="preserve">[34:45] </w:t>
      </w:r>
      <w:r>
        <w:t>ulama ka khayal hai ke puri muslim history mein sab se bada jo scholar paida hua, woh shah</w:t>
      </w:r>
    </w:p>
    <w:p>
      <w:pPr>
        <w:jc w:val="right"/>
      </w:pPr>
      <w:r>
        <w:t>علماء کا خیال ہے کہ پوری مسلم history میں سب سے بڑا جو scholar پیدا ہوا، وہ شاہ</w:t>
      </w:r>
    </w:p>
    <w:p>
      <w:r>
        <w:rPr>
          <w:b/>
        </w:rPr>
        <w:t xml:space="preserve">[34:51] </w:t>
      </w:r>
      <w:r>
        <w:t>waliullah dehlvi.</w:t>
      </w:r>
    </w:p>
    <w:p>
      <w:pPr>
        <w:jc w:val="right"/>
      </w:pPr>
      <w:r>
        <w:t>ولی اللہ دہلوی۔</w:t>
      </w:r>
    </w:p>
    <w:p>
      <w:r>
        <w:rPr>
          <w:b/>
        </w:rPr>
        <w:t xml:space="preserve">[34:58] </w:t>
      </w:r>
      <w:r>
        <w:t>achha, unhon ne khud apne aap ko kaha hai qaim-uz-zaman, qaim-uz-zaman.</w:t>
      </w:r>
    </w:p>
    <w:p>
      <w:pPr>
        <w:jc w:val="right"/>
      </w:pPr>
      <w:r>
        <w:t>اچھا، انہوں نے خود اپنے آپ کو کہا ہے قائم الزمان، قائم الزمان۔</w:t>
      </w:r>
    </w:p>
    <w:p>
      <w:r>
        <w:rPr>
          <w:b/>
        </w:rPr>
        <w:t xml:space="preserve">[35:04] </w:t>
      </w:r>
      <w:r>
        <w:t>lekin aap ghor kijiye, woh jante bhi nahin the ke zamana kya hai.</w:t>
      </w:r>
    </w:p>
    <w:p>
      <w:pPr>
        <w:jc w:val="right"/>
      </w:pPr>
      <w:r>
        <w:t>لیکن آپ غور کیجئے، وہ جانتے بھی نہیں تھے کہ زمانہ کیا ہے۔</w:t>
      </w:r>
    </w:p>
    <w:p>
      <w:r>
        <w:rPr>
          <w:b/>
        </w:rPr>
        <w:t xml:space="preserve">[35:10] </w:t>
      </w:r>
      <w:r>
        <w:t>main aap ko batata hoon ke aap dekhiye ke shah waliullah se pehle paida ho chuke the</w:t>
      </w:r>
    </w:p>
    <w:p>
      <w:pPr>
        <w:jc w:val="right"/>
      </w:pPr>
      <w:r>
        <w:t>میں آپ کو بتاتا ہوں کہ آپ دیکھیے کہ شاہ ولی اللہ سے پہلے پیدا ہو چکے تھے</w:t>
      </w:r>
    </w:p>
    <w:p>
      <w:r>
        <w:rPr>
          <w:b/>
        </w:rPr>
        <w:t xml:space="preserve">[35:17] </w:t>
      </w:r>
      <w:r>
        <w:t>galileo, copernicus, newton jaise log.</w:t>
      </w:r>
    </w:p>
    <w:p>
      <w:pPr>
        <w:jc w:val="right"/>
      </w:pPr>
      <w:r>
        <w:t>گلیلیو، کوپرنیکس، نیوٹن جیسے لوگ۔</w:t>
      </w:r>
    </w:p>
    <w:p>
      <w:r>
        <w:rPr>
          <w:b/>
        </w:rPr>
        <w:t xml:space="preserve">[35:23] </w:t>
      </w:r>
      <w:r>
        <w:t>yeh pehle paida hue the, un ka zamana un se pehle ka zamana hai.</w:t>
      </w:r>
    </w:p>
    <w:p>
      <w:pPr>
        <w:jc w:val="right"/>
      </w:pPr>
      <w:r>
        <w:t>یہ پہلے پیدا ہوئے تھے، ان کا زمانہ ان سے پہلے کا زمانہ ہے۔</w:t>
      </w:r>
    </w:p>
    <w:p>
      <w:r>
        <w:rPr>
          <w:b/>
        </w:rPr>
        <w:t xml:space="preserve">[35:29] </w:t>
      </w:r>
      <w:r>
        <w:t>galileo, copernicus, newton, unhon ne jo discoveries ki theen, un ki jo kitabein chhap chuki theen, un</w:t>
      </w:r>
    </w:p>
    <w:p>
      <w:pPr>
        <w:jc w:val="right"/>
      </w:pPr>
      <w:r>
        <w:t>گلیلیو، کوپرنیکس، نیوٹن، انہوں نے جو discoveries کی تھیں، ان کی جو کتابیں چھپ چھپ چکی تھیں، ان</w:t>
      </w:r>
    </w:p>
    <w:p>
      <w:r>
        <w:rPr>
          <w:b/>
        </w:rPr>
        <w:t xml:space="preserve">[35:36] </w:t>
      </w:r>
      <w:r>
        <w:t>ki jo daryaften theen, us se mukammal taur par bekhabar the shah waliullah.</w:t>
      </w:r>
    </w:p>
    <w:p>
      <w:pPr>
        <w:jc w:val="right"/>
      </w:pPr>
      <w:r>
        <w:t>کی جو دریافتیں تھیں، اس سے مکمل طور پر بے خبر تھے شاہ ولی اللہ۔</w:t>
      </w:r>
    </w:p>
    <w:p>
      <w:r>
        <w:rPr>
          <w:b/>
        </w:rPr>
        <w:t xml:space="preserve">[35:42] </w:t>
      </w:r>
      <w:r>
        <w:t>woh jante hi nahin the ke naye ideas kya hain, nayi science kya hai.</w:t>
      </w:r>
    </w:p>
    <w:p>
      <w:pPr>
        <w:jc w:val="right"/>
      </w:pPr>
      <w:r>
        <w:t>وہ جانتے ہی نہیں تھے کہ نئے ideas کیا ہیں، نئی سائنس کیا ہے۔</w:t>
      </w:r>
    </w:p>
    <w:p>
      <w:r>
        <w:rPr>
          <w:b/>
        </w:rPr>
        <w:t xml:space="preserve">[35:48] </w:t>
      </w:r>
      <w:r>
        <w:t>aur unhon ne kaha ke ana qaim-uz-zaman, main qaim-uz-zaman hoon.</w:t>
      </w:r>
    </w:p>
    <w:p>
      <w:pPr>
        <w:jc w:val="right"/>
      </w:pPr>
      <w:r>
        <w:t>اور انہوں نے کہا کہ انا قائم الزمان، میں قائم الزمان ہوں۔</w:t>
      </w:r>
    </w:p>
    <w:p>
      <w:r>
        <w:rPr>
          <w:b/>
        </w:rPr>
        <w:t xml:space="preserve">[35:55] </w:t>
      </w:r>
      <w:r>
        <w:t>to main ne socha ke aakhir badniyat to the nahin, woh kyun aisa kaha unhon ne ke</w:t>
      </w:r>
    </w:p>
    <w:p>
      <w:pPr>
        <w:jc w:val="right"/>
      </w:pPr>
      <w:r>
        <w:t>تو میں نے سوچا کہ آخر بد نیت تو تھے نہیں، وہ کیوں ایسا کہا انہوں نے کہ</w:t>
      </w:r>
    </w:p>
    <w:p>
      <w:r>
        <w:rPr>
          <w:b/>
        </w:rPr>
        <w:t xml:space="preserve">[36:01] </w:t>
      </w:r>
      <w:r>
        <w:t>ana qaim-uz-zaman? to that was due to ignorance.</w:t>
      </w:r>
    </w:p>
    <w:p>
      <w:pPr>
        <w:jc w:val="right"/>
      </w:pPr>
      <w:r>
        <w:t>انا قائم الزمان؟ تو that was due to ignorance۔</w:t>
      </w:r>
    </w:p>
    <w:p>
      <w:r>
        <w:rPr>
          <w:b/>
        </w:rPr>
        <w:t xml:space="preserve">[36:07] </w:t>
      </w:r>
      <w:r>
        <w:t>wo traditional framework mein sochte the, traditional farq, traditional framework ke mutabiq unhon ne samjha ke main qaim</w:t>
      </w:r>
    </w:p>
    <w:p>
      <w:pPr>
        <w:jc w:val="right"/>
      </w:pPr>
      <w:r>
        <w:t>وہ traditional framework میں سوچتے تھے، traditional فرق، traditional framework کے مطابق انہوں نے سمجھا کہ میں قائم</w:t>
      </w:r>
    </w:p>
    <w:p>
      <w:r>
        <w:rPr>
          <w:b/>
        </w:rPr>
        <w:t xml:space="preserve">[36:14] </w:t>
      </w:r>
      <w:r>
        <w:t>al-zaman ho sakta hoon.</w:t>
      </w:r>
    </w:p>
    <w:p>
      <w:pPr>
        <w:jc w:val="right"/>
      </w:pPr>
      <w:r>
        <w:t>الزمان ہو سکتا ہوں۔</w:t>
      </w:r>
    </w:p>
    <w:p>
      <w:r>
        <w:rPr>
          <w:b/>
        </w:rPr>
        <w:t xml:space="preserve">[36:20] </w:t>
      </w:r>
      <w:r>
        <w:t>scientific framework jo ab aa chuka tha dunya mein, is se woh bekhabar the.</w:t>
      </w:r>
    </w:p>
    <w:p>
      <w:pPr>
        <w:jc w:val="right"/>
      </w:pPr>
      <w:r>
        <w:t>سائنٹیفک framework جو اب آ چکا تھا دنیا میں، اس سے وہ بے خبر تھے۔</w:t>
      </w:r>
    </w:p>
    <w:p>
      <w:r>
        <w:rPr>
          <w:b/>
        </w:rPr>
        <w:t xml:space="preserve">[36:26] </w:t>
      </w:r>
      <w:r>
        <w:t>agar Shah Waliullah ko pata hota in in cheezon ka jo Galileo, Copernicus aur Newton ke zariye</w:t>
      </w:r>
    </w:p>
    <w:p>
      <w:pPr>
        <w:jc w:val="right"/>
      </w:pPr>
      <w:r>
        <w:t>اگر شاہ ولی اللہ کو پتہ ہوتا ان ان چیزوں کا جو گلیلیو، کوپرنیکس اور نیوٹن کے ذریعے</w:t>
      </w:r>
    </w:p>
    <w:p>
      <w:r>
        <w:rPr>
          <w:b/>
        </w:rPr>
        <w:t xml:space="preserve">[36:32] </w:t>
      </w:r>
      <w:r>
        <w:t>aa chuke the dunya mein, to woh sochte ke qaim al-zaman to ek ridiculous term hai mere liye, ridiculous hai.</w:t>
      </w:r>
    </w:p>
    <w:p>
      <w:pPr>
        <w:jc w:val="right"/>
      </w:pPr>
      <w:r>
        <w:t>آ چکے تھے دنیا میں، تو وہ سوچتے کہ قائم الزمان تو ایک ridiculous term ہے میرے لیے، ridiculous ہے۔</w:t>
      </w:r>
    </w:p>
    <w:p>
      <w:r>
        <w:rPr>
          <w:b/>
        </w:rPr>
        <w:t xml:space="preserve">[36:39] </w:t>
      </w:r>
      <w:r>
        <w:t>beshak, woh baat ridiculous hai, lekin chounke woh bekhabar the, to main yeh nahi kehta ke</w:t>
      </w:r>
    </w:p>
    <w:p>
      <w:pPr>
        <w:jc w:val="right"/>
      </w:pPr>
      <w:r>
        <w:t>بے شک، وہ بات ridiculous ہے، لیکن چونکہ وہ بے خبر تھے، تو میں یہ نہیں کہتا کہ</w:t>
      </w:r>
    </w:p>
    <w:p>
      <w:r>
        <w:rPr>
          <w:b/>
        </w:rPr>
        <w:t xml:space="preserve">[36:45] </w:t>
      </w:r>
      <w:r>
        <w:t>Shah Waliullah ki niyat par beshak nahi hai mujhe, lekin he was completely unaware of the</w:t>
      </w:r>
    </w:p>
    <w:p>
      <w:pPr>
        <w:jc w:val="right"/>
      </w:pPr>
      <w:r>
        <w:t>شاہ ولی اللہ کی نیت پر بے شک نہیں ہے مجھے، لیکن he was completely unaware of the</w:t>
      </w:r>
    </w:p>
    <w:p>
      <w:r>
        <w:rPr>
          <w:b/>
        </w:rPr>
        <w:t xml:space="preserve">[36:51] </w:t>
      </w:r>
      <w:r>
        <w:t>of the changes in the in the present world.</w:t>
      </w:r>
    </w:p>
    <w:p>
      <w:pPr>
        <w:jc w:val="right"/>
      </w:pPr>
      <w:r>
        <w:t>of the changes in the in the present world۔</w:t>
      </w:r>
    </w:p>
    <w:p>
      <w:r>
        <w:rPr>
          <w:b/>
        </w:rPr>
        <w:t xml:space="preserve">[36:58] </w:t>
      </w:r>
      <w:r>
        <w:t>is se bekhabar the.</w:t>
      </w:r>
    </w:p>
    <w:p>
      <w:pPr>
        <w:jc w:val="right"/>
      </w:pPr>
      <w:r>
        <w:t>اس سے بے خبر تھے۔</w:t>
      </w:r>
    </w:p>
    <w:p>
      <w:r>
        <w:rPr>
          <w:b/>
        </w:rPr>
        <w:t xml:space="preserve">[37:04] </w:t>
      </w:r>
      <w:r>
        <w:t>to yeh baat ab main is liye keh raha hoon ke aap log jo hain, jo CP</w:t>
      </w:r>
    </w:p>
    <w:p>
      <w:pPr>
        <w:jc w:val="right"/>
      </w:pPr>
      <w:r>
        <w:t>تو یہ بات اب میں اس لیے کہہ رہا ہوں کہ آپ لوگ جو ہیں، جو سی پی</w:t>
      </w:r>
    </w:p>
    <w:p>
      <w:r>
        <w:rPr>
          <w:b/>
        </w:rPr>
        <w:t xml:space="preserve">[37:10] </w:t>
      </w:r>
      <w:r>
        <w:t>AS ke log hain, woh jann ke masla kya hai aur is ke mutabiq aap apni, yani tehreek ko chalaen.</w:t>
      </w:r>
    </w:p>
    <w:p>
      <w:pPr>
        <w:jc w:val="right"/>
      </w:pPr>
      <w:r>
        <w:t>ایس کے لوگ ہیں، وہ جانیں کہ مسئلہ کیا ہے اور اس کے مطابق آپ اپنی، یعنی تحریک کو چلائیں۔</w:t>
      </w:r>
    </w:p>
    <w:p>
      <w:r>
        <w:rPr>
          <w:b/>
        </w:rPr>
        <w:t xml:space="preserve">[37:17] </w:t>
      </w:r>
      <w:r>
        <w:t>aap is har shakhs ko hero banna, hero, yeh bas wajah hai ke aap kuch thora mora kaam</w:t>
      </w:r>
    </w:p>
    <w:p>
      <w:pPr>
        <w:jc w:val="right"/>
      </w:pPr>
      <w:r>
        <w:t>آپ اس ہر شخص کو ہیرو بننا، ہیرو، یہ بس وجہ ہے کہ آپ کچھ تھوڑا موڑا کام</w:t>
      </w:r>
    </w:p>
    <w:p>
      <w:r>
        <w:rPr>
          <w:b/>
        </w:rPr>
        <w:t xml:space="preserve">[37:23] </w:t>
      </w:r>
      <w:r>
        <w:t>karenge to kaam chal jayega.</w:t>
      </w:r>
    </w:p>
    <w:p>
      <w:pPr>
        <w:jc w:val="right"/>
      </w:pPr>
      <w:r>
        <w:t>کریں گے تو کام چل جائے گا۔</w:t>
      </w:r>
    </w:p>
    <w:p>
      <w:r>
        <w:rPr>
          <w:b/>
        </w:rPr>
        <w:t xml:space="preserve">[37:29] </w:t>
      </w:r>
      <w:r>
        <w:t>yeh ek bohat hi bara kaam hai, yani jo Muslim history phansi hui hai dichotomous thinking mein, is</w:t>
      </w:r>
    </w:p>
    <w:p>
      <w:pPr>
        <w:jc w:val="right"/>
      </w:pPr>
      <w:r>
        <w:t>یہ ایک بہت ہی بڑا کام ہے، یعنی جو مسلم history پھنسی ہوئی ہے dichotomous thinking میں، اس</w:t>
      </w:r>
    </w:p>
    <w:p>
      <w:r>
        <w:rPr>
          <w:b/>
        </w:rPr>
        <w:t xml:space="preserve">[37:36] </w:t>
      </w:r>
      <w:r>
        <w:t>ko yeh batana hai ke there is third option kitna mushkil kaam hai.</w:t>
      </w:r>
    </w:p>
    <w:p>
      <w:pPr>
        <w:jc w:val="right"/>
      </w:pPr>
      <w:r>
        <w:t>کو یہ بتانا ہے کہ there is third option کتنا مشکل کام ہے۔</w:t>
      </w:r>
    </w:p>
    <w:p>
      <w:r>
        <w:rPr>
          <w:b/>
        </w:rPr>
        <w:t xml:space="preserve">[37:42] </w:t>
      </w:r>
      <w:r>
        <w:t>to aap mein se har shakhs ko hero banna hai, aap mein se har shakhs ko Allah ki,</w:t>
      </w:r>
    </w:p>
    <w:p>
      <w:pPr>
        <w:jc w:val="right"/>
      </w:pPr>
      <w:r>
        <w:t>تو آپ میں سے ہر شخص کو ہیرو بننا ہے، آپ میں سے ہر شخص کو اللہ کی،</w:t>
      </w:r>
    </w:p>
    <w:p>
      <w:r>
        <w:rPr>
          <w:b/>
        </w:rPr>
        <w:t xml:space="preserve">[37:48] </w:t>
      </w:r>
      <w:r>
        <w:t>Allah ki tofeeq se, Allah ki madad se ek bohat hi bara kaam karna hai aur global level</w:t>
      </w:r>
    </w:p>
    <w:p>
      <w:pPr>
        <w:jc w:val="right"/>
      </w:pPr>
      <w:r>
        <w:t>اللہ کی توفیق سے، اللہ کی مدد سے ایک بہت ہی بڑا کام کرنا ہے اور گلوبل level</w:t>
      </w:r>
    </w:p>
    <w:p>
      <w:r>
        <w:rPr>
          <w:b/>
        </w:rPr>
        <w:t xml:space="preserve">[37:55] </w:t>
      </w:r>
      <w:r>
        <w:t>par karna hai aur ek revolutionary kaam karna hai.</w:t>
      </w:r>
    </w:p>
    <w:p>
      <w:pPr>
        <w:jc w:val="right"/>
      </w:pPr>
      <w:r>
        <w:t>پر کرنا ہے اور ایک revolutionary کام کرنا ہے۔</w:t>
      </w:r>
    </w:p>
    <w:p>
      <w:r>
        <w:rPr>
          <w:b/>
        </w:rPr>
        <w:t xml:space="preserve">[38:01] </w:t>
      </w:r>
      <w:r>
        <w:t>to main samajhta hoon ke aap logon ko is baat ka shaoor hona chahiye ke aap jann ke</w:t>
      </w:r>
    </w:p>
    <w:p>
      <w:pPr>
        <w:jc w:val="right"/>
      </w:pPr>
      <w:r>
        <w:t>تو میں سمجھتا ہوں کہ آپ لوگوں کو اس بات کا شعور ہونا چاہیے کہ آپ جانیں کہ</w:t>
      </w:r>
    </w:p>
    <w:p>
      <w:r>
        <w:rPr>
          <w:b/>
        </w:rPr>
        <w:t xml:space="preserve">[38:07] </w:t>
      </w:r>
      <w:r>
        <w:t>yeh daur kya hai aur is daur mein to aap ko ek to musalmanon ko yeh karna hai</w:t>
      </w:r>
    </w:p>
    <w:p>
      <w:pPr>
        <w:jc w:val="right"/>
      </w:pPr>
      <w:r>
        <w:t>یہ دور کیا ہے اور اس دور میں تو آپ کو ایک تو مسلمانوں کو یہ کرنا ہے</w:t>
      </w:r>
    </w:p>
    <w:p>
      <w:r>
        <w:rPr>
          <w:b/>
        </w:rPr>
        <w:t xml:space="preserve">[38:14] </w:t>
      </w:r>
      <w:r>
        <w:t>ke dichotomous thinking ke trap se nikalna hai.</w:t>
      </w:r>
    </w:p>
    <w:p>
      <w:pPr>
        <w:jc w:val="right"/>
      </w:pPr>
      <w:r>
        <w:t>کہ dichotomous thinking کے ٹریپ سے نکالنا ہے۔</w:t>
      </w:r>
    </w:p>
    <w:p>
      <w:r>
        <w:rPr>
          <w:b/>
        </w:rPr>
        <w:t xml:space="preserve">[38:20] </w:t>
      </w:r>
      <w:r>
        <w:t>ek to yeh karna hai ke aap ko musalmanon ko dichotomous thinking ke trap se nikalna hai aur</w:t>
      </w:r>
    </w:p>
    <w:p>
      <w:pPr>
        <w:jc w:val="right"/>
      </w:pPr>
      <w:r>
        <w:t>ایک تو یہ کرنا ہے کہ آپ کو مسلمانوں کو dichotomous thinking کے ٹریپ سے نکالنا ہے اور</w:t>
      </w:r>
    </w:p>
    <w:p>
      <w:r>
        <w:rPr>
          <w:b/>
        </w:rPr>
        <w:t xml:space="preserve">[38:26] </w:t>
      </w:r>
      <w:r>
        <w:t>dosra kaam yeh hai ke modern age ne jo ek mein jo awareness aaya hai ke har cheez</w:t>
      </w:r>
    </w:p>
    <w:p>
      <w:pPr>
        <w:jc w:val="right"/>
      </w:pPr>
      <w:r>
        <w:t>دوسرا کام یہ ہے کہ modern age نے جو ایک میں جو awareness آیا ہے کہ ہر چیز</w:t>
      </w:r>
    </w:p>
    <w:p>
      <w:r>
        <w:rPr>
          <w:b/>
        </w:rPr>
        <w:t xml:space="preserve">[38:33] </w:t>
      </w:r>
      <w:r>
        <w:t>aap ki hai, har cheez aap ki hai, har cheez aap ki hai, is ko avail karna hai.</w:t>
      </w:r>
    </w:p>
    <w:p>
      <w:pPr>
        <w:jc w:val="right"/>
      </w:pPr>
      <w:r>
        <w:t>آپ کی ہے، ہر چیز آپ کی ہے، ہر چیز آپ کی ہے، اس کو avail کرنا ہے۔</w:t>
      </w:r>
    </w:p>
    <w:p>
      <w:r>
        <w:rPr>
          <w:b/>
        </w:rPr>
        <w:t xml:space="preserve">[38:39] </w:t>
      </w:r>
      <w:r>
        <w:t>ab koi cheez aisi nahi hai jo aap ki na ho, aaj koi cheez aisi nahi hai jo</w:t>
      </w:r>
    </w:p>
    <w:p>
      <w:pPr>
        <w:jc w:val="right"/>
      </w:pPr>
      <w:r>
        <w:t>اب کوئی چیز ایسی نہیں ہے جو آپ کی نہ ہو، آج کوئی چیز ایسی نہیں ہے جو</w:t>
      </w:r>
    </w:p>
    <w:p>
      <w:r>
        <w:rPr>
          <w:b/>
        </w:rPr>
        <w:t xml:space="preserve">[38:45] </w:t>
      </w:r>
      <w:r>
        <w:t>aap ki nah ho, matlab daai ki, believer ki nah ho, har cheez aap ki hai.</w:t>
      </w:r>
    </w:p>
    <w:p>
      <w:pPr>
        <w:jc w:val="right"/>
      </w:pPr>
      <w:r>
        <w:t>آپ کی نہ ہو، مطلب داعی کی، believer کی نہ ہو، ہر چیز آپ کی ہے۔</w:t>
      </w:r>
    </w:p>
    <w:p>
      <w:r>
        <w:rPr>
          <w:b/>
        </w:rPr>
        <w:t xml:space="preserve">[38:51] </w:t>
      </w:r>
      <w:r>
        <w:t>is ki mein misaal diya, mein ne ke india ka top ka parcha hai, us ke front page</w:t>
      </w:r>
    </w:p>
    <w:p>
      <w:pPr>
        <w:jc w:val="right"/>
      </w:pPr>
      <w:r>
        <w:t>اس کی میں مثال دیا، میں نے کہ انڈیا کا ٹاپ کا پرچہ ہے، اس کے front page</w:t>
      </w:r>
    </w:p>
    <w:p>
      <w:r>
        <w:rPr>
          <w:b/>
        </w:rPr>
        <w:t xml:space="preserve">[38:58] </w:t>
      </w:r>
      <w:r>
        <w:t>par mera article chhaapa hai, us ki aik aik alamaati misaal hai.</w:t>
      </w:r>
    </w:p>
    <w:p>
      <w:pPr>
        <w:jc w:val="right"/>
      </w:pPr>
      <w:r>
        <w:t>پر میرا آرٹیکل چھپا ہے، اس کی ایک ایک علامتی مثال ہے۔</w:t>
      </w:r>
    </w:p>
    <w:p>
      <w:r>
        <w:rPr>
          <w:b/>
        </w:rPr>
        <w:t xml:space="preserve">[39:04] </w:t>
      </w:r>
      <w:r>
        <w:t>to mein yeh chahta hoon ke ke cps ke log apne role ko samjhein, cp</w:t>
      </w:r>
    </w:p>
    <w:p>
      <w:pPr>
        <w:jc w:val="right"/>
      </w:pPr>
      <w:r>
        <w:t>تو میں یہ چاہتا ہوں کہ کہ سی پی ایس کے لوگ اپنے رول کو سمجھیں، سی پی</w:t>
      </w:r>
    </w:p>
    <w:p>
      <w:r>
        <w:rPr>
          <w:b/>
        </w:rPr>
        <w:t xml:space="preserve">[39:10] </w:t>
      </w:r>
      <w:r>
        <w:t>s ke log apne role ko samjhein.</w:t>
      </w:r>
    </w:p>
    <w:p>
      <w:pPr>
        <w:jc w:val="right"/>
      </w:pPr>
      <w:r>
        <w:t>ایس کے لوگ اپنے رول کو سمجھیں۔</w:t>
      </w:r>
    </w:p>
    <w:p>
      <w:r>
        <w:rPr>
          <w:b/>
        </w:rPr>
        <w:t xml:space="preserve">[39:17] </w:t>
      </w:r>
      <w:r>
        <w:t>woh role yeh nahin ke aap bheerh ikattha karein.</w:t>
      </w:r>
    </w:p>
    <w:p>
      <w:pPr>
        <w:jc w:val="right"/>
      </w:pPr>
      <w:r>
        <w:t>وہ رول یہ نہیں کہ آپ بھیڑ اکٹھا کریں۔</w:t>
      </w:r>
    </w:p>
    <w:p>
      <w:r>
        <w:rPr>
          <w:b/>
        </w:rPr>
        <w:t xml:space="preserve">[39:23] </w:t>
      </w:r>
      <w:r>
        <w:t>mein abhi bombay mein gaya tha to aik saahab mujh se mile ke aap aik chhota sa ijtima</w:t>
      </w:r>
    </w:p>
    <w:p>
      <w:pPr>
        <w:jc w:val="right"/>
      </w:pPr>
      <w:r>
        <w:t>میں ابھی بمبئی میں گیا تھا تو ایک صاحب مجھ سے ملے کہ آپ ایک چھوٹا سا اجتماع</w:t>
      </w:r>
    </w:p>
    <w:p>
      <w:r>
        <w:rPr>
          <w:b/>
        </w:rPr>
        <w:t xml:space="preserve">[39:29] </w:t>
      </w:r>
      <w:r>
        <w:t>kar ke chale aaye gaye, so aadmi aaye thay is mein.</w:t>
      </w:r>
    </w:p>
    <w:p>
      <w:pPr>
        <w:jc w:val="right"/>
      </w:pPr>
      <w:r>
        <w:t>کر کے چلے آئے گئے، سو آدمی آئے تھے اس میں۔</w:t>
      </w:r>
    </w:p>
    <w:p>
      <w:r>
        <w:rPr>
          <w:b/>
        </w:rPr>
        <w:t xml:space="preserve">[39:36] </w:t>
      </w:r>
      <w:r>
        <w:t>aap yahan bara jalsa karayein jis mein laakhon laakh log ikattha hotey, woh isi mein jeetey hain, woh</w:t>
      </w:r>
    </w:p>
    <w:p>
      <w:pPr>
        <w:jc w:val="right"/>
      </w:pPr>
      <w:r>
        <w:t>آپ یہاں بڑا جلسہ کرائیں جس میں لاکھوں لاکھ لوگ اکٹھا ہوتے، وہ اسی میں جیتے ہیں، وہ</w:t>
      </w:r>
    </w:p>
    <w:p>
      <w:r>
        <w:rPr>
          <w:b/>
        </w:rPr>
        <w:t xml:space="preserve">[39:42] </w:t>
      </w:r>
      <w:r>
        <w:t>ke laakhon laakh log ikattha hon to bara kaam ho gaya.</w:t>
      </w:r>
    </w:p>
    <w:p>
      <w:pPr>
        <w:jc w:val="right"/>
      </w:pPr>
      <w:r>
        <w:t>کہ لاکھوں لاکھ لوگ اکٹھا ہوں تو بڑا کام ہو گیا۔</w:t>
      </w:r>
    </w:p>
    <w:p>
      <w:r>
        <w:rPr>
          <w:b/>
        </w:rPr>
        <w:t xml:space="preserve">[39:48] </w:t>
      </w:r>
      <w:r>
        <w:t>woh bara kaam nahin hai, bara kaam nahin hai, woh laakhon laakh ka bheerh ikattha karna.</w:t>
      </w:r>
    </w:p>
    <w:p>
      <w:pPr>
        <w:jc w:val="right"/>
      </w:pPr>
      <w:r>
        <w:t>وہ بڑا کام نہیں ہے، بڑا کام نہیں ہے، وہ لاکھوں لاکھ کا بھیڑ اکٹھا کرنا۔</w:t>
      </w:r>
    </w:p>
    <w:p>
      <w:r>
        <w:rPr>
          <w:b/>
        </w:rPr>
        <w:t xml:space="preserve">[39:55] </w:t>
      </w:r>
      <w:r>
        <w:t>woh to jab aadhi taqreerein karein, aap koi burning issue uthayein, koi khatra batayein ke islam is in</w:t>
      </w:r>
    </w:p>
    <w:p>
      <w:pPr>
        <w:jc w:val="right"/>
      </w:pPr>
      <w:r>
        <w:t>وہ تو جب آدھی تقریریں کریں، آپ کوئی burning issue اٹھائیں، کوئی خطرہ بتائیں کہ اسلام is in</w:t>
      </w:r>
    </w:p>
    <w:p>
      <w:r>
        <w:rPr>
          <w:b/>
        </w:rPr>
        <w:t xml:space="preserve">[40:01] </w:t>
      </w:r>
      <w:r>
        <w:t>danger to bheerh ikattha ho jaye gi, lekin is se kuch bhi kaam nahin hoga.</w:t>
      </w:r>
    </w:p>
    <w:p>
      <w:pPr>
        <w:jc w:val="right"/>
      </w:pPr>
      <w:r>
        <w:t>danger تو بھیڑ اکٹھا ہو جائے گی، لیکن اس سے کچھ بھی کام نہیں ہوگا۔</w:t>
      </w:r>
    </w:p>
    <w:p>
      <w:r>
        <w:rPr>
          <w:b/>
        </w:rPr>
        <w:t xml:space="preserve">[40:07] </w:t>
      </w:r>
      <w:r>
        <w:t>mein aap se kehta hoon ke aap survey kijiye, jitne log bhirein ikattha karte hain, bade bade log,</w:t>
      </w:r>
    </w:p>
    <w:p>
      <w:pPr>
        <w:jc w:val="right"/>
      </w:pPr>
      <w:r>
        <w:t>میں آپ سے کہتا ہوں کہ آپ سروے کیجئے، جتنے لوگ بھیڑیں اکٹھا کرتے ہیں، بڑے بڑے لوگ،</w:t>
      </w:r>
    </w:p>
    <w:p>
      <w:r>
        <w:rPr>
          <w:b/>
        </w:rPr>
        <w:t xml:space="preserve">[40:14] </w:t>
      </w:r>
      <w:r>
        <w:t>aik bhi insaan nahin bana sake, woh yaani aik insaan hi jo meri is baat ko samjhein.</w:t>
      </w:r>
    </w:p>
    <w:p>
      <w:pPr>
        <w:jc w:val="right"/>
      </w:pPr>
      <w:r>
        <w:t>ایک بھی انسان نہیں بنا سکے، وہ یعنی ایک انسان ہی جو میری اس بات کو سمجھیں۔</w:t>
      </w:r>
    </w:p>
    <w:p>
      <w:r>
        <w:rPr>
          <w:b/>
        </w:rPr>
        <w:t xml:space="preserve">[40:20] </w:t>
      </w:r>
      <w:r>
        <w:t>اس وقت جو میں نے بات کہی ہے کہ Muslim history dichotomous thinking کے ٹریپ میں پھنسی ہوئی</w:t>
      </w:r>
    </w:p>
    <w:p>
      <w:pPr>
        <w:jc w:val="right"/>
      </w:pPr>
      <w:r>
        <w:t>اس وقت جو میں نے بات کہی ہے کہ مسلم history dichotomous thinking کے ٹریپ میں پھنسی ہوئی</w:t>
      </w:r>
    </w:p>
    <w:p>
      <w:r>
        <w:rPr>
          <w:b/>
        </w:rPr>
        <w:t xml:space="preserve">[40:26] </w:t>
      </w:r>
      <w:r>
        <w:t>hai, yeh koi samajhne wala nahin is baat ko.</w:t>
      </w:r>
    </w:p>
    <w:p>
      <w:pPr>
        <w:jc w:val="right"/>
      </w:pPr>
      <w:r>
        <w:t>ہے، یہ کوئی سمجھنے والا نہیں اس بات کو۔</w:t>
      </w:r>
    </w:p>
    <w:p>
      <w:r>
        <w:rPr>
          <w:b/>
        </w:rPr>
        <w:t xml:space="preserve">[40:33] </w:t>
      </w:r>
      <w:r>
        <w:t>ulama bhi nahin samjhein ge is baat ko.</w:t>
      </w:r>
    </w:p>
    <w:p>
      <w:pPr>
        <w:jc w:val="right"/>
      </w:pPr>
      <w:r>
        <w:t>علماء بھی نہیں سمجھیں گے اس بات کو۔</w:t>
      </w:r>
    </w:p>
    <w:p>
      <w:r>
        <w:rPr>
          <w:b/>
        </w:rPr>
        <w:t xml:space="preserve">[40:39] </w:t>
      </w:r>
      <w:r>
        <w:t>it requires a trained mind, it requires a prepared mind.</w:t>
      </w:r>
    </w:p>
    <w:p>
      <w:pPr>
        <w:jc w:val="right"/>
      </w:pPr>
      <w:r>
        <w:t>It requires a trained mind, it requires a prepared mind۔</w:t>
      </w:r>
    </w:p>
    <w:p>
      <w:r>
        <w:rPr>
          <w:b/>
        </w:rPr>
        <w:t xml:space="preserve">[40:45] </w:t>
      </w:r>
      <w:r>
        <w:t>yeh haalat hai logon ki, woh bheerh ki bheerh se aap peechhey hain.</w:t>
      </w:r>
    </w:p>
    <w:p>
      <w:pPr>
        <w:jc w:val="right"/>
      </w:pPr>
      <w:r>
        <w:t>یہ حالت ہے لوگوں کی، وہ بھیڑ کی بھیڑ سے آپ پیچھے ہیں۔</w:t>
      </w:r>
    </w:p>
    <w:p>
      <w:r>
        <w:rPr>
          <w:b/>
        </w:rPr>
        <w:t xml:space="preserve">[40:51] </w:t>
      </w:r>
      <w:r>
        <w:t>کسی کو کیا تم جانتے ہو اس بات کو کہ Muslim history جو ہے، وہ ایک ایک dichotomous</w:t>
      </w:r>
    </w:p>
    <w:p>
      <w:pPr>
        <w:jc w:val="right"/>
      </w:pPr>
      <w:r>
        <w:t>کسی کو کیا تم جانتے ہو اس بات کو کہ مسلم history جو ہے، وہ ایک ایک dichotomous</w:t>
      </w:r>
    </w:p>
    <w:p>
      <w:r>
        <w:rPr>
          <w:b/>
        </w:rPr>
        <w:t xml:space="preserve">[40:58] </w:t>
      </w:r>
      <w:r>
        <w:t>thinking ke trap mein phansi hui hai? to kaha yeh kya, yeh kya, yeh kya? aap koi russian</w:t>
      </w:r>
    </w:p>
    <w:p>
      <w:pPr>
        <w:jc w:val="right"/>
      </w:pPr>
      <w:r>
        <w:t>thinking کے ٹریپ میں پھنسی ہوئی ہے؟ تو کہا یہ کیا، یہ کیا، یہ کیا؟ آپ کوئی Russian</w:t>
      </w:r>
    </w:p>
    <w:p>
      <w:r>
        <w:rPr>
          <w:b/>
        </w:rPr>
        <w:t xml:space="preserve">[41:04] </w:t>
      </w:r>
      <w:r>
        <w:t>language bol rahe hain? to bherein hain lekin koi insaan nahin.</w:t>
      </w:r>
    </w:p>
    <w:p>
      <w:pPr>
        <w:jc w:val="right"/>
      </w:pPr>
      <w:r>
        <w:t>language بول رہے ہیں؟ تو بھیڑیں ہیں لیکن کوئی انسان نہیں۔</w:t>
      </w:r>
    </w:p>
    <w:p>
      <w:r>
        <w:rPr>
          <w:b/>
        </w:rPr>
        <w:t xml:space="preserve">[41:10] </w:t>
      </w:r>
      <w:r>
        <w:t>to aap ko jaanna hai ke aap you are destined to play a a historical role.</w:t>
      </w:r>
    </w:p>
    <w:p>
      <w:pPr>
        <w:jc w:val="right"/>
      </w:pPr>
      <w:r>
        <w:t>تو آپ کو جاننا ہے کہ آپ you are destined to play a a historical role۔</w:t>
      </w:r>
    </w:p>
    <w:p>
      <w:r>
        <w:rPr>
          <w:b/>
        </w:rPr>
        <w:t xml:space="preserve">[41:17] </w:t>
      </w:r>
      <w:r>
        <w:t>aap yeh mat samjhiye ke aap kitne log hain, aap quantity ko mat dekhiye, aap quality ko dekhiye.</w:t>
      </w:r>
    </w:p>
    <w:p>
      <w:pPr>
        <w:jc w:val="right"/>
      </w:pPr>
      <w:r>
        <w:t>آپ یہ مت سمجھیے کہ آپ کتنے لوگ ہیں، آپ quantity کو مت دیکھیے، آپ quality کو دیکھیے۔</w:t>
      </w:r>
    </w:p>
    <w:p>
      <w:r>
        <w:rPr>
          <w:b/>
        </w:rPr>
        <w:t xml:space="preserve">[41:23] </w:t>
      </w:r>
      <w:r>
        <w:t>jo yeh log cps mein ikattha hue hain, in terms of quality, un ke jaisey log</w:t>
      </w:r>
    </w:p>
    <w:p>
      <w:pPr>
        <w:jc w:val="right"/>
      </w:pPr>
      <w:r>
        <w:t>جو یہ لوگ سی پی ایس میں اکٹھا ہوئے ہیں، in terms of quality، ان کے جیسے لوگ</w:t>
      </w:r>
    </w:p>
    <w:p>
      <w:r>
        <w:rPr>
          <w:b/>
        </w:rPr>
        <w:t xml:space="preserve">[41:29] </w:t>
      </w:r>
      <w:r>
        <w:t>kahin duniya mein nahin.</w:t>
      </w:r>
    </w:p>
    <w:p>
      <w:pPr>
        <w:jc w:val="right"/>
      </w:pPr>
      <w:r>
        <w:t>کہیں دنیا میں نہیں۔</w:t>
      </w:r>
    </w:p>
    <w:p>
      <w:r>
        <w:rPr>
          <w:b/>
        </w:rPr>
        <w:t xml:space="preserve">[41:36] </w:t>
      </w:r>
      <w:r>
        <w:t>jo log c p s mein ikattha hue hain, un ke jaisay log in terms of quality sari</w:t>
      </w:r>
    </w:p>
    <w:p>
      <w:pPr>
        <w:jc w:val="right"/>
      </w:pPr>
      <w:r>
        <w:t>جو لوگ سی پی ایس میں اکٹھا ہوئے ہیں، ان کے جیسے لوگ in terms of quality ساری</w:t>
      </w:r>
    </w:p>
    <w:p>
      <w:r>
        <w:rPr>
          <w:b/>
        </w:rPr>
        <w:t xml:space="preserve">[41:42] </w:t>
      </w:r>
      <w:r>
        <w:t>dunya mein nahin.</w:t>
      </w:r>
    </w:p>
    <w:p>
      <w:pPr>
        <w:jc w:val="right"/>
      </w:pPr>
      <w:r>
        <w:t>دنیا میں نہیں۔</w:t>
      </w:r>
    </w:p>
    <w:p>
      <w:r>
        <w:rPr>
          <w:b/>
        </w:rPr>
        <w:t xml:space="preserve">[41:48] </w:t>
      </w:r>
      <w:r>
        <w:t>to aap quantity ko mat jaiye, aap quality ko dekhiye aur apne role ko samjhiye ke hamein role</w:t>
      </w:r>
    </w:p>
    <w:p>
      <w:pPr>
        <w:jc w:val="right"/>
      </w:pPr>
      <w:r>
        <w:t>تو آپ quantity کو مت جائیے، آپ quality کو دیکھیے اور اپنے رول کو سمجھیے کہ ہمیں رول</w:t>
      </w:r>
    </w:p>
    <w:p>
      <w:r>
        <w:rPr>
          <w:b/>
        </w:rPr>
        <w:t xml:space="preserve">[41:55] </w:t>
      </w:r>
      <w:r>
        <w:t>kya karna hai.</w:t>
      </w:r>
    </w:p>
    <w:p>
      <w:pPr>
        <w:jc w:val="right"/>
      </w:pPr>
      <w:r>
        <w:t>کیا کرنا ہے۔</w:t>
      </w:r>
    </w:p>
    <w:p>
      <w:r>
        <w:rPr>
          <w:b/>
        </w:rPr>
        <w:t xml:space="preserve">[42:01] </w:t>
      </w:r>
      <w:r>
        <w:t>aur jab tak aap root cause ko nahin samjhenge aur jar se nahin chalenge, tab tak</w:t>
      </w:r>
    </w:p>
    <w:p>
      <w:pPr>
        <w:jc w:val="right"/>
      </w:pPr>
      <w:r>
        <w:t>اور جب تک آپ root cause کو نہیں سمجھیں گے اور جڑ سے نہیں چلیں گے، تب تک</w:t>
      </w:r>
    </w:p>
    <w:p>
      <w:r>
        <w:rPr>
          <w:b/>
        </w:rPr>
        <w:t xml:space="preserve">[42:07] </w:t>
      </w:r>
      <w:r>
        <w:t>aap koi bara karname unknown nahin de sakte.</w:t>
      </w:r>
    </w:p>
    <w:p>
      <w:pPr>
        <w:jc w:val="right"/>
      </w:pPr>
      <w:r>
        <w:t>آپ کوئی بڑا کارنامہ unknown نہیں دے سکتے۔</w:t>
      </w:r>
    </w:p>
    <w:p>
      <w:r>
        <w:rPr>
          <w:b/>
        </w:rPr>
        <w:t xml:space="preserve">[42:14] </w:t>
      </w:r>
      <w:r>
        <w:t>aap dekhiye, bohat se log hain, baray baray jaise karte the, baray baray jaise, aaj kal ka naam</w:t>
      </w:r>
    </w:p>
    <w:p>
      <w:pPr>
        <w:jc w:val="right"/>
      </w:pPr>
      <w:r>
        <w:t>آپ دیکھیے، بہت سے لوگ ہیں، بڑے بڑے جیسے کرتے تھے، بڑے بڑے جیسے، آج کل کا نام</w:t>
      </w:r>
    </w:p>
    <w:p>
      <w:r>
        <w:rPr>
          <w:b/>
        </w:rPr>
        <w:t xml:space="preserve">[42:20] </w:t>
      </w:r>
      <w:r>
        <w:t>o nishan nahin un ka, koi ek insan nahin chhora unhon ne apne peechhe.</w:t>
      </w:r>
    </w:p>
    <w:p>
      <w:pPr>
        <w:jc w:val="right"/>
      </w:pPr>
      <w:r>
        <w:t>و نشان نہیں ان کا، کوئی ایک انسان نہیں چھوڑا انہوں نے اپنے پیچھے۔</w:t>
      </w:r>
    </w:p>
    <w:p>
      <w:r>
        <w:rPr>
          <w:b/>
        </w:rPr>
        <w:t xml:space="preserve">[42:26] </w:t>
      </w:r>
      <w:r>
        <w:t>main ek sahib ka naam liye baghair misaal deta hoon, naam liye baghair ke woh bohat hi mashhoor</w:t>
      </w:r>
    </w:p>
    <w:p>
      <w:pPr>
        <w:jc w:val="right"/>
      </w:pPr>
      <w:r>
        <w:t>میں ایک صاحب کا نام لیے بغیر مثال دیتا ہوں، نام لیے بغیر کہ وہ بہت ہی مشہور</w:t>
      </w:r>
    </w:p>
    <w:p>
      <w:r>
        <w:rPr>
          <w:b/>
        </w:rPr>
        <w:t xml:space="preserve">[42:33] </w:t>
      </w:r>
      <w:r>
        <w:t>the dunya bhar mein.</w:t>
      </w:r>
    </w:p>
    <w:p>
      <w:pPr>
        <w:jc w:val="right"/>
      </w:pPr>
      <w:r>
        <w:t>تھے دنیا بھر میں۔</w:t>
      </w:r>
    </w:p>
    <w:p>
      <w:r>
        <w:rPr>
          <w:b/>
        </w:rPr>
        <w:t xml:space="preserve">[42:39] </w:t>
      </w:r>
      <w:r>
        <w:t>ek musalman jo the, woh dunya bhar mein mashhoor the aur shandar taqreerein karte the, woh shandar taqreerein.</w:t>
      </w:r>
    </w:p>
    <w:p>
      <w:pPr>
        <w:jc w:val="right"/>
      </w:pPr>
      <w:r>
        <w:t>ایک مسلمان جو تھے، وہ دنیا بھر میں مشہور تھے اور شاندار تقریریں کرتے تھے، وہ شاندار تقریریں۔</w:t>
      </w:r>
    </w:p>
    <w:p>
      <w:r>
        <w:rPr>
          <w:b/>
        </w:rPr>
        <w:t xml:space="preserve">[42:45] </w:t>
      </w:r>
      <w:r>
        <w:t>lekin aakhir mein un ka haal yeh tha ke mayusi mein mare, woh mayusi mein.</w:t>
      </w:r>
    </w:p>
    <w:p>
      <w:pPr>
        <w:jc w:val="right"/>
      </w:pPr>
      <w:r>
        <w:t>لیکن آخر میں ان کا حال یہ تھا کہ مایوسی میں مرے، وہ مایوسی میں۔</w:t>
      </w:r>
    </w:p>
    <w:p>
      <w:r>
        <w:rPr>
          <w:b/>
        </w:rPr>
        <w:t xml:space="preserve">[42:51] </w:t>
      </w:r>
      <w:r>
        <w:t>aur aakhir mein woh yeh sher parhte the ke woh mehroom tamanna kyun na soye, aasman dekhe ke</w:t>
      </w:r>
    </w:p>
    <w:p>
      <w:pPr>
        <w:jc w:val="right"/>
      </w:pPr>
      <w:r>
        <w:t>اور آخر میں وہ یہ شعر پڑھتے تھے کہ وہ محروم تمنا کیوں نہ سوئے، آسماں دیکھے کہ</w:t>
      </w:r>
    </w:p>
    <w:p>
      <w:r>
        <w:rPr>
          <w:b/>
        </w:rPr>
        <w:t xml:space="preserve">[42:58] </w:t>
      </w:r>
      <w:r>
        <w:t>jo lamha balmah apni koshish raigaan dekhe.</w:t>
      </w:r>
    </w:p>
    <w:p>
      <w:pPr>
        <w:jc w:val="right"/>
      </w:pPr>
      <w:r>
        <w:t>جو لمحہ بلمحہ اپنی کوشش رائیگاں دیکھے۔</w:t>
      </w:r>
    </w:p>
    <w:p>
      <w:r>
        <w:rPr>
          <w:b/>
        </w:rPr>
        <w:t xml:space="preserve">[43:04] </w:t>
      </w:r>
      <w:r>
        <w:t>ab meri matlab yeh tha ke meri koshish sab waste mein chali gayi, raigaan ho gayi.</w:t>
      </w:r>
    </w:p>
    <w:p>
      <w:pPr>
        <w:jc w:val="right"/>
      </w:pPr>
      <w:r>
        <w:t>اب میری مطلب یہ تھا کہ میری کوشش سب waste میں چلی گئی، رائیگاں ہو گئی۔</w:t>
      </w:r>
    </w:p>
    <w:p>
      <w:r>
        <w:rPr>
          <w:b/>
        </w:rPr>
        <w:t xml:space="preserve">[43:10] </w:t>
      </w:r>
      <w:r>
        <w:t>ab main is ko dekhta hoon ke khuda koi shakal paida kare, woh mehroom tamanna kyun na soye,</w:t>
      </w:r>
    </w:p>
    <w:p>
      <w:pPr>
        <w:jc w:val="right"/>
      </w:pPr>
      <w:r>
        <w:t>اب میں اس کو دیکھتا ہوں کہ خدا کوئی شکل پیدا کرے، وہ محروم تمنا کیوں نہ سوئے،</w:t>
      </w:r>
    </w:p>
    <w:p>
      <w:r>
        <w:rPr>
          <w:b/>
        </w:rPr>
        <w:t xml:space="preserve">[43:17] </w:t>
      </w:r>
      <w:r>
        <w:t>aasman dekhe ke jo lamha balmah apni koshish raigaan dekhe.</w:t>
      </w:r>
    </w:p>
    <w:p>
      <w:pPr>
        <w:jc w:val="right"/>
      </w:pPr>
      <w:r>
        <w:t>آسماں دیکھے کہ جو لمحہ بلمحہ اپنی کوشش رائیگاں دیکھے۔</w:t>
      </w:r>
    </w:p>
    <w:p>
      <w:r>
        <w:rPr>
          <w:b/>
        </w:rPr>
        <w:t xml:space="preserve">[43:23] </w:t>
      </w:r>
      <w:r>
        <w:t>to aakhir waqt mein bhi woh daryaft nahin kar sake ke ke ke asal mein asal ghalati kya thi.</w:t>
      </w:r>
    </w:p>
    <w:p>
      <w:pPr>
        <w:jc w:val="right"/>
      </w:pPr>
      <w:r>
        <w:t>تو آخر وقت میں بھی وہ دریافت نہیں کر سکے کہ کہ کہ اصل میں اصل غلطی کیا تھی۔</w:t>
      </w:r>
    </w:p>
    <w:p>
      <w:r>
        <w:rPr>
          <w:b/>
        </w:rPr>
        <w:t xml:space="preserve">[43:29] </w:t>
      </w:r>
      <w:r>
        <w:t>asal ghalati ke nahin samajh sake, woh bas yahi logon ki shikayat karte rahe, woh ke log mujhe</w:t>
      </w:r>
    </w:p>
    <w:p>
      <w:pPr>
        <w:jc w:val="right"/>
      </w:pPr>
      <w:r>
        <w:t>اصل غلطی کہ نہیں سمجھ سکے، وہ بس یہی لوگوں کی شکایت کرتے رہے، وہ کہ لوگ مجھے</w:t>
      </w:r>
    </w:p>
    <w:p>
      <w:r>
        <w:rPr>
          <w:b/>
        </w:rPr>
        <w:t xml:space="preserve">[43:36] </w:t>
      </w:r>
      <w:r>
        <w:t>nahin mile, logon ne mera saath nahin diya.</w:t>
      </w:r>
    </w:p>
    <w:p>
      <w:pPr>
        <w:jc w:val="right"/>
      </w:pPr>
      <w:r>
        <w:t>نہیں ملے، لوگوں نے میرا ساتھ نہیں دیا۔</w:t>
      </w:r>
    </w:p>
    <w:p>
      <w:r>
        <w:rPr>
          <w:b/>
        </w:rPr>
        <w:t xml:space="preserve">[43:42] </w:t>
      </w:r>
      <w:r>
        <w:t>top ke ulama ne, main un ke naam nahin loon ga, sab mein aakhir mein ek shikayat hai</w:t>
      </w:r>
    </w:p>
    <w:p>
      <w:pPr>
        <w:jc w:val="right"/>
      </w:pPr>
      <w:r>
        <w:t>ٹاپ کے علماء نے، میں ان کے نام نہیں لوں گا، سب میں آخر میں ایک شکایت ہے</w:t>
      </w:r>
    </w:p>
    <w:p>
      <w:r>
        <w:rPr>
          <w:b/>
        </w:rPr>
        <w:t xml:space="preserve">[43:48] </w:t>
      </w:r>
      <w:r>
        <w:t>ke hum ko saathi nahin mile.</w:t>
      </w:r>
    </w:p>
    <w:p>
      <w:pPr>
        <w:jc w:val="right"/>
      </w:pPr>
      <w:r>
        <w:t>کہ ہم کو ساتھی نہیں ملے۔</w:t>
      </w:r>
    </w:p>
    <w:p>
      <w:r>
        <w:rPr>
          <w:b/>
        </w:rPr>
        <w:t xml:space="preserve">[43:55] </w:t>
      </w:r>
      <w:r>
        <w:t>phir saathi kyun nahin mile? to bheed mili, to bheed hi mili, to saathi kyun nahin mile? to</w:t>
      </w:r>
    </w:p>
    <w:p>
      <w:pPr>
        <w:jc w:val="right"/>
      </w:pPr>
      <w:r>
        <w:t>پھر ساتھی کیوں نہیں ملے؟ تو بھیڑ ملی، تو بھیڑ ہی ملی، تو ساتھی کیوں نہیں ملے؟ تو</w:t>
      </w:r>
    </w:p>
    <w:p>
      <w:r>
        <w:rPr>
          <w:b/>
        </w:rPr>
        <w:t xml:space="preserve">[44:01] </w:t>
      </w:r>
      <w:r>
        <w:t>is ka maani hai ke aap ka approach galat tha, aap ka analysis galat tha, is liye aap</w:t>
      </w:r>
    </w:p>
    <w:p>
      <w:pPr>
        <w:jc w:val="right"/>
      </w:pPr>
      <w:r>
        <w:t>اس کا معنی ہے کہ آپ کا approach غلط تھا، آپ کا analysis غلط تھا، اس لیے آپ</w:t>
      </w:r>
    </w:p>
    <w:p>
      <w:r>
        <w:rPr>
          <w:b/>
        </w:rPr>
        <w:t xml:space="preserve">[44:07] </w:t>
      </w:r>
      <w:r>
        <w:t>ko koi ab afraad tayyar nahin kar sake.</w:t>
      </w:r>
    </w:p>
    <w:p>
      <w:pPr>
        <w:jc w:val="right"/>
      </w:pPr>
      <w:r>
        <w:t>کو کوئی اب افراد تیار نہیں کر سکے۔</w:t>
      </w:r>
    </w:p>
    <w:p>
      <w:r>
        <w:rPr>
          <w:b/>
        </w:rPr>
        <w:t xml:space="preserve">[44:14] </w:t>
      </w:r>
      <w:r>
        <w:t>آپ تو میں سمجھتا ہوں کہ یہ جو CPS ہے، وہ ایک exception ہے اور سی</w:t>
      </w:r>
    </w:p>
    <w:p>
      <w:pPr>
        <w:jc w:val="right"/>
      </w:pPr>
      <w:r>
        <w:t>آپ تو میں سمجھتا ہوں کہ یہ جو سی پی ایس ہے، وہ ایک exception ہے اور سی</w:t>
      </w:r>
    </w:p>
    <w:p>
      <w:r>
        <w:rPr>
          <w:b/>
        </w:rPr>
        <w:t xml:space="preserve">[44:20] </w:t>
      </w:r>
      <w:r>
        <w:t>This is the destined role, destined role that he knows what he has to do.</w:t>
      </w:r>
    </w:p>
    <w:p>
      <w:pPr>
        <w:jc w:val="right"/>
      </w:pPr>
      <w:r>
        <w:t>پی ایس کا یہ destined role ہے، destined role کہ وہ جانے اپنے کہ اسے کرنا ہے کیا</w:t>
      </w:r>
    </w:p>
    <w:p>
      <w:r>
        <w:rPr>
          <w:b/>
        </w:rPr>
        <w:t xml:space="preserve">[44:26] </w:t>
      </w:r>
      <w:r>
        <w:t>kaam karna hai is daur mein aur is ke liye apni poori energy laga de, apna poora time laga de.</w:t>
      </w:r>
    </w:p>
    <w:p>
      <w:pPr>
        <w:jc w:val="right"/>
      </w:pPr>
      <w:r>
        <w:t>کام کرنا ہے اس دور میں اور اس کے لیے اپنی پوری energy لگا دے، اپنا پورا ٹائم لگا دے۔</w:t>
      </w:r>
    </w:p>
    <w:p>
      <w:r>
        <w:rPr>
          <w:b/>
        </w:rPr>
        <w:t xml:space="preserve">[44:33] </w:t>
      </w:r>
      <w:r>
        <w:t>to main dua karta hoon Allah taala se aap ke liye aur apne liye ke hum sab waqt</w:t>
      </w:r>
    </w:p>
    <w:p>
      <w:pPr>
        <w:jc w:val="right"/>
      </w:pPr>
      <w:r>
        <w:t>تو میں دعا کرتا ہوں اللہ تعالی سے آپ کے لیے اور اپنے لیے کہ ہم سب وقت</w:t>
      </w:r>
    </w:p>
    <w:p>
      <w:r>
        <w:rPr>
          <w:b/>
        </w:rPr>
        <w:t xml:space="preserve">[44:39] </w:t>
      </w:r>
      <w:r>
        <w:t>ke taqaze ko samjhein aur Allah se hum dua karein.</w:t>
      </w:r>
    </w:p>
    <w:p>
      <w:pPr>
        <w:jc w:val="right"/>
      </w:pPr>
      <w:r>
        <w:t>کے تقاضے کو سمجھیں اور اللہ سے ہم دعا کریں۔</w:t>
      </w:r>
    </w:p>
    <w:p>
      <w:r>
        <w:rPr>
          <w:b/>
        </w:rPr>
        <w:t xml:space="preserve">[44:45] </w:t>
      </w:r>
      <w:r>
        <w:t>aur yaad rakhiye, yeh jo kaam hai, yeh Allah ka kaam hai aur jab jo kaam khud Allah</w:t>
      </w:r>
    </w:p>
    <w:p>
      <w:pPr>
        <w:jc w:val="right"/>
      </w:pPr>
      <w:r>
        <w:t>اور یاد رکھیے، یہ جو کام ہے، یہ اللہ کا کام ہے اور جب جو کام خود اللہ</w:t>
      </w:r>
    </w:p>
    <w:p>
      <w:r>
        <w:rPr>
          <w:b/>
        </w:rPr>
        <w:t xml:space="preserve">[44:52] </w:t>
      </w:r>
      <w:r>
        <w:t>ka kaam ho, is ke liye koi uthe aur dua kare to dua ka qabool hona bilkul yaqeeni</w:t>
      </w:r>
    </w:p>
    <w:p>
      <w:pPr>
        <w:jc w:val="right"/>
      </w:pPr>
      <w:r>
        <w:t>کا کام ہو، اس کے لیے کوئی اٹھے اور دعا کرے تو دعا کا قبول ہونا بالکل یقینی</w:t>
      </w:r>
    </w:p>
    <w:p>
      <w:r>
        <w:rPr>
          <w:b/>
        </w:rPr>
        <w:t xml:space="preserve">[44:58] </w:t>
      </w:r>
      <w:r>
        <w:t>ho jata hai.</w:t>
      </w:r>
    </w:p>
    <w:p>
      <w:pPr>
        <w:jc w:val="right"/>
      </w:pPr>
      <w:r>
        <w:t>ہو جاتا ہے۔</w:t>
      </w:r>
    </w:p>
    <w:p>
      <w:r>
        <w:rPr>
          <w:b/>
        </w:rPr>
        <w:t xml:space="preserve">[45:04] </w:t>
      </w:r>
      <w:r>
        <w:t>yeh jo kaam maine ab arz kiya, yeh waqt ka kaam hai, Allah ka kaam hai, deen</w:t>
      </w:r>
    </w:p>
    <w:p>
      <w:pPr>
        <w:jc w:val="right"/>
      </w:pPr>
      <w:r>
        <w:t>یہ جو کام میں نے اب عرض کیا، یہ وقت کا کام ہے، اللہ کا کام ہے، دین</w:t>
      </w:r>
    </w:p>
    <w:p>
      <w:r>
        <w:rPr>
          <w:b/>
        </w:rPr>
        <w:t xml:space="preserve">[45:10] </w:t>
      </w:r>
      <w:r>
        <w:t>ka kaam hai aur sab se aham kaam hai.</w:t>
      </w:r>
    </w:p>
    <w:p>
      <w:pPr>
        <w:jc w:val="right"/>
      </w:pPr>
      <w:r>
        <w:t>کا کام ہے اور سب سے اہم کام ہے۔</w:t>
      </w:r>
    </w:p>
    <w:p>
      <w:r>
        <w:rPr>
          <w:b/>
        </w:rPr>
        <w:t xml:space="preserve">[45:17] </w:t>
      </w:r>
      <w:r>
        <w:t>to jab is ke liye aap uthenge to aap dua karenge to aap ki dua ka</w:t>
      </w:r>
    </w:p>
    <w:p>
      <w:pPr>
        <w:jc w:val="right"/>
      </w:pPr>
      <w:r>
        <w:t>تو جب اس کے لیے آپ اٹھیں گے تو آپ دعا کریں گے تو آپ کی دعا کا</w:t>
      </w:r>
    </w:p>
    <w:p>
      <w:r>
        <w:rPr>
          <w:b/>
        </w:rPr>
        <w:t xml:space="preserve">[45:23] </w:t>
      </w:r>
      <w:r>
        <w:t>qabool hona bilkul itna hi yaqeeni ho jayega jitna ke aaj raat ke baad kal subah suraj ka nikalna.</w:t>
      </w:r>
    </w:p>
    <w:p>
      <w:pPr>
        <w:jc w:val="right"/>
      </w:pPr>
      <w:r>
        <w:t>قبول ہونا بالکل اتنا ہی یقینی ہو جائے گا جتنا کہ آج رات کے بعد کل صبح سورج کا نکلنا۔</w:t>
      </w:r>
    </w:p>
    <w:p>
      <w:r>
        <w:rPr>
          <w:b/>
        </w:rPr>
        <w:t xml:space="preserve">[45:29] </w:t>
      </w:r>
      <w:r>
        <w:t>to is yaqeen ke sath aap is mein lag jaiye.</w:t>
      </w:r>
    </w:p>
    <w:p>
      <w:pPr>
        <w:jc w:val="right"/>
      </w:pPr>
      <w:r>
        <w:t>تو اس یقین کے ساتھ آپ اس میں لگ جائیے۔</w:t>
      </w:r>
    </w:p>
    <w:p>
      <w:r>
        <w:rPr>
          <w:b/>
        </w:rPr>
        <w:t xml:space="preserve">[45:36] </w:t>
      </w:r>
      <w:r>
        <w:t>aur main kai baar maine ek waqea bayan kiya ke haan, Dilli mein ek sahib the, unhon</w:t>
      </w:r>
    </w:p>
    <w:p>
      <w:pPr>
        <w:jc w:val="right"/>
      </w:pPr>
      <w:r>
        <w:t>اور میں کئی بار میں نے ایک واقعہ بیان کیا کہ ہاں، دلی میں ایک صاحب تھے، انہوں</w:t>
      </w:r>
    </w:p>
    <w:p>
      <w:r>
        <w:rPr>
          <w:b/>
        </w:rPr>
        <w:t xml:space="preserve">[45:42] </w:t>
      </w:r>
      <w:r>
        <w:t>ne ek center banaya tha to zameen thi, ab barson se padi hui thi, zameen building nahi thi.</w:t>
      </w:r>
    </w:p>
    <w:p>
      <w:pPr>
        <w:jc w:val="right"/>
      </w:pPr>
      <w:r>
        <w:t>نے ایک سینٹر بنایا تھا تو زمین تھی، اب برسوں سے پڑی ہوئی تھی، زمین بلڈنگ نہیں تھی۔</w:t>
      </w:r>
    </w:p>
    <w:p>
      <w:r>
        <w:rPr>
          <w:b/>
        </w:rPr>
        <w:t xml:space="preserve">[45:48] </w:t>
      </w:r>
      <w:r>
        <w:t>wahan par ek shakhs aaya hai, us ne kaha main banaunga.</w:t>
      </w:r>
    </w:p>
    <w:p>
      <w:pPr>
        <w:jc w:val="right"/>
      </w:pPr>
      <w:r>
        <w:t>وہاں پر ایک شخص آیا ہے، اس نے کہا میں بناؤں گا۔</w:t>
      </w:r>
    </w:p>
    <w:p>
      <w:r>
        <w:rPr>
          <w:b/>
        </w:rPr>
        <w:t xml:space="preserve">[45:55] </w:t>
      </w:r>
      <w:r>
        <w:t>تو اس نے کہا تھا: "I will yoke myself for this cause, I will yoke myself for this</w:t>
      </w:r>
    </w:p>
    <w:p>
      <w:pPr>
        <w:jc w:val="right"/>
      </w:pPr>
      <w:r>
        <w:t>تو اس نے کہا تھا: "I will joke myself for this cause, I will joke myself for this</w:t>
      </w:r>
    </w:p>
    <w:p>
      <w:r>
        <w:rPr>
          <w:b/>
        </w:rPr>
        <w:t xml:space="preserve">[46:01] </w:t>
      </w:r>
      <w:r>
        <w:t>cause." to aap ko is kaam mein jhonk dena hai, yaani is ko main kahunga ke ke</w:t>
      </w:r>
    </w:p>
    <w:p>
      <w:pPr>
        <w:jc w:val="right"/>
      </w:pPr>
      <w:r>
        <w:t>cause." تو آپ کو اس کام میں جھونک دینا ہے، یعنی اس کو میں کہوں گا کہ کہ</w:t>
      </w:r>
    </w:p>
    <w:p>
      <w:r>
        <w:rPr>
          <w:b/>
        </w:rPr>
        <w:t xml:space="preserve">[46:07] </w:t>
      </w:r>
      <w:r>
        <w:t>jhonk spirit ke sath aap ko is kaam mein lagna hai, poora dedication ke sath is kaam mein</w:t>
      </w:r>
    </w:p>
    <w:p>
      <w:pPr>
        <w:jc w:val="right"/>
      </w:pPr>
      <w:r>
        <w:t>جھونک spirit کے ساتھ آپ کو اس کام میں لگنا ہے، پورا dedication کے ساتھ اس کام میں</w:t>
      </w:r>
    </w:p>
    <w:p>
      <w:r>
        <w:rPr>
          <w:b/>
        </w:rPr>
        <w:t xml:space="preserve">[46:14] </w:t>
      </w:r>
      <w:r>
        <w:t>apne ko lagna hai aur yeh yaqeen karna hai ke Allah ki madad zaroor aayegi.</w:t>
      </w:r>
    </w:p>
    <w:p>
      <w:pPr>
        <w:jc w:val="right"/>
      </w:pPr>
      <w:r>
        <w:t>اپنے کو لگنا ہے اور یہ یقین کرنا ہے کہ اللہ کی مدد ضرور آئے گی۔</w:t>
      </w:r>
    </w:p>
    <w:p>
      <w:r>
        <w:rPr>
          <w:b/>
        </w:rPr>
        <w:t xml:space="preserve">[46:20] </w:t>
      </w:r>
      <w:r>
        <w:t>Allah ki madad se hum zaroor apne mission ko poora kar payenge.</w:t>
      </w:r>
    </w:p>
    <w:p>
      <w:pPr>
        <w:jc w:val="right"/>
      </w:pPr>
      <w:r>
        <w:t>اللہ کی مدد سے ہم ضرور اپنے مشن کو پورا کر پائیں گے۔</w:t>
      </w:r>
    </w:p>
    <w:p>
      <w:r>
        <w:rPr>
          <w:b/>
        </w:rPr>
        <w:t xml:space="preserve">[46:26] </w:t>
      </w:r>
      <w:r>
        <w:t>to yeh meri dua hai aur apne liye aur aap ke liye aur jitne mere saathi hain, chahe</w:t>
      </w:r>
    </w:p>
    <w:p>
      <w:pPr>
        <w:jc w:val="right"/>
      </w:pPr>
      <w:r>
        <w:t>تو یہ میری دعا ہے اور اپنے لیے اور آپ کے لیے اور جتنے میرے ساتھی ہیں، چاہے</w:t>
      </w:r>
    </w:p>
    <w:p>
      <w:r>
        <w:rPr>
          <w:b/>
        </w:rPr>
        <w:t xml:space="preserve">[46:33] </w:t>
      </w:r>
      <w:r>
        <w:t>wo Dilli mein hon ya Dilli ke bahar hon, un sab ke liye main barabar dua karta rehta hoon.</w:t>
      </w:r>
    </w:p>
    <w:p>
      <w:pPr>
        <w:jc w:val="right"/>
      </w:pPr>
      <w:r>
        <w:t>وہ دلی میں ہوں یا دلی کے باہر ہوں، ان سب کے لیے میں برابر دعا کرتا رہتا ہوں۔</w:t>
      </w:r>
    </w:p>
    <w:p>
      <w:r>
        <w:rPr>
          <w:b/>
        </w:rPr>
        <w:t xml:space="preserve">[46:39] </w:t>
      </w:r>
      <w:r>
        <w:t>is waqt bhi dua kar raha hoon, mujhe yaqeen hai ke Allah yeh jo dua hai, zaroor Allah</w:t>
      </w:r>
    </w:p>
    <w:p>
      <w:pPr>
        <w:jc w:val="right"/>
      </w:pPr>
      <w:r>
        <w:t>اس وقت بھی دعا کر رہا ہوں، مجھے یقین ہے کہ اللہ یہ جو دعا ہے، ضرور اللہ</w:t>
      </w:r>
    </w:p>
    <w:p>
      <w:r>
        <w:rPr>
          <w:b/>
        </w:rPr>
        <w:t xml:space="preserve">[46:45] </w:t>
      </w:r>
      <w:r>
        <w:t>taala ka is ko qabool kiya jayega kyunke wo to wohi dua hai jo Allah ko matloob hai.</w:t>
      </w:r>
    </w:p>
    <w:p>
      <w:pPr>
        <w:jc w:val="right"/>
      </w:pPr>
      <w:r>
        <w:t>تعالی کا اس کو قبول کیا جائے گا کیونکہ وہ تو وہی دعا ہے جو اللہ کو مطلوب ہے۔</w:t>
      </w:r>
    </w:p>
    <w:p>
      <w:r>
        <w:rPr>
          <w:b/>
        </w:rPr>
        <w:t xml:space="preserve">[46:52] </w:t>
      </w:r>
      <w:r>
        <w:t>jab aap ek aisi dua karein jo Allah ko matloob ho to wo to ho kar rahegi.</w:t>
      </w:r>
    </w:p>
    <w:p>
      <w:pPr>
        <w:jc w:val="right"/>
      </w:pPr>
      <w:r>
        <w:t>جب آپ ایک ایسی دعا کریں جو اللہ کو مطلوب ہو تو وہ تو ہو کر رہے گی۔</w:t>
      </w:r>
    </w:p>
    <w:p>
      <w:r>
        <w:rPr>
          <w:b/>
        </w:rPr>
        <w:t xml:space="preserve">[46:58] </w:t>
      </w:r>
      <w:r>
        <w:t>jaise aap kahein ke Khudaaya kal subah ko suraj nikal de, aap raat ke waqt hain aur kahein</w:t>
      </w:r>
    </w:p>
    <w:p>
      <w:pPr>
        <w:jc w:val="right"/>
      </w:pPr>
      <w:r>
        <w:t>جیسے آپ کہیں کہ خدایا کل صبح کو سورج نکال دے، آپ رات کے وقت ہیں اور کہیں</w:t>
      </w:r>
    </w:p>
    <w:p>
      <w:r>
        <w:rPr>
          <w:b/>
        </w:rPr>
        <w:t xml:space="preserve">[47:04] </w:t>
      </w:r>
      <w:r>
        <w:t>ke Khudaaya kal subah ko suraj nikal de to wo to nikalega hi, wo to nikalne hi</w:t>
      </w:r>
    </w:p>
    <w:p>
      <w:pPr>
        <w:jc w:val="right"/>
      </w:pPr>
      <w:r>
        <w:t>کہ خدایا کل صبح کو سورج نکال دے تو وہ تو نکلے ہی گا، وہ تو نکلنے ہی</w:t>
      </w:r>
    </w:p>
    <w:p>
      <w:r>
        <w:rPr>
          <w:b/>
        </w:rPr>
        <w:t xml:space="preserve">[47:10] </w:t>
      </w:r>
      <w:r>
        <w:t>wala hai, is mein shakk kiya hai.</w:t>
      </w:r>
    </w:p>
    <w:p>
      <w:pPr>
        <w:jc w:val="right"/>
      </w:pPr>
      <w:r>
        <w:t>والا ہے، اس میں شک کیا ہے۔</w:t>
      </w:r>
    </w:p>
    <w:p>
      <w:r>
        <w:rPr>
          <w:b/>
        </w:rPr>
        <w:t xml:space="preserve">[47:17] </w:t>
      </w:r>
      <w:r>
        <w:t>to isi isi yaqeen ke sath aap ko is mission mein lagna hai aur is mission ko mein</w:t>
      </w:r>
    </w:p>
    <w:p>
      <w:pPr>
        <w:jc w:val="right"/>
      </w:pPr>
      <w:r>
        <w:t>تو اسی اسی یقین کے ساتھ آپ کو اس مشن میں لگنا ہے اور اس مشن کو میں</w:t>
      </w:r>
    </w:p>
    <w:p>
      <w:r>
        <w:rPr>
          <w:b/>
        </w:rPr>
        <w:t xml:space="preserve">[47:23] </w:t>
      </w:r>
      <w:r>
        <w:t>apne aap ko dedicate karna hai.</w:t>
      </w:r>
    </w:p>
    <w:p>
      <w:pPr>
        <w:jc w:val="right"/>
      </w:pPr>
      <w:r>
        <w:t>اپنے آپ کو dedicate کرنا ہے۔</w:t>
      </w:r>
    </w:p>
    <w:p>
      <w:r>
        <w:rPr>
          <w:b/>
        </w:rPr>
        <w:t xml:space="preserve">[47:29] </w:t>
      </w:r>
      <w:r>
        <w:t>aur yaad rakhiye, aap ke sath aisa nahi ke aap ke sath koi aur uthe ga, yeh kaam</w:t>
      </w:r>
    </w:p>
    <w:p>
      <w:pPr>
        <w:jc w:val="right"/>
      </w:pPr>
      <w:r>
        <w:t>اور یاد رکھیے، آپ کے ساتھ ایسا نہیں کہ آپ کے ساتھ کوئی اور اٹھے گا، یہ کام</w:t>
      </w:r>
    </w:p>
    <w:p>
      <w:r>
        <w:rPr>
          <w:b/>
        </w:rPr>
        <w:t xml:space="preserve">[47:36] </w:t>
      </w:r>
      <w:r>
        <w:t>kar de ga.</w:t>
      </w:r>
    </w:p>
    <w:p>
      <w:pPr>
        <w:jc w:val="right"/>
      </w:pPr>
      <w:r>
        <w:t>کر دے گا۔</w:t>
      </w:r>
    </w:p>
    <w:p>
      <w:r>
        <w:rPr>
          <w:b/>
        </w:rPr>
        <w:t xml:space="preserve">[47:42] </w:t>
      </w:r>
      <w:r>
        <w:t>"I have to do it, it is my duty." yeh yeh spirit hona chahiye aap ke andar ke</w:t>
      </w:r>
    </w:p>
    <w:p>
      <w:pPr>
        <w:jc w:val="right"/>
      </w:pPr>
      <w:r>
        <w:t>"I have to do it, it is my duty." یہ یہ spirit ہونا چاہیے آپ کے اندر کہ</w:t>
      </w:r>
    </w:p>
    <w:p>
      <w:r>
        <w:rPr>
          <w:b/>
        </w:rPr>
        <w:t xml:space="preserve">[47:48] </w:t>
      </w:r>
      <w:r>
        <w:t>aap aisa nahi, koi aur team banay gi, koi aur group uthe ga.</w:t>
      </w:r>
    </w:p>
    <w:p>
      <w:pPr>
        <w:jc w:val="right"/>
      </w:pPr>
      <w:r>
        <w:t>آپ ایسا نہیں، کوئی اور ٹیم بنے گی، کوئی اور گروپ اٹھے گا۔</w:t>
      </w:r>
    </w:p>
    <w:p>
      <w:r>
        <w:rPr>
          <w:b/>
        </w:rPr>
        <w:t xml:space="preserve">[47:55] </w:t>
      </w:r>
      <w:r>
        <w:t>yeh soch ghalat hai, yeh soch ghalat hai ke aap ka dil spirit hona chahiye ke "I have</w:t>
      </w:r>
    </w:p>
    <w:p>
      <w:pPr>
        <w:jc w:val="right"/>
      </w:pPr>
      <w:r>
        <w:t>یہ سوچ غلط ہے، یہ سوچ غلط ہے کہ آپ کا دل spirit ہونا چاہیے کہ "I have</w:t>
      </w:r>
    </w:p>
    <w:p>
      <w:r>
        <w:rPr>
          <w:b/>
        </w:rPr>
        <w:t xml:space="preserve">[48:01] </w:t>
      </w:r>
      <w:r>
        <w:t>to do it." yeh mujhe koi karna hai, yeh kaam mere sath koi aur karne wala nahi hai</w:t>
      </w:r>
    </w:p>
    <w:p>
      <w:pPr>
        <w:jc w:val="right"/>
      </w:pPr>
      <w:r>
        <w:t>to do it." یہ مجھے کوئی کرنا ہے، یہ کام میرے ساتھ کوئی اور کرنے والا نہیں ہے</w:t>
      </w:r>
    </w:p>
    <w:p>
      <w:r>
        <w:rPr>
          <w:b/>
        </w:rPr>
        <w:t xml:space="preserve">[48:07] </w:t>
      </w:r>
      <w:r>
        <w:t>jo is kaam ko kare.</w:t>
      </w:r>
    </w:p>
    <w:p>
      <w:pPr>
        <w:jc w:val="right"/>
      </w:pPr>
      <w:r>
        <w:t>جو اس کام کو کرے۔</w:t>
      </w:r>
    </w:p>
    <w:p>
      <w:r>
        <w:rPr>
          <w:b/>
        </w:rPr>
        <w:t xml:space="preserve">[48:14] </w:t>
      </w:r>
      <w:r>
        <w:t>to is mizaj ke tehat aap kaam kijiye aur Allah taala aap ke sath hai.</w:t>
      </w:r>
    </w:p>
    <w:p>
      <w:pPr>
        <w:jc w:val="right"/>
      </w:pPr>
      <w:r>
        <w:t>تو اس مزاج کے تحت آپ کام کیجئے اور اللہ تعالی آپ کے ساتھ ہے۔</w:t>
      </w:r>
    </w:p>
    <w:p>
      <w:r>
        <w:rPr>
          <w:b/>
        </w:rPr>
        <w:t xml:space="preserve">[48:20] </w:t>
      </w:r>
      <w:r>
        <w:t>assalam o alaikum warahmatullah wabarakatuh.</w:t>
      </w:r>
    </w:p>
    <w:p>
      <w:pPr>
        <w:jc w:val="right"/>
      </w:pPr>
      <w:r>
        <w:t>السلام علیکم ورحمۃ اللہ وبرکاتہ۔</w:t>
      </w:r>
    </w:p>
    <w:p>
      <w:r>
        <w:rPr>
          <w:b/>
        </w:rPr>
        <w:t xml:space="preserve">[48:26] </w:t>
      </w:r>
      <w:r>
        <w:t>Okay, we will be starting the question answer session now.</w:t>
      </w:r>
    </w:p>
    <w:p>
      <w:pPr>
        <w:jc w:val="right"/>
      </w:pPr>
      <w:r>
        <w:t>اوکے، وی will be starting the question answer session now۔</w:t>
      </w:r>
    </w:p>
    <w:p>
      <w:r>
        <w:rPr>
          <w:b/>
        </w:rPr>
        <w:t xml:space="preserve">[48:33] </w:t>
      </w:r>
      <w:r>
        <w:t>All the online viewers are requested to send their questions on info@cpsglobal.org.</w:t>
      </w:r>
    </w:p>
    <w:p>
      <w:pPr>
        <w:jc w:val="right"/>
      </w:pPr>
      <w:r>
        <w:t>All the online viewers are requested to send their questions on info@cpsglobal.org۔</w:t>
      </w:r>
    </w:p>
    <w:p>
      <w:r>
        <w:rPr>
          <w:b/>
        </w:rPr>
        <w:t xml:space="preserve">[48:39] </w:t>
      </w:r>
      <w:r>
        <w:t>maulana, pehla sawal lene se pehle aik comment parhna chahen ge jo abhi Shoaib Imtiaz sahib ne bheja</w:t>
      </w:r>
    </w:p>
    <w:p>
      <w:pPr>
        <w:jc w:val="right"/>
      </w:pPr>
      <w:r>
        <w:t>مولانا، پہلا سوال لینے سے پہلے ایک کمنٹ پڑھنا چاہیں گے جو ابھی شعیب امتیاز صاحب نے بھیجا</w:t>
      </w:r>
    </w:p>
    <w:p>
      <w:r>
        <w:rPr>
          <w:b/>
        </w:rPr>
        <w:t xml:space="preserve">[48:45] </w:t>
      </w:r>
      <w:r>
        <w:t>hai Illinois, USA se aur unhon ne likha hai: "My name is Shoaib Imtiaz and I live in</w:t>
      </w:r>
    </w:p>
    <w:p>
      <w:pPr>
        <w:jc w:val="right"/>
      </w:pPr>
      <w:r>
        <w:t>ہے Illinois, USA سے اور انہوں نے لکھا ہے: "My name is Shoaib Imtiaz and I live in</w:t>
      </w:r>
    </w:p>
    <w:p>
      <w:r>
        <w:rPr>
          <w:b/>
        </w:rPr>
        <w:t xml:space="preserve">[48:52] </w:t>
      </w:r>
      <w:r>
        <w:t>Illinois, USA after immigrating recently from Hyderabad, India.</w:t>
      </w:r>
    </w:p>
    <w:p>
      <w:pPr>
        <w:jc w:val="right"/>
      </w:pPr>
      <w:r>
        <w:t>Illinois, USA after immigrating recently from Hyderabad, India.</w:t>
      </w:r>
    </w:p>
    <w:p>
      <w:r>
        <w:rPr>
          <w:b/>
        </w:rPr>
        <w:t xml:space="preserve">[48:58] </w:t>
      </w:r>
      <w:r>
        <w:t>I believe Maulana is the only voice of sanity in the Muslim world and I consider myself a</w:t>
      </w:r>
    </w:p>
    <w:p>
      <w:pPr>
        <w:jc w:val="right"/>
      </w:pPr>
      <w:r>
        <w:t>I believe مولانا is the only voice of sanity in the Muslim world and I consider myself a</w:t>
      </w:r>
    </w:p>
    <w:p>
      <w:r>
        <w:rPr>
          <w:b/>
        </w:rPr>
        <w:t xml:space="preserve">[49:04] </w:t>
      </w:r>
      <w:r>
        <w:t>part of CPS International.</w:t>
      </w:r>
    </w:p>
    <w:p>
      <w:pPr>
        <w:jc w:val="right"/>
      </w:pPr>
      <w:r>
        <w:t>part of CPS International.</w:t>
      </w:r>
    </w:p>
    <w:p>
      <w:r>
        <w:rPr>
          <w:b/>
        </w:rPr>
        <w:t xml:space="preserve">[49:11] </w:t>
      </w:r>
      <w:r>
        <w:t>I will write more about myself and my Dawa experiences in due course as I wish to remain</w:t>
      </w:r>
    </w:p>
    <w:p>
      <w:pPr>
        <w:jc w:val="right"/>
      </w:pPr>
      <w:r>
        <w:t>I will write more about myself and my Dawa experiences in due course as I wish to remain</w:t>
      </w:r>
    </w:p>
    <w:p>
      <w:r>
        <w:rPr>
          <w:b/>
        </w:rPr>
        <w:t xml:space="preserve">[49:16] </w:t>
      </w:r>
      <w:r>
        <w:t>in constant touch with the Delhi team." inshallah.</w:t>
      </w:r>
    </w:p>
    <w:p>
      <w:pPr>
        <w:jc w:val="right"/>
      </w:pPr>
      <w:r>
        <w:t>in constant touch with the Delhi team." انشاءاللہ۔</w:t>
      </w:r>
    </w:p>
    <w:p>
      <w:r>
        <w:rPr>
          <w:b/>
        </w:rPr>
        <w:t xml:space="preserve">[49:22] </w:t>
      </w:r>
      <w:r>
        <w:t>maulana, ab sawal lete hain jo Jameel Akhtar sahib ne Delhi se bheja hai aur unhon ne likha</w:t>
      </w:r>
    </w:p>
    <w:p>
      <w:pPr>
        <w:jc w:val="right"/>
      </w:pPr>
      <w:r>
        <w:t>مولانا، اب سوال لیتے ہیں جو جمیل اختر صاحب نے دلی سے بھیجا ہے اور انہوں نے لکھا</w:t>
      </w:r>
    </w:p>
    <w:p>
      <w:r>
        <w:rPr>
          <w:b/>
        </w:rPr>
        <w:t xml:space="preserve">[49:28] </w:t>
      </w:r>
      <w:r>
        <w:t>hai ke agar kisi shakhs ki dua lambe arse tak qabool na hoti hai to woh kya soche?</w:t>
      </w:r>
    </w:p>
    <w:p>
      <w:pPr>
        <w:jc w:val="right"/>
      </w:pPr>
      <w:r>
        <w:t>ہے کہ اگر کسی شخص کی دعا لمبے عرصے تک قبول نہ ہوتی ہے تو وہ کیا سوچے؟</w:t>
      </w:r>
    </w:p>
    <w:p>
      <w:r>
        <w:rPr>
          <w:b/>
        </w:rPr>
        <w:t xml:space="preserve">[49:34] </w:t>
      </w:r>
      <w:r>
        <w:t>kya is ka sara amal bekar hai ya kuch aur? dekhiye, dua ke mamle mein hadith mein aya</w:t>
      </w:r>
    </w:p>
    <w:p>
      <w:pPr>
        <w:jc w:val="right"/>
      </w:pPr>
      <w:r>
        <w:t>کیا اس کا سارا عمل بیکار ہے یا کچھ اور؟ دیکھیے، دعا کے معاملے میں حدیث میں آیا</w:t>
      </w:r>
    </w:p>
    <w:p>
      <w:r>
        <w:rPr>
          <w:b/>
        </w:rPr>
        <w:t xml:space="preserve">[49:40] </w:t>
      </w:r>
      <w:r>
        <w:t>hai ke dua ka matlab yeh nahi ke jo aap dua karen woh poora ho jaye.</w:t>
      </w:r>
    </w:p>
    <w:p>
      <w:pPr>
        <w:jc w:val="right"/>
      </w:pPr>
      <w:r>
        <w:t>ہے کہ دعا کا مطلب یہ نہیں کہ جو آپ دعا کریں وہ پورا ہو جائے۔</w:t>
      </w:r>
    </w:p>
    <w:p>
      <w:r>
        <w:rPr>
          <w:b/>
        </w:rPr>
        <w:t xml:space="preserve">[49:46] </w:t>
      </w:r>
      <w:r>
        <w:t>hamesha aisa hoga ke dua according to law of nature qabool hogi.</w:t>
      </w:r>
    </w:p>
    <w:p>
      <w:pPr>
        <w:jc w:val="right"/>
      </w:pPr>
      <w:r>
        <w:t>ہمیشہ ایسا ہوگا کہ دعا according to law of nature قبول ہوگی۔</w:t>
      </w:r>
    </w:p>
    <w:p>
      <w:r>
        <w:rPr>
          <w:b/>
        </w:rPr>
        <w:t xml:space="preserve">[49:51] </w:t>
      </w:r>
      <w:r>
        <w:t>mein dua karoon ke yeh building jo hai sone ki building ho jaye to hazar saal tak bhi</w:t>
      </w:r>
    </w:p>
    <w:p>
      <w:pPr>
        <w:jc w:val="right"/>
      </w:pPr>
      <w:r>
        <w:t>میں دعا کروں کہ یہ بلڈنگ جو ہے سونے کی بلڈنگ ہو جائے تو ہزار سال تک بھی</w:t>
      </w:r>
    </w:p>
    <w:p>
      <w:r>
        <w:rPr>
          <w:b/>
        </w:rPr>
        <w:t xml:space="preserve">[49:57] </w:t>
      </w:r>
      <w:r>
        <w:t>nahi hogi, woh nahi hogi, kabhi bhi nahi hogi.</w:t>
      </w:r>
    </w:p>
    <w:p>
      <w:pPr>
        <w:jc w:val="right"/>
      </w:pPr>
      <w:r>
        <w:t>نہیں ہوگی، وہ نہیں ہوگی، کبھی بھی نہیں ہوگی۔</w:t>
      </w:r>
    </w:p>
    <w:p>
      <w:r>
        <w:rPr>
          <w:b/>
        </w:rPr>
        <w:t xml:space="preserve">[50:03] </w:t>
      </w:r>
      <w:r>
        <w:t>maine apne bete ko papering kar ke bigad rakha hai, ab mein dua karoon mera beta jo</w:t>
      </w:r>
    </w:p>
    <w:p>
      <w:pPr>
        <w:jc w:val="right"/>
      </w:pPr>
      <w:r>
        <w:t>میں نے اپنے بیٹے کو papering کر کے بگاڑ رکھا ہے، اب میں دعا کروں میرا بیٹا جو</w:t>
      </w:r>
    </w:p>
    <w:p>
      <w:r>
        <w:rPr>
          <w:b/>
        </w:rPr>
        <w:t xml:space="preserve">[50:09] </w:t>
      </w:r>
      <w:r>
        <w:t>hai abubakar siddique ban jaye to kabhi qabool nahi hogi.</w:t>
      </w:r>
    </w:p>
    <w:p>
      <w:pPr>
        <w:jc w:val="right"/>
      </w:pPr>
      <w:r>
        <w:t>ہے ابوبکر صدیق بن جائے تو کبھی قبول نہیں ہوگی۔</w:t>
      </w:r>
    </w:p>
    <w:p>
      <w:r>
        <w:rPr>
          <w:b/>
        </w:rPr>
        <w:t xml:space="preserve">[50:15] </w:t>
      </w:r>
      <w:r>
        <w:t>agar mein galat tareeqe se business kar raha hoon aur business mera chal nahi raha to aap dua</w:t>
      </w:r>
    </w:p>
    <w:p>
      <w:pPr>
        <w:jc w:val="right"/>
      </w:pPr>
      <w:r>
        <w:t>اگر میں غلط طریقے سے business کر رہا ہوں اور business میرا چل نہیں رہا تو آپ دعا</w:t>
      </w:r>
    </w:p>
    <w:p>
      <w:r>
        <w:rPr>
          <w:b/>
        </w:rPr>
        <w:t xml:space="preserve">[50:21] </w:t>
      </w:r>
      <w:r>
        <w:t>karoon to kabhi bhi nahi chalega.</w:t>
      </w:r>
    </w:p>
    <w:p>
      <w:pPr>
        <w:jc w:val="right"/>
      </w:pPr>
      <w:r>
        <w:t>کروں تو کبھی بھی نہیں چلے گا۔</w:t>
      </w:r>
    </w:p>
    <w:p>
      <w:r>
        <w:rPr>
          <w:b/>
        </w:rPr>
        <w:t xml:space="preserve">[50:26] </w:t>
      </w:r>
      <w:r>
        <w:t>woh toh yaad rakhiye, dua jo hai hamesha according to law of nature qabool hoti hai.</w:t>
      </w:r>
    </w:p>
    <w:p>
      <w:pPr>
        <w:jc w:val="right"/>
      </w:pPr>
      <w:r>
        <w:t>وہ تو یاد رکھیے، دعا جو ہے ہمیشہ according to law of nature قبول ہوتی ہے۔</w:t>
      </w:r>
    </w:p>
    <w:p>
      <w:r>
        <w:rPr>
          <w:b/>
        </w:rPr>
        <w:t xml:space="preserve">[50:32] </w:t>
      </w:r>
      <w:r>
        <w:t>toh jab bhi dua qabool na ho rahi ho toh aap yeh mat samjhiye ke Allah ne qabool nahi kiya.</w:t>
      </w:r>
    </w:p>
    <w:p>
      <w:pPr>
        <w:jc w:val="right"/>
      </w:pPr>
      <w:r>
        <w:t>تو جب بھی دعا قبول نہ ہو رہی ہو تو آپ یہ مت سمجھیے کہ اللہ نے قبول نہیں کیا۔</w:t>
      </w:r>
    </w:p>
    <w:p>
      <w:r>
        <w:rPr>
          <w:b/>
        </w:rPr>
        <w:t xml:space="preserve">[50:38] </w:t>
      </w:r>
      <w:r>
        <w:t>yeh samjhiye ke aap ne dua hi galat kar rakhi hai.</w:t>
      </w:r>
    </w:p>
    <w:p>
      <w:pPr>
        <w:jc w:val="right"/>
      </w:pPr>
      <w:r>
        <w:t>یہ سمجھیے کہ آپ نے دعا ہی غلط کر رکھی ہے۔</w:t>
      </w:r>
    </w:p>
    <w:p>
      <w:r>
        <w:rPr>
          <w:b/>
        </w:rPr>
        <w:t xml:space="preserve">[50:44] </w:t>
      </w:r>
      <w:r>
        <w:t>isko discover kijiye.</w:t>
      </w:r>
    </w:p>
    <w:p>
      <w:pPr>
        <w:jc w:val="right"/>
      </w:pPr>
      <w:r>
        <w:t>اس کو discover کیجئے۔</w:t>
      </w:r>
    </w:p>
    <w:p>
      <w:r>
        <w:rPr>
          <w:b/>
        </w:rPr>
        <w:t xml:space="preserve">[50:50] </w:t>
      </w:r>
      <w:r>
        <w:t>agar yeh batate hain is mein ke woh dua kya kar rakhi hai unhone toh mein batata,</w:t>
      </w:r>
    </w:p>
    <w:p>
      <w:pPr>
        <w:jc w:val="right"/>
      </w:pPr>
      <w:r>
        <w:t>اگر یہ بتاتے ہیں اس میں کہ وہ دعا کیا کر رکھی ہے انہوں نے تو میں بتاتا،</w:t>
      </w:r>
    </w:p>
    <w:p>
      <w:r>
        <w:rPr>
          <w:b/>
        </w:rPr>
        <w:t xml:space="preserve">[50:56] </w:t>
      </w:r>
      <w:r>
        <w:t>yeh toh bataya nahi.</w:t>
      </w:r>
    </w:p>
    <w:p>
      <w:pPr>
        <w:jc w:val="right"/>
      </w:pPr>
      <w:r>
        <w:t>یہ تو بتایا نہیں۔</w:t>
      </w:r>
    </w:p>
    <w:p>
      <w:r>
        <w:rPr>
          <w:b/>
        </w:rPr>
        <w:t xml:space="preserve">[51:02] </w:t>
      </w:r>
      <w:r>
        <w:t>toh mein as a principle bata sakta hoon, phir woh batayein mujhe ke dua kya kya tha jo</w:t>
      </w:r>
    </w:p>
    <w:p>
      <w:pPr>
        <w:jc w:val="right"/>
      </w:pPr>
      <w:r>
        <w:t>تو میں as a principle بتا سکتا ہوں، پھر وہ بتائیں مجھے کہ دعا کیا کیا تھا جو</w:t>
      </w:r>
    </w:p>
    <w:p>
      <w:r>
        <w:rPr>
          <w:b/>
        </w:rPr>
        <w:t xml:space="preserve">[51:07] </w:t>
      </w:r>
      <w:r>
        <w:t>qabool nahi hui.</w:t>
      </w:r>
    </w:p>
    <w:p>
      <w:pPr>
        <w:jc w:val="right"/>
      </w:pPr>
      <w:r>
        <w:t>قبول نہیں ہوئی۔</w:t>
      </w:r>
    </w:p>
    <w:p>
      <w:r>
        <w:rPr>
          <w:b/>
        </w:rPr>
        <w:t xml:space="preserve">[51:13] </w:t>
      </w:r>
      <w:r>
        <w:t>toh mein abhi bataunga isi waqt ke unhone dua hi galat kar rakhi hogi.</w:t>
      </w:r>
    </w:p>
    <w:p>
      <w:pPr>
        <w:jc w:val="right"/>
      </w:pPr>
      <w:r>
        <w:t>تو میں ابھی بتاؤں گا اسی وقت کہ انہوں نے دعا ہی غلط کر رکھی ہوگی۔</w:t>
      </w:r>
    </w:p>
    <w:p>
      <w:r>
        <w:rPr>
          <w:b/>
        </w:rPr>
        <w:t xml:space="preserve">[51:19] </w:t>
      </w:r>
      <w:r>
        <w:t>maulana, unka ek aur sawal hai, unhone aap se poocha hai ke ek aam aadmi apni</w:t>
      </w:r>
    </w:p>
    <w:p>
      <w:pPr>
        <w:jc w:val="right"/>
      </w:pPr>
      <w:r>
        <w:t>مولانا، ان کا ایک اور سوال ہے، انہوں نے آپ سے پوچھا ہے کہ ایک عام آدمی اپنی</w:t>
      </w:r>
    </w:p>
    <w:p>
      <w:r>
        <w:rPr>
          <w:b/>
        </w:rPr>
        <w:t xml:space="preserve">[51:25] </w:t>
      </w:r>
      <w:r>
        <w:t>yaaddasht yani sharpness of memory kis tarah badhaye? is ke liye advice dein.</w:t>
      </w:r>
    </w:p>
    <w:p>
      <w:pPr>
        <w:jc w:val="right"/>
      </w:pPr>
      <w:r>
        <w:t>یادداشت یعنی sharpness of memory کس طرح بڑھائے؟ اس کے لیے advice دیں۔</w:t>
      </w:r>
    </w:p>
    <w:p>
      <w:r>
        <w:rPr>
          <w:b/>
        </w:rPr>
        <w:t xml:space="preserve">[51:31] </w:t>
      </w:r>
      <w:r>
        <w:t>kya zaroorat hai badhane ki? yeh zabaanein hain, book hai, yeh zabaanein hain, computer hai.</w:t>
      </w:r>
    </w:p>
    <w:p>
      <w:pPr>
        <w:jc w:val="right"/>
      </w:pPr>
      <w:r>
        <w:t>کیا ضرورت ہے بڑھانے کی؟ یہ زبانیں ہیں، book ہے، یہ زبانیں ہیں، کمپیوٹر ہے۔</w:t>
      </w:r>
    </w:p>
    <w:p>
      <w:r>
        <w:rPr>
          <w:b/>
        </w:rPr>
        <w:t xml:space="preserve">[51:37] </w:t>
      </w:r>
      <w:r>
        <w:t>ab is ki, is ki, is ko door hi khatam ho gaya, woh zamana khatam ho gaya.</w:t>
      </w:r>
    </w:p>
    <w:p>
      <w:pPr>
        <w:jc w:val="right"/>
      </w:pPr>
      <w:r>
        <w:t>اب اس کی، اس کی، اس کو دور ہی ختم ہو گیا، وہ زمانہ ختم ہو گیا۔</w:t>
      </w:r>
    </w:p>
    <w:p>
      <w:r>
        <w:rPr>
          <w:b/>
        </w:rPr>
        <w:t xml:space="preserve">[51:42] </w:t>
      </w:r>
      <w:r>
        <w:t>bhai, aap kitabon se aap maloomat hasil kijiye.</w:t>
      </w:r>
    </w:p>
    <w:p>
      <w:pPr>
        <w:jc w:val="right"/>
      </w:pPr>
      <w:r>
        <w:t>بھائی، آپ کتابوں سے آپ معلومات حاصل کیجئے۔</w:t>
      </w:r>
    </w:p>
    <w:p>
      <w:r>
        <w:rPr>
          <w:b/>
        </w:rPr>
        <w:t xml:space="preserve">[51:48] </w:t>
      </w:r>
      <w:r>
        <w:t>mein toh article rozana likhta hoon toh woh dharha dharhad isi mein sab maloomat nikal aati hain.</w:t>
      </w:r>
    </w:p>
    <w:p>
      <w:pPr>
        <w:jc w:val="right"/>
      </w:pPr>
      <w:r>
        <w:t>میں تو آرٹیکل روزانہ لکھتا ہوں تو وہ دھڑا دھڑ اسی میں سب معلومات نکل آتی ہیں۔</w:t>
      </w:r>
    </w:p>
    <w:p>
      <w:r>
        <w:rPr>
          <w:b/>
        </w:rPr>
        <w:t xml:space="preserve">[51:54] </w:t>
      </w:r>
      <w:r>
        <w:t>yaad karne ki kya zaroorat hai? yeh toh ek irrelevant question hai.</w:t>
      </w:r>
    </w:p>
    <w:p>
      <w:pPr>
        <w:jc w:val="right"/>
      </w:pPr>
      <w:r>
        <w:t>یاد کرنے کی کیا ضرورت ہے؟ یہ تو ایک irrelevant question ہے۔</w:t>
      </w:r>
    </w:p>
    <w:p>
      <w:r>
        <w:rPr>
          <w:b/>
        </w:rPr>
        <w:t xml:space="preserve">[52:00] </w:t>
      </w:r>
      <w:r>
        <w:t>jaise aaj, aaj hi mein batata hoon aap ko, mein aaj hi mujhe Shah Allah par bolna tha</w:t>
      </w:r>
    </w:p>
    <w:p>
      <w:pPr>
        <w:jc w:val="right"/>
      </w:pPr>
      <w:r>
        <w:t>جیسے آج، آج ہی میں بتاتا ہوں آپ کو، میں آج ہی مجھے شاہ اللہ پر بولنا تھا</w:t>
      </w:r>
    </w:p>
    <w:p>
      <w:r>
        <w:rPr>
          <w:b/>
        </w:rPr>
        <w:t xml:space="preserve">[52:06] </w:t>
      </w:r>
      <w:r>
        <w:t>aur mujhe janna tha ke Shah Allah ka jo zamana hai, woh zamana aur Galileo ka, Copernicus ka</w:t>
      </w:r>
    </w:p>
    <w:p>
      <w:pPr>
        <w:jc w:val="right"/>
      </w:pPr>
      <w:r>
        <w:t>اور مجھے جاننا تھا کہ شاہ اللہ کا جو زمانہ ہے، وہ زمانہ اور گلیلیو کا، کوپرنکس کا</w:t>
      </w:r>
    </w:p>
    <w:p>
      <w:r>
        <w:rPr>
          <w:b/>
        </w:rPr>
        <w:t xml:space="preserve">[52:12] </w:t>
      </w:r>
      <w:r>
        <w:t>aur Napoleon ke zamane mein kya farq hai.</w:t>
      </w:r>
    </w:p>
    <w:p>
      <w:pPr>
        <w:jc w:val="right"/>
      </w:pPr>
      <w:r>
        <w:t>اور نپولین کے زمانے میں کیا فرق ہے۔</w:t>
      </w:r>
    </w:p>
    <w:p>
      <w:r>
        <w:rPr>
          <w:b/>
        </w:rPr>
        <w:t xml:space="preserve">[52:18] </w:t>
      </w:r>
      <w:r>
        <w:t>to within minute nikl aaya sab, pata chala ke woh shah allah ka zamana baad ka hai, un</w:t>
      </w:r>
    </w:p>
    <w:p>
      <w:pPr>
        <w:jc w:val="right"/>
      </w:pPr>
      <w:r>
        <w:t>تو within minute نکل آیا سب، پتہ چلا کہ وہ شاہ اللہ کا زمانہ بعد کا ہے، ان</w:t>
      </w:r>
    </w:p>
    <w:p>
      <w:r>
        <w:rPr>
          <w:b/>
        </w:rPr>
        <w:t xml:space="preserve">[52:23] </w:t>
      </w:r>
      <w:r>
        <w:t>ka zamana pehle ka hai.</w:t>
      </w:r>
    </w:p>
    <w:p>
      <w:pPr>
        <w:jc w:val="right"/>
      </w:pPr>
      <w:r>
        <w:t>کا زمانہ پہلے کا ہے۔</w:t>
      </w:r>
    </w:p>
    <w:p>
      <w:r>
        <w:rPr>
          <w:b/>
        </w:rPr>
        <w:t xml:space="preserve">[52:29] </w:t>
      </w:r>
      <w:r>
        <w:t>to hamein kya zaroorat hai ke hum is ko memorize karein? technology is zamane mein memory ka badal</w:t>
      </w:r>
    </w:p>
    <w:p>
      <w:pPr>
        <w:jc w:val="right"/>
      </w:pPr>
      <w:r>
        <w:t>تو ہمیں کیا ضرورت ہے کہ ہم اس کو memorize کریں؟ ٹیکنالوجی اس زمانے میں memory کا بدل</w:t>
      </w:r>
    </w:p>
    <w:p>
      <w:r>
        <w:rPr>
          <w:b/>
        </w:rPr>
        <w:t xml:space="preserve">[52:35] </w:t>
      </w:r>
      <w:r>
        <w:t>ban gayi hai, to aap ko is pareshani ki zaroorat hi kya hai? Maulana, agla ek comment aur</w:t>
      </w:r>
    </w:p>
    <w:p>
      <w:pPr>
        <w:jc w:val="right"/>
      </w:pPr>
      <w:r>
        <w:t>بن گئی ہے، تو آپ کو اس پریشانی کی ضرورت ہی کیا ہے؟ مولانا، اگلا ایک کمنٹ اور</w:t>
      </w:r>
    </w:p>
    <w:p>
      <w:r>
        <w:rPr>
          <w:b/>
        </w:rPr>
        <w:t xml:space="preserve">[52:41] </w:t>
      </w:r>
      <w:r>
        <w:t>sawal aaya hai abdulrehman sahib ka j.n. news delhi se aur sab se pehle hum un ka</w:t>
      </w:r>
    </w:p>
    <w:p>
      <w:pPr>
        <w:jc w:val="right"/>
      </w:pPr>
      <w:r>
        <w:t>سوال آیا ہے عبدالرحمن صاحب کا جے این نیوز ڈلی سے اور سب سے پہلے ہم ان کا</w:t>
      </w:r>
    </w:p>
    <w:p>
      <w:r>
        <w:rPr>
          <w:b/>
        </w:rPr>
        <w:t xml:space="preserve">[52:47] </w:t>
      </w:r>
      <w:r>
        <w:t>comment parhna chahenge.</w:t>
      </w:r>
    </w:p>
    <w:p>
      <w:pPr>
        <w:jc w:val="right"/>
      </w:pPr>
      <w:r>
        <w:t>کمنٹ پڑھنا چاہیں گے۔</w:t>
      </w:r>
    </w:p>
    <w:p>
      <w:r>
        <w:rPr>
          <w:b/>
        </w:rPr>
        <w:t xml:space="preserve">[52:53] </w:t>
      </w:r>
      <w:r>
        <w:t>unhon ne likha hai ke Maulana sahib, jazak allah, very inspiring speech with very clear narrative.</w:t>
      </w:r>
    </w:p>
    <w:p>
      <w:pPr>
        <w:jc w:val="right"/>
      </w:pPr>
      <w:r>
        <w:t>انہوں نے لکھا ہے کہ مولانا صاحب، جزاک اللہ، very inspiring speech with very clear narrative۔</w:t>
      </w:r>
    </w:p>
    <w:p>
      <w:r>
        <w:rPr>
          <w:b/>
        </w:rPr>
        <w:t xml:space="preserve">[52:58] </w:t>
      </w:r>
      <w:r>
        <w:t>Your writings and speeches have made me strong both psychologically and ideologically.</w:t>
      </w:r>
    </w:p>
    <w:p>
      <w:pPr>
        <w:jc w:val="right"/>
      </w:pPr>
      <w:r>
        <w:t>Your writings and speeches have made me strong both psychologically and ideologically۔</w:t>
      </w:r>
    </w:p>
    <w:p>
      <w:r>
        <w:rPr>
          <w:b/>
        </w:rPr>
        <w:t xml:space="preserve">[53:04] </w:t>
      </w:r>
      <w:r>
        <w:t>May God bless you with long life and sound health.</w:t>
      </w:r>
    </w:p>
    <w:p>
      <w:pPr>
        <w:jc w:val="right"/>
      </w:pPr>
      <w:r>
        <w:t>May God bless you with long life and sound health۔</w:t>
      </w:r>
    </w:p>
    <w:p>
      <w:r>
        <w:rPr>
          <w:b/>
        </w:rPr>
        <w:t xml:space="preserve">[53:10] </w:t>
      </w:r>
      <w:r>
        <w:t>Please also pray for me.</w:t>
      </w:r>
    </w:p>
    <w:p>
      <w:pPr>
        <w:jc w:val="right"/>
      </w:pPr>
      <w:r>
        <w:t>Please also pray for me۔</w:t>
      </w:r>
    </w:p>
    <w:p>
      <w:r>
        <w:rPr>
          <w:b/>
        </w:rPr>
        <w:t xml:space="preserve">[53:16] </w:t>
      </w:r>
      <w:r>
        <w:t>aur Maulana, unhon ne jo sawal likha hai woh yeh hai: Maulana sahib, my question is if an</w:t>
      </w:r>
    </w:p>
    <w:p>
      <w:pPr>
        <w:jc w:val="right"/>
      </w:pPr>
      <w:r>
        <w:t>اور مولانا، انہوں نے جو سوال لکھا ہے وہ یہ ہے: مولانا صاحب، my question is if an</w:t>
      </w:r>
    </w:p>
    <w:p>
      <w:r>
        <w:rPr>
          <w:b/>
        </w:rPr>
        <w:t xml:space="preserve">[53:22] </w:t>
      </w:r>
      <w:r>
        <w:t>Indian Muslim is in the army and is very keen to better his aakhirat and attain jannat in</w:t>
      </w:r>
    </w:p>
    <w:p>
      <w:pPr>
        <w:jc w:val="right"/>
      </w:pPr>
      <w:r>
        <w:t>Indian Muslim is in the army and is very keen to better his آخرت and attain جنت in</w:t>
      </w:r>
    </w:p>
    <w:p>
      <w:r>
        <w:rPr>
          <w:b/>
        </w:rPr>
        <w:t xml:space="preserve">[53:28] </w:t>
      </w:r>
      <w:r>
        <w:t>life hereafter, what should he do and what he should not do? Please advice.</w:t>
      </w:r>
    </w:p>
    <w:p>
      <w:pPr>
        <w:jc w:val="right"/>
      </w:pPr>
      <w:r>
        <w:t>life hereafter, what should he do and what he should not do؟ Please advice۔</w:t>
      </w:r>
    </w:p>
    <w:p>
      <w:r>
        <w:rPr>
          <w:b/>
        </w:rPr>
        <w:t xml:space="preserve">[53:34] </w:t>
      </w:r>
      <w:r>
        <w:t>yeh boobham sawal hai, yeh to boobham sawal hai.</w:t>
      </w:r>
    </w:p>
    <w:p>
      <w:pPr>
        <w:jc w:val="right"/>
      </w:pPr>
      <w:r>
        <w:t>یہ بوبھم سوال ہے، یہ تو بوبھم سوال ہے۔</w:t>
      </w:r>
    </w:p>
    <w:p>
      <w:r>
        <w:rPr>
          <w:b/>
        </w:rPr>
        <w:t xml:space="preserve">[53:39] </w:t>
      </w:r>
      <w:r>
        <w:t>specific baat ho to mein bata sakta hoon.</w:t>
      </w:r>
    </w:p>
    <w:p>
      <w:pPr>
        <w:jc w:val="right"/>
      </w:pPr>
      <w:r>
        <w:t>specific بات ہو تو میں بتا سکتا ہوں۔</w:t>
      </w:r>
    </w:p>
    <w:p>
      <w:r>
        <w:rPr>
          <w:b/>
        </w:rPr>
        <w:t xml:space="preserve">[53:45] </w:t>
      </w:r>
      <w:r>
        <w:t>as a principle mein yeh kahunga ke yeh muslim ka sawal kyun banate hain? aap jis mulk</w:t>
      </w:r>
    </w:p>
    <w:p>
      <w:pPr>
        <w:jc w:val="right"/>
      </w:pPr>
      <w:r>
        <w:t>as a principle میں یہ کہوں گا کہ یہ مسلم کا سوال کیوں بناتے ہیں؟ آپ جس ملک</w:t>
      </w:r>
    </w:p>
    <w:p>
      <w:r>
        <w:rPr>
          <w:b/>
        </w:rPr>
        <w:t xml:space="preserve">[53:51] </w:t>
      </w:r>
      <w:r>
        <w:t>mein hain, aap us ka father hain, aap yeh muslim kya? yeh muslim ka question nahi hai, yeh</w:t>
      </w:r>
    </w:p>
    <w:p>
      <w:pPr>
        <w:jc w:val="right"/>
      </w:pPr>
      <w:r>
        <w:t>میں ہیں، آپ اس کا father ہیں، آپ یہ مسلم کیا؟ یہ مسلم کا question نہیں ہے، یہ</w:t>
      </w:r>
    </w:p>
    <w:p>
      <w:r>
        <w:rPr>
          <w:b/>
        </w:rPr>
        <w:t xml:space="preserve">[53:57] </w:t>
      </w:r>
      <w:r>
        <w:t>yeh hai question patriotism ka.</w:t>
      </w:r>
    </w:p>
    <w:p>
      <w:pPr>
        <w:jc w:val="right"/>
      </w:pPr>
      <w:r>
        <w:t>یہ ہے question patriotism کا۔</w:t>
      </w:r>
    </w:p>
    <w:p>
      <w:r>
        <w:rPr>
          <w:b/>
        </w:rPr>
        <w:t xml:space="preserve">[54:03] </w:t>
      </w:r>
      <w:r>
        <w:t>muslim ka question to hai ke aap namaz padhiye masjid mein ja kar ke.</w:t>
      </w:r>
    </w:p>
    <w:p>
      <w:pPr>
        <w:jc w:val="right"/>
      </w:pPr>
      <w:r>
        <w:t>مسلم کا question تو ہے کہ آپ نماز پڑھیے مسجد میں جا کر کے۔</w:t>
      </w:r>
    </w:p>
    <w:p>
      <w:r>
        <w:rPr>
          <w:b/>
        </w:rPr>
        <w:t xml:space="preserve">[54:09] </w:t>
      </w:r>
      <w:r>
        <w:t>baqi yeh question jo hai, is ka koi ta'alluq aqeeday se nahi hai.</w:t>
      </w:r>
    </w:p>
    <w:p>
      <w:pPr>
        <w:jc w:val="right"/>
      </w:pPr>
      <w:r>
        <w:t>باقی یہ question جو ہے، اس کا کوئی تعلق عقیدے سے نہیں ہے۔</w:t>
      </w:r>
    </w:p>
    <w:p>
      <w:r>
        <w:rPr>
          <w:b/>
        </w:rPr>
        <w:t xml:space="preserve">[54:14] </w:t>
      </w:r>
      <w:r>
        <w:t>jis mulk mein hain, aap ko is ka yaani hubb-e-watan ka taqaza hai ke aap is</w:t>
      </w:r>
    </w:p>
    <w:p>
      <w:pPr>
        <w:jc w:val="right"/>
      </w:pPr>
      <w:r>
        <w:t>جس ملک میں ہیں، آپ کو اس کا یعنی حب و وطن کا تقاضا ہے کہ آپ اس</w:t>
      </w:r>
    </w:p>
    <w:p>
      <w:r>
        <w:rPr>
          <w:b/>
        </w:rPr>
        <w:t xml:space="preserve">[54:20] </w:t>
      </w:r>
      <w:r>
        <w:t>ka father hon.</w:t>
      </w:r>
    </w:p>
    <w:p>
      <w:pPr>
        <w:jc w:val="right"/>
      </w:pPr>
      <w:r>
        <w:t>کا father ہوں۔</w:t>
      </w:r>
    </w:p>
    <w:p>
      <w:r>
        <w:rPr>
          <w:b/>
        </w:rPr>
        <w:t xml:space="preserve">[54:26] </w:t>
      </w:r>
      <w:r>
        <w:t>bas is mein seedhi si baat hai.</w:t>
      </w:r>
    </w:p>
    <w:p>
      <w:pPr>
        <w:jc w:val="right"/>
      </w:pPr>
      <w:r>
        <w:t>بس اس میں سادت سی بات ہے۔</w:t>
      </w:r>
    </w:p>
    <w:p>
      <w:r>
        <w:rPr>
          <w:b/>
        </w:rPr>
        <w:t xml:space="preserve">[54:32] </w:t>
      </w:r>
      <w:r>
        <w:t>Maulana, agla sawal lene se pehle ek comment parhna chahenge jo doctor waqar alam ne bheja hai</w:t>
      </w:r>
    </w:p>
    <w:p>
      <w:pPr>
        <w:jc w:val="right"/>
      </w:pPr>
      <w:r>
        <w:t>مولانا، اگلا سوال لینے سے پہلے ایک کمنٹ پڑھنا چاہیں گے جو ڈاکٹر وقار عالم نے بھیجا ہے</w:t>
      </w:r>
    </w:p>
    <w:p>
      <w:r>
        <w:rPr>
          <w:b/>
        </w:rPr>
        <w:t xml:space="preserve">[54:38] </w:t>
      </w:r>
      <w:r>
        <w:t>Staten Island, USA se aur unhon ne likha hai ke CPS team in Pakistan has taken a book</w:t>
      </w:r>
    </w:p>
    <w:p>
      <w:pPr>
        <w:jc w:val="right"/>
      </w:pPr>
      <w:r>
        <w:t>Staten Island, USA سے اور انہوں نے لکھا ہے کہ CPS ٹیم in Pakistan has taken a book</w:t>
      </w:r>
    </w:p>
    <w:p>
      <w:r>
        <w:rPr>
          <w:b/>
        </w:rPr>
        <w:t xml:space="preserve">[54:44] </w:t>
      </w:r>
      <w:r>
        <w:t>fair in Karachi and Alhamdulillah, by the grace of God, we are doing a great job there.</w:t>
      </w:r>
    </w:p>
    <w:p>
      <w:pPr>
        <w:jc w:val="right"/>
      </w:pPr>
      <w:r>
        <w:t>fair in Karachi and Alhamdulillah, by the grace of God, we are doing a great job there.</w:t>
      </w:r>
    </w:p>
    <w:p>
      <w:r>
        <w:rPr>
          <w:b/>
        </w:rPr>
        <w:t xml:space="preserve">[54:50] </w:t>
      </w:r>
      <w:r>
        <w:t>The book fair will continue for five days and the English magazine Spirit of Islam is also being</w:t>
      </w:r>
    </w:p>
    <w:p>
      <w:pPr>
        <w:jc w:val="right"/>
      </w:pPr>
      <w:r>
        <w:t>The book fair will continue for five days and the English magazine Spirit of Islam is also being</w:t>
      </w:r>
    </w:p>
    <w:p>
      <w:r>
        <w:rPr>
          <w:b/>
        </w:rPr>
        <w:t xml:space="preserve">[54:55] </w:t>
      </w:r>
      <w:r>
        <w:t>distributed in the book fair.</w:t>
      </w:r>
    </w:p>
    <w:p>
      <w:pPr>
        <w:jc w:val="right"/>
      </w:pPr>
      <w:r>
        <w:t>distributed in the book fair۔</w:t>
      </w:r>
    </w:p>
    <w:p>
      <w:r>
        <w:rPr>
          <w:b/>
        </w:rPr>
        <w:t xml:space="preserve">[55:01] </w:t>
      </w:r>
      <w:r>
        <w:t>mashallah, mashallah, Allah taala in logon ki khoob khoob madad farmaye.</w:t>
      </w:r>
    </w:p>
    <w:p>
      <w:pPr>
        <w:jc w:val="right"/>
      </w:pPr>
      <w:r>
        <w:t>ماشاءاللہ، ماشاءاللہ، اللہ تعالیٰ ان لوگوں کی خوب خوب مدد فرمائے۔</w:t>
      </w:r>
    </w:p>
    <w:p>
      <w:r>
        <w:rPr>
          <w:b/>
        </w:rPr>
        <w:t xml:space="preserve">[55:07] </w:t>
      </w:r>
      <w:r>
        <w:t>Maulana, agla sawal bheja hai Imran Khalid sahab ne, unhon ne location nahi likhi apni.</w:t>
      </w:r>
    </w:p>
    <w:p>
      <w:pPr>
        <w:jc w:val="right"/>
      </w:pPr>
      <w:r>
        <w:t>مولانا، اگلا سوال بھیجا ہے عمران خالد صاحب نے، انہوں نے location نہیں لکھی اپنی۔</w:t>
      </w:r>
    </w:p>
    <w:p>
      <w:r>
        <w:rPr>
          <w:b/>
        </w:rPr>
        <w:t xml:space="preserve">[55:13] </w:t>
      </w:r>
      <w:r>
        <w:t>مولانا، ان کا سوال اس طرح ہے: مولانا، I have a query regarding a hadith in Bukhari.</w:t>
      </w:r>
    </w:p>
    <w:p>
      <w:pPr>
        <w:jc w:val="right"/>
      </w:pPr>
      <w:r>
        <w:t>مولانا، ان کا سوال اس طرح ہے: مولانا، I have a query regarding a حدیث in Bukhari۔</w:t>
      </w:r>
    </w:p>
    <w:p>
      <w:r>
        <w:rPr>
          <w:b/>
        </w:rPr>
        <w:t xml:space="preserve">[55:19] </w:t>
      </w:r>
      <w:r>
        <w:t>The hadith is as follows: Ibn Masud said, "The messenger of Allah whose truthfulness is confirmed said, 'The</w:t>
      </w:r>
    </w:p>
    <w:p>
      <w:pPr>
        <w:jc w:val="right"/>
      </w:pPr>
      <w:r>
        <w:t>The حدیث is as follows: ابن مسعود said, "The messenger of Allah whose truthfulness is confirmed said, 'The</w:t>
      </w:r>
    </w:p>
    <w:p>
      <w:r>
        <w:rPr>
          <w:b/>
        </w:rPr>
        <w:t xml:space="preserve">[55:25] </w:t>
      </w:r>
      <w:r>
        <w:t>way that each of you is created is that he is gathered in his mother's womb for forty</w:t>
      </w:r>
    </w:p>
    <w:p>
      <w:pPr>
        <w:jc w:val="right"/>
      </w:pPr>
      <w:r>
        <w:t>way that each of you is created is that he is gathered in his mother's womb for forty</w:t>
      </w:r>
    </w:p>
    <w:p>
      <w:r>
        <w:rPr>
          <w:b/>
        </w:rPr>
        <w:t xml:space="preserve">[55:30] </w:t>
      </w:r>
      <w:r>
        <w:t>days as a sperm drop and then for a similar length of time as a blood clot and</w:t>
      </w:r>
    </w:p>
    <w:p>
      <w:pPr>
        <w:jc w:val="right"/>
      </w:pPr>
      <w:r>
        <w:t>days as a sperm drop and then for a similar length of time as a blood clot and</w:t>
      </w:r>
    </w:p>
    <w:p>
      <w:r>
        <w:rPr>
          <w:b/>
        </w:rPr>
        <w:t xml:space="preserve">[55:36] </w:t>
      </w:r>
      <w:r>
        <w:t>then for a similar length of time as a lump of flesh.</w:t>
      </w:r>
    </w:p>
    <w:p>
      <w:pPr>
        <w:jc w:val="right"/>
      </w:pPr>
      <w:r>
        <w:t>then for a similar length of time as a lump of flesh.</w:t>
      </w:r>
    </w:p>
    <w:p>
      <w:r>
        <w:rPr>
          <w:b/>
        </w:rPr>
        <w:t xml:space="preserve">[55:42] </w:t>
      </w:r>
      <w:r>
        <w:t>Then an angel is sent and he breathes the spirit into the fetus and is charged with four</w:t>
      </w:r>
    </w:p>
    <w:p>
      <w:pPr>
        <w:jc w:val="right"/>
      </w:pPr>
      <w:r>
        <w:t>Then an angel is sent and he breathes the spirit into the fetus and is charged with four</w:t>
      </w:r>
    </w:p>
    <w:p>
      <w:r>
        <w:rPr>
          <w:b/>
        </w:rPr>
        <w:t xml:space="preserve">[55:48] </w:t>
      </w:r>
      <w:r>
        <w:t>commands: to write down his provision, his lifespan, his actions, and whether he will be wretched or happy.</w:t>
      </w:r>
    </w:p>
    <w:p>
      <w:pPr>
        <w:jc w:val="right"/>
      </w:pPr>
      <w:r>
        <w:t>commands: to write down his provision, his lifespan, his actions, and whether he will be wretched or happy.</w:t>
      </w:r>
    </w:p>
    <w:p>
      <w:r>
        <w:rPr>
          <w:b/>
        </w:rPr>
        <w:t xml:space="preserve">[55:54] </w:t>
      </w:r>
      <w:r>
        <w:t>By the one besides whom there is no other God, one of you may do the deeds of</w:t>
      </w:r>
    </w:p>
    <w:p>
      <w:pPr>
        <w:jc w:val="right"/>
      </w:pPr>
      <w:r>
        <w:t>By the one besides whom there is no other God, one of you may do the deeds of</w:t>
      </w:r>
    </w:p>
    <w:p>
      <w:r>
        <w:rPr>
          <w:b/>
        </w:rPr>
        <w:t xml:space="preserve">[56:00] </w:t>
      </w:r>
      <w:r>
        <w:t>the people of Paradise until he is just a qubit away from entering it.</w:t>
      </w:r>
    </w:p>
    <w:p>
      <w:pPr>
        <w:jc w:val="right"/>
      </w:pPr>
      <w:r>
        <w:t>the people of Paradise until he is just a qubit away from entering it.</w:t>
      </w:r>
    </w:p>
    <w:p>
      <w:r>
        <w:rPr>
          <w:b/>
        </w:rPr>
        <w:t xml:space="preserve">[56:06] </w:t>
      </w:r>
      <w:r>
        <w:t>Then his fate will overtake him and he will begin to do the deeds of the people of Hell. So he will enter Hell and one of you may do the deeds of the people of Hell until he is just a qubit away from entering it.</w:t>
      </w:r>
    </w:p>
    <w:p>
      <w:pPr>
        <w:jc w:val="right"/>
      </w:pPr>
      <w:r>
        <w:t>Then his fate will overtake him and he will begin to do the deeds of the people of Hell. So he will enter Hell and one of you may do the deeds of the people of Hell until he is just a qubit away from entering it.</w:t>
      </w:r>
    </w:p>
    <w:p>
      <w:r>
        <w:rPr>
          <w:b/>
        </w:rPr>
        <w:t xml:space="preserve">[56:23] </w:t>
      </w:r>
      <w:r>
        <w:t>Then his fate will overtake him and he will begin to do the deeds of the people of Paradise.</w:t>
      </w:r>
    </w:p>
    <w:p>
      <w:pPr>
        <w:jc w:val="right"/>
      </w:pPr>
      <w:r>
        <w:t>Then his fate will overtake him and he will begin to do the deeds of the people of Paradise.</w:t>
      </w:r>
    </w:p>
    <w:p>
      <w:r>
        <w:rPr>
          <w:b/>
        </w:rPr>
        <w:t xml:space="preserve">[56:28] </w:t>
      </w:r>
      <w:r>
        <w:t>So he will enter Paradise.</w:t>
      </w:r>
    </w:p>
    <w:p>
      <w:pPr>
        <w:jc w:val="right"/>
      </w:pPr>
      <w:r>
        <w:t>So he will enter Paradise.</w:t>
      </w:r>
    </w:p>
    <w:p>
      <w:r>
        <w:rPr>
          <w:b/>
        </w:rPr>
        <w:t xml:space="preserve">[56:33] </w:t>
      </w:r>
      <w:r>
        <w:t>Maulana Sahab, my question is that according to this Hadith, if it is written in my fate that</w:t>
      </w:r>
    </w:p>
    <w:p>
      <w:pPr>
        <w:jc w:val="right"/>
      </w:pPr>
      <w:r>
        <w:t>مولانا صاحب، my question is that according to this حدیث، if it is written in my fate that</w:t>
      </w:r>
    </w:p>
    <w:p>
      <w:r>
        <w:rPr>
          <w:b/>
        </w:rPr>
        <w:t xml:space="preserve">[56:39] </w:t>
      </w:r>
      <w:r>
        <w:t>I am from the people of Hell, then no matter how many good deeds I do, I would</w:t>
      </w:r>
    </w:p>
    <w:p>
      <w:pPr>
        <w:jc w:val="right"/>
      </w:pPr>
      <w:r>
        <w:t>I am from the people of Hell, then no matter how many good deeds I do, I would</w:t>
      </w:r>
    </w:p>
    <w:p>
      <w:r>
        <w:rPr>
          <w:b/>
        </w:rPr>
        <w:t xml:space="preserve">[56:44] </w:t>
      </w:r>
      <w:r>
        <w:t>eventually end up in Hell and vice versa.</w:t>
      </w:r>
    </w:p>
    <w:p>
      <w:pPr>
        <w:jc w:val="right"/>
      </w:pPr>
      <w:r>
        <w:t>eventually end up in Hell and vice versa.</w:t>
      </w:r>
    </w:p>
    <w:p>
      <w:r>
        <w:rPr>
          <w:b/>
        </w:rPr>
        <w:t xml:space="preserve">[56:50] </w:t>
      </w:r>
      <w:r>
        <w:t>Maulana, please explain this hadith.</w:t>
      </w:r>
    </w:p>
    <w:p>
      <w:pPr>
        <w:jc w:val="right"/>
      </w:pPr>
      <w:r>
        <w:t>مولانا، please explain this حدیث۔</w:t>
      </w:r>
    </w:p>
    <w:p>
      <w:r>
        <w:rPr>
          <w:b/>
        </w:rPr>
        <w:t xml:space="preserve">[56:55] </w:t>
      </w:r>
      <w:r>
        <w:t>Musalmanon ki ajeeb o ghareeb mizaj hai ke bohat tedious qism ki baatein le kar ke is ko</w:t>
      </w:r>
    </w:p>
    <w:p>
      <w:pPr>
        <w:jc w:val="right"/>
      </w:pPr>
      <w:r>
        <w:t>مسلمانوں کی عجیب و غریب مزاج ہے کہ بہت tedious قسم کی باتیں لے کر کے اس کو</w:t>
      </w:r>
    </w:p>
    <w:p>
      <w:r>
        <w:rPr>
          <w:b/>
        </w:rPr>
        <w:t xml:space="preserve">[57:01] </w:t>
      </w:r>
      <w:r>
        <w:t>sawal bana dete hain.</w:t>
      </w:r>
    </w:p>
    <w:p>
      <w:pPr>
        <w:jc w:val="right"/>
      </w:pPr>
      <w:r>
        <w:t>سوال بنا دیتے ہیں۔</w:t>
      </w:r>
    </w:p>
    <w:p>
      <w:r>
        <w:rPr>
          <w:b/>
        </w:rPr>
        <w:t xml:space="preserve">[57:06] </w:t>
      </w:r>
      <w:r>
        <w:t>Main kehta hoon ke jo khuli khuli hidayatein Quran mein hain ke logon ko dawat do, sab log</w:t>
      </w:r>
    </w:p>
    <w:p>
      <w:pPr>
        <w:jc w:val="right"/>
      </w:pPr>
      <w:r>
        <w:t>میں کہتا ہوں کہ جو کھلی کھلی ہدایتیں قرآن میں ہیں کہ لوگوں کو دعوت دو، سب لوگ</w:t>
      </w:r>
    </w:p>
    <w:p>
      <w:r>
        <w:rPr>
          <w:b/>
        </w:rPr>
        <w:t xml:space="preserve">[57:11] </w:t>
      </w:r>
      <w:r>
        <w:t>insan hain, is ko kyun nahi karte? Aap is ke peeche kyun pade hue hain? Yeh dekhiye, Islam</w:t>
      </w:r>
    </w:p>
    <w:p>
      <w:pPr>
        <w:jc w:val="right"/>
      </w:pPr>
      <w:r>
        <w:t>انسان ہیں، اس کو کیوں نہیں کرتے؟ آپ اس کے پیچھے کیوں پڑے ہوئے ہیں؟ یہ دیکھیے، اسلام</w:t>
      </w:r>
    </w:p>
    <w:p>
      <w:r>
        <w:rPr>
          <w:b/>
        </w:rPr>
        <w:t xml:space="preserve">[57:17] </w:t>
      </w:r>
      <w:r>
        <w:t>mein mana kiya gaya hai ke aap is tarah ke question ke peeche paden.</w:t>
      </w:r>
    </w:p>
    <w:p>
      <w:pPr>
        <w:jc w:val="right"/>
      </w:pPr>
      <w:r>
        <w:t>میں منع کیا گیا ہے کہ آپ اس طرح کے question کے پیچھے پڑیں۔</w:t>
      </w:r>
    </w:p>
    <w:p>
      <w:r>
        <w:rPr>
          <w:b/>
        </w:rPr>
        <w:t xml:space="preserve">[57:22] </w:t>
      </w:r>
      <w:r>
        <w:t>Na un ka to main un se kahunga ke aap chhoden in sawalat ko, aap dua work kijiye.</w:t>
      </w:r>
    </w:p>
    <w:p>
      <w:pPr>
        <w:jc w:val="right"/>
      </w:pPr>
      <w:r>
        <w:t>نہ ان کا تو میں ان سے کہوں گا کہ آپ چھوڑیں ان سوالات کو، آپ دعا ورک کیجئے۔</w:t>
      </w:r>
    </w:p>
    <w:p>
      <w:r>
        <w:rPr>
          <w:b/>
        </w:rPr>
        <w:t xml:space="preserve">[57:28] </w:t>
      </w:r>
      <w:r>
        <w:t>Har jagah aise log hain jo sachai par nahi qaim hain, unhein bekhabar hain sachai se.</w:t>
      </w:r>
    </w:p>
    <w:p>
      <w:pPr>
        <w:jc w:val="right"/>
      </w:pPr>
      <w:r>
        <w:t>ہر جگہ ایسے لوگ ہیں جو سچائی پر نہیں قائم ہیں، انہیں بے خبر ہیں سچائی سے۔</w:t>
      </w:r>
    </w:p>
    <w:p>
      <w:r>
        <w:rPr>
          <w:b/>
        </w:rPr>
        <w:t xml:space="preserve">[57:33] </w:t>
      </w:r>
      <w:r>
        <w:t>in ko sachai ka paigham dijiye.</w:t>
      </w:r>
    </w:p>
    <w:p>
      <w:pPr>
        <w:jc w:val="right"/>
      </w:pPr>
      <w:r>
        <w:t>ان کو سچائی کا پیغام دیجئے۔</w:t>
      </w:r>
    </w:p>
    <w:p>
      <w:r>
        <w:rPr>
          <w:b/>
        </w:rPr>
        <w:t xml:space="preserve">[57:39] </w:t>
      </w:r>
      <w:r>
        <w:t>is se koi, is se is ke bare mein kyun aap itni zyada pareshani hai? main is tarah</w:t>
      </w:r>
    </w:p>
    <w:p>
      <w:pPr>
        <w:jc w:val="right"/>
      </w:pPr>
      <w:r>
        <w:t>اس سے کوئی، اس سے اس کے بارے میں کیوں آپ اتنی زیادہ پریشانی ہے؟ میں اس طرح</w:t>
      </w:r>
    </w:p>
    <w:p>
      <w:r>
        <w:rPr>
          <w:b/>
        </w:rPr>
        <w:t xml:space="preserve">[57:44] </w:t>
      </w:r>
      <w:r>
        <w:t>ke sawal karne ko samajhta hoon ke islamic, nahin nahin, islami zehn ka phenomena nahin hai, yeh confusion</w:t>
      </w:r>
    </w:p>
    <w:p>
      <w:pPr>
        <w:jc w:val="right"/>
      </w:pPr>
      <w:r>
        <w:t>کے سوال کرنے کو سمجھتا ہوں کہ اسلامک، نہیں نہیں، اسلامی ذہن کا phenomena نہیں ہے، یہ confusion</w:t>
      </w:r>
    </w:p>
    <w:p>
      <w:r>
        <w:rPr>
          <w:b/>
        </w:rPr>
        <w:t xml:space="preserve">[57:50] </w:t>
      </w:r>
      <w:r>
        <w:t>ka phenomena hai.</w:t>
      </w:r>
    </w:p>
    <w:p>
      <w:pPr>
        <w:jc w:val="right"/>
      </w:pPr>
      <w:r>
        <w:t>کا phenomena ہے۔</w:t>
      </w:r>
    </w:p>
    <w:p>
      <w:r>
        <w:rPr>
          <w:b/>
        </w:rPr>
        <w:t xml:space="preserve">[57:55] </w:t>
      </w:r>
      <w:r>
        <w:t>maulana, agla sawal kya hai? zaheeruddin sahib ne raichur se aur unhon ne aap se poocha hai ke</w:t>
      </w:r>
    </w:p>
    <w:p>
      <w:pPr>
        <w:jc w:val="right"/>
      </w:pPr>
      <w:r>
        <w:t>مولانا، اگلا سوال کیا ہے؟ ظہیرالدین صاحب نے رائچور سے اور انہوں نے آپ سے پوچھا ہے کہ</w:t>
      </w:r>
    </w:p>
    <w:p>
      <w:r>
        <w:rPr>
          <w:b/>
        </w:rPr>
        <w:t xml:space="preserve">[58:00] </w:t>
      </w:r>
      <w:r>
        <w:t>Maulana, how important is it for the CPS members to learn Urdu and to read your books thoroughly?</w:t>
      </w:r>
    </w:p>
    <w:p>
      <w:pPr>
        <w:jc w:val="right"/>
      </w:pPr>
      <w:r>
        <w:t>مولانا، how important is it for the CPS members to learn Urdu and to read your books thoroughly؟</w:t>
      </w:r>
    </w:p>
    <w:p>
      <w:r>
        <w:rPr>
          <w:b/>
        </w:rPr>
        <w:t xml:space="preserve">[58:06] </w:t>
      </w:r>
      <w:r>
        <w:t>bhai, dekhiye, yeh sab sawalat jo hain, is ka talluq is se hota hai ke kis ke paas</w:t>
      </w:r>
    </w:p>
    <w:p>
      <w:pPr>
        <w:jc w:val="right"/>
      </w:pPr>
      <w:r>
        <w:t>بھائی، دیکھیے، یہ سب سوالات جو ہیں، اس کا تعلق اس سے ہوتا ہے کہ کس کے پاس</w:t>
      </w:r>
    </w:p>
    <w:p>
      <w:r>
        <w:rPr>
          <w:b/>
        </w:rPr>
        <w:t xml:space="preserve">[58:11] </w:t>
      </w:r>
      <w:r>
        <w:t>kitna waqt hai, kitna time hai, kitna kar sakta hai woh.</w:t>
      </w:r>
    </w:p>
    <w:p>
      <w:pPr>
        <w:jc w:val="right"/>
      </w:pPr>
      <w:r>
        <w:t>کتنا وقت ہے، کتنا ٹائم ہے، کتنا کر سکتا ہے وہ۔</w:t>
      </w:r>
    </w:p>
    <w:p>
      <w:r>
        <w:rPr>
          <w:b/>
        </w:rPr>
        <w:t xml:space="preserve">[58:17] </w:t>
      </w:r>
      <w:r>
        <w:t>atqu Allah wa ma istata'tum.</w:t>
      </w:r>
    </w:p>
    <w:p>
      <w:pPr>
        <w:jc w:val="right"/>
      </w:pPr>
      <w:r>
        <w:t>اتقوا اللہ وما استطعتم۔</w:t>
      </w:r>
    </w:p>
    <w:p>
      <w:r>
        <w:rPr>
          <w:b/>
        </w:rPr>
        <w:t xml:space="preserve">[58:22] </w:t>
      </w:r>
      <w:r>
        <w:t>main koi, yaani usool nahin bata sakta ke sare log yeh karen, sare log woh karen.</w:t>
      </w:r>
    </w:p>
    <w:p>
      <w:pPr>
        <w:jc w:val="right"/>
      </w:pPr>
      <w:r>
        <w:t>میں کوئی، یعنی اصول نہیں بتا سکتا کہ سارے لوگ یہ کریں، سارے لوگ وہ کریں۔</w:t>
      </w:r>
    </w:p>
    <w:p>
      <w:r>
        <w:rPr>
          <w:b/>
        </w:rPr>
        <w:t xml:space="preserve">[58:28] </w:t>
      </w:r>
      <w:r>
        <w:t>aap apne waqt ko lehaz se dekhiye, apne aap ko.</w:t>
      </w:r>
    </w:p>
    <w:p>
      <w:pPr>
        <w:jc w:val="right"/>
      </w:pPr>
      <w:r>
        <w:t>آپ اپنے وقت کو لحاظ سے دیکھیے، اپنے آپ کو۔</w:t>
      </w:r>
    </w:p>
    <w:p>
      <w:r>
        <w:rPr>
          <w:b/>
        </w:rPr>
        <w:t xml:space="preserve">[58:33] </w:t>
      </w:r>
      <w:r>
        <w:t>ab main zaati taur par zahir hai ke agar main samajhta ke bekar hain urdu kitaben to na</w:t>
      </w:r>
    </w:p>
    <w:p>
      <w:pPr>
        <w:jc w:val="right"/>
      </w:pPr>
      <w:r>
        <w:t>اب میں ذاتی طور پر ظاہر ہے کہ اگر میں سمجھتا کہ بیکار ہیں اردو کتابیں تو نہ</w:t>
      </w:r>
    </w:p>
    <w:p>
      <w:r>
        <w:rPr>
          <w:b/>
        </w:rPr>
        <w:t xml:space="preserve">[58:38] </w:t>
      </w:r>
      <w:r>
        <w:t>likhta, main koi chhapaata.</w:t>
      </w:r>
    </w:p>
    <w:p>
      <w:pPr>
        <w:jc w:val="right"/>
      </w:pPr>
      <w:r>
        <w:t>لکھتا، میں کوئی چھاپتا۔</w:t>
      </w:r>
    </w:p>
    <w:p>
      <w:r>
        <w:rPr>
          <w:b/>
        </w:rPr>
        <w:t xml:space="preserve">[58:44] </w:t>
      </w:r>
      <w:r>
        <w:t>main ke aap ko khud janna chahiye ke main woh urdu kitab jo main ne likhi thi, isi</w:t>
      </w:r>
    </w:p>
    <w:p>
      <w:pPr>
        <w:jc w:val="right"/>
      </w:pPr>
      <w:r>
        <w:t>میں کہ آپ کو خود جاننا چاہیے کہ میں وہ اردو کتاب جو میں نے لکھی تھی، اسی</w:t>
      </w:r>
    </w:p>
    <w:p>
      <w:r>
        <w:rPr>
          <w:b/>
        </w:rPr>
        <w:t xml:space="preserve">[58:49] </w:t>
      </w:r>
      <w:r>
        <w:t>likhi ke main is ko samajhta hoon ke zaroori hai, woh aham hai.</w:t>
      </w:r>
    </w:p>
    <w:p>
      <w:pPr>
        <w:jc w:val="right"/>
      </w:pPr>
      <w:r>
        <w:t>لکھی کہ میں اس کو سمجھتا ہوں کہ ضروری ہے، وہ اہم ہے۔</w:t>
      </w:r>
    </w:p>
    <w:p>
      <w:r>
        <w:rPr>
          <w:b/>
        </w:rPr>
        <w:t xml:space="preserve">[58:55] </w:t>
      </w:r>
      <w:r>
        <w:t>is ke poochne ki zaroorat nahin hai.</w:t>
      </w:r>
    </w:p>
    <w:p>
      <w:pPr>
        <w:jc w:val="right"/>
      </w:pPr>
      <w:r>
        <w:t>اس کے پوچھنے کی ضرورت نہیں ہے۔</w:t>
      </w:r>
    </w:p>
    <w:p>
      <w:r>
        <w:rPr>
          <w:b/>
        </w:rPr>
        <w:t xml:space="preserve">[59:00] </w:t>
      </w:r>
      <w:r>
        <w:t>aap to apne halaat ke lehaz se tay kijiye ke aap kitna kar sakte hain, kitna nahin kar sakte.</w:t>
      </w:r>
    </w:p>
    <w:p>
      <w:pPr>
        <w:jc w:val="right"/>
      </w:pPr>
      <w:r>
        <w:t>آپ تو اپنے حالات کے لحاظ سے طے کیجئے کہ آپ کتنا کر سکتے ہیں، کتنا نہیں کر سکتے۔</w:t>
      </w:r>
    </w:p>
    <w:p>
      <w:r>
        <w:rPr>
          <w:b/>
        </w:rPr>
        <w:t xml:space="preserve">[59:06] </w:t>
      </w:r>
      <w:r>
        <w:t>maulana, agla sawal kya hai? doctor farida khanam ne deli se aur unhon ne likha hai ke why</w:t>
      </w:r>
    </w:p>
    <w:p>
      <w:pPr>
        <w:jc w:val="right"/>
      </w:pPr>
      <w:r>
        <w:t>مولانا، اگلا سوال کیا ہے؟ ڈاکٹر فریدہ خانم نے دلی سے اور انہوں نے لکھا ہے کہ why</w:t>
      </w:r>
    </w:p>
    <w:p>
      <w:r>
        <w:rPr>
          <w:b/>
        </w:rPr>
        <w:t xml:space="preserve">[59:11] </w:t>
      </w:r>
      <w:r>
        <w:t>are Muslims fighting in Muslim states?</w:t>
      </w:r>
    </w:p>
    <w:p>
      <w:pPr>
        <w:jc w:val="right"/>
      </w:pPr>
      <w:r>
        <w:t>are Muslims fighting in Muslim states?</w:t>
      </w:r>
    </w:p>
    <w:p>
      <w:r>
        <w:rPr>
          <w:b/>
        </w:rPr>
        <w:t xml:space="preserve">[59:17] </w:t>
      </w:r>
      <w:r>
        <w:t>How do they justify it from the Quran and Hadith? Why are they obsessed with political power?</w:t>
      </w:r>
    </w:p>
    <w:p>
      <w:pPr>
        <w:jc w:val="right"/>
      </w:pPr>
      <w:r>
        <w:t>How do they justify it from the Quran and Hadith? Why are they obsessed with political power?</w:t>
      </w:r>
    </w:p>
    <w:p>
      <w:r>
        <w:rPr>
          <w:b/>
        </w:rPr>
        <w:t xml:space="preserve">[59:26] </w:t>
      </w:r>
      <w:r>
        <w:t>dekhiye, yeh musalman jo main ne kaha na ke ke ek trap mein phanse hue hain, musalmanon ko</w:t>
      </w:r>
    </w:p>
    <w:p>
      <w:pPr>
        <w:jc w:val="right"/>
      </w:pPr>
      <w:r>
        <w:t>دیکھیے، یہ مسلمان جو میں نے کہا نا کہ کہ ایک trap میں پھنسے ہوئے ہیں، مسلمانوں کو</w:t>
      </w:r>
    </w:p>
    <w:p>
      <w:r>
        <w:rPr>
          <w:b/>
        </w:rPr>
        <w:t xml:space="preserve">[59:31] </w:t>
      </w:r>
      <w:r>
        <w:t>ek hi cheez ka pata hai: political history of Islam.</w:t>
      </w:r>
    </w:p>
    <w:p>
      <w:pPr>
        <w:jc w:val="right"/>
      </w:pPr>
      <w:r>
        <w:t>ایک ہی چیز کا پتہ ہے: political history of Islam۔</w:t>
      </w:r>
    </w:p>
    <w:p>
      <w:r>
        <w:rPr>
          <w:b/>
        </w:rPr>
        <w:t xml:space="preserve">[59:37] </w:t>
      </w:r>
      <w:r>
        <w:t>kuch jante hi nahin hain musalman.</w:t>
      </w:r>
    </w:p>
    <w:p>
      <w:pPr>
        <w:jc w:val="right"/>
      </w:pPr>
      <w:r>
        <w:t>کچھ جانتے ہی نہیں ہیں مسلمان۔</w:t>
      </w:r>
    </w:p>
    <w:p>
      <w:r>
        <w:rPr>
          <w:b/>
        </w:rPr>
        <w:t xml:space="preserve">[59:43] </w:t>
      </w:r>
      <w:r>
        <w:t>political history kitabon mein likhi hui hai: fateh al-buldan, fateh al-sham, is tarah ke title ke sath.</w:t>
      </w:r>
    </w:p>
    <w:p>
      <w:pPr>
        <w:jc w:val="right"/>
      </w:pPr>
      <w:r>
        <w:t>political history کتابوں میں لکھی ہوئی ہے: فتح البلدان، فتح الشام، اس طرح کے title کے ساتھ۔</w:t>
      </w:r>
    </w:p>
    <w:p>
      <w:r>
        <w:rPr>
          <w:b/>
        </w:rPr>
        <w:t xml:space="preserve">[59:49] </w:t>
      </w:r>
      <w:r>
        <w:t>isi ko jante hain musalman, bas samajhte hain ke Islam means political power.</w:t>
      </w:r>
    </w:p>
    <w:p>
      <w:pPr>
        <w:jc w:val="right"/>
      </w:pPr>
      <w:r>
        <w:t>اسی کو جانتے ہیں مسلمان، بس سمجھتے ہیں کہ اسلام means political power۔</w:t>
      </w:r>
    </w:p>
    <w:p>
      <w:r>
        <w:rPr>
          <w:b/>
        </w:rPr>
        <w:t xml:space="preserve">[59:54] </w:t>
      </w:r>
      <w:r>
        <w:t>sari kitaben hi isi tarah likhi gayi hain, koi kya kare? to jis ko, yaani jis ka dard</w:t>
      </w:r>
    </w:p>
    <w:p>
      <w:pPr>
        <w:jc w:val="right"/>
      </w:pPr>
      <w:r>
        <w:t>ساری کتابیں ہی اسی طرح لکھی گئی ہیں، کوئی کیا کرے؟ تو جس کو، یعنی جس کا درد</w:t>
      </w:r>
    </w:p>
    <w:p>
      <w:r>
        <w:rPr>
          <w:b/>
        </w:rPr>
        <w:t xml:space="preserve">[1:00:00] </w:t>
      </w:r>
      <w:r>
        <w:t>ho, woh hamari kitaben phailaye.</w:t>
      </w:r>
    </w:p>
    <w:p>
      <w:pPr>
        <w:jc w:val="right"/>
      </w:pPr>
      <w:r>
        <w:t>ہو، وہ ہماری کتابیں پھیلائے۔</w:t>
      </w:r>
    </w:p>
    <w:p>
      <w:r>
        <w:rPr>
          <w:b/>
        </w:rPr>
        <w:t xml:space="preserve">[1:00:06] </w:t>
      </w:r>
      <w:r>
        <w:t>hamari kitabon ke sath jo bhi kitaben hain, sab yahi mizaj banati hain.</w:t>
      </w:r>
    </w:p>
    <w:p>
      <w:pPr>
        <w:jc w:val="right"/>
      </w:pPr>
      <w:r>
        <w:t>ہماری کتابوں کے ساتھ جو بھی کتابیں ہیں، سب یہی مزاج بناتی ہیں۔</w:t>
      </w:r>
    </w:p>
    <w:p>
      <w:r>
        <w:rPr>
          <w:b/>
        </w:rPr>
        <w:t xml:space="preserve">[1:00:12] </w:t>
      </w:r>
      <w:r>
        <w:t>to ab kya kya jaye? to is liye main zor deta hoon ke log ahle sunnat ko phailayen,</w:t>
      </w:r>
    </w:p>
    <w:p>
      <w:pPr>
        <w:jc w:val="right"/>
      </w:pPr>
      <w:r>
        <w:t>تو اب کیا کیا جائے؟ تو اس لیے میں زور دیتا ہوں کہ لوگ اہل سنت کو پھیلائیں،</w:t>
      </w:r>
    </w:p>
    <w:p>
      <w:r>
        <w:rPr>
          <w:b/>
        </w:rPr>
        <w:t xml:space="preserve">[1:00:17] </w:t>
      </w:r>
      <w:r>
        <w:t>hijrat islam ko phailayen, hamari kitabon ko phailayen.</w:t>
      </w:r>
    </w:p>
    <w:p>
      <w:pPr>
        <w:jc w:val="right"/>
      </w:pPr>
      <w:r>
        <w:t>ہجرت اسلام کو پھیلائیں، ہماری کتابوں کو پھیلائیں۔</w:t>
      </w:r>
    </w:p>
    <w:p>
      <w:r>
        <w:rPr>
          <w:b/>
        </w:rPr>
        <w:t xml:space="preserve">[1:00:23] </w:t>
      </w:r>
      <w:r>
        <w:t>bas aur koi hal doosra hai hi nahin.</w:t>
      </w:r>
    </w:p>
    <w:p>
      <w:pPr>
        <w:jc w:val="right"/>
      </w:pPr>
      <w:r>
        <w:t>بس اور کوئی حل دوسرا ہے ہی نہیں۔</w:t>
      </w:r>
    </w:p>
    <w:p>
      <w:r>
        <w:rPr>
          <w:b/>
        </w:rPr>
        <w:t xml:space="preserve">[1:00:29] </w:t>
      </w:r>
      <w:r>
        <w:t>maulana, agla sawal maulana iqbal umri ne bheja hai chennai se aur unhon ne likha hai ke maulana,</w:t>
      </w:r>
    </w:p>
    <w:p>
      <w:pPr>
        <w:jc w:val="right"/>
      </w:pPr>
      <w:r>
        <w:t>مولانا، اگلا سوال مولانا اقبال عمری نے بھیجا ہے چنئی سے اور انہوں نے لکھا ہے کہ مولانا،</w:t>
      </w:r>
    </w:p>
    <w:p>
      <w:r>
        <w:rPr>
          <w:b/>
        </w:rPr>
        <w:t xml:space="preserve">[1:00:35] </w:t>
      </w:r>
      <w:r>
        <w:t>aaj hi pata chala ke sirf quran aur hadith ka naam lena kafi nahin hai, balkeh ijtihad bhi</w:t>
      </w:r>
    </w:p>
    <w:p>
      <w:pPr>
        <w:jc w:val="right"/>
      </w:pPr>
      <w:r>
        <w:t>آج ہی پتہ چلا کہ صرف قرآن اور حدیث کا نام لینا کافی نہیں ہے، بلکہ اجتہاد بھی</w:t>
      </w:r>
    </w:p>
    <w:p>
      <w:r>
        <w:rPr>
          <w:b/>
        </w:rPr>
        <w:t xml:space="preserve">[1:00:41] </w:t>
      </w:r>
      <w:r>
        <w:t>ek sunnat hai.</w:t>
      </w:r>
    </w:p>
    <w:p>
      <w:pPr>
        <w:jc w:val="right"/>
      </w:pPr>
      <w:r>
        <w:t>ایک سنت ہے۔</w:t>
      </w:r>
    </w:p>
    <w:p>
      <w:r>
        <w:rPr>
          <w:b/>
        </w:rPr>
        <w:t xml:space="preserve">[1:00:46] </w:t>
      </w:r>
      <w:r>
        <w:t>aur aur yeh third option hai.</w:t>
      </w:r>
    </w:p>
    <w:p>
      <w:pPr>
        <w:jc w:val="right"/>
      </w:pPr>
      <w:r>
        <w:t>اور اور یہ third option ہے۔</w:t>
      </w:r>
    </w:p>
    <w:p>
      <w:r>
        <w:rPr>
          <w:b/>
        </w:rPr>
        <w:t xml:space="preserve">[1:00:52] </w:t>
      </w:r>
      <w:r>
        <w:t>maulana, ijtihad kis bare mein hoga? ibadat ya mamlat mein? jab mamlat hi se is ka talluq hai</w:t>
      </w:r>
    </w:p>
    <w:p>
      <w:pPr>
        <w:jc w:val="right"/>
      </w:pPr>
      <w:r>
        <w:t>مولانا، اجتہاد کس بارے میں ہوگا؟ عبادت یا معاملات میں؟ جب معاملات ہی سے اس کا تعلق ہے</w:t>
      </w:r>
    </w:p>
    <w:p>
      <w:r>
        <w:rPr>
          <w:b/>
        </w:rPr>
        <w:t xml:space="preserve">[1:00:58] </w:t>
      </w:r>
      <w:r>
        <w:t>to darne ki kya baat hai? jo behtar ho zamane ki nisbat se, usi ko ikhtiyar karna hoga.</w:t>
      </w:r>
    </w:p>
    <w:p>
      <w:pPr>
        <w:jc w:val="right"/>
      </w:pPr>
      <w:r>
        <w:t>تو ڈرنے کی کیا بات ہے؟ جو بہتر ہو زمانے کی نسبت سے، اسی کو اختیار کرنا ہوگا۔</w:t>
      </w:r>
    </w:p>
    <w:p>
      <w:r>
        <w:rPr>
          <w:b/>
        </w:rPr>
        <w:t xml:space="preserve">[1:01:04] </w:t>
      </w:r>
      <w:r>
        <w:t>maulana, is ki wazahat karen.</w:t>
      </w:r>
    </w:p>
    <w:p>
      <w:pPr>
        <w:jc w:val="right"/>
      </w:pPr>
      <w:r>
        <w:t>مولانا، اس کی وضاحت کریں۔</w:t>
      </w:r>
    </w:p>
    <w:p>
      <w:r>
        <w:rPr>
          <w:b/>
        </w:rPr>
        <w:t xml:space="preserve">[1:01:09] </w:t>
      </w:r>
      <w:r>
        <w:t>dekhiye, ijtihad log karte rahe juz'i mani mein, yani juz'iyati masail, ibadat aur mamlat ke jo juz'iyati masail</w:t>
      </w:r>
    </w:p>
    <w:p>
      <w:pPr>
        <w:jc w:val="right"/>
      </w:pPr>
      <w:r>
        <w:t>دیکھیے، اجتہاد لوگ کرتے رہے جزئی معنی میں، یعنی جزیاتی مسائل، عبادت اور معاملات کے جو جزیاتی مسائل</w:t>
      </w:r>
    </w:p>
    <w:p>
      <w:r>
        <w:rPr>
          <w:b/>
        </w:rPr>
        <w:t xml:space="preserve">[1:01:15] </w:t>
      </w:r>
      <w:r>
        <w:t>hain, is pe ijtihad karte rahe.</w:t>
      </w:r>
    </w:p>
    <w:p>
      <w:pPr>
        <w:jc w:val="right"/>
      </w:pPr>
      <w:r>
        <w:t>ہیں، اس پہ اجتہاد کرتے رہے۔</w:t>
      </w:r>
    </w:p>
    <w:p>
      <w:r>
        <w:rPr>
          <w:b/>
        </w:rPr>
        <w:t xml:space="preserve">[1:01:21] </w:t>
      </w:r>
      <w:r>
        <w:t>main is ko kuch nahin samajhta, woh to baghair mufti na ho, ulma na hon, tab bhi aadmi</w:t>
      </w:r>
    </w:p>
    <w:p>
      <w:pPr>
        <w:jc w:val="right"/>
      </w:pPr>
      <w:r>
        <w:t>میں اس کو کچھ نہیں سمجھتا، وہ تو بغیر مفتی نہ ہو، علماء نہ ہوں، تب بھی آدمی</w:t>
      </w:r>
    </w:p>
    <w:p>
      <w:r>
        <w:rPr>
          <w:b/>
        </w:rPr>
        <w:t xml:space="preserve">[1:01:27] </w:t>
      </w:r>
      <w:r>
        <w:t>khud hi khud soch ke jaan lega.</w:t>
      </w:r>
    </w:p>
    <w:p>
      <w:pPr>
        <w:jc w:val="right"/>
      </w:pPr>
      <w:r>
        <w:t>خود ہی خود سوچ کے جان لے گا۔</w:t>
      </w:r>
    </w:p>
    <w:p>
      <w:r>
        <w:rPr>
          <w:b/>
        </w:rPr>
        <w:t xml:space="preserve">[1:01:33] </w:t>
      </w:r>
      <w:r>
        <w:t>jaise hadith mein aata hai ke ijtihad qalbik, apne dil se fateh pooch lo.</w:t>
      </w:r>
    </w:p>
    <w:p>
      <w:pPr>
        <w:jc w:val="right"/>
      </w:pPr>
      <w:r>
        <w:t>جیسے حدیث میں آتا ہے کہ اجتہاد قلبک، اپنے دل سے فتح پوچھ لو۔</w:t>
      </w:r>
    </w:p>
    <w:p>
      <w:r>
        <w:rPr>
          <w:b/>
        </w:rPr>
        <w:t xml:space="preserve">[1:01:38] </w:t>
      </w:r>
      <w:r>
        <w:t>ijtihad qalbik, main samajhta hoon ke itni behtar jo ke mufti sahebhan ne aur fuqaha ne, is ki</w:t>
      </w:r>
    </w:p>
    <w:p>
      <w:pPr>
        <w:jc w:val="right"/>
      </w:pPr>
      <w:r>
        <w:t>اجتہاد قلبک، میں سمجھتا ہوں کہ اتنی بہتر جو کہ مفتی صاحبان نے اور فقہاء نے، اس کی</w:t>
      </w:r>
    </w:p>
    <w:p>
      <w:r>
        <w:rPr>
          <w:b/>
        </w:rPr>
        <w:t xml:space="preserve">[1:01:44] </w:t>
      </w:r>
      <w:r>
        <w:t>koi zaroorat hi nahin thi.</w:t>
      </w:r>
    </w:p>
    <w:p>
      <w:pPr>
        <w:jc w:val="right"/>
      </w:pPr>
      <w:r>
        <w:t>کوئی ضرورت ہی نہیں تھی۔</w:t>
      </w:r>
    </w:p>
    <w:p>
      <w:r>
        <w:rPr>
          <w:b/>
        </w:rPr>
        <w:t xml:space="preserve">[1:01:50] </w:t>
      </w:r>
      <w:r>
        <w:t>ijtihad qalbik kafi tha, aadmi apne dil se pooch kar ke chal sakta tha.</w:t>
      </w:r>
    </w:p>
    <w:p>
      <w:pPr>
        <w:jc w:val="right"/>
      </w:pPr>
      <w:r>
        <w:t>اجتہاد قلبک کافی تھا، آدمی اپنے دل سے پوچھ کر کے چل سکتا تھا۔</w:t>
      </w:r>
    </w:p>
    <w:p>
      <w:r>
        <w:rPr>
          <w:b/>
        </w:rPr>
        <w:t xml:space="preserve">[1:01:56] </w:t>
      </w:r>
      <w:r>
        <w:t>is ko itna hungama hazar saal se bacha hua hai juz'iyati masail mein.</w:t>
      </w:r>
    </w:p>
    <w:p>
      <w:pPr>
        <w:jc w:val="right"/>
      </w:pPr>
      <w:r>
        <w:t>اس کو اتنا ہنگامہ ہزار سال سے بچا ہوا ہے جزیاتی مسائل میں۔</w:t>
      </w:r>
    </w:p>
    <w:p>
      <w:r>
        <w:rPr>
          <w:b/>
        </w:rPr>
        <w:t xml:space="preserve">[1:02:01] </w:t>
      </w:r>
      <w:r>
        <w:t>to juz'iyati masail mein khoob khoob ijtihad kiya logon ne, lekin jahan tak kulliyati masail hain, is mein</w:t>
      </w:r>
    </w:p>
    <w:p>
      <w:pPr>
        <w:jc w:val="right"/>
      </w:pPr>
      <w:r>
        <w:t>تو جزیاتی مسائل میں خوب خوب اجتہاد کیا لوگوں نے، لیکن جہاں تک کلیاتی مسائل ہیں، اس میں</w:t>
      </w:r>
    </w:p>
    <w:p>
      <w:r>
        <w:rPr>
          <w:b/>
        </w:rPr>
        <w:t xml:space="preserve">[1:02:07] </w:t>
      </w:r>
      <w:r>
        <w:t>ijtihad hi nahin kiya gaya.</w:t>
      </w:r>
    </w:p>
    <w:p>
      <w:pPr>
        <w:jc w:val="right"/>
      </w:pPr>
      <w:r>
        <w:t>اجتہاد ہی نہیں کیا گیا۔</w:t>
      </w:r>
    </w:p>
    <w:p>
      <w:r>
        <w:rPr>
          <w:b/>
        </w:rPr>
        <w:t xml:space="preserve">[1:02:13] </w:t>
      </w:r>
      <w:r>
        <w:t>siray se ijtihad nahin kiya gaya.</w:t>
      </w:r>
    </w:p>
    <w:p>
      <w:pPr>
        <w:jc w:val="right"/>
      </w:pPr>
      <w:r>
        <w:t>سرے سے اجتہاد نہیں کیا گیا۔</w:t>
      </w:r>
    </w:p>
    <w:p>
      <w:r>
        <w:rPr>
          <w:b/>
        </w:rPr>
        <w:t xml:space="preserve">[1:02:19] </w:t>
      </w:r>
      <w:r>
        <w:t>aisa nahin ke kam kiya gaya, ijtihad hi nahin kiya gaya.</w:t>
      </w:r>
    </w:p>
    <w:p>
      <w:pPr>
        <w:jc w:val="right"/>
      </w:pPr>
      <w:r>
        <w:t>ایسا نہیں کہ کم کیا گیا، اجتہاد ہی نہیں کیا گیا۔</w:t>
      </w:r>
    </w:p>
    <w:p>
      <w:r>
        <w:rPr>
          <w:b/>
        </w:rPr>
        <w:t xml:space="preserve">[1:02:24] </w:t>
      </w:r>
      <w:r>
        <w:t>juz'iyati masail sab aur jo juz'iyati masail hain, woh to ijtihad qalbik ke tehat aate hain.</w:t>
      </w:r>
    </w:p>
    <w:p>
      <w:pPr>
        <w:jc w:val="right"/>
      </w:pPr>
      <w:r>
        <w:t>جزیاتی مسائل سب اور جو جزیاتی مسائل ہیں، وہ تو اجتہاد قلبک کے تحت آتے ہیں۔</w:t>
      </w:r>
    </w:p>
    <w:p>
      <w:r>
        <w:rPr>
          <w:b/>
        </w:rPr>
        <w:t xml:space="preserve">[1:02:30] </w:t>
      </w:r>
      <w:r>
        <w:t>mein ne bhi misaal ke taur par deta hoon aap ko ke bari bahas hai, yaani woh hanfiyon</w:t>
      </w:r>
    </w:p>
    <w:p>
      <w:pPr>
        <w:jc w:val="right"/>
      </w:pPr>
      <w:r>
        <w:t>میں نے بھی مثال کے طور پر دیتا ہوں آپ کو کہ بڑی بحث ہے، یعنی وہ حنفیوں</w:t>
      </w:r>
    </w:p>
    <w:p>
      <w:r>
        <w:rPr>
          <w:b/>
        </w:rPr>
        <w:t xml:space="preserve">[1:02:36] </w:t>
      </w:r>
      <w:r>
        <w:t>aur salafiyon ke darmiyan ke woh qirat fatiha khalaf al imam, imam qirat kar raha hai to mein fatiha</w:t>
      </w:r>
    </w:p>
    <w:p>
      <w:pPr>
        <w:jc w:val="right"/>
      </w:pPr>
      <w:r>
        <w:t>اور سلفیوں کے درمیان کہ وہ قرأت فاتحہ خلف الامام، امام قرأت کر رہا ہے تو میں فاتحہ</w:t>
      </w:r>
    </w:p>
    <w:p>
      <w:r>
        <w:rPr>
          <w:b/>
        </w:rPr>
        <w:t xml:space="preserve">[1:02:42] </w:t>
      </w:r>
      <w:r>
        <w:t>parhoon ke na parhoon.</w:t>
      </w:r>
    </w:p>
    <w:p>
      <w:pPr>
        <w:jc w:val="right"/>
      </w:pPr>
      <w:r>
        <w:t>پڑھوں کہ نہ پڑھوں۔</w:t>
      </w:r>
    </w:p>
    <w:p>
      <w:r>
        <w:rPr>
          <w:b/>
        </w:rPr>
        <w:t xml:space="preserve">[1:02:48] </w:t>
      </w:r>
      <w:r>
        <w:t>yeh aadmi khud hi samajh lega ke woh parh raha hai to mein sunoon, yeh kafi hai.</w:t>
      </w:r>
    </w:p>
    <w:p>
      <w:pPr>
        <w:jc w:val="right"/>
      </w:pPr>
      <w:r>
        <w:t>یہ آدمی خود ہی سمجھ لے گا کہ وہ پڑھ رہا ہے تو میں سنوں، یہ کافی ہے۔</w:t>
      </w:r>
    </w:p>
    <w:p>
      <w:r>
        <w:rPr>
          <w:b/>
        </w:rPr>
        <w:t xml:space="preserve">[1:02:53] </w:t>
      </w:r>
      <w:r>
        <w:t>nahi parh raha to mein parh doon, common sense kafi hai.</w:t>
      </w:r>
    </w:p>
    <w:p>
      <w:pPr>
        <w:jc w:val="right"/>
      </w:pPr>
      <w:r>
        <w:t>نہیں پڑھ رہا تو میں پڑھ دوں، common sense کافی ہے۔</w:t>
      </w:r>
    </w:p>
    <w:p>
      <w:r>
        <w:rPr>
          <w:b/>
        </w:rPr>
        <w:t xml:space="preserve">[1:02:59] </w:t>
      </w:r>
      <w:r>
        <w:t>ijtehad qulbika ka matlab common sense, jo cheez common sense se maloom ho sakti thi, us par logon</w:t>
      </w:r>
    </w:p>
    <w:p>
      <w:pPr>
        <w:jc w:val="right"/>
      </w:pPr>
      <w:r>
        <w:t>اجتہاد قلبک کا مطلب common sense، جو چیز common sense سے معلوم ہو سکتی تھی، اس پر لوگوں</w:t>
      </w:r>
    </w:p>
    <w:p>
      <w:r>
        <w:rPr>
          <w:b/>
        </w:rPr>
        <w:t xml:space="preserve">[1:03:05] </w:t>
      </w:r>
      <w:r>
        <w:t>ne bari baheshein keen, hazaron kitabein likh dalien.</w:t>
      </w:r>
    </w:p>
    <w:p>
      <w:pPr>
        <w:jc w:val="right"/>
      </w:pPr>
      <w:r>
        <w:t>نے بڑی بحثیں کیں، ہزاروں کتابیں لکھ ڈالیں۔</w:t>
      </w:r>
    </w:p>
    <w:p>
      <w:r>
        <w:rPr>
          <w:b/>
        </w:rPr>
        <w:t xml:space="preserve">[1:03:11] </w:t>
      </w:r>
      <w:r>
        <w:t>mein nahi samajhta ke yeh koi koi koi positive khidmat thi Islam ki.</w:t>
      </w:r>
    </w:p>
    <w:p>
      <w:pPr>
        <w:jc w:val="right"/>
      </w:pPr>
      <w:r>
        <w:t>میں نہیں سمجھتا کہ یہ کوئی کوئی کوئی positive خدمت تھی اسلام کی۔</w:t>
      </w:r>
    </w:p>
    <w:p>
      <w:r>
        <w:rPr>
          <w:b/>
        </w:rPr>
        <w:t xml:space="preserve">[1:03:16] </w:t>
      </w:r>
      <w:r>
        <w:t>maulana, agla sawal lene se pehle ek comment parhna chahenge jo Taiwan se bheja hai Mr Adma Sese ne.</w:t>
      </w:r>
    </w:p>
    <w:p>
      <w:pPr>
        <w:jc w:val="right"/>
      </w:pPr>
      <w:r>
        <w:t>مولانا، اگلا سوال لینے سے پہلے ایک کمنٹ پڑھنا چاہیں گے جو تیوان سے بھیجا ہے مسٹر ایڈما سیسے نے۔</w:t>
      </w:r>
    </w:p>
    <w:p>
      <w:r>
        <w:rPr>
          <w:b/>
        </w:rPr>
        <w:t xml:space="preserve">[1:03:22] </w:t>
      </w:r>
      <w:r>
        <w:t>unhon ne likha hai ke alhamdulillah, I am very happy to receive my second order from CPS International</w:t>
      </w:r>
    </w:p>
    <w:p>
      <w:pPr>
        <w:jc w:val="right"/>
      </w:pPr>
      <w:r>
        <w:t>انہوں نے لکھا ہے کہ الحمدللہ، I am very happy to receive my second order from CPS International</w:t>
      </w:r>
    </w:p>
    <w:p>
      <w:r>
        <w:rPr>
          <w:b/>
        </w:rPr>
        <w:t xml:space="preserve">[1:03:28] </w:t>
      </w:r>
      <w:r>
        <w:t>for Quran and what is Islam copies through Tai Pai Grand Mosque after successfully distributing the first order.</w:t>
      </w:r>
    </w:p>
    <w:p>
      <w:pPr>
        <w:jc w:val="right"/>
      </w:pPr>
      <w:r>
        <w:t>for Quran and what is Islam copies through Tai Pai Grand Mosque after successfully distributing the first order.</w:t>
      </w:r>
    </w:p>
    <w:p>
      <w:r>
        <w:rPr>
          <w:b/>
        </w:rPr>
        <w:t xml:space="preserve">[1:03:34] </w:t>
      </w:r>
      <w:r>
        <w:t>May Allah keep us steadfast and make us sincere in whatever we do.</w:t>
      </w:r>
    </w:p>
    <w:p>
      <w:pPr>
        <w:jc w:val="right"/>
      </w:pPr>
      <w:r>
        <w:t>May Allah keep us steadfast and make us sincere in whatever we do.</w:t>
      </w:r>
    </w:p>
    <w:p>
      <w:r>
        <w:rPr>
          <w:b/>
        </w:rPr>
        <w:t xml:space="preserve">[1:03:40] </w:t>
      </w:r>
      <w:r>
        <w:t>Jazakum Allah. Maulana, agla sawal kya hai? Shahab Haider sahib ne Delhi se aur unhone likha hai ke Maulana sahib, you deserve the credit of opening the minds of Muslims and non-Muslims regarding the will and desire of Allah. I want to ask you a question in regard to the difference between Ijtihad, Dawa and Ma'rifat. Please explain this. Bhai, is par toh maine bahut likha hua hai, meri kitab padh lijiye, bahut zyada likha hai, usko padh lijiye aap. Okay, so we will end this session now. Thank you.</w:t>
      </w:r>
    </w:p>
    <w:p>
      <w:pPr>
        <w:jc w:val="right"/>
      </w:pPr>
      <w:r>
        <w:t>جزاکم اللہ۔ مولانا، اگلا سوال کیا ہے؟ شہاب حیدر صاحب نے دلی سے اور انہوں نے لکھا ہے کہ مولانا صاحب، you deserve the credit of opening the minds of Muslims and non-Muslims regarding the will and desire of Allah۔ I want to ask you a question in regard to the difference between اجتہاد، دعوت and معرفت۔ Please explain this۔ بھائی، اس پر تو میں نے بہت لکھا ہوا ہے، میری کتاب پڑھ لیجئے، بہت زیادہ لکھا ہے، اس کو پڑھ لیجئے آپ۔ Okay, so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