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Hadith Word of Wisdom August 31, 2014</w:t>
      </w:r>
    </w:p>
    <w:p>
      <w:r>
        <w:t>https://www.youtube.com/watch?v=fv4eRJRe8dk</w:t>
      </w:r>
    </w:p>
    <w:p>
      <w:r>
        <w:rPr>
          <w:b/>
        </w:rPr>
        <w:t xml:space="preserve">[00:20] </w:t>
      </w:r>
      <w:r>
        <w:t>bismillah hir rahman nir rahim.</w:t>
      </w:r>
    </w:p>
    <w:p>
      <w:pPr>
        <w:jc w:val="right"/>
      </w:pPr>
      <w:r>
        <w:t>بسم اللہ الرحمن الرحیم۔</w:t>
      </w:r>
    </w:p>
    <w:p>
      <w:r>
        <w:rPr>
          <w:b/>
        </w:rPr>
        <w:t xml:space="preserve">[00:25] </w:t>
      </w:r>
      <w:r>
        <w:t>wasallallahu ala nabiyyil karim.</w:t>
      </w:r>
    </w:p>
    <w:p>
      <w:pPr>
        <w:jc w:val="right"/>
      </w:pPr>
      <w:r>
        <w:t>وصلی اللہ علی النبی الکریم۔</w:t>
      </w:r>
    </w:p>
    <w:p>
      <w:r>
        <w:rPr>
          <w:b/>
        </w:rPr>
        <w:t xml:space="preserve">[00:31]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[00:36] </w:t>
      </w:r>
      <w:r>
        <w:t>aaj mein ek hadith ki roshni mein kuch baatein kehna chahta hoon.</w:t>
      </w:r>
    </w:p>
    <w:p>
      <w:pPr>
        <w:jc w:val="right"/>
      </w:pPr>
      <w:r>
        <w:t>آج میں ایک حدیث کی روشنی میں کچھ باتیں کہنا چاہتا ہوں۔</w:t>
      </w:r>
    </w:p>
    <w:p>
      <w:r>
        <w:rPr>
          <w:b/>
        </w:rPr>
        <w:t xml:space="preserve">[00:42] </w:t>
      </w:r>
      <w:r>
        <w:t>ek hadith hai jo bukhari mein, muslim mein aur doosri kitabon mein aayi hai, thore se alfaaz ke</w:t>
      </w:r>
    </w:p>
    <w:p>
      <w:pPr>
        <w:jc w:val="right"/>
      </w:pPr>
      <w:r>
        <w:t>ایک حدیث ہے جو بخاری میں، مسلم میں اور دوسری کتابوں میں آئی ہے، تھوڑے سے الفاظ کے</w:t>
      </w:r>
    </w:p>
    <w:p>
      <w:r>
        <w:rPr>
          <w:b/>
        </w:rPr>
        <w:t xml:space="preserve">[00:47] </w:t>
      </w:r>
      <w:r>
        <w:t>farq ke sath.</w:t>
      </w:r>
    </w:p>
    <w:p>
      <w:pPr>
        <w:jc w:val="right"/>
      </w:pPr>
      <w:r>
        <w:t>فرق کے ساتھ۔</w:t>
      </w:r>
    </w:p>
    <w:p>
      <w:r>
        <w:rPr>
          <w:b/>
        </w:rPr>
        <w:t xml:space="preserve">[00:53] </w:t>
      </w:r>
      <w:r>
        <w:t>us mein kai baatein hain, mein sirf do baatein us waqt us mein se parhta hoon.</w:t>
      </w:r>
    </w:p>
    <w:p>
      <w:pPr>
        <w:jc w:val="right"/>
      </w:pPr>
      <w:r>
        <w:t>اس میں کئی باتیں ہیں، میں صرف دو باتیں اس وقت اس میں سے پڑھتا ہوں۔</w:t>
      </w:r>
    </w:p>
    <w:p>
      <w:r>
        <w:rPr>
          <w:b/>
        </w:rPr>
        <w:t xml:space="preserve">[00:58] </w:t>
      </w:r>
      <w:r>
        <w:t>woh yeh hain: otitu jawab al kalim wa bimafatih khazain al ard.</w:t>
      </w:r>
    </w:p>
    <w:p>
      <w:pPr>
        <w:jc w:val="right"/>
      </w:pPr>
      <w:r>
        <w:t>وہ یہ ہیں: اوتیت جواب الکلم وبمفاتی خزائن الارض۔</w:t>
      </w:r>
    </w:p>
    <w:p>
      <w:r>
        <w:rPr>
          <w:b/>
        </w:rPr>
        <w:t xml:space="preserve">[01:04] </w:t>
      </w:r>
      <w:r>
        <w:t>iska matlab yeh hai ke Rasool Allah salallahu alaihi wasallam ne farmaya ke mujh ko Allah</w:t>
      </w:r>
    </w:p>
    <w:p>
      <w:pPr>
        <w:jc w:val="right"/>
      </w:pPr>
      <w:r>
        <w:t>اس کا مطلب یہ ہے کہ رسول اللہ صلی اللہ علیہ وسلم نے فرمایا کہ مجھ کو اللہ</w:t>
      </w:r>
    </w:p>
    <w:p>
      <w:r>
        <w:rPr>
          <w:b/>
        </w:rPr>
        <w:t xml:space="preserve">[01:09] </w:t>
      </w:r>
      <w:r>
        <w:t>ki taraf se jawab al kalim diye gaye hain aur mujhe zameen ke khazain ki kunjiyan di gayi hain.</w:t>
      </w:r>
    </w:p>
    <w:p>
      <w:pPr>
        <w:jc w:val="right"/>
      </w:pPr>
      <w:r>
        <w:t>کی طرف سے جواب الکلم دیے گئے ہیں اور مجھے زمین کے خزائن کی کنجیاں دی گئی ہیں۔</w:t>
      </w:r>
    </w:p>
    <w:p>
      <w:r>
        <w:rPr>
          <w:b/>
        </w:rPr>
        <w:t xml:space="preserve">[01:15] </w:t>
      </w:r>
      <w:r>
        <w:t>to yeh choti si hadith hai lekin us mein bohat zyada maani hain.</w:t>
      </w:r>
    </w:p>
    <w:p>
      <w:pPr>
        <w:jc w:val="right"/>
      </w:pPr>
      <w:r>
        <w:t>تو یہ چھوٹی سی حدیث ہے لیکن اس میں بہت زیادہ معنی ہیں۔</w:t>
      </w:r>
    </w:p>
    <w:p>
      <w:r>
        <w:rPr>
          <w:b/>
        </w:rPr>
        <w:t xml:space="preserve">[01:20] </w:t>
      </w:r>
      <w:r>
        <w:t>yeh khud jawab al kalim mein se hai.</w:t>
      </w:r>
    </w:p>
    <w:p>
      <w:pPr>
        <w:jc w:val="right"/>
      </w:pPr>
      <w:r>
        <w:t>یہ خود جواب الکلم میں سے ہے۔</w:t>
      </w:r>
    </w:p>
    <w:p>
      <w:r>
        <w:rPr>
          <w:b/>
        </w:rPr>
        <w:t xml:space="preserve">[01:26] </w:t>
      </w:r>
      <w:r>
        <w:t>lekin jawab al kalim kya hai, us ko shaarheen ne is tarah bayan kiya hai ke qaleel al lafz kaseer al maani.</w:t>
      </w:r>
    </w:p>
    <w:p>
      <w:pPr>
        <w:jc w:val="right"/>
      </w:pPr>
      <w:r>
        <w:t>لیکن جواب الکلم کیا ہے، اس کو شارحین نے اس طرح بیان کیا ہے کہ قلیل اللفظ کثیر المعنی۔</w:t>
      </w:r>
    </w:p>
    <w:p>
      <w:r>
        <w:rPr>
          <w:b/>
        </w:rPr>
        <w:t xml:space="preserve">[01:31] </w:t>
      </w:r>
      <w:r>
        <w:t>yani lafz to kam ho lekin ma'ni bohat zyada houn.</w:t>
      </w:r>
    </w:p>
    <w:p>
      <w:pPr>
        <w:jc w:val="right"/>
      </w:pPr>
      <w:r>
        <w:t>یعنی لفظ تو کم ہو لیکن معنی بہت زیادہ ہوں۔</w:t>
      </w:r>
    </w:p>
    <w:p>
      <w:r>
        <w:rPr>
          <w:b/>
        </w:rPr>
        <w:t xml:space="preserve">[01:37] </w:t>
      </w:r>
      <w:r>
        <w:t>isi ko kaha jata hai word of wisdom ya kalam-e-hikmat.</w:t>
      </w:r>
    </w:p>
    <w:p>
      <w:pPr>
        <w:jc w:val="right"/>
      </w:pPr>
      <w:r>
        <w:t>اسی کو کہا جاتا ہے word of wisdom یا کلام حکمت۔</w:t>
      </w:r>
    </w:p>
    <w:p>
      <w:r>
        <w:rPr>
          <w:b/>
        </w:rPr>
        <w:t xml:space="preserve">[01:43] </w:t>
      </w:r>
      <w:r>
        <w:t>to lafz kam houn, ma'ni bohat zyada houn, is ki kuch misalein arz karunga main.</w:t>
      </w:r>
    </w:p>
    <w:p>
      <w:pPr>
        <w:jc w:val="right"/>
      </w:pPr>
      <w:r>
        <w:t>تو لفظ کم ہوں، معنی بہت زیادہ ہوں، اس کی کچھ مثالیں عرض کروں گا میں۔</w:t>
      </w:r>
    </w:p>
    <w:p>
      <w:r>
        <w:rPr>
          <w:b/>
        </w:rPr>
        <w:t xml:space="preserve">[01:48] </w:t>
      </w:r>
      <w:r>
        <w:t>sab se pehle ek hadith par ghaur kijiye jo is ki ek misal hai.</w:t>
      </w:r>
    </w:p>
    <w:p>
      <w:pPr>
        <w:jc w:val="right"/>
      </w:pPr>
      <w:r>
        <w:t>سب سے پہلے ایک حدیث پر غور کیجئے جو اس کی ایک مثال ہے۔</w:t>
      </w:r>
    </w:p>
    <w:p>
      <w:r>
        <w:rPr>
          <w:b/>
        </w:rPr>
        <w:t xml:space="preserve">[01:54] </w:t>
      </w:r>
      <w:r>
        <w:t>ek shakhs Rasool Allah (SAW) ke paas aaya aur kaha ke ya Rasool Allah 'allimni</w:t>
      </w:r>
    </w:p>
    <w:p>
      <w:pPr>
        <w:jc w:val="right"/>
      </w:pPr>
      <w:r>
        <w:t>ایک شخص رسول اللہ صلی اللہ علیہ وسلم کے پاس آیا اور کہا کہ یا رسول اللہ علمنی</w:t>
      </w:r>
    </w:p>
    <w:p>
      <w:r>
        <w:rPr>
          <w:b/>
        </w:rPr>
        <w:t xml:space="preserve">[01:59] </w:t>
      </w:r>
      <w:r>
        <w:t>kalimat 'aysh biha wala tuqassir 'alayya fa'ansa.</w:t>
      </w:r>
    </w:p>
    <w:p>
      <w:pPr>
        <w:jc w:val="right"/>
      </w:pPr>
      <w:r>
        <w:t>کلمات عیش بہن ولا تقصر علی فانسا۔</w:t>
      </w:r>
    </w:p>
    <w:p>
      <w:r>
        <w:rPr>
          <w:b/>
        </w:rPr>
        <w:t xml:space="preserve">[02:05] </w:t>
      </w:r>
      <w:r>
        <w:t>yani aye Allah ke Rasool, mujhe naseehat kijiye.</w:t>
      </w:r>
    </w:p>
    <w:p>
      <w:pPr>
        <w:jc w:val="right"/>
      </w:pPr>
      <w:r>
        <w:t>یعنی اے اللہ کے رسول، مجھے نصیحت کیجئے۔</w:t>
      </w:r>
    </w:p>
    <w:p>
      <w:r>
        <w:rPr>
          <w:b/>
        </w:rPr>
        <w:t xml:space="preserve">[02:10] </w:t>
      </w:r>
      <w:r>
        <w:t>lekin naseehat itni mukhtasir ho jis ko main bhool na jaon, mujhe yaad rahe woh.</w:t>
      </w:r>
    </w:p>
    <w:p>
      <w:pPr>
        <w:jc w:val="right"/>
      </w:pPr>
      <w:r>
        <w:t>لیکن نصیحت اتنی مختصر ہو جس کو میں بھول نہ جاؤں، مجھے یاد رہے وہ۔</w:t>
      </w:r>
    </w:p>
    <w:p>
      <w:r>
        <w:rPr>
          <w:b/>
        </w:rPr>
        <w:t xml:space="preserve">[02:16] </w:t>
      </w:r>
      <w:r>
        <w:t>aur woh ba'ri zindagi us ke mutabiq main guzaron.</w:t>
      </w:r>
    </w:p>
    <w:p>
      <w:pPr>
        <w:jc w:val="right"/>
      </w:pPr>
      <w:r>
        <w:t>اور وہ بری زندگی اس کے مطابق میں گزاروں۔</w:t>
      </w:r>
    </w:p>
    <w:p>
      <w:r>
        <w:rPr>
          <w:b/>
        </w:rPr>
        <w:t xml:space="preserve">[02:21] </w:t>
      </w:r>
      <w:r>
        <w:t>'aysh biha yani poori zindagi main us ke sath guzaron, is mein mujhe aisa usool mil jaye.</w:t>
      </w:r>
    </w:p>
    <w:p>
      <w:pPr>
        <w:jc w:val="right"/>
      </w:pPr>
      <w:r>
        <w:t>عیش بہن یعنی پوری زندگی میں اس کے ساتھ گزاروں، اس میں مجھے ایسا اصول مل جائے۔</w:t>
      </w:r>
    </w:p>
    <w:p>
      <w:r>
        <w:rPr>
          <w:b/>
        </w:rPr>
        <w:t xml:space="preserve">[02:27] </w:t>
      </w:r>
      <w:r>
        <w:t>aap ne farmaya la taghzab, tum ghussa na karo.</w:t>
      </w:r>
    </w:p>
    <w:p>
      <w:pPr>
        <w:jc w:val="right"/>
      </w:pPr>
      <w:r>
        <w:t>آپ نے فرمایا لا تغضب، تم غصہ نہ کرو۔</w:t>
      </w:r>
    </w:p>
    <w:p>
      <w:r>
        <w:rPr>
          <w:b/>
        </w:rPr>
        <w:t xml:space="preserve">[02:32] </w:t>
      </w:r>
      <w:r>
        <w:t>lekin ghussa ka lafz us par nahi karta jo is mein aayi hai.</w:t>
      </w:r>
    </w:p>
    <w:p>
      <w:pPr>
        <w:jc w:val="right"/>
      </w:pPr>
      <w:r>
        <w:t>لیکن غصہ کا لفظ اس پر نہیں کرتا جو اس میں آئی ہے۔</w:t>
      </w:r>
    </w:p>
    <w:p>
      <w:r>
        <w:rPr>
          <w:b/>
        </w:rPr>
        <w:t xml:space="preserve">[02:38] </w:t>
      </w:r>
      <w:r>
        <w:t>ghussa se ek mehdood mafhoom aata hai.</w:t>
      </w:r>
    </w:p>
    <w:p>
      <w:pPr>
        <w:jc w:val="right"/>
      </w:pPr>
      <w:r>
        <w:t>غصہ سے ایک محدود مفہوم آتا ہے۔</w:t>
      </w:r>
    </w:p>
    <w:p>
      <w:r>
        <w:rPr>
          <w:b/>
        </w:rPr>
        <w:t xml:space="preserve">[02:43] </w:t>
      </w:r>
      <w:r>
        <w:t>woh yeh ke ijtamai zindagi mein logon ke darmiyan jab tum rehte ho to bar bar aisa hota</w:t>
      </w:r>
    </w:p>
    <w:p>
      <w:pPr>
        <w:jc w:val="right"/>
      </w:pPr>
      <w:r>
        <w:t>وہ یہ کہ اجتماعی زندگی میں لوگوں کے درمیان جب تم رہتے ہو تو بار بار ایسا ہوتا</w:t>
      </w:r>
    </w:p>
    <w:p>
      <w:r>
        <w:rPr>
          <w:b/>
        </w:rPr>
        <w:t xml:space="preserve">[02:49] </w:t>
      </w:r>
      <w:r>
        <w:t>hai ke tum kisi baat par tum ko ghussa aata hai.</w:t>
      </w:r>
    </w:p>
    <w:p>
      <w:pPr>
        <w:jc w:val="right"/>
      </w:pPr>
      <w:r>
        <w:t>ہے کہ تم کسی بات پر تم کو غصہ آتا ہے۔</w:t>
      </w:r>
    </w:p>
    <w:p>
      <w:r>
        <w:rPr>
          <w:b/>
        </w:rPr>
        <w:t xml:space="preserve">[02:55] </w:t>
      </w:r>
      <w:r>
        <w:t>kisi baat, koi kisi ki baat buri lag jati hai.</w:t>
      </w:r>
    </w:p>
    <w:p>
      <w:pPr>
        <w:jc w:val="right"/>
      </w:pPr>
      <w:r>
        <w:t>کسی بات، کوئی کسی کی بات بری لگ جاتی ہے۔</w:t>
      </w:r>
    </w:p>
    <w:p>
      <w:r>
        <w:rPr>
          <w:b/>
        </w:rPr>
        <w:t xml:space="preserve">[03:00] </w:t>
      </w:r>
      <w:r>
        <w:t>to tum aisa karo ke tum aise mauqe par ghusse ko pee jao ya tum offend na ho.</w:t>
      </w:r>
    </w:p>
    <w:p>
      <w:pPr>
        <w:jc w:val="right"/>
      </w:pPr>
      <w:r>
        <w:t>تو تم ایسا کرو کہ تم ایسے موقع پر غصے کو پی جاؤ یا تم offend نہ ہو۔</w:t>
      </w:r>
    </w:p>
    <w:p>
      <w:r>
        <w:rPr>
          <w:b/>
        </w:rPr>
        <w:t xml:space="preserve">[03:06] </w:t>
      </w:r>
      <w:r>
        <w:t>aaj kal ki zuban mein hum kahenge aise mauqe par tum offend na ho.</w:t>
      </w:r>
    </w:p>
    <w:p>
      <w:pPr>
        <w:jc w:val="right"/>
      </w:pPr>
      <w:r>
        <w:t>آج کل کی زبان میں ہم کہیں گے ایسے موقع پر تم offend نہ ہو۔</w:t>
      </w:r>
    </w:p>
    <w:p>
      <w:r>
        <w:rPr>
          <w:b/>
        </w:rPr>
        <w:t xml:space="preserve">[03:11] </w:t>
      </w:r>
      <w:r>
        <w:t>negative thinking tumhare andar na aaye.</w:t>
      </w:r>
    </w:p>
    <w:p>
      <w:pPr>
        <w:jc w:val="right"/>
      </w:pPr>
      <w:r>
        <w:t>Negative thinking تمہارے اندر نہ آئے۔</w:t>
      </w:r>
    </w:p>
    <w:p>
      <w:r>
        <w:rPr>
          <w:b/>
        </w:rPr>
        <w:t xml:space="preserve">[03:17] </w:t>
      </w:r>
      <w:r>
        <w:t>tumhara mind disturb na ho.</w:t>
      </w:r>
    </w:p>
    <w:p>
      <w:pPr>
        <w:jc w:val="right"/>
      </w:pPr>
      <w:r>
        <w:t>تمہارا mind disturb نہ ہو۔</w:t>
      </w:r>
    </w:p>
    <w:p>
      <w:r>
        <w:rPr>
          <w:b/>
        </w:rPr>
        <w:t xml:space="preserve">[03:22] </w:t>
      </w:r>
      <w:r>
        <w:t>tumhari positivity baqi rahe.</w:t>
      </w:r>
    </w:p>
    <w:p>
      <w:pPr>
        <w:jc w:val="right"/>
      </w:pPr>
      <w:r>
        <w:t>تمہاری positivity باقی رہے۔</w:t>
      </w:r>
    </w:p>
    <w:p>
      <w:r>
        <w:rPr>
          <w:b/>
        </w:rPr>
        <w:t xml:space="preserve">[03:28] </w:t>
      </w:r>
      <w:r>
        <w:t>yani positive thinking tumhare andar non-stop jaari rahe.</w:t>
      </w:r>
    </w:p>
    <w:p>
      <w:pPr>
        <w:jc w:val="right"/>
      </w:pPr>
      <w:r>
        <w:t>یعنی positive thinking تمہارے اندر non-stop جاری رہے۔</w:t>
      </w:r>
    </w:p>
    <w:p>
      <w:r>
        <w:rPr>
          <w:b/>
        </w:rPr>
        <w:t xml:space="preserve">[03:33] </w:t>
      </w:r>
      <w:r>
        <w:t>yeh matlab hai is ka.</w:t>
      </w:r>
    </w:p>
    <w:p>
      <w:pPr>
        <w:jc w:val="right"/>
      </w:pPr>
      <w:r>
        <w:t>یہ مطلب ہے اس کا۔</w:t>
      </w:r>
    </w:p>
    <w:p>
      <w:r>
        <w:rPr>
          <w:b/>
        </w:rPr>
        <w:t xml:space="preserve">[03:39] </w:t>
      </w:r>
      <w:r>
        <w:t>to yeh kya hai? yeh bohat bari hikmat ki baat hai.</w:t>
      </w:r>
    </w:p>
    <w:p>
      <w:pPr>
        <w:jc w:val="right"/>
      </w:pPr>
      <w:r>
        <w:t>تو یہ کیا ہے؟ یہ بہت بڑی حکمت کی بات ہے۔</w:t>
      </w:r>
    </w:p>
    <w:p>
      <w:r>
        <w:rPr>
          <w:b/>
        </w:rPr>
        <w:t xml:space="preserve">[03:44] </w:t>
      </w:r>
      <w:r>
        <w:t>kyun ke dekhiye aadmi ka jo zehn hai woh har waqt sochta hai.</w:t>
      </w:r>
    </w:p>
    <w:p>
      <w:pPr>
        <w:jc w:val="right"/>
      </w:pPr>
      <w:r>
        <w:t>کیونکہ دیکھئے آدمی کا جو ذہن ہے وہ ہر وقت سوچتا ہے۔</w:t>
      </w:r>
    </w:p>
    <w:p>
      <w:r>
        <w:rPr>
          <w:b/>
        </w:rPr>
        <w:t xml:space="preserve">[03:50] </w:t>
      </w:r>
      <w:r>
        <w:t>hata ke jab aap raat ko sote hain tab bhi sochta hai woh.</w:t>
      </w:r>
    </w:p>
    <w:p>
      <w:pPr>
        <w:jc w:val="right"/>
      </w:pPr>
      <w:r>
        <w:t>حتیٰ کہ جب آپ رات کو سوتے ہیں تب بھی سوچتا ہے وہ۔</w:t>
      </w:r>
    </w:p>
    <w:p>
      <w:r>
        <w:rPr>
          <w:b/>
        </w:rPr>
        <w:t xml:space="preserve">[03:55] </w:t>
      </w:r>
      <w:r>
        <w:t>Life time woh sochta rehta hai.</w:t>
      </w:r>
    </w:p>
    <w:p>
      <w:pPr>
        <w:jc w:val="right"/>
      </w:pPr>
      <w:r>
        <w:t>Life time وہ سوچتا رہتا ہے۔</w:t>
      </w:r>
    </w:p>
    <w:p>
      <w:r>
        <w:rPr>
          <w:b/>
        </w:rPr>
        <w:t xml:space="preserve">[04:01] </w:t>
      </w:r>
      <w:r>
        <w:t>shaoori tor par aur ghair shaoori tor par.</w:t>
      </w:r>
    </w:p>
    <w:p>
      <w:pPr>
        <w:jc w:val="right"/>
      </w:pPr>
      <w:r>
        <w:t>شعوری طور پر اور غیر شعوری طور پر۔</w:t>
      </w:r>
    </w:p>
    <w:p>
      <w:r>
        <w:rPr>
          <w:b/>
        </w:rPr>
        <w:t xml:space="preserve">[04:07] </w:t>
      </w:r>
      <w:r>
        <w:t>toh ek hi cheez uske is thinking process ko disturb karti hai woh ghazab hai.</w:t>
      </w:r>
    </w:p>
    <w:p>
      <w:pPr>
        <w:jc w:val="right"/>
      </w:pPr>
      <w:r>
        <w:t>تو ایک ہی چیز اس کے اس thinking process کو disturb کرتی ہے وہ غضب ہے۔</w:t>
      </w:r>
    </w:p>
    <w:p>
      <w:r>
        <w:rPr>
          <w:b/>
        </w:rPr>
        <w:t xml:space="preserve">[04:12] </w:t>
      </w:r>
      <w:r>
        <w:t>usko ghazab ka matlab yeh hai ke woh jab aap ke andar jab offend ho jayein aap,</w:t>
      </w:r>
    </w:p>
    <w:p>
      <w:pPr>
        <w:jc w:val="right"/>
      </w:pPr>
      <w:r>
        <w:t>اس کو غضب کا مطلب یہ ہے کہ وہ جب آپ کے اندر جب offend ہو جائیں آپ،</w:t>
      </w:r>
    </w:p>
    <w:p>
      <w:r>
        <w:rPr>
          <w:b/>
        </w:rPr>
        <w:t xml:space="preserve">[04:18] </w:t>
      </w:r>
      <w:r>
        <w:t>jab aap ka mind disturb ho jaye toh woh jo lamha hai wahi us process ko disturb karta hai.</w:t>
      </w:r>
    </w:p>
    <w:p>
      <w:pPr>
        <w:jc w:val="right"/>
      </w:pPr>
      <w:r>
        <w:t>جب آپ کا mind disturb ہو جائے تو وہ جو لمحہ ہے وہی اس process کو disturb کرتا ہے۔</w:t>
      </w:r>
    </w:p>
    <w:p>
      <w:r>
        <w:rPr>
          <w:b/>
        </w:rPr>
        <w:t xml:space="preserve">[04:23] </w:t>
      </w:r>
      <w:r>
        <w:t>aur yeh jo process hai intellectual process yahi toh aql ka sira hai.</w:t>
      </w:r>
    </w:p>
    <w:p>
      <w:pPr>
        <w:jc w:val="right"/>
      </w:pPr>
      <w:r>
        <w:t>اور یہ جو process ہے intellectual process یہی تو عقل کا سرا ہے۔</w:t>
      </w:r>
    </w:p>
    <w:p>
      <w:r>
        <w:rPr>
          <w:b/>
        </w:rPr>
        <w:t xml:space="preserve">[04:29] </w:t>
      </w:r>
      <w:r>
        <w:t>yaani aadmi ka mind har waqt jo sochta hai toh woh kya karta hai? Yaani aadmi ke andar,</w:t>
      </w:r>
    </w:p>
    <w:p>
      <w:pPr>
        <w:jc w:val="right"/>
      </w:pPr>
      <w:r>
        <w:t>یعنی آدمی کا mind ہر وقت جو سوچتا ہے تو وہ کیا کرتا ہے؟ یعنی آدمی کے اندر،</w:t>
      </w:r>
    </w:p>
    <w:p>
      <w:r>
        <w:rPr>
          <w:b/>
        </w:rPr>
        <w:t xml:space="preserve">[04:34] </w:t>
      </w:r>
      <w:r>
        <w:t>aadmi ke mind ke andar jo jo khazane rakhe hue hain usko unfold karta hai woh.</w:t>
      </w:r>
    </w:p>
    <w:p>
      <w:pPr>
        <w:jc w:val="right"/>
      </w:pPr>
      <w:r>
        <w:t>آدمی کے mind کے اندر جو جو خزانے رکھے ہوئے ہیں اس کو unfold کرتا ہے وہ۔</w:t>
      </w:r>
    </w:p>
    <w:p>
      <w:r>
        <w:rPr>
          <w:b/>
        </w:rPr>
        <w:t xml:space="preserve">[04:40] </w:t>
      </w:r>
      <w:r>
        <w:t>aur apne se bahar ki duniya mein jo hikmat ki baatein hain usko extract karta hai.</w:t>
      </w:r>
    </w:p>
    <w:p>
      <w:pPr>
        <w:jc w:val="right"/>
      </w:pPr>
      <w:r>
        <w:t>اور اپنے سے باہر کی دنیا میں جو حکمت کی باتیں ہیں اس کو extract کرتا ہے۔</w:t>
      </w:r>
    </w:p>
    <w:p>
      <w:r>
        <w:rPr>
          <w:b/>
        </w:rPr>
        <w:t xml:space="preserve">[04:45] </w:t>
      </w:r>
      <w:r>
        <w:t>jis tarah shehad ki makkhi phoolon se nectar extract karti hai aisi woh hikmat ki baaton ko extract</w:t>
      </w:r>
    </w:p>
    <w:p>
      <w:pPr>
        <w:jc w:val="right"/>
      </w:pPr>
      <w:r>
        <w:t>جس طرح شہد کی مکھی پھولوں سے nectar extract کرتی ہے ایسی وہ حکمت کی باتوں کو extract</w:t>
      </w:r>
    </w:p>
    <w:p>
      <w:r>
        <w:rPr>
          <w:b/>
        </w:rPr>
        <w:t xml:space="preserve">[04:51] </w:t>
      </w:r>
      <w:r>
        <w:t>karta rehta hai.</w:t>
      </w:r>
    </w:p>
    <w:p>
      <w:pPr>
        <w:jc w:val="right"/>
      </w:pPr>
      <w:r>
        <w:t>کرتا رہتا ہے۔</w:t>
      </w:r>
    </w:p>
    <w:p>
      <w:r>
        <w:rPr>
          <w:b/>
        </w:rPr>
        <w:t xml:space="preserve">[04:56] </w:t>
      </w:r>
      <w:r>
        <w:t>toh yeh saari baatein jo hain chalti rehti hain insaan ke maon mein.</w:t>
      </w:r>
    </w:p>
    <w:p>
      <w:pPr>
        <w:jc w:val="right"/>
      </w:pPr>
      <w:r>
        <w:t>تو یہ ساری باتیں جو ہیں چلتی رہتی ہیں انسان کے ماؤں میں۔</w:t>
      </w:r>
    </w:p>
    <w:p>
      <w:r>
        <w:rPr>
          <w:b/>
        </w:rPr>
        <w:t xml:space="preserve">[05:02] </w:t>
      </w:r>
      <w:r>
        <w:t>lekin jab aap disturb ho jayein, jab aap negative ho jayein, jab aap offend ho jayein toh woh</w:t>
      </w:r>
    </w:p>
    <w:p>
      <w:pPr>
        <w:jc w:val="right"/>
      </w:pPr>
      <w:r>
        <w:t>لیکن جب آپ disturb ہو جائیں، جب آپ negative ہو جائیں، جب آپ offend ہو جائیں تو وہ</w:t>
      </w:r>
    </w:p>
    <w:p>
      <w:r>
        <w:rPr>
          <w:b/>
        </w:rPr>
        <w:t xml:space="preserve">[05:07] </w:t>
      </w:r>
      <w:r>
        <w:t>process stop ho jayega.</w:t>
      </w:r>
    </w:p>
    <w:p>
      <w:pPr>
        <w:jc w:val="right"/>
      </w:pPr>
      <w:r>
        <w:t>process stop ہو جائے گا۔</w:t>
      </w:r>
    </w:p>
    <w:p>
      <w:r>
        <w:rPr>
          <w:b/>
        </w:rPr>
        <w:t xml:space="preserve">[05:13] </w:t>
      </w:r>
      <w:r>
        <w:t>aur yeh bohat hi bada nuqsan hai insaan ke liye.</w:t>
      </w:r>
    </w:p>
    <w:p>
      <w:pPr>
        <w:jc w:val="right"/>
      </w:pPr>
      <w:r>
        <w:t>اور یہ بہت ہی بڑا نقصان ہے انسان کے لیے۔</w:t>
      </w:r>
    </w:p>
    <w:p>
      <w:r>
        <w:rPr>
          <w:b/>
        </w:rPr>
        <w:t xml:space="preserve">[05:19] </w:t>
      </w:r>
      <w:r>
        <w:t>is thinking process ka stop ho jana.</w:t>
      </w:r>
    </w:p>
    <w:p>
      <w:pPr>
        <w:jc w:val="right"/>
      </w:pPr>
      <w:r>
        <w:t>اس thinking process کا stop ہو جانا۔</w:t>
      </w:r>
    </w:p>
    <w:p>
      <w:r>
        <w:rPr>
          <w:b/>
        </w:rPr>
        <w:t xml:space="preserve">[05:24] </w:t>
      </w:r>
      <w:r>
        <w:t>toh is hadith mein yeh baat batai gayi hai ke Allah taala ne tum ko ek bohat badi</w:t>
      </w:r>
    </w:p>
    <w:p>
      <w:pPr>
        <w:jc w:val="right"/>
      </w:pPr>
      <w:r>
        <w:t>تو اس حدیث میں یہ بات بتائی گئی ہے کہ اللہ تعالیٰ نے تم کو ایک بہت بڑی</w:t>
      </w:r>
    </w:p>
    <w:p>
      <w:r>
        <w:rPr>
          <w:b/>
        </w:rPr>
        <w:t xml:space="preserve">[05:30] </w:t>
      </w:r>
      <w:r>
        <w:t>nemmat di hai woh dimagh.</w:t>
      </w:r>
    </w:p>
    <w:p>
      <w:pPr>
        <w:jc w:val="right"/>
      </w:pPr>
      <w:r>
        <w:t>نعمت دی ہے وہ دماغ۔</w:t>
      </w:r>
    </w:p>
    <w:p>
      <w:r>
        <w:rPr>
          <w:b/>
        </w:rPr>
        <w:t xml:space="preserve">[05:35] </w:t>
      </w:r>
      <w:r>
        <w:t>aur dimagh ki nemmat yeh hai ke woh har waqt sochta hai.</w:t>
      </w:r>
    </w:p>
    <w:p>
      <w:pPr>
        <w:jc w:val="right"/>
      </w:pPr>
      <w:r>
        <w:t>اور دماغ کی نعمت یہ ہے کہ وہ ہر وقت سوچتا ہے۔</w:t>
      </w:r>
    </w:p>
    <w:p>
      <w:r>
        <w:rPr>
          <w:b/>
        </w:rPr>
        <w:t xml:space="preserve">[05:41] </w:t>
      </w:r>
      <w:r>
        <w:t>har waqt is ke andar thinking process jaari rehta hai.</w:t>
      </w:r>
    </w:p>
    <w:p>
      <w:pPr>
        <w:jc w:val="right"/>
      </w:pPr>
      <w:r>
        <w:t>ہر وقت اس کے اندر thinking process جاری رہتا ہے۔</w:t>
      </w:r>
    </w:p>
    <w:p>
      <w:r>
        <w:rPr>
          <w:b/>
        </w:rPr>
        <w:t xml:space="preserve">[05:46] </w:t>
      </w:r>
      <w:r>
        <w:t>isi se aap ko aql aati hai, isi se baseerat aati hai, isi se wisdom aati hai.</w:t>
      </w:r>
    </w:p>
    <w:p>
      <w:pPr>
        <w:jc w:val="right"/>
      </w:pPr>
      <w:r>
        <w:t>اسی سے آپ کو عقل آتی ہے، اسی سے بصیرت آتی ہے، اسی سے wisdom آتی ہے۔</w:t>
      </w:r>
    </w:p>
    <w:p>
      <w:r>
        <w:rPr>
          <w:b/>
        </w:rPr>
        <w:t xml:space="preserve">[05:52] </w:t>
      </w:r>
      <w:r>
        <w:t>isi se aap baton ko seekhte hain.</w:t>
      </w:r>
    </w:p>
    <w:p>
      <w:pPr>
        <w:jc w:val="right"/>
      </w:pPr>
      <w:r>
        <w:t>اسی سے آپ باتوں کو سیکھتے ہیں۔</w:t>
      </w:r>
    </w:p>
    <w:p>
      <w:r>
        <w:rPr>
          <w:b/>
        </w:rPr>
        <w:t xml:space="preserve">[05:57] </w:t>
      </w:r>
      <w:r>
        <w:t>to jab aap mind ko is tarah develop karenge tab hi to apply kar payenge.</w:t>
      </w:r>
    </w:p>
    <w:p>
      <w:pPr>
        <w:jc w:val="right"/>
      </w:pPr>
      <w:r>
        <w:t>تو جب آپ mind کو اس طرح develop کریں گے تب ہی تو apply کر پائیں گے۔</w:t>
      </w:r>
    </w:p>
    <w:p>
      <w:r>
        <w:rPr>
          <w:b/>
        </w:rPr>
        <w:t xml:space="preserve">[06:03] </w:t>
      </w:r>
      <w:r>
        <w:t>tab hi to poori zindagi ko aap is ke tehat la payenge.</w:t>
      </w:r>
    </w:p>
    <w:p>
      <w:pPr>
        <w:jc w:val="right"/>
      </w:pPr>
      <w:r>
        <w:t>تب ہی تو پوری زندگی کو آپ اس کے تحت لا پائیں گے۔</w:t>
      </w:r>
    </w:p>
    <w:p>
      <w:r>
        <w:rPr>
          <w:b/>
        </w:rPr>
        <w:t xml:space="preserve">[06:08] </w:t>
      </w:r>
      <w:r>
        <w:t>yani poori zindagi ko aap ko manage karna hai to manage kon karega? aap ka mind.</w:t>
      </w:r>
    </w:p>
    <w:p>
      <w:pPr>
        <w:jc w:val="right"/>
      </w:pPr>
      <w:r>
        <w:t>یعنی پوری زندگی کو آپ کو manage کرنا ہے تو manage کون کرے گا؟ آپ کا mind۔</w:t>
      </w:r>
    </w:p>
    <w:p>
      <w:r>
        <w:rPr>
          <w:b/>
        </w:rPr>
        <w:t xml:space="preserve">[06:14] </w:t>
      </w:r>
      <w:r>
        <w:t>Mind jitna zyada develop hoga, jitna zyada woh taraqqi yafta hoga utni hi zyada achhe tareeqe se aap</w:t>
      </w:r>
    </w:p>
    <w:p>
      <w:pPr>
        <w:jc w:val="right"/>
      </w:pPr>
      <w:r>
        <w:t>Mind جتنا زیادہ develop ہوگا، جتنا زیادہ وہ ترقی یافتہ ہوگا اتنی ہی زیادہ اچھے طریقے سے آپ</w:t>
      </w:r>
    </w:p>
    <w:p>
      <w:r>
        <w:rPr>
          <w:b/>
        </w:rPr>
        <w:t xml:space="preserve">[06:19] </w:t>
      </w:r>
      <w:r>
        <w:t>ko zindagi ke mauqe par batayega ke yahan kya karo, wahan kya karo.</w:t>
      </w:r>
    </w:p>
    <w:p>
      <w:pPr>
        <w:jc w:val="right"/>
      </w:pPr>
      <w:r>
        <w:t>کو زندگی کے موقع پر بتائے گا کہ یہاں کیا کرو، وہاں کیا کرو۔</w:t>
      </w:r>
    </w:p>
    <w:p>
      <w:r>
        <w:rPr>
          <w:b/>
        </w:rPr>
        <w:t xml:space="preserve">[06:25] </w:t>
      </w:r>
      <w:r>
        <w:t>main ek misaal deta hoon.</w:t>
      </w:r>
    </w:p>
    <w:p>
      <w:pPr>
        <w:jc w:val="right"/>
      </w:pPr>
      <w:r>
        <w:t>میں ایک مثال دیتا ہوں۔</w:t>
      </w:r>
    </w:p>
    <w:p>
      <w:r>
        <w:rPr>
          <w:b/>
        </w:rPr>
        <w:t xml:space="preserve">[06:31] </w:t>
      </w:r>
      <w:r>
        <w:t>har aadmi ek ghar banata hai.</w:t>
      </w:r>
    </w:p>
    <w:p>
      <w:pPr>
        <w:jc w:val="right"/>
      </w:pPr>
      <w:r>
        <w:t>ہر آدمی ایک گھر بناتا ہے۔</w:t>
      </w:r>
    </w:p>
    <w:p>
      <w:r>
        <w:rPr>
          <w:b/>
        </w:rPr>
        <w:t xml:space="preserve">[06:36] </w:t>
      </w:r>
      <w:r>
        <w:t>is ghar mein ek khatoon hoti hai, us ki biwi.</w:t>
      </w:r>
    </w:p>
    <w:p>
      <w:pPr>
        <w:jc w:val="right"/>
      </w:pPr>
      <w:r>
        <w:t>اس گھر میں ایک خاتون ہوتی ہے، اس کی بیوی۔</w:t>
      </w:r>
    </w:p>
    <w:p>
      <w:r>
        <w:rPr>
          <w:b/>
        </w:rPr>
        <w:t xml:space="preserve">[06:42] </w:t>
      </w:r>
      <w:r>
        <w:t>to yeh jo khatoon hoti hai yeh saada baat nahi hai.</w:t>
      </w:r>
    </w:p>
    <w:p>
      <w:pPr>
        <w:jc w:val="right"/>
      </w:pPr>
      <w:r>
        <w:t>تو یہ جو خاتون ہوتی ہے یہ سادہ بات نہیں ہے۔</w:t>
      </w:r>
    </w:p>
    <w:p>
      <w:r>
        <w:rPr>
          <w:b/>
        </w:rPr>
        <w:t xml:space="preserve">[06:47] </w:t>
      </w:r>
      <w:r>
        <w:t>yeh bohat bari baat hai.</w:t>
      </w:r>
    </w:p>
    <w:p>
      <w:pPr>
        <w:jc w:val="right"/>
      </w:pPr>
      <w:r>
        <w:t>یہ بہت بڑی بات ہے۔</w:t>
      </w:r>
    </w:p>
    <w:p>
      <w:r>
        <w:rPr>
          <w:b/>
        </w:rPr>
        <w:t xml:space="preserve">[06:53] </w:t>
      </w:r>
      <w:r>
        <w:t>Allah taala ne sach poocho to do insaan banaye. do insaan.</w:t>
      </w:r>
    </w:p>
    <w:p>
      <w:pPr>
        <w:jc w:val="right"/>
      </w:pPr>
      <w:r>
        <w:t>اللہ تعالیٰ نے سچ پوچھئے تو دو انسان بنائے۔ دو انسان۔</w:t>
      </w:r>
    </w:p>
    <w:p>
      <w:r>
        <w:rPr>
          <w:b/>
        </w:rPr>
        <w:t xml:space="preserve">[06:58] </w:t>
      </w:r>
      <w:r>
        <w:t>ek female insaan, ek male insaan.</w:t>
      </w:r>
    </w:p>
    <w:p>
      <w:pPr>
        <w:jc w:val="right"/>
      </w:pPr>
      <w:r>
        <w:t>ایک female انسان، ایک male انسان۔</w:t>
      </w:r>
    </w:p>
    <w:p>
      <w:r>
        <w:rPr>
          <w:b/>
        </w:rPr>
        <w:t xml:space="preserve">[07:04] </w:t>
      </w:r>
      <w:r>
        <w:t>yani aurat bhi ek insaan hai, mard bhi ek insaan hai.</w:t>
      </w:r>
    </w:p>
    <w:p>
      <w:pPr>
        <w:jc w:val="right"/>
      </w:pPr>
      <w:r>
        <w:t>یعنی عورت بھی ایک انسان ہے، مرد بھی ایک انسان ہے۔</w:t>
      </w:r>
    </w:p>
    <w:p>
      <w:r>
        <w:rPr>
          <w:b/>
        </w:rPr>
        <w:t xml:space="preserve">[07:09] </w:t>
      </w:r>
      <w:r>
        <w:t>to Allah taala ne ek hi wa khalaqa minha zawjaha usi jins se aurat ko bhi banaya.</w:t>
      </w:r>
    </w:p>
    <w:p>
      <w:pPr>
        <w:jc w:val="right"/>
      </w:pPr>
      <w:r>
        <w:t>تو اللہ تعالیٰ نے ایک ہی وَخَلَقَ مِنْهَا زَوْجَهَا اسی جنس سے عورت کو بھی بنایا۔</w:t>
      </w:r>
    </w:p>
    <w:p>
      <w:r>
        <w:rPr>
          <w:b/>
        </w:rPr>
        <w:t xml:space="preserve">[07:15] </w:t>
      </w:r>
      <w:r>
        <w:t>jo jins se Allah taala ne banaya insaan mard ko usi se aurat ko bhi banaya.</w:t>
      </w:r>
    </w:p>
    <w:p>
      <w:pPr>
        <w:jc w:val="right"/>
      </w:pPr>
      <w:r>
        <w:t>جو جنس سے اللہ تعالیٰ نے بنایا انسان مرد کو اسی سے عورت کو بھی بنایا۔</w:t>
      </w:r>
    </w:p>
    <w:p>
      <w:r>
        <w:rPr>
          <w:b/>
        </w:rPr>
        <w:t xml:space="preserve">[07:20] </w:t>
      </w:r>
      <w:r>
        <w:t>to goya ke Allah taala ne do insaan banaye is mein se ek female insaan tha, doosra male insaan tha.</w:t>
      </w:r>
    </w:p>
    <w:p>
      <w:pPr>
        <w:jc w:val="right"/>
      </w:pPr>
      <w:r>
        <w:t>تو گویا کہ اللہ تعالیٰ نے دو انسان بنائے اس میں سے ایک female انسان تھا، دوسرا male انسان تھا۔</w:t>
      </w:r>
    </w:p>
    <w:p>
      <w:r>
        <w:rPr>
          <w:b/>
        </w:rPr>
        <w:t xml:space="preserve">[07:26] </w:t>
      </w:r>
      <w:r>
        <w:t>yeh kis liye tha? ke zindagi ki gaadi ko dono mil kar bohat kamyabi se chala saken.</w:t>
      </w:r>
    </w:p>
    <w:p>
      <w:pPr>
        <w:jc w:val="right"/>
      </w:pPr>
      <w:r>
        <w:t>یہ کس لئے تھا؟ کہ زندگی کی گاڑی کو دونوں مل کر بہت کامیابی سے چلا سکیں۔</w:t>
      </w:r>
    </w:p>
    <w:p>
      <w:r>
        <w:rPr>
          <w:b/>
        </w:rPr>
        <w:t xml:space="preserve">[07:31] </w:t>
      </w:r>
      <w:r>
        <w:t>lekin insaan ne aurat ko samjha nahi.</w:t>
      </w:r>
    </w:p>
    <w:p>
      <w:pPr>
        <w:jc w:val="right"/>
      </w:pPr>
      <w:r>
        <w:t>لیکن انسان نے عورت کو سمجھا نہیں۔</w:t>
      </w:r>
    </w:p>
    <w:p>
      <w:r>
        <w:rPr>
          <w:b/>
        </w:rPr>
        <w:t xml:space="preserve">[07:37] </w:t>
      </w:r>
      <w:r>
        <w:t>bas woh bachcha paida kare aur ghar sambhale aur khana paka kar khilaye bas yahi matlab hai aurat ka.</w:t>
      </w:r>
    </w:p>
    <w:p>
      <w:pPr>
        <w:jc w:val="right"/>
      </w:pPr>
      <w:r>
        <w:t>بس وہ بچہ پیدا کرے اور گھر سنبھالے اور کھانا پکا کر کھلائے بس یہی مطلب ہے عورت کا۔</w:t>
      </w:r>
    </w:p>
    <w:p>
      <w:r>
        <w:rPr>
          <w:b/>
        </w:rPr>
        <w:t xml:space="preserve">[07:43] </w:t>
      </w:r>
      <w:r>
        <w:t>halanke yeh is ka bohat hi kamtar istemaal hai.</w:t>
      </w:r>
    </w:p>
    <w:p>
      <w:pPr>
        <w:jc w:val="right"/>
      </w:pPr>
      <w:r>
        <w:t>حالانکہ یہ اس کا بہت ہی کمتر استعمال ہے۔</w:t>
      </w:r>
    </w:p>
    <w:p>
      <w:r>
        <w:rPr>
          <w:b/>
        </w:rPr>
        <w:t xml:space="preserve">[07:48] </w:t>
      </w:r>
      <w:r>
        <w:t>bohat hi kamtar istemaal hai.</w:t>
      </w:r>
    </w:p>
    <w:p>
      <w:pPr>
        <w:jc w:val="right"/>
      </w:pPr>
      <w:r>
        <w:t>بہت ہی کمتر استعمال ہے۔</w:t>
      </w:r>
    </w:p>
    <w:p>
      <w:r>
        <w:rPr>
          <w:b/>
        </w:rPr>
        <w:t xml:space="preserve">[07:54] </w:t>
      </w:r>
      <w:r>
        <w:t>hadees mein aata hai ke khairun mata'ul dunya al-birrat us salihah kaisi ajeeb hadees hai dekhiye.</w:t>
      </w:r>
    </w:p>
    <w:p>
      <w:pPr>
        <w:jc w:val="right"/>
      </w:pPr>
      <w:r>
        <w:t>حدیث میں آتا ہے کہ خیر و مطاع دنیا البرۃ الصالحہ کیسی عجیب حدیث ہے دیکھئے۔</w:t>
      </w:r>
    </w:p>
    <w:p>
      <w:r>
        <w:rPr>
          <w:b/>
        </w:rPr>
        <w:t xml:space="preserve">[07:59] </w:t>
      </w:r>
      <w:r>
        <w:t>khairun mata'ul dunya al-birrat us salihah kisi insaan ke liye sab se achhi nemat sari duniya mein poori</w:t>
      </w:r>
    </w:p>
    <w:p>
      <w:pPr>
        <w:jc w:val="right"/>
      </w:pPr>
      <w:r>
        <w:t>خیر و مطاع دنیا البرۃ الصالحہ کسی انسان کے لئے سب سے اچھی نعمت ساری دنیا میں پوری</w:t>
      </w:r>
    </w:p>
    <w:p>
      <w:r>
        <w:rPr>
          <w:b/>
        </w:rPr>
        <w:t xml:space="preserve">[08:05] </w:t>
      </w:r>
      <w:r>
        <w:t>duniya mein sab se achhi nemat jo hai woh ek salih aurat hai.</w:t>
      </w:r>
    </w:p>
    <w:p>
      <w:pPr>
        <w:jc w:val="right"/>
      </w:pPr>
      <w:r>
        <w:t>دنیا میں سب سے اچھی نعمت جو ہے وہ ایک صالح عورت ہے۔</w:t>
      </w:r>
    </w:p>
    <w:p>
      <w:r>
        <w:rPr>
          <w:b/>
        </w:rPr>
        <w:t xml:space="preserve">[08:10] </w:t>
      </w:r>
      <w:r>
        <w:t>salih ke ma'ni yeh nahi ke bas namaz roze wali yeh matlab nahi hai.</w:t>
      </w:r>
    </w:p>
    <w:p>
      <w:pPr>
        <w:jc w:val="right"/>
      </w:pPr>
      <w:r>
        <w:t>صالح کے معنی یہ نہیں کہ بس نماز روزے والی یہ مطلب نہیں ہے۔</w:t>
      </w:r>
    </w:p>
    <w:p>
      <w:r>
        <w:rPr>
          <w:b/>
        </w:rPr>
        <w:t xml:space="preserve">[08:16] </w:t>
      </w:r>
      <w:r>
        <w:t>har aurat salih hi hoti hai.</w:t>
      </w:r>
    </w:p>
    <w:p>
      <w:pPr>
        <w:jc w:val="right"/>
      </w:pPr>
      <w:r>
        <w:t>ہر عورت صالح ہی ہوتی ہے۔</w:t>
      </w:r>
    </w:p>
    <w:p>
      <w:r>
        <w:rPr>
          <w:b/>
        </w:rPr>
        <w:t xml:space="preserve">[08:21] </w:t>
      </w:r>
      <w:r>
        <w:t>agar aap sahi tareeqe se is ko behave karen to har aurat salih aurat hai.</w:t>
      </w:r>
    </w:p>
    <w:p>
      <w:pPr>
        <w:jc w:val="right"/>
      </w:pPr>
      <w:r>
        <w:t>اگر آپ صحیح طریقے سے اس کو behave کریں تو ہر عورت صالح عورت ہے۔</w:t>
      </w:r>
    </w:p>
    <w:p>
      <w:r>
        <w:rPr>
          <w:b/>
        </w:rPr>
        <w:t xml:space="preserve">[08:27] </w:t>
      </w:r>
      <w:r>
        <w:t>ab jaise dekhiye mere paas ek sahab ka telephone aaya parson ek shehar se.</w:t>
      </w:r>
    </w:p>
    <w:p>
      <w:pPr>
        <w:jc w:val="right"/>
      </w:pPr>
      <w:r>
        <w:t>اب جیسے دیکھئے میرے پاس ایک صاحب کا ٹیلی فون آیا پرسوں ایک شہر سے۔</w:t>
      </w:r>
    </w:p>
    <w:p>
      <w:r>
        <w:rPr>
          <w:b/>
        </w:rPr>
        <w:t xml:space="preserve">[08:32] </w:t>
      </w:r>
      <w:r>
        <w:t>to unhon ne kaha ke mere ghar mein mahaul bohat kharab hai.</w:t>
      </w:r>
    </w:p>
    <w:p>
      <w:pPr>
        <w:jc w:val="right"/>
      </w:pPr>
      <w:r>
        <w:t>تو انہوں نے کہا کہ میرے گھر میں ماحول بہت خراب ہے۔</w:t>
      </w:r>
    </w:p>
    <w:p>
      <w:r>
        <w:rPr>
          <w:b/>
        </w:rPr>
        <w:t xml:space="preserve">[08:38] </w:t>
      </w:r>
      <w:r>
        <w:t>aur mere bachche meri baat mante nahin.</w:t>
      </w:r>
    </w:p>
    <w:p>
      <w:pPr>
        <w:jc w:val="right"/>
      </w:pPr>
      <w:r>
        <w:t>اور میرے بچے میری بات مانتے نہیں۔</w:t>
      </w:r>
    </w:p>
    <w:p>
      <w:r>
        <w:rPr>
          <w:b/>
        </w:rPr>
        <w:t xml:space="preserve">[08:43] </w:t>
      </w:r>
      <w:r>
        <w:t>is tarah ki shikayat thi unhon ne ki.</w:t>
      </w:r>
    </w:p>
    <w:p>
      <w:pPr>
        <w:jc w:val="right"/>
      </w:pPr>
      <w:r>
        <w:t>اس طرح کی شکایت تھی انہوں نے کی۔</w:t>
      </w:r>
    </w:p>
    <w:p>
      <w:r>
        <w:rPr>
          <w:b/>
        </w:rPr>
        <w:t xml:space="preserve">[08:49] </w:t>
      </w:r>
      <w:r>
        <w:t>to baaton baaton ke darmiyan mein ne pakda ke yeh in ka ravaiyya ghar mein kya hai.</w:t>
      </w:r>
    </w:p>
    <w:p>
      <w:pPr>
        <w:jc w:val="right"/>
      </w:pPr>
      <w:r>
        <w:t>تو باتوں باتوں کے درمیان میں نے پکڑا کہ یہ ان کا رویہ گھر میں کیا ہے۔</w:t>
      </w:r>
    </w:p>
    <w:p>
      <w:r>
        <w:rPr>
          <w:b/>
        </w:rPr>
        <w:t xml:space="preserve">[08:55] </w:t>
      </w:r>
      <w:r>
        <w:t>to mein ne un se poocha ke kya bachchon ke samne aap apni biwi se ladte jhagadte the?</w:t>
      </w:r>
    </w:p>
    <w:p>
      <w:pPr>
        <w:jc w:val="right"/>
      </w:pPr>
      <w:r>
        <w:t>تو میں نے ان سے پوچھا کہ کیا بچوں کے سامنے آپ اپنی بیوی سے لڑتے جھگڑتے تھے؟</w:t>
      </w:r>
    </w:p>
    <w:p>
      <w:r>
        <w:rPr>
          <w:b/>
        </w:rPr>
        <w:t xml:space="preserve">[09:00] </w:t>
      </w:r>
      <w:r>
        <w:t>to unhon ne kaha haan.</w:t>
      </w:r>
    </w:p>
    <w:p>
      <w:pPr>
        <w:jc w:val="right"/>
      </w:pPr>
      <w:r>
        <w:t>تو انہوں نے کہا ہاں۔</w:t>
      </w:r>
    </w:p>
    <w:p>
      <w:r>
        <w:rPr>
          <w:b/>
        </w:rPr>
        <w:t xml:space="preserve">[09:06] </w:t>
      </w:r>
      <w:r>
        <w:t>mein ne kaha yahi to jar hai.</w:t>
      </w:r>
    </w:p>
    <w:p>
      <w:pPr>
        <w:jc w:val="right"/>
      </w:pPr>
      <w:r>
        <w:t>میں نے کہا یہی تو جڑ ہے۔</w:t>
      </w:r>
    </w:p>
    <w:p>
      <w:r>
        <w:rPr>
          <w:b/>
        </w:rPr>
        <w:t xml:space="preserve">[09:11] </w:t>
      </w:r>
      <w:r>
        <w:t>ladta jhagadta aadmi chhoti chhoti baaton par.</w:t>
      </w:r>
    </w:p>
    <w:p>
      <w:pPr>
        <w:jc w:val="right"/>
      </w:pPr>
      <w:r>
        <w:t>لڑتا جھگڑتا آدمی چھوٹی چھوٹی باتوں پر۔</w:t>
      </w:r>
    </w:p>
    <w:p>
      <w:r>
        <w:rPr>
          <w:b/>
        </w:rPr>
        <w:t xml:space="preserve">[09:17] </w:t>
      </w:r>
      <w:r>
        <w:t>badi baaton par koi ladta jhagadta nahin hai.</w:t>
      </w:r>
    </w:p>
    <w:p>
      <w:pPr>
        <w:jc w:val="right"/>
      </w:pPr>
      <w:r>
        <w:t>بڑی باتوں پر کوئی لڑتا جھگڑتا نہیں ہے۔</w:t>
      </w:r>
    </w:p>
    <w:p>
      <w:r>
        <w:rPr>
          <w:b/>
        </w:rPr>
        <w:t xml:space="preserve">[09:22] </w:t>
      </w:r>
      <w:r>
        <w:t>to chhoti chhoti baaton par jis ko ke aap ko avoid karna chahiye us par ladte jhagadte hain.</w:t>
      </w:r>
    </w:p>
    <w:p>
      <w:pPr>
        <w:jc w:val="right"/>
      </w:pPr>
      <w:r>
        <w:t>تو چھوٹی چھوٹی باتوں پر جس کو کہ آپ کو avoid کرنا چاہیے اس پر لڑتے جھگڑتے ہیں۔</w:t>
      </w:r>
    </w:p>
    <w:p>
      <w:r>
        <w:rPr>
          <w:b/>
        </w:rPr>
        <w:t xml:space="preserve">[09:28] </w:t>
      </w:r>
      <w:r>
        <w:t>to is aurat ko aap ne istemal nahin kar paya aap aur bachchon ka zehn kharab kiya.</w:t>
      </w:r>
    </w:p>
    <w:p>
      <w:pPr>
        <w:jc w:val="right"/>
      </w:pPr>
      <w:r>
        <w:t>تو اس عورت کو آپ نے استعمال نہیں کر پایا آپ اور بچوں کا ذہن خراب کیا۔</w:t>
      </w:r>
    </w:p>
    <w:p>
      <w:r>
        <w:rPr>
          <w:b/>
        </w:rPr>
        <w:t xml:space="preserve">[09:33] </w:t>
      </w:r>
      <w:r>
        <w:t>sab nuksan hi nuksan hai.</w:t>
      </w:r>
    </w:p>
    <w:p>
      <w:pPr>
        <w:jc w:val="right"/>
      </w:pPr>
      <w:r>
        <w:t>سب نقصان ہی نقصان ہے۔</w:t>
      </w:r>
    </w:p>
    <w:p>
      <w:r>
        <w:rPr>
          <w:b/>
        </w:rPr>
        <w:t xml:space="preserve">[09:39] </w:t>
      </w:r>
      <w:r>
        <w:t>to mein ne kaha sab se pehla kaam yeh hai ke aap ghar mein apni biwi se ladna</w:t>
      </w:r>
    </w:p>
    <w:p>
      <w:pPr>
        <w:jc w:val="right"/>
      </w:pPr>
      <w:r>
        <w:t>تو میں نے کہا سب سے پہلا کام یہ ہے کہ آپ گھر میں اپنی بیوی سے لڑنا</w:t>
      </w:r>
    </w:p>
    <w:p>
      <w:r>
        <w:rPr>
          <w:b/>
        </w:rPr>
        <w:t xml:space="preserve">[09:44] </w:t>
      </w:r>
      <w:r>
        <w:t>jhagarna chhod dijiye. bilkul khatam.</w:t>
      </w:r>
    </w:p>
    <w:p>
      <w:pPr>
        <w:jc w:val="right"/>
      </w:pPr>
      <w:r>
        <w:t>جھگڑنا چھوڑ دیجئے۔ بالکل ختم۔</w:t>
      </w:r>
    </w:p>
    <w:p>
      <w:r>
        <w:rPr>
          <w:b/>
        </w:rPr>
        <w:t xml:space="preserve">[09:50] </w:t>
      </w:r>
      <w:r>
        <w:t>koi baat aap ko buri lagti hai to aap chup ho jaiye.</w:t>
      </w:r>
    </w:p>
    <w:p>
      <w:pPr>
        <w:jc w:val="right"/>
      </w:pPr>
      <w:r>
        <w:t>کوئی بات آپ کو بری لگتی ہے تو آپ چپ ہو جائیے۔</w:t>
      </w:r>
    </w:p>
    <w:p>
      <w:r>
        <w:rPr>
          <w:b/>
        </w:rPr>
        <w:t xml:space="preserve">[09:55] </w:t>
      </w:r>
      <w:r>
        <w:t>ladne ki kya zaroorat hai? aurat ko asal mein samajhne mein poori tareekh mein insan ne ghalti ki hai.</w:t>
      </w:r>
    </w:p>
    <w:p>
      <w:pPr>
        <w:jc w:val="right"/>
      </w:pPr>
      <w:r>
        <w:t>لڑنے کی کیا ضرورت ہے؟ عورت کو اصل میں سمجھنے میں پوری تاریخ میں انسان نے غلطی کی ہے۔</w:t>
      </w:r>
    </w:p>
    <w:p>
      <w:r>
        <w:rPr>
          <w:b/>
        </w:rPr>
        <w:t xml:space="preserve">[10:01] </w:t>
      </w:r>
      <w:r>
        <w:t>yani pehle to insan ek kya insaniyat ko aurat ko kam samjha.</w:t>
      </w:r>
    </w:p>
    <w:p>
      <w:pPr>
        <w:jc w:val="right"/>
      </w:pPr>
      <w:r>
        <w:t>یعنی پہلے تو انسان ایک کیا انسانیت کو عورت کو کم سمجھا۔</w:t>
      </w:r>
    </w:p>
    <w:p>
      <w:r>
        <w:rPr>
          <w:b/>
        </w:rPr>
        <w:t xml:space="preserve">[10:07] </w:t>
      </w:r>
      <w:r>
        <w:t>hazaron saal tak aurat ko kam samjha.</w:t>
      </w:r>
    </w:p>
    <w:p>
      <w:pPr>
        <w:jc w:val="right"/>
      </w:pPr>
      <w:r>
        <w:t>ہزاروں سال تک عورت کو کم سمجھا۔</w:t>
      </w:r>
    </w:p>
    <w:p>
      <w:r>
        <w:rPr>
          <w:b/>
        </w:rPr>
        <w:t xml:space="preserve">[10:12] </w:t>
      </w:r>
      <w:r>
        <w:t>europe ne ek nayi daryaft ki lekin is ki daryaft bhi sahi nahin thi.</w:t>
      </w:r>
    </w:p>
    <w:p>
      <w:pPr>
        <w:jc w:val="right"/>
      </w:pPr>
      <w:r>
        <w:t>یورپ نے ایک نئی دریافت کی لیکن اس کی دریافت بھی صحیح نہیں تھی۔</w:t>
      </w:r>
    </w:p>
    <w:p>
      <w:r>
        <w:rPr>
          <w:b/>
        </w:rPr>
        <w:t xml:space="preserve">[10:18] </w:t>
      </w:r>
      <w:r>
        <w:t>unhon ne kaha ke aurat mard ke darmiyan gender equality hai.</w:t>
      </w:r>
    </w:p>
    <w:p>
      <w:pPr>
        <w:jc w:val="right"/>
      </w:pPr>
      <w:r>
        <w:t>انہوں نے کہا کہ عورت مرد کے درمیان gender equality ہے۔</w:t>
      </w:r>
    </w:p>
    <w:p>
      <w:r>
        <w:rPr>
          <w:b/>
        </w:rPr>
        <w:t xml:space="preserve">[10:23] </w:t>
      </w:r>
      <w:r>
        <w:t>yani dono ka barabar hona.</w:t>
      </w:r>
    </w:p>
    <w:p>
      <w:pPr>
        <w:jc w:val="right"/>
      </w:pPr>
      <w:r>
        <w:t>یعنی دونوں کا برابر ہونا۔</w:t>
      </w:r>
    </w:p>
    <w:p>
      <w:r>
        <w:rPr>
          <w:b/>
        </w:rPr>
        <w:t xml:space="preserve">[10:29] </w:t>
      </w:r>
      <w:r>
        <w:t>yeh kuch nahin hai.</w:t>
      </w:r>
    </w:p>
    <w:p>
      <w:pPr>
        <w:jc w:val="right"/>
      </w:pPr>
      <w:r>
        <w:t>یہ کچھ نہیں ہے۔</w:t>
      </w:r>
    </w:p>
    <w:p>
      <w:r>
        <w:rPr>
          <w:b/>
        </w:rPr>
        <w:t xml:space="preserve">[10:34] </w:t>
      </w:r>
      <w:r>
        <w:t>gender equality is nothing.</w:t>
      </w:r>
    </w:p>
    <w:p>
      <w:pPr>
        <w:jc w:val="right"/>
      </w:pPr>
      <w:r>
        <w:t>Gender equality is nothing۔</w:t>
      </w:r>
    </w:p>
    <w:p>
      <w:r>
        <w:rPr>
          <w:b/>
        </w:rPr>
        <w:t xml:space="preserve">[10:40] </w:t>
      </w:r>
      <w:r>
        <w:t>sahi baat hai gender partnership.</w:t>
      </w:r>
    </w:p>
    <w:p>
      <w:pPr>
        <w:jc w:val="right"/>
      </w:pPr>
      <w:r>
        <w:t>صحیح بات ہے gender partnership۔</w:t>
      </w:r>
    </w:p>
    <w:p>
      <w:r>
        <w:rPr>
          <w:b/>
        </w:rPr>
        <w:t xml:space="preserve">[10:45] </w:t>
      </w:r>
      <w:r>
        <w:t>Gender equality aisi cheez nahi hai.</w:t>
      </w:r>
    </w:p>
    <w:p>
      <w:pPr>
        <w:jc w:val="right"/>
      </w:pPr>
      <w:r>
        <w:t>Gender equality ایسی چیز نہیں ہے۔</w:t>
      </w:r>
    </w:p>
    <w:p>
      <w:r>
        <w:rPr>
          <w:b/>
        </w:rPr>
        <w:t xml:space="preserve">[10:51] </w:t>
      </w:r>
      <w:r>
        <w:t>Gender partnership dono ek doosre ko mil kar ke share karen.</w:t>
      </w:r>
    </w:p>
    <w:p>
      <w:pPr>
        <w:jc w:val="right"/>
      </w:pPr>
      <w:r>
        <w:t>Gender partnership دونوں ایک دوسرے کو مل کر کے share کریں۔</w:t>
      </w:r>
    </w:p>
    <w:p>
      <w:r>
        <w:rPr>
          <w:b/>
        </w:rPr>
        <w:t xml:space="preserve">[10:56] </w:t>
      </w:r>
      <w:r>
        <w:t>Ek doosre ko mil kar ke ek doosre ki kami poori karen.</w:t>
      </w:r>
    </w:p>
    <w:p>
      <w:pPr>
        <w:jc w:val="right"/>
      </w:pPr>
      <w:r>
        <w:t>ایک دوسرے کو مل کر کے ایک دوسرے کی کمی پوری کریں۔</w:t>
      </w:r>
    </w:p>
    <w:p>
      <w:r>
        <w:rPr>
          <w:b/>
        </w:rPr>
        <w:t xml:space="preserve">[11:02] </w:t>
      </w:r>
      <w:r>
        <w:t>Ek doosre ko complement karen.</w:t>
      </w:r>
    </w:p>
    <w:p>
      <w:pPr>
        <w:jc w:val="right"/>
      </w:pPr>
      <w:r>
        <w:t>ایک دوسرے کو complement کریں۔</w:t>
      </w:r>
    </w:p>
    <w:p>
      <w:r>
        <w:rPr>
          <w:b/>
        </w:rPr>
        <w:t xml:space="preserve">[11:07] </w:t>
      </w:r>
      <w:r>
        <w:t>Ek doosre se exchange karen.</w:t>
      </w:r>
    </w:p>
    <w:p>
      <w:pPr>
        <w:jc w:val="right"/>
      </w:pPr>
      <w:r>
        <w:t>ایک دوسرے سے exchange کریں۔</w:t>
      </w:r>
    </w:p>
    <w:p>
      <w:r>
        <w:rPr>
          <w:b/>
        </w:rPr>
        <w:t xml:space="preserve">[11:13] </w:t>
      </w:r>
      <w:r>
        <w:t>Aur thinking process mein dono ek doosre ko shareek karen.</w:t>
      </w:r>
    </w:p>
    <w:p>
      <w:pPr>
        <w:jc w:val="right"/>
      </w:pPr>
      <w:r>
        <w:t>اور thinking process میں دونوں ایک دوسرے کو شریک کریں۔</w:t>
      </w:r>
    </w:p>
    <w:p>
      <w:r>
        <w:rPr>
          <w:b/>
        </w:rPr>
        <w:t xml:space="preserve">[11:19] </w:t>
      </w:r>
      <w:r>
        <w:t>To dono apne aap ko develop kar payenge.</w:t>
      </w:r>
    </w:p>
    <w:p>
      <w:pPr>
        <w:jc w:val="right"/>
      </w:pPr>
      <w:r>
        <w:t>تو دونوں اپنے آپ کو develop کر پائیں گے۔</w:t>
      </w:r>
    </w:p>
    <w:p>
      <w:r>
        <w:rPr>
          <w:b/>
        </w:rPr>
        <w:t xml:space="preserve">[11:24] </w:t>
      </w:r>
      <w:r>
        <w:t>Isi maeni mein hai ke khair o mataa' dunya al-birr al-saaliha.</w:t>
      </w:r>
    </w:p>
    <w:p>
      <w:pPr>
        <w:jc w:val="right"/>
      </w:pPr>
      <w:r>
        <w:t>اسی معنی میں ہے کہ خیر و مطاع دنیا البرۃ الصالحہ۔</w:t>
      </w:r>
    </w:p>
    <w:p>
      <w:r>
        <w:rPr>
          <w:b/>
        </w:rPr>
        <w:t xml:space="preserve">[11:30] </w:t>
      </w:r>
      <w:r>
        <w:t>Aur ek hadith is se bhi barh kar hai.</w:t>
      </w:r>
    </w:p>
    <w:p>
      <w:pPr>
        <w:jc w:val="right"/>
      </w:pPr>
      <w:r>
        <w:t>اور ایک حدیث اس سے بھی بڑھ کر ہے۔</w:t>
      </w:r>
    </w:p>
    <w:p>
      <w:r>
        <w:rPr>
          <w:b/>
        </w:rPr>
        <w:t xml:space="preserve">[11:35] </w:t>
      </w:r>
      <w:r>
        <w:t>Rasool Allah sal Allah alaihi wasallam ne apne bare mein farmaya ke hubbiba ilayya min dunyakum al-nisaa tumhari</w:t>
      </w:r>
    </w:p>
    <w:p>
      <w:pPr>
        <w:jc w:val="right"/>
      </w:pPr>
      <w:r>
        <w:t>رسول اللہ صلی اللہ علیہ وسلم نے اپنے بارے میں فرمایا کہ حبب إلي من دنياكم النساء تمہاری</w:t>
      </w:r>
    </w:p>
    <w:p>
      <w:r>
        <w:rPr>
          <w:b/>
        </w:rPr>
        <w:t xml:space="preserve">[11:41] </w:t>
      </w:r>
      <w:r>
        <w:t>Dunya ki cheezon mein mujhe sab se zyada mehboob kar di gayi hai aurat.</w:t>
      </w:r>
    </w:p>
    <w:p>
      <w:pPr>
        <w:jc w:val="right"/>
      </w:pPr>
      <w:r>
        <w:t>دنیا کی چیزوں میں مجھے سب سے زیادہ محبوب کر دی گئی ہے عورت۔</w:t>
      </w:r>
    </w:p>
    <w:p>
      <w:r>
        <w:rPr>
          <w:b/>
        </w:rPr>
        <w:t xml:space="preserve">[11:46] </w:t>
      </w:r>
      <w:r>
        <w:t>Dekhiye yeh is maeni mein nahi hai is maeni mein ke log aurat ko lete hain.</w:t>
      </w:r>
    </w:p>
    <w:p>
      <w:pPr>
        <w:jc w:val="right"/>
      </w:pPr>
      <w:r>
        <w:t>دیکھئے یہ اس معنی میں نہیں ہے اس معنی میں کہ لوگ عورت کو لیتے ہیں۔</w:t>
      </w:r>
    </w:p>
    <w:p>
      <w:r>
        <w:rPr>
          <w:b/>
        </w:rPr>
        <w:t xml:space="preserve">[11:52] </w:t>
      </w:r>
      <w:r>
        <w:t>Is maeni mein nahi hai.</w:t>
      </w:r>
    </w:p>
    <w:p>
      <w:pPr>
        <w:jc w:val="right"/>
      </w:pPr>
      <w:r>
        <w:t>اس معنی میں نہیں ہے۔</w:t>
      </w:r>
    </w:p>
    <w:p>
      <w:r>
        <w:rPr>
          <w:b/>
        </w:rPr>
        <w:t xml:space="preserve">[11:57] </w:t>
      </w:r>
      <w:r>
        <w:t>Yeh isi mein hai ke Rasool Allah ne is baat ko jaana ke Allah taala ne do insaan banaye hain.</w:t>
      </w:r>
    </w:p>
    <w:p>
      <w:pPr>
        <w:jc w:val="right"/>
      </w:pPr>
      <w:r>
        <w:t>یہ اسی میں ہے کہ رسول اللہ نے اس بات کو جانا کہ اللہ تعالیٰ نے دو انسان بنائے ہیں۔</w:t>
      </w:r>
    </w:p>
    <w:p>
      <w:r>
        <w:rPr>
          <w:b/>
        </w:rPr>
        <w:t xml:space="preserve">[12:03] </w:t>
      </w:r>
      <w:r>
        <w:t>Ek male insaan, ek female insaan.</w:t>
      </w:r>
    </w:p>
    <w:p>
      <w:pPr>
        <w:jc w:val="right"/>
      </w:pPr>
      <w:r>
        <w:t>ایک male انسان، ایک female انسان۔</w:t>
      </w:r>
    </w:p>
    <w:p>
      <w:r>
        <w:rPr>
          <w:b/>
        </w:rPr>
        <w:t xml:space="preserve">[12:08] </w:t>
      </w:r>
      <w:r>
        <w:t>Aur dono ek doosre ke liye zindagi ka partner hain.</w:t>
      </w:r>
    </w:p>
    <w:p>
      <w:pPr>
        <w:jc w:val="right"/>
      </w:pPr>
      <w:r>
        <w:t>اور دونوں ایک دوسرے کے لئے زندگی کا partner ہیں۔</w:t>
      </w:r>
    </w:p>
    <w:p>
      <w:r>
        <w:rPr>
          <w:b/>
        </w:rPr>
        <w:t xml:space="preserve">[12:14] </w:t>
      </w:r>
      <w:r>
        <w:t>Main aap ko ek hadith sunata hoon is se aap samjhenge ke Rasool Allah ka tareeqa kya tha.</w:t>
      </w:r>
    </w:p>
    <w:p>
      <w:pPr>
        <w:jc w:val="right"/>
      </w:pPr>
      <w:r>
        <w:t>میں آپ کو ایک حدیث سناتا ہوں اس سے آپ سمجھیں گے کہ رسول اللہ کا طریقہ کیا تھا۔</w:t>
      </w:r>
    </w:p>
    <w:p>
      <w:r>
        <w:rPr>
          <w:b/>
        </w:rPr>
        <w:t xml:space="preserve">[12:19] </w:t>
      </w:r>
      <w:r>
        <w:t>Hazrat Aisha jo Rasool Allah ki azwaja theen woh kehti hain ke aap rozana subah ko fajar se</w:t>
      </w:r>
    </w:p>
    <w:p>
      <w:pPr>
        <w:jc w:val="right"/>
      </w:pPr>
      <w:r>
        <w:t>حضرت عائشہ جو رسول اللہ کی عالیہ تھیں وہ کہتی ہیں کہ آپ روزانہ صبح کو فجر سے</w:t>
      </w:r>
    </w:p>
    <w:p>
      <w:r>
        <w:rPr>
          <w:b/>
        </w:rPr>
        <w:t xml:space="preserve">[12:25] </w:t>
      </w:r>
      <w:r>
        <w:t>Kuch pehle uthte the.</w:t>
      </w:r>
    </w:p>
    <w:p>
      <w:pPr>
        <w:jc w:val="right"/>
      </w:pPr>
      <w:r>
        <w:t>کچھ پہلے اٹھتے تھے۔</w:t>
      </w:r>
    </w:p>
    <w:p>
      <w:r>
        <w:rPr>
          <w:b/>
        </w:rPr>
        <w:t xml:space="preserve">[12:31] </w:t>
      </w:r>
      <w:r>
        <w:t>To kehti hain ke fa in kuntu mustaiqizatan fa addathani agar main bedaar hoti thi to mujh se baat karte</w:t>
      </w:r>
    </w:p>
    <w:p>
      <w:pPr>
        <w:jc w:val="right"/>
      </w:pPr>
      <w:r>
        <w:t>تو کہتی ہیں کہ فَإِن كُنتُ مُسْتَيقِظَةً فَأَدَّثَنِي اگر میں بیدار ہوتی تھی تو مجھ سے بات کرتے</w:t>
      </w:r>
    </w:p>
    <w:p>
      <w:r>
        <w:rPr>
          <w:b/>
        </w:rPr>
        <w:t xml:space="preserve">[12:36] </w:t>
      </w:r>
      <w:r>
        <w:t>The yani exchange karte the.</w:t>
      </w:r>
    </w:p>
    <w:p>
      <w:pPr>
        <w:jc w:val="right"/>
      </w:pPr>
      <w:r>
        <w:t>تھے یعنی exchange کرتے تھے۔</w:t>
      </w:r>
    </w:p>
    <w:p>
      <w:r>
        <w:rPr>
          <w:b/>
        </w:rPr>
        <w:t xml:space="preserve">[12:42] </w:t>
      </w:r>
      <w:r>
        <w:t>Yeh bohat bari is ke andar baat hai.</w:t>
      </w:r>
    </w:p>
    <w:p>
      <w:pPr>
        <w:jc w:val="right"/>
      </w:pPr>
      <w:r>
        <w:t>یہ بہت بڑی اس کے اندر بات ہے۔</w:t>
      </w:r>
    </w:p>
    <w:p>
      <w:r>
        <w:rPr>
          <w:b/>
        </w:rPr>
        <w:t xml:space="preserve">[12:47] </w:t>
      </w:r>
      <w:r>
        <w:t>Yani Rasool Allah ke liye Aisha to jo hai intellectual partner theen.</w:t>
      </w:r>
    </w:p>
    <w:p>
      <w:pPr>
        <w:jc w:val="right"/>
      </w:pPr>
      <w:r>
        <w:t>یعنی رسول اللہ کے لئے عائشہ تو جو ہے intellectual partner تھیں۔</w:t>
      </w:r>
    </w:p>
    <w:p>
      <w:r>
        <w:rPr>
          <w:b/>
        </w:rPr>
        <w:t xml:space="preserve">[12:53] </w:t>
      </w:r>
      <w:r>
        <w:t>Fa in kuntu mustaiqizatan fa addathani main yeh baat nikalti hai ke Rasool Allah ke liye Hazrat Aisha jo theen</w:t>
      </w:r>
    </w:p>
    <w:p>
      <w:pPr>
        <w:jc w:val="right"/>
      </w:pPr>
      <w:r>
        <w:t>فَإِن كُنتُ مُسْتَيقِظَةً فَأَدَّثَنِي میں یہ بات نکلتی ہے کہ رسول اللہ کے لئے حضرت عائشہ جو تھیں</w:t>
      </w:r>
    </w:p>
    <w:p>
      <w:r>
        <w:rPr>
          <w:b/>
        </w:rPr>
        <w:t xml:space="preserve">[12:58] </w:t>
      </w:r>
      <w:r>
        <w:t>Woh intellectual partner theen.</w:t>
      </w:r>
    </w:p>
    <w:p>
      <w:pPr>
        <w:jc w:val="right"/>
      </w:pPr>
      <w:r>
        <w:t>وہ intellectual partner تھیں۔</w:t>
      </w:r>
    </w:p>
    <w:p>
      <w:r>
        <w:rPr>
          <w:b/>
        </w:rPr>
        <w:t xml:space="preserve">[13:04] </w:t>
      </w:r>
      <w:r>
        <w:t>yani un ke aur un ke darmiyan thought ka exchange hota tha.</w:t>
      </w:r>
    </w:p>
    <w:p>
      <w:pPr>
        <w:jc w:val="right"/>
      </w:pPr>
      <w:r>
        <w:t>یعنی ان کے اور ان کے درمیان thought کا exchange ہوتا تھا۔</w:t>
      </w:r>
    </w:p>
    <w:p>
      <w:r>
        <w:rPr>
          <w:b/>
        </w:rPr>
        <w:t xml:space="preserve">[13:09] </w:t>
      </w:r>
      <w:r>
        <w:t>is ka saboot yeh hai ke sahaba mein yeh saare ulma mante hain ke hazrat aisha jo theen</w:t>
      </w:r>
    </w:p>
    <w:p>
      <w:pPr>
        <w:jc w:val="right"/>
      </w:pPr>
      <w:r>
        <w:t>اس کا ثبوت یہ ہے کہ صحابہ میں یہ سارے علماء مانتے ہیں کہ حضرت عائشہ جو تھیں</w:t>
      </w:r>
    </w:p>
    <w:p>
      <w:r>
        <w:rPr>
          <w:b/>
        </w:rPr>
        <w:t xml:space="preserve">[13:15] </w:t>
      </w:r>
      <w:r>
        <w:t>tamam sahaba mein afqah al sahaba theen.</w:t>
      </w:r>
    </w:p>
    <w:p>
      <w:pPr>
        <w:jc w:val="right"/>
      </w:pPr>
      <w:r>
        <w:t>تمام صحابہ میں افقہ الصحابہ تھیں۔</w:t>
      </w:r>
    </w:p>
    <w:p>
      <w:r>
        <w:rPr>
          <w:b/>
        </w:rPr>
        <w:t xml:space="preserve">[13:20] </w:t>
      </w:r>
      <w:r>
        <w:t>afqah al sahaba ka matlab yeh hota hai ke sab se bara aalim, sab se zyada samajhdar, sab se</w:t>
      </w:r>
    </w:p>
    <w:p>
      <w:pPr>
        <w:jc w:val="right"/>
      </w:pPr>
      <w:r>
        <w:t>افقہ الصحابہ کا مطلب یہ ہوتا ہے کہ سب سے بڑا عالم، سب سے زیادہ سمجھدار، سب سے</w:t>
      </w:r>
    </w:p>
    <w:p>
      <w:r>
        <w:rPr>
          <w:b/>
        </w:rPr>
        <w:t xml:space="preserve">[13:26] </w:t>
      </w:r>
      <w:r>
        <w:t>zyada danishmand hazrat aisha ko samajhti hain.</w:t>
      </w:r>
    </w:p>
    <w:p>
      <w:pPr>
        <w:jc w:val="right"/>
      </w:pPr>
      <w:r>
        <w:t>زیادہ دانشمند حضرت عائشہ کو سمجھتی ہیں۔</w:t>
      </w:r>
    </w:p>
    <w:p>
      <w:r>
        <w:rPr>
          <w:b/>
        </w:rPr>
        <w:t xml:space="preserve">[13:31] </w:t>
      </w:r>
      <w:r>
        <w:t>yeh mana jata hai.</w:t>
      </w:r>
    </w:p>
    <w:p>
      <w:pPr>
        <w:jc w:val="right"/>
      </w:pPr>
      <w:r>
        <w:t>یہ مانا جاتا ہے۔</w:t>
      </w:r>
    </w:p>
    <w:p>
      <w:r>
        <w:rPr>
          <w:b/>
        </w:rPr>
        <w:t xml:space="preserve">[13:37] </w:t>
      </w:r>
      <w:r>
        <w:t>aur un ki jo riwayatein hain aur khaas tor par un ki jo istinbaataat hain woh bohat aham</w:t>
      </w:r>
    </w:p>
    <w:p>
      <w:pPr>
        <w:jc w:val="right"/>
      </w:pPr>
      <w:r>
        <w:t>اور ان کی جو روایتیں ہیں اور خاص طور پر ان کی جو استنباطات ہیں وہ بہت اہم</w:t>
      </w:r>
    </w:p>
    <w:p>
      <w:r>
        <w:rPr>
          <w:b/>
        </w:rPr>
        <w:t xml:space="preserve">[13:43] </w:t>
      </w:r>
      <w:r>
        <w:t>samjhe jate hain hadith mein.</w:t>
      </w:r>
    </w:p>
    <w:p>
      <w:pPr>
        <w:jc w:val="right"/>
      </w:pPr>
      <w:r>
        <w:t>سمجھے جاتے ہیں حدیث میں۔</w:t>
      </w:r>
    </w:p>
    <w:p>
      <w:r>
        <w:rPr>
          <w:b/>
        </w:rPr>
        <w:t xml:space="preserve">[13:48] </w:t>
      </w:r>
      <w:r>
        <w:t>to yeh sawal yeh hai ke aisha ke andar yeh sifat kahan se aayi? aisha ke andar yeh</w:t>
      </w:r>
    </w:p>
    <w:p>
      <w:pPr>
        <w:jc w:val="right"/>
      </w:pPr>
      <w:r>
        <w:t>تو یہ سوال یہ ہے کہ عائشہ کے اندر یہ صفت کہاں سے آئی؟ عائشہ کے اندر یہ</w:t>
      </w:r>
    </w:p>
    <w:p>
      <w:r>
        <w:rPr>
          <w:b/>
        </w:rPr>
        <w:t xml:space="preserve">[13:54] </w:t>
      </w:r>
      <w:r>
        <w:t>sifat kahan se aayi ke woh afqah al sahaba ho gayeen? is ka raaz yahi hai jo faddathani mein</w:t>
      </w:r>
    </w:p>
    <w:p>
      <w:pPr>
        <w:jc w:val="right"/>
      </w:pPr>
      <w:r>
        <w:t>صفت کہاں سے آئی کہ وہ افقہ الصحابہ ہو گئیں؟ اس کا راز یہی ہے جو فَأَدَّثَنِي میں</w:t>
      </w:r>
    </w:p>
    <w:p>
      <w:r>
        <w:rPr>
          <w:b/>
        </w:rPr>
        <w:t xml:space="preserve">[13:59] </w:t>
      </w:r>
      <w:r>
        <w:t>raaz hai is ka.</w:t>
      </w:r>
    </w:p>
    <w:p>
      <w:pPr>
        <w:jc w:val="right"/>
      </w:pPr>
      <w:r>
        <w:t>راز ہے اس کا۔</w:t>
      </w:r>
    </w:p>
    <w:p>
      <w:r>
        <w:rPr>
          <w:b/>
        </w:rPr>
        <w:t xml:space="preserve">[14:05] </w:t>
      </w:r>
      <w:r>
        <w:t>ke rasool Allah rozana aap se intellectual exchange karte the. rozana.</w:t>
      </w:r>
    </w:p>
    <w:p>
      <w:pPr>
        <w:jc w:val="right"/>
      </w:pPr>
      <w:r>
        <w:t>کہ رسول اللہ روزانہ آپ سے intellectual exchange کرتے تھے۔ روزانہ۔</w:t>
      </w:r>
    </w:p>
    <w:p>
      <w:r>
        <w:rPr>
          <w:b/>
        </w:rPr>
        <w:t xml:space="preserve">[14:10] </w:t>
      </w:r>
      <w:r>
        <w:t>aur dekhiye exchange saada baat nahi hai.</w:t>
      </w:r>
    </w:p>
    <w:p>
      <w:pPr>
        <w:jc w:val="right"/>
      </w:pPr>
      <w:r>
        <w:t>اور دیکھئے exchange سادہ بات نہیں ہے۔</w:t>
      </w:r>
    </w:p>
    <w:p>
      <w:r>
        <w:rPr>
          <w:b/>
        </w:rPr>
        <w:t xml:space="preserve">[14:16] </w:t>
      </w:r>
      <w:r>
        <w:t>yani yeh jo hai tabadul khayal ek doosre se open discussion kisi reservation ke baghair.</w:t>
      </w:r>
    </w:p>
    <w:p>
      <w:pPr>
        <w:jc w:val="right"/>
      </w:pPr>
      <w:r>
        <w:t>یعنی یہ جو ہے تبادل خیال ایک دوسرے سے open discussion کسی reservation کے بغیر۔</w:t>
      </w:r>
    </w:p>
    <w:p>
      <w:r>
        <w:rPr>
          <w:b/>
        </w:rPr>
        <w:t xml:space="preserve">[14:21] </w:t>
      </w:r>
      <w:r>
        <w:t>woh nahi ke hazrat aap kya farmate hain yeh nahi yeh andaaz nahi hai exchange ka.</w:t>
      </w:r>
    </w:p>
    <w:p>
      <w:pPr>
        <w:jc w:val="right"/>
      </w:pPr>
      <w:r>
        <w:t>وہ نہیں کہ حضرت آپ کیا فرماتے ہیں یہ نہیں یہ انداز نہیں ہے exchange کا۔</w:t>
      </w:r>
    </w:p>
    <w:p>
      <w:r>
        <w:rPr>
          <w:b/>
        </w:rPr>
        <w:t xml:space="preserve">[14:27] </w:t>
      </w:r>
      <w:r>
        <w:t>open discussion bilkul barabar ke satah par.</w:t>
      </w:r>
    </w:p>
    <w:p>
      <w:pPr>
        <w:jc w:val="right"/>
      </w:pPr>
      <w:r>
        <w:t>open discussion بالکل برابر کے سطح پر۔</w:t>
      </w:r>
    </w:p>
    <w:p>
      <w:r>
        <w:rPr>
          <w:b/>
        </w:rPr>
        <w:t xml:space="preserve">[14:32] </w:t>
      </w:r>
      <w:r>
        <w:t>to aap ne dekha hoga ke do pathar jab takrate hain to us sparking hoti hai.</w:t>
      </w:r>
    </w:p>
    <w:p>
      <w:pPr>
        <w:jc w:val="right"/>
      </w:pPr>
      <w:r>
        <w:t>تو آپ نے دیکھا ہوگا کہ دو پتھر جب ٹکراتے ہیں تو اس sparking ہوتی ہے۔</w:t>
      </w:r>
    </w:p>
    <w:p>
      <w:r>
        <w:rPr>
          <w:b/>
        </w:rPr>
        <w:t xml:space="preserve">[14:38] </w:t>
      </w:r>
      <w:r>
        <w:t>changaari nikalti hai.</w:t>
      </w:r>
    </w:p>
    <w:p>
      <w:pPr>
        <w:jc w:val="right"/>
      </w:pPr>
      <w:r>
        <w:t>چنگاری نکلتی ہے۔</w:t>
      </w:r>
    </w:p>
    <w:p>
      <w:r>
        <w:rPr>
          <w:b/>
        </w:rPr>
        <w:t xml:space="preserve">[14:43] </w:t>
      </w:r>
      <w:r>
        <w:t>do pathar ki takrai se ek teesri cheez paida hoti hai.</w:t>
      </w:r>
    </w:p>
    <w:p>
      <w:pPr>
        <w:jc w:val="right"/>
      </w:pPr>
      <w:r>
        <w:t>دو پتھر کی ٹکرائی سے ایک تیسری چیز پیدا ہوتی ہے۔</w:t>
      </w:r>
    </w:p>
    <w:p>
      <w:r>
        <w:rPr>
          <w:b/>
        </w:rPr>
        <w:t xml:space="preserve">[14:49] </w:t>
      </w:r>
      <w:r>
        <w:t>sparking yeh maamla insaan ka hai.</w:t>
      </w:r>
    </w:p>
    <w:p>
      <w:pPr>
        <w:jc w:val="right"/>
      </w:pPr>
      <w:r>
        <w:t>sparking یہ معاملہ انسان کا ہے۔</w:t>
      </w:r>
    </w:p>
    <w:p>
      <w:r>
        <w:rPr>
          <w:b/>
        </w:rPr>
        <w:t xml:space="preserve">[14:55] </w:t>
      </w:r>
      <w:r>
        <w:t>jab do zehan aapas mein exchange karte hain open mahaul mein.</w:t>
      </w:r>
    </w:p>
    <w:p>
      <w:pPr>
        <w:jc w:val="right"/>
      </w:pPr>
      <w:r>
        <w:t>جب دو ذہن آپس میں exchange کرتے ہیں open ماحول میں۔</w:t>
      </w:r>
    </w:p>
    <w:p>
      <w:r>
        <w:rPr>
          <w:b/>
        </w:rPr>
        <w:t xml:space="preserve">[15:00] </w:t>
      </w:r>
      <w:r>
        <w:t>yani koi pabandi nahi.</w:t>
      </w:r>
    </w:p>
    <w:p>
      <w:pPr>
        <w:jc w:val="right"/>
      </w:pPr>
      <w:r>
        <w:t>یعنی کوئی پابندی نہیں۔</w:t>
      </w:r>
    </w:p>
    <w:p>
      <w:r>
        <w:rPr>
          <w:b/>
        </w:rPr>
        <w:t xml:space="preserve">[15:06] </w:t>
      </w:r>
      <w:r>
        <w:t>un ke jo dil mein woh kahein un ke dil mein woh kahein.</w:t>
      </w:r>
    </w:p>
    <w:p>
      <w:pPr>
        <w:jc w:val="right"/>
      </w:pPr>
      <w:r>
        <w:t>ان کے جو دل میں وہ کہیں ان کے دل میں وہ کہیں۔</w:t>
      </w:r>
    </w:p>
    <w:p>
      <w:r>
        <w:rPr>
          <w:b/>
        </w:rPr>
        <w:t xml:space="preserve">[15:11] </w:t>
      </w:r>
      <w:r>
        <w:t>to do aadmi ke darmiyan jab is qism ka thought exchange hota hai to ek third cheez emerge karti hai.</w:t>
      </w:r>
    </w:p>
    <w:p>
      <w:pPr>
        <w:jc w:val="right"/>
      </w:pPr>
      <w:r>
        <w:t>تو دو آدمی کے درمیان جب اس قسم کا thought exchange ہوتا ہے تو ایک third چیز emerge کرتی ہے۔</w:t>
      </w:r>
    </w:p>
    <w:p>
      <w:r>
        <w:rPr>
          <w:b/>
        </w:rPr>
        <w:t xml:space="preserve">[15:17] </w:t>
      </w:r>
      <w:r>
        <w:t>naye ideas, naye aspects baaton ka yeh hota hai.</w:t>
      </w:r>
    </w:p>
    <w:p>
      <w:pPr>
        <w:jc w:val="right"/>
      </w:pPr>
      <w:r>
        <w:t>نئے ideas، نئے aspects باتوں کا یہ ہوتا ہے۔</w:t>
      </w:r>
    </w:p>
    <w:p>
      <w:r>
        <w:rPr>
          <w:b/>
        </w:rPr>
        <w:t xml:space="preserve">[15:22] </w:t>
      </w:r>
      <w:r>
        <w:t>yeh rasool Allah sal Allah aleh-e-salem karte the sab Aisha ke sath.</w:t>
      </w:r>
    </w:p>
    <w:p>
      <w:pPr>
        <w:jc w:val="right"/>
      </w:pPr>
      <w:r>
        <w:t>یہ رسول اللہ صلی اللہ علیہ وسلم کرتے تھے سب عائشہ کے ساتھ۔</w:t>
      </w:r>
    </w:p>
    <w:p>
      <w:r>
        <w:rPr>
          <w:b/>
        </w:rPr>
        <w:t xml:space="preserve">[15:28] </w:t>
      </w:r>
      <w:r>
        <w:t>Rasool Allah Aisha ko sath le aate the safaron mein.</w:t>
      </w:r>
    </w:p>
    <w:p>
      <w:pPr>
        <w:jc w:val="right"/>
      </w:pPr>
      <w:r>
        <w:t>رسول اللہ عائشہ کو ساتھ لے آتے تھے سفروں میں۔</w:t>
      </w:r>
    </w:p>
    <w:p>
      <w:r>
        <w:rPr>
          <w:b/>
        </w:rPr>
        <w:t xml:space="preserve">[15:33] </w:t>
      </w:r>
      <w:r>
        <w:t>Woh bhi aurat mard ka muamla nahi tha.</w:t>
      </w:r>
    </w:p>
    <w:p>
      <w:pPr>
        <w:jc w:val="right"/>
      </w:pPr>
      <w:r>
        <w:t>وہ بھی عورت مرد کا معاملہ نہیں تھا۔</w:t>
      </w:r>
    </w:p>
    <w:p>
      <w:r>
        <w:rPr>
          <w:b/>
        </w:rPr>
        <w:t xml:space="preserve">[15:39] </w:t>
      </w:r>
      <w:r>
        <w:t>Rasool Allah chahte the ke un ka jo yeh jo silsila hai un ki tarbiyat ka woh safar</w:t>
      </w:r>
    </w:p>
    <w:p>
      <w:pPr>
        <w:jc w:val="right"/>
      </w:pPr>
      <w:r>
        <w:t>رسول اللہ چاہتے تھے کہ ان کا جو یہ جو سلسلہ ہے ان کی تربیت کا وہ سفر</w:t>
      </w:r>
    </w:p>
    <w:p>
      <w:r>
        <w:rPr>
          <w:b/>
        </w:rPr>
        <w:t xml:space="preserve">[15:44] </w:t>
      </w:r>
      <w:r>
        <w:t>mein bhi jari rahe.</w:t>
      </w:r>
    </w:p>
    <w:p>
      <w:pPr>
        <w:jc w:val="right"/>
      </w:pPr>
      <w:r>
        <w:t>میں بھی جاری رہے۔</w:t>
      </w:r>
    </w:p>
    <w:p>
      <w:r>
        <w:rPr>
          <w:b/>
        </w:rPr>
        <w:t xml:space="preserve">[15:50] </w:t>
      </w:r>
      <w:r>
        <w:t>Woh safar mein bhi jari rahe.</w:t>
      </w:r>
    </w:p>
    <w:p>
      <w:pPr>
        <w:jc w:val="right"/>
      </w:pPr>
      <w:r>
        <w:t>وہ سفر میں بھی جاری رہے۔</w:t>
      </w:r>
    </w:p>
    <w:p>
      <w:r>
        <w:rPr>
          <w:b/>
        </w:rPr>
        <w:t xml:space="preserve">[15:55] </w:t>
      </w:r>
      <w:r>
        <w:t>Isi liye Aisha afqah al-sahaba ban gayeen.</w:t>
      </w:r>
    </w:p>
    <w:p>
      <w:pPr>
        <w:jc w:val="right"/>
      </w:pPr>
      <w:r>
        <w:t>اسی لئے عائشہ افقہ الصحابہ بن گئیں۔</w:t>
      </w:r>
    </w:p>
    <w:p>
      <w:r>
        <w:rPr>
          <w:b/>
        </w:rPr>
        <w:t xml:space="preserve">[16:01] </w:t>
      </w:r>
      <w:r>
        <w:t>Ab bataiye ke aaj kal gharon mein aisa hota hai ke aurat ko ek intellectual partner ke taur</w:t>
      </w:r>
    </w:p>
    <w:p>
      <w:pPr>
        <w:jc w:val="right"/>
      </w:pPr>
      <w:r>
        <w:t>اب بتائیے کہ آج کل گھروں میں ایسا ہوتا ہے کہ عورت کو ایک intellectual partner کے طور</w:t>
      </w:r>
    </w:p>
    <w:p>
      <w:r>
        <w:rPr>
          <w:b/>
        </w:rPr>
        <w:t xml:space="preserve">[16:07] </w:t>
      </w:r>
      <w:r>
        <w:t>par koi istemal karta hai.</w:t>
      </w:r>
    </w:p>
    <w:p>
      <w:pPr>
        <w:jc w:val="right"/>
      </w:pPr>
      <w:r>
        <w:t>پر کوئی استعمال کرتا ہے۔</w:t>
      </w:r>
    </w:p>
    <w:p>
      <w:r>
        <w:rPr>
          <w:b/>
        </w:rPr>
        <w:t xml:space="preserve">[16:12] </w:t>
      </w:r>
      <w:r>
        <w:t>Maine ek sahib se poocha jo bohat zyada idhar udhar jate hain.</w:t>
      </w:r>
    </w:p>
    <w:p>
      <w:pPr>
        <w:jc w:val="right"/>
      </w:pPr>
      <w:r>
        <w:t>میں نے ایک صاحب سے پوچھا جو بہت زیادہ ادھر ادھر جاتے ہیں۔</w:t>
      </w:r>
    </w:p>
    <w:p>
      <w:r>
        <w:rPr>
          <w:b/>
        </w:rPr>
        <w:t xml:space="preserve">[16:18] </w:t>
      </w:r>
      <w:r>
        <w:t>Maine kaha aap bohat gharon mein khana khaya hoga aap ne.</w:t>
      </w:r>
    </w:p>
    <w:p>
      <w:pPr>
        <w:jc w:val="right"/>
      </w:pPr>
      <w:r>
        <w:t>میں نے کہا آپ بہت گھروں میں کھانا کھایا ہوگا آپ نے۔</w:t>
      </w:r>
    </w:p>
    <w:p>
      <w:r>
        <w:rPr>
          <w:b/>
        </w:rPr>
        <w:t xml:space="preserve">[16:23] </w:t>
      </w:r>
      <w:r>
        <w:t>Maine bataya un ke rishtedar hi bohat sare hain.</w:t>
      </w:r>
    </w:p>
    <w:p>
      <w:pPr>
        <w:jc w:val="right"/>
      </w:pPr>
      <w:r>
        <w:t>میں نے بتایا ان کے رشتہ دار ہی بہت سارے ہیں۔</w:t>
      </w:r>
    </w:p>
    <w:p>
      <w:r>
        <w:rPr>
          <w:b/>
        </w:rPr>
        <w:t xml:space="preserve">[16:29] </w:t>
      </w:r>
      <w:r>
        <w:t>Mujhe bataiye ke kisi ke aap ne breakfast ke mauqe par, lunch ke mauqe par, dinner ke mauqe</w:t>
      </w:r>
    </w:p>
    <w:p>
      <w:pPr>
        <w:jc w:val="right"/>
      </w:pPr>
      <w:r>
        <w:t>مجھے بتائیے کہ کسی کے آپ نے breakfast کے موقع پر، lunch کے موقع پر، dinner کے موقع</w:t>
      </w:r>
    </w:p>
    <w:p>
      <w:r>
        <w:rPr>
          <w:b/>
        </w:rPr>
        <w:t xml:space="preserve">[16:34] </w:t>
      </w:r>
      <w:r>
        <w:t>par kya baatein suni hain? Marifat ki baatein? Allah ki kibriyai ki baatein? Unhon ne kaha kabhi nahi suna.</w:t>
      </w:r>
    </w:p>
    <w:p>
      <w:pPr>
        <w:jc w:val="right"/>
      </w:pPr>
      <w:r>
        <w:t>پر کیا باتیں سنی ہیں؟ معرفت کی باتیں؟ اللہ کی کبریائی کی باتیں؟ انہوں نے کہا کبھی نہیں سنا۔</w:t>
      </w:r>
    </w:p>
    <w:p>
      <w:r>
        <w:rPr>
          <w:b/>
        </w:rPr>
        <w:t xml:space="preserve">[16:40] </w:t>
      </w:r>
      <w:r>
        <w:t>Bas yahi khana kaisa hai? Yeh hota hai.</w:t>
      </w:r>
    </w:p>
    <w:p>
      <w:pPr>
        <w:jc w:val="right"/>
      </w:pPr>
      <w:r>
        <w:t>بس یہی کھانا کیسا ہے؟ یہ ہوتا ہے۔</w:t>
      </w:r>
    </w:p>
    <w:p>
      <w:r>
        <w:rPr>
          <w:b/>
        </w:rPr>
        <w:t xml:space="preserve">[16:45] </w:t>
      </w:r>
      <w:r>
        <w:t>Yeh khana kaisa hai? Woh khana kaisa hai? Falan jagah aisa khana tha, falan jagah aisa khana tha.</w:t>
      </w:r>
    </w:p>
    <w:p>
      <w:pPr>
        <w:jc w:val="right"/>
      </w:pPr>
      <w:r>
        <w:t>یہ کھانا کیسا ہے؟ وہ کھانا کیسا ہے؟ فلاں جگہ ایسا کھانا تھا، فلاں جگہ ایسا کھانا تھا۔</w:t>
      </w:r>
    </w:p>
    <w:p>
      <w:r>
        <w:rPr>
          <w:b/>
        </w:rPr>
        <w:t xml:space="preserve">[16:51] </w:t>
      </w:r>
      <w:r>
        <w:t>Toh maine kaha ke sahi tareeqa kya hai ke aap agar pani ka glass uthate hain toh</w:t>
      </w:r>
    </w:p>
    <w:p>
      <w:pPr>
        <w:jc w:val="right"/>
      </w:pPr>
      <w:r>
        <w:t>تو میں نے کہا کہ صحیح طریقہ کیا ہے کہ آپ اگر پانی کا گلاس اٹھاتے ہیں تو</w:t>
      </w:r>
    </w:p>
    <w:p>
      <w:r>
        <w:rPr>
          <w:b/>
        </w:rPr>
        <w:t xml:space="preserve">[16:56] </w:t>
      </w:r>
      <w:r>
        <w:t>aap ko ek poora ilm ka samandar aap ke mind mein aajaye.</w:t>
      </w:r>
    </w:p>
    <w:p>
      <w:pPr>
        <w:jc w:val="right"/>
      </w:pPr>
      <w:r>
        <w:t>آپ کو ایک پورا علم کا سمندر آپ کے mind میں آجائے۔</w:t>
      </w:r>
    </w:p>
    <w:p>
      <w:r>
        <w:rPr>
          <w:b/>
        </w:rPr>
        <w:t xml:space="preserve">[17:02] </w:t>
      </w:r>
      <w:r>
        <w:t>Ke Allah ne kis tarah se do gaison ko liquid pani bana diya.</w:t>
      </w:r>
    </w:p>
    <w:p>
      <w:pPr>
        <w:jc w:val="right"/>
      </w:pPr>
      <w:r>
        <w:t>کہ اللہ نے کس طرح سے دو گیسوں کو liquid پانی بنا دیا۔</w:t>
      </w:r>
    </w:p>
    <w:p>
      <w:r>
        <w:rPr>
          <w:b/>
        </w:rPr>
        <w:t xml:space="preserve">[17:07] </w:t>
      </w:r>
      <w:r>
        <w:t>Itni achhi cheez, itni important cheez pani hamare liye hai.</w:t>
      </w:r>
    </w:p>
    <w:p>
      <w:pPr>
        <w:jc w:val="right"/>
      </w:pPr>
      <w:r>
        <w:t>اتنی اچھی چیز، اتنی important چیز پانی ہمارے لئے ہے۔</w:t>
      </w:r>
    </w:p>
    <w:p>
      <w:r>
        <w:rPr>
          <w:b/>
        </w:rPr>
        <w:t xml:space="preserve">[17:13] </w:t>
      </w:r>
      <w:r>
        <w:t>Kis tarah Allah ki qudrat kitni azeem hai.</w:t>
      </w:r>
    </w:p>
    <w:p>
      <w:pPr>
        <w:jc w:val="right"/>
      </w:pPr>
      <w:r>
        <w:t>کس طرح اللہ کی قدرت کتنی عظیم ہے۔</w:t>
      </w:r>
    </w:p>
    <w:p>
      <w:r>
        <w:rPr>
          <w:b/>
        </w:rPr>
        <w:t xml:space="preserve">[17:19] </w:t>
      </w:r>
      <w:r>
        <w:t>Aur itna zyada bade miqdar mein banaya ke samundaron mein pani bhara hua hai.</w:t>
      </w:r>
    </w:p>
    <w:p>
      <w:pPr>
        <w:jc w:val="right"/>
      </w:pPr>
      <w:r>
        <w:t>اور اتنا زیادہ بڑے مقدار میں بنایا کہ سمندروں میں پانی بھرا ہوا ہے۔</w:t>
      </w:r>
    </w:p>
    <w:p>
      <w:r>
        <w:rPr>
          <w:b/>
        </w:rPr>
        <w:t xml:space="preserve">[17:24] </w:t>
      </w:r>
      <w:r>
        <w:t>Phir yeh glass aap sochein ke glass toh ek matter hai.</w:t>
      </w:r>
    </w:p>
    <w:p>
      <w:pPr>
        <w:jc w:val="right"/>
      </w:pPr>
      <w:r>
        <w:t>پھر یہ گلاس آپ سوچیں کہ گلاس تو ایک matter ہے۔</w:t>
      </w:r>
    </w:p>
    <w:p>
      <w:r>
        <w:rPr>
          <w:b/>
        </w:rPr>
        <w:t xml:space="preserve">[17:30] </w:t>
      </w:r>
      <w:r>
        <w:t>Kis tarah se non-glass glass mein convert hota hai.</w:t>
      </w:r>
    </w:p>
    <w:p>
      <w:pPr>
        <w:jc w:val="right"/>
      </w:pPr>
      <w:r>
        <w:t>کس طرح سے non-glass گلاس میں convert ہوتا ہے۔</w:t>
      </w:r>
    </w:p>
    <w:p>
      <w:r>
        <w:rPr>
          <w:b/>
        </w:rPr>
        <w:t xml:space="preserve">[17:35] </w:t>
      </w:r>
      <w:r>
        <w:t>Is ko aap sochein.</w:t>
      </w:r>
    </w:p>
    <w:p>
      <w:pPr>
        <w:jc w:val="right"/>
      </w:pPr>
      <w:r>
        <w:t>اس کو آپ سوچیں۔</w:t>
      </w:r>
    </w:p>
    <w:p>
      <w:r>
        <w:rPr>
          <w:b/>
        </w:rPr>
        <w:t xml:space="preserve">[17:41] </w:t>
      </w:r>
      <w:r>
        <w:t>yeh sab Allah ki yani Allah taala ne is kainat ke andar jo imkanat rakhe the, jo possibility</w:t>
      </w:r>
    </w:p>
    <w:p>
      <w:pPr>
        <w:jc w:val="right"/>
      </w:pPr>
      <w:r>
        <w:t>یہ سب اللہ کی یعنی اللہ تعالیٰ نے اس کائنات کے اندر جو امکانات رکھے تھے، جو possibility</w:t>
      </w:r>
    </w:p>
    <w:p>
      <w:r>
        <w:rPr>
          <w:b/>
        </w:rPr>
        <w:t xml:space="preserve">[17:46] </w:t>
      </w:r>
      <w:r>
        <w:t>isi ko insan ne discover kiya.</w:t>
      </w:r>
    </w:p>
    <w:p>
      <w:pPr>
        <w:jc w:val="right"/>
      </w:pPr>
      <w:r>
        <w:t>اسی کو انسان نے discover کیا۔</w:t>
      </w:r>
    </w:p>
    <w:p>
      <w:r>
        <w:rPr>
          <w:b/>
        </w:rPr>
        <w:t xml:space="preserve">[17:52] </w:t>
      </w:r>
      <w:r>
        <w:t>discover kar ke is ko istemal kar raha hai.</w:t>
      </w:r>
    </w:p>
    <w:p>
      <w:pPr>
        <w:jc w:val="right"/>
      </w:pPr>
      <w:r>
        <w:t>discover کر کے اس کو استعمال کر رہا ہے۔</w:t>
      </w:r>
    </w:p>
    <w:p>
      <w:r>
        <w:rPr>
          <w:b/>
        </w:rPr>
        <w:t xml:space="preserve">[17:57] </w:t>
      </w:r>
      <w:r>
        <w:t>isi ka naam hai science.</w:t>
      </w:r>
    </w:p>
    <w:p>
      <w:pPr>
        <w:jc w:val="right"/>
      </w:pPr>
      <w:r>
        <w:t>اسی کا نام ہے سائنس۔</w:t>
      </w:r>
    </w:p>
    <w:p>
      <w:r>
        <w:rPr>
          <w:b/>
        </w:rPr>
        <w:t xml:space="preserve">[18:03] </w:t>
      </w:r>
      <w:r>
        <w:t>to in ka aisa to mein ne kabhi suna nahi ke log sochein ke kaise gehoon ka drakht</w:t>
      </w:r>
    </w:p>
    <w:p>
      <w:pPr>
        <w:jc w:val="right"/>
      </w:pPr>
      <w:r>
        <w:t>تو ان کا ایسا تو میں نے کبھی سنا نہیں کہ لوگ سوچیں کہ کیسے گیہوں کا درخت</w:t>
      </w:r>
    </w:p>
    <w:p>
      <w:r>
        <w:rPr>
          <w:b/>
        </w:rPr>
        <w:t xml:space="preserve">[18:08] </w:t>
      </w:r>
      <w:r>
        <w:t>zameen se nikal aya.</w:t>
      </w:r>
    </w:p>
    <w:p>
      <w:pPr>
        <w:jc w:val="right"/>
      </w:pPr>
      <w:r>
        <w:t>زمین سے نکل آیا۔</w:t>
      </w:r>
    </w:p>
    <w:p>
      <w:r>
        <w:rPr>
          <w:b/>
        </w:rPr>
        <w:t xml:space="preserve">[18:14] </w:t>
      </w:r>
      <w:r>
        <w:t>kahin gehoon nikal raha hai, kahin chawal nikal raha hai, kahin phal nikal raha hai.</w:t>
      </w:r>
    </w:p>
    <w:p>
      <w:pPr>
        <w:jc w:val="right"/>
      </w:pPr>
      <w:r>
        <w:t>کہیں گیہوں نکل رہا ہے، کہیں چاول نکل رہا ہے، کہیں پھل نکل رہا ہے۔</w:t>
      </w:r>
    </w:p>
    <w:p>
      <w:r>
        <w:rPr>
          <w:b/>
        </w:rPr>
        <w:t xml:space="preserve">[18:19] </w:t>
      </w:r>
      <w:r>
        <w:t>isi zameen se.</w:t>
      </w:r>
    </w:p>
    <w:p>
      <w:pPr>
        <w:jc w:val="right"/>
      </w:pPr>
      <w:r>
        <w:t>اسی زمین سے۔</w:t>
      </w:r>
    </w:p>
    <w:p>
      <w:r>
        <w:rPr>
          <w:b/>
        </w:rPr>
        <w:t xml:space="preserve">[18:25] </w:t>
      </w:r>
      <w:r>
        <w:t>bas log khate hain aur idhar udhar ki batein karte hain, tafreeh karte hain.</w:t>
      </w:r>
    </w:p>
    <w:p>
      <w:pPr>
        <w:jc w:val="right"/>
      </w:pPr>
      <w:r>
        <w:t>بس لوگ کھاتے ہیں اور ادھر ادھر کی باتیں کرتے ہیں، تفریح کرتے ہیں۔</w:t>
      </w:r>
    </w:p>
    <w:p>
      <w:r>
        <w:rPr>
          <w:b/>
        </w:rPr>
        <w:t xml:space="preserve">[18:31] </w:t>
      </w:r>
      <w:r>
        <w:t>kuch khate hain, kuch chhodte hain.</w:t>
      </w:r>
    </w:p>
    <w:p>
      <w:pPr>
        <w:jc w:val="right"/>
      </w:pPr>
      <w:r>
        <w:t>کچھ کھاتے ہیں، کچھ چھوڑتے ہیں۔</w:t>
      </w:r>
    </w:p>
    <w:p>
      <w:r>
        <w:rPr>
          <w:b/>
        </w:rPr>
        <w:t xml:space="preserve">[18:36] </w:t>
      </w:r>
      <w:r>
        <w:t>koi dastarkhwan par Allah ki azmaton ko daryaft nahi karta.</w:t>
      </w:r>
    </w:p>
    <w:p>
      <w:pPr>
        <w:jc w:val="right"/>
      </w:pPr>
      <w:r>
        <w:t>کوئی دسترخوان پر اللہ کی عظمتوں کو دریافت نہیں کرتا۔</w:t>
      </w:r>
    </w:p>
    <w:p>
      <w:r>
        <w:rPr>
          <w:b/>
        </w:rPr>
        <w:t xml:space="preserve">[18:42] </w:t>
      </w:r>
      <w:r>
        <w:t>is mein bhi sab se bara dakhal yeh hai ke auraton ko log is hesiyat se tayyar nahi karte.</w:t>
      </w:r>
    </w:p>
    <w:p>
      <w:pPr>
        <w:jc w:val="right"/>
      </w:pPr>
      <w:r>
        <w:t>اس میں بھی سب سے بڑا دخل یہ ہے کہ عورتوں کو لوگ اس حیثیت سے تیار نہیں کرتے۔</w:t>
      </w:r>
    </w:p>
    <w:p>
      <w:r>
        <w:rPr>
          <w:b/>
        </w:rPr>
        <w:t xml:space="preserve">[18:47] </w:t>
      </w:r>
      <w:r>
        <w:t>auratein bas lazeez khane pakayein aur bas isi ki batein chalti hain ghar mein, isi ki charcha hota hai.</w:t>
      </w:r>
    </w:p>
    <w:p>
      <w:pPr>
        <w:jc w:val="right"/>
      </w:pPr>
      <w:r>
        <w:t>عورتیں بس لذیذ کھانے پکائیں اور بس اسی کی باتیں چلتی ہیں گھر میں، اسی کی چرچا ہوتا ہے۔</w:t>
      </w:r>
    </w:p>
    <w:p>
      <w:r>
        <w:rPr>
          <w:b/>
        </w:rPr>
        <w:t xml:space="preserve">[18:53] </w:t>
      </w:r>
      <w:r>
        <w:t>agar aurat ko jin ka mein ne zikr kiya, mere pas telephone aya tha, mein ne kaha</w:t>
      </w:r>
    </w:p>
    <w:p>
      <w:pPr>
        <w:jc w:val="right"/>
      </w:pPr>
      <w:r>
        <w:t>اگر عورت کو جن کا میں نے ذکر کیا، میرے پاس ٹیلی فون آیا تھا، میں نے کہا</w:t>
      </w:r>
    </w:p>
    <w:p>
      <w:r>
        <w:rPr>
          <w:b/>
        </w:rPr>
        <w:t xml:space="preserve">[18:58] </w:t>
      </w:r>
      <w:r>
        <w:t>aurat jo hai ghar ki central figure hoti hai.</w:t>
      </w:r>
    </w:p>
    <w:p>
      <w:pPr>
        <w:jc w:val="right"/>
      </w:pPr>
      <w:r>
        <w:t>عورت جو ہے گھر کی central figure ہوتی ہے۔</w:t>
      </w:r>
    </w:p>
    <w:p>
      <w:r>
        <w:rPr>
          <w:b/>
        </w:rPr>
        <w:t xml:space="preserve">[19:04] </w:t>
      </w:r>
      <w:r>
        <w:t>aurat ko agar aap tayyar karein to poore ghar mein isi lehaz se mahol banega.</w:t>
      </w:r>
    </w:p>
    <w:p>
      <w:pPr>
        <w:jc w:val="right"/>
      </w:pPr>
      <w:r>
        <w:t>عورت کو اگر آپ تیار کریں تو پورے گھر میں اسی لحاظ سے ماحول بنے گا۔</w:t>
      </w:r>
    </w:p>
    <w:p>
      <w:r>
        <w:rPr>
          <w:b/>
        </w:rPr>
        <w:t xml:space="preserve">[19:09] </w:t>
      </w:r>
      <w:r>
        <w:t>phir dastarkhwan par bhi isi ka charcha hoga.</w:t>
      </w:r>
    </w:p>
    <w:p>
      <w:pPr>
        <w:jc w:val="right"/>
      </w:pPr>
      <w:r>
        <w:t>پھر دسترخوان پر بھی اسی کا چرچا ہوگا۔</w:t>
      </w:r>
    </w:p>
    <w:p>
      <w:r>
        <w:rPr>
          <w:b/>
        </w:rPr>
        <w:t xml:space="preserve">[19:15] </w:t>
      </w:r>
      <w:r>
        <w:t>har mauqe par Allah ki azmaton ki batein hongi.</w:t>
      </w:r>
    </w:p>
    <w:p>
      <w:pPr>
        <w:jc w:val="right"/>
      </w:pPr>
      <w:r>
        <w:t>ہر موقع پر اللہ کی عظمتوں کی باتیں ہوں گی۔</w:t>
      </w:r>
    </w:p>
    <w:p>
      <w:r>
        <w:rPr>
          <w:b/>
        </w:rPr>
        <w:t xml:space="preserve">[19:20] </w:t>
      </w:r>
      <w:r>
        <w:t>lekin aap is hesiyat se auraton ki tayyari nahi karte.</w:t>
      </w:r>
    </w:p>
    <w:p>
      <w:pPr>
        <w:jc w:val="right"/>
      </w:pPr>
      <w:r>
        <w:t>لیکن آپ اس حیثیت سے عورتوں کی تیاری نہیں کرتے۔</w:t>
      </w:r>
    </w:p>
    <w:p>
      <w:r>
        <w:rPr>
          <w:b/>
        </w:rPr>
        <w:t xml:space="preserve">[19:26] </w:t>
      </w:r>
      <w:r>
        <w:t>subah se sham tak aurat khane mein phansi rehti hai.</w:t>
      </w:r>
    </w:p>
    <w:p>
      <w:pPr>
        <w:jc w:val="right"/>
      </w:pPr>
      <w:r>
        <w:t>صبح سے شام تک عورت کھانے میں پھنسی رہتی ہے۔</w:t>
      </w:r>
    </w:p>
    <w:p>
      <w:r>
        <w:rPr>
          <w:b/>
        </w:rPr>
        <w:t xml:space="preserve">[19:31] </w:t>
      </w:r>
      <w:r>
        <w:t>mein gaye haal mein apne aik عزیز ke haan gaya aik shahar mein.</w:t>
      </w:r>
    </w:p>
    <w:p>
      <w:pPr>
        <w:jc w:val="right"/>
      </w:pPr>
      <w:r>
        <w:t>میں گئے حال میں اپنے ایک عزیز کے ہاں گیا ایک شہر میں۔</w:t>
      </w:r>
    </w:p>
    <w:p>
      <w:r>
        <w:rPr>
          <w:b/>
        </w:rPr>
        <w:t xml:space="preserve">[19:37] </w:t>
      </w:r>
      <w:r>
        <w:t>to un ke haan mujhe maloom hua ke subah se sham tak bas kitchen mein auratein rehti hain. kitchen mein.</w:t>
      </w:r>
    </w:p>
    <w:p>
      <w:pPr>
        <w:jc w:val="right"/>
      </w:pPr>
      <w:r>
        <w:t>تو ان کے ہاں مجھے معلوم ہوا کہ صبح سے شام تک بس کچن میں عورتیں رہتی ہیں۔ کچن میں۔</w:t>
      </w:r>
    </w:p>
    <w:p>
      <w:r>
        <w:rPr>
          <w:b/>
        </w:rPr>
        <w:t xml:space="preserve">[19:43] </w:t>
      </w:r>
      <w:r>
        <w:t>to jate hi sab se pehla mein ne kaam kaha ke aurat koi kitchen mein nahi jayegi.</w:t>
      </w:r>
    </w:p>
    <w:p>
      <w:pPr>
        <w:jc w:val="right"/>
      </w:pPr>
      <w:r>
        <w:t>تو جاتے ہی سب سے پہلا میں نے کام کہا کہ عورت کوئی کچن میں نہیں جائے گی۔</w:t>
      </w:r>
    </w:p>
    <w:p>
      <w:r>
        <w:rPr>
          <w:b/>
        </w:rPr>
        <w:t xml:space="preserve">[19:48] </w:t>
      </w:r>
      <w:r>
        <w:t>aap ke haan jo aik mulazim hoga, wahi pakayega, wahi kha lega.</w:t>
      </w:r>
    </w:p>
    <w:p>
      <w:pPr>
        <w:jc w:val="right"/>
      </w:pPr>
      <w:r>
        <w:t>آپ کے ہاں جو ایک ملازم ہوگا، وہی پکائے گا، وہی کھا لے گا۔</w:t>
      </w:r>
    </w:p>
    <w:p>
      <w:r>
        <w:rPr>
          <w:b/>
        </w:rPr>
        <w:t xml:space="preserve">[19:54] </w:t>
      </w:r>
      <w:r>
        <w:t>aap kitchen mein nahi jana, aap hamari batein suneiye.</w:t>
      </w:r>
    </w:p>
    <w:p>
      <w:pPr>
        <w:jc w:val="right"/>
      </w:pPr>
      <w:r>
        <w:t>آپ کچن میں نہیں جانا، آپ ہماری باتیں سنیے۔</w:t>
      </w:r>
    </w:p>
    <w:p>
      <w:r>
        <w:rPr>
          <w:b/>
        </w:rPr>
        <w:t xml:space="preserve">[19:59] </w:t>
      </w:r>
      <w:r>
        <w:t>to un ke liye ek nai baat thi ke koi mehman aaye, auratain kitchen mein na jayen.</w:t>
      </w:r>
    </w:p>
    <w:p>
      <w:pPr>
        <w:jc w:val="right"/>
      </w:pPr>
      <w:r>
        <w:t>تو ان کے لئے ایک نئی بات تھی کہ کوئی مہمان آئے، عورتیں کچن میں نہ جائیں۔</w:t>
      </w:r>
    </w:p>
    <w:p>
      <w:r>
        <w:rPr>
          <w:b/>
        </w:rPr>
        <w:t xml:space="preserve">[20:05] </w:t>
      </w:r>
      <w:r>
        <w:t>yeh nai baat thi.</w:t>
      </w:r>
    </w:p>
    <w:p>
      <w:pPr>
        <w:jc w:val="right"/>
      </w:pPr>
      <w:r>
        <w:t>یہ نئی بات تھی۔</w:t>
      </w:r>
    </w:p>
    <w:p>
      <w:r>
        <w:rPr>
          <w:b/>
        </w:rPr>
        <w:t xml:space="preserve">[20:10] </w:t>
      </w:r>
      <w:r>
        <w:t>mehman aane ke mani hain ke auratain kitchen mein ja kar ke subah se sham tak mashghool rahen.</w:t>
      </w:r>
    </w:p>
    <w:p>
      <w:pPr>
        <w:jc w:val="right"/>
      </w:pPr>
      <w:r>
        <w:t>مہمان آنے کے معنی ہیں کہ عورتیں کچن میں جا کر کے صبح سے شام تک مشغول رہیں۔</w:t>
      </w:r>
    </w:p>
    <w:p>
      <w:r>
        <w:rPr>
          <w:b/>
        </w:rPr>
        <w:t xml:space="preserve">[20:16] </w:t>
      </w:r>
      <w:r>
        <w:t>main ne kaha kisi aurat ko kitchen mein nahin jana hai.</w:t>
      </w:r>
    </w:p>
    <w:p>
      <w:pPr>
        <w:jc w:val="right"/>
      </w:pPr>
      <w:r>
        <w:t>میں نے کہا کسی عورت کو کچن میں نہیں جانا ہے۔</w:t>
      </w:r>
    </w:p>
    <w:p>
      <w:r>
        <w:rPr>
          <w:b/>
        </w:rPr>
        <w:t xml:space="preserve">[20:21] </w:t>
      </w:r>
      <w:r>
        <w:t>sab ko hamari baaten sunna hai.</w:t>
      </w:r>
    </w:p>
    <w:p>
      <w:pPr>
        <w:jc w:val="right"/>
      </w:pPr>
      <w:r>
        <w:t>سب کو ہماری باتیں سننا ہے۔</w:t>
      </w:r>
    </w:p>
    <w:p>
      <w:r>
        <w:rPr>
          <w:b/>
        </w:rPr>
        <w:t xml:space="preserve">[20:27] </w:t>
      </w:r>
      <w:r>
        <w:t>aur ghar mein jo jo kaam karne wali ek aurat hai, wahi jo pakati hai, khane ke liye wahi hum.</w:t>
      </w:r>
    </w:p>
    <w:p>
      <w:pPr>
        <w:jc w:val="right"/>
      </w:pPr>
      <w:r>
        <w:t>اور گھر میں جو جو کام کرنے والی ایک عورت ہے، وہی جو پکاتی ہے، کھانے کے لیے وہی ہم۔</w:t>
      </w:r>
    </w:p>
    <w:p>
      <w:r>
        <w:rPr>
          <w:b/>
        </w:rPr>
        <w:t xml:space="preserve">[20:32] </w:t>
      </w:r>
      <w:r>
        <w:t>yeh kisi kahin yeh mahaul hi nahin kisi ghar mein.</w:t>
      </w:r>
    </w:p>
    <w:p>
      <w:pPr>
        <w:jc w:val="right"/>
      </w:pPr>
      <w:r>
        <w:t>یہ کسی کہیں یہ ماحول ہی نہیں کسی گھر میں۔</w:t>
      </w:r>
    </w:p>
    <w:p>
      <w:r>
        <w:rPr>
          <w:b/>
        </w:rPr>
        <w:t xml:space="preserve">[20:38] </w:t>
      </w:r>
      <w:r>
        <w:t>yeh ghar mein kisi ghar mein yeh mahaul nahin.</w:t>
      </w:r>
    </w:p>
    <w:p>
      <w:pPr>
        <w:jc w:val="right"/>
      </w:pPr>
      <w:r>
        <w:t>یہ گھر میں کسی گھر میں یہ ماحول نہیں۔</w:t>
      </w:r>
    </w:p>
    <w:p>
      <w:r>
        <w:rPr>
          <w:b/>
        </w:rPr>
        <w:t xml:space="preserve">[20:43] </w:t>
      </w:r>
      <w:r>
        <w:t>main ek martaba bambay gaya to ek sahab ne, main kisi hotel mein thehra hua tha, to ek</w:t>
      </w:r>
    </w:p>
    <w:p>
      <w:pPr>
        <w:jc w:val="right"/>
      </w:pPr>
      <w:r>
        <w:t>میں ایک مرتبہ بامبے گیا تو ایک صاحب نے، میں کسی ہوٹل میں ٹھہرا ہوا تھا، تو ایک</w:t>
      </w:r>
    </w:p>
    <w:p>
      <w:r>
        <w:rPr>
          <w:b/>
        </w:rPr>
        <w:t xml:space="preserve">[20:49] </w:t>
      </w:r>
      <w:r>
        <w:t>sahab ne kaha ke mere ghar chaliye.</w:t>
      </w:r>
    </w:p>
    <w:p>
      <w:pPr>
        <w:jc w:val="right"/>
      </w:pPr>
      <w:r>
        <w:t>صاحب نے کہا کہ میرے گھر چلیے۔</w:t>
      </w:r>
    </w:p>
    <w:p>
      <w:r>
        <w:rPr>
          <w:b/>
        </w:rPr>
        <w:t xml:space="preserve">[20:55] </w:t>
      </w:r>
      <w:r>
        <w:t>to apni car par mujhe bitha kar le chale.</w:t>
      </w:r>
    </w:p>
    <w:p>
      <w:pPr>
        <w:jc w:val="right"/>
      </w:pPr>
      <w:r>
        <w:t>تو اپنی کار پر مجھے بٹھا کر لے چلے۔</w:t>
      </w:r>
    </w:p>
    <w:p>
      <w:r>
        <w:rPr>
          <w:b/>
        </w:rPr>
        <w:t xml:space="preserve">[21:00] </w:t>
      </w:r>
      <w:r>
        <w:t>to phir main ne dekha ke jo road jo ghar ki taraf jati hai, us se mur kar</w:t>
      </w:r>
    </w:p>
    <w:p>
      <w:pPr>
        <w:jc w:val="right"/>
      </w:pPr>
      <w:r>
        <w:t>تو پھر میں نے دیکھا کہ جو روڈ جو گھر کی طرف جاتی ہے، اس سے مڑ کر</w:t>
      </w:r>
    </w:p>
    <w:p>
      <w:r>
        <w:rPr>
          <w:b/>
        </w:rPr>
        <w:t xml:space="preserve">[21:06] </w:t>
      </w:r>
      <w:r>
        <w:t>ek aur taraf ja rahe hain.</w:t>
      </w:r>
    </w:p>
    <w:p>
      <w:pPr>
        <w:jc w:val="right"/>
      </w:pPr>
      <w:r>
        <w:t>ایک اور طرف جا رہے ہیں۔</w:t>
      </w:r>
    </w:p>
    <w:p>
      <w:r>
        <w:rPr>
          <w:b/>
        </w:rPr>
        <w:t xml:space="preserve">[21:11] </w:t>
      </w:r>
      <w:r>
        <w:t>main ne kaha idhar kahan ja rahe hain? to pata chala ke gosht khareedne ja rahe hain.</w:t>
      </w:r>
    </w:p>
    <w:p>
      <w:pPr>
        <w:jc w:val="right"/>
      </w:pPr>
      <w:r>
        <w:t>میں نے کہا ادھر کہاں جا رہے ہیں؟ تو پتہ چلا کہ گوشت خریدنے جا رہے ہیں۔</w:t>
      </w:r>
    </w:p>
    <w:p>
      <w:r>
        <w:rPr>
          <w:b/>
        </w:rPr>
        <w:t xml:space="preserve">[21:17] </w:t>
      </w:r>
      <w:r>
        <w:t>to main ne kaha mujhe gosht nahin khana hai.</w:t>
      </w:r>
    </w:p>
    <w:p>
      <w:pPr>
        <w:jc w:val="right"/>
      </w:pPr>
      <w:r>
        <w:t>تو میں نے کہا مجھے گوشت نہیں کھانا ہے۔</w:t>
      </w:r>
    </w:p>
    <w:p>
      <w:r>
        <w:rPr>
          <w:b/>
        </w:rPr>
        <w:t xml:space="preserve">[21:22] </w:t>
      </w:r>
      <w:r>
        <w:t>jo hai wahi khana hai mujhe.</w:t>
      </w:r>
    </w:p>
    <w:p>
      <w:pPr>
        <w:jc w:val="right"/>
      </w:pPr>
      <w:r>
        <w:t>جو ہے وہی کھانا ہے مجھے۔</w:t>
      </w:r>
    </w:p>
    <w:p>
      <w:r>
        <w:rPr>
          <w:b/>
        </w:rPr>
        <w:t xml:space="preserve">[21:28] </w:t>
      </w:r>
      <w:r>
        <w:t>yani mujhe le ja rahe hain to un ke baad mein kya door ho raha hai ke gosht</w:t>
      </w:r>
    </w:p>
    <w:p>
      <w:pPr>
        <w:jc w:val="right"/>
      </w:pPr>
      <w:r>
        <w:t>یعنی مجھے لے جا رہے ہیں تو ان کے بعد میں کیا دور ہو رہا ہے کہ گوشت</w:t>
      </w:r>
    </w:p>
    <w:p>
      <w:r>
        <w:rPr>
          <w:b/>
        </w:rPr>
        <w:t xml:space="preserve">[21:33] </w:t>
      </w:r>
      <w:r>
        <w:t>khareedna zaroori hai.</w:t>
      </w:r>
    </w:p>
    <w:p>
      <w:pPr>
        <w:jc w:val="right"/>
      </w:pPr>
      <w:r>
        <w:t>خریدنا ضروری ہے۔</w:t>
      </w:r>
    </w:p>
    <w:p>
      <w:r>
        <w:rPr>
          <w:b/>
        </w:rPr>
        <w:t xml:space="preserve">[21:39] </w:t>
      </w:r>
      <w:r>
        <w:t>yehi sab gharon mein hota hai.</w:t>
      </w:r>
    </w:p>
    <w:p>
      <w:pPr>
        <w:jc w:val="right"/>
      </w:pPr>
      <w:r>
        <w:t>یہی سب گھروں میں ہوتا ہے۔</w:t>
      </w:r>
    </w:p>
    <w:p>
      <w:r>
        <w:rPr>
          <w:b/>
        </w:rPr>
        <w:t xml:space="preserve">[21:44] </w:t>
      </w:r>
      <w:r>
        <w:t>to aurat ke bare mein rasool Allah salallahu alaihi wasallam ne farmaya ke woh dunya ki sab</w:t>
      </w:r>
    </w:p>
    <w:p>
      <w:pPr>
        <w:jc w:val="right"/>
      </w:pPr>
      <w:r>
        <w:t>تو عورت کے بارے میں رسول اللہ صلی اللہ علیہ وسلم نے فرمایا کہ وہ دنیا کی سب</w:t>
      </w:r>
    </w:p>
    <w:p>
      <w:r>
        <w:rPr>
          <w:b/>
        </w:rPr>
        <w:t xml:space="preserve">[21:50] </w:t>
      </w:r>
      <w:r>
        <w:t>se behtareen mataa hai.</w:t>
      </w:r>
    </w:p>
    <w:p>
      <w:pPr>
        <w:jc w:val="right"/>
      </w:pPr>
      <w:r>
        <w:t>سے بہترین متاع ہے۔</w:t>
      </w:r>
    </w:p>
    <w:p>
      <w:r>
        <w:rPr>
          <w:b/>
        </w:rPr>
        <w:t xml:space="preserve">[21:55] </w:t>
      </w:r>
      <w:r>
        <w:t>us ko sare log zaye kiye hue hain.</w:t>
      </w:r>
    </w:p>
    <w:p>
      <w:pPr>
        <w:jc w:val="right"/>
      </w:pPr>
      <w:r>
        <w:t>اس کو سارے لوگ ضائع کیے ہوئے ہیں۔</w:t>
      </w:r>
    </w:p>
    <w:p>
      <w:r>
        <w:rPr>
          <w:b/>
        </w:rPr>
        <w:t xml:space="preserve">[22:01] </w:t>
      </w:r>
      <w:r>
        <w:t>main to yeh kahunga ke maujooda zamane mein har ghar ek ek living graveyard hai.</w:t>
      </w:r>
    </w:p>
    <w:p>
      <w:pPr>
        <w:jc w:val="right"/>
      </w:pPr>
      <w:r>
        <w:t>میں تو یہ کہوں گا کہ موجودہ زمانے میں ہر گھر ایک ایک living graveyard ہے۔</w:t>
      </w:r>
    </w:p>
    <w:p>
      <w:r>
        <w:rPr>
          <w:b/>
        </w:rPr>
        <w:t xml:space="preserve">[22:07] </w:t>
      </w:r>
      <w:r>
        <w:t>zinda qabristan hai.</w:t>
      </w:r>
    </w:p>
    <w:p>
      <w:pPr>
        <w:jc w:val="right"/>
      </w:pPr>
      <w:r>
        <w:t>زندہ قبرستان ہے۔</w:t>
      </w:r>
    </w:p>
    <w:p>
      <w:r>
        <w:rPr>
          <w:b/>
        </w:rPr>
        <w:t xml:space="preserve">[22:12] </w:t>
      </w:r>
      <w:r>
        <w:t>har ghar, har ghar ek living graveyard hai. zinda qabristan.</w:t>
      </w:r>
    </w:p>
    <w:p>
      <w:pPr>
        <w:jc w:val="right"/>
      </w:pPr>
      <w:r>
        <w:t>ہر گھر، ہر گھر ایک living graveyard ہے۔ زندہ قبرستان۔</w:t>
      </w:r>
    </w:p>
    <w:p>
      <w:r>
        <w:rPr>
          <w:b/>
        </w:rPr>
        <w:t xml:space="preserve">[22:18] </w:t>
      </w:r>
      <w:r>
        <w:t>keh log wahan rehte hain ek ghar mein.</w:t>
      </w:r>
    </w:p>
    <w:p>
      <w:pPr>
        <w:jc w:val="right"/>
      </w:pPr>
      <w:r>
        <w:t>کہ لوگ وہاں رہتے ہیں ایک گھر میں۔</w:t>
      </w:r>
    </w:p>
    <w:p>
      <w:r>
        <w:rPr>
          <w:b/>
        </w:rPr>
        <w:t xml:space="preserve">[22:23] </w:t>
      </w:r>
      <w:r>
        <w:t>kis liye? acha kapra, acha khana aur yeh shopping.</w:t>
      </w:r>
    </w:p>
    <w:p>
      <w:pPr>
        <w:jc w:val="right"/>
      </w:pPr>
      <w:r>
        <w:t>کس لئے؟ اچھا کپڑا، اچھا کھانا اور یہ shopping۔</w:t>
      </w:r>
    </w:p>
    <w:p>
      <w:r>
        <w:rPr>
          <w:b/>
        </w:rPr>
        <w:t xml:space="preserve">[22:29] </w:t>
      </w:r>
      <w:r>
        <w:t>bas yahi sab, isi ka charcha.</w:t>
      </w:r>
    </w:p>
    <w:p>
      <w:pPr>
        <w:jc w:val="right"/>
      </w:pPr>
      <w:r>
        <w:t>بس یہی سب، اسی کا چرچا۔</w:t>
      </w:r>
    </w:p>
    <w:p>
      <w:r>
        <w:rPr>
          <w:b/>
        </w:rPr>
        <w:t xml:space="preserve">[22:34] </w:t>
      </w:r>
      <w:r>
        <w:t>woh zinda qabristan hai woh.</w:t>
      </w:r>
    </w:p>
    <w:p>
      <w:pPr>
        <w:jc w:val="right"/>
      </w:pPr>
      <w:r>
        <w:t>وہ زندہ قبرستان ہے وہ۔</w:t>
      </w:r>
    </w:p>
    <w:p>
      <w:r>
        <w:rPr>
          <w:b/>
        </w:rPr>
        <w:t xml:space="preserve">[22:40] </w:t>
      </w:r>
      <w:r>
        <w:t>jahan Allah ki baatein na hon, jahan marifat ka charcha na ho, jahan dawat mission ka zikr na</w:t>
      </w:r>
    </w:p>
    <w:p>
      <w:pPr>
        <w:jc w:val="right"/>
      </w:pPr>
      <w:r>
        <w:t>جہاں اللہ کی باتیں نہ ہوں، جہاں معرفت کا چرچا نہ ہو، جہاں دعوت مشن کا ذکر نہ</w:t>
      </w:r>
    </w:p>
    <w:p>
      <w:r>
        <w:rPr>
          <w:b/>
        </w:rPr>
        <w:t xml:space="preserve">[22:45] </w:t>
      </w:r>
      <w:r>
        <w:t>ho, woh zinda qabristan hai woh.</w:t>
      </w:r>
    </w:p>
    <w:p>
      <w:pPr>
        <w:jc w:val="right"/>
      </w:pPr>
      <w:r>
        <w:t>ہو، وہ زندہ قبرستان ہے وہ۔</w:t>
      </w:r>
    </w:p>
    <w:p>
      <w:r>
        <w:rPr>
          <w:b/>
        </w:rPr>
        <w:t xml:space="preserve">[22:51] </w:t>
      </w:r>
      <w:r>
        <w:t>toh yahi har ghar ka haal hai.</w:t>
      </w:r>
    </w:p>
    <w:p>
      <w:pPr>
        <w:jc w:val="right"/>
      </w:pPr>
      <w:r>
        <w:t>تو یہی ہر گھر کا حال ہے۔</w:t>
      </w:r>
    </w:p>
    <w:p>
      <w:r>
        <w:rPr>
          <w:b/>
        </w:rPr>
        <w:t xml:space="preserve">[22:56] </w:t>
      </w:r>
      <w:r>
        <w:t>yani jo darhi wale hain, unka bhi, jo be darhi wale hain, unka bhi.</w:t>
      </w:r>
    </w:p>
    <w:p>
      <w:pPr>
        <w:jc w:val="right"/>
      </w:pPr>
      <w:r>
        <w:t>یعنی جو داڑھی والے ہیں، ان کا بھی، جو بے داڑھی والے ہیں، ان کا بھی۔</w:t>
      </w:r>
    </w:p>
    <w:p>
      <w:r>
        <w:rPr>
          <w:b/>
        </w:rPr>
        <w:t xml:space="preserve">[23:02] </w:t>
      </w:r>
      <w:r>
        <w:t>jo molvi hain, unka bhi, jo mister hain, unka bhi.</w:t>
      </w:r>
    </w:p>
    <w:p>
      <w:pPr>
        <w:jc w:val="right"/>
      </w:pPr>
      <w:r>
        <w:t>جو مولوی ہیں، ان کا بھی، جو مسٹر ہیں، ان کا بھی۔</w:t>
      </w:r>
    </w:p>
    <w:p>
      <w:r>
        <w:rPr>
          <w:b/>
        </w:rPr>
        <w:t xml:space="preserve">[23:07] </w:t>
      </w:r>
      <w:r>
        <w:t>toh yeh jo hadith maine sunai ke ghussa na karo, toh iske maani yeh hain ke</w:t>
      </w:r>
    </w:p>
    <w:p>
      <w:pPr>
        <w:jc w:val="right"/>
      </w:pPr>
      <w:r>
        <w:t>تو یہ جو حدیث میں نے سنائی کہ غصہ نہ کرو، تو اس کے معنی یہ ہیں کہ</w:t>
      </w:r>
    </w:p>
    <w:p>
      <w:r>
        <w:rPr>
          <w:b/>
        </w:rPr>
        <w:t xml:space="preserve">[23:13] </w:t>
      </w:r>
      <w:r>
        <w:t>apne ghar ko aisa mahaul banao ke wahan ghussa aur negative thinking, nafrat ki baatein, shikayat ki baatein</w:t>
      </w:r>
    </w:p>
    <w:p>
      <w:pPr>
        <w:jc w:val="right"/>
      </w:pPr>
      <w:r>
        <w:t>اپنے گھر کو ایسا ماحول بناؤ کہ وہاں غصہ اور negative thinking، نفرت کی باتیں، شکایت کی باتیں</w:t>
      </w:r>
    </w:p>
    <w:p>
      <w:r>
        <w:rPr>
          <w:b/>
        </w:rPr>
        <w:t xml:space="preserve">[23:19] </w:t>
      </w:r>
      <w:r>
        <w:t>yeh bilkul na hon.</w:t>
      </w:r>
    </w:p>
    <w:p>
      <w:pPr>
        <w:jc w:val="right"/>
      </w:pPr>
      <w:r>
        <w:t>یہ بالکل نہ ہوں۔</w:t>
      </w:r>
    </w:p>
    <w:p>
      <w:r>
        <w:rPr>
          <w:b/>
        </w:rPr>
        <w:t xml:space="preserve">[23:24] </w:t>
      </w:r>
      <w:r>
        <w:t>iska kuch charcha hi na ho wahan par.</w:t>
      </w:r>
    </w:p>
    <w:p>
      <w:pPr>
        <w:jc w:val="right"/>
      </w:pPr>
      <w:r>
        <w:t>اس کا کچھ چرچا ہی نہ ہو وہاں پر۔</w:t>
      </w:r>
    </w:p>
    <w:p>
      <w:r>
        <w:rPr>
          <w:b/>
        </w:rPr>
        <w:t xml:space="preserve">[23:30] </w:t>
      </w:r>
      <w:r>
        <w:t>tab kya hoga? har ek ko mauqa hoga ke woh marifat ki baatein sochein.</w:t>
      </w:r>
    </w:p>
    <w:p>
      <w:pPr>
        <w:jc w:val="right"/>
      </w:pPr>
      <w:r>
        <w:t>تب کیا ہوگا؟ ہر ایک کو موقع ہوگا کہ وہ معرفت کی باتیں سوچے۔</w:t>
      </w:r>
    </w:p>
    <w:p>
      <w:r>
        <w:rPr>
          <w:b/>
        </w:rPr>
        <w:t xml:space="preserve">[23:35] </w:t>
      </w:r>
      <w:r>
        <w:t>intellectual development ki baatein sochein.</w:t>
      </w:r>
    </w:p>
    <w:p>
      <w:pPr>
        <w:jc w:val="right"/>
      </w:pPr>
      <w:r>
        <w:t>intellectual development کی باتیں سوچے۔</w:t>
      </w:r>
    </w:p>
    <w:p>
      <w:r>
        <w:rPr>
          <w:b/>
        </w:rPr>
        <w:t xml:space="preserve">[23:41] </w:t>
      </w:r>
      <w:r>
        <w:t>tab aisa hoga, warna hoga nahin.</w:t>
      </w:r>
    </w:p>
    <w:p>
      <w:pPr>
        <w:jc w:val="right"/>
      </w:pPr>
      <w:r>
        <w:t>تب ایسا ہوگا، ورنہ ہوگا نہیں۔</w:t>
      </w:r>
    </w:p>
    <w:p>
      <w:r>
        <w:rPr>
          <w:b/>
        </w:rPr>
        <w:t xml:space="preserve">[23:46] </w:t>
      </w:r>
      <w:r>
        <w:t>toh main samajhta hoon ke Allah taala ne aurat ko ek toh aurat ko insaan ke liye ek</w:t>
      </w:r>
    </w:p>
    <w:p>
      <w:pPr>
        <w:jc w:val="right"/>
      </w:pPr>
      <w:r>
        <w:t>تو میں سمجھتا ہوں کہ اللہ تعالیٰ نے عورت کو ایک تو عورت کو انسان کے لئے ایک</w:t>
      </w:r>
    </w:p>
    <w:p>
      <w:r>
        <w:rPr>
          <w:b/>
        </w:rPr>
        <w:t xml:space="preserve">[23:52] </w:t>
      </w:r>
      <w:r>
        <w:t>gift hai, ek tohfa hai.</w:t>
      </w:r>
    </w:p>
    <w:p>
      <w:pPr>
        <w:jc w:val="right"/>
      </w:pPr>
      <w:r>
        <w:t>gift ہے، ایک تحفہ ہے۔</w:t>
      </w:r>
    </w:p>
    <w:p>
      <w:r>
        <w:rPr>
          <w:b/>
        </w:rPr>
        <w:t xml:space="preserve">[23:57] </w:t>
      </w:r>
      <w:r>
        <w:t>lekin har ek ne is tohfe ko barbaad kar rakha hai.</w:t>
      </w:r>
    </w:p>
    <w:p>
      <w:pPr>
        <w:jc w:val="right"/>
      </w:pPr>
      <w:r>
        <w:t>لیکن ہر ایک نے اس تحفے کو برباد کر رکھا ہے۔</w:t>
      </w:r>
    </w:p>
    <w:p>
      <w:r>
        <w:rPr>
          <w:b/>
        </w:rPr>
        <w:t xml:space="preserve">[24:03] </w:t>
      </w:r>
      <w:r>
        <w:t>kyunki kya hai? bas shopping, khana, kapra, furniture, isi mein subah se shaam guzarte hain.</w:t>
      </w:r>
    </w:p>
    <w:p>
      <w:pPr>
        <w:jc w:val="right"/>
      </w:pPr>
      <w:r>
        <w:t>کیونکہ کیا ہے؟ بس shopping، کھانا، کپڑا، furniture، اسی میں صبح سے شام گزرتے ہیں۔</w:t>
      </w:r>
    </w:p>
    <w:p>
      <w:r>
        <w:rPr>
          <w:b/>
        </w:rPr>
        <w:t xml:space="preserve">[24:08] </w:t>
      </w:r>
      <w:r>
        <w:t>toh sab se bada aurat ka jo istemal hai, wahi hai jo hadith mein aaya ke فَأَدَّثَنِي yani</w:t>
      </w:r>
    </w:p>
    <w:p>
      <w:pPr>
        <w:jc w:val="right"/>
      </w:pPr>
      <w:r>
        <w:t>تو سب سے بڑا عورت کا جو استعمال ہے، وہی ہے جو حدیث میں آیا کہ فَأَدَّثَنِي یعنی</w:t>
      </w:r>
    </w:p>
    <w:p>
      <w:r>
        <w:rPr>
          <w:b/>
        </w:rPr>
        <w:t xml:space="preserve">[24:14] </w:t>
      </w:r>
      <w:r>
        <w:t>mujh se exchange karte the.</w:t>
      </w:r>
    </w:p>
    <w:p>
      <w:pPr>
        <w:jc w:val="right"/>
      </w:pPr>
      <w:r>
        <w:t>مجھ سے exchange کرتے تھے۔</w:t>
      </w:r>
    </w:p>
    <w:p>
      <w:r>
        <w:rPr>
          <w:b/>
        </w:rPr>
        <w:t xml:space="preserve">[24:19] </w:t>
      </w:r>
      <w:r>
        <w:t>toh aurat aur mard dono ek doosre ke liye intellectual partner banein.</w:t>
      </w:r>
    </w:p>
    <w:p>
      <w:pPr>
        <w:jc w:val="right"/>
      </w:pPr>
      <w:r>
        <w:t>تو عورت اور مرد دونوں ایک دوسرے کے لئے intellectual partner بنیں۔</w:t>
      </w:r>
    </w:p>
    <w:p>
      <w:r>
        <w:rPr>
          <w:b/>
        </w:rPr>
        <w:t xml:space="preserve">[24:25] </w:t>
      </w:r>
      <w:r>
        <w:t>is se dono ko zehni irtaqa hoga.</w:t>
      </w:r>
    </w:p>
    <w:p>
      <w:pPr>
        <w:jc w:val="right"/>
      </w:pPr>
      <w:r>
        <w:t>اس سے دونوں کو ذہنی ارتقاء ہوگا۔</w:t>
      </w:r>
    </w:p>
    <w:p>
      <w:r>
        <w:rPr>
          <w:b/>
        </w:rPr>
        <w:t xml:space="preserve">[24:31] </w:t>
      </w:r>
      <w:r>
        <w:t>aur dono ko mauqa milega ke apne aap ko ek behtar, apne andar ek behtar personality ko develop karein.</w:t>
      </w:r>
    </w:p>
    <w:p>
      <w:pPr>
        <w:jc w:val="right"/>
      </w:pPr>
      <w:r>
        <w:t>اور دونوں کو موقع ملے گا کہ اپنے آپ کو ایک بہتر، اپنے اندر ایک بہتر personality کو develop کریں۔</w:t>
      </w:r>
    </w:p>
    <w:p>
      <w:r>
        <w:rPr>
          <w:b/>
        </w:rPr>
        <w:t xml:space="preserve">[24:36] </w:t>
      </w:r>
      <w:r>
        <w:t>to aik baat yeh hai is hadith mein.</w:t>
      </w:r>
    </w:p>
    <w:p>
      <w:pPr>
        <w:jc w:val="right"/>
      </w:pPr>
      <w:r>
        <w:t>تو ایک بات یہ ہے اس حدیث میں۔</w:t>
      </w:r>
    </w:p>
    <w:p>
      <w:r>
        <w:rPr>
          <w:b/>
        </w:rPr>
        <w:t xml:space="preserve">[24:42] </w:t>
      </w:r>
      <w:r>
        <w:t>doosri baat jo hai ke jo aap ne farmaya ke zameen ke khazane ki kunjiyan mujhe di gayeen.</w:t>
      </w:r>
    </w:p>
    <w:p>
      <w:pPr>
        <w:jc w:val="right"/>
      </w:pPr>
      <w:r>
        <w:t>دوسری بات جو ہے کہ جو آپ نے فرمایا کہ زمین کے خزانے کی کنجیاں مجھے دی گئیں۔</w:t>
      </w:r>
    </w:p>
    <w:p>
      <w:r>
        <w:rPr>
          <w:b/>
        </w:rPr>
        <w:t xml:space="preserve">[24:47] </w:t>
      </w:r>
      <w:r>
        <w:t>zameen ke khazane ki kunjiyan.</w:t>
      </w:r>
    </w:p>
    <w:p>
      <w:pPr>
        <w:jc w:val="right"/>
      </w:pPr>
      <w:r>
        <w:t>زمین کے خزانے کی کنجیاں۔</w:t>
      </w:r>
    </w:p>
    <w:p>
      <w:r>
        <w:rPr>
          <w:b/>
        </w:rPr>
        <w:t xml:space="preserve">[24:53] </w:t>
      </w:r>
      <w:r>
        <w:t>to aksar log samajhte hain ke sari zameen par hukoomat.</w:t>
      </w:r>
    </w:p>
    <w:p>
      <w:pPr>
        <w:jc w:val="right"/>
      </w:pPr>
      <w:r>
        <w:t>تو اکثر لوگ سمجھتے ہیں کہ ساری زمین پر حکومت۔</w:t>
      </w:r>
    </w:p>
    <w:p>
      <w:r>
        <w:rPr>
          <w:b/>
        </w:rPr>
        <w:t xml:space="preserve">[24:58] </w:t>
      </w:r>
      <w:r>
        <w:t>lekin aap ghor kijiye, rasool Allah ke zamane mein kya sari zameen par hukoomat hui? Sahaba ke zamane</w:t>
      </w:r>
    </w:p>
    <w:p>
      <w:pPr>
        <w:jc w:val="right"/>
      </w:pPr>
      <w:r>
        <w:t>لیکن آپ غور کیجئے، رسول اللہ کے زمانے میں کیا ساری زمین پر حکومت ہوئی؟ صحابہ کے زمانے</w:t>
      </w:r>
    </w:p>
    <w:p>
      <w:r>
        <w:rPr>
          <w:b/>
        </w:rPr>
        <w:t xml:space="preserve">[25:04] </w:t>
      </w:r>
      <w:r>
        <w:t>mein kya sari zameen par hukoomat hui? Yeh baad ke zamane mein kya kabhi sari zameen par hukoomat</w:t>
      </w:r>
    </w:p>
    <w:p>
      <w:pPr>
        <w:jc w:val="right"/>
      </w:pPr>
      <w:r>
        <w:t>میں کیا ساری زمین پر حکومت ہوئی؟ یہ بعد کے زمانے میں کیا کبھی ساری زمین پر حکومت</w:t>
      </w:r>
    </w:p>
    <w:p>
      <w:r>
        <w:rPr>
          <w:b/>
        </w:rPr>
        <w:t xml:space="preserve">[25:09] </w:t>
      </w:r>
      <w:r>
        <w:t>hui? To aisa waqia jo chaudah sau saal mein hua hi nahin, woh kaisi deen thi Allah taala</w:t>
      </w:r>
    </w:p>
    <w:p>
      <w:pPr>
        <w:jc w:val="right"/>
      </w:pPr>
      <w:r>
        <w:t>ہوئی؟ تو ایسا واقعہ جو چودہ سو سال میں ہوا ہی نہیں، وہ کیسی دین تھی اللہ تعالیٰ</w:t>
      </w:r>
    </w:p>
    <w:p>
      <w:r>
        <w:rPr>
          <w:b/>
        </w:rPr>
        <w:t xml:space="preserve">[25:15] </w:t>
      </w:r>
      <w:r>
        <w:t>ki? Yani Allah taala ne diya bhi aur chaudah sau saal tak waqia hi nahin bana.</w:t>
      </w:r>
    </w:p>
    <w:p>
      <w:pPr>
        <w:jc w:val="right"/>
      </w:pPr>
      <w:r>
        <w:t>کی؟ یعنی اللہ تعالیٰ نے دیا بھی اور چودہ سو سال تک واقعہ ہی نہیں بنا۔</w:t>
      </w:r>
    </w:p>
    <w:p>
      <w:r>
        <w:rPr>
          <w:b/>
        </w:rPr>
        <w:t xml:space="preserve">[25:20] </w:t>
      </w:r>
      <w:r>
        <w:t>yeh matlab hargiz is ka nahin hai.</w:t>
      </w:r>
    </w:p>
    <w:p>
      <w:pPr>
        <w:jc w:val="right"/>
      </w:pPr>
      <w:r>
        <w:t>یہ مطلب ہرگز اس کا نہیں ہے۔</w:t>
      </w:r>
    </w:p>
    <w:p>
      <w:r>
        <w:rPr>
          <w:b/>
        </w:rPr>
        <w:t xml:space="preserve">[25:26] </w:t>
      </w:r>
      <w:r>
        <w:t>aur is mein mein aik baat aur arz karunga ke ab global empire ka daur khatam ho chuka.</w:t>
      </w:r>
    </w:p>
    <w:p>
      <w:pPr>
        <w:jc w:val="right"/>
      </w:pPr>
      <w:r>
        <w:t>اور اس میں میں ایک بات اور عرض کروں گا کہ اب گلوبل ایمپائر کا دور ختم ہو چکا۔</w:t>
      </w:r>
    </w:p>
    <w:p>
      <w:r>
        <w:rPr>
          <w:b/>
        </w:rPr>
        <w:t xml:space="preserve">[25:31] </w:t>
      </w:r>
      <w:r>
        <w:t>political empire ka daur khatam ho chuka.</w:t>
      </w:r>
    </w:p>
    <w:p>
      <w:pPr>
        <w:jc w:val="right"/>
      </w:pPr>
      <w:r>
        <w:t>Political ایمپائر کا دور ختم ہو چکا۔</w:t>
      </w:r>
    </w:p>
    <w:p>
      <w:r>
        <w:rPr>
          <w:b/>
        </w:rPr>
        <w:t xml:space="preserve">[25:37] </w:t>
      </w:r>
      <w:r>
        <w:t>aaj kal mein musalman baaton ko samajhte nahin kyunke woh hamesha ghalat tawjeeh kiya karte hain cheezon ki.</w:t>
      </w:r>
    </w:p>
    <w:p>
      <w:pPr>
        <w:jc w:val="right"/>
      </w:pPr>
      <w:r>
        <w:t>آج کل میں مسلمان باتوں کو سمجھتے نہیں کیونکہ وہ ہمیشہ غلط توجیح کیا کرتے ہیں چیزوں کی۔</w:t>
      </w:r>
    </w:p>
    <w:p>
      <w:r>
        <w:rPr>
          <w:b/>
        </w:rPr>
        <w:t xml:space="preserve">[25:43] </w:t>
      </w:r>
      <w:r>
        <w:t>jaise khilafat turki bohat bara empire tha musalmanon ka, woh toot gaya.</w:t>
      </w:r>
    </w:p>
    <w:p>
      <w:pPr>
        <w:jc w:val="right"/>
      </w:pPr>
      <w:r>
        <w:t>جیسے خلافت ترکی بہت بڑا ایمپائر تھا مسلمانوں کا، وہ ٹوٹ گیا۔</w:t>
      </w:r>
    </w:p>
    <w:p>
      <w:r>
        <w:rPr>
          <w:b/>
        </w:rPr>
        <w:t xml:space="preserve">[25:48] </w:t>
      </w:r>
      <w:r>
        <w:t>to saare log kya samajhte hain? Ke kama ata turk toda.</w:t>
      </w:r>
    </w:p>
    <w:p>
      <w:pPr>
        <w:jc w:val="right"/>
      </w:pPr>
      <w:r>
        <w:t>تو سارے لوگ کیا سمجھتے ہیں؟ کہ کما آتا ترک توڑا۔</w:t>
      </w:r>
    </w:p>
    <w:p>
      <w:r>
        <w:rPr>
          <w:b/>
        </w:rPr>
        <w:t xml:space="preserve">[25:54] </w:t>
      </w:r>
      <w:r>
        <w:t>yeh bilkul be-salt baat hai.</w:t>
      </w:r>
    </w:p>
    <w:p>
      <w:pPr>
        <w:jc w:val="right"/>
      </w:pPr>
      <w:r>
        <w:t>یہ بالکل بے صلت بات ہے۔</w:t>
      </w:r>
    </w:p>
    <w:p>
      <w:r>
        <w:rPr>
          <w:b/>
        </w:rPr>
        <w:t xml:space="preserve">[25:59] </w:t>
      </w:r>
      <w:r>
        <w:t>chunki aap ne ghalat tawjeeh kar rakhi hai ke turki ki jo khilafat thi, khilafat usmania, us ko</w:t>
      </w:r>
    </w:p>
    <w:p>
      <w:pPr>
        <w:jc w:val="right"/>
      </w:pPr>
      <w:r>
        <w:t>چونکہ آپ نے غلط توجیح کر رکھی ہے کہ ترکی کی جو خلافت تھی، خلافت عثمانی، اس کو</w:t>
      </w:r>
    </w:p>
    <w:p>
      <w:r>
        <w:rPr>
          <w:b/>
        </w:rPr>
        <w:t xml:space="preserve">[26:05] </w:t>
      </w:r>
      <w:r>
        <w:t>kama ata turk ne toda.</w:t>
      </w:r>
    </w:p>
    <w:p>
      <w:pPr>
        <w:jc w:val="right"/>
      </w:pPr>
      <w:r>
        <w:t>کما آتا ترک نے توڑا۔</w:t>
      </w:r>
    </w:p>
    <w:p>
      <w:r>
        <w:rPr>
          <w:b/>
        </w:rPr>
        <w:t xml:space="preserve">[26:10] </w:t>
      </w:r>
      <w:r>
        <w:t>to aap ko kama ata turk se to nafrat ho gayi.</w:t>
      </w:r>
    </w:p>
    <w:p>
      <w:pPr>
        <w:jc w:val="right"/>
      </w:pPr>
      <w:r>
        <w:t>تو آپ کو کما آتا ترک سے تو نفرت ہو گئی۔</w:t>
      </w:r>
    </w:p>
    <w:p>
      <w:r>
        <w:rPr>
          <w:b/>
        </w:rPr>
        <w:t xml:space="preserve">[26:16] </w:t>
      </w:r>
      <w:r>
        <w:t>aaj sabqat kya thi? Is se be-khabar rahe aap.</w:t>
      </w:r>
    </w:p>
    <w:p>
      <w:pPr>
        <w:jc w:val="right"/>
      </w:pPr>
      <w:r>
        <w:t>آج سبقت کیا تھی؟ اس سے بے خبر رہے آپ۔</w:t>
      </w:r>
    </w:p>
    <w:p>
      <w:r>
        <w:rPr>
          <w:b/>
        </w:rPr>
        <w:t xml:space="preserve">[26:21] </w:t>
      </w:r>
      <w:r>
        <w:t>dekhye, it was due to age factor.</w:t>
      </w:r>
    </w:p>
    <w:p>
      <w:pPr>
        <w:jc w:val="right"/>
      </w:pPr>
      <w:r>
        <w:t>دیکھئے، it was due to age factor۔</w:t>
      </w:r>
    </w:p>
    <w:p>
      <w:r>
        <w:rPr>
          <w:b/>
        </w:rPr>
        <w:t xml:space="preserve">[26:27] </w:t>
      </w:r>
      <w:r>
        <w:t>aik zamana tha jab ke badshahat hua karti thi.</w:t>
      </w:r>
    </w:p>
    <w:p>
      <w:pPr>
        <w:jc w:val="right"/>
      </w:pPr>
      <w:r>
        <w:t>ایک زمانہ تھا جب کہ بادشاہت ہوا کرتی تھی۔</w:t>
      </w:r>
    </w:p>
    <w:p>
      <w:r>
        <w:rPr>
          <w:b/>
        </w:rPr>
        <w:t xml:space="preserve">[26:32] </w:t>
      </w:r>
      <w:r>
        <w:t>jab empire ko insaan qabool karta tha.</w:t>
      </w:r>
    </w:p>
    <w:p>
      <w:pPr>
        <w:jc w:val="right"/>
      </w:pPr>
      <w:r>
        <w:t>جب ایمپائر کو انسان قبول کرتا تھا۔</w:t>
      </w:r>
    </w:p>
    <w:p>
      <w:r>
        <w:rPr>
          <w:b/>
        </w:rPr>
        <w:t xml:space="preserve">[26:38] </w:t>
      </w:r>
      <w:r>
        <w:t>woh aik daur tha jis mein empire ban gayi.</w:t>
      </w:r>
    </w:p>
    <w:p>
      <w:pPr>
        <w:jc w:val="right"/>
      </w:pPr>
      <w:r>
        <w:t>وہ ایک دور تھا جس میں ایمپائر بن گئی۔</w:t>
      </w:r>
    </w:p>
    <w:p>
      <w:r>
        <w:rPr>
          <w:b/>
        </w:rPr>
        <w:t xml:space="preserve">[26:43] </w:t>
      </w:r>
      <w:r>
        <w:t>is mein roman empire bani, sasani empire bani, bohat si empire bani, british empire bani.</w:t>
      </w:r>
    </w:p>
    <w:p>
      <w:pPr>
        <w:jc w:val="right"/>
      </w:pPr>
      <w:r>
        <w:t>اس میں رومن ایمپائر بنی، ساسانی ایمپائر بنی، بہت سی ایمپائر بنی، برٹش ایمپائر بنی۔</w:t>
      </w:r>
    </w:p>
    <w:p>
      <w:r>
        <w:rPr>
          <w:b/>
        </w:rPr>
        <w:t xml:space="preserve">[26:49] </w:t>
      </w:r>
      <w:r>
        <w:t>aur phir isi zamane mein musalmanon ki empire bani.</w:t>
      </w:r>
    </w:p>
    <w:p>
      <w:pPr>
        <w:jc w:val="right"/>
      </w:pPr>
      <w:r>
        <w:t>اور پھر اسی زمانے میں مسلمانوں کی ایمپائر بنی۔</w:t>
      </w:r>
    </w:p>
    <w:p>
      <w:r>
        <w:rPr>
          <w:b/>
        </w:rPr>
        <w:t xml:space="preserve">[26:55] </w:t>
      </w:r>
      <w:r>
        <w:t>lekin is ke baad kya hua? ke nationalism ka daur aagaya.</w:t>
      </w:r>
    </w:p>
    <w:p>
      <w:pPr>
        <w:jc w:val="right"/>
      </w:pPr>
      <w:r>
        <w:t>لیکن اس کے بعد کیا ہوا؟ کہ nationalism کا دور آگیا۔</w:t>
      </w:r>
    </w:p>
    <w:p>
      <w:r>
        <w:rPr>
          <w:b/>
        </w:rPr>
        <w:t xml:space="preserve">[27:00] </w:t>
      </w:r>
      <w:r>
        <w:t>Nationalism ka daur.</w:t>
      </w:r>
    </w:p>
    <w:p>
      <w:pPr>
        <w:jc w:val="right"/>
      </w:pPr>
      <w:r>
        <w:t>Nationalism کا دور۔</w:t>
      </w:r>
    </w:p>
    <w:p>
      <w:r>
        <w:rPr>
          <w:b/>
        </w:rPr>
        <w:t xml:space="preserve">[27:06] </w:t>
      </w:r>
      <w:r>
        <w:t>yani nation state ka daur aagaya.</w:t>
      </w:r>
    </w:p>
    <w:p>
      <w:pPr>
        <w:jc w:val="right"/>
      </w:pPr>
      <w:r>
        <w:t>یعنی nation state کا دور آگیا۔</w:t>
      </w:r>
    </w:p>
    <w:p>
      <w:r>
        <w:rPr>
          <w:b/>
        </w:rPr>
        <w:t xml:space="preserve">[27:11] </w:t>
      </w:r>
      <w:r>
        <w:t>ke jis area mein, jis territory mein koi nation basti hai, usi ko hukoomat karne ka haq hai. usi ko.</w:t>
      </w:r>
    </w:p>
    <w:p>
      <w:pPr>
        <w:jc w:val="right"/>
      </w:pPr>
      <w:r>
        <w:t>کہ جس ایریا میں، جس territory میں کوئی nation بستی ہے، اسی کو حکومت کرنے کا حق ہے۔ اسی کو۔</w:t>
      </w:r>
    </w:p>
    <w:p>
      <w:r>
        <w:rPr>
          <w:b/>
        </w:rPr>
        <w:t xml:space="preserve">[27:17] </w:t>
      </w:r>
      <w:r>
        <w:t>to yeh jo dunya mein nation state ka zamana aaya, is ne khilafat-e-turki ko khatam kar diya.</w:t>
      </w:r>
    </w:p>
    <w:p>
      <w:pPr>
        <w:jc w:val="right"/>
      </w:pPr>
      <w:r>
        <w:t>تو یہ جو دنیا میں nation state کا زمانہ آیا، اس نے خلافت ترکی کو ختم کر دیا۔</w:t>
      </w:r>
    </w:p>
    <w:p>
      <w:r>
        <w:rPr>
          <w:b/>
        </w:rPr>
        <w:t xml:space="preserve">[27:22] </w:t>
      </w:r>
      <w:r>
        <w:t>woh arbon mein bhi wahi zehan phaila ke hum ab hamari hukoomat hum khud karenge, bahar se</w:t>
      </w:r>
    </w:p>
    <w:p>
      <w:pPr>
        <w:jc w:val="right"/>
      </w:pPr>
      <w:r>
        <w:t>وہ عربوں میں بھی وہی ذہن پھیلا کہ ہم اب ہماری حکومت ہم خود کریں گے، باہر سے</w:t>
      </w:r>
    </w:p>
    <w:p>
      <w:r>
        <w:rPr>
          <w:b/>
        </w:rPr>
        <w:t xml:space="preserve">[27:28] </w:t>
      </w:r>
      <w:r>
        <w:t>aadmi kyun hukoomat kare? to yeh dunya mein jo nation state ka zamana aaya, is ne is tasawwur</w:t>
      </w:r>
    </w:p>
    <w:p>
      <w:pPr>
        <w:jc w:val="right"/>
      </w:pPr>
      <w:r>
        <w:t>آدمی کیوں حکومت کرے؟ تو یہ دنیا میں جو nation state کا زمانہ آیا، اس نے اس تصور</w:t>
      </w:r>
    </w:p>
    <w:p>
      <w:r>
        <w:rPr>
          <w:b/>
        </w:rPr>
        <w:t xml:space="preserve">[27:33] </w:t>
      </w:r>
      <w:r>
        <w:t>ko khatam kar diya ke koi empire bana paaye.</w:t>
      </w:r>
    </w:p>
    <w:p>
      <w:pPr>
        <w:jc w:val="right"/>
      </w:pPr>
      <w:r>
        <w:t>کو ختم کر دیا کہ کوئی ایمپائر بنا پائے۔</w:t>
      </w:r>
    </w:p>
    <w:p>
      <w:r>
        <w:rPr>
          <w:b/>
        </w:rPr>
        <w:t xml:space="preserve">[27:39] </w:t>
      </w:r>
      <w:r>
        <w:t>aur sirf musalmanon ki baat nahi hai.</w:t>
      </w:r>
    </w:p>
    <w:p>
      <w:pPr>
        <w:jc w:val="right"/>
      </w:pPr>
      <w:r>
        <w:t>اور صرف مسلمانوں کی بات نہیں ہے۔</w:t>
      </w:r>
    </w:p>
    <w:p>
      <w:r>
        <w:rPr>
          <w:b/>
        </w:rPr>
        <w:t xml:space="preserve">[27:44] </w:t>
      </w:r>
      <w:r>
        <w:t>dunya mein itni misaalain hain agar aadmi ko aqal ho samajhne ke liye.</w:t>
      </w:r>
    </w:p>
    <w:p>
      <w:pPr>
        <w:jc w:val="right"/>
      </w:pPr>
      <w:r>
        <w:t>دنیا میں اتنی مثالیں ہیں اگر آدمی کو عقل ہو سمجھنے کے لئے۔</w:t>
      </w:r>
    </w:p>
    <w:p>
      <w:r>
        <w:rPr>
          <w:b/>
        </w:rPr>
        <w:t xml:space="preserve">[27:50] </w:t>
      </w:r>
      <w:r>
        <w:t>dekhiye, communiston ne communist empire banana chaha.</w:t>
      </w:r>
    </w:p>
    <w:p>
      <w:pPr>
        <w:jc w:val="right"/>
      </w:pPr>
      <w:r>
        <w:t>دیکھئے، کمیونسٹوں نے کمیونسٹ ایمپائر بنانا چاہا۔</w:t>
      </w:r>
    </w:p>
    <w:p>
      <w:r>
        <w:rPr>
          <w:b/>
        </w:rPr>
        <w:t xml:space="preserve">[27:55] </w:t>
      </w:r>
      <w:r>
        <w:t>aur ek chota sa empire banaya bhi unhon ne, lekin 70 saal mein woh toot gaya.</w:t>
      </w:r>
    </w:p>
    <w:p>
      <w:pPr>
        <w:jc w:val="right"/>
      </w:pPr>
      <w:r>
        <w:t>اور ایک چھوٹا سا ایمپائر بنایا بھی انہوں نے، لیکن ستر سال میں وہ ٹوٹ گیا۔</w:t>
      </w:r>
    </w:p>
    <w:p>
      <w:r>
        <w:rPr>
          <w:b/>
        </w:rPr>
        <w:t xml:space="preserve">[28:01] </w:t>
      </w:r>
      <w:r>
        <w:t>Germany mein Hitler ke zamane mein unhon ne empire banana chaha.</w:t>
      </w:r>
    </w:p>
    <w:p>
      <w:pPr>
        <w:jc w:val="right"/>
      </w:pPr>
      <w:r>
        <w:t>جرمنی میں ہٹلر کے زمانے میں انہوں نے ایمپائر بنانا چاہا۔</w:t>
      </w:r>
    </w:p>
    <w:p>
      <w:r>
        <w:rPr>
          <w:b/>
        </w:rPr>
        <w:t xml:space="preserve">[28:07] </w:t>
      </w:r>
      <w:r>
        <w:t>nahi bana aur tabahi aayi.</w:t>
      </w:r>
    </w:p>
    <w:p>
      <w:pPr>
        <w:jc w:val="right"/>
      </w:pPr>
      <w:r>
        <w:t>نہیں بنا اور تباہی آئی۔</w:t>
      </w:r>
    </w:p>
    <w:p>
      <w:r>
        <w:rPr>
          <w:b/>
        </w:rPr>
        <w:t xml:space="preserve">[28:12] </w:t>
      </w:r>
      <w:r>
        <w:t>Japan ne bhi empire banana chaha, woh bhi bana nahi paya aur tabahi aayi.</w:t>
      </w:r>
    </w:p>
    <w:p>
      <w:pPr>
        <w:jc w:val="right"/>
      </w:pPr>
      <w:r>
        <w:t>جاپان نے بھی ایمپائر بنانا چاہا، وہ بھی بنا نہیں پایا اور تباہی آئی۔</w:t>
      </w:r>
    </w:p>
    <w:p>
      <w:r>
        <w:rPr>
          <w:b/>
        </w:rPr>
        <w:t xml:space="preserve">[28:18] </w:t>
      </w:r>
      <w:r>
        <w:t>to in logon ko aqal aagayi, unhon ne socha ke yeh mumkin nahi, impossible hai.</w:t>
      </w:r>
    </w:p>
    <w:p>
      <w:pPr>
        <w:jc w:val="right"/>
      </w:pPr>
      <w:r>
        <w:t>تو ان لوگوں کو عقل آگئی، انہوں نے سوچا کہ یہ ممکن نہیں، impossible ہے۔</w:t>
      </w:r>
    </w:p>
    <w:p>
      <w:r>
        <w:rPr>
          <w:b/>
        </w:rPr>
        <w:t xml:space="preserve">[28:23] </w:t>
      </w:r>
      <w:r>
        <w:t>Germany ke ek leader ne kaha tha, yeh jo qoul mashhoor hai, woh ek German leader ka hai</w:t>
      </w:r>
    </w:p>
    <w:p>
      <w:pPr>
        <w:jc w:val="right"/>
      </w:pPr>
      <w:r>
        <w:t>جرمنی کے ایک لیڈر نے کہا تھا، یہ جو قول مشہور ہے، وہ ایک جرمن لیڈر کا ہے</w:t>
      </w:r>
    </w:p>
    <w:p>
      <w:r>
        <w:rPr>
          <w:b/>
        </w:rPr>
        <w:t xml:space="preserve">[28:29] </w:t>
      </w:r>
      <w:r>
        <w:t>ke "Party is not possible".</w:t>
      </w:r>
    </w:p>
    <w:p>
      <w:pPr>
        <w:jc w:val="right"/>
      </w:pPr>
      <w:r>
        <w:t>کہ "Party is not possible"۔</w:t>
      </w:r>
    </w:p>
    <w:p>
      <w:r>
        <w:rPr>
          <w:b/>
        </w:rPr>
        <w:t xml:space="preserve">[28:34] </w:t>
      </w:r>
      <w:r>
        <w:t>to Japan mein, Germany mein, Russia mein, har jagah woh tasawwur khatam kar diya gaya empire ka.</w:t>
      </w:r>
    </w:p>
    <w:p>
      <w:pPr>
        <w:jc w:val="right"/>
      </w:pPr>
      <w:r>
        <w:t>تو جاپان میں، جرمنی میں، روس میں، ہر جگہ وہ تصور ختم کر دیا گیا ایمپائر کا۔</w:t>
      </w:r>
    </w:p>
    <w:p>
      <w:r>
        <w:rPr>
          <w:b/>
        </w:rPr>
        <w:t xml:space="preserve">[28:40] </w:t>
      </w:r>
      <w:r>
        <w:t>ab dono, ab sab taraqqi kar rahe hain.</w:t>
      </w:r>
    </w:p>
    <w:p>
      <w:pPr>
        <w:jc w:val="right"/>
      </w:pPr>
      <w:r>
        <w:t>اب دونوں، اب سب ترقی کر رہے ہیں۔</w:t>
      </w:r>
    </w:p>
    <w:p>
      <w:r>
        <w:rPr>
          <w:b/>
        </w:rPr>
        <w:t xml:space="preserve">[28:45] </w:t>
      </w:r>
      <w:r>
        <w:t>musalmanon mein aaj bhi wahi khwab dekhte hain, empire ka khwab, jo ke impossible hai.</w:t>
      </w:r>
    </w:p>
    <w:p>
      <w:pPr>
        <w:jc w:val="right"/>
      </w:pPr>
      <w:r>
        <w:t>مسلمانوں میں آج بھی وہی خواب دیکھتے ہیں، ایمپائر کا خواب، جو کہ impossible ہے۔</w:t>
      </w:r>
    </w:p>
    <w:p>
      <w:r>
        <w:rPr>
          <w:b/>
        </w:rPr>
        <w:t xml:space="preserve">[28:51] </w:t>
      </w:r>
      <w:r>
        <w:t>to ladte hain, society bombing karte hain.</w:t>
      </w:r>
    </w:p>
    <w:p>
      <w:pPr>
        <w:jc w:val="right"/>
      </w:pPr>
      <w:r>
        <w:t>تو لڑتے ہیں، سوسائٹی بمبنگ کرتے ہیں۔</w:t>
      </w:r>
    </w:p>
    <w:p>
      <w:r>
        <w:rPr>
          <w:b/>
        </w:rPr>
        <w:t xml:space="preserve">[28:56] </w:t>
      </w:r>
      <w:r>
        <w:t>woh sochte hain ke ek din sari zameen par musalmanon ki hukoomat qaim ho jayegi.</w:t>
      </w:r>
    </w:p>
    <w:p>
      <w:pPr>
        <w:jc w:val="right"/>
      </w:pPr>
      <w:r>
        <w:t>وہ سوچتے ہیں کہ ایک دن ساری زمین پر مسلمانوں کی حکومت قائم ہو جائے گی۔</w:t>
      </w:r>
    </w:p>
    <w:p>
      <w:r>
        <w:rPr>
          <w:b/>
        </w:rPr>
        <w:t xml:space="preserve">[29:02] </w:t>
      </w:r>
      <w:r>
        <w:t>woh sab bilkul absurd baatein hain, be-salt baatein hain, kabhi aisa hone wala nahi hai.</w:t>
      </w:r>
    </w:p>
    <w:p>
      <w:pPr>
        <w:jc w:val="right"/>
      </w:pPr>
      <w:r>
        <w:t>وہ سب بالکل absurd باتیں ہیں، بے صلت باتیں ہیں، کبھی ایسا ہونے والا نہیں ہے۔</w:t>
      </w:r>
    </w:p>
    <w:p>
      <w:r>
        <w:rPr>
          <w:b/>
        </w:rPr>
        <w:t xml:space="preserve">[29:07] </w:t>
      </w:r>
      <w:r>
        <w:t>to dekhiye, yeh jo hadith hai ke mujhe zameen ke khazain ki kunjiyan di gayi hain, is ko ghaur kijiye.</w:t>
      </w:r>
    </w:p>
    <w:p>
      <w:pPr>
        <w:jc w:val="right"/>
      </w:pPr>
      <w:r>
        <w:t>تو دیکھئے، یہ جو حدیث ہے کہ مجھے زمین کے خزائن کی کنجیاں دی گئیں، اس کو غور کیجئے۔</w:t>
      </w:r>
    </w:p>
    <w:p>
      <w:r>
        <w:rPr>
          <w:b/>
        </w:rPr>
        <w:t xml:space="preserve">[29:13] </w:t>
      </w:r>
      <w:r>
        <w:t>yeh hargiz political ma'ni mein nahin hai.</w:t>
      </w:r>
    </w:p>
    <w:p>
      <w:pPr>
        <w:jc w:val="right"/>
      </w:pPr>
      <w:r>
        <w:t>یہ ہرگز political معنی میں نہیں ہے۔</w:t>
      </w:r>
    </w:p>
    <w:p>
      <w:r>
        <w:rPr>
          <w:b/>
        </w:rPr>
        <w:t xml:space="preserve">[29:19] </w:t>
      </w:r>
      <w:r>
        <w:t>woh hargiz political ma'ni mein nahin hai.</w:t>
      </w:r>
    </w:p>
    <w:p>
      <w:pPr>
        <w:jc w:val="right"/>
      </w:pPr>
      <w:r>
        <w:t>وہ ہرگز political معنی میں نہیں ہے۔</w:t>
      </w:r>
    </w:p>
    <w:p>
      <w:r>
        <w:rPr>
          <w:b/>
        </w:rPr>
        <w:t xml:space="preserve">[29:24] </w:t>
      </w:r>
      <w:r>
        <w:t>woh modern communication ke ma'ni mein hai.</w:t>
      </w:r>
    </w:p>
    <w:p>
      <w:pPr>
        <w:jc w:val="right"/>
      </w:pPr>
      <w:r>
        <w:t>وہ modern communication کے معنی میں ہے۔</w:t>
      </w:r>
    </w:p>
    <w:p>
      <w:r>
        <w:rPr>
          <w:b/>
        </w:rPr>
        <w:t xml:space="preserve">[29:30] </w:t>
      </w:r>
      <w:r>
        <w:t>yani global communication.</w:t>
      </w:r>
    </w:p>
    <w:p>
      <w:pPr>
        <w:jc w:val="right"/>
      </w:pPr>
      <w:r>
        <w:t>یعنی global communication۔</w:t>
      </w:r>
    </w:p>
    <w:p>
      <w:r>
        <w:rPr>
          <w:b/>
        </w:rPr>
        <w:t xml:space="preserve">[29:35] </w:t>
      </w:r>
      <w:r>
        <w:t>rasool Allah ne yeh matlab yeh hai ke meri ummat ka zamana, chuna ke is ke baad nabuwat khatm</w:t>
      </w:r>
    </w:p>
    <w:p>
      <w:pPr>
        <w:jc w:val="right"/>
      </w:pPr>
      <w:r>
        <w:t>رسول اللہ نے یہ مطلب یہ ہے کہ میری امت کا زمانہ، چونکہ اس کے بعد نبوت ختم</w:t>
      </w:r>
    </w:p>
    <w:p>
      <w:r>
        <w:rPr>
          <w:b/>
        </w:rPr>
        <w:t xml:space="preserve">[29:41] </w:t>
      </w:r>
      <w:r>
        <w:t>ho chuki hai, koi naya nabi aaye ga nahin.</w:t>
      </w:r>
    </w:p>
    <w:p>
      <w:pPr>
        <w:jc w:val="right"/>
      </w:pPr>
      <w:r>
        <w:t>ہو چکی ہے، کوئی نیا نبی آئے گا نہیں۔</w:t>
      </w:r>
    </w:p>
    <w:p>
      <w:r>
        <w:rPr>
          <w:b/>
        </w:rPr>
        <w:t xml:space="preserve">[29:46] </w:t>
      </w:r>
      <w:r>
        <w:t>nabi se ummat banti hai.</w:t>
      </w:r>
    </w:p>
    <w:p>
      <w:pPr>
        <w:jc w:val="right"/>
      </w:pPr>
      <w:r>
        <w:t>نبی سے امت بنتی ہے۔</w:t>
      </w:r>
    </w:p>
    <w:p>
      <w:r>
        <w:rPr>
          <w:b/>
        </w:rPr>
        <w:t xml:space="preserve">[29:52] </w:t>
      </w:r>
      <w:r>
        <w:t>jo nabi aata hai, us se aik ummat banti hai.</w:t>
      </w:r>
    </w:p>
    <w:p>
      <w:pPr>
        <w:jc w:val="right"/>
      </w:pPr>
      <w:r>
        <w:t>جو نبی آتا ہے، اس سے ایک امت بنتی ہے۔</w:t>
      </w:r>
    </w:p>
    <w:p>
      <w:r>
        <w:rPr>
          <w:b/>
        </w:rPr>
        <w:t xml:space="preserve">[29:57] </w:t>
      </w:r>
      <w:r>
        <w:t>ab koi nai ummat nahin banegi.</w:t>
      </w:r>
    </w:p>
    <w:p>
      <w:pPr>
        <w:jc w:val="right"/>
      </w:pPr>
      <w:r>
        <w:t>اب کوئی نئی امت نہیں بنے گی۔</w:t>
      </w:r>
    </w:p>
    <w:p>
      <w:r>
        <w:rPr>
          <w:b/>
        </w:rPr>
        <w:t xml:space="preserve">[30:03] </w:t>
      </w:r>
      <w:r>
        <w:t>to is ummat ke zamane mein aik bohat hi anokha aik inqilab aaye ga.</w:t>
      </w:r>
    </w:p>
    <w:p>
      <w:pPr>
        <w:jc w:val="right"/>
      </w:pPr>
      <w:r>
        <w:t>تو اس امت کے زمانے میں ایک بہت ہی انوکھا ایک انقلاب آئے گا۔</w:t>
      </w:r>
    </w:p>
    <w:p>
      <w:r>
        <w:rPr>
          <w:b/>
        </w:rPr>
        <w:t xml:space="preserve">[30:08] </w:t>
      </w:r>
      <w:r>
        <w:t>woh hai global communication.</w:t>
      </w:r>
    </w:p>
    <w:p>
      <w:pPr>
        <w:jc w:val="right"/>
      </w:pPr>
      <w:r>
        <w:t>وہ ہے global communication۔</w:t>
      </w:r>
    </w:p>
    <w:p>
      <w:r>
        <w:rPr>
          <w:b/>
        </w:rPr>
        <w:t xml:space="preserve">[30:14] </w:t>
      </w:r>
      <w:r>
        <w:t>ke baghair political power ke, baghair fauj ke, baghair police ke, sari dunya mein aap dawat ka mission</w:t>
      </w:r>
    </w:p>
    <w:p>
      <w:pPr>
        <w:jc w:val="right"/>
      </w:pPr>
      <w:r>
        <w:t>کہ بغیر political power کے، بغیر فوج کے، بغیر پولیس کے، ساری دنیا میں آپ دعوت کا مشن</w:t>
      </w:r>
    </w:p>
    <w:p>
      <w:r>
        <w:rPr>
          <w:b/>
        </w:rPr>
        <w:t xml:space="preserve">[30:19] </w:t>
      </w:r>
      <w:r>
        <w:t>phaila sakenge.</w:t>
      </w:r>
    </w:p>
    <w:p>
      <w:pPr>
        <w:jc w:val="right"/>
      </w:pPr>
      <w:r>
        <w:t>پھیلا سکیں گے۔</w:t>
      </w:r>
    </w:p>
    <w:p>
      <w:r>
        <w:rPr>
          <w:b/>
        </w:rPr>
        <w:t xml:space="preserve">[30:25] </w:t>
      </w:r>
      <w:r>
        <w:t>to haqeeqat mein yeh da'wa empire ki baat hai, yeh political empire ki baat nahin hai.</w:t>
      </w:r>
    </w:p>
    <w:p>
      <w:pPr>
        <w:jc w:val="right"/>
      </w:pPr>
      <w:r>
        <w:t>تو حقیقت میں یہ دعویٰ ایمپائر کی بات ہے، یہ political ایمپائر کی بات نہیں ہے۔</w:t>
      </w:r>
    </w:p>
    <w:p>
      <w:r>
        <w:rPr>
          <w:b/>
        </w:rPr>
        <w:t xml:space="preserve">[30:31] </w:t>
      </w:r>
      <w:r>
        <w:t>kaisi ajeeb cheez hai yeh.</w:t>
      </w:r>
    </w:p>
    <w:p>
      <w:pPr>
        <w:jc w:val="right"/>
      </w:pPr>
      <w:r>
        <w:t>کیسی عجیب چیز ہے یہ۔</w:t>
      </w:r>
    </w:p>
    <w:p>
      <w:r>
        <w:rPr>
          <w:b/>
        </w:rPr>
        <w:t xml:space="preserve">[30:36] </w:t>
      </w:r>
      <w:r>
        <w:t>agar aap is ko siyasi ma'ni mein len to chaudah so saal se kuch nahin hua, aur aage</w:t>
      </w:r>
    </w:p>
    <w:p>
      <w:pPr>
        <w:jc w:val="right"/>
      </w:pPr>
      <w:r>
        <w:t>اگر آپ اس کو سیاسی معنی میں لیں تو چودہ سو سال سے کچھ نہیں ہوا، اور آگے</w:t>
      </w:r>
    </w:p>
    <w:p>
      <w:r>
        <w:rPr>
          <w:b/>
        </w:rPr>
        <w:t xml:space="preserve">[30:42] </w:t>
      </w:r>
      <w:r>
        <w:t>to bilkul koi imkan nahin ke aur ho.</w:t>
      </w:r>
    </w:p>
    <w:p>
      <w:pPr>
        <w:jc w:val="right"/>
      </w:pPr>
      <w:r>
        <w:t>تو بالکل کوئی امکان نہیں کہ اور ہو۔</w:t>
      </w:r>
    </w:p>
    <w:p>
      <w:r>
        <w:rPr>
          <w:b/>
        </w:rPr>
        <w:t xml:space="preserve">[30:47] </w:t>
      </w:r>
      <w:r>
        <w:t>to yeh alfaaz ban jaate hain sirf.</w:t>
      </w:r>
    </w:p>
    <w:p>
      <w:pPr>
        <w:jc w:val="right"/>
      </w:pPr>
      <w:r>
        <w:t>تو یہ الفاظ بن جاتے ہیں صرف۔</w:t>
      </w:r>
    </w:p>
    <w:p>
      <w:r>
        <w:rPr>
          <w:b/>
        </w:rPr>
        <w:t xml:space="preserve">[30:53] </w:t>
      </w:r>
      <w:r>
        <w:t>lekin agar aap is ko, is ko sahih dhang se is ki aap tawjeeh kar saken to is</w:t>
      </w:r>
    </w:p>
    <w:p>
      <w:pPr>
        <w:jc w:val="right"/>
      </w:pPr>
      <w:r>
        <w:t>لیکن اگر آپ اس کو، اس کو صحیح ਢنگ سے اس کی آپ توجیح کر سکیں تو اس</w:t>
      </w:r>
    </w:p>
    <w:p>
      <w:r>
        <w:rPr>
          <w:b/>
        </w:rPr>
        <w:t xml:space="preserve">[30:58] </w:t>
      </w:r>
      <w:r>
        <w:t>mein aik aap ko aik naya yaqeen hasil hoga ke Allah ne apne rasool ko aisi baat bata</w:t>
      </w:r>
    </w:p>
    <w:p>
      <w:pPr>
        <w:jc w:val="right"/>
      </w:pPr>
      <w:r>
        <w:t>میں ایک آپ کو ایک نیا یقین حاصل ہوگا کہ اللہ نے اپنے رسول کو ایسی بات بتا</w:t>
      </w:r>
    </w:p>
    <w:p>
      <w:r>
        <w:rPr>
          <w:b/>
        </w:rPr>
        <w:t xml:space="preserve">[31:04] </w:t>
      </w:r>
      <w:r>
        <w:t>di thi jo us zamane ka insan janta nahin tha.</w:t>
      </w:r>
    </w:p>
    <w:p>
      <w:pPr>
        <w:jc w:val="right"/>
      </w:pPr>
      <w:r>
        <w:t>دی تھی جو اس زمانے کا انسان جانتا نہیں تھا۔</w:t>
      </w:r>
    </w:p>
    <w:p>
      <w:r>
        <w:rPr>
          <w:b/>
        </w:rPr>
        <w:t xml:space="preserve">[31:09] </w:t>
      </w:r>
      <w:r>
        <w:t>yani saatvin sadi mein kaun janta tha ke kabhi global communication ka zamana aaye ga? kaun janta tha?</w:t>
      </w:r>
    </w:p>
    <w:p>
      <w:pPr>
        <w:jc w:val="right"/>
      </w:pPr>
      <w:r>
        <w:t>یعنی ساتویں صدی میں کون جانتا تھا کہ کبھی global communication کا زمانہ آئے گا؟ کون جانتا تھا؟</w:t>
      </w:r>
    </w:p>
    <w:p>
      <w:r>
        <w:rPr>
          <w:b/>
        </w:rPr>
        <w:t xml:space="preserve">[31:15] </w:t>
      </w:r>
      <w:r>
        <w:t>aksar mein kaha karta hoon ke ke is zamane mein agar telephone hota, jaise aaj hai, to</w:t>
      </w:r>
    </w:p>
    <w:p>
      <w:pPr>
        <w:jc w:val="right"/>
      </w:pPr>
      <w:r>
        <w:t>اکثر میں کہا کرتا ہوں کہ کہ اس زمانے میں اگر ٹیلی فون ہوتا، جیسے آج ہے، تو</w:t>
      </w:r>
    </w:p>
    <w:p>
      <w:r>
        <w:rPr>
          <w:b/>
        </w:rPr>
        <w:t xml:space="preserve">[31:20] </w:t>
      </w:r>
      <w:r>
        <w:t>hazrat Hussain ki shahadat na hoti.</w:t>
      </w:r>
    </w:p>
    <w:p>
      <w:pPr>
        <w:jc w:val="right"/>
      </w:pPr>
      <w:r>
        <w:t>حضرت حسین کی شہادت نہ ہوتی۔</w:t>
      </w:r>
    </w:p>
    <w:p>
      <w:r>
        <w:rPr>
          <w:b/>
        </w:rPr>
        <w:t xml:space="preserve">[31:26] </w:t>
      </w:r>
      <w:r>
        <w:t>kyun ke jis din Hazrat Usman Makka se rawana hue the, Hazrat Hussain jis din Makka se rawana hue,</w:t>
      </w:r>
    </w:p>
    <w:p>
      <w:pPr>
        <w:jc w:val="right"/>
      </w:pPr>
      <w:r>
        <w:t>کیونکہ جس دن حضرت عثمان مکہ سے روانہ ہوئے تھے، حضرت حسین جس دن مکہ سے روانہ ہوئے،</w:t>
      </w:r>
    </w:p>
    <w:p>
      <w:r>
        <w:rPr>
          <w:b/>
        </w:rPr>
        <w:t xml:space="preserve">[31:31] </w:t>
      </w:r>
      <w:r>
        <w:t>isi din kufa mein yazeed ki faujon ne qatal kar diya tha un ke numainde ko.</w:t>
      </w:r>
    </w:p>
    <w:p>
      <w:pPr>
        <w:jc w:val="right"/>
      </w:pPr>
      <w:r>
        <w:t>اسی دن کوفہ میں یزید کی فوجوں نے قتل کر دیا تھا ان کے نمائندے کو۔</w:t>
      </w:r>
    </w:p>
    <w:p>
      <w:r>
        <w:rPr>
          <w:b/>
        </w:rPr>
        <w:t xml:space="preserve">[31:37] </w:t>
      </w:r>
      <w:r>
        <w:t>aur baiyat khatm kar di thi unhon ne.</w:t>
      </w:r>
    </w:p>
    <w:p>
      <w:pPr>
        <w:jc w:val="right"/>
      </w:pPr>
      <w:r>
        <w:t>اور بیعت ختم کر دی تھی انہوں نے۔</w:t>
      </w:r>
    </w:p>
    <w:p>
      <w:r>
        <w:rPr>
          <w:b/>
        </w:rPr>
        <w:t xml:space="preserve">[31:43] </w:t>
      </w:r>
      <w:r>
        <w:t>aur isi baiyat ki khabar se aaj se rawana hue the woh ke kufa walon ne baiyat kar li thi.</w:t>
      </w:r>
    </w:p>
    <w:p>
      <w:pPr>
        <w:jc w:val="right"/>
      </w:pPr>
      <w:r>
        <w:t>اور اسی بیعت کی خبر سے آج سے روانہ ہوئے تھے وہ کہ کوفہ والوں نے بیعت کر لی تھی۔</w:t>
      </w:r>
    </w:p>
    <w:p>
      <w:r>
        <w:rPr>
          <w:b/>
        </w:rPr>
        <w:t xml:space="preserve">[31:48] </w:t>
      </w:r>
      <w:r>
        <w:t>aur kufa wale baiyat tor chuke the.</w:t>
      </w:r>
    </w:p>
    <w:p>
      <w:pPr>
        <w:jc w:val="right"/>
      </w:pPr>
      <w:r>
        <w:t>اور کوفہ والے بیعت توڑ چکے تھے۔</w:t>
      </w:r>
    </w:p>
    <w:p>
      <w:r>
        <w:rPr>
          <w:b/>
        </w:rPr>
        <w:t xml:space="preserve">[31:54] </w:t>
      </w:r>
      <w:r>
        <w:t>jab un ke liye muslim ibn aqeel ko qatal kar ke phansi latka diya.</w:t>
      </w:r>
    </w:p>
    <w:p>
      <w:pPr>
        <w:jc w:val="right"/>
      </w:pPr>
      <w:r>
        <w:t>جب ان کے لئے مسلم ابن عقیل کو قتل کر کے پھانسی لٹکا دیا۔</w:t>
      </w:r>
    </w:p>
    <w:p>
      <w:r>
        <w:rPr>
          <w:b/>
        </w:rPr>
        <w:t xml:space="preserve">[31:59] </w:t>
      </w:r>
      <w:r>
        <w:t>to agar koi telephone karta kufa se makkah ke hazrat, woh to sab maamla khatm ho gaya,</w:t>
      </w:r>
    </w:p>
    <w:p>
      <w:pPr>
        <w:jc w:val="right"/>
      </w:pPr>
      <w:r>
        <w:t>تو اگر کوئی ٹیلی فون کرتا کوفہ سے مکہ کہ حضرت، وہ تو سب معاملہ ختم ہو گیا،</w:t>
      </w:r>
    </w:p>
    <w:p>
      <w:r>
        <w:rPr>
          <w:b/>
        </w:rPr>
        <w:t xml:space="preserve">[32:05] </w:t>
      </w:r>
      <w:r>
        <w:t>woh hazrat baiyat tod di, to imam hussain zaroor kehte ke ab jaane ki koi zaroorat nahi hai,</w:t>
      </w:r>
    </w:p>
    <w:p>
      <w:pPr>
        <w:jc w:val="right"/>
      </w:pPr>
      <w:r>
        <w:t>وہ حضرت بیعت توڑ دی، تو امام حسین ضرور کہتے کہ اب جانے کی کوئی ضرورت نہیں ہے،</w:t>
      </w:r>
    </w:p>
    <w:p>
      <w:r>
        <w:rPr>
          <w:b/>
        </w:rPr>
        <w:t xml:space="preserve">[32:10] </w:t>
      </w:r>
      <w:r>
        <w:t>makkah mein rahenge.</w:t>
      </w:r>
    </w:p>
    <w:p>
      <w:pPr>
        <w:jc w:val="right"/>
      </w:pPr>
      <w:r>
        <w:t>مکہ میں رہیں گے۔</w:t>
      </w:r>
    </w:p>
    <w:p>
      <w:r>
        <w:rPr>
          <w:b/>
        </w:rPr>
        <w:t xml:space="preserve">[32:16] </w:t>
      </w:r>
      <w:r>
        <w:t>to telephone ka agar rawana hota to hazrat hussain ki shahadat na hoti.</w:t>
      </w:r>
    </w:p>
    <w:p>
      <w:pPr>
        <w:jc w:val="right"/>
      </w:pPr>
      <w:r>
        <w:t>تو ٹیلی فون کا اگر روانہ ہوتا تو حضرت حسین کی شہادت نہ ہوتی۔</w:t>
      </w:r>
    </w:p>
    <w:p>
      <w:r>
        <w:rPr>
          <w:b/>
        </w:rPr>
        <w:t xml:space="preserve">[32:21] </w:t>
      </w:r>
      <w:r>
        <w:t>to us zamane mein jab ke yeh tasawwur hi nahi tha ke ek jagah se doosri jagah woh</w:t>
      </w:r>
    </w:p>
    <w:p>
      <w:pPr>
        <w:jc w:val="right"/>
      </w:pPr>
      <w:r>
        <w:t>تو اس زمانے میں جب کہ یہ تصور ہی نہیں تھا کہ ایک جگہ سے دوسری جگہ وہ</w:t>
      </w:r>
    </w:p>
    <w:p>
      <w:r>
        <w:rPr>
          <w:b/>
        </w:rPr>
        <w:t xml:space="preserve">[32:27] </w:t>
      </w:r>
      <w:r>
        <w:t>pahunche, yaani waves pahunche, waves ke zariye se hamari baatein pahunchein.</w:t>
      </w:r>
    </w:p>
    <w:p>
      <w:pPr>
        <w:jc w:val="right"/>
      </w:pPr>
      <w:r>
        <w:t>پہنچے، یعنی waves پہنچے، waves کے ذریعے سے ہماری باتیں پہنچیں۔</w:t>
      </w:r>
    </w:p>
    <w:p>
      <w:r>
        <w:rPr>
          <w:b/>
        </w:rPr>
        <w:t xml:space="preserve">[32:32] </w:t>
      </w:r>
      <w:r>
        <w:t>baghair is ke ke hum ne safar kiya ho.</w:t>
      </w:r>
    </w:p>
    <w:p>
      <w:pPr>
        <w:jc w:val="right"/>
      </w:pPr>
      <w:r>
        <w:t>بغیر اس کے کہ ہم نے سفر کیا ہو۔</w:t>
      </w:r>
    </w:p>
    <w:p>
      <w:r>
        <w:rPr>
          <w:b/>
        </w:rPr>
        <w:t xml:space="preserve">[32:38] </w:t>
      </w:r>
      <w:r>
        <w:t>is waqt rasool ALLAH sallallahu alaihi wasallam ne farmaya ke sari zameen ke khazane mujhe de diye gaye.</w:t>
      </w:r>
    </w:p>
    <w:p>
      <w:pPr>
        <w:jc w:val="right"/>
      </w:pPr>
      <w:r>
        <w:t>اس وقت رسول اللہ صلی اللہ علیہ وسلم نے فرمایا کہ ساری زمین کے خزانے مجھے دے دیے گئے۔</w:t>
      </w:r>
    </w:p>
    <w:p>
      <w:r>
        <w:rPr>
          <w:b/>
        </w:rPr>
        <w:t xml:space="preserve">[32:43] </w:t>
      </w:r>
      <w:r>
        <w:t>matlab yeh ke meri ummat ke log mere mission ko sari duniya mein chalane ke liye azaad honge.</w:t>
      </w:r>
    </w:p>
    <w:p>
      <w:pPr>
        <w:jc w:val="right"/>
      </w:pPr>
      <w:r>
        <w:t>مطلب یہ کہ میری امت کے لوگ میرے مشن کو ساری دنیا میں چلانے کے لیے آزاد ہوں گے۔</w:t>
      </w:r>
    </w:p>
    <w:p>
      <w:r>
        <w:rPr>
          <w:b/>
        </w:rPr>
        <w:t xml:space="preserve">[32:49] </w:t>
      </w:r>
      <w:r>
        <w:t>koi rukawat nahi hogi.</w:t>
      </w:r>
    </w:p>
    <w:p>
      <w:pPr>
        <w:jc w:val="right"/>
      </w:pPr>
      <w:r>
        <w:t>کوئی رکاوٹ نہیں ہوگی۔</w:t>
      </w:r>
    </w:p>
    <w:p>
      <w:r>
        <w:rPr>
          <w:b/>
        </w:rPr>
        <w:t xml:space="preserve">[32:55] </w:t>
      </w:r>
      <w:r>
        <w:t>jahan chaho jao.</w:t>
      </w:r>
    </w:p>
    <w:p>
      <w:pPr>
        <w:jc w:val="right"/>
      </w:pPr>
      <w:r>
        <w:t>جہاں چاہو جاؤ۔</w:t>
      </w:r>
    </w:p>
    <w:p>
      <w:r>
        <w:rPr>
          <w:b/>
        </w:rPr>
        <w:t xml:space="preserve">[33:00] </w:t>
      </w:r>
      <w:r>
        <w:t>to modern communication jo hai, yeh is ki paishin goi hai.</w:t>
      </w:r>
    </w:p>
    <w:p>
      <w:pPr>
        <w:jc w:val="right"/>
      </w:pPr>
      <w:r>
        <w:t>تو modern communication جو ہے، یہ اس کی پیشین گوئی ہے۔</w:t>
      </w:r>
    </w:p>
    <w:p>
      <w:r>
        <w:rPr>
          <w:b/>
        </w:rPr>
        <w:t xml:space="preserve">[33:06] </w:t>
      </w:r>
      <w:r>
        <w:t>to communication ke zariye ek daawa empire qaim ho jayega, is ki ek paishin goi hai.</w:t>
      </w:r>
    </w:p>
    <w:p>
      <w:pPr>
        <w:jc w:val="right"/>
      </w:pPr>
      <w:r>
        <w:t>تو communication کے ذریعے ایک دعویٰ ایمپائر قائم ہو جائے گا، اس کی ایک پیشین گوئی ہے۔</w:t>
      </w:r>
    </w:p>
    <w:p>
      <w:r>
        <w:rPr>
          <w:b/>
        </w:rPr>
        <w:t xml:space="preserve">[33:11] </w:t>
      </w:r>
      <w:r>
        <w:t>yeh hai jawami ul hikam.</w:t>
      </w:r>
    </w:p>
    <w:p>
      <w:pPr>
        <w:jc w:val="right"/>
      </w:pPr>
      <w:r>
        <w:t>یہ ہے جوامع الحکم۔</w:t>
      </w:r>
    </w:p>
    <w:p>
      <w:r>
        <w:rPr>
          <w:b/>
        </w:rPr>
        <w:t xml:space="preserve">[33:17] </w:t>
      </w:r>
      <w:r>
        <w:t>to ghaur kijiye ke agar insaan soche, ALLAH ki fitrat, ALLAH ke nizam ko daryaft kare, aur apne</w:t>
      </w:r>
    </w:p>
    <w:p>
      <w:pPr>
        <w:jc w:val="right"/>
      </w:pPr>
      <w:r>
        <w:t>تو غور کیجئے کہ اگر انسان سوچے، اللہ کی فطرت، اللہ کے نظام کو دریافت کرے، اور اپنے</w:t>
      </w:r>
    </w:p>
    <w:p>
      <w:r>
        <w:rPr>
          <w:b/>
        </w:rPr>
        <w:t xml:space="preserve">[33:22] </w:t>
      </w:r>
      <w:r>
        <w:t>zehan ko khol kar open mind ke sath baaton ko samjhe, to marifat ke kitne bade, yaani bade</w:t>
      </w:r>
    </w:p>
    <w:p>
      <w:pPr>
        <w:jc w:val="right"/>
      </w:pPr>
      <w:r>
        <w:t>ذہن کو کھول کر open mind کے ساتھ باتوں کو سمجھے، تو معرفت کے کتنے بڑے، یعنی بڑے</w:t>
      </w:r>
    </w:p>
    <w:p>
      <w:r>
        <w:rPr>
          <w:b/>
        </w:rPr>
        <w:t xml:space="preserve">[33:28] </w:t>
      </w:r>
      <w:r>
        <w:t>bade marifat ka pahaad aap ke samne aa jayega.</w:t>
      </w:r>
    </w:p>
    <w:p>
      <w:pPr>
        <w:jc w:val="right"/>
      </w:pPr>
      <w:r>
        <w:t>بڑے معرفت کا پہاڑ آپ کے سامنے آجائے گا۔</w:t>
      </w:r>
    </w:p>
    <w:p>
      <w:r>
        <w:rPr>
          <w:b/>
        </w:rPr>
        <w:t xml:space="preserve">[33:33] </w:t>
      </w:r>
      <w:r>
        <w:t>marifat ka samandar aa jayega aap ke samne.</w:t>
      </w:r>
    </w:p>
    <w:p>
      <w:pPr>
        <w:jc w:val="right"/>
      </w:pPr>
      <w:r>
        <w:t>معرفت کا سمندر آجائے گا آپ کے سامنے۔</w:t>
      </w:r>
    </w:p>
    <w:p>
      <w:r>
        <w:rPr>
          <w:b/>
        </w:rPr>
        <w:t xml:space="preserve">[33:39] </w:t>
      </w:r>
      <w:r>
        <w:t>ALLAH ki azmat, ALLAH ki glory ko, yaani aise ajeeb ghareeb taur par daryaft karenge aap.</w:t>
      </w:r>
    </w:p>
    <w:p>
      <w:pPr>
        <w:jc w:val="right"/>
      </w:pPr>
      <w:r>
        <w:t>اللہ کی عظمت، اللہ کی glory کو، یعنی ایسے عجیب غریب طور پر دریافت کریں گے آپ۔</w:t>
      </w:r>
    </w:p>
    <w:p>
      <w:r>
        <w:rPr>
          <w:b/>
        </w:rPr>
        <w:t xml:space="preserve">[33:44] </w:t>
      </w:r>
      <w:r>
        <w:t>jis ko angrez mein kehte hain mind boggling, yaani mind boggling marifat, mind boggling glory, mind boggling ayat</w:t>
      </w:r>
    </w:p>
    <w:p>
      <w:pPr>
        <w:jc w:val="right"/>
      </w:pPr>
      <w:r>
        <w:t>جس کو انگریز میں کہتے ہیں mind boggling، یعنی mind boggling معرفت، mind boggling glory، mind boggling آیت</w:t>
      </w:r>
    </w:p>
    <w:p>
      <w:r>
        <w:rPr>
          <w:b/>
        </w:rPr>
        <w:t xml:space="preserve">[33:50] </w:t>
      </w:r>
      <w:r>
        <w:t>allah, yeh sab hoga.</w:t>
      </w:r>
    </w:p>
    <w:p>
      <w:pPr>
        <w:jc w:val="right"/>
      </w:pPr>
      <w:r>
        <w:t>اللہ، یہ سب ہوگا۔</w:t>
      </w:r>
    </w:p>
    <w:p>
      <w:r>
        <w:rPr>
          <w:b/>
        </w:rPr>
        <w:t xml:space="preserve">[33:55] </w:t>
      </w:r>
      <w:r>
        <w:t>lekin musalman is se bekhabar hain, woh khwamkhwah lad rahe hain, mar rahe hain.</w:t>
      </w:r>
    </w:p>
    <w:p>
      <w:pPr>
        <w:jc w:val="right"/>
      </w:pPr>
      <w:r>
        <w:t>لیکن مسلمان اس سے بے خبر ہیں، وہ خوامخواہ لڑ رہے ہیں، مر رہے ہیں۔</w:t>
      </w:r>
    </w:p>
    <w:p>
      <w:r>
        <w:rPr>
          <w:b/>
        </w:rPr>
        <w:t xml:space="preserve">[34:01] </w:t>
      </w:r>
      <w:r>
        <w:t>khwamkhwah, koi sar na pade is ladne marne ka.</w:t>
      </w:r>
    </w:p>
    <w:p>
      <w:pPr>
        <w:jc w:val="right"/>
      </w:pPr>
      <w:r>
        <w:t>خوامخواہ، کوئی سر نہ پڑے اس لڑنے مرنے کا۔</w:t>
      </w:r>
    </w:p>
    <w:p>
      <w:r>
        <w:rPr>
          <w:b/>
        </w:rPr>
        <w:t xml:space="preserve">[34:07] </w:t>
      </w:r>
      <w:r>
        <w:t>yani yeh jo haqaiq hain jo allah ne kholi hain, use bekhabri ki bina par aisa hai</w:t>
      </w:r>
    </w:p>
    <w:p>
      <w:pPr>
        <w:jc w:val="right"/>
      </w:pPr>
      <w:r>
        <w:t>یعنی یہ جو حقائق ہیں جو اللہ نے کھولی ہیں، اسے بے خبری کی بنا پر ایسا ہے</w:t>
      </w:r>
    </w:p>
    <w:p>
      <w:r>
        <w:rPr>
          <w:b/>
        </w:rPr>
        <w:t xml:space="preserve">[34:12] </w:t>
      </w:r>
      <w:r>
        <w:t>ke jahan dekhiye, khwamkhwah aap lad rahe hain, mar rahe hain.</w:t>
      </w:r>
    </w:p>
    <w:p>
      <w:pPr>
        <w:jc w:val="right"/>
      </w:pPr>
      <w:r>
        <w:t>کہ جہاں دیکھئے، خوامخواہ آپ لڑ رہے ہیں، مر رہے ہیں۔</w:t>
      </w:r>
    </w:p>
    <w:p>
      <w:r>
        <w:rPr>
          <w:b/>
        </w:rPr>
        <w:t xml:space="preserve">[34:18] </w:t>
      </w:r>
      <w:r>
        <w:t>to purana misl hai ke al-nas a'daa ma jahiloo, log us ke dushman hote hain jis ko woh</w:t>
      </w:r>
    </w:p>
    <w:p>
      <w:pPr>
        <w:jc w:val="right"/>
      </w:pPr>
      <w:r>
        <w:t>تو پرانا مثل ہے کہ الناس أعداء ما جاهلوا، لوگ اس کے دشمن ہوتے ہیں جس کو وہ</w:t>
      </w:r>
    </w:p>
    <w:p>
      <w:r>
        <w:rPr>
          <w:b/>
        </w:rPr>
        <w:t xml:space="preserve">[34:23] </w:t>
      </w:r>
      <w:r>
        <w:t>na jante hon.</w:t>
      </w:r>
    </w:p>
    <w:p>
      <w:pPr>
        <w:jc w:val="right"/>
      </w:pPr>
      <w:r>
        <w:t>نہ جانتے ہوں۔</w:t>
      </w:r>
    </w:p>
    <w:p>
      <w:r>
        <w:rPr>
          <w:b/>
        </w:rPr>
        <w:t xml:space="preserve">[34:29] </w:t>
      </w:r>
      <w:r>
        <w:t>main kehta hoon ke aadmi apne ko halak karta hai agar woh na jaane baaton ko.</w:t>
      </w:r>
    </w:p>
    <w:p>
      <w:pPr>
        <w:jc w:val="right"/>
      </w:pPr>
      <w:r>
        <w:t>میں کہتا ہوں کہ آدمی اپنے کو ہلاک کرتا ہے اگر وہ نہ جانے باتوں کو۔</w:t>
      </w:r>
    </w:p>
    <w:p>
      <w:r>
        <w:rPr>
          <w:b/>
        </w:rPr>
        <w:t xml:space="preserve">[34:34] </w:t>
      </w:r>
      <w:r>
        <w:t>agar aadmi na jaane baaton ko to aadmi kuch to halak hi karega, halak hi karega,</w:t>
      </w:r>
    </w:p>
    <w:p>
      <w:pPr>
        <w:jc w:val="right"/>
      </w:pPr>
      <w:r>
        <w:t>اگر آدمی نہ جانے باتوں کو تو آدمی کچھ تو ہلاک ہی کرے گا، ہلاک ہی کرے گا،</w:t>
      </w:r>
    </w:p>
    <w:p>
      <w:r>
        <w:rPr>
          <w:b/>
        </w:rPr>
        <w:t xml:space="preserve">[34:40] </w:t>
      </w:r>
      <w:r>
        <w:t>aur kuch is ki is dunya mein kuch payega nahi woh.</w:t>
      </w:r>
    </w:p>
    <w:p>
      <w:pPr>
        <w:jc w:val="right"/>
      </w:pPr>
      <w:r>
        <w:t>اور کچھ اس کی اس دنیا میں کچھ پائے گا نہیں وہ۔</w:t>
      </w:r>
    </w:p>
    <w:p>
      <w:r>
        <w:rPr>
          <w:b/>
        </w:rPr>
        <w:t xml:space="preserve">[34:45] </w:t>
      </w:r>
      <w:r>
        <w:t>jis muslim mulk mein dekhiye, wahan par halakatein to ho rahi hain.</w:t>
      </w:r>
    </w:p>
    <w:p>
      <w:pPr>
        <w:jc w:val="right"/>
      </w:pPr>
      <w:r>
        <w:t>جس مسلم ملک میں دیکھئے، وہاں پر ہلاکتیں تو ہو رہی ہیں۔</w:t>
      </w:r>
    </w:p>
    <w:p>
      <w:r>
        <w:rPr>
          <w:b/>
        </w:rPr>
        <w:t xml:space="preserve">[34:51] </w:t>
      </w:r>
      <w:r>
        <w:t>kyunke naye halaat se bekhabar hain.</w:t>
      </w:r>
    </w:p>
    <w:p>
      <w:pPr>
        <w:jc w:val="right"/>
      </w:pPr>
      <w:r>
        <w:t>کیونکہ نئے حالات سے بے خبر ہیں۔</w:t>
      </w:r>
    </w:p>
    <w:p>
      <w:r>
        <w:rPr>
          <w:b/>
        </w:rPr>
        <w:t xml:space="preserve">[34:56] </w:t>
      </w:r>
      <w:r>
        <w:t>isi liye hadith mein bohat zabardast baat kahi gayi hai momin ke bare mein, momin ki sifat ke</w:t>
      </w:r>
    </w:p>
    <w:p>
      <w:pPr>
        <w:jc w:val="right"/>
      </w:pPr>
      <w:r>
        <w:t>اسی لیے حدیث میں بہت زبردست بات کہی گئی ہے مومن کے بارے میں، مومن کی صفت کہ</w:t>
      </w:r>
    </w:p>
    <w:p>
      <w:r>
        <w:rPr>
          <w:b/>
        </w:rPr>
        <w:t xml:space="preserve">[35:02] </w:t>
      </w:r>
      <w:r>
        <w:t>an yakoon baseer biz-zaman ke momin jo hai, zamane se bakhabar insan hota hai.</w:t>
      </w:r>
    </w:p>
    <w:p>
      <w:pPr>
        <w:jc w:val="right"/>
      </w:pPr>
      <w:r>
        <w:t>أن يكون بصير بزمان کہ مومن جو ہے، زمانے سے باخبر انسان ہوتا ہے۔</w:t>
      </w:r>
    </w:p>
    <w:p>
      <w:r>
        <w:rPr>
          <w:b/>
        </w:rPr>
        <w:t xml:space="preserve">[35:07] </w:t>
      </w:r>
      <w:r>
        <w:t>zamane se bakhabar an yakoon baseer biz-zaman agar aap zamane se bakhabar honge to aap aala marifat</w:t>
      </w:r>
    </w:p>
    <w:p>
      <w:pPr>
        <w:jc w:val="right"/>
      </w:pPr>
      <w:r>
        <w:t>زمانے سے باخبر أن يكون بصير بزمان اگر آپ زمانے سے باخبر ہوں گے تو آپ اعلیٰ معرفت</w:t>
      </w:r>
    </w:p>
    <w:p>
      <w:r>
        <w:rPr>
          <w:b/>
        </w:rPr>
        <w:t xml:space="preserve">[35:13] </w:t>
      </w:r>
      <w:r>
        <w:t>hasil karenge.</w:t>
      </w:r>
    </w:p>
    <w:p>
      <w:pPr>
        <w:jc w:val="right"/>
      </w:pPr>
      <w:r>
        <w:t>حاصل کریں گے۔</w:t>
      </w:r>
    </w:p>
    <w:p>
      <w:r>
        <w:rPr>
          <w:b/>
        </w:rPr>
        <w:t xml:space="preserve">[35:19] </w:t>
      </w:r>
      <w:r>
        <w:t>aap dawat ki aala darje ki planning kar payenge.</w:t>
      </w:r>
    </w:p>
    <w:p>
      <w:pPr>
        <w:jc w:val="right"/>
      </w:pPr>
      <w:r>
        <w:t>آپ دعوت کی اعلیٰ درجے کی planning کر پائیں گے۔</w:t>
      </w:r>
    </w:p>
    <w:p>
      <w:r>
        <w:rPr>
          <w:b/>
        </w:rPr>
        <w:t xml:space="preserve">[35:24] </w:t>
      </w:r>
      <w:r>
        <w:t>apne ko halakat se bachayenge.</w:t>
      </w:r>
    </w:p>
    <w:p>
      <w:pPr>
        <w:jc w:val="right"/>
      </w:pPr>
      <w:r>
        <w:t>اپنے کو ہلاکت سے بچائیں گے۔</w:t>
      </w:r>
    </w:p>
    <w:p>
      <w:r>
        <w:rPr>
          <w:b/>
        </w:rPr>
        <w:t xml:space="preserve">[35:30] </w:t>
      </w:r>
      <w:r>
        <w:t>apni energy ko zyada healthy andaaz mein istemal karenge.</w:t>
      </w:r>
    </w:p>
    <w:p>
      <w:pPr>
        <w:jc w:val="right"/>
      </w:pPr>
      <w:r>
        <w:t>اپنی energy کو زیادہ healthy انداز میں استعمال کریں گے۔</w:t>
      </w:r>
    </w:p>
    <w:p>
      <w:r>
        <w:rPr>
          <w:b/>
        </w:rPr>
        <w:t xml:space="preserve">[35:35] </w:t>
      </w:r>
      <w:r>
        <w:t>aur peaceful tareeqe se aap ek pure deen, pure alam mein peaceful tareeqe se aap ka ek dawah</w:t>
      </w:r>
    </w:p>
    <w:p>
      <w:pPr>
        <w:jc w:val="right"/>
      </w:pPr>
      <w:r>
        <w:t>اور peaceful طریقے سے آپ ایک پورے دین، پورے عالم میں peaceful طریقے سے آپ کا ایک دعویٰ</w:t>
      </w:r>
    </w:p>
    <w:p>
      <w:r>
        <w:rPr>
          <w:b/>
        </w:rPr>
        <w:t xml:space="preserve">[35:41] </w:t>
      </w:r>
      <w:r>
        <w:t>empire qaim kar sakenge.</w:t>
      </w:r>
    </w:p>
    <w:p>
      <w:pPr>
        <w:jc w:val="right"/>
      </w:pPr>
      <w:r>
        <w:t>ایمپائر قائم کر سکیں گے۔</w:t>
      </w:r>
    </w:p>
    <w:p>
      <w:r>
        <w:rPr>
          <w:b/>
        </w:rPr>
        <w:t xml:space="preserve">[35:46] </w:t>
      </w:r>
      <w:r>
        <w:t>yeh sab kuch hoga agar zamane se bakhabar hon.</w:t>
      </w:r>
    </w:p>
    <w:p>
      <w:pPr>
        <w:jc w:val="right"/>
      </w:pPr>
      <w:r>
        <w:t>یہ سب کچھ ہوگا اگر زمانے سے باخبر ہوں۔</w:t>
      </w:r>
    </w:p>
    <w:p>
      <w:r>
        <w:rPr>
          <w:b/>
        </w:rPr>
        <w:t xml:space="preserve">[35:52] </w:t>
      </w:r>
      <w:r>
        <w:t>to an yakoon baseer biz-zaman yeh bhi ek jawami al-qalam mein se hai.</w:t>
      </w:r>
    </w:p>
    <w:p>
      <w:pPr>
        <w:jc w:val="right"/>
      </w:pPr>
      <w:r>
        <w:t>تو أن يكون بصير بزمان یہ بھی ایک جماع القلم میں سے ہے۔</w:t>
      </w:r>
    </w:p>
    <w:p>
      <w:r>
        <w:rPr>
          <w:b/>
        </w:rPr>
        <w:t xml:space="preserve">[35:57] </w:t>
      </w:r>
      <w:r>
        <w:t>yeh bhi jawami al-qalam mein se hai ke agar aap zamane se janiye to agar zamane se aap</w:t>
      </w:r>
    </w:p>
    <w:p>
      <w:pPr>
        <w:jc w:val="right"/>
      </w:pPr>
      <w:r>
        <w:t>یہ بھی جوامع القلم میں سے ہے کہ اگر آپ زمانے سے جانیں تو اگر زمانے سے آپ</w:t>
      </w:r>
    </w:p>
    <w:p>
      <w:r>
        <w:rPr>
          <w:b/>
        </w:rPr>
        <w:t xml:space="preserve">[36:03] </w:t>
      </w:r>
      <w:r>
        <w:t>bakhabar hon to aap ki kamyabiyon ki koi had nahi hogi.</w:t>
      </w:r>
    </w:p>
    <w:p>
      <w:pPr>
        <w:jc w:val="right"/>
      </w:pPr>
      <w:r>
        <w:t>باخبر ہوں تو آپ کی کامیابیوں کی کوئی حد نہیں ہوگی۔</w:t>
      </w:r>
    </w:p>
    <w:p>
      <w:r>
        <w:rPr>
          <w:b/>
        </w:rPr>
        <w:t xml:space="preserve">[36:08] </w:t>
      </w:r>
      <w:r>
        <w:t>Sky is the limit۔</w:t>
      </w:r>
    </w:p>
    <w:p>
      <w:pPr>
        <w:jc w:val="right"/>
      </w:pPr>
      <w:r>
        <w:t>Sky is the limit۔</w:t>
      </w:r>
    </w:p>
    <w:p>
      <w:r>
        <w:rPr>
          <w:b/>
        </w:rPr>
        <w:t xml:space="preserve">[36:14] </w:t>
      </w:r>
      <w:r>
        <w:t>Jo kaha jata hai na, Sky is the limit۔</w:t>
      </w:r>
    </w:p>
    <w:p>
      <w:pPr>
        <w:jc w:val="right"/>
      </w:pPr>
      <w:r>
        <w:t>جو کہا جاتا ہے نا، Sky is the limit۔</w:t>
      </w:r>
    </w:p>
    <w:p>
      <w:r>
        <w:rPr>
          <w:b/>
        </w:rPr>
        <w:t xml:space="preserve">[36:19] </w:t>
      </w:r>
      <w:r>
        <w:t>Yaani har taraf kamyabi hi kamyabi aap ke liye hogi۔</w:t>
      </w:r>
    </w:p>
    <w:p>
      <w:pPr>
        <w:jc w:val="right"/>
      </w:pPr>
      <w:r>
        <w:t>یعنی ہر طرف کامیابی ہی کامیابی آپ کے لئے ہوگی۔</w:t>
      </w:r>
    </w:p>
    <w:p>
      <w:r>
        <w:rPr>
          <w:b/>
        </w:rPr>
        <w:t xml:space="preserve">[36:25] </w:t>
      </w:r>
      <w:r>
        <w:t>Zamanay se ba-khabar hon۔</w:t>
      </w:r>
    </w:p>
    <w:p>
      <w:pPr>
        <w:jc w:val="right"/>
      </w:pPr>
      <w:r>
        <w:t>زمانے سے باخبر ہوں۔</w:t>
      </w:r>
    </w:p>
    <w:p>
      <w:r>
        <w:rPr>
          <w:b/>
        </w:rPr>
        <w:t xml:space="preserve">[36:31] </w:t>
      </w:r>
      <w:r>
        <w:t>Nahi to kya hoga? Larein ge, marein ge, apni energy ko barbaad karein ge, aur Islam ko badnaam karein ge۔</w:t>
      </w:r>
    </w:p>
    <w:p>
      <w:pPr>
        <w:jc w:val="right"/>
      </w:pPr>
      <w:r>
        <w:t>نہیں تو کیا ہوگا؟ لڑیں گے، مریں گے، اپنی energy کو برباد کریں گے، اور اسلام کو بدنام کریں گے۔</w:t>
      </w:r>
    </w:p>
    <w:p>
      <w:r>
        <w:rPr>
          <w:b/>
        </w:rPr>
        <w:t xml:space="preserve">[36:36] </w:t>
      </w:r>
      <w:r>
        <w:t>Aaj kal jo Musalmanon ki idhar udhar jo military chala rahe hain, to kya ho raha hai? Islam</w:t>
      </w:r>
    </w:p>
    <w:p>
      <w:pPr>
        <w:jc w:val="right"/>
      </w:pPr>
      <w:r>
        <w:t>آج کل جو مسلمانوں کی ادھر ادھر جو military چلا رہے ہیں، تو کیا ہو رہا ہے؟ اسلام</w:t>
      </w:r>
    </w:p>
    <w:p>
      <w:r>
        <w:rPr>
          <w:b/>
        </w:rPr>
        <w:t xml:space="preserve">[36:42] </w:t>
      </w:r>
      <w:r>
        <w:t>Badnaam ho raha hai۔</w:t>
      </w:r>
    </w:p>
    <w:p>
      <w:pPr>
        <w:jc w:val="right"/>
      </w:pPr>
      <w:r>
        <w:t>بدنام ہو رہا ہے۔</w:t>
      </w:r>
    </w:p>
    <w:p>
      <w:r>
        <w:rPr>
          <w:b/>
        </w:rPr>
        <w:t xml:space="preserve">[36:47] </w:t>
      </w:r>
      <w:r>
        <w:t>Yaani aap ne akhbaron mein parha hoga ke Musalman kai jagah surang khod rahe hain۔</w:t>
      </w:r>
    </w:p>
    <w:p>
      <w:pPr>
        <w:jc w:val="right"/>
      </w:pPr>
      <w:r>
        <w:t>یعنی آپ نے اخباروں میں پڑھا ہوگا کہ مسلمان کئی جگہ سرنگ کھود رہے ہیں۔</w:t>
      </w:r>
    </w:p>
    <w:p>
      <w:r>
        <w:rPr>
          <w:b/>
        </w:rPr>
        <w:t xml:space="preserve">[36:53] </w:t>
      </w:r>
      <w:r>
        <w:t>Aik mulk se doosre mulk jaane ke liye۔ Tunnel۔</w:t>
      </w:r>
    </w:p>
    <w:p>
      <w:pPr>
        <w:jc w:val="right"/>
      </w:pPr>
      <w:r>
        <w:t>ایک ملک سے دوسرے ملک جانے کے لئے۔ ٹنل۔</w:t>
      </w:r>
    </w:p>
    <w:p>
      <w:r>
        <w:rPr>
          <w:b/>
        </w:rPr>
        <w:t xml:space="preserve">[36:58] </w:t>
      </w:r>
      <w:r>
        <w:t>Aur in surangein pakar jati hain ya mare jate hain۔</w:t>
      </w:r>
    </w:p>
    <w:p>
      <w:pPr>
        <w:jc w:val="right"/>
      </w:pPr>
      <w:r>
        <w:t>اور اس سرنگیں پکڑ جاتی ہیں یا مارے جاتے ہیں۔</w:t>
      </w:r>
    </w:p>
    <w:p>
      <w:r>
        <w:rPr>
          <w:b/>
        </w:rPr>
        <w:t xml:space="preserve">[37:04] </w:t>
      </w:r>
      <w:r>
        <w:t>Main kehta hoon, surang khodne ki kya zaroorat hai? Surface par saari duniya toali khuli hui hai۔</w:t>
      </w:r>
    </w:p>
    <w:p>
      <w:pPr>
        <w:jc w:val="right"/>
      </w:pPr>
      <w:r>
        <w:t>میں کہتا ہوں، سرنگ کھودنے کی کیا ضرورت ہے؟ Surface پر ساری دنیا توالی کھلی ہوئی ہے۔</w:t>
      </w:r>
    </w:p>
    <w:p>
      <w:r>
        <w:rPr>
          <w:b/>
        </w:rPr>
        <w:t xml:space="preserve">[37:09] </w:t>
      </w:r>
      <w:r>
        <w:t>Yaani aik surang khol kar aap us ke andar jana chahte hain, us ki zaroorat hi kya hai؟</w:t>
      </w:r>
    </w:p>
    <w:p>
      <w:pPr>
        <w:jc w:val="right"/>
      </w:pPr>
      <w:r>
        <w:t>یعنی ایک سرنگ کھول کر آپ اس کے اندر جانا چاہتے ہیں، اس کی ضرورت ہی کیا ہے؟</w:t>
      </w:r>
    </w:p>
    <w:p>
      <w:r>
        <w:rPr>
          <w:b/>
        </w:rPr>
        <w:t xml:space="preserve">[37:15] </w:t>
      </w:r>
      <w:r>
        <w:t>Chunke aap aap ne chahte hain ke main gun le kar idhar se idhar jaon, bomb le kar</w:t>
      </w:r>
    </w:p>
    <w:p>
      <w:pPr>
        <w:jc w:val="right"/>
      </w:pPr>
      <w:r>
        <w:t>چونکہ آپ آپ نے چاہتے ہیں کہ میں گن لے کر ادھر سے ادھر جاؤں، بم لے کر</w:t>
      </w:r>
    </w:p>
    <w:p>
      <w:r>
        <w:rPr>
          <w:b/>
        </w:rPr>
        <w:t xml:space="preserve">[37:20] </w:t>
      </w:r>
      <w:r>
        <w:t>Idhar se jaon۔</w:t>
      </w:r>
    </w:p>
    <w:p>
      <w:pPr>
        <w:jc w:val="right"/>
      </w:pPr>
      <w:r>
        <w:t>ادھر سے جاؤں۔</w:t>
      </w:r>
    </w:p>
    <w:p>
      <w:r>
        <w:rPr>
          <w:b/>
        </w:rPr>
        <w:t xml:space="preserve">[37:26] </w:t>
      </w:r>
      <w:r>
        <w:t>Agar aap peaceful tareeqay se kaam karein, peaceful to surface saari khuli hui hai, ab saari zameen khuli hui hai۔</w:t>
      </w:r>
    </w:p>
    <w:p>
      <w:pPr>
        <w:jc w:val="right"/>
      </w:pPr>
      <w:r>
        <w:t>اگر آپ peaceful طریقے سے کام کریں، peaceful تو surface ساری کھلی ہوئی ہے، اب ساری زمین کھلی ہوئی ہے۔</w:t>
      </w:r>
    </w:p>
    <w:p>
      <w:r>
        <w:rPr>
          <w:b/>
        </w:rPr>
        <w:t xml:space="preserve">[37:31] </w:t>
      </w:r>
      <w:r>
        <w:t>Koi surang khodne ki zaroorat nahi۔</w:t>
      </w:r>
    </w:p>
    <w:p>
      <w:pPr>
        <w:jc w:val="right"/>
      </w:pPr>
      <w:r>
        <w:t>کوئی سرنگ کھودنے کی ضرورت نہیں۔</w:t>
      </w:r>
    </w:p>
    <w:p>
      <w:r>
        <w:rPr>
          <w:b/>
        </w:rPr>
        <w:t xml:space="preserve">[37:37] </w:t>
      </w:r>
      <w:r>
        <w:t>Koi tunnel banane ki zaroorat nahi۔</w:t>
      </w:r>
    </w:p>
    <w:p>
      <w:pPr>
        <w:jc w:val="right"/>
      </w:pPr>
      <w:r>
        <w:t>کوئی ٹنل بنانے کی ضرورت نہیں۔</w:t>
      </w:r>
    </w:p>
    <w:p>
      <w:r>
        <w:rPr>
          <w:b/>
        </w:rPr>
        <w:t xml:space="preserve">[37:43] </w:t>
      </w:r>
      <w:r>
        <w:t>Saari poori zameen aap ke liye khuli hui hai۔</w:t>
      </w:r>
    </w:p>
    <w:p>
      <w:pPr>
        <w:jc w:val="right"/>
      </w:pPr>
      <w:r>
        <w:t>ساری پوری زمین آپ کے لئے کھلی ہوئی ہے۔</w:t>
      </w:r>
    </w:p>
    <w:p>
      <w:r>
        <w:rPr>
          <w:b/>
        </w:rPr>
        <w:t xml:space="preserve">[37:48] </w:t>
      </w:r>
      <w:r>
        <w:t>Aap hawai jahaz se jahan chahiye joṛiye, car se jahan chahiye jaiye, aur yeh telephone se jis</w:t>
      </w:r>
    </w:p>
    <w:p>
      <w:pPr>
        <w:jc w:val="right"/>
      </w:pPr>
      <w:r>
        <w:t>آپ ہوائی جہاز سے جہاں چاہئے جوڑئے، کار سے جہاں چاہئے جائیے، اور یہ ٹیلی فون سے جس</w:t>
      </w:r>
    </w:p>
    <w:p>
      <w:r>
        <w:rPr>
          <w:b/>
        </w:rPr>
        <w:t xml:space="preserve">[37:54] </w:t>
      </w:r>
      <w:r>
        <w:t>Chahiye contact kijiye۔</w:t>
      </w:r>
    </w:p>
    <w:p>
      <w:pPr>
        <w:jc w:val="right"/>
      </w:pPr>
      <w:r>
        <w:t>چاہئے contact کیجئے۔</w:t>
      </w:r>
    </w:p>
    <w:p>
      <w:r>
        <w:rPr>
          <w:b/>
        </w:rPr>
        <w:t xml:space="preserve">[37:59] </w:t>
      </w:r>
      <w:r>
        <w:t>Internet ke zariye jahan chahiye dawat pohanchaiye۔</w:t>
      </w:r>
    </w:p>
    <w:p>
      <w:pPr>
        <w:jc w:val="right"/>
      </w:pPr>
      <w:r>
        <w:t>انٹرنیٹ کے ذریعے جہاں چاہئے دعوت پہنچائیے۔</w:t>
      </w:r>
    </w:p>
    <w:p>
      <w:r>
        <w:rPr>
          <w:b/>
        </w:rPr>
        <w:t xml:space="preserve">[38:05] </w:t>
      </w:r>
      <w:r>
        <w:t>Yaani global level par aap sab kuch kar sakte hain۔</w:t>
      </w:r>
    </w:p>
    <w:p>
      <w:pPr>
        <w:jc w:val="right"/>
      </w:pPr>
      <w:r>
        <w:t>یعنی global level پر آپ سب کچھ کر سکتے ہیں۔</w:t>
      </w:r>
    </w:p>
    <w:p>
      <w:r>
        <w:rPr>
          <w:b/>
        </w:rPr>
        <w:t xml:space="preserve">[38:10] </w:t>
      </w:r>
      <w:r>
        <w:t>Tunnel khodne ki zaroorat nahi hai۔</w:t>
      </w:r>
    </w:p>
    <w:p>
      <w:pPr>
        <w:jc w:val="right"/>
      </w:pPr>
      <w:r>
        <w:t>ٹنل کھودنے کی ضرورت نہیں ہے۔</w:t>
      </w:r>
    </w:p>
    <w:p>
      <w:r>
        <w:rPr>
          <w:b/>
        </w:rPr>
        <w:t xml:space="preserve">[38:16] </w:t>
      </w:r>
      <w:r>
        <w:t>Lekin kya hai? Be-khabari۔</w:t>
      </w:r>
    </w:p>
    <w:p>
      <w:pPr>
        <w:jc w:val="right"/>
      </w:pPr>
      <w:r>
        <w:t>لیکن کیا ہے؟ بے خبری۔</w:t>
      </w:r>
    </w:p>
    <w:p>
      <w:r>
        <w:rPr>
          <w:b/>
        </w:rPr>
        <w:t xml:space="preserve">[38:21] </w:t>
      </w:r>
      <w:r>
        <w:t>To yeh jo hadees hai ke momin ki sifat yeh hai ke أن يكون بصير بزمان kehte hain،</w:t>
      </w:r>
    </w:p>
    <w:p>
      <w:pPr>
        <w:jc w:val="right"/>
      </w:pPr>
      <w:r>
        <w:t>تو یہ جو حدیث ہے کہ مومن کی صفت یہ ہے کہ أن يكون بصير بزمان کہتے ہیں،</w:t>
      </w:r>
    </w:p>
    <w:p>
      <w:r>
        <w:rPr>
          <w:b/>
        </w:rPr>
        <w:t xml:space="preserve">[38:27] </w:t>
      </w:r>
      <w:r>
        <w:t>bohat gehri baat hai.</w:t>
      </w:r>
    </w:p>
    <w:p>
      <w:pPr>
        <w:jc w:val="right"/>
      </w:pPr>
      <w:r>
        <w:t>بہت گہری بات ہے۔</w:t>
      </w:r>
    </w:p>
    <w:p>
      <w:r>
        <w:rPr>
          <w:b/>
        </w:rPr>
        <w:t xml:space="preserve">[38:32] </w:t>
      </w:r>
      <w:r>
        <w:t>mislan quran mein hai ke anntum al-aala in kuntum mu'mineen tum hi sar buland ho ge agar tum momin ho.</w:t>
      </w:r>
    </w:p>
    <w:p>
      <w:pPr>
        <w:jc w:val="right"/>
      </w:pPr>
      <w:r>
        <w:t>مثلاً قرآن میں ہے کہ أنتم الأعلى إن كنتم مؤمنين تم ہی سر بلند ہو گے اگر تم مومن ہو۔</w:t>
      </w:r>
    </w:p>
    <w:p>
      <w:r>
        <w:rPr>
          <w:b/>
        </w:rPr>
        <w:t xml:space="preserve">[38:38] </w:t>
      </w:r>
      <w:r>
        <w:t>is ka matlab yeh hai ke momin ya ba-khabar ho, momin ya be-khabar na ho.</w:t>
      </w:r>
    </w:p>
    <w:p>
      <w:pPr>
        <w:jc w:val="right"/>
      </w:pPr>
      <w:r>
        <w:t>اس کا مطلب یہ ہے کہ مومن یا باخبر ہو، مومن یا بے خبر نہ ہو۔</w:t>
      </w:r>
    </w:p>
    <w:p>
      <w:r>
        <w:rPr>
          <w:b/>
        </w:rPr>
        <w:t xml:space="preserve">[38:43] </w:t>
      </w:r>
      <w:r>
        <w:t>is ka matlab bhi wahi hai.</w:t>
      </w:r>
    </w:p>
    <w:p>
      <w:pPr>
        <w:jc w:val="right"/>
      </w:pPr>
      <w:r>
        <w:t>اس کا مطلب بھی وہی ہے۔</w:t>
      </w:r>
    </w:p>
    <w:p>
      <w:r>
        <w:rPr>
          <w:b/>
        </w:rPr>
        <w:t xml:space="preserve">[38:49] </w:t>
      </w:r>
      <w:r>
        <w:t>agar tum ba-khabar momin ho, ba-basirat momin ho to tumhari sar bulandi ko rok nahi sakta.</w:t>
      </w:r>
    </w:p>
    <w:p>
      <w:pPr>
        <w:jc w:val="right"/>
      </w:pPr>
      <w:r>
        <w:t>اگر تم باخبر مومن ہو، بابصیرت مومن ہو تو تمہاری سر بلندی کو روک نہیں سکتا۔</w:t>
      </w:r>
    </w:p>
    <w:p>
      <w:r>
        <w:rPr>
          <w:b/>
        </w:rPr>
        <w:t xml:space="preserve">[38:55] </w:t>
      </w:r>
      <w:r>
        <w:t>kyun? is liye ke be-khabar raho ge to tunnel khod do ge aur marr jaao ge.</w:t>
      </w:r>
    </w:p>
    <w:p>
      <w:pPr>
        <w:jc w:val="right"/>
      </w:pPr>
      <w:r>
        <w:t>کیوں؟ اس لیے کہ بے خبر رہیں گے تو ٹنل کھودیں گے اور مارے جائیں گے۔</w:t>
      </w:r>
    </w:p>
    <w:p>
      <w:r>
        <w:rPr>
          <w:b/>
        </w:rPr>
        <w:t xml:space="preserve">[39:00] </w:t>
      </w:r>
      <w:r>
        <w:t>aur ba-khabar ho ge to sari zameen ko istemal karro ge peaceful tareeqay se.</w:t>
      </w:r>
    </w:p>
    <w:p>
      <w:pPr>
        <w:jc w:val="right"/>
      </w:pPr>
      <w:r>
        <w:t>اور باخبر ہوں گے تو ساری زمین کو استعمال کریں گے peaceful طریقے سے۔</w:t>
      </w:r>
    </w:p>
    <w:p>
      <w:r>
        <w:rPr>
          <w:b/>
        </w:rPr>
        <w:t xml:space="preserve">[39:06] </w:t>
      </w:r>
      <w:r>
        <w:t>kyun ke is zamanay mein dekho, yeh zamanay aik yaani opportunity explosion ka zamanay hai.</w:t>
      </w:r>
    </w:p>
    <w:p>
      <w:pPr>
        <w:jc w:val="right"/>
      </w:pPr>
      <w:r>
        <w:t>کیونکہ اس زمانے میں دیکھئے، یہ زمانہ ایک یعنی opportunity explosion کا زمانہ ہے۔</w:t>
      </w:r>
    </w:p>
    <w:p>
      <w:r>
        <w:rPr>
          <w:b/>
        </w:rPr>
        <w:t xml:space="preserve">[39:11] </w:t>
      </w:r>
      <w:r>
        <w:t>mawaqe bilkul khol diye gaye hain har aik ke liye.</w:t>
      </w:r>
    </w:p>
    <w:p>
      <w:pPr>
        <w:jc w:val="right"/>
      </w:pPr>
      <w:r>
        <w:t>مواقع بالکل کھول دیئے گئے ہیں ہر ایک کے لئے۔</w:t>
      </w:r>
    </w:p>
    <w:p>
      <w:r>
        <w:rPr>
          <w:b/>
        </w:rPr>
        <w:t xml:space="preserve">[39:17] </w:t>
      </w:r>
      <w:r>
        <w:t>aik hi condition hai, aur woh hai ke peaceful.</w:t>
      </w:r>
    </w:p>
    <w:p>
      <w:pPr>
        <w:jc w:val="right"/>
      </w:pPr>
      <w:r>
        <w:t>ایک ہی condition ہے، اور وہ ہے کہ peaceful۔</w:t>
      </w:r>
    </w:p>
    <w:p>
      <w:r>
        <w:rPr>
          <w:b/>
        </w:rPr>
        <w:t xml:space="preserve">[39:22] </w:t>
      </w:r>
      <w:r>
        <w:t>aap peaceful ho.</w:t>
      </w:r>
    </w:p>
    <w:p>
      <w:pPr>
        <w:jc w:val="right"/>
      </w:pPr>
      <w:r>
        <w:t>آپ peaceful ہوں۔</w:t>
      </w:r>
    </w:p>
    <w:p>
      <w:r>
        <w:rPr>
          <w:b/>
        </w:rPr>
        <w:t xml:space="preserve">[39:28] </w:t>
      </w:r>
      <w:r>
        <w:t>yaani peace ke siwa koi aik bhi condition nahi hai.</w:t>
      </w:r>
    </w:p>
    <w:p>
      <w:pPr>
        <w:jc w:val="right"/>
      </w:pPr>
      <w:r>
        <w:t>یعنی peace کے سوا کوئی ایک بھی condition نہیں ہے۔</w:t>
      </w:r>
    </w:p>
    <w:p>
      <w:r>
        <w:rPr>
          <w:b/>
        </w:rPr>
        <w:t xml:space="preserve">[39:33] </w:t>
      </w:r>
      <w:r>
        <w:t>kehta hai, ajeeb zamanay hai.</w:t>
      </w:r>
    </w:p>
    <w:p>
      <w:pPr>
        <w:jc w:val="right"/>
      </w:pPr>
      <w:r>
        <w:t>کہتا ہے، عجیب زمانہ ہے۔</w:t>
      </w:r>
    </w:p>
    <w:p>
      <w:r>
        <w:rPr>
          <w:b/>
        </w:rPr>
        <w:t xml:space="preserve">[39:39] </w:t>
      </w:r>
      <w:r>
        <w:t>aap kisi prime minister, kisi president ke khilaf aap aik critical speech do, koi rokne wala nahi aap ko.</w:t>
      </w:r>
    </w:p>
    <w:p>
      <w:pPr>
        <w:jc w:val="right"/>
      </w:pPr>
      <w:r>
        <w:t>آپ کسی prime minister، کسی president کے خلاف آپ ایک critical speech دیجئے، کوئی روکنے والا نہیں آپ کو۔</w:t>
      </w:r>
    </w:p>
    <w:p>
      <w:r>
        <w:rPr>
          <w:b/>
        </w:rPr>
        <w:t xml:space="preserve">[39:44] </w:t>
      </w:r>
      <w:r>
        <w:t>pehlay zamanay mein badshah ke khilaf bolte the aap to foran badshah pakar kar aap ko gardan ura deta tha.</w:t>
      </w:r>
    </w:p>
    <w:p>
      <w:pPr>
        <w:jc w:val="right"/>
      </w:pPr>
      <w:r>
        <w:t>پہلے زمانے میں بادشاہ کے خلاف بولتے تھے آپ تو فوراً بادشاہ پکڑ کر آپ کو گردن اڑا دیتا تھا۔</w:t>
      </w:r>
    </w:p>
    <w:p>
      <w:r>
        <w:rPr>
          <w:b/>
        </w:rPr>
        <w:t xml:space="preserve">[39:50] </w:t>
      </w:r>
      <w:r>
        <w:t>badshah ke zamanay mein aap badshah par tanqeed kar sakte the.</w:t>
      </w:r>
    </w:p>
    <w:p>
      <w:pPr>
        <w:jc w:val="right"/>
      </w:pPr>
      <w:r>
        <w:t>بادشاہ کے زمانے میں آپ بادشاہ پر تنقیدیں کر سکتے تھے۔</w:t>
      </w:r>
    </w:p>
    <w:p>
      <w:r>
        <w:rPr>
          <w:b/>
        </w:rPr>
        <w:t xml:space="preserve">[39:55] </w:t>
      </w:r>
      <w:r>
        <w:t>aaj aap kisi president, kisi prime minister ke khilaf jo bhi chahiye taqreer karo, peaceful tareeqay se.</w:t>
      </w:r>
    </w:p>
    <w:p>
      <w:pPr>
        <w:jc w:val="right"/>
      </w:pPr>
      <w:r>
        <w:t>آج آپ کسی president، کسی prime minister کے خلاف جو بھی چاہئے تقریر کیجئے، peaceful طریقے سے۔</w:t>
      </w:r>
    </w:p>
    <w:p>
      <w:r>
        <w:rPr>
          <w:b/>
        </w:rPr>
        <w:t xml:space="preserve">[40:01] </w:t>
      </w:r>
      <w:r>
        <w:t>koi pakarne wala nahi aap ko.</w:t>
      </w:r>
    </w:p>
    <w:p>
      <w:pPr>
        <w:jc w:val="right"/>
      </w:pPr>
      <w:r>
        <w:t>کوئی پکڑنے والا نہیں آپ کو۔</w:t>
      </w:r>
    </w:p>
    <w:p>
      <w:r>
        <w:rPr>
          <w:b/>
        </w:rPr>
        <w:t xml:space="preserve">[40:07] </w:t>
      </w:r>
      <w:r>
        <w:t>mein aik baar to washington gaya to washington mein jo woh hai white house, bohat hi bara area hai.</w:t>
      </w:r>
    </w:p>
    <w:p>
      <w:pPr>
        <w:jc w:val="right"/>
      </w:pPr>
      <w:r>
        <w:t>میں ایک بار تو واشنگٹن گیا تو واشنگٹن میں جو وہ ہے white house، بہت ہی بڑا area ہے۔</w:t>
      </w:r>
    </w:p>
    <w:p>
      <w:r>
        <w:rPr>
          <w:b/>
        </w:rPr>
        <w:t xml:space="preserve">[40:12] </w:t>
      </w:r>
      <w:r>
        <w:t>is ka to aik jagah mein ne dekha ke aik aadmi jo hai, aik banaye hue aik aik</w:t>
      </w:r>
    </w:p>
    <w:p>
      <w:pPr>
        <w:jc w:val="right"/>
      </w:pPr>
      <w:r>
        <w:t>اس کا تو ایک جگہ میں نے دیکھا کہ ایک آدمی جو ہے، ایک بنائے ہوئے ایک ایک</w:t>
      </w:r>
    </w:p>
    <w:p>
      <w:r>
        <w:rPr>
          <w:b/>
        </w:rPr>
        <w:t xml:space="preserve">[40:18] </w:t>
      </w:r>
      <w:r>
        <w:t>aik enclosure hai, us ke andar woh baitha hua hai, aur us ke paas kuch yeh kuch communication</w:t>
      </w:r>
    </w:p>
    <w:p>
      <w:pPr>
        <w:jc w:val="right"/>
      </w:pPr>
      <w:r>
        <w:t>ایک enclosure ہے، اس کے اندر وہ بیٹھا ہوا ہے، اور اس کے پاس کچھ یہ کچھ communication</w:t>
      </w:r>
    </w:p>
    <w:p>
      <w:r>
        <w:rPr>
          <w:b/>
        </w:rPr>
        <w:t xml:space="preserve">[40:23] </w:t>
      </w:r>
      <w:r>
        <w:t>ka saman hai.</w:t>
      </w:r>
    </w:p>
    <w:p>
      <w:pPr>
        <w:jc w:val="right"/>
      </w:pPr>
      <w:r>
        <w:t>کا سامان ہے۔</w:t>
      </w:r>
    </w:p>
    <w:p>
      <w:r>
        <w:rPr>
          <w:b/>
        </w:rPr>
        <w:t xml:space="preserve">[40:29] </w:t>
      </w:r>
      <w:r>
        <w:t>wahan baith kar president ko ulta seedha suna raha hai. yaani bilkul.</w:t>
      </w:r>
    </w:p>
    <w:p>
      <w:pPr>
        <w:jc w:val="right"/>
      </w:pPr>
      <w:r>
        <w:t>وہاں بیٹھ کر president کو الٹا سیدھا سنا رہا ہے۔ یعنی بالکل۔</w:t>
      </w:r>
    </w:p>
    <w:p>
      <w:r>
        <w:rPr>
          <w:b/>
        </w:rPr>
        <w:t xml:space="preserve">[40:34] </w:t>
      </w:r>
      <w:r>
        <w:t>us ke area mein, white house ke area mein, hum ne dekha ke wahan police idhar aati hai,</w:t>
      </w:r>
    </w:p>
    <w:p>
      <w:pPr>
        <w:jc w:val="right"/>
      </w:pPr>
      <w:r>
        <w:t>اس کے area میں، white house کے area میں، ہم نے دیکھا کہ وہاں پولیس ادھر آتی ہے،</w:t>
      </w:r>
    </w:p>
    <w:p>
      <w:r>
        <w:rPr>
          <w:b/>
        </w:rPr>
        <w:t xml:space="preserve">[40:40] </w:t>
      </w:r>
      <w:r>
        <w:t>koi pakarta nahi us ko.</w:t>
      </w:r>
    </w:p>
    <w:p>
      <w:pPr>
        <w:jc w:val="right"/>
      </w:pPr>
      <w:r>
        <w:t>کوئی پکڑتا نہیں اس کو۔</w:t>
      </w:r>
    </w:p>
    <w:p>
      <w:r>
        <w:rPr>
          <w:b/>
        </w:rPr>
        <w:t xml:space="preserve">[40:45] </w:t>
      </w:r>
      <w:r>
        <w:t>kyunke apni freedom ko istemal kar raha hai woh.</w:t>
      </w:r>
    </w:p>
    <w:p>
      <w:pPr>
        <w:jc w:val="right"/>
      </w:pPr>
      <w:r>
        <w:t>کیونکہ اپنی freedom کو استعمال کر رہا ہے وہ۔</w:t>
      </w:r>
    </w:p>
    <w:p>
      <w:r>
        <w:rPr>
          <w:b/>
        </w:rPr>
        <w:t xml:space="preserve">[40:51] </w:t>
      </w:r>
      <w:r>
        <w:t>bara bhala kaha kar raha hai government, yaani US government ko.</w:t>
      </w:r>
    </w:p>
    <w:p>
      <w:pPr>
        <w:jc w:val="right"/>
      </w:pPr>
      <w:r>
        <w:t>برا بھلا کہا کر رہا ہے government، یعنی US government کو۔</w:t>
      </w:r>
    </w:p>
    <w:p>
      <w:r>
        <w:rPr>
          <w:b/>
        </w:rPr>
        <w:t xml:space="preserve">[40:56] </w:t>
      </w:r>
      <w:r>
        <w:t>ajeeb o ghareeb zamana yeh hai ke agar aap peaceful hain to jo chahiye kijiye.</w:t>
      </w:r>
    </w:p>
    <w:p>
      <w:pPr>
        <w:jc w:val="right"/>
      </w:pPr>
      <w:r>
        <w:t>عجیب و غریب زمانہ یہ ہے کہ اگر آپ peaceful ہیں تو جو چاہئے کیجئے۔</w:t>
      </w:r>
    </w:p>
    <w:p>
      <w:r>
        <w:rPr>
          <w:b/>
        </w:rPr>
        <w:t xml:space="preserve">[41:02] </w:t>
      </w:r>
      <w:r>
        <w:t>to hamein jo chahiye karna nahi hai, hamein to dawat ka kaam karna hai, dawat mission chalana hai.</w:t>
      </w:r>
    </w:p>
    <w:p>
      <w:pPr>
        <w:jc w:val="right"/>
      </w:pPr>
      <w:r>
        <w:t>تو ہمیں جو چاہئے کرنا نہیں ہے، ہمیں تو دعوت کا کام کرنا ہے، دعوت مشن چلانا ہے۔</w:t>
      </w:r>
    </w:p>
    <w:p>
      <w:r>
        <w:rPr>
          <w:b/>
        </w:rPr>
        <w:t xml:space="preserve">[41:07] </w:t>
      </w:r>
      <w:r>
        <w:t>to dawat mission ke liye hamein koi, yaani zara barabri koi rukawat nahi.</w:t>
      </w:r>
    </w:p>
    <w:p>
      <w:pPr>
        <w:jc w:val="right"/>
      </w:pPr>
      <w:r>
        <w:t>تو دعوت مشن کے لئے ہمیں کوئی، یعنی ذرہ برابری کوئی رکاوٹ نہیں۔</w:t>
      </w:r>
    </w:p>
    <w:p>
      <w:r>
        <w:rPr>
          <w:b/>
        </w:rPr>
        <w:t xml:space="preserve">[41:13] </w:t>
      </w:r>
      <w:r>
        <w:t>bashartike hum peaceful rahen.</w:t>
      </w:r>
    </w:p>
    <w:p>
      <w:pPr>
        <w:jc w:val="right"/>
      </w:pPr>
      <w:r>
        <w:t>بشرطیکہ ہم peaceful رہیں۔</w:t>
      </w:r>
    </w:p>
    <w:p>
      <w:r>
        <w:rPr>
          <w:b/>
        </w:rPr>
        <w:t xml:space="preserve">[41:19] </w:t>
      </w:r>
      <w:r>
        <w:t>chunki be khabar is se log hain to tunnel khod rahe hain.</w:t>
      </w:r>
    </w:p>
    <w:p>
      <w:pPr>
        <w:jc w:val="right"/>
      </w:pPr>
      <w:r>
        <w:t>چونکہ بے خبر اس سے لوگ ہیں تو ٹنل کھود رہے ہیں۔</w:t>
      </w:r>
    </w:p>
    <w:p>
      <w:r>
        <w:rPr>
          <w:b/>
        </w:rPr>
        <w:t xml:space="preserve">[41:24] </w:t>
      </w:r>
      <w:r>
        <w:t>tunnel khodne mein aap karoron rupay kharch kar rahe hain, aur phir har waqt andesha hai ke koi</w:t>
      </w:r>
    </w:p>
    <w:p>
      <w:pPr>
        <w:jc w:val="right"/>
      </w:pPr>
      <w:r>
        <w:t>ٹنل کھودنے میں آپ کروڑوں روپے خرچ کر رہے ہیں، اور پھر ہر وقت اندیشہ ہے کہ کوئی</w:t>
      </w:r>
    </w:p>
    <w:p>
      <w:r>
        <w:rPr>
          <w:b/>
        </w:rPr>
        <w:t xml:space="preserve">[41:30] </w:t>
      </w:r>
      <w:r>
        <w:t>bomb gira de aur isi mein mar jayen, sab log mar jayen.</w:t>
      </w:r>
    </w:p>
    <w:p>
      <w:pPr>
        <w:jc w:val="right"/>
      </w:pPr>
      <w:r>
        <w:t>بم گرا دے اور اسی میں مر جائیں، سب لوگ مر جائیں۔</w:t>
      </w:r>
    </w:p>
    <w:p>
      <w:r>
        <w:rPr>
          <w:b/>
        </w:rPr>
        <w:t xml:space="preserve">[41:35] </w:t>
      </w:r>
      <w:r>
        <w:t>jaise hi tunnel ki khabar milti hai government ko ke haan tunnel hai to bomb gira kar khatm</w:t>
      </w:r>
    </w:p>
    <w:p>
      <w:pPr>
        <w:jc w:val="right"/>
      </w:pPr>
      <w:r>
        <w:t>جیسے ہی ٹنل کی خبر ملتی ہے government کو کہ ہاں ٹنل ہے تو بم گرا کر ختم</w:t>
      </w:r>
    </w:p>
    <w:p>
      <w:r>
        <w:rPr>
          <w:b/>
        </w:rPr>
        <w:t xml:space="preserve">[41:41] </w:t>
      </w:r>
      <w:r>
        <w:t>kar deti hai us ko.</w:t>
      </w:r>
    </w:p>
    <w:p>
      <w:pPr>
        <w:jc w:val="right"/>
      </w:pPr>
      <w:r>
        <w:t>کر دیتی ہے اس کو۔</w:t>
      </w:r>
    </w:p>
    <w:p>
      <w:r>
        <w:rPr>
          <w:b/>
        </w:rPr>
        <w:t xml:space="preserve">[41:46] </w:t>
      </w:r>
      <w:r>
        <w:t>to kya faida? yaani karoron rupay laga kar aap ne ek tunnel khodiye, wahan saman le gaye us</w:t>
      </w:r>
    </w:p>
    <w:p>
      <w:pPr>
        <w:jc w:val="right"/>
      </w:pPr>
      <w:r>
        <w:t>تو کیا فائدہ؟ یعنی کروڑوں روپے لگا کر آپ نے ایک ٹنل کھودیے، وہاں سامان لے گئے اس</w:t>
      </w:r>
    </w:p>
    <w:p>
      <w:r>
        <w:rPr>
          <w:b/>
        </w:rPr>
        <w:t xml:space="preserve">[41:52] </w:t>
      </w:r>
      <w:r>
        <w:t>ke andar, aur bomb gira diya, sab khatm.</w:t>
      </w:r>
    </w:p>
    <w:p>
      <w:pPr>
        <w:jc w:val="right"/>
      </w:pPr>
      <w:r>
        <w:t>کے اندر، اور بم گرا دیا، سب ختم۔</w:t>
      </w:r>
    </w:p>
    <w:p>
      <w:r>
        <w:rPr>
          <w:b/>
        </w:rPr>
        <w:t xml:space="preserve">[41:57] </w:t>
      </w:r>
      <w:r>
        <w:t>lekin aap peaceful tareeqe se dawat ka kaam karen to kisi bhi qism ki koi rukawat nahi.</w:t>
      </w:r>
    </w:p>
    <w:p>
      <w:pPr>
        <w:jc w:val="right"/>
      </w:pPr>
      <w:r>
        <w:t>لیکن آپ peaceful طریقے سے دعوت کا کام کریں تو کسی بھی قسم کی کوئی رکاوٹ نہیں۔</w:t>
      </w:r>
    </w:p>
    <w:p>
      <w:r>
        <w:rPr>
          <w:b/>
        </w:rPr>
        <w:t xml:space="preserve">[42:03] </w:t>
      </w:r>
      <w:r>
        <w:t>koi rukawat nahi.</w:t>
      </w:r>
    </w:p>
    <w:p>
      <w:pPr>
        <w:jc w:val="right"/>
      </w:pPr>
      <w:r>
        <w:t>کوئی رکاوٹ نہیں۔</w:t>
      </w:r>
    </w:p>
    <w:p>
      <w:r>
        <w:rPr>
          <w:b/>
        </w:rPr>
        <w:t xml:space="preserve">[42:08] </w:t>
      </w:r>
      <w:r>
        <w:t>to yeh hai an yakuna baseeran bizaman.</w:t>
      </w:r>
    </w:p>
    <w:p>
      <w:pPr>
        <w:jc w:val="right"/>
      </w:pPr>
      <w:r>
        <w:t>تو یہ ہے أن يكون بصير بزمان۔</w:t>
      </w:r>
    </w:p>
    <w:p>
      <w:r>
        <w:rPr>
          <w:b/>
        </w:rPr>
        <w:t xml:space="preserve">[42:14] </w:t>
      </w:r>
      <w:r>
        <w:t>to is ko is ayat ko mila kar parhiye: antumul aala in kuntum momineen tum hi sar buland</w:t>
      </w:r>
    </w:p>
    <w:p>
      <w:pPr>
        <w:jc w:val="right"/>
      </w:pPr>
      <w:r>
        <w:t>تو اس کو اس آیت کو ملا کر پڑھئے: أنتم الأعلى إن كنتم مؤمنين تم ہی سر بلند</w:t>
      </w:r>
    </w:p>
    <w:p>
      <w:r>
        <w:rPr>
          <w:b/>
        </w:rPr>
        <w:t xml:space="preserve">[42:19] </w:t>
      </w:r>
      <w:r>
        <w:t>ho ge agar tum momin ho.</w:t>
      </w:r>
    </w:p>
    <w:p>
      <w:pPr>
        <w:jc w:val="right"/>
      </w:pPr>
      <w:r>
        <w:t>ہو گے اگر تم مومن ہو۔</w:t>
      </w:r>
    </w:p>
    <w:p>
      <w:r>
        <w:rPr>
          <w:b/>
        </w:rPr>
        <w:t xml:space="preserve">[42:25] </w:t>
      </w:r>
      <w:r>
        <w:t>to momin se murad kaun hai? ba khabar momin, ba baseerat momin, ghafil momin nahi.</w:t>
      </w:r>
    </w:p>
    <w:p>
      <w:pPr>
        <w:jc w:val="right"/>
      </w:pPr>
      <w:r>
        <w:t>تو مومن سے مراد کون ہے؟ باخبر مومن، بابصیرت مومن، غافل مومن نہیں۔</w:t>
      </w:r>
    </w:p>
    <w:p>
      <w:r>
        <w:rPr>
          <w:b/>
        </w:rPr>
        <w:t xml:space="preserve">[42:31] </w:t>
      </w:r>
      <w:r>
        <w:t>to jo ba baseerat momin hoga, us ki planning bohat hi zamane ke mutabiq hogi.</w:t>
      </w:r>
    </w:p>
    <w:p>
      <w:pPr>
        <w:jc w:val="right"/>
      </w:pPr>
      <w:r>
        <w:t>تو جو بابصیرت مومن ہوگا، اس کی planning بہت ہی زمانے کے مطابق ہوگی۔</w:t>
      </w:r>
    </w:p>
    <w:p>
      <w:r>
        <w:rPr>
          <w:b/>
        </w:rPr>
        <w:t xml:space="preserve">[42:36] </w:t>
      </w:r>
      <w:r>
        <w:t>us ki planning mein zamane ki baseerat shamil hogi.</w:t>
      </w:r>
    </w:p>
    <w:p>
      <w:pPr>
        <w:jc w:val="right"/>
      </w:pPr>
      <w:r>
        <w:t>اس کی planning میں زمانے کی بصیرت شامل ہوگی۔</w:t>
      </w:r>
    </w:p>
    <w:p>
      <w:r>
        <w:rPr>
          <w:b/>
        </w:rPr>
        <w:t xml:space="preserve">[42:42] </w:t>
      </w:r>
      <w:r>
        <w:t>us ki planning yeh bohat hi zyada, yaani wisdom ho us ke andar hoga.</w:t>
      </w:r>
    </w:p>
    <w:p>
      <w:pPr>
        <w:jc w:val="right"/>
      </w:pPr>
      <w:r>
        <w:t>اس کی planning یہ بہت ہی زیادہ، یعنی wisdom ہو اس کے اندر ہوگا۔</w:t>
      </w:r>
    </w:p>
    <w:p>
      <w:r>
        <w:rPr>
          <w:b/>
        </w:rPr>
        <w:t xml:space="preserve">[42:47] </w:t>
      </w:r>
      <w:r>
        <w:t>to kaun is ko rok sakta hai? kaun rok sakta hai is ko? to waqt aa gaya hai ke</w:t>
      </w:r>
    </w:p>
    <w:p>
      <w:pPr>
        <w:jc w:val="right"/>
      </w:pPr>
      <w:r>
        <w:t>تو کون اس کو روک سکتا ہے؟ کون روک سکتا ہے اس کو؟ تو وقت آگیا ہے کہ</w:t>
      </w:r>
    </w:p>
    <w:p>
      <w:r>
        <w:rPr>
          <w:b/>
        </w:rPr>
        <w:t xml:space="preserve">[42:53] </w:t>
      </w:r>
      <w:r>
        <w:t>hum Quran o Hadees ko dobara parhen, is ko rediscover karen.</w:t>
      </w:r>
    </w:p>
    <w:p>
      <w:pPr>
        <w:jc w:val="right"/>
      </w:pPr>
      <w:r>
        <w:t>ہم قرآن و حدیث کو دوبارہ پڑھیں، اس کو rediscover کریں۔</w:t>
      </w:r>
    </w:p>
    <w:p>
      <w:r>
        <w:rPr>
          <w:b/>
        </w:rPr>
        <w:t xml:space="preserve">[42:58] </w:t>
      </w:r>
      <w:r>
        <w:t>Quran o Hadees mein jo baaten kahi gayi hain, is ko hum rediscover karen, phir se daryaft karen,</w:t>
      </w:r>
    </w:p>
    <w:p>
      <w:pPr>
        <w:jc w:val="right"/>
      </w:pPr>
      <w:r>
        <w:t>قرآن و حدیث میں جو باتیں کہی گئی ہیں، اس کو ہم rediscover کریں، پھر سے دریافت کریں،</w:t>
      </w:r>
    </w:p>
    <w:p>
      <w:r>
        <w:rPr>
          <w:b/>
        </w:rPr>
        <w:t xml:space="preserve">[43:04] </w:t>
      </w:r>
      <w:r>
        <w:t>phir is ke mani ko samjhein.</w:t>
      </w:r>
    </w:p>
    <w:p>
      <w:pPr>
        <w:jc w:val="right"/>
      </w:pPr>
      <w:r>
        <w:t>پھر اس کے معنی کو سمجھیں۔</w:t>
      </w:r>
    </w:p>
    <w:p>
      <w:r>
        <w:rPr>
          <w:b/>
        </w:rPr>
        <w:t xml:space="preserve">[43:09] </w:t>
      </w:r>
      <w:r>
        <w:t>tab ja kar ke woh hamara wada poora hoga hamare upar Allah ka ke antum alaa in kuntum</w:t>
      </w:r>
    </w:p>
    <w:p>
      <w:pPr>
        <w:jc w:val="right"/>
      </w:pPr>
      <w:r>
        <w:t>تب جا کر کے وہ ہمارا وعدہ پورا ہوگا ہمارے اوپر اللہ کا کہ أنتم الأعلى إن كنتم</w:t>
      </w:r>
    </w:p>
    <w:p>
      <w:r>
        <w:rPr>
          <w:b/>
        </w:rPr>
        <w:t xml:space="preserve">[43:15] </w:t>
      </w:r>
      <w:r>
        <w:t>mominin dekhiye, masla sirf imaan ka nahi hai ke tum imaan momin ho.</w:t>
      </w:r>
    </w:p>
    <w:p>
      <w:pPr>
        <w:jc w:val="right"/>
      </w:pPr>
      <w:r>
        <w:t>مؤمنين دیکھئے، مسئلہ صرف ایمان کا نہیں ہے کہ تم ایمان مومن ہو۔</w:t>
      </w:r>
    </w:p>
    <w:p>
      <w:r>
        <w:rPr>
          <w:b/>
        </w:rPr>
        <w:t xml:space="preserve">[43:20] </w:t>
      </w:r>
      <w:r>
        <w:t>yeh matlab nahi hai tum ba-khabar ho zamane se.</w:t>
      </w:r>
    </w:p>
    <w:p>
      <w:pPr>
        <w:jc w:val="right"/>
      </w:pPr>
      <w:r>
        <w:t>یہ مطلب نہیں ہے تم باخبر ہو زمانے سے۔</w:t>
      </w:r>
    </w:p>
    <w:p>
      <w:r>
        <w:rPr>
          <w:b/>
        </w:rPr>
        <w:t xml:space="preserve">[43:26] </w:t>
      </w:r>
      <w:r>
        <w:t>woh insan, woh momin ho jo zamane se ba-khabar hota hai, aur zamane se ba-khabri ki buniyad par</w:t>
      </w:r>
    </w:p>
    <w:p>
      <w:pPr>
        <w:jc w:val="right"/>
      </w:pPr>
      <w:r>
        <w:t>وہ انسان، وہ مومن ہو جو زمانے سے باخبر ہوتا ہے، اور زمانے سے باخبری کی بنیاد پر</w:t>
      </w:r>
    </w:p>
    <w:p>
      <w:r>
        <w:rPr>
          <w:b/>
        </w:rPr>
        <w:t xml:space="preserve">[43:31] </w:t>
      </w:r>
      <w:r>
        <w:t>iski planning hoti hai.</w:t>
      </w:r>
    </w:p>
    <w:p>
      <w:pPr>
        <w:jc w:val="right"/>
      </w:pPr>
      <w:r>
        <w:t>اس کی planning ہوتی ہے۔</w:t>
      </w:r>
    </w:p>
    <w:p>
      <w:r>
        <w:rPr>
          <w:b/>
        </w:rPr>
        <w:t xml:space="preserve">[43:37] </w:t>
      </w:r>
      <w:r>
        <w:t>yeh matlab hai tum kamyabi ka hami ho.</w:t>
      </w:r>
    </w:p>
    <w:p>
      <w:pPr>
        <w:jc w:val="right"/>
      </w:pPr>
      <w:r>
        <w:t>یہ مطلب ہے تم کامیابی کا حامی ہو۔</w:t>
      </w:r>
    </w:p>
    <w:p>
      <w:r>
        <w:rPr>
          <w:b/>
        </w:rPr>
        <w:t xml:space="preserve">[43:43] </w:t>
      </w:r>
      <w:r>
        <w:t>to meri dua hai ke Allah taala mujh ko aur aap ko tofeeq de ke hum aap khud</w:t>
      </w:r>
    </w:p>
    <w:p>
      <w:pPr>
        <w:jc w:val="right"/>
      </w:pPr>
      <w:r>
        <w:t>تو میری دعا ہے کہ اللہ تعالیٰ مجھ کو اور آپ کو توفیق دے کہ ہم آپ خود</w:t>
      </w:r>
    </w:p>
    <w:p>
      <w:r>
        <w:rPr>
          <w:b/>
        </w:rPr>
        <w:t xml:space="preserve">[43:48] </w:t>
      </w:r>
      <w:r>
        <w:t>bhi Allah ke deen ko samjhein, aur doosron ko batayein ke Allah ke deen sahi maano mein kya</w:t>
      </w:r>
    </w:p>
    <w:p>
      <w:pPr>
        <w:jc w:val="right"/>
      </w:pPr>
      <w:r>
        <w:t>بھی اللہ کے دین کو سمجھیں، اور دوسروں کو بتائیں کہ اللہ کے دین صحیح معنوں میں کیا</w:t>
      </w:r>
    </w:p>
    <w:p>
      <w:r>
        <w:rPr>
          <w:b/>
        </w:rPr>
        <w:t xml:space="preserve">[43:54] </w:t>
      </w:r>
      <w:r>
        <w:t>hai, aur apne ko is se bachayein ke deen ke naam par apne ko barbaad karna, Islam ke</w:t>
      </w:r>
    </w:p>
    <w:p>
      <w:pPr>
        <w:jc w:val="right"/>
      </w:pPr>
      <w:r>
        <w:t>ہے، اور اپنے کو اس سے بچائیں کہ دین کے نام پر اپنے کو برباد کرنا، اسلام کے</w:t>
      </w:r>
    </w:p>
    <w:p>
      <w:r>
        <w:rPr>
          <w:b/>
        </w:rPr>
        <w:t xml:space="preserve">[43:59] </w:t>
      </w:r>
      <w:r>
        <w:t>naam par apne ko halak karna, is se bachayein.</w:t>
      </w:r>
    </w:p>
    <w:p>
      <w:pPr>
        <w:jc w:val="right"/>
      </w:pPr>
      <w:r>
        <w:t>نام پر اپنے کو ہلاک کرنا، اس سے بچائیں۔</w:t>
      </w:r>
    </w:p>
    <w:p>
      <w:r>
        <w:rPr>
          <w:b/>
        </w:rPr>
        <w:t xml:space="preserve">[44:05] </w:t>
      </w:r>
      <w:r>
        <w:t>to Allah ne jo mission diya hai, woh peaceful dawat ka mission hai, aur peaceful dawat ka mission</w:t>
      </w:r>
    </w:p>
    <w:p>
      <w:pPr>
        <w:jc w:val="right"/>
      </w:pPr>
      <w:r>
        <w:t>تو اللہ نے جو مشن دیا ہے، وہ peaceful دعوت کا مشن ہے، اور peaceful دعوت کا مشن</w:t>
      </w:r>
    </w:p>
    <w:p>
      <w:r>
        <w:rPr>
          <w:b/>
        </w:rPr>
        <w:t xml:space="preserve">[44:10] </w:t>
      </w:r>
      <w:r>
        <w:t>woh log chala payenge jo apne zamane se ba-khabar hon.</w:t>
      </w:r>
    </w:p>
    <w:p>
      <w:pPr>
        <w:jc w:val="right"/>
      </w:pPr>
      <w:r>
        <w:t>وہ لوگ چلا پائیں گے جو اپنے زمانے سے باخبر ہوں۔</w:t>
      </w:r>
    </w:p>
    <w:p>
      <w:r>
        <w:rPr>
          <w:b/>
        </w:rPr>
        <w:t xml:space="preserve">[44:16] </w:t>
      </w:r>
      <w:r>
        <w:t>kyunke zamane se ba-khabar honge, tab hi aap ki planning sahi hogi.</w:t>
      </w:r>
    </w:p>
    <w:p>
      <w:pPr>
        <w:jc w:val="right"/>
      </w:pPr>
      <w:r>
        <w:t>کیونکہ زمانے سے باخبر ہوں گے، تب ہی آپ کی planning صحیح ہوگی۔</w:t>
      </w:r>
    </w:p>
    <w:p>
      <w:r>
        <w:rPr>
          <w:b/>
        </w:rPr>
        <w:t xml:space="preserve">[44:21] </w:t>
      </w:r>
      <w:r>
        <w:t>nahi to rahenge aap ek ikkeeswein sadi mein, aur planning karenge aathwein sadi ke aitbar se,</w:t>
      </w:r>
    </w:p>
    <w:p>
      <w:pPr>
        <w:jc w:val="right"/>
      </w:pPr>
      <w:r>
        <w:t>نہیں تو رہیں گے آپ ایک اکیسویں صدی میں، اور planning کریں گے آٹھویں صدی کے اعتبار سے،</w:t>
      </w:r>
    </w:p>
    <w:p>
      <w:r>
        <w:rPr>
          <w:b/>
        </w:rPr>
        <w:t xml:space="preserve">[44:27] </w:t>
      </w:r>
      <w:r>
        <w:t>to aap ki planning fail ho jayegi.</w:t>
      </w:r>
    </w:p>
    <w:p>
      <w:pPr>
        <w:jc w:val="right"/>
      </w:pPr>
      <w:r>
        <w:t>تو آپ کی planning فیل ہو جائے گی۔</w:t>
      </w:r>
    </w:p>
    <w:p>
      <w:r>
        <w:rPr>
          <w:b/>
        </w:rPr>
        <w:t xml:space="preserve">[44:32] </w:t>
      </w:r>
      <w:r>
        <w:t>to Allah taala mujh ko aur aap ko tofeeq de ke hum aap sahi raste par chalein, Allah</w:t>
      </w:r>
    </w:p>
    <w:p>
      <w:pPr>
        <w:jc w:val="right"/>
      </w:pPr>
      <w:r>
        <w:t>تو اللہ تعالیٰ مجھ کو اور آپ کو توفیق دے کہ ہم آپ صحیح راستے پر چلیں، اللہ</w:t>
      </w:r>
    </w:p>
    <w:p>
      <w:r>
        <w:rPr>
          <w:b/>
        </w:rPr>
        <w:t xml:space="preserve">[44:38] </w:t>
      </w:r>
      <w:r>
        <w:t>ki rehmaton ko mustahiq qarar payein.</w:t>
      </w:r>
    </w:p>
    <w:p>
      <w:pPr>
        <w:jc w:val="right"/>
      </w:pPr>
      <w:r>
        <w:t>کی رحمتوں کو مستحق قرار پائیں۔</w:t>
      </w:r>
    </w:p>
    <w:p>
      <w:r>
        <w:rPr>
          <w:b/>
        </w:rPr>
        <w:t xml:space="preserve">[44:43] </w:t>
      </w:r>
      <w:r>
        <w:t>assalam o alaikum wa rehmatullah wa barakatuh.</w:t>
      </w:r>
    </w:p>
    <w:p>
      <w:pPr>
        <w:jc w:val="right"/>
      </w:pPr>
      <w:r>
        <w:t>السلام علیکم ورحمتہ اللہ وبرکاتہ۔</w:t>
      </w:r>
    </w:p>
    <w:p>
      <w:r>
        <w:rPr>
          <w:b/>
        </w:rPr>
        <w:t xml:space="preserve">[44:49] </w:t>
      </w:r>
      <w:r>
        <w:t>Okay, we will start with the question answer session now.</w:t>
      </w:r>
    </w:p>
    <w:p>
      <w:pPr>
        <w:jc w:val="right"/>
      </w:pPr>
      <w:r>
        <w:t>Okay, we will start with the question answer session now.</w:t>
      </w:r>
    </w:p>
    <w:p>
      <w:r>
        <w:rPr>
          <w:b/>
        </w:rPr>
        <w:t xml:space="preserve">[44:55] </w:t>
      </w:r>
      <w:r>
        <w:t>Maulana, yeh sawal aaya hai Dilli se Shahnawaz Zafar sahab ka.</w:t>
      </w:r>
    </w:p>
    <w:p>
      <w:pPr>
        <w:jc w:val="right"/>
      </w:pPr>
      <w:r>
        <w:t>مولانا، یہ سوال آیا ہے دلی سے شاہنواز ظفر صاحب کا۔</w:t>
      </w:r>
    </w:p>
    <w:p>
      <w:r>
        <w:rPr>
          <w:b/>
        </w:rPr>
        <w:t xml:space="preserve">[45:01] </w:t>
      </w:r>
      <w:r>
        <w:t>unhone likha hai ke there is a saying which you always mention during your lecture, which is:</w:t>
      </w:r>
    </w:p>
    <w:p>
      <w:pPr>
        <w:jc w:val="right"/>
      </w:pPr>
      <w:r>
        <w:t>انہوں نے لکھا ہے کہ there is a saying which you always mention during your lecture, which is:</w:t>
      </w:r>
    </w:p>
    <w:p>
      <w:r>
        <w:rPr>
          <w:b/>
        </w:rPr>
        <w:t xml:space="preserve">[45:07] </w:t>
      </w:r>
      <w:r>
        <w:t>"If you have a good excuse, don't use it." I will be obliged if you can please explain</w:t>
      </w:r>
    </w:p>
    <w:p>
      <w:pPr>
        <w:jc w:val="right"/>
      </w:pPr>
      <w:r>
        <w:t>"If you have a good excuse, don't use it." I will be obliged if you can please explain</w:t>
      </w:r>
    </w:p>
    <w:p>
      <w:r>
        <w:rPr>
          <w:b/>
        </w:rPr>
        <w:t xml:space="preserve">[45:13] </w:t>
      </w:r>
      <w:r>
        <w:t>what exactly is the lesson in this saying? Dekhiye, aap rehte hain logon ke darmiyan, matlab yeh social</w:t>
      </w:r>
    </w:p>
    <w:p>
      <w:pPr>
        <w:jc w:val="right"/>
      </w:pPr>
      <w:r>
        <w:t>what exactly is the lesson in this saying؟ دیکھئے، آپ رہتے ہیں لوگوں کے درمیان، مطلب یہ social</w:t>
      </w:r>
    </w:p>
    <w:p>
      <w:r>
        <w:rPr>
          <w:b/>
        </w:rPr>
        <w:t xml:space="preserve">[45:19] </w:t>
      </w:r>
      <w:r>
        <w:t>life ka formula hai.</w:t>
      </w:r>
    </w:p>
    <w:p>
      <w:pPr>
        <w:jc w:val="right"/>
      </w:pPr>
      <w:r>
        <w:t>life کا فارمولا ہے۔</w:t>
      </w:r>
    </w:p>
    <w:p>
      <w:r>
        <w:rPr>
          <w:b/>
        </w:rPr>
        <w:t xml:space="preserve">[45:25] </w:t>
      </w:r>
      <w:r>
        <w:t>aap akele, ek bilkul akele kahin hain, aap hain kisi island mein, kisi pahaar par hain, to wahan</w:t>
      </w:r>
    </w:p>
    <w:p>
      <w:pPr>
        <w:jc w:val="right"/>
      </w:pPr>
      <w:r>
        <w:t>آپ اکیلے، ایک بالکل اکیلے کہیں ہیں، آپ ہیں کسی island میں، کسی پہاڑ پر ہیں، تو وہاں</w:t>
      </w:r>
    </w:p>
    <w:p>
      <w:r>
        <w:rPr>
          <w:b/>
        </w:rPr>
        <w:t xml:space="preserve">[45:31] </w:t>
      </w:r>
      <w:r>
        <w:t>ke liye nahi hai yeh.</w:t>
      </w:r>
    </w:p>
    <w:p>
      <w:pPr>
        <w:jc w:val="right"/>
      </w:pPr>
      <w:r>
        <w:t>کے لئے نہیں ہے یہ۔</w:t>
      </w:r>
    </w:p>
    <w:p>
      <w:r>
        <w:rPr>
          <w:b/>
        </w:rPr>
        <w:t xml:space="preserve">[45:37] </w:t>
      </w:r>
      <w:r>
        <w:t>aap akele hain to is mein kya excuse, kis ke khilaaf excuse lenge aap? lekin jab logon</w:t>
      </w:r>
    </w:p>
    <w:p>
      <w:pPr>
        <w:jc w:val="right"/>
      </w:pPr>
      <w:r>
        <w:t>آپ اکیلے ہیں تو اس میں کیا excuse، کس کے خلاف excuse لیں گے آپ؟ لیکن جب لوگوں</w:t>
      </w:r>
    </w:p>
    <w:p>
      <w:r>
        <w:rPr>
          <w:b/>
        </w:rPr>
        <w:t xml:space="preserve">[45:43] </w:t>
      </w:r>
      <w:r>
        <w:t>ke darmiyan hain to zaroor aisi baatein aayengi jis ko aap excuse banayein, aur ek kaam ko</w:t>
      </w:r>
    </w:p>
    <w:p>
      <w:pPr>
        <w:jc w:val="right"/>
      </w:pPr>
      <w:r>
        <w:t>کے درمیان ہیں تو ضرور ایسی باتیں آئیں گی جس کو آپ excuse بنائیں، اور ایک کام کو</w:t>
      </w:r>
    </w:p>
    <w:p>
      <w:r>
        <w:rPr>
          <w:b/>
        </w:rPr>
        <w:t xml:space="preserve">[45:49] </w:t>
      </w:r>
      <w:r>
        <w:t>is ki wajah se na karein.</w:t>
      </w:r>
    </w:p>
    <w:p>
      <w:pPr>
        <w:jc w:val="right"/>
      </w:pPr>
      <w:r>
        <w:t>اس کی وجہ سے نہ کریں۔</w:t>
      </w:r>
    </w:p>
    <w:p>
      <w:r>
        <w:rPr>
          <w:b/>
        </w:rPr>
        <w:t xml:space="preserve">[45:55] </w:t>
      </w:r>
      <w:r>
        <w:t>lekin yeh social life means life excuses, yeh nahi ke ek excuse aap lein to doosra excuse bhi</w:t>
      </w:r>
    </w:p>
    <w:p>
      <w:pPr>
        <w:jc w:val="right"/>
      </w:pPr>
      <w:r>
        <w:t>لیکن یہ social life means life excuses، یہ نہیں کہ ایک excuse آپ لیں تو دوسرا excuse بھی</w:t>
      </w:r>
    </w:p>
    <w:p>
      <w:r>
        <w:rPr>
          <w:b/>
        </w:rPr>
        <w:t xml:space="preserve">[46:01] </w:t>
      </w:r>
      <w:r>
        <w:t>nahi aayega aap ke samne.</w:t>
      </w:r>
    </w:p>
    <w:p>
      <w:pPr>
        <w:jc w:val="right"/>
      </w:pPr>
      <w:r>
        <w:t>نہیں آئے گا آپ کے سامنے۔</w:t>
      </w:r>
    </w:p>
    <w:p>
      <w:r>
        <w:rPr>
          <w:b/>
        </w:rPr>
        <w:t xml:space="preserve">[46:07] </w:t>
      </w:r>
      <w:r>
        <w:t>Social life is full of excuses, to siwaye is ke ke aap kisi ek, kisi bhi excuse ko na lein.</w:t>
      </w:r>
    </w:p>
    <w:p>
      <w:pPr>
        <w:jc w:val="right"/>
      </w:pPr>
      <w:r>
        <w:t>Social life is full of excuses، تو سوائے اس کے کہ آپ کسی ایک، کسی بھی excuse کو نہ لیں۔</w:t>
      </w:r>
    </w:p>
    <w:p>
      <w:r>
        <w:rPr>
          <w:b/>
        </w:rPr>
        <w:t xml:space="preserve">[46:13] </w:t>
      </w:r>
      <w:r>
        <w:t>nahi to agar aap ka mizaj yeh hoga to har waqt ek na ek excuse aayega aap</w:t>
      </w:r>
    </w:p>
    <w:p>
      <w:pPr>
        <w:jc w:val="right"/>
      </w:pPr>
      <w:r>
        <w:t>نہیں تو اگر آپ کا مزاج یہ ہوگا تو ہر وقت ایک نہ ایک excuse آئے گا آپ</w:t>
      </w:r>
    </w:p>
    <w:p>
      <w:r>
        <w:rPr>
          <w:b/>
        </w:rPr>
        <w:t xml:space="preserve">[46:20] </w:t>
      </w:r>
      <w:r>
        <w:t>ke samne, har waqt ek na ek sabab.</w:t>
      </w:r>
    </w:p>
    <w:p>
      <w:pPr>
        <w:jc w:val="right"/>
      </w:pPr>
      <w:r>
        <w:t>کے سامنے، ہر وقت ایک نہ ایک سبب۔</w:t>
      </w:r>
    </w:p>
    <w:p>
      <w:r>
        <w:rPr>
          <w:b/>
        </w:rPr>
        <w:t xml:space="preserve">[46:26] </w:t>
      </w:r>
      <w:r>
        <w:t>kyun ke social life, family life is full of excuses, to is mein aap yeh logon ka, mein woh</w:t>
      </w:r>
    </w:p>
    <w:p>
      <w:pPr>
        <w:jc w:val="right"/>
      </w:pPr>
      <w:r>
        <w:t>کیونکہ social life، family life is full of excuses، تو اس میں آپ یہ لوگوں کا، میں وہ</w:t>
      </w:r>
    </w:p>
    <w:p>
      <w:r>
        <w:rPr>
          <w:b/>
        </w:rPr>
        <w:t xml:space="preserve">[46:32] </w:t>
      </w:r>
      <w:r>
        <w:t>nahi loon ga, yeh chalne wala nahi hai.</w:t>
      </w:r>
    </w:p>
    <w:p>
      <w:pPr>
        <w:jc w:val="right"/>
      </w:pPr>
      <w:r>
        <w:t>نہیں لوں گا، یہ چلنے والا نہیں ہے۔</w:t>
      </w:r>
    </w:p>
    <w:p>
      <w:r>
        <w:rPr>
          <w:b/>
        </w:rPr>
        <w:t xml:space="preserve">[46:38] </w:t>
      </w:r>
      <w:r>
        <w:t>koi excuse de lijiye, bas tab aap kaam kar payenge, tab aap apni energy ko waste nahi</w:t>
      </w:r>
    </w:p>
    <w:p>
      <w:pPr>
        <w:jc w:val="right"/>
      </w:pPr>
      <w:r>
        <w:t>کوئی excuse دے لیجئے، بس تب آپ کام کر پائیں گے، تب آپ اپنی energy کو waste نہیں</w:t>
      </w:r>
    </w:p>
    <w:p>
      <w:r>
        <w:rPr>
          <w:b/>
        </w:rPr>
        <w:t xml:space="preserve">[46:44] </w:t>
      </w:r>
      <w:r>
        <w:t>karenge, tab aap apne time ko waste nahi karenge.</w:t>
      </w:r>
    </w:p>
    <w:p>
      <w:pPr>
        <w:jc w:val="right"/>
      </w:pPr>
      <w:r>
        <w:t>کریں گے، تب آپ اپنے time کو waste نہیں کریں گے۔</w:t>
      </w:r>
    </w:p>
    <w:p>
      <w:r>
        <w:rPr>
          <w:b/>
        </w:rPr>
        <w:t xml:space="preserve">[46:50] </w:t>
      </w:r>
      <w:r>
        <w:t>mera tareeqa yahi hai, mein kisi excuse ko excuse banata hi nahi.</w:t>
      </w:r>
    </w:p>
    <w:p>
      <w:pPr>
        <w:jc w:val="right"/>
      </w:pPr>
      <w:r>
        <w:t>میرا طریقہ یہی ہے، میں کسی excuse کو excuse بناتا ہی نہیں۔</w:t>
      </w:r>
    </w:p>
    <w:p>
      <w:r>
        <w:rPr>
          <w:b/>
        </w:rPr>
        <w:t xml:space="preserve">[46:56] </w:t>
      </w:r>
      <w:r>
        <w:t>Excuse ko hamesha avoid karta hoon, hamesha avoid karta hoon.</w:t>
      </w:r>
    </w:p>
    <w:p>
      <w:pPr>
        <w:jc w:val="right"/>
      </w:pPr>
      <w:r>
        <w:t>Excuse کو ہمیشہ avoid کرتا ہوں، ہمیشہ avoid کرتا ہوں۔</w:t>
      </w:r>
    </w:p>
    <w:p>
      <w:r>
        <w:rPr>
          <w:b/>
        </w:rPr>
        <w:t xml:space="preserve">[47:02] </w:t>
      </w:r>
      <w:r>
        <w:t>to yeh sach poochhein to jo aadmi kaam karna chahta ho, uska yeh, uska yeh tareeqa hai.</w:t>
      </w:r>
    </w:p>
    <w:p>
      <w:pPr>
        <w:jc w:val="right"/>
      </w:pPr>
      <w:r>
        <w:t>تو یہ سچ پوچھیں تو جو آدمی کام کرنا چاہتا ہو، اس کا یہ، اس کا یہ طریقہ ہے۔</w:t>
      </w:r>
    </w:p>
    <w:p>
      <w:r>
        <w:rPr>
          <w:b/>
        </w:rPr>
        <w:t xml:space="preserve">[47:08] </w:t>
      </w:r>
      <w:r>
        <w:t>jo aadmi excuse leta rahe, woh kabhi kaam nahi kar sakta.</w:t>
      </w:r>
    </w:p>
    <w:p>
      <w:pPr>
        <w:jc w:val="right"/>
      </w:pPr>
      <w:r>
        <w:t>جو آدمی excuse لیتا رہے، وہ کبھی کام نہیں کر سکتا۔</w:t>
      </w:r>
    </w:p>
    <w:p>
      <w:r>
        <w:rPr>
          <w:b/>
        </w:rPr>
        <w:t xml:space="preserve">[47:14] </w:t>
      </w:r>
      <w:r>
        <w:t>jo excuse na lega, wahi kaam kar payega.</w:t>
      </w:r>
    </w:p>
    <w:p>
      <w:pPr>
        <w:jc w:val="right"/>
      </w:pPr>
      <w:r>
        <w:t>جو excuse نہ لے گا، وہی کام کر پائے گا۔</w:t>
      </w:r>
    </w:p>
    <w:p>
      <w:r>
        <w:rPr>
          <w:b/>
        </w:rPr>
        <w:t xml:space="preserve">[47:20] </w:t>
      </w:r>
      <w:r>
        <w:t>aur yeh hadees mein bhi aata hai, yeh baat hadees mein bhi aayi hai: "Al-rajul al-maghboon bi-sanin al-sihhah wa al-faragh".</w:t>
      </w:r>
    </w:p>
    <w:p>
      <w:pPr>
        <w:jc w:val="right"/>
      </w:pPr>
      <w:r>
        <w:t>اور یہ حدیث میں بھی آتا ہے، یہ بات حدیث میں بھی آئی ہے: "الرجل المغبون بسنين الصحة والفراغ"۔</w:t>
      </w:r>
    </w:p>
    <w:p>
      <w:r>
        <w:rPr>
          <w:b/>
        </w:rPr>
        <w:t xml:space="preserve">[47:26] </w:t>
      </w:r>
      <w:r>
        <w:t>iska matlab yeh hai ke insaan hamesha do cheezon ke bare mein dhoke mein rehta hai: sehat aur fursat.</w:t>
      </w:r>
    </w:p>
    <w:p>
      <w:pPr>
        <w:jc w:val="right"/>
      </w:pPr>
      <w:r>
        <w:t>اس کا مطلب یہ ہے کہ انسان ہمیشہ دو چیزوں کے بارے میں دھوکے میں رہتا ہے: صحت اور فرصت۔</w:t>
      </w:r>
    </w:p>
    <w:p>
      <w:r>
        <w:rPr>
          <w:b/>
        </w:rPr>
        <w:t xml:space="preserve">[47:32] </w:t>
      </w:r>
      <w:r>
        <w:t>ke sehat hogi, tab kar loon ga; fursat hogi, tab kar loon ga.</w:t>
      </w:r>
    </w:p>
    <w:p>
      <w:pPr>
        <w:jc w:val="right"/>
      </w:pPr>
      <w:r>
        <w:t>کہ صحت ہوگی، تب کر لوں گا؛ فرصت ہوگی، تب کر لوں گا۔</w:t>
      </w:r>
    </w:p>
    <w:p>
      <w:r>
        <w:rPr>
          <w:b/>
        </w:rPr>
        <w:t xml:space="preserve">[47:38] </w:t>
      </w:r>
      <w:r>
        <w:t>yani sehat ka excuse aur fursat ka excuse, aur kabhi hota nahi aisa.</w:t>
      </w:r>
    </w:p>
    <w:p>
      <w:pPr>
        <w:jc w:val="right"/>
      </w:pPr>
      <w:r>
        <w:t>یعنی صحت کا excuse اور فرصت کا excuse، اور کبھی ہوتا نہیں ایسا۔</w:t>
      </w:r>
    </w:p>
    <w:p>
      <w:r>
        <w:rPr>
          <w:b/>
        </w:rPr>
        <w:t xml:space="preserve">[47:45] </w:t>
      </w:r>
      <w:r>
        <w:t>ideal sehat kabhi hoti hi nahi, ideal fursat kabhi milta hi nahi.</w:t>
      </w:r>
    </w:p>
    <w:p>
      <w:pPr>
        <w:jc w:val="right"/>
      </w:pPr>
      <w:r>
        <w:t>آئیڈیل صحت کبھی ہوتی ہی نہیں، آئیڈیل فرصت کبھی ملتا ہی نہیں۔</w:t>
      </w:r>
    </w:p>
    <w:p>
      <w:r>
        <w:rPr>
          <w:b/>
        </w:rPr>
        <w:t xml:space="preserve">[47:51] </w:t>
      </w:r>
      <w:r>
        <w:t>to is duniya mein aur koi option hamare liye nahi hai, koi option nahi hai.</w:t>
      </w:r>
    </w:p>
    <w:p>
      <w:pPr>
        <w:jc w:val="right"/>
      </w:pPr>
      <w:r>
        <w:t>تو اس دنیا میں اور کوئی option ہمارے لئے نہیں ہے، کوئی option نہیں ہے۔</w:t>
      </w:r>
    </w:p>
    <w:p>
      <w:r>
        <w:rPr>
          <w:b/>
        </w:rPr>
        <w:t xml:space="preserve">[47:57] </w:t>
      </w:r>
      <w:r>
        <w:t>maulana, agla sawal dilli se hai miss naghma siddiqi ka, aur unhon ne aap se poocha hai ke</w:t>
      </w:r>
    </w:p>
    <w:p>
      <w:pPr>
        <w:jc w:val="right"/>
      </w:pPr>
      <w:r>
        <w:t>مولانا، اگلا سوال دلی سے ہے مس نغمہ صدیقی کا، اور انہوں نے آپ سے پوچھا ہے کہ</w:t>
      </w:r>
    </w:p>
    <w:p>
      <w:r>
        <w:rPr>
          <w:b/>
        </w:rPr>
        <w:t xml:space="preserve">[48:03] </w:t>
      </w:r>
      <w:r>
        <w:t>according to biopsychology, what is the age during which man makes his history? دیکھئے, research جو ہوئی ہے,</w:t>
      </w:r>
    </w:p>
    <w:p>
      <w:pPr>
        <w:jc w:val="right"/>
      </w:pPr>
      <w:r>
        <w:t>according to biopsychology, what is the age during which man makes his history؟ دیکھئے، research جو ہوئی ہے،</w:t>
      </w:r>
    </w:p>
    <w:p>
      <w:r>
        <w:rPr>
          <w:b/>
        </w:rPr>
        <w:t xml:space="preserve">[48:09] </w:t>
      </w:r>
      <w:r>
        <w:t>aaj kal har cheez ki research hoti hai, choti ki bhi research hoti hai, har cheez ki research.</w:t>
      </w:r>
    </w:p>
    <w:p>
      <w:pPr>
        <w:jc w:val="right"/>
      </w:pPr>
      <w:r>
        <w:t>آج کل ہر چیز کی research ہوتی ہے، چوٹی کی بھی research ہوتی ہے، ہر چیز کی research۔</w:t>
      </w:r>
    </w:p>
    <w:p>
      <w:r>
        <w:rPr>
          <w:b/>
        </w:rPr>
        <w:t xml:space="preserve">[48:15] </w:t>
      </w:r>
      <w:r>
        <w:t>to insaan ke baray mein jo research hui hai, us se pata chalta hai ke ek to hota</w:t>
      </w:r>
    </w:p>
    <w:p>
      <w:pPr>
        <w:jc w:val="right"/>
      </w:pPr>
      <w:r>
        <w:t>تو انسان کے بارے میں جو research ہوئی ہے، اس سے پتہ چلتا ہے کہ ایک تو ہوتا</w:t>
      </w:r>
    </w:p>
    <w:p>
      <w:r>
        <w:rPr>
          <w:b/>
        </w:rPr>
        <w:t xml:space="preserve">[48:21] </w:t>
      </w:r>
      <w:r>
        <w:t>hai bachpan ka zamana, wo biological maturity hasil karne ka zamana hota hai, wo.</w:t>
      </w:r>
    </w:p>
    <w:p>
      <w:pPr>
        <w:jc w:val="right"/>
      </w:pPr>
      <w:r>
        <w:t>ہے بچپن کا زمانہ، وہ biological maturity حاصل کرنے کا زمانہ ہوتا ہے، وہ۔</w:t>
      </w:r>
    </w:p>
    <w:p>
      <w:r>
        <w:rPr>
          <w:b/>
        </w:rPr>
        <w:t xml:space="preserve">[48:27] </w:t>
      </w:r>
      <w:r>
        <w:t>aur jo mature hone ke baad jo kaam, muddat kar jo insaan ki hai, wo kal bees saal</w:t>
      </w:r>
    </w:p>
    <w:p>
      <w:pPr>
        <w:jc w:val="right"/>
      </w:pPr>
      <w:r>
        <w:t>اور جو mature ہونے کے بعد جو کام، مدت کار جو انسان کی ہے، وہ کل بیس سال</w:t>
      </w:r>
    </w:p>
    <w:p>
      <w:r>
        <w:rPr>
          <w:b/>
        </w:rPr>
        <w:t xml:space="preserve">[48:33] </w:t>
      </w:r>
      <w:r>
        <w:t>is mein aadmi, yani apni full strength par hota hai, poori taqat ke sath kaam karne ki position</w:t>
      </w:r>
    </w:p>
    <w:p>
      <w:pPr>
        <w:jc w:val="right"/>
      </w:pPr>
      <w:r>
        <w:t>اس میں آدمی، یعنی اپنی full strength پر ہوتا ہے، پوری طاقت کے ساتھ کام کرنے کی position</w:t>
      </w:r>
    </w:p>
    <w:p>
      <w:r>
        <w:rPr>
          <w:b/>
        </w:rPr>
        <w:t xml:space="preserve">[48:39] </w:t>
      </w:r>
      <w:r>
        <w:t>mein hota hai, wo bees saal hota hai kal.</w:t>
      </w:r>
    </w:p>
    <w:p>
      <w:pPr>
        <w:jc w:val="right"/>
      </w:pPr>
      <w:r>
        <w:t>میں ہوتا ہے، وہ بیس سال ہوتا ہے کل۔</w:t>
      </w:r>
    </w:p>
    <w:p>
      <w:r>
        <w:rPr>
          <w:b/>
        </w:rPr>
        <w:t xml:space="preserve">[48:45] </w:t>
      </w:r>
      <w:r>
        <w:t>wo hai, wo hai pachees saal se pentalis saal tak, bas.</w:t>
      </w:r>
    </w:p>
    <w:p>
      <w:pPr>
        <w:jc w:val="right"/>
      </w:pPr>
      <w:r>
        <w:t>وہ ہے، وہ ہے پچیس سال سے پینتالیس سال تک، بس۔</w:t>
      </w:r>
    </w:p>
    <w:p>
      <w:r>
        <w:rPr>
          <w:b/>
        </w:rPr>
        <w:t xml:space="preserve">[48:51] </w:t>
      </w:r>
      <w:r>
        <w:t>yani poori strength ke sath kaam karne ki position mein aadmi sirf bees saal hota hai, wo hai</w:t>
      </w:r>
    </w:p>
    <w:p>
      <w:pPr>
        <w:jc w:val="right"/>
      </w:pPr>
      <w:r>
        <w:t>یعنی پوری strength کے ساتھ کام کرنے کی position میں آدمی صرف بیس سال ہوتا ہے، وہ ہے</w:t>
      </w:r>
    </w:p>
    <w:p>
      <w:r>
        <w:rPr>
          <w:b/>
        </w:rPr>
        <w:t xml:space="preserve">[48:57] </w:t>
      </w:r>
      <w:r>
        <w:t>pachees se, pachees saal se pentalis saal tak.</w:t>
      </w:r>
    </w:p>
    <w:p>
      <w:pPr>
        <w:jc w:val="right"/>
      </w:pPr>
      <w:r>
        <w:t>پچیس سے، پچیس سال سے پینتالیس سال تک۔</w:t>
      </w:r>
    </w:p>
    <w:p>
      <w:r>
        <w:rPr>
          <w:b/>
        </w:rPr>
        <w:t xml:space="preserve">[49:04] </w:t>
      </w:r>
      <w:r>
        <w:t>is ke baad decline, pentalis saal ke baad decline shuru ho jata hai.</w:t>
      </w:r>
    </w:p>
    <w:p>
      <w:pPr>
        <w:jc w:val="right"/>
      </w:pPr>
      <w:r>
        <w:t>اس کے بعد decline، پینتالیس سال کے بعد decline شروع ہو جاتا ہے۔</w:t>
      </w:r>
    </w:p>
    <w:p>
      <w:r>
        <w:rPr>
          <w:b/>
        </w:rPr>
        <w:t xml:space="preserve">[49:10] </w:t>
      </w:r>
      <w:r>
        <w:t>ye law of nature hai, jaise decay hota hai na, decay machineon mein aur cheezon mein, to is</w:t>
      </w:r>
    </w:p>
    <w:p>
      <w:pPr>
        <w:jc w:val="right"/>
      </w:pPr>
      <w:r>
        <w:t>یہ law of nature ہے، جیسے decay ہوتا ہے نا، decay مشینوں میں اور چیزوں میں، تو اس</w:t>
      </w:r>
    </w:p>
    <w:p>
      <w:r>
        <w:rPr>
          <w:b/>
        </w:rPr>
        <w:t xml:space="preserve">[49:16] </w:t>
      </w:r>
      <w:r>
        <w:t>mein decay hone lagta hai.</w:t>
      </w:r>
    </w:p>
    <w:p>
      <w:pPr>
        <w:jc w:val="right"/>
      </w:pPr>
      <w:r>
        <w:t>میں decay ہونے لگتا ہے۔</w:t>
      </w:r>
    </w:p>
    <w:p>
      <w:r>
        <w:rPr>
          <w:b/>
        </w:rPr>
        <w:t xml:space="preserve">[49:22] </w:t>
      </w:r>
      <w:r>
        <w:t>to is ka matlab ye hai ke aadmi jo hai, aadmi ko chahiye ke is bees saal ko</w:t>
      </w:r>
    </w:p>
    <w:p>
      <w:pPr>
        <w:jc w:val="right"/>
      </w:pPr>
      <w:r>
        <w:t>تو اس کا مطلب یہ ہے کہ آدمی جو ہے، آدمی کو چاہیے کہ اس بیس سال کو</w:t>
      </w:r>
    </w:p>
    <w:p>
      <w:r>
        <w:rPr>
          <w:b/>
        </w:rPr>
        <w:t xml:space="preserve">[49:28] </w:t>
      </w:r>
      <w:r>
        <w:t>bohat bharpoor tor par istemal kare.</w:t>
      </w:r>
    </w:p>
    <w:p>
      <w:pPr>
        <w:jc w:val="right"/>
      </w:pPr>
      <w:r>
        <w:t>بہت بھرپور طور پر استعمال کرے۔</w:t>
      </w:r>
    </w:p>
    <w:p>
      <w:r>
        <w:rPr>
          <w:b/>
        </w:rPr>
        <w:t xml:space="preserve">[49:34] </w:t>
      </w:r>
      <w:r>
        <w:t>agar nahi istemal karta, to kya us ne to baat ko to moqa hi nahi mile ga.</w:t>
      </w:r>
    </w:p>
    <w:p>
      <w:pPr>
        <w:jc w:val="right"/>
      </w:pPr>
      <w:r>
        <w:t>اگر نہیں استعمال کرتا، تو کیا اس نے تو بات کو تو موقع ہی نہیں ملے گا۔</w:t>
      </w:r>
    </w:p>
    <w:p>
      <w:r>
        <w:rPr>
          <w:b/>
        </w:rPr>
        <w:t xml:space="preserve">[49:40] </w:t>
      </w:r>
      <w:r>
        <w:t>aur ek baat mein is mein ye izafa karta hoon ke isi bees saal mein aadmi apni history banata hai.</w:t>
      </w:r>
    </w:p>
    <w:p>
      <w:pPr>
        <w:jc w:val="right"/>
      </w:pPr>
      <w:r>
        <w:t>اور ایک بات میں اس میں یہ اضافہ کرتا ہوں کہ اسی بیس سال میں آدمی اپنی history بناتا ہے۔</w:t>
      </w:r>
    </w:p>
    <w:p>
      <w:r>
        <w:rPr>
          <w:b/>
        </w:rPr>
        <w:t xml:space="preserve">[49:46] </w:t>
      </w:r>
      <w:r>
        <w:t>baad ka jo zamana hai, wo is history ko wo catch karta hai ke aap jo hai, aap</w:t>
      </w:r>
    </w:p>
    <w:p>
      <w:pPr>
        <w:jc w:val="right"/>
      </w:pPr>
      <w:r>
        <w:t>بعد کا جو زمانہ ہے، وہ اس history کو وہ catch کرتا ہے کہ آپ جو ہے، آپ</w:t>
      </w:r>
    </w:p>
    <w:p>
      <w:r>
        <w:rPr>
          <w:b/>
        </w:rPr>
        <w:t xml:space="preserve">[49:52] </w:t>
      </w:r>
      <w:r>
        <w:t>baadab, pakay aadmi hain, aap honest aadmi hain, aap hard worker hain, aap samajh boojh aap ke andar</w:t>
      </w:r>
    </w:p>
    <w:p>
      <w:pPr>
        <w:jc w:val="right"/>
      </w:pPr>
      <w:r>
        <w:t>باادب، پکے آدمی ہیں، آپ honest آدمی ہیں، آپ hard worker ہیں، آپ سمجھ بوجھ آپ کے اندر</w:t>
      </w:r>
    </w:p>
    <w:p>
      <w:r>
        <w:rPr>
          <w:b/>
        </w:rPr>
        <w:t xml:space="preserve">[49:58] </w:t>
      </w:r>
      <w:r>
        <w:t>hai, aap planning ke sath kaam karte hain, ya aap doston mein gup shup karte rehte hain.</w:t>
      </w:r>
    </w:p>
    <w:p>
      <w:pPr>
        <w:jc w:val="right"/>
      </w:pPr>
      <w:r>
        <w:t>ہے، آپ planning کے ساتھ کام کرتے ہیں، یا آپ دوستوں میں گپ شپ کرتے رہتے ہیں۔</w:t>
      </w:r>
    </w:p>
    <w:p>
      <w:r>
        <w:rPr>
          <w:b/>
        </w:rPr>
        <w:t xml:space="preserve">[50:04] </w:t>
      </w:r>
      <w:r>
        <w:t>ye sari baton ka naam history hai.</w:t>
      </w:r>
    </w:p>
    <w:p>
      <w:pPr>
        <w:jc w:val="right"/>
      </w:pPr>
      <w:r>
        <w:t>یہ ساری باتوں کا نام history ہے۔</w:t>
      </w:r>
    </w:p>
    <w:p>
      <w:r>
        <w:rPr>
          <w:b/>
        </w:rPr>
        <w:t xml:space="preserve">[50:10] </w:t>
      </w:r>
      <w:r>
        <w:t>ek image aap ki banti hai, ek image banti hai ke ye aadmi aisa hai, ye aadmi aisa hai.</w:t>
      </w:r>
    </w:p>
    <w:p>
      <w:pPr>
        <w:jc w:val="right"/>
      </w:pPr>
      <w:r>
        <w:t>ایک image آپ کی بنتی ہے، ایک image بنتی ہے کہ یہ آدمی ایسا ہے، یہ آدمی ایسا ہے۔</w:t>
      </w:r>
    </w:p>
    <w:p>
      <w:r>
        <w:rPr>
          <w:b/>
        </w:rPr>
        <w:t xml:space="preserve">[50:16] </w:t>
      </w:r>
      <w:r>
        <w:t>to wo isi bees saal ke darmiyan hota hai.</w:t>
      </w:r>
    </w:p>
    <w:p>
      <w:pPr>
        <w:jc w:val="right"/>
      </w:pPr>
      <w:r>
        <w:t>تو وہ اسی بیس سال کے درمیان ہوتا ہے۔</w:t>
      </w:r>
    </w:p>
    <w:p>
      <w:r>
        <w:rPr>
          <w:b/>
        </w:rPr>
        <w:t xml:space="preserve">[50:22] </w:t>
      </w:r>
      <w:r>
        <w:t>to is mein aap ne jo apni image banai, jo apni history banai, usi ke mutabiq dunya aap</w:t>
      </w:r>
    </w:p>
    <w:p>
      <w:pPr>
        <w:jc w:val="right"/>
      </w:pPr>
      <w:r>
        <w:t>تو اس میں آپ نے جو اپنی image بنائی، جو اپنی history بنائی، اسی کے مطابق دنیا آپ</w:t>
      </w:r>
    </w:p>
    <w:p>
      <w:r>
        <w:rPr>
          <w:b/>
        </w:rPr>
        <w:t xml:space="preserve">[50:29] </w:t>
      </w:r>
      <w:r>
        <w:t>ko moqa deti hai, na is se kam, na is se ziyada.</w:t>
      </w:r>
    </w:p>
    <w:p>
      <w:pPr>
        <w:jc w:val="right"/>
      </w:pPr>
      <w:r>
        <w:t>کو موقع دیتی ہے، نہ اس سے کم، نہ اس سے زیادہ۔</w:t>
      </w:r>
    </w:p>
    <w:p>
      <w:r>
        <w:rPr>
          <w:b/>
        </w:rPr>
        <w:t xml:space="preserve">[50:35] </w:t>
      </w:r>
      <w:r>
        <w:t>اس کا مطلب کیا ہے کہ اگر آپ کی عمر فرض کیجئے کہ پینتیس سال ہے، thirty-five</w:t>
      </w:r>
    </w:p>
    <w:p>
      <w:pPr>
        <w:jc w:val="right"/>
      </w:pPr>
      <w:r>
        <w:t>اس کا مطلب کیا ہے کہ اگر آپ کی عمر فرض کیجئے کہ پینتیس سال ہے، تھرٹی فائیو</w:t>
      </w:r>
    </w:p>
    <w:p>
      <w:r>
        <w:rPr>
          <w:b/>
        </w:rPr>
        <w:t xml:space="preserve">[50:41] </w:t>
      </w:r>
      <w:r>
        <w:t>years, aap ki umar agar is waqt thirty five years hai ek aadmi ki, jiske baad kya</w:t>
      </w:r>
    </w:p>
    <w:p>
      <w:pPr>
        <w:jc w:val="right"/>
      </w:pPr>
      <w:r>
        <w:t>ایئرز، آپ کی عمر اگر اس وقت تھرٹی فائیو ایئرز ہے ایک آدمی کی، جس کے بعد کیا</w:t>
      </w:r>
    </w:p>
    <w:p>
      <w:r>
        <w:rPr>
          <w:b/>
        </w:rPr>
        <w:t xml:space="preserve">[50:47] </w:t>
      </w:r>
      <w:r>
        <w:t>hoyi hai, aur usne kuch kaam kar nahi paaya, to goya ke aap ne bees saal ke</w:t>
      </w:r>
    </w:p>
    <w:p>
      <w:pPr>
        <w:jc w:val="right"/>
      </w:pPr>
      <w:r>
        <w:t>ہوئی ہے، اور اس نے کچھ کام کر نہیں پایا، تو گویا کہ آپ نے بیس سال کے</w:t>
      </w:r>
    </w:p>
    <w:p>
      <w:r>
        <w:rPr>
          <w:b/>
        </w:rPr>
        <w:t xml:space="preserve">[50:53] </w:t>
      </w:r>
      <w:r>
        <w:t>qeemti jo uska woh tha, period, is mein aadha usne zaya kar diya, aadha waste kar diya.</w:t>
      </w:r>
    </w:p>
    <w:p>
      <w:pPr>
        <w:jc w:val="right"/>
      </w:pPr>
      <w:r>
        <w:t>قیمتی جو اس کا وہ تھا، پیریڈ، اس میں آدھا اس نے ضائع کر دیا، آدھا waste کر دیا۔</w:t>
      </w:r>
    </w:p>
    <w:p>
      <w:r>
        <w:rPr>
          <w:b/>
        </w:rPr>
        <w:t xml:space="preserve">[50:59] </w:t>
      </w:r>
      <w:r>
        <w:t>usne bees saal ke qeemti period jo mila tha us ko nature ki taraf se, is mein</w:t>
      </w:r>
    </w:p>
    <w:p>
      <w:pPr>
        <w:jc w:val="right"/>
      </w:pPr>
      <w:r>
        <w:t>اس نے بیس سال کے قیمتی پیریڈ جو ملا تھا اس کو nature کی طرف سے، اس میں</w:t>
      </w:r>
    </w:p>
    <w:p>
      <w:r>
        <w:rPr>
          <w:b/>
        </w:rPr>
        <w:t xml:space="preserve">[51:05] </w:t>
      </w:r>
      <w:r>
        <w:t>se aadha woh zaya kar chuka hai, ab aadha hi baqi hai.</w:t>
      </w:r>
    </w:p>
    <w:p>
      <w:pPr>
        <w:jc w:val="right"/>
      </w:pPr>
      <w:r>
        <w:t>سے آدھا وہ ضائع کر چکا ہے، اب آدھا ہی باقی ہے۔</w:t>
      </w:r>
    </w:p>
    <w:p>
      <w:r>
        <w:rPr>
          <w:b/>
        </w:rPr>
        <w:t xml:space="preserve">[51:11] </w:t>
      </w:r>
      <w:r>
        <w:t>to yaad rakhiye, koi aadmi bhi law of nature ke khilaaf nahi ja sakta.</w:t>
      </w:r>
    </w:p>
    <w:p>
      <w:pPr>
        <w:jc w:val="right"/>
      </w:pPr>
      <w:r>
        <w:t>تو یاد رکھیے، کوئی آدمی بھی law of nature کے خلاف نہیں جا سکتا۔</w:t>
      </w:r>
    </w:p>
    <w:p>
      <w:r>
        <w:rPr>
          <w:b/>
        </w:rPr>
        <w:t xml:space="preserve">[51:17] </w:t>
      </w:r>
      <w:r>
        <w:t>yeh impossible hai, yaani bachpan ki umar mein koi jawani ka kaam nahi kar sakta.</w:t>
      </w:r>
    </w:p>
    <w:p>
      <w:pPr>
        <w:jc w:val="right"/>
      </w:pPr>
      <w:r>
        <w:t>یہ impossible ہے، یعنی بچپن کی عمر میں کوئی جوانی کا کام نہیں کر سکتا۔</w:t>
      </w:r>
    </w:p>
    <w:p>
      <w:r>
        <w:rPr>
          <w:b/>
        </w:rPr>
        <w:t xml:space="preserve">[51:23] </w:t>
      </w:r>
      <w:r>
        <w:t>jawani ki umar mein us ko toh woh maturity nahi aa sakti, jo baad ko aati hai.</w:t>
      </w:r>
    </w:p>
    <w:p>
      <w:pPr>
        <w:jc w:val="right"/>
      </w:pPr>
      <w:r>
        <w:t>جوانی کی عمر میں اس کو تو وہ maturity نہیں آ سکتی، جو بعد کو آتی ہے۔</w:t>
      </w:r>
    </w:p>
    <w:p>
      <w:r>
        <w:rPr>
          <w:b/>
        </w:rPr>
        <w:t xml:space="preserve">[51:29] </w:t>
      </w:r>
      <w:r>
        <w:t>badhapa agar shuru hogaya toh us ko aap lota nahi sakte, aap yeh sab nature hai.</w:t>
      </w:r>
    </w:p>
    <w:p>
      <w:pPr>
        <w:jc w:val="right"/>
      </w:pPr>
      <w:r>
        <w:t>بڑھاپا اگر شروع ہوگیا تو اس کو آپ لوٹا نہیں سکتے، آپ یہ سب nature ہے۔</w:t>
      </w:r>
    </w:p>
    <w:p>
      <w:r>
        <w:rPr>
          <w:b/>
        </w:rPr>
        <w:t xml:space="preserve">[51:35] </w:t>
      </w:r>
      <w:r>
        <w:t>toh us ko samjhiye ke nature ne aap ko jo jis qanoon ke tehat paida kiya hai, us</w:t>
      </w:r>
    </w:p>
    <w:p>
      <w:pPr>
        <w:jc w:val="right"/>
      </w:pPr>
      <w:r>
        <w:t>تو اس کو سمجھئے کہ nature نے آپ کو جو جس قانون کے تحت پیدا کیا ہے، اس</w:t>
      </w:r>
    </w:p>
    <w:p>
      <w:r>
        <w:rPr>
          <w:b/>
        </w:rPr>
        <w:t xml:space="preserve">[51:41] </w:t>
      </w:r>
      <w:r>
        <w:t>mein aap ko us ne jo qeemti saal diye hain, woh sirf bees saal hain, pachees se le</w:t>
      </w:r>
    </w:p>
    <w:p>
      <w:pPr>
        <w:jc w:val="right"/>
      </w:pPr>
      <w:r>
        <w:t>میں آپ کو اس نے جو قیمتی سال دیے ہیں، وہ صرف بیس سال ہیں، پچیس سے لے</w:t>
      </w:r>
    </w:p>
    <w:p>
      <w:r>
        <w:rPr>
          <w:b/>
        </w:rPr>
        <w:t xml:space="preserve">[51:48] </w:t>
      </w:r>
      <w:r>
        <w:t>kar pentalis tak.</w:t>
      </w:r>
    </w:p>
    <w:p>
      <w:pPr>
        <w:jc w:val="right"/>
      </w:pPr>
      <w:r>
        <w:t>کر پینتالیس تک۔</w:t>
      </w:r>
    </w:p>
    <w:p>
      <w:r>
        <w:rPr>
          <w:b/>
        </w:rPr>
        <w:t xml:space="preserve">[51:54] </w:t>
      </w:r>
      <w:r>
        <w:t>us ko kabhi aisa mat kijiye ke us ko aap kho dein.</w:t>
      </w:r>
    </w:p>
    <w:p>
      <w:pPr>
        <w:jc w:val="right"/>
      </w:pPr>
      <w:r>
        <w:t>اس کو کبھی ایسا مت کیجئے کہ اس کو آپ کھو دیں۔</w:t>
      </w:r>
    </w:p>
    <w:p>
      <w:r>
        <w:rPr>
          <w:b/>
        </w:rPr>
        <w:t xml:space="preserve">[52:00] </w:t>
      </w:r>
      <w:r>
        <w:t>us ko khona jo hai, sone ke pahaad ko khone se bhi zyada sakht hai.</w:t>
      </w:r>
    </w:p>
    <w:p>
      <w:pPr>
        <w:jc w:val="right"/>
      </w:pPr>
      <w:r>
        <w:t>اس کو کھونا جو ہے، سونے کے پہاڑ کو کھونے سے بھی زیادہ سخت ہے۔</w:t>
      </w:r>
    </w:p>
    <w:p>
      <w:r>
        <w:rPr>
          <w:b/>
        </w:rPr>
        <w:t xml:space="preserve">[52:06] </w:t>
      </w:r>
      <w:r>
        <w:t>sone ke pahaad ko kho dein toh kuch nahi khoya aap ne, lekin yeh jo bees saal hain,</w:t>
      </w:r>
    </w:p>
    <w:p>
      <w:pPr>
        <w:jc w:val="right"/>
      </w:pPr>
      <w:r>
        <w:t>سونے کے پہاڑ کو کھو دیں تو کچھ نہیں کھویا آپ نے، لیکن یہ جو بیس سال ہیں،</w:t>
      </w:r>
    </w:p>
    <w:p>
      <w:r>
        <w:rPr>
          <w:b/>
        </w:rPr>
        <w:t xml:space="preserve">[52:12] </w:t>
      </w:r>
      <w:r>
        <w:t>is mein se ek din bhi kho diya toh bohat bari cheez kho diya aap ne.</w:t>
      </w:r>
    </w:p>
    <w:p>
      <w:pPr>
        <w:jc w:val="right"/>
      </w:pPr>
      <w:r>
        <w:t>اس میں سے ایک دن بھی کھو دیا تو بہت بڑی چیز کھو دیا آپ نے۔</w:t>
      </w:r>
    </w:p>
    <w:p>
      <w:r>
        <w:rPr>
          <w:b/>
        </w:rPr>
        <w:t xml:space="preserve">[52:18] </w:t>
      </w:r>
      <w:r>
        <w:t>yeh bohat ajeeb cheez hai, aur maine apni zindagi mein dekha hai jin logon ko, toh beshtar</w:t>
      </w:r>
    </w:p>
    <w:p>
      <w:pPr>
        <w:jc w:val="right"/>
      </w:pPr>
      <w:r>
        <w:t>یہ بہت عجیب چیز ہے، اور میں نے اپنی زندگی میں دیکھا ہے جن لوگوں کو، تو بیشتر</w:t>
      </w:r>
    </w:p>
    <w:p>
      <w:r>
        <w:rPr>
          <w:b/>
        </w:rPr>
        <w:t xml:space="preserve">[52:24] </w:t>
      </w:r>
      <w:r>
        <w:t>log is se bekhabar rehte hain, beshtar log bekhabar rehte hain.</w:t>
      </w:r>
    </w:p>
    <w:p>
      <w:pPr>
        <w:jc w:val="right"/>
      </w:pPr>
      <w:r>
        <w:t>لوگ اس سے بے خبر رہتے ہیں، بیشتر لوگ بے خبر رہتے ہیں۔</w:t>
      </w:r>
    </w:p>
    <w:p>
      <w:r>
        <w:rPr>
          <w:b/>
        </w:rPr>
        <w:t xml:space="preserve">[52:30] </w:t>
      </w:r>
      <w:r>
        <w:t>beh-haal, main aap logon ko jo meri baatein sun rahe hain, un ko, aur jin ko aap log</w:t>
      </w:r>
    </w:p>
    <w:p>
      <w:pPr>
        <w:jc w:val="right"/>
      </w:pPr>
      <w:r>
        <w:t>بہرحال، میں آپ لوگوں کو جو میری باتیں سن رہے ہیں، ان کو، اور جن کو آپ لوگ</w:t>
      </w:r>
    </w:p>
    <w:p>
      <w:r>
        <w:rPr>
          <w:b/>
        </w:rPr>
        <w:t xml:space="preserve">[52:36] </w:t>
      </w:r>
      <w:r>
        <w:t>meri baaton ko pohnchainge, un sab ko yeh darkhwast karunga ke Khuda ka jo qanoon-e-takhleeq</w:t>
      </w:r>
    </w:p>
    <w:p>
      <w:pPr>
        <w:jc w:val="right"/>
      </w:pPr>
      <w:r>
        <w:t>میری باتوں کو پہنچائیں گے، ان سب کو یہ درخواست کروں گا کہ خدا کا جو قانون تخلیق</w:t>
      </w:r>
    </w:p>
    <w:p>
      <w:r>
        <w:rPr>
          <w:b/>
        </w:rPr>
        <w:t xml:space="preserve">[52:42] </w:t>
      </w:r>
      <w:r>
        <w:t>hai, us ko jaaniye.</w:t>
      </w:r>
    </w:p>
    <w:p>
      <w:pPr>
        <w:jc w:val="right"/>
      </w:pPr>
      <w:r>
        <w:t>ہے، اس کو جانیے۔</w:t>
      </w:r>
    </w:p>
    <w:p>
      <w:r>
        <w:rPr>
          <w:b/>
        </w:rPr>
        <w:t xml:space="preserve">[52:48] </w:t>
      </w:r>
      <w:r>
        <w:t>qanoon-e-takhleeq ke mutabiq aap ke paas sirf bees saal hain, us ke baad toh decay hai, bees</w:t>
      </w:r>
    </w:p>
    <w:p>
      <w:pPr>
        <w:jc w:val="right"/>
      </w:pPr>
      <w:r>
        <w:t>قانون تخلیق کے مطابق آپ کے پاس صرف بیس سال ہیں، اس کے بعد تو decay ہے، بیس</w:t>
      </w:r>
    </w:p>
    <w:p>
      <w:r>
        <w:rPr>
          <w:b/>
        </w:rPr>
        <w:t xml:space="preserve">[52:54] </w:t>
      </w:r>
      <w:r>
        <w:t>saal se pehle immaturity hai, yaad rakhiye, yaani pachees saal ki umar se pehle jo hai, immaturity hai,</w:t>
      </w:r>
    </w:p>
    <w:p>
      <w:pPr>
        <w:jc w:val="right"/>
      </w:pPr>
      <w:r>
        <w:t>سال سے پہلے immaturity ہے، یاد رکھیے، یعنی پچیس سال کی عمر سے پہلے جو ہے، immaturity ہے،</w:t>
      </w:r>
    </w:p>
    <w:p>
      <w:r>
        <w:rPr>
          <w:b/>
        </w:rPr>
        <w:t xml:space="preserve">[53:00] </w:t>
      </w:r>
      <w:r>
        <w:t>aur pentalis saal ke baad decay hai.</w:t>
      </w:r>
    </w:p>
    <w:p>
      <w:pPr>
        <w:jc w:val="right"/>
      </w:pPr>
      <w:r>
        <w:t>اور پینتالیس سال کے بعد decay ہے۔</w:t>
      </w:r>
    </w:p>
    <w:p>
      <w:r>
        <w:rPr>
          <w:b/>
        </w:rPr>
        <w:t xml:space="preserve">[53:06] </w:t>
      </w:r>
      <w:r>
        <w:t>yaani aap ki umar ka jo pachees saal jab ho jaate hain aap, toh toh us se pehle</w:t>
      </w:r>
    </w:p>
    <w:p>
      <w:pPr>
        <w:jc w:val="right"/>
      </w:pPr>
      <w:r>
        <w:t>یعنی آپ کی عمر کا جو پچیس سال جب ہو جاتے ہیں آپ، تو تو اس سے پہلے</w:t>
      </w:r>
    </w:p>
    <w:p>
      <w:r>
        <w:rPr>
          <w:b/>
        </w:rPr>
        <w:t xml:space="preserve">[53:13] </w:t>
      </w:r>
      <w:r>
        <w:t>ka jo zamana hai, immaturity ka zamana hota hai.</w:t>
      </w:r>
    </w:p>
    <w:p>
      <w:pPr>
        <w:jc w:val="right"/>
      </w:pPr>
      <w:r>
        <w:t>کا جو زمانہ ہے، immaturity کا زمانہ ہوتا ہے۔</w:t>
      </w:r>
    </w:p>
    <w:p>
      <w:r>
        <w:rPr>
          <w:b/>
        </w:rPr>
        <w:t xml:space="preserve">[53:19] </w:t>
      </w:r>
      <w:r>
        <w:t>Immaturity se maturity ke age mein aap dakhil hote hain, aur paintalis saal ke baad ka jo zamana</w:t>
      </w:r>
    </w:p>
    <w:p>
      <w:pPr>
        <w:jc w:val="right"/>
      </w:pPr>
      <w:r>
        <w:t>Immaturity سے maturity کے age میں آپ داخل ہوتے ہیں، اور پینتالیس سال کے بعد کا جو زمانہ</w:t>
      </w:r>
    </w:p>
    <w:p>
      <w:r>
        <w:rPr>
          <w:b/>
        </w:rPr>
        <w:t xml:space="preserve">[53:25] </w:t>
      </w:r>
      <w:r>
        <w:t>hai, woh decay ka zamana hai.</w:t>
      </w:r>
    </w:p>
    <w:p>
      <w:pPr>
        <w:jc w:val="right"/>
      </w:pPr>
      <w:r>
        <w:t>ہے، وہ decay کا زمانہ ہے۔</w:t>
      </w:r>
    </w:p>
    <w:p>
      <w:r>
        <w:rPr>
          <w:b/>
        </w:rPr>
        <w:t xml:space="preserve">[53:31] </w:t>
      </w:r>
      <w:r>
        <w:t>toh yahi bees saal aap ke sab se zyada qeemti saal hain, is ko kabhi aisi baat kijiye</w:t>
      </w:r>
    </w:p>
    <w:p>
      <w:pPr>
        <w:jc w:val="right"/>
      </w:pPr>
      <w:r>
        <w:t>تو یہی بیس سال آپ کے سب سے زیادہ قیمتی سال ہیں، اس کو کبھی ایسی بات کیجئے</w:t>
      </w:r>
    </w:p>
    <w:p>
      <w:r>
        <w:rPr>
          <w:b/>
        </w:rPr>
        <w:t xml:space="preserve">[53:37] </w:t>
      </w:r>
      <w:r>
        <w:t>jis ko aap utilize na karein, kyunke phir is ke baad aap ko waqt nahi milega, mauqa</w:t>
      </w:r>
    </w:p>
    <w:p>
      <w:pPr>
        <w:jc w:val="right"/>
      </w:pPr>
      <w:r>
        <w:t>جس کو آپ utilize نہ کریں، کیونکہ پھر اس کے بعد آپ کو وقت نہیں ملے گا، موقع</w:t>
      </w:r>
    </w:p>
    <w:p>
      <w:r>
        <w:rPr>
          <w:b/>
        </w:rPr>
        <w:t xml:space="preserve">[53:43] </w:t>
      </w:r>
      <w:r>
        <w:t>nahi milega apne aap ko istemal karne ka.</w:t>
      </w:r>
    </w:p>
    <w:p>
      <w:pPr>
        <w:jc w:val="right"/>
      </w:pPr>
      <w:r>
        <w:t>نہیں ملے گا اپنے آپ کو استعمال کرنے کا۔</w:t>
      </w:r>
    </w:p>
    <w:p>
      <w:r>
        <w:rPr>
          <w:b/>
        </w:rPr>
        <w:t xml:space="preserve">[53:49] </w:t>
      </w:r>
      <w:r>
        <w:t>Maulana, agla sawal lene se pehle ek comment parhna chahenge, jo comment aaya hai Fatima Sarah ka,</w:t>
      </w:r>
    </w:p>
    <w:p>
      <w:pPr>
        <w:jc w:val="right"/>
      </w:pPr>
      <w:r>
        <w:t>مولانا، اگلا سوال لینے سے پہلے ایک کمنٹ پڑھنا چاہیں گے، جو کمنٹ آیا ہے فاطمہ سارہ کا،</w:t>
      </w:r>
    </w:p>
    <w:p>
      <w:r>
        <w:rPr>
          <w:b/>
        </w:rPr>
        <w:t xml:space="preserve">[53:55] </w:t>
      </w:r>
      <w:r>
        <w:t>Miss Fatima Sarah ka Bangalore se.</w:t>
      </w:r>
    </w:p>
    <w:p>
      <w:pPr>
        <w:jc w:val="right"/>
      </w:pPr>
      <w:r>
        <w:t>مس فاطمہ سارہ کا بنگلور سے۔</w:t>
      </w:r>
    </w:p>
    <w:p>
      <w:r>
        <w:rPr>
          <w:b/>
        </w:rPr>
        <w:t xml:space="preserve">[54:01] </w:t>
      </w:r>
      <w:r>
        <w:t>Unhon ne Maulana feedback bheja hai ek subscriber ka, jo Spirit of Islam padhti hain, aur jo feedback</w:t>
      </w:r>
    </w:p>
    <w:p>
      <w:pPr>
        <w:jc w:val="right"/>
      </w:pPr>
      <w:r>
        <w:t>انہوں نے مولانا فیڈبیک بھیجا ہے ایک سبسکرائبر کا، جو Spirit of Islam پڑھتی ہیں، اور جو فیڈبیک</w:t>
      </w:r>
    </w:p>
    <w:p>
      <w:r>
        <w:rPr>
          <w:b/>
        </w:rPr>
        <w:t xml:space="preserve">[54:07] </w:t>
      </w:r>
      <w:r>
        <w:t>bhejne wali hain, un ka naam hai Hema Priya, Miss Hema Priya.</w:t>
      </w:r>
    </w:p>
    <w:p>
      <w:pPr>
        <w:jc w:val="right"/>
      </w:pPr>
      <w:r>
        <w:t>بھیجنے والی ہیں، ان کا نام ہے ہیما پریا، مس ہیما پریا۔</w:t>
      </w:r>
    </w:p>
    <w:p>
      <w:r>
        <w:rPr>
          <w:b/>
        </w:rPr>
        <w:t xml:space="preserve">[54:13] </w:t>
      </w:r>
      <w:r>
        <w:t>Toh unhon ne yeh likha hai: "I received my first edition of the Spirit of Islam early this</w:t>
      </w:r>
    </w:p>
    <w:p>
      <w:pPr>
        <w:jc w:val="right"/>
      </w:pPr>
      <w:r>
        <w:t>تو انہوں نے یہ لکھا ہے: "I received my first edition of the Spirit of Islam early this</w:t>
      </w:r>
    </w:p>
    <w:p>
      <w:r>
        <w:rPr>
          <w:b/>
        </w:rPr>
        <w:t xml:space="preserve">[54:19] </w:t>
      </w:r>
      <w:r>
        <w:t>month and would want to give my feedback regarding the same.</w:t>
      </w:r>
    </w:p>
    <w:p>
      <w:pPr>
        <w:jc w:val="right"/>
      </w:pPr>
      <w:r>
        <w:t>month and would want to give my feedback regarding the same.</w:t>
      </w:r>
    </w:p>
    <w:p>
      <w:r>
        <w:rPr>
          <w:b/>
        </w:rPr>
        <w:t xml:space="preserve">[54:25] </w:t>
      </w:r>
      <w:r>
        <w:t>The magazine has umpteen social messages which have been beautifully illustrated in each of its articles.</w:t>
      </w:r>
    </w:p>
    <w:p>
      <w:pPr>
        <w:jc w:val="right"/>
      </w:pPr>
      <w:r>
        <w:t>The magazine has umpteen social messages which have been beautifully illustrated in each of its articles.</w:t>
      </w:r>
    </w:p>
    <w:p>
      <w:r>
        <w:rPr>
          <w:b/>
        </w:rPr>
        <w:t xml:space="preserve">[54:32] </w:t>
      </w:r>
      <w:r>
        <w:t>Each and every article has a spiritual significance to convey to its readers.</w:t>
      </w:r>
    </w:p>
    <w:p>
      <w:pPr>
        <w:jc w:val="right"/>
      </w:pPr>
      <w:r>
        <w:t>Each and every article has a spiritual significance to convey to its readers.</w:t>
      </w:r>
    </w:p>
    <w:p>
      <w:r>
        <w:rPr>
          <w:b/>
        </w:rPr>
        <w:t xml:space="preserve">[54:38] </w:t>
      </w:r>
      <w:r>
        <w:t>The magazine highlights the essence of spirituality in its true sense, which is synonymous with social peace and harmony.</w:t>
      </w:r>
    </w:p>
    <w:p>
      <w:pPr>
        <w:jc w:val="right"/>
      </w:pPr>
      <w:r>
        <w:t>The magazine highlights the essence of spirituality in its true sense, which is synonymous with social peace and harmony.</w:t>
      </w:r>
    </w:p>
    <w:p>
      <w:r>
        <w:rPr>
          <w:b/>
        </w:rPr>
        <w:t xml:space="preserve">[54:45] </w:t>
      </w:r>
      <w:r>
        <w:t>As a teenager myself, every day comes to me as a challenge.</w:t>
      </w:r>
    </w:p>
    <w:p>
      <w:pPr>
        <w:jc w:val="right"/>
      </w:pPr>
      <w:r>
        <w:t>As a teenager myself, every day comes to me as a challenge.</w:t>
      </w:r>
    </w:p>
    <w:p>
      <w:r>
        <w:rPr>
          <w:b/>
        </w:rPr>
        <w:t xml:space="preserve">[54:52] </w:t>
      </w:r>
      <w:r>
        <w:t>Each day I am introduced to situations that have the potential to lead me astray and take wrong decisions.</w:t>
      </w:r>
    </w:p>
    <w:p>
      <w:pPr>
        <w:jc w:val="right"/>
      </w:pPr>
      <w:r>
        <w:t>Each day I am introduced to situations that have the potential to lead me astray and take wrong decisions.</w:t>
      </w:r>
    </w:p>
    <w:p>
      <w:r>
        <w:rPr>
          <w:b/>
        </w:rPr>
        <w:t xml:space="preserve">[54:59] </w:t>
      </w:r>
      <w:r>
        <w:t>In such a case, articles like 'Suicide is Not an Option' have profound messages to tell and act</w:t>
      </w:r>
    </w:p>
    <w:p>
      <w:pPr>
        <w:jc w:val="right"/>
      </w:pPr>
      <w:r>
        <w:t>In such a case, articles like 'Suicide is Not an Option' have profound messages to tell and act</w:t>
      </w:r>
    </w:p>
    <w:p>
      <w:r>
        <w:rPr>
          <w:b/>
        </w:rPr>
        <w:t xml:space="preserve">[55:06] </w:t>
      </w:r>
      <w:r>
        <w:t>as courage boosters.</w:t>
      </w:r>
    </w:p>
    <w:p>
      <w:pPr>
        <w:jc w:val="right"/>
      </w:pPr>
      <w:r>
        <w:t>as courage boosters.</w:t>
      </w:r>
    </w:p>
    <w:p>
      <w:r>
        <w:rPr>
          <w:b/>
        </w:rPr>
        <w:t xml:space="preserve">[55:13] </w:t>
      </w:r>
      <w:r>
        <w:t>Every article has a small yet significant lesson that can come in handy in everyday life.</w:t>
      </w:r>
    </w:p>
    <w:p>
      <w:pPr>
        <w:jc w:val="right"/>
      </w:pPr>
      <w:r>
        <w:t>Every article has a small yet significant lesson that can come in handy in everyday life.</w:t>
      </w:r>
    </w:p>
    <w:p>
      <w:r>
        <w:rPr>
          <w:b/>
        </w:rPr>
        <w:t xml:space="preserve">[55:20] </w:t>
      </w:r>
      <w:r>
        <w:t>I consider it my privilege to be introduced to this magazine.</w:t>
      </w:r>
    </w:p>
    <w:p>
      <w:pPr>
        <w:jc w:val="right"/>
      </w:pPr>
      <w:r>
        <w:t>I consider it my privilege to be introduced to this magazine.</w:t>
      </w:r>
    </w:p>
    <w:p>
      <w:r>
        <w:rPr>
          <w:b/>
        </w:rPr>
        <w:t xml:space="preserve">[55:27] </w:t>
      </w:r>
      <w:r>
        <w:t>I would want to congratulate and convey my gratitude to each and everyone associated with the Spirit of Islam.</w:t>
      </w:r>
    </w:p>
    <w:p>
      <w:pPr>
        <w:jc w:val="right"/>
      </w:pPr>
      <w:r>
        <w:t>I would want to congratulate and convey my gratitude to each and everyone associated with the Spirit of Islam.</w:t>
      </w:r>
    </w:p>
    <w:p>
      <w:r>
        <w:rPr>
          <w:b/>
        </w:rPr>
        <w:t xml:space="preserve">[55:34] </w:t>
      </w:r>
      <w:r>
        <w:t>I will be looking forward to the future editions." Mashallah. Maulana, agla sawal Delhi se kiya hai Muhammad Hilal Khan ne. Maulana, yeh ek school ke student hain aur unka sawal hai ke "What is the punishment of those people who insult their parents?</w:t>
      </w:r>
    </w:p>
    <w:p>
      <w:pPr>
        <w:jc w:val="right"/>
      </w:pPr>
      <w:r>
        <w:t>I will be looking forward to the future editions." ماشاءاللہ۔ مولانا، اگلا سوال دلی سے کیا ہے محمد ہلال خان نے۔ مولانا، یہ ایک سکول کے student ہیں اور ان کا سوال ہے کہ "What is the punishment of those people who insult their parents?</w:t>
      </w:r>
    </w:p>
    <w:p>
      <w:r>
        <w:rPr>
          <w:b/>
        </w:rPr>
        <w:t xml:space="preserve">[55:57] </w:t>
      </w:r>
      <w:r>
        <w:t>" pooch rahe hain punishment kya hai? samjhaiye, punishment se yeh masla hal nahi hota, badhta hai.</w:t>
      </w:r>
    </w:p>
    <w:p>
      <w:pPr>
        <w:jc w:val="right"/>
      </w:pPr>
      <w:r>
        <w:t>" پوچھ رہے ہیں punishment کیا ہے؟ سمجھائیے، punishment سے یہ مسئلہ حل نہیں ہوتا، بڑھتا ہے۔</w:t>
      </w:r>
    </w:p>
    <w:p>
      <w:r>
        <w:rPr>
          <w:b/>
        </w:rPr>
        <w:t xml:space="preserve">[56:02] </w:t>
      </w:r>
      <w:r>
        <w:t>Dekhein, punishment jo hai, woh sirf authority ka kaam hai.</w:t>
      </w:r>
    </w:p>
    <w:p>
      <w:pPr>
        <w:jc w:val="right"/>
      </w:pPr>
      <w:r>
        <w:t>دیکھیں، punishment جو ہے، وہ صرف authority کا کام ہے۔</w:t>
      </w:r>
    </w:p>
    <w:p>
      <w:r>
        <w:rPr>
          <w:b/>
        </w:rPr>
        <w:t xml:space="preserve">[56:08] </w:t>
      </w:r>
      <w:r>
        <w:t>Aap ke paas koi authority nahi hai, jaise gharon mein jhagde hote hain, gharon mein aap kisi ko</w:t>
      </w:r>
    </w:p>
    <w:p>
      <w:pPr>
        <w:jc w:val="right"/>
      </w:pPr>
      <w:r>
        <w:t>آپ کے پاس کوئی authority نہیں ہے، جیسے گھروں میں جھگڑے ہوتے ہیں، گھروں میں آپ کسی کو</w:t>
      </w:r>
    </w:p>
    <w:p>
      <w:r>
        <w:rPr>
          <w:b/>
        </w:rPr>
        <w:t xml:space="preserve">[56:13] </w:t>
      </w:r>
      <w:r>
        <w:t>punish nahin kar sakte kyunke aap par authority nahin hai.</w:t>
      </w:r>
    </w:p>
    <w:p>
      <w:pPr>
        <w:jc w:val="right"/>
      </w:pPr>
      <w:r>
        <w:t>punish نہیں کر سکتے کیونکہ آپ پر authority نہیں ہے۔</w:t>
      </w:r>
    </w:p>
    <w:p>
      <w:r>
        <w:rPr>
          <w:b/>
        </w:rPr>
        <w:t xml:space="preserve">[56:19] </w:t>
      </w:r>
      <w:r>
        <w:t>to agar aisa kahin hai to aap ko samjhaiye, aur is mein main samajhta hoon ke fifty-fifty ka mamla hai.</w:t>
      </w:r>
    </w:p>
    <w:p>
      <w:pPr>
        <w:jc w:val="right"/>
      </w:pPr>
      <w:r>
        <w:t>تو اگر ایسا کہیں ہے تو آپ کو سمجھائیے، اور اس میں میں سمجھتا ہوں کہ fifty-fifty کا معاملہ ہے۔</w:t>
      </w:r>
    </w:p>
    <w:p>
      <w:r>
        <w:rPr>
          <w:b/>
        </w:rPr>
        <w:t xml:space="preserve">[56:24] </w:t>
      </w:r>
      <w:r>
        <w:t>aisa nahin ke ek tarafah kisi ko, dono kuch na kuch be samjhi ka kaam karte hain, is</w:t>
      </w:r>
    </w:p>
    <w:p>
      <w:pPr>
        <w:jc w:val="right"/>
      </w:pPr>
      <w:r>
        <w:t>ایسا نہیں کہ ایک طرفہ کسی کو، دونوں کچھ نہ کچھ بے سمجھی کا کام کرتے ہیں، اس</w:t>
      </w:r>
    </w:p>
    <w:p>
      <w:r>
        <w:rPr>
          <w:b/>
        </w:rPr>
        <w:t xml:space="preserve">[56:30] </w:t>
      </w:r>
      <w:r>
        <w:t>se baat flare up ho jati hai.</w:t>
      </w:r>
    </w:p>
    <w:p>
      <w:pPr>
        <w:jc w:val="right"/>
      </w:pPr>
      <w:r>
        <w:t>سے بات flare up ہو جاتی ہے۔</w:t>
      </w:r>
    </w:p>
    <w:p>
      <w:r>
        <w:rPr>
          <w:b/>
        </w:rPr>
        <w:t xml:space="preserve">[56:36] </w:t>
      </w:r>
      <w:r>
        <w:t>main is ko nahin manta ke yeh unilateral mamla hai, bilateral mamla hai.</w:t>
      </w:r>
    </w:p>
    <w:p>
      <w:pPr>
        <w:jc w:val="right"/>
      </w:pPr>
      <w:r>
        <w:t>میں اس کو نہیں مانتا کہ یہ unilateral معاملہ ہے، bilateral معاملہ ہے۔</w:t>
      </w:r>
    </w:p>
    <w:p>
      <w:r>
        <w:rPr>
          <w:b/>
        </w:rPr>
        <w:t xml:space="preserve">[56:41] </w:t>
      </w:r>
      <w:r>
        <w:t>to dono ko samjhana parega.</w:t>
      </w:r>
    </w:p>
    <w:p>
      <w:pPr>
        <w:jc w:val="right"/>
      </w:pPr>
      <w:r>
        <w:t>تو دونوں کو سمجھانا پڑے گا۔</w:t>
      </w:r>
    </w:p>
    <w:p>
      <w:r>
        <w:rPr>
          <w:b/>
        </w:rPr>
        <w:t xml:space="preserve">[56:47] </w:t>
      </w:r>
      <w:r>
        <w:t>main ne jo tajurba zindagi ka woh yeh hai ke reporting hamesha log one-sided karte hain.</w:t>
      </w:r>
    </w:p>
    <w:p>
      <w:pPr>
        <w:jc w:val="right"/>
      </w:pPr>
      <w:r>
        <w:t>میں نے جو تجربہ زندگی کا وہ یہ ہے کہ reporting ہمیشہ لوگ one-sided کرتے ہیں۔</w:t>
      </w:r>
    </w:p>
    <w:p>
      <w:r>
        <w:rPr>
          <w:b/>
        </w:rPr>
        <w:t xml:space="preserve">[56:52] </w:t>
      </w:r>
      <w:r>
        <w:t>har aadmi one-sided reporting karta hai, yaani ek ki baat batayega, ek doosri ki baat nahin batayega.</w:t>
      </w:r>
    </w:p>
    <w:p>
      <w:pPr>
        <w:jc w:val="right"/>
      </w:pPr>
      <w:r>
        <w:t>ہر آدمی one-sided reporting کرتا ہے، یعنی ایک کی بات بتائے گا، ایک دوسری کی بات نہیں بتائے گا۔</w:t>
      </w:r>
    </w:p>
    <w:p>
      <w:r>
        <w:rPr>
          <w:b/>
        </w:rPr>
        <w:t xml:space="preserve">[56:58] </w:t>
      </w:r>
      <w:r>
        <w:t>bas yeh aam, itna zyada aam hai ke is mein koi exception nahin hai.</w:t>
      </w:r>
    </w:p>
    <w:p>
      <w:pPr>
        <w:jc w:val="right"/>
      </w:pPr>
      <w:r>
        <w:t>بس یہ عام، اتنا زیادہ عام ہے کہ اس میں کوئی exception نہیں ہے۔</w:t>
      </w:r>
    </w:p>
    <w:p>
      <w:r>
        <w:rPr>
          <w:b/>
        </w:rPr>
        <w:t xml:space="preserve">[57:04] </w:t>
      </w:r>
      <w:r>
        <w:t>mujhe de walon ko one-sided reporting to aap ko bhi main kahunga, aap is se bachen ke</w:t>
      </w:r>
    </w:p>
    <w:p>
      <w:pPr>
        <w:jc w:val="right"/>
      </w:pPr>
      <w:r>
        <w:t>مجھے دے والوں کو one-sided reporting تو آپ کو بھی میں کہوں گا، آپ اس سے بچیں کہ</w:t>
      </w:r>
    </w:p>
    <w:p>
      <w:r>
        <w:rPr>
          <w:b/>
        </w:rPr>
        <w:t xml:space="preserve">[57:09] </w:t>
      </w:r>
      <w:r>
        <w:t>aap kisi ek ko blame dein aur doosre ko kahin ke woh bilkul be khata hai.</w:t>
      </w:r>
    </w:p>
    <w:p>
      <w:pPr>
        <w:jc w:val="right"/>
      </w:pPr>
      <w:r>
        <w:t>آپ کسی ایک کو blame دیں اور دوسرے کو کہیں کہ وہ بالکل بے خطا ہے۔</w:t>
      </w:r>
    </w:p>
    <w:p>
      <w:r>
        <w:rPr>
          <w:b/>
        </w:rPr>
        <w:t xml:space="preserve">[57:15] </w:t>
      </w:r>
      <w:r>
        <w:t>is ko, is ko deep mein jayen, deep mein.</w:t>
      </w:r>
    </w:p>
    <w:p>
      <w:pPr>
        <w:jc w:val="right"/>
      </w:pPr>
      <w:r>
        <w:t>اس کو، اس کو deep میں جائیں، deep میں۔</w:t>
      </w:r>
    </w:p>
    <w:p>
      <w:r>
        <w:rPr>
          <w:b/>
        </w:rPr>
        <w:t xml:space="preserve">[57:20] </w:t>
      </w:r>
      <w:r>
        <w:t>jaise main ne abhi qissa bataya aap ko ke in ke leho ka ke bhai bachche meri baat</w:t>
      </w:r>
    </w:p>
    <w:p>
      <w:pPr>
        <w:jc w:val="right"/>
      </w:pPr>
      <w:r>
        <w:t>جیسے میں نے ابھی قصہ بتایا آپ کو کہ ان کے لہو کا کہ بھئی بچے میری بات</w:t>
      </w:r>
    </w:p>
    <w:p>
      <w:r>
        <w:rPr>
          <w:b/>
        </w:rPr>
        <w:t xml:space="preserve">[57:26] </w:t>
      </w:r>
      <w:r>
        <w:t>sunte nahin, to bas main kahoon aap bade bachche kharab hain.</w:t>
      </w:r>
    </w:p>
    <w:p>
      <w:pPr>
        <w:jc w:val="right"/>
      </w:pPr>
      <w:r>
        <w:t>سنتے نہیں، تو بس میں کہوں آپ بڑے بچے خراب ہیں۔</w:t>
      </w:r>
    </w:p>
    <w:p>
      <w:r>
        <w:rPr>
          <w:b/>
        </w:rPr>
        <w:t xml:space="preserve">[57:31] </w:t>
      </w:r>
      <w:r>
        <w:t>in ki report ko sun kar main maan loon ke bachche bade kharab hain.</w:t>
      </w:r>
    </w:p>
    <w:p>
      <w:pPr>
        <w:jc w:val="right"/>
      </w:pPr>
      <w:r>
        <w:t>ان کی رپورٹ کو سن کر میں مان لوں کہ بچے بڑے خراب ہیں۔</w:t>
      </w:r>
    </w:p>
    <w:p>
      <w:r>
        <w:rPr>
          <w:b/>
        </w:rPr>
        <w:t xml:space="preserve">[57:37] </w:t>
      </w:r>
      <w:r>
        <w:t>to main ne jab scrutiny ki to maloom hua ke yeh bachchon ke sath biwi se ladte jhagadte</w:t>
      </w:r>
    </w:p>
    <w:p>
      <w:pPr>
        <w:jc w:val="right"/>
      </w:pPr>
      <w:r>
        <w:t>تو میں نے جب scrutiny کی تو معلوم ہوا کہ یہ بچوں کے ساتھ بیوی سے لڑتے جھگڑتے</w:t>
      </w:r>
    </w:p>
    <w:p>
      <w:r>
        <w:rPr>
          <w:b/>
        </w:rPr>
        <w:t xml:space="preserve">[57:43] </w:t>
      </w:r>
      <w:r>
        <w:t>hain, is se mahaul ghar ka kharab ho gaya hai.</w:t>
      </w:r>
    </w:p>
    <w:p>
      <w:pPr>
        <w:jc w:val="right"/>
      </w:pPr>
      <w:r>
        <w:t>ہیں، اس سے ماحول گھر کا خراب ہو گیا ہے۔</w:t>
      </w:r>
    </w:p>
    <w:p>
      <w:r>
        <w:rPr>
          <w:b/>
        </w:rPr>
        <w:t xml:space="preserve">[57:48] </w:t>
      </w:r>
      <w:r>
        <w:t>to aap aisa kabhi mat kijiye ke one-sided reporting karen.</w:t>
      </w:r>
    </w:p>
    <w:p>
      <w:pPr>
        <w:jc w:val="right"/>
      </w:pPr>
      <w:r>
        <w:t>تو آپ ایسا کبھی مت کیجئے کہ one-sided reporting کریں۔</w:t>
      </w:r>
    </w:p>
    <w:p>
      <w:r>
        <w:rPr>
          <w:b/>
        </w:rPr>
        <w:t xml:space="preserve">[57:54] </w:t>
      </w:r>
      <w:r>
        <w:t>aap deep mein jayen, scrutiny kijiye, baat ko samjhen gehrai se, tab masla khatam hoga.</w:t>
      </w:r>
    </w:p>
    <w:p>
      <w:pPr>
        <w:jc w:val="right"/>
      </w:pPr>
      <w:r>
        <w:t>آپ deep میں جائیے، scrutiny کیجئے، بات کو سمجھیں گہرائی سے، تب مسئلہ ختم ہوگا۔</w:t>
      </w:r>
    </w:p>
    <w:p>
      <w:r>
        <w:rPr>
          <w:b/>
        </w:rPr>
        <w:t xml:space="preserve">[57:59] </w:t>
      </w:r>
      <w:r>
        <w:t>aise ek ko blame dena, doosre ko be khata batana, is se koi masla hal hone wala nahin hai.</w:t>
      </w:r>
    </w:p>
    <w:p>
      <w:pPr>
        <w:jc w:val="right"/>
      </w:pPr>
      <w:r>
        <w:t>ایسے ایک کو blame دینا، دوسرے کو بے خطا بتانا، اس سے کوئی مسئلہ حل ہونے والا نہیں ہے۔</w:t>
      </w:r>
    </w:p>
    <w:p>
      <w:r>
        <w:rPr>
          <w:b/>
        </w:rPr>
        <w:t xml:space="preserve">[58:05] </w:t>
      </w:r>
      <w:r>
        <w:t>maulana, agla sawal syed ayub shah sahib ka hai, jo hyderabad se unhon ne sawal kiya hai, aur</w:t>
      </w:r>
    </w:p>
    <w:p>
      <w:pPr>
        <w:jc w:val="right"/>
      </w:pPr>
      <w:r>
        <w:t>مولانا، اگلا سوال سید ایوب شاہ صاحب کا ہے، جو حیدرآباد سے انہوں نے سوال کیا ہے، اور</w:t>
      </w:r>
    </w:p>
    <w:p>
      <w:r>
        <w:rPr>
          <w:b/>
        </w:rPr>
        <w:t xml:space="preserve">[58:11] </w:t>
      </w:r>
      <w:r>
        <w:t>unhon ne likha hai ke "agar mard aur aurat ek hi gender hain aur dawat ke kaam mein</w:t>
      </w:r>
    </w:p>
    <w:p>
      <w:pPr>
        <w:jc w:val="right"/>
      </w:pPr>
      <w:r>
        <w:t>انہوں نے لکھا ہے کہ "اگر مرد اور عورت ایک ہی gender ہیں اور دعوت کے کام میں</w:t>
      </w:r>
    </w:p>
    <w:p>
      <w:r>
        <w:rPr>
          <w:b/>
        </w:rPr>
        <w:t xml:space="preserve">[58:16] </w:t>
      </w:r>
      <w:r>
        <w:t>muawin o madadgar hain, to Allah ne auraton mein se rasool aur paighambar kyun nahin banaye?" is ko wazeh karen.</w:t>
      </w:r>
    </w:p>
    <w:p>
      <w:pPr>
        <w:jc w:val="right"/>
      </w:pPr>
      <w:r>
        <w:t>معاون و مددگار ہیں، تو اللہ نے عورتوں میں سے رسول اور پیغمبر کیوں نہیں بنائے؟" اس کو واضح کریں۔</w:t>
      </w:r>
    </w:p>
    <w:p>
      <w:r>
        <w:rPr>
          <w:b/>
        </w:rPr>
        <w:t xml:space="preserve">[58:22] </w:t>
      </w:r>
      <w:r>
        <w:t>is ki koi zaroorat hi nahin ke har har is mein auraton mein hi paighambar hon.</w:t>
      </w:r>
    </w:p>
    <w:p>
      <w:pPr>
        <w:jc w:val="right"/>
      </w:pPr>
      <w:r>
        <w:t>اس کی کوئی ضرورت ہی نہیں کہ ہر ہر اس میں عورتوں میں ہی پیغمبر ہوں۔</w:t>
      </w:r>
    </w:p>
    <w:p>
      <w:r>
        <w:rPr>
          <w:b/>
        </w:rPr>
        <w:t xml:space="preserve">[58:27] </w:t>
      </w:r>
      <w:r>
        <w:t>is ki main nahin samajhta ke is ki koi zaroorat hai.</w:t>
      </w:r>
    </w:p>
    <w:p>
      <w:pPr>
        <w:jc w:val="right"/>
      </w:pPr>
      <w:r>
        <w:t>اس کی میں نہیں سمجھتا کہ اس کی کوئی ضرورت ہے۔</w:t>
      </w:r>
    </w:p>
    <w:p>
      <w:r>
        <w:rPr>
          <w:b/>
        </w:rPr>
        <w:t xml:space="preserve">[58:33] </w:t>
      </w:r>
      <w:r>
        <w:t>yeh to, yani har ek mard bhi, aurat bhi, dono ek doosre ke saathi banen.</w:t>
      </w:r>
    </w:p>
    <w:p>
      <w:pPr>
        <w:jc w:val="right"/>
      </w:pPr>
      <w:r>
        <w:t>یہ تو، یعنی ہر ایک مرد بھی، عورت بھی، دونوں ایک دوسرے کے ساتھی بنیں۔</w:t>
      </w:r>
    </w:p>
    <w:p>
      <w:r>
        <w:rPr>
          <w:b/>
        </w:rPr>
        <w:t xml:space="preserve">[58:39] </w:t>
      </w:r>
      <w:r>
        <w:t>asal cheez is ki hai, baat saathi banne ki hai.</w:t>
      </w:r>
    </w:p>
    <w:p>
      <w:pPr>
        <w:jc w:val="right"/>
      </w:pPr>
      <w:r>
        <w:t>اصل چیز اس کی ہے، بات ساتھی بننے کی ہے۔</w:t>
      </w:r>
    </w:p>
    <w:p>
      <w:r>
        <w:rPr>
          <w:b/>
        </w:rPr>
        <w:t xml:space="preserve">[58:44] </w:t>
      </w:r>
      <w:r>
        <w:t>is ki baat nahi hai ke is mein bhi peghambar hon.</w:t>
      </w:r>
    </w:p>
    <w:p>
      <w:pPr>
        <w:jc w:val="right"/>
      </w:pPr>
      <w:r>
        <w:t>اس کی بات نہیں ہے کہ اس میں بھی پیغمبر ہوں۔</w:t>
      </w:r>
    </w:p>
    <w:p>
      <w:r>
        <w:rPr>
          <w:b/>
        </w:rPr>
        <w:t xml:space="preserve">[58:50] </w:t>
      </w:r>
      <w:r>
        <w:t>yani agar, yani aurat bhi agar peghambar hoti to is mein koi khaas baat ho jati.</w:t>
      </w:r>
    </w:p>
    <w:p>
      <w:pPr>
        <w:jc w:val="right"/>
      </w:pPr>
      <w:r>
        <w:t>یعنی اگر، یعنی عورت بھی اگر پیغمبر ہوتی تو اس میں کوئی خاص بات ہو جاتی۔</w:t>
      </w:r>
    </w:p>
    <w:p>
      <w:r>
        <w:rPr>
          <w:b/>
        </w:rPr>
        <w:t xml:space="preserve">[58:55] </w:t>
      </w:r>
      <w:r>
        <w:t>mein samajhta hoon ke khaas baat yeh nahi hai.</w:t>
      </w:r>
    </w:p>
    <w:p>
      <w:pPr>
        <w:jc w:val="right"/>
      </w:pPr>
      <w:r>
        <w:t>میں سمجھتا ہوں کہ خاص بات یہ نہیں ہے۔</w:t>
      </w:r>
    </w:p>
    <w:p>
      <w:r>
        <w:rPr>
          <w:b/>
        </w:rPr>
        <w:t xml:space="preserve">[59:01] </w:t>
      </w:r>
      <w:r>
        <w:t>khaas baat yeh hai ke logon mein yeh ho ke ek doosre ka, yani woh ek doosre ko share karen.</w:t>
      </w:r>
    </w:p>
    <w:p>
      <w:pPr>
        <w:jc w:val="right"/>
      </w:pPr>
      <w:r>
        <w:t>خاص بات یہ ہے کہ لوگوں میں یہ ہو کہ ایک دوسرے کا، یعنی وہ ایک دوسرے کو شیئر کریں۔</w:t>
      </w:r>
    </w:p>
    <w:p>
      <w:r>
        <w:rPr>
          <w:b/>
        </w:rPr>
        <w:t xml:space="preserve">[59:06] </w:t>
      </w:r>
      <w:r>
        <w:t>jaise Hazrat Aisha ki misaal hai, Hazrat Aisha peghambar nahi theen, lekin Rasool Allah se un ke jo</w:t>
      </w:r>
    </w:p>
    <w:p>
      <w:pPr>
        <w:jc w:val="right"/>
      </w:pPr>
      <w:r>
        <w:t>جیسے حضرت عائشہ کی مثال ہے، حضرت عائشہ پیغمبر نہیں تھیں، لیکن رسول اللہ سے ان کے جو</w:t>
      </w:r>
    </w:p>
    <w:p>
      <w:r>
        <w:rPr>
          <w:b/>
        </w:rPr>
        <w:t xml:space="preserve">[59:12] </w:t>
      </w:r>
      <w:r>
        <w:t>seekha, rozana, rozana, rozana, is ke nateejay mein woh Rasool Allah ki fawataat ke baad taqreeban pachas saal</w:t>
      </w:r>
    </w:p>
    <w:p>
      <w:pPr>
        <w:jc w:val="right"/>
      </w:pPr>
      <w:r>
        <w:t>سیکھا، روزانہ، روزانہ، روزانہ، اس کے نتیجے میں وہ رسول اللہ کی وفات کے بعد تقریباً پچاس سال</w:t>
      </w:r>
    </w:p>
    <w:p>
      <w:r>
        <w:rPr>
          <w:b/>
        </w:rPr>
        <w:t xml:space="preserve">[59:18] </w:t>
      </w:r>
      <w:r>
        <w:t>tak ummat ko, yani hikmat aur deen aur wisdom ki baaten batati raheen.</w:t>
      </w:r>
    </w:p>
    <w:p>
      <w:pPr>
        <w:jc w:val="right"/>
      </w:pPr>
      <w:r>
        <w:t>تک امت کو، یعنی حکمت اور دین اور wisdom کی باتیں بتاتی رہیں۔</w:t>
      </w:r>
    </w:p>
    <w:p>
      <w:r>
        <w:rPr>
          <w:b/>
        </w:rPr>
        <w:t xml:space="preserve">[59:23] </w:t>
      </w:r>
      <w:r>
        <w:t>Hazrat Aisha ki jo istinbaataat hain, woh bohat aham samjhate hain.</w:t>
      </w:r>
    </w:p>
    <w:p>
      <w:pPr>
        <w:jc w:val="right"/>
      </w:pPr>
      <w:r>
        <w:t>حضرت عائشہ کی جو استنباطات ہیں، وہ بہت اہم سمجھاتے ہیں۔</w:t>
      </w:r>
    </w:p>
    <w:p>
      <w:r>
        <w:rPr>
          <w:b/>
        </w:rPr>
        <w:t xml:space="preserve">[59:29] </w:t>
      </w:r>
      <w:r>
        <w:t>to peghambar hona zaroori nahi hai, yani peghambar hoti hain ya na hoti hain, jo kaam unhon ne</w:t>
      </w:r>
    </w:p>
    <w:p>
      <w:pPr>
        <w:jc w:val="right"/>
      </w:pPr>
      <w:r>
        <w:t>تو پیغمبر ہونا ضروری نہیں ہے، یعنی پیغمبر ہوتی ہیں یا نہ ہوتی ہیں، جو کام انہوں نے</w:t>
      </w:r>
    </w:p>
    <w:p>
      <w:r>
        <w:rPr>
          <w:b/>
        </w:rPr>
        <w:t xml:space="preserve">[59:34] </w:t>
      </w:r>
      <w:r>
        <w:t>kiya, woh is ki ahmiyat asal mein hai.</w:t>
      </w:r>
    </w:p>
    <w:p>
      <w:pPr>
        <w:jc w:val="right"/>
      </w:pPr>
      <w:r>
        <w:t>کیا، وہ اس کی اہمیت اصل میں ہے۔</w:t>
      </w:r>
    </w:p>
    <w:p>
      <w:r>
        <w:rPr>
          <w:b/>
        </w:rPr>
        <w:t xml:space="preserve">[59:40] </w:t>
      </w:r>
      <w:r>
        <w:t>to mein samajhta hoon ke ek, yeh, yeh, yeh, woh is, is zehan ke tehat yeh sawal hai</w:t>
      </w:r>
    </w:p>
    <w:p>
      <w:pPr>
        <w:jc w:val="right"/>
      </w:pPr>
      <w:r>
        <w:t>تو میں سمجھتا ہوں کہ ایک، یہ، یہ، یہ، وہ اس، اس ذہن کے تحت یہ سوال ہے</w:t>
      </w:r>
    </w:p>
    <w:p>
      <w:r>
        <w:rPr>
          <w:b/>
        </w:rPr>
        <w:t xml:space="preserve">[59:46] </w:t>
      </w:r>
      <w:r>
        <w:t>ke gender equality hona chahiye.</w:t>
      </w:r>
    </w:p>
    <w:p>
      <w:pPr>
        <w:jc w:val="right"/>
      </w:pPr>
      <w:r>
        <w:t>کہ gender equality ہونا چاہیے۔</w:t>
      </w:r>
    </w:p>
    <w:p>
      <w:r>
        <w:rPr>
          <w:b/>
        </w:rPr>
        <w:t xml:space="preserve">[59:51] </w:t>
      </w:r>
      <w:r>
        <w:t>jaisa mard, waisa aurat, jaisa aurat, waisa mard.</w:t>
      </w:r>
    </w:p>
    <w:p>
      <w:pPr>
        <w:jc w:val="right"/>
      </w:pPr>
      <w:r>
        <w:t>جیسا مرد، ویسے عورت، جیسا عورت، ویسے مرد۔</w:t>
      </w:r>
    </w:p>
    <w:p>
      <w:r>
        <w:rPr>
          <w:b/>
        </w:rPr>
        <w:t xml:space="preserve">[59:57] </w:t>
      </w:r>
      <w:r>
        <w:t>mein zaati taur par is ko koi ahmiyat nahi samajhta.</w:t>
      </w:r>
    </w:p>
    <w:p>
      <w:pPr>
        <w:jc w:val="right"/>
      </w:pPr>
      <w:r>
        <w:t>میں ذاتی طور پر اس کو کوئی اہمیت نہیں سمجھتا۔</w:t>
      </w:r>
    </w:p>
    <w:p>
      <w:r>
        <w:rPr>
          <w:b/>
        </w:rPr>
        <w:t xml:space="preserve">[1:00:02] </w:t>
      </w:r>
      <w:r>
        <w:t>mein, jaise ke mein ne arz kiya ke gender equality asal nahi, but gender partnership asal hai.</w:t>
      </w:r>
    </w:p>
    <w:p>
      <w:pPr>
        <w:jc w:val="right"/>
      </w:pPr>
      <w:r>
        <w:t>میں، جیسے کہ میں نے عرض کیا کہ gender equality اصل نہیں، but gender partnership اصل ہے۔</w:t>
      </w:r>
    </w:p>
    <w:p>
      <w:r>
        <w:rPr>
          <w:b/>
        </w:rPr>
        <w:t xml:space="preserve">[1:00:08] </w:t>
      </w:r>
      <w:r>
        <w:t>Maulana, agla sawal lene se pehle ek comment parhna chahenge jo Dr. Safeena Tabassum ne Ajmer se bheja hai.</w:t>
      </w:r>
    </w:p>
    <w:p>
      <w:pPr>
        <w:jc w:val="right"/>
      </w:pPr>
      <w:r>
        <w:t>مولانا، اگلا سوال لینے سے پہلے ایک کمنٹ پڑھنا چاہیں گے جو ڈاکٹر سفینہ تبسم نے اجمیر سے بھیجا ہے۔</w:t>
      </w:r>
    </w:p>
    <w:p>
      <w:r>
        <w:rPr>
          <w:b/>
        </w:rPr>
        <w:t xml:space="preserve">[1:00:14] </w:t>
      </w:r>
      <w:r>
        <w:t>unhon ne likha hai ke "Maulana sahib, aaj ke lecture se yeh baat clear ho gayi ke zamanay</w:t>
      </w:r>
    </w:p>
    <w:p>
      <w:pPr>
        <w:jc w:val="right"/>
      </w:pPr>
      <w:r>
        <w:t>انہوں نے لکھا ہے کہ "مولانا صاحب، آج کے لیکچر سے یہ بات clear ہو گئی کہ زمانے</w:t>
      </w:r>
    </w:p>
    <w:p>
      <w:r>
        <w:rPr>
          <w:b/>
        </w:rPr>
        <w:t xml:space="preserve">[1:00:19] </w:t>
      </w:r>
      <w:r>
        <w:t>ki ba-khabari momin ke liye kitni zaroori hai." Maulana, agla sawal aaya hai Chennai se Maulana Iqbal Umri</w:t>
      </w:r>
    </w:p>
    <w:p>
      <w:pPr>
        <w:jc w:val="right"/>
      </w:pPr>
      <w:r>
        <w:t>کی باخبری مومن کے لیے کتنی ضروری ہے۔" مولانا، اگلا سوال آیا ہے چنئی سے مولانا اقبال عمری</w:t>
      </w:r>
    </w:p>
    <w:p>
      <w:r>
        <w:rPr>
          <w:b/>
        </w:rPr>
        <w:t xml:space="preserve">[1:00:25] </w:t>
      </w:r>
      <w:r>
        <w:t>ka, aur unhon ne likha hai ke "Maulana, ek sahib ne kaha ke Musalmanon mein ittehad sirf khilafat</w:t>
      </w:r>
    </w:p>
    <w:p>
      <w:pPr>
        <w:jc w:val="right"/>
      </w:pPr>
      <w:r>
        <w:t>کا، اور انہوں نے لکھا ہے کہ "مولانا، ایک صاحب نے کہا کہ مسلمانوں میں اتحاد صرف خلافت</w:t>
      </w:r>
    </w:p>
    <w:p>
      <w:r>
        <w:rPr>
          <w:b/>
        </w:rPr>
        <w:t xml:space="preserve">[1:00:30] </w:t>
      </w:r>
      <w:r>
        <w:t>ki barkat se hi aa sakta hai.</w:t>
      </w:r>
    </w:p>
    <w:p>
      <w:pPr>
        <w:jc w:val="right"/>
      </w:pPr>
      <w:r>
        <w:t>کی برکت سے ہی آ سکتا ہے۔</w:t>
      </w:r>
    </w:p>
    <w:p>
      <w:r>
        <w:rPr>
          <w:b/>
        </w:rPr>
        <w:t xml:space="preserve">[1:00:36] </w:t>
      </w:r>
      <w:r>
        <w:t>Maulana, Musalman kyun, kyun khilafat ki khush fehmi mein hain? Aur yeh bhi kehte hain ke ek na</w:t>
      </w:r>
    </w:p>
    <w:p>
      <w:pPr>
        <w:jc w:val="right"/>
      </w:pPr>
      <w:r>
        <w:t>مولانا، مسلمان کیوں، کیوں خلافت کی خوش فہمی میں ہیں؟ اور یہ بھی کہتے ہیں کہ ایک نہ</w:t>
      </w:r>
    </w:p>
    <w:p>
      <w:r>
        <w:rPr>
          <w:b/>
        </w:rPr>
        <w:t xml:space="preserve">[1:00:41] </w:t>
      </w:r>
      <w:r>
        <w:t>ek din khilafat zaroor aaye gi." Dekhen, khilafat ka lafz jo hai, yeh ek, ek bid'ati lafz hai.</w:t>
      </w:r>
    </w:p>
    <w:p>
      <w:pPr>
        <w:jc w:val="right"/>
      </w:pPr>
      <w:r>
        <w:t>ایک دن خلافت ضرور آئے گی۔" دیکھیں، خلافت کا لفظ جو ہے، یہ ایک، ایک بدعتی لفظ ہے۔</w:t>
      </w:r>
    </w:p>
    <w:p>
      <w:r>
        <w:rPr>
          <w:b/>
        </w:rPr>
        <w:t xml:space="preserve">[1:00:47] </w:t>
      </w:r>
      <w:r>
        <w:t>ab baat karta hoon mein, yeh samajh lijiye, is ko logon ne Islami samajh rakha hai na? Yeh</w:t>
      </w:r>
    </w:p>
    <w:p>
      <w:pPr>
        <w:jc w:val="right"/>
      </w:pPr>
      <w:r>
        <w:t>اب بات کرتا ہوں میں، یہ سمجھ لیجئے، اس کو لوگوں نے اسلامی سمجھ رکھا ہے نا؟ یہ</w:t>
      </w:r>
    </w:p>
    <w:p>
      <w:r>
        <w:rPr>
          <w:b/>
        </w:rPr>
        <w:t xml:space="preserve">[1:00:53] </w:t>
      </w:r>
      <w:r>
        <w:t>bad'ati lafz hai, mubtadiyana lafz hai.</w:t>
      </w:r>
    </w:p>
    <w:p>
      <w:pPr>
        <w:jc w:val="right"/>
      </w:pPr>
      <w:r>
        <w:t>بدعتی لفظ ہے، مبتدیانہ لفظ ہے۔</w:t>
      </w:r>
    </w:p>
    <w:p>
      <w:r>
        <w:rPr>
          <w:b/>
        </w:rPr>
        <w:t xml:space="preserve">[1:00:58] </w:t>
      </w:r>
      <w:r>
        <w:t>dekhen, chaar hamare haan maane hue mustanad hain: Hazrat Abu Bakr, Hazrat Umar, Hazrat Usman, Hazrat Ali.</w:t>
      </w:r>
    </w:p>
    <w:p>
      <w:pPr>
        <w:jc w:val="right"/>
      </w:pPr>
      <w:r>
        <w:t>دیکھیں، چار ہمارے ہاں مانے ہوئے مستند ہیں: حضرت ابوبکر، حضرت عمر، حضرت عثمان، حضرت علی۔</w:t>
      </w:r>
    </w:p>
    <w:p>
      <w:r>
        <w:rPr>
          <w:b/>
        </w:rPr>
        <w:t xml:space="preserve">[1:01:04] </w:t>
      </w:r>
      <w:r>
        <w:t>un ke zamane mein khaleefa ka lafz tha hi nahin, amirul momineen kaha jata tha.</w:t>
      </w:r>
    </w:p>
    <w:p>
      <w:pPr>
        <w:jc w:val="right"/>
      </w:pPr>
      <w:r>
        <w:t>ان کے زمانے میں خلیفہ کا لفظ تھا ہی نہیں، امیرالمومنین کہا جاتا تھا۔</w:t>
      </w:r>
    </w:p>
    <w:p>
      <w:r>
        <w:rPr>
          <w:b/>
        </w:rPr>
        <w:t xml:space="preserve">[1:01:09] </w:t>
      </w:r>
      <w:r>
        <w:t>amirul momineen, yani tareekh ke mutabiq, un chaaron mein se kisi ko khaleefa nahin kaha jata, amirul momineen kaha jata tha.</w:t>
      </w:r>
    </w:p>
    <w:p>
      <w:pPr>
        <w:jc w:val="right"/>
      </w:pPr>
      <w:r>
        <w:t>امیرالمومنین، یعنی تاریخ کے مطابق، ان چاروں میں سے کسی کو خلیفہ نہیں کہا جاتا، امیرالمومنین کہا جاتا تھا۔</w:t>
      </w:r>
    </w:p>
    <w:p>
      <w:r>
        <w:rPr>
          <w:b/>
        </w:rPr>
        <w:t xml:space="preserve">[1:01:15] </w:t>
      </w:r>
      <w:r>
        <w:t>khilafat ka lafz nikala hai banu umiya ke zamane mein, us ko, yani unhon ne, unhon ne apne</w:t>
      </w:r>
    </w:p>
    <w:p>
      <w:pPr>
        <w:jc w:val="right"/>
      </w:pPr>
      <w:r>
        <w:t>خلافت کا لفظ نکالا ہے بنو امیہ کے زمانے میں، اس کو، یعنی انہوں نے، انہوں نے اپنے</w:t>
      </w:r>
    </w:p>
    <w:p>
      <w:r>
        <w:rPr>
          <w:b/>
        </w:rPr>
        <w:t xml:space="preserve">[1:01:21] </w:t>
      </w:r>
      <w:r>
        <w:t>ko dynasty mein tabdeel kar diya, khandANI hukumat.</w:t>
      </w:r>
    </w:p>
    <w:p>
      <w:pPr>
        <w:jc w:val="right"/>
      </w:pPr>
      <w:r>
        <w:t>کو dynasty میں تبدیل کر دیا، خاندانی حکومت۔</w:t>
      </w:r>
    </w:p>
    <w:p>
      <w:r>
        <w:rPr>
          <w:b/>
        </w:rPr>
        <w:t xml:space="preserve">[1:01:26] </w:t>
      </w:r>
      <w:r>
        <w:t>to apni khandANI hukumat ko legitimize karne ke liye unhon ne khilafat ka lafz chala diya.</w:t>
      </w:r>
    </w:p>
    <w:p>
      <w:pPr>
        <w:jc w:val="right"/>
      </w:pPr>
      <w:r>
        <w:t>تو اپنی خاندانی حکومت کو legitimize کرنے کے لیے انہوں نے خلافت کا لفظ چلا دیا۔</w:t>
      </w:r>
    </w:p>
    <w:p>
      <w:r>
        <w:rPr>
          <w:b/>
        </w:rPr>
        <w:t xml:space="preserve">[1:01:32] </w:t>
      </w:r>
      <w:r>
        <w:t>to khilafat to dynasty ke zamane mein, yani khandANI hukumat ke zamane mein, us ko, us ko muqaddam</w:t>
      </w:r>
    </w:p>
    <w:p>
      <w:pPr>
        <w:jc w:val="right"/>
      </w:pPr>
      <w:r>
        <w:t>تو خلافت تو dynasty کے زمانے میں، یعنی خاندانی حکومت کے زمانے میں، اس کو، اس کو مقدم</w:t>
      </w:r>
    </w:p>
    <w:p>
      <w:r>
        <w:rPr>
          <w:b/>
        </w:rPr>
        <w:t xml:space="preserve">[1:01:37] </w:t>
      </w:r>
      <w:r>
        <w:t>banane ke liye istemal kiya unhon ne.</w:t>
      </w:r>
    </w:p>
    <w:p>
      <w:pPr>
        <w:jc w:val="right"/>
      </w:pPr>
      <w:r>
        <w:t>بنانے کے لیے استعمال کیا انہوں نے۔</w:t>
      </w:r>
    </w:p>
    <w:p>
      <w:r>
        <w:rPr>
          <w:b/>
        </w:rPr>
        <w:t xml:space="preserve">[1:01:43] </w:t>
      </w:r>
      <w:r>
        <w:t>ab woh chal pada, warna khaleefa ka lafz koi islami lafz nahin hai.</w:t>
      </w:r>
    </w:p>
    <w:p>
      <w:pPr>
        <w:jc w:val="right"/>
      </w:pPr>
      <w:r>
        <w:t>اب وہ چل پڑا، ورنہ خلیفہ کا لفظ کوئی اسلامی لفظ نہیں ہے۔</w:t>
      </w:r>
    </w:p>
    <w:p>
      <w:r>
        <w:rPr>
          <w:b/>
        </w:rPr>
        <w:t xml:space="preserve">[1:01:48] </w:t>
      </w:r>
      <w:r>
        <w:t>agar islami lafz hota to chaaron jo shakhsiyaten hain: Hazrat Abu Bakr, Hazrat Umar, Hazrat Usman, Hazrat Ali, un</w:t>
      </w:r>
    </w:p>
    <w:p>
      <w:pPr>
        <w:jc w:val="right"/>
      </w:pPr>
      <w:r>
        <w:t>اگر اسلامی لفظ ہوتا تو چاروں جو شخصیتیں ہیں: حضرت ابوبکر، حضرت عمر، حضرت عثمان، حضرت علی، ان</w:t>
      </w:r>
    </w:p>
    <w:p>
      <w:r>
        <w:rPr>
          <w:b/>
        </w:rPr>
        <w:t xml:space="preserve">[1:01:54] </w:t>
      </w:r>
      <w:r>
        <w:t>ke zamane mein yeh lafz istemal hota.</w:t>
      </w:r>
    </w:p>
    <w:p>
      <w:pPr>
        <w:jc w:val="right"/>
      </w:pPr>
      <w:r>
        <w:t>کے زمانے میں یہ لفظ استعمال ہوتا۔</w:t>
      </w:r>
    </w:p>
    <w:p>
      <w:r>
        <w:rPr>
          <w:b/>
        </w:rPr>
        <w:t xml:space="preserve">[1:02:00] </w:t>
      </w:r>
      <w:r>
        <w:t>ek hadith ko log samajhte hain, woh jo hadith hai ke "alaykum bi sunnati wa sunnati al-khulafai al-rashidin", is mein khulafa</w:t>
      </w:r>
    </w:p>
    <w:p>
      <w:pPr>
        <w:jc w:val="right"/>
      </w:pPr>
      <w:r>
        <w:t>ایک حدیث کو لوگ سمجھتے ہیں، وہ جو حدیث ہے کہ "علیکم بسنت الخلفائے راشدین"، اس میں خلفاء</w:t>
      </w:r>
    </w:p>
    <w:p>
      <w:r>
        <w:rPr>
          <w:b/>
        </w:rPr>
        <w:t xml:space="preserve">[1:02:05] </w:t>
      </w:r>
      <w:r>
        <w:t>se murad political khulafa hargiz nahin hain.</w:t>
      </w:r>
    </w:p>
    <w:p>
      <w:pPr>
        <w:jc w:val="right"/>
      </w:pPr>
      <w:r>
        <w:t>سے مراد political خلفاء ہرگز نہیں ہیں۔</w:t>
      </w:r>
    </w:p>
    <w:p>
      <w:r>
        <w:rPr>
          <w:b/>
        </w:rPr>
        <w:t xml:space="preserve">[1:02:11] </w:t>
      </w:r>
      <w:r>
        <w:t>yeh bhi samajh lijiye, is hadith mein khulafa se murad political khulafa nahin hain, balke mere ashaab jo</w:t>
      </w:r>
    </w:p>
    <w:p>
      <w:pPr>
        <w:jc w:val="right"/>
      </w:pPr>
      <w:r>
        <w:t>یہ بھی سمجھ لیجئے، اس حدیث میں خلفاء سے مراد political خلفاء نہیں ہیں، بلکہ میرے اصحاب جو</w:t>
      </w:r>
    </w:p>
    <w:p>
      <w:r>
        <w:rPr>
          <w:b/>
        </w:rPr>
        <w:t xml:space="preserve">[1:02:16] </w:t>
      </w:r>
      <w:r>
        <w:t>mere rastay par chale, woh murad hain.</w:t>
      </w:r>
    </w:p>
    <w:p>
      <w:pPr>
        <w:jc w:val="right"/>
      </w:pPr>
      <w:r>
        <w:t>میرے راستے پر چلے، وہ مراد ہیں۔</w:t>
      </w:r>
    </w:p>
    <w:p>
      <w:r>
        <w:rPr>
          <w:b/>
        </w:rPr>
        <w:t xml:space="preserve">[1:02:22] </w:t>
      </w:r>
      <w:r>
        <w:t>to khilafat to mubtadiyana lafz hai mere nazdeek.</w:t>
      </w:r>
    </w:p>
    <w:p>
      <w:pPr>
        <w:jc w:val="right"/>
      </w:pPr>
      <w:r>
        <w:t>تو خلافت تو مبتدیانہ لفظ ہے میرے نزدیک۔</w:t>
      </w:r>
    </w:p>
    <w:p>
      <w:r>
        <w:rPr>
          <w:b/>
        </w:rPr>
        <w:t xml:space="preserve">[1:02:28] </w:t>
      </w:r>
      <w:r>
        <w:t>aur doosri baat yeh hai ke khilafat ke zamane mein hamesha ladaaiyan jari rahi hain.</w:t>
      </w:r>
    </w:p>
    <w:p>
      <w:pPr>
        <w:jc w:val="right"/>
      </w:pPr>
      <w:r>
        <w:t>اور دوسری بات یہ ہے کہ خلافت کے زمانے میں ہمیشہ لڑائیاں جاری رہی ہیں۔</w:t>
      </w:r>
    </w:p>
    <w:p>
      <w:r>
        <w:rPr>
          <w:b/>
        </w:rPr>
        <w:t xml:space="preserve">[1:02:33] </w:t>
      </w:r>
      <w:r>
        <w:t>kabhi bhi aisa nahin hua ke khilafat ke zamane mein ladaaiyan na hon.</w:t>
      </w:r>
    </w:p>
    <w:p>
      <w:pPr>
        <w:jc w:val="right"/>
      </w:pPr>
      <w:r>
        <w:t>کبھی بھی ایسا نہیں ہوا کہ خلافت کے زمانے میں لڑائیاں نہ ہوں۔</w:t>
      </w:r>
    </w:p>
    <w:p>
      <w:r>
        <w:rPr>
          <w:b/>
        </w:rPr>
        <w:t xml:space="preserve">[1:02:39] </w:t>
      </w:r>
      <w:r>
        <w:t>poora hazar saal tak ladaaiyon se bhara hua hai, har jagah ladai.</w:t>
      </w:r>
    </w:p>
    <w:p>
      <w:pPr>
        <w:jc w:val="right"/>
      </w:pPr>
      <w:r>
        <w:t>پورا ہزار سال تک لڑائیوں سے بھرا ہوا ہے، ہر جگہ لڑائی۔</w:t>
      </w:r>
    </w:p>
    <w:p>
      <w:r>
        <w:rPr>
          <w:b/>
        </w:rPr>
        <w:t xml:space="preserve">[1:02:44] </w:t>
      </w:r>
      <w:r>
        <w:t>to kya khilafat se ittehad aata hai? kaun si tareekh batati hai aap ko? woh kaun si tareekh</w:t>
      </w:r>
    </w:p>
    <w:p>
      <w:pPr>
        <w:jc w:val="right"/>
      </w:pPr>
      <w:r>
        <w:t>تو کیا خلافت سے اتحاد آتا ہے؟ کون سی تاریخ بتاتی ہے آپ کو؟ وہ کون سی تاریخ</w:t>
      </w:r>
    </w:p>
    <w:p>
      <w:r>
        <w:rPr>
          <w:b/>
        </w:rPr>
        <w:t xml:space="preserve">[1:02:50] </w:t>
      </w:r>
      <w:r>
        <w:t>batati hai jis mein khilafat se ittehad aa gaya? main aap ko naam munaam karne ki zaroorat nahin</w:t>
      </w:r>
    </w:p>
    <w:p>
      <w:pPr>
        <w:jc w:val="right"/>
      </w:pPr>
      <w:r>
        <w:t>بتاتی ہے جس میں خلافت سے اتحاد آ گیا؟ میں آپ کو نام منام کرنے کی ضرورت نہیں</w:t>
      </w:r>
    </w:p>
    <w:p>
      <w:r>
        <w:rPr>
          <w:b/>
        </w:rPr>
        <w:t xml:space="preserve">[1:02:56] </w:t>
      </w:r>
      <w:r>
        <w:t>hai, lekin jang-e-siffin aur jang-e-jamal se le kar ke aakhir waqt tak sab ladaaiyan jari rahin.</w:t>
      </w:r>
    </w:p>
    <w:p>
      <w:pPr>
        <w:jc w:val="right"/>
      </w:pPr>
      <w:r>
        <w:t>ہے، لیکن جنگ صفین اور جنگ جمل سے لے کر کے آخر وقت تک سب لڑائیاں جاری رہیں۔</w:t>
      </w:r>
    </w:p>
    <w:p>
      <w:r>
        <w:rPr>
          <w:b/>
        </w:rPr>
        <w:t xml:space="preserve">[1:03:01] </w:t>
      </w:r>
      <w:r>
        <w:t>aakhri zamane mein khilafat-e-turki jo hai, us se arabon se ladai jari thi yahan tak ke toot</w:t>
      </w:r>
    </w:p>
    <w:p>
      <w:pPr>
        <w:jc w:val="right"/>
      </w:pPr>
      <w:r>
        <w:t>آخری زمانے میں خلافت ترکی جو ہے، اس سے عربوں سے لڑائی جاری تھی یہاں تک کہ ٹوٹ</w:t>
      </w:r>
    </w:p>
    <w:p>
      <w:r>
        <w:rPr>
          <w:b/>
        </w:rPr>
        <w:t xml:space="preserve">[1:03:07] </w:t>
      </w:r>
      <w:r>
        <w:t>gaya khilafat ka zamana.</w:t>
      </w:r>
    </w:p>
    <w:p>
      <w:pPr>
        <w:jc w:val="right"/>
      </w:pPr>
      <w:r>
        <w:t>گیا خلافت کا زمانہ۔</w:t>
      </w:r>
    </w:p>
    <w:p>
      <w:r>
        <w:rPr>
          <w:b/>
        </w:rPr>
        <w:t xml:space="preserve">[1:03:12] </w:t>
      </w:r>
      <w:r>
        <w:t>mughlon ke zamane mein ladai, yaani kaun si? mujhe bataiye, kaun si khilafat hai? ispain mein aath suo</w:t>
      </w:r>
    </w:p>
    <w:p>
      <w:pPr>
        <w:jc w:val="right"/>
      </w:pPr>
      <w:r>
        <w:t>مغلوں کے زمانے میں لڑائی، یعنی کون سی؟ مجھے بتائیے، کون سی خلافت ہے؟ اسپین میں آٹھ سو</w:t>
      </w:r>
    </w:p>
    <w:p>
      <w:r>
        <w:rPr>
          <w:b/>
        </w:rPr>
        <w:t xml:space="preserve">[1:03:18] </w:t>
      </w:r>
      <w:r>
        <w:t>saal tak wahan se ladte rahe log.</w:t>
      </w:r>
    </w:p>
    <w:p>
      <w:pPr>
        <w:jc w:val="right"/>
      </w:pPr>
      <w:r>
        <w:t>سال تک وہاں سے لڑتے رہے لوگ۔</w:t>
      </w:r>
    </w:p>
    <w:p>
      <w:r>
        <w:rPr>
          <w:b/>
        </w:rPr>
        <w:t xml:space="preserve">[1:03:23] </w:t>
      </w:r>
      <w:r>
        <w:t>yeh kaun si khilafat hai jis ke zamane mein log mutahid ho gaye the? dekhiye, yaad rakhiye, ittehad</w:t>
      </w:r>
    </w:p>
    <w:p>
      <w:pPr>
        <w:jc w:val="right"/>
      </w:pPr>
      <w:r>
        <w:t>یہ کون سی خلافت ہے جس کے زمانے میں لوگ متحد ہو گئے تھے؟ دیکھیں، یاد رکھیے، اتحاد</w:t>
      </w:r>
    </w:p>
    <w:p>
      <w:r>
        <w:rPr>
          <w:b/>
        </w:rPr>
        <w:t xml:space="preserve">[1:03:29] </w:t>
      </w:r>
      <w:r>
        <w:t>ka talluq kisi siyasi iqtadar se nahi hai.</w:t>
      </w:r>
    </w:p>
    <w:p>
      <w:pPr>
        <w:jc w:val="right"/>
      </w:pPr>
      <w:r>
        <w:t>کا تعلق کسی سیاسی اقتدار سے نہیں ہے۔</w:t>
      </w:r>
    </w:p>
    <w:p>
      <w:r>
        <w:rPr>
          <w:b/>
        </w:rPr>
        <w:t xml:space="preserve">[1:03:35] </w:t>
      </w:r>
      <w:r>
        <w:t>ittehad zehni halat ka naam hai.</w:t>
      </w:r>
    </w:p>
    <w:p>
      <w:pPr>
        <w:jc w:val="right"/>
      </w:pPr>
      <w:r>
        <w:t>اتحاد ذہنی حالت کا نام ہے۔</w:t>
      </w:r>
    </w:p>
    <w:p>
      <w:r>
        <w:rPr>
          <w:b/>
        </w:rPr>
        <w:t xml:space="preserve">[1:03:40] </w:t>
      </w:r>
      <w:r>
        <w:t>aap zehni aitbar se aap zyada samajhdar hon to aap mutahid rahenge.</w:t>
      </w:r>
    </w:p>
    <w:p>
      <w:pPr>
        <w:jc w:val="right"/>
      </w:pPr>
      <w:r>
        <w:t>آپ ذہنی اعتبار سے آپ زیادہ سمجھدار ہوں تو آپ متحد رہیں گے۔</w:t>
      </w:r>
    </w:p>
    <w:p>
      <w:r>
        <w:rPr>
          <w:b/>
        </w:rPr>
        <w:t xml:space="preserve">[1:03:46] </w:t>
      </w:r>
      <w:r>
        <w:t>ittehad ka talluq zehni, yaani taleem se, tarbiyat se, zehni irtqa se hai.</w:t>
      </w:r>
    </w:p>
    <w:p>
      <w:pPr>
        <w:jc w:val="right"/>
      </w:pPr>
      <w:r>
        <w:t>اتحاد کا تعلق ذہنی، یعنی تعلیم سے، تربیت سے، ذہنی ارتقاء سے ہے۔</w:t>
      </w:r>
    </w:p>
    <w:p>
      <w:r>
        <w:rPr>
          <w:b/>
        </w:rPr>
        <w:t xml:space="preserve">[1:03:51] </w:t>
      </w:r>
      <w:r>
        <w:t>party se iska koi matlab nahi.</w:t>
      </w:r>
    </w:p>
    <w:p>
      <w:pPr>
        <w:jc w:val="right"/>
      </w:pPr>
      <w:r>
        <w:t>پارٹی سے اس کا کوئی مطلب نہیں۔</w:t>
      </w:r>
    </w:p>
    <w:p>
      <w:r>
        <w:rPr>
          <w:b/>
        </w:rPr>
        <w:t xml:space="preserve">[1:03:57] </w:t>
      </w:r>
      <w:r>
        <w:t>yaani india mein aap dekhen ke musalman aapas mein ladte rahe.</w:t>
      </w:r>
    </w:p>
    <w:p>
      <w:pPr>
        <w:jc w:val="right"/>
      </w:pPr>
      <w:r>
        <w:t>یعنی انڈیا میں آپ دیکھیں کہ مسلمان آپس میں لڑتے رہے۔</w:t>
      </w:r>
    </w:p>
    <w:p>
      <w:r>
        <w:rPr>
          <w:b/>
        </w:rPr>
        <w:t xml:space="preserve">[1:04:03] </w:t>
      </w:r>
      <w:r>
        <w:t>mughal jo musalman the, unki ladai hoti rahi.</w:t>
      </w:r>
    </w:p>
    <w:p>
      <w:pPr>
        <w:jc w:val="right"/>
      </w:pPr>
      <w:r>
        <w:t>مغل جو مسلمان تھے، ان کی لڑائی ہوتی رہی۔</w:t>
      </w:r>
    </w:p>
    <w:p>
      <w:r>
        <w:rPr>
          <w:b/>
        </w:rPr>
        <w:t xml:space="preserve">[1:04:08] </w:t>
      </w:r>
      <w:r>
        <w:t>deccan ke jo salateen the, muslim salateen se mughlon ki ladai, dono musalman the.</w:t>
      </w:r>
    </w:p>
    <w:p>
      <w:pPr>
        <w:jc w:val="right"/>
      </w:pPr>
      <w:r>
        <w:t>دکن کے جو سلاطین تھے، مسلم سلاطین سے مغلوں کی لڑائی، دونوں مسلمان تھے۔</w:t>
      </w:r>
    </w:p>
    <w:p>
      <w:r>
        <w:rPr>
          <w:b/>
        </w:rPr>
        <w:t xml:space="preserve">[1:04:14] </w:t>
      </w:r>
      <w:r>
        <w:t>kahan ittehad hai? yeh to bilkul ek khayali baat hai ke khilafat se ittehad aata hai.</w:t>
      </w:r>
    </w:p>
    <w:p>
      <w:pPr>
        <w:jc w:val="right"/>
      </w:pPr>
      <w:r>
        <w:t>کہاں اتحاد ہے؟ یہ تو بالکل ایک خیالی بات ہے کہ خلافت سے اتحاد آتا ہے۔</w:t>
      </w:r>
    </w:p>
    <w:p>
      <w:r>
        <w:rPr>
          <w:b/>
        </w:rPr>
        <w:t xml:space="preserve">[1:04:19] </w:t>
      </w:r>
      <w:r>
        <w:t>to maine do baatein arz keen ke khilafat khud ek mubtadiana tasawwur hai.</w:t>
      </w:r>
    </w:p>
    <w:p>
      <w:pPr>
        <w:jc w:val="right"/>
      </w:pPr>
      <w:r>
        <w:t>تو میں نے دو باتیں عرض کیں کہ خلافت خود ایک مبتدیانہ تصور ہے۔</w:t>
      </w:r>
    </w:p>
    <w:p>
      <w:r>
        <w:rPr>
          <w:b/>
        </w:rPr>
        <w:t xml:space="preserve">[1:04:25] </w:t>
      </w:r>
      <w:r>
        <w:t>bano umiya ke zamane mein jo unhone khandANI hukumat bana li thi, jis ko kehte hain dynasty,</w:t>
      </w:r>
    </w:p>
    <w:p>
      <w:pPr>
        <w:jc w:val="right"/>
      </w:pPr>
      <w:r>
        <w:t>بنو امیہ کے زمانے میں جو انہوں نے خاندانی حکومت بنا لی تھی، جس کو کہتے ہیں dynasty،</w:t>
      </w:r>
    </w:p>
    <w:p>
      <w:r>
        <w:rPr>
          <w:b/>
        </w:rPr>
        <w:t xml:space="preserve">[1:04:31] </w:t>
      </w:r>
      <w:r>
        <w:t>to is ko legitimize karne ke liye unhone khilafat ka lafz chalaya.</w:t>
      </w:r>
    </w:p>
    <w:p>
      <w:pPr>
        <w:jc w:val="right"/>
      </w:pPr>
      <w:r>
        <w:t>تو اس کو legitimize کرنے کے لیے انہوں نے خلافت کا لفظ چلا دیا۔</w:t>
      </w:r>
    </w:p>
    <w:p>
      <w:r>
        <w:rPr>
          <w:b/>
        </w:rPr>
        <w:t xml:space="preserve">[1:04:36] </w:t>
      </w:r>
      <w:r>
        <w:t>aur doosri baat yeh hai ke koi tareekh aap nahi bata sakte jabke jo zamana tha usmani saltanat'on</w:t>
      </w:r>
    </w:p>
    <w:p>
      <w:pPr>
        <w:jc w:val="right"/>
      </w:pPr>
      <w:r>
        <w:t>اور دوسری بات یہ ہے کہ کوئی تاریخ آپ نہیں بتا سکتے جبکہ جو زمانہ تھا عثمانی سلطنتوں</w:t>
      </w:r>
    </w:p>
    <w:p>
      <w:r>
        <w:rPr>
          <w:b/>
        </w:rPr>
        <w:t xml:space="preserve">[1:04:42] </w:t>
      </w:r>
      <w:r>
        <w:t>ka, jis ko woh khilafat kehte the, ke wahan par ittehad raha ho.</w:t>
      </w:r>
    </w:p>
    <w:p>
      <w:pPr>
        <w:jc w:val="right"/>
      </w:pPr>
      <w:r>
        <w:t>کا، جس کو وہ خلافت کہتے تھے، کہ وہاں پر اتحاد رہا ہو۔</w:t>
      </w:r>
    </w:p>
    <w:p>
      <w:r>
        <w:rPr>
          <w:b/>
        </w:rPr>
        <w:t xml:space="preserve">[1:04:47] </w:t>
      </w:r>
      <w:r>
        <w:t>khoob ladaiyan huin, khoob khoonrezian huin.</w:t>
      </w:r>
    </w:p>
    <w:p>
      <w:pPr>
        <w:jc w:val="right"/>
      </w:pPr>
      <w:r>
        <w:t>خوب لڑائیاں ہوئیں، خوب خونریزیاں ہوئیں۔</w:t>
      </w:r>
    </w:p>
    <w:p>
      <w:r>
        <w:rPr>
          <w:b/>
        </w:rPr>
        <w:t xml:space="preserve">[1:04:53] </w:t>
      </w:r>
      <w:r>
        <w:t>yeh to, yeh to ek farzi baat hai.</w:t>
      </w:r>
    </w:p>
    <w:p>
      <w:pPr>
        <w:jc w:val="right"/>
      </w:pPr>
      <w:r>
        <w:t>یہ تو، یہ تو ایک فرضی بات ہے۔</w:t>
      </w:r>
    </w:p>
    <w:p>
      <w:r>
        <w:rPr>
          <w:b/>
        </w:rPr>
        <w:t xml:space="preserve">[1:04:58] </w:t>
      </w:r>
      <w:r>
        <w:t>maulana, agla sawal lene se pehle ek comment padhna chahenge jo doha, qatar se maulana abdul basit umri</w:t>
      </w:r>
    </w:p>
    <w:p>
      <w:pPr>
        <w:jc w:val="right"/>
      </w:pPr>
      <w:r>
        <w:t>مولانا، اگلا سوال لینے سے پہلے ایک کمنٹ پڑھنا چاہیں گے جو دوحہ، قطر سے مولانا عبدالباسط عمری</w:t>
      </w:r>
    </w:p>
    <w:p>
      <w:r>
        <w:rPr>
          <w:b/>
        </w:rPr>
        <w:t xml:space="preserve">[1:05:04] </w:t>
      </w:r>
      <w:r>
        <w:t>ne bheja hai.</w:t>
      </w:r>
    </w:p>
    <w:p>
      <w:pPr>
        <w:jc w:val="right"/>
      </w:pPr>
      <w:r>
        <w:t>نے بھیجا ہے۔</w:t>
      </w:r>
    </w:p>
    <w:p>
      <w:r>
        <w:rPr>
          <w:b/>
        </w:rPr>
        <w:t xml:space="preserve">[1:05:10] </w:t>
      </w:r>
      <w:r>
        <w:t>unhone likha hai ke "maulana, aaj aap ki taqreer se mujhe is hadith ki ma'nawiyat samajh mein</w:t>
      </w:r>
    </w:p>
    <w:p>
      <w:pPr>
        <w:jc w:val="right"/>
      </w:pPr>
      <w:r>
        <w:t>انہوں نے لکھا ہے کہ "مولانا، آج آپ کی تقریر سے مجھے اس حدیث کی معنویت سمجھ میں</w:t>
      </w:r>
    </w:p>
    <w:p>
      <w:r>
        <w:rPr>
          <w:b/>
        </w:rPr>
        <w:t xml:space="preserve">[1:05:15] </w:t>
      </w:r>
      <w:r>
        <w:t>aayi ke aurat dunya ki tamam cheezon se behtar hai aur exchange partner ke jumle ne is ko</w:t>
      </w:r>
    </w:p>
    <w:p>
      <w:pPr>
        <w:jc w:val="right"/>
      </w:pPr>
      <w:r>
        <w:t>آئی کہ عورت دنیا کی تمام چیزوں سے بہتر ہے اور exchange partner کے جملے نے اس کو</w:t>
      </w:r>
    </w:p>
    <w:p>
      <w:r>
        <w:rPr>
          <w:b/>
        </w:rPr>
        <w:t xml:space="preserve">[1:05:21] </w:t>
      </w:r>
      <w:r>
        <w:t>aur wazeh kiya.</w:t>
      </w:r>
    </w:p>
    <w:p>
      <w:pPr>
        <w:jc w:val="right"/>
      </w:pPr>
      <w:r>
        <w:t>اور واضح کیا۔</w:t>
      </w:r>
    </w:p>
    <w:p>
      <w:r>
        <w:rPr>
          <w:b/>
        </w:rPr>
        <w:t xml:space="preserve">[1:05:26] </w:t>
      </w:r>
      <w:r>
        <w:t>doosri baat jo aap ne batai ke musalman abhi bhi sari dunya par khilafat ki soch mein jee</w:t>
      </w:r>
    </w:p>
    <w:p>
      <w:pPr>
        <w:jc w:val="right"/>
      </w:pPr>
      <w:r>
        <w:t>دوسری بات جو آپ نے بتائی کہ مسلمان ابھی بھی ساری دنیا پر خلافت کی سوچ میں جی</w:t>
      </w:r>
    </w:p>
    <w:p>
      <w:r>
        <w:rPr>
          <w:b/>
        </w:rPr>
        <w:t xml:space="preserve">[1:05:32] </w:t>
      </w:r>
      <w:r>
        <w:t>rahe hain, halankey ab zamanah badal chuka hai.</w:t>
      </w:r>
    </w:p>
    <w:p>
      <w:pPr>
        <w:jc w:val="right"/>
      </w:pPr>
      <w:r>
        <w:t>رہے ہیں، حالانکہ اب زمانہ بدل چکا ہے۔</w:t>
      </w:r>
    </w:p>
    <w:p>
      <w:r>
        <w:rPr>
          <w:b/>
        </w:rPr>
        <w:t xml:space="preserve">[1:05:38] </w:t>
      </w:r>
      <w:r>
        <w:t>ab koi doosra kisi doosrey ke mulk par hukoomat nahi kar sakta.</w:t>
      </w:r>
    </w:p>
    <w:p>
      <w:pPr>
        <w:jc w:val="right"/>
      </w:pPr>
      <w:r>
        <w:t>اب کوئی دوسرا کسی دوسرے کے ملک پر حکومت نہیں کر سکتا۔</w:t>
      </w:r>
    </w:p>
    <w:p>
      <w:r>
        <w:rPr>
          <w:b/>
        </w:rPr>
        <w:t xml:space="preserve">[1:05:43] </w:t>
      </w:r>
      <w:r>
        <w:t>aaj sirf daawa empire qaim ho sakta hai." Maulana, agla sawal jo aaya hai woh hai nayejeria se,</w:t>
      </w:r>
    </w:p>
    <w:p>
      <w:pPr>
        <w:jc w:val="right"/>
      </w:pPr>
      <w:r>
        <w:t>آج صرف دعویٰ empire قائم ہو سکتا ہے۔" مولانا، اگلا سوال جو آیا ہے وہ ہے نائجیریا سے،</w:t>
      </w:r>
    </w:p>
    <w:p>
      <w:r>
        <w:rPr>
          <w:b/>
        </w:rPr>
        <w:t xml:space="preserve">[1:05:49] </w:t>
      </w:r>
      <w:r>
        <w:t>aur yeh Ejaz Ahmed ke saathi hain jinhon ne yeh sawal kiya hai.</w:t>
      </w:r>
    </w:p>
    <w:p>
      <w:pPr>
        <w:jc w:val="right"/>
      </w:pPr>
      <w:r>
        <w:t>اور یہ اعجاز احمد کے ساتھی ہیں جنہوں نے یہ سوال کیا ہے۔</w:t>
      </w:r>
    </w:p>
    <w:p>
      <w:r>
        <w:rPr>
          <w:b/>
        </w:rPr>
        <w:t xml:space="preserve">[1:05:54] </w:t>
      </w:r>
      <w:r>
        <w:t>un ka sawal yeh hai ke "as Quran claims to be a book that is clear in its</w:t>
      </w:r>
    </w:p>
    <w:p>
      <w:pPr>
        <w:jc w:val="right"/>
      </w:pPr>
      <w:r>
        <w:t>ان کا سوال یہ ہے کہ "as قرآن claims to be a book that is clear in its</w:t>
      </w:r>
    </w:p>
    <w:p>
      <w:r>
        <w:rPr>
          <w:b/>
        </w:rPr>
        <w:t xml:space="preserve">[1:06:00] </w:t>
      </w:r>
      <w:r>
        <w:t>writing, how come there is so much ambiguity that leaves people to interpret it as they please?</w:t>
      </w:r>
    </w:p>
    <w:p>
      <w:pPr>
        <w:jc w:val="right"/>
      </w:pPr>
      <w:r>
        <w:t>writing, how come there is so much ambiguity that leaves people to interpret it as they please?</w:t>
      </w:r>
    </w:p>
    <w:p>
      <w:r>
        <w:rPr>
          <w:b/>
        </w:rPr>
        <w:t xml:space="preserve">[1:06:06] </w:t>
      </w:r>
      <w:r>
        <w:t>for instance, all the different variations of jihad, the concept of peace, and the Islamic state." kya is</w:t>
      </w:r>
    </w:p>
    <w:p>
      <w:pPr>
        <w:jc w:val="right"/>
      </w:pPr>
      <w:r>
        <w:t>For instance, all the different variations of جہاد, the concept of peace, and the Islamic state." کیا اس</w:t>
      </w:r>
    </w:p>
    <w:p>
      <w:r>
        <w:rPr>
          <w:b/>
        </w:rPr>
        <w:t xml:space="preserve">[1:06:11] </w:t>
      </w:r>
      <w:r>
        <w:t>ka kya khulasa hai? is Maulana, woh yeh jaan'na chah rahe hain ke jab Quran itna clear hai</w:t>
      </w:r>
    </w:p>
    <w:p>
      <w:pPr>
        <w:jc w:val="right"/>
      </w:pPr>
      <w:r>
        <w:t>کا کیا خلاصہ ہے؟ اس مولانا، وہ یہ جاننا چاہ رہے ہیں کہ جب قرآن اتنا clear ہے</w:t>
      </w:r>
    </w:p>
    <w:p>
      <w:r>
        <w:rPr>
          <w:b/>
        </w:rPr>
        <w:t xml:space="preserve">[1:06:16] </w:t>
      </w:r>
      <w:r>
        <w:t>to phir is ke different interpretations kyun aate hain? particularly peace ko le ke, jihad ko le ke</w:t>
      </w:r>
    </w:p>
    <w:p>
      <w:pPr>
        <w:jc w:val="right"/>
      </w:pPr>
      <w:r>
        <w:t>تو پھر اس کے different interpretations کیوں آتے ہیں؟ Particularly peace کو لے کے، جہاد کو لے کے</w:t>
      </w:r>
    </w:p>
    <w:p>
      <w:r>
        <w:rPr>
          <w:b/>
        </w:rPr>
        <w:t xml:space="preserve">[1:06:21] </w:t>
      </w:r>
      <w:r>
        <w:t>to itne variations kyun hain? ya jo political system hai, to aisa kyun hai ke is ki wajah</w:t>
      </w:r>
    </w:p>
    <w:p>
      <w:pPr>
        <w:jc w:val="right"/>
      </w:pPr>
      <w:r>
        <w:t>تو اتنے variations کیوں ہیں؟ یا جو political system ہے، تو ایسا کیوں ہے کہ اس کی وجہ</w:t>
      </w:r>
    </w:p>
    <w:p>
      <w:r>
        <w:rPr>
          <w:b/>
        </w:rPr>
        <w:t xml:space="preserve">[1:06:27] </w:t>
      </w:r>
      <w:r>
        <w:t>se confusion bohat hota hai? agar Quran waqai mein bohat clear kitaab hai to phir itna confusion kyun</w:t>
      </w:r>
    </w:p>
    <w:p>
      <w:pPr>
        <w:jc w:val="right"/>
      </w:pPr>
      <w:r>
        <w:t>سے confusion بہت ہوتا ہے؟ اگر قرآن واقعی میں بہت clear کتاب ہے تو پھر اتنا confusion کیوں</w:t>
      </w:r>
    </w:p>
    <w:p>
      <w:r>
        <w:rPr>
          <w:b/>
        </w:rPr>
        <w:t xml:space="preserve">[1:06:32] </w:t>
      </w:r>
      <w:r>
        <w:t>in cheezon ko le ke? dekhen, is ka ta'alluq Quran se nahi hai.</w:t>
      </w:r>
    </w:p>
    <w:p>
      <w:pPr>
        <w:jc w:val="right"/>
      </w:pPr>
      <w:r>
        <w:t>ان چیزوں کو لے کے؟ دیکھیں، اس کا تعلق قرآن سے نہیں ہے۔</w:t>
      </w:r>
    </w:p>
    <w:p>
      <w:r>
        <w:rPr>
          <w:b/>
        </w:rPr>
        <w:t xml:space="preserve">[1:06:37] </w:t>
      </w:r>
      <w:r>
        <w:t>is ka ta'alluq is se hai ke mazhab humanity ka subject hai.</w:t>
      </w:r>
    </w:p>
    <w:p>
      <w:pPr>
        <w:jc w:val="right"/>
      </w:pPr>
      <w:r>
        <w:t>اس کا تعلق اس سے ہے کہ مذہب humanity کا subject ہے۔</w:t>
      </w:r>
    </w:p>
    <w:p>
      <w:r>
        <w:rPr>
          <w:b/>
        </w:rPr>
        <w:t xml:space="preserve">[1:06:42] </w:t>
      </w:r>
      <w:r>
        <w:t>humanity is ka woh science ka subject nahi hai.</w:t>
      </w:r>
    </w:p>
    <w:p>
      <w:pPr>
        <w:jc w:val="right"/>
      </w:pPr>
      <w:r>
        <w:t>Humanity اس کا وہ سائنس کا subject نہیں ہے۔</w:t>
      </w:r>
    </w:p>
    <w:p>
      <w:r>
        <w:rPr>
          <w:b/>
        </w:rPr>
        <w:t xml:space="preserve">[1:06:48] </w:t>
      </w:r>
      <w:r>
        <w:t>physical sciences mein chunkey physical sciences chunkey base karti hain mathematics par, to physical sciences mein mathematics ki</w:t>
      </w:r>
    </w:p>
    <w:p>
      <w:pPr>
        <w:jc w:val="right"/>
      </w:pPr>
      <w:r>
        <w:t>Physical sciences میں چونکہ physical sciences چونکہ base کرتی ہیں mathematics پر، تو physical sciences میں mathematics کی</w:t>
      </w:r>
    </w:p>
    <w:p>
      <w:r>
        <w:rPr>
          <w:b/>
        </w:rPr>
        <w:t xml:space="preserve">[1:06:53] </w:t>
      </w:r>
      <w:r>
        <w:t>wajah se wahan possible hota hai ke wahan ek hi baat sabit ho, interpretation na ho.</w:t>
      </w:r>
    </w:p>
    <w:p>
      <w:pPr>
        <w:jc w:val="right"/>
      </w:pPr>
      <w:r>
        <w:t>وجہ سے وہاں possible ہوتا ہے کہ وہاں ایک ہی بات ثابت ہو، interpretation نہ ہو۔</w:t>
      </w:r>
    </w:p>
    <w:p>
      <w:r>
        <w:rPr>
          <w:b/>
        </w:rPr>
        <w:t xml:space="preserve">[1:06:58] </w:t>
      </w:r>
      <w:r>
        <w:t>interpretation to humanities ka phenomena hai.</w:t>
      </w:r>
    </w:p>
    <w:p>
      <w:pPr>
        <w:jc w:val="right"/>
      </w:pPr>
      <w:r>
        <w:t>Interpretation تو humanities کا phenomena ہے۔</w:t>
      </w:r>
    </w:p>
    <w:p>
      <w:r>
        <w:rPr>
          <w:b/>
        </w:rPr>
        <w:t xml:space="preserve">[1:07:04] </w:t>
      </w:r>
      <w:r>
        <w:t>physical science mein expression nahi hota.</w:t>
      </w:r>
    </w:p>
    <w:p>
      <w:pPr>
        <w:jc w:val="right"/>
      </w:pPr>
      <w:r>
        <w:t>Physical science میں expression نہیں ہوتا۔</w:t>
      </w:r>
    </w:p>
    <w:p>
      <w:r>
        <w:rPr>
          <w:b/>
        </w:rPr>
        <w:t xml:space="preserve">[1:07:09] </w:t>
      </w:r>
      <w:r>
        <w:t>wahan to ek ek cheez jo hai, jo jo experiment kar ke jo maloom hoti hai, wahi baat hai.</w:t>
      </w:r>
    </w:p>
    <w:p>
      <w:pPr>
        <w:jc w:val="right"/>
      </w:pPr>
      <w:r>
        <w:t>وہاں تو ایک ایک چیز جو ہے، جو جو experiment کر کے جو معلوم ہوتی ہے، وہی بات ہے۔</w:t>
      </w:r>
    </w:p>
    <w:p>
      <w:r>
        <w:rPr>
          <w:b/>
        </w:rPr>
        <w:t xml:space="preserve">[1:07:14] </w:t>
      </w:r>
      <w:r>
        <w:t>isi isi ko exact sciences kehte hain.</w:t>
      </w:r>
    </w:p>
    <w:p>
      <w:pPr>
        <w:jc w:val="right"/>
      </w:pPr>
      <w:r>
        <w:t>اسی اسی کو exact sciences کہتے ہیں۔</w:t>
      </w:r>
    </w:p>
    <w:p>
      <w:r>
        <w:rPr>
          <w:b/>
        </w:rPr>
        <w:t xml:space="preserve">[1:07:19] </w:t>
      </w:r>
      <w:r>
        <w:t>to exact sciences mein interpretation ka ka farq nahi hota, lekin humanities mein hota hai.</w:t>
      </w:r>
    </w:p>
    <w:p>
      <w:pPr>
        <w:jc w:val="right"/>
      </w:pPr>
      <w:r>
        <w:t>تو exact sciences میں interpretation کا کا فرق نہیں ہوتا، لیکن humanities میں ہوتا ہے۔</w:t>
      </w:r>
    </w:p>
    <w:p>
      <w:r>
        <w:rPr>
          <w:b/>
        </w:rPr>
        <w:t xml:space="preserve">[1:07:25] </w:t>
      </w:r>
      <w:r>
        <w:t>to yeh to hamesha hi rahega interpretation ka ikhtilaf, chahey woh Quran ho, chahey koi bhi cheez ho.</w:t>
      </w:r>
    </w:p>
    <w:p>
      <w:pPr>
        <w:jc w:val="right"/>
      </w:pPr>
      <w:r>
        <w:t>تو یہ تو ہمیشہ ہی رہے گا interpretation کا اختلاف، چاہے وہ قرآن ہو، چاہے کوئی بھی چیز ہو۔</w:t>
      </w:r>
    </w:p>
    <w:p>
      <w:r>
        <w:rPr>
          <w:b/>
        </w:rPr>
        <w:t xml:space="preserve">[1:07:30] </w:t>
      </w:r>
      <w:r>
        <w:t>to yeh aur doosri baat yeh hai ke ikhtilaf koi evil nahi hai.</w:t>
      </w:r>
    </w:p>
    <w:p>
      <w:pPr>
        <w:jc w:val="right"/>
      </w:pPr>
      <w:r>
        <w:t>تو یہ اور دوسری بات یہ ہے کہ اختلاف کوئی evil نہیں ہے۔</w:t>
      </w:r>
    </w:p>
    <w:p>
      <w:r>
        <w:rPr>
          <w:b/>
        </w:rPr>
        <w:t xml:space="preserve">[1:07:35] </w:t>
      </w:r>
      <w:r>
        <w:t>isi ikhtilaf se to intellectual development hota hai.</w:t>
      </w:r>
    </w:p>
    <w:p>
      <w:pPr>
        <w:jc w:val="right"/>
      </w:pPr>
      <w:r>
        <w:t>اسی اختلاف سے تو intellectual development ہوتا ہے۔</w:t>
      </w:r>
    </w:p>
    <w:p>
      <w:r>
        <w:rPr>
          <w:b/>
        </w:rPr>
        <w:t xml:space="preserve">[1:07:40] </w:t>
      </w:r>
      <w:r>
        <w:t>agar ikhtilaf na ho to aap kaise guftagu kaise karen ge? discussion kaise karen ge? dialogue kaise karen</w:t>
      </w:r>
    </w:p>
    <w:p>
      <w:pPr>
        <w:jc w:val="right"/>
      </w:pPr>
      <w:r>
        <w:t>اگر اختلاف نہ ہو تو آپ کیسے گفتگو کیسے کریں گے؟ Discussion کیسے کریں گے؟ Dialogue کیسے کریں</w:t>
      </w:r>
    </w:p>
    <w:p>
      <w:r>
        <w:rPr>
          <w:b/>
        </w:rPr>
        <w:t xml:space="preserve">[1:07:46] </w:t>
      </w:r>
      <w:r>
        <w:t>ge? to humanities mein is ko jo ikhtilafat hote hain, woh yaani ya farq hota hai jo sochne</w:t>
      </w:r>
    </w:p>
    <w:p>
      <w:pPr>
        <w:jc w:val="right"/>
      </w:pPr>
      <w:r>
        <w:t>گے؟ تو humanities میں اس کو جو اختلافات ہوتے ہیں، وہ یعنی یا فرق ہوتا ہے جو سوچنے</w:t>
      </w:r>
    </w:p>
    <w:p>
      <w:r>
        <w:rPr>
          <w:b/>
        </w:rPr>
        <w:t xml:space="preserve">[1:07:51] </w:t>
      </w:r>
      <w:r>
        <w:t>ka, isi se discussion hota hai, isi se intellectual development hota hai.</w:t>
      </w:r>
    </w:p>
    <w:p>
      <w:pPr>
        <w:jc w:val="right"/>
      </w:pPr>
      <w:r>
        <w:t>کا، اسی سے discussion ہوتا ہے، اسی سے intellectual development ہوتا ہے۔</w:t>
      </w:r>
    </w:p>
    <w:p>
      <w:r>
        <w:rPr>
          <w:b/>
        </w:rPr>
        <w:t xml:space="preserve">[1:07:56] </w:t>
      </w:r>
      <w:r>
        <w:t>to mere nazdeek ikhtilaf koi evil ki baat nahi hai.</w:t>
      </w:r>
    </w:p>
    <w:p>
      <w:pPr>
        <w:jc w:val="right"/>
      </w:pPr>
      <w:r>
        <w:t>تو میرے نزدیک اختلاف کوئی کہ evil کی بات نہیں ہے۔</w:t>
      </w:r>
    </w:p>
    <w:p>
      <w:r>
        <w:rPr>
          <w:b/>
        </w:rPr>
        <w:t xml:space="preserve">[1:08:02] </w:t>
      </w:r>
      <w:r>
        <w:t>woh to hum ko point of discussion deta hai.</w:t>
      </w:r>
    </w:p>
    <w:p>
      <w:pPr>
        <w:jc w:val="right"/>
      </w:pPr>
      <w:r>
        <w:t>وہ تو ہم کو point of discussion دیتا ہے۔</w:t>
      </w:r>
    </w:p>
    <w:p>
      <w:r>
        <w:rPr>
          <w:b/>
        </w:rPr>
        <w:t xml:space="preserve">[1:08:07] </w:t>
      </w:r>
      <w:r>
        <w:t>isi se hum apni intellectual life ko taraqqi dete hain.</w:t>
      </w:r>
    </w:p>
    <w:p>
      <w:pPr>
        <w:jc w:val="right"/>
      </w:pPr>
      <w:r>
        <w:t>اسی سے ہم اپنی intellectual life کو ترقی دیتے ہیں۔</w:t>
      </w:r>
    </w:p>
    <w:p>
      <w:r>
        <w:rPr>
          <w:b/>
        </w:rPr>
        <w:t xml:space="preserve">[1:08:12] </w:t>
      </w:r>
      <w:r>
        <w:t>mein nahi samajhta ke is mein koi evil ki baat hai.</w:t>
      </w:r>
    </w:p>
    <w:p>
      <w:pPr>
        <w:jc w:val="right"/>
      </w:pPr>
      <w:r>
        <w:t>میں نہیں سمجھتا کہ اس میں کوئی evil کی بات ہے۔</w:t>
      </w:r>
    </w:p>
    <w:p>
      <w:r>
        <w:rPr>
          <w:b/>
        </w:rPr>
        <w:t xml:space="preserve">[1:08:17] </w:t>
      </w:r>
      <w:r>
        <w:t>maulana, isi ke continuation mein aksar jo non-muslims hain, particularly woh yeh sawal karte hain ke ek group</w:t>
      </w:r>
    </w:p>
    <w:p>
      <w:pPr>
        <w:jc w:val="right"/>
      </w:pPr>
      <w:r>
        <w:t>مولانا، اسی کے continuation میں اکثر جو non-Muslims ہیں، particularly وہ یہ سوال کرتے ہیں کہ ایک گروپ</w:t>
      </w:r>
    </w:p>
    <w:p>
      <w:r>
        <w:rPr>
          <w:b/>
        </w:rPr>
        <w:t xml:space="preserve">[1:08:23] </w:t>
      </w:r>
      <w:r>
        <w:t>peaceful interpretation karta hai aur ek group violent interpretation karta hai.</w:t>
      </w:r>
    </w:p>
    <w:p>
      <w:pPr>
        <w:jc w:val="right"/>
      </w:pPr>
      <w:r>
        <w:t>peaceful interpretation کرتا ہے اور ایک گروپ violent interpretation کرتا ہے۔</w:t>
      </w:r>
    </w:p>
    <w:p>
      <w:r>
        <w:rPr>
          <w:b/>
        </w:rPr>
        <w:t xml:space="preserve">[1:08:28] </w:t>
      </w:r>
      <w:r>
        <w:t>to woh yeh kehte hain ke aap jo peaceful interpretation bata rahe hain, aap kaise keh sakte hain</w:t>
      </w:r>
    </w:p>
    <w:p>
      <w:pPr>
        <w:jc w:val="right"/>
      </w:pPr>
      <w:r>
        <w:t>تو وہ یہ کہتے ہیں کہ آپ جو peaceful interpretation بتا رہے ہیں، آپ کیسے کہہ سکتے ہیں</w:t>
      </w:r>
    </w:p>
    <w:p>
      <w:r>
        <w:rPr>
          <w:b/>
        </w:rPr>
        <w:t xml:space="preserve">[1:08:33] </w:t>
      </w:r>
      <w:r>
        <w:t>ke aap ka interpretation sahi hai? to is cheez pe kaise un ko convince kiya jaye? dekhiye, humanities</w:t>
      </w:r>
    </w:p>
    <w:p>
      <w:pPr>
        <w:jc w:val="right"/>
      </w:pPr>
      <w:r>
        <w:t>کہ آپ کا interpretation صحیح ہے؟ تو اس چیز پہ کیسے ان کو convince کیا جائے؟ دیکھیں، humanities</w:t>
      </w:r>
    </w:p>
    <w:p>
      <w:r>
        <w:rPr>
          <w:b/>
        </w:rPr>
        <w:t xml:space="preserve">[1:08:39] </w:t>
      </w:r>
      <w:r>
        <w:t>mein ya mazhab mein hamesha aql ka istemal baqi rahega.</w:t>
      </w:r>
    </w:p>
    <w:p>
      <w:pPr>
        <w:jc w:val="right"/>
      </w:pPr>
      <w:r>
        <w:t>میں یا مذہب میں ہمیشہ عقل کا استعمال باقی رہے گا۔</w:t>
      </w:r>
    </w:p>
    <w:p>
      <w:r>
        <w:rPr>
          <w:b/>
        </w:rPr>
        <w:t xml:space="preserve">[1:08:44] </w:t>
      </w:r>
      <w:r>
        <w:t>jaise ek misaal deta hoon aap ko ke geeta ek kitaab hai, bhagwat geeta.</w:t>
      </w:r>
    </w:p>
    <w:p>
      <w:pPr>
        <w:jc w:val="right"/>
      </w:pPr>
      <w:r>
        <w:t>جیسے ایک مثال دیتا ہوں آپ کو کہ گیتا ایک کتاب ہے، بھگوت گیتا۔</w:t>
      </w:r>
    </w:p>
    <w:p>
      <w:r>
        <w:rPr>
          <w:b/>
        </w:rPr>
        <w:t xml:space="preserve">[1:08:49] </w:t>
      </w:r>
      <w:r>
        <w:t>ek kitaab hai, bohat ahem.</w:t>
      </w:r>
    </w:p>
    <w:p>
      <w:pPr>
        <w:jc w:val="right"/>
      </w:pPr>
      <w:r>
        <w:t>ایک کتاب ہے، بہت اہم۔</w:t>
      </w:r>
    </w:p>
    <w:p>
      <w:r>
        <w:rPr>
          <w:b/>
        </w:rPr>
        <w:t xml:space="preserve">[1:08:54] </w:t>
      </w:r>
      <w:r>
        <w:t>hamare prime minister sahab ne wahan ja kar ke diya un ko tohfe mein, japan ke prime minister ko.</w:t>
      </w:r>
    </w:p>
    <w:p>
      <w:pPr>
        <w:jc w:val="right"/>
      </w:pPr>
      <w:r>
        <w:t>ہمارے پرائم منسٹر صاحب نے وہاں جا کر کے دیا ان کو تحفے میں، جاپان کے پرائم منسٹر کو۔</w:t>
      </w:r>
    </w:p>
    <w:p>
      <w:r>
        <w:rPr>
          <w:b/>
        </w:rPr>
        <w:t xml:space="preserve">[1:09:00] </w:t>
      </w:r>
      <w:r>
        <w:t>lekin aap ko maloom hai ke geeta ke kai interpretation kiye gaye hain.</w:t>
      </w:r>
    </w:p>
    <w:p>
      <w:pPr>
        <w:jc w:val="right"/>
      </w:pPr>
      <w:r>
        <w:t>لیکن آپ کو معلوم ہے کہ گیتا کے کئی interpretation کیے گئے ہیں۔</w:t>
      </w:r>
    </w:p>
    <w:p>
      <w:r>
        <w:rPr>
          <w:b/>
        </w:rPr>
        <w:t xml:space="preserve">[1:09:05] </w:t>
      </w:r>
      <w:r>
        <w:t>ek ek woh hai jis ke mutabiq, yaani geeta ladai ki kitaab hai kyunke is mein baqayda do</w:t>
      </w:r>
    </w:p>
    <w:p>
      <w:pPr>
        <w:jc w:val="right"/>
      </w:pPr>
      <w:r>
        <w:t>ایک ایک وہ ہے جس کے مطابق، یعنی گیتا لڑائی کی کتاب ہے کیونکہ اس میں باقاعدہ دو</w:t>
      </w:r>
    </w:p>
    <w:p>
      <w:r>
        <w:rPr>
          <w:b/>
        </w:rPr>
        <w:t xml:space="preserve">[1:09:10] </w:t>
      </w:r>
      <w:r>
        <w:t>fareeq ladte hain aapas mein.</w:t>
      </w:r>
    </w:p>
    <w:p>
      <w:pPr>
        <w:jc w:val="right"/>
      </w:pPr>
      <w:r>
        <w:t>فریق لڑتے ہیں آپس میں۔</w:t>
      </w:r>
    </w:p>
    <w:p>
      <w:r>
        <w:rPr>
          <w:b/>
        </w:rPr>
        <w:t xml:space="preserve">[1:09:15] </w:t>
      </w:r>
      <w:r>
        <w:t>ek ek interpretation ke mutabiq geeta jo hai, wisdom ki kitaab hai kyunke wisdom ki baatein hain.</w:t>
      </w:r>
    </w:p>
    <w:p>
      <w:pPr>
        <w:jc w:val="right"/>
      </w:pPr>
      <w:r>
        <w:t>ایک ایک interpretation کے مطابق گیتا جو ہے، wisdom کی کتاب ہے کیونکہ wisdom کی باتیں ہیں۔</w:t>
      </w:r>
    </w:p>
    <w:p>
      <w:r>
        <w:rPr>
          <w:b/>
        </w:rPr>
        <w:t xml:space="preserve">[1:09:21] </w:t>
      </w:r>
      <w:r>
        <w:t>ek ek kitaab jo jo unhon ne kiya hai, yaani gandhi ji ne ke woh woh woh woh</w:t>
      </w:r>
    </w:p>
    <w:p>
      <w:pPr>
        <w:jc w:val="right"/>
      </w:pPr>
      <w:r>
        <w:t>ایک ایک کتاب جو جو انہوں نے کیا ہے، یعنی گاندھی جی نے کہ وہ وہ وہ وہ</w:t>
      </w:r>
    </w:p>
    <w:p>
      <w:r>
        <w:rPr>
          <w:b/>
        </w:rPr>
        <w:t xml:space="preserve">[1:09:26] </w:t>
      </w:r>
      <w:r>
        <w:t>fighting ko mante hi nahi.</w:t>
      </w:r>
    </w:p>
    <w:p>
      <w:pPr>
        <w:jc w:val="right"/>
      </w:pPr>
      <w:r>
        <w:t>fighting کو مانتے ہی نہیں۔</w:t>
      </w:r>
    </w:p>
    <w:p>
      <w:r>
        <w:rPr>
          <w:b/>
        </w:rPr>
        <w:t xml:space="preserve">[1:09:31] </w:t>
      </w:r>
      <w:r>
        <w:t>woh woh kehte hain ke insaan ke spiritual level par woh sab kuch hota hai.</w:t>
      </w:r>
    </w:p>
    <w:p>
      <w:pPr>
        <w:jc w:val="right"/>
      </w:pPr>
      <w:r>
        <w:t>وہ وہ کہتے ہیں کہ انسان کے spiritual level پر وہ سب کچھ ہوتا ہے۔</w:t>
      </w:r>
    </w:p>
    <w:p>
      <w:r>
        <w:rPr>
          <w:b/>
        </w:rPr>
        <w:t xml:space="preserve">[1:09:37] </w:t>
      </w:r>
      <w:r>
        <w:t>yaani kaurav aur pandav koi lade the kahin bahar zameen par nahi.</w:t>
      </w:r>
    </w:p>
    <w:p>
      <w:pPr>
        <w:jc w:val="right"/>
      </w:pPr>
      <w:r>
        <w:t>یعنی کورو اور پاڈو کوئی لڑے تھے کہیں باہر زمین پر نہیں۔</w:t>
      </w:r>
    </w:p>
    <w:p>
      <w:r>
        <w:rPr>
          <w:b/>
        </w:rPr>
        <w:t xml:space="preserve">[1:09:42] </w:t>
      </w:r>
      <w:r>
        <w:t>insaan ke andar hi andar jo spiritual waqea tha, uska zikr hai is mein.</w:t>
      </w:r>
    </w:p>
    <w:p>
      <w:pPr>
        <w:jc w:val="right"/>
      </w:pPr>
      <w:r>
        <w:t>انسان کے اندر ہی اندر جو spiritual واقعہ تھا، اس کا ذکر ہے اس میں۔</w:t>
      </w:r>
    </w:p>
    <w:p>
      <w:r>
        <w:rPr>
          <w:b/>
        </w:rPr>
        <w:t xml:space="preserve">[1:09:47] </w:t>
      </w:r>
      <w:r>
        <w:t>to interpretation ka farq to rehta hai, lekin is ki wajah se kya aap geeta ko samajhna mushkil</w:t>
      </w:r>
    </w:p>
    <w:p>
      <w:pPr>
        <w:jc w:val="right"/>
      </w:pPr>
      <w:r>
        <w:t>تو interpretation کا فرق تو رہتا ہے، لیکن اس کی وجہ سے کیا آپ گیتا کو سمجھنا مشکل</w:t>
      </w:r>
    </w:p>
    <w:p>
      <w:r>
        <w:rPr>
          <w:b/>
        </w:rPr>
        <w:t xml:space="preserve">[1:09:52] </w:t>
      </w:r>
      <w:r>
        <w:t>hai aap ke liye? aap geeta ko padhiye aur samjhiye, apni aql ko istemal kijiye.</w:t>
      </w:r>
    </w:p>
    <w:p>
      <w:pPr>
        <w:jc w:val="right"/>
      </w:pPr>
      <w:r>
        <w:t>ہے آپ کے لیے؟ آپ گیتا کو پڑھئے اور سمجھئے، اپنی عقل کو استعمال کیجئے۔</w:t>
      </w:r>
    </w:p>
    <w:p>
      <w:r>
        <w:rPr>
          <w:b/>
        </w:rPr>
        <w:t xml:space="preserve">[1:09:58] </w:t>
      </w:r>
      <w:r>
        <w:t>log apne apne dhang par karte rahen, lekin hum hamare hamare paas bhi aql hai.</w:t>
      </w:r>
    </w:p>
    <w:p>
      <w:pPr>
        <w:jc w:val="right"/>
      </w:pPr>
      <w:r>
        <w:t>لوگ اپنے اپنے ڈھنگ پر کرتے رہیں، لیکن ہم ہمارے ہمارے پاس بھی عقل ہے۔</w:t>
      </w:r>
    </w:p>
    <w:p>
      <w:r>
        <w:rPr>
          <w:b/>
        </w:rPr>
        <w:t xml:space="preserve">[1:10:03] </w:t>
      </w:r>
      <w:r>
        <w:t>hum apni aql se padhen geeta ko, jo samajh mein aaye ga, us ko manen ge.</w:t>
      </w:r>
    </w:p>
    <w:p>
      <w:pPr>
        <w:jc w:val="right"/>
      </w:pPr>
      <w:r>
        <w:t>ہم اپنی عقل سے پڑھیں گیتا کو، جو سمجھ میں آئے گا، اس کو مانیں گے۔</w:t>
      </w:r>
    </w:p>
    <w:p>
      <w:r>
        <w:rPr>
          <w:b/>
        </w:rPr>
        <w:t xml:space="preserve">[1:10:08] </w:t>
      </w:r>
      <w:r>
        <w:t>hum aise hi quran ka muamla hai.</w:t>
      </w:r>
    </w:p>
    <w:p>
      <w:pPr>
        <w:jc w:val="right"/>
      </w:pPr>
      <w:r>
        <w:t>ہم ایسے ہی قرآن کا معاملہ ہے۔</w:t>
      </w:r>
    </w:p>
    <w:p>
      <w:r>
        <w:rPr>
          <w:b/>
        </w:rPr>
        <w:t xml:space="preserve">[1:10:13] </w:t>
      </w:r>
      <w:r>
        <w:t>yeh sab kuch koi koi problem nahi hai.</w:t>
      </w:r>
    </w:p>
    <w:p>
      <w:pPr>
        <w:jc w:val="right"/>
      </w:pPr>
      <w:r>
        <w:t>یہ سب کچھ کوئی کوئی problem نہیں ہے۔</w:t>
      </w:r>
    </w:p>
    <w:p>
      <w:r>
        <w:rPr>
          <w:b/>
        </w:rPr>
        <w:t xml:space="preserve">[1:10:19] </w:t>
      </w:r>
      <w:r>
        <w:t>yeh apni aql ko istemal karen, bas aap ki aql jo kahe, woh us ko padheye.</w:t>
      </w:r>
    </w:p>
    <w:p>
      <w:pPr>
        <w:jc w:val="right"/>
      </w:pPr>
      <w:r>
        <w:t>یہ اپنی عقل کو استعمال کریں، بس آپ کی عقل جو کہے، وہ اس کو پڑھئے۔</w:t>
      </w:r>
    </w:p>
    <w:p>
      <w:r>
        <w:rPr>
          <w:b/>
        </w:rPr>
        <w:t xml:space="preserve">[1:10:24] </w:t>
      </w:r>
      <w:r>
        <w:t>mein aksar kaha karta hoon ke mazhab jo hai, yeh personal choice ka muamla hai.</w:t>
      </w:r>
    </w:p>
    <w:p>
      <w:pPr>
        <w:jc w:val="right"/>
      </w:pPr>
      <w:r>
        <w:t>میں اکثر کہا کرتا ہوں کہ مذہب جو ہے، یہ personal choice کا معاملہ ہے۔</w:t>
      </w:r>
    </w:p>
    <w:p>
      <w:r>
        <w:rPr>
          <w:b/>
        </w:rPr>
        <w:t xml:space="preserve">[1:10:29] </w:t>
      </w:r>
      <w:r>
        <w:t>Personal choice koi kya kehta hai, us ko chhodiye.</w:t>
      </w:r>
    </w:p>
    <w:p>
      <w:pPr>
        <w:jc w:val="right"/>
      </w:pPr>
      <w:r>
        <w:t>Personal choice کوئی کیا کہتا ہے، اس کو چھوڑئے۔</w:t>
      </w:r>
    </w:p>
    <w:p>
      <w:r>
        <w:rPr>
          <w:b/>
        </w:rPr>
        <w:t xml:space="preserve">[1:10:35] </w:t>
      </w:r>
      <w:r>
        <w:t>aap aap khud padhiye aur jo aap ki samajh mein aaye, us ko ikhtiyar kar lijiye.</w:t>
      </w:r>
    </w:p>
    <w:p>
      <w:pPr>
        <w:jc w:val="right"/>
      </w:pPr>
      <w:r>
        <w:t>آپ آپ خود پڑھئے اور جو آپ کی سمجھ میں آئے، اس کو اختیار کر لیجئے۔</w:t>
      </w:r>
    </w:p>
    <w:p>
      <w:r>
        <w:rPr>
          <w:b/>
        </w:rPr>
        <w:t xml:space="preserve">[1:10:40] </w:t>
      </w:r>
      <w:r>
        <w:t>mazhab naam bhi hai personal choice ka.</w:t>
      </w:r>
    </w:p>
    <w:p>
      <w:pPr>
        <w:jc w:val="right"/>
      </w:pPr>
      <w:r>
        <w:t>مذہب نام بھی ہے personal choice کا۔</w:t>
      </w:r>
    </w:p>
    <w:p>
      <w:r>
        <w:rPr>
          <w:b/>
        </w:rPr>
        <w:t xml:space="preserve">[1:10:45] </w:t>
      </w:r>
      <w:r>
        <w:t>mazhab jo hai, personal choice hi ka subject hai.</w:t>
      </w:r>
    </w:p>
    <w:p>
      <w:pPr>
        <w:jc w:val="right"/>
      </w:pPr>
      <w:r>
        <w:t>مذہب جو ہے، personal choice ہی کا subject ہے۔</w:t>
      </w:r>
    </w:p>
    <w:p>
      <w:r>
        <w:rPr>
          <w:b/>
        </w:rPr>
        <w:t xml:space="preserve">[1:10:50] </w:t>
      </w:r>
      <w:r>
        <w:t>to aap apni aql ko istemal kijiye.</w:t>
      </w:r>
    </w:p>
    <w:p>
      <w:pPr>
        <w:jc w:val="right"/>
      </w:pPr>
      <w:r>
        <w:t>تو آپ اپنی عقل کو استعمال کیجئے۔</w:t>
      </w:r>
    </w:p>
    <w:p>
      <w:r>
        <w:rPr>
          <w:b/>
        </w:rPr>
        <w:t xml:space="preserve">[1:10:56] </w:t>
      </w:r>
      <w:r>
        <w:t>maulana, agla sawal dilli se hai, mushtaq ahmed bani sahib ka, aur unhon ne likha hai ke "You</w:t>
      </w:r>
    </w:p>
    <w:p>
      <w:pPr>
        <w:jc w:val="right"/>
      </w:pPr>
      <w:r>
        <w:t>مولانا، اگلا سوال دلی سے ہے، مشتاق احمد بانی صاحب کا، اور انہوں نے لکھا ہے کہ "You</w:t>
      </w:r>
    </w:p>
    <w:p>
      <w:r>
        <w:rPr>
          <w:b/>
        </w:rPr>
        <w:t xml:space="preserve">[1:11:01] </w:t>
      </w:r>
      <w:r>
        <w:t>spoke in today's lecture about the end of khilafat system in Turkey.</w:t>
      </w:r>
    </w:p>
    <w:p>
      <w:pPr>
        <w:jc w:val="right"/>
      </w:pPr>
      <w:r>
        <w:t>spoke in today's lecture about the end of خلافت system in Turkey.</w:t>
      </w:r>
    </w:p>
    <w:p>
      <w:r>
        <w:rPr>
          <w:b/>
        </w:rPr>
        <w:t xml:space="preserve">[1:11:06] </w:t>
      </w:r>
      <w:r>
        <w:t>Does it mean that there is no possibility of khilafat now in the current world?</w:t>
      </w:r>
    </w:p>
    <w:p>
      <w:pPr>
        <w:jc w:val="right"/>
      </w:pPr>
      <w:r>
        <w:t>Does it mean that there is no possibility of خلافت now in the current world?</w:t>
      </w:r>
    </w:p>
    <w:p>
      <w:r>
        <w:rPr>
          <w:b/>
        </w:rPr>
        <w:t xml:space="preserve">[1:11:12] </w:t>
      </w:r>
      <w:r>
        <w:t>What is your comment on this?</w:t>
      </w:r>
    </w:p>
    <w:p>
      <w:pPr>
        <w:jc w:val="right"/>
      </w:pPr>
      <w:r>
        <w:t>What is your comment on this?</w:t>
      </w:r>
    </w:p>
    <w:p>
      <w:r>
        <w:rPr>
          <w:b/>
        </w:rPr>
        <w:t xml:space="preserve">[1:11:16] </w:t>
      </w:r>
      <w:r>
        <w:t>" mein to mein ne arz kiya ke khilafat koi cheez hi nahi hai islam mein.</w:t>
      </w:r>
    </w:p>
    <w:p>
      <w:pPr>
        <w:jc w:val="right"/>
      </w:pPr>
      <w:r>
        <w:t>" میں تو میں نے عرض کیا کہ خلافت کوئی چیز ہی نہیں ہے اسلام میں۔</w:t>
      </w:r>
    </w:p>
    <w:p>
      <w:r>
        <w:rPr>
          <w:b/>
        </w:rPr>
        <w:t xml:space="preserve">[1:11:20] </w:t>
      </w:r>
      <w:r>
        <w:t>yeh to mubtadiyana lafz hai.</w:t>
      </w:r>
    </w:p>
    <w:p>
      <w:pPr>
        <w:jc w:val="right"/>
      </w:pPr>
      <w:r>
        <w:t>یہ تو مبتدیانہ لفظ ہے۔</w:t>
      </w:r>
    </w:p>
    <w:p>
      <w:r>
        <w:rPr>
          <w:b/>
        </w:rPr>
        <w:t xml:space="preserve">[1:11:24] </w:t>
      </w:r>
      <w:r>
        <w:t>yeh lafz hi mubtadiyana hai.</w:t>
      </w:r>
    </w:p>
    <w:p>
      <w:pPr>
        <w:jc w:val="right"/>
      </w:pPr>
      <w:r>
        <w:t>یہ لفظ ہی مبتدیانہ ہے۔</w:t>
      </w:r>
    </w:p>
    <w:p>
      <w:r>
        <w:rPr>
          <w:b/>
        </w:rPr>
        <w:t xml:space="preserve">[1:11:29] </w:t>
      </w:r>
      <w:r>
        <w:t>Innovation hai yeh.</w:t>
      </w:r>
    </w:p>
    <w:p>
      <w:pPr>
        <w:jc w:val="right"/>
      </w:pPr>
      <w:r>
        <w:t>Innovation ہے یہ۔</w:t>
      </w:r>
    </w:p>
    <w:p>
      <w:r>
        <w:rPr>
          <w:b/>
        </w:rPr>
        <w:t xml:space="preserve">[1:11:33] </w:t>
      </w:r>
      <w:r>
        <w:t>is ka saboot yeh hai ke hazrat abubakar ko khalifa nahi kaha gaya, hazrat umar ko khalifa nahi</w:t>
      </w:r>
    </w:p>
    <w:p>
      <w:pPr>
        <w:jc w:val="right"/>
      </w:pPr>
      <w:r>
        <w:t>اس کا ثبوت یہ ہے کہ حضرت ابوبکر کو خلیفہ نہیں کہا گیا، حضرت عمر کو خلیفہ نہیں</w:t>
      </w:r>
    </w:p>
    <w:p>
      <w:r>
        <w:rPr>
          <w:b/>
        </w:rPr>
        <w:t xml:space="preserve">[1:11:37] </w:t>
      </w:r>
      <w:r>
        <w:t>kaha gaya, hazrat usman ko khalifa nahi kaha gaya, ali ko khalifa nahi kaha gaya.</w:t>
      </w:r>
    </w:p>
    <w:p>
      <w:pPr>
        <w:jc w:val="right"/>
      </w:pPr>
      <w:r>
        <w:t>کہا گیا، حضرت عثمان کو خلیفہ نہیں کہا گیا، علی کو خلیفہ نہیں کہا گیا۔</w:t>
      </w:r>
    </w:p>
    <w:p>
      <w:r>
        <w:rPr>
          <w:b/>
        </w:rPr>
        <w:t xml:space="preserve">[1:11:42] </w:t>
      </w:r>
      <w:r>
        <w:t>un ko kaha gaya amirul momineen.</w:t>
      </w:r>
    </w:p>
    <w:p>
      <w:pPr>
        <w:jc w:val="right"/>
      </w:pPr>
      <w:r>
        <w:t>ان کو کہا گیا امیرالمومنین۔</w:t>
      </w:r>
    </w:p>
    <w:p>
      <w:r>
        <w:rPr>
          <w:b/>
        </w:rPr>
        <w:t xml:space="preserve">[1:11:46] </w:t>
      </w:r>
      <w:r>
        <w:t>khilafat ka lafz nikla hai bano umiya aur bano abbas ke zamane mein, jo ke dynasty thi.</w:t>
      </w:r>
    </w:p>
    <w:p>
      <w:pPr>
        <w:jc w:val="right"/>
      </w:pPr>
      <w:r>
        <w:t>خلافت کا لفظ نکلا ہے بنو امیہ اور بنو عباس کے زمانے میں، جو کہ dynasty تھی۔</w:t>
      </w:r>
    </w:p>
    <w:p>
      <w:r>
        <w:rPr>
          <w:b/>
        </w:rPr>
        <w:t xml:space="preserve">[1:11:50] </w:t>
      </w:r>
      <w:r>
        <w:t>woh khilafat thi bhi nahi, yani sab dynasty thi.</w:t>
      </w:r>
    </w:p>
    <w:p>
      <w:pPr>
        <w:jc w:val="right"/>
      </w:pPr>
      <w:r>
        <w:t>وہ خلافت تھی بھی نہیں، یعنی سب dynasty تھی۔</w:t>
      </w:r>
    </w:p>
    <w:p>
      <w:r>
        <w:rPr>
          <w:b/>
        </w:rPr>
        <w:t xml:space="preserve">[1:11:55] </w:t>
      </w:r>
      <w:r>
        <w:t>bano umiya, bano abbas aur khilafat turki sab dynasty thi.</w:t>
      </w:r>
    </w:p>
    <w:p>
      <w:pPr>
        <w:jc w:val="right"/>
      </w:pPr>
      <w:r>
        <w:t>بنو امیہ، بنو عباس اور خلافت ترکی سب dynasty تھی۔</w:t>
      </w:r>
    </w:p>
    <w:p>
      <w:r>
        <w:rPr>
          <w:b/>
        </w:rPr>
        <w:t xml:space="preserve">[1:11:59] </w:t>
      </w:r>
      <w:r>
        <w:t>yeh khilafat thi hi nahin.</w:t>
      </w:r>
    </w:p>
    <w:p>
      <w:pPr>
        <w:jc w:val="right"/>
      </w:pPr>
      <w:r>
        <w:t>یہ خلافت تھی ہی نہیں۔</w:t>
      </w:r>
    </w:p>
    <w:p>
      <w:r>
        <w:rPr>
          <w:b/>
        </w:rPr>
        <w:t xml:space="preserve">[1:12:03] </w:t>
      </w:r>
      <w:r>
        <w:t>woh yeh to apnay apnay dynasty ko legitimize karnay kay liye unhonay khalifa kehna shuru kar diya.</w:t>
      </w:r>
    </w:p>
    <w:p>
      <w:pPr>
        <w:jc w:val="right"/>
      </w:pPr>
      <w:r>
        <w:t>وہ یہ تو اپنے اپنے dynasty کو legitimize کرنے کے لیے انہوں نے خلیفہ کہنا شروع کر دیا۔</w:t>
      </w:r>
    </w:p>
    <w:p>
      <w:r>
        <w:rPr>
          <w:b/>
        </w:rPr>
        <w:t xml:space="preserve">[1:12:08] </w:t>
      </w:r>
      <w:r>
        <w:t>is say aap is ko pata nahin kiya samajhtay hain.</w:t>
      </w:r>
    </w:p>
    <w:p>
      <w:pPr>
        <w:jc w:val="right"/>
      </w:pPr>
      <w:r>
        <w:t>اس سے آپ اس کو پتہ نہیں کیا سمجھتے ہیں۔</w:t>
      </w:r>
    </w:p>
    <w:p>
      <w:r>
        <w:rPr>
          <w:b/>
        </w:rPr>
        <w:t xml:space="preserve">[1:12:12] </w:t>
      </w:r>
      <w:r>
        <w:t>is mein kuch bhi nahin tha, yani siway is kay kay aik badshahat ka aik nizam tha.</w:t>
      </w:r>
    </w:p>
    <w:p>
      <w:pPr>
        <w:jc w:val="right"/>
      </w:pPr>
      <w:r>
        <w:t>اس میں کچھ بھی نہیں تھا، یعنی سوائے اس کے کہ ایک بادشاہت کا ایک نظام تھا۔</w:t>
      </w:r>
    </w:p>
    <w:p>
      <w:r>
        <w:rPr>
          <w:b/>
        </w:rPr>
        <w:t xml:space="preserve">[1:12:16] </w:t>
      </w:r>
      <w:r>
        <w:t>woh mein nay dekha kay mahal jo rehtay thay, wahan shandar mahal.</w:t>
      </w:r>
    </w:p>
    <w:p>
      <w:pPr>
        <w:jc w:val="right"/>
      </w:pPr>
      <w:r>
        <w:t>وہ میں نے دیکھا کہ محل جو رہتے تھے، وہاں شاندار محل۔</w:t>
      </w:r>
    </w:p>
    <w:p>
      <w:r>
        <w:rPr>
          <w:b/>
        </w:rPr>
        <w:t xml:space="preserve">[1:12:21] </w:t>
      </w:r>
      <w:r>
        <w:t>jaisay king rehta tha mahal mein, aisay hi khalifa baray mahal rehta tha.</w:t>
      </w:r>
    </w:p>
    <w:p>
      <w:pPr>
        <w:jc w:val="right"/>
      </w:pPr>
      <w:r>
        <w:t>جیسے king رہتا تھا محل میں، ایسے ہی خلیفہ بڑے محل رہتا تھا۔</w:t>
      </w:r>
    </w:p>
    <w:p>
      <w:r>
        <w:rPr>
          <w:b/>
        </w:rPr>
        <w:t xml:space="preserve">[1:12:25] </w:t>
      </w:r>
      <w:r>
        <w:t>tha woh king hi, naam rakh diya aap nay khalifa.</w:t>
      </w:r>
    </w:p>
    <w:p>
      <w:pPr>
        <w:jc w:val="right"/>
      </w:pPr>
      <w:r>
        <w:t>تھا وہ king ہی، نام رکھ دیا آپ نے خلیفہ۔</w:t>
      </w:r>
    </w:p>
    <w:p>
      <w:r>
        <w:rPr>
          <w:b/>
        </w:rPr>
        <w:t xml:space="preserve">[1:12:29] </w:t>
      </w:r>
      <w:r>
        <w:t>aap ja kay dainkh ji, un kay jo jo mahalat hain, kaisay shandar un mein rehtay thay.</w:t>
      </w:r>
    </w:p>
    <w:p>
      <w:pPr>
        <w:jc w:val="right"/>
      </w:pPr>
      <w:r>
        <w:t>آپ جا کے دیکھیں جی، ان کے جو جو محلات ہیں، کیسے شاندار ان میں رہتے تھے۔</w:t>
      </w:r>
    </w:p>
    <w:p>
      <w:r>
        <w:rPr>
          <w:b/>
        </w:rPr>
        <w:t xml:space="preserve">[1:12:34] </w:t>
      </w:r>
      <w:r>
        <w:t>woh to khalifa ka lafz aik aik aik musalman nay khwamkhwah is mein aik offset bana rakha hai.</w:t>
      </w:r>
    </w:p>
    <w:p>
      <w:pPr>
        <w:jc w:val="right"/>
      </w:pPr>
      <w:r>
        <w:t>وہ تو خلیفہ کا لفظ ایک ایک ایک مسلمان نے خوامخواہ اس میں ایک offset بنا رکھا ہے۔</w:t>
      </w:r>
    </w:p>
    <w:p>
      <w:r>
        <w:rPr>
          <w:b/>
        </w:rPr>
        <w:t xml:space="preserve">[1:12:38] </w:t>
      </w:r>
      <w:r>
        <w:t>khalifa ka koi tasawwur islam mein nahin hai, is ma'nay mein jis ma'nay mein musalman samajhtay hain.</w:t>
      </w:r>
    </w:p>
    <w:p>
      <w:pPr>
        <w:jc w:val="right"/>
      </w:pPr>
      <w:r>
        <w:t>خلیفہ کا کوئی تصور اسلام میں نہیں ہے، اس معنی میں جس معنی میں مسلمان سمجھتے ہیں۔</w:t>
      </w:r>
    </w:p>
    <w:p>
      <w:r>
        <w:rPr>
          <w:b/>
        </w:rPr>
        <w:t xml:space="preserve">[1:12:42] </w:t>
      </w:r>
      <w:r>
        <w:t>maulana, agla sawal noida say hai, miss zikra aqeel nay kiya hai.</w:t>
      </w:r>
    </w:p>
    <w:p>
      <w:pPr>
        <w:jc w:val="right"/>
      </w:pPr>
      <w:r>
        <w:t>مولانا، اگلا سوال نوئڈا سے ہے، مس ذکرہ عقیل نے کیا ہے۔</w:t>
      </w:r>
    </w:p>
    <w:p>
      <w:r>
        <w:rPr>
          <w:b/>
        </w:rPr>
        <w:t xml:space="preserve">[1:12:47] </w:t>
      </w:r>
      <w:r>
        <w:t>"the image of islam is so much distorted.</w:t>
      </w:r>
    </w:p>
    <w:p>
      <w:pPr>
        <w:jc w:val="right"/>
      </w:pPr>
      <w:r>
        <w:t>انہوں نے لکھا ہے کہ "The image of Islam is so much distorted.</w:t>
      </w:r>
    </w:p>
    <w:p>
      <w:r>
        <w:rPr>
          <w:b/>
        </w:rPr>
        <w:t xml:space="preserve">[1:12:51] </w:t>
      </w:r>
      <w:r>
        <w:t>how can we rectify it and convince the world that islam is a religion of peace rather than</w:t>
      </w:r>
    </w:p>
    <w:p>
      <w:pPr>
        <w:jc w:val="right"/>
      </w:pPr>
      <w:r>
        <w:t>How can we rectify it and convince the world that Islam is a religion of peace rather than</w:t>
      </w:r>
    </w:p>
    <w:p>
      <w:r>
        <w:rPr>
          <w:b/>
        </w:rPr>
        <w:t xml:space="preserve">[1:12:55] </w:t>
      </w:r>
      <w:r>
        <w:t>a religion of violence?"</w:t>
      </w:r>
    </w:p>
    <w:p>
      <w:pPr>
        <w:jc w:val="right"/>
      </w:pPr>
      <w:r>
        <w:t>a religion of violence?</w:t>
      </w:r>
    </w:p>
    <w:p>
      <w:r>
        <w:rPr>
          <w:b/>
        </w:rPr>
        <w:t xml:space="preserve">[1:13:00] </w:t>
      </w:r>
      <w:r>
        <w:t>dainkhain, yeh koi masla nahin hai.</w:t>
      </w:r>
    </w:p>
    <w:p>
      <w:pPr>
        <w:jc w:val="right"/>
      </w:pPr>
      <w:r>
        <w:t>" دیکھیں، یہ کوئی مسئلہ نہیں ہے۔</w:t>
      </w:r>
    </w:p>
    <w:p>
      <w:r>
        <w:rPr>
          <w:b/>
        </w:rPr>
        <w:t xml:space="preserve">[1:13:04] </w:t>
      </w:r>
      <w:r>
        <w:t>yeh sab rahay ga.</w:t>
      </w:r>
    </w:p>
    <w:p>
      <w:pPr>
        <w:jc w:val="right"/>
      </w:pPr>
      <w:r>
        <w:t>یہ سب رہے گا۔</w:t>
      </w:r>
    </w:p>
    <w:p>
      <w:r>
        <w:rPr>
          <w:b/>
        </w:rPr>
        <w:t xml:space="preserve">[1:13:08] </w:t>
      </w:r>
      <w:r>
        <w:t>rasool Allah kay zamanay mein bhi tha, sahaba kay zamanay mein bhi tha, kyunkay dunya to dainkhain, test</w:t>
      </w:r>
    </w:p>
    <w:p>
      <w:pPr>
        <w:jc w:val="right"/>
      </w:pPr>
      <w:r>
        <w:t>رسول اللہ کے زمانے میں بھی تھا، صحابہ کے زمانے میں بھی تھا، کیونکہ دنیا تو دیکھیں، ٹیسٹ</w:t>
      </w:r>
    </w:p>
    <w:p>
      <w:r>
        <w:rPr>
          <w:b/>
        </w:rPr>
        <w:t xml:space="preserve">[1:13:13] </w:t>
      </w:r>
      <w:r>
        <w:t>ki dunya hai.</w:t>
      </w:r>
    </w:p>
    <w:p>
      <w:pPr>
        <w:jc w:val="right"/>
      </w:pPr>
      <w:r>
        <w:t>کی دنیا ہے۔</w:t>
      </w:r>
    </w:p>
    <w:p>
      <w:r>
        <w:rPr>
          <w:b/>
        </w:rPr>
        <w:t xml:space="preserve">[1:13:17] </w:t>
      </w:r>
      <w:r>
        <w:t>yahan to yahi sab rahay ga.</w:t>
      </w:r>
    </w:p>
    <w:p>
      <w:pPr>
        <w:jc w:val="right"/>
      </w:pPr>
      <w:r>
        <w:t>یہاں تو یہی سب رہے گا۔</w:t>
      </w:r>
    </w:p>
    <w:p>
      <w:r>
        <w:rPr>
          <w:b/>
        </w:rPr>
        <w:t xml:space="preserve">[1:13:22] </w:t>
      </w:r>
      <w:r>
        <w:t>bilkul saboot ho, sab kuch aik dam har cheez perfect ho to is kis baat ka test hoga?</w:t>
      </w:r>
    </w:p>
    <w:p>
      <w:pPr>
        <w:jc w:val="right"/>
      </w:pPr>
      <w:r>
        <w:t>بالکل ثبوت ہو، سب کچھ ایک دم ہر چیز perfect ہو تو اس کس بات کا ٹیسٹ ہوگا؟</w:t>
      </w:r>
    </w:p>
    <w:p>
      <w:r>
        <w:rPr>
          <w:b/>
        </w:rPr>
        <w:t xml:space="preserve">[1:13:26] </w:t>
      </w:r>
      <w:r>
        <w:t>yeh mumkin hi nahin hai kay dunya mein har cheez saboot ho, bilkul hi koi ikhtilaf na ho,</w:t>
      </w:r>
    </w:p>
    <w:p>
      <w:pPr>
        <w:jc w:val="right"/>
      </w:pPr>
      <w:r>
        <w:t>یہ ممکن ہی نہیں ہے کہ دنیا میں ہر چیز ثبوت ہو، بالکل ہی کوئی اختلاف نہ ہو،</w:t>
      </w:r>
    </w:p>
    <w:p>
      <w:r>
        <w:rPr>
          <w:b/>
        </w:rPr>
        <w:t xml:space="preserve">[1:13:30] </w:t>
      </w:r>
      <w:r>
        <w:t>sab bilkul theek thaak ho.</w:t>
      </w:r>
    </w:p>
    <w:p>
      <w:pPr>
        <w:jc w:val="right"/>
      </w:pPr>
      <w:r>
        <w:t>سب بالکل ٹھیک ٹھاک ہو۔</w:t>
      </w:r>
    </w:p>
    <w:p>
      <w:r>
        <w:rPr>
          <w:b/>
        </w:rPr>
        <w:t xml:space="preserve">[1:13:35] </w:t>
      </w:r>
      <w:r>
        <w:t>to woh to jannat, phir to dunya hi jannat ho jaye gi.</w:t>
      </w:r>
    </w:p>
    <w:p>
      <w:pPr>
        <w:jc w:val="right"/>
      </w:pPr>
      <w:r>
        <w:t>تو وہ تو جنت، پھر تو دنیا ہی جنت ہو جائے گی۔</w:t>
      </w:r>
    </w:p>
    <w:p>
      <w:r>
        <w:rPr>
          <w:b/>
        </w:rPr>
        <w:t xml:space="preserve">[1:13:39] </w:t>
      </w:r>
      <w:r>
        <w:t>is dunya mein aadmi ko yeh is imtihan mein khada hona paray ga kay woh sachai ko daryaft karay.</w:t>
      </w:r>
    </w:p>
    <w:p>
      <w:pPr>
        <w:jc w:val="right"/>
      </w:pPr>
      <w:r>
        <w:t>اس دنیا میں آدمی کو یہ اس امتحان میں کھڑا ہونا پڑے گا کہ وہ سچائی کو دریافت کرے۔</w:t>
      </w:r>
    </w:p>
    <w:p>
      <w:r>
        <w:rPr>
          <w:b/>
        </w:rPr>
        <w:t xml:space="preserve">[1:13:44] </w:t>
      </w:r>
      <w:r>
        <w:t>ikhtilafat kay darmiyan woh apni aql ko istemal kar kay janay kay kiya theek hai, kiya theek nahin hai.</w:t>
      </w:r>
    </w:p>
    <w:p>
      <w:pPr>
        <w:jc w:val="right"/>
      </w:pPr>
      <w:r>
        <w:t>اختلافات کے دوران وہ اپنی عقل کو استعمال کر کے جانے کہ کیا ٹھیک ہے، کیا ٹھیک نہیں ہے۔</w:t>
      </w:r>
    </w:p>
    <w:p>
      <w:r>
        <w:rPr>
          <w:b/>
        </w:rPr>
        <w:t xml:space="preserve">[1:13:48] </w:t>
      </w:r>
      <w:r>
        <w:t>wo test hai.</w:t>
      </w:r>
    </w:p>
    <w:p>
      <w:pPr>
        <w:jc w:val="right"/>
      </w:pPr>
      <w:r>
        <w:t>وہ ٹیسٹ ہے۔</w:t>
      </w:r>
    </w:p>
    <w:p>
      <w:r>
        <w:rPr>
          <w:b/>
        </w:rPr>
        <w:t xml:space="preserve">[1:13:52] </w:t>
      </w:r>
      <w:r>
        <w:t>woh yeh sab jo ikhtilafat hain, yeh aap ke liye test papers hain.</w:t>
      </w:r>
    </w:p>
    <w:p>
      <w:pPr>
        <w:jc w:val="right"/>
      </w:pPr>
      <w:r>
        <w:t>وہ یہ سب جو اختلافات ہیں، یہ آپ کے لیے ٹیسٹ papers ہیں۔</w:t>
      </w:r>
    </w:p>
    <w:p>
      <w:r>
        <w:rPr>
          <w:b/>
        </w:rPr>
        <w:t xml:space="preserve">[1:13:57] </w:t>
      </w:r>
      <w:r>
        <w:t>woh agar yeh sab na ho to kis baat ka test liya jaye ga? koi ikhtilaf nahi, koi</w:t>
      </w:r>
    </w:p>
    <w:p>
      <w:pPr>
        <w:jc w:val="right"/>
      </w:pPr>
      <w:r>
        <w:t>وہ اگر یہ سب نہ ہو تو کس بات کا ٹیسٹ لیا جائے گا؟ کوئی اختلاف نہیں، کوئی</w:t>
      </w:r>
    </w:p>
    <w:p>
      <w:r>
        <w:rPr>
          <w:b/>
        </w:rPr>
        <w:t xml:space="preserve">[1:14:01] </w:t>
      </w:r>
      <w:r>
        <w:t>masla nahi, koi gadbad nahi, sab theek thaak hai.</w:t>
      </w:r>
    </w:p>
    <w:p>
      <w:pPr>
        <w:jc w:val="right"/>
      </w:pPr>
      <w:r>
        <w:t>مسئلہ نہیں، کوئی گڑبڑ نہیں، سب ٹھیک ٹھاک ہے۔</w:t>
      </w:r>
    </w:p>
    <w:p>
      <w:r>
        <w:rPr>
          <w:b/>
        </w:rPr>
        <w:t xml:space="preserve">[1:14:06] </w:t>
      </w:r>
      <w:r>
        <w:t>to phir kis baat ka test hoga? imtehan kis baat ka hoga? yeh sochana hi ghalat hai ke</w:t>
      </w:r>
    </w:p>
    <w:p>
      <w:pPr>
        <w:jc w:val="right"/>
      </w:pPr>
      <w:r>
        <w:t>تو پھر کس بات کا ٹیسٹ ہوگا؟ امتحان کس بات کا ہوگا؟ یہ سوچنا ہی غلط ہے کہ</w:t>
      </w:r>
    </w:p>
    <w:p>
      <w:r>
        <w:rPr>
          <w:b/>
        </w:rPr>
        <w:t xml:space="preserve">[1:14:10] </w:t>
      </w:r>
      <w:r>
        <w:t>dunya mein yeh sab kyun hai.</w:t>
      </w:r>
    </w:p>
    <w:p>
      <w:pPr>
        <w:jc w:val="right"/>
      </w:pPr>
      <w:r>
        <w:t>دنیا میں یہ سب کیوں ہے۔</w:t>
      </w:r>
    </w:p>
    <w:p>
      <w:r>
        <w:rPr>
          <w:b/>
        </w:rPr>
        <w:t xml:space="preserve">[1:14:14] </w:t>
      </w:r>
      <w:r>
        <w:t>is liye hai ke Khuda ko test lena hai, aap ki aql ka test lena hai.</w:t>
      </w:r>
    </w:p>
    <w:p>
      <w:pPr>
        <w:jc w:val="right"/>
      </w:pPr>
      <w:r>
        <w:t>اس لیے ہے کہ خدا کو ٹیسٹ لینا ہے، آپ کی عقل کا ٹیسٹ لینا ہے۔</w:t>
      </w:r>
    </w:p>
    <w:p>
      <w:r>
        <w:rPr>
          <w:b/>
        </w:rPr>
        <w:t xml:space="preserve">[1:14:19] </w:t>
      </w:r>
      <w:r>
        <w:t>apni aql ko istemal kar ke aap ko janna parega.</w:t>
      </w:r>
    </w:p>
    <w:p>
      <w:pPr>
        <w:jc w:val="right"/>
      </w:pPr>
      <w:r>
        <w:t>اپنی عقل کو استعمال کر کے آپ کو جاننا پڑے گا۔</w:t>
      </w:r>
    </w:p>
    <w:p>
      <w:r>
        <w:rPr>
          <w:b/>
        </w:rPr>
        <w:t xml:space="preserve">[1:14:23] </w:t>
      </w:r>
      <w:r>
        <w:t>yeh yeh aap ki duty hai ke jannain aap ke kya sachai hai aur kya sachai nahi hai.</w:t>
      </w:r>
    </w:p>
    <w:p>
      <w:pPr>
        <w:jc w:val="right"/>
      </w:pPr>
      <w:r>
        <w:t>یہ یہ آپ کی ڈیوٹی ہے کہ جانیں آپ کہ کیا سچائی ہے اور کیا سچائی نہیں ہے۔</w:t>
      </w:r>
    </w:p>
    <w:p>
      <w:r>
        <w:rPr>
          <w:b/>
        </w:rPr>
        <w:t xml:space="preserve">[1:14:28] </w:t>
      </w:r>
      <w:r>
        <w:t>yeh to aap ki aql ka imtehan hai.</w:t>
      </w:r>
    </w:p>
    <w:p>
      <w:pPr>
        <w:jc w:val="right"/>
      </w:pPr>
      <w:r>
        <w:t>یہ تو آپ کی عقل کا امتحان ہے۔</w:t>
      </w:r>
    </w:p>
    <w:p>
      <w:r>
        <w:rPr>
          <w:b/>
        </w:rPr>
        <w:t xml:space="preserve">[1:14:32] </w:t>
      </w:r>
      <w:r>
        <w:t>yeh aap ki aql ka imtehan hai, woh kabhi bhi khatam nahi hoga.</w:t>
      </w:r>
    </w:p>
    <w:p>
      <w:pPr>
        <w:jc w:val="right"/>
      </w:pPr>
      <w:r>
        <w:t>یہ آپ کی عقل کا امتحان ہے، وہ کبھی بھی ختم نہیں ہوگا۔</w:t>
      </w:r>
    </w:p>
    <w:p>
      <w:r>
        <w:rPr>
          <w:b/>
        </w:rPr>
        <w:t xml:space="preserve">[1:14:36] </w:t>
      </w:r>
      <w:r>
        <w:t>ke aisa na ho to phir imtehan kaise liya jaye ga? Maulana, agla sawal Anas sahib ne kiya</w:t>
      </w:r>
    </w:p>
    <w:p>
      <w:pPr>
        <w:jc w:val="right"/>
      </w:pPr>
      <w:r>
        <w:t>کہ ایسا نہ ہو تو پھر امتحان کیسے لیا جائے گا؟ مولانا، اگلا سوال انس صاحب نے کیا</w:t>
      </w:r>
    </w:p>
    <w:p>
      <w:r>
        <w:rPr>
          <w:b/>
        </w:rPr>
        <w:t xml:space="preserve">[1:14:41] </w:t>
      </w:r>
      <w:r>
        <w:t>hai Delhi se, aur unhon ne aap se poocha hai ke "Maulana, what is the criteria to choose</w:t>
      </w:r>
    </w:p>
    <w:p>
      <w:pPr>
        <w:jc w:val="right"/>
      </w:pPr>
      <w:r>
        <w:t>ہے دلی سے، اور انہوں نے آپ سے پوچھا ہے کہ "مولانا، what is the criteria to choose</w:t>
      </w:r>
    </w:p>
    <w:p>
      <w:r>
        <w:rPr>
          <w:b/>
        </w:rPr>
        <w:t xml:space="preserve">[1:14:45] </w:t>
      </w:r>
      <w:r>
        <w:t>our intellectual partner?</w:t>
      </w:r>
    </w:p>
    <w:p>
      <w:pPr>
        <w:jc w:val="right"/>
      </w:pPr>
      <w:r>
        <w:t>our intellectual partner?</w:t>
      </w:r>
    </w:p>
    <w:p>
      <w:r>
        <w:rPr>
          <w:b/>
        </w:rPr>
        <w:t xml:space="preserve">[1:14:50] </w:t>
      </w:r>
      <w:r>
        <w:t>How can we select our intellectual partner?</w:t>
      </w:r>
    </w:p>
    <w:p>
      <w:pPr>
        <w:jc w:val="right"/>
      </w:pPr>
      <w:r>
        <w:t>How can we select our intellectual partner?</w:t>
      </w:r>
    </w:p>
    <w:p>
      <w:r>
        <w:rPr>
          <w:b/>
        </w:rPr>
        <w:t xml:space="preserve">[1:14:55] </w:t>
      </w:r>
      <w:r>
        <w:t>Please advice." dekhen, yeh selection ki baat nahi hai, yeh banane ki baat hai.</w:t>
      </w:r>
    </w:p>
    <w:p>
      <w:pPr>
        <w:jc w:val="right"/>
      </w:pPr>
      <w:r>
        <w:t>Please advice." دیکھیں، یہ selection کی بات نہیں ہے، یہ بنانے کی بات ہے۔</w:t>
      </w:r>
    </w:p>
    <w:p>
      <w:r>
        <w:rPr>
          <w:b/>
        </w:rPr>
        <w:t xml:space="preserve">[1:15:00] </w:t>
      </w:r>
      <w:r>
        <w:t>har aurat aap ke liye intellectual partner ban sakti hai.</w:t>
      </w:r>
    </w:p>
    <w:p>
      <w:pPr>
        <w:jc w:val="right"/>
      </w:pPr>
      <w:r>
        <w:t>ہر عورت آپ کے لیے intellectual partner بن سکتی ہے۔</w:t>
      </w:r>
    </w:p>
    <w:p>
      <w:r>
        <w:rPr>
          <w:b/>
        </w:rPr>
        <w:t xml:space="preserve">[1:15:05] </w:t>
      </w:r>
      <w:r>
        <w:t>aisa nahi hai ke kuch hain, kuch nahi hain.</w:t>
      </w:r>
    </w:p>
    <w:p>
      <w:pPr>
        <w:jc w:val="right"/>
      </w:pPr>
      <w:r>
        <w:t>ایسا نہیں ہے کہ کچھ ہیں، کچھ نہیں ہیں۔</w:t>
      </w:r>
    </w:p>
    <w:p>
      <w:r>
        <w:rPr>
          <w:b/>
        </w:rPr>
        <w:t xml:space="preserve">[1:15:10] </w:t>
      </w:r>
      <w:r>
        <w:t>yeh selection ki baat nahi hai.</w:t>
      </w:r>
    </w:p>
    <w:p>
      <w:pPr>
        <w:jc w:val="right"/>
      </w:pPr>
      <w:r>
        <w:t>یہ selection کی بات نہیں ہے۔</w:t>
      </w:r>
    </w:p>
    <w:p>
      <w:r>
        <w:rPr>
          <w:b/>
        </w:rPr>
        <w:t xml:space="preserve">[1:15:16] </w:t>
      </w:r>
      <w:r>
        <w:t>aap ko, yani is ko apna intellectual partner banana hoga.</w:t>
      </w:r>
    </w:p>
    <w:p>
      <w:pPr>
        <w:jc w:val="right"/>
      </w:pPr>
      <w:r>
        <w:t>آپ کو، یعنی اس کو اپنا intellectual partner بنانا ہوگا۔</w:t>
      </w:r>
    </w:p>
    <w:p>
      <w:r>
        <w:rPr>
          <w:b/>
        </w:rPr>
        <w:t xml:space="preserve">[1:15:21] </w:t>
      </w:r>
      <w:r>
        <w:t>nahi banayenge to nahi banegi, banayenge to ban jayegi.</w:t>
      </w:r>
    </w:p>
    <w:p>
      <w:pPr>
        <w:jc w:val="right"/>
      </w:pPr>
      <w:r>
        <w:t>نہیں بنائیں گے تو نہیں بنے گی، بنائیں گے تو بن جائے گی۔</w:t>
      </w:r>
    </w:p>
    <w:p>
      <w:r>
        <w:rPr>
          <w:b/>
        </w:rPr>
        <w:t xml:space="preserve">[1:15:26] </w:t>
      </w:r>
      <w:r>
        <w:t>koi selection ka masla hi nahi hai.</w:t>
      </w:r>
    </w:p>
    <w:p>
      <w:pPr>
        <w:jc w:val="right"/>
      </w:pPr>
      <w:r>
        <w:t>کوئی selection کا مسئلہ ہی نہیں ہے۔</w:t>
      </w:r>
    </w:p>
    <w:p>
      <w:r>
        <w:rPr>
          <w:b/>
        </w:rPr>
        <w:t xml:space="preserve">[1:15:31] </w:t>
      </w:r>
      <w:r>
        <w:t>Allah taala ne har aurat ko, har mard ko perfect paida kiya.</w:t>
      </w:r>
    </w:p>
    <w:p>
      <w:pPr>
        <w:jc w:val="right"/>
      </w:pPr>
      <w:r>
        <w:t>اللہ تعالیٰ نے ہر عورت کو، ہر مرد کو perfect پیدا کیا۔</w:t>
      </w:r>
    </w:p>
    <w:p>
      <w:r>
        <w:rPr>
          <w:b/>
        </w:rPr>
        <w:t xml:space="preserve">[1:15:37] </w:t>
      </w:r>
      <w:r>
        <w:t>har aurat apni jagah perfect hai, har mard apni jagah perfect hai.</w:t>
      </w:r>
    </w:p>
    <w:p>
      <w:pPr>
        <w:jc w:val="right"/>
      </w:pPr>
      <w:r>
        <w:t>ہر عورت اپنی جگہ perfect ہے، ہر مرد اپنی جگہ perfect ہے۔</w:t>
      </w:r>
    </w:p>
    <w:p>
      <w:r>
        <w:rPr>
          <w:b/>
        </w:rPr>
        <w:t xml:space="preserve">[1:15:42] </w:t>
      </w:r>
      <w:r>
        <w:t>Hadees mein aata hai ke "kal yani insan paida hota hai fitrat par.</w:t>
      </w:r>
    </w:p>
    <w:p>
      <w:pPr>
        <w:jc w:val="right"/>
      </w:pPr>
      <w:r>
        <w:t>حدیث میں آتا ہے کہ "کل یعنی انسان پیدا ہوتا ہے فطرت پر۔</w:t>
      </w:r>
    </w:p>
    <w:p>
      <w:r>
        <w:rPr>
          <w:b/>
        </w:rPr>
        <w:t xml:space="preserve">[1:15:47] </w:t>
      </w:r>
      <w:r>
        <w:t>har aadmi mister nature hota hai, lekin mahaul mein is ko, yaani condition hoti hai aur kuch na</w:t>
      </w:r>
    </w:p>
    <w:p>
      <w:pPr>
        <w:jc w:val="right"/>
      </w:pPr>
      <w:r>
        <w:t>ہر آدمی mister nature ہوتا ہے، لیکن ماحول میں اس کو، یعنی condition ہوتی ہے اور کچھ نہ</w:t>
      </w:r>
    </w:p>
    <w:p>
      <w:r>
        <w:rPr>
          <w:b/>
        </w:rPr>
        <w:t xml:space="preserve">[1:15:52] </w:t>
      </w:r>
      <w:r>
        <w:t>kuch ho jata hai. " Maulana, yeh sawal kiya hai Dr. Farida Khanam ne Delhi se.</w:t>
      </w:r>
    </w:p>
    <w:p>
      <w:pPr>
        <w:jc w:val="right"/>
      </w:pPr>
      <w:r>
        <w:t>کچھ ہو جاتا ہے۔" مولانا، یہ سوال کیا ہے ڈاکٹر فریدہ خانم نے دلی سے۔</w:t>
      </w:r>
    </w:p>
    <w:p>
      <w:r>
        <w:rPr>
          <w:b/>
        </w:rPr>
        <w:t xml:space="preserve">[1:15:58] </w:t>
      </w:r>
      <w:r>
        <w:t>unhon ne likha hai ke "ikhtilaf is good, but often we see that ikhtilaf leads to extremism and violence.</w:t>
      </w:r>
    </w:p>
    <w:p>
      <w:pPr>
        <w:jc w:val="right"/>
      </w:pPr>
      <w:r>
        <w:t>انہوں نے لکھا ہے کہ "اختلاف is good، but often we see that اختلاف leads to extremism and violence۔</w:t>
      </w:r>
    </w:p>
    <w:p>
      <w:r>
        <w:rPr>
          <w:b/>
        </w:rPr>
        <w:t xml:space="preserve">[1:16:03] </w:t>
      </w:r>
      <w:r>
        <w:t>What is the solution to this problem?" meri to samajh mein yeh hai ke aadmi jaane ke ikhtilaf</w:t>
      </w:r>
    </w:p>
    <w:p>
      <w:pPr>
        <w:jc w:val="right"/>
      </w:pPr>
      <w:r>
        <w:t>What is the solution to this problem؟" میری تو سمجھ میں یہ ہے کہ آدمی جانے کہ اختلاف</w:t>
      </w:r>
    </w:p>
    <w:p>
      <w:r>
        <w:rPr>
          <w:b/>
        </w:rPr>
        <w:t xml:space="preserve">[1:16:08] </w:t>
      </w:r>
      <w:r>
        <w:t>jo hai, yeh law of nature ke tehat hota hai.</w:t>
      </w:r>
    </w:p>
    <w:p>
      <w:pPr>
        <w:jc w:val="right"/>
      </w:pPr>
      <w:r>
        <w:t>جو ہے، یہ law of nature کے تحت ہوتا ہے۔</w:t>
      </w:r>
    </w:p>
    <w:p>
      <w:r>
        <w:rPr>
          <w:b/>
        </w:rPr>
        <w:t xml:space="preserve">[1:16:13] </w:t>
      </w:r>
      <w:r>
        <w:t>yaani aadmi mukhtalif, yaani mental mind alag alag hota hai, logon ka taste alag alag hota hai.</w:t>
      </w:r>
    </w:p>
    <w:p>
      <w:pPr>
        <w:jc w:val="right"/>
      </w:pPr>
      <w:r>
        <w:t>یعنی آدمی مختلف، یعنی mental mind الگ الگ ہوتا ہے، لوگوں کا taste الگ الگ ہوتا ہے۔</w:t>
      </w:r>
    </w:p>
    <w:p>
      <w:r>
        <w:rPr>
          <w:b/>
        </w:rPr>
        <w:t xml:space="preserve">[1:16:19] </w:t>
      </w:r>
      <w:r>
        <w:t>to is ki wajah se aapas mein ikhtilafat paida hote hain.</w:t>
      </w:r>
    </w:p>
    <w:p>
      <w:pPr>
        <w:jc w:val="right"/>
      </w:pPr>
      <w:r>
        <w:t>تو اس کی وجہ سے آپس میں اختلافات پیدا ہوتے ہیں۔</w:t>
      </w:r>
    </w:p>
    <w:p>
      <w:r>
        <w:rPr>
          <w:b/>
        </w:rPr>
        <w:t xml:space="preserve">[1:16:24] </w:t>
      </w:r>
      <w:r>
        <w:t>to ikhtilafat jo hain, is liye hain taake hum exchange karein, taake hum apna intellectual development karein.</w:t>
      </w:r>
    </w:p>
    <w:p>
      <w:pPr>
        <w:jc w:val="right"/>
      </w:pPr>
      <w:r>
        <w:t>تو اختلافات جو ہیں، اس لیے ہیں تاکہ ہم exchange کریں، تاکہ ہم اپنا intellectual development کریں۔</w:t>
      </w:r>
    </w:p>
    <w:p>
      <w:r>
        <w:rPr>
          <w:b/>
        </w:rPr>
        <w:t xml:space="preserve">[1:16:29] </w:t>
      </w:r>
      <w:r>
        <w:t>yaani ikhtilaf ko hum aik aik aik mauqa samjhein apne zehni irtqa ka.</w:t>
      </w:r>
    </w:p>
    <w:p>
      <w:pPr>
        <w:jc w:val="right"/>
      </w:pPr>
      <w:r>
        <w:t>یعنی اختلاف کو ہم ایک ایک ایک موقع سمجھیں اپنے ذہنی ارتقاء کا۔</w:t>
      </w:r>
    </w:p>
    <w:p>
      <w:r>
        <w:rPr>
          <w:b/>
        </w:rPr>
        <w:t xml:space="preserve">[1:16:34] </w:t>
      </w:r>
      <w:r>
        <w:t>main to yahi sochta hoon.</w:t>
      </w:r>
    </w:p>
    <w:p>
      <w:pPr>
        <w:jc w:val="right"/>
      </w:pPr>
      <w:r>
        <w:t>میں تو یہی سوچتا ہوں۔</w:t>
      </w:r>
    </w:p>
    <w:p>
      <w:r>
        <w:rPr>
          <w:b/>
        </w:rPr>
        <w:t xml:space="preserve">[1:16:40] </w:t>
      </w:r>
      <w:r>
        <w:t>Okay, so we will end this session.</w:t>
      </w:r>
    </w:p>
    <w:p>
      <w:pPr>
        <w:jc w:val="right"/>
      </w:pPr>
      <w:r>
        <w:t>اوکے، so we will end this session.</w:t>
      </w:r>
    </w:p>
    <w:p>
      <w:r>
        <w:rPr>
          <w:b/>
        </w:rPr>
        <w:t xml:space="preserve">[1:16:45] </w:t>
      </w:r>
      <w:r>
        <w:t>One announcement: as you know that the Delhi Dawa Field team is doing Dawa work at Delhi Book</w:t>
      </w:r>
    </w:p>
    <w:p>
      <w:pPr>
        <w:jc w:val="right"/>
      </w:pPr>
      <w:r>
        <w:t>One announcement: as you know that the Delhi Dawa Field team is doing Dawa work at Delhi Book</w:t>
      </w:r>
    </w:p>
    <w:p>
      <w:r>
        <w:rPr>
          <w:b/>
        </w:rPr>
        <w:t xml:space="preserve">[1:16:50] </w:t>
      </w:r>
      <w:r>
        <w:t>Fair, which is being held at Pragati Medan.</w:t>
      </w:r>
    </w:p>
    <w:p>
      <w:pPr>
        <w:jc w:val="right"/>
      </w:pPr>
      <w:r>
        <w:t>Fair, which is being held at Pragati Medan.</w:t>
      </w:r>
    </w:p>
    <w:p>
      <w:r>
        <w:rPr>
          <w:b/>
        </w:rPr>
        <w:t xml:space="preserve">[1:16:55] </w:t>
      </w:r>
      <w:r>
        <w:t>So today is the last day.</w:t>
      </w:r>
    </w:p>
    <w:p>
      <w:pPr>
        <w:jc w:val="right"/>
      </w:pPr>
      <w:r>
        <w:t>So today is the last day.</w:t>
      </w:r>
    </w:p>
    <w:p>
      <w:r>
        <w:rPr>
          <w:b/>
        </w:rPr>
        <w:t xml:space="preserve">[1:17:01] </w:t>
      </w:r>
      <w:r>
        <w:t>If anyone of you wants to volunteer and join the Dawa Field team, then that person can stay back and talk to Mr. Anas and Dr. Pradhan. Thank you.</w:t>
      </w:r>
    </w:p>
    <w:p>
      <w:pPr>
        <w:jc w:val="right"/>
      </w:pPr>
      <w:r>
        <w:t>If anyone of you wants to volunteer and join the Dawa Field team, then that person can stay back and talk to Mr. Anas and Dr. Pradhan.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