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Concept of Jihad in Islam September 7, 2014</w:t>
      </w:r>
    </w:p>
    <w:p>
      <w:r>
        <w:t>https://www.youtube.com/watch?v=GnKBYM8HbuQ</w:t>
      </w:r>
    </w:p>
    <w:p>
      <w:r>
        <w:rPr>
          <w:b/>
        </w:rPr>
        <w:t xml:space="preserve">[00:19]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[00:25]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[00:31] </w:t>
      </w:r>
      <w:r>
        <w:t>Rabbi shrahli sadri wa yassirli amri, wahlul uqdatam mil lisani yafqahu qawli.</w:t>
      </w:r>
    </w:p>
    <w:p>
      <w:pPr>
        <w:jc w:val="right"/>
      </w:pPr>
      <w:r>
        <w:t>رب اشرح لی صدری ویسر لی امری، واحل العقدۃ من لسانی یفقہ قولی۔</w:t>
      </w:r>
    </w:p>
    <w:p>
      <w:r>
        <w:rPr>
          <w:b/>
        </w:rPr>
        <w:t xml:space="preserve">[00:37] </w:t>
      </w:r>
      <w:r>
        <w:t>7 September 2014.</w:t>
      </w:r>
    </w:p>
    <w:p>
      <w:pPr>
        <w:jc w:val="right"/>
      </w:pPr>
      <w:r>
        <w:t>7 ستمبر 2014۔</w:t>
      </w:r>
    </w:p>
    <w:p>
      <w:r>
        <w:rPr>
          <w:b/>
        </w:rPr>
        <w:t xml:space="preserve">[00:43] </w:t>
      </w:r>
      <w:r>
        <w:t>Aam taur par yeh samjha jata hai ke Islam aik form ka naam hai.</w:t>
      </w:r>
    </w:p>
    <w:p>
      <w:pPr>
        <w:jc w:val="right"/>
      </w:pPr>
      <w:r>
        <w:t>عام طور پر یہ سمجھا جاتا ہے کہ اسلام ایک فارم کا نام ہے۔</w:t>
      </w:r>
    </w:p>
    <w:p>
      <w:r>
        <w:rPr>
          <w:b/>
        </w:rPr>
        <w:t xml:space="preserve">[00:50] </w:t>
      </w:r>
      <w:r>
        <w:t>aik form hai, is ko dohra dijiye to Islam ho gaya.</w:t>
      </w:r>
    </w:p>
    <w:p>
      <w:pPr>
        <w:jc w:val="right"/>
      </w:pPr>
      <w:r>
        <w:t>ایک فارم ہے، اس کو دہرا دیجیے تو اسلام ہو گیا۔</w:t>
      </w:r>
    </w:p>
    <w:p>
      <w:r>
        <w:rPr>
          <w:b/>
        </w:rPr>
        <w:t xml:space="preserve">[00:56] </w:t>
      </w:r>
      <w:r>
        <w:t>kuch log samajhte hain ke Islam naam hai aik political form ka.</w:t>
      </w:r>
    </w:p>
    <w:p>
      <w:pPr>
        <w:jc w:val="right"/>
      </w:pPr>
      <w:r>
        <w:t>کچھ لوگ سمجھتے ہیں کہ اسلام نام ہے ایک پولیٹیکل فارم کا۔</w:t>
      </w:r>
    </w:p>
    <w:p>
      <w:r>
        <w:rPr>
          <w:b/>
        </w:rPr>
        <w:t xml:space="preserve">[01:02] </w:t>
      </w:r>
      <w:r>
        <w:t>kuch log samajhte hain ke Islam naam hai aik cultural form ka.</w:t>
      </w:r>
    </w:p>
    <w:p>
      <w:pPr>
        <w:jc w:val="right"/>
      </w:pPr>
      <w:r>
        <w:t>کچھ لوگ سمجھتے ہیں کہ اسلام نام ہے ایک کلچرل فارم کا۔</w:t>
      </w:r>
    </w:p>
    <w:p>
      <w:r>
        <w:rPr>
          <w:b/>
        </w:rPr>
        <w:t xml:space="preserve">[01:08] </w:t>
      </w:r>
      <w:r>
        <w:t>kuch log samajhte hain ke Islam naam hai aik religious form ka.</w:t>
      </w:r>
    </w:p>
    <w:p>
      <w:pPr>
        <w:jc w:val="right"/>
      </w:pPr>
      <w:r>
        <w:t>کچھ لوگ سمجھتے ہیں کہ اسلام نام ہے ایک ریلیجیس فارم کا۔</w:t>
      </w:r>
    </w:p>
    <w:p>
      <w:r>
        <w:rPr>
          <w:b/>
        </w:rPr>
        <w:t xml:space="preserve">[01:14] </w:t>
      </w:r>
      <w:r>
        <w:t>aisi har aik Islam ki tasweer banai hui hai lekin sab ki tasweerein form based hain.</w:t>
      </w:r>
    </w:p>
    <w:p>
      <w:pPr>
        <w:jc w:val="right"/>
      </w:pPr>
      <w:r>
        <w:t>ایسی ہر ایک اسلام کی تصویر بنائی ہوئی ہے لیکن سب کی تصویریں فارم بیسڈ ہیں۔</w:t>
      </w:r>
    </w:p>
    <w:p>
      <w:r>
        <w:rPr>
          <w:b/>
        </w:rPr>
        <w:t xml:space="preserve">[01:21] </w:t>
      </w:r>
      <w:r>
        <w:t>magar yeh Islam nahi hai.</w:t>
      </w:r>
    </w:p>
    <w:p>
      <w:pPr>
        <w:jc w:val="right"/>
      </w:pPr>
      <w:r>
        <w:t>مگر یہ اسلام نہیں ہے۔</w:t>
      </w:r>
    </w:p>
    <w:p>
      <w:r>
        <w:rPr>
          <w:b/>
        </w:rPr>
        <w:t xml:space="preserve">[01:27] </w:t>
      </w:r>
      <w:r>
        <w:t>rizwan ne farmaya tha ke altaqvi haan hona.</w:t>
      </w:r>
    </w:p>
    <w:p>
      <w:pPr>
        <w:jc w:val="right"/>
      </w:pPr>
      <w:r>
        <w:t>رضوان نے فرمایا تھا کہ التقویٰ ہاں ہونا۔</w:t>
      </w:r>
    </w:p>
    <w:p>
      <w:r>
        <w:rPr>
          <w:b/>
        </w:rPr>
        <w:t xml:space="preserve">[01:33] </w:t>
      </w:r>
      <w:r>
        <w:t>altaqvi dil mein hota hai.</w:t>
      </w:r>
    </w:p>
    <w:p>
      <w:pPr>
        <w:jc w:val="right"/>
      </w:pPr>
      <w:r>
        <w:t>تقویٰ دل میں ہوتا ہے۔</w:t>
      </w:r>
    </w:p>
    <w:p>
      <w:r>
        <w:rPr>
          <w:b/>
        </w:rPr>
        <w:t xml:space="preserve">[01:39] </w:t>
      </w:r>
      <w:r>
        <w:t>yani aap ki soch, aap ki thinking yeh hai aisi cheez jo aap ko ek muslim banati hai.</w:t>
      </w:r>
    </w:p>
    <w:p>
      <w:pPr>
        <w:jc w:val="right"/>
      </w:pPr>
      <w:r>
        <w:t>یعنی آپ کی سوچ، آپ کی تھنکنگ یہ ہے ایسی چیز جو آپ کو ایک مسلم بناتی ہے۔</w:t>
      </w:r>
    </w:p>
    <w:p>
      <w:r>
        <w:rPr>
          <w:b/>
        </w:rPr>
        <w:t xml:space="preserve">[01:45] </w:t>
      </w:r>
      <w:r>
        <w:t>to dekhen, soch ke bare mein yani tadabbur aur tafakkur maamle mein sab se zyada ahmiyat jis cheez</w:t>
      </w:r>
    </w:p>
    <w:p>
      <w:pPr>
        <w:jc w:val="right"/>
      </w:pPr>
      <w:r>
        <w:t>تو دیکھیں، سوچ کے بارے میں یعنی تدبر اور تفکر معاملے میں سب سے زیادہ اہمیت جس چیز</w:t>
      </w:r>
    </w:p>
    <w:p>
      <w:r>
        <w:rPr>
          <w:b/>
        </w:rPr>
        <w:t xml:space="preserve">[01:52] </w:t>
      </w:r>
      <w:r>
        <w:t>ki hai woh hai toosam.</w:t>
      </w:r>
    </w:p>
    <w:p>
      <w:pPr>
        <w:jc w:val="right"/>
      </w:pPr>
      <w:r>
        <w:t>کی ہے وہ ہے توسم۔</w:t>
      </w:r>
    </w:p>
    <w:p>
      <w:r>
        <w:rPr>
          <w:b/>
        </w:rPr>
        <w:t xml:space="preserve">[01:58] </w:t>
      </w:r>
      <w:r>
        <w:t>innal fi zalika la yata'allul mutawassimeen toosam ki sifat jo hai wohi aap ke andar momin wali personality banati hai.</w:t>
      </w:r>
    </w:p>
    <w:p>
      <w:pPr>
        <w:jc w:val="right"/>
      </w:pPr>
      <w:r>
        <w:t>إِنَّ فِي ذَلِكَ لَا يَعْتِلِّ الْمُتَوَسِّمِينَ توسم کی صفت جو ہے وہی آپ کے اندر مومن والی پرسنیلٹی بناتی ہے۔</w:t>
      </w:r>
    </w:p>
    <w:p>
      <w:r>
        <w:rPr>
          <w:b/>
        </w:rPr>
        <w:t xml:space="preserve">[02:04] </w:t>
      </w:r>
      <w:r>
        <w:t>toosam ka matlab hota hai to draw a religious lesson from a non-religious experience dekhen, religion aap ke</w:t>
      </w:r>
    </w:p>
    <w:p>
      <w:pPr>
        <w:jc w:val="right"/>
      </w:pPr>
      <w:r>
        <w:t>توسم کا مطلب ہوتا ہے to draw a religious lesson from a non-religious experience دیکھیں، ریلیجن آپ کے</w:t>
      </w:r>
    </w:p>
    <w:p>
      <w:r>
        <w:rPr>
          <w:b/>
        </w:rPr>
        <w:t xml:space="preserve">[02:10] </w:t>
      </w:r>
      <w:r>
        <w:t>mind mein hai, rasool Allah ne farmaya ke dil mein hai.</w:t>
      </w:r>
    </w:p>
    <w:p>
      <w:pPr>
        <w:jc w:val="right"/>
      </w:pPr>
      <w:r>
        <w:t>مائنڈ میں ہے، رسول اللہ نے فرمایا کہ دل میں ہے۔</w:t>
      </w:r>
    </w:p>
    <w:p>
      <w:r>
        <w:rPr>
          <w:b/>
        </w:rPr>
        <w:t xml:space="preserve">[02:17] </w:t>
      </w:r>
      <w:r>
        <w:t>to bahar ki duniya hai, woh to saari material hai, woh non religious hai.</w:t>
      </w:r>
    </w:p>
    <w:p>
      <w:pPr>
        <w:jc w:val="right"/>
      </w:pPr>
      <w:r>
        <w:t>تو باہر کی دنیا ہے، وہ تو ساری مٹیریل ہے، وہ نان ریلیجیس ہے۔</w:t>
      </w:r>
    </w:p>
    <w:p>
      <w:r>
        <w:rPr>
          <w:b/>
        </w:rPr>
        <w:t xml:space="preserve">[02:23] </w:t>
      </w:r>
      <w:r>
        <w:t>jo quran mein hai ke wa rizqu rabbika khairun to yeh rizq kahan se lete hain hum? isi material cheezon se.</w:t>
      </w:r>
    </w:p>
    <w:p>
      <w:pPr>
        <w:jc w:val="right"/>
      </w:pPr>
      <w:r>
        <w:t>جو قرآن میں ہے کہ وَرِزْقُ رَبِّكَ خَيْرٌ تو یہ رزق کہاں سے لیتے ہیں ہم؟ اسی مٹیریل چیزوں سے۔</w:t>
      </w:r>
    </w:p>
    <w:p>
      <w:r>
        <w:rPr>
          <w:b/>
        </w:rPr>
        <w:t xml:space="preserve">[02:29] </w:t>
      </w:r>
      <w:r>
        <w:t>material world jo hamare charon taraf hai, is se hum divine rizq lete hain to wohi rizq rabb hai.</w:t>
      </w:r>
    </w:p>
    <w:p>
      <w:pPr>
        <w:jc w:val="right"/>
      </w:pPr>
      <w:r>
        <w:t>مٹیریل ورلڈ جو ہمارے چاروں طرف ہے، اس سے ہم ڈیوائن رزق لیتے ہیں تو وہی رزق رب ہے۔</w:t>
      </w:r>
    </w:p>
    <w:p>
      <w:r>
        <w:rPr>
          <w:b/>
        </w:rPr>
        <w:t xml:space="preserve">[02:35] </w:t>
      </w:r>
      <w:r>
        <w:t>to mein is ki ek misaal deta hoon ke isi se sara deen aap samajhte hain, isi se</w:t>
      </w:r>
    </w:p>
    <w:p>
      <w:pPr>
        <w:jc w:val="right"/>
      </w:pPr>
      <w:r>
        <w:t>تو میں اس کی ایک مثال دیتا ہوں کہ اسی سے سارا دین آپ سمجھتے ہیں، اسی سے</w:t>
      </w:r>
    </w:p>
    <w:p>
      <w:r>
        <w:rPr>
          <w:b/>
        </w:rPr>
        <w:t xml:space="preserve">[02:41] </w:t>
      </w:r>
      <w:r>
        <w:t>saari shakhsiyat banti hai aap ki aur isi se aap ke andar muzakka personality banti hai.</w:t>
      </w:r>
    </w:p>
    <w:p>
      <w:pPr>
        <w:jc w:val="right"/>
      </w:pPr>
      <w:r>
        <w:t>ساری شخصیت بنتی ہے آپ کی اور اسی سے آپ کے اندر مذکا پرسنیلٹی بنتی ہے۔</w:t>
      </w:r>
    </w:p>
    <w:p>
      <w:r>
        <w:rPr>
          <w:b/>
        </w:rPr>
        <w:t xml:space="preserve">[02:48] </w:t>
      </w:r>
      <w:r>
        <w:t>in saari cheezon ka inhisaar isi par hai ke aap ke andar toosam ki sifat ho.</w:t>
      </w:r>
    </w:p>
    <w:p>
      <w:pPr>
        <w:jc w:val="right"/>
      </w:pPr>
      <w:r>
        <w:t>ان ساری چیزوں کا انحصار اسی پر ہے کہ آپ کے اندر توسم کی صفت ہو۔</w:t>
      </w:r>
    </w:p>
    <w:p>
      <w:r>
        <w:rPr>
          <w:b/>
        </w:rPr>
        <w:t xml:space="preserve">[02:54] </w:t>
      </w:r>
      <w:r>
        <w:t>jis cheez ko mein kaha karta hoon ke mind ka trigger hona woh kya hai? woh toosam hi to hai.</w:t>
      </w:r>
    </w:p>
    <w:p>
      <w:pPr>
        <w:jc w:val="right"/>
      </w:pPr>
      <w:r>
        <w:t>جس چیز کو میں کہا کرتا ہوں کہ مائنڈ کا ٹریگر ہونا وہ کیا ہے؟ وہ توسم ہی تو ہے۔</w:t>
      </w:r>
    </w:p>
    <w:p>
      <w:r>
        <w:rPr>
          <w:b/>
        </w:rPr>
        <w:t xml:space="preserve">[03:00] </w:t>
      </w:r>
      <w:r>
        <w:t>kya aap ko koi tajruba guzra, koi cheez dekhi aap ne? to woh initially to woh ek material</w:t>
      </w:r>
    </w:p>
    <w:p>
      <w:pPr>
        <w:jc w:val="right"/>
      </w:pPr>
      <w:r>
        <w:t>کیا آپ کو کوئی تجربہ گزرا، کوئی چیز دیکھی آپ نے؟ تو وہ انیشلی تو وہ ایک مٹیریل</w:t>
      </w:r>
    </w:p>
    <w:p>
      <w:r>
        <w:rPr>
          <w:b/>
        </w:rPr>
        <w:t xml:space="preserve">[03:06] </w:t>
      </w:r>
      <w:r>
        <w:t>experience tha, material observation tha lekin is se aap ka mind trigger hua.</w:t>
      </w:r>
    </w:p>
    <w:p>
      <w:pPr>
        <w:jc w:val="right"/>
      </w:pPr>
      <w:r>
        <w:t>ایکسپیرینس تھا، مٹیریل آبزرویشن تھا لیکن اس سے آپ کا مائنڈ ٹریگر ہوا۔</w:t>
      </w:r>
    </w:p>
    <w:p>
      <w:r>
        <w:rPr>
          <w:b/>
        </w:rPr>
        <w:t xml:space="preserve">[03:12] </w:t>
      </w:r>
      <w:r>
        <w:t>trigger ho kar ke aap ko ek bohat bari baat samajh mein aa gayi.</w:t>
      </w:r>
    </w:p>
    <w:p>
      <w:pPr>
        <w:jc w:val="right"/>
      </w:pPr>
      <w:r>
        <w:t>ٹریگر ہو کر کے آپ کو ایک بہت بڑی بات سمجھ میں آگئی۔</w:t>
      </w:r>
    </w:p>
    <w:p>
      <w:r>
        <w:rPr>
          <w:b/>
        </w:rPr>
        <w:t xml:space="preserve">[03:19] </w:t>
      </w:r>
      <w:r>
        <w:t>to ek mein apna ek tajruba arz karta hoon is silsile mein.</w:t>
      </w:r>
    </w:p>
    <w:p>
      <w:pPr>
        <w:jc w:val="right"/>
      </w:pPr>
      <w:r>
        <w:t>تو ایک میں اپنا ایک تجربہ عرض کرتا ہوں اس سلسلے میں۔</w:t>
      </w:r>
    </w:p>
    <w:p>
      <w:r>
        <w:rPr>
          <w:b/>
        </w:rPr>
        <w:t xml:space="preserve">[03:25] </w:t>
      </w:r>
      <w:r>
        <w:t>mein all india radio sun raha tha.</w:t>
      </w:r>
    </w:p>
    <w:p>
      <w:pPr>
        <w:jc w:val="right"/>
      </w:pPr>
      <w:r>
        <w:t>میں آل انڈیا ریڈیو سن رہا تھا۔</w:t>
      </w:r>
    </w:p>
    <w:p>
      <w:r>
        <w:rPr>
          <w:b/>
        </w:rPr>
        <w:t xml:space="preserve">[03:31] </w:t>
      </w:r>
      <w:r>
        <w:t>all india radio par ek shakhs bata raha tha mahatma gandhi ke bare mein.</w:t>
      </w:r>
    </w:p>
    <w:p>
      <w:pPr>
        <w:jc w:val="right"/>
      </w:pPr>
      <w:r>
        <w:t>آل انڈیا ریڈیو پر ایک شخص بتا رہا تھا مہاتما گاندھی کے بارے میں۔</w:t>
      </w:r>
    </w:p>
    <w:p>
      <w:r>
        <w:rPr>
          <w:b/>
        </w:rPr>
        <w:t xml:space="preserve">[03:37] </w:t>
      </w:r>
      <w:r>
        <w:t>to mahatma gandhi ke bare mein batate hue us ne do term istemal keen.</w:t>
      </w:r>
    </w:p>
    <w:p>
      <w:pPr>
        <w:jc w:val="right"/>
      </w:pPr>
      <w:r>
        <w:t>تو مہاتما گاندھی کے بارے میں بتاتے ہوئے اس نے دو ٹرم استعمال کیں۔</w:t>
      </w:r>
    </w:p>
    <w:p>
      <w:r>
        <w:rPr>
          <w:b/>
        </w:rPr>
        <w:t xml:space="preserve">[03:44] </w:t>
      </w:r>
      <w:r>
        <w:t>do term yani mahatma gandhi ne apni zindagi mein do term istemal kiye the.</w:t>
      </w:r>
    </w:p>
    <w:p>
      <w:pPr>
        <w:jc w:val="right"/>
      </w:pPr>
      <w:r>
        <w:t>دو ٹرم یعنی مہاتما گاندھی نے اپنی زندگی میں دو ٹرم استعمال کیے تھے۔</w:t>
      </w:r>
    </w:p>
    <w:p>
      <w:r>
        <w:rPr>
          <w:b/>
        </w:rPr>
        <w:t xml:space="preserve">[03:50] </w:t>
      </w:r>
      <w:r>
        <w:t>ek tha civil disobedience aur doosra tha national rule.</w:t>
      </w:r>
    </w:p>
    <w:p>
      <w:pPr>
        <w:jc w:val="right"/>
      </w:pPr>
      <w:r>
        <w:t>ایک تھا سول ڈس اوبیڈینس اور دوسرا تھا نیشنل رول۔</w:t>
      </w:r>
    </w:p>
    <w:p>
      <w:r>
        <w:rPr>
          <w:b/>
        </w:rPr>
        <w:t xml:space="preserve">[03:56] </w:t>
      </w:r>
      <w:r>
        <w:t>civil disobedience ka matlab tha urdu mein kehte the is ko civil nafarmani yani qanoon ko todna.</w:t>
      </w:r>
    </w:p>
    <w:p>
      <w:pPr>
        <w:jc w:val="right"/>
      </w:pPr>
      <w:r>
        <w:t>سول ڈس اوبیڈینس کا مطلب تھا اردو میں کہتے تھے اس کو سول نافرمانی یعنی قانون کو توڑنا۔</w:t>
      </w:r>
    </w:p>
    <w:p>
      <w:r>
        <w:rPr>
          <w:b/>
        </w:rPr>
        <w:t xml:space="preserve">[04:02] </w:t>
      </w:r>
      <w:r>
        <w:t>british period ke zamane mein is ka izhaar karne ke liye ke hum tumhari hukumat ko nahi mante,</w:t>
      </w:r>
    </w:p>
    <w:p>
      <w:pPr>
        <w:jc w:val="right"/>
      </w:pPr>
      <w:r>
        <w:t>برٹش پیریڈ کے زمانے میں اس کا اظہار کرنے کے لیے کہ ہم تمہاری حکومت کو نہیں مانتے،</w:t>
      </w:r>
    </w:p>
    <w:p>
      <w:r>
        <w:rPr>
          <w:b/>
        </w:rPr>
        <w:t xml:space="preserve">[04:08] </w:t>
      </w:r>
      <w:r>
        <w:t>tum hamare dais se nikal jao, quit india.</w:t>
      </w:r>
    </w:p>
    <w:p>
      <w:pPr>
        <w:jc w:val="right"/>
      </w:pPr>
      <w:r>
        <w:t>تم ہمارے دیس سے نکل جاؤ، کوئٹ انڈیا۔</w:t>
      </w:r>
    </w:p>
    <w:p>
      <w:r>
        <w:rPr>
          <w:b/>
        </w:rPr>
        <w:t xml:space="preserve">[04:15] </w:t>
      </w:r>
      <w:r>
        <w:t>is ka ek alamati waqia yeh tha ke kuch qanoon ko log todte the is zamane mein, jise</w:t>
      </w:r>
    </w:p>
    <w:p>
      <w:pPr>
        <w:jc w:val="right"/>
      </w:pPr>
      <w:r>
        <w:t>اس کا ایک علامتی واقعہ یہ تھا کہ کچھ قانون کو لوگ توڑتے تھے اس زمانے میں، جسے</w:t>
      </w:r>
    </w:p>
    <w:p>
      <w:r>
        <w:rPr>
          <w:b/>
        </w:rPr>
        <w:t xml:space="preserve">[04:21] </w:t>
      </w:r>
      <w:r>
        <w:t>khud Mahatma Gandhi ne dandi march kiya tha.</w:t>
      </w:r>
    </w:p>
    <w:p>
      <w:pPr>
        <w:jc w:val="right"/>
      </w:pPr>
      <w:r>
        <w:t>خود مہاتما گاندھی نے ڈاڈی مارچ کیا تھا۔</w:t>
      </w:r>
    </w:p>
    <w:p>
      <w:r>
        <w:rPr>
          <w:b/>
        </w:rPr>
        <w:t xml:space="preserve">[04:27] </w:t>
      </w:r>
      <w:r>
        <w:t>dandi march kiya tha, woh ek qanoon ko todna.</w:t>
      </w:r>
    </w:p>
    <w:p>
      <w:pPr>
        <w:jc w:val="right"/>
      </w:pPr>
      <w:r>
        <w:t>ڈاڈی مارچ کیا تھا، وہ ایک قانون کو توڑنا۔</w:t>
      </w:r>
    </w:p>
    <w:p>
      <w:r>
        <w:rPr>
          <w:b/>
        </w:rPr>
        <w:t xml:space="preserve">[04:33] </w:t>
      </w:r>
      <w:r>
        <w:t>yeh tha civil disobedience.</w:t>
      </w:r>
    </w:p>
    <w:p>
      <w:pPr>
        <w:jc w:val="right"/>
      </w:pPr>
      <w:r>
        <w:t>یہ تھا سول ڈس اوبیڈینس۔</w:t>
      </w:r>
    </w:p>
    <w:p>
      <w:r>
        <w:rPr>
          <w:b/>
        </w:rPr>
        <w:t xml:space="preserve">[04:39] </w:t>
      </w:r>
      <w:r>
        <w:t>doosri cheez thi national rule.</w:t>
      </w:r>
    </w:p>
    <w:p>
      <w:pPr>
        <w:jc w:val="right"/>
      </w:pPr>
      <w:r>
        <w:t>دوسری چیز تھی نیشنل رول۔</w:t>
      </w:r>
    </w:p>
    <w:p>
      <w:r>
        <w:rPr>
          <w:b/>
        </w:rPr>
        <w:t xml:space="preserve">[04:46] </w:t>
      </w:r>
      <w:r>
        <w:t>yani Mahatma Gandhi kehte the ke hamare dais mein british rule nahi hona chahiye.</w:t>
      </w:r>
    </w:p>
    <w:p>
      <w:pPr>
        <w:jc w:val="right"/>
      </w:pPr>
      <w:r>
        <w:t>یعنی مہاتما گاندھی کہتے تھے کہ ہمارے دیس میں برٹش رول نہیں ہونا چاہیے۔</w:t>
      </w:r>
    </w:p>
    <w:p>
      <w:r>
        <w:rPr>
          <w:b/>
        </w:rPr>
        <w:t xml:space="preserve">[04:52] </w:t>
      </w:r>
      <w:r>
        <w:t>yahan par indian jo hain woh khud apni hukumat banayein, woh khud apni self rule karein is mulk mein.</w:t>
      </w:r>
    </w:p>
    <w:p>
      <w:pPr>
        <w:jc w:val="right"/>
      </w:pPr>
      <w:r>
        <w:t>یہاں پر انڈین جو ہیں وہ خود اپنی حکومت بنائیں، وہ خود اپنی خود رول کریں اس ملک میں۔</w:t>
      </w:r>
    </w:p>
    <w:p>
      <w:r>
        <w:rPr>
          <w:b/>
        </w:rPr>
        <w:t xml:space="preserve">[04:58] </w:t>
      </w:r>
      <w:r>
        <w:t>to yeh tha national rule.</w:t>
      </w:r>
    </w:p>
    <w:p>
      <w:pPr>
        <w:jc w:val="right"/>
      </w:pPr>
      <w:r>
        <w:t>تو یہ تھا نیشنل رول۔</w:t>
      </w:r>
    </w:p>
    <w:p>
      <w:r>
        <w:rPr>
          <w:b/>
        </w:rPr>
        <w:t xml:space="preserve">[05:04] </w:t>
      </w:r>
      <w:r>
        <w:t>to do term lekin dono term ki hesiyat aisa nahi thi.</w:t>
      </w:r>
    </w:p>
    <w:p>
      <w:pPr>
        <w:jc w:val="right"/>
      </w:pPr>
      <w:r>
        <w:t>تو دو ٹرم لیکن دونوں ٹرم کی حیثیت ایسا نہیں تھی۔</w:t>
      </w:r>
    </w:p>
    <w:p>
      <w:r>
        <w:rPr>
          <w:b/>
        </w:rPr>
        <w:t xml:space="preserve">[05:11] </w:t>
      </w:r>
      <w:r>
        <w:t>yani civil disobedience ek temporary order, waqti aur arzi.</w:t>
      </w:r>
    </w:p>
    <w:p>
      <w:pPr>
        <w:jc w:val="right"/>
      </w:pPr>
      <w:r>
        <w:t>یعنی سول ڈس اوبیڈینس ایک ٹیمپریری آرڈر، وقتی اور عارضی۔</w:t>
      </w:r>
    </w:p>
    <w:p>
      <w:r>
        <w:rPr>
          <w:b/>
        </w:rPr>
        <w:t xml:space="preserve">[05:17] </w:t>
      </w:r>
      <w:r>
        <w:t>lekin national rule jo tha woh mustaqil tha, woh permanent tha.</w:t>
      </w:r>
    </w:p>
    <w:p>
      <w:pPr>
        <w:jc w:val="right"/>
      </w:pPr>
      <w:r>
        <w:t>لیکن نیشنل رول جو تھا وہ مستقل تھا، وہ پرماننٹ تھا۔</w:t>
      </w:r>
    </w:p>
    <w:p>
      <w:r>
        <w:rPr>
          <w:b/>
        </w:rPr>
        <w:t xml:space="preserve">[05:23] </w:t>
      </w:r>
      <w:r>
        <w:t>civil disobedience ka aaj koi relevance nahi hai.</w:t>
      </w:r>
    </w:p>
    <w:p>
      <w:pPr>
        <w:jc w:val="right"/>
      </w:pPr>
      <w:r>
        <w:t>سول ڈس اوبیڈینس کا آج کوئی ریلیونس نہیں ہے۔</w:t>
      </w:r>
    </w:p>
    <w:p>
      <w:r>
        <w:rPr>
          <w:b/>
        </w:rPr>
        <w:t xml:space="preserve">[05:29] </w:t>
      </w:r>
      <w:r>
        <w:t>aaj koi nahi kahega ke qanoon ko todo.</w:t>
      </w:r>
    </w:p>
    <w:p>
      <w:pPr>
        <w:jc w:val="right"/>
      </w:pPr>
      <w:r>
        <w:t>آج کوئی نہیں کہے گا کہ قانون کو توڑو۔</w:t>
      </w:r>
    </w:p>
    <w:p>
      <w:r>
        <w:rPr>
          <w:b/>
        </w:rPr>
        <w:t xml:space="preserve">[05:35] </w:t>
      </w:r>
      <w:r>
        <w:t>woh british period ke liye tha woh.</w:t>
      </w:r>
    </w:p>
    <w:p>
      <w:pPr>
        <w:jc w:val="right"/>
      </w:pPr>
      <w:r>
        <w:t>وہ برٹش پیریڈ کے لیے تھا وہ۔</w:t>
      </w:r>
    </w:p>
    <w:p>
      <w:r>
        <w:rPr>
          <w:b/>
        </w:rPr>
        <w:t xml:space="preserve">[05:42] </w:t>
      </w:r>
      <w:r>
        <w:t>aaj to wahi hai ke national rule banayein, national interest ke mutabiq hukumat yahan banayein.</w:t>
      </w:r>
    </w:p>
    <w:p>
      <w:pPr>
        <w:jc w:val="right"/>
      </w:pPr>
      <w:r>
        <w:t>آج تو وہی ہے کہ نیشنل رول بناؤ، نیشنل انٹرسٹ کے مطابق حکومت یہاں بناؤ۔</w:t>
      </w:r>
    </w:p>
    <w:p>
      <w:r>
        <w:rPr>
          <w:b/>
        </w:rPr>
        <w:t xml:space="preserve">[05:48] </w:t>
      </w:r>
      <w:r>
        <w:t>aaj ka to yeh hai.</w:t>
      </w:r>
    </w:p>
    <w:p>
      <w:pPr>
        <w:jc w:val="right"/>
      </w:pPr>
      <w:r>
        <w:t>آج کا تو یہ ہے۔</w:t>
      </w:r>
    </w:p>
    <w:p>
      <w:r>
        <w:rPr>
          <w:b/>
        </w:rPr>
        <w:t xml:space="preserve">[05:54] </w:t>
      </w:r>
      <w:r>
        <w:t>to bazahir Mahatma Gandhi do term bole the, civil disobedience aur national rule.</w:t>
      </w:r>
    </w:p>
    <w:p>
      <w:pPr>
        <w:jc w:val="right"/>
      </w:pPr>
      <w:r>
        <w:t>تو بظاہر مہاتما گاندھی دو ٹرم بولے تھے، سول ڈس اوبیڈینس اور نیشنل رول۔</w:t>
      </w:r>
    </w:p>
    <w:p>
      <w:r>
        <w:rPr>
          <w:b/>
        </w:rPr>
        <w:t xml:space="preserve">[06:00] </w:t>
      </w:r>
      <w:r>
        <w:t>magar dono ki hesiyat alag alag thi.</w:t>
      </w:r>
    </w:p>
    <w:p>
      <w:pPr>
        <w:jc w:val="right"/>
      </w:pPr>
      <w:r>
        <w:t>مگر دونوں کی حیثیت الگ الگ تھی۔</w:t>
      </w:r>
    </w:p>
    <w:p>
      <w:r>
        <w:rPr>
          <w:b/>
        </w:rPr>
        <w:t xml:space="preserve">[06:06] </w:t>
      </w:r>
      <w:r>
        <w:t>civil disobedience tha ek temporary term aur national rule tha ek permanent term.</w:t>
      </w:r>
    </w:p>
    <w:p>
      <w:pPr>
        <w:jc w:val="right"/>
      </w:pPr>
      <w:r>
        <w:t>سول ڈس اوبیڈینس تھا ایک ٹیمپریری ٹرم اور نیشنل رول تھا ایک پرماننٹ ٹرم۔</w:t>
      </w:r>
    </w:p>
    <w:p>
      <w:r>
        <w:rPr>
          <w:b/>
        </w:rPr>
        <w:t xml:space="preserve">[06:13] </w:t>
      </w:r>
      <w:r>
        <w:t>dekhein, yeh jo maine suna to maine socha ke yeh Mahatma Gandhi ki movement ki baat</w:t>
      </w:r>
    </w:p>
    <w:p>
      <w:pPr>
        <w:jc w:val="right"/>
      </w:pPr>
      <w:r>
        <w:t>دیکھیں، یہ جو میں نے سنا تو میں نے سوچا کہ یہ مہاتما گاندھی کی موومنٹ کی بات</w:t>
      </w:r>
    </w:p>
    <w:p>
      <w:r>
        <w:rPr>
          <w:b/>
        </w:rPr>
        <w:t xml:space="preserve">[06:19] </w:t>
      </w:r>
      <w:r>
        <w:t>nahi hai, yeh khilaf nature hai.</w:t>
      </w:r>
    </w:p>
    <w:p>
      <w:pPr>
        <w:jc w:val="right"/>
      </w:pPr>
      <w:r>
        <w:t>نہیں ہے، یہ خلاف نیچر ہے۔</w:t>
      </w:r>
    </w:p>
    <w:p>
      <w:r>
        <w:rPr>
          <w:b/>
        </w:rPr>
        <w:t xml:space="preserve">[06:25] </w:t>
      </w:r>
      <w:r>
        <w:t>har movement mein aisa hi hoga, har mission mein aisa hi hoga.</w:t>
      </w:r>
    </w:p>
    <w:p>
      <w:pPr>
        <w:jc w:val="right"/>
      </w:pPr>
      <w:r>
        <w:t>ہر موومنٹ میں ایسا ہی ہوگا، ہر مشن میں ایسا ہی ہوگا۔</w:t>
      </w:r>
    </w:p>
    <w:p>
      <w:r>
        <w:rPr>
          <w:b/>
        </w:rPr>
        <w:t xml:space="preserve">[06:31] </w:t>
      </w:r>
      <w:r>
        <w:t>chahe political mission ho, Islamic mission ho, koi bhi mission ho, is mein kuch cheezein temporary rahegi,</w:t>
      </w:r>
    </w:p>
    <w:p>
      <w:pPr>
        <w:jc w:val="right"/>
      </w:pPr>
      <w:r>
        <w:t>چاہے پولیٹیکل مشن ہو، اسلامک مشن ہو، کوئی بھی مشن ہو، اس میں کچھ چیزیں ٹیمپریری رہیں گی،</w:t>
      </w:r>
    </w:p>
    <w:p>
      <w:r>
        <w:rPr>
          <w:b/>
        </w:rPr>
        <w:t xml:space="preserve">[06:38] </w:t>
      </w:r>
      <w:r>
        <w:t>kuch cheezen aisi hongi jo permanent hongi.</w:t>
      </w:r>
    </w:p>
    <w:p>
      <w:pPr>
        <w:jc w:val="right"/>
      </w:pPr>
      <w:r>
        <w:t>کچھ چیزیں ایسی ہوں گی جو پرماننٹ ہوں گی۔</w:t>
      </w:r>
    </w:p>
    <w:p>
      <w:r>
        <w:rPr>
          <w:b/>
        </w:rPr>
        <w:t xml:space="preserve">[06:44] </w:t>
      </w:r>
      <w:r>
        <w:t>is farq ko na samjhen agar hum aur aaj hum chalayen India mein civil disobedience to bilkul</w:t>
      </w:r>
    </w:p>
    <w:p>
      <w:pPr>
        <w:jc w:val="right"/>
      </w:pPr>
      <w:r>
        <w:t>اس فرق کو نہ سمجھیں اگر ہم اور آج ہم چلائیں انڈیا میں سول ڈس اوبیڈینس تو بالکل</w:t>
      </w:r>
    </w:p>
    <w:p>
      <w:r>
        <w:rPr>
          <w:b/>
        </w:rPr>
        <w:t xml:space="preserve">[06:50] </w:t>
      </w:r>
      <w:r>
        <w:t>yani aik institute baat hogi.</w:t>
      </w:r>
    </w:p>
    <w:p>
      <w:pPr>
        <w:jc w:val="right"/>
      </w:pPr>
      <w:r>
        <w:t>یعنی ایک انسٹیٹیوٹ بات ہوگی۔</w:t>
      </w:r>
    </w:p>
    <w:p>
      <w:r>
        <w:rPr>
          <w:b/>
        </w:rPr>
        <w:t xml:space="preserve">[06:56] </w:t>
      </w:r>
      <w:r>
        <w:t>kyunke aaj civil disobedience ka koi relevance nahi hai.</w:t>
      </w:r>
    </w:p>
    <w:p>
      <w:pPr>
        <w:jc w:val="right"/>
      </w:pPr>
      <w:r>
        <w:t>کیونکہ آج سول ڈس اوبیڈینس کا کوئی ریلیونس نہیں ہے۔</w:t>
      </w:r>
    </w:p>
    <w:p>
      <w:r>
        <w:rPr>
          <w:b/>
        </w:rPr>
        <w:t xml:space="preserve">[07:02] </w:t>
      </w:r>
      <w:r>
        <w:t>aise hi mamla Islam ka hai.</w:t>
      </w:r>
    </w:p>
    <w:p>
      <w:pPr>
        <w:jc w:val="right"/>
      </w:pPr>
      <w:r>
        <w:t>ایسے ہی معاملہ اسلام کا ہے۔</w:t>
      </w:r>
    </w:p>
    <w:p>
      <w:r>
        <w:rPr>
          <w:b/>
        </w:rPr>
        <w:t xml:space="preserve">[07:09] </w:t>
      </w:r>
      <w:r>
        <w:t>dekhen, aap Quran ko parhen to aap ko Quran mein do tasawwur milenge.</w:t>
      </w:r>
    </w:p>
    <w:p>
      <w:pPr>
        <w:jc w:val="right"/>
      </w:pPr>
      <w:r>
        <w:t>دیکھیں، آپ قرآن کو پڑھیں تو آپ کو قرآن میں دو تصور ملیں گے۔</w:t>
      </w:r>
    </w:p>
    <w:p>
      <w:r>
        <w:rPr>
          <w:b/>
        </w:rPr>
        <w:t xml:space="preserve">[07:15] </w:t>
      </w:r>
      <w:r>
        <w:t>aik jihad bil Quran وَجَاهِدُهُمْ بِهِ جَهَاداً كَبِيرًا Quran ke zariye bara jihad karo.</w:t>
      </w:r>
    </w:p>
    <w:p>
      <w:pPr>
        <w:jc w:val="right"/>
      </w:pPr>
      <w:r>
        <w:t>ایک جہاد بالقرآن وَجَاهِدُهُمْ بِهِ جَهَاداً كَبِيرًا قرآن کے ذریعے بڑا جہاد کرو۔</w:t>
      </w:r>
    </w:p>
    <w:p>
      <w:r>
        <w:rPr>
          <w:b/>
        </w:rPr>
        <w:t xml:space="preserve">[07:21] </w:t>
      </w:r>
      <w:r>
        <w:t>yani Quran ki jo ideology hai, us ko le kar peaceful dua work karo.</w:t>
      </w:r>
    </w:p>
    <w:p>
      <w:pPr>
        <w:jc w:val="right"/>
      </w:pPr>
      <w:r>
        <w:t>یعنی قرآن کی جو آئیڈیالوجی ہے، اس کو لے کر پیس فل دعا ورک کرو۔</w:t>
      </w:r>
    </w:p>
    <w:p>
      <w:r>
        <w:rPr>
          <w:b/>
        </w:rPr>
        <w:t xml:space="preserve">[07:27] </w:t>
      </w:r>
      <w:r>
        <w:t>Quran ki ideology ki buniyad par peaceful dua work yeh hai وَجَاهِدُهُمْ بِهِ جَهَاداً كَبِيرًا yeh hai jihad bil Quran.</w:t>
      </w:r>
    </w:p>
    <w:p>
      <w:pPr>
        <w:jc w:val="right"/>
      </w:pPr>
      <w:r>
        <w:t>قرآن کی آئیڈیالوجی کی بنیاد پر پیس فل دعا ورک یہ ہے وَجَاهِدُهُمْ بِهِ جَهَاداً كَبِيرًا یہ ہے جہاد بالقرآن۔</w:t>
      </w:r>
    </w:p>
    <w:p>
      <w:r>
        <w:rPr>
          <w:b/>
        </w:rPr>
        <w:t xml:space="preserve">[07:33] </w:t>
      </w:r>
      <w:r>
        <w:t>doosra hai jihad bis Saif, talwar ke zariye jihad.</w:t>
      </w:r>
    </w:p>
    <w:p>
      <w:pPr>
        <w:jc w:val="right"/>
      </w:pPr>
      <w:r>
        <w:t>دوسرا ہے جہاد بالسيف، تلوار کے ذریعے جہاد۔</w:t>
      </w:r>
    </w:p>
    <w:p>
      <w:r>
        <w:rPr>
          <w:b/>
        </w:rPr>
        <w:t xml:space="preserve">[07:40] </w:t>
      </w:r>
      <w:r>
        <w:t>yeh bhi Quran mein mention hai.</w:t>
      </w:r>
    </w:p>
    <w:p>
      <w:pPr>
        <w:jc w:val="right"/>
      </w:pPr>
      <w:r>
        <w:t>یہ بھی قرآن میں مینشن ہے۔</w:t>
      </w:r>
    </w:p>
    <w:p>
      <w:r>
        <w:rPr>
          <w:b/>
        </w:rPr>
        <w:t xml:space="preserve">[07:46] </w:t>
      </w:r>
      <w:r>
        <w:t>misalan Quran ki ayat hai ke woh وَقَاتِلُوهُمْ حَتَّىٰ لَا تَكُونَ فِتْنَةٌ jang karo yahan tak ke fitna</w:t>
      </w:r>
    </w:p>
    <w:p>
      <w:pPr>
        <w:jc w:val="right"/>
      </w:pPr>
      <w:r>
        <w:t>مثلاً قرآن کی آیت ہے کہ وہ وَقَاتِلُوهُمْ حَتَّىٰ لَا تَكُونَ فِتْنَةٌ جنگ کرو یہاں تک کہ فتنہ</w:t>
      </w:r>
    </w:p>
    <w:p>
      <w:r>
        <w:rPr>
          <w:b/>
        </w:rPr>
        <w:t xml:space="preserve">[07:52] </w:t>
      </w:r>
      <w:r>
        <w:t>baqi na rahe.</w:t>
      </w:r>
    </w:p>
    <w:p>
      <w:pPr>
        <w:jc w:val="right"/>
      </w:pPr>
      <w:r>
        <w:t>باقی نہ رہے۔</w:t>
      </w:r>
    </w:p>
    <w:p>
      <w:r>
        <w:rPr>
          <w:b/>
        </w:rPr>
        <w:t xml:space="preserve">[07:58] </w:t>
      </w:r>
      <w:r>
        <w:t>aap ghor kijiye ke jang to talwar se hoti hai.</w:t>
      </w:r>
    </w:p>
    <w:p>
      <w:pPr>
        <w:jc w:val="right"/>
      </w:pPr>
      <w:r>
        <w:t>آپ غور کیجیے کہ جنگ تو تلوار سے ہوتی ہے۔</w:t>
      </w:r>
    </w:p>
    <w:p>
      <w:r>
        <w:rPr>
          <w:b/>
        </w:rPr>
        <w:t xml:space="preserve">[08:04] </w:t>
      </w:r>
      <w:r>
        <w:t>to yahan par jihad se murad hai jihad bis Saif.</w:t>
      </w:r>
    </w:p>
    <w:p>
      <w:pPr>
        <w:jc w:val="right"/>
      </w:pPr>
      <w:r>
        <w:t>تو یہاں پر جہاد سے مراد ہے جہاد بالسيف۔</w:t>
      </w:r>
    </w:p>
    <w:p>
      <w:r>
        <w:rPr>
          <w:b/>
        </w:rPr>
        <w:t xml:space="preserve">[08:11] </w:t>
      </w:r>
      <w:r>
        <w:t>to aik hai jihad bil Quran, aik hai jihad bis Saif.</w:t>
      </w:r>
    </w:p>
    <w:p>
      <w:pPr>
        <w:jc w:val="right"/>
      </w:pPr>
      <w:r>
        <w:t>تو ایک ہے جہاد بالقرآن، ایک ہے جہاد بالسيف۔</w:t>
      </w:r>
    </w:p>
    <w:p>
      <w:r>
        <w:rPr>
          <w:b/>
        </w:rPr>
        <w:t xml:space="preserve">[08:17] </w:t>
      </w:r>
      <w:r>
        <w:t>bazahir to dono term istemal hui hain Quran o Hadees mein lekin dono ki hesiyat aik sa nahi hai.</w:t>
      </w:r>
    </w:p>
    <w:p>
      <w:pPr>
        <w:jc w:val="right"/>
      </w:pPr>
      <w:r>
        <w:t>بظاہر تو دونوں ٹرم استعمال ہوئی ہیں قرآن و حدیث میں لیکن دونوں کی حیثیت ایک سا نہیں ہے۔</w:t>
      </w:r>
    </w:p>
    <w:p>
      <w:r>
        <w:rPr>
          <w:b/>
        </w:rPr>
        <w:t xml:space="preserve">[08:23] </w:t>
      </w:r>
      <w:r>
        <w:t>dono ki hesiyat aik sa nahi hai.</w:t>
      </w:r>
    </w:p>
    <w:p>
      <w:pPr>
        <w:jc w:val="right"/>
      </w:pPr>
      <w:r>
        <w:t>دونوں کی حیثیت ایک سا نہیں ہے۔</w:t>
      </w:r>
    </w:p>
    <w:p>
      <w:r>
        <w:rPr>
          <w:b/>
        </w:rPr>
        <w:t xml:space="preserve">[08:29] </w:t>
      </w:r>
      <w:r>
        <w:t>jihad bis Saif aik temporary term hai, aik temporary target hai.</w:t>
      </w:r>
    </w:p>
    <w:p>
      <w:pPr>
        <w:jc w:val="right"/>
      </w:pPr>
      <w:r>
        <w:t>جہاد بالسيف ایک ٹیمپریری ٹرم ہے، ایک ٹیمپریری ٹارگٹ ہے۔</w:t>
      </w:r>
    </w:p>
    <w:p>
      <w:r>
        <w:rPr>
          <w:b/>
        </w:rPr>
        <w:t xml:space="preserve">[08:36] </w:t>
      </w:r>
      <w:r>
        <w:t>jabke jihad bil Quran permanent target hai.</w:t>
      </w:r>
    </w:p>
    <w:p>
      <w:pPr>
        <w:jc w:val="right"/>
      </w:pPr>
      <w:r>
        <w:t>جبکہ جہاد بالقرآن پرماننٹ ٹارگٹ ہے۔</w:t>
      </w:r>
    </w:p>
    <w:p>
      <w:r>
        <w:rPr>
          <w:b/>
        </w:rPr>
        <w:t xml:space="preserve">[08:42] </w:t>
      </w:r>
      <w:r>
        <w:t>yani jihad bis Saif waqti taur par karna tha.</w:t>
      </w:r>
    </w:p>
    <w:p>
      <w:pPr>
        <w:jc w:val="right"/>
      </w:pPr>
      <w:r>
        <w:t>یعنی جہاد بالسيف وقتی طور پر کرنا تھا۔</w:t>
      </w:r>
    </w:p>
    <w:p>
      <w:r>
        <w:rPr>
          <w:b/>
        </w:rPr>
        <w:t xml:space="preserve">[08:48] </w:t>
      </w:r>
      <w:r>
        <w:t>kyunke dekhen, ayat ko parhiye aap وَقَاتِلُوهُمْ حَتَّىٰ لَا تَكُونَ فِتْنَةٌ jang karo us waqt tak jab tak</w:t>
      </w:r>
    </w:p>
    <w:p>
      <w:pPr>
        <w:jc w:val="right"/>
      </w:pPr>
      <w:r>
        <w:t>کیونکہ دیکھیں، آیت کو پڑھیے آپ وَقَاتِلُوهُمْ حَتَّىٰ لَا تَكُونَ فِتْنَةٌ جنگ کرو اس وقت تک جب تک</w:t>
      </w:r>
    </w:p>
    <w:p>
      <w:r>
        <w:rPr>
          <w:b/>
        </w:rPr>
        <w:t xml:space="preserve">[08:54] </w:t>
      </w:r>
      <w:r>
        <w:t>fitna khatam ho jaye.</w:t>
      </w:r>
    </w:p>
    <w:p>
      <w:pPr>
        <w:jc w:val="right"/>
      </w:pPr>
      <w:r>
        <w:t>فتنہ ختم ہو جائے۔</w:t>
      </w:r>
    </w:p>
    <w:p>
      <w:r>
        <w:rPr>
          <w:b/>
        </w:rPr>
        <w:t xml:space="preserve">[09:00] </w:t>
      </w:r>
      <w:r>
        <w:t>to fitna khatam to jang bhi khatam.</w:t>
      </w:r>
    </w:p>
    <w:p>
      <w:pPr>
        <w:jc w:val="right"/>
      </w:pPr>
      <w:r>
        <w:t>تو فتنہ ختم تو جنگ بھی ختم۔</w:t>
      </w:r>
    </w:p>
    <w:p>
      <w:r>
        <w:rPr>
          <w:b/>
        </w:rPr>
        <w:t xml:space="preserve">[09:07] </w:t>
      </w:r>
      <w:r>
        <w:t>is ke alfaaz par ghor kijiye aap وَقَاتِلُوهُمْ حَتَّىٰ لَا تَكُونَ فِتْنَةٌ jab fitna khatam hua to jang</w:t>
      </w:r>
    </w:p>
    <w:p>
      <w:pPr>
        <w:jc w:val="right"/>
      </w:pPr>
      <w:r>
        <w:t>اس کے الفاظ پر غور کیجیے آپ وَقَاتِلُوهُمْ حَتَّىٰ لَا تَكُونَ فِتْنَةٌ جب فتنہ ختم ہوا تو جنگ</w:t>
      </w:r>
    </w:p>
    <w:p>
      <w:r>
        <w:rPr>
          <w:b/>
        </w:rPr>
        <w:t xml:space="preserve">[09:13] </w:t>
      </w:r>
      <w:r>
        <w:t>bhi khatm ho gai.</w:t>
      </w:r>
    </w:p>
    <w:p>
      <w:pPr>
        <w:jc w:val="right"/>
      </w:pPr>
      <w:r>
        <w:t>بھی ختم ہو گئی۔</w:t>
      </w:r>
    </w:p>
    <w:p>
      <w:r>
        <w:rPr>
          <w:b/>
        </w:rPr>
        <w:t xml:space="preserve">[09:19] </w:t>
      </w:r>
      <w:r>
        <w:t>is ka matlab hai ke jihad bis saif aik temporary target hai, permanent nahi hai.</w:t>
      </w:r>
    </w:p>
    <w:p>
      <w:pPr>
        <w:jc w:val="right"/>
      </w:pPr>
      <w:r>
        <w:t>اس کا مطلب ہے کہ جہاد بالسيف ایک ٹیمپریری ٹارگٹ ہے، پرماننٹ نہیں ہے۔</w:t>
      </w:r>
    </w:p>
    <w:p>
      <w:r>
        <w:rPr>
          <w:b/>
        </w:rPr>
        <w:t xml:space="preserve">[09:25] </w:t>
      </w:r>
      <w:r>
        <w:t>acha, is ke bar aks jihad bil quran jo hai, is ko aap dekhiye.</w:t>
      </w:r>
    </w:p>
    <w:p>
      <w:pPr>
        <w:jc w:val="right"/>
      </w:pPr>
      <w:r>
        <w:t>اچھا، اس کے برعکس جہاد بالقرآن جو ہے، اس کو آپ دیکھیے۔</w:t>
      </w:r>
    </w:p>
    <w:p>
      <w:r>
        <w:rPr>
          <w:b/>
        </w:rPr>
        <w:t xml:space="preserve">[09:31] </w:t>
      </w:r>
      <w:r>
        <w:t>to quran zinda hai to quran ka jo jihad hai, wo bhi zinda rahe ga.</w:t>
      </w:r>
    </w:p>
    <w:p>
      <w:pPr>
        <w:jc w:val="right"/>
      </w:pPr>
      <w:r>
        <w:t>تو قرآن زندہ ہے تو قرآن کا جو جہاد ہے، وہ بھی زندہ رہے گا۔</w:t>
      </w:r>
    </w:p>
    <w:p>
      <w:r>
        <w:rPr>
          <w:b/>
        </w:rPr>
        <w:t xml:space="preserve">[09:38] </w:t>
      </w:r>
      <w:r>
        <w:t>yani peaceful dua work quran ki ideology ki base par yeh hamesha zinda rahe ga.</w:t>
      </w:r>
    </w:p>
    <w:p>
      <w:pPr>
        <w:jc w:val="right"/>
      </w:pPr>
      <w:r>
        <w:t>یعنی پیس فل دعا ورک قرآن کی آئیڈیالوجی کی بیس پر یہ ہمیشہ زندہ رہے گا۔</w:t>
      </w:r>
    </w:p>
    <w:p>
      <w:r>
        <w:rPr>
          <w:b/>
        </w:rPr>
        <w:t xml:space="preserve">[09:44] </w:t>
      </w:r>
      <w:r>
        <w:t>wo aik permanent cheez hai.</w:t>
      </w:r>
    </w:p>
    <w:p>
      <w:pPr>
        <w:jc w:val="right"/>
      </w:pPr>
      <w:r>
        <w:t>وہ ایک پرماننٹ چیز ہے۔</w:t>
      </w:r>
    </w:p>
    <w:p>
      <w:r>
        <w:rPr>
          <w:b/>
        </w:rPr>
        <w:t xml:space="preserve">[09:50] </w:t>
      </w:r>
      <w:r>
        <w:t>jihad bis saif aik temporary term hai aur jihad bil quran aik permanent term hai.</w:t>
      </w:r>
    </w:p>
    <w:p>
      <w:pPr>
        <w:jc w:val="right"/>
      </w:pPr>
      <w:r>
        <w:t>جہاد بالسيف ایک ٹیمپریری ٹرم ہے اور جہاد بالقرآن ایک پرماننٹ ٹرم ہے۔</w:t>
      </w:r>
    </w:p>
    <w:p>
      <w:r>
        <w:rPr>
          <w:b/>
        </w:rPr>
        <w:t xml:space="preserve">[09:56] </w:t>
      </w:r>
      <w:r>
        <w:t>ab mein aap ko aik hadith sunata hoon.</w:t>
      </w:r>
    </w:p>
    <w:p>
      <w:pPr>
        <w:jc w:val="right"/>
      </w:pPr>
      <w:r>
        <w:t>اب میں آپ کو ایک حدیث سناتا ہوں۔</w:t>
      </w:r>
    </w:p>
    <w:p>
      <w:r>
        <w:rPr>
          <w:b/>
        </w:rPr>
        <w:t xml:space="preserve">[10:03] </w:t>
      </w:r>
      <w:r>
        <w:t>aik hadith mukhtalif kitabon mein aai hai.</w:t>
      </w:r>
    </w:p>
    <w:p>
      <w:pPr>
        <w:jc w:val="right"/>
      </w:pPr>
      <w:r>
        <w:t>ایک حدیث کی مختلف کتابوں میں آئی ہے۔</w:t>
      </w:r>
    </w:p>
    <w:p>
      <w:r>
        <w:rPr>
          <w:b/>
        </w:rPr>
        <w:t xml:space="preserve">[10:09] </w:t>
      </w:r>
      <w:r>
        <w:t>is mein yeh hai ke al jihadu madun ila yaumil qiyamah jihad jari rahe ga qayamat tak.</w:t>
      </w:r>
    </w:p>
    <w:p>
      <w:pPr>
        <w:jc w:val="right"/>
      </w:pPr>
      <w:r>
        <w:t>اس میں یہ ہے کہ الْجَهَادُ مَادٍ إِلَىٰ يَوْمِ الْقِيَامَةِ جہاد جاری رہے گا قیامت تک۔</w:t>
      </w:r>
    </w:p>
    <w:p>
      <w:r>
        <w:rPr>
          <w:b/>
        </w:rPr>
        <w:t xml:space="preserve">[10:15] </w:t>
      </w:r>
      <w:r>
        <w:t>lekin yahan par jihad ka lafz jihad bis saif ke mani mein nahi hai.</w:t>
      </w:r>
    </w:p>
    <w:p>
      <w:pPr>
        <w:jc w:val="right"/>
      </w:pPr>
      <w:r>
        <w:t>لیکن یہاں پر جہاد کا لفظ جہاد بالسيف کے معنی میں نہیں ہے۔</w:t>
      </w:r>
    </w:p>
    <w:p>
      <w:r>
        <w:rPr>
          <w:b/>
        </w:rPr>
        <w:t xml:space="preserve">[10:21] </w:t>
      </w:r>
      <w:r>
        <w:t>yani talwar ka jihad qayamat tak jari rahe ga, yeh matlab nahi hai is ka.</w:t>
      </w:r>
    </w:p>
    <w:p>
      <w:pPr>
        <w:jc w:val="right"/>
      </w:pPr>
      <w:r>
        <w:t>یعنی تلوار کا جہاد قیامت تک جاری رہے گا، یہ مطلب نہیں ہے اس کا۔</w:t>
      </w:r>
    </w:p>
    <w:p>
      <w:r>
        <w:rPr>
          <w:b/>
        </w:rPr>
        <w:t xml:space="preserve">[10:27] </w:t>
      </w:r>
      <w:r>
        <w:t>yahan is se murad hai jihad bil quran.</w:t>
      </w:r>
    </w:p>
    <w:p>
      <w:pPr>
        <w:jc w:val="right"/>
      </w:pPr>
      <w:r>
        <w:t>یہاں اس سے مراد ہے جہاد بالقرآن۔</w:t>
      </w:r>
    </w:p>
    <w:p>
      <w:r>
        <w:rPr>
          <w:b/>
        </w:rPr>
        <w:t xml:space="preserve">[10:34] </w:t>
      </w:r>
      <w:r>
        <w:t>yani peaceful dua work.</w:t>
      </w:r>
    </w:p>
    <w:p>
      <w:pPr>
        <w:jc w:val="right"/>
      </w:pPr>
      <w:r>
        <w:t>یعنی پیس فل دعا ورک۔</w:t>
      </w:r>
    </w:p>
    <w:p>
      <w:r>
        <w:rPr>
          <w:b/>
        </w:rPr>
        <w:t xml:space="preserve">[10:40] </w:t>
      </w:r>
      <w:r>
        <w:t>is ka saboot isi hadith mein maujood hai.</w:t>
      </w:r>
    </w:p>
    <w:p>
      <w:pPr>
        <w:jc w:val="right"/>
      </w:pPr>
      <w:r>
        <w:t>اس کا ثبوت اسی حدیث میں موجود ہے۔</w:t>
      </w:r>
    </w:p>
    <w:p>
      <w:r>
        <w:rPr>
          <w:b/>
        </w:rPr>
        <w:t xml:space="preserve">[10:46] </w:t>
      </w:r>
      <w:r>
        <w:t>kyun ke hadith mein dekhein, do aisay qareenay maujood hain.</w:t>
      </w:r>
    </w:p>
    <w:p>
      <w:pPr>
        <w:jc w:val="right"/>
      </w:pPr>
      <w:r>
        <w:t>کیونکہ حدیث میں دیکھیں، دو ایسے قرینے موجود ہیں۔</w:t>
      </w:r>
    </w:p>
    <w:p>
      <w:r>
        <w:rPr>
          <w:b/>
        </w:rPr>
        <w:t xml:space="preserve">[10:52] </w:t>
      </w:r>
      <w:r>
        <w:t>pehla yeh hai ke hadith mein yeh lafz hai ke muz ba'sa allahu muhammadan us waqt se jab</w:t>
      </w:r>
    </w:p>
    <w:p>
      <w:pPr>
        <w:jc w:val="right"/>
      </w:pPr>
      <w:r>
        <w:t>پہلا یہ ہے کہ حدیث میں یہ لفظ ہے کہ مُذْ بَعْثَ اللَّهُ مُحَمَّدًا اس وقت سے جب</w:t>
      </w:r>
    </w:p>
    <w:p>
      <w:r>
        <w:rPr>
          <w:b/>
        </w:rPr>
        <w:t xml:space="preserve">[10:58] </w:t>
      </w:r>
      <w:r>
        <w:t>ke Allah ne Muhammad ko dunya mein bheja.</w:t>
      </w:r>
    </w:p>
    <w:p>
      <w:pPr>
        <w:jc w:val="right"/>
      </w:pPr>
      <w:r>
        <w:t>کہ اللہ نے محمد کو دنیا میں بھیجا۔</w:t>
      </w:r>
    </w:p>
    <w:p>
      <w:r>
        <w:rPr>
          <w:b/>
        </w:rPr>
        <w:t xml:space="preserve">[11:05] </w:t>
      </w:r>
      <w:r>
        <w:t>matlab hai ke rasool Allah (SAW) jab dunya mein aaye aur rasool ki hesiyat se</w:t>
      </w:r>
    </w:p>
    <w:p>
      <w:pPr>
        <w:jc w:val="right"/>
      </w:pPr>
      <w:r>
        <w:t>مطلب ہے کہ رسول اللہ صلى الله عليه وسلم جب دنیا میں آئے اور رسول کی حیثیت سے</w:t>
      </w:r>
    </w:p>
    <w:p>
      <w:r>
        <w:rPr>
          <w:b/>
        </w:rPr>
        <w:t xml:space="preserve">[11:11] </w:t>
      </w:r>
      <w:r>
        <w:t>isi waqt jihad bil quran shuru ho gaya.</w:t>
      </w:r>
    </w:p>
    <w:p>
      <w:pPr>
        <w:jc w:val="right"/>
      </w:pPr>
      <w:r>
        <w:t>اسی وقت جہاد بالقرآن شروع ہو گیا۔</w:t>
      </w:r>
    </w:p>
    <w:p>
      <w:r>
        <w:rPr>
          <w:b/>
        </w:rPr>
        <w:t xml:space="preserve">[11:17] </w:t>
      </w:r>
      <w:r>
        <w:t>aur phir is mein doosra lafz jo hai, wo yeh hai ke hadith mein ke adil ka adl</w:t>
      </w:r>
    </w:p>
    <w:p>
      <w:pPr>
        <w:jc w:val="right"/>
      </w:pPr>
      <w:r>
        <w:t>اور پھر اس میں دوسرا لفظ جو ہے، وہ یہ ہے کہ حدیث میں کہ عادل کا عدل</w:t>
      </w:r>
    </w:p>
    <w:p>
      <w:r>
        <w:rPr>
          <w:b/>
        </w:rPr>
        <w:t xml:space="preserve">[11:23] </w:t>
      </w:r>
      <w:r>
        <w:t>bhi is jihad ko khatm nahi kare ga.</w:t>
      </w:r>
    </w:p>
    <w:p>
      <w:pPr>
        <w:jc w:val="right"/>
      </w:pPr>
      <w:r>
        <w:t>بھی اس جہاد کو ختم نہیں کرے گا۔</w:t>
      </w:r>
    </w:p>
    <w:p>
      <w:r>
        <w:rPr>
          <w:b/>
        </w:rPr>
        <w:t xml:space="preserve">[11:30] </w:t>
      </w:r>
      <w:r>
        <w:t>to saleh ka agar aik hakim adil hai, wo justice phaila raha hai to aap us ko talwar</w:t>
      </w:r>
    </w:p>
    <w:p>
      <w:pPr>
        <w:jc w:val="right"/>
      </w:pPr>
      <w:r>
        <w:t>تو صالح کا اگر ایک حاکم عادل ہے، وہ جسٹس پھیلا رہا ہے تو آپ اس کو تلوار</w:t>
      </w:r>
    </w:p>
    <w:p>
      <w:r>
        <w:rPr>
          <w:b/>
        </w:rPr>
        <w:t xml:space="preserve">[11:36] </w:t>
      </w:r>
      <w:r>
        <w:t>marein ge? is ko kis liye aap us ko talwar marein ge? aik hukmaran jo adil hai aur</w:t>
      </w:r>
    </w:p>
    <w:p>
      <w:pPr>
        <w:jc w:val="right"/>
      </w:pPr>
      <w:r>
        <w:t>ماریں گے؟ اس کو کس لئے آپ اس کو تلوار ماریں گے؟ ایک حکمران جو عادل ہے اور</w:t>
      </w:r>
    </w:p>
    <w:p>
      <w:r>
        <w:rPr>
          <w:b/>
        </w:rPr>
        <w:t xml:space="preserve">[11:42] </w:t>
      </w:r>
      <w:r>
        <w:t>justice ka insaaf ke tareeqay par wo hukoomat kar raha hai, to is se aap talwarein chalayein ge?</w:t>
      </w:r>
    </w:p>
    <w:p>
      <w:pPr>
        <w:jc w:val="right"/>
      </w:pPr>
      <w:r>
        <w:t>جسٹس کا انصاف کے طریقے پر وہ حکومت کر رہا ہے، تو اس سے آپ تلواریں چلائیں گے؟</w:t>
      </w:r>
    </w:p>
    <w:p>
      <w:r>
        <w:rPr>
          <w:b/>
        </w:rPr>
        <w:t xml:space="preserve">[11:48] </w:t>
      </w:r>
      <w:r>
        <w:t>woh to yeh do qareene is hadith mein maujood hain.</w:t>
      </w:r>
    </w:p>
    <w:p>
      <w:pPr>
        <w:jc w:val="right"/>
      </w:pPr>
      <w:r>
        <w:t>وہ تو یہ دو قرینے اس حدیث میں موجود ہیں۔</w:t>
      </w:r>
    </w:p>
    <w:p>
      <w:r>
        <w:rPr>
          <w:b/>
        </w:rPr>
        <w:t xml:space="preserve">[11:54] </w:t>
      </w:r>
      <w:r>
        <w:t>is se maloom hota hai ke yahan par jihad bis saif murad nahin hai.</w:t>
      </w:r>
    </w:p>
    <w:p>
      <w:pPr>
        <w:jc w:val="right"/>
      </w:pPr>
      <w:r>
        <w:t>اس سے معلوم ہوتا ہے کہ یہاں پر جہاد بالسيف مراد نہیں ہے۔</w:t>
      </w:r>
    </w:p>
    <w:p>
      <w:r>
        <w:rPr>
          <w:b/>
        </w:rPr>
        <w:t xml:space="preserve">[12:01] </w:t>
      </w:r>
      <w:r>
        <w:t>kyunke dekhen, rasool Allah ki ba'sat ke waqt hi yeh jihad shuru ho gaya.</w:t>
      </w:r>
    </w:p>
    <w:p>
      <w:pPr>
        <w:jc w:val="right"/>
      </w:pPr>
      <w:r>
        <w:t>کیونکہ دیکھیں، رسول اللہ کی بعثت کے وقت ہی یہ جہاد شروع ہو گیا۔</w:t>
      </w:r>
    </w:p>
    <w:p>
      <w:r>
        <w:rPr>
          <w:b/>
        </w:rPr>
        <w:t xml:space="preserve">[12:07] </w:t>
      </w:r>
      <w:r>
        <w:t>to rasool Allah ba'sat ke baad terah saal tak thay Makkah mein.</w:t>
      </w:r>
    </w:p>
    <w:p>
      <w:pPr>
        <w:jc w:val="right"/>
      </w:pPr>
      <w:r>
        <w:t>تو رسول اللہ بعثت کے بعد تیرہ سال تک تھے مکہ میں۔</w:t>
      </w:r>
    </w:p>
    <w:p>
      <w:r>
        <w:rPr>
          <w:b/>
        </w:rPr>
        <w:t xml:space="preserve">[12:13] </w:t>
      </w:r>
      <w:r>
        <w:t>to kya terah saal ke douran aap ne jihad bis saif kiya tha? Terah saal tak aap ne jihad</w:t>
      </w:r>
    </w:p>
    <w:p>
      <w:pPr>
        <w:jc w:val="right"/>
      </w:pPr>
      <w:r>
        <w:t>تو کیا تیرہ سال کے دوران آپ نے جہاد بالسيف کیا تھا؟ تیرہ سال تک آپ نے جہاد</w:t>
      </w:r>
    </w:p>
    <w:p>
      <w:r>
        <w:rPr>
          <w:b/>
        </w:rPr>
        <w:t xml:space="preserve">[12:19] </w:t>
      </w:r>
      <w:r>
        <w:t>bis saif nahin kiya? Aur keh rahe hain aap ke jab ba'sat hui aap ki, tab hi shuru ho gaya.</w:t>
      </w:r>
    </w:p>
    <w:p>
      <w:pPr>
        <w:jc w:val="right"/>
      </w:pPr>
      <w:r>
        <w:t>بالسيف نہیں کیا؟ اور کہہ رہے ہیں آپ کہ جب بعثت ہوئی آپ کی، تب ہی شروع ہو گیا۔</w:t>
      </w:r>
    </w:p>
    <w:p>
      <w:r>
        <w:rPr>
          <w:b/>
        </w:rPr>
        <w:t xml:space="preserve">[12:25] </w:t>
      </w:r>
      <w:r>
        <w:t>to terah saal tak kahan hua? Jihad bis saif to Madine mein shuru hua.</w:t>
      </w:r>
    </w:p>
    <w:p>
      <w:pPr>
        <w:jc w:val="right"/>
      </w:pPr>
      <w:r>
        <w:t>تو تیرہ سال تک کہاں ہوا؟ جہاد بالسيف تو مدینے میں شروع ہوا۔</w:t>
      </w:r>
    </w:p>
    <w:p>
      <w:r>
        <w:rPr>
          <w:b/>
        </w:rPr>
        <w:t xml:space="preserve">[12:32] </w:t>
      </w:r>
      <w:r>
        <w:t>mein hua to hadith ke alfaaz jo hain, yeh batate hain ke yahan jihad ka lafz jihad bis saif</w:t>
      </w:r>
    </w:p>
    <w:p>
      <w:pPr>
        <w:jc w:val="right"/>
      </w:pPr>
      <w:r>
        <w:t>میں ہوا تو حدیث کے الفاظ جو ہیں، یہ بتاتے ہیں کہ یہاں جہاد کا لفظ جہاد بالسيف</w:t>
      </w:r>
    </w:p>
    <w:p>
      <w:r>
        <w:rPr>
          <w:b/>
        </w:rPr>
        <w:t xml:space="preserve">[12:38] </w:t>
      </w:r>
      <w:r>
        <w:t>ke mani mein nahin hai, balkeh jihad bil Quran ke mani mein hai.</w:t>
      </w:r>
    </w:p>
    <w:p>
      <w:pPr>
        <w:jc w:val="right"/>
      </w:pPr>
      <w:r>
        <w:t>کے معنی میں نہیں ہے، بلکہ جہاد بالقرآن کے معنی میں ہے۔</w:t>
      </w:r>
    </w:p>
    <w:p>
      <w:r>
        <w:rPr>
          <w:b/>
        </w:rPr>
        <w:t xml:space="preserve">[12:44] </w:t>
      </w:r>
      <w:r>
        <w:t>yaani permanent dua work.</w:t>
      </w:r>
    </w:p>
    <w:p>
      <w:pPr>
        <w:jc w:val="right"/>
      </w:pPr>
      <w:r>
        <w:t>یعنی پرماننٹ دعا ورک۔</w:t>
      </w:r>
    </w:p>
    <w:p>
      <w:r>
        <w:rPr>
          <w:b/>
        </w:rPr>
        <w:t xml:space="preserve">[12:50] </w:t>
      </w:r>
      <w:r>
        <w:t>yeh bohat hi clear hai yeh baat.</w:t>
      </w:r>
    </w:p>
    <w:p>
      <w:pPr>
        <w:jc w:val="right"/>
      </w:pPr>
      <w:r>
        <w:t>یہ بہت ہی کلیئر ہے یہ بات۔</w:t>
      </w:r>
    </w:p>
    <w:p>
      <w:r>
        <w:rPr>
          <w:b/>
        </w:rPr>
        <w:t xml:space="preserve">[12:57] </w:t>
      </w:r>
      <w:r>
        <w:t>ab doosri baat lijie.</w:t>
      </w:r>
    </w:p>
    <w:p>
      <w:pPr>
        <w:jc w:val="right"/>
      </w:pPr>
      <w:r>
        <w:t>اب دوسری بات لیجیے۔</w:t>
      </w:r>
    </w:p>
    <w:p>
      <w:r>
        <w:rPr>
          <w:b/>
        </w:rPr>
        <w:t xml:space="preserve">[13:03] </w:t>
      </w:r>
      <w:r>
        <w:t>ab is ko samajhne ke liye aap aur zyada ghor kijie Quran par aur hadith par.</w:t>
      </w:r>
    </w:p>
    <w:p>
      <w:pPr>
        <w:jc w:val="right"/>
      </w:pPr>
      <w:r>
        <w:t>اب اس کو سمجھنے کے لیے آپ اور زیادہ غور کیجیے قرآن پر اور حدیث پر۔</w:t>
      </w:r>
    </w:p>
    <w:p>
      <w:r>
        <w:rPr>
          <w:b/>
        </w:rPr>
        <w:t xml:space="preserve">[13:09] </w:t>
      </w:r>
      <w:r>
        <w:t>aur zyada ghor kijie.</w:t>
      </w:r>
    </w:p>
    <w:p>
      <w:pPr>
        <w:jc w:val="right"/>
      </w:pPr>
      <w:r>
        <w:t>اور زیادہ غور کیجیے۔</w:t>
      </w:r>
    </w:p>
    <w:p>
      <w:r>
        <w:rPr>
          <w:b/>
        </w:rPr>
        <w:t xml:space="preserve">[13:15] </w:t>
      </w:r>
      <w:r>
        <w:t>to Surah Al-Zumar mein ek ayat hai ke wa ma qadarullah haqq qadrihi wal ardu jami'an yawm al-qiyamah wa samawatu matwiyyatun bi yaminhi. Is ka matlab hai ke logon ne Allah ki qadar nahin ki.</w:t>
      </w:r>
    </w:p>
    <w:p>
      <w:pPr>
        <w:jc w:val="right"/>
      </w:pPr>
      <w:r>
        <w:t>تو سورہ الظبر میں ایک آیت ہے کہ وَمَا قَدَرُوا اللَّهَ حَقَّ قَدْرِهِ وَالْأَرْضُ جَامِعًا قَبْلُ تَهُوْا يَوْمَ</w:t>
      </w:r>
    </w:p>
    <w:p>
      <w:r>
        <w:rPr>
          <w:b/>
        </w:rPr>
        <w:t xml:space="preserve">[13:21] </w:t>
      </w:r>
      <w:r>
        <w:t>yaani Allah ka underestimate kiya.</w:t>
      </w:r>
    </w:p>
    <w:p>
      <w:pPr>
        <w:jc w:val="right"/>
      </w:pPr>
      <w:r>
        <w:t>الْقِيَامَةِ وَالسَّمَاوَاتُ مَتْوِيَاتٌ بِأَيْبٍۭ اس کا مطلب ہے کہ لوگوں نے اللہ کی قدر نہیں کی۔</w:t>
      </w:r>
    </w:p>
    <w:p>
      <w:r>
        <w:rPr>
          <w:b/>
        </w:rPr>
        <w:t xml:space="preserve">[13:28] </w:t>
      </w:r>
      <w:r>
        <w:t>halankeh Allah woh hai jis ke ek ek hath mein zameen hai poori ki poori.</w:t>
      </w:r>
    </w:p>
    <w:p>
      <w:pPr>
        <w:jc w:val="right"/>
      </w:pPr>
      <w:r>
        <w:t>یعنی اللہ کا انڈرسٹی میٹ کیا۔</w:t>
      </w:r>
    </w:p>
    <w:p>
      <w:r>
        <w:rPr>
          <w:b/>
        </w:rPr>
        <w:t xml:space="preserve">[13:34] </w:t>
      </w:r>
      <w:r>
        <w:t>aur doosre hath mein yaani kainaat hai.</w:t>
      </w:r>
    </w:p>
    <w:p>
      <w:pPr>
        <w:jc w:val="right"/>
      </w:pPr>
      <w:r>
        <w:t>حالانکہ اللہ وہ ہے جس کے ایک ایک ہاتھ میں زمین ہے پوری کی پوری۔</w:t>
      </w:r>
    </w:p>
    <w:p>
      <w:r>
        <w:rPr>
          <w:b/>
        </w:rPr>
        <w:t xml:space="preserve">[13:40] </w:t>
      </w:r>
      <w:r>
        <w:t>zameen aur sara aasman hai.</w:t>
      </w:r>
    </w:p>
    <w:p>
      <w:pPr>
        <w:jc w:val="right"/>
      </w:pPr>
      <w:r>
        <w:t>اور دوسرے ہاتھ میں یعنی کائنات ہے۔</w:t>
      </w:r>
    </w:p>
    <w:p>
      <w:r>
        <w:rPr>
          <w:b/>
        </w:rPr>
        <w:t xml:space="preserve">[13:46] </w:t>
      </w:r>
      <w:r>
        <w:t>kainaat is se ek hath mein lapta hua hai.</w:t>
      </w:r>
    </w:p>
    <w:p>
      <w:pPr>
        <w:jc w:val="right"/>
      </w:pPr>
      <w:r>
        <w:t>زمین اور سارا آسمان ہے۔</w:t>
      </w:r>
    </w:p>
    <w:p>
      <w:r>
        <w:rPr>
          <w:b/>
        </w:rPr>
        <w:t xml:space="preserve">[13:52] </w:t>
      </w:r>
      <w:r>
        <w:t>to is mein chunke lafz agaya yawm al-qiyamah, to logon ne samjha ke qayamat mein aisa hoga ke</w:t>
      </w:r>
    </w:p>
    <w:p>
      <w:pPr>
        <w:jc w:val="right"/>
      </w:pPr>
      <w:r>
        <w:t>کائنات اس سے ایک ہاتھ میں لپٹا ہوا ہے۔</w:t>
      </w:r>
    </w:p>
    <w:p>
      <w:r>
        <w:rPr>
          <w:b/>
        </w:rPr>
        <w:t xml:space="preserve">[13:59] </w:t>
      </w:r>
      <w:r>
        <w:t>Khuda zameen ko lega, Khuda aasman ko lega.</w:t>
      </w:r>
    </w:p>
    <w:p>
      <w:pPr>
        <w:jc w:val="right"/>
      </w:pPr>
      <w:r>
        <w:t>تو اس میں چونکہ لفظ آگیا یوم القیامہ، تو لوگوں نے سمجھا کہ قیامت میں ایسا ہوگا کہ</w:t>
      </w:r>
    </w:p>
    <w:p>
      <w:r>
        <w:rPr>
          <w:b/>
        </w:rPr>
        <w:t xml:space="preserve">[14:05] </w:t>
      </w:r>
      <w:r>
        <w:t>aisa nahin hai.</w:t>
      </w:r>
    </w:p>
    <w:p>
      <w:pPr>
        <w:jc w:val="right"/>
      </w:pPr>
      <w:r>
        <w:t>خدا زمین کو لے گا، خدا آسمان کو لے گا۔</w:t>
      </w:r>
    </w:p>
    <w:p>
      <w:r>
        <w:rPr>
          <w:b/>
        </w:rPr>
        <w:t xml:space="preserve">[14:11] </w:t>
      </w:r>
      <w:r>
        <w:t>Khuda aaj bhi isi control mein zameen hai, isi control mein poori kainaat hai.</w:t>
      </w:r>
    </w:p>
    <w:p>
      <w:pPr>
        <w:jc w:val="right"/>
      </w:pPr>
      <w:r>
        <w:t>ایسا نہیں ہے۔</w:t>
      </w:r>
    </w:p>
    <w:p>
      <w:r>
        <w:rPr>
          <w:b/>
        </w:rPr>
        <w:t xml:space="preserve">[14:17] </w:t>
      </w:r>
      <w:r>
        <w:t>khuda aaj bhi isi control mein zameen hai, isi control mein poori kainat hai.</w:t>
      </w:r>
    </w:p>
    <w:p>
      <w:pPr>
        <w:jc w:val="right"/>
      </w:pPr>
      <w:r>
        <w:t>خدا آج بھی اسی کنٹرول میں زمین ہے، اسی کنٹرول میں پوری کائنات ہے۔</w:t>
      </w:r>
    </w:p>
    <w:p>
      <w:r>
        <w:rPr>
          <w:b/>
        </w:rPr>
        <w:t xml:space="preserve">[14:23] </w:t>
      </w:r>
      <w:r>
        <w:t>yeh hath mein lene ka matlab hai ke sara control zameen o asman par Allah ka hai.</w:t>
      </w:r>
    </w:p>
    <w:p>
      <w:pPr>
        <w:jc w:val="right"/>
      </w:pPr>
      <w:r>
        <w:t>یہ ہاتھ میں لینے کا مطلب ہے کہ سارا کنٹرول زمین و آسمان پر اللہ کا ہے۔</w:t>
      </w:r>
    </w:p>
    <w:p>
      <w:r>
        <w:rPr>
          <w:b/>
        </w:rPr>
        <w:t xml:space="preserve">[14:30] </w:t>
      </w:r>
      <w:r>
        <w:t>aur qayamat mein jo hoga, woh sirf yeh hai ke woh aaj ghaib mein hai, qayamat mein open</w:t>
      </w:r>
    </w:p>
    <w:p>
      <w:pPr>
        <w:jc w:val="right"/>
      </w:pPr>
      <w:r>
        <w:t>اور قیامت میں جو ہوگا، وہ صرف یہ ہے کہ وہ آج غیب میں ہے، قیامت میں اوپن</w:t>
      </w:r>
    </w:p>
    <w:p>
      <w:r>
        <w:rPr>
          <w:b/>
        </w:rPr>
        <w:t xml:space="preserve">[14:36] </w:t>
      </w:r>
      <w:r>
        <w:t>ho jayega.</w:t>
      </w:r>
    </w:p>
    <w:p>
      <w:pPr>
        <w:jc w:val="right"/>
      </w:pPr>
      <w:r>
        <w:t>ہو جائے گا۔</w:t>
      </w:r>
    </w:p>
    <w:p>
      <w:r>
        <w:rPr>
          <w:b/>
        </w:rPr>
        <w:t xml:space="preserve">[14:42] </w:t>
      </w:r>
      <w:r>
        <w:t>aaj hum ghaib ke taur par jante hain ke Allah ne sari kainat ko apne qabze mein le rakha hai.</w:t>
      </w:r>
    </w:p>
    <w:p>
      <w:pPr>
        <w:jc w:val="right"/>
      </w:pPr>
      <w:r>
        <w:t>آج ہم غیب کے طور پر جانتے ہیں کہ اللہ نے ساری کائنات کو اپنے قبضے میں لے رکھا ہے۔</w:t>
      </w:r>
    </w:p>
    <w:p>
      <w:r>
        <w:rPr>
          <w:b/>
        </w:rPr>
        <w:t xml:space="preserve">[14:48] </w:t>
      </w:r>
      <w:r>
        <w:t>isi ka control sab ke upar hai.</w:t>
      </w:r>
    </w:p>
    <w:p>
      <w:pPr>
        <w:jc w:val="right"/>
      </w:pPr>
      <w:r>
        <w:t>اسی کا کنٹرول سب کے اوپر ہے۔</w:t>
      </w:r>
    </w:p>
    <w:p>
      <w:r>
        <w:rPr>
          <w:b/>
        </w:rPr>
        <w:t xml:space="preserve">[14:55] </w:t>
      </w:r>
      <w:r>
        <w:t>lekin qayamat mein hum yeh cheez khul jayegi.</w:t>
      </w:r>
    </w:p>
    <w:p>
      <w:pPr>
        <w:jc w:val="right"/>
      </w:pPr>
      <w:r>
        <w:t>لیکن قیامت میں ہم یہ چیز کھل جائے گی۔</w:t>
      </w:r>
    </w:p>
    <w:p>
      <w:r>
        <w:rPr>
          <w:b/>
        </w:rPr>
        <w:t xml:space="preserve">[15:01] </w:t>
      </w:r>
      <w:r>
        <w:t>yom yastaghfar ansaq har aadmi, munkir bhi dekha jayega ke sab kuch Allah ke qabze mein hai.</w:t>
      </w:r>
    </w:p>
    <w:p>
      <w:pPr>
        <w:jc w:val="right"/>
      </w:pPr>
      <w:r>
        <w:t>يَوْمَ يُسْتَغْفَرُ أَنْصَاقٌ ہر آدمی، منکر بھی دیکھا جائے گا کہ سب کچھ اللہ کے قبضے میں ہے۔</w:t>
      </w:r>
    </w:p>
    <w:p>
      <w:r>
        <w:rPr>
          <w:b/>
        </w:rPr>
        <w:t xml:space="preserve">[15:07] </w:t>
      </w:r>
      <w:r>
        <w:t>to yahan par jo lafz hai wa ma qadaru allah qadrahe is ka matlab hai ke people failed to</w:t>
      </w:r>
    </w:p>
    <w:p>
      <w:pPr>
        <w:jc w:val="right"/>
      </w:pPr>
      <w:r>
        <w:t>تو یہاں پر جو لفظ ہے وَمَا قَدَرُوا اللَّهَ قَدْرِهِ اس کا مطلب ہے کہ people failed to</w:t>
      </w:r>
    </w:p>
    <w:p>
      <w:r>
        <w:rPr>
          <w:b/>
        </w:rPr>
        <w:t xml:space="preserve">[15:13] </w:t>
      </w:r>
      <w:r>
        <w:t>understand the divine plan of things yani Khuda ka kya plan hai zameen o asman ke bare mein,</w:t>
      </w:r>
    </w:p>
    <w:p>
      <w:pPr>
        <w:jc w:val="right"/>
      </w:pPr>
      <w:r>
        <w:t>understand the divine plan of things یعنی خدا کا کیا پلان ہے زمین و آسمان کے بارے میں،</w:t>
      </w:r>
    </w:p>
    <w:p>
      <w:r>
        <w:rPr>
          <w:b/>
        </w:rPr>
        <w:t xml:space="preserve">[15:19] </w:t>
      </w:r>
      <w:r>
        <w:t>is ko logon ne samjha nahi.</w:t>
      </w:r>
    </w:p>
    <w:p>
      <w:pPr>
        <w:jc w:val="right"/>
      </w:pPr>
      <w:r>
        <w:t>اس کو لوگوں نے سمجھا نہیں۔</w:t>
      </w:r>
    </w:p>
    <w:p>
      <w:r>
        <w:rPr>
          <w:b/>
        </w:rPr>
        <w:t xml:space="preserve">[15:26] </w:t>
      </w:r>
      <w:r>
        <w:t>wa ma qadaru allah haqq qadrahe is ka matlab yeh hai ke logon ne samjha nahi ke Allah ka</w:t>
      </w:r>
    </w:p>
    <w:p>
      <w:pPr>
        <w:jc w:val="right"/>
      </w:pPr>
      <w:r>
        <w:t>وَمَا قَدَرُوا اللَّهَ حَقَّ قَدْرِهِ اس کا مطلب یہ ہے کہ لوگوں نے سمجھا نہیں کہ اللہ کا</w:t>
      </w:r>
    </w:p>
    <w:p>
      <w:r>
        <w:rPr>
          <w:b/>
        </w:rPr>
        <w:t xml:space="preserve">[15:32] </w:t>
      </w:r>
      <w:r>
        <w:t>نقشہ کیا ہے، اللہ کا تخلیقی پلان کیا ہے، اللہ کی اس کی order of things کیا ہے۔</w:t>
      </w:r>
    </w:p>
    <w:p>
      <w:pPr>
        <w:jc w:val="right"/>
      </w:pPr>
      <w:r>
        <w:t>نقشہ کیا ہے، اللہ کا تخلیقی پلان کیا ہے، اللہ کی اس کی آف تھنگز کیا ہے۔</w:t>
      </w:r>
    </w:p>
    <w:p>
      <w:r>
        <w:rPr>
          <w:b/>
        </w:rPr>
        <w:t xml:space="preserve">[15:38] </w:t>
      </w:r>
      <w:r>
        <w:t>to chounke Allah ne di thi azadi, to logon ne azadi ko galat istemal kiya.</w:t>
      </w:r>
    </w:p>
    <w:p>
      <w:pPr>
        <w:jc w:val="right"/>
      </w:pPr>
      <w:r>
        <w:t>تو چونکہ اللہ نے دی تھی آزادی، تو لوگوں نے آزادی کو غلط استعمال کیا۔</w:t>
      </w:r>
    </w:p>
    <w:p>
      <w:r>
        <w:rPr>
          <w:b/>
        </w:rPr>
        <w:t xml:space="preserve">[15:44] </w:t>
      </w:r>
      <w:r>
        <w:t>کام یہ کرنا تھا کہ اللہ کا جو کریشن پلان ہے، اس کی جو of things ہیں، اس</w:t>
      </w:r>
    </w:p>
    <w:p>
      <w:pPr>
        <w:jc w:val="right"/>
      </w:pPr>
      <w:r>
        <w:t>کام یہ کرنا تھا کہ اللہ کا جو کریشن پلان ہے، اس کی جو آف تھنگز ہیں، اس</w:t>
      </w:r>
    </w:p>
    <w:p>
      <w:r>
        <w:rPr>
          <w:b/>
        </w:rPr>
        <w:t xml:space="preserve">[15:50] </w:t>
      </w:r>
      <w:r>
        <w:t>ke mutabiq apni azadi ko istemal karna.</w:t>
      </w:r>
    </w:p>
    <w:p>
      <w:pPr>
        <w:jc w:val="right"/>
      </w:pPr>
      <w:r>
        <w:t>کے مطابق اپنی آزادی کو استعمال کرنا۔</w:t>
      </w:r>
    </w:p>
    <w:p>
      <w:r>
        <w:rPr>
          <w:b/>
        </w:rPr>
        <w:t xml:space="preserve">[15:57] </w:t>
      </w:r>
      <w:r>
        <w:t>iske mutabiq dunya mein zindagi guzarna.</w:t>
      </w:r>
    </w:p>
    <w:p>
      <w:pPr>
        <w:jc w:val="right"/>
      </w:pPr>
      <w:r>
        <w:t>اس کے مطابق دنیا میں زندگی گزارنا۔</w:t>
      </w:r>
    </w:p>
    <w:p>
      <w:r>
        <w:rPr>
          <w:b/>
        </w:rPr>
        <w:t xml:space="preserve">[16:03] </w:t>
      </w:r>
      <w:r>
        <w:t>lekin azadi ko misuse kiya logon ne aur kuch ka kuch kar dala.</w:t>
      </w:r>
    </w:p>
    <w:p>
      <w:pPr>
        <w:jc w:val="right"/>
      </w:pPr>
      <w:r>
        <w:t>لیکن آزادی کو مس یوز کیا لوگوں نے اور کچھ کا کچھ کر ڈالا۔</w:t>
      </w:r>
    </w:p>
    <w:p>
      <w:r>
        <w:rPr>
          <w:b/>
        </w:rPr>
        <w:t xml:space="preserve">[16:09]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[16:15] </w:t>
      </w:r>
      <w:r>
        <w:t>is ki mazeed tashreeh jo hai, hadith mein milti hai.</w:t>
      </w:r>
    </w:p>
    <w:p>
      <w:pPr>
        <w:jc w:val="right"/>
      </w:pPr>
      <w:r>
        <w:t>اس کی مزید تشریح جو ہے، حدیث میں ملتی ہے۔</w:t>
      </w:r>
    </w:p>
    <w:p>
      <w:r>
        <w:rPr>
          <w:b/>
        </w:rPr>
        <w:t xml:space="preserve">[16:22] </w:t>
      </w:r>
      <w:r>
        <w:t>yeh ayat bohat hi important hai.</w:t>
      </w:r>
    </w:p>
    <w:p>
      <w:pPr>
        <w:jc w:val="right"/>
      </w:pPr>
      <w:r>
        <w:t>یہ آیت بہت ہی امپورٹنٹ ہے۔</w:t>
      </w:r>
    </w:p>
    <w:p>
      <w:r>
        <w:rPr>
          <w:b/>
        </w:rPr>
        <w:t xml:space="preserve">[16:28] </w:t>
      </w:r>
      <w:r>
        <w:t>bohat hi important hai.</w:t>
      </w:r>
    </w:p>
    <w:p>
      <w:pPr>
        <w:jc w:val="right"/>
      </w:pPr>
      <w:r>
        <w:t>بہت ہی امپورٹنٹ ہے۔</w:t>
      </w:r>
    </w:p>
    <w:p>
      <w:r>
        <w:rPr>
          <w:b/>
        </w:rPr>
        <w:t xml:space="preserve">[16:34] </w:t>
      </w:r>
      <w:r>
        <w:t>is ki mazeed tashreeh hadith mein milti hai.</w:t>
      </w:r>
    </w:p>
    <w:p>
      <w:pPr>
        <w:jc w:val="right"/>
      </w:pPr>
      <w:r>
        <w:t>اس کی مزید تشریح حدیث میں ملتی ہے۔</w:t>
      </w:r>
    </w:p>
    <w:p>
      <w:r>
        <w:rPr>
          <w:b/>
        </w:rPr>
        <w:t xml:space="preserve">[16:40] </w:t>
      </w:r>
      <w:r>
        <w:t>ek hadith hai ke Rasool Allah sallallahu alaihi wasallam mimbar par thay, khutba de rahe thay.</w:t>
      </w:r>
    </w:p>
    <w:p>
      <w:pPr>
        <w:jc w:val="right"/>
      </w:pPr>
      <w:r>
        <w:t>ایک حدیث ہے کہ رسول اللہ صلى الله عليه وسلم ممبر پر تھے، خطبہ دے رہے تھے۔</w:t>
      </w:r>
    </w:p>
    <w:p>
      <w:r>
        <w:rPr>
          <w:b/>
        </w:rPr>
        <w:t xml:space="preserve">[16:46] </w:t>
      </w:r>
      <w:r>
        <w:t>aap ne khutbe ke douran yeh ayat padhi, Surah Al-Zabar ki yeh ayat.</w:t>
      </w:r>
    </w:p>
    <w:p>
      <w:pPr>
        <w:jc w:val="right"/>
      </w:pPr>
      <w:r>
        <w:t>آپ نے خطبہ کے دوران یہ آیت پڑھی، سورہ الظبر کی یہ آیت۔</w:t>
      </w:r>
    </w:p>
    <w:p>
      <w:r>
        <w:rPr>
          <w:b/>
        </w:rPr>
        <w:t xml:space="preserve">[16:53] </w:t>
      </w:r>
      <w:r>
        <w:t>is ke baad aap ne yeh alfaaz farmaye ke qayamat mein Allah taala farmayega.</w:t>
      </w:r>
    </w:p>
    <w:p>
      <w:pPr>
        <w:jc w:val="right"/>
      </w:pPr>
      <w:r>
        <w:t>اس کے بعد آپ نے یہ الفاظ فرمائے کہ قیامت میں اللہ تعالیٰ فرمائے گا۔</w:t>
      </w:r>
    </w:p>
    <w:p>
      <w:r>
        <w:rPr>
          <w:b/>
        </w:rPr>
        <w:t xml:space="preserve">[16:59] </w:t>
      </w:r>
      <w:r>
        <w:t>is mein bhi yeh hai ke zameen o asman ko hath le kar lene ke mane hain ke</w:t>
      </w:r>
    </w:p>
    <w:p>
      <w:pPr>
        <w:jc w:val="right"/>
      </w:pPr>
      <w:r>
        <w:t>اس میں بھی یہ ہے کہ زمین و آسمان کو ہاتھ لے کر لینے کے معنی ہیں کہ</w:t>
      </w:r>
    </w:p>
    <w:p>
      <w:r>
        <w:rPr>
          <w:b/>
        </w:rPr>
        <w:t xml:space="preserve">[17:05] </w:t>
      </w:r>
      <w:r>
        <w:t>is din le lega.</w:t>
      </w:r>
    </w:p>
    <w:p>
      <w:pPr>
        <w:jc w:val="right"/>
      </w:pPr>
      <w:r>
        <w:t>اس دن لے لے گا۔</w:t>
      </w:r>
    </w:p>
    <w:p>
      <w:r>
        <w:rPr>
          <w:b/>
        </w:rPr>
        <w:t xml:space="preserve">[17:11] </w:t>
      </w:r>
      <w:r>
        <w:t>nahi, Allah aaj hi bhi liye hue hain.</w:t>
      </w:r>
    </w:p>
    <w:p>
      <w:pPr>
        <w:jc w:val="right"/>
      </w:pPr>
      <w:r>
        <w:t>نہیں، اللہ آج ہی بھی لئے ہوئے ہیں۔</w:t>
      </w:r>
    </w:p>
    <w:p>
      <w:r>
        <w:rPr>
          <w:b/>
        </w:rPr>
        <w:t xml:space="preserve">[17:17] </w:t>
      </w:r>
      <w:r>
        <w:t>Yaani itni badi kainat jo hai, agar Allah is par control na qaim kiye hue to sab sab</w:t>
      </w:r>
    </w:p>
    <w:p>
      <w:pPr>
        <w:jc w:val="right"/>
      </w:pPr>
      <w:r>
        <w:t>یعنی اتنی بڑی کائنات جو ہے، اگر اللہ اس پر کنٹرول نہ قائم کیے ہوئے تو سب سب</w:t>
      </w:r>
    </w:p>
    <w:p>
      <w:r>
        <w:rPr>
          <w:b/>
        </w:rPr>
        <w:t xml:space="preserve">[17:24] </w:t>
      </w:r>
      <w:r>
        <w:t>toot phoot jaye ga.</w:t>
      </w:r>
    </w:p>
    <w:p>
      <w:pPr>
        <w:jc w:val="right"/>
      </w:pPr>
      <w:r>
        <w:t>ٹوٹ پھوٹ جائے گا۔</w:t>
      </w:r>
    </w:p>
    <w:p>
      <w:r>
        <w:rPr>
          <w:b/>
        </w:rPr>
        <w:t xml:space="preserve">[17:30] </w:t>
      </w:r>
      <w:r>
        <w:t>Ek second mein sab khatm ho jaye ga.</w:t>
      </w:r>
    </w:p>
    <w:p>
      <w:pPr>
        <w:jc w:val="right"/>
      </w:pPr>
      <w:r>
        <w:t>ایک سیکنڈ میں سب ختم ہو جائے گا۔</w:t>
      </w:r>
    </w:p>
    <w:p>
      <w:r>
        <w:rPr>
          <w:b/>
        </w:rPr>
        <w:t xml:space="preserve">[17:36] </w:t>
      </w:r>
      <w:r>
        <w:t>Har lamha Allah ka control qaim hai. Har lamha.</w:t>
      </w:r>
    </w:p>
    <w:p>
      <w:pPr>
        <w:jc w:val="right"/>
      </w:pPr>
      <w:r>
        <w:t>ہر لمحہ اللہ کا کنٹرول قائم ہے۔ ہر لمحہ۔</w:t>
      </w:r>
    </w:p>
    <w:p>
      <w:r>
        <w:rPr>
          <w:b/>
        </w:rPr>
        <w:t xml:space="preserve">[17:42] </w:t>
      </w:r>
      <w:r>
        <w:t>Aisa nahi ke qayamat mein woh apna control qaim kare ga.</w:t>
      </w:r>
    </w:p>
    <w:p>
      <w:pPr>
        <w:jc w:val="right"/>
      </w:pPr>
      <w:r>
        <w:t>ایسا نہیں کہ قیامت میں وہ اپنا کنٹرول قائم کرے گا۔</w:t>
      </w:r>
    </w:p>
    <w:p>
      <w:r>
        <w:rPr>
          <w:b/>
        </w:rPr>
        <w:t xml:space="preserve">[17:49] </w:t>
      </w:r>
      <w:r>
        <w:t>Har lamha control qaim hai.</w:t>
      </w:r>
    </w:p>
    <w:p>
      <w:pPr>
        <w:jc w:val="right"/>
      </w:pPr>
      <w:r>
        <w:t>ہر لمحہ کنٹرول قائم ہے۔</w:t>
      </w:r>
    </w:p>
    <w:p>
      <w:r>
        <w:rPr>
          <w:b/>
        </w:rPr>
        <w:t xml:space="preserve">[17:55] </w:t>
      </w:r>
      <w:r>
        <w:t>Isi liye dunya mein peace hai, isi liye galaxies mein peace hai, isi liye poore space mein peace hai.</w:t>
      </w:r>
    </w:p>
    <w:p>
      <w:pPr>
        <w:jc w:val="right"/>
      </w:pPr>
      <w:r>
        <w:t>اسی لئے دنیا میں پیس ہے، اسی لئے گیلیکسیز میں پیس ہے، اسی لئے پورے اسپیس میں پیس ہے۔</w:t>
      </w:r>
    </w:p>
    <w:p>
      <w:r>
        <w:rPr>
          <w:b/>
        </w:rPr>
        <w:t xml:space="preserve">[18:01] </w:t>
      </w:r>
      <w:r>
        <w:t>To woh aaina samne aajaye ga.</w:t>
      </w:r>
    </w:p>
    <w:p>
      <w:pPr>
        <w:jc w:val="right"/>
      </w:pPr>
      <w:r>
        <w:t>تو وہ آئینہ سامنے آجائے گا۔</w:t>
      </w:r>
    </w:p>
    <w:p>
      <w:r>
        <w:rPr>
          <w:b/>
        </w:rPr>
        <w:t xml:space="preserve">[18:07] </w:t>
      </w:r>
      <w:r>
        <w:t>Sab log dekhenge.</w:t>
      </w:r>
    </w:p>
    <w:p>
      <w:pPr>
        <w:jc w:val="right"/>
      </w:pPr>
      <w:r>
        <w:t>سب لوگ دیکھیں گے۔</w:t>
      </w:r>
    </w:p>
    <w:p>
      <w:r>
        <w:rPr>
          <w:b/>
        </w:rPr>
        <w:t xml:space="preserve">[18:13] </w:t>
      </w:r>
      <w:r>
        <w:t>Is waqt Allah taala farmaye ga.</w:t>
      </w:r>
    </w:p>
    <w:p>
      <w:pPr>
        <w:jc w:val="right"/>
      </w:pPr>
      <w:r>
        <w:t>اس وقت اللہ تعالیٰ فرمائے گا۔</w:t>
      </w:r>
    </w:p>
    <w:p>
      <w:r>
        <w:rPr>
          <w:b/>
        </w:rPr>
        <w:t xml:space="preserve">[18:20] </w:t>
      </w:r>
      <w:r>
        <w:t>Aap ne kaha yeh alfaaz aap ki zuban se nikle ke ana jabbaroon ana lamatakabbaroon aina mulk al arz</w:t>
      </w:r>
    </w:p>
    <w:p>
      <w:pPr>
        <w:jc w:val="right"/>
      </w:pPr>
      <w:r>
        <w:t>آپ نے کہا یہ الفاظ آپ کی زبان سے نکلے کہ أَنَا جَبَّارُونَ أَنَا لَمَتُكَبَّرُونَ أَيْنَ مُلُكُ الْأَرْضِ</w:t>
      </w:r>
    </w:p>
    <w:p>
      <w:r>
        <w:rPr>
          <w:b/>
        </w:rPr>
        <w:t xml:space="preserve">[18:26] </w:t>
      </w:r>
      <w:r>
        <w:t>To hadith mein aata hai ke jab aap yeh alfaaz farma rahe the to aap ladkhada gaye mimbar par.</w:t>
      </w:r>
    </w:p>
    <w:p>
      <w:pPr>
        <w:jc w:val="right"/>
      </w:pPr>
      <w:r>
        <w:t>تو حدیث میں آتا ہے کہ جب آپ یہ الفاظ فرما رہے تھے تو آپ لڑکھڑا گئے ممبر پر۔</w:t>
      </w:r>
    </w:p>
    <w:p>
      <w:r>
        <w:rPr>
          <w:b/>
        </w:rPr>
        <w:t xml:space="preserve">[18:32] </w:t>
      </w:r>
      <w:r>
        <w:t>Aisa maloom tha ke aap gir padenge.</w:t>
      </w:r>
    </w:p>
    <w:p>
      <w:pPr>
        <w:jc w:val="right"/>
      </w:pPr>
      <w:r>
        <w:t>ایسا معلوم تھا کہ آپ گر پڑیں گے۔</w:t>
      </w:r>
    </w:p>
    <w:p>
      <w:r>
        <w:rPr>
          <w:b/>
        </w:rPr>
        <w:t xml:space="preserve">[18:38] </w:t>
      </w:r>
      <w:r>
        <w:t>Ana jabbaroon ana lamatakabbaroon aina mulk al arz yeh kehte hue aap ke paon ladkhada gaye.</w:t>
      </w:r>
    </w:p>
    <w:p>
      <w:pPr>
        <w:jc w:val="right"/>
      </w:pPr>
      <w:r>
        <w:t>أَنَا جَبَّارُونَ أَنَا لَمَتُكَبَّرُونَ أَيْنَ مُلُكُ الْأَرْضِ یہ کہتے ہوئے آپ کے پاؤں لڑکھڑا گئے۔</w:t>
      </w:r>
    </w:p>
    <w:p>
      <w:r>
        <w:rPr>
          <w:b/>
        </w:rPr>
        <w:t xml:space="preserve">[18:44] </w:t>
      </w:r>
      <w:r>
        <w:t>Sahaba kehte hain.</w:t>
      </w:r>
    </w:p>
    <w:p>
      <w:pPr>
        <w:jc w:val="right"/>
      </w:pPr>
      <w:r>
        <w:t>صحابہ کہتے ہیں۔</w:t>
      </w:r>
    </w:p>
    <w:p>
      <w:r>
        <w:rPr>
          <w:b/>
        </w:rPr>
        <w:t xml:space="preserve">[18:51] </w:t>
      </w:r>
      <w:r>
        <w:t>Is mein dekhen, teen lafz hain lekin haqeeqat mein ek hi lafz hai.</w:t>
      </w:r>
    </w:p>
    <w:p>
      <w:pPr>
        <w:jc w:val="right"/>
      </w:pPr>
      <w:r>
        <w:t>اس میں دیکھیں، تین لفظ ہیں لیکن حقیقت میں ایک ہی لفظ ہے۔</w:t>
      </w:r>
    </w:p>
    <w:p>
      <w:r>
        <w:rPr>
          <w:b/>
        </w:rPr>
        <w:t xml:space="preserve">[18:57] </w:t>
      </w:r>
      <w:r>
        <w:t>Do lafz hain, is ki sifat hai.</w:t>
      </w:r>
    </w:p>
    <w:p>
      <w:pPr>
        <w:jc w:val="right"/>
      </w:pPr>
      <w:r>
        <w:t>دو لفظ ہیں، اس کی صفت ہے۔</w:t>
      </w:r>
    </w:p>
    <w:p>
      <w:r>
        <w:rPr>
          <w:b/>
        </w:rPr>
        <w:t xml:space="preserve">[19:03] </w:t>
      </w:r>
      <w:r>
        <w:t>Ana jabbaroon ana lamatakabbaroon aina mulk al arz asal mein hai ana lamatakabbaroon al arz, baqi mulook ki sifat hai.</w:t>
      </w:r>
    </w:p>
    <w:p>
      <w:pPr>
        <w:jc w:val="right"/>
      </w:pPr>
      <w:r>
        <w:t>أَنَا جَبَّارُونَ أَنَا لَمَتُكَبَّرُونَ أَيْنَ مُلُكُ الْأَرْضِ اصل میں ہے أَنَا لَمَتُكَبَّرُونَ الْأَرْضِ، باقی ملوک کی صفت ہے۔</w:t>
      </w:r>
    </w:p>
    <w:p>
      <w:r>
        <w:rPr>
          <w:b/>
        </w:rPr>
        <w:t xml:space="preserve">[19:09] </w:t>
      </w:r>
      <w:r>
        <w:t>Yaani kahan hain woh log jo azadi ko pa kar dunya mein badshah ban gaye aur jabbari karne</w:t>
      </w:r>
    </w:p>
    <w:p>
      <w:pPr>
        <w:jc w:val="right"/>
      </w:pPr>
      <w:r>
        <w:t>یعنی کہاں ہیں وہ لوگ جو آزادی کو پا کر دنیا میں بادشاہ بن گئے اور جباری کرنے</w:t>
      </w:r>
    </w:p>
    <w:p>
      <w:r>
        <w:rPr>
          <w:b/>
        </w:rPr>
        <w:t xml:space="preserve">[19:16] </w:t>
      </w:r>
      <w:r>
        <w:t>lage aur qahhari karne lage, mutakabir ban gaye.</w:t>
      </w:r>
    </w:p>
    <w:p>
      <w:pPr>
        <w:jc w:val="right"/>
      </w:pPr>
      <w:r>
        <w:t>لگے اور قہاری کرنے لگے، متکبر بن گئے۔</w:t>
      </w:r>
    </w:p>
    <w:p>
      <w:r>
        <w:rPr>
          <w:b/>
        </w:rPr>
        <w:t xml:space="preserve">[19:22] </w:t>
      </w:r>
      <w:r>
        <w:t>To jabbaroon wa matakabbaroon mulook ki sifat hai.</w:t>
      </w:r>
    </w:p>
    <w:p>
      <w:pPr>
        <w:jc w:val="right"/>
      </w:pPr>
      <w:r>
        <w:t>تو جَبَّارُونَ وَمَتُكَبَّرُونَ ملوک کی صفت ہے۔</w:t>
      </w:r>
    </w:p>
    <w:p>
      <w:r>
        <w:rPr>
          <w:b/>
        </w:rPr>
        <w:t xml:space="preserve">[19:28] </w:t>
      </w:r>
      <w:r>
        <w:t>Is mein ek poori history ki taraf ishara hai.</w:t>
      </w:r>
    </w:p>
    <w:p>
      <w:pPr>
        <w:jc w:val="right"/>
      </w:pPr>
      <w:r>
        <w:t>اس میں ایک پوری ہسٹری کی طرف اشارہ ہے۔</w:t>
      </w:r>
    </w:p>
    <w:p>
      <w:r>
        <w:rPr>
          <w:b/>
        </w:rPr>
        <w:t xml:space="preserve">[19:34] </w:t>
      </w:r>
      <w:r>
        <w:t>Poori history woh yeh hai ke insaan ne dunya mein azadi ko pa kar kya kiya? Pehle tribal</w:t>
      </w:r>
    </w:p>
    <w:p>
      <w:pPr>
        <w:jc w:val="right"/>
      </w:pPr>
      <w:r>
        <w:t>پوری ہسٹری وہ یہ ہے کہ انسان نے دنیا میں آزادی کو پا کر کیا کیا؟ پہلے ٹرائبل</w:t>
      </w:r>
    </w:p>
    <w:p>
      <w:r>
        <w:rPr>
          <w:b/>
        </w:rPr>
        <w:t xml:space="preserve">[19:40] </w:t>
      </w:r>
      <w:r>
        <w:t>system banaya aur tribal ka ek sardar ho gaya.</w:t>
      </w:r>
    </w:p>
    <w:p>
      <w:pPr>
        <w:jc w:val="right"/>
      </w:pPr>
      <w:r>
        <w:t>سسٹم بنایا اور ٹرائبل کا ایک سردار ہو گیا۔</w:t>
      </w:r>
    </w:p>
    <w:p>
      <w:r>
        <w:rPr>
          <w:b/>
        </w:rPr>
        <w:t xml:space="preserve">[19:47] </w:t>
      </w:r>
      <w:r>
        <w:t>tribal system mein ek sardar ho gaya, woh hukoomat karne laga.</w:t>
      </w:r>
    </w:p>
    <w:p>
      <w:pPr>
        <w:jc w:val="right"/>
      </w:pPr>
      <w:r>
        <w:t>ٹرائبل سسٹم میں ایک سردار ہو گیا، وہ حکومت کرنے لگا۔</w:t>
      </w:r>
    </w:p>
    <w:p>
      <w:r>
        <w:rPr>
          <w:b/>
        </w:rPr>
        <w:t xml:space="preserve">[19:53] </w:t>
      </w:r>
      <w:r>
        <w:t>phir barhte barhte kingship develop hui.</w:t>
      </w:r>
    </w:p>
    <w:p>
      <w:pPr>
        <w:jc w:val="right"/>
      </w:pPr>
      <w:r>
        <w:t>پھر بڑھتے بڑھتے کنگ شپ ڈویلپ ہوئی۔</w:t>
      </w:r>
    </w:p>
    <w:p>
      <w:r>
        <w:rPr>
          <w:b/>
        </w:rPr>
        <w:t xml:space="preserve">[19:59] </w:t>
      </w:r>
      <w:r>
        <w:t>to log king ban gaye, emperor ban gaye, malook ban gaye.</w:t>
      </w:r>
    </w:p>
    <w:p>
      <w:pPr>
        <w:jc w:val="right"/>
      </w:pPr>
      <w:r>
        <w:t>تو لوگ کنگ بن گئے، ایمپرر بن گئے، ملوک بن گئے۔</w:t>
      </w:r>
    </w:p>
    <w:p>
      <w:r>
        <w:rPr>
          <w:b/>
        </w:rPr>
        <w:t xml:space="preserve">[20:05] </w:t>
      </w:r>
      <w:r>
        <w:t>yeh Allah ki of things ke khilaaf tha ke duniya mein kuch log king ban kar, emperor ban</w:t>
      </w:r>
    </w:p>
    <w:p>
      <w:pPr>
        <w:jc w:val="right"/>
      </w:pPr>
      <w:r>
        <w:t>یہ اللہ کی آف تھنگز کے خلاف تھا کہ دنیا میں کچھ لوگ کنگ بن کر، ایمپرر بن</w:t>
      </w:r>
    </w:p>
    <w:p>
      <w:r>
        <w:rPr>
          <w:b/>
        </w:rPr>
        <w:t xml:space="preserve">[20:11] </w:t>
      </w:r>
      <w:r>
        <w:t>kar rule karein aur sab log un ke matahat ho jayein.</w:t>
      </w:r>
    </w:p>
    <w:p>
      <w:pPr>
        <w:jc w:val="right"/>
      </w:pPr>
      <w:r>
        <w:t>کر رول کریں اور سب لوگ ان کے ماتحت ہو جائیں۔</w:t>
      </w:r>
    </w:p>
    <w:p>
      <w:r>
        <w:rPr>
          <w:b/>
        </w:rPr>
        <w:t xml:space="preserve">[20:18] </w:t>
      </w:r>
      <w:r>
        <w:t>yaani ruler aur subject ka equation yeh jo qaim hua tareekh mein, woh Allah ki of things ke khilaaf tha.</w:t>
      </w:r>
    </w:p>
    <w:p>
      <w:pPr>
        <w:jc w:val="right"/>
      </w:pPr>
      <w:r>
        <w:t>یعنی رولر اور سبجیکٹ کا ایکویشن یہ جو قائم ہوا تاریخ میں، وہ اللہ کی آف تھنگز کے خلاف تھا۔</w:t>
      </w:r>
    </w:p>
    <w:p>
      <w:r>
        <w:rPr>
          <w:b/>
        </w:rPr>
        <w:t xml:space="preserve">[20:24] </w:t>
      </w:r>
      <w:r>
        <w:t>ruler aur rolled ka jo equation qaim hua, king aur subject ka jo equation qaim hua, hakim aur</w:t>
      </w:r>
    </w:p>
    <w:p>
      <w:pPr>
        <w:jc w:val="right"/>
      </w:pPr>
      <w:r>
        <w:t>رولر اور رولڈ کا جو ایکویشن قائم ہوا، کنگ اور سبجیکٹ کا جو ایکویشن قائم ہوا، حاکم اور</w:t>
      </w:r>
    </w:p>
    <w:p>
      <w:r>
        <w:rPr>
          <w:b/>
        </w:rPr>
        <w:t xml:space="preserve">[20:30] </w:t>
      </w:r>
      <w:r>
        <w:t>mahkum ka jo equation qaim hua, woh Allah ki of things ke khilaaf tha.</w:t>
      </w:r>
    </w:p>
    <w:p>
      <w:pPr>
        <w:jc w:val="right"/>
      </w:pPr>
      <w:r>
        <w:t>محکوم کا جو ایکویشن قائم ہوا، وہ اللہ کی آف تھنگز کے خلاف تھا۔</w:t>
      </w:r>
    </w:p>
    <w:p>
      <w:r>
        <w:rPr>
          <w:b/>
        </w:rPr>
        <w:t xml:space="preserve">[20:36] </w:t>
      </w:r>
      <w:r>
        <w:t>to hazaron saal tak chalta raha.</w:t>
      </w:r>
    </w:p>
    <w:p>
      <w:pPr>
        <w:jc w:val="right"/>
      </w:pPr>
      <w:r>
        <w:t>تو ہزاروں سال تک چلتا رہا۔</w:t>
      </w:r>
    </w:p>
    <w:p>
      <w:r>
        <w:rPr>
          <w:b/>
        </w:rPr>
        <w:t xml:space="preserve">[20:42] </w:t>
      </w:r>
      <w:r>
        <w:t>anbiya aaye is ke khilaaf batane ke liye logon ko ke tum sab log abid ho, badshah bhi abid hai.</w:t>
      </w:r>
    </w:p>
    <w:p>
      <w:pPr>
        <w:jc w:val="right"/>
      </w:pPr>
      <w:r>
        <w:t>انبیاء آئے اس کے خلاف بتانے کے لیے لوگوں کو کہ تم سب لوگ عبد ہو، بادشاہ بھی عبد ہے۔</w:t>
      </w:r>
    </w:p>
    <w:p>
      <w:r>
        <w:rPr>
          <w:b/>
        </w:rPr>
        <w:t xml:space="preserve">[20:49] </w:t>
      </w:r>
      <w:r>
        <w:t>abid ban kar raho duniya mein.</w:t>
      </w:r>
    </w:p>
    <w:p>
      <w:pPr>
        <w:jc w:val="right"/>
      </w:pPr>
      <w:r>
        <w:t>عبد بن کر رہو دنیا میں۔</w:t>
      </w:r>
    </w:p>
    <w:p>
      <w:r>
        <w:rPr>
          <w:b/>
        </w:rPr>
        <w:t xml:space="preserve">[20:55] </w:t>
      </w:r>
      <w:r>
        <w:t>saare paighambaron ka paigham ek hi tha ke abid ban kar raho.</w:t>
      </w:r>
    </w:p>
    <w:p>
      <w:pPr>
        <w:jc w:val="right"/>
      </w:pPr>
      <w:r>
        <w:t>سارے پیغمبروں کا پیغام ایک ہی تھا کہ عبد بن کر رہو۔</w:t>
      </w:r>
    </w:p>
    <w:p>
      <w:r>
        <w:rPr>
          <w:b/>
        </w:rPr>
        <w:t xml:space="preserve">[21:01] </w:t>
      </w:r>
      <w:r>
        <w:t>badshah bhi abid hai aur riaya bhi abid hai.</w:t>
      </w:r>
    </w:p>
    <w:p>
      <w:pPr>
        <w:jc w:val="right"/>
      </w:pPr>
      <w:r>
        <w:t>بادشاہ بھی عبد ہے اور رعایا بھی عبد ہے۔</w:t>
      </w:r>
    </w:p>
    <w:p>
      <w:r>
        <w:rPr>
          <w:b/>
        </w:rPr>
        <w:t xml:space="preserve">[21:07] </w:t>
      </w:r>
      <w:r>
        <w:t>is ka matlab yeh nahi ke hukoomat qaim karna.</w:t>
      </w:r>
    </w:p>
    <w:p>
      <w:pPr>
        <w:jc w:val="right"/>
      </w:pPr>
      <w:r>
        <w:t>اس کا مطلب یہ نہیں کہ حکومت قائم کرنا۔</w:t>
      </w:r>
    </w:p>
    <w:p>
      <w:r>
        <w:rPr>
          <w:b/>
        </w:rPr>
        <w:t xml:space="preserve">[21:14] </w:t>
      </w:r>
      <w:r>
        <w:t>yaani anbiya ka maqsad yeh nahi tha ke hukoomatein qaim karein, political nizaam qaim karein.</w:t>
      </w:r>
    </w:p>
    <w:p>
      <w:pPr>
        <w:jc w:val="right"/>
      </w:pPr>
      <w:r>
        <w:t>یعنی انبیاء کا مقصد یہ نہیں تھا کہ حکومتیں قائم کریں، پولیٹیکل نظام قائم کریں۔</w:t>
      </w:r>
    </w:p>
    <w:p>
      <w:r>
        <w:rPr>
          <w:b/>
        </w:rPr>
        <w:t xml:space="preserve">[21:20] </w:t>
      </w:r>
      <w:r>
        <w:t>yeh bilkul galat baat hai.</w:t>
      </w:r>
    </w:p>
    <w:p>
      <w:pPr>
        <w:jc w:val="right"/>
      </w:pPr>
      <w:r>
        <w:t>یہ بالکل غلط بات ہے۔</w:t>
      </w:r>
    </w:p>
    <w:p>
      <w:r>
        <w:rPr>
          <w:b/>
        </w:rPr>
        <w:t xml:space="preserve">[21:26] </w:t>
      </w:r>
      <w:r>
        <w:t>jinhon ne is ka maqsad yeh liya ke political system qaim karna, yeh bilashuba bilkul baseless baat hai.</w:t>
      </w:r>
    </w:p>
    <w:p>
      <w:pPr>
        <w:jc w:val="right"/>
      </w:pPr>
      <w:r>
        <w:t>جنہوں نے اس کا مقصد یہ لیا کہ پولیٹیکل سسٹم قائم کرنا، یہ بلاشبہ بالکل بیسلیس بات ہے۔</w:t>
      </w:r>
    </w:p>
    <w:p>
      <w:r>
        <w:rPr>
          <w:b/>
        </w:rPr>
        <w:t xml:space="preserve">[21:32] </w:t>
      </w:r>
      <w:r>
        <w:t>nahi, yeh way of thinking ki baat hai, yeh culture ki baat hai, yeh civilization ki baat hai</w:t>
      </w:r>
    </w:p>
    <w:p>
      <w:pPr>
        <w:jc w:val="right"/>
      </w:pPr>
      <w:r>
        <w:t>نہیں، یہ وے آف تھنکنگ کی بات ہے، یہ کلچر کی بات ہے، یہ سویلائزیشن کی بات ہے</w:t>
      </w:r>
    </w:p>
    <w:p>
      <w:r>
        <w:rPr>
          <w:b/>
        </w:rPr>
        <w:t xml:space="preserve">[21:38] </w:t>
      </w:r>
      <w:r>
        <w:t>ke logon ko chahiye ke woh Allah ke bande ban kar rahein, chahe woh chahe ameer ho ya</w:t>
      </w:r>
    </w:p>
    <w:p>
      <w:pPr>
        <w:jc w:val="right"/>
      </w:pPr>
      <w:r>
        <w:t>کہ لوگوں کو چاہیے کہ وہ اللہ کے بندے بن کر رہیں، چاہے وہ چاہے امیر ہو یا</w:t>
      </w:r>
    </w:p>
    <w:p>
      <w:r>
        <w:rPr>
          <w:b/>
        </w:rPr>
        <w:t xml:space="preserve">[21:45] </w:t>
      </w:r>
      <w:r>
        <w:t>ghareeb, koi bhi ho.</w:t>
      </w:r>
    </w:p>
    <w:p>
      <w:pPr>
        <w:jc w:val="right"/>
      </w:pPr>
      <w:r>
        <w:t>غریب، کوئی بھی ہو۔</w:t>
      </w:r>
    </w:p>
    <w:p>
      <w:r>
        <w:rPr>
          <w:b/>
        </w:rPr>
        <w:t xml:space="preserve">[21:51] </w:t>
      </w:r>
      <w:r>
        <w:t>ek Allah ko apna ilah maanein.</w:t>
      </w:r>
    </w:p>
    <w:p>
      <w:pPr>
        <w:jc w:val="right"/>
      </w:pPr>
      <w:r>
        <w:t>ایک اللہ کو اپنا الہ مانیں۔</w:t>
      </w:r>
    </w:p>
    <w:p>
      <w:r>
        <w:rPr>
          <w:b/>
        </w:rPr>
        <w:t xml:space="preserve">[21:57] </w:t>
      </w:r>
      <w:r>
        <w:t>yeh tha paighambaron ka nishana.</w:t>
      </w:r>
    </w:p>
    <w:p>
      <w:pPr>
        <w:jc w:val="right"/>
      </w:pPr>
      <w:r>
        <w:t>یہ تھا پیغمبروں کا نشانہ۔</w:t>
      </w:r>
    </w:p>
    <w:p>
      <w:r>
        <w:rPr>
          <w:b/>
        </w:rPr>
        <w:t xml:space="preserve">[22:03] </w:t>
      </w:r>
      <w:r>
        <w:t>lekin duniya mein yeh jo kingship ka nizaam tha, jo malook al arz ka jo nizaam tha, woh</w:t>
      </w:r>
    </w:p>
    <w:p>
      <w:pPr>
        <w:jc w:val="right"/>
      </w:pPr>
      <w:r>
        <w:t>لیکن دنیا میں یہ جو کنگ شپ کا نظام تھا، جو ملوک الارض کا جو نظام تھا، وہ</w:t>
      </w:r>
    </w:p>
    <w:p>
      <w:r>
        <w:rPr>
          <w:b/>
        </w:rPr>
        <w:t xml:space="preserve">[22:09] </w:t>
      </w:r>
      <w:r>
        <w:t>qaim raha, qaim raha, qaim raha.</w:t>
      </w:r>
    </w:p>
    <w:p>
      <w:pPr>
        <w:jc w:val="right"/>
      </w:pPr>
      <w:r>
        <w:t>قائم رہا، قائم رہا، قائم رہا۔</w:t>
      </w:r>
    </w:p>
    <w:p>
      <w:r>
        <w:rPr>
          <w:b/>
        </w:rPr>
        <w:t xml:space="preserve">[22:16] </w:t>
      </w:r>
      <w:r>
        <w:t>phir Allah taala ne, chounke Allah taala ko yeh kaam, yaani yeh kaam qazin fikr ke tehat karna</w:t>
      </w:r>
    </w:p>
    <w:p>
      <w:pPr>
        <w:jc w:val="right"/>
      </w:pPr>
      <w:r>
        <w:t>پھر اللہ تعالیٰ نے، چونکہ اللہ تعالیٰ کو یہ کام، یعنی یہ کام کازن فکر کے تحت کرنا</w:t>
      </w:r>
    </w:p>
    <w:p>
      <w:r>
        <w:rPr>
          <w:b/>
        </w:rPr>
        <w:t xml:space="preserve">[22:22] </w:t>
      </w:r>
      <w:r>
        <w:t>tha, insan ki azadi ko baqi rakhte hue karna tha.</w:t>
      </w:r>
    </w:p>
    <w:p>
      <w:pPr>
        <w:jc w:val="right"/>
      </w:pPr>
      <w:r>
        <w:t>تھا، انسان کی آزادی کو باقی رکھتے ہوئے کرنا تھا۔</w:t>
      </w:r>
    </w:p>
    <w:p>
      <w:r>
        <w:rPr>
          <w:b/>
        </w:rPr>
        <w:t xml:space="preserve">[22:28] </w:t>
      </w:r>
      <w:r>
        <w:t>insan ki azadi ko owalsh kar ke nahi karna tha.</w:t>
      </w:r>
    </w:p>
    <w:p>
      <w:pPr>
        <w:jc w:val="right"/>
      </w:pPr>
      <w:r>
        <w:t>انسان کی آزادی کو اوالش کر کے نہیں کرنا تھا۔</w:t>
      </w:r>
    </w:p>
    <w:p>
      <w:r>
        <w:rPr>
          <w:b/>
        </w:rPr>
        <w:t xml:space="preserve">[22:34] </w:t>
      </w:r>
      <w:r>
        <w:t>to is ke baad Allah taala ne saade char hazar saal pehle Hazrat Hajra ko basaya Makkah ke desert mein.</w:t>
      </w:r>
    </w:p>
    <w:p>
      <w:pPr>
        <w:jc w:val="right"/>
      </w:pPr>
      <w:r>
        <w:t>تو اس کے بعد اللہ تعالیٰ نے ساڑھے چار ہزار سال پہلے حضرت ہاجرہ کو بسایا مکہ کے ڈیزرٹ میں۔</w:t>
      </w:r>
    </w:p>
    <w:p>
      <w:r>
        <w:rPr>
          <w:b/>
        </w:rPr>
        <w:t xml:space="preserve">[22:41] </w:t>
      </w:r>
      <w:r>
        <w:t>wo tha, us ko main kehta hoon, desert therapy.</w:t>
      </w:r>
    </w:p>
    <w:p>
      <w:pPr>
        <w:jc w:val="right"/>
      </w:pPr>
      <w:r>
        <w:t>وہ تھا، اس کو میں کہتا ہوں، ڈیزرٹ تھریپی۔</w:t>
      </w:r>
    </w:p>
    <w:p>
      <w:r>
        <w:rPr>
          <w:b/>
        </w:rPr>
        <w:t xml:space="preserve">[22:47] </w:t>
      </w:r>
      <w:r>
        <w:t>yani sehrai mahol mein ek naye afraad banana jo peghambar ke sath iman layen aur team ban saken.</w:t>
      </w:r>
    </w:p>
    <w:p>
      <w:pPr>
        <w:jc w:val="right"/>
      </w:pPr>
      <w:r>
        <w:t>یعنی صحرائی ماحول میں ایک نئے افراد بنانا جو پیغمبر کے ساتھ ایمان لائیں اور ٹیم بن سکیں۔</w:t>
      </w:r>
    </w:p>
    <w:p>
      <w:r>
        <w:rPr>
          <w:b/>
        </w:rPr>
        <w:t xml:space="preserve">[22:53] </w:t>
      </w:r>
      <w:r>
        <w:t>kyun ke peghambaron ko team nahi milti thi.</w:t>
      </w:r>
    </w:p>
    <w:p>
      <w:pPr>
        <w:jc w:val="right"/>
      </w:pPr>
      <w:r>
        <w:t>کیونکہ پیغمبروں کو ٹیم نہیں ملتی تھی۔</w:t>
      </w:r>
    </w:p>
    <w:p>
      <w:r>
        <w:rPr>
          <w:b/>
        </w:rPr>
        <w:t xml:space="preserve">[22:59] </w:t>
      </w:r>
      <w:r>
        <w:t>aur team ban saken aur is nizam mulkiyat ko khatam karen.</w:t>
      </w:r>
    </w:p>
    <w:p>
      <w:pPr>
        <w:jc w:val="right"/>
      </w:pPr>
      <w:r>
        <w:t>اور ٹیم بن سکیں اور اس نظام ملوکیت کو ختم کریں۔</w:t>
      </w:r>
    </w:p>
    <w:p>
      <w:r>
        <w:rPr>
          <w:b/>
        </w:rPr>
        <w:t xml:space="preserve">[23:05] </w:t>
      </w:r>
      <w:r>
        <w:t>kingship ke nizam ko khatam karen.</w:t>
      </w:r>
    </w:p>
    <w:p>
      <w:pPr>
        <w:jc w:val="right"/>
      </w:pPr>
      <w:r>
        <w:t>کنگ شپ کے نظام کو ختم کریں۔</w:t>
      </w:r>
    </w:p>
    <w:p>
      <w:r>
        <w:rPr>
          <w:b/>
        </w:rPr>
        <w:t xml:space="preserve">[23:12] </w:t>
      </w:r>
      <w:r>
        <w:t>yani koi siyasi hukumat qaim karne ke liye nahi, is nizam ko khatam karne ke liye.</w:t>
      </w:r>
    </w:p>
    <w:p>
      <w:pPr>
        <w:jc w:val="right"/>
      </w:pPr>
      <w:r>
        <w:t>یعنی کوئی سیاسی حکومت قائم کرنے کے لئے نہیں، اس نظام کو ختم کرنے کے لئے۔</w:t>
      </w:r>
    </w:p>
    <w:p>
      <w:r>
        <w:rPr>
          <w:b/>
        </w:rPr>
        <w:t xml:space="preserve">[23:18] </w:t>
      </w:r>
      <w:r>
        <w:t>ek naya culture, ek nayi civilization duniya mein aye, ek nayi way of thinking duniya mein aye.</w:t>
      </w:r>
    </w:p>
    <w:p>
      <w:pPr>
        <w:jc w:val="right"/>
      </w:pPr>
      <w:r>
        <w:t>ایک نیا کلچر، ایک نئی سویلائزیشن دنیا میں آئے، ایک نئی وے آف تھنکنگ دنیا میں آئے۔</w:t>
      </w:r>
    </w:p>
    <w:p>
      <w:r>
        <w:rPr>
          <w:b/>
        </w:rPr>
        <w:t xml:space="preserve">[23:24] </w:t>
      </w:r>
      <w:r>
        <w:t>to sahaba ne yahi kaam kiya.</w:t>
      </w:r>
    </w:p>
    <w:p>
      <w:pPr>
        <w:jc w:val="right"/>
      </w:pPr>
      <w:r>
        <w:t>تو صحابہ نے یہی کام کیا۔</w:t>
      </w:r>
    </w:p>
    <w:p>
      <w:r>
        <w:rPr>
          <w:b/>
        </w:rPr>
        <w:t xml:space="preserve">[23:30] </w:t>
      </w:r>
      <w:r>
        <w:t>is waqt jihad bis Saif ke baghair nahi ho sakta tha.</w:t>
      </w:r>
    </w:p>
    <w:p>
      <w:pPr>
        <w:jc w:val="right"/>
      </w:pPr>
      <w:r>
        <w:t>اس وقت جہاد بالسيف کے بغیر نہیں ہو سکتا تھا۔</w:t>
      </w:r>
    </w:p>
    <w:p>
      <w:r>
        <w:rPr>
          <w:b/>
        </w:rPr>
        <w:t xml:space="preserve">[23:36] </w:t>
      </w:r>
      <w:r>
        <w:t>kyun ke jo badshah the, jo muluk al arz the, ek jo king aur emperor the, badi badi faujen banayi hui thin.</w:t>
      </w:r>
    </w:p>
    <w:p>
      <w:pPr>
        <w:jc w:val="right"/>
      </w:pPr>
      <w:r>
        <w:t>کیونکہ جو بادشاہ تھے، جو ملوک الارض تھے، ایک جو کنگ اور ایمپرر تھے، بڑی بڑی فوجیں بنائی ہوئی تھیں۔</w:t>
      </w:r>
    </w:p>
    <w:p>
      <w:r>
        <w:rPr>
          <w:b/>
        </w:rPr>
        <w:t xml:space="preserve">[23:43] </w:t>
      </w:r>
      <w:r>
        <w:t>wo yani sab se zyada kharch jo hota tha badshahon ka, wo fauj par hota tha.</w:t>
      </w:r>
    </w:p>
    <w:p>
      <w:pPr>
        <w:jc w:val="right"/>
      </w:pPr>
      <w:r>
        <w:t>وہ یعنی سب سے زیادہ خرچ جو ہوتا تھا بادشاہوں کا، وہ فوج پر ہوتا تھا۔</w:t>
      </w:r>
    </w:p>
    <w:p>
      <w:r>
        <w:rPr>
          <w:b/>
        </w:rPr>
        <w:t xml:space="preserve">[23:49] </w:t>
      </w:r>
      <w:r>
        <w:t>is zamane mein, is mein sab se bada job jo tha, wo fauj ki service thi.</w:t>
      </w:r>
    </w:p>
    <w:p>
      <w:pPr>
        <w:jc w:val="right"/>
      </w:pPr>
      <w:r>
        <w:t>اس زمانے میں، اس میں سب سے بڑا جاب جو تھا، وہ فوج کی سروس تھی۔</w:t>
      </w:r>
    </w:p>
    <w:p>
      <w:r>
        <w:rPr>
          <w:b/>
        </w:rPr>
        <w:t xml:space="preserve">[23:55] </w:t>
      </w:r>
      <w:r>
        <w:t>aaj kal ke zamane mein sab bada job samjha jata hai ke samajhte hain log ke multinational</w:t>
      </w:r>
    </w:p>
    <w:p>
      <w:pPr>
        <w:jc w:val="right"/>
      </w:pPr>
      <w:r>
        <w:t>آج کل کے زمانے میں سب بڑا جاب سمجھا جاتا ہے کہ سمجھتے ہیں لوگ کہ ملٹی نیشنل</w:t>
      </w:r>
    </w:p>
    <w:p>
      <w:r>
        <w:rPr>
          <w:b/>
        </w:rPr>
        <w:t xml:space="preserve">[24:01] </w:t>
      </w:r>
      <w:r>
        <w:t>company mein aap ko job mil jaye, ye badi cheez hai.</w:t>
      </w:r>
    </w:p>
    <w:p>
      <w:pPr>
        <w:jc w:val="right"/>
      </w:pPr>
      <w:r>
        <w:t>کمپنی میں آپ کو جاب مل جائے، یہ بڑی چیز ہے۔</w:t>
      </w:r>
    </w:p>
    <w:p>
      <w:r>
        <w:rPr>
          <w:b/>
        </w:rPr>
        <w:t xml:space="preserve">[24:08] </w:t>
      </w:r>
      <w:r>
        <w:t>is zamane mein sab se badi cheez thi fauj mein job mil jana.</w:t>
      </w:r>
    </w:p>
    <w:p>
      <w:pPr>
        <w:jc w:val="right"/>
      </w:pPr>
      <w:r>
        <w:t>اس زمانے میں سب سے بڑی چیز تھی فوج میں جاب مل جانا۔</w:t>
      </w:r>
    </w:p>
    <w:p>
      <w:r>
        <w:rPr>
          <w:b/>
        </w:rPr>
        <w:t xml:space="preserve">[24:14] </w:t>
      </w:r>
      <w:r>
        <w:t>isi ko kaha hai ek Ghalib ne, sau pusht se hai pesha aaba sipahgari.</w:t>
      </w:r>
    </w:p>
    <w:p>
      <w:pPr>
        <w:jc w:val="right"/>
      </w:pPr>
      <w:r>
        <w:t>اسی کو کہا ہے ایک غالب نے، سو پشت سے ہے پیشہ آبا سپہ گری۔</w:t>
      </w:r>
    </w:p>
    <w:p>
      <w:r>
        <w:rPr>
          <w:b/>
        </w:rPr>
        <w:t xml:space="preserve">[24:20] </w:t>
      </w:r>
      <w:r>
        <w:t>sau pusht se hai pesha aaba sipahgari.</w:t>
      </w:r>
    </w:p>
    <w:p>
      <w:pPr>
        <w:jc w:val="right"/>
      </w:pPr>
      <w:r>
        <w:t>سو پشت سے ہے پیشہ آبا سپہ گری۔</w:t>
      </w:r>
    </w:p>
    <w:p>
      <w:r>
        <w:rPr>
          <w:b/>
        </w:rPr>
        <w:t xml:space="preserve">[24:26] </w:t>
      </w:r>
      <w:r>
        <w:t>hazaron saal tak sab se bada job hua karta tha army mein service karna.</w:t>
      </w:r>
    </w:p>
    <w:p>
      <w:pPr>
        <w:jc w:val="right"/>
      </w:pPr>
      <w:r>
        <w:t>ہزاروں سال تک سب سے بڑا جاب ہوا کرتا تھا آرمی میں سروس کرنا۔</w:t>
      </w:r>
    </w:p>
    <w:p>
      <w:r>
        <w:rPr>
          <w:b/>
        </w:rPr>
        <w:t xml:space="preserve">[24:32] </w:t>
      </w:r>
      <w:r>
        <w:t>to jo badshah hua karte the, badi badi army banayi hui thi, talwar ka nizam.</w:t>
      </w:r>
    </w:p>
    <w:p>
      <w:pPr>
        <w:jc w:val="right"/>
      </w:pPr>
      <w:r>
        <w:t>تو جو بادشاہ ہوا کرتے تھے، بڑی بڑی آرمی بنائی ہوئی تھی، تلوار کا نظام۔</w:t>
      </w:r>
    </w:p>
    <w:p>
      <w:r>
        <w:rPr>
          <w:b/>
        </w:rPr>
        <w:t xml:space="preserve">[24:39] </w:t>
      </w:r>
      <w:r>
        <w:t>un ke haan talwar ke karkhane hote the.</w:t>
      </w:r>
    </w:p>
    <w:p>
      <w:pPr>
        <w:jc w:val="right"/>
      </w:pPr>
      <w:r>
        <w:t>ان کے ہاں تلوار کے کارخانے ہوتے تھے۔</w:t>
      </w:r>
    </w:p>
    <w:p>
      <w:r>
        <w:rPr>
          <w:b/>
        </w:rPr>
        <w:t xml:space="preserve">[24:45] </w:t>
      </w:r>
      <w:r>
        <w:t>duniya mein jabbar aur mutakabir ban kar hukumat qaim ki hui thi.</w:t>
      </w:r>
    </w:p>
    <w:p>
      <w:pPr>
        <w:jc w:val="right"/>
      </w:pPr>
      <w:r>
        <w:t>دنیا میں جبار اور متکبر بن کر حکومت قائم کی ہوئی تھی۔</w:t>
      </w:r>
    </w:p>
    <w:p>
      <w:r>
        <w:rPr>
          <w:b/>
        </w:rPr>
        <w:t xml:space="preserve">[24:51] </w:t>
      </w:r>
      <w:r>
        <w:t>is liye Allah taala ki jo nizam scheme hai ke insan azad ho, insan azadi ke sath is</w:t>
      </w:r>
    </w:p>
    <w:p>
      <w:pPr>
        <w:jc w:val="right"/>
      </w:pPr>
      <w:r>
        <w:t>اس لیے اللہ تعالیٰ کی جو نظام سکیم ہے کہ انسان آزاد ہو، انسان آزادی کے ساتھ اس</w:t>
      </w:r>
    </w:p>
    <w:p>
      <w:r>
        <w:rPr>
          <w:b/>
        </w:rPr>
        <w:t xml:space="preserve">[24:57] </w:t>
      </w:r>
      <w:r>
        <w:t>ko amal karne ka mauqa ho, tabhi to is ka test hoga.</w:t>
      </w:r>
    </w:p>
    <w:p>
      <w:pPr>
        <w:jc w:val="right"/>
      </w:pPr>
      <w:r>
        <w:t>کو عمل کرنے کا موقع ہو، تبھی تو اس کا ٹیسٹ ہوگا۔</w:t>
      </w:r>
    </w:p>
    <w:p>
      <w:r>
        <w:rPr>
          <w:b/>
        </w:rPr>
        <w:t xml:space="preserve">[25:03] </w:t>
      </w:r>
      <w:r>
        <w:t>test ka talluq kisi political system se nahi hai.</w:t>
      </w:r>
    </w:p>
    <w:p>
      <w:pPr>
        <w:jc w:val="right"/>
      </w:pPr>
      <w:r>
        <w:t>ٹیسٹ کا تعلق کسی پولیٹیکل سسٹم سے نہیں ہے۔</w:t>
      </w:r>
    </w:p>
    <w:p>
      <w:r>
        <w:rPr>
          <w:b/>
        </w:rPr>
        <w:t xml:space="preserve">[25:10] </w:t>
      </w:r>
      <w:r>
        <w:t>jo kuch log samajhte hain ke nizam hukoomat qaim karna, woh baseless baat hai.</w:t>
      </w:r>
    </w:p>
    <w:p>
      <w:pPr>
        <w:jc w:val="right"/>
      </w:pPr>
      <w:r>
        <w:t>جو کچھ لوگ سمجھتے ہیں کہ نظام حکومت قائم کرنا، وہ بیسلیس بات ہے۔</w:t>
      </w:r>
    </w:p>
    <w:p>
      <w:r>
        <w:rPr>
          <w:b/>
        </w:rPr>
        <w:t xml:space="preserve">[25:16] </w:t>
      </w:r>
      <w:r>
        <w:t>nizam hukoomat qaim karna yeh nizam nahi tha peghambaron ka.</w:t>
      </w:r>
    </w:p>
    <w:p>
      <w:pPr>
        <w:jc w:val="right"/>
      </w:pPr>
      <w:r>
        <w:t>نظام حکومت قائم کرنا یہ نظام نہیں تھا پیغمبروں کا۔</w:t>
      </w:r>
    </w:p>
    <w:p>
      <w:r>
        <w:rPr>
          <w:b/>
        </w:rPr>
        <w:t xml:space="preserve">[25:22] </w:t>
      </w:r>
      <w:r>
        <w:t>jabr ko todna, badshahat ko khatam karna, insan azadi ke sath apna kaam kare.</w:t>
      </w:r>
    </w:p>
    <w:p>
      <w:pPr>
        <w:jc w:val="right"/>
      </w:pPr>
      <w:r>
        <w:t>جبر کو توڑنا، بادشاہت کو ختم کرنا، انسان آزادی کے ساتھ اپنا کام کرے۔</w:t>
      </w:r>
    </w:p>
    <w:p>
      <w:r>
        <w:rPr>
          <w:b/>
        </w:rPr>
        <w:t xml:space="preserve">[25:28] </w:t>
      </w:r>
      <w:r>
        <w:t>to sahaba karam ne yahi kaam kiya.</w:t>
      </w:r>
    </w:p>
    <w:p>
      <w:pPr>
        <w:jc w:val="right"/>
      </w:pPr>
      <w:r>
        <w:t>تو صحابہ کرام نے یہی کام کیا۔</w:t>
      </w:r>
    </w:p>
    <w:p>
      <w:r>
        <w:rPr>
          <w:b/>
        </w:rPr>
        <w:t xml:space="preserve">[25:35] </w:t>
      </w:r>
      <w:r>
        <w:t>sahaba karam ne is daur ko tod diya jis daur mein badshah hua karte the, emperor hua karte the.</w:t>
      </w:r>
    </w:p>
    <w:p>
      <w:pPr>
        <w:jc w:val="right"/>
      </w:pPr>
      <w:r>
        <w:t>صحابہ کرام نے اس دور کو توڑ دیا جس دور میں بادشاہ ہوا کرتے تھے، ایمپرر ہوا کرتے تھے۔</w:t>
      </w:r>
    </w:p>
    <w:p>
      <w:r>
        <w:rPr>
          <w:b/>
        </w:rPr>
        <w:t xml:space="preserve">[25:41] </w:t>
      </w:r>
      <w:r>
        <w:t>yeh tha ek divine operation.</w:t>
      </w:r>
    </w:p>
    <w:p>
      <w:pPr>
        <w:jc w:val="right"/>
      </w:pPr>
      <w:r>
        <w:t>یہ تھا ایک ڈیوائن آپریشن۔</w:t>
      </w:r>
    </w:p>
    <w:p>
      <w:r>
        <w:rPr>
          <w:b/>
        </w:rPr>
        <w:t xml:space="preserve">[25:47] </w:t>
      </w:r>
      <w:r>
        <w:t>is ke liye jihad bis Saif hua tha.</w:t>
      </w:r>
    </w:p>
    <w:p>
      <w:pPr>
        <w:jc w:val="right"/>
      </w:pPr>
      <w:r>
        <w:t>اس کے لئے جہاد بالسيف ہوا تھا۔</w:t>
      </w:r>
    </w:p>
    <w:p>
      <w:r>
        <w:rPr>
          <w:b/>
        </w:rPr>
        <w:t xml:space="preserve">[25:53] </w:t>
      </w:r>
      <w:r>
        <w:t>woh jo quran mein hai ke qātilūhum ḥattā lā takūnū fitnat jang karo yahan tak ke fitna baqi na rahe.</w:t>
      </w:r>
    </w:p>
    <w:p>
      <w:pPr>
        <w:jc w:val="right"/>
      </w:pPr>
      <w:r>
        <w:t>وہ جو قرآن میں ہے کہ قَاتِلُوهُمْ حَتَّىٰ لَا تُكُنُوا فِتْنَةً جنگ کرو یہاں تک کہ فتنہ باقی نہ رہے۔</w:t>
      </w:r>
    </w:p>
    <w:p>
      <w:r>
        <w:rPr>
          <w:b/>
        </w:rPr>
        <w:t xml:space="preserve">[25:59] </w:t>
      </w:r>
      <w:r>
        <w:t>yeh fitna jo hai, yeh kya tha? yahi tha kingship ka nizam.</w:t>
      </w:r>
    </w:p>
    <w:p>
      <w:pPr>
        <w:jc w:val="right"/>
      </w:pPr>
      <w:r>
        <w:t>یہ فتنہ جو ہے، یہ کیا تھا؟ یہی تھا کنگ شپ کا نظام۔</w:t>
      </w:r>
    </w:p>
    <w:p>
      <w:r>
        <w:rPr>
          <w:b/>
        </w:rPr>
        <w:t xml:space="preserve">[26:06] </w:t>
      </w:r>
      <w:r>
        <w:t>yeh khatam ho jaye.</w:t>
      </w:r>
    </w:p>
    <w:p>
      <w:pPr>
        <w:jc w:val="right"/>
      </w:pPr>
      <w:r>
        <w:t>یہ ختم ہو جائے۔</w:t>
      </w:r>
    </w:p>
    <w:p>
      <w:r>
        <w:rPr>
          <w:b/>
        </w:rPr>
        <w:t xml:space="preserve">[26:12] </w:t>
      </w:r>
      <w:r>
        <w:t>agarche musalman is ko sirf 50% khatam kar paye.</w:t>
      </w:r>
    </w:p>
    <w:p>
      <w:pPr>
        <w:jc w:val="right"/>
      </w:pPr>
      <w:r>
        <w:t>اگرچہ مسلمان اس کو صرف 50% ختم کر پائے۔</w:t>
      </w:r>
    </w:p>
    <w:p>
      <w:r>
        <w:rPr>
          <w:b/>
        </w:rPr>
        <w:t xml:space="preserve">[26:18] </w:t>
      </w:r>
      <w:r>
        <w:t>sahaba karam ke baad jo ummat muslima bani, woh 50% khatam kar payi.</w:t>
      </w:r>
    </w:p>
    <w:p>
      <w:pPr>
        <w:jc w:val="right"/>
      </w:pPr>
      <w:r>
        <w:t>صحابہ کرام کے بعد جو امت مسلمہ بنی، وہ 50% ختم کر پائی۔</w:t>
      </w:r>
    </w:p>
    <w:p>
      <w:r>
        <w:rPr>
          <w:b/>
        </w:rPr>
        <w:t xml:space="preserve">[26:24] </w:t>
      </w:r>
      <w:r>
        <w:t>kyunke is ke baad jo khilafat aayi, woh musalmanon mein, so called khilafat, woh sari ki sari dobara</w:t>
      </w:r>
    </w:p>
    <w:p>
      <w:pPr>
        <w:jc w:val="right"/>
      </w:pPr>
      <w:r>
        <w:t>کیونکہ اس کے بعد جو خلافت آئی، وہ مسلمانوں میں، سو کالڈ خلافت، وہ ساری کی ساری دوبارہ</w:t>
      </w:r>
    </w:p>
    <w:p>
      <w:r>
        <w:rPr>
          <w:b/>
        </w:rPr>
        <w:t xml:space="preserve">[26:30] </w:t>
      </w:r>
      <w:r>
        <w:t>dynasty par qaim ho gayi.</w:t>
      </w:r>
    </w:p>
    <w:p>
      <w:pPr>
        <w:jc w:val="right"/>
      </w:pPr>
      <w:r>
        <w:t>ڈائنسٹی پر قائم ہو گئی۔</w:t>
      </w:r>
    </w:p>
    <w:p>
      <w:r>
        <w:rPr>
          <w:b/>
        </w:rPr>
        <w:t xml:space="preserve">[26:37] </w:t>
      </w:r>
      <w:r>
        <w:t>khandani hukoomat par qaim ho gayi.</w:t>
      </w:r>
    </w:p>
    <w:p>
      <w:pPr>
        <w:jc w:val="right"/>
      </w:pPr>
      <w:r>
        <w:t>خاندانی حکومت پر قائم ہو گئی۔</w:t>
      </w:r>
    </w:p>
    <w:p>
      <w:r>
        <w:rPr>
          <w:b/>
        </w:rPr>
        <w:t xml:space="preserve">[26:43] </w:t>
      </w:r>
      <w:r>
        <w:t>yani muawiya ke zamane se le kar ke aakhri zamane tak, yani turki ki khilafat tak, sab dynasty thi.</w:t>
      </w:r>
    </w:p>
    <w:p>
      <w:pPr>
        <w:jc w:val="right"/>
      </w:pPr>
      <w:r>
        <w:t>یعنی معاویہ کے زمانے سے لے کر کے آخری زمانے تک، یعنی ترکی کی خلافت تک، سب ڈائنسٹی تھی۔</w:t>
      </w:r>
    </w:p>
    <w:p>
      <w:r>
        <w:rPr>
          <w:b/>
        </w:rPr>
        <w:t xml:space="preserve">[26:49] </w:t>
      </w:r>
      <w:r>
        <w:t>to yeh 50% khatam kiya musalmanon ne.</w:t>
      </w:r>
    </w:p>
    <w:p>
      <w:pPr>
        <w:jc w:val="right"/>
      </w:pPr>
      <w:r>
        <w:t>تو یہ 50% ختم کیا مسلمانوں نے۔</w:t>
      </w:r>
    </w:p>
    <w:p>
      <w:r>
        <w:rPr>
          <w:b/>
        </w:rPr>
        <w:t xml:space="preserve">[26:55] </w:t>
      </w:r>
      <w:r>
        <w:t>mukammal khatma yeh hua French revolution ke baad, jab democracy aayi.</w:t>
      </w:r>
    </w:p>
    <w:p>
      <w:pPr>
        <w:jc w:val="right"/>
      </w:pPr>
      <w:r>
        <w:t>مکمل خاتمہ یہ ہوا فرنچ ریولوشن کے بعد، جب ڈیموکریسی آئی۔</w:t>
      </w:r>
    </w:p>
    <w:p>
      <w:r>
        <w:rPr>
          <w:b/>
        </w:rPr>
        <w:t xml:space="preserve">[27:01] </w:t>
      </w:r>
      <w:r>
        <w:t>France mein jo democratic revolution aaya tha, wahan aa kar ka mukammal khatma hua mulookiyat ka, kingship ka.</w:t>
      </w:r>
    </w:p>
    <w:p>
      <w:pPr>
        <w:jc w:val="right"/>
      </w:pPr>
      <w:r>
        <w:t>فرانس میں جو ڈیموکریٹک ریولوشن آیا تھا، وہاں آ کر کا مکمل خاتمہ ہوا ملوکیت کا، کنگ شپ کا۔</w:t>
      </w:r>
    </w:p>
    <w:p>
      <w:r>
        <w:rPr>
          <w:b/>
        </w:rPr>
        <w:t xml:space="preserve">[27:08] </w:t>
      </w:r>
      <w:r>
        <w:t>aur phir aap jante hain ke is ke baad sari tarqqiyan huien.</w:t>
      </w:r>
    </w:p>
    <w:p>
      <w:pPr>
        <w:jc w:val="right"/>
      </w:pPr>
      <w:r>
        <w:t>اور پھر آپ جانتے ہیں کہ اس کے بعد ساری ترقیاں ہوئیں۔</w:t>
      </w:r>
    </w:p>
    <w:p>
      <w:r>
        <w:rPr>
          <w:b/>
        </w:rPr>
        <w:t xml:space="preserve">[27:14] </w:t>
      </w:r>
      <w:r>
        <w:t>badshahon ke zamane mein free thinking nahi thi.</w:t>
      </w:r>
    </w:p>
    <w:p>
      <w:pPr>
        <w:jc w:val="right"/>
      </w:pPr>
      <w:r>
        <w:t>بادشاہوں کے زمانے میں فری تھنکنگ نہیں تھی۔</w:t>
      </w:r>
    </w:p>
    <w:p>
      <w:r>
        <w:rPr>
          <w:b/>
        </w:rPr>
        <w:t xml:space="preserve">[27:20] </w:t>
      </w:r>
      <w:r>
        <w:t>jo badshah kahe, usi ko sab ko manna hai.</w:t>
      </w:r>
    </w:p>
    <w:p>
      <w:pPr>
        <w:jc w:val="right"/>
      </w:pPr>
      <w:r>
        <w:t>جو بادشاہ کہے، اسی کو سب کو ماننا ہے۔</w:t>
      </w:r>
    </w:p>
    <w:p>
      <w:r>
        <w:rPr>
          <w:b/>
        </w:rPr>
        <w:t xml:space="preserve">[27:26] </w:t>
      </w:r>
      <w:r>
        <w:t>jo badshah kahe, woh sab ko manna hai.</w:t>
      </w:r>
    </w:p>
    <w:p>
      <w:pPr>
        <w:jc w:val="right"/>
      </w:pPr>
      <w:r>
        <w:t>جو بادشاہ کہے، وہ سب کو ماننا ہے۔</w:t>
      </w:r>
    </w:p>
    <w:p>
      <w:r>
        <w:rPr>
          <w:b/>
        </w:rPr>
        <w:t xml:space="preserve">[27:33] </w:t>
      </w:r>
      <w:r>
        <w:t>al-nas awla deen malookiham jo badshah ka deen, wahi sab ka deen.</w:t>
      </w:r>
    </w:p>
    <w:p>
      <w:pPr>
        <w:jc w:val="right"/>
      </w:pPr>
      <w:r>
        <w:t>الناس أولى دين ملوکهم جو بادشاہ کا دین، وہی سب کا دین۔</w:t>
      </w:r>
    </w:p>
    <w:p>
      <w:r>
        <w:rPr>
          <w:b/>
        </w:rPr>
        <w:t xml:space="preserve">[27:39] </w:t>
      </w:r>
      <w:r>
        <w:t>is bina par history mein aap dekhiye ke poora zamana jo hai, jab ke emperor hua karte thay,</w:t>
      </w:r>
    </w:p>
    <w:p>
      <w:pPr>
        <w:jc w:val="right"/>
      </w:pPr>
      <w:r>
        <w:t>اس بنا پر ہسٹری میں آپ دیکھئے کہ پورا زمانہ جو ہے، جب کہ ایمپرر ہوا کرتے تھے،</w:t>
      </w:r>
    </w:p>
    <w:p>
      <w:r>
        <w:rPr>
          <w:b/>
        </w:rPr>
        <w:t xml:space="preserve">[27:45] </w:t>
      </w:r>
      <w:r>
        <w:t>badshah hua karte thay, king hua karte thay, koi taraqqi nahi hui.</w:t>
      </w:r>
    </w:p>
    <w:p>
      <w:pPr>
        <w:jc w:val="right"/>
      </w:pPr>
      <w:r>
        <w:t>بادشاہ ہوا کرتے تھے، کنگ ہوا کرتے تھے، کوئی ترقی نہیں ہوئی۔</w:t>
      </w:r>
    </w:p>
    <w:p>
      <w:r>
        <w:rPr>
          <w:b/>
        </w:rPr>
        <w:t xml:space="preserve">[27:51] </w:t>
      </w:r>
      <w:r>
        <w:t>khoob muslim period mein koi bari taraqqi nahi hui.</w:t>
      </w:r>
    </w:p>
    <w:p>
      <w:pPr>
        <w:jc w:val="right"/>
      </w:pPr>
      <w:r>
        <w:t>خوب مسلم پیریڈ میں کوئی بڑی ترقی نہیں ہوئی۔</w:t>
      </w:r>
    </w:p>
    <w:p>
      <w:r>
        <w:rPr>
          <w:b/>
        </w:rPr>
        <w:t xml:space="preserve">[27:57] </w:t>
      </w:r>
      <w:r>
        <w:t>saari taraqqi hui hai french revolution ke baad, jab dunya se badshahat khatm ho gayi, democracy aa gayi.</w:t>
      </w:r>
    </w:p>
    <w:p>
      <w:pPr>
        <w:jc w:val="right"/>
      </w:pPr>
      <w:r>
        <w:t>ساری ترقی ہوئی ہے فرنچ ریولوشن کے بعد، جب دنیا سے بادشاہت ختم ہو گئی، ڈیموکریسی آ گئی۔</w:t>
      </w:r>
    </w:p>
    <w:p>
      <w:r>
        <w:rPr>
          <w:b/>
        </w:rPr>
        <w:t xml:space="preserve">[28:04] </w:t>
      </w:r>
      <w:r>
        <w:t>to democracy jo thi, woh Allah taala ko matloob cheez thi.</w:t>
      </w:r>
    </w:p>
    <w:p>
      <w:pPr>
        <w:jc w:val="right"/>
      </w:pPr>
      <w:r>
        <w:t>تو ڈیموکریسی جو تھی، وہ اللہ تعالیٰ کو مطلوب چیز تھی۔</w:t>
      </w:r>
    </w:p>
    <w:p>
      <w:r>
        <w:rPr>
          <w:b/>
        </w:rPr>
        <w:t xml:space="preserve">[28:10] </w:t>
      </w:r>
      <w:r>
        <w:t>log bohat hi nadani ke sath democracy ko keh diya, ladini nizam.</w:t>
      </w:r>
    </w:p>
    <w:p>
      <w:pPr>
        <w:jc w:val="right"/>
      </w:pPr>
      <w:r>
        <w:t>لوگ بہت ہی نادانی کے ساتھ ڈیموکریسی کو کہہ دیا، لادینی نظام۔</w:t>
      </w:r>
    </w:p>
    <w:p>
      <w:r>
        <w:rPr>
          <w:b/>
        </w:rPr>
        <w:t xml:space="preserve">[28:16] </w:t>
      </w:r>
      <w:r>
        <w:t>nahi, ladini nizam nahi hai, woh woh khodawandi nizam hai.</w:t>
      </w:r>
    </w:p>
    <w:p>
      <w:pPr>
        <w:jc w:val="right"/>
      </w:pPr>
      <w:r>
        <w:t>نہیں، لادینی نظام نہیں ہے، وہ وہ خداوندی نظام ہے۔</w:t>
      </w:r>
    </w:p>
    <w:p>
      <w:r>
        <w:rPr>
          <w:b/>
        </w:rPr>
        <w:t xml:space="preserve">[28:22] </w:t>
      </w:r>
      <w:r>
        <w:t>woh democracy ladini nizam nahi hai, woh khodawandi nizam hai.</w:t>
      </w:r>
    </w:p>
    <w:p>
      <w:pPr>
        <w:jc w:val="right"/>
      </w:pPr>
      <w:r>
        <w:t>وہ ڈیموکریسی لادینی نظام نہیں ہے، وہ خداوندی نظام ہے۔</w:t>
      </w:r>
    </w:p>
    <w:p>
      <w:r>
        <w:rPr>
          <w:b/>
        </w:rPr>
        <w:t xml:space="preserve">[28:28] </w:t>
      </w:r>
      <w:r>
        <w:t>kyunke democracy ki wajah se har ek ko freedom mil gayi, har ek ko free thinking aa gayi,</w:t>
      </w:r>
    </w:p>
    <w:p>
      <w:pPr>
        <w:jc w:val="right"/>
      </w:pPr>
      <w:r>
        <w:t>کیونکہ ڈیموکریسی کی وجہ سے ہر ایک کو فریڈم مل گئی، ہر ایک کو فری تھنکنگ آ گئی،</w:t>
      </w:r>
    </w:p>
    <w:p>
      <w:r>
        <w:rPr>
          <w:b/>
        </w:rPr>
        <w:t xml:space="preserve">[28:35] </w:t>
      </w:r>
      <w:r>
        <w:t>aur phir taraqqiyan hone lagin.</w:t>
      </w:r>
    </w:p>
    <w:p>
      <w:pPr>
        <w:jc w:val="right"/>
      </w:pPr>
      <w:r>
        <w:t>اور پھر ترقیاں ہونے لگیں۔</w:t>
      </w:r>
    </w:p>
    <w:p>
      <w:r>
        <w:rPr>
          <w:b/>
        </w:rPr>
        <w:t xml:space="preserve">[28:41] </w:t>
      </w:r>
      <w:r>
        <w:t>taraqqiyan hone lagin.</w:t>
      </w:r>
    </w:p>
    <w:p>
      <w:pPr>
        <w:jc w:val="right"/>
      </w:pPr>
      <w:r>
        <w:t>ترقیاں ہونے لگیں۔</w:t>
      </w:r>
    </w:p>
    <w:p>
      <w:r>
        <w:rPr>
          <w:b/>
        </w:rPr>
        <w:t xml:space="preserve">[28:47] </w:t>
      </w:r>
      <w:r>
        <w:t>aur jo bhi jis ko hum civilization kehte hain, jo western civilization, woh sab isi zamane mein to hui hai.</w:t>
      </w:r>
    </w:p>
    <w:p>
      <w:pPr>
        <w:jc w:val="right"/>
      </w:pPr>
      <w:r>
        <w:t>اور جو بھی جس کو ہم سویلائزیشن کہتے ہیں، جو ویسٹرن سویلائزیشن، وہ سب اسی زمانے میں تو ہوئی ہے۔</w:t>
      </w:r>
    </w:p>
    <w:p>
      <w:r>
        <w:rPr>
          <w:b/>
        </w:rPr>
        <w:t xml:space="preserve">[28:53] </w:t>
      </w:r>
      <w:r>
        <w:t>aaj jo hum bol rahe hain, aur yahan par, yani modern technology ke zariye hamari awaaz har jagah</w:t>
      </w:r>
    </w:p>
    <w:p>
      <w:pPr>
        <w:jc w:val="right"/>
      </w:pPr>
      <w:r>
        <w:t>آج جو ہم بول رہے ہیں، اور یہاں پر، یعنی ماڈرن ٹیکنالوجی کے ذریعے ہماری آواز ہر جگہ</w:t>
      </w:r>
    </w:p>
    <w:p>
      <w:r>
        <w:rPr>
          <w:b/>
        </w:rPr>
        <w:t xml:space="preserve">[29:00] </w:t>
      </w:r>
      <w:r>
        <w:t>pehanch rahi hai, yeh kab hua? badshahat ke daur mein nahi hua.</w:t>
      </w:r>
    </w:p>
    <w:p>
      <w:pPr>
        <w:jc w:val="right"/>
      </w:pPr>
      <w:r>
        <w:t>پہنچ رہی ہے، یہ کب ہوا؟ بادشاہت کے دور میں نہیں ہوا۔</w:t>
      </w:r>
    </w:p>
    <w:p>
      <w:r>
        <w:rPr>
          <w:b/>
        </w:rPr>
        <w:t xml:space="preserve">[29:06] </w:t>
      </w:r>
      <w:r>
        <w:t>yeh hua jab dunya mein freedom aayi, democracy aayi, secularism aayi, science ka zamana aaya.</w:t>
      </w:r>
    </w:p>
    <w:p>
      <w:pPr>
        <w:jc w:val="right"/>
      </w:pPr>
      <w:r>
        <w:t>یہ ہوا جب دنیا میں فریڈم آئی، ڈیموکریسی آئی، سیکولرازم آئی، سائنس کا زمانہ آیا۔</w:t>
      </w:r>
    </w:p>
    <w:p>
      <w:r>
        <w:rPr>
          <w:b/>
        </w:rPr>
        <w:t xml:space="preserve">[29:12] </w:t>
      </w:r>
      <w:r>
        <w:t>to woh jo ayat hai Quran majeed mein, al-zuhar mein, woh poori history ko cover kar rahi hai</w:t>
      </w:r>
    </w:p>
    <w:p>
      <w:pPr>
        <w:jc w:val="right"/>
      </w:pPr>
      <w:r>
        <w:t>تو وہ جو آیت ہے قرآن مجید میں، الظہر میں، وہ پوری ہسٹری کو کور کر رہی ہے</w:t>
      </w:r>
    </w:p>
    <w:p>
      <w:r>
        <w:rPr>
          <w:b/>
        </w:rPr>
        <w:t xml:space="preserve">[29:18] </w:t>
      </w:r>
      <w:r>
        <w:t>ke Allah taala farmayenge ke maine tum ko diya tha azadi.</w:t>
      </w:r>
    </w:p>
    <w:p>
      <w:pPr>
        <w:jc w:val="right"/>
      </w:pPr>
      <w:r>
        <w:t>کہ اللہ تعالیٰ فرمائیں گے کہ میں نے تم کو دیا تھا آزادی۔</w:t>
      </w:r>
    </w:p>
    <w:p>
      <w:r>
        <w:rPr>
          <w:b/>
        </w:rPr>
        <w:t xml:space="preserve">[29:24] </w:t>
      </w:r>
      <w:r>
        <w:t>to kuch logon ne, yani azadi ka ghalat istemal kar ke, woh badshah ban gaye aur emperor ban</w:t>
      </w:r>
    </w:p>
    <w:p>
      <w:pPr>
        <w:jc w:val="right"/>
      </w:pPr>
      <w:r>
        <w:t>تو کچھ لوگوں نے، یعنی آزادی کا غلط استعمال کر کے، وہ بادشاہ بن گئے اور ایمپرر بن</w:t>
      </w:r>
    </w:p>
    <w:p>
      <w:r>
        <w:rPr>
          <w:b/>
        </w:rPr>
        <w:t xml:space="preserve">[29:31] </w:t>
      </w:r>
      <w:r>
        <w:t>gaye, aur hazaron saal tak hukoomat chalate rahe, bari bari faujen banayin, is ke zariye logon ko logon</w:t>
      </w:r>
    </w:p>
    <w:p>
      <w:pPr>
        <w:jc w:val="right"/>
      </w:pPr>
      <w:r>
        <w:t>گئے، اور ہزاروں سال تک حکومت چلاتے رہے، بڑی بڑی فوجیں بنائیں، اس کے ذریعے لوگوں کو لوگوں</w:t>
      </w:r>
    </w:p>
    <w:p>
      <w:r>
        <w:rPr>
          <w:b/>
        </w:rPr>
        <w:t xml:space="preserve">[29:37] </w:t>
      </w:r>
      <w:r>
        <w:t>ko maghloob karte rahe.</w:t>
      </w:r>
    </w:p>
    <w:p>
      <w:pPr>
        <w:jc w:val="right"/>
      </w:pPr>
      <w:r>
        <w:t>کو مغلوب کرتے رہے۔</w:t>
      </w:r>
    </w:p>
    <w:p>
      <w:r>
        <w:rPr>
          <w:b/>
        </w:rPr>
        <w:t xml:space="preserve">[29:43] </w:t>
      </w:r>
      <w:r>
        <w:t>yeh tumhara haq nahi tha aisa karne ka.</w:t>
      </w:r>
    </w:p>
    <w:p>
      <w:pPr>
        <w:jc w:val="right"/>
      </w:pPr>
      <w:r>
        <w:t>یہ تمہارا حق نہیں تھا ایسا کرنے کا۔</w:t>
      </w:r>
    </w:p>
    <w:p>
      <w:r>
        <w:rPr>
          <w:b/>
        </w:rPr>
        <w:t xml:space="preserve">[29:49] </w:t>
      </w:r>
      <w:r>
        <w:t>yeh tumhara haq nahi tha aisa karne ka.</w:t>
      </w:r>
    </w:p>
    <w:p>
      <w:pPr>
        <w:jc w:val="right"/>
      </w:pPr>
      <w:r>
        <w:t>یہ تمہارا حق نہیں تھا ایسا کرنے کا۔</w:t>
      </w:r>
    </w:p>
    <w:p>
      <w:r>
        <w:rPr>
          <w:b/>
        </w:rPr>
        <w:t xml:space="preserve">[29:55] </w:t>
      </w:r>
      <w:r>
        <w:t>to Rasool Allah ne jo farmaya mimbar par, is ayat ko padh kar ke ke Allah taala qayamat</w:t>
      </w:r>
    </w:p>
    <w:p>
      <w:pPr>
        <w:jc w:val="right"/>
      </w:pPr>
      <w:r>
        <w:t>تو رسول اللہ نے جو فرمایا ممبر پر، اس آیت کو پڑھ کر کے کہ اللہ تعالیٰ قیامت</w:t>
      </w:r>
    </w:p>
    <w:p>
      <w:r>
        <w:rPr>
          <w:b/>
        </w:rPr>
        <w:t xml:space="preserve">[30:02] </w:t>
      </w:r>
      <w:r>
        <w:t>mein farmayenge, ana jabbār, ana al-mutakabbirūn, ana mulūk al-ard to yeh sahaba kiram ne is is process</w:t>
      </w:r>
    </w:p>
    <w:p>
      <w:pPr>
        <w:jc w:val="right"/>
      </w:pPr>
      <w:r>
        <w:t>میں فرمائیں گے، أَنَا جَبَّارٌ أَنَا الْمُتَكَبِّرُونَ أَنَا مُلُوكُ الْأَرْضِ تو یہ صحابہ کرام نے اس اس پروسیس</w:t>
      </w:r>
    </w:p>
    <w:p>
      <w:r>
        <w:rPr>
          <w:b/>
        </w:rPr>
        <w:t xml:space="preserve">[30:08] </w:t>
      </w:r>
      <w:r>
        <w:t>ka aaghaz kiya.</w:t>
      </w:r>
    </w:p>
    <w:p>
      <w:pPr>
        <w:jc w:val="right"/>
      </w:pPr>
      <w:r>
        <w:t>کا آغاز کیا۔</w:t>
      </w:r>
    </w:p>
    <w:p>
      <w:r>
        <w:rPr>
          <w:b/>
        </w:rPr>
        <w:t xml:space="preserve">[30:14] </w:t>
      </w:r>
      <w:r>
        <w:t>aaghaz to hua tha hazrat hajra ke zamanay se.</w:t>
      </w:r>
    </w:p>
    <w:p>
      <w:pPr>
        <w:jc w:val="right"/>
      </w:pPr>
      <w:r>
        <w:t>آغاز تو ہوا تھا حضرت ہاجرہ کے زمانے سے۔</w:t>
      </w:r>
    </w:p>
    <w:p>
      <w:r>
        <w:rPr>
          <w:b/>
        </w:rPr>
        <w:t xml:space="preserve">[30:20] </w:t>
      </w:r>
      <w:r>
        <w:t>unhon ne team banai apni qurbaniyon se.</w:t>
      </w:r>
    </w:p>
    <w:p>
      <w:pPr>
        <w:jc w:val="right"/>
      </w:pPr>
      <w:r>
        <w:t>انہوں نے ٹیم بنائی اپنی قربانیوں سے۔</w:t>
      </w:r>
    </w:p>
    <w:p>
      <w:r>
        <w:rPr>
          <w:b/>
        </w:rPr>
        <w:t xml:space="preserve">[30:27] </w:t>
      </w:r>
      <w:r>
        <w:t>is team mein se sahaba nikle.</w:t>
      </w:r>
    </w:p>
    <w:p>
      <w:pPr>
        <w:jc w:val="right"/>
      </w:pPr>
      <w:r>
        <w:t>اس ٹیم میں سے صحابہ نکلے۔</w:t>
      </w:r>
    </w:p>
    <w:p>
      <w:r>
        <w:rPr>
          <w:b/>
        </w:rPr>
        <w:t xml:space="preserve">[30:33] </w:t>
      </w:r>
      <w:r>
        <w:t>sahaba ne history mein aik naya inqilab barpa kiya.</w:t>
      </w:r>
    </w:p>
    <w:p>
      <w:pPr>
        <w:jc w:val="right"/>
      </w:pPr>
      <w:r>
        <w:t>صحابہ نے ہسٹری میں ایک نیا انقلاب برپا کیا۔</w:t>
      </w:r>
    </w:p>
    <w:p>
      <w:r>
        <w:rPr>
          <w:b/>
        </w:rPr>
        <w:t xml:space="preserve">[30:39] </w:t>
      </w:r>
      <w:r>
        <w:t>yeh jo inqilab aaya, is ko sab se zyada jahan tak mera study hai, sab se zyada is</w:t>
      </w:r>
    </w:p>
    <w:p>
      <w:pPr>
        <w:jc w:val="right"/>
      </w:pPr>
      <w:r>
        <w:t>یہ جو انقلاب آیا، اس کو سب سے زیادہ جہاں تک میرا اسٹڈی ہے، سب سے زیادہ اس</w:t>
      </w:r>
    </w:p>
    <w:p>
      <w:r>
        <w:rPr>
          <w:b/>
        </w:rPr>
        <w:t xml:space="preserve">[30:45] </w:t>
      </w:r>
      <w:r>
        <w:t>ko daryaft kiya france ke aik historian ne, jis ka naam tha henry piren.</w:t>
      </w:r>
    </w:p>
    <w:p>
      <w:pPr>
        <w:jc w:val="right"/>
      </w:pPr>
      <w:r>
        <w:t>کو دریافت کیا فرانس کے ایک ہسٹورین نے، جس کا نام تھا ہنری پرین۔</w:t>
      </w:r>
    </w:p>
    <w:p>
      <w:r>
        <w:rPr>
          <w:b/>
        </w:rPr>
        <w:t xml:space="preserve">[30:51] </w:t>
      </w:r>
      <w:r>
        <w:t>mein is se pehle is ka aik aik is ki aik baat yahan naqal kar chuka hoon.</w:t>
      </w:r>
    </w:p>
    <w:p>
      <w:pPr>
        <w:jc w:val="right"/>
      </w:pPr>
      <w:r>
        <w:t>میں اس سے پہلے اس کا ایک ایک اس کی ایک بات یہاں نقل کر چکا ہوں۔</w:t>
      </w:r>
    </w:p>
    <w:p>
      <w:r>
        <w:rPr>
          <w:b/>
        </w:rPr>
        <w:t xml:space="preserve">[30:58] </w:t>
      </w:r>
      <w:r>
        <w:t>is ne likha hai islami inqilab ke baray mein ke islam ne tareekh mein aik bilkul aik naya</w:t>
      </w:r>
    </w:p>
    <w:p>
      <w:pPr>
        <w:jc w:val="right"/>
      </w:pPr>
      <w:r>
        <w:t>اس نے لکھا ہے اسلامی انقلاب کے بارے میں کہ اسلام نے تاریخ میں ایک بالکل ایک نیا</w:t>
      </w:r>
    </w:p>
    <w:p>
      <w:r>
        <w:rPr>
          <w:b/>
        </w:rPr>
        <w:t xml:space="preserve">[31:04] </w:t>
      </w:r>
      <w:r>
        <w:t>dour paida kiya.</w:t>
      </w:r>
    </w:p>
    <w:p>
      <w:pPr>
        <w:jc w:val="right"/>
      </w:pPr>
      <w:r>
        <w:t>دور پیدا کیا۔</w:t>
      </w:r>
    </w:p>
    <w:p>
      <w:r>
        <w:rPr>
          <w:b/>
        </w:rPr>
        <w:t xml:space="preserve">[31:10] </w:t>
      </w:r>
      <w:r>
        <w:t>Islam changed the course of history.</w:t>
      </w:r>
    </w:p>
    <w:p>
      <w:pPr>
        <w:jc w:val="right"/>
      </w:pPr>
      <w:r>
        <w:t>Islam changed the course of history.</w:t>
      </w:r>
    </w:p>
    <w:p>
      <w:r>
        <w:rPr>
          <w:b/>
        </w:rPr>
        <w:t xml:space="preserve">[31:16] </w:t>
      </w:r>
      <w:r>
        <w:t>Islam changed the face of the globe.</w:t>
      </w:r>
    </w:p>
    <w:p>
      <w:pPr>
        <w:jc w:val="right"/>
      </w:pPr>
      <w:r>
        <w:t>Islam changed the face of the globe.</w:t>
      </w:r>
    </w:p>
    <w:p>
      <w:r>
        <w:rPr>
          <w:b/>
        </w:rPr>
        <w:t xml:space="preserve">[31:22] </w:t>
      </w:r>
      <w:r>
        <w:t>The traditional order of history was overthrown.</w:t>
      </w:r>
    </w:p>
    <w:p>
      <w:pPr>
        <w:jc w:val="right"/>
      </w:pPr>
      <w:r>
        <w:t>The traditional order of history was overthrown.</w:t>
      </w:r>
    </w:p>
    <w:p>
      <w:r>
        <w:rPr>
          <w:b/>
        </w:rPr>
        <w:t xml:space="preserve">[31:29] </w:t>
      </w:r>
      <w:r>
        <w:t>yani zameen par jo riwayati nizam aa raha tha badshahat ka, aur jis ki wajah se sare log,</w:t>
      </w:r>
    </w:p>
    <w:p>
      <w:pPr>
        <w:jc w:val="right"/>
      </w:pPr>
      <w:r>
        <w:t>یعنی زمین پر جو روایتی نظام آ رہا تھا بادشاہت کا، اور جس کی وجہ سے سارے لوگ،</w:t>
      </w:r>
    </w:p>
    <w:p>
      <w:r>
        <w:rPr>
          <w:b/>
        </w:rPr>
        <w:t xml:space="preserve">[31:35] </w:t>
      </w:r>
      <w:r>
        <w:t>yani sare log riaya banay hue thay, aur aik aadmi takht par baith kar hukoomat karta tha.</w:t>
      </w:r>
    </w:p>
    <w:p>
      <w:pPr>
        <w:jc w:val="right"/>
      </w:pPr>
      <w:r>
        <w:t>یعنی سارے لوگ رعایا بنے ہوئے تھے، اور ایک آدمی تخت پر بیٹھ کر حکومت کرتا تھا۔</w:t>
      </w:r>
    </w:p>
    <w:p>
      <w:r>
        <w:rPr>
          <w:b/>
        </w:rPr>
        <w:t xml:space="preserve">[31:41] </w:t>
      </w:r>
      <w:r>
        <w:t>yeh jo culture tha, kingship culture, is ko islam ne khatam kar diya.</w:t>
      </w:r>
    </w:p>
    <w:p>
      <w:pPr>
        <w:jc w:val="right"/>
      </w:pPr>
      <w:r>
        <w:t>یہ جو کلچر تھا، کنگ شپ کلچر، اس کو اسلام نے ختم کر دیا۔</w:t>
      </w:r>
    </w:p>
    <w:p>
      <w:r>
        <w:rPr>
          <w:b/>
        </w:rPr>
        <w:t xml:space="preserve">[31:47] </w:t>
      </w:r>
      <w:r>
        <w:t>phir dunya mein azadi aai, insaan ka mind unfold hua, insaan ne nature ko daryaft kiya, aur phir</w:t>
      </w:r>
    </w:p>
    <w:p>
      <w:pPr>
        <w:jc w:val="right"/>
      </w:pPr>
      <w:r>
        <w:t>پھر دنیا میں آزادی آئی، انسان کا مائنڈ انفولڈ ہوا، انسان نے نیچر کو دریافت کیا، اور پھر</w:t>
      </w:r>
    </w:p>
    <w:p>
      <w:r>
        <w:rPr>
          <w:b/>
        </w:rPr>
        <w:t xml:space="preserve">[31:54] </w:t>
      </w:r>
      <w:r>
        <w:t>aik aik aik naya dour aaya jis ko hum kehte hain western civilization.</w:t>
      </w:r>
    </w:p>
    <w:p>
      <w:pPr>
        <w:jc w:val="right"/>
      </w:pPr>
      <w:r>
        <w:t>ایک ایک ایک نیا دور آیا جس کو ہم کہتے ہیں ویسٹرن سویلائزیشن۔</w:t>
      </w:r>
    </w:p>
    <w:p>
      <w:r>
        <w:rPr>
          <w:b/>
        </w:rPr>
        <w:t xml:space="preserve">[32:00] </w:t>
      </w:r>
      <w:r>
        <w:t>western civilization mein insaan ko na sirf modern technology mili, isi ke sath insaan ko azadi bhi mili,</w:t>
      </w:r>
    </w:p>
    <w:p>
      <w:pPr>
        <w:jc w:val="right"/>
      </w:pPr>
      <w:r>
        <w:t>ویسٹرن سویلائزیشن میں انسان کو نہ صرف ماڈرن ٹیکنالوجی ملی، اسی کے ساتھ انسان کو آزادی بھی ملی،</w:t>
      </w:r>
    </w:p>
    <w:p>
      <w:r>
        <w:rPr>
          <w:b/>
        </w:rPr>
        <w:t xml:space="preserve">[32:06] </w:t>
      </w:r>
      <w:r>
        <w:t>aur free thinking mili.</w:t>
      </w:r>
    </w:p>
    <w:p>
      <w:pPr>
        <w:jc w:val="right"/>
      </w:pPr>
      <w:r>
        <w:t>اور فری تھنکنگ ملی۔</w:t>
      </w:r>
    </w:p>
    <w:p>
      <w:r>
        <w:rPr>
          <w:b/>
        </w:rPr>
        <w:t xml:space="preserve">[32:12] </w:t>
      </w:r>
      <w:r>
        <w:t>jis tarah hum aap yahan baith kar aik haftawar ijtima karte hain, badshahat ke zamanay mein yeh</w:t>
      </w:r>
    </w:p>
    <w:p>
      <w:pPr>
        <w:jc w:val="right"/>
      </w:pPr>
      <w:r>
        <w:t>جس طرح ہم آپ یہاں بیٹھ کر ایک ہفتہ وار اجتماع کرتے ہیں، بادشاہت کے زمانے میں یہ</w:t>
      </w:r>
    </w:p>
    <w:p>
      <w:r>
        <w:rPr>
          <w:b/>
        </w:rPr>
        <w:t xml:space="preserve">[32:18] </w:t>
      </w:r>
      <w:r>
        <w:t>impossible tha, namumkin tha.</w:t>
      </w:r>
    </w:p>
    <w:p>
      <w:pPr>
        <w:jc w:val="right"/>
      </w:pPr>
      <w:r>
        <w:t>امپاسیبل تھا، ناممکن تھا۔</w:t>
      </w:r>
    </w:p>
    <w:p>
      <w:r>
        <w:rPr>
          <w:b/>
        </w:rPr>
        <w:t xml:space="preserve">[32:25] </w:t>
      </w:r>
      <w:r>
        <w:t>abhi bhi jin mulkon mein dictatorship hai, wahan abhi bhi namumkin hai.</w:t>
      </w:r>
    </w:p>
    <w:p>
      <w:pPr>
        <w:jc w:val="right"/>
      </w:pPr>
      <w:r>
        <w:t>ابھی بھی جن ملکوں میں ڈکٹیٹر شپ ہے، وہاں ابھی بھی ناممکن ہے۔</w:t>
      </w:r>
    </w:p>
    <w:p>
      <w:r>
        <w:rPr>
          <w:b/>
        </w:rPr>
        <w:t xml:space="preserve">[32:31] </w:t>
      </w:r>
      <w:r>
        <w:t>Allah taala dikha rahe hain ke dekho, badshahat ke zamanay mein kis tarah se koi kaam nahi ho sakta tha.</w:t>
      </w:r>
    </w:p>
    <w:p>
      <w:pPr>
        <w:jc w:val="right"/>
      </w:pPr>
      <w:r>
        <w:t>اللہ تعالیٰ دکھا رہے ہیں کہ دیکھو، بادشاہت کے زمانے میں کس طرح سے کوئی کام نہیں ہو سکتا تھا۔</w:t>
      </w:r>
    </w:p>
    <w:p>
      <w:r>
        <w:rPr>
          <w:b/>
        </w:rPr>
        <w:t xml:space="preserve">[32:37] </w:t>
      </w:r>
      <w:r>
        <w:t>to abhi bhi kuch mulkon mein aap jante hain ke wahan dictatorship hai, wahan sultan hotay hain, abhi bhi.</w:t>
      </w:r>
    </w:p>
    <w:p>
      <w:pPr>
        <w:jc w:val="right"/>
      </w:pPr>
      <w:r>
        <w:t>تو ابھی بھی کچھ ملکوں میں آپ جانتے ہیں کہ وہاں ڈکٹیٹر شپ ہے، وہاں سلطان ہوتے ہیں، ابھی بھی۔</w:t>
      </w:r>
    </w:p>
    <w:p>
      <w:r>
        <w:rPr>
          <w:b/>
        </w:rPr>
        <w:t xml:space="preserve">[32:43] </w:t>
      </w:r>
      <w:r>
        <w:t>to wahan par aap nahi kar sakte yeh kaam.</w:t>
      </w:r>
    </w:p>
    <w:p>
      <w:pPr>
        <w:jc w:val="right"/>
      </w:pPr>
      <w:r>
        <w:t>تو وہاں پر آپ نہیں کر سکتے یہ کام۔</w:t>
      </w:r>
    </w:p>
    <w:p>
      <w:r>
        <w:rPr>
          <w:b/>
        </w:rPr>
        <w:t xml:space="preserve">[32:49] </w:t>
      </w:r>
      <w:r>
        <w:t>jo log wahan rehte hain, un se pooch lijie.</w:t>
      </w:r>
    </w:p>
    <w:p>
      <w:pPr>
        <w:jc w:val="right"/>
      </w:pPr>
      <w:r>
        <w:t>جو لوگ وہاں رہتے ہیں، ان سے پوچھ لیجئے۔</w:t>
      </w:r>
    </w:p>
    <w:p>
      <w:r>
        <w:rPr>
          <w:b/>
        </w:rPr>
        <w:t xml:space="preserve">[32:56] </w:t>
      </w:r>
      <w:r>
        <w:t>to Allah taala dikha rahe hain ke dekho, yeh thi badshahat, yeh thi saltanat, yeh thi shakhsi hukoomat,</w:t>
      </w:r>
    </w:p>
    <w:p>
      <w:pPr>
        <w:jc w:val="right"/>
      </w:pPr>
      <w:r>
        <w:t>تو اللہ تعالیٰ دکھا رہے ہیں کہ دیکھو، یہ تھی بادشاہت، یہ تھی سلطنت، یہ تھی شخصی حکومت،</w:t>
      </w:r>
    </w:p>
    <w:p>
      <w:r>
        <w:rPr>
          <w:b/>
        </w:rPr>
        <w:t xml:space="preserve">[33:02] </w:t>
      </w:r>
      <w:r>
        <w:t>is se nikala.</w:t>
      </w:r>
    </w:p>
    <w:p>
      <w:pPr>
        <w:jc w:val="right"/>
      </w:pPr>
      <w:r>
        <w:t>اس سے نکالا۔</w:t>
      </w:r>
    </w:p>
    <w:p>
      <w:r>
        <w:rPr>
          <w:b/>
        </w:rPr>
        <w:t xml:space="preserve">[33:08] </w:t>
      </w:r>
      <w:r>
        <w:t>is ke nikalne ke baad pandak pres ka zamana aaya, technology ka zamana aaya, log aazadana jaane lage</w:t>
      </w:r>
    </w:p>
    <w:p>
      <w:pPr>
        <w:jc w:val="right"/>
      </w:pPr>
      <w:r>
        <w:t>اس کے نکالنے کے بعد پنڈک پریس کا زمانہ آیا، ٹیکنالوجی کا زمانہ آیا، لوگ آزادانہ جانے لگے</w:t>
      </w:r>
    </w:p>
    <w:p>
      <w:r>
        <w:rPr>
          <w:b/>
        </w:rPr>
        <w:t xml:space="preserve">[33:14] </w:t>
      </w:r>
      <w:r>
        <w:t>yahan se wahan.</w:t>
      </w:r>
    </w:p>
    <w:p>
      <w:pPr>
        <w:jc w:val="right"/>
      </w:pPr>
      <w:r>
        <w:t>یہاں سے وہاں۔</w:t>
      </w:r>
    </w:p>
    <w:p>
      <w:r>
        <w:rPr>
          <w:b/>
        </w:rPr>
        <w:t xml:space="preserve">[33:20] </w:t>
      </w:r>
      <w:r>
        <w:t>khula discussion hone laga dawat ka ke rukawatein khatm ho gaein.</w:t>
      </w:r>
    </w:p>
    <w:p>
      <w:pPr>
        <w:jc w:val="right"/>
      </w:pPr>
      <w:r>
        <w:t>کھلا ڈسکشن ہونے لگا دعوت کا کہ رکاوٹیں ختم ہو گئیں۔</w:t>
      </w:r>
    </w:p>
    <w:p>
      <w:r>
        <w:rPr>
          <w:b/>
        </w:rPr>
        <w:t xml:space="preserve">[33:27] </w:t>
      </w:r>
      <w:r>
        <w:t>yeh sab Allah taala dikha rahe hain.</w:t>
      </w:r>
    </w:p>
    <w:p>
      <w:pPr>
        <w:jc w:val="right"/>
      </w:pPr>
      <w:r>
        <w:t>یہ سب اللہ تعالیٰ دکھا رہے ہیں۔</w:t>
      </w:r>
    </w:p>
    <w:p>
      <w:r>
        <w:rPr>
          <w:b/>
        </w:rPr>
        <w:t xml:space="preserve">[33:33] </w:t>
      </w:r>
      <w:r>
        <w:t>to is is Quran ki is ayat mein ek poori tareekh ki taraf ishara kiya gaya hai ke</w:t>
      </w:r>
    </w:p>
    <w:p>
      <w:pPr>
        <w:jc w:val="right"/>
      </w:pPr>
      <w:r>
        <w:t>تو اس اس قرآن کی اس آیت میں ایک پوری تاریخ کی طرف اشارہ کیا گیا ہے کہ</w:t>
      </w:r>
    </w:p>
    <w:p>
      <w:r>
        <w:rPr>
          <w:b/>
        </w:rPr>
        <w:t xml:space="preserve">[33:39] </w:t>
      </w:r>
      <w:r>
        <w:t>Allah taala ne paida kiya insan ko aazad, lekin dheere dheere ek aisa nizam develop hua jisko</w:t>
      </w:r>
    </w:p>
    <w:p>
      <w:pPr>
        <w:jc w:val="right"/>
      </w:pPr>
      <w:r>
        <w:t>اللہ تعالیٰ نے پیدا کیا انسان کو آزاد، لیکن دھیرے دھیرے ایک ایسا نظام ڈیولپ ہوا جس کو</w:t>
      </w:r>
    </w:p>
    <w:p>
      <w:r>
        <w:rPr>
          <w:b/>
        </w:rPr>
        <w:t xml:space="preserve">[33:45] </w:t>
      </w:r>
      <w:r>
        <w:t>hum kingship ka nizam kehte hain.</w:t>
      </w:r>
    </w:p>
    <w:p>
      <w:pPr>
        <w:jc w:val="right"/>
      </w:pPr>
      <w:r>
        <w:t>ہم کنگ شپ کا نظام کہتے ہیں۔</w:t>
      </w:r>
    </w:p>
    <w:p>
      <w:r>
        <w:rPr>
          <w:b/>
        </w:rPr>
        <w:t xml:space="preserve">[33:52] </w:t>
      </w:r>
      <w:r>
        <w:t>is mein ek shakhs jo hai, takht par baith kar ke hukoomat karne laga, badi badi fauj bana kar ke.</w:t>
      </w:r>
    </w:p>
    <w:p>
      <w:pPr>
        <w:jc w:val="right"/>
      </w:pPr>
      <w:r>
        <w:t>اس میں ایک شخص جو ہے، تخت پر بیٹھ کر کے حکومت کرنے لگا، بڑی بڑی فوج بنا کر کے۔</w:t>
      </w:r>
    </w:p>
    <w:p>
      <w:r>
        <w:rPr>
          <w:b/>
        </w:rPr>
        <w:t xml:space="preserve">[33:58] </w:t>
      </w:r>
      <w:r>
        <w:t>to is se insani taraqqiyan ruk gaein.</w:t>
      </w:r>
    </w:p>
    <w:p>
      <w:pPr>
        <w:jc w:val="right"/>
      </w:pPr>
      <w:r>
        <w:t>تو اس سے انسانی ترقیاں رک گئیں۔</w:t>
      </w:r>
    </w:p>
    <w:p>
      <w:r>
        <w:rPr>
          <w:b/>
        </w:rPr>
        <w:t xml:space="preserve">[34:04] </w:t>
      </w:r>
      <w:r>
        <w:t>insan ko aazadana taur par sochne ka mauqa khatm ho gaya.</w:t>
      </w:r>
    </w:p>
    <w:p>
      <w:pPr>
        <w:jc w:val="right"/>
      </w:pPr>
      <w:r>
        <w:t>انسان کو آزادانہ طور پر سوچنے کا موقع ختم ہو گیا۔</w:t>
      </w:r>
    </w:p>
    <w:p>
      <w:r>
        <w:rPr>
          <w:b/>
        </w:rPr>
        <w:t xml:space="preserve">[34:10] </w:t>
      </w:r>
      <w:r>
        <w:t>paighambar aaye is ko khatm karne ke liye, lekin chuki paighambaron ke zamane mein team nahi bani, is</w:t>
      </w:r>
    </w:p>
    <w:p>
      <w:pPr>
        <w:jc w:val="right"/>
      </w:pPr>
      <w:r>
        <w:t>پیغمبر آئے اس کو ختم کرنے کے لیے، لیکن چونکہ پیغمبروں کے زمانے میں ٹیم نہیں بنی، اس</w:t>
      </w:r>
    </w:p>
    <w:p>
      <w:r>
        <w:rPr>
          <w:b/>
        </w:rPr>
        <w:t xml:space="preserve">[34:16] </w:t>
      </w:r>
      <w:r>
        <w:t>wajah se woh inqilab bhi nahi aaya.</w:t>
      </w:r>
    </w:p>
    <w:p>
      <w:pPr>
        <w:jc w:val="right"/>
      </w:pPr>
      <w:r>
        <w:t>وجہ سے وہ انقلاب بھی نہیں آیا۔</w:t>
      </w:r>
    </w:p>
    <w:p>
      <w:r>
        <w:rPr>
          <w:b/>
        </w:rPr>
        <w:t xml:space="preserve">[34:23] </w:t>
      </w:r>
      <w:r>
        <w:t>phir Hazrat Hajra ke zamane mein desert therapy ke zariye ek team banwai gai.</w:t>
      </w:r>
    </w:p>
    <w:p>
      <w:pPr>
        <w:jc w:val="right"/>
      </w:pPr>
      <w:r>
        <w:t>پھر حضرت ہاجرہ کے زمانے میں ڈیزرٹ تھراپی کے ذریعے ایک ٹیم بنوائی گئی۔</w:t>
      </w:r>
    </w:p>
    <w:p>
      <w:r>
        <w:rPr>
          <w:b/>
        </w:rPr>
        <w:t xml:space="preserve">[34:29] </w:t>
      </w:r>
      <w:r>
        <w:t>is team se sahaba nikle.</w:t>
      </w:r>
    </w:p>
    <w:p>
      <w:pPr>
        <w:jc w:val="right"/>
      </w:pPr>
      <w:r>
        <w:t>اس ٹیم سے صحابہ نکلے۔</w:t>
      </w:r>
    </w:p>
    <w:p>
      <w:r>
        <w:rPr>
          <w:b/>
        </w:rPr>
        <w:t xml:space="preserve">[34:35] </w:t>
      </w:r>
      <w:r>
        <w:t>sahaba ne jahad kar ke history ka rukh mor diya.</w:t>
      </w:r>
    </w:p>
    <w:p>
      <w:pPr>
        <w:jc w:val="right"/>
      </w:pPr>
      <w:r>
        <w:t>صحابہ نے جدوجہد کر کے ہسٹری کا رخ موڑ دیا۔</w:t>
      </w:r>
    </w:p>
    <w:p>
      <w:r>
        <w:rPr>
          <w:b/>
        </w:rPr>
        <w:t xml:space="preserve">[34:41] </w:t>
      </w:r>
      <w:r>
        <w:t>mulkiyat ko khatm kiya, badshahat ko khatm kiya.</w:t>
      </w:r>
    </w:p>
    <w:p>
      <w:pPr>
        <w:jc w:val="right"/>
      </w:pPr>
      <w:r>
        <w:t>ملوکیت کو ختم کیا، بادشاہت کو ختم کیا۔</w:t>
      </w:r>
    </w:p>
    <w:p>
      <w:r>
        <w:rPr>
          <w:b/>
        </w:rPr>
        <w:t xml:space="preserve">[34:47] </w:t>
      </w:r>
      <w:r>
        <w:t>duniya mein aazadi ka zamana aaya, lekin phir bhi yeh kaam ummat-e-muslima ne jo kiya tha, woh 50% tha.</w:t>
      </w:r>
    </w:p>
    <w:p>
      <w:pPr>
        <w:jc w:val="right"/>
      </w:pPr>
      <w:r>
        <w:t>دنیا میں آزادی کا زمانہ آیا، لیکن پھر بھی یہ کام امت مسلمہ نے جو کیا تھا، وہ 50% تھا۔</w:t>
      </w:r>
    </w:p>
    <w:p>
      <w:r>
        <w:rPr>
          <w:b/>
        </w:rPr>
        <w:t xml:space="preserve">[34:54] </w:t>
      </w:r>
      <w:r>
        <w:t>kyunki dobara unhon ne khilafat ke naam se dynasty qaim kar di.</w:t>
      </w:r>
    </w:p>
    <w:p>
      <w:pPr>
        <w:jc w:val="right"/>
      </w:pPr>
      <w:r>
        <w:t>کیونکہ دوبارہ انہوں نے خلافت کے نام سے ڈائنسٹی قائم کر دی۔</w:t>
      </w:r>
    </w:p>
    <w:p>
      <w:r>
        <w:rPr>
          <w:b/>
        </w:rPr>
        <w:t xml:space="preserve">[35:00] </w:t>
      </w:r>
      <w:r>
        <w:t>yeh chalti rahi.</w:t>
      </w:r>
    </w:p>
    <w:p>
      <w:pPr>
        <w:jc w:val="right"/>
      </w:pPr>
      <w:r>
        <w:t>یہ چلتی رہی۔</w:t>
      </w:r>
    </w:p>
    <w:p>
      <w:r>
        <w:rPr>
          <w:b/>
        </w:rPr>
        <w:t xml:space="preserve">[35:06] </w:t>
      </w:r>
      <w:r>
        <w:t>is ke baad crusades ke baad ek naya daur shuru hota hai.</w:t>
      </w:r>
    </w:p>
    <w:p>
      <w:pPr>
        <w:jc w:val="right"/>
      </w:pPr>
      <w:r>
        <w:t>اس کے بعد کروسیڈز کے بعد ایک نیا دور شروع ہوتا ہے۔</w:t>
      </w:r>
    </w:p>
    <w:p>
      <w:r>
        <w:rPr>
          <w:b/>
        </w:rPr>
        <w:t xml:space="preserve">[35:12] </w:t>
      </w:r>
      <w:r>
        <w:t>crusades ke baad woh dheere dheere culmination tha, is ka French revolution.</w:t>
      </w:r>
    </w:p>
    <w:p>
      <w:pPr>
        <w:jc w:val="right"/>
      </w:pPr>
      <w:r>
        <w:t>کروسیڈز کے بعد وہ دھیرے دھیرے کلمیشن تھا، اس کا فرنچ ریولوشن۔</w:t>
      </w:r>
    </w:p>
    <w:p>
      <w:r>
        <w:rPr>
          <w:b/>
        </w:rPr>
        <w:t xml:space="preserve">[35:19] </w:t>
      </w:r>
      <w:r>
        <w:t>farnch revolushn ke baad yeh malook al arz bilkul khatm ho gaye, aur dunya mein democracy aa gayi.</w:t>
      </w:r>
    </w:p>
    <w:p>
      <w:pPr>
        <w:jc w:val="right"/>
      </w:pPr>
      <w:r>
        <w:t>فرنچ ریولوشن کے بعد یہ ملوک الارض بالکل ختم ہو گئے، اور دنیا میں ڈیموکریسی آ گئی۔</w:t>
      </w:r>
    </w:p>
    <w:p>
      <w:r>
        <w:rPr>
          <w:b/>
        </w:rPr>
        <w:t xml:space="preserve">[35:25] </w:t>
      </w:r>
      <w:r>
        <w:t>tab ja kar insaan ka mind unfold hua.</w:t>
      </w:r>
    </w:p>
    <w:p>
      <w:pPr>
        <w:jc w:val="right"/>
      </w:pPr>
      <w:r>
        <w:t>تب جا کر انسان کا مائنڈ انفولڈ ہوا۔</w:t>
      </w:r>
    </w:p>
    <w:p>
      <w:r>
        <w:rPr>
          <w:b/>
        </w:rPr>
        <w:t xml:space="preserve">[35:31] </w:t>
      </w:r>
      <w:r>
        <w:t>tab ja kar nature mein jo aala Allah thay, un ko discover kiya gaya.</w:t>
      </w:r>
    </w:p>
    <w:p>
      <w:pPr>
        <w:jc w:val="right"/>
      </w:pPr>
      <w:r>
        <w:t>تب جا کر نیچر میں جو آلہ اللہ تھے، ان کو ڈسکور کیا گیا۔</w:t>
      </w:r>
    </w:p>
    <w:p>
      <w:r>
        <w:rPr>
          <w:b/>
        </w:rPr>
        <w:t xml:space="preserve">[35:37] </w:t>
      </w:r>
      <w:r>
        <w:t>tab ja kar woh ayat jo hai, poori hui ke sanurihim ayatina fil afqah wa fi anfusihim hatta yatabayyan</w:t>
      </w:r>
    </w:p>
    <w:p>
      <w:pPr>
        <w:jc w:val="right"/>
      </w:pPr>
      <w:r>
        <w:t>تب جا کر وہ آیت جو ہے، پوری ہوئی کہ سَنَرِيهِمْ آيَاتَنَا فِي الْأَفْقَاحِ وَفِي أَنْفَسِهِمْ حَتَّىٰ يَتَبَيِّنَ</w:t>
      </w:r>
    </w:p>
    <w:p>
      <w:r>
        <w:rPr>
          <w:b/>
        </w:rPr>
        <w:t xml:space="preserve">[35:43] </w:t>
      </w:r>
      <w:r>
        <w:t>alayhim annahu al haq yeh ayat jo thi, yeh ayat mein aik peshangoi thi ke aik zamana aaye ga</w:t>
      </w:r>
    </w:p>
    <w:p>
      <w:pPr>
        <w:jc w:val="right"/>
      </w:pPr>
      <w:r>
        <w:t>عَلَيْهِمْ أَنَّهُ الْحَقُّ یہ آیت جو تھی، یہ آیت میں ایک پیشنگوئی تھی کہ ایک زمانہ آئے گا</w:t>
      </w:r>
    </w:p>
    <w:p>
      <w:r>
        <w:rPr>
          <w:b/>
        </w:rPr>
        <w:t xml:space="preserve">[35:50] </w:t>
      </w:r>
      <w:r>
        <w:t>jab ke zameen o aasman ki haqiqaten khulein gi, aur imaan ki nai ghizayen milein gi logon ko.</w:t>
      </w:r>
    </w:p>
    <w:p>
      <w:pPr>
        <w:jc w:val="right"/>
      </w:pPr>
      <w:r>
        <w:t>جب کہ زمین و آسمان کی حقیقتیں کھلیں گی، اور ایمان کی نئی غذائیں ملیں گی لوگوں کو۔</w:t>
      </w:r>
    </w:p>
    <w:p>
      <w:r>
        <w:rPr>
          <w:b/>
        </w:rPr>
        <w:t xml:space="preserve">[35:56] </w:t>
      </w:r>
      <w:r>
        <w:t>to woh kab hua? yeh sab kab hua? yeh sab maghribi tehzeeb ke zareeye hua, western science ke zareeye hua.</w:t>
      </w:r>
    </w:p>
    <w:p>
      <w:pPr>
        <w:jc w:val="right"/>
      </w:pPr>
      <w:r>
        <w:t>تو وہ کب ہوا؟ یہ سب کب ہوا؟ یہ سب مغربی تہذیب کے ذریعے ہوا، ویسٹرن سائنس کے ذریعے ہوا۔</w:t>
      </w:r>
    </w:p>
    <w:p>
      <w:r>
        <w:rPr>
          <w:b/>
        </w:rPr>
        <w:t xml:space="preserve">[36:02] </w:t>
      </w:r>
      <w:r>
        <w:t>to yeh aik poori tareekh hai jis ki taraf ishara hai is ayat mein.</w:t>
      </w:r>
    </w:p>
    <w:p>
      <w:pPr>
        <w:jc w:val="right"/>
      </w:pPr>
      <w:r>
        <w:t>تو یہ ایک پوری تاریخ ہے جس کی طرف اشارہ ہے اس آیت میں۔</w:t>
      </w:r>
    </w:p>
    <w:p>
      <w:r>
        <w:rPr>
          <w:b/>
        </w:rPr>
        <w:t xml:space="preserve">[36:08] </w:t>
      </w:r>
      <w:r>
        <w:t>ab hum is ke culmination par hain.</w:t>
      </w:r>
    </w:p>
    <w:p>
      <w:pPr>
        <w:jc w:val="right"/>
      </w:pPr>
      <w:r>
        <w:t>اب ہم اس کے کلمیشن پر ہیں۔</w:t>
      </w:r>
    </w:p>
    <w:p>
      <w:r>
        <w:rPr>
          <w:b/>
        </w:rPr>
        <w:t xml:space="preserve">[36:14] </w:t>
      </w:r>
      <w:r>
        <w:t>hum ab is ke final phase par hain.</w:t>
      </w:r>
    </w:p>
    <w:p>
      <w:pPr>
        <w:jc w:val="right"/>
      </w:pPr>
      <w:r>
        <w:t>ہم اب اس کے فائنل فیز پر ہیں۔</w:t>
      </w:r>
    </w:p>
    <w:p>
      <w:r>
        <w:rPr>
          <w:b/>
        </w:rPr>
        <w:t xml:space="preserve">[36:21] </w:t>
      </w:r>
      <w:r>
        <w:t>par ab hamare liye moqa hai ke hum is cheez ko, is maqsad ko poora karein, is nishane</w:t>
      </w:r>
    </w:p>
    <w:p>
      <w:pPr>
        <w:jc w:val="right"/>
      </w:pPr>
      <w:r>
        <w:t>پر اب ہمارے لئے موقع ہے کہ ہم اس چیز کو، اس مقصد کو پورا کریں، اس نشانے</w:t>
      </w:r>
    </w:p>
    <w:p>
      <w:r>
        <w:rPr>
          <w:b/>
        </w:rPr>
        <w:t xml:space="preserve">[36:27] </w:t>
      </w:r>
      <w:r>
        <w:t>ko poora karein jis ke liye yeh sab kiya gaya tha.</w:t>
      </w:r>
    </w:p>
    <w:p>
      <w:pPr>
        <w:jc w:val="right"/>
      </w:pPr>
      <w:r>
        <w:t>کو پورا کریں جس کے لئے یہ سب کیا گیا تھا۔</w:t>
      </w:r>
    </w:p>
    <w:p>
      <w:r>
        <w:rPr>
          <w:b/>
        </w:rPr>
        <w:t xml:space="preserve">[36:33] </w:t>
      </w:r>
      <w:r>
        <w:t>jaise yeh sab kiya gaya tha, yeh sara jo tareekhein chalin, tareekhein banin, sara process shuru hua, aur</w:t>
      </w:r>
    </w:p>
    <w:p>
      <w:pPr>
        <w:jc w:val="right"/>
      </w:pPr>
      <w:r>
        <w:t>جیسے یہ سب کیا گیا تھا، یہ سارا جو تاریخیں چلیں، تاریخیں بنیں، سارا پروسیس شروع ہوا، اور</w:t>
      </w:r>
    </w:p>
    <w:p>
      <w:r>
        <w:rPr>
          <w:b/>
        </w:rPr>
        <w:t xml:space="preserve">[36:39] </w:t>
      </w:r>
      <w:r>
        <w:t>sahaba ne jo operation kiya, aur phir inqilabat aaye, phir scientific discoveries huin, phir democracy aayi.</w:t>
      </w:r>
    </w:p>
    <w:p>
      <w:pPr>
        <w:jc w:val="right"/>
      </w:pPr>
      <w:r>
        <w:t>صحابہ نے جو آپریشن کیا، اور پھر انقلابات آئے، پھر سائنسی ڈسکوریز ہوئیں، پھر ڈیموکریسی آئی۔</w:t>
      </w:r>
    </w:p>
    <w:p>
      <w:r>
        <w:rPr>
          <w:b/>
        </w:rPr>
        <w:t xml:space="preserve">[36:46] </w:t>
      </w:r>
      <w:r>
        <w:t>yeh sara jo yahan se wahan tak aik process hai, hum is ke end par hain, aur hum</w:t>
      </w:r>
    </w:p>
    <w:p>
      <w:pPr>
        <w:jc w:val="right"/>
      </w:pPr>
      <w:r>
        <w:t>یہ سارا جو یہاں سے وہاں تک ایک پروسیس ہے، ہم اس کے اینڈ پر ہیں، اور ہم</w:t>
      </w:r>
    </w:p>
    <w:p>
      <w:r>
        <w:rPr>
          <w:b/>
        </w:rPr>
        <w:t xml:space="preserve">[36:52] </w:t>
      </w:r>
      <w:r>
        <w:t>is ke final phase par hain.</w:t>
      </w:r>
    </w:p>
    <w:p>
      <w:pPr>
        <w:jc w:val="right"/>
      </w:pPr>
      <w:r>
        <w:t>اس کے فائنل فیز پر ہیں۔</w:t>
      </w:r>
    </w:p>
    <w:p>
      <w:r>
        <w:rPr>
          <w:b/>
        </w:rPr>
        <w:t xml:space="preserve">[36:58] </w:t>
      </w:r>
      <w:r>
        <w:t>ab hamein is ko avail karna hai.</w:t>
      </w:r>
    </w:p>
    <w:p>
      <w:pPr>
        <w:jc w:val="right"/>
      </w:pPr>
      <w:r>
        <w:t>اب ہمیں اس کو اویل کرنا ہے۔</w:t>
      </w:r>
    </w:p>
    <w:p>
      <w:r>
        <w:rPr>
          <w:b/>
        </w:rPr>
        <w:t xml:space="preserve">[37:04] </w:t>
      </w:r>
      <w:r>
        <w:t>jaise jab barish hoti hai to aik opportunity khulti hai kisan ke liye, us ko avail karta hai.</w:t>
      </w:r>
    </w:p>
    <w:p>
      <w:pPr>
        <w:jc w:val="right"/>
      </w:pPr>
      <w:r>
        <w:t>جیسے جب بارش ہوتی ہے تو ایک اپرچونیٹی کھلتی ہے کسان کے لئے، اس کو اویل کرتا ہے۔</w:t>
      </w:r>
    </w:p>
    <w:p>
      <w:r>
        <w:rPr>
          <w:b/>
        </w:rPr>
        <w:t xml:space="preserve">[37:10] </w:t>
      </w:r>
      <w:r>
        <w:t>to ab sari tareekh ka jo culmination hai, us ke zamane mein hum paida hue hain, aur sare</w:t>
      </w:r>
    </w:p>
    <w:p>
      <w:pPr>
        <w:jc w:val="right"/>
      </w:pPr>
      <w:r>
        <w:t>تو اب ساری تاریخ کا جو کلمیشن ہے، اس کے زمانے میں ہم پیدا ہوئے ہیں، اور سارے</w:t>
      </w:r>
    </w:p>
    <w:p>
      <w:r>
        <w:rPr>
          <w:b/>
        </w:rPr>
        <w:t xml:space="preserve">[37:17] </w:t>
      </w:r>
      <w:r>
        <w:t>moqa'e hamare liye khule hue hain.</w:t>
      </w:r>
    </w:p>
    <w:p>
      <w:pPr>
        <w:jc w:val="right"/>
      </w:pPr>
      <w:r>
        <w:t>مواقع ہمارے لئے کھلے ہوئے ہیں۔</w:t>
      </w:r>
    </w:p>
    <w:p>
      <w:r>
        <w:rPr>
          <w:b/>
        </w:rPr>
        <w:t xml:space="preserve">[37:23] </w:t>
      </w:r>
      <w:r>
        <w:t>yani aik hi ghalti hum na karein ke violence na karein.</w:t>
      </w:r>
    </w:p>
    <w:p>
      <w:pPr>
        <w:jc w:val="right"/>
      </w:pPr>
      <w:r>
        <w:t>یعنی ایک ہی غلطی ہم نہ کریں کہ وائلنس نہ کریں۔</w:t>
      </w:r>
    </w:p>
    <w:p>
      <w:r>
        <w:rPr>
          <w:b/>
        </w:rPr>
        <w:t xml:space="preserve">[37:29] </w:t>
      </w:r>
      <w:r>
        <w:t>to sab kuch ab hamare liye hai.</w:t>
      </w:r>
    </w:p>
    <w:p>
      <w:pPr>
        <w:jc w:val="right"/>
      </w:pPr>
      <w:r>
        <w:t>تو سب کچھ اب ہمارے لئے ہے۔</w:t>
      </w:r>
    </w:p>
    <w:p>
      <w:r>
        <w:rPr>
          <w:b/>
        </w:rPr>
        <w:t xml:space="preserve">[37:35] </w:t>
      </w:r>
      <w:r>
        <w:t>musalmanon ki ghalti kya hai? ke musalmanon ne yeh samajh liya ke jihad fis sayf ka darja bhi</w:t>
      </w:r>
    </w:p>
    <w:p>
      <w:pPr>
        <w:jc w:val="right"/>
      </w:pPr>
      <w:r>
        <w:t>مسلمانوں کی غلطی کیا ہے؟ کہ مسلمانوں نے یہ سمجھ لیا کہ جہاد فی الصیح کا درجہ بھی</w:t>
      </w:r>
    </w:p>
    <w:p>
      <w:r>
        <w:rPr>
          <w:b/>
        </w:rPr>
        <w:t xml:space="preserve">[37:41] </w:t>
      </w:r>
      <w:r>
        <w:t>wohi hai jo jihad fil Quran ka darja hai.</w:t>
      </w:r>
    </w:p>
    <w:p>
      <w:pPr>
        <w:jc w:val="right"/>
      </w:pPr>
      <w:r>
        <w:t>وہی ہے جو جہاد فی القرآن کا درجہ ہے۔</w:t>
      </w:r>
    </w:p>
    <w:p>
      <w:r>
        <w:rPr>
          <w:b/>
        </w:rPr>
        <w:t xml:space="preserve">[37:48] </w:t>
      </w:r>
      <w:r>
        <w:t>yeh aisi hi ghalti ho gayi jaise ke India ke log samajh lein ke Gandhi ji ke nare</w:t>
      </w:r>
    </w:p>
    <w:p>
      <w:pPr>
        <w:jc w:val="right"/>
      </w:pPr>
      <w:r>
        <w:t>یہ ایسی ہی غلطی ہو گئی جیسے کہ انڈیا کے لوگ سمجھ لیں کہ گاندھی جی کے نعرے</w:t>
      </w:r>
    </w:p>
    <w:p>
      <w:r>
        <w:rPr>
          <w:b/>
        </w:rPr>
        <w:t xml:space="preserve">[37:54] </w:t>
      </w:r>
      <w:r>
        <w:t>mein sol obedience ka jo darja tha, wahi darja national rule ka bhi hai.</w:t>
      </w:r>
    </w:p>
    <w:p>
      <w:pPr>
        <w:jc w:val="right"/>
      </w:pPr>
      <w:r>
        <w:t>میں سول اوبیڈینس کا جو درجہ تھا، وہی درجہ نیشنل رول کا بھی ہے۔</w:t>
      </w:r>
    </w:p>
    <w:p>
      <w:r>
        <w:rPr>
          <w:b/>
        </w:rPr>
        <w:t xml:space="preserve">[38:00] </w:t>
      </w:r>
      <w:r>
        <w:t>to saare musalman duniya bhar ke yeh samajhte hain ke jihad fi al-sayh koi abadi hukm tha, eternal</w:t>
      </w:r>
    </w:p>
    <w:p>
      <w:pPr>
        <w:jc w:val="right"/>
      </w:pPr>
      <w:r>
        <w:t>تو سارے مسلمان دنیا بھر کے یہ سمجھتے ہیں کہ جہاد فی الصیح کوئی ابدی حکم تھا، ایٹرنل</w:t>
      </w:r>
    </w:p>
    <w:p>
      <w:r>
        <w:rPr>
          <w:b/>
        </w:rPr>
        <w:t xml:space="preserve">[38:06] </w:t>
      </w:r>
      <w:r>
        <w:t>hukm tha, absolute sense mein tha.</w:t>
      </w:r>
    </w:p>
    <w:p>
      <w:pPr>
        <w:jc w:val="right"/>
      </w:pPr>
      <w:r>
        <w:t>حکم تھا، ایبسولیوٹ سینس میں تھا۔</w:t>
      </w:r>
    </w:p>
    <w:p>
      <w:r>
        <w:rPr>
          <w:b/>
        </w:rPr>
        <w:t xml:space="preserve">[38:13] </w:t>
      </w:r>
      <w:r>
        <w:t>woh hargiz absolute sense mein nahi tha.</w:t>
      </w:r>
    </w:p>
    <w:p>
      <w:pPr>
        <w:jc w:val="right"/>
      </w:pPr>
      <w:r>
        <w:t>وہ ہرگز ایبسولیوٹ سینس میں نہیں تھا۔</w:t>
      </w:r>
    </w:p>
    <w:p>
      <w:r>
        <w:rPr>
          <w:b/>
        </w:rPr>
        <w:t xml:space="preserve">[38:19] </w:t>
      </w:r>
      <w:r>
        <w:t>jihad fi al-sayh tha ke daur mulkiyat khatm ho, aur duniya mein daur jamhooriyat aaye taake insaan azadana</w:t>
      </w:r>
    </w:p>
    <w:p>
      <w:pPr>
        <w:jc w:val="right"/>
      </w:pPr>
      <w:r>
        <w:t>جہاد فی الصیح تھا کہ دور ملوکیت ختم ہو، اور دنیا میں دور جمہوریت آئے تاکہ انسان آزادانہ</w:t>
      </w:r>
    </w:p>
    <w:p>
      <w:r>
        <w:rPr>
          <w:b/>
        </w:rPr>
        <w:t xml:space="preserve">[38:25] </w:t>
      </w:r>
      <w:r>
        <w:t>tor par Allah ki bandagi kar sake. woh aa gaya.</w:t>
      </w:r>
    </w:p>
    <w:p>
      <w:pPr>
        <w:jc w:val="right"/>
      </w:pPr>
      <w:r>
        <w:t>طور پر اللہ کی بندگی کر سکے۔ وہ آگیا۔</w:t>
      </w:r>
    </w:p>
    <w:p>
      <w:r>
        <w:rPr>
          <w:b/>
        </w:rPr>
        <w:t xml:space="preserve">[38:31] </w:t>
      </w:r>
      <w:r>
        <w:t>hazrat Abdullah ibn Umar ne yeh baat kahi thi.</w:t>
      </w:r>
    </w:p>
    <w:p>
      <w:pPr>
        <w:jc w:val="right"/>
      </w:pPr>
      <w:r>
        <w:t>حضرت عبداللہ ابن عمر نے یہ بات کہی تھی۔</w:t>
      </w:r>
    </w:p>
    <w:p>
      <w:r>
        <w:rPr>
          <w:b/>
        </w:rPr>
        <w:t xml:space="preserve">[38:37] </w:t>
      </w:r>
      <w:r>
        <w:t>tareekh mein mujhe ek shakhs mile hain, Hazrat Abdullah ibn Umar, jo us ko jaante the shoori tor par.</w:t>
      </w:r>
    </w:p>
    <w:p>
      <w:pPr>
        <w:jc w:val="right"/>
      </w:pPr>
      <w:r>
        <w:t>تاریخ میں مجھے ایک شخص ملے ہیں، حضرت عبداللہ ابن عمر، جو اس کو جانتے تھے شعوری طور پر۔</w:t>
      </w:r>
    </w:p>
    <w:p>
      <w:r>
        <w:rPr>
          <w:b/>
        </w:rPr>
        <w:t xml:space="preserve">[38:44] </w:t>
      </w:r>
      <w:r>
        <w:t>unhon ne kaha tha ke qatfalna woh to hum ne kar diya, ab kis liye ladte ho? yeh</w:t>
      </w:r>
    </w:p>
    <w:p>
      <w:pPr>
        <w:jc w:val="right"/>
      </w:pPr>
      <w:r>
        <w:t>انہوں نے کہا تھا کہ قَتْفَالْنَا وہ تو ہم نے کر دیا، اب کس لئے لڑتے ہو؟ یہ</w:t>
      </w:r>
    </w:p>
    <w:p>
      <w:r>
        <w:rPr>
          <w:b/>
        </w:rPr>
        <w:t xml:space="preserve">[38:50] </w:t>
      </w:r>
      <w:r>
        <w:t>riwayat Bukhari mein maujood hai.</w:t>
      </w:r>
    </w:p>
    <w:p>
      <w:pPr>
        <w:jc w:val="right"/>
      </w:pPr>
      <w:r>
        <w:t>روایت بخاری میں موجود ہے۔</w:t>
      </w:r>
    </w:p>
    <w:p>
      <w:r>
        <w:rPr>
          <w:b/>
        </w:rPr>
        <w:t xml:space="preserve">[38:56] </w:t>
      </w:r>
      <w:r>
        <w:t>Hazrat Abdullah ibn Umar ke jo Hazrat Umar R.A. ke sahibzade the, aur top ke sahabi</w:t>
      </w:r>
    </w:p>
    <w:p>
      <w:pPr>
        <w:jc w:val="right"/>
      </w:pPr>
      <w:r>
        <w:t>حضرت عبداللہ ابن عمر کے جو حضرت عمر رضی اللہ عنہ کے صاحبزادے تھے، اور ٹاپ کے صحابی</w:t>
      </w:r>
    </w:p>
    <w:p>
      <w:r>
        <w:rPr>
          <w:b/>
        </w:rPr>
        <w:t xml:space="preserve">[39:02] </w:t>
      </w:r>
      <w:r>
        <w:t>the, ke qatfalna woh to hum ne kar diya, matlab hum ne fitne ko khatm kar diya, mulkiyat</w:t>
      </w:r>
    </w:p>
    <w:p>
      <w:pPr>
        <w:jc w:val="right"/>
      </w:pPr>
      <w:r>
        <w:t>تھے، کہ قَتْفَالْنَا وہ تو ہم نے کر دیا، مطلب ہم نے فتنے کو ختم کر دیا، ملوکیت</w:t>
      </w:r>
    </w:p>
    <w:p>
      <w:r>
        <w:rPr>
          <w:b/>
        </w:rPr>
        <w:t xml:space="preserve">[39:08] </w:t>
      </w:r>
      <w:r>
        <w:t>ki jar kaat di.</w:t>
      </w:r>
    </w:p>
    <w:p>
      <w:pPr>
        <w:jc w:val="right"/>
      </w:pPr>
      <w:r>
        <w:t>کی جڑ کاٹ دی۔</w:t>
      </w:r>
    </w:p>
    <w:p>
      <w:r>
        <w:rPr>
          <w:b/>
        </w:rPr>
        <w:t xml:space="preserve">[39:15] </w:t>
      </w:r>
      <w:r>
        <w:t>ab to azadi ka zamana aa chuka, us ko ab azadi ko avail karo, dawat-e-jihad fi al-sayh khatm.</w:t>
      </w:r>
    </w:p>
    <w:p>
      <w:pPr>
        <w:jc w:val="right"/>
      </w:pPr>
      <w:r>
        <w:t>اب تو آزادی کا زمانہ آ چکا، اس کو اب آزادی کو اویل کرو، دعوت جہاد فی الصیح ختم۔</w:t>
      </w:r>
    </w:p>
    <w:p>
      <w:r>
        <w:rPr>
          <w:b/>
        </w:rPr>
        <w:t xml:space="preserve">[39:21] </w:t>
      </w:r>
      <w:r>
        <w:t>ab jihad fi al-Quran ka zamana hai.</w:t>
      </w:r>
    </w:p>
    <w:p>
      <w:pPr>
        <w:jc w:val="right"/>
      </w:pPr>
      <w:r>
        <w:t>اب جہاد فی القرآن کا زمانہ ہے۔</w:t>
      </w:r>
    </w:p>
    <w:p>
      <w:r>
        <w:rPr>
          <w:b/>
        </w:rPr>
        <w:t xml:space="preserve">[39:27] </w:t>
      </w:r>
      <w:r>
        <w:t>sab se pehle Hazrat Abdullah ibn Umar ne yeh baat kahi thi ke jihad fi al-sayh ka zamana</w:t>
      </w:r>
    </w:p>
    <w:p>
      <w:pPr>
        <w:jc w:val="right"/>
      </w:pPr>
      <w:r>
        <w:t>سب سے پہلے حضرت عبداللہ ابن عمر نے یہ بات کہی تھی کہ جہاد فی الصیح کا زمانہ</w:t>
      </w:r>
    </w:p>
    <w:p>
      <w:r>
        <w:rPr>
          <w:b/>
        </w:rPr>
        <w:t xml:space="preserve">[39:33] </w:t>
      </w:r>
      <w:r>
        <w:t>khatm, ab to jihad fi al-Quran ka zamana hai.</w:t>
      </w:r>
    </w:p>
    <w:p>
      <w:pPr>
        <w:jc w:val="right"/>
      </w:pPr>
      <w:r>
        <w:t>ختم، اب تو جہاد فی القرآن کا زمانہ ہے۔</w:t>
      </w:r>
    </w:p>
    <w:p>
      <w:r>
        <w:rPr>
          <w:b/>
        </w:rPr>
        <w:t xml:space="preserve">[39:39] </w:t>
      </w:r>
      <w:r>
        <w:t>jaise India mein koi leader kahe ke Gandhi ne jo do nare diye the, yani civil disobedience aur</w:t>
      </w:r>
    </w:p>
    <w:p>
      <w:pPr>
        <w:jc w:val="right"/>
      </w:pPr>
      <w:r>
        <w:t>جیسے انڈیا میں کوئی لیڈر کہے کہ گاندھی نے جو دو نعرے دیئے تھے، یعنی سول ڈسٹریبیوڈینس اور</w:t>
      </w:r>
    </w:p>
    <w:p>
      <w:r>
        <w:rPr>
          <w:b/>
        </w:rPr>
        <w:t xml:space="preserve">[39:46] </w:t>
      </w:r>
      <w:r>
        <w:t>national rule, to koi kahe ke civil disobedience ka zamana khatm, ab to national rule ka zamana hai.</w:t>
      </w:r>
    </w:p>
    <w:p>
      <w:pPr>
        <w:jc w:val="right"/>
      </w:pPr>
      <w:r>
        <w:t>نیشنل رول، تو کوئی کہے کہ سول ڈسٹریبیوڈینس کا زمانہ ختم، اب تو نیشنل رول کا زمانہ ہے۔</w:t>
      </w:r>
    </w:p>
    <w:p>
      <w:r>
        <w:rPr>
          <w:b/>
        </w:rPr>
        <w:t xml:space="preserve">[39:52] </w:t>
      </w:r>
      <w:r>
        <w:t>wahi muamla wahan bhi hai ke jihad fi al-sayh ka zamana khatm, ab to jihad fi al-Quran ka zamana hai.</w:t>
      </w:r>
    </w:p>
    <w:p>
      <w:pPr>
        <w:jc w:val="right"/>
      </w:pPr>
      <w:r>
        <w:t>وہی معاملہ وہاں بھی ہے کہ جہاد فی الصیح کا زمانہ ختم، اب تو جہاد فی القرآن کا زمانہ ہے۔</w:t>
      </w:r>
    </w:p>
    <w:p>
      <w:r>
        <w:rPr>
          <w:b/>
        </w:rPr>
        <w:t xml:space="preserve">[39:58] </w:t>
      </w:r>
      <w:r>
        <w:t>parman dua work karo, naye jo mawaqe hain, us ko istemal karo, azadi ko, technology ko, democracy ko,</w:t>
      </w:r>
    </w:p>
    <w:p>
      <w:pPr>
        <w:jc w:val="right"/>
      </w:pPr>
      <w:r>
        <w:t>پرامن دعا ورک کرو، نئے جو مواقع ہیں، اس کو استعمال کرو، آزادی کو، ٹیکنالوجی کو، ڈیموکریسی کو،</w:t>
      </w:r>
    </w:p>
    <w:p>
      <w:r>
        <w:rPr>
          <w:b/>
        </w:rPr>
        <w:t xml:space="preserve">[40:04] </w:t>
      </w:r>
      <w:r>
        <w:t>naye jo opportunities hain, in sab ko istemal kar ke global dawah karo, sari duniya mein Islam ka</w:t>
      </w:r>
    </w:p>
    <w:p>
      <w:pPr>
        <w:jc w:val="right"/>
      </w:pPr>
      <w:r>
        <w:t>نئے جو اپرچونیٹیز ہیں، ان سب کو استعمال کر کے گلوبل دعویٰ کرو، ساری دنیا میں اسلام کا</w:t>
      </w:r>
    </w:p>
    <w:p>
      <w:r>
        <w:rPr>
          <w:b/>
        </w:rPr>
        <w:t xml:space="preserve">[40:11] </w:t>
      </w:r>
      <w:r>
        <w:t>paigham pahunchao, saare logon ko Islam se ba-khabar karo.</w:t>
      </w:r>
    </w:p>
    <w:p>
      <w:pPr>
        <w:jc w:val="right"/>
      </w:pPr>
      <w:r>
        <w:t>پیغام پہنچاؤ، سارے لوگوں کو اسلام سے باخبر کرو۔</w:t>
      </w:r>
    </w:p>
    <w:p>
      <w:r>
        <w:rPr>
          <w:b/>
        </w:rPr>
        <w:t xml:space="preserve">[40:17] </w:t>
      </w:r>
      <w:r>
        <w:t>Quran mein hai ke li yakuna lil alamin nadhira. Quran mein utara gaya is liye ke li yakuna lil alamin nadhira. yani</w:t>
      </w:r>
    </w:p>
    <w:p>
      <w:pPr>
        <w:jc w:val="right"/>
      </w:pPr>
      <w:r>
        <w:t>قرآن میں ہے کہ لِيَكُونُ لِلْعَالَمِينَ نَذِيرًا قرآن میں اتارا گیا اس لئے کہ لِيَكُونَ لِلْعَالَمِينَ نَذِيرًا یعنی</w:t>
      </w:r>
    </w:p>
    <w:p>
      <w:r>
        <w:rPr>
          <w:b/>
        </w:rPr>
        <w:t xml:space="preserve">[40:23] </w:t>
      </w:r>
      <w:r>
        <w:t>saare alam ke liye indhar bane.</w:t>
      </w:r>
    </w:p>
    <w:p>
      <w:pPr>
        <w:jc w:val="right"/>
      </w:pPr>
      <w:r>
        <w:t>سارے عالم کے لئے انذار بنے۔</w:t>
      </w:r>
    </w:p>
    <w:p>
      <w:r>
        <w:rPr>
          <w:b/>
        </w:rPr>
        <w:t xml:space="preserve">[40:29] </w:t>
      </w:r>
      <w:r>
        <w:t>to jab utri thi yeh ayat, tab tab kaise ban sakta tha? tab to technology nahi thi, azadi</w:t>
      </w:r>
    </w:p>
    <w:p>
      <w:pPr>
        <w:jc w:val="right"/>
      </w:pPr>
      <w:r>
        <w:t>تو جب اتری تھی یہ آیت، تب تب کیسے بن سکتا تھا؟ تب تو ٹیکنالوجی نہیں تھی، آزادی</w:t>
      </w:r>
    </w:p>
    <w:p>
      <w:r>
        <w:rPr>
          <w:b/>
        </w:rPr>
        <w:t xml:space="preserve">[40:35] </w:t>
      </w:r>
      <w:r>
        <w:t>nahi thi, movement ki freedom nahi thi, kuch bhi nahi tha.</w:t>
      </w:r>
    </w:p>
    <w:p>
      <w:pPr>
        <w:jc w:val="right"/>
      </w:pPr>
      <w:r>
        <w:t>نہیں تھی، موومنٹ کی فریڈم نہیں تھی، کچھ بھی نہیں تھا۔</w:t>
      </w:r>
    </w:p>
    <w:p>
      <w:r>
        <w:rPr>
          <w:b/>
        </w:rPr>
        <w:t xml:space="preserve">[40:42] </w:t>
      </w:r>
      <w:r>
        <w:t>to is quran ki is ayat mein nishana diya gaya tha.</w:t>
      </w:r>
    </w:p>
    <w:p>
      <w:pPr>
        <w:jc w:val="right"/>
      </w:pPr>
      <w:r>
        <w:t>تو اس قرآن کی اس آیت میں نشانہ دیا گیا تھا۔</w:t>
      </w:r>
    </w:p>
    <w:p>
      <w:r>
        <w:rPr>
          <w:b/>
        </w:rPr>
        <w:t xml:space="preserve">[40:48] </w:t>
      </w:r>
      <w:r>
        <w:t>liyakoon lil aalameen nazeera yeh nishana diya gaya tha ke aisa hona hi hona hai ke is quran ki</w:t>
      </w:r>
    </w:p>
    <w:p>
      <w:pPr>
        <w:jc w:val="right"/>
      </w:pPr>
      <w:r>
        <w:t>لِيَكُونَ لِلْعَالَمِينَ نَذِيرًا یہ نشانہ دیا گیا تھا کہ ایسا ہونا ہی ہونا ہے کہ اس قرآن کی</w:t>
      </w:r>
    </w:p>
    <w:p>
      <w:r>
        <w:rPr>
          <w:b/>
        </w:rPr>
        <w:t xml:space="preserve">[40:54] </w:t>
      </w:r>
      <w:r>
        <w:t>awaz sare aalam par pohnche.</w:t>
      </w:r>
    </w:p>
    <w:p>
      <w:pPr>
        <w:jc w:val="right"/>
      </w:pPr>
      <w:r>
        <w:t>آواز سارے عالم پر پہنچے۔</w:t>
      </w:r>
    </w:p>
    <w:p>
      <w:r>
        <w:rPr>
          <w:b/>
        </w:rPr>
        <w:t xml:space="preserve">[41:00] </w:t>
      </w:r>
      <w:r>
        <w:t>to ab woh sab kuch ho chuka.</w:t>
      </w:r>
    </w:p>
    <w:p>
      <w:pPr>
        <w:jc w:val="right"/>
      </w:pPr>
      <w:r>
        <w:t>تو اب وہ سب کچھ ہو چکا۔</w:t>
      </w:r>
    </w:p>
    <w:p>
      <w:r>
        <w:rPr>
          <w:b/>
        </w:rPr>
        <w:t xml:space="preserve">[41:06] </w:t>
      </w:r>
      <w:r>
        <w:t>ab jo log jihad fis sih kar rahe hain, woh waise hi hain jaise ke india ke leader</w:t>
      </w:r>
    </w:p>
    <w:p>
      <w:pPr>
        <w:jc w:val="right"/>
      </w:pPr>
      <w:r>
        <w:t>اب جو لوگ جہاد فی الصیح کر رہے ہیں، وہ ویسے ہی ہیں جیسے کہ انڈیا کے لیڈر</w:t>
      </w:r>
    </w:p>
    <w:p>
      <w:r>
        <w:rPr>
          <w:b/>
        </w:rPr>
        <w:t xml:space="preserve">[41:13] </w:t>
      </w:r>
      <w:r>
        <w:t>jo hain, civil disobedience ki tehreek chalaen.</w:t>
      </w:r>
    </w:p>
    <w:p>
      <w:pPr>
        <w:jc w:val="right"/>
      </w:pPr>
      <w:r>
        <w:t>جو ہیں، سول ڈسٹریبیوڈینس کی تحریک چلائیں۔</w:t>
      </w:r>
    </w:p>
    <w:p>
      <w:r>
        <w:rPr>
          <w:b/>
        </w:rPr>
        <w:t xml:space="preserve">[41:19] </w:t>
      </w:r>
      <w:r>
        <w:t>bilkul aam qaeeda hoga ke qanoon todo, ab qanoon nahi todna hai, ab to yaani qoumi taraqqi karna</w:t>
      </w:r>
    </w:p>
    <w:p>
      <w:pPr>
        <w:jc w:val="right"/>
      </w:pPr>
      <w:r>
        <w:t>بالکل عام قاعدہ ہوگا کہ قانون توڑو، اب قانون نہیں توڑنا ہے، اب تو یعنی قومی ترقی کرنا</w:t>
      </w:r>
    </w:p>
    <w:p>
      <w:r>
        <w:rPr>
          <w:b/>
        </w:rPr>
        <w:t xml:space="preserve">[41:25] </w:t>
      </w:r>
      <w:r>
        <w:t>hai, development lana hai.</w:t>
      </w:r>
    </w:p>
    <w:p>
      <w:pPr>
        <w:jc w:val="right"/>
      </w:pPr>
      <w:r>
        <w:t>ہے، ڈویلپمنٹ لانا ہے۔</w:t>
      </w:r>
    </w:p>
    <w:p>
      <w:r>
        <w:rPr>
          <w:b/>
        </w:rPr>
        <w:t xml:space="preserve">[41:31] </w:t>
      </w:r>
      <w:r>
        <w:t>ab jo hai, development hamara nishana hai, ab qanoon todna nishana nahi hai.</w:t>
      </w:r>
    </w:p>
    <w:p>
      <w:pPr>
        <w:jc w:val="right"/>
      </w:pPr>
      <w:r>
        <w:t>اب جو ہے، ڈویلپمنٹ ہمارا نشانہ ہے، اب قانون توڑنا نشانہ نہیں ہے۔</w:t>
      </w:r>
    </w:p>
    <w:p>
      <w:r>
        <w:rPr>
          <w:b/>
        </w:rPr>
        <w:t xml:space="preserve">[41:38] </w:t>
      </w:r>
      <w:r>
        <w:t>aise hi islam mein bhi ab jihad fis sih ka zamana nahi hai, jihad fi al quran ka zamana</w:t>
      </w:r>
    </w:p>
    <w:p>
      <w:pPr>
        <w:jc w:val="right"/>
      </w:pPr>
      <w:r>
        <w:t>ایسے ہی اسلام میں بھی اب جہاد فی الصیح کا زمانہ نہیں ہے، جہاد فی القرآن کا زمانہ</w:t>
      </w:r>
    </w:p>
    <w:p>
      <w:r>
        <w:rPr>
          <w:b/>
        </w:rPr>
        <w:t xml:space="preserve">[41:44] </w:t>
      </w:r>
      <w:r>
        <w:t>hai ke sare mawaqe ko istemal karte hue aman دعوی work karo.</w:t>
      </w:r>
    </w:p>
    <w:p>
      <w:pPr>
        <w:jc w:val="right"/>
      </w:pPr>
      <w:r>
        <w:t>ہے کہ سارے مواقع کو استعمال کرتے ہوئے پرامن دعویٰ ورک کرو۔</w:t>
      </w:r>
    </w:p>
    <w:p>
      <w:r>
        <w:rPr>
          <w:b/>
        </w:rPr>
        <w:t xml:space="preserve">[41:50] </w:t>
      </w:r>
      <w:r>
        <w:t>is tareeqe se aap sochenge to poora quran aap ko explain ho jayega, poori hadith explain</w:t>
      </w:r>
    </w:p>
    <w:p>
      <w:pPr>
        <w:jc w:val="right"/>
      </w:pPr>
      <w:r>
        <w:t>اس طریقے سے آپ سوچیں گے تو پورا قرآن آپ کو ایکسپلین ہو جائے گا، پوری حدیث ایکسپلین</w:t>
      </w:r>
    </w:p>
    <w:p>
      <w:r>
        <w:rPr>
          <w:b/>
        </w:rPr>
        <w:t xml:space="preserve">[41:56] </w:t>
      </w:r>
      <w:r>
        <w:t>ho jayegi, balkeh main kahunga poori tareekh aap explain ho jayegi.</w:t>
      </w:r>
    </w:p>
    <w:p>
      <w:pPr>
        <w:jc w:val="right"/>
      </w:pPr>
      <w:r>
        <w:t>ہو جائے گی، بلکہ میں کہوں گا پوری تاریخ آپ ایکسپلین ہو جائے گی۔</w:t>
      </w:r>
    </w:p>
    <w:p>
      <w:r>
        <w:rPr>
          <w:b/>
        </w:rPr>
        <w:t xml:space="preserve">[42:02] </w:t>
      </w:r>
      <w:r>
        <w:t>poori tareekh insani jo hai, poori human history aur islamic history dono in is mein explain ho jati hain.</w:t>
      </w:r>
    </w:p>
    <w:p>
      <w:pPr>
        <w:jc w:val="right"/>
      </w:pPr>
      <w:r>
        <w:t>پوری تاریخ انسانی جو ہے، پوری ہیومن ہسٹری اور اسلامک ہسٹری دونوں ان اس میں ایکسپلین ہو جاتی ہیں۔</w:t>
      </w:r>
    </w:p>
    <w:p>
      <w:r>
        <w:rPr>
          <w:b/>
        </w:rPr>
        <w:t xml:space="preserve">[42:09] </w:t>
      </w:r>
      <w:r>
        <w:t>warna confusion rehta hai.</w:t>
      </w:r>
    </w:p>
    <w:p>
      <w:pPr>
        <w:jc w:val="right"/>
      </w:pPr>
      <w:r>
        <w:t>ورنہ کنفیوژن رہتا ہے۔</w:t>
      </w:r>
    </w:p>
    <w:p>
      <w:r>
        <w:rPr>
          <w:b/>
        </w:rPr>
        <w:t xml:space="preserve">[42:15] </w:t>
      </w:r>
      <w:r>
        <w:t>to main aap logon se kahunga ke aap is baat ko samjhen aur is ko sari duniya tak pohnchaen.</w:t>
      </w:r>
    </w:p>
    <w:p>
      <w:pPr>
        <w:jc w:val="right"/>
      </w:pPr>
      <w:r>
        <w:t>تو میں آپ لوگوں سے کہوں گا کہ آپ اس بات کو سمجھیں اور اس کو ساری دنیا تک پہنچائیں۔</w:t>
      </w:r>
    </w:p>
    <w:p>
      <w:r>
        <w:rPr>
          <w:b/>
        </w:rPr>
        <w:t xml:space="preserve">[42:21] </w:t>
      </w:r>
      <w:r>
        <w:t>allah ke fazal se cps ke tehat ek bohat hi taqatwar literature tayyar ho chuka hai,</w:t>
      </w:r>
    </w:p>
    <w:p>
      <w:pPr>
        <w:jc w:val="right"/>
      </w:pPr>
      <w:r>
        <w:t>اللہ کے فضل سے سی پی ایس کے تحت ایک بہت ہی طاقتور لٹریچر تیار ہو چکا ہے،</w:t>
      </w:r>
    </w:p>
    <w:p>
      <w:r>
        <w:rPr>
          <w:b/>
        </w:rPr>
        <w:t xml:space="preserve">[42:27] </w:t>
      </w:r>
      <w:r>
        <w:t>bohat hi powerful literature, is ko phailaiye.</w:t>
      </w:r>
    </w:p>
    <w:p>
      <w:pPr>
        <w:jc w:val="right"/>
      </w:pPr>
      <w:r>
        <w:t>بہت ہی پاور فل لٹریچر، اس کو پھیلائیے۔</w:t>
      </w:r>
    </w:p>
    <w:p>
      <w:r>
        <w:rPr>
          <w:b/>
        </w:rPr>
        <w:t xml:space="preserve">[42:33] </w:t>
      </w:r>
      <w:r>
        <w:t>yeh sab baaten is mein jo maine arz kiya, woh sab printed form mein aa chuki hain.</w:t>
      </w:r>
    </w:p>
    <w:p>
      <w:pPr>
        <w:jc w:val="right"/>
      </w:pPr>
      <w:r>
        <w:t>یہ سب باتیں اس میں جو میں نے عرض کیا، وہ سب پرنٹڈ فارم میں آ چکی ہیں۔</w:t>
      </w:r>
    </w:p>
    <w:p>
      <w:r>
        <w:rPr>
          <w:b/>
        </w:rPr>
        <w:t xml:space="preserve">[42:40] </w:t>
      </w:r>
      <w:r>
        <w:t>to aap kitaben phailaiye, internet par phailaiye.</w:t>
      </w:r>
    </w:p>
    <w:p>
      <w:pPr>
        <w:jc w:val="right"/>
      </w:pPr>
      <w:r>
        <w:t>تو آپ کتابیں پھیلائیے، انٹرنیٹ پر پھیلائیے۔</w:t>
      </w:r>
    </w:p>
    <w:p>
      <w:r>
        <w:rPr>
          <w:b/>
        </w:rPr>
        <w:t xml:space="preserve">[42:46] </w:t>
      </w:r>
      <w:r>
        <w:t>to yeh jo ideology hai cps ki, is ideology ki buniyad par itni sari kitaben, itne</w:t>
      </w:r>
    </w:p>
    <w:p>
      <w:pPr>
        <w:jc w:val="right"/>
      </w:pPr>
      <w:r>
        <w:t>تو یہ جو آئیڈیالوجی ہے سی پی ایس کی، اس آئیڈیالوجی کی بنیاد پر اتنی ساری کتابیں، اتنے</w:t>
      </w:r>
    </w:p>
    <w:p>
      <w:r>
        <w:rPr>
          <w:b/>
        </w:rPr>
        <w:t xml:space="preserve">[42:52] </w:t>
      </w:r>
      <w:r>
        <w:t>sare lecture, itne sare video aur audio, woh sab maujood ho chuke hain, is ko phailaiye.</w:t>
      </w:r>
    </w:p>
    <w:p>
      <w:pPr>
        <w:jc w:val="right"/>
      </w:pPr>
      <w:r>
        <w:t>سارے لیکچر، اتنے سارے ویڈیو اور آڈیو، وہ سب موجود ہو چکے ہیں، اس کو پھیلائیے۔</w:t>
      </w:r>
    </w:p>
    <w:p>
      <w:r>
        <w:rPr>
          <w:b/>
        </w:rPr>
        <w:t xml:space="preserve">[42:58] </w:t>
      </w:r>
      <w:r>
        <w:t>yahi aap ka mission hai.</w:t>
      </w:r>
    </w:p>
    <w:p>
      <w:pPr>
        <w:jc w:val="right"/>
      </w:pPr>
      <w:r>
        <w:t>یہی آپ کا مشن ہے۔</w:t>
      </w:r>
    </w:p>
    <w:p>
      <w:r>
        <w:rPr>
          <w:b/>
        </w:rPr>
        <w:t xml:space="preserve">[43:05] </w:t>
      </w:r>
      <w:r>
        <w:t>khud yaqeen mein jeena seekhiye aur doosron ko yaqeen mein jeena sikhaiye.</w:t>
      </w:r>
    </w:p>
    <w:p>
      <w:pPr>
        <w:jc w:val="right"/>
      </w:pPr>
      <w:r>
        <w:t>خود یقین میں جینا سیکھئے اور دوسروں کو یقین میں جینا سکھائیے۔</w:t>
      </w:r>
    </w:p>
    <w:p>
      <w:r>
        <w:rPr>
          <w:b/>
        </w:rPr>
        <w:t xml:space="preserve">[43:11] </w:t>
      </w:r>
      <w:r>
        <w:t>khud Allah ki glory mein jeena seekhiye aur doosron ko sikhaiye ke Allah ki glory mein jeena hai.</w:t>
      </w:r>
    </w:p>
    <w:p>
      <w:pPr>
        <w:jc w:val="right"/>
      </w:pPr>
      <w:r>
        <w:t>خود اللہ کی گلوری میں جینا سیکھئے اور دوسروں کو سکھائیے کہ اللہ کی گلوری میں جینا ہے۔</w:t>
      </w:r>
    </w:p>
    <w:p>
      <w:r>
        <w:rPr>
          <w:b/>
        </w:rPr>
        <w:t xml:space="preserve">[43:17] </w:t>
      </w:r>
      <w:r>
        <w:t>hukoomat karna hamara nishana nahi hai.</w:t>
      </w:r>
    </w:p>
    <w:p>
      <w:pPr>
        <w:jc w:val="right"/>
      </w:pPr>
      <w:r>
        <w:t>حکومت کرنا ہمارا نشانہ نہیں ہے۔</w:t>
      </w:r>
    </w:p>
    <w:p>
      <w:r>
        <w:rPr>
          <w:b/>
        </w:rPr>
        <w:t xml:space="preserve">[43:23] </w:t>
      </w:r>
      <w:r>
        <w:t>hamara nishana hai ke Allah ki glory mein jeene wale ban jayein, tamam log.</w:t>
      </w:r>
    </w:p>
    <w:p>
      <w:pPr>
        <w:jc w:val="right"/>
      </w:pPr>
      <w:r>
        <w:t>ہمارا نشانہ ہے کہ اللہ کی گلوری میں جینے والے بن جائیں، تمام لوگ۔</w:t>
      </w:r>
    </w:p>
    <w:p>
      <w:r>
        <w:rPr>
          <w:b/>
        </w:rPr>
        <w:t xml:space="preserve">[43:29] </w:t>
      </w:r>
      <w:r>
        <w:t>Allah ki barhai mein jo hum namaz mein karte hain, bar bar Allah o Akbar, Allah o Akbar, yahi nishana</w:t>
      </w:r>
    </w:p>
    <w:p>
      <w:pPr>
        <w:jc w:val="right"/>
      </w:pPr>
      <w:r>
        <w:t>اللہ کی بڑائی میں جو ہم نماز میں کرتے ہیں، بار بار اللہ اکبر، اللہ اکبر، یہی نشانہ</w:t>
      </w:r>
    </w:p>
    <w:p>
      <w:r>
        <w:rPr>
          <w:b/>
        </w:rPr>
        <w:t xml:space="preserve">[43:36] </w:t>
      </w:r>
      <w:r>
        <w:t>hai ke Allah ki kibriyai mein jeene wale bano.</w:t>
      </w:r>
    </w:p>
    <w:p>
      <w:pPr>
        <w:jc w:val="right"/>
      </w:pPr>
      <w:r>
        <w:t>ہے کہ اللہ کی کبرائی میں جینے والے بنو۔</w:t>
      </w:r>
    </w:p>
    <w:p>
      <w:r>
        <w:rPr>
          <w:b/>
        </w:rPr>
        <w:t xml:space="preserve">[43:42] </w:t>
      </w:r>
      <w:r>
        <w:t>aap jante hain ke namaz mein bar bar, bar bar, azan mein bhi dohraya jata hai Allah o Akbar,</w:t>
      </w:r>
    </w:p>
    <w:p>
      <w:pPr>
        <w:jc w:val="right"/>
      </w:pPr>
      <w:r>
        <w:t>آپ جانتے ہیں کہ نماز میں بار بار، بار بار، اذان میں بھی دہرایا جاتا ہے اللہ اکبر،</w:t>
      </w:r>
    </w:p>
    <w:p>
      <w:r>
        <w:rPr>
          <w:b/>
        </w:rPr>
        <w:t xml:space="preserve">[43:48] </w:t>
      </w:r>
      <w:r>
        <w:t>Allah bara hai.</w:t>
      </w:r>
    </w:p>
    <w:p>
      <w:pPr>
        <w:jc w:val="right"/>
      </w:pPr>
      <w:r>
        <w:t>اللہ بڑا ہے۔</w:t>
      </w:r>
    </w:p>
    <w:p>
      <w:r>
        <w:rPr>
          <w:b/>
        </w:rPr>
        <w:t xml:space="preserve">[43:54] </w:t>
      </w:r>
      <w:r>
        <w:t>to Allah ki barhai mein jeene wale baniye.</w:t>
      </w:r>
    </w:p>
    <w:p>
      <w:pPr>
        <w:jc w:val="right"/>
      </w:pPr>
      <w:r>
        <w:t>تو اللہ کی بڑائی میں جینے والے بنیے۔</w:t>
      </w:r>
    </w:p>
    <w:p>
      <w:r>
        <w:rPr>
          <w:b/>
        </w:rPr>
        <w:t xml:space="preserve">[44:00] </w:t>
      </w:r>
      <w:r>
        <w:t>yeh aap ka mission bhi hai, yeh doosron ko bhi yeh paigham dena hai.</w:t>
      </w:r>
    </w:p>
    <w:p>
      <w:pPr>
        <w:jc w:val="right"/>
      </w:pPr>
      <w:r>
        <w:t>یہ آپ کا مشن بھی ہے، یہ دوسروں کو بھی یہ پیغام دینا ہے۔</w:t>
      </w:r>
    </w:p>
    <w:p>
      <w:r>
        <w:rPr>
          <w:b/>
        </w:rPr>
        <w:t xml:space="preserve">[44:07] </w:t>
      </w:r>
      <w:r>
        <w:t>to mein dua karta hoon ke Allah taala mujh ko aur aap ko tofeeq de ke hum Allah</w:t>
      </w:r>
    </w:p>
    <w:p>
      <w:pPr>
        <w:jc w:val="right"/>
      </w:pPr>
      <w:r>
        <w:t>تو میں دعا کرتا ہوں کہ اللہ تعالیٰ مجھ کو اور آپ کو توفیق دے کہ ہم اللہ</w:t>
      </w:r>
    </w:p>
    <w:p>
      <w:r>
        <w:rPr>
          <w:b/>
        </w:rPr>
        <w:t xml:space="preserve">[44:13] </w:t>
      </w:r>
      <w:r>
        <w:t>ke plan ko samjhein aur is ke mutabiq apni zindagi ko istemal karein.</w:t>
      </w:r>
    </w:p>
    <w:p>
      <w:pPr>
        <w:jc w:val="right"/>
      </w:pPr>
      <w:r>
        <w:t>کے پلان کو سمجھیں اور اس کے مطابق اپنی زندگیوں کو استعمال کریں۔</w:t>
      </w:r>
    </w:p>
    <w:p>
      <w:r>
        <w:rPr>
          <w:b/>
        </w:rPr>
        <w:t xml:space="preserve">[44:19] </w:t>
      </w:r>
      <w:r>
        <w:t>assalam o alaikum wa rehmatullahi wa barakatuh Okay, we'll be starting with the question and answer session.</w:t>
      </w:r>
    </w:p>
    <w:p>
      <w:pPr>
        <w:jc w:val="right"/>
      </w:pPr>
      <w:r>
        <w:t>السلام علیکم ورحمة الله وبرکاته Okay, we'll be starting with the question and answer session.</w:t>
      </w:r>
    </w:p>
    <w:p>
      <w:r>
        <w:rPr>
          <w:b/>
        </w:rPr>
        <w:t xml:space="preserve">[44:25] </w:t>
      </w:r>
      <w:r>
        <w:t>All the online viewers are requested to send their questions on info@cpsglobal.org.</w:t>
      </w:r>
    </w:p>
    <w:p>
      <w:pPr>
        <w:jc w:val="right"/>
      </w:pPr>
      <w:r>
        <w:t>All the online viewers are requested to send their questions on info@cpsglobal.org.</w:t>
      </w:r>
    </w:p>
    <w:p>
      <w:r>
        <w:rPr>
          <w:b/>
        </w:rPr>
        <w:t xml:space="preserve">[44:32] </w:t>
      </w:r>
      <w:r>
        <w:t>Maulana, yeh sawal Saudi Arabia se aya hai Dr. Hina ka, aur unhone likha hai ke Maulana</w:t>
      </w:r>
    </w:p>
    <w:p>
      <w:pPr>
        <w:jc w:val="right"/>
      </w:pPr>
      <w:r>
        <w:t>مولانا، یہ سوال سعودی عربیہ سے آیا ہے ڈاکٹر حنا کا، اور انہوں نے لکھا ہے کہ مولانا</w:t>
      </w:r>
    </w:p>
    <w:p>
      <w:r>
        <w:rPr>
          <w:b/>
        </w:rPr>
        <w:t xml:space="preserve">[44:38] </w:t>
      </w:r>
      <w:r>
        <w:t>sahab jazak Allah for the beautiful talk that you gave yesterday.</w:t>
      </w:r>
    </w:p>
    <w:p>
      <w:pPr>
        <w:jc w:val="right"/>
      </w:pPr>
      <w:r>
        <w:t>صاحب جزاک اللہ for the beautiful talk that you gave yesterday.</w:t>
      </w:r>
    </w:p>
    <w:p>
      <w:r>
        <w:rPr>
          <w:b/>
        </w:rPr>
        <w:t xml:space="preserve">[44:45] </w:t>
      </w:r>
      <w:r>
        <w:t>mera sawal yeh hai ke is waqt Pakistan mein jo masla chal raha hai, to do opposition leaders</w:t>
      </w:r>
    </w:p>
    <w:p>
      <w:pPr>
        <w:jc w:val="right"/>
      </w:pPr>
      <w:r>
        <w:t>میرا سوال یہ ہے کہ اس وقت پاکستان میں جو مسئلہ چل رہا ہے، تو دو اپوزیشن لیڈرز</w:t>
      </w:r>
    </w:p>
    <w:p>
      <w:r>
        <w:rPr>
          <w:b/>
        </w:rPr>
        <w:t xml:space="preserve">[44:52] </w:t>
      </w:r>
      <w:r>
        <w:t>jo campaign chala rahe hain, woh yeh keh rahe hain ke they are not doing any complaints but</w:t>
      </w:r>
    </w:p>
    <w:p>
      <w:pPr>
        <w:jc w:val="right"/>
      </w:pPr>
      <w:r>
        <w:t>جو کیمپین چلا رہے ہیں، وہ یہ کہہ رہے ہیں کہ they are not doing any complaints but</w:t>
      </w:r>
    </w:p>
    <w:p>
      <w:r>
        <w:rPr>
          <w:b/>
        </w:rPr>
        <w:t xml:space="preserve">[44:59] </w:t>
      </w:r>
      <w:r>
        <w:t>they have stood up for the rights of poor.</w:t>
      </w:r>
    </w:p>
    <w:p>
      <w:pPr>
        <w:jc w:val="right"/>
      </w:pPr>
      <w:r>
        <w:t>they have stood up for the rights of poor.</w:t>
      </w:r>
    </w:p>
    <w:p>
      <w:r>
        <w:rPr>
          <w:b/>
        </w:rPr>
        <w:t xml:space="preserve">[45:06] </w:t>
      </w:r>
      <w:r>
        <w:t>kyunke ameer ghareeb ka farq bohat ho gaya hai Pakistan mein.</w:t>
      </w:r>
    </w:p>
    <w:p>
      <w:pPr>
        <w:jc w:val="right"/>
      </w:pPr>
      <w:r>
        <w:t>کیونکہ امیر غریب کا فرق بہت ہو گیا ہے پاکستان میں۔</w:t>
      </w:r>
    </w:p>
    <w:p>
      <w:r>
        <w:rPr>
          <w:b/>
        </w:rPr>
        <w:t xml:space="preserve">[45:12] </w:t>
      </w:r>
      <w:r>
        <w:t>mulk ke leaders jo ate hain, apni jeb bharte hain, apne business, apna business karte hain, aur apne</w:t>
      </w:r>
    </w:p>
    <w:p>
      <w:pPr>
        <w:jc w:val="right"/>
      </w:pPr>
      <w:r>
        <w:t>ملک کے لیڈرز جو آتے ہیں، اپنی جیب بھرتے ہیں، اپنے بزنس، اپنا بزنس کرتے ہیں، اور اپنے</w:t>
      </w:r>
    </w:p>
    <w:p>
      <w:r>
        <w:rPr>
          <w:b/>
        </w:rPr>
        <w:t xml:space="preserve">[45:19] </w:t>
      </w:r>
      <w:r>
        <w:t>bachon ke foreign bank accounts bharte hain, aur ghareeb ke bachhe wohin rehte hain.</w:t>
      </w:r>
    </w:p>
    <w:p>
      <w:pPr>
        <w:jc w:val="right"/>
      </w:pPr>
      <w:r>
        <w:t>بچوں کے فارن بینک اکاؤنٹس بھرتے ہیں، اور غریب کے بچے وہیں رہتے ہیں۔</w:t>
      </w:r>
    </w:p>
    <w:p>
      <w:r>
        <w:rPr>
          <w:b/>
        </w:rPr>
        <w:t xml:space="preserve">[45:26] </w:t>
      </w:r>
      <w:r>
        <w:t>My question is, is it okay to help such leaders in protest because they are trying to challenge</w:t>
      </w:r>
    </w:p>
    <w:p>
      <w:pPr>
        <w:jc w:val="right"/>
      </w:pPr>
      <w:r>
        <w:t>My question is, is it okay to help such leaders in protest because they are trying to challenge</w:t>
      </w:r>
    </w:p>
    <w:p>
      <w:r>
        <w:rPr>
          <w:b/>
        </w:rPr>
        <w:t xml:space="preserve">[45:33] </w:t>
      </w:r>
      <w:r>
        <w:t>the zulm and operation peacefully?</w:t>
      </w:r>
    </w:p>
    <w:p>
      <w:pPr>
        <w:jc w:val="right"/>
      </w:pPr>
      <w:r>
        <w:t>the ظلم and operation peacefully?</w:t>
      </w:r>
    </w:p>
    <w:p>
      <w:r>
        <w:rPr>
          <w:b/>
        </w:rPr>
        <w:t xml:space="preserve">[45:40] </w:t>
      </w:r>
      <w:r>
        <w:t>dekhiye, zulm ko challenge karna yeh shaitani kaam hai.</w:t>
      </w:r>
    </w:p>
    <w:p>
      <w:pPr>
        <w:jc w:val="right"/>
      </w:pPr>
      <w:r>
        <w:t>دیکھیں، ظلم کو چیلنج کرنا یہ شیطانی کام ہے۔</w:t>
      </w:r>
    </w:p>
    <w:p>
      <w:r>
        <w:rPr>
          <w:b/>
        </w:rPr>
        <w:t xml:space="preserve">[45:45] </w:t>
      </w:r>
      <w:r>
        <w:t>kisi peghambar ne kabhi zulm ko challenge nahi kiya, shaitan ne kiya.</w:t>
      </w:r>
    </w:p>
    <w:p>
      <w:pPr>
        <w:jc w:val="right"/>
      </w:pPr>
      <w:r>
        <w:t>کسی پیغمبر نے کبھی ظلم کو چیلنج نہیں کیا، شیطان نے کیا۔</w:t>
      </w:r>
    </w:p>
    <w:p>
      <w:r>
        <w:rPr>
          <w:b/>
        </w:rPr>
        <w:t xml:space="preserve">[45:50] </w:t>
      </w:r>
      <w:r>
        <w:t>yeh jo log kar rahe hain, yeh shaitani kaam kar rahe hain, naam le rahe hain islam ka.</w:t>
      </w:r>
    </w:p>
    <w:p>
      <w:pPr>
        <w:jc w:val="right"/>
      </w:pPr>
      <w:r>
        <w:t>یہ جو لوگ کر رہے ہیں، یہ شیطانی کام کر رہے ہیں، نام لے رہے ہیں اسلام کا۔</w:t>
      </w:r>
    </w:p>
    <w:p>
      <w:r>
        <w:rPr>
          <w:b/>
        </w:rPr>
        <w:t xml:space="preserve">[45:55] </w:t>
      </w:r>
      <w:r>
        <w:t>bilashuba, is mein koi shaq nahi mujhe ke jo zulm ko challenge karta hai aur huqooq insani ka</w:t>
      </w:r>
    </w:p>
    <w:p>
      <w:pPr>
        <w:jc w:val="right"/>
      </w:pPr>
      <w:r>
        <w:t>بلاشبہ، اس میں کوئی شک نہیں مجھے کہ جو ظلم کو چیلنج کرتا ہے اور حقوق انسانی کا</w:t>
      </w:r>
    </w:p>
    <w:p>
      <w:r>
        <w:rPr>
          <w:b/>
        </w:rPr>
        <w:t xml:space="preserve">[46:01] </w:t>
      </w:r>
      <w:r>
        <w:t>jhanda uthata hai, woh shaitani kaam karta hai.</w:t>
      </w:r>
    </w:p>
    <w:p>
      <w:pPr>
        <w:jc w:val="right"/>
      </w:pPr>
      <w:r>
        <w:t>جھنڈا اٹھاتا ہے، وہ شیطانی کام کرتا ہے۔</w:t>
      </w:r>
    </w:p>
    <w:p>
      <w:r>
        <w:rPr>
          <w:b/>
        </w:rPr>
        <w:t xml:space="preserve">[46:06] </w:t>
      </w:r>
      <w:r>
        <w:t>woh, aur mein kahunga you have to see the result yeh jhanda toh pehle bhi uthaya tha</w:t>
      </w:r>
    </w:p>
    <w:p>
      <w:pPr>
        <w:jc w:val="right"/>
      </w:pPr>
      <w:r>
        <w:t>وہ، اور میں کہوں گا you have to see the result یہ جھنڈا تو پہلے بھی اٹھایا تھا</w:t>
      </w:r>
    </w:p>
    <w:p>
      <w:r>
        <w:rPr>
          <w:b/>
        </w:rPr>
        <w:t xml:space="preserve">[46:11] </w:t>
      </w:r>
      <w:r>
        <w:t>logon ne, result kahan nikla? khud Pakistan jo bana tha, woh bhi isi jhande par bana tha.</w:t>
      </w:r>
    </w:p>
    <w:p>
      <w:pPr>
        <w:jc w:val="right"/>
      </w:pPr>
      <w:r>
        <w:t>لوگوں نے، رزلٹ کہاں نکلا؟ خود پاکستان جو بنا تھا، وہ بھی اسی جھنڈے پر بنا تھا۔</w:t>
      </w:r>
    </w:p>
    <w:p>
      <w:r>
        <w:rPr>
          <w:b/>
        </w:rPr>
        <w:t xml:space="preserve">[46:17] </w:t>
      </w:r>
      <w:r>
        <w:t>toh Pakistan ban kar woh maqsad hasil kyun nahi hua? dekhiye, yeh peghambar ka tareeqa nahi hai ke</w:t>
      </w:r>
    </w:p>
    <w:p>
      <w:pPr>
        <w:jc w:val="right"/>
      </w:pPr>
      <w:r>
        <w:t>تو پاکستان بن کر وہ مقصد حاصل کیوں نہیں ہوا؟ دیکھیں، یہ پیغمبر کا طریقہ نہیں ہے کہ</w:t>
      </w:r>
    </w:p>
    <w:p>
      <w:r>
        <w:rPr>
          <w:b/>
        </w:rPr>
        <w:t xml:space="preserve">[46:22] </w:t>
      </w:r>
      <w:r>
        <w:t>jhande uthaye jayen.</w:t>
      </w:r>
    </w:p>
    <w:p>
      <w:pPr>
        <w:jc w:val="right"/>
      </w:pPr>
      <w:r>
        <w:t>جھنڈے اٹھائے جائیں۔</w:t>
      </w:r>
    </w:p>
    <w:p>
      <w:r>
        <w:rPr>
          <w:b/>
        </w:rPr>
        <w:t xml:space="preserve">[46:27] </w:t>
      </w:r>
      <w:r>
        <w:t>The very ideology is wrong.</w:t>
      </w:r>
    </w:p>
    <w:p>
      <w:pPr>
        <w:jc w:val="right"/>
      </w:pPr>
      <w:r>
        <w:t>The very ideology is wrong.</w:t>
      </w:r>
    </w:p>
    <w:p>
      <w:r>
        <w:rPr>
          <w:b/>
        </w:rPr>
        <w:t xml:space="preserve">[46:33] </w:t>
      </w:r>
      <w:r>
        <w:t>zulm ko khatam karna, hukoomat qaim karna, siyasi nizam banana, yeh ideology galat hai.</w:t>
      </w:r>
    </w:p>
    <w:p>
      <w:pPr>
        <w:jc w:val="right"/>
      </w:pPr>
      <w:r>
        <w:t>ظلم کو ختم کرنا، حکومت قائم کرنا، سیاسی نظام بنانا، یہ آئیڈیالوجی غلط ہے۔</w:t>
      </w:r>
    </w:p>
    <w:p>
      <w:r>
        <w:rPr>
          <w:b/>
        </w:rPr>
        <w:t xml:space="preserve">[46:38] </w:t>
      </w:r>
      <w:r>
        <w:t>aap sirf yeh kijiye ke logon ki ideology ko badlie, logon ke mind ko badlie, logon ki soch ko badlie.</w:t>
      </w:r>
    </w:p>
    <w:p>
      <w:pPr>
        <w:jc w:val="right"/>
      </w:pPr>
      <w:r>
        <w:t>آپ صرف یہ کیجیے کہ لوگوں کی آئیڈیالوجی کو بدلیے، لوگوں کے مائنڈ کو بدلیے، لوگوں کی سوچ کو بدلیے۔</w:t>
      </w:r>
    </w:p>
    <w:p>
      <w:r>
        <w:rPr>
          <w:b/>
        </w:rPr>
        <w:t xml:space="preserve">[46:43] </w:t>
      </w:r>
      <w:r>
        <w:t>direct taur par in se takrane se koi faida nahi, chahe un ki hukoomat ho ya un ki</w:t>
      </w:r>
    </w:p>
    <w:p>
      <w:pPr>
        <w:jc w:val="right"/>
      </w:pPr>
      <w:r>
        <w:t>ڈائریکٹ طور پر ان سے ٹکرانے سے کوئی فائدہ نہیں، چاہے ان کی حکومت ہو یا ان کی</w:t>
      </w:r>
    </w:p>
    <w:p>
      <w:r>
        <w:rPr>
          <w:b/>
        </w:rPr>
        <w:t xml:space="preserve">[46:49] </w:t>
      </w:r>
      <w:r>
        <w:t>hukoomat ho, haalat wahi rahe gi.</w:t>
      </w:r>
    </w:p>
    <w:p>
      <w:pPr>
        <w:jc w:val="right"/>
      </w:pPr>
      <w:r>
        <w:t>حکومت ہو، حالت وہی رہے گی۔</w:t>
      </w:r>
    </w:p>
    <w:p>
      <w:r>
        <w:rPr>
          <w:b/>
        </w:rPr>
        <w:t xml:space="preserve">[46:54] </w:t>
      </w:r>
      <w:r>
        <w:t>aap ko ideology ko badalna hai, logon ki soch ko badalna hai, tab kaam hoga, warna kuch kaam nahi hoga.</w:t>
      </w:r>
    </w:p>
    <w:p>
      <w:pPr>
        <w:jc w:val="right"/>
      </w:pPr>
      <w:r>
        <w:t>آپ کو آئیڈیالوجی کو بدلنا ہے، لوگوں کی سوچ کو بدلنا ہے، تب کام ہوگا، ورنہ کچھ کام نہیں ہوگا۔</w:t>
      </w:r>
    </w:p>
    <w:p>
      <w:r>
        <w:rPr>
          <w:b/>
        </w:rPr>
        <w:t xml:space="preserve">[46:59] </w:t>
      </w:r>
      <w:r>
        <w:t>abhi bhi jo maine baatein kahi hain, isi ko saare Pakistan mein phaila dijiye.</w:t>
      </w:r>
    </w:p>
    <w:p>
      <w:pPr>
        <w:jc w:val="right"/>
      </w:pPr>
      <w:r>
        <w:t>ابھی بھی جو میں نے باتیں کہی ہیں، اسی کو سارے پاکستان میں پھیلا دیجیے۔</w:t>
      </w:r>
    </w:p>
    <w:p>
      <w:r>
        <w:rPr>
          <w:b/>
        </w:rPr>
        <w:t xml:space="preserve">[47:05] </w:t>
      </w:r>
      <w:r>
        <w:t>aap abhi jo mera lecture hai, woh saare Pakistan mein phaila dijiye.</w:t>
      </w:r>
    </w:p>
    <w:p>
      <w:pPr>
        <w:jc w:val="right"/>
      </w:pPr>
      <w:r>
        <w:t>آپ ابھی جو میرا لیکچر ہے، وہ سارے پاکستان میں پھیلا دیجیے۔</w:t>
      </w:r>
    </w:p>
    <w:p>
      <w:r>
        <w:rPr>
          <w:b/>
        </w:rPr>
        <w:t xml:space="preserve">[47:10] </w:t>
      </w:r>
      <w:r>
        <w:t>yehi kaam kijiye, aap ek ek shakhs ko yeh meri awaaz sunwa dijiye, aur phir dekhiye ke Pakistan</w:t>
      </w:r>
    </w:p>
    <w:p>
      <w:pPr>
        <w:jc w:val="right"/>
      </w:pPr>
      <w:r>
        <w:t>یہی کام کیجیے، آپ ایک ایک شخص کو یہ میری آواز سنوا دیجیے، اور پھر دیکھیے کہ پاکستان</w:t>
      </w:r>
    </w:p>
    <w:p>
      <w:r>
        <w:rPr>
          <w:b/>
        </w:rPr>
        <w:t xml:space="preserve">[47:16] </w:t>
      </w:r>
      <w:r>
        <w:t>mein ek naya inqilab paida ho jayega.</w:t>
      </w:r>
    </w:p>
    <w:p>
      <w:pPr>
        <w:jc w:val="right"/>
      </w:pPr>
      <w:r>
        <w:t>میں ایک نیا انقلاب پیدا ہو جائے گا۔</w:t>
      </w:r>
    </w:p>
    <w:p>
      <w:r>
        <w:rPr>
          <w:b/>
        </w:rPr>
        <w:t xml:space="preserve">[47:21] </w:t>
      </w:r>
      <w:r>
        <w:t>ek naya inqilab paida ho jayega.</w:t>
      </w:r>
    </w:p>
    <w:p>
      <w:pPr>
        <w:jc w:val="right"/>
      </w:pPr>
      <w:r>
        <w:t>ایک نیا انقلاب پیدا ہو جائے گا۔</w:t>
      </w:r>
    </w:p>
    <w:p>
      <w:r>
        <w:rPr>
          <w:b/>
        </w:rPr>
        <w:t xml:space="preserve">[47:26] </w:t>
      </w:r>
      <w:r>
        <w:t>toh dekhiye, Quran mein ek ayat hai ke Khuda ka tareeqa hai jar se aana أَطَلَّىٰ بُنْيَانَهُم jar</w:t>
      </w:r>
    </w:p>
    <w:p>
      <w:pPr>
        <w:jc w:val="right"/>
      </w:pPr>
      <w:r>
        <w:t>تو دیکھیے، قرآن میں ایک آیت ہے کہ خدا کا طریقہ ہے جڑ سے آنا أَطَلَّىٰ بُنْيَانَهُم جڑ</w:t>
      </w:r>
    </w:p>
    <w:p>
      <w:r>
        <w:rPr>
          <w:b/>
        </w:rPr>
        <w:t xml:space="preserve">[47:32] </w:t>
      </w:r>
      <w:r>
        <w:t>se kya hai? mind ko badalna, ideology ko badalna, soch ko badalna.</w:t>
      </w:r>
    </w:p>
    <w:p>
      <w:pPr>
        <w:jc w:val="right"/>
      </w:pPr>
      <w:r>
        <w:t>سے کیا ہے؟ مائنڈ کو بدلنا، آئیڈیالوجی کو بدلنا، سوچ کو بدلنا۔</w:t>
      </w:r>
    </w:p>
    <w:p>
      <w:r>
        <w:rPr>
          <w:b/>
        </w:rPr>
        <w:t xml:space="preserve">[47:37] </w:t>
      </w:r>
      <w:r>
        <w:t>toh mein aap se kehta hoon ke aap sirf ek kaam kijiye ke mera aaj ka jo lecture</w:t>
      </w:r>
    </w:p>
    <w:p>
      <w:pPr>
        <w:jc w:val="right"/>
      </w:pPr>
      <w:r>
        <w:t>تو میں آپ سے کہتا ہوں کہ آپ صرف ایک کام کیجیے کہ میرا آج کا جو لیکچر</w:t>
      </w:r>
    </w:p>
    <w:p>
      <w:r>
        <w:rPr>
          <w:b/>
        </w:rPr>
        <w:t xml:space="preserve">[47:43] </w:t>
      </w:r>
      <w:r>
        <w:t>hai, is ke beshumar copyan banwaiye, saare Pakistan mein phaila dijiye, aur phir dekhiye aap.</w:t>
      </w:r>
    </w:p>
    <w:p>
      <w:pPr>
        <w:jc w:val="right"/>
      </w:pPr>
      <w:r>
        <w:t>ہے، اس کے بے شمار کاپیاں بنوائیے، سارے پاکستان میں پھیلا دیجیے، اور پھر دیکھیے آپ۔</w:t>
      </w:r>
    </w:p>
    <w:p>
      <w:r>
        <w:rPr>
          <w:b/>
        </w:rPr>
        <w:t xml:space="preserve">[47:48] </w:t>
      </w:r>
      <w:r>
        <w:t>aur yeh jo kar rahe hain log protest, yeh toh nothing hai, yeh toh fasad hai, fasad.</w:t>
      </w:r>
    </w:p>
    <w:p>
      <w:pPr>
        <w:jc w:val="right"/>
      </w:pPr>
      <w:r>
        <w:t>اور یہ جو کر رہے ہیں لوگ پروٹیسٹ، یہ تو نتھنگ ہے، یہ تو فساد ہے، فساد۔</w:t>
      </w:r>
    </w:p>
    <w:p>
      <w:r>
        <w:rPr>
          <w:b/>
        </w:rPr>
        <w:t xml:space="preserve">[47:53] </w:t>
      </w:r>
      <w:r>
        <w:t>is ka Islam se koi talluq nahi hai.</w:t>
      </w:r>
    </w:p>
    <w:p>
      <w:pPr>
        <w:jc w:val="right"/>
      </w:pPr>
      <w:r>
        <w:t>اس کا اسلام سے کوئی تعلق نہیں ہے۔</w:t>
      </w:r>
    </w:p>
    <w:p>
      <w:r>
        <w:rPr>
          <w:b/>
        </w:rPr>
        <w:t xml:space="preserve">[47:59] </w:t>
      </w:r>
      <w:r>
        <w:t>maulana, agla sawal chennai se aya hai.</w:t>
      </w:r>
    </w:p>
    <w:p>
      <w:pPr>
        <w:jc w:val="right"/>
      </w:pPr>
      <w:r>
        <w:t>مولانا، اگلا سوال چنئی سے آیا ہے۔</w:t>
      </w:r>
    </w:p>
    <w:p>
      <w:r>
        <w:rPr>
          <w:b/>
        </w:rPr>
        <w:t xml:space="preserve">[48:04] </w:t>
      </w:r>
      <w:r>
        <w:t>maulana iqbal umri ne kiya hai, aur unhon ne aap se poocha hai ke maulana mission walon ko</w:t>
      </w:r>
    </w:p>
    <w:p>
      <w:pPr>
        <w:jc w:val="right"/>
      </w:pPr>
      <w:r>
        <w:t>مولانا اقبال عمری نے کیا ہے، اور انہوں نے آپ سے پوچھا ہے کہ مولانا مشن والوں کو</w:t>
      </w:r>
    </w:p>
    <w:p>
      <w:r>
        <w:rPr>
          <w:b/>
        </w:rPr>
        <w:t xml:space="preserve">[48:09] </w:t>
      </w:r>
      <w:r>
        <w:t>ghair fitri qurbani ki zaroorat nahi hai, is ki wazahat karen.</w:t>
      </w:r>
    </w:p>
    <w:p>
      <w:pPr>
        <w:jc w:val="right"/>
      </w:pPr>
      <w:r>
        <w:t>غیر فطری قربانی کی ضرورت نہیں ہے، اس کی وضاحت کریں۔</w:t>
      </w:r>
    </w:p>
    <w:p>
      <w:r>
        <w:rPr>
          <w:b/>
        </w:rPr>
        <w:t xml:space="preserve">[48:15] </w:t>
      </w:r>
      <w:r>
        <w:t>mission ka fitri tareeqa kya hai, is ko batayen.</w:t>
      </w:r>
    </w:p>
    <w:p>
      <w:pPr>
        <w:jc w:val="right"/>
      </w:pPr>
      <w:r>
        <w:t>مشن کا فطری طریقہ کیا ہے، اس کو بتائیں۔</w:t>
      </w:r>
    </w:p>
    <w:p>
      <w:r>
        <w:rPr>
          <w:b/>
        </w:rPr>
        <w:t xml:space="preserve">[48:20] </w:t>
      </w:r>
      <w:r>
        <w:t>fitri tareeqa ka matlab puraman tareeqa hai.</w:t>
      </w:r>
    </w:p>
    <w:p>
      <w:pPr>
        <w:jc w:val="right"/>
      </w:pPr>
      <w:r>
        <w:t>فطری طریقہ کا مطلب پُرامن طریقہ ہے۔</w:t>
      </w:r>
    </w:p>
    <w:p>
      <w:r>
        <w:rPr>
          <w:b/>
        </w:rPr>
        <w:t xml:space="preserve">[48:26] </w:t>
      </w:r>
      <w:r>
        <w:t>aaj na ladna hai, na jang karna hai, na hathyar uthana hai, na bomb marna hai, na kuch nahi. puraman tareeqa.</w:t>
      </w:r>
    </w:p>
    <w:p>
      <w:pPr>
        <w:jc w:val="right"/>
      </w:pPr>
      <w:r>
        <w:t>آج نہ لڑنا ہے، نہ جنگ کرنا ہے، نہ ہتھیار اٹھانا ہے، نہ بم مارنا ہے، نہ کچھ نہیں۔ پُرامن طریقہ۔</w:t>
      </w:r>
    </w:p>
    <w:p>
      <w:r>
        <w:rPr>
          <w:b/>
        </w:rPr>
        <w:t xml:space="preserve">[48:31] </w:t>
      </w:r>
      <w:r>
        <w:t>dekhiye, jab puraman tareeqe se kaam karna mumkin ho jaye to sab kuch band.</w:t>
      </w:r>
    </w:p>
    <w:p>
      <w:pPr>
        <w:jc w:val="right"/>
      </w:pPr>
      <w:r>
        <w:t>دیکھیے، جب پُرامن طریقے سے کام کرنا ممکن ہو جائے تو سب کچھ بند۔</w:t>
      </w:r>
    </w:p>
    <w:p>
      <w:r>
        <w:rPr>
          <w:b/>
        </w:rPr>
        <w:t xml:space="preserve">[48:36] </w:t>
      </w:r>
      <w:r>
        <w:t>na protest, na shikayat, na jang, na larai, kuch nahi. sab.</w:t>
      </w:r>
    </w:p>
    <w:p>
      <w:pPr>
        <w:jc w:val="right"/>
      </w:pPr>
      <w:r>
        <w:t>نہ پروٹیسٹ، نہ شکایت، نہ جنگ، نہ لڑائی، کچھ نہیں۔ سب۔</w:t>
      </w:r>
    </w:p>
    <w:p>
      <w:r>
        <w:rPr>
          <w:b/>
        </w:rPr>
        <w:t xml:space="preserve">[48:42] </w:t>
      </w:r>
      <w:r>
        <w:t>jis tarah rasool ALLAH sallallahu alaihi wasallam ne kiya ke hudaybiya ke baad jab aman aya to</w:t>
      </w:r>
    </w:p>
    <w:p>
      <w:pPr>
        <w:jc w:val="right"/>
      </w:pPr>
      <w:r>
        <w:t>جس طرح رسول اللہ صلی اللہ علیہ وسلم نے کیا کہ حدیبیہ کے بعد جب امن آیا تو</w:t>
      </w:r>
    </w:p>
    <w:p>
      <w:r>
        <w:rPr>
          <w:b/>
        </w:rPr>
        <w:t xml:space="preserve">[48:47] </w:t>
      </w:r>
      <w:r>
        <w:t>bas sari sargarmiyan puraman dua work par lag gayeen.</w:t>
      </w:r>
    </w:p>
    <w:p>
      <w:pPr>
        <w:jc w:val="right"/>
      </w:pPr>
      <w:r>
        <w:t>بس ساری سرگرمیاں پُرامن دعا ورک پر لگ گئیں۔</w:t>
      </w:r>
    </w:p>
    <w:p>
      <w:r>
        <w:rPr>
          <w:b/>
        </w:rPr>
        <w:t xml:space="preserve">[48:53] </w:t>
      </w:r>
      <w:r>
        <w:t>yahi fitri tareeqa hai ke jab mawaqe khul gaye, jab azadi dunya mein aa gayi, printing press aa</w:t>
      </w:r>
    </w:p>
    <w:p>
      <w:pPr>
        <w:jc w:val="right"/>
      </w:pPr>
      <w:r>
        <w:t>یہی فطری طریقہ ہے کہ جب مواقع کھل گئے، جب آزادی دنیا میں آ گئی، پرنٹنگ پریس آ</w:t>
      </w:r>
    </w:p>
    <w:p>
      <w:r>
        <w:rPr>
          <w:b/>
        </w:rPr>
        <w:t xml:space="preserve">[48:58] </w:t>
      </w:r>
      <w:r>
        <w:t>gaya, technology aa gayi to ab karna kya hai? kuch nahi karna hai.</w:t>
      </w:r>
    </w:p>
    <w:p>
      <w:pPr>
        <w:jc w:val="right"/>
      </w:pPr>
      <w:r>
        <w:t>گیا، ٹیکنالوجی آ گئی تو اب کرنا کیا ہے؟ کچھ نہیں کرنا ہے۔</w:t>
      </w:r>
    </w:p>
    <w:p>
      <w:r>
        <w:rPr>
          <w:b/>
        </w:rPr>
        <w:t xml:space="preserve">[49:03] </w:t>
      </w:r>
      <w:r>
        <w:t>dua work kijiye.</w:t>
      </w:r>
    </w:p>
    <w:p>
      <w:pPr>
        <w:jc w:val="right"/>
      </w:pPr>
      <w:r>
        <w:t>دعا ورک کیجیے۔</w:t>
      </w:r>
    </w:p>
    <w:p>
      <w:r>
        <w:rPr>
          <w:b/>
        </w:rPr>
        <w:t xml:space="preserve">[49:09] </w:t>
      </w:r>
      <w:r>
        <w:t>na tashaddud hai, na siyasi hangama hai, na protest hai, na bheed ikattha kar ke taqreeren karna hai,</w:t>
      </w:r>
    </w:p>
    <w:p>
      <w:pPr>
        <w:jc w:val="right"/>
      </w:pPr>
      <w:r>
        <w:t>نہ تشدد ہے، نہ سیاسی ہنگامہ ہے، نہ پروٹیسٹ ہے، نہ بھیڑ اکٹھا کر کے تقریریں کرنا ہے،</w:t>
      </w:r>
    </w:p>
    <w:p>
      <w:r>
        <w:rPr>
          <w:b/>
        </w:rPr>
        <w:t xml:space="preserve">[49:14] </w:t>
      </w:r>
      <w:r>
        <w:t>yeh sab kuch nahi.</w:t>
      </w:r>
    </w:p>
    <w:p>
      <w:pPr>
        <w:jc w:val="right"/>
      </w:pPr>
      <w:r>
        <w:t>یہ سب کچھ نہیں۔</w:t>
      </w:r>
    </w:p>
    <w:p>
      <w:r>
        <w:rPr>
          <w:b/>
        </w:rPr>
        <w:t xml:space="preserve">[49:19] </w:t>
      </w:r>
      <w:r>
        <w:t>puraman tareeqe se dawat ko phailaiye. literature phailaiye.</w:t>
      </w:r>
    </w:p>
    <w:p>
      <w:pPr>
        <w:jc w:val="right"/>
      </w:pPr>
      <w:r>
        <w:t>پُرامن طریقے سے دعوت کو پھیلائیے۔ لٹریچر پھیلائیے۔</w:t>
      </w:r>
    </w:p>
    <w:p>
      <w:r>
        <w:rPr>
          <w:b/>
        </w:rPr>
        <w:t xml:space="preserve">[49:25] </w:t>
      </w:r>
      <w:r>
        <w:t>video jo yahan par tayyar hota hai, is ko phailaiye.</w:t>
      </w:r>
    </w:p>
    <w:p>
      <w:pPr>
        <w:jc w:val="right"/>
      </w:pPr>
      <w:r>
        <w:t>ویڈیو جو یہاں پر تیار ہوتا ہے، اس کو پھیلائیے۔</w:t>
      </w:r>
    </w:p>
    <w:p>
      <w:r>
        <w:rPr>
          <w:b/>
        </w:rPr>
        <w:t xml:space="preserve">[49:30] </w:t>
      </w:r>
      <w:r>
        <w:t>quran ko taqseem kijiye.</w:t>
      </w:r>
    </w:p>
    <w:p>
      <w:pPr>
        <w:jc w:val="right"/>
      </w:pPr>
      <w:r>
        <w:t>قرآن کو تقسیم کیجیے۔</w:t>
      </w:r>
    </w:p>
    <w:p>
      <w:r>
        <w:rPr>
          <w:b/>
        </w:rPr>
        <w:t xml:space="preserve">[49:36] </w:t>
      </w:r>
      <w:r>
        <w:t>bas yahi fitri tareeqa hai.</w:t>
      </w:r>
    </w:p>
    <w:p>
      <w:pPr>
        <w:jc w:val="right"/>
      </w:pPr>
      <w:r>
        <w:t>بس یہی فطری طریقہ ہے۔</w:t>
      </w:r>
    </w:p>
    <w:p>
      <w:r>
        <w:rPr>
          <w:b/>
        </w:rPr>
        <w:t xml:space="preserve">[49:41] </w:t>
      </w:r>
      <w:r>
        <w:t>yani puraman tareeqe hi ka doosra naam hai fitri tareeqa.</w:t>
      </w:r>
    </w:p>
    <w:p>
      <w:pPr>
        <w:jc w:val="right"/>
      </w:pPr>
      <w:r>
        <w:t>یعنی پُرامن طریقے ہی کا دوسرا نام ہے فطری طریقہ۔</w:t>
      </w:r>
    </w:p>
    <w:p>
      <w:r>
        <w:rPr>
          <w:b/>
        </w:rPr>
        <w:t xml:space="preserve">[49:46] </w:t>
      </w:r>
      <w:r>
        <w:t>maulana, agla sawal doctor safina tabassum ne kiya hai ajmer se, aur unhon ne likha hai ke maulana</w:t>
      </w:r>
    </w:p>
    <w:p>
      <w:pPr>
        <w:jc w:val="right"/>
      </w:pPr>
      <w:r>
        <w:t>مولانا، اگلا سوال ڈاکٹر سفینہ تبسم نے کیا ہے اجمیر سے، اور انہوں نے لکھا ہے کہ مولانا</w:t>
      </w:r>
    </w:p>
    <w:p>
      <w:r>
        <w:rPr>
          <w:b/>
        </w:rPr>
        <w:t xml:space="preserve">[49:52] </w:t>
      </w:r>
      <w:r>
        <w:t>sahab, kya kisi tarah hum yeh jaan sakte hain ke khuda ki nusraten hamein hasil hain ya nahi?</w:t>
      </w:r>
    </w:p>
    <w:p>
      <w:pPr>
        <w:jc w:val="right"/>
      </w:pPr>
      <w:r>
        <w:t>صاحب، کیا کسی طرح ہم یہ جان سکتے ہیں کہ خدا کی نصرتیں ہمیں حاصل ہیں یا نہیں؟</w:t>
      </w:r>
    </w:p>
    <w:p>
      <w:r>
        <w:rPr>
          <w:b/>
        </w:rPr>
        <w:t xml:space="preserve">[49:57] </w:t>
      </w:r>
      <w:r>
        <w:t>is ke baray mein batayen.</w:t>
      </w:r>
    </w:p>
    <w:p>
      <w:pPr>
        <w:jc w:val="right"/>
      </w:pPr>
      <w:r>
        <w:t>اس کے بارے میں بتائیں۔</w:t>
      </w:r>
    </w:p>
    <w:p>
      <w:r>
        <w:rPr>
          <w:b/>
        </w:rPr>
        <w:t xml:space="preserve">[50:03] </w:t>
      </w:r>
      <w:r>
        <w:t>is ka bohat hi khuli hui pehchan yeh hai ke aap jo kaam kar rahe hain, woh kaam</w:t>
      </w:r>
    </w:p>
    <w:p>
      <w:pPr>
        <w:jc w:val="right"/>
      </w:pPr>
      <w:r>
        <w:t>اس کا بہت ہی کھلی ہوئی پہچان یہ ہے کہ آپ جو کام کر رہے ہیں، وہ کام</w:t>
      </w:r>
    </w:p>
    <w:p>
      <w:r>
        <w:rPr>
          <w:b/>
        </w:rPr>
        <w:t xml:space="preserve">[50:08] </w:t>
      </w:r>
      <w:r>
        <w:t>jari hai, koi rukawat nahi hai.</w:t>
      </w:r>
    </w:p>
    <w:p>
      <w:pPr>
        <w:jc w:val="right"/>
      </w:pPr>
      <w:r>
        <w:t>جاری ہے، کوئی رکاوٹ نہیں ہے۔</w:t>
      </w:r>
    </w:p>
    <w:p>
      <w:r>
        <w:rPr>
          <w:b/>
        </w:rPr>
        <w:t xml:space="preserve">[50:13] </w:t>
      </w:r>
      <w:r>
        <w:t>to yeh nasrat hi to hai, nasrat hi to hai.</w:t>
      </w:r>
    </w:p>
    <w:p>
      <w:pPr>
        <w:jc w:val="right"/>
      </w:pPr>
      <w:r>
        <w:t>تو یہ نصرت ہی تو ہے، نصرت ہی تو ہے۔</w:t>
      </w:r>
    </w:p>
    <w:p>
      <w:r>
        <w:rPr>
          <w:b/>
        </w:rPr>
        <w:t xml:space="preserve">[50:19] </w:t>
      </w:r>
      <w:r>
        <w:t>yeh Allah ke fazl se yeh kaam jo hai, har din is mein naye yani darwazay khultay hain,</w:t>
      </w:r>
    </w:p>
    <w:p>
      <w:pPr>
        <w:jc w:val="right"/>
      </w:pPr>
      <w:r>
        <w:t>یہ اللہ کے فضل سے یہ کام جو ہے، ہر دن اس میں نئے یعنی دروازے کھلتے ہیں،</w:t>
      </w:r>
    </w:p>
    <w:p>
      <w:r>
        <w:rPr>
          <w:b/>
        </w:rPr>
        <w:t xml:space="preserve">[50:24] </w:t>
      </w:r>
      <w:r>
        <w:t>naye yani kamyabiyan samnay aa rahi hain.</w:t>
      </w:r>
    </w:p>
    <w:p>
      <w:pPr>
        <w:jc w:val="right"/>
      </w:pPr>
      <w:r>
        <w:t>نئے یعنی کامیابیاں سامنے آ رہی ہیں۔</w:t>
      </w:r>
    </w:p>
    <w:p>
      <w:r>
        <w:rPr>
          <w:b/>
        </w:rPr>
        <w:t xml:space="preserve">[50:29] </w:t>
      </w:r>
      <w:r>
        <w:t>aap bhi jahan kaam kartay hon gay, wahan bhi aisa hi hoga.</w:t>
      </w:r>
    </w:p>
    <w:p>
      <w:pPr>
        <w:jc w:val="right"/>
      </w:pPr>
      <w:r>
        <w:t>آپ بھی جہاں کام کرتے ہوں گے، وہاں بھی ایسا ہی ہوگا۔</w:t>
      </w:r>
    </w:p>
    <w:p>
      <w:r>
        <w:rPr>
          <w:b/>
        </w:rPr>
        <w:t xml:space="preserve">[50:35] </w:t>
      </w:r>
      <w:r>
        <w:t>to jab tak hum tashaddud na karein, siyasi hungama na karein, kisi se takrain nahi, aur kaam jari</w:t>
      </w:r>
    </w:p>
    <w:p>
      <w:pPr>
        <w:jc w:val="right"/>
      </w:pPr>
      <w:r>
        <w:t>تو جب تک ہم تشدد نہ کریں، سیاسی ہنگامہ نہ کریں، کسی سے ٹکرائیں نہیں، اور کام جاری</w:t>
      </w:r>
    </w:p>
    <w:p>
      <w:r>
        <w:rPr>
          <w:b/>
        </w:rPr>
        <w:t xml:space="preserve">[50:40] </w:t>
      </w:r>
      <w:r>
        <w:t>hai, jari hai, to isi ka naam nasrat hai.</w:t>
      </w:r>
    </w:p>
    <w:p>
      <w:pPr>
        <w:jc w:val="right"/>
      </w:pPr>
      <w:r>
        <w:t>ہے، جاری ہے، تو اسی کا نام نصرت ہے۔</w:t>
      </w:r>
    </w:p>
    <w:p>
      <w:r>
        <w:rPr>
          <w:b/>
        </w:rPr>
        <w:t xml:space="preserve">[50:46] </w:t>
      </w:r>
      <w:r>
        <w:t>isi ka naam nasrat hai.</w:t>
      </w:r>
    </w:p>
    <w:p>
      <w:pPr>
        <w:jc w:val="right"/>
      </w:pPr>
      <w:r>
        <w:t>اسی کا نام نصرت ہے۔</w:t>
      </w:r>
    </w:p>
    <w:p>
      <w:r>
        <w:rPr>
          <w:b/>
        </w:rPr>
        <w:t xml:space="preserve">[50:51] </w:t>
      </w:r>
      <w:r>
        <w:t>to Allah ke fazl se mujhe pakka yaqeen hai ke is mission par Allah ki nasrat aa rahi</w:t>
      </w:r>
    </w:p>
    <w:p>
      <w:pPr>
        <w:jc w:val="right"/>
      </w:pPr>
      <w:r>
        <w:t>تو اللہ کے فضل سے مجھے پکا یقین ہے کہ اس مشن پر اللہ کی نصرت آ رہی</w:t>
      </w:r>
    </w:p>
    <w:p>
      <w:r>
        <w:rPr>
          <w:b/>
        </w:rPr>
        <w:t xml:space="preserve">[50:56] </w:t>
      </w:r>
      <w:r>
        <w:t>hai, aur barabar aa rahi hai, aur kaam barabar aagay barh raha hai.</w:t>
      </w:r>
    </w:p>
    <w:p>
      <w:pPr>
        <w:jc w:val="right"/>
      </w:pPr>
      <w:r>
        <w:t>ہے، اور برابر آ رہی ہے، اور کام برابر آگے بڑھ رہا ہے۔</w:t>
      </w:r>
    </w:p>
    <w:p>
      <w:r>
        <w:rPr>
          <w:b/>
        </w:rPr>
        <w:t xml:space="preserve">[51:02] </w:t>
      </w:r>
      <w:r>
        <w:t>Maulana, in ka aik aur sawal hai.</w:t>
      </w:r>
    </w:p>
    <w:p>
      <w:pPr>
        <w:jc w:val="right"/>
      </w:pPr>
      <w:r>
        <w:t>مولانا، ان کا ایک اور سوال ہے۔</w:t>
      </w:r>
    </w:p>
    <w:p>
      <w:r>
        <w:rPr>
          <w:b/>
        </w:rPr>
        <w:t xml:space="preserve">[51:07] </w:t>
      </w:r>
      <w:r>
        <w:t>unhon ne likha hai ke main yeh bhi poochna chahti hoon ke kya dawat ke kaam ke liye</w:t>
      </w:r>
    </w:p>
    <w:p>
      <w:pPr>
        <w:jc w:val="right"/>
      </w:pPr>
      <w:r>
        <w:t>انہوں نے لکھا ہے کہ میں یہ بھی پوچھنا چاہتی ہوں کہ کیا دعوت کے کام کے لیے</w:t>
      </w:r>
    </w:p>
    <w:p>
      <w:r>
        <w:rPr>
          <w:b/>
        </w:rPr>
        <w:t xml:space="preserve">[51:13] </w:t>
      </w:r>
      <w:r>
        <w:t>hamara lalchi hona sahi hai? is ke baray mein batayein.</w:t>
      </w:r>
    </w:p>
    <w:p>
      <w:pPr>
        <w:jc w:val="right"/>
      </w:pPr>
      <w:r>
        <w:t>ہمارا لالچی ہونا صحیح ہے؟ اس کے بارے میں بتائیں۔</w:t>
      </w:r>
    </w:p>
    <w:p>
      <w:r>
        <w:rPr>
          <w:b/>
        </w:rPr>
        <w:t xml:space="preserve">[51:18] </w:t>
      </w:r>
      <w:r>
        <w:t>ab lalchi to aik manfi istilaah hai.</w:t>
      </w:r>
    </w:p>
    <w:p>
      <w:pPr>
        <w:jc w:val="right"/>
      </w:pPr>
      <w:r>
        <w:t>اب لالچی تو ایک منفی اصطلاح ہے۔</w:t>
      </w:r>
    </w:p>
    <w:p>
      <w:r>
        <w:rPr>
          <w:b/>
        </w:rPr>
        <w:t xml:space="preserve">[51:23] </w:t>
      </w:r>
      <w:r>
        <w:t>aap lalchi ko boltay hain, aap lalchi ko mat boliye.</w:t>
      </w:r>
    </w:p>
    <w:p>
      <w:pPr>
        <w:jc w:val="right"/>
      </w:pPr>
      <w:r>
        <w:t>آپ لالچی کو بولتے ہیں، آپ لالچی کو مت بولیے۔</w:t>
      </w:r>
    </w:p>
    <w:p>
      <w:r>
        <w:rPr>
          <w:b/>
        </w:rPr>
        <w:t xml:space="preserve">[51:29] </w:t>
      </w:r>
      <w:r>
        <w:t>aap kahiye ke hamein Allah ki raza chahiye, hamein jannat chahiye, Allah ki maghfirat chahiye, yeh boliye.</w:t>
      </w:r>
    </w:p>
    <w:p>
      <w:pPr>
        <w:jc w:val="right"/>
      </w:pPr>
      <w:r>
        <w:t>آپ کہیے کہ ہمیں اللہ کی رضا چاہیے، ہمیں جنت چاہیے، اللہ کی مغفرت چاہیے، یہ بولیے۔</w:t>
      </w:r>
    </w:p>
    <w:p>
      <w:r>
        <w:rPr>
          <w:b/>
        </w:rPr>
        <w:t xml:space="preserve">[51:34] </w:t>
      </w:r>
      <w:r>
        <w:t>aur is ke liye hum apnay aap ko poori tarah se waqf karein.</w:t>
      </w:r>
    </w:p>
    <w:p>
      <w:pPr>
        <w:jc w:val="right"/>
      </w:pPr>
      <w:r>
        <w:t>اور اس کے لیے ہم اپنے آپ کو پوری طرح سے وقف کریں۔</w:t>
      </w:r>
    </w:p>
    <w:p>
      <w:r>
        <w:rPr>
          <w:b/>
        </w:rPr>
        <w:t xml:space="preserve">[51:39] </w:t>
      </w:r>
      <w:r>
        <w:t>bajaye lalchi kehne ke, aap kahiye ke waqf.</w:t>
      </w:r>
    </w:p>
    <w:p>
      <w:pPr>
        <w:jc w:val="right"/>
      </w:pPr>
      <w:r>
        <w:t>بجائے لالچی کہنے کے، آپ کہیے کہ وقف۔</w:t>
      </w:r>
    </w:p>
    <w:p>
      <w:r>
        <w:rPr>
          <w:b/>
        </w:rPr>
        <w:t xml:space="preserve">[51:45] </w:t>
      </w:r>
      <w:r>
        <w:t>waqf ka lafz boliye.</w:t>
      </w:r>
    </w:p>
    <w:p>
      <w:pPr>
        <w:jc w:val="right"/>
      </w:pPr>
      <w:r>
        <w:t>وقف کا لفظ بولیے۔</w:t>
      </w:r>
    </w:p>
    <w:p>
      <w:r>
        <w:rPr>
          <w:b/>
        </w:rPr>
        <w:t xml:space="preserve">[51:50] </w:t>
      </w:r>
      <w:r>
        <w:t>waqf to waqf zaroori hai, baghair waqf ke koi kaam nahi ho sakta.</w:t>
      </w:r>
    </w:p>
    <w:p>
      <w:pPr>
        <w:jc w:val="right"/>
      </w:pPr>
      <w:r>
        <w:t>وقف تو وقف ضروری ہے، بغیر وقف کے کوئی کام نہیں ہو سکتا۔</w:t>
      </w:r>
    </w:p>
    <w:p>
      <w:r>
        <w:rPr>
          <w:b/>
        </w:rPr>
        <w:t xml:space="preserve">[51:56] </w:t>
      </w:r>
      <w:r>
        <w:t>to lalchi sahi lafz nahi hai, lekin main yeh kahunga ke har aadmi ko apnay ko waqf</w:t>
      </w:r>
    </w:p>
    <w:p>
      <w:pPr>
        <w:jc w:val="right"/>
      </w:pPr>
      <w:r>
        <w:t>تو لالچی صحیح لفظ نہیں ہے، لیکن میں یہ کہوں گا کہ ہر آدمی کو اپنے کو وقف</w:t>
      </w:r>
    </w:p>
    <w:p>
      <w:r>
        <w:rPr>
          <w:b/>
        </w:rPr>
        <w:t xml:space="preserve">[52:01] </w:t>
      </w:r>
      <w:r>
        <w:t>karna hai, poori tarah shamil karna hai.</w:t>
      </w:r>
    </w:p>
    <w:p>
      <w:pPr>
        <w:jc w:val="right"/>
      </w:pPr>
      <w:r>
        <w:t>کرنا ہے، پوری طرح شامل کرنا ہے۔</w:t>
      </w:r>
    </w:p>
    <w:p>
      <w:r>
        <w:rPr>
          <w:b/>
        </w:rPr>
        <w:t xml:space="preserve">[52:06] </w:t>
      </w:r>
      <w:r>
        <w:t>yeh sahi lafz hai mere nazdeek.</w:t>
      </w:r>
    </w:p>
    <w:p>
      <w:pPr>
        <w:jc w:val="right"/>
      </w:pPr>
      <w:r>
        <w:t>یہ صحیح لفظ ہے میرے نزدیک۔</w:t>
      </w:r>
    </w:p>
    <w:p>
      <w:r>
        <w:rPr>
          <w:b/>
        </w:rPr>
        <w:t xml:space="preserve">[52:12] </w:t>
      </w:r>
      <w:r>
        <w:t>Maulana, agla sawal Kashmir se kiya hai Gohar Qadir Wani sahib ne, aur unhon ne likha hai ke</w:t>
      </w:r>
    </w:p>
    <w:p>
      <w:pPr>
        <w:jc w:val="right"/>
      </w:pPr>
      <w:r>
        <w:t>مولانا، اگلا سوال کشمیر سے کیا ہے گوہر قادر وانی صاحب نے، اور انہوں نے لکھا ہے کہ</w:t>
      </w:r>
    </w:p>
    <w:p>
      <w:r>
        <w:rPr>
          <w:b/>
        </w:rPr>
        <w:t xml:space="preserve">[52:17] </w:t>
      </w:r>
      <w:r>
        <w:t>How can we train ourselves to read Quran and Hadith with Tawassum?</w:t>
      </w:r>
    </w:p>
    <w:p>
      <w:pPr>
        <w:jc w:val="right"/>
      </w:pPr>
      <w:r>
        <w:t>how can we train ourselves to read Quran and Hadith with Tawassum?</w:t>
      </w:r>
    </w:p>
    <w:p>
      <w:r>
        <w:rPr>
          <w:b/>
        </w:rPr>
        <w:t xml:space="preserve">[52:23] </w:t>
      </w:r>
      <w:r>
        <w:t>We have been conditioned to read the same with a preoccupied mind that leads to undesirable consequences.</w:t>
      </w:r>
    </w:p>
    <w:p>
      <w:pPr>
        <w:jc w:val="right"/>
      </w:pPr>
      <w:r>
        <w:t>We have been conditioned to read the same with a preoccupied mind that leads to undesirable consequences.</w:t>
      </w:r>
    </w:p>
    <w:p>
      <w:r>
        <w:rPr>
          <w:b/>
        </w:rPr>
        <w:t xml:space="preserve">[52:28] </w:t>
      </w:r>
      <w:r>
        <w:t>Maulana sahib, please mashwara dein.</w:t>
      </w:r>
    </w:p>
    <w:p>
      <w:pPr>
        <w:jc w:val="right"/>
      </w:pPr>
      <w:r>
        <w:t>مولانا صاحب، پلیز مشورہ دیں۔</w:t>
      </w:r>
    </w:p>
    <w:p>
      <w:r>
        <w:rPr>
          <w:b/>
        </w:rPr>
        <w:t xml:space="preserve">[52:33] </w:t>
      </w:r>
      <w:r>
        <w:t>mashwara yeh hai ke hamari kitabein parhiye, ek baar nahi, baar baar parhiye.</w:t>
      </w:r>
    </w:p>
    <w:p>
      <w:pPr>
        <w:jc w:val="right"/>
      </w:pPr>
      <w:r>
        <w:t>مشورہ یہ ہے کہ ہماری کتابیں پڑھیے، ایک بار نہیں، بار بار پڑھیے۔</w:t>
      </w:r>
    </w:p>
    <w:p>
      <w:r>
        <w:rPr>
          <w:b/>
        </w:rPr>
        <w:t xml:space="preserve">[52:39] </w:t>
      </w:r>
      <w:r>
        <w:t>maulana shibli nomani ko likhna tha ek kitab jis ka naam hai "sharh ul ajam".</w:t>
      </w:r>
    </w:p>
    <w:p>
      <w:pPr>
        <w:jc w:val="right"/>
      </w:pPr>
      <w:r>
        <w:t>مولانا شبلی نعمانی کو لکھنا تھا ایک کتاب جس کا نام ہے "شرع العجم"۔</w:t>
      </w:r>
    </w:p>
    <w:p>
      <w:r>
        <w:rPr>
          <w:b/>
        </w:rPr>
        <w:t xml:space="preserve">[52:44] </w:t>
      </w:r>
      <w:r>
        <w:t>"sharh ul ajam" ko likhne se pehle unhon ne muhammad hussain azad ki kitab hai "aab e hayat".</w:t>
      </w:r>
    </w:p>
    <w:p>
      <w:pPr>
        <w:jc w:val="right"/>
      </w:pPr>
      <w:r>
        <w:t>"شرع العجم" کو لکھنے سے پہلے انہوں نے محمد حسین آزاد کی کتاب ہے "آب حیات"۔</w:t>
      </w:r>
    </w:p>
    <w:p>
      <w:r>
        <w:rPr>
          <w:b/>
        </w:rPr>
        <w:t xml:space="preserve">[52:50] </w:t>
      </w:r>
      <w:r>
        <w:t>isi mozu par is ko chouda baar parha tha.</w:t>
      </w:r>
    </w:p>
    <w:p>
      <w:pPr>
        <w:jc w:val="right"/>
      </w:pPr>
      <w:r>
        <w:t>اسی موضوع پر اس کو چودہ بار پڑھا تھا۔</w:t>
      </w:r>
    </w:p>
    <w:p>
      <w:r>
        <w:rPr>
          <w:b/>
        </w:rPr>
        <w:t xml:space="preserve">[52:55] </w:t>
      </w:r>
      <w:r>
        <w:t>baar hamare ek saathi the arab mein, un ki wafat ho gayi, sheikh muhammad sulaiman al qaid.</w:t>
      </w:r>
    </w:p>
    <w:p>
      <w:pPr>
        <w:jc w:val="right"/>
      </w:pPr>
      <w:r>
        <w:t>بار ہمارے ایک ساتھی تھے عرب میں، ان کی وفات ہو گئی، شیخ محمد سلیمان القائد۔</w:t>
      </w:r>
    </w:p>
    <w:p>
      <w:r>
        <w:rPr>
          <w:b/>
        </w:rPr>
        <w:t xml:space="preserve">[53:01] </w:t>
      </w:r>
      <w:r>
        <w:t>wo alaihi assalam pe atdaa ko unhon ne pachas baar parha tha.</w:t>
      </w:r>
    </w:p>
    <w:p>
      <w:pPr>
        <w:jc w:val="right"/>
      </w:pPr>
      <w:r>
        <w:t>وہ علیہ السلام پہ اعتداء کو انہوں نے پچاس بار پڑھا تھا۔</w:t>
      </w:r>
    </w:p>
    <w:p>
      <w:r>
        <w:rPr>
          <w:b/>
        </w:rPr>
        <w:t xml:space="preserve">[53:06] </w:t>
      </w:r>
      <w:r>
        <w:t>to aap yeh sab kijiye.</w:t>
      </w:r>
    </w:p>
    <w:p>
      <w:pPr>
        <w:jc w:val="right"/>
      </w:pPr>
      <w:r>
        <w:t>تو آپ یہ سب کیجیے۔</w:t>
      </w:r>
    </w:p>
    <w:p>
      <w:r>
        <w:rPr>
          <w:b/>
        </w:rPr>
        <w:t xml:space="preserve">[53:12] </w:t>
      </w:r>
      <w:r>
        <w:t>sawal kyun karte hain? jab pehle hi ek literature paida ho chuka hai to us ko baar baar parhiye.</w:t>
      </w:r>
    </w:p>
    <w:p>
      <w:pPr>
        <w:jc w:val="right"/>
      </w:pPr>
      <w:r>
        <w:t>سوال کیوں کرتے ہیں؟ جب پہلے ہی ایک لٹریچر پیدا ہو چکا ہے تو اس کو بار بار پڑھیے۔</w:t>
      </w:r>
    </w:p>
    <w:p>
      <w:r>
        <w:rPr>
          <w:b/>
        </w:rPr>
        <w:t xml:space="preserve">[53:17] </w:t>
      </w:r>
      <w:r>
        <w:t>sab kuch apne aap ho jayega.</w:t>
      </w:r>
    </w:p>
    <w:p>
      <w:pPr>
        <w:jc w:val="right"/>
      </w:pPr>
      <w:r>
        <w:t>سب کچھ اپنے آپ ہو جائے گا۔</w:t>
      </w:r>
    </w:p>
    <w:p>
      <w:r>
        <w:rPr>
          <w:b/>
        </w:rPr>
        <w:t xml:space="preserve">[53:23] </w:t>
      </w:r>
      <w:r>
        <w:t>maulana, agla sawal dilli se hai mushtaq ahmed wani sahib ne kiya hai, aur unhon ne likha hai</w:t>
      </w:r>
    </w:p>
    <w:p>
      <w:pPr>
        <w:jc w:val="right"/>
      </w:pPr>
      <w:r>
        <w:t>مولانا، اگلا سوال دلی سے ہے مشتاق احمد وانی صاحب نے کیا ہے، اور انہوں نے لکھا ہے</w:t>
      </w:r>
    </w:p>
    <w:p>
      <w:r>
        <w:rPr>
          <w:b/>
        </w:rPr>
        <w:t xml:space="preserve">[53:28] </w:t>
      </w:r>
      <w:r>
        <w:t>ke I am a student of international politics.</w:t>
      </w:r>
    </w:p>
    <w:p>
      <w:pPr>
        <w:jc w:val="right"/>
      </w:pPr>
      <w:r>
        <w:t>کہ I am a student of international politics.</w:t>
      </w:r>
    </w:p>
    <w:p>
      <w:r>
        <w:rPr>
          <w:b/>
        </w:rPr>
        <w:t xml:space="preserve">[53:34] </w:t>
      </w:r>
      <w:r>
        <w:t>International relations theory of politics puts power, national interest, wicked human nature at the center of all discourse.</w:t>
      </w:r>
    </w:p>
    <w:p>
      <w:pPr>
        <w:jc w:val="right"/>
      </w:pPr>
      <w:r>
        <w:t>International relations theory of politics puts power, national interest, wicked human nature at the center of all discourse.</w:t>
      </w:r>
    </w:p>
    <w:p>
      <w:r>
        <w:rPr>
          <w:b/>
        </w:rPr>
        <w:t xml:space="preserve">[53:39] </w:t>
      </w:r>
      <w:r>
        <w:t>What baffles my mind is that where I could place God in all this game where morality does</w:t>
      </w:r>
    </w:p>
    <w:p>
      <w:pPr>
        <w:jc w:val="right"/>
      </w:pPr>
      <w:r>
        <w:t>What baffles my mind is that where I could place God in all this game where morality does</w:t>
      </w:r>
    </w:p>
    <w:p>
      <w:r>
        <w:rPr>
          <w:b/>
        </w:rPr>
        <w:t xml:space="preserve">[53:45] </w:t>
      </w:r>
      <w:r>
        <w:t>not have any place.</w:t>
      </w:r>
    </w:p>
    <w:p>
      <w:pPr>
        <w:jc w:val="right"/>
      </w:pPr>
      <w:r>
        <w:t>not have any place.</w:t>
      </w:r>
    </w:p>
    <w:p>
      <w:r>
        <w:rPr>
          <w:b/>
        </w:rPr>
        <w:t xml:space="preserve">[53:50] </w:t>
      </w:r>
      <w:r>
        <w:t>dekhiye, yeh sab jo course hote hain, yeh to job ke liye hote hain.</w:t>
      </w:r>
    </w:p>
    <w:p>
      <w:pPr>
        <w:jc w:val="right"/>
      </w:pPr>
      <w:r>
        <w:t>دیکھیے، یہ سب جو کورس ہوتے ہیں، یہ تو جاب کے لیے ہوتے ہیں۔</w:t>
      </w:r>
    </w:p>
    <w:p>
      <w:r>
        <w:rPr>
          <w:b/>
        </w:rPr>
        <w:t xml:space="preserve">[53:56] </w:t>
      </w:r>
      <w:r>
        <w:t>wo wo ek alag cheez, alag duniya hai.</w:t>
      </w:r>
    </w:p>
    <w:p>
      <w:pPr>
        <w:jc w:val="right"/>
      </w:pPr>
      <w:r>
        <w:t>وہ وہ ایک الگ چیز، الگ دنیا ہے۔</w:t>
      </w:r>
    </w:p>
    <w:p>
      <w:r>
        <w:rPr>
          <w:b/>
        </w:rPr>
        <w:t xml:space="preserve">[54:01] </w:t>
      </w:r>
      <w:r>
        <w:t>wo chahe aap mba karein ya aap koi aur mozu karein, wo job ke liye hota hai.</w:t>
      </w:r>
    </w:p>
    <w:p>
      <w:pPr>
        <w:jc w:val="right"/>
      </w:pPr>
      <w:r>
        <w:t>وہ چاہے آپ ایم بی اے کریں یا آپ کوئی اور موضوع کریں، وہ جاب کے لیے ہوتا ہے۔</w:t>
      </w:r>
    </w:p>
    <w:p>
      <w:r>
        <w:rPr>
          <w:b/>
        </w:rPr>
        <w:t xml:space="preserve">[54:07] </w:t>
      </w:r>
      <w:r>
        <w:t>is se mera koi matlab nahi hai.</w:t>
      </w:r>
    </w:p>
    <w:p>
      <w:pPr>
        <w:jc w:val="right"/>
      </w:pPr>
      <w:r>
        <w:t>اس سے میرا کوئی مطلب نہیں ہے۔</w:t>
      </w:r>
    </w:p>
    <w:p>
      <w:r>
        <w:rPr>
          <w:b/>
        </w:rPr>
        <w:t xml:space="preserve">[54:12] </w:t>
      </w:r>
      <w:r>
        <w:t>aap ko islam ko samajhna hai to hamari kitabein parhiye.</w:t>
      </w:r>
    </w:p>
    <w:p>
      <w:pPr>
        <w:jc w:val="right"/>
      </w:pPr>
      <w:r>
        <w:t>آپ کو اسلام کو سمجھنا ہے تو ہماری کتابیں پڑھیے۔</w:t>
      </w:r>
    </w:p>
    <w:p>
      <w:r>
        <w:rPr>
          <w:b/>
        </w:rPr>
        <w:t xml:space="preserve">[54:18] </w:t>
      </w:r>
      <w:r>
        <w:t>is se koi ta'alluq nahi hai.</w:t>
      </w:r>
    </w:p>
    <w:p>
      <w:pPr>
        <w:jc w:val="right"/>
      </w:pPr>
      <w:r>
        <w:t>اس سے کوئی تعلق نہیں ہے۔</w:t>
      </w:r>
    </w:p>
    <w:p>
      <w:r>
        <w:rPr>
          <w:b/>
        </w:rPr>
        <w:t xml:space="preserve">[54:23] </w:t>
      </w:r>
      <w:r>
        <w:t>is ka islam ko samajhne ke liye jadeed daur mein islam ko kaise apply kiya jaye, is ko</w:t>
      </w:r>
    </w:p>
    <w:p>
      <w:pPr>
        <w:jc w:val="right"/>
      </w:pPr>
      <w:r>
        <w:t>اس کا اسلام کو سمجھنے کے لیے جدید دور میں اسلام کو کیسے اپلائی کیا جائے، اس کو</w:t>
      </w:r>
    </w:p>
    <w:p>
      <w:r>
        <w:rPr>
          <w:b/>
        </w:rPr>
        <w:t xml:space="preserve">[54:29] </w:t>
      </w:r>
      <w:r>
        <w:t>janna hai to hamari kitabein parhiye.</w:t>
      </w:r>
    </w:p>
    <w:p>
      <w:pPr>
        <w:jc w:val="right"/>
      </w:pPr>
      <w:r>
        <w:t>جاننا ہے تو ہماری کتابیں پڑھیے۔</w:t>
      </w:r>
    </w:p>
    <w:p>
      <w:r>
        <w:rPr>
          <w:b/>
        </w:rPr>
        <w:t xml:space="preserve">[54:34] </w:t>
      </w:r>
      <w:r>
        <w:t>kyun ke hum ne poori umar khapayi hai isi mein, poori umar khapa kar ke yeh kitabein tayyar ki hain.</w:t>
      </w:r>
    </w:p>
    <w:p>
      <w:pPr>
        <w:jc w:val="right"/>
      </w:pPr>
      <w:r>
        <w:t>کیونکہ ہم نے پوری عمر کھپائی ہے اسی میں، پوری عمر کھپا کر کے یہ کتابیں تیار کی ہیں۔</w:t>
      </w:r>
    </w:p>
    <w:p>
      <w:r>
        <w:rPr>
          <w:b/>
        </w:rPr>
        <w:t xml:space="preserve">[54:40] </w:t>
      </w:r>
      <w:r>
        <w:t>maulana, agla sawal miss naghma siddiqui ne kiya hai dilli se, aur unhon ne likha hai ke you</w:t>
      </w:r>
    </w:p>
    <w:p>
      <w:pPr>
        <w:jc w:val="right"/>
      </w:pPr>
      <w:r>
        <w:t>مولانا، اگلا سوال مس نغمہ صدیقی نے کیا ہے دلی سے، اور انہوں نے لکھا ہے کہ you</w:t>
      </w:r>
    </w:p>
    <w:p>
      <w:r>
        <w:rPr>
          <w:b/>
        </w:rPr>
        <w:t xml:space="preserve">[54:45] </w:t>
      </w:r>
      <w:r>
        <w:t>had said you want each CPS member to look at himself the way God is looking at him.</w:t>
      </w:r>
    </w:p>
    <w:p>
      <w:pPr>
        <w:jc w:val="right"/>
      </w:pPr>
      <w:r>
        <w:t>had said you want each CPS member to look at himself the way God is looking at him.</w:t>
      </w:r>
    </w:p>
    <w:p>
      <w:r>
        <w:rPr>
          <w:b/>
        </w:rPr>
        <w:t xml:space="preserve">[54:51] </w:t>
      </w:r>
      <w:r>
        <w:t>Can you please elaborate for our understanding what did you mean by that?</w:t>
      </w:r>
    </w:p>
    <w:p>
      <w:pPr>
        <w:jc w:val="right"/>
      </w:pPr>
      <w:r>
        <w:t>Can you please elaborate for our understanding what did you mean by that?</w:t>
      </w:r>
    </w:p>
    <w:p>
      <w:r>
        <w:rPr>
          <w:b/>
        </w:rPr>
        <w:t xml:space="preserve">[54:56] </w:t>
      </w:r>
      <w:r>
        <w:t>Bhai, ek hadith hai, isi isi isi baat ko maine apne lafzon mein keh diya.</w:t>
      </w:r>
    </w:p>
    <w:p>
      <w:pPr>
        <w:jc w:val="right"/>
      </w:pPr>
      <w:r>
        <w:t>بھئی، ایک حدیث ہے، اسی اسی اسی بات کو میں نے اپنے لفظوں میں کہہ دیا۔</w:t>
      </w:r>
    </w:p>
    <w:p>
      <w:r>
        <w:rPr>
          <w:b/>
        </w:rPr>
        <w:t xml:space="preserve">[55:01] </w:t>
      </w:r>
      <w:r>
        <w:t>Ek hadith hai ke la tazal qadama abdin hatta yus'ala an arba Allah ke samne insan khara hoga</w:t>
      </w:r>
    </w:p>
    <w:p>
      <w:pPr>
        <w:jc w:val="right"/>
      </w:pPr>
      <w:r>
        <w:t>ایک حدیث ہے کہ لا تزال قدما عبد حتى يسهل عن أربع اللہ کے سامنے انسان کھڑا ہوگا</w:t>
      </w:r>
    </w:p>
    <w:p>
      <w:r>
        <w:rPr>
          <w:b/>
        </w:rPr>
        <w:t xml:space="preserve">[55:07] </w:t>
      </w:r>
      <w:r>
        <w:t>Aur hat nahi payega samne se jab tak char sal ka jawab na de de.</w:t>
      </w:r>
    </w:p>
    <w:p>
      <w:pPr>
        <w:jc w:val="right"/>
      </w:pPr>
      <w:r>
        <w:t>اور ہٹ نہیں پائے گا سامنے سے جب تک چار سال کا جواب نہ دے دے۔</w:t>
      </w:r>
    </w:p>
    <w:p>
      <w:r>
        <w:rPr>
          <w:b/>
        </w:rPr>
        <w:t xml:space="preserve">[55:12] </w:t>
      </w:r>
      <w:r>
        <w:t>To wahi to hai ke aap is hadith par gaur kijiye ke wahan jab Allah ka barah-e-rast</w:t>
      </w:r>
    </w:p>
    <w:p>
      <w:pPr>
        <w:jc w:val="right"/>
      </w:pPr>
      <w:r>
        <w:t>تو وہی تو ہے کہ آپ اس حدیث پر غور کیجیے کہ وہاں جب اللہ کا براہ راست</w:t>
      </w:r>
    </w:p>
    <w:p>
      <w:r>
        <w:rPr>
          <w:b/>
        </w:rPr>
        <w:t xml:space="preserve">[55:18] </w:t>
      </w:r>
      <w:r>
        <w:t>Mujh se sawal hoga to main kya jawab dunga? Aur hadith mein yeh bhi hai ke har</w:t>
      </w:r>
    </w:p>
    <w:p>
      <w:pPr>
        <w:jc w:val="right"/>
      </w:pPr>
      <w:r>
        <w:t>مجھ سے سوال ہوگا تو میں کیا جواب دوں گا؟ اور حدیث میں یہ بھی ہے کہ ہر</w:t>
      </w:r>
    </w:p>
    <w:p>
      <w:r>
        <w:rPr>
          <w:b/>
        </w:rPr>
        <w:t xml:space="preserve">[55:23] </w:t>
      </w:r>
      <w:r>
        <w:t>Insan par woh waqt aayega ke woh Allah se uska dialogue hoga aur beech mein koi</w:t>
      </w:r>
    </w:p>
    <w:p>
      <w:pPr>
        <w:jc w:val="right"/>
      </w:pPr>
      <w:r>
        <w:t>انسان پر وہ وقت آئے گا کہ وہ اللہ سے اس کا ڈائیلاگ ہوگا اور بیچ میں کوئی</w:t>
      </w:r>
    </w:p>
    <w:p>
      <w:r>
        <w:rPr>
          <w:b/>
        </w:rPr>
        <w:t xml:space="preserve">[55:28] </w:t>
      </w:r>
      <w:r>
        <w:t>Tarjuman nahi hoga.</w:t>
      </w:r>
    </w:p>
    <w:p>
      <w:pPr>
        <w:jc w:val="right"/>
      </w:pPr>
      <w:r>
        <w:t>ترجمان نہیں ہوگا۔</w:t>
      </w:r>
    </w:p>
    <w:p>
      <w:r>
        <w:rPr>
          <w:b/>
        </w:rPr>
        <w:t xml:space="preserve">[55:34] </w:t>
      </w:r>
      <w:r>
        <w:t>Wa laysa bainahu wa baina hu tarjuman. Bari ajib baat hai.</w:t>
      </w:r>
    </w:p>
    <w:p>
      <w:pPr>
        <w:jc w:val="right"/>
      </w:pPr>
      <w:r>
        <w:t>وَلَيْسَ بَنَهُ بَنُو تَرْجَمَانٍ بڑی عجیب بات ہے۔</w:t>
      </w:r>
    </w:p>
    <w:p>
      <w:r>
        <w:rPr>
          <w:b/>
        </w:rPr>
        <w:t xml:space="preserve">[55:39] </w:t>
      </w:r>
      <w:r>
        <w:t>Har insan Allah ke samne khara hoga aur beech mein koi tarjuman nahi hoga.</w:t>
      </w:r>
    </w:p>
    <w:p>
      <w:pPr>
        <w:jc w:val="right"/>
      </w:pPr>
      <w:r>
        <w:t>ہر انسان اللہ کے سامنے کھڑا ہوگا اور بیچ میں کوئی ترجمان نہیں ہوگا۔</w:t>
      </w:r>
    </w:p>
    <w:p>
      <w:r>
        <w:rPr>
          <w:b/>
        </w:rPr>
        <w:t xml:space="preserve">[55:45] </w:t>
      </w:r>
      <w:r>
        <w:t>Yaani jo zuban Allah ki taraf se aayegi, wahi zuban aap bhi samjhenge aur bolenge.</w:t>
      </w:r>
    </w:p>
    <w:p>
      <w:pPr>
        <w:jc w:val="right"/>
      </w:pPr>
      <w:r>
        <w:t>یعنی جو زبان اللہ کی طرف سے آئے گی، وہی زبان آپ بھی سمجھیں گے اور بولیں گے۔</w:t>
      </w:r>
    </w:p>
    <w:p>
      <w:r>
        <w:rPr>
          <w:b/>
        </w:rPr>
        <w:t xml:space="preserve">[55:50] </w:t>
      </w:r>
      <w:r>
        <w:t>Ek hi zuban.</w:t>
      </w:r>
    </w:p>
    <w:p>
      <w:pPr>
        <w:jc w:val="right"/>
      </w:pPr>
      <w:r>
        <w:t>ایک ہی زبان۔</w:t>
      </w:r>
    </w:p>
    <w:p>
      <w:r>
        <w:rPr>
          <w:b/>
        </w:rPr>
        <w:t xml:space="preserve">[55:55] </w:t>
      </w:r>
      <w:r>
        <w:t>To main samajhta hoon ke agar aadmi is tarah soche to har aadmi jaan lega ke wahan</w:t>
      </w:r>
    </w:p>
    <w:p>
      <w:pPr>
        <w:jc w:val="right"/>
      </w:pPr>
      <w:r>
        <w:t>تو میں سمجھتا ہوں کہ اگر آدمی اس طرح سوچے تو ہر آدمی جان لے گا کہ وہاں</w:t>
      </w:r>
    </w:p>
    <w:p>
      <w:r>
        <w:rPr>
          <w:b/>
        </w:rPr>
        <w:t xml:space="preserve">[56:01] </w:t>
      </w:r>
      <w:r>
        <w:t>Par mujh se kya sawal kiya jayega.</w:t>
      </w:r>
    </w:p>
    <w:p>
      <w:pPr>
        <w:jc w:val="right"/>
      </w:pPr>
      <w:r>
        <w:t>پر مجھ سے کیا سوال کیا جائے گا۔</w:t>
      </w:r>
    </w:p>
    <w:p>
      <w:r>
        <w:rPr>
          <w:b/>
        </w:rPr>
        <w:t xml:space="preserve">[56:06] </w:t>
      </w:r>
      <w:r>
        <w:t>Koi mushkil kaam nahi.</w:t>
      </w:r>
    </w:p>
    <w:p>
      <w:pPr>
        <w:jc w:val="right"/>
      </w:pPr>
      <w:r>
        <w:t>کوئی مشکل کام نہیں۔</w:t>
      </w:r>
    </w:p>
    <w:p>
      <w:r>
        <w:rPr>
          <w:b/>
        </w:rPr>
        <w:t xml:space="preserve">[56:12] </w:t>
      </w:r>
      <w:r>
        <w:t>Aap ka fitrat, aap ka shaoor yeh batane ke liye kafi hai ke jab main Allah ke samne</w:t>
      </w:r>
    </w:p>
    <w:p>
      <w:pPr>
        <w:jc w:val="right"/>
      </w:pPr>
      <w:r>
        <w:t>آپ کا فطرت، آپ کا شعور یہ بتانے کے لیے کافی ہے کہ جب میں اللہ کے سامنے</w:t>
      </w:r>
    </w:p>
    <w:p>
      <w:r>
        <w:rPr>
          <w:b/>
        </w:rPr>
        <w:t xml:space="preserve">[56:17] </w:t>
      </w:r>
      <w:r>
        <w:t>Khara hounga to mujh se kya sawal kiya jayega.</w:t>
      </w:r>
    </w:p>
    <w:p>
      <w:pPr>
        <w:jc w:val="right"/>
      </w:pPr>
      <w:r>
        <w:t>کھڑا ہوں گا تو مجھ سے کیا سوال کیا جائے گا۔</w:t>
      </w:r>
    </w:p>
    <w:p>
      <w:r>
        <w:rPr>
          <w:b/>
        </w:rPr>
        <w:t xml:space="preserve">[56:22] </w:t>
      </w:r>
      <w:r>
        <w:t>Is mein kisi logic ki zaroorat nahi hai, kisi philosophy ki zaroorat nahi hai.</w:t>
      </w:r>
    </w:p>
    <w:p>
      <w:pPr>
        <w:jc w:val="right"/>
      </w:pPr>
      <w:r>
        <w:t>اس میں کسی منطق کی ضرورت نہیں ہے، کسی فلسفے کی ضرورت نہیں ہے۔</w:t>
      </w:r>
    </w:p>
    <w:p>
      <w:r>
        <w:rPr>
          <w:b/>
        </w:rPr>
        <w:t xml:space="preserve">[56:28] </w:t>
      </w:r>
      <w:r>
        <w:t>Kaisi ajib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[56:33] </w:t>
      </w:r>
      <w:r>
        <w:t>Quran mein hai ke Yawma yaqoomu alnnasu lirabbi al'alamin jab khare honge log Allah ke samne, isi</w:t>
      </w:r>
    </w:p>
    <w:p>
      <w:pPr>
        <w:jc w:val="right"/>
      </w:pPr>
      <w:r>
        <w:t>قرآن میں ہے کہ يَوْمَ يَقُومُ النَّاسُ لِرَبِّ الْعَالَمِينَ جب کھڑے ہوں گے لوگ اللہ کے سامنے، اسی</w:t>
      </w:r>
    </w:p>
    <w:p>
      <w:r>
        <w:rPr>
          <w:b/>
        </w:rPr>
        <w:t xml:space="preserve">[56:39] </w:t>
      </w:r>
      <w:r>
        <w:t>Ka ta'beer hai hadith mein.</w:t>
      </w:r>
    </w:p>
    <w:p>
      <w:pPr>
        <w:jc w:val="right"/>
      </w:pPr>
      <w:r>
        <w:t>کا تعبیر ہے حدیث میں۔</w:t>
      </w:r>
    </w:p>
    <w:p>
      <w:r>
        <w:rPr>
          <w:b/>
        </w:rPr>
        <w:t xml:space="preserve">[56:44] </w:t>
      </w:r>
      <w:r>
        <w:t>To bas yahi soche aadmi ke woh waqt jab aane wala hai ke jab main Allah ke samne</w:t>
      </w:r>
    </w:p>
    <w:p>
      <w:pPr>
        <w:jc w:val="right"/>
      </w:pPr>
      <w:r>
        <w:t>تو بس یہی سوچے آدمی کہ وہ وقت جب آنے والا ہے کہ جب میں اللہ کے سامنے</w:t>
      </w:r>
    </w:p>
    <w:p>
      <w:r>
        <w:rPr>
          <w:b/>
        </w:rPr>
        <w:t xml:space="preserve">[56:49] </w:t>
      </w:r>
      <w:r>
        <w:t>Apne aap ko paunga aur tarjuman ke baghair mujh se Allah ka dialogue hoga.</w:t>
      </w:r>
    </w:p>
    <w:p>
      <w:pPr>
        <w:jc w:val="right"/>
      </w:pPr>
      <w:r>
        <w:t>اپنے آپ کو پاؤں گا اور ترجمان کے بغیر مجھ سے اللہ کا ڈائیلاگ ہوگا۔</w:t>
      </w:r>
    </w:p>
    <w:p>
      <w:r>
        <w:rPr>
          <w:b/>
        </w:rPr>
        <w:t xml:space="preserve">[56:55] </w:t>
      </w:r>
      <w:r>
        <w:t>Aur aap jante hain ke har aadmi ko pata hai ke Allah par mere dil ka haal bhi</w:t>
      </w:r>
    </w:p>
    <w:p>
      <w:pPr>
        <w:jc w:val="right"/>
      </w:pPr>
      <w:r>
        <w:t>اور آپ جانتے ہیں کہ ہر آدمی کو پتہ ہے کہ اللہ پر میرے دل کا حال بھی</w:t>
      </w:r>
    </w:p>
    <w:p>
      <w:r>
        <w:rPr>
          <w:b/>
        </w:rPr>
        <w:t xml:space="preserve">[57:00] </w:t>
      </w:r>
      <w:r>
        <w:t>Khula hua hai.</w:t>
      </w:r>
    </w:p>
    <w:p>
      <w:pPr>
        <w:jc w:val="right"/>
      </w:pPr>
      <w:r>
        <w:t>کھلا ہوا ہے۔</w:t>
      </w:r>
    </w:p>
    <w:p>
      <w:r>
        <w:rPr>
          <w:b/>
        </w:rPr>
        <w:t xml:space="preserve">[57:06] </w:t>
      </w:r>
      <w:r>
        <w:t>woh janta hai ke mere mind mein kya soch chal raha hai, is ka bhi pata hai Allah taala ko.</w:t>
      </w:r>
    </w:p>
    <w:p>
      <w:pPr>
        <w:jc w:val="right"/>
      </w:pPr>
      <w:r>
        <w:t>وہ جانتا ہے کہ میرے مائنڈ میں کیا سوچ چل رہا ہے، اس کا بھی پتہ ہے اللہ تعالیٰ کو۔</w:t>
      </w:r>
    </w:p>
    <w:p>
      <w:r>
        <w:rPr>
          <w:b/>
        </w:rPr>
        <w:t xml:space="preserve">[57:11] </w:t>
      </w:r>
      <w:r>
        <w:t>isi liye Quran mein kaha gaya hai ke har aadmi agar apne aap bare mein soche toh woh</w:t>
      </w:r>
    </w:p>
    <w:p>
      <w:pPr>
        <w:jc w:val="right"/>
      </w:pPr>
      <w:r>
        <w:t>اسی لیے قرآن میں کہا گیا ہے کہ ہر آدمی اگر اپنے آپ بارے میں سوچے تو وہ</w:t>
      </w:r>
    </w:p>
    <w:p>
      <w:r>
        <w:rPr>
          <w:b/>
        </w:rPr>
        <w:t xml:space="preserve">[57:16] </w:t>
      </w:r>
      <w:r>
        <w:t>khud hi jaan sakta hai ke sachai kya hai.</w:t>
      </w:r>
    </w:p>
    <w:p>
      <w:pPr>
        <w:jc w:val="right"/>
      </w:pPr>
      <w:r>
        <w:t>خود ہی جان سکتا ہے کہ سچائی کیا ہے۔</w:t>
      </w:r>
    </w:p>
    <w:p>
      <w:r>
        <w:rPr>
          <w:b/>
        </w:rPr>
        <w:t xml:space="preserve">[57:22] </w:t>
      </w:r>
      <w:r>
        <w:t>balil lil insani wali nafsih wa saro toh mein toh aksar isi aayat ko sochta rehta hoon yom yaqoomun nas</w:t>
      </w:r>
    </w:p>
    <w:p>
      <w:pPr>
        <w:jc w:val="right"/>
      </w:pPr>
      <w:r>
        <w:t>بَلِّ لِلْإِنْسَانِ وَلَىٰ نَفْسِهِ وَصِيَرَةٌ تو میں تو اکثر اسی آیت کو سوچتا رہتا ہوں يَوْمَ يَقُومُ النَّاسُ</w:t>
      </w:r>
    </w:p>
    <w:p>
      <w:r>
        <w:rPr>
          <w:b/>
        </w:rPr>
        <w:t xml:space="preserve">[57:27] </w:t>
      </w:r>
      <w:r>
        <w:t>lirab bil aalameen jis din log khare honge rab ul aalameen ke samne.</w:t>
      </w:r>
    </w:p>
    <w:p>
      <w:pPr>
        <w:jc w:val="right"/>
      </w:pPr>
      <w:r>
        <w:t>لِرَبِّ الْعَالَمِينَ جس دن لوگ کھڑے ہوں گے رب العالمین کے سامنے۔</w:t>
      </w:r>
    </w:p>
    <w:p>
      <w:r>
        <w:rPr>
          <w:b/>
        </w:rPr>
        <w:t xml:space="preserve">[57:33] </w:t>
      </w:r>
      <w:r>
        <w:t>yahi ek aayat mere liye kafi hoti hai ke sari baatein mujh se khul jayen aur mujh ko</w:t>
      </w:r>
    </w:p>
    <w:p>
      <w:pPr>
        <w:jc w:val="right"/>
      </w:pPr>
      <w:r>
        <w:t>یہی ایک آیت میرے لیے کافی ہوتی ہے کہ ساری باتیں مجھ سے کھل جائیں اور مجھ کو</w:t>
      </w:r>
    </w:p>
    <w:p>
      <w:r>
        <w:rPr>
          <w:b/>
        </w:rPr>
        <w:t xml:space="preserve">[57:38] </w:t>
      </w:r>
      <w:r>
        <w:t>yeh aayat mujhe wazeh kar deti hai.</w:t>
      </w:r>
    </w:p>
    <w:p>
      <w:pPr>
        <w:jc w:val="right"/>
      </w:pPr>
      <w:r>
        <w:t>یہ آیت مجھے واضح کر دیتی ہے۔</w:t>
      </w:r>
    </w:p>
    <w:p>
      <w:r>
        <w:rPr>
          <w:b/>
        </w:rPr>
        <w:t xml:space="preserve">[57:43] </w:t>
      </w:r>
      <w:r>
        <w:t>molana, agla sawal lene se pehle ek comment parhna chahenge jo Doha, Qatar se aya hai aur</w:t>
      </w:r>
    </w:p>
    <w:p>
      <w:pPr>
        <w:jc w:val="right"/>
      </w:pPr>
      <w:r>
        <w:t>مولانا، اگلا سوال لینے سے پہلے ایک کمنٹ پڑھنا چاہیں گے جو دوحہ، قطر سے آیا ہے اور</w:t>
      </w:r>
    </w:p>
    <w:p>
      <w:r>
        <w:rPr>
          <w:b/>
        </w:rPr>
        <w:t xml:space="preserve">[57:49] </w:t>
      </w:r>
      <w:r>
        <w:t>molana Abdul Basit Omri sahib ne bheja hai.</w:t>
      </w:r>
    </w:p>
    <w:p>
      <w:pPr>
        <w:jc w:val="right"/>
      </w:pPr>
      <w:r>
        <w:t>مولانا عبدالباسط عمری صاحب نے بھیجا ہے۔</w:t>
      </w:r>
    </w:p>
    <w:p>
      <w:r>
        <w:rPr>
          <w:b/>
        </w:rPr>
        <w:t xml:space="preserve">[57:54] </w:t>
      </w:r>
      <w:r>
        <w:t>unhon ne comment molana kal ke talk ko le ke likha hai aur woh is tarah hai: kal</w:t>
      </w:r>
    </w:p>
    <w:p>
      <w:pPr>
        <w:jc w:val="right"/>
      </w:pPr>
      <w:r>
        <w:t>انہوں نے کمنٹ مولانا کل کے ٹاک کو لے کے لکھا ہے اور وہ اس طرح ہے: کل</w:t>
      </w:r>
    </w:p>
    <w:p>
      <w:r>
        <w:rPr>
          <w:b/>
        </w:rPr>
        <w:t xml:space="preserve">[58:00] </w:t>
      </w:r>
      <w:r>
        <w:t>molana ne jo baat batayi ke Quran ki pehli aayat ki rooh hamare har waqe aur tajrube se</w:t>
      </w:r>
    </w:p>
    <w:p>
      <w:pPr>
        <w:jc w:val="right"/>
      </w:pPr>
      <w:r>
        <w:t>مولانا نے جو بات بتائی کہ قرآن کی پہلی آیت کی روح ہمارے ہر واقعے اور تجربے سے</w:t>
      </w:r>
    </w:p>
    <w:p>
      <w:r>
        <w:rPr>
          <w:b/>
        </w:rPr>
        <w:t xml:space="preserve">[58:05] </w:t>
      </w:r>
      <w:r>
        <w:t>paida hona chahiye.</w:t>
      </w:r>
    </w:p>
    <w:p>
      <w:pPr>
        <w:jc w:val="right"/>
      </w:pPr>
      <w:r>
        <w:t>پیدا ہونا چاہیے۔</w:t>
      </w:r>
    </w:p>
    <w:p>
      <w:r>
        <w:rPr>
          <w:b/>
        </w:rPr>
        <w:t xml:space="preserve">[58:10] </w:t>
      </w:r>
      <w:r>
        <w:t>dusri baat jo molana ne kahi ke musalmanon ki tehreerein shukwa shikayat se bhari hoti hain.</w:t>
      </w:r>
    </w:p>
    <w:p>
      <w:pPr>
        <w:jc w:val="right"/>
      </w:pPr>
      <w:r>
        <w:t>دوسری بات جو مولانا نے کہی کہ مسلمانوں کی تحریریں شکوہ شکایت سے بھری ہوتی ہیں۔</w:t>
      </w:r>
    </w:p>
    <w:p>
      <w:r>
        <w:rPr>
          <w:b/>
        </w:rPr>
        <w:t xml:space="preserve">[58:16] </w:t>
      </w:r>
      <w:r>
        <w:t>molana ki in baaton se bohat bari baat samajh mein ayi.</w:t>
      </w:r>
    </w:p>
    <w:p>
      <w:pPr>
        <w:jc w:val="right"/>
      </w:pPr>
      <w:r>
        <w:t>مولانا کی ان باتوں سے بہت بڑی بات سمجھ میں آئی۔</w:t>
      </w:r>
    </w:p>
    <w:p>
      <w:r>
        <w:rPr>
          <w:b/>
        </w:rPr>
        <w:t xml:space="preserve">[58:21] </w:t>
      </w:r>
      <w:r>
        <w:t>aaj deen dari ka mayar poori deen dari qoumiyat hai.</w:t>
      </w:r>
    </w:p>
    <w:p>
      <w:pPr>
        <w:jc w:val="right"/>
      </w:pPr>
      <w:r>
        <w:t>آج دین داری کا معیار پوری دین داری قومیت ہے۔</w:t>
      </w:r>
    </w:p>
    <w:p>
      <w:r>
        <w:rPr>
          <w:b/>
        </w:rPr>
        <w:t xml:space="preserve">[58:27] </w:t>
      </w:r>
      <w:r>
        <w:t>musalman apne musalman qom ke liye dua karte hain, un ke liye tadapte hain, un ke liye rote hain.</w:t>
      </w:r>
    </w:p>
    <w:p>
      <w:pPr>
        <w:jc w:val="right"/>
      </w:pPr>
      <w:r>
        <w:t>مسلمان اپنے مسلمان قوم کے لیے دعا کرتے ہیں، ان کے لیے تڑپتے ہیں، ان کے لیے روتے ہیں۔</w:t>
      </w:r>
    </w:p>
    <w:p>
      <w:r>
        <w:rPr>
          <w:b/>
        </w:rPr>
        <w:t xml:space="preserve">[58:32] </w:t>
      </w:r>
      <w:r>
        <w:t>subah se sham un ki salamati ki duayein mangte hain.</w:t>
      </w:r>
    </w:p>
    <w:p>
      <w:pPr>
        <w:jc w:val="right"/>
      </w:pPr>
      <w:r>
        <w:t>صبح سے شام ان کی سلامتی کی دعائیں مانگتے ہیں۔</w:t>
      </w:r>
    </w:p>
    <w:p>
      <w:r>
        <w:rPr>
          <w:b/>
        </w:rPr>
        <w:t xml:space="preserve">[58:37] </w:t>
      </w:r>
      <w:r>
        <w:t>kahin bhi Khuda ki yaad mein rona, jannat ke liye tadapna, madu ke liye hidayat ki duayein mangna,</w:t>
      </w:r>
    </w:p>
    <w:p>
      <w:pPr>
        <w:jc w:val="right"/>
      </w:pPr>
      <w:r>
        <w:t>کہیں بھی خدا کی یاد میں رونا، جنت کے لیے تڑپنا، مدعو کے لیے ہدایت کی دعائیں مانگنا،</w:t>
      </w:r>
    </w:p>
    <w:p>
      <w:r>
        <w:rPr>
          <w:b/>
        </w:rPr>
        <w:t xml:space="preserve">[58:43] </w:t>
      </w:r>
      <w:r>
        <w:t>Khuda ke shukr mein jeena aur apna waqt aur paisa dawat mein lagana kahin bhi nazar nahi ata.</w:t>
      </w:r>
    </w:p>
    <w:p>
      <w:pPr>
        <w:jc w:val="right"/>
      </w:pPr>
      <w:r>
        <w:t>خدا کے شکر میں جینا اور اپنا وقت اور پیسہ دعوت میں لگانا کہیں بھی نظر نہیں آتا۔</w:t>
      </w:r>
    </w:p>
    <w:p>
      <w:r>
        <w:rPr>
          <w:b/>
        </w:rPr>
        <w:t xml:space="preserve">[58:48] </w:t>
      </w:r>
      <w:r>
        <w:t>mein khud bhi qoumiyat mein jeeta tha, isi ko deen dari ka mayar samajhta tha.</w:t>
      </w:r>
    </w:p>
    <w:p>
      <w:pPr>
        <w:jc w:val="right"/>
      </w:pPr>
      <w:r>
        <w:t>میں خود بھی قومیت میں جیتا تھا، اسی کو دین داری کا معیار سمجھتا تھا۔</w:t>
      </w:r>
    </w:p>
    <w:p>
      <w:r>
        <w:rPr>
          <w:b/>
        </w:rPr>
        <w:t xml:space="preserve">[58:54] </w:t>
      </w:r>
      <w:r>
        <w:t>Allah ki tofeeq se molana ki kitabon ke zariye yeh samajh mein aya ke asal deen kya hai</w:t>
      </w:r>
    </w:p>
    <w:p>
      <w:pPr>
        <w:jc w:val="right"/>
      </w:pPr>
      <w:r>
        <w:t>اللہ کی توفیق سے مولانا کی کتابوں کے ذریعے یہ سمجھ میں آیا کہ اصل دین کیا ہے</w:t>
      </w:r>
    </w:p>
    <w:p>
      <w:r>
        <w:rPr>
          <w:b/>
        </w:rPr>
        <w:t xml:space="preserve">[58:59] </w:t>
      </w:r>
      <w:r>
        <w:t>aur asal gumrahi kya hai.</w:t>
      </w:r>
    </w:p>
    <w:p>
      <w:pPr>
        <w:jc w:val="right"/>
      </w:pPr>
      <w:r>
        <w:t>اور اصل گمراہی کیا ہے۔</w:t>
      </w:r>
    </w:p>
    <w:p>
      <w:r>
        <w:rPr>
          <w:b/>
        </w:rPr>
        <w:t xml:space="preserve">[59:04] </w:t>
      </w:r>
      <w:r>
        <w:t>molana, agla sawal aya hai Ah Dhunpur, West Bengal se Muhammad Arif sahib ne kiya hai aur unhon</w:t>
      </w:r>
    </w:p>
    <w:p>
      <w:pPr>
        <w:jc w:val="right"/>
      </w:pPr>
      <w:r>
        <w:t>مولانا، اگلا سوال آیا ہے آہ دھنچپور، ویسٹ بنگال سے محمد عارف صاحب نے کیا ہے اور انہوں</w:t>
      </w:r>
    </w:p>
    <w:p>
      <w:r>
        <w:rPr>
          <w:b/>
        </w:rPr>
        <w:t xml:space="preserve">[59:10] </w:t>
      </w:r>
      <w:r>
        <w:t>ne likha hai ke Baghdadi aur ISIS ki haqeeqat kya hai? yeh hamara mozu nahi hai.</w:t>
      </w:r>
    </w:p>
    <w:p>
      <w:pPr>
        <w:jc w:val="right"/>
      </w:pPr>
      <w:r>
        <w:t>نے لکھا ہے کہ بغدادی اور آئی ایس آئی ایس کی حقیقت کیا ہے؟ یہ ہمارا موضوع نہیں ہے۔</w:t>
      </w:r>
    </w:p>
    <w:p>
      <w:r>
        <w:rPr>
          <w:b/>
        </w:rPr>
        <w:t xml:space="preserve">[59:15] </w:t>
      </w:r>
      <w:r>
        <w:t>hamara mozu nahi hai.</w:t>
      </w:r>
    </w:p>
    <w:p>
      <w:pPr>
        <w:jc w:val="right"/>
      </w:pPr>
      <w:r>
        <w:t>ہمارا موضوع نہیں ہے۔</w:t>
      </w:r>
    </w:p>
    <w:p>
      <w:r>
        <w:rPr>
          <w:b/>
        </w:rPr>
        <w:t xml:space="preserve">[59:21] </w:t>
      </w:r>
      <w:r>
        <w:t>aiesai es.</w:t>
      </w:r>
    </w:p>
    <w:p>
      <w:pPr>
        <w:jc w:val="right"/>
      </w:pPr>
      <w:r>
        <w:t>آئی ایس آئی ایس۔</w:t>
      </w:r>
    </w:p>
    <w:p>
      <w:r>
        <w:rPr>
          <w:b/>
        </w:rPr>
        <w:t xml:space="preserve">[59:26] </w:t>
      </w:r>
      <w:r>
        <w:t>aiesai es jo iraq mein hai.</w:t>
      </w:r>
    </w:p>
    <w:p>
      <w:pPr>
        <w:jc w:val="right"/>
      </w:pPr>
      <w:r>
        <w:t>آئی ایس آئی ایس جو عراق میں ہے۔</w:t>
      </w:r>
    </w:p>
    <w:p>
      <w:r>
        <w:rPr>
          <w:b/>
        </w:rPr>
        <w:t xml:space="preserve">[59:31] </w:t>
      </w:r>
      <w:r>
        <w:t>woh hamara mozu nahi hai.</w:t>
      </w:r>
    </w:p>
    <w:p>
      <w:pPr>
        <w:jc w:val="right"/>
      </w:pPr>
      <w:r>
        <w:t>وہ ہمارا موضوع نہیں ہے۔</w:t>
      </w:r>
    </w:p>
    <w:p>
      <w:r>
        <w:rPr>
          <w:b/>
        </w:rPr>
        <w:t xml:space="preserve">[59:37] </w:t>
      </w:r>
      <w:r>
        <w:t>kyun aap is par bhaje hue hain? mein toh kehta hoon aap log yeh sab haram mein uljhe hue hain.</w:t>
      </w:r>
    </w:p>
    <w:p>
      <w:pPr>
        <w:jc w:val="right"/>
      </w:pPr>
      <w:r>
        <w:t>کیوں آپ اس پر بھجے ہوئے ہیں؟ میں تو کہتا ہوں آپ لوگ یہ سب حرام میں الجھے ہوئے ہیں۔</w:t>
      </w:r>
    </w:p>
    <w:p>
      <w:r>
        <w:rPr>
          <w:b/>
        </w:rPr>
        <w:t xml:space="preserve">[59:42] </w:t>
      </w:r>
      <w:r>
        <w:t>soch bhi haram hoti hai, yaad rakhiye.</w:t>
      </w:r>
    </w:p>
    <w:p>
      <w:pPr>
        <w:jc w:val="right"/>
      </w:pPr>
      <w:r>
        <w:t>سوچ بھی حرام ہوتی ہے، یاد رکھیے۔</w:t>
      </w:r>
    </w:p>
    <w:p>
      <w:r>
        <w:rPr>
          <w:b/>
        </w:rPr>
        <w:t xml:space="preserve">[59:48] </w:t>
      </w:r>
      <w:r>
        <w:t>aap sab tak suraj, khinzir haram hai, sharab haram hai.</w:t>
      </w:r>
    </w:p>
    <w:p>
      <w:pPr>
        <w:jc w:val="right"/>
      </w:pPr>
      <w:r>
        <w:t>آپ سب تک سورج، خنزیر حرام ہے، شراب حرام ہے۔</w:t>
      </w:r>
    </w:p>
    <w:p>
      <w:r>
        <w:rPr>
          <w:b/>
        </w:rPr>
        <w:t xml:space="preserve">[59:53] </w:t>
      </w:r>
      <w:r>
        <w:t>soch bhi haram hoti hai.</w:t>
      </w:r>
    </w:p>
    <w:p>
      <w:pPr>
        <w:jc w:val="right"/>
      </w:pPr>
      <w:r>
        <w:t>سوچ بھی حرام ہوتی ہے۔</w:t>
      </w:r>
    </w:p>
    <w:p>
      <w:r>
        <w:rPr>
          <w:b/>
        </w:rPr>
        <w:t xml:space="preserve">[59:58] </w:t>
      </w:r>
      <w:r>
        <w:t>soch bhi haram hoti hai.</w:t>
      </w:r>
    </w:p>
    <w:p>
      <w:pPr>
        <w:jc w:val="right"/>
      </w:pPr>
      <w:r>
        <w:t>سوچ بھی حرام ہوتی ہے۔</w:t>
      </w:r>
    </w:p>
    <w:p>
      <w:r>
        <w:rPr>
          <w:b/>
        </w:rPr>
        <w:t xml:space="preserve">[1:00:04] </w:t>
      </w:r>
      <w:r>
        <w:t>kyun aap sochte hain aap log is par? aap ke aas paas itne saare log hain jo mar</w:t>
      </w:r>
    </w:p>
    <w:p>
      <w:pPr>
        <w:jc w:val="right"/>
      </w:pPr>
      <w:r>
        <w:t>کیوں آپ سوچتے ہیں آپ لوگ اس پر؟ آپ کے آس پاس اتنے سارے لوگ ہیں جو مر</w:t>
      </w:r>
    </w:p>
    <w:p>
      <w:r>
        <w:rPr>
          <w:b/>
        </w:rPr>
        <w:t xml:space="preserve">[1:00:09] </w:t>
      </w:r>
      <w:r>
        <w:t>rahe hain, jahannum ka khatra le rahe hain, toh aap un ko dawat kyun nahi pohanchate? aap kyun</w:t>
      </w:r>
    </w:p>
    <w:p>
      <w:pPr>
        <w:jc w:val="right"/>
      </w:pPr>
      <w:r>
        <w:t>رہے ہیں، جہنم کا خطرہ لے رہے ہیں، تو آپ ان کو دعوت کیوں نہیں پہنچاتے؟ آپ کیوں</w:t>
      </w:r>
    </w:p>
    <w:p>
      <w:r>
        <w:rPr>
          <w:b/>
        </w:rPr>
        <w:t xml:space="preserve">[1:00:15] </w:t>
      </w:r>
      <w:r>
        <w:t>sochte hain is par? quran phailaiye, hamari literature phailaiye, logon ko allah ho jannat ki khabar dijiye.</w:t>
      </w:r>
    </w:p>
    <w:p>
      <w:pPr>
        <w:jc w:val="right"/>
      </w:pPr>
      <w:r>
        <w:t>سوچتے ہیں اس پر؟ قرآن پھیلائیے، ہماری لٹریچر پھیلائیے، لوگوں کو اللہ ہو جنت کی خبر دیجیے۔</w:t>
      </w:r>
    </w:p>
    <w:p>
      <w:r>
        <w:rPr>
          <w:b/>
        </w:rPr>
        <w:t xml:space="preserve">[1:00:20] </w:t>
      </w:r>
      <w:r>
        <w:t>aap is par kyun phanse hue hain? allah ho!</w:t>
      </w:r>
    </w:p>
    <w:p>
      <w:pPr>
        <w:jc w:val="right"/>
      </w:pPr>
      <w:r>
        <w:t>آپ اس پر کیوں پھنسے ہوئے ہیں؟ اللہ ہو!</w:t>
      </w:r>
    </w:p>
    <w:p>
      <w:r>
        <w:rPr>
          <w:b/>
        </w:rPr>
        <w:t xml:space="preserve">[1:00:26] </w:t>
      </w:r>
      <w:r>
        <w:t>yaad rakhiye, sirf yani sharab haram nahi hai, sirf khanzir haram nahi hai, layani soch bhi haram hai.</w:t>
      </w:r>
    </w:p>
    <w:p>
      <w:pPr>
        <w:jc w:val="right"/>
      </w:pPr>
      <w:r>
        <w:t>یاد رکھیے، صرف یعنی شراب حرام نہیں ہے، صرف خنزیر حرام نہیں ہے، لایعنی سوچ بھی حرام ہے۔</w:t>
      </w:r>
    </w:p>
    <w:p>
      <w:r>
        <w:rPr>
          <w:b/>
        </w:rPr>
        <w:t xml:space="preserve">[1:00:33] </w:t>
      </w:r>
      <w:r>
        <w:t>yeh saare musalman layani soch mein phanse hue hain, layani soch mein.</w:t>
      </w:r>
    </w:p>
    <w:p>
      <w:pPr>
        <w:jc w:val="right"/>
      </w:pPr>
      <w:r>
        <w:t>یہ سارے مسلمان لایعنی سوچ میں پھنسے ہوئے ہیں، لایعنی سوچ میں۔</w:t>
      </w:r>
    </w:p>
    <w:p>
      <w:r>
        <w:rPr>
          <w:b/>
        </w:rPr>
        <w:t xml:space="preserve">[1:00:38] </w:t>
      </w:r>
      <w:r>
        <w:t>rasool Allah sallallahu alaihi wasallam ke zamane mein makka mein yeh sab waqiyat hote the.</w:t>
      </w:r>
    </w:p>
    <w:p>
      <w:pPr>
        <w:jc w:val="right"/>
      </w:pPr>
      <w:r>
        <w:t>رسول اللہ صلی اللہ علیہ وسلم کے زمانے میں مکہ میں یہ سب واقعات ہوتے تھے۔</w:t>
      </w:r>
    </w:p>
    <w:p>
      <w:r>
        <w:rPr>
          <w:b/>
        </w:rPr>
        <w:t xml:space="preserve">[1:00:45] </w:t>
      </w:r>
      <w:r>
        <w:t>makka mein, arab mein yeh saare waqiyat hote the.</w:t>
      </w:r>
    </w:p>
    <w:p>
      <w:pPr>
        <w:jc w:val="right"/>
      </w:pPr>
      <w:r>
        <w:t>مکہ میں، عرب میں یہ سارے واقعات ہوتے تھے۔</w:t>
      </w:r>
    </w:p>
    <w:p>
      <w:r>
        <w:rPr>
          <w:b/>
        </w:rPr>
        <w:t xml:space="preserve">[1:00:49] </w:t>
      </w:r>
      <w:r>
        <w:t>arab ke aas pas roman empire thi, sasani empire thi, wahan bhi sare waqiat hote the.</w:t>
      </w:r>
    </w:p>
    <w:p>
      <w:pPr>
        <w:jc w:val="right"/>
      </w:pPr>
      <w:r>
        <w:t>عرب کے آس پاس رومن ایمپائر تھی، ساسانی ایمپائر تھی، وہاں بھی سارے واقعات ہوتے تھے۔</w:t>
      </w:r>
    </w:p>
    <w:p>
      <w:r>
        <w:rPr>
          <w:b/>
        </w:rPr>
        <w:t xml:space="preserve">[1:00:56] </w:t>
      </w:r>
      <w:r>
        <w:t>aap sab cheezon se bilkul nazar andaaz kar ke bas ayyuhal naasu qoolu la ilaha illafalahu yeh</w:t>
      </w:r>
    </w:p>
    <w:p>
      <w:pPr>
        <w:jc w:val="right"/>
      </w:pPr>
      <w:r>
        <w:t>آپ سب چیزوں سے بالکل نظر انداز کر کے بس اَيُّهَا النَّاسُ قُولُوا لَا اِلٰهَ اِلَّا تُّفْلَهُوا یہ</w:t>
      </w:r>
    </w:p>
    <w:p>
      <w:r>
        <w:rPr>
          <w:b/>
        </w:rPr>
        <w:t xml:space="preserve">[1:01:04] </w:t>
      </w:r>
      <w:r>
        <w:t>karte the.</w:t>
      </w:r>
    </w:p>
    <w:p>
      <w:pPr>
        <w:jc w:val="right"/>
      </w:pPr>
      <w:r>
        <w:t>کرتے تھے۔</w:t>
      </w:r>
    </w:p>
    <w:p>
      <w:r>
        <w:rPr>
          <w:b/>
        </w:rPr>
        <w:t xml:space="preserve">[1:01:05] </w:t>
      </w:r>
      <w:r>
        <w:t>yeh kijiye aap.</w:t>
      </w:r>
    </w:p>
    <w:p>
      <w:pPr>
        <w:jc w:val="right"/>
      </w:pPr>
      <w:r>
        <w:t>یہ کیجیے آپ۔</w:t>
      </w:r>
    </w:p>
    <w:p>
      <w:r>
        <w:rPr>
          <w:b/>
        </w:rPr>
        <w:t xml:space="preserve">[1:01:07] </w:t>
      </w:r>
      <w:r>
        <w:t>aap dunya bhar ke gham kyun liye bethe hain? jannat ka gham, akhirat ka gham lijiye jo rasool</w:t>
      </w:r>
    </w:p>
    <w:p>
      <w:pPr>
        <w:jc w:val="right"/>
      </w:pPr>
      <w:r>
        <w:t>آپ دنیا بھر کے غم کیوں لیے بیٹھے ہیں؟ جنت کا غم، آخرت کا غم لیجیے جو رسول</w:t>
      </w:r>
    </w:p>
    <w:p>
      <w:r>
        <w:rPr>
          <w:b/>
        </w:rPr>
        <w:t xml:space="preserve">[1:01:14] </w:t>
      </w:r>
      <w:r>
        <w:t>allah ka gham tha.</w:t>
      </w:r>
    </w:p>
    <w:p>
      <w:pPr>
        <w:jc w:val="right"/>
      </w:pPr>
      <w:r>
        <w:t>اللہ کا غم تھا۔</w:t>
      </w:r>
    </w:p>
    <w:p>
      <w:r>
        <w:rPr>
          <w:b/>
        </w:rPr>
        <w:t xml:space="preserve">[1:01:16] </w:t>
      </w:r>
      <w:r>
        <w:t>bas yeh aap mujhe hairat hai in musalmanon par ke ke ke kyun nahi quran ko padhte, kyun</w:t>
      </w:r>
    </w:p>
    <w:p>
      <w:pPr>
        <w:jc w:val="right"/>
      </w:pPr>
      <w:r>
        <w:t>بس یہ آپ مجھے حیرت ہے ان مسلمانوں پر کہ کہ کہ کیوں نہیں قرآن کو پڑھتے، کیوں</w:t>
      </w:r>
    </w:p>
    <w:p>
      <w:r>
        <w:rPr>
          <w:b/>
        </w:rPr>
        <w:t xml:space="preserve">[1:01:24] </w:t>
      </w:r>
      <w:r>
        <w:t>nahi sirat ko dekhte ke rasool allah ka tareeqa kya tha? is zamane ki dunya mein sab kuch</w:t>
      </w:r>
    </w:p>
    <w:p>
      <w:pPr>
        <w:jc w:val="right"/>
      </w:pPr>
      <w:r>
        <w:t>نہیں سیرت کو دیکھتے کہ رسول اللہ کا طریقہ کیا تھا؟ اس زمانے کی دنیا میں سب کچھ</w:t>
      </w:r>
    </w:p>
    <w:p>
      <w:r>
        <w:rPr>
          <w:b/>
        </w:rPr>
        <w:t xml:space="preserve">[1:01:32] </w:t>
      </w:r>
      <w:r>
        <w:t>wo ho raha tha jo aaj ho raha hai.</w:t>
      </w:r>
    </w:p>
    <w:p>
      <w:pPr>
        <w:jc w:val="right"/>
      </w:pPr>
      <w:r>
        <w:t>وہ ہو رہا تھا جو آج ہو رہا ہے۔</w:t>
      </w:r>
    </w:p>
    <w:p>
      <w:r>
        <w:rPr>
          <w:b/>
        </w:rPr>
        <w:t xml:space="preserve">[1:01:35] </w:t>
      </w:r>
      <w:r>
        <w:t>makkah mein, arab mein aur aas pas ki jo saltanaten thin, wahan par hota tha.</w:t>
      </w:r>
    </w:p>
    <w:p>
      <w:pPr>
        <w:jc w:val="right"/>
      </w:pPr>
      <w:r>
        <w:t>مکہ میں، عرب میں اور آس پاس کی جو سلطنتیں تھیں، وہاں پر ہوتا تھا۔</w:t>
      </w:r>
    </w:p>
    <w:p>
      <w:r>
        <w:rPr>
          <w:b/>
        </w:rPr>
        <w:t xml:space="preserve">[1:01:42] </w:t>
      </w:r>
      <w:r>
        <w:t>kuch bhi is ka hawala nahi hai.</w:t>
      </w:r>
    </w:p>
    <w:p>
      <w:pPr>
        <w:jc w:val="right"/>
      </w:pPr>
      <w:r>
        <w:t>کچھ بھی اس کا حوالہ نہیں ہے۔</w:t>
      </w:r>
    </w:p>
    <w:p>
      <w:r>
        <w:rPr>
          <w:b/>
        </w:rPr>
        <w:t xml:space="preserve">[1:01:45] </w:t>
      </w:r>
      <w:r>
        <w:t>bas bas quran ko sunana.</w:t>
      </w:r>
    </w:p>
    <w:p>
      <w:pPr>
        <w:jc w:val="right"/>
      </w:pPr>
      <w:r>
        <w:t>بس بس قرآن کو سنانا۔</w:t>
      </w:r>
    </w:p>
    <w:p>
      <w:r>
        <w:rPr>
          <w:b/>
        </w:rPr>
        <w:t xml:space="preserve">[1:01:47] </w:t>
      </w:r>
      <w:r>
        <w:t>bas behal yeh sab soch ko mein bilkul bilkul hi islam ke khilaf samajhta hoon.</w:t>
      </w:r>
    </w:p>
    <w:p>
      <w:pPr>
        <w:jc w:val="right"/>
      </w:pPr>
      <w:r>
        <w:t>بس بہرحال یہ سب سوچ کو میں بالکل بالکل ہی اسلام کے خلاف سمجھتا ہوں۔</w:t>
      </w:r>
    </w:p>
    <w:p>
      <w:r>
        <w:rPr>
          <w:b/>
        </w:rPr>
        <w:t xml:space="preserve">[1:01:53] </w:t>
      </w:r>
      <w:r>
        <w:t>jisko dilchaspi hai to wo soche, phir allah ke samne jab khada hoga to mein allah pooche</w:t>
      </w:r>
    </w:p>
    <w:p>
      <w:pPr>
        <w:jc w:val="right"/>
      </w:pPr>
      <w:r>
        <w:t>جس کو دلچسپی ہے تو وہ سوچے، پھر اللہ کے سامنے جب کھڑا ہوگا تو میں اللہ پوچھے</w:t>
      </w:r>
    </w:p>
    <w:p>
      <w:r>
        <w:rPr>
          <w:b/>
        </w:rPr>
        <w:t xml:space="preserve">[1:02:01] </w:t>
      </w:r>
      <w:r>
        <w:t>ga ke tum ke yahi kaam tha tum ko aur doosra kaam nahi tha? wo hai doosra kaam</w:t>
      </w:r>
    </w:p>
    <w:p>
      <w:pPr>
        <w:jc w:val="right"/>
      </w:pPr>
      <w:r>
        <w:t>گا کہ تم کہ یہی کام تھا تم کو اور دوسرا کام نہیں تھا؟ وہ ہے دوسرا کام</w:t>
      </w:r>
    </w:p>
    <w:p>
      <w:r>
        <w:rPr>
          <w:b/>
        </w:rPr>
        <w:t xml:space="preserve">[1:02:09] </w:t>
      </w:r>
      <w:r>
        <w:t>nahi tha.</w:t>
      </w:r>
    </w:p>
    <w:p>
      <w:pPr>
        <w:jc w:val="right"/>
      </w:pPr>
      <w:r>
        <w:t>نہیں تھا۔</w:t>
      </w:r>
    </w:p>
    <w:p>
      <w:r>
        <w:rPr>
          <w:b/>
        </w:rPr>
        <w:t xml:space="preserve">[1:02:10] </w:t>
      </w:r>
      <w:r>
        <w:t>ek sahab mere paas ek bar aaye to wo kanauj ke the.</w:t>
      </w:r>
    </w:p>
    <w:p>
      <w:pPr>
        <w:jc w:val="right"/>
      </w:pPr>
      <w:r>
        <w:t>ایک صاحب میرے پاس ایک بار آئے تو وہ کنوج کے تھے۔</w:t>
      </w:r>
    </w:p>
    <w:p>
      <w:r>
        <w:rPr>
          <w:b/>
        </w:rPr>
        <w:t xml:space="preserve">[1:02:15] </w:t>
      </w:r>
      <w:r>
        <w:t>to unhon ne bataya ke mera tareeqa kya hai ke baat yahan se shuru hui thi ke pehle</w:t>
      </w:r>
    </w:p>
    <w:p>
      <w:pPr>
        <w:jc w:val="right"/>
      </w:pPr>
      <w:r>
        <w:t>تو انہوں نے بتایا کہ میرا طریقہ کیا ہے کہ بات یہاں سے شروع ہوئی تھی کہ پہلے</w:t>
      </w:r>
    </w:p>
    <w:p>
      <w:r>
        <w:rPr>
          <w:b/>
        </w:rPr>
        <w:t xml:space="preserve">[1:02:23] </w:t>
      </w:r>
      <w:r>
        <w:t>to unhon ne kaha ke aap musalmanon hi ko naseehat karte hain aur doosron jo un par zulm</w:t>
      </w:r>
    </w:p>
    <w:p>
      <w:pPr>
        <w:jc w:val="right"/>
      </w:pPr>
      <w:r>
        <w:t>تو انہوں نے کہا کہ آپ مسلمانوں ہی کو نصیحت کرتے ہیں اور دوسروں جو ان پر ظلم</w:t>
      </w:r>
    </w:p>
    <w:p>
      <w:r>
        <w:rPr>
          <w:b/>
        </w:rPr>
        <w:t xml:space="preserve">[1:02:31] </w:t>
      </w:r>
      <w:r>
        <w:t>kar rahe hain, un ko kuch nahi bolte.</w:t>
      </w:r>
    </w:p>
    <w:p>
      <w:pPr>
        <w:jc w:val="right"/>
      </w:pPr>
      <w:r>
        <w:t>کر رہے ہیں، ان کو کچھ نہیں بولتے۔</w:t>
      </w:r>
    </w:p>
    <w:p>
      <w:r>
        <w:rPr>
          <w:b/>
        </w:rPr>
        <w:t xml:space="preserve">[1:02:34] </w:t>
      </w:r>
      <w:r>
        <w:t>to mein ne kaha ke dekhiye, baap do qism ke hote hain.</w:t>
      </w:r>
    </w:p>
    <w:p>
      <w:pPr>
        <w:jc w:val="right"/>
      </w:pPr>
      <w:r>
        <w:t>تو میں نے کہا کہ دیکھیے، باپ دو قسم کے ہوتے ہیں۔</w:t>
      </w:r>
    </w:p>
    <w:p>
      <w:r>
        <w:rPr>
          <w:b/>
        </w:rPr>
        <w:t xml:space="preserve">[1:02:39] </w:t>
      </w:r>
      <w:r>
        <w:t>ek wo ke is ka beta bahar gaya, mila liverd kar ke aaya to danda le ke niklta</w:t>
      </w:r>
    </w:p>
    <w:p>
      <w:pPr>
        <w:jc w:val="right"/>
      </w:pPr>
      <w:r>
        <w:t>ایک وہ کہ اس کا بیٹا باہر گیا، ملا لیورڈ کر کے آیا تو ڈنڈا لے کے نکلتا</w:t>
      </w:r>
    </w:p>
    <w:p>
      <w:r>
        <w:rPr>
          <w:b/>
        </w:rPr>
        <w:t xml:space="preserve">[1:02:47]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[1:02:49] </w:t>
      </w:r>
      <w:r>
        <w:t>kaun hai jis ne mere bete ko aisa kiya? to yeh jhootha baap hai, jhootha baap hai yeh.</w:t>
      </w:r>
    </w:p>
    <w:p>
      <w:pPr>
        <w:jc w:val="right"/>
      </w:pPr>
      <w:r>
        <w:t>کون ہے جس نے میرے بیٹے کو ایسا کیا؟ تو یہ جھوٹا باپ ہے، جھوٹا باپ ہے یہ۔</w:t>
      </w:r>
    </w:p>
    <w:p>
      <w:r>
        <w:rPr>
          <w:b/>
        </w:rPr>
        <w:t xml:space="preserve">[1:02:56] </w:t>
      </w:r>
      <w:r>
        <w:t>magar sachi baat baap wo hai jo apne hi bete ko kahe ke tum bahar gaye, kyun the?</w:t>
      </w:r>
    </w:p>
    <w:p>
      <w:pPr>
        <w:jc w:val="right"/>
      </w:pPr>
      <w:r>
        <w:t>مگر سچی بات باپ وہ ہے جو اپنے ہی بیٹے کو کہے کہ تم باہر گئے، کیوں تھے؟</w:t>
      </w:r>
    </w:p>
    <w:p>
      <w:r>
        <w:rPr>
          <w:b/>
        </w:rPr>
        <w:t xml:space="preserve">[1:03:04] </w:t>
      </w:r>
      <w:r>
        <w:t>to papa homework nahi tha, to koi ghar mein koi kaam nahi tha, wahan gaye kyun bure</w:t>
      </w:r>
    </w:p>
    <w:p>
      <w:pPr>
        <w:jc w:val="right"/>
      </w:pPr>
      <w:r>
        <w:t>تو پاپا ہوم ورک نہیں تھا، تو کوئی گھر میں کوئی کام نہیں تھا، وہاں گئے کیوں برے</w:t>
      </w:r>
    </w:p>
    <w:p>
      <w:r>
        <w:rPr>
          <w:b/>
        </w:rPr>
        <w:t xml:space="preserve">[1:03:12] </w:t>
      </w:r>
      <w:r>
        <w:t>larkon ke paas? to khud wahi kiya kehte hain? phir alhamdulillah, phir alhamdulillah keh rahe hain.</w:t>
      </w:r>
    </w:p>
    <w:p>
      <w:pPr>
        <w:jc w:val="right"/>
      </w:pPr>
      <w:r>
        <w:t>لڑکوں کے پاس؟ تو خود وہی کیا کہتے ہیں؟ پھر الحمدللہ، پھر الحمدللہ کہہ رہے ہیں۔</w:t>
      </w:r>
    </w:p>
    <w:p>
      <w:r>
        <w:rPr>
          <w:b/>
        </w:rPr>
        <w:t xml:space="preserve">[1:03:19] </w:t>
      </w:r>
      <w:r>
        <w:t>alhamdulillah, main aise hi apne bachon ke saath hoon.</w:t>
      </w:r>
    </w:p>
    <w:p>
      <w:pPr>
        <w:jc w:val="right"/>
      </w:pPr>
      <w:r>
        <w:t>الحمدللہ، میں ایسے ہی اپنے بچوں کے ساتھ ہوں۔</w:t>
      </w:r>
    </w:p>
    <w:p>
      <w:r>
        <w:rPr>
          <w:b/>
        </w:rPr>
        <w:t xml:space="preserve">[1:03:23] </w:t>
      </w:r>
      <w:r>
        <w:t>main apne bachon hi ko naseehat karta hoon, inhi ko rokta hoon.</w:t>
      </w:r>
    </w:p>
    <w:p>
      <w:pPr>
        <w:jc w:val="right"/>
      </w:pPr>
      <w:r>
        <w:t>میں اپنے بچوں ہی کو نصیحت کرتا ہوں، انہی کو روکتا ہوں۔</w:t>
      </w:r>
    </w:p>
    <w:p>
      <w:r>
        <w:rPr>
          <w:b/>
        </w:rPr>
        <w:t xml:space="preserve">[1:03:28] </w:t>
      </w:r>
      <w:r>
        <w:t>to unhon ne kaha ke mere teen bachche hain, ek bachcha doctor hai, ek bachcha engineer hai aur</w:t>
      </w:r>
    </w:p>
    <w:p>
      <w:pPr>
        <w:jc w:val="right"/>
      </w:pPr>
      <w:r>
        <w:t>تو انہوں نے کہا کہ میرے تین بچے ہیں، ایک بچہ ڈاکٹر ہے، ایک بچہ انجینئر ہے اور</w:t>
      </w:r>
    </w:p>
    <w:p>
      <w:r>
        <w:rPr>
          <w:b/>
        </w:rPr>
        <w:t xml:space="preserve">[1:03:35] </w:t>
      </w:r>
      <w:r>
        <w:t>chhota bachcha aaya hua tha, ab yeh parh raha hai.</w:t>
      </w:r>
    </w:p>
    <w:p>
      <w:pPr>
        <w:jc w:val="right"/>
      </w:pPr>
      <w:r>
        <w:t>چھوٹا بچہ آیا ہوا تھا، اب یہ پڑھ رہا ہے۔</w:t>
      </w:r>
    </w:p>
    <w:p>
      <w:r>
        <w:rPr>
          <w:b/>
        </w:rPr>
        <w:t xml:space="preserve">[1:03:40] </w:t>
      </w:r>
      <w:r>
        <w:t>to main ne kaha ke dekhiye, aap apne bachon ke liye kuch hain aur ummat ke bachon ke</w:t>
      </w:r>
    </w:p>
    <w:p>
      <w:pPr>
        <w:jc w:val="right"/>
      </w:pPr>
      <w:r>
        <w:t>تو میں نے کہا کہ دیکھیے، آپ اپنے بچوں کے لیے کچھ ہیں اور امت کے بچوں کے</w:t>
      </w:r>
    </w:p>
    <w:p>
      <w:r>
        <w:rPr>
          <w:b/>
        </w:rPr>
        <w:t xml:space="preserve">[1:03:47] </w:t>
      </w:r>
      <w:r>
        <w:t>liye kuch hain.</w:t>
      </w:r>
    </w:p>
    <w:p>
      <w:pPr>
        <w:jc w:val="right"/>
      </w:pPr>
      <w:r>
        <w:t>لیے کچھ ہیں۔</w:t>
      </w:r>
    </w:p>
    <w:p>
      <w:r>
        <w:rPr>
          <w:b/>
        </w:rPr>
        <w:t xml:space="preserve">[1:03:49] </w:t>
      </w:r>
      <w:r>
        <w:t>main allah akbar se apne bachon ke liye jaisa hoon, waisa ummat ke bachon ke liye bhi waisa</w:t>
      </w:r>
    </w:p>
    <w:p>
      <w:pPr>
        <w:jc w:val="right"/>
      </w:pPr>
      <w:r>
        <w:t>میں اللہ اکبر سے اپنے بچوں کے لیے جیسا ہوں، ویسے امت کے بچوں کے لیے بھی ویسا</w:t>
      </w:r>
    </w:p>
    <w:p>
      <w:r>
        <w:rPr>
          <w:b/>
        </w:rPr>
        <w:t xml:space="preserve">[1:03:57] </w:t>
      </w:r>
      <w:r>
        <w:t>hi hoon.</w:t>
      </w:r>
    </w:p>
    <w:p>
      <w:pPr>
        <w:jc w:val="right"/>
      </w:pPr>
      <w:r>
        <w:t>ہی ہوں۔</w:t>
      </w:r>
    </w:p>
    <w:p>
      <w:r>
        <w:rPr>
          <w:b/>
        </w:rPr>
        <w:t xml:space="preserve">[1:03:58] </w:t>
      </w:r>
      <w:r>
        <w:t>to main hairaan ho gaya ke log kyun aakhir aisa kaam kar rahe hain jis ka koi dunya</w:t>
      </w:r>
    </w:p>
    <w:p>
      <w:pPr>
        <w:jc w:val="right"/>
      </w:pPr>
      <w:r>
        <w:t>تو میں حیران ہو گیا کہ لوگ کیوں آخر ایسا کام کر رہے ہیں جس کا کوئی دنیا</w:t>
      </w:r>
    </w:p>
    <w:p>
      <w:r>
        <w:rPr>
          <w:b/>
        </w:rPr>
        <w:t xml:space="preserve">[1:04:06] </w:t>
      </w:r>
      <w:r>
        <w:t>mein nahi, koi akhirat mein koi faida nahi.</w:t>
      </w:r>
    </w:p>
    <w:p>
      <w:pPr>
        <w:jc w:val="right"/>
      </w:pPr>
      <w:r>
        <w:t>میں نہیں، کوئی آخرت میں کوئی فائدہ نہیں۔</w:t>
      </w:r>
    </w:p>
    <w:p>
      <w:r>
        <w:rPr>
          <w:b/>
        </w:rPr>
        <w:t xml:space="preserve">[1:04:09] </w:t>
      </w:r>
      <w:r>
        <w:t>na dunya mein koi faida, na akhirat mein faida.</w:t>
      </w:r>
    </w:p>
    <w:p>
      <w:pPr>
        <w:jc w:val="right"/>
      </w:pPr>
      <w:r>
        <w:t>نہ دنیا میں کوئی فائدہ، نہ آخرت میں فائدہ۔</w:t>
      </w:r>
    </w:p>
    <w:p>
      <w:r>
        <w:rPr>
          <w:b/>
        </w:rPr>
        <w:t xml:space="preserve">[1:04:13] </w:t>
      </w:r>
      <w:r>
        <w:t>kyun is par uljhe rehte hain? kyun is ka charcha karte hain? kyun is par sochte hain? kyun</w:t>
      </w:r>
    </w:p>
    <w:p>
      <w:pPr>
        <w:jc w:val="right"/>
      </w:pPr>
      <w:r>
        <w:t>کیوں اس پر الجھے رہتے ہیں؟ کیوں اس کا چرچا کرتے ہیں؟ کیوں اس پر سوچتے ہیں؟ کیوں</w:t>
      </w:r>
    </w:p>
    <w:p>
      <w:r>
        <w:rPr>
          <w:b/>
        </w:rPr>
        <w:t xml:space="preserve">[1:04:21] </w:t>
      </w:r>
      <w:r>
        <w:t>hain apni duaon ko is par lagate hain? kyun hain? maulana, yeh sawal dhampur se aaya hai mehtab</w:t>
      </w:r>
    </w:p>
    <w:p>
      <w:pPr>
        <w:jc w:val="right"/>
      </w:pPr>
      <w:r>
        <w:t>ہیں اپنی دعاؤں کو اس پر لگاتے ہیں؟ کیوں ہیں؟ مولانا، یہ سوال دھامپور سے آیا ہے مہتاب</w:t>
      </w:r>
    </w:p>
    <w:p>
      <w:r>
        <w:rPr>
          <w:b/>
        </w:rPr>
        <w:t xml:space="preserve">[1:04:29] </w:t>
      </w:r>
      <w:r>
        <w:t>sahib ka aur unhon ne likha hai ke maulana sahib there is a verse in the quran which</w:t>
      </w:r>
    </w:p>
    <w:p>
      <w:pPr>
        <w:jc w:val="right"/>
      </w:pPr>
      <w:r>
        <w:t>صاحب کا اور انہوں نے لکھا ہے کہ مولانا صاحب there is a verse in the Quran which</w:t>
      </w:r>
    </w:p>
    <w:p>
      <w:r>
        <w:rPr>
          <w:b/>
        </w:rPr>
        <w:t xml:space="preserve">[1:04:36] </w:t>
      </w:r>
      <w:r>
        <w:t>says والله يحب المحسنين my question is who are muhsin mentioned here is ke bare mein batayen.</w:t>
      </w:r>
    </w:p>
    <w:p>
      <w:pPr>
        <w:jc w:val="right"/>
      </w:pPr>
      <w:r>
        <w:t>says والله يحب المحسنين my question is who are محسن mentioned here اس کے بارے میں بتائیں۔</w:t>
      </w:r>
    </w:p>
    <w:p>
      <w:r>
        <w:rPr>
          <w:b/>
        </w:rPr>
        <w:t xml:space="preserve">[1:04:44] </w:t>
      </w:r>
      <w:r>
        <w:t>bhai, hamari yeh hamari tafseer aap padhiye, tazkir ul quran, is mein is ki wazahat maujood hai.</w:t>
      </w:r>
    </w:p>
    <w:p>
      <w:pPr>
        <w:jc w:val="right"/>
      </w:pPr>
      <w:r>
        <w:t>بھئی، ہماری یہ ہماری تفسیر آپ پڑھیے، تذکر القرآن، اس میں اس کی وضاحت موجود ہے۔</w:t>
      </w:r>
    </w:p>
    <w:p>
      <w:r>
        <w:rPr>
          <w:b/>
        </w:rPr>
        <w:t xml:space="preserve">[1:04:50] </w:t>
      </w:r>
      <w:r>
        <w:t>is ko parh kar ke phir bhi jo sawal baqi rehta hai, woh kijiye agle itwar ko.</w:t>
      </w:r>
    </w:p>
    <w:p>
      <w:pPr>
        <w:jc w:val="right"/>
      </w:pPr>
      <w:r>
        <w:t>اس کو پڑھ کر کے پھر بھی جو سوال باقی رہتا ہے، وہ کیجیے اگلے اتوار کو۔</w:t>
      </w:r>
    </w:p>
    <w:p>
      <w:r>
        <w:rPr>
          <w:b/>
        </w:rPr>
        <w:t xml:space="preserve">[1:04:58] </w:t>
      </w:r>
      <w:r>
        <w:t>maulana, agla sawal muradabad se aaya hai aur bilal sahib ne kiya hai.</w:t>
      </w:r>
    </w:p>
    <w:p>
      <w:pPr>
        <w:jc w:val="right"/>
      </w:pPr>
      <w:r>
        <w:t>مولانا، اگلا سوال مراد آباد سے آیا ہے اور بلال صاحب نے کیا ہے۔</w:t>
      </w:r>
    </w:p>
    <w:p>
      <w:r>
        <w:rPr>
          <w:b/>
        </w:rPr>
        <w:t xml:space="preserve">[1:05:04] </w:t>
      </w:r>
      <w:r>
        <w:t>unhon ne aap se poocha hai ke what is the formula that one can adopt to build one's</w:t>
      </w:r>
    </w:p>
    <w:p>
      <w:pPr>
        <w:jc w:val="right"/>
      </w:pPr>
      <w:r>
        <w:t>انہوں نے آپ سے پوچھا ہے کہ what is the formula that one can adopt to build one's</w:t>
      </w:r>
    </w:p>
    <w:p>
      <w:r>
        <w:rPr>
          <w:b/>
        </w:rPr>
        <w:t xml:space="preserve">[1:05:11] </w:t>
      </w:r>
      <w:r>
        <w:t>personality please advice bhai, in cheezon par bohat zyada hum likh chuke hain, is ko padhte kyun nahi</w:t>
      </w:r>
    </w:p>
    <w:p>
      <w:pPr>
        <w:jc w:val="right"/>
      </w:pPr>
      <w:r>
        <w:t>personality please advice بھئی، ان چیزوں پر بہت زیادہ ہم لکھ چکے ہیں، اس کو پڑھتے کیوں نہیں</w:t>
      </w:r>
    </w:p>
    <w:p>
      <w:r>
        <w:rPr>
          <w:b/>
        </w:rPr>
        <w:t xml:space="preserve">[1:05:19] </w:t>
      </w:r>
      <w:r>
        <w:t>hain aap log? bohat zyada likh chuke hain.</w:t>
      </w:r>
    </w:p>
    <w:p>
      <w:pPr>
        <w:jc w:val="right"/>
      </w:pPr>
      <w:r>
        <w:t>ہیں آپ لوگ؟ بہت زیادہ لکھ چکے ہیں۔</w:t>
      </w:r>
    </w:p>
    <w:p>
      <w:r>
        <w:rPr>
          <w:b/>
        </w:rPr>
        <w:t xml:space="preserve">[1:05:23] </w:t>
      </w:r>
      <w:r>
        <w:t>abhi hamari do kitab chhapi hain, kitab marifat aur izhar e deen, is mein kai chapter hain.</w:t>
      </w:r>
    </w:p>
    <w:p>
      <w:pPr>
        <w:jc w:val="right"/>
      </w:pPr>
      <w:r>
        <w:t>ابھی ہماری دو کتاب چھپی ہیں، کتاب معرفت اور اظہار دین، اس میں کئی چیپٹر ہیں۔</w:t>
      </w:r>
    </w:p>
    <w:p>
      <w:r>
        <w:rPr>
          <w:b/>
        </w:rPr>
        <w:t xml:space="preserve">[1:05:29] </w:t>
      </w:r>
      <w:r>
        <w:t>to main aap logon se kahunga ke aap in kitabon ko padhen, phir jo baat wahan wazeh</w:t>
      </w:r>
    </w:p>
    <w:p>
      <w:pPr>
        <w:jc w:val="right"/>
      </w:pPr>
      <w:r>
        <w:t>تو میں آپ لوگوں سے کہوں گا کہ آپ ان کتابوں کو پڑھیں، پھر جو بات وہاں واضح</w:t>
      </w:r>
    </w:p>
    <w:p>
      <w:r>
        <w:rPr>
          <w:b/>
        </w:rPr>
        <w:t xml:space="preserve">[1:05:37] </w:t>
      </w:r>
      <w:r>
        <w:t>nahi hui, is par sawal kijiye.</w:t>
      </w:r>
    </w:p>
    <w:p>
      <w:pPr>
        <w:jc w:val="right"/>
      </w:pPr>
      <w:r>
        <w:t>نہیں ہوئی، اس پر سوال کیجیے۔</w:t>
      </w:r>
    </w:p>
    <w:p>
      <w:r>
        <w:rPr>
          <w:b/>
        </w:rPr>
        <w:t xml:space="preserve">[1:05:40] </w:t>
      </w:r>
      <w:r>
        <w:t>Aap kitaab marifat padhiye aur izhaar-e-deen padhiye, is ke baad bataiye ke falan baat is mein wazeh</w:t>
      </w:r>
    </w:p>
    <w:p>
      <w:pPr>
        <w:jc w:val="right"/>
      </w:pPr>
      <w:r>
        <w:t>آپ کتاب معرفت پڑھیے اور اظہار دین پڑھیے، اس کے بعد بتائیے کہ فلاں بات اس میں واضح</w:t>
      </w:r>
    </w:p>
    <w:p>
      <w:r>
        <w:rPr>
          <w:b/>
        </w:rPr>
        <w:t xml:space="preserve">[1:05:47] </w:t>
      </w:r>
      <w:r>
        <w:t>nahi hui, to phir main inshallah is ka jawab doonga.</w:t>
      </w:r>
    </w:p>
    <w:p>
      <w:pPr>
        <w:jc w:val="right"/>
      </w:pPr>
      <w:r>
        <w:t>نہیں ہوئی، تو پھر میں انشاءاللہ اس کا جواب دوں گا۔</w:t>
      </w:r>
    </w:p>
    <w:p>
      <w:r>
        <w:rPr>
          <w:b/>
        </w:rPr>
        <w:t xml:space="preserve">[1:05:52] </w:t>
      </w:r>
      <w:r>
        <w:t>main yeh sahi tareeqa hai.</w:t>
      </w:r>
    </w:p>
    <w:p>
      <w:pPr>
        <w:jc w:val="right"/>
      </w:pPr>
      <w:r>
        <w:t>میں یہ صحیح طریقہ ہے۔</w:t>
      </w:r>
    </w:p>
    <w:p>
      <w:r>
        <w:rPr>
          <w:b/>
        </w:rPr>
        <w:t xml:space="preserve">[1:05:54] </w:t>
      </w:r>
      <w:r>
        <w:t>Maulana, agla sawal Bhopal se aaya hai, Zubair sahib ne kiya hai aur unhon ne likha hai ke</w:t>
      </w:r>
    </w:p>
    <w:p>
      <w:pPr>
        <w:jc w:val="right"/>
      </w:pPr>
      <w:r>
        <w:t>مولانا، اگلا سوال بھوپال سے آیا ہے، زبیر صاحب نے کیا ہے اور انہوں نے لکھا ہے کہ</w:t>
      </w:r>
    </w:p>
    <w:p>
      <w:r>
        <w:rPr>
          <w:b/>
        </w:rPr>
        <w:t xml:space="preserve">[1:06:02] </w:t>
      </w:r>
      <w:r>
        <w:t>does Islam believe in merging oneself with God yeh sab Islam ka tasawwur nahi hai.</w:t>
      </w:r>
    </w:p>
    <w:p>
      <w:pPr>
        <w:jc w:val="right"/>
      </w:pPr>
      <w:r>
        <w:t>does Islam believe in merging oneself with God یہ سب اسلام کا تصور نہیں ہے۔</w:t>
      </w:r>
    </w:p>
    <w:p>
      <w:r>
        <w:rPr>
          <w:b/>
        </w:rPr>
        <w:t xml:space="preserve">[1:06:08] </w:t>
      </w:r>
      <w:r>
        <w:t>merge karna, aap aise sawalat kyun karte hain? Aap log is par bohat likha ja chuka hai.</w:t>
      </w:r>
    </w:p>
    <w:p>
      <w:pPr>
        <w:jc w:val="right"/>
      </w:pPr>
      <w:r>
        <w:t>مرج کرنا، آپ ایسے سوالات کیوں کرتے ہیں؟ آپ لوگ اس پر بہت لکھا جا چکا ہے۔</w:t>
      </w:r>
    </w:p>
    <w:p>
      <w:r>
        <w:rPr>
          <w:b/>
        </w:rPr>
        <w:t xml:space="preserve">[1:06:16] </w:t>
      </w:r>
      <w:r>
        <w:t>Yaani dekhiye, kai log mujhe lagta hai ke bas sawal faqat sikh ka aap karte hain.</w:t>
      </w:r>
    </w:p>
    <w:p>
      <w:pPr>
        <w:jc w:val="right"/>
      </w:pPr>
      <w:r>
        <w:t>یعنی دیکھیے، کئی لوگ مجھے لگتا ہے کہ بس سوال فقط سکھ کا آپ کرتے ہیں۔</w:t>
      </w:r>
    </w:p>
    <w:p>
      <w:r>
        <w:rPr>
          <w:b/>
        </w:rPr>
        <w:t xml:space="preserve">[1:06:23] </w:t>
      </w:r>
      <w:r>
        <w:t>Is ko bhi kitaab marifat mein mere paas maujood hai, padh li jiye aap.</w:t>
      </w:r>
    </w:p>
    <w:p>
      <w:pPr>
        <w:jc w:val="right"/>
      </w:pPr>
      <w:r>
        <w:t>اس کو بھی کتاب معرفت میں میرے پاس موجود ہے، پڑھ لیجیے آپ۔</w:t>
      </w:r>
    </w:p>
    <w:p>
      <w:r>
        <w:rPr>
          <w:b/>
        </w:rPr>
        <w:t xml:space="preserve">[1:06:28] </w:t>
      </w:r>
      <w:r>
        <w:t>Aisa sawal kar ke kya faida hai ke sawal faqat sikh ka? Aap dekhiye, aaj jitne sawal aa</w:t>
      </w:r>
    </w:p>
    <w:p>
      <w:pPr>
        <w:jc w:val="right"/>
      </w:pPr>
      <w:r>
        <w:t>ایسا سوال کر کے کیا فائدہ ہے کہ سوال فقط سکھ کا؟ آپ دیکھیے، آج جتنے سوال آ</w:t>
      </w:r>
    </w:p>
    <w:p>
      <w:r>
        <w:rPr>
          <w:b/>
        </w:rPr>
        <w:t xml:space="preserve">[1:06:36] </w:t>
      </w:r>
      <w:r>
        <w:t>rahe hain, ek bhi aaj ki talk par nahi hai.</w:t>
      </w:r>
    </w:p>
    <w:p>
      <w:pPr>
        <w:jc w:val="right"/>
      </w:pPr>
      <w:r>
        <w:t>رہے ہیں، ایک بھی آج کی ٹاک پر نہیں ہے۔</w:t>
      </w:r>
    </w:p>
    <w:p>
      <w:r>
        <w:rPr>
          <w:b/>
        </w:rPr>
        <w:t xml:space="preserve">[1:06:40] </w:t>
      </w:r>
      <w:r>
        <w:t>Aaj ki talk ne aap logon ke mind ko activate nahi kiya.</w:t>
      </w:r>
    </w:p>
    <w:p>
      <w:pPr>
        <w:jc w:val="right"/>
      </w:pPr>
      <w:r>
        <w:t>آج کی ٹاک نے آپ لوگوں کے مائنڈ کو ایکٹیویٹ نہیں کیا۔</w:t>
      </w:r>
    </w:p>
    <w:p>
      <w:r>
        <w:rPr>
          <w:b/>
        </w:rPr>
        <w:t xml:space="preserve">[1:06:45] </w:t>
      </w:r>
      <w:r>
        <w:t>Aaj ki talk ne aap ko koi sawal nahi paida kiya.</w:t>
      </w:r>
    </w:p>
    <w:p>
      <w:pPr>
        <w:jc w:val="right"/>
      </w:pPr>
      <w:r>
        <w:t>آج کی ٹاک نے آپ کو کوئی سوال نہیں پیدا کیا۔</w:t>
      </w:r>
    </w:p>
    <w:p>
      <w:r>
        <w:rPr>
          <w:b/>
        </w:rPr>
        <w:t xml:space="preserve">[1:06:50] </w:t>
      </w:r>
      <w:r>
        <w:t>Aap, aap aaj ki talk ne aap ke mind ko hilaya nahi.</w:t>
      </w:r>
    </w:p>
    <w:p>
      <w:pPr>
        <w:jc w:val="right"/>
      </w:pPr>
      <w:r>
        <w:t>آپ، آپ آج کی ٹاک نے آپ کے مائنڈ کو ہلایا نہیں۔</w:t>
      </w:r>
    </w:p>
    <w:p>
      <w:r>
        <w:rPr>
          <w:b/>
        </w:rPr>
        <w:t xml:space="preserve">[1:06:55] </w:t>
      </w:r>
      <w:r>
        <w:t>Is ke bare mein kuch bolein aap, kya faida hai? Main is waqt aise sawalat se, main aise</w:t>
      </w:r>
    </w:p>
    <w:p>
      <w:pPr>
        <w:jc w:val="right"/>
      </w:pPr>
      <w:r>
        <w:t>اس کے بارے میں کچھ بولیں آپ، کیا فائدہ ہے؟ میں اس وقت ایسے سوالات سے، میں ایسے</w:t>
      </w:r>
    </w:p>
    <w:p>
      <w:r>
        <w:rPr>
          <w:b/>
        </w:rPr>
        <w:t xml:space="preserve">[1:07:03] </w:t>
      </w:r>
      <w:r>
        <w:t>sawaalat ko sawal faqat sikh ka samajhta hoon.</w:t>
      </w:r>
    </w:p>
    <w:p>
      <w:pPr>
        <w:jc w:val="right"/>
      </w:pPr>
      <w:r>
        <w:t>سوالات کو سوال فقط سکھ کا سمجھتا ہوں۔</w:t>
      </w:r>
    </w:p>
    <w:p>
      <w:r>
        <w:rPr>
          <w:b/>
        </w:rPr>
        <w:t xml:space="preserve">[1:07:06] </w:t>
      </w:r>
      <w:r>
        <w:t>Bohat zyada sochiye, tab is ko aap hal kijiye.</w:t>
      </w:r>
    </w:p>
    <w:p>
      <w:pPr>
        <w:jc w:val="right"/>
      </w:pPr>
      <w:r>
        <w:t>بہت زیادہ سوچیے، تب اس کو آپ حل کیجیے۔</w:t>
      </w:r>
    </w:p>
    <w:p>
      <w:r>
        <w:rPr>
          <w:b/>
        </w:rPr>
        <w:t xml:space="preserve">[1:07:10] </w:t>
      </w:r>
      <w:r>
        <w:t>Mislan, hafte bhar sochiye, hafte bhar sochiye, phir aayein ek sawal kijiye to woh sawal hoga.</w:t>
      </w:r>
    </w:p>
    <w:p>
      <w:pPr>
        <w:jc w:val="right"/>
      </w:pPr>
      <w:r>
        <w:t>مثلاً، ہفتے بھر سوچیے، ہفتے بھر سوچیے، پھر آئیں ایک سوال کیجیے تو وہ سوال ہوگا۔</w:t>
      </w:r>
    </w:p>
    <w:p>
      <w:r>
        <w:rPr>
          <w:b/>
        </w:rPr>
        <w:t xml:space="preserve">[1:07:17] </w:t>
      </w:r>
      <w:r>
        <w:t>Bas baithe baithe aap ka ek reflection hua, ek sawal kar diya aap ne.</w:t>
      </w:r>
    </w:p>
    <w:p>
      <w:pPr>
        <w:jc w:val="right"/>
      </w:pPr>
      <w:r>
        <w:t>بس بیٹھے بیٹھے آپ کا ایک ریفلیکشن ہوا، ایک سوال کر دیا آپ نے۔</w:t>
      </w:r>
    </w:p>
    <w:p>
      <w:r>
        <w:rPr>
          <w:b/>
        </w:rPr>
        <w:t xml:space="preserve">[1:07:23] </w:t>
      </w:r>
      <w:r>
        <w:t>That is not a proper question. Main kahunga ke aap log art of sawal karna seekhiye.</w:t>
      </w:r>
    </w:p>
    <w:p>
      <w:pPr>
        <w:jc w:val="right"/>
      </w:pPr>
      <w:r>
        <w:t>that is not a proper question میں کہوں گا کہ آپ لوگ آرٹ آف سوال کرنا سیکھیے۔</w:t>
      </w:r>
    </w:p>
    <w:p>
      <w:r>
        <w:rPr>
          <w:b/>
        </w:rPr>
        <w:t xml:space="preserve">[1:07:30] </w:t>
      </w:r>
      <w:r>
        <w:t>Sawal karna bhi ek art hai, is ko seekhiye.</w:t>
      </w:r>
    </w:p>
    <w:p>
      <w:pPr>
        <w:jc w:val="right"/>
      </w:pPr>
      <w:r>
        <w:t>سوال کرنا بھی ایک آرٹ ہے، اس کو سیکھیے۔</w:t>
      </w:r>
    </w:p>
    <w:p>
      <w:r>
        <w:rPr>
          <w:b/>
        </w:rPr>
        <w:t xml:space="preserve">[1:07:34] </w:t>
      </w:r>
      <w:r>
        <w:t>Maulana, agla sawal Delhi se hai, Shahnawaz Zafar sahib ne kiya hai.</w:t>
      </w:r>
    </w:p>
    <w:p>
      <w:pPr>
        <w:jc w:val="right"/>
      </w:pPr>
      <w:r>
        <w:t>مولانا، اگلا سوال دلی سے ہے، شاہنواز ظفر صاحب نے کیا ہے۔</w:t>
      </w:r>
    </w:p>
    <w:p>
      <w:r>
        <w:rPr>
          <w:b/>
        </w:rPr>
        <w:t xml:space="preserve">[1:07:39] </w:t>
      </w:r>
      <w:r>
        <w:t>Unhon ne likha hai ke khair khwahi kya hai? Kisi mujrim ka jurm, kisi ka saabit hone ke</w:t>
      </w:r>
    </w:p>
    <w:p>
      <w:pPr>
        <w:jc w:val="right"/>
      </w:pPr>
      <w:r>
        <w:t>انہوں نے لکھا ہے کہ خیر خواہی کیا ہے؟ کسی مجرم کا جرم، کسی کا ثابت ہونے کے</w:t>
      </w:r>
    </w:p>
    <w:p>
      <w:r>
        <w:rPr>
          <w:b/>
        </w:rPr>
        <w:t xml:space="preserve">[1:07:47] </w:t>
      </w:r>
      <w:r>
        <w:t>baad use saza dena kya khair khwahi mein aata hai? Allah pak kamil khair khwah hain, sab se</w:t>
      </w:r>
    </w:p>
    <w:p>
      <w:pPr>
        <w:jc w:val="right"/>
      </w:pPr>
      <w:r>
        <w:t>بعد اسے سزا دینا کیا خیر خواہی میں آتا ہے؟ اللہ پاک کامل خیر خواہ ہیں، سب سے</w:t>
      </w:r>
    </w:p>
    <w:p>
      <w:r>
        <w:rPr>
          <w:b/>
        </w:rPr>
        <w:t xml:space="preserve">[1:07:55] </w:t>
      </w:r>
      <w:r>
        <w:t>zyada reham karne wale hain, saath hi woh kamil insaaf pasand bhi hain.</w:t>
      </w:r>
    </w:p>
    <w:p>
      <w:pPr>
        <w:jc w:val="right"/>
      </w:pPr>
      <w:r>
        <w:t>زیادہ رحم کرنے والے ہیں، ساتھ ہی وہ کامل انصاف پسند بھی ہیں۔</w:t>
      </w:r>
    </w:p>
    <w:p>
      <w:r>
        <w:rPr>
          <w:b/>
        </w:rPr>
        <w:t xml:space="preserve">[1:08:00] </w:t>
      </w:r>
      <w:r>
        <w:t>Insaaf ke tehat jo mujrimon ko saza bhi dete hain aur saza dena yaani mujrim ko takleef dena</w:t>
      </w:r>
    </w:p>
    <w:p>
      <w:pPr>
        <w:jc w:val="right"/>
      </w:pPr>
      <w:r>
        <w:t>انصاف کے تحت جو مجرموں کو سزا بھی دیتے ہیں اور سزا دینا یعنی مجرم کو تکلیف دینا</w:t>
      </w:r>
    </w:p>
    <w:p>
      <w:r>
        <w:rPr>
          <w:b/>
        </w:rPr>
        <w:t xml:space="preserve">[1:08:08]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[1:08:09] </w:t>
      </w:r>
      <w:r>
        <w:t>yahan Allah ki kamil khair khwahi ko hum kaise samjhein? is ko yeh koi sawal nahi hai ke</w:t>
      </w:r>
    </w:p>
    <w:p>
      <w:pPr>
        <w:jc w:val="right"/>
      </w:pPr>
      <w:r>
        <w:t>یہاں اللہ کی کامل خیر خواہی کو ہم کیسے سمجھیں؟ اس کو یہ کوئی سوال نہیں ہے کہ</w:t>
      </w:r>
    </w:p>
    <w:p>
      <w:r>
        <w:rPr>
          <w:b/>
        </w:rPr>
        <w:t xml:space="preserve">[1:08:17] </w:t>
      </w:r>
      <w:r>
        <w:t>kya aap log hairan ho ke aap log kya sawal karte hain? parhte nahi hain aap log? aap</w:t>
      </w:r>
    </w:p>
    <w:p>
      <w:pPr>
        <w:jc w:val="right"/>
      </w:pPr>
      <w:r>
        <w:t>کیا آپ لوگ حیران ہو کہ آپ لوگ کیا سوال کرتے ہیں؟ پڑھتے نہیں ہیں آپ لوگ؟ آپ</w:t>
      </w:r>
    </w:p>
    <w:p>
      <w:r>
        <w:rPr>
          <w:b/>
        </w:rPr>
        <w:t xml:space="preserve">[1:08:25] </w:t>
      </w:r>
      <w:r>
        <w:t>mein se har shakhs hamari kitabon ko bar bar parhe, phir us ko aaye ga sawal kiya cheez</w:t>
      </w:r>
    </w:p>
    <w:p>
      <w:pPr>
        <w:jc w:val="right"/>
      </w:pPr>
      <w:r>
        <w:t>میں سے ہر شخص ہماری کتابوں کو بار بار پڑھے، پھر اس کو آئے گا سوال کیا چیز</w:t>
      </w:r>
    </w:p>
    <w:p>
      <w:r>
        <w:rPr>
          <w:b/>
        </w:rPr>
        <w:t xml:space="preserve">[1:08:33] </w:t>
      </w:r>
      <w:r>
        <w:t>hoti hai? yeh to khwamkhwah aik confusion ko odhel diya aap ne kaghaz par.</w:t>
      </w:r>
    </w:p>
    <w:p>
      <w:pPr>
        <w:jc w:val="right"/>
      </w:pPr>
      <w:r>
        <w:t>ہوتی ہے؟ یہ تو خوامخواہ ایک کنفیوژن کو اڈیل دیا آپ نے کاغذ پر۔</w:t>
      </w:r>
    </w:p>
    <w:p>
      <w:r>
        <w:rPr>
          <w:b/>
        </w:rPr>
        <w:t xml:space="preserve">[1:08:39] </w:t>
      </w:r>
      <w:r>
        <w:t>beshak, aik confusion ko aap kahan se odhel diya? yeh sawal nahi hai.</w:t>
      </w:r>
    </w:p>
    <w:p>
      <w:pPr>
        <w:jc w:val="right"/>
      </w:pPr>
      <w:r>
        <w:t>بے شک، ایک کنفیوژن کو آپ کہاں سے اڈیل دیا؟ یہ سوال نہیں ہے۔</w:t>
      </w:r>
    </w:p>
    <w:p>
      <w:r>
        <w:rPr>
          <w:b/>
        </w:rPr>
        <w:t xml:space="preserve">[1:08:45] </w:t>
      </w:r>
      <w:r>
        <w:t>beshak, mein aap sab logon se kahoon ga ke aap log meri kitabon ko bar bar parhiye,</w:t>
      </w:r>
    </w:p>
    <w:p>
      <w:pPr>
        <w:jc w:val="right"/>
      </w:pPr>
      <w:r>
        <w:t>بے شک، میں آپ سب لوگوں سے کہوں گا کہ آپ لوگ میری کتابوں کو بار بار پڑھیے،</w:t>
      </w:r>
    </w:p>
    <w:p>
      <w:r>
        <w:rPr>
          <w:b/>
        </w:rPr>
        <w:t xml:space="preserve">[1:08:52] </w:t>
      </w:r>
      <w:r>
        <w:t>phir sahi sawal karna aaye ga aap ko.</w:t>
      </w:r>
    </w:p>
    <w:p>
      <w:pPr>
        <w:jc w:val="right"/>
      </w:pPr>
      <w:r>
        <w:t>پھر صحیح سوال کرنا آئے گا آپ کو۔</w:t>
      </w:r>
    </w:p>
    <w:p>
      <w:r>
        <w:rPr>
          <w:b/>
        </w:rPr>
        <w:t xml:space="preserve">[1:08:56] </w:t>
      </w:r>
      <w:r>
        <w:t>maaf kijiye ga.</w:t>
      </w:r>
    </w:p>
    <w:p>
      <w:pPr>
        <w:jc w:val="right"/>
      </w:pPr>
      <w:r>
        <w:t>معاف کیجیے گا۔</w:t>
      </w:r>
    </w:p>
    <w:p>
      <w:r>
        <w:rPr>
          <w:b/>
        </w:rPr>
        <w:t xml:space="preserve">[1:08:57] </w:t>
      </w:r>
      <w:r>
        <w:t>maulana, aik comment parhna chahein ge jo abdul basit umri sahib ne likha hai, doha, qatar se.</w:t>
      </w:r>
    </w:p>
    <w:p>
      <w:pPr>
        <w:jc w:val="right"/>
      </w:pPr>
      <w:r>
        <w:t>مولانا، ایک کمنٹ پڑھنا چاہیں گے جو عبدالباسط عمری صاحب نے لکھا ہے، دوحہ، قطر سے۔</w:t>
      </w:r>
    </w:p>
    <w:p>
      <w:r>
        <w:rPr>
          <w:b/>
        </w:rPr>
        <w:t xml:space="preserve">[1:09:04] </w:t>
      </w:r>
      <w:r>
        <w:t>unhon ne likha hai ke maulana, aaj aap ne jo baatein bataein ke kis tarah jihad bil saif ke</w:t>
      </w:r>
    </w:p>
    <w:p>
      <w:pPr>
        <w:jc w:val="right"/>
      </w:pPr>
      <w:r>
        <w:t>انہوں نے لکھا ہے کہ مولانا، آج آپ نے جو باتیں بتائیں کہ کس طرح جہاد بالسیف کے</w:t>
      </w:r>
    </w:p>
    <w:p>
      <w:r>
        <w:rPr>
          <w:b/>
        </w:rPr>
        <w:t xml:space="preserve">[1:09:12] </w:t>
      </w:r>
      <w:r>
        <w:t>halat khatam ho chuke hain, dunya mein jamhooriyat ka zamana aana yeh Allah ki bari nemat hai.</w:t>
      </w:r>
    </w:p>
    <w:p>
      <w:pPr>
        <w:jc w:val="right"/>
      </w:pPr>
      <w:r>
        <w:t>حالات ختم ہو چکے ہیں، دنیا میں جمہوریت کا زمانہ آنا یہ اللہ کی بڑی نعمت ہے۔</w:t>
      </w:r>
    </w:p>
    <w:p>
      <w:r>
        <w:rPr>
          <w:b/>
        </w:rPr>
        <w:t xml:space="preserve">[1:09:19] </w:t>
      </w:r>
      <w:r>
        <w:t>yeh wahi cheez hai jis ke liye sahaba ko jihad bil saif ka hukum tha.</w:t>
      </w:r>
    </w:p>
    <w:p>
      <w:pPr>
        <w:jc w:val="right"/>
      </w:pPr>
      <w:r>
        <w:t>یہ وہی چیز ہے جس کے لیے صحابہ کو جہاد بالسیف کا حکم تھا۔</w:t>
      </w:r>
    </w:p>
    <w:p>
      <w:r>
        <w:rPr>
          <w:b/>
        </w:rPr>
        <w:t xml:space="preserve">[1:09:25] </w:t>
      </w:r>
      <w:r>
        <w:t>ab phir kis baat ke liye jihad bil saif hoga? ab jihad bil Quran ka daur hai.</w:t>
      </w:r>
    </w:p>
    <w:p>
      <w:pPr>
        <w:jc w:val="right"/>
      </w:pPr>
      <w:r>
        <w:t>اب پھر کس بات کے لیے جہاد بالسیف ہوگا؟ اب جہاد بالقرآن کا دور ہے۔</w:t>
      </w:r>
    </w:p>
    <w:p>
      <w:r>
        <w:rPr>
          <w:b/>
        </w:rPr>
        <w:t xml:space="preserve">[1:09:32] </w:t>
      </w:r>
      <w:r>
        <w:t>maulana, aap ki yeh baatein mind ko address karti hain.</w:t>
      </w:r>
    </w:p>
    <w:p>
      <w:pPr>
        <w:jc w:val="right"/>
      </w:pPr>
      <w:r>
        <w:t>مولانا، آپ کی یہ باتیں مائنڈ کو ایڈریس کرتی ہیں۔</w:t>
      </w:r>
    </w:p>
    <w:p>
      <w:r>
        <w:rPr>
          <w:b/>
        </w:rPr>
        <w:t xml:space="preserve">[1:09:36] </w:t>
      </w:r>
      <w:r>
        <w:t>Allah agar aap ki kitabon aur taqreeron ki taraf mujhe nahi lagate to mein bhi bechaini aur</w:t>
      </w:r>
    </w:p>
    <w:p>
      <w:pPr>
        <w:jc w:val="right"/>
      </w:pPr>
      <w:r>
        <w:t>اللہ اگر آپ کی کتابوں اور تقریروں کی طرف مجھے نہیں لگاتے تو میں بھی بے چینی اور</w:t>
      </w:r>
    </w:p>
    <w:p>
      <w:r>
        <w:rPr>
          <w:b/>
        </w:rPr>
        <w:t xml:space="preserve">[1:09:44] </w:t>
      </w:r>
      <w:r>
        <w:t>mayusi mein jeeta aur isi mein mar jata.</w:t>
      </w:r>
    </w:p>
    <w:p>
      <w:pPr>
        <w:jc w:val="right"/>
      </w:pPr>
      <w:r>
        <w:t>مایوسی میں جیتا اور اسی میں مر جاتا۔</w:t>
      </w:r>
    </w:p>
    <w:p>
      <w:r>
        <w:rPr>
          <w:b/>
        </w:rPr>
        <w:t xml:space="preserve">[1:09:47] </w:t>
      </w:r>
      <w:r>
        <w:t>maulana, agla sawal doctor farida khanam ka hai, deli se.</w:t>
      </w:r>
    </w:p>
    <w:p>
      <w:pPr>
        <w:jc w:val="right"/>
      </w:pPr>
      <w:r>
        <w:t>مولانا، اگلا سوال ڈاکٹر فریدہ خانم کا ہے، دلی سے۔</w:t>
      </w:r>
    </w:p>
    <w:p>
      <w:r>
        <w:rPr>
          <w:b/>
        </w:rPr>
        <w:t xml:space="preserve">[1:09:51] </w:t>
      </w:r>
      <w:r>
        <w:t>unhon ne likha hai ke why is it that Muslims failed to understand the importance of democracy which</w:t>
      </w:r>
    </w:p>
    <w:p>
      <w:pPr>
        <w:jc w:val="right"/>
      </w:pPr>
      <w:r>
        <w:t>انہوں نے لکھا ہے کہ why is it that Muslims failed to understand the importance of democracy which</w:t>
      </w:r>
    </w:p>
    <w:p>
      <w:r>
        <w:rPr>
          <w:b/>
        </w:rPr>
        <w:t xml:space="preserve">[1:09:59] </w:t>
      </w:r>
      <w:r>
        <w:t>is exactly in accordance with the spirit of Islam dekhiye, Quran mein khud jamhooriyat ka usool maujood hai.</w:t>
      </w:r>
    </w:p>
    <w:p>
      <w:pPr>
        <w:jc w:val="right"/>
      </w:pPr>
      <w:r>
        <w:t>is exactly in accordance with the spirit of Islam دیکھیے، قرآن میں خود جمہوریت کا اصول موجود ہے۔</w:t>
      </w:r>
    </w:p>
    <w:p>
      <w:r>
        <w:rPr>
          <w:b/>
        </w:rPr>
        <w:t xml:space="preserve">[1:10:07] </w:t>
      </w:r>
      <w:r>
        <w:t>amruhum shura baynahum yahi to jamhooriyat hai.</w:t>
      </w:r>
    </w:p>
    <w:p>
      <w:pPr>
        <w:jc w:val="right"/>
      </w:pPr>
      <w:r>
        <w:t>أمرهم شورى بينهم یہی تو جمہوریت ہے۔</w:t>
      </w:r>
    </w:p>
    <w:p>
      <w:r>
        <w:rPr>
          <w:b/>
        </w:rPr>
        <w:t xml:space="preserve">[1:10:10] </w:t>
      </w:r>
      <w:r>
        <w:t>asal cheez yeh hui, is se pehle mein yeh baat arz kar chuka hoon ke jis zamane mein</w:t>
      </w:r>
    </w:p>
    <w:p>
      <w:pPr>
        <w:jc w:val="right"/>
      </w:pPr>
      <w:r>
        <w:t>اصل چیز یہ ہوئی، اس سے پہلے میں یہ بات عرض کر چکا ہوں کہ جس زمانے میں</w:t>
      </w:r>
    </w:p>
    <w:p>
      <w:r>
        <w:rPr>
          <w:b/>
        </w:rPr>
        <w:t xml:space="preserve">[1:10:17] </w:t>
      </w:r>
      <w:r>
        <w:t>jamhooriyat aayi, western civilization aayi, modern taraqqiyan aayin, modern communication aayi, yeh sari press ka zamana aaya.</w:t>
      </w:r>
    </w:p>
    <w:p>
      <w:pPr>
        <w:jc w:val="right"/>
      </w:pPr>
      <w:r>
        <w:t>جمہوریت آئی، ویسٹرن سویلائزیشن آئی، ماڈرن ترقیاں آئیں، ماڈرن کمیونیکیشن آئی، یہ ساری پریس کا زمانہ آیا۔</w:t>
      </w:r>
    </w:p>
    <w:p>
      <w:r>
        <w:rPr>
          <w:b/>
        </w:rPr>
        <w:t xml:space="preserve">[1:10:25] </w:t>
      </w:r>
      <w:r>
        <w:t>jis zamane mein, theek usi zamane mein aik waqea hua, woh kya hai? colonialism aa gaya.</w:t>
      </w:r>
    </w:p>
    <w:p>
      <w:pPr>
        <w:jc w:val="right"/>
      </w:pPr>
      <w:r>
        <w:t>جس زمانے میں، ٹھیک اسی زمانے میں ایک واقعہ ہوا، وہ کیا ہے؟ کلونیلزم آگیا۔</w:t>
      </w:r>
    </w:p>
    <w:p>
      <w:r>
        <w:rPr>
          <w:b/>
        </w:rPr>
        <w:t xml:space="preserve">[1:10:31] </w:t>
      </w:r>
      <w:r>
        <w:t>yani Europe ki taqatein dunya mein phaili aur unhon ne Muslim mulkon mein jagah jagah apna dabdaba qaim</w:t>
      </w:r>
    </w:p>
    <w:p>
      <w:pPr>
        <w:jc w:val="right"/>
      </w:pPr>
      <w:r>
        <w:t>یعنی یورپ کی طاقتیں دنیا میں پھیلی اور انہوں نے مسلم ملکوں میں جگہ جگہ اپنا دبدبہ قائم</w:t>
      </w:r>
    </w:p>
    <w:p>
      <w:r>
        <w:rPr>
          <w:b/>
        </w:rPr>
        <w:t xml:space="preserve">[1:10:39] </w:t>
      </w:r>
      <w:r>
        <w:t>kar liya.</w:t>
      </w:r>
    </w:p>
    <w:p>
      <w:pPr>
        <w:jc w:val="right"/>
      </w:pPr>
      <w:r>
        <w:t>کر لیا۔</w:t>
      </w:r>
    </w:p>
    <w:p>
      <w:r>
        <w:rPr>
          <w:b/>
        </w:rPr>
        <w:t xml:space="preserve">[1:10:40] </w:t>
      </w:r>
      <w:r>
        <w:t>is ke jo musalmanon mein political reaction hua, wahi political reaction musalmanon mein chha gaya, aaj</w:t>
      </w:r>
    </w:p>
    <w:p>
      <w:pPr>
        <w:jc w:val="right"/>
      </w:pPr>
      <w:r>
        <w:t>اس کے جو مسلمانوں میں پولیٹیکل ری ایکشن ہوا، وہی پولیٹیکل ری ایکشن مسلمانوں میں چھا گیا، آج</w:t>
      </w:r>
    </w:p>
    <w:p>
      <w:r>
        <w:rPr>
          <w:b/>
        </w:rPr>
        <w:t xml:space="preserve">[1:10:48] </w:t>
      </w:r>
      <w:r>
        <w:t>tak chhaya hua hai.</w:t>
      </w:r>
    </w:p>
    <w:p>
      <w:pPr>
        <w:jc w:val="right"/>
      </w:pPr>
      <w:r>
        <w:t>تک چھایا ہوا ہے۔</w:t>
      </w:r>
    </w:p>
    <w:p>
      <w:r>
        <w:rPr>
          <w:b/>
        </w:rPr>
        <w:t xml:space="preserve">[1:10:50] </w:t>
      </w:r>
      <w:r>
        <w:t>wo be khabar ho gaye ke yeh jo tarqqiyan hain, is ko hum ne dawat ke liye avail</w:t>
      </w:r>
    </w:p>
    <w:p>
      <w:pPr>
        <w:jc w:val="right"/>
      </w:pPr>
      <w:r>
        <w:t>وہ بے خبر ہو گئے کہ یہ جو ترقیاں ہیں، اس کو ہم نے دعوت کے لیے اویل</w:t>
      </w:r>
    </w:p>
    <w:p>
      <w:r>
        <w:rPr>
          <w:b/>
        </w:rPr>
        <w:t xml:space="preserve">[1:10:57] </w:t>
      </w:r>
      <w:r>
        <w:t>karna hai.</w:t>
      </w:r>
    </w:p>
    <w:p>
      <w:pPr>
        <w:jc w:val="right"/>
      </w:pPr>
      <w:r>
        <w:t>کرنا ہے۔</w:t>
      </w:r>
    </w:p>
    <w:p>
      <w:r>
        <w:rPr>
          <w:b/>
        </w:rPr>
        <w:t xml:space="preserve">[1:10:59] </w:t>
      </w:r>
      <w:r>
        <w:t>dawat ke liye avail karna hai.</w:t>
      </w:r>
    </w:p>
    <w:p>
      <w:pPr>
        <w:jc w:val="right"/>
      </w:pPr>
      <w:r>
        <w:t>دعوت کے لیے اویل کرنا ہے۔</w:t>
      </w:r>
    </w:p>
    <w:p>
      <w:r>
        <w:rPr>
          <w:b/>
        </w:rPr>
        <w:t xml:space="preserve">[1:11:01] </w:t>
      </w:r>
      <w:r>
        <w:t>hamare haan Adam Barg mein ek khandan ka mujhe pata hai, pachees saal tak wo log ladte rahe</w:t>
      </w:r>
    </w:p>
    <w:p>
      <w:pPr>
        <w:jc w:val="right"/>
      </w:pPr>
      <w:r>
        <w:t>ہمارے ہاں آدم برگ میں ایک خاندان کا مجھے پتہ ہے، پچیس سال تک وہ لوگ لڑتے رہے</w:t>
      </w:r>
    </w:p>
    <w:p>
      <w:r>
        <w:rPr>
          <w:b/>
        </w:rPr>
        <w:t xml:space="preserve">[1:11:09] </w:t>
      </w:r>
      <w:r>
        <w:t>aapas mein.</w:t>
      </w:r>
    </w:p>
    <w:p>
      <w:pPr>
        <w:jc w:val="right"/>
      </w:pPr>
      <w:r>
        <w:t>آپس میں۔</w:t>
      </w:r>
    </w:p>
    <w:p>
      <w:r>
        <w:rPr>
          <w:b/>
        </w:rPr>
        <w:t xml:space="preserve">[1:11:11] </w:t>
      </w:r>
      <w:r>
        <w:t>do family, do zameendar family, pachees saal tak.</w:t>
      </w:r>
    </w:p>
    <w:p>
      <w:pPr>
        <w:jc w:val="right"/>
      </w:pPr>
      <w:r>
        <w:t>دو فیملی، دو زمیندار فیملی، پچیس سال تک۔</w:t>
      </w:r>
    </w:p>
    <w:p>
      <w:r>
        <w:rPr>
          <w:b/>
        </w:rPr>
        <w:t xml:space="preserve">[1:11:14] </w:t>
      </w:r>
      <w:r>
        <w:t>yeh meri aankhon ke samne ki baat hai.</w:t>
      </w:r>
    </w:p>
    <w:p>
      <w:pPr>
        <w:jc w:val="right"/>
      </w:pPr>
      <w:r>
        <w:t>یہ میری آنکھوں کے سامنے کی بات ہے۔</w:t>
      </w:r>
    </w:p>
    <w:p>
      <w:r>
        <w:rPr>
          <w:b/>
        </w:rPr>
        <w:t xml:space="preserve">[1:11:18] </w:t>
      </w:r>
      <w:r>
        <w:t>aur kuch, koi, kuch nahi, in ko hum maar rahe hain, in ko hum maar rahe hain, in</w:t>
      </w:r>
    </w:p>
    <w:p>
      <w:pPr>
        <w:jc w:val="right"/>
      </w:pPr>
      <w:r>
        <w:t>اور کچھ، کوئی، کچھ نہیں، ان کو ہم مار رہے ہیں، ان کو ہم مار رہے ہیں، ان</w:t>
      </w:r>
    </w:p>
    <w:p>
      <w:r>
        <w:rPr>
          <w:b/>
        </w:rPr>
        <w:t xml:space="preserve">[1:11:25] </w:t>
      </w:r>
      <w:r>
        <w:t>ka khet kaat rahe hain, in ka khet kaat rahe hain.</w:t>
      </w:r>
    </w:p>
    <w:p>
      <w:pPr>
        <w:jc w:val="right"/>
      </w:pPr>
      <w:r>
        <w:t>کا کھیت کاٹ رہے ہیں، ان کا کھیت کاٹ رہے ہیں۔</w:t>
      </w:r>
    </w:p>
    <w:p>
      <w:r>
        <w:rPr>
          <w:b/>
        </w:rPr>
        <w:t xml:space="preserve">[1:11:30] </w:t>
      </w:r>
      <w:r>
        <w:t>yeh mere samne ki baat hai.</w:t>
      </w:r>
    </w:p>
    <w:p>
      <w:pPr>
        <w:jc w:val="right"/>
      </w:pPr>
      <w:r>
        <w:t>یہ میرے سامنے کی بات ہے۔</w:t>
      </w:r>
    </w:p>
    <w:p>
      <w:r>
        <w:rPr>
          <w:b/>
        </w:rPr>
        <w:t xml:space="preserve">[1:11:33] </w:t>
      </w:r>
      <w:r>
        <w:t>bohat baad ko unhon ne daryaft kiya ke ab to education ka zamana hai.</w:t>
      </w:r>
    </w:p>
    <w:p>
      <w:pPr>
        <w:jc w:val="right"/>
      </w:pPr>
      <w:r>
        <w:t>بہت بعد کو انہوں نے دریافت کیا کہ اب تو ایجوکیشن کا زمانہ ہے۔</w:t>
      </w:r>
    </w:p>
    <w:p>
      <w:r>
        <w:rPr>
          <w:b/>
        </w:rPr>
        <w:t xml:space="preserve">[1:11:39] </w:t>
      </w:r>
      <w:r>
        <w:t>education ka zamana hai, hum kyun lad rahe hain khwamkhwah? Ab isi family ke mutaliq mujhe pata hai,</w:t>
      </w:r>
    </w:p>
    <w:p>
      <w:pPr>
        <w:jc w:val="right"/>
      </w:pPr>
      <w:r>
        <w:t>ایجوکیشن کا زمانہ ہے، ہم کیوں لڑ رہے ہیں خوامخواہ؟ اب اسی فیملی کے متعلق مجھے پتہ ہے،</w:t>
      </w:r>
    </w:p>
    <w:p>
      <w:r>
        <w:rPr>
          <w:b/>
        </w:rPr>
        <w:t xml:space="preserve">[1:11:46] </w:t>
      </w:r>
      <w:r>
        <w:t>abhi mein gaya tha Adam Barg.</w:t>
      </w:r>
    </w:p>
    <w:p>
      <w:pPr>
        <w:jc w:val="right"/>
      </w:pPr>
      <w:r>
        <w:t>ابھی میں گیا تھا آدم برگ۔</w:t>
      </w:r>
    </w:p>
    <w:p>
      <w:r>
        <w:rPr>
          <w:b/>
        </w:rPr>
        <w:t xml:space="preserve">[1:11:49] </w:t>
      </w:r>
      <w:r>
        <w:t>Ab isi family ke koi professor hai, koi engineer hai, koi doctor hai.</w:t>
      </w:r>
    </w:p>
    <w:p>
      <w:pPr>
        <w:jc w:val="right"/>
      </w:pPr>
      <w:r>
        <w:t>اب اسی فیملی کے کوئی پروفیسر ہے، کوئی انجینئر ہے، کوئی ڈاکٹر ہے۔</w:t>
      </w:r>
    </w:p>
    <w:p>
      <w:r>
        <w:rPr>
          <w:b/>
        </w:rPr>
        <w:t xml:space="preserve">[1:11:54] </w:t>
      </w:r>
      <w:r>
        <w:t>Ab chhod diya unhon ne ladai bhadai.</w:t>
      </w:r>
    </w:p>
    <w:p>
      <w:pPr>
        <w:jc w:val="right"/>
      </w:pPr>
      <w:r>
        <w:t>اب چھوڑ دیا انہوں نے لڑائی بھڑائی۔</w:t>
      </w:r>
    </w:p>
    <w:p>
      <w:r>
        <w:rPr>
          <w:b/>
        </w:rPr>
        <w:t xml:space="preserve">[1:11:57] </w:t>
      </w:r>
      <w:r>
        <w:t>to unhein khabar nahi thi, un families ko yeh khabar nahi thi ke wo family jeete the purane</w:t>
      </w:r>
    </w:p>
    <w:p>
      <w:pPr>
        <w:jc w:val="right"/>
      </w:pPr>
      <w:r>
        <w:t>تو انہیں خبر نہیں تھی، ان فیملیز کو یہ خبر نہیں تھی کہ وہ فیملی جیتے تھے پرانے</w:t>
      </w:r>
    </w:p>
    <w:p>
      <w:r>
        <w:rPr>
          <w:b/>
        </w:rPr>
        <w:t xml:space="preserve">[1:12:05] </w:t>
      </w:r>
      <w:r>
        <w:t>tribal age mein.</w:t>
      </w:r>
    </w:p>
    <w:p>
      <w:pPr>
        <w:jc w:val="right"/>
      </w:pPr>
      <w:r>
        <w:t>ٹرائبل ایج میں۔</w:t>
      </w:r>
    </w:p>
    <w:p>
      <w:r>
        <w:rPr>
          <w:b/>
        </w:rPr>
        <w:t xml:space="preserve">[1:12:07] </w:t>
      </w:r>
      <w:r>
        <w:t>jab ladai bhadai hai, sab kuch hoti thi.</w:t>
      </w:r>
    </w:p>
    <w:p>
      <w:pPr>
        <w:jc w:val="right"/>
      </w:pPr>
      <w:r>
        <w:t>جب لڑائی بھڑائی ہے، سب کچھ ہوتی تھی۔</w:t>
      </w:r>
    </w:p>
    <w:p>
      <w:r>
        <w:rPr>
          <w:b/>
        </w:rPr>
        <w:t xml:space="preserve">[1:12:10] </w:t>
      </w:r>
      <w:r>
        <w:t>wa ahya ana la bakhr akheen iza ma lam yajid allahu akhanana to isi obsession mein the ke ladna</w:t>
      </w:r>
    </w:p>
    <w:p>
      <w:pPr>
        <w:jc w:val="right"/>
      </w:pPr>
      <w:r>
        <w:t>وَأَهْيَا أَنَا لَا بَخْرٍ أَخِينَ إِذَا مَا لَمْ يَجِيدِ اللَّهُ أَخَانَا تو اسی obsession میں تھے کہ لڑنا</w:t>
      </w:r>
    </w:p>
    <w:p>
      <w:r>
        <w:rPr>
          <w:b/>
        </w:rPr>
        <w:t xml:space="preserve">[1:12:18] </w:t>
      </w:r>
      <w:r>
        <w:t>bhadna koi kaam hai.</w:t>
      </w:r>
    </w:p>
    <w:p>
      <w:pPr>
        <w:jc w:val="right"/>
      </w:pPr>
      <w:r>
        <w:t>بھڑنا کوئی کام ہے۔</w:t>
      </w:r>
    </w:p>
    <w:p>
      <w:r>
        <w:rPr>
          <w:b/>
        </w:rPr>
        <w:t xml:space="preserve">[1:12:19] </w:t>
      </w:r>
      <w:r>
        <w:t>phir unhein pata chal gaya ke nahi, yeh to education ka zamana hai.</w:t>
      </w:r>
    </w:p>
    <w:p>
      <w:pPr>
        <w:jc w:val="right"/>
      </w:pPr>
      <w:r>
        <w:t>پھر انہیں پتہ چل گیا کہ نہیں، یہ تو ایجوکیشن کا زمانہ ہے۔</w:t>
      </w:r>
    </w:p>
    <w:p>
      <w:r>
        <w:rPr>
          <w:b/>
        </w:rPr>
        <w:t xml:space="preserve">[1:12:25] </w:t>
      </w:r>
      <w:r>
        <w:t>education lo, aap tarqqiyan karo, khoob khoob.</w:t>
      </w:r>
    </w:p>
    <w:p>
      <w:pPr>
        <w:jc w:val="right"/>
      </w:pPr>
      <w:r>
        <w:t>ایجوکیشن لو، آپ ترقیاں کرو، خوب خوب۔</w:t>
      </w:r>
    </w:p>
    <w:p>
      <w:r>
        <w:rPr>
          <w:b/>
        </w:rPr>
        <w:t xml:space="preserve">[1:12:28] </w:t>
      </w:r>
      <w:r>
        <w:t>ab isi family ka koi aadmi london mein hai, koi aadmi kahin kahan hai, koi kahan hai, koi</w:t>
      </w:r>
    </w:p>
    <w:p>
      <w:pPr>
        <w:jc w:val="right"/>
      </w:pPr>
      <w:r>
        <w:t>اب اسی فیملی کا کوئی آدمی لندن میں ہے، کوئی آدمی کہیں کہاں ہے، کوئی کہاں ہے، کوئی</w:t>
      </w:r>
    </w:p>
    <w:p>
      <w:r>
        <w:rPr>
          <w:b/>
        </w:rPr>
        <w:t xml:space="preserve">[1:12:36] </w:t>
      </w:r>
      <w:r>
        <w:t>doctor hai, koi engineer hai, koi kuch hai.</w:t>
      </w:r>
    </w:p>
    <w:p>
      <w:pPr>
        <w:jc w:val="right"/>
      </w:pPr>
      <w:r>
        <w:t>ڈاکٹر ہے، کوئی انجینئر ہے، کوئی کچھ ہے۔</w:t>
      </w:r>
    </w:p>
    <w:p>
      <w:r>
        <w:rPr>
          <w:b/>
        </w:rPr>
        <w:t xml:space="preserve">[1:12:39] </w:t>
      </w:r>
      <w:r>
        <w:t>asal mein yeh hai sara unawareness.</w:t>
      </w:r>
    </w:p>
    <w:p>
      <w:pPr>
        <w:jc w:val="right"/>
      </w:pPr>
      <w:r>
        <w:t>اصل میں یہ ہے سارا unawareness۔</w:t>
      </w:r>
    </w:p>
    <w:p>
      <w:r>
        <w:rPr>
          <w:b/>
        </w:rPr>
        <w:t xml:space="preserve">[1:12:42] </w:t>
      </w:r>
      <w:r>
        <w:t>musalman jante hi nahin, abhi bhi qaumi hesiyat se ke dunya mein ek naya daur aa gaya hai.</w:t>
      </w:r>
    </w:p>
    <w:p>
      <w:pPr>
        <w:jc w:val="right"/>
      </w:pPr>
      <w:r>
        <w:t>مسلمان جانتے ہی نہیں، ابھی بھی قومی حیثیت سے کہ دنیا میں ایک نیا دور آگیا ہے۔</w:t>
      </w:r>
    </w:p>
    <w:p>
      <w:r>
        <w:rPr>
          <w:b/>
        </w:rPr>
        <w:t xml:space="preserve">[1:12:49] </w:t>
      </w:r>
      <w:r>
        <w:t>woh isi daur mein jee rahe hain, tribal age mein.</w:t>
      </w:r>
    </w:p>
    <w:p>
      <w:pPr>
        <w:jc w:val="right"/>
      </w:pPr>
      <w:r>
        <w:t>وہ اسی دور میں جی رہے ہیں، ٹرائبل ایج میں۔</w:t>
      </w:r>
    </w:p>
    <w:p>
      <w:r>
        <w:rPr>
          <w:b/>
        </w:rPr>
        <w:t xml:space="preserve">[1:12:53] </w:t>
      </w:r>
      <w:r>
        <w:t>aur wohi gun chala rahe hain, wohi bomb chala rahe hain.</w:t>
      </w:r>
    </w:p>
    <w:p>
      <w:pPr>
        <w:jc w:val="right"/>
      </w:pPr>
      <w:r>
        <w:t>اور وہی گن چلا رہے ہیں، وہی بم چلا رہے ہیں۔</w:t>
      </w:r>
    </w:p>
    <w:p>
      <w:r>
        <w:rPr>
          <w:b/>
        </w:rPr>
        <w:t xml:space="preserve">[1:12:58] </w:t>
      </w:r>
      <w:r>
        <w:t>to hamara jo mission hai, sach poochhein to logon ko is unawareness se bahar lana.</w:t>
      </w:r>
    </w:p>
    <w:p>
      <w:pPr>
        <w:jc w:val="right"/>
      </w:pPr>
      <w:r>
        <w:t>تو ہمارا جو مشن ہے، سچ پوچھیں تو لوگوں کو اس unawareness سے باہر لانا۔</w:t>
      </w:r>
    </w:p>
    <w:p>
      <w:r>
        <w:rPr>
          <w:b/>
        </w:rPr>
        <w:t xml:space="preserve">[1:13:04] </w:t>
      </w:r>
      <w:r>
        <w:t>is unawareness se bahar lana.</w:t>
      </w:r>
    </w:p>
    <w:p>
      <w:pPr>
        <w:jc w:val="right"/>
      </w:pPr>
      <w:r>
        <w:t>اس unawareness سے باہر لانا۔</w:t>
      </w:r>
    </w:p>
    <w:p>
      <w:r>
        <w:rPr>
          <w:b/>
        </w:rPr>
        <w:t xml:space="preserve">[1:13:07] </w:t>
      </w:r>
      <w:r>
        <w:t>jitne musalman bahar aayenge, jaise maine Adam Berg ki family ki baat batai na, wohi poori</w:t>
      </w:r>
    </w:p>
    <w:p>
      <w:pPr>
        <w:jc w:val="right"/>
      </w:pPr>
      <w:r>
        <w:t>جتنے مسلمان باہر آئیں گے، جیسے میں نے آدم برگ کی فیملی کی بات بتائی نا، وہی پوری</w:t>
      </w:r>
    </w:p>
    <w:p>
      <w:r>
        <w:rPr>
          <w:b/>
        </w:rPr>
        <w:t xml:space="preserve">[1:13:14] </w:t>
      </w:r>
      <w:r>
        <w:t>ummat ka haal wohi ho jayega.</w:t>
      </w:r>
    </w:p>
    <w:p>
      <w:pPr>
        <w:jc w:val="right"/>
      </w:pPr>
      <w:r>
        <w:t>امت کا حال وہی ہو جائے گا۔</w:t>
      </w:r>
    </w:p>
    <w:p>
      <w:r>
        <w:rPr>
          <w:b/>
        </w:rPr>
        <w:t xml:space="preserve">[1:13:17] </w:t>
      </w:r>
      <w:r>
        <w:t>maulana, yeh ek comment aaya hai jo Maulana Iqbal Umri ne bheja hai Chennai se.</w:t>
      </w:r>
    </w:p>
    <w:p>
      <w:pPr>
        <w:jc w:val="right"/>
      </w:pPr>
      <w:r>
        <w:t>مولانا، یہ ایک کمنٹ آیا ہے جو مولانا اقبال عمری نے بھیجا ہے چنئی سے۔</w:t>
      </w:r>
    </w:p>
    <w:p>
      <w:r>
        <w:rPr>
          <w:b/>
        </w:rPr>
        <w:t xml:space="preserve">[1:13:24] </w:t>
      </w:r>
      <w:r>
        <w:t>hum is ko parhte hain.</w:t>
      </w:r>
    </w:p>
    <w:p>
      <w:pPr>
        <w:jc w:val="right"/>
      </w:pPr>
      <w:r>
        <w:t>ہم اس کو پڑھتے ہیں۔</w:t>
      </w:r>
    </w:p>
    <w:p>
      <w:r>
        <w:rPr>
          <w:b/>
        </w:rPr>
        <w:t xml:space="preserve">[1:13:26] </w:t>
      </w:r>
      <w:r>
        <w:t>is mein likha hai: "aaj ki hadith al-jihad al-mazin mein jo shubah tha, woh khatam ho gaya.</w:t>
      </w:r>
    </w:p>
    <w:p>
      <w:pPr>
        <w:jc w:val="right"/>
      </w:pPr>
      <w:r>
        <w:t>اس میں لکھا ہے: "آج کی حدیث الجہاد المازن میں جو شبہ تھا، وہ ختم ہو گیا۔</w:t>
      </w:r>
    </w:p>
    <w:p>
      <w:r>
        <w:rPr>
          <w:b/>
        </w:rPr>
        <w:t xml:space="preserve">[1:13:33] </w:t>
      </w:r>
      <w:r>
        <w:t>hadith ke mukammal alfaaz na milne se confusion tha.</w:t>
      </w:r>
    </w:p>
    <w:p>
      <w:pPr>
        <w:jc w:val="right"/>
      </w:pPr>
      <w:r>
        <w:t>حدیث کے مکمل الفاظ نہ ملنے سے کنفیوژن تھا۔</w:t>
      </w:r>
    </w:p>
    <w:p>
      <w:r>
        <w:rPr>
          <w:b/>
        </w:rPr>
        <w:t xml:space="preserve">[1:13:37] </w:t>
      </w:r>
      <w:r>
        <w:t>ab yeh wazeh ho gaya ke alfaaz yeh hain: al-da'wah al-mazin ila yawm al-qiyamah.</w:t>
      </w:r>
    </w:p>
    <w:p>
      <w:pPr>
        <w:jc w:val="right"/>
      </w:pPr>
      <w:r>
        <w:t>اب یہ واضح ہو گیا کہ الفاظ یہ ہیں: الدعوة المازن إلى يوم القيامة ۔</w:t>
      </w:r>
    </w:p>
    <w:p>
      <w:r>
        <w:rPr>
          <w:b/>
        </w:rPr>
        <w:t xml:space="preserve">[1:13:43] </w:t>
      </w:r>
      <w:r>
        <w:t>theek hai, yeh sahi hai, masha Allah, bohat sahi hai.</w:t>
      </w:r>
    </w:p>
    <w:p>
      <w:pPr>
        <w:jc w:val="right"/>
      </w:pPr>
      <w:r>
        <w:t>ٹھیک ہے، یہ صحیح ہے، ماشاءاللہ، بہت صحیح ہے۔</w:t>
      </w:r>
    </w:p>
    <w:p>
      <w:r>
        <w:rPr>
          <w:b/>
        </w:rPr>
        <w:t xml:space="preserve">[1:13:47] </w:t>
      </w:r>
      <w:r>
        <w:t>yani is ka matlab yeh hai ke dawah hamesha jaari rahegi qayamat tak.</w:t>
      </w:r>
    </w:p>
    <w:p>
      <w:pPr>
        <w:jc w:val="right"/>
      </w:pPr>
      <w:r>
        <w:t>یعنی اس کا مطلب یہ ہے کہ دعوت ہمیشہ جاری رہے گی قیامت تک۔</w:t>
      </w:r>
    </w:p>
    <w:p>
      <w:r>
        <w:rPr>
          <w:b/>
        </w:rPr>
        <w:t xml:space="preserve">[1:13:53] </w:t>
      </w:r>
      <w:r>
        <w:t>jihad bil-saif nahin, dawah.</w:t>
      </w:r>
    </w:p>
    <w:p>
      <w:pPr>
        <w:jc w:val="right"/>
      </w:pPr>
      <w:r>
        <w:t>جہاد بالسیف نہیں، دعوت۔</w:t>
      </w:r>
    </w:p>
    <w:p>
      <w:r>
        <w:rPr>
          <w:b/>
        </w:rPr>
        <w:t xml:space="preserve">[1:13:55] </w:t>
      </w:r>
      <w:r>
        <w:t>is ka matlab yeh hai.</w:t>
      </w:r>
    </w:p>
    <w:p>
      <w:pPr>
        <w:jc w:val="right"/>
      </w:pPr>
      <w:r>
        <w:t>اس کا مطلب یہ ہے۔</w:t>
      </w:r>
    </w:p>
    <w:p>
      <w:r>
        <w:rPr>
          <w:b/>
        </w:rPr>
        <w:t xml:space="preserve">[1:13:57] </w:t>
      </w:r>
      <w:r>
        <w:t>Okay, so we will end this session.</w:t>
      </w:r>
    </w:p>
    <w:p>
      <w:pPr>
        <w:jc w:val="right"/>
      </w:pPr>
      <w:r>
        <w:t>Okay, so we will end this session.</w:t>
      </w:r>
    </w:p>
    <w:p>
      <w:r>
        <w:rPr>
          <w:b/>
        </w:rPr>
        <w:t xml:space="preserve">[1:14:00] </w:t>
      </w:r>
      <w:r>
        <w:t>There is one announcement: the Delhi Dawa Field team will be having their monthly meeting, so all the</w:t>
      </w:r>
    </w:p>
    <w:p>
      <w:pPr>
        <w:jc w:val="right"/>
      </w:pPr>
      <w:r>
        <w:t>There is one announcement: the Delhi Dawa Field team will be having their monthly meeting, so all the</w:t>
      </w:r>
    </w:p>
    <w:p>
      <w:r>
        <w:rPr>
          <w:b/>
        </w:rPr>
        <w:t xml:space="preserve">[1:14:08] </w:t>
      </w:r>
      <w:r>
        <w:t>members are requested to stay back after this session.</w:t>
      </w:r>
    </w:p>
    <w:p>
      <w:pPr>
        <w:jc w:val="right"/>
      </w:pPr>
      <w:r>
        <w:t>members are requested to stay back after this session.</w:t>
      </w:r>
    </w:p>
    <w:p>
      <w:r>
        <w:rPr>
          <w:b/>
        </w:rPr>
        <w:t xml:space="preserve">[1:14:12] </w:t>
      </w:r>
      <w:r>
        <w:t>Thank you.</w:t>
      </w:r>
    </w:p>
    <w:p>
      <w:pPr>
        <w:jc w:val="right"/>
      </w:pPr>
      <w:r>
        <w:t>Thank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