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Explanation of Human Life 29 may , 2016</w:t>
      </w:r>
    </w:p>
    <w:p>
      <w:r>
        <w:t>https://www.youtube.com/watch?v=tCXEqNQhRWw</w:t>
      </w:r>
    </w:p>
    <w:p>
      <w:r>
        <w:rPr>
          <w:b/>
        </w:rPr>
        <w:t xml:space="preserve">[00:19] </w:t>
      </w:r>
      <w:r>
        <w:t>bismillah al-rahman al-rahim, wa salla Allahu ala nabiyyi al-karim.</w:t>
      </w:r>
    </w:p>
    <w:p>
      <w:pPr>
        <w:jc w:val="right"/>
      </w:pPr>
      <w:r>
        <w:t>بسم اللہ الرحمن الرحیم، وصلی اللہ علی نبی الکریم۔</w:t>
      </w:r>
    </w:p>
    <w:p>
      <w:r>
        <w:rPr>
          <w:b/>
        </w:rPr>
        <w:t xml:space="preserve">[00:22] </w:t>
      </w:r>
      <w:r>
        <w:t>rab ishrah li sadri, wa yassir li amri, wa hllul uqdatan min lisani, yafqahu qawli.</w:t>
      </w:r>
    </w:p>
    <w:p>
      <w:pPr>
        <w:jc w:val="right"/>
      </w:pPr>
      <w:r>
        <w:t>رب اشرح لی صدری، ویسر لی امری، واحل العقدۃ من لسانی، یفقہ قولی۔</w:t>
      </w:r>
    </w:p>
    <w:p>
      <w:r>
        <w:rPr>
          <w:b/>
        </w:rPr>
        <w:t xml:space="preserve">[00:28] </w:t>
      </w:r>
      <w:r>
        <w:t>29 may 2016۔</w:t>
      </w:r>
    </w:p>
    <w:p>
      <w:pPr>
        <w:jc w:val="right"/>
      </w:pPr>
      <w:r>
        <w:t>29 may 2016۔</w:t>
      </w:r>
    </w:p>
    <w:p>
      <w:r>
        <w:rPr>
          <w:b/>
        </w:rPr>
        <w:t xml:space="preserve">[00:29] </w:t>
      </w:r>
      <w:r>
        <w:t>aaj mujhe apni zindagi ki ek anokhi baat yaad aayi۔</w:t>
      </w:r>
    </w:p>
    <w:p>
      <w:pPr>
        <w:jc w:val="right"/>
      </w:pPr>
      <w:r>
        <w:t>آج مجھے اپنی زندگی کی ایک انوکھی بات یاد آئی۔</w:t>
      </w:r>
    </w:p>
    <w:p>
      <w:r>
        <w:rPr>
          <w:b/>
        </w:rPr>
        <w:t xml:space="preserve">[00:34] </w:t>
      </w:r>
      <w:r>
        <w:t>jab mein chhota tha to oopar chhat se neeche gir pada۔</w:t>
      </w:r>
    </w:p>
    <w:p>
      <w:pPr>
        <w:jc w:val="right"/>
      </w:pPr>
      <w:r>
        <w:t>جب میں چھوٹا تھا تو اوپر چھت سے نیچے گر پڑا۔</w:t>
      </w:r>
    </w:p>
    <w:p>
      <w:r>
        <w:rPr>
          <w:b/>
        </w:rPr>
        <w:t xml:space="preserve">[00:38] </w:t>
      </w:r>
      <w:r>
        <w:t>to aisa kyun hua? to logon ne bataya ke tumhari aadat thi sochna, sochna, sochna۔</w:t>
      </w:r>
    </w:p>
    <w:p>
      <w:pPr>
        <w:jc w:val="right"/>
      </w:pPr>
      <w:r>
        <w:t>تو ایسا کیوں ہوا؟ تو لوگوں نے بتایا کہ تمہاری عادت تھی سوچنا، سوچنا، سوچنا۔</w:t>
      </w:r>
    </w:p>
    <w:p>
      <w:r>
        <w:rPr>
          <w:b/>
        </w:rPr>
        <w:t xml:space="preserve">[00:45] </w:t>
      </w:r>
      <w:r>
        <w:t>to sochne mein itna gum tha mein ke jab mein chal raha tha to chhat ke oopar railing</w:t>
      </w:r>
    </w:p>
    <w:p>
      <w:pPr>
        <w:jc w:val="right"/>
      </w:pPr>
      <w:r>
        <w:t>تو سوچنے میں اتنا گم تھا میں کہ جب میں چل رہا تھا تو چھت کے اوپر ریلنگ</w:t>
      </w:r>
    </w:p>
    <w:p>
      <w:r>
        <w:rPr>
          <w:b/>
        </w:rPr>
        <w:t xml:space="preserve">[00:53] </w:t>
      </w:r>
      <w:r>
        <w:t>nahi thi, fasaal nahi thi۔</w:t>
      </w:r>
    </w:p>
    <w:p>
      <w:pPr>
        <w:jc w:val="right"/>
      </w:pPr>
      <w:r>
        <w:t>نہیں تھی، فصیل نہیں تھی۔</w:t>
      </w:r>
    </w:p>
    <w:p>
      <w:r>
        <w:rPr>
          <w:b/>
        </w:rPr>
        <w:t xml:space="preserve">[00:55] </w:t>
      </w:r>
      <w:r>
        <w:t>to sochne mein itna gum tha mein ke gir pada neeche۔</w:t>
      </w:r>
    </w:p>
    <w:p>
      <w:pPr>
        <w:jc w:val="right"/>
      </w:pPr>
      <w:r>
        <w:t>تو سوچنے میں اتنا گم تھا میں کہ گر پڑا نیچے۔</w:t>
      </w:r>
    </w:p>
    <w:p>
      <w:r>
        <w:rPr>
          <w:b/>
        </w:rPr>
        <w:t xml:space="preserve">[00:59] </w:t>
      </w:r>
      <w:r>
        <w:t>to mein socha ke mein kya cheez sochta tha? kya cheez sochta tha? to mera khayal hai ke</w:t>
      </w:r>
    </w:p>
    <w:p>
      <w:pPr>
        <w:jc w:val="right"/>
      </w:pPr>
      <w:r>
        <w:t>تو میں سوچا کہ میں کیا چیز سوچتا تھا؟ کیا چیز سوچتا تھا؟ تو میرا خیال ہے کہ</w:t>
      </w:r>
    </w:p>
    <w:p>
      <w:r>
        <w:rPr>
          <w:b/>
        </w:rPr>
        <w:t xml:space="preserve">[01:07] </w:t>
      </w:r>
      <w:r>
        <w:t>mein bachpan se yeh sochta raha hoon ke What is life? What is life? aam taur par yeh</w:t>
      </w:r>
    </w:p>
    <w:p>
      <w:pPr>
        <w:jc w:val="right"/>
      </w:pPr>
      <w:r>
        <w:t>میں بچپن سے یہ سوچتا رہا ہوں کہ What is life؟ What is life؟ عام طور پر یہ</w:t>
      </w:r>
    </w:p>
    <w:p>
      <w:r>
        <w:rPr>
          <w:b/>
        </w:rPr>
        <w:t xml:space="preserve">[01:15] </w:t>
      </w:r>
      <w:r>
        <w:t>hota hai ke bachche jab paida hote hain to un ko ek Center of Interest mil jata hai,</w:t>
      </w:r>
    </w:p>
    <w:p>
      <w:pPr>
        <w:jc w:val="right"/>
      </w:pPr>
      <w:r>
        <w:t>ہوتا ہے کہ بچے جب پیدا ہوتے ہیں تو ان کو ایک Center of Interest مل جاتا ہے،</w:t>
      </w:r>
    </w:p>
    <w:p>
      <w:r>
        <w:rPr>
          <w:b/>
        </w:rPr>
        <w:t xml:space="preserve">[01:23] </w:t>
      </w:r>
      <w:r>
        <w:t>wo un ka baap hai۔</w:t>
      </w:r>
    </w:p>
    <w:p>
      <w:pPr>
        <w:jc w:val="right"/>
      </w:pPr>
      <w:r>
        <w:t>وہ ان کا باپ ہے۔</w:t>
      </w:r>
    </w:p>
    <w:p>
      <w:r>
        <w:rPr>
          <w:b/>
        </w:rPr>
        <w:t xml:space="preserve">[01:25] </w:t>
      </w:r>
      <w:r>
        <w:t>aam taur par aisa hota hai ke jab bachche paida hote hain to baap ke liye wo bohat</w:t>
      </w:r>
    </w:p>
    <w:p>
      <w:pPr>
        <w:jc w:val="right"/>
      </w:pPr>
      <w:r>
        <w:t>عام طور پر ایسا ہوتا ہے کہ جب بچے پیدا ہوتے ہیں تو باپ کے لیے وہ بہت</w:t>
      </w:r>
    </w:p>
    <w:p>
      <w:r>
        <w:rPr>
          <w:b/>
        </w:rPr>
        <w:t xml:space="preserve">[01:32] </w:t>
      </w:r>
      <w:r>
        <w:t>zabardast Attraction hote hain۔</w:t>
      </w:r>
    </w:p>
    <w:p>
      <w:pPr>
        <w:jc w:val="right"/>
      </w:pPr>
      <w:r>
        <w:t>زبردست Attraction ہوتے ہیں۔</w:t>
      </w:r>
    </w:p>
    <w:p>
      <w:r>
        <w:rPr>
          <w:b/>
        </w:rPr>
        <w:t xml:space="preserve">[01:34] </w:t>
      </w:r>
      <w:r>
        <w:t>to bachcha jo hai wo bhi baap ko apna Center of Interest bana leta hai۔</w:t>
      </w:r>
    </w:p>
    <w:p>
      <w:pPr>
        <w:jc w:val="right"/>
      </w:pPr>
      <w:r>
        <w:t>تو بچہ جو ہے وہ بھی باپ کو اپنا Center of Interest بنا لیتا ہے۔</w:t>
      </w:r>
    </w:p>
    <w:p>
      <w:r>
        <w:rPr>
          <w:b/>
        </w:rPr>
        <w:t xml:space="preserve">[01:41] </w:t>
      </w:r>
      <w:r>
        <w:t>to is tarah Diversion ho jata hai۔</w:t>
      </w:r>
    </w:p>
    <w:p>
      <w:pPr>
        <w:jc w:val="right"/>
      </w:pPr>
      <w:r>
        <w:t>تو اس طرح Diversion ہو جاتا ہے۔</w:t>
      </w:r>
    </w:p>
    <w:p>
      <w:r>
        <w:rPr>
          <w:b/>
        </w:rPr>
        <w:t xml:space="preserve">[01:44] </w:t>
      </w:r>
      <w:r>
        <w:t>meri zindagi mein yeh Diversion nahi hua۔</w:t>
      </w:r>
    </w:p>
    <w:p>
      <w:pPr>
        <w:jc w:val="right"/>
      </w:pPr>
      <w:r>
        <w:t>میری زندگی میں یہ Diversion نہیں ہوا۔</w:t>
      </w:r>
    </w:p>
    <w:p>
      <w:r>
        <w:rPr>
          <w:b/>
        </w:rPr>
        <w:t xml:space="preserve">[01:47] </w:t>
      </w:r>
      <w:r>
        <w:t>kyun ke mere baap mar gaye jab mein khud chhota tha۔</w:t>
      </w:r>
    </w:p>
    <w:p>
      <w:pPr>
        <w:jc w:val="right"/>
      </w:pPr>
      <w:r>
        <w:t>کیونکہ میرے باپ مر گئے جب میں خود چھوٹا تھا۔</w:t>
      </w:r>
    </w:p>
    <w:p>
      <w:r>
        <w:rPr>
          <w:b/>
        </w:rPr>
        <w:t xml:space="preserve">[01:51] </w:t>
      </w:r>
      <w:r>
        <w:t>har bachche ke liye uska baap Diversion hota hai۔</w:t>
      </w:r>
    </w:p>
    <w:p>
      <w:pPr>
        <w:jc w:val="right"/>
      </w:pPr>
      <w:r>
        <w:t>ہر بچے کے لیے اس کا باپ Diversion ہوتا ہے۔</w:t>
      </w:r>
    </w:p>
    <w:p>
      <w:r>
        <w:rPr>
          <w:b/>
        </w:rPr>
        <w:t xml:space="preserve">[01:55] </w:t>
      </w:r>
      <w:r>
        <w:t>mere liye meri zindagi mein yeh Diversion hua nahi۔</w:t>
      </w:r>
    </w:p>
    <w:p>
      <w:pPr>
        <w:jc w:val="right"/>
      </w:pPr>
      <w:r>
        <w:t>میرے لیے میری زندگی میں یہ Diversion ہوا نہیں۔</w:t>
      </w:r>
    </w:p>
    <w:p>
      <w:r>
        <w:rPr>
          <w:b/>
        </w:rPr>
        <w:t xml:space="preserve">[01:59] </w:t>
      </w:r>
      <w:r>
        <w:t>kyun ke baap mar gaye chote par۔</w:t>
      </w:r>
    </w:p>
    <w:p>
      <w:pPr>
        <w:jc w:val="right"/>
      </w:pPr>
      <w:r>
        <w:t>کیونکہ باپ مر گئے چھوٹے پر۔</w:t>
      </w:r>
    </w:p>
    <w:p>
      <w:r>
        <w:rPr>
          <w:b/>
        </w:rPr>
        <w:t xml:space="preserve">[02:02] </w:t>
      </w:r>
      <w:r>
        <w:t>to kal mein soch raha tha ke aakhir kyun mein sochta tha yeh masle par? zindagi kya hai?</w:t>
      </w:r>
    </w:p>
    <w:p>
      <w:pPr>
        <w:jc w:val="right"/>
      </w:pPr>
      <w:r>
        <w:t>تو کل میں سوچ رہا تھا کہ آخر کیوں میں سوچتا تھا یہ مسئلے پر؟ زندگی کیا ہے؟</w:t>
      </w:r>
    </w:p>
    <w:p>
      <w:r>
        <w:rPr>
          <w:b/>
        </w:rPr>
        <w:t xml:space="preserve">[02:09] </w:t>
      </w:r>
      <w:r>
        <w:t>zindagi kya hai? to kal mujhe samajh aaya ke zindagi ke teen Stages hain۔</w:t>
      </w:r>
    </w:p>
    <w:p>
      <w:pPr>
        <w:jc w:val="right"/>
      </w:pPr>
      <w:r>
        <w:t>زندگی کیا ہے؟ تو کل مجھے سمجھ آیا کہ زندگی کے تین Stages ہیں۔</w:t>
      </w:r>
    </w:p>
    <w:p>
      <w:r>
        <w:rPr>
          <w:b/>
        </w:rPr>
        <w:t xml:space="preserve">[02:15] </w:t>
      </w:r>
      <w:r>
        <w:t>teen Stages۔</w:t>
      </w:r>
    </w:p>
    <w:p>
      <w:pPr>
        <w:jc w:val="right"/>
      </w:pPr>
      <w:r>
        <w:t>تین Stages۔</w:t>
      </w:r>
    </w:p>
    <w:p>
      <w:r>
        <w:rPr>
          <w:b/>
        </w:rPr>
        <w:t xml:space="preserve">[02:17] </w:t>
      </w:r>
      <w:r>
        <w:t>isi ko mein sochta raha۔</w:t>
      </w:r>
    </w:p>
    <w:p>
      <w:pPr>
        <w:jc w:val="right"/>
      </w:pPr>
      <w:r>
        <w:t>اسی کو میں سوچتا رہا۔</w:t>
      </w:r>
    </w:p>
    <w:p>
      <w:r>
        <w:rPr>
          <w:b/>
        </w:rPr>
        <w:t xml:space="preserve">[02:19] </w:t>
      </w:r>
      <w:r>
        <w:t>aur kal mujh par ziyada baat khuli, teen Stages wali baat۔</w:t>
      </w:r>
    </w:p>
    <w:p>
      <w:pPr>
        <w:jc w:val="right"/>
      </w:pPr>
      <w:r>
        <w:t>اور کل مجھ پر زیادہ بات کھلی، تین Stages والی بات۔</w:t>
      </w:r>
    </w:p>
    <w:p>
      <w:r>
        <w:rPr>
          <w:b/>
        </w:rPr>
        <w:t xml:space="preserve">[02:24] </w:t>
      </w:r>
      <w:r>
        <w:t>daikhen, jab aadmi paida hota hai to Unconsciously yeh sochta hai woh ke mein kaisay paida ho gaya?</w:t>
      </w:r>
    </w:p>
    <w:p>
      <w:pPr>
        <w:jc w:val="right"/>
      </w:pPr>
      <w:r>
        <w:t>دیکھیں، جب آدمی پیدا ہوتا ہے تو Unconsciously یہ سوچتا ہے وہ کہ میں کیسے پیدا ہو گیا؟</w:t>
      </w:r>
    </w:p>
    <w:p>
      <w:r>
        <w:rPr>
          <w:b/>
        </w:rPr>
        <w:t xml:space="preserve">[02:31] </w:t>
      </w:r>
      <w:r>
        <w:t>mein bhi sochta tha Unconsciously.</w:t>
      </w:r>
    </w:p>
    <w:p>
      <w:pPr>
        <w:jc w:val="right"/>
      </w:pPr>
      <w:r>
        <w:t>میں بھی سوچتا تھا Unconsciously۔</w:t>
      </w:r>
    </w:p>
    <w:p>
      <w:r>
        <w:rPr>
          <w:b/>
        </w:rPr>
        <w:t xml:space="preserve">[02:34] </w:t>
      </w:r>
      <w:r>
        <w:t>yani aik anokhi baat hai ke January 1st ko mein paida hua tha.</w:t>
      </w:r>
    </w:p>
    <w:p>
      <w:pPr>
        <w:jc w:val="right"/>
      </w:pPr>
      <w:r>
        <w:t>یعنی ایک انوکھی بات ہے کہ جنوری 1st کو میں پیدا ہوا تھا۔</w:t>
      </w:r>
    </w:p>
    <w:p>
      <w:r>
        <w:rPr>
          <w:b/>
        </w:rPr>
        <w:t xml:space="preserve">[02:39] </w:t>
      </w:r>
      <w:r>
        <w:t>is ka matlab kya hua? December 1st ko mera wajood nahi tha.</w:t>
      </w:r>
    </w:p>
    <w:p>
      <w:pPr>
        <w:jc w:val="right"/>
      </w:pPr>
      <w:r>
        <w:t>اس کا مطلب کیا ہوا؟ دسمبر 1st کو میرا وجود نہیں تھا۔</w:t>
      </w:r>
    </w:p>
    <w:p>
      <w:r>
        <w:rPr>
          <w:b/>
        </w:rPr>
        <w:t xml:space="preserve">[02:44] </w:t>
      </w:r>
      <w:r>
        <w:t>sirf aik saal pehle, December 1st ko mera koi wajood hi nahi tha.</w:t>
      </w:r>
    </w:p>
    <w:p>
      <w:pPr>
        <w:jc w:val="right"/>
      </w:pPr>
      <w:r>
        <w:t>صرف ایک سال پہلے، دسمبر 1st کو میرا کوئی وجود ہی نہیں تھا۔</w:t>
      </w:r>
    </w:p>
    <w:p>
      <w:r>
        <w:rPr>
          <w:b/>
        </w:rPr>
        <w:t xml:space="preserve">[02:50] </w:t>
      </w:r>
      <w:r>
        <w:t>to aik Non-Existent kaisay Existent karne laga? ghair maujood kaisay maujood ho gaya? mein sochta hoon ke meri</w:t>
      </w:r>
    </w:p>
    <w:p>
      <w:pPr>
        <w:jc w:val="right"/>
      </w:pPr>
      <w:r>
        <w:t>تو ایک Non-Existent کیسے Existent کرنے لگا؟ غیر موجود کیسے موجود ہو گیا؟ میں سوچتا ہوں کہ میری</w:t>
      </w:r>
    </w:p>
    <w:p>
      <w:r>
        <w:rPr>
          <w:b/>
        </w:rPr>
        <w:t xml:space="preserve">[02:58] </w:t>
      </w:r>
      <w:r>
        <w:t>zindagi mein shayad yeh sawal bohat Active sawal tha, lekin har aik ki zindagi mein hota hai.</w:t>
      </w:r>
    </w:p>
    <w:p>
      <w:pPr>
        <w:jc w:val="right"/>
      </w:pPr>
      <w:r>
        <w:t>زندگی میں شاید یہ سوال بہت Active سوال تھا، لیکن ہر ایک کی زندگی میں ہوتا ہے۔</w:t>
      </w:r>
    </w:p>
    <w:p>
      <w:r>
        <w:rPr>
          <w:b/>
        </w:rPr>
        <w:t xml:space="preserve">[03:05] </w:t>
      </w:r>
      <w:r>
        <w:t>har aik, Unconsciously.</w:t>
      </w:r>
    </w:p>
    <w:p>
      <w:pPr>
        <w:jc w:val="right"/>
      </w:pPr>
      <w:r>
        <w:t>ہر ایک، Unconsciously۔</w:t>
      </w:r>
    </w:p>
    <w:p>
      <w:r>
        <w:rPr>
          <w:b/>
        </w:rPr>
        <w:t xml:space="preserve">[03:06] </w:t>
      </w:r>
      <w:r>
        <w:t>har Consciously.</w:t>
      </w:r>
    </w:p>
    <w:p>
      <w:pPr>
        <w:jc w:val="right"/>
      </w:pPr>
      <w:r>
        <w:t>ہر Consciously۔</w:t>
      </w:r>
    </w:p>
    <w:p>
      <w:r>
        <w:rPr>
          <w:b/>
        </w:rPr>
        <w:t xml:space="preserve">[03:08] </w:t>
      </w:r>
      <w:r>
        <w:t>kaisay nahi sochega aadmi? aap ghhor kijiye ke mein ya aap sirf aik saal pehle ghair maujood</w:t>
      </w:r>
    </w:p>
    <w:p>
      <w:pPr>
        <w:jc w:val="right"/>
      </w:pPr>
      <w:r>
        <w:t>کیسے نہیں سوچے گا آدمی؟ آپ غور کیجیے کہ میں یا آپ صرف ایک سال پہلے غیر موجود</w:t>
      </w:r>
    </w:p>
    <w:p>
      <w:r>
        <w:rPr>
          <w:b/>
        </w:rPr>
        <w:t xml:space="preserve">[03:16] </w:t>
      </w:r>
      <w:r>
        <w:t>the, Non-Existent the.</w:t>
      </w:r>
    </w:p>
    <w:p>
      <w:pPr>
        <w:jc w:val="right"/>
      </w:pPr>
      <w:r>
        <w:t>تھے، Non-Existent تھے۔</w:t>
      </w:r>
    </w:p>
    <w:p>
      <w:r>
        <w:rPr>
          <w:b/>
        </w:rPr>
        <w:t xml:space="preserve">[03:17] </w:t>
      </w:r>
      <w:r>
        <w:t>aik saal ke baad achaanak aap duniya mein aa gaye.</w:t>
      </w:r>
    </w:p>
    <w:p>
      <w:pPr>
        <w:jc w:val="right"/>
      </w:pPr>
      <w:r>
        <w:t>ایک سال کے بعد اچانک آپ دنیا میں آ گئے۔</w:t>
      </w:r>
    </w:p>
    <w:p>
      <w:r>
        <w:rPr>
          <w:b/>
        </w:rPr>
        <w:t xml:space="preserve">[03:21] </w:t>
      </w:r>
      <w:r>
        <w:t>phir doosra sawal jo aadmi ko pareshan karta hai bara hone ke baad, jab aadmi Mature hota hai,</w:t>
      </w:r>
    </w:p>
    <w:p>
      <w:pPr>
        <w:jc w:val="right"/>
      </w:pPr>
      <w:r>
        <w:t>پھر دوسرا سوال جو آدمی کو پریشان کرتا ہے بڑا ہونے کے بعد، جب آدمی Mature ہوتا ہے،</w:t>
      </w:r>
    </w:p>
    <w:p>
      <w:r>
        <w:rPr>
          <w:b/>
        </w:rPr>
        <w:t xml:space="preserve">[03:29] </w:t>
      </w:r>
      <w:r>
        <w:t>woh meri zindagi mein bhi aaya ke kaisay yeh duniya mujhe mil gayi? mein to aik patti bhi</w:t>
      </w:r>
    </w:p>
    <w:p>
      <w:pPr>
        <w:jc w:val="right"/>
      </w:pPr>
      <w:r>
        <w:t>وہ میری زندگی میں بھی آیا کہ کیسے یہ دنیا مجھے مل گئی؟ میں تو ایک پتی بھی</w:t>
      </w:r>
    </w:p>
    <w:p>
      <w:r>
        <w:rPr>
          <w:b/>
        </w:rPr>
        <w:t xml:space="preserve">[03:37] </w:t>
      </w:r>
      <w:r>
        <w:t>nahi paida kar sakta.</w:t>
      </w:r>
    </w:p>
    <w:p>
      <w:pPr>
        <w:jc w:val="right"/>
      </w:pPr>
      <w:r>
        <w:t>نہیں پیدا کر سکتا۔</w:t>
      </w:r>
    </w:p>
    <w:p>
      <w:r>
        <w:rPr>
          <w:b/>
        </w:rPr>
        <w:t xml:space="preserve">[03:38] </w:t>
      </w:r>
      <w:r>
        <w:t>aik poori duniya jo Custom Made duniya hai, jahan mere liye Life Support System hai, woh kaisay hai?</w:t>
      </w:r>
    </w:p>
    <w:p>
      <w:pPr>
        <w:jc w:val="right"/>
      </w:pPr>
      <w:r>
        <w:t>ایک پوری دنیا جو Custom Made دنیا ہے، جہاں میرے لیے Life Support System ہے، وہ کیسے ہے؟</w:t>
      </w:r>
    </w:p>
    <w:p>
      <w:r>
        <w:rPr>
          <w:b/>
        </w:rPr>
        <w:t xml:space="preserve">[03:46] </w:t>
      </w:r>
      <w:r>
        <w:t>mein har din yeh sochta hoon, aaj bhi soch raha tha mein ke mein to aik patti nahi</w:t>
      </w:r>
    </w:p>
    <w:p>
      <w:pPr>
        <w:jc w:val="right"/>
      </w:pPr>
      <w:r>
        <w:t>میں ہر دن یہ سوچتا ہوں، آج بھی سوچ رہا تھا میں کہ میں تو ایک پتی نہیں</w:t>
      </w:r>
    </w:p>
    <w:p>
      <w:r>
        <w:rPr>
          <w:b/>
        </w:rPr>
        <w:t xml:space="preserve">[03:54] </w:t>
      </w:r>
      <w:r>
        <w:t>bana sakta.</w:t>
      </w:r>
    </w:p>
    <w:p>
      <w:pPr>
        <w:jc w:val="right"/>
      </w:pPr>
      <w:r>
        <w:t>بنا سکتا۔</w:t>
      </w:r>
    </w:p>
    <w:p>
      <w:r>
        <w:rPr>
          <w:b/>
        </w:rPr>
        <w:t xml:space="preserve">[03:55] </w:t>
      </w:r>
      <w:r>
        <w:t>theek kaisay hai? phir sochte sochte sochte woh waqt aata hai ke aadmi boorha ho jata hai.</w:t>
      </w:r>
    </w:p>
    <w:p>
      <w:pPr>
        <w:jc w:val="right"/>
      </w:pPr>
      <w:r>
        <w:t>ٹھیک کیسے ہے؟ پھر سوچتے سوچتے سوچتے وہ وقت آتا ہے کہ آدمی بوڑھا ہو جاتا ہے۔</w:t>
      </w:r>
    </w:p>
    <w:p>
      <w:r>
        <w:rPr>
          <w:b/>
        </w:rPr>
        <w:t xml:space="preserve">[04:03] </w:t>
      </w:r>
      <w:r>
        <w:t>phir aik hi sawal woh hota hai, maut, maut, maut.</w:t>
      </w:r>
    </w:p>
    <w:p>
      <w:pPr>
        <w:jc w:val="right"/>
      </w:pPr>
      <w:r>
        <w:t>پھر ایک ہی سوال وہ ہوتا ہے، موت، موت، موت۔</w:t>
      </w:r>
    </w:p>
    <w:p>
      <w:r>
        <w:rPr>
          <w:b/>
        </w:rPr>
        <w:t xml:space="preserve">[04:07] </w:t>
      </w:r>
      <w:r>
        <w:t>abhi aap ne akhbaron mein dekha hoga ke Delhi mein aik thay Nirankari Baba.</w:t>
      </w:r>
    </w:p>
    <w:p>
      <w:pPr>
        <w:jc w:val="right"/>
      </w:pPr>
      <w:r>
        <w:t>ابھی آپ نے اخباروں میں دیکھا ہوگا کہ دلی میں ایک تھے نرنکائی بابا۔</w:t>
      </w:r>
    </w:p>
    <w:p>
      <w:r>
        <w:rPr>
          <w:b/>
        </w:rPr>
        <w:t xml:space="preserve">[04:13] </w:t>
      </w:r>
      <w:r>
        <w:t>bohat bara Mission tha un ka.</w:t>
      </w:r>
    </w:p>
    <w:p>
      <w:pPr>
        <w:jc w:val="right"/>
      </w:pPr>
      <w:r>
        <w:t>بہت بڑا Mission تھا ان کا۔</w:t>
      </w:r>
    </w:p>
    <w:p>
      <w:r>
        <w:rPr>
          <w:b/>
        </w:rPr>
        <w:t xml:space="preserve">[04:16] </w:t>
      </w:r>
      <w:r>
        <w:t>120 Countries mein un ke Center thay.</w:t>
      </w:r>
    </w:p>
    <w:p>
      <w:pPr>
        <w:jc w:val="right"/>
      </w:pPr>
      <w:r>
        <w:t>120 Countries میں ان کے Center تھے۔</w:t>
      </w:r>
    </w:p>
    <w:p>
      <w:r>
        <w:rPr>
          <w:b/>
        </w:rPr>
        <w:t xml:space="preserve">[04:19] </w:t>
      </w:r>
      <w:r>
        <w:t>woh Canada gaye.</w:t>
      </w:r>
    </w:p>
    <w:p>
      <w:pPr>
        <w:jc w:val="right"/>
      </w:pPr>
      <w:r>
        <w:t>وہ کینیڈا گئے۔</w:t>
      </w:r>
    </w:p>
    <w:p>
      <w:r>
        <w:rPr>
          <w:b/>
        </w:rPr>
        <w:t xml:space="preserve">[04:20] </w:t>
      </w:r>
      <w:r>
        <w:t>Canada mein un ke bohat saare Followers Hindu aur Sardar zyada tar hotay thay un ke Followers.</w:t>
      </w:r>
    </w:p>
    <w:p>
      <w:pPr>
        <w:jc w:val="right"/>
      </w:pPr>
      <w:r>
        <w:t>کینیڈا میں ان کے بہت سارے Followers ہندو اور سردار زیادہ تر ہوتے تھے ان کے Followers۔</w:t>
      </w:r>
    </w:p>
    <w:p>
      <w:r>
        <w:rPr>
          <w:b/>
        </w:rPr>
        <w:t xml:space="preserve">[04:27] </w:t>
      </w:r>
      <w:r>
        <w:t>to canada ke best car mein safar kar rahe the.</w:t>
      </w:r>
    </w:p>
    <w:p>
      <w:pPr>
        <w:jc w:val="right"/>
      </w:pPr>
      <w:r>
        <w:t>تو کینیڈا کے Best Car میں سفر کر رہے تھے۔</w:t>
      </w:r>
    </w:p>
    <w:p>
      <w:r>
        <w:rPr>
          <w:b/>
        </w:rPr>
        <w:t xml:space="preserve">[04:32] </w:t>
      </w:r>
      <w:r>
        <w:t>best car mein.</w:t>
      </w:r>
    </w:p>
    <w:p>
      <w:pPr>
        <w:jc w:val="right"/>
      </w:pPr>
      <w:r>
        <w:t>Best Car میں۔</w:t>
      </w:r>
    </w:p>
    <w:p>
      <w:r>
        <w:rPr>
          <w:b/>
        </w:rPr>
        <w:t xml:space="preserve">[04:33] </w:t>
      </w:r>
      <w:r>
        <w:t>aur itna sakht accident hua ke road hi par mar gaye.</w:t>
      </w:r>
    </w:p>
    <w:p>
      <w:pPr>
        <w:jc w:val="right"/>
      </w:pPr>
      <w:r>
        <w:t>اور اتنا سخت Accident ہوا کہ روڈ ہی پر مر گئے۔</w:t>
      </w:r>
    </w:p>
    <w:p>
      <w:r>
        <w:rPr>
          <w:b/>
        </w:rPr>
        <w:t xml:space="preserve">[04:38] </w:t>
      </w:r>
      <w:r>
        <w:t>unki umar thi ghaleban 60 years.</w:t>
      </w:r>
    </w:p>
    <w:p>
      <w:pPr>
        <w:jc w:val="right"/>
      </w:pPr>
      <w:r>
        <w:t>ان کی عمر تھی غالباً 60 Years۔</w:t>
      </w:r>
    </w:p>
    <w:p>
      <w:r>
        <w:rPr>
          <w:b/>
        </w:rPr>
        <w:t xml:space="preserve">[04:41] </w:t>
      </w:r>
      <w:r>
        <w:t>to ye saare sawalat har aadmi ke mind mein hote hain.</w:t>
      </w:r>
    </w:p>
    <w:p>
      <w:pPr>
        <w:jc w:val="right"/>
      </w:pPr>
      <w:r>
        <w:t>تو یہ سارے سوالات ہر آدمی کے Mind میں ہوتے ہیں۔</w:t>
      </w:r>
    </w:p>
    <w:p>
      <w:r>
        <w:rPr>
          <w:b/>
        </w:rPr>
        <w:t xml:space="preserve">[04:46] </w:t>
      </w:r>
      <w:r>
        <w:t>zyadatar unconsciously, lekin rarely consciously.</w:t>
      </w:r>
    </w:p>
    <w:p>
      <w:pPr>
        <w:jc w:val="right"/>
      </w:pPr>
      <w:r>
        <w:t>زیادہ تر Unconsciously، لیکن Rarely Consciously۔</w:t>
      </w:r>
    </w:p>
    <w:p>
      <w:r>
        <w:rPr>
          <w:b/>
        </w:rPr>
        <w:t xml:space="preserve">[04:48] </w:t>
      </w:r>
      <w:r>
        <w:t>to main sochte sochte mujhe samajh mein aaya ke zindagi ek safar hai marifat ka.</w:t>
      </w:r>
    </w:p>
    <w:p>
      <w:pPr>
        <w:jc w:val="right"/>
      </w:pPr>
      <w:r>
        <w:t>تو میں سوچتے سوچتے مجھے سمجھ میں آیا کہ زندگی ایک سفر ہے معرفت کا۔</w:t>
      </w:r>
    </w:p>
    <w:p>
      <w:r>
        <w:rPr>
          <w:b/>
        </w:rPr>
        <w:t xml:space="preserve">[04:55] </w:t>
      </w:r>
      <w:r>
        <w:t>yani to discover the reality of life.</w:t>
      </w:r>
    </w:p>
    <w:p>
      <w:pPr>
        <w:jc w:val="right"/>
      </w:pPr>
      <w:r>
        <w:t>یعنی To discover the reality of life۔</w:t>
      </w:r>
    </w:p>
    <w:p>
      <w:r>
        <w:rPr>
          <w:b/>
        </w:rPr>
        <w:t xml:space="preserve">[04:58] </w:t>
      </w:r>
      <w:r>
        <w:t>to discover the purpose of life.</w:t>
      </w:r>
    </w:p>
    <w:p>
      <w:pPr>
        <w:jc w:val="right"/>
      </w:pPr>
      <w:r>
        <w:t>To discover the purpose of life۔</w:t>
      </w:r>
    </w:p>
    <w:p>
      <w:r>
        <w:rPr>
          <w:b/>
        </w:rPr>
        <w:t xml:space="preserve">[05:00] </w:t>
      </w:r>
      <w:r>
        <w:t>to discover the creation plan of god.</w:t>
      </w:r>
    </w:p>
    <w:p>
      <w:pPr>
        <w:jc w:val="right"/>
      </w:pPr>
      <w:r>
        <w:t>To discover the creation plan of God۔</w:t>
      </w:r>
    </w:p>
    <w:p>
      <w:r>
        <w:rPr>
          <w:b/>
        </w:rPr>
        <w:t xml:space="preserve">[05:03] </w:t>
      </w:r>
      <w:r>
        <w:t>isi ke discovery mein jeene ka ek safar hai.</w:t>
      </w:r>
    </w:p>
    <w:p>
      <w:pPr>
        <w:jc w:val="right"/>
      </w:pPr>
      <w:r>
        <w:t>اسی کے Discovery میں جینے کا ایک سفر ہے۔</w:t>
      </w:r>
    </w:p>
    <w:p>
      <w:r>
        <w:rPr>
          <w:b/>
        </w:rPr>
        <w:t xml:space="preserve">[05:07] </w:t>
      </w:r>
      <w:r>
        <w:t>main kahunga ke zindagi goya safar marifat hai.</w:t>
      </w:r>
    </w:p>
    <w:p>
      <w:pPr>
        <w:jc w:val="right"/>
      </w:pPr>
      <w:r>
        <w:t>میں کہوں گا کہ زندگی گویا سفر معرفت ہے۔</w:t>
      </w:r>
    </w:p>
    <w:p>
      <w:r>
        <w:rPr>
          <w:b/>
        </w:rPr>
        <w:t xml:space="preserve">[05:11] </w:t>
      </w:r>
      <w:r>
        <w:t>safar marifat.</w:t>
      </w:r>
    </w:p>
    <w:p>
      <w:pPr>
        <w:jc w:val="right"/>
      </w:pPr>
      <w:r>
        <w:t>سفر معرفت۔</w:t>
      </w:r>
    </w:p>
    <w:p>
      <w:r>
        <w:rPr>
          <w:b/>
        </w:rPr>
        <w:t xml:space="preserve">[05:12] </w:t>
      </w:r>
      <w:r>
        <w:t>jiska end maut hota hai.</w:t>
      </w:r>
    </w:p>
    <w:p>
      <w:pPr>
        <w:jc w:val="right"/>
      </w:pPr>
      <w:r>
        <w:t>جس کا End موت ہوتا ہے۔</w:t>
      </w:r>
    </w:p>
    <w:p>
      <w:r>
        <w:rPr>
          <w:b/>
        </w:rPr>
        <w:t xml:space="preserve">[05:15] </w:t>
      </w:r>
      <w:r>
        <w:t>to ye sochte hue mujhe quran ki ek ayat yaad aayi.</w:t>
      </w:r>
    </w:p>
    <w:p>
      <w:pPr>
        <w:jc w:val="right"/>
      </w:pPr>
      <w:r>
        <w:t>تو یہ سوچتے ہوئے مجھے قرآن کی ایک آیت یاد آئی۔</w:t>
      </w:r>
    </w:p>
    <w:p>
      <w:r>
        <w:rPr>
          <w:b/>
        </w:rPr>
        <w:t xml:space="preserve">[05:20] </w:t>
      </w:r>
      <w:r>
        <w:t>walan nabluwnakum bishay min al-khawfi wal-ju'i wa naqsin min al-amwali wal-anfusi waththamarati wa bashir al-sabirin alladhina idha asabat-hum musibatun qaloo</w:t>
      </w:r>
    </w:p>
    <w:p>
      <w:pPr>
        <w:jc w:val="right"/>
      </w:pPr>
      <w:r>
        <w:t>ولن نبلونكم بشيء من الخوف والجوء ونقص من الأموال والأنفاس والثمرات وبشر الصابرين الذين إذا أصابتهم مصيبة قالوا</w:t>
      </w:r>
    </w:p>
    <w:p>
      <w:r>
        <w:rPr>
          <w:b/>
        </w:rPr>
        <w:t xml:space="preserve">[05:27] </w:t>
      </w:r>
      <w:r>
        <w:t>inna lillahi wa inna ilayhi raji'un iska tarjuma ye hai ke allah zaroor azmayega kuch na kuch</w:t>
      </w:r>
    </w:p>
    <w:p>
      <w:pPr>
        <w:jc w:val="right"/>
      </w:pPr>
      <w:r>
        <w:t>إنا لله وإنا إليه راجعون اس کا ترجمہ یہ ہے کہ اللہ ضرور آزمائے گا کچھ نہ کچھ</w:t>
      </w:r>
    </w:p>
    <w:p>
      <w:r>
        <w:rPr>
          <w:b/>
        </w:rPr>
        <w:t xml:space="preserve">[05:35] </w:t>
      </w:r>
      <w:r>
        <w:t>khauf, bhook, maal mein kami, jaan mein kami, in cheezon se.</w:t>
      </w:r>
    </w:p>
    <w:p>
      <w:pPr>
        <w:jc w:val="right"/>
      </w:pPr>
      <w:r>
        <w:t>خوف، بھوک، مال میں کمی، جان میں کمی، ان چیزوں سے۔</w:t>
      </w:r>
    </w:p>
    <w:p>
      <w:r>
        <w:rPr>
          <w:b/>
        </w:rPr>
        <w:t xml:space="preserve">[05:40] </w:t>
      </w:r>
      <w:r>
        <w:t>ye sab tajurba.</w:t>
      </w:r>
    </w:p>
    <w:p>
      <w:pPr>
        <w:jc w:val="right"/>
      </w:pPr>
      <w:r>
        <w:t>یہ سب تجربہ۔</w:t>
      </w:r>
    </w:p>
    <w:p>
      <w:r>
        <w:rPr>
          <w:b/>
        </w:rPr>
        <w:t xml:space="preserve">[05:41] </w:t>
      </w:r>
      <w:r>
        <w:t>to khushkhabri hai un logon ke liye jo sabr karen.</w:t>
      </w:r>
    </w:p>
    <w:p>
      <w:pPr>
        <w:jc w:val="right"/>
      </w:pPr>
      <w:r>
        <w:t>تو خوشخبری ہے ان لوگوں کے لیے جو صبر کریں۔</w:t>
      </w:r>
    </w:p>
    <w:p>
      <w:r>
        <w:rPr>
          <w:b/>
        </w:rPr>
        <w:t xml:space="preserve">[05:46] </w:t>
      </w:r>
      <w:r>
        <w:t>is par main sochne laga.</w:t>
      </w:r>
    </w:p>
    <w:p>
      <w:pPr>
        <w:jc w:val="right"/>
      </w:pPr>
      <w:r>
        <w:t>اس پر میں سوچنے لگا۔</w:t>
      </w:r>
    </w:p>
    <w:p>
      <w:r>
        <w:rPr>
          <w:b/>
        </w:rPr>
        <w:t xml:space="preserve">[05:48] </w:t>
      </w:r>
      <w:r>
        <w:t>to mujhe samajh mein aaya ke ye jo hai ke azmayenge, ye kya hai? tajurbaat guzren ge.</w:t>
      </w:r>
    </w:p>
    <w:p>
      <w:pPr>
        <w:jc w:val="right"/>
      </w:pPr>
      <w:r>
        <w:t>تو مجھے سمجھ میں آیا کہ یہ جو ہے کہ آزمائیں گے، یہ کیا ہے؟ تجربات گزریں گے۔</w:t>
      </w:r>
    </w:p>
    <w:p>
      <w:r>
        <w:rPr>
          <w:b/>
        </w:rPr>
        <w:t xml:space="preserve">[05:55] </w:t>
      </w:r>
      <w:r>
        <w:t>azmaish ka matlab yahan hai tajurba.</w:t>
      </w:r>
    </w:p>
    <w:p>
      <w:pPr>
        <w:jc w:val="right"/>
      </w:pPr>
      <w:r>
        <w:t>آزمائش کا مطلب یہاں ہے تجربہ۔</w:t>
      </w:r>
    </w:p>
    <w:p>
      <w:r>
        <w:rPr>
          <w:b/>
        </w:rPr>
        <w:t xml:space="preserve">[05:58] </w:t>
      </w:r>
      <w:r>
        <w:t>yani aap paida ho gaye to tajurba shuru ho jayega.</w:t>
      </w:r>
    </w:p>
    <w:p>
      <w:pPr>
        <w:jc w:val="right"/>
      </w:pPr>
      <w:r>
        <w:t>یعنی آپ پیدا ہو گئے تو تجربہ شروع ہو جائے گا۔</w:t>
      </w:r>
    </w:p>
    <w:p>
      <w:r>
        <w:rPr>
          <w:b/>
        </w:rPr>
        <w:t xml:space="preserve">[06:03] </w:t>
      </w:r>
      <w:r>
        <w:t>har qism ka tajurba.</w:t>
      </w:r>
    </w:p>
    <w:p>
      <w:pPr>
        <w:jc w:val="right"/>
      </w:pPr>
      <w:r>
        <w:t>ہر قسم کا تجربہ۔</w:t>
      </w:r>
    </w:p>
    <w:p>
      <w:r>
        <w:rPr>
          <w:b/>
        </w:rPr>
        <w:t xml:space="preserve">[06:04] </w:t>
      </w:r>
      <w:r>
        <w:t>gham ka, khushi ka, bhook ka, sehri ka, kamyabi ka, nakami ka.</w:t>
      </w:r>
    </w:p>
    <w:p>
      <w:pPr>
        <w:jc w:val="right"/>
      </w:pPr>
      <w:r>
        <w:t>غم کا، خوشی کا، بھوک کا، سحری کا، کامیابی کا، ناکامی کا۔</w:t>
      </w:r>
    </w:p>
    <w:p>
      <w:r>
        <w:rPr>
          <w:b/>
        </w:rPr>
        <w:t xml:space="preserve">[06:10] </w:t>
      </w:r>
      <w:r>
        <w:t>to yeh tajruba hai jis ko kaha gaya hai azmaish.</w:t>
      </w:r>
    </w:p>
    <w:p>
      <w:pPr>
        <w:jc w:val="right"/>
      </w:pPr>
      <w:r>
        <w:t>تو یہ تجربہ ہے جس کو کہا گیا ہے آزمائش۔</w:t>
      </w:r>
    </w:p>
    <w:p>
      <w:r>
        <w:rPr>
          <w:b/>
        </w:rPr>
        <w:t xml:space="preserve">[06:14] </w:t>
      </w:r>
      <w:r>
        <w:t>poori zindagi aik tajruba hai.</w:t>
      </w:r>
    </w:p>
    <w:p>
      <w:pPr>
        <w:jc w:val="right"/>
      </w:pPr>
      <w:r>
        <w:t>پوری زندگی ایک تجربہ ہے۔</w:t>
      </w:r>
    </w:p>
    <w:p>
      <w:r>
        <w:rPr>
          <w:b/>
        </w:rPr>
        <w:t xml:space="preserve">[06:16] </w:t>
      </w:r>
      <w:r>
        <w:t>tajrubaat ke darmiyan aik safar hai jo maut par pohanchta hai.</w:t>
      </w:r>
    </w:p>
    <w:p>
      <w:pPr>
        <w:jc w:val="right"/>
      </w:pPr>
      <w:r>
        <w:t>تجربات کے درمیان ایک سفر ہے جو موت پر پہنچتا ہے۔</w:t>
      </w:r>
    </w:p>
    <w:p>
      <w:r>
        <w:rPr>
          <w:b/>
        </w:rPr>
        <w:t xml:space="preserve">[06:21] </w:t>
      </w:r>
      <w:r>
        <w:t>to maut phir kya hai? maine socha ke maut jo hai woh khatma hai, zindagi ka khatma</w:t>
      </w:r>
    </w:p>
    <w:p>
      <w:pPr>
        <w:jc w:val="right"/>
      </w:pPr>
      <w:r>
        <w:t>تو موت پھر کیا ہے؟ میں نے سوچا کہ موت جو ہے وہ خاتمہ ہے، زندگی کا خاتمہ</w:t>
      </w:r>
    </w:p>
    <w:p>
      <w:r>
        <w:rPr>
          <w:b/>
        </w:rPr>
        <w:t xml:space="preserve">[06:28] </w:t>
      </w:r>
      <w:r>
        <w:t>nahi hai.</w:t>
      </w:r>
    </w:p>
    <w:p>
      <w:pPr>
        <w:jc w:val="right"/>
      </w:pPr>
      <w:r>
        <w:t>نہیں ہے۔</w:t>
      </w:r>
    </w:p>
    <w:p>
      <w:r>
        <w:rPr>
          <w:b/>
        </w:rPr>
        <w:t xml:space="preserve">[06:30] </w:t>
      </w:r>
      <w:r>
        <w:t>khatma nahi hai.</w:t>
      </w:r>
    </w:p>
    <w:p>
      <w:pPr>
        <w:jc w:val="right"/>
      </w:pPr>
      <w:r>
        <w:t>خاتمہ نہیں ہے۔</w:t>
      </w:r>
    </w:p>
    <w:p>
      <w:r>
        <w:rPr>
          <w:b/>
        </w:rPr>
        <w:t xml:space="preserve">[06:31] </w:t>
      </w:r>
      <w:r>
        <w:t>woh Final Age mein dakhil hona hai.</w:t>
      </w:r>
    </w:p>
    <w:p>
      <w:pPr>
        <w:jc w:val="right"/>
      </w:pPr>
      <w:r>
        <w:t>وہ Final Age میں داخل ہونا ہے۔</w:t>
      </w:r>
    </w:p>
    <w:p>
      <w:r>
        <w:rPr>
          <w:b/>
        </w:rPr>
        <w:t xml:space="preserve">[06:34] </w:t>
      </w:r>
      <w:r>
        <w:t>yani aap ne tajrubaat ke darmiyan apne ko jaisa banaya, is ke mutabiq aap agle dour-e-hayat mein</w:t>
      </w:r>
    </w:p>
    <w:p>
      <w:pPr>
        <w:jc w:val="right"/>
      </w:pPr>
      <w:r>
        <w:t>یعنی آپ نے تجربات کے دوران اپنے کو جیسا بنایا، اس کے مطابق آپ اگلے دور حیات میں</w:t>
      </w:r>
    </w:p>
    <w:p>
      <w:r>
        <w:rPr>
          <w:b/>
        </w:rPr>
        <w:t xml:space="preserve">[06:42] </w:t>
      </w:r>
      <w:r>
        <w:t>dakhil hotay hain.</w:t>
      </w:r>
    </w:p>
    <w:p>
      <w:pPr>
        <w:jc w:val="right"/>
      </w:pPr>
      <w:r>
        <w:t>داخل ہوتے ہیں۔</w:t>
      </w:r>
    </w:p>
    <w:p>
      <w:r>
        <w:rPr>
          <w:b/>
        </w:rPr>
        <w:t xml:space="preserve">[06:44] </w:t>
      </w:r>
      <w:r>
        <w:t>Final Gate jo hai is mein dakhil hona aur is ke baad jaisa aap ne banaya tha apne</w:t>
      </w:r>
    </w:p>
    <w:p>
      <w:pPr>
        <w:jc w:val="right"/>
      </w:pPr>
      <w:r>
        <w:t>Final Gate جو ہے اس میں داخل ہونا اور اس کے بعد جیسا آپ نے بنایا تھا اپنے</w:t>
      </w:r>
    </w:p>
    <w:p>
      <w:r>
        <w:rPr>
          <w:b/>
        </w:rPr>
        <w:t xml:space="preserve">[06:51] </w:t>
      </w:r>
      <w:r>
        <w:t>aap ko, is ko bhugtana.</w:t>
      </w:r>
    </w:p>
    <w:p>
      <w:pPr>
        <w:jc w:val="right"/>
      </w:pPr>
      <w:r>
        <w:t>آپ کو، اس کو بھگتنا۔</w:t>
      </w:r>
    </w:p>
    <w:p>
      <w:r>
        <w:rPr>
          <w:b/>
        </w:rPr>
        <w:t xml:space="preserve">[06:53] </w:t>
      </w:r>
      <w:r>
        <w:t>kyun ke zindagi kya hai? zindagi tajrubaat ke darmiyan aik safar hai.</w:t>
      </w:r>
    </w:p>
    <w:p>
      <w:pPr>
        <w:jc w:val="right"/>
      </w:pPr>
      <w:r>
        <w:t>کیونکہ زندگی کیا ہے؟ زندگی تجربات کے درمیان ایک سفر ہے۔</w:t>
      </w:r>
    </w:p>
    <w:p>
      <w:r>
        <w:rPr>
          <w:b/>
        </w:rPr>
        <w:t xml:space="preserve">[06:58] </w:t>
      </w:r>
      <w:r>
        <w:t>kisi ka woh kam muddat mein safar khatam ho jata hai, kisi ka ziyada muddat mein.</w:t>
      </w:r>
    </w:p>
    <w:p>
      <w:pPr>
        <w:jc w:val="right"/>
      </w:pPr>
      <w:r>
        <w:t>کسی کا وہ کم مدت میں سفر ختم ہو جاتا ہے، کسی کا زیادہ مدت میں۔</w:t>
      </w:r>
    </w:p>
    <w:p>
      <w:r>
        <w:rPr>
          <w:b/>
        </w:rPr>
        <w:t xml:space="preserve">[07:05] </w:t>
      </w:r>
      <w:r>
        <w:t>to agar aadmi soche, soche, soche to woh paye ga ke is tajrube ke darmiyan mein jo chaha</w:t>
      </w:r>
    </w:p>
    <w:p>
      <w:pPr>
        <w:jc w:val="right"/>
      </w:pPr>
      <w:r>
        <w:t>تو اگر آدمی سوچے، سوچے، سوچے تو وہ پائے گا کہ اس تجربے کے دوران میں جو چاہا</w:t>
      </w:r>
    </w:p>
    <w:p>
      <w:r>
        <w:rPr>
          <w:b/>
        </w:rPr>
        <w:t xml:space="preserve">[07:13] </w:t>
      </w:r>
      <w:r>
        <w:t>main pa liya, maine.</w:t>
      </w:r>
    </w:p>
    <w:p>
      <w:pPr>
        <w:jc w:val="right"/>
      </w:pPr>
      <w:r>
        <w:t>میں پا لیا، میں نے۔</w:t>
      </w:r>
    </w:p>
    <w:p>
      <w:r>
        <w:rPr>
          <w:b/>
        </w:rPr>
        <w:t xml:space="preserve">[07:15] </w:t>
      </w:r>
      <w:r>
        <w:t>khana bhook lagi to khana mil gaya, pyas lagi to pani mil gaya, roshni ki zaroorat thi to</w:t>
      </w:r>
    </w:p>
    <w:p>
      <w:pPr>
        <w:jc w:val="right"/>
      </w:pPr>
      <w:r>
        <w:t>کھانا بھوک لگی تو کھانا مل گیا، پیاس لگی تو پانی مل گیا، روشنی کی ضرورت تھی تو</w:t>
      </w:r>
    </w:p>
    <w:p>
      <w:r>
        <w:rPr>
          <w:b/>
        </w:rPr>
        <w:t xml:space="preserve">[07:23] </w:t>
      </w:r>
      <w:r>
        <w:t>sooraj mil gaya, oxygen ki zaroorat thi to woh bhi mil gaya mujhe.</w:t>
      </w:r>
    </w:p>
    <w:p>
      <w:pPr>
        <w:jc w:val="right"/>
      </w:pPr>
      <w:r>
        <w:t>سورج مل گیا، آکسیجن کی ضرورت تھی تو وہ بھی مل گیا مجھے۔</w:t>
      </w:r>
    </w:p>
    <w:p>
      <w:r>
        <w:rPr>
          <w:b/>
        </w:rPr>
        <w:t xml:space="preserve">[07:28] </w:t>
      </w:r>
      <w:r>
        <w:t>lekin aik cheez phir bhi mujhe nahi mili.</w:t>
      </w:r>
    </w:p>
    <w:p>
      <w:pPr>
        <w:jc w:val="right"/>
      </w:pPr>
      <w:r>
        <w:t>لیکن ایک چیز پھر بھی مجھے نہیں ملی۔</w:t>
      </w:r>
    </w:p>
    <w:p>
      <w:r>
        <w:rPr>
          <w:b/>
        </w:rPr>
        <w:t xml:space="preserve">[07:32] </w:t>
      </w:r>
      <w:r>
        <w:t>har aadmi ko.</w:t>
      </w:r>
    </w:p>
    <w:p>
      <w:pPr>
        <w:jc w:val="right"/>
      </w:pPr>
      <w:r>
        <w:t>ہر آدمی کو۔</w:t>
      </w:r>
    </w:p>
    <w:p>
      <w:r>
        <w:rPr>
          <w:b/>
        </w:rPr>
        <w:t xml:space="preserve">[07:33] </w:t>
      </w:r>
      <w:r>
        <w:t>woh hai Fulfillment.</w:t>
      </w:r>
    </w:p>
    <w:p>
      <w:pPr>
        <w:jc w:val="right"/>
      </w:pPr>
      <w:r>
        <w:t>وہ ہے Fulfillment۔</w:t>
      </w:r>
    </w:p>
    <w:p>
      <w:r>
        <w:rPr>
          <w:b/>
        </w:rPr>
        <w:t xml:space="preserve">[07:35] </w:t>
      </w:r>
      <w:r>
        <w:t>aadmi is dunya mein har cheez pa leta hai.</w:t>
      </w:r>
    </w:p>
    <w:p>
      <w:pPr>
        <w:jc w:val="right"/>
      </w:pPr>
      <w:r>
        <w:t>آدمی اس دنیا میں ہر چیز پا لیتا ہے۔</w:t>
      </w:r>
    </w:p>
    <w:p>
      <w:r>
        <w:rPr>
          <w:b/>
        </w:rPr>
        <w:t xml:space="preserve">[07:38] </w:t>
      </w:r>
      <w:r>
        <w:t>har cheez.</w:t>
      </w:r>
    </w:p>
    <w:p>
      <w:pPr>
        <w:jc w:val="right"/>
      </w:pPr>
      <w:r>
        <w:t>ہر چیز۔</w:t>
      </w:r>
    </w:p>
    <w:p>
      <w:r>
        <w:rPr>
          <w:b/>
        </w:rPr>
        <w:t xml:space="preserve">[07:40] </w:t>
      </w:r>
      <w:r>
        <w:t>jo bhi woh chahta hai.</w:t>
      </w:r>
    </w:p>
    <w:p>
      <w:pPr>
        <w:jc w:val="right"/>
      </w:pPr>
      <w:r>
        <w:t>جو بھی وہ چاہتا ہے۔</w:t>
      </w:r>
    </w:p>
    <w:p>
      <w:r>
        <w:rPr>
          <w:b/>
        </w:rPr>
        <w:t xml:space="preserve">[07:42] </w:t>
      </w:r>
      <w:r>
        <w:t>lekin Fulfillment nahi.</w:t>
      </w:r>
    </w:p>
    <w:p>
      <w:pPr>
        <w:jc w:val="right"/>
      </w:pPr>
      <w:r>
        <w:t>لیکن Fulfillment نہیں۔</w:t>
      </w:r>
    </w:p>
    <w:p>
      <w:r>
        <w:rPr>
          <w:b/>
        </w:rPr>
        <w:t xml:space="preserve">[07:44] </w:t>
      </w:r>
      <w:r>
        <w:t>to Fulfillment goya hamara Final Goal hai.</w:t>
      </w:r>
    </w:p>
    <w:p>
      <w:pPr>
        <w:jc w:val="right"/>
      </w:pPr>
      <w:r>
        <w:t>تو Fulfillment گویا ہمارا Final Goal ہے۔</w:t>
      </w:r>
    </w:p>
    <w:p>
      <w:r>
        <w:rPr>
          <w:b/>
        </w:rPr>
        <w:t xml:space="preserve">[07:47] </w:t>
      </w:r>
      <w:r>
        <w:t>lekin woh milta nahin.</w:t>
      </w:r>
    </w:p>
    <w:p>
      <w:pPr>
        <w:jc w:val="right"/>
      </w:pPr>
      <w:r>
        <w:t>لیکن وہ ملتا نہیں۔</w:t>
      </w:r>
    </w:p>
    <w:p>
      <w:r>
        <w:rPr>
          <w:b/>
        </w:rPr>
        <w:t xml:space="preserve">[07:48] </w:t>
      </w:r>
      <w:r>
        <w:t>is tajrube se maine yeh samjha ke Fulfillment jo hai hamara Habitat hai.</w:t>
      </w:r>
    </w:p>
    <w:p>
      <w:pPr>
        <w:jc w:val="right"/>
      </w:pPr>
      <w:r>
        <w:t>اس تجربے سے میں نے یہ سمجھا کہ Fulfillment جو ہے ہمارا Habitat ہے۔</w:t>
      </w:r>
    </w:p>
    <w:p>
      <w:r>
        <w:rPr>
          <w:b/>
        </w:rPr>
        <w:t xml:space="preserve">[07:54] </w:t>
      </w:r>
      <w:r>
        <w:t>yeh hamara Habitat nahin hai.</w:t>
      </w:r>
    </w:p>
    <w:p>
      <w:pPr>
        <w:jc w:val="right"/>
      </w:pPr>
      <w:r>
        <w:t>یہ ہمارا Habitat نہیں ہے۔</w:t>
      </w:r>
    </w:p>
    <w:p>
      <w:r>
        <w:rPr>
          <w:b/>
        </w:rPr>
        <w:t xml:space="preserve">[07:56] </w:t>
      </w:r>
      <w:r>
        <w:t>jab main chhota tha, jab mere baap abhi zinda the, mere baap mar gaye jab main paanch saal</w:t>
      </w:r>
    </w:p>
    <w:p>
      <w:pPr>
        <w:jc w:val="right"/>
      </w:pPr>
      <w:r>
        <w:t>جب میں چھوٹا تھا، جب میرے باپ ابھی زندہ تھے، میرے باپ مر گئے جب میں پانچ سال</w:t>
      </w:r>
    </w:p>
    <w:p>
      <w:r>
        <w:rPr>
          <w:b/>
        </w:rPr>
        <w:t xml:space="preserve">[08:04] </w:t>
      </w:r>
      <w:r>
        <w:t>ka tha.</w:t>
      </w:r>
    </w:p>
    <w:p>
      <w:pPr>
        <w:jc w:val="right"/>
      </w:pPr>
      <w:r>
        <w:t>کا تھا۔</w:t>
      </w:r>
    </w:p>
    <w:p>
      <w:r>
        <w:rPr>
          <w:b/>
        </w:rPr>
        <w:t xml:space="preserve">[08:06] </w:t>
      </w:r>
      <w:r>
        <w:t>to mujhe apne saath le aate the woh idhar udhar idhar.</w:t>
      </w:r>
    </w:p>
    <w:p>
      <w:pPr>
        <w:jc w:val="right"/>
      </w:pPr>
      <w:r>
        <w:t>تو مجھے اپنے ساتھ لے آتے تھے وہ ادھر ادھر ادھر۔</w:t>
      </w:r>
    </w:p>
    <w:p>
      <w:r>
        <w:rPr>
          <w:b/>
        </w:rPr>
        <w:t xml:space="preserve">[08:10] </w:t>
      </w:r>
      <w:r>
        <w:t>abhi main bilkul chhota tha.</w:t>
      </w:r>
    </w:p>
    <w:p>
      <w:pPr>
        <w:jc w:val="right"/>
      </w:pPr>
      <w:r>
        <w:t>ابھی میں بالکل چھوٹا تھا۔</w:t>
      </w:r>
    </w:p>
    <w:p>
      <w:r>
        <w:rPr>
          <w:b/>
        </w:rPr>
        <w:t xml:space="preserve">[08:13] </w:t>
      </w:r>
      <w:r>
        <w:t>to mujhe yaad hai ke woh le gaye mujhe naddi ke kinare.</w:t>
      </w:r>
    </w:p>
    <w:p>
      <w:pPr>
        <w:jc w:val="right"/>
      </w:pPr>
      <w:r>
        <w:t>تو مجھے یاد ہے کہ وہ لے گئے مجھے ندی کے کنارے۔</w:t>
      </w:r>
    </w:p>
    <w:p>
      <w:r>
        <w:rPr>
          <w:b/>
        </w:rPr>
        <w:t xml:space="preserve">[08:18] </w:t>
      </w:r>
      <w:r>
        <w:t>naddi ke kinare.</w:t>
      </w:r>
    </w:p>
    <w:p>
      <w:pPr>
        <w:jc w:val="right"/>
      </w:pPr>
      <w:r>
        <w:t>ندی کے کنارے۔</w:t>
      </w:r>
    </w:p>
    <w:p>
      <w:r>
        <w:rPr>
          <w:b/>
        </w:rPr>
        <w:t xml:space="preserve">[08:19] </w:t>
      </w:r>
      <w:r>
        <w:t>wahan par log machhli pakad rahe the.</w:t>
      </w:r>
    </w:p>
    <w:p>
      <w:pPr>
        <w:jc w:val="right"/>
      </w:pPr>
      <w:r>
        <w:t>وہاں پر لوگ مچھلی پکڑ رہے تھے۔</w:t>
      </w:r>
    </w:p>
    <w:p>
      <w:r>
        <w:rPr>
          <w:b/>
        </w:rPr>
        <w:t xml:space="preserve">[08:22] </w:t>
      </w:r>
      <w:r>
        <w:t>machhli.</w:t>
      </w:r>
    </w:p>
    <w:p>
      <w:pPr>
        <w:jc w:val="right"/>
      </w:pPr>
      <w:r>
        <w:t>مچھلی۔</w:t>
      </w:r>
    </w:p>
    <w:p>
      <w:r>
        <w:rPr>
          <w:b/>
        </w:rPr>
        <w:t xml:space="preserve">[08:24] </w:t>
      </w:r>
      <w:r>
        <w:t>pehle to yaani is zamane mein log machhli pakra karte the, ab pata nahin riwaj hai ke nahin</w:t>
      </w:r>
    </w:p>
    <w:p>
      <w:pPr>
        <w:jc w:val="right"/>
      </w:pPr>
      <w:r>
        <w:t>پہلے تو یعنی اس زمانے میں لوگ مچھلی پکڑا کرتے تھے، اب پتہ نہیں رواج ہے کہ نہیں</w:t>
      </w:r>
    </w:p>
    <w:p>
      <w:r>
        <w:rPr>
          <w:b/>
        </w:rPr>
        <w:t xml:space="preserve">[08:31] </w:t>
      </w:r>
      <w:r>
        <w:t>riwaj hai.</w:t>
      </w:r>
    </w:p>
    <w:p>
      <w:pPr>
        <w:jc w:val="right"/>
      </w:pPr>
      <w:r>
        <w:t>رواج ہے۔</w:t>
      </w:r>
    </w:p>
    <w:p>
      <w:r>
        <w:rPr>
          <w:b/>
        </w:rPr>
        <w:t xml:space="preserve">[08:33] </w:t>
      </w:r>
      <w:r>
        <w:t>to ek aadmi ne machhli pakri, machhli pakar ke us ko bahar khushki mein daal diya.</w:t>
      </w:r>
    </w:p>
    <w:p>
      <w:pPr>
        <w:jc w:val="right"/>
      </w:pPr>
      <w:r>
        <w:t>تو ایک آدمی نے مچھلی پکڑی، مچھلی پکڑ کے اس کو باہر خشکی میں ڈال دیا۔</w:t>
      </w:r>
    </w:p>
    <w:p>
      <w:r>
        <w:rPr>
          <w:b/>
        </w:rPr>
        <w:t xml:space="preserve">[08:40] </w:t>
      </w:r>
      <w:r>
        <w:t>ab maine dekha ke machhli tadap rahi hai, tadap rahi hai, tadap rahi hai, tadap rahi hai.</w:t>
      </w:r>
    </w:p>
    <w:p>
      <w:pPr>
        <w:jc w:val="right"/>
      </w:pPr>
      <w:r>
        <w:t>اب میں نے دیکھا کہ مچھلی تڑپ رہی ہے، تڑپ رہی ہے، تڑپ رہی ہے، تڑپ رہی ہے۔</w:t>
      </w:r>
    </w:p>
    <w:p>
      <w:r>
        <w:rPr>
          <w:b/>
        </w:rPr>
        <w:t xml:space="preserve">[08:47] </w:t>
      </w:r>
      <w:r>
        <w:t>وہ وہ scene میرے mind پر چھایا ہوا آج تک۔</w:t>
      </w:r>
    </w:p>
    <w:p>
      <w:pPr>
        <w:jc w:val="right"/>
      </w:pPr>
      <w:r>
        <w:t>وہ وہ سین میرے Mind پر چھایا ہوا آج تک۔</w:t>
      </w:r>
    </w:p>
    <w:p>
      <w:r>
        <w:rPr>
          <w:b/>
        </w:rPr>
        <w:t xml:space="preserve">[08:52] </w:t>
      </w:r>
      <w:r>
        <w:t>to maine ab main sochta hoon to meri samajh mein aata hai ke machhli ka Habitat pani</w:t>
      </w:r>
    </w:p>
    <w:p>
      <w:pPr>
        <w:jc w:val="right"/>
      </w:pPr>
      <w:r>
        <w:t>تو میں نے اب میں سوچتا ہوں تو میری سمجھ میں آتا ہے کہ مچھلی کا Habitat پانی</w:t>
      </w:r>
    </w:p>
    <w:p>
      <w:r>
        <w:rPr>
          <w:b/>
        </w:rPr>
        <w:t xml:space="preserve">[08:59] </w:t>
      </w:r>
      <w:r>
        <w:t>hai.</w:t>
      </w:r>
    </w:p>
    <w:p>
      <w:pPr>
        <w:jc w:val="right"/>
      </w:pPr>
      <w:r>
        <w:t>ہے۔</w:t>
      </w:r>
    </w:p>
    <w:p>
      <w:r>
        <w:rPr>
          <w:b/>
        </w:rPr>
        <w:t xml:space="preserve">[09:01] </w:t>
      </w:r>
      <w:r>
        <w:t>pani ke baghair woh tadpe gi, tadpe gi, tadpe gi.</w:t>
      </w:r>
    </w:p>
    <w:p>
      <w:pPr>
        <w:jc w:val="right"/>
      </w:pPr>
      <w:r>
        <w:t>پانی کے بغیر وہ تڑپے گی، تڑپے گی، تڑپے گی۔</w:t>
      </w:r>
    </w:p>
    <w:p>
      <w:r>
        <w:rPr>
          <w:b/>
        </w:rPr>
        <w:t xml:space="preserve">[09:05] </w:t>
      </w:r>
      <w:r>
        <w:t>to machhli ko us ka Habitat maujood hai, us ko mil jata hai.</w:t>
      </w:r>
    </w:p>
    <w:p>
      <w:pPr>
        <w:jc w:val="right"/>
      </w:pPr>
      <w:r>
        <w:t>تو مچھلی کو اس کا Habitat موجود ہے، اس کو مل جاتا ہے۔</w:t>
      </w:r>
    </w:p>
    <w:p>
      <w:r>
        <w:rPr>
          <w:b/>
        </w:rPr>
        <w:t xml:space="preserve">[09:11] </w:t>
      </w:r>
      <w:r>
        <w:t>Animal ka Habitat jangla hai, un ko mil jata hai.</w:t>
      </w:r>
    </w:p>
    <w:p>
      <w:pPr>
        <w:jc w:val="right"/>
      </w:pPr>
      <w:r>
        <w:t>Animal کا Habitat جنگل ہے، ان کو مل جاتا ہے۔</w:t>
      </w:r>
    </w:p>
    <w:p>
      <w:r>
        <w:rPr>
          <w:b/>
        </w:rPr>
        <w:t xml:space="preserve">[09:15] </w:t>
      </w:r>
      <w:r>
        <w:t>chiriyon ka Habitat fiza hai, udti hain woh fiza mein.</w:t>
      </w:r>
    </w:p>
    <w:p>
      <w:pPr>
        <w:jc w:val="right"/>
      </w:pPr>
      <w:r>
        <w:t>چڑیوں کا Habitat فضا ہے، اڑتی ہیں وہ فضا میں۔</w:t>
      </w:r>
    </w:p>
    <w:p>
      <w:r>
        <w:rPr>
          <w:b/>
        </w:rPr>
        <w:t xml:space="preserve">[09:19] </w:t>
      </w:r>
      <w:r>
        <w:t>yaani har ek ko us ka Habitat mila hua hai.</w:t>
      </w:r>
    </w:p>
    <w:p>
      <w:pPr>
        <w:jc w:val="right"/>
      </w:pPr>
      <w:r>
        <w:t>یعنی ہر ایک کو اس کا Habitat ملا ہوا ہے۔</w:t>
      </w:r>
    </w:p>
    <w:p>
      <w:r>
        <w:rPr>
          <w:b/>
        </w:rPr>
        <w:t xml:space="preserve">[09:24] </w:t>
      </w:r>
      <w:r>
        <w:t>yaani Fulfillment ka doosra naam hai Habitat.</w:t>
      </w:r>
    </w:p>
    <w:p>
      <w:pPr>
        <w:jc w:val="right"/>
      </w:pPr>
      <w:r>
        <w:t>یعنی Fulfillment کا دوسرا نام ہے Habitat۔</w:t>
      </w:r>
    </w:p>
    <w:p>
      <w:r>
        <w:rPr>
          <w:b/>
        </w:rPr>
        <w:t xml:space="preserve">[09:27] </w:t>
      </w:r>
      <w:r>
        <w:t>lekin insaan ko nahin milta.</w:t>
      </w:r>
    </w:p>
    <w:p>
      <w:pPr>
        <w:jc w:val="right"/>
      </w:pPr>
      <w:r>
        <w:t>لیکن انسان کو نہیں ملتا۔</w:t>
      </w:r>
    </w:p>
    <w:p>
      <w:r>
        <w:rPr>
          <w:b/>
        </w:rPr>
        <w:t xml:space="preserve">[09:29] </w:t>
      </w:r>
      <w:r>
        <w:t>yeh sirf insaan hai jisko is ka habitat nahin milta, kyunke fulfillment nahin hota.</w:t>
      </w:r>
    </w:p>
    <w:p>
      <w:pPr>
        <w:jc w:val="right"/>
      </w:pPr>
      <w:r>
        <w:t>یہ صرف انسان ہے جس کو اس کا Habitat نہیں ملتا، کیونکہ Fulfillment نہیں ہوتا۔</w:t>
      </w:r>
    </w:p>
    <w:p>
      <w:r>
        <w:rPr>
          <w:b/>
        </w:rPr>
        <w:t xml:space="preserve">[09:35] </w:t>
      </w:r>
      <w:r>
        <w:t>in sab par sochte hue meri samajh mein aaya ke mout jo hai, mout ek negative lafz hai.</w:t>
      </w:r>
    </w:p>
    <w:p>
      <w:pPr>
        <w:jc w:val="right"/>
      </w:pPr>
      <w:r>
        <w:t>ان سب پر سوچتے ہوئے میری سمجھ میں آیا کہ موت جو ہے، موت ایک Negative لفظ ہے۔</w:t>
      </w:r>
    </w:p>
    <w:p>
      <w:r>
        <w:rPr>
          <w:b/>
        </w:rPr>
        <w:t xml:space="preserve">[09:43] </w:t>
      </w:r>
      <w:r>
        <w:t>haqeeqat woh is ko positive hona chahiye.</w:t>
      </w:r>
    </w:p>
    <w:p>
      <w:pPr>
        <w:jc w:val="right"/>
      </w:pPr>
      <w:r>
        <w:t>حقیقت وہ اس کو Positive ہونا چاہیے۔</w:t>
      </w:r>
    </w:p>
    <w:p>
      <w:r>
        <w:rPr>
          <w:b/>
        </w:rPr>
        <w:t xml:space="preserve">[09:46] </w:t>
      </w:r>
      <w:r>
        <w:t>mout jo hai ek negative lafz hai, yaani khatma, zindagi ka khatma.</w:t>
      </w:r>
    </w:p>
    <w:p>
      <w:pPr>
        <w:jc w:val="right"/>
      </w:pPr>
      <w:r>
        <w:t>موت جو ہے ایک Negative لفظ ہے، یعنی خاتمہ، زندگی کا خاتمہ۔</w:t>
      </w:r>
    </w:p>
    <w:p>
      <w:r>
        <w:rPr>
          <w:b/>
        </w:rPr>
        <w:t xml:space="preserve">[09:51] </w:t>
      </w:r>
      <w:r>
        <w:t>End of Life.</w:t>
      </w:r>
    </w:p>
    <w:p>
      <w:pPr>
        <w:jc w:val="right"/>
      </w:pPr>
      <w:r>
        <w:t>End of Life۔</w:t>
      </w:r>
    </w:p>
    <w:p>
      <w:r>
        <w:rPr>
          <w:b/>
        </w:rPr>
        <w:t xml:space="preserve">[09:53] </w:t>
      </w:r>
      <w:r>
        <w:t>lekin mout jo hai, jo creation plan hai poora, is ko le ke dekha jaye to mout jo</w:t>
      </w:r>
    </w:p>
    <w:p>
      <w:pPr>
        <w:jc w:val="right"/>
      </w:pPr>
      <w:r>
        <w:t>لیکن موت جو ہے، جو Creation Plan ہے پورا، اس کو لے کے دیکھا جائے تو موت جو</w:t>
      </w:r>
    </w:p>
    <w:p>
      <w:r>
        <w:rPr>
          <w:b/>
        </w:rPr>
        <w:t xml:space="preserve">[10:00] </w:t>
      </w:r>
      <w:r>
        <w:t>hai woh bohat hi zyada positive life lafz hai.</w:t>
      </w:r>
    </w:p>
    <w:p>
      <w:pPr>
        <w:jc w:val="right"/>
      </w:pPr>
      <w:r>
        <w:t>ہے وہ بہت ہی زیادہ Positive Life لفظ ہے۔</w:t>
      </w:r>
    </w:p>
    <w:p>
      <w:r>
        <w:rPr>
          <w:b/>
        </w:rPr>
        <w:t xml:space="preserve">[10:04] </w:t>
      </w:r>
      <w:r>
        <w:t>kyun? ke mout ek gate hai jis mein dakhil ho kar hum apne habitat mein pahunch jatay hain.</w:t>
      </w:r>
    </w:p>
    <w:p>
      <w:pPr>
        <w:jc w:val="right"/>
      </w:pPr>
      <w:r>
        <w:t>کیوں؟ کہ موت ایک Gate ہے جس میں داخل ہو کر ہم اپنے Habitat میں پہنچ جاتے ہیں۔</w:t>
      </w:r>
    </w:p>
    <w:p>
      <w:r>
        <w:rPr>
          <w:b/>
        </w:rPr>
        <w:t xml:space="preserve">[10:12] </w:t>
      </w:r>
      <w:r>
        <w:t>yaani hamare safar ka woh point jahan hum is dunya se nikal kar apne habitat mein pahunch jatay</w:t>
      </w:r>
    </w:p>
    <w:p>
      <w:pPr>
        <w:jc w:val="right"/>
      </w:pPr>
      <w:r>
        <w:t>یعنی ہمارے سفر کا وہ Point جہاں ہم اس دنیا سے نکل کر اپنے Habitat میں پہنچ جاتے</w:t>
      </w:r>
    </w:p>
    <w:p>
      <w:r>
        <w:rPr>
          <w:b/>
        </w:rPr>
        <w:t xml:space="preserve">[10:20] </w:t>
      </w:r>
      <w:r>
        <w:t>hain.</w:t>
      </w:r>
    </w:p>
    <w:p>
      <w:pPr>
        <w:jc w:val="right"/>
      </w:pPr>
      <w:r>
        <w:t>ہیں۔</w:t>
      </w:r>
    </w:p>
    <w:p>
      <w:r>
        <w:rPr>
          <w:b/>
        </w:rPr>
        <w:t xml:space="preserve">[10:21] </w:t>
      </w:r>
      <w:r>
        <w:t>aap ne kabhi dekha hoga ke machhli ko agar pani mein daal diya to kutta woh khush hoti</w:t>
      </w:r>
    </w:p>
    <w:p>
      <w:pPr>
        <w:jc w:val="right"/>
      </w:pPr>
      <w:r>
        <w:t>آپ نے کبھی دیکھا ہوگا کہ مچھلی کو اگر پانی میں ڈال دیا تو کتا وہ خوش ہوتی</w:t>
      </w:r>
    </w:p>
    <w:p>
      <w:r>
        <w:rPr>
          <w:b/>
        </w:rPr>
        <w:t xml:space="preserve">[10:29] </w:t>
      </w:r>
      <w:r>
        <w:t>hai, kutta khush hoti hai.</w:t>
      </w:r>
    </w:p>
    <w:p>
      <w:pPr>
        <w:jc w:val="right"/>
      </w:pPr>
      <w:r>
        <w:t>ہے، کتا خوش ہوتی ہے۔</w:t>
      </w:r>
    </w:p>
    <w:p>
      <w:r>
        <w:rPr>
          <w:b/>
        </w:rPr>
        <w:t xml:space="preserve">[10:31] </w:t>
      </w:r>
      <w:r>
        <w:t>to ek sahabi thay, ek sahabi ka qissa hai ke woh jis ko kehte hain na marz ul mout,</w:t>
      </w:r>
    </w:p>
    <w:p>
      <w:pPr>
        <w:jc w:val="right"/>
      </w:pPr>
      <w:r>
        <w:t>تو ایک صحابی تھے، ایک صحابی کا قصہ ہے کہ وہ جس کو کہتے ہیں نا مرض الموت،</w:t>
      </w:r>
    </w:p>
    <w:p>
      <w:r>
        <w:rPr>
          <w:b/>
        </w:rPr>
        <w:t xml:space="preserve">[10:39] </w:t>
      </w:r>
      <w:r>
        <w:t>yaani mout wali bimari.</w:t>
      </w:r>
    </w:p>
    <w:p>
      <w:pPr>
        <w:jc w:val="right"/>
      </w:pPr>
      <w:r>
        <w:t>یعنی موت والی بیماری۔</w:t>
      </w:r>
    </w:p>
    <w:p>
      <w:r>
        <w:rPr>
          <w:b/>
        </w:rPr>
        <w:t xml:space="preserve">[10:40] </w:t>
      </w:r>
      <w:r>
        <w:t>to achhi umar ho gayi thi un ki, bimar hue to ab yeh maloom hua ke mar janay</w:t>
      </w:r>
    </w:p>
    <w:p>
      <w:pPr>
        <w:jc w:val="right"/>
      </w:pPr>
      <w:r>
        <w:t>تو اچھی عمر ہو گئی تھی ان کی، بیمار ہوئے تو اب یہ معلوم ہوا کہ مر جانے</w:t>
      </w:r>
    </w:p>
    <w:p>
      <w:r>
        <w:rPr>
          <w:b/>
        </w:rPr>
        <w:t xml:space="preserve">[10:48] </w:t>
      </w:r>
      <w:r>
        <w:t>walay hain.</w:t>
      </w:r>
    </w:p>
    <w:p>
      <w:pPr>
        <w:jc w:val="right"/>
      </w:pPr>
      <w:r>
        <w:t>والے ہیں۔</w:t>
      </w:r>
    </w:p>
    <w:p>
      <w:r>
        <w:rPr>
          <w:b/>
        </w:rPr>
        <w:t xml:space="preserve">[10:50] </w:t>
      </w:r>
      <w:r>
        <w:t>to aakhri din jab kafi un ki takleef barh gayi thi, yeh lagta tha ke ab End qareeb</w:t>
      </w:r>
    </w:p>
    <w:p>
      <w:pPr>
        <w:jc w:val="right"/>
      </w:pPr>
      <w:r>
        <w:t>تو آخری دن جب کافی ان کی تکلیف بڑھ گئی تھی، یہ لگتا تھا کہ اب End قریب</w:t>
      </w:r>
    </w:p>
    <w:p>
      <w:r>
        <w:rPr>
          <w:b/>
        </w:rPr>
        <w:t xml:space="preserve">[10:57] </w:t>
      </w:r>
      <w:r>
        <w:t>aa gaya.</w:t>
      </w:r>
    </w:p>
    <w:p>
      <w:pPr>
        <w:jc w:val="right"/>
      </w:pPr>
      <w:r>
        <w:t>آ گیا۔</w:t>
      </w:r>
    </w:p>
    <w:p>
      <w:r>
        <w:rPr>
          <w:b/>
        </w:rPr>
        <w:t xml:space="preserve">[10:59] </w:t>
      </w:r>
      <w:r>
        <w:t>to un ko tarap rahe thay bistar par woh.</w:t>
      </w:r>
    </w:p>
    <w:p>
      <w:pPr>
        <w:jc w:val="right"/>
      </w:pPr>
      <w:r>
        <w:t>تو ان کو تڑپ رہے تھے بستر پر وہ۔</w:t>
      </w:r>
    </w:p>
    <w:p>
      <w:r>
        <w:rPr>
          <w:b/>
        </w:rPr>
        <w:t xml:space="preserve">[11:03] </w:t>
      </w:r>
      <w:r>
        <w:t>to un ke ghar walon mein se kisi ki zuban se nikla, wah karbah.</w:t>
      </w:r>
    </w:p>
    <w:p>
      <w:pPr>
        <w:jc w:val="right"/>
      </w:pPr>
      <w:r>
        <w:t>تو ان کے گھر والوں میں سے کسی کی زبان سے نکلا، واہ کرباہ۔</w:t>
      </w:r>
    </w:p>
    <w:p>
      <w:r>
        <w:rPr>
          <w:b/>
        </w:rPr>
        <w:t xml:space="preserve">[11:09] </w:t>
      </w:r>
      <w:r>
        <w:t>un ke ghar walay jo thay un ke paas.</w:t>
      </w:r>
    </w:p>
    <w:p>
      <w:pPr>
        <w:jc w:val="right"/>
      </w:pPr>
      <w:r>
        <w:t>ان کے گھر والے جو تھے ان کے پاس۔</w:t>
      </w:r>
    </w:p>
    <w:p>
      <w:r>
        <w:rPr>
          <w:b/>
        </w:rPr>
        <w:t xml:space="preserve">[11:13] </w:t>
      </w:r>
      <w:r>
        <w:t>to un ki tarap ko dekh kar ke un ki zuban se nikla, wah karbah.</w:t>
      </w:r>
    </w:p>
    <w:p>
      <w:pPr>
        <w:jc w:val="right"/>
      </w:pPr>
      <w:r>
        <w:t>تو ان کی تڑپ کو دیکھ کر کہ ان کی زبان سے نکلا، واہ کرباہ۔</w:t>
      </w:r>
    </w:p>
    <w:p>
      <w:r>
        <w:rPr>
          <w:b/>
        </w:rPr>
        <w:t xml:space="preserve">[11:19] </w:t>
      </w:r>
      <w:r>
        <w:t>haaye takleef.</w:t>
      </w:r>
    </w:p>
    <w:p>
      <w:pPr>
        <w:jc w:val="right"/>
      </w:pPr>
      <w:r>
        <w:t>ہائے تکلیف۔</w:t>
      </w:r>
    </w:p>
    <w:p>
      <w:r>
        <w:rPr>
          <w:b/>
        </w:rPr>
        <w:t xml:space="preserve">[11:20] </w:t>
      </w:r>
      <w:r>
        <w:t>wah karbah ke ma'ni hain, haaye takleef.</w:t>
      </w:r>
    </w:p>
    <w:p>
      <w:pPr>
        <w:jc w:val="right"/>
      </w:pPr>
      <w:r>
        <w:t>واہ کرباہ کے معنی ہیں، ہائے تکلیف۔</w:t>
      </w:r>
    </w:p>
    <w:p>
      <w:r>
        <w:rPr>
          <w:b/>
        </w:rPr>
        <w:t xml:space="preserve">[11:23] </w:t>
      </w:r>
      <w:r>
        <w:t>wah karbah, wah karbah.</w:t>
      </w:r>
    </w:p>
    <w:p>
      <w:pPr>
        <w:jc w:val="right"/>
      </w:pPr>
      <w:r>
        <w:t>واہ کرباہ، واہ کرباہ۔</w:t>
      </w:r>
    </w:p>
    <w:p>
      <w:r>
        <w:rPr>
          <w:b/>
        </w:rPr>
        <w:t xml:space="preserve">[11:25] </w:t>
      </w:r>
      <w:r>
        <w:t>to sahabi jo thay, jo bistar par beemar thay, ab maut qareeb thi un ki, unhon ne kaha</w:t>
      </w:r>
    </w:p>
    <w:p>
      <w:pPr>
        <w:jc w:val="right"/>
      </w:pPr>
      <w:r>
        <w:t>تو صحابی جو تھے، جو بستر پر بیمار تھے، اب موت قریب تھی ان کی، انہوں نے کہا</w:t>
      </w:r>
    </w:p>
    <w:p>
      <w:r>
        <w:rPr>
          <w:b/>
        </w:rPr>
        <w:t xml:space="preserve">[11:33] </w:t>
      </w:r>
      <w:r>
        <w:t>ke nahi, wah karbah.</w:t>
      </w:r>
    </w:p>
    <w:p>
      <w:pPr>
        <w:jc w:val="right"/>
      </w:pPr>
      <w:r>
        <w:t>کہ نہیں، واہ کرباہ۔</w:t>
      </w:r>
    </w:p>
    <w:p>
      <w:r>
        <w:rPr>
          <w:b/>
        </w:rPr>
        <w:t xml:space="preserve">[11:35] </w:t>
      </w:r>
      <w:r>
        <w:t>wah karbah.</w:t>
      </w:r>
    </w:p>
    <w:p>
      <w:pPr>
        <w:jc w:val="right"/>
      </w:pPr>
      <w:r>
        <w:t>واہ کرباہ۔</w:t>
      </w:r>
    </w:p>
    <w:p>
      <w:r>
        <w:rPr>
          <w:b/>
        </w:rPr>
        <w:t xml:space="preserve">[11:36] </w:t>
      </w:r>
      <w:r>
        <w:t>haaye khushi.</w:t>
      </w:r>
    </w:p>
    <w:p>
      <w:pPr>
        <w:jc w:val="right"/>
      </w:pPr>
      <w:r>
        <w:t>ہائے خوشی۔</w:t>
      </w:r>
    </w:p>
    <w:p>
      <w:r>
        <w:rPr>
          <w:b/>
        </w:rPr>
        <w:t xml:space="preserve">[11:38] </w:t>
      </w:r>
      <w:r>
        <w:t>yani ghar walon ne kaha, haaye takleef.</w:t>
      </w:r>
    </w:p>
    <w:p>
      <w:pPr>
        <w:jc w:val="right"/>
      </w:pPr>
      <w:r>
        <w:t>یعنی گھر والوں نے کہا، ہائے تکلیف۔</w:t>
      </w:r>
    </w:p>
    <w:p>
      <w:r>
        <w:rPr>
          <w:b/>
        </w:rPr>
        <w:t xml:space="preserve">[11:41] </w:t>
      </w:r>
      <w:r>
        <w:t>sahabi ne kaha, nahi, wah karbah.</w:t>
      </w:r>
    </w:p>
    <w:p>
      <w:pPr>
        <w:jc w:val="right"/>
      </w:pPr>
      <w:r>
        <w:t>صحابی نے کہا، نہیں، واہ کرباہ۔</w:t>
      </w:r>
    </w:p>
    <w:p>
      <w:r>
        <w:rPr>
          <w:b/>
        </w:rPr>
        <w:t xml:space="preserve">[11:43] </w:t>
      </w:r>
      <w:r>
        <w:t>haaye khushi.</w:t>
      </w:r>
    </w:p>
    <w:p>
      <w:pPr>
        <w:jc w:val="right"/>
      </w:pPr>
      <w:r>
        <w:t>ہائے خوشی۔</w:t>
      </w:r>
    </w:p>
    <w:p>
      <w:r>
        <w:rPr>
          <w:b/>
        </w:rPr>
        <w:t xml:space="preserve">[11:45] </w:t>
      </w:r>
      <w:r>
        <w:t>to unhon ne kyun wah karbah kaha? to apni zaban mein unhon ne jo kaha tha, us ko</w:t>
      </w:r>
    </w:p>
    <w:p>
      <w:pPr>
        <w:jc w:val="right"/>
      </w:pPr>
      <w:r>
        <w:t>تو انہوں نے کیوں واہ کرباہ کہا؟ تو اپنی زبان میں انہوں نے جو کہا تھا، اس کو</w:t>
      </w:r>
    </w:p>
    <w:p>
      <w:r>
        <w:rPr>
          <w:b/>
        </w:rPr>
        <w:t xml:space="preserve">[11:52] </w:t>
      </w:r>
      <w:r>
        <w:t>mein agar lafz badlun to mein kahun ga ke aaj to mujhe apne Habitat milne wala hai.</w:t>
      </w:r>
    </w:p>
    <w:p>
      <w:pPr>
        <w:jc w:val="right"/>
      </w:pPr>
      <w:r>
        <w:t>میں اگر لفظ بدلوں تو میں کہوں گا کہ آج تو مجھے اپنے Habitat ملنے والا ہے۔</w:t>
      </w:r>
    </w:p>
    <w:p>
      <w:r>
        <w:rPr>
          <w:b/>
        </w:rPr>
        <w:t xml:space="preserve">[12:00] </w:t>
      </w:r>
      <w:r>
        <w:t>unhon ne apni zaban mein yeh kaha tha ke aaj to mein milun ga apne doston se.</w:t>
      </w:r>
    </w:p>
    <w:p>
      <w:pPr>
        <w:jc w:val="right"/>
      </w:pPr>
      <w:r>
        <w:t>انہوں نے اپنی زبان میں یہ کہا تھا کہ آج تو میں ملوں گا اپنے دوستوں سے۔</w:t>
      </w:r>
    </w:p>
    <w:p>
      <w:r>
        <w:rPr>
          <w:b/>
        </w:rPr>
        <w:t xml:space="preserve">[12:07] </w:t>
      </w:r>
      <w:r>
        <w:t>yani matlab Rasool Allah se, sahaba se.</w:t>
      </w:r>
    </w:p>
    <w:p>
      <w:pPr>
        <w:jc w:val="right"/>
      </w:pPr>
      <w:r>
        <w:t>یعنی مطلب رسول اللہ سے، صحابہ سے۔</w:t>
      </w:r>
    </w:p>
    <w:p>
      <w:r>
        <w:rPr>
          <w:b/>
        </w:rPr>
        <w:t xml:space="preserve">[12:10] </w:t>
      </w:r>
      <w:r>
        <w:t>to wah karbah keh kar unhon ne kaha ke aaj to mein milun ga apne doston se.</w:t>
      </w:r>
    </w:p>
    <w:p>
      <w:pPr>
        <w:jc w:val="right"/>
      </w:pPr>
      <w:r>
        <w:t>تو واہ کرباہ کہہ کر انہوں نے کہا کہ آج تو میں ملوں گا اپنے دوستوں سے۔</w:t>
      </w:r>
    </w:p>
    <w:p>
      <w:r>
        <w:rPr>
          <w:b/>
        </w:rPr>
        <w:t xml:space="preserve">[12:17] </w:t>
      </w:r>
      <w:r>
        <w:t>to mein agar lafz badlun is ko to mein kahun ga aaj to mujhe mera Habitat milne wala.</w:t>
      </w:r>
    </w:p>
    <w:p>
      <w:pPr>
        <w:jc w:val="right"/>
      </w:pPr>
      <w:r>
        <w:t>تو میں اگر لفظ بدلوں اس کو تو میں کہوں گا آج تو مجھے میرا Habitat ملنے والا۔</w:t>
      </w:r>
    </w:p>
    <w:p>
      <w:r>
        <w:rPr>
          <w:b/>
        </w:rPr>
        <w:t xml:space="preserve">[12:25] </w:t>
      </w:r>
      <w:r>
        <w:t>Habitat jis ke liye mein zindagi bhar maroof raha, bila nahi tha mushkil.</w:t>
      </w:r>
    </w:p>
    <w:p>
      <w:pPr>
        <w:jc w:val="right"/>
      </w:pPr>
      <w:r>
        <w:t>Habitat جس کے لیے میں زندگی بھر معروف رہا، بلا نہیں تھا مشکل۔</w:t>
      </w:r>
    </w:p>
    <w:p>
      <w:r>
        <w:rPr>
          <w:b/>
        </w:rPr>
        <w:t xml:space="preserve">[12:30] </w:t>
      </w:r>
      <w:r>
        <w:t>is tarah agar aadmi soche to jab woh jawani khatam hoti hai, barhapa aata hai, beemari lag jati</w:t>
      </w:r>
    </w:p>
    <w:p>
      <w:pPr>
        <w:jc w:val="right"/>
      </w:pPr>
      <w:r>
        <w:t>اس طرح اگر آدمی سوچے تو جب وہ جوانی ختم ہوتی ہے، بڑھاپا آتا ہے، بیماری لگ جاتی</w:t>
      </w:r>
    </w:p>
    <w:p>
      <w:r>
        <w:rPr>
          <w:b/>
        </w:rPr>
        <w:t xml:space="preserve">[12:38] </w:t>
      </w:r>
      <w:r>
        <w:t>hai is ko, ab maut qareeb dikhai deti hai is ko.</w:t>
      </w:r>
    </w:p>
    <w:p>
      <w:pPr>
        <w:jc w:val="right"/>
      </w:pPr>
      <w:r>
        <w:t>ہے اس کو، اب موت قریب دکھائی دیتی ہے اس کو۔</w:t>
      </w:r>
    </w:p>
    <w:p>
      <w:r>
        <w:rPr>
          <w:b/>
        </w:rPr>
        <w:t xml:space="preserve">[12:43] </w:t>
      </w:r>
      <w:r>
        <w:t>to yahi is ki zaban se nikalna chahiye.</w:t>
      </w:r>
    </w:p>
    <w:p>
      <w:pPr>
        <w:jc w:val="right"/>
      </w:pPr>
      <w:r>
        <w:t>تو یہی اس کی زبان سے نکلنا چاہیے۔</w:t>
      </w:r>
    </w:p>
    <w:p>
      <w:r>
        <w:rPr>
          <w:b/>
        </w:rPr>
        <w:t xml:space="preserve">[12:46] </w:t>
      </w:r>
      <w:r>
        <w:t>khud Rasool Allah ki zaban se kya nikla tha? Allahumma al-rafiq al-a'la Rasool Allah ne farmaya tha aakhir</w:t>
      </w:r>
    </w:p>
    <w:p>
      <w:pPr>
        <w:jc w:val="right"/>
      </w:pPr>
      <w:r>
        <w:t>خود رسول اللہ کی زبان سے کیا نکلا تھا؟ اللهم الرفيق الاعلی رسول اللہ نے فرمایا تھا آخر</w:t>
      </w:r>
    </w:p>
    <w:p>
      <w:r>
        <w:rPr>
          <w:b/>
        </w:rPr>
        <w:t xml:space="preserve">[12:54] </w:t>
      </w:r>
      <w:r>
        <w:t>jab un ki maut hone wali hui thi, Allahumma al-rafiq al-a'la yani a'la dost, yani matlab Allah.</w:t>
      </w:r>
    </w:p>
    <w:p>
      <w:pPr>
        <w:jc w:val="right"/>
      </w:pPr>
      <w:r>
        <w:t>جب ان کی موت ہونے والی ہوئی تھی، اللهم الرفيق الاعلی یعنی اعلی دوست، یعنی مطلب اللہ۔</w:t>
      </w:r>
    </w:p>
    <w:p>
      <w:r>
        <w:rPr>
          <w:b/>
        </w:rPr>
        <w:t xml:space="preserve">[13:01] </w:t>
      </w:r>
      <w:r>
        <w:t>to log samajhte hain ke Allah se mil gaye ja kar ke, yeh galat hai.</w:t>
      </w:r>
    </w:p>
    <w:p>
      <w:pPr>
        <w:jc w:val="right"/>
      </w:pPr>
      <w:r>
        <w:t>تو لوگ سمجھتے ہیں کہ اللہ سے مل گئے جا کر کے، یہ غلط ہے۔</w:t>
      </w:r>
    </w:p>
    <w:p>
      <w:r>
        <w:rPr>
          <w:b/>
        </w:rPr>
        <w:t xml:space="preserve">[13:08] </w:t>
      </w:r>
      <w:r>
        <w:t>yeh bhi ek tamseeli lafz hai.</w:t>
      </w:r>
    </w:p>
    <w:p>
      <w:pPr>
        <w:jc w:val="right"/>
      </w:pPr>
      <w:r>
        <w:t>یہ بھی ایک تمثیلی لفظ ہے۔</w:t>
      </w:r>
    </w:p>
    <w:p>
      <w:r>
        <w:rPr>
          <w:b/>
        </w:rPr>
        <w:t xml:space="preserve">[13:10] </w:t>
      </w:r>
      <w:r>
        <w:t>Rasool Allah fawāt ke baad aisa nahi ke Allah se mil gaye ja kar takht par baith gaye,</w:t>
      </w:r>
    </w:p>
    <w:p>
      <w:pPr>
        <w:jc w:val="right"/>
      </w:pPr>
      <w:r>
        <w:t>رسول اللہ وفات کے بعد ایسا نہیں کہ اللہ سے مل گئے جا کر تخت پر بیٹھ گئے،</w:t>
      </w:r>
    </w:p>
    <w:p>
      <w:r>
        <w:rPr>
          <w:b/>
        </w:rPr>
        <w:t xml:space="preserve">[13:18] </w:t>
      </w:r>
      <w:r>
        <w:t>Allah mein yeh baat nahi hai.</w:t>
      </w:r>
    </w:p>
    <w:p>
      <w:pPr>
        <w:jc w:val="right"/>
      </w:pPr>
      <w:r>
        <w:t>اللہ میں یہ بات نہیں ہے۔</w:t>
      </w:r>
    </w:p>
    <w:p>
      <w:r>
        <w:rPr>
          <w:b/>
        </w:rPr>
        <w:t xml:space="preserve">[13:21] </w:t>
      </w:r>
      <w:r>
        <w:t>woh bhi yahi hai mere alfaaz mein ke ab mujhe mera Habitat mil gaya.</w:t>
      </w:r>
    </w:p>
    <w:p>
      <w:pPr>
        <w:jc w:val="right"/>
      </w:pPr>
      <w:r>
        <w:t>وہ بھی یہی ہے میرے الفاظ میں کہ اب مجھے میرا Habitat مل گیا۔</w:t>
      </w:r>
    </w:p>
    <w:p>
      <w:r>
        <w:rPr>
          <w:b/>
        </w:rPr>
        <w:t xml:space="preserve">[13:27] </w:t>
      </w:r>
      <w:r>
        <w:t>dunya mein mujhe mera Habitat nahi tha.</w:t>
      </w:r>
    </w:p>
    <w:p>
      <w:pPr>
        <w:jc w:val="right"/>
      </w:pPr>
      <w:r>
        <w:t>دنیا میں مجھے میرا Habitat نہیں تھا۔</w:t>
      </w:r>
    </w:p>
    <w:p>
      <w:r>
        <w:rPr>
          <w:b/>
        </w:rPr>
        <w:t xml:space="preserve">[13:30] </w:t>
      </w:r>
      <w:r>
        <w:t>yani Habitat ko mein maadi maani mein nahi le raha hoon, maadi rohani har maani mein le raha</w:t>
      </w:r>
    </w:p>
    <w:p>
      <w:pPr>
        <w:jc w:val="right"/>
      </w:pPr>
      <w:r>
        <w:t>یعنی Habitat کو میں مادی معنی میں نہیں لے رہا ہوں، مادی روحانی ہر معنی میں لے رہا</w:t>
      </w:r>
    </w:p>
    <w:p>
      <w:r>
        <w:rPr>
          <w:b/>
        </w:rPr>
        <w:t xml:space="preserve">[13:37] </w:t>
      </w:r>
      <w:r>
        <w:t>hoon.</w:t>
      </w:r>
    </w:p>
    <w:p>
      <w:pPr>
        <w:jc w:val="right"/>
      </w:pPr>
      <w:r>
        <w:t>ہوں۔</w:t>
      </w:r>
    </w:p>
    <w:p>
      <w:r>
        <w:rPr>
          <w:b/>
        </w:rPr>
        <w:t xml:space="preserve">[13:39] </w:t>
      </w:r>
      <w:r>
        <w:t>yahan rohani maani bhi hamara Habitat yahan nahi milta, nahi milta hum ko.</w:t>
      </w:r>
    </w:p>
    <w:p>
      <w:pPr>
        <w:jc w:val="right"/>
      </w:pPr>
      <w:r>
        <w:t>یہاں روحانی معنی بھی ہمارا Habitat یہاں نہیں ملتا، نہیں ملتا ہم کو۔</w:t>
      </w:r>
    </w:p>
    <w:p>
      <w:r>
        <w:rPr>
          <w:b/>
        </w:rPr>
        <w:t xml:space="preserve">[13:44] </w:t>
      </w:r>
      <w:r>
        <w:t>to mein jo bol raha hoon woh maadi nahi balkeh rohani har aitbaar se.</w:t>
      </w:r>
    </w:p>
    <w:p>
      <w:pPr>
        <w:jc w:val="right"/>
      </w:pPr>
      <w:r>
        <w:t>تو میں جو بول رہا ہوں وہ مادی نہیں بلکہ روحانی ہر اعتبار سے۔</w:t>
      </w:r>
    </w:p>
    <w:p>
      <w:r>
        <w:rPr>
          <w:b/>
        </w:rPr>
        <w:t xml:space="preserve">[13:50] </w:t>
      </w:r>
      <w:r>
        <w:t>to agar aadmi ko is ki ma'rifat ho jaye.</w:t>
      </w:r>
    </w:p>
    <w:p>
      <w:pPr>
        <w:jc w:val="right"/>
      </w:pPr>
      <w:r>
        <w:t>تو اگر آدمی کو اس کی معرفت ہو جائے۔</w:t>
      </w:r>
    </w:p>
    <w:p>
      <w:r>
        <w:rPr>
          <w:b/>
        </w:rPr>
        <w:t xml:space="preserve">[13:54] </w:t>
      </w:r>
      <w:r>
        <w:t>Iqbal ka aik shair hai ke nishan-e-mard-e-momin baat goyam chu marg aayat tabassum bar lab-e-ou'st</w:t>
      </w:r>
    </w:p>
    <w:p>
      <w:pPr>
        <w:jc w:val="right"/>
      </w:pPr>
      <w:r>
        <w:t>اقبال کا ایک شعر ہے کہ نشان مرد مومن بات گویم چو مرگ آیت تبسم بر لب اوست</w:t>
      </w:r>
    </w:p>
    <w:p>
      <w:r>
        <w:rPr>
          <w:b/>
        </w:rPr>
        <w:t xml:space="preserve">[14:02] </w:t>
      </w:r>
      <w:r>
        <w:t>nishan-e-mard-e-momin baat goyam chu marg aayat tabassum bar lab-e-ou'st.</w:t>
      </w:r>
    </w:p>
    <w:p>
      <w:pPr>
        <w:jc w:val="right"/>
      </w:pPr>
      <w:r>
        <w:t>نشان مرد مومن بات گویم چو مرگ آیت تبسم بر لب اوست۔</w:t>
      </w:r>
    </w:p>
    <w:p>
      <w:r>
        <w:rPr>
          <w:b/>
        </w:rPr>
        <w:t xml:space="preserve">[14:07] </w:t>
      </w:r>
      <w:r>
        <w:t>mein tum se is ka tarjuma yeh hai: mein tum ko batata hoon ke mard-e-momin ki pehchan</w:t>
      </w:r>
    </w:p>
    <w:p>
      <w:pPr>
        <w:jc w:val="right"/>
      </w:pPr>
      <w:r>
        <w:t>میں تم سے اس کا ترجمہ یہ ہے: میں تم کو بتاتا ہوں کہ مرد مومن کی پہچان</w:t>
      </w:r>
    </w:p>
    <w:p>
      <w:r>
        <w:rPr>
          <w:b/>
        </w:rPr>
        <w:t xml:space="preserve">[14:15] </w:t>
      </w:r>
      <w:r>
        <w:t>kya hai.</w:t>
      </w:r>
    </w:p>
    <w:p>
      <w:pPr>
        <w:jc w:val="right"/>
      </w:pPr>
      <w:r>
        <w:t>کیا ہے۔</w:t>
      </w:r>
    </w:p>
    <w:p>
      <w:r>
        <w:rPr>
          <w:b/>
        </w:rPr>
        <w:t xml:space="preserve">[14:16] </w:t>
      </w:r>
      <w:r>
        <w:t>woh pehchan yeh hai ke jab maut aati hai to us ke chehre par khushi hoti hai.</w:t>
      </w:r>
    </w:p>
    <w:p>
      <w:pPr>
        <w:jc w:val="right"/>
      </w:pPr>
      <w:r>
        <w:t>وہ پہچان یہ ہے کہ جب موت آتی ہے تو اس کے چہرے پر خوشی ہوتی ہے۔</w:t>
      </w:r>
    </w:p>
    <w:p>
      <w:r>
        <w:rPr>
          <w:b/>
        </w:rPr>
        <w:t xml:space="preserve">[14:24] </w:t>
      </w:r>
      <w:r>
        <w:t>ab kis maani mein shair ne likha hai, mein nahi jaanta.</w:t>
      </w:r>
    </w:p>
    <w:p>
      <w:pPr>
        <w:jc w:val="right"/>
      </w:pPr>
      <w:r>
        <w:t>اب کس معنی میں شاعر نے لکھا ہے، میں نہیں جانتا۔</w:t>
      </w:r>
    </w:p>
    <w:p>
      <w:r>
        <w:rPr>
          <w:b/>
        </w:rPr>
        <w:t xml:space="preserve">[14:28] </w:t>
      </w:r>
      <w:r>
        <w:t>lekin haqeeqat yeh hai ke agar aadmi ko ma'rifat ho, Allah ki ma'rifat, Creation Plan of God ki</w:t>
      </w:r>
    </w:p>
    <w:p>
      <w:pPr>
        <w:jc w:val="right"/>
      </w:pPr>
      <w:r>
        <w:t>لیکن حقیقت یہ ہے کہ اگر آدمی کو معرفت ہو، اللہ کی معرفت، Creation Plan of God کی</w:t>
      </w:r>
    </w:p>
    <w:p>
      <w:r>
        <w:rPr>
          <w:b/>
        </w:rPr>
        <w:t xml:space="preserve">[14:36] </w:t>
      </w:r>
      <w:r>
        <w:t>ma'rifat, aur is baat ki ma'rifat ke Khuda ne paida kiya insaan ko, to is dunya mein Fulfillment</w:t>
      </w:r>
    </w:p>
    <w:p>
      <w:pPr>
        <w:jc w:val="right"/>
      </w:pPr>
      <w:r>
        <w:t>معرفت، اور اس بات کی معرفت کہ خدا نے پیدا کیا انسان کو، تو اس دنیا میں Fulfillment</w:t>
      </w:r>
    </w:p>
    <w:p>
      <w:r>
        <w:rPr>
          <w:b/>
        </w:rPr>
        <w:t xml:space="preserve">[14:44] </w:t>
      </w:r>
      <w:r>
        <w:t>nahi rakha is ke liye.</w:t>
      </w:r>
    </w:p>
    <w:p>
      <w:pPr>
        <w:jc w:val="right"/>
      </w:pPr>
      <w:r>
        <w:t>نہیں رکھا اس کے لیے۔</w:t>
      </w:r>
    </w:p>
    <w:p>
      <w:r>
        <w:rPr>
          <w:b/>
        </w:rPr>
        <w:t xml:space="preserve">[14:46] </w:t>
      </w:r>
      <w:r>
        <w:t>yeh dunya is ke liye World of Experiences hai, tajrubaat ki dunya hai, Fulfillment ki dunya nahi hai.</w:t>
      </w:r>
    </w:p>
    <w:p>
      <w:pPr>
        <w:jc w:val="right"/>
      </w:pPr>
      <w:r>
        <w:t>یہ دنیا اس کے لیے World of Experiences ہے، تجربات کی دنیا ہے، Fulfillment کی دنیا نہیں ہے۔</w:t>
      </w:r>
    </w:p>
    <w:p>
      <w:r>
        <w:rPr>
          <w:b/>
        </w:rPr>
        <w:t xml:space="preserve">[14:54] </w:t>
      </w:r>
      <w:r>
        <w:t>yani jis cheez ko Quran mein kaha gaya hai, woh aazmaish.</w:t>
      </w:r>
    </w:p>
    <w:p>
      <w:pPr>
        <w:jc w:val="right"/>
      </w:pPr>
      <w:r>
        <w:t>یعنی جس چیز کو قرآن میں کہا گیا ہے، وہ آزمائش۔</w:t>
      </w:r>
    </w:p>
    <w:p>
      <w:r>
        <w:rPr>
          <w:b/>
        </w:rPr>
        <w:t xml:space="preserve">[14:58] </w:t>
      </w:r>
      <w:r>
        <w:t>wala nab'alukum ya dar al-imtihan to mein is ko kahunga ke tajrubaat, tajrubaat, tajrubaat.</w:t>
      </w:r>
    </w:p>
    <w:p>
      <w:pPr>
        <w:jc w:val="right"/>
      </w:pPr>
      <w:r>
        <w:t>ولا نبع لکم یا دار الامتحان تو میں اس کو کہوں گا کہ تجربات، تجربات، تجربات۔</w:t>
      </w:r>
    </w:p>
    <w:p>
      <w:r>
        <w:rPr>
          <w:b/>
        </w:rPr>
        <w:t xml:space="preserve">[15:05] </w:t>
      </w:r>
      <w:r>
        <w:t>lekin Fulfillment nahi.</w:t>
      </w:r>
    </w:p>
    <w:p>
      <w:pPr>
        <w:jc w:val="right"/>
      </w:pPr>
      <w:r>
        <w:t>لیکن Fulfillment نہیں۔</w:t>
      </w:r>
    </w:p>
    <w:p>
      <w:r>
        <w:rPr>
          <w:b/>
        </w:rPr>
        <w:t xml:space="preserve">[15:07] </w:t>
      </w:r>
      <w:r>
        <w:t>ya doosre lafzon mein yeh hai ke Habitat nahi.</w:t>
      </w:r>
    </w:p>
    <w:p>
      <w:pPr>
        <w:jc w:val="right"/>
      </w:pPr>
      <w:r>
        <w:t>یا دوسرے لفظوں میں یہ ہے کہ Habitat نہیں۔</w:t>
      </w:r>
    </w:p>
    <w:p>
      <w:r>
        <w:rPr>
          <w:b/>
        </w:rPr>
        <w:t xml:space="preserve">[15:11] </w:t>
      </w:r>
      <w:r>
        <w:t>yeh dunya insaan ke liye World of Experiences to hai, lekin Habitat nahi hai.</w:t>
      </w:r>
    </w:p>
    <w:p>
      <w:pPr>
        <w:jc w:val="right"/>
      </w:pPr>
      <w:r>
        <w:t>یہ دنیا انسان کے لیے World of Experiences تو ہے، لیکن Habitat نہیں ہے۔</w:t>
      </w:r>
    </w:p>
    <w:p>
      <w:r>
        <w:rPr>
          <w:b/>
        </w:rPr>
        <w:t xml:space="preserve">[15:17] </w:t>
      </w:r>
      <w:r>
        <w:t>Habitat woh jagah hai jahan aadmi apna poora Fulfillment pa le.</w:t>
      </w:r>
    </w:p>
    <w:p>
      <w:pPr>
        <w:jc w:val="right"/>
      </w:pPr>
      <w:r>
        <w:t>Habitat وہ جگہ ہے جہاں آدمی اپنا پورا Fulfillment پا لے۔</w:t>
      </w:r>
    </w:p>
    <w:p>
      <w:r>
        <w:rPr>
          <w:b/>
        </w:rPr>
        <w:t xml:space="preserve">[15:21] </w:t>
      </w:r>
      <w:r>
        <w:t>woh yeh nahi hai.</w:t>
      </w:r>
    </w:p>
    <w:p>
      <w:pPr>
        <w:jc w:val="right"/>
      </w:pPr>
      <w:r>
        <w:t>وہ یہ نہیں ہے۔</w:t>
      </w:r>
    </w:p>
    <w:p>
      <w:r>
        <w:rPr>
          <w:b/>
        </w:rPr>
        <w:t xml:space="preserve">[15:23] </w:t>
      </w:r>
      <w:r>
        <w:t>to jis aadmi ko is ka azaan ho, sach much is ka azaan ho, us ki Discovery ho</w:t>
      </w:r>
    </w:p>
    <w:p>
      <w:pPr>
        <w:jc w:val="right"/>
      </w:pPr>
      <w:r>
        <w:t>تو جس آدمی کو اس کا اذان ہو، سچ مچ اس کا اذان ہو، اس کی Discovery ہو</w:t>
      </w:r>
    </w:p>
    <w:p>
      <w:r>
        <w:rPr>
          <w:b/>
        </w:rPr>
        <w:t xml:space="preserve">[15:31] </w:t>
      </w:r>
      <w:r>
        <w:t>gayi ho, us ko is ka Realization ho gaya ho, to woh is ka wahi haal hoga ke</w:t>
      </w:r>
    </w:p>
    <w:p>
      <w:pPr>
        <w:jc w:val="right"/>
      </w:pPr>
      <w:r>
        <w:t>گئی ہو، اس کو اس کا Realization ہو گیا ہو، تو وہ اس کا وہی حال ہوگا کہ</w:t>
      </w:r>
    </w:p>
    <w:p>
      <w:r>
        <w:rPr>
          <w:b/>
        </w:rPr>
        <w:t xml:space="preserve">[15:38] </w:t>
      </w:r>
      <w:r>
        <w:t>aaj to mujhe mera Habitat milega.</w:t>
      </w:r>
    </w:p>
    <w:p>
      <w:pPr>
        <w:jc w:val="right"/>
      </w:pPr>
      <w:r>
        <w:t>آج تو مجھے میرا Habitat ملے گا۔</w:t>
      </w:r>
    </w:p>
    <w:p>
      <w:r>
        <w:rPr>
          <w:b/>
        </w:rPr>
        <w:t xml:space="preserve">[15:41] </w:t>
      </w:r>
      <w:r>
        <w:t>to rasool Allah ne is ko un lafzon mein kaha: Allahumma al-rafiq al-aala Sahabi ne in lafzon mein</w:t>
      </w:r>
    </w:p>
    <w:p>
      <w:pPr>
        <w:jc w:val="right"/>
      </w:pPr>
      <w:r>
        <w:t>تو رسول اللہ نے اس کو ان لفظوں میں کہا: اللهم الرفيق الاعلی صحابی نے ان لفظوں میں</w:t>
      </w:r>
    </w:p>
    <w:p>
      <w:r>
        <w:rPr>
          <w:b/>
        </w:rPr>
        <w:t xml:space="preserve">[15:49] </w:t>
      </w:r>
      <w:r>
        <w:t>kaha ke: wah karbah shair ne in lafzon mein kaha ke: tabassum bar lab-e-oost to ek ba-khabar</w:t>
      </w:r>
    </w:p>
    <w:p>
      <w:pPr>
        <w:jc w:val="right"/>
      </w:pPr>
      <w:r>
        <w:t>کہا کہ: واہ کرباہ شاعر نے ان لفظوں میں کہا کہ: تبسم بر لب اوست تو ایک باخبر</w:t>
      </w:r>
    </w:p>
    <w:p>
      <w:r>
        <w:rPr>
          <w:b/>
        </w:rPr>
        <w:t xml:space="preserve">[15:57] </w:t>
      </w:r>
      <w:r>
        <w:t>aadmi, ek Realized aadmi jis ne jaan liya ho ke zindagi kya hai, zindagi ka safar kya hai,</w:t>
      </w:r>
    </w:p>
    <w:p>
      <w:pPr>
        <w:jc w:val="right"/>
      </w:pPr>
      <w:r>
        <w:t>آدمی، ایک Realized آدمی جس نے جان لیا ہو کہ زندگی کیا ہے، زندگی کا سفر کیا ہے،</w:t>
      </w:r>
    </w:p>
    <w:p>
      <w:r>
        <w:rPr>
          <w:b/>
        </w:rPr>
        <w:t xml:space="preserve">[16:05] </w:t>
      </w:r>
      <w:r>
        <w:t>zindagi ka aaghaz kya hai, is ka End kya hai, to yaqeenan woh maut ko Positive Sense mile</w:t>
      </w:r>
    </w:p>
    <w:p>
      <w:pPr>
        <w:jc w:val="right"/>
      </w:pPr>
      <w:r>
        <w:t>زندگی کا آغاز کیا ہے، اس کا End کیا ہے، تو یقینا وہ موت کو Positive Sense ملے</w:t>
      </w:r>
    </w:p>
    <w:p>
      <w:r>
        <w:rPr>
          <w:b/>
        </w:rPr>
        <w:t xml:space="preserve">[16:12] </w:t>
      </w:r>
      <w:r>
        <w:t>ga.</w:t>
      </w:r>
    </w:p>
    <w:p>
      <w:pPr>
        <w:jc w:val="right"/>
      </w:pPr>
      <w:r>
        <w:t>گا۔</w:t>
      </w:r>
    </w:p>
    <w:p>
      <w:r>
        <w:rPr>
          <w:b/>
        </w:rPr>
        <w:t xml:space="preserve">[16:14] </w:t>
      </w:r>
      <w:r>
        <w:t>maut ko Positive Sense mile ga.</w:t>
      </w:r>
    </w:p>
    <w:p>
      <w:pPr>
        <w:jc w:val="right"/>
      </w:pPr>
      <w:r>
        <w:t>موت کو Positive Sense ملے گا۔</w:t>
      </w:r>
    </w:p>
    <w:p>
      <w:r>
        <w:rPr>
          <w:b/>
        </w:rPr>
        <w:t xml:space="preserve">[16:16] </w:t>
      </w:r>
      <w:r>
        <w:t>yani ab to woh daur aane wala hai jab ke mujhe mera Habitat mil jaye ga.</w:t>
      </w:r>
    </w:p>
    <w:p>
      <w:pPr>
        <w:jc w:val="right"/>
      </w:pPr>
      <w:r>
        <w:t>یعنی اب تو وہ دور آنے والا ہے جب کہ مجھے میرا Habitat مل جائے گا۔</w:t>
      </w:r>
    </w:p>
    <w:p>
      <w:r>
        <w:rPr>
          <w:b/>
        </w:rPr>
        <w:t xml:space="preserve">[16:23] </w:t>
      </w:r>
      <w:r>
        <w:t>ab dekhen kitna zyada yeh is mein Hope hai.</w:t>
      </w:r>
    </w:p>
    <w:p>
      <w:pPr>
        <w:jc w:val="right"/>
      </w:pPr>
      <w:r>
        <w:t>اب دیکھیں کتنا زیادہ یہ اس میں Hope ہے۔</w:t>
      </w:r>
    </w:p>
    <w:p>
      <w:r>
        <w:rPr>
          <w:b/>
        </w:rPr>
        <w:t xml:space="preserve">[16:27] </w:t>
      </w:r>
      <w:r>
        <w:t>kitna zyada Hope hai.</w:t>
      </w:r>
    </w:p>
    <w:p>
      <w:pPr>
        <w:jc w:val="right"/>
      </w:pPr>
      <w:r>
        <w:t>کتنا زیادہ Hope ہے۔</w:t>
      </w:r>
    </w:p>
    <w:p>
      <w:r>
        <w:rPr>
          <w:b/>
        </w:rPr>
        <w:t xml:space="preserve">[16:29] </w:t>
      </w:r>
      <w:r>
        <w:t>aap hum jo Quran ko phailane ke liye itna zyada zor dete hain, is ki wajah yeh hai.</w:t>
      </w:r>
    </w:p>
    <w:p>
      <w:pPr>
        <w:jc w:val="right"/>
      </w:pPr>
      <w:r>
        <w:t>آپ ہم جو قرآن کو پھیلانے کے لیے اتنا زیادہ زور دیتے ہیں، اس کی وجہ یہ ہے۔</w:t>
      </w:r>
    </w:p>
    <w:p>
      <w:r>
        <w:rPr>
          <w:b/>
        </w:rPr>
        <w:t xml:space="preserve">[16:36] </w:t>
      </w:r>
      <w:r>
        <w:t>aap rozana jo media mein dekhte hain, print media, electronic media mein, insaan marte hain to marne ko</w:t>
      </w:r>
    </w:p>
    <w:p>
      <w:pPr>
        <w:jc w:val="right"/>
      </w:pPr>
      <w:r>
        <w:t>آپ روزانہ جو میڈیا میں دیکھتے ہیں، پرنٹ میڈیا، الیکٹرانک میڈیا میں، انسان مرتے ہیں تو مرنے کو</w:t>
      </w:r>
    </w:p>
    <w:p>
      <w:r>
        <w:rPr>
          <w:b/>
        </w:rPr>
        <w:t xml:space="preserve">[16:44] </w:t>
      </w:r>
      <w:r>
        <w:t>jis tareeqe se batata hai media, woh sirf yahi hai ke Negative Sense mein.</w:t>
      </w:r>
    </w:p>
    <w:p>
      <w:pPr>
        <w:jc w:val="right"/>
      </w:pPr>
      <w:r>
        <w:t>جس طریقے سے بتاتا ہے میڈیا، وہ صرف یہی ہے کہ Negative Sense میں۔</w:t>
      </w:r>
    </w:p>
    <w:p>
      <w:r>
        <w:rPr>
          <w:b/>
        </w:rPr>
        <w:t xml:space="preserve">[16:50] </w:t>
      </w:r>
      <w:r>
        <w:t>Negative Sense mein.</w:t>
      </w:r>
    </w:p>
    <w:p>
      <w:pPr>
        <w:jc w:val="right"/>
      </w:pPr>
      <w:r>
        <w:t>Negative Sense میں۔</w:t>
      </w:r>
    </w:p>
    <w:p>
      <w:r>
        <w:rPr>
          <w:b/>
        </w:rPr>
        <w:t xml:space="preserve">[16:52] </w:t>
      </w:r>
      <w:r>
        <w:t>lekin Quran ko aap parhen to Quran maut ko Positive Sense mein bataye ga.</w:t>
      </w:r>
    </w:p>
    <w:p>
      <w:pPr>
        <w:jc w:val="right"/>
      </w:pPr>
      <w:r>
        <w:t>لیکن قرآن کو آپ پڑھیں تو قرآن موت کو Positive Sense میں بتائے گا۔</w:t>
      </w:r>
    </w:p>
    <w:p>
      <w:r>
        <w:rPr>
          <w:b/>
        </w:rPr>
        <w:t xml:space="preserve">[16:58] </w:t>
      </w:r>
      <w:r>
        <w:t>ke maut ka din woh din hai jab ke aap ne, agar aap ba-iman hain, agar aap waqai</w:t>
      </w:r>
    </w:p>
    <w:p>
      <w:pPr>
        <w:jc w:val="right"/>
      </w:pPr>
      <w:r>
        <w:t>کہ موت کا دن وہ دن ہے جب کہ آپ نے، اگر آپ باایمان ہیں، اگر آپ واقعی</w:t>
      </w:r>
    </w:p>
    <w:p>
      <w:r>
        <w:rPr>
          <w:b/>
        </w:rPr>
        <w:t xml:space="preserve">[17:05] </w:t>
      </w:r>
      <w:r>
        <w:t>ma'non mein ek ek ba-khabar insaan hain, waqai ma'non mein aap ko Realization hua sachai ka, to maut</w:t>
      </w:r>
    </w:p>
    <w:p>
      <w:pPr>
        <w:jc w:val="right"/>
      </w:pPr>
      <w:r>
        <w:t>معنوں میں ایک ایک باخبر انسان ہیں، واقعی معنوں میں آپ کو Realization ہوا سچائی کا، تو موت</w:t>
      </w:r>
    </w:p>
    <w:p>
      <w:r>
        <w:rPr>
          <w:b/>
        </w:rPr>
        <w:t xml:space="preserve">[17:13] </w:t>
      </w:r>
      <w:r>
        <w:t>aap ke liye ek ek nayi umeed ka din hoga ke aaj mein apne Habitat mein dakhil ho</w:t>
      </w:r>
    </w:p>
    <w:p>
      <w:pPr>
        <w:jc w:val="right"/>
      </w:pPr>
      <w:r>
        <w:t>آپ کے لیے ایک ایک نئی امید کا دن ہوگا کہ آج میں اپنے Habitat میں داخل ہو</w:t>
      </w:r>
    </w:p>
    <w:p>
      <w:r>
        <w:rPr>
          <w:b/>
        </w:rPr>
        <w:t xml:space="preserve">[17:21] </w:t>
      </w:r>
      <w:r>
        <w:t>ja'on ga.</w:t>
      </w:r>
    </w:p>
    <w:p>
      <w:pPr>
        <w:jc w:val="right"/>
      </w:pPr>
      <w:r>
        <w:t>جاؤں گا۔</w:t>
      </w:r>
    </w:p>
    <w:p>
      <w:r>
        <w:rPr>
          <w:b/>
        </w:rPr>
        <w:t xml:space="preserve">[17:22] </w:t>
      </w:r>
      <w:r>
        <w:t>aaj mein apne Habitat mein dakhil ho ja'on ga.</w:t>
      </w:r>
    </w:p>
    <w:p>
      <w:pPr>
        <w:jc w:val="right"/>
      </w:pPr>
      <w:r>
        <w:t>آج میں اپنے Habitat میں داخل ہو جاؤں گا۔</w:t>
      </w:r>
    </w:p>
    <w:p>
      <w:r>
        <w:rPr>
          <w:b/>
        </w:rPr>
        <w:t xml:space="preserve">[17:26] </w:t>
      </w:r>
      <w:r>
        <w:t>zindagi ka yeh tasawwur ghor kijiye, kitna zyada Hopeful tasawwur hai.</w:t>
      </w:r>
    </w:p>
    <w:p>
      <w:pPr>
        <w:jc w:val="right"/>
      </w:pPr>
      <w:r>
        <w:t>زندگی کا یہ تصور غور کیجئے، کتنا زیادہ Hopeful تصور ہے۔</w:t>
      </w:r>
    </w:p>
    <w:p>
      <w:r>
        <w:rPr>
          <w:b/>
        </w:rPr>
        <w:t xml:space="preserve">[17:31] </w:t>
      </w:r>
      <w:r>
        <w:t>to aadmi paida hota hai to kya daryaft karta hai woh? agar soche aadmi to paidaish is ke</w:t>
      </w:r>
    </w:p>
    <w:p>
      <w:pPr>
        <w:jc w:val="right"/>
      </w:pPr>
      <w:r>
        <w:t>تو آدمی پیدا ہوتا ہے تو کیا دریافت کرتا ہے وہ؟ اگر سوچے آدمی تو پیدائش اس کے</w:t>
      </w:r>
    </w:p>
    <w:p>
      <w:r>
        <w:rPr>
          <w:b/>
        </w:rPr>
        <w:t xml:space="preserve">[17:39] </w:t>
      </w:r>
      <w:r>
        <w:t>liye is daryaft ka din hai ke mein makhlooq hoon, mera ek khaliq hai.</w:t>
      </w:r>
    </w:p>
    <w:p>
      <w:pPr>
        <w:jc w:val="right"/>
      </w:pPr>
      <w:r>
        <w:t>لیے اس دریافت کا دن ہے کہ میں مخلوق ہوں، میرا ایک خالق ہے۔</w:t>
      </w:r>
    </w:p>
    <w:p>
      <w:r>
        <w:rPr>
          <w:b/>
        </w:rPr>
        <w:t xml:space="preserve">[17:45] </w:t>
      </w:r>
      <w:r>
        <w:t>kyunke agar khaliq na ho to mein kaise paida ho ja'on ga? to zindagi teen daryafton ka Period</w:t>
      </w:r>
    </w:p>
    <w:p>
      <w:pPr>
        <w:jc w:val="right"/>
      </w:pPr>
      <w:r>
        <w:t>کیونکہ اگر خالق نہ ہو تو میں کیسے پیدا ہو جاؤں گا؟ تو زندگی تین دریافتوں کا Period</w:t>
      </w:r>
    </w:p>
    <w:p>
      <w:r>
        <w:rPr>
          <w:b/>
        </w:rPr>
        <w:t xml:space="preserve">[17:52] </w:t>
      </w:r>
      <w:r>
        <w:t>hai.</w:t>
      </w:r>
    </w:p>
    <w:p>
      <w:pPr>
        <w:jc w:val="right"/>
      </w:pPr>
      <w:r>
        <w:t>ہے۔</w:t>
      </w:r>
    </w:p>
    <w:p>
      <w:r>
        <w:rPr>
          <w:b/>
        </w:rPr>
        <w:t xml:space="preserve">[17:54] </w:t>
      </w:r>
      <w:r>
        <w:t>teen bari daryaften.</w:t>
      </w:r>
    </w:p>
    <w:p>
      <w:pPr>
        <w:jc w:val="right"/>
      </w:pPr>
      <w:r>
        <w:t>تین بڑی دریافتیں۔</w:t>
      </w:r>
    </w:p>
    <w:p>
      <w:r>
        <w:rPr>
          <w:b/>
        </w:rPr>
        <w:t xml:space="preserve">[17:55] </w:t>
      </w:r>
      <w:r>
        <w:t>paida hone ke baad Unconsciously, phir bara hone ke baad Consciously.</w:t>
      </w:r>
    </w:p>
    <w:p>
      <w:pPr>
        <w:jc w:val="right"/>
      </w:pPr>
      <w:r>
        <w:t>پیدا ہونے کے بعد Unconsciously، پھر بڑا ہونے کے بعد Consciously۔</w:t>
      </w:r>
    </w:p>
    <w:p>
      <w:r>
        <w:rPr>
          <w:b/>
        </w:rPr>
        <w:t xml:space="preserve">[18:00] </w:t>
      </w:r>
      <w:r>
        <w:t>ke mein makhlooq hoon, mera ek khaliq hai.</w:t>
      </w:r>
    </w:p>
    <w:p>
      <w:pPr>
        <w:jc w:val="right"/>
      </w:pPr>
      <w:r>
        <w:t>کہ میں مخلوق ہوں، میرا ایک خالق ہے۔</w:t>
      </w:r>
    </w:p>
    <w:p>
      <w:r>
        <w:rPr>
          <w:b/>
        </w:rPr>
        <w:t xml:space="preserve">[18:03] </w:t>
      </w:r>
      <w:r>
        <w:t>yeh daryaft is ko hoti hai.</w:t>
      </w:r>
    </w:p>
    <w:p>
      <w:pPr>
        <w:jc w:val="right"/>
      </w:pPr>
      <w:r>
        <w:t>یہ دریافت اس کو ہوتی ہے۔</w:t>
      </w:r>
    </w:p>
    <w:p>
      <w:r>
        <w:rPr>
          <w:b/>
        </w:rPr>
        <w:t xml:space="preserve">[18:06] </w:t>
      </w:r>
      <w:r>
        <w:t>mein nahin kehta ke chote bachon ko Consciously hoti hai, lekin Unconsciously is ko zaroor hoti hai, jo</w:t>
      </w:r>
    </w:p>
    <w:p>
      <w:pPr>
        <w:jc w:val="right"/>
      </w:pPr>
      <w:r>
        <w:t>میں نہیں کہتا کہ چھوٹے بچوں کو Consciously ہوتی ہے، لیکن Unconsciously اس کو ضرور ہوتی ہے، جو</w:t>
      </w:r>
    </w:p>
    <w:p>
      <w:r>
        <w:rPr>
          <w:b/>
        </w:rPr>
        <w:t xml:space="preserve">[18:14] </w:t>
      </w:r>
      <w:r>
        <w:t>dheere dheere Clear hoti chali jati hai.</w:t>
      </w:r>
    </w:p>
    <w:p>
      <w:pPr>
        <w:jc w:val="right"/>
      </w:pPr>
      <w:r>
        <w:t>دھیرے دھیرے Clear ہوتی چلی جاتی ہے۔</w:t>
      </w:r>
    </w:p>
    <w:p>
      <w:r>
        <w:rPr>
          <w:b/>
        </w:rPr>
        <w:t xml:space="preserve">[18:17] </w:t>
      </w:r>
      <w:r>
        <w:t>is ke baad daryaft karta hai woh ke mera jo khaliq hai, woh Rahman Raheem hai.</w:t>
      </w:r>
    </w:p>
    <w:p>
      <w:pPr>
        <w:jc w:val="right"/>
      </w:pPr>
      <w:r>
        <w:t>اس کے بعد دریافت کرتا ہے وہ کہ میرا جو خالق ہے، وہ الرحمن الرحیم ہے۔</w:t>
      </w:r>
    </w:p>
    <w:p>
      <w:r>
        <w:rPr>
          <w:b/>
        </w:rPr>
        <w:t xml:space="preserve">[18:24] </w:t>
      </w:r>
      <w:r>
        <w:t>Alhamdulillah Rabb-ul-Aalameen Rahman Raheem to woh daryaft karta hai ke mera jo khaliq hai, woh Rehman</w:t>
      </w:r>
    </w:p>
    <w:p>
      <w:pPr>
        <w:jc w:val="right"/>
      </w:pPr>
      <w:r>
        <w:t>الحمد لله رب العالمین الرحمن الرحیم تو وہ دریافت کرتا ہے کہ میرا جو خالق ہے، وہ رحمن</w:t>
      </w:r>
    </w:p>
    <w:p>
      <w:r>
        <w:rPr>
          <w:b/>
        </w:rPr>
        <w:t xml:space="preserve">[18:31] </w:t>
      </w:r>
      <w:r>
        <w:t>aur Raheem hai.</w:t>
      </w:r>
    </w:p>
    <w:p>
      <w:pPr>
        <w:jc w:val="right"/>
      </w:pPr>
      <w:r>
        <w:t>اور رحیم ہے۔</w:t>
      </w:r>
    </w:p>
    <w:p>
      <w:r>
        <w:rPr>
          <w:b/>
        </w:rPr>
        <w:t xml:space="preserve">[18:33] </w:t>
      </w:r>
      <w:r>
        <w:t>yani jis duniya mein maine aap logon ko paya, paida hone ke baad, us mein woh to</w:t>
      </w:r>
    </w:p>
    <w:p>
      <w:pPr>
        <w:jc w:val="right"/>
      </w:pPr>
      <w:r>
        <w:t>یعنی جس دنیا میں میں نے آپ لوگوں کو پایا، پیدا ہونے کے بعد، اس میں وہ تو</w:t>
      </w:r>
    </w:p>
    <w:p>
      <w:r>
        <w:rPr>
          <w:b/>
        </w:rPr>
        <w:t xml:space="preserve">[18:41] </w:t>
      </w:r>
      <w:r>
        <w:t>Custom Made duniya thi.</w:t>
      </w:r>
    </w:p>
    <w:p>
      <w:pPr>
        <w:jc w:val="right"/>
      </w:pPr>
      <w:r>
        <w:t>Custom Made دنیا تھی۔</w:t>
      </w:r>
    </w:p>
    <w:p>
      <w:r>
        <w:rPr>
          <w:b/>
        </w:rPr>
        <w:t xml:space="preserve">[18:42] </w:t>
      </w:r>
      <w:r>
        <w:t>us mein to Life Support System maujood tha.</w:t>
      </w:r>
    </w:p>
    <w:p>
      <w:pPr>
        <w:jc w:val="right"/>
      </w:pPr>
      <w:r>
        <w:t>اس میں تو Life Support System موجود تھا۔</w:t>
      </w:r>
    </w:p>
    <w:p>
      <w:r>
        <w:rPr>
          <w:b/>
        </w:rPr>
        <w:t xml:space="preserve">[18:46] </w:t>
      </w:r>
      <w:r>
        <w:t>us mein mere liye pani tha, ghiza thi, oxygen tha, light thi, sab kuch.</w:t>
      </w:r>
    </w:p>
    <w:p>
      <w:pPr>
        <w:jc w:val="right"/>
      </w:pPr>
      <w:r>
        <w:t>اس میں میرے لیے پانی تھا، غذا تھی، آکسیجن تھا، لائٹ تھی، سب کچھ۔</w:t>
      </w:r>
    </w:p>
    <w:p>
      <w:r>
        <w:rPr>
          <w:b/>
        </w:rPr>
        <w:t xml:space="preserve">[18:52] </w:t>
      </w:r>
      <w:r>
        <w:t>to yeh yeh jo pata hai woh, is se is ko ek bohat bari daryaft hoti hai ke</w:t>
      </w:r>
    </w:p>
    <w:p>
      <w:pPr>
        <w:jc w:val="right"/>
      </w:pPr>
      <w:r>
        <w:t>تو یہ یہ جو پاتا ہے وہ، اس سے اس کو ایک بہت بڑی دریافت ہوتی ہے کہ</w:t>
      </w:r>
    </w:p>
    <w:p>
      <w:r>
        <w:rPr>
          <w:b/>
        </w:rPr>
        <w:t xml:space="preserve">[18:59] </w:t>
      </w:r>
      <w:r>
        <w:t>is ka jo khaliq hai, woh Rahman Raheem hai.</w:t>
      </w:r>
    </w:p>
    <w:p>
      <w:pPr>
        <w:jc w:val="right"/>
      </w:pPr>
      <w:r>
        <w:t>اس کا جو خالق ہے، وہ الرحمن الرحیم ہے۔</w:t>
      </w:r>
    </w:p>
    <w:p>
      <w:r>
        <w:rPr>
          <w:b/>
        </w:rPr>
        <w:t xml:space="preserve">[19:03] </w:t>
      </w:r>
      <w:r>
        <w:t>is ke baad jab is ko dheere dheere maut ka din aane lagta hai ke kamzori, bimari, Accident</w:t>
      </w:r>
    </w:p>
    <w:p>
      <w:pPr>
        <w:jc w:val="right"/>
      </w:pPr>
      <w:r>
        <w:t>اس کے بعد جب اس کو دھیرے دھیرے موت کا دن آنے لگتا ہے کہ کمزوری، بیماری، Accident</w:t>
      </w:r>
    </w:p>
    <w:p>
      <w:r>
        <w:rPr>
          <w:b/>
        </w:rPr>
        <w:t xml:space="preserve">[19:11] </w:t>
      </w:r>
      <w:r>
        <w:t>waghaira se, to is ko ek teesri daryaft hoti hai.</w:t>
      </w:r>
    </w:p>
    <w:p>
      <w:pPr>
        <w:jc w:val="right"/>
      </w:pPr>
      <w:r>
        <w:t>وغیرہ سے، تو اس کو ایک تیسری دریافت ہوتی ہے۔</w:t>
      </w:r>
    </w:p>
    <w:p>
      <w:r>
        <w:rPr>
          <w:b/>
        </w:rPr>
        <w:t xml:space="preserve">[19:15] </w:t>
      </w:r>
      <w:r>
        <w:t>yani pehli daryaft mein makhlooq hoon to ek khaliq mera hai.</w:t>
      </w:r>
    </w:p>
    <w:p>
      <w:pPr>
        <w:jc w:val="right"/>
      </w:pPr>
      <w:r>
        <w:t>یعنی پہلی دریافت میں مخلوق ہوں تو ایک خالق میرا ہے۔</w:t>
      </w:r>
    </w:p>
    <w:p>
      <w:r>
        <w:rPr>
          <w:b/>
        </w:rPr>
        <w:t xml:space="preserve">[19:20] </w:t>
      </w:r>
      <w:r>
        <w:t>doosri daryaft yeh ke woh khaliq Rehman Raheem hai.</w:t>
      </w:r>
    </w:p>
    <w:p>
      <w:pPr>
        <w:jc w:val="right"/>
      </w:pPr>
      <w:r>
        <w:t>دوسری دریافت یہ کہ وہ خالق رحمن الرحیم ہے۔</w:t>
      </w:r>
    </w:p>
    <w:p>
      <w:r>
        <w:rPr>
          <w:b/>
        </w:rPr>
        <w:t xml:space="preserve">[19:24] </w:t>
      </w:r>
      <w:r>
        <w:t>teesri daryaft yeh ke zindagi bhar is ko Fulfillment nahin mila.</w:t>
      </w:r>
    </w:p>
    <w:p>
      <w:pPr>
        <w:jc w:val="right"/>
      </w:pPr>
      <w:r>
        <w:t>تیسری دریافت یہ کہ زندگی بھر اس کو Fulfillment نہیں ملا۔</w:t>
      </w:r>
    </w:p>
    <w:p>
      <w:r>
        <w:rPr>
          <w:b/>
        </w:rPr>
        <w:t xml:space="preserve">[19:29] </w:t>
      </w:r>
      <w:r>
        <w:t>lekin jab woh jab jo dekhta hai ke mera khaliq Rehman Raheem hai, to woh is is is</w:t>
      </w:r>
    </w:p>
    <w:p>
      <w:pPr>
        <w:jc w:val="right"/>
      </w:pPr>
      <w:r>
        <w:t>لیکن جب وہ جب جو دیکھتا ہے کہ میرا خالق رحمن الرحیم ہے، تو وہ اس اس اس</w:t>
      </w:r>
    </w:p>
    <w:p>
      <w:r>
        <w:rPr>
          <w:b/>
        </w:rPr>
        <w:t xml:space="preserve">[19:36] </w:t>
      </w:r>
      <w:r>
        <w:t>Discovery tak pahunchta hai ke khaliq to Rehman Raheem hai, us ne machhli ko bhi uska Habitat</w:t>
      </w:r>
    </w:p>
    <w:p>
      <w:pPr>
        <w:jc w:val="right"/>
      </w:pPr>
      <w:r>
        <w:t>Discovery تک پہنچتا ہے کہ خالق تو رحمن الرحیم ہے، اس نے مچھلی کو بھی اس کا Habitat</w:t>
      </w:r>
    </w:p>
    <w:p>
      <w:r>
        <w:rPr>
          <w:b/>
        </w:rPr>
        <w:t xml:space="preserve">[19:44] </w:t>
      </w:r>
      <w:r>
        <w:t>de rakha hai, janwaron ko bhi uska Habitat de rakha hai, to is ko mera Habitat nahin</w:t>
      </w:r>
    </w:p>
    <w:p>
      <w:pPr>
        <w:jc w:val="right"/>
      </w:pPr>
      <w:r>
        <w:t>دے رکھا ہے، جانوروں کو بھی اس کا Habitat دے رکھا ہے، تو اس کو میرا Habitat نہیں</w:t>
      </w:r>
    </w:p>
    <w:p>
      <w:r>
        <w:rPr>
          <w:b/>
        </w:rPr>
        <w:t xml:space="preserve">[19:52] </w:t>
      </w:r>
      <w:r>
        <w:t>dega? kaise mumkin hai ke mujh ko mera Habitat na ho? sitaron ko mein ek din soch</w:t>
      </w:r>
    </w:p>
    <w:p>
      <w:pPr>
        <w:jc w:val="right"/>
      </w:pPr>
      <w:r>
        <w:t>دے گا؟ کیسے ممکن ہے کہ مجھ کو میرا Habitat نہ ہو؟ ستاروں کو میں ایک دن سوچ</w:t>
      </w:r>
    </w:p>
    <w:p>
      <w:r>
        <w:rPr>
          <w:b/>
        </w:rPr>
        <w:t xml:space="preserve">[19:59] </w:t>
      </w:r>
      <w:r>
        <w:t>raha tha, ek din ke aaj subah mein yahan baitha tha to idhar suraj nikal raha tha, suraj.</w:t>
      </w:r>
    </w:p>
    <w:p>
      <w:pPr>
        <w:jc w:val="right"/>
      </w:pPr>
      <w:r>
        <w:t>رہا تھا، ایک دن کہ آج صبح میں یہاں بیٹھا تھا تو ادھر سورج نکل رہا تھا، سورج۔</w:t>
      </w:r>
    </w:p>
    <w:p>
      <w:r>
        <w:rPr>
          <w:b/>
        </w:rPr>
        <w:t xml:space="preserve">[20:07] </w:t>
      </w:r>
      <w:r>
        <w:t>to maine socha ke yeh suraj ek sitara hai, aise beshumar sitare hain, un ko bhi</w:t>
      </w:r>
    </w:p>
    <w:p>
      <w:pPr>
        <w:jc w:val="right"/>
      </w:pPr>
      <w:r>
        <w:t>تو میں نے سوچا کہ یہ سورج ایک ستارہ ہے، ایسے بے شمار ستارے ہیں، ان کو بھی</w:t>
      </w:r>
    </w:p>
    <w:p>
      <w:r>
        <w:rPr>
          <w:b/>
        </w:rPr>
        <w:t xml:space="preserve">[20:15] </w:t>
      </w:r>
      <w:r>
        <w:t>in ka Habitat mila hua hai.</w:t>
      </w:r>
    </w:p>
    <w:p>
      <w:pPr>
        <w:jc w:val="right"/>
      </w:pPr>
      <w:r>
        <w:t>ان کا Habitat ملا ہوا ہے۔</w:t>
      </w:r>
    </w:p>
    <w:p>
      <w:r>
        <w:rPr>
          <w:b/>
        </w:rPr>
        <w:t xml:space="preserve">[20:17] </w:t>
      </w:r>
      <w:r>
        <w:t>bohat baray dairay mein ghoom rahay hain yeh sitaray, chahe suraj ho ya ya doosray Stars hon ya</w:t>
      </w:r>
    </w:p>
    <w:p>
      <w:pPr>
        <w:jc w:val="right"/>
      </w:pPr>
      <w:r>
        <w:t>بہت بڑے دائرے میں گھوم رہے ہیں یہ ستارے، چاہے سورج ہو یا یا دوسرے Stars ہوں یا</w:t>
      </w:r>
    </w:p>
    <w:p>
      <w:r>
        <w:rPr>
          <w:b/>
        </w:rPr>
        <w:t xml:space="preserve">[20:25] </w:t>
      </w:r>
      <w:r>
        <w:t>Galaxy ho, bohat baray dairay hain, woh un ka Habitat hai.</w:t>
      </w:r>
    </w:p>
    <w:p>
      <w:pPr>
        <w:jc w:val="right"/>
      </w:pPr>
      <w:r>
        <w:t>Galaxy ہو، بہت بڑے دائرے ہیں، وہ ان کا Habitat ہے۔</w:t>
      </w:r>
    </w:p>
    <w:p>
      <w:r>
        <w:rPr>
          <w:b/>
        </w:rPr>
        <w:t xml:space="preserve">[20:30] </w:t>
      </w:r>
      <w:r>
        <w:t>agar sitaron ke liye itna bari Space na ho, itni bari Space na ho, to aisay hoga jaise</w:t>
      </w:r>
    </w:p>
    <w:p>
      <w:pPr>
        <w:jc w:val="right"/>
      </w:pPr>
      <w:r>
        <w:t>اگر ستاروں کے لیے اتنا بڑی Space نہ ہو، اتنی بڑی Space نہ ہو، تو ایسے ہوگا جیسے</w:t>
      </w:r>
    </w:p>
    <w:p>
      <w:r>
        <w:rPr>
          <w:b/>
        </w:rPr>
        <w:t xml:space="preserve">[20:38] </w:t>
      </w:r>
      <w:r>
        <w:t>ke tang road par bohat si bohat si carain dorr rahi hon to takrain gi aapas mein.</w:t>
      </w:r>
    </w:p>
    <w:p>
      <w:pPr>
        <w:jc w:val="right"/>
      </w:pPr>
      <w:r>
        <w:t>کہ تنگ روڈ پر بہت سی بہت سی کاریں دوڑ رہی ہوں تو ٹکرائیں گی آپس میں۔</w:t>
      </w:r>
    </w:p>
    <w:p>
      <w:r>
        <w:rPr>
          <w:b/>
        </w:rPr>
        <w:t xml:space="preserve">[20:45] </w:t>
      </w:r>
      <w:r>
        <w:t>tang road par bohat sari carain dorr rahi hon to takray gi.</w:t>
      </w:r>
    </w:p>
    <w:p>
      <w:pPr>
        <w:jc w:val="right"/>
      </w:pPr>
      <w:r>
        <w:t>تنگ روڈ پر بہت ساری کاریں دوڑ رہی ہوں تو ٹکرائیں گی۔</w:t>
      </w:r>
    </w:p>
    <w:p>
      <w:r>
        <w:rPr>
          <w:b/>
        </w:rPr>
        <w:t xml:space="preserve">[20:50] </w:t>
      </w:r>
      <w:r>
        <w:t>aisay hi agar Space tang ho to sitaray takrain ge aapas mein.</w:t>
      </w:r>
    </w:p>
    <w:p>
      <w:pPr>
        <w:jc w:val="right"/>
      </w:pPr>
      <w:r>
        <w:t>ایسے ہی اگر Space تنگ ہو تو ستارے ٹکرائیں گے آپس میں۔</w:t>
      </w:r>
    </w:p>
    <w:p>
      <w:r>
        <w:rPr>
          <w:b/>
        </w:rPr>
        <w:t xml:space="preserve">[20:55] </w:t>
      </w:r>
      <w:r>
        <w:t>to sitaron ka Habitat jo hai, aik bohat wasee Space hai.</w:t>
      </w:r>
    </w:p>
    <w:p>
      <w:pPr>
        <w:jc w:val="right"/>
      </w:pPr>
      <w:r>
        <w:t>تو ستاروں کا Habitat جو ہے، ایک بہت وسیع Space ہے۔</w:t>
      </w:r>
    </w:p>
    <w:p>
      <w:r>
        <w:rPr>
          <w:b/>
        </w:rPr>
        <w:t xml:space="preserve">[21:00] </w:t>
      </w:r>
      <w:r>
        <w:t>sitaron ko Space ke shakal mein aik Habitat diya gaya hai, machhli ko pani ke shakal mein Habitat</w:t>
      </w:r>
    </w:p>
    <w:p>
      <w:pPr>
        <w:jc w:val="right"/>
      </w:pPr>
      <w:r>
        <w:t>ستاروں کو Space کے شکل میں ایک Habitat دیا گیا ہے، مچھلی کو پانی کے شکل میں Habitat</w:t>
      </w:r>
    </w:p>
    <w:p>
      <w:r>
        <w:rPr>
          <w:b/>
        </w:rPr>
        <w:t xml:space="preserve">[21:08] </w:t>
      </w:r>
      <w:r>
        <w:t>diya gaya hai, Animal ko jangal ke shakal mein Habitat diya gaya hai.</w:t>
      </w:r>
    </w:p>
    <w:p>
      <w:pPr>
        <w:jc w:val="right"/>
      </w:pPr>
      <w:r>
        <w:t>دیا گیا ہے، Animal کو جنگل کے شکل میں Habitat دیا گیا ہے۔</w:t>
      </w:r>
    </w:p>
    <w:p>
      <w:r>
        <w:rPr>
          <w:b/>
        </w:rPr>
        <w:t xml:space="preserve">[21:13] </w:t>
      </w:r>
      <w:r>
        <w:t>lekin insan chounke bohat ziyada oonchi makhlooq hai, is ka is ka Taste bohat hi Refined Taste hai,</w:t>
      </w:r>
    </w:p>
    <w:p>
      <w:pPr>
        <w:jc w:val="right"/>
      </w:pPr>
      <w:r>
        <w:t>لیکن انسان چونکہ بہت زیادہ اونچی مخلوق ہے، اس کا اس کا Taste بہت ہی Refined Taste ہے،</w:t>
      </w:r>
    </w:p>
    <w:p>
      <w:r>
        <w:rPr>
          <w:b/>
        </w:rPr>
        <w:t xml:space="preserve">[21:21] </w:t>
      </w:r>
      <w:r>
        <w:t>is ki soch bohat hi oonchi soch hai, woh doosri makhlooqat se bohat ziyada aala darjay ka is</w:t>
      </w:r>
    </w:p>
    <w:p>
      <w:pPr>
        <w:jc w:val="right"/>
      </w:pPr>
      <w:r>
        <w:t>اس کی سوچ بہت ہی اونچی سوچ ہے، وہ دوسری مخلوقات سے بہت زیادہ اعلی درجے کا اس</w:t>
      </w:r>
    </w:p>
    <w:p>
      <w:r>
        <w:rPr>
          <w:b/>
        </w:rPr>
        <w:t xml:space="preserve">[21:29] </w:t>
      </w:r>
      <w:r>
        <w:t>ka Requirement hai.</w:t>
      </w:r>
    </w:p>
    <w:p>
      <w:pPr>
        <w:jc w:val="right"/>
      </w:pPr>
      <w:r>
        <w:t>کا Requirement ہے۔</w:t>
      </w:r>
    </w:p>
    <w:p>
      <w:r>
        <w:rPr>
          <w:b/>
        </w:rPr>
        <w:t xml:space="preserve">[21:30] </w:t>
      </w:r>
      <w:r>
        <w:t>is ke lehaz se is dunya mein Fulfillment nahi milta, to is ke lehaz se is ko Habitat</w:t>
      </w:r>
    </w:p>
    <w:p>
      <w:pPr>
        <w:jc w:val="right"/>
      </w:pPr>
      <w:r>
        <w:t>اس کے لحاظ سے اس دنیا میں Fulfillment نہیں ملتا، تو اس کے لحاظ سے اس کو Habitat</w:t>
      </w:r>
    </w:p>
    <w:p>
      <w:r>
        <w:rPr>
          <w:b/>
        </w:rPr>
        <w:t xml:space="preserve">[21:38] </w:t>
      </w:r>
      <w:r>
        <w:t>bhi nahi milta.</w:t>
      </w:r>
    </w:p>
    <w:p>
      <w:pPr>
        <w:jc w:val="right"/>
      </w:pPr>
      <w:r>
        <w:t>بھی نہیں ملتا۔</w:t>
      </w:r>
    </w:p>
    <w:p>
      <w:r>
        <w:rPr>
          <w:b/>
        </w:rPr>
        <w:t xml:space="preserve">[21:39] </w:t>
      </w:r>
      <w:r>
        <w:t>to jab yeh sochte sochte sochte barhapay tak pohanchta hai aur maut kai baar dikhai de deti hai,</w:t>
      </w:r>
    </w:p>
    <w:p>
      <w:pPr>
        <w:jc w:val="right"/>
      </w:pPr>
      <w:r>
        <w:t>تو جب یہ سوچتے سوچتے سوچتے بڑھاپے تک پہنچتا ہے اور موت کئی بار دکھائی دے دیتی ہے،</w:t>
      </w:r>
    </w:p>
    <w:p>
      <w:r>
        <w:rPr>
          <w:b/>
        </w:rPr>
        <w:t xml:space="preserve">[21:47] </w:t>
      </w:r>
      <w:r>
        <w:t>to woh baja taur par infer karta hai ke jab Allah ne is dunya mein meri tamam zarooraten</w:t>
      </w:r>
    </w:p>
    <w:p>
      <w:pPr>
        <w:jc w:val="right"/>
      </w:pPr>
      <w:r>
        <w:t>تو وہ بجا طور پر انفر کرتا ہے کہ جب اللہ نے اس دنیا میں میری تمام ضرورتیں</w:t>
      </w:r>
    </w:p>
    <w:p>
      <w:r>
        <w:rPr>
          <w:b/>
        </w:rPr>
        <w:t xml:space="preserve">[21:55] </w:t>
      </w:r>
      <w:r>
        <w:t>poori kar dein, to maut ke baad kyun nahi poori kare ga? jannat ke baray mein yeh yeh</w:t>
      </w:r>
    </w:p>
    <w:p>
      <w:pPr>
        <w:jc w:val="right"/>
      </w:pPr>
      <w:r>
        <w:t>پوری کر دیں، تو موت کے بعد کیوں نہیں پوری کرے گا؟ جنت کے بارے میں یہ یہ</w:t>
      </w:r>
    </w:p>
    <w:p>
      <w:r>
        <w:rPr>
          <w:b/>
        </w:rPr>
        <w:t xml:space="preserve">[22:02] </w:t>
      </w:r>
      <w:r>
        <w:t>lafz aata hai, yeh ayat aati hai Quran mein jannat ke baray mein wa lakum fiha ma tashtahi anfusukum</w:t>
      </w:r>
    </w:p>
    <w:p>
      <w:pPr>
        <w:jc w:val="right"/>
      </w:pPr>
      <w:r>
        <w:t>لفظ آتا ہے، یہ آیت آتی ہے قرآن میں جنت کے بارے میں وَلَكُمْ فِيهَا مَا تَشْتَهِيُّ أَنْفَسُكُمْ</w:t>
      </w:r>
    </w:p>
    <w:p>
      <w:r>
        <w:rPr>
          <w:b/>
        </w:rPr>
        <w:t xml:space="preserve">[22:10] </w:t>
      </w:r>
      <w:r>
        <w:t>wa lakum fiha ma tashtahi anfusukum aur dunya ke baray mein hai wa ata kum min kulli ma salatum dunya ke</w:t>
      </w:r>
    </w:p>
    <w:p>
      <w:pPr>
        <w:jc w:val="right"/>
      </w:pPr>
      <w:r>
        <w:t>وَلَكُمْ فِيهَا مَا تَشْتَهِيُّ أَنْفَسُكُمْ اور دنیا کے بارے میں ہے وَعَطَاكُمْ مِنْ كُلِّ مَا سَالْتَمُوْا دنیا کے</w:t>
      </w:r>
    </w:p>
    <w:p>
      <w:r>
        <w:rPr>
          <w:b/>
        </w:rPr>
        <w:t xml:space="preserve">[22:18] </w:t>
      </w:r>
      <w:r>
        <w:t>baray mein yeh ayat hai wa ata kum min kulli ma salatum jannat jannat ke baray mein hai wa lakum fiha</w:t>
      </w:r>
    </w:p>
    <w:p>
      <w:pPr>
        <w:jc w:val="right"/>
      </w:pPr>
      <w:r>
        <w:t>بارے میں یہ آیت ہے وَعَطَاكُمْ مِنْ كُلِّ مَا سَالْتَمُوْا جنت جنت کے بارے میں ہے وَلَكُمْ فِيهَا</w:t>
      </w:r>
    </w:p>
    <w:p>
      <w:r>
        <w:rPr>
          <w:b/>
        </w:rPr>
        <w:t xml:space="preserve">[22:26] </w:t>
      </w:r>
      <w:r>
        <w:t>ma tashtahi anfusukum yani dunya ke baray mein hai ke jo Need tumhari thi, zaroorat tumhari thi, woh</w:t>
      </w:r>
    </w:p>
    <w:p>
      <w:pPr>
        <w:jc w:val="right"/>
      </w:pPr>
      <w:r>
        <w:t>مَا تَشْتَهِيُّ أَنْفَسُكُمْ یعنی دنیا کے بارے میں ہے کہ جو Need تمہاری تھی، ضرورت تمہاری تھی، وہ</w:t>
      </w:r>
    </w:p>
    <w:p>
      <w:r>
        <w:rPr>
          <w:b/>
        </w:rPr>
        <w:t xml:space="preserve">[22:33] </w:t>
      </w:r>
      <w:r>
        <w:t>sab de diya.</w:t>
      </w:r>
    </w:p>
    <w:p>
      <w:pPr>
        <w:jc w:val="right"/>
      </w:pPr>
      <w:r>
        <w:t>سب دے دیا۔</w:t>
      </w:r>
    </w:p>
    <w:p>
      <w:r>
        <w:rPr>
          <w:b/>
        </w:rPr>
        <w:t xml:space="preserve">[22:35] </w:t>
      </w:r>
      <w:r>
        <w:t>jannat ke baray mein tumharay Desire jo hotay hain, woh sab Desire wahan poori hon gi.</w:t>
      </w:r>
    </w:p>
    <w:p>
      <w:pPr>
        <w:jc w:val="right"/>
      </w:pPr>
      <w:r>
        <w:t>جنت کے بارے میں تمہارے Desire جو ہوتے ہیں، وہ سب Desire وہاں پوری ہوں گی۔</w:t>
      </w:r>
    </w:p>
    <w:p>
      <w:r>
        <w:rPr>
          <w:b/>
        </w:rPr>
        <w:t xml:space="preserve">[22:42] </w:t>
      </w:r>
      <w:r>
        <w:t>to dekhen, yeh Statement nahi hai, yeh daleel hai.</w:t>
      </w:r>
    </w:p>
    <w:p>
      <w:pPr>
        <w:jc w:val="right"/>
      </w:pPr>
      <w:r>
        <w:t>تو دیکھیں، یہ Statement نہیں ہے، یہ دلیل ہے۔</w:t>
      </w:r>
    </w:p>
    <w:p>
      <w:r>
        <w:rPr>
          <w:b/>
        </w:rPr>
        <w:t xml:space="preserve">[22:46] </w:t>
      </w:r>
      <w:r>
        <w:t>insaan ko yeh sochne ka mauqa hai is mein ke jab khuda ne is dunya mein meri saari</w:t>
      </w:r>
    </w:p>
    <w:p>
      <w:pPr>
        <w:jc w:val="right"/>
      </w:pPr>
      <w:r>
        <w:t>انسان کو یہ سوچنے کا موقع ہے اس میں کہ جب خدا نے اس دنیا میں میری ساری</w:t>
      </w:r>
    </w:p>
    <w:p>
      <w:r>
        <w:rPr>
          <w:b/>
        </w:rPr>
        <w:t xml:space="preserve">[22:53] </w:t>
      </w:r>
      <w:r>
        <w:t>need poori kar di, meri khwahishein poori kar dein, meri zarooratein poori kar dein, lekin meri ishtaha baqi</w:t>
      </w:r>
    </w:p>
    <w:p>
      <w:pPr>
        <w:jc w:val="right"/>
      </w:pPr>
      <w:r>
        <w:t>Need پوری کر دی، میری خواہشیں پوری کر دیں، میری ضرورتیں پوری کر دیں، لیکن میری اشتہا باقی</w:t>
      </w:r>
    </w:p>
    <w:p>
      <w:r>
        <w:rPr>
          <w:b/>
        </w:rPr>
        <w:t xml:space="preserve">[23:01] </w:t>
      </w:r>
      <w:r>
        <w:t>reh gayi, meri desire hai, woh poori nahi hui.</w:t>
      </w:r>
    </w:p>
    <w:p>
      <w:pPr>
        <w:jc w:val="right"/>
      </w:pPr>
      <w:r>
        <w:t>رہ گئی، میری Desire ہے، وہ پوری نہیں ہوئی۔</w:t>
      </w:r>
    </w:p>
    <w:p>
      <w:r>
        <w:rPr>
          <w:b/>
        </w:rPr>
        <w:t xml:space="preserve">[23:05] </w:t>
      </w:r>
      <w:r>
        <w:t>is dunya mein maine dekha, maine paaya ke meri saari zarooratein is dunya mein poori hone</w:t>
      </w:r>
    </w:p>
    <w:p>
      <w:pPr>
        <w:jc w:val="right"/>
      </w:pPr>
      <w:r>
        <w:t>اس دنیا میں میں نے دیکھا، میں نے پایا کہ میری ساری ضرورتیں اس دنیا میں پوری ہونے</w:t>
      </w:r>
    </w:p>
    <w:p>
      <w:r>
        <w:rPr>
          <w:b/>
        </w:rPr>
        <w:t xml:space="preserve">[23:13] </w:t>
      </w:r>
      <w:r>
        <w:t>karne ka saaman tha, lekin jo meri desire hain, deep desire, deep desire poori nahi hoti, fulfillment nahi</w:t>
      </w:r>
    </w:p>
    <w:p>
      <w:pPr>
        <w:jc w:val="right"/>
      </w:pPr>
      <w:r>
        <w:t>کرنے کا سامان تھا، لیکن جو میری Desire ہیں، Deep Desire، Deep Desire پوری نہیں ہوتی، Fulfillment نہیں</w:t>
      </w:r>
    </w:p>
    <w:p>
      <w:r>
        <w:rPr>
          <w:b/>
        </w:rPr>
        <w:t xml:space="preserve">[23:20] </w:t>
      </w:r>
      <w:r>
        <w:t>hota.</w:t>
      </w:r>
    </w:p>
    <w:p>
      <w:pPr>
        <w:jc w:val="right"/>
      </w:pPr>
      <w:r>
        <w:t>ہوتا۔</w:t>
      </w:r>
    </w:p>
    <w:p>
      <w:r>
        <w:rPr>
          <w:b/>
        </w:rPr>
        <w:t xml:space="preserve">[23:22] </w:t>
      </w:r>
      <w:r>
        <w:t>to jab Allah ne mujhe meri need poori ki hai, meri khwahishein mujhe di hain, woh Allah kya</w:t>
      </w:r>
    </w:p>
    <w:p>
      <w:pPr>
        <w:jc w:val="right"/>
      </w:pPr>
      <w:r>
        <w:t>تو جب اللہ نے مجھے میری Need پوری کی ہے، میری خواہشیں مجھے دی ہیں، وہ اللہ کیا</w:t>
      </w:r>
    </w:p>
    <w:p>
      <w:r>
        <w:rPr>
          <w:b/>
        </w:rPr>
        <w:t xml:space="preserve">[23:29] </w:t>
      </w:r>
      <w:r>
        <w:t>aisa karega ke meri desire poori na kare? aisa kaise ho sakta hai? jo Allah itna reham</w:t>
      </w:r>
    </w:p>
    <w:p>
      <w:pPr>
        <w:jc w:val="right"/>
      </w:pPr>
      <w:r>
        <w:t>ایسا کرے گا کہ میری Desire پوری نہ کرے؟ ایسا کیسے ہو سکتا ہے؟ جو اللہ اتنا رحیم</w:t>
      </w:r>
    </w:p>
    <w:p>
      <w:r>
        <w:rPr>
          <w:b/>
        </w:rPr>
        <w:t xml:space="preserve">[23:37] </w:t>
      </w:r>
      <w:r>
        <w:t>o kareem hai ke us ne meri saari zarooratein poori kar dein, koi ek zaroorat aisi nahi hai</w:t>
      </w:r>
    </w:p>
    <w:p>
      <w:pPr>
        <w:jc w:val="right"/>
      </w:pPr>
      <w:r>
        <w:t>و کریم ہے کہ اس نے میری ساری ضرورتیں پوری کر دیں، کوئی ایک ضرورت ایسی نہیں ہے</w:t>
      </w:r>
    </w:p>
    <w:p>
      <w:r>
        <w:rPr>
          <w:b/>
        </w:rPr>
        <w:t xml:space="preserve">[23:45] </w:t>
      </w:r>
      <w:r>
        <w:t>jo na poori ki ho.</w:t>
      </w:r>
    </w:p>
    <w:p>
      <w:pPr>
        <w:jc w:val="right"/>
      </w:pPr>
      <w:r>
        <w:t>جو نہ پوری کی ہو۔</w:t>
      </w:r>
    </w:p>
    <w:p>
      <w:r>
        <w:rPr>
          <w:b/>
        </w:rPr>
        <w:t xml:space="preserve">[23:47] </w:t>
      </w:r>
      <w:r>
        <w:t>to jab itna reham o kareem hai, to kya aisa kar sakta hai woh ke zaroorat to poori</w:t>
      </w:r>
    </w:p>
    <w:p>
      <w:pPr>
        <w:jc w:val="right"/>
      </w:pPr>
      <w:r>
        <w:t>تو جب اتنا رحیم و کریم ہے، تو کیا ایسا کر سکتا ہے وہ کہ ضرورت تو پوری</w:t>
      </w:r>
    </w:p>
    <w:p>
      <w:r>
        <w:rPr>
          <w:b/>
        </w:rPr>
        <w:t xml:space="preserve">[23:55] </w:t>
      </w:r>
      <w:r>
        <w:t>kare aur desire poori na kare? zaroorat to poori kare aur desire poori na kare? to quran ki</w:t>
      </w:r>
    </w:p>
    <w:p>
      <w:pPr>
        <w:jc w:val="right"/>
      </w:pPr>
      <w:r>
        <w:t>کرے اور Desire پوری نہ کرے؟ ضرورت تو پوری کرے اور Desire پوری نہ کرے؟ تو قرآن کی</w:t>
      </w:r>
    </w:p>
    <w:p>
      <w:r>
        <w:rPr>
          <w:b/>
        </w:rPr>
        <w:t xml:space="preserve">[24:02] </w:t>
      </w:r>
      <w:r>
        <w:t>yeh dono aayatein jo hain, bohat hi meaningful hain.</w:t>
      </w:r>
    </w:p>
    <w:p>
      <w:pPr>
        <w:jc w:val="right"/>
      </w:pPr>
      <w:r>
        <w:t>یہ دونوں آیتیں جو ہیں، بہت ہی Meaningful ہیں۔</w:t>
      </w:r>
    </w:p>
    <w:p>
      <w:r>
        <w:rPr>
          <w:b/>
        </w:rPr>
        <w:t xml:space="preserve">[24:06] </w:t>
      </w:r>
      <w:r>
        <w:t>waa ataakum min kulli ma saaltamooh yeh dunya ke bare mein aur jannat ke bare mein wa lakum feeha ma</w:t>
      </w:r>
    </w:p>
    <w:p>
      <w:pPr>
        <w:jc w:val="right"/>
      </w:pPr>
      <w:r>
        <w:t>وَعَطَاكُمْ مِنْ كُلِّ مَا سَالْتَمُوْا یہ دنیا کے بارے میں اور جنت کے بارے میں وَلَكُمْ فِيهَا مَا</w:t>
      </w:r>
    </w:p>
    <w:p>
      <w:r>
        <w:rPr>
          <w:b/>
        </w:rPr>
        <w:t xml:space="preserve">[24:14] </w:t>
      </w:r>
      <w:r>
        <w:t>tashtahi anfusukum wa lakum feeha ma tashtahi anfusukum.</w:t>
      </w:r>
    </w:p>
    <w:p>
      <w:pPr>
        <w:jc w:val="right"/>
      </w:pPr>
      <w:r>
        <w:t>تَشْتَهِيُّ أَنْفَسُكُمْ وَلَكُمْ فِيهَا مَا تَشْتَهِيُّ أَنْفَسُكُمْ ۔</w:t>
      </w:r>
    </w:p>
    <w:p>
      <w:r>
        <w:rPr>
          <w:b/>
        </w:rPr>
        <w:t xml:space="preserve">[24:17] </w:t>
      </w:r>
      <w:r>
        <w:t>to dunya mein hamare liye rehne ka saaman tha aur maut ke baad jis dunya mein hum dakhil</w:t>
      </w:r>
    </w:p>
    <w:p>
      <w:pPr>
        <w:jc w:val="right"/>
      </w:pPr>
      <w:r>
        <w:t>تو دنیا میں ہمارے لیے رہنے کا سامان تھا اور موت کے بعد جس دنیا میں ہم داخل</w:t>
      </w:r>
    </w:p>
    <w:p>
      <w:r>
        <w:rPr>
          <w:b/>
        </w:rPr>
        <w:t xml:space="preserve">[24:25] </w:t>
      </w:r>
      <w:r>
        <w:t>honge, wahan hamare liye yani hamara habitat maujood hoga, hamari fulfillment poori hongi, wahan hamari desire</w:t>
      </w:r>
    </w:p>
    <w:p>
      <w:pPr>
        <w:jc w:val="right"/>
      </w:pPr>
      <w:r>
        <w:t>ہوں گے، وہاں ہمارے لیے یعنی ہمارا Habitat موجود ہوگا، ہماری Fulfillment پوری ہوں گی، وہاں ہماری Desire</w:t>
      </w:r>
    </w:p>
    <w:p>
      <w:r>
        <w:rPr>
          <w:b/>
        </w:rPr>
        <w:t xml:space="preserve">[24:33] </w:t>
      </w:r>
      <w:r>
        <w:t>poori hongi.</w:t>
      </w:r>
    </w:p>
    <w:p>
      <w:pPr>
        <w:jc w:val="right"/>
      </w:pPr>
      <w:r>
        <w:t>پوری ہوں گی۔</w:t>
      </w:r>
    </w:p>
    <w:p>
      <w:r>
        <w:rPr>
          <w:b/>
        </w:rPr>
        <w:t xml:space="preserve">[24:34] </w:t>
      </w:r>
      <w:r>
        <w:t>wahan to quran hi ek aisi kitaab hai jo insaan ko yeh hope deti hai.</w:t>
      </w:r>
    </w:p>
    <w:p>
      <w:pPr>
        <w:jc w:val="right"/>
      </w:pPr>
      <w:r>
        <w:t>وہاں تو قرآن ہی ایک ایسی کتاب ہے جو انسان کو یہ Hope دیتی ہے۔</w:t>
      </w:r>
    </w:p>
    <w:p>
      <w:r>
        <w:rPr>
          <w:b/>
        </w:rPr>
        <w:t xml:space="preserve">[24:41] </w:t>
      </w:r>
      <w:r>
        <w:t>koi bhi doosri kitaab dunya mein nahi hai quran ke siwa jo insaan ko yeh hope deti ho.</w:t>
      </w:r>
    </w:p>
    <w:p>
      <w:pPr>
        <w:jc w:val="right"/>
      </w:pPr>
      <w:r>
        <w:t>کوئی بھی دوسری کتاب دنیا میں نہیں ہے قرآن کے سوا جو انسان کو یہ Hope دیتی ہو۔</w:t>
      </w:r>
    </w:p>
    <w:p>
      <w:r>
        <w:rPr>
          <w:b/>
        </w:rPr>
        <w:t xml:space="preserve">[24:49] </w:t>
      </w:r>
      <w:r>
        <w:t>to hum jo quran ko phailane ke liye itni zor dete hain, isi liye ke insaan ko hope</w:t>
      </w:r>
    </w:p>
    <w:p>
      <w:pPr>
        <w:jc w:val="right"/>
      </w:pPr>
      <w:r>
        <w:t>تو ہم جو قرآن کو پھیلانے کے لیے اتنی زور دیتے ہیں، اسی لیے کہ انسان کو Hope</w:t>
      </w:r>
    </w:p>
    <w:p>
      <w:r>
        <w:rPr>
          <w:b/>
        </w:rPr>
        <w:t xml:space="preserve">[24:56] </w:t>
      </w:r>
      <w:r>
        <w:t>diya jaye.</w:t>
      </w:r>
    </w:p>
    <w:p>
      <w:pPr>
        <w:jc w:val="right"/>
      </w:pPr>
      <w:r>
        <w:t>دیا جائے۔</w:t>
      </w:r>
    </w:p>
    <w:p>
      <w:r>
        <w:rPr>
          <w:b/>
        </w:rPr>
        <w:t xml:space="preserve">[24:58] </w:t>
      </w:r>
      <w:r>
        <w:t>phir insaan koi suicide nahi karega.</w:t>
      </w:r>
    </w:p>
    <w:p>
      <w:pPr>
        <w:jc w:val="right"/>
      </w:pPr>
      <w:r>
        <w:t>پھر انسان کوئی Suicide نہیں کرے گا۔</w:t>
      </w:r>
    </w:p>
    <w:p>
      <w:r>
        <w:rPr>
          <w:b/>
        </w:rPr>
        <w:t xml:space="preserve">[25:01] </w:t>
      </w:r>
      <w:r>
        <w:t>dunya bhar mein rozana log suicide karte hain.</w:t>
      </w:r>
    </w:p>
    <w:p>
      <w:pPr>
        <w:jc w:val="right"/>
      </w:pPr>
      <w:r>
        <w:t>دنیا بھر میں روزانہ لوگ Suicide کرتے ہیں۔</w:t>
      </w:r>
    </w:p>
    <w:p>
      <w:r>
        <w:rPr>
          <w:b/>
        </w:rPr>
        <w:t xml:space="preserve">[25:04] </w:t>
      </w:r>
      <w:r>
        <w:t>suicide kyun karte hain? unhein pata nahi ke maut ke baad unka habitat milne wala hai, maut</w:t>
      </w:r>
    </w:p>
    <w:p>
      <w:pPr>
        <w:jc w:val="right"/>
      </w:pPr>
      <w:r>
        <w:t>Suicide کیوں کرتے ہیں؟ انہیں پتہ نہیں کہ موت کے بعد ان کا Habitat ملنے والا ہے، موت</w:t>
      </w:r>
    </w:p>
    <w:p>
      <w:r>
        <w:rPr>
          <w:b/>
        </w:rPr>
        <w:t xml:space="preserve">[25:12] </w:t>
      </w:r>
      <w:r>
        <w:t>ke baad un ko Fulfillment milne wala hai.</w:t>
      </w:r>
    </w:p>
    <w:p>
      <w:pPr>
        <w:jc w:val="right"/>
      </w:pPr>
      <w:r>
        <w:t>کے بعد ان کو Fulfillment ملنے والا ہے۔</w:t>
      </w:r>
    </w:p>
    <w:p>
      <w:r>
        <w:rPr>
          <w:b/>
        </w:rPr>
        <w:t xml:space="preserve">[25:15] </w:t>
      </w:r>
      <w:r>
        <w:t>yeh jante nahin, to Suicide kar lete hain.</w:t>
      </w:r>
    </w:p>
    <w:p>
      <w:pPr>
        <w:jc w:val="right"/>
      </w:pPr>
      <w:r>
        <w:t>یہ جانتے نہیں، تو Suicide کر لیتے ہیں۔</w:t>
      </w:r>
    </w:p>
    <w:p>
      <w:r>
        <w:rPr>
          <w:b/>
        </w:rPr>
        <w:t xml:space="preserve">[25:19] </w:t>
      </w:r>
      <w:r>
        <w:t>to Quran hi ek aisi kitab hai jo insan ko yani nairsha abad nahin banne deta, asha abad</w:t>
      </w:r>
    </w:p>
    <w:p>
      <w:pPr>
        <w:jc w:val="right"/>
      </w:pPr>
      <w:r>
        <w:t>تو قرآن ہی ایک ایسی کتاب ہے جو انسان کو یعنی نیرشا آباد نہیں بننے دیتا، آشا آباد</w:t>
      </w:r>
    </w:p>
    <w:p>
      <w:r>
        <w:rPr>
          <w:b/>
        </w:rPr>
        <w:t xml:space="preserve">[25:26] </w:t>
      </w:r>
      <w:r>
        <w:t>banata hai.</w:t>
      </w:r>
    </w:p>
    <w:p>
      <w:pPr>
        <w:jc w:val="right"/>
      </w:pPr>
      <w:r>
        <w:t>بناتا ہے۔</w:t>
      </w:r>
    </w:p>
    <w:p>
      <w:r>
        <w:rPr>
          <w:b/>
        </w:rPr>
        <w:t xml:space="preserve">[25:28] </w:t>
      </w:r>
      <w:r>
        <w:t>jo insan ko Suicide kar ke apni koi jaan dene se rokta hai, isi tarah mayusi se rokta</w:t>
      </w:r>
    </w:p>
    <w:p>
      <w:pPr>
        <w:jc w:val="right"/>
      </w:pPr>
      <w:r>
        <w:t>جو انسان کو Suicide کر کے اپنی کوئی جان دینے سے روکتا ہے، اسی طرح مایوسی سے روکتا</w:t>
      </w:r>
    </w:p>
    <w:p>
      <w:r>
        <w:rPr>
          <w:b/>
        </w:rPr>
        <w:t xml:space="preserve">[25:36] </w:t>
      </w:r>
      <w:r>
        <w:t>hai.</w:t>
      </w:r>
    </w:p>
    <w:p>
      <w:pPr>
        <w:jc w:val="right"/>
      </w:pPr>
      <w:r>
        <w:t>ہے۔</w:t>
      </w:r>
    </w:p>
    <w:p>
      <w:r>
        <w:rPr>
          <w:b/>
        </w:rPr>
        <w:t xml:space="preserve">[25:37] </w:t>
      </w:r>
      <w:r>
        <w:t>دنیا میں بیشتر لوگوں، آپ ملین لوگوں کو پائیں گے، آپ کہ frustration میں جیتے ہیں، frustration میں</w:t>
      </w:r>
    </w:p>
    <w:p>
      <w:pPr>
        <w:jc w:val="right"/>
      </w:pPr>
      <w:r>
        <w:t>دنیا میں بیشتر لوگوں، آپ ملین لوگوں کو پائیں گے، آپ کہ Frustration میں جیتے ہیں، Frustration میں</w:t>
      </w:r>
    </w:p>
    <w:p>
      <w:r>
        <w:rPr>
          <w:b/>
        </w:rPr>
        <w:t xml:space="preserve">[25:45] </w:t>
      </w:r>
      <w:r>
        <w:t>jite hain.</w:t>
      </w:r>
    </w:p>
    <w:p>
      <w:pPr>
        <w:jc w:val="right"/>
      </w:pPr>
      <w:r>
        <w:t>جیتے ہیں۔</w:t>
      </w:r>
    </w:p>
    <w:p>
      <w:r>
        <w:rPr>
          <w:b/>
        </w:rPr>
        <w:t xml:space="preserve">[25:46] </w:t>
      </w:r>
      <w:r>
        <w:t>kyun? jo woh chahte the, woh unhein mila nahin.</w:t>
      </w:r>
    </w:p>
    <w:p>
      <w:pPr>
        <w:jc w:val="right"/>
      </w:pPr>
      <w:r>
        <w:t>کیوں؟ جو وہ چاہتے تھے، وہ انہیں ملا نہیں۔</w:t>
      </w:r>
    </w:p>
    <w:p>
      <w:r>
        <w:rPr>
          <w:b/>
        </w:rPr>
        <w:t xml:space="preserve">[25:50] </w:t>
      </w:r>
      <w:r>
        <w:t>چاہے وہ چھوٹا ہو یا بڑا، چاہے غریب آدمی ہو یا ولدی آدمی ہو، سب جیتے ہیں frustration.</w:t>
      </w:r>
    </w:p>
    <w:p>
      <w:pPr>
        <w:jc w:val="right"/>
      </w:pPr>
      <w:r>
        <w:t>چاہے وہ چھوٹا ہو یا بڑا، چاہے غریب آدمی ہو یا ولدی آدمی ہو، سب جیتے ہیں Frustration</w:t>
      </w:r>
    </w:p>
    <w:p>
      <w:r>
        <w:rPr>
          <w:b/>
        </w:rPr>
        <w:t xml:space="preserve">[25:58] </w:t>
      </w:r>
      <w:r>
        <w:t>mein.</w:t>
      </w:r>
    </w:p>
    <w:p>
      <w:pPr>
        <w:jc w:val="right"/>
      </w:pPr>
      <w:r>
        <w:t>میں۔</w:t>
      </w:r>
    </w:p>
    <w:p>
      <w:r>
        <w:rPr>
          <w:b/>
        </w:rPr>
        <w:t xml:space="preserve">[25:59] </w:t>
      </w:r>
      <w:r>
        <w:t>kyunke woh jo chahte the, jis ke liye mehnat ki thi unhon ne, woh un ko mila nahin.</w:t>
      </w:r>
    </w:p>
    <w:p>
      <w:pPr>
        <w:jc w:val="right"/>
      </w:pPr>
      <w:r>
        <w:t>کیونکہ وہ جو چاہتے تھے، جس کے لیے محنت کی تھی انہوں نے، وہ ان کو ملا نہیں۔</w:t>
      </w:r>
    </w:p>
    <w:p>
      <w:r>
        <w:rPr>
          <w:b/>
        </w:rPr>
        <w:t xml:space="preserve">[26:07] </w:t>
      </w:r>
      <w:r>
        <w:t>to Quran batata hai ke tum ko Frustration ki zaroorat nahin hai.</w:t>
      </w:r>
    </w:p>
    <w:p>
      <w:pPr>
        <w:jc w:val="right"/>
      </w:pPr>
      <w:r>
        <w:t>تو قرآن بتاتا ہے کہ تم کو Frustration کی ضرورت نہیں ہے۔</w:t>
      </w:r>
    </w:p>
    <w:p>
      <w:r>
        <w:rPr>
          <w:b/>
        </w:rPr>
        <w:t xml:space="preserve">[26:12] </w:t>
      </w:r>
      <w:r>
        <w:t>woh sab kuch jo tum chahte ho, tum ko maut ke baad milne wala hai.</w:t>
      </w:r>
    </w:p>
    <w:p>
      <w:pPr>
        <w:jc w:val="right"/>
      </w:pPr>
      <w:r>
        <w:t>وہ سب کچھ جو تم چاہتے ہو، تم کو موت کے بعد ملنے والا ہے۔</w:t>
      </w:r>
    </w:p>
    <w:p>
      <w:r>
        <w:rPr>
          <w:b/>
        </w:rPr>
        <w:t xml:space="preserve">[26:19] </w:t>
      </w:r>
      <w:r>
        <w:t>jis cheez ko tum samajhte ho, tum samajhte ho ke dunya mein mujhe Fulfillment nahin mila, woh sab</w:t>
      </w:r>
    </w:p>
    <w:p>
      <w:pPr>
        <w:jc w:val="right"/>
      </w:pPr>
      <w:r>
        <w:t>جس چیز کو تم سمجھتے ہو، تم سمجھتے ہو کہ دنیا میں مجھے Fulfillment نہیں ملا، وہ سب</w:t>
      </w:r>
    </w:p>
    <w:p>
      <w:r>
        <w:rPr>
          <w:b/>
        </w:rPr>
        <w:t xml:space="preserve">[26:26] </w:t>
      </w:r>
      <w:r>
        <w:t>ka sab mazeed izafe ke sath maut ke baad ki dunya mein milne wala hai.</w:t>
      </w:r>
    </w:p>
    <w:p>
      <w:pPr>
        <w:jc w:val="right"/>
      </w:pPr>
      <w:r>
        <w:t>کا سب مزید اضافے کے ساتھ موت کے بعد کی دنیا میں ملنے والا ہے۔</w:t>
      </w:r>
    </w:p>
    <w:p>
      <w:r>
        <w:rPr>
          <w:b/>
        </w:rPr>
        <w:t xml:space="preserve">[26:33] </w:t>
      </w:r>
      <w:r>
        <w:t>yeh Hope deta hai Quran.</w:t>
      </w:r>
    </w:p>
    <w:p>
      <w:pPr>
        <w:jc w:val="right"/>
      </w:pPr>
      <w:r>
        <w:t>یہ Hope دیتا ہے قرآن۔</w:t>
      </w:r>
    </w:p>
    <w:p>
      <w:r>
        <w:rPr>
          <w:b/>
        </w:rPr>
        <w:t xml:space="preserve">[26:35] </w:t>
      </w:r>
      <w:r>
        <w:t>to kaisi ajeeb baat hai yeh, kaisi ajeeb cheez hai yeh.</w:t>
      </w:r>
    </w:p>
    <w:p>
      <w:pPr>
        <w:jc w:val="right"/>
      </w:pPr>
      <w:r>
        <w:t>تو کیسی عجیب بات ہے یہ، کیسی عجیب چیز ہے یہ۔</w:t>
      </w:r>
    </w:p>
    <w:p>
      <w:r>
        <w:rPr>
          <w:b/>
        </w:rPr>
        <w:t xml:space="preserve">[26:40] </w:t>
      </w:r>
      <w:r>
        <w:t>hamari tafsirien jo hain, main yeh nahin kehta ke hamari tafsirien is kaam ke liye kafi hain.</w:t>
      </w:r>
    </w:p>
    <w:p>
      <w:pPr>
        <w:jc w:val="right"/>
      </w:pPr>
      <w:r>
        <w:t>ہماری تفسیریں جو ہیں، میں یہ نہیں کہتا کہ ہماری تفسیریں اس کام کے لیے کافی ہیں۔</w:t>
      </w:r>
    </w:p>
    <w:p>
      <w:r>
        <w:rPr>
          <w:b/>
        </w:rPr>
        <w:t xml:space="preserve">[26:47] </w:t>
      </w:r>
      <w:r>
        <w:t>yani Quran mein jo baatein kahi gayi hain, woh zaroorat hai ke un ko Explain kiya jaye, un</w:t>
      </w:r>
    </w:p>
    <w:p>
      <w:pPr>
        <w:jc w:val="right"/>
      </w:pPr>
      <w:r>
        <w:t>یعنی قرآن میں جو باتیں کہی گئی ہیں، وہ ضرورت ہے کہ ان کو Explain کیا جائے، ان</w:t>
      </w:r>
    </w:p>
    <w:p>
      <w:r>
        <w:rPr>
          <w:b/>
        </w:rPr>
        <w:t xml:space="preserve">[26:55] </w:t>
      </w:r>
      <w:r>
        <w:t>ki wazahat ki jaye.</w:t>
      </w:r>
    </w:p>
    <w:p>
      <w:pPr>
        <w:jc w:val="right"/>
      </w:pPr>
      <w:r>
        <w:t>کی وضاحت کی جائے۔</w:t>
      </w:r>
    </w:p>
    <w:p>
      <w:r>
        <w:rPr>
          <w:b/>
        </w:rPr>
        <w:t xml:space="preserve">[26:56] </w:t>
      </w:r>
      <w:r>
        <w:t>lekin tafsirien jo likhi gayi hain, woh sab ke sab fanni andaaz mein hain.</w:t>
      </w:r>
    </w:p>
    <w:p>
      <w:pPr>
        <w:jc w:val="right"/>
      </w:pPr>
      <w:r>
        <w:t>لیکن تفسیریں جو لکھی گئی ہیں، وہ سب کے سب فنی انداز میں ہیں۔</w:t>
      </w:r>
    </w:p>
    <w:p>
      <w:r>
        <w:rPr>
          <w:b/>
        </w:rPr>
        <w:t xml:space="preserve">[27:02] </w:t>
      </w:r>
      <w:r>
        <w:t>fanni andaaz mein.</w:t>
      </w:r>
    </w:p>
    <w:p>
      <w:pPr>
        <w:jc w:val="right"/>
      </w:pPr>
      <w:r>
        <w:t>فنی انداز میں۔</w:t>
      </w:r>
    </w:p>
    <w:p>
      <w:r>
        <w:rPr>
          <w:b/>
        </w:rPr>
        <w:t xml:space="preserve">[27:04] </w:t>
      </w:r>
      <w:r>
        <w:t>yeh TV tafsirien hain.</w:t>
      </w:r>
    </w:p>
    <w:p>
      <w:pPr>
        <w:jc w:val="right"/>
      </w:pPr>
      <w:r>
        <w:t>یہ ٹی وی تفسیریں ہیں۔</w:t>
      </w:r>
    </w:p>
    <w:p>
      <w:r>
        <w:rPr>
          <w:b/>
        </w:rPr>
        <w:t xml:space="preserve">[27:06] </w:t>
      </w:r>
      <w:r>
        <w:t>agar ek aadh tafsir hit kar likhi gayi to woh siyasi andaaz mein.</w:t>
      </w:r>
    </w:p>
    <w:p>
      <w:pPr>
        <w:jc w:val="right"/>
      </w:pPr>
      <w:r>
        <w:t>اگر ایک آدھ تفسیر ہٹ کر لکھی گئی تو وہ سیاسی انداز میں۔</w:t>
      </w:r>
    </w:p>
    <w:p>
      <w:r>
        <w:rPr>
          <w:b/>
        </w:rPr>
        <w:t xml:space="preserve">[27:12] </w:t>
      </w:r>
      <w:r>
        <w:t>to goya isi dunya ko bana diya ke kisi ne, idhar ne ban hi nahin sakta.</w:t>
      </w:r>
    </w:p>
    <w:p>
      <w:pPr>
        <w:jc w:val="right"/>
      </w:pPr>
      <w:r>
        <w:t>تو گویا اسی دنیا کو بنا دیا کہ کسی نے، ادھر نے بن ہی نہیں سکتا۔</w:t>
      </w:r>
    </w:p>
    <w:p>
      <w:r>
        <w:rPr>
          <w:b/>
        </w:rPr>
        <w:t xml:space="preserve">[27:19] </w:t>
      </w:r>
      <w:r>
        <w:t>یعنی اس دنیا میں ایک ایک ایک ایک ideal قسم کا political system یہ بنانا کا نشانہ دیتا</w:t>
      </w:r>
    </w:p>
    <w:p>
      <w:pPr>
        <w:jc w:val="right"/>
      </w:pPr>
      <w:r>
        <w:t>یعنی اس دنیا میں ایک ایک ایک ایک Ideal قسم کا Political System یہ بنانا کا نشانہ دیتا</w:t>
      </w:r>
    </w:p>
    <w:p>
      <w:r>
        <w:rPr>
          <w:b/>
        </w:rPr>
        <w:t xml:space="preserve">[27:26] </w:t>
      </w:r>
      <w:r>
        <w:t>hai Quran.</w:t>
      </w:r>
    </w:p>
    <w:p>
      <w:pPr>
        <w:jc w:val="right"/>
      </w:pPr>
      <w:r>
        <w:t>ہے قرآن۔</w:t>
      </w:r>
    </w:p>
    <w:p>
      <w:r>
        <w:rPr>
          <w:b/>
        </w:rPr>
        <w:t xml:space="preserve">[27:28] </w:t>
      </w:r>
      <w:r>
        <w:t>to yeh to achievable hi nahi hai.</w:t>
      </w:r>
    </w:p>
    <w:p>
      <w:pPr>
        <w:jc w:val="right"/>
      </w:pPr>
      <w:r>
        <w:t>تو یہ تو Achievable ہی نہیں ہے۔</w:t>
      </w:r>
    </w:p>
    <w:p>
      <w:r>
        <w:rPr>
          <w:b/>
        </w:rPr>
        <w:t xml:space="preserve">[27:31] </w:t>
      </w:r>
      <w:r>
        <w:t>yani agar quran ka yeh nishana ho ke ideal qism ka political system, to quran to sab se</w:t>
      </w:r>
    </w:p>
    <w:p>
      <w:pPr>
        <w:jc w:val="right"/>
      </w:pPr>
      <w:r>
        <w:t>یعنی اگر قرآن کا یہ نشانہ ہو کہ Ideal قسم کا Political System، تو قرآن تو سب سے</w:t>
      </w:r>
    </w:p>
    <w:p>
      <w:r>
        <w:rPr>
          <w:b/>
        </w:rPr>
        <w:t xml:space="preserve">[27:38] </w:t>
      </w:r>
      <w:r>
        <w:t>zyada ajeeb o ghareeb kitab hai.</w:t>
      </w:r>
    </w:p>
    <w:p>
      <w:pPr>
        <w:jc w:val="right"/>
      </w:pPr>
      <w:r>
        <w:t>زیادہ عجیب و غریب کتاب ہے۔</w:t>
      </w:r>
    </w:p>
    <w:p>
      <w:r>
        <w:rPr>
          <w:b/>
        </w:rPr>
        <w:t xml:space="preserve">[27:41] </w:t>
      </w:r>
      <w:r>
        <w:t>yani khalq ne aisi kitab bhej di jis mein aisa nishana diya gaya tha insan ko jo kabhi</w:t>
      </w:r>
    </w:p>
    <w:p>
      <w:pPr>
        <w:jc w:val="right"/>
      </w:pPr>
      <w:r>
        <w:t>یعنی خالق نے ایسی کتاب بھیج دی جس میں ایسا نشانہ دیا گیا تھا انسان کو جو کبھی</w:t>
      </w:r>
    </w:p>
    <w:p>
      <w:r>
        <w:rPr>
          <w:b/>
        </w:rPr>
        <w:t xml:space="preserve">[27:49] </w:t>
      </w:r>
      <w:r>
        <w:t>poora nahi hua, na kabhi poora hoga.</w:t>
      </w:r>
    </w:p>
    <w:p>
      <w:pPr>
        <w:jc w:val="right"/>
      </w:pPr>
      <w:r>
        <w:t>پورا نہیں ہوا، نہ کبھی پورا ہوگا۔</w:t>
      </w:r>
    </w:p>
    <w:p>
      <w:r>
        <w:rPr>
          <w:b/>
        </w:rPr>
        <w:t xml:space="preserve">[27:52] </w:t>
      </w:r>
      <w:r>
        <w:t>yani ideal qism ka political system to kabhi qaim hi nahi hua, na peghambaron ke zamane mein, na</w:t>
      </w:r>
    </w:p>
    <w:p>
      <w:pPr>
        <w:jc w:val="right"/>
      </w:pPr>
      <w:r>
        <w:t>یعنی Ideal قسم کا Political System تو کبھی قائم ہی نہیں ہوا، نہ پیغمبروں کے زمانے میں، نہ</w:t>
      </w:r>
    </w:p>
    <w:p>
      <w:r>
        <w:rPr>
          <w:b/>
        </w:rPr>
        <w:t xml:space="preserve">[27:59] </w:t>
      </w:r>
      <w:r>
        <w:t>sahaba ke zamane mein, na aaj kal jo tehreekein political chal rahi hain mukhtalif muslim countries mein, un</w:t>
      </w:r>
    </w:p>
    <w:p>
      <w:pPr>
        <w:jc w:val="right"/>
      </w:pPr>
      <w:r>
        <w:t>صحابہ کے زمانے میں، نہ آج کل جو تحریکیں Political چل رہی ہیں مختلف مسلم Countries میں، ان</w:t>
      </w:r>
    </w:p>
    <w:p>
      <w:r>
        <w:rPr>
          <w:b/>
        </w:rPr>
        <w:t xml:space="preserve">[28:07] </w:t>
      </w:r>
      <w:r>
        <w:t>ke zamane mein yeh to hua hi nahi kabhi.</w:t>
      </w:r>
    </w:p>
    <w:p>
      <w:pPr>
        <w:jc w:val="right"/>
      </w:pPr>
      <w:r>
        <w:t>کے زمانے میں یہ تو ہوا ہی نہیں کبھی۔</w:t>
      </w:r>
    </w:p>
    <w:p>
      <w:r>
        <w:rPr>
          <w:b/>
        </w:rPr>
        <w:t xml:space="preserve">[28:11] </w:t>
      </w:r>
      <w:r>
        <w:t>to kya aisa nishana dega quran jo kabhi poora na ho? to aisa hai nahi.</w:t>
      </w:r>
    </w:p>
    <w:p>
      <w:pPr>
        <w:jc w:val="right"/>
      </w:pPr>
      <w:r>
        <w:t>تو کیا ایسا نشانہ دے گا قرآن جو کبھی پورا نہ ہو؟ تو ایسا ہے نہیں۔</w:t>
      </w:r>
    </w:p>
    <w:p>
      <w:r>
        <w:rPr>
          <w:b/>
        </w:rPr>
        <w:t xml:space="preserve">[28:18] </w:t>
      </w:r>
      <w:r>
        <w:t>quran yeh batata hai ke yeh duniya jo hai tumhare liye tajrubaat ki duniya hai.</w:t>
      </w:r>
    </w:p>
    <w:p>
      <w:pPr>
        <w:jc w:val="right"/>
      </w:pPr>
      <w:r>
        <w:t>قرآن یہ بتاتا ہے کہ یہ دنیا جو ہے تمہارے لیے تجربات کی دنیا ہے۔</w:t>
      </w:r>
    </w:p>
    <w:p>
      <w:r>
        <w:rPr>
          <w:b/>
        </w:rPr>
        <w:t xml:space="preserve">[28:24] </w:t>
      </w:r>
      <w:r>
        <w:t>tajrubaat ke douran tumhara personal development hoga, tumhara intellectual development hoga.</w:t>
      </w:r>
    </w:p>
    <w:p>
      <w:pPr>
        <w:jc w:val="right"/>
      </w:pPr>
      <w:r>
        <w:t>تجربات کے دوران تمہارا Personal Development ہوگا، تمہارا Intellectual Development ہوگا۔</w:t>
      </w:r>
    </w:p>
    <w:p>
      <w:r>
        <w:rPr>
          <w:b/>
        </w:rPr>
        <w:t xml:space="preserve">[28:29] </w:t>
      </w:r>
      <w:r>
        <w:t>tajrubaat ke douran phir bante bante ek shakhsiyat banegi jo paradise ke mutabiq hogi.</w:t>
      </w:r>
    </w:p>
    <w:p>
      <w:pPr>
        <w:jc w:val="right"/>
      </w:pPr>
      <w:r>
        <w:t>تجربات کے دوران پھر بنتے بنتے ایک شخصیت بنے گی جو جو Paradise کے مطابق ہوگی۔</w:t>
      </w:r>
    </w:p>
    <w:p>
      <w:r>
        <w:rPr>
          <w:b/>
        </w:rPr>
        <w:t xml:space="preserve">[28:36] </w:t>
      </w:r>
      <w:r>
        <w:t>paradise yani paradise mein rehne ke liye shakhsiyat darkar hai.</w:t>
      </w:r>
    </w:p>
    <w:p>
      <w:pPr>
        <w:jc w:val="right"/>
      </w:pPr>
      <w:r>
        <w:t>Paradise یعنی Paradise میں رہنے کے لیے شخصیت درکار ہے۔</w:t>
      </w:r>
    </w:p>
    <w:p>
      <w:r>
        <w:rPr>
          <w:b/>
        </w:rPr>
        <w:t xml:space="preserve">[28:40] </w:t>
      </w:r>
      <w:r>
        <w:t>paradise kya hai? ideal world, perfect world.</w:t>
      </w:r>
    </w:p>
    <w:p>
      <w:pPr>
        <w:jc w:val="right"/>
      </w:pPr>
      <w:r>
        <w:t>Paradise کیا ہے؟ Ideal World، Perfect World۔</w:t>
      </w:r>
    </w:p>
    <w:p>
      <w:r>
        <w:rPr>
          <w:b/>
        </w:rPr>
        <w:t xml:space="preserve">[28:43] </w:t>
      </w:r>
      <w:r>
        <w:t>to wahan rehne ke liye jo personality, jo character chahiye, to tajrubaat ke douran aap ko wahi insan</w:t>
      </w:r>
    </w:p>
    <w:p>
      <w:pPr>
        <w:jc w:val="right"/>
      </w:pPr>
      <w:r>
        <w:t>تو وہاں رہنے کے لیے جو Personality، جو Character چاہیے، تو تجربات کے دوران آپ کو وہی انسان</w:t>
      </w:r>
    </w:p>
    <w:p>
      <w:r>
        <w:rPr>
          <w:b/>
        </w:rPr>
        <w:t xml:space="preserve">[28:51] </w:t>
      </w:r>
      <w:r>
        <w:t>banana hai.</w:t>
      </w:r>
    </w:p>
    <w:p>
      <w:pPr>
        <w:jc w:val="right"/>
      </w:pPr>
      <w:r>
        <w:t>بنانا ہے۔</w:t>
      </w:r>
    </w:p>
    <w:p>
      <w:r>
        <w:rPr>
          <w:b/>
        </w:rPr>
        <w:t xml:space="preserve">[28:52] </w:t>
      </w:r>
      <w:r>
        <w:t>baqi yahan par aap ko koi system nahi, meiyari system nahi bana sakte aap.</w:t>
      </w:r>
    </w:p>
    <w:p>
      <w:pPr>
        <w:jc w:val="right"/>
      </w:pPr>
      <w:r>
        <w:t>باقی یہاں پر آپ کو کوئی System نہیں، معیاری System نہیں بنا سکتے آپ۔</w:t>
      </w:r>
    </w:p>
    <w:p>
      <w:r>
        <w:rPr>
          <w:b/>
        </w:rPr>
        <w:t xml:space="preserve">[28:58] </w:t>
      </w:r>
      <w:r>
        <w:t>ek fard bana sakte hain.</w:t>
      </w:r>
    </w:p>
    <w:p>
      <w:pPr>
        <w:jc w:val="right"/>
      </w:pPr>
      <w:r>
        <w:t>ایک فرد بنا سکتے ہیں۔</w:t>
      </w:r>
    </w:p>
    <w:p>
      <w:r>
        <w:rPr>
          <w:b/>
        </w:rPr>
        <w:t xml:space="preserve">[29:01] </w:t>
      </w:r>
      <w:r>
        <w:t>ek fard ko jannat ke liye ek deserving candidate bana sakte hain aap.</w:t>
      </w:r>
    </w:p>
    <w:p>
      <w:pPr>
        <w:jc w:val="right"/>
      </w:pPr>
      <w:r>
        <w:t>ایک فرد کو جنت کے لیے ایک Deserving Candidate بنا سکتے ہیں آپ۔</w:t>
      </w:r>
    </w:p>
    <w:p>
      <w:r>
        <w:rPr>
          <w:b/>
        </w:rPr>
        <w:t xml:space="preserve">[29:06] </w:t>
      </w:r>
      <w:r>
        <w:t>bas yahi pass bull hai.</w:t>
      </w:r>
    </w:p>
    <w:p>
      <w:pPr>
        <w:jc w:val="right"/>
      </w:pPr>
      <w:r>
        <w:t>بس یہی Pass Bull ہے۔</w:t>
      </w:r>
    </w:p>
    <w:p>
      <w:r>
        <w:rPr>
          <w:b/>
        </w:rPr>
        <w:t xml:space="preserve">[29:08] </w:t>
      </w:r>
      <w:r>
        <w:t>to quran ka mani, quran ka nishana individual hai, society nahi hai.</w:t>
      </w:r>
    </w:p>
    <w:p>
      <w:pPr>
        <w:jc w:val="right"/>
      </w:pPr>
      <w:r>
        <w:t>تو قرآن کا معنی، قرآن کا نشانہ Individual ہے، Society نہیں ہے۔</w:t>
      </w:r>
    </w:p>
    <w:p>
      <w:r>
        <w:rPr>
          <w:b/>
        </w:rPr>
        <w:t xml:space="preserve">[29:13] </w:t>
      </w:r>
      <w:r>
        <w:t>society ko mission diya jayega, lekin social level par kabhi bhi meiyari insan nahi ban payega.</w:t>
      </w:r>
    </w:p>
    <w:p>
      <w:pPr>
        <w:jc w:val="right"/>
      </w:pPr>
      <w:r>
        <w:t>Society کو Mission دیا جائے گا، لیکن Social Level پر کبھی بھی معیاری انسان نہیں بن پائے گا۔</w:t>
      </w:r>
    </w:p>
    <w:p>
      <w:r>
        <w:rPr>
          <w:b/>
        </w:rPr>
        <w:t xml:space="preserve">[29:21] </w:t>
      </w:r>
      <w:r>
        <w:t>kyun ke meiyari insan banega to phir phir insan ki scheme hi, insan ke bare mein jo scheme</w:t>
      </w:r>
    </w:p>
    <w:p>
      <w:pPr>
        <w:jc w:val="right"/>
      </w:pPr>
      <w:r>
        <w:t>کیونکہ معیاری انسان بنے گا تو پھر پھر انسان کی Scheme ہی، انسان کے بارے میں جو Scheme</w:t>
      </w:r>
    </w:p>
    <w:p>
      <w:r>
        <w:rPr>
          <w:b/>
        </w:rPr>
        <w:t xml:space="preserve">[29:29] </w:t>
      </w:r>
      <w:r>
        <w:t>hai, wahi wahi jeopardize ho jayegi.</w:t>
      </w:r>
    </w:p>
    <w:p>
      <w:pPr>
        <w:jc w:val="right"/>
      </w:pPr>
      <w:r>
        <w:t>ہے، وہی وہی Jeopardize ہو جائے گی۔</w:t>
      </w:r>
    </w:p>
    <w:p>
      <w:r>
        <w:rPr>
          <w:b/>
        </w:rPr>
        <w:t xml:space="preserve">[29:32] </w:t>
      </w:r>
      <w:r>
        <w:t>kyun ke allah ko matlab ek tarah tarah ke experience hon, negative experience, positive experience, khushi ka experience, gham</w:t>
      </w:r>
    </w:p>
    <w:p>
      <w:pPr>
        <w:jc w:val="right"/>
      </w:pPr>
      <w:r>
        <w:t>کیونکہ اللہ کو مطلب ایک طرح طرح کے Experience ہوں، Negative Experience، Positive Experience، خوشی کا Experience، غم</w:t>
      </w:r>
    </w:p>
    <w:p>
      <w:r>
        <w:rPr>
          <w:b/>
        </w:rPr>
        <w:t xml:space="preserve">[29:40] </w:t>
      </w:r>
      <w:r>
        <w:t>ka Experience, is mein insan ki Personality ban rahi hai.</w:t>
      </w:r>
    </w:p>
    <w:p>
      <w:pPr>
        <w:jc w:val="right"/>
      </w:pPr>
      <w:r>
        <w:t>کا Experience، اس میں انسان کی Personality بن رہی ہے۔</w:t>
      </w:r>
    </w:p>
    <w:p>
      <w:r>
        <w:rPr>
          <w:b/>
        </w:rPr>
        <w:t xml:space="preserve">[29:44] </w:t>
      </w:r>
      <w:r>
        <w:t>to wo kaise banegi? to Allah ko yeh matloob hi nahi hai ke yahan koi Perfect System</w:t>
      </w:r>
    </w:p>
    <w:p>
      <w:pPr>
        <w:jc w:val="right"/>
      </w:pPr>
      <w:r>
        <w:t>تو وہ کیسے بنے گی؟ تو اللہ کو یہ مطلوب ہی نہیں ہے کہ یہاں کوئی Perfect System</w:t>
      </w:r>
    </w:p>
    <w:p>
      <w:r>
        <w:rPr>
          <w:b/>
        </w:rPr>
        <w:t xml:space="preserve">[29:52] </w:t>
      </w:r>
      <w:r>
        <w:t>bane, Ideal System bane.</w:t>
      </w:r>
    </w:p>
    <w:p>
      <w:pPr>
        <w:jc w:val="right"/>
      </w:pPr>
      <w:r>
        <w:t>بنے، Ideal System بنے۔</w:t>
      </w:r>
    </w:p>
    <w:p>
      <w:r>
        <w:rPr>
          <w:b/>
        </w:rPr>
        <w:t xml:space="preserve">[29:53] </w:t>
      </w:r>
      <w:r>
        <w:t>yeh matloob hi nahi hai.</w:t>
      </w:r>
    </w:p>
    <w:p>
      <w:pPr>
        <w:jc w:val="right"/>
      </w:pPr>
      <w:r>
        <w:t>یہ مطلوب ہی نہیں ہے۔</w:t>
      </w:r>
    </w:p>
    <w:p>
      <w:r>
        <w:rPr>
          <w:b/>
        </w:rPr>
        <w:t xml:space="preserve">[29:55] </w:t>
      </w:r>
      <w:r>
        <w:t>yahan to isi liye Quran mein kaha gaya hai ke laqad khalaqal insana fi kabadin Allah ki nazar</w:t>
      </w:r>
    </w:p>
    <w:p>
      <w:pPr>
        <w:jc w:val="right"/>
      </w:pPr>
      <w:r>
        <w:t>یہاں تو اسی لیے قرآن میں کہا گیا ہے کہ لَقَدْ خَلْقَ الْإِنْسَانَ فِي كَبَدٍ اللہ کی نظر</w:t>
      </w:r>
    </w:p>
    <w:p>
      <w:r>
        <w:rPr>
          <w:b/>
        </w:rPr>
        <w:t xml:space="preserve">[30:03] </w:t>
      </w:r>
      <w:r>
        <w:t>mein yeh dunya taluq kabad hai.</w:t>
      </w:r>
    </w:p>
    <w:p>
      <w:pPr>
        <w:jc w:val="right"/>
      </w:pPr>
      <w:r>
        <w:t>میں یہ دنیا تعلق کبد ہے۔</w:t>
      </w:r>
    </w:p>
    <w:p>
      <w:r>
        <w:rPr>
          <w:b/>
        </w:rPr>
        <w:t xml:space="preserve">[30:06] </w:t>
      </w:r>
      <w:r>
        <w:t>yani Problem ki dunya, World of Problems hai.</w:t>
      </w:r>
    </w:p>
    <w:p>
      <w:pPr>
        <w:jc w:val="right"/>
      </w:pPr>
      <w:r>
        <w:t>یعنی Problem کی دنیا، World of Problems ہے۔</w:t>
      </w:r>
    </w:p>
    <w:p>
      <w:r>
        <w:rPr>
          <w:b/>
        </w:rPr>
        <w:t xml:space="preserve">[30:09] </w:t>
      </w:r>
      <w:r>
        <w:t>kyunke Problems ke douran hi aadmi ki Personality banti hai.</w:t>
      </w:r>
    </w:p>
    <w:p>
      <w:pPr>
        <w:jc w:val="right"/>
      </w:pPr>
      <w:r>
        <w:t>کیونکہ Problems کے دوران ہی آدمی کی Personality بنتی ہے۔</w:t>
      </w:r>
    </w:p>
    <w:p>
      <w:r>
        <w:rPr>
          <w:b/>
        </w:rPr>
        <w:t xml:space="preserve">[30:13] </w:t>
      </w:r>
      <w:r>
        <w:t>Problem na ho to Personality bhi nahi banegi.</w:t>
      </w:r>
    </w:p>
    <w:p>
      <w:pPr>
        <w:jc w:val="right"/>
      </w:pPr>
      <w:r>
        <w:t>Problem نہ ہو تو Personality بھی نہیں بنے گی۔</w:t>
      </w:r>
    </w:p>
    <w:p>
      <w:r>
        <w:rPr>
          <w:b/>
        </w:rPr>
        <w:t xml:space="preserve">[30:17] </w:t>
      </w:r>
      <w:r>
        <w:t>kisi ne sahi kaha hai ke It is not ease but effort, not facility but difficulty that makes</w:t>
      </w:r>
    </w:p>
    <w:p>
      <w:pPr>
        <w:jc w:val="right"/>
      </w:pPr>
      <w:r>
        <w:t>کسی نے صحیح کہا ہے کہ It is not ease but effort, not facility but difficulty that makes</w:t>
      </w:r>
    </w:p>
    <w:p>
      <w:r>
        <w:rPr>
          <w:b/>
        </w:rPr>
        <w:t xml:space="preserve">[30:25] </w:t>
      </w:r>
      <w:r>
        <w:t>man.</w:t>
      </w:r>
    </w:p>
    <w:p>
      <w:pPr>
        <w:jc w:val="right"/>
      </w:pPr>
      <w:r>
        <w:t>man.</w:t>
      </w:r>
    </w:p>
    <w:p>
      <w:r>
        <w:rPr>
          <w:b/>
        </w:rPr>
        <w:t xml:space="preserve">[30:26] </w:t>
      </w:r>
      <w:r>
        <w:t>is ne aam aitbar se yeh baat kahi hai, lekin jo Christian Plan of God hai, us ke</w:t>
      </w:r>
    </w:p>
    <w:p>
      <w:pPr>
        <w:jc w:val="right"/>
      </w:pPr>
      <w:r>
        <w:t>اس نے عام اعتبار سے یہ بات کہی ہے، لیکن جو Christian Plan of God ہے، اس کے</w:t>
      </w:r>
    </w:p>
    <w:p>
      <w:r>
        <w:rPr>
          <w:b/>
        </w:rPr>
        <w:t xml:space="preserve">[30:34] </w:t>
      </w:r>
      <w:r>
        <w:t>lehaz se yeh baat sahi hai.</w:t>
      </w:r>
    </w:p>
    <w:p>
      <w:pPr>
        <w:jc w:val="right"/>
      </w:pPr>
      <w:r>
        <w:t>لحاظ سے یہ بات صحیح ہے۔</w:t>
      </w:r>
    </w:p>
    <w:p>
      <w:r>
        <w:rPr>
          <w:b/>
        </w:rPr>
        <w:t xml:space="preserve">[30:37] </w:t>
      </w:r>
      <w:r>
        <w:t>to ek lehaz se mein yeh kahunga ke insan ki zindagi marifat ka ek safar hai.</w:t>
      </w:r>
    </w:p>
    <w:p>
      <w:pPr>
        <w:jc w:val="right"/>
      </w:pPr>
      <w:r>
        <w:t>تو ایک لحاظ سے میں یہ کہوں گا کہ انسان کی زندگی معرفت کا ایک سفر ہے۔</w:t>
      </w:r>
    </w:p>
    <w:p>
      <w:r>
        <w:rPr>
          <w:b/>
        </w:rPr>
        <w:t xml:space="preserve">[30:44] </w:t>
      </w:r>
      <w:r>
        <w:t>insan ki zindagi marifat ka ek safar hai.</w:t>
      </w:r>
    </w:p>
    <w:p>
      <w:pPr>
        <w:jc w:val="right"/>
      </w:pPr>
      <w:r>
        <w:t>انسان کی زندگی معرفت کا ایک سفر ہے۔</w:t>
      </w:r>
    </w:p>
    <w:p>
      <w:r>
        <w:rPr>
          <w:b/>
        </w:rPr>
        <w:t xml:space="preserve">[30:47] </w:t>
      </w:r>
      <w:r>
        <w:t>is safar ka jo End hai, wo yeh hai ke maut ke Gate mein dakhil ho kar apne</w:t>
      </w:r>
    </w:p>
    <w:p>
      <w:pPr>
        <w:jc w:val="right"/>
      </w:pPr>
      <w:r>
        <w:t>اس سفر کا جو End ہے، وہ یہ ہے کہ موت کے Gate میں داخل ہو کر اپنے</w:t>
      </w:r>
    </w:p>
    <w:p>
      <w:r>
        <w:rPr>
          <w:b/>
        </w:rPr>
        <w:t xml:space="preserve">[30:55] </w:t>
      </w:r>
      <w:r>
        <w:t>Habitat mein pahunch jana.</w:t>
      </w:r>
    </w:p>
    <w:p>
      <w:pPr>
        <w:jc w:val="right"/>
      </w:pPr>
      <w:r>
        <w:t>Habitat میں پہنچ جانا۔</w:t>
      </w:r>
    </w:p>
    <w:p>
      <w:r>
        <w:rPr>
          <w:b/>
        </w:rPr>
        <w:t xml:space="preserve">[30:57] </w:t>
      </w:r>
      <w:r>
        <w:t>yani jo Quran ne batai gayi jo Scheme, jo Scheme of Things Khuda ki batai gayi, yeh Quran</w:t>
      </w:r>
    </w:p>
    <w:p>
      <w:pPr>
        <w:jc w:val="right"/>
      </w:pPr>
      <w:r>
        <w:t>یعنی جو قرآن نے بتائی گئی جو Scheme، جو Scheme of Things خدا کی بتائی گئی، یہ قرآن</w:t>
      </w:r>
    </w:p>
    <w:p>
      <w:r>
        <w:rPr>
          <w:b/>
        </w:rPr>
        <w:t xml:space="preserve">[31:05] </w:t>
      </w:r>
      <w:r>
        <w:t>mein bhi yeh hai ke insan ko Allah ne paida kiya.</w:t>
      </w:r>
    </w:p>
    <w:p>
      <w:pPr>
        <w:jc w:val="right"/>
      </w:pPr>
      <w:r>
        <w:t>میں بھی یہ ہے کہ انسان کو اللہ نے پیدا کیا۔</w:t>
      </w:r>
    </w:p>
    <w:p>
      <w:r>
        <w:rPr>
          <w:b/>
        </w:rPr>
        <w:t xml:space="preserve">[31:09] </w:t>
      </w:r>
      <w:r>
        <w:t>yani taake insan daryaft kare apne khaliq ko, wo soche ke mein kaise ban gaya? mein khud to</w:t>
      </w:r>
    </w:p>
    <w:p>
      <w:pPr>
        <w:jc w:val="right"/>
      </w:pPr>
      <w:r>
        <w:t>یعنی تاکہ انسان دریافت کرے اپنے خالق کو، وہ سوچے کہ میں کیسے بن گیا؟ میں خود تو</w:t>
      </w:r>
    </w:p>
    <w:p>
      <w:r>
        <w:rPr>
          <w:b/>
        </w:rPr>
        <w:t xml:space="preserve">[31:17] </w:t>
      </w:r>
      <w:r>
        <w:t>bana nahi sakta apne aap ko.</w:t>
      </w:r>
    </w:p>
    <w:p>
      <w:pPr>
        <w:jc w:val="right"/>
      </w:pPr>
      <w:r>
        <w:t>بنا نہیں سکتا اپنے آپ کو۔</w:t>
      </w:r>
    </w:p>
    <w:p>
      <w:r>
        <w:rPr>
          <w:b/>
        </w:rPr>
        <w:t xml:space="preserve">[31:20] </w:t>
      </w:r>
      <w:r>
        <w:t>to apni paidaish ko le ke jab wo insan sochta hai, to wo apne khaliq ko daryaft karta</w:t>
      </w:r>
    </w:p>
    <w:p>
      <w:pPr>
        <w:jc w:val="right"/>
      </w:pPr>
      <w:r>
        <w:t>تو اپنی پیدائش کو لے کے جب وہ انسان سوچتا ہے، تو وہ اپنے خالق کو دریافت کرتا</w:t>
      </w:r>
    </w:p>
    <w:p>
      <w:r>
        <w:rPr>
          <w:b/>
        </w:rPr>
        <w:t xml:space="preserve">[31:27] </w:t>
      </w:r>
      <w:r>
        <w:t>hai.</w:t>
      </w:r>
    </w:p>
    <w:p>
      <w:pPr>
        <w:jc w:val="right"/>
      </w:pPr>
      <w:r>
        <w:t>ہے۔</w:t>
      </w:r>
    </w:p>
    <w:p>
      <w:r>
        <w:rPr>
          <w:b/>
        </w:rPr>
        <w:t xml:space="preserve">[31:29] </w:t>
      </w:r>
      <w:r>
        <w:t>yahan se insan ka marifat ka safar shuru hota hai.</w:t>
      </w:r>
    </w:p>
    <w:p>
      <w:pPr>
        <w:jc w:val="right"/>
      </w:pPr>
      <w:r>
        <w:t>یہاں سے انسان کا معرفت کا سفر شروع ہوتا ہے۔</w:t>
      </w:r>
    </w:p>
    <w:p>
      <w:r>
        <w:rPr>
          <w:b/>
        </w:rPr>
        <w:t xml:space="preserve">[31:33] </w:t>
      </w:r>
      <w:r>
        <w:t>is ke baad jab insan pata hai ke dunya mein sab cheez maujood hai mere liye, Need wali</w:t>
      </w:r>
    </w:p>
    <w:p>
      <w:pPr>
        <w:jc w:val="right"/>
      </w:pPr>
      <w:r>
        <w:t>اس کے بعد جب انسان پاتا ہے کہ دنیا میں سب چیز موجود ہے میرے لیے، Need والی</w:t>
      </w:r>
    </w:p>
    <w:p>
      <w:r>
        <w:rPr>
          <w:b/>
        </w:rPr>
        <w:t xml:space="preserve">[31:41] </w:t>
      </w:r>
      <w:r>
        <w:t>jo cheezen, zarurat wali jo cheezen hain, lekin Fulfillment nahi hai.</w:t>
      </w:r>
    </w:p>
    <w:p>
      <w:pPr>
        <w:jc w:val="right"/>
      </w:pPr>
      <w:r>
        <w:t>جو چیزیں، ضرورت والی جو چیزیں ہیں، لیکن Fulfillment نہیں ہے۔</w:t>
      </w:r>
    </w:p>
    <w:p>
      <w:r>
        <w:rPr>
          <w:b/>
        </w:rPr>
        <w:t xml:space="preserve">[31:46] </w:t>
      </w:r>
      <w:r>
        <w:t>yeh yeh tazad hai dunya mein ke dunya mein zarurat ki cheezen sab ki sab mojood hain, lekin</w:t>
      </w:r>
    </w:p>
    <w:p>
      <w:pPr>
        <w:jc w:val="right"/>
      </w:pPr>
      <w:r>
        <w:t>یہ یہ تضاد ہے دنیا میں کہ دنیا میں ضرورت کی چیزیں سب کی سب موجود ہیں، لیکن</w:t>
      </w:r>
    </w:p>
    <w:p>
      <w:r>
        <w:rPr>
          <w:b/>
        </w:rPr>
        <w:t xml:space="preserve">[31:53] </w:t>
      </w:r>
      <w:r>
        <w:t>hamari khwahish ki cheez mojood hi nahi.</w:t>
      </w:r>
    </w:p>
    <w:p>
      <w:pPr>
        <w:jc w:val="right"/>
      </w:pPr>
      <w:r>
        <w:t>ہماری خواہش کی چیز موجود ہی نہیں۔</w:t>
      </w:r>
    </w:p>
    <w:p>
      <w:r>
        <w:rPr>
          <w:b/>
        </w:rPr>
        <w:t xml:space="preserve">[31:56] </w:t>
      </w:r>
      <w:r>
        <w:t>yahan phir aadmi daryaft karta hai ke yeh dunya banai gayi hai is liye ke main Experience karoon</w:t>
      </w:r>
    </w:p>
    <w:p>
      <w:pPr>
        <w:jc w:val="right"/>
      </w:pPr>
      <w:r>
        <w:t>یہاں پھر آدمی دریافت کرتا ہے کہ یہ دنیا بنائی گئی ہے اس لیے کہ میں Experience کروں</w:t>
      </w:r>
    </w:p>
    <w:p>
      <w:r>
        <w:rPr>
          <w:b/>
        </w:rPr>
        <w:t xml:space="preserve">[32:04] </w:t>
      </w:r>
      <w:r>
        <w:t>ya apni Personality ko Develop karoon.</w:t>
      </w:r>
    </w:p>
    <w:p>
      <w:pPr>
        <w:jc w:val="right"/>
      </w:pPr>
      <w:r>
        <w:t>یا اپنی Personality کو Develop کروں۔</w:t>
      </w:r>
    </w:p>
    <w:p>
      <w:r>
        <w:rPr>
          <w:b/>
        </w:rPr>
        <w:t xml:space="preserve">[32:07] </w:t>
      </w:r>
      <w:r>
        <w:t>yani apne Personal Development ke liye dunya hai.</w:t>
      </w:r>
    </w:p>
    <w:p>
      <w:pPr>
        <w:jc w:val="right"/>
      </w:pPr>
      <w:r>
        <w:t>یعنی اپنے Personal Development کے لیے دنیا ہے۔</w:t>
      </w:r>
    </w:p>
    <w:p>
      <w:r>
        <w:rPr>
          <w:b/>
        </w:rPr>
        <w:t xml:space="preserve">[32:10] </w:t>
      </w:r>
      <w:r>
        <w:t>yeh dunya aisha ke liye hai hi nahi.</w:t>
      </w:r>
    </w:p>
    <w:p>
      <w:pPr>
        <w:jc w:val="right"/>
      </w:pPr>
      <w:r>
        <w:t>یہ دنیا عائشہ کے لیے ہے ہی نہیں۔</w:t>
      </w:r>
    </w:p>
    <w:p>
      <w:r>
        <w:rPr>
          <w:b/>
        </w:rPr>
        <w:t xml:space="preserve">[32:13] </w:t>
      </w:r>
      <w:r>
        <w:t>isi liye Rasool Allah ne farmaya tha ke Allahumma la aisha illa aish al-akhirah yeh dunya aisha ke liye</w:t>
      </w:r>
    </w:p>
    <w:p>
      <w:pPr>
        <w:jc w:val="right"/>
      </w:pPr>
      <w:r>
        <w:t>اسی لیے رسول اللہ نے فرمایا تھا کہ اللَّهُمَّ لَعَيْشَةٍ إِلَّا عَيْشَ الْآخِرَةِ یہ دنیا عائشہ کے لیے</w:t>
      </w:r>
    </w:p>
    <w:p>
      <w:r>
        <w:rPr>
          <w:b/>
        </w:rPr>
        <w:t xml:space="preserve">[32:21] </w:t>
      </w:r>
      <w:r>
        <w:t>banai hi nahi gayi.</w:t>
      </w:r>
    </w:p>
    <w:p>
      <w:pPr>
        <w:jc w:val="right"/>
      </w:pPr>
      <w:r>
        <w:t>بنائی ہی نہیں گئی۔</w:t>
      </w:r>
    </w:p>
    <w:p>
      <w:r>
        <w:rPr>
          <w:b/>
        </w:rPr>
        <w:t xml:space="preserve">[32:23] </w:t>
      </w:r>
      <w:r>
        <w:t>yeh dunya banai gayi hai Personal Development ke liye.</w:t>
      </w:r>
    </w:p>
    <w:p>
      <w:pPr>
        <w:jc w:val="right"/>
      </w:pPr>
      <w:r>
        <w:t>یہ دنیا بنائی گئی ہے Personal Development کے لیے۔</w:t>
      </w:r>
    </w:p>
    <w:p>
      <w:r>
        <w:rPr>
          <w:b/>
        </w:rPr>
        <w:t xml:space="preserve">[32:27] </w:t>
      </w:r>
      <w:r>
        <w:t>to woh jo dunya hai jo hum chahte hain, jahan Desire hamari poori hon, jahan hamein Fulfillment mile,</w:t>
      </w:r>
    </w:p>
    <w:p>
      <w:pPr>
        <w:jc w:val="right"/>
      </w:pPr>
      <w:r>
        <w:t>تو وہ جو دنیا ہے جو ہم چاہتے ہیں، جہاں Desire ہماری پوری ہوں، جہاں ہمیں Fulfillment ملے،</w:t>
      </w:r>
    </w:p>
    <w:p>
      <w:r>
        <w:rPr>
          <w:b/>
        </w:rPr>
        <w:t xml:space="preserve">[32:34] </w:t>
      </w:r>
      <w:r>
        <w:t>jo hamara woh dunya hai jahan hamara Habitat ho, woh maut ke baad hai.</w:t>
      </w:r>
    </w:p>
    <w:p>
      <w:pPr>
        <w:jc w:val="right"/>
      </w:pPr>
      <w:r>
        <w:t>جو ہمارا وہ دنیا ہے جہاں ہمارا Habitat ہو، وہ موت کے بعد ہے۔</w:t>
      </w:r>
    </w:p>
    <w:p>
      <w:r>
        <w:rPr>
          <w:b/>
        </w:rPr>
        <w:t xml:space="preserve">[32:40] </w:t>
      </w:r>
      <w:r>
        <w:t>yeh hai Quran ki poori Scheme.</w:t>
      </w:r>
    </w:p>
    <w:p>
      <w:pPr>
        <w:jc w:val="right"/>
      </w:pPr>
      <w:r>
        <w:t>یہ ہے قرآن کی پوری Scheme۔</w:t>
      </w:r>
    </w:p>
    <w:p>
      <w:r>
        <w:rPr>
          <w:b/>
        </w:rPr>
        <w:t xml:space="preserve">[32:43] </w:t>
      </w:r>
      <w:r>
        <w:t>to hum jo itna zyada zor dete hain Quran ke Distribution par, Quran ke Translation yani logon ki</w:t>
      </w:r>
    </w:p>
    <w:p>
      <w:pPr>
        <w:jc w:val="right"/>
      </w:pPr>
      <w:r>
        <w:t>تو ہم جو اتنا زیادہ زور دیتے ہیں قرآن کے Distribution پر، قرآن کے Translation یعنی لوگوں کی</w:t>
      </w:r>
    </w:p>
    <w:p>
      <w:r>
        <w:rPr>
          <w:b/>
        </w:rPr>
        <w:t xml:space="preserve">[32:51] </w:t>
      </w:r>
      <w:r>
        <w:t>Understandable Language mein Quran logon tak pahunchana.</w:t>
      </w:r>
    </w:p>
    <w:p>
      <w:pPr>
        <w:jc w:val="right"/>
      </w:pPr>
      <w:r>
        <w:t>Understandable Language میں قرآن لوگوں تک پہنچانا۔</w:t>
      </w:r>
    </w:p>
    <w:p>
      <w:r>
        <w:rPr>
          <w:b/>
        </w:rPr>
        <w:t xml:space="preserve">[32:54] </w:t>
      </w:r>
      <w:r>
        <w:t>kyun? yeh jo Scheme hai zindagi ke bare mein, woh sirf Quran mein hai aur kahin hai hi</w:t>
      </w:r>
    </w:p>
    <w:p>
      <w:pPr>
        <w:jc w:val="right"/>
      </w:pPr>
      <w:r>
        <w:t>کیوں؟ یہ جو Scheme ہے زندگی کے بارے میں، وہ صرف قرآن میں ہے اور کہیں ہے ہی</w:t>
      </w:r>
    </w:p>
    <w:p>
      <w:r>
        <w:rPr>
          <w:b/>
        </w:rPr>
        <w:t xml:space="preserve">[33:01] </w:t>
      </w:r>
      <w:r>
        <w:t>nahi.</w:t>
      </w:r>
    </w:p>
    <w:p>
      <w:pPr>
        <w:jc w:val="right"/>
      </w:pPr>
      <w:r>
        <w:t>نہیں۔</w:t>
      </w:r>
    </w:p>
    <w:p>
      <w:r>
        <w:rPr>
          <w:b/>
        </w:rPr>
        <w:t xml:space="preserve">[33:03] </w:t>
      </w:r>
      <w:r>
        <w:t>aur aaj mein sochte sochte ek baat mere Mind mein aayi ke is zamane ke musalman maghribi tehzeeb</w:t>
      </w:r>
    </w:p>
    <w:p>
      <w:pPr>
        <w:jc w:val="right"/>
      </w:pPr>
      <w:r>
        <w:t>اور آج میں سوچتے سوچتے ایک بات میرے Mind میں آئی کہ اس زمانے کے مسلمان مغربی تہذیب</w:t>
      </w:r>
    </w:p>
    <w:p>
      <w:r>
        <w:rPr>
          <w:b/>
        </w:rPr>
        <w:t xml:space="preserve">[33:11] </w:t>
      </w:r>
      <w:r>
        <w:t>ke khilaf kyun ho gaye? maghrib ko apna dushman kyun samajhne laga? dunya mein jahan bhi aap jayen</w:t>
      </w:r>
    </w:p>
    <w:p>
      <w:pPr>
        <w:jc w:val="right"/>
      </w:pPr>
      <w:r>
        <w:t>کے خلاف کیوں ہو گئے؟ مغرب کو اپنا دشمن کیوں سمجھنے لگا؟ دنیا میں جہاں بھی آپ جائیں</w:t>
      </w:r>
    </w:p>
    <w:p>
      <w:r>
        <w:rPr>
          <w:b/>
        </w:rPr>
        <w:t xml:space="preserve">[33:18] </w:t>
      </w:r>
      <w:r>
        <w:t>ge, aap payenge musalman West se, Western Civilization se nafrat karte hain.</w:t>
      </w:r>
    </w:p>
    <w:p>
      <w:pPr>
        <w:jc w:val="right"/>
      </w:pPr>
      <w:r>
        <w:t>گے، آپ پائیں گے مسلمان West سے، Western Civilization سے نفرت کرتے ہیں۔</w:t>
      </w:r>
    </w:p>
    <w:p>
      <w:r>
        <w:rPr>
          <w:b/>
        </w:rPr>
        <w:t xml:space="preserve">[33:24] </w:t>
      </w:r>
      <w:r>
        <w:t>har jagah, chahe India ho ya Muslim Countries hon, Europe, America ho, jahan bhi musalman hain.</w:t>
      </w:r>
    </w:p>
    <w:p>
      <w:pPr>
        <w:jc w:val="right"/>
      </w:pPr>
      <w:r>
        <w:t>ہر جگہ، چاہے انڈیا ہو یا مسلم Countries ہوں، یورپ، امریکہ ہو، جہاں بھی مسلمان ہیں۔</w:t>
      </w:r>
    </w:p>
    <w:p>
      <w:r>
        <w:rPr>
          <w:b/>
        </w:rPr>
        <w:t xml:space="preserve">[33:31] </w:t>
      </w:r>
      <w:r>
        <w:t>to mein ne socha ke yeh shaitan ka bohat hi bara fareeb hai.</w:t>
      </w:r>
    </w:p>
    <w:p>
      <w:pPr>
        <w:jc w:val="right"/>
      </w:pPr>
      <w:r>
        <w:t>تو میں نے سوچا کہ یہ شیطان کا بہت ہی بڑا فریب ہے۔</w:t>
      </w:r>
    </w:p>
    <w:p>
      <w:r>
        <w:rPr>
          <w:b/>
        </w:rPr>
        <w:t xml:space="preserve">[33:36] </w:t>
      </w:r>
      <w:r>
        <w:t>Allah ne yeh Western Civilization ke zariye haqiqaten kholi thin, nayi haqiqaten jo Islam ki sachai ko durust</w:t>
      </w:r>
    </w:p>
    <w:p>
      <w:pPr>
        <w:jc w:val="right"/>
      </w:pPr>
      <w:r>
        <w:t>اللہ نے یہ Western Civilization کے ذریعے حقیقتیں کھولی تھیں، نئی حقیقتیں جو اسلام کی سچائی کو درست</w:t>
      </w:r>
    </w:p>
    <w:p>
      <w:r>
        <w:rPr>
          <w:b/>
        </w:rPr>
        <w:t xml:space="preserve">[33:44] </w:t>
      </w:r>
      <w:r>
        <w:t>sabit karen.</w:t>
      </w:r>
    </w:p>
    <w:p>
      <w:pPr>
        <w:jc w:val="right"/>
      </w:pPr>
      <w:r>
        <w:t>ثابت کریں۔</w:t>
      </w:r>
    </w:p>
    <w:p>
      <w:r>
        <w:rPr>
          <w:b/>
        </w:rPr>
        <w:t xml:space="preserve">[33:46] </w:t>
      </w:r>
      <w:r>
        <w:t>misal ke taur par ek bohat bari cheez jo Western Civilization se Establish hui, dekhen, Western Civilization ne</w:t>
      </w:r>
    </w:p>
    <w:p>
      <w:pPr>
        <w:jc w:val="right"/>
      </w:pPr>
      <w:r>
        <w:t>مثال کے طور پر ایک بہت بڑی چیز جو Western Civilization سے Establish ہوئی، دیکھیں، Western Civilization نے</w:t>
      </w:r>
    </w:p>
    <w:p>
      <w:r>
        <w:rPr>
          <w:b/>
        </w:rPr>
        <w:t xml:space="preserve">[33:53] </w:t>
      </w:r>
      <w:r>
        <w:t>har qism ke comfort, har qism ki luxury banai.</w:t>
      </w:r>
    </w:p>
    <w:p>
      <w:pPr>
        <w:jc w:val="right"/>
      </w:pPr>
      <w:r>
        <w:t>ہر قسم کے Comfort، ہر قسم کی Luxury بنائی۔</w:t>
      </w:r>
    </w:p>
    <w:p>
      <w:r>
        <w:rPr>
          <w:b/>
        </w:rPr>
        <w:t xml:space="preserve">[33:57] </w:t>
      </w:r>
      <w:r>
        <w:t>kaha jata hai ke zindagi ke do level hain: need, comfort, luxury.</w:t>
      </w:r>
    </w:p>
    <w:p>
      <w:pPr>
        <w:jc w:val="right"/>
      </w:pPr>
      <w:r>
        <w:t>کہا جاتا ہے کہ زندگی کے دو Level ہیں: Need، Comfort، Luxury۔</w:t>
      </w:r>
    </w:p>
    <w:p>
      <w:r>
        <w:rPr>
          <w:b/>
        </w:rPr>
        <w:t xml:space="preserve">[34:02] </w:t>
      </w:r>
      <w:r>
        <w:t>to western civilization ne ek ek cheez banai, need wali bhi, comfort wali bhi, luxury wali bhi.</w:t>
      </w:r>
    </w:p>
    <w:p>
      <w:pPr>
        <w:jc w:val="right"/>
      </w:pPr>
      <w:r>
        <w:t>تو Western Civilization نے ایک ایک چیز بنائی، Need والی بھی، Comfort والی بھی، Luxury والی بھی۔</w:t>
      </w:r>
    </w:p>
    <w:p>
      <w:r>
        <w:rPr>
          <w:b/>
        </w:rPr>
        <w:t xml:space="preserve">[34:10] </w:t>
      </w:r>
      <w:r>
        <w:t>lekin aaj ke insan ko phir bhi peace nahi hai, peace of mind nahi hai.</w:t>
      </w:r>
    </w:p>
    <w:p>
      <w:pPr>
        <w:jc w:val="right"/>
      </w:pPr>
      <w:r>
        <w:t>لیکن آج کے انسان کو پھر بھی Peace نہیں ہے، Peace of Mind نہیں ہے۔</w:t>
      </w:r>
    </w:p>
    <w:p>
      <w:r>
        <w:rPr>
          <w:b/>
        </w:rPr>
        <w:t xml:space="preserve">[34:16] </w:t>
      </w:r>
      <w:r>
        <w:t>andar se koi khush nahi.</w:t>
      </w:r>
    </w:p>
    <w:p>
      <w:pPr>
        <w:jc w:val="right"/>
      </w:pPr>
      <w:r>
        <w:t>اندر سے کوئی خوش نہیں۔</w:t>
      </w:r>
    </w:p>
    <w:p>
      <w:r>
        <w:rPr>
          <w:b/>
        </w:rPr>
        <w:t xml:space="preserve">[34:18] </w:t>
      </w:r>
      <w:r>
        <w:t>to western civilization ke zariye ek cheez establish hui, bohat zabardast ke allahumma la aishata illa aishal akhirah yeh</w:t>
      </w:r>
    </w:p>
    <w:p>
      <w:pPr>
        <w:jc w:val="right"/>
      </w:pPr>
      <w:r>
        <w:t>تو Western Civilization کے ذریعے ایک چیز Establish ہوئی، بہت زبردست کہ اللَّهُمَّ لَعَيْشَةٍ إِلَّا عَيْشَ الْآخِرَةِ یہ</w:t>
      </w:r>
    </w:p>
    <w:p>
      <w:r>
        <w:rPr>
          <w:b/>
        </w:rPr>
        <w:t xml:space="preserve">[34:26] </w:t>
      </w:r>
      <w:r>
        <w:t>establish hui hai.</w:t>
      </w:r>
    </w:p>
    <w:p>
      <w:pPr>
        <w:jc w:val="right"/>
      </w:pPr>
      <w:r>
        <w:t>Establish ہوئی ہے۔</w:t>
      </w:r>
    </w:p>
    <w:p>
      <w:r>
        <w:rPr>
          <w:b/>
        </w:rPr>
        <w:t xml:space="preserve">[34:27] </w:t>
      </w:r>
      <w:r>
        <w:t>yeh mamooli baat nahi hai.</w:t>
      </w:r>
    </w:p>
    <w:p>
      <w:pPr>
        <w:jc w:val="right"/>
      </w:pPr>
      <w:r>
        <w:t>یہ معمولی بات نہیں ہے۔</w:t>
      </w:r>
    </w:p>
    <w:p>
      <w:r>
        <w:rPr>
          <w:b/>
        </w:rPr>
        <w:t xml:space="preserve">[34:29] </w:t>
      </w:r>
      <w:r>
        <w:t>yeh rasool Allah ne to ek ailan kiya tha.</w:t>
      </w:r>
    </w:p>
    <w:p>
      <w:pPr>
        <w:jc w:val="right"/>
      </w:pPr>
      <w:r>
        <w:t>یہ رسول اللہ نے تو ایک اعلان کیا تھا۔</w:t>
      </w:r>
    </w:p>
    <w:p>
      <w:r>
        <w:rPr>
          <w:b/>
        </w:rPr>
        <w:t xml:space="preserve">[34:33] </w:t>
      </w:r>
      <w:r>
        <w:t>rasool Allah ne jab yeh kaha tha ghazwa e khandak ke mauqe par allahumma la aishata illa aishal akhirah aur</w:t>
      </w:r>
    </w:p>
    <w:p>
      <w:pPr>
        <w:jc w:val="right"/>
      </w:pPr>
      <w:r>
        <w:t>رسول اللہ نے جب یہ کہا تھا غزوہ خندق کے موقع پر اللَّهُمَّ لَعَيْشَةٍ إِلَّا عَيْشَ الْآخِرَةِ اور</w:t>
      </w:r>
    </w:p>
    <w:p>
      <w:r>
        <w:rPr>
          <w:b/>
        </w:rPr>
        <w:t xml:space="preserve">[34:41] </w:t>
      </w:r>
      <w:r>
        <w:t>khud Quran mein hai ke ala bzikrillahi tatmainnal quloob yani Khuda ki jo duniya hai, wahan tum</w:t>
      </w:r>
    </w:p>
    <w:p>
      <w:pPr>
        <w:jc w:val="right"/>
      </w:pPr>
      <w:r>
        <w:t>خود قرآن میں ہے کہ عَلَىٰ بِذِكْرِ اللَّهِ تَطْمَئِنُّ الْقُلُوبُ یعنی خدا کی جو دنیا ہے، وہاں تم</w:t>
      </w:r>
    </w:p>
    <w:p>
      <w:r>
        <w:rPr>
          <w:b/>
        </w:rPr>
        <w:t xml:space="preserve">[34:49] </w:t>
      </w:r>
      <w:r>
        <w:t>ko peace milega.</w:t>
      </w:r>
    </w:p>
    <w:p>
      <w:pPr>
        <w:jc w:val="right"/>
      </w:pPr>
      <w:r>
        <w:t>کو Peace ملے گا۔</w:t>
      </w:r>
    </w:p>
    <w:p>
      <w:r>
        <w:rPr>
          <w:b/>
        </w:rPr>
        <w:t xml:space="preserve">[34:50] </w:t>
      </w:r>
      <w:r>
        <w:t>yeh yeh duniya mein peace milne wala nahi hai.</w:t>
      </w:r>
    </w:p>
    <w:p>
      <w:pPr>
        <w:jc w:val="right"/>
      </w:pPr>
      <w:r>
        <w:t>یہ یہ دنیا میں Peace ملنے والا نہیں ہے۔</w:t>
      </w:r>
    </w:p>
    <w:p>
      <w:r>
        <w:rPr>
          <w:b/>
        </w:rPr>
        <w:t xml:space="preserve">[34:54] </w:t>
      </w:r>
      <w:r>
        <w:t>to western civilization jo hai, is ne sari cheezein bana dali aur is ko commercialize kiya.</w:t>
      </w:r>
    </w:p>
    <w:p>
      <w:pPr>
        <w:jc w:val="right"/>
      </w:pPr>
      <w:r>
        <w:t>تو Western Civilization جو ہے، اس نے ساری چیزیں بنا ڈالی اور اس کو Commercialize کیا۔</w:t>
      </w:r>
    </w:p>
    <w:p>
      <w:r>
        <w:rPr>
          <w:b/>
        </w:rPr>
        <w:t xml:space="preserve">[35:01] </w:t>
      </w:r>
      <w:r>
        <w:t>ek ek ek ek insan tak pahunch gaya.</w:t>
      </w:r>
    </w:p>
    <w:p>
      <w:pPr>
        <w:jc w:val="right"/>
      </w:pPr>
      <w:r>
        <w:t>ایک ایک ایک ایک انسان تک پہنچ گیا۔</w:t>
      </w:r>
    </w:p>
    <w:p>
      <w:r>
        <w:rPr>
          <w:b/>
        </w:rPr>
        <w:t xml:space="preserve">[35:05] </w:t>
      </w:r>
      <w:r>
        <w:t>aap jante hain ke aaj jhonpdi ke andar bhi aap jayen to wahan bhi aap ko tv</w:t>
      </w:r>
    </w:p>
    <w:p>
      <w:pPr>
        <w:jc w:val="right"/>
      </w:pPr>
      <w:r>
        <w:t>آپ جانتے ہیں کہ آج جھونپڑی کے اندر بھی آپ جائیں تو وہاں بھی آپ کو ٹی وی</w:t>
      </w:r>
    </w:p>
    <w:p>
      <w:r>
        <w:rPr>
          <w:b/>
        </w:rPr>
        <w:t xml:space="preserve">[35:12] </w:t>
      </w:r>
      <w:r>
        <w:t>dikhai dega, wahan air conditioner dikhai dega.</w:t>
      </w:r>
    </w:p>
    <w:p>
      <w:pPr>
        <w:jc w:val="right"/>
      </w:pPr>
      <w:r>
        <w:t>دکھائی دے گا، وہاں Air Conditioner دکھائی دے گا۔</w:t>
      </w:r>
    </w:p>
    <w:p>
      <w:r>
        <w:rPr>
          <w:b/>
        </w:rPr>
        <w:t xml:space="preserve">[35:16] </w:t>
      </w:r>
      <w:r>
        <w:t>lekin phir bhi yeh insan ko fulfillment nahi mila.</w:t>
      </w:r>
    </w:p>
    <w:p>
      <w:pPr>
        <w:jc w:val="right"/>
      </w:pPr>
      <w:r>
        <w:t>لیکن پھر بھی یہ انسان کو Fulfillment نہیں ملا۔</w:t>
      </w:r>
    </w:p>
    <w:p>
      <w:r>
        <w:rPr>
          <w:b/>
        </w:rPr>
        <w:t xml:space="preserve">[35:20] </w:t>
      </w:r>
      <w:r>
        <w:t>is ki desire poori nahi hui.</w:t>
      </w:r>
    </w:p>
    <w:p>
      <w:pPr>
        <w:jc w:val="right"/>
      </w:pPr>
      <w:r>
        <w:t>اس کی Desire پوری نہیں ہوئی۔</w:t>
      </w:r>
    </w:p>
    <w:p>
      <w:r>
        <w:rPr>
          <w:b/>
        </w:rPr>
        <w:t xml:space="preserve">[35:23] </w:t>
      </w:r>
      <w:r>
        <w:t>to yeh to agar civilization na hoti to yeh kaise sabit hota? log samajhte hain ke abhi kuch</w:t>
      </w:r>
    </w:p>
    <w:p>
      <w:pPr>
        <w:jc w:val="right"/>
      </w:pPr>
      <w:r>
        <w:t>تو یہ تو اگر Civilization نہ ہوتی تو یہ کیسے ثابت ہوتا؟ لوگ سمجھتے ہیں کہ ابھی کچھ</w:t>
      </w:r>
    </w:p>
    <w:p>
      <w:r>
        <w:rPr>
          <w:b/>
        </w:rPr>
        <w:t xml:space="preserve">[35:30] </w:t>
      </w:r>
      <w:r>
        <w:t>cheezein daryaft hongi to hum fulfillment pa lenge.</w:t>
      </w:r>
    </w:p>
    <w:p>
      <w:pPr>
        <w:jc w:val="right"/>
      </w:pPr>
      <w:r>
        <w:t>چیزیں دریافت ہوں گی تو ہم Fulfillment پا لیں گے۔</w:t>
      </w:r>
    </w:p>
    <w:p>
      <w:r>
        <w:rPr>
          <w:b/>
        </w:rPr>
        <w:t xml:space="preserve">[35:35] </w:t>
      </w:r>
      <w:r>
        <w:t>to western civilization ne bohat bari cheezein di hain hum ko.</w:t>
      </w:r>
    </w:p>
    <w:p>
      <w:pPr>
        <w:jc w:val="right"/>
      </w:pPr>
      <w:r>
        <w:t>تو Western Civilization نے بہت بڑی چیزیں دی ہیں ہم کو۔</w:t>
      </w:r>
    </w:p>
    <w:p>
      <w:r>
        <w:rPr>
          <w:b/>
        </w:rPr>
        <w:t xml:space="preserve">[35:39] </w:t>
      </w:r>
      <w:r>
        <w:t>is mein se ek cheez yeh di hai ke is ko sabit kar diya ke allahumma la aishata illa</w:t>
      </w:r>
    </w:p>
    <w:p>
      <w:pPr>
        <w:jc w:val="right"/>
      </w:pPr>
      <w:r>
        <w:t>اس میں سے ایک چیز یہ دی ہے کہ اس کو ثابت کر دیا کہ اللَّهُمَّ لَعَيْشَةٍ إِلَّا</w:t>
      </w:r>
    </w:p>
    <w:p>
      <w:r>
        <w:rPr>
          <w:b/>
        </w:rPr>
        <w:t xml:space="preserve">[35:47] </w:t>
      </w:r>
      <w:r>
        <w:t>akhirah Allah ila ek haqeeqat hai.</w:t>
      </w:r>
    </w:p>
    <w:p>
      <w:pPr>
        <w:jc w:val="right"/>
      </w:pPr>
      <w:r>
        <w:t>آخِرَةٍ اللہ الا ایک حقیقت ہے۔</w:t>
      </w:r>
    </w:p>
    <w:p>
      <w:r>
        <w:rPr>
          <w:b/>
        </w:rPr>
        <w:t xml:space="preserve">[35:50] </w:t>
      </w:r>
      <w:r>
        <w:t>ya bilwasta andaaz mein modern civilization ne hum ko pahuncha diya is nuqtay par ke maut jo hai,</w:t>
      </w:r>
    </w:p>
    <w:p>
      <w:pPr>
        <w:jc w:val="right"/>
      </w:pPr>
      <w:r>
        <w:t>یا بالواسطہ انداز میں Modern Civilization نے ہم کو پہنچا دیا اس نقطے پر کہ موت جو ہے،</w:t>
      </w:r>
    </w:p>
    <w:p>
      <w:r>
        <w:rPr>
          <w:b/>
        </w:rPr>
        <w:t xml:space="preserve">[35:57] </w:t>
      </w:r>
      <w:r>
        <w:t>is ko positive sense mein lo, negative sense mein mat lo.</w:t>
      </w:r>
    </w:p>
    <w:p>
      <w:pPr>
        <w:jc w:val="right"/>
      </w:pPr>
      <w:r>
        <w:t>اس کو Positive Sense میں لو، Negative Sense میں مت لو۔</w:t>
      </w:r>
    </w:p>
    <w:p>
      <w:r>
        <w:rPr>
          <w:b/>
        </w:rPr>
        <w:t xml:space="preserve">[36:02] </w:t>
      </w:r>
      <w:r>
        <w:t>kyun ke maut jo hai, woh woh gate hai jis mein dakhil ho kar tum ko apna habitat milta</w:t>
      </w:r>
    </w:p>
    <w:p>
      <w:pPr>
        <w:jc w:val="right"/>
      </w:pPr>
      <w:r>
        <w:t>کیونکہ موت جو ہے، وہ وہ Gate ہے جس میں داخل ہو کر تم کو اپنا Habitat ملتا</w:t>
      </w:r>
    </w:p>
    <w:p>
      <w:r>
        <w:rPr>
          <w:b/>
        </w:rPr>
        <w:t xml:space="preserve">[36:10] </w:t>
      </w:r>
      <w:r>
        <w:t>hai.</w:t>
      </w:r>
    </w:p>
    <w:p>
      <w:pPr>
        <w:jc w:val="right"/>
      </w:pPr>
      <w:r>
        <w:t>ہے۔</w:t>
      </w:r>
    </w:p>
    <w:p>
      <w:r>
        <w:rPr>
          <w:b/>
        </w:rPr>
        <w:t xml:space="preserve">[36:11] </w:t>
      </w:r>
      <w:r>
        <w:t>to kya bara kaam kiya hai.</w:t>
      </w:r>
    </w:p>
    <w:p>
      <w:pPr>
        <w:jc w:val="right"/>
      </w:pPr>
      <w:r>
        <w:t>تو کیا بڑا کام کیا ہے۔</w:t>
      </w:r>
    </w:p>
    <w:p>
      <w:r>
        <w:rPr>
          <w:b/>
        </w:rPr>
        <w:t xml:space="preserve">[36:14] </w:t>
      </w:r>
      <w:r>
        <w:t>lekin saare ab is baat se nafrat karte hain.</w:t>
      </w:r>
    </w:p>
    <w:p>
      <w:pPr>
        <w:jc w:val="right"/>
      </w:pPr>
      <w:r>
        <w:t>لیکن سارے اب اس بات سے نفرت کرتے ہیں۔</w:t>
      </w:r>
    </w:p>
    <w:p>
      <w:r>
        <w:rPr>
          <w:b/>
        </w:rPr>
        <w:t xml:space="preserve">[36:18] </w:t>
      </w:r>
      <w:r>
        <w:t>negative hain.</w:t>
      </w:r>
    </w:p>
    <w:p>
      <w:pPr>
        <w:jc w:val="right"/>
      </w:pPr>
      <w:r>
        <w:t>Negative ہیں۔</w:t>
      </w:r>
    </w:p>
    <w:p>
      <w:r>
        <w:rPr>
          <w:b/>
        </w:rPr>
        <w:t xml:space="preserve">[36:19] </w:t>
      </w:r>
      <w:r>
        <w:t>kyun? shaitan ne sikha diya hai.</w:t>
      </w:r>
    </w:p>
    <w:p>
      <w:pPr>
        <w:jc w:val="right"/>
      </w:pPr>
      <w:r>
        <w:t>کیوں؟ شیطان نے سکھا دیا ہے۔</w:t>
      </w:r>
    </w:p>
    <w:p>
      <w:r>
        <w:rPr>
          <w:b/>
        </w:rPr>
        <w:t xml:space="preserve">[36:22] </w:t>
      </w:r>
      <w:r>
        <w:t>to main dua karta hoon ke Allah taala mujh ko aur aap ko tofeeq de ke hum haqeeqat</w:t>
      </w:r>
    </w:p>
    <w:p>
      <w:pPr>
        <w:jc w:val="right"/>
      </w:pPr>
      <w:r>
        <w:t>تو میں دعا کرتا ہوں کہ اللہ تعالیٰ مجھ کو اور آپ کو توفیق دے کہ ہم حقیقت</w:t>
      </w:r>
    </w:p>
    <w:p>
      <w:r>
        <w:rPr>
          <w:b/>
        </w:rPr>
        <w:t xml:space="preserve">[36:29] </w:t>
      </w:r>
      <w:r>
        <w:t>ko samjhein aur Khuda ki Scheme of Things jo hai, woh us ko samjhein aur us ke mutabiq</w:t>
      </w:r>
    </w:p>
    <w:p>
      <w:pPr>
        <w:jc w:val="right"/>
      </w:pPr>
      <w:r>
        <w:t>کو سمجھیں اور خدا کی Scheme of Things جو ہے، وہ اس کو سمجھیں اور اس کے مطابق</w:t>
      </w:r>
    </w:p>
    <w:p>
      <w:r>
        <w:rPr>
          <w:b/>
        </w:rPr>
        <w:t xml:space="preserve">[36:37] </w:t>
      </w:r>
      <w:r>
        <w:t>apne ko banayein.</w:t>
      </w:r>
    </w:p>
    <w:p>
      <w:pPr>
        <w:jc w:val="right"/>
      </w:pPr>
      <w:r>
        <w:t>اپنے کو بنائیں۔</w:t>
      </w:r>
    </w:p>
    <w:p>
      <w:r>
        <w:rPr>
          <w:b/>
        </w:rPr>
        <w:t xml:space="preserve">[36:39] </w:t>
      </w:r>
      <w:r>
        <w:t>to zindagi hamari ek hopeful experience ban jayegi.</w:t>
      </w:r>
    </w:p>
    <w:p>
      <w:pPr>
        <w:jc w:val="right"/>
      </w:pPr>
      <w:r>
        <w:t>تو زندگی ہماری ایک Hopeful Experience بن جائے گی۔</w:t>
      </w:r>
    </w:p>
    <w:p>
      <w:r>
        <w:rPr>
          <w:b/>
        </w:rPr>
        <w:t xml:space="preserve">[36:43] </w:t>
      </w:r>
      <w:r>
        <w:t>umeedon ki duniya ban jayegi.</w:t>
      </w:r>
    </w:p>
    <w:p>
      <w:pPr>
        <w:jc w:val="right"/>
      </w:pPr>
      <w:r>
        <w:t>امیدوں کی دنیا بن جائے گی۔</w:t>
      </w:r>
    </w:p>
    <w:p>
      <w:r>
        <w:rPr>
          <w:b/>
        </w:rPr>
        <w:t xml:space="preserve">[36:45] </w:t>
      </w:r>
      <w:r>
        <w:t>zindagi bhi aur maut bhi.</w:t>
      </w:r>
    </w:p>
    <w:p>
      <w:pPr>
        <w:jc w:val="right"/>
      </w:pPr>
      <w:r>
        <w:t>زندگی بھی اور موت بھی۔</w:t>
      </w:r>
    </w:p>
    <w:p>
      <w:r>
        <w:rPr>
          <w:b/>
        </w:rPr>
        <w:t xml:space="preserve">[36:47] </w:t>
      </w:r>
      <w:r>
        <w:t>donon umeedon ki duniya.</w:t>
      </w:r>
    </w:p>
    <w:p>
      <w:pPr>
        <w:jc w:val="right"/>
      </w:pPr>
      <w:r>
        <w:t>دونوں امیدوں کی دنیا۔</w:t>
      </w:r>
    </w:p>
    <w:p>
      <w:r>
        <w:rPr>
          <w:b/>
        </w:rPr>
        <w:t xml:space="preserve">[36:49] </w:t>
      </w:r>
      <w:r>
        <w:t>World of Hope.</w:t>
      </w:r>
    </w:p>
    <w:p>
      <w:pPr>
        <w:jc w:val="right"/>
      </w:pPr>
      <w:r>
        <w:t>World of Hope۔</w:t>
      </w:r>
    </w:p>
    <w:p>
      <w:r>
        <w:rPr>
          <w:b/>
        </w:rPr>
        <w:t xml:space="preserve">[36:50] </w:t>
      </w:r>
      <w:r>
        <w:t>assalam o alaikum wa rahmatullahi wa barakatuh.</w:t>
      </w:r>
    </w:p>
    <w:p>
      <w:pPr>
        <w:jc w:val="right"/>
      </w:pPr>
      <w:r>
        <w:t>السلام علیکم ورحمة الله وبركاته.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