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the Modern Age May 22, 2016</w:t>
      </w:r>
    </w:p>
    <w:p>
      <w:r>
        <w:t>https://www.youtube.com/watch?v=RdJegCn3D10</w:t>
      </w:r>
    </w:p>
    <w:p>
      <w:r>
        <w:rPr>
          <w:b/>
        </w:rPr>
        <w:t xml:space="preserve">[00:19] </w:t>
      </w:r>
      <w:r>
        <w:t>bismillah rahman rahim, assalam o alaikum.</w:t>
      </w:r>
    </w:p>
    <w:p>
      <w:pPr>
        <w:jc w:val="right"/>
      </w:pPr>
      <w:r>
        <w:t>بسم اللہ الرحمن الرحیم، السلام علیکم۔</w:t>
      </w:r>
    </w:p>
    <w:p>
      <w:r>
        <w:rPr>
          <w:b/>
        </w:rPr>
        <w:t xml:space="preserve">[00:24] </w:t>
      </w:r>
      <w:r>
        <w:t>Welcome to the question and answer series with Center for Peace and Spirituality founder Maulana Wahiduddin Khan Sahab.</w:t>
      </w:r>
    </w:p>
    <w:p>
      <w:pPr>
        <w:jc w:val="right"/>
      </w:pPr>
      <w:r>
        <w:t>ویلکم ٹو دی کوئسچن اینسر سیریز ود سینٹر فار پیس اینڈ سپرچویلیٹی فاؤنڈر مولانا وحید الدین خان صاحب۔</w:t>
      </w:r>
    </w:p>
    <w:p>
      <w:r>
        <w:rPr>
          <w:b/>
        </w:rPr>
        <w:t xml:space="preserve">[00:29] </w:t>
      </w:r>
      <w:r>
        <w:t>The topic for today's session is Islam in the Modern Age.</w:t>
      </w:r>
    </w:p>
    <w:p>
      <w:pPr>
        <w:jc w:val="right"/>
      </w:pPr>
      <w:r>
        <w:t>دی ٹاپک فار ٹوڈے سیشن از اسلام ان دی ماڈرن ایج۔</w:t>
      </w:r>
    </w:p>
    <w:p>
      <w:r>
        <w:rPr>
          <w:b/>
        </w:rPr>
        <w:t xml:space="preserve">[00:35] </w:t>
      </w:r>
      <w:r>
        <w:t>As we all know that antiquity was marked with superstitious belief and practices, and thereafter</w:t>
      </w:r>
    </w:p>
    <w:p>
      <w:pPr>
        <w:jc w:val="right"/>
      </w:pPr>
      <w:r>
        <w:t>ایز وی آل نو دیٹ انٹی کوئٹی واز مارکڈ ود سپر اسٹیشیس بیلیف اینڈ پریکٹسز، اینڈ دیر افٹر</w:t>
      </w:r>
    </w:p>
    <w:p>
      <w:r>
        <w:rPr>
          <w:b/>
        </w:rPr>
        <w:t xml:space="preserve">[00:40] </w:t>
      </w:r>
      <w:r>
        <w:t>When it was eradicated, the modern thought process began.</w:t>
      </w:r>
    </w:p>
    <w:p>
      <w:pPr>
        <w:jc w:val="right"/>
      </w:pPr>
      <w:r>
        <w:t>وین اٹ واز ارادیکیٹڈ دی ماڈرن تھاٹ پروسیس بیگن۔</w:t>
      </w:r>
    </w:p>
    <w:p>
      <w:r>
        <w:rPr>
          <w:b/>
        </w:rPr>
        <w:t xml:space="preserve">[00:46] </w:t>
      </w:r>
      <w:r>
        <w:t>Today what we see as the modern age is the culmination of that modern thought process which began</w:t>
      </w:r>
    </w:p>
    <w:p>
      <w:pPr>
        <w:jc w:val="right"/>
      </w:pPr>
      <w:r>
        <w:t>ٹوڈے واٹ وی سی ایز دا ماڈرن ایج از دی کلمنیشن اف دیٹ ماڈرن تھاٹ پروسیس وچ بیگن</w:t>
      </w:r>
    </w:p>
    <w:p>
      <w:r>
        <w:rPr>
          <w:b/>
        </w:rPr>
        <w:t xml:space="preserve">[00:51] </w:t>
      </w:r>
      <w:r>
        <w:t>many centuries ago.</w:t>
      </w:r>
    </w:p>
    <w:p>
      <w:pPr>
        <w:jc w:val="right"/>
      </w:pPr>
      <w:r>
        <w:t>مینی سینچریز ایگو۔</w:t>
      </w:r>
    </w:p>
    <w:p>
      <w:r>
        <w:rPr>
          <w:b/>
        </w:rPr>
        <w:t xml:space="preserve">[00:57] </w:t>
      </w:r>
      <w:r>
        <w:t>However, this modern age has brought many challenges, one major challenge being that many of its proponents</w:t>
      </w:r>
    </w:p>
    <w:p>
      <w:pPr>
        <w:jc w:val="right"/>
      </w:pPr>
      <w:r>
        <w:t>ہاؤ ایور دس ماڈرن ایج ہیز براٹ مینی چیلنجز، ون میجر چیلنج بینگ دیٹ مینی اف اٹس پروپوننٹس</w:t>
      </w:r>
    </w:p>
    <w:p>
      <w:r>
        <w:rPr>
          <w:b/>
        </w:rPr>
        <w:t xml:space="preserve">[01:02] </w:t>
      </w:r>
      <w:r>
        <w:t>say that Islam is not compatible with modern age, and that Islam needs reformation.</w:t>
      </w:r>
    </w:p>
    <w:p>
      <w:pPr>
        <w:jc w:val="right"/>
      </w:pPr>
      <w:r>
        <w:t>سے دیٹ اسلام از ناٹ کمپیٹیبل ود ماڈرن ایج، اینڈ دیٹ اسلام نیڈز ریفارمیشن۔</w:t>
      </w:r>
    </w:p>
    <w:p>
      <w:r>
        <w:rPr>
          <w:b/>
        </w:rPr>
        <w:t xml:space="preserve">[01:08] </w:t>
      </w:r>
      <w:r>
        <w:t>We will put these questions and many more to Maulana sahib today.</w:t>
      </w:r>
    </w:p>
    <w:p>
      <w:pPr>
        <w:jc w:val="right"/>
      </w:pPr>
      <w:r>
        <w:t>وی ویل پٹ دیز کوئسچنز اینڈ مینی مور ٹو مولانا صاحب ٹوڈے۔</w:t>
      </w:r>
    </w:p>
    <w:p>
      <w:r>
        <w:rPr>
          <w:b/>
        </w:rPr>
        <w:t xml:space="preserve">[01:13] </w:t>
      </w:r>
      <w:r>
        <w:t>If you want to ask your question, please send it in the comment section along with your location.</w:t>
      </w:r>
    </w:p>
    <w:p>
      <w:pPr>
        <w:jc w:val="right"/>
      </w:pPr>
      <w:r>
        <w:t>اف یو وانٹ ٹو اسک یور کوئسچن، پلیز سینڈ اٹ ان دا کمنٹ سیکشن الونگ ود یور لوکیشن۔</w:t>
      </w:r>
    </w:p>
    <w:p>
      <w:r>
        <w:rPr>
          <w:b/>
        </w:rPr>
        <w:t xml:space="preserve">[01:19] </w:t>
      </w:r>
      <w:r>
        <w:t>مولانا صاحب، I want to start by asking you, how would you define modern age, and how is</w:t>
      </w:r>
    </w:p>
    <w:p>
      <w:pPr>
        <w:jc w:val="right"/>
      </w:pPr>
      <w:r>
        <w:t>مولانا صاحب، آئی وانٹ ٹو سٹارٹ بائے اسکنگ یو ہاؤ وڈ یو ڈیفائن ماڈرن ایج، اینڈ ہاؤ از</w:t>
      </w:r>
    </w:p>
    <w:p>
      <w:r>
        <w:rPr>
          <w:b/>
        </w:rPr>
        <w:t xml:space="preserve">[01:24] </w:t>
      </w:r>
      <w:r>
        <w:t>is it different from the traditional age?</w:t>
      </w:r>
    </w:p>
    <w:p>
      <w:pPr>
        <w:jc w:val="right"/>
      </w:pPr>
      <w:r>
        <w:t>اٹ ڈفرنٹ فرام دا ٹریڈیشنل ایج؟</w:t>
      </w:r>
    </w:p>
    <w:p>
      <w:r>
        <w:rPr>
          <w:b/>
        </w:rPr>
        <w:t xml:space="preserve">[01:30] </w:t>
      </w:r>
      <w:r>
        <w:t>dekhiye, basically modern age ka matlab hota hai scientific age.</w:t>
      </w:r>
    </w:p>
    <w:p>
      <w:pPr>
        <w:jc w:val="right"/>
      </w:pPr>
      <w:r>
        <w:t>دیکھیے، بیسیکلی ماڈرن ایج کا مطلب ہوتا ہے سائنٹیفک ایج۔</w:t>
      </w:r>
    </w:p>
    <w:p>
      <w:r>
        <w:rPr>
          <w:b/>
        </w:rPr>
        <w:t xml:space="preserve">[01:36] </w:t>
      </w:r>
      <w:r>
        <w:t>pehlay zamanay mein jab scientific discoveries nahi hui theen toh zindagi mukhtalif thi.</w:t>
      </w:r>
    </w:p>
    <w:p>
      <w:pPr>
        <w:jc w:val="right"/>
      </w:pPr>
      <w:r>
        <w:t>پہلے زمانے میں جب سائنٹیفک ڈسکوریز نہیں ہوئی تھیں تو زندگی مختلف تھی۔</w:t>
      </w:r>
    </w:p>
    <w:p>
      <w:r>
        <w:rPr>
          <w:b/>
        </w:rPr>
        <w:t xml:space="preserve">[01:43] </w:t>
      </w:r>
      <w:r>
        <w:t>scientific discoveries ke baad pehle change aaya technology mein, aur technology aur is tarah ki aur cheezon mein.</w:t>
      </w:r>
    </w:p>
    <w:p>
      <w:pPr>
        <w:jc w:val="right"/>
      </w:pPr>
      <w:r>
        <w:t>سائنٹیفک ڈسکوریز کے بعد پہلے چینج آیا ٹیکنالوجی میں، اور ٹیکنالوجی اور اس طرح کی اور چیزوں میں۔</w:t>
      </w:r>
    </w:p>
    <w:p>
      <w:r>
        <w:rPr>
          <w:b/>
        </w:rPr>
        <w:t xml:space="preserve">[01:49] </w:t>
      </w:r>
      <w:r>
        <w:t>dheere dheere woh social relationship aur ideology aur har cheez par is ka asar pada.</w:t>
      </w:r>
    </w:p>
    <w:p>
      <w:pPr>
        <w:jc w:val="right"/>
      </w:pPr>
      <w:r>
        <w:t>دھیرے دھیرے وہ سوشل ریلیشن شپ اور آئیڈیالوجی اور ہر چیز پر اس کا اثر پڑا۔</w:t>
      </w:r>
    </w:p>
    <w:p>
      <w:r>
        <w:rPr>
          <w:b/>
        </w:rPr>
        <w:t xml:space="preserve">[01:56] </w:t>
      </w:r>
      <w:r>
        <w:t>misal ke taur par democracy aayi, openness aayi, aur scientific thinking aayi, freedom of expression aaya.</w:t>
      </w:r>
    </w:p>
    <w:p>
      <w:pPr>
        <w:jc w:val="right"/>
      </w:pPr>
      <w:r>
        <w:t>مثلاً ڈیموکریسی آئی، اوپننس آئی، اور سائنٹیفک تھنکنگ آئی، فریڈم آف ایکسپریشن آیا۔</w:t>
      </w:r>
    </w:p>
    <w:p>
      <w:r>
        <w:rPr>
          <w:b/>
        </w:rPr>
        <w:t xml:space="preserve">[02:02] </w:t>
      </w:r>
      <w:r>
        <w:t>toh sab se pehla aaya scientific revolution, us ke baad aaya social revolution aur political revolution, international revolution.</w:t>
      </w:r>
    </w:p>
    <w:p>
      <w:pPr>
        <w:jc w:val="right"/>
      </w:pPr>
      <w:r>
        <w:t>تو سب سے پہلا آیا سائنٹیفک ریولوشن، اس کے بعد آیا سوشل ریولوشن اور پولیٹیکل ریولوشن، انٹرنیشنل ریولوشن۔</w:t>
      </w:r>
    </w:p>
    <w:p>
      <w:r>
        <w:rPr>
          <w:b/>
        </w:rPr>
        <w:t xml:space="preserve">[02:09] </w:t>
      </w:r>
      <w:r>
        <w:t>in sab ke majmooay ko hum kehte hain modern age.</w:t>
      </w:r>
    </w:p>
    <w:p>
      <w:pPr>
        <w:jc w:val="right"/>
      </w:pPr>
      <w:r>
        <w:t>ان سب کے مجموعے کو ہم کہتے ہیں ماڈرن ایج۔</w:t>
      </w:r>
    </w:p>
    <w:p>
      <w:r>
        <w:rPr>
          <w:b/>
        </w:rPr>
        <w:t xml:space="preserve">[02:15] </w:t>
      </w:r>
      <w:r>
        <w:t>toh modern age mein naye norms aa gaye jo pehle nahi thay.</w:t>
      </w:r>
    </w:p>
    <w:p>
      <w:pPr>
        <w:jc w:val="right"/>
      </w:pPr>
      <w:r>
        <w:t>تو ماڈرن ایج میں نئے نارمز آگئے جو پہلے نہیں تھے۔</w:t>
      </w:r>
    </w:p>
    <w:p>
      <w:r>
        <w:rPr>
          <w:b/>
        </w:rPr>
        <w:t xml:space="preserve">[02:22] </w:t>
      </w:r>
      <w:r>
        <w:t>toh musalmanon ke baray mein mera ehsas yeh hai ke woh naye norms se poori tarah se familiar</w:t>
      </w:r>
    </w:p>
    <w:p>
      <w:pPr>
        <w:jc w:val="right"/>
      </w:pPr>
      <w:r>
        <w:t>تو مسلمانوں کے بارے میں میرا احساس یہ ہے کہ وہ نئے نارمز سے پوری طرح سے فیمیلئر</w:t>
      </w:r>
    </w:p>
    <w:p>
      <w:r>
        <w:rPr>
          <w:b/>
        </w:rPr>
        <w:t xml:space="preserve">[02:28] </w:t>
      </w:r>
      <w:r>
        <w:t>nahi ho sake.</w:t>
      </w:r>
    </w:p>
    <w:p>
      <w:pPr>
        <w:jc w:val="right"/>
      </w:pPr>
      <w:r>
        <w:t>نہیں ہو سکے۔</w:t>
      </w:r>
    </w:p>
    <w:p>
      <w:r>
        <w:rPr>
          <w:b/>
        </w:rPr>
        <w:t xml:space="preserve">[02:35] </w:t>
      </w:r>
      <w:r>
        <w:t>to yeh musalmanon ka problem hai ke woh naye zamane ke lihaz se compatible nahi hain.</w:t>
      </w:r>
    </w:p>
    <w:p>
      <w:pPr>
        <w:jc w:val="right"/>
      </w:pPr>
      <w:r>
        <w:t>تو یہ مسلمانوں کا پرابلم ہے کہ وہ نئے زمانے کے لحاظ سے کمپیٹیبل نہیں ہیں۔</w:t>
      </w:r>
    </w:p>
    <w:p>
      <w:r>
        <w:rPr>
          <w:b/>
        </w:rPr>
        <w:t xml:space="preserve">[02:42] </w:t>
      </w:r>
      <w:r>
        <w:t>islam ka problem nahi hai yeh.</w:t>
      </w:r>
    </w:p>
    <w:p>
      <w:pPr>
        <w:jc w:val="right"/>
      </w:pPr>
      <w:r>
        <w:t>اسلام کا پرابلم نہیں ہے یہ۔</w:t>
      </w:r>
    </w:p>
    <w:p>
      <w:r>
        <w:rPr>
          <w:b/>
        </w:rPr>
        <w:t xml:space="preserve">[02:48] </w:t>
      </w:r>
      <w:r>
        <w:t>log confuse karte hain ke jo problem musalmanon ki apni purani soch ki wajah se paida hua hai,</w:t>
      </w:r>
    </w:p>
    <w:p>
      <w:pPr>
        <w:jc w:val="right"/>
      </w:pPr>
      <w:r>
        <w:t>لوگ کنفیوز کرتے ہیں کہ جو پرابلم مسلمانوں کی اپنی پرانی سوچ کی وجہ سے پیدا ہوا ہے،</w:t>
      </w:r>
    </w:p>
    <w:p>
      <w:r>
        <w:rPr>
          <w:b/>
        </w:rPr>
        <w:t xml:space="preserve">[02:55] </w:t>
      </w:r>
      <w:r>
        <w:t>us ko islam se jod dete hain.</w:t>
      </w:r>
    </w:p>
    <w:p>
      <w:pPr>
        <w:jc w:val="right"/>
      </w:pPr>
      <w:r>
        <w:t>اس کو اسلام سے جوڑ دیتے ہیں۔</w:t>
      </w:r>
    </w:p>
    <w:p>
      <w:r>
        <w:rPr>
          <w:b/>
        </w:rPr>
        <w:t xml:space="preserve">[03:01] </w:t>
      </w:r>
      <w:r>
        <w:t>islam mein woh sab kuch bhi nahi hai jo musalman ikhtiyar kiye hue hain.</w:t>
      </w:r>
    </w:p>
    <w:p>
      <w:pPr>
        <w:jc w:val="right"/>
      </w:pPr>
      <w:r>
        <w:t>اسلام میں وہ سب کچھ بھی نہیں ہے جو مسلمان اختیار کیے ہوئے ہیں۔</w:t>
      </w:r>
    </w:p>
    <w:p>
      <w:r>
        <w:rPr>
          <w:b/>
        </w:rPr>
        <w:t xml:space="preserve">[03:08] </w:t>
      </w:r>
      <w:r>
        <w:t>misal ke taur par dekhiye, freedom of expression.</w:t>
      </w:r>
    </w:p>
    <w:p>
      <w:pPr>
        <w:jc w:val="right"/>
      </w:pPr>
      <w:r>
        <w:t>مثال کے طور پر دیکھیے، فریڈم آف ایکسپریشن۔</w:t>
      </w:r>
    </w:p>
    <w:p>
      <w:r>
        <w:rPr>
          <w:b/>
        </w:rPr>
        <w:t xml:space="preserve">[03:14] </w:t>
      </w:r>
      <w:r>
        <w:t>freedom of expression se musalman bhadakte hain.</w:t>
      </w:r>
    </w:p>
    <w:p>
      <w:pPr>
        <w:jc w:val="right"/>
      </w:pPr>
      <w:r>
        <w:t>فریڈم آف ایکسپریشن سے مسلمان بھڑکتے ہیں۔</w:t>
      </w:r>
    </w:p>
    <w:p>
      <w:r>
        <w:rPr>
          <w:b/>
        </w:rPr>
        <w:t xml:space="preserve">[03:21] </w:t>
      </w:r>
      <w:r>
        <w:t>woh kehte hain ke tum hamare islam ko taraqqi nahi kar sakte, hamare paighambar par kuch khilaf bol</w:t>
      </w:r>
    </w:p>
    <w:p>
      <w:pPr>
        <w:jc w:val="right"/>
      </w:pPr>
      <w:r>
        <w:t>وہ کہتے ہیں کہ تم ہمارے اسلام کو ترقی نہیں کر سکتے، ہمارے پیغمبر پر کچھ خلاف بول</w:t>
      </w:r>
    </w:p>
    <w:p>
      <w:r>
        <w:rPr>
          <w:b/>
        </w:rPr>
        <w:t xml:space="preserve">[03:27] </w:t>
      </w:r>
      <w:r>
        <w:t>nahi sakte waghera.</w:t>
      </w:r>
    </w:p>
    <w:p>
      <w:pPr>
        <w:jc w:val="right"/>
      </w:pPr>
      <w:r>
        <w:t>نہیں سکتے وغیرہ۔</w:t>
      </w:r>
    </w:p>
    <w:p>
      <w:r>
        <w:rPr>
          <w:b/>
        </w:rPr>
        <w:t xml:space="preserve">[03:34] </w:t>
      </w:r>
      <w:r>
        <w:t>to is se log samajhte hain ke islam compatible nahi hai modern age se.</w:t>
      </w:r>
    </w:p>
    <w:p>
      <w:pPr>
        <w:jc w:val="right"/>
      </w:pPr>
      <w:r>
        <w:t>تو اس سے لوگ سمجھتے ہیں کہ اسلام کمپیٹیبل نہیں ہے ماڈرن ایج سے۔</w:t>
      </w:r>
    </w:p>
    <w:p>
      <w:r>
        <w:rPr>
          <w:b/>
        </w:rPr>
        <w:t xml:space="preserve">[03:40] </w:t>
      </w:r>
      <w:r>
        <w:t>lekin yeh musalmanon ka masla hai, islam ka masla nahi hai.</w:t>
      </w:r>
    </w:p>
    <w:p>
      <w:pPr>
        <w:jc w:val="right"/>
      </w:pPr>
      <w:r>
        <w:t>لیکن یہ مسلمانوں کا مسئلہ ہے، اسلام کا مسئلہ نہیں ہے۔</w:t>
      </w:r>
    </w:p>
    <w:p>
      <w:r>
        <w:rPr>
          <w:b/>
        </w:rPr>
        <w:t xml:space="preserve">[03:47] </w:t>
      </w:r>
      <w:r>
        <w:t>islam to free discussion ka qail hai.</w:t>
      </w:r>
    </w:p>
    <w:p>
      <w:pPr>
        <w:jc w:val="right"/>
      </w:pPr>
      <w:r>
        <w:t>اسلام تو فری ڈسکشن کا قائل ہے۔</w:t>
      </w:r>
    </w:p>
    <w:p>
      <w:r>
        <w:rPr>
          <w:b/>
        </w:rPr>
        <w:t xml:space="preserve">[03:54] </w:t>
      </w:r>
      <w:r>
        <w:t>islam mein total freedom hai.</w:t>
      </w:r>
    </w:p>
    <w:p>
      <w:pPr>
        <w:jc w:val="right"/>
      </w:pPr>
      <w:r>
        <w:t>اسلام میں ٹوٹل فریڈم ہے۔</w:t>
      </w:r>
    </w:p>
    <w:p>
      <w:r>
        <w:rPr>
          <w:b/>
        </w:rPr>
        <w:t xml:space="preserve">[04:00] </w:t>
      </w:r>
      <w:r>
        <w:t>yani islam se murad yeh hai ke jab aap dekhen rasool Allah ka zamana, sahaba ka zamana, tabieen</w:t>
      </w:r>
    </w:p>
    <w:p>
      <w:pPr>
        <w:jc w:val="right"/>
      </w:pPr>
      <w:r>
        <w:t>یعنی اسلام سے مراد یہ ہے کہ جب آپ دیکھیں رسول اللہ کا زمانہ، صحابہ کا زمانہ، تابعین</w:t>
      </w:r>
    </w:p>
    <w:p>
      <w:r>
        <w:rPr>
          <w:b/>
        </w:rPr>
        <w:t xml:space="preserve">[04:07] </w:t>
      </w:r>
      <w:r>
        <w:t>ka zamana to aap ko yahi islam milega.</w:t>
      </w:r>
    </w:p>
    <w:p>
      <w:pPr>
        <w:jc w:val="right"/>
      </w:pPr>
      <w:r>
        <w:t>کا زمانہ تو آپ کو یہی اسلام ملے گا۔</w:t>
      </w:r>
    </w:p>
    <w:p>
      <w:r>
        <w:rPr>
          <w:b/>
        </w:rPr>
        <w:t xml:space="preserve">[04:13] </w:t>
      </w:r>
      <w:r>
        <w:t>mojudah zamane mein zaroor aisa hua ke musalmanon mein reaction aaya western taraqqiyon ko le kar ke.</w:t>
      </w:r>
    </w:p>
    <w:p>
      <w:pPr>
        <w:jc w:val="right"/>
      </w:pPr>
      <w:r>
        <w:t>موجودہ زمانے میں ضرور ایسا ہوا کہ مسلمانوں میں ری ایکشن آیا ویسٹرن ترقیوں کو لے کر کے۔</w:t>
      </w:r>
    </w:p>
    <w:p>
      <w:r>
        <w:rPr>
          <w:b/>
        </w:rPr>
        <w:t xml:space="preserve">[04:20] </w:t>
      </w:r>
      <w:r>
        <w:t>to out of reaction unhon ne yeh sab kiya.</w:t>
      </w:r>
    </w:p>
    <w:p>
      <w:pPr>
        <w:jc w:val="right"/>
      </w:pPr>
      <w:r>
        <w:t>تو آؤٹ آف ری ایکشن انہوں نے یہ سب کیا۔</w:t>
      </w:r>
    </w:p>
    <w:p>
      <w:r>
        <w:rPr>
          <w:b/>
        </w:rPr>
        <w:t xml:space="preserve">[04:26] </w:t>
      </w:r>
      <w:r>
        <w:t>to main pure yaqeen ke sath keh sakta hoon ke modern age se agar koi cheez compatible nahi</w:t>
      </w:r>
    </w:p>
    <w:p>
      <w:pPr>
        <w:jc w:val="right"/>
      </w:pPr>
      <w:r>
        <w:t>تو میں پورے یقین کے ساتھ کہہ سکتا ہوں کہ ماڈرن ایج سے اگر کوئی چیز کمپیٹیبل نہیں</w:t>
      </w:r>
    </w:p>
    <w:p>
      <w:r>
        <w:rPr>
          <w:b/>
        </w:rPr>
        <w:t xml:space="preserve">[04:33] </w:t>
      </w:r>
      <w:r>
        <w:t>hai to woh musalman hain, muslim community hai, islam nahi hai.</w:t>
      </w:r>
    </w:p>
    <w:p>
      <w:pPr>
        <w:jc w:val="right"/>
      </w:pPr>
      <w:r>
        <w:t>ہے تو وہ مسلمان ہیں، مسلم کمیونٹی ہے، اسلام نہیں ہے۔</w:t>
      </w:r>
    </w:p>
    <w:p>
      <w:r>
        <w:rPr>
          <w:b/>
        </w:rPr>
        <w:t xml:space="preserve">[04:39] </w:t>
      </w:r>
      <w:r>
        <w:t>islam to poori tarah.</w:t>
      </w:r>
    </w:p>
    <w:p>
      <w:pPr>
        <w:jc w:val="right"/>
      </w:pPr>
      <w:r>
        <w:t>اسلام تو پوری طرح۔</w:t>
      </w:r>
    </w:p>
    <w:p>
      <w:r>
        <w:rPr>
          <w:b/>
        </w:rPr>
        <w:t xml:space="preserve">[04:46] </w:t>
      </w:r>
      <w:r>
        <w:t>balkeh ek kitab meri hai, agar aap dekhen is ka title hai "Islam da Creator of Modern Age".</w:t>
      </w:r>
    </w:p>
    <w:p>
      <w:pPr>
        <w:jc w:val="right"/>
      </w:pPr>
      <w:r>
        <w:t>بلکہ ایک کتاب میری ہے، اگر آپ دیکھیں اس کا ٹائٹل ہے "اسلام دا کریٹر آف ماڈرن ایج"۔</w:t>
      </w:r>
    </w:p>
    <w:p>
      <w:r>
        <w:rPr>
          <w:b/>
        </w:rPr>
        <w:t xml:space="preserve">[04:52] </w:t>
      </w:r>
      <w:r>
        <w:t>jis cheez ko hum modern age kehte hain, woh khud islam ka creation hai.</w:t>
      </w:r>
    </w:p>
    <w:p>
      <w:pPr>
        <w:jc w:val="right"/>
      </w:pPr>
      <w:r>
        <w:t>جس چیز کو ہم ماڈرن ایج کہتے ہیں، وہ خود اسلام کا کریشن ہے۔</w:t>
      </w:r>
    </w:p>
    <w:p>
      <w:r>
        <w:rPr>
          <w:b/>
        </w:rPr>
        <w:t xml:space="preserve">[04:59] </w:t>
      </w:r>
      <w:r>
        <w:t>is liye aap ko islam par rai banane ke liye islam aur musalmanon mein differentiate karna chahiye.</w:t>
      </w:r>
    </w:p>
    <w:p>
      <w:pPr>
        <w:jc w:val="right"/>
      </w:pPr>
      <w:r>
        <w:t>اس لیے آپ کو اسلام پر رائے بنانے کے لیے اسلام اور مسلمانوں میں ڈفرنشیٹ کرنا چاہیے۔</w:t>
      </w:r>
    </w:p>
    <w:p>
      <w:r>
        <w:rPr>
          <w:b/>
        </w:rPr>
        <w:t xml:space="preserve">[05:06] </w:t>
      </w:r>
      <w:r>
        <w:t>مولانا صاحب, many of the religions including Islam originated in the distant past. The important question here is that is religion really relevant in the today age? What would you say to that?</w:t>
      </w:r>
    </w:p>
    <w:p>
      <w:pPr>
        <w:jc w:val="right"/>
      </w:pPr>
      <w:r>
        <w:t>مولانا صاحب، مینی آف دا ریلیجنز انکلوڈنگ اسلام اوریجینیٹڈ ان دا ڈسٹنٹ پاسٹ۔ دی امپورٹنٹ کوئسچن ہیر از دیٹ از ریلیجن ریلی ریلیونٹ ان دا ٹوڈے ایج؟ واٹ وڈ یو سے ٹو دیٹ؟</w:t>
      </w:r>
    </w:p>
    <w:p>
      <w:r>
        <w:rPr>
          <w:b/>
        </w:rPr>
        <w:t xml:space="preserve">[05:22] </w:t>
      </w:r>
      <w:r>
        <w:t>dekhiye, religion ka jo essence hai, woh har zamane ke liye compatible hai.</w:t>
      </w:r>
    </w:p>
    <w:p>
      <w:pPr>
        <w:jc w:val="right"/>
      </w:pPr>
      <w:r>
        <w:t>دیکھیے، ریلیجن کا جو ایسنس ہے، وہ ہر زمانے کے لیے کمپیٹیبل ہے۔</w:t>
      </w:r>
    </w:p>
    <w:p>
      <w:r>
        <w:rPr>
          <w:b/>
        </w:rPr>
        <w:t xml:space="preserve">[05:27] </w:t>
      </w:r>
      <w:r>
        <w:t>lekin yeh problem har religion ke sath hai ke ek hai essence of religion, ek hai woh community</w:t>
      </w:r>
    </w:p>
    <w:p>
      <w:pPr>
        <w:jc w:val="right"/>
      </w:pPr>
      <w:r>
        <w:t>لیکن یہ پرابلم ہر ریلیجن کے ساتھ ہے کہ ایک ہے ایسنس آف ریلیجن، ایک ہے وہ کمیونٹی</w:t>
      </w:r>
    </w:p>
    <w:p>
      <w:r>
        <w:rPr>
          <w:b/>
        </w:rPr>
        <w:t xml:space="preserve">[05:33] </w:t>
      </w:r>
      <w:r>
        <w:t>jo apnay aap ko is religion ka part batati hai.</w:t>
      </w:r>
    </w:p>
    <w:p>
      <w:pPr>
        <w:jc w:val="right"/>
      </w:pPr>
      <w:r>
        <w:t>جو اپنے آپ کو اس ریلیجن کا پارٹ بتاتی ہے۔</w:t>
      </w:r>
    </w:p>
    <w:p>
      <w:r>
        <w:rPr>
          <w:b/>
        </w:rPr>
        <w:t xml:space="preserve">[05:38] </w:t>
      </w:r>
      <w:r>
        <w:t>to main samajhta hoon ke yeh baat board ordles har religion mein hai, sirf islam mein nahin.</w:t>
      </w:r>
    </w:p>
    <w:p>
      <w:pPr>
        <w:jc w:val="right"/>
      </w:pPr>
      <w:r>
        <w:t>تو میں سمجھتا ہوں کہ یہ بات بورڈ آرڈلس ہر ریلیجن میں ہے، صرف اسلام میں نہیں۔</w:t>
      </w:r>
    </w:p>
    <w:p>
      <w:r>
        <w:rPr>
          <w:b/>
        </w:rPr>
        <w:t xml:space="preserve">[05:44] </w:t>
      </w:r>
      <w:r>
        <w:t>ke jo essence ka religion ka jo essence hai, us ke lehaz se dekha jaye to koi religion</w:t>
      </w:r>
    </w:p>
    <w:p>
      <w:pPr>
        <w:jc w:val="right"/>
      </w:pPr>
      <w:r>
        <w:t>کہ جو ایسنس کا ریلیجن کا جو ایسنس ہے، اس کے لحاظ سے دیکھا جائے تو کوئی ریلیجن</w:t>
      </w:r>
    </w:p>
    <w:p>
      <w:r>
        <w:rPr>
          <w:b/>
        </w:rPr>
        <w:t xml:space="preserve">[05:49] </w:t>
      </w:r>
      <w:r>
        <w:t>modern age ke sath aisa nahin hai ke woh compatible na ho.</w:t>
      </w:r>
    </w:p>
    <w:p>
      <w:pPr>
        <w:jc w:val="right"/>
      </w:pPr>
      <w:r>
        <w:t>ماڈرن ایج کے ساتھ ایسا نہیں ہے کہ وہ کمپیٹیبل نہ ہو۔</w:t>
      </w:r>
    </w:p>
    <w:p>
      <w:r>
        <w:rPr>
          <w:b/>
        </w:rPr>
        <w:t xml:space="preserve">[05:55] </w:t>
      </w:r>
      <w:r>
        <w:t>lekin communities mein aisa ho sakta hai, lekin musalmanon mein zyada hai.</w:t>
      </w:r>
    </w:p>
    <w:p>
      <w:pPr>
        <w:jc w:val="right"/>
      </w:pPr>
      <w:r>
        <w:t>لیکن کمیونٹیز میں ایسا ہو سکتا ہے، لیکن مسلمانوں میں زیادہ ہے۔</w:t>
      </w:r>
    </w:p>
    <w:p>
      <w:r>
        <w:rPr>
          <w:b/>
        </w:rPr>
        <w:t xml:space="preserve">[06:00] </w:t>
      </w:r>
      <w:r>
        <w:t>in mein kam hai to musalmanon mein zyada hai.</w:t>
      </w:r>
    </w:p>
    <w:p>
      <w:pPr>
        <w:jc w:val="right"/>
      </w:pPr>
      <w:r>
        <w:t>ان میں کم ہے تو مسلمانوں میں زیادہ ہے۔</w:t>
      </w:r>
    </w:p>
    <w:p>
      <w:r>
        <w:rPr>
          <w:b/>
        </w:rPr>
        <w:t xml:space="preserve">[06:06] </w:t>
      </w:r>
      <w:r>
        <w:t>yeh to yeh farq hai.</w:t>
      </w:r>
    </w:p>
    <w:p>
      <w:pPr>
        <w:jc w:val="right"/>
      </w:pPr>
      <w:r>
        <w:t>یہ تو یہ فرق ہے۔</w:t>
      </w:r>
    </w:p>
    <w:p>
      <w:r>
        <w:rPr>
          <w:b/>
        </w:rPr>
        <w:t xml:space="preserve">[06:11] </w:t>
      </w:r>
      <w:r>
        <w:t>yani degree ka farq hai, nature ka farq nahin hai.</w:t>
      </w:r>
    </w:p>
    <w:p>
      <w:pPr>
        <w:jc w:val="right"/>
      </w:pPr>
      <w:r>
        <w:t>یعنی ڈگری کا فرق ہے، نیچر کا فرق نہیں ہے۔</w:t>
      </w:r>
    </w:p>
    <w:p>
      <w:r>
        <w:rPr>
          <w:b/>
        </w:rPr>
        <w:t xml:space="preserve">[06:17] </w:t>
      </w:r>
      <w:r>
        <w:t>Maulana sahib, one of the reasons that why I asked you that question is that many people say that reason and religion cannot go together, because religion lacks in facts and evidence. So what would you say to that?</w:t>
      </w:r>
    </w:p>
    <w:p>
      <w:pPr>
        <w:jc w:val="right"/>
      </w:pPr>
      <w:r>
        <w:t>مولانا صاحب، ون آف دا ریزن دیٹ وائی آئی اسکڈ یو دیٹ کوئسچن از دیٹ مینی پیپل سے دیٹ ریزن اینڈ ریلیجن کین ناٹ گو ٹوگیدر، بیکاز ریلیجن لیکس ان فیکٹس اینڈ ایویڈنس۔ سو واٹ وڈ یو سے ٹو دیٹ؟</w:t>
      </w:r>
    </w:p>
    <w:p>
      <w:r>
        <w:rPr>
          <w:b/>
        </w:rPr>
        <w:t xml:space="preserve">[06:36] </w:t>
      </w:r>
      <w:r>
        <w:t>yahan yeh main kahunga ke masla reason aur religion ka nahin hai.</w:t>
      </w:r>
    </w:p>
    <w:p>
      <w:pPr>
        <w:jc w:val="right"/>
      </w:pPr>
      <w:r>
        <w:t>یہاں یہ میں کہوں گا کہ مسئلہ ریزن اور ریلیجن کا نہیں ہے۔</w:t>
      </w:r>
    </w:p>
    <w:p>
      <w:r>
        <w:rPr>
          <w:b/>
        </w:rPr>
        <w:t xml:space="preserve">[06:42] </w:t>
      </w:r>
      <w:r>
        <w:t>reason aur religious community ka hai.</w:t>
      </w:r>
    </w:p>
    <w:p>
      <w:pPr>
        <w:jc w:val="right"/>
      </w:pPr>
      <w:r>
        <w:t>ریزن اور ریلیجیس کمیونٹی کا ہے۔</w:t>
      </w:r>
    </w:p>
    <w:p>
      <w:r>
        <w:rPr>
          <w:b/>
        </w:rPr>
        <w:t xml:space="preserve">[06:48] </w:t>
      </w:r>
      <w:r>
        <w:t>jo religious community hoti hai, woh woh halaat ke lehaz se banti hai.</w:t>
      </w:r>
    </w:p>
    <w:p>
      <w:pPr>
        <w:jc w:val="right"/>
      </w:pPr>
      <w:r>
        <w:t>جو ریلیجیس کمیونٹی ہوتی ہے، وہ وہ حالات کے لحاظ سے بنتی ہے۔</w:t>
      </w:r>
    </w:p>
    <w:p>
      <w:r>
        <w:rPr>
          <w:b/>
        </w:rPr>
        <w:t xml:space="preserve">[06:54] </w:t>
      </w:r>
      <w:r>
        <w:t>aur jo religion hai, woh to uska apna text hota hai, us ke lehaz se banti hai.</w:t>
      </w:r>
    </w:p>
    <w:p>
      <w:pPr>
        <w:jc w:val="right"/>
      </w:pPr>
      <w:r>
        <w:t>اور جو ریلیجن ہے، وہ تو اس کا اپنا ٹیکسٹ ہوتا ہے، اس کے لحاظ سے بنتی ہے۔</w:t>
      </w:r>
    </w:p>
    <w:p>
      <w:r>
        <w:rPr>
          <w:b/>
        </w:rPr>
        <w:t xml:space="preserve">[07:00] </w:t>
      </w:r>
      <w:r>
        <w:t>to jahan tak religion ki ideology ki baat hai, us se koi takrao nahin hai.</w:t>
      </w:r>
    </w:p>
    <w:p>
      <w:pPr>
        <w:jc w:val="right"/>
      </w:pPr>
      <w:r>
        <w:t>تو جہاں تک ریلیجن کی آئیڈیالوجی کی بات ہے، اس سے کوئی ٹکراؤ نہیں ہے۔</w:t>
      </w:r>
    </w:p>
    <w:p>
      <w:r>
        <w:rPr>
          <w:b/>
        </w:rPr>
        <w:t xml:space="preserve">[07:06] </w:t>
      </w:r>
      <w:r>
        <w:t>lekin jo community banti chali aa rahi hai sankron saal se kisi religion ke naam par, to us</w:t>
      </w:r>
    </w:p>
    <w:p>
      <w:pPr>
        <w:jc w:val="right"/>
      </w:pPr>
      <w:r>
        <w:t>لیکن جو کمیونٹی بنتی چلی آ رہی ہے سینکڑوں سال سے کسی ریلیجن کے نام پر، تو اس</w:t>
      </w:r>
    </w:p>
    <w:p>
      <w:r>
        <w:rPr>
          <w:b/>
        </w:rPr>
        <w:t xml:space="preserve">[07:12] </w:t>
      </w:r>
      <w:r>
        <w:t>mein bohat sari traditional cheezain aa gayi hain jo apne zamanay ke lehaz se theen, due to age factor.</w:t>
      </w:r>
    </w:p>
    <w:p>
      <w:pPr>
        <w:jc w:val="right"/>
      </w:pPr>
      <w:r>
        <w:t>میں بہت ساری ٹریڈیشنل چیزیں آ گئی ہیں جو اپنے زمانے کے لحاظ سے تھیں، ڈیو ٹو ایج فیکٹر۔</w:t>
      </w:r>
    </w:p>
    <w:p>
      <w:r>
        <w:rPr>
          <w:b/>
        </w:rPr>
        <w:t xml:space="preserve">[07:18] </w:t>
      </w:r>
      <w:r>
        <w:t>to yahan bhi main yahi kahunga ke masla paida hua hai community ke lehaz se, na ke</w:t>
      </w:r>
    </w:p>
    <w:p>
      <w:pPr>
        <w:jc w:val="right"/>
      </w:pPr>
      <w:r>
        <w:t>تو یہاں بھی میں یہی کہوں گا کہ مسئلہ پیدا ہوا ہے کمیونٹی کے لحاظ سے، نہ کہ</w:t>
      </w:r>
    </w:p>
    <w:p>
      <w:r>
        <w:rPr>
          <w:b/>
        </w:rPr>
        <w:t xml:space="preserve">[07:24] </w:t>
      </w:r>
      <w:r>
        <w:t>asal mazhab ke lehaz se.</w:t>
      </w:r>
    </w:p>
    <w:p>
      <w:pPr>
        <w:jc w:val="right"/>
      </w:pPr>
      <w:r>
        <w:t>اصل مذہب کے لحاظ سے۔</w:t>
      </w:r>
    </w:p>
    <w:p>
      <w:r>
        <w:rPr>
          <w:b/>
        </w:rPr>
        <w:t xml:space="preserve">[07:31] </w:t>
      </w:r>
      <w:r>
        <w:t>Maulana sahib, you spoke about your book "Islam the Creator of Modern Age". There was another book that you wrote "Islam and the Modern Challenges". I wanted to ask you that what are the modern challenges that you mentioned in the book?</w:t>
      </w:r>
    </w:p>
    <w:p>
      <w:pPr>
        <w:jc w:val="right"/>
      </w:pPr>
      <w:r>
        <w:t>مولانا صاحب، یو سپوک اباؤٹ یور بک "اسلام دی کریٹر آف ماڈرن ایج"۔ دیر واز انادر بک دیٹ یو روٹ "اسلام اینڈ دی ماڈرن چیلنجز"۔ آئی وانٹڈ ٹو اسک یو دیٹ واٹ آر دی ماڈرن چیلنجز دیٹ یو مینشن ان دا بک؟</w:t>
      </w:r>
    </w:p>
    <w:p>
      <w:r>
        <w:rPr>
          <w:b/>
        </w:rPr>
        <w:t xml:space="preserve">[07:46] </w:t>
      </w:r>
      <w:r>
        <w:t>dekhiye, wahan par modern challenge se murad hai modern intellectual challenge.</w:t>
      </w:r>
    </w:p>
    <w:p>
      <w:pPr>
        <w:jc w:val="right"/>
      </w:pPr>
      <w:r>
        <w:t>دیکھیے، وہاں پر ماڈرن چیلنج سے مراد ہے ماڈرن انٹلیکچول چیلنج۔</w:t>
      </w:r>
    </w:p>
    <w:p>
      <w:r>
        <w:rPr>
          <w:b/>
        </w:rPr>
        <w:t xml:space="preserve">[07:51] </w:t>
      </w:r>
      <w:r>
        <w:t>modern intellectual challenge.</w:t>
      </w:r>
    </w:p>
    <w:p>
      <w:pPr>
        <w:jc w:val="right"/>
      </w:pPr>
      <w:r>
        <w:t>ماڈرن انٹلیکچول چیلنج۔</w:t>
      </w:r>
    </w:p>
    <w:p>
      <w:r>
        <w:rPr>
          <w:b/>
        </w:rPr>
        <w:t xml:space="preserve">[07:57] </w:t>
      </w:r>
      <w:r>
        <w:t>to ek to purely belief ke aitbar se hai.</w:t>
      </w:r>
    </w:p>
    <w:p>
      <w:pPr>
        <w:jc w:val="right"/>
      </w:pPr>
      <w:r>
        <w:t>تو ایک تو پیورلی بیلیف کے اعتبار سے ہے۔</w:t>
      </w:r>
    </w:p>
    <w:p>
      <w:r>
        <w:rPr>
          <w:b/>
        </w:rPr>
        <w:t xml:space="preserve">[08:02] </w:t>
      </w:r>
      <w:r>
        <w:t>maslan modern age yeh hai ke woh har cheez ko subject to scrutiny batata hai.</w:t>
      </w:r>
    </w:p>
    <w:p>
      <w:pPr>
        <w:jc w:val="right"/>
      </w:pPr>
      <w:r>
        <w:t>مثلاً ماڈرن ایج یہ ہے کہ وہ ہر چیز کو سبجیکٹ ٹو اسکرٹنی بتاتا ہے۔</w:t>
      </w:r>
    </w:p>
    <w:p>
      <w:r>
        <w:rPr>
          <w:b/>
        </w:rPr>
        <w:t xml:space="preserve">[08:08] </w:t>
      </w:r>
      <w:r>
        <w:t>aaj ke zamanay mein science har cheez ki scrutiny karna chahti hai.</w:t>
      </w:r>
    </w:p>
    <w:p>
      <w:pPr>
        <w:jc w:val="right"/>
      </w:pPr>
      <w:r>
        <w:t>آج کے زمانے میں سائنس ہر چیز کی اسکرٹنی کرنا چاہتی ہے۔</w:t>
      </w:r>
    </w:p>
    <w:p>
      <w:r>
        <w:rPr>
          <w:b/>
        </w:rPr>
        <w:t xml:space="preserve">[08:13] </w:t>
      </w:r>
      <w:r>
        <w:t>pehlay zamanay mein yeh tha ke kuch cheezain taboo hua karti theen, secret hua karti theen.</w:t>
      </w:r>
    </w:p>
    <w:p>
      <w:pPr>
        <w:jc w:val="right"/>
      </w:pPr>
      <w:r>
        <w:t>پہلے زمانے میں یہ تھا کہ کچھ چیزیں ٹیبو ہوا کرتی تھیں، سیکریٹ ہوا کرتی تھیں۔</w:t>
      </w:r>
    </w:p>
    <w:p>
      <w:r>
        <w:rPr>
          <w:b/>
        </w:rPr>
        <w:t xml:space="preserve">[08:19] </w:t>
      </w:r>
      <w:r>
        <w:t>maslan aap prophet ke baray mein investigate nahin kar sakte, angel ke baray mein investigate nahin kar sakte,</w:t>
      </w:r>
    </w:p>
    <w:p>
      <w:pPr>
        <w:jc w:val="right"/>
      </w:pPr>
      <w:r>
        <w:t>مثلاً آپ پرافٹ کے بارے میں انویسٹیگیٹ نہیں کر سکتے، اینجل کے بارے میں انویسٹیگیٹ نہیں کر سکتے،</w:t>
      </w:r>
    </w:p>
    <w:p>
      <w:r>
        <w:rPr>
          <w:b/>
        </w:rPr>
        <w:t xml:space="preserve">[08:24] </w:t>
      </w:r>
      <w:r>
        <w:t>us ko bator-e-aqeeda manna parta hai aap ko pehlay zamanay mein.</w:t>
      </w:r>
    </w:p>
    <w:p>
      <w:pPr>
        <w:jc w:val="right"/>
      </w:pPr>
      <w:r>
        <w:t>اس کو بطور عقیدہ ماننا پڑتا ہے آپ کو پہلے زمانے میں۔</w:t>
      </w:r>
    </w:p>
    <w:p>
      <w:r>
        <w:rPr>
          <w:b/>
        </w:rPr>
        <w:t xml:space="preserve">[08:30] </w:t>
      </w:r>
      <w:r>
        <w:t>ab yeh hai ke science ne kaha ke hum har cheez ko explore karenge.</w:t>
      </w:r>
    </w:p>
    <w:p>
      <w:pPr>
        <w:jc w:val="right"/>
      </w:pPr>
      <w:r>
        <w:t>اب یہ ہے کہ سائنس نے کہا کہ ہم ہر چیز کو ایکسپلور کریں گے۔</w:t>
      </w:r>
    </w:p>
    <w:p>
      <w:r>
        <w:rPr>
          <w:b/>
        </w:rPr>
        <w:t xml:space="preserve">[08:36] </w:t>
      </w:r>
      <w:r>
        <w:t>to is mein islam ko koi khatra nahi hai.</w:t>
      </w:r>
    </w:p>
    <w:p>
      <w:pPr>
        <w:jc w:val="right"/>
      </w:pPr>
      <w:r>
        <w:t>تو اس میں اسلام کو کوئی خطرہ نہیں ہے۔</w:t>
      </w:r>
    </w:p>
    <w:p>
      <w:r>
        <w:rPr>
          <w:b/>
        </w:rPr>
        <w:t xml:space="preserve">[08:41] </w:t>
      </w:r>
      <w:r>
        <w:t>islam ka jo mazhabi system hai, belief system, woh pehle hi se reason based hai.</w:t>
      </w:r>
    </w:p>
    <w:p>
      <w:pPr>
        <w:jc w:val="right"/>
      </w:pPr>
      <w:r>
        <w:t>اسلام کا جو مذہبی سسٹم ہے، بیلیف سسٹم، وہ پہلے ہی سے ریزن بیسڈ ہے۔</w:t>
      </w:r>
    </w:p>
    <w:p>
      <w:r>
        <w:rPr>
          <w:b/>
        </w:rPr>
        <w:t xml:space="preserve">[08:47] </w:t>
      </w:r>
      <w:r>
        <w:t>woh pehle se reason based hai.</w:t>
      </w:r>
    </w:p>
    <w:p>
      <w:pPr>
        <w:jc w:val="right"/>
      </w:pPr>
      <w:r>
        <w:t>وہ پہلے سے ریزن بیسڈ ہے۔</w:t>
      </w:r>
    </w:p>
    <w:p>
      <w:r>
        <w:rPr>
          <w:b/>
        </w:rPr>
        <w:t xml:space="preserve">[08:52] </w:t>
      </w:r>
      <w:r>
        <w:t>baad ke zamane mein kuch musalmanon mein yeh baat aayi ke woh woh kehne lage ke yeh is</w:t>
      </w:r>
    </w:p>
    <w:p>
      <w:pPr>
        <w:jc w:val="right"/>
      </w:pPr>
      <w:r>
        <w:t>بعد کے زمانے میں کچھ مسلمانوں میں یہ بات آئی کہ وہ وہ کہنے لگے کہ یہ اس</w:t>
      </w:r>
    </w:p>
    <w:p>
      <w:r>
        <w:rPr>
          <w:b/>
        </w:rPr>
        <w:t xml:space="preserve">[08:58] </w:t>
      </w:r>
      <w:r>
        <w:t>maamle mein hum scrutiny ko bardasht nahi karenge, maslan rasool Allah par tanqeed ko bardasht nahi karenge.</w:t>
      </w:r>
    </w:p>
    <w:p>
      <w:pPr>
        <w:jc w:val="right"/>
      </w:pPr>
      <w:r>
        <w:t>معاملے میں ہم اسکرٹنی کو برداشت نہیں کریں گے، مثلاً رسول اللہ پر تنقید کو برداشت نہیں کریں گے۔</w:t>
      </w:r>
    </w:p>
    <w:p>
      <w:r>
        <w:rPr>
          <w:b/>
        </w:rPr>
        <w:t xml:space="preserve">[09:03] </w:t>
      </w:r>
      <w:r>
        <w:t>yeh musalmanon ka aqeedah tha, yeh musalmanon ka manne wala tha.</w:t>
      </w:r>
    </w:p>
    <w:p>
      <w:pPr>
        <w:jc w:val="right"/>
      </w:pPr>
      <w:r>
        <w:t>یہ مسلمانوں کا عقیدہ تھا، یہ مسلمانوں کا ماننے والا تھا۔</w:t>
      </w:r>
    </w:p>
    <w:p>
      <w:r>
        <w:rPr>
          <w:b/>
        </w:rPr>
        <w:t xml:space="preserve">[09:09] </w:t>
      </w:r>
      <w:r>
        <w:t>hum kehte hain ke tanqeed karo, islam kehta hai tanqeed karo, lekin allegation nahi kar sake.</w:t>
      </w:r>
    </w:p>
    <w:p>
      <w:pPr>
        <w:jc w:val="right"/>
      </w:pPr>
      <w:r>
        <w:t>ہم کہتے ہیں کہ تنقید کرو، اسلام کہتا ہے تنقید کرو، لیکن ایلیگیشن نہیں کر سکے۔</w:t>
      </w:r>
    </w:p>
    <w:p>
      <w:r>
        <w:rPr>
          <w:b/>
        </w:rPr>
        <w:t xml:space="preserve">[09:14] </w:t>
      </w:r>
      <w:r>
        <w:t>allegation ka koi faida nahi hai.</w:t>
      </w:r>
    </w:p>
    <w:p>
      <w:pPr>
        <w:jc w:val="right"/>
      </w:pPr>
      <w:r>
        <w:t>ایلیگیشن کا کوئی فائدہ نہیں ہے۔</w:t>
      </w:r>
    </w:p>
    <w:p>
      <w:r>
        <w:rPr>
          <w:b/>
        </w:rPr>
        <w:t xml:space="preserve">[09:20] </w:t>
      </w:r>
      <w:r>
        <w:t>ek hai allegation, ek hai tanqeed.</w:t>
      </w:r>
    </w:p>
    <w:p>
      <w:pPr>
        <w:jc w:val="right"/>
      </w:pPr>
      <w:r>
        <w:t>ایک ہے ایلیگیشن، ایک ہے تنقید۔</w:t>
      </w:r>
    </w:p>
    <w:p>
      <w:r>
        <w:rPr>
          <w:b/>
        </w:rPr>
        <w:t xml:space="preserve">[09:26] </w:t>
      </w:r>
      <w:r>
        <w:t>yani yani creator analysis.</w:t>
      </w:r>
    </w:p>
    <w:p>
      <w:pPr>
        <w:jc w:val="right"/>
      </w:pPr>
      <w:r>
        <w:t>یعنی یعنی کریٹر اینالیسز۔</w:t>
      </w:r>
    </w:p>
    <w:p>
      <w:r>
        <w:rPr>
          <w:b/>
        </w:rPr>
        <w:t xml:space="preserve">[09:31] </w:t>
      </w:r>
      <w:r>
        <w:t>to allegation se to koi faida nahi.</w:t>
      </w:r>
    </w:p>
    <w:p>
      <w:pPr>
        <w:jc w:val="right"/>
      </w:pPr>
      <w:r>
        <w:t>تو ایلیگیشن سے تو کوئی فائدہ نہیں۔</w:t>
      </w:r>
    </w:p>
    <w:p>
      <w:r>
        <w:rPr>
          <w:b/>
        </w:rPr>
        <w:t xml:space="preserve">[09:37] </w:t>
      </w:r>
      <w:r>
        <w:t>koi kare to woh bhi karne dijiye.</w:t>
      </w:r>
    </w:p>
    <w:p>
      <w:pPr>
        <w:jc w:val="right"/>
      </w:pPr>
      <w:r>
        <w:t>کوئی کرے تو وہ بھی کرنے دیجیے۔</w:t>
      </w:r>
    </w:p>
    <w:p>
      <w:r>
        <w:rPr>
          <w:b/>
        </w:rPr>
        <w:t xml:space="preserve">[09:42] </w:t>
      </w:r>
      <w:r>
        <w:t>lekin koi scientific analysis karta hai to aap uska jawab dijiye.</w:t>
      </w:r>
    </w:p>
    <w:p>
      <w:pPr>
        <w:jc w:val="right"/>
      </w:pPr>
      <w:r>
        <w:t>لیکن کوئی سائنٹیفک اینالیسز کرتا ہے تو آپ اس کا جواب دیجیے۔</w:t>
      </w:r>
    </w:p>
    <w:p>
      <w:r>
        <w:rPr>
          <w:b/>
        </w:rPr>
        <w:t xml:space="preserve">[09:48] </w:t>
      </w:r>
      <w:r>
        <w:t>iska jawab dijiye.</w:t>
      </w:r>
    </w:p>
    <w:p>
      <w:pPr>
        <w:jc w:val="right"/>
      </w:pPr>
      <w:r>
        <w:t>اس کا جواب دیجیے۔</w:t>
      </w:r>
    </w:p>
    <w:p>
      <w:r>
        <w:rPr>
          <w:b/>
        </w:rPr>
        <w:t xml:space="preserve">[09:53] </w:t>
      </w:r>
      <w:r>
        <w:t>to sara maamla yeh hai ke baad ke zamane mein communities mein kuch aisi cheezein develop ho gayeen,</w:t>
      </w:r>
    </w:p>
    <w:p>
      <w:pPr>
        <w:jc w:val="right"/>
      </w:pPr>
      <w:r>
        <w:t>تو سارا معاملہ یہ ہے کہ بعد کے زمانے میں کمیونٹیز میں کچھ ایسی چیزیں ڈیولپ ہو گئیں،</w:t>
      </w:r>
    </w:p>
    <w:p>
      <w:r>
        <w:rPr>
          <w:b/>
        </w:rPr>
        <w:t xml:space="preserve">[09:59] </w:t>
      </w:r>
      <w:r>
        <w:t>aisa culture develop ho gaya jo ab ke zamane mein takrata hua nazar aata hai.</w:t>
      </w:r>
    </w:p>
    <w:p>
      <w:pPr>
        <w:jc w:val="right"/>
      </w:pPr>
      <w:r>
        <w:t>ایسا کلچر ڈیولپ ہو گیا جو اب کے زمانے میں ٹکراتا ہوا نظر آتا ہے۔</w:t>
      </w:r>
    </w:p>
    <w:p>
      <w:r>
        <w:rPr>
          <w:b/>
        </w:rPr>
        <w:t xml:space="preserve">[10:04] </w:t>
      </w:r>
      <w:r>
        <w:t>lekin jahan tak asal pure religion ka ta'alluq hai, woh to ab bhi intact hai apne text ke aitbaar se.</w:t>
      </w:r>
    </w:p>
    <w:p>
      <w:pPr>
        <w:jc w:val="right"/>
      </w:pPr>
      <w:r>
        <w:t>لیکن جہاں تک اصل پیور ریلیجن کا تعلق ہے، وہ تو اب بھی انٹیکٹ ہے اپنے ٹیکسٹ کے اعتبار سے۔</w:t>
      </w:r>
    </w:p>
    <w:p>
      <w:r>
        <w:rPr>
          <w:b/>
        </w:rPr>
        <w:t xml:space="preserve">[10:10] </w:t>
      </w:r>
      <w:r>
        <w:t>to main samajhta hoon ke koi pure religion mein aur modern age mein koi takrao nahi hai.</w:t>
      </w:r>
    </w:p>
    <w:p>
      <w:pPr>
        <w:jc w:val="right"/>
      </w:pPr>
      <w:r>
        <w:t>تو میں سمجھتا ہوں کہ کوئی پیور ریلیجن میں اور ماڈرن ایج میں کوئی ٹکراؤ نہیں ہے۔</w:t>
      </w:r>
    </w:p>
    <w:p>
      <w:r>
        <w:rPr>
          <w:b/>
        </w:rPr>
        <w:t xml:space="preserve">[10:16] </w:t>
      </w:r>
      <w:r>
        <w:t>Maulana sahib, you rightly pointed out that when it comes to freedom of expression, it is a problem of the Muslims. And one of the highlighting factors of the modern age is the freedom of expression. Muslims do get offended when somebody talks offensive for Islam or the Prophet of Islam. We would like to know from you that what is Islam's stand on freedom of expression or on criticism when it comes to religion or on the Prophet of Islam?</w:t>
      </w:r>
    </w:p>
    <w:p>
      <w:pPr>
        <w:jc w:val="right"/>
      </w:pPr>
      <w:r>
        <w:t>مولانا صاحب، یو رائٹلی پوائنٹڈ آؤٹ دیٹ وین اٹ کمز ٹو فریڈم آف ایکسپریشن، اٹ از اے پرابلم آف دا مسلمز۔ اینڈ ون آف دی ہائی لائٹنگ فیکٹر آف دی ماڈرن ایج از دی فریڈم آف ایکسپریشن۔ مسلمز ڈو گیٹ افینڈڈ وین سمبڈی ٹاکس افینسو فار اسلام اور دی پرافٹ آف اسلام۔ وی وڈ لائک ٹو نو فرام یو دیٹ واٹ از اسلام سٹینڈ آن فریڈم آف ایکسپریشن اور آن کریٹیسزم وین اٹ کمز ٹو ریلیجن اور آن دا پرافٹ آف اسلام؟</w:t>
      </w:r>
    </w:p>
    <w:p>
      <w:r>
        <w:rPr>
          <w:b/>
        </w:rPr>
        <w:t xml:space="preserve">[10:46] </w:t>
      </w:r>
      <w:r>
        <w:t>criticism islam mein koi taboo hai hi nahi.</w:t>
      </w:r>
    </w:p>
    <w:p>
      <w:pPr>
        <w:jc w:val="right"/>
      </w:pPr>
      <w:r>
        <w:t>کریٹیسزم اسلام میں کوئی ٹیبو ہے ہی نہیں۔</w:t>
      </w:r>
    </w:p>
    <w:p>
      <w:r>
        <w:rPr>
          <w:b/>
        </w:rPr>
        <w:t xml:space="preserve">[10:50] </w:t>
      </w:r>
      <w:r>
        <w:t>meri ek kitaab hai, uska naam hai "Huryat-e-Fikr".</w:t>
      </w:r>
    </w:p>
    <w:p>
      <w:pPr>
        <w:jc w:val="right"/>
      </w:pPr>
      <w:r>
        <w:t>میری ایک کتاب ہے، اس کا نام ہے "حریت فکر"۔</w:t>
      </w:r>
    </w:p>
    <w:p>
      <w:r>
        <w:rPr>
          <w:b/>
        </w:rPr>
        <w:t xml:space="preserve">[10:55] </w:t>
      </w:r>
      <w:r>
        <w:t>yani fikri azaadi, intellectual freedom.</w:t>
      </w:r>
    </w:p>
    <w:p>
      <w:pPr>
        <w:jc w:val="right"/>
      </w:pPr>
      <w:r>
        <w:t>یعنی فکری آزادی، انٹلیکچول فریڈم۔</w:t>
      </w:r>
    </w:p>
    <w:p>
      <w:r>
        <w:rPr>
          <w:b/>
        </w:rPr>
        <w:t xml:space="preserve">[11:00] </w:t>
      </w:r>
      <w:r>
        <w:t>is par meri ek kitaab hai.</w:t>
      </w:r>
    </w:p>
    <w:p>
      <w:pPr>
        <w:jc w:val="right"/>
      </w:pPr>
      <w:r>
        <w:t>اس پر میری ایک کتاب ہے۔</w:t>
      </w:r>
    </w:p>
    <w:p>
      <w:r>
        <w:rPr>
          <w:b/>
        </w:rPr>
        <w:t xml:space="preserve">[11:05] </w:t>
      </w:r>
      <w:r>
        <w:t>to is mein rasool ka zamana aur sahaba ke zamane mein jaisa halaat the, us ko maine dikhaya hai.</w:t>
      </w:r>
    </w:p>
    <w:p>
      <w:pPr>
        <w:jc w:val="right"/>
      </w:pPr>
      <w:r>
        <w:t>تو اس میں رسول کا زمانہ اور صحابہ کے زمانے میں جیسا حالات تھے، اس کو میں نے دکھایا ہے۔</w:t>
      </w:r>
    </w:p>
    <w:p>
      <w:r>
        <w:rPr>
          <w:b/>
        </w:rPr>
        <w:t xml:space="preserve">[11:10] </w:t>
      </w:r>
      <w:r>
        <w:t>to criticism koi taboo hai hi nahi islam mein.</w:t>
      </w:r>
    </w:p>
    <w:p>
      <w:pPr>
        <w:jc w:val="right"/>
      </w:pPr>
      <w:r>
        <w:t>تو کریٹیسزم کوئی ٹیبو ہے ہی نہیں اسلام میں۔</w:t>
      </w:r>
    </w:p>
    <w:p>
      <w:r>
        <w:rPr>
          <w:b/>
        </w:rPr>
        <w:t xml:space="preserve">[11:14] </w:t>
      </w:r>
      <w:r>
        <w:t>aap jo chahen criticism kijiye.</w:t>
      </w:r>
    </w:p>
    <w:p>
      <w:pPr>
        <w:jc w:val="right"/>
      </w:pPr>
      <w:r>
        <w:t>آپ جو چاہیں کریٹیسزم کیجیے۔</w:t>
      </w:r>
    </w:p>
    <w:p>
      <w:r>
        <w:rPr>
          <w:b/>
        </w:rPr>
        <w:t xml:space="preserve">[11:19] </w:t>
      </w:r>
      <w:r>
        <w:t>humain jo karna hai, woh yeh hai ke hum is ka analysis karen.</w:t>
      </w:r>
    </w:p>
    <w:p>
      <w:pPr>
        <w:jc w:val="right"/>
      </w:pPr>
      <w:r>
        <w:t>ہمیں جو کرنا ہے، وہ یہ ہے کہ ہم اس کا انالیسز کریں۔</w:t>
      </w:r>
    </w:p>
    <w:p>
      <w:r>
        <w:rPr>
          <w:b/>
        </w:rPr>
        <w:t xml:space="preserve">[11:24] </w:t>
      </w:r>
      <w:r>
        <w:t>daleel ki zaban mein is ko jawab den.</w:t>
      </w:r>
    </w:p>
    <w:p>
      <w:pPr>
        <w:jc w:val="right"/>
      </w:pPr>
      <w:r>
        <w:t>دلیل کی زبان میں اس کو جواب دیں۔</w:t>
      </w:r>
    </w:p>
    <w:p>
      <w:r>
        <w:rPr>
          <w:b/>
        </w:rPr>
        <w:t xml:space="preserve">[11:29] </w:t>
      </w:r>
      <w:r>
        <w:t>misal ke tor par mein aap ko aik misal deta hoon ke aik sahabi ne rasool Allah ke</w:t>
      </w:r>
    </w:p>
    <w:p>
      <w:pPr>
        <w:jc w:val="right"/>
      </w:pPr>
      <w:r>
        <w:t>مثال کے طور پر میں آپ کو ایک مثال دیتا ہوں کہ ایک صحابی نے رسول اللہ کے</w:t>
      </w:r>
    </w:p>
    <w:p>
      <w:r>
        <w:rPr>
          <w:b/>
        </w:rPr>
        <w:t xml:space="preserve">[11:34] </w:t>
      </w:r>
      <w:r>
        <w:t>bare mein keh diya ke "wallah muadalta".</w:t>
      </w:r>
    </w:p>
    <w:p>
      <w:pPr>
        <w:jc w:val="right"/>
      </w:pPr>
      <w:r>
        <w:t>بارے میں کہہ دیا کہ "واللہ معادلتا"۔</w:t>
      </w:r>
    </w:p>
    <w:p>
      <w:r>
        <w:rPr>
          <w:b/>
        </w:rPr>
        <w:t xml:space="preserve">[11:38] </w:t>
      </w:r>
      <w:r>
        <w:t>khuda ki qasam, aap ne justice nahi kiya.</w:t>
      </w:r>
    </w:p>
    <w:p>
      <w:pPr>
        <w:jc w:val="right"/>
      </w:pPr>
      <w:r>
        <w:t>خدا کی قسم، آپ نے جسٹس نہیں کیا۔</w:t>
      </w:r>
    </w:p>
    <w:p>
      <w:r>
        <w:rPr>
          <w:b/>
        </w:rPr>
        <w:t xml:space="preserve">[11:43] </w:t>
      </w:r>
      <w:r>
        <w:t>bataiye, peghambar agar justice na kare to is ki peghambari doubtfull ho jayegi.</w:t>
      </w:r>
    </w:p>
    <w:p>
      <w:pPr>
        <w:jc w:val="right"/>
      </w:pPr>
      <w:r>
        <w:t>بتائیے، پیغمبر اگر جسٹس نہ کرے تو اس کی پیغمبری ڈاؤٹ فل ہو جائے گی۔</w:t>
      </w:r>
    </w:p>
    <w:p>
      <w:r>
        <w:rPr>
          <w:b/>
        </w:rPr>
        <w:t xml:space="preserve">[11:48] </w:t>
      </w:r>
      <w:r>
        <w:t>lekin kaha unhon ne, aur kisi ne un ko mara nahi.</w:t>
      </w:r>
    </w:p>
    <w:p>
      <w:pPr>
        <w:jc w:val="right"/>
      </w:pPr>
      <w:r>
        <w:t>لیکن کہا انہوں نے، اور کسی نے ان کو مارا نہیں۔</w:t>
      </w:r>
    </w:p>
    <w:p>
      <w:r>
        <w:rPr>
          <w:b/>
        </w:rPr>
        <w:t xml:space="preserve">[11:53] </w:t>
      </w:r>
      <w:r>
        <w:t>to Islam mein dekhiye, criticism poori tarah is ki azadi hai.</w:t>
      </w:r>
    </w:p>
    <w:p>
      <w:pPr>
        <w:jc w:val="right"/>
      </w:pPr>
      <w:r>
        <w:t>تو اسلام میں دیکھیے، کریٹیسزم پوری طرح اس کی آزادی ہے۔</w:t>
      </w:r>
    </w:p>
    <w:p>
      <w:r>
        <w:rPr>
          <w:b/>
        </w:rPr>
        <w:t xml:space="preserve">[11:58] </w:t>
      </w:r>
      <w:r>
        <w:t>yeh to maujooda zamane ke musalman hain, door-e-zawal ke musalman jo bharkte hain criticism par.</w:t>
      </w:r>
    </w:p>
    <w:p>
      <w:pPr>
        <w:jc w:val="right"/>
      </w:pPr>
      <w:r>
        <w:t>یہ تو موجودہ زمانے کے مسلمان ہیں، دور زوال کے مسلمان جو بھڑکتے ہیں کریٹیسزم پر۔</w:t>
      </w:r>
    </w:p>
    <w:p>
      <w:r>
        <w:rPr>
          <w:b/>
        </w:rPr>
        <w:t xml:space="preserve">[12:02] </w:t>
      </w:r>
      <w:r>
        <w:t>criticism agar kabhi kahin hai, koi criticize karta hai to woh humain invite karta hai ke hum is</w:t>
      </w:r>
    </w:p>
    <w:p>
      <w:pPr>
        <w:jc w:val="right"/>
      </w:pPr>
      <w:r>
        <w:t>کریٹیسزم اگر کبھی کہیں ہے، کوئی کریٹیسائز کرتا ہے تو وہ ہمیں انوائٹ کرتا ہے کہ ہم اس</w:t>
      </w:r>
    </w:p>
    <w:p>
      <w:r>
        <w:rPr>
          <w:b/>
        </w:rPr>
        <w:t xml:space="preserve">[12:07] </w:t>
      </w:r>
      <w:r>
        <w:t>se discuss karen, dialogue karen.</w:t>
      </w:r>
    </w:p>
    <w:p>
      <w:pPr>
        <w:jc w:val="right"/>
      </w:pPr>
      <w:r>
        <w:t>سے ڈسکس کریں، ڈائیلاگ کریں۔</w:t>
      </w:r>
    </w:p>
    <w:p>
      <w:r>
        <w:rPr>
          <w:b/>
        </w:rPr>
        <w:t xml:space="preserve">[12:12] </w:t>
      </w:r>
      <w:r>
        <w:t>is ko hum apna mozu samjhen.</w:t>
      </w:r>
    </w:p>
    <w:p>
      <w:pPr>
        <w:jc w:val="right"/>
      </w:pPr>
      <w:r>
        <w:t>اس کو ہم اپنا موضوع سمجھیں۔</w:t>
      </w:r>
    </w:p>
    <w:p>
      <w:r>
        <w:rPr>
          <w:b/>
        </w:rPr>
        <w:t xml:space="preserve">[12:17] </w:t>
      </w:r>
      <w:r>
        <w:t>yeh baat mein ne likhi hai aik kitaab mein, is ka naam hai "Huriyaat-e-Fikr".</w:t>
      </w:r>
    </w:p>
    <w:p>
      <w:pPr>
        <w:jc w:val="right"/>
      </w:pPr>
      <w:r>
        <w:t>یہ بات میں نے لکھی ہے ایک کتاب میں، اس کا نام ہے "حریت فکر"۔</w:t>
      </w:r>
    </w:p>
    <w:p>
      <w:r>
        <w:rPr>
          <w:b/>
        </w:rPr>
        <w:t xml:space="preserve">[12:22] </w:t>
      </w:r>
      <w:r>
        <w:t>So, Maulana sahib, would you say that Islam is compatible with multi-religious societies of today? Bilkul compatible.</w:t>
      </w:r>
    </w:p>
    <w:p>
      <w:pPr>
        <w:jc w:val="right"/>
      </w:pPr>
      <w:r>
        <w:t>سو مولانا صاحب، وڈ یو سے دیٹ اسلام از کمپیٹیبل ود ملٹی ریلیجس سوسائٹیز آف ٹوڈے؟ بالکل کمپیٹیبل۔</w:t>
      </w:r>
    </w:p>
    <w:p>
      <w:r>
        <w:rPr>
          <w:b/>
        </w:rPr>
        <w:t xml:space="preserve">[12:28] </w:t>
      </w:r>
      <w:r>
        <w:t>kyun nahi? Incompatibility ka koi sawal hi nahi pata hota.</w:t>
      </w:r>
    </w:p>
    <w:p>
      <w:pPr>
        <w:jc w:val="right"/>
      </w:pPr>
      <w:r>
        <w:t>کیوں نہیں؟ ان کمپیٹیبلٹی کا کوئی سوال ہی نہیں پتہ ہوتا۔</w:t>
      </w:r>
    </w:p>
    <w:p>
      <w:r>
        <w:rPr>
          <w:b/>
        </w:rPr>
        <w:t xml:space="preserve">[12:34] </w:t>
      </w:r>
      <w:r>
        <w:t>jo bhi soorat-e-haal ho, aaj ki society ho ya pehle ki society ho, koi takrao ka tareeqa Islam</w:t>
      </w:r>
    </w:p>
    <w:p>
      <w:pPr>
        <w:jc w:val="right"/>
      </w:pPr>
      <w:r>
        <w:t>جو بھی صورتحال ہو، آج کی سوسائٹی ہو یا پہلے کی سوسائٹی ہو، کوئی ٹکراؤ کا طریقہ اسلام</w:t>
      </w:r>
    </w:p>
    <w:p>
      <w:r>
        <w:rPr>
          <w:b/>
        </w:rPr>
        <w:t xml:space="preserve">[12:40] </w:t>
      </w:r>
      <w:r>
        <w:t>mein hai hi nahi.</w:t>
      </w:r>
    </w:p>
    <w:p>
      <w:pPr>
        <w:jc w:val="right"/>
      </w:pPr>
      <w:r>
        <w:t>میں ہے ہی نہیں۔</w:t>
      </w:r>
    </w:p>
    <w:p>
      <w:r>
        <w:rPr>
          <w:b/>
        </w:rPr>
        <w:t xml:space="preserve">[12:46] </w:t>
      </w:r>
      <w:r>
        <w:t>Islam mein har ikhtilaf, har difference jo hai, point of discussion hai.</w:t>
      </w:r>
    </w:p>
    <w:p>
      <w:pPr>
        <w:jc w:val="right"/>
      </w:pPr>
      <w:r>
        <w:t>اسلام میں ہر اختلاف، ہر ڈفرنس جو ہے، پوائنٹ آف ڈسکشن ہے۔</w:t>
      </w:r>
    </w:p>
    <w:p>
      <w:r>
        <w:rPr>
          <w:b/>
        </w:rPr>
        <w:t xml:space="preserve">[12:52] </w:t>
      </w:r>
      <w:r>
        <w:t>koi bhi ikhtilaf ho, koi bhi difference ho, aap is se discuss kijiye, usay usay apna argument dijiye,</w:t>
      </w:r>
    </w:p>
    <w:p>
      <w:pPr>
        <w:jc w:val="right"/>
      </w:pPr>
      <w:r>
        <w:t>کوئی بھی اختلاف ہو، کوئی بھی ڈفرنس ہو، آپ اس سے ڈسکس کیجیے، اسے اسے اپنا آرگومنٹ دیجیے،</w:t>
      </w:r>
    </w:p>
    <w:p>
      <w:r>
        <w:rPr>
          <w:b/>
        </w:rPr>
        <w:t xml:space="preserve">[12:59] </w:t>
      </w:r>
      <w:r>
        <w:t>us ko suniye, is ka argument.</w:t>
      </w:r>
    </w:p>
    <w:p>
      <w:pPr>
        <w:jc w:val="right"/>
      </w:pPr>
      <w:r>
        <w:t>اس کو سنیے، اس کا آرگومنٹ۔</w:t>
      </w:r>
    </w:p>
    <w:p>
      <w:r>
        <w:rPr>
          <w:b/>
        </w:rPr>
        <w:t xml:space="preserve">[13:05] </w:t>
      </w:r>
      <w:r>
        <w:t>is moamle mein mujhe poori tarah yaqeen hai, aur meri kitaab mein is ko misalein di hain bohat sari.</w:t>
      </w:r>
    </w:p>
    <w:p>
      <w:pPr>
        <w:jc w:val="right"/>
      </w:pPr>
      <w:r>
        <w:t>اس معاملے میں مجھے پوری طرح یقین ہے، اور میری کتاب میں اس کو مثالیں دی ہیں بہت ساری۔</w:t>
      </w:r>
    </w:p>
    <w:p>
      <w:r>
        <w:rPr>
          <w:b/>
        </w:rPr>
        <w:t xml:space="preserve">[13:11] </w:t>
      </w:r>
      <w:r>
        <w:t>"Huriyaat-e-Fikr" jo kitaab hai, ke yeh baad ke zamane ka hai jab musalman zawal ka shikar ho</w:t>
      </w:r>
    </w:p>
    <w:p>
      <w:pPr>
        <w:jc w:val="right"/>
      </w:pPr>
      <w:r>
        <w:t>"حریت فکر" جو کتاب ہے، کہ یہ بعد کے زمانے کا ہے جب مسلمان زوال کا شکار ہو</w:t>
      </w:r>
    </w:p>
    <w:p>
      <w:r>
        <w:rPr>
          <w:b/>
        </w:rPr>
        <w:t xml:space="preserve">[13:17] </w:t>
      </w:r>
      <w:r>
        <w:t>gaye ke woh bharkne lage criticism par.</w:t>
      </w:r>
    </w:p>
    <w:p>
      <w:pPr>
        <w:jc w:val="right"/>
      </w:pPr>
      <w:r>
        <w:t>گئے کہ وہ بھڑکنے لگے کریٹیسزم پر۔</w:t>
      </w:r>
    </w:p>
    <w:p>
      <w:r>
        <w:rPr>
          <w:b/>
        </w:rPr>
        <w:t xml:space="preserve">[13:23] </w:t>
      </w:r>
      <w:r>
        <w:t>criticism par bharkna ka koi Islam mein koi khan hi nahi hai.</w:t>
      </w:r>
    </w:p>
    <w:p>
      <w:pPr>
        <w:jc w:val="right"/>
      </w:pPr>
      <w:r>
        <w:t>کریٹیسزم پر بھڑکنا کا کوئی اسلام میں کوئی خان ہی نہیں ہے۔</w:t>
      </w:r>
    </w:p>
    <w:p>
      <w:r>
        <w:rPr>
          <w:b/>
        </w:rPr>
        <w:t xml:space="preserve">[13:30] </w:t>
      </w:r>
      <w:r>
        <w:t>Islam is ko, Islam ki jo spirit hai, woh agar kisi ke andar hai to us ko le</w:t>
      </w:r>
    </w:p>
    <w:p>
      <w:pPr>
        <w:jc w:val="right"/>
      </w:pPr>
      <w:r>
        <w:t>اسلام اس کو، اسلام کی جو اسپرٹ ہے، وہ اگر کسی کے اندر ہے تو اس کو لے</w:t>
      </w:r>
    </w:p>
    <w:p>
      <w:r>
        <w:rPr>
          <w:b/>
        </w:rPr>
        <w:t xml:space="preserve">[13:36] </w:t>
      </w:r>
      <w:r>
        <w:t>kar ke woh discuss karega.</w:t>
      </w:r>
    </w:p>
    <w:p>
      <w:pPr>
        <w:jc w:val="right"/>
      </w:pPr>
      <w:r>
        <w:t>کر کے وہ ڈسکس کرے گا۔</w:t>
      </w:r>
    </w:p>
    <w:p>
      <w:r>
        <w:rPr>
          <w:b/>
        </w:rPr>
        <w:t xml:space="preserve">[13:42] </w:t>
      </w:r>
      <w:r>
        <w:t>kuch bhi koi kahe, woh kahe ke tumhara rasool rasool nahi hai to theek hai, hum tum se</w:t>
      </w:r>
    </w:p>
    <w:p>
      <w:pPr>
        <w:jc w:val="right"/>
      </w:pPr>
      <w:r>
        <w:t>کچھ بھی کوئی کہے، وہ کہے کہ تمہارا رسول رسول نہیں ہے تو ٹھیک ہے، ہم تم سے</w:t>
      </w:r>
    </w:p>
    <w:p>
      <w:r>
        <w:rPr>
          <w:b/>
        </w:rPr>
        <w:t xml:space="preserve">[13:48] </w:t>
      </w:r>
      <w:r>
        <w:t>baat karte hain, hamare paas jo daleel hai, us ko pesh karte hain.</w:t>
      </w:r>
    </w:p>
    <w:p>
      <w:pPr>
        <w:jc w:val="right"/>
      </w:pPr>
      <w:r>
        <w:t>بات کرتے ہیں، ہمارے پاس جو دلیل ہے، اس کو پیش کرتے ہیں۔</w:t>
      </w:r>
    </w:p>
    <w:p>
      <w:r>
        <w:rPr>
          <w:b/>
        </w:rPr>
        <w:t xml:space="preserve">[13:54] </w:t>
      </w:r>
      <w:r>
        <w:t>yeh tasawwur tamam tar paida hua hai yani dour-e-zawaal ke musalmanon mein.</w:t>
      </w:r>
    </w:p>
    <w:p>
      <w:pPr>
        <w:jc w:val="right"/>
      </w:pPr>
      <w:r>
        <w:t>یہ تصور تمام تر پیدا ہوا ہے یعنی دور زوال کے مسلمانوں میں۔</w:t>
      </w:r>
    </w:p>
    <w:p>
      <w:r>
        <w:rPr>
          <w:b/>
        </w:rPr>
        <w:t xml:space="preserve">[14:01] </w:t>
      </w:r>
      <w:r>
        <w:t>Maulana sahib, we often hear that in Muslim countries non-Muslims are not treated equally. Does Islam allow discrimination on the basis of the religion? What would you say to that?</w:t>
      </w:r>
    </w:p>
    <w:p>
      <w:pPr>
        <w:jc w:val="right"/>
      </w:pPr>
      <w:r>
        <w:t>مولانا صاحب، وی آفن ہیئر دیٹ ان مسلم کنٹریز نان مسلمز آر ناٹ ٹریٹڈ ایکولی۔ ڈز اسلام الاؤ ڈسکریمینیشن آن دا بیسز آف دا ریلیجن؟ واٹ وڈ یو سے ٹو دیٹ؟</w:t>
      </w:r>
    </w:p>
    <w:p>
      <w:r>
        <w:rPr>
          <w:b/>
        </w:rPr>
        <w:t xml:space="preserve">[14:14] </w:t>
      </w:r>
      <w:r>
        <w:t>haan, dekhiye, yeh ek masla hai.</w:t>
      </w:r>
    </w:p>
    <w:p>
      <w:pPr>
        <w:jc w:val="right"/>
      </w:pPr>
      <w:r>
        <w:t>ہاں، دیکھیے، یہ ایک مسئلہ ہے۔</w:t>
      </w:r>
    </w:p>
    <w:p>
      <w:r>
        <w:rPr>
          <w:b/>
        </w:rPr>
        <w:t xml:space="preserve">[14:19] </w:t>
      </w:r>
      <w:r>
        <w:t>woh fiqah mein zimmi aur kafir ka farq hota hai.</w:t>
      </w:r>
    </w:p>
    <w:p>
      <w:pPr>
        <w:jc w:val="right"/>
      </w:pPr>
      <w:r>
        <w:t>وہ فقہ میں ذمی اور کافر کا فرق ہوتا ہے۔</w:t>
      </w:r>
    </w:p>
    <w:p>
      <w:r>
        <w:rPr>
          <w:b/>
        </w:rPr>
        <w:t xml:space="preserve">[14:25] </w:t>
      </w:r>
      <w:r>
        <w:t>to jo traditional Islam raha hai, us mein yeh baat thi ke non-muslim par jaziya hoga aur</w:t>
      </w:r>
    </w:p>
    <w:p>
      <w:pPr>
        <w:jc w:val="right"/>
      </w:pPr>
      <w:r>
        <w:t>تو جو ٹریڈیشنل اسلام رہا ہے، اس میں یہ بات تھی کہ نان مسلم پر جزیہ ہوگا اور</w:t>
      </w:r>
    </w:p>
    <w:p>
      <w:r>
        <w:rPr>
          <w:b/>
        </w:rPr>
        <w:t xml:space="preserve">[14:30] </w:t>
      </w:r>
      <w:r>
        <w:t>doosron par tax hoga.</w:t>
      </w:r>
    </w:p>
    <w:p>
      <w:pPr>
        <w:jc w:val="right"/>
      </w:pPr>
      <w:r>
        <w:t>دوسروں پر ٹیکس ہوگا۔</w:t>
      </w:r>
    </w:p>
    <w:p>
      <w:r>
        <w:rPr>
          <w:b/>
        </w:rPr>
        <w:t xml:space="preserve">[14:36] </w:t>
      </w:r>
      <w:r>
        <w:t>is par maine likha hai, meri rai hai ke ab yeh cheez khatam hona chahiye.</w:t>
      </w:r>
    </w:p>
    <w:p>
      <w:pPr>
        <w:jc w:val="right"/>
      </w:pPr>
      <w:r>
        <w:t>اس پر میں نے لکھا ہے، میری رائے ہے کہ اب یہ چیز ختم ہونا چاہیے۔</w:t>
      </w:r>
    </w:p>
    <w:p>
      <w:r>
        <w:rPr>
          <w:b/>
        </w:rPr>
        <w:t xml:space="preserve">[14:41] </w:t>
      </w:r>
      <w:r>
        <w:t>ab yeh hona chahiye ke jo universal norm hai, jo universally accepted principle hai, wahi hamare bhi hon</w:t>
      </w:r>
    </w:p>
    <w:p>
      <w:pPr>
        <w:jc w:val="right"/>
      </w:pPr>
      <w:r>
        <w:t>اب یہ ہونا چاہیے کہ جو یونیورسل نارم ہے، جو یونیورسلی ایکسیپٹڈ پرنسپل ہے، وہی ہمارے بھی ہوں</w:t>
      </w:r>
    </w:p>
    <w:p>
      <w:r>
        <w:rPr>
          <w:b/>
        </w:rPr>
        <w:t xml:space="preserve">[14:47] </w:t>
      </w:r>
      <w:r>
        <w:t>ge social life mein.</w:t>
      </w:r>
    </w:p>
    <w:p>
      <w:pPr>
        <w:jc w:val="right"/>
      </w:pPr>
      <w:r>
        <w:t>گے سوشل لائف میں۔</w:t>
      </w:r>
    </w:p>
    <w:p>
      <w:r>
        <w:rPr>
          <w:b/>
        </w:rPr>
        <w:t xml:space="preserve">[14:53] </w:t>
      </w:r>
      <w:r>
        <w:t>social life mein farq nahi kiya jayega, yani tax sab par ek hi qism ka tax hoga,</w:t>
      </w:r>
    </w:p>
    <w:p>
      <w:pPr>
        <w:jc w:val="right"/>
      </w:pPr>
      <w:r>
        <w:t>سوشل لائف میں فرق نہیں کیا جائے گا، یعنی ٹیکس سب پر ایک ہی قسم کا ٹیکس ہوگا،</w:t>
      </w:r>
    </w:p>
    <w:p>
      <w:r>
        <w:rPr>
          <w:b/>
        </w:rPr>
        <w:t xml:space="preserve">[14:58] </w:t>
      </w:r>
      <w:r>
        <w:t>sab ke human rights ek hi honge, koi farq nahi hoga.</w:t>
      </w:r>
    </w:p>
    <w:p>
      <w:pPr>
        <w:jc w:val="right"/>
      </w:pPr>
      <w:r>
        <w:t>سب کے ہیومن رائٹس ایک ہی ہوں گے، کوئی فرق نہیں ہوگا۔</w:t>
      </w:r>
    </w:p>
    <w:p>
      <w:r>
        <w:rPr>
          <w:b/>
        </w:rPr>
        <w:t xml:space="preserve">[15:04] </w:t>
      </w:r>
      <w:r>
        <w:t>main aap ko ek misaal deta hoon.</w:t>
      </w:r>
    </w:p>
    <w:p>
      <w:pPr>
        <w:jc w:val="right"/>
      </w:pPr>
      <w:r>
        <w:t>میں آپ کو ایک مثال دیتا ہوں۔</w:t>
      </w:r>
    </w:p>
    <w:p>
      <w:r>
        <w:rPr>
          <w:b/>
        </w:rPr>
        <w:t xml:space="preserve">[15:09] </w:t>
      </w:r>
      <w:r>
        <w:t>hazrat Umar second caliph the, un ke zamane mein musalman dakhil hue Palestine mein to Hazrat Umar khud</w:t>
      </w:r>
    </w:p>
    <w:p>
      <w:pPr>
        <w:jc w:val="right"/>
      </w:pPr>
      <w:r>
        <w:t>حضرت عمر سیکنڈ کلیف تھے، ان کے زمانے میں مسلمان داخل ہوئے فلسطین میں تو حضرت عمر خود</w:t>
      </w:r>
    </w:p>
    <w:p>
      <w:r>
        <w:rPr>
          <w:b/>
        </w:rPr>
        <w:t xml:space="preserve">[15:15] </w:t>
      </w:r>
      <w:r>
        <w:t>bhi gaye the wahan par.</w:t>
      </w:r>
    </w:p>
    <w:p>
      <w:pPr>
        <w:jc w:val="right"/>
      </w:pPr>
      <w:r>
        <w:t>بھی گئے تھے وہاں پر۔</w:t>
      </w:r>
    </w:p>
    <w:p>
      <w:r>
        <w:rPr>
          <w:b/>
        </w:rPr>
        <w:t xml:space="preserve">[15:21] </w:t>
      </w:r>
      <w:r>
        <w:t>to Palestinians ke samne unhon ne jo speech di thi, us mein unhon ne kaha tha, us zamane</w:t>
      </w:r>
    </w:p>
    <w:p>
      <w:pPr>
        <w:jc w:val="right"/>
      </w:pPr>
      <w:r>
        <w:t>تو فلسطینیوں کے سامنے انہوں نے جو اسپیچ دی تھی، اس میں انہوں نے کہا تھا، اس زمانے</w:t>
      </w:r>
    </w:p>
    <w:p>
      <w:r>
        <w:rPr>
          <w:b/>
        </w:rPr>
        <w:t xml:space="preserve">[15:26] </w:t>
      </w:r>
      <w:r>
        <w:t>mein Palestine ka naam hota tha Aelia. Aelia.</w:t>
      </w:r>
    </w:p>
    <w:p>
      <w:pPr>
        <w:jc w:val="right"/>
      </w:pPr>
      <w:r>
        <w:t>میں فلسطین کا نام ہوتا تھا ایلیا۔ ایلیا۔</w:t>
      </w:r>
    </w:p>
    <w:p>
      <w:r>
        <w:rPr>
          <w:b/>
        </w:rPr>
        <w:t xml:space="preserve">[15:32] </w:t>
      </w:r>
      <w:r>
        <w:t>unhon ne kaha tha, "Ya Aelia, lakum malna wa alaikum malna." "Ya Aelia, lakum malna wa alaikum malna."</w:t>
      </w:r>
    </w:p>
    <w:p>
      <w:pPr>
        <w:jc w:val="right"/>
      </w:pPr>
      <w:r>
        <w:t>انہوں نے کہا تھا، "یا ال ایلیا، لکم مالنا وعلیکم مالنا۔" "یا ال ایلیا، لکم مالنا وعلیکم مالنا۔"</w:t>
      </w:r>
    </w:p>
    <w:p>
      <w:r>
        <w:rPr>
          <w:b/>
        </w:rPr>
        <w:t xml:space="preserve">[15:37] </w:t>
      </w:r>
      <w:r>
        <w:t>yani ae Palestine ke logon, hamara tumhara muamla bilkul equal hoga.</w:t>
      </w:r>
    </w:p>
    <w:p>
      <w:pPr>
        <w:jc w:val="right"/>
      </w:pPr>
      <w:r>
        <w:t>یعنی اے فلسطین کے لوگوں، ہمارا تمہارا معاملہ بالکل ایکول ہوگا۔</w:t>
      </w:r>
    </w:p>
    <w:p>
      <w:r>
        <w:rPr>
          <w:b/>
        </w:rPr>
        <w:t xml:space="preserve">[15:43] </w:t>
      </w:r>
      <w:r>
        <w:t>jo hamare huqooq, wahi tumhare huqooq.</w:t>
      </w:r>
    </w:p>
    <w:p>
      <w:pPr>
        <w:jc w:val="right"/>
      </w:pPr>
      <w:r>
        <w:t>جو ہمارے حقوق، وہی تمہارے حقوق۔</w:t>
      </w:r>
    </w:p>
    <w:p>
      <w:r>
        <w:rPr>
          <w:b/>
        </w:rPr>
        <w:t xml:space="preserve">[15:48] </w:t>
      </w:r>
      <w:r>
        <w:t>jo hamare liye ghalat, woh tumhare liye bhi ghalat.</w:t>
      </w:r>
    </w:p>
    <w:p>
      <w:pPr>
        <w:jc w:val="right"/>
      </w:pPr>
      <w:r>
        <w:t>جو ہمارے لیے غلط، وہ تمہارے لیے بھی غلط۔</w:t>
      </w:r>
    </w:p>
    <w:p>
      <w:r>
        <w:rPr>
          <w:b/>
        </w:rPr>
        <w:t xml:space="preserve">[15:54] </w:t>
      </w:r>
      <w:r>
        <w:t>koi farq nahi hoga.</w:t>
      </w:r>
    </w:p>
    <w:p>
      <w:pPr>
        <w:jc w:val="right"/>
      </w:pPr>
      <w:r>
        <w:t>کوئی فرق نہیں ہوگا۔</w:t>
      </w:r>
    </w:p>
    <w:p>
      <w:r>
        <w:rPr>
          <w:b/>
        </w:rPr>
        <w:t xml:space="preserve">[16:00] </w:t>
      </w:r>
      <w:r>
        <w:t>to yeh zimmi aur muslim ka farq jo hai, yeh haqeeqat mein hai hi nahi Islam mein.</w:t>
      </w:r>
    </w:p>
    <w:p>
      <w:pPr>
        <w:jc w:val="right"/>
      </w:pPr>
      <w:r>
        <w:t>تو یہ ذمی اور مسلم کا فرق جو ہے، یہ حقیقت میں ہے ہی نہیں اسلام میں۔</w:t>
      </w:r>
    </w:p>
    <w:p>
      <w:r>
        <w:rPr>
          <w:b/>
        </w:rPr>
        <w:t xml:space="preserve">[16:05] </w:t>
      </w:r>
      <w:r>
        <w:t>yeh baad ko jo hukoomaten qaim huin, jo dynasty thi, us mein yeh sab cheezen chalai gayin.</w:t>
      </w:r>
    </w:p>
    <w:p>
      <w:pPr>
        <w:jc w:val="right"/>
      </w:pPr>
      <w:r>
        <w:t>یہ بعد کو جو حکومتیں قائم ہوئیں، جو ڈائنسٹی تھی، اس میں یہ سب چیزیں چلائی گئیں۔</w:t>
      </w:r>
    </w:p>
    <w:p>
      <w:r>
        <w:rPr>
          <w:b/>
        </w:rPr>
        <w:t xml:space="preserve">[16:11] </w:t>
      </w:r>
      <w:r>
        <w:t>ab mein samajhta hoon ke hum islam ka asal usool hai, is ki taraf lotna chahiye aur tamam</w:t>
      </w:r>
    </w:p>
    <w:p>
      <w:pPr>
        <w:jc w:val="right"/>
      </w:pPr>
      <w:r>
        <w:t>اب میں سمجھتا ہوں کہ ہم اسلام کا اصل اصول ہے، اس کی طرف لوٹنا چاہیے اور تمام</w:t>
      </w:r>
    </w:p>
    <w:p>
      <w:r>
        <w:rPr>
          <w:b/>
        </w:rPr>
        <w:t xml:space="preserve">[16:16] </w:t>
      </w:r>
      <w:r>
        <w:t>muslim countries mein yeh ikhtiyar karna chahiye tareeqa ke sab ke liye equal rights, taxation ki policy sab</w:t>
      </w:r>
    </w:p>
    <w:p>
      <w:pPr>
        <w:jc w:val="right"/>
      </w:pPr>
      <w:r>
        <w:t>مسلم کنٹریز میں یہ اختیار کرنا چاہیے طریقہ کہ سب کے لیے ایکول رائٹ، ٹیکسٹیشن کی پالیسی سب</w:t>
      </w:r>
    </w:p>
    <w:p>
      <w:r>
        <w:rPr>
          <w:b/>
        </w:rPr>
        <w:t xml:space="preserve">[16:22] </w:t>
      </w:r>
      <w:r>
        <w:t>ke liye ek.</w:t>
      </w:r>
    </w:p>
    <w:p>
      <w:pPr>
        <w:jc w:val="right"/>
      </w:pPr>
      <w:r>
        <w:t>کے لیے ایک۔</w:t>
      </w:r>
    </w:p>
    <w:p>
      <w:r>
        <w:rPr>
          <w:b/>
        </w:rPr>
        <w:t xml:space="preserve">[16:28] </w:t>
      </w:r>
      <w:r>
        <w:t>koi zimmi aur koi muslim nahin.</w:t>
      </w:r>
    </w:p>
    <w:p>
      <w:pPr>
        <w:jc w:val="right"/>
      </w:pPr>
      <w:r>
        <w:t>کوئی ذمی اور کوئی مسلم نہیں۔</w:t>
      </w:r>
    </w:p>
    <w:p>
      <w:r>
        <w:rPr>
          <w:b/>
        </w:rPr>
        <w:t xml:space="preserve">[16:33] </w:t>
      </w:r>
      <w:r>
        <w:t>woh aqeeday ki baat hai.</w:t>
      </w:r>
    </w:p>
    <w:p>
      <w:pPr>
        <w:jc w:val="right"/>
      </w:pPr>
      <w:r>
        <w:t>وہ عقیدے کی بات ہے۔</w:t>
      </w:r>
    </w:p>
    <w:p>
      <w:r>
        <w:rPr>
          <w:b/>
        </w:rPr>
        <w:t xml:space="preserve">[16:39] </w:t>
      </w:r>
      <w:r>
        <w:t>masjid mein aap ibadat apne tareeqay par kijiye, lekin social life jo hai, social life mein sab ka</w:t>
      </w:r>
    </w:p>
    <w:p>
      <w:pPr>
        <w:jc w:val="right"/>
      </w:pPr>
      <w:r>
        <w:t>مسجد میں آپ عبادت اپنے طریقے پر کیجیے، لیکن سوشل لائف جو ہے، سوشل لائف میں سب کا</w:t>
      </w:r>
    </w:p>
    <w:p>
      <w:r>
        <w:rPr>
          <w:b/>
        </w:rPr>
        <w:t xml:space="preserve">[16:44] </w:t>
      </w:r>
      <w:r>
        <w:t>ek hi mamla hoga.</w:t>
      </w:r>
    </w:p>
    <w:p>
      <w:pPr>
        <w:jc w:val="right"/>
      </w:pPr>
      <w:r>
        <w:t>ایک ہی معاملہ ہوگا۔</w:t>
      </w:r>
    </w:p>
    <w:p>
      <w:r>
        <w:rPr>
          <w:b/>
        </w:rPr>
        <w:t xml:space="preserve">[16:50] </w:t>
      </w:r>
      <w:r>
        <w:t>social life mein koi farq nahin hoga.</w:t>
      </w:r>
    </w:p>
    <w:p>
      <w:pPr>
        <w:jc w:val="right"/>
      </w:pPr>
      <w:r>
        <w:t>سوشل لائف میں کوئی فرق نہیں ہوگا۔</w:t>
      </w:r>
    </w:p>
    <w:p>
      <w:r>
        <w:rPr>
          <w:b/>
        </w:rPr>
        <w:t xml:space="preserve">[16:56] </w:t>
      </w:r>
      <w:r>
        <w:t>Maulana, we have received a question from one of the viewers, and the name of the person is Akramullah Dutani, and he wants to know from you that why did Prophet of Islam get angry when he saw Umar reading Torah?</w:t>
      </w:r>
    </w:p>
    <w:p>
      <w:pPr>
        <w:jc w:val="right"/>
      </w:pPr>
      <w:r>
        <w:t>مولانا، وی ہیو ریسیوڈ اے کوئسچن فرام ون آف دا ویورز، اینڈ دی نیم آف دی پرسن از اکرم اللہ دوتانی، اینڈ ہی وانٹس ٹو نو فرام یو دیٹ وائی ڈیڈ پرافٹ آف اسلام گیٹ اینگری وین ہی سو عمر ریڈنگ تورہ؟</w:t>
      </w:r>
    </w:p>
    <w:p>
      <w:r>
        <w:rPr>
          <w:b/>
        </w:rPr>
        <w:t xml:space="preserve">[17:16] </w:t>
      </w:r>
      <w:r>
        <w:t>dekhiye, yeh baat jo hai, koi absolute sense mein nahin hai.</w:t>
      </w:r>
    </w:p>
    <w:p>
      <w:pPr>
        <w:jc w:val="right"/>
      </w:pPr>
      <w:r>
        <w:t>دیکھیے، یہ بات جو ہے، کوئی ایبسولیوٹ سینس میں نہیں ہے۔</w:t>
      </w:r>
    </w:p>
    <w:p>
      <w:r>
        <w:rPr>
          <w:b/>
        </w:rPr>
        <w:t xml:space="preserve">[17:21] </w:t>
      </w:r>
      <w:r>
        <w:t>masla yeh tha ke yeh painting age ka zamana hi tha, woh aise hath mein likhe hue warq hote thay.</w:t>
      </w:r>
    </w:p>
    <w:p>
      <w:pPr>
        <w:jc w:val="right"/>
      </w:pPr>
      <w:r>
        <w:t>مسئلہ یہ تھا کہ یہ پینٹنگ ایج کا زمانہ ہی تھا، وہ ایسے ہاتھ میں لکھے ہوئے ورق ہوتے تھے۔</w:t>
      </w:r>
    </w:p>
    <w:p>
      <w:r>
        <w:rPr>
          <w:b/>
        </w:rPr>
        <w:t xml:space="preserve">[17:27] </w:t>
      </w:r>
      <w:r>
        <w:t>aaj kal jaise kitabein chapi hui hoti hain aur binding hui hoti hai, woh aisa nahin hota.</w:t>
      </w:r>
    </w:p>
    <w:p>
      <w:pPr>
        <w:jc w:val="right"/>
      </w:pPr>
      <w:r>
        <w:t>آج کل جیسے کتابیں چھپی ہوئی ہوتی ہیں اور بائنڈنگ ہوئی ہوتی ہے، وہ ایسا نہیں ہوتا۔</w:t>
      </w:r>
    </w:p>
    <w:p>
      <w:r>
        <w:rPr>
          <w:b/>
        </w:rPr>
        <w:t xml:space="preserve">[17:33] </w:t>
      </w:r>
      <w:r>
        <w:t>to shuru zamane mein rasool Allah ne bohat ziyada is ka ehtimam kiya ke quran ke paper, doosri</w:t>
      </w:r>
    </w:p>
    <w:p>
      <w:pPr>
        <w:jc w:val="right"/>
      </w:pPr>
      <w:r>
        <w:t>تو شروع زمانے میں رسول اللہ نے بہت زیادہ اس کا اہتمام کیا کہ قرآن کے پیپر، دوسری</w:t>
      </w:r>
    </w:p>
    <w:p>
      <w:r>
        <w:rPr>
          <w:b/>
        </w:rPr>
        <w:t xml:space="preserve">[17:39] </w:t>
      </w:r>
      <w:r>
        <w:t>kitabon ke paper mil na jayein.</w:t>
      </w:r>
    </w:p>
    <w:p>
      <w:pPr>
        <w:jc w:val="right"/>
      </w:pPr>
      <w:r>
        <w:t>کتابوں کے پیپر مل نہ جائیں۔</w:t>
      </w:r>
    </w:p>
    <w:p>
      <w:r>
        <w:rPr>
          <w:b/>
        </w:rPr>
        <w:t xml:space="preserve">[17:45] </w:t>
      </w:r>
      <w:r>
        <w:t>kyun ke woh aisa nahin tha ke binding book thi, woh jo liye thay, woh warq tha aur quran</w:t>
      </w:r>
    </w:p>
    <w:p>
      <w:pPr>
        <w:jc w:val="right"/>
      </w:pPr>
      <w:r>
        <w:t>کیونکہ وہ ایسا نہیں تھا کہ بائنڈنگ بک تھی، وہ جو لیے تھے، وہ ورق تھا اور قرآن</w:t>
      </w:r>
    </w:p>
    <w:p>
      <w:r>
        <w:rPr>
          <w:b/>
        </w:rPr>
        <w:t xml:space="preserve">[17:50] </w:t>
      </w:r>
      <w:r>
        <w:t>bhi warq ki shakal mein tha.</w:t>
      </w:r>
    </w:p>
    <w:p>
      <w:pPr>
        <w:jc w:val="right"/>
      </w:pPr>
      <w:r>
        <w:t>بھی ورق کی شکل میں تھا۔</w:t>
      </w:r>
    </w:p>
    <w:p>
      <w:r>
        <w:rPr>
          <w:b/>
        </w:rPr>
        <w:t xml:space="preserve">[17:56] </w:t>
      </w:r>
      <w:r>
        <w:t>to quran ko mehfooz karne ke liye yeh sab kiya.</w:t>
      </w:r>
    </w:p>
    <w:p>
      <w:pPr>
        <w:jc w:val="right"/>
      </w:pPr>
      <w:r>
        <w:t>تو قرآن کو محفوظ کرنے کے لیے یہ سب کیا۔</w:t>
      </w:r>
    </w:p>
    <w:p>
      <w:r>
        <w:rPr>
          <w:b/>
        </w:rPr>
        <w:t xml:space="preserve">[18:02] </w:t>
      </w:r>
      <w:r>
        <w:t>rasool Allah ne is zamane mein yeh bhi kaha tha ke hadith mat likho, yeh bhi kaha tha,</w:t>
      </w:r>
    </w:p>
    <w:p>
      <w:pPr>
        <w:jc w:val="right"/>
      </w:pPr>
      <w:r>
        <w:t>رسول اللہ نے اس زمانے میں یہ بھی کہا تھا کہ حدیث مت لکھو، یہ بھی کہا تھا،</w:t>
      </w:r>
    </w:p>
    <w:p>
      <w:r>
        <w:rPr>
          <w:b/>
        </w:rPr>
        <w:t xml:space="preserve">[18:08] </w:t>
      </w:r>
      <w:r>
        <w:t>"la taktuboo anni ghair al quran." lekin baad ko jab quran jo hai, mehfooz ho gaya to aap ne</w:t>
      </w:r>
    </w:p>
    <w:p>
      <w:pPr>
        <w:jc w:val="right"/>
      </w:pPr>
      <w:r>
        <w:t>"لا تكتبوا عنی غیر القرآن۔" لیکن بعد کو جب قرآن جو ہے، محفوظ ہو گیا تو آپ نے</w:t>
      </w:r>
    </w:p>
    <w:p>
      <w:r>
        <w:rPr>
          <w:b/>
        </w:rPr>
        <w:t xml:space="preserve">[18:14] </w:t>
      </w:r>
      <w:r>
        <w:t>ijazat de di logon ko ke "qeedoo alaykum bil kitaba." is qism ki cheezein jo hain, kisi absolute sense</w:t>
      </w:r>
    </w:p>
    <w:p>
      <w:pPr>
        <w:jc w:val="right"/>
      </w:pPr>
      <w:r>
        <w:t>اجازت دے دی لوگوں کو کہ "قیدوا علیم بالکتابہ۔" اس قسم کی چیزیں جو ہیں، کسی ایبسولیوٹ سینس</w:t>
      </w:r>
    </w:p>
    <w:p>
      <w:r>
        <w:rPr>
          <w:b/>
        </w:rPr>
        <w:t xml:space="preserve">[18:20] </w:t>
      </w:r>
      <w:r>
        <w:t>mein nahin hain, balke waqti tor par, waqt zaroorat ke tehat hain.</w:t>
      </w:r>
    </w:p>
    <w:p>
      <w:pPr>
        <w:jc w:val="right"/>
      </w:pPr>
      <w:r>
        <w:t>میں نہیں ہیں، بلکہ وقتی طور پر، وقت ضرورت کے تحت ہیں۔</w:t>
      </w:r>
    </w:p>
    <w:p>
      <w:r>
        <w:rPr>
          <w:b/>
        </w:rPr>
        <w:t xml:space="preserve">[18:25] </w:t>
      </w:r>
      <w:r>
        <w:t>chunki woh zamana press ka zamana nahin tha, mamooli kaghaz par cheezein likhi jati theen, bohat hi mamooli.</w:t>
      </w:r>
    </w:p>
    <w:p>
      <w:pPr>
        <w:jc w:val="right"/>
      </w:pPr>
      <w:r>
        <w:t>چونکہ وہ زمانہ پریس کا زمانہ نہیں تھا، معمولی کاغذ پر چیزیں لکھی جاتی تھیں، بہت ہی معمولی۔</w:t>
      </w:r>
    </w:p>
    <w:p>
      <w:r>
        <w:rPr>
          <w:b/>
        </w:rPr>
        <w:t xml:space="preserve">[18:31] </w:t>
      </w:r>
      <w:r>
        <w:t>to ek doosre mein mix ho jaye aur quran ke safhaat, doosre safhaat shamil ho jayein to aap</w:t>
      </w:r>
    </w:p>
    <w:p>
      <w:pPr>
        <w:jc w:val="right"/>
      </w:pPr>
      <w:r>
        <w:t>تو ایک دوسرے میں مکس ہو جائے اور قرآن کے صفحات، دوسرے صفحات شامل ہو جائیں تو آپ</w:t>
      </w:r>
    </w:p>
    <w:p>
      <w:r>
        <w:rPr>
          <w:b/>
        </w:rPr>
        <w:t xml:space="preserve">[18:37] </w:t>
      </w:r>
      <w:r>
        <w:t>ne kaha ke is ko alag rakho, is ko alag rakho.</w:t>
      </w:r>
    </w:p>
    <w:p>
      <w:pPr>
        <w:jc w:val="right"/>
      </w:pPr>
      <w:r>
        <w:t>نے کہا کہ اس کو الگ رکھو، اس کو الگ رکھو۔</w:t>
      </w:r>
    </w:p>
    <w:p>
      <w:r>
        <w:rPr>
          <w:b/>
        </w:rPr>
        <w:t xml:space="preserve">[18:43] </w:t>
      </w:r>
      <w:r>
        <w:t>to is ka talluq yaad rakhiye, quran ki hifazat se hai.</w:t>
      </w:r>
    </w:p>
    <w:p>
      <w:pPr>
        <w:jc w:val="right"/>
      </w:pPr>
      <w:r>
        <w:t>تو اس کا تعلق یاد رکھیے، قرآن کی حفاظت سے ہے۔</w:t>
      </w:r>
    </w:p>
    <w:p>
      <w:r>
        <w:rPr>
          <w:b/>
        </w:rPr>
        <w:t xml:space="preserve">[18:49] </w:t>
      </w:r>
      <w:r>
        <w:t>yeh koi absolute principle nahin hai.</w:t>
      </w:r>
    </w:p>
    <w:p>
      <w:pPr>
        <w:jc w:val="right"/>
      </w:pPr>
      <w:r>
        <w:t>یہ کوئی ایبسولیوٹ پرنسپل نہیں ہے۔</w:t>
      </w:r>
    </w:p>
    <w:p>
      <w:r>
        <w:rPr>
          <w:b/>
        </w:rPr>
        <w:t xml:space="preserve">[18:55] </w:t>
      </w:r>
      <w:r>
        <w:t>Molana sahib, some people in fact even advocate the end of faith, that is that there is no need of religion. They say that human progress and science is enough to be considered as guide for humanity. So what would you say to such people?</w:t>
      </w:r>
    </w:p>
    <w:p>
      <w:pPr>
        <w:jc w:val="right"/>
      </w:pPr>
      <w:r>
        <w:t>مولانا صاحب، سم پیپل ان فیکٹ ایون ایڈوکیٹ دی اینڈ آف فیتھ، دیٹ از دیٹ دیر از نو نیڈ آف ریلیجن۔ دے سے دیٹ ہیومن پروگریس اینڈ سائنس از انف ٹو بی کنسیڈر ایز گائیڈ فار ہیومینٹی۔ سو واٹ وڈ یو سے ٹو سچ پیپل؟</w:t>
      </w:r>
    </w:p>
    <w:p>
      <w:r>
        <w:rPr>
          <w:b/>
        </w:rPr>
        <w:t xml:space="preserve">[19:13] </w:t>
      </w:r>
      <w:r>
        <w:t>dekhiye, yeh to baat kahani ki baat hai.</w:t>
      </w:r>
    </w:p>
    <w:p>
      <w:pPr>
        <w:jc w:val="right"/>
      </w:pPr>
      <w:r>
        <w:t>دیکھیے، یہ تو بات کہانی کی بات ہے۔</w:t>
      </w:r>
    </w:p>
    <w:p>
      <w:r>
        <w:rPr>
          <w:b/>
        </w:rPr>
        <w:t xml:space="preserve">[19:17] </w:t>
      </w:r>
      <w:r>
        <w:t>ek koi scientific theory to hai nahin.</w:t>
      </w:r>
    </w:p>
    <w:p>
      <w:pPr>
        <w:jc w:val="right"/>
      </w:pPr>
      <w:r>
        <w:t>ایک کوئی سائنٹیفک تھیوری تو ہے نہیں۔</w:t>
      </w:r>
    </w:p>
    <w:p>
      <w:r>
        <w:rPr>
          <w:b/>
        </w:rPr>
        <w:t xml:space="preserve">[19:22] </w:t>
      </w:r>
      <w:r>
        <w:t>koi aisi scientific discovery hui ho jis se religious, jo religion irrelevant ho gaya ho, aisa to koi</w:t>
      </w:r>
    </w:p>
    <w:p>
      <w:pPr>
        <w:jc w:val="right"/>
      </w:pPr>
      <w:r>
        <w:t>کوئی ایسی سائنٹیفک ڈسکوری ہوئی ہو جس سے ریلیجس، جو ریلیجن ایریلیونٹ ہو گیا ہو، ایسا تو کوئی</w:t>
      </w:r>
    </w:p>
    <w:p>
      <w:r>
        <w:rPr>
          <w:b/>
        </w:rPr>
        <w:t xml:space="preserve">[19:27] </w:t>
      </w:r>
      <w:r>
        <w:t>mein jaanta nahin.</w:t>
      </w:r>
    </w:p>
    <w:p>
      <w:pPr>
        <w:jc w:val="right"/>
      </w:pPr>
      <w:r>
        <w:t>میں جانتا نہیں۔</w:t>
      </w:r>
    </w:p>
    <w:p>
      <w:r>
        <w:rPr>
          <w:b/>
        </w:rPr>
        <w:t xml:space="preserve">[19:31] </w:t>
      </w:r>
      <w:r>
        <w:t>kahani ke liye to aadmi kuch bhi keh sakta hai.</w:t>
      </w:r>
    </w:p>
    <w:p>
      <w:pPr>
        <w:jc w:val="right"/>
      </w:pPr>
      <w:r>
        <w:t>کہانی کے لیے تو آدمی کچھ بھی کہہ سکتا ہے۔</w:t>
      </w:r>
    </w:p>
    <w:p>
      <w:r>
        <w:rPr>
          <w:b/>
        </w:rPr>
        <w:t xml:space="preserve">[19:36] </w:t>
      </w:r>
      <w:r>
        <w:t>koi keh sakta hai ke horticulture band karo, sirf agriculture chalao.</w:t>
      </w:r>
    </w:p>
    <w:p>
      <w:pPr>
        <w:jc w:val="right"/>
      </w:pPr>
      <w:r>
        <w:t>کوئی کہہ سکتا ہے کہ ہارٹیکلچر بند کرو، صرف ایگریکلچر چلاؤ۔</w:t>
      </w:r>
    </w:p>
    <w:p>
      <w:r>
        <w:rPr>
          <w:b/>
        </w:rPr>
        <w:t xml:space="preserve">[19:41] </w:t>
      </w:r>
      <w:r>
        <w:t>kuch bhi keh sakta hai aadmi.</w:t>
      </w:r>
    </w:p>
    <w:p>
      <w:pPr>
        <w:jc w:val="right"/>
      </w:pPr>
      <w:r>
        <w:t>کچھ بھی کہہ سکتا ہے آدمی۔</w:t>
      </w:r>
    </w:p>
    <w:p>
      <w:r>
        <w:rPr>
          <w:b/>
        </w:rPr>
        <w:t xml:space="preserve">[19:45] </w:t>
      </w:r>
      <w:r>
        <w:t>kehne ke liye koi scientific base honi chahiye, koi research honi chahiye.</w:t>
      </w:r>
    </w:p>
    <w:p>
      <w:pPr>
        <w:jc w:val="right"/>
      </w:pPr>
      <w:r>
        <w:t>کہنے کے لیے کوئی سائنٹیفک بیس ہونی چاہیے، کوئی ریسرچ ہونی چاہیے۔</w:t>
      </w:r>
    </w:p>
    <w:p>
      <w:r>
        <w:rPr>
          <w:b/>
        </w:rPr>
        <w:t xml:space="preserve">[19:50] </w:t>
      </w:r>
      <w:r>
        <w:t>to aisi to mere ilm mein ab tak hai nahin.</w:t>
      </w:r>
    </w:p>
    <w:p>
      <w:pPr>
        <w:jc w:val="right"/>
      </w:pPr>
      <w:r>
        <w:t>تو ایسی تو میرے علم میں اب تک ہے نہیں۔</w:t>
      </w:r>
    </w:p>
    <w:p>
      <w:r>
        <w:rPr>
          <w:b/>
        </w:rPr>
        <w:t xml:space="preserve">[19:55] </w:t>
      </w:r>
      <w:r>
        <w:t>aisi apna ek khayal hai, woh unhon ne likh diya aur chhap gaya.</w:t>
      </w:r>
    </w:p>
    <w:p>
      <w:pPr>
        <w:jc w:val="right"/>
      </w:pPr>
      <w:r>
        <w:t>ایسی اپنا ایک خیال ہے، وہ انہوں نے لکھ دیا اور چھپ گیا۔</w:t>
      </w:r>
    </w:p>
    <w:p>
      <w:r>
        <w:rPr>
          <w:b/>
        </w:rPr>
        <w:t xml:space="preserve">[19:59] </w:t>
      </w:r>
      <w:r>
        <w:t>isi se jab tak koi koi daleel na ho, koi scientific discovery na ho, koi national base aadmi</w:t>
      </w:r>
    </w:p>
    <w:p>
      <w:pPr>
        <w:jc w:val="right"/>
      </w:pPr>
      <w:r>
        <w:t>اسی سے جب تک کوئی کوئی دلیل نہ ہو، کوئی سائنٹیفک ڈسکوری نہ ہو، کوئی نیشنل بیس آدمی</w:t>
      </w:r>
    </w:p>
    <w:p>
      <w:r>
        <w:rPr>
          <w:b/>
        </w:rPr>
        <w:t xml:space="preserve">[20:04] </w:t>
      </w:r>
      <w:r>
        <w:t>ne pesh kare, tab tak woh mein us ko consider nahin karta.</w:t>
      </w:r>
    </w:p>
    <w:p>
      <w:pPr>
        <w:jc w:val="right"/>
      </w:pPr>
      <w:r>
        <w:t>نے پیش کرے، تب تک وہ میں اس کو کنسیڈر نہیں کرتا۔</w:t>
      </w:r>
    </w:p>
    <w:p>
      <w:r>
        <w:rPr>
          <w:b/>
        </w:rPr>
        <w:t xml:space="preserve">[20:09] </w:t>
      </w:r>
      <w:r>
        <w:t>in fact, you know, one of the reasons that people give for criticizing religion is that they hold religion as responsible for all the violence and extremism that we see in today world. and they say that this is because of the religion. so what would you say to that?</w:t>
      </w:r>
    </w:p>
    <w:p>
      <w:pPr>
        <w:jc w:val="right"/>
      </w:pPr>
      <w:r>
        <w:t>ان فیکٹ، یو نو، ون آف دی ریزن دیٹ پیپل گیو فار کریٹیسائزنگ ریلیجن از دیٹ دے ہولڈ ریلیجن ایز ریسپانسبل فار آل دی وائلنس اینڈ ایکسٹریمزم دیٹ وی سی ان ٹوڈے ورلڈ۔ اینڈ دے سے دیٹ دس از بیکاز آف دی ریلیجن۔ سو واٹ وڈ یو سے ٹو دیٹ؟</w:t>
      </w:r>
    </w:p>
    <w:p>
      <w:r>
        <w:rPr>
          <w:b/>
        </w:rPr>
        <w:t xml:space="preserve">[20:28] </w:t>
      </w:r>
      <w:r>
        <w:t>dekhiye, religion hargiz nahin hai, albattah jo log apne aap ko religious ka naam lete hain, un ki</w:t>
      </w:r>
    </w:p>
    <w:p>
      <w:pPr>
        <w:jc w:val="right"/>
      </w:pPr>
      <w:r>
        <w:t>دیکھیے، ریلیجن ہرگز نہیں ہے، البتہ جو لوگ اپنے آپ کو ریلیجس کا نام لیتے ہیں، ان کی</w:t>
      </w:r>
    </w:p>
    <w:p>
      <w:r>
        <w:rPr>
          <w:b/>
        </w:rPr>
        <w:t xml:space="preserve">[20:34] </w:t>
      </w:r>
      <w:r>
        <w:t>wajah se yeh sab paida hua hai.</w:t>
      </w:r>
    </w:p>
    <w:p>
      <w:pPr>
        <w:jc w:val="right"/>
      </w:pPr>
      <w:r>
        <w:t>وجہ سے یہ سب پیدا ہوا ہے۔</w:t>
      </w:r>
    </w:p>
    <w:p>
      <w:r>
        <w:rPr>
          <w:b/>
        </w:rPr>
        <w:t xml:space="preserve">[20:41] </w:t>
      </w:r>
      <w:r>
        <w:t>جہاں تک ریلیجن کی بات ہے، تو آپ دیکھیے، بائبل میں تو ہے کہ "love your enemy"۔</w:t>
      </w:r>
    </w:p>
    <w:p>
      <w:pPr>
        <w:jc w:val="right"/>
      </w:pPr>
      <w:r>
        <w:t>جہاں تک ریلیجن کی بات ہے، تو آپ دیکھیے، بائبل میں تو ہے کہ "لو یور اینمی"۔</w:t>
      </w:r>
    </w:p>
    <w:p>
      <w:r>
        <w:rPr>
          <w:b/>
        </w:rPr>
        <w:t xml:space="preserve">[20:47] </w:t>
      </w:r>
      <w:r>
        <w:t>quran mein yeh hai ke enemy ke sath acha sulook karo, woh tumhara dost ban jayega.</w:t>
      </w:r>
    </w:p>
    <w:p>
      <w:pPr>
        <w:jc w:val="right"/>
      </w:pPr>
      <w:r>
        <w:t>قرآن میں یہ ہے کہ اینمی کے ساتھ اچھا سلوک کرو، وہ تمہارا دوست بن جائے گا۔</w:t>
      </w:r>
    </w:p>
    <w:p>
      <w:r>
        <w:rPr>
          <w:b/>
        </w:rPr>
        <w:t xml:space="preserve">[20:54] </w:t>
      </w:r>
      <w:r>
        <w:t>تو Bible mein aur Quran mein donon mein ek hi baat kahi gayi hai ki koi tumhara dushman</w:t>
      </w:r>
    </w:p>
    <w:p>
      <w:pPr>
        <w:jc w:val="right"/>
      </w:pPr>
      <w:r>
        <w:t>تو بائبل میں اور قرآن میں دونوں میں ایک ہی بات کہی گئی ہے کہ کوئی تمہارا دشمن</w:t>
      </w:r>
    </w:p>
    <w:p>
      <w:r>
        <w:rPr>
          <w:b/>
        </w:rPr>
        <w:t xml:space="preserve">[21:00] </w:t>
      </w:r>
      <w:r>
        <w:t>nahin, sab tumhare dost hain.</w:t>
      </w:r>
    </w:p>
    <w:p>
      <w:pPr>
        <w:jc w:val="right"/>
      </w:pPr>
      <w:r>
        <w:t>نہیں، سب تمہارے دوست ہیں۔</w:t>
      </w:r>
    </w:p>
    <w:p>
      <w:r>
        <w:rPr>
          <w:b/>
        </w:rPr>
        <w:t xml:space="preserve">[21:07] </w:t>
      </w:r>
      <w:r>
        <w:t>koi actual dost hai, koi potential dost hai.</w:t>
      </w:r>
    </w:p>
    <w:p>
      <w:pPr>
        <w:jc w:val="right"/>
      </w:pPr>
      <w:r>
        <w:t>کوئی ایکچول دوست ہے، کوئی پوٹینشل دوست ہے۔</w:t>
      </w:r>
    </w:p>
    <w:p>
      <w:r>
        <w:rPr>
          <w:b/>
        </w:rPr>
        <w:t xml:space="preserve">[21:13] </w:t>
      </w:r>
      <w:r>
        <w:t>تو مذہب کی تعلیم سے تجدید آیا ہے، یہ تو بالکل baseless بات ہے۔</w:t>
      </w:r>
    </w:p>
    <w:p>
      <w:pPr>
        <w:jc w:val="right"/>
      </w:pPr>
      <w:r>
        <w:t>تو مذہب کی تعلیم سے تجدید آیا ہے، یہ تو بالکل بیسلیس بات ہے۔</w:t>
      </w:r>
    </w:p>
    <w:p>
      <w:r>
        <w:rPr>
          <w:b/>
        </w:rPr>
        <w:t xml:space="preserve">[21:20] </w:t>
      </w:r>
      <w:r>
        <w:t>lekin jo log mazhab ko naam lete hain, unhon ne zaroor jangain chhedi hain, violence kiya hai.</w:t>
      </w:r>
    </w:p>
    <w:p>
      <w:pPr>
        <w:jc w:val="right"/>
      </w:pPr>
      <w:r>
        <w:t>لیکن جو لوگ مذہب کو نام لیتے ہیں، انہوں نے ضرور جنگیں چھیڑی ہیں، وائلنس کیا ہے۔</w:t>
      </w:r>
    </w:p>
    <w:p>
      <w:r>
        <w:rPr>
          <w:b/>
        </w:rPr>
        <w:t xml:space="preserve">[21:26] </w:t>
      </w:r>
      <w:r>
        <w:t>تو اس کا بلیپ جاتا ہے کمییونٹی کو، نہ کہ مذہب کو۔</w:t>
      </w:r>
    </w:p>
    <w:p>
      <w:pPr>
        <w:jc w:val="right"/>
      </w:pPr>
      <w:r>
        <w:t>تو اس کا بلیپ جاتا ہے کمیونٹی کو، نہ کہ مذہب کو۔</w:t>
      </w:r>
    </w:p>
    <w:p>
      <w:r>
        <w:rPr>
          <w:b/>
        </w:rPr>
        <w:t xml:space="preserve">[21:33] </w:t>
      </w:r>
      <w:r>
        <w:t>Maulana sahib, you have written more than two hundred books, and one of the underlying message in all those books is peace. In fact, in your latest books, The Age of Peace, you mention that peace is the summum bonum. But we see that in the Quran itself, there are several verses which talk about war and violence. So how would you explain those verses?</w:t>
      </w:r>
    </w:p>
    <w:p>
      <w:pPr>
        <w:jc w:val="right"/>
      </w:pPr>
      <w:r>
        <w:t>مولانا صاحب، یو ہیو رٹن مور دین ٹو ہنڈرڈ بکس، اینڈ ون آف دی انڈرلینگ میسج ان آل دوز بکس از پیس۔ ان فیکٹ، ان یور لیٹسٹ بکس، دی ایج آف پیس، یو مینشن دیٹ پیس از دی سمم بونم۔ بٹ وی سی دیٹ ان دا قرآن اٹ سیلف، دیر آر سیورل ورسز وچ ٹاکس اباؤٹ وار اینڈ وائلنس۔ سو ہاؤ وڈ یو ایکسپلین دوز ورسز؟</w:t>
      </w:r>
    </w:p>
    <w:p>
      <w:r>
        <w:rPr>
          <w:b/>
        </w:rPr>
        <w:t xml:space="preserve">[21:58] </w:t>
      </w:r>
      <w:r>
        <w:t>دیکھیے، ایک ہے قرآن میں absolute principle کی بات، absolute principle کے طور پر کہی گئی ہے۔</w:t>
      </w:r>
    </w:p>
    <w:p>
      <w:pPr>
        <w:jc w:val="right"/>
      </w:pPr>
      <w:r>
        <w:t>دیکھیے، ایک ہے قرآن میں ایبسولیوٹ پرنسپل کی بات، ایبسولیوٹ پرنسپل کی طور پر کہی گئی ہے۔</w:t>
      </w:r>
    </w:p>
    <w:p>
      <w:r>
        <w:rPr>
          <w:b/>
        </w:rPr>
        <w:t xml:space="preserve">[22:03] </w:t>
      </w:r>
      <w:r>
        <w:t>aur ek hai temporary koi hukum.</w:t>
      </w:r>
    </w:p>
    <w:p>
      <w:pPr>
        <w:jc w:val="right"/>
      </w:pPr>
      <w:r>
        <w:t>اور ایک ہے ٹیمپریری کوئی حکم۔</w:t>
      </w:r>
    </w:p>
    <w:p>
      <w:r>
        <w:rPr>
          <w:b/>
        </w:rPr>
        <w:t xml:space="preserve">[22:08] </w:t>
      </w:r>
      <w:r>
        <w:t>تو وہاں پر آپ جانتے ہیں کہ tribal age تھا۔</w:t>
      </w:r>
    </w:p>
    <w:p>
      <w:pPr>
        <w:jc w:val="right"/>
      </w:pPr>
      <w:r>
        <w:t>تو وہاں پر آپ جانتے ہیں کہ ٹرائبل ایج تھا۔</w:t>
      </w:r>
    </w:p>
    <w:p>
      <w:r>
        <w:rPr>
          <w:b/>
        </w:rPr>
        <w:t xml:space="preserve">[22:13] </w:t>
      </w:r>
      <w:r>
        <w:t>ٹرائبل کے لوگ، جو tribes کے لوگ جو تھے، وہ لڑائی بھڑائی کے سوا کچھ اور جانتے نہیں تھے۔</w:t>
      </w:r>
    </w:p>
    <w:p>
      <w:pPr>
        <w:jc w:val="right"/>
      </w:pPr>
      <w:r>
        <w:t>ٹرائبل کے لوگ، جو ٹرائبس کے لوگ جو تھے، وہ لڑائی بھڑائی کے سوا کچھ اور جانتے نہیں تھے۔</w:t>
      </w:r>
    </w:p>
    <w:p>
      <w:r>
        <w:rPr>
          <w:b/>
        </w:rPr>
        <w:t xml:space="preserve">[22:18] </w:t>
      </w:r>
      <w:r>
        <w:t>to unhon ne attack kiya.</w:t>
      </w:r>
    </w:p>
    <w:p>
      <w:pPr>
        <w:jc w:val="right"/>
      </w:pPr>
      <w:r>
        <w:t>تو انہوں نے اٹیک کیا۔</w:t>
      </w:r>
    </w:p>
    <w:p>
      <w:r>
        <w:rPr>
          <w:b/>
        </w:rPr>
        <w:t xml:space="preserve">[22:23] </w:t>
      </w:r>
      <w:r>
        <w:t>ان کے اٹیک کی وجہ سے as a defense آپ کو کوئی limited war کرنی پڑی۔ limited war۔</w:t>
      </w:r>
    </w:p>
    <w:p>
      <w:pPr>
        <w:jc w:val="right"/>
      </w:pPr>
      <w:r>
        <w:t>ان کے اٹیک کی وجہ سے ایز اے ڈیفنس آپ کو کوئی لمیٹڈ وار کرنی پڑی۔ لمیٹڈ وار۔</w:t>
      </w:r>
    </w:p>
    <w:p>
      <w:r>
        <w:rPr>
          <w:b/>
        </w:rPr>
        <w:t xml:space="preserve">[22:28] </w:t>
      </w:r>
      <w:r>
        <w:t>baqi jahan tak jo principle hain, quran ke ya islam ke, woh wohi hain.</w:t>
      </w:r>
    </w:p>
    <w:p>
      <w:pPr>
        <w:jc w:val="right"/>
      </w:pPr>
      <w:r>
        <w:t>باقی جہاں تک جو پرنسپل ہیں، قرآن کے یا اسلام کے، وہ وہی ہیں۔</w:t>
      </w:r>
    </w:p>
    <w:p>
      <w:r>
        <w:rPr>
          <w:b/>
        </w:rPr>
        <w:t xml:space="preserve">[22:34] </w:t>
      </w:r>
      <w:r>
        <w:t>مثلاً قرآن میں ہے کہ "اصل الخیر Peace is the best"۔</w:t>
      </w:r>
    </w:p>
    <w:p>
      <w:pPr>
        <w:jc w:val="right"/>
      </w:pPr>
      <w:r>
        <w:t>مثلاً قرآن میں ہے کہ "اصل الخیر پیس از دا بیسٹ"۔</w:t>
      </w:r>
    </w:p>
    <w:p>
      <w:r>
        <w:rPr>
          <w:b/>
        </w:rPr>
        <w:t xml:space="preserve">[22:39] </w:t>
      </w:r>
      <w:r>
        <w:t>yeh absolute principle hai.</w:t>
      </w:r>
    </w:p>
    <w:p>
      <w:pPr>
        <w:jc w:val="right"/>
      </w:pPr>
      <w:r>
        <w:t>یہ ایبسولیوٹ پرنسپل ہے۔</w:t>
      </w:r>
    </w:p>
    <w:p>
      <w:r>
        <w:rPr>
          <w:b/>
        </w:rPr>
        <w:t xml:space="preserve">[22:44] </w:t>
      </w:r>
      <w:r>
        <w:t>Peace is the best, absolute principle.</w:t>
      </w:r>
    </w:p>
    <w:p>
      <w:pPr>
        <w:jc w:val="right"/>
      </w:pPr>
      <w:r>
        <w:t>پیس از دا بیسٹ، ایبسولیوٹ پرنسپل ہے۔</w:t>
      </w:r>
    </w:p>
    <w:p>
      <w:r>
        <w:rPr>
          <w:b/>
        </w:rPr>
        <w:t xml:space="preserve">[22:49] </w:t>
      </w:r>
      <w:r>
        <w:t>باقی اگر کوئی کوئی وہاں اٹیک کر دیتا ہے تو temporary طور پر آپ کو اس کے defense</w:t>
      </w:r>
    </w:p>
    <w:p>
      <w:pPr>
        <w:jc w:val="right"/>
      </w:pPr>
      <w:r>
        <w:t>باقی اگر کوئی کوئی وہاں اٹیک کر دیتا ہے تو ٹیمپریری طور پر آپ کو اس کے ڈیفنس</w:t>
      </w:r>
    </w:p>
    <w:p>
      <w:r>
        <w:rPr>
          <w:b/>
        </w:rPr>
        <w:t xml:space="preserve">[22:54] </w:t>
      </w:r>
      <w:r>
        <w:t>ke mein jana parta hai.</w:t>
      </w:r>
    </w:p>
    <w:p>
      <w:pPr>
        <w:jc w:val="right"/>
      </w:pPr>
      <w:r>
        <w:t>کے میں جانا پڑتا ہے۔</w:t>
      </w:r>
    </w:p>
    <w:p>
      <w:r>
        <w:rPr>
          <w:b/>
        </w:rPr>
        <w:t xml:space="preserve">[22:59] </w:t>
      </w:r>
      <w:r>
        <w:t>phir bhi rasool Allah ne koshish ki ke ladai baqayda ladai na ho.</w:t>
      </w:r>
    </w:p>
    <w:p>
      <w:pPr>
        <w:jc w:val="right"/>
      </w:pPr>
      <w:r>
        <w:t>پھر بھی رسول اللہ نے کوشش کی کہ لڑائی باقاعدہ لڑائی نہ ہو۔</w:t>
      </w:r>
    </w:p>
    <w:p>
      <w:r>
        <w:rPr>
          <w:b/>
        </w:rPr>
        <w:t xml:space="preserve">[23:05] </w:t>
      </w:r>
      <w:r>
        <w:t>chucha jiti bhi aap ke is qism ke waqiat hain, sab is ka bhi is ka masla hai.</w:t>
      </w:r>
    </w:p>
    <w:p>
      <w:pPr>
        <w:jc w:val="right"/>
      </w:pPr>
      <w:r>
        <w:t>چوچا جتی بھی آپ کے اس قسم کے واقعات ہیں، سب اس کا بھی اس کا مسئلہ ہے۔</w:t>
      </w:r>
    </w:p>
    <w:p>
      <w:r>
        <w:rPr>
          <w:b/>
        </w:rPr>
        <w:t xml:space="preserve">[23:10] </w:t>
      </w:r>
      <w:r>
        <w:t>fal falej war koi bhi nahi hai.</w:t>
      </w:r>
    </w:p>
    <w:p>
      <w:pPr>
        <w:jc w:val="right"/>
      </w:pPr>
      <w:r>
        <w:t>فل فلیج وار کوئی بھی نہیں ہے۔</w:t>
      </w:r>
    </w:p>
    <w:p>
      <w:r>
        <w:rPr>
          <w:b/>
        </w:rPr>
        <w:t xml:space="preserve">[23:15] </w:t>
      </w:r>
      <w:r>
        <w:t>اس پر میں نے لکھا ہے تفصیل کے ساتھ، میری جو کتاب ہے "Prophet of Peace"، اس میں</w:t>
      </w:r>
    </w:p>
    <w:p>
      <w:pPr>
        <w:jc w:val="right"/>
      </w:pPr>
      <w:r>
        <w:t>اس پر میں نے لکھا ہے تفصیل کے ساتھ، میری جو کتاب ہے "پرافٹ آف پیس"، اس میں</w:t>
      </w:r>
    </w:p>
    <w:p>
      <w:r>
        <w:rPr>
          <w:b/>
        </w:rPr>
        <w:t xml:space="preserve">[23:20] </w:t>
      </w:r>
      <w:r>
        <w:t>aap dekh lijye ke jin jin ladaaiyon ko refer kiya jaata hai ke ladaai ladaai, woh ladaai kahan</w:t>
      </w:r>
    </w:p>
    <w:p>
      <w:pPr>
        <w:jc w:val="right"/>
      </w:pPr>
      <w:r>
        <w:t>آپ دیکھ لیجئے کہ جن جن لڑائیوں کو ریفر کیا جاتا ہے کہ لڑائی لڑائی، وہ لڑائی کہاں</w:t>
      </w:r>
    </w:p>
    <w:p>
      <w:r>
        <w:rPr>
          <w:b/>
        </w:rPr>
        <w:t xml:space="preserve">[23:25] </w:t>
      </w:r>
      <w:r>
        <w:t>thi? woh to is ka masla tha.</w:t>
      </w:r>
    </w:p>
    <w:p>
      <w:pPr>
        <w:jc w:val="right"/>
      </w:pPr>
      <w:r>
        <w:t>تھی؟ وہ تو اس کا مسئلہ تھی۔</w:t>
      </w:r>
    </w:p>
    <w:p>
      <w:r>
        <w:rPr>
          <w:b/>
        </w:rPr>
        <w:t xml:space="preserve">[23:30] </w:t>
      </w:r>
      <w:r>
        <w:t>لڑائی کی دیکھیں، ڈیفینیشن ہے چھ دن برابر لڑائی اگر ہوتی ہے، چھ دن تو وہ full-fledged</w:t>
      </w:r>
    </w:p>
    <w:p>
      <w:pPr>
        <w:jc w:val="right"/>
      </w:pPr>
      <w:r>
        <w:t>لڑائی کی دیکھیں، ڈیفینیشن ہے چھ دن برابر لڑائی اگر ہوتی ہے، چھ دن تو وہ فل فلیج</w:t>
      </w:r>
    </w:p>
    <w:p>
      <w:r>
        <w:rPr>
          <w:b/>
        </w:rPr>
        <w:t xml:space="preserve">[23:35] </w:t>
      </w:r>
      <w:r>
        <w:t>war kahi jayegi.</w:t>
      </w:r>
    </w:p>
    <w:p>
      <w:pPr>
        <w:jc w:val="right"/>
      </w:pPr>
      <w:r>
        <w:t>وار کہی جائے گی۔</w:t>
      </w:r>
    </w:p>
    <w:p>
      <w:r>
        <w:rPr>
          <w:b/>
        </w:rPr>
        <w:t xml:space="preserve">[23:41] </w:t>
      </w:r>
      <w:r>
        <w:t>چھ دن برابر لڑائی ہو، then it is full-fledged war.</w:t>
      </w:r>
    </w:p>
    <w:p>
      <w:pPr>
        <w:jc w:val="right"/>
      </w:pPr>
      <w:r>
        <w:t>چھ دن برابر لڑائی ہو، دین اٹ از فل فلیج وار۔</w:t>
      </w:r>
    </w:p>
    <w:p>
      <w:r>
        <w:rPr>
          <w:b/>
        </w:rPr>
        <w:t xml:space="preserve">[23:46] </w:t>
      </w:r>
      <w:r>
        <w:t>to rasool Allah ke zamane mein aisi koi fal falej war hui nahi.</w:t>
      </w:r>
    </w:p>
    <w:p>
      <w:pPr>
        <w:jc w:val="right"/>
      </w:pPr>
      <w:r>
        <w:t>تو رسول اللہ کے زمانے میں ایسی کوئی فل فلیج وار ہوئی نہیں۔</w:t>
      </w:r>
    </w:p>
    <w:p>
      <w:r>
        <w:rPr>
          <w:b/>
        </w:rPr>
        <w:t xml:space="preserve">[23:51] </w:t>
      </w:r>
      <w:r>
        <w:t>to jo thin, woh chand chand jo thin, woh sab is ka masla tha.</w:t>
      </w:r>
    </w:p>
    <w:p>
      <w:pPr>
        <w:jc w:val="right"/>
      </w:pPr>
      <w:r>
        <w:t>تو جو تھیں، وہ چند چند جو تھیں، وہ سب اس کا مسئلہ تھی۔</w:t>
      </w:r>
    </w:p>
    <w:p>
      <w:r>
        <w:rPr>
          <w:b/>
        </w:rPr>
        <w:t xml:space="preserve">[23:56] </w:t>
      </w:r>
      <w:r>
        <w:t>kyunke aap ne hamesha is ko manage kar ke diffuse kiya aur jald se jald sulah qaim karne</w:t>
      </w:r>
    </w:p>
    <w:p>
      <w:pPr>
        <w:jc w:val="right"/>
      </w:pPr>
      <w:r>
        <w:t>کیونکہ آپ نے ہمیشہ اس کو مینج کر کے ڈیفیوز کیا اور جلد سے جلد صلح قائم کرنے</w:t>
      </w:r>
    </w:p>
    <w:p>
      <w:r>
        <w:rPr>
          <w:b/>
        </w:rPr>
        <w:t xml:space="preserve">[24:01] </w:t>
      </w:r>
      <w:r>
        <w:t>ki koshish ki. peace.</w:t>
      </w:r>
    </w:p>
    <w:p>
      <w:pPr>
        <w:jc w:val="right"/>
      </w:pPr>
      <w:r>
        <w:t>کی کوشش کی۔ پیس۔</w:t>
      </w:r>
    </w:p>
    <w:p>
      <w:r>
        <w:rPr>
          <w:b/>
        </w:rPr>
        <w:t xml:space="preserve">[24:06] </w:t>
      </w:r>
      <w:r>
        <w:t>aap poori zindagi bhi yeh yeh cheez dekhenge aap ke hamesha takrao ko avoid kar ke aisi</w:t>
      </w:r>
    </w:p>
    <w:p>
      <w:pPr>
        <w:jc w:val="right"/>
      </w:pPr>
      <w:r>
        <w:t>آپ پوری زندگی بھی یہ یہ چیز دیکھیں گے آپ کہ ہمیشہ ٹکراؤ کو اوائڈ کر کے ایسی</w:t>
      </w:r>
    </w:p>
    <w:p>
      <w:r>
        <w:rPr>
          <w:b/>
        </w:rPr>
        <w:t xml:space="preserve">[24:12] </w:t>
      </w:r>
      <w:r>
        <w:t>situation qaim karna hai jis mein peace ho.</w:t>
      </w:r>
    </w:p>
    <w:p>
      <w:pPr>
        <w:jc w:val="right"/>
      </w:pPr>
      <w:r>
        <w:t>سچویشن قائم کرنا ہے جس میں پیس ہو۔</w:t>
      </w:r>
    </w:p>
    <w:p>
      <w:r>
        <w:rPr>
          <w:b/>
        </w:rPr>
        <w:t xml:space="preserve">[24:17] </w:t>
      </w:r>
      <w:r>
        <w:t>taake jo asal kaam hai, woh to hai ideology ko phailana, tauheed ki ideology ko phailana, woh kaam</w:t>
      </w:r>
    </w:p>
    <w:p>
      <w:pPr>
        <w:jc w:val="right"/>
      </w:pPr>
      <w:r>
        <w:t>تاکہ جو اصل کام ہے، وہ تو ہے آئیڈیالوجی کو پھیلانا، توحید کی آئیڈیالوجی کو پھیلانا، وہ کام</w:t>
      </w:r>
    </w:p>
    <w:p>
      <w:r>
        <w:rPr>
          <w:b/>
        </w:rPr>
        <w:t xml:space="preserve">[24:22] </w:t>
      </w:r>
      <w:r>
        <w:t>jaari rahe non stop tour par.</w:t>
      </w:r>
    </w:p>
    <w:p>
      <w:pPr>
        <w:jc w:val="right"/>
      </w:pPr>
      <w:r>
        <w:t>جاری رہے نان اسٹاپ طور پر۔</w:t>
      </w:r>
    </w:p>
    <w:p>
      <w:r>
        <w:rPr>
          <w:b/>
        </w:rPr>
        <w:t xml:space="preserve">[24:27] </w:t>
      </w:r>
      <w:r>
        <w:t>to asal kaam hai tauheed ki ideology ka non stop tour par phailte rehna, phailte rehna, phailte rehna.</w:t>
      </w:r>
    </w:p>
    <w:p>
      <w:pPr>
        <w:jc w:val="right"/>
      </w:pPr>
      <w:r>
        <w:t>تو اصل کام ہے توحید کی آئیڈیالوجی کا نان اسٹاپ طور پر پھیلتے رہنا، پھیلتے رہنا، پھیلتے رہنا۔</w:t>
      </w:r>
    </w:p>
    <w:p>
      <w:r>
        <w:rPr>
          <w:b/>
        </w:rPr>
        <w:t xml:space="preserve">[24:32] </w:t>
      </w:r>
      <w:r>
        <w:t>baqi agar koi attack kar deta hai to waqti tour par is ke is se defense kiya jayega</w:t>
      </w:r>
    </w:p>
    <w:p>
      <w:pPr>
        <w:jc w:val="right"/>
      </w:pPr>
      <w:r>
        <w:t>باقی اگر کوئی اٹیک کر دیتا ہے تو وقتی طور پر اس کے اس سے ڈیفنس کیا جائے</w:t>
      </w:r>
    </w:p>
    <w:p>
      <w:r>
        <w:rPr>
          <w:b/>
        </w:rPr>
        <w:t xml:space="preserve">[24:37] </w:t>
      </w:r>
      <w:r>
        <w:t>ga, woh bhi limited sense mein.</w:t>
      </w:r>
    </w:p>
    <w:p>
      <w:pPr>
        <w:jc w:val="right"/>
      </w:pPr>
      <w:r>
        <w:t>گا، وہ بھی لمیٹڈ سینس میں۔</w:t>
      </w:r>
    </w:p>
    <w:p>
      <w:r>
        <w:rPr>
          <w:b/>
        </w:rPr>
        <w:t xml:space="preserve">[24:43] </w:t>
      </w:r>
      <w:r>
        <w:t>maulana, we received another question from one of the viewers. Mr. Amjad Iqbal sahib has asked your question that can a non-muslim become head of the state of a muslim country?</w:t>
      </w:r>
    </w:p>
    <w:p>
      <w:pPr>
        <w:jc w:val="right"/>
      </w:pPr>
      <w:r>
        <w:t>مولانا، وی ریسیوڈ انادر کوئسچن فرام ون آف دا ویورز۔ مسٹر امجد اقبال صاحب ہیز آسکڈ یور کوئسچن دیٹ کین ا نان مسلم بیکم ہیڈ آف دا سٹیٹ آف ا مسلم کنٹری؟</w:t>
      </w:r>
    </w:p>
    <w:p>
      <w:r>
        <w:rPr>
          <w:b/>
        </w:rPr>
        <w:t xml:space="preserve">[25:01] </w:t>
      </w:r>
      <w:r>
        <w:t>yeh ek baat to yeh hai ke yeh koi yeh koi ideology ki baat nahi hai.</w:t>
      </w:r>
    </w:p>
    <w:p>
      <w:pPr>
        <w:jc w:val="right"/>
      </w:pPr>
      <w:r>
        <w:t>یہ ایک بات تو یہ ہے کہ یہ کوئی یہ کوئی آئیڈیالوجی کی بات نہیں ہے۔</w:t>
      </w:r>
    </w:p>
    <w:p>
      <w:r>
        <w:rPr>
          <w:b/>
        </w:rPr>
        <w:t xml:space="preserve">[25:06] </w:t>
      </w:r>
      <w:r>
        <w:t>islam mein bhi wahi system hai democracy ka, amr o shura bano.</w:t>
      </w:r>
    </w:p>
    <w:p>
      <w:pPr>
        <w:jc w:val="right"/>
      </w:pPr>
      <w:r>
        <w:t>اسلام میں بھی وہی سسٹم ہے ڈیموکریسی کا، امر و شوریٰ بنو۔</w:t>
      </w:r>
    </w:p>
    <w:p>
      <w:r>
        <w:rPr>
          <w:b/>
        </w:rPr>
        <w:t xml:space="preserve">[25:12] </w:t>
      </w:r>
      <w:r>
        <w:t>un logon ke mashware se hukumat ka qayam.</w:t>
      </w:r>
    </w:p>
    <w:p>
      <w:pPr>
        <w:jc w:val="right"/>
      </w:pPr>
      <w:r>
        <w:t>ان لوگوں کے مشورے سے حکومت کا قیام۔</w:t>
      </w:r>
    </w:p>
    <w:p>
      <w:r>
        <w:rPr>
          <w:b/>
        </w:rPr>
        <w:t xml:space="preserve">[25:17] </w:t>
      </w:r>
      <w:r>
        <w:t>to main samajhta hoon ke agar kisi mulk mein logon se rai li jaye aur log kisi non</w:t>
      </w:r>
    </w:p>
    <w:p>
      <w:pPr>
        <w:jc w:val="right"/>
      </w:pPr>
      <w:r>
        <w:t>تو میں سمجھتا ہوں کہ اگر کسی ملک میں لوگوں سے رائے لی جائے اور لوگ کسی نان</w:t>
      </w:r>
    </w:p>
    <w:p>
      <w:r>
        <w:rPr>
          <w:b/>
        </w:rPr>
        <w:t xml:space="preserve">[25:23] </w:t>
      </w:r>
      <w:r>
        <w:t>muslim par mutafiq ho jayein to wahi ho jayega.</w:t>
      </w:r>
    </w:p>
    <w:p>
      <w:pPr>
        <w:jc w:val="right"/>
      </w:pPr>
      <w:r>
        <w:t>مسلم پر متفق ہو جائیں تو وہی ہو جائے گا۔</w:t>
      </w:r>
    </w:p>
    <w:p>
      <w:r>
        <w:rPr>
          <w:b/>
        </w:rPr>
        <w:t xml:space="preserve">[25:29] </w:t>
      </w:r>
      <w:r>
        <w:t>head of the state.</w:t>
      </w:r>
    </w:p>
    <w:p>
      <w:pPr>
        <w:jc w:val="right"/>
      </w:pPr>
      <w:r>
        <w:t>ہیڈ آف دا سٹیٹ۔</w:t>
      </w:r>
    </w:p>
    <w:p>
      <w:r>
        <w:rPr>
          <w:b/>
        </w:rPr>
        <w:t xml:space="preserve">[25:34] </w:t>
      </w:r>
      <w:r>
        <w:t>head of the state ka jo talluq hai, woh hai awam ki rai se.</w:t>
      </w:r>
    </w:p>
    <w:p>
      <w:pPr>
        <w:jc w:val="right"/>
      </w:pPr>
      <w:r>
        <w:t>ہیڈ آف دا سٹیٹ کا جو تعلق ہے، وہ ہے عوام کی رائے سے۔</w:t>
      </w:r>
    </w:p>
    <w:p>
      <w:r>
        <w:rPr>
          <w:b/>
        </w:rPr>
        <w:t xml:space="preserve">[25:40] </w:t>
      </w:r>
      <w:r>
        <w:t>kisi aqeeday se is ka talluq nahi hai.</w:t>
      </w:r>
    </w:p>
    <w:p>
      <w:pPr>
        <w:jc w:val="right"/>
      </w:pPr>
      <w:r>
        <w:t>کسی عقیدے سے اس کا تعلق نہیں ہے۔</w:t>
      </w:r>
    </w:p>
    <w:p>
      <w:r>
        <w:rPr>
          <w:b/>
        </w:rPr>
        <w:t xml:space="preserve">[25:46] </w:t>
      </w:r>
      <w:r>
        <w:t>aqeeday se talluq nahi hai.</w:t>
      </w:r>
    </w:p>
    <w:p>
      <w:pPr>
        <w:jc w:val="right"/>
      </w:pPr>
      <w:r>
        <w:t>عقیدے سے تعلق نہیں ہے۔</w:t>
      </w:r>
    </w:p>
    <w:p>
      <w:r>
        <w:rPr>
          <w:b/>
        </w:rPr>
        <w:t xml:space="preserve">[25:51] </w:t>
      </w:r>
      <w:r>
        <w:t>yeh hadith bhi ek hai, kama takoonoon kazalik yuwalleekum.</w:t>
      </w:r>
    </w:p>
    <w:p>
      <w:pPr>
        <w:jc w:val="right"/>
      </w:pPr>
      <w:r>
        <w:t>یہ حدیث بھی ایک ہے، کما تكونون کذالک یواللیکم۔</w:t>
      </w:r>
    </w:p>
    <w:p>
      <w:r>
        <w:rPr>
          <w:b/>
        </w:rPr>
        <w:t xml:space="preserve">[25:57] </w:t>
      </w:r>
      <w:r>
        <w:t>yani jaise log ho gaye, waise un ke ruler ho gaye.</w:t>
      </w:r>
    </w:p>
    <w:p>
      <w:pPr>
        <w:jc w:val="right"/>
      </w:pPr>
      <w:r>
        <w:t>یعنی جیسے لوگ ہو گئے، ویسے ان کے رولر ہو گئے۔</w:t>
      </w:r>
    </w:p>
    <w:p>
      <w:r>
        <w:rPr>
          <w:b/>
        </w:rPr>
        <w:t xml:space="preserve">[26:03] </w:t>
      </w:r>
      <w:r>
        <w:t>to yeh ek yani logon ki rai ki baat hai, yeh aqeeday ki baat nahi hai.</w:t>
      </w:r>
    </w:p>
    <w:p>
      <w:pPr>
        <w:jc w:val="right"/>
      </w:pPr>
      <w:r>
        <w:t>تو یہ ایک یعنی لوگوں کی رائے کی بات ہے، یہ عقیدے کی بات نہیں ہے۔</w:t>
      </w:r>
    </w:p>
    <w:p>
      <w:r>
        <w:rPr>
          <w:b/>
        </w:rPr>
        <w:t xml:space="preserve">[26:08] </w:t>
      </w:r>
      <w:r>
        <w:t>to election hoga, fair and free election.</w:t>
      </w:r>
    </w:p>
    <w:p>
      <w:pPr>
        <w:jc w:val="right"/>
      </w:pPr>
      <w:r>
        <w:t>تو الیکشن ہوگا، فیئر اینڈ فری الیکشن۔</w:t>
      </w:r>
    </w:p>
    <w:p>
      <w:r>
        <w:rPr>
          <w:b/>
        </w:rPr>
        <w:t xml:space="preserve">[26:14] </w:t>
      </w:r>
      <w:r>
        <w:t>is mein jo jis ke haq mein zyada vote aayenge, woh hukoomat karega.</w:t>
      </w:r>
    </w:p>
    <w:p>
      <w:pPr>
        <w:jc w:val="right"/>
      </w:pPr>
      <w:r>
        <w:t>اس میں جو جس کے حق میں زیادہ ووٹ آئیں گے، وہ حکومت کرے گا۔</w:t>
      </w:r>
    </w:p>
    <w:p>
      <w:r>
        <w:rPr>
          <w:b/>
        </w:rPr>
        <w:t xml:space="preserve">[26:20] </w:t>
      </w:r>
      <w:r>
        <w:t>maulana, coming back to the modern age, we are seeing increasing number of people turning atheist, but at the same time, because there is so much of tension, stress. we are all so seeing people turning towards spirituality for seeking solace. why there is so much of dichotomy in human nature?</w:t>
      </w:r>
    </w:p>
    <w:p>
      <w:pPr>
        <w:jc w:val="right"/>
      </w:pPr>
      <w:r>
        <w:t>مولانا، کمنگ بیک ٹو دی ماڈرن ایج، وی آر سینگ انکریزنگ نمبر آف پیپل ٹرننگ ایتھیسٹ، بٹ ایٹ دا سیم ٹائم، بیکاز دیر از سو مچ آف ٹینشن، سٹریس۔ وی آر آل سو سینگ پیپل ٹرننگ ٹورڈز سپرچویلٹی فار سیکنگ سولیس۔ وائی دیر از سو مچ آف ڈائیکاٹمی ان ہیومن نیچر؟</w:t>
      </w:r>
    </w:p>
    <w:p>
      <w:r>
        <w:rPr>
          <w:b/>
        </w:rPr>
        <w:t xml:space="preserve">[26:42] </w:t>
      </w:r>
      <w:r>
        <w:t>woh toh rahegi hamesha.</w:t>
      </w:r>
    </w:p>
    <w:p>
      <w:pPr>
        <w:jc w:val="right"/>
      </w:pPr>
      <w:r>
        <w:t>وہ تو رہے گی ہمیشہ۔</w:t>
      </w:r>
    </w:p>
    <w:p>
      <w:r>
        <w:rPr>
          <w:b/>
        </w:rPr>
        <w:t xml:space="preserve">[26:46] </w:t>
      </w:r>
      <w:r>
        <w:t>ek yani kabhi bhi uniformity nahi aa sakti hai.</w:t>
      </w:r>
    </w:p>
    <w:p>
      <w:pPr>
        <w:jc w:val="right"/>
      </w:pPr>
      <w:r>
        <w:t>ایک یعنی کبھی بھی یونیفارمیٹی نہیں آ سکتی ہے۔</w:t>
      </w:r>
    </w:p>
    <w:p>
      <w:r>
        <w:rPr>
          <w:b/>
        </w:rPr>
        <w:t xml:space="preserve">[26:51] </w:t>
      </w:r>
      <w:r>
        <w:t>har aadmi ki soch alag hai.</w:t>
      </w:r>
    </w:p>
    <w:p>
      <w:pPr>
        <w:jc w:val="right"/>
      </w:pPr>
      <w:r>
        <w:t>ہر آدمی کی سوچ الگ ہے۔</w:t>
      </w:r>
    </w:p>
    <w:p>
      <w:r>
        <w:rPr>
          <w:b/>
        </w:rPr>
        <w:t xml:space="preserve">[26:56] </w:t>
      </w:r>
      <w:r>
        <w:t>یعنی every every human being is born with the difference.</w:t>
      </w:r>
    </w:p>
    <w:p>
      <w:pPr>
        <w:jc w:val="right"/>
      </w:pPr>
      <w:r>
        <w:t>یعنی ایوری ایوری ہیومن بینگ از بارنڈ ود دی ڈفرنس۔</w:t>
      </w:r>
    </w:p>
    <w:p>
      <w:r>
        <w:rPr>
          <w:b/>
        </w:rPr>
        <w:t xml:space="preserve">[27:00] </w:t>
      </w:r>
      <w:r>
        <w:t>har mard mister different hai, har aurat miss different hai.</w:t>
      </w:r>
    </w:p>
    <w:p>
      <w:pPr>
        <w:jc w:val="right"/>
      </w:pPr>
      <w:r>
        <w:t>ہر مرد مسٹر ڈفرنٹ ہے، ہر عورت مس ڈفرنٹ ہے۔</w:t>
      </w:r>
    </w:p>
    <w:p>
      <w:r>
        <w:rPr>
          <w:b/>
        </w:rPr>
        <w:t xml:space="preserve">[27:05] </w:t>
      </w:r>
      <w:r>
        <w:t>yeh toh nature ki law hai.</w:t>
      </w:r>
    </w:p>
    <w:p>
      <w:pPr>
        <w:jc w:val="right"/>
      </w:pPr>
      <w:r>
        <w:t>یہ تو نیچر کی لاء ہے۔</w:t>
      </w:r>
    </w:p>
    <w:p>
      <w:r>
        <w:rPr>
          <w:b/>
        </w:rPr>
        <w:t xml:space="preserve">[27:10] </w:t>
      </w:r>
      <w:r>
        <w:t>to is ke lehaz se log alag dhang se sochenge, alag alag dhang se apna rasta banayenge.</w:t>
      </w:r>
    </w:p>
    <w:p>
      <w:pPr>
        <w:jc w:val="right"/>
      </w:pPr>
      <w:r>
        <w:t>تو اس کے لحاظ سے لوگ الگ ڈھنگ سے سوچیں گے، الگ الگ ڈھنگ سے اپنا راستہ بنائیں گے۔</w:t>
      </w:r>
    </w:p>
    <w:p>
      <w:r>
        <w:rPr>
          <w:b/>
        </w:rPr>
        <w:t xml:space="preserve">[27:14] </w:t>
      </w:r>
      <w:r>
        <w:t>is waqt aap is dichotomy ko aap khatam nahi kar sakte.</w:t>
      </w:r>
    </w:p>
    <w:p>
      <w:pPr>
        <w:jc w:val="right"/>
      </w:pPr>
      <w:r>
        <w:t>اس وقت آپ اس ڈائیکاٹمی کو آپ ختم نہیں کر سکتے۔</w:t>
      </w:r>
    </w:p>
    <w:p>
      <w:r>
        <w:rPr>
          <w:b/>
        </w:rPr>
        <w:t xml:space="preserve">[27:19] </w:t>
      </w:r>
      <w:r>
        <w:t>har har history ke har daur mein raha hai, har daur mein rahega.</w:t>
      </w:r>
    </w:p>
    <w:p>
      <w:pPr>
        <w:jc w:val="right"/>
      </w:pPr>
      <w:r>
        <w:t>ہر ہر ہسٹری کے ہر دور میں رہا ہے، ہر دور میں رہے گا۔</w:t>
      </w:r>
    </w:p>
    <w:p>
      <w:r>
        <w:rPr>
          <w:b/>
        </w:rPr>
        <w:t xml:space="preserve">[27:24] </w:t>
      </w:r>
      <w:r>
        <w:t>aur yeh dichotomy koi koi evil nahi hai.</w:t>
      </w:r>
    </w:p>
    <w:p>
      <w:pPr>
        <w:jc w:val="right"/>
      </w:pPr>
      <w:r>
        <w:t>اور یہ ڈائیکاٹمی کوئی کوئی ایول نہیں ہے۔</w:t>
      </w:r>
    </w:p>
    <w:p>
      <w:r>
        <w:rPr>
          <w:b/>
        </w:rPr>
        <w:t xml:space="preserve">[27:28] </w:t>
      </w:r>
      <w:r>
        <w:t>kyun? where there is difference, difference, there is discussion.</w:t>
      </w:r>
    </w:p>
    <w:p>
      <w:pPr>
        <w:jc w:val="right"/>
      </w:pPr>
      <w:r>
        <w:t>کیوں؟ ویر دیر از ڈفرنس، ڈفرنس، دیر از ڈسکشن۔</w:t>
      </w:r>
    </w:p>
    <w:p>
      <w:r>
        <w:rPr>
          <w:b/>
        </w:rPr>
        <w:t xml:space="preserve">[27:33] </w:t>
      </w:r>
      <w:r>
        <w:t>har difference ek discussion create karta hai.</w:t>
      </w:r>
    </w:p>
    <w:p>
      <w:pPr>
        <w:jc w:val="right"/>
      </w:pPr>
      <w:r>
        <w:t>ہر ڈفرنس ایک ڈسکشن کریٹ کرتا ہے۔</w:t>
      </w:r>
    </w:p>
    <w:p>
      <w:r>
        <w:rPr>
          <w:b/>
        </w:rPr>
        <w:t xml:space="preserve">[27:38] </w:t>
      </w:r>
      <w:r>
        <w:t>agar difference aap ka aap ko violent na bana de toh bohat bara blessing hai difference.</w:t>
      </w:r>
    </w:p>
    <w:p>
      <w:pPr>
        <w:jc w:val="right"/>
      </w:pPr>
      <w:r>
        <w:t>اگر ڈفرنس آپ کا آپ کو وائلنٹ نہ بنا دے تو بہت بڑا بلیسنگ ہے ڈفرنس۔</w:t>
      </w:r>
    </w:p>
    <w:p>
      <w:r>
        <w:rPr>
          <w:b/>
        </w:rPr>
        <w:t xml:space="preserve">[27:42] </w:t>
      </w:r>
      <w:r>
        <w:t>kyun ke jab difference hoga toh discussion hoga, dialogue hoga.</w:t>
      </w:r>
    </w:p>
    <w:p>
      <w:pPr>
        <w:jc w:val="right"/>
      </w:pPr>
      <w:r>
        <w:t>کیونکہ جب ڈفرنس ہوگا تو ڈسکشن ہوگا، ڈائیلاگ ہوگا۔</w:t>
      </w:r>
    </w:p>
    <w:p>
      <w:r>
        <w:rPr>
          <w:b/>
        </w:rPr>
        <w:t xml:space="preserve">[27:47] </w:t>
      </w:r>
      <w:r>
        <w:t>jab dialogue hoga toh is se intellectual development mein izafa hoga.</w:t>
      </w:r>
    </w:p>
    <w:p>
      <w:pPr>
        <w:jc w:val="right"/>
      </w:pPr>
      <w:r>
        <w:t>جب ڈائیلاگ ہوگا تو اس سے انٹلیکچول ڈیولپمنٹ میں اضافہ ہوگا۔</w:t>
      </w:r>
    </w:p>
    <w:p>
      <w:r>
        <w:rPr>
          <w:b/>
        </w:rPr>
        <w:t xml:space="preserve">[27:52] </w:t>
      </w:r>
      <w:r>
        <w:t>to main samajhta hoon ke is se koi harj nahi hai ke logon ki soch alag alag ho.</w:t>
      </w:r>
    </w:p>
    <w:p>
      <w:pPr>
        <w:jc w:val="right"/>
      </w:pPr>
      <w:r>
        <w:t>تو میں سمجھتا ہوں کہ اس سے کوئی حرج نہیں ہے کہ لوگوں کی سوچ الگ الگ ہو۔</w:t>
      </w:r>
    </w:p>
    <w:p>
      <w:r>
        <w:rPr>
          <w:b/>
        </w:rPr>
        <w:t xml:space="preserve">[27:56] </w:t>
      </w:r>
      <w:r>
        <w:t>harj jis se hai sirf yeh ke koi violence na kare.</w:t>
      </w:r>
    </w:p>
    <w:p>
      <w:pPr>
        <w:jc w:val="right"/>
      </w:pPr>
      <w:r>
        <w:t>حرج جس سے ہے صرف یہ کہ کوئی وائلنس نہ کرے۔</w:t>
      </w:r>
    </w:p>
    <w:p>
      <w:r>
        <w:rPr>
          <w:b/>
        </w:rPr>
        <w:t xml:space="preserve">[28:01] </w:t>
      </w:r>
      <w:r>
        <w:t>peaceful rahe bas.</w:t>
      </w:r>
    </w:p>
    <w:p>
      <w:pPr>
        <w:jc w:val="right"/>
      </w:pPr>
      <w:r>
        <w:t>پیس فل رہے بس۔</w:t>
      </w:r>
    </w:p>
    <w:p>
      <w:r>
        <w:rPr>
          <w:b/>
        </w:rPr>
        <w:t xml:space="preserve">[28:06] </w:t>
      </w:r>
      <w:r>
        <w:t>jab tak aap peaceful hain, har cheez blessing hai.</w:t>
      </w:r>
    </w:p>
    <w:p>
      <w:pPr>
        <w:jc w:val="right"/>
      </w:pPr>
      <w:r>
        <w:t>جب تک آپ پیس فل ہیں، ہر چیز بلیسنگ ہے۔</w:t>
      </w:r>
    </w:p>
    <w:p>
      <w:r>
        <w:rPr>
          <w:b/>
        </w:rPr>
        <w:t xml:space="preserve">[28:11] </w:t>
      </w:r>
      <w:r>
        <w:t>maulana, we have got another question from Mr. Vikrant Dagar from Delhi, and he wants to know from you what is the concept of Ijtihad in Islam, and how is it relevant in today's context?</w:t>
      </w:r>
    </w:p>
    <w:p>
      <w:pPr>
        <w:jc w:val="right"/>
      </w:pPr>
      <w:r>
        <w:t>مولانا، وی ہیو گاٹ انادر کوئسچن فرام مسٹر وکران ڈاگر فرام ڈلی، اینڈ ہی وانٹس ٹو نو فرام یو واٹ از دی کانسیپٹ آف اجتہاد ان اسلام، اینڈ ہاؤ از اٹ ریلیونٹ ان ٹوڈے کانٹیکسٹ؟</w:t>
      </w:r>
    </w:p>
    <w:p>
      <w:r>
        <w:rPr>
          <w:b/>
        </w:rPr>
        <w:t xml:space="preserve">[28:29] </w:t>
      </w:r>
      <w:r>
        <w:t>dekhiye, ijtihad jo hai, woh koi aaj ki ya pehle zamane ki baat nahi hai.</w:t>
      </w:r>
    </w:p>
    <w:p>
      <w:pPr>
        <w:jc w:val="right"/>
      </w:pPr>
      <w:r>
        <w:t>دیکھیے، اجتہاد جو ہے، وہ کوئی آج کی یا پہلے زمانے کی بات نہیں ہے۔</w:t>
      </w:r>
    </w:p>
    <w:p>
      <w:r>
        <w:rPr>
          <w:b/>
        </w:rPr>
        <w:t xml:space="preserve">[28:33] </w:t>
      </w:r>
      <w:r>
        <w:t>har zamane mein ijtihad karna parta hai.</w:t>
      </w:r>
    </w:p>
    <w:p>
      <w:pPr>
        <w:jc w:val="right"/>
      </w:pPr>
      <w:r>
        <w:t>ہر زمانے میں اجتہاد کرنا پڑتا ہے۔</w:t>
      </w:r>
    </w:p>
    <w:p>
      <w:r>
        <w:rPr>
          <w:b/>
        </w:rPr>
        <w:t xml:space="preserve">[28:37] </w:t>
      </w:r>
      <w:r>
        <w:t>har zamane mein.</w:t>
      </w:r>
    </w:p>
    <w:p>
      <w:pPr>
        <w:jc w:val="right"/>
      </w:pPr>
      <w:r>
        <w:t>ہر زمانے میں۔</w:t>
      </w:r>
    </w:p>
    <w:p>
      <w:r>
        <w:rPr>
          <w:b/>
        </w:rPr>
        <w:t xml:space="preserve">[28:41] </w:t>
      </w:r>
      <w:r>
        <w:t>pehlay bhi tha, ab bhi.</w:t>
      </w:r>
    </w:p>
    <w:p>
      <w:pPr>
        <w:jc w:val="right"/>
      </w:pPr>
      <w:r>
        <w:t>پہلے بھی تھا، اب بھی۔</w:t>
      </w:r>
    </w:p>
    <w:p>
      <w:r>
        <w:rPr>
          <w:b/>
        </w:rPr>
        <w:t xml:space="preserve">[28:45] </w:t>
      </w:r>
      <w:r>
        <w:t>kyunkay situation badalti rehti hai.</w:t>
      </w:r>
    </w:p>
    <w:p>
      <w:pPr>
        <w:jc w:val="right"/>
      </w:pPr>
      <w:r>
        <w:t>کیونکہ سچویشن بدلتی رہتی ہے۔</w:t>
      </w:r>
    </w:p>
    <w:p>
      <w:r>
        <w:rPr>
          <w:b/>
        </w:rPr>
        <w:t xml:space="preserve">[28:49] </w:t>
      </w:r>
      <w:r>
        <w:t>mislan Rasool Allah S.A.W. ne aik baar kuch logon ko kaha ke woh aik bano</w:t>
      </w:r>
    </w:p>
    <w:p>
      <w:pPr>
        <w:jc w:val="right"/>
      </w:pPr>
      <w:r>
        <w:t>مثلاً رسول اللہ صلی اللہ علیہ وسلم نے ایک بار کچھ لوگوں کو کہا کہ وہ ایک بنو</w:t>
      </w:r>
    </w:p>
    <w:p>
      <w:r>
        <w:rPr>
          <w:b/>
        </w:rPr>
        <w:t xml:space="preserve">[28:53] </w:t>
      </w:r>
      <w:r>
        <w:t>Qurayza, aik aik qabeela tha, wahan wahan bheja aap ne.</w:t>
      </w:r>
    </w:p>
    <w:p>
      <w:pPr>
        <w:jc w:val="right"/>
      </w:pPr>
      <w:r>
        <w:t>قریضہ، ایک ایک قبیلہ تھا، وہاں وہاں بھیجا آپ نے۔</w:t>
      </w:r>
    </w:p>
    <w:p>
      <w:r>
        <w:rPr>
          <w:b/>
        </w:rPr>
        <w:t xml:space="preserve">[28:57] </w:t>
      </w:r>
      <w:r>
        <w:t>shaam ko, yaani zuhr ke baad.</w:t>
      </w:r>
    </w:p>
    <w:p>
      <w:pPr>
        <w:jc w:val="right"/>
      </w:pPr>
      <w:r>
        <w:t>شام کو، یعنی ظہر کے بعد۔</w:t>
      </w:r>
    </w:p>
    <w:p>
      <w:r>
        <w:rPr>
          <w:b/>
        </w:rPr>
        <w:t xml:space="preserve">[29:01] </w:t>
      </w:r>
      <w:r>
        <w:t>to aap ne kaha ke la yusalliyan aadaakum al-asr illa fi bani Qurayza.</w:t>
      </w:r>
    </w:p>
    <w:p>
      <w:pPr>
        <w:jc w:val="right"/>
      </w:pPr>
      <w:r>
        <w:t>تو آپ نے کہا کہ لا یصلین عادکم العصر الا فی بنی قریضہ۔</w:t>
      </w:r>
    </w:p>
    <w:p>
      <w:r>
        <w:rPr>
          <w:b/>
        </w:rPr>
        <w:t xml:space="preserve">[29:05] </w:t>
      </w:r>
      <w:r>
        <w:t>yaani asr ki namaz tum parhna is waqt jab tum bani Qurayza ki bastiyon mein pahunch jao.</w:t>
      </w:r>
    </w:p>
    <w:p>
      <w:pPr>
        <w:jc w:val="right"/>
      </w:pPr>
      <w:r>
        <w:t>یعنی عصر کی نماز تم پڑھنا اس وقت جب تم بنو قریضہ کی بستیوں میں پہنچ جاؤ۔</w:t>
      </w:r>
    </w:p>
    <w:p>
      <w:r>
        <w:rPr>
          <w:b/>
        </w:rPr>
        <w:t xml:space="preserve">[29:10] </w:t>
      </w:r>
      <w:r>
        <w:t>wahan pahunch kar namaz parhna.</w:t>
      </w:r>
    </w:p>
    <w:p>
      <w:pPr>
        <w:jc w:val="right"/>
      </w:pPr>
      <w:r>
        <w:t>وہاں پہنچ کر نماز پڑھنا۔</w:t>
      </w:r>
    </w:p>
    <w:p>
      <w:r>
        <w:rPr>
          <w:b/>
        </w:rPr>
        <w:t xml:space="preserve">[29:14] </w:t>
      </w:r>
      <w:r>
        <w:t>to yeh log chalay.</w:t>
      </w:r>
    </w:p>
    <w:p>
      <w:pPr>
        <w:jc w:val="right"/>
      </w:pPr>
      <w:r>
        <w:t>تو یہ لوگ چلے۔</w:t>
      </w:r>
    </w:p>
    <w:p>
      <w:r>
        <w:rPr>
          <w:b/>
        </w:rPr>
        <w:t xml:space="preserve">[29:18] </w:t>
      </w:r>
      <w:r>
        <w:t>to asr ka waqt pehlay hi aa gaya.</w:t>
      </w:r>
    </w:p>
    <w:p>
      <w:pPr>
        <w:jc w:val="right"/>
      </w:pPr>
      <w:r>
        <w:t>تو عصر کا وقت پہلے ہی آ گیا۔</w:t>
      </w:r>
    </w:p>
    <w:p>
      <w:r>
        <w:rPr>
          <w:b/>
        </w:rPr>
        <w:t xml:space="preserve">[29:22] </w:t>
      </w:r>
      <w:r>
        <w:t>aur dheeray dheeray laga ke suraj jo hai, jo jo laal ho jata hai na, surkhi aa jati hai.</w:t>
      </w:r>
    </w:p>
    <w:p>
      <w:pPr>
        <w:jc w:val="right"/>
      </w:pPr>
      <w:r>
        <w:t>اور دھیرے دھیرے لگا کہ سورج جو ہے، جو جو لال ہو جاتا ہے نا، سرخی آ جاتی ہے۔</w:t>
      </w:r>
    </w:p>
    <w:p>
      <w:r>
        <w:rPr>
          <w:b/>
        </w:rPr>
        <w:t xml:space="preserve">[29:26] </w:t>
      </w:r>
      <w:r>
        <w:t>ke ab suraj doob jaye ga, doob jaye ga.</w:t>
      </w:r>
    </w:p>
    <w:p>
      <w:pPr>
        <w:jc w:val="right"/>
      </w:pPr>
      <w:r>
        <w:t>کہ اب سورج ڈوب جائے گا، ڈوب جائے گا۔</w:t>
      </w:r>
    </w:p>
    <w:p>
      <w:r>
        <w:rPr>
          <w:b/>
        </w:rPr>
        <w:t xml:space="preserve">[29:30] </w:t>
      </w:r>
      <w:r>
        <w:t>woh waqt aa gaya.</w:t>
      </w:r>
    </w:p>
    <w:p>
      <w:pPr>
        <w:jc w:val="right"/>
      </w:pPr>
      <w:r>
        <w:t>وہ وقت آ گیا۔</w:t>
      </w:r>
    </w:p>
    <w:p>
      <w:r>
        <w:rPr>
          <w:b/>
        </w:rPr>
        <w:t xml:space="preserve">[29:34] </w:t>
      </w:r>
      <w:r>
        <w:t>to sahaba ki do raaye ho gayi.</w:t>
      </w:r>
    </w:p>
    <w:p>
      <w:pPr>
        <w:jc w:val="right"/>
      </w:pPr>
      <w:r>
        <w:t>تو صحابہ کی دو رائے ہو گئی۔</w:t>
      </w:r>
    </w:p>
    <w:p>
      <w:r>
        <w:rPr>
          <w:b/>
        </w:rPr>
        <w:t xml:space="preserve">[29:38] </w:t>
      </w:r>
      <w:r>
        <w:t>kuch ne kaha ke Rasool Allah ne kaha tha ke pahunchne se pehlay namaz mat parho.</w:t>
      </w:r>
    </w:p>
    <w:p>
      <w:pPr>
        <w:jc w:val="right"/>
      </w:pPr>
      <w:r>
        <w:t>کچھ نے کہا کہ رسول اللہ نے کہا تھا کہ پہنچنے سے پہلے نماز مت پڑھو۔</w:t>
      </w:r>
    </w:p>
    <w:p>
      <w:r>
        <w:rPr>
          <w:b/>
        </w:rPr>
        <w:t xml:space="preserve">[29:42] </w:t>
      </w:r>
      <w:r>
        <w:t>kuch ne kaha tha ke nahi, ab namaz ka waqt khatam ho jaye ga.</w:t>
      </w:r>
    </w:p>
    <w:p>
      <w:pPr>
        <w:jc w:val="right"/>
      </w:pPr>
      <w:r>
        <w:t>کچھ نے کہا تھا کہ نہیں، اب نماز کا وقت ختم ہو جائے گا۔</w:t>
      </w:r>
    </w:p>
    <w:p>
      <w:r>
        <w:rPr>
          <w:b/>
        </w:rPr>
        <w:t xml:space="preserve">[29:47] </w:t>
      </w:r>
      <w:r>
        <w:t>to unhon ne, jinhon ne kaha tha ke abhi parh lein hum, unhon ne is ki aik aik wajah batai.</w:t>
      </w:r>
    </w:p>
    <w:p>
      <w:pPr>
        <w:jc w:val="right"/>
      </w:pPr>
      <w:r>
        <w:t>تو انہوں نے، جنہوں نے کہا تھا کہ ابھی پڑھ لیں ہم، انہوں نے اس کی ایک ایک وجہ بتائی۔</w:t>
      </w:r>
    </w:p>
    <w:p>
      <w:r>
        <w:rPr>
          <w:b/>
        </w:rPr>
        <w:t xml:space="preserve">[29:51] </w:t>
      </w:r>
      <w:r>
        <w:t>unhon ne bataya ke Rasool Allah ne jo kaha tha, to literal sense mein nahi kaha tha.</w:t>
      </w:r>
    </w:p>
    <w:p>
      <w:pPr>
        <w:jc w:val="right"/>
      </w:pPr>
      <w:r>
        <w:t>انہوں نے بتایا کہ رسول اللہ نے جو کہا تھا، تو لٹرل سینس میں نہیں کہا تھا۔</w:t>
      </w:r>
    </w:p>
    <w:p>
      <w:r>
        <w:rPr>
          <w:b/>
        </w:rPr>
        <w:t xml:space="preserve">[29:55] </w:t>
      </w:r>
      <w:r>
        <w:t>balkay aap ka matlab tha ta'jeel fis-sair.</w:t>
      </w:r>
    </w:p>
    <w:p>
      <w:pPr>
        <w:jc w:val="right"/>
      </w:pPr>
      <w:r>
        <w:t>بلکہ آپ کا مطلب تھا تعجیل فی السیر۔</w:t>
      </w:r>
    </w:p>
    <w:p>
      <w:r>
        <w:rPr>
          <w:b/>
        </w:rPr>
        <w:t xml:space="preserve">[29:59] </w:t>
      </w:r>
      <w:r>
        <w:t>ta'jeel fis-sair mein ke taiz taiz jao.</w:t>
      </w:r>
    </w:p>
    <w:p>
      <w:pPr>
        <w:jc w:val="right"/>
      </w:pPr>
      <w:r>
        <w:t>تعجیل فی السیر میں کہ تیز تیز جاؤ۔</w:t>
      </w:r>
    </w:p>
    <w:p>
      <w:r>
        <w:rPr>
          <w:b/>
        </w:rPr>
        <w:t xml:space="preserve">[30:03] </w:t>
      </w:r>
      <w:r>
        <w:t>to yahi is ka naam ijtihad hai.</w:t>
      </w:r>
    </w:p>
    <w:p>
      <w:pPr>
        <w:jc w:val="right"/>
      </w:pPr>
      <w:r>
        <w:t>تو یہی اس کا نام اجتہاد ہے۔</w:t>
      </w:r>
    </w:p>
    <w:p>
      <w:r>
        <w:rPr>
          <w:b/>
        </w:rPr>
        <w:t xml:space="preserve">[30:07] </w:t>
      </w:r>
      <w:r>
        <w:t>kisi ka kisi baat ko literal sense mein na lena, balkay is ki inner meaning ke aitbar se lena.</w:t>
      </w:r>
    </w:p>
    <w:p>
      <w:pPr>
        <w:jc w:val="right"/>
      </w:pPr>
      <w:r>
        <w:t>کسی کا کسی بات کو لٹرل سینس میں نہ لینا، بلکہ اس کی انر میننگ کے اعتبار سے لینا۔</w:t>
      </w:r>
    </w:p>
    <w:p>
      <w:r>
        <w:rPr>
          <w:b/>
        </w:rPr>
        <w:t xml:space="preserve">[30:11] </w:t>
      </w:r>
      <w:r>
        <w:t>inner meaning ko discover kar ke us ko apnana, yeh hai ijtihad.</w:t>
      </w:r>
    </w:p>
    <w:p>
      <w:pPr>
        <w:jc w:val="right"/>
      </w:pPr>
      <w:r>
        <w:t>انر میننگ کو ڈسکور کر کے اس کو اپنانا، یہ ہے اجتہاد۔</w:t>
      </w:r>
    </w:p>
    <w:p>
      <w:r>
        <w:rPr>
          <w:b/>
        </w:rPr>
        <w:t xml:space="preserve">[30:15] </w:t>
      </w:r>
      <w:r>
        <w:t>to yeh waqia jo hai, batata hai ke Islam mein ijtihad pehlay bhi tha aur ab bhi hai.</w:t>
      </w:r>
    </w:p>
    <w:p>
      <w:pPr>
        <w:jc w:val="right"/>
      </w:pPr>
      <w:r>
        <w:t>تو یہ واقعہ جو ہے، بتاتا ہے کہ اسلام میں اجتہاد پہلے بھی تھا اور اب بھی ہے۔</w:t>
      </w:r>
    </w:p>
    <w:p>
      <w:r>
        <w:rPr>
          <w:b/>
        </w:rPr>
        <w:t xml:space="preserve">[30:19] </w:t>
      </w:r>
      <w:r>
        <w:t>kyunkay halaat badalte rehte hain.</w:t>
      </w:r>
    </w:p>
    <w:p>
      <w:pPr>
        <w:jc w:val="right"/>
      </w:pPr>
      <w:r>
        <w:t>کیونکہ حالات بدلتے رہتے ہیں۔</w:t>
      </w:r>
    </w:p>
    <w:p>
      <w:r>
        <w:rPr>
          <w:b/>
        </w:rPr>
        <w:t xml:space="preserve">[30:24] </w:t>
      </w:r>
      <w:r>
        <w:t>halat badlenge to rethink karna padega.</w:t>
      </w:r>
    </w:p>
    <w:p>
      <w:pPr>
        <w:jc w:val="right"/>
      </w:pPr>
      <w:r>
        <w:t>حالات بدلیں گے تو ری تھنک کرنا پڑے گا۔</w:t>
      </w:r>
    </w:p>
    <w:p>
      <w:r>
        <w:rPr>
          <w:b/>
        </w:rPr>
        <w:t xml:space="preserve">[30:28] </w:t>
      </w:r>
      <w:r>
        <w:t>rethink karna padega to wahi hoga ke think think there must be better way ya another way.</w:t>
      </w:r>
    </w:p>
    <w:p>
      <w:pPr>
        <w:jc w:val="right"/>
      </w:pPr>
      <w:r>
        <w:t>ری تھنک کرنا پڑے گا تو وہی ہوگا کہ تھنک تھنک دیر مسٹ بی بیٹر وے یا انادر وے۔</w:t>
      </w:r>
    </w:p>
    <w:p>
      <w:r>
        <w:rPr>
          <w:b/>
        </w:rPr>
        <w:t xml:space="preserve">[30:32] </w:t>
      </w:r>
      <w:r>
        <w:t>think think there must be another way.</w:t>
      </w:r>
    </w:p>
    <w:p>
      <w:pPr>
        <w:jc w:val="right"/>
      </w:pPr>
      <w:r>
        <w:t>تھنک تھنک دیر مسٹ بی انادر وے۔</w:t>
      </w:r>
    </w:p>
    <w:p>
      <w:r>
        <w:rPr>
          <w:b/>
        </w:rPr>
        <w:t xml:space="preserve">[30:36] </w:t>
      </w:r>
      <w:r>
        <w:t>to ijtihad koi zamani cheez nahi hai ke pehle na raha ho, ab zaroorat ho is ki.</w:t>
      </w:r>
    </w:p>
    <w:p>
      <w:pPr>
        <w:jc w:val="right"/>
      </w:pPr>
      <w:r>
        <w:t>تو اجتہاد کوئی زمانی چیز نہیں ہے کہ پہلے نہ رہا ہو، اب ضرورت ہو اس کی۔</w:t>
      </w:r>
    </w:p>
    <w:p>
      <w:r>
        <w:rPr>
          <w:b/>
        </w:rPr>
        <w:t xml:space="preserve">[30:40] </w:t>
      </w:r>
      <w:r>
        <w:t>hamesha zaroorat hoti hai.</w:t>
      </w:r>
    </w:p>
    <w:p>
      <w:pPr>
        <w:jc w:val="right"/>
      </w:pPr>
      <w:r>
        <w:t>ہمیشہ ضرورت ہوتی ہے۔</w:t>
      </w:r>
    </w:p>
    <w:p>
      <w:r>
        <w:rPr>
          <w:b/>
        </w:rPr>
        <w:t xml:space="preserve">[30:44] </w:t>
      </w:r>
      <w:r>
        <w:t>kyunke halat halat badalte hain.</w:t>
      </w:r>
    </w:p>
    <w:p>
      <w:pPr>
        <w:jc w:val="right"/>
      </w:pPr>
      <w:r>
        <w:t>کیونکہ حالات حالات بدلتے ہیں۔</w:t>
      </w:r>
    </w:p>
    <w:p>
      <w:r>
        <w:rPr>
          <w:b/>
        </w:rPr>
        <w:t xml:space="preserve">[30:48] </w:t>
      </w:r>
      <w:r>
        <w:t>halat kabhi bhi ek jaisa rahengi.</w:t>
      </w:r>
    </w:p>
    <w:p>
      <w:pPr>
        <w:jc w:val="right"/>
      </w:pPr>
      <w:r>
        <w:t>حالات کبھی بھی ایکسانی رہیں گے۔</w:t>
      </w:r>
    </w:p>
    <w:p>
      <w:r>
        <w:rPr>
          <w:b/>
        </w:rPr>
        <w:t xml:space="preserve">[30:52] </w:t>
      </w:r>
      <w:r>
        <w:t>is liye ijtihad kabhi bada ijtihad hota hai, kabhi chota ijtihad hota hai.</w:t>
      </w:r>
    </w:p>
    <w:p>
      <w:pPr>
        <w:jc w:val="right"/>
      </w:pPr>
      <w:r>
        <w:t>اس لیے اجتہاد کبھی بڑا اجتہاد ہوتا ہے، کبھی چھوٹا اجتہاد ہوتا ہے۔</w:t>
      </w:r>
    </w:p>
    <w:p>
      <w:r>
        <w:rPr>
          <w:b/>
        </w:rPr>
        <w:t xml:space="preserve">[30:56] </w:t>
      </w:r>
      <w:r>
        <w:t>lekin ijtihad to hamesha jari rehta hai.</w:t>
      </w:r>
    </w:p>
    <w:p>
      <w:pPr>
        <w:jc w:val="right"/>
      </w:pPr>
      <w:r>
        <w:t>لیکن اجتہاد تو ہمیشہ جاری رہتا ہے۔</w:t>
      </w:r>
    </w:p>
    <w:p>
      <w:r>
        <w:rPr>
          <w:b/>
        </w:rPr>
        <w:t xml:space="preserve">[31:01] </w:t>
      </w:r>
      <w:r>
        <w:t>but Maulana sahib, many people also say that Islam needs reformation, just like it happened to Christianity in the 16th century. so how would you respond to those people?</w:t>
      </w:r>
    </w:p>
    <w:p>
      <w:pPr>
        <w:jc w:val="right"/>
      </w:pPr>
      <w:r>
        <w:t>بٹ مولانا صاحب، مینی پیپل آل سو سے دیٹ اسلام نیڈز ریفارمیشن، جسٹ لائک اٹ ہیپنڈ ٹو کرسچینٹی ان دا سکسٹین سینچری۔ سو ہاؤ وڈ یو ریسپانڈ ٹو دوز پیپل؟</w:t>
      </w:r>
    </w:p>
    <w:p>
      <w:r>
        <w:rPr>
          <w:b/>
        </w:rPr>
        <w:t xml:space="preserve">[31:13] </w:t>
      </w:r>
      <w:r>
        <w:t>dekhen, reformation islam mein nahi hai.</w:t>
      </w:r>
    </w:p>
    <w:p>
      <w:pPr>
        <w:jc w:val="right"/>
      </w:pPr>
      <w:r>
        <w:t>دیکھیں، ریفارمیشن اسلام میں نہیں ہے۔</w:t>
      </w:r>
    </w:p>
    <w:p>
      <w:r>
        <w:rPr>
          <w:b/>
        </w:rPr>
        <w:t xml:space="preserve">[31:17] </w:t>
      </w:r>
      <w:r>
        <w:t>reformation islam mein nahi hai.</w:t>
      </w:r>
    </w:p>
    <w:p>
      <w:pPr>
        <w:jc w:val="right"/>
      </w:pPr>
      <w:r>
        <w:t>ریفارمیشن اسلام میں نہیں ہے۔</w:t>
      </w:r>
    </w:p>
    <w:p>
      <w:r>
        <w:rPr>
          <w:b/>
        </w:rPr>
        <w:t xml:space="preserve">[31:21] </w:t>
      </w:r>
      <w:r>
        <w:t>reformation ka matlab hota hai nadar sani.</w:t>
      </w:r>
    </w:p>
    <w:p>
      <w:pPr>
        <w:jc w:val="right"/>
      </w:pPr>
      <w:r>
        <w:t>ریفارمیشن کا مطلب ہوتا ہے ندر ثانی۔</w:t>
      </w:r>
    </w:p>
    <w:p>
      <w:r>
        <w:rPr>
          <w:b/>
        </w:rPr>
        <w:t xml:space="preserve">[31:25] </w:t>
      </w:r>
      <w:r>
        <w:t>yani phir se is ko soch kar badlav lana.</w:t>
      </w:r>
    </w:p>
    <w:p>
      <w:pPr>
        <w:jc w:val="right"/>
      </w:pPr>
      <w:r>
        <w:t>یعنی پھر سے اس کو سوچ کر بدلاؤ لانا۔</w:t>
      </w:r>
    </w:p>
    <w:p>
      <w:r>
        <w:rPr>
          <w:b/>
        </w:rPr>
        <w:t xml:space="preserve">[31:30] </w:t>
      </w:r>
      <w:r>
        <w:t>halat ko mutabiq banane ke liye.</w:t>
      </w:r>
    </w:p>
    <w:p>
      <w:pPr>
        <w:jc w:val="right"/>
      </w:pPr>
      <w:r>
        <w:t>حالات کو مطابق بنانے کے لیے۔</w:t>
      </w:r>
    </w:p>
    <w:p>
      <w:r>
        <w:rPr>
          <w:b/>
        </w:rPr>
        <w:t xml:space="preserve">[31:34] </w:t>
      </w:r>
      <w:r>
        <w:t>to reformation mein badlav shamil hai.</w:t>
      </w:r>
    </w:p>
    <w:p>
      <w:pPr>
        <w:jc w:val="right"/>
      </w:pPr>
      <w:r>
        <w:t>تو ریفارمیشن میں بدلاؤ شامل ہے۔</w:t>
      </w:r>
    </w:p>
    <w:p>
      <w:r>
        <w:rPr>
          <w:b/>
        </w:rPr>
        <w:t xml:space="preserve">[31:38] </w:t>
      </w:r>
      <w:r>
        <w:t>tabdili shamil hai.</w:t>
      </w:r>
    </w:p>
    <w:p>
      <w:pPr>
        <w:jc w:val="right"/>
      </w:pPr>
      <w:r>
        <w:t>تبدیلی شامل ہے۔</w:t>
      </w:r>
    </w:p>
    <w:p>
      <w:r>
        <w:rPr>
          <w:b/>
        </w:rPr>
        <w:t xml:space="preserve">[31:43] </w:t>
      </w:r>
      <w:r>
        <w:t>to is liye is reformation islam mein nahi hai.</w:t>
      </w:r>
    </w:p>
    <w:p>
      <w:pPr>
        <w:jc w:val="right"/>
      </w:pPr>
      <w:r>
        <w:t>تو اس لیے اس ریفارمیشن اسلام میں نہیں ہے۔</w:t>
      </w:r>
    </w:p>
    <w:p>
      <w:r>
        <w:rPr>
          <w:b/>
        </w:rPr>
        <w:t xml:space="preserve">[31:47] </w:t>
      </w:r>
      <w:r>
        <w:t>islam mein ijtihad hai.</w:t>
      </w:r>
    </w:p>
    <w:p>
      <w:pPr>
        <w:jc w:val="right"/>
      </w:pPr>
      <w:r>
        <w:t>اسلام میں اجتہاد ہے۔</w:t>
      </w:r>
    </w:p>
    <w:p>
      <w:r>
        <w:rPr>
          <w:b/>
        </w:rPr>
        <w:t xml:space="preserve">[31:51] </w:t>
      </w:r>
      <w:r>
        <w:t>ijtihad ka matlab badlav nahi hota.</w:t>
      </w:r>
    </w:p>
    <w:p>
      <w:pPr>
        <w:jc w:val="right"/>
      </w:pPr>
      <w:r>
        <w:t>اجتہاد کا مطلب بدلاؤ نہیں ہوتا۔</w:t>
      </w:r>
    </w:p>
    <w:p>
      <w:r>
        <w:rPr>
          <w:b/>
        </w:rPr>
        <w:t xml:space="preserve">[31:55] </w:t>
      </w:r>
      <w:r>
        <w:t>balke reapplication hota hai.</w:t>
      </w:r>
    </w:p>
    <w:p>
      <w:pPr>
        <w:jc w:val="right"/>
      </w:pPr>
      <w:r>
        <w:t>بلکہ ری ایپلیکیشن ہوتا ہے۔</w:t>
      </w:r>
    </w:p>
    <w:p>
      <w:r>
        <w:rPr>
          <w:b/>
        </w:rPr>
        <w:t xml:space="preserve">[32:00] </w:t>
      </w:r>
      <w:r>
        <w:t>ek hai reapplication, ek hai reformation.</w:t>
      </w:r>
    </w:p>
    <w:p>
      <w:pPr>
        <w:jc w:val="right"/>
      </w:pPr>
      <w:r>
        <w:t>ایک ہے ری ایپلیکیشن، ایک ہے ریفارمیشن۔</w:t>
      </w:r>
    </w:p>
    <w:p>
      <w:r>
        <w:rPr>
          <w:b/>
        </w:rPr>
        <w:t xml:space="preserve">[32:04] </w:t>
      </w:r>
      <w:r>
        <w:t>dono farq hain.</w:t>
      </w:r>
    </w:p>
    <w:p>
      <w:pPr>
        <w:jc w:val="right"/>
      </w:pPr>
      <w:r>
        <w:t>دونوں فرق ہیں۔</w:t>
      </w:r>
    </w:p>
    <w:p>
      <w:r>
        <w:rPr>
          <w:b/>
        </w:rPr>
        <w:t xml:space="preserve">[32:08] </w:t>
      </w:r>
      <w:r>
        <w:t>reformation mein halat kis lehaz se badal dete hain, wo islam mein nahi hai.</w:t>
      </w:r>
    </w:p>
    <w:p>
      <w:pPr>
        <w:jc w:val="right"/>
      </w:pPr>
      <w:r>
        <w:t>ریفارمیشن میں حالات کس لحاظ سے بدل دیتے ہیں، وہ اسلام میں نہیں ہے۔</w:t>
      </w:r>
    </w:p>
    <w:p>
      <w:r>
        <w:rPr>
          <w:b/>
        </w:rPr>
        <w:t xml:space="preserve">[32:13] </w:t>
      </w:r>
      <w:r>
        <w:t>islam mein reapplication hai.</w:t>
      </w:r>
    </w:p>
    <w:p>
      <w:pPr>
        <w:jc w:val="right"/>
      </w:pPr>
      <w:r>
        <w:t>اسلام میں ری ایپلیکیشن ہے۔</w:t>
      </w:r>
    </w:p>
    <w:p>
      <w:r>
        <w:rPr>
          <w:b/>
        </w:rPr>
        <w:t xml:space="preserve">[32:17] </w:t>
      </w:r>
      <w:r>
        <w:t>redefine karna hai.</w:t>
      </w:r>
    </w:p>
    <w:p>
      <w:pPr>
        <w:jc w:val="right"/>
      </w:pPr>
      <w:r>
        <w:t>ری ڈیفائن کرنا ہے۔</w:t>
      </w:r>
    </w:p>
    <w:p>
      <w:r>
        <w:rPr>
          <w:b/>
        </w:rPr>
        <w:t xml:space="preserve">[32:21] </w:t>
      </w:r>
      <w:r>
        <w:t>yeh sab cheezen hain.</w:t>
      </w:r>
    </w:p>
    <w:p>
      <w:pPr>
        <w:jc w:val="right"/>
      </w:pPr>
      <w:r>
        <w:t>یہ سب چیزیں ہیں۔</w:t>
      </w:r>
    </w:p>
    <w:p>
      <w:r>
        <w:rPr>
          <w:b/>
        </w:rPr>
        <w:t xml:space="preserve">[32:25] </w:t>
      </w:r>
      <w:r>
        <w:t>isi ko ijtihad kehte hain.</w:t>
      </w:r>
    </w:p>
    <w:p>
      <w:pPr>
        <w:jc w:val="right"/>
      </w:pPr>
      <w:r>
        <w:t>اسی کو اجتہاد کہتے ہیں۔</w:t>
      </w:r>
    </w:p>
    <w:p>
      <w:r>
        <w:rPr>
          <w:b/>
        </w:rPr>
        <w:t xml:space="preserve">[32:30] </w:t>
      </w:r>
      <w:r>
        <w:t>to ijtihad to bilashuba islam mein hai.</w:t>
      </w:r>
    </w:p>
    <w:p>
      <w:pPr>
        <w:jc w:val="right"/>
      </w:pPr>
      <w:r>
        <w:t>تو اجتہاد تو بلاشبہ اسلام میں ہے۔</w:t>
      </w:r>
    </w:p>
    <w:p>
      <w:r>
        <w:rPr>
          <w:b/>
        </w:rPr>
        <w:t xml:space="preserve">[32:34] </w:t>
      </w:r>
      <w:r>
        <w:t>ijtihad ka matlab hota hai ke asal jo hai, essence, essence ko baqi rakhte hue aap phir se sochen.</w:t>
      </w:r>
    </w:p>
    <w:p>
      <w:pPr>
        <w:jc w:val="right"/>
      </w:pPr>
      <w:r>
        <w:t>اجتہاد کا مطلب ہوتا ہے کہ اصل جو ہے، ایسنس، ایسنس کو باقی رکھتے ہوئے آپ پھر سے سوچیں۔</w:t>
      </w:r>
    </w:p>
    <w:p>
      <w:r>
        <w:rPr>
          <w:b/>
        </w:rPr>
        <w:t xml:space="preserve">[32:38] </w:t>
      </w:r>
      <w:r>
        <w:t>is ka reapplication daryaft karen.</w:t>
      </w:r>
    </w:p>
    <w:p>
      <w:pPr>
        <w:jc w:val="right"/>
      </w:pPr>
      <w:r>
        <w:t>اس کا ری ایپلیکیشن دریافت کریں۔</w:t>
      </w:r>
    </w:p>
    <w:p>
      <w:r>
        <w:rPr>
          <w:b/>
        </w:rPr>
        <w:t xml:space="preserve">[32:43] </w:t>
      </w:r>
      <w:r>
        <w:t>lekin reformation mein khud jo asal taleem hai, mein yani change laya jata hai, woh alag cheez hai.</w:t>
      </w:r>
    </w:p>
    <w:p>
      <w:pPr>
        <w:jc w:val="right"/>
      </w:pPr>
      <w:r>
        <w:t>لیکن ریفارمیشن میں خود جو اصل تعلیم ہے، میں یعنی چینج لایا جاتا ہے، وہ الگ چیز ہے۔</w:t>
      </w:r>
    </w:p>
    <w:p>
      <w:r>
        <w:rPr>
          <w:b/>
        </w:rPr>
        <w:t xml:space="preserve">[32:47] </w:t>
      </w:r>
      <w:r>
        <w:t>to mein yeh kahunga ke mere ilm ke mutabiq islam mein reformation nahi hai.</w:t>
      </w:r>
    </w:p>
    <w:p>
      <w:pPr>
        <w:jc w:val="right"/>
      </w:pPr>
      <w:r>
        <w:t>تو میں یہ کہوں گا کہ میرے علم کے مطابق اسلام میں ریفارمیشن نہیں ہے۔</w:t>
      </w:r>
    </w:p>
    <w:p>
      <w:r>
        <w:rPr>
          <w:b/>
        </w:rPr>
        <w:t xml:space="preserve">[32:51] </w:t>
      </w:r>
      <w:r>
        <w:t>albata islam mein readjustment, reapplication, redefinition, yeh sab cheezen hain jis ko ijtihad kehte hain.</w:t>
      </w:r>
    </w:p>
    <w:p>
      <w:pPr>
        <w:jc w:val="right"/>
      </w:pPr>
      <w:r>
        <w:t>البتہ اسلام میں ری ایڈجسٹمنٹ، ری ایپلیکیشن، ری ڈیفینیشن، یہ سب چیزیں ہیں جس کو اجتہاد کہتے ہیں۔</w:t>
      </w:r>
    </w:p>
    <w:p>
      <w:r>
        <w:rPr>
          <w:b/>
        </w:rPr>
        <w:t xml:space="preserve">[32:56] </w:t>
      </w:r>
      <w:r>
        <w:t>maulana, Mr. Ikramullah Dautani has asked you another question. in fact, he is asking you that isn't your philosophy restrictive because you are asking people to restrict them only for worshiping, like it happens in other religions, whereas Quran reminds us that we have to be Khalifa on earth. so he feels that your philosophy is restrictive. how would you respond to him?</w:t>
      </w:r>
    </w:p>
    <w:p>
      <w:pPr>
        <w:jc w:val="right"/>
      </w:pPr>
      <w:r>
        <w:t>مولانا، مسٹر اکرام اللہ دوتانی ہیز آسکڈ یو انادر کوئسچن۔ ان فیکٹ، ہی از آسکنگ یو دیٹ ازنٹ یور فلاسفی ریسٹرکٹیو بیکاز یو آر آسکنگ پیپل ٹو ریسٹرکٹ دیم اونلی فار ورشپنگ، لائک اٹ ہیپنز ان ادر ریلیجنز، ویر ایز قرآن ریمائنڈز اس دیٹ وی ہیو ٹو بی خلیفہ ان ارتھ۔ سو ہی فیلز دیٹ یور فلاسفی از ریسٹرکٹیو۔ ہاؤ وڈ یو ریسپانڈ ٹو ہم؟</w:t>
      </w:r>
    </w:p>
    <w:p>
      <w:r>
        <w:rPr>
          <w:b/>
        </w:rPr>
        <w:t xml:space="preserve">[33:25] </w:t>
      </w:r>
      <w:r>
        <w:t>is ka khilafat se koi taluq nahi hai.</w:t>
      </w:r>
    </w:p>
    <w:p>
      <w:pPr>
        <w:jc w:val="right"/>
      </w:pPr>
      <w:r>
        <w:t>اس کا خلافت سے کوئی تعلق نہیں ہے۔</w:t>
      </w:r>
    </w:p>
    <w:p>
      <w:r>
        <w:rPr>
          <w:b/>
        </w:rPr>
        <w:t xml:space="preserve">[33:31] </w:t>
      </w:r>
      <w:r>
        <w:t>khilafat jo kalr jo quran mein aya hai, woh mazhabi shakhs mein nahi aya.</w:t>
      </w:r>
    </w:p>
    <w:p>
      <w:pPr>
        <w:jc w:val="right"/>
      </w:pPr>
      <w:r>
        <w:t>خلافت جو کلر جو قرآن میں آیا ہے، وہ مذہبی شخص میں نہیں آیا۔</w:t>
      </w:r>
    </w:p>
    <w:p>
      <w:r>
        <w:rPr>
          <w:b/>
        </w:rPr>
        <w:t xml:space="preserve">[33:37] </w:t>
      </w:r>
      <w:r>
        <w:t>balkeh amomi aitbar se insan ko jo position di gai hai, us ke lehaz se hai.</w:t>
      </w:r>
    </w:p>
    <w:p>
      <w:pPr>
        <w:jc w:val="right"/>
      </w:pPr>
      <w:r>
        <w:t>بلکہ عمومی اعتبار سے انسان کو جو پوزیشن دی گئی ہے، اس کے لحاظ سے ہے۔</w:t>
      </w:r>
    </w:p>
    <w:p>
      <w:r>
        <w:rPr>
          <w:b/>
        </w:rPr>
        <w:t xml:space="preserve">[33:43] </w:t>
      </w:r>
      <w:r>
        <w:t>woh muslim ke lehaz se nahi hai, islam ke lehaz se nahi hai.</w:t>
      </w:r>
    </w:p>
    <w:p>
      <w:pPr>
        <w:jc w:val="right"/>
      </w:pPr>
      <w:r>
        <w:t>یہ مسلم کے لحاظ سے نہیں ہے، اسلام کے لحاظ سے نہیں ہے۔</w:t>
      </w:r>
    </w:p>
    <w:p>
      <w:r>
        <w:rPr>
          <w:b/>
        </w:rPr>
        <w:t xml:space="preserve">[33:49] </w:t>
      </w:r>
      <w:r>
        <w:t>woh yani is ka matlab yeh hai ke Allah taala ne ek dunya banai, yeh zameen, planet earth.</w:t>
      </w:r>
    </w:p>
    <w:p>
      <w:pPr>
        <w:jc w:val="right"/>
      </w:pPr>
      <w:r>
        <w:t>وہ یعنی اس کا مطلب یہ ہے کہ اللہ تعالیٰ نے ایک دنیا بنائی، یہ زمین، پلینٹ ارتھ۔</w:t>
      </w:r>
    </w:p>
    <w:p>
      <w:r>
        <w:rPr>
          <w:b/>
        </w:rPr>
        <w:t xml:space="preserve">[33:55] </w:t>
      </w:r>
      <w:r>
        <w:t>to planet earth ka natural sense mein insan ko incharge kar diya.</w:t>
      </w:r>
    </w:p>
    <w:p>
      <w:pPr>
        <w:jc w:val="right"/>
      </w:pPr>
      <w:r>
        <w:t>تو پلینٹ ارتھ کا نیچرل سینس میں انسان کو انچارج کر دیا۔</w:t>
      </w:r>
    </w:p>
    <w:p>
      <w:r>
        <w:rPr>
          <w:b/>
        </w:rPr>
        <w:t xml:space="preserve">[34:01] </w:t>
      </w:r>
      <w:r>
        <w:t>incharge bana diya.</w:t>
      </w:r>
    </w:p>
    <w:p>
      <w:pPr>
        <w:jc w:val="right"/>
      </w:pPr>
      <w:r>
        <w:t>انچارج بنا دیا۔</w:t>
      </w:r>
    </w:p>
    <w:p>
      <w:r>
        <w:rPr>
          <w:b/>
        </w:rPr>
        <w:t xml:space="preserve">[34:07] </w:t>
      </w:r>
      <w:r>
        <w:t>lekin incharge jo tha, yeh kis sense mein tha? yahi inka test tha.</w:t>
      </w:r>
    </w:p>
    <w:p>
      <w:pPr>
        <w:jc w:val="right"/>
      </w:pPr>
      <w:r>
        <w:t>لیکن انچارج جو تھا، یہ کس سینس میں تھا؟ یہی ان کا ٹیسٹ تھا۔</w:t>
      </w:r>
    </w:p>
    <w:p>
      <w:r>
        <w:rPr>
          <w:b/>
        </w:rPr>
        <w:t xml:space="preserve">[34:13] </w:t>
      </w:r>
      <w:r>
        <w:t>yeh jab insan is is ko chalayega, yahan ke nizam ko, isi mein inka test hoga.</w:t>
      </w:r>
    </w:p>
    <w:p>
      <w:pPr>
        <w:jc w:val="right"/>
      </w:pPr>
      <w:r>
        <w:t>یہ جب انسان اس اس کو چلائے گا، یہاں کے نظام کو، اسی میں ان کا ٹیسٹ ہوگا۔</w:t>
      </w:r>
    </w:p>
    <w:p>
      <w:r>
        <w:rPr>
          <w:b/>
        </w:rPr>
        <w:t xml:space="preserve">[34:19] </w:t>
      </w:r>
      <w:r>
        <w:t>isi mein dekha jayega ke justice pe chala hai ke injustice pe chala hai.</w:t>
      </w:r>
    </w:p>
    <w:p>
      <w:pPr>
        <w:jc w:val="right"/>
      </w:pPr>
      <w:r>
        <w:t>اسی میں دیکھا جائے کہ جسٹس پہ چلا ہے کہ ان جسٹس پہ چلا ہے۔</w:t>
      </w:r>
    </w:p>
    <w:p>
      <w:r>
        <w:rPr>
          <w:b/>
        </w:rPr>
        <w:t xml:space="preserve">[34:25] </w:t>
      </w:r>
      <w:r>
        <w:t>is ne zulm kiya ya insaf kiya hai.</w:t>
      </w:r>
    </w:p>
    <w:p>
      <w:pPr>
        <w:jc w:val="right"/>
      </w:pPr>
      <w:r>
        <w:t>اس نے ظلم کیا یا انصاف کیا ہے۔</w:t>
      </w:r>
    </w:p>
    <w:p>
      <w:r>
        <w:rPr>
          <w:b/>
        </w:rPr>
        <w:t xml:space="preserve">[34:31] </w:t>
      </w:r>
      <w:r>
        <w:t>to insan is ka incharge hai, is ka hakim nahi hai.</w:t>
      </w:r>
    </w:p>
    <w:p>
      <w:pPr>
        <w:jc w:val="right"/>
      </w:pPr>
      <w:r>
        <w:t>تو انسان اس کا انچارج ہے، اس کا حاکم نہیں ہے۔</w:t>
      </w:r>
    </w:p>
    <w:p>
      <w:r>
        <w:rPr>
          <w:b/>
        </w:rPr>
        <w:t xml:space="preserve">[34:37] </w:t>
      </w:r>
      <w:r>
        <w:t>yani musalman is ka matlab yeh lete hain ke dunya bhar mein hum khilafat qaim karenge.</w:t>
      </w:r>
    </w:p>
    <w:p>
      <w:pPr>
        <w:jc w:val="right"/>
      </w:pPr>
      <w:r>
        <w:t>یعنی مسلمان اس کا مطلب یہ لیتے ہیں کہ دنیا بھر میں ہم خلافت قائم کریں گے۔</w:t>
      </w:r>
    </w:p>
    <w:p>
      <w:r>
        <w:rPr>
          <w:b/>
        </w:rPr>
        <w:t xml:space="preserve">[34:43] </w:t>
      </w:r>
      <w:r>
        <w:t>woh khilafat alag cheez hai.</w:t>
      </w:r>
    </w:p>
    <w:p>
      <w:pPr>
        <w:jc w:val="right"/>
      </w:pPr>
      <w:r>
        <w:t>وہ خلافت الگ چیز ہے۔</w:t>
      </w:r>
    </w:p>
    <w:p>
      <w:r>
        <w:rPr>
          <w:b/>
        </w:rPr>
        <w:t xml:space="preserve">[34:49] </w:t>
      </w:r>
      <w:r>
        <w:t>yeh sirf incharge ke maene mein hai.</w:t>
      </w:r>
    </w:p>
    <w:p>
      <w:pPr>
        <w:jc w:val="right"/>
      </w:pPr>
      <w:r>
        <w:t>یہ صرف انچارج کے معنی میں ہے۔</w:t>
      </w:r>
    </w:p>
    <w:p>
      <w:r>
        <w:rPr>
          <w:b/>
        </w:rPr>
        <w:t xml:space="preserve">[34:55] </w:t>
      </w:r>
      <w:r>
        <w:t>yani azadi, is ko aap yeh keh sakte hain ke insan ko azadi di gai hai zameen par</w:t>
      </w:r>
    </w:p>
    <w:p>
      <w:pPr>
        <w:jc w:val="right"/>
      </w:pPr>
      <w:r>
        <w:t>یعنی آزادی، اس کو آپ یہ کہہ سکتے ہیں کہ انسان کو آزادی دی گئی ہے زمین پر</w:t>
      </w:r>
    </w:p>
    <w:p>
      <w:r>
        <w:rPr>
          <w:b/>
        </w:rPr>
        <w:t xml:space="preserve">[35:01] </w:t>
      </w:r>
      <w:r>
        <w:t>ke jis tarah chahe rahe, lekin Allah taala is ka hisab lega.</w:t>
      </w:r>
    </w:p>
    <w:p>
      <w:pPr>
        <w:jc w:val="right"/>
      </w:pPr>
      <w:r>
        <w:t>کہ جس طرح چاہے رہے، لیکن اللہ تعالیٰ اس کا حساب لے گا۔</w:t>
      </w:r>
    </w:p>
    <w:p>
      <w:r>
        <w:rPr>
          <w:b/>
        </w:rPr>
        <w:t xml:space="preserve">[35:07] </w:t>
      </w:r>
      <w:r>
        <w:t>yani azadi ke sath sath accountability yeh hai.</w:t>
      </w:r>
    </w:p>
    <w:p>
      <w:pPr>
        <w:jc w:val="right"/>
      </w:pPr>
      <w:r>
        <w:t>یعنی آزادی کے ساتھ ساتھ اکاؤنٹیبلٹی یہ ہے۔</w:t>
      </w:r>
    </w:p>
    <w:p>
      <w:r>
        <w:rPr>
          <w:b/>
        </w:rPr>
        <w:t xml:space="preserve">[35:13] </w:t>
      </w:r>
      <w:r>
        <w:t>to isi azadi se, ya wahi jo jis ko maine kaha ke ek zameen ko par insan</w:t>
      </w:r>
    </w:p>
    <w:p>
      <w:pPr>
        <w:jc w:val="right"/>
      </w:pPr>
      <w:r>
        <w:t>تو اسی آزادی سے، یا وہی جو جس کو میں نے کہا کہ ایک زمین کو پر انسان</w:t>
      </w:r>
    </w:p>
    <w:p>
      <w:r>
        <w:rPr>
          <w:b/>
        </w:rPr>
        <w:t xml:space="preserve">[35:19] </w:t>
      </w:r>
      <w:r>
        <w:t>ko incharge banaya gaya hai, isi se soiliser bani.</w:t>
      </w:r>
    </w:p>
    <w:p>
      <w:pPr>
        <w:jc w:val="right"/>
      </w:pPr>
      <w:r>
        <w:t>کو انچارج بنایا گیا ہے، اسی سے سولائسر بنی۔</w:t>
      </w:r>
    </w:p>
    <w:p>
      <w:r>
        <w:rPr>
          <w:b/>
        </w:rPr>
        <w:t xml:space="preserve">[35:25] </w:t>
      </w:r>
      <w:r>
        <w:t>yeh soiliser jo hai, wo kya hai? insan chounke is zameen ka incharge tha, to us ne discoveries</w:t>
      </w:r>
    </w:p>
    <w:p>
      <w:pPr>
        <w:jc w:val="right"/>
      </w:pPr>
      <w:r>
        <w:t>یہ سولائسر جو ہے، وہ کیا ہے؟ انسان چونکہ اس زمین کا انچارج تھا، تو اس نے ڈسکوریز</w:t>
      </w:r>
    </w:p>
    <w:p>
      <w:r>
        <w:rPr>
          <w:b/>
        </w:rPr>
        <w:t xml:space="preserve">[35:31] </w:t>
      </w:r>
      <w:r>
        <w:t>keen aur tarah tarah ki research ki, to ek soiliser wajood mein aai.</w:t>
      </w:r>
    </w:p>
    <w:p>
      <w:pPr>
        <w:jc w:val="right"/>
      </w:pPr>
      <w:r>
        <w:t>کیں اور طرح طرح کی ریسرچ کی، تو ایک سولائسر وجود میں آئی۔</w:t>
      </w:r>
    </w:p>
    <w:p>
      <w:r>
        <w:rPr>
          <w:b/>
        </w:rPr>
        <w:t xml:space="preserve">[35:37] </w:t>
      </w:r>
      <w:r>
        <w:t>to soiliser jo hai, wo mazhabi cheez nahi hai.</w:t>
      </w:r>
    </w:p>
    <w:p>
      <w:pPr>
        <w:jc w:val="right"/>
      </w:pPr>
      <w:r>
        <w:t>تو سولائسر جو ہے، وہ مذہبی چیز نہیں ہے۔</w:t>
      </w:r>
    </w:p>
    <w:p>
      <w:r>
        <w:rPr>
          <w:b/>
        </w:rPr>
        <w:t xml:space="preserve">[35:43] </w:t>
      </w:r>
      <w:r>
        <w:t>wo insan ne jo apni ikhtiyar ko istemal kiya, us ke nateejay mein soiliser ban gai.</w:t>
      </w:r>
    </w:p>
    <w:p>
      <w:pPr>
        <w:jc w:val="right"/>
      </w:pPr>
      <w:r>
        <w:t>وہ انسان نے جو اپنی اختیار کو استعمال کیا، اس کے نتیجے میں سولائسر بن گئی۔</w:t>
      </w:r>
    </w:p>
    <w:p>
      <w:r>
        <w:rPr>
          <w:b/>
        </w:rPr>
        <w:t xml:space="preserve">[35:49] </w:t>
      </w:r>
      <w:r>
        <w:t>to Allah taala ke samne phir bhi insan accountability hai ke is is ka is ka behavior kaisa tha.</w:t>
      </w:r>
    </w:p>
    <w:p>
      <w:pPr>
        <w:jc w:val="right"/>
      </w:pPr>
      <w:r>
        <w:t>تو اللہ تعالیٰ کے سامنے پھر بھی انسان اکاؤنٹیبل ہے کہ اس اس کا اس کا بیہیویئر کیسا تھا۔</w:t>
      </w:r>
    </w:p>
    <w:p>
      <w:r>
        <w:rPr>
          <w:b/>
        </w:rPr>
        <w:t xml:space="preserve">[35:55] </w:t>
      </w:r>
      <w:r>
        <w:t>us ne insaaf kiya ke insaaf nahi kiya.</w:t>
      </w:r>
    </w:p>
    <w:p>
      <w:pPr>
        <w:jc w:val="right"/>
      </w:pPr>
      <w:r>
        <w:t>اس نے انصاف کیا کہ انصاف نہیں کیا۔</w:t>
      </w:r>
    </w:p>
    <w:p>
      <w:r>
        <w:rPr>
          <w:b/>
        </w:rPr>
        <w:t xml:space="preserve">[36:01] </w:t>
      </w:r>
      <w:r>
        <w:t>in sab cheezon ke aitbar se uska Allah taala hisab kitab le ga.</w:t>
      </w:r>
    </w:p>
    <w:p>
      <w:pPr>
        <w:jc w:val="right"/>
      </w:pPr>
      <w:r>
        <w:t>ان سب چیزوں کے اعتبار سے اس کا اللہ تعالیٰ حساب کتاب لے گا۔</w:t>
      </w:r>
    </w:p>
    <w:p>
      <w:r>
        <w:rPr>
          <w:b/>
        </w:rPr>
        <w:t xml:space="preserve">[36:07] </w:t>
      </w:r>
      <w:r>
        <w:t>warna khaleefa ka wo matlab nahi jo aaj kal khaleefa ghalat bolte hain.</w:t>
      </w:r>
    </w:p>
    <w:p>
      <w:pPr>
        <w:jc w:val="right"/>
      </w:pPr>
      <w:r>
        <w:t>ورنہ خلیفہ کا وہ مطلب نہیں جو آج کل خلیفہ غلط بولتے ہیں۔</w:t>
      </w:r>
    </w:p>
    <w:p>
      <w:r>
        <w:rPr>
          <w:b/>
        </w:rPr>
        <w:t xml:space="preserve">[36:13] </w:t>
      </w:r>
      <w:r>
        <w:t>wo natural sense mein hai.</w:t>
      </w:r>
    </w:p>
    <w:p>
      <w:pPr>
        <w:jc w:val="right"/>
      </w:pPr>
      <w:r>
        <w:t>وہ نیچرل سینس میں ہے۔</w:t>
      </w:r>
    </w:p>
    <w:p>
      <w:r>
        <w:rPr>
          <w:b/>
        </w:rPr>
        <w:t xml:space="preserve">[36:19] </w:t>
      </w:r>
      <w:r>
        <w:t>wo mazhabi sense mein nahi hai.</w:t>
      </w:r>
    </w:p>
    <w:p>
      <w:pPr>
        <w:jc w:val="right"/>
      </w:pPr>
      <w:r>
        <w:t>وہ مذہبی سینس میں نہیں ہے۔</w:t>
      </w:r>
    </w:p>
    <w:p>
      <w:r>
        <w:rPr>
          <w:b/>
        </w:rPr>
        <w:t xml:space="preserve">[36:25] </w:t>
      </w:r>
      <w:r>
        <w:t>maulana, we have another question from Dr. Farida Khanum from Delhi, and she has written: what was Prophet of Islam's daily activity? it is a general perception that he was all the time engaged in war. how did he communicate the divine message to people?</w:t>
      </w:r>
    </w:p>
    <w:p>
      <w:pPr>
        <w:jc w:val="right"/>
      </w:pPr>
      <w:r>
        <w:t>مولانا، وی ہیو انادر کوئسچن فرام ڈاکٹر فریدہ خانم فرام ڈلی، اینڈ شی از رٹن: واٹ واز پرافٹ آف اسلامز ڈیلی ایکٹیویٹی؟ اٹ از ا جنرل پرسیپشن دیٹ ہی واز آل دا ٹائم انگیجڈ ان وار۔ ہاؤ ڈیڈ ہی کمیونیکیٹ دا ڈیوائن میسج ٹو پیپل؟</w:t>
      </w:r>
    </w:p>
    <w:p>
      <w:r>
        <w:rPr>
          <w:b/>
        </w:rPr>
        <w:t xml:space="preserve">[36:47] </w:t>
      </w:r>
      <w:r>
        <w:t>ab war kaise kahen ge aap? aap dekhiye ke Rasool Allah ne terah saal Makah mein guzara, kabhi</w:t>
      </w:r>
    </w:p>
    <w:p>
      <w:pPr>
        <w:jc w:val="right"/>
      </w:pPr>
      <w:r>
        <w:t>اب وار کیسے کہیں گے آپ؟ آپ دیکھیے کہ رسول اللہ نے تیرہ سال مکہ میں گزارا، کبھی</w:t>
      </w:r>
    </w:p>
    <w:p>
      <w:r>
        <w:rPr>
          <w:b/>
        </w:rPr>
        <w:t xml:space="preserve">[36:52] </w:t>
      </w:r>
      <w:r>
        <w:t>nahi lade aap, halanke wo satate the aap ko, zulm karte the, hatta ke Kaaba mein namaz parhne</w:t>
      </w:r>
    </w:p>
    <w:p>
      <w:pPr>
        <w:jc w:val="right"/>
      </w:pPr>
      <w:r>
        <w:t>نہیں لڑے آپ، حالانکہ وہ ستاتے تھے آپ کو، ظلم کرتے تھے، حتیٰ کہ کعبہ میں نماز پڑھنے</w:t>
      </w:r>
    </w:p>
    <w:p>
      <w:r>
        <w:rPr>
          <w:b/>
        </w:rPr>
        <w:t xml:space="preserve">[36:58] </w:t>
      </w:r>
      <w:r>
        <w:t>ko mana karte the.</w:t>
      </w:r>
    </w:p>
    <w:p>
      <w:pPr>
        <w:jc w:val="right"/>
      </w:pPr>
      <w:r>
        <w:t>کو منع کرتے تھے۔</w:t>
      </w:r>
    </w:p>
    <w:p>
      <w:r>
        <w:rPr>
          <w:b/>
        </w:rPr>
        <w:t xml:space="preserve">[37:04] </w:t>
      </w:r>
      <w:r>
        <w:t>to terah saal tak aap ko bar bar sataya gaya, lekin aap kabhi lade nahi.</w:t>
      </w:r>
    </w:p>
    <w:p>
      <w:pPr>
        <w:jc w:val="right"/>
      </w:pPr>
      <w:r>
        <w:t>تو تیرہ سال تک آپ کو بار بار ستایا گیا، لیکن آپ کبھی لڑے نہیں۔</w:t>
      </w:r>
    </w:p>
    <w:p>
      <w:r>
        <w:rPr>
          <w:b/>
        </w:rPr>
        <w:t xml:space="preserve">[37:10] </w:t>
      </w:r>
      <w:r>
        <w:t>acha, Madinah aanay ke baad aap ne kabhi Makah walon ki shikayat nahi ki? wahan normal tareeqay se</w:t>
      </w:r>
    </w:p>
    <w:p>
      <w:pPr>
        <w:jc w:val="right"/>
      </w:pPr>
      <w:r>
        <w:t>اچھا، مدینہ آنے کے بعد آپ نے کبھی مکہ والوں کی شکایت نہیں کی؟ وہاں نارمل طریقے سے</w:t>
      </w:r>
    </w:p>
    <w:p>
      <w:r>
        <w:rPr>
          <w:b/>
        </w:rPr>
        <w:t xml:space="preserve">[37:16] </w:t>
      </w:r>
      <w:r>
        <w:t>rehne lage, dawat ka kaam karne lage.</w:t>
      </w:r>
    </w:p>
    <w:p>
      <w:pPr>
        <w:jc w:val="right"/>
      </w:pPr>
      <w:r>
        <w:t>رہنے لگے، دعوت کا کام کرنے لگے۔</w:t>
      </w:r>
    </w:p>
    <w:p>
      <w:r>
        <w:rPr>
          <w:b/>
        </w:rPr>
        <w:t xml:space="preserve">[37:22] </w:t>
      </w:r>
      <w:r>
        <w:t>to unhon ne attack kiya.</w:t>
      </w:r>
    </w:p>
    <w:p>
      <w:pPr>
        <w:jc w:val="right"/>
      </w:pPr>
      <w:r>
        <w:t>تو انہوں نے اٹیک کیا۔</w:t>
      </w:r>
    </w:p>
    <w:p>
      <w:r>
        <w:rPr>
          <w:b/>
        </w:rPr>
        <w:t xml:space="preserve">[37:28] </w:t>
      </w:r>
      <w:r>
        <w:t>sach poochhen to chand attack the wo, kyunke wo ghussa the ke Madinah se ke Makah se hum</w:t>
      </w:r>
    </w:p>
    <w:p>
      <w:pPr>
        <w:jc w:val="right"/>
      </w:pPr>
      <w:r>
        <w:t>سچ پوچھیں تو چند اٹیک تھے وہ، کیونکہ وہ غصہ تھے کہ مدینے سے کہ مکہ سے ہم</w:t>
      </w:r>
    </w:p>
    <w:p>
      <w:r>
        <w:rPr>
          <w:b/>
        </w:rPr>
        <w:t xml:space="preserve">[37:34] </w:t>
      </w:r>
      <w:r>
        <w:t>ne nikaal diya, to Madinah mein yeh apna adda bana liya.</w:t>
      </w:r>
    </w:p>
    <w:p>
      <w:pPr>
        <w:jc w:val="right"/>
      </w:pPr>
      <w:r>
        <w:t>نے نکال دیا، تو مدینے میں یہ اپنا اڈا بنا لیا۔</w:t>
      </w:r>
    </w:p>
    <w:p>
      <w:r>
        <w:rPr>
          <w:b/>
        </w:rPr>
        <w:t xml:space="preserve">[37:40] </w:t>
      </w:r>
      <w:r>
        <w:t>to is ghusse mein unhon ne attack kiya.</w:t>
      </w:r>
    </w:p>
    <w:p>
      <w:pPr>
        <w:jc w:val="right"/>
      </w:pPr>
      <w:r>
        <w:t>تو اس غصے میں انہوں نے اٹیک کیا۔</w:t>
      </w:r>
    </w:p>
    <w:p>
      <w:r>
        <w:rPr>
          <w:b/>
        </w:rPr>
        <w:t xml:space="preserve">[37:46] </w:t>
      </w:r>
      <w:r>
        <w:t>lekin Rasool Allah sal Allah alaihi wasallam ne wahi band jo kaha is se pehle ke har mauqa</w:t>
      </w:r>
    </w:p>
    <w:p>
      <w:pPr>
        <w:jc w:val="right"/>
      </w:pPr>
      <w:r>
        <w:t>لیکن رسول اللہ صلی اللہ علیہ وسلم نے وہی بند جو کہا اس سے پہلے کہ ہر موقع</w:t>
      </w:r>
    </w:p>
    <w:p>
      <w:r>
        <w:rPr>
          <w:b/>
        </w:rPr>
        <w:t xml:space="preserve">[37:51] </w:t>
      </w:r>
      <w:r>
        <w:t>پر آپ نے manage کیا اور لڑائی کو اس conditions سے آگے نہیں بڑھنے دیا۔</w:t>
      </w:r>
    </w:p>
    <w:p>
      <w:pPr>
        <w:jc w:val="right"/>
      </w:pPr>
      <w:r>
        <w:t>پر آپ نے مانج کیا اور لڑائی کو اس کنڈیشنز سے آگے نہیں بڑھنے دیا۔</w:t>
      </w:r>
    </w:p>
    <w:p>
      <w:r>
        <w:rPr>
          <w:b/>
        </w:rPr>
        <w:t xml:space="preserve">[37:57] </w:t>
      </w:r>
      <w:r>
        <w:t>to dekhiye aap, Ghazwa e Badr, Ghazwa e Uhud, Ghazwa e Hunain, aur yeh jo chand ghazwaat hain, wo ek din</w:t>
      </w:r>
    </w:p>
    <w:p>
      <w:pPr>
        <w:jc w:val="right"/>
      </w:pPr>
      <w:r>
        <w:t>تو دیکھیے آپ، غزوہ بدر، غزوہ احد، غزوہ حنین، اور یہ جو چند غزوات ہیں، وہ ایک دن</w:t>
      </w:r>
    </w:p>
    <w:p>
      <w:r>
        <w:rPr>
          <w:b/>
        </w:rPr>
        <w:t xml:space="preserve">[38:03] </w:t>
      </w:r>
      <w:r>
        <w:t>mein hue, is din khatm bhi ho gaye.</w:t>
      </w:r>
    </w:p>
    <w:p>
      <w:pPr>
        <w:jc w:val="right"/>
      </w:pPr>
      <w:r>
        <w:t>میں ہوئے، اس دن ختم بھی ہو گئے۔</w:t>
      </w:r>
    </w:p>
    <w:p>
      <w:r>
        <w:rPr>
          <w:b/>
        </w:rPr>
        <w:t xml:space="preserve">[38:09] </w:t>
      </w:r>
      <w:r>
        <w:t>ghazwa uhud, woh ghazwa badr, ghazwa hunain, ghazwa uhud, isi din shuru hue, isi din khatm bhi ho gaye.</w:t>
      </w:r>
    </w:p>
    <w:p>
      <w:pPr>
        <w:jc w:val="right"/>
      </w:pPr>
      <w:r>
        <w:t>غزوہ احد، وہ غزوہ بدر، غزوہ حنین، غزوہ احد، اسی دن شروع ہوئے، اسی دن ختم بھی ہو گئے۔</w:t>
      </w:r>
    </w:p>
    <w:p>
      <w:r>
        <w:rPr>
          <w:b/>
        </w:rPr>
        <w:t xml:space="preserve">[38:15] </w:t>
      </w:r>
      <w:r>
        <w:t>تو یہ تو جھڑپ تھی، اس conditions تھا، یہ لڑائی کہاں تھی؟ تو رسول اللہ نے کیا کیا</w:t>
      </w:r>
    </w:p>
    <w:p>
      <w:pPr>
        <w:jc w:val="right"/>
      </w:pPr>
      <w:r>
        <w:t>تو یہ تو جھڑپ تھی، اس کنڈیشنز تھا، یہ لڑائی کہاں تھی؟ تو رسول اللہ نے کیا کیا</w:t>
      </w:r>
    </w:p>
    <w:p>
      <w:r>
        <w:rPr>
          <w:b/>
        </w:rPr>
        <w:t xml:space="preserve">[38:21] </w:t>
      </w:r>
      <w:r>
        <w:t>کہ اس طرح سے manage کیا کہ لڑائی بڑھنے نہ پائے۔</w:t>
      </w:r>
    </w:p>
    <w:p>
      <w:pPr>
        <w:jc w:val="right"/>
      </w:pPr>
      <w:r>
        <w:t>کہ اس طرح سے مانج کیا کہ لڑائی بڑھنے نہ پائے۔</w:t>
      </w:r>
    </w:p>
    <w:p>
      <w:r>
        <w:rPr>
          <w:b/>
        </w:rPr>
        <w:t xml:space="preserve">[38:27] </w:t>
      </w:r>
      <w:r>
        <w:t>har baar maanj kiya.</w:t>
      </w:r>
    </w:p>
    <w:p>
      <w:pPr>
        <w:jc w:val="right"/>
      </w:pPr>
      <w:r>
        <w:t>ہر بار مانج کیا۔</w:t>
      </w:r>
    </w:p>
    <w:p>
      <w:r>
        <w:rPr>
          <w:b/>
        </w:rPr>
        <w:t xml:space="preserve">[38:33] </w:t>
      </w:r>
      <w:r>
        <w:t>is ki aik misaal yeh hai ke unhon ne aik martaba attack kiya, jise kehte hain ghazwa e khandaq.</w:t>
      </w:r>
    </w:p>
    <w:p>
      <w:pPr>
        <w:jc w:val="right"/>
      </w:pPr>
      <w:r>
        <w:t>اس کی ایک مثال یہ ہے کہ انہوں نے ایک مرتبہ اٹیک کیا، جسے کہتے ہیں غزوہ خندق۔</w:t>
      </w:r>
    </w:p>
    <w:p>
      <w:r>
        <w:rPr>
          <w:b/>
        </w:rPr>
        <w:t xml:space="preserve">[38:39] </w:t>
      </w:r>
      <w:r>
        <w:t>to ghazwa e khandaq, ghazwa kahan tha? woh to aap ne aisa kiya ke un ka lashkar madina pounchanay</w:t>
      </w:r>
    </w:p>
    <w:p>
      <w:pPr>
        <w:jc w:val="right"/>
      </w:pPr>
      <w:r>
        <w:t>تو غزوہ خندق، غزوہ کہاں تھا؟ وہ تو آپ نے ایسا کیا کہ ان کا لشکر مدینہ پہنچنے</w:t>
      </w:r>
    </w:p>
    <w:p>
      <w:r>
        <w:rPr>
          <w:b/>
        </w:rPr>
        <w:t xml:space="preserve">[38:45] </w:t>
      </w:r>
      <w:r>
        <w:t>se pehle aap ne aik trench khod di, khandaq, khandaq, trench.</w:t>
      </w:r>
    </w:p>
    <w:p>
      <w:pPr>
        <w:jc w:val="right"/>
      </w:pPr>
      <w:r>
        <w:t>سے پہلے آپ نے ایک ٹرینچ کھود دی، خندق، خندق، ٹرینچ۔</w:t>
      </w:r>
    </w:p>
    <w:p>
      <w:r>
        <w:rPr>
          <w:b/>
        </w:rPr>
        <w:t xml:space="preserve">[38:51] </w:t>
      </w:r>
      <w:r>
        <w:t>is ko aap ne kaha buffer ke tor par.</w:t>
      </w:r>
    </w:p>
    <w:p>
      <w:pPr>
        <w:jc w:val="right"/>
      </w:pPr>
      <w:r>
        <w:t>اس کو آپ نے کہا بفر کے طور پر۔</w:t>
      </w:r>
    </w:p>
    <w:p>
      <w:r>
        <w:rPr>
          <w:b/>
        </w:rPr>
        <w:t xml:space="preserve">[38:56] </w:t>
      </w:r>
      <w:r>
        <w:t>to aap apne aur un ki fauj ke beech mein aik buffer qaim kar diya.</w:t>
      </w:r>
    </w:p>
    <w:p>
      <w:pPr>
        <w:jc w:val="right"/>
      </w:pPr>
      <w:r>
        <w:t>تو آپ اپنے اور ان کی فوج کے بیچ میں ایک بفر قائم کر دیا۔</w:t>
      </w:r>
    </w:p>
    <w:p>
      <w:r>
        <w:rPr>
          <w:b/>
        </w:rPr>
        <w:t xml:space="preserve">[39:02] </w:t>
      </w:r>
      <w:r>
        <w:t>kyunkay madina aisa tha ke teen taraf se is mein pressure nahin hota tha.</w:t>
      </w:r>
    </w:p>
    <w:p>
      <w:pPr>
        <w:jc w:val="right"/>
      </w:pPr>
      <w:r>
        <w:t>کیونکہ مدینہ ایسا تھا کہ تین طرف سے اس میں پریشر نہیں ہوتا تھا۔</w:t>
      </w:r>
    </w:p>
    <w:p>
      <w:r>
        <w:rPr>
          <w:b/>
        </w:rPr>
        <w:t xml:space="preserve">[39:08] </w:t>
      </w:r>
      <w:r>
        <w:t>penetration teen taraf se, kyunkay pahar thay, khullar ke janglaat thay, ghane.</w:t>
      </w:r>
    </w:p>
    <w:p>
      <w:pPr>
        <w:jc w:val="right"/>
      </w:pPr>
      <w:r>
        <w:t>پینٹریشن تین طرف سے، کیونکہ پہاڑ تھے، کھلر کے جنگل تھے، گھنے۔</w:t>
      </w:r>
    </w:p>
    <w:p>
      <w:r>
        <w:rPr>
          <w:b/>
        </w:rPr>
        <w:t xml:space="preserve">[39:14] </w:t>
      </w:r>
      <w:r>
        <w:t>to teen taraf se pressure mumkin nahin tha.</w:t>
      </w:r>
    </w:p>
    <w:p>
      <w:pPr>
        <w:jc w:val="right"/>
      </w:pPr>
      <w:r>
        <w:t>تو تین طرف سے پریشر ممکن نہیں تھا۔</w:t>
      </w:r>
    </w:p>
    <w:p>
      <w:r>
        <w:rPr>
          <w:b/>
        </w:rPr>
        <w:t xml:space="preserve">[39:20] </w:t>
      </w:r>
      <w:r>
        <w:t>sirf aagay ki taraf se tha, aik taraf.</w:t>
      </w:r>
    </w:p>
    <w:p>
      <w:pPr>
        <w:jc w:val="right"/>
      </w:pPr>
      <w:r>
        <w:t>صرف آگے کی طرف سے تھا، ایک طرف۔</w:t>
      </w:r>
    </w:p>
    <w:p>
      <w:r>
        <w:rPr>
          <w:b/>
        </w:rPr>
        <w:t xml:space="preserve">[39:26] </w:t>
      </w:r>
      <w:r>
        <w:t>idhar aap ne khandaq khod di.</w:t>
      </w:r>
    </w:p>
    <w:p>
      <w:pPr>
        <w:jc w:val="right"/>
      </w:pPr>
      <w:r>
        <w:t>ادھر آپ نے خندق کھود دی۔</w:t>
      </w:r>
    </w:p>
    <w:p>
      <w:r>
        <w:rPr>
          <w:b/>
        </w:rPr>
        <w:t xml:space="preserve">[39:32] </w:t>
      </w:r>
      <w:r>
        <w:t>to is ka maani yeh hai ke aap ne un se bajaye is ke ke ladein, aap ne</w:t>
      </w:r>
    </w:p>
    <w:p>
      <w:pPr>
        <w:jc w:val="right"/>
      </w:pPr>
      <w:r>
        <w:t>تو اس کا معنی یہ ہے کہ آپ نے ان سے بجائے اس کے کہ لڑیں، آپ نے</w:t>
      </w:r>
    </w:p>
    <w:p>
      <w:r>
        <w:rPr>
          <w:b/>
        </w:rPr>
        <w:t xml:space="preserve">[39:38] </w:t>
      </w:r>
      <w:r>
        <w:t>aik beech mein buffer qaim kar diya ke ladaai na ho.</w:t>
      </w:r>
    </w:p>
    <w:p>
      <w:pPr>
        <w:jc w:val="right"/>
      </w:pPr>
      <w:r>
        <w:t>ایک بیچ میں بفر قائم کر دیا کہ لڑائی نہ ہو۔</w:t>
      </w:r>
    </w:p>
    <w:p>
      <w:r>
        <w:rPr>
          <w:b/>
        </w:rPr>
        <w:t xml:space="preserve">[39:44] </w:t>
      </w:r>
      <w:r>
        <w:t>تو یہ لڑائیاں کہاں تھیں؟ یہ لڑائیاں کہاں تھیں؟ یہ تو لڑائی کو avoid کیا آپ نے، اور</w:t>
      </w:r>
    </w:p>
    <w:p>
      <w:pPr>
        <w:jc w:val="right"/>
      </w:pPr>
      <w:r>
        <w:t>تو یہ لڑائیاں کہاں تھیں؟ یہ لڑائیاں کہاں تھیں؟ یہ تو لڑائی کو اوائڈ کیا آپ نے، اور</w:t>
      </w:r>
    </w:p>
    <w:p>
      <w:r>
        <w:rPr>
          <w:b/>
        </w:rPr>
        <w:t xml:space="preserve">[39:50] </w:t>
      </w:r>
      <w:r>
        <w:t>کبھی مجبورا لڑائی میں کرنا پڑا تو آپ اس conditions کی حد تک رہ گیا، وہ اس سے</w:t>
      </w:r>
    </w:p>
    <w:p>
      <w:pPr>
        <w:jc w:val="right"/>
      </w:pPr>
      <w:r>
        <w:t>کبھی مجبورا لڑائی میں کرنا پڑا تو آپ اس کنڈیشنز کی حد تک رہ گیا، وہ اس سے</w:t>
      </w:r>
    </w:p>
    <w:p>
      <w:r>
        <w:rPr>
          <w:b/>
        </w:rPr>
        <w:t xml:space="preserve">[39:55] </w:t>
      </w:r>
      <w:r>
        <w:t>aagay nahin barha.</w:t>
      </w:r>
    </w:p>
    <w:p>
      <w:pPr>
        <w:jc w:val="right"/>
      </w:pPr>
      <w:r>
        <w:t>آگے نہیں بڑھا۔</w:t>
      </w:r>
    </w:p>
    <w:p>
      <w:r>
        <w:rPr>
          <w:b/>
        </w:rPr>
        <w:t xml:space="preserve">[40:01] </w:t>
      </w:r>
      <w:r>
        <w:t>to aap poori zindagi, aap ki jo hai taees saal paighambar ki zindagi, is mein aap dekhiye, har</w:t>
      </w:r>
    </w:p>
    <w:p>
      <w:pPr>
        <w:jc w:val="right"/>
      </w:pPr>
      <w:r>
        <w:t>تو آپ پوری زندگی، آپ کی جو ہے تئیس سال پیغمبر کی زندگی، اس میں آپ دیکھیے، ہر</w:t>
      </w:r>
    </w:p>
    <w:p>
      <w:r>
        <w:rPr>
          <w:b/>
        </w:rPr>
        <w:t xml:space="preserve">[40:07] </w:t>
      </w:r>
      <w:r>
        <w:t>din ke aitbaar se dekhiye, har din aap ki sargermi peace ki sargermi thi.</w:t>
      </w:r>
    </w:p>
    <w:p>
      <w:pPr>
        <w:jc w:val="right"/>
      </w:pPr>
      <w:r>
        <w:t>دن کے اعتبار سے دیکھیے، ہر دن آپ کی سرگرمی پیس کی سرگرمی تھی۔</w:t>
      </w:r>
    </w:p>
    <w:p>
      <w:r>
        <w:rPr>
          <w:b/>
        </w:rPr>
        <w:t xml:space="preserve">[40:13] </w:t>
      </w:r>
      <w:r>
        <w:t>namaz, roza, hajj, zakat, aur Allah ki hamd, Allah ka zikr, Allah ki tasbeeh, Allah ki barhai, isi</w:t>
      </w:r>
    </w:p>
    <w:p>
      <w:pPr>
        <w:jc w:val="right"/>
      </w:pPr>
      <w:r>
        <w:t>نماز، روزہ، حج، زکوٰۃ، اور اللہ کی حمد، اللہ کا ذکر، اللہ کی تسبیح، اللہ کی بڑائی، اسی</w:t>
      </w:r>
    </w:p>
    <w:p>
      <w:r>
        <w:rPr>
          <w:b/>
        </w:rPr>
        <w:t xml:space="preserve">[40:19] </w:t>
      </w:r>
      <w:r>
        <w:t>baaton par log batatay thay.</w:t>
      </w:r>
    </w:p>
    <w:p>
      <w:pPr>
        <w:jc w:val="right"/>
      </w:pPr>
      <w:r>
        <w:t>باتوں پر لوگ بتاتے تھے۔</w:t>
      </w:r>
    </w:p>
    <w:p>
      <w:r>
        <w:rPr>
          <w:b/>
        </w:rPr>
        <w:t xml:space="preserve">[40:25] </w:t>
      </w:r>
      <w:r>
        <w:t>to in taees saal ko aap tareekh mein parhiye to aap ko yaani taees saal mein sirf chand</w:t>
      </w:r>
    </w:p>
    <w:p>
      <w:pPr>
        <w:jc w:val="right"/>
      </w:pPr>
      <w:r>
        <w:t>تو ان تئیس سال کو آپ تاریخ میں پڑھیے تو آپ کو یعنی تئیس سال میں صرف چند</w:t>
      </w:r>
    </w:p>
    <w:p>
      <w:r>
        <w:rPr>
          <w:b/>
        </w:rPr>
        <w:t xml:space="preserve">[40:31] </w:t>
      </w:r>
      <w:r>
        <w:t>din milenge jahan aap ladaai ke maidan mein aap dikhai denge.</w:t>
      </w:r>
    </w:p>
    <w:p>
      <w:pPr>
        <w:jc w:val="right"/>
      </w:pPr>
      <w:r>
        <w:t>دن ملیں گے جہاں آپ لڑائی کے میدان میں آپ دکھائی دیں گے۔</w:t>
      </w:r>
    </w:p>
    <w:p>
      <w:r>
        <w:rPr>
          <w:b/>
        </w:rPr>
        <w:t xml:space="preserve">[40:37] </w:t>
      </w:r>
      <w:r>
        <w:t>mein ne kabhi ladaai ke maidan mein nahin dikhai denge, balkay tarbiyat ke maidan mein, aur Allah</w:t>
      </w:r>
    </w:p>
    <w:p>
      <w:pPr>
        <w:jc w:val="right"/>
      </w:pPr>
      <w:r>
        <w:t>میں نے کبھی لڑائی کے میدان میں نہیں دکھائی دیں گے، بلکہ تربیت کے میدان میں، اور اللہ</w:t>
      </w:r>
    </w:p>
    <w:p>
      <w:r>
        <w:rPr>
          <w:b/>
        </w:rPr>
        <w:t xml:space="preserve">[40:43] </w:t>
      </w:r>
      <w:r>
        <w:t>ke zikr ke maidan mein, aur quran ki taleem ke maidan mein, aur hikmat ki baatein logon ko</w:t>
      </w:r>
    </w:p>
    <w:p>
      <w:pPr>
        <w:jc w:val="right"/>
      </w:pPr>
      <w:r>
        <w:t>کے ذکر کے میدان میں، اور قرآن کی تعلیم کے میدان میں، اور حکمت کی باتیں لوگوں کو</w:t>
      </w:r>
    </w:p>
    <w:p>
      <w:r>
        <w:rPr>
          <w:b/>
        </w:rPr>
        <w:t xml:space="preserve">[40:49] </w:t>
      </w:r>
      <w:r>
        <w:t>batany ke maidan mein hum masroof rehtay thay.</w:t>
      </w:r>
    </w:p>
    <w:p>
      <w:pPr>
        <w:jc w:val="right"/>
      </w:pPr>
      <w:r>
        <w:t>بتانے کے میدان میں ہم مصروف رہتے تھے۔</w:t>
      </w:r>
    </w:p>
    <w:p>
      <w:r>
        <w:rPr>
          <w:b/>
        </w:rPr>
        <w:t xml:space="preserve">[40:55] </w:t>
      </w:r>
      <w:r>
        <w:t>Maulana sahib, Dr. Farida Khanum is another question: she has written: Can God assign man a duty which even prophets cannot perform? That is the establishment of political khilafat on earth.</w:t>
      </w:r>
    </w:p>
    <w:p>
      <w:pPr>
        <w:jc w:val="right"/>
      </w:pPr>
      <w:r>
        <w:t>مولانا صاحب، ڈاکٹر فریدہ خانم ازاز، انادر کوئسچن: شی از رٹن: Can God assign man a duty which even prophets cannot perform? That is the establishment of political خلافت on earth.</w:t>
      </w:r>
    </w:p>
    <w:p>
      <w:r>
        <w:rPr>
          <w:b/>
        </w:rPr>
        <w:t xml:space="preserve">[41:12] </w:t>
      </w:r>
      <w:r>
        <w:t>hargiz nahi, Allah taala kabhi aisi zimmedari nahi de sakta jo possible hi na ho.</w:t>
      </w:r>
    </w:p>
    <w:p>
      <w:pPr>
        <w:jc w:val="right"/>
      </w:pPr>
      <w:r>
        <w:t>ہرگز نہیں، اللہ تعالیٰ کبھی ایسی ذمہ داری نہیں دے سکتا جو possible ہی نہ ہو۔</w:t>
      </w:r>
    </w:p>
    <w:p>
      <w:r>
        <w:rPr>
          <w:b/>
        </w:rPr>
        <w:t xml:space="preserve">[41:17] </w:t>
      </w:r>
      <w:r>
        <w:t>isi liye dekhiye, Islam mein kya hai? perform karne ke liye to aap ko chand cheezein hain, jaise</w:t>
      </w:r>
    </w:p>
    <w:p>
      <w:pPr>
        <w:jc w:val="right"/>
      </w:pPr>
      <w:r>
        <w:t>اسی لیے دیکھیے، اسلام میں کیا ہے؟ پرفارم کرنے کے لیے تو آپ کو چند چیزیں ہیں، جیسے</w:t>
      </w:r>
    </w:p>
    <w:p>
      <w:r>
        <w:rPr>
          <w:b/>
        </w:rPr>
        <w:t xml:space="preserve">[41:23] </w:t>
      </w:r>
      <w:r>
        <w:t>namaz hai, aap ko perform karna hai, haj hai, aap ko perform karna hai.</w:t>
      </w:r>
    </w:p>
    <w:p>
      <w:pPr>
        <w:jc w:val="right"/>
      </w:pPr>
      <w:r>
        <w:t>نماز ہے، آپ کو پرفارم کرنا ہے، حج ہے، آپ کو پرفارم کرنا ہے۔</w:t>
      </w:r>
    </w:p>
    <w:p>
      <w:r>
        <w:rPr>
          <w:b/>
        </w:rPr>
        <w:t xml:space="preserve">[41:28] </w:t>
      </w:r>
      <w:r>
        <w:t>baqi jo cheezein hain, woh sirf is liye hain ke aap koshish karein, jaise dawat.</w:t>
      </w:r>
    </w:p>
    <w:p>
      <w:pPr>
        <w:jc w:val="right"/>
      </w:pPr>
      <w:r>
        <w:t>باقی جو چیزیں ہیں، وہ صرف اس لیے ہیں کہ آپ کوشش کریں، جیسے دعوت۔</w:t>
      </w:r>
    </w:p>
    <w:p>
      <w:r>
        <w:rPr>
          <w:b/>
        </w:rPr>
        <w:t xml:space="preserve">[41:34] </w:t>
      </w:r>
      <w:r>
        <w:t>dawat ka matlab yeh nahi ke sari dunya ko aap Islam mein dakhil kar dein, yeh zimmedari</w:t>
      </w:r>
    </w:p>
    <w:p>
      <w:pPr>
        <w:jc w:val="right"/>
      </w:pPr>
      <w:r>
        <w:t>دعوت کا مطلب یہ نہیں کہ ساری دنیا کو آپ اسلام میں داخل کر دیں، یہ ذمہ داری</w:t>
      </w:r>
    </w:p>
    <w:p>
      <w:r>
        <w:rPr>
          <w:b/>
        </w:rPr>
        <w:t xml:space="preserve">[41:39] </w:t>
      </w:r>
      <w:r>
        <w:t>aap ki nahi hai.</w:t>
      </w:r>
    </w:p>
    <w:p>
      <w:pPr>
        <w:jc w:val="right"/>
      </w:pPr>
      <w:r>
        <w:t>آپ کی نہیں ہے۔</w:t>
      </w:r>
    </w:p>
    <w:p>
      <w:r>
        <w:rPr>
          <w:b/>
        </w:rPr>
        <w:t xml:space="preserve">[41:45] </w:t>
      </w:r>
      <w:r>
        <w:t>pohancha dein, pohancha dein, pohancha dein.</w:t>
      </w:r>
    </w:p>
    <w:p>
      <w:pPr>
        <w:jc w:val="right"/>
      </w:pPr>
      <w:r>
        <w:t>پہنچا دیں، پہنچا دیں، پہنچا دیں۔</w:t>
      </w:r>
    </w:p>
    <w:p>
      <w:r>
        <w:rPr>
          <w:b/>
        </w:rPr>
        <w:t xml:space="preserve">[41:50] </w:t>
      </w:r>
      <w:r>
        <w:t>dawat ke maamle mein ma alaina illal balagh, yaani daai ki zimmedari pohancha dena, is ke baad</w:t>
      </w:r>
    </w:p>
    <w:p>
      <w:pPr>
        <w:jc w:val="right"/>
      </w:pPr>
      <w:r>
        <w:t>دعوت کے معاملے میں ما علینا الا البلاغ، یعنی داعی کی ذمہ داری پہنچا دینا، اس کے بعد</w:t>
      </w:r>
    </w:p>
    <w:p>
      <w:r>
        <w:rPr>
          <w:b/>
        </w:rPr>
        <w:t xml:space="preserve">[41:56] </w:t>
      </w:r>
      <w:r>
        <w:t>is ki zimmedari Allah ki nazar mein poori hogi.</w:t>
      </w:r>
    </w:p>
    <w:p>
      <w:pPr>
        <w:jc w:val="right"/>
      </w:pPr>
      <w:r>
        <w:t>اس کی ذمہ داری اللہ کی نظر میں پوری ہوگی۔</w:t>
      </w:r>
    </w:p>
    <w:p>
      <w:r>
        <w:rPr>
          <w:b/>
        </w:rPr>
        <w:t xml:space="preserve">[42:02] </w:t>
      </w:r>
      <w:r>
        <w:t>اس کے بعد device شروع ہوتی ہے بدو کی، اس نے مانا کہ نہیں مانا۔</w:t>
      </w:r>
    </w:p>
    <w:p>
      <w:pPr>
        <w:jc w:val="right"/>
      </w:pPr>
      <w:r>
        <w:t>اس کے بعد دیوائس شروع ہوتی ہے بدو کی، اس نے مانا کہ نہیں مانا۔</w:t>
      </w:r>
    </w:p>
    <w:p>
      <w:r>
        <w:rPr>
          <w:b/>
        </w:rPr>
        <w:t xml:space="preserve">[42:07] </w:t>
      </w:r>
      <w:r>
        <w:t>agar Allah ne hukum yeh diya hota ke sari dunya mein Islam ki hukumat qaim karo, to yeh</w:t>
      </w:r>
    </w:p>
    <w:p>
      <w:pPr>
        <w:jc w:val="right"/>
      </w:pPr>
      <w:r>
        <w:t>اگر اللہ نے حکم یہ دیا ہوتا کہ ساری دنیا میں اسلام کی حکومت قائم کرو، تو یہ</w:t>
      </w:r>
    </w:p>
    <w:p>
      <w:r>
        <w:rPr>
          <w:b/>
        </w:rPr>
        <w:t xml:space="preserve">[42:13] </w:t>
      </w:r>
      <w:r>
        <w:t>impossible ka hukum hota.</w:t>
      </w:r>
    </w:p>
    <w:p>
      <w:pPr>
        <w:jc w:val="right"/>
      </w:pPr>
      <w:r>
        <w:t>امپاسیبل کا حکم ہوتا۔</w:t>
      </w:r>
    </w:p>
    <w:p>
      <w:r>
        <w:rPr>
          <w:b/>
        </w:rPr>
        <w:t xml:space="preserve">[42:18] </w:t>
      </w:r>
      <w:r>
        <w:t>agar Allah taala ne yeh hukum diya hota rasool ko aur ashaab rasool ko ke sari dunya mein</w:t>
      </w:r>
    </w:p>
    <w:p>
      <w:pPr>
        <w:jc w:val="right"/>
      </w:pPr>
      <w:r>
        <w:t>اگر اللہ تعالیٰ نے یہ حکم دیا ہوتا رسول کو اور اصحاب رسول کو کہ ساری دنیا میں</w:t>
      </w:r>
    </w:p>
    <w:p>
      <w:r>
        <w:rPr>
          <w:b/>
        </w:rPr>
        <w:t xml:space="preserve">[42:24] </w:t>
      </w:r>
      <w:r>
        <w:t>اسلام کی حکومت قائم کرو، اسلام کا قانون نافذ کرو، تو impossible کا حکم ہوتا، کیونکہ یہ انا</w:t>
      </w:r>
    </w:p>
    <w:p>
      <w:pPr>
        <w:jc w:val="right"/>
      </w:pPr>
      <w:r>
        <w:t>اسلام کی حکومت قائم کرو، اسلام کا قانون نافذ کرو، تو امپاسیبل کا حکم ہوتا، کیونکہ یہ انا</w:t>
      </w:r>
    </w:p>
    <w:p>
      <w:r>
        <w:rPr>
          <w:b/>
        </w:rPr>
        <w:t xml:space="preserve">[42:29] </w:t>
      </w:r>
      <w:r>
        <w:t>qaim hua nahi, kabhi na qaim ho sakta.</w:t>
      </w:r>
    </w:p>
    <w:p>
      <w:pPr>
        <w:jc w:val="right"/>
      </w:pPr>
      <w:r>
        <w:t>قائم ہوا نہیں، کبھی نہ قائم ہو سکتا۔</w:t>
      </w:r>
    </w:p>
    <w:p>
      <w:r>
        <w:rPr>
          <w:b/>
        </w:rPr>
        <w:t xml:space="preserve">[42:35] </w:t>
      </w:r>
      <w:r>
        <w:t>to asal Allah ne kabhi aisa hukum hi nahi diya.</w:t>
      </w:r>
    </w:p>
    <w:p>
      <w:pPr>
        <w:jc w:val="right"/>
      </w:pPr>
      <w:r>
        <w:t>تو اصل اللہ نے کبھی ایسا حکم ہی نہیں دیا۔</w:t>
      </w:r>
    </w:p>
    <w:p>
      <w:r>
        <w:rPr>
          <w:b/>
        </w:rPr>
        <w:t xml:space="preserve">[42:40] </w:t>
      </w:r>
      <w:r>
        <w:t>حکم تو یہ ہے کہ سارے لوگوں تک توحید کا پیغام پہنچا دو، یہ possible ہے، یہ possible</w:t>
      </w:r>
    </w:p>
    <w:p>
      <w:pPr>
        <w:jc w:val="right"/>
      </w:pPr>
      <w:r>
        <w:t>حکم تو یہ ہے کہ سارے لوگوں تک توحید کا پیغام پہنچا دو، یہ پاسیبل ہے، یہ پاسیبل</w:t>
      </w:r>
    </w:p>
    <w:p>
      <w:r>
        <w:rPr>
          <w:b/>
        </w:rPr>
        <w:t xml:space="preserve">[42:46] </w:t>
      </w:r>
      <w:r>
        <w:t>hai, hum bhi isi ka part hain, inshallah.</w:t>
      </w:r>
    </w:p>
    <w:p>
      <w:pPr>
        <w:jc w:val="right"/>
      </w:pPr>
      <w:r>
        <w:t>ہے، ہم بھی اسی کا پارٹ ہیں، انشاءاللہ۔</w:t>
      </w:r>
    </w:p>
    <w:p>
      <w:r>
        <w:rPr>
          <w:b/>
        </w:rPr>
        <w:t xml:space="preserve">[42:52] </w:t>
      </w:r>
      <w:r>
        <w:t>Maulana sahib, you have always been very emphatic, and you have been telling everyone that the present age is an age of opportunities. in fact, you have written and also spoken about the recent example of Sadiq Khan, who became the Mayor of London, and you said that he is an example for everyone. can you elaborate a little on what you said about Sadiq Khan becoming the Mayor of London?</w:t>
      </w:r>
    </w:p>
    <w:p>
      <w:pPr>
        <w:jc w:val="right"/>
      </w:pPr>
      <w:r>
        <w:t>مولانا صاحب، یو ہاو آلویز بین ویری امفیٹک، اینڈ یو ہیو بین ٹیلنگ ایوری ون دیٹ دی پریزنٹ ایج از این ایج آف اپرچونیٹیز۔ ان فیکٹ، یو ہیو رٹن اینڈ آل سو سپوکن اباؤٹ دا ریسنٹ ایگزامپل آف صادق خان، ہو بیکم دی میئر آف لندن، اینڈ یو سیڈ دیٹ ہی از این ایگزامپل فار ایوری ون۔ کین یو ایلیبریٹ ا لٹل آن واٹ یو سیڈ اباؤٹ صادق خان بیکمنگ دا میئر آف لندن؟</w:t>
      </w:r>
    </w:p>
    <w:p>
      <w:r>
        <w:rPr>
          <w:b/>
        </w:rPr>
        <w:t xml:space="preserve">[43:22] </w:t>
      </w:r>
      <w:r>
        <w:t>aap sab log jante hain ke London ke mayor hona bohat bari baat hai.</w:t>
      </w:r>
    </w:p>
    <w:p>
      <w:pPr>
        <w:jc w:val="right"/>
      </w:pPr>
      <w:r>
        <w:t>آپ سب لوگ جانتے ہیں کہ لندن کے میئر ہونا بہت بڑی بات ہے۔</w:t>
      </w:r>
    </w:p>
    <w:p>
      <w:r>
        <w:rPr>
          <w:b/>
        </w:rPr>
        <w:t xml:space="preserve">[43:28] </w:t>
      </w:r>
      <w:r>
        <w:t>wahan un ka jo rival tha, woh ek British billionaire tha, aur yeh ek immigrant Muslim thay.</w:t>
      </w:r>
    </w:p>
    <w:p>
      <w:pPr>
        <w:jc w:val="right"/>
      </w:pPr>
      <w:r>
        <w:t>وہاں ان کا جو رائیول تھا، وہ ایک برٹش بلینیئر تھا، اور یہ ایک امیگرنٹ مسلم تھے۔</w:t>
      </w:r>
    </w:p>
    <w:p>
      <w:r>
        <w:rPr>
          <w:b/>
        </w:rPr>
        <w:t xml:space="preserve">[43:35] </w:t>
      </w:r>
      <w:r>
        <w:t>yeh jeet gaye, is ko hara diya unhon ne.</w:t>
      </w:r>
    </w:p>
    <w:p>
      <w:pPr>
        <w:jc w:val="right"/>
      </w:pPr>
      <w:r>
        <w:t>یہ جیت گئے، اس کو ہرا دیا انہوں نے۔</w:t>
      </w:r>
    </w:p>
    <w:p>
      <w:r>
        <w:rPr>
          <w:b/>
        </w:rPr>
        <w:t xml:space="preserve">[43:41] </w:t>
      </w:r>
      <w:r>
        <w:t>to is par unhon ne khud yeh kaha tha, Sadiq Khan ne ke Londoners have proved, Londoners have</w:t>
      </w:r>
    </w:p>
    <w:p>
      <w:pPr>
        <w:jc w:val="right"/>
      </w:pPr>
      <w:r>
        <w:t>تو اس پر انہوں نے خود یہ کہا تھا، صادق خان نے کہ لندنرز ہیو پروفڈ، لندنرز ہیو</w:t>
      </w:r>
    </w:p>
    <w:p>
      <w:r>
        <w:rPr>
          <w:b/>
        </w:rPr>
        <w:t xml:space="preserve">[43:48] </w:t>
      </w:r>
      <w:r>
        <w:t>made the impossible possible.</w:t>
      </w:r>
    </w:p>
    <w:p>
      <w:pPr>
        <w:jc w:val="right"/>
      </w:pPr>
      <w:r>
        <w:t>میڈ دا امپاسیبل پاسیبل۔</w:t>
      </w:r>
    </w:p>
    <w:p>
      <w:r>
        <w:rPr>
          <w:b/>
        </w:rPr>
        <w:t xml:space="preserve">[43:54] </w:t>
      </w:r>
      <w:r>
        <w:t>yeh un ka dimagh tha.</w:t>
      </w:r>
    </w:p>
    <w:p>
      <w:pPr>
        <w:jc w:val="right"/>
      </w:pPr>
      <w:r>
        <w:t>یہ ان کا دماغ تھا۔</w:t>
      </w:r>
    </w:p>
    <w:p>
      <w:r>
        <w:rPr>
          <w:b/>
        </w:rPr>
        <w:t xml:space="preserve">[44:01] </w:t>
      </w:r>
      <w:r>
        <w:t>mein yeh kahunga ke Londoners ne, London walon ne yeh dikhaya hai ke aaj ki dunya mein</w:t>
      </w:r>
    </w:p>
    <w:p>
      <w:pPr>
        <w:jc w:val="right"/>
      </w:pPr>
      <w:r>
        <w:t>میں یہ کہوں گا کہ لندنرز نے، لندن والوں نے یہ دکھایا ہے کہ آج کی دنیا میں</w:t>
      </w:r>
    </w:p>
    <w:p>
      <w:r>
        <w:rPr>
          <w:b/>
        </w:rPr>
        <w:t xml:space="preserve">[44:07] </w:t>
      </w:r>
      <w:r>
        <w:t>everything is for everyone.</w:t>
      </w:r>
    </w:p>
    <w:p>
      <w:pPr>
        <w:jc w:val="right"/>
      </w:pPr>
      <w:r>
        <w:t>ایوری تھنگ از فار ایوری ون۔</w:t>
      </w:r>
    </w:p>
    <w:p>
      <w:r>
        <w:rPr>
          <w:b/>
        </w:rPr>
        <w:t xml:space="preserve">[44:14] </w:t>
      </w:r>
      <w:r>
        <w:t>is zamane mein opportunities kisi privileged class ka hissa nahi hain.</w:t>
      </w:r>
    </w:p>
    <w:p>
      <w:pPr>
        <w:jc w:val="right"/>
      </w:pPr>
      <w:r>
        <w:t>اس زمانے میں اپرچونیٹیز کسی پریوریٹ کلاس کا حصہ نہیں ہیں۔</w:t>
      </w:r>
    </w:p>
    <w:p>
      <w:r>
        <w:rPr>
          <w:b/>
        </w:rPr>
        <w:t xml:space="preserve">[44:20] </w:t>
      </w:r>
      <w:r>
        <w:t>aaj koi privileged class nahi hai, aaj sab ke liye hai, har cheez sab ke liye.</w:t>
      </w:r>
    </w:p>
    <w:p>
      <w:pPr>
        <w:jc w:val="right"/>
      </w:pPr>
      <w:r>
        <w:t>آج کوئی پریوریٹ کلاس نہیں ہے، آج سب کے لیے ہے، ہر چیز سب کے لیے۔</w:t>
      </w:r>
    </w:p>
    <w:p>
      <w:r>
        <w:rPr>
          <w:b/>
        </w:rPr>
        <w:t xml:space="preserve">[44:27] </w:t>
      </w:r>
      <w:r>
        <w:t>yeh bohat bari, yaani mein samajhta hoon, lesson hai Sadiq Khan ke waqe'ay mein.</w:t>
      </w:r>
    </w:p>
    <w:p>
      <w:pPr>
        <w:jc w:val="right"/>
      </w:pPr>
      <w:r>
        <w:t>یہ بہت بڑی، یعنی میں سمجھتا ہوں، لیسن ہے صادق خان کے واقعے میں۔</w:t>
      </w:r>
    </w:p>
    <w:p>
      <w:r>
        <w:rPr>
          <w:b/>
        </w:rPr>
        <w:t xml:space="preserve">[44:33] </w:t>
      </w:r>
      <w:r>
        <w:t>is ki yeh aik pehlu ho sakta hai ke unhon ne impossible ko possible banaya.</w:t>
      </w:r>
    </w:p>
    <w:p>
      <w:pPr>
        <w:jc w:val="right"/>
      </w:pPr>
      <w:r>
        <w:t>اس کی یہ ایک پہلو ہو سکتا ہے کہ انہوں نے امپاسیبل کو پاسیبل بنایا۔</w:t>
      </w:r>
    </w:p>
    <w:p>
      <w:r>
        <w:rPr>
          <w:b/>
        </w:rPr>
        <w:t xml:space="preserve">[44:40] </w:t>
      </w:r>
      <w:r>
        <w:t>mere nazdeek is mein aik bohat hi international message hai ke aaj ka zamana aik opportunities, opened up opportunities</w:t>
      </w:r>
    </w:p>
    <w:p>
      <w:pPr>
        <w:jc w:val="right"/>
      </w:pPr>
      <w:r>
        <w:t>میرے نزدیک اس میں ایک بہت ہی انٹرنیشنل میسج ہے کہ آج کا زمانہ ایک اپرچونیٹیز، اوپنڈ اپرچونیٹیز</w:t>
      </w:r>
    </w:p>
    <w:p>
      <w:r>
        <w:rPr>
          <w:b/>
        </w:rPr>
        <w:t xml:space="preserve">[44:46] </w:t>
      </w:r>
      <w:r>
        <w:t>ka zamana hai.</w:t>
      </w:r>
    </w:p>
    <w:p>
      <w:pPr>
        <w:jc w:val="right"/>
      </w:pPr>
      <w:r>
        <w:t>کا زمانہ ہے۔</w:t>
      </w:r>
    </w:p>
    <w:p>
      <w:r>
        <w:rPr>
          <w:b/>
        </w:rPr>
        <w:t xml:space="preserve">[44:53] </w:t>
      </w:r>
      <w:r>
        <w:t>ab koi privileged class nahi, ab koi kisi ki monopoly nahi.</w:t>
      </w:r>
    </w:p>
    <w:p>
      <w:pPr>
        <w:jc w:val="right"/>
      </w:pPr>
      <w:r>
        <w:t>اب کوئی پریوریٹ کلاس نہیں، اب کوئی کسی کی موناپولی نہیں۔</w:t>
      </w:r>
    </w:p>
    <w:p>
      <w:r>
        <w:rPr>
          <w:b/>
        </w:rPr>
        <w:t xml:space="preserve">[44:59] </w:t>
      </w:r>
      <w:r>
        <w:t>to har aadmi koshish kare, koshish kar ke woh kisi bhi position ko hasil kar sakta hai.</w:t>
      </w:r>
    </w:p>
    <w:p>
      <w:pPr>
        <w:jc w:val="right"/>
      </w:pPr>
      <w:r>
        <w:t>تو ہر آدمی کوشش کرے، کوشش کر کے وہ کسی بھی پوزیشن کو حاصل کر سکتا ہے۔</w:t>
      </w:r>
    </w:p>
    <w:p>
      <w:r>
        <w:rPr>
          <w:b/>
        </w:rPr>
        <w:t xml:space="preserve">[45:06] </w:t>
      </w:r>
      <w:r>
        <w:t>to jo musalman shikayat karte hain, woh age se, yaani present age se bekhabar hain.</w:t>
      </w:r>
    </w:p>
    <w:p>
      <w:pPr>
        <w:jc w:val="right"/>
      </w:pPr>
      <w:r>
        <w:t>تو جو مسلمان شکایت کرتے ہیں، وہ ایج سے، یعنی پریزنٹ ایج سے بے خبر ہیں۔</w:t>
      </w:r>
    </w:p>
    <w:p>
      <w:r>
        <w:rPr>
          <w:b/>
        </w:rPr>
        <w:t xml:space="preserve">[45:12] </w:t>
      </w:r>
      <w:r>
        <w:t>shikayat ka daur hi khatam ho gaya, ab shikayat ka zamana hi khatam ho gaya.</w:t>
      </w:r>
    </w:p>
    <w:p>
      <w:pPr>
        <w:jc w:val="right"/>
      </w:pPr>
      <w:r>
        <w:t>شکایت کا دور ہی ختم ہو گیا، اب شکایت کا زمانہ ہی ختم ہو گیا۔</w:t>
      </w:r>
    </w:p>
    <w:p>
      <w:r>
        <w:rPr>
          <w:b/>
        </w:rPr>
        <w:t xml:space="preserve">[45:19] </w:t>
      </w:r>
      <w:r>
        <w:t>ab to yeh hai ke apne aap ko competent sabit karo, aur sab kuch tumhare liye hai.</w:t>
      </w:r>
    </w:p>
    <w:p>
      <w:pPr>
        <w:jc w:val="right"/>
      </w:pPr>
      <w:r>
        <w:t>اب تو یہ ہے کہ اپنے آپ کو کمپونینٹ ثابت کرو، اور سب کچھ تمہارے لیے ہے۔</w:t>
      </w:r>
    </w:p>
    <w:p>
      <w:r>
        <w:rPr>
          <w:b/>
        </w:rPr>
        <w:t xml:space="preserve">[45:26] </w:t>
      </w:r>
      <w:r>
        <w:t>so Maulana sahib, in the end, I would like to ask you that what is the task that you would want Muslims to take up in the present times? what would be your advice to them?</w:t>
      </w:r>
    </w:p>
    <w:p>
      <w:pPr>
        <w:jc w:val="right"/>
      </w:pPr>
      <w:r>
        <w:t>سو مولانا صاحب، ان دی اینڈ، آئی ووڈ لائک ٹو آسک یو دیٹ واٹ از دا ٹاسک دیٹ یو ووڈ وانٹ مسلمز ٹو ٹیک اپ ان دا پریزنٹ ٹائمز؟ واٹ ووڈ بی یور ایڈوائس ٹو دیم؟</w:t>
      </w:r>
    </w:p>
    <w:p>
      <w:r>
        <w:rPr>
          <w:b/>
        </w:rPr>
        <w:t xml:space="preserve">[45:39] </w:t>
      </w:r>
      <w:r>
        <w:t>bas two point formula, education aur dawah, bas isi ke baad sab kuch hasil ho jayega.</w:t>
      </w:r>
    </w:p>
    <w:p>
      <w:pPr>
        <w:jc w:val="right"/>
      </w:pPr>
      <w:r>
        <w:t>بس ٹو پوائنٹ فارمولا، ایجوکیشن اور دعوت، بس اسی کے بعد سب کچھ حاصل ہو جائے گا۔</w:t>
      </w:r>
    </w:p>
    <w:p>
      <w:r>
        <w:rPr>
          <w:b/>
        </w:rPr>
        <w:t xml:space="preserve">[45:45] </w:t>
      </w:r>
      <w:r>
        <w:t>musalman naujawan jo hain, sirf yeh karein ke achi se achi education lein, standard ki education, aur dawah</w:t>
      </w:r>
    </w:p>
    <w:p>
      <w:pPr>
        <w:jc w:val="right"/>
      </w:pPr>
      <w:r>
        <w:t>مسلم نوجوان جو ہیں، صرف یہ کریں کہ اچھی سے اچھی ایجوکیشن لیں، اسٹینڈرڈ کی ایجوکیشن، اور دعوت</w:t>
      </w:r>
    </w:p>
    <w:p>
      <w:r>
        <w:rPr>
          <w:b/>
        </w:rPr>
        <w:t xml:space="preserve">[45:52] </w:t>
      </w:r>
      <w:r>
        <w:t>ka kaam karein.</w:t>
      </w:r>
    </w:p>
    <w:p>
      <w:pPr>
        <w:jc w:val="right"/>
      </w:pPr>
      <w:r>
        <w:t>کا کام کریں۔</w:t>
      </w:r>
    </w:p>
    <w:p>
      <w:r>
        <w:rPr>
          <w:b/>
        </w:rPr>
        <w:t xml:space="preserve">[45:59] </w:t>
      </w:r>
      <w:r>
        <w:t>dawah ka kaam karne ke liye kisi bari cheez ki zaroorat nahi hai.</w:t>
      </w:r>
    </w:p>
    <w:p>
      <w:pPr>
        <w:jc w:val="right"/>
      </w:pPr>
      <w:r>
        <w:t>دعوت کا کام کرنے کے لیے کسی بڑے چیز کی ضرورت نہیں ہے۔</w:t>
      </w:r>
    </w:p>
    <w:p>
      <w:r>
        <w:rPr>
          <w:b/>
        </w:rPr>
        <w:t xml:space="preserve">[46:05] </w:t>
      </w:r>
      <w:r>
        <w:t>aap apne packet mein, apne bag mein printed book rakh lijiye.</w:t>
      </w:r>
    </w:p>
    <w:p>
      <w:pPr>
        <w:jc w:val="right"/>
      </w:pPr>
      <w:r>
        <w:t>آپ اپنے پیکٹ میں، اپنے بیگ میں پرنٹڈ بک رکھ لیجیے۔</w:t>
      </w:r>
    </w:p>
    <w:p>
      <w:r>
        <w:rPr>
          <w:b/>
        </w:rPr>
        <w:t xml:space="preserve">[46:12] </w:t>
      </w:r>
      <w:r>
        <w:t>Islam par Quran ka tarjuma, Hadees ka tarjuma, Seerat ka tarjuma, aur kitabein maujood hain, available hain.</w:t>
      </w:r>
    </w:p>
    <w:p>
      <w:pPr>
        <w:jc w:val="right"/>
      </w:pPr>
      <w:r>
        <w:t>اسلام پر قرآن کا ترجمہ، حدیث کا ترجمہ، سیرت کا ترجمہ، اور کتابیں موجود ہیں، اویلیبل ہیں۔</w:t>
      </w:r>
    </w:p>
    <w:p>
      <w:r>
        <w:rPr>
          <w:b/>
        </w:rPr>
        <w:t xml:space="preserve">[46:19] </w:t>
      </w:r>
      <w:r>
        <w:t>chote chote pamphlet available hain, aap apne bag mein rakh lijiye, aur jis se mulaqat ho, us ko dete rahiye.</w:t>
      </w:r>
    </w:p>
    <w:p>
      <w:pPr>
        <w:jc w:val="right"/>
      </w:pPr>
      <w:r>
        <w:t>چھوٹے چھوٹے پفلیٹ اویلیبل ہیں، آپ اپنے بیگ میں رکھ لیجیے، اور جس سے ملاقات ہو، اس کو دیتے رہیے۔</w:t>
      </w:r>
    </w:p>
    <w:p>
      <w:r>
        <w:rPr>
          <w:b/>
        </w:rPr>
        <w:t xml:space="preserve">[46:25] </w:t>
      </w:r>
      <w:r>
        <w:t>to yahi hai one one two mission.</w:t>
      </w:r>
    </w:p>
    <w:p>
      <w:pPr>
        <w:jc w:val="right"/>
      </w:pPr>
      <w:r>
        <w:t>تو یہی ہے ون ون ٹو مشن۔</w:t>
      </w:r>
    </w:p>
    <w:p>
      <w:r>
        <w:rPr>
          <w:b/>
        </w:rPr>
        <w:t xml:space="preserve">[46:32] </w:t>
      </w:r>
      <w:r>
        <w:t>to mein samajhta hoon ke is zamane mein sab se zyada importance secular sense mein education ki hai,</w:t>
      </w:r>
    </w:p>
    <w:p>
      <w:pPr>
        <w:jc w:val="right"/>
      </w:pPr>
      <w:r>
        <w:t>تو میں سمجھتا ہوں کہ اس زمانے میں سب سے زیادہ امپورٹنس سیکولر سینس میں ایجوکیشن کی ہے،</w:t>
      </w:r>
    </w:p>
    <w:p>
      <w:r>
        <w:rPr>
          <w:b/>
        </w:rPr>
        <w:t xml:space="preserve">[46:39] </w:t>
      </w:r>
      <w:r>
        <w:t>aur mazhabi sense mein dawah ki.</w:t>
      </w:r>
    </w:p>
    <w:p>
      <w:pPr>
        <w:jc w:val="right"/>
      </w:pPr>
      <w:r>
        <w:t>اور مذہبی سینس میں دعوت کی۔</w:t>
      </w:r>
    </w:p>
    <w:p>
      <w:r>
        <w:rPr>
          <w:b/>
        </w:rPr>
        <w:t xml:space="preserve">[46:45] </w:t>
      </w:r>
      <w:r>
        <w:t>mazhab ke aitbar se aap ko dawah'i banna hai, aur secularists ke aitbar se aap ko best education lena hai.</w:t>
      </w:r>
    </w:p>
    <w:p>
      <w:pPr>
        <w:jc w:val="right"/>
      </w:pPr>
      <w:r>
        <w:t>مذہب کے اعتبار سے آپ کو داعی بننا ہے، اور سیکولرینز کے اعتبار سے آپ کو بیسٹ ایجوکیشن لینا ہے۔</w:t>
      </w:r>
    </w:p>
    <w:p>
      <w:r>
        <w:rPr>
          <w:b/>
        </w:rPr>
        <w:t xml:space="preserve">[46:52] </w:t>
      </w:r>
      <w:r>
        <w:t>yahi hai un ki mustaqbil ki success.</w:t>
      </w:r>
    </w:p>
    <w:p>
      <w:pPr>
        <w:jc w:val="right"/>
      </w:pPr>
      <w:r>
        <w:t>یہی ہے ان کی مستقبل کی سکسیس۔</w:t>
      </w:r>
    </w:p>
    <w:p>
      <w:r>
        <w:rPr>
          <w:b/>
        </w:rPr>
        <w:t xml:space="preserve">[46:59] </w:t>
      </w:r>
      <w:r>
        <w:t>if you want to join CPS peace building and interfaith activities, or you want to send your suggestions or comments, please write to us on info at CPS global dot org. keep watching CPS international, we will be back with the next question answer series very soon. thank you.</w:t>
      </w:r>
    </w:p>
    <w:p>
      <w:pPr>
        <w:jc w:val="right"/>
      </w:pPr>
      <w:r>
        <w:t>اف یو وانٹ ٹو جوائن سی پی ایس پیس بلڈنگ اینڈ انٹر فیتھ ایکٹیویٹیز، اور یو وانٹ ٹو سینڈ یور سجیشنز اور کمنٹس، پلیز رائٹ ٹو اس ان انفو ایٹ سی پی ایس گلوبل ڈاٹ او آر جی۔ کیپ واچنگ سی پی ایس انٹرنیشنل، ویل بی بیک ود دا نیکسٹ کوئسچن انسر سیریز ویری سون۔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