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 and A with Maulana on 'Purification of Soul' May 7, 2016</w:t>
      </w:r>
    </w:p>
    <w:p>
      <w:r>
        <w:t>https://www.youtube.com/watch?v=j3O1QEDlfFc</w:t>
      </w:r>
    </w:p>
    <w:p>
      <w:r>
        <w:rPr>
          <w:b/>
        </w:rPr>
        <w:t xml:space="preserve">[00:20] </w:t>
      </w:r>
      <w:r>
        <w:t>Bismillah Rahman Rahim.</w:t>
      </w:r>
    </w:p>
    <w:p>
      <w:pPr>
        <w:jc w:val="right"/>
      </w:pPr>
      <w:r>
        <w:t>بسم اللہ الرحمن الرحیم۔</w:t>
      </w:r>
    </w:p>
    <w:p>
      <w:r>
        <w:rPr>
          <w:b/>
        </w:rPr>
        <w:t xml:space="preserve">[00:26] </w:t>
      </w:r>
      <w:r>
        <w:t>Welcome to the question answer series with Center for Peace and Spirituality founder Maulana Wahiduddin Khan Sahab.</w:t>
      </w:r>
    </w:p>
    <w:p>
      <w:pPr>
        <w:jc w:val="right"/>
      </w:pPr>
      <w:r>
        <w:t>ویلکم ٹو دا کوئسچن آنسر سیریز ود سینٹر فار پیس اینڈ سپرچویلیٹی فاؤنڈر مولانا وید الدین خان صاحب۔</w:t>
      </w:r>
    </w:p>
    <w:p>
      <w:r>
        <w:rPr>
          <w:b/>
        </w:rPr>
        <w:t xml:space="preserve">[00:32] </w:t>
      </w:r>
      <w:r>
        <w:t>The topic for today's session is Tazkiyah Nafs, that is purification of the soul.</w:t>
      </w:r>
    </w:p>
    <w:p>
      <w:pPr>
        <w:jc w:val="right"/>
      </w:pPr>
      <w:r>
        <w:t>دی ٹاپک فار ٹوڈے سیشن از تزکیہ نفس، دیٹ از پیوریفیکیشن آف دا سول۔</w:t>
      </w:r>
    </w:p>
    <w:p>
      <w:r>
        <w:rPr>
          <w:b/>
        </w:rPr>
        <w:t xml:space="preserve">[00:39] </w:t>
      </w:r>
      <w:r>
        <w:t>one of the central teaching of Islam is to purify ones heart from sin.</w:t>
      </w:r>
    </w:p>
    <w:p>
      <w:pPr>
        <w:jc w:val="right"/>
      </w:pPr>
      <w:r>
        <w:t>ون آف دا سینٹرل ٹیچنگ آف اسلام از ٹو پیوریفائی ونز ہارٹ فرام سن۔</w:t>
      </w:r>
    </w:p>
    <w:p>
      <w:r>
        <w:rPr>
          <w:b/>
        </w:rPr>
        <w:t xml:space="preserve">[00:45] </w:t>
      </w:r>
      <w:r>
        <w:t>the Quran says in chapter 91, verse number 9 and 10: "he has succeeded who has purified ones</w:t>
      </w:r>
    </w:p>
    <w:p>
      <w:pPr>
        <w:jc w:val="right"/>
      </w:pPr>
      <w:r>
        <w:t>دا قرآن سیز ان چیپٹر 91، ورس نمبر 9 اینڈ 10: "ہی ہیز سکسیڈڈ ہو ہیز پیوریفائیڈ ونز</w:t>
      </w:r>
    </w:p>
    <w:p>
      <w:r>
        <w:rPr>
          <w:b/>
        </w:rPr>
        <w:t xml:space="preserve">[00:51] </w:t>
      </w:r>
      <w:r>
        <w:t>soul, and he has failed who corrupts it." We'll be asking many questions to Maulana sahib.</w:t>
      </w:r>
    </w:p>
    <w:p>
      <w:pPr>
        <w:jc w:val="right"/>
      </w:pPr>
      <w:r>
        <w:t>سول، اینڈ ہی ہیز فیلڈ ہو کرپٹس اٹ۔" وی بی اسکنگ مینی کوئسچنز ٹو مولانا صاحب۔</w:t>
      </w:r>
    </w:p>
    <w:p>
      <w:r>
        <w:rPr>
          <w:b/>
        </w:rPr>
        <w:t xml:space="preserve">[00:58] </w:t>
      </w:r>
      <w:r>
        <w:t>If you want to send your question, please send it in comment section of the Facebook with your location.</w:t>
      </w:r>
    </w:p>
    <w:p>
      <w:pPr>
        <w:jc w:val="right"/>
      </w:pPr>
      <w:r>
        <w:t>اف یو وانٹ ٹو سینڈ یور کوئسچن، پلیز سینڈ اٹ ان کمنٹ سیکشن آف دا فیس بک ود یور لوکیشن۔</w:t>
      </w:r>
    </w:p>
    <w:p>
      <w:r>
        <w:rPr>
          <w:b/>
        </w:rPr>
        <w:t xml:space="preserve">[01:04] </w:t>
      </w:r>
      <w:r>
        <w:t>Maulana sahib, I want to begin with the session asking that what is the meaning of tazkiyah?</w:t>
      </w:r>
    </w:p>
    <w:p>
      <w:pPr>
        <w:jc w:val="right"/>
      </w:pPr>
      <w:r>
        <w:t>مولانا صاحب، آئی وانٹ ٹو بیگن ود دی سیشن اسکنگ دیٹ واٹ از دا میننگ آف تزکیہ؟</w:t>
      </w:r>
    </w:p>
    <w:p>
      <w:r>
        <w:rPr>
          <w:b/>
        </w:rPr>
        <w:t xml:space="preserve">[01:11] </w:t>
      </w:r>
      <w:r>
        <w:t>dekhiye, tazkiya arbi word hai, lafzi maani hain is ke pak karna, yaani purification.</w:t>
      </w:r>
    </w:p>
    <w:p>
      <w:pPr>
        <w:jc w:val="right"/>
      </w:pPr>
      <w:r>
        <w:t>دیکھیے، تزکیہ عربی ورڈ ہے، لفظی معنی ہیں اس کے پاک کرنا، یعنی پیوریفیکیشن۔</w:t>
      </w:r>
    </w:p>
    <w:p>
      <w:r>
        <w:rPr>
          <w:b/>
        </w:rPr>
        <w:t xml:space="preserve">[01:19] </w:t>
      </w:r>
      <w:r>
        <w:t>to yeh pak karna is maani mein nahi hai ke mitti lag gayi to aap ne kapde se dho liya.</w:t>
      </w:r>
    </w:p>
    <w:p>
      <w:pPr>
        <w:jc w:val="right"/>
      </w:pPr>
      <w:r>
        <w:t>تو یہ پاک کرنا اس معنی میں نہیں ہے کہ مٹی لگ گئی تو آپ نے کپڑے سے دھو لیا۔</w:t>
      </w:r>
    </w:p>
    <w:p>
      <w:r>
        <w:rPr>
          <w:b/>
        </w:rPr>
        <w:t xml:space="preserve">[01:27] </w:t>
      </w:r>
      <w:r>
        <w:t>yeh pak karna hota hai thought ke aitbaar se.</w:t>
      </w:r>
    </w:p>
    <w:p>
      <w:pPr>
        <w:jc w:val="right"/>
      </w:pPr>
      <w:r>
        <w:t>یہ پاک کرنا ہوتا ہے تھاٹ کے اعتبار سے۔</w:t>
      </w:r>
    </w:p>
    <w:p>
      <w:r>
        <w:rPr>
          <w:b/>
        </w:rPr>
        <w:t xml:space="preserve">[01:35] </w:t>
      </w:r>
      <w:r>
        <w:t>yaani aap ke mind mein, aap ke dil mein aisi baat aaye jo Allah ko pasand nahi hai,</w:t>
      </w:r>
    </w:p>
    <w:p>
      <w:pPr>
        <w:jc w:val="right"/>
      </w:pPr>
      <w:r>
        <w:t>یعنی آپ کے مائنڈ میں، آپ کے دل میں ایسی بات آئے جو اللہ کو پسند نہیں ہے،</w:t>
      </w:r>
    </w:p>
    <w:p>
      <w:r>
        <w:rPr>
          <w:b/>
        </w:rPr>
        <w:t xml:space="preserve">[01:43] </w:t>
      </w:r>
      <w:r>
        <w:t>jo aap ko, aap ki jannat ko, aap ke liye jannat ka rizq ban sakti hai, to is</w:t>
      </w:r>
    </w:p>
    <w:p>
      <w:pPr>
        <w:jc w:val="right"/>
      </w:pPr>
      <w:r>
        <w:t>جو آپ کو، آپ کی جنت کو، آپ کے لیے جنت کا رزق بن سکتی ہے، تو اس</w:t>
      </w:r>
    </w:p>
    <w:p>
      <w:r>
        <w:rPr>
          <w:b/>
        </w:rPr>
        <w:t xml:space="preserve">[01:51] </w:t>
      </w:r>
      <w:r>
        <w:t>ko aap isi waqt dead stop kar dein, apne dil ko pak kar dein.</w:t>
      </w:r>
    </w:p>
    <w:p>
      <w:pPr>
        <w:jc w:val="right"/>
      </w:pPr>
      <w:r>
        <w:t>کو آپ اسی وقت ڈیڈ اسٹاپ کر دیں، اپنے دل کو پاک کر دیں۔</w:t>
      </w:r>
    </w:p>
    <w:p>
      <w:r>
        <w:rPr>
          <w:b/>
        </w:rPr>
        <w:t xml:space="preserve">[01:59] </w:t>
      </w:r>
      <w:r>
        <w:t>dekhiye, pak ka jo, pak karne ka jo concept hai woh haqeeqatan juda hua hai nature se.</w:t>
      </w:r>
    </w:p>
    <w:p>
      <w:pPr>
        <w:jc w:val="right"/>
      </w:pPr>
      <w:r>
        <w:t>دیکھیے، پاک کا جو، پاک کرنے کا جو کانسیپٹ ہے وہ حقیقتاً جڑا ہوا ہے نیچر سے۔</w:t>
      </w:r>
    </w:p>
    <w:p>
      <w:r>
        <w:rPr>
          <w:b/>
        </w:rPr>
        <w:t xml:space="preserve">[02:07] </w:t>
      </w:r>
      <w:r>
        <w:t>hadees mein aata hai ke "kul mauloodi yulad al fitra".</w:t>
      </w:r>
    </w:p>
    <w:p>
      <w:pPr>
        <w:jc w:val="right"/>
      </w:pPr>
      <w:r>
        <w:t>حدیث میں آتا ہے کہ "کل مولودی یولد الفطرہ"۔</w:t>
      </w:r>
    </w:p>
    <w:p>
      <w:r>
        <w:rPr>
          <w:b/>
        </w:rPr>
        <w:t xml:space="preserve">[02:15] </w:t>
      </w:r>
      <w:r>
        <w:t>har aadmi al fitra par paida kiya gaya hai, yaani true nature par.</w:t>
      </w:r>
    </w:p>
    <w:p>
      <w:pPr>
        <w:jc w:val="right"/>
      </w:pPr>
      <w:r>
        <w:t>ہر آدمی الفطرہ پر پیدا کیا گیا ہے، یعنی ٹرو نیچر پر۔</w:t>
      </w:r>
    </w:p>
    <w:p>
      <w:r>
        <w:rPr>
          <w:b/>
        </w:rPr>
        <w:t xml:space="preserve">[02:23] </w:t>
      </w:r>
      <w:r>
        <w:t>to har aadmi paidaishi taur par mutaqi hai, yaani tazkiya kiya hua hai is ka.</w:t>
      </w:r>
    </w:p>
    <w:p>
      <w:pPr>
        <w:jc w:val="right"/>
      </w:pPr>
      <w:r>
        <w:t>تو ہر آدمی پیدائشی طور پر متقی ہے، یعنی تزکیہ کیا ہوا ہے اس کا۔</w:t>
      </w:r>
    </w:p>
    <w:p>
      <w:r>
        <w:rPr>
          <w:b/>
        </w:rPr>
        <w:t xml:space="preserve">[02:31] </w:t>
      </w:r>
      <w:r>
        <w:t>lekin baad ko jab woh kisi mahaul mein rehta hai to tarah tarah ki baatein aati hain jis</w:t>
      </w:r>
    </w:p>
    <w:p>
      <w:pPr>
        <w:jc w:val="right"/>
      </w:pPr>
      <w:r>
        <w:t>لیکن بعد کو جب وہ کسی ماحول میں رہتا ہے تو طرح طرح کی باتیں آتی ہیں جس</w:t>
      </w:r>
    </w:p>
    <w:p>
      <w:r>
        <w:rPr>
          <w:b/>
        </w:rPr>
        <w:t xml:space="preserve">[02:39] </w:t>
      </w:r>
      <w:r>
        <w:t>se woh asar leta rehta hai, ya apni khwahish us ko kuch karne ko kehti hai, shaitan baki aata hai.</w:t>
      </w:r>
    </w:p>
    <w:p>
      <w:pPr>
        <w:jc w:val="right"/>
      </w:pPr>
      <w:r>
        <w:t>سے وہ اثر لیتا رہتا ہے، یا اپنی خواہش اس کو کچھ کرنے کو کہتی ہے، شیطان باقی آتا ہے۔</w:t>
      </w:r>
    </w:p>
    <w:p>
      <w:r>
        <w:rPr>
          <w:b/>
        </w:rPr>
        <w:t xml:space="preserve">[02:47] </w:t>
      </w:r>
      <w:r>
        <w:t>to paidaish ke waqt to insaan paida hota hai al fitra par, right nature par.</w:t>
      </w:r>
    </w:p>
    <w:p>
      <w:pPr>
        <w:jc w:val="right"/>
      </w:pPr>
      <w:r>
        <w:t>تو پیدائش کے وقت تو انسان پیدا ہوتا ہے الفطرہ پر، رائٹ نیچر پر۔</w:t>
      </w:r>
    </w:p>
    <w:p>
      <w:r>
        <w:rPr>
          <w:b/>
        </w:rPr>
        <w:t xml:space="preserve">[02:55] </w:t>
      </w:r>
      <w:r>
        <w:t>dheere dheere dheere dheere is ka, is ke andar tabdeeli aati rehti hai.</w:t>
      </w:r>
    </w:p>
    <w:p>
      <w:pPr>
        <w:jc w:val="right"/>
      </w:pPr>
      <w:r>
        <w:t>دھیرے دھیرے دھیرے دھیرے اس کا، اس کے اندر تبدیلی آتی رہتی ہے۔</w:t>
      </w:r>
    </w:p>
    <w:p>
      <w:r>
        <w:rPr>
          <w:b/>
        </w:rPr>
        <w:t xml:space="preserve">[03:03] </w:t>
      </w:r>
      <w:r>
        <w:t>to is apni fitrat, apne aap ko fitrat par baqi rakhna yahi tazkiya hai.</w:t>
      </w:r>
    </w:p>
    <w:p>
      <w:pPr>
        <w:jc w:val="right"/>
      </w:pPr>
      <w:r>
        <w:t>تو اس اپنی فطرت، اپنے آپ کو فطرت پر باقی رکھنا یہی تزکیہ ہے۔</w:t>
      </w:r>
    </w:p>
    <w:p>
      <w:r>
        <w:rPr>
          <w:b/>
        </w:rPr>
        <w:t xml:space="preserve">[03:11] </w:t>
      </w:r>
      <w:r>
        <w:t>apne aap ko fitrat par baqi rakhna yahi tazkiya hai.</w:t>
      </w:r>
    </w:p>
    <w:p>
      <w:pPr>
        <w:jc w:val="right"/>
      </w:pPr>
      <w:r>
        <w:t>اپنے آپ کو فطرت پر باقی رکھنا یہی تزکیہ ہے۔</w:t>
      </w:r>
    </w:p>
    <w:p>
      <w:r>
        <w:rPr>
          <w:b/>
        </w:rPr>
        <w:t xml:space="preserve">[03:20] </w:t>
      </w:r>
      <w:r>
        <w:t>Maulana sahib, you said that every person is born on nature, and slowly and gradually he starts getting conditioned. The question that comes in one's mind is that how can one start the process of tazkiya? How can one undertake the tazkiya process?</w:t>
      </w:r>
    </w:p>
    <w:p>
      <w:pPr>
        <w:jc w:val="right"/>
      </w:pPr>
      <w:r>
        <w:t>مولانا صاحب، یو سیڈ دیٹ ایوری پرسن از بورن آن نیچر، اینڈ سلولی اینڈ گریجولی ہی سٹارٹس گیٹنگ کنڈیشنڈ۔ دا کوئسچن دیٹ کمز ان ونز مائنڈ از دیٹ ہاؤ کین ون سٹارٹ دی پروسیس آف تزکیہ؟ ہاؤ کین ون انڈرٹیک دی تزکیہ پروسیس؟</w:t>
      </w:r>
    </w:p>
    <w:p>
      <w:r>
        <w:rPr>
          <w:b/>
        </w:rPr>
        <w:t xml:space="preserve">[03:39] </w:t>
      </w:r>
      <w:r>
        <w:t>dekhiye, is ka ek hi tareeqa hai.</w:t>
      </w:r>
    </w:p>
    <w:p>
      <w:pPr>
        <w:jc w:val="right"/>
      </w:pPr>
      <w:r>
        <w:t>دیکھیے، اس کا ایک ہی طریقہ ہے۔</w:t>
      </w:r>
    </w:p>
    <w:p>
      <w:r>
        <w:rPr>
          <w:b/>
        </w:rPr>
        <w:t xml:space="preserve">[03:44] </w:t>
      </w:r>
      <w:r>
        <w:t>woh hai jab koi baat galat aap se ho jaati hai, koi baat khwahish wali ho jaati hai,</w:t>
      </w:r>
    </w:p>
    <w:p>
      <w:pPr>
        <w:jc w:val="right"/>
      </w:pPr>
      <w:r>
        <w:t>وہ ہے جب کوئی بات غلط آپ سے ہو جاتی ہے، کوئی بات خواہش والی ہو جاتی ہے،</w:t>
      </w:r>
    </w:p>
    <w:p>
      <w:r>
        <w:rPr>
          <w:b/>
        </w:rPr>
        <w:t xml:space="preserve">[03:50] </w:t>
      </w:r>
      <w:r>
        <w:t>shaitan bhaga deta hai.</w:t>
      </w:r>
    </w:p>
    <w:p>
      <w:pPr>
        <w:jc w:val="right"/>
      </w:pPr>
      <w:r>
        <w:t>شیطان بھاگا دیتا ہے۔</w:t>
      </w:r>
    </w:p>
    <w:p>
      <w:r>
        <w:rPr>
          <w:b/>
        </w:rPr>
        <w:t xml:space="preserve">[03:55] </w:t>
      </w:r>
      <w:r>
        <w:t>to us waqt kya hota hai? foran aap ka jo conscience hai, aap ka zamir jo hai, woh</w:t>
      </w:r>
    </w:p>
    <w:p>
      <w:pPr>
        <w:jc w:val="right"/>
      </w:pPr>
      <w:r>
        <w:t>تو اس وقت کیا ہوتا ہے؟ فوراً آپ کا جو کانشینس ہے، آپ کا ضمیر جو ہے، وہ</w:t>
      </w:r>
    </w:p>
    <w:p>
      <w:r>
        <w:rPr>
          <w:b/>
        </w:rPr>
        <w:t xml:space="preserve">[04:01] </w:t>
      </w:r>
      <w:r>
        <w:t>chaunk uthta hai.</w:t>
      </w:r>
    </w:p>
    <w:p>
      <w:pPr>
        <w:jc w:val="right"/>
      </w:pPr>
      <w:r>
        <w:t>چونک اٹھتا ہے۔</w:t>
      </w:r>
    </w:p>
    <w:p>
      <w:r>
        <w:rPr>
          <w:b/>
        </w:rPr>
        <w:t xml:space="preserve">[04:07] </w:t>
      </w:r>
      <w:r>
        <w:t>woh andar se aap ko batata hai ke dekhein yeh kaam to galat ho gaya.</w:t>
      </w:r>
    </w:p>
    <w:p>
      <w:pPr>
        <w:jc w:val="right"/>
      </w:pPr>
      <w:r>
        <w:t>وہ اندر سے آپ کو بتاتا ہے کہ دیکھیں یہ کام تو غلط ہو گیا۔</w:t>
      </w:r>
    </w:p>
    <w:p>
      <w:r>
        <w:rPr>
          <w:b/>
        </w:rPr>
        <w:t xml:space="preserve">[04:12] </w:t>
      </w:r>
      <w:r>
        <w:t>to us waqt aadmi agar chaunk uthe aur foran apni zamir ki awaaz par chale to wahi tazkiya hoga.</w:t>
      </w:r>
    </w:p>
    <w:p>
      <w:pPr>
        <w:jc w:val="right"/>
      </w:pPr>
      <w:r>
        <w:t>تو اس وقت آدمی اگر چونک اٹھے اور فوراً اپنی ضمیر کی آواز پر چلے تو وہی تزکیہ ہوگا۔</w:t>
      </w:r>
    </w:p>
    <w:p>
      <w:r>
        <w:rPr>
          <w:b/>
        </w:rPr>
        <w:t xml:space="preserve">[04:18] </w:t>
      </w:r>
      <w:r>
        <w:t>to pak karne ka matlab yeh hai ke zamir ki awaaz par chalna.</w:t>
      </w:r>
    </w:p>
    <w:p>
      <w:pPr>
        <w:jc w:val="right"/>
      </w:pPr>
      <w:r>
        <w:t>تو پاک کرنے کا مطلب یہ ہے کہ ضمیر کی آواز پر چلنا۔</w:t>
      </w:r>
    </w:p>
    <w:p>
      <w:r>
        <w:rPr>
          <w:b/>
        </w:rPr>
        <w:t xml:space="preserve">[04:24] </w:t>
      </w:r>
      <w:r>
        <w:t>ya quran aur hadees aap padhte hain, aap dekhte hain ke quran mein to yeh likha hua hai,</w:t>
      </w:r>
    </w:p>
    <w:p>
      <w:pPr>
        <w:jc w:val="right"/>
      </w:pPr>
      <w:r>
        <w:t>یا قرآن اور حدیث آپ پڑھتے ہیں، آپ دیکھتے ہیں کہ قرآن میں تو یہ لکھا ہوا ہے،</w:t>
      </w:r>
    </w:p>
    <w:p>
      <w:r>
        <w:rPr>
          <w:b/>
        </w:rPr>
        <w:t xml:space="preserve">[04:29] </w:t>
      </w:r>
      <w:r>
        <w:t>mein aisa kar raha hoon.</w:t>
      </w:r>
    </w:p>
    <w:p>
      <w:pPr>
        <w:jc w:val="right"/>
      </w:pPr>
      <w:r>
        <w:t>میں ایسا کر رہا ہوں۔</w:t>
      </w:r>
    </w:p>
    <w:p>
      <w:r>
        <w:rPr>
          <w:b/>
        </w:rPr>
        <w:t xml:space="preserve">[04:35] </w:t>
      </w:r>
      <w:r>
        <w:t>to wahan par rokein aap aur foran apne ko badlein.</w:t>
      </w:r>
    </w:p>
    <w:p>
      <w:pPr>
        <w:jc w:val="right"/>
      </w:pPr>
      <w:r>
        <w:t>تو وہاں پر رکیں آپ اور فوراً اپنے کو بدلیں۔</w:t>
      </w:r>
    </w:p>
    <w:p>
      <w:r>
        <w:rPr>
          <w:b/>
        </w:rPr>
        <w:t xml:space="preserve">[04:41] </w:t>
      </w:r>
      <w:r>
        <w:t>yehi sahib-e-tazkiya hai.</w:t>
      </w:r>
    </w:p>
    <w:p>
      <w:pPr>
        <w:jc w:val="right"/>
      </w:pPr>
      <w:r>
        <w:t>یہی صاحب تزکیہ ہے۔</w:t>
      </w:r>
    </w:p>
    <w:p>
      <w:r>
        <w:rPr>
          <w:b/>
        </w:rPr>
        <w:t xml:space="preserve">[04:46] </w:t>
      </w:r>
      <w:r>
        <w:t>yani apni zamir ki awaz par apne ko rokna tazkiya hai.</w:t>
      </w:r>
    </w:p>
    <w:p>
      <w:pPr>
        <w:jc w:val="right"/>
      </w:pPr>
      <w:r>
        <w:t>یعنی اپنی ضمیر کی آواز پر اپنے کو روکنا تزکیہ ہے۔</w:t>
      </w:r>
    </w:p>
    <w:p>
      <w:r>
        <w:rPr>
          <w:b/>
        </w:rPr>
        <w:t xml:space="preserve">[04:52] </w:t>
      </w:r>
      <w:r>
        <w:t>quran o hadith mein koi baat milti hai aap ko ya batati hai ke aap falan baat ko</w:t>
      </w:r>
    </w:p>
    <w:p>
      <w:pPr>
        <w:jc w:val="right"/>
      </w:pPr>
      <w:r>
        <w:t>قرآن و حدیث میں کوئی بات ملتی ہے آپ کو یا بتاتی ہے کہ آپ فلاں بات کو</w:t>
      </w:r>
    </w:p>
    <w:p>
      <w:r>
        <w:rPr>
          <w:b/>
        </w:rPr>
        <w:t xml:space="preserve">[04:58] </w:t>
      </w:r>
      <w:r>
        <w:t>ghalat kar rahe hain to wahan rukna ye tazkiya hai.</w:t>
      </w:r>
    </w:p>
    <w:p>
      <w:pPr>
        <w:jc w:val="right"/>
      </w:pPr>
      <w:r>
        <w:t>غلط کر رہے ہیں تو وہاں رکنا یہ تزکیہ ہے۔</w:t>
      </w:r>
    </w:p>
    <w:p>
      <w:r>
        <w:rPr>
          <w:b/>
        </w:rPr>
        <w:t xml:space="preserve">[05:03] </w:t>
      </w:r>
      <w:r>
        <w:t>tazkiya kisi purasrar cheez ka naam nahi hai, na kisi kone mein baith kar kuch practice karne ka naam hai.</w:t>
      </w:r>
    </w:p>
    <w:p>
      <w:pPr>
        <w:jc w:val="right"/>
      </w:pPr>
      <w:r>
        <w:t>تزکیہ کسی پراسرار چیز کا نام نہیں ہے، نہ کسی کونے میں بیٹھ کر کچھ پریکٹس کرنے کا نام ہے۔</w:t>
      </w:r>
    </w:p>
    <w:p>
      <w:r>
        <w:rPr>
          <w:b/>
        </w:rPr>
        <w:t xml:space="preserve">[05:09] </w:t>
      </w:r>
      <w:r>
        <w:t>nahi, tazkiya aap ke yani mind ke zariye hota hai.</w:t>
      </w:r>
    </w:p>
    <w:p>
      <w:pPr>
        <w:jc w:val="right"/>
      </w:pPr>
      <w:r>
        <w:t>نہیں، تزکیہ آپ کے یعنی مائنڈ کے ذریعے ہوتا ہے۔</w:t>
      </w:r>
    </w:p>
    <w:p>
      <w:r>
        <w:rPr>
          <w:b/>
        </w:rPr>
        <w:t xml:space="preserve">[05:15] </w:t>
      </w:r>
      <w:r>
        <w:t>aap ka mind jo hai, jahan aap ko roka hai, chahe wo quran o hadith ke hawale se</w:t>
      </w:r>
    </w:p>
    <w:p>
      <w:pPr>
        <w:jc w:val="right"/>
      </w:pPr>
      <w:r>
        <w:t>آپ کا مائنڈ جو ہے، جہاں آپ کو روکا ہے، چاہے وہ قرآن و حدیث کے حوالے سے</w:t>
      </w:r>
    </w:p>
    <w:p>
      <w:r>
        <w:rPr>
          <w:b/>
        </w:rPr>
        <w:t xml:space="preserve">[05:20] </w:t>
      </w:r>
      <w:r>
        <w:t>roka hai ya apni zamir ke waste se roka hai, wahan ruk jaiye, apni islaah kijiye.</w:t>
      </w:r>
    </w:p>
    <w:p>
      <w:pPr>
        <w:jc w:val="right"/>
      </w:pPr>
      <w:r>
        <w:t>روکا ہے یا اپنی ضمیر کے واسطے سے روکا ہے، وہاں رک جائیے، اپنی اصلاح کیجیے۔</w:t>
      </w:r>
    </w:p>
    <w:p>
      <w:r>
        <w:rPr>
          <w:b/>
        </w:rPr>
        <w:t xml:space="preserve">[05:26] </w:t>
      </w:r>
      <w:r>
        <w:t>bas yahi tazkiya hai.</w:t>
      </w:r>
    </w:p>
    <w:p>
      <w:pPr>
        <w:jc w:val="right"/>
      </w:pPr>
      <w:r>
        <w:t>بس یہی تزکیہ ہے۔</w:t>
      </w:r>
    </w:p>
    <w:p>
      <w:r>
        <w:rPr>
          <w:b/>
        </w:rPr>
        <w:t xml:space="preserve">[05:32] </w:t>
      </w:r>
      <w:r>
        <w:t>So Maulana sahib, is tazkiya, one time activity or one needs to do tazkiya all through his or her life. Or the question is that why does one need to do tazkiya on a continuous basis? What would you say to that?</w:t>
      </w:r>
    </w:p>
    <w:p>
      <w:pPr>
        <w:jc w:val="right"/>
      </w:pPr>
      <w:r>
        <w:t>سو مولانا صاحب، اس تزکیہ، ون ٹائم ایکٹیویٹی اور ون نیڈز ٹو ڈو تزکیہ آل تھرو ہز اور ہر لائف۔ اور دا کوئسچن از دیٹ وائی ڈز ون نیڈ ٹو ڈو تزکیہ آن ا کنٹینیوس بیسس؟ واٹ وڈ یو سی ٹو دیٹ؟</w:t>
      </w:r>
    </w:p>
    <w:p>
      <w:r>
        <w:rPr>
          <w:b/>
        </w:rPr>
        <w:t xml:space="preserve">[05:47] </w:t>
      </w:r>
      <w:r>
        <w:t>dekhein, tazkiya life time ke liye hai.</w:t>
      </w:r>
    </w:p>
    <w:p>
      <w:pPr>
        <w:jc w:val="right"/>
      </w:pPr>
      <w:r>
        <w:t>دیکھیں، تزکیہ لائف ٹائم کے لیے ہے۔</w:t>
      </w:r>
    </w:p>
    <w:p>
      <w:r>
        <w:rPr>
          <w:b/>
        </w:rPr>
        <w:t xml:space="preserve">[05:52] </w:t>
      </w:r>
      <w:r>
        <w:t>saari umar aap ko tazkiya karna padta hai.</w:t>
      </w:r>
    </w:p>
    <w:p>
      <w:pPr>
        <w:jc w:val="right"/>
      </w:pPr>
      <w:r>
        <w:t>ساری عمر آپ کو تزکیہ کرنا پڑتا ہے۔</w:t>
      </w:r>
    </w:p>
    <w:p>
      <w:r>
        <w:rPr>
          <w:b/>
        </w:rPr>
        <w:t xml:space="preserve">[05:58] </w:t>
      </w:r>
      <w:r>
        <w:t>is liye ke jis duniya mein aap rehte hain, us duniya mein har waqt kuch na kuch hai.</w:t>
      </w:r>
    </w:p>
    <w:p>
      <w:pPr>
        <w:jc w:val="right"/>
      </w:pPr>
      <w:r>
        <w:t>اس لیے کہ جس دنیا میں آپ رہتے ہیں، اس دنیا میں ہر وقت کچھ نہ کچھ ہے۔</w:t>
      </w:r>
    </w:p>
    <w:p>
      <w:r>
        <w:rPr>
          <w:b/>
        </w:rPr>
        <w:t xml:space="preserve">[06:04] </w:t>
      </w:r>
      <w:r>
        <w:t>kabhi aap ki khwahish hoti hai, kabhi shaitan bhaga aata hai, kabhi kisi se kuch baatein ho gayin.</w:t>
      </w:r>
    </w:p>
    <w:p>
      <w:pPr>
        <w:jc w:val="right"/>
      </w:pPr>
      <w:r>
        <w:t>کبھی آپ کی خواہش ہوتی ہے، کبھی شیطان بھاگا آتا ہے، کبھی کسی سے کچھ باتیں ہو گئیں۔</w:t>
      </w:r>
    </w:p>
    <w:p>
      <w:r>
        <w:rPr>
          <w:b/>
        </w:rPr>
        <w:t xml:space="preserve">[06:09] </w:t>
      </w:r>
      <w:r>
        <w:t>to har waqt aisi baatein hoti rehti hain, har waqt.</w:t>
      </w:r>
    </w:p>
    <w:p>
      <w:pPr>
        <w:jc w:val="right"/>
      </w:pPr>
      <w:r>
        <w:t>تو ہر وقت ایسی باتیں ہوتی رہتی ہیں، ہر وقت۔</w:t>
      </w:r>
    </w:p>
    <w:p>
      <w:r>
        <w:rPr>
          <w:b/>
        </w:rPr>
        <w:t xml:space="preserve">[06:15] </w:t>
      </w:r>
      <w:r>
        <w:t>ye aisa nahi ke kabhi ek baar ho gaya aur phir nahi hua.</w:t>
      </w:r>
    </w:p>
    <w:p>
      <w:pPr>
        <w:jc w:val="right"/>
      </w:pPr>
      <w:r>
        <w:t>یہ ایسا نہیں کہ کبھی ایک بار ہو گیا اور پھر نہیں ہوا۔</w:t>
      </w:r>
    </w:p>
    <w:p>
      <w:r>
        <w:rPr>
          <w:b/>
        </w:rPr>
        <w:t xml:space="preserve">[06:21] </w:t>
      </w:r>
      <w:r>
        <w:t>kabhi ek baar ho gaya, phir nahi hua.</w:t>
      </w:r>
    </w:p>
    <w:p>
      <w:pPr>
        <w:jc w:val="right"/>
      </w:pPr>
      <w:r>
        <w:t>کبھی ایک بار ہو گیا، پھر نہیں ہوا۔</w:t>
      </w:r>
    </w:p>
    <w:p>
      <w:r>
        <w:rPr>
          <w:b/>
        </w:rPr>
        <w:t xml:space="preserve">[06:26] </w:t>
      </w:r>
      <w:r>
        <w:t>ye ek continuous process hai, chalta hi rehta hai, marte tab tak.</w:t>
      </w:r>
    </w:p>
    <w:p>
      <w:pPr>
        <w:jc w:val="right"/>
      </w:pPr>
      <w:r>
        <w:t>یہ ایک کنٹینیوس پروسیس ہے، چلتا ہی رہتا ہے، مرتے تب تک۔</w:t>
      </w:r>
    </w:p>
    <w:p>
      <w:r>
        <w:rPr>
          <w:b/>
        </w:rPr>
        <w:t xml:space="preserve">[06:32] </w:t>
      </w:r>
      <w:r>
        <w:t>to agar aap is process ko chalate rahenge to aap ka andar ka jo zamir hai, wo</w:t>
      </w:r>
    </w:p>
    <w:p>
      <w:pPr>
        <w:jc w:val="right"/>
      </w:pPr>
      <w:r>
        <w:t>تو اگر آپ اس پروسیس کو چلاتے رہیں گے تو آپ کا اندر کا جو ضمیر ہے، وہ</w:t>
      </w:r>
    </w:p>
    <w:p>
      <w:r>
        <w:rPr>
          <w:b/>
        </w:rPr>
        <w:t xml:space="preserve">[06:38] </w:t>
      </w:r>
      <w:r>
        <w:t>zinda rahega, wo bar bar aap ko batata rahega.</w:t>
      </w:r>
    </w:p>
    <w:p>
      <w:pPr>
        <w:jc w:val="right"/>
      </w:pPr>
      <w:r>
        <w:t>زندہ رہے گا، وہ بار بار آپ کو بتاتا رہے گا۔</w:t>
      </w:r>
    </w:p>
    <w:p>
      <w:r>
        <w:rPr>
          <w:b/>
        </w:rPr>
        <w:t xml:space="preserve">[06:44] </w:t>
      </w:r>
      <w:r>
        <w:t>lekin agar na chalayein to zamir dead ho jata hai, dead ho jata hai.</w:t>
      </w:r>
    </w:p>
    <w:p>
      <w:pPr>
        <w:jc w:val="right"/>
      </w:pPr>
      <w:r>
        <w:t>لیکن اگر نہ چلائیں تو ضمیر ڈیڈ ہو جاتا ہے، ڈیڈ ہو جاتا ہے۔</w:t>
      </w:r>
    </w:p>
    <w:p>
      <w:r>
        <w:rPr>
          <w:b/>
        </w:rPr>
        <w:t xml:space="preserve">[06:49] </w:t>
      </w:r>
      <w:r>
        <w:t>phir wo baatein hoti hain, wo chaunkta nahi, wo chaunkta nahi.</w:t>
      </w:r>
    </w:p>
    <w:p>
      <w:pPr>
        <w:jc w:val="right"/>
      </w:pPr>
      <w:r>
        <w:t>پھر وہ باتیں ہوتی ہیں، وہ چونکتا نہیں، وہ چونکتا نہیں۔</w:t>
      </w:r>
    </w:p>
    <w:p>
      <w:r>
        <w:rPr>
          <w:b/>
        </w:rPr>
        <w:t xml:space="preserve">[06:55] </w:t>
      </w:r>
      <w:r>
        <w:t>isi ko aaj kal ki zuban mein, psychology ki zuban mein kaha jata hai conditioning.</w:t>
      </w:r>
    </w:p>
    <w:p>
      <w:pPr>
        <w:jc w:val="right"/>
      </w:pPr>
      <w:r>
        <w:t>اسی کو آج کل کی زبان میں، سائیکالوجی کی زبان میں کہا جاتا ہے کنڈیشننگ۔</w:t>
      </w:r>
    </w:p>
    <w:p>
      <w:r>
        <w:rPr>
          <w:b/>
        </w:rPr>
        <w:t xml:space="preserve">[07:01] </w:t>
      </w:r>
      <w:r>
        <w:t>to hamesha aadmi apne mahol se condition hota rehta hai.</w:t>
      </w:r>
    </w:p>
    <w:p>
      <w:pPr>
        <w:jc w:val="right"/>
      </w:pPr>
      <w:r>
        <w:t>تو ہمیشہ آدمی اپنے ماحول سے کنڈیشن ہوتا رہتا ہے۔</w:t>
      </w:r>
    </w:p>
    <w:p>
      <w:r>
        <w:rPr>
          <w:b/>
        </w:rPr>
        <w:t xml:space="preserve">[07:06] </w:t>
      </w:r>
      <w:r>
        <w:t>to is ki de conditioning karna.</w:t>
      </w:r>
    </w:p>
    <w:p>
      <w:pPr>
        <w:jc w:val="right"/>
      </w:pPr>
      <w:r>
        <w:t>تو اس کی ڈی کنڈیشننگ کرنا۔</w:t>
      </w:r>
    </w:p>
    <w:p>
      <w:r>
        <w:rPr>
          <w:b/>
        </w:rPr>
        <w:t xml:space="preserve">[07:12] </w:t>
      </w:r>
      <w:r>
        <w:t>mein sikhaata hoon ke tazkiya ko aaj kal ki zabaan mein agar kahein to apni conditioning ki de</w:t>
      </w:r>
    </w:p>
    <w:p>
      <w:pPr>
        <w:jc w:val="right"/>
      </w:pPr>
      <w:r>
        <w:t>میں سکھاتا ہوں کہ تزکیہ کو آج کل کی زبان میں اگر کہیں تو اپنی کنڈیشننگ کی ڈی</w:t>
      </w:r>
    </w:p>
    <w:p>
      <w:r>
        <w:rPr>
          <w:b/>
        </w:rPr>
        <w:t xml:space="preserve">[07:18] </w:t>
      </w:r>
      <w:r>
        <w:t>conditioning, yahi tazkiya hai.</w:t>
      </w:r>
    </w:p>
    <w:p>
      <w:pPr>
        <w:jc w:val="right"/>
      </w:pPr>
      <w:r>
        <w:t>کنڈیشننگ، یہی تزکیہ ہے۔</w:t>
      </w:r>
    </w:p>
    <w:p>
      <w:r>
        <w:rPr>
          <w:b/>
        </w:rPr>
        <w:t xml:space="preserve">[07:24] </w:t>
      </w:r>
      <w:r>
        <w:t>Maulana sahib, one of the verse of the Quran says that paradise is for those who purify themselves. Can you tell all of us in elaborate manner, what does this verse indicate? What is the meaning of this verse?</w:t>
      </w:r>
    </w:p>
    <w:p>
      <w:pPr>
        <w:jc w:val="right"/>
      </w:pPr>
      <w:r>
        <w:t>مولانا صاحب، ون آف دی ورس آف دا قرآن سیز دیٹ پیراڈائز از فار دوز ہو پیوریفائی دیم سیلز۔ کین یو ٹیل آل آف اس ان ایلابریٹ مینر، واٹ ڈز دس ورس انڈیکیٹ؟ واٹ از دا میننگ آف دس ورس؟</w:t>
      </w:r>
    </w:p>
    <w:p>
      <w:r>
        <w:rPr>
          <w:b/>
        </w:rPr>
        <w:t xml:space="preserve">[07:40] </w:t>
      </w:r>
      <w:r>
        <w:t>dekhein, jannat jo hai, recommendation par nahi milegi.</w:t>
      </w:r>
    </w:p>
    <w:p>
      <w:pPr>
        <w:jc w:val="right"/>
      </w:pPr>
      <w:r>
        <w:t>دیکھیں، جنت جو ہے، ریکمنڈیشن پر نہیں ملے گی۔</w:t>
      </w:r>
    </w:p>
    <w:p>
      <w:r>
        <w:rPr>
          <w:b/>
        </w:rPr>
        <w:t xml:space="preserve">[07:45] </w:t>
      </w:r>
      <w:r>
        <w:t>yaani koi nahi sakta ke shafaat se milegi.</w:t>
      </w:r>
    </w:p>
    <w:p>
      <w:pPr>
        <w:jc w:val="right"/>
      </w:pPr>
      <w:r>
        <w:t>یعنی کوئی نہیں سکتا کہ شفاعت سے ملے گی۔</w:t>
      </w:r>
    </w:p>
    <w:p>
      <w:r>
        <w:rPr>
          <w:b/>
        </w:rPr>
        <w:t xml:space="preserve">[07:51] </w:t>
      </w:r>
      <w:r>
        <w:t>to yeh baseless baat hai.</w:t>
      </w:r>
    </w:p>
    <w:p>
      <w:pPr>
        <w:jc w:val="right"/>
      </w:pPr>
      <w:r>
        <w:t>تو یہ بیسلیس بات ہے۔</w:t>
      </w:r>
    </w:p>
    <w:p>
      <w:r>
        <w:rPr>
          <w:b/>
        </w:rPr>
        <w:t xml:space="preserve">[07:57] </w:t>
      </w:r>
      <w:r>
        <w:t>shafaat ka matlab hota hai recommendation.</w:t>
      </w:r>
    </w:p>
    <w:p>
      <w:pPr>
        <w:jc w:val="right"/>
      </w:pPr>
      <w:r>
        <w:t>شفاعت کا مطلب ہوتا ہے ریکمنڈیشن۔</w:t>
      </w:r>
    </w:p>
    <w:p>
      <w:r>
        <w:rPr>
          <w:b/>
        </w:rPr>
        <w:t xml:space="preserve">[08:02] </w:t>
      </w:r>
      <w:r>
        <w:t>jannat recommendation se nahi milegi, tazkiya se milegi.</w:t>
      </w:r>
    </w:p>
    <w:p>
      <w:pPr>
        <w:jc w:val="right"/>
      </w:pPr>
      <w:r>
        <w:t>جنت ریکمنڈیشن سے نہیں ملے گی، تزکیہ سے ملے گی۔</w:t>
      </w:r>
    </w:p>
    <w:p>
      <w:r>
        <w:rPr>
          <w:b/>
        </w:rPr>
        <w:t xml:space="preserve">[08:08] </w:t>
      </w:r>
      <w:r>
        <w:t>yaani apne aap ko jannat ki, jannat ki jo society hogi, us society ke lihaaz se apne aap ko banana.</w:t>
      </w:r>
    </w:p>
    <w:p>
      <w:pPr>
        <w:jc w:val="right"/>
      </w:pPr>
      <w:r>
        <w:t>یعنی اپنے آپ کو جنت کی، جنت کی جو سوسائٹی ہوگی، اس سوسائٹی کے لحاظ سے اپنے آپ کو بنانا۔</w:t>
      </w:r>
    </w:p>
    <w:p>
      <w:r>
        <w:rPr>
          <w:b/>
        </w:rPr>
        <w:t xml:space="preserve">[08:14] </w:t>
      </w:r>
      <w:r>
        <w:t>jannat ki society kya hogi? Quran o Hadees mein padhein, aap ko mil jayega aap ko ke</w:t>
      </w:r>
    </w:p>
    <w:p>
      <w:pPr>
        <w:jc w:val="right"/>
      </w:pPr>
      <w:r>
        <w:t>جنت کی سوسائٹی کیا ہوگی؟ قرآن و حدیث میں پڑھیں، آپ کو مل جائے گا آپ کو کہ</w:t>
      </w:r>
    </w:p>
    <w:p>
      <w:r>
        <w:rPr>
          <w:b/>
        </w:rPr>
        <w:t xml:space="preserve">[08:19] </w:t>
      </w:r>
      <w:r>
        <w:t>jannat mein koi kisi se nafrat nahi karega, koi kisi se ladai nahi karega, koi kisi</w:t>
      </w:r>
    </w:p>
    <w:p>
      <w:pPr>
        <w:jc w:val="right"/>
      </w:pPr>
      <w:r>
        <w:t>جنت میں کوئی کسی سے نفرت نہیں کرے گا، کوئی کسی سے لڑائی نہیں کرے گا، کوئی کسی</w:t>
      </w:r>
    </w:p>
    <w:p>
      <w:r>
        <w:rPr>
          <w:b/>
        </w:rPr>
        <w:t xml:space="preserve">[08:25] </w:t>
      </w:r>
      <w:r>
        <w:t>ke khilaaf protest nahi karega.</w:t>
      </w:r>
    </w:p>
    <w:p>
      <w:pPr>
        <w:jc w:val="right"/>
      </w:pPr>
      <w:r>
        <w:t>کے خلاف پروٹیسٹ نہیں کرے گا۔</w:t>
      </w:r>
    </w:p>
    <w:p>
      <w:r>
        <w:rPr>
          <w:b/>
        </w:rPr>
        <w:t xml:space="preserve">[08:31] </w:t>
      </w:r>
      <w:r>
        <w:t>yeh saari cheezein jo duniya mein hum dekhte hain, woh jannat mein nahi hongi.</w:t>
      </w:r>
    </w:p>
    <w:p>
      <w:pPr>
        <w:jc w:val="right"/>
      </w:pPr>
      <w:r>
        <w:t>یہ ساری چیزیں جو دنیا میں ہم دیکھتے ہیں، وہ جنت میں نہیں ہوں گی۔</w:t>
      </w:r>
    </w:p>
    <w:p>
      <w:r>
        <w:rPr>
          <w:b/>
        </w:rPr>
        <w:t xml:space="preserve">[08:36] </w:t>
      </w:r>
      <w:r>
        <w:t>to duniya mein aap is tarah ke jab aap ko pesh aaye koi maamla to us waqt aap</w:t>
      </w:r>
    </w:p>
    <w:p>
      <w:pPr>
        <w:jc w:val="right"/>
      </w:pPr>
      <w:r>
        <w:t>تو دنیا میں آپ اس طرح کے جب آپ کو پیش آئے کوئی معاملہ تو اس وقت آپ</w:t>
      </w:r>
    </w:p>
    <w:p>
      <w:r>
        <w:rPr>
          <w:b/>
        </w:rPr>
        <w:t xml:space="preserve">[08:42] </w:t>
      </w:r>
      <w:r>
        <w:t>jannati kirdaar ka saboot dein, jannati behaviour ka saboot dein.</w:t>
      </w:r>
    </w:p>
    <w:p>
      <w:pPr>
        <w:jc w:val="right"/>
      </w:pPr>
      <w:r>
        <w:t>جنتی کردار کا ثبوت دیں، جنتی بیہیور کا ثبوت دیں۔</w:t>
      </w:r>
    </w:p>
    <w:p>
      <w:r>
        <w:rPr>
          <w:b/>
        </w:rPr>
        <w:t xml:space="preserve">[08:48] </w:t>
      </w:r>
      <w:r>
        <w:t>yaani koi aap ko provoke kare to aap provoke na hon.</w:t>
      </w:r>
    </w:p>
    <w:p>
      <w:pPr>
        <w:jc w:val="right"/>
      </w:pPr>
      <w:r>
        <w:t>یعنی کوئی آپ کو پرووک کرے تو آپ پرووک نہ ہوں۔</w:t>
      </w:r>
    </w:p>
    <w:p>
      <w:r>
        <w:rPr>
          <w:b/>
        </w:rPr>
        <w:t xml:space="preserve">[08:53] </w:t>
      </w:r>
      <w:r>
        <w:t>koi agar aap ko ladai chhede to aap khud ladai na karein, balkeh maaf kar dein us ko,</w:t>
      </w:r>
    </w:p>
    <w:p>
      <w:pPr>
        <w:jc w:val="right"/>
      </w:pPr>
      <w:r>
        <w:t>کوئی اگر آپ کو لڑائی چھیڑے تو آپ خود لڑائی نہ کریں، بلکہ معاف کر دیں اس کو،</w:t>
      </w:r>
    </w:p>
    <w:p>
      <w:r>
        <w:rPr>
          <w:b/>
        </w:rPr>
        <w:t xml:space="preserve">[08:59] </w:t>
      </w:r>
      <w:r>
        <w:t>target karein, maaf karein.</w:t>
      </w:r>
    </w:p>
    <w:p>
      <w:pPr>
        <w:jc w:val="right"/>
      </w:pPr>
      <w:r>
        <w:t>ٹارگٹ کریں، معاف کریں۔</w:t>
      </w:r>
    </w:p>
    <w:p>
      <w:r>
        <w:rPr>
          <w:b/>
        </w:rPr>
        <w:t xml:space="preserve">[09:05] </w:t>
      </w:r>
      <w:r>
        <w:t>to jannat mein jannatiyon ka behaviour kya hoga, yeh Quran o Hadees mein bata diya gaya.</w:t>
      </w:r>
    </w:p>
    <w:p>
      <w:pPr>
        <w:jc w:val="right"/>
      </w:pPr>
      <w:r>
        <w:t>تو جنت میں جنتیوں کا بیہیور کیا ہوگا، یہ قرآن و حدیث میں بتا دیا گیا۔</w:t>
      </w:r>
    </w:p>
    <w:p>
      <w:r>
        <w:rPr>
          <w:b/>
        </w:rPr>
        <w:t xml:space="preserve">[09:10] </w:t>
      </w:r>
      <w:r>
        <w:t>to duniya mein apne aap ko is aise se trend karna ke aap ke andar jannati personality ban</w:t>
      </w:r>
    </w:p>
    <w:p>
      <w:pPr>
        <w:jc w:val="right"/>
      </w:pPr>
      <w:r>
        <w:t>تو دنیا میں اپنے آپ کو اس ایسے سے ٹرینڈ کرنا کہ آپ کے اندر جنتی پرسنیلٹی بن</w:t>
      </w:r>
    </w:p>
    <w:p>
      <w:r>
        <w:rPr>
          <w:b/>
        </w:rPr>
        <w:t xml:space="preserve">[09:16] </w:t>
      </w:r>
      <w:r>
        <w:t>jaye, yahi tazkiya hai.</w:t>
      </w:r>
    </w:p>
    <w:p>
      <w:pPr>
        <w:jc w:val="right"/>
      </w:pPr>
      <w:r>
        <w:t>جائے، یہی تزکیہ ہے۔</w:t>
      </w:r>
    </w:p>
    <w:p>
      <w:r>
        <w:rPr>
          <w:b/>
        </w:rPr>
        <w:t xml:space="preserve">[09:22] </w:t>
      </w:r>
      <w:r>
        <w:t>aur aise hi log jannat mein dakhil kiye jayenge.</w:t>
      </w:r>
    </w:p>
    <w:p>
      <w:pPr>
        <w:jc w:val="right"/>
      </w:pPr>
      <w:r>
        <w:t>اور ایسے ہی لوگ جنت میں داخل کیے جائیں گے۔</w:t>
      </w:r>
    </w:p>
    <w:p>
      <w:r>
        <w:rPr>
          <w:b/>
        </w:rPr>
        <w:t xml:space="preserve">[09:27] </w:t>
      </w:r>
      <w:r>
        <w:t>jannat mein dakhila kisi ticket se nahi hoga, kisi purasrar qism ki practice se nahi hoga, aur recommendations</w:t>
      </w:r>
    </w:p>
    <w:p>
      <w:pPr>
        <w:jc w:val="right"/>
      </w:pPr>
      <w:r>
        <w:t>جنت میں داخلہ کسی ٹکٹ سے نہیں ہوگا، کسی پراسرار قسم کی پریکٹس سے نہیں ہوگا، اور ریکمنڈیشنز</w:t>
      </w:r>
    </w:p>
    <w:p>
      <w:r>
        <w:rPr>
          <w:b/>
        </w:rPr>
        <w:t xml:space="preserve">[09:33] </w:t>
      </w:r>
      <w:r>
        <w:t>bhi nahi hoga.</w:t>
      </w:r>
    </w:p>
    <w:p>
      <w:pPr>
        <w:jc w:val="right"/>
      </w:pPr>
      <w:r>
        <w:t>بھی نہیں ہوگا۔</w:t>
      </w:r>
    </w:p>
    <w:p>
      <w:r>
        <w:rPr>
          <w:b/>
        </w:rPr>
        <w:t xml:space="preserve">[09:39] </w:t>
      </w:r>
      <w:r>
        <w:t>woh sirf is liye hoga ke aap ne apne aap ko deserving candidate banaya, apne aap ko, apne</w:t>
      </w:r>
    </w:p>
    <w:p>
      <w:pPr>
        <w:jc w:val="right"/>
      </w:pPr>
      <w:r>
        <w:t>وہ صرف اس لیے ہوگا کہ آپ نے اپنے آپ کو ڈیزرونگ کینڈیڈیٹ بنایا، اپنے آپ کو، اپنے</w:t>
      </w:r>
    </w:p>
    <w:p>
      <w:r>
        <w:rPr>
          <w:b/>
        </w:rPr>
        <w:t xml:space="preserve">[09:44] </w:t>
      </w:r>
      <w:r>
        <w:t>andar woh safat paida keen jo jannat ki society mein rehne ke qabil hain.</w:t>
      </w:r>
    </w:p>
    <w:p>
      <w:pPr>
        <w:jc w:val="right"/>
      </w:pPr>
      <w:r>
        <w:t>اندر وہ صفات پیدا کیں جو جنت کی سوسائٹی میں رہنے کے قابل ہیں۔</w:t>
      </w:r>
    </w:p>
    <w:p>
      <w:r>
        <w:rPr>
          <w:b/>
        </w:rPr>
        <w:t xml:space="preserve">[09:50] </w:t>
      </w:r>
      <w:r>
        <w:t>bas yeh hai concept jo Quran o Hadees se hamein milta hai.</w:t>
      </w:r>
    </w:p>
    <w:p>
      <w:pPr>
        <w:jc w:val="right"/>
      </w:pPr>
      <w:r>
        <w:t>بس یہ ہے کانسیپٹ جو قرآن و حدیث سے ہمیں ملتا ہے۔</w:t>
      </w:r>
    </w:p>
    <w:p>
      <w:r>
        <w:rPr>
          <w:b/>
        </w:rPr>
        <w:t xml:space="preserve">[09:56] </w:t>
      </w:r>
      <w:r>
        <w:t>Maulana, since we are talking about purifying one's heart, there is a relevant hadith which mentions about a</w:t>
      </w:r>
    </w:p>
    <w:p>
      <w:pPr>
        <w:jc w:val="right"/>
      </w:pPr>
      <w:r>
        <w:t>مولانا، سنز وی آر ٹاکنگ اباؤٹ پیوریفائینگ ونز ہارٹ، دیر از ا ریلیونٹ حدیث وچ مینشنز اباؤٹ ا</w:t>
      </w:r>
    </w:p>
    <w:p>
      <w:r>
        <w:rPr>
          <w:b/>
        </w:rPr>
        <w:t xml:space="preserve">[10:03] </w:t>
      </w:r>
      <w:r>
        <w:t>person approaching the Prophet of Islam, and he said to the Prophet that just like iron rusts, the</w:t>
      </w:r>
    </w:p>
    <w:p>
      <w:pPr>
        <w:jc w:val="right"/>
      </w:pPr>
      <w:r>
        <w:t>پرسن اپروچنگ دی پرافٹ آف اسلام، اینڈ ہی سیڈ ٹو دا پرافٹ دیٹ جسٹ لائک آئرن رس، دی</w:t>
      </w:r>
    </w:p>
    <w:p>
      <w:r>
        <w:rPr>
          <w:b/>
        </w:rPr>
        <w:t xml:space="preserve">[10:10] </w:t>
      </w:r>
      <w:r>
        <w:t>heart all so ruse.</w:t>
      </w:r>
    </w:p>
    <w:p>
      <w:pPr>
        <w:jc w:val="right"/>
      </w:pPr>
      <w:r>
        <w:t>ہارٹ آل سو رس۔</w:t>
      </w:r>
    </w:p>
    <w:p>
      <w:r>
        <w:rPr>
          <w:b/>
        </w:rPr>
        <w:t xml:space="preserve">[10:17] </w:t>
      </w:r>
      <w:r>
        <w:t>So how can one avoid that? And prophet said to the person that purify your heart by remembering the God.</w:t>
      </w:r>
    </w:p>
    <w:p>
      <w:pPr>
        <w:jc w:val="right"/>
      </w:pPr>
      <w:r>
        <w:t>سو ہاؤ کین ون اوائڈ دیٹ؟ اینڈ پرافٹ سیڈ ٹو دا پرسن دیٹ پیوریفائی یور ہارٹ بائی ریممبرنگ دی گاڈ۔</w:t>
      </w:r>
    </w:p>
    <w:p>
      <w:r>
        <w:rPr>
          <w:b/>
        </w:rPr>
        <w:t xml:space="preserve">[10:24] </w:t>
      </w:r>
      <w:r>
        <w:t>The question is that what did rusting of the heart means here? Can you explain to all of us?</w:t>
      </w:r>
    </w:p>
    <w:p>
      <w:pPr>
        <w:jc w:val="right"/>
      </w:pPr>
      <w:r>
        <w:t>دا کوئسچن از دیٹ واٹ ڈڈ رسٹنگ آف دا ہارٹ مینز ہیر؟ کین یو ایکسپلین ٹو آل آف اس؟</w:t>
      </w:r>
    </w:p>
    <w:p>
      <w:r>
        <w:rPr>
          <w:b/>
        </w:rPr>
        <w:t xml:space="preserve">[10:31] </w:t>
      </w:r>
      <w:r>
        <w:t>dekhein, yeh jo hai, yeh Rasool Allah ne farmaya tha aisa ke dilon ko zang lagta hai, zang.</w:t>
      </w:r>
    </w:p>
    <w:p>
      <w:pPr>
        <w:jc w:val="right"/>
      </w:pPr>
      <w:r>
        <w:t>دیکھیں، یہ جو ہے، یہ رسول اللہ نے فرمایا تھا ایسا کہ دلوں کو زنگ لگتا ہے، زنگ۔</w:t>
      </w:r>
    </w:p>
    <w:p>
      <w:r>
        <w:rPr>
          <w:b/>
        </w:rPr>
        <w:t xml:space="preserve">[10:38] </w:t>
      </w:r>
      <w:r>
        <w:t>to tazda al quloob kama yudao al ma, kama yudao, yani is ko hadid, hadid ko jis tarah se woh</w:t>
      </w:r>
    </w:p>
    <w:p>
      <w:pPr>
        <w:jc w:val="right"/>
      </w:pPr>
      <w:r>
        <w:t>تو تزدہ القلوب کما یدہ الماء، کما یدہ، یعنی اس کو حدید، حدید کو جس طرح سے وہ</w:t>
      </w:r>
    </w:p>
    <w:p>
      <w:r>
        <w:rPr>
          <w:b/>
        </w:rPr>
        <w:t xml:space="preserve">[10:45] </w:t>
      </w:r>
      <w:r>
        <w:t>lohe ko jis tarah pani lagne se zang lag jata hai, aise hi dilon ko bhi zang lagta hai.</w:t>
      </w:r>
    </w:p>
    <w:p>
      <w:pPr>
        <w:jc w:val="right"/>
      </w:pPr>
      <w:r>
        <w:t>لوہے کو جس طرح پانی لگنے سے زنگ لگ جاتا ہے، ایسے ہی دلوں کو بھی زنگ لگتا ہے۔</w:t>
      </w:r>
    </w:p>
    <w:p>
      <w:r>
        <w:rPr>
          <w:b/>
        </w:rPr>
        <w:t xml:space="preserve">[10:53] </w:t>
      </w:r>
      <w:r>
        <w:t>yeh tamseel ki zaban hai, yeh tamseel ki zaban hai.</w:t>
      </w:r>
    </w:p>
    <w:p>
      <w:pPr>
        <w:jc w:val="right"/>
      </w:pPr>
      <w:r>
        <w:t>یہ تمثیل کی زبان ہے، یہ تمثیل کی زبان ہے۔</w:t>
      </w:r>
    </w:p>
    <w:p>
      <w:r>
        <w:rPr>
          <w:b/>
        </w:rPr>
        <w:t xml:space="preserve">[11:00] </w:t>
      </w:r>
      <w:r>
        <w:t>yani dunya ki zindagi mein aise tajrubaat hote hain aadmi ko ke dil mein kabhi nafrat aa jaye</w:t>
      </w:r>
    </w:p>
    <w:p>
      <w:pPr>
        <w:jc w:val="right"/>
      </w:pPr>
      <w:r>
        <w:t>یعنی دنیا کی زندگی میں ایسے تجربات ہوتے ہیں آدمی کو کہ دل میں کبھی نفرت آ جائے</w:t>
      </w:r>
    </w:p>
    <w:p>
      <w:r>
        <w:rPr>
          <w:b/>
        </w:rPr>
        <w:t xml:space="preserve">[11:08] </w:t>
      </w:r>
      <w:r>
        <w:t>gi, kabhi ghussa aa jaye ga, kabhi intiqam bhark uthe ga, kabhi aap ladne ka mizaj ban jaye</w:t>
      </w:r>
    </w:p>
    <w:p>
      <w:pPr>
        <w:jc w:val="right"/>
      </w:pPr>
      <w:r>
        <w:t>گی، کبھی غصہ آ جائے گا، کبھی انتقام بھڑک اٹھے گا، کبھی آپ لڑنے کا مزاج بن جائے</w:t>
      </w:r>
    </w:p>
    <w:p>
      <w:r>
        <w:rPr>
          <w:b/>
        </w:rPr>
        <w:t xml:space="preserve">[11:15] </w:t>
      </w:r>
      <w:r>
        <w:t>ga aap ke andar.</w:t>
      </w:r>
    </w:p>
    <w:p>
      <w:pPr>
        <w:jc w:val="right"/>
      </w:pPr>
      <w:r>
        <w:t>گا آپ کے اندر۔</w:t>
      </w:r>
    </w:p>
    <w:p>
      <w:r>
        <w:rPr>
          <w:b/>
        </w:rPr>
        <w:t xml:space="preserve">[11:23] </w:t>
      </w:r>
      <w:r>
        <w:t>yahi sab hai zang lagna, yeh isi ko zang lagna kaha gaya hai.</w:t>
      </w:r>
    </w:p>
    <w:p>
      <w:pPr>
        <w:jc w:val="right"/>
      </w:pPr>
      <w:r>
        <w:t>یہی سب ہے زنگ لگنا، یہ اسی کو زنگ لگنا کہا گیا ہے۔</w:t>
      </w:r>
    </w:p>
    <w:p>
      <w:r>
        <w:rPr>
          <w:b/>
        </w:rPr>
        <w:t xml:space="preserve">[11:30] </w:t>
      </w:r>
      <w:r>
        <w:t>to is zang lagne ko aap ko bithana bata dena hai, Quran ko parh kar ke, Allah ko</w:t>
      </w:r>
    </w:p>
    <w:p>
      <w:pPr>
        <w:jc w:val="right"/>
      </w:pPr>
      <w:r>
        <w:t>تو اس زنگ لگنے کو آپ کو بٹھانا بتا دینا ہے، قرآن کو پڑھ کر کے، اللہ کو</w:t>
      </w:r>
    </w:p>
    <w:p>
      <w:r>
        <w:rPr>
          <w:b/>
        </w:rPr>
        <w:t xml:space="preserve">[11:38] </w:t>
      </w:r>
      <w:r>
        <w:t>yaad kar ke, us ke baray mein jo Allah ka hukum hai, us ko yaad kar ke.</w:t>
      </w:r>
    </w:p>
    <w:p>
      <w:pPr>
        <w:jc w:val="right"/>
      </w:pPr>
      <w:r>
        <w:t>یاد کر کے، اس کے بارے میں جو اللہ کا حکم ہے، اس کو یاد کر کے۔</w:t>
      </w:r>
    </w:p>
    <w:p>
      <w:r>
        <w:rPr>
          <w:b/>
        </w:rPr>
        <w:t xml:space="preserve">[11:45] </w:t>
      </w:r>
      <w:r>
        <w:t>to main samajhta hoon ke aaj kal ki zaban mein agar hum kahein to yeh kahein ge ke</w:t>
      </w:r>
    </w:p>
    <w:p>
      <w:pPr>
        <w:jc w:val="right"/>
      </w:pPr>
      <w:r>
        <w:t>تو میں سمجھتا ہوں کہ آج کل کی زبان میں اگر ہم کہیں تو یہ کہیں گے کہ</w:t>
      </w:r>
    </w:p>
    <w:p>
      <w:r>
        <w:rPr>
          <w:b/>
        </w:rPr>
        <w:t xml:space="preserve">[11:52] </w:t>
      </w:r>
      <w:r>
        <w:t>yani conditioning, yani conditioning hoti rehti hai.</w:t>
      </w:r>
    </w:p>
    <w:p>
      <w:pPr>
        <w:jc w:val="right"/>
      </w:pPr>
      <w:r>
        <w:t>یعنی کنڈیشننگ، یعنی کنڈیشننگ ہوتی رہتی ہے۔</w:t>
      </w:r>
    </w:p>
    <w:p>
      <w:r>
        <w:rPr>
          <w:b/>
        </w:rPr>
        <w:t xml:space="preserve">[12:00] </w:t>
      </w:r>
      <w:r>
        <w:t>to is ko de conditioning karna, yani aadmi ke andar dheere dheere aik conditioned personality ban jati hai, conditioned personality.</w:t>
      </w:r>
    </w:p>
    <w:p>
      <w:pPr>
        <w:jc w:val="right"/>
      </w:pPr>
      <w:r>
        <w:t>تو اس کو ڈی کنڈیشننگ کرنا، یعنی آدمی کے اندر دھیرے دھیرے ایک کنڈیشنڈ پرسنیلٹی بن جاتی ہے، کنڈیشنڈ پرسنیلٹی۔</w:t>
      </w:r>
    </w:p>
    <w:p>
      <w:r>
        <w:rPr>
          <w:b/>
        </w:rPr>
        <w:t xml:space="preserve">[12:07] </w:t>
      </w:r>
      <w:r>
        <w:t>to is ko agar aap waise hi rehne dein to sari personality aap ki isi mein dhal jaye gi.</w:t>
      </w:r>
    </w:p>
    <w:p>
      <w:pPr>
        <w:jc w:val="right"/>
      </w:pPr>
      <w:r>
        <w:t>تو اس کو اگر آپ ویسے ہی رہنے دیں تو ساری پرسنیلٹی آپ کی اسی میں ڈھل جائے گی۔</w:t>
      </w:r>
    </w:p>
    <w:p>
      <w:r>
        <w:rPr>
          <w:b/>
        </w:rPr>
        <w:t xml:space="preserve">[12:15] </w:t>
      </w:r>
      <w:r>
        <w:t>to bar bar aap ko apni conditioning ko de conditioning karna parta hai.</w:t>
      </w:r>
    </w:p>
    <w:p>
      <w:pPr>
        <w:jc w:val="right"/>
      </w:pPr>
      <w:r>
        <w:t>تو بار بار آپ کو اپنی کنڈیشننگ کو ڈی کنڈیشننگ کرنا پڑتا ہے۔</w:t>
      </w:r>
    </w:p>
    <w:p>
      <w:r>
        <w:rPr>
          <w:b/>
        </w:rPr>
        <w:t xml:space="preserve">[12:22] </w:t>
      </w:r>
      <w:r>
        <w:t>to Hadees mein jo baat kahi gayi, woh tamseel ki zaban mein yahi hai ke tumhare dilon mein</w:t>
      </w:r>
    </w:p>
    <w:p>
      <w:pPr>
        <w:jc w:val="right"/>
      </w:pPr>
      <w:r>
        <w:t>تو حدیث میں جو بات کہی گئی، وہ تمثیل کی زبان میں یہی ہے کہ تمہارے دلوں میں</w:t>
      </w:r>
    </w:p>
    <w:p>
      <w:r>
        <w:rPr>
          <w:b/>
        </w:rPr>
        <w:t xml:space="preserve">[12:30] </w:t>
      </w:r>
      <w:r>
        <w:t>جب بھی، تمہare mind میں جب بھی کوئی negative thought آئے، کوئی اللہ اور رسول کے خلاف کوئی</w:t>
      </w:r>
    </w:p>
    <w:p>
      <w:pPr>
        <w:jc w:val="right"/>
      </w:pPr>
      <w:r>
        <w:t>جب بھی، تمہارے مائنڈ میں جب بھی کوئی نیگیٹیو تھاٹ آئے، کوئی اللہ اور رسول کے خلاف کوئی</w:t>
      </w:r>
    </w:p>
    <w:p>
      <w:r>
        <w:rPr>
          <w:b/>
        </w:rPr>
        <w:t xml:space="preserve">[12:37] </w:t>
      </w:r>
      <w:r>
        <w:t>baat aa jaye, us waqt nikalo is ko, is zang ko usi waqt khatam kar do.</w:t>
      </w:r>
    </w:p>
    <w:p>
      <w:pPr>
        <w:jc w:val="right"/>
      </w:pPr>
      <w:r>
        <w:t>بات آ جائے، اس وقت نکالو اس کو، اس زنگ کو اسی وقت ختم کر دو۔</w:t>
      </w:r>
    </w:p>
    <w:p>
      <w:r>
        <w:rPr>
          <w:b/>
        </w:rPr>
        <w:t xml:space="preserve">[12:45] </w:t>
      </w:r>
      <w:r>
        <w:t>to main ne aaj tak samjha hai is Hadees ka matlab woh yahi hai ke apni conditioning ko</w:t>
      </w:r>
    </w:p>
    <w:p>
      <w:pPr>
        <w:jc w:val="right"/>
      </w:pPr>
      <w:r>
        <w:t>تو میں نے آج تک سمجھا ہے اس حدیث کا مطلب وہ یہی ہے کہ اپنی کنڈیشننگ کو</w:t>
      </w:r>
    </w:p>
    <w:p>
      <w:r>
        <w:rPr>
          <w:b/>
        </w:rPr>
        <w:t xml:space="preserve">[12:52] </w:t>
      </w:r>
      <w:r>
        <w:t>de conditioning karte raho.</w:t>
      </w:r>
    </w:p>
    <w:p>
      <w:pPr>
        <w:jc w:val="right"/>
      </w:pPr>
      <w:r>
        <w:t>ڈی کنڈیشننگ کرتے رہو۔</w:t>
      </w:r>
    </w:p>
    <w:p>
      <w:r>
        <w:rPr>
          <w:b/>
        </w:rPr>
        <w:t xml:space="preserve">[13:00] </w:t>
      </w:r>
      <w:r>
        <w:t>Maulana sahib, one of the aspect about conditioning that you just spoke is negativity. So how can one purify oneself from the negativity? Please tell us about it.</w:t>
      </w:r>
    </w:p>
    <w:p>
      <w:pPr>
        <w:jc w:val="right"/>
      </w:pPr>
      <w:r>
        <w:t>مولانا صاحب، ون آف دی ایسپیکٹ اباؤٹ کنڈیشننگ دیٹ یو جسٹ سپوک از نیگیٹیوٹی۔ سو ہاؤ کین ون پیوریفائی ون سیلف فرام دی نیگیٹیوٹی؟ پلیز ٹیل اس اباؤٹ اٹ۔</w:t>
      </w:r>
    </w:p>
    <w:p>
      <w:r>
        <w:rPr>
          <w:b/>
        </w:rPr>
        <w:t xml:space="preserve">[13:13] </w:t>
      </w:r>
      <w:r>
        <w:t>dekhein, negativity kya hai? aik soch hai, aik soch hai.</w:t>
      </w:r>
    </w:p>
    <w:p>
      <w:pPr>
        <w:jc w:val="right"/>
      </w:pPr>
      <w:r>
        <w:t>دیکھیں، نیگیٹیوٹی کیا ہے؟ ایک سوچ ہے، ایک سوچ ہے۔</w:t>
      </w:r>
    </w:p>
    <w:p>
      <w:r>
        <w:rPr>
          <w:b/>
        </w:rPr>
        <w:t xml:space="preserve">[13:18] </w:t>
      </w:r>
      <w:r>
        <w:t>aisa nahi ke ungli ki tarah se koi cheez, physical cheez ho gayi wahan, aik soch mind mein aa gaya.</w:t>
      </w:r>
    </w:p>
    <w:p>
      <w:pPr>
        <w:jc w:val="right"/>
      </w:pPr>
      <w:r>
        <w:t>ایسا نہیں کہ انگلی کی طرح سے کوئی چیز، فزیکل چیز ہو گئی وہاں، ایک سوچ مائنڈ میں آ گیا۔</w:t>
      </w:r>
    </w:p>
    <w:p>
      <w:r>
        <w:rPr>
          <w:b/>
        </w:rPr>
        <w:t xml:space="preserve">[13:24] </w:t>
      </w:r>
      <w:r>
        <w:t>to soch ko jab chahein nikal deejiye.</w:t>
      </w:r>
    </w:p>
    <w:p>
      <w:pPr>
        <w:jc w:val="right"/>
      </w:pPr>
      <w:r>
        <w:t>تو سوچ کو جب چاہیں نکال دیجیے۔</w:t>
      </w:r>
    </w:p>
    <w:p>
      <w:r>
        <w:rPr>
          <w:b/>
        </w:rPr>
        <w:t xml:space="preserve">[13:29] </w:t>
      </w:r>
      <w:r>
        <w:t>soch ko nikalna to jaise computer mein hota hai ke ek cheez aap ne type ki, aap ko</w:t>
      </w:r>
    </w:p>
    <w:p>
      <w:pPr>
        <w:jc w:val="right"/>
      </w:pPr>
      <w:r>
        <w:t>سوچ کو نکالنا تو جیسے کمپیوٹر میں ہوتا ہے کہ ایک چیز آپ نے ٹائپ کی، آپ کو</w:t>
      </w:r>
    </w:p>
    <w:p>
      <w:r>
        <w:rPr>
          <w:b/>
        </w:rPr>
        <w:t xml:space="preserve">[13:35] </w:t>
      </w:r>
      <w:r>
        <w:t>wo cheez theek nahi thi, aap galat ho gaya, to aap usi waqt ek button dabate hain, wo</w:t>
      </w:r>
    </w:p>
    <w:p>
      <w:pPr>
        <w:jc w:val="right"/>
      </w:pPr>
      <w:r>
        <w:t>وہ چیز ٹھیک نہیں تھی، آپ غلط ہو گیا، تو آپ اسی وقت ایک بٹن دباتے ہیں، وہ</w:t>
      </w:r>
    </w:p>
    <w:p>
      <w:r>
        <w:rPr>
          <w:b/>
        </w:rPr>
        <w:t xml:space="preserve">[13:40] </w:t>
      </w:r>
      <w:r>
        <w:t>delete ho jata hai.</w:t>
      </w:r>
    </w:p>
    <w:p>
      <w:pPr>
        <w:jc w:val="right"/>
      </w:pPr>
      <w:r>
        <w:t>ڈیلیٹ ہو جاتا ہے۔</w:t>
      </w:r>
    </w:p>
    <w:p>
      <w:r>
        <w:rPr>
          <w:b/>
        </w:rPr>
        <w:t xml:space="preserve">[13:46] </w:t>
      </w:r>
      <w:r>
        <w:t>button dabaya, delete ho gaya.</w:t>
      </w:r>
    </w:p>
    <w:p>
      <w:pPr>
        <w:jc w:val="right"/>
      </w:pPr>
      <w:r>
        <w:t>بٹن دبایا، ڈیلیٹ ہو گیا۔</w:t>
      </w:r>
    </w:p>
    <w:p>
      <w:r>
        <w:rPr>
          <w:b/>
        </w:rPr>
        <w:t xml:space="preserve">[13:51] </w:t>
      </w:r>
      <w:r>
        <w:t>aise mind hai ke soch ki satah par yeh baatein hoti hain, aur jab chahein is ko delete</w:t>
      </w:r>
    </w:p>
    <w:p>
      <w:pPr>
        <w:jc w:val="right"/>
      </w:pPr>
      <w:r>
        <w:t>ایسے مائنڈ ہے کہ سوچ کی سطح پر یہ باتیں ہوتی ہیں، اور جب چاہیں اس کو ڈیلیٹ</w:t>
      </w:r>
    </w:p>
    <w:p>
      <w:r>
        <w:rPr>
          <w:b/>
        </w:rPr>
        <w:t xml:space="preserve">[13:57] </w:t>
      </w:r>
      <w:r>
        <w:t>kar dijiye, apne mind ko active kar ke, apne mind ko aware kar ke, apne mind mein daal</w:t>
      </w:r>
    </w:p>
    <w:p>
      <w:pPr>
        <w:jc w:val="right"/>
      </w:pPr>
      <w:r>
        <w:t>کر دیجیے، اپنے مائنڈ کو ایکٹیو کر کے، اپنے مائنڈ کو اویر کر کے، اپنے مائنڈ میں ڈال</w:t>
      </w:r>
    </w:p>
    <w:p>
      <w:r>
        <w:rPr>
          <w:b/>
        </w:rPr>
        <w:t xml:space="preserve">[14:02] </w:t>
      </w:r>
      <w:r>
        <w:t>kar ke yeh to Allah aur rasool ke khilaf hai, yeh to mere jannat ka risk ho jayega.</w:t>
      </w:r>
    </w:p>
    <w:p>
      <w:pPr>
        <w:jc w:val="right"/>
      </w:pPr>
      <w:r>
        <w:t>کر کہ یہ تو اللہ اور رسول کے خلاف ہے، یہ تو میرے جنت کا رسک ہو جائے گا۔</w:t>
      </w:r>
    </w:p>
    <w:p>
      <w:r>
        <w:rPr>
          <w:b/>
        </w:rPr>
        <w:t xml:space="preserve">[14:08] </w:t>
      </w:r>
      <w:r>
        <w:t>to yeh bilkul wahi muamla hai jis tarah se computer mein aap kisi item ko delete karte hain,</w:t>
      </w:r>
    </w:p>
    <w:p>
      <w:pPr>
        <w:jc w:val="right"/>
      </w:pPr>
      <w:r>
        <w:t>تو یہ بالکل وہی معاملہ ہے جس طرح سے کمپیوٹر میں آپ کسی آئٹم کو ڈیلیٹ کرتے ہیں،</w:t>
      </w:r>
    </w:p>
    <w:p>
      <w:r>
        <w:rPr>
          <w:b/>
        </w:rPr>
        <w:t xml:space="preserve">[14:13] </w:t>
      </w:r>
      <w:r>
        <w:t>wohi yahan bhi hai.</w:t>
      </w:r>
    </w:p>
    <w:p>
      <w:pPr>
        <w:jc w:val="right"/>
      </w:pPr>
      <w:r>
        <w:t>وہی یہاں بھی ہے۔</w:t>
      </w:r>
    </w:p>
    <w:p>
      <w:r>
        <w:rPr>
          <w:b/>
        </w:rPr>
        <w:t xml:space="preserve">[14:19] </w:t>
      </w:r>
      <w:r>
        <w:t>Maulana sahib, this negativity often leads to development of things like malice, hatred, feeling of revenge towards others. So what formula would you give all of us or advise us that we can free ourselves from this feeling, negative feelings of malice, hatred, revenge? What should we do?</w:t>
      </w:r>
    </w:p>
    <w:p>
      <w:pPr>
        <w:jc w:val="right"/>
      </w:pPr>
      <w:r>
        <w:t>مولانا صاحب، دس نیگیٹیوٹی آفن لیڈز ٹو ڈویلپمنٹ آف تھنگز لائک میلس، ہیٹریڈ، فیلنگ آف ریونج ٹوورڈز ادرز۔ سو واٹ فارمولا وڈ یو گیو آل آف اس اور ایڈوائز اس دیٹ وی کین فری آور سیلز فرام دس فیلنگ، نیگیٹیو فیلنگز آف میلس، ہیٹریڈ، ریونج؟ واٹ شوڈ وی ڈو؟</w:t>
      </w:r>
    </w:p>
    <w:p>
      <w:r>
        <w:rPr>
          <w:b/>
        </w:rPr>
        <w:t xml:space="preserve">[14:42] </w:t>
      </w:r>
      <w:r>
        <w:t>bohat hi simple formula hai.</w:t>
      </w:r>
    </w:p>
    <w:p>
      <w:pPr>
        <w:jc w:val="right"/>
      </w:pPr>
      <w:r>
        <w:t>بہت ہی سمپل فارمولا ہے۔</w:t>
      </w:r>
    </w:p>
    <w:p>
      <w:r>
        <w:rPr>
          <w:b/>
        </w:rPr>
        <w:t xml:space="preserve">[14:47] </w:t>
      </w:r>
      <w:r>
        <w:t>hadees mein aaya hai ke rasool hikmat mukhafata Allah, yani aqalmandi sab se bari yeh hai ke aadmi</w:t>
      </w:r>
    </w:p>
    <w:p>
      <w:pPr>
        <w:jc w:val="right"/>
      </w:pPr>
      <w:r>
        <w:t>حدیث میں آیا ہے کہ رسول حکمت مخافۃ اللہ، یعنی عقلمندی سب سے بڑی یہ ہے کہ آدمی</w:t>
      </w:r>
    </w:p>
    <w:p>
      <w:r>
        <w:rPr>
          <w:b/>
        </w:rPr>
        <w:t xml:space="preserve">[14:52] </w:t>
      </w:r>
      <w:r>
        <w:t>kehta hai Allah ko daro.</w:t>
      </w:r>
    </w:p>
    <w:p>
      <w:pPr>
        <w:jc w:val="right"/>
      </w:pPr>
      <w:r>
        <w:t>کہتا ہے اللہ کو ڈرو۔</w:t>
      </w:r>
    </w:p>
    <w:p>
      <w:r>
        <w:rPr>
          <w:b/>
        </w:rPr>
        <w:t xml:space="preserve">[14:57] </w:t>
      </w:r>
      <w:r>
        <w:t>to agar aadmi kehta hai Allah ko daro, jahannum ka khauf ho, Allah ki rehmat se door ho</w:t>
      </w:r>
    </w:p>
    <w:p>
      <w:pPr>
        <w:jc w:val="right"/>
      </w:pPr>
      <w:r>
        <w:t>تو اگر آدمی کہتا ہے اللہ کو ڈرو، جہنم کا خوف ہو، اللہ کی رحمت سے دور ہو</w:t>
      </w:r>
    </w:p>
    <w:p>
      <w:r>
        <w:rPr>
          <w:b/>
        </w:rPr>
        <w:t xml:space="preserve">[15:02] </w:t>
      </w:r>
      <w:r>
        <w:t>jaunga mein, yeh ehsas ho, to foran ke wo delete kar dega.</w:t>
      </w:r>
    </w:p>
    <w:p>
      <w:pPr>
        <w:jc w:val="right"/>
      </w:pPr>
      <w:r>
        <w:t>جاؤں گا میں، یہ احساس ہو، تو فوراً کہ وہ ڈیلیٹ کر دے گا۔</w:t>
      </w:r>
    </w:p>
    <w:p>
      <w:r>
        <w:rPr>
          <w:b/>
        </w:rPr>
        <w:t xml:space="preserve">[15:08] </w:t>
      </w:r>
      <w:r>
        <w:t>wo to jar ki baat yeh hai ke aadmi ke andar Allah ko daro.</w:t>
      </w:r>
    </w:p>
    <w:p>
      <w:pPr>
        <w:jc w:val="right"/>
      </w:pPr>
      <w:r>
        <w:t>وہ تو جڑ کی بات یہ ہے کہ آدمی کے اندر اللہ کو ڈرو۔</w:t>
      </w:r>
    </w:p>
    <w:p>
      <w:r>
        <w:rPr>
          <w:b/>
        </w:rPr>
        <w:t xml:space="preserve">[15:13] </w:t>
      </w:r>
      <w:r>
        <w:t>dar ka matlab kya hai? accountability.</w:t>
      </w:r>
    </w:p>
    <w:p>
      <w:pPr>
        <w:jc w:val="right"/>
      </w:pPr>
      <w:r>
        <w:t>ڈر کا مطلب کیا ہے؟ اکاؤنٹیبلٹی۔</w:t>
      </w:r>
    </w:p>
    <w:p>
      <w:r>
        <w:rPr>
          <w:b/>
        </w:rPr>
        <w:t xml:space="preserve">[15:18] </w:t>
      </w:r>
      <w:r>
        <w:t>Allah se darne ka mani kya hai? accountability.</w:t>
      </w:r>
    </w:p>
    <w:p>
      <w:pPr>
        <w:jc w:val="right"/>
      </w:pPr>
      <w:r>
        <w:t>اللہ سے ڈرنے کا معنی کیا ہے؟ اکاؤنٹیبلٹی۔</w:t>
      </w:r>
    </w:p>
    <w:p>
      <w:r>
        <w:rPr>
          <w:b/>
        </w:rPr>
        <w:t xml:space="preserve">[15:23] </w:t>
      </w:r>
      <w:r>
        <w:t>agar aap ko yeh dimagh mein har waqt hazir rahe ke mein Allah ke samne accountable hoon, aur</w:t>
      </w:r>
    </w:p>
    <w:p>
      <w:pPr>
        <w:jc w:val="right"/>
      </w:pPr>
      <w:r>
        <w:t>اگر آپ کو یہ دماغ میں ہر وقت حاضر رہے کہ میں اللہ کے سامنے اکاؤنٹیبل ہوں، اور</w:t>
      </w:r>
    </w:p>
    <w:p>
      <w:r>
        <w:rPr>
          <w:b/>
        </w:rPr>
        <w:t xml:space="preserve">[15:29] </w:t>
      </w:r>
      <w:r>
        <w:t>jab mein Allah ke samne accountable hoon, accountable hoon to mein apni baat ko Allah se chupa nahi</w:t>
      </w:r>
    </w:p>
    <w:p>
      <w:pPr>
        <w:jc w:val="right"/>
      </w:pPr>
      <w:r>
        <w:t>جب میں اللہ کے سامنے اکاؤنٹیبل ہوں، اکاؤنٹیبل ہوں تو میں اپنی بات کو اللہ سے چھپا نہیں</w:t>
      </w:r>
    </w:p>
    <w:p>
      <w:r>
        <w:rPr>
          <w:b/>
        </w:rPr>
        <w:t xml:space="preserve">[15:34] </w:t>
      </w:r>
      <w:r>
        <w:t>sakta, wo sab ko janta hai.</w:t>
      </w:r>
    </w:p>
    <w:p>
      <w:pPr>
        <w:jc w:val="right"/>
      </w:pPr>
      <w:r>
        <w:t>سکتا، وہ سب کو جانتا ہے۔</w:t>
      </w:r>
    </w:p>
    <w:p>
      <w:r>
        <w:rPr>
          <w:b/>
        </w:rPr>
        <w:t xml:space="preserve">[15:39] </w:t>
      </w:r>
      <w:r>
        <w:t>yeh ehsas aadmi ko majboor karta hai ke wo apne mind ko saaf suthra banaye rakhe, bar bar</w:t>
      </w:r>
    </w:p>
    <w:p>
      <w:pPr>
        <w:jc w:val="right"/>
      </w:pPr>
      <w:r>
        <w:t>یہ احساس آدمی کو مجبور کرتا ہے کہ وہ اپنے مائنڈ کو صاف ستھرا بنائے رکھے، بار بار</w:t>
      </w:r>
    </w:p>
    <w:p>
      <w:r>
        <w:rPr>
          <w:b/>
        </w:rPr>
        <w:t xml:space="preserve">[15:44] </w:t>
      </w:r>
      <w:r>
        <w:t>wo is ka tazkiya karta rahe.</w:t>
      </w:r>
    </w:p>
    <w:p>
      <w:pPr>
        <w:jc w:val="right"/>
      </w:pPr>
      <w:r>
        <w:t>وہ اس کا تزکیہ کرتا رہے۔</w:t>
      </w:r>
    </w:p>
    <w:p>
      <w:r>
        <w:rPr>
          <w:b/>
        </w:rPr>
        <w:t xml:space="preserve">[15:50] </w:t>
      </w:r>
      <w:r>
        <w:t>Okay, we want to remind all the viewers on the Facebook that if you want to ask</w:t>
      </w:r>
    </w:p>
    <w:p>
      <w:pPr>
        <w:jc w:val="right"/>
      </w:pPr>
      <w:r>
        <w:t>اوکے، وی وانٹ ٹو ریمائنڈ آل دی ویورز آن دا فیس بک دیٹ اف یو وانٹ ٹو آسک</w:t>
      </w:r>
    </w:p>
    <w:p>
      <w:r>
        <w:rPr>
          <w:b/>
        </w:rPr>
        <w:t xml:space="preserve">[15:55] </w:t>
      </w:r>
      <w:r>
        <w:t>question to Maulana sahib, please put it on the comment section and also mention your location.</w:t>
      </w:r>
    </w:p>
    <w:p>
      <w:pPr>
        <w:jc w:val="right"/>
      </w:pPr>
      <w:r>
        <w:t>کوئسچن ٹو مولانا صاحب، پلیز پٹ اٹ آن دا کمنٹ سیکشن اینڈ آل سو مینشن یور لوکیشن۔</w:t>
      </w:r>
    </w:p>
    <w:p>
      <w:r>
        <w:rPr>
          <w:b/>
        </w:rPr>
        <w:t xml:space="preserve">[16:01] </w:t>
      </w:r>
      <w:r>
        <w:t>Maulana sahib, one of the thing that we would like to know that prophet of Islam during his</w:t>
      </w:r>
    </w:p>
    <w:p>
      <w:pPr>
        <w:jc w:val="right"/>
      </w:pPr>
      <w:r>
        <w:t>مولانا صاحب، ون آف دی تھنگ دیٹ وی وڈ لائک ٹو نو دیٹ پرافٹ آف اسلام ڈورنگ ہز</w:t>
      </w:r>
    </w:p>
    <w:p>
      <w:r>
        <w:rPr>
          <w:b/>
        </w:rPr>
        <w:t xml:space="preserve">[16:06] </w:t>
      </w:r>
      <w:r>
        <w:t>mission constantly face challenges, difficult situations.</w:t>
      </w:r>
    </w:p>
    <w:p>
      <w:pPr>
        <w:jc w:val="right"/>
      </w:pPr>
      <w:r>
        <w:t>مشن کانسٹنٹلی فیس چیلنجز، ڈیفیکلٹ سچویشنز۔</w:t>
      </w:r>
    </w:p>
    <w:p>
      <w:r>
        <w:rPr>
          <w:b/>
        </w:rPr>
        <w:t xml:space="preserve">[16:12] </w:t>
      </w:r>
      <w:r>
        <w:t>haoo ded hi manage to do hiz tazkiya when he face doze negative situations? if you could tell</w:t>
      </w:r>
    </w:p>
    <w:p>
      <w:pPr>
        <w:jc w:val="right"/>
      </w:pPr>
      <w:r>
        <w:t>ہاؤ ڈیڈ ہی مینج ٹو ڈو ہز تزکیہ وین ہی فیس دوز نیگیٹیو سچویشنز؟ اف یو کڈ ٹیل</w:t>
      </w:r>
    </w:p>
    <w:p>
      <w:r>
        <w:rPr>
          <w:b/>
        </w:rPr>
        <w:t xml:space="preserve">[16:17] </w:t>
      </w:r>
      <w:r>
        <w:t>something from da life of da prophet to all of us?</w:t>
      </w:r>
    </w:p>
    <w:p>
      <w:pPr>
        <w:jc w:val="right"/>
      </w:pPr>
      <w:r>
        <w:t>سم تھنگ فرام دا لائف آف دا پرافٹ ٹو آل آف اس؟</w:t>
      </w:r>
    </w:p>
    <w:p>
      <w:r>
        <w:rPr>
          <w:b/>
        </w:rPr>
        <w:t xml:space="preserve">[16:23] </w:t>
      </w:r>
      <w:r>
        <w:t>dekhen, kisi ka koi mysterious tareeqa nahi hai.</w:t>
      </w:r>
    </w:p>
    <w:p>
      <w:pPr>
        <w:jc w:val="right"/>
      </w:pPr>
      <w:r>
        <w:t>دیکھیں، کسی کا کوئی مسٹیریس طریقہ نہیں ہے۔</w:t>
      </w:r>
    </w:p>
    <w:p>
      <w:r>
        <w:rPr>
          <w:b/>
        </w:rPr>
        <w:t xml:space="preserve">[16:29] </w:t>
      </w:r>
      <w:r>
        <w:t>bas aap ko Allah ki yaad aa jaye, Quran ki ayatein aap ki yaad aa jayein, aap ko</w:t>
      </w:r>
    </w:p>
    <w:p>
      <w:pPr>
        <w:jc w:val="right"/>
      </w:pPr>
      <w:r>
        <w:t>بس آپ کو اللہ کی یاد آ جائے، قرآن کی آیتیں آپ کی یاد آ جائیں، آپ کو</w:t>
      </w:r>
    </w:p>
    <w:p>
      <w:r>
        <w:rPr>
          <w:b/>
        </w:rPr>
        <w:t xml:space="preserve">[16:35] </w:t>
      </w:r>
      <w:r>
        <w:t>hadishein yaad aa jayein, aur is ko aap follow karne lagien.</w:t>
      </w:r>
    </w:p>
    <w:p>
      <w:pPr>
        <w:jc w:val="right"/>
      </w:pPr>
      <w:r>
        <w:t>حدیثیں یاد آ جائیں، اور اس کو آپ فالو کرنے لگیں۔</w:t>
      </w:r>
    </w:p>
    <w:p>
      <w:r>
        <w:rPr>
          <w:b/>
        </w:rPr>
        <w:t xml:space="preserve">[16:41] </w:t>
      </w:r>
      <w:r>
        <w:t>bas yahi hai, aur koi mysterious tareeqa nahi hai, koi mysterious tareeqa nahi hai.</w:t>
      </w:r>
    </w:p>
    <w:p>
      <w:pPr>
        <w:jc w:val="right"/>
      </w:pPr>
      <w:r>
        <w:t>بس یہی ہے، اور کوئی مسٹیریس طریقہ نہیں ہے، کوئی مسٹیریس طریقہ نہیں ہے۔</w:t>
      </w:r>
    </w:p>
    <w:p>
      <w:r>
        <w:rPr>
          <w:b/>
        </w:rPr>
        <w:t xml:space="preserve">[16:47] </w:t>
      </w:r>
      <w:r>
        <w:t>jaise hi aap ko yaad aa jayega, misaal ke taur par koi mauqa hai ke aap jhoot bolne ka irada</w:t>
      </w:r>
    </w:p>
    <w:p>
      <w:pPr>
        <w:jc w:val="right"/>
      </w:pPr>
      <w:r>
        <w:t>جیسے ہی آپ کو یاد آ جائے گا، مثلاً کوئی موقع ہے کہ آپ جھوٹ بولنے کا ارادہ</w:t>
      </w:r>
    </w:p>
    <w:p>
      <w:r>
        <w:rPr>
          <w:b/>
        </w:rPr>
        <w:t xml:space="preserve">[16:53] </w:t>
      </w:r>
      <w:r>
        <w:t>kar rahe hain, kisi interest ke liye aap ne irada kiya ke main jhoot bol doon, usi waqt</w:t>
      </w:r>
    </w:p>
    <w:p>
      <w:pPr>
        <w:jc w:val="right"/>
      </w:pPr>
      <w:r>
        <w:t>کر رہے ہیں، کسی انٹرسٹ کے لیے آپ نے ارادہ کیا کہ میں جھوٹ بول دوں، اسی وقت</w:t>
      </w:r>
    </w:p>
    <w:p>
      <w:r>
        <w:rPr>
          <w:b/>
        </w:rPr>
        <w:t xml:space="preserve">[16:59] </w:t>
      </w:r>
      <w:r>
        <w:t>aap ko yaad aaya Quran o Hadith ke wahan to jhoot ko mana kiya gaya hai, jhoot mein</w:t>
      </w:r>
    </w:p>
    <w:p>
      <w:pPr>
        <w:jc w:val="right"/>
      </w:pPr>
      <w:r>
        <w:t>آپ کو یاد آیا قرآن و حدیث کہ وہاں تو جھوٹ کو منع کیا گیا ہے، جھوٹ میں</w:t>
      </w:r>
    </w:p>
    <w:p>
      <w:r>
        <w:rPr>
          <w:b/>
        </w:rPr>
        <w:t xml:space="preserve">[17:05] </w:t>
      </w:r>
      <w:r>
        <w:t>pakra jayega aadmi ko, to jhoot, jhootay aadmi ko Allah ke qareeb jagah nahi milegi.</w:t>
      </w:r>
    </w:p>
    <w:p>
      <w:pPr>
        <w:jc w:val="right"/>
      </w:pPr>
      <w:r>
        <w:t>پکڑا جائے گا آدمی کو، تو جھوٹ، جھوٹے آدمی کو اللہ کے قریب جگہ نہیں ملے گی۔</w:t>
      </w:r>
    </w:p>
    <w:p>
      <w:r>
        <w:rPr>
          <w:b/>
        </w:rPr>
        <w:t xml:space="preserve">[17:11] </w:t>
      </w:r>
      <w:r>
        <w:t>to yeh yaad jo hai aap ke check ban jayegi.</w:t>
      </w:r>
    </w:p>
    <w:p>
      <w:pPr>
        <w:jc w:val="right"/>
      </w:pPr>
      <w:r>
        <w:t>تو یہ یاد جو ہے آپ کے چیک بن جائے گی۔</w:t>
      </w:r>
    </w:p>
    <w:p>
      <w:r>
        <w:rPr>
          <w:b/>
        </w:rPr>
        <w:t xml:space="preserve">[17:17] </w:t>
      </w:r>
      <w:r>
        <w:t>main samajhta hoon ke Quran aur Sunnat ko yaad karte rehna is tareeqay se yeh sab se bara</w:t>
      </w:r>
    </w:p>
    <w:p>
      <w:pPr>
        <w:jc w:val="right"/>
      </w:pPr>
      <w:r>
        <w:t>میں سمجھتا ہوں کہ قرآن اور سنت کو یاد کرتے رہنا اس طریقے سے یہ سب سے بڑا</w:t>
      </w:r>
    </w:p>
    <w:p>
      <w:r>
        <w:rPr>
          <w:b/>
        </w:rPr>
        <w:t xml:space="preserve">[17:23] </w:t>
      </w:r>
      <w:r>
        <w:t>check hai, aur koi check aadmi ke paas nahi hai.</w:t>
      </w:r>
    </w:p>
    <w:p>
      <w:pPr>
        <w:jc w:val="right"/>
      </w:pPr>
      <w:r>
        <w:t>چیک ہے، اور کوئی چیک آدمی کے پاس نہیں ہے۔</w:t>
      </w:r>
    </w:p>
    <w:p>
      <w:r>
        <w:rPr>
          <w:b/>
        </w:rPr>
        <w:t xml:space="preserve">[17:29] </w:t>
      </w:r>
      <w:r>
        <w:t>kyun ke dekhen, aadmi agar ghalat kare to insaan se chupa sakta hai, woh insaan se baat bana sakta</w:t>
      </w:r>
    </w:p>
    <w:p>
      <w:pPr>
        <w:jc w:val="right"/>
      </w:pPr>
      <w:r>
        <w:t>کیونکہ دیکھیں، آدمی اگر غلط کرے تو انسان سے چھپا سکتا ہے، وہ انسان سے بات بنا سکتا</w:t>
      </w:r>
    </w:p>
    <w:p>
      <w:r>
        <w:rPr>
          <w:b/>
        </w:rPr>
        <w:t xml:space="preserve">[17:35] </w:t>
      </w:r>
      <w:r>
        <w:t>hai, lekin jahan tak Allah Rabb-ul-Aalameen ka ta'alluq hai, woh to dilon ko jaanta hai, use koi</w:t>
      </w:r>
    </w:p>
    <w:p>
      <w:pPr>
        <w:jc w:val="right"/>
      </w:pPr>
      <w:r>
        <w:t>ہے، لیکن جہاں تک اللہ رب العالمین کا تعلق ہے، وہ تو دلوں کو جانتا ہے، اسے کوئی</w:t>
      </w:r>
    </w:p>
    <w:p>
      <w:r>
        <w:rPr>
          <w:b/>
        </w:rPr>
        <w:t xml:space="preserve">[17:41] </w:t>
      </w:r>
      <w:r>
        <w:t>aadmi chupa nahi sakta.</w:t>
      </w:r>
    </w:p>
    <w:p>
      <w:pPr>
        <w:jc w:val="right"/>
      </w:pPr>
      <w:r>
        <w:t>آدمی چھپا نہیں سکتا۔</w:t>
      </w:r>
    </w:p>
    <w:p>
      <w:r>
        <w:rPr>
          <w:b/>
        </w:rPr>
        <w:t xml:space="preserve">[17:47] </w:t>
      </w:r>
      <w:r>
        <w:t>to agar woh is par yaqeen hai ke aik aik Rabb-ul-Aalameen maujood hai, woh dekh raha hai</w:t>
      </w:r>
    </w:p>
    <w:p>
      <w:pPr>
        <w:jc w:val="right"/>
      </w:pPr>
      <w:r>
        <w:t>تو اگر وہ اس پر یقین ہے کہ ایک ایک رب العالمین موجود ہے، وہ دیکھ رہا ہے</w:t>
      </w:r>
    </w:p>
    <w:p>
      <w:r>
        <w:rPr>
          <w:b/>
        </w:rPr>
        <w:t xml:space="preserve">[17:53] </w:t>
      </w:r>
      <w:r>
        <w:t>is ko, to check ban jayega, Allah par imaan us ke check ban jayega.</w:t>
      </w:r>
    </w:p>
    <w:p>
      <w:pPr>
        <w:jc w:val="right"/>
      </w:pPr>
      <w:r>
        <w:t>اس کو، تو چیک بن جائے گا، اللہ پر ایمان اس کے چیک بن جائے گا۔</w:t>
      </w:r>
    </w:p>
    <w:p>
      <w:r>
        <w:rPr>
          <w:b/>
        </w:rPr>
        <w:t xml:space="preserve">[17:59] </w:t>
      </w:r>
      <w:r>
        <w:t>yeh yahi baat samajh mein aati hai Quran o Hadith se.</w:t>
      </w:r>
    </w:p>
    <w:p>
      <w:pPr>
        <w:jc w:val="right"/>
      </w:pPr>
      <w:r>
        <w:t>یہ یہی بات سمجھ میں آتی ہے قرآن و حدیث سے۔</w:t>
      </w:r>
    </w:p>
    <w:p>
      <w:r>
        <w:rPr>
          <w:b/>
        </w:rPr>
        <w:t xml:space="preserve">[18:06] </w:t>
      </w:r>
      <w:r>
        <w:t>Maulana sahib, when we talk to people, they often say that yes, we are doing our tazkiya, but at the same time they also take others as enemies and conspirators. The question is that can negative thinking and tazkiya go hand in hand? Can it go together? That you are saying that yes, I am doing tazkiya, but at the same time you also take other people as your enemies and conspirators. What would you say to that?</w:t>
      </w:r>
    </w:p>
    <w:p>
      <w:pPr>
        <w:jc w:val="right"/>
      </w:pPr>
      <w:r>
        <w:t>مولانا صاحب، وین وی ٹاک ٹو پیپل، دے آفن سی دیٹ یس، وی آر ڈوئنگ آر تزکیہ، بٹ ایٹ دا سیم ٹائم دے آل سو ٹیک ادرز ایز اینمیز اینڈ کانسپیریٹرز۔ دا کوئسچن از دیٹ کین نیگیٹیو تھنکنگ اینڈ تزکیہ گو ہینڈ ان ہینڈ؟ کین اٹ گو ٹوگیدر؟ دیٹ یو آر سیئنگ دیٹ یس، آئی ایم ڈوئنگ تزکیہ، بٹ ایٹ دا سیم ٹائم یو آل سو ٹیک ادر پیپل ایز یور اینمیز اینڈ کانسپیریٹرز۔ واٹ وڈ یو سی ٹو دیٹ؟</w:t>
      </w:r>
    </w:p>
    <w:p>
      <w:r>
        <w:rPr>
          <w:b/>
        </w:rPr>
        <w:t xml:space="preserve">[18:34] </w:t>
      </w:r>
      <w:r>
        <w:t>dekhen, yeh log jo karte hain tazkiya ki baat, woh lip service ke taur par karte hain, un</w:t>
      </w:r>
    </w:p>
    <w:p>
      <w:pPr>
        <w:jc w:val="right"/>
      </w:pPr>
      <w:r>
        <w:t>دیکھیں، یہ لوگ جو کرتے ہیں تزکیہ کی بات، وہ لپ سروس کے طور پر کرتے ہیں، ان</w:t>
      </w:r>
    </w:p>
    <w:p>
      <w:r>
        <w:rPr>
          <w:b/>
        </w:rPr>
        <w:t xml:space="preserve">[18:39] </w:t>
      </w:r>
      <w:r>
        <w:t>ko yaqeen nahi hota.</w:t>
      </w:r>
    </w:p>
    <w:p>
      <w:pPr>
        <w:jc w:val="right"/>
      </w:pPr>
      <w:r>
        <w:t>کو یقین نہیں ہوتا۔</w:t>
      </w:r>
    </w:p>
    <w:p>
      <w:r>
        <w:rPr>
          <w:b/>
        </w:rPr>
        <w:t xml:space="preserve">[18:45] </w:t>
      </w:r>
      <w:r>
        <w:t>yaqeen ke darjay mein agar woh maanein tazkiya ke usool ko to kabhi aisa nahi karenge.</w:t>
      </w:r>
    </w:p>
    <w:p>
      <w:pPr>
        <w:jc w:val="right"/>
      </w:pPr>
      <w:r>
        <w:t>یقین کے درجے میں اگر وہ مانیں تزکیہ کے اصول کو تو کبھی ایسا نہیں کریں گے۔</w:t>
      </w:r>
    </w:p>
    <w:p>
      <w:r>
        <w:rPr>
          <w:b/>
        </w:rPr>
        <w:t xml:space="preserve">[18:51] </w:t>
      </w:r>
      <w:r>
        <w:t>misaal ke taur par dekhen, hum parhte hain ke Quran mein laqad kaana lakum fi rasoolillahi uswatun hasanah, Rasool Allah</w:t>
      </w:r>
    </w:p>
    <w:p>
      <w:pPr>
        <w:jc w:val="right"/>
      </w:pPr>
      <w:r>
        <w:t>مثلاً دیکھیں، ہم پڑھتے ہیں کہ قرآن میں لقد کان لکم فی رسول اللہ اسوۃ حسنہ، رسول اللہ</w:t>
      </w:r>
    </w:p>
    <w:p>
      <w:r>
        <w:rPr>
          <w:b/>
        </w:rPr>
        <w:t xml:space="preserve">[18:57] </w:t>
      </w:r>
      <w:r>
        <w:t>ki zindagi mein tumhare behtareen namoona hain.</w:t>
      </w:r>
    </w:p>
    <w:p>
      <w:pPr>
        <w:jc w:val="right"/>
      </w:pPr>
      <w:r>
        <w:t>کی زندگی میں تمہارے بہترین نمونہ ہیں۔</w:t>
      </w:r>
    </w:p>
    <w:p>
      <w:r>
        <w:rPr>
          <w:b/>
        </w:rPr>
        <w:t xml:space="preserve">[19:03] </w:t>
      </w:r>
      <w:r>
        <w:t>yeh aap parhte hain Quran mein.</w:t>
      </w:r>
    </w:p>
    <w:p>
      <w:pPr>
        <w:jc w:val="right"/>
      </w:pPr>
      <w:r>
        <w:t>یہ آپ پڑھتے ہیں قرآن میں۔</w:t>
      </w:r>
    </w:p>
    <w:p>
      <w:r>
        <w:rPr>
          <w:b/>
        </w:rPr>
        <w:t xml:space="preserve">[19:09] </w:t>
      </w:r>
      <w:r>
        <w:t>achha, is ke baad aap hadith padhiye to aap dekhen ke rasool Allah salallaho alaihe wasallam makka</w:t>
      </w:r>
    </w:p>
    <w:p>
      <w:pPr>
        <w:jc w:val="right"/>
      </w:pPr>
      <w:r>
        <w:t>اچھا، اس کے بعد آپ حدیث پڑھیے تو آپ دیکھیں کہ رسول اللہ صلی اللہ علیہ وسلم مکہ</w:t>
      </w:r>
    </w:p>
    <w:p>
      <w:r>
        <w:rPr>
          <w:b/>
        </w:rPr>
        <w:t xml:space="preserve">[19:14] </w:t>
      </w:r>
      <w:r>
        <w:t>mein tehra saal rahe, unhon ne sataya, zulm kiya, phir aap hijrat kar ke chale gaye madina.</w:t>
      </w:r>
    </w:p>
    <w:p>
      <w:pPr>
        <w:jc w:val="right"/>
      </w:pPr>
      <w:r>
        <w:t>میں تیرہ سال رہے، انہوں نے ستایا، ظلم کیا، پھر آپ ہجرت کر کے چلے گئے مدینہ۔</w:t>
      </w:r>
    </w:p>
    <w:p>
      <w:r>
        <w:rPr>
          <w:b/>
        </w:rPr>
        <w:t xml:space="preserve">[19:20] </w:t>
      </w:r>
      <w:r>
        <w:t>to wahan jaane ke baad aap ne kya kiya? das saal madine mein rahe, aap kabhi ek baar</w:t>
      </w:r>
    </w:p>
    <w:p>
      <w:pPr>
        <w:jc w:val="right"/>
      </w:pPr>
      <w:r>
        <w:t>تو وہاں جانے کے بعد آپ نے کیا کیا؟ دس سال مدینے میں رہے، آپ کبھی ایک بار</w:t>
      </w:r>
    </w:p>
    <w:p>
      <w:r>
        <w:rPr>
          <w:b/>
        </w:rPr>
        <w:t xml:space="preserve">[19:26] </w:t>
      </w:r>
      <w:r>
        <w:t>bhi aap ne makka walon ki shikayat nahin ki, halanke unhon ne waqeatan bohat zulm kiya tha, bohat</w:t>
      </w:r>
    </w:p>
    <w:p>
      <w:pPr>
        <w:jc w:val="right"/>
      </w:pPr>
      <w:r>
        <w:t>بھی آپ نے مکہ والوں کی شکایت نہیں کی، حالانکہ انہوں نے واقعتاً بہت ظلم کیا تھا، بہت</w:t>
      </w:r>
    </w:p>
    <w:p>
      <w:r>
        <w:rPr>
          <w:b/>
        </w:rPr>
        <w:t xml:space="preserve">[19:32] </w:t>
      </w:r>
      <w:r>
        <w:t>sataya tha, yaani watan se nikaal diya tha.</w:t>
      </w:r>
    </w:p>
    <w:p>
      <w:pPr>
        <w:jc w:val="right"/>
      </w:pPr>
      <w:r>
        <w:t>ستایا تھا، یعنی وطن سے نکال دیا تھا۔</w:t>
      </w:r>
    </w:p>
    <w:p>
      <w:r>
        <w:rPr>
          <w:b/>
        </w:rPr>
        <w:t xml:space="preserve">[19:38] </w:t>
      </w:r>
      <w:r>
        <w:t>to yeh jab aap quran se padhen ke Allah ke rasool mein sunnat hai, uswa hai, Allah ke</w:t>
      </w:r>
    </w:p>
    <w:p>
      <w:pPr>
        <w:jc w:val="right"/>
      </w:pPr>
      <w:r>
        <w:t>تو یہ جب آپ قرآن سے پڑھیں کہ اللہ کے رسول میں سنت ہے، اسوہ ہے، اللہ کے</w:t>
      </w:r>
    </w:p>
    <w:p>
      <w:r>
        <w:rPr>
          <w:b/>
        </w:rPr>
        <w:t xml:space="preserve">[19:44] </w:t>
      </w:r>
      <w:r>
        <w:t>rasool ki zindagi mein hamare liye uswa hai, namoona hai, aur phir yeh dekhen ke rasool Allah jab</w:t>
      </w:r>
    </w:p>
    <w:p>
      <w:pPr>
        <w:jc w:val="right"/>
      </w:pPr>
      <w:r>
        <w:t>رسول کی زندگی میں ہمارے لیے اسوہ ہے، نمونہ ہے، اور پھر یہ دیکھیں کہ رسول اللہ جب</w:t>
      </w:r>
    </w:p>
    <w:p>
      <w:r>
        <w:rPr>
          <w:b/>
        </w:rPr>
        <w:t xml:space="preserve">[19:49] </w:t>
      </w:r>
      <w:r>
        <w:t>makka se madina gaye to qareeban shikayat hi nahin ki kabhi.</w:t>
      </w:r>
    </w:p>
    <w:p>
      <w:pPr>
        <w:jc w:val="right"/>
      </w:pPr>
      <w:r>
        <w:t>مکہ سے مدینہ گئے تو قریباً شکایت ہی نہیں کی کبھی۔</w:t>
      </w:r>
    </w:p>
    <w:p>
      <w:r>
        <w:rPr>
          <w:b/>
        </w:rPr>
        <w:t xml:space="preserve">[19:55] </w:t>
      </w:r>
      <w:r>
        <w:t>koi ek hadith aisi nahin hai jis mein aap ne makka walon ke zulm ki shikayat ki ho.</w:t>
      </w:r>
    </w:p>
    <w:p>
      <w:pPr>
        <w:jc w:val="right"/>
      </w:pPr>
      <w:r>
        <w:t>کوئی ایک حدیث ایسی نہیں ہے جس میں آپ نے مکہ والوں کے ظلم کی شکایت کی ہو۔</w:t>
      </w:r>
    </w:p>
    <w:p>
      <w:r>
        <w:rPr>
          <w:b/>
        </w:rPr>
        <w:t xml:space="preserve">[20:01] </w:t>
      </w:r>
      <w:r>
        <w:t>to agar aap sach much sincere hain, sach much aap yaqeen rakhte hain, yaani aakhirat par, to kabhi</w:t>
      </w:r>
    </w:p>
    <w:p>
      <w:pPr>
        <w:jc w:val="right"/>
      </w:pPr>
      <w:r>
        <w:t>تو اگر آپ سچ مچ سنسیئر ہیں، سچ مچ آپ یقین رکھتے ہیں، یعنی آخرت پر، تو کبھی</w:t>
      </w:r>
    </w:p>
    <w:p>
      <w:r>
        <w:rPr>
          <w:b/>
        </w:rPr>
        <w:t xml:space="preserve">[20:07] </w:t>
      </w:r>
      <w:r>
        <w:t>aisa nahin hoga ke aap shikayati banen, shikayat ka culture ikhtiyar karen.</w:t>
      </w:r>
    </w:p>
    <w:p>
      <w:pPr>
        <w:jc w:val="right"/>
      </w:pPr>
      <w:r>
        <w:t>ایسا نہیں ہوگا کہ آپ شکایتی بنیں، شکایت کا کلچر اختیار کریں۔</w:t>
      </w:r>
    </w:p>
    <w:p>
      <w:r>
        <w:rPr>
          <w:b/>
        </w:rPr>
        <w:t xml:space="preserve">[20:13] </w:t>
      </w:r>
      <w:r>
        <w:t>kabhi aisa nahin hoga.</w:t>
      </w:r>
    </w:p>
    <w:p>
      <w:pPr>
        <w:jc w:val="right"/>
      </w:pPr>
      <w:r>
        <w:t>کبھی ایسا نہیں ہوگا۔</w:t>
      </w:r>
    </w:p>
    <w:p>
      <w:r>
        <w:rPr>
          <w:b/>
        </w:rPr>
        <w:t xml:space="preserve">[20:19] </w:t>
      </w:r>
      <w:r>
        <w:t>phir rasool Allah ki baat rahi, aap dekhen makka mein sahaba gaye the, woh madina mein jab hijrat</w:t>
      </w:r>
    </w:p>
    <w:p>
      <w:pPr>
        <w:jc w:val="right"/>
      </w:pPr>
      <w:r>
        <w:t>پھر رسول اللہ کی بات رہی، آپ دیکھیں مکہ میں صحابہ گئے تھے، وہ مدینہ میں جب ہجرت</w:t>
      </w:r>
    </w:p>
    <w:p>
      <w:r>
        <w:rPr>
          <w:b/>
        </w:rPr>
        <w:t xml:space="preserve">[20:24] </w:t>
      </w:r>
      <w:r>
        <w:t>hui to bohat se sahabi madina aa kar settle hue wahan.</w:t>
      </w:r>
    </w:p>
    <w:p>
      <w:pPr>
        <w:jc w:val="right"/>
      </w:pPr>
      <w:r>
        <w:t>ہوئی تو بہت سے صحابی مدینہ آ کر سیٹل ہوئے وہاں۔</w:t>
      </w:r>
    </w:p>
    <w:p>
      <w:r>
        <w:rPr>
          <w:b/>
        </w:rPr>
        <w:t xml:space="preserve">[20:30] </w:t>
      </w:r>
      <w:r>
        <w:t>yeh sab log woh the jin ko sataya gaya tha.</w:t>
      </w:r>
    </w:p>
    <w:p>
      <w:pPr>
        <w:jc w:val="right"/>
      </w:pPr>
      <w:r>
        <w:t>یہ سب لوگ وہ تھے جن کو ستایا گیا تھا۔</w:t>
      </w:r>
    </w:p>
    <w:p>
      <w:r>
        <w:rPr>
          <w:b/>
        </w:rPr>
        <w:t xml:space="preserve">[20:36] </w:t>
      </w:r>
      <w:r>
        <w:t>kisi sahabi ne kabhi aisa nahin kiya ke madina walon ko ikattha kar ke zulm ki baaten bataye,</w:t>
      </w:r>
    </w:p>
    <w:p>
      <w:pPr>
        <w:jc w:val="right"/>
      </w:pPr>
      <w:r>
        <w:t>کسی صحابی نے کبھی ایسا نہیں کیا کہ مدینہ والوں کو اکٹھا کر کے ظلم کی باتیں بتائے،</w:t>
      </w:r>
    </w:p>
    <w:p>
      <w:r>
        <w:rPr>
          <w:b/>
        </w:rPr>
        <w:t xml:space="preserve">[20:42] </w:t>
      </w:r>
      <w:r>
        <w:t>jaise hamare haan hota hai.</w:t>
      </w:r>
    </w:p>
    <w:p>
      <w:pPr>
        <w:jc w:val="right"/>
      </w:pPr>
      <w:r>
        <w:t>جیسے ہمارے ہاں ہوتا ہے۔</w:t>
      </w:r>
    </w:p>
    <w:p>
      <w:r>
        <w:rPr>
          <w:b/>
        </w:rPr>
        <w:t xml:space="preserve">[20:48] </w:t>
      </w:r>
      <w:r>
        <w:t>hamare har jalse mein, har akhbar mein, har majlis mein doosre ke zulm ki baat, doosre ka zulm,</w:t>
      </w:r>
    </w:p>
    <w:p>
      <w:pPr>
        <w:jc w:val="right"/>
      </w:pPr>
      <w:r>
        <w:t>ہمارے ہر جلسے میں، ہر اخبار میں، ہر مجلس میں دوسرے کے ظلم کی بات، دوسرے کا ظلم،</w:t>
      </w:r>
    </w:p>
    <w:p>
      <w:r>
        <w:rPr>
          <w:b/>
        </w:rPr>
        <w:t xml:space="preserve">[20:54] </w:t>
      </w:r>
      <w:r>
        <w:t>doosron ki ziyadati, doosron ki sazish, sahaba ne kabhi aisa nahin kiya.</w:t>
      </w:r>
    </w:p>
    <w:p>
      <w:pPr>
        <w:jc w:val="right"/>
      </w:pPr>
      <w:r>
        <w:t>دوسروں کی زیادتی، دوسروں کی سازش، صحابہ نے کبھی ایسا نہیں کیا۔</w:t>
      </w:r>
    </w:p>
    <w:p>
      <w:r>
        <w:rPr>
          <w:b/>
        </w:rPr>
        <w:t xml:space="preserve">[20:59] </w:t>
      </w:r>
      <w:r>
        <w:t>to agar aap waqeatan sincere hain to aap is se sabak le ke ke rasool Allah ne nahin</w:t>
      </w:r>
    </w:p>
    <w:p>
      <w:pPr>
        <w:jc w:val="right"/>
      </w:pPr>
      <w:r>
        <w:t>تو اگر آپ واقعتاً سنجیدہ ہیں تو آپ اس سے سبق لے کے کہ رسول اللہ نے نہیں</w:t>
      </w:r>
    </w:p>
    <w:p>
      <w:r>
        <w:rPr>
          <w:b/>
        </w:rPr>
        <w:t xml:space="preserve">[21:05] </w:t>
      </w:r>
      <w:r>
        <w:t>kiya, sahaba ne nahin kiya, to main kyun karoon? jo kaam rasool Allah ne nahin kiya, jo kaam</w:t>
      </w:r>
    </w:p>
    <w:p>
      <w:pPr>
        <w:jc w:val="right"/>
      </w:pPr>
      <w:r>
        <w:t>کیا، صحابہ نے نہیں کیا، تو میں کیوں کروں؟ جو کام رسول اللہ نے نہیں کیا، جو کام</w:t>
      </w:r>
    </w:p>
    <w:p>
      <w:r>
        <w:rPr>
          <w:b/>
        </w:rPr>
        <w:t xml:space="preserve">[21:11] </w:t>
      </w:r>
      <w:r>
        <w:t>sahaba ne nahin kiya, to main kyun karoon? to aap shikayati culture chhod denge.</w:t>
      </w:r>
    </w:p>
    <w:p>
      <w:pPr>
        <w:jc w:val="right"/>
      </w:pPr>
      <w:r>
        <w:t>صحابہ نے نہیں کیا، تو میں کیوں کروں؟ تو آپ شکایتی کلچر چھوڑ دیں گے۔</w:t>
      </w:r>
    </w:p>
    <w:p>
      <w:r>
        <w:rPr>
          <w:b/>
        </w:rPr>
        <w:t xml:space="preserve">[21:17] </w:t>
      </w:r>
      <w:r>
        <w:t>is ki bajaye dawat ka kaam, yaani shikayati culture chhodne ka matlab kya hai? dawat ka kaam, kyunke</w:t>
      </w:r>
    </w:p>
    <w:p>
      <w:pPr>
        <w:jc w:val="right"/>
      </w:pPr>
      <w:r>
        <w:t>اس کی بجائے دعوت کا کام، یعنی شکایتی کلچر چھوڑنے کا مطلب کیا ہے؟ دعوت کا کام، کیونکہ</w:t>
      </w:r>
    </w:p>
    <w:p>
      <w:r>
        <w:rPr>
          <w:b/>
        </w:rPr>
        <w:t xml:space="preserve">[21:23] </w:t>
      </w:r>
      <w:r>
        <w:t>jab shikayat karenge to madu se nafrat ho jayegi.</w:t>
      </w:r>
    </w:p>
    <w:p>
      <w:pPr>
        <w:jc w:val="right"/>
      </w:pPr>
      <w:r>
        <w:t>جب شکایت کریں گے تو مدعو سے نفرت ہو جائے گی۔</w:t>
      </w:r>
    </w:p>
    <w:p>
      <w:r>
        <w:rPr>
          <w:b/>
        </w:rPr>
        <w:t xml:space="preserve">[21:29] </w:t>
      </w:r>
      <w:r>
        <w:t>to ab madu se nafrat jab ho jayegi to aap kaise dawat karenge? dawat ke kaam</w:t>
      </w:r>
    </w:p>
    <w:p>
      <w:pPr>
        <w:jc w:val="right"/>
      </w:pPr>
      <w:r>
        <w:t>تو اب مدعو سے نفرت جب ہو جائے گی تو آپ کیسے دعوت کریں گے؟ دعوت کے کام</w:t>
      </w:r>
    </w:p>
    <w:p>
      <w:r>
        <w:rPr>
          <w:b/>
        </w:rPr>
        <w:t xml:space="preserve">[21:34] </w:t>
      </w:r>
      <w:r>
        <w:t>ke liye zaroori hai madu friendly behaviour.</w:t>
      </w:r>
    </w:p>
    <w:p>
      <w:pPr>
        <w:jc w:val="right"/>
      </w:pPr>
      <w:r>
        <w:t>کے لیے ضروری ہے مدعو فرینڈلی بیہیویئر۔</w:t>
      </w:r>
    </w:p>
    <w:p>
      <w:r>
        <w:rPr>
          <w:b/>
        </w:rPr>
        <w:t xml:space="preserve">[21:40] </w:t>
      </w:r>
      <w:r>
        <w:t>madu friendly behaviour ho tab dawat ka kaam hoga.</w:t>
      </w:r>
    </w:p>
    <w:p>
      <w:pPr>
        <w:jc w:val="right"/>
      </w:pPr>
      <w:r>
        <w:t>مدعو فرینڈلی بیہیویئر ہو تب دعوت کا کام ہوگا۔</w:t>
      </w:r>
    </w:p>
    <w:p>
      <w:r>
        <w:rPr>
          <w:b/>
        </w:rPr>
        <w:t xml:space="preserve">[21:46] </w:t>
      </w:r>
      <w:r>
        <w:t>to aap kabhi is ko afford nahi kar sakenge ke main nafrat aur shikayat mein jiyoon, kyunke</w:t>
      </w:r>
    </w:p>
    <w:p>
      <w:pPr>
        <w:jc w:val="right"/>
      </w:pPr>
      <w:r>
        <w:t>تو آپ کبھی اس کو افورڈ نہیں کر سکیں گے کہ میں نفرت اور شکایت میں جیوں، کیونکہ</w:t>
      </w:r>
    </w:p>
    <w:p>
      <w:r>
        <w:rPr>
          <w:b/>
        </w:rPr>
        <w:t xml:space="preserve">[21:52] </w:t>
      </w:r>
      <w:r>
        <w:t>is ki wajah se aap ko aap ke andar dawat ka jazba khatam ho jayega.</w:t>
      </w:r>
    </w:p>
    <w:p>
      <w:pPr>
        <w:jc w:val="right"/>
      </w:pPr>
      <w:r>
        <w:t>اس کی وجہ سے آپ کو آپ کے اندر دعوت کا جذبہ ختم ہو جائے گا۔</w:t>
      </w:r>
    </w:p>
    <w:p>
      <w:r>
        <w:rPr>
          <w:b/>
        </w:rPr>
        <w:t xml:space="preserve">[21:58] </w:t>
      </w:r>
      <w:r>
        <w:t>is farz ko ada nahi kar payenge jo aap ko bohat bara darja deta hai, aakhirat mein</w:t>
      </w:r>
    </w:p>
    <w:p>
      <w:pPr>
        <w:jc w:val="right"/>
      </w:pPr>
      <w:r>
        <w:t>اس فرض کو ادا نہیں کر پائیں گے جو آپ کو بہت بڑا درجہ دیتا ہے، آخرت میں</w:t>
      </w:r>
    </w:p>
    <w:p>
      <w:r>
        <w:rPr>
          <w:b/>
        </w:rPr>
        <w:t xml:space="preserve">[22:04] </w:t>
      </w:r>
      <w:r>
        <w:t>dawat ka farz.</w:t>
      </w:r>
    </w:p>
    <w:p>
      <w:pPr>
        <w:jc w:val="right"/>
      </w:pPr>
      <w:r>
        <w:t>دعوت کا فرض۔</w:t>
      </w:r>
    </w:p>
    <w:p>
      <w:r>
        <w:rPr>
          <w:b/>
        </w:rPr>
        <w:t xml:space="preserve">[22:10] </w:t>
      </w:r>
      <w:r>
        <w:t>So Maulana sahib, you given example of the companions. So one of the task of the Prophet was also to continuously help in doing the tazkiya of his companions. Can you given example how he used to do that?</w:t>
      </w:r>
    </w:p>
    <w:p>
      <w:pPr>
        <w:jc w:val="right"/>
      </w:pPr>
      <w:r>
        <w:t>تو مولانا صاحب، یو گیون ایگزامپل آف دی کمپینینز۔ سو ون آف دی ٹاسک آف دا پرافٹ واز آل سو ٹو کنٹینیوسلی ہیلپ ان ڈوئنگ دا تزکیہ آف ہز کمپینینز۔ کین یو گیون ایگزامپل ہاؤ ہی یوز ٹو ڈو دیٹ؟</w:t>
      </w:r>
    </w:p>
    <w:p>
      <w:r>
        <w:rPr>
          <w:b/>
        </w:rPr>
        <w:t xml:space="preserve">[22:27] </w:t>
      </w:r>
      <w:r>
        <w:t>haan, dekhen, ek bohat achi misaal mujhe yaad aati hai.</w:t>
      </w:r>
    </w:p>
    <w:p>
      <w:pPr>
        <w:jc w:val="right"/>
      </w:pPr>
      <w:r>
        <w:t>ہاں، دیکھیں، ایک بہت اچھی مثال مجھے یاد آتی ہے۔</w:t>
      </w:r>
    </w:p>
    <w:p>
      <w:r>
        <w:rPr>
          <w:b/>
        </w:rPr>
        <w:t xml:space="preserve">[22:32] </w:t>
      </w:r>
      <w:r>
        <w:t>ek martaba ek sahabi the, un ka koi dealing thi kisi doosre aadmi se madine mein.</w:t>
      </w:r>
    </w:p>
    <w:p>
      <w:pPr>
        <w:jc w:val="right"/>
      </w:pPr>
      <w:r>
        <w:t>ایک مرتبہ ایک صحابی تھے، ان کا کوئی ڈیلنگ تھی کسی دوسرے آدمی سے مدینے میں۔</w:t>
      </w:r>
    </w:p>
    <w:p>
      <w:r>
        <w:rPr>
          <w:b/>
        </w:rPr>
        <w:t xml:space="preserve">[22:38] </w:t>
      </w:r>
      <w:r>
        <w:t>yeh madine ka qissa hai.</w:t>
      </w:r>
    </w:p>
    <w:p>
      <w:pPr>
        <w:jc w:val="right"/>
      </w:pPr>
      <w:r>
        <w:t>یہ مدینے کا قصہ ہے۔</w:t>
      </w:r>
    </w:p>
    <w:p>
      <w:r>
        <w:rPr>
          <w:b/>
        </w:rPr>
        <w:t xml:space="preserve">[22:43] </w:t>
      </w:r>
      <w:r>
        <w:t>to dono ko ek doosre se shikayat ho gayi kisi baat par.</w:t>
      </w:r>
    </w:p>
    <w:p>
      <w:pPr>
        <w:jc w:val="right"/>
      </w:pPr>
      <w:r>
        <w:t>تو دونوں کو ایک دوسرے سے شکایت ہو گئی کسی بات پر۔</w:t>
      </w:r>
    </w:p>
    <w:p>
      <w:r>
        <w:rPr>
          <w:b/>
        </w:rPr>
        <w:t xml:space="preserve">[22:49] </w:t>
      </w:r>
      <w:r>
        <w:t>to shikayat to hoti hai, shikayat ho to us ko bula dijiye.</w:t>
      </w:r>
    </w:p>
    <w:p>
      <w:pPr>
        <w:jc w:val="right"/>
      </w:pPr>
      <w:r>
        <w:t>تو شکایت تو ہوتی ہے، شکایت ہو تو اس کو بلا دیجیے۔</w:t>
      </w:r>
    </w:p>
    <w:p>
      <w:r>
        <w:rPr>
          <w:b/>
        </w:rPr>
        <w:t xml:space="preserve">[22:54] </w:t>
      </w:r>
      <w:r>
        <w:t>yeh nahi ho sakta ke shikayat hi na ho.</w:t>
      </w:r>
    </w:p>
    <w:p>
      <w:pPr>
        <w:jc w:val="right"/>
      </w:pPr>
      <w:r>
        <w:t>یہ نہیں ہو سکتا کہ شکایت ہی نہ ہو۔</w:t>
      </w:r>
    </w:p>
    <w:p>
      <w:r>
        <w:rPr>
          <w:b/>
        </w:rPr>
        <w:t xml:space="preserve">[23:00] </w:t>
      </w:r>
      <w:r>
        <w:t>to shikayat hui to dono ke darmiyan hatred exchange hua.</w:t>
      </w:r>
    </w:p>
    <w:p>
      <w:pPr>
        <w:jc w:val="right"/>
      </w:pPr>
      <w:r>
        <w:t>تو شکایت ہوئی تو دونوں کے درمیان ہیٹریڈ ایکسچینج ہوا۔</w:t>
      </w:r>
    </w:p>
    <w:p>
      <w:r>
        <w:rPr>
          <w:b/>
        </w:rPr>
        <w:t xml:space="preserve">[23:05] </w:t>
      </w:r>
      <w:r>
        <w:t>phir bolne lage, ek aadmi sahabi ko bolne laga, yaani sahabi to abhi chup the, doosra aadmi sahabi</w:t>
      </w:r>
    </w:p>
    <w:p>
      <w:pPr>
        <w:jc w:val="right"/>
      </w:pPr>
      <w:r>
        <w:t>پھر بولنے لگے، ایک آدمی صحابی کو بولنے لگا، یعنی صحابی تو ابھی چپ تھے، دوسرا آدمی صحابی</w:t>
      </w:r>
    </w:p>
    <w:p>
      <w:r>
        <w:rPr>
          <w:b/>
        </w:rPr>
        <w:t xml:space="preserve">[23:11] </w:t>
      </w:r>
      <w:r>
        <w:t>ko bura bura kehne laga.</w:t>
      </w:r>
    </w:p>
    <w:p>
      <w:pPr>
        <w:jc w:val="right"/>
      </w:pPr>
      <w:r>
        <w:t>کو برا برا کہنے لگا۔</w:t>
      </w:r>
    </w:p>
    <w:p>
      <w:r>
        <w:rPr>
          <w:b/>
        </w:rPr>
        <w:t xml:space="preserve">[23:16] </w:t>
      </w:r>
      <w:r>
        <w:t>to chup the, chup the, chup the.</w:t>
      </w:r>
    </w:p>
    <w:p>
      <w:pPr>
        <w:jc w:val="right"/>
      </w:pPr>
      <w:r>
        <w:t>تو چپ تھے، چپ تھے، چپ تھے۔</w:t>
      </w:r>
    </w:p>
    <w:p>
      <w:r>
        <w:rPr>
          <w:b/>
        </w:rPr>
        <w:t xml:space="preserve">[23:22] </w:t>
      </w:r>
      <w:r>
        <w:t>achha, is waqt rasool Allah bhi maujood the wahan par.</w:t>
      </w:r>
    </w:p>
    <w:p>
      <w:pPr>
        <w:jc w:val="right"/>
      </w:pPr>
      <w:r>
        <w:t>اچھا، اس وقت رسول اللہ بھی موجود تھے وہاں پر۔</w:t>
      </w:r>
    </w:p>
    <w:p>
      <w:r>
        <w:rPr>
          <w:b/>
        </w:rPr>
        <w:t xml:space="preserve">[23:27] </w:t>
      </w:r>
      <w:r>
        <w:t>to jab tak sahabi chup the, tab tak rasool Allah wahan khare rahe.</w:t>
      </w:r>
    </w:p>
    <w:p>
      <w:pPr>
        <w:jc w:val="right"/>
      </w:pPr>
      <w:r>
        <w:t>تو جب تک صحابی چپ تھے، تب تک رسول اللہ وہاں کھڑے رہے۔</w:t>
      </w:r>
    </w:p>
    <w:p>
      <w:r>
        <w:rPr>
          <w:b/>
        </w:rPr>
        <w:t xml:space="preserve">[23:33] </w:t>
      </w:r>
      <w:r>
        <w:t>jab sahabi bohat hoga to sahabi lage bolne, jawab dene.</w:t>
      </w:r>
    </w:p>
    <w:p>
      <w:pPr>
        <w:jc w:val="right"/>
      </w:pPr>
      <w:r>
        <w:t>جب صحابی بہت ہوگا تو صحابی لگے بولنے، جواب دینے۔</w:t>
      </w:r>
    </w:p>
    <w:p>
      <w:r>
        <w:rPr>
          <w:b/>
        </w:rPr>
        <w:t xml:space="preserve">[23:38] </w:t>
      </w:r>
      <w:r>
        <w:t>to is waqt rasool Allah wahan se uth ke chale gaye.</w:t>
      </w:r>
    </w:p>
    <w:p>
      <w:pPr>
        <w:jc w:val="right"/>
      </w:pPr>
      <w:r>
        <w:t>تو اس وقت رسول اللہ وہاں سے اٹھ کے چلے گئے۔</w:t>
      </w:r>
    </w:p>
    <w:p>
      <w:r>
        <w:rPr>
          <w:b/>
        </w:rPr>
        <w:t xml:space="preserve">[23:44] </w:t>
      </w:r>
      <w:r>
        <w:t>to phir sahabi rasool Allah se mile aur kaha ke jab tak woh aadmi mujh ko bura bura</w:t>
      </w:r>
    </w:p>
    <w:p>
      <w:pPr>
        <w:jc w:val="right"/>
      </w:pPr>
      <w:r>
        <w:t>تو پھر صحابی رسول اللہ سے ملے اور کہا کہ جب تک وہ آدمی مجھ کو برا برا</w:t>
      </w:r>
    </w:p>
    <w:p>
      <w:r>
        <w:rPr>
          <w:b/>
        </w:rPr>
        <w:t xml:space="preserve">[23:49] </w:t>
      </w:r>
      <w:r>
        <w:t>keh raha tha, tab tak tum wahin rahe aap.</w:t>
      </w:r>
    </w:p>
    <w:p>
      <w:pPr>
        <w:jc w:val="right"/>
      </w:pPr>
      <w:r>
        <w:t>کہہ رہا تھا، تب تک تم وہیں رہے آپ۔</w:t>
      </w:r>
    </w:p>
    <w:p>
      <w:r>
        <w:rPr>
          <w:b/>
        </w:rPr>
        <w:t xml:space="preserve">[23:55] </w:t>
      </w:r>
      <w:r>
        <w:t>aur jab maine kuch safai pesh ki to aap uth ke chale gaye.</w:t>
      </w:r>
    </w:p>
    <w:p>
      <w:pPr>
        <w:jc w:val="right"/>
      </w:pPr>
      <w:r>
        <w:t>اور جب میں نے کچھ صفائی پیش کی تو آپ اٹھ کے چلے گئے۔</w:t>
      </w:r>
    </w:p>
    <w:p>
      <w:r>
        <w:rPr>
          <w:b/>
        </w:rPr>
        <w:t xml:space="preserve">[24:01] </w:t>
      </w:r>
      <w:r>
        <w:t>to aap ne kya jawab diya? aap ne kya kiya jawab diya? yeh kya ke jab tak tum</w:t>
      </w:r>
    </w:p>
    <w:p>
      <w:pPr>
        <w:jc w:val="right"/>
      </w:pPr>
      <w:r>
        <w:t>تو آپ نے کیا جواب دیا؟ آپ نے کیا کیا جواب دیا؟ یہ کیا کہ جب تک تم</w:t>
      </w:r>
    </w:p>
    <w:p>
      <w:r>
        <w:rPr>
          <w:b/>
        </w:rPr>
        <w:t xml:space="preserve">[24:06] </w:t>
      </w:r>
      <w:r>
        <w:t>chup the, tab tak to farishta tumhari taraf se jawab de raha tha.</w:t>
      </w:r>
    </w:p>
    <w:p>
      <w:pPr>
        <w:jc w:val="right"/>
      </w:pPr>
      <w:r>
        <w:t>چپ تھے، تب تک تو فرشتہ تمہاری طرف سے جواب دے رہا تھا۔</w:t>
      </w:r>
    </w:p>
    <w:p>
      <w:r>
        <w:rPr>
          <w:b/>
        </w:rPr>
        <w:t xml:space="preserve">[24:12] </w:t>
      </w:r>
      <w:r>
        <w:t>jab tum bol pade to farishta wahan se chala gaya, is liye main bhi chala gaya.</w:t>
      </w:r>
    </w:p>
    <w:p>
      <w:pPr>
        <w:jc w:val="right"/>
      </w:pPr>
      <w:r>
        <w:t>جب تم بول پڑے تو فرشتہ وہاں سے چلا گیا، اس لیے میں بھی چلا گیا۔</w:t>
      </w:r>
    </w:p>
    <w:p>
      <w:r>
        <w:rPr>
          <w:b/>
        </w:rPr>
        <w:t xml:space="preserve">[24:17] </w:t>
      </w:r>
      <w:r>
        <w:t>is mein kya sabaq hai? is mein sabaq yeh hai ke shikayat ko Allah khane mein dalna.</w:t>
      </w:r>
    </w:p>
    <w:p>
      <w:pPr>
        <w:jc w:val="right"/>
      </w:pPr>
      <w:r>
        <w:t>اس میں کیا سبق ہے؟ اس میں سبق یہ ہے کہ شکایت کو اللہ کھانے میں ڈالنا۔</w:t>
      </w:r>
    </w:p>
    <w:p>
      <w:r>
        <w:rPr>
          <w:b/>
        </w:rPr>
        <w:t xml:space="preserve">[24:23] </w:t>
      </w:r>
      <w:r>
        <w:t>farishta jo jawab de raha tha, us par ghor kijiye, us ke khulasa samajhne ki, uska khulasa</w:t>
      </w:r>
    </w:p>
    <w:p>
      <w:pPr>
        <w:jc w:val="right"/>
      </w:pPr>
      <w:r>
        <w:t>فرشتہ جو جواب دے رہا تھا، اس پر غور کیجیے، اس کے خلاصہ سمجھنے کی، اس کا خلاصہ</w:t>
      </w:r>
    </w:p>
    <w:p>
      <w:r>
        <w:rPr>
          <w:b/>
        </w:rPr>
        <w:t xml:space="preserve">[24:28] </w:t>
      </w:r>
      <w:r>
        <w:t>kya hai? uska khulasa yeh hai ke chahe khandani zindagi ho, pados ki baat ho, aur awam</w:t>
      </w:r>
    </w:p>
    <w:p>
      <w:pPr>
        <w:jc w:val="right"/>
      </w:pPr>
      <w:r>
        <w:t>کیا ہے؟ اس کا خلاصہ یہ ہے کہ چاہے خاندانی زندگی ہو، پڑوس کی بات ہو، اور عوام</w:t>
      </w:r>
    </w:p>
    <w:p>
      <w:r>
        <w:rPr>
          <w:b/>
        </w:rPr>
        <w:t xml:space="preserve">[24:34] </w:t>
      </w:r>
      <w:r>
        <w:t>ke darmiyan ki baat ho, market ki baat ho, koi baat ho, agar koi aap ko ghussa dila</w:t>
      </w:r>
    </w:p>
    <w:p>
      <w:pPr>
        <w:jc w:val="right"/>
      </w:pPr>
      <w:r>
        <w:t>کے درمیان کی بات ہو، مارکیٹ کی بات ہو، کوئی بات ہو، اگر کوئی آپ کو غصہ دلا</w:t>
      </w:r>
    </w:p>
    <w:p>
      <w:r>
        <w:rPr>
          <w:b/>
        </w:rPr>
        <w:t xml:space="preserve">[24:39] </w:t>
      </w:r>
      <w:r>
        <w:t>deta hai to aap react mat kijiye, react mat kijiye, balke is mamle ko Allah ke</w:t>
      </w:r>
    </w:p>
    <w:p>
      <w:pPr>
        <w:jc w:val="right"/>
      </w:pPr>
      <w:r>
        <w:t>دیتا ہے تو آپ ری ایکٹ مت کیجیے، ری ایکٹ مت کیجیے، بلکہ اس معاملے کو اللہ کے</w:t>
      </w:r>
    </w:p>
    <w:p>
      <w:r>
        <w:rPr>
          <w:b/>
        </w:rPr>
        <w:t xml:space="preserve">[24:45] </w:t>
      </w:r>
      <w:r>
        <w:t>khane mein daal dijiye.</w:t>
      </w:r>
    </w:p>
    <w:p>
      <w:pPr>
        <w:jc w:val="right"/>
      </w:pPr>
      <w:r>
        <w:t>خانے میں ڈال دیجیے۔</w:t>
      </w:r>
    </w:p>
    <w:p>
      <w:r>
        <w:rPr>
          <w:b/>
        </w:rPr>
        <w:t xml:space="preserve">[24:50] </w:t>
      </w:r>
      <w:r>
        <w:t>yeh matlab hai is ka.</w:t>
      </w:r>
    </w:p>
    <w:p>
      <w:pPr>
        <w:jc w:val="right"/>
      </w:pPr>
      <w:r>
        <w:t>یہ مطلب ہے اس کا۔</w:t>
      </w:r>
    </w:p>
    <w:p>
      <w:r>
        <w:rPr>
          <w:b/>
        </w:rPr>
        <w:t xml:space="preserve">[24:56] </w:t>
      </w:r>
      <w:r>
        <w:t>to jab aap Allah ke khane mein daal denge to Allah jo faisla karega, woh is</w:t>
      </w:r>
    </w:p>
    <w:p>
      <w:pPr>
        <w:jc w:val="right"/>
      </w:pPr>
      <w:r>
        <w:t>تو جب آپ اللہ کے خانے میں ڈال دیں گے تو اللہ جو فیصلہ کرے گا، وہ اس</w:t>
      </w:r>
    </w:p>
    <w:p>
      <w:r>
        <w:rPr>
          <w:b/>
        </w:rPr>
        <w:t xml:space="preserve">[25:01] </w:t>
      </w:r>
      <w:r>
        <w:t>par nafiz hoga, woh faisla to aap bach jayenge.</w:t>
      </w:r>
    </w:p>
    <w:p>
      <w:pPr>
        <w:jc w:val="right"/>
      </w:pPr>
      <w:r>
        <w:t>پر نافذ ہوگا، وہ فیصلہ تو آپ بچ جائیں گے۔</w:t>
      </w:r>
    </w:p>
    <w:p>
      <w:r>
        <w:rPr>
          <w:b/>
        </w:rPr>
        <w:t xml:space="preserve">[25:07] </w:t>
      </w:r>
      <w:r>
        <w:t>to is hadith se maloom hota hai ke Rasool Allah Sal Allahu Alaihi Wasallam kis tarah logon ko</w:t>
      </w:r>
    </w:p>
    <w:p>
      <w:pPr>
        <w:jc w:val="right"/>
      </w:pPr>
      <w:r>
        <w:t>تو اس حدیث سے معلوم ہوتا ہے کہ رسول اللہ صلی اللہ علیہ وسلم کس طرح لوگوں کو</w:t>
      </w:r>
    </w:p>
    <w:p>
      <w:r>
        <w:rPr>
          <w:b/>
        </w:rPr>
        <w:t xml:space="preserve">[25:12] </w:t>
      </w:r>
      <w:r>
        <w:t>tazkiya karte the.</w:t>
      </w:r>
    </w:p>
    <w:p>
      <w:pPr>
        <w:jc w:val="right"/>
      </w:pPr>
      <w:r>
        <w:t>تزکیہ کرتے تھے۔</w:t>
      </w:r>
    </w:p>
    <w:p>
      <w:r>
        <w:rPr>
          <w:b/>
        </w:rPr>
        <w:t xml:space="preserve">[25:18] </w:t>
      </w:r>
      <w:r>
        <w:t>ek ek item yeh hai ke aap ne unhein bataya ke jab tum ko kisi ke khilaf shikayat</w:t>
      </w:r>
    </w:p>
    <w:p>
      <w:pPr>
        <w:jc w:val="right"/>
      </w:pPr>
      <w:r>
        <w:t>ایک ایک آئٹم یہ ہے کہ آپ نے انہیں بتایا کہ جب تم کو کسی کے خلاف شکایت</w:t>
      </w:r>
    </w:p>
    <w:p>
      <w:r>
        <w:rPr>
          <w:b/>
        </w:rPr>
        <w:t xml:space="preserve">[25:23] </w:t>
      </w:r>
      <w:r>
        <w:t>ho, ghussa aaye to to tum is mamle ko Allah ke khane mein daal do, bas aur kuch nahi.</w:t>
      </w:r>
    </w:p>
    <w:p>
      <w:pPr>
        <w:jc w:val="right"/>
      </w:pPr>
      <w:r>
        <w:t>ہو، غصہ آئے تو تو تم اس معاملے کو اللہ کے خانے میں ڈال دو، بس اور کچھ نہیں۔</w:t>
      </w:r>
    </w:p>
    <w:p>
      <w:r>
        <w:rPr>
          <w:b/>
        </w:rPr>
        <w:t xml:space="preserve">[25:29] </w:t>
      </w:r>
      <w:r>
        <w:t>ab main samajhta hoon ke yeh best tareeqa hai.</w:t>
      </w:r>
    </w:p>
    <w:p>
      <w:pPr>
        <w:jc w:val="right"/>
      </w:pPr>
      <w:r>
        <w:t>اب میں سمجھتا ہوں کہ یہ بیسٹ طریقہ ہے۔</w:t>
      </w:r>
    </w:p>
    <w:p>
      <w:r>
        <w:rPr>
          <w:b/>
        </w:rPr>
        <w:t xml:space="preserve">[25:35] </w:t>
      </w:r>
      <w:r>
        <w:t>Ji Maulana sahib, ye question aaya hai Ms Zareen Khan ka Delhi se, and she has asked you how did the Prophet of Islam do his tazkiya after facing the situation of loss at Uhud?</w:t>
      </w:r>
    </w:p>
    <w:p>
      <w:pPr>
        <w:jc w:val="right"/>
      </w:pPr>
      <w:r>
        <w:t>جی مولانا صاحب، یہ کوئسچن آیا ہے مس زرین خان کا دہلی سے، اینڈ شی از آسکڈ یو ہاؤ ڈیڈ دا پرافٹ آف اسلام ڈو ہز تزکیہ آفٹر فیسنگ دا سچویشن آف لاس ایٹ احد؟</w:t>
      </w:r>
    </w:p>
    <w:p>
      <w:r>
        <w:rPr>
          <w:b/>
        </w:rPr>
        <w:t xml:space="preserve">[25:52] </w:t>
      </w:r>
      <w:r>
        <w:t>dekhiye, Uhud mein aisa hua tha ke un logon ne baqayda attack kiya tha, Rasool Allah ki taraf</w:t>
      </w:r>
    </w:p>
    <w:p>
      <w:pPr>
        <w:jc w:val="right"/>
      </w:pPr>
      <w:r>
        <w:t>دیکھیں، احد میں ایسا ہوا تھا کہ ان لوگوں نے باقاعدہ اٹیک کیا تھا، رسول اللہ کی طرف</w:t>
      </w:r>
    </w:p>
    <w:p>
      <w:r>
        <w:rPr>
          <w:b/>
        </w:rPr>
        <w:t xml:space="preserve">[25:58] </w:t>
      </w:r>
      <w:r>
        <w:t>se to koi hua nahi tha, unhone attack kiya, yani.</w:t>
      </w:r>
    </w:p>
    <w:p>
      <w:pPr>
        <w:jc w:val="right"/>
      </w:pPr>
      <w:r>
        <w:t>سے تو کوئی ہوا نہیں تھا، انہوں نے اٹیک کیا، یعنی۔</w:t>
      </w:r>
    </w:p>
    <w:p>
      <w:r>
        <w:rPr>
          <w:b/>
        </w:rPr>
        <w:t xml:space="preserve">[26:04] </w:t>
      </w:r>
      <w:r>
        <w:t>to attack kiya, jab to is wajah se ladai pesh aayi.</w:t>
      </w:r>
    </w:p>
    <w:p>
      <w:pPr>
        <w:jc w:val="right"/>
      </w:pPr>
      <w:r>
        <w:t>تو اٹیک کیا، جب تو اس وجہ سے لڑائی پیش آئی۔</w:t>
      </w:r>
    </w:p>
    <w:p>
      <w:r>
        <w:rPr>
          <w:b/>
        </w:rPr>
        <w:t xml:space="preserve">[26:10] </w:t>
      </w:r>
      <w:r>
        <w:t>is ladai mein aisa hua ke aakhir mein sahaba ko shikast hui, yani sahaba taqreeban 70 sahaba mare</w:t>
      </w:r>
    </w:p>
    <w:p>
      <w:pPr>
        <w:jc w:val="right"/>
      </w:pPr>
      <w:r>
        <w:t>اس لڑائی میں ایسا ہوا کہ آخر میں صحابہ کو شکست ہوئی، یعنی صحابہ تقریباً 70 صحابہ مارے</w:t>
      </w:r>
    </w:p>
    <w:p>
      <w:r>
        <w:rPr>
          <w:b/>
        </w:rPr>
        <w:t xml:space="preserve">[26:16] </w:t>
      </w:r>
      <w:r>
        <w:t>gaye is mein.</w:t>
      </w:r>
    </w:p>
    <w:p>
      <w:pPr>
        <w:jc w:val="right"/>
      </w:pPr>
      <w:r>
        <w:t>گئے اس میں۔</w:t>
      </w:r>
    </w:p>
    <w:p>
      <w:r>
        <w:rPr>
          <w:b/>
        </w:rPr>
        <w:t xml:space="preserve">[26:22] </w:t>
      </w:r>
      <w:r>
        <w:t>aisa hua to Rasool Allah Sal Allahu Alaihi Wasallam ne yeh kabhi nahi kaha ke dekho, unhone</w:t>
      </w:r>
    </w:p>
    <w:p>
      <w:pPr>
        <w:jc w:val="right"/>
      </w:pPr>
      <w:r>
        <w:t>ایسا ہوا تو رسول اللہ صلی اللہ علیہ وسلم نے یہ کبھی نہیں کہا کہ دیکھو، انہوں نے</w:t>
      </w:r>
    </w:p>
    <w:p>
      <w:r>
        <w:rPr>
          <w:b/>
        </w:rPr>
        <w:t xml:space="preserve">[26:28] </w:t>
      </w:r>
      <w:r>
        <w:t>humein 70 aadmiyon ko mara hai, hum bhi un ko 70 aadmiyon ko marenge.</w:t>
      </w:r>
    </w:p>
    <w:p>
      <w:pPr>
        <w:jc w:val="right"/>
      </w:pPr>
      <w:r>
        <w:t>ہمیں 70 آدمیوں کو مارا ہے، ہم بھی ان کو 70 آدمیوں کو ماریں گے۔</w:t>
      </w:r>
    </w:p>
    <w:p>
      <w:r>
        <w:rPr>
          <w:b/>
        </w:rPr>
        <w:t xml:space="preserve">[26:34] </w:t>
      </w:r>
      <w:r>
        <w:t>chalo, tayari karte hain.</w:t>
      </w:r>
    </w:p>
    <w:p>
      <w:pPr>
        <w:jc w:val="right"/>
      </w:pPr>
      <w:r>
        <w:t>چلو، تیاری کرتے ہیں۔</w:t>
      </w:r>
    </w:p>
    <w:p>
      <w:r>
        <w:rPr>
          <w:b/>
        </w:rPr>
        <w:t xml:space="preserve">[26:40] </w:t>
      </w:r>
      <w:r>
        <w:t>آج کل کا طریقہ کیا ہے؟ اگر آپ کو کچھ کسی سے ایسا ہوتا ہے تو revenge ڈالتا ہے، revenge۔</w:t>
      </w:r>
    </w:p>
    <w:p>
      <w:pPr>
        <w:jc w:val="right"/>
      </w:pPr>
      <w:r>
        <w:t>آج کل کا طریقہ کیا ہے؟ اگر آپ کو کچھ کسی سے ایسا ہوتا ہے تو ریونج ڈالتا ہے، ریونج۔</w:t>
      </w:r>
    </w:p>
    <w:p>
      <w:r>
        <w:rPr>
          <w:b/>
        </w:rPr>
        <w:t xml:space="preserve">[26:46] </w:t>
      </w:r>
      <w:r>
        <w:t>unhone 70 mara to hum 170 marenge un ko.</w:t>
      </w:r>
    </w:p>
    <w:p>
      <w:pPr>
        <w:jc w:val="right"/>
      </w:pPr>
      <w:r>
        <w:t>انہوں نے 70 مارا تو ہم 170 ماریں گے ان کو۔</w:t>
      </w:r>
    </w:p>
    <w:p>
      <w:r>
        <w:rPr>
          <w:b/>
        </w:rPr>
        <w:t xml:space="preserve">[26:52] </w:t>
      </w:r>
      <w:r>
        <w:t>aap ne bilkul aisa nahi kiya, balke logon ko yeh banaya ke ab hamein jang ka tareeqa chhod</w:t>
      </w:r>
    </w:p>
    <w:p>
      <w:pPr>
        <w:jc w:val="right"/>
      </w:pPr>
      <w:r>
        <w:t>آپ نے بالکل ایسا نہیں کیا، بلکہ لوگوں کو یہ بنایا کہ اب ہمیں جنگ کا طریقہ چھوڑ</w:t>
      </w:r>
    </w:p>
    <w:p>
      <w:r>
        <w:rPr>
          <w:b/>
        </w:rPr>
        <w:t xml:space="preserve">[26:58] </w:t>
      </w:r>
      <w:r>
        <w:t>کر کے peace کا طریقہ اختیار کرنا چاہیے۔</w:t>
      </w:r>
    </w:p>
    <w:p>
      <w:pPr>
        <w:jc w:val="right"/>
      </w:pPr>
      <w:r>
        <w:t>کر کے پیس کا طریقہ اختیار کرنا چاہیے۔</w:t>
      </w:r>
    </w:p>
    <w:p>
      <w:r>
        <w:rPr>
          <w:b/>
        </w:rPr>
        <w:t xml:space="preserve">[27:04] </w:t>
      </w:r>
      <w:r>
        <w:t>to yeh hua ke peace jab woh marein, tab to to rasool Allah ne logon ka mind banaya</w:t>
      </w:r>
    </w:p>
    <w:p>
      <w:pPr>
        <w:jc w:val="right"/>
      </w:pPr>
      <w:r>
        <w:t>تو یہ ہوا کہ پیس جب وہ مارے، تب تو تو رسول اللہ نے لوگوں کا مائنڈ بنایا</w:t>
      </w:r>
    </w:p>
    <w:p>
      <w:r>
        <w:rPr>
          <w:b/>
        </w:rPr>
        <w:t xml:space="preserve">[27:10] </w:t>
      </w:r>
      <w:r>
        <w:t>کہ ہم unilateral طور پر peace agreement کریں گے ان سے۔</w:t>
      </w:r>
    </w:p>
    <w:p>
      <w:pPr>
        <w:jc w:val="right"/>
      </w:pPr>
      <w:r>
        <w:t>کہ ہم یونیلیٹرل طور پر پیس ایگریمنٹ کریں گے ان سے۔</w:t>
      </w:r>
    </w:p>
    <w:p>
      <w:r>
        <w:rPr>
          <w:b/>
        </w:rPr>
        <w:t xml:space="preserve">[27:16] </w:t>
      </w:r>
      <w:r>
        <w:t>dekhein, Uhud ke baad jo hua tha, Hudaybiyyah agreement, woh peace agreement tha, woh yak tarfa tor par doosre</w:t>
      </w:r>
    </w:p>
    <w:p>
      <w:pPr>
        <w:jc w:val="right"/>
      </w:pPr>
      <w:r>
        <w:t>دیکھیں، احد کے بعد جو ہوا تھا، حدیبیہ ایگریمنٹ، وہ پیس ایگریمنٹ تھا، وہ یکطرفہ طور پر دوسرے</w:t>
      </w:r>
    </w:p>
    <w:p>
      <w:r>
        <w:rPr>
          <w:b/>
        </w:rPr>
        <w:t xml:space="preserve">[27:22] </w:t>
      </w:r>
      <w:r>
        <w:t>fareeq ki conditions ko maankar hua tha.</w:t>
      </w:r>
    </w:p>
    <w:p>
      <w:pPr>
        <w:jc w:val="right"/>
      </w:pPr>
      <w:r>
        <w:t>فریق کی کنڈیشنز کو مان کر ہوا تھا۔</w:t>
      </w:r>
    </w:p>
    <w:p>
      <w:r>
        <w:rPr>
          <w:b/>
        </w:rPr>
        <w:t xml:space="preserve">[27:28] </w:t>
      </w:r>
      <w:r>
        <w:t>to yeh ittefaqan nahi hoga, by chance nahi hua.</w:t>
      </w:r>
    </w:p>
    <w:p>
      <w:pPr>
        <w:jc w:val="right"/>
      </w:pPr>
      <w:r>
        <w:t>تو یہ اتفاقاً نہیں ہوگا، بائی چانس نہیں ہوا۔</w:t>
      </w:r>
    </w:p>
    <w:p>
      <w:r>
        <w:rPr>
          <w:b/>
        </w:rPr>
        <w:t xml:space="preserve">[27:34] </w:t>
      </w:r>
      <w:r>
        <w:t>aap ne logon ke mind ko tayyar kiya ke dekho, ladai se kuch milta nahi, jaanein maari jaati</w:t>
      </w:r>
    </w:p>
    <w:p>
      <w:pPr>
        <w:jc w:val="right"/>
      </w:pPr>
      <w:r>
        <w:t>آپ نے لوگوں کے مائنڈ کو تیار کیا کہ دیکھو، لڑائی سے کچھ ملتا نہیں، جانیں ماری جاتی</w:t>
      </w:r>
    </w:p>
    <w:p>
      <w:r>
        <w:rPr>
          <w:b/>
        </w:rPr>
        <w:t xml:space="preserve">[27:40] </w:t>
      </w:r>
      <w:r>
        <w:t>hain, kuch tumhari, kuch unki, to peaceful method ikhtiyar karo.</w:t>
      </w:r>
    </w:p>
    <w:p>
      <w:pPr>
        <w:jc w:val="right"/>
      </w:pPr>
      <w:r>
        <w:t>ہیں، کچھ تمہاری، کچھ ان کی، تو پیس فل میتھڈ اختیار کرو۔</w:t>
      </w:r>
    </w:p>
    <w:p>
      <w:r>
        <w:rPr>
          <w:b/>
        </w:rPr>
        <w:t xml:space="preserve">[27:46] </w:t>
      </w:r>
      <w:r>
        <w:t>is mein yeh baat bhi tay ho gayi ke agar woh hamari sharton ko na maanein to hum unhi</w:t>
      </w:r>
    </w:p>
    <w:p>
      <w:pPr>
        <w:jc w:val="right"/>
      </w:pPr>
      <w:r>
        <w:t>اس میں یہ بات بھی طے ہوگئی کہ اگر وہ ہماری شرطوں کو نہ مانیں تو ہم انہی</w:t>
      </w:r>
    </w:p>
    <w:p>
      <w:r>
        <w:rPr>
          <w:b/>
        </w:rPr>
        <w:t xml:space="preserve">[27:52] </w:t>
      </w:r>
      <w:r>
        <w:t>ki sharton ko maanenge.</w:t>
      </w:r>
    </w:p>
    <w:p>
      <w:pPr>
        <w:jc w:val="right"/>
      </w:pPr>
      <w:r>
        <w:t>کی شرطوں کو مانیں گے۔</w:t>
      </w:r>
    </w:p>
    <w:p>
      <w:r>
        <w:rPr>
          <w:b/>
        </w:rPr>
        <w:t xml:space="preserve">[27:58] </w:t>
      </w:r>
      <w:r>
        <w:t>to woh tumhari sharton par, jaise misaal ke taur par Hudaybiyyah agreement jab ho raha tha to Rasool</w:t>
      </w:r>
    </w:p>
    <w:p>
      <w:pPr>
        <w:jc w:val="right"/>
      </w:pPr>
      <w:r>
        <w:t>تو وہ تمہاری شرطوں پر، جیسے مثال کے طور پر حدیبیہ ایگریمنٹ جب ہو رہا تھا تو رسول</w:t>
      </w:r>
    </w:p>
    <w:p>
      <w:r>
        <w:rPr>
          <w:b/>
        </w:rPr>
        <w:t xml:space="preserve">[28:04] </w:t>
      </w:r>
      <w:r>
        <w:t>Allah ne likhwaya ke ya Ali, akteb hatha ma salaha alayh Muhammad Rasool Allah.</w:t>
      </w:r>
    </w:p>
    <w:p>
      <w:pPr>
        <w:jc w:val="right"/>
      </w:pPr>
      <w:r>
        <w:t>اللہ نے لکھوایا کہ یا علی، اکتب هذا ما صالح علیہ محمد رسول اللہ۔</w:t>
      </w:r>
    </w:p>
    <w:p>
      <w:r>
        <w:rPr>
          <w:b/>
        </w:rPr>
        <w:t xml:space="preserve">[28:10] </w:t>
      </w:r>
      <w:r>
        <w:t>ae Ali, likho, yeh muahida hai jis ko Muhammad Rasool Allah ne tay kiya.</w:t>
      </w:r>
    </w:p>
    <w:p>
      <w:pPr>
        <w:jc w:val="right"/>
      </w:pPr>
      <w:r>
        <w:t>اے علی، لکھو، یہ معاہدہ ہے جس کو محمد رسول اللہ نے طے کیا۔</w:t>
      </w:r>
    </w:p>
    <w:p>
      <w:r>
        <w:rPr>
          <w:b/>
        </w:rPr>
        <w:t xml:space="preserve">[28:16] </w:t>
      </w:r>
      <w:r>
        <w:t>to foran jo fareeqe sani tha, us ke leader, unhon ne kaha hum to aap ko Rasool Allah maante nahi.</w:t>
      </w:r>
    </w:p>
    <w:p>
      <w:pPr>
        <w:jc w:val="right"/>
      </w:pPr>
      <w:r>
        <w:t>تو فوراً جو فریق ثانی تھا، اس کے لیڈر، انہوں نے کہا ہم تو آپ کو رسول اللہ مانتے نہیں۔</w:t>
      </w:r>
    </w:p>
    <w:p>
      <w:r>
        <w:rPr>
          <w:b/>
        </w:rPr>
        <w:t xml:space="preserve">[28:22] </w:t>
      </w:r>
      <w:r>
        <w:t>to foran aap kuch agreement nahi kiya, aap ne foran kaha ya Ali, akteb hatha ma salaha alayh</w:t>
      </w:r>
    </w:p>
    <w:p>
      <w:pPr>
        <w:jc w:val="right"/>
      </w:pPr>
      <w:r>
        <w:t>تو فوراً آپ کچھ ایگریمنٹ نہیں کیا، آپ نے فوراً کہا یا علی، اکتب هذا ما صالح علیہ</w:t>
      </w:r>
    </w:p>
    <w:p>
      <w:r>
        <w:rPr>
          <w:b/>
        </w:rPr>
        <w:t xml:space="preserve">[28:28] </w:t>
      </w:r>
      <w:r>
        <w:t>Muhammad bin Abdullah, yaani Muhammad Rasool Allah ko bithakar ke Muhammad bin Abdullah likhwadiya.</w:t>
      </w:r>
    </w:p>
    <w:p>
      <w:pPr>
        <w:jc w:val="right"/>
      </w:pPr>
      <w:r>
        <w:t>محمد بن عبداللہ، یعنی محمد رسول اللہ کو بٹھا کر کے محمد بن عبداللہ لکھوا دیا۔</w:t>
      </w:r>
    </w:p>
    <w:p>
      <w:r>
        <w:rPr>
          <w:b/>
        </w:rPr>
        <w:t xml:space="preserve">[28:34] </w:t>
      </w:r>
      <w:r>
        <w:t>yeh sab hua tha Uhud ke baad, yaani Uhud ke maamle mein dekha gaya ke 70 aadmi maare</w:t>
      </w:r>
    </w:p>
    <w:p>
      <w:pPr>
        <w:jc w:val="right"/>
      </w:pPr>
      <w:r>
        <w:t>یہ سب ہوا تھا احد کے بعد، یعنی احد کے معاملے میں دیکھا گیا کہ 70 آدمی مارے</w:t>
      </w:r>
    </w:p>
    <w:p>
      <w:r>
        <w:rPr>
          <w:b/>
        </w:rPr>
        <w:t xml:space="preserve">[28:40] </w:t>
      </w:r>
      <w:r>
        <w:t>gaye, itne qeemti aadmi.</w:t>
      </w:r>
    </w:p>
    <w:p>
      <w:pPr>
        <w:jc w:val="right"/>
      </w:pPr>
      <w:r>
        <w:t>گئے، اتنے قیمتی آدمی۔</w:t>
      </w:r>
    </w:p>
    <w:p>
      <w:r>
        <w:rPr>
          <w:b/>
        </w:rPr>
        <w:t xml:space="preserve">[28:46] </w:t>
      </w:r>
      <w:r>
        <w:t>to kya faida? jab ladai se faisla na ho to kya faida? to sulah karo.</w:t>
      </w:r>
    </w:p>
    <w:p>
      <w:pPr>
        <w:jc w:val="right"/>
      </w:pPr>
      <w:r>
        <w:t>تو کیا فائدہ؟ جب لڑائی سے فیصلہ نہ ہو تو کیا فائدہ؟ تو صلح کرو۔</w:t>
      </w:r>
    </w:p>
    <w:p>
      <w:r>
        <w:rPr>
          <w:b/>
        </w:rPr>
        <w:t xml:space="preserve">[28:52] </w:t>
      </w:r>
      <w:r>
        <w:t>to sulah ke liye yeh socha gaya ke agar woh hamari sharton ko nahi maante to hum hum</w:t>
      </w:r>
    </w:p>
    <w:p>
      <w:pPr>
        <w:jc w:val="right"/>
      </w:pPr>
      <w:r>
        <w:t>تو صلح کے لیے یہ سوچا گیا کہ اگر وہ ہماری شرطوں کو نہیں مانتے تو ہم ہم</w:t>
      </w:r>
    </w:p>
    <w:p>
      <w:r>
        <w:rPr>
          <w:b/>
        </w:rPr>
        <w:t xml:space="preserve">[28:58] </w:t>
      </w:r>
      <w:r>
        <w:t>hi un ki sharton ko maan lenge.</w:t>
      </w:r>
    </w:p>
    <w:p>
      <w:pPr>
        <w:jc w:val="right"/>
      </w:pPr>
      <w:r>
        <w:t>ہی ان کی شرطوں کو مان لیں گے۔</w:t>
      </w:r>
    </w:p>
    <w:p>
      <w:r>
        <w:rPr>
          <w:b/>
        </w:rPr>
        <w:t xml:space="preserve">[29:04] </w:t>
      </w:r>
      <w:r>
        <w:t>is se sabak milta hai ke agar hamein kisi maamle mein koi shikast ho, koi nuksan uthana pade</w:t>
      </w:r>
    </w:p>
    <w:p>
      <w:pPr>
        <w:jc w:val="right"/>
      </w:pPr>
      <w:r>
        <w:t>اس سے سبق ملتا ہے کہ اگر ہمیں کسی معاملے میں کوئی شکست ہو، کوئی نقصان اٹھانا پڑے</w:t>
      </w:r>
    </w:p>
    <w:p>
      <w:r>
        <w:rPr>
          <w:b/>
        </w:rPr>
        <w:t xml:space="preserve">[29:10] </w:t>
      </w:r>
      <w:r>
        <w:t>to hamein react nahi karna chahiye.</w:t>
      </w:r>
    </w:p>
    <w:p>
      <w:pPr>
        <w:jc w:val="right"/>
      </w:pPr>
      <w:r>
        <w:t>تو ہمیں ری ایکٹ نہیں کرنا چاہیے۔</w:t>
      </w:r>
    </w:p>
    <w:p>
      <w:r>
        <w:rPr>
          <w:b/>
        </w:rPr>
        <w:t xml:space="preserve">[29:16] </w:t>
      </w:r>
      <w:r>
        <w:t>hamein yeh koshish karni chahiye ke is tarah ka waqea dobara na pesh aaye, chahe hamein hum hi</w:t>
      </w:r>
    </w:p>
    <w:p>
      <w:pPr>
        <w:jc w:val="right"/>
      </w:pPr>
      <w:r>
        <w:t>ہمیں یہ کوشش کرنی چاہیے کہ اس طرح کا واقعہ دوبارہ نہ پیش آئے، چاہے ہمیں ہم ہی</w:t>
      </w:r>
    </w:p>
    <w:p>
      <w:r>
        <w:rPr>
          <w:b/>
        </w:rPr>
        <w:t xml:space="preserve">[29:22] </w:t>
      </w:r>
      <w:r>
        <w:t>ko sacrifice karna pade, tab bhi.</w:t>
      </w:r>
    </w:p>
    <w:p>
      <w:pPr>
        <w:jc w:val="right"/>
      </w:pPr>
      <w:r>
        <w:t>کو سیکریفائس کرنا پڑے، تب بھی۔</w:t>
      </w:r>
    </w:p>
    <w:p>
      <w:r>
        <w:rPr>
          <w:b/>
        </w:rPr>
        <w:t xml:space="preserve">[29:28] </w:t>
      </w:r>
      <w:r>
        <w:t>bahut achhi misaal hai yeh ke yak tarfa sacrifice kar ke peace qaim karo.</w:t>
      </w:r>
    </w:p>
    <w:p>
      <w:pPr>
        <w:jc w:val="right"/>
      </w:pPr>
      <w:r>
        <w:t>بہت اچھی مثال ہے یہ کہ یکطرفہ سیکریفائس کر کے پیس قائم کرو۔</w:t>
      </w:r>
    </w:p>
    <w:p>
      <w:r>
        <w:rPr>
          <w:b/>
        </w:rPr>
        <w:t xml:space="preserve">[29:34] </w:t>
      </w:r>
      <w:r>
        <w:t>So Maulana sahib, how important is belief in God for our tazkiya? What would you say to that?</w:t>
      </w:r>
    </w:p>
    <w:p>
      <w:pPr>
        <w:jc w:val="right"/>
      </w:pPr>
      <w:r>
        <w:t>سو مولانا صاحب، ہاؤ امپورٹنٹ از بیلیف ان گاڈ فار اور تزکیہ؟ واٹ وڈ یو سے ٹو دیٹ؟</w:t>
      </w:r>
    </w:p>
    <w:p>
      <w:r>
        <w:rPr>
          <w:b/>
        </w:rPr>
        <w:t xml:space="preserve">[29:42] </w:t>
      </w:r>
      <w:r>
        <w:t>is ke baghair ho hi nahi sakta.</w:t>
      </w:r>
    </w:p>
    <w:p>
      <w:pPr>
        <w:jc w:val="right"/>
      </w:pPr>
      <w:r>
        <w:t>اس کے بغیر ہو ہی نہیں سکتا۔</w:t>
      </w:r>
    </w:p>
    <w:p>
      <w:r>
        <w:rPr>
          <w:b/>
        </w:rPr>
        <w:t xml:space="preserve">[29:47] </w:t>
      </w:r>
      <w:r>
        <w:t>allah par aqeedah agar na ho to tazkiyah kyon karega aadmi? kyunke tazkiyah jo hai, is mein</w:t>
      </w:r>
    </w:p>
    <w:p>
      <w:pPr>
        <w:jc w:val="right"/>
      </w:pPr>
      <w:r>
        <w:t>اللہ پر عقیدہ اگر نہ ہو تو تزکیہ کیوں کرے گا آدمی؟ کیونکہ تزکیہ جو ہے، اس میں</w:t>
      </w:r>
    </w:p>
    <w:p>
      <w:r>
        <w:rPr>
          <w:b/>
        </w:rPr>
        <w:t xml:space="preserve">[29:52] </w:t>
      </w:r>
      <w:r>
        <w:t>aadmi ko sacrifice karna parta hai.</w:t>
      </w:r>
    </w:p>
    <w:p>
      <w:pPr>
        <w:jc w:val="right"/>
      </w:pPr>
      <w:r>
        <w:t>آدمی کو سیکریفائس کرنا پڑتا ہے۔</w:t>
      </w:r>
    </w:p>
    <w:p>
      <w:r>
        <w:rPr>
          <w:b/>
        </w:rPr>
        <w:t xml:space="preserve">[29:58] </w:t>
      </w:r>
      <w:r>
        <w:t>baghair sacrifice ke tazkiyah nahi ho sakta.</w:t>
      </w:r>
    </w:p>
    <w:p>
      <w:pPr>
        <w:jc w:val="right"/>
      </w:pPr>
      <w:r>
        <w:t>بغیر سیکریفائس کے تزکیہ نہیں ہو سکتا۔</w:t>
      </w:r>
    </w:p>
    <w:p>
      <w:r>
        <w:rPr>
          <w:b/>
        </w:rPr>
        <w:t xml:space="preserve">[30:03] </w:t>
      </w:r>
      <w:r>
        <w:t>so sacrifice kyon karega aadmi? is par karega ke allah ke haan is ka inaam mile</w:t>
      </w:r>
    </w:p>
    <w:p>
      <w:pPr>
        <w:jc w:val="right"/>
      </w:pPr>
      <w:r>
        <w:t>سو سیکریفائس کیوں کرے گا آدمی؟ اس پر کرے گا کہ اللہ کے ہاں اس کا انعام ملے</w:t>
      </w:r>
    </w:p>
    <w:p>
      <w:r>
        <w:rPr>
          <w:b/>
        </w:rPr>
        <w:t xml:space="preserve">[30:09] </w:t>
      </w:r>
      <w:r>
        <w:t>ga, allah hamein jannat dakhil karega, is ki wajah se hamein naik aur badon ki society milegi.</w:t>
      </w:r>
    </w:p>
    <w:p>
      <w:pPr>
        <w:jc w:val="right"/>
      </w:pPr>
      <w:r>
        <w:t>گا، اللہ ہمیں جنت داخل کرے گا، اس کی وجہ سے ہمیں نیک اور بدوں کی سوسائٹی ملے گی۔</w:t>
      </w:r>
    </w:p>
    <w:p>
      <w:r>
        <w:rPr>
          <w:b/>
        </w:rPr>
        <w:t xml:space="preserve">[30:14] </w:t>
      </w:r>
      <w:r>
        <w:t>agar aadmi ko allah ka darr na ho, jannat ka yaqeen na ho, aakhirat ka khauf na ho</w:t>
      </w:r>
    </w:p>
    <w:p>
      <w:pPr>
        <w:jc w:val="right"/>
      </w:pPr>
      <w:r>
        <w:t>اگر آدمی کو اللہ کا ڈر نہ ہو، جنت کا یقین نہ ہو، آخرت کا خوف نہ ہو</w:t>
      </w:r>
    </w:p>
    <w:p>
      <w:r>
        <w:rPr>
          <w:b/>
        </w:rPr>
        <w:t xml:space="preserve">[30:19] </w:t>
      </w:r>
      <w:r>
        <w:t>to aadmi kabhi bhi tazkiyah karega hi nahi.</w:t>
      </w:r>
    </w:p>
    <w:p>
      <w:pPr>
        <w:jc w:val="right"/>
      </w:pPr>
      <w:r>
        <w:t>تو آدمی کبھی بھی تزکیہ کرے گا ہی نہیں۔</w:t>
      </w:r>
    </w:p>
    <w:p>
      <w:r>
        <w:rPr>
          <w:b/>
        </w:rPr>
        <w:t xml:space="preserve">[30:25] </w:t>
      </w:r>
      <w:r>
        <w:t>tazkiyah hamesha hota hai ke aadmi ko allah par yaqeen ho, aakhirat par yaqeen ho, jannat par yaqeen</w:t>
      </w:r>
    </w:p>
    <w:p>
      <w:pPr>
        <w:jc w:val="right"/>
      </w:pPr>
      <w:r>
        <w:t>تزکیہ ہمیشہ ہوتا ہے کہ آدمی کو اللہ پر یقین ہو، آخرت پر یقین ہو، جنت پر یقین</w:t>
      </w:r>
    </w:p>
    <w:p>
      <w:r>
        <w:rPr>
          <w:b/>
        </w:rPr>
        <w:t xml:space="preserve">[30:30] </w:t>
      </w:r>
      <w:r>
        <w:t>ho, tabhi hota hai.</w:t>
      </w:r>
    </w:p>
    <w:p>
      <w:pPr>
        <w:jc w:val="right"/>
      </w:pPr>
      <w:r>
        <w:t>ہو، تبھی ہوتا ہے۔</w:t>
      </w:r>
    </w:p>
    <w:p>
      <w:r>
        <w:rPr>
          <w:b/>
        </w:rPr>
        <w:t xml:space="preserve">[30:36] </w:t>
      </w:r>
      <w:r>
        <w:t>to jar yahan hai, yaani tazkiyah ki jar jo hai, allah se talluq mein hai.</w:t>
      </w:r>
    </w:p>
    <w:p>
      <w:pPr>
        <w:jc w:val="right"/>
      </w:pPr>
      <w:r>
        <w:t>تو جڑ یہاں ہے، یعنی تزکیہ کی جڑ جو ہے، اللہ سے تعلق میں ہے۔</w:t>
      </w:r>
    </w:p>
    <w:p>
      <w:r>
        <w:rPr>
          <w:b/>
        </w:rPr>
        <w:t xml:space="preserve">[30:41] </w:t>
      </w:r>
      <w:r>
        <w:t>jitna talluq allah se hoga, utni zyada tazkiyah ka amal bhi hoga.</w:t>
      </w:r>
    </w:p>
    <w:p>
      <w:pPr>
        <w:jc w:val="right"/>
      </w:pPr>
      <w:r>
        <w:t>جتنا تعلق اللہ سے ہوگا، اتنی زیادہ تزکیہ کا عمل بھی ہوگا۔</w:t>
      </w:r>
    </w:p>
    <w:p>
      <w:r>
        <w:rPr>
          <w:b/>
        </w:rPr>
        <w:t xml:space="preserve">[30:47] </w:t>
      </w:r>
      <w:r>
        <w:t>مولانا صاحب، we would like to know that how can we develop this strong affection with God? دیکھیں،</w:t>
      </w:r>
    </w:p>
    <w:p>
      <w:pPr>
        <w:jc w:val="right"/>
      </w:pPr>
      <w:r>
        <w:t>مولانا صاحب، وی وڈ لائک ٹو نو دیٹ ہاؤ کین وی ڈویلپ دس سٹرونگ افیکشن ود گاڈ؟ دیکھیں،</w:t>
      </w:r>
    </w:p>
    <w:p>
      <w:r>
        <w:rPr>
          <w:b/>
        </w:rPr>
        <w:t xml:space="preserve">[30:53] </w:t>
      </w:r>
      <w:r>
        <w:t>mein to rozana kya karta hoon ke shaam ko mein bistar pe leita aur neend aa gayi to</w:t>
      </w:r>
    </w:p>
    <w:p>
      <w:pPr>
        <w:jc w:val="right"/>
      </w:pPr>
      <w:r>
        <w:t>میں تو روزانہ کیا کرتا ہوں کہ شام کو میں بستر پہ لیٹا اور نیند آ گئی تو</w:t>
      </w:r>
    </w:p>
    <w:p>
      <w:r>
        <w:rPr>
          <w:b/>
        </w:rPr>
        <w:t xml:space="preserve">[31:00] </w:t>
      </w:r>
      <w:r>
        <w:t>sochta hoon ke kaise yeh neend kaise aati hai.</w:t>
      </w:r>
    </w:p>
    <w:p>
      <w:pPr>
        <w:jc w:val="right"/>
      </w:pPr>
      <w:r>
        <w:t>سوچتا ہوں کہ کیسے یہ نیند کیسے آتی ہے۔</w:t>
      </w:r>
    </w:p>
    <w:p>
      <w:r>
        <w:rPr>
          <w:b/>
        </w:rPr>
        <w:t xml:space="preserve">[31:07] </w:t>
      </w:r>
      <w:r>
        <w:t>mere paas koi button to nahi, button daba do, neend aa gayi.</w:t>
      </w:r>
    </w:p>
    <w:p>
      <w:pPr>
        <w:jc w:val="right"/>
      </w:pPr>
      <w:r>
        <w:t>میرے پاس کوئی بٹن تو نہیں، بٹن دبا دو، نیند آ گئی۔</w:t>
      </w:r>
    </w:p>
    <w:p>
      <w:r>
        <w:rPr>
          <w:b/>
        </w:rPr>
        <w:t xml:space="preserve">[31:14] </w:t>
      </w:r>
      <w:r>
        <w:t>to allah ki bohat bari nemat hai ke aap ko neend aati hai ke din bhar ki thakaan</w:t>
      </w:r>
    </w:p>
    <w:p>
      <w:pPr>
        <w:jc w:val="right"/>
      </w:pPr>
      <w:r>
        <w:t>تو اللہ کی بہت بڑی نعمت ہے کہ آپ کو نیند آتی ہے کہ دن بھر کی تھکان</w:t>
      </w:r>
    </w:p>
    <w:p>
      <w:r>
        <w:rPr>
          <w:b/>
        </w:rPr>
        <w:t xml:space="preserve">[31:21] </w:t>
      </w:r>
      <w:r>
        <w:t>door kar lete hain, hum fresh uthte hain subah ko.</w:t>
      </w:r>
    </w:p>
    <w:p>
      <w:pPr>
        <w:jc w:val="right"/>
      </w:pPr>
      <w:r>
        <w:t>دور کر لیتے ہیں، ہم فریش اٹھتے ہیں صبح کو۔</w:t>
      </w:r>
    </w:p>
    <w:p>
      <w:r>
        <w:rPr>
          <w:b/>
        </w:rPr>
        <w:t xml:space="preserve">[31:28] </w:t>
      </w:r>
      <w:r>
        <w:t>yeh yeh yeh jab sochte hain to allah se mohabbat paida hoti hai.</w:t>
      </w:r>
    </w:p>
    <w:p>
      <w:pPr>
        <w:jc w:val="right"/>
      </w:pPr>
      <w:r>
        <w:t>یہ یہ یہ جب سوچتے ہیں تو اللہ سے محبت پیدا ہوتی ہے۔</w:t>
      </w:r>
    </w:p>
    <w:p>
      <w:r>
        <w:rPr>
          <w:b/>
        </w:rPr>
        <w:t xml:space="preserve">[31:35] </w:t>
      </w:r>
      <w:r>
        <w:t>phir subah ko uth kar jab hum bahar aate hain, dekhte hain suraj nikal raha hai, hawaein chal</w:t>
      </w:r>
    </w:p>
    <w:p>
      <w:pPr>
        <w:jc w:val="right"/>
      </w:pPr>
      <w:r>
        <w:t>پھر صبح کو اٹھ کر جب ہم باہر آتے ہیں، دیکھتے ہیں سورج نکل رہا ہے، ہوائیں چل</w:t>
      </w:r>
    </w:p>
    <w:p>
      <w:r>
        <w:rPr>
          <w:b/>
        </w:rPr>
        <w:t xml:space="preserve">[31:42] </w:t>
      </w:r>
      <w:r>
        <w:t>rahi hain to phir woh khayal aata hai ke dekho, allah ne agar suraj na banaya hota to</w:t>
      </w:r>
    </w:p>
    <w:p>
      <w:pPr>
        <w:jc w:val="right"/>
      </w:pPr>
      <w:r>
        <w:t>رہی ہیں تو پھر وہ خیال آتا ہے کہ دیکھو، اللہ نے اگر سورج نہ بنایا ہوتا تو</w:t>
      </w:r>
    </w:p>
    <w:p>
      <w:r>
        <w:rPr>
          <w:b/>
        </w:rPr>
        <w:t xml:space="preserve">[31:49] </w:t>
      </w:r>
      <w:r>
        <w:t>hum andhere mein bhatakte.</w:t>
      </w:r>
    </w:p>
    <w:p>
      <w:pPr>
        <w:jc w:val="right"/>
      </w:pPr>
      <w:r>
        <w:t>ہم اندھیرے میں بھٹکتے۔</w:t>
      </w:r>
    </w:p>
    <w:p>
      <w:r>
        <w:rPr>
          <w:b/>
        </w:rPr>
        <w:t xml:space="preserve">[31:55] </w:t>
      </w:r>
      <w:r>
        <w:t>to qat'an talluq paida hota hai allah taala se ke aankh rakhte hue bhi hum andhere mein bhatakte hain.</w:t>
      </w:r>
    </w:p>
    <w:p>
      <w:pPr>
        <w:jc w:val="right"/>
      </w:pPr>
      <w:r>
        <w:t>تو قطعاً تعلق پیدا ہوتا ہے اللہ تعالیٰ سے کہ آنکھ رکھتے ہوئے بھی ہم اندھیرے میں بھٹکتے ہیں۔</w:t>
      </w:r>
    </w:p>
    <w:p>
      <w:r>
        <w:rPr>
          <w:b/>
        </w:rPr>
        <w:t xml:space="preserve">[32:02] </w:t>
      </w:r>
      <w:r>
        <w:t>phir hum sochte hain ke hawaein chal rahi hain, oxygen supply ho raha hai to allah se kitni</w:t>
      </w:r>
    </w:p>
    <w:p>
      <w:pPr>
        <w:jc w:val="right"/>
      </w:pPr>
      <w:r>
        <w:t>پھر ہم سوچتے ہیں کہ ہوائیں چل رہی ہیں، آکسیجن سپلائی ہو رہا ہے تو اللہ سے کتنی</w:t>
      </w:r>
    </w:p>
    <w:p>
      <w:r>
        <w:rPr>
          <w:b/>
        </w:rPr>
        <w:t xml:space="preserve">[32:09] </w:t>
      </w:r>
      <w:r>
        <w:t>zyada mohabbat paida hoti hai ke agar oxygen ki supply ka nizam na ho to hum zindah nahi reh sakte.</w:t>
      </w:r>
    </w:p>
    <w:p>
      <w:pPr>
        <w:jc w:val="right"/>
      </w:pPr>
      <w:r>
        <w:t>زیادہ محبت پیدا ہوتی ہے کہ اگر آکسیجن کی سپلائی کا نظام نہ ہو تو ہم زندہ نہیں رہ سکتے۔</w:t>
      </w:r>
    </w:p>
    <w:p>
      <w:r>
        <w:rPr>
          <w:b/>
        </w:rPr>
        <w:t xml:space="preserve">[32:16] </w:t>
      </w:r>
      <w:r>
        <w:t>jo zameen hai, soil, us se ghale paida ho rahe hain to kitna zyada ek talluq barhta hai</w:t>
      </w:r>
    </w:p>
    <w:p>
      <w:pPr>
        <w:jc w:val="right"/>
      </w:pPr>
      <w:r>
        <w:t>جو زمین ہے، سوائل، اس سے غلے پیدا ہو رہے ہیں تو کتنا زیادہ ایک تعلق بڑھتا ہے</w:t>
      </w:r>
    </w:p>
    <w:p>
      <w:r>
        <w:rPr>
          <w:b/>
        </w:rPr>
        <w:t xml:space="preserve">[32:23] </w:t>
      </w:r>
      <w:r>
        <w:t>allah se ke kitna meherban hai khuda ke mere liye sab kuch paida kar diya.</w:t>
      </w:r>
    </w:p>
    <w:p>
      <w:pPr>
        <w:jc w:val="right"/>
      </w:pPr>
      <w:r>
        <w:t>اللہ سے کہ کتنا مہربان ہے خدا کہ میرے لیے سب کچھ پیدا کر دیا۔</w:t>
      </w:r>
    </w:p>
    <w:p>
      <w:r>
        <w:rPr>
          <w:b/>
        </w:rPr>
        <w:t xml:space="preserve">[32:30] </w:t>
      </w:r>
      <w:r>
        <w:t>to raat din hum Allah ki rehmaton mein jeete hain, raat din hum Allah ki blessing mein jeete</w:t>
      </w:r>
    </w:p>
    <w:p>
      <w:pPr>
        <w:jc w:val="right"/>
      </w:pPr>
      <w:r>
        <w:t>تو رات دن ہم اللہ کی رحمتوں میں جیتے ہیں، رات دن ہم اللہ کی بلیسنگ میں جیتے</w:t>
      </w:r>
    </w:p>
    <w:p>
      <w:r>
        <w:rPr>
          <w:b/>
        </w:rPr>
        <w:t xml:space="preserve">[32:37] </w:t>
      </w:r>
      <w:r>
        <w:t>hain, raat din hum hum Allah ki enayaat mein jeete hain.</w:t>
      </w:r>
    </w:p>
    <w:p>
      <w:pPr>
        <w:jc w:val="right"/>
      </w:pPr>
      <w:r>
        <w:t>ہیں، رات دن ہم ہم اللہ کی عنایات میں جیتے ہیں۔</w:t>
      </w:r>
    </w:p>
    <w:p>
      <w:r>
        <w:rPr>
          <w:b/>
        </w:rPr>
        <w:t xml:space="preserve">[32:44] </w:t>
      </w:r>
      <w:r>
        <w:t>jitna is ko sochen ge, utni Allah se mohabbat aaye gi.</w:t>
      </w:r>
    </w:p>
    <w:p>
      <w:pPr>
        <w:jc w:val="right"/>
      </w:pPr>
      <w:r>
        <w:t>جتنا اس کو سوچیں گے، اتنی اللہ سے محبت آئے گی۔</w:t>
      </w:r>
    </w:p>
    <w:p>
      <w:r>
        <w:rPr>
          <w:b/>
        </w:rPr>
        <w:t xml:space="preserve">[32:51] </w:t>
      </w:r>
      <w:r>
        <w:t>jitna Allah se mohabbat aaye gi, utni sari sifatain paida hoti chali jayen gi.</w:t>
      </w:r>
    </w:p>
    <w:p>
      <w:pPr>
        <w:jc w:val="right"/>
      </w:pPr>
      <w:r>
        <w:t>جتنا اللہ سے محبت آئے گی، اتنی ساری صفتیں پیدا ہوتی چلی جائیں گی۔</w:t>
      </w:r>
    </w:p>
    <w:p>
      <w:r>
        <w:rPr>
          <w:b/>
        </w:rPr>
        <w:t xml:space="preserve">[32:58] </w:t>
      </w:r>
      <w:r>
        <w:t>Maulana sahib, you just now mentioned in one of your answers that tazkiya is not a mysterious thing. In fact, in one of your articles, you had written the meaning of tazkiya as training of the mind. Can you elaborate what did you mean by training of the mind?</w:t>
      </w:r>
    </w:p>
    <w:p>
      <w:pPr>
        <w:jc w:val="right"/>
      </w:pPr>
      <w:r>
        <w:t>مولانا صاحب، یو جسٹ ناو مینشن ان ون آف یور آنسرز دیٹ تزکیہ از ناٹ اے مسٹیریس تھنگ۔ ان فیکٹ، ان ون آف یور آرٹیکلز، یو ہیڈ ریٹن دا میننگ آف تزکیہ ایز ٹریننگ آف دا مائنڈ۔ کین یو ایلیبریٹ واٹ ڈیڈ یو مین بائے ٹریننگ آف دا مائنڈ؟</w:t>
      </w:r>
    </w:p>
    <w:p>
      <w:r>
        <w:rPr>
          <w:b/>
        </w:rPr>
        <w:t xml:space="preserve">[33:15] </w:t>
      </w:r>
      <w:r>
        <w:t>yahi hai jo abhi mein ne kaha, yahi trend karna hai.</w:t>
      </w:r>
    </w:p>
    <w:p>
      <w:pPr>
        <w:jc w:val="right"/>
      </w:pPr>
      <w:r>
        <w:t>یہی ہے جو ابھی میں نے کہا، یہی ٹرینڈ کرنا ہے۔</w:t>
      </w:r>
    </w:p>
    <w:p>
      <w:r>
        <w:rPr>
          <w:b/>
        </w:rPr>
        <w:t xml:space="preserve">[33:20] </w:t>
      </w:r>
      <w:r>
        <w:t>yani training hoti hai through thinking, soch ke zariye se.</w:t>
      </w:r>
    </w:p>
    <w:p>
      <w:pPr>
        <w:jc w:val="right"/>
      </w:pPr>
      <w:r>
        <w:t>یعنی ٹریننگ ہوتی ہے تھرو تھنکنگ، سوچ کے ذریعے سے۔</w:t>
      </w:r>
    </w:p>
    <w:p>
      <w:r>
        <w:rPr>
          <w:b/>
        </w:rPr>
        <w:t xml:space="preserve">[33:26] </w:t>
      </w:r>
      <w:r>
        <w:t>mind jo hai, is ko aap feed karna parta hai aap ko.</w:t>
      </w:r>
    </w:p>
    <w:p>
      <w:pPr>
        <w:jc w:val="right"/>
      </w:pPr>
      <w:r>
        <w:t>مائنڈ جو ہے، اس کو آپ فیڈ کرنا پڑتا ہے آپ کو۔</w:t>
      </w:r>
    </w:p>
    <w:p>
      <w:r>
        <w:rPr>
          <w:b/>
        </w:rPr>
        <w:t xml:space="preserve">[33:32] </w:t>
      </w:r>
      <w:r>
        <w:t>jis tarah aap computer mein feed karte hain, aise mind mein feed karna parta hai ke dekho, kitna</w:t>
      </w:r>
    </w:p>
    <w:p>
      <w:pPr>
        <w:jc w:val="right"/>
      </w:pPr>
      <w:r>
        <w:t>جس طرح آپ کمپیوٹر میں فیڈ کرتے ہیں، ایسے مائنڈ میں فیڈ کرنا پڑتا ہے کہ دیکھو، کتنا</w:t>
      </w:r>
    </w:p>
    <w:p>
      <w:r>
        <w:rPr>
          <w:b/>
        </w:rPr>
        <w:t xml:space="preserve">[33:37] </w:t>
      </w:r>
      <w:r>
        <w:t>meherban hai Allah ke raat ko humein neend taari kar di, hamare upar hum so gaye aur din</w:t>
      </w:r>
    </w:p>
    <w:p>
      <w:pPr>
        <w:jc w:val="right"/>
      </w:pPr>
      <w:r>
        <w:t>مہربان ہے اللہ کہ رات کو ہمیں نیند طاری کر دی، ہمارے اوپر ہم سو گئے اور دن</w:t>
      </w:r>
    </w:p>
    <w:p>
      <w:r>
        <w:rPr>
          <w:b/>
        </w:rPr>
        <w:t xml:space="preserve">[33:43] </w:t>
      </w:r>
      <w:r>
        <w:t>bhar ki thakan door ho gayi.</w:t>
      </w:r>
    </w:p>
    <w:p>
      <w:pPr>
        <w:jc w:val="right"/>
      </w:pPr>
      <w:r>
        <w:t>بھر کی تھکان دور ہو گئی۔</w:t>
      </w:r>
    </w:p>
    <w:p>
      <w:r>
        <w:rPr>
          <w:b/>
        </w:rPr>
        <w:t xml:space="preserve">[33:49] </w:t>
      </w:r>
      <w:r>
        <w:t>phir mind mein daalna parta hai ke dekho, Allah kitna meherban hai ke suraj nikaal diya, hum ko</w:t>
      </w:r>
    </w:p>
    <w:p>
      <w:pPr>
        <w:jc w:val="right"/>
      </w:pPr>
      <w:r>
        <w:t>پھر مائنڈ میں ڈالنا پڑتا ہے کہ دیکھو، اللہ کتنا مہربان ہے کہ سورج نکال دیا، ہم کو</w:t>
      </w:r>
    </w:p>
    <w:p>
      <w:r>
        <w:rPr>
          <w:b/>
        </w:rPr>
        <w:t xml:space="preserve">[33:54] </w:t>
      </w:r>
      <w:r>
        <w:t>roshni mil rahi hai.</w:t>
      </w:r>
    </w:p>
    <w:p>
      <w:pPr>
        <w:jc w:val="right"/>
      </w:pPr>
      <w:r>
        <w:t>روشنی مل رہی ہے۔</w:t>
      </w:r>
    </w:p>
    <w:p>
      <w:r>
        <w:rPr>
          <w:b/>
        </w:rPr>
        <w:t xml:space="preserve">[34:00] </w:t>
      </w:r>
      <w:r>
        <w:t>agar roshni na hoti to kya karte hain hum? to aap ko aap mind mein feed karna parta</w:t>
      </w:r>
    </w:p>
    <w:p>
      <w:pPr>
        <w:jc w:val="right"/>
      </w:pPr>
      <w:r>
        <w:t>اگر روشنی نہ ہوتی تو کیا کرتے ہیں ہم؟ تو آپ کو آپ مائنڈ میں فیڈ کرنا پڑتا</w:t>
      </w:r>
    </w:p>
    <w:p>
      <w:r>
        <w:rPr>
          <w:b/>
        </w:rPr>
        <w:t xml:space="preserve">[34:06] </w:t>
      </w:r>
      <w:r>
        <w:t>hai ke kis tarah se darakhton ke zariye photo synthesis ka ek amal hota hai, process, is se</w:t>
      </w:r>
    </w:p>
    <w:p>
      <w:pPr>
        <w:jc w:val="right"/>
      </w:pPr>
      <w:r>
        <w:t>ہے کہ کس طرح سے درختوں کے ذریعے فوٹو سسٹیسز کا ایک عمل ہوتا ہے، پروسیس، اس سے</w:t>
      </w:r>
    </w:p>
    <w:p>
      <w:r>
        <w:rPr>
          <w:b/>
        </w:rPr>
        <w:t xml:space="preserve">[34:11] </w:t>
      </w:r>
      <w:r>
        <w:t>wo paida hota hai.</w:t>
      </w:r>
    </w:p>
    <w:p>
      <w:pPr>
        <w:jc w:val="right"/>
      </w:pPr>
      <w:r>
        <w:t>وہ پیدا ہوتا ہے۔</w:t>
      </w:r>
    </w:p>
    <w:p>
      <w:r>
        <w:rPr>
          <w:b/>
        </w:rPr>
        <w:t xml:space="preserve">[34:17] </w:t>
      </w:r>
      <w:r>
        <w:t>ye oxygen, hawa chal rahi hai.</w:t>
      </w:r>
    </w:p>
    <w:p>
      <w:pPr>
        <w:jc w:val="right"/>
      </w:pPr>
      <w:r>
        <w:t>یہ آکسیجن، ہوا چل رہی ہے۔</w:t>
      </w:r>
    </w:p>
    <w:p>
      <w:r>
        <w:rPr>
          <w:b/>
        </w:rPr>
        <w:t xml:space="preserve">[34:23] </w:t>
      </w:r>
      <w:r>
        <w:t>agar hawa na chale, hamari awaaz aap tak pohnche gi nahin.</w:t>
      </w:r>
    </w:p>
    <w:p>
      <w:pPr>
        <w:jc w:val="right"/>
      </w:pPr>
      <w:r>
        <w:t>اگر ہوا نہ چلے، ہماری آواز آپ تک پہنچے گی نہیں۔</w:t>
      </w:r>
    </w:p>
    <w:p>
      <w:r>
        <w:rPr>
          <w:b/>
        </w:rPr>
        <w:t xml:space="preserve">[34:28] </w:t>
      </w:r>
      <w:r>
        <w:t>hawa hamari awaaz ko aap tak pohnchaati hai, hamare bol ko.</w:t>
      </w:r>
    </w:p>
    <w:p>
      <w:pPr>
        <w:jc w:val="right"/>
      </w:pPr>
      <w:r>
        <w:t>ہوا ہماری آواز کو آپ تک پہنچاتی ہے، ہمارے بول کو۔</w:t>
      </w:r>
    </w:p>
    <w:p>
      <w:r>
        <w:rPr>
          <w:b/>
        </w:rPr>
        <w:t xml:space="preserve">[34:34] </w:t>
      </w:r>
      <w:r>
        <w:t>hawa jo hai, hamare bol ko aap tak pohnchaati hai.</w:t>
      </w:r>
    </w:p>
    <w:p>
      <w:pPr>
        <w:jc w:val="right"/>
      </w:pPr>
      <w:r>
        <w:t>ہوا جو ہے، ہمارے بول کو آپ تک پہنچاتی ہے۔</w:t>
      </w:r>
    </w:p>
    <w:p>
      <w:r>
        <w:rPr>
          <w:b/>
        </w:rPr>
        <w:t xml:space="preserve">[34:40] </w:t>
      </w:r>
      <w:r>
        <w:t>yani billion, trillion isi tarah ke item hain, wo aap ko mind mein feed karna parta hai taake</w:t>
      </w:r>
    </w:p>
    <w:p>
      <w:pPr>
        <w:jc w:val="right"/>
      </w:pPr>
      <w:r>
        <w:t>یعنی بلین، ٹریلین اسی طرح کے آئٹم ہیں، وہ آپ کو مائنڈ میں فیڈ کرنا پڑتا ہے تاکہ</w:t>
      </w:r>
    </w:p>
    <w:p>
      <w:r>
        <w:rPr>
          <w:b/>
        </w:rPr>
        <w:t xml:space="preserve">[34:45] </w:t>
      </w:r>
      <w:r>
        <w:t>mind ke andar positive thinking aaye, shukr wali soch aaye, nafrat ka jazba khatam ho jaye.</w:t>
      </w:r>
    </w:p>
    <w:p>
      <w:pPr>
        <w:jc w:val="right"/>
      </w:pPr>
      <w:r>
        <w:t>مائنڈ کے اندر پازیٹیو تھنکنگ آئے، شکر والی سوچ آئے، نفرت کا جذبہ ختم ہو جائے۔</w:t>
      </w:r>
    </w:p>
    <w:p>
      <w:r>
        <w:rPr>
          <w:b/>
        </w:rPr>
        <w:t xml:space="preserve">[34:51] </w:t>
      </w:r>
      <w:r>
        <w:t>to jis tarah se computer ka feed kiya jata hai, aise mind ko aap rozana aap ko feed</w:t>
      </w:r>
    </w:p>
    <w:p>
      <w:pPr>
        <w:jc w:val="right"/>
      </w:pPr>
      <w:r>
        <w:t>تو جس طرح سے کمپیوٹر کا فیڈ کیا جاتا ہے، ایسے مائنڈ کو آپ روزانہ آپ کو فیڈ</w:t>
      </w:r>
    </w:p>
    <w:p>
      <w:r>
        <w:rPr>
          <w:b/>
        </w:rPr>
        <w:t xml:space="preserve">[34:57] </w:t>
      </w:r>
      <w:r>
        <w:t>karna chahiye, rozana, daily, tab ja kar aap ke andar wo personality banegi.</w:t>
      </w:r>
    </w:p>
    <w:p>
      <w:pPr>
        <w:jc w:val="right"/>
      </w:pPr>
      <w:r>
        <w:t>کرنا چاہیے، روزانہ، ڈیلی، تب جا کر آپ کے اندر وہ پرسنیلٹی بنے گی۔</w:t>
      </w:r>
    </w:p>
    <w:p>
      <w:r>
        <w:rPr>
          <w:b/>
        </w:rPr>
        <w:t xml:space="preserve">[35:03] </w:t>
      </w:r>
      <w:r>
        <w:t>molana, this question has come from khwaja kaleemuddin sahib from pennsylvania, usa, and he wants to know from you that what is the role of a guide in self purification?</w:t>
      </w:r>
    </w:p>
    <w:p>
      <w:pPr>
        <w:jc w:val="right"/>
      </w:pPr>
      <w:r>
        <w:t>مولانا، دس کوئسچن ہیز کم فرام خواجہ کلیم الدین صاحب فرام پینسلوینیا، یو ایس اے، اینڈ ہی وانٹس ٹو نو فرام یو دیٹ واٹ از دا رول آف اے گائیڈ ان سیلف پیوریفیکیشن؟</w:t>
      </w:r>
    </w:p>
    <w:p>
      <w:r>
        <w:rPr>
          <w:b/>
        </w:rPr>
        <w:t xml:space="preserve">[35:17] </w:t>
      </w:r>
      <w:r>
        <w:t>dekhiye, insaan ko do mein se ek ka option hai: ya to khud mehnat kar ke wo marifat</w:t>
      </w:r>
    </w:p>
    <w:p>
      <w:pPr>
        <w:jc w:val="right"/>
      </w:pPr>
      <w:r>
        <w:t>دیکھیے، انسان کو دو میں سے ایک کا آپشن ہے: یا تو خود محنت کر کے وہ معرفت</w:t>
      </w:r>
    </w:p>
    <w:p>
      <w:r>
        <w:rPr>
          <w:b/>
        </w:rPr>
        <w:t xml:space="preserve">[35:23] </w:t>
      </w:r>
      <w:r>
        <w:t>haasil kare, bohat study kare, bohat soche, nahin to kisi kisi ko murshid bana le, guide bana le.</w:t>
      </w:r>
    </w:p>
    <w:p>
      <w:pPr>
        <w:jc w:val="right"/>
      </w:pPr>
      <w:r>
        <w:t>حاصل کرے، بہت اسٹڈی کرے، بہت سوچے، نہیں تو کسی کسی کو مرشد بنا لے، گائیڈ بنا لے۔</w:t>
      </w:r>
    </w:p>
    <w:p>
      <w:r>
        <w:rPr>
          <w:b/>
        </w:rPr>
        <w:t xml:space="preserve">[35:29] </w:t>
      </w:r>
      <w:r>
        <w:t>agar aisa kare aadmi ke na to khud study kare, na to khud soche, aur na kisi ko</w:t>
      </w:r>
    </w:p>
    <w:p>
      <w:pPr>
        <w:jc w:val="right"/>
      </w:pPr>
      <w:r>
        <w:t>اگر ایسا کرے آدمی کہ نہ تو خود اسٹڈی کرے، نہ تو خود سوچے، اور نہ کسی کو</w:t>
      </w:r>
    </w:p>
    <w:p>
      <w:r>
        <w:rPr>
          <w:b/>
        </w:rPr>
        <w:t xml:space="preserve">[35:36] </w:t>
      </w:r>
      <w:r>
        <w:t>murshid banaye, to aadmi bhaag bhaag jayega.</w:t>
      </w:r>
    </w:p>
    <w:p>
      <w:pPr>
        <w:jc w:val="right"/>
      </w:pPr>
      <w:r>
        <w:t>مرشد بنائے، تو آدمی بھاگ بھاگ جائے گا۔</w:t>
      </w:r>
    </w:p>
    <w:p>
      <w:r>
        <w:rPr>
          <w:b/>
        </w:rPr>
        <w:t xml:space="preserve">[35:42] </w:t>
      </w:r>
      <w:r>
        <w:t>do mein se ek kaam karna padta hai aadmi ko: ya to bahut zyada sochna, study karna, aur</w:t>
      </w:r>
    </w:p>
    <w:p>
      <w:pPr>
        <w:jc w:val="right"/>
      </w:pPr>
      <w:r>
        <w:t>دو میں سے ایک کام کرنا پڑتا ہے آدمی کو: یا تو بہت زیادہ سوچنا، اسٹڈی کرنا، اور</w:t>
      </w:r>
    </w:p>
    <w:p>
      <w:r>
        <w:rPr>
          <w:b/>
        </w:rPr>
        <w:t xml:space="preserve">[35:49] </w:t>
      </w:r>
      <w:r>
        <w:t>apne mind ko tayyar karna, is ke liye bharpoor mehnat karna, nahi to phir kisi aise aadmi ko</w:t>
      </w:r>
    </w:p>
    <w:p>
      <w:pPr>
        <w:jc w:val="right"/>
      </w:pPr>
      <w:r>
        <w:t>اپنے مائنڈ کو تیار کرنا، اس کے لیے بھرپور محنت کرنا، نہیں تو پھر کسی ایسے آدمی کو</w:t>
      </w:r>
    </w:p>
    <w:p>
      <w:r>
        <w:rPr>
          <w:b/>
        </w:rPr>
        <w:t xml:space="preserve">[35:55] </w:t>
      </w:r>
      <w:r>
        <w:t>jis par is ko aitmad ho ke aadmi sahi aadmi hai, us ko aap murshid bana len, apne</w:t>
      </w:r>
    </w:p>
    <w:p>
      <w:pPr>
        <w:jc w:val="right"/>
      </w:pPr>
      <w:r>
        <w:t>جس پر اس کو اعتماد ہو کہ آدمی صحیح آدمی ہے، اس کو آپ مرشد بنا لیں، اپنے</w:t>
      </w:r>
    </w:p>
    <w:p>
      <w:r>
        <w:rPr>
          <w:b/>
        </w:rPr>
        <w:t xml:space="preserve">[36:02] </w:t>
      </w:r>
      <w:r>
        <w:t>guide bana len.</w:t>
      </w:r>
    </w:p>
    <w:p>
      <w:pPr>
        <w:jc w:val="right"/>
      </w:pPr>
      <w:r>
        <w:t>گائیڈ بنا لیں۔</w:t>
      </w:r>
    </w:p>
    <w:p>
      <w:r>
        <w:rPr>
          <w:b/>
        </w:rPr>
        <w:t xml:space="preserve">[36:08] </w:t>
      </w:r>
      <w:r>
        <w:t>There is no third option, yeh toh karna hi padega aapko.</w:t>
      </w:r>
    </w:p>
    <w:p>
      <w:pPr>
        <w:jc w:val="right"/>
      </w:pPr>
      <w:r>
        <w:t>دیر از نو تھرڈ آپشن، یہ تو کرنا ہی پڑے گا آپ کو۔</w:t>
      </w:r>
    </w:p>
    <w:p>
      <w:r>
        <w:rPr>
          <w:b/>
        </w:rPr>
        <w:t xml:space="preserve">[36:15] </w:t>
      </w:r>
      <w:r>
        <w:t>ya to khud apna waqt lagaiye, nahi to kisi par trust kijiye.</w:t>
      </w:r>
    </w:p>
    <w:p>
      <w:pPr>
        <w:jc w:val="right"/>
      </w:pPr>
      <w:r>
        <w:t>یا تو خود اپنا وقت لگائیے، نہیں تو کسی پر ٹرسٹ کیجئے۔</w:t>
      </w:r>
    </w:p>
    <w:p>
      <w:r>
        <w:rPr>
          <w:b/>
        </w:rPr>
        <w:t xml:space="preserve">[36:21] </w:t>
      </w:r>
      <w:r>
        <w:t>There is no third option in this regard.</w:t>
      </w:r>
    </w:p>
    <w:p>
      <w:pPr>
        <w:jc w:val="right"/>
      </w:pPr>
      <w:r>
        <w:t>دیر از نو تھرڈ آپشن ان دس ریگارڈ۔</w:t>
      </w:r>
    </w:p>
    <w:p>
      <w:r>
        <w:rPr>
          <w:b/>
        </w:rPr>
        <w:t xml:space="preserve">[36:28] </w:t>
      </w:r>
      <w:r>
        <w:t>molana, anader question we have received just now from mr. ammar, and he wants to know from you that can purification of soul be done without the guidance of prophet?</w:t>
      </w:r>
    </w:p>
    <w:p>
      <w:pPr>
        <w:jc w:val="right"/>
      </w:pPr>
      <w:r>
        <w:t>مولانا، انادر کوئسچن وی ہیو ریسیوڈ جسٹ ناو فرام مسٹر عمار، اینڈ ہی وانٹس ٹو نو فرام یو دیٹ کین پیوریفیکیشن آف سول بی ڈن ودا آؤٹ دی گائیڈنس آف پرافٹ؟</w:t>
      </w:r>
    </w:p>
    <w:p>
      <w:r>
        <w:rPr>
          <w:b/>
        </w:rPr>
        <w:t xml:space="preserve">[36:42] </w:t>
      </w:r>
      <w:r>
        <w:t>nahi, baghair guidance ke kaise ho sakta hai? Sari hadithain jo hum ko guide karti hain, Quran guide karta hai.</w:t>
      </w:r>
    </w:p>
    <w:p>
      <w:pPr>
        <w:jc w:val="right"/>
      </w:pPr>
      <w:r>
        <w:t>نہیں، بغیر گائیڈنس کے کیسے ہو سکتا ہے؟ ساری حدیثیں جو ہم کو گائیڈ کرتی ہیں، قرآن گائیڈ کرتا ہے۔</w:t>
      </w:r>
    </w:p>
    <w:p>
      <w:r>
        <w:rPr>
          <w:b/>
        </w:rPr>
        <w:t xml:space="preserve">[36:48] </w:t>
      </w:r>
      <w:r>
        <w:t>yeh to yeh to zaroor, yeh to mumkin nahi hai ke aap rasool ko na manen, Quran ko</w:t>
      </w:r>
    </w:p>
    <w:p>
      <w:pPr>
        <w:jc w:val="right"/>
      </w:pPr>
      <w:r>
        <w:t>یہ تو یہ تو ضرور، یہ تو ممکن نہیں ہے کہ آپ رسول کو نہ مانیں، قرآن کو</w:t>
      </w:r>
    </w:p>
    <w:p>
      <w:r>
        <w:rPr>
          <w:b/>
        </w:rPr>
        <w:t xml:space="preserve">[36:55] </w:t>
      </w:r>
      <w:r>
        <w:t>na manen, aur phir aap apna tazkiya bhi kar kar len.</w:t>
      </w:r>
    </w:p>
    <w:p>
      <w:pPr>
        <w:jc w:val="right"/>
      </w:pPr>
      <w:r>
        <w:t>نہ مانیں، اور پھر آپ اپنا تزکیہ بھی کر کر لیں۔</w:t>
      </w:r>
    </w:p>
    <w:p>
      <w:r>
        <w:rPr>
          <w:b/>
        </w:rPr>
        <w:t xml:space="preserve">[37:01] </w:t>
      </w:r>
      <w:r>
        <w:t>aisa nahi ho sakta.</w:t>
      </w:r>
    </w:p>
    <w:p>
      <w:pPr>
        <w:jc w:val="right"/>
      </w:pPr>
      <w:r>
        <w:t>ایسا نہیں ہو سکتا۔</w:t>
      </w:r>
    </w:p>
    <w:p>
      <w:r>
        <w:rPr>
          <w:b/>
        </w:rPr>
        <w:t xml:space="preserve">[37:08] </w:t>
      </w:r>
      <w:r>
        <w:t>aap ko Quran ko manna padta hai, rasool ko manna padta hai, Quran o hadith se rehnumai leni padti hai.</w:t>
      </w:r>
    </w:p>
    <w:p>
      <w:pPr>
        <w:jc w:val="right"/>
      </w:pPr>
      <w:r>
        <w:t>آپ کو قرآن کو ماننا پڑتا ہے، رسول کو ماننا پڑتا ہے، قرآن و حدیث سے رہنمائی لینی پڑتی ہے۔</w:t>
      </w:r>
    </w:p>
    <w:p>
      <w:r>
        <w:rPr>
          <w:b/>
        </w:rPr>
        <w:t xml:space="preserve">[37:14] </w:t>
      </w:r>
      <w:r>
        <w:t>tab aisa hota hai ke aap aap aadmi ko madadgar shakhsiyat banayen, aur koi soch, aur koi option</w:t>
      </w:r>
    </w:p>
    <w:p>
      <w:pPr>
        <w:jc w:val="right"/>
      </w:pPr>
      <w:r>
        <w:t>تب ایسا ہوتا ہے کہ آپ آپ آدمی کو مددگار شخصیت بنائیں، اور کوئی سوچ، اور کوئی آپشن</w:t>
      </w:r>
    </w:p>
    <w:p>
      <w:r>
        <w:rPr>
          <w:b/>
        </w:rPr>
        <w:t xml:space="preserve">[37:21] </w:t>
      </w:r>
      <w:r>
        <w:t>nahi is mamle mein.</w:t>
      </w:r>
    </w:p>
    <w:p>
      <w:pPr>
        <w:jc w:val="right"/>
      </w:pPr>
      <w:r>
        <w:t>نہیں اس معاملے میں۔</w:t>
      </w:r>
    </w:p>
    <w:p>
      <w:r>
        <w:rPr>
          <w:b/>
        </w:rPr>
        <w:t xml:space="preserve">[37:28] </w:t>
      </w:r>
      <w:r>
        <w:t>Maulana sahib, one of the natural questions that comes in everyone's mind is that whether I am lacking in tazkiya in any way. So is there any way that one can find out whether one is lacking in tazkiya or not? How can one find out that?</w:t>
      </w:r>
    </w:p>
    <w:p>
      <w:pPr>
        <w:jc w:val="right"/>
      </w:pPr>
      <w:r>
        <w:t>مولانا صاحب، ون آف دی نیچرل کوئسچن دیٹ کمز ان ایوری ونز مائنڈ از دیٹ ویدر آئی ایم لیکنگ ان تزکیہ ان اینی وے۔ سو از دیر اینی وے دیٹ ون کین فائنڈ آؤٹ ویدر ون از لیکنگ ان تزکیہ اور ناٹ؟ ہاؤ کین ون فائنڈ آؤٹ دیٹ؟</w:t>
      </w:r>
    </w:p>
    <w:p>
      <w:r>
        <w:rPr>
          <w:b/>
        </w:rPr>
        <w:t xml:space="preserve">[37:45] </w:t>
      </w:r>
      <w:r>
        <w:t>dekhiye, khud se aadmi yaqeen nahi kar sakta ke main mazhab ka shakhsiyat ban gayi hoon.</w:t>
      </w:r>
    </w:p>
    <w:p>
      <w:pPr>
        <w:jc w:val="right"/>
      </w:pPr>
      <w:r>
        <w:t>دیکھیے، خود سے آدمی یقین نہیں کر سکتا کہ میں مذہب کا شخصیت بن گئی ہوں۔</w:t>
      </w:r>
    </w:p>
    <w:p>
      <w:r>
        <w:rPr>
          <w:b/>
        </w:rPr>
        <w:t xml:space="preserve">[37:50] </w:t>
      </w:r>
      <w:r>
        <w:t>meri yeh possible nahi.</w:t>
      </w:r>
    </w:p>
    <w:p>
      <w:pPr>
        <w:jc w:val="right"/>
      </w:pPr>
      <w:r>
        <w:t>میری یہ پاسیبل نہیں۔</w:t>
      </w:r>
    </w:p>
    <w:p>
      <w:r>
        <w:rPr>
          <w:b/>
        </w:rPr>
        <w:t xml:space="preserve">[37:55] </w:t>
      </w:r>
      <w:r>
        <w:t>isi liye hadith mein aata hai ke al-iman bin raja'a wal-khauf.</w:t>
      </w:r>
    </w:p>
    <w:p>
      <w:pPr>
        <w:jc w:val="right"/>
      </w:pPr>
      <w:r>
        <w:t>اسی لیے حدیث میں آتا ہے کہ الایمان بن رجاء والخوف۔</w:t>
      </w:r>
    </w:p>
    <w:p>
      <w:r>
        <w:rPr>
          <w:b/>
        </w:rPr>
        <w:t xml:space="preserve">[38:00] </w:t>
      </w:r>
      <w:r>
        <w:t>aadmi ko hamesha umeed bhi rahega, aur aur sath sath khauf bhi rahega.</w:t>
      </w:r>
    </w:p>
    <w:p>
      <w:pPr>
        <w:jc w:val="right"/>
      </w:pPr>
      <w:r>
        <w:t>آدمی کو ہمیشہ امید بھی رہے گا، اور اور ساتھ ساتھ خوف بھی رہے گا۔</w:t>
      </w:r>
    </w:p>
    <w:p>
      <w:r>
        <w:rPr>
          <w:b/>
        </w:rPr>
        <w:t xml:space="preserve">[38:05] </w:t>
      </w:r>
      <w:r>
        <w:t>yeh to yeh to hoga.</w:t>
      </w:r>
    </w:p>
    <w:p>
      <w:pPr>
        <w:jc w:val="right"/>
      </w:pPr>
      <w:r>
        <w:t>یہ تو یہ تو ہوگا۔</w:t>
      </w:r>
    </w:p>
    <w:p>
      <w:r>
        <w:rPr>
          <w:b/>
        </w:rPr>
        <w:t xml:space="preserve">[38:10] </w:t>
      </w:r>
      <w:r>
        <w:t>yeh kabhi bhi aisa nahi ho sakta ke aap yaqeen kar len ke bas mera tazkiya ho gaya.</w:t>
      </w:r>
    </w:p>
    <w:p>
      <w:pPr>
        <w:jc w:val="right"/>
      </w:pPr>
      <w:r>
        <w:t>یہ کبھی بھی ایسا نہیں ہو سکتا کہ آپ یقین کر لیں کہ بس میرا تزکیہ ہو گیا۔</w:t>
      </w:r>
    </w:p>
    <w:p>
      <w:r>
        <w:rPr>
          <w:b/>
        </w:rPr>
        <w:t xml:space="preserve">[38:15] </w:t>
      </w:r>
      <w:r>
        <w:t>yeh nahi ho sakta.</w:t>
      </w:r>
    </w:p>
    <w:p>
      <w:pPr>
        <w:jc w:val="right"/>
      </w:pPr>
      <w:r>
        <w:t>یہ نہیں ہو سکتا۔</w:t>
      </w:r>
    </w:p>
    <w:p>
      <w:r>
        <w:rPr>
          <w:b/>
        </w:rPr>
        <w:t xml:space="preserve">[38:20] </w:t>
      </w:r>
      <w:r>
        <w:t>al-iman bin raja'a wal-khauf.</w:t>
      </w:r>
    </w:p>
    <w:p>
      <w:pPr>
        <w:jc w:val="right"/>
      </w:pPr>
      <w:r>
        <w:t>الایمان بن رجاء والخوف۔</w:t>
      </w:r>
    </w:p>
    <w:p>
      <w:r>
        <w:rPr>
          <w:b/>
        </w:rPr>
        <w:t xml:space="preserve">[38:25] </w:t>
      </w:r>
      <w:r>
        <w:t>aisi bohat si hadithain hain ke aadmi ko hamesha laga rehta hai ke shayad mera tazkiya nahi hua.</w:t>
      </w:r>
    </w:p>
    <w:p>
      <w:pPr>
        <w:jc w:val="right"/>
      </w:pPr>
      <w:r>
        <w:t>ایسی بہت سی حدیثیں ہیں کہ آدمی کو ہمیشہ لگا رہتا ہے کہ شاید میرا تزکیہ نہیں ہوا۔</w:t>
      </w:r>
    </w:p>
    <w:p>
      <w:r>
        <w:rPr>
          <w:b/>
        </w:rPr>
        <w:t xml:space="preserve">[38:30] </w:t>
      </w:r>
      <w:r>
        <w:t>to yeh achi baat hai.</w:t>
      </w:r>
    </w:p>
    <w:p>
      <w:pPr>
        <w:jc w:val="right"/>
      </w:pPr>
      <w:r>
        <w:t>تو یہ اچھی بات ہے۔</w:t>
      </w:r>
    </w:p>
    <w:p>
      <w:r>
        <w:rPr>
          <w:b/>
        </w:rPr>
        <w:t xml:space="preserve">[38:35] </w:t>
      </w:r>
      <w:r>
        <w:t>yeh jo uncertainty hai, yeh achi baat hai.</w:t>
      </w:r>
    </w:p>
    <w:p>
      <w:pPr>
        <w:jc w:val="right"/>
      </w:pPr>
      <w:r>
        <w:t>یہ جو انسرٹینٹی ہے، یہ اچھی بات ہے۔</w:t>
      </w:r>
    </w:p>
    <w:p>
      <w:r>
        <w:rPr>
          <w:b/>
        </w:rPr>
        <w:t xml:space="preserve">[38:40] </w:t>
      </w:r>
      <w:r>
        <w:t>apne ko aur zyada improve karne ka jazba rehta hai, aur aur improve karoon, aur improve karoon.</w:t>
      </w:r>
    </w:p>
    <w:p>
      <w:pPr>
        <w:jc w:val="right"/>
      </w:pPr>
      <w:r>
        <w:t>اپنے کو اور زیادہ امپروو کرنے کا جذبہ رہتا ہے، اور اور امپروو کروں، اور امپروو کروں۔</w:t>
      </w:r>
    </w:p>
    <w:p>
      <w:r>
        <w:rPr>
          <w:b/>
        </w:rPr>
        <w:t xml:space="preserve">[38:45] </w:t>
      </w:r>
      <w:r>
        <w:t>agar aap ko pata chal jaye to mazeed improve karne ka jazba khatm ho jata hai.</w:t>
      </w:r>
    </w:p>
    <w:p>
      <w:pPr>
        <w:jc w:val="right"/>
      </w:pPr>
      <w:r>
        <w:t>اگر آپ کو پتہ چل جائے تو مزید امپروو کرنے کا جذبہ ختم ہو جاتا ہے۔</w:t>
      </w:r>
    </w:p>
    <w:p>
      <w:r>
        <w:rPr>
          <w:b/>
        </w:rPr>
        <w:t xml:space="preserve">[38:50] </w:t>
      </w:r>
      <w:r>
        <w:t>So according to you, Maulana, how important is self introspection for purification of one soul?</w:t>
      </w:r>
    </w:p>
    <w:p>
      <w:pPr>
        <w:jc w:val="right"/>
      </w:pPr>
      <w:r>
        <w:t>سو اکارڈنگ ٹو یو، مولانا، ہاؤ امپورٹنٹ از سیلف انٹروسپیکشن فار پیوریفیکیشن آف ون سول؟</w:t>
      </w:r>
    </w:p>
    <w:p>
      <w:r>
        <w:rPr>
          <w:b/>
        </w:rPr>
        <w:t xml:space="preserve">[38:58] </w:t>
      </w:r>
      <w:r>
        <w:t>wo to must hai.</w:t>
      </w:r>
    </w:p>
    <w:p>
      <w:pPr>
        <w:jc w:val="right"/>
      </w:pPr>
      <w:r>
        <w:t>وہ تو مسٹ ہے۔</w:t>
      </w:r>
    </w:p>
    <w:p>
      <w:r>
        <w:rPr>
          <w:b/>
        </w:rPr>
        <w:t xml:space="preserve">[39:04] </w:t>
      </w:r>
      <w:r>
        <w:t>baghair self introspection, jis ko muhasba kaha jata hai, baghair muhasba ke to ho hi nahi sakta.</w:t>
      </w:r>
    </w:p>
    <w:p>
      <w:pPr>
        <w:jc w:val="right"/>
      </w:pPr>
      <w:r>
        <w:t>بغیر سیلف انٹروسپیکشن، جس کو جو محاسبہ کہا جاتا ہے، بغیر محاسبہ کے تو ہو ہی نہیں سکتا۔</w:t>
      </w:r>
    </w:p>
    <w:p>
      <w:r>
        <w:rPr>
          <w:b/>
        </w:rPr>
        <w:t xml:space="preserve">[39:11] </w:t>
      </w:r>
      <w:r>
        <w:t>khud aap ko sochna parta hai.</w:t>
      </w:r>
    </w:p>
    <w:p>
      <w:pPr>
        <w:jc w:val="right"/>
      </w:pPr>
      <w:r>
        <w:t>خود آپ کو سوچنا پڑتا ہے۔</w:t>
      </w:r>
    </w:p>
    <w:p>
      <w:r>
        <w:rPr>
          <w:b/>
        </w:rPr>
        <w:t xml:space="preserve">[39:18] </w:t>
      </w:r>
      <w:r>
        <w:t>koi bahar se aap ko instruct nahi karta kar sakta.</w:t>
      </w:r>
    </w:p>
    <w:p>
      <w:pPr>
        <w:jc w:val="right"/>
      </w:pPr>
      <w:r>
        <w:t>کوئی باہر سے آپ کو انسٹرکٹ نہیں کرتا کر سکتا۔</w:t>
      </w:r>
    </w:p>
    <w:p>
      <w:r>
        <w:rPr>
          <w:b/>
        </w:rPr>
        <w:t xml:space="preserve">[39:25] </w:t>
      </w:r>
      <w:r>
        <w:t>wo kabhi is se kaam nahi chalega.</w:t>
      </w:r>
    </w:p>
    <w:p>
      <w:pPr>
        <w:jc w:val="right"/>
      </w:pPr>
      <w:r>
        <w:t>وہ کبھی اس سے کام نہیں چلے گا۔</w:t>
      </w:r>
    </w:p>
    <w:p>
      <w:r>
        <w:rPr>
          <w:b/>
        </w:rPr>
        <w:t xml:space="preserve">[39:32] </w:t>
      </w:r>
      <w:r>
        <w:t>khud sochna parta hai.</w:t>
      </w:r>
    </w:p>
    <w:p>
      <w:pPr>
        <w:jc w:val="right"/>
      </w:pPr>
      <w:r>
        <w:t>خود سوچنا پڑتا ہے۔</w:t>
      </w:r>
    </w:p>
    <w:p>
      <w:r>
        <w:rPr>
          <w:b/>
        </w:rPr>
        <w:t xml:space="preserve">[39:39] </w:t>
      </w:r>
      <w:r>
        <w:t>isi khud sochne ko kaha jata hai muhasba ya introspection.</w:t>
      </w:r>
    </w:p>
    <w:p>
      <w:pPr>
        <w:jc w:val="right"/>
      </w:pPr>
      <w:r>
        <w:t>اسی خود سوچنے کو کہا جاتا ہے محاسبہ یا انٹروسپیکشن۔</w:t>
      </w:r>
    </w:p>
    <w:p>
      <w:r>
        <w:rPr>
          <w:b/>
        </w:rPr>
        <w:t xml:space="preserve">[39:46] </w:t>
      </w:r>
      <w:r>
        <w:t>aur doosri baat yeh hai, dekhiye, ke bohat zyada objectivity chahiye apne introspection ke liye.</w:t>
      </w:r>
    </w:p>
    <w:p>
      <w:pPr>
        <w:jc w:val="right"/>
      </w:pPr>
      <w:r>
        <w:t>اور دوسری بات یہ ہے، دیکھیے، کہ بہت زیادہ ابجیکٹیوٹی چاہیے اپنے انٹروسپیکشن کے لیے۔</w:t>
      </w:r>
    </w:p>
    <w:p>
      <w:r>
        <w:rPr>
          <w:b/>
        </w:rPr>
        <w:t xml:space="preserve">[39:53] </w:t>
      </w:r>
      <w:r>
        <w:t>apne aap ko bohat cheezein objective judge karna, bohat objective.</w:t>
      </w:r>
    </w:p>
    <w:p>
      <w:pPr>
        <w:jc w:val="right"/>
      </w:pPr>
      <w:r>
        <w:t>اپنے آپ کو بہت چیزیں ابجیکٹیو جج کرنا، بہت ابجیکٹیو۔</w:t>
      </w:r>
    </w:p>
    <w:p>
      <w:r>
        <w:rPr>
          <w:b/>
        </w:rPr>
        <w:t xml:space="preserve">[40:00] </w:t>
      </w:r>
      <w:r>
        <w:t>agar aap objective na hon, tab bhi yeh amal sahi taur par jari nahi hoga.</w:t>
      </w:r>
    </w:p>
    <w:p>
      <w:pPr>
        <w:jc w:val="right"/>
      </w:pPr>
      <w:r>
        <w:t>اگر آپ ابجیکٹیو نہ ہوں، تب بھی یہ عمل صحیح طور پر جاری نہیں ہوگا۔</w:t>
      </w:r>
    </w:p>
    <w:p>
      <w:r>
        <w:rPr>
          <w:b/>
        </w:rPr>
        <w:t xml:space="preserve">[40:07] </w:t>
      </w:r>
      <w:r>
        <w:t>muhasba karna, self introspection, bohat hi zaroori hai, lekin is ke liye zaroori hai objective thinking, objectivity, unbiased thinking.</w:t>
      </w:r>
    </w:p>
    <w:p>
      <w:pPr>
        <w:jc w:val="right"/>
      </w:pPr>
      <w:r>
        <w:t>محاسبہ کرنا، سیلف انٹروسپیکشن، بہت ہی ضروری ہے، لیکن اس کے لیے ضروری ہے ابجیکٹیو تھنکنگ، ابجیکٹیوٹی، ان بائیڈ تھنکنگ۔</w:t>
      </w:r>
    </w:p>
    <w:p>
      <w:r>
        <w:rPr>
          <w:b/>
        </w:rPr>
        <w:t xml:space="preserve">[40:14] </w:t>
      </w:r>
      <w:r>
        <w:t>Maulana, you often advised everyone to take losses and pain as experiences and as reference point for intellectual development. How can losses and pain help us in our tazkiya? Please advise us on this.</w:t>
      </w:r>
    </w:p>
    <w:p>
      <w:pPr>
        <w:jc w:val="right"/>
      </w:pPr>
      <w:r>
        <w:t>مولانا، یو آفن ایڈوائزڈ ایوری ون ٹو ٹیک لاسز اینڈ پین ایز ایکسپیرینسز اینڈ ایز ریفرنس پوائنٹ فار انٹلیکچول ڈیولپمنٹ۔ ہاؤ کین لاسز اینڈ پین ہیلپ اس ان اور تزکیہ؟ پلیز ایڈوائز اس ان دس۔</w:t>
      </w:r>
    </w:p>
    <w:p>
      <w:r>
        <w:rPr>
          <w:b/>
        </w:rPr>
        <w:t xml:space="preserve">[40:31] </w:t>
      </w:r>
      <w:r>
        <w:t>dekhiye, rasool Allah ke bare mein hazrat aisha kehti hain ke kaan yadhkurullah ala kulli ayani.</w:t>
      </w:r>
    </w:p>
    <w:p>
      <w:pPr>
        <w:jc w:val="right"/>
      </w:pPr>
      <w:r>
        <w:t>دیکھیے، رسول اللہ کے بارے میں حضرت عائشہ کہتی ہیں کہ کان یذکر اللہ علی کل ایانی۔</w:t>
      </w:r>
    </w:p>
    <w:p>
      <w:r>
        <w:rPr>
          <w:b/>
        </w:rPr>
        <w:t xml:space="preserve">[40:37] </w:t>
      </w:r>
      <w:r>
        <w:t>rasool Allah har hian ko, yani har occasion ko point of rukhsat bana kar Allah ko yaad karte the.</w:t>
      </w:r>
    </w:p>
    <w:p>
      <w:pPr>
        <w:jc w:val="right"/>
      </w:pPr>
      <w:r>
        <w:t>رسول اللہ ہر ہین کو، یعنی ہر اوکیژن کو پوائنٹ آف رخصت بنا کر اللہ کو یاد کرتے تھے۔</w:t>
      </w:r>
    </w:p>
    <w:p>
      <w:r>
        <w:rPr>
          <w:b/>
        </w:rPr>
        <w:t xml:space="preserve">[40:43] </w:t>
      </w:r>
      <w:r>
        <w:t>jaise main aaj bare mein gir pada to main socha ke insan kitna helpless hai.</w:t>
      </w:r>
    </w:p>
    <w:p>
      <w:pPr>
        <w:jc w:val="right"/>
      </w:pPr>
      <w:r>
        <w:t>جیسے میں آج بارے میں گر پڑا تو میں سوچا کہ انسان کتنا ہیلپ لیس ہے۔</w:t>
      </w:r>
    </w:p>
    <w:p>
      <w:r>
        <w:rPr>
          <w:b/>
        </w:rPr>
        <w:t xml:space="preserve">[40:49] </w:t>
      </w:r>
      <w:r>
        <w:t>yani apne aap ko nahi bacha sakte aap.</w:t>
      </w:r>
    </w:p>
    <w:p>
      <w:pPr>
        <w:jc w:val="right"/>
      </w:pPr>
      <w:r>
        <w:t>یعنی اپنے آپ کو نہیں بچا سکتے آپ۔</w:t>
      </w:r>
    </w:p>
    <w:p>
      <w:r>
        <w:rPr>
          <w:b/>
        </w:rPr>
        <w:t xml:space="preserve">[40:56] </w:t>
      </w:r>
      <w:r>
        <w:t>apne aap ko doosron ko kya bachayenge? to jo aap ke sath guzarta hai, wo ek hian</w:t>
      </w:r>
    </w:p>
    <w:p>
      <w:pPr>
        <w:jc w:val="right"/>
      </w:pPr>
      <w:r>
        <w:t>اپنے آپ کو دوسروں کو کیا بچائیں گے؟ تو جو آپ کے ساتھ گزرتا ہے، وہ ایک ہین</w:t>
      </w:r>
    </w:p>
    <w:p>
      <w:r>
        <w:rPr>
          <w:b/>
        </w:rPr>
        <w:t xml:space="preserve">[41:02] </w:t>
      </w:r>
      <w:r>
        <w:t>hai, wo ek occasion hai.</w:t>
      </w:r>
    </w:p>
    <w:p>
      <w:pPr>
        <w:jc w:val="right"/>
      </w:pPr>
      <w:r>
        <w:t>ہے، وہ ایک اوکیژن ہے۔</w:t>
      </w:r>
    </w:p>
    <w:p>
      <w:r>
        <w:rPr>
          <w:b/>
        </w:rPr>
        <w:t xml:space="preserve">[41:08] </w:t>
      </w:r>
      <w:r>
        <w:t>us ko point of rukhsat bana kar ke aap sochen.</w:t>
      </w:r>
    </w:p>
    <w:p>
      <w:pPr>
        <w:jc w:val="right"/>
      </w:pPr>
      <w:r>
        <w:t>اس کو پوائنٹ آف رخصت بنا کر کے آپ سوچیں۔</w:t>
      </w:r>
    </w:p>
    <w:p>
      <w:r>
        <w:rPr>
          <w:b/>
        </w:rPr>
        <w:t xml:space="preserve">[41:15] </w:t>
      </w:r>
      <w:r>
        <w:t>yeh to bohat ahem hai, wo tazkiya ka mamla bohat ahem hai, bohat zyada ahem hai.</w:t>
      </w:r>
    </w:p>
    <w:p>
      <w:pPr>
        <w:jc w:val="right"/>
      </w:pPr>
      <w:r>
        <w:t>یہ تو بہت اہم ہے، وہ تزکیہ کا معاملہ بہت اہم ہے، بہت زیادہ اہم ہے۔</w:t>
      </w:r>
    </w:p>
    <w:p>
      <w:r>
        <w:rPr>
          <w:b/>
        </w:rPr>
        <w:t xml:space="preserve">[41:21] </w:t>
      </w:r>
      <w:r>
        <w:t>aur har har waqt koi na koi hian aap ke zindagi mein guzarta hai, yani koi occasion aisa</w:t>
      </w:r>
    </w:p>
    <w:p>
      <w:pPr>
        <w:jc w:val="right"/>
      </w:pPr>
      <w:r>
        <w:t>اور ہر ہر وقت کوئی نہ کوئی ہین آپ کے زندگی میں گزرتا ہے، یعنی کوئی اوکیژن ایسا</w:t>
      </w:r>
    </w:p>
    <w:p>
      <w:r>
        <w:rPr>
          <w:b/>
        </w:rPr>
        <w:t xml:space="preserve">[41:27] </w:t>
      </w:r>
      <w:r>
        <w:t>pesh aata hai ke aap sochen. har waqt.</w:t>
      </w:r>
    </w:p>
    <w:p>
      <w:pPr>
        <w:jc w:val="right"/>
      </w:pPr>
      <w:r>
        <w:t>پیش آتا ہے کہ آپ سوچیں۔ ہر وقت۔</w:t>
      </w:r>
    </w:p>
    <w:p>
      <w:r>
        <w:rPr>
          <w:b/>
        </w:rPr>
        <w:t xml:space="preserve">[41:34] </w:t>
      </w:r>
      <w:r>
        <w:t>main aksar sochta hoon ke sar par baal agar na hote to kaisa hota? to main ne socha</w:t>
      </w:r>
    </w:p>
    <w:p>
      <w:pPr>
        <w:jc w:val="right"/>
      </w:pPr>
      <w:r>
        <w:t>میں اکثر سوچتا ہوں کہ سر پر بال اگر نہ ہوتے تو کیسا ہوتا؟ تو میں نے سوچا</w:t>
      </w:r>
    </w:p>
    <w:p>
      <w:r>
        <w:rPr>
          <w:b/>
        </w:rPr>
        <w:t xml:space="preserve">[41:40] </w:t>
      </w:r>
      <w:r>
        <w:t>ke main kya baal bana sakta hoon? khud se baal sar par uga sakta hoon? to main ne</w:t>
      </w:r>
    </w:p>
    <w:p>
      <w:pPr>
        <w:jc w:val="right"/>
      </w:pPr>
      <w:r>
        <w:t>کہ میں کیا بال بنا سکتا ہوں؟ خود سے بال سر پر اگا سکتا ہوں؟ تو میں نے</w:t>
      </w:r>
    </w:p>
    <w:p>
      <w:r>
        <w:rPr>
          <w:b/>
        </w:rPr>
        <w:t xml:space="preserve">[41:46] </w:t>
      </w:r>
      <w:r>
        <w:t>kaha ke main to nahin bas ek baal hi nahin bana sakta.</w:t>
      </w:r>
    </w:p>
    <w:p>
      <w:pPr>
        <w:jc w:val="right"/>
      </w:pPr>
      <w:r>
        <w:t>کہا کہ میں تو نہیں بس ایک بال ہی نہیں بنا سکتا۔</w:t>
      </w:r>
    </w:p>
    <w:p>
      <w:r>
        <w:rPr>
          <w:b/>
        </w:rPr>
        <w:t xml:space="preserve">[41:53] </w:t>
      </w:r>
      <w:r>
        <w:t>main ne socha ke naakhun hai, agar naakhun yeh na ho to ungliyan jo hain poori un safe ho jayen.</w:t>
      </w:r>
    </w:p>
    <w:p>
      <w:pPr>
        <w:jc w:val="right"/>
      </w:pPr>
      <w:r>
        <w:t>میں نے سوچا کہ ناخن ہے، اگر ناخن یہ نہ ہو تو انگلیاں جو ہیں پوری ان سیف ہو جائیں۔</w:t>
      </w:r>
    </w:p>
    <w:p>
      <w:r>
        <w:rPr>
          <w:b/>
        </w:rPr>
        <w:t xml:space="preserve">[41:59] </w:t>
      </w:r>
      <w:r>
        <w:t>yeh protection, yeh naakhun jo protection karta hai.</w:t>
      </w:r>
    </w:p>
    <w:p>
      <w:pPr>
        <w:jc w:val="right"/>
      </w:pPr>
      <w:r>
        <w:t>یہ پروٹیکشن، یہ ناخن جو پروٹیکشن کرتا ہے۔</w:t>
      </w:r>
    </w:p>
    <w:p>
      <w:r>
        <w:rPr>
          <w:b/>
        </w:rPr>
        <w:t xml:space="preserve">[42:05] </w:t>
      </w:r>
      <w:r>
        <w:t>to yeh saari cheezen har waqt aap soch sakte hain, har waqt.</w:t>
      </w:r>
    </w:p>
    <w:p>
      <w:pPr>
        <w:jc w:val="right"/>
      </w:pPr>
      <w:r>
        <w:t>تو یہ ساری چیزیں ہر وقت آپ سوچ سکتے ہیں، ہر وقت۔</w:t>
      </w:r>
    </w:p>
    <w:p>
      <w:r>
        <w:rPr>
          <w:b/>
        </w:rPr>
        <w:t xml:space="preserve">[42:12] </w:t>
      </w:r>
      <w:r>
        <w:t>jab sochenge to is se aap apne mind ko trend karenge, apne mind ko feed karen</w:t>
      </w:r>
    </w:p>
    <w:p>
      <w:pPr>
        <w:jc w:val="right"/>
      </w:pPr>
      <w:r>
        <w:t>جب سوچیں گے تو اس سے آپ اپنے مائنڈ کو ٹرینڈ کریں گے، اپنے مائنڈ کو فیڈ کریں</w:t>
      </w:r>
    </w:p>
    <w:p>
      <w:r>
        <w:rPr>
          <w:b/>
        </w:rPr>
        <w:t xml:space="preserve">[42:18] </w:t>
      </w:r>
      <w:r>
        <w:t>ge aisi baaton se.</w:t>
      </w:r>
    </w:p>
    <w:p>
      <w:pPr>
        <w:jc w:val="right"/>
      </w:pPr>
      <w:r>
        <w:t>گے ایسی باتوں سے۔</w:t>
      </w:r>
    </w:p>
    <w:p>
      <w:r>
        <w:rPr>
          <w:b/>
        </w:rPr>
        <w:t xml:space="preserve">[42:24] </w:t>
      </w:r>
      <w:r>
        <w:t>to yeh sab hain, yani occasion.</w:t>
      </w:r>
    </w:p>
    <w:p>
      <w:pPr>
        <w:jc w:val="right"/>
      </w:pPr>
      <w:r>
        <w:t>تو یہ سب ہین ہے، یعنی اوکیژن۔</w:t>
      </w:r>
    </w:p>
    <w:p>
      <w:r>
        <w:rPr>
          <w:b/>
        </w:rPr>
        <w:t xml:space="preserve">[42:31] </w:t>
      </w:r>
      <w:r>
        <w:t>har aadmi ko chahiye ke har hain ko woh samjhe, us ko point of rukhsat banaye, us ko</w:t>
      </w:r>
    </w:p>
    <w:p>
      <w:pPr>
        <w:jc w:val="right"/>
      </w:pPr>
      <w:r>
        <w:t>ہر آدمی کو چاہیے کہ ہر ہین کو وہ سمجھے، اس کو پوائنٹ آف رخصت بنائے، اس کو</w:t>
      </w:r>
    </w:p>
    <w:p>
      <w:r>
        <w:rPr>
          <w:b/>
        </w:rPr>
        <w:t xml:space="preserve">[42:37] </w:t>
      </w:r>
      <w:r>
        <w:t>Allah ki yaad karne ke liye, Allah se dua karne ke liye.</w:t>
      </w:r>
    </w:p>
    <w:p>
      <w:pPr>
        <w:jc w:val="right"/>
      </w:pPr>
      <w:r>
        <w:t>اللہ کی یاد کرنے کے لیے، اللہ سے دعا کرنے کے لیے۔</w:t>
      </w:r>
    </w:p>
    <w:p>
      <w:r>
        <w:rPr>
          <w:b/>
        </w:rPr>
        <w:t xml:space="preserve">[42:43] </w:t>
      </w:r>
      <w:r>
        <w:t>yahi fitrat, yahi natural tareeqa hai.</w:t>
      </w:r>
    </w:p>
    <w:p>
      <w:pPr>
        <w:jc w:val="right"/>
      </w:pPr>
      <w:r>
        <w:t>یہی فطرت، یہی نیچرل طریقہ ہے۔</w:t>
      </w:r>
    </w:p>
    <w:p>
      <w:r>
        <w:rPr>
          <w:b/>
        </w:rPr>
        <w:t xml:space="preserve">[42:50] </w:t>
      </w:r>
      <w:r>
        <w:t>مولانا, there is a verse in the Quran, chapter 83, and verse number 14, which says: "Verily when</w:t>
      </w:r>
    </w:p>
    <w:p>
      <w:pPr>
        <w:jc w:val="right"/>
      </w:pPr>
      <w:r>
        <w:t>مولانا، دیر از اے ورس ان دا قرآن، چیپٹر 83، اینڈ ورس نمبر 14، وچ سیز: "ویریلی وین</w:t>
      </w:r>
    </w:p>
    <w:p>
      <w:r>
        <w:rPr>
          <w:b/>
        </w:rPr>
        <w:t xml:space="preserve">[42:55] </w:t>
      </w:r>
      <w:r>
        <w:t>The believer commits a sin, a black spot appears upon his heart.</w:t>
      </w:r>
    </w:p>
    <w:p>
      <w:pPr>
        <w:jc w:val="right"/>
      </w:pPr>
      <w:r>
        <w:t>دا بیلیور کمٹس اے سن، اے بلیک سپاٹ اپیئرز اپون ہز ہارٹ۔</w:t>
      </w:r>
    </w:p>
    <w:p>
      <w:r>
        <w:rPr>
          <w:b/>
        </w:rPr>
        <w:t xml:space="preserve">[43:01] </w:t>
      </w:r>
      <w:r>
        <w:t>If he repents and abandons the sin and seeks forgiveness, his heart will be polished.</w:t>
      </w:r>
    </w:p>
    <w:p>
      <w:pPr>
        <w:jc w:val="right"/>
      </w:pPr>
      <w:r>
        <w:t>اف ہی ریپینٹس اینڈ ابینڈنس دا سن اینڈ سیکس فورگیونس، ہز ہارٹ ول بی پولشڈ۔</w:t>
      </w:r>
    </w:p>
    <w:p>
      <w:r>
        <w:rPr>
          <w:b/>
        </w:rPr>
        <w:t xml:space="preserve">[43:07] </w:t>
      </w:r>
      <w:r>
        <w:t>But if he increases in sin, the blackness increases.</w:t>
      </w:r>
    </w:p>
    <w:p>
      <w:pPr>
        <w:jc w:val="right"/>
      </w:pPr>
      <w:r>
        <w:t>بٹ اف ہی انکریزز ان سن، دا بلیکنس انکریزز۔</w:t>
      </w:r>
    </w:p>
    <w:p>
      <w:r>
        <w:rPr>
          <w:b/>
        </w:rPr>
        <w:t xml:space="preserve">[43:13] </w:t>
      </w:r>
      <w:r>
        <w:t>That is the covering which Allah has mentioned in His Book.</w:t>
      </w:r>
    </w:p>
    <w:p>
      <w:pPr>
        <w:jc w:val="right"/>
      </w:pPr>
      <w:r>
        <w:t>دیٹ از دا کورنگ وچ اللہ ہیز مینشن ان ہز بک۔</w:t>
      </w:r>
    </w:p>
    <w:p>
      <w:r>
        <w:rPr>
          <w:b/>
        </w:rPr>
        <w:t xml:space="preserve">[43:19] </w:t>
      </w:r>
      <w:r>
        <w:t>نے، "But in their hearts is a covering because of what they have earned." Maulana Sahib, can you</w:t>
      </w:r>
    </w:p>
    <w:p>
      <w:pPr>
        <w:jc w:val="right"/>
      </w:pPr>
      <w:r>
        <w:t>نے، بٹ ان دیر ہارٹس از اے کورنگ بیکاز اف واٹ دے ہیو ارنڈ۔" مولانا صاحب، کین یو</w:t>
      </w:r>
    </w:p>
    <w:p>
      <w:r>
        <w:rPr>
          <w:b/>
        </w:rPr>
        <w:t xml:space="preserve">[43:25] </w:t>
      </w:r>
      <w:r>
        <w:t>Elaborate and explain this verse for everyone?</w:t>
      </w:r>
    </w:p>
    <w:p>
      <w:pPr>
        <w:jc w:val="right"/>
      </w:pPr>
      <w:r>
        <w:t>ایلیبریٹ اینڈ ایکسپلین دس ورس فار ایوری ون؟</w:t>
      </w:r>
    </w:p>
    <w:p>
      <w:r>
        <w:rPr>
          <w:b/>
        </w:rPr>
        <w:t xml:space="preserve">[43:31] </w:t>
      </w:r>
      <w:r>
        <w:t>dekhiye, yeh jo hadith hai, tamseel ki zabaan hai, yani symbolic language, aur is mein wahi baat kahi</w:t>
      </w:r>
    </w:p>
    <w:p>
      <w:pPr>
        <w:jc w:val="right"/>
      </w:pPr>
      <w:r>
        <w:t>دیکھیے، یہ جو حدیث ہے، تمثیل کی زبان ہے، یعنی سمبالک لینگویج، اور اس میں وہی بات کہی</w:t>
      </w:r>
    </w:p>
    <w:p>
      <w:r>
        <w:rPr>
          <w:b/>
        </w:rPr>
        <w:t xml:space="preserve">[43:36] </w:t>
      </w:r>
      <w:r>
        <w:t>gayi jis ko hum kehte hain process of conditioning.</w:t>
      </w:r>
    </w:p>
    <w:p>
      <w:pPr>
        <w:jc w:val="right"/>
      </w:pPr>
      <w:r>
        <w:t>گئی جس کو ہم کہتے ہیں پراسیس آف کنڈیشننگ۔</w:t>
      </w:r>
    </w:p>
    <w:p>
      <w:r>
        <w:rPr>
          <w:b/>
        </w:rPr>
        <w:t xml:space="preserve">[43:42] </w:t>
      </w:r>
      <w:r>
        <w:t>process of conditioning.</w:t>
      </w:r>
    </w:p>
    <w:p>
      <w:pPr>
        <w:jc w:val="right"/>
      </w:pPr>
      <w:r>
        <w:t>پراسیس آف کنڈیشننگ۔</w:t>
      </w:r>
    </w:p>
    <w:p>
      <w:r>
        <w:rPr>
          <w:b/>
        </w:rPr>
        <w:t xml:space="preserve">[43:47] </w:t>
      </w:r>
      <w:r>
        <w:t>to process of conditioning jo hai, woh chalta rehta hai, aur is ki wajah se hamara mind jo</w:t>
      </w:r>
    </w:p>
    <w:p>
      <w:pPr>
        <w:jc w:val="right"/>
      </w:pPr>
      <w:r>
        <w:t>تو پراسیس آف کنڈیشننگ جو ہے، وہ چلتا رہتا ہے، اور اس کی وجہ سے ہمارا مائنڈ جو</w:t>
      </w:r>
    </w:p>
    <w:p>
      <w:r>
        <w:rPr>
          <w:b/>
        </w:rPr>
        <w:t xml:space="preserve">[43:53] </w:t>
      </w:r>
      <w:r>
        <w:t>hai, woh dheere dheere isi mein, woh isi sochne lagta hai.</w:t>
      </w:r>
    </w:p>
    <w:p>
      <w:pPr>
        <w:jc w:val="right"/>
      </w:pPr>
      <w:r>
        <w:t>ہے، وہ دھیرے دھیرے اسی میں، وہ اسی سوچنے لگتا ہے۔</w:t>
      </w:r>
    </w:p>
    <w:p>
      <w:r>
        <w:rPr>
          <w:b/>
        </w:rPr>
        <w:t xml:space="preserve">[43:58] </w:t>
      </w:r>
      <w:r>
        <w:t>woh yani is is mein yeh yeh ehsaas murda ho jata hai ke yeh galat hai, yeh sahi hai.</w:t>
      </w:r>
    </w:p>
    <w:p>
      <w:pPr>
        <w:jc w:val="right"/>
      </w:pPr>
      <w:r>
        <w:t>وہ یعنی اس اس میں یہ یہ احساس مردہ ہو جاتا ہے کہ یہ غلط ہے، یہ صحیح ہے۔</w:t>
      </w:r>
    </w:p>
    <w:p>
      <w:r>
        <w:rPr>
          <w:b/>
        </w:rPr>
        <w:t xml:space="preserve">[44:04] </w:t>
      </w:r>
      <w:r>
        <w:t>sensitivity khatam ho jati hai.</w:t>
      </w:r>
    </w:p>
    <w:p>
      <w:pPr>
        <w:jc w:val="right"/>
      </w:pPr>
      <w:r>
        <w:t>سینسٹیوٹی ختم ہو جاتی ہے۔</w:t>
      </w:r>
    </w:p>
    <w:p>
      <w:r>
        <w:rPr>
          <w:b/>
        </w:rPr>
        <w:t xml:space="preserve">[44:09] </w:t>
      </w:r>
      <w:r>
        <w:t>to is hadith mein yahi hai ke agar tum foran ke foran apni ghalti ka islah nahin karo</w:t>
      </w:r>
    </w:p>
    <w:p>
      <w:pPr>
        <w:jc w:val="right"/>
      </w:pPr>
      <w:r>
        <w:t>تو اس حدیث میں یہی ہے کہ اگر تم فوراً کے فوراً اپنی غلطی کا اصلاح نہیں کرو</w:t>
      </w:r>
    </w:p>
    <w:p>
      <w:r>
        <w:rPr>
          <w:b/>
        </w:rPr>
        <w:t xml:space="preserve">[44:15] </w:t>
      </w:r>
      <w:r>
        <w:t>ge to dheere dheere tum isi mein use to ho jaoge, isi mein.</w:t>
      </w:r>
    </w:p>
    <w:p>
      <w:pPr>
        <w:jc w:val="right"/>
      </w:pPr>
      <w:r>
        <w:t>گے تو دھیرے دھیرے تم اسی میں یوز ٹو ہو جاؤ گے، اسی میں۔</w:t>
      </w:r>
    </w:p>
    <w:p>
      <w:r>
        <w:rPr>
          <w:b/>
        </w:rPr>
        <w:t xml:space="preserve">[44:20] </w:t>
      </w:r>
      <w:r>
        <w:t>aur phir woh dheere dheere dheere aisa lagega ke sahi sahi o ghalat mein farq nahin rahega.</w:t>
      </w:r>
    </w:p>
    <w:p>
      <w:pPr>
        <w:jc w:val="right"/>
      </w:pPr>
      <w:r>
        <w:t>اور پھر وہ دھیرے دھیرے دھیرے ایسا لگے گا کہ صحیح صحیح و غلط میں فرق نہیں رہے گا۔</w:t>
      </w:r>
    </w:p>
    <w:p>
      <w:r>
        <w:rPr>
          <w:b/>
        </w:rPr>
        <w:t xml:space="preserve">[44:26] </w:t>
      </w:r>
      <w:r>
        <w:t>misal ke taur par dekhiye, aaj kal log bohat zyada jhoot bolte hain.</w:t>
      </w:r>
    </w:p>
    <w:p>
      <w:pPr>
        <w:jc w:val="right"/>
      </w:pPr>
      <w:r>
        <w:t>مثال کے طور پر دیکھیے، آج کل لوگ بہت زیادہ جھوٹ بولتے ہیں۔</w:t>
      </w:r>
    </w:p>
    <w:p>
      <w:r>
        <w:rPr>
          <w:b/>
        </w:rPr>
        <w:t xml:space="preserve">[44:31] </w:t>
      </w:r>
      <w:r>
        <w:t>ek aam riwaj hai jhoot bolne ka.</w:t>
      </w:r>
    </w:p>
    <w:p>
      <w:pPr>
        <w:jc w:val="right"/>
      </w:pPr>
      <w:r>
        <w:t>ایک عام رواج ہے جھوٹ بولنے کا۔</w:t>
      </w:r>
    </w:p>
    <w:p>
      <w:r>
        <w:rPr>
          <w:b/>
        </w:rPr>
        <w:t xml:space="preserve">[44:37] </w:t>
      </w:r>
      <w:r>
        <w:t>mera mera tajurba yahi hai.</w:t>
      </w:r>
    </w:p>
    <w:p>
      <w:pPr>
        <w:jc w:val="right"/>
      </w:pPr>
      <w:r>
        <w:t>میرا میرا تجربہ یہی ہے۔</w:t>
      </w:r>
    </w:p>
    <w:p>
      <w:r>
        <w:rPr>
          <w:b/>
        </w:rPr>
        <w:t xml:space="preserve">[44:42] </w:t>
      </w:r>
      <w:r>
        <w:t>is ki wajah kya hai? log jo hain, isi mein conditioned ho gaye.</w:t>
      </w:r>
    </w:p>
    <w:p>
      <w:pPr>
        <w:jc w:val="right"/>
      </w:pPr>
      <w:r>
        <w:t>اس کی وجہ کیا ہے؟ لوگ جو ہیں، اسی میں کنڈیشنڈ ہو گئے۔</w:t>
      </w:r>
    </w:p>
    <w:p>
      <w:r>
        <w:rPr>
          <w:b/>
        </w:rPr>
        <w:t xml:space="preserve">[44:48] </w:t>
      </w:r>
      <w:r>
        <w:t>bachpan mein ghar mein koi baat maa se chupane ke liye jhoot bol diya, baap se chupane ke</w:t>
      </w:r>
    </w:p>
    <w:p>
      <w:pPr>
        <w:jc w:val="right"/>
      </w:pPr>
      <w:r>
        <w:t>بچپن میں گھر میں کوئی بات ماں سے چھپانے کے لیے جھوٹ بول دیا، باپ سے چھپانے کے</w:t>
      </w:r>
    </w:p>
    <w:p>
      <w:r>
        <w:rPr>
          <w:b/>
        </w:rPr>
        <w:t xml:space="preserve">[44:53] </w:t>
      </w:r>
      <w:r>
        <w:t>liye jhoot bol diya, phir biwi se chhipane ke liye jhoot bol diya.</w:t>
      </w:r>
    </w:p>
    <w:p>
      <w:pPr>
        <w:jc w:val="right"/>
      </w:pPr>
      <w:r>
        <w:t>لیے جھوٹ بول دیا، پھر بیوی سے چھپانے کے لیے جھوٹ بول دیا۔</w:t>
      </w:r>
    </w:p>
    <w:p>
      <w:r>
        <w:rPr>
          <w:b/>
        </w:rPr>
        <w:t xml:space="preserve">[44:59] </w:t>
      </w:r>
      <w:r>
        <w:t>to ghar mein is tareeqe se bolte bolte bolte aadmi itna zyada use to ho jata hai ke</w:t>
      </w:r>
    </w:p>
    <w:p>
      <w:pPr>
        <w:jc w:val="right"/>
      </w:pPr>
      <w:r>
        <w:t>تو گھر میں اس طریقے سے بولتے بولتے بولتے آدمی اتنا زیادہ یوز ٹو ہو جاتا ہے کہ</w:t>
      </w:r>
    </w:p>
    <w:p>
      <w:r>
        <w:rPr>
          <w:b/>
        </w:rPr>
        <w:t xml:space="preserve">[45:04] </w:t>
      </w:r>
      <w:r>
        <w:t>isko jhoot jhoot nahi lagta.</w:t>
      </w:r>
    </w:p>
    <w:p>
      <w:pPr>
        <w:jc w:val="right"/>
      </w:pPr>
      <w:r>
        <w:t>اس کو جھوٹ جھوٹ نہیں لگتا۔</w:t>
      </w:r>
    </w:p>
    <w:p>
      <w:r>
        <w:rPr>
          <w:b/>
        </w:rPr>
        <w:t xml:space="preserve">[45:10] </w:t>
      </w:r>
      <w:r>
        <w:t>mera tajurba hai ke beshtar log jhoot hi bolte hain.</w:t>
      </w:r>
    </w:p>
    <w:p>
      <w:pPr>
        <w:jc w:val="right"/>
      </w:pPr>
      <w:r>
        <w:t>میرا تجربہ ہے کہ بیشتر لوگ جھوٹ ہی بولتے ہیں۔</w:t>
      </w:r>
    </w:p>
    <w:p>
      <w:r>
        <w:rPr>
          <w:b/>
        </w:rPr>
        <w:t xml:space="preserve">[45:15] </w:t>
      </w:r>
      <w:r>
        <w:t>agar direct na bolein to indirect bolega.</w:t>
      </w:r>
    </w:p>
    <w:p>
      <w:pPr>
        <w:jc w:val="right"/>
      </w:pPr>
      <w:r>
        <w:t>اگر ڈائریکٹ نہ بولیں تو ان ڈائریکٹ بولیں گے۔</w:t>
      </w:r>
    </w:p>
    <w:p>
      <w:r>
        <w:rPr>
          <w:b/>
        </w:rPr>
        <w:t xml:space="preserve">[45:21] </w:t>
      </w:r>
      <w:r>
        <w:t>yaani direct jhoot to kam bolte honge ke kahenge yeh dilli nahi hai, washington hai.</w:t>
      </w:r>
    </w:p>
    <w:p>
      <w:pPr>
        <w:jc w:val="right"/>
      </w:pPr>
      <w:r>
        <w:t>یعنی ڈائریکٹ جھوٹ تو کم بولتے ہوں گے کہ کہیں گے یہ دلی نہیں ہے، واشنگٹن ہے۔</w:t>
      </w:r>
    </w:p>
    <w:p>
      <w:r>
        <w:rPr>
          <w:b/>
        </w:rPr>
        <w:t xml:space="preserve">[45:26] </w:t>
      </w:r>
      <w:r>
        <w:t>farz ki yeh kahe ke yeh dilli nahi hai, yeh washington hai.</w:t>
      </w:r>
    </w:p>
    <w:p>
      <w:pPr>
        <w:jc w:val="right"/>
      </w:pPr>
      <w:r>
        <w:t>فرض کی یہ کہے کہ یہ دلی نہیں ہے، یہ واشنگٹن ہے۔</w:t>
      </w:r>
    </w:p>
    <w:p>
      <w:r>
        <w:rPr>
          <w:b/>
        </w:rPr>
        <w:t xml:space="preserve">[45:32] </w:t>
      </w:r>
      <w:r>
        <w:t>to yeh nikat jhoot hua.</w:t>
      </w:r>
    </w:p>
    <w:p>
      <w:pPr>
        <w:jc w:val="right"/>
      </w:pPr>
      <w:r>
        <w:t>تو یہ نیکٹ جھوٹ ہوا۔</w:t>
      </w:r>
    </w:p>
    <w:p>
      <w:r>
        <w:rPr>
          <w:b/>
        </w:rPr>
        <w:t xml:space="preserve">[45:37] </w:t>
      </w:r>
      <w:r>
        <w:t>aise log kam hote hain, lekin hidden hidden jhoot to sabhi log bolte hain, taqreeban.</w:t>
      </w:r>
    </w:p>
    <w:p>
      <w:pPr>
        <w:jc w:val="right"/>
      </w:pPr>
      <w:r>
        <w:t>ایسے لوگ کم ہوتے ہیں، لیکن ہڈن ہڈن جھوٹ تو سبھی لوگ بولتے ہیں، تقریباً۔</w:t>
      </w:r>
    </w:p>
    <w:p>
      <w:r>
        <w:rPr>
          <w:b/>
        </w:rPr>
        <w:t xml:space="preserve">[45:43] </w:t>
      </w:r>
      <w:r>
        <w:t>ghuma jhuma kar ghuma kar bolna, toast kar ke bolna, yeh sab ka jhoot hi to hai.</w:t>
      </w:r>
    </w:p>
    <w:p>
      <w:pPr>
        <w:jc w:val="right"/>
      </w:pPr>
      <w:r>
        <w:t>گھما جھما کر گھما کر بولنا، ٹوسٹ کر کے بولنا، یہ سب کا جھوٹ ہی تو ہے۔</w:t>
      </w:r>
    </w:p>
    <w:p>
      <w:r>
        <w:rPr>
          <w:b/>
        </w:rPr>
        <w:t xml:space="preserve">[45:48] </w:t>
      </w:r>
      <w:r>
        <w:t>yeh to bohat mushkil hai ke aadmi apna nigran bane.</w:t>
      </w:r>
    </w:p>
    <w:p>
      <w:pPr>
        <w:jc w:val="right"/>
      </w:pPr>
      <w:r>
        <w:t>یہ تو بہت مشکل ہے کہ آدمی اپنا نگراں بنے۔</w:t>
      </w:r>
    </w:p>
    <w:p>
      <w:r>
        <w:rPr>
          <w:b/>
        </w:rPr>
        <w:t xml:space="preserve">[45:54] </w:t>
      </w:r>
      <w:r>
        <w:t>bohat mushkil hai.</w:t>
      </w:r>
    </w:p>
    <w:p>
      <w:pPr>
        <w:jc w:val="right"/>
      </w:pPr>
      <w:r>
        <w:t>بہت مشکل ہے۔</w:t>
      </w:r>
    </w:p>
    <w:p>
      <w:r>
        <w:rPr>
          <w:b/>
        </w:rPr>
        <w:t xml:space="preserve">[45:59] </w:t>
      </w:r>
      <w:r>
        <w:t>mera to roz ka tajurba hai ke aadmi jhoot bolta hai.</w:t>
      </w:r>
    </w:p>
    <w:p>
      <w:pPr>
        <w:jc w:val="right"/>
      </w:pPr>
      <w:r>
        <w:t>میرا تو روز کا تجربہ ہے کہ آدمی جھوٹ بولتا ہے۔</w:t>
      </w:r>
    </w:p>
    <w:p>
      <w:r>
        <w:rPr>
          <w:b/>
        </w:rPr>
        <w:t xml:space="preserve">[46:05] </w:t>
      </w:r>
      <w:r>
        <w:t>جھوٹ بس نیکڈ جھوٹ نہیں، یعنی ہڈن جھوٹ۔ ہڈن جھوٹ۔</w:t>
      </w:r>
    </w:p>
    <w:p>
      <w:pPr>
        <w:jc w:val="right"/>
      </w:pPr>
      <w:r>
        <w:t>جھوٹ بس نیکٹ جھوٹ نہیں، یعنی ہڈن جھوٹ۔ ہڈن جھوٹ۔</w:t>
      </w:r>
    </w:p>
    <w:p>
      <w:r>
        <w:rPr>
          <w:b/>
        </w:rPr>
        <w:t xml:space="preserve">[46:10] </w:t>
      </w:r>
      <w:r>
        <w:t>اور جب میں اس کا scrutiny کرتا ہوں تو پکڑا جاتا ہے۔</w:t>
      </w:r>
    </w:p>
    <w:p>
      <w:pPr>
        <w:jc w:val="right"/>
      </w:pPr>
      <w:r>
        <w:t>اور جب میں اس کا انسکروٹری کرتا ہوں تو پکڑا جاتا ہے۔</w:t>
      </w:r>
    </w:p>
    <w:p>
      <w:r>
        <w:rPr>
          <w:b/>
        </w:rPr>
        <w:t xml:space="preserve">[46:16] </w:t>
      </w:r>
      <w:r>
        <w:t>عام طور پر لوگ unscrutiny کا جانتے نہیں ہیں۔</w:t>
      </w:r>
    </w:p>
    <w:p>
      <w:pPr>
        <w:jc w:val="right"/>
      </w:pPr>
      <w:r>
        <w:t>عام طور پر لوگ انسکروٹری کا جانتے نہیں ہیں۔</w:t>
      </w:r>
    </w:p>
    <w:p>
      <w:r>
        <w:rPr>
          <w:b/>
        </w:rPr>
        <w:t xml:space="preserve">[46:21] </w:t>
      </w:r>
      <w:r>
        <w:t>آدمی کوئی جھوٹ بولے گا، unscrutiny تو کر نہیں پائیں گے۔</w:t>
      </w:r>
    </w:p>
    <w:p>
      <w:pPr>
        <w:jc w:val="right"/>
      </w:pPr>
      <w:r>
        <w:t>آدمی کوئی جھوٹ بولے گا، انسکروٹری تو کر نہیں پائیں گے۔</w:t>
      </w:r>
    </w:p>
    <w:p>
      <w:r>
        <w:rPr>
          <w:b/>
        </w:rPr>
        <w:t xml:space="preserve">[46:27] </w:t>
      </w:r>
      <w:r>
        <w:t>woh chalta rahega, chalta rahega.</w:t>
      </w:r>
    </w:p>
    <w:p>
      <w:pPr>
        <w:jc w:val="right"/>
      </w:pPr>
      <w:r>
        <w:t>وہ چلتا رہے گا، چلتا رہے گا۔</w:t>
      </w:r>
    </w:p>
    <w:p>
      <w:r>
        <w:rPr>
          <w:b/>
        </w:rPr>
        <w:t xml:space="preserve">[46:32] </w:t>
      </w:r>
      <w:r>
        <w:t>to behal aadmi ko chahiye ke woh apne aap ko is se bachaye ke woh kisi cheez mein</w:t>
      </w:r>
    </w:p>
    <w:p>
      <w:pPr>
        <w:jc w:val="right"/>
      </w:pPr>
      <w:r>
        <w:t>تو بہرحال آدمی کو چاہیے کہ وہ اپنے آپ کو اس سے بچائے کہ وہ کسی چیز میں</w:t>
      </w:r>
    </w:p>
    <w:p>
      <w:r>
        <w:rPr>
          <w:b/>
        </w:rPr>
        <w:t xml:space="preserve">[46:38] </w:t>
      </w:r>
      <w:r>
        <w:t>conditioned ho jaye.</w:t>
      </w:r>
    </w:p>
    <w:p>
      <w:pPr>
        <w:jc w:val="right"/>
      </w:pPr>
      <w:r>
        <w:t>کنڈیشنڈ ہو جائے۔</w:t>
      </w:r>
    </w:p>
    <w:p>
      <w:r>
        <w:rPr>
          <w:b/>
        </w:rPr>
        <w:t xml:space="preserve">[46:43] </w:t>
      </w:r>
      <w:r>
        <w:t>phir dheere dheere woh wahi karega, aur isko sensitivity nahi rahega.</w:t>
      </w:r>
    </w:p>
    <w:p>
      <w:pPr>
        <w:jc w:val="right"/>
      </w:pPr>
      <w:r>
        <w:t>پھر دھیرے دھیرے وہ وہی کرے گا، اور اس کو سینسٹیوٹی نہیں رہے گا۔</w:t>
      </w:r>
    </w:p>
    <w:p>
      <w:r>
        <w:rPr>
          <w:b/>
        </w:rPr>
        <w:t xml:space="preserve">[46:49] </w:t>
      </w:r>
      <w:r>
        <w:t>iske liye iski sensitivity khatm ho jayegi.</w:t>
      </w:r>
    </w:p>
    <w:p>
      <w:pPr>
        <w:jc w:val="right"/>
      </w:pPr>
      <w:r>
        <w:t>اس کے لیے اس کی سینسٹیوٹی ختم ہو جائے گی۔</w:t>
      </w:r>
    </w:p>
    <w:p>
      <w:r>
        <w:rPr>
          <w:b/>
        </w:rPr>
        <w:t xml:space="preserve">[46:54] </w:t>
      </w:r>
      <w:r>
        <w:t>to hadith mein aata hai ke jab tumhari hassasiyat khatm ho jaye to jo chahe karo, wahi haal</w:t>
      </w:r>
    </w:p>
    <w:p>
      <w:pPr>
        <w:jc w:val="right"/>
      </w:pPr>
      <w:r>
        <w:t>تو حدیث میں آتا ہے کہ جب تمہاری حساسیت ختم ہو جائے تو جو چاہے کرو، وہی حال</w:t>
      </w:r>
    </w:p>
    <w:p>
      <w:r>
        <w:rPr>
          <w:b/>
        </w:rPr>
        <w:t xml:space="preserve">[47:00] </w:t>
      </w:r>
      <w:r>
        <w:t>ho jayega.</w:t>
      </w:r>
    </w:p>
    <w:p>
      <w:pPr>
        <w:jc w:val="right"/>
      </w:pPr>
      <w:r>
        <w:t>ہو جائے گا۔</w:t>
      </w:r>
    </w:p>
    <w:p>
      <w:r>
        <w:rPr>
          <w:b/>
        </w:rPr>
        <w:t xml:space="preserve">[47:05] </w:t>
      </w:r>
      <w:r>
        <w:t>just like animal.</w:t>
      </w:r>
    </w:p>
    <w:p>
      <w:pPr>
        <w:jc w:val="right"/>
      </w:pPr>
      <w:r>
        <w:t>جسٹ لائک اینیمل۔</w:t>
      </w:r>
    </w:p>
    <w:p>
      <w:r>
        <w:rPr>
          <w:b/>
        </w:rPr>
        <w:t xml:space="preserve">[47:11] </w:t>
      </w:r>
      <w:r>
        <w:t>Maulana, we received a question from Pennsylvania, USA, from Mr. Khwaja Kaleemuddin, and he has asked you that can any worldly objective like establishing the kingdom of God on earth be source of inspiration for tazkiya?</w:t>
      </w:r>
    </w:p>
    <w:p>
      <w:pPr>
        <w:jc w:val="right"/>
      </w:pPr>
      <w:r>
        <w:t>مولانا، وی ریسیوڈ اے کوئسچن فرام پینسلوینیا، یو ایس اے، فرام مسٹر خواجہ کلیم الدین، اینڈ ہی ہیز اسکڈ یو دیٹ کین اینی ورلڈلی ابجیکٹو لائک اسٹیبلشنگ دا کنگڈم آف گاڈ ان ارتھ بی سورس آف انسپیریشن فار تزکیہ؟</w:t>
      </w:r>
    </w:p>
    <w:p>
      <w:r>
        <w:rPr>
          <w:b/>
        </w:rPr>
        <w:t xml:space="preserve">[47:31] </w:t>
      </w:r>
      <w:r>
        <w:t>yeh hai hi nahi ke kingdom of god establish karna, yeh to target hi nahi hai.</w:t>
      </w:r>
    </w:p>
    <w:p>
      <w:pPr>
        <w:jc w:val="right"/>
      </w:pPr>
      <w:r>
        <w:t>یہ ہے ہی نہیں کہ کنگڈم آف گاڈ اسٹیبلش کرنا، یہ تو ٹارگٹ ہی نہیں ہے۔</w:t>
      </w:r>
    </w:p>
    <w:p>
      <w:r>
        <w:rPr>
          <w:b/>
        </w:rPr>
        <w:t xml:space="preserve">[47:37] </w:t>
      </w:r>
      <w:r>
        <w:t>iska tazkiya se koi matlab hi nahi.</w:t>
      </w:r>
    </w:p>
    <w:p>
      <w:pPr>
        <w:jc w:val="right"/>
      </w:pPr>
      <w:r>
        <w:t>اس کا تزکیہ سے کوئی مطلب ہی نہیں۔</w:t>
      </w:r>
    </w:p>
    <w:p>
      <w:r>
        <w:rPr>
          <w:b/>
        </w:rPr>
        <w:t xml:space="preserve">[47:44] </w:t>
      </w:r>
      <w:r>
        <w:t>yaani jahan politics aayi, wahan tazkiya khatm.</w:t>
      </w:r>
    </w:p>
    <w:p>
      <w:pPr>
        <w:jc w:val="right"/>
      </w:pPr>
      <w:r>
        <w:t>یعنی جہاں پولیٹکس آئی، وہاں تزکیہ ختم۔</w:t>
      </w:r>
    </w:p>
    <w:p>
      <w:r>
        <w:rPr>
          <w:b/>
        </w:rPr>
        <w:t xml:space="preserve">[47:50] </w:t>
      </w:r>
      <w:r>
        <w:t>agar kisi ka nazariya yeh ho ke islam ka maqsad hukoomat qaim karna, to jante hain kya hoga?</w:t>
      </w:r>
    </w:p>
    <w:p>
      <w:pPr>
        <w:jc w:val="right"/>
      </w:pPr>
      <w:r>
        <w:t>اگر کسی کا نظریہ یہ ہو کہ اسلام کا مقصد حکومت قائم کرنا، تو جانتے ہیں کیا ہوگا؟</w:t>
      </w:r>
    </w:p>
    <w:p>
      <w:r>
        <w:rPr>
          <w:b/>
        </w:rPr>
        <w:t xml:space="preserve">[47:57] </w:t>
      </w:r>
      <w:r>
        <w:t>politics hamesha opposition create karti hai.</w:t>
      </w:r>
    </w:p>
    <w:p>
      <w:pPr>
        <w:jc w:val="right"/>
      </w:pPr>
      <w:r>
        <w:t>پولیٹکس ہمیشہ اپوزیشن کریٹ کرتی ہے۔</w:t>
      </w:r>
    </w:p>
    <w:p>
      <w:r>
        <w:rPr>
          <w:b/>
        </w:rPr>
        <w:t xml:space="preserve">[48:04] </w:t>
      </w:r>
      <w:r>
        <w:t>aap chahen ge ke hukumat badlen to jo is par qabiz hai, wo aap ke khilaf ho jaye ga.</w:t>
      </w:r>
    </w:p>
    <w:p>
      <w:pPr>
        <w:jc w:val="right"/>
      </w:pPr>
      <w:r>
        <w:t>آپ چاہیں گے کہ حکومت بدلیں تو جو اس پر قابض ہے، وہ آپ کے خلاف ہو جائے گا۔</w:t>
      </w:r>
    </w:p>
    <w:p>
      <w:r>
        <w:rPr>
          <w:b/>
        </w:rPr>
        <w:t xml:space="preserve">[48:10] </w:t>
      </w:r>
      <w:r>
        <w:t>to foran hi do partiyan banen gi.</w:t>
      </w:r>
    </w:p>
    <w:p>
      <w:pPr>
        <w:jc w:val="right"/>
      </w:pPr>
      <w:r>
        <w:t>تو فوراً ہی دو پارٹیاں بنیں گی۔</w:t>
      </w:r>
    </w:p>
    <w:p>
      <w:r>
        <w:rPr>
          <w:b/>
        </w:rPr>
        <w:t xml:space="preserve">[48:17] </w:t>
      </w:r>
      <w:r>
        <w:t>jahan bhi aap dekhiye, jahan aaj log politics mein interest lete hain, to wahan hamesha do partiyan ban jati hain.</w:t>
      </w:r>
    </w:p>
    <w:p>
      <w:pPr>
        <w:jc w:val="right"/>
      </w:pPr>
      <w:r>
        <w:t>جہاں بھی آپ دیکھیے، جہاں آج لوگ پولیٹکس میں انٹرسٹ لیتے ہیں، تو وہاں ہمیشہ دو پارٹیاں بن جاتی ہیں۔</w:t>
      </w:r>
    </w:p>
    <w:p>
      <w:r>
        <w:rPr>
          <w:b/>
        </w:rPr>
        <w:t xml:space="preserve">[48:24] </w:t>
      </w:r>
      <w:r>
        <w:t>ya in ke khilaf, wo in ke khilaf, ya in ke khilaf, wo in ke khilaf.</w:t>
      </w:r>
    </w:p>
    <w:p>
      <w:pPr>
        <w:jc w:val="right"/>
      </w:pPr>
      <w:r>
        <w:t>یا ان کے خلاف، وہ ان کے خلاف، یا ان کے خلاف، وہ ان کے خلاف۔</w:t>
      </w:r>
    </w:p>
    <w:p>
      <w:r>
        <w:rPr>
          <w:b/>
        </w:rPr>
        <w:t xml:space="preserve">[48:30] </w:t>
      </w:r>
      <w:r>
        <w:t>to tazkiya kahan se ho jaye ga? political thinking to qatil hai tazkiya ke liye.</w:t>
      </w:r>
    </w:p>
    <w:p>
      <w:pPr>
        <w:jc w:val="right"/>
      </w:pPr>
      <w:r>
        <w:t>تو تزکیہ کہاں سے ہو جائے گا؟ پولیٹیکل تھنکنگ تو قاتل ہے تزکیہ کے لیے۔</w:t>
      </w:r>
    </w:p>
    <w:p>
      <w:r>
        <w:rPr>
          <w:b/>
        </w:rPr>
        <w:t xml:space="preserve">[48:37] </w:t>
      </w:r>
      <w:r>
        <w:t>tazkiya hamesha non political thinking ke zariye hota hai.</w:t>
      </w:r>
    </w:p>
    <w:p>
      <w:pPr>
        <w:jc w:val="right"/>
      </w:pPr>
      <w:r>
        <w:t>تزکیہ ہمیشہ نان پولیٹیکل تھنکنگ کے ذریعے ہوتا ہے۔</w:t>
      </w:r>
    </w:p>
    <w:p>
      <w:r>
        <w:rPr>
          <w:b/>
        </w:rPr>
        <w:t xml:space="preserve">[48:44] </w:t>
      </w:r>
      <w:r>
        <w:t>main aik martaba aik leader ki dilli mein taqreer sun raha tha, aik aik top ke leader ki.</w:t>
      </w:r>
    </w:p>
    <w:p>
      <w:pPr>
        <w:jc w:val="right"/>
      </w:pPr>
      <w:r>
        <w:t>میں ایک مرتبہ ایک لیڈر کی دلی میں تقریر سن رہا تھا، ایک ایک ٹاپ کے لیڈر کی۔</w:t>
      </w:r>
    </w:p>
    <w:p>
      <w:r>
        <w:rPr>
          <w:b/>
        </w:rPr>
        <w:t xml:space="preserve">[48:50] </w:t>
      </w:r>
      <w:r>
        <w:t>to unhon ne kaha ke "rajneeti chalti hai takrao par." apni taqreer mein kaha tha unhon ne ke</w:t>
      </w:r>
    </w:p>
    <w:p>
      <w:pPr>
        <w:jc w:val="right"/>
      </w:pPr>
      <w:r>
        <w:t>تو انہوں نے کہا کہ "راجنیتی چلتی ہے ٹکراؤ پر۔" اپنی تقریر میں کہا تھا انہوں نے کہ</w:t>
      </w:r>
    </w:p>
    <w:p>
      <w:r>
        <w:rPr>
          <w:b/>
        </w:rPr>
        <w:t xml:space="preserve">[48:57] </w:t>
      </w:r>
      <w:r>
        <w:t>"rajneeti chalti hai takrao par." yani politics jo hai, opposition pe chalti hai. opposition.</w:t>
      </w:r>
    </w:p>
    <w:p>
      <w:pPr>
        <w:jc w:val="right"/>
      </w:pPr>
      <w:r>
        <w:t>"راجنیتی چلتی ہے ٹکراؤ پر۔" یعنی پولیٹکس جو ہے، اپوزیشن پہ چلتی ہے۔ اپوزیشن۔</w:t>
      </w:r>
    </w:p>
    <w:p>
      <w:r>
        <w:rPr>
          <w:b/>
        </w:rPr>
        <w:t xml:space="preserve">[49:04] </w:t>
      </w:r>
      <w:r>
        <w:t>to jahan opposition aai, wahan par kya hai? hate aaya, revenge aaya, positive thinking khatam ho gai.</w:t>
      </w:r>
    </w:p>
    <w:p>
      <w:pPr>
        <w:jc w:val="right"/>
      </w:pPr>
      <w:r>
        <w:t>تو جہاں اپوزیشن آئی، وہاں پر کیا ہے؟ ہیٹ آیا، ریونج آیا، پازیٹیو تھنکنگ ختم ہو گئی۔</w:t>
      </w:r>
    </w:p>
    <w:p>
      <w:r>
        <w:rPr>
          <w:b/>
        </w:rPr>
        <w:t xml:space="preserve">[49:10] </w:t>
      </w:r>
      <w:r>
        <w:t>to political target ya political thinking jo hai, wo to qatil hai tazkiya ki.</w:t>
      </w:r>
    </w:p>
    <w:p>
      <w:pPr>
        <w:jc w:val="right"/>
      </w:pPr>
      <w:r>
        <w:t>تو پولیٹیکل ٹارگٹ یا پولیٹیکل تھنکنگ جو ہے، وہ تو قاتل ہے تزکیہ کی۔</w:t>
      </w:r>
    </w:p>
    <w:p>
      <w:r>
        <w:rPr>
          <w:b/>
        </w:rPr>
        <w:t xml:space="preserve">[49:17] </w:t>
      </w:r>
      <w:r>
        <w:t>wahan tazkiya kaise aa jaye ga?</w:t>
      </w:r>
    </w:p>
    <w:p>
      <w:pPr>
        <w:jc w:val="right"/>
      </w:pPr>
      <w:r>
        <w:t>وہاں تزکیہ کیسے آ جائے گا؟</w:t>
      </w:r>
    </w:p>
    <w:p>
      <w:r>
        <w:rPr>
          <w:b/>
        </w:rPr>
        <w:t xml:space="preserve">[49:24] </w:t>
      </w:r>
      <w:r>
        <w:t>How did you find today session of Maulana sahib? Send us your comments, suggestion or feedback on info@cpsglobal.org.</w:t>
      </w:r>
    </w:p>
    <w:p>
      <w:pPr>
        <w:jc w:val="right"/>
      </w:pPr>
      <w:r>
        <w:t>ہاؤ ڈیڈ یو فائنڈ ٹوڈے سیشن آف مولانا صاحب؟ سینڈ اس یور کمنٹس، سجیشن اور فیڈ بیک آن انفو ایٹ سی پی ایس گلوبل ڈاٹ او آر جی۔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