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Character of a Believer April 16, 2016 Maulana Wahiduddin Khan</w:t>
      </w:r>
    </w:p>
    <w:p>
      <w:r>
        <w:t>https://www.youtube.com/watch?v=HpOK8NY312g</w:t>
      </w:r>
    </w:p>
    <w:p>
      <w:r>
        <w:rPr>
          <w:b/>
        </w:rPr>
        <w:t xml:space="preserve">[00:21] </w:t>
      </w:r>
      <w:r>
        <w:t>bismillah rahman rahim.</w:t>
      </w:r>
    </w:p>
    <w:p>
      <w:pPr>
        <w:jc w:val="right"/>
      </w:pPr>
      <w:r>
        <w:t>بسم اللہ الرحمن الرحیم۔</w:t>
      </w:r>
    </w:p>
    <w:p>
      <w:r>
        <w:rPr>
          <w:b/>
        </w:rPr>
        <w:t xml:space="preserve">[00:25] </w:t>
      </w:r>
      <w:r>
        <w:t>i am maria khan from center for peace and spirituality.</w:t>
      </w:r>
    </w:p>
    <w:p>
      <w:pPr>
        <w:jc w:val="right"/>
      </w:pPr>
      <w:r>
        <w:t>آئی ایم ماریہ خان فرام سینٹر فار پیس اینڈ سپرچویلیٹی۔</w:t>
      </w:r>
    </w:p>
    <w:p>
      <w:r>
        <w:rPr>
          <w:b/>
        </w:rPr>
        <w:t xml:space="preserve">[00:29] </w:t>
      </w:r>
      <w:r>
        <w:t>Welcome to a live question and answer session with Maulana Wahiduddin Khan.</w:t>
      </w:r>
    </w:p>
    <w:p>
      <w:pPr>
        <w:jc w:val="right"/>
      </w:pPr>
      <w:r>
        <w:t>ویلکم ٹو ا لائیو کویسچن اینڈ انسر سیشن ود مولانا وحید الدین خان۔</w:t>
      </w:r>
    </w:p>
    <w:p>
      <w:r>
        <w:rPr>
          <w:b/>
        </w:rPr>
        <w:t xml:space="preserve">[00:34] </w:t>
      </w:r>
      <w:r>
        <w:t>The topic for discussion today is "Character of a Believer".</w:t>
      </w:r>
    </w:p>
    <w:p>
      <w:pPr>
        <w:jc w:val="right"/>
      </w:pPr>
      <w:r>
        <w:t>دا ٹاپک فار ڈسکشن ٹوڈے از "کیریکٹر آف ا بیلیور"۔</w:t>
      </w:r>
    </w:p>
    <w:p>
      <w:r>
        <w:rPr>
          <w:b/>
        </w:rPr>
        <w:t xml:space="preserve">[00:38] </w:t>
      </w:r>
      <w:r>
        <w:t>What are the qualities of a believer, and how should we develop these in ourselves? The Maulana</w:t>
      </w:r>
    </w:p>
    <w:p>
      <w:pPr>
        <w:jc w:val="right"/>
      </w:pPr>
      <w:r>
        <w:t>واٹ آر دا کوالٹیز آف ا بیلیور، اینڈ ہاؤ شوڈ وی ڈیویلپ دیز ان آور سیلز؟ دا مولانا</w:t>
      </w:r>
    </w:p>
    <w:p>
      <w:r>
        <w:rPr>
          <w:b/>
        </w:rPr>
        <w:t xml:space="preserve">[00:42] </w:t>
      </w:r>
      <w:r>
        <w:t>We'll be taking up questions right now, and you can send yours in the comment section.</w:t>
      </w:r>
    </w:p>
    <w:p>
      <w:pPr>
        <w:jc w:val="right"/>
      </w:pPr>
      <w:r>
        <w:t>ویل بی ٹیکنگ اپ کویسچنز رائٹ ناو، اینڈ یو کین سینڈ یورز ان دا کمنٹ سیکشن۔</w:t>
      </w:r>
    </w:p>
    <w:p>
      <w:r>
        <w:rPr>
          <w:b/>
        </w:rPr>
        <w:t xml:space="preserve">[00:47] </w:t>
      </w:r>
      <w:r>
        <w:t>Please keep the questions brief and relevant.</w:t>
      </w:r>
    </w:p>
    <w:p>
      <w:pPr>
        <w:jc w:val="right"/>
      </w:pPr>
      <w:r>
        <w:t>پلیز کیپ دا کویسچنز بریف اینڈ ریلیونٹ۔</w:t>
      </w:r>
    </w:p>
    <w:p>
      <w:r>
        <w:rPr>
          <w:b/>
        </w:rPr>
        <w:t xml:space="preserve">[00:51] </w:t>
      </w:r>
      <w:r>
        <w:t>maulana, who is a believer?</w:t>
      </w:r>
    </w:p>
    <w:p>
      <w:pPr>
        <w:jc w:val="right"/>
      </w:pPr>
      <w:r>
        <w:t>مولانا، ہو از ا بیلیور؟</w:t>
      </w:r>
    </w:p>
    <w:p>
      <w:r>
        <w:rPr>
          <w:b/>
        </w:rPr>
        <w:t xml:space="preserve">[00:56] </w:t>
      </w:r>
      <w:r>
        <w:t>dekhen, believer ka matlab hai momin, sahib aqeeda.</w:t>
      </w:r>
    </w:p>
    <w:p>
      <w:pPr>
        <w:jc w:val="right"/>
      </w:pPr>
      <w:r>
        <w:t>دیکھیں، بیلیور کا مطلب ہے مومن، صاحب عقیدہ۔</w:t>
      </w:r>
    </w:p>
    <w:p>
      <w:r>
        <w:rPr>
          <w:b/>
        </w:rPr>
        <w:t xml:space="preserve">[01:05] </w:t>
      </w:r>
      <w:r>
        <w:t>lekin momin kaise banta hai? aik momin kis process ke tehat wajood mein aata hai, us ke lehaz</w:t>
      </w:r>
    </w:p>
    <w:p>
      <w:pPr>
        <w:jc w:val="right"/>
      </w:pPr>
      <w:r>
        <w:t>لیکن مومن کیسے بنتا ہے؟ ایک مومن کس پروسیس کے تحت وجود میں آتا ہے، اس کے لحاظ</w:t>
      </w:r>
    </w:p>
    <w:p>
      <w:r>
        <w:rPr>
          <w:b/>
        </w:rPr>
        <w:t xml:space="preserve">[01:15] </w:t>
      </w:r>
      <w:r>
        <w:t>se dekha jaye to believer wo hai jis ko reality discovery ke darje mein mili ho.</w:t>
      </w:r>
    </w:p>
    <w:p>
      <w:pPr>
        <w:jc w:val="right"/>
      </w:pPr>
      <w:r>
        <w:t>سے دیکھا جائے تو بیلیور وہ ہے جس کو ریلیٹی ڈسکوری کے درجے میں ملی ہو۔</w:t>
      </w:r>
    </w:p>
    <w:p>
      <w:r>
        <w:rPr>
          <w:b/>
        </w:rPr>
        <w:t xml:space="preserve">[01:24] </w:t>
      </w:r>
      <w:r>
        <w:t>sab se bari reality Rab-ul-Alameen hai.</w:t>
      </w:r>
    </w:p>
    <w:p>
      <w:pPr>
        <w:jc w:val="right"/>
      </w:pPr>
      <w:r>
        <w:t>سب سے بڑی ریلیٹی رب العالمین ہے۔</w:t>
      </w:r>
    </w:p>
    <w:p>
      <w:r>
        <w:rPr>
          <w:b/>
        </w:rPr>
        <w:t xml:space="preserve">[01:34] </w:t>
      </w:r>
      <w:r>
        <w:t>to ye believer banna aik process ka culmination hai.</w:t>
      </w:r>
    </w:p>
    <w:p>
      <w:pPr>
        <w:jc w:val="right"/>
      </w:pPr>
      <w:r>
        <w:t>تو یہ بیلیور بننا ایک پروسیس کا کلمینیشن ہے۔</w:t>
      </w:r>
    </w:p>
    <w:p>
      <w:r>
        <w:rPr>
          <w:b/>
        </w:rPr>
        <w:t xml:space="preserve">[01:43] </w:t>
      </w:r>
      <w:r>
        <w:t>aadmi paida hota hai aql ke sath.</w:t>
      </w:r>
    </w:p>
    <w:p>
      <w:pPr>
        <w:jc w:val="right"/>
      </w:pPr>
      <w:r>
        <w:t>آدمی پیدا ہوتا ہے عقل کے ساتھ۔</w:t>
      </w:r>
    </w:p>
    <w:p>
      <w:r>
        <w:rPr>
          <w:b/>
        </w:rPr>
        <w:t xml:space="preserve">[01:53] </w:t>
      </w:r>
      <w:r>
        <w:t>to aql aik aisi living machine hai jo raat din sochti hai.</w:t>
      </w:r>
    </w:p>
    <w:p>
      <w:pPr>
        <w:jc w:val="right"/>
      </w:pPr>
      <w:r>
        <w:t>تو عقل ایک ایسی لیونگ مشین ہے جو رات دن سوچتی ہے۔</w:t>
      </w:r>
    </w:p>
    <w:p>
      <w:r>
        <w:rPr>
          <w:b/>
        </w:rPr>
        <w:t xml:space="preserve">[02:02] </w:t>
      </w:r>
      <w:r>
        <w:t>نان اسٹاپ thinking ہوتی ہے آپ کے mind کے اندر۔</w:t>
      </w:r>
    </w:p>
    <w:p>
      <w:pPr>
        <w:jc w:val="right"/>
      </w:pPr>
      <w:r>
        <w:t>نان اسٹاپ تھنکنگ ہوتی ہے آپ کے مائنڈ کے اندر۔</w:t>
      </w:r>
    </w:p>
    <w:p>
      <w:r>
        <w:rPr>
          <w:b/>
        </w:rPr>
        <w:t xml:space="preserve">[02:12] </w:t>
      </w:r>
      <w:r>
        <w:t>تو یہ نان اسٹاپ تھنکنگ چلتی ہے اس سوال پر کہ who am I, who is my creator?</w:t>
      </w:r>
    </w:p>
    <w:p>
      <w:pPr>
        <w:jc w:val="right"/>
      </w:pPr>
      <w:r>
        <w:t>تو یہ نان اسٹاپ تھنکنگ چلتی ہے اس سوال پر کہ ہو آئی مائی، ہو از مائی کریٹر؟</w:t>
      </w:r>
    </w:p>
    <w:p>
      <w:r>
        <w:rPr>
          <w:b/>
        </w:rPr>
        <w:t xml:space="preserve">[02:21] </w:t>
      </w:r>
      <w:r>
        <w:t>What is the purpose of life? What is before death? What is after death? Yeh sare question is</w:t>
      </w:r>
    </w:p>
    <w:p>
      <w:pPr>
        <w:jc w:val="right"/>
      </w:pPr>
      <w:r>
        <w:t>واٹ از دا پرپس آف لائف؟ واٹ از بیفور ڈیتھ؟ واٹ از آفٹر ڈیتھ؟ یہ سارے کویسچن اس</w:t>
      </w:r>
    </w:p>
    <w:p>
      <w:r>
        <w:rPr>
          <w:b/>
        </w:rPr>
        <w:t xml:space="preserve">[02:31] </w:t>
      </w:r>
      <w:r>
        <w:t>ke mind mein ate hain, aik toofan barpa karte hain.</w:t>
      </w:r>
    </w:p>
    <w:p>
      <w:pPr>
        <w:jc w:val="right"/>
      </w:pPr>
      <w:r>
        <w:t>کے مائنڈ میں آتے ہیں، ایک طوفان برپا کرتے ہیں۔</w:t>
      </w:r>
    </w:p>
    <w:p>
      <w:r>
        <w:rPr>
          <w:b/>
        </w:rPr>
        <w:t xml:space="preserve">[02:40] </w:t>
      </w:r>
      <w:r>
        <w:t>یعنی جس کو کہتے ہیں brainstorming۔</w:t>
      </w:r>
    </w:p>
    <w:p>
      <w:pPr>
        <w:jc w:val="right"/>
      </w:pPr>
      <w:r>
        <w:t>یعنی جس کو کہتے ہیں برین اسٹارمنگ۔</w:t>
      </w:r>
    </w:p>
    <w:p>
      <w:r>
        <w:rPr>
          <w:b/>
        </w:rPr>
        <w:t xml:space="preserve">[02:50] </w:t>
      </w:r>
      <w:r>
        <w:t>to lambi study, observation aur contemplation ke baad wo keh uthta hai ke alhamdulillah rabbil alameen.</w:t>
      </w:r>
    </w:p>
    <w:p>
      <w:pPr>
        <w:jc w:val="right"/>
      </w:pPr>
      <w:r>
        <w:t>تو لمبی سٹڈی، آبزرویشن اور کنٹریپلیشن کے بعد وہ کہہ اٹھتا ہے کہ الحمدللہ رب العالمین۔</w:t>
      </w:r>
    </w:p>
    <w:p>
      <w:r>
        <w:rPr>
          <w:b/>
        </w:rPr>
        <w:t xml:space="preserve">[02:59] </w:t>
      </w:r>
      <w:r>
        <w:t>khudaya, main ne tujh par yaqeen kiya, main tujh par imaan laya.</w:t>
      </w:r>
    </w:p>
    <w:p>
      <w:pPr>
        <w:jc w:val="right"/>
      </w:pPr>
      <w:r>
        <w:t>خدایا، میں نے تجھ پر یقین کیا، میں تجھ پر ایمان لایا۔</w:t>
      </w:r>
    </w:p>
    <w:p>
      <w:r>
        <w:rPr>
          <w:b/>
        </w:rPr>
        <w:t xml:space="preserve">[03:09] </w:t>
      </w:r>
      <w:r>
        <w:t>tu is process ke tehat jo insaan banta hai, usi ko hum kehte hain believer ya momin.</w:t>
      </w:r>
    </w:p>
    <w:p>
      <w:pPr>
        <w:jc w:val="right"/>
      </w:pPr>
      <w:r>
        <w:t>تو اس پروسیس کے تحت جو انسان بنتا ہے، اسی کو ہم کہتے ہیں بیلیور یا مومن۔</w:t>
      </w:r>
    </w:p>
    <w:p>
      <w:r>
        <w:rPr>
          <w:b/>
        </w:rPr>
        <w:t xml:space="preserve">[03:18] </w:t>
      </w:r>
      <w:r>
        <w:t>momin ya believer is tarah nahi wajood mein aata ke ek kalma hai, us ko aap ne recide kar diya.</w:t>
      </w:r>
    </w:p>
    <w:p>
      <w:pPr>
        <w:jc w:val="right"/>
      </w:pPr>
      <w:r>
        <w:t>مومن یا بیلیور اس طرح نہیں وجود میں آتا کہ ایک کلمہ ہے، اس کو آپ نے ریسائیڈ کر دیا۔</w:t>
      </w:r>
    </w:p>
    <w:p>
      <w:r>
        <w:rPr>
          <w:b/>
        </w:rPr>
        <w:t xml:space="preserve">[03:28] </w:t>
      </w:r>
      <w:r>
        <w:t>nahi, woh ek zalzala khez thinking process ke baad wajood mein aata hai.</w:t>
      </w:r>
    </w:p>
    <w:p>
      <w:pPr>
        <w:jc w:val="right"/>
      </w:pPr>
      <w:r>
        <w:t>نہیں، وہ ایک زلزلہ خیز تھنکنگ پروسیس کے بعد وجود میں آتا ہے۔</w:t>
      </w:r>
    </w:p>
    <w:p>
      <w:r>
        <w:rPr>
          <w:b/>
        </w:rPr>
        <w:t xml:space="preserve">[03:37] </w:t>
      </w:r>
      <w:r>
        <w:t>aur jo believer ya momin is tarah bane, usi ke andar woh saare character, woh saari qualities paida</w:t>
      </w:r>
    </w:p>
    <w:p>
      <w:pPr>
        <w:jc w:val="right"/>
      </w:pPr>
      <w:r>
        <w:t>اور جو بیلیور یا مومن اس طرح بنے، اسی کے اندر وہ سارے کریکٹر، وہ ساری کوالٹیز پیدا</w:t>
      </w:r>
    </w:p>
    <w:p>
      <w:r>
        <w:rPr>
          <w:b/>
        </w:rPr>
        <w:t xml:space="preserve">[03:47] </w:t>
      </w:r>
      <w:r>
        <w:t>hoti hain jo momin ki quality hain.</w:t>
      </w:r>
    </w:p>
    <w:p>
      <w:pPr>
        <w:jc w:val="right"/>
      </w:pPr>
      <w:r>
        <w:t>ہوتی ہیں جو مومن کی کوالٹی ہیں۔</w:t>
      </w:r>
    </w:p>
    <w:p>
      <w:r>
        <w:rPr>
          <w:b/>
        </w:rPr>
        <w:t xml:space="preserve">[03:57] </w:t>
      </w:r>
      <w:r>
        <w:t>So Maulana, a believer is the culmination of a thinking process. So Maulana, ah what makes a believer a person of good character?</w:t>
      </w:r>
    </w:p>
    <w:p>
      <w:pPr>
        <w:jc w:val="right"/>
      </w:pPr>
      <w:r>
        <w:t>تو مولانا، ا بیلیور از دا کلمینیشن آف ا تھنکنگ پروسیس۔ سو مولانا، آہ واٹ میکس ا بیلیور ا پرسن آف گڈ کریکٹر؟</w:t>
      </w:r>
    </w:p>
    <w:p>
      <w:r>
        <w:rPr>
          <w:b/>
        </w:rPr>
        <w:t xml:space="preserve">[04:09] </w:t>
      </w:r>
      <w:r>
        <w:t>dekhen, character koi alag se alag cheez nahi hai.</w:t>
      </w:r>
    </w:p>
    <w:p>
      <w:pPr>
        <w:jc w:val="right"/>
      </w:pPr>
      <w:r>
        <w:t>دیکھیں، کریکٹر کوئی الگ سے الگ چیز نہیں ہے۔</w:t>
      </w:r>
    </w:p>
    <w:p>
      <w:r>
        <w:rPr>
          <w:b/>
        </w:rPr>
        <w:t xml:space="preserve">[04:16] </w:t>
      </w:r>
      <w:r>
        <w:t>yaani aisa nahi ke bahar se ek label chipka diya kisi ke upar.</w:t>
      </w:r>
    </w:p>
    <w:p>
      <w:pPr>
        <w:jc w:val="right"/>
      </w:pPr>
      <w:r>
        <w:t>یعنی ایسا نہیں کہ باہر سے ایک لیبل چپکا دیا کسی کے اوپر۔</w:t>
      </w:r>
    </w:p>
    <w:p>
      <w:r>
        <w:rPr>
          <w:b/>
        </w:rPr>
        <w:t xml:space="preserve">[04:23] </w:t>
      </w:r>
      <w:r>
        <w:t>jab sachai aap ko milti hai discovery ke zariye, to usi ka manifestation hai woh cheez jis ko</w:t>
      </w:r>
    </w:p>
    <w:p>
      <w:pPr>
        <w:jc w:val="right"/>
      </w:pPr>
      <w:r>
        <w:t>جب سچائی آپ کو ملتی ہے ڈسکوری کے ذریعے، تو اسی کا مینیفیسٹیشن ہے وہ چیز جس کو</w:t>
      </w:r>
    </w:p>
    <w:p>
      <w:r>
        <w:rPr>
          <w:b/>
        </w:rPr>
        <w:t xml:space="preserve">[04:30] </w:t>
      </w:r>
      <w:r>
        <w:t>hum kehte hain akhlaq ke character.</w:t>
      </w:r>
    </w:p>
    <w:p>
      <w:pPr>
        <w:jc w:val="right"/>
      </w:pPr>
      <w:r>
        <w:t>ہم کہتے ہیں اخلاق کے کریکٹر۔</w:t>
      </w:r>
    </w:p>
    <w:p>
      <w:r>
        <w:rPr>
          <w:b/>
        </w:rPr>
        <w:t xml:space="preserve">[04:37] </w:t>
      </w:r>
      <w:r>
        <w:t>kyunke is qism ka aqeedah ya is qism ki marifat ya discovery aadmi ki poori personality ko hila deti hai. poori personality.</w:t>
      </w:r>
    </w:p>
    <w:p>
      <w:pPr>
        <w:jc w:val="right"/>
      </w:pPr>
      <w:r>
        <w:t>کیونکہ اس قسم کا عقیدہ یا اس قسم کی معرفت یا ڈسکوری آدمی کی پوری پرسنیلٹی کو ہلا دیتی ہے۔ پوری پرسنیلٹی۔</w:t>
      </w:r>
    </w:p>
    <w:p>
      <w:r>
        <w:rPr>
          <w:b/>
        </w:rPr>
        <w:t xml:space="preserve">[04:44] </w:t>
      </w:r>
      <w:r>
        <w:t>is ki personality ka koi gosha sa nahi rehta jo bhonchal se, bhonchal jaisay tajrube se aashna na ho.</w:t>
      </w:r>
    </w:p>
    <w:p>
      <w:pPr>
        <w:jc w:val="right"/>
      </w:pPr>
      <w:r>
        <w:t>اس کی پرسنیلٹی کا کوئی گوشہ سا نہیں رہتا جو بھونچال سے، بھونچال جیسے تجربے سے آشنا نہ ہو۔</w:t>
      </w:r>
    </w:p>
    <w:p>
      <w:r>
        <w:rPr>
          <w:b/>
        </w:rPr>
        <w:t xml:space="preserve">[04:51] </w:t>
      </w:r>
      <w:r>
        <w:t>to jab aisa hai ke insaan banta hai, to us ko afford nahi kar sakta ke wo is</w:t>
      </w:r>
    </w:p>
    <w:p>
      <w:pPr>
        <w:jc w:val="right"/>
      </w:pPr>
      <w:r>
        <w:t>تو جب ایسا ہے کہ انسان بنتا ہے، تو اس کو افورڈ نہیں کر سکتا کہ وہ اس</w:t>
      </w:r>
    </w:p>
    <w:p>
      <w:r>
        <w:rPr>
          <w:b/>
        </w:rPr>
        <w:t xml:space="preserve">[04:58] </w:t>
      </w:r>
      <w:r>
        <w:t>ke khilaaf chale.</w:t>
      </w:r>
    </w:p>
    <w:p>
      <w:pPr>
        <w:jc w:val="right"/>
      </w:pPr>
      <w:r>
        <w:t>کے خلاف چلے۔</w:t>
      </w:r>
    </w:p>
    <w:p>
      <w:r>
        <w:rPr>
          <w:b/>
        </w:rPr>
        <w:t xml:space="preserve">[05:05] </w:t>
      </w:r>
      <w:r>
        <w:t>apni discovery ke khilaaf chale.</w:t>
      </w:r>
    </w:p>
    <w:p>
      <w:pPr>
        <w:jc w:val="right"/>
      </w:pPr>
      <w:r>
        <w:t>اپنی ڈسکوری کے خلاف چلے۔</w:t>
      </w:r>
    </w:p>
    <w:p>
      <w:r>
        <w:rPr>
          <w:b/>
        </w:rPr>
        <w:t xml:space="preserve">[05:12] </w:t>
      </w:r>
      <w:r>
        <w:t>apni marifat ke khilaaf chale.</w:t>
      </w:r>
    </w:p>
    <w:p>
      <w:pPr>
        <w:jc w:val="right"/>
      </w:pPr>
      <w:r>
        <w:t>اپنی معرفت کے خلاف چلے۔</w:t>
      </w:r>
    </w:p>
    <w:p>
      <w:r>
        <w:rPr>
          <w:b/>
        </w:rPr>
        <w:t xml:space="preserve">[05:19] </w:t>
      </w:r>
      <w:r>
        <w:t>kaise afford karega? ab wo agar wo is ke khilaaf chale to wo apne aap ko deny</w:t>
      </w:r>
    </w:p>
    <w:p>
      <w:pPr>
        <w:jc w:val="right"/>
      </w:pPr>
      <w:r>
        <w:t>کیسے افورڈ کرے گا؟ اب وہ اگر وہ اس کے خلاف چلے تو وہ اپنے آپ کو ڈینائی</w:t>
      </w:r>
    </w:p>
    <w:p>
      <w:r>
        <w:rPr>
          <w:b/>
        </w:rPr>
        <w:t xml:space="preserve">[05:26] </w:t>
      </w:r>
      <w:r>
        <w:t>karne ka matlab hoga.</w:t>
      </w:r>
    </w:p>
    <w:p>
      <w:pPr>
        <w:jc w:val="right"/>
      </w:pPr>
      <w:r>
        <w:t>کرنے کا معنی ہوگا۔</w:t>
      </w:r>
    </w:p>
    <w:p>
      <w:r>
        <w:rPr>
          <w:b/>
        </w:rPr>
        <w:t xml:space="preserve">[05:33] </w:t>
      </w:r>
      <w:r>
        <w:t>apne aap ko koi bhi shakhs apne aap ko deny nahi kar sakta.</w:t>
      </w:r>
    </w:p>
    <w:p>
      <w:pPr>
        <w:jc w:val="right"/>
      </w:pPr>
      <w:r>
        <w:t>اپنے آپ کو کوئی بھی شخص اپنے آپ کو ڈینائی نہیں کر سکتا۔</w:t>
      </w:r>
    </w:p>
    <w:p>
      <w:r>
        <w:rPr>
          <w:b/>
        </w:rPr>
        <w:t xml:space="preserve">[05:40] </w:t>
      </w:r>
      <w:r>
        <w:t>agar aap ko yaqeen ho ke yeh yeh cheez aag hai, wo jalaati hai aag, to us ko</w:t>
      </w:r>
    </w:p>
    <w:p>
      <w:pPr>
        <w:jc w:val="right"/>
      </w:pPr>
      <w:r>
        <w:t>اگر آپ کو یقین ہو کہ یہ یہ چیز آگ ہے، وہ جلاتی ہے آگ، تو اس کو</w:t>
      </w:r>
    </w:p>
    <w:p>
      <w:r>
        <w:rPr>
          <w:b/>
        </w:rPr>
        <w:t xml:space="preserve">[05:47] </w:t>
      </w:r>
      <w:r>
        <w:t>chhoona apne aap ko deny karna hoga.</w:t>
      </w:r>
    </w:p>
    <w:p>
      <w:pPr>
        <w:jc w:val="right"/>
      </w:pPr>
      <w:r>
        <w:t>چھونا اپنے آپ کو ڈینائی کرنا ہوگا۔</w:t>
      </w:r>
    </w:p>
    <w:p>
      <w:r>
        <w:rPr>
          <w:b/>
        </w:rPr>
        <w:t xml:space="preserve">[05:54] </w:t>
      </w:r>
      <w:r>
        <w:t>is tarah se jo character banta hai imaan ke baad, agar us ko ek momin ikhtiyar na kare,</w:t>
      </w:r>
    </w:p>
    <w:p>
      <w:pPr>
        <w:jc w:val="right"/>
      </w:pPr>
      <w:r>
        <w:t>اس طرح سے جو کریکٹر بنتا ہے ایمان کے بعد، اگر اس کو ایک مومن اختیار نہ کرے،</w:t>
      </w:r>
    </w:p>
    <w:p>
      <w:r>
        <w:rPr>
          <w:b/>
        </w:rPr>
        <w:t xml:space="preserve">[06:01] </w:t>
      </w:r>
      <w:r>
        <w:t>to wo apne aap ko deny karne ka matlab hoga.</w:t>
      </w:r>
    </w:p>
    <w:p>
      <w:pPr>
        <w:jc w:val="right"/>
      </w:pPr>
      <w:r>
        <w:t>تو وہ اپنے آپ کو ڈینائی کرنے کا معنی ہوگا۔</w:t>
      </w:r>
    </w:p>
    <w:p>
      <w:r>
        <w:rPr>
          <w:b/>
        </w:rPr>
        <w:t xml:space="preserve">[06:08] </w:t>
      </w:r>
      <w:r>
        <w:t>kyunke koi shakhs khud apne aap ko deny nahi kar sakta, is liye yeh bhi possible nahi hai</w:t>
      </w:r>
    </w:p>
    <w:p>
      <w:pPr>
        <w:jc w:val="right"/>
      </w:pPr>
      <w:r>
        <w:t>کیونکہ کوئی شخص خود اپنے آپ کو ڈینائی نہیں کر سکتا، اس لیے یہ بھی پاسیبل نہیں ہے</w:t>
      </w:r>
    </w:p>
    <w:p>
      <w:r>
        <w:rPr>
          <w:b/>
        </w:rPr>
        <w:t xml:space="preserve">[06:15] </w:t>
      </w:r>
      <w:r>
        <w:t>ke imaan milne ke baad koi shakhs imaan wale character ko ikhtiyar na kare.</w:t>
      </w:r>
    </w:p>
    <w:p>
      <w:pPr>
        <w:jc w:val="right"/>
      </w:pPr>
      <w:r>
        <w:t>کہ ایمان ملنے کے بعد کوئی شخص ایمان والے کریکٹر کو اختیار نہ کرے۔</w:t>
      </w:r>
    </w:p>
    <w:p>
      <w:r>
        <w:rPr>
          <w:b/>
        </w:rPr>
        <w:t xml:space="preserve">[06:23] </w:t>
      </w:r>
      <w:r>
        <w:t>So a believer's character is the result of his discovery of truth. It is a necessary result of his discovery of truth. Maulana, can you please tell us what the Quran says about a believer's character?</w:t>
      </w:r>
    </w:p>
    <w:p>
      <w:pPr>
        <w:jc w:val="right"/>
      </w:pPr>
      <w:r>
        <w:t>سو ا بیلیورز کریکٹر از دا رزلٹ آف ہز ڈسکوری آف ٹروتھ۔ اٹ از ا نیسیسری رزلٹ آف ہز ڈسکوری آف ٹروتھ۔ مولانا، کین یو پلیز ٹیل اس واٹ دا قرآن سیز اباؤٹ ا بیلیورز کریکٹر؟</w:t>
      </w:r>
    </w:p>
    <w:p>
      <w:r>
        <w:rPr>
          <w:b/>
        </w:rPr>
        <w:t xml:space="preserve">[06:36] </w:t>
      </w:r>
      <w:r>
        <w:t>dekhen, quran mein yeh baat mukhtalif alfaz mein kahi gayi hai.</w:t>
      </w:r>
    </w:p>
    <w:p>
      <w:pPr>
        <w:jc w:val="right"/>
      </w:pPr>
      <w:r>
        <w:t>دیکھیں، قرآن میں یہ بات مختلف الفاظ میں کہی گئی ہے۔</w:t>
      </w:r>
    </w:p>
    <w:p>
      <w:r>
        <w:rPr>
          <w:b/>
        </w:rPr>
        <w:t xml:space="preserve">[06:44] </w:t>
      </w:r>
      <w:r>
        <w:t>lekin jo just hai, just, woh hai tazkiya.</w:t>
      </w:r>
    </w:p>
    <w:p>
      <w:pPr>
        <w:jc w:val="right"/>
      </w:pPr>
      <w:r>
        <w:t>لیکن جو جست ہے، جست، وہ ہے تزکیہ۔</w:t>
      </w:r>
    </w:p>
    <w:p>
      <w:r>
        <w:rPr>
          <w:b/>
        </w:rPr>
        <w:t xml:space="preserve">[06:52] </w:t>
      </w:r>
      <w:r>
        <w:t>yani character for what? sawal yeh paida hota hai ke character for what? woh hai apne aap ko</w:t>
      </w:r>
    </w:p>
    <w:p>
      <w:pPr>
        <w:jc w:val="right"/>
      </w:pPr>
      <w:r>
        <w:t>یعنی کریکٹر فار واٹ؟ سوال یہ پیدا ہوتا ہے کہ کریکٹر فار واٹ؟ وہ ہے اپنے آپ کو</w:t>
      </w:r>
    </w:p>
    <w:p>
      <w:r>
        <w:rPr>
          <w:b/>
        </w:rPr>
        <w:t xml:space="preserve">[07:00] </w:t>
      </w:r>
      <w:r>
        <w:t>paradise ke liye aik deserving candidate banana. yeh hai.</w:t>
      </w:r>
    </w:p>
    <w:p>
      <w:pPr>
        <w:jc w:val="right"/>
      </w:pPr>
      <w:r>
        <w:t>پیراڈائز کے لیے ایک ڈیزرونگ کینڈیڈیٹ بنانا۔ یہ ہے۔</w:t>
      </w:r>
    </w:p>
    <w:p>
      <w:r>
        <w:rPr>
          <w:b/>
        </w:rPr>
        <w:t xml:space="preserve">[07:08] </w:t>
      </w:r>
      <w:r>
        <w:t>isi liye quran mein yeh kaha gaya hai ke bar bar tazkiya, tazkiya, tazkiya.</w:t>
      </w:r>
    </w:p>
    <w:p>
      <w:pPr>
        <w:jc w:val="right"/>
      </w:pPr>
      <w:r>
        <w:t>اسی لیے قرآن میں یہ کہا گیا ہے کہ بار بار تزکیہ، تزکیہ، تزکیہ۔</w:t>
      </w:r>
    </w:p>
    <w:p>
      <w:r>
        <w:rPr>
          <w:b/>
        </w:rPr>
        <w:t xml:space="preserve">[07:16] </w:t>
      </w:r>
      <w:r>
        <w:t>kyun ke jab aap daryaft karte hain sachai ko, to aap ka goal ban jata hai Allah tak pahunchna,</w:t>
      </w:r>
    </w:p>
    <w:p>
      <w:pPr>
        <w:jc w:val="right"/>
      </w:pPr>
      <w:r>
        <w:t>کیونکہ جب آپ دریافت کرتے ہیں سچائی کو، تو آپ کا گول بن جاتا ہے اللہ تک پہنچنا،</w:t>
      </w:r>
    </w:p>
    <w:p>
      <w:r>
        <w:rPr>
          <w:b/>
        </w:rPr>
        <w:t xml:space="preserve">[07:24] </w:t>
      </w:r>
      <w:r>
        <w:t>paradise mein dakhil hona, abadi zindagi mein.</w:t>
      </w:r>
    </w:p>
    <w:p>
      <w:pPr>
        <w:jc w:val="right"/>
      </w:pPr>
      <w:r>
        <w:t>پیراڈائز میں داخل ہونا، ابدی زندگی میں۔</w:t>
      </w:r>
    </w:p>
    <w:p>
      <w:r>
        <w:rPr>
          <w:b/>
        </w:rPr>
        <w:t xml:space="preserve">[07:32] </w:t>
      </w:r>
      <w:r>
        <w:t>to quran ke mutabiq character yeh hai ke aap apne aap ko paradise ki society ke liye, rehne</w:t>
      </w:r>
    </w:p>
    <w:p>
      <w:pPr>
        <w:jc w:val="right"/>
      </w:pPr>
      <w:r>
        <w:t>تو قرآن کے مطابق کریکٹر یہ ہے کہ آپ اپنے آپ کو پیراڈائز کی سوسائٹی کے لیے، رہنے</w:t>
      </w:r>
    </w:p>
    <w:p>
      <w:r>
        <w:rPr>
          <w:b/>
        </w:rPr>
        <w:t xml:space="preserve">[07:40] </w:t>
      </w:r>
      <w:r>
        <w:t>ke liye, apne aap ko is ka deserving candidate banayen.</w:t>
      </w:r>
    </w:p>
    <w:p>
      <w:pPr>
        <w:jc w:val="right"/>
      </w:pPr>
      <w:r>
        <w:t>کے لیے، اپنے آپ کو اس کا ڈیزرونگ کینڈیڈیٹ بنائیں۔</w:t>
      </w:r>
    </w:p>
    <w:p>
      <w:r>
        <w:rPr>
          <w:b/>
        </w:rPr>
        <w:t xml:space="preserve">[07:49] </w:t>
      </w:r>
      <w:r>
        <w:t>kyun ke paradise aik society hai.</w:t>
      </w:r>
    </w:p>
    <w:p>
      <w:pPr>
        <w:jc w:val="right"/>
      </w:pPr>
      <w:r>
        <w:t>کیونکہ پیراڈائز ایک سوسائٹی ہے۔</w:t>
      </w:r>
    </w:p>
    <w:p>
      <w:r>
        <w:rPr>
          <w:b/>
        </w:rPr>
        <w:t xml:space="preserve">[07:57] </w:t>
      </w:r>
      <w:r>
        <w:t>paradise aik high ka, high standard ki aik society hai.</w:t>
      </w:r>
    </w:p>
    <w:p>
      <w:pPr>
        <w:jc w:val="right"/>
      </w:pPr>
      <w:r>
        <w:t>پیراڈائز ایک ہائی کا، ہائی سٹینڈرڈ کی ایک سوسائٹی ہے۔</w:t>
      </w:r>
    </w:p>
    <w:p>
      <w:r>
        <w:rPr>
          <w:b/>
        </w:rPr>
        <w:t xml:space="preserve">[08:05] </w:t>
      </w:r>
      <w:r>
        <w:t>to is mein aap ko jagah mile, in logon ke darmiyan aap ko rehna naseeb ho, to wahi quality chahiye.</w:t>
      </w:r>
    </w:p>
    <w:p>
      <w:pPr>
        <w:jc w:val="right"/>
      </w:pPr>
      <w:r>
        <w:t>تو اس میں آپ کو جگہ ملے، ان لوگوں کے درمیان آپ کو رہنا نصیب ہو، تو وہی کوالٹی چاہیے۔</w:t>
      </w:r>
    </w:p>
    <w:p>
      <w:r>
        <w:rPr>
          <w:b/>
        </w:rPr>
        <w:t xml:space="preserve">[08:13] </w:t>
      </w:r>
      <w:r>
        <w:t>to sach poochhen to islam mein jo character building hai, is ka purpose yahi hai quran ke mutabiq.</w:t>
      </w:r>
    </w:p>
    <w:p>
      <w:pPr>
        <w:jc w:val="right"/>
      </w:pPr>
      <w:r>
        <w:t>تو سچ پوچھیں تو اسلام میں جو کریکٹر بلڈنگ ہے، اس کا پرپس یہی ہے قرآن کے مطابق۔</w:t>
      </w:r>
    </w:p>
    <w:p>
      <w:r>
        <w:rPr>
          <w:b/>
        </w:rPr>
        <w:t xml:space="preserve">[08:21] </w:t>
      </w:r>
      <w:r>
        <w:t>aur dekhen, insan ki nafsiyat ki aap study karen to aap janenge ke aadmi hamesha is</w:t>
      </w:r>
    </w:p>
    <w:p>
      <w:pPr>
        <w:jc w:val="right"/>
      </w:pPr>
      <w:r>
        <w:t>اور دیکھیں، انسان کی نفسیات کی کا آپ اسٹڈی کریں تو آپ جانیں گے کہ آدمی ہمیشہ اس</w:t>
      </w:r>
    </w:p>
    <w:p>
      <w:r>
        <w:rPr>
          <w:b/>
        </w:rPr>
        <w:t xml:space="preserve">[08:29] </w:t>
      </w:r>
      <w:r>
        <w:t>cheez ke liye keen hota hai, keen, k double e n, jis ko woh samajhta ho ke sab</w:t>
      </w:r>
    </w:p>
    <w:p>
      <w:pPr>
        <w:jc w:val="right"/>
      </w:pPr>
      <w:r>
        <w:t>چیز کے لیے کین ہوتا ہے، کین، کے ڈبل ای این، جس کو وہ سمجھتا ہو کہ سب</w:t>
      </w:r>
    </w:p>
    <w:p>
      <w:r>
        <w:rPr>
          <w:b/>
        </w:rPr>
        <w:t xml:space="preserve">[08:37] </w:t>
      </w:r>
      <w:r>
        <w:t>se important baat hai.</w:t>
      </w:r>
    </w:p>
    <w:p>
      <w:pPr>
        <w:jc w:val="right"/>
      </w:pPr>
      <w:r>
        <w:t>سے امپورٹنٹ بات ہے۔</w:t>
      </w:r>
    </w:p>
    <w:p>
      <w:r>
        <w:rPr>
          <w:b/>
        </w:rPr>
        <w:t xml:space="preserve">[08:45] </w:t>
      </w:r>
      <w:r>
        <w:t>to jab aap discover karen Allah ko, Allah rab ul alameen ko, paradise ko, to aap bohat zyada keen</w:t>
      </w:r>
    </w:p>
    <w:p>
      <w:pPr>
        <w:jc w:val="right"/>
      </w:pPr>
      <w:r>
        <w:t>تو جب آپ ڈسکور کریں اللہ کو، اللہ رب العالمین کو، پیراڈائز کو، تو آپ بہت زیادہ کین</w:t>
      </w:r>
    </w:p>
    <w:p>
      <w:r>
        <w:rPr>
          <w:b/>
        </w:rPr>
        <w:t xml:space="preserve">[08:53] </w:t>
      </w:r>
      <w:r>
        <w:t>ho jate hain ke aap is ke mutabiq apna character banayen.</w:t>
      </w:r>
    </w:p>
    <w:p>
      <w:pPr>
        <w:jc w:val="right"/>
      </w:pPr>
      <w:r>
        <w:t>ہو جاتے ہیں کہ آپ اس کے مطابق اپنا کریکٹر بنائیں۔</w:t>
      </w:r>
    </w:p>
    <w:p>
      <w:r>
        <w:rPr>
          <w:b/>
        </w:rPr>
        <w:t xml:space="preserve">[09:02] </w:t>
      </w:r>
      <w:r>
        <w:t>taake jab aap ko entry mile paradise ki society mein, to aap is ke standard par wahan reh saken.</w:t>
      </w:r>
    </w:p>
    <w:p>
      <w:pPr>
        <w:jc w:val="right"/>
      </w:pPr>
      <w:r>
        <w:t>تاکہ جب آپ کو انٹری ملے پیراڈائز کی سوسائٹی میں، تو آپ اس کے اسٹینڈرڈ پر وہاں رہ سکیں۔</w:t>
      </w:r>
    </w:p>
    <w:p>
      <w:r>
        <w:rPr>
          <w:b/>
        </w:rPr>
        <w:t xml:space="preserve">[09:10] </w:t>
      </w:r>
      <w:r>
        <w:t>kyun ke quran mein dekhen, kai kai baaten isi se ayi hain.</w:t>
      </w:r>
    </w:p>
    <w:p>
      <w:pPr>
        <w:jc w:val="right"/>
      </w:pPr>
      <w:r>
        <w:t>کیونکہ قرآن میں دیکھیں، کئی کئی باتیں اسی سے آئی ہیں۔</w:t>
      </w:r>
    </w:p>
    <w:p>
      <w:r>
        <w:rPr>
          <w:b/>
        </w:rPr>
        <w:t xml:space="preserve">[09:18] </w:t>
      </w:r>
      <w:r>
        <w:t>misal ke taur par yeh ke jannat mein nuisance nahi hoga, jannat mein shor o ghul nahi hoga, jannat mein self</w:t>
      </w:r>
    </w:p>
    <w:p>
      <w:pPr>
        <w:jc w:val="right"/>
      </w:pPr>
      <w:r>
        <w:t>مثلاً یہ کہ جنت میں نیوسس نہیں ہوگا، جنت میں شور و غل نہیں ہوگا، جنت میں سیلف</w:t>
      </w:r>
    </w:p>
    <w:p>
      <w:r>
        <w:rPr>
          <w:b/>
        </w:rPr>
        <w:t xml:space="preserve">[09:26] </w:t>
      </w:r>
      <w:r>
        <w:t>interest nahi hoga, jannat mein hate nahi hoga, jannat mein violence nahi hoga.</w:t>
      </w:r>
    </w:p>
    <w:p>
      <w:pPr>
        <w:jc w:val="right"/>
      </w:pPr>
      <w:r>
        <w:t>انٹرسٹ نہیں ہوگا، جنت میں ہیٹ نہیں ہوگا، جنت میں وائیلنس نہیں ہوگا۔</w:t>
      </w:r>
    </w:p>
    <w:p>
      <w:r>
        <w:rPr>
          <w:b/>
        </w:rPr>
        <w:t xml:space="preserve">[09:34] </w:t>
      </w:r>
      <w:r>
        <w:t>yeh hoga character jannat walon ka.</w:t>
      </w:r>
    </w:p>
    <w:p>
      <w:pPr>
        <w:jc w:val="right"/>
      </w:pPr>
      <w:r>
        <w:t>یہ ہوگا کریکٹر جنت والوں کا۔</w:t>
      </w:r>
    </w:p>
    <w:p>
      <w:r>
        <w:rPr>
          <w:b/>
        </w:rPr>
        <w:t xml:space="preserve">[09:42] </w:t>
      </w:r>
      <w:r>
        <w:t>to aap is tarah keen ho jate hain ke aap toot toot kar, toot toot kar, toot toot</w:t>
      </w:r>
    </w:p>
    <w:p>
      <w:pPr>
        <w:jc w:val="right"/>
      </w:pPr>
      <w:r>
        <w:t>تو آپ اس طرح کین بن جاتے ہیں کہ آپ ٹوٹ ٹوٹ کر، ٹوٹ ٹوٹ کر، ٹوٹ ٹوٹ</w:t>
      </w:r>
    </w:p>
    <w:p>
      <w:r>
        <w:rPr>
          <w:b/>
        </w:rPr>
        <w:t xml:space="preserve">[09:50] </w:t>
      </w:r>
      <w:r>
        <w:t>kar apne andar woh sifat paida karte hain jo wahan, jo jannat mein entry ke liye aap ko</w:t>
      </w:r>
    </w:p>
    <w:p>
      <w:pPr>
        <w:jc w:val="right"/>
      </w:pPr>
      <w:r>
        <w:t>کر اپنے اندر وہ صفات پیدا کرتے ہیں جو وہاں، جو جنت میں انٹری کے لیے آپ کو</w:t>
      </w:r>
    </w:p>
    <w:p>
      <w:r>
        <w:rPr>
          <w:b/>
        </w:rPr>
        <w:t xml:space="preserve">[09:58] </w:t>
      </w:r>
      <w:r>
        <w:t>dizorning candidate banaen.</w:t>
      </w:r>
    </w:p>
    <w:p>
      <w:pPr>
        <w:jc w:val="right"/>
      </w:pPr>
      <w:r>
        <w:t>ڈیزرونگ کینڈیڈیٹ بنائیں۔</w:t>
      </w:r>
    </w:p>
    <w:p>
      <w:r>
        <w:rPr>
          <w:b/>
        </w:rPr>
        <w:t xml:space="preserve">[10:07] </w:t>
      </w:r>
      <w:r>
        <w:t>So Maulana, we should develop ourselves, we should develop our character in such a way that we are help deserving of being settled in paradise. So for example, in paradise there will be no nuisance, there won't be any hatred, and there won't be any violence. So we have to develop ourselves along these lines. Maulana, can you tell us the importance of fear of God in developing such a character?</w:t>
      </w:r>
    </w:p>
    <w:p>
      <w:pPr>
        <w:jc w:val="right"/>
      </w:pPr>
      <w:r>
        <w:t>سو مولانا، وی شوڈ ڈیویلپ آور سیلز، وی شوڈ ڈیویلپ آور کریکٹر ان سچ اے وے دیٹ وی آر ہیل ڈیزرونگ آف بینگ سیٹلڈ ان پیراڈائز۔ سو فار ایگزامپل، ان پیراڈائز دیر ول بی نو نیوسنس، دیر وونٹ بی اینی ہیٹریڈ، اینڈ دیر وونٹ بی اینی وائیلنس۔ سو وی ہیو ٹو ڈیویلپ آور سیلز الونگ دیز لائنز۔ مولانا، کین یو ٹیل اس دا امپورٹنس آف فیئر آف گاڈ ان ڈیویلپنگ سچ اے کریکٹر؟</w:t>
      </w:r>
    </w:p>
    <w:p>
      <w:r>
        <w:rPr>
          <w:b/>
        </w:rPr>
        <w:t xml:space="preserve">[10:34] </w:t>
      </w:r>
      <w:r>
        <w:t>dekhen, fair ke lafzi matlab to hai darna.</w:t>
      </w:r>
    </w:p>
    <w:p>
      <w:pPr>
        <w:jc w:val="right"/>
      </w:pPr>
      <w:r>
        <w:t>دیکھیں، فیئر کے لفظی مطلب تو ہے ڈرنا۔</w:t>
      </w:r>
    </w:p>
    <w:p>
      <w:r>
        <w:rPr>
          <w:b/>
        </w:rPr>
        <w:t xml:space="preserve">[10:39] </w:t>
      </w:r>
      <w:r>
        <w:t>kyunke Allah sarapa rehmat hai.</w:t>
      </w:r>
    </w:p>
    <w:p>
      <w:pPr>
        <w:jc w:val="right"/>
      </w:pPr>
      <w:r>
        <w:t>کیونکہ اللہ سراپا رحمت ہے۔</w:t>
      </w:r>
    </w:p>
    <w:p>
      <w:r>
        <w:rPr>
          <w:b/>
        </w:rPr>
        <w:t xml:space="preserve">[10:45] </w:t>
      </w:r>
      <w:r>
        <w:t>koi woh sher jaise koi makhlooq nahi hai.</w:t>
      </w:r>
    </w:p>
    <w:p>
      <w:pPr>
        <w:jc w:val="right"/>
      </w:pPr>
      <w:r>
        <w:t>کوئی وہ شیر جیسے کوئی مخلوق نہیں ہے۔</w:t>
      </w:r>
    </w:p>
    <w:p>
      <w:r>
        <w:rPr>
          <w:b/>
        </w:rPr>
        <w:t xml:space="preserve">[10:51] </w:t>
      </w:r>
      <w:r>
        <w:t>to jo ilahi woh kareem hai, jo arham-ul-rahemin hai, us se darne ka matlab kya hai? sach</w:t>
      </w:r>
    </w:p>
    <w:p>
      <w:pPr>
        <w:jc w:val="right"/>
      </w:pPr>
      <w:r>
        <w:t>تو جو الہی وہ کریم ہے، جو ارحم الراحمین ہے، اس سے ڈرنے کا مطلب کیا ہے؟ سچ</w:t>
      </w:r>
    </w:p>
    <w:p>
      <w:r>
        <w:rPr>
          <w:b/>
        </w:rPr>
        <w:t xml:space="preserve">[10:57] </w:t>
      </w:r>
      <w:r>
        <w:t>poochen to yeh darna hota hai out of love.</w:t>
      </w:r>
    </w:p>
    <w:p>
      <w:pPr>
        <w:jc w:val="right"/>
      </w:pPr>
      <w:r>
        <w:t>پوچھیں تو یہ ڈرنا ہوتا ہے آؤٹ آف لو۔</w:t>
      </w:r>
    </w:p>
    <w:p>
      <w:r>
        <w:rPr>
          <w:b/>
        </w:rPr>
        <w:t xml:space="preserve">[11:03] </w:t>
      </w:r>
      <w:r>
        <w:t>out of love.</w:t>
      </w:r>
    </w:p>
    <w:p>
      <w:pPr>
        <w:jc w:val="right"/>
      </w:pPr>
      <w:r>
        <w:t>آؤٹ آف لو۔</w:t>
      </w:r>
    </w:p>
    <w:p>
      <w:r>
        <w:rPr>
          <w:b/>
        </w:rPr>
        <w:t xml:space="preserve">[11:09] </w:t>
      </w:r>
      <w:r>
        <w:t>yeh sab se zyada jo sifat banti hai momin ki, woh apne rab se mohabbat.</w:t>
      </w:r>
    </w:p>
    <w:p>
      <w:pPr>
        <w:jc w:val="right"/>
      </w:pPr>
      <w:r>
        <w:t>یہ سب سے زیادہ جو صفت بنتی ہے مومن کی، وہ اپنے رب سے محبت۔</w:t>
      </w:r>
    </w:p>
    <w:p>
      <w:r>
        <w:rPr>
          <w:b/>
        </w:rPr>
        <w:t xml:space="preserve">[11:14] </w:t>
      </w:r>
      <w:r>
        <w:t>dar is aitbaar se aata hai ke kahin mera rab mujh se raazi na ho to kya hoga?</w:t>
      </w:r>
    </w:p>
    <w:p>
      <w:pPr>
        <w:jc w:val="right"/>
      </w:pPr>
      <w:r>
        <w:t>ڈر اس اعتبار سے آتا ہے کہ کہیں میرا رب مجھ سے راضی نہ ہو تو کیا ہوگا؟</w:t>
      </w:r>
    </w:p>
    <w:p>
      <w:r>
        <w:rPr>
          <w:b/>
        </w:rPr>
        <w:t xml:space="preserve">[11:20] </w:t>
      </w:r>
      <w:r>
        <w:t>mere rab ki rehmat mujh ko na mile to kya hoga? is maani mein hoti hai.</w:t>
      </w:r>
    </w:p>
    <w:p>
      <w:pPr>
        <w:jc w:val="right"/>
      </w:pPr>
      <w:r>
        <w:t>میرے رب کی رحمت مجھ کو نہ ملے تو کیا ہوگا؟ اس معنی میں ہوتی ہے۔</w:t>
      </w:r>
    </w:p>
    <w:p>
      <w:r>
        <w:rPr>
          <w:b/>
        </w:rPr>
        <w:t xml:space="preserve">[11:26] </w:t>
      </w:r>
      <w:r>
        <w:t>asal cheez hai Allah se mohabbat, aur us ke baad yeh cheez aati hai jis ko hum kehte</w:t>
      </w:r>
    </w:p>
    <w:p>
      <w:pPr>
        <w:jc w:val="right"/>
      </w:pPr>
      <w:r>
        <w:t>اصل چیز ہے اللہ سے محبت، اور اس کے بعد یہ چیز آتی ہے جس کو ہم کہتے</w:t>
      </w:r>
    </w:p>
    <w:p>
      <w:r>
        <w:rPr>
          <w:b/>
        </w:rPr>
        <w:t xml:space="preserve">[11:32] </w:t>
      </w:r>
      <w:r>
        <w:t>hain fear of God.</w:t>
      </w:r>
    </w:p>
    <w:p>
      <w:pPr>
        <w:jc w:val="right"/>
      </w:pPr>
      <w:r>
        <w:t>ہیں فیئر آف گاڈ۔</w:t>
      </w:r>
    </w:p>
    <w:p>
      <w:r>
        <w:rPr>
          <w:b/>
        </w:rPr>
        <w:t xml:space="preserve">[11:38] </w:t>
      </w:r>
      <w:r>
        <w:t>yeh baat aap Quran ko mutala karain to yeh aap ko Quran se maloom kar sakte hain.</w:t>
      </w:r>
    </w:p>
    <w:p>
      <w:pPr>
        <w:jc w:val="right"/>
      </w:pPr>
      <w:r>
        <w:t>یہ بات آپ قرآن کو مطالعہ کریں تو یہ آپ کو قرآن سے معلوم کر سکتے ہیں۔</w:t>
      </w:r>
    </w:p>
    <w:p>
      <w:r>
        <w:rPr>
          <w:b/>
        </w:rPr>
        <w:t xml:space="preserve">[11:44] </w:t>
      </w:r>
      <w:r>
        <w:t>misalan Quran mein hai ke allazina amanu ashadd huban lillah.</w:t>
      </w:r>
    </w:p>
    <w:p>
      <w:pPr>
        <w:jc w:val="right"/>
      </w:pPr>
      <w:r>
        <w:t>مثلاً قرآن میں ہے کہ الذین آمنوا أشد حبا لله۔</w:t>
      </w:r>
    </w:p>
    <w:p>
      <w:r>
        <w:rPr>
          <w:b/>
        </w:rPr>
        <w:t xml:space="preserve">[11:50] </w:t>
      </w:r>
      <w:r>
        <w:t>ashadd huban lillah.</w:t>
      </w:r>
    </w:p>
    <w:p>
      <w:pPr>
        <w:jc w:val="right"/>
      </w:pPr>
      <w:r>
        <w:t>أشد حبا لله۔</w:t>
      </w:r>
    </w:p>
    <w:p>
      <w:r>
        <w:rPr>
          <w:b/>
        </w:rPr>
        <w:t xml:space="preserve">[11:55] </w:t>
      </w:r>
      <w:r>
        <w:t>aur doosri taraf hai ke wa lam yakhsha illa Allah.</w:t>
      </w:r>
    </w:p>
    <w:p>
      <w:pPr>
        <w:jc w:val="right"/>
      </w:pPr>
      <w:r>
        <w:t>اور دوسری طرف ہے کہ ولم یخش إلا الله۔</w:t>
      </w:r>
    </w:p>
    <w:p>
      <w:r>
        <w:rPr>
          <w:b/>
        </w:rPr>
        <w:t xml:space="preserve">[12:01] </w:t>
      </w:r>
      <w:r>
        <w:t>donon ka usloob dekhen, alag alag hai.</w:t>
      </w:r>
    </w:p>
    <w:p>
      <w:pPr>
        <w:jc w:val="right"/>
      </w:pPr>
      <w:r>
        <w:t>دونوں کا اسلوب دیکھیں، الگ الگ ہے۔</w:t>
      </w:r>
    </w:p>
    <w:p>
      <w:r>
        <w:rPr>
          <w:b/>
        </w:rPr>
        <w:t xml:space="preserve">[12:07] </w:t>
      </w:r>
      <w:r>
        <w:t>is usloob ke farq par sochne se yeh baat samajh mein aati hai ke Allah se ta'alluq ki</w:t>
      </w:r>
    </w:p>
    <w:p>
      <w:pPr>
        <w:jc w:val="right"/>
      </w:pPr>
      <w:r>
        <w:t>اس اسلوب کے فرق پر سوچنے سے یہ بات سمجھ میں آتی ہے کہ اللہ سے تعلق کی</w:t>
      </w:r>
    </w:p>
    <w:p>
      <w:r>
        <w:rPr>
          <w:b/>
        </w:rPr>
        <w:t xml:space="preserve">[12:13] </w:t>
      </w:r>
      <w:r>
        <w:t>asal cheez jo hai, woh Allah se mohabbat hai.</w:t>
      </w:r>
    </w:p>
    <w:p>
      <w:pPr>
        <w:jc w:val="right"/>
      </w:pPr>
      <w:r>
        <w:t>اصل چیز جو ہے، وہ اللہ سے محبت ہے۔</w:t>
      </w:r>
    </w:p>
    <w:p>
      <w:r>
        <w:rPr>
          <w:b/>
        </w:rPr>
        <w:t xml:space="preserve">[12:19] </w:t>
      </w:r>
      <w:r>
        <w:t>aur yeh andesha ke kahin mein Allah ki rehmat se mehroom na ho jaon, yeh fear paida karta hai.</w:t>
      </w:r>
    </w:p>
    <w:p>
      <w:pPr>
        <w:jc w:val="right"/>
      </w:pPr>
      <w:r>
        <w:t>اور یہ اندیشہ کہ کہیں میں اللہ کی رحمت سے محروم نہ ہو جاؤں، یہ فیئر پیدا کرتا ہے۔</w:t>
      </w:r>
    </w:p>
    <w:p>
      <w:r>
        <w:rPr>
          <w:b/>
        </w:rPr>
        <w:t xml:space="preserve">[12:25] </w:t>
      </w:r>
      <w:r>
        <w:t>lekin yeh yeh sirf maut se pehle wali duniya mein hai.</w:t>
      </w:r>
    </w:p>
    <w:p>
      <w:pPr>
        <w:jc w:val="right"/>
      </w:pPr>
      <w:r>
        <w:t>لیکن یہ یہ صرف موت سے پہلے والی دنیا میں ہے۔</w:t>
      </w:r>
    </w:p>
    <w:p>
      <w:r>
        <w:rPr>
          <w:b/>
        </w:rPr>
        <w:t xml:space="preserve">[12:31] </w:t>
      </w:r>
      <w:r>
        <w:t>jannat mein fear nahi hoga.</w:t>
      </w:r>
    </w:p>
    <w:p>
      <w:pPr>
        <w:jc w:val="right"/>
      </w:pPr>
      <w:r>
        <w:t>جنت میں فیئر نہیں ہوگا۔</w:t>
      </w:r>
    </w:p>
    <w:p>
      <w:r>
        <w:rPr>
          <w:b/>
        </w:rPr>
        <w:t xml:space="preserve">[12:36] </w:t>
      </w:r>
      <w:r>
        <w:t>mohabbat, Allah se mohabbat to hogi, lekin Allah se fear nahi hoga.</w:t>
      </w:r>
    </w:p>
    <w:p>
      <w:pPr>
        <w:jc w:val="right"/>
      </w:pPr>
      <w:r>
        <w:t>محبت، اللہ سے محبت تو ہوگی، لیکن اللہ سے فیئر نہیں ہوگا۔</w:t>
      </w:r>
    </w:p>
    <w:p>
      <w:r>
        <w:rPr>
          <w:b/>
        </w:rPr>
        <w:t xml:space="preserve">[12:42] </w:t>
      </w:r>
      <w:r>
        <w:t>yeh fear is duniya mein hota hai.</w:t>
      </w:r>
    </w:p>
    <w:p>
      <w:pPr>
        <w:jc w:val="right"/>
      </w:pPr>
      <w:r>
        <w:t>یہ فیئر اس دنیا میں ہوتا ہے۔</w:t>
      </w:r>
    </w:p>
    <w:p>
      <w:r>
        <w:rPr>
          <w:b/>
        </w:rPr>
        <w:t xml:space="preserve">[12:48] </w:t>
      </w:r>
      <w:r>
        <w:t>in sab baton par sochne ke baad yeh baat samajh mein aati hai ke asal cheez hai Allah se mohabbat.</w:t>
      </w:r>
    </w:p>
    <w:p>
      <w:pPr>
        <w:jc w:val="right"/>
      </w:pPr>
      <w:r>
        <w:t>ان سب باتوں پر سوچنے کے بعد یہ بات سمجھ میں آتی ہے کہ اصل چیز ہے اللہ سے محبت۔</w:t>
      </w:r>
    </w:p>
    <w:p>
      <w:r>
        <w:rPr>
          <w:b/>
        </w:rPr>
        <w:t xml:space="preserve">[12:54] </w:t>
      </w:r>
      <w:r>
        <w:t>aur is ke nateejay mein aati hai Allah se khauf.</w:t>
      </w:r>
    </w:p>
    <w:p>
      <w:pPr>
        <w:jc w:val="right"/>
      </w:pPr>
      <w:r>
        <w:t>اور اس کے نتیجے میں آتی ہے اللہ سے خوف۔</w:t>
      </w:r>
    </w:p>
    <w:p>
      <w:r>
        <w:rPr>
          <w:b/>
        </w:rPr>
        <w:t xml:space="preserve">[13:00] </w:t>
      </w:r>
      <w:r>
        <w:t>aur khauf chunaanche asal nahin hai, is liye yeh dunya mein to rahega, aakhirat mein jannat, jab</w:t>
      </w:r>
    </w:p>
    <w:p>
      <w:pPr>
        <w:jc w:val="right"/>
      </w:pPr>
      <w:r>
        <w:t>اور خوف چونکہ اصل نہیں ہے، اس لیے یہ دنیا میں تو رہے گا، آخرت میں جنت، جب</w:t>
      </w:r>
    </w:p>
    <w:p>
      <w:r>
        <w:rPr>
          <w:b/>
        </w:rPr>
        <w:t xml:space="preserve">[13:06] </w:t>
      </w:r>
      <w:r>
        <w:t>aap jannat mein daakhil honge to wahan par mohabbat hi mohabbat hogi, wahan khauf nahin hoga.</w:t>
      </w:r>
    </w:p>
    <w:p>
      <w:pPr>
        <w:jc w:val="right"/>
      </w:pPr>
      <w:r>
        <w:t>آپ جنت میں داخل ہوں گے تو وہاں پر محبت ہی محبت ہوگی، وہاں خوف نہیں ہوگا۔</w:t>
      </w:r>
    </w:p>
    <w:p>
      <w:r>
        <w:rPr>
          <w:b/>
        </w:rPr>
        <w:t xml:space="preserve">[13:12] </w:t>
      </w:r>
      <w:r>
        <w:t>So Maulana, fear of God is a result of deep love for God. But Maulana, how does fear of God help in developing a good character?</w:t>
      </w:r>
    </w:p>
    <w:p>
      <w:pPr>
        <w:jc w:val="right"/>
      </w:pPr>
      <w:r>
        <w:t>سو مولانا، فیئر آف گاڈ از ا رزلٹ آف ڈیپ لو فار گاڈ۔ بٹ مولانا، ہاؤ ڈز فیئر آف گاڈ ہیلپ ان ڈیویلپنگ ا گڈ کریکٹر؟</w:t>
      </w:r>
    </w:p>
    <w:p>
      <w:r>
        <w:rPr>
          <w:b/>
        </w:rPr>
        <w:t xml:space="preserve">[13:24] </w:t>
      </w:r>
      <w:r>
        <w:t>dekhen, fear ka matlab kya hai? Fear ka matlab hai ke aakhri waqt se pehle, yaani jannat mein</w:t>
      </w:r>
    </w:p>
    <w:p>
      <w:pPr>
        <w:jc w:val="right"/>
      </w:pPr>
      <w:r>
        <w:t>دیکھیں، فیئر کا مطلب کیا ہے؟ فیئر کا مطلب ہے کہ آخری وقت سے پہلے، یعنی جنت میں</w:t>
      </w:r>
    </w:p>
    <w:p>
      <w:r>
        <w:rPr>
          <w:b/>
        </w:rPr>
        <w:t xml:space="preserve">[13:31] </w:t>
      </w:r>
      <w:r>
        <w:t>entry se pehle, aap ko hamesha yeh dar laga rahega ke kahin main entry na paoon, kahin</w:t>
      </w:r>
    </w:p>
    <w:p>
      <w:pPr>
        <w:jc w:val="right"/>
      </w:pPr>
      <w:r>
        <w:t>انٹری سے پہلے، آپ کو ہمیشہ یہ ڈر لگا رہے گا کہ کہیں میں انٹری نہ پاؤں، کہیں</w:t>
      </w:r>
    </w:p>
    <w:p>
      <w:r>
        <w:rPr>
          <w:b/>
        </w:rPr>
        <w:t xml:space="preserve">[13:39] </w:t>
      </w:r>
      <w:r>
        <w:t>woh is ke liye aisa ho ke wahan yeh faisla ho jaye ke tum is ke liye deserving nahin karte.</w:t>
      </w:r>
    </w:p>
    <w:p>
      <w:pPr>
        <w:jc w:val="right"/>
      </w:pPr>
      <w:r>
        <w:t>وہ اس کے لیے ایسا ہو کہ وہاں یہ فیصلہ ہو جائے کہ تم اس کے لیے ڈیزرونگ نہیں کرتے۔</w:t>
      </w:r>
    </w:p>
    <w:p>
      <w:r>
        <w:rPr>
          <w:b/>
        </w:rPr>
        <w:t xml:space="preserve">[13:47] </w:t>
      </w:r>
      <w:r>
        <w:t>lekin jab mil chuka ho to tab phir fear khatam ho jata hai.</w:t>
      </w:r>
    </w:p>
    <w:p>
      <w:pPr>
        <w:jc w:val="right"/>
      </w:pPr>
      <w:r>
        <w:t>لیکن جب مل چکا ہو تو تب پھر فیئر ختم ہو جاتا ہے۔</w:t>
      </w:r>
    </w:p>
    <w:p>
      <w:r>
        <w:rPr>
          <w:b/>
        </w:rPr>
        <w:t xml:space="preserve">[13:54] </w:t>
      </w:r>
      <w:r>
        <w:t>to yeh yeh fear jo hai, aap ko bohat ziyada keen banata hai, bohat ziyada serious banata hai.</w:t>
      </w:r>
    </w:p>
    <w:p>
      <w:pPr>
        <w:jc w:val="right"/>
      </w:pPr>
      <w:r>
        <w:t>تو یہ یہ فیئر جو ہے، آپ کو بہت زیادہ کین بناتا ہے، بہت زیادہ سیریس بناتا ہے۔</w:t>
      </w:r>
    </w:p>
    <w:p>
      <w:r>
        <w:rPr>
          <w:b/>
        </w:rPr>
        <w:t xml:space="preserve">[14:02] </w:t>
      </w:r>
      <w:r>
        <w:t>bohat ziyada aap ko result oriented banata hai.</w:t>
      </w:r>
    </w:p>
    <w:p>
      <w:pPr>
        <w:jc w:val="right"/>
      </w:pPr>
      <w:r>
        <w:t>بہت زیادہ آپ کو رزلٹ اورینٹڈ بناتا ہے۔</w:t>
      </w:r>
    </w:p>
    <w:p>
      <w:r>
        <w:rPr>
          <w:b/>
        </w:rPr>
        <w:t xml:space="preserve">[14:10] </w:t>
      </w:r>
      <w:r>
        <w:t>ke kahin main Allah ki rehmat se mehroom na ho jaon.</w:t>
      </w:r>
    </w:p>
    <w:p>
      <w:pPr>
        <w:jc w:val="right"/>
      </w:pPr>
      <w:r>
        <w:t>کہ کہیں میں اللہ کی رحمت سے محروم نہ ہو جاؤں۔</w:t>
      </w:r>
    </w:p>
    <w:p>
      <w:r>
        <w:rPr>
          <w:b/>
        </w:rPr>
        <w:t xml:space="preserve">[14:17] </w:t>
      </w:r>
      <w:r>
        <w:t>jab yeh soch aap par chhaati hai, aap ke dimagh mein chha jati hai, to aap is ko</w:t>
      </w:r>
    </w:p>
    <w:p>
      <w:pPr>
        <w:jc w:val="right"/>
      </w:pPr>
      <w:r>
        <w:t>جب یہ سوچ آپ پر چھاتی ہے، آپ کے دماغ میں چھا جاتی ہے، تو آپ اس کو</w:t>
      </w:r>
    </w:p>
    <w:p>
      <w:r>
        <w:rPr>
          <w:b/>
        </w:rPr>
        <w:t xml:space="preserve">[14:25] </w:t>
      </w:r>
      <w:r>
        <w:t>afford nahin kar sakte ke koi aisa kaam karen jo aap ko Allah ki rehmat se door kar de.</w:t>
      </w:r>
    </w:p>
    <w:p>
      <w:pPr>
        <w:jc w:val="right"/>
      </w:pPr>
      <w:r>
        <w:t>افورڈ نہیں کر سکتے کہ کوئی ایسا کام کریں جو آپ کو اللہ کی رحمت سے دور کر دے۔</w:t>
      </w:r>
    </w:p>
    <w:p>
      <w:r>
        <w:rPr>
          <w:b/>
        </w:rPr>
        <w:t xml:space="preserve">[14:33] </w:t>
      </w:r>
      <w:r>
        <w:t>yehi truest system hai tamam achhi baaton ka, tamam achhi qualities ka.</w:t>
      </w:r>
    </w:p>
    <w:p>
      <w:pPr>
        <w:jc w:val="right"/>
      </w:pPr>
      <w:r>
        <w:t>یہی سچ ایسٹم ہے تمام اچھی باتوں کا، تمام اچھی کوالٹیز کا۔</w:t>
      </w:r>
    </w:p>
    <w:p>
      <w:r>
        <w:rPr>
          <w:b/>
        </w:rPr>
        <w:t xml:space="preserve">[14:41] </w:t>
      </w:r>
      <w:r>
        <w:t>So fear of God basically makes a person very serious, and that prevents a person from doing anything that will deprive one of God's blessings. Maulana, the Prophet said that we should adopt unilateral ethics. Can you please tell us what is unilateral ethics?</w:t>
      </w:r>
    </w:p>
    <w:p>
      <w:pPr>
        <w:jc w:val="right"/>
      </w:pPr>
      <w:r>
        <w:t>سو فیئر آف گاڈ بیسیکلی میکس ا پرسن ویری سیریس، اینڈ دیٹ پریوینٹس ا پرسن فرام ڈوئنگ اینی تھنگ دیٹ ول ڈیپرائیو ون آف گاڈز بلیسنگز۔ مولانا، دا پرافٹ سیڈ دیٹ وی شوڈ اڈاپٹ یونی لیٹرل ایتھکس۔ کین یو پلیز ٹیل اس واٹ از یونی لیٹرل ایتھکس؟</w:t>
      </w:r>
    </w:p>
    <w:p>
      <w:r>
        <w:rPr>
          <w:b/>
        </w:rPr>
        <w:t xml:space="preserve">[15:00] </w:t>
      </w:r>
      <w:r>
        <w:t>dekhen, is dunya mein unilateral ethics hi work karti hai.</w:t>
      </w:r>
    </w:p>
    <w:p>
      <w:pPr>
        <w:jc w:val="right"/>
      </w:pPr>
      <w:r>
        <w:t>دیکھیں، اس دنیا میں یونی لیٹرل ایتھکس ہی ورک کرتی ہے۔</w:t>
      </w:r>
    </w:p>
    <w:p>
      <w:r>
        <w:rPr>
          <w:b/>
        </w:rPr>
        <w:t xml:space="preserve">[15:05] </w:t>
      </w:r>
      <w:r>
        <w:t>bilateral ethic ka nazariya work nahin karta.</w:t>
      </w:r>
    </w:p>
    <w:p>
      <w:pPr>
        <w:jc w:val="right"/>
      </w:pPr>
      <w:r>
        <w:t>بائی لیٹرل ایتھک کا نظریہ ورک نہیں کرتا۔</w:t>
      </w:r>
    </w:p>
    <w:p>
      <w:r>
        <w:rPr>
          <w:b/>
        </w:rPr>
        <w:t xml:space="preserve">[15:10] </w:t>
      </w:r>
      <w:r>
        <w:t>kyunke bilateral ethic ke maani ke woh theek ho jaye to main bhi theek ho jaon.</w:t>
      </w:r>
    </w:p>
    <w:p>
      <w:pPr>
        <w:jc w:val="right"/>
      </w:pPr>
      <w:r>
        <w:t>کیونکہ بائی لیٹرل ایتھک کے معنی کہ وہ ٹھیک ہو جائے تو میں بھی ٹھیک ہو جاؤں۔</w:t>
      </w:r>
    </w:p>
    <w:p>
      <w:r>
        <w:rPr>
          <w:b/>
        </w:rPr>
        <w:t xml:space="preserve">[15:16] </w:t>
      </w:r>
      <w:r>
        <w:t>to woh agar na theek ho to aap bhi nahin theek honge.</w:t>
      </w:r>
    </w:p>
    <w:p>
      <w:pPr>
        <w:jc w:val="right"/>
      </w:pPr>
      <w:r>
        <w:t>تو وہ اگر نہ ٹھیک ہو تو آپ بھی نہیں ٹھیک ہوں گے۔</w:t>
      </w:r>
    </w:p>
    <w:p>
      <w:r>
        <w:rPr>
          <w:b/>
        </w:rPr>
        <w:t xml:space="preserve">[15:21] </w:t>
      </w:r>
      <w:r>
        <w:t>is ki kya guarantee hai ke woh theek ho jaye? Usay aap ko yeh soche baghair ke us</w:t>
      </w:r>
    </w:p>
    <w:p>
      <w:pPr>
        <w:jc w:val="right"/>
      </w:pPr>
      <w:r>
        <w:t>اس کی کیا گارنٹی ہے کہ وہ ٹھیک ہو جائے؟ اسے آپ کو یہ سوچے بغیر کہ اس</w:t>
      </w:r>
    </w:p>
    <w:p>
      <w:r>
        <w:rPr>
          <w:b/>
        </w:rPr>
        <w:t xml:space="preserve">[15:26] </w:t>
      </w:r>
      <w:r>
        <w:t>ka tareeqa kya hai, apne aap ko unilateral ke upar develop karna parta hai.</w:t>
      </w:r>
    </w:p>
    <w:p>
      <w:pPr>
        <w:jc w:val="right"/>
      </w:pPr>
      <w:r>
        <w:t>کا طریقہ کیا ہے، اپنے آپ کو یونی لیٹرل کے اوپر ڈیویلپ کرنا پڑتا ہے۔</w:t>
      </w:r>
    </w:p>
    <w:p>
      <w:r>
        <w:rPr>
          <w:b/>
        </w:rPr>
        <w:t xml:space="preserve">[15:32] </w:t>
      </w:r>
      <w:r>
        <w:t>bilateral ethics work hi nahin karega.</w:t>
      </w:r>
    </w:p>
    <w:p>
      <w:pPr>
        <w:jc w:val="right"/>
      </w:pPr>
      <w:r>
        <w:t>بائی لیٹرل ایتھکس ورک ہی نہیں کرے گا۔</w:t>
      </w:r>
    </w:p>
    <w:p>
      <w:r>
        <w:rPr>
          <w:b/>
        </w:rPr>
        <w:t xml:space="preserve">[15:37] </w:t>
      </w:r>
      <w:r>
        <w:t>kyunke doosra aadmi aap ke qabze mein nahin hai.</w:t>
      </w:r>
    </w:p>
    <w:p>
      <w:pPr>
        <w:jc w:val="right"/>
      </w:pPr>
      <w:r>
        <w:t>کیونکہ دوسرا آدمی آپ کے قبضے میں نہیں ہے۔</w:t>
      </w:r>
    </w:p>
    <w:p>
      <w:r>
        <w:rPr>
          <w:b/>
        </w:rPr>
        <w:t xml:space="preserve">[15:43] </w:t>
      </w:r>
      <w:r>
        <w:t>aap khud to apne qabze mein hain, doosra aadmi aap ke qabze mein nahin hai.</w:t>
      </w:r>
    </w:p>
    <w:p>
      <w:pPr>
        <w:jc w:val="right"/>
      </w:pPr>
      <w:r>
        <w:t>آپ خود تو اپنے قبضے میں ہیں، دوسرا آدمی آپ کے قبضے میں نہیں ہے۔</w:t>
      </w:r>
    </w:p>
    <w:p>
      <w:r>
        <w:rPr>
          <w:b/>
        </w:rPr>
        <w:t xml:space="preserve">[15:48] </w:t>
      </w:r>
      <w:r>
        <w:t>to agar yeh ho, bilateral ethics ka matlab hota hai conditional ethics.</w:t>
      </w:r>
    </w:p>
    <w:p>
      <w:pPr>
        <w:jc w:val="right"/>
      </w:pPr>
      <w:r>
        <w:t>تو اگر یہ ہو، بائی لیٹرل ایتھکس کا مطلب ہوتا ہے کنڈیشنل ایتھکس۔</w:t>
      </w:r>
    </w:p>
    <w:p>
      <w:r>
        <w:rPr>
          <w:b/>
        </w:rPr>
        <w:t xml:space="preserve">[15:53] </w:t>
      </w:r>
      <w:r>
        <w:t>woh theek ho to main bhi theek ho jaon ga.</w:t>
      </w:r>
    </w:p>
    <w:p>
      <w:pPr>
        <w:jc w:val="right"/>
      </w:pPr>
      <w:r>
        <w:t>وہ ٹھیک ہو تو میں بھی ٹھیک ہو جاؤں گا۔</w:t>
      </w:r>
    </w:p>
    <w:p>
      <w:r>
        <w:rPr>
          <w:b/>
        </w:rPr>
        <w:t xml:space="preserve">[15:59] </w:t>
      </w:r>
      <w:r>
        <w:t>yeh bohat hi risky baat hai.</w:t>
      </w:r>
    </w:p>
    <w:p>
      <w:pPr>
        <w:jc w:val="right"/>
      </w:pPr>
      <w:r>
        <w:t>یہ بہت ہی رسکی بات ہے۔</w:t>
      </w:r>
    </w:p>
    <w:p>
      <w:r>
        <w:rPr>
          <w:b/>
        </w:rPr>
        <w:t xml:space="preserve">[16:04] </w:t>
      </w:r>
      <w:r>
        <w:t>bohat hi risky baat hai.</w:t>
      </w:r>
    </w:p>
    <w:p>
      <w:pPr>
        <w:jc w:val="right"/>
      </w:pPr>
      <w:r>
        <w:t>بہت ہی رسکی بات ہے۔</w:t>
      </w:r>
    </w:p>
    <w:p>
      <w:r>
        <w:rPr>
          <w:b/>
        </w:rPr>
        <w:t xml:space="preserve">[16:09] </w:t>
      </w:r>
      <w:r>
        <w:t>is liye aap ko yeh soche baghair ke is ka tareeqa kya hai, khud apne oopar khara hona parta hai.</w:t>
      </w:r>
    </w:p>
    <w:p>
      <w:pPr>
        <w:jc w:val="right"/>
      </w:pPr>
      <w:r>
        <w:t>اس لیے آپ کو یہ سوچے بغیر کہ اس کا طریقہ کیا ہے، خود اپنے اوپر کھڑا ہونا پڑتا ہے۔</w:t>
      </w:r>
    </w:p>
    <w:p>
      <w:r>
        <w:rPr>
          <w:b/>
        </w:rPr>
        <w:t xml:space="preserve">[16:15] </w:t>
      </w:r>
      <w:r>
        <w:t>aap ko unilateral ethics ka formula ikhtiyar karna parta hai.</w:t>
      </w:r>
    </w:p>
    <w:p>
      <w:pPr>
        <w:jc w:val="right"/>
      </w:pPr>
      <w:r>
        <w:t>آپ کو یونی لیٹرل ایتھکس کا فارمولا اختیار کرنا پڑتا ہے۔</w:t>
      </w:r>
    </w:p>
    <w:p>
      <w:r>
        <w:rPr>
          <w:b/>
        </w:rPr>
        <w:t xml:space="preserve">[16:20] </w:t>
      </w:r>
      <w:r>
        <w:t>warna kuch nahi hoga.</w:t>
      </w:r>
    </w:p>
    <w:p>
      <w:pPr>
        <w:jc w:val="right"/>
      </w:pPr>
      <w:r>
        <w:t>ورنہ کچھ نہیں ہوگا۔</w:t>
      </w:r>
    </w:p>
    <w:p>
      <w:r>
        <w:rPr>
          <w:b/>
        </w:rPr>
        <w:t xml:space="preserve">[16:26] </w:t>
      </w:r>
      <w:r>
        <w:t>agar aap is formula ko na pakrein ke doosra chahe kuch bhi kare, mujhe to sachai par khara</w:t>
      </w:r>
    </w:p>
    <w:p>
      <w:pPr>
        <w:jc w:val="right"/>
      </w:pPr>
      <w:r>
        <w:t>اگر آپ اس فارمولے کو نہ پکڑیں کہ دوسرا چاہے کچھ بھی کرے، مجھے تو سچائی پر کھڑا</w:t>
      </w:r>
    </w:p>
    <w:p>
      <w:r>
        <w:rPr>
          <w:b/>
        </w:rPr>
        <w:t xml:space="preserve">[16:31] </w:t>
      </w:r>
      <w:r>
        <w:t>hona hai, mujhe react nahi karna hai, mujhe positive personality apna develop karna hai.</w:t>
      </w:r>
    </w:p>
    <w:p>
      <w:pPr>
        <w:jc w:val="right"/>
      </w:pPr>
      <w:r>
        <w:t>ہونا ہے، مجھے ری ایکٹ نہیں کرنا ہے، مجھے پازیٹیو پرسنیلٹی اپنا ڈیویلپ کرنا ہے۔</w:t>
      </w:r>
    </w:p>
    <w:p>
      <w:r>
        <w:rPr>
          <w:b/>
        </w:rPr>
        <w:t xml:space="preserve">[16:36] </w:t>
      </w:r>
      <w:r>
        <w:t>یعنی I will do it, I will do it.</w:t>
      </w:r>
    </w:p>
    <w:p>
      <w:pPr>
        <w:jc w:val="right"/>
      </w:pPr>
      <w:r>
        <w:t>یعنی آئی ویل ڈو اٹ، آئی ویل ڈو اٹ۔</w:t>
      </w:r>
    </w:p>
    <w:p>
      <w:r>
        <w:rPr>
          <w:b/>
        </w:rPr>
        <w:t xml:space="preserve">[16:42] </w:t>
      </w:r>
      <w:r>
        <w:t>yeh agar is ki spirit aap ke andar hai, tab aap apne andar woh ethics develop kar painge.</w:t>
      </w:r>
    </w:p>
    <w:p>
      <w:pPr>
        <w:jc w:val="right"/>
      </w:pPr>
      <w:r>
        <w:t>یہ اگر اس کی اسپرٹ آپ کے اندر ہے، تب آپ اپنے اندر وہ ایتھکس ڈیویلپ کر پائیں گے۔</w:t>
      </w:r>
    </w:p>
    <w:p>
      <w:r>
        <w:rPr>
          <w:b/>
        </w:rPr>
        <w:t xml:space="preserve">[16:47] </w:t>
      </w:r>
      <w:r>
        <w:t>woh kabhi nahi hota.</w:t>
      </w:r>
    </w:p>
    <w:p>
      <w:pPr>
        <w:jc w:val="right"/>
      </w:pPr>
      <w:r>
        <w:t>وہ کبھی نہیں ہوتا۔</w:t>
      </w:r>
    </w:p>
    <w:p>
      <w:r>
        <w:rPr>
          <w:b/>
        </w:rPr>
        <w:t xml:space="preserve">[16:53] </w:t>
      </w:r>
      <w:r>
        <w:t>Unilateral ethics means behaving properly in spite of the other person's wrong behavior. Maulana, the Quran also says that the Prophet had a sublime character. So can you tell us whether this sublime character was special only to the Prophet?</w:t>
      </w:r>
    </w:p>
    <w:p>
      <w:pPr>
        <w:jc w:val="right"/>
      </w:pPr>
      <w:r>
        <w:t>یونی لیٹرل ایتھکس مینز بیہیونگ پراپرلی ان سپائٹ آف دی ادر پرسنز رونگ بیہیویئر۔ مولانا، دا قرآن آل سو سیز دیٹ دا پرافٹ ہیڈ ا سبلائم کریکٹر۔ سو کین یو ٹیل اس ویدر دس سبلائم کریکٹر واز سپیشل اونلی ٹو دا پرافٹ؟</w:t>
      </w:r>
    </w:p>
    <w:p>
      <w:r>
        <w:rPr>
          <w:b/>
        </w:rPr>
        <w:t xml:space="preserve">[17:15] </w:t>
      </w:r>
      <w:r>
        <w:t>dekhein, ayat yeh hai ke inna ka ala khuluqin azeem.</w:t>
      </w:r>
    </w:p>
    <w:p>
      <w:pPr>
        <w:jc w:val="right"/>
      </w:pPr>
      <w:r>
        <w:t>دیکھیں، آیت یہ ہے کہ انک لعلی خلق عظیم۔</w:t>
      </w:r>
    </w:p>
    <w:p>
      <w:r>
        <w:rPr>
          <w:b/>
        </w:rPr>
        <w:t xml:space="preserve">[17:20] </w:t>
      </w:r>
      <w:r>
        <w:t>to yahan par bazahir to rasool Allah ko zaat ke le kar kaha gaya hai.</w:t>
      </w:r>
    </w:p>
    <w:p>
      <w:pPr>
        <w:jc w:val="right"/>
      </w:pPr>
      <w:r>
        <w:t>تو یہاں پر بظاہر تو رسول اللہ کو ذات کے لے کر کہا گیا ہے۔</w:t>
      </w:r>
    </w:p>
    <w:p>
      <w:r>
        <w:rPr>
          <w:b/>
        </w:rPr>
        <w:t xml:space="preserve">[17:25] </w:t>
      </w:r>
      <w:r>
        <w:t>lekin yeh fazilat ke mani mein nahi hai, yeh model ke mani mein hai.</w:t>
      </w:r>
    </w:p>
    <w:p>
      <w:pPr>
        <w:jc w:val="right"/>
      </w:pPr>
      <w:r>
        <w:t>لیکن یہ فضیلت کے معنی میں نہیں ہے، یہ ماڈل کے معنی میں ہے۔</w:t>
      </w:r>
    </w:p>
    <w:p>
      <w:r>
        <w:rPr>
          <w:b/>
        </w:rPr>
        <w:t xml:space="preserve">[17:30] </w:t>
      </w:r>
      <w:r>
        <w:t>hargiz hargiz yeh fazilat ke mani mein nahi hai. model.</w:t>
      </w:r>
    </w:p>
    <w:p>
      <w:pPr>
        <w:jc w:val="right"/>
      </w:pPr>
      <w:r>
        <w:t>ہرگز ہرگز یہ فضیلت کے معنی میں نہیں ہے۔ ماڈل۔</w:t>
      </w:r>
    </w:p>
    <w:p>
      <w:r>
        <w:rPr>
          <w:b/>
        </w:rPr>
        <w:t xml:space="preserve">[17:35] </w:t>
      </w:r>
      <w:r>
        <w:t>yani rasool Allah jo hain, hamare liye akhlaqiyat mein model hain.</w:t>
      </w:r>
    </w:p>
    <w:p>
      <w:pPr>
        <w:jc w:val="right"/>
      </w:pPr>
      <w:r>
        <w:t>یعنی رسول اللہ جو ہیں، ہمارے لیے اخلاقیات میں ماڈل ہیں۔</w:t>
      </w:r>
    </w:p>
    <w:p>
      <w:r>
        <w:rPr>
          <w:b/>
        </w:rPr>
        <w:t xml:space="preserve">[17:40] </w:t>
      </w:r>
      <w:r>
        <w:t>aala akhlaqiyat ke liye model hain.</w:t>
      </w:r>
    </w:p>
    <w:p>
      <w:pPr>
        <w:jc w:val="right"/>
      </w:pPr>
      <w:r>
        <w:t>اعلیٰ اخلاقیات کے لیے ماڈل ہیں۔</w:t>
      </w:r>
    </w:p>
    <w:p>
      <w:r>
        <w:rPr>
          <w:b/>
        </w:rPr>
        <w:t xml:space="preserve">[17:45] </w:t>
      </w:r>
      <w:r>
        <w:t>humein in ko imitate karna hai.</w:t>
      </w:r>
    </w:p>
    <w:p>
      <w:pPr>
        <w:jc w:val="right"/>
      </w:pPr>
      <w:r>
        <w:t>ہمیں ان کو ایمیٹیٹ کرنا ہے۔</w:t>
      </w:r>
    </w:p>
    <w:p>
      <w:r>
        <w:rPr>
          <w:b/>
        </w:rPr>
        <w:t xml:space="preserve">[17:50] </w:t>
      </w:r>
      <w:r>
        <w:t>humein isi dhang par apne aap ko dhalna hai.</w:t>
      </w:r>
    </w:p>
    <w:p>
      <w:pPr>
        <w:jc w:val="right"/>
      </w:pPr>
      <w:r>
        <w:t>ہمیں اسی ڈھنگ پر اپنے آپ کو ڈھالنا ہے۔</w:t>
      </w:r>
    </w:p>
    <w:p>
      <w:r>
        <w:rPr>
          <w:b/>
        </w:rPr>
        <w:t xml:space="preserve">[17:55] </w:t>
      </w:r>
      <w:r>
        <w:t>to dekhein, Quran ko samajhne ke liye zaroori hai ke kai baar aisa hota hai ke ek khaas</w:t>
      </w:r>
    </w:p>
    <w:p>
      <w:pPr>
        <w:jc w:val="right"/>
      </w:pPr>
      <w:r>
        <w:t>تو دیکھیں، قرآن کو سمجھنے کے لیے ضروری ہے کہ کئی بار ایسا ہوتا ہے کہ ایک خاص</w:t>
      </w:r>
    </w:p>
    <w:p>
      <w:r>
        <w:rPr>
          <w:b/>
        </w:rPr>
        <w:t xml:space="preserve">[18:01] </w:t>
      </w:r>
      <w:r>
        <w:t>usloob mein baat ki jati hai.</w:t>
      </w:r>
    </w:p>
    <w:p>
      <w:pPr>
        <w:jc w:val="right"/>
      </w:pPr>
      <w:r>
        <w:t>اسلوب میں بات کی جاتی ہے۔</w:t>
      </w:r>
    </w:p>
    <w:p>
      <w:r>
        <w:rPr>
          <w:b/>
        </w:rPr>
        <w:t xml:space="preserve">[18:06] </w:t>
      </w:r>
      <w:r>
        <w:t>lekin asal baat usloob se bohat oopar hoti hai.</w:t>
      </w:r>
    </w:p>
    <w:p>
      <w:pPr>
        <w:jc w:val="right"/>
      </w:pPr>
      <w:r>
        <w:t>لیکن اصل بات اسلوب سے بہت اوپر ہوتی ہے۔</w:t>
      </w:r>
    </w:p>
    <w:p>
      <w:r>
        <w:rPr>
          <w:b/>
        </w:rPr>
        <w:t xml:space="preserve">[18:11] </w:t>
      </w:r>
      <w:r>
        <w:t>jo style hai, us se jab oopar chale ate hain, tab aap samajh pate hain ke asal baat kya hai.</w:t>
      </w:r>
    </w:p>
    <w:p>
      <w:pPr>
        <w:jc w:val="right"/>
      </w:pPr>
      <w:r>
        <w:t>جو اسٹائل ہے، اس سے جب اوپر چلے آتے ہیں، تب آپ سمجھ پاتے ہیں کہ اصل بات کیا ہے۔</w:t>
      </w:r>
    </w:p>
    <w:p>
      <w:r>
        <w:rPr>
          <w:b/>
        </w:rPr>
        <w:t xml:space="preserve">[18:16] </w:t>
      </w:r>
      <w:r>
        <w:t>to yahan par jo usloob ya style hai, woh to rasool Allah ko khitab kiya gaya hai.</w:t>
      </w:r>
    </w:p>
    <w:p>
      <w:pPr>
        <w:jc w:val="right"/>
      </w:pPr>
      <w:r>
        <w:t>تو یہاں پر جو اسلوب یا اسٹائل ہے، وہ تو رسول اللہ کو خطاب کیا گیا ہے۔</w:t>
      </w:r>
    </w:p>
    <w:p>
      <w:r>
        <w:rPr>
          <w:b/>
        </w:rPr>
        <w:t xml:space="preserve">[18:21] </w:t>
      </w:r>
      <w:r>
        <w:t>lekin yeh sare insan ko ko khitab hai.</w:t>
      </w:r>
    </w:p>
    <w:p>
      <w:pPr>
        <w:jc w:val="right"/>
      </w:pPr>
      <w:r>
        <w:t>لیکن یہ سارے انسان کو کو خطاب ہے۔</w:t>
      </w:r>
    </w:p>
    <w:p>
      <w:r>
        <w:rPr>
          <w:b/>
        </w:rPr>
        <w:t xml:space="preserve">[18:26] </w:t>
      </w:r>
      <w:r>
        <w:t>yani jo rasool Allah jo character ikhtiyar karein, woh model hai tumhare liye.</w:t>
      </w:r>
    </w:p>
    <w:p>
      <w:pPr>
        <w:jc w:val="right"/>
      </w:pPr>
      <w:r>
        <w:t>یعنی جو رسول اللہ جو کریکٹر اختیار کریں، وہ ماڈل ہے تمہارے لیے۔</w:t>
      </w:r>
    </w:p>
    <w:p>
      <w:r>
        <w:rPr>
          <w:b/>
        </w:rPr>
        <w:t xml:space="preserve">[18:31] </w:t>
      </w:r>
      <w:r>
        <w:t>tum ko isi par apne aap ko dhalna hai.</w:t>
      </w:r>
    </w:p>
    <w:p>
      <w:pPr>
        <w:jc w:val="right"/>
      </w:pPr>
      <w:r>
        <w:t>تم کو اسی پر اپنے آپ کو ڈھالنا ہے۔</w:t>
      </w:r>
    </w:p>
    <w:p>
      <w:r>
        <w:rPr>
          <w:b/>
        </w:rPr>
        <w:t xml:space="preserve">[18:36] </w:t>
      </w:r>
      <w:r>
        <w:t>to yeh ayat sab ko address karti hai, sirf rasool Allah ko nahi.</w:t>
      </w:r>
    </w:p>
    <w:p>
      <w:pPr>
        <w:jc w:val="right"/>
      </w:pPr>
      <w:r>
        <w:t>تو یہ آیت سب کو ایڈریس کرتی ہے، صرف رسول اللہ کو نہیں۔</w:t>
      </w:r>
    </w:p>
    <w:p>
      <w:r>
        <w:rPr>
          <w:b/>
        </w:rPr>
        <w:t xml:space="preserve">[18:42] </w:t>
      </w:r>
      <w:r>
        <w:t>so the prophet had a sublime character means that the prophet had a very high, a very sublime kind of character, and we have to follow his character, and we have to emulate it in our life in terms of the high principles that he followed. Maulana, you often say that a believer should have a predictable character. so what is a predictable character?</w:t>
      </w:r>
    </w:p>
    <w:p>
      <w:pPr>
        <w:jc w:val="right"/>
      </w:pPr>
      <w:r>
        <w:t>سو دا پرافٹ ہیڈ ا سبلائم کریکٹر مینز دیٹ دا پرافٹ ہیڈ ا ویری ہائی، ا ویری سبلائم کائنڈ آف کریکٹر، اینڈ وی ہیو ٹو فالو ہز کریکٹر، اینڈ وی ہیو ٹو ایمولیٹ اٹ ان اور لائف ان ٹرمز آف دا ہائی پرنسپلز دیٹ ہی فالوڈ۔ مولانا، یو آفن سے دیٹ ا بیلیور شوڈ ہیو ا پریڈکٹیبل کریکٹر۔ سو واٹ از ا پریڈکٹیبل کریکٹر؟</w:t>
      </w:r>
    </w:p>
    <w:p>
      <w:r>
        <w:rPr>
          <w:b/>
        </w:rPr>
        <w:t xml:space="preserve">[19:06] </w:t>
      </w:r>
      <w:r>
        <w:t>predictable character yani qabil peshangoai kirdaar.</w:t>
      </w:r>
    </w:p>
    <w:p>
      <w:pPr>
        <w:jc w:val="right"/>
      </w:pPr>
      <w:r>
        <w:t>پریڈکٹیبل کریکٹر یعنی قابل پیشنگوئی کردار۔</w:t>
      </w:r>
    </w:p>
    <w:p>
      <w:r>
        <w:rPr>
          <w:b/>
        </w:rPr>
        <w:t xml:space="preserve">[19:11] </w:t>
      </w:r>
      <w:r>
        <w:t>yeh kya hai? yeh hai is baat ka nateeja ke aap ke andar duality na ho.</w:t>
      </w:r>
    </w:p>
    <w:p>
      <w:pPr>
        <w:jc w:val="right"/>
      </w:pPr>
      <w:r>
        <w:t>یہ کیا ہے؟ یہ ہے اس بات کا نتیجہ کہ آپ کے اندر ڈوئلٹی نہ ہو۔</w:t>
      </w:r>
    </w:p>
    <w:p>
      <w:r>
        <w:rPr>
          <w:b/>
        </w:rPr>
        <w:t xml:space="preserve">[19:17] </w:t>
      </w:r>
      <w:r>
        <w:t>double thinking na ho.</w:t>
      </w:r>
    </w:p>
    <w:p>
      <w:pPr>
        <w:jc w:val="right"/>
      </w:pPr>
      <w:r>
        <w:t>ڈبل تھنکنگ نہ ہو۔</w:t>
      </w:r>
    </w:p>
    <w:p>
      <w:r>
        <w:rPr>
          <w:b/>
        </w:rPr>
        <w:t xml:space="preserve">[19:22] </w:t>
      </w:r>
      <w:r>
        <w:t>double character na ho.</w:t>
      </w:r>
    </w:p>
    <w:p>
      <w:pPr>
        <w:jc w:val="right"/>
      </w:pPr>
      <w:r>
        <w:t>ڈبل کریکٹر نہ ہو۔</w:t>
      </w:r>
    </w:p>
    <w:p>
      <w:r>
        <w:rPr>
          <w:b/>
        </w:rPr>
        <w:t xml:space="preserve">[19:28] </w:t>
      </w:r>
      <w:r>
        <w:t>jo jis se aap andar hain, waise hi aap bahir hain.</w:t>
      </w:r>
    </w:p>
    <w:p>
      <w:pPr>
        <w:jc w:val="right"/>
      </w:pPr>
      <w:r>
        <w:t>جو جس سے آپ اندر ہیں، ویسے ہی آپ باہر ہیں۔</w:t>
      </w:r>
    </w:p>
    <w:p>
      <w:r>
        <w:rPr>
          <w:b/>
        </w:rPr>
        <w:t xml:space="preserve">[19:34] </w:t>
      </w:r>
      <w:r>
        <w:t>jo aap ki soch hai, wahi aap ka amal hai.</w:t>
      </w:r>
    </w:p>
    <w:p>
      <w:pPr>
        <w:jc w:val="right"/>
      </w:pPr>
      <w:r>
        <w:t>جو آپ کی سوچ ہے، وہی آپ کا عمل ہے۔</w:t>
      </w:r>
    </w:p>
    <w:p>
      <w:r>
        <w:rPr>
          <w:b/>
        </w:rPr>
        <w:t xml:space="preserve">[19:39] </w:t>
      </w:r>
      <w:r>
        <w:t>jab aap ke andar duality khatm ho jati hai, to aap aise hi ban jate hain.</w:t>
      </w:r>
    </w:p>
    <w:p>
      <w:pPr>
        <w:jc w:val="right"/>
      </w:pPr>
      <w:r>
        <w:t>جب آپ کے اندر ڈوئلٹی ختم ہو جاتی ہے، تو آپ ایسے ہی بن جاتے ہیں۔</w:t>
      </w:r>
    </w:p>
    <w:p>
      <w:r>
        <w:rPr>
          <w:b/>
        </w:rPr>
        <w:t xml:space="preserve">[19:45] </w:t>
      </w:r>
      <w:r>
        <w:t>jab aap ke jis ko kehte hain integrity, jab aap ke andar integrity aa jati hai, integrated personality</w:t>
      </w:r>
    </w:p>
    <w:p>
      <w:pPr>
        <w:jc w:val="right"/>
      </w:pPr>
      <w:r>
        <w:t>جب آپ کے جس کو کہتے ہیں انٹیگریٹی، جب آپ کے اندر انٹیگریٹی آ جاتی ہے، انٹیگریٹڈ پرسنیلٹی</w:t>
      </w:r>
    </w:p>
    <w:p>
      <w:r>
        <w:rPr>
          <w:b/>
        </w:rPr>
        <w:t xml:space="preserve">[19:51] </w:t>
      </w:r>
      <w:r>
        <w:t>aa jati hai, to duality khatm ho jati hai.</w:t>
      </w:r>
    </w:p>
    <w:p>
      <w:pPr>
        <w:jc w:val="right"/>
      </w:pPr>
      <w:r>
        <w:t>آ جاتی ہے، تو ڈوئلٹی ختم ہو جاتی ہے۔</w:t>
      </w:r>
    </w:p>
    <w:p>
      <w:r>
        <w:rPr>
          <w:b/>
        </w:rPr>
        <w:t xml:space="preserve">[19:56] </w:t>
      </w:r>
      <w:r>
        <w:t>jo aap ki soch hoti hai, wahi aap ka amal hota hai.</w:t>
      </w:r>
    </w:p>
    <w:p>
      <w:pPr>
        <w:jc w:val="right"/>
      </w:pPr>
      <w:r>
        <w:t>جو آپ کی سوچ ہوتی ہے، وہی آپ کا عمل ہوتا ہے۔</w:t>
      </w:r>
    </w:p>
    <w:p>
      <w:r>
        <w:rPr>
          <w:b/>
        </w:rPr>
        <w:t xml:space="preserve">[20:02] </w:t>
      </w:r>
      <w:r>
        <w:t>aisa nahi ke sochein kuch, amal kuch karein.</w:t>
      </w:r>
    </w:p>
    <w:p>
      <w:pPr>
        <w:jc w:val="right"/>
      </w:pPr>
      <w:r>
        <w:t>ایسا نہیں کہ سوچیں کچھ، عمل کچھ کریں۔</w:t>
      </w:r>
    </w:p>
    <w:p>
      <w:r>
        <w:rPr>
          <w:b/>
        </w:rPr>
        <w:t xml:space="preserve">[20:07] </w:t>
      </w:r>
      <w:r>
        <w:t>to sach poochein to yeh jo baat hai, woh integrated personality ka phenomena hai.</w:t>
      </w:r>
    </w:p>
    <w:p>
      <w:pPr>
        <w:jc w:val="right"/>
      </w:pPr>
      <w:r>
        <w:t>تو سچ پوچھیں تو یہ جو بات ہے، وہ انٹیگریٹڈ پرسنیلٹی کا فینامینا ہے۔</w:t>
      </w:r>
    </w:p>
    <w:p>
      <w:r>
        <w:rPr>
          <w:b/>
        </w:rPr>
        <w:t xml:space="preserve">[20:13] </w:t>
      </w:r>
      <w:r>
        <w:t>aisi personality jis ke andar duality na ho, munafiqat na ho, double character na ho, to woh aise</w:t>
      </w:r>
    </w:p>
    <w:p>
      <w:pPr>
        <w:jc w:val="right"/>
      </w:pPr>
      <w:r>
        <w:t>ایسی پرسنیلٹی جس کے اندر ڈوئلٹی نہ ہو، منافقت نہ ہو، ڈبل کریکٹر نہ ہو، تو وہ ایسے</w:t>
      </w:r>
    </w:p>
    <w:p>
      <w:r>
        <w:rPr>
          <w:b/>
        </w:rPr>
        <w:t xml:space="preserve">[20:19] </w:t>
      </w:r>
      <w:r>
        <w:t>hi ban jata hai.</w:t>
      </w:r>
    </w:p>
    <w:p>
      <w:pPr>
        <w:jc w:val="right"/>
      </w:pPr>
      <w:r>
        <w:t>ہی بن جاتا ہے۔</w:t>
      </w:r>
    </w:p>
    <w:p>
      <w:r>
        <w:rPr>
          <w:b/>
        </w:rPr>
        <w:t xml:space="preserve">[20:24] </w:t>
      </w:r>
      <w:r>
        <w:t>woh yani is ke andar predictable character aa jata hai.</w:t>
      </w:r>
    </w:p>
    <w:p>
      <w:pPr>
        <w:jc w:val="right"/>
      </w:pPr>
      <w:r>
        <w:t>وہ یعنی اس کے اندر پریڈکٹیبل کریکٹر آ جاتا ہے۔</w:t>
      </w:r>
    </w:p>
    <w:p>
      <w:r>
        <w:rPr>
          <w:b/>
        </w:rPr>
        <w:t xml:space="preserve">[20:30] </w:t>
      </w:r>
      <w:r>
        <w:t>qabil peshangoai kirdaar.</w:t>
      </w:r>
    </w:p>
    <w:p>
      <w:pPr>
        <w:jc w:val="right"/>
      </w:pPr>
      <w:r>
        <w:t>قابل پیشنگوئی کردار۔</w:t>
      </w:r>
    </w:p>
    <w:p>
      <w:r>
        <w:rPr>
          <w:b/>
        </w:rPr>
        <w:t xml:space="preserve">[20:36] </w:t>
      </w:r>
      <w:r>
        <w:t>so a predictable character is a character is a person who has integrity. Maulana, can you also tell us why the development of one's character is given so much importance in Islam?</w:t>
      </w:r>
    </w:p>
    <w:p>
      <w:pPr>
        <w:jc w:val="right"/>
      </w:pPr>
      <w:r>
        <w:t>سو ا پریڈکٹیبل کریکٹر از ا کریکٹر از ا پرسن ہو ہیز انٹیگریٹی۔ مولانا، کین یو آل سو ٹیل اس وائی دا ڈیویلپمنٹ آف ونز کریکٹر از گیون سو مچ امپورٹنس ان اسلام؟</w:t>
      </w:r>
    </w:p>
    <w:p>
      <w:r>
        <w:rPr>
          <w:b/>
        </w:rPr>
        <w:t xml:space="preserve">[20:50] </w:t>
      </w:r>
      <w:r>
        <w:t>dekhein, character kya hai? character kya cheez hai? yani sach poochein to inner quality character ki, is ko</w:t>
      </w:r>
    </w:p>
    <w:p>
      <w:pPr>
        <w:jc w:val="right"/>
      </w:pPr>
      <w:r>
        <w:t>دیکھیں، کریکٹر کیا ہے؟ کریکٹر کیا چیز ہے؟ یعنی سچ پوچھیں تو انر کوالٹی کریکٹر کی، اس کو</w:t>
      </w:r>
    </w:p>
    <w:p>
      <w:r>
        <w:rPr>
          <w:b/>
        </w:rPr>
        <w:t xml:space="preserve">[20:55] </w:t>
      </w:r>
      <w:r>
        <w:t>hum kehte hain spirit.</w:t>
      </w:r>
    </w:p>
    <w:p>
      <w:pPr>
        <w:jc w:val="right"/>
      </w:pPr>
      <w:r>
        <w:t>ہم کہتے ہیں اسپرٹ۔</w:t>
      </w:r>
    </w:p>
    <w:p>
      <w:r>
        <w:rPr>
          <w:b/>
        </w:rPr>
        <w:t xml:space="preserve">[21:01] </w:t>
      </w:r>
      <w:r>
        <w:t>aur is ka external expression jo hai, isi ko kehte hain character.</w:t>
      </w:r>
    </w:p>
    <w:p>
      <w:pPr>
        <w:jc w:val="right"/>
      </w:pPr>
      <w:r>
        <w:t>اور اس کا ایکسٹرنل ایکسپریشن جو ہے، اسی کو کہتے ہیں کریکٹر۔</w:t>
      </w:r>
    </w:p>
    <w:p>
      <w:r>
        <w:rPr>
          <w:b/>
        </w:rPr>
        <w:t xml:space="preserve">[21:07] </w:t>
      </w:r>
      <w:r>
        <w:t>yani ek hi haqeeqat hai woh.</w:t>
      </w:r>
    </w:p>
    <w:p>
      <w:pPr>
        <w:jc w:val="right"/>
      </w:pPr>
      <w:r>
        <w:t>یعنی ایک ہی حقیقت ہے وہ۔</w:t>
      </w:r>
    </w:p>
    <w:p>
      <w:r>
        <w:rPr>
          <w:b/>
        </w:rPr>
        <w:t xml:space="preserve">[21:13] </w:t>
      </w:r>
      <w:r>
        <w:t>woh ek hi haqeeqat hai, do haqeeqat nahi hain.</w:t>
      </w:r>
    </w:p>
    <w:p>
      <w:pPr>
        <w:jc w:val="right"/>
      </w:pPr>
      <w:r>
        <w:t>وہ ایک ہی حقیقت ہے، دو حقیقت نہیں ہیں۔</w:t>
      </w:r>
    </w:p>
    <w:p>
      <w:r>
        <w:rPr>
          <w:b/>
        </w:rPr>
        <w:t xml:space="preserve">[21:19] </w:t>
      </w:r>
      <w:r>
        <w:t>jab aap ke dakhli, aap ke dakhli shakhsiyat ke aitbaar se bola jaye, to is ko hum kahein ge spirit.</w:t>
      </w:r>
    </w:p>
    <w:p>
      <w:pPr>
        <w:jc w:val="right"/>
      </w:pPr>
      <w:r>
        <w:t>جب آپ کے داخلی، آپ کے داخلی شخصیت کے اعتبار سے بولا جائے، تو اس کو ہم کہیں گے اسپرٹ۔</w:t>
      </w:r>
    </w:p>
    <w:p>
      <w:r>
        <w:rPr>
          <w:b/>
        </w:rPr>
        <w:t xml:space="preserve">[21:25] </w:t>
      </w:r>
      <w:r>
        <w:t>aur jab aap ki kharji shakhsiyat ke aitbaar se bola jaye, to is ko kaha jaye ga character.</w:t>
      </w:r>
    </w:p>
    <w:p>
      <w:pPr>
        <w:jc w:val="right"/>
      </w:pPr>
      <w:r>
        <w:t>اور جب آپ کی خارجی شخصیت کے اعتبار سے بولا جائے، تو اس کو کہا جائے گا کریکٹر۔</w:t>
      </w:r>
    </w:p>
    <w:p>
      <w:r>
        <w:rPr>
          <w:b/>
        </w:rPr>
        <w:t xml:space="preserve">[21:31] </w:t>
      </w:r>
      <w:r>
        <w:t>to agar character na ho, is ka matlab kya hai? ke aap ka andar wala jo inner content</w:t>
      </w:r>
    </w:p>
    <w:p>
      <w:pPr>
        <w:jc w:val="right"/>
      </w:pPr>
      <w:r>
        <w:t>تو اگر کریکٹر نہ ہو، اس کا معنی کیا ہے؟ کہ آپ کا اندر والا جو انر کنٹینٹ</w:t>
      </w:r>
    </w:p>
    <w:p>
      <w:r>
        <w:rPr>
          <w:b/>
        </w:rPr>
        <w:t xml:space="preserve">[21:37] </w:t>
      </w:r>
      <w:r>
        <w:t>hai, woh maujood nahi hai.</w:t>
      </w:r>
    </w:p>
    <w:p>
      <w:pPr>
        <w:jc w:val="right"/>
      </w:pPr>
      <w:r>
        <w:t>ہے، وہ موجود نہیں ہے۔</w:t>
      </w:r>
    </w:p>
    <w:p>
      <w:r>
        <w:rPr>
          <w:b/>
        </w:rPr>
        <w:t xml:space="preserve">[21:42] </w:t>
      </w:r>
      <w:r>
        <w:t>ایک آدمی اگر اس کے اندر کریکٹر نہ ہو، that betrays, that betrays that you are lacking the inner quality.</w:t>
      </w:r>
    </w:p>
    <w:p>
      <w:pPr>
        <w:jc w:val="right"/>
      </w:pPr>
      <w:r>
        <w:t>ایک آدمی اگر اس کے اندر کریکٹر نہ ہو، دیٹ بٹریس، دیٹ بٹریس دیٹ یو آر لیکنگ دا انر کوالٹی۔</w:t>
      </w:r>
    </w:p>
    <w:p>
      <w:r>
        <w:rPr>
          <w:b/>
        </w:rPr>
        <w:t xml:space="preserve">[21:48] </w:t>
      </w:r>
      <w:r>
        <w:t>sadah baat nahin hai yeh.</w:t>
      </w:r>
    </w:p>
    <w:p>
      <w:pPr>
        <w:jc w:val="right"/>
      </w:pPr>
      <w:r>
        <w:t>سادہ بات نہیں ہے یہ۔</w:t>
      </w:r>
    </w:p>
    <w:p>
      <w:r>
        <w:rPr>
          <w:b/>
        </w:rPr>
        <w:t xml:space="preserve">[21:54] </w:t>
      </w:r>
      <w:r>
        <w:t>sadah baat nahin hai.</w:t>
      </w:r>
    </w:p>
    <w:p>
      <w:pPr>
        <w:jc w:val="right"/>
      </w:pPr>
      <w:r>
        <w:t>سادہ بات نہیں ہے۔</w:t>
      </w:r>
    </w:p>
    <w:p>
      <w:r>
        <w:rPr>
          <w:b/>
        </w:rPr>
        <w:t xml:space="preserve">[22:00] </w:t>
      </w:r>
      <w:r>
        <w:t>agar aap ka character loose hai, aap ke character mein maturity nahin hai, aap ka character jo hai,</w:t>
      </w:r>
    </w:p>
    <w:p>
      <w:pPr>
        <w:jc w:val="right"/>
      </w:pPr>
      <w:r>
        <w:t>اگر آپ کا کریکٹر لوز ہے، آپ کے کریکٹر میں میچورٹی نہیں ہے، آپ کا کریکٹر جو ہے،</w:t>
      </w:r>
    </w:p>
    <w:p>
      <w:r>
        <w:rPr>
          <w:b/>
        </w:rPr>
        <w:t xml:space="preserve">[22:06] </w:t>
      </w:r>
      <w:r>
        <w:t>predictable نہیں ہے، اس کا مطلب کیا ہے؟ اس کا مطلب ہے کہ اندر جو spirit ہوتی ہے،</w:t>
      </w:r>
    </w:p>
    <w:p>
      <w:pPr>
        <w:jc w:val="right"/>
      </w:pPr>
      <w:r>
        <w:t>پریڈکٹیبل نہیں ہے، اس کا مطلب کیا ہے؟ اس کا مطلب ہے کہ اندر جو اسپرٹ ہوتی ہے،</w:t>
      </w:r>
    </w:p>
    <w:p>
      <w:r>
        <w:rPr>
          <w:b/>
        </w:rPr>
        <w:t xml:space="preserve">[22:12] </w:t>
      </w:r>
      <w:r>
        <w:t>wahan woh woh cheez maujood nahin hai.</w:t>
      </w:r>
    </w:p>
    <w:p>
      <w:pPr>
        <w:jc w:val="right"/>
      </w:pPr>
      <w:r>
        <w:t>وہاں وہ وہ چیز موجود نہیں ہے۔</w:t>
      </w:r>
    </w:p>
    <w:p>
      <w:r>
        <w:rPr>
          <w:b/>
        </w:rPr>
        <w:t xml:space="preserve">[22:18] </w:t>
      </w:r>
      <w:r>
        <w:t>کیونکہ spirit ہو تو ضرور اس کو manifest کرے گی۔</w:t>
      </w:r>
    </w:p>
    <w:p>
      <w:pPr>
        <w:jc w:val="right"/>
      </w:pPr>
      <w:r>
        <w:t>کیونکہ اسپرٹ ہو تو ضرور اس کو مینیفیسٹ کرے گی۔</w:t>
      </w:r>
    </w:p>
    <w:p>
      <w:r>
        <w:rPr>
          <w:b/>
        </w:rPr>
        <w:t xml:space="preserve">[22:24] </w:t>
      </w:r>
      <w:r>
        <w:t>اسپرٹ اگر ہے تو ضرور مینیفیسٹ</w:t>
      </w:r>
    </w:p>
    <w:p>
      <w:pPr>
        <w:jc w:val="right"/>
      </w:pPr>
      <w:r>
        <w:t>اسپرٹ اگر ہے تو ضرور مینیفیسٹ کرے گی۔</w:t>
      </w:r>
    </w:p>
    <w:p>
      <w:r>
        <w:rPr>
          <w:b/>
        </w:rPr>
        <w:t xml:space="preserve">[22:30] </w:t>
      </w:r>
      <w:r>
        <w:t>جہاں manifest نہیں کر رہی ہے، تو اس کا معنی کہ اندر کی، اندر کا جو content ہے،</w:t>
      </w:r>
    </w:p>
    <w:p>
      <w:pPr>
        <w:jc w:val="right"/>
      </w:pPr>
      <w:r>
        <w:t>جہاں مینیفیسٹ نہیں کر رہی ہے، تو اس کا معنی کہ اندر کی، اندر کا جو کنٹینٹ ہے،</w:t>
      </w:r>
    </w:p>
    <w:p>
      <w:r>
        <w:rPr>
          <w:b/>
        </w:rPr>
        <w:t xml:space="preserve">[22:35] </w:t>
      </w:r>
      <w:r>
        <w:t>inner content, isi mein kami hai.</w:t>
      </w:r>
    </w:p>
    <w:p>
      <w:pPr>
        <w:jc w:val="right"/>
      </w:pPr>
      <w:r>
        <w:t>انر کنٹینٹ، اسی میں کمی ہے۔</w:t>
      </w:r>
    </w:p>
    <w:p>
      <w:r>
        <w:rPr>
          <w:b/>
        </w:rPr>
        <w:t xml:space="preserve">[22:41] </w:t>
      </w:r>
      <w:r>
        <w:t>to aisi ayat mein sirf do's and don'ts ki zabaan bolne se kuch faida nahin hoga.</w:t>
      </w:r>
    </w:p>
    <w:p>
      <w:pPr>
        <w:jc w:val="right"/>
      </w:pPr>
      <w:r>
        <w:t>تو ایسی آیت میں صرف ڈوز اینڈ ڈونٹ کی زبان بولنے سے کچھ فائدہ نہیں ہوگا۔</w:t>
      </w:r>
    </w:p>
    <w:p>
      <w:r>
        <w:rPr>
          <w:b/>
        </w:rPr>
        <w:t xml:space="preserve">[22:47] </w:t>
      </w:r>
      <w:r>
        <w:t>yeh yeh karo, woh na karo, yeh na karo, woh kuch, is se kuch nahin hoga.</w:t>
      </w:r>
    </w:p>
    <w:p>
      <w:pPr>
        <w:jc w:val="right"/>
      </w:pPr>
      <w:r>
        <w:t>یہ یہ کرو، وہ نہ کرو، یہ نہ کرو، وہ کچھ، اس سے کچھ نہیں ہوگا۔</w:t>
      </w:r>
    </w:p>
    <w:p>
      <w:r>
        <w:rPr>
          <w:b/>
        </w:rPr>
        <w:t xml:space="preserve">[22:53] </w:t>
      </w:r>
      <w:r>
        <w:t>آپ کو اس آدمی کو، یعنی جس کو میں کہا کرتا ہوں re-engineering of mind، اس کے</w:t>
      </w:r>
    </w:p>
    <w:p>
      <w:pPr>
        <w:jc w:val="right"/>
      </w:pPr>
      <w:r>
        <w:t>آپ کو اس آدمی کو، یعنی جس کو میں کہا کرتا ہوں ری انجینئرنگ آف مائنڈ، اس کے</w:t>
      </w:r>
    </w:p>
    <w:p>
      <w:r>
        <w:rPr>
          <w:b/>
        </w:rPr>
        <w:t xml:space="preserve">[22:59] </w:t>
      </w:r>
      <w:r>
        <w:t>mind ko reshape karna parega.</w:t>
      </w:r>
    </w:p>
    <w:p>
      <w:pPr>
        <w:jc w:val="right"/>
      </w:pPr>
      <w:r>
        <w:t>مائنڈ کو ری شیپ کرنا پڑے گا۔</w:t>
      </w:r>
    </w:p>
    <w:p>
      <w:r>
        <w:rPr>
          <w:b/>
        </w:rPr>
        <w:t xml:space="preserve">[23:05] </w:t>
      </w:r>
      <w:r>
        <w:t>is ke andar spirit bharni paregi.</w:t>
      </w:r>
    </w:p>
    <w:p>
      <w:pPr>
        <w:jc w:val="right"/>
      </w:pPr>
      <w:r>
        <w:t>اس کے اندر اسپرٹ بھرنی پڑے گی۔</w:t>
      </w:r>
    </w:p>
    <w:p>
      <w:r>
        <w:rPr>
          <w:b/>
        </w:rPr>
        <w:t xml:space="preserve">[23:11] </w:t>
      </w:r>
      <w:r>
        <w:t>اس کے اندر کی پرسنالٹی کو اویک کرنا پڑے گا۔</w:t>
      </w:r>
    </w:p>
    <w:p>
      <w:pPr>
        <w:jc w:val="right"/>
      </w:pPr>
      <w:r>
        <w:t>اس کے اندر کی پرسنیلٹی کو اویک کرنا پڑے گا۔</w:t>
      </w:r>
    </w:p>
    <w:p>
      <w:r>
        <w:rPr>
          <w:b/>
        </w:rPr>
        <w:t xml:space="preserve">[23:17] </w:t>
      </w:r>
      <w:r>
        <w:t>tab ja ke character aayega, warna nahin.</w:t>
      </w:r>
    </w:p>
    <w:p>
      <w:pPr>
        <w:jc w:val="right"/>
      </w:pPr>
      <w:r>
        <w:t>تب جا کے کریکٹر آئے گا، ورنہ نہیں۔</w:t>
      </w:r>
    </w:p>
    <w:p>
      <w:r>
        <w:rPr>
          <w:b/>
        </w:rPr>
        <w:t xml:space="preserve">[23:23] </w:t>
      </w:r>
      <w:r>
        <w:t>so a character, the character represents the inner human being, the inner spirit within a person. that is why Islam gives so much importance to the development of character. Maulana, how should a believer behave with his fellow human beings?</w:t>
      </w:r>
    </w:p>
    <w:p>
      <w:pPr>
        <w:jc w:val="right"/>
      </w:pPr>
      <w:r>
        <w:t>سو ا کریکٹر، دا کریکٹر ریپریزنٹس دا انر ہیومن بینگ، دا انر سپرٹ ود ان ا پرسن۔ دیٹ از وائی اسلام گیوز سو مچ امپورٹنس ٹو دا ڈیویلپمنٹ آف کریکٹر۔ مولانا، ہاؤ شوڈ ا بیلیور بیہیو ود ہز فیلو ہیومن بینگز؟</w:t>
      </w:r>
    </w:p>
    <w:p>
      <w:r>
        <w:rPr>
          <w:b/>
        </w:rPr>
        <w:t xml:space="preserve">[23:43] </w:t>
      </w:r>
      <w:r>
        <w:t>dekhen, hadith mein is ka jawab diya gaya hai ke jo tum apne liye pasand karte ho, wahi</w:t>
      </w:r>
    </w:p>
    <w:p>
      <w:pPr>
        <w:jc w:val="right"/>
      </w:pPr>
      <w:r>
        <w:t>دیکھیں، حدیث میں اس کا جواب دیا گیا ہے کہ جو تم اپنے لیے پسند کرتے ہو، وہی</w:t>
      </w:r>
    </w:p>
    <w:p>
      <w:r>
        <w:rPr>
          <w:b/>
        </w:rPr>
        <w:t xml:space="preserve">[23:48] </w:t>
      </w:r>
      <w:r>
        <w:t>doosre ke liye pasand karo.</w:t>
      </w:r>
    </w:p>
    <w:p>
      <w:pPr>
        <w:jc w:val="right"/>
      </w:pPr>
      <w:r>
        <w:t>دوسرے کے لیے پسند کرو۔</w:t>
      </w:r>
    </w:p>
    <w:p>
      <w:r>
        <w:rPr>
          <w:b/>
        </w:rPr>
        <w:t xml:space="preserve">[23:53] </w:t>
      </w:r>
      <w:r>
        <w:t>in tuhib la akhi ka ma tuhib la nafsak.</w:t>
      </w:r>
    </w:p>
    <w:p>
      <w:pPr>
        <w:jc w:val="right"/>
      </w:pPr>
      <w:r>
        <w:t>ان تحب لے اخی کا ما تحب لے نفسک۔</w:t>
      </w:r>
    </w:p>
    <w:p>
      <w:r>
        <w:rPr>
          <w:b/>
        </w:rPr>
        <w:t xml:space="preserve">[23:59] </w:t>
      </w:r>
      <w:r>
        <w:t>tum apne bhai ke liye wahi pasand karo jo tum apne liye pasand karte ho.</w:t>
      </w:r>
    </w:p>
    <w:p>
      <w:pPr>
        <w:jc w:val="right"/>
      </w:pPr>
      <w:r>
        <w:t>تم اپنے بھائی کے لیے وہی پسند کرو جو تم اپنے لیے پسند کرتے ہو۔</w:t>
      </w:r>
    </w:p>
    <w:p>
      <w:r>
        <w:rPr>
          <w:b/>
        </w:rPr>
        <w:t xml:space="preserve">[24:04] </w:t>
      </w:r>
      <w:r>
        <w:t>bilkul simple criterion hai.</w:t>
      </w:r>
    </w:p>
    <w:p>
      <w:pPr>
        <w:jc w:val="right"/>
      </w:pPr>
      <w:r>
        <w:t>بالکل سمپل کرائٹیرین ہے۔</w:t>
      </w:r>
    </w:p>
    <w:p>
      <w:r>
        <w:rPr>
          <w:b/>
        </w:rPr>
        <w:t xml:space="preserve">[24:10] </w:t>
      </w:r>
      <w:r>
        <w:t>har aadmi judge kar sakta hai.</w:t>
      </w:r>
    </w:p>
    <w:p>
      <w:pPr>
        <w:jc w:val="right"/>
      </w:pPr>
      <w:r>
        <w:t>ہر آدمی جج کر سکتا ہے۔</w:t>
      </w:r>
    </w:p>
    <w:p>
      <w:r>
        <w:rPr>
          <w:b/>
        </w:rPr>
        <w:t xml:space="preserve">[24:15] </w:t>
      </w:r>
      <w:r>
        <w:t>har aadmi judge kar sakta hai apne aap ko ke kya main apne saathi ke liye, doosre insaan</w:t>
      </w:r>
    </w:p>
    <w:p>
      <w:pPr>
        <w:jc w:val="right"/>
      </w:pPr>
      <w:r>
        <w:t>ہر آدمی جج کر سکتا ہے اپنے آپ کو کہ کیا میں اپنے ساتھی کے لیے، دوسرے انسان</w:t>
      </w:r>
    </w:p>
    <w:p>
      <w:r>
        <w:rPr>
          <w:b/>
        </w:rPr>
        <w:t xml:space="preserve">[24:20] </w:t>
      </w:r>
      <w:r>
        <w:t>ke liye, wahi pasand karta hoon jo main apne liye pasand karta hoon? koi aadmi aap ke baray</w:t>
      </w:r>
    </w:p>
    <w:p>
      <w:pPr>
        <w:jc w:val="right"/>
      </w:pPr>
      <w:r>
        <w:t>کے لیے، وہی پسند کرتا ہوں جو میں اپنے لیے پسند کرتا ہوں؟ کوئی آدمی آپ کے بارے</w:t>
      </w:r>
    </w:p>
    <w:p>
      <w:r>
        <w:rPr>
          <w:b/>
        </w:rPr>
        <w:t xml:space="preserve">[24:26] </w:t>
      </w:r>
      <w:r>
        <w:t>mein negative propaganda kare, doosron se aap ki ghalat tasveer bataye, to aap ko kabhi acha nahin lage</w:t>
      </w:r>
    </w:p>
    <w:p>
      <w:pPr>
        <w:jc w:val="right"/>
      </w:pPr>
      <w:r>
        <w:t>میں منفی پروپیگنڈا کرے، دوسروں سے آپ کی غلط تصویر بتائے، تو آپ کو کبھی اچھا نہیں لگے</w:t>
      </w:r>
    </w:p>
    <w:p>
      <w:r>
        <w:rPr>
          <w:b/>
        </w:rPr>
        <w:t xml:space="preserve">[24:31] </w:t>
      </w:r>
      <w:r>
        <w:t>ga? koi shakhs doosron mein ja kar ke aap ke baray mein ghalat tasveer pesh kare, to aap</w:t>
      </w:r>
    </w:p>
    <w:p>
      <w:pPr>
        <w:jc w:val="right"/>
      </w:pPr>
      <w:r>
        <w:t>گا؟ کوئی شخص دوسروں میں جا کر کے آپ کے بارے میں غلط تصویر پیش کرے، تو آپ</w:t>
      </w:r>
    </w:p>
    <w:p>
      <w:r>
        <w:rPr>
          <w:b/>
        </w:rPr>
        <w:t xml:space="preserve">[24:37] </w:t>
      </w:r>
      <w:r>
        <w:t>kabhi is ko pasand nahin karenge.</w:t>
      </w:r>
    </w:p>
    <w:p>
      <w:pPr>
        <w:jc w:val="right"/>
      </w:pPr>
      <w:r>
        <w:t>کبھی اس کو پسند نہیں کریں گے۔</w:t>
      </w:r>
    </w:p>
    <w:p>
      <w:r>
        <w:rPr>
          <w:b/>
        </w:rPr>
        <w:t xml:space="preserve">[24:42] </w:t>
      </w:r>
      <w:r>
        <w:t>to aap bhi aisa mat kijiye.</w:t>
      </w:r>
    </w:p>
    <w:p>
      <w:pPr>
        <w:jc w:val="right"/>
      </w:pPr>
      <w:r>
        <w:t>تو آپ بھی ایسا مت کیجیے۔</w:t>
      </w:r>
    </w:p>
    <w:p>
      <w:r>
        <w:rPr>
          <w:b/>
        </w:rPr>
        <w:t xml:space="preserve">[24:47] </w:t>
      </w:r>
      <w:r>
        <w:t>aap wahi boliye jo sachai hai.</w:t>
      </w:r>
    </w:p>
    <w:p>
      <w:pPr>
        <w:jc w:val="right"/>
      </w:pPr>
      <w:r>
        <w:t>آپ وہی بولیے جو سچائی ہے۔</w:t>
      </w:r>
    </w:p>
    <w:p>
      <w:r>
        <w:rPr>
          <w:b/>
        </w:rPr>
        <w:t xml:space="preserve">[24:53] </w:t>
      </w:r>
      <w:r>
        <w:t>kisi ko badnaam karne ke liye, character association ke liye kuch mat kahiye.</w:t>
      </w:r>
    </w:p>
    <w:p>
      <w:pPr>
        <w:jc w:val="right"/>
      </w:pPr>
      <w:r>
        <w:t>کسی کو بدنام کرنے کے لیے، کریکٹر ایسوسی ایشن کے لیے کچھ مت کہیے۔</w:t>
      </w:r>
    </w:p>
    <w:p>
      <w:r>
        <w:rPr>
          <w:b/>
        </w:rPr>
        <w:t xml:space="preserve">[24:58] </w:t>
      </w:r>
      <w:r>
        <w:t>aap ka koi shakhs character association kare, to aap ko bura lagega.</w:t>
      </w:r>
    </w:p>
    <w:p>
      <w:pPr>
        <w:jc w:val="right"/>
      </w:pPr>
      <w:r>
        <w:t>آپ کا کوئی شخص کریکٹر ایسوسی ایشن کرے، تو آپ کو برا لگے گا۔</w:t>
      </w:r>
    </w:p>
    <w:p>
      <w:r>
        <w:rPr>
          <w:b/>
        </w:rPr>
        <w:t xml:space="preserve">[25:04] </w:t>
      </w:r>
      <w:r>
        <w:t>to aap bhi kisi ki kirdaar kashi mat kijiye.</w:t>
      </w:r>
    </w:p>
    <w:p>
      <w:pPr>
        <w:jc w:val="right"/>
      </w:pPr>
      <w:r>
        <w:t>تو آپ بھی کسی کی کردار کشی مت کیجیے۔</w:t>
      </w:r>
    </w:p>
    <w:p>
      <w:r>
        <w:rPr>
          <w:b/>
        </w:rPr>
        <w:t xml:space="preserve">[25:09] </w:t>
      </w:r>
      <w:r>
        <w:t>to bohat hi simple formula hai.</w:t>
      </w:r>
    </w:p>
    <w:p>
      <w:pPr>
        <w:jc w:val="right"/>
      </w:pPr>
      <w:r>
        <w:t>تو بہت ہی سمپل فارمولا ہے۔</w:t>
      </w:r>
    </w:p>
    <w:p>
      <w:r>
        <w:rPr>
          <w:b/>
        </w:rPr>
        <w:t xml:space="preserve">[25:14] </w:t>
      </w:r>
      <w:r>
        <w:t>isi ko farsi mein kaha gaya hai ke inch bar khod mipasandi, bargerdan mipasand.</w:t>
      </w:r>
    </w:p>
    <w:p>
      <w:pPr>
        <w:jc w:val="right"/>
      </w:pPr>
      <w:r>
        <w:t>اسی کو فارسی میں کہا گیا ہے کہ انچ برخود مپسندی، بردیگراں مپسند۔</w:t>
      </w:r>
    </w:p>
    <w:p>
      <w:r>
        <w:rPr>
          <w:b/>
        </w:rPr>
        <w:t xml:space="preserve">[25:20] </w:t>
      </w:r>
      <w:r>
        <w:t>jo tum apne liye pasand nahi karte, isi ko tum doosre ke liye pasand na karo.</w:t>
      </w:r>
    </w:p>
    <w:p>
      <w:pPr>
        <w:jc w:val="right"/>
      </w:pPr>
      <w:r>
        <w:t>جو تم اپنے لیے پسند نہیں کرتے، اسی کو تم دوسرے کے لیے پسند نہ کرو۔</w:t>
      </w:r>
    </w:p>
    <w:p>
      <w:r>
        <w:rPr>
          <w:b/>
        </w:rPr>
        <w:t xml:space="preserve">[25:25] </w:t>
      </w:r>
      <w:r>
        <w:t>bas yahi simple formula hai.</w:t>
      </w:r>
    </w:p>
    <w:p>
      <w:pPr>
        <w:jc w:val="right"/>
      </w:pPr>
      <w:r>
        <w:t>بس یہی سمپل فارمولا ہے۔</w:t>
      </w:r>
    </w:p>
    <w:p>
      <w:r>
        <w:rPr>
          <w:b/>
        </w:rPr>
        <w:t xml:space="preserve">[25:31] </w:t>
      </w:r>
      <w:r>
        <w:t>so we should behave with others in the way in which we want others to behave with us. Maulana, it also often happens that when we live in society, we face unpleasant experiences from others, and we get angry, and also we get provoked. so how should we behave in such situations?</w:t>
      </w:r>
    </w:p>
    <w:p>
      <w:pPr>
        <w:jc w:val="right"/>
      </w:pPr>
      <w:r>
        <w:t>تو وی شوڈ بیہیو ود ادرز ان دا وے ان وچ وی وانٹ ادرز ٹو بیہیو ود اس۔ مولانا، اٹ آل سو آفن ہیپنز دیٹ وین وی لیو ان سوسائٹی، وی فیس ان پلیزنٹ ایکسپیرینسز فرام ادرز، اینڈ وی گیٹ اینگری، اینڈ آل سو وی گیٹ پرووکڈ۔ سو ہاؤ شوڈ وی بیہیو ان سچ سچویشنز؟</w:t>
      </w:r>
    </w:p>
    <w:p>
      <w:r>
        <w:rPr>
          <w:b/>
        </w:rPr>
        <w:t xml:space="preserve">[25:53] </w:t>
      </w:r>
      <w:r>
        <w:t>dekhen, is ko mein kahunga time of crisis.</w:t>
      </w:r>
    </w:p>
    <w:p>
      <w:pPr>
        <w:jc w:val="right"/>
      </w:pPr>
      <w:r>
        <w:t>دیکھیں، اس کو میں کہوں گا ٹائم آف کرائسس۔</w:t>
      </w:r>
    </w:p>
    <w:p>
      <w:r>
        <w:rPr>
          <w:b/>
        </w:rPr>
        <w:t xml:space="preserve">[25:59] </w:t>
      </w:r>
      <w:r>
        <w:t>to crisis to jadeed din mein aate hi aata hai.</w:t>
      </w:r>
    </w:p>
    <w:p>
      <w:pPr>
        <w:jc w:val="right"/>
      </w:pPr>
      <w:r>
        <w:t>تو کرائسس تو جدید دن میں آتے ہی آتا ہے۔</w:t>
      </w:r>
    </w:p>
    <w:p>
      <w:r>
        <w:rPr>
          <w:b/>
        </w:rPr>
        <w:t xml:space="preserve">[26:05] </w:t>
      </w:r>
      <w:r>
        <w:t>aap rasta chalte hain, ek kaanta chub gaya to woh crisis hai.</w:t>
      </w:r>
    </w:p>
    <w:p>
      <w:pPr>
        <w:jc w:val="right"/>
      </w:pPr>
      <w:r>
        <w:t>آپ راستہ چلتے ہیں، ایک کانٹا چبھ گیا تو وہ کرائسس ہے۔</w:t>
      </w:r>
    </w:p>
    <w:p>
      <w:r>
        <w:rPr>
          <w:b/>
        </w:rPr>
        <w:t xml:space="preserve">[26:11] </w:t>
      </w:r>
      <w:r>
        <w:t>kisi se baat cheet ho rahi hai, us ne aap ko sakht boli bol di to woh crisis hai.</w:t>
      </w:r>
    </w:p>
    <w:p>
      <w:pPr>
        <w:jc w:val="right"/>
      </w:pPr>
      <w:r>
        <w:t>کسی سے بات چیت ہو رہی ہے، اس نے آپ کو سخت بولی بول دی تو وہ کرائسس ہے۔</w:t>
      </w:r>
    </w:p>
    <w:p>
      <w:r>
        <w:rPr>
          <w:b/>
        </w:rPr>
        <w:t xml:space="preserve">[26:17] </w:t>
      </w:r>
      <w:r>
        <w:t>to crisis se aap bach nahi sakte.</w:t>
      </w:r>
    </w:p>
    <w:p>
      <w:pPr>
        <w:jc w:val="right"/>
      </w:pPr>
      <w:r>
        <w:t>تو کرائسس سے آپ بچ نہیں سکتے۔</w:t>
      </w:r>
    </w:p>
    <w:p>
      <w:r>
        <w:rPr>
          <w:b/>
        </w:rPr>
        <w:t xml:space="preserve">[26:23] </w:t>
      </w:r>
      <w:r>
        <w:t>crisis ke lamhaat aap ki zindagi mein zaroor aayenge.</w:t>
      </w:r>
    </w:p>
    <w:p>
      <w:pPr>
        <w:jc w:val="right"/>
      </w:pPr>
      <w:r>
        <w:t>کرائسس کے لمحات آپ کی زندگی میں ضرور آئیں گے۔</w:t>
      </w:r>
    </w:p>
    <w:p>
      <w:r>
        <w:rPr>
          <w:b/>
        </w:rPr>
        <w:t xml:space="preserve">[26:29] </w:t>
      </w:r>
      <w:r>
        <w:t>kyunke doosra aadmi aap se pooch kar nahi bolega.</w:t>
      </w:r>
    </w:p>
    <w:p>
      <w:pPr>
        <w:jc w:val="right"/>
      </w:pPr>
      <w:r>
        <w:t>کیونکہ دوسرا آدمی آپ سے پوچھ کر نہیں بولے گا۔</w:t>
      </w:r>
    </w:p>
    <w:p>
      <w:r>
        <w:rPr>
          <w:b/>
        </w:rPr>
        <w:t xml:space="preserve">[26:35] </w:t>
      </w:r>
      <w:r>
        <w:t>woh poochega nahi ke kya bhai tum offender ho jaoge? aisa nahi bolta koi shakhs.</w:t>
      </w:r>
    </w:p>
    <w:p>
      <w:pPr>
        <w:jc w:val="right"/>
      </w:pPr>
      <w:r>
        <w:t>وہ پوچھے گا نہیں کہ کیا بھئی تم افینڈر ہو جاؤ گے؟ ایسا نہیں بولتا کوئی شخص۔</w:t>
      </w:r>
    </w:p>
    <w:p>
      <w:r>
        <w:rPr>
          <w:b/>
        </w:rPr>
        <w:t xml:space="preserve">[26:41] </w:t>
      </w:r>
      <w:r>
        <w:t>تو آپ کو اپنے آپ کو prepare کرنا ہے art of crisis management کے لیے۔</w:t>
      </w:r>
    </w:p>
    <w:p>
      <w:pPr>
        <w:jc w:val="right"/>
      </w:pPr>
      <w:r>
        <w:t>تو آپ کو اپنے آپ کو پریپیئر کرنا ہے آرٹ آف کرائسس مینجمنٹ کے لیے۔</w:t>
      </w:r>
    </w:p>
    <w:p>
      <w:r>
        <w:rPr>
          <w:b/>
        </w:rPr>
        <w:t xml:space="preserve">[26:47] </w:t>
      </w:r>
      <w:r>
        <w:t>prepare karna hai aap ko.</w:t>
      </w:r>
    </w:p>
    <w:p>
      <w:pPr>
        <w:jc w:val="right"/>
      </w:pPr>
      <w:r>
        <w:t>پریپیئر کرنا ہے آپ کو۔</w:t>
      </w:r>
    </w:p>
    <w:p>
      <w:r>
        <w:rPr>
          <w:b/>
        </w:rPr>
        <w:t xml:space="preserve">[26:53] </w:t>
      </w:r>
      <w:r>
        <w:t>aap ko apne aap ko tayyar karna hai ke crisis ke time mein aap is ko manage kar saken.</w:t>
      </w:r>
    </w:p>
    <w:p>
      <w:pPr>
        <w:jc w:val="right"/>
      </w:pPr>
      <w:r>
        <w:t>آپ کو اپنے آپ کو تیار کرنا ہے کہ کرائسس کے ٹائم میں آپ اس کو مینج کر سکیں۔</w:t>
      </w:r>
    </w:p>
    <w:p>
      <w:r>
        <w:rPr>
          <w:b/>
        </w:rPr>
        <w:t xml:space="preserve">[27:00] </w:t>
      </w:r>
      <w:r>
        <w:t>woh kaisa hoga? aap disturb na hon.</w:t>
      </w:r>
    </w:p>
    <w:p>
      <w:pPr>
        <w:jc w:val="right"/>
      </w:pPr>
      <w:r>
        <w:t>وہ کیسا ہوگا؟ آپ ڈسٹرب نہ ہوں۔</w:t>
      </w:r>
    </w:p>
    <w:p>
      <w:r>
        <w:rPr>
          <w:b/>
        </w:rPr>
        <w:t xml:space="preserve">[27:06] </w:t>
      </w:r>
      <w:r>
        <w:t>aap reaction ki nafsiyat ka shikar na ho jayen.</w:t>
      </w:r>
    </w:p>
    <w:p>
      <w:pPr>
        <w:jc w:val="right"/>
      </w:pPr>
      <w:r>
        <w:t>آپ ری ایکشن کی نفسیات کا شکار نہ ہو جائیں۔</w:t>
      </w:r>
    </w:p>
    <w:p>
      <w:r>
        <w:rPr>
          <w:b/>
        </w:rPr>
        <w:t xml:space="preserve">[27:12] </w:t>
      </w:r>
      <w:r>
        <w:t>aap apni insaniyat ko na khoyen.</w:t>
      </w:r>
    </w:p>
    <w:p>
      <w:pPr>
        <w:jc w:val="right"/>
      </w:pPr>
      <w:r>
        <w:t>آپ اپنی انسانیت کو نہ کھوئیں۔</w:t>
      </w:r>
    </w:p>
    <w:p>
      <w:r>
        <w:rPr>
          <w:b/>
        </w:rPr>
        <w:t xml:space="preserve">[27:18] </w:t>
      </w:r>
      <w:r>
        <w:t>aap apni aqal ko waisi ki waisi baqi rehne den.</w:t>
      </w:r>
    </w:p>
    <w:p>
      <w:pPr>
        <w:jc w:val="right"/>
      </w:pPr>
      <w:r>
        <w:t>آپ اپنی عقل کو ویسی کی ویسی باقی رہنے دیں۔</w:t>
      </w:r>
    </w:p>
    <w:p>
      <w:r>
        <w:rPr>
          <w:b/>
        </w:rPr>
        <w:t xml:space="preserve">[27:24] </w:t>
      </w:r>
      <w:r>
        <w:t>jab yeh sab hoga to aap crisis ko manage kar lenge.</w:t>
      </w:r>
    </w:p>
    <w:p>
      <w:pPr>
        <w:jc w:val="right"/>
      </w:pPr>
      <w:r>
        <w:t>جب یہ سب ہوگا تو آپ کرائسس کو مینج کر لیں گے۔</w:t>
      </w:r>
    </w:p>
    <w:p>
      <w:r>
        <w:rPr>
          <w:b/>
        </w:rPr>
        <w:t xml:space="preserve">[27:30] </w:t>
      </w:r>
      <w:r>
        <w:t>crisis ko manage karne ke liye sirf ek hi shart hai ke aap disturb na hon.</w:t>
      </w:r>
    </w:p>
    <w:p>
      <w:pPr>
        <w:jc w:val="right"/>
      </w:pPr>
      <w:r>
        <w:t>کرائسس کو مینج کرنے کے لیے صرف ایک ہی شرط ہے کہ آپ ڈسٹرب نہ ہوں۔</w:t>
      </w:r>
    </w:p>
    <w:p>
      <w:r>
        <w:rPr>
          <w:b/>
        </w:rPr>
        <w:t xml:space="preserve">[27:36] </w:t>
      </w:r>
      <w:r>
        <w:t>react na karen.</w:t>
      </w:r>
    </w:p>
    <w:p>
      <w:pPr>
        <w:jc w:val="right"/>
      </w:pPr>
      <w:r>
        <w:t>ری ایکٹ نہ کریں۔</w:t>
      </w:r>
    </w:p>
    <w:p>
      <w:r>
        <w:rPr>
          <w:b/>
        </w:rPr>
        <w:t xml:space="preserve">[27:42] </w:t>
      </w:r>
      <w:r>
        <w:t>جب کرائسس آئے اور آپ اتنا زیادہ اپنے mind کو آپ نے prepare کر رکھا ہے کہ آپ</w:t>
      </w:r>
    </w:p>
    <w:p>
      <w:pPr>
        <w:jc w:val="right"/>
      </w:pPr>
      <w:r>
        <w:t>جب کرائسس آئے اور آپ اتنا زیادہ اپنے مائنڈ کو آپ نے پریپیئر کر رکھا ہے کہ آپ</w:t>
      </w:r>
    </w:p>
    <w:p>
      <w:r>
        <w:rPr>
          <w:b/>
        </w:rPr>
        <w:t xml:space="preserve">[27:48] </w:t>
      </w:r>
      <w:r>
        <w:t>ka mind disturb nahin hota, react nahin karta, to bas aap poori tarah competent hain crisis ko</w:t>
      </w:r>
    </w:p>
    <w:p>
      <w:pPr>
        <w:jc w:val="right"/>
      </w:pPr>
      <w:r>
        <w:t>کا مائنڈ ڈسٹرب نہیں ہوتا، ری ایکٹ نہیں کرتا، تو بس آپ پوری طرح کمپیٹنٹ ہیں کرائسس کو</w:t>
      </w:r>
    </w:p>
    <w:p>
      <w:r>
        <w:rPr>
          <w:b/>
        </w:rPr>
        <w:t xml:space="preserve">[27:54] </w:t>
      </w:r>
      <w:r>
        <w:t>manage karne ke liye.</w:t>
      </w:r>
    </w:p>
    <w:p>
      <w:pPr>
        <w:jc w:val="right"/>
      </w:pPr>
      <w:r>
        <w:t>مینج کرنے کے لیے۔</w:t>
      </w:r>
    </w:p>
    <w:p>
      <w:r>
        <w:rPr>
          <w:b/>
        </w:rPr>
        <w:t xml:space="preserve">[28:01] </w:t>
      </w:r>
      <w:r>
        <w:t>so Maulana, we must learn the art of crisis management. that is we should not allow our minds to get disturbed. we should remain normal. Maulana, what is the importance of introspection?</w:t>
      </w:r>
    </w:p>
    <w:p>
      <w:pPr>
        <w:jc w:val="right"/>
      </w:pPr>
      <w:r>
        <w:t>سو مولانا، وی مسٹ لرن دا آرٹ آف کرائسس مینجمنٹ۔ دیٹ از وی شوڈ ناٹ الاؤ اور مائنڈز ٹو گیٹ ڈسٹربڈ۔ وی شوڈ ریمین نارمل۔ مولانا، واٹ از دا امپورٹنس آف انٹروسپیکشن؟</w:t>
      </w:r>
    </w:p>
    <w:p>
      <w:r>
        <w:rPr>
          <w:b/>
        </w:rPr>
        <w:t xml:space="preserve">[28:14] </w:t>
      </w:r>
      <w:r>
        <w:t>dekhen, introspection ko kehte hain muhasba.</w:t>
      </w:r>
    </w:p>
    <w:p>
      <w:pPr>
        <w:jc w:val="right"/>
      </w:pPr>
      <w:r>
        <w:t>دیکھیں، انٹروسپیکشن کو کہتے ہیں محاسبہ۔</w:t>
      </w:r>
    </w:p>
    <w:p>
      <w:r>
        <w:rPr>
          <w:b/>
        </w:rPr>
        <w:t xml:space="preserve">[28:19] </w:t>
      </w:r>
      <w:r>
        <w:t>woh to bilkul lazim hai.</w:t>
      </w:r>
    </w:p>
    <w:p>
      <w:pPr>
        <w:jc w:val="right"/>
      </w:pPr>
      <w:r>
        <w:t>وہ تو بالکل لازم ہے۔</w:t>
      </w:r>
    </w:p>
    <w:p>
      <w:r>
        <w:rPr>
          <w:b/>
        </w:rPr>
        <w:t xml:space="preserve">[28:24] </w:t>
      </w:r>
      <w:r>
        <w:t>bilkul lazim hai.</w:t>
      </w:r>
    </w:p>
    <w:p>
      <w:pPr>
        <w:jc w:val="right"/>
      </w:pPr>
      <w:r>
        <w:t>بالکل لازم ہے۔</w:t>
      </w:r>
    </w:p>
    <w:p>
      <w:r>
        <w:rPr>
          <w:b/>
        </w:rPr>
        <w:t xml:space="preserve">[28:30] </w:t>
      </w:r>
      <w:r>
        <w:t>kyunke dekhen, introspection kya hai? ya muhasba kya hai? apni ghalti ko khud discover karna.</w:t>
      </w:r>
    </w:p>
    <w:p>
      <w:pPr>
        <w:jc w:val="right"/>
      </w:pPr>
      <w:r>
        <w:t>کیونکہ دیکھیں، انٹروسپیکشن کیا ہے؟ یا محاسبہ کیا ہے؟ اپنی غلطی کو خود ڈسکور کرنا۔</w:t>
      </w:r>
    </w:p>
    <w:p>
      <w:r>
        <w:rPr>
          <w:b/>
        </w:rPr>
        <w:t xml:space="preserve">[28:35] </w:t>
      </w:r>
      <w:r>
        <w:t>agar aap ki ghalti koi doosra batata hai to bohat kam aisa hota hai ke aadmi is ko</w:t>
      </w:r>
    </w:p>
    <w:p>
      <w:pPr>
        <w:jc w:val="right"/>
      </w:pPr>
      <w:r>
        <w:t>اگر آپ کی غلطی کوئی دوسرا بتاتا ہے تو بہت کم ایسا ہوتا ہے کہ آدمی اس کو</w:t>
      </w:r>
    </w:p>
    <w:p>
      <w:r>
        <w:rPr>
          <w:b/>
        </w:rPr>
        <w:t xml:space="preserve">[28:41] </w:t>
      </w:r>
      <w:r>
        <w:t>positive service milay.</w:t>
      </w:r>
    </w:p>
    <w:p>
      <w:pPr>
        <w:jc w:val="right"/>
      </w:pPr>
      <w:r>
        <w:t>پازیٹیو سروس ملے۔</w:t>
      </w:r>
    </w:p>
    <w:p>
      <w:r>
        <w:rPr>
          <w:b/>
        </w:rPr>
        <w:t xml:space="preserve">[28:46] </w:t>
      </w:r>
      <w:r>
        <w:t>ziyada tar log is ko react karne lagte hain.</w:t>
      </w:r>
    </w:p>
    <w:p>
      <w:pPr>
        <w:jc w:val="right"/>
      </w:pPr>
      <w:r>
        <w:t>زیادہ تر لوگ اس کو ری ایکٹ کرنے لگتے ہیں۔</w:t>
      </w:r>
    </w:p>
    <w:p>
      <w:r>
        <w:rPr>
          <w:b/>
        </w:rPr>
        <w:t xml:space="preserve">[28:52] </w:t>
      </w:r>
      <w:r>
        <w:t>lekin introspection jab aap karen aur apni ghalti ko khud discover karen, khud, to aap bohat serious ho jatay hain.</w:t>
      </w:r>
    </w:p>
    <w:p>
      <w:pPr>
        <w:jc w:val="right"/>
      </w:pPr>
      <w:r>
        <w:t>لیکن انٹروسپیکشن جب آپ کریں اور اپنی غلطی کو خود ڈسکور کریں، خود، تو آپ بہت سیریس ہو جاتے ہیں۔</w:t>
      </w:r>
    </w:p>
    <w:p>
      <w:r>
        <w:rPr>
          <w:b/>
        </w:rPr>
        <w:t xml:space="preserve">[28:57] </w:t>
      </w:r>
      <w:r>
        <w:t>tab aap ke andar aik determination aata hai ke mujhe apni is ghalti ko correction karna hai.</w:t>
      </w:r>
    </w:p>
    <w:p>
      <w:pPr>
        <w:jc w:val="right"/>
      </w:pPr>
      <w:r>
        <w:t>تب آپ کے اندر ایک ڈیٹرمیشن آتا ہے کہ مجھے اپنی اس غلطی کو کریکشن کرنا ہے۔</w:t>
      </w:r>
    </w:p>
    <w:p>
      <w:r>
        <w:rPr>
          <w:b/>
        </w:rPr>
        <w:t xml:space="preserve">[29:03] </w:t>
      </w:r>
      <w:r>
        <w:t>to dekhen, do shakalain hain.</w:t>
      </w:r>
    </w:p>
    <w:p>
      <w:pPr>
        <w:jc w:val="right"/>
      </w:pPr>
      <w:r>
        <w:t>تو دیکھیں، دو شکلیں ہیں۔</w:t>
      </w:r>
    </w:p>
    <w:p>
      <w:r>
        <w:rPr>
          <w:b/>
        </w:rPr>
        <w:t xml:space="preserve">[29:08] </w:t>
      </w:r>
      <w:r>
        <w:t>aik yeh hai ke koi doosra aadmi point out kare ke tumhare andar yeh ghalti hai, to yeh</w:t>
      </w:r>
    </w:p>
    <w:p>
      <w:pPr>
        <w:jc w:val="right"/>
      </w:pPr>
      <w:r>
        <w:t>ایک یہ ہے کہ کوئی دوسرا آدمی پوائنٹ آؤٹ کرے کہ تمہارے اندر یہ غلطی ہے، تو یہ</w:t>
      </w:r>
    </w:p>
    <w:p>
      <w:r>
        <w:rPr>
          <w:b/>
        </w:rPr>
        <w:t xml:space="preserve">[29:14] </w:t>
      </w:r>
      <w:r>
        <w:t>cheez ziyada work nahi karti.</w:t>
      </w:r>
    </w:p>
    <w:p>
      <w:pPr>
        <w:jc w:val="right"/>
      </w:pPr>
      <w:r>
        <w:t>چیز زیادہ ورک نہیں کرتی۔</w:t>
      </w:r>
    </w:p>
    <w:p>
      <w:r>
        <w:rPr>
          <w:b/>
        </w:rPr>
        <w:t xml:space="preserve">[29:19] </w:t>
      </w:r>
      <w:r>
        <w:t>aur aik yeh hai ke aap sochen apne baray mein.</w:t>
      </w:r>
    </w:p>
    <w:p>
      <w:pPr>
        <w:jc w:val="right"/>
      </w:pPr>
      <w:r>
        <w:t>اور ایک یہ ہے کہ آپ سوچیں اپنے بارے میں۔</w:t>
      </w:r>
    </w:p>
    <w:p>
      <w:r>
        <w:rPr>
          <w:b/>
        </w:rPr>
        <w:t xml:space="preserve">[29:25] </w:t>
      </w:r>
      <w:r>
        <w:t>انٹروسپیکشن کا کیا مطلب ہے؟ کا مطلب ہے anti-self thinking.</w:t>
      </w:r>
    </w:p>
    <w:p>
      <w:pPr>
        <w:jc w:val="right"/>
      </w:pPr>
      <w:r>
        <w:t>انٹروسپیکشن کا کیا مطلب ہے؟ کا مطلب ہے اینٹی سیلف تھنکنگ۔</w:t>
      </w:r>
    </w:p>
    <w:p>
      <w:r>
        <w:rPr>
          <w:b/>
        </w:rPr>
        <w:t xml:space="preserve">[29:30] </w:t>
      </w:r>
      <w:r>
        <w:t>Introspection ka matlab hai anti-self thinking.</w:t>
      </w:r>
    </w:p>
    <w:p>
      <w:pPr>
        <w:jc w:val="right"/>
      </w:pPr>
      <w:r>
        <w:t>انٹروسپیکشن کا مطلب ہے اینٹی سیلف تھنکنگ۔</w:t>
      </w:r>
    </w:p>
    <w:p>
      <w:r>
        <w:rPr>
          <w:b/>
        </w:rPr>
        <w:t xml:space="preserve">[29:36] </w:t>
      </w:r>
      <w:r>
        <w:t>تو اگر آپ اتنا زیادہ awareness آپ کے اندر ہے کہ آپ اپنے خلاف سوچ سکتے ہیں اور</w:t>
      </w:r>
    </w:p>
    <w:p>
      <w:pPr>
        <w:jc w:val="right"/>
      </w:pPr>
      <w:r>
        <w:t>تو اگر آپ اتنا زیادہ اویرنس آپ کے اندر ہے کہ آپ اپنے خلاف سوچ سکتے ہیں اور</w:t>
      </w:r>
    </w:p>
    <w:p>
      <w:r>
        <w:rPr>
          <w:b/>
        </w:rPr>
        <w:t xml:space="preserve">[29:41] </w:t>
      </w:r>
      <w:r>
        <w:t>soch kar ke discover karte hain ke falan ghalti mere andar hai, to is tarah ki discovery ke</w:t>
      </w:r>
    </w:p>
    <w:p>
      <w:pPr>
        <w:jc w:val="right"/>
      </w:pPr>
      <w:r>
        <w:t>سوچ کر کے ڈسکور کرتے ہیں کہ فلاں غلطی میرے اندر ہے، تو اس طرح کی ڈسکوری کے</w:t>
      </w:r>
    </w:p>
    <w:p>
      <w:r>
        <w:rPr>
          <w:b/>
        </w:rPr>
        <w:t xml:space="preserve">[29:47] </w:t>
      </w:r>
      <w:r>
        <w:t>saath apne aap mein yeh baat aati hai ke mujhe is ko correct karna hai, is ki islaah karna hai.</w:t>
      </w:r>
    </w:p>
    <w:p>
      <w:pPr>
        <w:jc w:val="right"/>
      </w:pPr>
      <w:r>
        <w:t>ساتھ اپنے آپ میں یہ بات آتی ہے کہ مجھے اس کو کریکٹ کرنا ہے، اس کی اصلاح کرنا ہے۔</w:t>
      </w:r>
    </w:p>
    <w:p>
      <w:r>
        <w:rPr>
          <w:b/>
        </w:rPr>
        <w:t xml:space="preserve">[29:52] </w:t>
      </w:r>
      <w:r>
        <w:t>yeh hai main is ka formula.</w:t>
      </w:r>
    </w:p>
    <w:p>
      <w:pPr>
        <w:jc w:val="right"/>
      </w:pPr>
      <w:r>
        <w:t>یہ ہے مین اس کا فارمولا۔</w:t>
      </w:r>
    </w:p>
    <w:p>
      <w:r>
        <w:rPr>
          <w:b/>
        </w:rPr>
        <w:t xml:space="preserve">[29:58] </w:t>
      </w:r>
      <w:r>
        <w:t>so introspection means anti-self thinking. and Maulana, you are saying that introspection means that we have to discover our mistake on our own. and that is why it has great importance in character development. Maulana, you often say that a believer should be a no problem person. what does this mean?</w:t>
      </w:r>
    </w:p>
    <w:p>
      <w:pPr>
        <w:jc w:val="right"/>
      </w:pPr>
      <w:r>
        <w:t>سو انٹروسپیکشن مینز اینٹی سیلف تھنکنگ۔ اینڈ مولانا، یو آر سینگ دیٹ انٹروسپیکشن مینز دیٹ وی ہیو ٹو ڈسکور اور مسٹیک آن اور اون۔ اینڈ دیٹ از وائی اٹ ہیز گریٹ امپورٹنس ان کریکٹر ڈیویلپمنٹ۔ مولانا، یو آفن سینگ دیٹ ا بیلیور شوڈ بی ا نو پرابلم پرسن۔ واٹ ڈز دس مین؟</w:t>
      </w:r>
    </w:p>
    <w:p>
      <w:r>
        <w:rPr>
          <w:b/>
        </w:rPr>
        <w:t xml:space="preserve">[30:21] </w:t>
      </w:r>
      <w:r>
        <w:t>dekhen, hadith mein aata hai ke ad deen al naseehah.</w:t>
      </w:r>
    </w:p>
    <w:p>
      <w:pPr>
        <w:jc w:val="right"/>
      </w:pPr>
      <w:r>
        <w:t>دیکھیں، حدیث میں آتا ہے کہ الدین النصیحہ۔</w:t>
      </w:r>
    </w:p>
    <w:p>
      <w:r>
        <w:rPr>
          <w:b/>
        </w:rPr>
        <w:t xml:space="preserve">[30:26] </w:t>
      </w:r>
      <w:r>
        <w:t>deen khair khwahi ka naam hai.</w:t>
      </w:r>
    </w:p>
    <w:p>
      <w:pPr>
        <w:jc w:val="right"/>
      </w:pPr>
      <w:r>
        <w:t>دین خیر خواہی کا نام ہے۔</w:t>
      </w:r>
    </w:p>
    <w:p>
      <w:r>
        <w:rPr>
          <w:b/>
        </w:rPr>
        <w:t xml:space="preserve">[30:31] </w:t>
      </w:r>
      <w:r>
        <w:t>deen khair khwahi ka naam hai.</w:t>
      </w:r>
    </w:p>
    <w:p>
      <w:pPr>
        <w:jc w:val="right"/>
      </w:pPr>
      <w:r>
        <w:t>دین خیر خواہی کا نام ہے۔</w:t>
      </w:r>
    </w:p>
    <w:p>
      <w:r>
        <w:rPr>
          <w:b/>
        </w:rPr>
        <w:t xml:space="preserve">[30:36] </w:t>
      </w:r>
      <w:r>
        <w:t>yani doosre ke liye deen naam hai is baat ka ke aap ke andar doosre ke liye well</w:t>
      </w:r>
    </w:p>
    <w:p>
      <w:pPr>
        <w:jc w:val="right"/>
      </w:pPr>
      <w:r>
        <w:t>یعنی دوسرے کے لیے دین نام ہے اس بات کا کہ آپ کے اندر دوسرے کے لیے ویل</w:t>
      </w:r>
    </w:p>
    <w:p>
      <w:r>
        <w:rPr>
          <w:b/>
        </w:rPr>
        <w:t xml:space="preserve">[30:42] </w:t>
      </w:r>
      <w:r>
        <w:t>wishing aa jaye.</w:t>
      </w:r>
    </w:p>
    <w:p>
      <w:pPr>
        <w:jc w:val="right"/>
      </w:pPr>
      <w:r>
        <w:t>وشنگ آ جائے۔</w:t>
      </w:r>
    </w:p>
    <w:p>
      <w:r>
        <w:rPr>
          <w:b/>
        </w:rPr>
        <w:t xml:space="preserve">[30:47] </w:t>
      </w:r>
      <w:r>
        <w:t>to jab aap doosre ke khair khwah honge, doosre ke liye well wisher honge, to aap</w:t>
      </w:r>
    </w:p>
    <w:p>
      <w:pPr>
        <w:jc w:val="right"/>
      </w:pPr>
      <w:r>
        <w:t>تو جب آپ دوسرے کے خیر خواہ ہوں گے، دوسرے کے لیے ویل وشر ہوں گے، تو آپ</w:t>
      </w:r>
    </w:p>
    <w:p>
      <w:r>
        <w:rPr>
          <w:b/>
        </w:rPr>
        <w:t xml:space="preserve">[30:52] </w:t>
      </w:r>
      <w:r>
        <w:t>chahenge ke meri wajah se is ko koi pareshani na ho.</w:t>
      </w:r>
    </w:p>
    <w:p>
      <w:pPr>
        <w:jc w:val="right"/>
      </w:pPr>
      <w:r>
        <w:t>چاہیں گے کہ میری وجہ سے اس کو کوئی پریشانی نہ ہو۔</w:t>
      </w:r>
    </w:p>
    <w:p>
      <w:r>
        <w:rPr>
          <w:b/>
        </w:rPr>
        <w:t xml:space="preserve">[30:58] </w:t>
      </w:r>
      <w:r>
        <w:t>bilkul chahenge aap.</w:t>
      </w:r>
    </w:p>
    <w:p>
      <w:pPr>
        <w:jc w:val="right"/>
      </w:pPr>
      <w:r>
        <w:t>بالکل چاہیں گے آپ۔</w:t>
      </w:r>
    </w:p>
    <w:p>
      <w:r>
        <w:rPr>
          <w:b/>
        </w:rPr>
        <w:t xml:space="preserve">[31:03] </w:t>
      </w:r>
      <w:r>
        <w:t>fitri baat hai.</w:t>
      </w:r>
    </w:p>
    <w:p>
      <w:pPr>
        <w:jc w:val="right"/>
      </w:pPr>
      <w:r>
        <w:t>فطری بات ہے۔</w:t>
      </w:r>
    </w:p>
    <w:p>
      <w:r>
        <w:rPr>
          <w:b/>
        </w:rPr>
        <w:t xml:space="preserve">[31:08] </w:t>
      </w:r>
      <w:r>
        <w:t>to no problem person banne ke maani hain ke aakhri had tak aap yeh chah rahe hain ke</w:t>
      </w:r>
    </w:p>
    <w:p>
      <w:pPr>
        <w:jc w:val="right"/>
      </w:pPr>
      <w:r>
        <w:t>تو نو پرابلم پرسن بننے کے معنی ہیں کہ آخری حد تک آپ یہ چاہ رہے ہیں کہ</w:t>
      </w:r>
    </w:p>
    <w:p>
      <w:r>
        <w:rPr>
          <w:b/>
        </w:rPr>
        <w:t xml:space="preserve">[31:13] </w:t>
      </w:r>
      <w:r>
        <w:t>meri wajah se kisi ko pareshani na ho.</w:t>
      </w:r>
    </w:p>
    <w:p>
      <w:pPr>
        <w:jc w:val="right"/>
      </w:pPr>
      <w:r>
        <w:t>میری وجہ سے کسی کو پریشانی نہ ہو۔</w:t>
      </w:r>
    </w:p>
    <w:p>
      <w:r>
        <w:rPr>
          <w:b/>
        </w:rPr>
        <w:t xml:space="preserve">[31:19] </w:t>
      </w:r>
      <w:r>
        <w:t>to ek to yeh hai ke aap kisi ko pathar marien, to woh to ziyada bari baat hai.</w:t>
      </w:r>
    </w:p>
    <w:p>
      <w:pPr>
        <w:jc w:val="right"/>
      </w:pPr>
      <w:r>
        <w:t>تو ایک تو یہ ہے کہ آپ کسی کو پتھر ماریں، تو وہ تو زیادہ بڑی بات ہے۔</w:t>
      </w:r>
    </w:p>
    <w:p>
      <w:r>
        <w:rPr>
          <w:b/>
        </w:rPr>
        <w:t xml:space="preserve">[31:24] </w:t>
      </w:r>
      <w:r>
        <w:t>lekin jitna ziyada aap ke andar well wishing hogi, jitna ziyada aap doosre ke khair khwah honge,</w:t>
      </w:r>
    </w:p>
    <w:p>
      <w:pPr>
        <w:jc w:val="right"/>
      </w:pPr>
      <w:r>
        <w:t>لیکن جتنا زیادہ آپ کے اندر ویل وشنگ ہوگی، جتنا زیادہ آپ دوسرے کے خیر خواہ ہوں گے،</w:t>
      </w:r>
    </w:p>
    <w:p>
      <w:r>
        <w:rPr>
          <w:b/>
        </w:rPr>
        <w:t xml:space="preserve">[31:29] </w:t>
      </w:r>
      <w:r>
        <w:t>utni ziyada aap chahenge ke meri wajah se is ko koi takleef na ho, is ko koi</w:t>
      </w:r>
    </w:p>
    <w:p>
      <w:pPr>
        <w:jc w:val="right"/>
      </w:pPr>
      <w:r>
        <w:t>اتنی زیادہ آپ چاہیں گے کہ میری وجہ سے اس کو کوئی تکلیف نہ ہو، اس کو کوئی</w:t>
      </w:r>
    </w:p>
    <w:p>
      <w:r>
        <w:rPr>
          <w:b/>
        </w:rPr>
        <w:t xml:space="preserve">[31:35] </w:t>
      </w:r>
      <w:r>
        <w:t>mein kisi aitbar se is ke liye problem na banun.</w:t>
      </w:r>
    </w:p>
    <w:p>
      <w:pPr>
        <w:jc w:val="right"/>
      </w:pPr>
      <w:r>
        <w:t>میں کسی اعتبار سے اس کے لیے پرابلم نہ بنوں۔</w:t>
      </w:r>
    </w:p>
    <w:p>
      <w:r>
        <w:rPr>
          <w:b/>
        </w:rPr>
        <w:t xml:space="preserve">[31:40] </w:t>
      </w:r>
      <w:r>
        <w:t>to yeh yeh khair khwahi ka expression poora phenomena hai.</w:t>
      </w:r>
    </w:p>
    <w:p>
      <w:pPr>
        <w:jc w:val="right"/>
      </w:pPr>
      <w:r>
        <w:t>تو یہ یہ خیر خواہی کا ایکسپریشن پورا فینامینا ہے۔</w:t>
      </w:r>
    </w:p>
    <w:p>
      <w:r>
        <w:rPr>
          <w:b/>
        </w:rPr>
        <w:t xml:space="preserve">[31:45] </w:t>
      </w:r>
      <w:r>
        <w:t>no problem person banna haqeeqat mein khair khwahi ka phenomena hai.</w:t>
      </w:r>
    </w:p>
    <w:p>
      <w:pPr>
        <w:jc w:val="right"/>
      </w:pPr>
      <w:r>
        <w:t>نو پرابلم پرسن بننا حقیقت میں خیر خواہی کا فینامینا ہے۔</w:t>
      </w:r>
    </w:p>
    <w:p>
      <w:r>
        <w:rPr>
          <w:b/>
        </w:rPr>
        <w:t xml:space="preserve">[31:50] </w:t>
      </w:r>
      <w:r>
        <w:t>jitna ziyada aap khair khwah honge, utni ziyada aap chahenge ke mein doosre ke liye koi</w:t>
      </w:r>
    </w:p>
    <w:p>
      <w:pPr>
        <w:jc w:val="right"/>
      </w:pPr>
      <w:r>
        <w:t>جتنا زیادہ آپ خیر خواہ ہوں گے، اتنی زیادہ آپ چاہیں گے کہ میں دوسرے کے لیے کوئی</w:t>
      </w:r>
    </w:p>
    <w:p>
      <w:r>
        <w:rPr>
          <w:b/>
        </w:rPr>
        <w:t xml:space="preserve">[31:56] </w:t>
      </w:r>
      <w:r>
        <w:t>problem create na karun.</w:t>
      </w:r>
    </w:p>
    <w:p>
      <w:pPr>
        <w:jc w:val="right"/>
      </w:pPr>
      <w:r>
        <w:t>پرابلم کریٹ نہ کروں۔</w:t>
      </w:r>
    </w:p>
    <w:p>
      <w:r>
        <w:rPr>
          <w:b/>
        </w:rPr>
        <w:t xml:space="preserve">[32:01] </w:t>
      </w:r>
      <w:r>
        <w:t>chota se chota bhi nahin.</w:t>
      </w:r>
    </w:p>
    <w:p>
      <w:pPr>
        <w:jc w:val="right"/>
      </w:pPr>
      <w:r>
        <w:t>چھوٹا سے چھوٹا بھی نہیں۔</w:t>
      </w:r>
    </w:p>
    <w:p>
      <w:r>
        <w:rPr>
          <w:b/>
        </w:rPr>
        <w:t xml:space="preserve">[32:06] </w:t>
      </w:r>
      <w:r>
        <w:t>yani kisi ke haan jayenge aap, us ne chai pesh kiya, to aap chahenge ke chai</w:t>
      </w:r>
    </w:p>
    <w:p>
      <w:pPr>
        <w:jc w:val="right"/>
      </w:pPr>
      <w:r>
        <w:t>یعنی کسی کے ہاں جائیں گے آپ، اس نے چائے پیش کیا، تو آپ چاہیں گے کہ چائے</w:t>
      </w:r>
    </w:p>
    <w:p>
      <w:r>
        <w:rPr>
          <w:b/>
        </w:rPr>
        <w:t xml:space="preserve">[32:12] </w:t>
      </w:r>
      <w:r>
        <w:t>ka chamcha bhi yahan se wahan na ho jaye.</w:t>
      </w:r>
    </w:p>
    <w:p>
      <w:pPr>
        <w:jc w:val="right"/>
      </w:pPr>
      <w:r>
        <w:t>کا چمچہ بھی یہاں سے وہاں نہ ہو جائے۔</w:t>
      </w:r>
    </w:p>
    <w:p>
      <w:r>
        <w:rPr>
          <w:b/>
        </w:rPr>
        <w:t xml:space="preserve">[32:17] </w:t>
      </w:r>
      <w:r>
        <w:t>jahan chai ka chamcha us ne rakha hai, wahin rahe woh chai ka chamcha.</w:t>
      </w:r>
    </w:p>
    <w:p>
      <w:pPr>
        <w:jc w:val="right"/>
      </w:pPr>
      <w:r>
        <w:t>جہاں چائے کا چمچہ اس نے رکھا ہے، وہیں رہے وہ چائے کا چمچہ۔</w:t>
      </w:r>
    </w:p>
    <w:p>
      <w:r>
        <w:rPr>
          <w:b/>
        </w:rPr>
        <w:t xml:space="preserve">[32:22] </w:t>
      </w:r>
      <w:r>
        <w:t>utna bhi nahin, aap gawara nahin hoga ke idhar udhar rakh dein, aap us ko dhoondna pare.</w:t>
      </w:r>
    </w:p>
    <w:p>
      <w:pPr>
        <w:jc w:val="right"/>
      </w:pPr>
      <w:r>
        <w:t>اتنا بھی نہیں، آپ گوارا نہیں ہوگا کہ ادھر ادھر رکھ دیں، آپ اس کو ڈھونڈنا پڑے۔</w:t>
      </w:r>
    </w:p>
    <w:p>
      <w:r>
        <w:rPr>
          <w:b/>
        </w:rPr>
        <w:t xml:space="preserve">[32:27] </w:t>
      </w:r>
      <w:r>
        <w:t>to aisi cheez hai khair khwahi. well wishing.</w:t>
      </w:r>
    </w:p>
    <w:p>
      <w:pPr>
        <w:jc w:val="right"/>
      </w:pPr>
      <w:r>
        <w:t>تو ایسی چیز ہے خیر خواہی۔ ویل وشنگ۔</w:t>
      </w:r>
    </w:p>
    <w:p>
      <w:r>
        <w:rPr>
          <w:b/>
        </w:rPr>
        <w:t xml:space="preserve">[32:33] </w:t>
      </w:r>
      <w:r>
        <w:t>jisko hadith mein kaha gaya nasih hai. nasih hai.</w:t>
      </w:r>
    </w:p>
    <w:p>
      <w:pPr>
        <w:jc w:val="right"/>
      </w:pPr>
      <w:r>
        <w:t>جس کو حدیث میں کہا گیا نصح ہے۔ نصح ہے۔</w:t>
      </w:r>
    </w:p>
    <w:p>
      <w:r>
        <w:rPr>
          <w:b/>
        </w:rPr>
        <w:t xml:space="preserve">[32:38] </w:t>
      </w:r>
      <w:r>
        <w:t>n s h.</w:t>
      </w:r>
    </w:p>
    <w:p>
      <w:pPr>
        <w:jc w:val="right"/>
      </w:pPr>
      <w:r>
        <w:t>ن ص ہ۔</w:t>
      </w:r>
    </w:p>
    <w:p>
      <w:r>
        <w:rPr>
          <w:b/>
        </w:rPr>
        <w:t xml:space="preserve">[32:43] </w:t>
      </w:r>
      <w:r>
        <w:t>to jitna ziyada khair khwahi hogi, utni ziyada aap ke andar yeh spirit jaage gi ke mujhe kisi</w:t>
      </w:r>
    </w:p>
    <w:p>
      <w:pPr>
        <w:jc w:val="right"/>
      </w:pPr>
      <w:r>
        <w:t>تو جتنا زیادہ خیر خواہی ہوگی، اتنی زیادہ آپ کے اندر یہ اسپرٹ جاگے گی کہ مجھے کسی</w:t>
      </w:r>
    </w:p>
    <w:p>
      <w:r>
        <w:rPr>
          <w:b/>
        </w:rPr>
        <w:t xml:space="preserve">[32:49] </w:t>
      </w:r>
      <w:r>
        <w:t>ke liye hargiz koi problem create nahin karna hai.</w:t>
      </w:r>
    </w:p>
    <w:p>
      <w:pPr>
        <w:jc w:val="right"/>
      </w:pPr>
      <w:r>
        <w:t>کے لیے ہرگز کوئی پرابلم کریٹ نہیں کرنا ہے۔</w:t>
      </w:r>
    </w:p>
    <w:p>
      <w:r>
        <w:rPr>
          <w:b/>
        </w:rPr>
        <w:t xml:space="preserve">[32:54] </w:t>
      </w:r>
      <w:r>
        <w:t>jahan aap ke andar yeh sifat na ho, to us to yaqeen karna chahiye ke aap ke andar</w:t>
      </w:r>
    </w:p>
    <w:p>
      <w:pPr>
        <w:jc w:val="right"/>
      </w:pPr>
      <w:r>
        <w:t>جہاں آپ کے اندر یہ صفت نہ ہو، تو اس تو یقین کرنا چاہیے کہ آپ کے اندر</w:t>
      </w:r>
    </w:p>
    <w:p>
      <w:r>
        <w:rPr>
          <w:b/>
        </w:rPr>
        <w:t xml:space="preserve">[32:59] </w:t>
      </w:r>
      <w:r>
        <w:t>khair khwahi maujood nahin hai doosre ke liye.</w:t>
      </w:r>
    </w:p>
    <w:p>
      <w:pPr>
        <w:jc w:val="right"/>
      </w:pPr>
      <w:r>
        <w:t>خیر خواہی موجود نہیں ہے دوسرے کے لیے۔</w:t>
      </w:r>
    </w:p>
    <w:p>
      <w:r>
        <w:rPr>
          <w:b/>
        </w:rPr>
        <w:t xml:space="preserve">[33:05] </w:t>
      </w:r>
      <w:r>
        <w:t>so Maulana, according to the Quran, one of the very important qualities of a believer is that he is a well-wisher for others. and you are saying a well-wisher does not want to create even the least problem for anyone. and that is what is meant by being a no problem person. Maulana, my next question is that, how should a believer balance the demands of this life while also working for the hereafter?</w:t>
      </w:r>
    </w:p>
    <w:p>
      <w:pPr>
        <w:jc w:val="right"/>
      </w:pPr>
      <w:r>
        <w:t>سو مولانا، اکارڈنگ ٹو دا قرآن، ون آف دا ویری امپورٹنٹ کوالٹیز آف ا بیلیور از دیٹ ہی از ا ویل وشر فار ادرز۔ اینڈ یو آر سینگ ا ویل وشر ڈز ناٹ وانٹ ٹو کریٹ ایون دا لیسٹ پرابلم فار اینی ون۔ اینڈ دیٹ از واٹ از مینٹ بائے بینگ ا نو پرابلم پرسن۔ مولانا، مائی نیکسٹ کوئسچن از دیٹ، ہاؤ شوڈ ا بیلیور بیلنس دا ڈیمانڈز آف دس لائف وائل آل سو ورکنگ فار دا ہیر آفٹر؟</w:t>
      </w:r>
    </w:p>
    <w:p>
      <w:r>
        <w:rPr>
          <w:b/>
        </w:rPr>
        <w:t xml:space="preserve">[33:35] </w:t>
      </w:r>
      <w:r>
        <w:t>dekhiye, balance ki baat nahin hai.</w:t>
      </w:r>
    </w:p>
    <w:p>
      <w:pPr>
        <w:jc w:val="right"/>
      </w:pPr>
      <w:r>
        <w:t>دیکھیے، بیلنس کی بات نہیں ہے۔</w:t>
      </w:r>
    </w:p>
    <w:p>
      <w:r>
        <w:rPr>
          <w:b/>
        </w:rPr>
        <w:t xml:space="preserve">[33:39] </w:t>
      </w:r>
      <w:r>
        <w:t>yeh baat hai awareness ki.</w:t>
      </w:r>
    </w:p>
    <w:p>
      <w:pPr>
        <w:jc w:val="right"/>
      </w:pPr>
      <w:r>
        <w:t>یہ بات ہے اویرنس کی۔</w:t>
      </w:r>
    </w:p>
    <w:p>
      <w:r>
        <w:rPr>
          <w:b/>
        </w:rPr>
        <w:t xml:space="preserve">[33:44] </w:t>
      </w:r>
      <w:r>
        <w:t>balance ek lafz hai, lekin is ka koi criteria nahin bana sakte aap.</w:t>
      </w:r>
    </w:p>
    <w:p>
      <w:pPr>
        <w:jc w:val="right"/>
      </w:pPr>
      <w:r>
        <w:t>بیلنس ایک لفظ ہے، لیکن اس کا کوئی کرائٹیریا نہیں بنا سکتے آپ۔</w:t>
      </w:r>
    </w:p>
    <w:p>
      <w:r>
        <w:rPr>
          <w:b/>
        </w:rPr>
        <w:t xml:space="preserve">[33:49] </w:t>
      </w:r>
      <w:r>
        <w:t>balance ka aap koi criteria nahin bana sakte.</w:t>
      </w:r>
    </w:p>
    <w:p>
      <w:pPr>
        <w:jc w:val="right"/>
      </w:pPr>
      <w:r>
        <w:t>بیلنس کا آپ کوئی کرائٹیریا نہیں بنا سکتے۔</w:t>
      </w:r>
    </w:p>
    <w:p>
      <w:r>
        <w:rPr>
          <w:b/>
        </w:rPr>
        <w:t xml:space="preserve">[33:54] </w:t>
      </w:r>
      <w:r>
        <w:t>to aisi cheez hai ke aap bohat ziyada aware hon.</w:t>
      </w:r>
    </w:p>
    <w:p>
      <w:pPr>
        <w:jc w:val="right"/>
      </w:pPr>
      <w:r>
        <w:t>تو ایسی چیز ہے کہ آپ بہت زیادہ اویر ہوں۔</w:t>
      </w:r>
    </w:p>
    <w:p>
      <w:r>
        <w:rPr>
          <w:b/>
        </w:rPr>
        <w:t xml:space="preserve">[33:59] </w:t>
      </w:r>
      <w:r>
        <w:t>boht ziyada aap baton ke bare mein wisdom aap ke andar ho.</w:t>
      </w:r>
    </w:p>
    <w:p>
      <w:pPr>
        <w:jc w:val="right"/>
      </w:pPr>
      <w:r>
        <w:t>بہت زیادہ آپ باتوں کے بارے میں وزڈم آپ کے اندر ہو۔</w:t>
      </w:r>
    </w:p>
    <w:p>
      <w:r>
        <w:rPr>
          <w:b/>
        </w:rPr>
        <w:t xml:space="preserve">[34:04] </w:t>
      </w:r>
      <w:r>
        <w:t>so aisi cheez hai wisdom.</w:t>
      </w:r>
    </w:p>
    <w:p>
      <w:pPr>
        <w:jc w:val="right"/>
      </w:pPr>
      <w:r>
        <w:t>سو ایسی چیز ہے وزڈم۔</w:t>
      </w:r>
    </w:p>
    <w:p>
      <w:r>
        <w:rPr>
          <w:b/>
        </w:rPr>
        <w:t xml:space="preserve">[34:08] </w:t>
      </w:r>
      <w:r>
        <w:t>wisdom aap ko bataye gi ke aap balance kaise kaam karein.</w:t>
      </w:r>
    </w:p>
    <w:p>
      <w:pPr>
        <w:jc w:val="right"/>
      </w:pPr>
      <w:r>
        <w:t>وزڈم آپ کو بتائے گی کہ آپ بیلنس کیسے کام کریں۔</w:t>
      </w:r>
    </w:p>
    <w:p>
      <w:r>
        <w:rPr>
          <w:b/>
        </w:rPr>
        <w:t xml:space="preserve">[34:13] </w:t>
      </w:r>
      <w:r>
        <w:t>agar wisdom nahi hai, awareness nahi hai, to koi list dene se aap aasani ho jaye gi ke</w:t>
      </w:r>
    </w:p>
    <w:p>
      <w:pPr>
        <w:jc w:val="right"/>
      </w:pPr>
      <w:r>
        <w:t>اگر وزڈم نہیں ہے، اویرنس نہیں ہے، تو کوئی لسٹ دینے سے آپ آسانی ہو جائے گی کہ</w:t>
      </w:r>
    </w:p>
    <w:p>
      <w:r>
        <w:rPr>
          <w:b/>
        </w:rPr>
        <w:t xml:space="preserve">[34:18] </w:t>
      </w:r>
      <w:r>
        <w:t>aap yani balance behavior ikhtiyar karein.</w:t>
      </w:r>
    </w:p>
    <w:p>
      <w:pPr>
        <w:jc w:val="right"/>
      </w:pPr>
      <w:r>
        <w:t>آپ یعنی بیلنس بیہیور اختیار کریں۔</w:t>
      </w:r>
    </w:p>
    <w:p>
      <w:r>
        <w:rPr>
          <w:b/>
        </w:rPr>
        <w:t xml:space="preserve">[34:23] </w:t>
      </w:r>
      <w:r>
        <w:t>koi bhi list is mein work nahi kare gi.</w:t>
      </w:r>
    </w:p>
    <w:p>
      <w:pPr>
        <w:jc w:val="right"/>
      </w:pPr>
      <w:r>
        <w:t>کوئی بھی لسٹ اس میں ورک نہیں کرے گی۔</w:t>
      </w:r>
    </w:p>
    <w:p>
      <w:r>
        <w:rPr>
          <w:b/>
        </w:rPr>
        <w:t xml:space="preserve">[34:28] </w:t>
      </w:r>
      <w:r>
        <w:t>koi list bana ke de de ke aap ko yeh balance ka tareeqa hai, yeh tawazun ka tareeqa</w:t>
      </w:r>
    </w:p>
    <w:p>
      <w:pPr>
        <w:jc w:val="right"/>
      </w:pPr>
      <w:r>
        <w:t>کوئی لسٹ بنا کے دے دے کہ آپ کو یہ بیلنس کا طریقہ ہے، یہ توازن کا طریقہ</w:t>
      </w:r>
    </w:p>
    <w:p>
      <w:r>
        <w:rPr>
          <w:b/>
        </w:rPr>
        <w:t xml:space="preserve">[34:33] </w:t>
      </w:r>
      <w:r>
        <w:t>hai, is se kuch nahi hoga.</w:t>
      </w:r>
    </w:p>
    <w:p>
      <w:pPr>
        <w:jc w:val="right"/>
      </w:pPr>
      <w:r>
        <w:t>ہے، اس سے کچھ نہیں ہوگا۔</w:t>
      </w:r>
    </w:p>
    <w:p>
      <w:r>
        <w:rPr>
          <w:b/>
        </w:rPr>
        <w:t xml:space="preserve">[34:38] </w:t>
      </w:r>
      <w:r>
        <w:t>aisi cheez hai aap ke andar wisdom ho.</w:t>
      </w:r>
    </w:p>
    <w:p>
      <w:pPr>
        <w:jc w:val="right"/>
      </w:pPr>
      <w:r>
        <w:t>ایسی چیز ہے آپ کے اندر وزڈم ہو۔</w:t>
      </w:r>
    </w:p>
    <w:p>
      <w:r>
        <w:rPr>
          <w:b/>
        </w:rPr>
        <w:t xml:space="preserve">[34:42] </w:t>
      </w:r>
      <w:r>
        <w:t>aap ke andar sincerity ho.</w:t>
      </w:r>
    </w:p>
    <w:p>
      <w:pPr>
        <w:jc w:val="right"/>
      </w:pPr>
      <w:r>
        <w:t>آپ کے اندر سنسیرٹی ہو۔</w:t>
      </w:r>
    </w:p>
    <w:p>
      <w:r>
        <w:rPr>
          <w:b/>
        </w:rPr>
        <w:t xml:space="preserve">[34:47] </w:t>
      </w:r>
      <w:r>
        <w:t>aap baton ko boht hi sincerity dekhein aur sincerity koi decision lein.</w:t>
      </w:r>
    </w:p>
    <w:p>
      <w:pPr>
        <w:jc w:val="right"/>
      </w:pPr>
      <w:r>
        <w:t>آپ باتوں کو بہت ہی سنسیرٹی دیکھیں اور سنسیرٹی کوئی ڈیسیژن لیں۔</w:t>
      </w:r>
    </w:p>
    <w:p>
      <w:r>
        <w:rPr>
          <w:b/>
        </w:rPr>
        <w:t xml:space="preserve">[34:52] </w:t>
      </w:r>
      <w:r>
        <w:t>yeh sab batein agar hongi to apne aap hi aap ko samajh mein aye ga ke balance</w:t>
      </w:r>
    </w:p>
    <w:p>
      <w:pPr>
        <w:jc w:val="right"/>
      </w:pPr>
      <w:r>
        <w:t>یہ سب باتیں اگر ہوں گی تو اپنے آپ ہی آپ کو سمجھ میں آئے گا کہ بیلنس</w:t>
      </w:r>
    </w:p>
    <w:p>
      <w:r>
        <w:rPr>
          <w:b/>
        </w:rPr>
        <w:t xml:space="preserve">[34:57] </w:t>
      </w:r>
      <w:r>
        <w:t>ka matlab kya hai.</w:t>
      </w:r>
    </w:p>
    <w:p>
      <w:pPr>
        <w:jc w:val="right"/>
      </w:pPr>
      <w:r>
        <w:t>کا مطلب کیا ہے۔</w:t>
      </w:r>
    </w:p>
    <w:p>
      <w:r>
        <w:rPr>
          <w:b/>
        </w:rPr>
        <w:t xml:space="preserve">[35:02] </w:t>
      </w:r>
      <w:r>
        <w:t>dunya ke andaaz ko hamein kya karna hai aur khat ke waris karna hai.</w:t>
      </w:r>
    </w:p>
    <w:p>
      <w:pPr>
        <w:jc w:val="right"/>
      </w:pPr>
      <w:r>
        <w:t>دنیا کے انداز کو ہمیں کیا کرنا ہے اور خط کے وارث کرنا ہے۔</w:t>
      </w:r>
    </w:p>
    <w:p>
      <w:r>
        <w:rPr>
          <w:b/>
        </w:rPr>
        <w:t xml:space="preserve">[35:07] </w:t>
      </w:r>
      <w:r>
        <w:t>lekin border tor par mein yeh kahoon ga ke balance, sacha balance yeh hai ke balance barabari ka</w:t>
      </w:r>
    </w:p>
    <w:p>
      <w:pPr>
        <w:jc w:val="right"/>
      </w:pPr>
      <w:r>
        <w:t>لیکن بارڈر طور پر میں یہ کہوں گا کہ بیلنس، سچا بیلنس یہ ہے کہ بیلنس برابری کا</w:t>
      </w:r>
    </w:p>
    <w:p>
      <w:r>
        <w:rPr>
          <w:b/>
        </w:rPr>
        <w:t xml:space="preserve">[35:11] </w:t>
      </w:r>
      <w:r>
        <w:t>naam nahi hai ke 50% idhar, 50% idhar.</w:t>
      </w:r>
    </w:p>
    <w:p>
      <w:pPr>
        <w:jc w:val="right"/>
      </w:pPr>
      <w:r>
        <w:t>نام نہیں ہے کہ 50% ادھر، 50% ادھر۔</w:t>
      </w:r>
    </w:p>
    <w:p>
      <w:r>
        <w:rPr>
          <w:b/>
        </w:rPr>
        <w:t xml:space="preserve">[35:16] </w:t>
      </w:r>
      <w:r>
        <w:t>yeh 50-50 ka formula nahi hai.</w:t>
      </w:r>
    </w:p>
    <w:p>
      <w:pPr>
        <w:jc w:val="right"/>
      </w:pPr>
      <w:r>
        <w:t>یہ 50-50 کا فارمولا نہیں ہے۔</w:t>
      </w:r>
    </w:p>
    <w:p>
      <w:r>
        <w:rPr>
          <w:b/>
        </w:rPr>
        <w:t xml:space="preserve">[35:21] </w:t>
      </w:r>
      <w:r>
        <w:t>yeh formula hai ke principle kya ho.</w:t>
      </w:r>
    </w:p>
    <w:p>
      <w:pPr>
        <w:jc w:val="right"/>
      </w:pPr>
      <w:r>
        <w:t>یہ فارمولا ہے کہ پرنسپل کیا ہو۔</w:t>
      </w:r>
    </w:p>
    <w:p>
      <w:r>
        <w:rPr>
          <w:b/>
        </w:rPr>
        <w:t xml:space="preserve">[35:26] </w:t>
      </w:r>
      <w:r>
        <w:t>is ka formula hai.</w:t>
      </w:r>
    </w:p>
    <w:p>
      <w:pPr>
        <w:jc w:val="right"/>
      </w:pPr>
      <w:r>
        <w:t>اس کا فارمولا ہے۔</w:t>
      </w:r>
    </w:p>
    <w:p>
      <w:r>
        <w:rPr>
          <w:b/>
        </w:rPr>
        <w:t xml:space="preserve">[35:31] </w:t>
      </w:r>
      <w:r>
        <w:t>to mere nazdeek formula yeh hai ke dunya ke bare mein sadgi. simple living.</w:t>
      </w:r>
    </w:p>
    <w:p>
      <w:pPr>
        <w:jc w:val="right"/>
      </w:pPr>
      <w:r>
        <w:t>تو میرے نزدیک فارمولا یہ ہے کہ دنیا کے بارے میں سادگی۔ سمپل لیونگ۔</w:t>
      </w:r>
    </w:p>
    <w:p>
      <w:r>
        <w:rPr>
          <w:b/>
        </w:rPr>
        <w:t xml:space="preserve">[35:36] </w:t>
      </w:r>
      <w:r>
        <w:t>jo kaha gaya tha na ke simple living, high thinking.</w:t>
      </w:r>
    </w:p>
    <w:p>
      <w:pPr>
        <w:jc w:val="right"/>
      </w:pPr>
      <w:r>
        <w:t>جو کہا گیا تھا نا کہ سمپل لیونگ، ہائی تھنکنگ۔</w:t>
      </w:r>
    </w:p>
    <w:p>
      <w:r>
        <w:rPr>
          <w:b/>
        </w:rPr>
        <w:t xml:space="preserve">[35:41] </w:t>
      </w:r>
      <w:r>
        <w:t>to dunya ke bare mein simple living, akhirat ke bare mein high thinking.</w:t>
      </w:r>
    </w:p>
    <w:p>
      <w:pPr>
        <w:jc w:val="right"/>
      </w:pPr>
      <w:r>
        <w:t>تو دنیا کے بارے میں سمپل لیونگ، آخرت کے بارے میں ہائی تھنکنگ۔</w:t>
      </w:r>
    </w:p>
    <w:p>
      <w:r>
        <w:rPr>
          <w:b/>
        </w:rPr>
        <w:t xml:space="preserve">[35:45] </w:t>
      </w:r>
      <w:r>
        <w:t>yeh boht mujhe pasand hai yeh saying.</w:t>
      </w:r>
    </w:p>
    <w:p>
      <w:pPr>
        <w:jc w:val="right"/>
      </w:pPr>
      <w:r>
        <w:t>یہ بہت مجھے پسند ہے یہ سینگ۔</w:t>
      </w:r>
    </w:p>
    <w:p>
      <w:r>
        <w:rPr>
          <w:b/>
        </w:rPr>
        <w:t xml:space="preserve">[35:50] </w:t>
      </w:r>
      <w:r>
        <w:t>simple living, high thinking.</w:t>
      </w:r>
    </w:p>
    <w:p>
      <w:pPr>
        <w:jc w:val="right"/>
      </w:pPr>
      <w:r>
        <w:t>سمپل لیونگ، ہائی تھنکنگ۔</w:t>
      </w:r>
    </w:p>
    <w:p>
      <w:r>
        <w:rPr>
          <w:b/>
        </w:rPr>
        <w:t xml:space="preserve">[35:55] </w:t>
      </w:r>
      <w:r>
        <w:t>to balance ka koi concept hai nahi, na woh work karta.</w:t>
      </w:r>
    </w:p>
    <w:p>
      <w:pPr>
        <w:jc w:val="right"/>
      </w:pPr>
      <w:r>
        <w:t>تو بیلنس کا کوئی کانسیپٹ ہے نہیں، نہ وہ ورک کرتا۔</w:t>
      </w:r>
    </w:p>
    <w:p>
      <w:r>
        <w:rPr>
          <w:b/>
        </w:rPr>
        <w:t xml:space="preserve">[36:00] </w:t>
      </w:r>
      <w:r>
        <w:t>nah koi list aisi bana sakte hain aap.</w:t>
      </w:r>
    </w:p>
    <w:p>
      <w:pPr>
        <w:jc w:val="right"/>
      </w:pPr>
      <w:r>
        <w:t>نہ کوئی لسٹ ایسی بنا سکتے ہیں آپ۔</w:t>
      </w:r>
    </w:p>
    <w:p>
      <w:r>
        <w:rPr>
          <w:b/>
        </w:rPr>
        <w:t xml:space="preserve">[36:05] </w:t>
      </w:r>
      <w:r>
        <w:t>jo wisdom ki baat hai woh yeh hai ke aap dunya ke baray mein aap ke andar simple</w:t>
      </w:r>
    </w:p>
    <w:p>
      <w:pPr>
        <w:jc w:val="right"/>
      </w:pPr>
      <w:r>
        <w:t>جو وزڈم کی بات ہے وہ یہ ہے کہ آپ دنیا کے بارے میں آپ کے اندر سمپل</w:t>
      </w:r>
    </w:p>
    <w:p>
      <w:r>
        <w:rPr>
          <w:b/>
        </w:rPr>
        <w:t xml:space="preserve">[36:10] </w:t>
      </w:r>
      <w:r>
        <w:t>living ho, akhirat ke baray mein aap ke andar high thinking ho.</w:t>
      </w:r>
    </w:p>
    <w:p>
      <w:pPr>
        <w:jc w:val="right"/>
      </w:pPr>
      <w:r>
        <w:t>لیونگ ہو، آخرت کے بارے میں آپ کے اندر ہائی تھنکنگ ہو۔</w:t>
      </w:r>
    </w:p>
    <w:p>
      <w:r>
        <w:rPr>
          <w:b/>
        </w:rPr>
        <w:t xml:space="preserve">[36:15] </w:t>
      </w:r>
      <w:r>
        <w:t>so Maulana, the formula of maintaining balance between this life and the hereafter is that we should have simple living with regard to matters of this life and we should have high thinking with regard to matters of the hereafter. Maulana, you just said that a believer is a no problem person. so in this connection, I want to know how important is it for a believer to maintain peace in society.</w:t>
      </w:r>
    </w:p>
    <w:p>
      <w:pPr>
        <w:jc w:val="right"/>
      </w:pPr>
      <w:r>
        <w:t>سو مولانا، دا فارمولا آف مینٹیننگ بیلنس بٹوین دس لائف اینڈ دا ہیر آفٹر از دیٹ وی شوڈ ہیو سمپل لیونگ ود ریگارڈ ٹو میٹرز آف دس لائف اینڈ وی شوڈ ہیو ہائی تھنکنگ ود ریگارڈ ٹو میٹرز آف دا ہیر آفٹر۔ مولانا، یو جسٹ سینگ دیٹ ا بیلیور از ا نو پرابلم پرسن۔ سو ان دس کنیکشن، آئی وانٹ ٹو نو ہاؤ امپورٹنٹ از اٹ فار ا بیلیور ٹو مینٹین پیس ان سوسائٹی۔</w:t>
      </w:r>
    </w:p>
    <w:p>
      <w:r>
        <w:rPr>
          <w:b/>
        </w:rPr>
        <w:t xml:space="preserve">[36:41] </w:t>
      </w:r>
      <w:r>
        <w:t>dekhen, peace aap maintain karte hain bazahir doosre ke liye, lekin is ka asal faida khud aap ko milta hai.</w:t>
      </w:r>
    </w:p>
    <w:p>
      <w:pPr>
        <w:jc w:val="right"/>
      </w:pPr>
      <w:r>
        <w:t>دیکھیں، پیس آپ مینٹین کرتے ہیں بظاہر دوسرے کے لیے، لیکن اس کا اصل فائدہ خود آپ کو ملتا ہے۔</w:t>
      </w:r>
    </w:p>
    <w:p>
      <w:r>
        <w:rPr>
          <w:b/>
        </w:rPr>
        <w:t xml:space="preserve">[36:48] </w:t>
      </w:r>
      <w:r>
        <w:t>bazahir peace ka jo tareeqa hai woh goya doosre ke liye, lekin aap is ko sochen to peace</w:t>
      </w:r>
    </w:p>
    <w:p>
      <w:pPr>
        <w:jc w:val="right"/>
      </w:pPr>
      <w:r>
        <w:t>بظاہر پیس کا جو طریقہ ہے وہ گویا دوسرے کے لیے، لیکن آپ اس کو سوچیں تو پیس</w:t>
      </w:r>
    </w:p>
    <w:p>
      <w:r>
        <w:rPr>
          <w:b/>
        </w:rPr>
        <w:t xml:space="preserve">[36:56] </w:t>
      </w:r>
      <w:r>
        <w:t>ka faida khud apne ko milta hai.</w:t>
      </w:r>
    </w:p>
    <w:p>
      <w:pPr>
        <w:jc w:val="right"/>
      </w:pPr>
      <w:r>
        <w:t>کا فائدہ خود اپنے کو ملتا ہے۔</w:t>
      </w:r>
    </w:p>
    <w:p>
      <w:r>
        <w:rPr>
          <w:b/>
        </w:rPr>
        <w:t xml:space="preserve">[37:04] </w:t>
      </w:r>
      <w:r>
        <w:t>kyun? agar aap jahan hain wahan peace ka mahol hai, peaceful atmosphere hai to kya hoga? aap</w:t>
      </w:r>
    </w:p>
    <w:p>
      <w:pPr>
        <w:jc w:val="right"/>
      </w:pPr>
      <w:r>
        <w:t>کیوں؟ اگر آپ جہاں ہیں وہاں پیس کا ماحول ہے، پیس فل ایٹماسفئر ہے تو کیا ہوگا؟ آپ</w:t>
      </w:r>
    </w:p>
    <w:p>
      <w:r>
        <w:rPr>
          <w:b/>
        </w:rPr>
        <w:t xml:space="preserve">[37:12] </w:t>
      </w:r>
      <w:r>
        <w:t>apne ko bacha lenge time waste karne se, energy waste karne se, ghair zaroori problem se.</w:t>
      </w:r>
    </w:p>
    <w:p>
      <w:pPr>
        <w:jc w:val="right"/>
      </w:pPr>
      <w:r>
        <w:t>اپنے کو بچا لیں گے ٹائم ویسٹ کرنے سے، انرجی ویسٹ کرنے سے، غیر ضروری پرابلم سے۔</w:t>
      </w:r>
    </w:p>
    <w:p>
      <w:r>
        <w:rPr>
          <w:b/>
        </w:rPr>
        <w:t xml:space="preserve">[37:20] </w:t>
      </w:r>
      <w:r>
        <w:t>aap ke liye possible hoga ke normal tareeqay se apne goal ke liye aage barhte rahen.</w:t>
      </w:r>
    </w:p>
    <w:p>
      <w:pPr>
        <w:jc w:val="right"/>
      </w:pPr>
      <w:r>
        <w:t>آپ کے لیے پاسیبل ہوگا کہ نارمل طریقے سے اپنے گول کے لیے آگے بڑھتے رہیں۔</w:t>
      </w:r>
    </w:p>
    <w:p>
      <w:r>
        <w:rPr>
          <w:b/>
        </w:rPr>
        <w:t xml:space="preserve">[37:28] </w:t>
      </w:r>
      <w:r>
        <w:t>to sach ki poochen to peace jo hai mind and mission ki zaroorat hai.</w:t>
      </w:r>
    </w:p>
    <w:p>
      <w:pPr>
        <w:jc w:val="right"/>
      </w:pPr>
      <w:r>
        <w:t>تو سچ کی پوچھیں تو پیس جو ہے مائنڈ اینڈ مشن کی ضرورت ہے۔</w:t>
      </w:r>
    </w:p>
    <w:p>
      <w:r>
        <w:rPr>
          <w:b/>
        </w:rPr>
        <w:t xml:space="preserve">[37:36] </w:t>
      </w:r>
      <w:r>
        <w:t>agar peace hoga tab hi mind and mission apne mission ko jaari rakh payega.</w:t>
      </w:r>
    </w:p>
    <w:p>
      <w:pPr>
        <w:jc w:val="right"/>
      </w:pPr>
      <w:r>
        <w:t>اگر پیس ہوگا تب ہی مائنڈ اینڈ مشن اپنے مشن کو جاری رکھ پائے گا۔</w:t>
      </w:r>
    </w:p>
    <w:p>
      <w:r>
        <w:rPr>
          <w:b/>
        </w:rPr>
        <w:t xml:space="preserve">[37:44] </w:t>
      </w:r>
      <w:r>
        <w:t>peace nahi hoga to sab kuch bigad jayega, kuch nahi kar sakte aap.</w:t>
      </w:r>
    </w:p>
    <w:p>
      <w:pPr>
        <w:jc w:val="right"/>
      </w:pPr>
      <w:r>
        <w:t>پیس نہیں ہوگا تو سب کچھ بگڑ جائے گا، کچھ نہیں کر سکتے آپ۔</w:t>
      </w:r>
    </w:p>
    <w:p>
      <w:r>
        <w:rPr>
          <w:b/>
        </w:rPr>
        <w:t xml:space="preserve">[37:51] </w:t>
      </w:r>
      <w:r>
        <w:t>to peace bazahir society ka subject hai, lekin haqeeqatan woh meri apni zaat ka subject hai.</w:t>
      </w:r>
    </w:p>
    <w:p>
      <w:pPr>
        <w:jc w:val="right"/>
      </w:pPr>
      <w:r>
        <w:t>تو پیس بظاہر سوسائٹی کا سبجیکٹ ہے، لیکن حقیقتاً وہ میری اپنی ذات کا سبجیکٹ ہے۔</w:t>
      </w:r>
    </w:p>
    <w:p>
      <w:r>
        <w:rPr>
          <w:b/>
        </w:rPr>
        <w:t xml:space="preserve">[37:59] </w:t>
      </w:r>
      <w:r>
        <w:t>yani peace ki jab baat kahi jati hai to is ko dekha jata hai social harmony ke sense mein.</w:t>
      </w:r>
    </w:p>
    <w:p>
      <w:pPr>
        <w:jc w:val="right"/>
      </w:pPr>
      <w:r>
        <w:t>یعنی پیس کی جب بات کہی جاتی ہے تو اس کو دیکھا جاتا ہے سوشل ہارمونی کے سینس میں۔</w:t>
      </w:r>
    </w:p>
    <w:p>
      <w:r>
        <w:rPr>
          <w:b/>
        </w:rPr>
        <w:t xml:space="preserve">[38:07] </w:t>
      </w:r>
      <w:r>
        <w:t>society ke sense mein.</w:t>
      </w:r>
    </w:p>
    <w:p>
      <w:pPr>
        <w:jc w:val="right"/>
      </w:pPr>
      <w:r>
        <w:t>سوسائٹی کے سینس میں۔</w:t>
      </w:r>
    </w:p>
    <w:p>
      <w:r>
        <w:rPr>
          <w:b/>
        </w:rPr>
        <w:t xml:space="preserve">[38:15] </w:t>
      </w:r>
      <w:r>
        <w:t>yani society ke in terms of society is ko liya jata hai.</w:t>
      </w:r>
    </w:p>
    <w:p>
      <w:pPr>
        <w:jc w:val="right"/>
      </w:pPr>
      <w:r>
        <w:t>یعنی سوسائٹی کے ان ٹرمز آف سوسائٹی اس کو لیا جاتا ہے۔</w:t>
      </w:r>
    </w:p>
    <w:p>
      <w:r>
        <w:rPr>
          <w:b/>
        </w:rPr>
        <w:t xml:space="preserve">[38:23] </w:t>
      </w:r>
      <w:r>
        <w:t>lekin yeh to apni zaat ka masla hai.</w:t>
      </w:r>
    </w:p>
    <w:p>
      <w:pPr>
        <w:jc w:val="right"/>
      </w:pPr>
      <w:r>
        <w:t>لیکن یہ تو اپنی ذات کا مسئلہ ہے۔</w:t>
      </w:r>
    </w:p>
    <w:p>
      <w:r>
        <w:rPr>
          <w:b/>
        </w:rPr>
        <w:t xml:space="preserve">[38:31] </w:t>
      </w:r>
      <w:r>
        <w:t>mere liye farz hai ke main peaceful rahoon taake in return mujhe yeh mauqa mile ke main</w:t>
      </w:r>
    </w:p>
    <w:p>
      <w:pPr>
        <w:jc w:val="right"/>
      </w:pPr>
      <w:r>
        <w:t>میرے لیے فرض ہے کہ میں پیس فل رہوں تاکہ ان ریٹرن مجھے یہ موقع ملے کہ میں</w:t>
      </w:r>
    </w:p>
    <w:p>
      <w:r>
        <w:rPr>
          <w:b/>
        </w:rPr>
        <w:t xml:space="preserve">[38:39] </w:t>
      </w:r>
      <w:r>
        <w:t>normal tareeqay se apna kaam kar sakoon, apne mission ko follow kar sakoon.</w:t>
      </w:r>
    </w:p>
    <w:p>
      <w:pPr>
        <w:jc w:val="right"/>
      </w:pPr>
      <w:r>
        <w:t>نارمل طریقے سے اپنا کام کر سکوں، اپنے مشن کو فالو کر سکوں۔</w:t>
      </w:r>
    </w:p>
    <w:p>
      <w:r>
        <w:rPr>
          <w:b/>
        </w:rPr>
        <w:t xml:space="preserve">[38:47] </w:t>
      </w:r>
      <w:r>
        <w:t>peace is very important.</w:t>
      </w:r>
    </w:p>
    <w:p>
      <w:pPr>
        <w:jc w:val="right"/>
      </w:pPr>
      <w:r>
        <w:t>پیس از ویری امپورٹنٹ۔</w:t>
      </w:r>
    </w:p>
    <w:p>
      <w:r>
        <w:rPr>
          <w:b/>
        </w:rPr>
        <w:t xml:space="preserve">[38:52] </w:t>
      </w:r>
      <w:r>
        <w:t>It is very essential to the life of a believer because a believer is a man of mission.</w:t>
      </w:r>
    </w:p>
    <w:p>
      <w:pPr>
        <w:jc w:val="right"/>
      </w:pPr>
      <w:r>
        <w:t>اٹ از ویری ایسینشل ٹو دا لائف آف ا بیلیور بیکاز ا بیلیور از ا مین آف مشن۔</w:t>
      </w:r>
    </w:p>
    <w:p>
      <w:r>
        <w:rPr>
          <w:b/>
        </w:rPr>
        <w:t xml:space="preserve">[38:57] </w:t>
      </w:r>
      <w:r>
        <w:t>And a mission cannot go on in the absence of peace.</w:t>
      </w:r>
    </w:p>
    <w:p>
      <w:pPr>
        <w:jc w:val="right"/>
      </w:pPr>
      <w:r>
        <w:t>اینڈ ا مشن کین ناٹ گو آن ان دا ایبسننس آف پیس۔</w:t>
      </w:r>
    </w:p>
    <w:p>
      <w:r>
        <w:rPr>
          <w:b/>
        </w:rPr>
        <w:t xml:space="preserve">[39:02] </w:t>
      </w:r>
      <w:r>
        <w:t>And Maulana, the other point that you made which I think is very important is that although</w:t>
      </w:r>
    </w:p>
    <w:p>
      <w:pPr>
        <w:jc w:val="right"/>
      </w:pPr>
      <w:r>
        <w:t>اینڈ مولانا، دی ادر پوائنٹ دیٹ یو میڈ وچ آئی تھنک از ویری امپورٹنٹ از دیٹ آل دو</w:t>
      </w:r>
    </w:p>
    <w:p>
      <w:r>
        <w:rPr>
          <w:b/>
        </w:rPr>
        <w:t xml:space="preserve">[39:07] </w:t>
      </w:r>
      <w:r>
        <w:t>We maintain peace in society at large, but its a real benefit is for our own individual life.</w:t>
      </w:r>
    </w:p>
    <w:p>
      <w:pPr>
        <w:jc w:val="right"/>
      </w:pPr>
      <w:r>
        <w:t>وی مینٹین پیس ان سوسائٹی ایٹ لارج، بٹ اٹس ا ریل بینیفٹ از فار اور اون انڈیویجول لائف۔</w:t>
      </w:r>
    </w:p>
    <w:p>
      <w:r>
        <w:rPr>
          <w:b/>
        </w:rPr>
        <w:t xml:space="preserve">[39:12] </w:t>
      </w:r>
      <w:r>
        <w:t>Maulana, the Quran says that God is merciful and compassionate.</w:t>
      </w:r>
    </w:p>
    <w:p>
      <w:pPr>
        <w:jc w:val="right"/>
      </w:pPr>
      <w:r>
        <w:t>مولانا، دا قرآن سینگ دیٹ گاڈ از مرسی فل اینڈ کمپیشنٹ۔</w:t>
      </w:r>
    </w:p>
    <w:p>
      <w:r>
        <w:rPr>
          <w:b/>
        </w:rPr>
        <w:t xml:space="preserve">[39:17] </w:t>
      </w:r>
      <w:r>
        <w:t>so do we all so have to develop these qualities in ourselves?</w:t>
      </w:r>
    </w:p>
    <w:p>
      <w:pPr>
        <w:jc w:val="right"/>
      </w:pPr>
      <w:r>
        <w:t>سو ڈو وی آل سو ہیو ٹو ڈیویلپ دیز کوالٹیز ان اور سیلز؟</w:t>
      </w:r>
    </w:p>
    <w:p>
      <w:r>
        <w:rPr>
          <w:b/>
        </w:rPr>
        <w:t xml:space="preserve">[39:23] </w:t>
      </w:r>
      <w:r>
        <w:t>dekhen, yeh bilkul natural baat hai.</w:t>
      </w:r>
    </w:p>
    <w:p>
      <w:pPr>
        <w:jc w:val="right"/>
      </w:pPr>
      <w:r>
        <w:t>دیکھیں، یہ بالکل نیچرل بات ہے۔</w:t>
      </w:r>
    </w:p>
    <w:p>
      <w:r>
        <w:rPr>
          <w:b/>
        </w:rPr>
        <w:t xml:space="preserve">[39:28] </w:t>
      </w:r>
      <w:r>
        <w:t>yani aap apne Rabb-ul-alameen se yeh chahte hain ke Rabb-ul-alameen aap ke liye Raheem sabit ho,</w:t>
      </w:r>
    </w:p>
    <w:p>
      <w:pPr>
        <w:jc w:val="right"/>
      </w:pPr>
      <w:r>
        <w:t>یعنی آپ اپنے رب العالمین سے یہ چاہتے ہیں کہ رب العالمین آپ کے لیے رحیم ثابت ہو،</w:t>
      </w:r>
    </w:p>
    <w:p>
      <w:r>
        <w:rPr>
          <w:b/>
        </w:rPr>
        <w:t xml:space="preserve">[39:34] </w:t>
      </w:r>
      <w:r>
        <w:t>Raheem o Kareem.</w:t>
      </w:r>
    </w:p>
    <w:p>
      <w:pPr>
        <w:jc w:val="right"/>
      </w:pPr>
      <w:r>
        <w:t>رحیم و کریم۔</w:t>
      </w:r>
    </w:p>
    <w:p>
      <w:r>
        <w:rPr>
          <w:b/>
        </w:rPr>
        <w:t xml:space="preserve">[39:40] </w:t>
      </w:r>
      <w:r>
        <w:t>to agar sach much aap yani sincere hain yeh chahne mein to khud aap ki shakhsiyat apne aap</w:t>
      </w:r>
    </w:p>
    <w:p>
      <w:pPr>
        <w:jc w:val="right"/>
      </w:pPr>
      <w:r>
        <w:t>تو اگر سچ مچ آپ یعنی سنسیر ہیں یہ چاہنے میں تو خود آپ کی شخصیت اپنے آپ</w:t>
      </w:r>
    </w:p>
    <w:p>
      <w:r>
        <w:rPr>
          <w:b/>
        </w:rPr>
        <w:t xml:space="preserve">[39:45] </w:t>
      </w:r>
      <w:r>
        <w:t>dhal jaye gi isi mein.</w:t>
      </w:r>
    </w:p>
    <w:p>
      <w:pPr>
        <w:jc w:val="right"/>
      </w:pPr>
      <w:r>
        <w:t>ڈھل جائے گی اسی میں۔</w:t>
      </w:r>
    </w:p>
    <w:p>
      <w:r>
        <w:rPr>
          <w:b/>
        </w:rPr>
        <w:t xml:space="preserve">[39:51] </w:t>
      </w:r>
      <w:r>
        <w:t>yani khuda se aap chahen ge rehmat to aap fitri tor par ho kar doosron ko rehmat den ge.</w:t>
      </w:r>
    </w:p>
    <w:p>
      <w:pPr>
        <w:jc w:val="right"/>
      </w:pPr>
      <w:r>
        <w:t>یعنی خدا سے آپ چاہیں گے رحمت تو آپ فطری طور پر ہو کر دوسروں کو رحمت دیں گے۔</w:t>
      </w:r>
    </w:p>
    <w:p>
      <w:r>
        <w:rPr>
          <w:b/>
        </w:rPr>
        <w:t xml:space="preserve">[39:57] </w:t>
      </w:r>
      <w:r>
        <w:t>yeh bilkul yani neyachral baat hai.</w:t>
      </w:r>
    </w:p>
    <w:p>
      <w:pPr>
        <w:jc w:val="right"/>
      </w:pPr>
      <w:r>
        <w:t>یہ بالکل یعنی نیچرل بات ہے۔</w:t>
      </w:r>
    </w:p>
    <w:p>
      <w:r>
        <w:rPr>
          <w:b/>
        </w:rPr>
        <w:t xml:space="preserve">[40:02] </w:t>
      </w:r>
      <w:r>
        <w:t>aur agar aap is ke bar aks hon, is ka ulta hon, khud apne liye to Allah se rehmat</w:t>
      </w:r>
    </w:p>
    <w:p>
      <w:pPr>
        <w:jc w:val="right"/>
      </w:pPr>
      <w:r>
        <w:t>اور اگر آپ اس کے برعکس ہوں، اس کا الٹا ہوں، خود اپنے لیے تو اللہ سے رحمت</w:t>
      </w:r>
    </w:p>
    <w:p>
      <w:r>
        <w:rPr>
          <w:b/>
        </w:rPr>
        <w:t xml:space="preserve">[40:08] </w:t>
      </w:r>
      <w:r>
        <w:t>chahte hon aur apni sosayti ke liye, apni faimli ke liye, apne aas pas ke logon ke liye</w:t>
      </w:r>
    </w:p>
    <w:p>
      <w:pPr>
        <w:jc w:val="right"/>
      </w:pPr>
      <w:r>
        <w:t>چاہتے ہوں اور اپنی سوسائٹی کے لیے، اپنی فیملی کے لیے، اپنے آس پاس کے لوگوں کے لیے</w:t>
      </w:r>
    </w:p>
    <w:p>
      <w:r>
        <w:rPr>
          <w:b/>
        </w:rPr>
        <w:t xml:space="preserve">[40:14] </w:t>
      </w:r>
      <w:r>
        <w:t>aap is ka ulta hon to aap is mani mein ke khuda se chahne mein sansir nahi hain.</w:t>
      </w:r>
    </w:p>
    <w:p>
      <w:pPr>
        <w:jc w:val="right"/>
      </w:pPr>
      <w:r>
        <w:t>آپ اس کا الٹا ہوں تو آپ اس معنی میں کہ خدا سے چاہنے میں سنسیر نہیں ہیں۔</w:t>
      </w:r>
    </w:p>
    <w:p>
      <w:r>
        <w:rPr>
          <w:b/>
        </w:rPr>
        <w:t xml:space="preserve">[40:19] </w:t>
      </w:r>
      <w:r>
        <w:t>lip service kar rahe hain aap.</w:t>
      </w:r>
    </w:p>
    <w:p>
      <w:pPr>
        <w:jc w:val="right"/>
      </w:pPr>
      <w:r>
        <w:t>لپ سروس کر رہے ہیں آپ۔</w:t>
      </w:r>
    </w:p>
    <w:p>
      <w:r>
        <w:rPr>
          <w:b/>
        </w:rPr>
        <w:t xml:space="preserve">[40:25] </w:t>
      </w:r>
      <w:r>
        <w:t>lip service kar rahe hain aap.</w:t>
      </w:r>
    </w:p>
    <w:p>
      <w:pPr>
        <w:jc w:val="right"/>
      </w:pPr>
      <w:r>
        <w:t>لپ سروس کر رہے ہیں آپ۔</w:t>
      </w:r>
    </w:p>
    <w:p>
      <w:r>
        <w:rPr>
          <w:b/>
        </w:rPr>
        <w:t xml:space="preserve">[40:31] </w:t>
      </w:r>
      <w:r>
        <w:t>kese mumkin hai aap ke is kantradikshan ko afford nahi kar sakte aap? yeh aik kantradikshan ho jaye</w:t>
      </w:r>
    </w:p>
    <w:p>
      <w:pPr>
        <w:jc w:val="right"/>
      </w:pPr>
      <w:r>
        <w:t>کیسے ممکن ہے آپ کہ اس کنٹراڈکشن کو افورڈ نہیں کر سکتے آپ؟ یہ ایک کنٹراڈکشن ہو جائے</w:t>
      </w:r>
    </w:p>
    <w:p>
      <w:r>
        <w:rPr>
          <w:b/>
        </w:rPr>
        <w:t xml:space="preserve">[40:36] </w:t>
      </w:r>
      <w:r>
        <w:t>ga ke khud jo chahna hai Allah se rehmat aur doosron ke liye bane rehna zahmat.</w:t>
      </w:r>
    </w:p>
    <w:p>
      <w:pPr>
        <w:jc w:val="right"/>
      </w:pPr>
      <w:r>
        <w:t>گا کہ خود جو چاہنا ہے اللہ سے رحمت اور دوسروں کے لیے بنے رہنا زحمت۔</w:t>
      </w:r>
    </w:p>
    <w:p>
      <w:r>
        <w:rPr>
          <w:b/>
        </w:rPr>
        <w:t xml:space="preserve">[40:42] </w:t>
      </w:r>
      <w:r>
        <w:t>yani apne liye Allah se chahna rehmat aur doosron ke liye bane rehna zahmat.</w:t>
      </w:r>
    </w:p>
    <w:p>
      <w:pPr>
        <w:jc w:val="right"/>
      </w:pPr>
      <w:r>
        <w:t>یعنی اپنے لیے اللہ سے چاہنا رحمت اور دوسروں کے لیے بنے رہنا زحمت۔</w:t>
      </w:r>
    </w:p>
    <w:p>
      <w:r>
        <w:rPr>
          <w:b/>
        </w:rPr>
        <w:t xml:space="preserve">[40:48] </w:t>
      </w:r>
      <w:r>
        <w:t>is kantradikshan ko afford nahi kar sakte aap.</w:t>
      </w:r>
    </w:p>
    <w:p>
      <w:pPr>
        <w:jc w:val="right"/>
      </w:pPr>
      <w:r>
        <w:t>اس کنٹراڈکشن کو افورڈ نہیں کر سکتے آپ۔</w:t>
      </w:r>
    </w:p>
    <w:p>
      <w:r>
        <w:rPr>
          <w:b/>
        </w:rPr>
        <w:t xml:space="preserve">[40:53] </w:t>
      </w:r>
      <w:r>
        <w:t>اگر آپ کے اندر یہ contradiction ہے تو اس معنی میں آپ sincere نہیں ہیں۔</w:t>
      </w:r>
    </w:p>
    <w:p>
      <w:pPr>
        <w:jc w:val="right"/>
      </w:pPr>
      <w:r>
        <w:t>اگر آپ کے اندر یہ کنٹراڈکشن ہے تو اس معنی میں آپ سنسیر نہیں ہیں۔</w:t>
      </w:r>
    </w:p>
    <w:p>
      <w:r>
        <w:rPr>
          <w:b/>
        </w:rPr>
        <w:t xml:space="preserve">[40:59] </w:t>
      </w:r>
      <w:r>
        <w:t>phir aap ki sansirity mein shak paida ho jata hai.</w:t>
      </w:r>
    </w:p>
    <w:p>
      <w:pPr>
        <w:jc w:val="right"/>
      </w:pPr>
      <w:r>
        <w:t>پھر آپ کی سنسیرٹی میں شک پیدا ہو جاتا ہے۔</w:t>
      </w:r>
    </w:p>
    <w:p>
      <w:r>
        <w:rPr>
          <w:b/>
        </w:rPr>
        <w:t xml:space="preserve">[41:05] </w:t>
      </w:r>
      <w:r>
        <w:t>so Maulana, if we want mercy and compassion from God, we should also show mercy and compassion to our fellow human beings. and this is a basic demand of sincerity. Maulana, you also give a lot of importance to patience in your writings. so why is patience so important?</w:t>
      </w:r>
    </w:p>
    <w:p>
      <w:pPr>
        <w:jc w:val="right"/>
      </w:pPr>
      <w:r>
        <w:t>سو مولانا، اف وی وانٹ مرسی اینڈ کمپیشن فرام گاڈ، وی شوڈ آل سو شو مرسی اینڈ کمپیشن ٹو اور فیلو ہیومن بینگز۔ اینڈ دس از ا بیسک ڈیمانڈ آف سنسیرٹی۔ مولانا، یو آل سو گیو ا لاٹ آف امپورٹنس ٹو پیشنس ان یور رائٹنگز۔ سو وائی از پیشنس سو امپورٹنٹ؟</w:t>
      </w:r>
    </w:p>
    <w:p>
      <w:r>
        <w:rPr>
          <w:b/>
        </w:rPr>
        <w:t xml:space="preserve">[41:26] </w:t>
      </w:r>
      <w:r>
        <w:t>پیشنس جس کو صبر کہا گیا ہے قرآن مجید میں، وہ تو یعنی میں اس کو I some boring سمجھتا ہوں۔</w:t>
      </w:r>
    </w:p>
    <w:p>
      <w:pPr>
        <w:jc w:val="right"/>
      </w:pPr>
      <w:r>
        <w:t>پیشنس جس کو صبر کہا گیا ہے قرآن مجید میں، وہ تو یعنی میں اس کو سم بورنگ سمجھتا ہوں۔</w:t>
      </w:r>
    </w:p>
    <w:p>
      <w:r>
        <w:rPr>
          <w:b/>
        </w:rPr>
        <w:t xml:space="preserve">[41:31] </w:t>
      </w:r>
      <w:r>
        <w:t>sam boring yani geits good.</w:t>
      </w:r>
    </w:p>
    <w:p>
      <w:pPr>
        <w:jc w:val="right"/>
      </w:pPr>
      <w:r>
        <w:t>سم بورنگ یعنی گیٹس گڈ۔</w:t>
      </w:r>
    </w:p>
    <w:p>
      <w:r>
        <w:rPr>
          <w:b/>
        </w:rPr>
        <w:t xml:space="preserve">[41:37] </w:t>
      </w:r>
      <w:r>
        <w:t>ke agar aap ke andar peshens nahi hai to aap ke pas kuch bhi nahi hai.</w:t>
      </w:r>
    </w:p>
    <w:p>
      <w:pPr>
        <w:jc w:val="right"/>
      </w:pPr>
      <w:r>
        <w:t>کہ اگر آپ کے اندر پیشنس نہیں ہے تو آپ کے پاس کچھ بھی نہیں ہے۔</w:t>
      </w:r>
    </w:p>
    <w:p>
      <w:r>
        <w:rPr>
          <w:b/>
        </w:rPr>
        <w:t xml:space="preserve">[41:42] </w:t>
      </w:r>
      <w:r>
        <w:t>kuch bhi nahi kar sakte aap.</w:t>
      </w:r>
    </w:p>
    <w:p>
      <w:pPr>
        <w:jc w:val="right"/>
      </w:pPr>
      <w:r>
        <w:t>کچھ بھی نہیں کر سکتے آپ۔</w:t>
      </w:r>
    </w:p>
    <w:p>
      <w:r>
        <w:rPr>
          <w:b/>
        </w:rPr>
        <w:t xml:space="preserve">[41:48] </w:t>
      </w:r>
      <w:r>
        <w:t>کیونکہ دنیا میں آپ کو character life بنانا پڑتا ہے۔</w:t>
      </w:r>
    </w:p>
    <w:p>
      <w:pPr>
        <w:jc w:val="right"/>
      </w:pPr>
      <w:r>
        <w:t>کیونکہ دنیا میں آپ کو کریکٹر لائف بنانا پڑتا ہے۔</w:t>
      </w:r>
    </w:p>
    <w:p>
      <w:r>
        <w:rPr>
          <w:b/>
        </w:rPr>
        <w:t xml:space="preserve">[41:53] </w:t>
      </w:r>
      <w:r>
        <w:t>doosron ke sath rehna parta hai.</w:t>
      </w:r>
    </w:p>
    <w:p>
      <w:pPr>
        <w:jc w:val="right"/>
      </w:pPr>
      <w:r>
        <w:t>دوسروں کے ساتھ رہنا پڑتا ہے۔</w:t>
      </w:r>
    </w:p>
    <w:p>
      <w:r>
        <w:rPr>
          <w:b/>
        </w:rPr>
        <w:t xml:space="preserve">[41:59] </w:t>
      </w:r>
      <w:r>
        <w:t>aur yeh duniya mein har aadmi kya hai? Har aadmi Mr. Different hai, har aurat Miss Different hai.</w:t>
      </w:r>
    </w:p>
    <w:p>
      <w:pPr>
        <w:jc w:val="right"/>
      </w:pPr>
      <w:r>
        <w:t>اور یہ دنیا میں ہر آدمی کیا ہے؟ ہر آدمی مسٹر ڈفرنٹ ہے، ہر عورت مس ڈفرنٹ ہے۔</w:t>
      </w:r>
    </w:p>
    <w:p>
      <w:r>
        <w:rPr>
          <w:b/>
        </w:rPr>
        <w:t xml:space="preserve">[42:04] </w:t>
      </w:r>
      <w:r>
        <w:t>to difrent logon ke beech mein aap ko rehna hai.</w:t>
      </w:r>
    </w:p>
    <w:p>
      <w:pPr>
        <w:jc w:val="right"/>
      </w:pPr>
      <w:r>
        <w:t>تو ڈفرنٹ لوگوں کے بیچ میں آپ کو رہنا ہے۔</w:t>
      </w:r>
    </w:p>
    <w:p>
      <w:r>
        <w:rPr>
          <w:b/>
        </w:rPr>
        <w:t xml:space="preserve">[42:10] </w:t>
      </w:r>
      <w:r>
        <w:t>to bar bar aap ke in presant sachueshan kriet hogi.</w:t>
      </w:r>
    </w:p>
    <w:p>
      <w:pPr>
        <w:jc w:val="right"/>
      </w:pPr>
      <w:r>
        <w:t>تو بار بار آپ کے ان پریزنٹ سچوئیشن کریٹ ہوگی۔</w:t>
      </w:r>
    </w:p>
    <w:p>
      <w:r>
        <w:rPr>
          <w:b/>
        </w:rPr>
        <w:t xml:space="preserve">[42:15] </w:t>
      </w:r>
      <w:r>
        <w:t>bar bar aap koi na koi baat aap ke khilaf ho jaye gi.</w:t>
      </w:r>
    </w:p>
    <w:p>
      <w:pPr>
        <w:jc w:val="right"/>
      </w:pPr>
      <w:r>
        <w:t>بار بار آپ کوئی نہ کوئی بات آپ کے خلاف ہو جائے گی۔</w:t>
      </w:r>
    </w:p>
    <w:p>
      <w:r>
        <w:rPr>
          <w:b/>
        </w:rPr>
        <w:t xml:space="preserve">[42:21] </w:t>
      </w:r>
      <w:r>
        <w:t>تو اگر آپ patient نہیں ہیں تو کیا آپ provoke ہوں گے، لڑیں گے؟ آپ کے اندر hate</w:t>
      </w:r>
    </w:p>
    <w:p>
      <w:pPr>
        <w:jc w:val="right"/>
      </w:pPr>
      <w:r>
        <w:t>تو اگر آپ پیشنس نہیں ہیں تو کیا آپ پرووک ہوں گے، لڑیں گے؟ آپ کے اندر ہیٹ</w:t>
      </w:r>
    </w:p>
    <w:p>
      <w:r>
        <w:rPr>
          <w:b/>
        </w:rPr>
        <w:t xml:space="preserve">[42:26] </w:t>
      </w:r>
      <w:r>
        <w:t>aa jaye gi doosron ke liye.</w:t>
      </w:r>
    </w:p>
    <w:p>
      <w:pPr>
        <w:jc w:val="right"/>
      </w:pPr>
      <w:r>
        <w:t>آ جائے گی دوسروں کے لیے۔</w:t>
      </w:r>
    </w:p>
    <w:p>
      <w:r>
        <w:rPr>
          <w:b/>
        </w:rPr>
        <w:t xml:space="preserve">[42:32] </w:t>
      </w:r>
      <w:r>
        <w:t>to aap karen ge kiya? kuch nahi kar sakte.</w:t>
      </w:r>
    </w:p>
    <w:p>
      <w:pPr>
        <w:jc w:val="right"/>
      </w:pPr>
      <w:r>
        <w:t>تو آپ کریں گے کیا؟ کچھ نہیں کر سکتے۔</w:t>
      </w:r>
    </w:p>
    <w:p>
      <w:r>
        <w:rPr>
          <w:b/>
        </w:rPr>
        <w:t xml:space="preserve">[42:37] </w:t>
      </w:r>
      <w:r>
        <w:t>to peshens jo hai bast hai, must.</w:t>
      </w:r>
    </w:p>
    <w:p>
      <w:pPr>
        <w:jc w:val="right"/>
      </w:pPr>
      <w:r>
        <w:t>تو پیشنس جو ہے بسٹ ہے، مست۔</w:t>
      </w:r>
    </w:p>
    <w:p>
      <w:r>
        <w:rPr>
          <w:b/>
        </w:rPr>
        <w:t xml:space="preserve">[42:43] </w:t>
      </w:r>
      <w:r>
        <w:t>kisi bhi kaam ke liye, chahe sekyular kaam ho ya religies kaam ho.</w:t>
      </w:r>
    </w:p>
    <w:p>
      <w:pPr>
        <w:jc w:val="right"/>
      </w:pPr>
      <w:r>
        <w:t>کسی بھی کام کے لیے، چاہے سیکولر کام ہو یا ریلیجیس کام ہو۔</w:t>
      </w:r>
    </w:p>
    <w:p>
      <w:r>
        <w:rPr>
          <w:b/>
        </w:rPr>
        <w:t xml:space="preserve">[42:48] </w:t>
      </w:r>
      <w:r>
        <w:t>peshens bast hai.</w:t>
      </w:r>
    </w:p>
    <w:p>
      <w:pPr>
        <w:jc w:val="right"/>
      </w:pPr>
      <w:r>
        <w:t>پیشنس بسٹ ہے۔</w:t>
      </w:r>
    </w:p>
    <w:p>
      <w:r>
        <w:rPr>
          <w:b/>
        </w:rPr>
        <w:t xml:space="preserve">[42:54] </w:t>
      </w:r>
      <w:r>
        <w:t>kyunke patience aap ko normal bana rakhti hai.</w:t>
      </w:r>
    </w:p>
    <w:p>
      <w:pPr>
        <w:jc w:val="right"/>
      </w:pPr>
      <w:r>
        <w:t>کیونکہ پیشنس آپ کو نارمل بنا رکھتی ہے۔</w:t>
      </w:r>
    </w:p>
    <w:p>
      <w:r>
        <w:rPr>
          <w:b/>
        </w:rPr>
        <w:t xml:space="preserve">[42:59] </w:t>
      </w:r>
      <w:r>
        <w:t>patience aap ko is se bachati hai ke aap apni energy waste na karein.</w:t>
      </w:r>
    </w:p>
    <w:p>
      <w:pPr>
        <w:jc w:val="right"/>
      </w:pPr>
      <w:r>
        <w:t>پیشنس آپ کو اس سے بچاتی ہے کہ آپ اپنی انرجی ویسٹ نہ کریں۔</w:t>
      </w:r>
    </w:p>
    <w:p>
      <w:r>
        <w:rPr>
          <w:b/>
        </w:rPr>
        <w:t xml:space="preserve">[43:05] </w:t>
      </w:r>
      <w:r>
        <w:t>patience ka yeh faida hai ke aap aap ka jis cheez ko aap ne target banaya hai, jis</w:t>
      </w:r>
    </w:p>
    <w:p>
      <w:pPr>
        <w:jc w:val="right"/>
      </w:pPr>
      <w:r>
        <w:t>پیشنس کا یہ فائدہ ہے کہ آپ آپ کا جس چیز کو آپ نے ٹارگٹ بنایا ہے، جس</w:t>
      </w:r>
    </w:p>
    <w:p>
      <w:r>
        <w:rPr>
          <w:b/>
        </w:rPr>
        <w:t xml:space="preserve">[43:10] </w:t>
      </w:r>
      <w:r>
        <w:t>cheez ko aap goal banaya hai, is se aap deviate na hone payein.</w:t>
      </w:r>
    </w:p>
    <w:p>
      <w:pPr>
        <w:jc w:val="right"/>
      </w:pPr>
      <w:r>
        <w:t>چیز کو آپ گول بنایا ہے، اس سے آپ ڈیویٹ نہ ہونے پائیں۔</w:t>
      </w:r>
    </w:p>
    <w:p>
      <w:r>
        <w:rPr>
          <w:b/>
        </w:rPr>
        <w:t xml:space="preserve">[43:16] </w:t>
      </w:r>
      <w:r>
        <w:t>is liye patience aik aik aise insan ke liye lazmi taur par zaroori hai ke uska koi maqsad ho.</w:t>
      </w:r>
    </w:p>
    <w:p>
      <w:pPr>
        <w:jc w:val="right"/>
      </w:pPr>
      <w:r>
        <w:t>اس لیے پیشنس ایک ایک ایسے انسان کے لیے لازمی طور پر ضروری ہے کہ اس کا کوئی مقصد ہو۔</w:t>
      </w:r>
    </w:p>
    <w:p>
      <w:r>
        <w:rPr>
          <w:b/>
        </w:rPr>
        <w:t xml:space="preserve">[43:21] </w:t>
      </w:r>
      <w:r>
        <w:t>be maqsad insan ko to woh kuch bhi kare, lekin ba maqsad insan jo hai us ko lazman sabr</w:t>
      </w:r>
    </w:p>
    <w:p>
      <w:pPr>
        <w:jc w:val="right"/>
      </w:pPr>
      <w:r>
        <w:t>بے مقصد انسان کو تو وہ کچھ بھی کرے، لیکن بامقصد انسان جو ہے اس کو لازماً صبر</w:t>
      </w:r>
    </w:p>
    <w:p>
      <w:r>
        <w:rPr>
          <w:b/>
        </w:rPr>
        <w:t xml:space="preserve">[43:27] </w:t>
      </w:r>
      <w:r>
        <w:t>wala hona hai.</w:t>
      </w:r>
    </w:p>
    <w:p>
      <w:pPr>
        <w:jc w:val="right"/>
      </w:pPr>
      <w:r>
        <w:t>والا ہونا ہے۔</w:t>
      </w:r>
    </w:p>
    <w:p>
      <w:r>
        <w:rPr>
          <w:b/>
        </w:rPr>
        <w:t xml:space="preserve">[43:32] </w:t>
      </w:r>
      <w:r>
        <w:t>is ke andar patience ki sifat zaroori hai ke.</w:t>
      </w:r>
    </w:p>
    <w:p>
      <w:pPr>
        <w:jc w:val="right"/>
      </w:pPr>
      <w:r>
        <w:t>اس کے اندر پیشنس کی صفت ضروری ہے کہ۔</w:t>
      </w:r>
    </w:p>
    <w:p>
      <w:r>
        <w:rPr>
          <w:b/>
        </w:rPr>
        <w:t xml:space="preserve">[43:38] </w:t>
      </w:r>
      <w:r>
        <w:t>patience is very important to lead our life in this world. Maulana, can you also tell us what is a bad character?</w:t>
      </w:r>
    </w:p>
    <w:p>
      <w:pPr>
        <w:jc w:val="right"/>
      </w:pPr>
      <w:r>
        <w:t>پیشنس از ویری امپورٹنٹ ٹو لیڈ اور لائف ان دس ورلڈ۔ مولانا، کین یو آل سو ٹیل اس واٹ از ا بیڈ کریکٹر؟</w:t>
      </w:r>
    </w:p>
    <w:p>
      <w:r>
        <w:rPr>
          <w:b/>
        </w:rPr>
        <w:t xml:space="preserve">[43:46] </w:t>
      </w:r>
      <w:r>
        <w:t>بھئی، میں تو سمجھتا ہوں کہ bad character کی تعریف ہونی چاہیے، definition کہ اپنے consciousness کے خلاف چلنا۔</w:t>
      </w:r>
    </w:p>
    <w:p>
      <w:pPr>
        <w:jc w:val="right"/>
      </w:pPr>
      <w:r>
        <w:t>بھئی، میں تو سمجھتا ہوں کہ بیڈ کریکٹر کی تعریف ہونی چاہیے، ڈیفینیشن کہ اپنے کانشیسنس کے خلاف چلنا۔</w:t>
      </w:r>
    </w:p>
    <w:p>
      <w:r>
        <w:rPr>
          <w:b/>
        </w:rPr>
        <w:t xml:space="preserve">[43:51] </w:t>
      </w:r>
      <w:r>
        <w:t>dekhein, consciousness jo insan ke andar hai, us ko hum zameer kehte hain.</w:t>
      </w:r>
    </w:p>
    <w:p>
      <w:pPr>
        <w:jc w:val="right"/>
      </w:pPr>
      <w:r>
        <w:t>دیکھیں، کانشیسنس جو انسان کے اندر ہے، اس کو ہم ضمیر کہتے ہیں۔</w:t>
      </w:r>
    </w:p>
    <w:p>
      <w:r>
        <w:rPr>
          <w:b/>
        </w:rPr>
        <w:t xml:space="preserve">[43:56] </w:t>
      </w:r>
      <w:r>
        <w:t>woh kabhi dhoka nahi deta.</w:t>
      </w:r>
    </w:p>
    <w:p>
      <w:pPr>
        <w:jc w:val="right"/>
      </w:pPr>
      <w:r>
        <w:t>وہ کبھی دھوکہ نہیں دیتا۔</w:t>
      </w:r>
    </w:p>
    <w:p>
      <w:r>
        <w:rPr>
          <w:b/>
        </w:rPr>
        <w:t xml:space="preserve">[44:01] </w:t>
      </w:r>
      <w:r>
        <w:t>aap apni consciousness ko badal nahi sakte.</w:t>
      </w:r>
    </w:p>
    <w:p>
      <w:pPr>
        <w:jc w:val="right"/>
      </w:pPr>
      <w:r>
        <w:t>آپ اپنی کانشیسنس کو بدل نہیں سکتے۔</w:t>
      </w:r>
    </w:p>
    <w:p>
      <w:r>
        <w:rPr>
          <w:b/>
        </w:rPr>
        <w:t xml:space="preserve">[44:06] </w:t>
      </w:r>
      <w:r>
        <w:t>consciousness hamesha work karta hai.</w:t>
      </w:r>
    </w:p>
    <w:p>
      <w:pPr>
        <w:jc w:val="right"/>
      </w:pPr>
      <w:r>
        <w:t>کانشیسنس ہمیشہ ورک کرتا ہے۔</w:t>
      </w:r>
    </w:p>
    <w:p>
      <w:r>
        <w:rPr>
          <w:b/>
        </w:rPr>
        <w:t xml:space="preserve">[44:11] </w:t>
      </w:r>
      <w:r>
        <w:t>کانشیسنس گویا خدا کا ایک ایجنٹ ہے آپ کے اندر، جو آپ کو rewind کرتا ہے بار بار۔</w:t>
      </w:r>
    </w:p>
    <w:p>
      <w:pPr>
        <w:jc w:val="right"/>
      </w:pPr>
      <w:r>
        <w:t>کانشیسنس گویا خدا کا ایک ایجنٹ ہے آپ کے اندر، جو آپ کو ریوائنڈ کرتا ہے بار بار۔</w:t>
      </w:r>
    </w:p>
    <w:p>
      <w:r>
        <w:rPr>
          <w:b/>
        </w:rPr>
        <w:t xml:space="preserve">[44:16] </w:t>
      </w:r>
      <w:r>
        <w:t>consciousness ko aap badal nahi sakte.</w:t>
      </w:r>
    </w:p>
    <w:p>
      <w:pPr>
        <w:jc w:val="right"/>
      </w:pPr>
      <w:r>
        <w:t>کانشیسنس کو آپ بدل نہیں سکتے۔</w:t>
      </w:r>
    </w:p>
    <w:p>
      <w:r>
        <w:rPr>
          <w:b/>
        </w:rPr>
        <w:t xml:space="preserve">[44:21] </w:t>
      </w:r>
      <w:r>
        <w:t>impossible hai aap ke liye.</w:t>
      </w:r>
    </w:p>
    <w:p>
      <w:pPr>
        <w:jc w:val="right"/>
      </w:pPr>
      <w:r>
        <w:t>امپاسیبل ہے آپ کے لیے۔</w:t>
      </w:r>
    </w:p>
    <w:p>
      <w:r>
        <w:rPr>
          <w:b/>
        </w:rPr>
        <w:t xml:space="preserve">[44:26] </w:t>
      </w:r>
      <w:r>
        <w:t>consciousness to rahega, woh work karega, woh aap ko rewind karega.</w:t>
      </w:r>
    </w:p>
    <w:p>
      <w:pPr>
        <w:jc w:val="right"/>
      </w:pPr>
      <w:r>
        <w:t>کانشیسنس تو رہے گا، وہ ورک کرے گا، وہ آپ کو ریوائنڈ کرے گا۔</w:t>
      </w:r>
    </w:p>
    <w:p>
      <w:r>
        <w:rPr>
          <w:b/>
        </w:rPr>
        <w:t xml:space="preserve">[44:32] </w:t>
      </w:r>
      <w:r>
        <w:t>to is liye agar aap sirf yeh tay hi karein ke apne consciousness par chalein to aap kamyab</w:t>
      </w:r>
    </w:p>
    <w:p>
      <w:pPr>
        <w:jc w:val="right"/>
      </w:pPr>
      <w:r>
        <w:t>تو اس لیے اگر آپ صرف یہ طے ہی کریں کہ اپنے کانشیسنس پر چلیں تو آپ کامیاب</w:t>
      </w:r>
    </w:p>
    <w:p>
      <w:r>
        <w:rPr>
          <w:b/>
        </w:rPr>
        <w:t xml:space="preserve">[44:37] </w:t>
      </w:r>
      <w:r>
        <w:t>ho jayenge.</w:t>
      </w:r>
    </w:p>
    <w:p>
      <w:pPr>
        <w:jc w:val="right"/>
      </w:pPr>
      <w:r>
        <w:t>ہو جائیں گے۔</w:t>
      </w:r>
    </w:p>
    <w:p>
      <w:r>
        <w:rPr>
          <w:b/>
        </w:rPr>
        <w:t xml:space="preserve">[44:42] </w:t>
      </w:r>
      <w:r>
        <w:t>yehi baat hadith mein in lafzon mein kahi gayi hai. istifti qalbaka.</w:t>
      </w:r>
    </w:p>
    <w:p>
      <w:pPr>
        <w:jc w:val="right"/>
      </w:pPr>
      <w:r>
        <w:t>یہی بات حدیث میں ان لفظوں میں کہی گئی ہے۔ استفت قلبک۔</w:t>
      </w:r>
    </w:p>
    <w:p>
      <w:r>
        <w:rPr>
          <w:b/>
        </w:rPr>
        <w:t xml:space="preserve">[44:47] </w:t>
      </w:r>
      <w:r>
        <w:t>istifti qalbaka ka matlab hai apne dil se fatwa pooch lo.</w:t>
      </w:r>
    </w:p>
    <w:p>
      <w:pPr>
        <w:jc w:val="right"/>
      </w:pPr>
      <w:r>
        <w:t>استفت قلبک کا مطلب ہے اپنے دل سے فتویٰ پوچھ لو۔</w:t>
      </w:r>
    </w:p>
    <w:p>
      <w:r>
        <w:rPr>
          <w:b/>
        </w:rPr>
        <w:t xml:space="preserve">[44:52] </w:t>
      </w:r>
      <w:r>
        <w:t>is ke maani hain follow your consciousness.</w:t>
      </w:r>
    </w:p>
    <w:p>
      <w:pPr>
        <w:jc w:val="right"/>
      </w:pPr>
      <w:r>
        <w:t>اس کے معنی ہیں فالو یور کانشیسنس۔</w:t>
      </w:r>
    </w:p>
    <w:p>
      <w:r>
        <w:rPr>
          <w:b/>
        </w:rPr>
        <w:t xml:space="preserve">[44:57] </w:t>
      </w:r>
      <w:r>
        <w:t>istifti qalbaka ka matlab hai follow your consciousness.</w:t>
      </w:r>
    </w:p>
    <w:p>
      <w:pPr>
        <w:jc w:val="right"/>
      </w:pPr>
      <w:r>
        <w:t>استفت قلبک کا مطلب ہے فالو یور کانشیسنس۔</w:t>
      </w:r>
    </w:p>
    <w:p>
      <w:r>
        <w:rPr>
          <w:b/>
        </w:rPr>
        <w:t xml:space="preserve">[45:02] </w:t>
      </w:r>
      <w:r>
        <w:t>main samajhta hoon ke agar aadmi sirf yeh tay hi kare, sirf yeh tay hi kare to kabhi</w:t>
      </w:r>
    </w:p>
    <w:p>
      <w:pPr>
        <w:jc w:val="right"/>
      </w:pPr>
      <w:r>
        <w:t>میں سمجھتا ہوں کہ اگر آدمی صرف یہ طے ہی کرے، صرف یہ طے ہی کرے تو کبھی</w:t>
      </w:r>
    </w:p>
    <w:p>
      <w:r>
        <w:rPr>
          <w:b/>
        </w:rPr>
        <w:t xml:space="preserve">[45:07] </w:t>
      </w:r>
      <w:r>
        <w:t>woh deviate na ho.</w:t>
      </w:r>
    </w:p>
    <w:p>
      <w:pPr>
        <w:jc w:val="right"/>
      </w:pPr>
      <w:r>
        <w:t>وہ ڈیویٹ نہ ہو۔</w:t>
      </w:r>
    </w:p>
    <w:p>
      <w:r>
        <w:rPr>
          <w:b/>
        </w:rPr>
        <w:t xml:space="preserve">[45:13] </w:t>
      </w:r>
      <w:r>
        <w:t>so Maulana, going against our conscience makes our character a bad character. Maulana, I will ask you one last question. can you please define the qualities of the people of paradise?</w:t>
      </w:r>
    </w:p>
    <w:p>
      <w:pPr>
        <w:jc w:val="right"/>
      </w:pPr>
      <w:r>
        <w:t>سو مولانا، گوئنگ اگینسٹ اور کانشیسنس میکس اور کریکٹر ا بیڈ کریکٹر۔ مولانا، آئی ویل اسک یو ون لاسٹ کوئسچن۔ کین یو پلیز ڈیفائن دا کوالٹیز آف دا پیپل آف پیراڈائز؟</w:t>
      </w:r>
    </w:p>
    <w:p>
      <w:r>
        <w:rPr>
          <w:b/>
        </w:rPr>
        <w:t xml:space="preserve">[45:28] </w:t>
      </w:r>
      <w:r>
        <w:t>quran mein kai jagah yeh baat batai gayi hai.</w:t>
      </w:r>
    </w:p>
    <w:p>
      <w:pPr>
        <w:jc w:val="right"/>
      </w:pPr>
      <w:r>
        <w:t>قرآن میں کئی جگہ یہ بات بتائی گئی ہے۔</w:t>
      </w:r>
    </w:p>
    <w:p>
      <w:r>
        <w:rPr>
          <w:b/>
        </w:rPr>
        <w:t xml:space="preserve">[45:33] </w:t>
      </w:r>
      <w:r>
        <w:t>maslan dekhein, aik ayat hai: la yasmaoona fiha laghwan illa qeelan salaman salama.</w:t>
      </w:r>
    </w:p>
    <w:p>
      <w:pPr>
        <w:jc w:val="right"/>
      </w:pPr>
      <w:r>
        <w:t>مثلاً دیکھیں، ایک آیت ہے: لا یسوعون فیہا لغب بلا تقسیم الا قیلا سلام سلام۔</w:t>
      </w:r>
    </w:p>
    <w:p>
      <w:r>
        <w:rPr>
          <w:b/>
        </w:rPr>
        <w:t xml:space="preserve">[45:38] </w:t>
      </w:r>
      <w:r>
        <w:t>is mein teen lafz aaya hai ke jannat walon ka character hoga.</w:t>
      </w:r>
    </w:p>
    <w:p>
      <w:pPr>
        <w:jc w:val="right"/>
      </w:pPr>
      <w:r>
        <w:t>اس میں تین لفظ آیا ہے کہ جنت والوں کا کریکٹر ہوگا۔</w:t>
      </w:r>
    </w:p>
    <w:p>
      <w:r>
        <w:rPr>
          <w:b/>
        </w:rPr>
        <w:t xml:space="preserve">[45:44] </w:t>
      </w:r>
      <w:r>
        <w:t>teen lafz aaya hai: la yasu'un fiha laghwun bila taghyeerin illa qeelan salaman salama.</w:t>
      </w:r>
    </w:p>
    <w:p>
      <w:pPr>
        <w:jc w:val="right"/>
      </w:pPr>
      <w:r>
        <w:t>تین لفظ آیا ہے: لا یسوعون فیہا لغب بلا تقسیم الا قیلا سلام سلام۔</w:t>
      </w:r>
    </w:p>
    <w:p>
      <w:r>
        <w:rPr>
          <w:b/>
        </w:rPr>
        <w:t xml:space="preserve">[45:49] </w:t>
      </w:r>
      <w:r>
        <w:t>یعنی جنت میں لوگ نہیں سنیں گے nuisances.</w:t>
      </w:r>
    </w:p>
    <w:p>
      <w:pPr>
        <w:jc w:val="right"/>
      </w:pPr>
      <w:r>
        <w:t>یعنی جنت میں لوگ نہیں سنیں گے نیوشنس۔</w:t>
      </w:r>
    </w:p>
    <w:p>
      <w:r>
        <w:rPr>
          <w:b/>
        </w:rPr>
        <w:t xml:space="preserve">[45:55] </w:t>
      </w:r>
      <w:r>
        <w:t>koi bhi newshans wali baat wahan nahi sunai degi.</w:t>
      </w:r>
    </w:p>
    <w:p>
      <w:pPr>
        <w:jc w:val="right"/>
      </w:pPr>
      <w:r>
        <w:t>کوئی بھی نیوشنس والی بات وہاں نہیں سنائی دے گی۔</w:t>
      </w:r>
    </w:p>
    <w:p>
      <w:r>
        <w:rPr>
          <w:b/>
        </w:rPr>
        <w:t xml:space="preserve">[46:00] </w:t>
      </w:r>
      <w:r>
        <w:t>laghw pata hota hai newshans.</w:t>
      </w:r>
    </w:p>
    <w:p>
      <w:pPr>
        <w:jc w:val="right"/>
      </w:pPr>
      <w:r>
        <w:t>لغب پتہ ہوتا ہے نیوشنس۔</w:t>
      </w:r>
    </w:p>
    <w:p>
      <w:r>
        <w:rPr>
          <w:b/>
        </w:rPr>
        <w:t xml:space="preserve">[46:05] </w:t>
      </w:r>
      <w:r>
        <w:t>taghyeer ke maani gunah.</w:t>
      </w:r>
    </w:p>
    <w:p>
      <w:pPr>
        <w:jc w:val="right"/>
      </w:pPr>
      <w:r>
        <w:t>تاثیر کے معنی گناہ۔</w:t>
      </w:r>
    </w:p>
    <w:p>
      <w:r>
        <w:rPr>
          <w:b/>
        </w:rPr>
        <w:t xml:space="preserve">[46:11] </w:t>
      </w:r>
      <w:r>
        <w:t>ek hai newshans aur ek hai gunah ki baat.</w:t>
      </w:r>
    </w:p>
    <w:p>
      <w:pPr>
        <w:jc w:val="right"/>
      </w:pPr>
      <w:r>
        <w:t>ایک ہے نیوشنس اور ایک ہے گناہ کی بات۔</w:t>
      </w:r>
    </w:p>
    <w:p>
      <w:r>
        <w:rPr>
          <w:b/>
        </w:rPr>
        <w:t xml:space="preserve">[46:16] </w:t>
      </w:r>
      <w:r>
        <w:t>to wahan na to koi newshans bikhrega, na koi gunah ka kaam karega.</w:t>
      </w:r>
    </w:p>
    <w:p>
      <w:pPr>
        <w:jc w:val="right"/>
      </w:pPr>
      <w:r>
        <w:t>تو وہاں نہ تو کوئی نیوشنس بکھرے گا، نہ کوئی گناہ کا کام کرے گا۔</w:t>
      </w:r>
    </w:p>
    <w:p>
      <w:r>
        <w:rPr>
          <w:b/>
        </w:rPr>
        <w:t xml:space="preserve">[46:22] </w:t>
      </w:r>
      <w:r>
        <w:t>balkay wahan kya hoga? peace, peace, peace.</w:t>
      </w:r>
    </w:p>
    <w:p>
      <w:pPr>
        <w:jc w:val="right"/>
      </w:pPr>
      <w:r>
        <w:t>بلکہ وہاں کیا ہوگا؟ پیس، پیس، پیس۔</w:t>
      </w:r>
    </w:p>
    <w:p>
      <w:r>
        <w:rPr>
          <w:b/>
        </w:rPr>
        <w:t xml:space="preserve">[46:27] </w:t>
      </w:r>
      <w:r>
        <w:t>peace ka matlab yeh nahi ke har waqt assalam o alaikum, har waqt assalam o alaikum. nahi.</w:t>
      </w:r>
    </w:p>
    <w:p>
      <w:pPr>
        <w:jc w:val="right"/>
      </w:pPr>
      <w:r>
        <w:t>پیس کا مطلب یہ نہیں کہ ہر وقت السلام علیکم، ہر وقت السلام علیکم۔ نہیں۔</w:t>
      </w:r>
    </w:p>
    <w:p>
      <w:r>
        <w:rPr>
          <w:b/>
        </w:rPr>
        <w:t xml:space="preserve">[46:32] </w:t>
      </w:r>
      <w:r>
        <w:t>peace ka matlab hai ke aap ke dil mein har doosre insaan ke liye peace ho.</w:t>
      </w:r>
    </w:p>
    <w:p>
      <w:pPr>
        <w:jc w:val="right"/>
      </w:pPr>
      <w:r>
        <w:t>پیس کا مطلب ہے کہ آپ کے دل میں ہر دوسرے انسان کے لیے پیس ہو۔</w:t>
      </w:r>
    </w:p>
    <w:p>
      <w:r>
        <w:rPr>
          <w:b/>
        </w:rPr>
        <w:t xml:space="preserve">[46:38] </w:t>
      </w:r>
      <w:r>
        <w:t>har doosre insaan ke liye peace.</w:t>
      </w:r>
    </w:p>
    <w:p>
      <w:pPr>
        <w:jc w:val="right"/>
      </w:pPr>
      <w:r>
        <w:t>ہر دوسرے انسان کے لیے پیس۔</w:t>
      </w:r>
    </w:p>
    <w:p>
      <w:r>
        <w:rPr>
          <w:b/>
        </w:rPr>
        <w:t xml:space="preserve">[46:43] </w:t>
      </w:r>
      <w:r>
        <w:t>har doosre insaan ke liye peace.</w:t>
      </w:r>
    </w:p>
    <w:p>
      <w:pPr>
        <w:jc w:val="right"/>
      </w:pPr>
      <w:r>
        <w:t>ہر دوسرے انسان کے لیے پیس۔</w:t>
      </w:r>
    </w:p>
    <w:p>
      <w:r>
        <w:rPr>
          <w:b/>
        </w:rPr>
        <w:t xml:space="preserve">[46:49] </w:t>
      </w:r>
      <w:r>
        <w:t>yeh qalbi spirit ki baat hai.</w:t>
      </w:r>
    </w:p>
    <w:p>
      <w:pPr>
        <w:jc w:val="right"/>
      </w:pPr>
      <w:r>
        <w:t>یہ قلبی سپرٹ کی بات ہے۔</w:t>
      </w:r>
    </w:p>
    <w:p>
      <w:r>
        <w:rPr>
          <w:b/>
        </w:rPr>
        <w:t xml:space="preserve">[46:54] </w:t>
      </w:r>
      <w:r>
        <w:t>yeh lip service ki baat nahi hai ke idhar se nikle to assalam o alaikum, idhar se nikle to assalam o alaikum.</w:t>
      </w:r>
    </w:p>
    <w:p>
      <w:pPr>
        <w:jc w:val="right"/>
      </w:pPr>
      <w:r>
        <w:t>یہ لپ سروس کی بات نہیں ہے کہ ادھر سے نکلے تو السلام علیکم، ادھر سے نکلے تو السلام علیکم۔</w:t>
      </w:r>
    </w:p>
    <w:p>
      <w:r>
        <w:rPr>
          <w:b/>
        </w:rPr>
        <w:t xml:space="preserve">[46:59] </w:t>
      </w:r>
      <w:r>
        <w:t>yeh to bilkul dedector baat hai.</w:t>
      </w:r>
    </w:p>
    <w:p>
      <w:pPr>
        <w:jc w:val="right"/>
      </w:pPr>
      <w:r>
        <w:t>یہ تو بالکل ڈیڈکٹر بات ہے۔</w:t>
      </w:r>
    </w:p>
    <w:p>
      <w:r>
        <w:rPr>
          <w:b/>
        </w:rPr>
        <w:t xml:space="preserve">[47:05] </w:t>
      </w:r>
      <w:r>
        <w:t>illa qeelan salaman salama.</w:t>
      </w:r>
    </w:p>
    <w:p>
      <w:pPr>
        <w:jc w:val="right"/>
      </w:pPr>
      <w:r>
        <w:t>الا قیلا سلام سلام۔</w:t>
      </w:r>
    </w:p>
    <w:p>
      <w:r>
        <w:rPr>
          <w:b/>
        </w:rPr>
        <w:t xml:space="preserve">[47:10] </w:t>
      </w:r>
      <w:r>
        <w:t>lafz qeel jo kaha hai, is mein to log samajhte hain ke har waqt assalam o alaikum kehna.</w:t>
      </w:r>
    </w:p>
    <w:p>
      <w:pPr>
        <w:jc w:val="right"/>
      </w:pPr>
      <w:r>
        <w:t>لفظ قیل جو کہا ہے، اس میں تو لوگ سمجھتے ہیں کہ ہر وقت السلام علیکم کہنا۔</w:t>
      </w:r>
    </w:p>
    <w:p>
      <w:r>
        <w:rPr>
          <w:b/>
        </w:rPr>
        <w:t xml:space="preserve">[47:16] </w:t>
      </w:r>
      <w:r>
        <w:t>yeh matlab nahi hai.</w:t>
      </w:r>
    </w:p>
    <w:p>
      <w:pPr>
        <w:jc w:val="right"/>
      </w:pPr>
      <w:r>
        <w:t>یہ مطلب نہیں ہے۔</w:t>
      </w:r>
    </w:p>
    <w:p>
      <w:r>
        <w:rPr>
          <w:b/>
        </w:rPr>
        <w:t xml:space="preserve">[47:21] </w:t>
      </w:r>
      <w:r>
        <w:t>yani har waqt agar assalam o alaikum kaha jaye to woh to ek shor paida ho jayega sare</w:t>
      </w:r>
    </w:p>
    <w:p>
      <w:pPr>
        <w:jc w:val="right"/>
      </w:pPr>
      <w:r>
        <w:t>یعنی ہر وقت اگر السلام علیکم کہا جائے تو وہ تو ایک شور پیدا ہو جائے گا سارے</w:t>
      </w:r>
    </w:p>
    <w:p>
      <w:r>
        <w:rPr>
          <w:b/>
        </w:rPr>
        <w:t xml:space="preserve">[47:26] </w:t>
      </w:r>
      <w:r>
        <w:t>sari jannat mein.</w:t>
      </w:r>
    </w:p>
    <w:p>
      <w:pPr>
        <w:jc w:val="right"/>
      </w:pPr>
      <w:r>
        <w:t>ساری جنت میں۔</w:t>
      </w:r>
    </w:p>
    <w:p>
      <w:r>
        <w:rPr>
          <w:b/>
        </w:rPr>
        <w:t xml:space="preserve">[47:32] </w:t>
      </w:r>
      <w:r>
        <w:t>log zindagi musibat bach jayegi.</w:t>
      </w:r>
    </w:p>
    <w:p>
      <w:pPr>
        <w:jc w:val="right"/>
      </w:pPr>
      <w:r>
        <w:t>لوگ زندگی مصیبت بچ جائے گی۔</w:t>
      </w:r>
    </w:p>
    <w:p>
      <w:r>
        <w:rPr>
          <w:b/>
        </w:rPr>
        <w:t xml:space="preserve">[47:37] </w:t>
      </w:r>
      <w:r>
        <w:t>to is ka matlab yeh hai ke aap ke dil mein, aap ke mind mein, aap ki rooh</w:t>
      </w:r>
    </w:p>
    <w:p>
      <w:pPr>
        <w:jc w:val="right"/>
      </w:pPr>
      <w:r>
        <w:t>تو اس کا مطلب یہ ہے کہ آپ کے دل میں، آپ کے مائنڈ میں، آپ کی روح</w:t>
      </w:r>
    </w:p>
    <w:p>
      <w:r>
        <w:rPr>
          <w:b/>
        </w:rPr>
        <w:t xml:space="preserve">[47:43] </w:t>
      </w:r>
      <w:r>
        <w:t>mein bilkul rush bas gaya ho.</w:t>
      </w:r>
    </w:p>
    <w:p>
      <w:pPr>
        <w:jc w:val="right"/>
      </w:pPr>
      <w:r>
        <w:t>میں بالکل رش بس گیا ہو۔</w:t>
      </w:r>
    </w:p>
    <w:p>
      <w:r>
        <w:rPr>
          <w:b/>
        </w:rPr>
        <w:t xml:space="preserve">[47:48] </w:t>
      </w:r>
      <w:r>
        <w:t>aman, peace doosre insaan ke liye.</w:t>
      </w:r>
    </w:p>
    <w:p>
      <w:pPr>
        <w:jc w:val="right"/>
      </w:pPr>
      <w:r>
        <w:t>امن، پیس دوسرے انسان کے لیے۔</w:t>
      </w:r>
    </w:p>
    <w:p>
      <w:r>
        <w:rPr>
          <w:b/>
        </w:rPr>
        <w:t xml:space="preserve">[47:53] </w:t>
      </w:r>
      <w:r>
        <w:t>doosre insaan ke liye aap apne poore wajood ke sath peaceful insaan hon.</w:t>
      </w:r>
    </w:p>
    <w:p>
      <w:pPr>
        <w:jc w:val="right"/>
      </w:pPr>
      <w:r>
        <w:t>دوسرے انسان کے لیے آپ اپنے پورے وجود کے ساتھ پیس فل انسان ہوں۔</w:t>
      </w:r>
    </w:p>
    <w:p>
      <w:r>
        <w:rPr>
          <w:b/>
        </w:rPr>
        <w:t xml:space="preserve">[47:59] </w:t>
      </w:r>
      <w:r>
        <w:t>peaceful insan.</w:t>
      </w:r>
    </w:p>
    <w:p>
      <w:pPr>
        <w:jc w:val="right"/>
      </w:pPr>
      <w:r>
        <w:t>پیس فل انسان۔</w:t>
      </w:r>
    </w:p>
    <w:p>
      <w:r>
        <w:rPr>
          <w:b/>
        </w:rPr>
        <w:t xml:space="preserve">[48:04] </w:t>
      </w:r>
      <w:r>
        <w:t>to ghore kijiye ke jab criteria yeh hai ke jannat mein aap ko rehna hai, peaceful insan</w:t>
      </w:r>
    </w:p>
    <w:p>
      <w:pPr>
        <w:jc w:val="right"/>
      </w:pPr>
      <w:r>
        <w:t>تو غور کیجئے کہ جب کرائٹیریا یہ ہے کہ جنت میں آپ کو رہنا ہے، پیس فل انسان</w:t>
      </w:r>
    </w:p>
    <w:p>
      <w:r>
        <w:rPr>
          <w:b/>
        </w:rPr>
        <w:t xml:space="preserve">[48:10] </w:t>
      </w:r>
      <w:r>
        <w:t>ban kar, to aap ghore kijiye ke kitna zaroori hai ke aap ke andar peaceful character ho.</w:t>
      </w:r>
    </w:p>
    <w:p>
      <w:pPr>
        <w:jc w:val="right"/>
      </w:pPr>
      <w:r>
        <w:t>بن کر، تو آپ غور کیجئے کہ کتنا ضروری ہے کہ آپ کے اندر پیس فل کریکٹر ہو۔</w:t>
      </w:r>
    </w:p>
    <w:p>
      <w:r>
        <w:rPr>
          <w:b/>
        </w:rPr>
        <w:t xml:space="preserve">[48:15] </w:t>
      </w:r>
      <w:r>
        <w:t>aap serious hon.</w:t>
      </w:r>
    </w:p>
    <w:p>
      <w:pPr>
        <w:jc w:val="right"/>
      </w:pPr>
      <w:r>
        <w:t>آپ سیریس ہوں۔</w:t>
      </w:r>
    </w:p>
    <w:p>
      <w:r>
        <w:rPr>
          <w:b/>
        </w:rPr>
        <w:t xml:space="preserve">[48:20] </w:t>
      </w:r>
      <w:r>
        <w:t>aap bohat ziyada sanjeeda hon.</w:t>
      </w:r>
    </w:p>
    <w:p>
      <w:pPr>
        <w:jc w:val="right"/>
      </w:pPr>
      <w:r>
        <w:t>آپ بہت زیادہ سنجیدہ ہوں۔</w:t>
      </w:r>
    </w:p>
    <w:p>
      <w:r>
        <w:rPr>
          <w:b/>
        </w:rPr>
        <w:t xml:space="preserve">[48:26] </w:t>
      </w:r>
      <w:r>
        <w:t>doosre insan ke liye aap bohat ziyada khair khwah hon.</w:t>
      </w:r>
    </w:p>
    <w:p>
      <w:pPr>
        <w:jc w:val="right"/>
      </w:pPr>
      <w:r>
        <w:t>دوسرے انسان کے لیے آپ بہت زیادہ خیر خواہ ہوں۔</w:t>
      </w:r>
    </w:p>
    <w:p>
      <w:r>
        <w:rPr>
          <w:b/>
        </w:rPr>
        <w:t xml:space="preserve">[48:31] </w:t>
      </w:r>
      <w:r>
        <w:t>yeh sab apne aap hi sab sifatain aayengi.</w:t>
      </w:r>
    </w:p>
    <w:p>
      <w:pPr>
        <w:jc w:val="right"/>
      </w:pPr>
      <w:r>
        <w:t>یہ سب اپنے آپ ہی سب صفتیں آئیں گی۔</w:t>
      </w:r>
    </w:p>
    <w:p>
      <w:r>
        <w:rPr>
          <w:b/>
        </w:rPr>
        <w:t xml:space="preserve">[48:37] </w:t>
      </w:r>
      <w:r>
        <w:t>to jannat mein har aadmi ka yeh haal hoga ke woh is se nuisance ka tajurba nahi hoga kisi ko.</w:t>
      </w:r>
    </w:p>
    <w:p>
      <w:pPr>
        <w:jc w:val="right"/>
      </w:pPr>
      <w:r>
        <w:t>تو جنت میں ہر آدمی کا یہ حال ہوگا کہ وہ اس سے نیوشنس کا تجربہ نہیں ہوگا کسی کو۔</w:t>
      </w:r>
    </w:p>
    <w:p>
      <w:r>
        <w:rPr>
          <w:b/>
        </w:rPr>
        <w:t xml:space="preserve">[48:42] </w:t>
      </w:r>
      <w:r>
        <w:t>wahan shor nahi karega woh.</w:t>
      </w:r>
    </w:p>
    <w:p>
      <w:pPr>
        <w:jc w:val="right"/>
      </w:pPr>
      <w:r>
        <w:t>وہاں شور نہیں کرے گا وہ۔</w:t>
      </w:r>
    </w:p>
    <w:p>
      <w:r>
        <w:rPr>
          <w:b/>
        </w:rPr>
        <w:t xml:space="preserve">[48:47] </w:t>
      </w:r>
      <w:r>
        <w:t>woh kisi ke liye gunah wali baat nahi karega.</w:t>
      </w:r>
    </w:p>
    <w:p>
      <w:pPr>
        <w:jc w:val="right"/>
      </w:pPr>
      <w:r>
        <w:t>وہ کسی کے لیے گناہ والی بات نہیں کرے گا۔</w:t>
      </w:r>
    </w:p>
    <w:p>
      <w:r>
        <w:rPr>
          <w:b/>
        </w:rPr>
        <w:t xml:space="preserve">[48:53] </w:t>
      </w:r>
      <w:r>
        <w:t>sab ke liye is ke dil mein peace hogi. aisi society.</w:t>
      </w:r>
    </w:p>
    <w:p>
      <w:pPr>
        <w:jc w:val="right"/>
      </w:pPr>
      <w:r>
        <w:t>سب کے لیے اس کے دل میں پیس ہوگی۔ ایسی سوسائٹی۔</w:t>
      </w:r>
    </w:p>
    <w:p>
      <w:r>
        <w:rPr>
          <w:b/>
        </w:rPr>
        <w:t xml:space="preserve">[48:58] </w:t>
      </w:r>
      <w:r>
        <w:t>to yeh aisi har individual ko, har insan ko yeh karna hai ke woh apne andar aisi personality develop kare.</w:t>
      </w:r>
    </w:p>
    <w:p>
      <w:pPr>
        <w:jc w:val="right"/>
      </w:pPr>
      <w:r>
        <w:t>تو یہ ایسی ہر انڈیویجول کو، ہر انسان کو یہ کرنا ہے کہ وہ اپنے اندر ایسی پرسنیلٹی ڈیویلپ کرے۔</w:t>
      </w:r>
    </w:p>
    <w:p>
      <w:r>
        <w:rPr>
          <w:b/>
        </w:rPr>
        <w:t xml:space="preserve">[49:04] </w:t>
      </w:r>
      <w:r>
        <w:t>aisi personality develop kare apne andar.</w:t>
      </w:r>
    </w:p>
    <w:p>
      <w:pPr>
        <w:jc w:val="right"/>
      </w:pPr>
      <w:r>
        <w:t>ایسی پرسنیلٹی ڈیویلپ کرے اپنے اندر۔</w:t>
      </w:r>
    </w:p>
    <w:p>
      <w:r>
        <w:rPr>
          <w:b/>
        </w:rPr>
        <w:t xml:space="preserve">[49:09] </w:t>
      </w:r>
      <w:r>
        <w:t>tab woh ja kar entry payega paradise mein, warna nahi.</w:t>
      </w:r>
    </w:p>
    <w:p>
      <w:pPr>
        <w:jc w:val="right"/>
      </w:pPr>
      <w:r>
        <w:t>تب وہ جا کر انٹری پائے گا پیراڈائز میں، ورنہ نہیں۔</w:t>
      </w:r>
    </w:p>
    <w:p>
      <w:r>
        <w:rPr>
          <w:b/>
        </w:rPr>
        <w:t xml:space="preserve">[49:15] </w:t>
      </w:r>
      <w:r>
        <w:t>so Maulana, the people of in paradise, there will be no nuisances and there will be no wrongdoing. And the people of paradise will have peace in their hearts for one and other. And these are the qualities that we have to develop in ourselves in this world so that we can find entry into paradise. Maulana, we will end this session here. Thank you very much for enlightening us on the character of a believer. Thank you for joining us live. If you want to watch more videos of Maulana Wahiduddin Khan, you can log on to our website cpsglobal.org.</w:t>
      </w:r>
    </w:p>
    <w:p>
      <w:pPr>
        <w:jc w:val="right"/>
      </w:pPr>
      <w:r>
        <w:t>سو مولانا، دا پیپل آف ان پیراڈائز، دیر ویل بی نو نیوشنس اینڈ دیر ویل بی نو رونگ ڈوئنگ۔ اینڈ دا پیپل آف پیراڈائز ویل ہیو پیس ان دیر ہارٹس فار ون اینڈ ادر۔ اینڈ دیز آر دا کوالٹیز دیٹ وی ہیو ٹو ڈیویلپ ان اور سیلز ان دس ورلڈ سو دیٹ وی کین فائنڈ انٹری انٹو پیراڈائز۔ مولانا، وی ویل اینڈ دس سیشن ہیر۔ تھینک یو ویری مچ فار انلائٹننگ اس آن دا کریکٹر آف ا بیلیور۔ تھینک یو فار جوائننگ اس لائیو۔ اف یو وانٹ ٹو واچ مور ویڈیوز آف مولانا وحید الدین خان، یو کین لاگ آن ٹو اور ویب سائٹ سی پی ایس گلوبل ڈاٹ ارگ۔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