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Philosophy of Creation 16 Oct 2011</w:t>
      </w:r>
    </w:p>
    <w:p>
      <w:r>
        <w:t>https://youtu.be/Bp5C5jpFz-o</w:t>
      </w:r>
    </w:p>
    <w:p>
      <w:r>
        <w:rPr>
          <w:b/>
        </w:rPr>
        <w:t xml:space="preserve">[00:28] </w:t>
      </w:r>
      <w:r>
        <w:t>, wah al-uqdah min lisani, yafqah qawli. aaj ka topic hai "the philosophy of creation", yani takhleeq ka falsafa</w:t>
      </w:r>
    </w:p>
    <w:p>
      <w:pPr>
        <w:jc w:val="right"/>
      </w:pPr>
      <w:r>
        <w:t>، واحل العقدۃ من لسانی، یفقہ قولی۔ آج کا ٹاپک ہے "دا فلاسفی آف کریشن"، یعنی تخلیق کا فلسفہ</w:t>
      </w:r>
    </w:p>
    <w:p>
      <w:r>
        <w:rPr>
          <w:b/>
        </w:rPr>
        <w:t xml:space="preserve">[00:48] </w:t>
      </w:r>
      <w:r>
        <w:t>. yeh bohat purana topic hai, yani greek philosophers se le kar ab tak is par beshumar kitabein likhi gayi hain, aur abhi tak is ki koi philosophy daryaft nahi hui.</w:t>
      </w:r>
    </w:p>
    <w:p>
      <w:pPr>
        <w:jc w:val="right"/>
      </w:pPr>
      <w:r>
        <w:t>۔ یہ بہت پرانا ٹاپک ہے، یعنی گریک فلاسفرز سے لے کر اب تک اس پر بے شمار کتابیں لکھی گئی ہیں، اور ابھی تک اس کی کوئی فلاسفی دریافت نہیں ہوئی۔</w:t>
      </w:r>
    </w:p>
    <w:p>
      <w:r>
        <w:rPr>
          <w:b/>
        </w:rPr>
        <w:t xml:space="preserve">[01:07] </w:t>
      </w:r>
      <w:r>
        <w:t>jitni bhi kitabein likhi gayi hain, woh sab confusion hi confusion is mein hain. halanke is ki ahmiyat zyada hai.</w:t>
      </w:r>
    </w:p>
    <w:p>
      <w:pPr>
        <w:jc w:val="right"/>
      </w:pPr>
      <w:r>
        <w:t>جتنی بھی کتابیں لکھی گئی ہیں، وہ سب کنفیوژن ہی کنفیوژن اس میں ہیں۔ حالانکہ اس کی اہمیت زیادہ ہے۔</w:t>
      </w:r>
    </w:p>
    <w:p>
      <w:r>
        <w:rPr>
          <w:b/>
        </w:rPr>
        <w:t xml:space="preserve">[01:17] </w:t>
      </w:r>
      <w:r>
        <w:t>is ko kehte hain, yani philosophical studies mein is ke liye ek term hai "ontology", o n t o l o g y.</w:t>
      </w:r>
    </w:p>
    <w:p>
      <w:pPr>
        <w:jc w:val="right"/>
      </w:pPr>
      <w:r>
        <w:t>اس کو کہتے ہیں، یعنی فلاسفیکل اسٹڈیز میں اس کے لیے ایک ٹرم ہے "اونٹولوجی"، او این ٹی او ایل او جی وائی۔</w:t>
      </w:r>
    </w:p>
    <w:p>
      <w:r>
        <w:rPr>
          <w:b/>
        </w:rPr>
        <w:t xml:space="preserve">[01:32] </w:t>
      </w:r>
      <w:r>
        <w:t>basically yeh beta physics ka ek branch hai, ontology. yani takhleeq mein ma'nawiyat ki talash, takhleeq ki ba'mani tojeeh karne ki koshish, us ko kehte hain ontology.</w:t>
      </w:r>
    </w:p>
    <w:p>
      <w:pPr>
        <w:jc w:val="right"/>
      </w:pPr>
      <w:r>
        <w:t>بیسیکلی یہ بیٹا فزکس کا ایک برانچ ہے، اونٹولوجی۔ یعنی تخلیق میں معنویت کی تلاش، تخلیق کی بامعنی توجیح کرنے کی کوشش، اس کو کہتے ہیں اونٹولوجی۔</w:t>
      </w:r>
    </w:p>
    <w:p>
      <w:r>
        <w:rPr>
          <w:b/>
        </w:rPr>
        <w:t xml:space="preserve">[01:54] </w:t>
      </w:r>
      <w:r>
        <w:t>to lekin bohat ajib baat hai ke sare philosophers ka yeh subject raha hai, lekin koi bhi philosopher aisa nahi hai jis ne ontology ka koi satisfactory explanation diya ho logon ke liye.</w:t>
      </w:r>
    </w:p>
    <w:p>
      <w:pPr>
        <w:jc w:val="right"/>
      </w:pPr>
      <w:r>
        <w:t>تو لیکن بہت عجیب بات ہے کہ سارے فلاسفرز کا یہ سبجیکٹ رہا ہے، لیکن کوئی بھی فلاسفر ایسا نہیں ہے جس نے اونٹولوجی کا کوئی سیٹسفیکٹری ایکسپلینیشن دیا ہو لوگوں کے لیے۔</w:t>
      </w:r>
    </w:p>
    <w:p>
      <w:r>
        <w:rPr>
          <w:b/>
        </w:rPr>
        <w:t xml:space="preserve">[02:13] </w:t>
      </w:r>
      <w:r>
        <w:t>yeh bohat ajib baat hai.</w:t>
      </w:r>
    </w:p>
    <w:p>
      <w:pPr>
        <w:jc w:val="right"/>
      </w:pPr>
      <w:r>
        <w:t>یہ بہت عجیب بات ہے۔</w:t>
      </w:r>
    </w:p>
    <w:p>
      <w:r>
        <w:rPr>
          <w:b/>
        </w:rPr>
        <w:t xml:space="preserve">[02:17] </w:t>
      </w:r>
      <w:r>
        <w:t>dekhiye, quran mein hai surah al mominoon mein, chapter number 23 mein: "af khalaq af hasibtum innama khalaqnakum wa annakum ilayna la turjaun".</w:t>
      </w:r>
    </w:p>
    <w:p>
      <w:pPr>
        <w:jc w:val="right"/>
      </w:pPr>
      <w:r>
        <w:t>دیکھیے، قرآن میں ہے سورہ المومنون میں، چیپٹر نمبر 23 میں: "افخلق افحسبتم انما خلقناکم وانکم الینا لا ترجعون"۔</w:t>
      </w:r>
    </w:p>
    <w:p>
      <w:r>
        <w:rPr>
          <w:b/>
        </w:rPr>
        <w:t xml:space="preserve">[02:36] </w:t>
      </w:r>
      <w:r>
        <w:t>do you think we have created created you without purpose</w:t>
      </w:r>
    </w:p>
    <w:p>
      <w:pPr>
        <w:jc w:val="right"/>
      </w:pPr>
      <w:r>
        <w:t>ڈو یو تھنک وی ہیو کریٹڈ کریٹڈ یو ودا آؤٹ پرپس</w:t>
      </w:r>
    </w:p>
    <w:p>
      <w:r>
        <w:rPr>
          <w:b/>
        </w:rPr>
        <w:t xml:space="preserve">[02:44] </w:t>
      </w:r>
      <w:r>
        <w:t>? kya tum samajhte ho ke hum ne tum ko paida kiya be maqsad, hbs? to quran ka yeh challenge hai ke Allah ki takhleeq jo hai, woh ba maqsad takhleeq hai, hbs nahi hai.</w:t>
      </w:r>
    </w:p>
    <w:p>
      <w:pPr>
        <w:jc w:val="right"/>
      </w:pPr>
      <w:r>
        <w:t>؟ کیا تم سمجھتے ہو کہ ہم نے تم کو پیدا کیا بے مقصد، حبس؟ تو قرآن کا یہ چیلنج ہے کہ اللہ کی تخلیق جو ہے، وہ بامقصد تخلیق ہے، حبس نہیں ہے۔</w:t>
      </w:r>
    </w:p>
    <w:p>
      <w:r>
        <w:rPr>
          <w:b/>
        </w:rPr>
        <w:t xml:space="preserve">[02:58] </w:t>
      </w:r>
      <w:r>
        <w:t>lekin poori tareekh mein jo philosophers hain, jo reformers hain, jo muslehain hain, jo thinkers hain, woh direct ya indirect yahi samajhte rahe ke kainat ka koi purpose nahi hai.</w:t>
      </w:r>
    </w:p>
    <w:p>
      <w:pPr>
        <w:jc w:val="right"/>
      </w:pPr>
      <w:r>
        <w:t>لیکن پوری تاریخ میں جو فلاسفرز ہیں، جو ریفارمرز ہیں، جو مصلحین ہیں، جو تھنکرز ہیں، وہ ڈائریکٹ یا ان ڈائریکٹ یہی سمجھتے رہے کہ کائنات کا کوئی پرپس نہیں ہے۔</w:t>
      </w:r>
    </w:p>
    <w:p>
      <w:r>
        <w:rPr>
          <w:b/>
        </w:rPr>
        <w:t xml:space="preserve">[03:15] </w:t>
      </w:r>
      <w:r>
        <w:t>yeh bohat bara challenge hai deen toheed ke khilaaf</w:t>
      </w:r>
    </w:p>
    <w:p>
      <w:pPr>
        <w:jc w:val="right"/>
      </w:pPr>
      <w:r>
        <w:t>یہ بہت بڑا چیلنج ہے دین توحید کے خلاف</w:t>
      </w:r>
    </w:p>
    <w:p>
      <w:r>
        <w:rPr>
          <w:b/>
        </w:rPr>
        <w:t xml:space="preserve">[03:23] </w:t>
      </w:r>
      <w:r>
        <w:t>. hum yeh mante hain ke is kainat ko Allah ne paida kiya ba maani taur par, ba maqsad taur par. lekin mazhab se bahar jo studies hoti hain, philosophy mein, metaphysics mein,</w:t>
      </w:r>
    </w:p>
    <w:p>
      <w:pPr>
        <w:jc w:val="right"/>
      </w:pPr>
      <w:r>
        <w:t>۔ ہم یہ مانتے ہیں کہ اس کائنات کو اللہ نے پیدا کیا بامعنی طور پر، بامقصد طور پر۔ لیکن مذہب سے باہر جو اسٹڈیز ہوتی ہیں، فلاسفی میں، میٹا فزکس میں،</w:t>
      </w:r>
    </w:p>
    <w:p>
      <w:r>
        <w:rPr>
          <w:b/>
        </w:rPr>
        <w:t xml:space="preserve">[03:39] </w:t>
      </w:r>
      <w:r>
        <w:t>aur doosre shobon mein, un ka mutafqa yeh yeh faisla hai ke is kainat ka koi maqsad nahi hai.</w:t>
      </w:r>
    </w:p>
    <w:p>
      <w:pPr>
        <w:jc w:val="right"/>
      </w:pPr>
      <w:r>
        <w:t>اور دوسرے شعبوں میں، ان کا متفقہ یہ یہ فیصلہ ہے کہ اس کائنات کا کوئی مقصد نہیں ہے۔</w:t>
      </w:r>
    </w:p>
    <w:p>
      <w:r>
        <w:rPr>
          <w:b/>
        </w:rPr>
        <w:t xml:space="preserve">[03:54] </w:t>
      </w:r>
      <w:r>
        <w:t>ek philosophers ne kaha ke dunya mein har cheez beautiful hai, siwaye insan ke. insan hi aisi cheez hai jo beautiful nahi.</w:t>
      </w:r>
    </w:p>
    <w:p>
      <w:pPr>
        <w:jc w:val="right"/>
      </w:pPr>
      <w:r>
        <w:t>ایک فلاسفرز نے کہا کہ دنیا میں ہر چیز بیوٹی فل ہے، سوائے انسان کے۔ انسان ہی ایسی چیز ہے جو بیوٹی فل نہیں۔</w:t>
      </w:r>
    </w:p>
    <w:p>
      <w:r>
        <w:rPr>
          <w:b/>
        </w:rPr>
        <w:t xml:space="preserve">[04:07] </w:t>
      </w:r>
      <w:r>
        <w:t>ek kitaab hai, is ka naam hai "mine the unknown". is mein poori kitaab ka khulasa yahi hai ke insan ko janne ki har koshish nakaam hai.</w:t>
      </w:r>
    </w:p>
    <w:p>
      <w:pPr>
        <w:jc w:val="right"/>
      </w:pPr>
      <w:r>
        <w:t>ایک کتاب ہے، اس کا نام ہے "مائن دی ان نون"۔ اس میں پوری کتاب کا خلاصہ یہی ہے کہ انسان کو جاننے کی ہر کوشش ناکام ہے۔</w:t>
      </w:r>
    </w:p>
    <w:p>
      <w:r>
        <w:rPr>
          <w:b/>
        </w:rPr>
        <w:t xml:space="preserve">[04:21] </w:t>
      </w:r>
      <w:r>
        <w:t>insan ko explain nahi kar sakte hum. burton arsal ke baray mein kaha jata hai ke yeh baat "philosopher of no philosophy".</w:t>
      </w:r>
    </w:p>
    <w:p>
      <w:pPr>
        <w:jc w:val="right"/>
      </w:pPr>
      <w:r>
        <w:t>انسان کو ایکسپلین نہیں کر سکتے ہم۔ برٹن ارسل کے بارے میں کہا جاتا ہے کہ یہ بات "افلاسفر آف نو فلاسفی"۔</w:t>
      </w:r>
    </w:p>
    <w:p>
      <w:r>
        <w:rPr>
          <w:b/>
        </w:rPr>
        <w:t xml:space="preserve">[04:33] </w:t>
      </w:r>
      <w:r>
        <w:t>magar is maani mein, ontology ke maani mein dekha jaye to jitne philosopher hain, sab par yeh saadiq aata hai: "they were philosopher of no philosophy".</w:t>
      </w:r>
    </w:p>
    <w:p>
      <w:pPr>
        <w:jc w:val="right"/>
      </w:pPr>
      <w:r>
        <w:t>مگر اس معنی میں، اونٹولوجی کے معنی میں دیکھا جائے تو جتنے فلاسفر ہیں، سب پر یہ صادق آتا ہے: "دے ویر فلاسفر آف نو فلاسفی"۔</w:t>
      </w:r>
    </w:p>
    <w:p>
      <w:r>
        <w:rPr>
          <w:b/>
        </w:rPr>
        <w:t xml:space="preserve">[04:44] </w:t>
      </w:r>
      <w:r>
        <w:t>mein bohat dinon se is par sochta raha hoon ke kya wajah hai ke quran to kehta hai ke yeh kainat, yeh takhleeq, ba maqsad taur par hui hai.</w:t>
      </w:r>
    </w:p>
    <w:p>
      <w:pPr>
        <w:jc w:val="right"/>
      </w:pPr>
      <w:r>
        <w:t>میں بہت دنوں سے اس پر سوچتا رہا ہوں کہ کیا وجہ ہے کہ قرآن تو کہتا ہے کہ یہ کائنات، یہ تخلیق، بامقصد طور پر ہوئی ہے۔</w:t>
      </w:r>
    </w:p>
    <w:p>
      <w:r>
        <w:rPr>
          <w:b/>
        </w:rPr>
        <w:t xml:space="preserve">[04:56] </w:t>
      </w:r>
      <w:r>
        <w:t>lekin jo quran se bahar ya mazhab se bahar jo studies ki ja rahi hain, hazaron saal se, woh sab kisi maqsadiyat ko daryaft karne mein nakaam hain.</w:t>
      </w:r>
    </w:p>
    <w:p>
      <w:pPr>
        <w:jc w:val="right"/>
      </w:pPr>
      <w:r>
        <w:t>لیکن جو قرآن سے باہر یا مذہب سے باہر جو اسٹڈیز کی جا رہی ہیں، ہزاروں سال سے، وہ سب کسی مقصدیت کو دریافت کرنے میں ناکام ہیں۔</w:t>
      </w:r>
    </w:p>
    <w:p>
      <w:r>
        <w:rPr>
          <w:b/>
        </w:rPr>
        <w:t xml:space="preserve">[05:10] </w:t>
      </w:r>
      <w:r>
        <w:t>why this contradiction? yaani quran ke ailan mein aur insani ilm mein yeh contradiction kyun hai?</w:t>
      </w:r>
    </w:p>
    <w:p>
      <w:pPr>
        <w:jc w:val="right"/>
      </w:pPr>
      <w:r>
        <w:t>وائی دس کنٹراڈکشن؟ یعنی قرآن کے اعلان میں اور انسانی علم میں یہ کنٹراڈکشن کیوں ہے؟</w:t>
      </w:r>
    </w:p>
    <w:p>
      <w:r>
        <w:rPr>
          <w:b/>
        </w:rPr>
        <w:t xml:space="preserve">[05:19] </w:t>
      </w:r>
      <w:r>
        <w:t>is ka</w:t>
      </w:r>
    </w:p>
    <w:p>
      <w:pPr>
        <w:jc w:val="right"/>
      </w:pPr>
      <w:r>
        <w:t>اس کا</w:t>
      </w:r>
    </w:p>
    <w:p>
      <w:r>
        <w:rPr>
          <w:b/>
        </w:rPr>
        <w:t xml:space="preserve">[05:23] </w:t>
      </w:r>
      <w:r>
        <w:t>is ko daryaft karna goya is challenge ka jawab dena hai, is tahaddi ka jawab dena hai.</w:t>
      </w:r>
    </w:p>
    <w:p>
      <w:pPr>
        <w:jc w:val="right"/>
      </w:pPr>
      <w:r>
        <w:t>اس کو دریافت کرنا گویا اس چیلنج کا جواب دینا ہے، اس تحدی کا جواب دینا ہے۔</w:t>
      </w:r>
    </w:p>
    <w:p>
      <w:r>
        <w:rPr>
          <w:b/>
        </w:rPr>
        <w:t xml:space="preserve">[05:32] </w:t>
      </w:r>
      <w:r>
        <w:t>jahan tak mein ne samjha hai, is ke bunyadi sabab yeh hai ke hamare philosophers ya hamare reformers, reformers ka yeh artistry galat hai.</w:t>
      </w:r>
    </w:p>
    <w:p>
      <w:pPr>
        <w:jc w:val="right"/>
      </w:pPr>
      <w:r>
        <w:t>جہاں تک میں نے سمجھا ہے، اس کے بنیادی سبب یہ ہے کہ ہمارے فلاسفرز یا ہمارے ریفارمرز، ریفارمرز کا یہ آرٹسٹری غلط ہے۔</w:t>
      </w:r>
    </w:p>
    <w:p>
      <w:r>
        <w:rPr>
          <w:b/>
        </w:rPr>
        <w:t xml:space="preserve">[05:45] </w:t>
      </w:r>
      <w:r>
        <w:t>woh galat yeh artstric se zindagi ko janchte hain. yaani jo Khuda ka yeh artistry hai, is se nahi, ek aur se.</w:t>
      </w:r>
    </w:p>
    <w:p>
      <w:pPr>
        <w:jc w:val="right"/>
      </w:pPr>
      <w:r>
        <w:t>وہ غلط یہ آرٹسٹرک سے زندگی کو جانچتے ہیں۔ یعنی جو خدا کا یہ آرٹسٹرک ہے، اس سے نہیں، ایک اور سے۔</w:t>
      </w:r>
    </w:p>
    <w:p>
      <w:r>
        <w:rPr>
          <w:b/>
        </w:rPr>
        <w:t xml:space="preserve">[05:56] </w:t>
      </w:r>
      <w:r>
        <w:t>is ke maani hain ke jo Khuda ki scope of things hai, is se bekhabri ki wajah se yeh paida hua hai. sara maamla is liye hai ke logon ko pata hi nahi ke Khuda ki, yaani creation, creator ki, creator ki scope of things kya hai,</w:t>
      </w:r>
    </w:p>
    <w:p>
      <w:pPr>
        <w:jc w:val="right"/>
      </w:pPr>
      <w:r>
        <w:t>اس کے معنی ہیں کہ جو خدا کی اسکیپ آف تھنگز ہے، اس سے بے خبری کی وجہ سے یہ پیدا ہوا ہے۔ سارا معاملہ اس لیے ہے کہ لوگوں کو پتہ ہی نہیں کہ خدا کی، یعنی کریشن، کریٹر کی، کریٹر کی اسکیپ آف تھنگز کیا ہے،</w:t>
      </w:r>
    </w:p>
    <w:p>
      <w:r>
        <w:rPr>
          <w:b/>
        </w:rPr>
        <w:t xml:space="preserve">[06:13] </w:t>
      </w:r>
      <w:r>
        <w:t>is se bekhabar hain.</w:t>
      </w:r>
    </w:p>
    <w:p>
      <w:pPr>
        <w:jc w:val="right"/>
      </w:pPr>
      <w:r>
        <w:t>اس سے بے خبر ہیں۔</w:t>
      </w:r>
    </w:p>
    <w:p>
      <w:r>
        <w:rPr>
          <w:b/>
        </w:rPr>
        <w:t xml:space="preserve">[06:18] </w:t>
      </w:r>
      <w:r>
        <w:t>is wajah se woh explain nahi kar paate, woh is ko.</w:t>
      </w:r>
    </w:p>
    <w:p>
      <w:pPr>
        <w:jc w:val="right"/>
      </w:pPr>
      <w:r>
        <w:t>اس وجہ سے وہ ایکسپلین نہیں کر پاتے، وہ اس کو۔</w:t>
      </w:r>
    </w:p>
    <w:p>
      <w:r>
        <w:rPr>
          <w:b/>
        </w:rPr>
        <w:t xml:space="preserve">[06:24] </w:t>
      </w:r>
      <w:r>
        <w:t>yeh kya hai</w:t>
      </w:r>
    </w:p>
    <w:p>
      <w:pPr>
        <w:jc w:val="right"/>
      </w:pPr>
      <w:r>
        <w:t>یہ کیا ہے</w:t>
      </w:r>
    </w:p>
    <w:p>
      <w:r>
        <w:rPr>
          <w:b/>
        </w:rPr>
        <w:t xml:space="preserve">[06:25] </w:t>
      </w:r>
      <w:r>
        <w:t>? dekhiye, is ko samajhne ke liye humein ek ek aur baat janna parega ke aadmi basically perfectionist hota hai.</w:t>
      </w:r>
    </w:p>
    <w:p>
      <w:pPr>
        <w:jc w:val="right"/>
      </w:pPr>
      <w:r>
        <w:t>؟ دیکھیے، اس کو سمجھنے کے لیے ہمیں ایک ایک اور بات جاننا پڑے گا کہ آدمی بیسیکلی پرفیکشنسٹ ہوتا ہے۔</w:t>
      </w:r>
    </w:p>
    <w:p>
      <w:r>
        <w:rPr>
          <w:b/>
        </w:rPr>
        <w:t xml:space="preserve">[06:38] </w:t>
      </w:r>
      <w:r>
        <w:t>everyone is born perfectionist, born idealist. hum mein se har shakhs apne mind mein ek ideal concept liye hue hai:</w:t>
      </w:r>
    </w:p>
    <w:p>
      <w:pPr>
        <w:jc w:val="right"/>
      </w:pPr>
      <w:r>
        <w:t>ایوری ون از بورن پرفیکشنسٹ، بورن آئیڈیلسٹ۔ ہم میں سے ہر شخص اپنے مائنڈ میں ایک آئیڈیل کانسیپٹ لیے ہوئے ہیں:</w:t>
      </w:r>
    </w:p>
    <w:p>
      <w:r>
        <w:rPr>
          <w:b/>
        </w:rPr>
        <w:t xml:space="preserve">[06:49] </w:t>
      </w:r>
      <w:r>
        <w:t>ideal life, ideal society, ideal marriage, ideal hukoomat, ideal system. yeh hamare andar interwoven hai.</w:t>
      </w:r>
    </w:p>
    <w:p>
      <w:pPr>
        <w:jc w:val="right"/>
      </w:pPr>
      <w:r>
        <w:t>آئیڈیل لائف، آئیڈیل سوسائٹی، آئیڈیل میرج، آئیڈیل حکومت، آئیڈیل سسٹم۔ یہ ہمارے اندر انٹر وون ہے۔</w:t>
      </w:r>
    </w:p>
    <w:p>
      <w:r>
        <w:rPr>
          <w:b/>
        </w:rPr>
        <w:t xml:space="preserve">[07:00] </w:t>
      </w:r>
      <w:r>
        <w:t>to hamara jo mindset hai, wo base karta hai ideal par, perfection par. is mindset ko le kar hum chahte hain explain karna.</w:t>
      </w:r>
    </w:p>
    <w:p>
      <w:pPr>
        <w:jc w:val="right"/>
      </w:pPr>
      <w:r>
        <w:t>تو ہمارا جو مائنڈ سیٹ ہے، وہ بیس کرتا ہے آئیڈیل پر، پرفیکشن پر۔ اس مائنڈ سیٹ کو لے کر ہم چاہتے ہیں ایکسپلین کرنا۔</w:t>
      </w:r>
    </w:p>
    <w:p>
      <w:r>
        <w:rPr>
          <w:b/>
        </w:rPr>
        <w:t xml:space="preserve">[07:12] </w:t>
      </w:r>
      <w:r>
        <w:t>to sare logon ne kiya kiya</w:t>
      </w:r>
    </w:p>
    <w:p>
      <w:pPr>
        <w:jc w:val="right"/>
      </w:pPr>
      <w:r>
        <w:t>تو سارے لوگوں نے کیا کیا</w:t>
      </w:r>
    </w:p>
    <w:p>
      <w:r>
        <w:rPr>
          <w:b/>
        </w:rPr>
        <w:t xml:space="preserve">[07:15] </w:t>
      </w:r>
      <w:r>
        <w:t>ke unhone insani zindagi mein perfection ko dhoondna chaha. wo unhone chaha ke ke family, society, hukoomat, system, har ek ka ek perfect model daryaft kiya jaye.</w:t>
      </w:r>
    </w:p>
    <w:p>
      <w:pPr>
        <w:jc w:val="right"/>
      </w:pPr>
      <w:r>
        <w:t>کہ انہوں نے انسانی زندگی میں پریفیکشن کو ڈھونڈنا چاہا۔ وہ انہوں نے چاہا کہ کہ فیملی، سوسائٹی، حکومت، سسٹم، ہر ایک کا ایک پرفیکٹ ماڈل دریافت کیا جائے۔</w:t>
      </w:r>
    </w:p>
    <w:p>
      <w:r>
        <w:rPr>
          <w:b/>
        </w:rPr>
        <w:t xml:space="preserve">[07:35] </w:t>
      </w:r>
      <w:r>
        <w:t>perfect model.</w:t>
      </w:r>
    </w:p>
    <w:p>
      <w:pPr>
        <w:jc w:val="right"/>
      </w:pPr>
      <w:r>
        <w:t>پرفیکٹ ماڈل۔</w:t>
      </w:r>
    </w:p>
    <w:p>
      <w:r>
        <w:rPr>
          <w:b/>
        </w:rPr>
        <w:t xml:space="preserve">[07:40] </w:t>
      </w:r>
      <w:r>
        <w:t>chunki wo daryaft nahi kar sake, is liye unhone keh diya ke kainat bilkul be maani takhleeq hui hai. dekhiye, maine is par kafi padha hai aur main keh sakta hoon ke asal raaz yeh hai ke Allah taala ka yeh creation plan hi nahi hai ke duniya mein aap perfect family banayein, just system banayein, ideal hukoomat banayein.</w:t>
      </w:r>
    </w:p>
    <w:p>
      <w:pPr>
        <w:jc w:val="right"/>
      </w:pPr>
      <w:r>
        <w:t>چونکہ وہ دریافت نہیں کر سکے، اس لیے انہوں نے کہہ دیا کہ کائنات بالکل بے معنی تخلیق ہوئی ہے۔ دیکھیے، میں نے اس پر کافی پڑھا ہے اور میں کہہ سکتا ہوں کہ اصل راز یہ ہے کہ اللہ تعالیٰ کا یہ کریشن پلان ہی نہیں ہے کہ دنیا میں آپ پرفیکٹ فیملی بنائیں، جسٹ سسٹم بنائیں، آئیڈیل حکومت بنائیں۔</w:t>
      </w:r>
    </w:p>
    <w:p>
      <w:r>
        <w:rPr>
          <w:b/>
        </w:rPr>
        <w:t xml:space="preserve">[08:06] </w:t>
      </w:r>
      <w:r>
        <w:t>yeh Khuda ka plan hi nahi hai.</w:t>
      </w:r>
    </w:p>
    <w:p>
      <w:pPr>
        <w:jc w:val="right"/>
      </w:pPr>
      <w:r>
        <w:t>یہ خدا کا پلان ہی نہیں ہے۔</w:t>
      </w:r>
    </w:p>
    <w:p>
      <w:r>
        <w:rPr>
          <w:b/>
        </w:rPr>
        <w:t xml:space="preserve">[08:09] </w:t>
      </w:r>
      <w:r>
        <w:t>to aap ka yeh artistry galat hai. aap ko yeh artstric jo hai, wo base karta hai perfection par, ideal par.</w:t>
      </w:r>
    </w:p>
    <w:p>
      <w:pPr>
        <w:jc w:val="right"/>
      </w:pPr>
      <w:r>
        <w:t>تو آپ کا یہ آرٹسٹری غلط ہے۔ آپ کو یہ آرٹسٹرک جو ہے، وہ بیس کرتا ہے پرفیکشن پر، آئیڈیل پر۔</w:t>
      </w:r>
    </w:p>
    <w:p>
      <w:r>
        <w:rPr>
          <w:b/>
        </w:rPr>
        <w:t xml:space="preserve">[08:18] </w:t>
      </w:r>
      <w:r>
        <w:t>wo Khuda ka hai nahi plan. Khuda ka plan kya hai? yeh duniya mein Khuda ka plan individual based hai, system based nahi hai.</w:t>
      </w:r>
    </w:p>
    <w:p>
      <w:pPr>
        <w:jc w:val="right"/>
      </w:pPr>
      <w:r>
        <w:t>وہ خدا کا ہے نہیں پلان۔ خدا کا پلان کیا ہے؟ یہ دنیا میں خدا کا پلان انڈیویجول بیسڈ ہے، سسٹم بیسڈ نہیں ہے۔</w:t>
      </w:r>
    </w:p>
    <w:p>
      <w:r>
        <w:rPr>
          <w:b/>
        </w:rPr>
        <w:t xml:space="preserve">[08:30] </w:t>
      </w:r>
      <w:r>
        <w:t>basic baat yeh hai: individual based hai, system based nahi</w:t>
      </w:r>
    </w:p>
    <w:p>
      <w:pPr>
        <w:jc w:val="right"/>
      </w:pPr>
      <w:r>
        <w:t>بیسک بات یہ ہے: انڈیویجول بیسڈ ہے، سسٹم بیسڈ نہیں</w:t>
      </w:r>
    </w:p>
    <w:p>
      <w:r>
        <w:rPr>
          <w:b/>
        </w:rPr>
        <w:t xml:space="preserve">[08:35] </w:t>
      </w:r>
      <w:r>
        <w:t>hai. yani yeh Khuda ka plan hi nahi hai ke duniya mein ideal system banaye, ideal hukoomat banaye, ideal society banaye, ideal family banaye. yeh Khuda ka plan hi nahi hai.</w:t>
      </w:r>
    </w:p>
    <w:p>
      <w:pPr>
        <w:jc w:val="right"/>
      </w:pPr>
      <w:r>
        <w:t>ہے۔ یعنی یہ خدا کا پلان ہی نہیں ہے کہ دنیا میں آئیڈیل سسٹم بنائے، آئیڈیل حکومت بنائے، آئیڈیل سوسائٹی بنائے، آئیڈیل فیملی بنائے۔ یہ خدا کا پلان ہی نہیں ہے۔</w:t>
      </w:r>
    </w:p>
    <w:p>
      <w:r>
        <w:rPr>
          <w:b/>
        </w:rPr>
        <w:t xml:space="preserve">[08:45] </w:t>
      </w:r>
      <w:r>
        <w:t>is liye Khuda ne insan ko, mard ko ya aurat ko ya us ke aas paas jo halaat hain, aisa banaya hi nahi ke aap yahan par koi ideal system wajood mein la saken.</w:t>
      </w:r>
    </w:p>
    <w:p>
      <w:pPr>
        <w:jc w:val="right"/>
      </w:pPr>
      <w:r>
        <w:t>اس لیے خدا نے انسان کو، مرد کو یا عورت کو یا اس کے اس پاس جو حالات ہیں، ایسا بنایا ہی نہیں کہ آپ یہاں پر کوئی آئیڈیل سسٹم وجود میں لا سکیں۔</w:t>
      </w:r>
    </w:p>
    <w:p>
      <w:r>
        <w:rPr>
          <w:b/>
        </w:rPr>
        <w:t xml:space="preserve">[08:58] </w:t>
      </w:r>
      <w:r>
        <w:t>to ek aisi cheez aap chahte hain jo possible nahi hai. asal masla yeh</w:t>
      </w:r>
    </w:p>
    <w:p>
      <w:pPr>
        <w:jc w:val="right"/>
      </w:pPr>
      <w:r>
        <w:t>تو ایک ایسی چیز آپ چاہتے ہیں جو پاسیبل نہیں ہے۔ اصل مسئلہ یہ</w:t>
      </w:r>
    </w:p>
    <w:p>
      <w:r>
        <w:rPr>
          <w:b/>
        </w:rPr>
        <w:t xml:space="preserve">[09:02] </w:t>
      </w:r>
      <w:r>
        <w:t>hai: Khuda ka creation plan kya hai? wo yeh hai: is baat ko samjhiye ke Khuda ne paida kiya ek perfect world, jis ko hum paradise kehte hain, jannat.</w:t>
      </w:r>
    </w:p>
    <w:p>
      <w:pPr>
        <w:jc w:val="right"/>
      </w:pPr>
      <w:r>
        <w:t>ہے: خدا کا کریشن پلان کیا ہے؟ وہ یہ ہے: اس بات کو سمجھئے کہ خدا نے پیدا کیا ایک پرفیکٹ ورلڈ، جس کو ہم پارائیڈائز کہتے ہیں، جنت۔</w:t>
      </w:r>
    </w:p>
    <w:p>
      <w:r>
        <w:rPr>
          <w:b/>
        </w:rPr>
        <w:t xml:space="preserve">[09:19] </w:t>
      </w:r>
      <w:r>
        <w:t>asal jo hai Khuda ka target, wo yeh hai ke wo paradise ko abad kare.</w:t>
      </w:r>
    </w:p>
    <w:p>
      <w:pPr>
        <w:jc w:val="right"/>
      </w:pPr>
      <w:r>
        <w:t>اصل جو ہے خدا کا ٹارگٹ، وہ یہ ہے کہ وہ پارائیڈائز کو آباد کرے۔</w:t>
      </w:r>
    </w:p>
    <w:p>
      <w:r>
        <w:rPr>
          <w:b/>
        </w:rPr>
        <w:t xml:space="preserve">[09:28] </w:t>
      </w:r>
      <w:r>
        <w:t>yeh duniya banai Khuda ne is liye ke yahan par wo deserving individuals ko select karne ke liye. yani ek ayat aati hai ke duniya dar-ul-imtaan hai, interesting ground hai.</w:t>
      </w:r>
    </w:p>
    <w:p>
      <w:pPr>
        <w:jc w:val="right"/>
      </w:pPr>
      <w:r>
        <w:t>یہ دنیا بنائی خدا نے اس لیے کہ یہاں پر وہ ڈیزرونگ انڈیویجولز کو سلیکٹ کرنے کے لیے۔ یعنی ایک آیت آتی ہے کہ دنیا دارالامتحان ہے، انٹرسٹنگ گراؤنڈ ہے۔</w:t>
      </w:r>
    </w:p>
    <w:p>
      <w:r>
        <w:rPr>
          <w:b/>
        </w:rPr>
        <w:t xml:space="preserve">[09:42] </w:t>
      </w:r>
      <w:r>
        <w:t>is se log samajh nahi paate. agar main lafz badal doon to zyada clear ho jayegi baat ke yeh selection ground hai.</w:t>
      </w:r>
    </w:p>
    <w:p>
      <w:pPr>
        <w:jc w:val="right"/>
      </w:pPr>
      <w:r>
        <w:t>اس سے لوگ سمجھ نہیں پاتے۔ اگر میں لفظ بدل دوں تو زیادہ کلیئر ہو جائے گی بات کہ یہ سلیکشن گراؤنڈ ہے۔</w:t>
      </w:r>
    </w:p>
    <w:p>
      <w:r>
        <w:rPr>
          <w:b/>
        </w:rPr>
        <w:t xml:space="preserve">[09:51] </w:t>
      </w:r>
      <w:r>
        <w:t>yeh yeh duniya selection ground hai. yani yahan individual talash kiye ja rahe hain.</w:t>
      </w:r>
    </w:p>
    <w:p>
      <w:pPr>
        <w:jc w:val="right"/>
      </w:pPr>
      <w:r>
        <w:t>یہ یہ دنیا سلیکشن گراؤنڈ ہے۔ یعنی یہاں انڈیویجول تلاش کیے جا رہے ہیں۔</w:t>
      </w:r>
    </w:p>
    <w:p>
      <w:r>
        <w:rPr>
          <w:b/>
        </w:rPr>
        <w:t xml:space="preserve">[09:58] </w:t>
      </w:r>
      <w:r>
        <w:t>individual, aise individual jo Khuda ki jannat mein basaya ja sake. to Khuda ne insani zindagi ko do hisse mein bant diya:</w:t>
      </w:r>
    </w:p>
    <w:p>
      <w:pPr>
        <w:jc w:val="right"/>
      </w:pPr>
      <w:r>
        <w:t>انڈیویجول، ایسے انڈیویجول جو خدا کی جنت میں بسایا جا سکے۔ تو خدا نے انسانی زندگی کو دو حصے میں بانٹ دیا:</w:t>
      </w:r>
    </w:p>
    <w:p>
      <w:r>
        <w:rPr>
          <w:b/>
        </w:rPr>
        <w:t xml:space="preserve">[10:11] </w:t>
      </w:r>
      <w:r>
        <w:t>qayamat se pehle, qayamat ke baad, ya akhirat se pehle, akhirat ke baad. qayamat se pehle jo duniya hai, yeh Adam se le kar ab tak, wo hai, wo, wo hai selection ground.</w:t>
      </w:r>
    </w:p>
    <w:p>
      <w:pPr>
        <w:jc w:val="right"/>
      </w:pPr>
      <w:r>
        <w:t>قیامت سے پہلے، قیامت کے بعد، یا آخرت سے پہلے، آخرت کے بعد۔ قیامت سے پہلے جو دنیا ہے، یہ آدم سے لے کر اب تک، وہ ہے، وہ، وہ ہے سلیکشن گراؤنڈ۔</w:t>
      </w:r>
    </w:p>
    <w:p>
      <w:r>
        <w:rPr>
          <w:b/>
        </w:rPr>
        <w:t xml:space="preserve">[10:28] </w:t>
      </w:r>
      <w:r>
        <w:t>yani individual ko select kiya ja raha hai. kyunke individual level par perfection possible hai, ideal possible hai.</w:t>
      </w:r>
    </w:p>
    <w:p>
      <w:pPr>
        <w:jc w:val="right"/>
      </w:pPr>
      <w:r>
        <w:t>یعنی انڈیویجول کو سلیکٹ کیا جا رہا ہے۔ کیونکہ انڈیویجول لیول پر پرفیکشن پاسیبل ہے، آئیڈیل پاسیبل ہے۔</w:t>
      </w:r>
    </w:p>
    <w:p>
      <w:r>
        <w:rPr>
          <w:b/>
        </w:rPr>
        <w:t xml:space="preserve">[10:39] </w:t>
      </w:r>
      <w:r>
        <w:t>society ke level par nahi possible hai. ki</w:t>
      </w:r>
    </w:p>
    <w:p>
      <w:pPr>
        <w:jc w:val="right"/>
      </w:pPr>
      <w:r>
        <w:t>سوسائٹی کے لیول پر نہیں پاسیبل ہے۔ کی</w:t>
      </w:r>
    </w:p>
    <w:p>
      <w:r>
        <w:rPr>
          <w:b/>
        </w:rPr>
        <w:t xml:space="preserve">[10:41] </w:t>
      </w:r>
      <w:r>
        <w:t>yon? Khuda ne logon ko azadi di hai. azadi dene ki wajah se har aadmi ko freedom of choice mila hua hai. to aap pabandi nahi kar sakte insan ko ke wo is par aisa chale jaisa aap chahte hain.</w:t>
      </w:r>
    </w:p>
    <w:p>
      <w:pPr>
        <w:jc w:val="right"/>
      </w:pPr>
      <w:r>
        <w:t>وں؟ خدا نے لوگوں کو آزادی دی ہے۔ آزادی دینے کی وجہ سے ہر آدمی کو فریڈم آف چوائس ملا ہوا ہے۔ تو آپ پابندی نہیں کر سکتے انسان کو کہ وہ اس پر ایسا چلے جیسا آپ چاہتے ہیں۔</w:t>
      </w:r>
    </w:p>
    <w:p>
      <w:r>
        <w:rPr>
          <w:b/>
        </w:rPr>
        <w:t xml:space="preserve">[10:55] </w:t>
      </w:r>
      <w:r>
        <w:t>isi liye jab bhi kisi ne chaha ke wo ek perfect system banaye to kuch logon ne is ko undo kar diya.</w:t>
      </w:r>
    </w:p>
    <w:p>
      <w:pPr>
        <w:jc w:val="right"/>
      </w:pPr>
      <w:r>
        <w:t>اسی لیے جب بھی کسی نے چاہا کہ وہ ایک پرفیکٹ سسٹم بنائے تو کچھ لوگوں نے اس کو ان ڈو کر دیا۔</w:t>
      </w:r>
    </w:p>
    <w:p>
      <w:r>
        <w:rPr>
          <w:b/>
        </w:rPr>
        <w:t xml:space="preserve">[11:06] </w:t>
      </w:r>
      <w:r>
        <w:t>jise misaal ke taur par dekhiye: qadeem zamane mein hamesha se kingship ka nizam tha. to aise philosopher uthe, unhone kaha ke kingship jo hai, yeh galat hai.</w:t>
      </w:r>
    </w:p>
    <w:p>
      <w:pPr>
        <w:jc w:val="right"/>
      </w:pPr>
      <w:r>
        <w:t>جسے مثال کے طور پر دیکھیے: قدیم زمانے میں ہمیشہ سے کنگ شپ کا نظام تھا۔ تو ایسے فلاسفر اٹھے، انہوں نے کہا کہ کنگ شپ جو ہے، یہ غلط ہے۔</w:t>
      </w:r>
    </w:p>
    <w:p>
      <w:r>
        <w:rPr>
          <w:b/>
        </w:rPr>
        <w:t xml:space="preserve">[11:19] </w:t>
      </w:r>
      <w:r>
        <w:t>ek shakhs ki hukmarani, balke people ki hukmarani honi chahiye.</w:t>
      </w:r>
    </w:p>
    <w:p>
      <w:pPr>
        <w:jc w:val="right"/>
      </w:pPr>
      <w:r>
        <w:t>ایک شخص کی حکمرانی، بلکہ پیپل کی حکمرانی ہونی چاہیے۔</w:t>
      </w:r>
    </w:p>
    <w:p>
      <w:r>
        <w:rPr>
          <w:b/>
        </w:rPr>
        <w:t xml:space="preserve">[11:25] </w:t>
      </w:r>
      <w:r>
        <w:t>to europe mein bohat se philosopher paida hue, misaal ke tor par russo. unhon ne democracy concept pesh kiya. aur ek lambe jiddo jehad ke baad democracy dunya mein aai.</w:t>
      </w:r>
    </w:p>
    <w:p>
      <w:pPr>
        <w:jc w:val="right"/>
      </w:pPr>
      <w:r>
        <w:t>تو یورپ میں بہت سے فلاسفر پیدا ہوئے، مثال کے طور پر روسو۔ انہوں نے ڈیموکریسی کانسیپٹ پیش کیا۔ اور ایک لمبے جدوجہد کے بعد ڈیموکریسی دنیا میں آئی۔</w:t>
      </w:r>
    </w:p>
    <w:p>
      <w:r>
        <w:rPr>
          <w:b/>
        </w:rPr>
        <w:t xml:space="preserve">[11:39] </w:t>
      </w:r>
      <w:r>
        <w:t>lekin ab bhi kya hua ke</w:t>
      </w:r>
    </w:p>
    <w:p>
      <w:pPr>
        <w:jc w:val="right"/>
      </w:pPr>
      <w:r>
        <w:t>لیکن اب بھی کیا ہوا کہ</w:t>
      </w:r>
    </w:p>
    <w:p>
      <w:r>
        <w:rPr>
          <w:b/>
        </w:rPr>
        <w:t xml:space="preserve">[11:44] </w:t>
      </w:r>
      <w:r>
        <w:t>political king ki jagah democratic king wajood mein aa gaye. jahan jahan democracy hai, wahan par ek naye type ki kingship hai.</w:t>
      </w:r>
    </w:p>
    <w:p>
      <w:pPr>
        <w:jc w:val="right"/>
      </w:pPr>
      <w:r>
        <w:t>پولیٹیکل کنگ کی جگہ ڈیموکریٹک کنگ وجود میں آ گئے۔ جہاں جہاں ڈیموکریسی ہے، وہاں پر ایک نئے ٹائپ کی کنگ شپ ہے۔</w:t>
      </w:r>
    </w:p>
    <w:p>
      <w:r>
        <w:rPr>
          <w:b/>
        </w:rPr>
        <w:t xml:space="preserve">[11:53] </w:t>
      </w:r>
      <w:r>
        <w:t>naye type kingship. phir marx paida hua aur bohat se log, unhon ne is ke khilaaf revolt kiya. aur ek naya zamana aaya, is ko hum kehte hain corporate houses.</w:t>
      </w:r>
    </w:p>
    <w:p>
      <w:pPr>
        <w:jc w:val="right"/>
      </w:pPr>
      <w:r>
        <w:t>نئے ٹائپ کنگ شپ۔ پھر مارس پیدا ہوا اور بہت سے لوگ، انہوں نے اس کے خلاف ریولٹ کیا۔ اور ایک نیا زمانہ آیا، اس کو ہم کہتے ہیں کارپوریٹ ہاؤسز۔</w:t>
      </w:r>
    </w:p>
    <w:p>
      <w:r>
        <w:rPr>
          <w:b/>
        </w:rPr>
        <w:t xml:space="preserve">[12:04] </w:t>
      </w:r>
      <w:r>
        <w:t>ab hum dunya jo hai, corporate system dunya mein chal raha hai. to political king se dunya mein aaye democratic king, is ke baad aaye corporate king</w:t>
      </w:r>
    </w:p>
    <w:p>
      <w:pPr>
        <w:jc w:val="right"/>
      </w:pPr>
      <w:r>
        <w:t>اب ہم دنیا جو ہے، کارپوریٹ سسٹم دنیا میں چل رہا ہے۔ تو پولیٹیکل کنگ سے دنیا میں آئے ڈیموکریٹک کنگ، اس کے بعد آئے کارپوریٹ کنگ</w:t>
      </w:r>
    </w:p>
    <w:p>
      <w:r>
        <w:rPr>
          <w:b/>
        </w:rPr>
        <w:t xml:space="preserve">[12:15] </w:t>
      </w:r>
      <w:r>
        <w:t>. ab aaj kal jante hain aap ke jo developed countries hain, wahan bhi corporate houses ke khilaaf zabardast hungama ho raha hai. abhi taaza ittila Italy ki, Italy ke baray mein hai, khud America mein ho chuka hai.</w:t>
      </w:r>
    </w:p>
    <w:p>
      <w:pPr>
        <w:jc w:val="right"/>
      </w:pPr>
      <w:r>
        <w:t>۔ اب آج کل جانتے ہیں آپ کہ جو ڈیولپ کنٹریز ہیں، وہاں بھی کارپوریٹ ہاؤسز کے خلاف زبردست ہنگامہ ہو رہا ہے۔ ابھی تازہ اطلاع اٹلی کی، اٹلی کے بارے میں ہے، خود امریکہ میں ہو چکا ہے۔</w:t>
      </w:r>
    </w:p>
    <w:p>
      <w:r>
        <w:rPr>
          <w:b/>
        </w:rPr>
        <w:t xml:space="preserve">[12:29] </w:t>
      </w:r>
      <w:r>
        <w:t>to logon ne dekha ke king ka zamana perfect zamana nahi hai. to democracy laye aur socialist system laye, woh bhi nahi utra un ke mayar par.</w:t>
      </w:r>
    </w:p>
    <w:p>
      <w:pPr>
        <w:jc w:val="right"/>
      </w:pPr>
      <w:r>
        <w:t>تو لوگوں نے دیکھا کہ کنگ کا زمانہ پرفیکٹ زمانہ نہیں ہے۔ تو ڈیموکریسی لائے اور سوشلسٹ سسٹم لائے، وہ بھی نہیں اترا ان کے معیار پر۔</w:t>
      </w:r>
    </w:p>
    <w:p>
      <w:r>
        <w:rPr>
          <w:b/>
        </w:rPr>
        <w:t xml:space="preserve">[12:43] </w:t>
      </w:r>
      <w:r>
        <w:t>to phir is ke khilaaf revolt hua aur phir corporate houses wajood mein aaye. tab bhi woh un ke mayar par nahi utre aur phir ek revolt ho raha hai aaj kal.</w:t>
      </w:r>
    </w:p>
    <w:p>
      <w:pPr>
        <w:jc w:val="right"/>
      </w:pPr>
      <w:r>
        <w:t>تو پھر اس کے خلاف ریولٹ ہوا اور پھر کارپوریٹ ہاؤسز وجود میں آئے۔ تب بھی وہ ان کے معیار پر نہیں اترے اور پھر ایک ریولٹ ہو رہا ہے آج کل۔</w:t>
      </w:r>
    </w:p>
    <w:p>
      <w:r>
        <w:rPr>
          <w:b/>
        </w:rPr>
        <w:t xml:space="preserve">[12:54] </w:t>
      </w:r>
      <w:r>
        <w:t>to ek ke baad ek, yani political king se democratic, democratic king, is se is ke baad corporate king.</w:t>
      </w:r>
    </w:p>
    <w:p>
      <w:pPr>
        <w:jc w:val="right"/>
      </w:pPr>
      <w:r>
        <w:t>تو ایک کے بعد ایک، یعنی پولیٹیکل کنگ سے ڈیموکریٹک، ڈیموکریٹک کنگ، اس سے اس کے بعد کارپوریٹ کنگ۔</w:t>
      </w:r>
    </w:p>
    <w:p>
      <w:r>
        <w:rPr>
          <w:b/>
        </w:rPr>
        <w:t xml:space="preserve">[13:04] </w:t>
      </w:r>
      <w:r>
        <w:t>ab ek naya koi do shahid aanay wala ho.</w:t>
      </w:r>
    </w:p>
    <w:p>
      <w:pPr>
        <w:jc w:val="right"/>
      </w:pPr>
      <w:r>
        <w:t>اب ایک نیا کوئی دو شاہد آنے والا ہو۔</w:t>
      </w:r>
    </w:p>
    <w:p>
      <w:r>
        <w:rPr>
          <w:b/>
        </w:rPr>
        <w:t xml:space="preserve">[13:07] </w:t>
      </w:r>
      <w:r>
        <w:t>to wajah kya hai ke aap is dunya ko jis tarah banaya gaya hai, is mein koi bhi aap perfect system bana hi nahi sakte.</w:t>
      </w:r>
    </w:p>
    <w:p>
      <w:pPr>
        <w:jc w:val="right"/>
      </w:pPr>
      <w:r>
        <w:t>تو وجہ کیا ہے کہ آپ اس دنیا کو جس طرح بنایا گیا ہے، اس میں کوئی بھی آپ پرفیکٹ سسٹم بنا ہی نہیں سکتے۔</w:t>
      </w:r>
    </w:p>
    <w:p>
      <w:r>
        <w:rPr>
          <w:b/>
        </w:rPr>
        <w:t xml:space="preserve">[13:18] </w:t>
      </w:r>
      <w:r>
        <w:t>kyun ke kisi logon ko aap hath baandh nahi sakte, logon ki azaadi ko aap warish kar nahi sakte. to kaise karenge aap? koi kuch na kuch log is mein gadbad kar denge.</w:t>
      </w:r>
    </w:p>
    <w:p>
      <w:pPr>
        <w:jc w:val="right"/>
      </w:pPr>
      <w:r>
        <w:t>کیونکہ کسی لوگوں کو آپ ہاتھ باندھ نہیں سکتے، لوگوں کی آزادی کو آپ وارش کر نہیں سکتے۔ تو کیسے کریں گے آپ؟ کوئی کچھ نہ کچھ لوگ اس میں گڑبڑ کر دیں گے۔</w:t>
      </w:r>
    </w:p>
    <w:p>
      <w:r>
        <w:rPr>
          <w:b/>
        </w:rPr>
        <w:t xml:space="preserve">[13:30] </w:t>
      </w:r>
      <w:r>
        <w:t>yeh haal muslim countries ka hai. muslim countries mein dekhiye, is se pehle king farooq wahan thay, un ke khilaaf hungama hua.</w:t>
      </w:r>
    </w:p>
    <w:p>
      <w:pPr>
        <w:jc w:val="right"/>
      </w:pPr>
      <w:r>
        <w:t>یہ حال مسلم کنٹریز کا ہے۔ مسلم کنٹریز میں دیکھیے، اس سے پہلے کنگ فاروق وہاں تھے، ان کے خلاف ہنگامہ ہوا۔</w:t>
      </w:r>
    </w:p>
    <w:p>
      <w:r>
        <w:rPr>
          <w:b/>
        </w:rPr>
        <w:t xml:space="preserve">[13:39] </w:t>
      </w:r>
      <w:r>
        <w:t>wo hate to to kya hua? jawab nasser aa gaye, un ke khilaaf hua to kya hua? anwar sadat aa gaye, un ke khilaaf phir hungama hua.</w:t>
      </w:r>
    </w:p>
    <w:p>
      <w:pPr>
        <w:jc w:val="right"/>
      </w:pPr>
      <w:r>
        <w:t>وہ ہٹے تو تو کیا ہوا؟ جواب ناصر آ گئے، ان کے خلاف ہوا تو کیا ہوا؟ انور سادات آ گئے، ان کے خلاف پھر ہنگامہ ہوا۔</w:t>
      </w:r>
    </w:p>
    <w:p>
      <w:r>
        <w:rPr>
          <w:b/>
        </w:rPr>
        <w:t xml:space="preserve">[13:47] </w:t>
      </w:r>
      <w:r>
        <w:t>phir hosni mubarak aa gaye, un ke khilaaf hungama hua. ab jo aaya naya, us ke khilaaf hungame jari hain wahan. kyun ke log samajhte hain ke hum imperfect se perfect ki taraf ja rahe hain, haal</w:t>
      </w:r>
    </w:p>
    <w:p>
      <w:pPr>
        <w:jc w:val="right"/>
      </w:pPr>
      <w:r>
        <w:t>پھر حسنی مبارک آ گئے، ان کے خلاف ہنگامہ ہوا۔ اب جو آیا نیا، اس کے خلاف ہنگامے جاری ہیں وہاں۔ کیونکہ لوگ سمجھتے ہیں کہ ہم امپرفیکٹ سے پرفیکٹ کی طرف جا رہے ہیں، حال</w:t>
      </w:r>
    </w:p>
    <w:p>
      <w:r>
        <w:rPr>
          <w:b/>
        </w:rPr>
        <w:t xml:space="preserve">[13:59] </w:t>
      </w:r>
      <w:r>
        <w:t>inhankay woh ek imperfect se doosre imperfect ki taraf ja rahe hotay hain. jitne logon ka haal hai, chahe secular log hon, chahe muslim log hon, woh samajhte hain ke hum imperfect se perfect ki taraf ja rahe hain, jab ke woh ek imperfect se doosre imperfect ki taraf ja rahe hotay hain.</w:t>
      </w:r>
    </w:p>
    <w:p>
      <w:pPr>
        <w:jc w:val="right"/>
      </w:pPr>
      <w:r>
        <w:t>انکہ وہ ایک امپرفیکٹ سے دوسرے امپرفیکٹ کی طرف جا رہے ہوتے ہیں۔ جتنے لوگوں کا حال ہے، چاہے سیکولر لوگ ہوں، چاہے مسلم لوگ ہوں، وہ سمجھتے ہیں کہ ہم امپرفیکٹ سے پرفیکٹ کی طرف جا رہے ہیں، جبکہ وہ ایک امپرفیکٹ سے دوسرے امپرفیکٹ کی طرف جا رہے ہوتے ہیں۔</w:t>
      </w:r>
    </w:p>
    <w:p>
      <w:r>
        <w:rPr>
          <w:b/>
        </w:rPr>
        <w:t xml:space="preserve">[14:18] </w:t>
      </w:r>
      <w:r>
        <w:t>ek less than ideal se doosre less than ideal ki taraf ja rahe hain.</w:t>
      </w:r>
    </w:p>
    <w:p>
      <w:pPr>
        <w:jc w:val="right"/>
      </w:pPr>
      <w:r>
        <w:t>ایک لیس دین آئیڈیل سے دوسرے لیس دین آئیڈیل کی طرف جا رہے ہیں۔</w:t>
      </w:r>
    </w:p>
    <w:p>
      <w:r>
        <w:rPr>
          <w:b/>
        </w:rPr>
        <w:t xml:space="preserve">[14:22] </w:t>
      </w:r>
      <w:r>
        <w:t>to yeh ek bohat bara masla hai ke jitni tehreekein uthein, chahe musalmanon mein, chahe secular logon mein, sab log system ko target kiya.</w:t>
      </w:r>
    </w:p>
    <w:p>
      <w:pPr>
        <w:jc w:val="right"/>
      </w:pPr>
      <w:r>
        <w:t>تو یہ ایک بہت بڑا مسئلہ ہے کہ جتنی تحریکیں اٹھیں، چاہے مسلمانوں میں، چاہے سیکولر لوگوں میں، سب لوگ سسٹم کو ٹارگٹ کیا۔</w:t>
      </w:r>
    </w:p>
    <w:p>
      <w:r>
        <w:rPr>
          <w:b/>
        </w:rPr>
        <w:t xml:space="preserve">[14:30] </w:t>
      </w:r>
      <w:r>
        <w:t>logon ne just society, just system, ideal hukumat jo banni wali nahi thi, nateeja is ka kya hua?</w:t>
      </w:r>
    </w:p>
    <w:p>
      <w:pPr>
        <w:jc w:val="right"/>
      </w:pPr>
      <w:r>
        <w:t>لوگوں نے جسٹ سوسائٹی، جسٹ سسٹم، آئیڈیل حکومت جو بننے والی نہیں تھی، نتیجہ اس کا کیا ہوا؟</w:t>
      </w:r>
    </w:p>
    <w:p>
      <w:r>
        <w:rPr>
          <w:b/>
        </w:rPr>
        <w:t xml:space="preserve">[14:40] </w:t>
      </w:r>
      <w:r>
        <w:t>bohat bara nateeja nikla: har taraf nafrat, har taraf tashaddud. kyun ke jab aap apne maqsad ko achieve nahi kar sakte to aap kahan hain?</w:t>
      </w:r>
    </w:p>
    <w:p>
      <w:pPr>
        <w:jc w:val="right"/>
      </w:pPr>
      <w:r>
        <w:t>بہت بڑا نتیجہ نکلا: ہر طرف نفرت، ہر طرف تشدد۔ کیونکہ جب آپ اپنے مقصد کو اچیو نہیں کر سکتے تو آپ کہاں ہیں؟</w:t>
      </w:r>
    </w:p>
    <w:p>
      <w:r>
        <w:rPr>
          <w:b/>
        </w:rPr>
        <w:t xml:space="preserve">[14:50] </w:t>
      </w:r>
      <w:r>
        <w:t>nafrat k</w:t>
      </w:r>
    </w:p>
    <w:p>
      <w:pPr>
        <w:jc w:val="right"/>
      </w:pPr>
      <w:r>
        <w:t>نفرت ک</w:t>
      </w:r>
    </w:p>
    <w:p>
      <w:r>
        <w:rPr>
          <w:b/>
        </w:rPr>
        <w:t xml:space="preserve">[14:51] </w:t>
      </w:r>
      <w:r>
        <w:t>arenge, tashaddud tashaddud mein utar aayenge. aap mein samajhta hoon ke shaitan ne jo challenge diya tha, shayad is ka yeh irada tha.</w:t>
      </w:r>
    </w:p>
    <w:p>
      <w:pPr>
        <w:jc w:val="right"/>
      </w:pPr>
      <w:r>
        <w:t>ریں گے، تشدد تشدد میں اتر آئیں گے۔ آپ میں سمجھتا ہوں کہ شیطان نے جو چیلنج دیا تھا، شاید اس کا یہ ارادہ تھا۔</w:t>
      </w:r>
    </w:p>
    <w:p>
      <w:r>
        <w:rPr>
          <w:b/>
        </w:rPr>
        <w:t xml:space="preserve">[15:03] </w:t>
      </w:r>
      <w:r>
        <w:t>shaitan bohat hi zaheen hai,</w:t>
      </w:r>
    </w:p>
    <w:p>
      <w:pPr>
        <w:jc w:val="right"/>
      </w:pPr>
      <w:r>
        <w:t>شیطان بہت ہی ذہین ہے،</w:t>
      </w:r>
    </w:p>
    <w:p>
      <w:r>
        <w:rPr>
          <w:b/>
        </w:rPr>
        <w:t xml:space="preserve">[15:08] </w:t>
      </w:r>
      <w:r>
        <w:t>woh janta tha ke insaan ki kamzori kya hai. us ne Allah taala ko challenge diya, us ne kaha ke main saaray insaanon ko behkaunga,</w:t>
      </w:r>
    </w:p>
    <w:p>
      <w:pPr>
        <w:jc w:val="right"/>
      </w:pPr>
      <w:r>
        <w:t>وہ جانتا تھا کہ انسان کی کمزوری کیا ہے۔ اس نے اللہ تعالیٰ کو چیلنج دیا، اس نے کہا کہ میں سارے انسانوں کو بہکاؤں گا،</w:t>
      </w:r>
    </w:p>
    <w:p>
      <w:r>
        <w:rPr>
          <w:b/>
        </w:rPr>
        <w:t xml:space="preserve">[15:21] </w:t>
      </w:r>
      <w:r>
        <w:t>yahan tak ke la tajad akthar shakireen. majority ko to payega ke woh shukr karne walay nahi banay hain.</w:t>
      </w:r>
    </w:p>
    <w:p>
      <w:pPr>
        <w:jc w:val="right"/>
      </w:pPr>
      <w:r>
        <w:t>یہاں تک کہ لا تجد اکثر شاکرین۔ میجورٹی کو تو پائے گا کہ وہ شکر کرنے والے نہیں بنے ہیں۔</w:t>
      </w:r>
    </w:p>
    <w:p>
      <w:r>
        <w:rPr>
          <w:b/>
        </w:rPr>
        <w:t xml:space="preserve">[15:31] </w:t>
      </w:r>
      <w:r>
        <w:t>sab ko main shukr se hata doonga. dekhen, shukr jo hai, wahi sab se bari cheez hai. Alhamdulillah kya hai? woh shukr hai, har cheez shukr hai, yani Allah shukr ka matlab hai Allah ka eteraaf, Allah ko acknowledge karna</w:t>
      </w:r>
    </w:p>
    <w:p>
      <w:pPr>
        <w:jc w:val="right"/>
      </w:pPr>
      <w:r>
        <w:t>سب کو میں شکر سے ہٹا دوں گا۔ دیکھیں، شکر جو ہے، وہی سب سے بڑی چیز ہے۔ الحمدللہ کیا ہے؟ وہ شکر ہے۔ ہر چیز شکر ہے، یعنی اللہ شکر کا معنی ہے اللہ کا اعتراف، اللہ کو اکنالج کرنا</w:t>
      </w:r>
    </w:p>
    <w:p>
      <w:r>
        <w:rPr>
          <w:b/>
        </w:rPr>
        <w:t xml:space="preserve">[15:44] </w:t>
      </w:r>
      <w:r>
        <w:t>to sab se bari cheez jo matloob hai, woh yeh hai ke insaan apne khalq ko shukr kare, yani is acknowledge kare. is ko to acknowledge kab karega?</w:t>
      </w:r>
    </w:p>
    <w:p>
      <w:pPr>
        <w:jc w:val="right"/>
      </w:pPr>
      <w:r>
        <w:t>۔ تو سب سے بڑی چیز جو مطلوب ہے، وہ یہ ہے کہ انسان اپنے خالق کو شکر کرے، یعنی اس اکنالج کرے۔ اس کو تو اکنالج کب کرے گا؟</w:t>
      </w:r>
    </w:p>
    <w:p>
      <w:r>
        <w:rPr>
          <w:b/>
        </w:rPr>
        <w:t xml:space="preserve">[15:54] </w:t>
      </w:r>
      <w:r>
        <w:t>jab ke woh negative thought na ho is ke andar. agar negative thought ho to acknowledge kaise karega? woh phir to shikayatein karega, protest karega, yahan tak tashaddud karega.</w:t>
      </w:r>
    </w:p>
    <w:p>
      <w:pPr>
        <w:jc w:val="right"/>
      </w:pPr>
      <w:r>
        <w:t>جب کہ وہ نیگیٹیو تھاٹ نہ ہو اس کے اندر۔ اگر نیگیٹیو تھاٹ ہو تو اکنالج کیسے کرے گا؟ وہ پھر تو شکایتیں کرے گا، پروٹیسٹ کرے گا، یہاں تک تشدد کرے گا۔</w:t>
      </w:r>
    </w:p>
    <w:p>
      <w:r>
        <w:rPr>
          <w:b/>
        </w:rPr>
        <w:t xml:space="preserve">[16:06] </w:t>
      </w:r>
      <w:r>
        <w:t>to shaitan ne</w:t>
      </w:r>
    </w:p>
    <w:p>
      <w:pPr>
        <w:jc w:val="right"/>
      </w:pPr>
      <w:r>
        <w:t>تو شیطان نے</w:t>
      </w:r>
    </w:p>
    <w:p>
      <w:r>
        <w:rPr>
          <w:b/>
        </w:rPr>
        <w:t xml:space="preserve">[16:08] </w:t>
      </w:r>
      <w:r>
        <w:t>kya kar rakha hai? dekhiye, shaitan ne hum ko, yani muslim ko, non muslim dono ko daal diya hai aise target ki taraf jo achievable nahi hai.</w:t>
      </w:r>
    </w:p>
    <w:p>
      <w:pPr>
        <w:jc w:val="right"/>
      </w:pPr>
      <w:r>
        <w:t>کیا کر رکھا ہے؟ دیکھیے، شیطان نے ہم کو، یعنی مسلم کو، نان مسلم دونوں کو ڈال دیا ہے ایسے ٹارگٹ کی طرف جو اچیوبلی نہیں ہے۔</w:t>
      </w:r>
    </w:p>
    <w:p>
      <w:r>
        <w:rPr>
          <w:b/>
        </w:rPr>
        <w:t xml:space="preserve">[16:19] </w:t>
      </w:r>
      <w:r>
        <w:t>is wajah se achievable nahi hai. yani hum chahte hain ke ideal life, ideal family, ideal society, ideal system, ideal hukumat, is par daal rakha hai shaitan ne.</w:t>
      </w:r>
    </w:p>
    <w:p>
      <w:pPr>
        <w:jc w:val="right"/>
      </w:pPr>
      <w:r>
        <w:t>اس وجہ سے اچیوبل نہیں ہے۔ یعنی ہم چاہتے ہیں کہ آئیڈیل لائف، آئیڈیل فیملی، آئیڈیل سوسائٹی، آئیڈیل سسٹم، آئیڈیل حکومت، اس پر ڈال رکھا ہے شیطان نے۔</w:t>
      </w:r>
    </w:p>
    <w:p>
      <w:r>
        <w:rPr>
          <w:b/>
        </w:rPr>
        <w:t xml:space="preserve">[16:32] </w:t>
      </w:r>
      <w:r>
        <w:t>ab woh achievable nahi hai. to aakhir kaar kya hota hai? hamare</w:t>
      </w:r>
    </w:p>
    <w:p>
      <w:pPr>
        <w:jc w:val="right"/>
      </w:pPr>
      <w:r>
        <w:t>اب وہ اچیوبل نہیں ہے۔ تو آخر کار کیا ہوتا ہے؟ ہمارے</w:t>
      </w:r>
    </w:p>
    <w:p>
      <w:r>
        <w:rPr>
          <w:b/>
        </w:rPr>
        <w:t xml:space="preserve">[16:36] </w:t>
      </w:r>
      <w:r>
        <w:t>hisse mein aata hai, woh aata hai hate, nafrat, shikayat, protest. aakhir mein phir tashaddud ladne khade hote hain.</w:t>
      </w:r>
    </w:p>
    <w:p>
      <w:pPr>
        <w:jc w:val="right"/>
      </w:pPr>
      <w:r>
        <w:t>حصے میں آتا ہے، وہ آتا ہے ہیٹ، نفرت، شکایت، پروٹیسٹ۔ آخر میں پھر تشدد لڑنے کھڑے ہوتے ہیں۔</w:t>
      </w:r>
    </w:p>
    <w:p>
      <w:r>
        <w:rPr>
          <w:b/>
        </w:rPr>
        <w:t xml:space="preserve">[16:47] </w:t>
      </w:r>
      <w:r>
        <w:t>to main samajhta hoon ke bohat baar lagta hai, is ko hamein jaanna chahiye ke hamari tehreekon ko individual based hona chahiye, na ke system based.</w:t>
      </w:r>
    </w:p>
    <w:p>
      <w:pPr>
        <w:jc w:val="right"/>
      </w:pPr>
      <w:r>
        <w:t>تو میں سمجھتا ہوں کہ بہت بار لگتا ہے، اس کو ہمیں جاننا چاہیے کہ ہماری تحریکوں کو انڈیویجول بیسڈ ہونا چاہیے، نہ کہ سسٹم بیسڈ۔</w:t>
      </w:r>
    </w:p>
    <w:p>
      <w:r>
        <w:rPr>
          <w:b/>
        </w:rPr>
        <w:t xml:space="preserve">[16:58] </w:t>
      </w:r>
      <w:r>
        <w:t>hum fard ko target karein, individual ko target karein,</w:t>
      </w:r>
    </w:p>
    <w:p>
      <w:pPr>
        <w:jc w:val="right"/>
      </w:pPr>
      <w:r>
        <w:t>ہم فرد کو ٹارگٹ کریں، انڈیویجول کو ٹارگٹ کریں،</w:t>
      </w:r>
    </w:p>
    <w:p>
      <w:r>
        <w:rPr>
          <w:b/>
        </w:rPr>
        <w:t xml:space="preserve">[17:02] </w:t>
      </w:r>
      <w:r>
        <w:t>yani ek mind ko hum engineer karein, engineer kar ke is ko banayein, positive thinker banayein, shukr layein is ke andar, is ke andar yani khalq ka sahi tasawwur layein.</w:t>
      </w:r>
    </w:p>
    <w:p>
      <w:pPr>
        <w:jc w:val="right"/>
      </w:pPr>
      <w:r>
        <w:t>یعنی ایک مائنڈ کو ہم انجینئر کر، انجینئر کر کے اس کو بنائیں، پازیٹیو تھنکر بنائیں، شکر لائیں اس کے اندر، اس کے اندر یعنی خالق کا صحیح تصور لائیں۔</w:t>
      </w:r>
    </w:p>
    <w:p>
      <w:r>
        <w:rPr>
          <w:b/>
        </w:rPr>
        <w:t xml:space="preserve">[17:17] </w:t>
      </w:r>
      <w:r>
        <w:t>to individual level par aap kamyab ho sakte hain, sab sab system ke level par nahi. ab dekhiye ke poori tareekh mein bohat achhe achhe insaan guzre hain.</w:t>
      </w:r>
    </w:p>
    <w:p>
      <w:pPr>
        <w:jc w:val="right"/>
      </w:pPr>
      <w:r>
        <w:t>تو انڈیویجول لیول پر آپ کامیاب ہو سکتے ہیں، سب سب سسٹم کے لیول پر نہیں۔ اب دیکھیے کہ پوری تاریخ میں بہت اچھے اچھے انسان گزرے ہیں۔</w:t>
      </w:r>
    </w:p>
    <w:p>
      <w:r>
        <w:rPr>
          <w:b/>
        </w:rPr>
        <w:t xml:space="preserve">[17:30] </w:t>
      </w:r>
      <w:r>
        <w:t>poori tareekh mein kabhi bhi koi just system to nahi hai, ek bhi nahi. ideal system kabhi koi tareekh mein tha nahi. koi adib log naqsha banate honge, tareekh ke aitbaar se koi system ideal system nahi tha.</w:t>
      </w:r>
    </w:p>
    <w:p>
      <w:pPr>
        <w:jc w:val="right"/>
      </w:pPr>
      <w:r>
        <w:t>پوری تاریخ میں کبھی بھی کوئی جسٹ سسٹم تو نہیں ہے، ایک بھی نہیں۔ آئیڈیل سسٹم کبھی کوئی تاریخ میں تھا نہیں۔ کوئی ادیب لوگ نقشہ بناتے ہوں گے، تاریخ کے اعتبار سے کوئی سسٹم آئیڈیل سسٹم نہیں تھا۔</w:t>
      </w:r>
    </w:p>
    <w:p>
      <w:r>
        <w:rPr>
          <w:b/>
        </w:rPr>
        <w:t xml:space="preserve">[17:44] </w:t>
      </w:r>
      <w:r>
        <w:t>individual log paida</w:t>
      </w:r>
    </w:p>
    <w:p>
      <w:pPr>
        <w:jc w:val="right"/>
      </w:pPr>
      <w:r>
        <w:t>انڈیویجول لوگ پیدا</w:t>
      </w:r>
    </w:p>
    <w:p>
      <w:r>
        <w:rPr>
          <w:b/>
        </w:rPr>
        <w:t xml:space="preserve">[17:46] </w:t>
      </w:r>
      <w:r>
        <w:t>huye. maslan main sochta hoon ke Hazrat Adam ke jo do bete the, Qabil aur Habil, jab Qabil ne kaha: "main tumhein maar dalunga", us ne kaha ke "agar tum mujh ko maarne ke liye utho to main tum ko maarne ke liye nahi uthunga.</w:t>
      </w:r>
    </w:p>
    <w:p>
      <w:pPr>
        <w:jc w:val="right"/>
      </w:pPr>
      <w:r>
        <w:t>ہوئیے۔ مثلاً میں سوچتا ہوں کہ حضرت آدم کے جو دو بیٹے تھے، قابیل اور ہابیل، جب قابیل نے کہا: "میں تمہیں مار ڈالوں گا"، اس نے کہا کہ "اگر تم مجھ کو مارنے کے لیے اٹھو تو میں تم کو مارنے کے لیے نہیں اٹھوں گا۔</w:t>
      </w:r>
    </w:p>
    <w:p>
      <w:r>
        <w:rPr>
          <w:b/>
        </w:rPr>
        <w:t xml:space="preserve">[18:03] </w:t>
      </w:r>
      <w:r>
        <w:t>main yak tarfa taur par bardasht karunga.</w:t>
      </w:r>
    </w:p>
    <w:p>
      <w:pPr>
        <w:jc w:val="right"/>
      </w:pPr>
      <w:r>
        <w:t>میں یکطرفہ طور پر برداشت کروں گا۔</w:t>
      </w:r>
    </w:p>
    <w:p>
      <w:r>
        <w:rPr>
          <w:b/>
        </w:rPr>
        <w:t xml:space="preserve">[18:07] </w:t>
      </w:r>
      <w:r>
        <w:t>" yeh high, yani yani bohat bara ideal ka mamla tha yeh ke main zulm nahi karunga, chahe tum zulm karo.</w:t>
      </w:r>
    </w:p>
    <w:p>
      <w:pPr>
        <w:jc w:val="right"/>
      </w:pPr>
      <w:r>
        <w:t>" یہ ہائی، یعنی یعنی بہت بڑا آئیڈیل کا معاملہ تھا یہ کہ میں ظلم نہیں کروں گا، چاہے تم ظلم کرو۔</w:t>
      </w:r>
    </w:p>
    <w:p>
      <w:r>
        <w:rPr>
          <w:b/>
        </w:rPr>
        <w:t xml:space="preserve">[18:18] </w:t>
      </w:r>
      <w:r>
        <w:t>is tarah se Hazrat Nuh ko dekhiye, aap 900 saal tak ek insaan logon ki khair khwahi mein jeeta hai, logon ki islaah ke liye jeeta hai.</w:t>
      </w:r>
    </w:p>
    <w:p>
      <w:pPr>
        <w:jc w:val="right"/>
      </w:pPr>
      <w:r>
        <w:t>اس طرح سے حضرت نوح کو دیکھیے، آپ 900 سال تک ایک انسان لوگوں کی خیر خواہی میں جیتا ہے، لوگوں کی اصلاح کے لیے جیتا ہے۔</w:t>
      </w:r>
    </w:p>
    <w:p>
      <w:r>
        <w:rPr>
          <w:b/>
        </w:rPr>
        <w:t xml:space="preserve">[18:27] </w:t>
      </w:r>
      <w:r>
        <w:t>900 saal tak kitna ajeeb un ka un ka dil, kitna bara dil hoga ke insaan ki khair khwahi mein 900 saal tak jeete rahe ho.</w:t>
      </w:r>
    </w:p>
    <w:p>
      <w:pPr>
        <w:jc w:val="right"/>
      </w:pPr>
      <w:r>
        <w:t>900 سال تک کتنا عجیب ان کا ان کا دل، کتنا بڑا دل ہوگا کہ انسان کی خیر خواہی میں 900 سال تک جیتے رہے ہو۔</w:t>
      </w:r>
    </w:p>
    <w:p>
      <w:r>
        <w:rPr>
          <w:b/>
        </w:rPr>
        <w:t xml:space="preserve">[18:38] </w:t>
      </w:r>
      <w:r>
        <w:t>to individual layer pe itna bara insaan wajood mein aaya. is tarah se dekhiye, aap Hajra yani desert mein ja kar bas gayeen, woh sirf is liye ke ek nayi nasal bane.</w:t>
      </w:r>
    </w:p>
    <w:p>
      <w:pPr>
        <w:jc w:val="right"/>
      </w:pPr>
      <w:r>
        <w:t>تو انڈیویجول لیئر پہ اتنا بڑا انسان وجود میں آیا۔ اس طرح سے دیکھیے، آپ ہاجرہ یعنی ڈیزرٹ میں جا کر بس گئیں، وہ صرف اس لیے کہ ایک نئی نسل بنے۔</w:t>
      </w:r>
    </w:p>
    <w:p>
      <w:r>
        <w:rPr>
          <w:b/>
        </w:rPr>
        <w:t xml:space="preserve">[18:52] </w:t>
      </w:r>
      <w:r>
        <w:t>aur mukalma aata hai Bukhari mein ke Hazrat Ibrahim se unho ne kaha ke "kahan hum ko chhode ja rahe hain? aap is desert mein, yahan to na pani hai, na khana hai, na kuch hai, na kuch hai." to Hazrat Ibrahim ne koi jawab nahi diya.</w:t>
      </w:r>
    </w:p>
    <w:p>
      <w:pPr>
        <w:jc w:val="right"/>
      </w:pPr>
      <w:r>
        <w:t>اور مکالمہ آتا ہے بخاری میں کہ حضرت ابراہیم سے انہوں نے کہا کہ "کہاں ہم کو چھوڑے جا رہے ہیں؟ آپ اس ڈیزرٹ میں، یہاں تو نہ پانی ہے، نہ کھانا ہے، نہ کچھ ہے، نہ کچھ ہے۔" تو حضرت ابراہیم نے کوئی جواب نہیں دیا۔</w:t>
      </w:r>
    </w:p>
    <w:p>
      <w:r>
        <w:rPr>
          <w:b/>
        </w:rPr>
        <w:t xml:space="preserve">[19:08] </w:t>
      </w:r>
      <w:r>
        <w:t>to</w:t>
      </w:r>
    </w:p>
    <w:p>
      <w:pPr>
        <w:jc w:val="right"/>
      </w:pPr>
      <w:r>
        <w:t>تو</w:t>
      </w:r>
    </w:p>
    <w:p>
      <w:r>
        <w:rPr>
          <w:b/>
        </w:rPr>
        <w:t xml:space="preserve">[19:11] </w:t>
      </w:r>
      <w:r>
        <w:t>kai baar poocha. to phir Hajra ne kaha ke "kya Allah ne aap ko is ka hukum diya hai?" to Hazrat Ibrahim ne kaha ke "haan." to phir us bande Khuda ne kaha ke "phir Allah hum ko zaya nahi karega." to us desert mein, jahan ke sabza nahi tha, jahan pani nahi tha, kuch bhi nahi tha,</w:t>
      </w:r>
    </w:p>
    <w:p>
      <w:pPr>
        <w:jc w:val="right"/>
      </w:pPr>
      <w:r>
        <w:t>کئی بار پوچھا۔ تو پھر ہاجرہ نے کہا کہ "کیا اللہ نے آپ کو اس کا حکم دیا ہے؟" تو حضرت ابراہیم نے کہا کہ "ہاں۔" تو پھر اس بندے خدا نے کہا کہ "پھر اللہ ہم کو ضائع نہیں کرے گا۔" تو اس ڈیزرٹ میں، جہاں کہ سبزہ نہیں تھا، جہاں پانی نہیں تھا، کچھ بھی نہیں تھا،</w:t>
      </w:r>
    </w:p>
    <w:p>
      <w:r>
        <w:rPr>
          <w:b/>
        </w:rPr>
        <w:t xml:space="preserve">[19:30] </w:t>
      </w:r>
      <w:r>
        <w:t>ek ek aurat ne yeh kaha ke "Allah hum ko zaya nahi karega."</w:t>
      </w:r>
    </w:p>
    <w:p>
      <w:pPr>
        <w:jc w:val="right"/>
      </w:pPr>
      <w:r>
        <w:t>ایک ایک عورت نے یہ کہا کہ "اللہ ہم کو ضائع نہیں کرے گا۔"</w:t>
      </w:r>
    </w:p>
    <w:p>
      <w:r>
        <w:rPr>
          <w:b/>
        </w:rPr>
        <w:t xml:space="preserve">[19:35] </w:t>
      </w:r>
      <w:r>
        <w:t>ek azeem azeem character hai, jis ki misaal tareekh mein bohat kam milegi. to is tarah ke individual hamesha paida hue hain, hamesha.</w:t>
      </w:r>
    </w:p>
    <w:p>
      <w:pPr>
        <w:jc w:val="right"/>
      </w:pPr>
      <w:r>
        <w:t>ایک عظیم عظیم کریکٹر ہے، جس کی مثال تاریخ میں بہت کم ملے گی۔ تو اس طرح کے انڈیویجول ہمیشہ پیدا ہوئے ہیں، ہمیشہ۔</w:t>
      </w:r>
    </w:p>
    <w:p>
      <w:r>
        <w:rPr>
          <w:b/>
        </w:rPr>
        <w:t xml:space="preserve">[19:46] </w:t>
      </w:r>
      <w:r>
        <w:t>to Allah ka mansha kya hai? individual paida karna, individual level par aala insan paida karna. aur phir poori tareekh se yeh saare individuals se jo hain, unka selection hoga,</w:t>
      </w:r>
    </w:p>
    <w:p>
      <w:pPr>
        <w:jc w:val="right"/>
      </w:pPr>
      <w:r>
        <w:t>تو اللہ کا منشا کیا ہے؟ انڈیویجول پیدا کرنا، انڈیویجول لیول پر اعلیٰ انسان پیدا کرنا۔ اور پھر پوری تاریخ سے یہ سارے انڈیویجولز سے جو ہیں، ان کا سلیکشن ہوگا،</w:t>
      </w:r>
    </w:p>
    <w:p>
      <w:r>
        <w:rPr>
          <w:b/>
        </w:rPr>
        <w:t xml:space="preserve">[19:59] </w:t>
      </w:r>
      <w:r>
        <w:t>unka intikhab kiya jayega.</w:t>
      </w:r>
    </w:p>
    <w:p>
      <w:pPr>
        <w:jc w:val="right"/>
      </w:pPr>
      <w:r>
        <w:t>ان کا انتخاب کیا جائے گا۔</w:t>
      </w:r>
    </w:p>
    <w:p>
      <w:r>
        <w:rPr>
          <w:b/>
        </w:rPr>
        <w:t xml:space="preserve">[20:02] </w:t>
      </w:r>
      <w:r>
        <w:t>poori tareekh se, yani Habil se shuru kar ke aakhir tak, jo bhi aise individual hain jinhone aala kirdaar ka saboot diya, jinhone aala insaniyat ka saboot diya, jinhone aala Khuda parasti ka saboot diya, jinhone aala taqwa ka saboot diya,</w:t>
      </w:r>
    </w:p>
    <w:p>
      <w:pPr>
        <w:jc w:val="right"/>
      </w:pPr>
      <w:r>
        <w:t>پوری تاریخ سے، یعنی ہابیل سے شروع کر کے آخر تک، جو بھی ایسے انڈیویجول ہیں جنہوں نے اعلیٰ کردار کا ثبوت دیا، جنہوں نے اعلیٰ انسانیت کا ثبوت دیا، جنہوں نے اعلیٰ خدا پرستی کا ثبوت دیا، جنہوں نے اعلیٰ تقویٰ کا ثبوت دیا،</w:t>
      </w:r>
    </w:p>
    <w:p>
      <w:r>
        <w:rPr>
          <w:b/>
        </w:rPr>
        <w:t xml:space="preserve">[20:19] </w:t>
      </w:r>
      <w:r>
        <w:t>to unko select kiya jayega jo is qabil thairen ge ke paradise mein basaye jayen. to poori tareekh ke aise jo individuals hain, unko ikhatta kar liya jayega</w:t>
      </w:r>
    </w:p>
    <w:p>
      <w:pPr>
        <w:jc w:val="right"/>
      </w:pPr>
      <w:r>
        <w:t>تو ان کو سلیکٹ کیا جائے گا جو اس قابل ٹھہریں گے کہ پیرڈائز میں بسائے جائیں۔ تو پوری تاریخ کے ایسے جو انڈیویجولز ہیں، ان کو اکٹھا کر لیا جائے گا</w:t>
      </w:r>
    </w:p>
    <w:p>
      <w:r>
        <w:rPr>
          <w:b/>
        </w:rPr>
        <w:t xml:space="preserve">[20:31] </w:t>
      </w:r>
      <w:r>
        <w:t>aur unko basaya jayega wahan. yeh matlab hai is ayat ka, jismein hai ke ek ayat hai Quran Majeed mein ke woh yani Al-Jannah ke bare mein ke "اولائک ما النبیین وصدیقین وشہداء وصالحین".</w:t>
      </w:r>
    </w:p>
    <w:p>
      <w:pPr>
        <w:jc w:val="right"/>
      </w:pPr>
      <w:r>
        <w:t>اور ان کو بسایا جائے گا وہاں۔ یہ مطلب ہے اس آیت کا، جس میں ہے کہ ایک آیت ہے قرآن مجید میں کہ وہ یعنی الجنت کے بارے میں کہ "اولائک ما النبیین وصدیقین وشہداء وصالحین"۔</w:t>
      </w:r>
    </w:p>
    <w:p>
      <w:r>
        <w:rPr>
          <w:b/>
        </w:rPr>
        <w:t xml:space="preserve">[20:51] </w:t>
      </w:r>
      <w:r>
        <w:t>wahan wahan sun "اولائک رفیقہ"</w:t>
      </w:r>
    </w:p>
    <w:p>
      <w:pPr>
        <w:jc w:val="right"/>
      </w:pPr>
      <w:r>
        <w:t>وہاں وہاں سن "اولائک رفیقہ"</w:t>
      </w:r>
    </w:p>
    <w:p>
      <w:r>
        <w:rPr>
          <w:b/>
        </w:rPr>
        <w:t xml:space="preserve">[20:54] </w:t>
      </w:r>
      <w:r>
        <w:t>ke ahle jannah jo hain, nabiyon ke sath honge, siddiqeen ke sath honge, shuhada ke sath honge, sulaha ke sath honge, aur yeh behtareen rifaqat hai.</w:t>
      </w:r>
    </w:p>
    <w:p>
      <w:pPr>
        <w:jc w:val="right"/>
      </w:pPr>
      <w:r>
        <w:t>کہ اہل جنت جو ہیں، نبیوں کے ساتھ ہوں گے، صدیقین کے ساتھ ہوں گے، شہداء کے ساتھ ہوں گے، صلحاء کے ساتھ ہوں گے، اور یہ بہترین رفاقت ہے۔</w:t>
      </w:r>
    </w:p>
    <w:p>
      <w:r>
        <w:rPr>
          <w:b/>
        </w:rPr>
        <w:t xml:space="preserve">[21:05] </w:t>
      </w:r>
      <w:r>
        <w:t>to</w:t>
      </w:r>
    </w:p>
    <w:p>
      <w:pPr>
        <w:jc w:val="right"/>
      </w:pPr>
      <w:r>
        <w:t>تو</w:t>
      </w:r>
    </w:p>
    <w:p>
      <w:r>
        <w:rPr>
          <w:b/>
        </w:rPr>
        <w:t xml:space="preserve">[21:06] </w:t>
      </w:r>
      <w:r>
        <w:t>iska matlab kya hai? poori tareekh ke woh afraad jo nabi bane, jo siddiq sabit kiya, jinhone apne aap ko jo dua the, shuhada ka bane, dua aur salihin, jo pakiza character wale log the, un sab ko chun chun kar, chun chun kar poori tareekh se unko la kar basaya jayega jannat mein.</w:t>
      </w:r>
    </w:p>
    <w:p>
      <w:pPr>
        <w:jc w:val="right"/>
      </w:pPr>
      <w:r>
        <w:t>اس کا مطلب کیا ہے؟ پوری تاریخ کے وہ افراد جو نبی بنے، جو صدیق ثابت کیا، جنہوں نے اپنے آپ کو جو دعا تھے، شہداء کا بنے، دعا اور صالحین، جو پاکیزہ کریکٹر والے لوگ تھے، ان سب کو چن چن کر، چن چن کر پوری تاریخ سے ان کو لا کر بسایا جائے گا جنت میں۔</w:t>
      </w:r>
    </w:p>
    <w:p>
      <w:r>
        <w:rPr>
          <w:b/>
        </w:rPr>
        <w:t xml:space="preserve">[21:28] </w:t>
      </w:r>
      <w:r>
        <w:t>to jannat ek muashra hai, ideal muashra,</w:t>
      </w:r>
    </w:p>
    <w:p>
      <w:pPr>
        <w:jc w:val="right"/>
      </w:pPr>
      <w:r>
        <w:t>تو جنت ایک معاشرہ ہے، آئیڈیل معاشرہ،</w:t>
      </w:r>
    </w:p>
    <w:p>
      <w:r>
        <w:rPr>
          <w:b/>
        </w:rPr>
        <w:t xml:space="preserve">[21:33] </w:t>
      </w:r>
      <w:r>
        <w:t>jis ideal muashre ki hum talash mein hain, woh durust jannat hai. dunya mein nahi ban sakta hai, woh dunya mein nahi ban hi nahi sakta, woh na kabhi bana, na aage banega.</w:t>
      </w:r>
    </w:p>
    <w:p>
      <w:pPr>
        <w:jc w:val="right"/>
      </w:pPr>
      <w:r>
        <w:t>جس آئیڈیل معاشرے کی ہم تلاش میں ہیں، وہ درست جنت ہے۔ دنیا میں نہیں بن سکتا ہے، وہ دنیا میں نہیں بن ہی نہیں سکتا، وہ نہ کبھی بنا، نہ آگے بنے گا۔</w:t>
      </w:r>
    </w:p>
    <w:p>
      <w:r>
        <w:rPr>
          <w:b/>
        </w:rPr>
        <w:t xml:space="preserve">[21:43] </w:t>
      </w:r>
      <w:r>
        <w:t>woh aap dekhiye ke zulm ke khilaf hamari tareekh mein Hazrat Hussain ne aaghaz kiya zulm ke khilaf takrao ka, aur asr Arfat tak jaari hai.</w:t>
      </w:r>
    </w:p>
    <w:p>
      <w:pPr>
        <w:jc w:val="right"/>
      </w:pPr>
      <w:r>
        <w:t>وہ آپ دیکھیے کہ ظلم کے خلاف ہماری تاریخ میں حضرت حسین نے آغاز کیا ظلم کے خلاف ٹکراؤ کا، اور عصر عرفات تک جاری ہے۔</w:t>
      </w:r>
    </w:p>
    <w:p>
      <w:r>
        <w:rPr>
          <w:b/>
        </w:rPr>
        <w:t xml:space="preserve">[21:57] </w:t>
      </w:r>
      <w:r>
        <w:t>woh kabhi zulm khatm hua, kabhi yani poore yani ideal ma'ne mein justice qaim hui, kabhi nahi hui.</w:t>
      </w:r>
    </w:p>
    <w:p>
      <w:pPr>
        <w:jc w:val="right"/>
      </w:pPr>
      <w:r>
        <w:t>وہ کبھی ظلم ختم ہوا، کبھی یعنی پورے یعنی آئیڈیل معنی میں جسٹس قائم ہوئی، کبھی نہیں ہوئی۔</w:t>
      </w:r>
    </w:p>
    <w:p>
      <w:r>
        <w:rPr>
          <w:b/>
        </w:rPr>
        <w:t xml:space="preserve">[22:06] </w:t>
      </w:r>
      <w:r>
        <w:t>lekin is is darmiyan mein bahut se aala afraad mile, bahut se aala aala afraad. to misal ke taur par, ek Khilafat-e-Rashida ke zamane mein ek jang mein,</w:t>
      </w:r>
    </w:p>
    <w:p>
      <w:pPr>
        <w:jc w:val="right"/>
      </w:pPr>
      <w:r>
        <w:t>لیکن اس اس درمیان میں بہت سے اعلیٰ افراد ملے، بہت سے اعلیٰ اعلیٰ افراد۔ تو مثال کے طور پر، ایک خلافت راشدہ کے زمانے میں ایک جنگ میں،</w:t>
      </w:r>
    </w:p>
    <w:p>
      <w:r>
        <w:rPr>
          <w:b/>
        </w:rPr>
        <w:t xml:space="preserve">[22:20] </w:t>
      </w:r>
      <w:r>
        <w:t>jo Iran se jang jo hui thi, to Iran ke badshah ka jo taaj jo tha, woh ek Muslim sipahi ke hath mein aaya.</w:t>
      </w:r>
    </w:p>
    <w:p>
      <w:pPr>
        <w:jc w:val="right"/>
      </w:pPr>
      <w:r>
        <w:t>جو ایران سے جنگ جو ہوئی تھی، تو ایران کے بادشاہ کا جو تاج جو تھا، وہ ایک مسلم سپاہی کے ہاتھ میں آیا۔</w:t>
      </w:r>
    </w:p>
    <w:p>
      <w:r>
        <w:rPr>
          <w:b/>
        </w:rPr>
        <w:t xml:space="preserve">[22:30] </w:t>
      </w:r>
      <w:r>
        <w:t>to woh taaj mein heere jawahir the, bahut hi yani beshe qeemat taaj tha. woh usne kapde mein lapeta, aur lapet kar ke usko apne sardar ke paas le gaya.</w:t>
      </w:r>
    </w:p>
    <w:p>
      <w:pPr>
        <w:jc w:val="right"/>
      </w:pPr>
      <w:r>
        <w:t>تو وہ تاج میں ہیرے جواہر تھے، بہت ہی یعنی بے شقیمت تاج تھا۔ وہ اس نے کپڑے میں لپیٹا، اور لپیٹ کر کے اس کو اپنے سردار کے پاس لے گیا۔</w:t>
      </w:r>
    </w:p>
    <w:p>
      <w:r>
        <w:rPr>
          <w:b/>
        </w:rPr>
        <w:t xml:space="preserve">[22:41] </w:t>
      </w:r>
      <w:r>
        <w:t>woh raat ka waqt tha, to sardar ke samne rakh diya usne woh taaj.</w:t>
      </w:r>
    </w:p>
    <w:p>
      <w:pPr>
        <w:jc w:val="right"/>
      </w:pPr>
      <w:r>
        <w:t>وہ رات کا وقت تھا، تو سردار کے سامنے رکھ دیا اس نے وہ تاج۔</w:t>
      </w:r>
    </w:p>
    <w:p>
      <w:r>
        <w:rPr>
          <w:b/>
        </w:rPr>
        <w:t xml:space="preserve">[22:49] </w:t>
      </w:r>
      <w:r>
        <w:t>to sardar ne poocha ke naam poocha uska, "tumhara naam kya hai? tum kaun ho?" to raat ke andhere mein woh nikla khayme se, aur andhere mein nikal gaya, gum ho gaya, yani ghayab ho gaya ke jiske liye maine aisa kiya hai, woh woh mera naam janta hai.</w:t>
      </w:r>
    </w:p>
    <w:p>
      <w:pPr>
        <w:jc w:val="right"/>
      </w:pPr>
      <w:r>
        <w:t>تو سردار نے پوچھا کہ نام پوچھا اس کا، "تمہارا نام کیا ہے؟ تم کون ہو؟" تو رات کے اندھیرے میں وہ نکلا خیمے سے، اور اندھیرے میں نکل گیا، گم ہو گیا، یعنی غائب ہو گیا کہ جس کے لیے میں نے ایسا کیا ہے، وہ وہ میرا نام جانتا ہے۔</w:t>
      </w:r>
    </w:p>
    <w:p>
      <w:r>
        <w:rPr>
          <w:b/>
        </w:rPr>
        <w:t xml:space="preserve">[23:09] </w:t>
      </w:r>
      <w:r>
        <w:t>aise afraad paida hue hain,</w:t>
      </w:r>
    </w:p>
    <w:p>
      <w:pPr>
        <w:jc w:val="right"/>
      </w:pPr>
      <w:r>
        <w:t>ایسے افراد پیدا ہوئے ہیں،</w:t>
      </w:r>
    </w:p>
    <w:p>
      <w:r>
        <w:rPr>
          <w:b/>
        </w:rPr>
        <w:t xml:space="preserve">[23:11] </w:t>
      </w:r>
      <w:r>
        <w:t>itne selfless, itne honest, itne pious, itne taqwa wale, itne Allah wale. to afraad poori tareekh mein paida hue hain, poori tareekh mein.</w:t>
      </w:r>
    </w:p>
    <w:p>
      <w:pPr>
        <w:jc w:val="right"/>
      </w:pPr>
      <w:r>
        <w:t>اتنے سیلف لیس، اتنے آنیسٹ، اتنے پائست، اتنے تقویٰ والے، اتنے اللہ والے۔ تو افراد پوری تاریخ میں پیدا ہوئے ہیں، پوری تاریخ میں۔</w:t>
      </w:r>
    </w:p>
    <w:p>
      <w:r>
        <w:rPr>
          <w:b/>
        </w:rPr>
        <w:t xml:space="preserve">[23:25] </w:t>
      </w:r>
      <w:r>
        <w:t>to yeh is is liye ek yani Khudaai jo Khuda ki jo scheme of things hai, uske mutabiq yeh dunya selection ground hai, selection ground.</w:t>
      </w:r>
    </w:p>
    <w:p>
      <w:pPr>
        <w:jc w:val="right"/>
      </w:pPr>
      <w:r>
        <w:t>تو یہ اس اس لیے ایک یعنی خدائی جو خدا کی جو اسکیم آف تھنگز ہے، اس کے مطابق یہ دنیا سلیکشن گراؤنڈ ہے، سلیکشن گراؤنڈ۔</w:t>
      </w:r>
    </w:p>
    <w:p>
      <w:r>
        <w:rPr>
          <w:b/>
        </w:rPr>
        <w:t xml:space="preserve">[23:38] </w:t>
      </w:r>
      <w:r>
        <w:t>yani har daur mein log select kiye ja rahe hain, Habil se le kar ke Adam se le kar ke, yeh selection jaari hai.</w:t>
      </w:r>
    </w:p>
    <w:p>
      <w:pPr>
        <w:jc w:val="right"/>
      </w:pPr>
      <w:r>
        <w:t>یعنی ہر دور میں لوگ سلیکٹ کیے جا رہے ہیں، ہابیل سے لے کر کے آدم سے لے کر کے، یہ سلیکشن جاری ہے۔</w:t>
      </w:r>
    </w:p>
    <w:p>
      <w:r>
        <w:rPr>
          <w:b/>
        </w:rPr>
        <w:t xml:space="preserve">[23:47] </w:t>
      </w:r>
      <w:r>
        <w:t>to poori tareekh se selected log, selected log jo jinhone sabit kiya apne amal se, "they are deserving candidates for the paradise", unko ikhatta kar ke woh ab is ideal world mein basa diya jayega jo Khuda ke paros mein hai, jiska naam paradise hai.</w:t>
      </w:r>
    </w:p>
    <w:p>
      <w:pPr>
        <w:jc w:val="right"/>
      </w:pPr>
      <w:r>
        <w:t>تو پوری تاریخ سے سلیکٹڈ لوگ، سلیکٹڈ لوگ جو جنہوں نے ثابت کیا اپنے عمل سے، "دے آر ڈیزرونگ کینڈیڈیٹ فار دی پیرڈائز"، ان کو اکٹھا کر کے وہ اب اس آئیڈیل ورلڈ میں بسا دیا جائے گا جو خدا کے پڑوس میں ہے، جس کا نام پیرڈائز ہے۔</w:t>
      </w:r>
    </w:p>
    <w:p>
      <w:r>
        <w:rPr>
          <w:b/>
        </w:rPr>
        <w:t xml:space="preserve">[24:06] </w:t>
      </w:r>
      <w:r>
        <w:t>to yeh hai Allah ke naqsha-e-takhlioq. ab kya ho raha hai ke hamare jo philosophers hain, hamare jo reformers hain, hamare jo thinkers hain, woh chahte hain ke isi dunya mein woh jannat banayen.</w:t>
      </w:r>
    </w:p>
    <w:p>
      <w:pPr>
        <w:jc w:val="right"/>
      </w:pPr>
      <w:r>
        <w:t>تو یہ ہے اللہ کے نقشہ تخلیق۔ اب کیا ہو رہا ہے کہ ہمارے جو فلاسفرز ہیں، ہمارے جو ریفارمرز ہیں، ہمارے جو تھنکرز ہیں، وہ چاہتے ہیں کہ اسی دنیا میں وہ جنت بنائیں۔</w:t>
      </w:r>
    </w:p>
    <w:p>
      <w:r>
        <w:rPr>
          <w:b/>
        </w:rPr>
        <w:t xml:space="preserve">[24:24] </w:t>
      </w:r>
      <w:r>
        <w:t>jannat ka matlab isi dunya mein woh ideal society banayen, ideal system banayen, ideal hukoomat banayen, ideal family banayen. to woh ban nahi pata, kyunke dunya iske liye banayi nahi gayi hai.</w:t>
      </w:r>
    </w:p>
    <w:p>
      <w:pPr>
        <w:jc w:val="right"/>
      </w:pPr>
      <w:r>
        <w:t>جنت کا مطلب اسی دنیا میں وہ آئیڈیل سوسائٹی بنائیں، آئیڈیل سسٹم بنائیں، آئیڈیل حکومت بنائیں، آئیڈیل فیملی بنائیں۔ تو وہ بن نہیں پاتا، کیونکہ دنیا اس کے لیے بنائی نہیں گئی ہے۔</w:t>
      </w:r>
    </w:p>
    <w:p>
      <w:r>
        <w:rPr>
          <w:b/>
        </w:rPr>
        <w:t xml:space="preserve">[24:36] </w:t>
      </w:r>
      <w:r>
        <w:t>yeh khuda ke is ke maaf things ke khilaaf hai. Yeh to is wajah se yani jo secular log hain, woh bhi negativity mein jeete hain, jo muslim log hain, woh bhi negativity mein jeete hain, kyunke dekhte hain ke hamari koshish ka koi result nahi nikla.</w:t>
      </w:r>
    </w:p>
    <w:p>
      <w:pPr>
        <w:jc w:val="right"/>
      </w:pPr>
      <w:r>
        <w:t>یہ خدا کے اس کے معاف تھنگز کے خلاف ہے۔ یہ تو اس وجہ سے یعنی جو سیکولر لوگ ہیں، وہ بھی نیگیٹیوٹی میں جیتے ہیں، جو مسلم لوگ ہیں، وہ بھی نیگیٹیوٹی میں جیتے ہیں، کیونکہ دیکھتے ہیں کہ ہماری کوشش کا کوئی رزلٹ نہیں نکلا۔</w:t>
      </w:r>
    </w:p>
    <w:p>
      <w:r>
        <w:rPr>
          <w:b/>
        </w:rPr>
        <w:t xml:space="preserve">[24:52] </w:t>
      </w:r>
      <w:r>
        <w:t>Hamesha in ko ek dushman dikhaya jata hai, kyunke jab bhi aap system ko target karenge to aap ke samne ek rival hoga, aap ke samne dushman hoga, jo seat pe baitha hua hog</w:t>
      </w:r>
    </w:p>
    <w:p>
      <w:pPr>
        <w:jc w:val="right"/>
      </w:pPr>
      <w:r>
        <w:t>ہمیشہ ان کو ایک دشمن دکھایا جاتا ہے، کیونکہ جب بھی آپ سسٹم کو ٹارگٹ کریں گے تو آپ کے سامنے ایک رائیول ہوگا، آپ کے سامنے دشمن ہوگا، جو سیٹ پہ بیٹھا ہوا ہوگ</w:t>
      </w:r>
    </w:p>
    <w:p>
      <w:r>
        <w:rPr>
          <w:b/>
        </w:rPr>
        <w:t xml:space="preserve">[25:02] </w:t>
      </w:r>
      <w:r>
        <w:t>a. To pehle din se aap us ke khilaaf ho jayenge, us ko hatao, us ko takrao, takra kar ke. To aap ki tareekh shuru hogi, agarche bazahir peaceful tareeqe se, bohat jald takrao shuru ho jayega, phir tashaddud shuru ho jayega, phir aap tashaddud mein jab aap kamay apne honge to aap society bombing karenge.</w:t>
      </w:r>
    </w:p>
    <w:p>
      <w:pPr>
        <w:jc w:val="right"/>
      </w:pPr>
      <w:r>
        <w:t>ا۔ تو پہلے دن سے آپ اس کے خلاف ہو جائیں گے، اس کو ہٹاؤ، اس کو ٹکراؤ، ٹکرا کر کے۔ تو آپ کی تاریخ شروع ہوگی، اگرچہ بظاہر پیس فل طریقے سے، بہت جلد ٹکراؤ شروع ہو جائے گا، پھر تشدد شروع ہو جائے گا، پھر آپ تشدد میں جب آپ کامے اپنے ہوں گے تو آپ سوسائٹی بمبنگ کریں گے۔</w:t>
      </w:r>
    </w:p>
    <w:p>
      <w:r>
        <w:rPr>
          <w:b/>
        </w:rPr>
        <w:t xml:space="preserve">[25:22] </w:t>
      </w:r>
      <w:r>
        <w:t>Yeh kyun hai? Yeh system based, system based soch ka nateeja hai. Yeh</w:t>
      </w:r>
    </w:p>
    <w:p>
      <w:pPr>
        <w:jc w:val="right"/>
      </w:pPr>
      <w:r>
        <w:t>یہ کیوں ہے؟ یہ سسٹم بیسڈ، سسٹم بیسڈ سوچ کا نتیجہ ہے۔ یہ</w:t>
      </w:r>
    </w:p>
    <w:p>
      <w:r>
        <w:rPr>
          <w:b/>
        </w:rPr>
        <w:t xml:space="preserve">[25:31] </w:t>
      </w:r>
      <w:r>
        <w:t>To main samajhta hoon ke yeh secular log aur muslim log dono ko sab se pehle yeh janna chahiye ke "what is the scheme of things of god".</w:t>
      </w:r>
    </w:p>
    <w:p>
      <w:pPr>
        <w:jc w:val="right"/>
      </w:pPr>
      <w:r>
        <w:t>تو میں سمجھتا ہوں کہ یہ سیکولر لوگ اور مسلم لوگ دونوں کو سب سے پہلے یہ جاننا چاہیے کہ "واٹ از دا اسکیم آف تھنگز آف گاڈ"۔</w:t>
      </w:r>
    </w:p>
    <w:p>
      <w:r>
        <w:rPr>
          <w:b/>
        </w:rPr>
        <w:t xml:space="preserve">[25:43] </w:t>
      </w:r>
      <w:r>
        <w:t>Jab aap us ko jaan lenge, tab aap sahi dhang par cheezon ko explain karenge, aur phir sahi dhang par apne yani zindagi ka naqsh</w:t>
      </w:r>
    </w:p>
    <w:p>
      <w:pPr>
        <w:jc w:val="right"/>
      </w:pPr>
      <w:r>
        <w:t>جب آپ اس کو جان لیں گے، تب آپ صحیح ڈھنگ پر چیزوں کو ایکسپلین کریں گے، اور پھر صحیح ڈھنگ پر اپنے یعنی زندگی کا نقش</w:t>
      </w:r>
    </w:p>
    <w:p>
      <w:r>
        <w:rPr>
          <w:b/>
        </w:rPr>
        <w:t xml:space="preserve">[25:53] </w:t>
      </w:r>
      <w:r>
        <w:t>ha banayenge, apni tareekhon ka naqsha banayenge, aur har cheez yani jis ko kehte hain "everything fast into place" ho jayega.</w:t>
      </w:r>
    </w:p>
    <w:p>
      <w:pPr>
        <w:jc w:val="right"/>
      </w:pPr>
      <w:r>
        <w:t>ہ بنائیں گے، اپنی تاریخوں کا نقشہ بنائیں گے، اور ہر چیز یعنی جس کو کہتے ہیں "ایوری تھنگ فاسٹ انٹو پلیس" ہو جائے گا۔</w:t>
      </w:r>
    </w:p>
    <w:p>
      <w:r>
        <w:rPr>
          <w:b/>
        </w:rPr>
        <w:t xml:space="preserve">[26:03] </w:t>
      </w:r>
      <w:r>
        <w:t>Har cheez apni apni jagah aa jayegi, jabke abhi nahi hai. Woh</w:t>
      </w:r>
    </w:p>
    <w:p>
      <w:pPr>
        <w:jc w:val="right"/>
      </w:pPr>
      <w:r>
        <w:t>ہر چیز اپنی اپنی جگہ آ جائے گی، جبکہ ابھی نہیں ہے۔ وہ</w:t>
      </w:r>
    </w:p>
    <w:p>
      <w:r>
        <w:rPr>
          <w:b/>
        </w:rPr>
        <w:t xml:space="preserve">[26:07] </w:t>
      </w:r>
      <w:r>
        <w:t>To main chahta hoon, jahan tak samjha hoon ke yeh jo enthology hai, yeh us ki yani is is ki buniyadi kharabi hai ke is dunya mein woh kamil maenviyat dekhna chahte hain, jo ke mumkin nahi.</w:t>
      </w:r>
    </w:p>
    <w:p>
      <w:pPr>
        <w:jc w:val="right"/>
      </w:pPr>
      <w:r>
        <w:t>تو میں چاہتا ہوں، جہاں تک سمجھا ہوں کہ یہ جو اینٹالوجی ہے، یہ اس کی یعنی اس اس کی بنیادی خرابی ہے کہ اس دنیا میں وہ کامل معنویت دیکھنا چاہتے ہیں، جو کہ ممکن نہیں۔</w:t>
      </w:r>
    </w:p>
    <w:p>
      <w:r>
        <w:rPr>
          <w:b/>
        </w:rPr>
        <w:t xml:space="preserve">[26:23] </w:t>
      </w:r>
      <w:r>
        <w:t>Kamil maenviyat to sirf paradise mein hai.</w:t>
      </w:r>
    </w:p>
    <w:p>
      <w:pPr>
        <w:jc w:val="right"/>
      </w:pPr>
      <w:r>
        <w:t>کامل معنویت تو صرف پیرڈائز میں ہے۔</w:t>
      </w:r>
    </w:p>
    <w:p>
      <w:r>
        <w:rPr>
          <w:b/>
        </w:rPr>
        <w:t xml:space="preserve">[26:27] </w:t>
      </w:r>
      <w:r>
        <w:t>To is is is is taqseem ko agar malhooz rakhein ke yeh dunya Allah taala ne banai hai bator selection ground ke, ke yahan par afraad ka selection ho raha hai, afraad ka system ke liye banai nahi gayi dunya.</w:t>
      </w:r>
    </w:p>
    <w:p>
      <w:pPr>
        <w:jc w:val="right"/>
      </w:pPr>
      <w:r>
        <w:t>تو اس اس اس اس تقسیم کو اگر ملحوظ رکھیں کہ یہ دنیا اللہ تعالی نے بنائی ہے بطور سلیکشن گراؤنڈ کے، کہ یہاں پر افراد کا سلیکشن ہو رہا ہے، افراد کا سسٹم کے لیے بنائی نہیں گئی دنیا۔</w:t>
      </w:r>
    </w:p>
    <w:p>
      <w:r>
        <w:rPr>
          <w:b/>
        </w:rPr>
        <w:t xml:space="preserve">[26:43] </w:t>
      </w:r>
      <w:r>
        <w:t>Aur aur jannat jo hai, wohi hai woh woh system jis ko hum dunya banana chahte hain. Woh system sirf akhirat banne wala hai. Paradise mein</w:t>
      </w:r>
    </w:p>
    <w:p>
      <w:pPr>
        <w:jc w:val="right"/>
      </w:pPr>
      <w:r>
        <w:t>اور اور جن اور جنت جو ہے، وہی ہے وہ وہ سسٹم جس کو ہم دنیا بنانا چاہتے ہیں۔ وہ سسٹم صرف آخرت بننے والا ہے۔ پیرڈائز میں</w:t>
      </w:r>
    </w:p>
    <w:p>
      <w:r>
        <w:rPr>
          <w:b/>
        </w:rPr>
        <w:t xml:space="preserve">[26:55] </w:t>
      </w:r>
      <w:r>
        <w:t>Yeh agar yeh cheez samajh lein log to un ki negativity khatam ho jayegi, un ka orientation sahi ho jayega, un ko sahi line of action mil jayega, apni energy ko sahi maqam par kharch karna jaan lenge.</w:t>
      </w:r>
    </w:p>
    <w:p>
      <w:pPr>
        <w:jc w:val="right"/>
      </w:pPr>
      <w:r>
        <w:t>یہ اگر یہ چیز سمجھ لیں لوگ تو ان کی نیگیٹیوٹی ختم ہو جائے گی، ان کا اورینٹیشن صحیح ہو جائے گا، ان کو صحیح لائن آف ایکشن مل جائے گا، اپنی انرجی کو صحیح مقام پر خرچ کرنا جان لیں گے۔</w:t>
      </w:r>
    </w:p>
    <w:p>
      <w:r>
        <w:rPr>
          <w:b/>
        </w:rPr>
        <w:t xml:space="preserve">[27:08] </w:t>
      </w:r>
      <w:r>
        <w:t>Woh yeh hoga. To main bohat dinon se is par sochta raha hoon, aur yeh baat meri samajh mein jo aayi hai, woh yahi hai.</w:t>
      </w:r>
    </w:p>
    <w:p>
      <w:pPr>
        <w:jc w:val="right"/>
      </w:pPr>
      <w:r>
        <w:t>وہ یہ ہوگا۔ تو میں بہت دنوں سے اس پر سوچتا رہا ہوں، اور یہ بات میری سمجھ میں جو آئی ہے، وہ یہی ہے۔</w:t>
      </w:r>
    </w:p>
    <w:p>
      <w:r>
        <w:rPr>
          <w:b/>
        </w:rPr>
        <w:t xml:space="preserve">[27:23] </w:t>
      </w:r>
      <w:r>
        <w:t>Dekhiye, ek baat aur, ek ek baat aur sochiye ke science ke mutabiq is dunya ki tareekh 15 billion saal tak phaili hui hai.</w:t>
      </w:r>
    </w:p>
    <w:p>
      <w:pPr>
        <w:jc w:val="right"/>
      </w:pPr>
      <w:r>
        <w:t>دیکھیے، ایک بات اور، ایک ایک بات اور سوچیے کہ سائنس کے مطابق اس دنیا کی تاریخ 15 بلین سال تک پھیلی ہوئی ہے۔</w:t>
      </w:r>
    </w:p>
    <w:p>
      <w:r>
        <w:rPr>
          <w:b/>
        </w:rPr>
        <w:t xml:space="preserve">[27:37] </w:t>
      </w:r>
      <w:r>
        <w:t>15 billion saal yani 15 billion saal pehle yeh material world wajood mein aayi, yani jis mein sitare aur sayare ki dunya, stars aur planet ki dunya, material world.</w:t>
      </w:r>
    </w:p>
    <w:p>
      <w:pPr>
        <w:jc w:val="right"/>
      </w:pPr>
      <w:r>
        <w:t>15 بلین سال یعنی 15 بلین سال پہلے یہ مٹیریل ورلڈ وجود میں آئی، یعنی جس میں ستارے اور سیارے کی دنیا، اسٹارز اور پلینٹ کی دنیا، مٹیریل ورلڈ۔</w:t>
      </w:r>
    </w:p>
    <w:p>
      <w:r>
        <w:rPr>
          <w:b/>
        </w:rPr>
        <w:t xml:space="preserve">[27:52] </w:t>
      </w:r>
      <w:r>
        <w:t>Phir is ke baad solar system bana, phir is ke baad is mein zameen bani, phir is ke baad is mein pani aaya, phir is ke baad is mein plant aaya, phir animal aaye, phir life aayi, phir insan paida hua.</w:t>
      </w:r>
    </w:p>
    <w:p>
      <w:pPr>
        <w:jc w:val="right"/>
      </w:pPr>
      <w:r>
        <w:t>پھر اس کے بعد سولر سسٹم بنا، پھر اس کے بعد اس میں زمین بنی، پھر اس کے بعد اس میں پانی آیا، پھر اس کے بعد اس میں پلانٹ آیا، پھر اینیمل آئے، پھر لائف آئی، پھر انسان پیدا ہوا۔</w:t>
      </w:r>
    </w:p>
    <w:p>
      <w:r>
        <w:rPr>
          <w:b/>
        </w:rPr>
        <w:t xml:space="preserve">[28:10] </w:t>
      </w:r>
      <w:r>
        <w:t>Yeh sara yahan se wahan tak jo Allah taala ne kiya, is ka maqsad kya hai? Sirf is liye ke insan Allah ko pehchane,</w:t>
      </w:r>
    </w:p>
    <w:p>
      <w:pPr>
        <w:jc w:val="right"/>
      </w:pPr>
      <w:r>
        <w:t>یہ سارا یہاں سے وہاں تک جو اللہ تعالی نے کیا، اس کا مقصد کیا ہے؟ صرف اس لیے کہ انسان اللہ کو پہچانے،</w:t>
      </w:r>
    </w:p>
    <w:p>
      <w:r>
        <w:rPr>
          <w:b/>
        </w:rPr>
        <w:t xml:space="preserve">[28:18] </w:t>
      </w:r>
      <w:r>
        <w:t>Ma'arfat wale insan paida hon. Kyunke Quran mein hai ke "Wa ma khalaqtul jinna wal insa illa li ya'budun". Li ya'budun se murad yeh hai ke "li ya'rifun", yani Allah ki ma'arfat wale log.</w:t>
      </w:r>
    </w:p>
    <w:p>
      <w:pPr>
        <w:jc w:val="right"/>
      </w:pPr>
      <w:r>
        <w:t>معرفت والے انسان پیدا ہوں۔ کیونکہ قرآن میں ہے کہ "وما خلقت الجن والانس الا لیعبدون"۔ لیعبدون سے مراد یہ ہے کہ "لیعرفون"، یعنی اللہ کی معرفت والے لوگ۔</w:t>
      </w:r>
    </w:p>
    <w:p>
      <w:r>
        <w:rPr>
          <w:b/>
        </w:rPr>
        <w:t xml:space="preserve">[28:32] </w:t>
      </w:r>
      <w:r>
        <w:t>To is azeem yeh ata kainat ko dekh kar insan Khuda ki barhai ko samjhe, Khuda ki kibriyai ko woh imagine kar sake, woh Khuda ki azmat ko daryaft kar sake.</w:t>
      </w:r>
    </w:p>
    <w:p>
      <w:pPr>
        <w:jc w:val="right"/>
      </w:pPr>
      <w:r>
        <w:t>تو اس عظیم یہ عطا کائنات کو دیکھ کر انسان خدا کی بڑائی کو سمجھے، خدا کی کبریائی کو وہ امیجن کر سکے، وہ خدا کی عظمت کو دریافت کر سکے۔</w:t>
      </w:r>
    </w:p>
    <w:p>
      <w:r>
        <w:rPr>
          <w:b/>
        </w:rPr>
        <w:t xml:space="preserve">[28:46] </w:t>
      </w:r>
      <w:r>
        <w:t>Phir is mein andar jo jo system hai, jo maenviyat hai, us ko le kar woh Khuda ki hikmat ko samjhe, jo jo is ke andar aala Allah aur kalimat Allah jo hain, us ke andar un ko daryaft kar ke woh un ko apne rooh ki, apne dimagh ki ghiza banaye.</w:t>
      </w:r>
    </w:p>
    <w:p>
      <w:pPr>
        <w:jc w:val="right"/>
      </w:pPr>
      <w:r>
        <w:t>پھر اس میں اندر جو جو سسٹم ہے، جو معنویت ہے، اس کو لے کر وہ خدا کی حکمت کو سمجھے، جو جو اس کے اندر اعلیٰ اللہ اور کلمات اللہ جو ہیں، اس کے اندر ان کو دریافت کر کے وہ ان کو اپنے روح کی، اپنے دماغ کی غذا بنائے۔</w:t>
      </w:r>
    </w:p>
    <w:p>
      <w:r>
        <w:rPr>
          <w:b/>
        </w:rPr>
        <w:t xml:space="preserve">[29:08] </w:t>
      </w:r>
      <w:r>
        <w:t>Yeh isi tareeqe se woh woh woh shakhsiyat banti hai jo matloob hai.</w:t>
      </w:r>
    </w:p>
    <w:p>
      <w:pPr>
        <w:jc w:val="right"/>
      </w:pPr>
      <w:r>
        <w:t>یہ اسی طریقے سے وہ وہ وہ وہ شخصیت بنتی ہے جو مطلوب ہے۔</w:t>
      </w:r>
    </w:p>
    <w:p>
      <w:r>
        <w:rPr>
          <w:b/>
        </w:rPr>
        <w:t xml:space="preserve">[29:13] </w:t>
      </w:r>
      <w:r>
        <w:t>Jo jo se jo jo matloob shakhsiyat hai, woh kisi khanqah mein nahi banti, woh kisi jangla mein nahi banti, woh banti hai mutale se, ghore o fikr se.</w:t>
      </w:r>
    </w:p>
    <w:p>
      <w:pPr>
        <w:jc w:val="right"/>
      </w:pPr>
      <w:r>
        <w:t>جو جو سے جو جو مطلوب شخصیت ہے، وہ کسی خانقاہ میں نہیں بنتی، وہ کسی جنگل میں نہیں بنتی، وہ بنتی ہے مطالعے سے، غور و فکر سے۔</w:t>
      </w:r>
    </w:p>
    <w:p>
      <w:r>
        <w:rPr>
          <w:b/>
        </w:rPr>
        <w:t xml:space="preserve">[29:26] </w:t>
      </w:r>
      <w:r>
        <w:t>Is se banti hai. To aadmi Quran ka mutala kare, kainat ka mutala kare, ghore o fikr kare to is tareeqe se woh woh ma'arfat hasil karega, aarif billah banega.</w:t>
      </w:r>
    </w:p>
    <w:p>
      <w:pPr>
        <w:jc w:val="right"/>
      </w:pPr>
      <w:r>
        <w:t>اس سے بنتی ہے۔ تو آدمی قرآن کا مطالعہ کرے، کائنات کا مطالعہ کرے، غور و فکر کرے تو اس طریقے سے وہ وہ معرفت حاصل کرے گا، عارف باللہ بنے گا۔</w:t>
      </w:r>
    </w:p>
    <w:p>
      <w:r>
        <w:rPr>
          <w:b/>
        </w:rPr>
        <w:t xml:space="preserve">[29:39] </w:t>
      </w:r>
      <w:r>
        <w:t>Aarif billah ka matlab</w:t>
      </w:r>
    </w:p>
    <w:p>
      <w:pPr>
        <w:jc w:val="right"/>
      </w:pPr>
      <w:r>
        <w:t>عارف باللہ کا مطلب</w:t>
      </w:r>
    </w:p>
    <w:p>
      <w:r>
        <w:rPr>
          <w:b/>
        </w:rPr>
        <w:t xml:space="preserve">[29:41] </w:t>
      </w:r>
      <w:r>
        <w:t>kya hai? yani yahi hai ke aap khuda ki glory ko daryaft karen, khuda ka azmaton mein jeene wale banen, khuda ke jo jo jo itni badi kainat mein jo khuda ke qanoon hain, un ko daryaft karen, us ki hikmaton ko janoon.</w:t>
      </w:r>
    </w:p>
    <w:p>
      <w:pPr>
        <w:jc w:val="right"/>
      </w:pPr>
      <w:r>
        <w:t>کیا ہے؟ یعنی یہی ہے کہ آپ خدا کی گلوری کو دریافت کریں، خدا کا عظمتوں میں جینے والے بنیں، خدا کے جو جو جو اتنی بڑی کائنات میں جو خدا کے قوانین ہیں، ان کو دریافت کریں، اس کی حکمتوں کو جانیں۔</w:t>
      </w:r>
    </w:p>
    <w:p>
      <w:r>
        <w:rPr>
          <w:b/>
        </w:rPr>
        <w:t xml:space="preserve">[29:59] </w:t>
      </w:r>
      <w:r>
        <w:t>is tareeqe se aap khuda ki marifat hasil karen.</w:t>
      </w:r>
    </w:p>
    <w:p>
      <w:pPr>
        <w:jc w:val="right"/>
      </w:pPr>
      <w:r>
        <w:t>اس طریقے سے آپ خدا کی معرفت حاصل کریں۔</w:t>
      </w:r>
    </w:p>
    <w:p>
      <w:r>
        <w:rPr>
          <w:b/>
        </w:rPr>
        <w:t xml:space="preserve">[30:02] </w:t>
      </w:r>
      <w:r>
        <w:t>jab khuda ki marifat aap hasil karenge to woh cheez paida hogi jo quran mein hai ke "woh baladeen ashaddahu lillah" aur yeh ke "walmakhsha lillah".</w:t>
      </w:r>
    </w:p>
    <w:p>
      <w:pPr>
        <w:jc w:val="right"/>
      </w:pPr>
      <w:r>
        <w:t>جب خدا کی معرفت آپ حاصل کریں گے تو وہ چیز پیدا ہوگی جو قرآن میں ہے کہ "وہ بلدین اشدہ للہ" اور یہ کہ "ولمخش الا اللہ"۔</w:t>
      </w:r>
    </w:p>
    <w:p>
      <w:r>
        <w:rPr>
          <w:b/>
        </w:rPr>
        <w:t xml:space="preserve">[30:16] </w:t>
      </w:r>
      <w:r>
        <w:t>yani yeh woh log honge jo sab se zyada Allah se mohabbat karenge, kyunke us ke jo sifat daryaft karenge, woh jo aala Allah aur kalmatullah ko woh daryaft karenge,</w:t>
      </w:r>
    </w:p>
    <w:p>
      <w:pPr>
        <w:jc w:val="right"/>
      </w:pPr>
      <w:r>
        <w:t>یعنی یہ وہ لوگ ہوں گے جو سب سے زیادہ اللہ سے محبت کریں گے، کیونکہ اس کے جو صفات دریافت کریں گے، وہ جو اعلیٰ اللہ اور کلمۃ اللہ کو وہ دریافت کریں گے،</w:t>
      </w:r>
    </w:p>
    <w:p>
      <w:r>
        <w:rPr>
          <w:b/>
        </w:rPr>
        <w:t xml:space="preserve">[30:29] </w:t>
      </w:r>
      <w:r>
        <w:t>is se un ke andar Allah ki bepanah mohabbat paida hogi. bepanah mohabbat. is sath sath jab woh dekhenge khuda ki azmat ko, madar hashar aur hashar ke mamle ko, akhirat ke hisab ke mamle ko to Allah se bepanah khauf paida hoga.</w:t>
      </w:r>
    </w:p>
    <w:p>
      <w:pPr>
        <w:jc w:val="right"/>
      </w:pPr>
      <w:r>
        <w:t>اس سے ان کے اندر اللہ کی بے پناہ محبت پیدا ہوگی۔ بے پناہ محبت۔ اس ساتھ ساتھ جب وہ دیکھیں گے خدا کی عظمت کو، مادر حشر اور حشر کے معاملے کو، آخرت کے حساب کے معاملے کو تو اللہ سے بے پناہ خوف پیدا ہوگا۔</w:t>
      </w:r>
    </w:p>
    <w:p>
      <w:r>
        <w:rPr>
          <w:b/>
        </w:rPr>
        <w:t xml:space="preserve">[30:48] </w:t>
      </w:r>
      <w:r>
        <w:t>to yeh is tarah ke insan banenge. yeh woh insan hain jo matloob hain, jin ko ke jin ko ke jannat mein basaya j</w:t>
      </w:r>
    </w:p>
    <w:p>
      <w:pPr>
        <w:jc w:val="right"/>
      </w:pPr>
      <w:r>
        <w:t>تو یہ اس طرح کے انسان بنیں گے۔ یہ وہ انسان ہیں جو مطلوب ہیں، جن کو کہ جن کو کہ جنت میں بسایا ج</w:t>
      </w:r>
    </w:p>
    <w:p>
      <w:r>
        <w:rPr>
          <w:b/>
        </w:rPr>
        <w:t xml:space="preserve">[30:58] </w:t>
      </w:r>
      <w:r>
        <w:t>aye. phir yeh insan jo hain, yeh jo aarif billah log jo honge, un ke andar khair khwahi hogi, peace hoga, spirituality hogi, character hoga,</w:t>
      </w:r>
    </w:p>
    <w:p>
      <w:pPr>
        <w:jc w:val="right"/>
      </w:pPr>
      <w:r>
        <w:t>ائے۔ پھر یہ انسان جو ہیں، یہ جو عارف باللہ لوگ جو ہوں گے، ان کے اندر خیر خواہی ہوگی، پیس ہوگا، اسپریچولیٹی ہوگی، کریکٹر ہوگا،</w:t>
      </w:r>
    </w:p>
    <w:p>
      <w:r>
        <w:rPr>
          <w:b/>
        </w:rPr>
        <w:t xml:space="preserve">[31:11] </w:t>
      </w:r>
      <w:r>
        <w:t>insaniyat hogi. yeh sari sifat un ke andar apna payengi. yani khuda ki marifat se khuda ka mohabbat ati hai, khuda ki marifat se khuda ka khauf ata hai, khuda ki marifat se insan ki khair khwahi ati hai, khuda ki marifat se dawat ka jo jazba</w:t>
      </w:r>
    </w:p>
    <w:p>
      <w:pPr>
        <w:jc w:val="right"/>
      </w:pPr>
      <w:r>
        <w:t>انسانیت ہوگی۔ یہ ساری صفات ان کے اندر اپنا پائیں گی۔ یعنی خدا کی معرفت سے خدا کا محبت آتی ہے، خدا کی معرفت سے خدا کا خوف آتا ہے، خدا کی معرفت سے انسان کی خیر خواہی آتی ہے، خدا کی معرفت سے دعوت کا جو جذب</w:t>
      </w:r>
    </w:p>
    <w:p>
      <w:r>
        <w:rPr>
          <w:b/>
        </w:rPr>
        <w:t xml:space="preserve">[31:28] </w:t>
      </w:r>
      <w:r>
        <w:t>h ubharta hai. yeh jitne bhi positive values hain, is ka chashma kya hai? marifat. marifat ke baghair koi koi insan nahi ban sakta.</w:t>
      </w:r>
    </w:p>
    <w:p>
      <w:pPr>
        <w:jc w:val="right"/>
      </w:pPr>
      <w:r>
        <w:t>ہ ابھرتا ہے۔ یہ جتنے بھی پوزیٹیو ویلیوز ہیں، اس کا چشمہ کیا ہے؟ معرفت۔ معرفت کے بغیر کوئی کوئی انسان نہیں بن سکتا۔</w:t>
      </w:r>
    </w:p>
    <w:p>
      <w:r>
        <w:rPr>
          <w:b/>
        </w:rPr>
        <w:t xml:space="preserve">[31:39] </w:t>
      </w:r>
      <w:r>
        <w:t>positive insan to aaghaz jo dekhen hota hai, aaghaz marifat se. marifat ko kisi limited mani mein na lijiye, balkeh us ko kainaati mani mein lijiye, afaqi mani mein lijiye.</w:t>
      </w:r>
    </w:p>
    <w:p>
      <w:pPr>
        <w:jc w:val="right"/>
      </w:pPr>
      <w:r>
        <w:t>پوزیٹیو انسان تو آغاز جو دیکھیں ہوتا ہے، آغاز معرفت سے۔ معرفت کو کسی لمیٹڈ معنی میں نہ لیجئے، بلکہ اس کو کائناتی معنی میں لیجئے، افاقی معنی میں لیجئے۔</w:t>
      </w:r>
    </w:p>
    <w:p>
      <w:r>
        <w:rPr>
          <w:b/>
        </w:rPr>
        <w:t xml:space="preserve">[31:53] </w:t>
      </w:r>
      <w:r>
        <w:t>woh jo ayat hai ke "sanureehim ayatina fil afaqi wa fi anfusihim hatta tabayyan alhaqq" to yeh jo daryaft alhaqq hai, woh bohat hi wasee tar cheez hai.</w:t>
      </w:r>
    </w:p>
    <w:p>
      <w:pPr>
        <w:jc w:val="right"/>
      </w:pPr>
      <w:r>
        <w:t>وہ جو آیت ہے کہ "سنوریہم آیاتنا فی الافاق و فی انفسہم حتیٰ تبین الحق" تو یہ جو دریافت حق ہے، وہ بہت ہی وسیع تر چیز ہے۔</w:t>
      </w:r>
    </w:p>
    <w:p>
      <w:r>
        <w:rPr>
          <w:b/>
        </w:rPr>
        <w:t xml:space="preserve">[32:07] </w:t>
      </w:r>
      <w:r>
        <w:t>ek taraf aap insan ko jante hain to is se aap ko jo inspiration milta hai, woh phir afaqi jo mutalaah aap ka hai, is se jo paida hota hai.</w:t>
      </w:r>
    </w:p>
    <w:p>
      <w:pPr>
        <w:jc w:val="right"/>
      </w:pPr>
      <w:r>
        <w:t>ایک طرف آپ انسان کو جانتے ہیں تو اس سے آپ کو جو انسپیریشن ملتا ہے، وہ پھر افاقی جو مطالعہ آپ کا ہے، اس سے جو پیدا ہوتا ہے۔</w:t>
      </w:r>
    </w:p>
    <w:p>
      <w:r>
        <w:rPr>
          <w:b/>
        </w:rPr>
        <w:t xml:space="preserve">[32:17] </w:t>
      </w:r>
      <w:r>
        <w:t>to behal marifat ek ek afaqi haqeeqat hai,</w:t>
      </w:r>
    </w:p>
    <w:p>
      <w:pPr>
        <w:jc w:val="right"/>
      </w:pPr>
      <w:r>
        <w:t>تو بہرحال معرفت ایک ایک افاقی حقیقت ہے،</w:t>
      </w:r>
    </w:p>
    <w:p>
      <w:r>
        <w:rPr>
          <w:b/>
        </w:rPr>
        <w:t xml:space="preserve">[32:22] </w:t>
      </w:r>
      <w:r>
        <w:t>afaqi haqeeqat hai. to marifat jab ati hai kisi ke andar to us ki us ke andar personality development hota hai, personality development.</w:t>
      </w:r>
    </w:p>
    <w:p>
      <w:pPr>
        <w:jc w:val="right"/>
      </w:pPr>
      <w:r>
        <w:t>افاقی حقیقت ہے۔ تو معرفت جب آتی ہے کسی کے اندر تو اس کی اس کے اندر پرسنیلٹی ڈیولپمنٹ ہوتا ہے، پرسنیلٹی ڈیولپمنٹ۔</w:t>
      </w:r>
    </w:p>
    <w:p>
      <w:r>
        <w:rPr>
          <w:b/>
        </w:rPr>
        <w:t xml:space="preserve">[32:34] </w:t>
      </w:r>
      <w:r>
        <w:t>us ke andar ek nayi shakhsiyat emerge karti hai, nayi soch ati hai, naye jazbat ate hain, naya way of thinking ata hai.</w:t>
      </w:r>
    </w:p>
    <w:p>
      <w:pPr>
        <w:jc w:val="right"/>
      </w:pPr>
      <w:r>
        <w:t>اس کے اندر ایک نئی شخصیت امرج کرتی ہے، نئی سوچ آتی ہے، نئے جذبات آتے ہیں، نیا وے آف تھنکنگ آتا ہے۔</w:t>
      </w:r>
    </w:p>
    <w:p>
      <w:r>
        <w:rPr>
          <w:b/>
        </w:rPr>
        <w:t xml:space="preserve">[32:42] </w:t>
      </w:r>
      <w:r>
        <w:t>har cheez badal jati hai. woh isi ko hum kehte hain "woh ethical evolution", isi ko hum kehte hain "spiritual evolution", isi ko hum kehte hain "religious evolution", isi ko hum kehte hain "divine evolution".</w:t>
      </w:r>
    </w:p>
    <w:p>
      <w:pPr>
        <w:jc w:val="right"/>
      </w:pPr>
      <w:r>
        <w:t>ہر چیز بدل جاتی ہے۔ وہ اسی کو ہم کہتے ہیں "وہ ایتھیکل وولود"، اسی کو ہم کہتے ہیں "اسپیریچول وولود"، اسی کو ہم کہتے ہیں "ریلیجیس وولود"، اسی کو ہم کہتے ہیں "ڈیوان وولود"۔</w:t>
      </w:r>
    </w:p>
    <w:p>
      <w:r>
        <w:rPr>
          <w:b/>
        </w:rPr>
        <w:t xml:space="preserve">[32:53] </w:t>
      </w:r>
      <w:r>
        <w:t>yeh sab evolution kahan se ati hain? is ka hamara sar chashma marifat hai. jitni gehri marifat, utni zyada gehri tabdeeli insan ke andar.</w:t>
      </w:r>
    </w:p>
    <w:p>
      <w:pPr>
        <w:jc w:val="right"/>
      </w:pPr>
      <w:r>
        <w:t>یہ سب وولود کہاں سے آتی ہیں؟ اس کا ہمارا سرچشمہ معرفت ہے۔ جتنی گہری معرفت، اتنی زیادہ گہری تبدیلی انسان کے اندر۔</w:t>
      </w:r>
    </w:p>
    <w:p>
      <w:r>
        <w:rPr>
          <w:b/>
        </w:rPr>
        <w:t xml:space="preserve">[33:07] </w:t>
      </w:r>
      <w:r>
        <w:t>to khuda ne jo dunya banai hai, is mein jo target khuda ka hai, woh afraad hain, system nahi hai. system to jannat mein banega. is dunya mein aap acha system banayen, yeh khuda ka matloob hi nahi hai.</w:t>
      </w:r>
    </w:p>
    <w:p>
      <w:pPr>
        <w:jc w:val="right"/>
      </w:pPr>
      <w:r>
        <w:t>تو خدا نے جو دنیا بنائی ہے، اس میں جو ٹارگٹ خدا کا ہے، وہ افراد ہیں، سسٹم نہیں ہے۔ سسٹم تو جنت میں بنے گا۔ اس دنیا میں آپ اچھا سسٹم بنائیں، یہ خدا کا مطلوب ہی نہیں ہے۔</w:t>
      </w:r>
    </w:p>
    <w:p>
      <w:r>
        <w:rPr>
          <w:b/>
        </w:rPr>
        <w:t xml:space="preserve">[33:20] </w:t>
      </w:r>
      <w:r>
        <w:t>is dunya mein aap achi hukoomat banayen, acha society banayen, just yeh matloob hi nahi khuda ka. to logon ne ek ek aisi cheez ko target bana rakha hai, jis ke liye Allah taala ne dunya banai nahi thi.</w:t>
      </w:r>
    </w:p>
    <w:p>
      <w:pPr>
        <w:jc w:val="right"/>
      </w:pPr>
      <w:r>
        <w:t>اس دنیا میں آپ اچھی حکومت بنائیں، اچھا سوسائٹی بنائیں، جسٹ یہ مطلوب ہی نہیں خدا کا۔ تو لوگوں نے ایک ایک ایسی چیز کو ٹارگٹ بنا رکھا ہے، جس کے لیے اللہ تعالی نے دنیا بنائی نہیں تھی۔</w:t>
      </w:r>
    </w:p>
    <w:p>
      <w:r>
        <w:rPr>
          <w:b/>
        </w:rPr>
        <w:t xml:space="preserve">[33:33] </w:t>
      </w:r>
      <w:r>
        <w:t>to woh achieve nahi</w:t>
      </w:r>
    </w:p>
    <w:p>
      <w:pPr>
        <w:jc w:val="right"/>
      </w:pPr>
      <w:r>
        <w:t>تو وہ اچیو نہیں</w:t>
      </w:r>
    </w:p>
    <w:p>
      <w:r>
        <w:rPr>
          <w:b/>
        </w:rPr>
        <w:t xml:space="preserve">[33:35] </w:t>
      </w:r>
      <w:r>
        <w:t>kar paate. jab achieve nahi kar paate to kya hota hai? negativity par jaate hain.</w:t>
      </w:r>
    </w:p>
    <w:p>
      <w:pPr>
        <w:jc w:val="right"/>
      </w:pPr>
      <w:r>
        <w:t>کر پاتے۔ جب اچیو نہیں کر پاتے تو کیا ہوتا ہے؟ نیگیٹیوٹی پڑ جاتے ہیں۔</w:t>
      </w:r>
    </w:p>
    <w:p>
      <w:r>
        <w:rPr>
          <w:b/>
        </w:rPr>
        <w:t xml:space="preserve">[33:42] </w:t>
      </w:r>
      <w:r>
        <w:t>mein mera to apna haal ek jab jab mujhe yeh daryaft hui ke dunya ko Allah taala ne selection ground ki tarah banaya, yani individual based hai sara mamla, to sari tawajjuh meri is par ho gayi ke mein apne aap ko tabdeel, apne aap ko badlun, apne aap ko apne andar change laoon, apne andar ek revolution laoon.</w:t>
      </w:r>
    </w:p>
    <w:p>
      <w:pPr>
        <w:jc w:val="right"/>
      </w:pPr>
      <w:r>
        <w:t>میں میرا تو اپنا حال ایک جب جب مجھے یہ دریافت ہوئی کہ دنیا کو اللہ تعالی نے سلیکشن گراؤنڈ کی طرح بنایا، یعنی انڈیویجول بیسڈ ہے سارا معاملہ، تو ساری توجہ میری اس پر ہو گئی کہ میں اپنے آپ کو تبدیل، اپنے آپ کو بدلوں، اپنے آپ کو اپنے اندر چینج لاؤں، اپنے اندر ایک ریولیوشن لاؤں۔</w:t>
      </w:r>
    </w:p>
    <w:p>
      <w:r>
        <w:rPr>
          <w:b/>
        </w:rPr>
        <w:t xml:space="preserve">[34:04] </w:t>
      </w:r>
      <w:r>
        <w:t>to yeh yeh yeh jo soch hai, is mein kahin bhi negativity ati nahi. negativity ati nahi kahin bhi.</w:t>
      </w:r>
    </w:p>
    <w:p>
      <w:pPr>
        <w:jc w:val="right"/>
      </w:pPr>
      <w:r>
        <w:t>تو یہ یہ یہ جو سوچ ہے، اس میں کہیں بھی نیگیٹیوٹی آتی نہیں۔ نیگیٹیوٹی آتی نہیں کہیں بھی۔</w:t>
      </w:r>
    </w:p>
    <w:p>
      <w:r>
        <w:rPr>
          <w:b/>
        </w:rPr>
        <w:t xml:space="preserve">[34:14] </w:t>
      </w:r>
      <w:r>
        <w:t>is ke bar aks jo log chahte hain, samajhte hain ke jo tumhara target hai, woh ek system ko badalna hai, yani ideal society, ideal system, ideal hukoomat, yeh target.</w:t>
      </w:r>
    </w:p>
    <w:p>
      <w:pPr>
        <w:jc w:val="right"/>
      </w:pPr>
      <w:r>
        <w:t>اس کے برعکس جو لوگ چاہتے ہیں، سمجھتے ہیں کہ جو تمہارا ٹارگٹ ہے، وہ ایک سسٹم کو بدلنا ہے، یعنی آئیڈیل سوسائٹی، آئیڈیل سسٹم، آئیڈیل حکومت، یہ ٹارگٹ۔</w:t>
      </w:r>
    </w:p>
    <w:p>
      <w:r>
        <w:rPr>
          <w:b/>
        </w:rPr>
        <w:t xml:space="preserve">[34:28] </w:t>
      </w:r>
      <w:r>
        <w:t>to is sab ke sab negativity mein jeet</w:t>
      </w:r>
    </w:p>
    <w:p>
      <w:pPr>
        <w:jc w:val="right"/>
      </w:pPr>
      <w:r>
        <w:t>تو اس سب کے سب نیگیٹیوٹی میں جیت</w:t>
      </w:r>
    </w:p>
    <w:p>
      <w:r>
        <w:rPr>
          <w:b/>
        </w:rPr>
        <w:t xml:space="preserve">[34:31] </w:t>
      </w:r>
      <w:r>
        <w:t>hain. kisi bhi shakhs ko jis ka target system ho, usay aap miliye, kyunke system par koi qabiz hai, us ki suit set par koi baitha hua hai.</w:t>
      </w:r>
    </w:p>
    <w:p>
      <w:pPr>
        <w:jc w:val="right"/>
      </w:pPr>
      <w:r>
        <w:t>ے ہیں۔ کسی بھی شخص کو جس کا ٹارگٹ سسٹم ہو، اسے آپ ملیے، کیونکہ سسٹم پر کوئی قابض ہے، اس کی سوٹ سیٹ پر کوئی بیٹھا ہوا ہے۔</w:t>
      </w:r>
    </w:p>
    <w:p>
      <w:r>
        <w:rPr>
          <w:b/>
        </w:rPr>
        <w:t xml:space="preserve">[34:43] </w:t>
      </w:r>
      <w:r>
        <w:t>ab aap chahein ke is ko mein hataon taake mein apne mind mein jo system hai, woh qaim karon. to woh resist karega, zahir hai. jab resist karega to takrao hoga, takrao hoga, tashaddud hoga.</w:t>
      </w:r>
    </w:p>
    <w:p>
      <w:pPr>
        <w:jc w:val="right"/>
      </w:pPr>
      <w:r>
        <w:t>اب آپ چاہیں کہ اس کو میں ہٹاؤں تاکہ میں اپنے مائنڈ میں جو سسٹم ہے، وہ قائم کروں۔ تو وہ ریسسٹ کرے گا، ظاہر ہے۔ جب ریسسٹ کرے گا تو ٹکراؤ ہوگا، ٹکراؤ ہوگا، تشدد ہوگا۔</w:t>
      </w:r>
    </w:p>
    <w:p>
      <w:r>
        <w:rPr>
          <w:b/>
        </w:rPr>
        <w:t xml:space="preserve">[34:55] </w:t>
      </w:r>
      <w:r>
        <w:t>tashaddud mein jab aap kamay apne honge to aap society bombing karenge.</w:t>
      </w:r>
    </w:p>
    <w:p>
      <w:pPr>
        <w:jc w:val="right"/>
      </w:pPr>
      <w:r>
        <w:t>تشدد میں جب آپ کامے اپنے ہوں گے تو آپ سوسائٹی بمبنگ کریں گے۔</w:t>
      </w:r>
    </w:p>
    <w:p>
      <w:r>
        <w:rPr>
          <w:b/>
        </w:rPr>
        <w:t xml:space="preserve">[34:59] </w:t>
      </w:r>
      <w:r>
        <w:t>to individual based jo deen hai, us mein isi mein positive thinking aati hai. individual based jo jo deen hai, us mein sar ta pa positivity hai,</w:t>
      </w:r>
    </w:p>
    <w:p>
      <w:pPr>
        <w:jc w:val="right"/>
      </w:pPr>
      <w:r>
        <w:t>تو انڈیویجول بیسڈ جو دین ہے، اس میں اسی میں پوزیٹیو تھنکنگ آتی ہے۔ انڈیویجول بیسڈ جو جو دین ہے، اس میں سر تاپا پوزیٹیوٹی ہے،</w:t>
      </w:r>
    </w:p>
    <w:p>
      <w:r>
        <w:rPr>
          <w:b/>
        </w:rPr>
        <w:t xml:space="preserve">[35:12] </w:t>
      </w:r>
      <w:r>
        <w:t>sar ta pa positivity hai. is ke baad jo system based deen hai, us mein sar ta pa negativity hai, tashaddud hai, nafrat hai har taraf.</w:t>
      </w:r>
    </w:p>
    <w:p>
      <w:pPr>
        <w:jc w:val="right"/>
      </w:pPr>
      <w:r>
        <w:t>سر تاپا پوزیٹیوٹی ہے۔ اس کے بعد جو سسٹم بیسڈ دین ہے، اس میں سر تاپا نیگیٹیوٹی ہے، تشدد ہے، نفرت ہے ہر طرف۔</w:t>
      </w:r>
    </w:p>
    <w:p>
      <w:r>
        <w:rPr>
          <w:b/>
        </w:rPr>
        <w:t xml:space="preserve">[35:21] </w:t>
      </w:r>
      <w:r>
        <w:t>to is maani hai ke system based jo concept hai, woh woh woh woh rukawat hai woh afraad banane ke liye jo jo jannat ke liye darkar hain.</w:t>
      </w:r>
    </w:p>
    <w:p>
      <w:pPr>
        <w:jc w:val="right"/>
      </w:pPr>
      <w:r>
        <w:t>تو اس معنی ہے کہ سسٹم بیسڈ جو کانسیپٹ ہے، وہ وہ وہ وہ رکاوٹ ہے وہ افراد بنانے کے لیے جو جو جنت کے لیے درکار ہیں۔</w:t>
      </w:r>
    </w:p>
    <w:p>
      <w:r>
        <w:rPr>
          <w:b/>
        </w:rPr>
        <w:t xml:space="preserve">[35:34] </w:t>
      </w:r>
      <w:r>
        <w:t>bohat bohat hi serious baat yeh hai, bohat serious baat hai</w:t>
      </w:r>
    </w:p>
    <w:p>
      <w:pPr>
        <w:jc w:val="right"/>
      </w:pPr>
      <w:r>
        <w:t>بہت بہت ہی سیریس بات یہ ہے، بہت سیریس بات ہے</w:t>
      </w:r>
    </w:p>
    <w:p>
      <w:r>
        <w:rPr>
          <w:b/>
        </w:rPr>
        <w:t xml:space="preserve">[35:41] </w:t>
      </w:r>
      <w:r>
        <w:t>ke aap ka system based jo nazariya hai, jis ka nishana hai ek hukoomat ko badalna aur system ko tod kar ke naya system lana, to yeh jo nazariya hai aap ka, us ki jar mein kya hai?</w:t>
      </w:r>
    </w:p>
    <w:p>
      <w:pPr>
        <w:jc w:val="right"/>
      </w:pPr>
      <w:r>
        <w:t>کہ آپ کا سسٹم بیسڈ جو نظریہ ہے، جس کا نشانہ ہے ایک حکومت کو بدلنا اور سسٹم کو توڑ کر کے نیا سسٹم لانا، تو یہ جو نظریہ ہے آپ کا، اس کی جڑ میں کیا ہے؟</w:t>
      </w:r>
    </w:p>
    <w:p>
      <w:r>
        <w:rPr>
          <w:b/>
        </w:rPr>
        <w:t xml:space="preserve">[35:55] </w:t>
      </w:r>
      <w:r>
        <w:t>nafrat, tashaddud aur negativity. to is maani hai ke is is tarah ke tareeqe chalane ka matlab yeh hai ke aap aise afraad banne mein rukawat daal rahe hain jo jannat ke qabil hon.</w:t>
      </w:r>
    </w:p>
    <w:p>
      <w:pPr>
        <w:jc w:val="right"/>
      </w:pPr>
      <w:r>
        <w:t>نفرت، تشدد اور نیگیٹیوٹی۔ تو اس معنی ہے کہ اس اس طرح کے طریقے چلانے کا مطلب یہ ہے کہ آپ ایسے افراد بننے میں رکاوٹ ڈال رہے ہیں جو جنت کے قابل ہوں۔</w:t>
      </w:r>
    </w:p>
    <w:p>
      <w:r>
        <w:rPr>
          <w:b/>
        </w:rPr>
        <w:t xml:space="preserve">[36:13] </w:t>
      </w:r>
      <w:r>
        <w:t>to Khuda ne is dunya ko, yaani mazhabi istilaah mein kaha jata hai ke yeh daarul imtehaan hai, yaani testing ground.</w:t>
      </w:r>
    </w:p>
    <w:p>
      <w:pPr>
        <w:jc w:val="right"/>
      </w:pPr>
      <w:r>
        <w:t>تو خدا نے اس دنیا کو، یعنی مذہبی اصطلاح میں کہا جاتا ہے کہ یہ دارالامتحان ہے، یعنی ٹیسٹنگ گراؤنڈ۔</w:t>
      </w:r>
    </w:p>
    <w:p>
      <w:r>
        <w:rPr>
          <w:b/>
        </w:rPr>
        <w:t xml:space="preserve">[36:21] </w:t>
      </w:r>
      <w:r>
        <w:t>isi ko mein kahunga ke selection ground hai, kyunke imtehaan le kar ke kya maqsad hai? ke in ko dekha jaye kaun test par poore utre, kaun log test par poore utre.</w:t>
      </w:r>
    </w:p>
    <w:p>
      <w:pPr>
        <w:jc w:val="right"/>
      </w:pPr>
      <w:r>
        <w:t>اسی کو میں کہوں گا کہ سلیکشن گراؤنڈ ہے، کیونکہ امتحان لے کر کے کیا مقصد ہے؟ کہ ان کو دیکھا جائے کون ٹیسٹ پر پورے اترے، کون لوگ ٹیسٹ پر پورے اترے۔</w:t>
      </w:r>
    </w:p>
    <w:p>
      <w:r>
        <w:rPr>
          <w:b/>
        </w:rPr>
        <w:t xml:space="preserve">[36:33] </w:t>
      </w:r>
      <w:r>
        <w:t>to phir selection ground aaj ka insaan jo hai, woh bohat aasani se samajh sakta hai, ghaliban selection ground ke ke term ko.</w:t>
      </w:r>
    </w:p>
    <w:p>
      <w:pPr>
        <w:jc w:val="right"/>
      </w:pPr>
      <w:r>
        <w:t>تو پھر سلیکشن گراؤنڈ آج کا انسان جو ہے، وہ بہت آسانی سے سمجھ سکتا ہے، غالباً سلیکشن گراؤنڈ کے کے ٹرم کو۔</w:t>
      </w:r>
    </w:p>
    <w:p>
      <w:r>
        <w:rPr>
          <w:b/>
        </w:rPr>
        <w:t xml:space="preserve">[36:43] </w:t>
      </w:r>
      <w:r>
        <w:t>to</w:t>
      </w:r>
    </w:p>
    <w:p>
      <w:pPr>
        <w:jc w:val="right"/>
      </w:pPr>
      <w:r>
        <w:t>تو</w:t>
      </w:r>
    </w:p>
    <w:p>
      <w:r>
        <w:rPr>
          <w:b/>
        </w:rPr>
        <w:t xml:space="preserve">[36:44] </w:t>
      </w:r>
      <w:r>
        <w:t>is kainaat, is is dunya ko hum jab len is maani mein ke yeh selection ground hai, to achaanak positivity aati hai aur negativity khatam ho jati hai.</w:t>
      </w:r>
    </w:p>
    <w:p>
      <w:pPr>
        <w:jc w:val="right"/>
      </w:pPr>
      <w:r>
        <w:t>اس کائنات، اس اس دنیا کو ہم جب لیں اس معنی میں کہ یہ سلیکشن گراؤنڈ ہے، تو اچانک پازیٹیوٹی آتی ہے اور نیگیٹیوٹی ختم ہو جاتی ہے۔</w:t>
      </w:r>
    </w:p>
    <w:p>
      <w:r>
        <w:rPr>
          <w:b/>
        </w:rPr>
        <w:t xml:space="preserve">[36:56] </w:t>
      </w:r>
      <w:r>
        <w:t>aur mein samajhta hoon ke sab se bari cheez yahi hai, kyunke jannat ke Quran mein jannat ki jo tasweer di gayi hai, woh yeh hai ke "la yasma'oon fiha laghwun wa la tasmeem illa qila salaam salaam".</w:t>
      </w:r>
    </w:p>
    <w:p>
      <w:pPr>
        <w:jc w:val="right"/>
      </w:pPr>
      <w:r>
        <w:t>اور میں سمجھتا ہوں کہ سب سے بڑی چیز یہی ہے، کیونکہ جنت کے قرآن میں جنت کی جو تصویر دی گئی ہے، وہ یہ ہے کہ "لا یسمعون فیہا لغو ولا تسیم الا قلا سلام سلام"۔</w:t>
      </w:r>
    </w:p>
    <w:p>
      <w:r>
        <w:rPr>
          <w:b/>
        </w:rPr>
        <w:t xml:space="preserve">[37:12] </w:t>
      </w:r>
      <w:r>
        <w:t>yaani jannat walon ke dil mein har ek ke liye sirf salamti hogi, sirf khair khwahi hogi, sirf positivity hogi.</w:t>
      </w:r>
    </w:p>
    <w:p>
      <w:pPr>
        <w:jc w:val="right"/>
      </w:pPr>
      <w:r>
        <w:t>یعنی جنت والوں کے دل میں ہر ایک کے لیے صرف سلامتی ہوگی، صرف خیر خواہی ہوگی، صرف پازیٹیوٹی ہوگی۔</w:t>
      </w:r>
    </w:p>
    <w:p>
      <w:r>
        <w:rPr>
          <w:b/>
        </w:rPr>
        <w:t xml:space="preserve">[37:20] </w:t>
      </w:r>
      <w:r>
        <w:t>yeh yahi to criteria hai. yaani jannat mein basaya jaane ka sab se bara jo criteria hai, woh yeh hai ke aadmi ke andar kaamil positivity ho, kaamil khair khwahi ho, kaamil must satah par musbat nafsiyat ho.</w:t>
      </w:r>
    </w:p>
    <w:p>
      <w:pPr>
        <w:jc w:val="right"/>
      </w:pPr>
      <w:r>
        <w:t>یہ یہی تو کرائٹیریا ہے۔ یعنی جنت میں بسایا جانے کا سب سے بڑا جو کرائٹیریا ہے، وہ یہ ہے کہ آدمی کے اندر کامل پازیٹیوٹی ہو، کامل خیر خواہی ہو، کامل مست سطح پر مثبت نفسیات ہو۔</w:t>
      </w:r>
    </w:p>
    <w:p>
      <w:r>
        <w:rPr>
          <w:b/>
        </w:rPr>
        <w:t xml:space="preserve">[37:36] </w:t>
      </w:r>
      <w:r>
        <w:t>yahi to asal criteria hai. aur aap jab system ko nishana banate hain aur hukoomat ko nishana banate hain to yeh cheez khatam ho jati hai.</w:t>
      </w:r>
    </w:p>
    <w:p>
      <w:pPr>
        <w:jc w:val="right"/>
      </w:pPr>
      <w:r>
        <w:t>یہی تو اصل کرائٹیریا ہے۔ اور آپ جب سسٹم کو نشانہ بناتے ہیں اور حکومت کو نشانہ بناتے ہیں تو یہ چیز ختم ہو جاتی ہے۔</w:t>
      </w:r>
    </w:p>
    <w:p>
      <w:r>
        <w:rPr>
          <w:b/>
        </w:rPr>
        <w:t xml:space="preserve">[37:46] </w:t>
      </w:r>
      <w:r>
        <w:t>phir to takrao hai aur nafrat hai aur protest hai, tashaddud hai, tashaddud hai, yeh sab aa jata hai. to yeh bohat ziyada sochne ki baat hai, bohat ziyada.</w:t>
      </w:r>
    </w:p>
    <w:p>
      <w:pPr>
        <w:jc w:val="right"/>
      </w:pPr>
      <w:r>
        <w:t>پھر تو ٹکراؤ ہے اور نفرت ہے اور پروٹیسٹ ہے، تشدد ہے، تشدد ہے، یہ سب آ جاتا ہے۔ تو یہ بہت زیادہ سوچنے کی بات ہے، بہت زیادہ۔</w:t>
      </w:r>
    </w:p>
    <w:p>
      <w:r>
        <w:rPr>
          <w:b/>
        </w:rPr>
        <w:t xml:space="preserve">[37:59] </w:t>
      </w:r>
      <w:r>
        <w:t>mein yeh kahunga yahan par ke Quran mein bataya gaya hai ke "yudhahioon qawl alladheena kafaroo", yaani ahl-e-kufr ki mudahāt, ahl-e-kufr ki taqleed.</w:t>
      </w:r>
    </w:p>
    <w:p>
      <w:pPr>
        <w:jc w:val="right"/>
      </w:pPr>
      <w:r>
        <w:t>میں یہ کہوں گا یہاں پر کہ قرآن میں بتایا گیا ہے کہ "یضاحیون قول الذین کفرو"، یعنی اہل کفر کی مضاحات، اہل کفر کی تقلید۔</w:t>
      </w:r>
    </w:p>
    <w:p>
      <w:r>
        <w:rPr>
          <w:b/>
        </w:rPr>
        <w:t xml:space="preserve">[38:15] </w:t>
      </w:r>
      <w:r>
        <w:t>to yeh qadeem zamanay se ahl-e-mazahib mein aisa hua hai ke ghair ahl-e-mazahib ke se ki taqleed karna, jaise Christianity mein jo trinity hai, woh Yunani falsafay ki ki mudahāt hai.</w:t>
      </w:r>
    </w:p>
    <w:p>
      <w:pPr>
        <w:jc w:val="right"/>
      </w:pPr>
      <w:r>
        <w:t>تو یہ قدیم زمانے سے اہل مذاہب میں ایسا ہوا ہے کہ غیر اہل مذاہب کے سے کی تقلید کرنا، جیسے کرسچینٹی میں جو ٹرینٹی ہے، وہ یونانی فلسفے کی کی مضاحت ہے۔</w:t>
      </w:r>
    </w:p>
    <w:p>
      <w:r>
        <w:rPr>
          <w:b/>
        </w:rPr>
        <w:t xml:space="preserve">[38:29] </w:t>
      </w:r>
      <w:r>
        <w:t>Yunani jo philosophers thay, woh haqeeqat ko three dimensional samajhte thay, three dimensional.</w:t>
      </w:r>
    </w:p>
    <w:p>
      <w:pPr>
        <w:jc w:val="right"/>
      </w:pPr>
      <w:r>
        <w:t>یونانی جو فلاسفرز تھے، وہ حقیقت کو تھری ڈائمنشنل سمجھتے تھے، تھری ڈائمنشنل۔</w:t>
      </w:r>
    </w:p>
    <w:p>
      <w:r>
        <w:rPr>
          <w:b/>
        </w:rPr>
        <w:t xml:space="preserve">[38:36] </w:t>
      </w:r>
      <w:r>
        <w:t>is ko le kar unhon ne trinity bana di, yahan bhi three dimensional bana diya unhon ne mazahib ko. to mudahāt thi, woh "yudhahioon qawl alladheena kafaroo".</w:t>
      </w:r>
    </w:p>
    <w:p>
      <w:pPr>
        <w:jc w:val="right"/>
      </w:pPr>
      <w:r>
        <w:t>اس کو لے کر انہوں نے ٹرینٹی بنا دی، یہاں بھی تھری ڈائمنشنل بنا دیا انہوں نے مذہب کو۔ تو مضاحت تھی، وہ "یضاحیون قول الذین کفرو"۔</w:t>
      </w:r>
    </w:p>
    <w:p>
      <w:r>
        <w:rPr>
          <w:b/>
        </w:rPr>
        <w:t xml:space="preserve">[38:46] </w:t>
      </w:r>
      <w:r>
        <w:t>mudahāt ka matlab hai taqleed, imitation. to yeh yaani yeh yeh bhi mudahāt hai.</w:t>
      </w:r>
    </w:p>
    <w:p>
      <w:pPr>
        <w:jc w:val="right"/>
      </w:pPr>
      <w:r>
        <w:t>مضاحت کا مطلب ہے تقلید، ایمیٹیشن۔ تو یہ یعنی یہ یہ بھی مضاحت ہے۔</w:t>
      </w:r>
    </w:p>
    <w:p>
      <w:r>
        <w:rPr>
          <w:b/>
        </w:rPr>
        <w:t xml:space="preserve">[38:55] </w:t>
      </w:r>
      <w:r>
        <w:t>yeh system based jo concept hai, yeh bhi mudahāt hai. yeh bhi mudahāt hai. yeh sach poochhein to yeh phenomenon hai daur-e-jadeed ka.</w:t>
      </w:r>
    </w:p>
    <w:p>
      <w:pPr>
        <w:jc w:val="right"/>
      </w:pPr>
      <w:r>
        <w:t>یہ سسٹم بیسڈ جو کانسیپٹ ہے، یہ بھی مضاحت ہے۔ یہ بھی مضاحت ہے۔ یہ سچ پوچھیں تو یہ فیناومینا ہے دور جدید کا۔</w:t>
      </w:r>
    </w:p>
    <w:p>
      <w:r>
        <w:rPr>
          <w:b/>
        </w:rPr>
        <w:t xml:space="preserve">[39:04] </w:t>
      </w:r>
      <w:r>
        <w:t>maujooda zamane mein dekhen jo philosopher paida hue, marx, russo, is tarah ke log, unhone system based concept pesh kiye. marx ne, usne ek ke ke economic system, russo ne political system.</w:t>
      </w:r>
    </w:p>
    <w:p>
      <w:pPr>
        <w:jc w:val="right"/>
      </w:pPr>
      <w:r>
        <w:t>موجودہ زمانے میں دیکھیں جو فلاسفر پیدا ہوئے، مارس، روسو، اس طرح کے لوگ، انہوں نے سسٹم بیسڈ کانسیپٹ پیش کیا۔ مارس نے، اس نے ایک کہ اکانومک سسٹم، روسو نے پولیٹیکل سسٹم۔</w:t>
      </w:r>
    </w:p>
    <w:p>
      <w:r>
        <w:rPr>
          <w:b/>
        </w:rPr>
        <w:t xml:space="preserve">[39:18] </w:t>
      </w:r>
      <w:r>
        <w:t>to yeh system based philosophy wajood mein aayi. is daur mein har taraf system system hone laga, maashi system aur saiyanti system ko behtar banana.</w:t>
      </w:r>
    </w:p>
    <w:p>
      <w:pPr>
        <w:jc w:val="right"/>
      </w:pPr>
      <w:r>
        <w:t>تو یہ سسٹم بیسڈ فلاسفی وجود میں آئی۔ اس دور میں ہر طرف سسٹم سسٹم ہونے لگا، معاشی سسٹم اور سائنسی سسٹم کو بہتر بنانا۔</w:t>
      </w:r>
    </w:p>
    <w:p>
      <w:r>
        <w:rPr>
          <w:b/>
        </w:rPr>
        <w:t xml:space="preserve">[39:32] </w:t>
      </w:r>
      <w:r>
        <w:t>to yeh system based jo thinking aayi duniya mein, wahi musalmanon mein bhi aa gayi. unhone bhi system based, yani taabeer kar dali Islam ki.</w:t>
      </w:r>
    </w:p>
    <w:p>
      <w:pPr>
        <w:jc w:val="right"/>
      </w:pPr>
      <w:r>
        <w:t>تو یہ سسٹم بیسڈ جو تھنکنگ آئی دنیا میں، وہی مسلمانوں میں بھی آ گئی۔ انہوں نے بھی سسٹم بیسڈ، یعنی تعبیر کر ڈالی اسلام کی۔</w:t>
      </w:r>
    </w:p>
    <w:p>
      <w:r>
        <w:rPr>
          <w:b/>
        </w:rPr>
        <w:t xml:space="preserve">[39:43] </w:t>
      </w:r>
      <w:r>
        <w:t>Islam ki taabeer jo system based nahi thi, woh individual based thi. yeh yeh aap Quran ko padhen, hadith ko padhen to saara khitab individual se hota hai, fard se hota hai.</w:t>
      </w:r>
    </w:p>
    <w:p>
      <w:pPr>
        <w:jc w:val="right"/>
      </w:pPr>
      <w:r>
        <w:t>اسلام کی تعبیر جو سسٹم بیسڈ نہیں تھی، وہ انڈیویجول بیسڈ تھی۔ یہ یہ آپ قرآن کو پڑھیں، حدیث کو پڑھیں تو سارا خطاب انڈیویجول سے ہوتا ہے، فرد سے ہوتا ہے۔</w:t>
      </w:r>
    </w:p>
    <w:p>
      <w:r>
        <w:rPr>
          <w:b/>
        </w:rPr>
        <w:t xml:space="preserve">[39:55] </w:t>
      </w:r>
      <w:r>
        <w:t>fard se</w:t>
      </w:r>
    </w:p>
    <w:p>
      <w:pPr>
        <w:jc w:val="right"/>
      </w:pPr>
      <w:r>
        <w:t>فرد سے</w:t>
      </w:r>
    </w:p>
    <w:p>
      <w:r>
        <w:rPr>
          <w:b/>
        </w:rPr>
        <w:t xml:space="preserve">[39:57] </w:t>
      </w:r>
      <w:r>
        <w:t>yeh is daur ka ek naya phenomena hai ke marx aur russo jaise log paida hue, unhone system based philosophy banayi aur yeh yeh nishaniyan diya logon ko ke ke ideal maashiyat, ideal siyasat, ideal samaj, ideal hukumat yeh banao.</w:t>
      </w:r>
    </w:p>
    <w:p>
      <w:pPr>
        <w:jc w:val="right"/>
      </w:pPr>
      <w:r>
        <w:t>یہ اس دور کا ایک نیا فیناومینا ہے کہ مارس اور روسو جیسے لوگ پیدا ہوئے، انہوں نے سسٹم بیسڈ فلاسفی بنائی اور یہ یہ نشانیاں دیا لوگوں کو کہ کہ آئیڈیل معاشیات، آئیڈیل سیاست، آئیڈیل سماج، آئیڈیل حکومت یہ بناؤ۔</w:t>
      </w:r>
    </w:p>
    <w:p>
      <w:r>
        <w:rPr>
          <w:b/>
        </w:rPr>
        <w:t xml:space="preserve">[40:17] </w:t>
      </w:r>
      <w:r>
        <w:t>to yeh jo is daur mein paida hua, system based philosophy,</w:t>
      </w:r>
    </w:p>
    <w:p>
      <w:pPr>
        <w:jc w:val="right"/>
      </w:pPr>
      <w:r>
        <w:t>تو یہ جو اس دور میں پیدا ہوا، سسٹم بیسڈ فلاسفی،</w:t>
      </w:r>
    </w:p>
    <w:p>
      <w:r>
        <w:rPr>
          <w:b/>
        </w:rPr>
        <w:t xml:space="preserve">[40:21] </w:t>
      </w:r>
      <w:r>
        <w:t>isi ki mazahamat hai ke humne bhi Islami nizam hayat, Islami Islami nizam siyasat, Islami hukumat, Islami system yeh sab aaya.</w:t>
      </w:r>
    </w:p>
    <w:p>
      <w:pPr>
        <w:jc w:val="right"/>
      </w:pPr>
      <w:r>
        <w:t>اسی کی مضاحت ہے کہ ہم نے بھی اسلامی نظام حیات، اسلامی اسلامی نظام سیاست، اسلامی حکومت، اسلامی سسٹم یہ سب آیا۔</w:t>
      </w:r>
    </w:p>
    <w:p>
      <w:r>
        <w:rPr>
          <w:b/>
        </w:rPr>
        <w:t xml:space="preserve">[40:32] </w:t>
      </w:r>
      <w:r>
        <w:t>warna haqeeqat mein nishana Islam ka hai mutaqqi insan, Allah se mohabbat karne wala insan, Allah se darne wala insan.</w:t>
      </w:r>
    </w:p>
    <w:p>
      <w:pPr>
        <w:jc w:val="right"/>
      </w:pPr>
      <w:r>
        <w:t>ورنہ حقیقت میں نشانہ اسلام کا ہے متقی انسان، اللہ سے محبت کرنے والا انسان، اللہ سے ڈرنے والا انسان۔</w:t>
      </w:r>
    </w:p>
    <w:p>
      <w:r>
        <w:rPr>
          <w:b/>
        </w:rPr>
        <w:t xml:space="preserve">[40:42] </w:t>
      </w:r>
      <w:r>
        <w:t>yeh nishana Islam ka hai.</w:t>
      </w:r>
    </w:p>
    <w:p>
      <w:pPr>
        <w:jc w:val="right"/>
      </w:pPr>
      <w:r>
        <w:t>یہ نشانہ اسلام کا ہے۔</w:t>
      </w:r>
    </w:p>
    <w:p>
      <w:r>
        <w:rPr>
          <w:b/>
        </w:rPr>
        <w:t xml:space="preserve">[40:46] </w:t>
      </w:r>
      <w:r>
        <w:t>ab koi yani is is ko aap result ke aitbaar se jaanchiye to aap dekhiye ke system based ideology ne kya result nikala hai.</w:t>
      </w:r>
    </w:p>
    <w:p>
      <w:pPr>
        <w:jc w:val="right"/>
      </w:pPr>
      <w:r>
        <w:t>اب کوئی یعنی اس اس کو آپ رزلٹ کے اعتبار سے جانچئے تو آپ دیکھیے کہ سسٹم بیسڈ آئیڈیالوجی نے کیا رزلٹ نکالا ہے۔</w:t>
      </w:r>
    </w:p>
    <w:p>
      <w:r>
        <w:rPr>
          <w:b/>
        </w:rPr>
        <w:t xml:space="preserve">[40:58] </w:t>
      </w:r>
      <w:r>
        <w:t>sirf yeh hai ke tashaddud badh gaya, har taraf tashaddud, nafrat. yeh jo system based ideology nikli musalmanon mein, is ka nateeja kya nikla?</w:t>
      </w:r>
    </w:p>
    <w:p>
      <w:pPr>
        <w:jc w:val="right"/>
      </w:pPr>
      <w:r>
        <w:t>صرف یہ ہے کہ تشدد بڑھ گیا، ہر طرف تشدد، نفرت۔ یہ جو سسٹم بیسڈ آئیڈیالوجی نکلی مسلمانوں میں، اس کا نتیجہ کیا نکلا؟</w:t>
      </w:r>
    </w:p>
    <w:p>
      <w:r>
        <w:rPr>
          <w:b/>
        </w:rPr>
        <w:t xml:space="preserve">[41:07] </w:t>
      </w:r>
      <w:r>
        <w:t>sirf nafrat, tashaddud, hatta ke society bombing.</w:t>
      </w:r>
    </w:p>
    <w:p>
      <w:pPr>
        <w:jc w:val="right"/>
      </w:pPr>
      <w:r>
        <w:t>صرف نفرت، تشدد، حتیٰ کہ سوسائٹی بمبنگ۔</w:t>
      </w:r>
    </w:p>
    <w:p>
      <w:r>
        <w:rPr>
          <w:b/>
        </w:rPr>
        <w:t xml:space="preserve">[41:12] </w:t>
      </w:r>
      <w:r>
        <w:t>is ke bar aks jo individual based jo ideology hai, is mein is ki koi jagah hi nahi. is mein to aadmi ka saara dhyan apne upar hota hai, apni islaah.</w:t>
      </w:r>
    </w:p>
    <w:p>
      <w:pPr>
        <w:jc w:val="right"/>
      </w:pPr>
      <w:r>
        <w:t>اس کے برعکس جو انڈیویجول بیسڈ جو آئیڈیالوجی ہے، اس میں اس کی کوئی جگہ ہی نہیں۔ اس میں تو آدمی کا سارا دھیان اپنے اوپر ہوتا ہے، اپنی اصلاح۔</w:t>
      </w:r>
    </w:p>
    <w:p>
      <w:r>
        <w:rPr>
          <w:b/>
        </w:rPr>
        <w:t xml:space="preserve">[41:26] </w:t>
      </w:r>
      <w:r>
        <w:t>yani islaah e khwaish. agar main ek aur lafz istemal karoon to main kahunga ke ek hai nishana islaah e khwaish ka, ek hai nishana islaah e system ka.</w:t>
      </w:r>
    </w:p>
    <w:p>
      <w:pPr>
        <w:jc w:val="right"/>
      </w:pPr>
      <w:r>
        <w:t>یعنی اصلاح خویش۔ اگر میں ایک اور لفظ استعمال کروں تو میں کہوں گا کہ ایک ہے نشانہ اصلاح خویش کا، ایک ہے نشانہ اصلاح سسٹم کا۔</w:t>
      </w:r>
    </w:p>
    <w:p>
      <w:r>
        <w:rPr>
          <w:b/>
        </w:rPr>
        <w:t xml:space="preserve">[41:38] </w:t>
      </w:r>
      <w:r>
        <w:t>yani system ki islaah aur ek apni islaah.</w:t>
      </w:r>
    </w:p>
    <w:p>
      <w:pPr>
        <w:jc w:val="right"/>
      </w:pPr>
      <w:r>
        <w:t>یعنی سسٹم کی اصلاح اور ایک اپنی اصلاح۔</w:t>
      </w:r>
    </w:p>
    <w:p>
      <w:r>
        <w:rPr>
          <w:b/>
        </w:rPr>
        <w:t xml:space="preserve">[41:45] </w:t>
      </w:r>
      <w:r>
        <w:t>to jo khandan ya samaj ya system hai, is ki bhi islaah kisi darje mein agar mumkin hai to is tareeqe se ke afraad ki islaah ho.</w:t>
      </w:r>
    </w:p>
    <w:p>
      <w:pPr>
        <w:jc w:val="right"/>
      </w:pPr>
      <w:r>
        <w:t>تو جو خاندان یا سماج یا سسٹم ہے، اس کی بھی اصلاح کسی درجے میں اگر ممکن ہے تو اس طریقے سے کہ افراد کی اصلاح ہو۔</w:t>
      </w:r>
    </w:p>
    <w:p>
      <w:r>
        <w:rPr>
          <w:b/>
        </w:rPr>
        <w:t xml:space="preserve">[41:55] </w:t>
      </w:r>
      <w:r>
        <w:t>agar afraad ki islaah na karen aap aur system ko nishana banayen, bheed jama karen, taqreeren karen, stage activism chalayen, jalsa jaloos karen to kuch bhi nahi hone wala, kuch bhi nahi.</w:t>
      </w:r>
    </w:p>
    <w:p>
      <w:pPr>
        <w:jc w:val="right"/>
      </w:pPr>
      <w:r>
        <w:t>اگر افراد کی اصلاح نہ کریں آپ اور سسٹم کو نشانہ بنائیں، بھیڑ اکٹھا کریں، تقریریں کریں، اسٹیج ایکٹیوزم چلائیں، جلسہ جلوس کریں تو کچھ بھی نہیں ہونے والا، کچھ بھی نہیں۔</w:t>
      </w:r>
    </w:p>
    <w:p>
      <w:r>
        <w:rPr>
          <w:b/>
        </w:rPr>
        <w:t xml:space="preserve">[42:07] </w:t>
      </w:r>
      <w:r>
        <w:t>kyun ke aakhir kar woh fard hai jo waqiat ko wajood mein laata</w:t>
      </w:r>
    </w:p>
    <w:p>
      <w:pPr>
        <w:jc w:val="right"/>
      </w:pPr>
      <w:r>
        <w:t>کیونکہ آخر کار وہ فرد ہے جو واقعات کو وجود میں لات</w:t>
      </w:r>
    </w:p>
    <w:p>
      <w:r>
        <w:rPr>
          <w:b/>
        </w:rPr>
        <w:t xml:space="preserve">[42:12] </w:t>
      </w:r>
      <w:r>
        <w:t>hai. ek fard hai, wahi karta hai jo kuch karta hai. fard</w:t>
      </w:r>
    </w:p>
    <w:p>
      <w:pPr>
        <w:jc w:val="right"/>
      </w:pPr>
      <w:r>
        <w:t>ا ہے۔ ایک فرد ہے، وہی کرتا ہے جو کچھ کرتا ہے۔ فرد</w:t>
      </w:r>
    </w:p>
    <w:p>
      <w:r>
        <w:rPr>
          <w:b/>
        </w:rPr>
        <w:t xml:space="preserve">[42:22] </w:t>
      </w:r>
      <w:r>
        <w:t>yani jo yeh kaha jata hai ke UNESCO ka ek woh dictum ke "violence begins from mind", yani tashaddud mind se shuru hota hai.</w:t>
      </w:r>
    </w:p>
    <w:p>
      <w:pPr>
        <w:jc w:val="right"/>
      </w:pPr>
      <w:r>
        <w:t>یعنی جو یہ کہا جاتا ہے کہ یونیسکو کا ایک وہ ڈکٹم کہ "والنس بگنز فرام مائنڈ"، یعنی تشدد مائنڈ سے شروع ہوتا ہے۔</w:t>
      </w:r>
    </w:p>
    <w:p>
      <w:r>
        <w:rPr>
          <w:b/>
        </w:rPr>
        <w:t xml:space="preserve">[42:36] </w:t>
      </w:r>
      <w:r>
        <w:t>to sirf tashaddud ki baat nahi, har cheez mind se shuru hoti hai,</w:t>
      </w:r>
    </w:p>
    <w:p>
      <w:pPr>
        <w:jc w:val="right"/>
      </w:pPr>
      <w:r>
        <w:t>تو صرف تشدد کی بات نہیں، ہر چیز مائنڈ سے شروع ہوتی ہے،</w:t>
      </w:r>
    </w:p>
    <w:p>
      <w:r>
        <w:rPr>
          <w:b/>
        </w:rPr>
        <w:t xml:space="preserve">[42:39] </w:t>
      </w:r>
      <w:r>
        <w:t>chahe mohabbat ho, chahe akhlaq ho, chahe taameeri jazbaat hon, chahe dawat ho, kuch bhi, har cheez mind hi se shuru hoti hai. everything begins from mind.</w:t>
      </w:r>
    </w:p>
    <w:p>
      <w:pPr>
        <w:jc w:val="right"/>
      </w:pPr>
      <w:r>
        <w:t>چاہے محبت ہو، چاہے اخلاق ہو، چاہے تعمیری جذبات ہوں، چاہے دعوت ہو، کچھ بھی، ہر چیز مائنڈ ہی سے شروع ہوتی ہے۔ ایوری تھنگ بگنز فرام مائنڈ۔</w:t>
      </w:r>
    </w:p>
    <w:p>
      <w:r>
        <w:rPr>
          <w:b/>
        </w:rPr>
        <w:t xml:space="preserve">[42:48] </w:t>
      </w:r>
      <w:r>
        <w:t>to mind kahan hai? bheed mein hai? nahi, mind ek fard mein hai. to everything begins from mind. to aap ko mind ko nishana banana hai, isi ko main fard ko nishana bana ke kehta hoon.</w:t>
      </w:r>
    </w:p>
    <w:p>
      <w:pPr>
        <w:jc w:val="right"/>
      </w:pPr>
      <w:r>
        <w:t>تو مائنڈ کہاں ہے؟ بھیڑ میں ہے؟ نہیں، مائنڈ ایک فرد میں ہے۔ تو ایوری تھنگ بگنز فرام مائنڈ۔ تو آپ کو مائنڈ کو نشانہ بنانا ہے، اسی کو میں فرد کو نشانہ بنا کے کہتا ہوں۔</w:t>
      </w:r>
    </w:p>
    <w:p>
      <w:r>
        <w:rPr>
          <w:b/>
        </w:rPr>
        <w:t xml:space="preserve">[43:02] </w:t>
      </w:r>
      <w:r>
        <w:t>jab mind badlega, tabhi aur cheezen badlengi.</w:t>
      </w:r>
    </w:p>
    <w:p>
      <w:pPr>
        <w:jc w:val="right"/>
      </w:pPr>
      <w:r>
        <w:t>جب مائنڈ بدلے گا، تبھی اور چیزیں بدلیں گی۔</w:t>
      </w:r>
    </w:p>
    <w:p>
      <w:r>
        <w:rPr>
          <w:b/>
        </w:rPr>
        <w:t xml:space="preserve">[43:07] </w:t>
      </w:r>
      <w:r>
        <w:t>to mein yeh nahi keh raha hoon ke mind badal kar ke aap ideal system bana len ge, kyunke woh to mumkin nahi hai. mind badal kar aap ideal fard bana sakte hain.</w:t>
      </w:r>
    </w:p>
    <w:p>
      <w:pPr>
        <w:jc w:val="right"/>
      </w:pPr>
      <w:r>
        <w:t>تو میں یہ نہیں کہہ رہا ہوں کہ مائنڈ بدل کر کے آپ آئیڈیل سسٹم بنا لیں گے، کیونکہ وہ تو ممکن نہیں ہے۔ مائنڈ بدل کر آپ آئیڈیل فرد بنا سکتے ہیں۔</w:t>
      </w:r>
    </w:p>
    <w:p>
      <w:r>
        <w:rPr>
          <w:b/>
        </w:rPr>
        <w:t xml:space="preserve">[43:16] </w:t>
      </w:r>
      <w:r>
        <w:t>ideal fard to ideal fard hi Allah taala ka matloob hai. to poori tareekh mein Allah taala aise logon ko select kar raha hai jo jannat mein basane ke qabil hon.</w:t>
      </w:r>
    </w:p>
    <w:p>
      <w:pPr>
        <w:jc w:val="right"/>
      </w:pPr>
      <w:r>
        <w:t>آئیڈیل فرد تو آئیڈیل فرد ہی اللہ تعالی کا مطلوب ہے۔ تو پوری تاریخ میں اللہ تعالی ایسے لوگوں کو سلیکٹ کر رہا ہے جو جنت میں بسانے کے قابل ہوں۔</w:t>
      </w:r>
    </w:p>
    <w:p>
      <w:r>
        <w:rPr>
          <w:b/>
        </w:rPr>
        <w:t xml:space="preserve">[43:30] </w:t>
      </w:r>
      <w:r>
        <w:t>duniya mein aap jannat banayein, duniya mein aap ideal system banayein, yeh to nishan hi nahi Allah</w:t>
      </w:r>
    </w:p>
    <w:p>
      <w:pPr>
        <w:jc w:val="right"/>
      </w:pPr>
      <w:r>
        <w:t>دنیا میں آپ جنت بنائیں، دنیا میں آپ آئیڈیل سسٹم بنائیں، یہ تو نشان ہی نہیں اللہ</w:t>
      </w:r>
    </w:p>
    <w:p>
      <w:r>
        <w:rPr>
          <w:b/>
        </w:rPr>
        <w:t xml:space="preserve">[43:35] </w:t>
      </w:r>
      <w:r>
        <w:t>taala ka, woh nishan hi nahi hai. yaani yeh duniya to banai gayi hai mehdood muddat ke liye, yeh abadi nahi hai, iski muddat mehdood hai aur bohat jald shayad woh khatam hone wali hai.</w:t>
      </w:r>
    </w:p>
    <w:p>
      <w:pPr>
        <w:jc w:val="right"/>
      </w:pPr>
      <w:r>
        <w:t>تعالی کا، وہ نشان ہی نہیں ہے۔ یعنی یہ دنیا تو بنائی گئی ہے محدود مدت کے لیے، یہ ابدی نہیں ہے، اس کی مدت محدود ہے اور بہت جلد شاید وہ ختم ہونے والی ہے۔</w:t>
      </w:r>
    </w:p>
    <w:p>
      <w:r>
        <w:rPr>
          <w:b/>
        </w:rPr>
        <w:t xml:space="preserve">[43:52] </w:t>
      </w:r>
      <w:r>
        <w:t>to yeh duniya banai gayi thi mustaqil taur par baqi rakhne ke liye nahi, mehdood muddat ke liye ba taur selection ground.</w:t>
      </w:r>
    </w:p>
    <w:p>
      <w:pPr>
        <w:jc w:val="right"/>
      </w:pPr>
      <w:r>
        <w:t>تو یہ دنیا بنائی گئی تھی مستقل طور پر باقی رکھنے کے لیے نہیں، محدود مدت کے لیے بطور سلیکشن گراؤنڈ۔</w:t>
      </w:r>
    </w:p>
    <w:p>
      <w:r>
        <w:rPr>
          <w:b/>
        </w:rPr>
        <w:t xml:space="preserve">[44:01] </w:t>
      </w:r>
      <w:r>
        <w:t>is raat ko na janna, is is raat ko janna bohat hi zaroori hai, kyunke isi se aap ko sahi line of action milta hai, sahi way of thinking milti hai aur sahi target milta hai.</w:t>
      </w:r>
    </w:p>
    <w:p>
      <w:pPr>
        <w:jc w:val="right"/>
      </w:pPr>
      <w:r>
        <w:t>اس رات کو نہ جاننا، اس اس رات کو جاننا بہت ہی ضروری ہے، کیونکہ اسی سے آپ کو صحیح لائن آف ایکشن ملتا ہے، صحیح وے آف تھنکنگ ملتی ہے اور صحیح ٹارگٹ ملتا ہے۔</w:t>
      </w:r>
    </w:p>
    <w:p>
      <w:r>
        <w:rPr>
          <w:b/>
        </w:rPr>
        <w:t xml:space="preserve">[44:16] </w:t>
      </w:r>
      <w:r>
        <w:t>sahi target. to hamari jo team hai, us ko mein yeh kahoon ga ke is baat ko achi tarah apne zehen mein clear kar lein ke hamara nishana system nahi hai,</w:t>
      </w:r>
    </w:p>
    <w:p>
      <w:pPr>
        <w:jc w:val="right"/>
      </w:pPr>
      <w:r>
        <w:t>صحیح ٹارگٹ۔ تو ہماری جو ٹیم ہے، اس کو میں یہ کہوں گا کہ اس بات کو اچھی طرح اپنے ذہن میں کلیئر کر لیں کہ ہمارا نشانہ سسٹم نہیں ہے،</w:t>
      </w:r>
    </w:p>
    <w:p>
      <w:r>
        <w:rPr>
          <w:b/>
        </w:rPr>
        <w:t xml:space="preserve">[44:31] </w:t>
      </w:r>
      <w:r>
        <w:t>hamara nishana fard hai, fard individual. ab fard ko le kar ke aap kaam kijiye. ek sahib aaye, hamare haan ek baar, to unhone kaha ke aap kya thore se logon ko le kar ke aap mehnat karte hain?</w:t>
      </w:r>
    </w:p>
    <w:p>
      <w:pPr>
        <w:jc w:val="right"/>
      </w:pPr>
      <w:r>
        <w:t>ہمارا نشانہ فرد ہے، فرد انڈیویجول۔ اب فرد کو لے کر کے آپ کام کیجئے۔ ایک صاحب آئے، ہمارے ہاں ایک بار، تو انہوں نے کہا کہ آپ کیا تھوڑے سے لوگوں کو لے کر کے آپ محنت کرتے ہیں؟</w:t>
      </w:r>
    </w:p>
    <w:p>
      <w:r>
        <w:rPr>
          <w:b/>
        </w:rPr>
        <w:t xml:space="preserve">[44:46] </w:t>
      </w:r>
      <w:r>
        <w:t>aap bahar aayein aur bare bare jalse kijiye. to log is ko kaam samajhte hain, yaani muzahire ko, bare bare bheed ko kaam samajhte hain.</w:t>
      </w:r>
    </w:p>
    <w:p>
      <w:pPr>
        <w:jc w:val="right"/>
      </w:pPr>
      <w:r>
        <w:t>آپ باہر آئیے اور بڑے بڑے جلسے کیجئے۔ تو لوگ اس کو کام سمجھتے ہیں، یعنی مظاہرے کو، بڑے بڑے بھیڑ کو کام سمجھتے ہیں۔</w:t>
      </w:r>
    </w:p>
    <w:p>
      <w:r>
        <w:rPr>
          <w:b/>
        </w:rPr>
        <w:t xml:space="preserve">[44:56] </w:t>
      </w:r>
      <w:r>
        <w:t>is ko</w:t>
      </w:r>
    </w:p>
    <w:p>
      <w:pPr>
        <w:jc w:val="right"/>
      </w:pPr>
      <w:r>
        <w:t>اس کو</w:t>
      </w:r>
    </w:p>
    <w:p>
      <w:r>
        <w:rPr>
          <w:b/>
        </w:rPr>
        <w:t xml:space="preserve">[44:57] </w:t>
      </w:r>
      <w:r>
        <w:t>halanke dekhiye, you have to see the result. yaani result ke term mein aap in ko janchiye.</w:t>
      </w:r>
    </w:p>
    <w:p>
      <w:pPr>
        <w:jc w:val="right"/>
      </w:pPr>
      <w:r>
        <w:t>حالانکہ دیکھیے، یو ہیو ٹو سی دا رزلٹ۔ یعنی رزلٹ کے ٹرم میں آپ ان کو جانچیے۔</w:t>
      </w:r>
    </w:p>
    <w:p>
      <w:r>
        <w:rPr>
          <w:b/>
        </w:rPr>
        <w:t xml:space="preserve">[45:08] </w:t>
      </w:r>
      <w:r>
        <w:t>to itne bare bare bheed, itne bare bare crowd, itne bare bare hangame aur ek bhi insaan nahi ban paya, kuch result nahi nikal saka.</w:t>
      </w:r>
    </w:p>
    <w:p>
      <w:pPr>
        <w:jc w:val="right"/>
      </w:pPr>
      <w:r>
        <w:t>تو اتنے بڑے بڑے بھیڑ، اتنے بڑے بڑے کراؤڈ، اتنے بڑے بڑے ہنگامے اور ایک بھی انسان نہیں بن پایا، کچھ رزلٹ نہیں نکل سکا۔</w:t>
      </w:r>
    </w:p>
    <w:p>
      <w:r>
        <w:rPr>
          <w:b/>
        </w:rPr>
        <w:t xml:space="preserve">[45:17] </w:t>
      </w:r>
      <w:r>
        <w:t>kyun? kyunke in logon ne in individual mind ko address hi nahi kiya, individual mind ko tar</w:t>
      </w:r>
    </w:p>
    <w:p>
      <w:pPr>
        <w:jc w:val="right"/>
      </w:pPr>
      <w:r>
        <w:t>کیوں؟ کیونکہ ان لوگوں نے ان انڈیویجول مائنڈ کو ایڈریس ہی نہیں کیا، انڈیویجول مائنڈ کو ٹار</w:t>
      </w:r>
    </w:p>
    <w:p>
      <w:r>
        <w:rPr>
          <w:b/>
        </w:rPr>
        <w:t xml:space="preserve">[45:25] </w:t>
      </w:r>
      <w:r>
        <w:t>get nahi kiya. unhone bheed ko target target kiya, to bheed mein taliyan bajayen gi, nare lagayen ge aur kahao, is se zyada kuch bhi nahi. dekhiye, yeh yeh bheed ka jo tareeqa hai, crowd ka jo tareeqa hai, is se aap sirf koi negative result hasil kar sakte hain.</w:t>
      </w:r>
    </w:p>
    <w:p>
      <w:pPr>
        <w:jc w:val="right"/>
      </w:pPr>
      <w:r>
        <w:t>گٹ نہیں کیا۔ انہوں نے بھیڑ کو ٹارگٹ ٹارگٹ کیا، تو بھیڑ میں تالیاں بجائیں گی، نعرے لگائیں گے اور کہاؤ، اس سے زیادہ کچھ بھی نہیں۔ دیکھیے، یہ یہ بھیڑ کا جو طریقہ ہے، کراؤڈ کا جو طریقہ ہے، اس سے آپ صرف کوئی نیگیٹیو رزلٹ حاصل کر سکتے ہیں۔</w:t>
      </w:r>
    </w:p>
    <w:p>
      <w:r>
        <w:rPr>
          <w:b/>
        </w:rPr>
        <w:t xml:space="preserve">[45:42] </w:t>
      </w:r>
      <w:r>
        <w:t>maslan kisi India mein British rule kar raha tha pehle, to unhone bheed wali siyasat chalayi. bheed sarkon mein, bheed har jagah, bheed.</w:t>
      </w:r>
    </w:p>
    <w:p>
      <w:pPr>
        <w:jc w:val="right"/>
      </w:pPr>
      <w:r>
        <w:t>مثلاً کسی انڈیا میں برٹش رول کر رہا تھا پہلے، تو انہوں نے بھیڑ والی سیاست چلائی۔ بھیڑ سڑکوں میں، بھیڑ ہر جگہ، بھیڑ۔</w:t>
      </w:r>
    </w:p>
    <w:p>
      <w:r>
        <w:rPr>
          <w:b/>
        </w:rPr>
        <w:t xml:space="preserve">[45:52] </w:t>
      </w:r>
      <w:r>
        <w:t>to angrez chala</w:t>
      </w:r>
    </w:p>
    <w:p>
      <w:pPr>
        <w:jc w:val="right"/>
      </w:pPr>
      <w:r>
        <w:t>تو انگریز چلا</w:t>
      </w:r>
    </w:p>
    <w:p>
      <w:r>
        <w:rPr>
          <w:b/>
        </w:rPr>
        <w:t xml:space="preserve">[45:53] </w:t>
      </w:r>
      <w:r>
        <w:t>gaya, lekin is ka matlab yeh hai ke koi positive natija aa gaya yahan. to bheed ki siyasat se aap ek negative result la sakte hain, yaani ek ek ek hukoomat ko tod sakte hain, lekin is ke baad doosri ek ek behtar hukoomat ban jaye, yeh mumkin nahi hai.</w:t>
      </w:r>
    </w:p>
    <w:p>
      <w:pPr>
        <w:jc w:val="right"/>
      </w:pPr>
      <w:r>
        <w:t>گیا، لیکن اس کا معنی یہ ہے کہ کوئی پازیٹیو نتیجہ آ گیا یہاں۔ تو بھیڑ کی سیاست سے آپ ایک نیگیٹیو رزلٹ لا سکتے ہیں، یعنی ایک ایک ایک حکومت کو توڑ سکتے ہیں، لیکن اس کے بعد دوسری ایک ایک بہتر حکومت بن جائے، یہ ممکن نہیں ہے۔</w:t>
      </w:r>
    </w:p>
    <w:p>
      <w:r>
        <w:rPr>
          <w:b/>
        </w:rPr>
        <w:t xml:space="preserve">[46:11] </w:t>
      </w:r>
      <w:r>
        <w:t>behtar hukoomat banane ke liye afraad chahiye. afraad, afraad se afraad hi kuch positive result dikha sakte hain.</w:t>
      </w:r>
    </w:p>
    <w:p>
      <w:pPr>
        <w:jc w:val="right"/>
      </w:pPr>
      <w:r>
        <w:t>بہتر حکومت بنانے کے لیے افراد چاہیے۔ افراد، افراد سے افراد ہی کچھ پازیٹیو رزلٹ دکھا سکتے ہیں۔</w:t>
      </w:r>
    </w:p>
    <w:p>
      <w:r>
        <w:rPr>
          <w:b/>
        </w:rPr>
        <w:t xml:space="preserve">[46:24] </w:t>
      </w:r>
      <w:r>
        <w:t>to hamara jo nishana hai, woh na to system hai, na hukoomat hai, na bheed hai. hamara nishana fard hai, individual.</w:t>
      </w:r>
    </w:p>
    <w:p>
      <w:pPr>
        <w:jc w:val="right"/>
      </w:pPr>
      <w:r>
        <w:t>تو ہمارا جو نشانہ ہے، وہ نہ تو سسٹم ہے، نہ حکومت ہے، نہ بھیڑ ہے۔ ہمارا نشانہ فرد ہے، انڈیویجول۔</w:t>
      </w:r>
    </w:p>
    <w:p>
      <w:r>
        <w:rPr>
          <w:b/>
        </w:rPr>
        <w:t xml:space="preserve">[46:33] </w:t>
      </w:r>
      <w:r>
        <w:t>individual ko badalna yeh hamara nishana hai. log bar bar is ka tajurba karte hain, phir bhi sabak nahi lete. misal ke taur par dekhiye, mein ne ek martaba parha tha ke zamana Pakistan mein Zia ul Haq sahib sadar thay,</w:t>
      </w:r>
    </w:p>
    <w:p>
      <w:pPr>
        <w:jc w:val="right"/>
      </w:pPr>
      <w:r>
        <w:t>انڈیویجول کو بدلنا یہ ہمارا نشانہ ہے۔ لوگ بار بار اس کا تجربہ کرتے ہیں، پھر بھی سبق نہیں لیتے۔ مثال کے طور پر دیکھیے، میں نے ایک مرتبہ پڑھا تھا کہ زمانہ پاکستان میں ضیاء الحق صاحب صدر تھے،</w:t>
      </w:r>
    </w:p>
    <w:p>
      <w:r>
        <w:rPr>
          <w:b/>
        </w:rPr>
        <w:t xml:space="preserve">[46:50] </w:t>
      </w:r>
      <w:r>
        <w:t>to ulma un ke paas gaye, kaha ke aap Islam pasand hain, aap Islam ki baatein karte hain, to Pakistan mein Islami nizam nafiz kijiye.</w:t>
      </w:r>
    </w:p>
    <w:p>
      <w:pPr>
        <w:jc w:val="right"/>
      </w:pPr>
      <w:r>
        <w:t>تو علماء ان کے پاس گئے، کہا کہ آپ اسلام پسند ہیں، آپ اسلام کی باتیں کرتے ہیں، تو پاکستان میں اسلامی نظام نافذ کیجئے۔</w:t>
      </w:r>
    </w:p>
    <w:p>
      <w:r>
        <w:rPr>
          <w:b/>
        </w:rPr>
        <w:t xml:space="preserve">[47:02] </w:t>
      </w:r>
      <w:r>
        <w:t>to Zia ul Haq sahib ne ulma se kaha ke theek hai, aap log mujhe do sau aadmi dijiye, aise jo purchasable na hon, purchasable na hon, jin ko kharida na ja sake, to mein kar doon ga naaf</w:t>
      </w:r>
    </w:p>
    <w:p>
      <w:pPr>
        <w:jc w:val="right"/>
      </w:pPr>
      <w:r>
        <w:t>تو ضیاء الحق صاحب نے علماء سے کہا کہ ٹھیک ہے، آپ لوگ مجھے دو سو آدمی دیجئے، ایسے جو پرچیزیبل نہ ہوں، پرچیزیبل نہ ہوں، جن کو خریدا نہ جا سکے، تو میں کر دوں گا ناف</w:t>
      </w:r>
    </w:p>
    <w:p>
      <w:r>
        <w:rPr>
          <w:b/>
        </w:rPr>
        <w:t xml:space="preserve">[47:18] </w:t>
      </w:r>
      <w:r>
        <w:t>dh. to ulma ne kaha ke hum kahan se layein? to Zia ul Haq sahib kaha, mein kahan se laoon? tumhare paas masjidain hain, madaris hain, tumhare paas nahi do sau aadmi aise, to mein kahan se laoon ga?</w:t>
      </w:r>
    </w:p>
    <w:p>
      <w:pPr>
        <w:jc w:val="right"/>
      </w:pPr>
      <w:r>
        <w:t>ذ۔ تو علماء نے کہا کہ ہم کہاں سے لائیں؟ تو ضیاء الحق صاحب کہا، میں کہاں سے لاؤں؟ تمہارے پاس مسجدیں ہیں، مدرسے ہیں، تمہارے پاس نہیں دو سو آدمی ایسے، تو میں کہاں سے لاؤں گا؟</w:t>
      </w:r>
    </w:p>
    <w:p>
      <w:r>
        <w:rPr>
          <w:b/>
        </w:rPr>
        <w:t xml:space="preserve">[47:31] </w:t>
      </w:r>
      <w:r>
        <w:t>to dekhiye, fard jo hai, koi bhi positive natija ya kisi bhi qism ka natija, fard is ke peeche hota hai, fard peeche hota</w:t>
      </w:r>
    </w:p>
    <w:p>
      <w:pPr>
        <w:jc w:val="right"/>
      </w:pPr>
      <w:r>
        <w:t>تو دیکھیے، فرد جو ہے، کوئی بھی پازیٹیو نتیجہ یا کسی بھی قسم کا نتیجہ، فرد اس کے پیچھے ہوتا ہے، فرد پیچھے ہوت</w:t>
      </w:r>
    </w:p>
    <w:p>
      <w:r>
        <w:rPr>
          <w:b/>
        </w:rPr>
        <w:t xml:space="preserve">[47:41] </w:t>
      </w:r>
      <w:r>
        <w:t>hai. phir to jo log bari bari bheed akatha karte hain aur bare bare, jis ko mein kaha karta hoon, stage activism, stage activism chalate hain, woh hamesha be, yaani koi result koi nahi bata sakta aaj tak is ka.</w:t>
      </w:r>
    </w:p>
    <w:p>
      <w:pPr>
        <w:jc w:val="right"/>
      </w:pPr>
      <w:r>
        <w:t>ا ہے۔ پھر تو جو لوگ بڑی بڑی بھیڑ اکٹھا کرتے ہیں اور بڑے بڑے، جس کو میں کہا کرتا ہوں، اسٹیج ایکٹیوزم، اسٹیج ایکٹیوزم چلاتے ہیں، وہ ہمیشہ بے، یعنی کوئی رزلٹ کوئی نہیں بتا سکتا آج تک اس کا۔</w:t>
      </w:r>
    </w:p>
    <w:p>
      <w:r>
        <w:rPr>
          <w:b/>
        </w:rPr>
        <w:t xml:space="preserve">[48:05] </w:t>
      </w:r>
      <w:r>
        <w:t>lekin agar nishana banayein fard ko badalna, to bar bar result nikla hai is ka, kagazon ke zamane se le kar aaj tak ke afraad paida hue hain.</w:t>
      </w:r>
    </w:p>
    <w:p>
      <w:pPr>
        <w:jc w:val="right"/>
      </w:pPr>
      <w:r>
        <w:t>لیکن اگر نشانہ بنائیں فرد کو بدلنا، تو بار بار رزلٹ نکلا ہے اس کا، کاغذوں کے زمانے سے لے کر آج تک کہ افراد پیدا ہوئے ہیں۔</w:t>
      </w:r>
    </w:p>
    <w:p>
      <w:r>
        <w:rPr>
          <w:b/>
        </w:rPr>
        <w:t xml:space="preserve">[48:18] </w:t>
      </w:r>
      <w:r>
        <w:t>to aap ko dekhna chahiye, khaliq ki nazar se dekhna, mamle ko dekhna chahiye, yani khuda ke is ke wahan things kya, is is ke lehaz se dekhna chahiye, apne lehaz se nahi.</w:t>
      </w:r>
    </w:p>
    <w:p>
      <w:pPr>
        <w:jc w:val="right"/>
      </w:pPr>
      <w:r>
        <w:t>تو آپ کو دیکھنا چاہیے، خالق کی نظر سے دیکھنا، معاملے کو دیکھنا چاہیے، یعنی خدا کے اس کے وہاں تھنگز کیا، اس اس کے لحاظ سے دیکھنا چاہیے، اپنے لحاظ سے نہیں۔</w:t>
      </w:r>
    </w:p>
    <w:p>
      <w:r>
        <w:rPr>
          <w:b/>
        </w:rPr>
        <w:t xml:space="preserve">[48:28] </w:t>
      </w:r>
      <w:r>
        <w:t>sab se bara masla ye hai, log apne mindset se dekhte hain, apne lehaz se sochte hain.</w:t>
      </w:r>
    </w:p>
    <w:p>
      <w:pPr>
        <w:jc w:val="right"/>
      </w:pPr>
      <w:r>
        <w:t>سب سے بڑا مسئلہ یہ ہے، لوگ اپنے مائنڈ سیٹ سے دیکھتے ہیں، اپنے لحاظ سے سوچتے ہیں۔</w:t>
      </w:r>
    </w:p>
    <w:p>
      <w:r>
        <w:rPr>
          <w:b/>
        </w:rPr>
        <w:t xml:space="preserve">[48:34] </w:t>
      </w:r>
      <w:r>
        <w:t>misal ke taur par dekhiye, abhi India mein kuch dinon se bar bar fasad ho rahe hain, communal rights, jagah jagah, jagah jagah communal rights ho rahe hain.</w:t>
      </w:r>
    </w:p>
    <w:p>
      <w:pPr>
        <w:jc w:val="right"/>
      </w:pPr>
      <w:r>
        <w:t>مثال کے طور پر دیکھیے، ابھی انڈیا میں کچھ دنوں سے بار بار فساد ہو رہے ہیں، کمرل رائٹس، جگہ جگہ، جگہ جگہ کمرل رائٹس ہو رہے ہیں۔</w:t>
      </w:r>
    </w:p>
    <w:p>
      <w:r>
        <w:rPr>
          <w:b/>
        </w:rPr>
        <w:t xml:space="preserve">[48:45] </w:t>
      </w:r>
      <w:r>
        <w:t>ab Muslim log jo hain, logon ke haan taqreeren aati hain akhbaron mein, khas taur par urdu akhbaron mein, taqreeren aa rahi hain,</w:t>
      </w:r>
    </w:p>
    <w:p>
      <w:pPr>
        <w:jc w:val="right"/>
      </w:pPr>
      <w:r>
        <w:t>اب مسلم لوگ جو ہیں، لوگوں کے ہاں تقریریں آتی ہیں اخباروں میں، خاص طور پر اردو اخباروں میں، تقریریں آ رہی ہیں،</w:t>
      </w:r>
    </w:p>
    <w:p>
      <w:r>
        <w:rPr>
          <w:b/>
        </w:rPr>
        <w:t xml:space="preserve">[48:53] </w:t>
      </w:r>
      <w:r>
        <w:t>bayanat aa rahe hain, kya ke qanoon banaya jaye, yani is ka right ke khilaf anti-right qanoon banaya jaye aur anti-right police banayi jaye aur hukumat control kare.</w:t>
      </w:r>
    </w:p>
    <w:p>
      <w:pPr>
        <w:jc w:val="right"/>
      </w:pPr>
      <w:r>
        <w:t>بیانات آ رہے ہیں، کیا کہ قانون بنایا جائے، یعنی اس کا رائٹ کے خلاف اینٹی رائٹ قانون بنایا جائے اور اینٹی رائٹ پولیس بنائی جائے اور حکومت کنٹرول کرے۔</w:t>
      </w:r>
    </w:p>
    <w:p>
      <w:r>
        <w:rPr>
          <w:b/>
        </w:rPr>
        <w:t xml:space="preserve">[49:08] </w:t>
      </w:r>
      <w:r>
        <w:t>aise aise baatein kar rahi hain. main samajhta hoon is se kuch bhi nahi hone wala. ye baat to aap bohat dinon se sun rahe hain, is qism ki communal rights ko khatam karne ki ek hi tarkib hai, wo kya hai</w:t>
      </w:r>
    </w:p>
    <w:p>
      <w:pPr>
        <w:jc w:val="right"/>
      </w:pPr>
      <w:r>
        <w:t>ایسے ایسے باتیں کر رہی ہیں۔ میں سمجھتا ہوں اس سے کچھ بھی نہیں ہونے والا۔ یہ بات تو آپ بہت دنوں سے سن رہے ہیں، اس قسم کی کمرل رائٹس کو ختم کرنے کی ایک ہی ترکیب ہے، وہ کیا ہے</w:t>
      </w:r>
    </w:p>
    <w:p>
      <w:r>
        <w:rPr>
          <w:b/>
        </w:rPr>
        <w:t xml:space="preserve">[49:21] </w:t>
      </w:r>
      <w:r>
        <w:t>? Musalman mushtael hona chhod dein, mushtael hona chhod dein. abhi ek ek jagah fasad hua hai, abhi haal mein to bohat zyada nuksan hua wahan par, communal right hua.</w:t>
      </w:r>
    </w:p>
    <w:p>
      <w:pPr>
        <w:jc w:val="right"/>
      </w:pPr>
      <w:r>
        <w:t>؟ مسلمان مشتعل ہونا چھوڑ دیں، مشتعل ہونا چھوڑ دیں۔ ابھی ایک ایک جگہ فساد ہوا ہے، ابھی حال میں تو بہت زیادہ نقصان ہوا وہاں پر، کمرل رائٹ ہوا۔</w:t>
      </w:r>
    </w:p>
    <w:p>
      <w:r>
        <w:rPr>
          <w:b/>
        </w:rPr>
        <w:t xml:space="preserve">[49:37] </w:t>
      </w:r>
      <w:r>
        <w:t>wahan ke ek sahab mere paas aaye the, abhi kal parson, un se main ne poocha ke shuru kahan se hua fasad?</w:t>
      </w:r>
    </w:p>
    <w:p>
      <w:pPr>
        <w:jc w:val="right"/>
      </w:pPr>
      <w:r>
        <w:t>وہاں کے ایک صاحب میرے پاس آئے تھے، ابھی کل پرسوں، ان سے میں نے پوچھا کہ شروع کہاں سے ہوا فساد؟</w:t>
      </w:r>
    </w:p>
    <w:p>
      <w:r>
        <w:rPr>
          <w:b/>
        </w:rPr>
        <w:t xml:space="preserve">[49:44] </w:t>
      </w:r>
      <w:r>
        <w:t>main hamesha poocha karta hoon, shuru kahan se hua? aur jo reporten chapti hain, reporten hain hamare akhbaron mein, is mein yehi nahi bataya jata. kisi report mein ye nahi bataya jata ke fasad shuru kahan se hua, kyunke shuru hi to janna hai,</w:t>
      </w:r>
    </w:p>
    <w:p>
      <w:pPr>
        <w:jc w:val="right"/>
      </w:pPr>
      <w:r>
        <w:t>میں ہمیشہ پوچھا کرتا ہوں، شروع کہاں سے ہوا؟ اور جو رپورٹیں چھپتی ہیں، رپورٹیں ہیں ہمارے اخباروں میں، اس میں یہی نہیں بتایا جاتا۔ کسی رپورٹ میں یہ نہیں بتایا جاتا کہ فساد شروع کہاں سے ہوا، کیونکہ شروع ہی تو جاننا ہے،</w:t>
      </w:r>
    </w:p>
    <w:p>
      <w:r>
        <w:rPr>
          <w:b/>
        </w:rPr>
        <w:t xml:space="preserve">[49:58] </w:t>
      </w:r>
      <w:r>
        <w:t>kyunke albadi azlam jo shuru kare, wahi zimmedar hai. to har har mauqe par aap ko janna chahiye ke shuru kahan se hua, tab aap ko fasad ki wajah maloom hogi, tab is ki aap tadbeer kar</w:t>
      </w:r>
    </w:p>
    <w:p>
      <w:pPr>
        <w:jc w:val="right"/>
      </w:pPr>
      <w:r>
        <w:t>کیونکہ البادی ازلم جو شروع کرے، وہی ذمہ دار ہے۔ تو ہر ہر موقع پر آپ کو جاننا چاہیے کہ شروع کہاں سے ہوا، تب آپ کو فساد کی وجہ معلوم ہوگی، تب اس کی آپ تدبیر کر</w:t>
      </w:r>
    </w:p>
    <w:p>
      <w:r>
        <w:rPr>
          <w:b/>
        </w:rPr>
        <w:t xml:space="preserve">[50:12] </w:t>
      </w:r>
      <w:r>
        <w:t>sakein ge. to main ne poocha ke fasad shuru kahan se hua? to unhon ne kaha ke ek mandir mein, wahan par mashhoor hoga ke mandir mein Quran rakha hua hai.</w:t>
      </w:r>
    </w:p>
    <w:p>
      <w:pPr>
        <w:jc w:val="right"/>
      </w:pPr>
      <w:r>
        <w:t>سکیں گے۔ تو میں نے پوچھا کہ فساد شروع کہاں سے ہوا؟ تو انہوں نے کہا کہ ایک مندر میں، وہاں پر مشہور ہوگا کہ مندر میں قرآن رکھا ہوا ہے۔</w:t>
      </w:r>
    </w:p>
    <w:p>
      <w:r>
        <w:rPr>
          <w:b/>
        </w:rPr>
        <w:t xml:space="preserve">[50:22] </w:t>
      </w:r>
      <w:r>
        <w:t>aap log samjhein, ek mandir mein Quran ke mani is ki barhmi ho rahi hai. mandir mein Quran hai to barhmi ho rahi hai is ki.</w:t>
      </w:r>
    </w:p>
    <w:p>
      <w:pPr>
        <w:jc w:val="right"/>
      </w:pPr>
      <w:r>
        <w:t>آپ لوگ سمجھیں، ایک مندر میں قرآن کے معنی اس کی برہمی ہو رہی ہے۔ مندر میں قرآن ہے تو برہمی ہو رہی ہے اس کی۔</w:t>
      </w:r>
    </w:p>
    <w:p>
      <w:r>
        <w:rPr>
          <w:b/>
        </w:rPr>
        <w:t xml:space="preserve">[50:29] </w:t>
      </w:r>
      <w:r>
        <w:t>ab is ko aur bhi khabrein chhapi ke mandir mein Quran ko koi jalaya gaya, phada gaya. yani aisa wo hua nahi tha, sirf mandir mein Quran ek rakha hua tha.</w:t>
      </w:r>
    </w:p>
    <w:p>
      <w:pPr>
        <w:jc w:val="right"/>
      </w:pPr>
      <w:r>
        <w:t>اب اس کو اور بھی خبریں چھپی کہ مندر میں قرآن کو کوئی جلایا گیا، پھڑا گیا۔ یعنی ایسا وہ ہوا نہیں تھا، صرف مندر میں قرآن ایک رکھا ہوا تھا۔</w:t>
      </w:r>
    </w:p>
    <w:p>
      <w:r>
        <w:rPr>
          <w:b/>
        </w:rPr>
        <w:t xml:space="preserve">[50:38] </w:t>
      </w:r>
      <w:r>
        <w:t>ho sakta hai ke hamare saathi'on ne kahin diya ho, wahan pahunch gaya ho. ab ek hangama ho gaya is par, aur aur juloos nikala Musalmanon ne ke Quran ki barhmiyon ko.</w:t>
      </w:r>
    </w:p>
    <w:p>
      <w:pPr>
        <w:jc w:val="right"/>
      </w:pPr>
      <w:r>
        <w:t>ہو سکتا ہے کہ ہمارے ساتھیوں نے کہیں دیا ہو، وہاں پہنچ گیا ہو۔ اب ایک ہنگامہ ہو گیا اس پر، اور اور جلوس نکالا مسلمانوں نے کہ قرآن کی برہمیوں کو۔</w:t>
      </w:r>
    </w:p>
    <w:p>
      <w:r>
        <w:rPr>
          <w:b/>
        </w:rPr>
        <w:t xml:space="preserve">[50:50] </w:t>
      </w:r>
      <w:r>
        <w:t>ab wahan par wo police aayi, police ne kaha ke hum hum is mein kuch nahi kar sakte. to police mein pathrao kiya</w:t>
      </w:r>
    </w:p>
    <w:p>
      <w:pPr>
        <w:jc w:val="right"/>
      </w:pPr>
      <w:r>
        <w:t>اب وہاں پر وہ پولیس آئی، پولیس نے کہا کہ ہم ہم اس میں کچھ نہیں کر سکتے۔ تو پولیس میں پتھراؤ کیا</w:t>
      </w:r>
    </w:p>
    <w:p>
      <w:r>
        <w:rPr>
          <w:b/>
        </w:rPr>
        <w:t xml:space="preserve">[50:58] </w:t>
      </w:r>
      <w:r>
        <w:t>unhon ne. jab pathrao kiya to police ne goli chalayi. ab bohat se log mar gaye is mein. to dekhein, communal rights ko rokne ka to ye is baat ko janiye ke har aadmi ko azadi hai, aap ko bhi azadi hai, Hinduo'n ki bhi azadi hai.</w:t>
      </w:r>
    </w:p>
    <w:p>
      <w:pPr>
        <w:jc w:val="right"/>
      </w:pPr>
      <w:r>
        <w:t>انہوں نے۔ جب پتھراؤ کیا تو پولیس نے گولی چلائی۔ اب بہت سے لوگ مر گئے اس میں۔ تو دیکھیں، کمرل رائٹس کو روکنے کا تو یہ اس بات کو جانیے کہ ہر آدمی کو آزادی ہے، آپ کو بھی آزادی ہے، ہندوؤں کی بھی آزادی ہے۔</w:t>
      </w:r>
    </w:p>
    <w:p>
      <w:r>
        <w:rPr>
          <w:b/>
        </w:rPr>
        <w:t xml:space="preserve">[51:12] </w:t>
      </w:r>
      <w:r>
        <w:t>aap chahte hain ke Hinduo'n ki azadi ko khatam kar dete hain, mumkin nahi. aap sirf ye kar sakte hain ke khud mushtael na hon. aap mushtael hone se baat badhti hai, mushtael na ho to baat khatam ho jayegi.</w:t>
      </w:r>
    </w:p>
    <w:p>
      <w:pPr>
        <w:jc w:val="right"/>
      </w:pPr>
      <w:r>
        <w:t>آپ چاہتے ہیں کہ ہندوؤں کی آزادی کو ختم کر دیتے ہیں، ممکن نہیں۔ آپ صرف یہ کر سکتے ہیں کہ خود مشتعل نہ ہوں۔ آپ مشتعل ہونے سے بات بڑھتی ہے، مشتعل نہ ہو تو بات ختم ہو جائے گی۔</w:t>
      </w:r>
    </w:p>
    <w:p>
      <w:r>
        <w:rPr>
          <w:b/>
        </w:rPr>
        <w:t xml:space="preserve">[51:26] </w:t>
      </w:r>
      <w:r>
        <w:t>yani agar ye khabar chhapi thi ke mandir mein Quran hai to bhadakne ki kya zaroorat hai? mushtael hone ki kya zaroorat hai? agar kuch aap karna hai to ja ke miliye is se, is se baat cheet kijiye.</w:t>
      </w:r>
    </w:p>
    <w:p>
      <w:pPr>
        <w:jc w:val="right"/>
      </w:pPr>
      <w:r>
        <w:t>یعنی اگر یہ خبر چھپی تھی کہ مندر میں قرآن ہے تو بھڑکنے کی کیا ضرورت ہے؟ مشتعل ہونے کی کیا ضرورت ہے؟ اگر کچھ آپ کرنا ہے تو جا کے ملیے اس سے، اس سے بات چیت کیجئے۔</w:t>
      </w:r>
    </w:p>
    <w:p>
      <w:r>
        <w:rPr>
          <w:b/>
        </w:rPr>
        <w:t xml:space="preserve">[51:37] </w:t>
      </w:r>
      <w:r>
        <w:t>to ek mamooli si koi khabar hoti hai, is se bhadak kar Musalman juloos nikalte hain, sadkon par aa jate hain, aur police jo action nahi leti, us ko pathar marte hain.</w:t>
      </w:r>
    </w:p>
    <w:p>
      <w:pPr>
        <w:jc w:val="right"/>
      </w:pPr>
      <w:r>
        <w:t>تو ایک معمولی سی کوئی خبر ہوتی ہے، اس سے بھڑک کر مسلمان جلوس نکالتے ہیں، سڑکوں پر آ جاتے ہیں، اور پولیس جو ایکشن نہیں لیتی، اس کو پتھر مارتے ہیں۔</w:t>
      </w:r>
    </w:p>
    <w:p>
      <w:r>
        <w:rPr>
          <w:b/>
        </w:rPr>
        <w:t xml:space="preserve">[51:48] </w:t>
      </w:r>
      <w:r>
        <w:t>saare har har fasad mein yahi hua hai. main ne khud tehqeeq ki hai is masle ki, mislan Meerut mein fasad hua to main khud gaya Meerut mein aur baqayda tehqeeq ki.</w:t>
      </w:r>
    </w:p>
    <w:p>
      <w:pPr>
        <w:jc w:val="right"/>
      </w:pPr>
      <w:r>
        <w:t>سارے ہر ہر فساد میں یہی ہوا ہے۔ میں نے خود تحقیق کی ہے اس مسئلے کی، مثلاً میٹ میں فساد ہوا تو میں خود گیا میٹ میں اور باقاعدہ تحقیق کی۔</w:t>
      </w:r>
    </w:p>
    <w:p>
      <w:r>
        <w:rPr>
          <w:b/>
        </w:rPr>
        <w:t xml:space="preserve">[51:59] </w:t>
      </w:r>
      <w:r>
        <w:t>to ye ye bhi is ka taluq bhi wahi hai, isi se hai ke you have to know the scheme of things of God</w:t>
      </w:r>
    </w:p>
    <w:p>
      <w:pPr>
        <w:jc w:val="right"/>
      </w:pPr>
      <w:r>
        <w:t>تو یہ یہ بھی اس کا تعلق بھی وہی ہے، اسی سے ہے کہ یو ہیو ٹو نو دا اسکیم آف تھنگز آف گاڈ</w:t>
      </w:r>
    </w:p>
    <w:p>
      <w:r>
        <w:rPr>
          <w:b/>
        </w:rPr>
        <w:t xml:space="preserve">[52:06] </w:t>
      </w:r>
      <w:r>
        <w:t>. Khuda ka scheme of things kya hai? Khuda ko har ek ka test lena hai, har ek ko azadi de rakhi hai Khuda ne. to aap chahte hain ke wo azadi is ki chheen, aap is ko to kaise aap chheen sakte hain azadi is ki?</w:t>
      </w:r>
    </w:p>
    <w:p>
      <w:pPr>
        <w:jc w:val="right"/>
      </w:pPr>
      <w:r>
        <w:t>۔ خدا کا اسکیم آف تھنگز کیا ہے؟ خدا کو ہر ایک کا ٹیسٹ لینا ہے، ہر ایک کو آزادی دے رکھی ہے خدا نے۔ تو آپ چاہتے ہیں کہ وہ آزادی اس کی چھینیں، آپ اس کو تو کیسے آپ چھین سکتے ہیں آزادی اس کی؟</w:t>
      </w:r>
    </w:p>
    <w:p>
      <w:r>
        <w:rPr>
          <w:b/>
        </w:rPr>
        <w:t xml:space="preserve">[52:19] </w:t>
      </w:r>
      <w:r>
        <w:t>isi liye dekhiye, Quran majeed mein ek bohat aham taleem hai. aaj kal dekhiye, har taraf chhat pe Rasool, chhat pe Rasool ka hangama karte hain log.</w:t>
      </w:r>
    </w:p>
    <w:p>
      <w:pPr>
        <w:jc w:val="right"/>
      </w:pPr>
      <w:r>
        <w:t>اسی لیے دیکھیے، قرآن مجید میں ایک بہت اہم تعلیم ہے۔ آج کل دیکھیے، ہر طرف چھت پہ رسول، چھت پہ رسول کا ہنگامہ کرتے ہیں لوگ۔</w:t>
      </w:r>
    </w:p>
    <w:p>
      <w:r>
        <w:rPr>
          <w:b/>
        </w:rPr>
        <w:t xml:space="preserve">[52:28] </w:t>
      </w:r>
      <w:r>
        <w:t>jahan koi qissa suna unhon ne chhat pe Rasool ka to maro, kaato shuru ho jata hai wahan par.</w:t>
      </w:r>
    </w:p>
    <w:p>
      <w:pPr>
        <w:jc w:val="right"/>
      </w:pPr>
      <w:r>
        <w:t>جہاں کوئی قصہ سنا انہوں نے چھت پہ رسول کا تو مارو، کاٹو شروع ہو جاتا ہے وہاں پر۔</w:t>
      </w:r>
    </w:p>
    <w:p>
      <w:r>
        <w:rPr>
          <w:b/>
        </w:rPr>
        <w:t xml:space="preserve">[52:36] </w:t>
      </w:r>
      <w:r>
        <w:t>quran mein dekhiye, bohat ajeeb baat hai ke quran mein yeh taleem di gayi hai ke la tasebbu alladhina da'aw min dunillahi fa yasebbu allaha adwamm bighayri 'ilmin.</w:t>
      </w:r>
    </w:p>
    <w:p>
      <w:pPr>
        <w:jc w:val="right"/>
      </w:pPr>
      <w:r>
        <w:t>قرآن میں دیکھیے، بہت عجیب بات ہے کہ قرآن میں یہ تعلیم دی گئی ہے کہ لا تسب الذین من اللہ فیسب اللہ ادوم بغیر علم۔</w:t>
      </w:r>
    </w:p>
    <w:p>
      <w:r>
        <w:rPr>
          <w:b/>
        </w:rPr>
        <w:t xml:space="preserve">[52:50] </w:t>
      </w:r>
      <w:r>
        <w:t>tum log shatm na karo, tum log sabb o shatm na karo un ke ma'abudon ke khilaf, warna woh tumhare liye sabb o shatm karein ge.</w:t>
      </w:r>
    </w:p>
    <w:p>
      <w:pPr>
        <w:jc w:val="right"/>
      </w:pPr>
      <w:r>
        <w:t>تم لوگ شتم نہ کرو، تم لوگ سب و شتم نہ کرو ان کے معبودوں کے خلاف، ورنہ وہ تمہارے لیے سب و شتم کریں گے۔</w:t>
      </w:r>
    </w:p>
    <w:p>
      <w:r>
        <w:rPr>
          <w:b/>
        </w:rPr>
        <w:t xml:space="preserve">[53:00] </w:t>
      </w:r>
      <w:r>
        <w:t>ab yahan par dekhiye ke musalmanon ko sabb o shatm na kiya gaya,</w:t>
      </w:r>
    </w:p>
    <w:p>
      <w:pPr>
        <w:jc w:val="right"/>
      </w:pPr>
      <w:r>
        <w:t>اب یہاں پر دیکھیے کہ مسلمانوں کو سب و شتم نہ کیا گیا،</w:t>
      </w:r>
    </w:p>
    <w:p>
      <w:r>
        <w:rPr>
          <w:b/>
        </w:rPr>
        <w:t xml:space="preserve">[53:04] </w:t>
      </w:r>
      <w:r>
        <w:t>lekin quran mein koi aik aayat aisi nahi hai ke doosron par pabandi lagao ke woh sabb o shatm na karein, yaani khuda par na karein, rasool par na karein, sahaba par na karein.</w:t>
      </w:r>
    </w:p>
    <w:p>
      <w:pPr>
        <w:jc w:val="right"/>
      </w:pPr>
      <w:r>
        <w:t>لیکن قرآن میں کوئی ایک آیت ایسی نہیں ہے کہ دوسروں پر پابندی لگاؤ کہ وہ سب و شتم نہ کریں، یعنی خدا پر نہ کریں، رسول پر نہ کریں، صحابہ پر نہ کریں۔</w:t>
      </w:r>
    </w:p>
    <w:p>
      <w:r>
        <w:rPr>
          <w:b/>
        </w:rPr>
        <w:t xml:space="preserve">[53:13] </w:t>
      </w:r>
      <w:r>
        <w:t>kahin saare quran mein nahi hai. bohat ajeeb baat hai, yaani musalmanon ko roka gaya sabb o shatm se. doosron ke baray mein nahi kaha gaya ke doosron se ja kar pabandi lagao, doosron ko maro, peeto, woh sabb o shatm na karein.</w:t>
      </w:r>
    </w:p>
    <w:p>
      <w:pPr>
        <w:jc w:val="right"/>
      </w:pPr>
      <w:r>
        <w:t>کہیں سارے قرآن میں نہیں ہے۔ بہت عجیب بات ہے، یعنی مسلمانوں کو روکا گیا سب و شتم سے۔ دوسروں کے بارے میں نہیں کہا گیا کہ دوسروں سے جا کر پابندی لگاؤ، دوسروں کو مارو، پیٹو، وہ سب و شتم نہ کریں۔</w:t>
      </w:r>
    </w:p>
    <w:p>
      <w:r>
        <w:rPr>
          <w:b/>
        </w:rPr>
        <w:t xml:space="preserve">[53:27] </w:t>
      </w:r>
      <w:r>
        <w:t>aisa nahi hai.</w:t>
      </w:r>
    </w:p>
    <w:p>
      <w:pPr>
        <w:jc w:val="right"/>
      </w:pPr>
      <w:r>
        <w:t>ایسا نہیں ہے۔</w:t>
      </w:r>
    </w:p>
    <w:p>
      <w:r>
        <w:rPr>
          <w:b/>
        </w:rPr>
        <w:t xml:space="preserve">[53:29] </w:t>
      </w:r>
      <w:r>
        <w:t>is se aap samajhte hain ke khuda ka, yaani jis ko mein kehta hoon, us ko aap things kya hain? khuda ki woh yeh hai ke aap khud mauqa na dein logon ko, aap mushtael na hon to baat qabu mein rahe gi.</w:t>
      </w:r>
    </w:p>
    <w:p>
      <w:pPr>
        <w:jc w:val="right"/>
      </w:pPr>
      <w:r>
        <w:t>اس سے آپ سمجھتے ہیں کہ خدا کا، یعنی جس کو میں کہتا ہوں، اس کو آپ تھنگز کیا ہیں؟ خدا کی وہ یہ ہے کہ آپ خود موقع نہ دیں لوگوں کو، آپ مشتعل نہ ہوں تو بات قابو میں رہے گی۔</w:t>
      </w:r>
    </w:p>
    <w:p>
      <w:r>
        <w:rPr>
          <w:b/>
        </w:rPr>
        <w:t xml:space="preserve">[53:44] </w:t>
      </w:r>
      <w:r>
        <w:t>yeh yeh scheme of things ka muamla saari cheezon se hai, anthology se le kar ke commercial rights tak, har cheez is se aap samajh sakte hain ke aap ko kya karna chahiye.</w:t>
      </w:r>
    </w:p>
    <w:p>
      <w:pPr>
        <w:jc w:val="right"/>
      </w:pPr>
      <w:r>
        <w:t>یہ یہ اسکیم آف تھنگز کا معاملہ ساری چیزوں سے ہے، اینٹیالوجی سے لے کر کے کمرل رائٹس تک، ہر چیز اس سے آپ سمجھ سکتے ہیں کہ آپ کو کیا کرنا چاہیے۔</w:t>
      </w:r>
    </w:p>
    <w:p>
      <w:r>
        <w:rPr>
          <w:b/>
        </w:rPr>
        <w:t xml:space="preserve">[53:59] </w:t>
      </w:r>
      <w:r>
        <w:t>to us waqt basically mujhe mujhe karna tha, woh yeh karna tha ke khuda ki scheme of things ke mutabiq yeh dunya selection ground ke tor par banayi gayi hai.</w:t>
      </w:r>
    </w:p>
    <w:p>
      <w:pPr>
        <w:jc w:val="right"/>
      </w:pPr>
      <w:r>
        <w:t>تو اس وقت بیسیکلی مجھے مجھے کرنا تھا، وہ یہ کرنا تھا کہ خدا کی اسکیم آف تھنگز کے مطابق یہ دنیا سلیکشن گراؤنڈ کے طور پر بنائی گئی ہے۔</w:t>
      </w:r>
    </w:p>
    <w:p>
      <w:r>
        <w:rPr>
          <w:b/>
        </w:rPr>
        <w:t xml:space="preserve">[54:11] </w:t>
      </w:r>
      <w:r>
        <w:t>yaani is dunya mein aise log muntakhib kiye ja rahe hain jo apne soch, apne character, apne behavior ke aitbar se intehai had tak positive hon, pious hon taake un ko Allah taala inaam ke tor par paradise mein basaye.</w:t>
      </w:r>
    </w:p>
    <w:p>
      <w:pPr>
        <w:jc w:val="right"/>
      </w:pPr>
      <w:r>
        <w:t>یعنی اس دنیا میں ایسے لوگ منتخب کیے جا رہے ہیں جو اپنے سوچ، اپنے کریکٹر، اپنے بیہیویئر کے اعتبار سے انتہائی حد تک پازیٹیو ہوں، پائس ہوں تاکہ ان کو اللہ تعالی انعام کے طور پر پارادائز میں بسائے۔</w:t>
      </w:r>
    </w:p>
    <w:p>
      <w:r>
        <w:rPr>
          <w:b/>
        </w:rPr>
        <w:t xml:space="preserve">[54:32] </w:t>
      </w:r>
      <w:r>
        <w:t>to yeh dunya selection ground hai aise logon ke liye, aur asal jo ideal world hai, jo perfect world hai, woh paradise hai, woh aaye ga qayamat ke baad.</w:t>
      </w:r>
    </w:p>
    <w:p>
      <w:pPr>
        <w:jc w:val="right"/>
      </w:pPr>
      <w:r>
        <w:t>تو یہ دنیا سلیکشن گراؤنڈ ہے ایسے لوگوں کے لیے، اور اصل جو آئیڈیل ورلڈ ہے، جو پرفیکٹ ورلڈ ہے، وہ پارادائز ہے، وہ آئے گا قیامت کے بعد۔</w:t>
      </w:r>
    </w:p>
    <w:p>
      <w:r>
        <w:rPr>
          <w:b/>
        </w:rPr>
        <w:t xml:space="preserve">[54:46] </w:t>
      </w:r>
      <w:r>
        <w:t>to saare tareekh ke aise log select kar ke muntakhib kar ke wahan basa diye jayen ge.</w:t>
      </w:r>
    </w:p>
    <w:p>
      <w:pPr>
        <w:jc w:val="right"/>
      </w:pPr>
      <w:r>
        <w:t>تو سارے تاریخ کے ایسے لوگ سلیکٹ کر کے منتخب کر کے وہاں بسا دیے جائیں گے۔</w:t>
      </w:r>
    </w:p>
    <w:p>
      <w:r>
        <w:rPr>
          <w:b/>
        </w:rPr>
        <w:t xml:space="preserve">[54:53] </w:t>
      </w:r>
      <w:r>
        <w:t>babul bible mein is bohat ba-ma'ani aik lafz aaya hai ke shehri shareer kaate jayen ge.</w:t>
      </w:r>
    </w:p>
    <w:p>
      <w:pPr>
        <w:jc w:val="right"/>
      </w:pPr>
      <w:r>
        <w:t>بابل بائبل میں اس بہت بامعنی ایک لفظ آیا ہے کہ شہری شریر کاٹے جائیں گے۔</w:t>
      </w:r>
    </w:p>
    <w:p>
      <w:r>
        <w:rPr>
          <w:b/>
        </w:rPr>
        <w:t xml:space="preserve">[55:03] </w:t>
      </w:r>
      <w:r>
        <w:t>shareer kaate jayen ge, ma'ani yeh hai ke is dunya mein jo shareer log hain, un ko chhaad diya jaye ga, alag kar diya jaye ga. jo saleh log hain, un ko basaya jaye ga wahan.</w:t>
      </w:r>
    </w:p>
    <w:p>
      <w:pPr>
        <w:jc w:val="right"/>
      </w:pPr>
      <w:r>
        <w:t>شریر کاٹے جائیں گے، معنی یہ ہے کہ اس دنیا میں جو شریر لوگ ہیں، ان کو چھاڑ دیا جائے گا، الگ کر دیا جائے گا۔ جو صالح لوگ ہیں، ان کو بسایا جائے گا وہاں۔</w:t>
      </w:r>
    </w:p>
    <w:p>
      <w:r>
        <w:rPr>
          <w:b/>
        </w:rPr>
        <w:t xml:space="preserve">[55:14] </w:t>
      </w:r>
      <w:r>
        <w:t>yehhi baat quran mein hai ke woh woh urisoo 'ibadiyus salehoon</w:t>
      </w:r>
    </w:p>
    <w:p>
      <w:pPr>
        <w:jc w:val="right"/>
      </w:pPr>
      <w:r>
        <w:t>یہی بات قرآن میں ہے کہ وہ وہ ارسوا عبادیہ صالحون</w:t>
      </w:r>
    </w:p>
    <w:p>
      <w:r>
        <w:rPr>
          <w:b/>
        </w:rPr>
        <w:t xml:space="preserve">[55:20] </w:t>
      </w:r>
      <w:r>
        <w:t>ke jannat jo hai, is ki wirasat mile gi saleh bandon ko. baqi log chhod diye jayen ge kyunke saleh bande jo hain, woh muntakhib kiye ja rahe hain.</w:t>
      </w:r>
    </w:p>
    <w:p>
      <w:pPr>
        <w:jc w:val="right"/>
      </w:pPr>
      <w:r>
        <w:t>کہ جنت جو ہے، اس کی وراثت ملے گی صالح بندوں کو۔ باقی لوگ چھوڑ دیے جائیں گے کیونکہ صالح بندے جو ہیں، وہ منتخب کیے جا رہے ہیں۔</w:t>
      </w:r>
    </w:p>
    <w:p>
      <w:r>
        <w:rPr>
          <w:b/>
        </w:rPr>
        <w:t xml:space="preserve">[55:32] </w:t>
      </w:r>
      <w:r>
        <w:t>yeh buniyadi tor par mujhe us waqt yehhi kehna tha ke is dunya ko hum selected ground samjhein, selection ground. yeh dunya jo hai, yeh selection ground hai.</w:t>
      </w:r>
    </w:p>
    <w:p>
      <w:pPr>
        <w:jc w:val="right"/>
      </w:pPr>
      <w:r>
        <w:t>یہ بنیادی طور پر مجھے اس وقت یہی کہنا تھا کہ اس دنیا کو ہم سلیکٹڈ گراؤنڈ سمجھیں، سلیکشن گراؤنڈ۔ یہ دنیا جو ہے، یہ سلیکشن گراؤنڈ ہے۔</w:t>
      </w:r>
    </w:p>
    <w:p>
      <w:r>
        <w:rPr>
          <w:b/>
        </w:rPr>
        <w:t xml:space="preserve">[55:42] </w:t>
      </w:r>
      <w:r>
        <w:t>yeh is liye nahi hai ke hum yahan par just system qaim karein, ideal hukoomat qaim karein, woh mumkin hi nahi hai.</w:t>
      </w:r>
    </w:p>
    <w:p>
      <w:pPr>
        <w:jc w:val="right"/>
      </w:pPr>
      <w:r>
        <w:t>یہ اس لیے نہیں ہے کہ ہم یہاں پر جسٹ سسٹم قائم کریں، آئیڈیل حکومت قائم کریں، وہ ممکن ہی نہیں ہے۔</w:t>
      </w:r>
    </w:p>
    <w:p>
      <w:r>
        <w:rPr>
          <w:b/>
        </w:rPr>
        <w:t xml:space="preserve">[55:49] </w:t>
      </w:r>
      <w:r>
        <w:t>aur jab aap aisi cheez ko qaim karna chahenge jo mumkin nahi hai, to kya hoga? nafrat, charhaao, tashaddud, protest, ladai bhirhai paida hogi.</w:t>
      </w:r>
    </w:p>
    <w:p>
      <w:pPr>
        <w:jc w:val="right"/>
      </w:pPr>
      <w:r>
        <w:t>اور جب آپ ایسی چیز کو قائم کرنا چاہیں گے جو ممکن نہیں ہے، تو کیا ہوگا؟ نفرت، چڑھاؤ، تشدد، پروٹیسٹ، لڑائی بھڑائی پیدا ہوگی۔</w:t>
      </w:r>
    </w:p>
    <w:p>
      <w:r>
        <w:rPr>
          <w:b/>
        </w:rPr>
        <w:t xml:space="preserve">[56:00] </w:t>
      </w:r>
      <w:r>
        <w:t>aur agar aap woh cheez chahein hasil karna jo possible hai, jo mumkin hai Allah ke naqshe ke mutabiq, to aap ke andar positivity aaye gi, insaniyat aaye gi, khair khwahi aaye gi, musbat soch aaye gi,</w:t>
      </w:r>
    </w:p>
    <w:p>
      <w:pPr>
        <w:jc w:val="right"/>
      </w:pPr>
      <w:r>
        <w:t>اور اگر آپ وہ چیز چاہیں حاصل کرنا جو پاسیبل ہے، جو ممکن ہے اللہ کے نقشے کے مطابق، تو آپ کے اندر پازیٹیوٹی آئے گی، انسانیت آئے گی، خیر خواہی آئے گی، مثبت سوچ آئے گی،</w:t>
      </w:r>
    </w:p>
    <w:p>
      <w:r>
        <w:rPr>
          <w:b/>
        </w:rPr>
        <w:t xml:space="preserve">[56:16] </w:t>
      </w:r>
      <w:r>
        <w:t>aur moral values aap ke andar aayen gi. to yeh yeh yeh buniyadi nuqta hai is muamle ka, yaani philosophy of life ka buniyadi nuqta hai</w:t>
      </w:r>
    </w:p>
    <w:p>
      <w:pPr>
        <w:jc w:val="right"/>
      </w:pPr>
      <w:r>
        <w:t>اور مورل ویلیوز آپ کے اندر آئیں گی۔ تو یہ یہ یہ بنیادی نقطہ ہے اس معاملے کا، یعنی فلاسفی آف لائف کا بنیادی نقطہ ہے</w:t>
      </w:r>
    </w:p>
    <w:p>
      <w:r>
        <w:rPr>
          <w:b/>
        </w:rPr>
        <w:t xml:space="preserve">[56:30] </w:t>
      </w:r>
      <w:r>
        <w:t>yehhi. aur bakhsoos is se is muamle mein jis tarah secular log, yaani deviate hue, khud musalman bhi deviate hue, yaani secular philosophers jo hain, unhone chaha ke dunya mein ideal system banayein.</w:t>
      </w:r>
    </w:p>
    <w:p>
      <w:pPr>
        <w:jc w:val="right"/>
      </w:pPr>
      <w:r>
        <w:t>یہی۔ اور بخصوص اس سے اس معاملے میں جس طرح سیکولر لوگ، یعنی ڈیویٹ ہوئے، خود مسلمان بھی ڈیویٹ ہوئے، یعنی سیکولر فلاسفرز جو ہیں، انہوں نے چاہا کہ دنیا میں آئیڈیل سسٹم بنائیں۔</w:t>
      </w:r>
    </w:p>
    <w:p>
      <w:r>
        <w:rPr>
          <w:b/>
        </w:rPr>
        <w:t xml:space="preserve">[56:46] </w:t>
      </w:r>
      <w:r>
        <w:t>yeh musalmanon ne bhi karne lage, wazahat ke taur par ideal system nahi, ideal afraad banao, ideal fard banao, ideal insaan banao.</w:t>
      </w:r>
    </w:p>
    <w:p>
      <w:pPr>
        <w:jc w:val="right"/>
      </w:pPr>
      <w:r>
        <w:t>یہ مسلمانوں نے بھی کرنے لگے، وضاحت کے طور پر آئیڈیل سسٹم نہیں، آئیڈیل افراد بناؤ، آئیڈیل فرد بناؤ، آئیڈیل انسان بناؤ۔</w:t>
      </w:r>
    </w:p>
    <w:p>
      <w:r>
        <w:rPr>
          <w:b/>
        </w:rPr>
        <w:t xml:space="preserve">[56:57] </w:t>
      </w:r>
      <w:r>
        <w:t>asal cheez insaan ko target karo, tab woh aik achievable target hoga. to phir aap ke andar kabhi bhi nafrat</w:t>
      </w:r>
    </w:p>
    <w:p>
      <w:pPr>
        <w:jc w:val="right"/>
      </w:pPr>
      <w:r>
        <w:t>اصل چیز انسان کو ٹارگٹ کرو، تب وہ ایک اچیویبل ٹارگٹ ہوگا۔ تو پھر آپ کے اندر کبھی بھی نفرت</w:t>
      </w:r>
    </w:p>
    <w:p>
      <w:r>
        <w:rPr>
          <w:b/>
        </w:rPr>
        <w:t xml:space="preserve">[57:06] </w:t>
      </w:r>
      <w:r>
        <w:t>nahi paida hogi. jab Allah taala ne insaan ko paida kiya aur farishton se kaha ke inni ja'alun fil ardi khaleefah, to farishton ne kaha ke ataj'alu fiha may yufsidu fiha wa yasfulu bid-dimaa.</w:t>
      </w:r>
    </w:p>
    <w:p>
      <w:pPr>
        <w:jc w:val="right"/>
      </w:pPr>
      <w:r>
        <w:t>نہیں پیدا ہوگی۔ جب اللہ تعالی نے انسان کو پیدا کیا اور فرشتوں سے کہا کہ انہیں جاہل فی الخلیفہ، تو فرشتوں نے کہا کہ اتجلف فیہا میفسد فیہا فی الوقت دماء۔</w:t>
      </w:r>
    </w:p>
    <w:p>
      <w:r>
        <w:rPr>
          <w:b/>
        </w:rPr>
        <w:t xml:space="preserve">[57:25] </w:t>
      </w:r>
      <w:r>
        <w:t>to bas soch mein yeh soch raha tha ke aakhir farishton se kaha kyun? kyun un ko andesha hua ke fasaad karega? yeh to ghaliban is ka aik matlab yeh hoga hoga ke insaan ko chounke paida kiya gaya hai, par farisht parfectionist, yaani insaan basically paradise seeking animal hai,</w:t>
      </w:r>
    </w:p>
    <w:p>
      <w:pPr>
        <w:jc w:val="right"/>
      </w:pPr>
      <w:r>
        <w:t>تو بس سوچ میں یہ سوچ رہا تھا کہ آخر فرشتوں سے کہا کیوں؟ کیوں ان کو اندیشہ ہوا کہ فساد کرے گا؟ یہ تو غالباً اس کا ایک مطلب یہ ہوگا ہوگا کہ انسان کو چونکہ پیدا کیا گیا ہے، پر فرشت پرفیکشنسٹ، یعنی انسان بیسیکلی پارادائز سیک اینیمل ہے،</w:t>
      </w:r>
    </w:p>
    <w:p>
      <w:r>
        <w:rPr>
          <w:b/>
        </w:rPr>
        <w:t xml:space="preserve">[57:46] </w:t>
      </w:r>
      <w:r>
        <w:t>yaani jannat is ke, is ka, is ka woh hai, is ka nishana hai. paradise seeking animal to is liye woh, is liye woh perfect perfectionist bana hua hai, yaani jannat ki talash mein aadmi perfection perfectionist ho gaya hai.</w:t>
      </w:r>
    </w:p>
    <w:p>
      <w:pPr>
        <w:jc w:val="right"/>
      </w:pPr>
      <w:r>
        <w:t>یعنی جنت اس کے، اس کا، اس کا وہ ہے، اس کا نشانہ ہے۔ پارادائز سیک اینیمل تو اس لیے وہ، اس لیے وہ پرفیکٹ پرفیکشنسٹ بنا ہوا ہے، یعنی جنت کی تلاش میں آدمی پرفیکشن پرفیکشنسٹ ہو گیا ہے۔</w:t>
      </w:r>
    </w:p>
    <w:p>
      <w:r>
        <w:rPr>
          <w:b/>
        </w:rPr>
        <w:t xml:space="preserve">[58:04] </w:t>
      </w:r>
      <w:r>
        <w:t>to is ka taqaza hona chahiye ke aadmi aap apne aap ko jannat ke qabil banaye, na ke is dunya mein jannat shidad banai shuru kar de.</w:t>
      </w:r>
    </w:p>
    <w:p>
      <w:pPr>
        <w:jc w:val="right"/>
      </w:pPr>
      <w:r>
        <w:t>تو اس کا تقاضا ہونا چاہیے کہ آدمی آپ اپنے آپ کو جنت کے قابل بنائے، نہ کہ اس دنیا میں جنت شہداد بنائی شروع کرے۔</w:t>
      </w:r>
    </w:p>
    <w:p>
      <w:r>
        <w:rPr>
          <w:b/>
        </w:rPr>
        <w:t xml:space="preserve">[58:13] </w:t>
      </w:r>
      <w:r>
        <w:t>woh to mumkin nahi hai.</w:t>
      </w:r>
    </w:p>
    <w:p>
      <w:pPr>
        <w:jc w:val="right"/>
      </w:pPr>
      <w:r>
        <w:t>وہ تو ممکن نہیں ہے۔</w:t>
      </w:r>
    </w:p>
    <w:p>
      <w:r>
        <w:rPr>
          <w:b/>
        </w:rPr>
        <w:t xml:space="preserve">[58:16] </w:t>
      </w:r>
      <w:r>
        <w:t>yeh farq agar aadmi samajh le ke yeh dunya, yaani fard ke liye selection ground hai ke yeh system banane ke liye nahi hai, to har baat apni jagah par theek ho jayegi, phir nafratein khatam ho jayengi aur tashaddud khatam ho jayega aur positive thinking aa jayegi logon ke andar.</w:t>
      </w:r>
    </w:p>
    <w:p>
      <w:pPr>
        <w:jc w:val="right"/>
      </w:pPr>
      <w:r>
        <w:t>یہ فرق اگر آدمی سمجھ لے کہ یہ دنیا، یعنی فرد کے لیے سلیکشن گراؤنڈ ہے کہ یہ سسٹم بنانے کے لیے نہیں ہے، تو ہر بات اپنی جگہ پر ٹھیک ہو جائے گی، پھر نفرتیں ختم ہو جائیں گی اور تشدد ختم ہو جائے گا اور پازیٹیو تھنکنگ آ جائے گی لوگوں کے اندر۔</w:t>
      </w:r>
    </w:p>
    <w:p>
      <w:r>
        <w:rPr>
          <w:b/>
        </w:rPr>
        <w:t xml:space="preserve">[58:39] </w:t>
      </w:r>
      <w:r>
        <w:t>to hamara mission yahi hai, hamara mission individual based hai, yeh mission system based nahi hai.</w:t>
      </w:r>
    </w:p>
    <w:p>
      <w:pPr>
        <w:jc w:val="right"/>
      </w:pPr>
      <w:r>
        <w:t>تو ہمارا مشن یہی ہے، ہمارا مشن انڈیویجول بیسڈ ہے، یہ مشن سسٹم بیسڈ نہیں ہے۔</w:t>
      </w:r>
    </w:p>
    <w:p>
      <w:r>
        <w:rPr>
          <w:b/>
        </w:rPr>
        <w:t xml:space="preserve">[58:46] </w:t>
      </w:r>
      <w:r>
        <w:t>hamare har saathi ko is mamle mein bohat hi baat ko samajh lena chahiye ke hamara nishana system nahi hai, hamara nishana fard hai.</w:t>
      </w:r>
    </w:p>
    <w:p>
      <w:pPr>
        <w:jc w:val="right"/>
      </w:pPr>
      <w:r>
        <w:t>ہمارے ہر ساتھی کو اس معاملے میں بہت ہی بات کو سمجھ لینا چاہیے کہ ہمارا نشانہ سسٹم نہیں ہے، ہمارا نشانہ فرد ہے۔</w:t>
      </w:r>
    </w:p>
    <w:p>
      <w:r>
        <w:rPr>
          <w:b/>
        </w:rPr>
        <w:t xml:space="preserve">[58:56] </w:t>
      </w:r>
      <w:r>
        <w:t>fard ki zehan saazi hai, fard ki seerat saazi yeh hamara nishana hai. to mein Allah taala se dua karta hoon ke mujh ko aur aap ko Allah taala samajh de aur hum isi mutabiq apni zindagi guzarein.</w:t>
      </w:r>
    </w:p>
    <w:p>
      <w:pPr>
        <w:jc w:val="right"/>
      </w:pPr>
      <w:r>
        <w:t>فرد کی ذہن سازی ہے، فرد کی سیرت سازی یہ ہمارا نشانہ ہے۔ تو میں اللہ تعالی سے دعا کرتا ہوں کہ مجھ کو اور آپ کو اللہ تعالی سمجھ دے اور ہم اسی مطابق اپنی زندگی گزاریں۔</w:t>
      </w:r>
    </w:p>
    <w:p>
      <w:r>
        <w:rPr>
          <w:b/>
        </w:rPr>
        <w:t xml:space="preserve">[59:13] </w:t>
      </w:r>
      <w:r>
        <w:t>aqool qooli wa astaghfirullah li walikum ajmaeen.</w:t>
      </w:r>
    </w:p>
    <w:p>
      <w:pPr>
        <w:jc w:val="right"/>
      </w:pPr>
      <w:r>
        <w:t>اقول قولی واستغفراللہ علی ولم اجمعین۔</w:t>
      </w:r>
    </w:p>
    <w:p>
      <w:r>
        <w:rPr>
          <w:b/>
        </w:rPr>
        <w:t xml:space="preserve">[59:31] </w:t>
      </w:r>
      <w:r>
        <w:t>Maulana Iqbal Umri ne likha hai ke khilafat e rashida ko ideal kyun samjha gaya, is ke baray mein batayein.</w:t>
      </w:r>
    </w:p>
    <w:p>
      <w:pPr>
        <w:jc w:val="right"/>
      </w:pPr>
      <w:r>
        <w:t>مولانا اقبال عمری نے لکھا ہے کہ خلافت راشدہ کو آئیڈیل کیوں سمجھا گیا، اس کے بارے میں بتائیں۔</w:t>
      </w:r>
    </w:p>
    <w:p>
      <w:r>
        <w:rPr>
          <w:b/>
        </w:rPr>
        <w:t xml:space="preserve">[59:44] </w:t>
      </w:r>
      <w:r>
        <w:t>yeh baat ki pedawar hai Abbasi daur ki. khud khilafat e rashida jab thi tab us ko khilafat e rashida bhi nahi kaha jata tha, woh to amir ul momineen kaha tha, yaani khalifa nahi kehte thay, amir ul momineen kehte thay.</w:t>
      </w:r>
    </w:p>
    <w:p>
      <w:pPr>
        <w:jc w:val="right"/>
      </w:pPr>
      <w:r>
        <w:t>یہ بات کی پیداوار ہے عباسی دور کی۔ خود خلافت راشدہ جب تھی تب اس کو خلافت راشدہ بھی نہیں کہا جاتا تھا، وہ تو امیرالمومنین کہا تھا، یعنی خلیفہ نہیں کہتے تھے، امیرالمومنین کہتے تھے۔</w:t>
      </w:r>
    </w:p>
    <w:p>
      <w:r>
        <w:rPr>
          <w:b/>
        </w:rPr>
        <w:t xml:space="preserve">[1:00:00] </w:t>
      </w:r>
      <w:r>
        <w:t>woh aik nizam tha, bas aik aik nazm tha, administration tha, bas woh ideal hukumat thi. yeh tasawwur baad ko aaya jo adabi andaaz mein, jahan tak ke tareekh ka waqia hai, tareekh tareekhi aitbaar se yeh sabit nahi hota ke woh koi ideal system wahan qaim</w:t>
      </w:r>
    </w:p>
    <w:p>
      <w:pPr>
        <w:jc w:val="right"/>
      </w:pPr>
      <w:r>
        <w:t>وہ ایک نظام تھا، بس ایک ایک نظم تھا، ایڈمنسٹریشن تھا، بس وہ آئیڈیل حکومت تھی۔ یہ تصور بعد کو آیا جو ادبی انداز میں، جہاں تک کہ تاریخ کا واقعہ ہے، تاریخ تاریخی اعتبار سے یہ ثابت نہیں ہوتا کہ وہ کوئی آئیڈیل سسٹم وہاں قائ</w:t>
      </w:r>
    </w:p>
    <w:p>
      <w:r>
        <w:rPr>
          <w:b/>
        </w:rPr>
        <w:t xml:space="preserve">[1:00:18] </w:t>
      </w:r>
      <w:r>
        <w:t>tha. mein aap ko aik misaal deta hoon, dekhiye, nizam e hukumat mein pehli cheez yeh hoti hai ke head jo hai, head head of state ka selection kaise ho?</w:t>
      </w:r>
    </w:p>
    <w:p>
      <w:pPr>
        <w:jc w:val="right"/>
      </w:pPr>
      <w:r>
        <w:t>م تھا۔ میں آپ کو ایک مثال دیتا ہوں، دیکھیے، نظام حکومت میں پہلی چیز یہ ہوتی ہے کہ ہیڈ جو ہے، ہیڈ ہیڈ آف سٹیٹ کا سلیکشن کیسے ہو؟</w:t>
      </w:r>
    </w:p>
    <w:p>
      <w:r>
        <w:rPr>
          <w:b/>
        </w:rPr>
        <w:t xml:space="preserve">[1:00:31] </w:t>
      </w:r>
      <w:r>
        <w:t>head of state to aap jante hain ke rasool Allah jab thay to woh chounke rasool thay, is liye automatically aap head of state thay us waqt.</w:t>
      </w:r>
    </w:p>
    <w:p>
      <w:pPr>
        <w:jc w:val="right"/>
      </w:pPr>
      <w:r>
        <w:t>ہیڈ آف سٹیٹ تو آپ جانتے ہیں کہ رسول اللہ جب تھے تو وہ چونکہ رسول تھے، اس لیے آٹومیٹکلی آپ ہیڈ آف اسٹیٹ تھے اس وقت۔</w:t>
      </w:r>
    </w:p>
    <w:p>
      <w:r>
        <w:rPr>
          <w:b/>
        </w:rPr>
        <w:t xml:space="preserve">[1:00:42] </w:t>
      </w:r>
      <w:r>
        <w:t>yaani state ke maani, yaani Madina jo tha, jo city state tha, us ke</w:t>
      </w:r>
    </w:p>
    <w:p>
      <w:pPr>
        <w:jc w:val="right"/>
      </w:pPr>
      <w:r>
        <w:t>یعنی اسٹیٹ کے معنی، یعنی مدینہ جو تھا، جو سٹی اسٹیٹ تھا، اس کے</w:t>
      </w:r>
    </w:p>
    <w:p>
      <w:r>
        <w:rPr>
          <w:b/>
        </w:rPr>
        <w:t xml:space="preserve">[1:00:49] </w:t>
      </w:r>
      <w:r>
        <w:t>acha aap ke baad jo tha, Hazrat Abu Bakr khalifa banaye gaye. kaise khalifa banaye gaye? is tarah banaye gaye ke Saqeefa Bani Saada log ikhatta hue to wahan par ansar ne kaha ke mun ameer wa mink ameer, yaani do ameer banaye jayen, aik ansar ka, aik khalifa.</w:t>
      </w:r>
    </w:p>
    <w:p>
      <w:pPr>
        <w:jc w:val="right"/>
      </w:pPr>
      <w:r>
        <w:t>اچھا آپ کے بعد جو تھا، حضرت ابوبکر خلیفہ بنائے گئے۔ کیسے خلیفہ بنائے گئے؟ اس طرح بنائے گئے کہ ثقیفہ بنی سادہ لوگ اکٹھا ہوئے تو وہاں پر انصار نے کہا کہ من امیر ومنک امیر، یعنی دو امیر بنائے جائیں، ایک انصار کا، ایک خلیفہ۔</w:t>
      </w:r>
    </w:p>
    <w:p>
      <w:r>
        <w:rPr>
          <w:b/>
        </w:rPr>
        <w:t xml:space="preserve">[1:01:10] </w:t>
      </w:r>
      <w:r>
        <w:t>ho aik ansar, aik ansar ka, aik muhajireen ka.</w:t>
      </w:r>
    </w:p>
    <w:p>
      <w:pPr>
        <w:jc w:val="right"/>
      </w:pPr>
      <w:r>
        <w:t>ہو ایک انصار، ایک انصار کا، ایک مہاجرین کا۔</w:t>
      </w:r>
    </w:p>
    <w:p>
      <w:r>
        <w:rPr>
          <w:b/>
        </w:rPr>
        <w:t xml:space="preserve">[1:01:14] </w:t>
      </w:r>
      <w:r>
        <w:t>us waqt wahan an aik hadees pesh ki gayi ke al aaimatu min quraish, quraish hi ka aadmi jo hai, ameer hoga.</w:t>
      </w:r>
    </w:p>
    <w:p>
      <w:pPr>
        <w:jc w:val="right"/>
      </w:pPr>
      <w:r>
        <w:t>اس وقت وہاں ان ایک حدیث پیش کی گئی کہ الائمۃ ابن قریش، قریش ہی کا آدمی جو ہے، امیر ہوگا۔</w:t>
      </w:r>
    </w:p>
    <w:p>
      <w:r>
        <w:rPr>
          <w:b/>
        </w:rPr>
        <w:t xml:space="preserve">[1:01:25] </w:t>
      </w:r>
      <w:r>
        <w:t>jo chaha Hazrat Abu Bakr ko, us mauqe par jo log thay, wahan khalifa bana banaya. saare Arab log nahi hain, us mauqe par jo thay, wahan maujood. yeh yeh pehle khalifa ko hua.</w:t>
      </w:r>
    </w:p>
    <w:p>
      <w:pPr>
        <w:jc w:val="right"/>
      </w:pPr>
      <w:r>
        <w:t>جو چاہا حضرت ابوبکر کو، اس موقع پر جو لوگ تھے، وہاں خلیفہ بنا بنایا۔ سارے عرب لوگ نہیں ہیں، اس موقع پر جو تھے، وہاں موجود۔ یہ یہ پہلے خلیفہ کو ہوا۔</w:t>
      </w:r>
    </w:p>
    <w:p>
      <w:r>
        <w:rPr>
          <w:b/>
        </w:rPr>
        <w:t xml:space="preserve">[1:01:36] </w:t>
      </w:r>
      <w:r>
        <w:t>doosre khalifa ka mamla yeh hua ke Hazrat Abu Bakr ne un ko naamzad kar diya. naamzad karne se woh Hazrat Umar khalifa ban gaye.</w:t>
      </w:r>
    </w:p>
    <w:p>
      <w:pPr>
        <w:jc w:val="right"/>
      </w:pPr>
      <w:r>
        <w:t>دوسرے خلیفہ کا معاملہ یہ ہوا کہ حضرت ابوبکر نے ان کو نامزد کر دیا۔ نامزد کرنے سے وہ حضرت عمر خلیفہ بن گئے۔</w:t>
      </w:r>
    </w:p>
    <w:p>
      <w:r>
        <w:rPr>
          <w:b/>
        </w:rPr>
        <w:t xml:space="preserve">[1:01:43] </w:t>
      </w:r>
      <w:r>
        <w:t>teesra jo tha, aik board banaya Hazrat Umar ne apne baad. is is board ne chah admiyon ke board ne tay kiya to us ke nateejay mein Hazrat Usman banaye gaye.</w:t>
      </w:r>
    </w:p>
    <w:p>
      <w:pPr>
        <w:jc w:val="right"/>
      </w:pPr>
      <w:r>
        <w:t>تیسرا جو تھا، ایک بورڈ بنایا حضرت عمر نے اپنے بعد۔ اس اس بورڈ نے چھ آدمیوں کے بورڈ نے طے کیا تو اس کے نتیجے میں حضرت عثمان بنائے گئے۔</w:t>
      </w:r>
    </w:p>
    <w:p>
      <w:r>
        <w:rPr>
          <w:b/>
        </w:rPr>
        <w:t xml:space="preserve">[1:01:56] </w:t>
      </w:r>
      <w:r>
        <w:t>phir woh us ke baad jo hai, woh aik fawza tha, aik anarchy thi, us mein Hazrat Ali ko khalifa bana diya gaya.</w:t>
      </w:r>
    </w:p>
    <w:p>
      <w:pPr>
        <w:jc w:val="right"/>
      </w:pPr>
      <w:r>
        <w:t>پھر وہ اس کے بعد جو ہے، وہ ایک فوضہ تھا، ایک انارکی تھی، اس میں حضرت علی کو خلیفہ بنا دیا گیا۔</w:t>
      </w:r>
    </w:p>
    <w:p>
      <w:r>
        <w:rPr>
          <w:b/>
        </w:rPr>
        <w:t xml:space="preserve">[1:02:04] </w:t>
      </w:r>
      <w:r>
        <w:t>yaani chaar khalifa chaaron alag hue. baad ko jo Hazrat Umar Abdul Aziz thay, un ko khalifa khamis kaha jata hai. to un ka aik aik aur un ka, yaani Umar Abdul Aziz ka panchwan tareeqa tha.</w:t>
      </w:r>
    </w:p>
    <w:p>
      <w:pPr>
        <w:jc w:val="right"/>
      </w:pPr>
      <w:r>
        <w:t>یعنی چار خلیفہ چاروں الگ ہوئے۔ بعد کو جو حضرت عمر عبدالعزیز تھے، ان کو خلیفہ خامس کہا جاتا ہے۔ تو ان کا ایک ایک اور ان کا، یعنی عمر عبدالعزیز کا پانچواں طریقہ تھا۔</w:t>
      </w:r>
    </w:p>
    <w:p>
      <w:r>
        <w:rPr>
          <w:b/>
        </w:rPr>
        <w:t xml:space="preserve">[1:02:16] </w:t>
      </w:r>
      <w:r>
        <w:t>woh to yeh yeh kaun sa, yaani perfect nizam</w:t>
      </w:r>
    </w:p>
    <w:p>
      <w:pPr>
        <w:jc w:val="right"/>
      </w:pPr>
      <w:r>
        <w:t>وہ تو یہ یہ کون سا، یعنی پرفیکٹ نظام</w:t>
      </w:r>
    </w:p>
    <w:p>
      <w:r>
        <w:rPr>
          <w:b/>
        </w:rPr>
        <w:t xml:space="preserve">[1:02:21] </w:t>
      </w:r>
      <w:r>
        <w:t>tha ke har khalifa ka taqarrur alag alag dhang se hua. aur us ke baad bohat jald aisa hua ke khandANI khilafat qaim ho gayi Muawiya ke dauraniye mein.</w:t>
      </w:r>
    </w:p>
    <w:p>
      <w:pPr>
        <w:jc w:val="right"/>
      </w:pPr>
      <w:r>
        <w:t>تھا کہ ہر خلیفہ کا تقرر الگ الگ ڈھنگ سے ہوا۔ اور اس کے بعد بہت جلد ایسا ہوا کہ خاندانی خلافت قائم ہو گئی معاویہ کے دورانیے میں۔</w:t>
      </w:r>
    </w:p>
    <w:p>
      <w:r>
        <w:rPr>
          <w:b/>
        </w:rPr>
        <w:t xml:space="preserve">[1:02:35] </w:t>
      </w:r>
      <w:r>
        <w:t>aur phir chalti hi rahi, yaani Muawiyah se shuru hui to aaj tak wahi chalti rahi khandانی khilafat. to yeh yeh yeh perfect kaise kahenge aap is ko?</w:t>
      </w:r>
    </w:p>
    <w:p>
      <w:pPr>
        <w:jc w:val="right"/>
      </w:pPr>
      <w:r>
        <w:t>اور پھر چلتی ہی رہی، یعنی معاویہ سے شروع ہوئی تو آج تک وہی چلتی رہی خاندانی خلافت۔ تو یہ یہ یہ پرفیکٹ کیسے کہیں گے آپ اس کو؟</w:t>
      </w:r>
    </w:p>
    <w:p>
      <w:r>
        <w:rPr>
          <w:b/>
        </w:rPr>
        <w:t xml:space="preserve">[1:02:48] </w:t>
      </w:r>
      <w:r>
        <w:t>to khilafat-e-rashidah koi perfect nizam nahi tha,</w:t>
      </w:r>
    </w:p>
    <w:p>
      <w:pPr>
        <w:jc w:val="right"/>
      </w:pPr>
      <w:r>
        <w:t>تو خلافت راشدہ کوئی پرفیکٹ نظام نہیں تھا،</w:t>
      </w:r>
    </w:p>
    <w:p>
      <w:r>
        <w:rPr>
          <w:b/>
        </w:rPr>
        <w:t xml:space="preserve">[1:02:52] </w:t>
      </w:r>
      <w:r>
        <w:t>ek ek administration tha bas. aur jo log is ko perfect kehte hain, woh adabi zaban mein kitabein likhi gayi hain, baat ko is mein kehte hain. tareekh ke aitbar se koi is ka saboot nahi hai.</w:t>
      </w:r>
    </w:p>
    <w:p>
      <w:pPr>
        <w:jc w:val="right"/>
      </w:pPr>
      <w:r>
        <w:t>ایک ایک ایڈمنسٹریشن تھا بس۔ اور جو لوگ اس کو پرفیکٹ کہتے ہیں، وہ ادبی زبان میں کتابیں لکھی گئی ہیں، بات کو اس میں کہتے ہیں۔ تاریخ کے اعتبار سے کوئی اس کا ثبوت نہیں ہے۔</w:t>
      </w:r>
    </w:p>
    <w:p>
      <w:r>
        <w:rPr>
          <w:b/>
        </w:rPr>
        <w:t xml:space="preserve">[1:03:03] </w:t>
      </w:r>
      <w:r>
        <w:t>to yeh koi kami ki baat nahi hai, aasani ki koi nuqs hai. yeh Khuda ki is ki maafi hi nahi hai ke dunya mein ideal khilafat qaim ho, ideal insan bane, yeh Allah taala ka aur ideal insan bilashubah bane.</w:t>
      </w:r>
    </w:p>
    <w:p>
      <w:pPr>
        <w:jc w:val="right"/>
      </w:pPr>
      <w:r>
        <w:t>تو یہ کوئی کمی کی بات نہیں ہے، آسانی کی کوئی نقص ہے۔ یہ خدا کی اس کی معافی ہی نہیں ہے کہ دنیا میں آئیڈیل خلافت قائم ہو، آئیڈیل انسان بنے، یہ اللہ تعالی کا اور آئیڈیل انسان بلاشبہ بنے۔</w:t>
      </w:r>
    </w:p>
    <w:p>
      <w:r>
        <w:rPr>
          <w:b/>
        </w:rPr>
        <w:t xml:space="preserve">[1:03:19] </w:t>
      </w:r>
      <w:r>
        <w:t>yaani ek ek, yaani jo sahaba the, woh ideal character mein ideal the, soch mein ideal the.</w:t>
      </w:r>
    </w:p>
    <w:p>
      <w:pPr>
        <w:jc w:val="right"/>
      </w:pPr>
      <w:r>
        <w:t>یعنی ایک ایک، یعنی جو صحابہ تھے، وہ آئیڈیل کریکٹر میں آئیڈیل تھے، سوچ میں آئیڈیل تھے۔</w:t>
      </w:r>
    </w:p>
    <w:p>
      <w:r>
        <w:rPr>
          <w:b/>
        </w:rPr>
        <w:t xml:space="preserve">[1:03:29] </w:t>
      </w:r>
      <w:r>
        <w:t>yeh yeh thi un ki sifat. yeh nahi ke unhone ek koi ideal system bana diya tha. yeh yeh yeh un ka, yaani yeh adabi tasawwur hai, yeh log yeh yeh koi tareekhi tasawwur nahi hai.</w:t>
      </w:r>
    </w:p>
    <w:p>
      <w:pPr>
        <w:jc w:val="right"/>
      </w:pPr>
      <w:r>
        <w:t>یہ یہ تھی ان کی صفت۔ یہ نہیں کہ انہوں نے ایک کوئی آئیڈیل سسٹم بنا دیا تھا۔ یہ یہ یہ ان کا، یعنی یہ ادبی تصور ہے، یہ لوگ یہ یہ کوئی تاریخی تصور نہیں ہے۔</w:t>
      </w:r>
    </w:p>
    <w:p>
      <w:r>
        <w:rPr>
          <w:b/>
        </w:rPr>
        <w:t xml:space="preserve">[1:03:45] </w:t>
      </w:r>
      <w:r>
        <w:t>Mr. Ashish Tiwari ne Kanpur se likha hai:</w:t>
      </w:r>
    </w:p>
    <w:p>
      <w:pPr>
        <w:jc w:val="right"/>
      </w:pPr>
      <w:r>
        <w:t>مسٹر عشیش طواری نے کانپور سے لکھا ہے:</w:t>
      </w:r>
    </w:p>
    <w:p>
      <w:r>
        <w:rPr>
          <w:b/>
        </w:rPr>
        <w:t xml:space="preserve">[1:03:50] </w:t>
      </w:r>
      <w:r>
        <w:t>"Maulana sahib, you have said that the creation plan of God is to put man to test in this world, so that selection for paradise can be made.</w:t>
      </w:r>
    </w:p>
    <w:p>
      <w:pPr>
        <w:jc w:val="right"/>
      </w:pPr>
      <w:r>
        <w:t>"مولانا صاحب، یو ہیو سیڈ دیٹ دی کریشن پلان آف گاڈ از ٹو پٹ مین ٹو ٹیسٹ ان دس ورلڈ، سو دیٹ سلیکشن فار پارادائز کین بی میڈ۔</w:t>
      </w:r>
    </w:p>
    <w:p>
      <w:r>
        <w:rPr>
          <w:b/>
        </w:rPr>
        <w:t xml:space="preserve">[1:04:02] </w:t>
      </w:r>
      <w:r>
        <w:t>Why does God need this test? Since man has been created by God, God must know beforehand who is capable of living in paradise and who is not." Kindly comment</w:t>
      </w:r>
    </w:p>
    <w:p>
      <w:pPr>
        <w:jc w:val="right"/>
      </w:pPr>
      <w:r>
        <w:t>وائی ڈز گاڈ نیڈ دس ٹیسٹ؟ سنس مین ہیز بین کریٹڈ بائے گاڈ، گاڈ مسٹ نو بیفور ہینڈ ہو از کیپیبل آف لیونگ ان پارادائز اینڈ ہو از ناٹ۔" کائنڈلی کمنٹ</w:t>
      </w:r>
    </w:p>
    <w:p>
      <w:r>
        <w:rPr>
          <w:b/>
        </w:rPr>
        <w:t xml:space="preserve">[1:04:18] </w:t>
      </w:r>
      <w:r>
        <w:t>Nahi. Dekhiye, yeh insan par Allah ka bohat bara ehsan hai. Yaani ek kitna thrilling tasawwur hai ke Khuda ne paida kiya insan ko, us ko 30 senses diya, test diya,</w:t>
      </w:r>
    </w:p>
    <w:p>
      <w:pPr>
        <w:jc w:val="right"/>
      </w:pPr>
      <w:r>
        <w:t>نہیں۔ دیکھیے، یہ انسان پر اللہ کا بہت بڑا احسان ہے۔ یعنی ایک کتنا تھرلنگ تصور ہے کہ خدا نے پیدا کیا انسان کو، اس کو تیس سینسز دیا، ٹیسٹ دیا،</w:t>
      </w:r>
    </w:p>
    <w:p>
      <w:r>
        <w:rPr>
          <w:b/>
        </w:rPr>
        <w:t xml:space="preserve">[1:04:33] </w:t>
      </w:r>
      <w:r>
        <w:t>us ko yaani aaram aur takleef ka ehsas diya, phir us ko ek jannat banai ke yahan woh reh sake, abadi tor par reh sake.</w:t>
      </w:r>
    </w:p>
    <w:p>
      <w:pPr>
        <w:jc w:val="right"/>
      </w:pPr>
      <w:r>
        <w:t>اس کو یعنی آرام اور تکلیف کا احساس دیا، پھر اس کو ایک جنت بنائی کہ یہاں وہ رہ سکے، ابدی طور پر رہ سکے۔</w:t>
      </w:r>
    </w:p>
    <w:p>
      <w:r>
        <w:rPr>
          <w:b/>
        </w:rPr>
        <w:t xml:space="preserve">[1:04:43] </w:t>
      </w:r>
      <w:r>
        <w:t>to yeh kitna thrilling tasawwur hai ke main ek aisi dunya mein rahoonga, abadi tor par, jahan mujhe har qism ki cheezein mujhe milein, har har khwahish meri poori ho, mujhe fulfillment mile wahan par.</w:t>
      </w:r>
    </w:p>
    <w:p>
      <w:pPr>
        <w:jc w:val="right"/>
      </w:pPr>
      <w:r>
        <w:t>تو یہ کتنا تھرلنگ تصور ہے کہ میں ایک ایسی دنیا میں رہوں گا، ابدی طور پر، جہاں مجھے ہر قسم کی چیزیں مجھے ملیں، ہر ہر خواہش میری پوری ہو، مجھے فلفلمنٹ ملے وہاں پر۔</w:t>
      </w:r>
    </w:p>
    <w:p>
      <w:r>
        <w:rPr>
          <w:b/>
        </w:rPr>
        <w:t xml:space="preserve">[1:04:56] </w:t>
      </w:r>
      <w:r>
        <w:t>to yeh to hai Allah taala ke ehsan hain ke aap paida kar ke jannat mein basane, lekin is ka koi, is ka koi yaani usool hona chahiye na?</w:t>
      </w:r>
    </w:p>
    <w:p>
      <w:pPr>
        <w:jc w:val="right"/>
      </w:pPr>
      <w:r>
        <w:t>تو یہ تو ہے اللہ تعالی کے احسان ہیں کہ آپ پیدا کر کے جنت میں بسانے، لیکن اس کا کوئی، اس کا کوئی یعنی اصول ہونا چاہیے نا؟</w:t>
      </w:r>
    </w:p>
    <w:p>
      <w:r>
        <w:rPr>
          <w:b/>
        </w:rPr>
        <w:t xml:space="preserve">[1:05:06] </w:t>
      </w:r>
      <w:r>
        <w:t>jo qualify kare, woh bas aa jaye ga</w:t>
      </w:r>
    </w:p>
    <w:p>
      <w:pPr>
        <w:jc w:val="right"/>
      </w:pPr>
      <w:r>
        <w:t>جو کوالیفائی کرے، وہ بس آ جائے گا</w:t>
      </w:r>
    </w:p>
    <w:p>
      <w:r>
        <w:rPr>
          <w:b/>
        </w:rPr>
        <w:t xml:space="preserve">[1:05:09] </w:t>
      </w:r>
      <w:r>
        <w:t>is mein. to is ka tareeqa yeh Allah yeh rakha ke azadi de di insan ko, yaani freedom of choice. ab ab woh wahan par insan ka selection ho raha hai ke jo log is yaani is azadi ke test mein poore utar rahe hain, un ko select kiya ja raha hai, baqi ko chhod diya jata hai.</w:t>
      </w:r>
    </w:p>
    <w:p>
      <w:pPr>
        <w:jc w:val="right"/>
      </w:pPr>
      <w:r>
        <w:t>اس میں۔ تو اس کا طریقہ یہ اللہ یہ رکھا کہ آزادی دے دی انسان کو، یعنی فریڈم آف چوائس۔ اب اب وہ وہاں پر انسان کا سلیکشن ہو رہا ہے کہ جو لوگ اس یعنی اس آزادی کے ٹیسٹ میں پورے اتر رہے ہیں، ان کو سلیکٹ کیا جا رہا ہے، باقی کو چھوڑ دیا جاتا ہے۔</w:t>
      </w:r>
    </w:p>
    <w:p>
      <w:r>
        <w:rPr>
          <w:b/>
        </w:rPr>
        <w:t xml:space="preserve">[1:05:30] </w:t>
      </w:r>
      <w:r>
        <w:t>to yeh to bohat hi acha system hai, is mein aitraz ki kya baat hai?</w:t>
      </w:r>
    </w:p>
    <w:p>
      <w:pPr>
        <w:jc w:val="right"/>
      </w:pPr>
      <w:r>
        <w:t>تو یہ تو بہت ہی اچھا سسٹم ہے، اس میں اعتراض کی کیا بات ہے؟</w:t>
      </w:r>
    </w:p>
    <w:p>
      <w:r>
        <w:rPr>
          <w:b/>
        </w:rPr>
        <w:t xml:space="preserve">[1:05:34] </w:t>
      </w:r>
      <w:r>
        <w:t>Yaani is par aap ko khush hona chahiye ke Allah ne aap ko mauqa diya hai ke aap ek eternal paradise mein zindagi guzar sakein. Yaani dunya mein aadmi ek acha job lene ke liye sari daud dhop lagata hai, har aadmi dunya mein ek acha business khada karne ke liye har aadmi daud dhop lagata hai.</w:t>
      </w:r>
    </w:p>
    <w:p>
      <w:pPr>
        <w:jc w:val="right"/>
      </w:pPr>
      <w:r>
        <w:t>یعنی اس پر آپ کو خوش ہونا چاہیے کہ اللہ نے آپ کو موقع دیا ہے کہ آپ ایک ایٹرنل پارادائز میں زندگی گزار سکیں۔ یعنی دنیا میں آدمی ایک اچھا جاب لینے کے لیے ساری دوڑ دھوپ لگاتا ہے، ہر آدمی دنیا میں ایک اچھا بزنس کھڑا کرنے کے لیے ہر آدمی دوڑ دھوپ لگاتا ہے۔</w:t>
      </w:r>
    </w:p>
    <w:p>
      <w:r>
        <w:rPr>
          <w:b/>
        </w:rPr>
        <w:t xml:space="preserve">[1:05:51] </w:t>
      </w:r>
      <w:r>
        <w:t>to jannat mein jagah lene ke liye aap is ka koi aur curtain chahte hain? doosra mayar woh yahan bhi mayar qaim kijiye, yahan bhi do yardstick kyun?</w:t>
      </w:r>
    </w:p>
    <w:p>
      <w:pPr>
        <w:jc w:val="right"/>
      </w:pPr>
      <w:r>
        <w:t>تو جنت میں جگہ لینے کے لیے آپ اس کا کوئی اور کرٹن چاہتے ہیں؟ دوسرا معیار وہ یہاں بھی معیار قائم کیجئے، یہاں بھی دو یارڈ اسٹک کیوں؟</w:t>
      </w:r>
    </w:p>
    <w:p>
      <w:r>
        <w:rPr>
          <w:b/>
        </w:rPr>
        <w:t xml:space="preserve">[1:06:04] </w:t>
      </w:r>
      <w:r>
        <w:t>to har insan ki khwahish hai ke mere paas achi family ho, acha ghar ho, acha ho, lekin pata nahi aadmi. abhi dekhiye, kal mein soch raha tha ke is mahine mein, October ke mahine mein, kai bohat hi aam logon ki mautin huin.</w:t>
      </w:r>
    </w:p>
    <w:p>
      <w:pPr>
        <w:jc w:val="right"/>
      </w:pPr>
      <w:r>
        <w:t>تو ہر انسان کی خواہش ہے کہ میرے پاس اچھی فیملی ہو، اچھا گھر ہو، اچھا ہو، لیکن پاتا نہیں آدمی۔ ابھی دیکھیے، کل میں سوچ رہا تھا کہ اس مہینے میں، اکتوبر کے مہینے میں، کئی بہت ہی عام لوگوں کی موتیں ہوئیں۔</w:t>
      </w:r>
    </w:p>
    <w:p>
      <w:r>
        <w:rPr>
          <w:b/>
        </w:rPr>
        <w:t xml:space="preserve">[1:06:20] </w:t>
      </w:r>
      <w:r>
        <w:t>misal par dekhiye, woh jo tha, woh jis ko Nobel Prize mila hai medicine ka, Steinman, Nobel Prize ke announcement se teen ghante pehle mar gaya woh.</w:t>
      </w:r>
    </w:p>
    <w:p>
      <w:pPr>
        <w:jc w:val="right"/>
      </w:pPr>
      <w:r>
        <w:t>مثال پر دیکھیے، وہ جو تھا، وہ جس کو نوبل پرائز ملا ہے میڈیسن کا، اسٹین مین، نوبل پرائز کے اناؤنسمنٹ سے تین گھنٹے پہلے مر گیا وہ۔</w:t>
      </w:r>
    </w:p>
    <w:p>
      <w:r>
        <w:rPr>
          <w:b/>
        </w:rPr>
        <w:t xml:space="preserve">[1:06:40] </w:t>
      </w:r>
      <w:r>
        <w:t>to aise hi dekhiye, woh jo hai, jo Steve Jobs, jo jo computer mein bohat bara naam hai, woh koi zyada umar is ki nahi thi, abhi is ne ek bohat khaas ijad ki thi, us ke ijad ke ek mahine ke baad mar gaya woh.</w:t>
      </w:r>
    </w:p>
    <w:p>
      <w:pPr>
        <w:jc w:val="right"/>
      </w:pPr>
      <w:r>
        <w:t>تو ایسے ہی دیکھیے، وہ جو ہے، جو اسٹیو جاب، جو جو کمپیوٹر میں بہت بڑا نام ہے، وہ کوئی زیادہ عمر اس کی نہیں تھی، ابھی اس نے ایک بہت خاص ایجاد کی تھی، اس کے ایجاد کے ایک مہینے کے بعد مر گیا وہ۔</w:t>
      </w:r>
    </w:p>
    <w:p>
      <w:r>
        <w:rPr>
          <w:b/>
        </w:rPr>
        <w:t xml:space="preserve">[1:07:01] </w:t>
      </w:r>
      <w:r>
        <w:t>aise ek taraf se ek yeh</w:t>
      </w:r>
    </w:p>
    <w:p>
      <w:pPr>
        <w:jc w:val="right"/>
      </w:pPr>
      <w:r>
        <w:t>ایسے ایک طرف سے ایک یہ</w:t>
      </w:r>
    </w:p>
    <w:p>
      <w:r>
        <w:rPr>
          <w:b/>
        </w:rPr>
        <w:t xml:space="preserve">[1:07:03] </w:t>
      </w:r>
      <w:r>
        <w:t>ye ho raha hai, abhi Jagjit jo hai, jo abhi jo singer mashhoor singer hain, Jagjit Singh, us ki umar zyada nahi thi, lekin us ka us ka beta mar gaya to us ko bohat hi sad rehne laga.</w:t>
      </w:r>
    </w:p>
    <w:p>
      <w:pPr>
        <w:jc w:val="right"/>
      </w:pPr>
      <w:r>
        <w:t>ی ہو رہا ہے، ابھی جگجیت جو ہے، جو ابھی جو سنگر مشہور سنگر ہیں، جگجیت سنگھ، اس کی عمر زیادہ نہیں تھی، لیکن اس کا اس کا بیٹا مر گیا تو اس کو بہت ہی سیڈ رہنے لگا۔</w:t>
      </w:r>
    </w:p>
    <w:p>
      <w:r>
        <w:rPr>
          <w:b/>
        </w:rPr>
        <w:t xml:space="preserve">[1:07:19] </w:t>
      </w:r>
      <w:r>
        <w:t>bete par us ne ek ek nazm gai thi ke woh chithi ne koi sandesh jaane ka unhein desh jahan tum chale gaye.</w:t>
      </w:r>
    </w:p>
    <w:p>
      <w:pPr>
        <w:jc w:val="right"/>
      </w:pPr>
      <w:r>
        <w:t>بیٹے پر اس نے ایک ایک نظم گائی تھی کہ وہ چٹھی نے کوئی سندیش جانے کا انہیں دیش جہاں تم چلے گئے۔</w:t>
      </w:r>
    </w:p>
    <w:p>
      <w:r>
        <w:rPr>
          <w:b/>
        </w:rPr>
        <w:t xml:space="preserve">[1:07:31] </w:t>
      </w:r>
      <w:r>
        <w:t>ab in ke marne ke baad hi in ke liye gaya gaya hai. to zindagi kitni, yaani agar aap paradise ko na manen to kitna zyada, yaani sad picture banti hai.</w:t>
      </w:r>
    </w:p>
    <w:p>
      <w:pPr>
        <w:jc w:val="right"/>
      </w:pPr>
      <w:r>
        <w:t>اب ان کے مرنے کے بعد ہی ان کے لیے گایا گیا ہے۔ تو زندگی کتنی، یعنی اگر آپ پارادائز کو نہ مانیں تو کتنا زیادہ، یعنی سیڈ پکچر بنتی ہے۔</w:t>
      </w:r>
    </w:p>
    <w:p>
      <w:r>
        <w:rPr>
          <w:b/>
        </w:rPr>
        <w:t xml:space="preserve">[1:07:43] </w:t>
      </w:r>
      <w:r>
        <w:t>paradise ko man kar ke, yani aap poori zindagi ko positive way mein expand kar kar paate hain.</w:t>
      </w:r>
    </w:p>
    <w:p>
      <w:pPr>
        <w:jc w:val="right"/>
      </w:pPr>
      <w:r>
        <w:t>پارادائز کو مان کر کے، یعنی آپ پوری زندگی کو پازیٹیو وے میں ایکسپینڈ کر کر پاتے ہیں۔</w:t>
      </w:r>
    </w:p>
    <w:p>
      <w:r>
        <w:rPr>
          <w:b/>
        </w:rPr>
        <w:t xml:space="preserve">[1:07:53] </w:t>
      </w:r>
      <w:r>
        <w:t>to main samajhta hoon ke aadmi ko bajaye is tarah ke koshishen karne ke, yeh chahiye karna ke woh apne aap ko paradise ke deserving candidate banaye.</w:t>
      </w:r>
    </w:p>
    <w:p>
      <w:pPr>
        <w:jc w:val="right"/>
      </w:pPr>
      <w:r>
        <w:t>تو میں سمجھتا ہوں کہ آدمی کو بجائے اس طرح کے کوششیں کرنے کے، یہ چاہیے کرنا کہ وہ اپنے آپ کو پارادائز کے ڈیزرونگ کینڈیڈیٹ بنائے۔</w:t>
      </w:r>
    </w:p>
    <w:p>
      <w:r>
        <w:rPr>
          <w:b/>
        </w:rPr>
        <w:t xml:space="preserve">[1:08:05] </w:t>
      </w:r>
      <w:r>
        <w:t>is par dhyan hona chahiye. mister amir bin yusuf ne karachi pakistan se likha hai,</w:t>
      </w:r>
    </w:p>
    <w:p>
      <w:pPr>
        <w:jc w:val="right"/>
      </w:pPr>
      <w:r>
        <w:t>اس پر دھیان ہونا چاہیے۔ مسٹر عامر بن یوسف نے کراچی پاکستان سے لکھا ہے،</w:t>
      </w:r>
    </w:p>
    <w:p>
      <w:r>
        <w:rPr>
          <w:b/>
        </w:rPr>
        <w:t xml:space="preserve">[1:08:13] </w:t>
      </w:r>
      <w:r>
        <w:t>unhon ne likha hai ke hum fard ko target karein jo intellectual level ke fard hon ya aam public ko bhi target kar sakte hain.</w:t>
      </w:r>
    </w:p>
    <w:p>
      <w:pPr>
        <w:jc w:val="right"/>
      </w:pPr>
      <w:r>
        <w:t>انہوں نے لکھا ہے کہ ہم فرد کو ٹارگٹ کریں جو انٹلیکچول لیول کے افراد ہوں یا عام پبلک کو بھی ٹارگٹ کر سکتے ہیں۔</w:t>
      </w:r>
    </w:p>
    <w:p>
      <w:r>
        <w:rPr>
          <w:b/>
        </w:rPr>
        <w:t xml:space="preserve">[1:08:23] </w:t>
      </w:r>
      <w:r>
        <w:t>is ke bare mein bataein. dono ko, dono ko. main samajhta hoon ke koi bhi Allah taala ne har ek ko aqal di hai, jo aaj bhi jis ki education nahi hui, us ko bhi aqal hai.</w:t>
      </w:r>
    </w:p>
    <w:p>
      <w:pPr>
        <w:jc w:val="right"/>
      </w:pPr>
      <w:r>
        <w:t>اس کے بارے میں بتائیں۔ دونوں کو، دونوں کو۔ میں سمجھتا ہوں کہ کوئی بھی اللہ تعالی نے ہر ایک کو عقل دی ہے، جو آج بھی جس کی ایجوکیشن نہیں ہوئی، اس کو بھی عقل ہے۔</w:t>
      </w:r>
    </w:p>
    <w:p>
      <w:r>
        <w:rPr>
          <w:b/>
        </w:rPr>
        <w:t xml:space="preserve">[1:08:37] </w:t>
      </w:r>
      <w:r>
        <w:t>aisa nahi ke woh aqal us ke paas nahi hai, woh fitri aqal us ke paas hai. to aap dono ko target kijiye, un ko bhi Allah taala ne paida kiya hai ke woh jannat mein jayein.</w:t>
      </w:r>
    </w:p>
    <w:p>
      <w:pPr>
        <w:jc w:val="right"/>
      </w:pPr>
      <w:r>
        <w:t>ایسا نہیں کہ وہ عقل اس کے پاس نہیں ہے، وہ فطری عقل اس کے پاس ہے۔ تو آپ دونوں کو ٹارگٹ کیجئے، ان کو بھی اللہ تعالی نے پیدا کیا ہے کہ وہ جنت میں جائیں۔</w:t>
      </w:r>
    </w:p>
    <w:p>
      <w:r>
        <w:rPr>
          <w:b/>
        </w:rPr>
        <w:t xml:space="preserve">[1:08:49] </w:t>
      </w:r>
      <w:r>
        <w:t>mera tajurba hai ke aqal dono ke paas hoti hai, zehan dono ke paas hota hai, sochne ki taqat dono ke paas hoti hai. sirf baat karne ka jo andaaz hai, woh mukhtalif ho jayega.</w:t>
      </w:r>
    </w:p>
    <w:p>
      <w:pPr>
        <w:jc w:val="right"/>
      </w:pPr>
      <w:r>
        <w:t>میرا تجربہ ہے کہ عقل دونوں کے پاس ہوتی ہے، ذہن دونوں کے پاس ہوتا ہے، سوچنے کی طاقت دونوں کے پاس ہوتی ہے۔ صرف بات کرنے کا جو انداز ہے، وہ مختلف ہو جائے گا۔</w:t>
      </w:r>
    </w:p>
    <w:p>
      <w:r>
        <w:rPr>
          <w:b/>
        </w:rPr>
        <w:t xml:space="preserve">[1:09:00] </w:t>
      </w:r>
      <w:r>
        <w:t>ek se aap baat kareinge scientific andaaz mein, ilmi andaaz mein, doosre aap baat kareinge saada andaaz mein. baqi samajhne ki taqat har ek mein hoti hai.</w:t>
      </w:r>
    </w:p>
    <w:p>
      <w:pPr>
        <w:jc w:val="right"/>
      </w:pPr>
      <w:r>
        <w:t>ایک سے آپ بات کریں گے سائنٹیفک انداز میں، علمی انداز میں، دوسرے آپ بات کریں گے سادہ انداز میں۔ باقی سمجھنے کی طاقت ہر ایک میں ہوتی ہے۔</w:t>
      </w:r>
    </w:p>
    <w:p>
      <w:r>
        <w:rPr>
          <w:b/>
        </w:rPr>
        <w:t xml:space="preserve">[1:09:13] </w:t>
      </w:r>
      <w:r>
        <w:t>doctor farida khanam ne delhi se likha hai: "why is it that muslims in spite of having the preserved divine book have failed to understand the creation plan of god?" kindly comment bhai, yeh why ka mere paas koi jawab nahi hai.</w:t>
      </w:r>
    </w:p>
    <w:p>
      <w:pPr>
        <w:jc w:val="right"/>
      </w:pPr>
      <w:r>
        <w:t>ڈاکٹر فریدہ خانم نے دلی سے لکھا ہے: "وائی از اٹ دیٹ مسلمز ان سپائٹ آف ہیونگ دا پریزروڈ ڈیوائن بک ہیو فیل ٹو انڈرسٹینڈ دا کریشن پلان آف گاڈ؟" کائنڈلی کمنٹ بھائی، یہ وائی کا میرے پاس کوئی جواب نہیں ہے۔</w:t>
      </w:r>
    </w:p>
    <w:p>
      <w:r>
        <w:rPr>
          <w:b/>
        </w:rPr>
        <w:t xml:space="preserve">[1:09:32] </w:t>
      </w:r>
      <w:r>
        <w:t>aap to sirf quran ko padhiye aur dekhiye ke jo main keh raha hoon ke woh sahi hai ke nahi sahi hai.</w:t>
      </w:r>
    </w:p>
    <w:p>
      <w:pPr>
        <w:jc w:val="right"/>
      </w:pPr>
      <w:r>
        <w:t>آپ تو صرف قرآن کو پڑھیے اور دیکھیے کہ جو میں کہہ رہا ہوں کہ وہ صحیح ہے کہ نہیں صحیح ہے۔</w:t>
      </w:r>
    </w:p>
    <w:p>
      <w:r>
        <w:rPr>
          <w:b/>
        </w:rPr>
        <w:t xml:space="preserve">[1:09:40] </w:t>
      </w:r>
      <w:r>
        <w:t>unhon ne</w:t>
      </w:r>
    </w:p>
    <w:p>
      <w:pPr>
        <w:jc w:val="right"/>
      </w:pPr>
      <w:r>
        <w:t>انہوں نے</w:t>
      </w:r>
    </w:p>
    <w:p>
      <w:r>
        <w:rPr>
          <w:b/>
        </w:rPr>
        <w:t xml:space="preserve">[1:09:43] </w:t>
      </w:r>
      <w:r>
        <w:t>un ki zimmedari un ke upar hai. main sirf yeh keh sakta hoon ke koi bhi shakhs quran ko padhe aur yeh mujhe bataye ke kya yeh sahi hai ke mera mera manna yeh hai ke quran ka jo subject hai, woh hai creation plan of god ko batana.</w:t>
      </w:r>
    </w:p>
    <w:p>
      <w:pPr>
        <w:jc w:val="right"/>
      </w:pPr>
      <w:r>
        <w:t>ان کی ذمہ داری ان کے اوپر ہے۔ میں صرف یہ کہہ سکتا ہوں کہ کوئی بھی شخص قرآن کو پڑھے اور یہ مجھے بتائے کہ کیا یہ صحیح ہے کہ میرا میرا ماننا یہ ہے کہ قرآن کا جو سبجیکٹ ہے، وہ ہے کریشن پلان آف گاڈ کو بتانا۔</w:t>
      </w:r>
    </w:p>
    <w:p>
      <w:r>
        <w:rPr>
          <w:b/>
        </w:rPr>
        <w:t xml:space="preserve">[1:10:01] </w:t>
      </w:r>
      <w:r>
        <w:t>yeh subject hai is ka. kyun insaan ko pata hai ke Allah taala ne aur maut ka matlab kya hai?</w:t>
      </w:r>
    </w:p>
    <w:p>
      <w:pPr>
        <w:jc w:val="right"/>
      </w:pPr>
      <w:r>
        <w:t>یہ سبجیکٹ ہے اس کا۔ کیوں انسان کو پتہ ہے کہ اللہ تعالی نے اور موت کا مطلب کیا ہے؟</w:t>
      </w:r>
    </w:p>
    <w:p>
      <w:r>
        <w:rPr>
          <w:b/>
        </w:rPr>
        <w:t xml:space="preserve">[1:10:11] </w:t>
      </w:r>
      <w:r>
        <w:t>maut ke baad kya hone wala hai? jannat, jahannum kya hai? mustaqbil kya hai? isi ko main kehta hoon creation plan of god.</w:t>
      </w:r>
    </w:p>
    <w:p>
      <w:pPr>
        <w:jc w:val="right"/>
      </w:pPr>
      <w:r>
        <w:t>موت کے بعد کیا ہونے والا ہے؟ جنت، جہنم کیا ہے؟ مستقبل کیا ہے؟ اسی کو میں کہتا ہوں کریشن پلان آف گاڈ۔</w:t>
      </w:r>
    </w:p>
    <w:p>
      <w:r>
        <w:rPr>
          <w:b/>
        </w:rPr>
        <w:t xml:space="preserve">[1:10:22] </w:t>
      </w:r>
      <w:r>
        <w:t>to quran ko aap padhiye. agar aap ko yeh lage ke ke mera yeh manna sahi hai ke quran ka jo subject hai, woh hai creation plan of god ko batana,</w:t>
      </w:r>
    </w:p>
    <w:p>
      <w:pPr>
        <w:jc w:val="right"/>
      </w:pPr>
      <w:r>
        <w:t>تو قرآن کو آپ پڑھیے۔ اگر آپ کو یہ لگے کہ کہ میرا یہ ماننا صحیح ہے کہ قرآن کا جو سبجیکٹ ہے، وہ ہے کریشن پلان آف گاڈ کو بتانا،</w:t>
      </w:r>
    </w:p>
    <w:p>
      <w:r>
        <w:rPr>
          <w:b/>
        </w:rPr>
        <w:t xml:space="preserve">[1:10:35] </w:t>
      </w:r>
      <w:r>
        <w:t>to bas is ko maan lijiye. baqi log jo hain, woh khud jawab de sakte hain. woh main kisi taraf jawab nahi de sakte, doosri taraf se.</w:t>
      </w:r>
    </w:p>
    <w:p>
      <w:pPr>
        <w:jc w:val="right"/>
      </w:pPr>
      <w:r>
        <w:t>تو بس اس کو مان لیجئے۔ باقی لوگ جو ہیں، وہ خود جواب دے سکتے ہیں۔ وہ میں کسی طرف جواب نہیں دے سکتے، دوسری طرف سے۔</w:t>
      </w:r>
    </w:p>
    <w:p>
      <w:r>
        <w:rPr>
          <w:b/>
        </w:rPr>
        <w:t xml:space="preserve">[1:10:46] </w:t>
      </w:r>
      <w:r>
        <w:t>miss zareen khan ne delhi se likha hai: "kya bade buzurg jo مرحوم ho gaye hain, un ke liye quran padhna, padhwana, dua karna, qurbani karwana, sadqa dena sahi hai?</w:t>
      </w:r>
    </w:p>
    <w:p>
      <w:pPr>
        <w:jc w:val="right"/>
      </w:pPr>
      <w:r>
        <w:t>مس زرین خان نے دلی سے لکھا ہے: "کیا بڑے بزرگ جو مرحوم ہو گئے ہیں، ان کے لیے قرآن پڑھنا، پڑھوانا، دعا کرنا، قربانی کروانا، صدقہ دینا صحیح ہے؟</w:t>
      </w:r>
    </w:p>
    <w:p>
      <w:r>
        <w:rPr>
          <w:b/>
        </w:rPr>
        <w:t xml:space="preserve">[1:11:01] </w:t>
      </w:r>
      <w:r>
        <w:t>kya un ko jannat naseeb ho, aisi dua karni chahiye?" you</w:t>
      </w:r>
    </w:p>
    <w:p>
      <w:pPr>
        <w:jc w:val="right"/>
      </w:pPr>
      <w:r>
        <w:t>کیا ان کو جنت نصیب ہو، ایسی دعا کرنی چاہیے؟" یو</w:t>
      </w:r>
    </w:p>
    <w:p>
      <w:r>
        <w:rPr>
          <w:b/>
        </w:rPr>
        <w:t xml:space="preserve">[1:11:05] </w:t>
      </w:r>
      <w:r>
        <w:t>have explained that we will be judged on the judgment day on the bases of our actions. then what is the purpose of such rituals and prayers that people do for their parents who have passed away?</w:t>
      </w:r>
    </w:p>
    <w:p>
      <w:pPr>
        <w:jc w:val="right"/>
      </w:pPr>
      <w:r>
        <w:t>ہیو ایکسپلین دیٹ وی ول بی ججڈ ان دا ججمنٹ ڈے ان دا بیسز آف اور ایکشنز۔ دین واٹ از دا پرپس آف سچ ریچولز اینڈ پریئرز دیٹ پیپل ڈو فار دیر پیرنٹس ہو ہیو پاسڈ اوے؟</w:t>
      </w:r>
    </w:p>
    <w:p>
      <w:r>
        <w:rPr>
          <w:b/>
        </w:rPr>
        <w:t xml:space="preserve">[1:11:19] </w:t>
      </w:r>
      <w:r>
        <w:t>dekhiye, esal-e-sawab ka jo concept hai, woh islam mein nahi hai, woh baad ka riwaj hai. kahin bhi sabit nahi hota esal-e-sawab ka concept quran o hadith mein.</w:t>
      </w:r>
    </w:p>
    <w:p>
      <w:pPr>
        <w:jc w:val="right"/>
      </w:pPr>
      <w:r>
        <w:t>دیکھیے، ایصال ثواب کا جو کانسیپٹ ہے، وہ اسلام میں نہیں ہے، وہ بعد کا رواج ہے۔ کہیں بھی ثابت نہیں ہوتا ایصال ثواب کا کانسیپٹ قرآن و حدیث میں۔</w:t>
      </w:r>
    </w:p>
    <w:p>
      <w:r>
        <w:rPr>
          <w:b/>
        </w:rPr>
        <w:t xml:space="preserve">[1:11:30] </w:t>
      </w:r>
      <w:r>
        <w:t>ek riwaj hai, aap chahein to kijiye is ko, baqi quran o hadith se is ka koi talluq nahi hai. mister gps bhalwar ne delhi se likha hai: "maulana sahib, presence of quran in a hindu temple is an expression of acceptance of the holy book by the so called riwals,</w:t>
      </w:r>
    </w:p>
    <w:p>
      <w:pPr>
        <w:jc w:val="right"/>
      </w:pPr>
      <w:r>
        <w:t>ایک رواج ہے، آپ چاہیں تو کیجئے اس کو، باقی قرآن و حدیث سے اس کا کوئی تعلق نہیں ہے۔ مسٹر جی پی ایس بھالوار نے دلی سے لکھا ہے: "مولانا صاحب، پریزنس آف قرآن ان ا ہندو ٹیمپل از این ایکسپریشن آف ایکسیپٹنس آف دا ہولی بک بائی دا سو کالڈ رائیولز،</w:t>
      </w:r>
    </w:p>
    <w:p>
      <w:r>
        <w:rPr>
          <w:b/>
        </w:rPr>
        <w:t xml:space="preserve">[1:11:52] </w:t>
      </w:r>
      <w:r>
        <w:t>which should have been lauded and appreciated.</w:t>
      </w:r>
    </w:p>
    <w:p>
      <w:pPr>
        <w:jc w:val="right"/>
      </w:pPr>
      <w:r>
        <w:t>وچ شوڈ ہیو بین لاڈڈ اینڈ ایپریشیٹڈ۔</w:t>
      </w:r>
    </w:p>
    <w:p>
      <w:r>
        <w:rPr>
          <w:b/>
        </w:rPr>
        <w:t xml:space="preserve">[1:11:56] </w:t>
      </w:r>
      <w:r>
        <w:t>why should it even be discussed with hindu? as you said, not to talk of my contest or complaints." kya matlab hai?</w:t>
      </w:r>
    </w:p>
    <w:p>
      <w:pPr>
        <w:jc w:val="right"/>
      </w:pPr>
      <w:r>
        <w:t>وائی شوڈ اٹ ایون بی ڈسکسڈ ود ہندو؟ ایز یو سیڈ، ناٹ ٹو ٹاک آف مائی کنٹیسٹ اور کمپلینٹس۔" کیا مطلب ہے؟</w:t>
      </w:r>
    </w:p>
    <w:p>
      <w:r>
        <w:rPr>
          <w:b/>
        </w:rPr>
        <w:t xml:space="preserve">[1:12:07] </w:t>
      </w:r>
      <w:r>
        <w:t>kya karein? maulana, jo aap ne woh bataya tha ke quran woh temple mein rakhi gayi, to woh yeh pooch rahe hain ke yeh to appreciate hona chahiye tha, to is ko discuss bhi kyun kiya jaye hindu</w:t>
      </w:r>
    </w:p>
    <w:p>
      <w:pPr>
        <w:jc w:val="right"/>
      </w:pPr>
      <w:r>
        <w:t>کیا کریں؟ مولانا، جو آپ نے وہ بتایا تھا کہ قرآن وہ ٹیمپل میں رکھی گئی، تو وہ یہ پوچھ رہے ہیں کہ یہ تو ایپریشیٹ ہونا چاہیے تھا، تو اس کو ڈسکس بھی کیوں کیا جائے ہندو</w:t>
      </w:r>
    </w:p>
    <w:p>
      <w:r>
        <w:rPr>
          <w:b/>
        </w:rPr>
        <w:t xml:space="preserve">[1:12:19] </w:t>
      </w:r>
      <w:r>
        <w:t>se? jaise aap ne kaha, woh to bas khud hi keh raha hoon ke jo sahib ne mujhe bataya, main khud nahi gaya hoon wahan par ke wahan mashhoor hua ke quran madine mein rakha hua hai.</w:t>
      </w:r>
    </w:p>
    <w:p>
      <w:pPr>
        <w:jc w:val="right"/>
      </w:pPr>
      <w:r>
        <w:t>سے؟ جیسے آپ نے کہا، وہ تو بس خود ہی کہہ رہا ہوں کہ جو صاحب نے مجھے بتایا، میں خود نہیں گیا ہوں وہاں پر کہ وہاں مشہور ہوا کہ قرآن مدینے میں رکھا ہوا ہے۔</w:t>
      </w:r>
    </w:p>
    <w:p>
      <w:r>
        <w:rPr>
          <w:b/>
        </w:rPr>
        <w:t xml:space="preserve">[1:12:29] </w:t>
      </w:r>
      <w:r>
        <w:t>to unhon ne samjha ke madine mein laye hain is ki be-hurmati karne ke liye. to yeh musalmanon ka ghalat mizaj aaj kal hai, aisa ke foran be-hurmati pe jata hai in ka zehn.</w:t>
      </w:r>
    </w:p>
    <w:p>
      <w:pPr>
        <w:jc w:val="right"/>
      </w:pPr>
      <w:r>
        <w:t>تو انہوں نے سمجھا کہ مدینے میں لائے ہیں اس کی بے حرمتی کرنے کے لیے۔ تو یہ مسلمانوں کا غلط مزاج آج کل ہے، ایسا کہ فوراً بے حرمتی پہ جاتا ہے ان کا ذہن۔</w:t>
      </w:r>
    </w:p>
    <w:p>
      <w:r>
        <w:rPr>
          <w:b/>
        </w:rPr>
        <w:t xml:space="preserve">[1:12:39] </w:t>
      </w:r>
      <w:r>
        <w:t>yani quran ko samajhte hain ke be-hurmati na ho to bas ho gaya. bas, bhai, quran ko parho, samjho kya is ka message hai. be-hurmati ka concept musalmanon ka apna ijad kiya hua hai, na quran mein, na hadith mein.</w:t>
      </w:r>
    </w:p>
    <w:p>
      <w:pPr>
        <w:jc w:val="right"/>
      </w:pPr>
      <w:r>
        <w:t>یعنی قرآن کو سمجھتے ہیں کہ بے حرمتی نہ ہو تو بس ہو گیا۔ بس، بھئی، قرآن کو پڑھو، سمجھو کیا اس کا میسج ہے۔ بے حرمتی کا کانسیپٹ مسلمانوں کا اپنا ایجاد کیا ہوا ہے، نہ قرآن میں، نہ حدیث میں۔</w:t>
      </w:r>
    </w:p>
    <w:p>
      <w:r>
        <w:rPr>
          <w:b/>
        </w:rPr>
        <w:t xml:space="preserve">[1:12:51] </w:t>
      </w:r>
      <w:r>
        <w:t>yeh jo concept hai na quran ki be-hu</w:t>
      </w:r>
    </w:p>
    <w:p>
      <w:pPr>
        <w:jc w:val="right"/>
      </w:pPr>
      <w:r>
        <w:t>یہ جو کانسیپٹ ہے نا قرآن کی بے ح</w:t>
      </w:r>
    </w:p>
    <w:p>
      <w:r>
        <w:rPr>
          <w:b/>
        </w:rPr>
        <w:t xml:space="preserve">[1:12:53] </w:t>
      </w:r>
      <w:r>
        <w:t>rmati, yeh apne aap mein aik aik mubtadana tasawwur hai. yeh yeh kahin nahi quran o hadith mein likha hua hai ke quran ki be-hurmati na hone paye.</w:t>
      </w:r>
    </w:p>
    <w:p>
      <w:pPr>
        <w:jc w:val="right"/>
      </w:pPr>
      <w:r>
        <w:t>رمتی، یہ اپنے آپ میں ایک ایک مبتدانہ تصور ہے۔ یہ یہ کہیں نہیں قرآن و حدیث میں لکھا ہوا ہے کہ قرآن کی بے حرمتی نہ ہونے پائے۔</w:t>
      </w:r>
    </w:p>
    <w:p>
      <w:r>
        <w:rPr>
          <w:b/>
        </w:rPr>
        <w:t xml:space="preserve">[1:13:02] </w:t>
      </w:r>
      <w:r>
        <w:t>yeh to musalman ne khud bana rakha hai is ko. to main ne un se kaha ke bhai, yeh kya tareeqa hai? aap is ko islah ki jiye in logon ki. musalmanon ki woh aalim thay jinhon ne mujhe bataya.</w:t>
      </w:r>
    </w:p>
    <w:p>
      <w:pPr>
        <w:jc w:val="right"/>
      </w:pPr>
      <w:r>
        <w:t>یہ تو مسلمان نے خود بنا رکھا ہے اس کو۔ تو میں نے ان سے کہا کہ بھئی، یہ کیا طریقہ ہے؟ آپ اس کو اصلاح کیجئے ان لوگوں کی۔ مسلمانوں کی وہ عالم تھے جنہوں نے مجھے بتایا۔</w:t>
      </w:r>
    </w:p>
    <w:p>
      <w:r>
        <w:rPr>
          <w:b/>
        </w:rPr>
        <w:t xml:space="preserve">[1:13:14] </w:t>
      </w:r>
      <w:r>
        <w:t>unhon ne kaha ke log itna jazbati hain ke koi suntay nahi baat. to bohat aik lamba waqt chahiye musalmanon ke is zehn ko badalne ke liye</w:t>
      </w:r>
    </w:p>
    <w:p>
      <w:pPr>
        <w:jc w:val="right"/>
      </w:pPr>
      <w:r>
        <w:t>انہوں نے کہا کہ لوگ اتنا جذباتی ہیں کہ کوئی سنتے نہیں بات۔ تو بہت ایک لمبا وقت چاہیے مسلمانوں کے اس ذہن کو بدلنے کے لیے</w:t>
      </w:r>
    </w:p>
    <w:p>
      <w:r>
        <w:rPr>
          <w:b/>
        </w:rPr>
        <w:t xml:space="preserve">[1:13:23] </w:t>
      </w:r>
      <w:r>
        <w:t>ke masla be-hurmati ka nahi hai. masla yeh hai ke quran ko samjho, is ko follow karo, is ke message ko phailao. aik yeh angrezon ke zamane se aa raha hai, to dheere dheere yeh khatam hoga.</w:t>
      </w:r>
    </w:p>
    <w:p>
      <w:pPr>
        <w:jc w:val="right"/>
      </w:pPr>
      <w:r>
        <w:t>کہ مسئلہ بے حرمتی کا نہیں ہے۔ مسئلہ یہ ہے کہ قرآن کو سمجھو، اس کو فالو کرو، اس کے میسج کو پھیلاؤ۔ ایک یہ انگریزوں کے زمانے سے آ رہا ہے، تو دھیرے دھیرے یہ ختم ہوگا۔</w:t>
      </w:r>
    </w:p>
    <w:p>
      <w:r>
        <w:rPr>
          <w:b/>
        </w:rPr>
        <w:t xml:space="preserve">[1:13:41] </w:t>
      </w:r>
      <w:r>
        <w:t>maulana israr khatib ne chennai se likha hai: "hamare aik saathi ne kaha ke dawat effective nahi ho sakti jab tak ideal society na ho." is ke baray mein aap kya kahain ge?</w:t>
      </w:r>
    </w:p>
    <w:p>
      <w:pPr>
        <w:jc w:val="right"/>
      </w:pPr>
      <w:r>
        <w:t>مولانا اسرار خطیب نے چنئی سے لکھا ہے: "ہمارے ایک ساتھی نے کہا کہ دعوت ایفیکٹیو نہیں ہو سکتی جب تک آئیڈیل سوسائٹی نہ ہو۔" اس کے بارے میں آپ کیا کہیں گے؟</w:t>
      </w:r>
    </w:p>
    <w:p>
      <w:r>
        <w:rPr>
          <w:b/>
        </w:rPr>
        <w:t xml:space="preserve">[1:13:56] </w:t>
      </w:r>
      <w:r>
        <w:t>yeh to apni banayi hui ghari hui baat hai. yani kis nabi ne aisa kiya? rasool Allah ne qabr se kiya? kya khuda ko hukum diya?</w:t>
      </w:r>
    </w:p>
    <w:p>
      <w:pPr>
        <w:jc w:val="right"/>
      </w:pPr>
      <w:r>
        <w:t>یہ تو اپنی بنائی ہوئی گھڑی ہوئی بات ہے۔ یعنی کس نبی نے ایسا کیا؟ رسول اللہ نے قبر سے کیا؟ کیا خدا کو حکم دیا؟</w:t>
      </w:r>
    </w:p>
    <w:p>
      <w:r>
        <w:rPr>
          <w:b/>
        </w:rPr>
        <w:t xml:space="preserve">[1:14:04] </w:t>
      </w:r>
      <w:r>
        <w:t>unhein hukum diya ke pehle to wanted society banao, phir dawat dena? yeh to apna garha hua baat hai, yeh to bilkul ghalat hai. yeh woh koi quran ki ayat pesh karein, koi hadith pesh karein jis mein likha hua ho ke pehle ideal society banao, phir dawat dena?</w:t>
      </w:r>
    </w:p>
    <w:p>
      <w:pPr>
        <w:jc w:val="right"/>
      </w:pPr>
      <w:r>
        <w:t>انہیں حکم دیا کہ پہلے تو واٹڈ سوسائٹی بناؤ، پھر دعوت دینا؟ یہ تو اپنا گڑھا ہوا بات ہے، یہ تو بالکل غلط ہے۔ یہ وہ کوئی قرآن کی آیت پیش کریں، کوئی حدیث پیش کریں جس میں لکھا ہوا ہو کہ پہلے آئیڈیل سوسائٹی بناؤ، پھر دعوت دینا؟</w:t>
      </w:r>
    </w:p>
    <w:p>
      <w:r>
        <w:rPr>
          <w:b/>
        </w:rPr>
        <w:t xml:space="preserve">[1:14:19] </w:t>
      </w:r>
      <w:r>
        <w:t>kahan likha hua hai? aisa idhar kuch hi nahi likha hua hai. aisa bohat se khud hi khud unhon ne apne mani bana liya hai, ban gharaat, aur is ko is tarah pesh karte hain jaise yahi islam hai.</w:t>
      </w:r>
    </w:p>
    <w:p>
      <w:pPr>
        <w:jc w:val="right"/>
      </w:pPr>
      <w:r>
        <w:t>کہاں لکھا ہوا ہے؟ ایسا ادھر کچھ ہی نہیں لکھا ہوا ہے۔ ایسے بہت سے خود ہی خود انہوں نے اپنے معنی بنا لیا ہے، بن گھڑت، اور اس کو اس طرح پیش کرتے ہیں جیسے یہی اسلام ہے۔</w:t>
      </w:r>
    </w:p>
    <w:p>
      <w:r>
        <w:rPr>
          <w:b/>
        </w:rPr>
        <w:t xml:space="preserve">[1:14:32] </w:t>
      </w:r>
      <w:r>
        <w:t>yeh sab ban gharaat baatein hain. yeh sab</w:t>
      </w:r>
    </w:p>
    <w:p>
      <w:pPr>
        <w:jc w:val="right"/>
      </w:pPr>
      <w:r>
        <w:t>یہ سب بن گھڑت باتیں ہیں۔ یہ سب</w:t>
      </w:r>
    </w:p>
    <w:p>
      <w:r>
        <w:rPr>
          <w:b/>
        </w:rPr>
        <w:t xml:space="preserve">[1:14:38] </w:t>
      </w:r>
      <w:r>
        <w:t>maulana sharq hussain ne dilli se likha hai: "hazrat yusuf ne badshah se kaha: mujhe mulk ke khazane par muqarrar kar dijiye.</w:t>
      </w:r>
    </w:p>
    <w:p>
      <w:pPr>
        <w:jc w:val="right"/>
      </w:pPr>
      <w:r>
        <w:t>مولانا شارق حسین نے دلی سے لکھا ہے: "حضرت یوسف نے بادشاہ سے کہا: مجھے ملک کے خزانے پر مقرر کر دیجئے۔</w:t>
      </w:r>
    </w:p>
    <w:p>
      <w:r>
        <w:rPr>
          <w:b/>
        </w:rPr>
        <w:t xml:space="preserve">[1:14:50] </w:t>
      </w:r>
      <w:r>
        <w:t>kya is baat ko le kar koi shakhs yeh keh sakta hai ke hamein bhi hukumat ke kisi uhde par muqarrar hona chahiye aur hamein bhi apne huqooq ka mutalba karna chahiye?" mutalba ke to matlab hi nahi k</w:t>
      </w:r>
    </w:p>
    <w:p>
      <w:pPr>
        <w:jc w:val="right"/>
      </w:pPr>
      <w:r>
        <w:t>کیا اس بات کو لے کر کوئی شخص یہ کہہ سکتا ہے کہ ہمیں بھی حکومت کے کسی عہدے پر مقرر ہونا چاہیے اور ہمیں بھی اپنے حقوق کا مطالبہ کرنا چاہیے؟" مطالبہ کے تو مطلب ہی نہیں ک</w:t>
      </w:r>
    </w:p>
    <w:p>
      <w:r>
        <w:rPr>
          <w:b/>
        </w:rPr>
        <w:t xml:space="preserve">[1:15:05] </w:t>
      </w:r>
      <w:r>
        <w:t>chhay hain. hazrat yusuf ke is qaul se mutalba nahi niklta. woh to is ko poore pas manzar mein li jiye, woh na mutalba tha na kuch mang thi.</w:t>
      </w:r>
    </w:p>
    <w:p>
      <w:pPr>
        <w:jc w:val="right"/>
      </w:pPr>
      <w:r>
        <w:t>چھ ہیں۔ حضرت یوسف کے اس قول سے مطالبہ نہیں نکلتا۔ وہ تو اس کو پورے پس منظر میں لیجئے، وہ نہ مطالبہ تھا نہ کچھ مانگ تھی۔</w:t>
      </w:r>
    </w:p>
    <w:p>
      <w:r>
        <w:rPr>
          <w:b/>
        </w:rPr>
        <w:t xml:space="preserve">[1:15:18] </w:t>
      </w:r>
      <w:r>
        <w:t>hazrat yusuf aik khwab ki tashreeh ki, unhon ne hazrat yusuf ne, aur jo badshah ne khud dekha tha. to ab badshah ke samne sawal tha ke yeh khwab tab taabeer ko sahi samjha woh, kyunke aik aur taabeer hazrat yusuf ki sahi nikl chuki thi.</w:t>
      </w:r>
    </w:p>
    <w:p>
      <w:pPr>
        <w:jc w:val="right"/>
      </w:pPr>
      <w:r>
        <w:t>حضرت یوسف ایک خواب کی تشریح کی، انہوں نے حضرت یوسف نے، اور جو بادشاہ نے خود دیکھا تھا۔ تو اب بادشاہ کے سامنے سوال تھا کہ یہ خواب تب تعبیر کو صحیح سمجھا وہ، کیونکہ ایک اور تعبیر حضرت یوسف کی صحیح نکل چکی تھی۔</w:t>
      </w:r>
    </w:p>
    <w:p>
      <w:r>
        <w:rPr>
          <w:b/>
        </w:rPr>
        <w:t xml:space="preserve">[1:15:35] </w:t>
      </w:r>
      <w:r>
        <w:t>yani hazrat yusuf ki image ban chuki thi ke taabeer karna un ko aata hai, sahi taabeer karte hain. is pas manzar mein is ne socha ke yeh taabeer sahi hogi.</w:t>
      </w:r>
    </w:p>
    <w:p>
      <w:pPr>
        <w:jc w:val="right"/>
      </w:pPr>
      <w:r>
        <w:t>یعنی حضرت یوسف کی امیج بن چکی تھی کہ تعبیر کرنا ان کو آتا ہے، صحیح تعبیر کرتے ہیں۔ اس پس منظر میں اس نے سوچا کہ یہ تعبیر صحیح ہوگی۔</w:t>
      </w:r>
    </w:p>
    <w:p>
      <w:r>
        <w:rPr>
          <w:b/>
        </w:rPr>
        <w:t xml:space="preserve">[1:15:45] </w:t>
      </w:r>
      <w:r>
        <w:t>to ab is ko chahiye darkar tha aisa aadmi jo manage kar sake is is masle ko. to is mauqe par hazrat yusuf ne kaha ke agar aap chahein to main manage kar sakta hoon is ko.</w:t>
      </w:r>
    </w:p>
    <w:p>
      <w:pPr>
        <w:jc w:val="right"/>
      </w:pPr>
      <w:r>
        <w:t>تو اب اس کو چاہیے درکار تھا ایسا آدمی جو مینج کر سکے اس اس مسئلے کو۔ تو اس موقع پر حضرت یوسف نے کہا کہ اگر آپ چاہیں تو میں مینج کر سکتا ہوں اس کو۔</w:t>
      </w:r>
    </w:p>
    <w:p>
      <w:r>
        <w:rPr>
          <w:b/>
        </w:rPr>
        <w:t xml:space="preserve">[1:15:56] </w:t>
      </w:r>
      <w:r>
        <w:t>na woh koi mang thi, na woh talaba tha. is pas manzar mein rakh kar dekhiye to sam</w:t>
      </w:r>
    </w:p>
    <w:p>
      <w:pPr>
        <w:jc w:val="right"/>
      </w:pPr>
      <w:r>
        <w:t>نہ وہ کوئی مانگ تھی، نہ وہ طلبہ تھا۔ اس پس منظر میں رکھ کر دیکھیے تو سم</w:t>
      </w:r>
    </w:p>
    <w:p>
      <w:r>
        <w:rPr>
          <w:b/>
        </w:rPr>
        <w:t xml:space="preserve">[1:16:02] </w:t>
      </w:r>
      <w:r>
        <w:t>jh mein ayega. baqi khazane se murad koi khazana nahi, yani khazana nahi hai is mani mein jis mani hum bolte hain aaj kal. aik sticker mani nahi hai is ke.</w:t>
      </w:r>
    </w:p>
    <w:p>
      <w:pPr>
        <w:jc w:val="right"/>
      </w:pPr>
      <w:r>
        <w:t>جھ میں آئے گا۔ باقی خزانے سے مراد کوئی خزانہ نہیں، یعنی خزانہ نہیں ہے اس معنی میں جس معنی ہم بولتے ہیں آج کل۔ ایک سٹیکر معنی نہیں ہے اس کے۔</w:t>
      </w:r>
    </w:p>
    <w:p>
      <w:r>
        <w:rPr>
          <w:b/>
        </w:rPr>
        <w:t xml:space="preserve">[1:16:11] </w:t>
      </w:r>
      <w:r>
        <w:t>yahan khazane ka lafz aik sticker ke mani nahi hai. khazana arz se murad hai, yani agricultural bandobast. is is ke mulk ka jo agricultural bandobast tha, is ka intezam.</w:t>
      </w:r>
    </w:p>
    <w:p>
      <w:pPr>
        <w:jc w:val="right"/>
      </w:pPr>
      <w:r>
        <w:t>یہاں خزانے کا لفظ ایک سٹیکر کے معنی نہیں ہے۔ خزانہ عرض سے مراد ہے، یعنی ایگریکلچرل بندوبست۔ اس اس کے ملک کا جو ایگریکلچرل بندوبست تھا، اس کا انتظام۔</w:t>
      </w:r>
    </w:p>
    <w:p>
      <w:r>
        <w:rPr>
          <w:b/>
        </w:rPr>
        <w:t xml:space="preserve">[1:16:23] </w:t>
      </w:r>
      <w:r>
        <w:t>bas yeh mani hain. is mamle ki detail bible mein bohat tafseel hai, is mein aap dekh sakte hain.</w:t>
      </w:r>
    </w:p>
    <w:p>
      <w:pPr>
        <w:jc w:val="right"/>
      </w:pPr>
      <w:r>
        <w:t>بس یہ معنی ہیں۔ اس معاملے کی ڈیٹیل بائبل میں بہت تفصیل ہے، اس میں آپ دیکھ سکتے ہیں۔</w:t>
      </w:r>
    </w:p>
    <w:p>
      <w:r>
        <w:rPr>
          <w:b/>
        </w:rPr>
        <w:t xml:space="preserve">[1:16:33] </w:t>
      </w:r>
      <w:r>
        <w:t>miss naghma siddiqui ne dilli se likha hai: "how can we become objective thinkers instead of emotional thinkers?"</w:t>
      </w:r>
    </w:p>
    <w:p>
      <w:pPr>
        <w:jc w:val="right"/>
      </w:pPr>
      <w:r>
        <w:t>مس نغمہ صدیقی نے دلی سے لکھا ہے: "ہاؤ کین وی بیکم ابجیکٹو تھنکرز انسٹیڈ آف ایموشنل تھنکرز؟"</w:t>
      </w:r>
    </w:p>
    <w:p>
      <w:r>
        <w:rPr>
          <w:b/>
        </w:rPr>
        <w:t xml:space="preserve">[1:16:48] </w:t>
      </w:r>
      <w:r>
        <w:t>bhai, main to samajhta hoon ke emotional har aadmi hota hai. main bhi emotional hoon. yani to woh to part of, yani human being hai.</w:t>
      </w:r>
    </w:p>
    <w:p>
      <w:pPr>
        <w:jc w:val="right"/>
      </w:pPr>
      <w:r>
        <w:t>بھئی، میں تو سمجھتا ہوں کہ ایموشنل ہر آدمی ہوتا ہے۔ میں بھی ایموشنل ہوں۔ یعنی تو وہ تو پارٹ آف، یعنی ہیومن بینگ ہے۔</w:t>
      </w:r>
    </w:p>
    <w:p>
      <w:r>
        <w:rPr>
          <w:b/>
        </w:rPr>
        <w:t xml:space="preserve">[1:16:58] </w:t>
      </w:r>
      <w:r>
        <w:t>jazbat sirf yeh hai ke aadmi apne ko control kare.</w:t>
      </w:r>
    </w:p>
    <w:p>
      <w:pPr>
        <w:jc w:val="right"/>
      </w:pPr>
      <w:r>
        <w:t>جذبات صرف یہ ہے کہ آدمی اپنے کو کنٹرول کرے۔</w:t>
      </w:r>
    </w:p>
    <w:p>
      <w:r>
        <w:rPr>
          <w:b/>
        </w:rPr>
        <w:t xml:space="preserve">[1:17:04] </w:t>
      </w:r>
      <w:r>
        <w:t>kyunke quran mein likha hai: "wa al-qadheena al-ghaiz" ghassay ko peene wale, yaani ghassay ko control karne wale.</w:t>
      </w:r>
    </w:p>
    <w:p>
      <w:pPr>
        <w:jc w:val="right"/>
      </w:pPr>
      <w:r>
        <w:t>کیونکہ قرآن میں لکھا ہے: "وَالْقَاضِينَ الْغَيْظِ" غصے کو پی جانے والے، یعنی غصے کو کنٹرول کرنے والے۔</w:t>
      </w:r>
    </w:p>
    <w:p>
      <w:r>
        <w:rPr>
          <w:b/>
        </w:rPr>
        <w:t xml:space="preserve">[1:17:14] </w:t>
      </w:r>
      <w:r>
        <w:t>to yeh nahi kaha ke aisay log "wa al-faqideena al-ghaiz" nahi hai. Yaani agar yeh kehna maqsood hota ke ghussa na ho to lafz hota tha "wa al-faqideena al-ghaiz" jin ke andar ghussa hota hi nahi.</w:t>
      </w:r>
    </w:p>
    <w:p>
      <w:pPr>
        <w:jc w:val="right"/>
      </w:pPr>
      <w:r>
        <w:t>تو یہ نہیں کہا کہ ایسے لوگ "وَالْفَاقِضِينَ الْغَيْظِ" نہیں ہے۔ یعنی اگر یہ کہنا مقصود ہوتا کہ غصہ نہ ہو تو لفظ ہوتا تھا "وَالْفَاقِضِينَ الْغَيْظِ" جن کے اندر غصہ ہوتا ہی نہیں۔</w:t>
      </w:r>
    </w:p>
    <w:p>
      <w:r>
        <w:rPr>
          <w:b/>
        </w:rPr>
        <w:t xml:space="preserve">[1:17:30] </w:t>
      </w:r>
      <w:r>
        <w:t>aisa nahi farmaya, balkay "qadheemeena" farmaya, yaani jo ghassay ko control kar letay hain. To yeh insaan ke andar sifat Allah taala ne salahiyat di hai ke woh apnay aap ko control kar sakta hai.</w:t>
      </w:r>
    </w:p>
    <w:p>
      <w:pPr>
        <w:jc w:val="right"/>
      </w:pPr>
      <w:r>
        <w:t>ایسا نہیں فرمایا، بلکہ "قَاضِمِينَ" فرمایا، یعنی جو غصے کو کنٹرول کر لیتے ہیں۔ تو یہ انسان کے اندر صفت اللہ تعالی نے صلاحیت دی ہے کہ وہ اپنے آپ کو کنٹرول کر سکتا ہے۔</w:t>
      </w:r>
    </w:p>
    <w:p>
      <w:r>
        <w:rPr>
          <w:b/>
        </w:rPr>
        <w:t xml:space="preserve">[1:17:40] </w:t>
      </w:r>
      <w:r>
        <w:t>aap log to bohat si cheezon mein aap control kartay hain. To ghassay ko bhi control kijiye aur jazbat ko control kijiye. Kyunke aadmi bohat ziyada sentimental ho jata hai.</w:t>
      </w:r>
    </w:p>
    <w:p>
      <w:pPr>
        <w:jc w:val="right"/>
      </w:pPr>
      <w:r>
        <w:t>آپ لوگ تو بہت سی چیزوں میں آپ کنٹرول کرتے ہیں۔ تو غصے کو بھی کنٹرول کیجئے اور جذبات کو کنٹرول کیجئے۔ کیونکہ آدمی بہت زیادہ سینٹیمنٹل ہو جاتا ہے۔</w:t>
      </w:r>
    </w:p>
    <w:p>
      <w:r>
        <w:rPr>
          <w:b/>
        </w:rPr>
        <w:t xml:space="preserve">[1:17:50] </w:t>
      </w:r>
      <w:r>
        <w:t>to aql se judge kare aadmi ke agar mein control karun to faida hoga, control na karun to faida ho</w:t>
      </w:r>
    </w:p>
    <w:p>
      <w:pPr>
        <w:jc w:val="right"/>
      </w:pPr>
      <w:r>
        <w:t>تو عقل سے جج کرے آدمی کہ اگر میں کنٹرول کروں تو فائدہ ہوگا، کنٹرول نہ کروں تو فائدہ ہو</w:t>
      </w:r>
    </w:p>
    <w:p>
      <w:r>
        <w:rPr>
          <w:b/>
        </w:rPr>
        <w:t xml:space="preserve">[1:17:58] </w:t>
      </w:r>
      <w:r>
        <w:t>ga. To cheezon ko in terms result woh janchay. Yahi tareeqa hai, mein samajhta hoon. Mr. Muhammad Rahat ne dilli se likha hai:</w:t>
      </w:r>
    </w:p>
    <w:p>
      <w:pPr>
        <w:jc w:val="right"/>
      </w:pPr>
      <w:r>
        <w:t>گا۔ تو چیزوں کو ان ٹرمز رزلٹ وہ جانچے۔ یہی طریقہ ہے، میں سمجھتا ہوں۔ مسٹر محمد راحت نے دلی سے لکھا ہے:</w:t>
      </w:r>
    </w:p>
    <w:p>
      <w:r>
        <w:rPr>
          <w:b/>
        </w:rPr>
        <w:t xml:space="preserve">[1:18:11] </w:t>
      </w:r>
      <w:r>
        <w:t>"shadi mein kis had tak kharch karna chahiye?" Is ke baray mein batayein. Kuch nahi kharch karna chahiye. Mein ne kuch kharch nahi kiya.</w:t>
      </w:r>
    </w:p>
    <w:p>
      <w:pPr>
        <w:jc w:val="right"/>
      </w:pPr>
      <w:r>
        <w:t>"شادی میں کس حد تک خرچ کرنا چاہیے؟" اس کے بارے میں بتائیں۔ کچھ نہیں خرچ کرنا چاہیے۔ میں نے کچھ خرچ نہیں کیا۔</w:t>
      </w:r>
    </w:p>
    <w:p>
      <w:r>
        <w:rPr>
          <w:b/>
        </w:rPr>
        <w:t xml:space="preserve">[1:18:22] </w:t>
      </w:r>
      <w:r>
        <w:t>mein apni shadi mein nahi kiya aur bachon ki shadi mein nahi kiya. Kharch kis liye? Bhai, shadi kar di, bas ho gaya.</w:t>
      </w:r>
    </w:p>
    <w:p>
      <w:pPr>
        <w:jc w:val="right"/>
      </w:pPr>
      <w:r>
        <w:t>میں اپنی شادی میں نہیں کیا اور بچوں کی شادی میں نہیں کیا۔ خرچ کس لیے؟ بھئی، شادی کر دی، بس ہو گیا۔</w:t>
      </w:r>
    </w:p>
    <w:p>
      <w:r>
        <w:rPr>
          <w:b/>
        </w:rPr>
        <w:t xml:space="preserve">[1:18:30] </w:t>
      </w:r>
      <w:r>
        <w:t>mein ne khud, meray paanch bachay thay, bachay thay aur aik mein. To na meri apni shadi mein kuch kharch hua, na bachon ki shadi hua.</w:t>
      </w:r>
    </w:p>
    <w:p>
      <w:pPr>
        <w:jc w:val="right"/>
      </w:pPr>
      <w:r>
        <w:t>میں نے خود، میرے پانچ بچے تھے، بچے تھے اور ایک میں۔ تو نہ میری اپنی شادی میں کچھ خرچ ہوا، نہ بچوں کی شادی ہوا۔</w:t>
      </w:r>
    </w:p>
    <w:p>
      <w:r>
        <w:rPr>
          <w:b/>
        </w:rPr>
        <w:t xml:space="preserve">[1:18:40] </w:t>
      </w:r>
      <w:r>
        <w:t>to aap bhi kharch kyun kartay hain? Koi zaroorat nahi kharch karnay ki. Yaani woh ijab o qabool se shadi muntaqid ho jati hai.</w:t>
      </w:r>
    </w:p>
    <w:p>
      <w:pPr>
        <w:jc w:val="right"/>
      </w:pPr>
      <w:r>
        <w:t>تو آپ بھی خرچ کیوں کرتے ہیں؟ کوئی ضرورت نہیں خرچ کرنے کی۔ یعنی وہ ایجاب و قبول سے شادی منعقد ہو جاتی ہے۔</w:t>
      </w:r>
    </w:p>
    <w:p>
      <w:r>
        <w:rPr>
          <w:b/>
        </w:rPr>
        <w:t xml:space="preserve">[1:18:51] </w:t>
      </w:r>
      <w:r>
        <w:t>bas wohi kijiye. Aap bohat si doosri baatein kharch karnay ki hain.</w:t>
      </w:r>
    </w:p>
    <w:p>
      <w:pPr>
        <w:jc w:val="right"/>
      </w:pPr>
      <w:r>
        <w:t>بس وہی کیجئے۔ آپ بہت سی دوسری باتیں خرچ کرنے کی ہیں۔</w:t>
      </w:r>
    </w:p>
    <w:p>
      <w:r>
        <w:rPr>
          <w:b/>
        </w:rPr>
        <w:t xml:space="preserve">[1:18:55] </w:t>
      </w:r>
      <w:r>
        <w:t>aap quran phailaiye aur dawat phailaiye, is mein kharch kijiye. Agar aap paisa aap ke paas ho to. Yaani literally, mein ne kuch kharch nahi kiya. Hamaray hamaray jo betay hain, un ki shadi hui yehi Nizamuddin mein 37 mein.</w:t>
      </w:r>
    </w:p>
    <w:p>
      <w:pPr>
        <w:jc w:val="right"/>
      </w:pPr>
      <w:r>
        <w:t>آپ قرآن پھیلائیے اور دعوت پھیلائیے، اس میں خرچ کیجئے۔ اگر آپ پیسہ آپ کے پاس ہو تو۔ یعنی لٹرلی، میں نے کچھ خرچ نہیں کیا۔ ہمارے ہمارے جو بیٹے ہیں، ان کی شادی ہوئی یہی نظام الدین میں 37 میں۔</w:t>
      </w:r>
    </w:p>
    <w:p>
      <w:r>
        <w:rPr>
          <w:b/>
        </w:rPr>
        <w:t xml:space="preserve">[1:19:10] </w:t>
      </w:r>
      <w:r>
        <w:t>to hamaray parosi thay, woh woh Batra sahib, Pramod Bal Batra, Mr. Pramod ka Batra.</w:t>
      </w:r>
    </w:p>
    <w:p>
      <w:pPr>
        <w:jc w:val="right"/>
      </w:pPr>
      <w:r>
        <w:t>تو ہمارے پڑوسی تھے، وہ وہ بترا صاحب، پرموت بال بترا، مسٹر پرموت کا بترا۔</w:t>
      </w:r>
    </w:p>
    <w:p>
      <w:r>
        <w:rPr>
          <w:b/>
        </w:rPr>
        <w:t xml:space="preserve">[1:19:19] </w:t>
      </w:r>
      <w:r>
        <w:t>woh aaye to unhon ne dekha ke kuch ho nahi raha wahan par. To mein poocha unhon ne ke bhai kab hoga?</w:t>
      </w:r>
    </w:p>
    <w:p>
      <w:pPr>
        <w:jc w:val="right"/>
      </w:pPr>
      <w:r>
        <w:t>وہ آئے تو انہوں نے دیکھا کہ کچھ ہو نہیں رہا وہاں پر۔ تو میں پوچھا انہوں نے کہ بھئی کب ہوگا؟</w:t>
      </w:r>
    </w:p>
    <w:p>
      <w:r>
        <w:rPr>
          <w:b/>
        </w:rPr>
        <w:t xml:space="preserve">[1:19:28] </w:t>
      </w:r>
      <w:r>
        <w:t>to mein ne kaha ke woh to ho gaya, kahan hoga? Unhon ne kaha ya woh qabool hoga, bas khatam hoga. Mein ne khud hi nikah parha diya tha, khutba parha gaya, woh hua.</w:t>
      </w:r>
    </w:p>
    <w:p>
      <w:pPr>
        <w:jc w:val="right"/>
      </w:pPr>
      <w:r>
        <w:t>تو میں نے کہا کہ وہ تو ہو گیا۔ کہاں ہوگا؟ انہوں نے کہا یا وہ قبول ہوگا، بس ختم ہوگا۔ میں نے خود ہی نکاح پڑھا دیا تھا، خطبہ پڑھا گیا، وہ ہوا۔</w:t>
      </w:r>
    </w:p>
    <w:p>
      <w:r>
        <w:rPr>
          <w:b/>
        </w:rPr>
        <w:t xml:space="preserve">[1:19:38] </w:t>
      </w:r>
      <w:r>
        <w:t>to is wajah se ke abhi baqi hai woh sab. Yaani jo un ke zehn mein tha ke yeh hota hai, woh hota hai. To mein ne kaha woh to ho gaya, ab kuch bhi nahi hai. To literally aisa hua ke meri shadi mein, meray paanch paanch bachon ki shadi mein, kuch bhi kharch nahi kiya gaya.</w:t>
      </w:r>
    </w:p>
    <w:p>
      <w:pPr>
        <w:jc w:val="right"/>
      </w:pPr>
      <w:r>
        <w:t>تو اس وجہ سے کہ ابھی باقی ہے وہ سب۔ یعنی جو ان کے ذہن میں تھا کہ یہ ہوتا ہے، وہ ہوتا ہے۔ تو میں نے کہا وہ تو ہو گیا، اب کچھ بھی نہیں ہے۔ تو لٹرلی ایسا ہوا کہ میری شادی میں، میرے پانچ پانچ بچوں کی شادی میں، کچھ بھی خرچ نہیں کیا گیا۔</w:t>
      </w:r>
    </w:p>
    <w:p>
      <w:r>
        <w:rPr>
          <w:b/>
        </w:rPr>
        <w:t xml:space="preserve">[1:19:54] </w:t>
      </w:r>
      <w:r>
        <w:t>to aap bhi aisay kijiye. Paisa aap ke paas hai to doosri madadain hain, dawat ki raah mein kharch kijiye. Dawat ki madad mein to ab</w:t>
      </w:r>
    </w:p>
    <w:p>
      <w:pPr>
        <w:jc w:val="right"/>
      </w:pPr>
      <w:r>
        <w:t>تو آپ بھی ایسے کیجئے۔ پیسہ آپ کے پاس ہے تو دوسری مددیں ہیں، دعوت کی راہ میں خرچ کیجئے۔ دعوت کی مدد میں تو اب</w:t>
      </w:r>
    </w:p>
    <w:p>
      <w:r>
        <w:rPr>
          <w:b/>
        </w:rPr>
        <w:t xml:space="preserve">[1:20:02] </w:t>
      </w:r>
      <w:r>
        <w:t>ab billion dollar bhi naqafi hai, woh kharch kijiye wahan par. Aap</w:t>
      </w:r>
    </w:p>
    <w:p>
      <w:pPr>
        <w:jc w:val="right"/>
      </w:pPr>
      <w:r>
        <w:t>اب بلین ڈالر بھی ناکافی ہے، وہ خرچ کیجئے وہاں پر۔ آپ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