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Death of a King June 5, 2016 Maulana Wahiduddin Khan</w:t>
      </w:r>
    </w:p>
    <w:p>
      <w:r>
        <w:t>https://www.youtube.com/watch?v=OyYZ_xT_rm0</w:t>
      </w:r>
    </w:p>
    <w:p>
      <w:r>
        <w:rPr>
          <w:b/>
        </w:rPr>
        <w:t xml:space="preserve">[00:20]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[00:27] </w:t>
      </w:r>
      <w:r>
        <w:t>paanch june do hazar solah.</w:t>
      </w:r>
    </w:p>
    <w:p>
      <w:pPr>
        <w:jc w:val="right"/>
      </w:pPr>
      <w:r>
        <w:t>پانچ جون دو ہزار سولہ۔</w:t>
      </w:r>
    </w:p>
    <w:p>
      <w:r>
        <w:rPr>
          <w:b/>
        </w:rPr>
        <w:t xml:space="preserve">[00:35] </w:t>
      </w:r>
      <w:r>
        <w:t>aaj ki sab se bari news yeh hai ke Muhammad Ali ki death ho gayi.</w:t>
      </w:r>
    </w:p>
    <w:p>
      <w:pPr>
        <w:jc w:val="right"/>
      </w:pPr>
      <w:r>
        <w:t>آج کی سب سے بڑی نیوز یہ ہے کہ محمد علی کلی کی ڈیتھ ہو گئی۔</w:t>
      </w:r>
    </w:p>
    <w:p>
      <w:r>
        <w:rPr>
          <w:b/>
        </w:rPr>
        <w:t xml:space="preserve">[00:43] </w:t>
      </w:r>
      <w:r>
        <w:t>woh apne aap ko kehte the ke "I am the greatest".</w:t>
      </w:r>
    </w:p>
    <w:p>
      <w:pPr>
        <w:jc w:val="right"/>
      </w:pPr>
      <w:r>
        <w:t>وہ اپنے آپ کو کہتے تھے کہ "I am the greatest"۔</w:t>
      </w:r>
    </w:p>
    <w:p>
      <w:r>
        <w:rPr>
          <w:b/>
        </w:rPr>
        <w:t xml:space="preserve">[00:51] </w:t>
      </w:r>
      <w:r>
        <w:t>woh apne ko tareekh ka, aaj ka nahi balkeh tareekh ka sab se bara aadmi kehte the.</w:t>
      </w:r>
    </w:p>
    <w:p>
      <w:pPr>
        <w:jc w:val="right"/>
      </w:pPr>
      <w:r>
        <w:t>وہ اپنے کو تاریخ کا، آج کا نہیں بلکہ تاریخ کا سب سے بڑا آدمی کہتے تھے۔</w:t>
      </w:r>
    </w:p>
    <w:p>
      <w:r>
        <w:rPr>
          <w:b/>
        </w:rPr>
        <w:t xml:space="preserve">[00:59] </w:t>
      </w:r>
      <w:r>
        <w:t>to main ne un ki maut par jab sochna shuru kiya to mere mann mein yeh aaya ke</w:t>
      </w:r>
    </w:p>
    <w:p>
      <w:pPr>
        <w:jc w:val="right"/>
      </w:pPr>
      <w:r>
        <w:t>تو میں نے ان کی موت پر جب سوچنا شروع کیا تو میرے من میں یہ آیا کہ</w:t>
      </w:r>
    </w:p>
    <w:p>
      <w:r>
        <w:rPr>
          <w:b/>
        </w:rPr>
        <w:t xml:space="preserve">[01:07] </w:t>
      </w:r>
      <w:r>
        <w:t>is mein to shakk nahi ke woh apni field ke, yaani boxing ke, bohat hi bare champion the.</w:t>
      </w:r>
    </w:p>
    <w:p>
      <w:pPr>
        <w:jc w:val="right"/>
      </w:pPr>
      <w:r>
        <w:t>اس میں تو شک نہیں کہ وہ اپنی فیلڈ کے، یعنی باکسنگ کے، بہت ہی بڑے چیمپئن تھے۔</w:t>
      </w:r>
    </w:p>
    <w:p>
      <w:r>
        <w:rPr>
          <w:b/>
        </w:rPr>
        <w:t xml:space="preserve">[01:15] </w:t>
      </w:r>
      <w:r>
        <w:t>hamesha woh boxing ki history mein un ko mana jayega.</w:t>
      </w:r>
    </w:p>
    <w:p>
      <w:pPr>
        <w:jc w:val="right"/>
      </w:pPr>
      <w:r>
        <w:t>ہمیشہ وہ باکسنگ کی ہسٹری میں ان کو مانا جائے گا۔</w:t>
      </w:r>
    </w:p>
    <w:p>
      <w:r>
        <w:rPr>
          <w:b/>
        </w:rPr>
        <w:t xml:space="preserve">[01:22] </w:t>
      </w:r>
      <w:r>
        <w:t>yeh baat to sahi hai.</w:t>
      </w:r>
    </w:p>
    <w:p>
      <w:pPr>
        <w:jc w:val="right"/>
      </w:pPr>
      <w:r>
        <w:t>یہ بات تو صحیح ہے۔</w:t>
      </w:r>
    </w:p>
    <w:p>
      <w:r>
        <w:rPr>
          <w:b/>
        </w:rPr>
        <w:t xml:space="preserve">[01:30] </w:t>
      </w:r>
      <w:r>
        <w:t>lekin main samajhta hoon ke yeh un ke liye ek missed opportunity thi.</w:t>
      </w:r>
    </w:p>
    <w:p>
      <w:pPr>
        <w:jc w:val="right"/>
      </w:pPr>
      <w:r>
        <w:t>لیکن میں سمجھتا ہوں کہ یہ ان کے لیے ایک missed opportunity تھی۔</w:t>
      </w:r>
    </w:p>
    <w:p>
      <w:r>
        <w:rPr>
          <w:b/>
        </w:rPr>
        <w:t xml:space="preserve">[01:38] </w:t>
      </w:r>
      <w:r>
        <w:t>yaani woh ziyada bare title ka mustahiq ban chuke the, lekin unhon ne chhote title ko ikhtiyar karne</w:t>
      </w:r>
    </w:p>
    <w:p>
      <w:pPr>
        <w:jc w:val="right"/>
      </w:pPr>
      <w:r>
        <w:t>یعنی وہ زیادہ بڑے ٹائٹل کا مستحق بن چکے تھے، لیکن انہوں نے چھوٹے ٹائٹل کو اختیار کرنے</w:t>
      </w:r>
    </w:p>
    <w:p>
      <w:r>
        <w:rPr>
          <w:b/>
        </w:rPr>
        <w:t xml:space="preserve">[01:46] </w:t>
      </w:r>
      <w:r>
        <w:t>peh kafi kiya.</w:t>
      </w:r>
    </w:p>
    <w:p>
      <w:pPr>
        <w:jc w:val="right"/>
      </w:pPr>
      <w:r>
        <w:t>پہ کافی کیا۔</w:t>
      </w:r>
    </w:p>
    <w:p>
      <w:r>
        <w:rPr>
          <w:b/>
        </w:rPr>
        <w:t xml:space="preserve">[01:54] </w:t>
      </w:r>
      <w:r>
        <w:t>aap ko maloom hai ke amreeka jo vietnam ki war mein involve tha, to us ke khilaf unhon</w:t>
      </w:r>
    </w:p>
    <w:p>
      <w:pPr>
        <w:jc w:val="right"/>
      </w:pPr>
      <w:r>
        <w:t>آپ کو معلوم ہے کہ امریکہ جو ویتنام کی وار میں involve تھا، تو اس کے خلاف انہوں</w:t>
      </w:r>
    </w:p>
    <w:p>
      <w:r>
        <w:rPr>
          <w:b/>
        </w:rPr>
        <w:t xml:space="preserve">[02:02] </w:t>
      </w:r>
      <w:r>
        <w:t>ne statement diya. ghalat bataya.</w:t>
      </w:r>
    </w:p>
    <w:p>
      <w:pPr>
        <w:jc w:val="right"/>
      </w:pPr>
      <w:r>
        <w:t>نے statement دیا۔ غلط بتایا۔</w:t>
      </w:r>
    </w:p>
    <w:p>
      <w:r>
        <w:rPr>
          <w:b/>
        </w:rPr>
        <w:t xml:space="preserve">[02:10] </w:t>
      </w:r>
      <w:r>
        <w:t>vietnam war mein amreeka ke involvement ko ghalat bataya.</w:t>
      </w:r>
    </w:p>
    <w:p>
      <w:pPr>
        <w:jc w:val="right"/>
      </w:pPr>
      <w:r>
        <w:t>ویتنام وار میں امریکہ کے involvement کو غلط بتایا۔</w:t>
      </w:r>
    </w:p>
    <w:p>
      <w:r>
        <w:rPr>
          <w:b/>
        </w:rPr>
        <w:t xml:space="preserve">[02:17] </w:t>
      </w:r>
      <w:r>
        <w:t>is se amreeki hukumat bohat ziyada khafa ho gayi.</w:t>
      </w:r>
    </w:p>
    <w:p>
      <w:pPr>
        <w:jc w:val="right"/>
      </w:pPr>
      <w:r>
        <w:t>اس سے امریکی حکومت بہت زیادہ خفا ہو گئی۔</w:t>
      </w:r>
    </w:p>
    <w:p>
      <w:r>
        <w:rPr>
          <w:b/>
        </w:rPr>
        <w:t xml:space="preserve">[02:25] </w:t>
      </w:r>
      <w:r>
        <w:t>un ko saza di gayi.</w:t>
      </w:r>
    </w:p>
    <w:p>
      <w:pPr>
        <w:jc w:val="right"/>
      </w:pPr>
      <w:r>
        <w:t>ان کو سزا دی گئی۔</w:t>
      </w:r>
    </w:p>
    <w:p>
      <w:r>
        <w:rPr>
          <w:b/>
        </w:rPr>
        <w:t xml:space="preserve">[02:33] </w:t>
      </w:r>
      <w:r>
        <w:t>un ka title chhin gaya.</w:t>
      </w:r>
    </w:p>
    <w:p>
      <w:pPr>
        <w:jc w:val="right"/>
      </w:pPr>
      <w:r>
        <w:t>ان کا ٹائٹل چھن گیا۔</w:t>
      </w:r>
    </w:p>
    <w:p>
      <w:r>
        <w:rPr>
          <w:b/>
        </w:rPr>
        <w:t xml:space="preserve">[02:41] </w:t>
      </w:r>
      <w:r>
        <w:t>kai saal tak woh apni field se bahar rehna para un ko.</w:t>
      </w:r>
    </w:p>
    <w:p>
      <w:pPr>
        <w:jc w:val="right"/>
      </w:pPr>
      <w:r>
        <w:t>کئی سال تک وہ اپنی فیلڈ سے باہر رہنا پڑا ان کو۔</w:t>
      </w:r>
    </w:p>
    <w:p>
      <w:r>
        <w:rPr>
          <w:b/>
        </w:rPr>
        <w:t xml:space="preserve">[02:49] </w:t>
      </w:r>
      <w:r>
        <w:t>lekin isi douran un ko jo title mila woh tha "Activist of No War Campaign".</w:t>
      </w:r>
    </w:p>
    <w:p>
      <w:pPr>
        <w:jc w:val="right"/>
      </w:pPr>
      <w:r>
        <w:t>لیکن اسی دوران ان کو جو ٹائٹل ملا وہ تھا "Activist of No War Campaign"۔</w:t>
      </w:r>
    </w:p>
    <w:p>
      <w:r>
        <w:rPr>
          <w:b/>
        </w:rPr>
        <w:t xml:space="preserve">[02:57] </w:t>
      </w:r>
      <w:r>
        <w:t>woh "No War" ke sab se barhe activist ban gaye.</w:t>
      </w:r>
    </w:p>
    <w:p>
      <w:pPr>
        <w:jc w:val="right"/>
      </w:pPr>
      <w:r>
        <w:t>وہ "No War" کے سب سے بڑے activist بن گئے۔</w:t>
      </w:r>
    </w:p>
    <w:p>
      <w:r>
        <w:rPr>
          <w:b/>
        </w:rPr>
        <w:t xml:space="preserve">[03:05] </w:t>
      </w:r>
      <w:r>
        <w:t>lekin phir woh laut aaye apni boxing mein aur isi kaam ko jari rakha jo pehle tha.</w:t>
      </w:r>
    </w:p>
    <w:p>
      <w:pPr>
        <w:jc w:val="right"/>
      </w:pPr>
      <w:r>
        <w:t>لیکن پھر وہ لوٹ آئے اپنی باکسنگ میں اور اسی کام کو جاری رکھا جو پہلے تھا۔</w:t>
      </w:r>
    </w:p>
    <w:p>
      <w:r>
        <w:rPr>
          <w:b/>
        </w:rPr>
        <w:t xml:space="preserve">[03:13] </w:t>
      </w:r>
      <w:r>
        <w:t>to yeh shakhsi title to un ko mila. shakhsi title.</w:t>
      </w:r>
    </w:p>
    <w:p>
      <w:pPr>
        <w:jc w:val="right"/>
      </w:pPr>
      <w:r>
        <w:t>تو یہ شخصی ٹائٹل تو ان کو ملا۔ شخصی ٹائٹل۔</w:t>
      </w:r>
    </w:p>
    <w:p>
      <w:r>
        <w:rPr>
          <w:b/>
        </w:rPr>
        <w:t xml:space="preserve">[03:20] </w:t>
      </w:r>
      <w:r>
        <w:t>yani boxing ka campaign, boxing ka champion banna un ke liye aik personal title tha.</w:t>
      </w:r>
    </w:p>
    <w:p>
      <w:pPr>
        <w:jc w:val="right"/>
      </w:pPr>
      <w:r>
        <w:t>یعنی باکسنگ کا campaign، باکسنگ کا چیمپئن بننا ان کے لیے ایک personal ٹائٹل تھا۔</w:t>
      </w:r>
    </w:p>
    <w:p>
      <w:r>
        <w:rPr>
          <w:b/>
        </w:rPr>
        <w:t xml:space="preserve">[03:28] </w:t>
      </w:r>
      <w:r>
        <w:t>lekin doosra title jo un ko mil chuka tha woh tha "Greatest Peace Activist of the World".</w:t>
      </w:r>
    </w:p>
    <w:p>
      <w:pPr>
        <w:jc w:val="right"/>
      </w:pPr>
      <w:r>
        <w:t>لیکن دوسرا ٹائٹل جو ان کو مل چکا تھا وہ تھا "Greatest Peace Activist of the World"۔</w:t>
      </w:r>
    </w:p>
    <w:p>
      <w:r>
        <w:rPr>
          <w:b/>
        </w:rPr>
        <w:t xml:space="preserve">[03:36] </w:t>
      </w:r>
      <w:r>
        <w:t>dekhen yeh bohat hi kam hota hai aur shayad un ke liye to aik hi baar hua ke</w:t>
      </w:r>
    </w:p>
    <w:p>
      <w:pPr>
        <w:jc w:val="right"/>
      </w:pPr>
      <w:r>
        <w:t>دیکھیں یہ بہت ہی کم ہوتا ہے اور شاید ان کے لیے تو ایک ہی بار ہوا کہ</w:t>
      </w:r>
    </w:p>
    <w:p>
      <w:r>
        <w:rPr>
          <w:b/>
        </w:rPr>
        <w:t xml:space="preserve">[03:44] </w:t>
      </w:r>
      <w:r>
        <w:t>koi shakhs apni zindagi mein shayad duniya mein well known ban jaye.</w:t>
      </w:r>
    </w:p>
    <w:p>
      <w:pPr>
        <w:jc w:val="right"/>
      </w:pPr>
      <w:r>
        <w:t>کوئی شخص اپنی زندگی میں شاید دنیا میں well known بن جائے۔</w:t>
      </w:r>
    </w:p>
    <w:p>
      <w:r>
        <w:rPr>
          <w:b/>
        </w:rPr>
        <w:t xml:space="preserve">[03:52] </w:t>
      </w:r>
      <w:r>
        <w:t>mein samajhta hoon ke aaj ki duniya mein shayad koi bhi shakhs nahi hoga jo Muhammad Ali</w:t>
      </w:r>
    </w:p>
    <w:p>
      <w:pPr>
        <w:jc w:val="right"/>
      </w:pPr>
      <w:r>
        <w:t>میں سمجھتا ہوں کہ آج کی دنیا میں شاید کوئی بھی شخص نہیں ہوگا جو محمد علی کلی</w:t>
      </w:r>
    </w:p>
    <w:p>
      <w:r>
        <w:rPr>
          <w:b/>
        </w:rPr>
        <w:t xml:space="preserve">[04:00] </w:t>
      </w:r>
      <w:r>
        <w:t>ko na janta ho.</w:t>
      </w:r>
    </w:p>
    <w:p>
      <w:pPr>
        <w:jc w:val="right"/>
      </w:pPr>
      <w:r>
        <w:t>کو نہ جانتا ہو۔</w:t>
      </w:r>
    </w:p>
    <w:p>
      <w:r>
        <w:rPr>
          <w:b/>
        </w:rPr>
        <w:t xml:space="preserve">[04:08] </w:t>
      </w:r>
      <w:r>
        <w:t>to aisa shakhs jo itna, yani jis ko universal stage mil jaye, itni bari popularity jis ko mil</w:t>
      </w:r>
    </w:p>
    <w:p>
      <w:pPr>
        <w:jc w:val="right"/>
      </w:pPr>
      <w:r>
        <w:t>تو ایسا شخص جو اتنا، یعنی جس کو universal stage مل جائے، اتنی بڑی popularity جس کو مل</w:t>
      </w:r>
    </w:p>
    <w:p>
      <w:r>
        <w:rPr>
          <w:b/>
        </w:rPr>
        <w:t xml:space="preserve">[04:15] </w:t>
      </w:r>
      <w:r>
        <w:t>jaye, kisi mission ke liye woh ziyada chuna hua shakhs hota hai.</w:t>
      </w:r>
    </w:p>
    <w:p>
      <w:pPr>
        <w:jc w:val="right"/>
      </w:pPr>
      <w:r>
        <w:t>جائے، کسی mission کے لیے وہ زیادہ چنا ہوا شخص ہوتا ہے۔</w:t>
      </w:r>
    </w:p>
    <w:p>
      <w:r>
        <w:rPr>
          <w:b/>
        </w:rPr>
        <w:t xml:space="preserve">[04:23] </w:t>
      </w:r>
      <w:r>
        <w:t>mission ka matlab yeh hai ke universal cause, sare insanon ka mafad.</w:t>
      </w:r>
    </w:p>
    <w:p>
      <w:pPr>
        <w:jc w:val="right"/>
      </w:pPr>
      <w:r>
        <w:t>Mission کا مطلب یہ ہے کہ universal cause، سارے انسانوں کا مفاد۔</w:t>
      </w:r>
    </w:p>
    <w:p>
      <w:r>
        <w:rPr>
          <w:b/>
        </w:rPr>
        <w:t xml:space="preserve">[04:31] </w:t>
      </w:r>
      <w:r>
        <w:t>jab un ki death hui kal to un ki umar seventy four years ho chuki thi.</w:t>
      </w:r>
    </w:p>
    <w:p>
      <w:pPr>
        <w:jc w:val="right"/>
      </w:pPr>
      <w:r>
        <w:t>جب ان کی ڈیتھ ہوئی کل تو ان کی عمر seventy four years ہو چکی تھی۔</w:t>
      </w:r>
    </w:p>
    <w:p>
      <w:r>
        <w:rPr>
          <w:b/>
        </w:rPr>
        <w:t xml:space="preserve">[04:39] </w:t>
      </w:r>
      <w:r>
        <w:t>aur Parkinson ke mareez thay bohat arsay se woh.</w:t>
      </w:r>
    </w:p>
    <w:p>
      <w:pPr>
        <w:jc w:val="right"/>
      </w:pPr>
      <w:r>
        <w:t>اور Parkinson کے مریض تھے بہت عرصے سے وہ۔</w:t>
      </w:r>
    </w:p>
    <w:p>
      <w:r>
        <w:rPr>
          <w:b/>
        </w:rPr>
        <w:t xml:space="preserve">[04:47] </w:t>
      </w:r>
      <w:r>
        <w:t>bohat arsay se woh inactive ho chuke thay.</w:t>
      </w:r>
    </w:p>
    <w:p>
      <w:pPr>
        <w:jc w:val="right"/>
      </w:pPr>
      <w:r>
        <w:t>بہت عرصے سے وہ inactive ہو چکے تھے۔</w:t>
      </w:r>
    </w:p>
    <w:p>
      <w:r>
        <w:rPr>
          <w:b/>
        </w:rPr>
        <w:t xml:space="preserve">[04:55] </w:t>
      </w:r>
      <w:r>
        <w:t>to sirf aik personal title le kar woh duniya se chale gaye.</w:t>
      </w:r>
    </w:p>
    <w:p>
      <w:pPr>
        <w:jc w:val="right"/>
      </w:pPr>
      <w:r>
        <w:t>تو صرف ایک personal ٹائٹل لے کر وہ دنیا سے چلے گئے۔</w:t>
      </w:r>
    </w:p>
    <w:p>
      <w:r>
        <w:rPr>
          <w:b/>
        </w:rPr>
        <w:t xml:space="preserve">[05:03] </w:t>
      </w:r>
      <w:r>
        <w:t>mein samajhta hoon ke woh yeh daur jo sab se zyada chahta hai peace ko, is daur mein</w:t>
      </w:r>
    </w:p>
    <w:p>
      <w:pPr>
        <w:jc w:val="right"/>
      </w:pPr>
      <w:r>
        <w:t>میں سمجھتا ہوں کہ وہ یہ دور جو سب سے زیادہ چاہتا ہے peace کو، اس دور میں</w:t>
      </w:r>
    </w:p>
    <w:p>
      <w:r>
        <w:rPr>
          <w:b/>
        </w:rPr>
        <w:t xml:space="preserve">[05:11] </w:t>
      </w:r>
      <w:r>
        <w:t>sab se bari wanted cheez peace hai.</w:t>
      </w:r>
    </w:p>
    <w:p>
      <w:pPr>
        <w:jc w:val="right"/>
      </w:pPr>
      <w:r>
        <w:t>سب سے بڑی wanted چیز peace ہے۔</w:t>
      </w:r>
    </w:p>
    <w:p>
      <w:r>
        <w:rPr>
          <w:b/>
        </w:rPr>
        <w:t xml:space="preserve">[05:18] </w:t>
      </w:r>
      <w:r>
        <w:t>aur sab se zyada unwanted cheez violence hai.</w:t>
      </w:r>
    </w:p>
    <w:p>
      <w:pPr>
        <w:jc w:val="right"/>
      </w:pPr>
      <w:r>
        <w:t>اور سب سے زیادہ unwanted چیز violence ہے۔</w:t>
      </w:r>
    </w:p>
    <w:p>
      <w:r>
        <w:rPr>
          <w:b/>
        </w:rPr>
        <w:t xml:space="preserve">[05:26] </w:t>
      </w:r>
      <w:r>
        <w:t>toh vietnam ki war mein jo involve hue woh toh achanak unko bohat zabardast property mil gayi.</w:t>
      </w:r>
    </w:p>
    <w:p>
      <w:pPr>
        <w:jc w:val="right"/>
      </w:pPr>
      <w:r>
        <w:t>تو ویتنام کی وار میں جو involve ہوئے وہ تو اچانک ان کو بہت زبردست property مل گئی۔</w:t>
      </w:r>
    </w:p>
    <w:p>
      <w:r>
        <w:rPr>
          <w:b/>
        </w:rPr>
        <w:t xml:space="preserve">[05:34] </w:t>
      </w:r>
      <w:r>
        <w:t>kyunke unka unka jo stand tha woh poori duniya ke liye bohat hi important tha woh state.</w:t>
      </w:r>
    </w:p>
    <w:p>
      <w:pPr>
        <w:jc w:val="right"/>
      </w:pPr>
      <w:r>
        <w:t>کیونکہ ان کا ان کا جو stand تھا وہ پوری دنیا کے لیے بہت ہی important تھا وہ state۔</w:t>
      </w:r>
    </w:p>
    <w:p>
      <w:r>
        <w:rPr>
          <w:b/>
        </w:rPr>
        <w:t xml:space="preserve">[05:42] </w:t>
      </w:r>
      <w:r>
        <w:t>toh woh ek aise role ke kinare pahunch gaye jo bilashuba sab se bara role tha us zamane mein.</w:t>
      </w:r>
    </w:p>
    <w:p>
      <w:pPr>
        <w:jc w:val="right"/>
      </w:pPr>
      <w:r>
        <w:t>تو وہ ایک ایسے role کے کنارے پہنچ گئے جو بلاشبہ سب سے بڑا role تھا اس زمانے میں۔</w:t>
      </w:r>
    </w:p>
    <w:p>
      <w:r>
        <w:rPr>
          <w:b/>
        </w:rPr>
        <w:t xml:space="preserve">[05:50] </w:t>
      </w:r>
      <w:r>
        <w:t>yaani role of peace.</w:t>
      </w:r>
    </w:p>
    <w:p>
      <w:pPr>
        <w:jc w:val="right"/>
      </w:pPr>
      <w:r>
        <w:t>یعنی role of peace۔</w:t>
      </w:r>
    </w:p>
    <w:p>
      <w:r>
        <w:rPr>
          <w:b/>
        </w:rPr>
        <w:t xml:space="preserve">[05:58] </w:t>
      </w:r>
      <w:r>
        <w:t>is zamane mein dekhiye har jagah war hai.</w:t>
      </w:r>
    </w:p>
    <w:p>
      <w:pPr>
        <w:jc w:val="right"/>
      </w:pPr>
      <w:r>
        <w:t>اس زمانے میں دیکھیے ہر جگہ وار ہے۔</w:t>
      </w:r>
    </w:p>
    <w:p>
      <w:r>
        <w:rPr>
          <w:b/>
        </w:rPr>
        <w:t xml:space="preserve">[06:06] </w:t>
      </w:r>
      <w:r>
        <w:t>musalmanon mein toh bohat zyada war hai.</w:t>
      </w:r>
    </w:p>
    <w:p>
      <w:pPr>
        <w:jc w:val="right"/>
      </w:pPr>
      <w:r>
        <w:t>مسلمانوں میں تو بہت زیادہ وار ہے۔</w:t>
      </w:r>
    </w:p>
    <w:p>
      <w:r>
        <w:rPr>
          <w:b/>
        </w:rPr>
        <w:t xml:space="preserve">[06:13] </w:t>
      </w:r>
      <w:r>
        <w:t>aur sab se bara masla jo hai woh yeh hai ke islam ki image legend of violence ban gayi hai.</w:t>
      </w:r>
    </w:p>
    <w:p>
      <w:pPr>
        <w:jc w:val="right"/>
      </w:pPr>
      <w:r>
        <w:t>اور سب سے بڑا مسئلہ جو ہے وہ یہ ہے کہ اسلام کی image legend of violence بن گئی ہے۔</w:t>
      </w:r>
    </w:p>
    <w:p>
      <w:r>
        <w:rPr>
          <w:b/>
        </w:rPr>
        <w:t xml:space="preserve">[06:21] </w:t>
      </w:r>
      <w:r>
        <w:t>yaani muhammad ali کلی paida hue Christian family mein lekin baad ko unhone islam qabool kar liya.</w:t>
      </w:r>
    </w:p>
    <w:p>
      <w:pPr>
        <w:jc w:val="right"/>
      </w:pPr>
      <w:r>
        <w:t>یعنی محمد علی کلی پیدا ہوئے Christian family میں لیکن بعد کو انہوں نے اسلام قبول کر لیا۔</w:t>
      </w:r>
    </w:p>
    <w:p>
      <w:r>
        <w:rPr>
          <w:b/>
        </w:rPr>
        <w:t xml:space="preserve">[06:29] </w:t>
      </w:r>
      <w:r>
        <w:t>islam qabool kar liya.</w:t>
      </w:r>
    </w:p>
    <w:p>
      <w:pPr>
        <w:jc w:val="right"/>
      </w:pPr>
      <w:r>
        <w:t>اسلام قبول کر لیا۔</w:t>
      </w:r>
    </w:p>
    <w:p>
      <w:r>
        <w:rPr>
          <w:b/>
        </w:rPr>
        <w:t xml:space="preserve">[06:37] </w:t>
      </w:r>
      <w:r>
        <w:t>toh unko islam ka stage mil gaya.</w:t>
      </w:r>
    </w:p>
    <w:p>
      <w:pPr>
        <w:jc w:val="right"/>
      </w:pPr>
      <w:r>
        <w:t>تو ان کو اسلام کا stage مل گیا۔</w:t>
      </w:r>
    </w:p>
    <w:p>
      <w:r>
        <w:rPr>
          <w:b/>
        </w:rPr>
        <w:t xml:space="preserve">[06:45] </w:t>
      </w:r>
      <w:r>
        <w:t>ab woh sari duniya ke musalmanon mein known shakhs ban gaye.</w:t>
      </w:r>
    </w:p>
    <w:p>
      <w:pPr>
        <w:jc w:val="right"/>
      </w:pPr>
      <w:r>
        <w:t>اب وہ ساری دنیا کے مسلمانوں میں known شخص بن گئے۔</w:t>
      </w:r>
    </w:p>
    <w:p>
      <w:r>
        <w:rPr>
          <w:b/>
        </w:rPr>
        <w:t xml:space="preserve">[06:53] </w:t>
      </w:r>
      <w:r>
        <w:t>unki shakhsiyat itni zabardast thi.</w:t>
      </w:r>
    </w:p>
    <w:p>
      <w:pPr>
        <w:jc w:val="right"/>
      </w:pPr>
      <w:r>
        <w:t>ان کی شخصیت اتنی زبردست تھی۔</w:t>
      </w:r>
    </w:p>
    <w:p>
      <w:r>
        <w:rPr>
          <w:b/>
        </w:rPr>
        <w:t xml:space="preserve">[07:01] </w:t>
      </w:r>
      <w:r>
        <w:t>unki speech, unka speaking power itna zabardast tha ke jahan woh bolte the toh sab chup</w:t>
      </w:r>
    </w:p>
    <w:p>
      <w:pPr>
        <w:jc w:val="right"/>
      </w:pPr>
      <w:r>
        <w:t>ان کی speech، ان کا speaking power اتنا زبردست تھا کہ جہاں وہ بولتے تھے تو سب چپ</w:t>
      </w:r>
    </w:p>
    <w:p>
      <w:r>
        <w:rPr>
          <w:b/>
        </w:rPr>
        <w:t xml:space="preserve">[07:09] </w:t>
      </w:r>
      <w:r>
        <w:t>ho kar unki baat suntay thay.</w:t>
      </w:r>
    </w:p>
    <w:p>
      <w:pPr>
        <w:jc w:val="right"/>
      </w:pPr>
      <w:r>
        <w:t>ہو کر ان کی بات سنتے تھے۔</w:t>
      </w:r>
    </w:p>
    <w:p>
      <w:r>
        <w:rPr>
          <w:b/>
        </w:rPr>
        <w:t xml:space="preserve">[07:16] </w:t>
      </w:r>
      <w:r>
        <w:t>itni zabardast unki speech thi ke itni zabardast unki personality thi ke jahan woh woh bolte</w:t>
      </w:r>
    </w:p>
    <w:p>
      <w:pPr>
        <w:jc w:val="right"/>
      </w:pPr>
      <w:r>
        <w:t>اتنی زبردست ان کی speech تھی کہ اتنی زبردست ان کی personality تھی کہ جہاں وہ وہ بولتے</w:t>
      </w:r>
    </w:p>
    <w:p>
      <w:r>
        <w:rPr>
          <w:b/>
        </w:rPr>
        <w:t xml:space="preserve">[07:24] </w:t>
      </w:r>
      <w:r>
        <w:t>the wahan sab sun ho kar unhi ki baat suntay thay.</w:t>
      </w:r>
    </w:p>
    <w:p>
      <w:pPr>
        <w:jc w:val="right"/>
      </w:pPr>
      <w:r>
        <w:t>تھے وہاں سب سن ہو کر انہی کی بات سنتے تھے۔</w:t>
      </w:r>
    </w:p>
    <w:p>
      <w:r>
        <w:rPr>
          <w:b/>
        </w:rPr>
        <w:t xml:space="preserve">[07:32] </w:t>
      </w:r>
      <w:r>
        <w:t>aisi halat mein woh is position mein thay ke peace ke field mein bohat hi bara role ada kar sake.</w:t>
      </w:r>
    </w:p>
    <w:p>
      <w:pPr>
        <w:jc w:val="right"/>
      </w:pPr>
      <w:r>
        <w:t>ایسی حالت میں وہ اس position میں تھے کہ peace کے field میں بہت ہی بڑا role ادا کر سکے۔</w:t>
      </w:r>
    </w:p>
    <w:p>
      <w:r>
        <w:rPr>
          <w:b/>
        </w:rPr>
        <w:t xml:space="preserve">[07:40] </w:t>
      </w:r>
      <w:r>
        <w:t>iska khaas pehlu yeh hai ke peace ke liye bolte toh bohat se log hain.</w:t>
      </w:r>
    </w:p>
    <w:p>
      <w:pPr>
        <w:jc w:val="right"/>
      </w:pPr>
      <w:r>
        <w:t>اس کا خاص پہلو یہ ہے کہ peace کے لیے بولتے تو بہت سے لوگ ہیں۔</w:t>
      </w:r>
    </w:p>
    <w:p>
      <w:r>
        <w:rPr>
          <w:b/>
        </w:rPr>
        <w:t xml:space="preserve">[07:48] </w:t>
      </w:r>
      <w:r>
        <w:t>bohat se log bolte hain peace ke liye.</w:t>
      </w:r>
    </w:p>
    <w:p>
      <w:pPr>
        <w:jc w:val="right"/>
      </w:pPr>
      <w:r>
        <w:t>بہت سے لوگ بولتے ہیں peace کے لیے۔</w:t>
      </w:r>
    </w:p>
    <w:p>
      <w:r>
        <w:rPr>
          <w:b/>
        </w:rPr>
        <w:t xml:space="preserve">[07:56] </w:t>
      </w:r>
      <w:r>
        <w:t>lekin muhammad ali کلی apni maqbooliyat aur popularity ki wajah se is position mein thay ke woh peace</w:t>
      </w:r>
    </w:p>
    <w:p>
      <w:pPr>
        <w:jc w:val="right"/>
      </w:pPr>
      <w:r>
        <w:t>لیکن محمد علی کلی اپنی مقبولیت اور popularity کی وجہ سے اس position میں تھے کہ وہ peace</w:t>
      </w:r>
    </w:p>
    <w:p>
      <w:r>
        <w:rPr>
          <w:b/>
        </w:rPr>
        <w:t xml:space="preserve">[08:04] </w:t>
      </w:r>
      <w:r>
        <w:t>ke liye active role kar sake. Active role.</w:t>
      </w:r>
    </w:p>
    <w:p>
      <w:pPr>
        <w:jc w:val="right"/>
      </w:pPr>
      <w:r>
        <w:t>کے لیے active role کر سکا۔ Active role۔</w:t>
      </w:r>
    </w:p>
    <w:p>
      <w:r>
        <w:rPr>
          <w:b/>
        </w:rPr>
        <w:t xml:space="preserve">[08:11] </w:t>
      </w:r>
      <w:r>
        <w:t>active role kya cheez hai iski ek misaal deta hoon mein.</w:t>
      </w:r>
    </w:p>
    <w:p>
      <w:pPr>
        <w:jc w:val="right"/>
      </w:pPr>
      <w:r>
        <w:t>Active role کیا چیز ہے اس کی ایک مثال دیتا ہوں میں۔</w:t>
      </w:r>
    </w:p>
    <w:p>
      <w:r>
        <w:rPr>
          <w:b/>
        </w:rPr>
        <w:t xml:space="preserve">[08:19] </w:t>
      </w:r>
      <w:r>
        <w:t>australia aap jante hain ke woh british crown ke under mein mana jata hai. legally.</w:t>
      </w:r>
    </w:p>
    <w:p>
      <w:pPr>
        <w:jc w:val="right"/>
      </w:pPr>
      <w:r>
        <w:t>آسٹریلیا آپ جانتے ہیں کہ وہ برٹش crown کے under میں مانا جاتا ہے۔ Legally۔</w:t>
      </w:r>
    </w:p>
    <w:p>
      <w:r>
        <w:rPr>
          <w:b/>
        </w:rPr>
        <w:t xml:space="preserve">[08:27] </w:t>
      </w:r>
      <w:r>
        <w:t>to aik zamanay mein wahan aik tareekh chali ke hum british crown ko chortay hain.</w:t>
      </w:r>
    </w:p>
    <w:p>
      <w:pPr>
        <w:jc w:val="right"/>
      </w:pPr>
      <w:r>
        <w:t>تو ایک زمانے میں وہاں ایک تاریخ چلی کہ ہم برٹش crown کو چھوڑتے ہیں۔</w:t>
      </w:r>
    </w:p>
    <w:p>
      <w:r>
        <w:rPr>
          <w:b/>
        </w:rPr>
        <w:t xml:space="preserve">[08:35] </w:t>
      </w:r>
      <w:r>
        <w:t>hum alag hotay hain is se.</w:t>
      </w:r>
    </w:p>
    <w:p>
      <w:pPr>
        <w:jc w:val="right"/>
      </w:pPr>
      <w:r>
        <w:t>ہم الگ ہوتے ہیں اس سے۔</w:t>
      </w:r>
    </w:p>
    <w:p>
      <w:r>
        <w:rPr>
          <w:b/>
        </w:rPr>
        <w:t xml:space="preserve">[08:43] </w:t>
      </w:r>
      <w:r>
        <w:t>yani commonwealth se alag hotay hain.</w:t>
      </w:r>
    </w:p>
    <w:p>
      <w:pPr>
        <w:jc w:val="right"/>
      </w:pPr>
      <w:r>
        <w:t>یعنی commonwealth سے الگ ہوتے ہیں۔</w:t>
      </w:r>
    </w:p>
    <w:p>
      <w:r>
        <w:rPr>
          <w:b/>
        </w:rPr>
        <w:t xml:space="preserve">[08:51] </w:t>
      </w:r>
      <w:r>
        <w:t>to britishon ne kiya kiya? kuch nahi kiya siway is ke ke jo un ki jo british queen</w:t>
      </w:r>
    </w:p>
    <w:p>
      <w:pPr>
        <w:jc w:val="right"/>
      </w:pPr>
      <w:r>
        <w:t>تو برٹشوں نے کیا کیا؟ کچھ نہیں کیا سوائے اس کے کہ جو ان کی جو برٹش queen</w:t>
      </w:r>
    </w:p>
    <w:p>
      <w:r>
        <w:rPr>
          <w:b/>
        </w:rPr>
        <w:t xml:space="preserve">[08:59] </w:t>
      </w:r>
      <w:r>
        <w:t>hai aik is ka daura kara diya australia ka.</w:t>
      </w:r>
    </w:p>
    <w:p>
      <w:pPr>
        <w:jc w:val="right"/>
      </w:pPr>
      <w:r>
        <w:t>ہے ایک اس کا دورہ کرا دیا آسٹریلیا کا۔</w:t>
      </w:r>
    </w:p>
    <w:p>
      <w:r>
        <w:rPr>
          <w:b/>
        </w:rPr>
        <w:t xml:space="preserve">[09:07] </w:t>
      </w:r>
      <w:r>
        <w:t>to british queen ke peechay hazaron saal ki tareekh hai.</w:t>
      </w:r>
    </w:p>
    <w:p>
      <w:pPr>
        <w:jc w:val="right"/>
      </w:pPr>
      <w:r>
        <w:t>تو برٹش queen کے پیچھے ہزاروں سال کی تاریخ ہے۔</w:t>
      </w:r>
    </w:p>
    <w:p>
      <w:r>
        <w:rPr>
          <w:b/>
        </w:rPr>
        <w:t xml:space="preserve">[09:14] </w:t>
      </w:r>
      <w:r>
        <w:t>wahan ki royalty jo hai us ke peechay hazaron saal ki tareekh hai.</w:t>
      </w:r>
    </w:p>
    <w:p>
      <w:pPr>
        <w:jc w:val="right"/>
      </w:pPr>
      <w:r>
        <w:t>وہاں کی royalty جو ہے اس کے پیچھے ہزاروں سال کی تاریخ ہے۔</w:t>
      </w:r>
    </w:p>
    <w:p>
      <w:r>
        <w:rPr>
          <w:b/>
        </w:rPr>
        <w:t xml:space="preserve">[09:22] </w:t>
      </w:r>
      <w:r>
        <w:t>to jab woh pahunchi australia mein aur is ka wahan daura hua har taraf dhoom mach gayi.</w:t>
      </w:r>
    </w:p>
    <w:p>
      <w:pPr>
        <w:jc w:val="right"/>
      </w:pPr>
      <w:r>
        <w:t>تو جب وہ پہنچی آسٹریلیا میں اور اس کا وہاں دورہ ہوا ہر طرف دھوم مچ گئی۔</w:t>
      </w:r>
    </w:p>
    <w:p>
      <w:r>
        <w:rPr>
          <w:b/>
        </w:rPr>
        <w:t xml:space="preserve">[09:30] </w:t>
      </w:r>
      <w:r>
        <w:t>koi na aayi, koi na aayi, koi na aayi.</w:t>
      </w:r>
    </w:p>
    <w:p>
      <w:pPr>
        <w:jc w:val="right"/>
      </w:pPr>
      <w:r>
        <w:t>کوئی نہ آئی، کوئی نہ آئی، کوئی نہ آئی۔</w:t>
      </w:r>
    </w:p>
    <w:p>
      <w:r>
        <w:rPr>
          <w:b/>
        </w:rPr>
        <w:t xml:space="preserve">[09:38] </w:t>
      </w:r>
      <w:r>
        <w:t>aur sari tehreek khatam ho gayi.</w:t>
      </w:r>
    </w:p>
    <w:p>
      <w:pPr>
        <w:jc w:val="right"/>
      </w:pPr>
      <w:r>
        <w:t>اور ساری تحریک ختم ہو گئی۔</w:t>
      </w:r>
    </w:p>
    <w:p>
      <w:r>
        <w:rPr>
          <w:b/>
        </w:rPr>
        <w:t xml:space="preserve">[09:46] </w:t>
      </w:r>
      <w:r>
        <w:t>sari tehreek jo thi anti british woh sab khatam ho gayi.</w:t>
      </w:r>
    </w:p>
    <w:p>
      <w:pPr>
        <w:jc w:val="right"/>
      </w:pPr>
      <w:r>
        <w:t>ساری تحریک جو تھی anti برٹش وہ سب ختم ہو گئی۔</w:t>
      </w:r>
    </w:p>
    <w:p>
      <w:r>
        <w:rPr>
          <w:b/>
        </w:rPr>
        <w:t xml:space="preserve">[09:54] </w:t>
      </w:r>
      <w:r>
        <w:t>ab australia aik pro british country hai.</w:t>
      </w:r>
    </w:p>
    <w:p>
      <w:pPr>
        <w:jc w:val="right"/>
      </w:pPr>
      <w:r>
        <w:t>اب آسٹریلیا ایک pro برٹش country ہے۔</w:t>
      </w:r>
    </w:p>
    <w:p>
      <w:r>
        <w:rPr>
          <w:b/>
        </w:rPr>
        <w:t xml:space="preserve">[10:02] </w:t>
      </w:r>
      <w:r>
        <w:t>to mein samajhta hoon ke yahi stage ziyada baray peemanay par muhammad ali clay ke liye maujood tha.</w:t>
      </w:r>
    </w:p>
    <w:p>
      <w:pPr>
        <w:jc w:val="right"/>
      </w:pPr>
      <w:r>
        <w:t>تو میں سمجھتا ہوں کہ یہی stage زیادہ بڑے پیمانے پر محمد علی کلی کے لیے موجود تھا۔</w:t>
      </w:r>
    </w:p>
    <w:p>
      <w:r>
        <w:rPr>
          <w:b/>
        </w:rPr>
        <w:t xml:space="preserve">[10:09] </w:t>
      </w:r>
      <w:r>
        <w:t>mein ne socha ke itna popular shakhs agar jaise aaj kal jo military chal rahi hai jahan jahan</w:t>
      </w:r>
    </w:p>
    <w:p>
      <w:pPr>
        <w:jc w:val="right"/>
      </w:pPr>
      <w:r>
        <w:t>میں نے سوچا کہ اتنا popular شخص اگر جیسے آج کل جو military چل رہی ہے جہاں جہاں</w:t>
      </w:r>
    </w:p>
    <w:p>
      <w:r>
        <w:rPr>
          <w:b/>
        </w:rPr>
        <w:t xml:space="preserve">[10:17] </w:t>
      </w:r>
      <w:r>
        <w:t>musalman involve hain to ab jo hai muhammad ali clay ki image ban ke ban chuki hai ke</w:t>
      </w:r>
    </w:p>
    <w:p>
      <w:pPr>
        <w:jc w:val="right"/>
      </w:pPr>
      <w:r>
        <w:t>مسلمان involve ہیں تو اب جو ہے محمد علی کلی کی image بن کے بن چکی ہے کہ</w:t>
      </w:r>
    </w:p>
    <w:p>
      <w:r>
        <w:rPr>
          <w:b/>
        </w:rPr>
        <w:t xml:space="preserve">[10:25] </w:t>
      </w:r>
      <w:r>
        <w:t>unhon ne islam ko accept kiya.</w:t>
      </w:r>
    </w:p>
    <w:p>
      <w:pPr>
        <w:jc w:val="right"/>
      </w:pPr>
      <w:r>
        <w:t>انہوں نے اسلام کو accept کیا۔</w:t>
      </w:r>
    </w:p>
    <w:p>
      <w:r>
        <w:rPr>
          <w:b/>
        </w:rPr>
        <w:t xml:space="preserve">[10:33] </w:t>
      </w:r>
      <w:r>
        <w:t>ab woh sirf muhammad clay nahi balkay muhammad ali clay hain.</w:t>
      </w:r>
    </w:p>
    <w:p>
      <w:pPr>
        <w:jc w:val="right"/>
      </w:pPr>
      <w:r>
        <w:t>اب وہ صرف محمد کلی نہیں بلکہ محمد علی کلی ہیں۔</w:t>
      </w:r>
    </w:p>
    <w:p>
      <w:r>
        <w:rPr>
          <w:b/>
        </w:rPr>
        <w:t xml:space="preserve">[10:41] </w:t>
      </w:r>
      <w:r>
        <w:t>woh paida hue to clay thay.</w:t>
      </w:r>
    </w:p>
    <w:p>
      <w:pPr>
        <w:jc w:val="right"/>
      </w:pPr>
      <w:r>
        <w:t>وہ پیدا ہوئے تو کلی تھے۔</w:t>
      </w:r>
    </w:p>
    <w:p>
      <w:r>
        <w:rPr>
          <w:b/>
        </w:rPr>
        <w:t xml:space="preserve">[10:49] </w:t>
      </w:r>
      <w:r>
        <w:t>lekin aaj woh muhammad ali clay hain.</w:t>
      </w:r>
    </w:p>
    <w:p>
      <w:pPr>
        <w:jc w:val="right"/>
      </w:pPr>
      <w:r>
        <w:t>لیکن آج وہ محمد علی کلی ہیں۔</w:t>
      </w:r>
    </w:p>
    <w:p>
      <w:r>
        <w:rPr>
          <w:b/>
        </w:rPr>
        <w:t xml:space="preserve">[10:57] </w:t>
      </w:r>
      <w:r>
        <w:t>to jahan jahan musalman military chala rahe hain mein samajhta hoon ke sirf un ka pahunch jana na</w:t>
      </w:r>
    </w:p>
    <w:p>
      <w:pPr>
        <w:jc w:val="right"/>
      </w:pPr>
      <w:r>
        <w:t>تو جہاں جہاں مسلمان military چلا رہے ہیں میں سمجھتا ہوں کہ صرف ان کا پہنچ جانا نہ</w:t>
      </w:r>
    </w:p>
    <w:p>
      <w:r>
        <w:rPr>
          <w:b/>
        </w:rPr>
        <w:t xml:space="preserve">[11:05] </w:t>
      </w:r>
      <w:r>
        <w:t>koi gun na bomb kuch nahi pahunch jatay woh boltay hain ke peace band karo yeh sab to</w:t>
      </w:r>
    </w:p>
    <w:p>
      <w:pPr>
        <w:jc w:val="right"/>
      </w:pPr>
      <w:r>
        <w:t>کوئی گن نہ بم کچھ نہیں پہنچ جاتے وہ بولتے ہیں کہ peace بند کرو یہ سب تو</w:t>
      </w:r>
    </w:p>
    <w:p>
      <w:r>
        <w:rPr>
          <w:b/>
        </w:rPr>
        <w:t xml:space="preserve">[11:12] </w:t>
      </w:r>
      <w:r>
        <w:t>achanak sab log un ki baat sun letay hain baghair kisi jang ke baghair kisi bomb ke kyunke</w:t>
      </w:r>
    </w:p>
    <w:p>
      <w:pPr>
        <w:jc w:val="right"/>
      </w:pPr>
      <w:r>
        <w:t>اچانک سب لوگ ان کی بات سن لیتے ہیں بغیر کسی جنگ کے بغیر کسی بم کے کیونکہ</w:t>
      </w:r>
    </w:p>
    <w:p>
      <w:r>
        <w:rPr>
          <w:b/>
        </w:rPr>
        <w:t xml:space="preserve">[11:20] </w:t>
      </w:r>
      <w:r>
        <w:t>jo popularity un ko mili woh mein samajhta hoon ke history mein kisi ko nahi mili apni zindagi</w:t>
      </w:r>
    </w:p>
    <w:p>
      <w:pPr>
        <w:jc w:val="right"/>
      </w:pPr>
      <w:r>
        <w:t>جو popularity ان کو ملی وہ میں سمجھتا ہوں کہ history میں کسی کو نہیں ملی اپنی زندگی</w:t>
      </w:r>
    </w:p>
    <w:p>
      <w:r>
        <w:rPr>
          <w:b/>
        </w:rPr>
        <w:t xml:space="preserve">[11:28] </w:t>
      </w:r>
      <w:r>
        <w:t>mein marne ke baad bohat se log mashhoor hotay hain lekin apni zindagi mein itni popularity ke sari</w:t>
      </w:r>
    </w:p>
    <w:p>
      <w:pPr>
        <w:jc w:val="right"/>
      </w:pPr>
      <w:r>
        <w:t>میں مرنے کے بعد بہت سے لوگ مشہور ہوتے ہیں لیکن اپنی زندگی میں اتنی popularity کہ ساری</w:t>
      </w:r>
    </w:p>
    <w:p>
      <w:r>
        <w:rPr>
          <w:b/>
        </w:rPr>
        <w:t xml:space="preserve">[11:36] </w:t>
      </w:r>
      <w:r>
        <w:t>dunya ke ek ek shakhs in ko jaan le aur bade case the ke bahut bada karname kiya</w:t>
      </w:r>
    </w:p>
    <w:p>
      <w:pPr>
        <w:jc w:val="right"/>
      </w:pPr>
      <w:r>
        <w:t>دنیا کے ایک ایک شخص ان کو جان لے اور بڑے case تھے کہ بہت بڑا کارنامہ کیا</w:t>
      </w:r>
    </w:p>
    <w:p>
      <w:r>
        <w:rPr>
          <w:b/>
        </w:rPr>
        <w:t xml:space="preserve">[11:44] </w:t>
      </w:r>
      <w:r>
        <w:t>unhon ne aisi field mein jo ke bahut important samjha jata hai sport ki field aaj ki dunya</w:t>
      </w:r>
    </w:p>
    <w:p>
      <w:pPr>
        <w:jc w:val="right"/>
      </w:pPr>
      <w:r>
        <w:t>انہوں نے ایسی field میں جو کہ بہت important سمجھا جاتا ہے sport کی field آج کی دنیا</w:t>
      </w:r>
    </w:p>
    <w:p>
      <w:r>
        <w:rPr>
          <w:b/>
        </w:rPr>
        <w:t xml:space="preserve">[11:52] </w:t>
      </w:r>
      <w:r>
        <w:t>mein sport ki field bahut badi samjhi jati hai to agar aisa hota ke wo vietnam war ke</w:t>
      </w:r>
    </w:p>
    <w:p>
      <w:pPr>
        <w:jc w:val="right"/>
      </w:pPr>
      <w:r>
        <w:t>میں sport کی field بہت بڑی سمجھی جاتی ہے تو اگر ایسا ہوتا کہ وہ ویتنام وار کے</w:t>
      </w:r>
    </w:p>
    <w:p>
      <w:r>
        <w:rPr>
          <w:b/>
        </w:rPr>
        <w:t xml:space="preserve">[12:00] </w:t>
      </w:r>
      <w:r>
        <w:t>baad chhod dete wo boxing chhod dete kyunke world champion ban chuke the wo world champion boxing ke</w:t>
      </w:r>
    </w:p>
    <w:p>
      <w:pPr>
        <w:jc w:val="right"/>
      </w:pPr>
      <w:r>
        <w:t>بعد چھوڑ دیتے وہ باکسنگ چھوڑ دیتے کیونکہ world champion بن چکے تھے وہ world champion باکسنگ کے</w:t>
      </w:r>
    </w:p>
    <w:p>
      <w:r>
        <w:rPr>
          <w:b/>
        </w:rPr>
        <w:t xml:space="preserve">[12:07] </w:t>
      </w:r>
      <w:r>
        <w:t>world champion banne ke baad wo chhod dete aa jate is is maidan mein ke peace activist peace</w:t>
      </w:r>
    </w:p>
    <w:p>
      <w:pPr>
        <w:jc w:val="right"/>
      </w:pPr>
      <w:r>
        <w:t>world champion بننے کے بعد وہ چھوڑ دیتے آ جاتے اس اس میدان میں کہ peace activist peace</w:t>
      </w:r>
    </w:p>
    <w:p>
      <w:r>
        <w:rPr>
          <w:b/>
        </w:rPr>
        <w:t xml:space="preserve">[12:15] </w:t>
      </w:r>
      <w:r>
        <w:t>activist ke maidan mein daura daura karte hain yahan jate hain wahan jate hain sirf taqreerein karte hain</w:t>
      </w:r>
    </w:p>
    <w:p>
      <w:pPr>
        <w:jc w:val="right"/>
      </w:pPr>
      <w:r>
        <w:t>activist کے میدان میں دورہ دورہ کرتے ہیں یہاں جاتے ہیں وہاں جاتے ہیں صرف تقریریں کرتے ہیں</w:t>
      </w:r>
    </w:p>
    <w:p>
      <w:r>
        <w:rPr>
          <w:b/>
        </w:rPr>
        <w:t xml:space="preserve">[12:23] </w:t>
      </w:r>
      <w:r>
        <w:t>wo jahan wo yeh kehte hain ke yeh zamana peace ka zamana hai war ka zamana khatm ho</w:t>
      </w:r>
    </w:p>
    <w:p>
      <w:pPr>
        <w:jc w:val="right"/>
      </w:pPr>
      <w:r>
        <w:t>وہ جہاں وہ یہ کہتے ہیں کہ یہ زمانہ peace کا زمانہ ہے وار کا زمانہ ختم ہو</w:t>
      </w:r>
    </w:p>
    <w:p>
      <w:r>
        <w:rPr>
          <w:b/>
        </w:rPr>
        <w:t xml:space="preserve">[12:31] </w:t>
      </w:r>
      <w:r>
        <w:t>chuka to sare log taliyan bajate hain to main samajhta hoon ke muhammad ali clay ko mauqa tha</w:t>
      </w:r>
    </w:p>
    <w:p>
      <w:pPr>
        <w:jc w:val="right"/>
      </w:pPr>
      <w:r>
        <w:t>چکا تو سارے لوگ تالیاں بجاتے ہیں تو میں سمجھتا ہوں کہ محمد علی کلی کو موقع تھا</w:t>
      </w:r>
    </w:p>
    <w:p>
      <w:r>
        <w:rPr>
          <w:b/>
        </w:rPr>
        <w:t xml:space="preserve">[12:39] </w:t>
      </w:r>
      <w:r>
        <w:t>ke wo universal champion bane lekin wo personal champion bankar reh gaye ab jo kiya hai ek</w:t>
      </w:r>
    </w:p>
    <w:p>
      <w:pPr>
        <w:jc w:val="right"/>
      </w:pPr>
      <w:r>
        <w:t>کہ وہ universal چیمپئن بنے لیکن وہ personal چیمپئن بن کر رہ گئے اب جو کیا ہے ایک</w:t>
      </w:r>
    </w:p>
    <w:p>
      <w:r>
        <w:rPr>
          <w:b/>
        </w:rPr>
        <w:t xml:space="preserve">[12:47] </w:t>
      </w:r>
      <w:r>
        <w:t>personal quality mili un ko personal level par un ko ek ek credit mila personal hero personal hero</w:t>
      </w:r>
    </w:p>
    <w:p>
      <w:pPr>
        <w:jc w:val="right"/>
      </w:pPr>
      <w:r>
        <w:t>personal quality ملی ان کو personal level پر ان کو ایک ایک credit ملا personal hero personal hero</w:t>
      </w:r>
    </w:p>
    <w:p>
      <w:r>
        <w:rPr>
          <w:b/>
        </w:rPr>
        <w:t xml:space="preserve">[12:55] </w:t>
      </w:r>
      <w:r>
        <w:t>ban gaye wo lekin agar wo aisa karte ke vietnam war ke baad jab har jagah un ka</w:t>
      </w:r>
    </w:p>
    <w:p>
      <w:pPr>
        <w:jc w:val="right"/>
      </w:pPr>
      <w:r>
        <w:t>بن گئے وہ لیکن اگر وہ ایسا کرتے کہ ویتنام وار کے بعد جب ہر جگہ ان کا</w:t>
      </w:r>
    </w:p>
    <w:p>
      <w:r>
        <w:rPr>
          <w:b/>
        </w:rPr>
        <w:t xml:space="preserve">[13:03] </w:t>
      </w:r>
      <w:r>
        <w:t>charcha tha no war champion bane hue the wo to achaanak wo universal hero ban jate yani personal</w:t>
      </w:r>
    </w:p>
    <w:p>
      <w:pPr>
        <w:jc w:val="right"/>
      </w:pPr>
      <w:r>
        <w:t>چرچا تھا no war چیمپئن بنے ہوئے تھے وہ تو اچانک وہ universal hero بن جاتے یعنی personal</w:t>
      </w:r>
    </w:p>
    <w:p>
      <w:r>
        <w:rPr>
          <w:b/>
        </w:rPr>
        <w:t xml:space="preserve">[13:10] </w:t>
      </w:r>
      <w:r>
        <w:t>hero achaanak universal hero ban jata aur sirf shohrat kamane mein nahi active aane mein jahan wo jate</w:t>
      </w:r>
    </w:p>
    <w:p>
      <w:pPr>
        <w:jc w:val="right"/>
      </w:pPr>
      <w:r>
        <w:t>hero اچانک universal hero بن جاتا اور صرف شہرت کمانے میں نہیں active آنے میں جہاں وہ جاتے</w:t>
      </w:r>
    </w:p>
    <w:p>
      <w:r>
        <w:rPr>
          <w:b/>
        </w:rPr>
        <w:t xml:space="preserve">[13:18] </w:t>
      </w:r>
      <w:r>
        <w:t>log unhi ki baat sunte jahan wo jate sab unhi ki sunte is ki ek misaal main deta</w:t>
      </w:r>
    </w:p>
    <w:p>
      <w:pPr>
        <w:jc w:val="right"/>
      </w:pPr>
      <w:r>
        <w:t>لوگ انہی کی بات سنتے جہاں وہ جاتے سب انہی کی سنتے اس کی ایک مثال میں دیتا</w:t>
      </w:r>
    </w:p>
    <w:p>
      <w:r>
        <w:rPr>
          <w:b/>
        </w:rPr>
        <w:t xml:space="preserve">[13:26] </w:t>
      </w:r>
      <w:r>
        <w:t>hoon ke aisa aadmi kitna bada kaam kar sakta hai logon ek lower level par india ke level</w:t>
      </w:r>
    </w:p>
    <w:p>
      <w:pPr>
        <w:jc w:val="right"/>
      </w:pPr>
      <w:r>
        <w:t>ہوں کہ ایسا آدمی کتنا بڑا کام کر سکتا ہے لوگوں ایک lower level پر انڈیا کے level</w:t>
      </w:r>
    </w:p>
    <w:p>
      <w:r>
        <w:rPr>
          <w:b/>
        </w:rPr>
        <w:t xml:space="preserve">[13:34] </w:t>
      </w:r>
      <w:r>
        <w:t>par misaal deta hoon aap ko un ka to universal level par ek role mauqa to ho chuka</w:t>
      </w:r>
    </w:p>
    <w:p>
      <w:pPr>
        <w:jc w:val="right"/>
      </w:pPr>
      <w:r>
        <w:t>پر مثال دیتا ہوں آپ کو ان کا تو universal level پر ایک role موقع تو ہو چکا</w:t>
      </w:r>
    </w:p>
    <w:p>
      <w:r>
        <w:rPr>
          <w:b/>
        </w:rPr>
        <w:t xml:space="preserve">[13:42] </w:t>
      </w:r>
      <w:r>
        <w:t>tha un ke liye jis zamane mein abhi azadi nahi aayi thi aur abhi british rule haan qaim</w:t>
      </w:r>
    </w:p>
    <w:p>
      <w:pPr>
        <w:jc w:val="right"/>
      </w:pPr>
      <w:r>
        <w:t>تھا ان کے لیے جس زمانے میں ابھی آزادی نہیں آئی تھی اور ابھی برٹش rule ہاں قائم</w:t>
      </w:r>
    </w:p>
    <w:p>
      <w:r>
        <w:rPr>
          <w:b/>
        </w:rPr>
        <w:t xml:space="preserve">[13:50] </w:t>
      </w:r>
      <w:r>
        <w:t>tha to ek qissa hai ke jawahar lal nehru jo congress ke leader the bahut hi popular the</w:t>
      </w:r>
    </w:p>
    <w:p>
      <w:pPr>
        <w:jc w:val="right"/>
      </w:pPr>
      <w:r>
        <w:t>تھا تو ایک قصہ ہے کہ جواہر لال نہرو جو کانگریس کے leader تھے بہت ہی popular تھے</w:t>
      </w:r>
    </w:p>
    <w:p>
      <w:r>
        <w:rPr>
          <w:b/>
        </w:rPr>
        <w:t xml:space="preserve">[13:58] </w:t>
      </w:r>
      <w:r>
        <w:t>wo wo is zamane mein jeep par log chalte the aaj kal ki tarah ke carein nahi thin</w:t>
      </w:r>
    </w:p>
    <w:p>
      <w:pPr>
        <w:jc w:val="right"/>
      </w:pPr>
      <w:r>
        <w:t>وہ وہ اس زمانے میں جیپ پر لوگ چلتے تھے آج کل کی طرح کے کاریں نہیں تھیں</w:t>
      </w:r>
    </w:p>
    <w:p>
      <w:r>
        <w:rPr>
          <w:b/>
        </w:rPr>
        <w:t xml:space="preserve">[14:05] </w:t>
      </w:r>
      <w:r>
        <w:t>is zamane mein to apne sathiyon ke sath congress apne kuch congressi sathiyon ke sath wo jeep par</w:t>
      </w:r>
    </w:p>
    <w:p>
      <w:pPr>
        <w:jc w:val="right"/>
      </w:pPr>
      <w:r>
        <w:t>اس زمانے میں تو اپنے ساتھیوں کے ساتھ کانگریس اپنے کچھ کانگریسی ساتھیوں کے ساتھ وہ جیپ پر</w:t>
      </w:r>
    </w:p>
    <w:p>
      <w:r>
        <w:rPr>
          <w:b/>
        </w:rPr>
        <w:t xml:space="preserve">[14:13] </w:t>
      </w:r>
      <w:r>
        <w:t>kahin ja rahe the darmiyan mein koi jangal ka area pada jangal ke area aur raat ho chuki</w:t>
      </w:r>
    </w:p>
    <w:p>
      <w:pPr>
        <w:jc w:val="right"/>
      </w:pPr>
      <w:r>
        <w:t>کہیں جا رہے تھے درمیان میں کوئی جنگل کا area پڑا جنگل کے area اور رات ہو چکی</w:t>
      </w:r>
    </w:p>
    <w:p>
      <w:r>
        <w:rPr>
          <w:b/>
        </w:rPr>
        <w:t xml:space="preserve">[14:21] </w:t>
      </w:r>
      <w:r>
        <w:t>thi shayad sham ho chuki thi to wahan dakoo'on ne un ki jeep ko gher liya wo dakoo</w:t>
      </w:r>
    </w:p>
    <w:p>
      <w:pPr>
        <w:jc w:val="right"/>
      </w:pPr>
      <w:r>
        <w:t>تھی شاید شام ہو چکی تھی تو وہاں ڈاکوؤں نے ان کی جیپ کو گھیر لیا وہ ڈاکو</w:t>
      </w:r>
    </w:p>
    <w:p>
      <w:r>
        <w:rPr>
          <w:b/>
        </w:rPr>
        <w:t xml:space="preserve">[14:29] </w:t>
      </w:r>
      <w:r>
        <w:t>hua karte the paisa lootne ke liye dakoo'on ne un ki jeep ko gher liya to un ke</w:t>
      </w:r>
    </w:p>
    <w:p>
      <w:pPr>
        <w:jc w:val="right"/>
      </w:pPr>
      <w:r>
        <w:t>ہوا کرتے تھے پیسہ لوٹنے کے لیے ڈاکوؤں نے ان کی جیپ کو گھیر لیا تو ان کے</w:t>
      </w:r>
    </w:p>
    <w:p>
      <w:r>
        <w:rPr>
          <w:b/>
        </w:rPr>
        <w:t xml:space="preserve">[14:37] </w:t>
      </w:r>
      <w:r>
        <w:t>sathi jo the congressi bahut pareshan hue yeh to dakoo'on ne gher liya aap ka hoga to jawahar</w:t>
      </w:r>
    </w:p>
    <w:p>
      <w:pPr>
        <w:jc w:val="right"/>
      </w:pPr>
      <w:r>
        <w:t>ساتھی جو تھے کانگریسی بہت پریشان ہوئے یہ تو ڈاکوؤں نے گھیر لیا آپ کا ہوگا تو جواہر</w:t>
      </w:r>
    </w:p>
    <w:p>
      <w:r>
        <w:rPr>
          <w:b/>
        </w:rPr>
        <w:t xml:space="preserve">[14:45] </w:t>
      </w:r>
      <w:r>
        <w:t>lal nehru yeh jante the ke main kitna zyada popular ho chuka hoon india mein is baat ko</w:t>
      </w:r>
    </w:p>
    <w:p>
      <w:pPr>
        <w:jc w:val="right"/>
      </w:pPr>
      <w:r>
        <w:t>لال نہرو یہ جانتے تھے کہ میں کتنا زیادہ popular ہو چکا ہوں انڈیا میں اس بات کو</w:t>
      </w:r>
    </w:p>
    <w:p>
      <w:r>
        <w:rPr>
          <w:b/>
        </w:rPr>
        <w:t xml:space="preserve">[14:53] </w:t>
      </w:r>
      <w:r>
        <w:t>jante the wo to unhon ne kaha tum log baitho baitho mein akela nikloonga to jeep se</w:t>
      </w:r>
    </w:p>
    <w:p>
      <w:pPr>
        <w:jc w:val="right"/>
      </w:pPr>
      <w:r>
        <w:t>جانتے تھے وہ تو انہوں نے کہا تم لوگ بیٹھو بیٹھو میں اکیلا نکلوں گا تو جیپ سے</w:t>
      </w:r>
    </w:p>
    <w:p>
      <w:r>
        <w:rPr>
          <w:b/>
        </w:rPr>
        <w:t xml:space="preserve">[15:01] </w:t>
      </w:r>
      <w:r>
        <w:t>akele bahar aaye wo aur wahan sab khade hue the kai dako dako hathiyar ke sath to jawahir</w:t>
      </w:r>
    </w:p>
    <w:p>
      <w:pPr>
        <w:jc w:val="right"/>
      </w:pPr>
      <w:r>
        <w:t>اکیلے باہر آئے وہ اور وہاں سب کھڑے ہوئے تھے کئی ڈاکو ڈاکو ہتھیار کے ساتھ تو جواہر</w:t>
      </w:r>
    </w:p>
    <w:p>
      <w:r>
        <w:rPr>
          <w:b/>
        </w:rPr>
        <w:t xml:space="preserve">[15:08] </w:t>
      </w:r>
      <w:r>
        <w:t>lal nehru pahunche un ke pas kaha jab tum jante ho mein kaun hoon tum jante ho mein</w:t>
      </w:r>
    </w:p>
    <w:p>
      <w:pPr>
        <w:jc w:val="right"/>
      </w:pPr>
      <w:r>
        <w:t>لال نہرو پہنچے ان کے پاس کہا جب تم جانتے ہو میں کون ہوں تم جانتے ہو میں</w:t>
      </w:r>
    </w:p>
    <w:p>
      <w:r>
        <w:rPr>
          <w:b/>
        </w:rPr>
        <w:t xml:space="preserve">[15:16] </w:t>
      </w:r>
      <w:r>
        <w:t>jawahir lal nehru hoon tum kaun jante ho kaun ho phir bataya ke mein jawahir lal nehru hoon</w:t>
      </w:r>
    </w:p>
    <w:p>
      <w:pPr>
        <w:jc w:val="right"/>
      </w:pPr>
      <w:r>
        <w:t>جواہر لال نہرو ہوں تم کون جانتے ہو کون ہو پھر بتایا کہ میں جواہر لال نہرو ہوں</w:t>
      </w:r>
    </w:p>
    <w:p>
      <w:r>
        <w:rPr>
          <w:b/>
        </w:rPr>
        <w:t xml:space="preserve">[15:24] </w:t>
      </w:r>
      <w:r>
        <w:t>jaise unhon ne nam liya foran unhon ne kiya kiya hath joda aur bandook phenk di aur kaha</w:t>
      </w:r>
    </w:p>
    <w:p>
      <w:pPr>
        <w:jc w:val="right"/>
      </w:pPr>
      <w:r>
        <w:t>جیسے انہوں نے نام لیا فوراً انہوں نے کیا کیا ہاتھ جوڑا اور بندوق پھینک دی اور کہا</w:t>
      </w:r>
    </w:p>
    <w:p>
      <w:r>
        <w:rPr>
          <w:b/>
        </w:rPr>
        <w:t xml:space="preserve">[15:32] </w:t>
      </w:r>
      <w:r>
        <w:t>ke hum ko maaf kijiye aaye the lootne ke liye aur congress ke chanda de ke lote wo</w:t>
      </w:r>
    </w:p>
    <w:p>
      <w:pPr>
        <w:jc w:val="right"/>
      </w:pPr>
      <w:r>
        <w:t>کہ ہم کو معاف کیجیے آئے تھے لوٹنے کے لیے اور کانگریس کے چندہ دے کے لوٹے وہ</w:t>
      </w:r>
    </w:p>
    <w:p>
      <w:r>
        <w:rPr>
          <w:b/>
        </w:rPr>
        <w:t xml:space="preserve">[15:40] </w:t>
      </w:r>
      <w:r>
        <w:t>kaha hamari taraf se itna chanda aap aap ke liye hai ye hai popularity popularity bahut badi cheez</w:t>
      </w:r>
    </w:p>
    <w:p>
      <w:pPr>
        <w:jc w:val="right"/>
      </w:pPr>
      <w:r>
        <w:t>کہا ہماری طرف سے اتنا چندہ آپ آپ کے لیے ہے یہ ہے popularity popularity بہت بڑی چیز</w:t>
      </w:r>
    </w:p>
    <w:p>
      <w:r>
        <w:rPr>
          <w:b/>
        </w:rPr>
        <w:t xml:space="preserve">[15:48] </w:t>
      </w:r>
      <w:r>
        <w:t>hoti hai popularity bahut badi cheez hoti hai to mein samajhta hoon ke muhammad ali kuli ko jo</w:t>
      </w:r>
    </w:p>
    <w:p>
      <w:pPr>
        <w:jc w:val="right"/>
      </w:pPr>
      <w:r>
        <w:t>ہوتی ہے popularity بہت بڑی چیز ہوتی ہے تو میں سمجھتا ہوں کہ محمد علی کلی کو جو</w:t>
      </w:r>
    </w:p>
    <w:p>
      <w:r>
        <w:rPr>
          <w:b/>
        </w:rPr>
        <w:t xml:space="preserve">[15:56] </w:t>
      </w:r>
      <w:r>
        <w:t>popularity mili wo universal popularity thi itni badi to kisi ko nahi mili shayad to wo agar kaam</w:t>
      </w:r>
    </w:p>
    <w:p>
      <w:pPr>
        <w:jc w:val="right"/>
      </w:pPr>
      <w:r>
        <w:t>popularity ملی وہ universal popularity تھی اتنی بڑی تو کسی کو نہیں ملی شاید تو وہ اگر کام</w:t>
      </w:r>
    </w:p>
    <w:p>
      <w:r>
        <w:rPr>
          <w:b/>
        </w:rPr>
        <w:t xml:space="preserve">[16:03] </w:t>
      </w:r>
      <w:r>
        <w:t>karte wo islam ke dahi ban jate peace ke activist ban jate koi bhi kaam karte peaceful education</w:t>
      </w:r>
    </w:p>
    <w:p>
      <w:pPr>
        <w:jc w:val="right"/>
      </w:pPr>
      <w:r>
        <w:t>کرتے وہ اسلام کے داعی بن جاتے peace کے activist بن جاتے کوئی بھی کام کرتے peaceful education</w:t>
      </w:r>
    </w:p>
    <w:p>
      <w:r>
        <w:rPr>
          <w:b/>
        </w:rPr>
        <w:t xml:space="preserve">[16:11] </w:t>
      </w:r>
      <w:r>
        <w:t>ke liye peace ke liye islam ke liye dawat ke liye jis field mein wo jate us field</w:t>
      </w:r>
    </w:p>
    <w:p>
      <w:pPr>
        <w:jc w:val="right"/>
      </w:pPr>
      <w:r>
        <w:t>کے لیے peace کے لیے اسلام کے لیے دعوت کے لیے جس field میں وہ جاتے اس field</w:t>
      </w:r>
    </w:p>
    <w:p>
      <w:r>
        <w:rPr>
          <w:b/>
        </w:rPr>
        <w:t xml:space="preserve">[16:19] </w:t>
      </w:r>
      <w:r>
        <w:t>mein wo achank hero ban jate log un ki baaten sunte hain ab jo ab jo bane hain</w:t>
      </w:r>
    </w:p>
    <w:p>
      <w:pPr>
        <w:jc w:val="right"/>
      </w:pPr>
      <w:r>
        <w:t>میں وہ اچانک hero بن جاتے لوگ ان کی باتیں سنتے ہیں اب جو اب جو بنے ہیں</w:t>
      </w:r>
    </w:p>
    <w:p>
      <w:r>
        <w:rPr>
          <w:b/>
        </w:rPr>
        <w:t xml:space="preserve">[16:27] </w:t>
      </w:r>
      <w:r>
        <w:t>wo to ek personal hero hai warna wo bante education ke hero peace ke hero sari duniya ke</w:t>
      </w:r>
    </w:p>
    <w:p>
      <w:pPr>
        <w:jc w:val="right"/>
      </w:pPr>
      <w:r>
        <w:t>وہ تو ایک personal hero ہے ورنہ وہ بنتے education کے hero peace کے hero ساری دنیا کے</w:t>
      </w:r>
    </w:p>
    <w:p>
      <w:r>
        <w:rPr>
          <w:b/>
        </w:rPr>
        <w:t xml:space="preserve">[16:35] </w:t>
      </w:r>
      <w:r>
        <w:t>hero ek itna bada darja un ka hota mein sochne laga ke agar sach much wo apne aap</w:t>
      </w:r>
    </w:p>
    <w:p>
      <w:pPr>
        <w:jc w:val="right"/>
      </w:pPr>
      <w:r>
        <w:t>hero ایک اتنا بڑا درجہ ان کا ہوتا میں سوچنے لگا کہ اگر سچ مچ وہ اپنے آپ</w:t>
      </w:r>
    </w:p>
    <w:p>
      <w:r>
        <w:rPr>
          <w:b/>
        </w:rPr>
        <w:t xml:space="preserve">[16:43] </w:t>
      </w:r>
      <w:r>
        <w:t>ko involve karte is mein to aaj jo hum peace aaj jo hum samajhte hain ke duniya mein</w:t>
      </w:r>
    </w:p>
    <w:p>
      <w:pPr>
        <w:jc w:val="right"/>
      </w:pPr>
      <w:r>
        <w:t>کو involve کرتے اس میں تو آج جو ہم peace آج جو ہم سمجھتے ہیں کہ دنیا میں</w:t>
      </w:r>
    </w:p>
    <w:p>
      <w:r>
        <w:rPr>
          <w:b/>
        </w:rPr>
        <w:t xml:space="preserve">[16:51] </w:t>
      </w:r>
      <w:r>
        <w:t>sab bada masla radicalism hai radicalism shayad ab tak khatm ho chuka hota wo radicalism aur military shayad</w:t>
      </w:r>
    </w:p>
    <w:p>
      <w:pPr>
        <w:jc w:val="right"/>
      </w:pPr>
      <w:r>
        <w:t>سب بڑا مسئلہ radicalism ہے radicalism شاید اب تک ختم ہو چکا ہوتا وہ radicalism اور military شاید</w:t>
      </w:r>
    </w:p>
    <w:p>
      <w:r>
        <w:rPr>
          <w:b/>
        </w:rPr>
        <w:t xml:space="preserve">[16:59] </w:t>
      </w:r>
      <w:r>
        <w:t>ab tak khatm ho chuki hoti agar bharpoor is mein jhonk dete apne aap ko to mere zehen</w:t>
      </w:r>
    </w:p>
    <w:p>
      <w:pPr>
        <w:jc w:val="right"/>
      </w:pPr>
      <w:r>
        <w:t>اب تک ختم ہو چکی ہوتی اگر بھرپور اس میں جھونک دیتے اپنے آپ کو تو میرے ذہن</w:t>
      </w:r>
    </w:p>
    <w:p>
      <w:r>
        <w:rPr>
          <w:b/>
        </w:rPr>
        <w:t xml:space="preserve">[17:06] </w:t>
      </w:r>
      <w:r>
        <w:t>mein aaya ke in ke bare mein title jo hai sahi ye hai a case of missed opportunity</w:t>
      </w:r>
    </w:p>
    <w:p>
      <w:pPr>
        <w:jc w:val="right"/>
      </w:pPr>
      <w:r>
        <w:t>میں آیا کہ ان کے بارے میں ٹائٹل جو ہے صحیح یہ ہے a case of missed opportunity</w:t>
      </w:r>
    </w:p>
    <w:p>
      <w:r>
        <w:rPr>
          <w:b/>
        </w:rPr>
        <w:t xml:space="preserve">[17:14] </w:t>
      </w:r>
      <w:r>
        <w:t>log to samajhte hain ke bahut bada darja un ko mila mein ulta samajhta hoon ke in ke</w:t>
      </w:r>
    </w:p>
    <w:p>
      <w:pPr>
        <w:jc w:val="right"/>
      </w:pPr>
      <w:r>
        <w:t>لوگ تو سمجھتے ہیں کہ بہت بڑا درجہ ان کو ملا میں الٹا سمجھتا ہوں کہ ان کے</w:t>
      </w:r>
    </w:p>
    <w:p>
      <w:r>
        <w:rPr>
          <w:b/>
        </w:rPr>
        <w:t xml:space="preserve">[17:22] </w:t>
      </w:r>
      <w:r>
        <w:t>bare mein mere mind mein ye lafz aaya a case of missed opportunity matlab universal darja un ko</w:t>
      </w:r>
    </w:p>
    <w:p>
      <w:pPr>
        <w:jc w:val="right"/>
      </w:pPr>
      <w:r>
        <w:t>بارے میں میرے mind میں یہ لفظ آیا a case of missed opportunity مطلب universal درجہ ان کو</w:t>
      </w:r>
    </w:p>
    <w:p>
      <w:r>
        <w:rPr>
          <w:b/>
        </w:rPr>
        <w:t xml:space="preserve">[17:30] </w:t>
      </w:r>
      <w:r>
        <w:t>mil sakta tha lekin personal darje pe qane ho gaye wo universal hero ban sakte the wo lekin</w:t>
      </w:r>
    </w:p>
    <w:p>
      <w:pPr>
        <w:jc w:val="right"/>
      </w:pPr>
      <w:r>
        <w:t>مل سکتا تھا لیکن personal درجے پہ قانع ہو گئے وہ universal hero بن سکتے تھے وہ لیکن</w:t>
      </w:r>
    </w:p>
    <w:p>
      <w:r>
        <w:rPr>
          <w:b/>
        </w:rPr>
        <w:t xml:space="preserve">[17:38] </w:t>
      </w:r>
      <w:r>
        <w:t>personal hero ban kar reh gaye maine padha akhbar mein ke aakhri zamane mein Parkinson ki aap</w:t>
      </w:r>
    </w:p>
    <w:p>
      <w:pPr>
        <w:jc w:val="right"/>
      </w:pPr>
      <w:r>
        <w:t>personal hero بن کر رہ گئے میں نے پڑھا اخبار میں کہ آخری زمانے میں Parkinson کی آپ</w:t>
      </w:r>
    </w:p>
    <w:p>
      <w:r>
        <w:rPr>
          <w:b/>
        </w:rPr>
        <w:t xml:space="preserve">[17:46] </w:t>
      </w:r>
      <w:r>
        <w:t>jante hain ke wo Parkinson ki bimari ho gayi thi Parkinson aisa hota hai ke sab body hilne</w:t>
      </w:r>
    </w:p>
    <w:p>
      <w:pPr>
        <w:jc w:val="right"/>
      </w:pPr>
      <w:r>
        <w:t>جانتے ہیں کہ وہ Parkinson کی بیماری ہو گئی تھی Parkinson ایسا ہوتا ہے کہ سب body ہلنے</w:t>
      </w:r>
    </w:p>
    <w:p>
      <w:r>
        <w:rPr>
          <w:b/>
        </w:rPr>
        <w:t xml:space="preserve">[17:54] </w:t>
      </w:r>
      <w:r>
        <w:t>lagta hai aadmi chaye ke paye nahi pakad sakta aise karta hai to Parkinson ki bimari hone se</w:t>
      </w:r>
    </w:p>
    <w:p>
      <w:pPr>
        <w:jc w:val="right"/>
      </w:pPr>
      <w:r>
        <w:t>لگتا ہے آدمی چائے کے پائے نہیں پکڑ سکتا ایسے کرتا ہے تو Parkinson کی بیماری ہونے سے</w:t>
      </w:r>
    </w:p>
    <w:p>
      <w:r>
        <w:rPr>
          <w:b/>
        </w:rPr>
        <w:t xml:space="preserve">[18:01] </w:t>
      </w:r>
      <w:r>
        <w:t>pehle un ke doctor ne kaha tha ke ab aap boxing ka career chhod dijiye boxing ka career</w:t>
      </w:r>
    </w:p>
    <w:p>
      <w:pPr>
        <w:jc w:val="right"/>
      </w:pPr>
      <w:r>
        <w:t>پہلے ان کے ڈاکٹر نے کہا تھا کہ اب آپ باکسنگ کا کیریئر چھوڑ دیجیے باکسنگ کا کیریئر</w:t>
      </w:r>
    </w:p>
    <w:p>
      <w:r>
        <w:rPr>
          <w:b/>
        </w:rPr>
        <w:t xml:space="preserve">[18:09] </w:t>
      </w:r>
      <w:r>
        <w:t>chhod dijiye ab ab aap ka body is ko afford nahin kar sakta un ke doctor ne keh</w:t>
      </w:r>
    </w:p>
    <w:p>
      <w:pPr>
        <w:jc w:val="right"/>
      </w:pPr>
      <w:r>
        <w:t>چھوڑ دیجیے اب اب آپ کا body اس کو afford نہیں کر سکتا ان کے ڈاکٹر نے کہہ</w:t>
      </w:r>
    </w:p>
    <w:p>
      <w:r>
        <w:rPr>
          <w:b/>
        </w:rPr>
        <w:t xml:space="preserve">[18:17] </w:t>
      </w:r>
      <w:r>
        <w:t>diya tha ke aap ke liye ab woh waqt aa gaya hai ke aap boxing chhod dein kyun ke</w:t>
      </w:r>
    </w:p>
    <w:p>
      <w:pPr>
        <w:jc w:val="right"/>
      </w:pPr>
      <w:r>
        <w:t>دیا تھا کہ آپ کے لیے اب وہ وقت آ گیا ہے کہ آپ باکسنگ چھوڑ دیں کیونکہ</w:t>
      </w:r>
    </w:p>
    <w:p>
      <w:r>
        <w:rPr>
          <w:b/>
        </w:rPr>
        <w:t xml:space="preserve">[18:25] </w:t>
      </w:r>
      <w:r>
        <w:t>aap ko body mazeed afford nahin kar sakta boxing ko lekin chhodaa nahin unhon ne main samajhta hoon</w:t>
      </w:r>
    </w:p>
    <w:p>
      <w:pPr>
        <w:jc w:val="right"/>
      </w:pPr>
      <w:r>
        <w:t>آپ کو body مزید afford نہیں کر سکتا باکسنگ کو لیکن چھوڑا نہیں انہوں نے میں سمجھتا ہوں</w:t>
      </w:r>
    </w:p>
    <w:p>
      <w:r>
        <w:rPr>
          <w:b/>
        </w:rPr>
        <w:t xml:space="preserve">[18:33] </w:t>
      </w:r>
      <w:r>
        <w:t>ke best advice thi jo doctor ne kaha tha woh best advice thi to yeh waqea sirf Muhammad</w:t>
      </w:r>
    </w:p>
    <w:p>
      <w:pPr>
        <w:jc w:val="right"/>
      </w:pPr>
      <w:r>
        <w:t>کہ best advice تھی جو ڈاکٹر نے کہا تھا وہ best advice تھی تو یہ واقعہ صرف محمد</w:t>
      </w:r>
    </w:p>
    <w:p>
      <w:r>
        <w:rPr>
          <w:b/>
        </w:rPr>
        <w:t xml:space="preserve">[18:41] </w:t>
      </w:r>
      <w:r>
        <w:t>Ali kaay ka nahin hai hum sab ka hai hum sab ka hai hum mein se har shakhs</w:t>
      </w:r>
    </w:p>
    <w:p>
      <w:pPr>
        <w:jc w:val="right"/>
      </w:pPr>
      <w:r>
        <w:t>علی کلی کا نہیں ہے ہم سب کا ہے ہم سب کا ہے ہم میں سے ہر شخص</w:t>
      </w:r>
    </w:p>
    <w:p>
      <w:r>
        <w:rPr>
          <w:b/>
        </w:rPr>
        <w:t xml:space="preserve">[18:49] </w:t>
      </w:r>
      <w:r>
        <w:t>ki zindagi mein aik opportunity hoti hai lekin hum us se ghafil rehte hain us ko ikhtiyar nahin</w:t>
      </w:r>
    </w:p>
    <w:p>
      <w:pPr>
        <w:jc w:val="right"/>
      </w:pPr>
      <w:r>
        <w:t>کی زندگی میں ایک opportunity ہوتی ہے لیکن ہم اس سے غافل رہتے ہیں اس کو اختیار نہیں</w:t>
      </w:r>
    </w:p>
    <w:p>
      <w:r>
        <w:rPr>
          <w:b/>
        </w:rPr>
        <w:t xml:space="preserve">[18:57] </w:t>
      </w:r>
      <w:r>
        <w:t>kar paate main apni zindagi mein kai aisay logon ko jaanta hoon kai logon ko jo bohat hi</w:t>
      </w:r>
    </w:p>
    <w:p>
      <w:pPr>
        <w:jc w:val="right"/>
      </w:pPr>
      <w:r>
        <w:t>کر پاتے میں اپنی زندگی میں کئی ایسے لوگوں کو جانتا ہوں کئی لوگوں کو جو بہت ہی</w:t>
      </w:r>
    </w:p>
    <w:p>
      <w:r>
        <w:rPr>
          <w:b/>
        </w:rPr>
        <w:t xml:space="preserve">[19:04] </w:t>
      </w:r>
      <w:r>
        <w:t>brilliant thay bohat hi brilliant thay lekin woh chalay gaye job mein business mein paisa kamane mein main</w:t>
      </w:r>
    </w:p>
    <w:p>
      <w:pPr>
        <w:jc w:val="right"/>
      </w:pPr>
      <w:r>
        <w:t>brilliant تھے بہت ہی brilliant تھے لیکن وہ چلے گئے جاب میں business میں پیسہ کمانے میں میں</w:t>
      </w:r>
    </w:p>
    <w:p>
      <w:r>
        <w:rPr>
          <w:b/>
        </w:rPr>
        <w:t xml:space="preserve">[19:12] </w:t>
      </w:r>
      <w:r>
        <w:t>ne un se kai baar kaha ke dekhen aap ki jo salahiyat hai us ka best istemaal hai</w:t>
      </w:r>
    </w:p>
    <w:p>
      <w:pPr>
        <w:jc w:val="right"/>
      </w:pPr>
      <w:r>
        <w:t>نے ان سے کئی بار کہا کہ دیکھیں آپ کی جو صلاحیت ہے اس کا best استعمال ہے</w:t>
      </w:r>
    </w:p>
    <w:p>
      <w:r>
        <w:rPr>
          <w:b/>
        </w:rPr>
        <w:t xml:space="preserve">[19:20] </w:t>
      </w:r>
      <w:r>
        <w:t>islami dawat aap dawat mein aa jaiye is se bara darja mil jaye ga aap ko kisi cheez</w:t>
      </w:r>
    </w:p>
    <w:p>
      <w:pPr>
        <w:jc w:val="right"/>
      </w:pPr>
      <w:r>
        <w:t>اسلامی دعوت آپ دعوت میں آ جائیے اس سے بڑا درجہ مل جائے گا آپ کو کسی چیز</w:t>
      </w:r>
    </w:p>
    <w:p>
      <w:r>
        <w:rPr>
          <w:b/>
        </w:rPr>
        <w:t xml:space="preserve">[19:28] </w:t>
      </w:r>
      <w:r>
        <w:t>ki kami nahin rahe gi aap ko un ko samajh mein nahin aaya un ke woh jin jin</w:t>
      </w:r>
    </w:p>
    <w:p>
      <w:pPr>
        <w:jc w:val="right"/>
      </w:pPr>
      <w:r>
        <w:t>کی کمی نہیں رہے گی آپ کو ان کو سمجھ میں نہیں آیا ان کے وہ جن جن</w:t>
      </w:r>
    </w:p>
    <w:p>
      <w:r>
        <w:rPr>
          <w:b/>
        </w:rPr>
        <w:t xml:space="preserve">[19:36] </w:t>
      </w:r>
      <w:r>
        <w:t>ke baray mein keh rahe hain aisay kai log hain woh sab aaj death ho chukay hain un</w:t>
      </w:r>
    </w:p>
    <w:p>
      <w:pPr>
        <w:jc w:val="right"/>
      </w:pPr>
      <w:r>
        <w:t>کے بارے میں کہہ رہے ہیں ایسے کئی لوگ ہیں وہ سب آج death ہو چکے ہیں ان</w:t>
      </w:r>
    </w:p>
    <w:p>
      <w:r>
        <w:rPr>
          <w:b/>
        </w:rPr>
        <w:t xml:space="preserve">[19:44] </w:t>
      </w:r>
      <w:r>
        <w:t>ki koi dunya mein hai nahin jin ko main baat kar raha hoon woh sab mujh se chhotay</w:t>
      </w:r>
    </w:p>
    <w:p>
      <w:pPr>
        <w:jc w:val="right"/>
      </w:pPr>
      <w:r>
        <w:t>کی کوئی دنیا میں ہے نہیں جن کو میں بات کر رہا ہوں وہ سب مجھ سے چھوٹے</w:t>
      </w:r>
    </w:p>
    <w:p>
      <w:r>
        <w:rPr>
          <w:b/>
        </w:rPr>
        <w:t xml:space="preserve">[19:52] </w:t>
      </w:r>
      <w:r>
        <w:t>thay jawani ke umar mein main ne un ko yeh mashwara diya tha ke aap ko jo Allah</w:t>
      </w:r>
    </w:p>
    <w:p>
      <w:pPr>
        <w:jc w:val="right"/>
      </w:pPr>
      <w:r>
        <w:t>تھے جوانی کے عمر میں میں نے ان کو یہ مشورہ دیا تھا کہ آپ کو جو اللہ</w:t>
      </w:r>
    </w:p>
    <w:p>
      <w:r>
        <w:rPr>
          <w:b/>
        </w:rPr>
        <w:t xml:space="preserve">[19:59] </w:t>
      </w:r>
      <w:r>
        <w:t>ta'ala ne di hai salahiyat bohat zabardast hai aap aik brilliant mind mila hai aap ko lekin aap</w:t>
      </w:r>
    </w:p>
    <w:p>
      <w:pPr>
        <w:jc w:val="right"/>
      </w:pPr>
      <w:r>
        <w:t>تعالیٰ نے دی ہے صلاحیت بہت زبردست ہے آپ ایک brilliant mind ملا ہے آپ کو لیکن آپ</w:t>
      </w:r>
    </w:p>
    <w:p>
      <w:r>
        <w:rPr>
          <w:b/>
        </w:rPr>
        <w:t xml:space="preserve">[20:07] </w:t>
      </w:r>
      <w:r>
        <w:t>is ko istemaal kar rahe hain kahan paisa kamane mein business mein job mein chhod dijiye in cheezon</w:t>
      </w:r>
    </w:p>
    <w:p>
      <w:pPr>
        <w:jc w:val="right"/>
      </w:pPr>
      <w:r>
        <w:t>اس کو استعمال کر رہے ہیں کہاں پیسہ کمانے میں business میں جاب میں چھوڑ دیجیے ان چیزوں</w:t>
      </w:r>
    </w:p>
    <w:p>
      <w:r>
        <w:rPr>
          <w:b/>
        </w:rPr>
        <w:t xml:space="preserve">[20:15] </w:t>
      </w:r>
      <w:r>
        <w:t>ko aap dawat ke maidan mein aa gaye aa jaiye dawat ke maidan mein aap ko thousand times</w:t>
      </w:r>
    </w:p>
    <w:p>
      <w:pPr>
        <w:jc w:val="right"/>
      </w:pPr>
      <w:r>
        <w:t>کو آپ دعوت کے میدان میں آ گئے آ جائیے دعوت کے میدان میں آپ کو thousand times</w:t>
      </w:r>
    </w:p>
    <w:p>
      <w:r>
        <w:rPr>
          <w:b/>
        </w:rPr>
        <w:t xml:space="preserve">[20:23] </w:t>
      </w:r>
      <w:r>
        <w:t>ziyada mile ga woh lekin mujh se chhotay thay ab is se pehle khatam ho gaye woh kai</w:t>
      </w:r>
    </w:p>
    <w:p>
      <w:pPr>
        <w:jc w:val="right"/>
      </w:pPr>
      <w:r>
        <w:t>زیادہ ملے گا وہ لیکن مجھ سے چھوٹے تھے اب اس سے پہلے ختم ہو گئے وہ کئی</w:t>
      </w:r>
    </w:p>
    <w:p>
      <w:r>
        <w:rPr>
          <w:b/>
        </w:rPr>
        <w:t xml:space="preserve">[20:31] </w:t>
      </w:r>
      <w:r>
        <w:t>log mere mind mein aaye jo mujh se chhotay thay ab main zinda hoon woh khatam ho gaye</w:t>
      </w:r>
    </w:p>
    <w:p>
      <w:pPr>
        <w:jc w:val="right"/>
      </w:pPr>
      <w:r>
        <w:t>لوگ میرے mind میں آئے جو مجھ سے چھوٹے تھے اب میں زندہ ہوں وہ ختم ہو گئے</w:t>
      </w:r>
    </w:p>
    <w:p>
      <w:r>
        <w:rPr>
          <w:b/>
        </w:rPr>
        <w:t xml:space="preserve">[20:39] </w:t>
      </w:r>
      <w:r>
        <w:t>agar woh aaye hotay dawat ke maidan mein to bohat bara kaam karte lekin nahin aaye woh to</w:t>
      </w:r>
    </w:p>
    <w:p>
      <w:pPr>
        <w:jc w:val="right"/>
      </w:pPr>
      <w:r>
        <w:t>اگر وہ آئے ہوتے دعوت کے میدان میں تو بہت بڑا کام کرتے لیکن نہیں آئے وہ تو</w:t>
      </w:r>
    </w:p>
    <w:p>
      <w:r>
        <w:rPr>
          <w:b/>
        </w:rPr>
        <w:t xml:space="preserve">[20:47] </w:t>
      </w:r>
      <w:r>
        <w:t>hum sab ka muamla yahi hai hum sab ka muamla yeh hai quran mein hai.</w:t>
      </w:r>
    </w:p>
    <w:p>
      <w:pPr>
        <w:jc w:val="right"/>
      </w:pPr>
      <w:r>
        <w:t>ہم سب کا معاملہ یہی ہے ہم سب کا معاملہ یہ ہے قرآن میں ہے.</w:t>
      </w:r>
    </w:p>
    <w:p>
      <w:r>
        <w:rPr>
          <w:b/>
        </w:rPr>
        <w:t xml:space="preserve">[20:55] </w:t>
      </w:r>
      <w:r>
        <w:t>yalamuna zahiran min al-hayati al-dunya wa hum 'an al-akhirati hum ghafilun yani waqti yani immediate jo immediate faida hai</w:t>
      </w:r>
    </w:p>
    <w:p>
      <w:pPr>
        <w:jc w:val="right"/>
      </w:pPr>
      <w:r>
        <w:t>یعلمون ظاہرا من الحیات الدنیا وهم عن الآخرة وهم غافلون یعنی وقتی یعنی immediate جو immediate فائدہ ہے</w:t>
      </w:r>
    </w:p>
    <w:p>
      <w:r>
        <w:rPr>
          <w:b/>
        </w:rPr>
        <w:t xml:space="preserve">[21:03] </w:t>
      </w:r>
      <w:r>
        <w:t>bas us ko woh jante hain immediate faiday mein phansay hue hain aur jo bara faida hai us</w:t>
      </w:r>
    </w:p>
    <w:p>
      <w:pPr>
        <w:jc w:val="right"/>
      </w:pPr>
      <w:r>
        <w:t>بس اس کو وہ جانتے ہیں immediate فائدے میں پھنسے ہوئے ہیں اور جو بڑا فائدہ ہے اس</w:t>
      </w:r>
    </w:p>
    <w:p>
      <w:r>
        <w:rPr>
          <w:b/>
        </w:rPr>
        <w:t xml:space="preserve">[21:12] </w:t>
      </w:r>
      <w:r>
        <w:t>se ghafil hain immediate gain jo hai un ke samnay bohat chhota gain hai woh lekin isi mein</w:t>
      </w:r>
    </w:p>
    <w:p>
      <w:pPr>
        <w:jc w:val="right"/>
      </w:pPr>
      <w:r>
        <w:t>سے غافل ہیں immediate gain جو ہے ان کے سامنے بہت چھوٹا gain ہے وہ لیکن اسی میں</w:t>
      </w:r>
    </w:p>
    <w:p>
      <w:r>
        <w:rPr>
          <w:b/>
        </w:rPr>
        <w:t xml:space="preserve">[21:21] </w:t>
      </w:r>
      <w:r>
        <w:t>phansay hue hain aur ziyada bara gain jo un ko mil sakta hai akhirat ka us se ghafil</w:t>
      </w:r>
    </w:p>
    <w:p>
      <w:pPr>
        <w:jc w:val="right"/>
      </w:pPr>
      <w:r>
        <w:t>پھنسے ہوئے ہیں اور زیادہ بڑا gain جو ان کو مل سکتا ہے آخرت کا اس سے غافل</w:t>
      </w:r>
    </w:p>
    <w:p>
      <w:r>
        <w:rPr>
          <w:b/>
        </w:rPr>
        <w:t xml:space="preserve">[21:30] </w:t>
      </w:r>
      <w:r>
        <w:t>hain yeh sab ka case hai moral less moral less to muhammad ali کلی ka jo tha muamla</w:t>
      </w:r>
    </w:p>
    <w:p>
      <w:pPr>
        <w:jc w:val="right"/>
      </w:pPr>
      <w:r>
        <w:t>ہیں یہ سب کا case ہے moral less moral less تو محمد علی کلی کا جو تھا معاملہ</w:t>
      </w:r>
    </w:p>
    <w:p>
      <w:r>
        <w:rPr>
          <w:b/>
        </w:rPr>
        <w:t xml:space="preserve">[21:39] </w:t>
      </w:r>
      <w:r>
        <w:t>ke missed opportunity ka case ban gaya un ka muamla yeh sab ka hai aur quran mein general</w:t>
      </w:r>
    </w:p>
    <w:p>
      <w:pPr>
        <w:jc w:val="right"/>
      </w:pPr>
      <w:r>
        <w:t>کہ missed opportunity کا case بن گیا ان کا معاملہ یہ سب کا ہے اور قرآن میں جنرل</w:t>
      </w:r>
    </w:p>
    <w:p>
      <w:r>
        <w:rPr>
          <w:b/>
        </w:rPr>
        <w:t xml:space="preserve">[21:47] </w:t>
      </w:r>
      <w:r>
        <w:t>adaad mein baat kahi gayi hai ke yalamoon zahiran min al-hayat al-dunya wa hum an al-akhirat wa hum ghafiloon yani</w:t>
      </w:r>
    </w:p>
    <w:p>
      <w:pPr>
        <w:jc w:val="right"/>
      </w:pPr>
      <w:r>
        <w:t>اعداد میں بات کہی گئی ہے کہ یعلمون ظاہرا من الحیات الدنیا وهم عن الآخرة وهم غافلون یعنی</w:t>
      </w:r>
    </w:p>
    <w:p>
      <w:r>
        <w:rPr>
          <w:b/>
        </w:rPr>
        <w:t xml:space="preserve">[21:56] </w:t>
      </w:r>
      <w:r>
        <w:t>immediate gain jo un ko mil raha hai fouri tor par jo faida mil raha hai bas isi</w:t>
      </w:r>
    </w:p>
    <w:p>
      <w:pPr>
        <w:jc w:val="right"/>
      </w:pPr>
      <w:r>
        <w:t>immediate gain جو ان کو مل رہا ہے فوری طور پر جو فائدہ مل رہا ہے بس اسی</w:t>
      </w:r>
    </w:p>
    <w:p>
      <w:r>
        <w:rPr>
          <w:b/>
        </w:rPr>
        <w:t xml:space="preserve">[22:05] </w:t>
      </w:r>
      <w:r>
        <w:t>isi mein gum hain apni salahiyat ke aitbaar se apni taqat ke aitbaar se apni energy ke aitbaar</w:t>
      </w:r>
    </w:p>
    <w:p>
      <w:pPr>
        <w:jc w:val="right"/>
      </w:pPr>
      <w:r>
        <w:t>اسی میں گم ہیں اپنی صلاحیت کے اعتبار سے اپنی طاقت کے اعتبار سے اپنی energy کے اعتبار</w:t>
      </w:r>
    </w:p>
    <w:p>
      <w:r>
        <w:rPr>
          <w:b/>
        </w:rPr>
        <w:t xml:space="preserve">[22:14] </w:t>
      </w:r>
      <w:r>
        <w:t>se apni education ke aitbaar se zyada bara gain un ke liye muqaddar hai allah ke deen ka</w:t>
      </w:r>
    </w:p>
    <w:p>
      <w:pPr>
        <w:jc w:val="right"/>
      </w:pPr>
      <w:r>
        <w:t>سے اپنی education کے اعتبار سے زیادہ بڑا gain ان کے لیے مقدر ہے اللہ کے دین کا</w:t>
      </w:r>
    </w:p>
    <w:p>
      <w:r>
        <w:rPr>
          <w:b/>
        </w:rPr>
        <w:t xml:space="preserve">[22:23] </w:t>
      </w:r>
      <w:r>
        <w:t>dawat ka akhirat ka jannat ka lekin is se woh ghafil par gaye hain is ki is ko</w:t>
      </w:r>
    </w:p>
    <w:p>
      <w:pPr>
        <w:jc w:val="right"/>
      </w:pPr>
      <w:r>
        <w:t>دعوت کا آخرت کا جنت کا لیکن اس سے وہ غافل پڑ گئے ہیں اس کی اس کو</w:t>
      </w:r>
    </w:p>
    <w:p>
      <w:r>
        <w:rPr>
          <w:b/>
        </w:rPr>
        <w:t xml:space="preserve">[22:31] </w:t>
      </w:r>
      <w:r>
        <w:t>chhore hue hain yeh moral less har har aik ka yahi haal hai kisi ka zyada bara hai</w:t>
      </w:r>
    </w:p>
    <w:p>
      <w:pPr>
        <w:jc w:val="right"/>
      </w:pPr>
      <w:r>
        <w:t>چھوڑے ہوئے ہیں یہ moral less ہر ہر ایک کا یہی حال ہے کسی کا زیادہ بڑا ہے</w:t>
      </w:r>
    </w:p>
    <w:p>
      <w:r>
        <w:rPr>
          <w:b/>
        </w:rPr>
        <w:t xml:space="preserve">[22:40] </w:t>
      </w:r>
      <w:r>
        <w:t>kisi ka chhota hai hai sab ka case yahi aap ghor kijiye ke is tarah ki zindagi guzar</w:t>
      </w:r>
    </w:p>
    <w:p>
      <w:pPr>
        <w:jc w:val="right"/>
      </w:pPr>
      <w:r>
        <w:t>کسی کا چھوٹا ہے ہے سب کا case یہی آپ غور کیجیے کہ اس طرح کی زندگی گزار</w:t>
      </w:r>
    </w:p>
    <w:p>
      <w:r>
        <w:rPr>
          <w:b/>
        </w:rPr>
        <w:t xml:space="preserve">[22:49] </w:t>
      </w:r>
      <w:r>
        <w:t>kar jab aadmi akhirat mein pahunchega is tarah ki zindagi guzar kar achaanak jab pahunchega akhirat</w:t>
      </w:r>
    </w:p>
    <w:p>
      <w:pPr>
        <w:jc w:val="right"/>
      </w:pPr>
      <w:r>
        <w:t>کر جب آدمی آخرت میں پہنچے گا اس طرح کی زندگی گزار کر اچانک جب پہنچے گا آخرت</w:t>
      </w:r>
    </w:p>
    <w:p>
      <w:r>
        <w:rPr>
          <w:b/>
        </w:rPr>
        <w:t xml:space="preserve">[22:58] </w:t>
      </w:r>
      <w:r>
        <w:t>mein to is ka kya haal hoga ke kitni bari cheez mere samne thi pani ke liye kitni</w:t>
      </w:r>
    </w:p>
    <w:p>
      <w:pPr>
        <w:jc w:val="right"/>
      </w:pPr>
      <w:r>
        <w:t>میں تو اس کا کیا حال ہوگا کہ کتنی بڑی چیز میرے سامنے تھی پانی کے لیے کتنی</w:t>
      </w:r>
    </w:p>
    <w:p>
      <w:r>
        <w:rPr>
          <w:b/>
        </w:rPr>
        <w:t xml:space="preserve">[23:07] </w:t>
      </w:r>
      <w:r>
        <w:t>chhoti cheez phansa raha mein dunya ki jo jin dunya ki jin kamiyabiyon ke peeche mein daurta raha</w:t>
      </w:r>
    </w:p>
    <w:p>
      <w:pPr>
        <w:jc w:val="right"/>
      </w:pPr>
      <w:r>
        <w:t>چھوٹی چیز پھنسا رہا میں دنیا کی جو جن دنیا کی جن کامیابیوں کے پیچھے میں دوڑتا رہا</w:t>
      </w:r>
    </w:p>
    <w:p>
      <w:r>
        <w:rPr>
          <w:b/>
        </w:rPr>
        <w:t xml:space="preserve">[23:16] </w:t>
      </w:r>
      <w:r>
        <w:t>woh to trust thi kuch bhi nahi thi samne jo jannat hai jannat jo allah ki rehmat hai</w:t>
      </w:r>
    </w:p>
    <w:p>
      <w:pPr>
        <w:jc w:val="right"/>
      </w:pPr>
      <w:r>
        <w:t>وہ تو trust تھی کچھ بھی نہیں تھی سامنے جو جنت ہے جنت جو اللہ کی رحمت ہے</w:t>
      </w:r>
    </w:p>
    <w:p>
      <w:r>
        <w:rPr>
          <w:b/>
        </w:rPr>
        <w:t xml:space="preserve">[23:24] </w:t>
      </w:r>
      <w:r>
        <w:t>bari cheez to yeh thi to us waqt woh sochega ke kitni bari cheez maine khoi</w:t>
      </w:r>
    </w:p>
    <w:p>
      <w:pPr>
        <w:jc w:val="right"/>
      </w:pPr>
      <w:r>
        <w:t>بڑی چیز تو یہ تھی تو اس وقت وہ سوچے گا کہ کتنی بڑی چیز میں نے کھوئی</w:t>
      </w:r>
    </w:p>
    <w:p>
      <w:r>
        <w:rPr>
          <w:b/>
        </w:rPr>
        <w:t xml:space="preserve">[23:33] </w:t>
      </w:r>
      <w:r>
        <w:t>aur kitni chhoti cheez mein phansa raha hoon mein to mein samajhta hoon ke muhammad ali کلی ki</w:t>
      </w:r>
    </w:p>
    <w:p>
      <w:pPr>
        <w:jc w:val="right"/>
      </w:pPr>
      <w:r>
        <w:t>اور کتنی چھوٹی چیز میں پھنسا رہا ہوں میں تو میں سمجھتا ہوں کہ محمد علی کلی کی</w:t>
      </w:r>
    </w:p>
    <w:p>
      <w:r>
        <w:rPr>
          <w:b/>
        </w:rPr>
        <w:t xml:space="preserve">[23:42] </w:t>
      </w:r>
      <w:r>
        <w:t>death jo hai har aik ke liye is mein aik paigham hai har aik ke liye paigham hai</w:t>
      </w:r>
    </w:p>
    <w:p>
      <w:pPr>
        <w:jc w:val="right"/>
      </w:pPr>
      <w:r>
        <w:t>death جو ہے ہر ایک کے لیے اس میں ایک پیغام ہے ہر ایک کے لیے پیغام ہے</w:t>
      </w:r>
    </w:p>
    <w:p>
      <w:r>
        <w:rPr>
          <w:b/>
        </w:rPr>
        <w:t xml:space="preserve">[23:51] </w:t>
      </w:r>
      <w:r>
        <w:t>ke kitne bare imkaan ke samne aadmi pahunch jata hai lekin is ko avail kiye baghair woh mar</w:t>
      </w:r>
    </w:p>
    <w:p>
      <w:pPr>
        <w:jc w:val="right"/>
      </w:pPr>
      <w:r>
        <w:t>کہ کتنے بڑے امکان کے سامنے آدمی پہنچ جاتا ہے لیکن اس کو avail کیے بغیر وہ مر</w:t>
      </w:r>
    </w:p>
    <w:p>
      <w:r>
        <w:rPr>
          <w:b/>
        </w:rPr>
        <w:t xml:space="preserve">[24:00] </w:t>
      </w:r>
      <w:r>
        <w:t>jata hai jannat ka imkaan allah ki rehmat ko panay ka imkaan allah ki marifat hasil karne ka</w:t>
      </w:r>
    </w:p>
    <w:p>
      <w:pPr>
        <w:jc w:val="right"/>
      </w:pPr>
      <w:r>
        <w:t>جاتا ہے جنت کا امکان اللہ کی رحمت کو پانے کا امکان اللہ کی معرفت حاصل کرنے کا</w:t>
      </w:r>
    </w:p>
    <w:p>
      <w:r>
        <w:rPr>
          <w:b/>
        </w:rPr>
        <w:t xml:space="preserve">[24:08] </w:t>
      </w:r>
      <w:r>
        <w:t>imkaan is ke qareeb pahunch jata hai to insaan sochega akhirat mein ke mera jo safar tha</w:t>
      </w:r>
    </w:p>
    <w:p>
      <w:pPr>
        <w:jc w:val="right"/>
      </w:pPr>
      <w:r>
        <w:t>امکان اس کے قریب پہنچ جاتا ہے تو انسان سوچے گا آخرت میں کہ میرا جو سفر تھا</w:t>
      </w:r>
    </w:p>
    <w:p>
      <w:r>
        <w:rPr>
          <w:b/>
        </w:rPr>
        <w:t xml:space="preserve">[24:17] </w:t>
      </w:r>
      <w:r>
        <w:t>zindagi ka mera safar kitne bare darwaze kitne bare gate par tak pahuncha tha meri zindagi ka jo</w:t>
      </w:r>
    </w:p>
    <w:p>
      <w:pPr>
        <w:jc w:val="right"/>
      </w:pPr>
      <w:r>
        <w:t>زندگی کا میرا سفر کتنے بڑے دروازے کتنے بڑے gate پر تک پہنچا تھا میری زندگی کا جو</w:t>
      </w:r>
    </w:p>
    <w:p>
      <w:r>
        <w:rPr>
          <w:b/>
        </w:rPr>
        <w:t xml:space="preserve">[24:26] </w:t>
      </w:r>
      <w:r>
        <w:t>safar tha woh kitne bare gate par tak pahuncha tha yani woh gate jise khulte hi allah ki</w:t>
      </w:r>
    </w:p>
    <w:p>
      <w:pPr>
        <w:jc w:val="right"/>
      </w:pPr>
      <w:r>
        <w:t>سفر تھا وہ کتنے بڑے gate پر تک پہنچا تھا یعنی وہ gate جسے کھلتے ہی اللہ کی</w:t>
      </w:r>
    </w:p>
    <w:p>
      <w:r>
        <w:rPr>
          <w:b/>
        </w:rPr>
        <w:t xml:space="preserve">[24:35] </w:t>
      </w:r>
      <w:r>
        <w:t>rehmat thi allah ki jannat thi allah ki marifat thi abadi dunya thi abadi dunya mein is se</w:t>
      </w:r>
    </w:p>
    <w:p>
      <w:pPr>
        <w:jc w:val="right"/>
      </w:pPr>
      <w:r>
        <w:t>رحمت تھی اللہ کی جنت تھی اللہ کی معرفت تھی ابدی دنیا تھی ابدی دنیا میں اس سے</w:t>
      </w:r>
    </w:p>
    <w:p>
      <w:r>
        <w:rPr>
          <w:b/>
        </w:rPr>
        <w:t xml:space="preserve">[24:44] </w:t>
      </w:r>
      <w:r>
        <w:t>ghafil raha yalamoon zahiran min al-hayat al-dunya wa hum an al-akhirat wa hum ghafiloon woh jante hain sirf dunya ki</w:t>
      </w:r>
    </w:p>
    <w:p>
      <w:pPr>
        <w:jc w:val="right"/>
      </w:pPr>
      <w:r>
        <w:t>غافل رہا یعلمون ظاہرا من الحیات الدنیا وہم عن الآخرة وہم غافلون وہ جانتے ہیں صرف دنیا کی</w:t>
      </w:r>
    </w:p>
    <w:p>
      <w:r>
        <w:rPr>
          <w:b/>
        </w:rPr>
        <w:t xml:space="preserve">[24:53] </w:t>
      </w:r>
      <w:r>
        <w:t>zahiri cheezon ko aur akhirat se be khabar hain isi mein sare logon ka ko aap dekh sakte</w:t>
      </w:r>
    </w:p>
    <w:p>
      <w:pPr>
        <w:jc w:val="right"/>
      </w:pPr>
      <w:r>
        <w:t>ظاہری چیزوں کو اور آخر سے بے خبر ہیں اسی میں سارے لوگوں کا کو آپ دیکھ سکتے</w:t>
      </w:r>
    </w:p>
    <w:p>
      <w:r>
        <w:rPr>
          <w:b/>
        </w:rPr>
        <w:t xml:space="preserve">[25:01] </w:t>
      </w:r>
      <w:r>
        <w:t>hain sab ki tasweer hai yani sare muhammad ali کلی ke paas sab kuch tha shohrat thi paisa</w:t>
      </w:r>
    </w:p>
    <w:p>
      <w:pPr>
        <w:jc w:val="right"/>
      </w:pPr>
      <w:r>
        <w:t>ہیں سب کی تصویر ہے یعنی سارے محمد علی کلی کے پاس سب کچھ تھا شہرت تھی پیسہ</w:t>
      </w:r>
    </w:p>
    <w:p>
      <w:r>
        <w:rPr>
          <w:b/>
        </w:rPr>
        <w:t xml:space="preserve">[25:10] </w:t>
      </w:r>
      <w:r>
        <w:t>tha buildingen theen yani koi cheez aisi nahin thi dunya ki jo us ke paas na ho lekin</w:t>
      </w:r>
    </w:p>
    <w:p>
      <w:pPr>
        <w:jc w:val="right"/>
      </w:pPr>
      <w:r>
        <w:t>تھا بلڈنگیں تھیں یعنی کوئی چیز ایسی نہیں تھی دنیا کی جو اس کے پاس نہ ہو لیکن</w:t>
      </w:r>
    </w:p>
    <w:p>
      <w:r>
        <w:rPr>
          <w:b/>
        </w:rPr>
        <w:t xml:space="preserve">[25:19] </w:t>
      </w:r>
      <w:r>
        <w:t>aap ghore kijiye ke sirf seventy five years mein mar gaye woh seventy five years mein unhon ne</w:t>
      </w:r>
    </w:p>
    <w:p>
      <w:pPr>
        <w:jc w:val="right"/>
      </w:pPr>
      <w:r>
        <w:t>آپ غور کیجیے کہ صرف seventy five years میں مر گئے وہ seventy five years میں انہوں نے</w:t>
      </w:r>
    </w:p>
    <w:p>
      <w:r>
        <w:rPr>
          <w:b/>
        </w:rPr>
        <w:t xml:space="preserve">[25:28] </w:t>
      </w:r>
      <w:r>
        <w:t>zindagi ka aaghaz yahan se kiya ke un ke paas aik bicycle bhi nahin hua karti thi bari</w:t>
      </w:r>
    </w:p>
    <w:p>
      <w:pPr>
        <w:jc w:val="right"/>
      </w:pPr>
      <w:r>
        <w:t>زندگی کا آغاز یہاں سے کیا کہ ان کے پاس ایک bicycle بھی نہیں ہوا کرتی تھی بڑی</w:t>
      </w:r>
    </w:p>
    <w:p>
      <w:r>
        <w:rPr>
          <w:b/>
        </w:rPr>
        <w:t xml:space="preserve">[25:37] </w:t>
      </w:r>
      <w:r>
        <w:t>mushkil se aik bicycle khareedi thi unhon ne school mein jahan parha tha unhon ne koi izzat nahin</w:t>
      </w:r>
    </w:p>
    <w:p>
      <w:pPr>
        <w:jc w:val="right"/>
      </w:pPr>
      <w:r>
        <w:t>مشکل سے ایک bicycle خریدی تھی انہوں نے اسکول میں جہاں پڑھا تھا انہوں نے کوئی عزت نہیں</w:t>
      </w:r>
    </w:p>
    <w:p>
      <w:r>
        <w:rPr>
          <w:b/>
        </w:rPr>
        <w:t xml:space="preserve">[25:45] </w:t>
      </w:r>
      <w:r>
        <w:t>thi un ki kyunke black thay woh lekin jab maray to har qism ki izzat shohrat paisa sab</w:t>
      </w:r>
    </w:p>
    <w:p>
      <w:pPr>
        <w:jc w:val="right"/>
      </w:pPr>
      <w:r>
        <w:t>تھی ان کی کیونکہ بلیک تھے وہ لیکن جب مرے تو ہر قسم کی عزت شہرت پیسہ سب</w:t>
      </w:r>
    </w:p>
    <w:p>
      <w:r>
        <w:rPr>
          <w:b/>
        </w:rPr>
        <w:t xml:space="preserve">[25:54] </w:t>
      </w:r>
      <w:r>
        <w:t>kuch un ke paas tha lekin ab kya hai ab kuch nahin ab sab kuch chhor ke chale</w:t>
      </w:r>
    </w:p>
    <w:p>
      <w:pPr>
        <w:jc w:val="right"/>
      </w:pPr>
      <w:r>
        <w:t>کچھ ان کے پاس تھا لیکن اب کیا ہے اب کچھ نہیں اب سب کچھ چھوڑ کے چلے</w:t>
      </w:r>
    </w:p>
    <w:p>
      <w:r>
        <w:rPr>
          <w:b/>
        </w:rPr>
        <w:t xml:space="preserve">[26:03] </w:t>
      </w:r>
      <w:r>
        <w:t>gaye sab kuch chhor ke chale gaye to main samajhta hoon ke muhammad ali clay ki zindagi ka</w:t>
      </w:r>
    </w:p>
    <w:p>
      <w:pPr>
        <w:jc w:val="right"/>
      </w:pPr>
      <w:r>
        <w:t>گئے سب کچھ چھوڑ کے چلے گئے تو میں سمجھتا ہوں کہ محمد علی کلی کی زندگی کا</w:t>
      </w:r>
    </w:p>
    <w:p>
      <w:r>
        <w:rPr>
          <w:b/>
        </w:rPr>
        <w:t xml:space="preserve">[26:12] </w:t>
      </w:r>
      <w:r>
        <w:t>yeh end saare insanon ke liye aik sabak hai mashhoor hai ke newton aap jante hain ke newton</w:t>
      </w:r>
    </w:p>
    <w:p>
      <w:pPr>
        <w:jc w:val="right"/>
      </w:pPr>
      <w:r>
        <w:t>یہ end سارے انسانوں کے لیے ایک سبق ہے مشہور ہے کہ نیوٹن آپ جانتے ہیں کہ نیوٹن</w:t>
      </w:r>
    </w:p>
    <w:p>
      <w:r>
        <w:rPr>
          <w:b/>
        </w:rPr>
        <w:t xml:space="preserve">[26:21] </w:t>
      </w:r>
      <w:r>
        <w:t>bara shakhs tha jis ne law of gravity ko daryaft kiya law of gravity bohat hi bari cheez</w:t>
      </w:r>
    </w:p>
    <w:p>
      <w:pPr>
        <w:jc w:val="right"/>
      </w:pPr>
      <w:r>
        <w:t>بڑا شخص تھا جس نے law of gravity کو دریافت کیا law of gravity بہت ہی بڑی چیز</w:t>
      </w:r>
    </w:p>
    <w:p>
      <w:r>
        <w:rPr>
          <w:b/>
        </w:rPr>
        <w:t xml:space="preserve">[26:29] </w:t>
      </w:r>
      <w:r>
        <w:t>hai is ki wajah se hum zameen par hamara tamaddun hai hamari tehzeeb hai hamari bastiyan hain magar</w:t>
      </w:r>
    </w:p>
    <w:p>
      <w:pPr>
        <w:jc w:val="right"/>
      </w:pPr>
      <w:r>
        <w:t>ہے اس کی وجہ سے ہم زمین پر ہمارا تمدن ہے ہماری تہذیب ہے ہماری بستیاں ہیں مگر</w:t>
      </w:r>
    </w:p>
    <w:p>
      <w:r>
        <w:rPr>
          <w:b/>
        </w:rPr>
        <w:t xml:space="preserve">[26:38] </w:t>
      </w:r>
      <w:r>
        <w:t>insan daryaft hi kar paya tha is ko to mashhoor hai ke saib ka bagh tha uska</w:t>
      </w:r>
    </w:p>
    <w:p>
      <w:pPr>
        <w:jc w:val="right"/>
      </w:pPr>
      <w:r>
        <w:t>انسان دریافت ہی کر پایا تھا اس کو تو مشہور ہے کہ سیب کا باغ تھا اس کا</w:t>
      </w:r>
    </w:p>
    <w:p>
      <w:r>
        <w:rPr>
          <w:b/>
        </w:rPr>
        <w:t xml:space="preserve">[26:47] </w:t>
      </w:r>
      <w:r>
        <w:t>wahan woh baitha hua tha to saib gira aik to us ke sar par gira hua yani sar</w:t>
      </w:r>
    </w:p>
    <w:p>
      <w:pPr>
        <w:jc w:val="right"/>
      </w:pPr>
      <w:r>
        <w:t>وہاں وہ بیٹھا ہوا تھا تو سیب گرا ایک تو اس کے سر پر گرا ہوا یعنی سر</w:t>
      </w:r>
    </w:p>
    <w:p>
      <w:r>
        <w:rPr>
          <w:b/>
        </w:rPr>
        <w:t xml:space="preserve">[26:56] </w:t>
      </w:r>
      <w:r>
        <w:t>par hit kiya gaya us ne to main samajhta hoon ke yeh nature ne hit kiya tha is</w:t>
      </w:r>
    </w:p>
    <w:p>
      <w:pPr>
        <w:jc w:val="right"/>
      </w:pPr>
      <w:r>
        <w:t>پر hit کیا گیا اس نے تو میں سمجھتا ہوں کہ یہ nature نے hit کیا تھا اس</w:t>
      </w:r>
    </w:p>
    <w:p>
      <w:r>
        <w:rPr>
          <w:b/>
        </w:rPr>
        <w:t xml:space="preserve">[27:05] </w:t>
      </w:r>
      <w:r>
        <w:t>sar ko ke tum kaise ho ke saib girta hai aik basay le kar ke aur tum ne</w:t>
      </w:r>
    </w:p>
    <w:p>
      <w:pPr>
        <w:jc w:val="right"/>
      </w:pPr>
      <w:r>
        <w:t>سر کو کہ تم کیسے ہو کہ سیب گرتا ہے ایک بسے لے کر کے اور تم نے</w:t>
      </w:r>
    </w:p>
    <w:p>
      <w:r>
        <w:rPr>
          <w:b/>
        </w:rPr>
        <w:t xml:space="preserve">[27:14] </w:t>
      </w:r>
      <w:r>
        <w:t>aaj daryaft nahin kiya ke zameen mein gravity hai to sochna shuru kiya yani newton ne sochna shuru</w:t>
      </w:r>
    </w:p>
    <w:p>
      <w:pPr>
        <w:jc w:val="right"/>
      </w:pPr>
      <w:r>
        <w:t>آج دریافت نہیں کیا کہ زمین میں gravity ہے تو سوچنا شروع کیا یعنی نیوٹن نے سوچنا شروع</w:t>
      </w:r>
    </w:p>
    <w:p>
      <w:r>
        <w:rPr>
          <w:b/>
        </w:rPr>
        <w:t xml:space="preserve">[27:22] </w:t>
      </w:r>
      <w:r>
        <w:t>kiya ke saib ooper kyun nahin gaya neechay kyun aaya yahan tak ke us ne law of gravity</w:t>
      </w:r>
    </w:p>
    <w:p>
      <w:pPr>
        <w:jc w:val="right"/>
      </w:pPr>
      <w:r>
        <w:t>کیا کہ سیب اوپر کیوں نہیں گیا نیچے کیوں آیا یہاں تک کہ اس نے law of gravity</w:t>
      </w:r>
    </w:p>
    <w:p>
      <w:r>
        <w:rPr>
          <w:b/>
        </w:rPr>
        <w:t xml:space="preserve">[27:31] </w:t>
      </w:r>
      <w:r>
        <w:t>ko daryaft kiya pehli bar history mein to main samajhta hoon ke saari shohrat aur saari dolat aur</w:t>
      </w:r>
    </w:p>
    <w:p>
      <w:pPr>
        <w:jc w:val="right"/>
      </w:pPr>
      <w:r>
        <w:t>کو دریافت کیا پہلی بار history میں تو میں سمجھتا ہوں کہ ساری شہرت اور ساری دولت اور</w:t>
      </w:r>
    </w:p>
    <w:p>
      <w:r>
        <w:rPr>
          <w:b/>
        </w:rPr>
        <w:t xml:space="preserve">[27:40] </w:t>
      </w:r>
      <w:r>
        <w:t>saari kamyabiyon ke baad sirf seventy four years mein mar jana muhammad ali clay ka yeh kaha sab</w:t>
      </w:r>
    </w:p>
    <w:p>
      <w:pPr>
        <w:jc w:val="right"/>
      </w:pPr>
      <w:r>
        <w:t>ساری کامیابیوں کے بعد صرف seventy four years میں مر جانا محمد علی کلی کا یہ کہا سب</w:t>
      </w:r>
    </w:p>
    <w:p>
      <w:r>
        <w:rPr>
          <w:b/>
        </w:rPr>
        <w:t xml:space="preserve">[27:49] </w:t>
      </w:r>
      <w:r>
        <w:t>ke ooper aik aik dhamak khez saib gira hai saib ne har aik ke sar par hit kiya</w:t>
      </w:r>
    </w:p>
    <w:p>
      <w:pPr>
        <w:jc w:val="right"/>
      </w:pPr>
      <w:r>
        <w:t>کے اوپر ایک ایک دھماک خیز سیب گرا ہے سیب نے ہر ایک کے سر پر hit کیا</w:t>
      </w:r>
    </w:p>
    <w:p>
      <w:r>
        <w:rPr>
          <w:b/>
        </w:rPr>
        <w:t xml:space="preserve">[27:58] </w:t>
      </w:r>
      <w:r>
        <w:t>hai yahi to tumhare baad jahan yeh hone wala hai sab kuch chhor ke chale jaoge muhammad</w:t>
      </w:r>
    </w:p>
    <w:p>
      <w:pPr>
        <w:jc w:val="right"/>
      </w:pPr>
      <w:r>
        <w:t>ہے یہی تو تمہارے بعد جہاں یہ ہونے والا ہے سب کچھ چھوڑ کے چلے جاؤ گے محمد</w:t>
      </w:r>
    </w:p>
    <w:p>
      <w:r>
        <w:rPr>
          <w:b/>
        </w:rPr>
        <w:t xml:space="preserve">[28:06] </w:t>
      </w:r>
      <w:r>
        <w:t>ali clay ki jo death hui hai sirf seventy four years mein to woh saare insanon ke liye</w:t>
      </w:r>
    </w:p>
    <w:p>
      <w:pPr>
        <w:jc w:val="right"/>
      </w:pPr>
      <w:r>
        <w:t>علی کلی کی جو death ہوئی ہے صرف seventy four years میں تو وہ سارے انسانوں کے لیے</w:t>
      </w:r>
    </w:p>
    <w:p>
      <w:r>
        <w:rPr>
          <w:b/>
        </w:rPr>
        <w:t xml:space="preserve">[28:15] </w:t>
      </w:r>
      <w:r>
        <w:t>us ke sar par aik bohat bara saib girne ki amanat hai nature ne aik saib ke zariye</w:t>
      </w:r>
    </w:p>
    <w:p>
      <w:pPr>
        <w:jc w:val="right"/>
      </w:pPr>
      <w:r>
        <w:t>اس کے سر پر ایک بہت بڑا سیب گرنے کی امانت ہے nature نے ایک سیب کے ذریعے</w:t>
      </w:r>
    </w:p>
    <w:p>
      <w:r>
        <w:rPr>
          <w:b/>
        </w:rPr>
        <w:t xml:space="preserve">[28:24] </w:t>
      </w:r>
      <w:r>
        <w:t>un ke mind ko hit kiya hai ke socho kis bekhabari mein tum paray hue ho maut</w:t>
      </w:r>
    </w:p>
    <w:p>
      <w:pPr>
        <w:jc w:val="right"/>
      </w:pPr>
      <w:r>
        <w:t>ان کے mind کو hit کیا ہے کہ سوچو کس بے خبری میں تم پڑے ہوئے ہو موت</w:t>
      </w:r>
    </w:p>
    <w:p>
      <w:r>
        <w:rPr>
          <w:b/>
        </w:rPr>
        <w:t xml:space="preserve">[28:33] </w:t>
      </w:r>
      <w:r>
        <w:t>ke baray mein socho akhirat ke baray mein socho khuda ki marifat ke baray mein socho jannat ke</w:t>
      </w:r>
    </w:p>
    <w:p>
      <w:pPr>
        <w:jc w:val="right"/>
      </w:pPr>
      <w:r>
        <w:t>کے بارے میں سوچو آخرت کے بارے میں سوچو خدا کی معرفت کے بارے میں سوچو جنت کے</w:t>
      </w:r>
    </w:p>
    <w:p>
      <w:r>
        <w:rPr>
          <w:b/>
        </w:rPr>
        <w:t xml:space="preserve">[28:42] </w:t>
      </w:r>
      <w:r>
        <w:t>baray mein socho aagay jo aanay wala hai eternity us ko socho.</w:t>
      </w:r>
    </w:p>
    <w:p>
      <w:pPr>
        <w:jc w:val="right"/>
      </w:pPr>
      <w:r>
        <w:t>بارے میں سوچو آگے جو آنے والا ہے eternity اس کو سوچو.</w:t>
      </w:r>
    </w:p>
    <w:p>
      <w:r>
        <w:rPr>
          <w:b/>
        </w:rPr>
        <w:t xml:space="preserve">[28:51] </w:t>
      </w:r>
      <w:r>
        <w:t>to saada taur par yeh ek maut nahi thi ek champion ki death nahi thi balkeh seventy four</w:t>
      </w:r>
    </w:p>
    <w:p>
      <w:pPr>
        <w:jc w:val="right"/>
      </w:pPr>
      <w:r>
        <w:t>تو سادہ طور پر یہ ایک موت نہیں تھی ایک champion کی death نہیں تھی بلکہ seventy four</w:t>
      </w:r>
    </w:p>
    <w:p>
      <w:r>
        <w:rPr>
          <w:b/>
        </w:rPr>
        <w:t xml:space="preserve">[28:58] </w:t>
      </w:r>
      <w:r>
        <w:t>years ki umar mein is ka yeh duniya se chala jana sab kuch chhod kar ke jo kuch</w:t>
      </w:r>
    </w:p>
    <w:p>
      <w:pPr>
        <w:jc w:val="right"/>
      </w:pPr>
      <w:r>
        <w:t>years کی عمر میں اس کا یہ دنیا سے چلا جانا سب کچھ چھوڑ کر کے جو کچھ</w:t>
      </w:r>
    </w:p>
    <w:p>
      <w:r>
        <w:rPr>
          <w:b/>
        </w:rPr>
        <w:t xml:space="preserve">[29:06] </w:t>
      </w:r>
      <w:r>
        <w:t>kamaya tha sab chhod diya yeh chale gaye to woh har shakhs ke sar par ek pathar mara</w:t>
      </w:r>
    </w:p>
    <w:p>
      <w:pPr>
        <w:jc w:val="right"/>
      </w:pPr>
      <w:r>
        <w:t>کمایا تھا سب چھوڑ دیا یہ چلے گئے تو وہ ہر شخص کے سر پر ایک پتھر مارا</w:t>
      </w:r>
    </w:p>
    <w:p>
      <w:r>
        <w:rPr>
          <w:b/>
        </w:rPr>
        <w:t xml:space="preserve">[29:14] </w:t>
      </w:r>
      <w:r>
        <w:t>unhon ne ke dekho socho tumhari zindagi kaisi zindagi hai hum sab ke sar par ek pathar mar</w:t>
      </w:r>
    </w:p>
    <w:p>
      <w:pPr>
        <w:jc w:val="right"/>
      </w:pPr>
      <w:r>
        <w:t>انہوں نے کہ دیکھو سوچو تمہاری زندگی کیسی زندگی ہے ہم سب کے سر پر ایک پتھر مار</w:t>
      </w:r>
    </w:p>
    <w:p>
      <w:r>
        <w:rPr>
          <w:b/>
        </w:rPr>
        <w:t xml:space="preserve">[29:21] </w:t>
      </w:r>
      <w:r>
        <w:t>kar chale gaye woh ke dekho main seventy four years mein ja raha hoon tum bhi aise hi</w:t>
      </w:r>
    </w:p>
    <w:p>
      <w:pPr>
        <w:jc w:val="right"/>
      </w:pPr>
      <w:r>
        <w:t>کر چلے گئے وہ کہ دیکھو میں seventy four years میں جا رہا ہوں تم بھی ایسے ہی</w:t>
      </w:r>
    </w:p>
    <w:p>
      <w:r>
        <w:rPr>
          <w:b/>
        </w:rPr>
        <w:t xml:space="preserve">[29:29] </w:t>
      </w:r>
      <w:r>
        <w:t>jaoge tum ko hazar saal nahi jeena hai tumhare liye bhi aisi umar hogi saath saal satar</w:t>
      </w:r>
    </w:p>
    <w:p>
      <w:pPr>
        <w:jc w:val="right"/>
      </w:pPr>
      <w:r>
        <w:t>جاؤ گے تم کو ہزار سال نہیں جینا ہے تمہارے لیے بھی ایسی عمر ہوگی ساٹھ سال ستر</w:t>
      </w:r>
    </w:p>
    <w:p>
      <w:r>
        <w:rPr>
          <w:b/>
        </w:rPr>
        <w:t xml:space="preserve">[29:37] </w:t>
      </w:r>
      <w:r>
        <w:t>saal paitar saal tum bhi mar jaoge aur sab kuch tum yahan jo duniya mein hasil karo</w:t>
      </w:r>
    </w:p>
    <w:p>
      <w:pPr>
        <w:jc w:val="right"/>
      </w:pPr>
      <w:r>
        <w:t>سال پچھتر سال تم بھی مر جاؤ گے اور سب کچھ تم یہاں جو دنیا میں حاصل کرو</w:t>
      </w:r>
    </w:p>
    <w:p>
      <w:r>
        <w:rPr>
          <w:b/>
        </w:rPr>
        <w:t xml:space="preserve">[29:45] </w:t>
      </w:r>
      <w:r>
        <w:t>ge woh sab chhod kar jana padega isi liye hadith mein aaya hai ke aksar zikr had</w:t>
      </w:r>
    </w:p>
    <w:p>
      <w:pPr>
        <w:jc w:val="right"/>
      </w:pPr>
      <w:r>
        <w:t>گے وہ سب چھوڑ کر جانا پڑے گا اسی لیے حدیث میں آیا ہے کہ اکثر ذکر ہاد</w:t>
      </w:r>
    </w:p>
    <w:p>
      <w:r>
        <w:rPr>
          <w:b/>
        </w:rPr>
        <w:t xml:space="preserve">[29:52] </w:t>
      </w:r>
      <w:r>
        <w:t>billazatil maut yani bohat ziyada yaad karo maut ko jo lazzaton ko utha dene wali hai dekhein yahan</w:t>
      </w:r>
    </w:p>
    <w:p>
      <w:pPr>
        <w:jc w:val="right"/>
      </w:pPr>
      <w:r>
        <w:t>باللذات الموت یعنی بہت زیادہ یاد کرو موت کو جو لذتوں کو اٹھا دینے والی ہے دیکھیں یہاں</w:t>
      </w:r>
    </w:p>
    <w:p>
      <w:r>
        <w:rPr>
          <w:b/>
        </w:rPr>
        <w:t xml:space="preserve">[30:00] </w:t>
      </w:r>
      <w:r>
        <w:t>lufz to lazzat lazzat hai lazzat ko utha dene wali lekin is se murad yeh hai ke dunya</w:t>
      </w:r>
    </w:p>
    <w:p>
      <w:pPr>
        <w:jc w:val="right"/>
      </w:pPr>
      <w:r>
        <w:t>لفظ تو لذت لذت ہے لذت کو اٹھا دینے والی لیکن اس سے مراد یہ ہے کہ دنیا</w:t>
      </w:r>
    </w:p>
    <w:p>
      <w:r>
        <w:rPr>
          <w:b/>
        </w:rPr>
        <w:t xml:space="preserve">[30:08] </w:t>
      </w:r>
      <w:r>
        <w:t>ko concern bana kar jo tum hasil karte ho woh sab thehar jayega agar socha hai aadmi</w:t>
      </w:r>
    </w:p>
    <w:p>
      <w:pPr>
        <w:jc w:val="right"/>
      </w:pPr>
      <w:r>
        <w:t>کو concern بنا کر جو تم حاصل کرتے ہو وہ سب ٹھہر جائے گا اگر سوچا ہے آدمی</w:t>
      </w:r>
    </w:p>
    <w:p>
      <w:r>
        <w:rPr>
          <w:b/>
        </w:rPr>
        <w:t xml:space="preserve">[30:15] </w:t>
      </w:r>
      <w:r>
        <w:t>ke seventy four years mein mar jana hai mujhe sab kuch chhod ke chale jana hai to sab</w:t>
      </w:r>
    </w:p>
    <w:p>
      <w:pPr>
        <w:jc w:val="right"/>
      </w:pPr>
      <w:r>
        <w:t>کہ seventy four years میں مر جانا ہے مجھے سب کچھ چھوڑ کے چلے جانا ہے تو سب</w:t>
      </w:r>
    </w:p>
    <w:p>
      <w:r>
        <w:rPr>
          <w:b/>
        </w:rPr>
        <w:t xml:space="preserve">[30:23] </w:t>
      </w:r>
      <w:r>
        <w:t>khatm sari ambitions khatm dunya ke liye jo door door karta hai woh sab khatm phir aadmi ko</w:t>
      </w:r>
    </w:p>
    <w:p>
      <w:pPr>
        <w:jc w:val="right"/>
      </w:pPr>
      <w:r>
        <w:t>ختم ساری ambitions ختم دنیا کے لیے جو دور دور کرتا ہے وہ سب ختم پھر آدمی کو</w:t>
      </w:r>
    </w:p>
    <w:p>
      <w:r>
        <w:rPr>
          <w:b/>
        </w:rPr>
        <w:t xml:space="preserve">[30:31] </w:t>
      </w:r>
      <w:r>
        <w:t>ek naya direction mil jaye agar aadmi maut se sabaq le to ek naya direction mil jaye eternity</w:t>
      </w:r>
    </w:p>
    <w:p>
      <w:pPr>
        <w:jc w:val="right"/>
      </w:pPr>
      <w:r>
        <w:t>ایک نیا direction مل جائے اگر آدمی موت سے سبق لے تو ایک نیا direction مل جائے eternity</w:t>
      </w:r>
    </w:p>
    <w:p>
      <w:r>
        <w:rPr>
          <w:b/>
        </w:rPr>
        <w:t xml:space="preserve">[30:39] </w:t>
      </w:r>
      <w:r>
        <w:t>ka direction Allah ki rehmat ka direction Allah ki daryaft ka direction jannat ka direction is dunya mein</w:t>
      </w:r>
    </w:p>
    <w:p>
      <w:pPr>
        <w:jc w:val="right"/>
      </w:pPr>
      <w:r>
        <w:t>کا direction اللہ کی رحمت کا direction اللہ کی دریافت کا direction جنت کا direction اس دنیا میں</w:t>
      </w:r>
    </w:p>
    <w:p>
      <w:r>
        <w:rPr>
          <w:b/>
        </w:rPr>
        <w:t xml:space="preserve">[30:46] </w:t>
      </w:r>
      <w:r>
        <w:t>rehne ka woh bana le apna goal jis ke bare mein Quran mein aya hai yani ek aisa</w:t>
      </w:r>
    </w:p>
    <w:p>
      <w:pPr>
        <w:jc w:val="right"/>
      </w:pPr>
      <w:r>
        <w:t>رہنے کا وہ بنا لے اپنا goal جس کے بارے میں قرآن میں آیا ہے یعنی ایک ایسا</w:t>
      </w:r>
    </w:p>
    <w:p>
      <w:r>
        <w:rPr>
          <w:b/>
        </w:rPr>
        <w:t xml:space="preserve">[30:54] </w:t>
      </w:r>
      <w:r>
        <w:t>moashra ek aisi society tumhara wait kar rahi hai ek aisi society eternal world mein tumhara wait kar</w:t>
      </w:r>
    </w:p>
    <w:p>
      <w:pPr>
        <w:jc w:val="right"/>
      </w:pPr>
      <w:r>
        <w:t>معاشرہ ایک ایسی society تمہارا wait کر رہی ہے ایک ایسی society eternal world میں تمہارا wait کر</w:t>
      </w:r>
    </w:p>
    <w:p>
      <w:r>
        <w:rPr>
          <w:b/>
        </w:rPr>
        <w:t xml:space="preserve">[31:02] </w:t>
      </w:r>
      <w:r>
        <w:t>rahi hai jahan ki society mein profit honge siddiq honge shuhada honge saleheen honge</w:t>
      </w:r>
    </w:p>
    <w:p>
      <w:pPr>
        <w:jc w:val="right"/>
      </w:pPr>
      <w:r>
        <w:t>رہی ہے جہاں کی society میں profit ہوں گے صدیق ہوں گے شہداء ہوں گے صالحین ہوں گے</w:t>
      </w:r>
    </w:p>
    <w:p>
      <w:r>
        <w:rPr>
          <w:b/>
        </w:rPr>
        <w:t xml:space="preserve">[31:09] </w:t>
      </w:r>
      <w:r>
        <w:t>to yeh ek reminder hai main samajhta hoon ke yeh Muhammad Ali Kali ke bahut ek reminder hai</w:t>
      </w:r>
    </w:p>
    <w:p>
      <w:pPr>
        <w:jc w:val="right"/>
      </w:pPr>
      <w:r>
        <w:t>تو یہ ایک reminder ہے میں سمجھتا ہوں کہ یہ محمد علی کلی کے بہت ایک reminder ہے</w:t>
      </w:r>
    </w:p>
    <w:p>
      <w:r>
        <w:rPr>
          <w:b/>
        </w:rPr>
        <w:t xml:space="preserve">[31:17] </w:t>
      </w:r>
      <w:r>
        <w:t>ke main jo nahi kar saka woh tum karo mun ne kardam shama hazar bukunid main jo nahi</w:t>
      </w:r>
    </w:p>
    <w:p>
      <w:pPr>
        <w:jc w:val="right"/>
      </w:pPr>
      <w:r>
        <w:t>کہ میں جو نہیں کر سکا وہ تم کرو من نے کردم شمع حضر بکنید میں جو نہیں</w:t>
      </w:r>
    </w:p>
    <w:p>
      <w:r>
        <w:rPr>
          <w:b/>
        </w:rPr>
        <w:t xml:space="preserve">[31:25] </w:t>
      </w:r>
      <w:r>
        <w:t>kar saka asan ho ke tum bhi nahi kar pao is se bacho to kaisa ajeeb yeh waqia</w:t>
      </w:r>
    </w:p>
    <w:p>
      <w:pPr>
        <w:jc w:val="right"/>
      </w:pPr>
      <w:r>
        <w:t>کر سکا آسان ہو کہ تم بھی نہیں کر پاؤ اس سے بچو تو کیسا عجیب یہ واقعہ</w:t>
      </w:r>
    </w:p>
    <w:p>
      <w:r>
        <w:rPr>
          <w:b/>
        </w:rPr>
        <w:t xml:space="preserve">[31:33] </w:t>
      </w:r>
      <w:r>
        <w:t>hai ek aam aadmi ki maut hoti hai to do char aadmi jante hain bas lekin Muhammad Ali</w:t>
      </w:r>
    </w:p>
    <w:p>
      <w:pPr>
        <w:jc w:val="right"/>
      </w:pPr>
      <w:r>
        <w:t>ہے ایک عام آدمی کی موت ہوتی ہے تو دو چار آدمی جانتے ہیں بس لیکن محمد علی</w:t>
      </w:r>
    </w:p>
    <w:p>
      <w:r>
        <w:rPr>
          <w:b/>
        </w:rPr>
        <w:t xml:space="preserve">[31:40] </w:t>
      </w:r>
      <w:r>
        <w:t>Kali ki maut hui dunya ka ek ek shakhs ne jaan liya aam aadmi ki maut hoti hai</w:t>
      </w:r>
    </w:p>
    <w:p>
      <w:pPr>
        <w:jc w:val="right"/>
      </w:pPr>
      <w:r>
        <w:t>کلی کی موت ہوئی دنیا کا ایک ایک شخص نے جان لیا عام آدمی کی موت ہوتی ہے</w:t>
      </w:r>
    </w:p>
    <w:p>
      <w:r>
        <w:rPr>
          <w:b/>
        </w:rPr>
        <w:t xml:space="preserve">[31:48] </w:t>
      </w:r>
      <w:r>
        <w:t>to chand aadmi jante hain is ko lekin kal jab maut hui Muhammad Ali Kali ki to sari</w:t>
      </w:r>
    </w:p>
    <w:p>
      <w:pPr>
        <w:jc w:val="right"/>
      </w:pPr>
      <w:r>
        <w:t>تو چند آدمی جانتے ہیں اس کو لیکن کل جب موت ہوئی محمد علی کلی کی تو ساری</w:t>
      </w:r>
    </w:p>
    <w:p>
      <w:r>
        <w:rPr>
          <w:b/>
        </w:rPr>
        <w:t xml:space="preserve">[31:56] </w:t>
      </w:r>
      <w:r>
        <w:t>dunya ka ek ek shakhs ne jaan liya gaya yeh pathar sab ke sar par pada Muhammad Ali</w:t>
      </w:r>
    </w:p>
    <w:p>
      <w:pPr>
        <w:jc w:val="right"/>
      </w:pPr>
      <w:r>
        <w:t>دنیا کا ایک ایک شخص نے جان لیا گیا یہ پتھر سب کے سر پر پڑا محمد علی</w:t>
      </w:r>
    </w:p>
    <w:p>
      <w:r>
        <w:rPr>
          <w:b/>
        </w:rPr>
        <w:t xml:space="preserve">[32:03] </w:t>
      </w:r>
      <w:r>
        <w:t>Kali ki maut ko agar pathar se tashbeeh di jaye yeh pathar dunya ke har har insaan ke</w:t>
      </w:r>
    </w:p>
    <w:p>
      <w:pPr>
        <w:jc w:val="right"/>
      </w:pPr>
      <w:r>
        <w:t>کلی کی موت کو اگر پتھر سے تشبیہ دی جائے یہ پتھر دنیا کے ہر ہر انسان کے</w:t>
      </w:r>
    </w:p>
    <w:p>
      <w:r>
        <w:rPr>
          <w:b/>
        </w:rPr>
        <w:t xml:space="preserve">[32:11] </w:t>
      </w:r>
      <w:r>
        <w:t>sar par pada har ek ko is ne pukara ke daryaft karo jaisa Newton ne daryaft kiya tum</w:t>
      </w:r>
    </w:p>
    <w:p>
      <w:pPr>
        <w:jc w:val="right"/>
      </w:pPr>
      <w:r>
        <w:t>سر پر پڑا ہر ایک کو اس نے پکارا کہ دریافت کرو جیسا نیوٹن نے دریافت کیا تم</w:t>
      </w:r>
    </w:p>
    <w:p>
      <w:r>
        <w:rPr>
          <w:b/>
        </w:rPr>
        <w:t xml:space="preserve">[32:19] </w:t>
      </w:r>
      <w:r>
        <w:t>bhi daryaft karo jaisa Newton ne ek nayi sachai ko daryaft kiya tum bhi ek nayi sachai ko</w:t>
      </w:r>
    </w:p>
    <w:p>
      <w:pPr>
        <w:jc w:val="right"/>
      </w:pPr>
      <w:r>
        <w:t>بھی دریافت کرو جیسا نیوٹن نے ایک نئی سچائی کو دریافت کیا تم بھی ایک نئی سچائی کو</w:t>
      </w:r>
    </w:p>
    <w:p>
      <w:r>
        <w:rPr>
          <w:b/>
        </w:rPr>
        <w:t xml:space="preserve">[32:27] </w:t>
      </w:r>
      <w:r>
        <w:t>daryaft karo ghaur kijiye yeh kitni badi baat hai main samajhta hoon ke is se badi baat to</w:t>
      </w:r>
    </w:p>
    <w:p>
      <w:pPr>
        <w:jc w:val="right"/>
      </w:pPr>
      <w:r>
        <w:t>دریافت کرو غور کیجیے یہ کتنی بڑی بات ہے میں سمجھتا ہوں کہ اس سے بڑی بات تو</w:t>
      </w:r>
    </w:p>
    <w:p>
      <w:r>
        <w:rPr>
          <w:b/>
        </w:rPr>
        <w:t xml:space="preserve">[32:34] </w:t>
      </w:r>
      <w:r>
        <w:t>koi ho hi nahi sakti shayad tareekh mein kabhi aisa nahi hua ke itna bada pathar har insaan</w:t>
      </w:r>
    </w:p>
    <w:p>
      <w:pPr>
        <w:jc w:val="right"/>
      </w:pPr>
      <w:r>
        <w:t>کوئی ہو ہی نہیں سکتی شاید تاریخ میں کبھی ایسا نہیں ہوا کہ اتنا بڑا پتھر ہر انسان</w:t>
      </w:r>
    </w:p>
    <w:p>
      <w:r>
        <w:rPr>
          <w:b/>
        </w:rPr>
        <w:t xml:space="preserve">[32:42] </w:t>
      </w:r>
      <w:r>
        <w:t>ke sar par gire kyunke communication nahi tha yeh to age of communication mein hum hain tab aisa</w:t>
      </w:r>
    </w:p>
    <w:p>
      <w:pPr>
        <w:jc w:val="right"/>
      </w:pPr>
      <w:r>
        <w:t>کے سر پر گرے کیونکہ communication نہیں تھا یہ تو age of communication میں ہم ہیں تب ایسا</w:t>
      </w:r>
    </w:p>
    <w:p>
      <w:r>
        <w:rPr>
          <w:b/>
        </w:rPr>
        <w:t xml:space="preserve">[32:50] </w:t>
      </w:r>
      <w:r>
        <w:t>hai to dunya ka dunya mein jo waqiat pesh ate hain har waqie mein ek universal sabaq hota</w:t>
      </w:r>
    </w:p>
    <w:p>
      <w:pPr>
        <w:jc w:val="right"/>
      </w:pPr>
      <w:r>
        <w:t>ہے تو دنیا کا دنیا میں جو واقعات پیش آتے ہیں ہر واقعے میں ایک universal سبق ہوتا</w:t>
      </w:r>
    </w:p>
    <w:p>
      <w:r>
        <w:rPr>
          <w:b/>
        </w:rPr>
        <w:t xml:space="preserve">[32:57] </w:t>
      </w:r>
      <w:r>
        <w:t>hai har waqie mein hatta ke darakht se ek pati girti hai is mein bhi ek universal sabaq</w:t>
      </w:r>
    </w:p>
    <w:p>
      <w:pPr>
        <w:jc w:val="right"/>
      </w:pPr>
      <w:r>
        <w:t>ہے ہر واقعے میں حتی کہ درخت سے ایک پتی گرتی ہے اس میں بھی ایک universal سبق</w:t>
      </w:r>
    </w:p>
    <w:p>
      <w:r>
        <w:rPr>
          <w:b/>
        </w:rPr>
        <w:t xml:space="preserve">[33:05] </w:t>
      </w:r>
      <w:r>
        <w:t>hota hai lekin age of communication se pehle janta kaun tha is ko yeh age of communication kamal</w:t>
      </w:r>
    </w:p>
    <w:p>
      <w:pPr>
        <w:jc w:val="right"/>
      </w:pPr>
      <w:r>
        <w:t>ہوتا ہے لیکن age of communication سے پہلے جانتا کون تھا اس کو یہ age of communication کمال</w:t>
      </w:r>
    </w:p>
    <w:p>
      <w:r>
        <w:rPr>
          <w:b/>
        </w:rPr>
        <w:t xml:space="preserve">[33:13] </w:t>
      </w:r>
      <w:r>
        <w:t>hai ke ek waqe' ko sari dunya ne jaan liya print media aur electronic media ke zariye to</w:t>
      </w:r>
    </w:p>
    <w:p>
      <w:pPr>
        <w:jc w:val="right"/>
      </w:pPr>
      <w:r>
        <w:t>ہے کہ ایک واقعے کو ساری دنیا نے جان لیا print میڈیا اور electronic میڈیا کے ذریعے تو</w:t>
      </w:r>
    </w:p>
    <w:p>
      <w:r>
        <w:rPr>
          <w:b/>
        </w:rPr>
        <w:t xml:space="preserve">[33:21] </w:t>
      </w:r>
      <w:r>
        <w:t>mein samajhta hoon ke hum mein sare aadmi ko chahiye ke woh soche soch ke jaane ke mein</w:t>
      </w:r>
    </w:p>
    <w:p>
      <w:pPr>
        <w:jc w:val="right"/>
      </w:pPr>
      <w:r>
        <w:t>میں سمجھتا ہوں کہ ہم میں سارے آدمی کو چاہیے کہ وہ سوچے سوچ کے جانے کہ میں</w:t>
      </w:r>
    </w:p>
    <w:p>
      <w:r>
        <w:rPr>
          <w:b/>
        </w:rPr>
        <w:t xml:space="preserve">[33:28] </w:t>
      </w:r>
      <w:r>
        <w:t>kahan hoon mujhe kya karna chahiye mujhe kya chhodna hai aur kya pakadna hai mujhe kahan se apni</w:t>
      </w:r>
    </w:p>
    <w:p>
      <w:pPr>
        <w:jc w:val="right"/>
      </w:pPr>
      <w:r>
        <w:t>کہاں ہوں مجھے کیا کرنا چاہیے مجھے کیا چھوڑنا ہے اور کیا پکڑنا ہے مجھے کہاں سے اپنی</w:t>
      </w:r>
    </w:p>
    <w:p>
      <w:r>
        <w:rPr>
          <w:b/>
        </w:rPr>
        <w:t xml:space="preserve">[33:36] </w:t>
      </w:r>
      <w:r>
        <w:t>zindagi ko ek naya beginning dena hai ek martaba mein ek educator musalman se mila to unhon ne</w:t>
      </w:r>
    </w:p>
    <w:p>
      <w:pPr>
        <w:jc w:val="right"/>
      </w:pPr>
      <w:r>
        <w:t>زندگی کو ایک نیا beginning دینا ہے ایک مرتبہ میں ایک educator مسلمان سے ملا تو انہوں نے</w:t>
      </w:r>
    </w:p>
    <w:p>
      <w:r>
        <w:rPr>
          <w:b/>
        </w:rPr>
        <w:t xml:space="preserve">[33:44] </w:t>
      </w:r>
      <w:r>
        <w:t>kaha ke mere samne sirf ek sawal hai woh yeh ke hamare liye line of action kya hai</w:t>
      </w:r>
    </w:p>
    <w:p>
      <w:pPr>
        <w:jc w:val="right"/>
      </w:pPr>
      <w:r>
        <w:t>کہا کہ میرے سامنے صرف ایک سوال ہے وہ یہ کہ ہمارے لیے line of action کیا ہے</w:t>
      </w:r>
    </w:p>
    <w:p>
      <w:r>
        <w:rPr>
          <w:b/>
        </w:rPr>
        <w:t xml:space="preserve">[33:51] </w:t>
      </w:r>
      <w:r>
        <w:t>line of action to mein samajhta hoon ke maut ka waqe' har aadmi ko batata hai ke right</w:t>
      </w:r>
    </w:p>
    <w:p>
      <w:pPr>
        <w:jc w:val="right"/>
      </w:pPr>
      <w:r>
        <w:t>line of action تو میں سمجھتا ہوں کہ موت کا واقعہ ہر آدمی کو بتاتا ہے کہ right</w:t>
      </w:r>
    </w:p>
    <w:p>
      <w:r>
        <w:rPr>
          <w:b/>
        </w:rPr>
        <w:t xml:space="preserve">[33:59] </w:t>
      </w:r>
      <w:r>
        <w:t>line of action kya hai ab woh hai jannat rukhi zindagi guzarna maut ka waqe' har aadmi ke</w:t>
      </w:r>
    </w:p>
    <w:p>
      <w:pPr>
        <w:jc w:val="right"/>
      </w:pPr>
      <w:r>
        <w:t>line of action کیا ہے اب وہ ہے جنت رخی زندگی گزارنا موت کا واقعہ ہر آدمی کے</w:t>
      </w:r>
    </w:p>
    <w:p>
      <w:r>
        <w:rPr>
          <w:b/>
        </w:rPr>
        <w:t xml:space="preserve">[34:07] </w:t>
      </w:r>
      <w:r>
        <w:t>liye batata hai ke is ke liye sahi ma'non mein line of action kya hai is ko kaun</w:t>
      </w:r>
    </w:p>
    <w:p>
      <w:pPr>
        <w:jc w:val="right"/>
      </w:pPr>
      <w:r>
        <w:t>لیے بتاتا ہے کہ اس کے لیے صحیح معنوں میں line of action کیا ہے اس کو کون</w:t>
      </w:r>
    </w:p>
    <w:p>
      <w:r>
        <w:rPr>
          <w:b/>
        </w:rPr>
        <w:t xml:space="preserve">[34:15] </w:t>
      </w:r>
      <w:r>
        <w:t>sa rasta chhodna hai kaun sa rasta pakadna hai is ko kis manzil ki taraf daudne ko chhodna</w:t>
      </w:r>
    </w:p>
    <w:p>
      <w:pPr>
        <w:jc w:val="right"/>
      </w:pPr>
      <w:r>
        <w:t>سا راستہ چھوڑنا ہے کون سا راستہ پکڑنا ہے اس کو کس منزل کی طرف دوڑنے کو چھوڑنا</w:t>
      </w:r>
    </w:p>
    <w:p>
      <w:r>
        <w:rPr>
          <w:b/>
        </w:rPr>
        <w:t xml:space="preserve">[34:22] </w:t>
      </w:r>
      <w:r>
        <w:t>hai kis manzil ki taraf mujhe daudna hai woh manzil yahi hai ke aakhirat ki manzil jannat ki</w:t>
      </w:r>
    </w:p>
    <w:p>
      <w:pPr>
        <w:jc w:val="right"/>
      </w:pPr>
      <w:r>
        <w:t>ہے کس منزل کی طرف مجھے دوڑنا ہے وہ منزل یہی ہے کہ آخرت کی منزل جنت کی</w:t>
      </w:r>
    </w:p>
    <w:p>
      <w:r>
        <w:rPr>
          <w:b/>
        </w:rPr>
        <w:t xml:space="preserve">[34:30] </w:t>
      </w:r>
      <w:r>
        <w:t>manzil Allah ki rehmat ki manzil Allah ki daryaft ki manzil to aaj ka jo news item tha</w:t>
      </w:r>
    </w:p>
    <w:p>
      <w:pPr>
        <w:jc w:val="right"/>
      </w:pPr>
      <w:r>
        <w:t>منزل اللہ کی رحمت کی منزل اللہ کی دریافت کی منزل تو آج کا جو news item تھا</w:t>
      </w:r>
    </w:p>
    <w:p>
      <w:r>
        <w:rPr>
          <w:b/>
        </w:rPr>
        <w:t xml:space="preserve">[34:38] </w:t>
      </w:r>
      <w:r>
        <w:t>woh is par sochte hue mujhe aisi baatein samajh aayin aaj ka jo news item tha is ne</w:t>
      </w:r>
    </w:p>
    <w:p>
      <w:pPr>
        <w:jc w:val="right"/>
      </w:pPr>
      <w:r>
        <w:t>وہ اس پر سوچتے ہوئے مجھے ایسی باتیں سمجھ آئیں آج کا جو news item تھا اس نے</w:t>
      </w:r>
    </w:p>
    <w:p>
      <w:r>
        <w:rPr>
          <w:b/>
        </w:rPr>
        <w:t xml:space="preserve">[34:45] </w:t>
      </w:r>
      <w:r>
        <w:t>mere mind ko trigger kiya trigger phir yeh sari baatein samajh aayin har waqe' aap ke mind ko</w:t>
      </w:r>
    </w:p>
    <w:p>
      <w:pPr>
        <w:jc w:val="right"/>
      </w:pPr>
      <w:r>
        <w:t>میرے mind کو trigger کیا trigger پھر یہ ساری باتیں سمجھ آئیں ہر واقعہ آپ کے mind کو</w:t>
      </w:r>
    </w:p>
    <w:p>
      <w:r>
        <w:rPr>
          <w:b/>
        </w:rPr>
        <w:t xml:space="preserve">[34:53] </w:t>
      </w:r>
      <w:r>
        <w:t>trigger karta hai aap ka mind jitna zyada prepare hoga utni zyada woh is ke andar nayi soch</w:t>
      </w:r>
    </w:p>
    <w:p>
      <w:pPr>
        <w:jc w:val="right"/>
      </w:pPr>
      <w:r>
        <w:t>trigger کرتا ہے آپ کا mind جتنا زیادہ prepare ہوگا اتنی زیادہ وہ اس کے اندر نئی سوچ</w:t>
      </w:r>
    </w:p>
    <w:p>
      <w:r>
        <w:rPr>
          <w:b/>
        </w:rPr>
        <w:t xml:space="preserve">[35:01] </w:t>
      </w:r>
      <w:r>
        <w:t>aayegi har bar jab aap ka mind trigger hota hai to naye naye darwaze khulte hain lekin</w:t>
      </w:r>
    </w:p>
    <w:p>
      <w:pPr>
        <w:jc w:val="right"/>
      </w:pPr>
      <w:r>
        <w:t>آئے گی ہر بار جب آپ کا mind trigger ہوتا ہے تو نئے نئے دروازے کھلتے ہیں لیکن</w:t>
      </w:r>
    </w:p>
    <w:p>
      <w:r>
        <w:rPr>
          <w:b/>
        </w:rPr>
        <w:t xml:space="preserve">[35:09] </w:t>
      </w:r>
      <w:r>
        <w:t>jitni aadmi ki ya'ni intellectually jitna woh prepared hoga isi lehaz se woh avail kar payega to</w:t>
      </w:r>
    </w:p>
    <w:p>
      <w:pPr>
        <w:jc w:val="right"/>
      </w:pPr>
      <w:r>
        <w:t>جتنی آدمی کی یعنی intellectually جتنا وہ prepared ہوگا اسی لحاظ سے وہ avail کر پائے گا تو</w:t>
      </w:r>
    </w:p>
    <w:p>
      <w:r>
        <w:rPr>
          <w:b/>
        </w:rPr>
        <w:t xml:space="preserve">[35:16] </w:t>
      </w:r>
      <w:r>
        <w:t>mein samajhta hoon ke shayad yeh tareekh ka ek bahut hi bada waqe' tha bahut hi bada is</w:t>
      </w:r>
    </w:p>
    <w:p>
      <w:pPr>
        <w:jc w:val="right"/>
      </w:pPr>
      <w:r>
        <w:t>میں سمجھتا ہوں کہ شاید یہ تاریخ کا ایک بہت ہی بڑا واقعہ تھا بہت ہی بڑا اس</w:t>
      </w:r>
    </w:p>
    <w:p>
      <w:r>
        <w:rPr>
          <w:b/>
        </w:rPr>
        <w:t xml:space="preserve">[35:24] </w:t>
      </w:r>
      <w:r>
        <w:t>ko le kar hum sochein aur sabak hasil karein is se pehle bhi bade bade aadmiyon ki maut</w:t>
      </w:r>
    </w:p>
    <w:p>
      <w:pPr>
        <w:jc w:val="right"/>
      </w:pPr>
      <w:r>
        <w:t>کو لے کر ہم سوچیں اور سبق حاصل کریں اس سے پہلے بھی بڑے بڑے آدمیوں کی موت</w:t>
      </w:r>
    </w:p>
    <w:p>
      <w:r>
        <w:rPr>
          <w:b/>
        </w:rPr>
        <w:t xml:space="preserve">[35:32] </w:t>
      </w:r>
      <w:r>
        <w:t>hui hai lekin age of communication nahi tha print media aur electronic media nahi tha to isi aisa</w:t>
      </w:r>
    </w:p>
    <w:p>
      <w:pPr>
        <w:jc w:val="right"/>
      </w:pPr>
      <w:r>
        <w:t>ہوئی ہے لیکن age of communication نہیں تھا print میڈیا اور electronic میڈیا نہیں تھا تو اسی ایسا</w:t>
      </w:r>
    </w:p>
    <w:p>
      <w:r>
        <w:rPr>
          <w:b/>
        </w:rPr>
        <w:t xml:space="preserve">[35:39] </w:t>
      </w:r>
      <w:r>
        <w:t>nahi hota tha aisa nahi ho sakta tha ke isi din sari dunya jaan le ki si ajeeb baat</w:t>
      </w:r>
    </w:p>
    <w:p>
      <w:pPr>
        <w:jc w:val="right"/>
      </w:pPr>
      <w:r>
        <w:t>نہیں ہوتا تھا ایسا نہیں ہو سکتا تھا کہ اسی دن ساری دنیا جان لے کیسی عجیب بات</w:t>
      </w:r>
    </w:p>
    <w:p>
      <w:r>
        <w:rPr>
          <w:b/>
        </w:rPr>
        <w:t xml:space="preserve">[35:47] </w:t>
      </w:r>
      <w:r>
        <w:t>ki si anokhi baat hai ke kal death hui aur kal hi sari dunya ne jaan liya itni badi</w:t>
      </w:r>
    </w:p>
    <w:p>
      <w:pPr>
        <w:jc w:val="right"/>
      </w:pPr>
      <w:r>
        <w:t>کیسی انوکھی بات ہے کہ کل death ہوئی اور کل ہی ساری دنیا نے جان لیا اتنی بڑی</w:t>
      </w:r>
    </w:p>
    <w:p>
      <w:r>
        <w:rPr>
          <w:b/>
        </w:rPr>
        <w:t xml:space="preserve">[35:55] </w:t>
      </w:r>
      <w:r>
        <w:t>dunya itni badi dunya jo hai agar chand mein koi log bas baste to woh nahi unhein bhi</w:t>
      </w:r>
    </w:p>
    <w:p>
      <w:pPr>
        <w:jc w:val="right"/>
      </w:pPr>
      <w:r>
        <w:t>دنیا اتنی بڑی دنیا جو ہے اگر چاند میں کوئی لوگ بس بستے تو وہ نہیں انہیں بھی</w:t>
      </w:r>
    </w:p>
    <w:p>
      <w:r>
        <w:rPr>
          <w:b/>
        </w:rPr>
        <w:t xml:space="preserve">[36:03] </w:t>
      </w:r>
      <w:r>
        <w:t>khabar ho jati yeh to is se pehle kabhi nahi hua tha yeh tareekh mein pehli bar aisa</w:t>
      </w:r>
    </w:p>
    <w:p>
      <w:pPr>
        <w:jc w:val="right"/>
      </w:pPr>
      <w:r>
        <w:t>خبر ہو جاتی یہ تو اس سے پہلے کبھی نہیں ہوا تھا یہ تاریخ میں پہلی بار ایسا</w:t>
      </w:r>
    </w:p>
    <w:p>
      <w:r>
        <w:rPr>
          <w:b/>
        </w:rPr>
        <w:t xml:space="preserve">[36:10] </w:t>
      </w:r>
      <w:r>
        <w:t>hua hai ke sare hatta ke jangalon mein jo log honge unhon ne bhi un ki jeeb</w:t>
      </w:r>
    </w:p>
    <w:p>
      <w:pPr>
        <w:jc w:val="right"/>
      </w:pPr>
      <w:r>
        <w:t>ہوا ہے کہ سارے حتی کہ جنگلوں میں جو لوگ ہوں گے انہوں نے بھی ان کی جیب</w:t>
      </w:r>
    </w:p>
    <w:p>
      <w:r>
        <w:rPr>
          <w:b/>
        </w:rPr>
        <w:t xml:space="preserve">[36:18] </w:t>
      </w:r>
      <w:r>
        <w:t>mein aap jante hain ke aaj kal sab ki jeeb mein smartphone hota hai mobile hota hai to</w:t>
      </w:r>
    </w:p>
    <w:p>
      <w:pPr>
        <w:jc w:val="right"/>
      </w:pPr>
      <w:r>
        <w:t>میں آپ جانتے ہیں کہ آج کل سب کی جیب میں smartphone ہوتا ہے موبائل ہوتا ہے تو</w:t>
      </w:r>
    </w:p>
    <w:p>
      <w:r>
        <w:rPr>
          <w:b/>
        </w:rPr>
        <w:t xml:space="preserve">[36:26] </w:t>
      </w:r>
      <w:r>
        <w:t>jangal mein hoon pahadon par hoon kahin hoon wohin un ko khabar ho jaye gi ke ke boxer</w:t>
      </w:r>
    </w:p>
    <w:p>
      <w:pPr>
        <w:jc w:val="right"/>
      </w:pPr>
      <w:r>
        <w:t>جنگل میں ہوں پہاڑوں پر ہوں کہیں ہوں وہیں ان کو خبر ہو جائے گی کہ کہ باکسر</w:t>
      </w:r>
    </w:p>
    <w:p>
      <w:r>
        <w:rPr>
          <w:b/>
        </w:rPr>
        <w:t xml:space="preserve">[36:33] </w:t>
      </w:r>
      <w:r>
        <w:t>champion ki death ho gayi aisa zamana hai yeh to kal ke waqeye ko har aadmi yaqeenan jaan</w:t>
      </w:r>
    </w:p>
    <w:p>
      <w:pPr>
        <w:jc w:val="right"/>
      </w:pPr>
      <w:r>
        <w:t>champion کی death ہو گئی ایسا زمانہ ہے یہ تو کل کے واقعے کو ہر آدمی یقینا جان</w:t>
      </w:r>
    </w:p>
    <w:p>
      <w:r>
        <w:rPr>
          <w:b/>
        </w:rPr>
        <w:t xml:space="preserve">[36:41] </w:t>
      </w:r>
      <w:r>
        <w:t>chuka hai har aadmi ke sar par yeh saib gir chuka hai har aadmi ko yeh khabar hit</w:t>
      </w:r>
    </w:p>
    <w:p>
      <w:pPr>
        <w:jc w:val="right"/>
      </w:pPr>
      <w:r>
        <w:t>چکا ہے ہر آدمی کے سر پر یہ سیب گر چکا ہے ہر آدمی کو یہ خبر hit</w:t>
      </w:r>
    </w:p>
    <w:p>
      <w:r>
        <w:rPr>
          <w:b/>
        </w:rPr>
        <w:t xml:space="preserve">[36:49] </w:t>
      </w:r>
      <w:r>
        <w:t>kar chuki hai har aadmi ke liye farz hoga farz ke woh sochein aur apni zindagi ki re-planning</w:t>
      </w:r>
    </w:p>
    <w:p>
      <w:pPr>
        <w:jc w:val="right"/>
      </w:pPr>
      <w:r>
        <w:t>کر چکی ہے ہر آدمی کے لیے فرض ہوگا فرض کہ وہ سوچیں اور اپنی زندگی کی re-planning</w:t>
      </w:r>
    </w:p>
    <w:p>
      <w:r>
        <w:rPr>
          <w:b/>
        </w:rPr>
        <w:t xml:space="preserve">[36:57] </w:t>
      </w:r>
      <w:r>
        <w:t>karein apni zindagi ki re-planning karein aaj bohat tafseel se aaj ke akhbaron mein yeh khabar bohat tafseel</w:t>
      </w:r>
    </w:p>
    <w:p>
      <w:pPr>
        <w:jc w:val="right"/>
      </w:pPr>
      <w:r>
        <w:t>کریں اپنی زندگی کی re-planning کریں آج بہت تفصیل سے آج کے اخباروں میں یہ خبر بہت تفصیل</w:t>
      </w:r>
    </w:p>
    <w:p>
      <w:r>
        <w:rPr>
          <w:b/>
        </w:rPr>
        <w:t xml:space="preserve">[37:04] </w:t>
      </w:r>
      <w:r>
        <w:t>se aayi hai aap ne yaqeenan aap mein se kai logon ne yaqeenan is ko parha hoga na</w:t>
      </w:r>
    </w:p>
    <w:p>
      <w:pPr>
        <w:jc w:val="right"/>
      </w:pPr>
      <w:r>
        <w:t>سے آئی ہے آپ نے یقینا آپ میں سے کئی لوگوں نے یقینا اس کو پڑھا ہوگا نہ</w:t>
      </w:r>
    </w:p>
    <w:p>
      <w:r>
        <w:rPr>
          <w:b/>
        </w:rPr>
        <w:t xml:space="preserve">[37:12] </w:t>
      </w:r>
      <w:r>
        <w:t>parha ho to aap se parh lijiye aur is waqeye se sabaq hasil kijiye meri dua hai ke</w:t>
      </w:r>
    </w:p>
    <w:p>
      <w:pPr>
        <w:jc w:val="right"/>
      </w:pPr>
      <w:r>
        <w:t>پڑھا ہو تو آپ سے پڑھ لیجیے اور اس واقعے سے سبق حاصل کیجیے میری دعا ہے کہ</w:t>
      </w:r>
    </w:p>
    <w:p>
      <w:r>
        <w:rPr>
          <w:b/>
        </w:rPr>
        <w:t xml:space="preserve">[37:20] </w:t>
      </w:r>
      <w:r>
        <w:t>Allah taala hum ko aur aap ko tofeeq de ke hum is se sabaq lein apni zindagi ki</w:t>
      </w:r>
    </w:p>
    <w:p>
      <w:pPr>
        <w:jc w:val="right"/>
      </w:pPr>
      <w:r>
        <w:t>اللہ تعالیٰ ہم کو اور آپ کو توفیق دے کہ ہم اس سے سبق لیں اپنی زندگی کی</w:t>
      </w:r>
    </w:p>
    <w:p>
      <w:r>
        <w:rPr>
          <w:b/>
        </w:rPr>
        <w:t xml:space="preserve">[37:27] </w:t>
      </w:r>
      <w:r>
        <w:t>re-planning karein ziyada sahi buniyadon par yeh meri dua hai apne liye aap sab ke liye assalam o alaikum</w:t>
      </w:r>
    </w:p>
    <w:p>
      <w:pPr>
        <w:jc w:val="right"/>
      </w:pPr>
      <w:r>
        <w:t>re-planning کریں زیادہ صحیح بنیادوں پر یہ میری دعا ہے اپنے لیے آپ سب کے لیے السلام علیکم</w:t>
      </w:r>
    </w:p>
    <w:p>
      <w:r>
        <w:rPr>
          <w:b/>
        </w:rPr>
        <w:t xml:space="preserve">[37:35] </w:t>
      </w:r>
      <w:r>
        <w:t>wa rehmatullah wa barakatuh.</w:t>
      </w:r>
    </w:p>
    <w:p>
      <w:pPr>
        <w:jc w:val="right"/>
      </w:pPr>
      <w:r>
        <w:t>ورحمتہ اللہ وبرکاتہ.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