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Peaceful Islamic Mission December 28, 2014</w:t>
      </w:r>
    </w:p>
    <w:p>
      <w:r>
        <w:t>https://www.youtube.com/watch?v=aLacalXEtRA</w:t>
      </w:r>
    </w:p>
    <w:p>
      <w:r>
        <w:rPr>
          <w:b/>
        </w:rPr>
        <w:t xml:space="preserve">[00:19] </w:t>
      </w:r>
      <w:r>
        <w:t>bismillah hir rahman nir rahim wa salla Allahu 'ala an nabiyyi al karim rabbish rah li sadri wa yassir li amri wah lul 'uqdatan</w:t>
      </w:r>
    </w:p>
    <w:p>
      <w:pPr>
        <w:jc w:val="right"/>
      </w:pPr>
      <w:r>
        <w:t>بسم الله الرحمن الرحيم وصلى الله على النبي الكريم رب اشرح لی صدری ویسر لی امری واحل العقدۃ</w:t>
      </w:r>
    </w:p>
    <w:p>
      <w:r>
        <w:rPr>
          <w:b/>
        </w:rPr>
        <w:t xml:space="preserve">[00:26] </w:t>
      </w:r>
      <w:r>
        <w:t>min lisani yafqah qawli uthaiis december do hazar chuday, paanch Rabi al Awwal chuday sau chhatis.</w:t>
      </w:r>
    </w:p>
    <w:p>
      <w:pPr>
        <w:jc w:val="right"/>
      </w:pPr>
      <w:r>
        <w:t>من لسانی یفقہ قولی اٹھائیس دسمبر دو ہزار چودہ، پانچ ربیع الاول چودہ سو چھتیس۔</w:t>
      </w:r>
    </w:p>
    <w:p>
      <w:r>
        <w:rPr>
          <w:b/>
        </w:rPr>
        <w:t xml:space="preserve">[00:33] </w:t>
      </w:r>
      <w:r>
        <w:t>aaj ka din aik bohat hi zyada tarikhi din hai.</w:t>
      </w:r>
    </w:p>
    <w:p>
      <w:pPr>
        <w:jc w:val="right"/>
      </w:pPr>
      <w:r>
        <w:t>آج کا دن ایک بہت ہی زیادہ تاریخی دن ہے۔</w:t>
      </w:r>
    </w:p>
    <w:p>
      <w:r>
        <w:rPr>
          <w:b/>
        </w:rPr>
        <w:t xml:space="preserve">[00:40] </w:t>
      </w:r>
      <w:r>
        <w:t>aaj do bohat hi khaas waqeat hue, aik India mein aur aik bahar.</w:t>
      </w:r>
    </w:p>
    <w:p>
      <w:pPr>
        <w:jc w:val="right"/>
      </w:pPr>
      <w:r>
        <w:t>آج دو بہت ہی خاص واقعات ہوئے، ایک انڈیا میں اور ایک باہر۔</w:t>
      </w:r>
    </w:p>
    <w:p>
      <w:r>
        <w:rPr>
          <w:b/>
        </w:rPr>
        <w:t xml:space="preserve">[00:47] </w:t>
      </w:r>
      <w:r>
        <w:t>abhi hamein aik message mila hai Canada se.</w:t>
      </w:r>
    </w:p>
    <w:p>
      <w:pPr>
        <w:jc w:val="right"/>
      </w:pPr>
      <w:r>
        <w:t>ابھی ہمیں ایک میسج ملا ہے کینیڈا سے۔</w:t>
      </w:r>
    </w:p>
    <w:p>
      <w:r>
        <w:rPr>
          <w:b/>
        </w:rPr>
        <w:t xml:space="preserve">[00:54] </w:t>
      </w:r>
      <w:r>
        <w:t>Khawaja Karimuddin sahib ne Canada ke shahar Toronto mein aik function mein Quran ki distribution ka</w:t>
      </w:r>
    </w:p>
    <w:p>
      <w:pPr>
        <w:jc w:val="right"/>
      </w:pPr>
      <w:r>
        <w:t>خواجہ کریم الدین صاحب نے کینیڈا کے شہر ٹورنٹو میں ایک فنکشن میں قرآن کی ڈسٹری بیوشن کا</w:t>
      </w:r>
    </w:p>
    <w:p>
      <w:r>
        <w:rPr>
          <w:b/>
        </w:rPr>
        <w:t xml:space="preserve">[01:01] </w:t>
      </w:r>
      <w:r>
        <w:t>intezam kiya aur Islami literature wahan rakhwaye.</w:t>
      </w:r>
    </w:p>
    <w:p>
      <w:pPr>
        <w:jc w:val="right"/>
      </w:pPr>
      <w:r>
        <w:t>انتظام کیا اور اسلامی لٹریچر وہاں رکھوائے۔</w:t>
      </w:r>
    </w:p>
    <w:p>
      <w:r>
        <w:rPr>
          <w:b/>
        </w:rPr>
        <w:t xml:space="preserve">[01:09] </w:t>
      </w:r>
      <w:r>
        <w:t>to logon ne bohat shauq se Quran ko liya.</w:t>
      </w:r>
    </w:p>
    <w:p>
      <w:pPr>
        <w:jc w:val="right"/>
      </w:pPr>
      <w:r>
        <w:t>تو لوگوں نے بہت شوق سے قرآن کو لیا۔</w:t>
      </w:r>
    </w:p>
    <w:p>
      <w:r>
        <w:rPr>
          <w:b/>
        </w:rPr>
        <w:t xml:space="preserve">[01:16] </w:t>
      </w:r>
      <w:r>
        <w:t>is dauran aik bohat hi anokha waqea hua aur abhi bhi unhon ne wahan se message kar ke</w:t>
      </w:r>
    </w:p>
    <w:p>
      <w:pPr>
        <w:jc w:val="right"/>
      </w:pPr>
      <w:r>
        <w:t>اس دوران ایک بہت ہی انوکھا واقعہ ہوا اور ابھی بھی انہوں نے وہاں سے میسج کر کے</w:t>
      </w:r>
    </w:p>
    <w:p>
      <w:r>
        <w:rPr>
          <w:b/>
        </w:rPr>
        <w:t xml:space="preserve">[01:23] </w:t>
      </w:r>
      <w:r>
        <w:t>bheja hai, halankay Dilli aur Toronto mein barah hazar kilometer ka faasla hai.</w:t>
      </w:r>
    </w:p>
    <w:p>
      <w:pPr>
        <w:jc w:val="right"/>
      </w:pPr>
      <w:r>
        <w:t>بھیجا ہے، حالانکہ دلی اور ٹورنٹو میں بارہ ہزار کلومیٹر کا فاصلہ ہے۔</w:t>
      </w:r>
    </w:p>
    <w:p>
      <w:r>
        <w:rPr>
          <w:b/>
        </w:rPr>
        <w:t xml:space="preserve">[01:30] </w:t>
      </w:r>
      <w:r>
        <w:t>wo message yeh hai ke jab wo wahan par logon ko Quran de rahe thay to achaanak aik</w:t>
      </w:r>
    </w:p>
    <w:p>
      <w:pPr>
        <w:jc w:val="right"/>
      </w:pPr>
      <w:r>
        <w:t>وہ میسج یہ ہے کہ جب وہ وہاں پر لوگوں کو قرآن دے رہے تھے تو اچانک ایک</w:t>
      </w:r>
    </w:p>
    <w:p>
      <w:r>
        <w:rPr>
          <w:b/>
        </w:rPr>
        <w:t xml:space="preserve">[01:37] </w:t>
      </w:r>
      <w:r>
        <w:t>un known aadmi aaya.</w:t>
      </w:r>
    </w:p>
    <w:p>
      <w:pPr>
        <w:jc w:val="right"/>
      </w:pPr>
      <w:r>
        <w:t>ان نون آدمی آیا۔</w:t>
      </w:r>
    </w:p>
    <w:p>
      <w:r>
        <w:rPr>
          <w:b/>
        </w:rPr>
        <w:t xml:space="preserve">[01:44] </w:t>
      </w:r>
      <w:r>
        <w:t>us ne aik hazar dollar diya as an appreciation aur disappear ho gaya.</w:t>
      </w:r>
    </w:p>
    <w:p>
      <w:pPr>
        <w:jc w:val="right"/>
      </w:pPr>
      <w:r>
        <w:t>اس نے ایک ہزار ڈالر دیا as an appreciation اور disappear ہو گیا۔</w:t>
      </w:r>
    </w:p>
    <w:p>
      <w:r>
        <w:rPr>
          <w:b/>
        </w:rPr>
        <w:t xml:space="preserve">[01:52] </w:t>
      </w:r>
      <w:r>
        <w:t>is ke baad nahi maloom ke wo kahan gaya.</w:t>
      </w:r>
    </w:p>
    <w:p>
      <w:pPr>
        <w:jc w:val="right"/>
      </w:pPr>
      <w:r>
        <w:t>اس کے بعد نہیں معلوم کہ وہ کہاں گیا۔</w:t>
      </w:r>
    </w:p>
    <w:p>
      <w:r>
        <w:rPr>
          <w:b/>
        </w:rPr>
        <w:t xml:space="preserve">[01:59] </w:t>
      </w:r>
      <w:r>
        <w:t>mujhe yaqeen hai ke yeh angel tha.</w:t>
      </w:r>
    </w:p>
    <w:p>
      <w:pPr>
        <w:jc w:val="right"/>
      </w:pPr>
      <w:r>
        <w:t>مجھے یقین ہے کہ یہ اینجل تھا۔</w:t>
      </w:r>
    </w:p>
    <w:p>
      <w:r>
        <w:rPr>
          <w:b/>
        </w:rPr>
        <w:t xml:space="preserve">[02:06] </w:t>
      </w:r>
      <w:r>
        <w:t>aur wo Allah ki taraf se is liye aaya tha ke is kaam ka ailan kare ke yeh</w:t>
      </w:r>
    </w:p>
    <w:p>
      <w:pPr>
        <w:jc w:val="right"/>
      </w:pPr>
      <w:r>
        <w:t>اور وہ اللہ کی طرف سے اس لیے آیا تھا کہ اس کام کا اعلان کرے کہ یہ</w:t>
      </w:r>
    </w:p>
    <w:p>
      <w:r>
        <w:rPr>
          <w:b/>
        </w:rPr>
        <w:t xml:space="preserve">[02:13] </w:t>
      </w:r>
      <w:r>
        <w:t>Allah ki marzi ke mutabiq kaam ho raha hai.</w:t>
      </w:r>
    </w:p>
    <w:p>
      <w:pPr>
        <w:jc w:val="right"/>
      </w:pPr>
      <w:r>
        <w:t>اللہ کی مرضی کے مطابق کام ہو رہا ہے۔</w:t>
      </w:r>
    </w:p>
    <w:p>
      <w:r>
        <w:rPr>
          <w:b/>
        </w:rPr>
        <w:t xml:space="preserve">[02:20] </w:t>
      </w:r>
      <w:r>
        <w:t>yeh bohat hi anokhi baat hai.</w:t>
      </w:r>
    </w:p>
    <w:p>
      <w:pPr>
        <w:jc w:val="right"/>
      </w:pPr>
      <w:r>
        <w:t>یہ بہت ہی انوکھی بات ہے۔</w:t>
      </w:r>
    </w:p>
    <w:p>
      <w:r>
        <w:rPr>
          <w:b/>
        </w:rPr>
        <w:t xml:space="preserve">[02:27] </w:t>
      </w:r>
      <w:r>
        <w:t>doosra waqea Dilli mein wo bhi aaj hi hua.</w:t>
      </w:r>
    </w:p>
    <w:p>
      <w:pPr>
        <w:jc w:val="right"/>
      </w:pPr>
      <w:r>
        <w:t>دوسرا واقعہ دلی میں وہ بھی آج ہی ہوا۔</w:t>
      </w:r>
    </w:p>
    <w:p>
      <w:r>
        <w:rPr>
          <w:b/>
        </w:rPr>
        <w:t xml:space="preserve">[02:34] </w:t>
      </w:r>
      <w:r>
        <w:t>India ka jo top ka newspaper hai The Times of India, aaj uthaiis december ko is mein</w:t>
      </w:r>
    </w:p>
    <w:p>
      <w:pPr>
        <w:jc w:val="right"/>
      </w:pPr>
      <w:r>
        <w:t>انڈیا کا جو ٹاپ کا نیوز پیپر ہے The Times of India، آج اٹھائیس دسمبر کو اس میں</w:t>
      </w:r>
    </w:p>
    <w:p>
      <w:r>
        <w:rPr>
          <w:b/>
        </w:rPr>
        <w:t xml:space="preserve">[02:42] </w:t>
      </w:r>
      <w:r>
        <w:t>aik article chhaapa hai.</w:t>
      </w:r>
    </w:p>
    <w:p>
      <w:pPr>
        <w:jc w:val="right"/>
      </w:pPr>
      <w:r>
        <w:t>ایک آرٹیکل چھپا ہے۔</w:t>
      </w:r>
    </w:p>
    <w:p>
      <w:r>
        <w:rPr>
          <w:b/>
        </w:rPr>
        <w:t xml:space="preserve">[02:49] </w:t>
      </w:r>
      <w:r>
        <w:t>yeh Bombay ke aik senior journalist Muhammad Wajihuddin sahib ke qalam se hai.</w:t>
      </w:r>
    </w:p>
    <w:p>
      <w:pPr>
        <w:jc w:val="right"/>
      </w:pPr>
      <w:r>
        <w:t>یہ بمبئی کے ایک سینئر جرنلسٹ محمد وجیہہ الدین صاحب کے قلم سے ہے۔</w:t>
      </w:r>
    </w:p>
    <w:p>
      <w:r>
        <w:rPr>
          <w:b/>
        </w:rPr>
        <w:t xml:space="preserve">[02:56] </w:t>
      </w:r>
      <w:r>
        <w:t>aur zahir hai ke Times of India ne is ko accept kiya, tab to chhaapa is ke andar.</w:t>
      </w:r>
    </w:p>
    <w:p>
      <w:pPr>
        <w:jc w:val="right"/>
      </w:pPr>
      <w:r>
        <w:t>اور ظاہر ہے کہ Times of India نے اس کو ایکسیپٹ کیا، تب تو چھپا اس کے اندر۔</w:t>
      </w:r>
    </w:p>
    <w:p>
      <w:r>
        <w:rPr>
          <w:b/>
        </w:rPr>
        <w:t xml:space="preserve">[03:03] </w:t>
      </w:r>
      <w:r>
        <w:t>to is ka title jo hai yeh hai yani Peace Mission.</w:t>
      </w:r>
    </w:p>
    <w:p>
      <w:pPr>
        <w:jc w:val="right"/>
      </w:pPr>
      <w:r>
        <w:t>تو اس کا ٹائٹل جو ہے یہ ہے یعنی Peace Mission۔</w:t>
      </w:r>
    </w:p>
    <w:p>
      <w:r>
        <w:rPr>
          <w:b/>
        </w:rPr>
        <w:t xml:space="preserve">[03:10] </w:t>
      </w:r>
      <w:r>
        <w:t>yeh hamare mission ka taaruf hai.</w:t>
      </w:r>
    </w:p>
    <w:p>
      <w:pPr>
        <w:jc w:val="right"/>
      </w:pPr>
      <w:r>
        <w:t>یہ ہمارے مشن کا تعارف ہے۔</w:t>
      </w:r>
    </w:p>
    <w:p>
      <w:r>
        <w:rPr>
          <w:b/>
        </w:rPr>
        <w:t xml:space="preserve">[03:17] </w:t>
      </w:r>
      <w:r>
        <w:t>is ko aap parhein to content ke aitbaar se is ka title shayad yeh hoga: Islam: A Peaceful Dawah Mission.</w:t>
      </w:r>
    </w:p>
    <w:p>
      <w:pPr>
        <w:jc w:val="right"/>
      </w:pPr>
      <w:r>
        <w:t>اس کو آپ پڑھیں تو کنٹینٹ کے اعتبار سے اس کا ٹائٹل شاید یہ ہوگا: اسلام: A Peaceful Dawah Mission۔</w:t>
      </w:r>
    </w:p>
    <w:p>
      <w:r>
        <w:rPr>
          <w:b/>
        </w:rPr>
        <w:t xml:space="preserve">[03:25] </w:t>
      </w:r>
      <w:r>
        <w:t>kesi ajeeb baat hai.</w:t>
      </w:r>
    </w:p>
    <w:p>
      <w:pPr>
        <w:jc w:val="right"/>
      </w:pPr>
      <w:r>
        <w:t>کیسی عجیب بات ہے۔</w:t>
      </w:r>
    </w:p>
    <w:p>
      <w:r>
        <w:rPr>
          <w:b/>
        </w:rPr>
        <w:t xml:space="preserve">[03:32] </w:t>
      </w:r>
      <w:r>
        <w:t>aur mein zaati taur par jo samajhta hoon woh yeh hai ke is yeh jis ko hum kehte</w:t>
      </w:r>
    </w:p>
    <w:p>
      <w:pPr>
        <w:jc w:val="right"/>
      </w:pPr>
      <w:r>
        <w:t>اور میں ذاتی طور پر جو سمجھتا ہوں وہ یہ ہے کہ اس یہ جس کو ہم کہتے</w:t>
      </w:r>
    </w:p>
    <w:p>
      <w:r>
        <w:rPr>
          <w:b/>
        </w:rPr>
        <w:t xml:space="preserve">[03:39] </w:t>
      </w:r>
      <w:r>
        <w:t>hain modern age, modern age is ko kehte hain jahan pe modern communication aaya, printing press aaya, openness</w:t>
      </w:r>
    </w:p>
    <w:p>
      <w:pPr>
        <w:jc w:val="right"/>
      </w:pPr>
      <w:r>
        <w:t>ہیں ماڈرن ایج، ماڈرن ایج اس کو کہتے ہیں جہاں پہ ماڈرن کمیونیکیشن آیا، پرنٹنگ پریس آیا، اوپننس</w:t>
      </w:r>
    </w:p>
    <w:p>
      <w:r>
        <w:rPr>
          <w:b/>
        </w:rPr>
        <w:t xml:space="preserve">[03:46] </w:t>
      </w:r>
      <w:r>
        <w:t>aaya, democracy aayi, modern science aayi, modern civilization aayi.</w:t>
      </w:r>
    </w:p>
    <w:p>
      <w:pPr>
        <w:jc w:val="right"/>
      </w:pPr>
      <w:r>
        <w:t>آیا، ڈیموکریسی آئی، ماڈرن سائنس آئی، ماڈرن سولائزیشن آئی۔</w:t>
      </w:r>
    </w:p>
    <w:p>
      <w:r>
        <w:rPr>
          <w:b/>
        </w:rPr>
        <w:t xml:space="preserve">[03:53] </w:t>
      </w:r>
      <w:r>
        <w:t>is daur mein Allah taala ne mauqa diya tha musalmanon ko ke woh Allah ke deen ko duniya</w:t>
      </w:r>
    </w:p>
    <w:p>
      <w:pPr>
        <w:jc w:val="right"/>
      </w:pPr>
      <w:r>
        <w:t>اس دور میں اللہ تعالیٰ نے موقع دیا تھا مسلمانوں کو کہ وہ اللہ کے دین کو دنیا</w:t>
      </w:r>
    </w:p>
    <w:p>
      <w:r>
        <w:rPr>
          <w:b/>
        </w:rPr>
        <w:t xml:space="preserve">[04:00] </w:t>
      </w:r>
      <w:r>
        <w:t>ke saamne pesh karein.</w:t>
      </w:r>
    </w:p>
    <w:p>
      <w:pPr>
        <w:jc w:val="right"/>
      </w:pPr>
      <w:r>
        <w:t>کے سامنے پیش کریں۔</w:t>
      </w:r>
    </w:p>
    <w:p>
      <w:r>
        <w:rPr>
          <w:b/>
        </w:rPr>
        <w:t xml:space="preserve">[04:08] </w:t>
      </w:r>
      <w:r>
        <w:t>lekin jahan tak mein jaanta hoon poori muslim duniya mein koi ek bhi mission aisa nahi hai jis</w:t>
      </w:r>
    </w:p>
    <w:p>
      <w:pPr>
        <w:jc w:val="right"/>
      </w:pPr>
      <w:r>
        <w:t>لیکن جہاں تک میں جانتا ہوں پوری مسلم دنیا میں کوئی ایک بھی مشن ایسا نہیں ہے جس</w:t>
      </w:r>
    </w:p>
    <w:p>
      <w:r>
        <w:rPr>
          <w:b/>
        </w:rPr>
        <w:t xml:space="preserve">[04:15] </w:t>
      </w:r>
      <w:r>
        <w:t>ne yeh kaam kiya ho.</w:t>
      </w:r>
    </w:p>
    <w:p>
      <w:pPr>
        <w:jc w:val="right"/>
      </w:pPr>
      <w:r>
        <w:t>نے یہ کام کیا ہو۔</w:t>
      </w:r>
    </w:p>
    <w:p>
      <w:r>
        <w:rPr>
          <w:b/>
        </w:rPr>
        <w:t xml:space="preserve">[04:22] </w:t>
      </w:r>
      <w:r>
        <w:t>Allah Allah ki tofeeq se dekhein yahan par jo kaam ho raha hai is ko aap dekh kijiye.</w:t>
      </w:r>
    </w:p>
    <w:p>
      <w:pPr>
        <w:jc w:val="right"/>
      </w:pPr>
      <w:r>
        <w:t>اللہ اللہ کی توفیق سے دیکھیں یہاں پر جو کام ہو رہا ہے اس کو آپ دیکھ کیجیے۔</w:t>
      </w:r>
    </w:p>
    <w:p>
      <w:r>
        <w:rPr>
          <w:b/>
        </w:rPr>
        <w:t xml:space="preserve">[04:29] </w:t>
      </w:r>
      <w:r>
        <w:t>yeh Quran ka English translation aur kai doosri international language mein translation yahan se chhaap kar phailaya ja raha hai.</w:t>
      </w:r>
    </w:p>
    <w:p>
      <w:pPr>
        <w:jc w:val="right"/>
      </w:pPr>
      <w:r>
        <w:t>یہ قرآن کا انگلش ٹرانسلیشن اور کئی دوسری انٹرنیشنل لینگویج میں ٹرانسلیشن یہاں سے چھاپ کر پھیلایا جا رہا ہے۔</w:t>
      </w:r>
    </w:p>
    <w:p>
      <w:r>
        <w:rPr>
          <w:b/>
        </w:rPr>
        <w:t xml:space="preserve">[04:36] </w:t>
      </w:r>
      <w:r>
        <w:t>yeh hai Prophet of Peace.</w:t>
      </w:r>
    </w:p>
    <w:p>
      <w:pPr>
        <w:jc w:val="right"/>
      </w:pPr>
      <w:r>
        <w:t>یہ ہے Prophet of Peace۔</w:t>
      </w:r>
    </w:p>
    <w:p>
      <w:r>
        <w:rPr>
          <w:b/>
        </w:rPr>
        <w:t xml:space="preserve">[04:43] </w:t>
      </w:r>
      <w:r>
        <w:t>is tarah ki kitabein choti badi kasrat se chhaap kar saari duniya mein phailayi ja rahi hain.</w:t>
      </w:r>
    </w:p>
    <w:p>
      <w:pPr>
        <w:jc w:val="right"/>
      </w:pPr>
      <w:r>
        <w:t>اس طرح کی کتابیں چھوٹی بڑی کثرت سے چھاپ کر ساری دنیا میں پھیلائی جا رہی ہیں۔</w:t>
      </w:r>
    </w:p>
    <w:p>
      <w:r>
        <w:rPr>
          <w:b/>
        </w:rPr>
        <w:t xml:space="preserve">[04:50] </w:t>
      </w:r>
      <w:r>
        <w:t>aur pehli baar Islam ko aise idiom mein pesh kiya ja raha hai jo duniya ke liye acceptable hai.</w:t>
      </w:r>
    </w:p>
    <w:p>
      <w:pPr>
        <w:jc w:val="right"/>
      </w:pPr>
      <w:r>
        <w:t>اور پہلی بار اسلام کو ایسے idiom میں پیش کیا جا رہا ہے جو دنیا کے لیے acceptable ہے۔</w:t>
      </w:r>
    </w:p>
    <w:p>
      <w:r>
        <w:rPr>
          <w:b/>
        </w:rPr>
        <w:t xml:space="preserve">[04:58] </w:t>
      </w:r>
      <w:r>
        <w:t>jis ko duniya appreciate kare.</w:t>
      </w:r>
    </w:p>
    <w:p>
      <w:pPr>
        <w:jc w:val="right"/>
      </w:pPr>
      <w:r>
        <w:t>جس کو دنیا appreciate کرے۔</w:t>
      </w:r>
    </w:p>
    <w:p>
      <w:r>
        <w:rPr>
          <w:b/>
        </w:rPr>
        <w:t xml:space="preserve">[05:05] </w:t>
      </w:r>
      <w:r>
        <w:t>dekhein is taqreeban do so saal ke age mein bohat se musalmanon ki jamaatein uthein, tehrikein uthein.</w:t>
      </w:r>
    </w:p>
    <w:p>
      <w:pPr>
        <w:jc w:val="right"/>
      </w:pPr>
      <w:r>
        <w:t>دیکھیں اس تقریباً دو سو سال کے age میں بہت سے مسلمانوں کی جماعتیں اٹھیں، تحریکیں اٹھیں۔</w:t>
      </w:r>
    </w:p>
    <w:p>
      <w:r>
        <w:rPr>
          <w:b/>
        </w:rPr>
        <w:t xml:space="preserve">[05:12] </w:t>
      </w:r>
      <w:r>
        <w:t>sab ki sab muslim oriented tehrikein theen.</w:t>
      </w:r>
    </w:p>
    <w:p>
      <w:pPr>
        <w:jc w:val="right"/>
      </w:pPr>
      <w:r>
        <w:t>سب کی سب مسلم oriented تحریکیں تھیں۔</w:t>
      </w:r>
    </w:p>
    <w:p>
      <w:r>
        <w:rPr>
          <w:b/>
        </w:rPr>
        <w:t xml:space="preserve">[05:19] </w:t>
      </w:r>
      <w:r>
        <w:t>aaj ke jo insaan hai is ki nazar mein woh muslim mission tha.</w:t>
      </w:r>
    </w:p>
    <w:p>
      <w:pPr>
        <w:jc w:val="right"/>
      </w:pPr>
      <w:r>
        <w:t>آج کے جو انسان ہے اس کی نظر میں وہ مسلم mission تھا۔</w:t>
      </w:r>
    </w:p>
    <w:p>
      <w:r>
        <w:rPr>
          <w:b/>
        </w:rPr>
        <w:t xml:space="preserve">[05:26] </w:t>
      </w:r>
      <w:r>
        <w:t>woh Islam ka global mission nahi tha woh.</w:t>
      </w:r>
    </w:p>
    <w:p>
      <w:pPr>
        <w:jc w:val="right"/>
      </w:pPr>
      <w:r>
        <w:t>وہ اسلام کا global mission نہیں تھا وہ۔</w:t>
      </w:r>
    </w:p>
    <w:p>
      <w:r>
        <w:rPr>
          <w:b/>
        </w:rPr>
        <w:t xml:space="preserve">[05:33] </w:t>
      </w:r>
      <w:r>
        <w:t>aur mein aap se arz karna chahta hoon ke yeh do waqeaat jo maine abhi arz kiya</w:t>
      </w:r>
    </w:p>
    <w:p>
      <w:pPr>
        <w:jc w:val="right"/>
      </w:pPr>
      <w:r>
        <w:t>اور میں آپ سے عرض کرنا چاہتا ہوں کہ یہ دو واقعات جو میں نے ابھی عرض کیا</w:t>
      </w:r>
    </w:p>
    <w:p>
      <w:r>
        <w:rPr>
          <w:b/>
        </w:rPr>
        <w:t xml:space="preserve">[05:41] </w:t>
      </w:r>
      <w:r>
        <w:t>ke Toronto mein jo Quran ki distribution ke waqt ek aadmi aa kar aa kar ke ek</w:t>
      </w:r>
    </w:p>
    <w:p>
      <w:pPr>
        <w:jc w:val="right"/>
      </w:pPr>
      <w:r>
        <w:t>کہ ٹورنٹو میں جو قرآن کی ڈسٹری بیوشن کے وقت ایک آدمی آ کر آ کر کے ایک</w:t>
      </w:r>
    </w:p>
    <w:p>
      <w:r>
        <w:rPr>
          <w:b/>
        </w:rPr>
        <w:t xml:space="preserve">[05:48] </w:t>
      </w:r>
      <w:r>
        <w:t>hazaar dollar de ke chala jaata hai.</w:t>
      </w:r>
    </w:p>
    <w:p>
      <w:pPr>
        <w:jc w:val="right"/>
      </w:pPr>
      <w:r>
        <w:t>ہزار ڈالر دے کے چلا جاتا ہے۔</w:t>
      </w:r>
    </w:p>
    <w:p>
      <w:r>
        <w:rPr>
          <w:b/>
        </w:rPr>
        <w:t xml:space="preserve">[05:55] </w:t>
      </w:r>
      <w:r>
        <w:t>aur aaj jo Times of India mein chhaapa hai mazmoon.</w:t>
      </w:r>
    </w:p>
    <w:p>
      <w:pPr>
        <w:jc w:val="right"/>
      </w:pPr>
      <w:r>
        <w:t>اور آج جو Times of India میں چھپا ہے مضمون۔</w:t>
      </w:r>
    </w:p>
    <w:p>
      <w:r>
        <w:rPr>
          <w:b/>
        </w:rPr>
        <w:t xml:space="preserve">[06:02] </w:t>
      </w:r>
      <w:r>
        <w:t>yeh is tarah ke bohat se waqeaat ho rahe hain.</w:t>
      </w:r>
    </w:p>
    <w:p>
      <w:pPr>
        <w:jc w:val="right"/>
      </w:pPr>
      <w:r>
        <w:t>یہ اس طرح کے بہت سے واقعات ہو رہے ہیں۔</w:t>
      </w:r>
    </w:p>
    <w:p>
      <w:r>
        <w:rPr>
          <w:b/>
        </w:rPr>
        <w:t xml:space="preserve">[06:09] </w:t>
      </w:r>
      <w:r>
        <w:t>yeh batate hain ke yeh waahid mission hai CPS ka mission jo hai yeh waahid mission</w:t>
      </w:r>
    </w:p>
    <w:p>
      <w:pPr>
        <w:jc w:val="right"/>
      </w:pPr>
      <w:r>
        <w:t>یہ بتاتے ہیں کہ یہ واحد مشن ہے سی پی ایس کا مشن جو ہے یہ واحد مشن</w:t>
      </w:r>
    </w:p>
    <w:p>
      <w:r>
        <w:rPr>
          <w:b/>
        </w:rPr>
        <w:t xml:space="preserve">[06:16] </w:t>
      </w:r>
      <w:r>
        <w:t>hai jisko modern age mein modern age ne is ko ahmiyat di hai.</w:t>
      </w:r>
    </w:p>
    <w:p>
      <w:pPr>
        <w:jc w:val="right"/>
      </w:pPr>
      <w:r>
        <w:t>ہے جس کو ماڈرن ایج میں ماڈرن ایج نے اس کو اہمیت دی ہے۔</w:t>
      </w:r>
    </w:p>
    <w:p>
      <w:r>
        <w:rPr>
          <w:b/>
        </w:rPr>
        <w:t xml:space="preserve">[06:23] </w:t>
      </w:r>
      <w:r>
        <w:t>is ko mutala kiya ja raha hai.</w:t>
      </w:r>
    </w:p>
    <w:p>
      <w:pPr>
        <w:jc w:val="right"/>
      </w:pPr>
      <w:r>
        <w:t>اس کو مطالعہ کیا جا رہا ہے۔</w:t>
      </w:r>
    </w:p>
    <w:p>
      <w:r>
        <w:rPr>
          <w:b/>
        </w:rPr>
        <w:t xml:space="preserve">[06:31] </w:t>
      </w:r>
      <w:r>
        <w:t>jis ko parha ja raha hai.</w:t>
      </w:r>
    </w:p>
    <w:p>
      <w:pPr>
        <w:jc w:val="right"/>
      </w:pPr>
      <w:r>
        <w:t>جس کو پڑھا جا رہا ہے۔</w:t>
      </w:r>
    </w:p>
    <w:p>
      <w:r>
        <w:rPr>
          <w:b/>
        </w:rPr>
        <w:t xml:space="preserve">[06:38] </w:t>
      </w:r>
      <w:r>
        <w:t>maghrib ki universityon mein is pe research ho rahi hai.</w:t>
      </w:r>
    </w:p>
    <w:p>
      <w:pPr>
        <w:jc w:val="right"/>
      </w:pPr>
      <w:r>
        <w:t>مغرب کی یونیورسٹیوں میں اس پہ ریسرچ ہو رہی ہے۔</w:t>
      </w:r>
    </w:p>
    <w:p>
      <w:r>
        <w:rPr>
          <w:b/>
        </w:rPr>
        <w:t xml:space="preserve">[06:45] </w:t>
      </w:r>
      <w:r>
        <w:t>maghrib ke professor log atay hain hamare paas interview ke liye.</w:t>
      </w:r>
    </w:p>
    <w:p>
      <w:pPr>
        <w:jc w:val="right"/>
      </w:pPr>
      <w:r>
        <w:t>مغرب کے پروفیسر لوگ آتے ہیں ہمارے پاس انٹرویو کے لیے۔</w:t>
      </w:r>
    </w:p>
    <w:p>
      <w:r>
        <w:rPr>
          <w:b/>
        </w:rPr>
        <w:t xml:space="preserve">[06:52] </w:t>
      </w:r>
      <w:r>
        <w:t>islam ko modern age mein dakhil karne ka credit jata hai agar to sirf CPS ko.</w:t>
      </w:r>
    </w:p>
    <w:p>
      <w:pPr>
        <w:jc w:val="right"/>
      </w:pPr>
      <w:r>
        <w:t>اسلام کو ماڈرن ایج میں داخل کرنے کا کریڈٹ جاتا ہے اگر تو صرف سی پی ایس کو۔</w:t>
      </w:r>
    </w:p>
    <w:p>
      <w:r>
        <w:rPr>
          <w:b/>
        </w:rPr>
        <w:t xml:space="preserve">[06:59] </w:t>
      </w:r>
      <w:r>
        <w:t>dusre jo musalmanon ki tehreekein hain un ka zikr agar maghrib ke media mein aata hai to woh</w:t>
      </w:r>
    </w:p>
    <w:p>
      <w:pPr>
        <w:jc w:val="right"/>
      </w:pPr>
      <w:r>
        <w:t>دوسرے جو مسلمانوں کی تحریکیں ہیں ان کا ذکر اگر مغرب کے میڈیا میں آتا ہے تو وہ</w:t>
      </w:r>
    </w:p>
    <w:p>
      <w:r>
        <w:rPr>
          <w:b/>
        </w:rPr>
        <w:t xml:space="preserve">[07:06] </w:t>
      </w:r>
      <w:r>
        <w:t>bohat hi mukhtalif cheez hai.</w:t>
      </w:r>
    </w:p>
    <w:p>
      <w:pPr>
        <w:jc w:val="right"/>
      </w:pPr>
      <w:r>
        <w:t>بہت ہی مختلف چیز ہے۔</w:t>
      </w:r>
    </w:p>
    <w:p>
      <w:r>
        <w:rPr>
          <w:b/>
        </w:rPr>
        <w:t xml:space="preserve">[07:14] </w:t>
      </w:r>
      <w:r>
        <w:t>woh is ko as a threat lete hain threat.</w:t>
      </w:r>
    </w:p>
    <w:p>
      <w:pPr>
        <w:jc w:val="right"/>
      </w:pPr>
      <w:r>
        <w:t>وہ اس کو as اے threat لیتے ہیں threat۔</w:t>
      </w:r>
    </w:p>
    <w:p>
      <w:r>
        <w:rPr>
          <w:b/>
        </w:rPr>
        <w:t xml:space="preserve">[07:21] </w:t>
      </w:r>
      <w:r>
        <w:t>is ko is farq ko aap samjhiye ke do hi jamaatein hain, do hi tehreekein hain, dusre mission</w:t>
      </w:r>
    </w:p>
    <w:p>
      <w:pPr>
        <w:jc w:val="right"/>
      </w:pPr>
      <w:r>
        <w:t>اس کو اس فرق کو آپ سمجھیے کہ دو ہی جماعتیں ہیں، دو ہی تحریکیں ہیں، دوسرے مشن</w:t>
      </w:r>
    </w:p>
    <w:p>
      <w:r>
        <w:rPr>
          <w:b/>
        </w:rPr>
        <w:t xml:space="preserve">[07:28] </w:t>
      </w:r>
      <w:r>
        <w:t>jo musalmanon ne jari kar rakhe hain.</w:t>
      </w:r>
    </w:p>
    <w:p>
      <w:pPr>
        <w:jc w:val="right"/>
      </w:pPr>
      <w:r>
        <w:t>جو مسلمانوں نے جاری کر رکھے ہیں۔</w:t>
      </w:r>
    </w:p>
    <w:p>
      <w:r>
        <w:rPr>
          <w:b/>
        </w:rPr>
        <w:t xml:space="preserve">[07:35] </w:t>
      </w:r>
      <w:r>
        <w:t>un ka zikr agar aata hai maghrib ke media mein to woh as a threat aata hai.</w:t>
      </w:r>
    </w:p>
    <w:p>
      <w:pPr>
        <w:jc w:val="right"/>
      </w:pPr>
      <w:r>
        <w:t>ان کا ذکر اگر آتا ہے مغرب کے میڈیا میں تو وہ as اے threat آتا ہے۔</w:t>
      </w:r>
    </w:p>
    <w:p>
      <w:r>
        <w:rPr>
          <w:b/>
        </w:rPr>
        <w:t xml:space="preserve">[07:42] </w:t>
      </w:r>
      <w:r>
        <w:t>lekin yeh jo mission hai CPS ka mission is ko woh le rahe hain is aitbar</w:t>
      </w:r>
    </w:p>
    <w:p>
      <w:pPr>
        <w:jc w:val="right"/>
      </w:pPr>
      <w:r>
        <w:t>لیکن یہ جو مشن ہے سی پی ایس کا مشن اس کو وہ لے رہے ہیں اس اعتبار</w:t>
      </w:r>
    </w:p>
    <w:p>
      <w:r>
        <w:rPr>
          <w:b/>
        </w:rPr>
        <w:t xml:space="preserve">[07:49] </w:t>
      </w:r>
      <w:r>
        <w:t>se ke yeh mission islam ka positive taaruf kar raha hai, peaceful andaaz mein is ko bata raha</w:t>
      </w:r>
    </w:p>
    <w:p>
      <w:pPr>
        <w:jc w:val="right"/>
      </w:pPr>
      <w:r>
        <w:t>سے کہ یہ مشن اسلام کا positive تعارف کر رہا ہے، peaceful انداز میں اس کو بتا رہا</w:t>
      </w:r>
    </w:p>
    <w:p>
      <w:r>
        <w:rPr>
          <w:b/>
        </w:rPr>
        <w:t xml:space="preserve">[07:57] </w:t>
      </w:r>
      <w:r>
        <w:t>hai ke islam kya hai.</w:t>
      </w:r>
    </w:p>
    <w:p>
      <w:pPr>
        <w:jc w:val="right"/>
      </w:pPr>
      <w:r>
        <w:t>ہے کہ اسلام کیا ہے۔</w:t>
      </w:r>
    </w:p>
    <w:p>
      <w:r>
        <w:rPr>
          <w:b/>
        </w:rPr>
        <w:t xml:space="preserve">[08:04] </w:t>
      </w:r>
      <w:r>
        <w:t>yani aaj ke lehaz se jo acceptable hai us andaaz mein is ko pesh kar raha hai.</w:t>
      </w:r>
    </w:p>
    <w:p>
      <w:pPr>
        <w:jc w:val="right"/>
      </w:pPr>
      <w:r>
        <w:t>یعنی آج کے لحاظ سے جو acceptable ہے اس انداز میں اس کو پیش کر رہا ہے۔</w:t>
      </w:r>
    </w:p>
    <w:p>
      <w:r>
        <w:rPr>
          <w:b/>
        </w:rPr>
        <w:t xml:space="preserve">[08:11] </w:t>
      </w:r>
      <w:r>
        <w:t>to yeh aik hi mission hai is aitbar se ke woh islam ke woh is ko ideological sense</w:t>
      </w:r>
    </w:p>
    <w:p>
      <w:pPr>
        <w:jc w:val="right"/>
      </w:pPr>
      <w:r>
        <w:t>تو یہ ایک ہی مشن ہے اس اعتبار سے کہ وہ اسلام کہ وہ اس کو ideological sense</w:t>
      </w:r>
    </w:p>
    <w:p>
      <w:r>
        <w:rPr>
          <w:b/>
        </w:rPr>
        <w:t xml:space="preserve">[08:18] </w:t>
      </w:r>
      <w:r>
        <w:t>mein lete hain.</w:t>
      </w:r>
    </w:p>
    <w:p>
      <w:pPr>
        <w:jc w:val="right"/>
      </w:pPr>
      <w:r>
        <w:t>میں لیتے ہیں۔</w:t>
      </w:r>
    </w:p>
    <w:p>
      <w:r>
        <w:rPr>
          <w:b/>
        </w:rPr>
        <w:t xml:space="preserve">[08:25] </w:t>
      </w:r>
      <w:r>
        <w:t>yani aaj ka jo dunya hai, aaj ka jo insan hai, aaj ka jo parha likha insan hai,</w:t>
      </w:r>
    </w:p>
    <w:p>
      <w:pPr>
        <w:jc w:val="right"/>
      </w:pPr>
      <w:r>
        <w:t>یعنی آج کا جو دنیا ہے، آج کا جو انسان ہے، آج کا جو پڑھا لکھا انسان ہے،</w:t>
      </w:r>
    </w:p>
    <w:p>
      <w:r>
        <w:rPr>
          <w:b/>
        </w:rPr>
        <w:t xml:space="preserve">[08:32] </w:t>
      </w:r>
      <w:r>
        <w:t>chahe woh India mein ho, Europe ho, America mein ho, kahin bhi ho.</w:t>
      </w:r>
    </w:p>
    <w:p>
      <w:pPr>
        <w:jc w:val="right"/>
      </w:pPr>
      <w:r>
        <w:t>چاہے وہ انڈیا میں ہو، یورپ ہو، امریکہ میں ہو، کہیں بھی ہو۔</w:t>
      </w:r>
    </w:p>
    <w:p>
      <w:r>
        <w:rPr>
          <w:b/>
        </w:rPr>
        <w:t xml:space="preserve">[08:39] </w:t>
      </w:r>
      <w:r>
        <w:t>woh CPS ke mission ko is aitbar se le raha hai ke yeh islam ki ideology</w:t>
      </w:r>
    </w:p>
    <w:p>
      <w:pPr>
        <w:jc w:val="right"/>
      </w:pPr>
      <w:r>
        <w:t>وہ سی پی ایس کے مشن کو اس اعتبار سے لے رہا ہے کہ یہ اسلام کی ideology</w:t>
      </w:r>
    </w:p>
    <w:p>
      <w:r>
        <w:rPr>
          <w:b/>
        </w:rPr>
        <w:t xml:space="preserve">[08:47] </w:t>
      </w:r>
      <w:r>
        <w:t>pesh kar rahe hain.</w:t>
      </w:r>
    </w:p>
    <w:p>
      <w:pPr>
        <w:jc w:val="right"/>
      </w:pPr>
      <w:r>
        <w:t>پیش کر رہے ہیں۔</w:t>
      </w:r>
    </w:p>
    <w:p>
      <w:r>
        <w:rPr>
          <w:b/>
        </w:rPr>
        <w:t xml:space="preserve">[08:54] </w:t>
      </w:r>
      <w:r>
        <w:t>dusron ka agar agar woh zikr karta to sirf is liye ke woh un ke threat un ke</w:t>
      </w:r>
    </w:p>
    <w:p>
      <w:pPr>
        <w:jc w:val="right"/>
      </w:pPr>
      <w:r>
        <w:t>دوسروں کا اگر اگر وہ ذکر کرتا تو صرف اس لیے کہ وہ ان کے threat ان کے</w:t>
      </w:r>
    </w:p>
    <w:p>
      <w:r>
        <w:rPr>
          <w:b/>
        </w:rPr>
        <w:t xml:space="preserve">[09:01] </w:t>
      </w:r>
      <w:r>
        <w:t>threat samajhta apne liye.</w:t>
      </w:r>
    </w:p>
    <w:p>
      <w:pPr>
        <w:jc w:val="right"/>
      </w:pPr>
      <w:r>
        <w:t>threat سمجھتا اپنے لیے۔</w:t>
      </w:r>
    </w:p>
    <w:p>
      <w:r>
        <w:rPr>
          <w:b/>
        </w:rPr>
        <w:t xml:space="preserve">[09:08] </w:t>
      </w:r>
      <w:r>
        <w:t>woh samajhta hai ke yeh nine eleven karne wale log hain.</w:t>
      </w:r>
    </w:p>
    <w:p>
      <w:pPr>
        <w:jc w:val="right"/>
      </w:pPr>
      <w:r>
        <w:t>وہ سمجھتا ہے کہ یہ nine eleven کرنے والے لوگ ہیں۔</w:t>
      </w:r>
    </w:p>
    <w:p>
      <w:r>
        <w:rPr>
          <w:b/>
        </w:rPr>
        <w:t xml:space="preserve">[09:15] </w:t>
      </w:r>
      <w:r>
        <w:t>yeh bohat hi bari baat hai jo Allah taala ne is ki tofeeq un logon ko di hai</w:t>
      </w:r>
    </w:p>
    <w:p>
      <w:pPr>
        <w:jc w:val="right"/>
      </w:pPr>
      <w:r>
        <w:t>یہ بہت ہی بڑی بات ہے جو اللہ تعالیٰ نے اس کی توفیق ان لوگوں کو دی ہے</w:t>
      </w:r>
    </w:p>
    <w:p>
      <w:r>
        <w:rPr>
          <w:b/>
        </w:rPr>
        <w:t xml:space="preserve">[09:22] </w:t>
      </w:r>
      <w:r>
        <w:t>jo CPS ka mission chala rahe hain.</w:t>
      </w:r>
    </w:p>
    <w:p>
      <w:pPr>
        <w:jc w:val="right"/>
      </w:pPr>
      <w:r>
        <w:t>جو سی پی ایس کا مشن چلا رہے ہیں۔</w:t>
      </w:r>
    </w:p>
    <w:p>
      <w:r>
        <w:rPr>
          <w:b/>
        </w:rPr>
        <w:t xml:space="preserve">[09:30] </w:t>
      </w:r>
      <w:r>
        <w:t>dekhen Quran ki surat number pachis jis ka hai title hai Al-Furqan is ki pehli ayat yeh hai:</w:t>
      </w:r>
    </w:p>
    <w:p>
      <w:pPr>
        <w:jc w:val="right"/>
      </w:pPr>
      <w:r>
        <w:t>دیکھیں قرآن کی سورۃ نمبر پچیس جس کا ہے ٹائٹل ہے الفرقان اس کی پہلی آیت یہ ہے:</w:t>
      </w:r>
    </w:p>
    <w:p>
      <w:r>
        <w:rPr>
          <w:b/>
        </w:rPr>
        <w:t xml:space="preserve">[09:37] </w:t>
      </w:r>
      <w:r>
        <w:t>tabarak alladhi nazzala al-furqana al-abdi layakuna lil alamin nadhira yeh ayat kya batati hai? yeh ayat batati hai ke</w:t>
      </w:r>
    </w:p>
    <w:p>
      <w:pPr>
        <w:jc w:val="right"/>
      </w:pPr>
      <w:r>
        <w:t>تبارك الذی نزل الفرقان العبدی لیکون للعالمین نذیرا یہ آیت کیا بتاتی ہے؟ یہ آیت بتاتی ہے کہ</w:t>
      </w:r>
    </w:p>
    <w:p>
      <w:r>
        <w:rPr>
          <w:b/>
        </w:rPr>
        <w:t xml:space="preserve">[09:44] </w:t>
      </w:r>
      <w:r>
        <w:t>Quran Allah ne utara tha is liye ke woh sare alam mein pohnche.</w:t>
      </w:r>
    </w:p>
    <w:p>
      <w:pPr>
        <w:jc w:val="right"/>
      </w:pPr>
      <w:r>
        <w:t>قرآن اللہ نے اتارا تھا اس لیے کہ وہ سارے عالم میں پہنچے۔</w:t>
      </w:r>
    </w:p>
    <w:p>
      <w:r>
        <w:rPr>
          <w:b/>
        </w:rPr>
        <w:t xml:space="preserve">[09:51] </w:t>
      </w:r>
      <w:r>
        <w:t>Allah ne apne aakhri peghambar ko bheja tha is liye ke is ke zariye se Allah ka jo</w:t>
      </w:r>
    </w:p>
    <w:p>
      <w:pPr>
        <w:jc w:val="right"/>
      </w:pPr>
      <w:r>
        <w:t>اللہ نے اپنے آخری پیغمبر کو بھیجا تھا اس لیے کہ اس کے ذریعے سے اللہ کا جو</w:t>
      </w:r>
    </w:p>
    <w:p>
      <w:r>
        <w:rPr>
          <w:b/>
        </w:rPr>
        <w:t xml:space="preserve">[09:58] </w:t>
      </w:r>
      <w:r>
        <w:t>mission bheja hai Allah ne dunya mein woh sare logon tak pohnche.</w:t>
      </w:r>
    </w:p>
    <w:p>
      <w:pPr>
        <w:jc w:val="right"/>
      </w:pPr>
      <w:r>
        <w:t>مشن بھیجا ہے اللہ نے دنیا میں وہ سارے لوگوں تک پہنچے۔</w:t>
      </w:r>
    </w:p>
    <w:p>
      <w:r>
        <w:rPr>
          <w:b/>
        </w:rPr>
        <w:t xml:space="preserve">[10:05] </w:t>
      </w:r>
      <w:r>
        <w:t>lekin jahan tak main janta hoon sari Muslim dunya mein koi tehreek ya koi fard aisa nahi hai</w:t>
      </w:r>
    </w:p>
    <w:p>
      <w:pPr>
        <w:jc w:val="right"/>
      </w:pPr>
      <w:r>
        <w:t>لیکن جہاں تک میں جانتا ہوں ساری مسلم دنیا میں کوئی تحریک یا کوئی فرد ایسا نہیں ہے</w:t>
      </w:r>
    </w:p>
    <w:p>
      <w:r>
        <w:rPr>
          <w:b/>
        </w:rPr>
        <w:t xml:space="preserve">[10:12] </w:t>
      </w:r>
      <w:r>
        <w:t>jisko is ka credit diya ja sake.</w:t>
      </w:r>
    </w:p>
    <w:p>
      <w:pPr>
        <w:jc w:val="right"/>
      </w:pPr>
      <w:r>
        <w:t>جس کو اس کا کریڈٹ دیا سکے۔</w:t>
      </w:r>
    </w:p>
    <w:p>
      <w:r>
        <w:rPr>
          <w:b/>
        </w:rPr>
        <w:t xml:space="preserve">[10:20] </w:t>
      </w:r>
      <w:r>
        <w:t>kyun ke sab log maghrib se nafrat mein jee rahe hain.</w:t>
      </w:r>
    </w:p>
    <w:p>
      <w:pPr>
        <w:jc w:val="right"/>
      </w:pPr>
      <w:r>
        <w:t>کیونکہ سب لوگ مغرب سے نفرت میں جی رہے ہیں۔</w:t>
      </w:r>
    </w:p>
    <w:p>
      <w:r>
        <w:rPr>
          <w:b/>
        </w:rPr>
        <w:t xml:space="preserve">[10:27] </w:t>
      </w:r>
      <w:r>
        <w:t>maghrib ke khilaf tehreekein chala rahe hain.</w:t>
      </w:r>
    </w:p>
    <w:p>
      <w:pPr>
        <w:jc w:val="right"/>
      </w:pPr>
      <w:r>
        <w:t>مغرب کے خلاف تحریکیں چلا رہے ہیں۔</w:t>
      </w:r>
    </w:p>
    <w:p>
      <w:r>
        <w:rPr>
          <w:b/>
        </w:rPr>
        <w:t xml:space="preserve">[10:34] </w:t>
      </w:r>
      <w:r>
        <w:t>maghrib ki khwahishon ka zikr kar rahe hain.</w:t>
      </w:r>
    </w:p>
    <w:p>
      <w:pPr>
        <w:jc w:val="right"/>
      </w:pPr>
      <w:r>
        <w:t>مغرب کے خواہشوں کا ذکر کر رہے ہیں۔</w:t>
      </w:r>
    </w:p>
    <w:p>
      <w:r>
        <w:rPr>
          <w:b/>
        </w:rPr>
        <w:t xml:space="preserve">[10:41] </w:t>
      </w:r>
      <w:r>
        <w:t>maghrib ke koi Islam yeh yeh kehte hain ke woh enemy number one of Islam hai.</w:t>
      </w:r>
    </w:p>
    <w:p>
      <w:pPr>
        <w:jc w:val="right"/>
      </w:pPr>
      <w:r>
        <w:t>مغرب کے کوئی اسلام یہ یہ کہتے ہیں کہ وہ enemy نمبر one of اسلام ہے۔</w:t>
      </w:r>
    </w:p>
    <w:p>
      <w:r>
        <w:rPr>
          <w:b/>
        </w:rPr>
        <w:t xml:space="preserve">[10:48] </w:t>
      </w:r>
      <w:r>
        <w:t>is hesiyat se pesh kar rahe hain.</w:t>
      </w:r>
    </w:p>
    <w:p>
      <w:pPr>
        <w:jc w:val="right"/>
      </w:pPr>
      <w:r>
        <w:t>اس حیثیت سے پیش کر رہے ہیں۔</w:t>
      </w:r>
    </w:p>
    <w:p>
      <w:r>
        <w:rPr>
          <w:b/>
        </w:rPr>
        <w:t xml:space="preserve">[10:55] </w:t>
      </w:r>
      <w:r>
        <w:t>to is ko jis ko aaj kal musalman kehte hain Islamophobia yani maghrib le raha hai in cheezon</w:t>
      </w:r>
    </w:p>
    <w:p>
      <w:pPr>
        <w:jc w:val="right"/>
      </w:pPr>
      <w:r>
        <w:t>تو اس کو جس کو آج کل مسلمان کہتے ہیں Islamophobia یعنی مغرب لے رہا ہے ان چیزوں</w:t>
      </w:r>
    </w:p>
    <w:p>
      <w:r>
        <w:rPr>
          <w:b/>
        </w:rPr>
        <w:t xml:space="preserve">[11:03] </w:t>
      </w:r>
      <w:r>
        <w:t>ko ek threat ke taur par to is ko musalman kehte hain ke yeh to Islamophobia hai.</w:t>
      </w:r>
    </w:p>
    <w:p>
      <w:pPr>
        <w:jc w:val="right"/>
      </w:pPr>
      <w:r>
        <w:t>کو ایک threat کے طور پر تو اس کو مسلمان کہتے ہیں کہ یہ تو Islamophobia ہے۔</w:t>
      </w:r>
    </w:p>
    <w:p>
      <w:r>
        <w:rPr>
          <w:b/>
        </w:rPr>
        <w:t xml:space="preserve">[11:10] </w:t>
      </w:r>
      <w:r>
        <w:t>to sari tehreekein, sari tehreekein, sari tehreekein ya to maghrib tak woh pohnchi hi nahi aur woh maghrib</w:t>
      </w:r>
    </w:p>
    <w:p>
      <w:pPr>
        <w:jc w:val="right"/>
      </w:pPr>
      <w:r>
        <w:t>تو ساری تحریکیں، ساری تحریکیں، ساری تحریکیں یا تو مغرب تک وہ پہنچی ہی نہیں اور وہ مغرب</w:t>
      </w:r>
    </w:p>
    <w:p>
      <w:r>
        <w:rPr>
          <w:b/>
        </w:rPr>
        <w:t xml:space="preserve">[11:17] </w:t>
      </w:r>
      <w:r>
        <w:t>ne in ka notice liya to as a threat notice liya hai.</w:t>
      </w:r>
    </w:p>
    <w:p>
      <w:pPr>
        <w:jc w:val="right"/>
      </w:pPr>
      <w:r>
        <w:t>نے ان کا نوٹس لیا تو as اے threat نوٹس لیا ہے۔</w:t>
      </w:r>
    </w:p>
    <w:p>
      <w:r>
        <w:rPr>
          <w:b/>
        </w:rPr>
        <w:t xml:space="preserve">[11:24] </w:t>
      </w:r>
      <w:r>
        <w:t>musalman is ka etiraf na karte hue kehte hain ke yeh to Islamophobia hai.</w:t>
      </w:r>
    </w:p>
    <w:p>
      <w:pPr>
        <w:jc w:val="right"/>
      </w:pPr>
      <w:r>
        <w:t>مسلمان اس کا اعتراف نہ کرتے ہوئے کہتے ہیں کہ یہ تو Islamophobia ہے۔</w:t>
      </w:r>
    </w:p>
    <w:p>
      <w:r>
        <w:rPr>
          <w:b/>
        </w:rPr>
        <w:t xml:space="preserve">[11:31] </w:t>
      </w:r>
      <w:r>
        <w:t>lekin is tarah yeh CPS ka mission wahid mission hai, wahid mission hai, wahid mission hai.</w:t>
      </w:r>
    </w:p>
    <w:p>
      <w:pPr>
        <w:jc w:val="right"/>
      </w:pPr>
      <w:r>
        <w:t>لیکن اس طرح یہ سی پی ایس کا مشن واحد مشن ہے، واحد مشن ہے، واحد مشن ہے۔</w:t>
      </w:r>
    </w:p>
    <w:p>
      <w:r>
        <w:rPr>
          <w:b/>
        </w:rPr>
        <w:t xml:space="preserve">[11:38] </w:t>
      </w:r>
      <w:r>
        <w:t>jisko aaj ka tabqa, jadeed zehn, aaj ka maghribi insan sanjeedgi ke sath le raha hai, is</w:t>
      </w:r>
    </w:p>
    <w:p>
      <w:pPr>
        <w:jc w:val="right"/>
      </w:pPr>
      <w:r>
        <w:t>جس کو آج کا طبقہ، جدید ذہن، آج کا مغربی انسان سنجیدگی کے ساتھ لے رہا ہے، اس</w:t>
      </w:r>
    </w:p>
    <w:p>
      <w:r>
        <w:rPr>
          <w:b/>
        </w:rPr>
        <w:t xml:space="preserve">[11:46] </w:t>
      </w:r>
      <w:r>
        <w:t>ki tehqeeq kar raha hai, is ko parh raha hai sari dunya mein.</w:t>
      </w:r>
    </w:p>
    <w:p>
      <w:pPr>
        <w:jc w:val="right"/>
      </w:pPr>
      <w:r>
        <w:t>کی تحقیق کر رہا ہے، اس کو پڑھ رہا ہے ساری دنیا میں۔</w:t>
      </w:r>
    </w:p>
    <w:p>
      <w:r>
        <w:rPr>
          <w:b/>
        </w:rPr>
        <w:t xml:space="preserve">[11:53] </w:t>
      </w:r>
      <w:r>
        <w:t>to main samajhta hoon ke yeh ek ajeeb o ghareeb nemat hai jo Allah taala ne CP</w:t>
      </w:r>
    </w:p>
    <w:p>
      <w:pPr>
        <w:jc w:val="right"/>
      </w:pPr>
      <w:r>
        <w:t>تو میں سمجھتا ہوں کہ یہ ایک عجیب و غریب نعمت ہے جو اللہ تعالیٰ نے سی پی</w:t>
      </w:r>
    </w:p>
    <w:p>
      <w:r>
        <w:rPr>
          <w:b/>
        </w:rPr>
        <w:t xml:space="preserve">[12:00] </w:t>
      </w:r>
      <w:r>
        <w:t>AS walon ko di hai.</w:t>
      </w:r>
    </w:p>
    <w:p>
      <w:pPr>
        <w:jc w:val="right"/>
      </w:pPr>
      <w:r>
        <w:t>ایس والوں کو دی ہے۔</w:t>
      </w:r>
    </w:p>
    <w:p>
      <w:r>
        <w:rPr>
          <w:b/>
        </w:rPr>
        <w:t xml:space="preserve">[12:07] </w:t>
      </w:r>
      <w:r>
        <w:t>woh nemat kya hai? ke Allah ka jo ek Allah ka jo ek insan ke liye gift aaya</w:t>
      </w:r>
    </w:p>
    <w:p>
      <w:pPr>
        <w:jc w:val="right"/>
      </w:pPr>
      <w:r>
        <w:t>وہ نعمت کیا ہے؟ کہ اللہ کا جو ایک اللہ کا جو ایک انسان کے لیے gift آیا</w:t>
      </w:r>
    </w:p>
    <w:p>
      <w:r>
        <w:rPr>
          <w:b/>
        </w:rPr>
        <w:t xml:space="preserve">[12:14] </w:t>
      </w:r>
      <w:r>
        <w:t>tha, quran allah ki taraf se sare insanon ke liye ek gift hai, ek divine gift hai.</w:t>
      </w:r>
    </w:p>
    <w:p>
      <w:pPr>
        <w:jc w:val="right"/>
      </w:pPr>
      <w:r>
        <w:t>تھا، قرآن اللہ کی طرف سے سارے انسانوں کے لیے ایک gift ہے، ایک divine gift ہے۔</w:t>
      </w:r>
    </w:p>
    <w:p>
      <w:r>
        <w:rPr>
          <w:b/>
        </w:rPr>
        <w:t xml:space="preserve">[12:21] </w:t>
      </w:r>
      <w:r>
        <w:t>aur rasool allah salallaho alaihi wasallam ki jo sunnat hai woh allah ki taraf se ek gift</w:t>
      </w:r>
    </w:p>
    <w:p>
      <w:pPr>
        <w:jc w:val="right"/>
      </w:pPr>
      <w:r>
        <w:t>اور رسول اللہ صلی اللہ علیہ وسلم کی جو سنت ہے وہ اللہ کی طرف سے ایک gift</w:t>
      </w:r>
    </w:p>
    <w:p>
      <w:r>
        <w:rPr>
          <w:b/>
        </w:rPr>
        <w:t xml:space="preserve">[12:28] </w:t>
      </w:r>
      <w:r>
        <w:t>hai, is ko pahunchana tha sare insanon tak.</w:t>
      </w:r>
    </w:p>
    <w:p>
      <w:pPr>
        <w:jc w:val="right"/>
      </w:pPr>
      <w:r>
        <w:t>ہے، اس کو پہنچنا تھا سارے انسانوں تک۔</w:t>
      </w:r>
    </w:p>
    <w:p>
      <w:r>
        <w:rPr>
          <w:b/>
        </w:rPr>
        <w:t xml:space="preserve">[12:36] </w:t>
      </w:r>
      <w:r>
        <w:t>to allah ki yeh mansha thi ke yeh pahunche.</w:t>
      </w:r>
    </w:p>
    <w:p>
      <w:pPr>
        <w:jc w:val="right"/>
      </w:pPr>
      <w:r>
        <w:t>تو اللہ کی یہ منشا تھی کہ یہ پہنچے۔</w:t>
      </w:r>
    </w:p>
    <w:p>
      <w:r>
        <w:rPr>
          <w:b/>
        </w:rPr>
        <w:t xml:space="preserve">[12:43] </w:t>
      </w:r>
      <w:r>
        <w:t>aur tareekh intezar kar rahi thi ke yeh pahunche.</w:t>
      </w:r>
    </w:p>
    <w:p>
      <w:pPr>
        <w:jc w:val="right"/>
      </w:pPr>
      <w:r>
        <w:t>اور تاریخ انتظار کر رہی تھی کہ یہ پہنچے۔</w:t>
      </w:r>
    </w:p>
    <w:p>
      <w:r>
        <w:rPr>
          <w:b/>
        </w:rPr>
        <w:t xml:space="preserve">[12:50] </w:t>
      </w:r>
      <w:r>
        <w:t>puri insani tareekh balkeh main yeh kahunga ke sare dum aasman hi intezar kar rahe the, puri</w:t>
      </w:r>
    </w:p>
    <w:p>
      <w:pPr>
        <w:jc w:val="right"/>
      </w:pPr>
      <w:r>
        <w:t>پوری انسانی تاریخ بلکہ میں یہ کہوں گا کہ سارے دم آسمان ہی انتظار کر رہے تھے، پوری</w:t>
      </w:r>
    </w:p>
    <w:p>
      <w:r>
        <w:rPr>
          <w:b/>
        </w:rPr>
        <w:t xml:space="preserve">[12:57] </w:t>
      </w:r>
      <w:r>
        <w:t>universe hi intezar kar rahi thi ke yeh pahunche.</w:t>
      </w:r>
    </w:p>
    <w:p>
      <w:pPr>
        <w:jc w:val="right"/>
      </w:pPr>
      <w:r>
        <w:t>universe ہی انتظار کر رہی تھی کہ یہ پہنچے۔</w:t>
      </w:r>
    </w:p>
    <w:p>
      <w:r>
        <w:rPr>
          <w:b/>
        </w:rPr>
        <w:t xml:space="preserve">[13:04] </w:t>
      </w:r>
      <w:r>
        <w:t>kyun? insan ko yeh maloom hi nahi tha ke allah ne kis ne paida kiya hai is kainaat</w:t>
      </w:r>
    </w:p>
    <w:p>
      <w:pPr>
        <w:jc w:val="right"/>
      </w:pPr>
      <w:r>
        <w:t>کیوں؟ انسان کو یہ معلوم ہی نہیں تھا کہ اللہ نے کس نے پیدا کیا ہے اس کائنات</w:t>
      </w:r>
    </w:p>
    <w:p>
      <w:r>
        <w:rPr>
          <w:b/>
        </w:rPr>
        <w:t xml:space="preserve">[13:11] </w:t>
      </w:r>
      <w:r>
        <w:t>ko, kis ne paida kiya hua hai is is insan ko.</w:t>
      </w:r>
    </w:p>
    <w:p>
      <w:pPr>
        <w:jc w:val="right"/>
      </w:pPr>
      <w:r>
        <w:t>کو، کس نے پیدا کیا ہوا ہے اس اس انسان کو۔</w:t>
      </w:r>
    </w:p>
    <w:p>
      <w:r>
        <w:rPr>
          <w:b/>
        </w:rPr>
        <w:t xml:space="preserve">[13:19] </w:t>
      </w:r>
      <w:r>
        <w:t>What is the purpose of creation? Yeh kisi ne bataya nahin.</w:t>
      </w:r>
    </w:p>
    <w:p>
      <w:pPr>
        <w:jc w:val="right"/>
      </w:pPr>
      <w:r>
        <w:t>What is the purpose of creation یہ کسی نے بتایا نہیں۔</w:t>
      </w:r>
    </w:p>
    <w:p>
      <w:r>
        <w:rPr>
          <w:b/>
        </w:rPr>
        <w:t xml:space="preserve">[13:26] </w:t>
      </w:r>
      <w:r>
        <w:t>yani universe ko paida karna, insan ko paida karna, nabiyon ko bhejna, is ka maqsad kya hai? is</w:t>
      </w:r>
    </w:p>
    <w:p>
      <w:pPr>
        <w:jc w:val="right"/>
      </w:pPr>
      <w:r>
        <w:t>یعنی universe کو پیدا کرنا، انسان کو پیدا کرنا، نبیوں کو بھیجنا، اس کا مقصد کیا ہے؟ اس</w:t>
      </w:r>
    </w:p>
    <w:p>
      <w:r>
        <w:rPr>
          <w:b/>
        </w:rPr>
        <w:t xml:space="preserve">[13:33] </w:t>
      </w:r>
      <w:r>
        <w:t>ka maqsad yeh hai ke is ka maqsad yeh tha ke insan allah ki marzi pe chale aur</w:t>
      </w:r>
    </w:p>
    <w:p>
      <w:pPr>
        <w:jc w:val="right"/>
      </w:pPr>
      <w:r>
        <w:t>کا مقصد یہ ہے کہ اس کا مقصد یہ تھا کہ انسان اللہ کی مرضی پہ چلے اور</w:t>
      </w:r>
    </w:p>
    <w:p>
      <w:r>
        <w:rPr>
          <w:b/>
        </w:rPr>
        <w:t xml:space="preserve">[13:40] </w:t>
      </w:r>
      <w:r>
        <w:t>aakhirat mein woh allah ki jannat mein dakhla paaye.</w:t>
      </w:r>
    </w:p>
    <w:p>
      <w:pPr>
        <w:jc w:val="right"/>
      </w:pPr>
      <w:r>
        <w:t>آخرت میں وہ اللہ کی جنت میں داخلہ پائے۔</w:t>
      </w:r>
    </w:p>
    <w:p>
      <w:r>
        <w:rPr>
          <w:b/>
        </w:rPr>
        <w:t xml:space="preserve">[13:47] </w:t>
      </w:r>
      <w:r>
        <w:t>isi ke liye yeh sab kiya allah taala ne.</w:t>
      </w:r>
    </w:p>
    <w:p>
      <w:pPr>
        <w:jc w:val="right"/>
      </w:pPr>
      <w:r>
        <w:t>اسی کے لیے یہ سب کیا اللہ تعالیٰ نے۔</w:t>
      </w:r>
    </w:p>
    <w:p>
      <w:r>
        <w:rPr>
          <w:b/>
        </w:rPr>
        <w:t xml:space="preserve">[13:54] </w:t>
      </w:r>
      <w:r>
        <w:t>insan ko batane ke liye, aye insan!</w:t>
      </w:r>
    </w:p>
    <w:p>
      <w:pPr>
        <w:jc w:val="right"/>
      </w:pPr>
      <w:r>
        <w:t>انسان کو بتانے کے لیے، اے انسان!</w:t>
      </w:r>
    </w:p>
    <w:p>
      <w:r>
        <w:rPr>
          <w:b/>
        </w:rPr>
        <w:t xml:space="preserve">[14:02] </w:t>
      </w:r>
      <w:r>
        <w:t>tujh ko tere khalq ne ek bohat bari, bare plan ke tehat paida kiya hai.</w:t>
      </w:r>
    </w:p>
    <w:p>
      <w:pPr>
        <w:jc w:val="right"/>
      </w:pPr>
      <w:r>
        <w:t>تجھ کو تیرے خالق نے ایک بہت بڑی، بڑے plan کے تحت پیدا کیا ہے۔</w:t>
      </w:r>
    </w:p>
    <w:p>
      <w:r>
        <w:rPr>
          <w:b/>
        </w:rPr>
        <w:t xml:space="preserve">[14:08] </w:t>
      </w:r>
      <w:r>
        <w:t>woh yeh ke tum allah ki marzi par chalo aur aakhirat mein is ka inaam eternal paradise shakal mein pao. yeh tha.</w:t>
      </w:r>
    </w:p>
    <w:p>
      <w:pPr>
        <w:jc w:val="right"/>
      </w:pPr>
      <w:r>
        <w:t>وہ یہ کہ تم اللہ کی مرضی پر چلو اور آخرت میں اس کا انعام eternal paradise شکل میں پاؤ۔ یہ تھا۔</w:t>
      </w:r>
    </w:p>
    <w:p>
      <w:r>
        <w:rPr>
          <w:b/>
        </w:rPr>
        <w:t xml:space="preserve">[14:14] </w:t>
      </w:r>
      <w:r>
        <w:t>yeh hai ke koi mission le kar khada hi nahi hua.</w:t>
      </w:r>
    </w:p>
    <w:p>
      <w:pPr>
        <w:jc w:val="right"/>
      </w:pPr>
      <w:r>
        <w:t>یہ ہے کہ کوئی mission لے کر کھڑا ہی نہیں ہوا۔</w:t>
      </w:r>
    </w:p>
    <w:p>
      <w:r>
        <w:rPr>
          <w:b/>
        </w:rPr>
        <w:t xml:space="preserve">[14:21] </w:t>
      </w:r>
      <w:r>
        <w:t>sab log, koi political mission, koi military mission, koi maar dhaar ka mission, koi nine eleven ka mission</w:t>
      </w:r>
    </w:p>
    <w:p>
      <w:pPr>
        <w:jc w:val="right"/>
      </w:pPr>
      <w:r>
        <w:t>سب لوگ، کوئی political mission، کوئی military mission، کوئی مار دھاڑ کا mission، کوئی nine eleven کا mission</w:t>
      </w:r>
    </w:p>
    <w:p>
      <w:r>
        <w:rPr>
          <w:b/>
        </w:rPr>
        <w:t xml:space="preserve">[14:27] </w:t>
      </w:r>
      <w:r>
        <w:t>le kar khade hue hain.</w:t>
      </w:r>
    </w:p>
    <w:p>
      <w:pPr>
        <w:jc w:val="right"/>
      </w:pPr>
      <w:r>
        <w:t>لے کر کھڑے ہوئے ہیں۔</w:t>
      </w:r>
    </w:p>
    <w:p>
      <w:r>
        <w:rPr>
          <w:b/>
        </w:rPr>
        <w:t xml:space="preserve">[14:33] </w:t>
      </w:r>
      <w:r>
        <w:t>is daur ke yeh jitne bhi hain, so called muslim leader, so called muslim rehnuma, woh sab yahi</w:t>
      </w:r>
    </w:p>
    <w:p>
      <w:pPr>
        <w:jc w:val="right"/>
      </w:pPr>
      <w:r>
        <w:t>اس دور کے یہ جتنے بھی ہیں، so called مسلم leader، so called مسلم رہنما، وہ سب یہی</w:t>
      </w:r>
    </w:p>
    <w:p>
      <w:r>
        <w:rPr>
          <w:b/>
        </w:rPr>
        <w:t xml:space="preserve">[14:40] </w:t>
      </w:r>
      <w:r>
        <w:t>karte hain kaam.</w:t>
      </w:r>
    </w:p>
    <w:p>
      <w:pPr>
        <w:jc w:val="right"/>
      </w:pPr>
      <w:r>
        <w:t>کرتے ہیں کام۔</w:t>
      </w:r>
    </w:p>
    <w:p>
      <w:r>
        <w:rPr>
          <w:b/>
        </w:rPr>
        <w:t xml:space="preserve">[14:46] </w:t>
      </w:r>
      <w:r>
        <w:t>yeh to matloob nahi tha.</w:t>
      </w:r>
    </w:p>
    <w:p>
      <w:pPr>
        <w:jc w:val="right"/>
      </w:pPr>
      <w:r>
        <w:t>یہ تو مطلوب نہیں تھا۔</w:t>
      </w:r>
    </w:p>
    <w:p>
      <w:r>
        <w:rPr>
          <w:b/>
        </w:rPr>
        <w:t xml:space="preserve">[14:52] </w:t>
      </w:r>
      <w:r>
        <w:t>yeh to allah ko matloob nahi tha.</w:t>
      </w:r>
    </w:p>
    <w:p>
      <w:pPr>
        <w:jc w:val="right"/>
      </w:pPr>
      <w:r>
        <w:t>یہ تو اللہ کو مطلوب نہیں تھا۔</w:t>
      </w:r>
    </w:p>
    <w:p>
      <w:r>
        <w:rPr>
          <w:b/>
        </w:rPr>
        <w:t xml:space="preserve">[14:59] </w:t>
      </w:r>
      <w:r>
        <w:t>kainaat is ka intezar nahi kar rahi thi.</w:t>
      </w:r>
    </w:p>
    <w:p>
      <w:pPr>
        <w:jc w:val="right"/>
      </w:pPr>
      <w:r>
        <w:t>کائنات اس کا انتظار نہیں کر رہی تھی۔</w:t>
      </w:r>
    </w:p>
    <w:p>
      <w:r>
        <w:rPr>
          <w:b/>
        </w:rPr>
        <w:t xml:space="preserve">[15:05] </w:t>
      </w:r>
      <w:r>
        <w:t>tareekh is is ka intezar nahi kar rahi thi.</w:t>
      </w:r>
    </w:p>
    <w:p>
      <w:pPr>
        <w:jc w:val="right"/>
      </w:pPr>
      <w:r>
        <w:t>تاریخ اس اس کا انتظار نہیں کر رہی تھی۔</w:t>
      </w:r>
    </w:p>
    <w:p>
      <w:r>
        <w:rPr>
          <w:b/>
        </w:rPr>
        <w:t xml:space="preserve">[15:11] </w:t>
      </w:r>
      <w:r>
        <w:t>to allah ki tofeeq se si pi es walon ko yeh moqa mila ke woh yeh kaam karen.</w:t>
      </w:r>
    </w:p>
    <w:p>
      <w:pPr>
        <w:jc w:val="right"/>
      </w:pPr>
      <w:r>
        <w:t>تو اللہ کی توفیق سے سی پی ایس والوں کو یہ موقع ملا کہ وہ یہ کام کریں۔</w:t>
      </w:r>
    </w:p>
    <w:p>
      <w:r>
        <w:rPr>
          <w:b/>
        </w:rPr>
        <w:t xml:space="preserve">[15:18] </w:t>
      </w:r>
      <w:r>
        <w:t>ke allah ke mission ko is ki sahih shakal mein dunya ke samne pesh karen.</w:t>
      </w:r>
    </w:p>
    <w:p>
      <w:pPr>
        <w:jc w:val="right"/>
      </w:pPr>
      <w:r>
        <w:t>کہ اللہ کے مشن کو اس کی صحیح شکل میں دنیا کے سامنے پیش کریں۔</w:t>
      </w:r>
    </w:p>
    <w:p>
      <w:r>
        <w:rPr>
          <w:b/>
        </w:rPr>
        <w:t xml:space="preserve">[15:24] </w:t>
      </w:r>
      <w:r>
        <w:t>dekhen, agar aap is zamaney mein jo tehrikain uthi hain, un ko aap parhen to sari tehrikain kya</w:t>
      </w:r>
    </w:p>
    <w:p>
      <w:pPr>
        <w:jc w:val="right"/>
      </w:pPr>
      <w:r>
        <w:t>دیکھیں، اگر آپ اس زمانے میں جو تحریکیں اٹھی ہیں، ان کو آپ پڑھیں تو ساری تحریکیں کیا</w:t>
      </w:r>
    </w:p>
    <w:p>
      <w:r>
        <w:rPr>
          <w:b/>
        </w:rPr>
        <w:t xml:space="preserve">[15:30] </w:t>
      </w:r>
      <w:r>
        <w:t>hain? woh islam ko, interest, islam ka jo taaruf de rahi hain, woh kis hesiyat se? ke islam</w:t>
      </w:r>
    </w:p>
    <w:p>
      <w:pPr>
        <w:jc w:val="right"/>
      </w:pPr>
      <w:r>
        <w:t>ہیں؟ وہ اسلام کو، انٹرسٹ، اسلام کا جو تعارف دے رہی ہیں، وہ کس حیثیت سے؟ کہ اسلام</w:t>
      </w:r>
    </w:p>
    <w:p>
      <w:r>
        <w:rPr>
          <w:b/>
        </w:rPr>
        <w:t xml:space="preserve">[15:37] </w:t>
      </w:r>
      <w:r>
        <w:t>ek political system hai.</w:t>
      </w:r>
    </w:p>
    <w:p>
      <w:pPr>
        <w:jc w:val="right"/>
      </w:pPr>
      <w:r>
        <w:t>ایک political سسٹم ہے۔</w:t>
      </w:r>
    </w:p>
    <w:p>
      <w:r>
        <w:rPr>
          <w:b/>
        </w:rPr>
        <w:t xml:space="preserve">[15:43] </w:t>
      </w:r>
      <w:r>
        <w:t>islam sari dunya mein hukumat qaim karna chahta hai.</w:t>
      </w:r>
    </w:p>
    <w:p>
      <w:pPr>
        <w:jc w:val="right"/>
      </w:pPr>
      <w:r>
        <w:t>اسلام ساری دنیا میں حکومت قائم کرنا چاہتا ہے۔</w:t>
      </w:r>
    </w:p>
    <w:p>
      <w:r>
        <w:rPr>
          <w:b/>
        </w:rPr>
        <w:t xml:space="preserve">[15:49] </w:t>
      </w:r>
      <w:r>
        <w:t>musalman afzal groh hain, un ki supremacy qaim karna chahta hai.</w:t>
      </w:r>
    </w:p>
    <w:p>
      <w:pPr>
        <w:jc w:val="right"/>
      </w:pPr>
      <w:r>
        <w:t>مسلمان افضل گروہ ہیں، ان کی supremacy قائم کرنا چاہتا ہے۔</w:t>
      </w:r>
    </w:p>
    <w:p>
      <w:r>
        <w:rPr>
          <w:b/>
        </w:rPr>
        <w:t xml:space="preserve">[15:56] </w:t>
      </w:r>
      <w:r>
        <w:t>yeh sab, yeh sab bilkul hi baseless cheezain hain.</w:t>
      </w:r>
    </w:p>
    <w:p>
      <w:pPr>
        <w:jc w:val="right"/>
      </w:pPr>
      <w:r>
        <w:t>یہ سب، یہ سب بالکل ہی baseless چیزیں ہیں۔</w:t>
      </w:r>
    </w:p>
    <w:p>
      <w:r>
        <w:rPr>
          <w:b/>
        </w:rPr>
        <w:t xml:space="preserve">[16:02] </w:t>
      </w:r>
      <w:r>
        <w:t>is ka islam se koi talluq nahin.</w:t>
      </w:r>
    </w:p>
    <w:p>
      <w:pPr>
        <w:jc w:val="right"/>
      </w:pPr>
      <w:r>
        <w:t>اس کا اسلام سے کوئی تعلق نہیں۔</w:t>
      </w:r>
    </w:p>
    <w:p>
      <w:r>
        <w:rPr>
          <w:b/>
        </w:rPr>
        <w:t xml:space="preserve">[16:08] </w:t>
      </w:r>
      <w:r>
        <w:t>ke allah ke ta'ala ki sab se zyada mehboob ummat musalman hai aur allah ko matlab hai ke</w:t>
      </w:r>
    </w:p>
    <w:p>
      <w:pPr>
        <w:jc w:val="right"/>
      </w:pPr>
      <w:r>
        <w:t>کہ اللہ کے تعالیٰ کی سب سے زیادہ محبوب امت مسلمان ہے اور اللہ کو مطلوب ہے کہ</w:t>
      </w:r>
    </w:p>
    <w:p>
      <w:r>
        <w:rPr>
          <w:b/>
        </w:rPr>
        <w:t xml:space="preserve">[16:15] </w:t>
      </w:r>
      <w:r>
        <w:t>woh dunya mein hukumat kare.</w:t>
      </w:r>
    </w:p>
    <w:p>
      <w:pPr>
        <w:jc w:val="right"/>
      </w:pPr>
      <w:r>
        <w:t>وہ دنیا میں حکومت کرے۔</w:t>
      </w:r>
    </w:p>
    <w:p>
      <w:r>
        <w:rPr>
          <w:b/>
        </w:rPr>
        <w:t xml:space="preserve">[16:21] </w:t>
      </w:r>
      <w:r>
        <w:t>islam ki hukumat qaim karen.</w:t>
      </w:r>
    </w:p>
    <w:p>
      <w:pPr>
        <w:jc w:val="right"/>
      </w:pPr>
      <w:r>
        <w:t>اسلام کی حکومت قائم کریں۔</w:t>
      </w:r>
    </w:p>
    <w:p>
      <w:r>
        <w:rPr>
          <w:b/>
        </w:rPr>
        <w:t xml:space="preserve">[16:27] </w:t>
      </w:r>
      <w:r>
        <w:t>aur dunya mein qanoon nafiz karen.</w:t>
      </w:r>
    </w:p>
    <w:p>
      <w:pPr>
        <w:jc w:val="right"/>
      </w:pPr>
      <w:r>
        <w:t>اور دنیا میں قانون نافذ کریں۔</w:t>
      </w:r>
    </w:p>
    <w:p>
      <w:r>
        <w:rPr>
          <w:b/>
        </w:rPr>
        <w:t xml:space="preserve">[16:34] </w:t>
      </w:r>
      <w:r>
        <w:t>aur is ke liye jihad karein, logon ko marein, Nine Eleven barpa karein.</w:t>
      </w:r>
    </w:p>
    <w:p>
      <w:pPr>
        <w:jc w:val="right"/>
      </w:pPr>
      <w:r>
        <w:t>اور اس کے لیے جہاد کریں، لوگوں کو ماریں، nine eleven برپا کریں۔</w:t>
      </w:r>
    </w:p>
    <w:p>
      <w:r>
        <w:rPr>
          <w:b/>
        </w:rPr>
        <w:t xml:space="preserve">[16:40] </w:t>
      </w:r>
      <w:r>
        <w:t>yeh sari tehrikon ka khulasa hai.</w:t>
      </w:r>
    </w:p>
    <w:p>
      <w:pPr>
        <w:jc w:val="right"/>
      </w:pPr>
      <w:r>
        <w:t>یہ ساری تحریکوں کا خلاصہ ہے۔</w:t>
      </w:r>
    </w:p>
    <w:p>
      <w:r>
        <w:rPr>
          <w:b/>
        </w:rPr>
        <w:t xml:space="preserve">[16:46] </w:t>
      </w:r>
      <w:r>
        <w:t>is daur ki sari tehrikon ka yahi khulasa hai.</w:t>
      </w:r>
    </w:p>
    <w:p>
      <w:pPr>
        <w:jc w:val="right"/>
      </w:pPr>
      <w:r>
        <w:t>اس دور کی ساری تحریکوں کا یہی خلاصہ ہے۔</w:t>
      </w:r>
    </w:p>
    <w:p>
      <w:r>
        <w:rPr>
          <w:b/>
        </w:rPr>
        <w:t xml:space="preserve">[16:53] </w:t>
      </w:r>
      <w:r>
        <w:t>jitni bhi tehrikain arab dunya mein, non-arab dunya mein uthin, woh sab isi tarah ki hain.</w:t>
      </w:r>
    </w:p>
    <w:p>
      <w:pPr>
        <w:jc w:val="right"/>
      </w:pPr>
      <w:r>
        <w:t>جتنی بھی تحریکیں عرب دنیا میں، non-Arab دنیا میں اٹھیں، وہ سب اسی طرح کی ہیں۔</w:t>
      </w:r>
    </w:p>
    <w:p>
      <w:r>
        <w:rPr>
          <w:b/>
        </w:rPr>
        <w:t xml:space="preserve">[16:59] </w:t>
      </w:r>
      <w:r>
        <w:t>lekin yeh allah ko matlab nahin tha.</w:t>
      </w:r>
    </w:p>
    <w:p>
      <w:pPr>
        <w:jc w:val="right"/>
      </w:pPr>
      <w:r>
        <w:t>لیکن یہ اللہ کو مطلوب نہیں تھا۔</w:t>
      </w:r>
    </w:p>
    <w:p>
      <w:r>
        <w:rPr>
          <w:b/>
        </w:rPr>
        <w:t xml:space="preserve">[17:05] </w:t>
      </w:r>
      <w:r>
        <w:t>allah sare insanon ka allah hai.</w:t>
      </w:r>
    </w:p>
    <w:p>
      <w:pPr>
        <w:jc w:val="right"/>
      </w:pPr>
      <w:r>
        <w:t>اللہ سارے انسانوں کا اللہ ہے۔</w:t>
      </w:r>
    </w:p>
    <w:p>
      <w:r>
        <w:rPr>
          <w:b/>
        </w:rPr>
        <w:t xml:space="preserve">[17:12] </w:t>
      </w:r>
      <w:r>
        <w:t>alhamdulillah rabbil alameen pehli ayat hai quran ki.</w:t>
      </w:r>
    </w:p>
    <w:p>
      <w:pPr>
        <w:jc w:val="right"/>
      </w:pPr>
      <w:r>
        <w:t>الحمد لله رب العالمين پہلی آیت ہے قرآن کی۔</w:t>
      </w:r>
    </w:p>
    <w:p>
      <w:r>
        <w:rPr>
          <w:b/>
        </w:rPr>
        <w:t xml:space="preserve">[17:18] </w:t>
      </w:r>
      <w:r>
        <w:t>to sare insanon ko allah ta'ala ek nazar se dekhta hai.</w:t>
      </w:r>
    </w:p>
    <w:p>
      <w:pPr>
        <w:jc w:val="right"/>
      </w:pPr>
      <w:r>
        <w:t>تو سارے انسانوں کو اللہ تعالیٰ ایک نظر سے دیکھتا ہے۔</w:t>
      </w:r>
    </w:p>
    <w:p>
      <w:r>
        <w:rPr>
          <w:b/>
        </w:rPr>
        <w:t xml:space="preserve">[17:24] </w:t>
      </w:r>
      <w:r>
        <w:t>sab allah ke rehmat ke mohtaj hain.</w:t>
      </w:r>
    </w:p>
    <w:p>
      <w:pPr>
        <w:jc w:val="right"/>
      </w:pPr>
      <w:r>
        <w:t>سب اللہ کے رحمت کے محتاج ہیں۔</w:t>
      </w:r>
    </w:p>
    <w:p>
      <w:r>
        <w:rPr>
          <w:b/>
        </w:rPr>
        <w:t xml:space="preserve">[17:31] </w:t>
      </w:r>
      <w:r>
        <w:t>to sare insanon ke liye allah ta'ala ne chaha ke woh pata, unhon ne jannay ke what is</w:t>
      </w:r>
    </w:p>
    <w:p>
      <w:pPr>
        <w:jc w:val="right"/>
      </w:pPr>
      <w:r>
        <w:t>تو سارے انسانوں کے لیے اللہ تعالیٰ نے چاہا کہ وہ پتہ، انہوں نے جانیں کہ What is</w:t>
      </w:r>
    </w:p>
    <w:p>
      <w:r>
        <w:rPr>
          <w:b/>
        </w:rPr>
        <w:t xml:space="preserve">[17:37] </w:t>
      </w:r>
      <w:r>
        <w:t>the creation plan of god allah ne kyun paida kiya insan ko? allah ne kyun paida kiya universe</w:t>
      </w:r>
    </w:p>
    <w:p>
      <w:pPr>
        <w:jc w:val="right"/>
      </w:pPr>
      <w:r>
        <w:t>the creation plan of God اللہ نے کیوں پیدا کیا انسان کو؟ اللہ نے کیوں پیدا کیا universe</w:t>
      </w:r>
    </w:p>
    <w:p>
      <w:r>
        <w:rPr>
          <w:b/>
        </w:rPr>
        <w:t xml:space="preserve">[17:43] </w:t>
      </w:r>
      <w:r>
        <w:t>ko? allah ne kyun qaim kiya life support system dunya mein? allah ne kyun nabiyon ko bheja? allah</w:t>
      </w:r>
    </w:p>
    <w:p>
      <w:pPr>
        <w:jc w:val="right"/>
      </w:pPr>
      <w:r>
        <w:t>کو؟ اللہ نے کیوں قائم کیا life support system دنیا میں؟ اللہ نے کیوں نبیوں کو بھیجا؟ اللہ</w:t>
      </w:r>
    </w:p>
    <w:p>
      <w:r>
        <w:rPr>
          <w:b/>
        </w:rPr>
        <w:t xml:space="preserve">[17:50] </w:t>
      </w:r>
      <w:r>
        <w:t>ne kyun quran ko mehfooz kiya? allah ne kyun rasool allah ki sunnat ko mehfooz kiya? yeh sab</w:t>
      </w:r>
    </w:p>
    <w:p>
      <w:pPr>
        <w:jc w:val="right"/>
      </w:pPr>
      <w:r>
        <w:t>نے کیوں قرآن کو محفوظ کیا؟ اللہ نے کیوں رسول اللہ کی سنت کو محفوظ کیا؟ یہ سب</w:t>
      </w:r>
    </w:p>
    <w:p>
      <w:r>
        <w:rPr>
          <w:b/>
        </w:rPr>
        <w:t xml:space="preserve">[17:56] </w:t>
      </w:r>
      <w:r>
        <w:t>kis liye? yeh aik rehmat ke liye.</w:t>
      </w:r>
    </w:p>
    <w:p>
      <w:pPr>
        <w:jc w:val="right"/>
      </w:pPr>
      <w:r>
        <w:t>کس لیے؟ یہ ایک رحمت کے لیے۔</w:t>
      </w:r>
    </w:p>
    <w:p>
      <w:r>
        <w:rPr>
          <w:b/>
        </w:rPr>
        <w:t xml:space="preserve">[18:02] </w:t>
      </w:r>
      <w:r>
        <w:t>yeh is liye nahi ke musalman dunya mein hukoomat karen.</w:t>
      </w:r>
    </w:p>
    <w:p>
      <w:pPr>
        <w:jc w:val="right"/>
      </w:pPr>
      <w:r>
        <w:t>یہ اس لیے نہیں کہ مسلمان دنیا میں حکومت کریں۔</w:t>
      </w:r>
    </w:p>
    <w:p>
      <w:r>
        <w:rPr>
          <w:b/>
        </w:rPr>
        <w:t xml:space="preserve">[18:09] </w:t>
      </w:r>
      <w:r>
        <w:t>musalman dunya mein logon ko bomb maaren.</w:t>
      </w:r>
    </w:p>
    <w:p>
      <w:pPr>
        <w:jc w:val="right"/>
      </w:pPr>
      <w:r>
        <w:t>مسلمان دنیا میں لوگوں کو بم ماریں۔</w:t>
      </w:r>
    </w:p>
    <w:p>
      <w:r>
        <w:rPr>
          <w:b/>
        </w:rPr>
        <w:t xml:space="preserve">[18:15] </w:t>
      </w:r>
      <w:r>
        <w:t>musalman apna political system dunya mein qaim karen.</w:t>
      </w:r>
    </w:p>
    <w:p>
      <w:pPr>
        <w:jc w:val="right"/>
      </w:pPr>
      <w:r>
        <w:t>مسلمان اپنا political system دنیا میں قائم کریں۔</w:t>
      </w:r>
    </w:p>
    <w:p>
      <w:r>
        <w:rPr>
          <w:b/>
        </w:rPr>
        <w:t xml:space="preserve">[18:21] </w:t>
      </w:r>
      <w:r>
        <w:t>musalman apna qanoon dunya mein naafiz karen.</w:t>
      </w:r>
    </w:p>
    <w:p>
      <w:pPr>
        <w:jc w:val="right"/>
      </w:pPr>
      <w:r>
        <w:t>مسلمان اپنا قانون دنیا میں نافذ کریں۔</w:t>
      </w:r>
    </w:p>
    <w:p>
      <w:r>
        <w:rPr>
          <w:b/>
        </w:rPr>
        <w:t xml:space="preserve">[18:28] </w:t>
      </w:r>
      <w:r>
        <w:t>is ka koi talluq nahi Islam se.</w:t>
      </w:r>
    </w:p>
    <w:p>
      <w:pPr>
        <w:jc w:val="right"/>
      </w:pPr>
      <w:r>
        <w:t>اس کا کوئی تعلق نہیں اسلام سے۔</w:t>
      </w:r>
    </w:p>
    <w:p>
      <w:r>
        <w:rPr>
          <w:b/>
        </w:rPr>
        <w:t xml:space="preserve">[18:34] </w:t>
      </w:r>
      <w:r>
        <w:t>sirf yeh tha Allah taala ka mansha ke aik aik fard yeh jaane ke is ko Allah ne</w:t>
      </w:r>
    </w:p>
    <w:p>
      <w:pPr>
        <w:jc w:val="right"/>
      </w:pPr>
      <w:r>
        <w:t>صرف یہ تھا اللہ تعالیٰ کا منشا کہ ایک ایک فرد یہ جانے کہ اس کو اللہ نے</w:t>
      </w:r>
    </w:p>
    <w:p>
      <w:r>
        <w:rPr>
          <w:b/>
        </w:rPr>
        <w:t xml:space="preserve">[18:40] </w:t>
      </w:r>
      <w:r>
        <w:t>kyun paida kiya hai? woh is liye paida kiya hai ke woh Allah ko discover kare.</w:t>
      </w:r>
    </w:p>
    <w:p>
      <w:pPr>
        <w:jc w:val="right"/>
      </w:pPr>
      <w:r>
        <w:t>کیوں پیدا کیا ہے؟ وہ اس لیے پیدا کیا ہے کہ وہ اللہ کو discover کرے۔</w:t>
      </w:r>
    </w:p>
    <w:p>
      <w:r>
        <w:rPr>
          <w:b/>
        </w:rPr>
        <w:t xml:space="preserve">[18:47] </w:t>
      </w:r>
      <w:r>
        <w:t>apne khaliq ko discover kare.</w:t>
      </w:r>
    </w:p>
    <w:p>
      <w:pPr>
        <w:jc w:val="right"/>
      </w:pPr>
      <w:r>
        <w:t>اپنے خالق کو discover کرے۔</w:t>
      </w:r>
    </w:p>
    <w:p>
      <w:r>
        <w:rPr>
          <w:b/>
        </w:rPr>
        <w:t xml:space="preserve">[18:53] </w:t>
      </w:r>
      <w:r>
        <w:t>woh khaliq ki marifat haasil kare.</w:t>
      </w:r>
    </w:p>
    <w:p>
      <w:pPr>
        <w:jc w:val="right"/>
      </w:pPr>
      <w:r>
        <w:t>وہ خالق کی معرفت حاصل کرے۔</w:t>
      </w:r>
    </w:p>
    <w:p>
      <w:r>
        <w:rPr>
          <w:b/>
        </w:rPr>
        <w:t xml:space="preserve">[18:59] </w:t>
      </w:r>
      <w:r>
        <w:t>phir woh apne aap ko khaliq ki marzi ke mutabiq dhaley.</w:t>
      </w:r>
    </w:p>
    <w:p>
      <w:pPr>
        <w:jc w:val="right"/>
      </w:pPr>
      <w:r>
        <w:t>پھر وہ اپنے آپ کو خالق کی مرضی کے مطابق ڈھالے۔</w:t>
      </w:r>
    </w:p>
    <w:p>
      <w:r>
        <w:rPr>
          <w:b/>
        </w:rPr>
        <w:t xml:space="preserve">[19:06] </w:t>
      </w:r>
      <w:r>
        <w:t>apne andar woh personality paida kare.</w:t>
      </w:r>
    </w:p>
    <w:p>
      <w:pPr>
        <w:jc w:val="right"/>
      </w:pPr>
      <w:r>
        <w:t>اپنے اندر وہ personality پیدا کرے۔</w:t>
      </w:r>
    </w:p>
    <w:p>
      <w:r>
        <w:rPr>
          <w:b/>
        </w:rPr>
        <w:t xml:space="preserve">[19:12] </w:t>
      </w:r>
      <w:r>
        <w:t>apna tazkiya kare.</w:t>
      </w:r>
    </w:p>
    <w:p>
      <w:pPr>
        <w:jc w:val="right"/>
      </w:pPr>
      <w:r>
        <w:t>اپنا تزکیہ کرے۔</w:t>
      </w:r>
    </w:p>
    <w:p>
      <w:r>
        <w:rPr>
          <w:b/>
        </w:rPr>
        <w:t xml:space="preserve">[19:18] </w:t>
      </w:r>
      <w:r>
        <w:t>apni tatheer kare.</w:t>
      </w:r>
    </w:p>
    <w:p>
      <w:pPr>
        <w:jc w:val="right"/>
      </w:pPr>
      <w:r>
        <w:t>اپنی تطہیر کرے۔</w:t>
      </w:r>
    </w:p>
    <w:p>
      <w:r>
        <w:rPr>
          <w:b/>
        </w:rPr>
        <w:t xml:space="preserve">[19:25] </w:t>
      </w:r>
      <w:r>
        <w:t>apne aap ko rabbani insaan banaye.</w:t>
      </w:r>
    </w:p>
    <w:p>
      <w:pPr>
        <w:jc w:val="right"/>
      </w:pPr>
      <w:r>
        <w:t>اپنے آپ کو ربانی انسان بنائے۔</w:t>
      </w:r>
    </w:p>
    <w:p>
      <w:r>
        <w:rPr>
          <w:b/>
        </w:rPr>
        <w:t xml:space="preserve">[19:31] </w:t>
      </w:r>
      <w:r>
        <w:t>konu rabbaneen har fard apne aap ko rabbani insaan banaye.</w:t>
      </w:r>
    </w:p>
    <w:p>
      <w:pPr>
        <w:jc w:val="right"/>
      </w:pPr>
      <w:r>
        <w:t>كونوا ربانین ہر فرد اپنے آپ کو ربانی انسان بنائے۔</w:t>
      </w:r>
    </w:p>
    <w:p>
      <w:r>
        <w:rPr>
          <w:b/>
        </w:rPr>
        <w:t xml:space="preserve">[19:37] </w:t>
      </w:r>
      <w:r>
        <w:t>aur phir woh is dunya mein jo is ko paradise kaha jata hai, is mein is ke liye</w:t>
      </w:r>
    </w:p>
    <w:p>
      <w:pPr>
        <w:jc w:val="right"/>
      </w:pPr>
      <w:r>
        <w:t>اور پھر وہ اس دنیا میں جو اس کو paradise کہا جاتا ہے، اس میں اس کے لیے</w:t>
      </w:r>
    </w:p>
    <w:p>
      <w:r>
        <w:rPr>
          <w:b/>
        </w:rPr>
        <w:t xml:space="preserve">[19:44] </w:t>
      </w:r>
      <w:r>
        <w:t>deserving candidate bane.</w:t>
      </w:r>
    </w:p>
    <w:p>
      <w:pPr>
        <w:jc w:val="right"/>
      </w:pPr>
      <w:r>
        <w:t>deserving candidate بنے۔</w:t>
      </w:r>
    </w:p>
    <w:p>
      <w:r>
        <w:rPr>
          <w:b/>
        </w:rPr>
        <w:t xml:space="preserve">[19:50] </w:t>
      </w:r>
      <w:r>
        <w:t>jis ke baray mein kaha gaya hai ke أولئك هم النبیین والصديقين والشهداء والصالحین وحسن أولئك رفیقًا yeh tha maqsad.</w:t>
      </w:r>
    </w:p>
    <w:p>
      <w:pPr>
        <w:jc w:val="right"/>
      </w:pPr>
      <w:r>
        <w:t>جس کے بارے میں کہا گیا ہے کہ أولئك هم النبیین والصديقین والشهداء والصالحین وحسن أولئك رفیقًا یہ تھا مقصد۔</w:t>
      </w:r>
    </w:p>
    <w:p>
      <w:r>
        <w:rPr>
          <w:b/>
        </w:rPr>
        <w:t xml:space="preserve">[19:56] </w:t>
      </w:r>
      <w:r>
        <w:t>yeh koi hargiz hargiz koi political mission nahi.</w:t>
      </w:r>
    </w:p>
    <w:p>
      <w:pPr>
        <w:jc w:val="right"/>
      </w:pPr>
      <w:r>
        <w:t>یہ کوئی ہرگز ہرگز کوئی political mission نہیں۔</w:t>
      </w:r>
    </w:p>
    <w:p>
      <w:r>
        <w:rPr>
          <w:b/>
        </w:rPr>
        <w:t xml:space="preserve">[20:03] </w:t>
      </w:r>
      <w:r>
        <w:t>koi military mission nahi.</w:t>
      </w:r>
    </w:p>
    <w:p>
      <w:pPr>
        <w:jc w:val="right"/>
      </w:pPr>
      <w:r>
        <w:t>کوئی military mission نہیں۔</w:t>
      </w:r>
    </w:p>
    <w:p>
      <w:r>
        <w:rPr>
          <w:b/>
        </w:rPr>
        <w:t xml:space="preserve">[20:09] </w:t>
      </w:r>
      <w:r>
        <w:t>yeh koi musalmanon ka dunya mein musalmanon ka iqtadar qaim ho, is ka koi mission nahi.</w:t>
      </w:r>
    </w:p>
    <w:p>
      <w:pPr>
        <w:jc w:val="right"/>
      </w:pPr>
      <w:r>
        <w:t>یہ کوئی مسلمانوں کا دنیا میں مسلمانوں کا اقتدار قائم ہو، اس کا کوئی mission نہیں۔</w:t>
      </w:r>
    </w:p>
    <w:p>
      <w:r>
        <w:rPr>
          <w:b/>
        </w:rPr>
        <w:t xml:space="preserve">[20:16] </w:t>
      </w:r>
      <w:r>
        <w:t>kuch bhi nahi.</w:t>
      </w:r>
    </w:p>
    <w:p>
      <w:pPr>
        <w:jc w:val="right"/>
      </w:pPr>
      <w:r>
        <w:t>کچھ بھی نہیں۔</w:t>
      </w:r>
    </w:p>
    <w:p>
      <w:r>
        <w:rPr>
          <w:b/>
        </w:rPr>
        <w:t xml:space="preserve">[20:22] </w:t>
      </w:r>
      <w:r>
        <w:t>yeh saare insanon ke liye hai.</w:t>
      </w:r>
    </w:p>
    <w:p>
      <w:pPr>
        <w:jc w:val="right"/>
      </w:pPr>
      <w:r>
        <w:t>یہ سارے انسانوں کے لیے ہے۔</w:t>
      </w:r>
    </w:p>
    <w:p>
      <w:r>
        <w:rPr>
          <w:b/>
        </w:rPr>
        <w:t xml:space="preserve">[20:28] </w:t>
      </w:r>
      <w:r>
        <w:t>lekin is hesiyat se kisi bhi mere ilm ke mutabiq koi aik bhi shakhs nahi hai poori muslim</w:t>
      </w:r>
    </w:p>
    <w:p>
      <w:pPr>
        <w:jc w:val="right"/>
      </w:pPr>
      <w:r>
        <w:t>لیکن اس حیثیت سے کسی بھی میرے علم کے مطابق کوئی ایک بھی شخص نہیں ہے پوری مسلم</w:t>
      </w:r>
    </w:p>
    <w:p>
      <w:r>
        <w:rPr>
          <w:b/>
        </w:rPr>
        <w:t xml:space="preserve">[20:35] </w:t>
      </w:r>
      <w:r>
        <w:t>dunya mein jis ne islam ko is hesiyat se pesh kiya ho.</w:t>
      </w:r>
    </w:p>
    <w:p>
      <w:pPr>
        <w:jc w:val="right"/>
      </w:pPr>
      <w:r>
        <w:t>دنیا میں جس نے اسلام کو اس حیثیت سے پیش کیا ہو۔</w:t>
      </w:r>
    </w:p>
    <w:p>
      <w:r>
        <w:rPr>
          <w:b/>
        </w:rPr>
        <w:t xml:space="preserve">[20:41] </w:t>
      </w:r>
      <w:r>
        <w:t>koi tehreek nahi, koi fard nahi, koi idara nahi.</w:t>
      </w:r>
    </w:p>
    <w:p>
      <w:pPr>
        <w:jc w:val="right"/>
      </w:pPr>
      <w:r>
        <w:t>کوئی تحریک نہیں، کوئی فرد نہیں، کوئی ادارہ نہیں۔</w:t>
      </w:r>
    </w:p>
    <w:p>
      <w:r>
        <w:rPr>
          <w:b/>
        </w:rPr>
        <w:t xml:space="preserve">[20:47] </w:t>
      </w:r>
      <w:r>
        <w:t>sab log bas musalmanon ka afzaliyat aur islam ka haq hukumat aur islam ka dab dabe bas isi andaaz</w:t>
      </w:r>
    </w:p>
    <w:p>
      <w:pPr>
        <w:jc w:val="right"/>
      </w:pPr>
      <w:r>
        <w:t>سب لوگ بس مسلمانوں کا افضلیت اور اسلام کا حق حکومت اور اسلام کا دبدبہ بس اسی انداز</w:t>
      </w:r>
    </w:p>
    <w:p>
      <w:r>
        <w:rPr>
          <w:b/>
        </w:rPr>
        <w:t xml:space="preserve">[20:54] </w:t>
      </w:r>
      <w:r>
        <w:t>mein sochte hain.</w:t>
      </w:r>
    </w:p>
    <w:p>
      <w:pPr>
        <w:jc w:val="right"/>
      </w:pPr>
      <w:r>
        <w:t>میں سوچتے ہیں۔</w:t>
      </w:r>
    </w:p>
    <w:p>
      <w:r>
        <w:rPr>
          <w:b/>
        </w:rPr>
        <w:t xml:space="preserve">[21:00] </w:t>
      </w:r>
      <w:r>
        <w:t>bas yahi un ki un ki soch hai.</w:t>
      </w:r>
    </w:p>
    <w:p>
      <w:pPr>
        <w:jc w:val="right"/>
      </w:pPr>
      <w:r>
        <w:t>بس یہی ان کی ان کی سوچ ہے۔</w:t>
      </w:r>
    </w:p>
    <w:p>
      <w:r>
        <w:rPr>
          <w:b/>
        </w:rPr>
        <w:t xml:space="preserve">[21:06] </w:t>
      </w:r>
      <w:r>
        <w:t>to mein samajhta hoon ke aaj ki tareekh yaani athais december jo aaj ki tareekh hai, is din</w:t>
      </w:r>
    </w:p>
    <w:p>
      <w:pPr>
        <w:jc w:val="right"/>
      </w:pPr>
      <w:r>
        <w:t>تو میں سمجھتا ہوں کہ آج کی تاریخ یعنی اٹھائیس دسمبر جو آج کی تاریخ ہے، اس دن</w:t>
      </w:r>
    </w:p>
    <w:p>
      <w:r>
        <w:rPr>
          <w:b/>
        </w:rPr>
        <w:t xml:space="preserve">[21:13] </w:t>
      </w:r>
      <w:r>
        <w:t>yeh waqea jo hua woh allamati tor par batata hai ke jo mission chalaya ja raha hai print</w:t>
      </w:r>
    </w:p>
    <w:p>
      <w:pPr>
        <w:jc w:val="right"/>
      </w:pPr>
      <w:r>
        <w:t>یہ واقعہ جو ہوا وہ علامتی طور پر بتاتا ہے کہ جو مشن چلایا جا رہا ہے print</w:t>
      </w:r>
    </w:p>
    <w:p>
      <w:r>
        <w:rPr>
          <w:b/>
        </w:rPr>
        <w:t xml:space="preserve">[21:19] </w:t>
      </w:r>
      <w:r>
        <w:t>media ke zariye, electronic media ke zariye aur itne sare log is ko dunya mein phaila rahe hain</w:t>
      </w:r>
    </w:p>
    <w:p>
      <w:pPr>
        <w:jc w:val="right"/>
      </w:pPr>
      <w:r>
        <w:t>میڈیا کے ذریعے، electronic میڈیا کے ذریعے اور اتنے سارے لوگ اس کو دنیا میں پھیلا رہے ہیں</w:t>
      </w:r>
    </w:p>
    <w:p>
      <w:r>
        <w:rPr>
          <w:b/>
        </w:rPr>
        <w:t xml:space="preserve">[21:25] </w:t>
      </w:r>
      <w:r>
        <w:t>aur modern, most modern jo technique hai, is tarah is ko istemal kar ke dunya ko koshish kar</w:t>
      </w:r>
    </w:p>
    <w:p>
      <w:pPr>
        <w:jc w:val="right"/>
      </w:pPr>
      <w:r>
        <w:t>اور modern، most modern جو technique ہے، اس طرح اس کو استعمال کر کے دنیا کو کوشش کر</w:t>
      </w:r>
    </w:p>
    <w:p>
      <w:r>
        <w:rPr>
          <w:b/>
        </w:rPr>
        <w:t xml:space="preserve">[21:32] </w:t>
      </w:r>
      <w:r>
        <w:t>rahe hain ke dunya ka har insan is se ba khabar ho jaye.</w:t>
      </w:r>
    </w:p>
    <w:p>
      <w:pPr>
        <w:jc w:val="right"/>
      </w:pPr>
      <w:r>
        <w:t>رہے ہیں کہ دنیا کا ہر انسان اس سے باخبر ہو جائے۔</w:t>
      </w:r>
    </w:p>
    <w:p>
      <w:r>
        <w:rPr>
          <w:b/>
        </w:rPr>
        <w:t xml:space="preserve">[21:38] </w:t>
      </w:r>
      <w:r>
        <w:t>to Allah ne is ko apna, is ka yaani agar mein Allah aik aik hadees hai, hadees qudsi</w:t>
      </w:r>
    </w:p>
    <w:p>
      <w:pPr>
        <w:jc w:val="right"/>
      </w:pPr>
      <w:r>
        <w:t>تو اللہ نے اس کو اپنا، اس کا یعنی اگر میں اللہ ایک ایک حدیث ہے، حدیث قدسی</w:t>
      </w:r>
    </w:p>
    <w:p>
      <w:r>
        <w:rPr>
          <w:b/>
        </w:rPr>
        <w:t xml:space="preserve">[21:44] </w:t>
      </w:r>
      <w:r>
        <w:t>hai, hadees qudsi ana inda zann abdi fal yadhun nabiy khairun aik riwayat mein bhi Allah aata hai fal yadhun</w:t>
      </w:r>
    </w:p>
    <w:p>
      <w:pPr>
        <w:jc w:val="right"/>
      </w:pPr>
      <w:r>
        <w:t>ہے، حدیث قدسی أنا عند ذن عبدي فليذن نبی خیرا ایک روایت میں بھی اللہ آتا ہے فليذن</w:t>
      </w:r>
    </w:p>
    <w:p>
      <w:r>
        <w:rPr>
          <w:b/>
        </w:rPr>
        <w:t xml:space="preserve">[21:51] </w:t>
      </w:r>
      <w:r>
        <w:t>nabiy masha'a yaani mein Allah ke bande ke guman ke sath hoon.</w:t>
      </w:r>
    </w:p>
    <w:p>
      <w:pPr>
        <w:jc w:val="right"/>
      </w:pPr>
      <w:r>
        <w:t>نبي ماشاء یعنی میں اللہ کے بندے کے گمان کے ساتھ ہوں۔</w:t>
      </w:r>
    </w:p>
    <w:p>
      <w:r>
        <w:rPr>
          <w:b/>
        </w:rPr>
        <w:t xml:space="preserve">[21:57] </w:t>
      </w:r>
      <w:r>
        <w:t>Allah farmate hain ke mein bande ke guman ke sath hoon.</w:t>
      </w:r>
    </w:p>
    <w:p>
      <w:pPr>
        <w:jc w:val="right"/>
      </w:pPr>
      <w:r>
        <w:t>اللہ فرماتے ہیں کہ میں بندے کے گمان کے ساتھ ہوں۔</w:t>
      </w:r>
    </w:p>
    <w:p>
      <w:r>
        <w:rPr>
          <w:b/>
        </w:rPr>
        <w:t xml:space="preserve">[22:03] </w:t>
      </w:r>
      <w:r>
        <w:t>tumhare bare mein acha guman kare.</w:t>
      </w:r>
    </w:p>
    <w:p>
      <w:pPr>
        <w:jc w:val="right"/>
      </w:pPr>
      <w:r>
        <w:t>تمہارے بارے میں اچھا گمان کرے۔</w:t>
      </w:r>
    </w:p>
    <w:p>
      <w:r>
        <w:rPr>
          <w:b/>
        </w:rPr>
        <w:t xml:space="preserve">[22:10] </w:t>
      </w:r>
      <w:r>
        <w:t>to is hadees ke hawale se mein Allah par yeh husn e zann qaim karta hoon ke jab itne</w:t>
      </w:r>
    </w:p>
    <w:p>
      <w:pPr>
        <w:jc w:val="right"/>
      </w:pPr>
      <w:r>
        <w:t>تو اس حدیث کے حوالے سے میں اللہ پر یہ حسن ظن قائم کرتا ہوں کہ جب اتنے</w:t>
      </w:r>
    </w:p>
    <w:p>
      <w:r>
        <w:rPr>
          <w:b/>
        </w:rPr>
        <w:t xml:space="preserve">[22:16] </w:t>
      </w:r>
      <w:r>
        <w:t>sare logon ne apni zindagiyaan is ke liye waqf keen, kisi dunya wi interest ke baghair, itne sare log</w:t>
      </w:r>
    </w:p>
    <w:p>
      <w:pPr>
        <w:jc w:val="right"/>
      </w:pPr>
      <w:r>
        <w:t>سارے لوگوں نے اپنی زندگیاں اس کے لیے وقف کیں، کسی دنیاوی interest کے بغیر، اتنے سارے لوگ</w:t>
      </w:r>
    </w:p>
    <w:p>
      <w:r>
        <w:rPr>
          <w:b/>
        </w:rPr>
        <w:t xml:space="preserve">[22:22] </w:t>
      </w:r>
      <w:r>
        <w:t>is mission mein lage hue hain.</w:t>
      </w:r>
    </w:p>
    <w:p>
      <w:pPr>
        <w:jc w:val="right"/>
      </w:pPr>
      <w:r>
        <w:t>اس مشن میں لگے ہوئے ہیں۔</w:t>
      </w:r>
    </w:p>
    <w:p>
      <w:r>
        <w:rPr>
          <w:b/>
        </w:rPr>
        <w:t xml:space="preserve">[22:29] </w:t>
      </w:r>
      <w:r>
        <w:t>sari dunya mein aik giroh mutharrik hai lekin is ka na koi mali faida is se wabasta hai,</w:t>
      </w:r>
    </w:p>
    <w:p>
      <w:pPr>
        <w:jc w:val="right"/>
      </w:pPr>
      <w:r>
        <w:t>ساری دنیا میں ایک گروہ متحرک ہے لیکن اس کا نہ کوئی مالی فائدہ اس سے وابستہ ہے،</w:t>
      </w:r>
    </w:p>
    <w:p>
      <w:r>
        <w:rPr>
          <w:b/>
        </w:rPr>
        <w:t xml:space="preserve">[22:35] </w:t>
      </w:r>
      <w:r>
        <w:t>na koi in ko stage milta hai yahan, na koi fame milti hai.</w:t>
      </w:r>
    </w:p>
    <w:p>
      <w:pPr>
        <w:jc w:val="right"/>
      </w:pPr>
      <w:r>
        <w:t>نہ کوئی ان کو stage ملتا ہے یہاں، نہ کوئی fame ملتی ہے۔</w:t>
      </w:r>
    </w:p>
    <w:p>
      <w:r>
        <w:rPr>
          <w:b/>
        </w:rPr>
        <w:t xml:space="preserve">[22:41] </w:t>
      </w:r>
      <w:r>
        <w:t>kisi qism ka koi worldly faida nahi.</w:t>
      </w:r>
    </w:p>
    <w:p>
      <w:pPr>
        <w:jc w:val="right"/>
      </w:pPr>
      <w:r>
        <w:t>کسی قسم کا کوئی worldly فائدہ نہیں۔</w:t>
      </w:r>
    </w:p>
    <w:p>
      <w:r>
        <w:rPr>
          <w:b/>
        </w:rPr>
        <w:t xml:space="preserve">[22:48] </w:t>
      </w:r>
      <w:r>
        <w:t>phir bhi har aik, har aik, har aik apne aap ko is ke liye dedicate kiye hue hai.</w:t>
      </w:r>
    </w:p>
    <w:p>
      <w:pPr>
        <w:jc w:val="right"/>
      </w:pPr>
      <w:r>
        <w:t>پھر بھی ہر ایک، ہر ایک، ہر ایک اپنے آپ کو اس کے لیے dedicate کیے ہوئے ہیں۔</w:t>
      </w:r>
    </w:p>
    <w:p>
      <w:r>
        <w:rPr>
          <w:b/>
        </w:rPr>
        <w:t xml:space="preserve">[22:54] </w:t>
      </w:r>
      <w:r>
        <w:t>yeh Allah ki tofeeq se hua hai.</w:t>
      </w:r>
    </w:p>
    <w:p>
      <w:pPr>
        <w:jc w:val="right"/>
      </w:pPr>
      <w:r>
        <w:t>یہ اللہ کی توفیق سے ہوا ہے۔</w:t>
      </w:r>
    </w:p>
    <w:p>
      <w:r>
        <w:rPr>
          <w:b/>
        </w:rPr>
        <w:t xml:space="preserve">[23:00] </w:t>
      </w:r>
      <w:r>
        <w:t>to mein yeh Allah par yeh zann qaim karta hoon ke Allah ne accept kiya hai aur yeh</w:t>
      </w:r>
    </w:p>
    <w:p>
      <w:pPr>
        <w:jc w:val="right"/>
      </w:pPr>
      <w:r>
        <w:t>تو میں یہ اللہ پر یہ ظن قائم کرتا ہوں کہ اللہ نے accept کیا ہے اور یہ</w:t>
      </w:r>
    </w:p>
    <w:p>
      <w:r>
        <w:rPr>
          <w:b/>
        </w:rPr>
        <w:t xml:space="preserve">[23:07] </w:t>
      </w:r>
      <w:r>
        <w:t>tofeeq di logon ko ke tum karo yeh kaam.</w:t>
      </w:r>
    </w:p>
    <w:p>
      <w:pPr>
        <w:jc w:val="right"/>
      </w:pPr>
      <w:r>
        <w:t>توفیق دی لوگوں کو کہ تم کرو یہ کام۔</w:t>
      </w:r>
    </w:p>
    <w:p>
      <w:r>
        <w:rPr>
          <w:b/>
        </w:rPr>
        <w:t xml:space="preserve">[23:13] </w:t>
      </w:r>
      <w:r>
        <w:t>yeh kaam jo matloob hai, is ko tum karo.</w:t>
      </w:r>
    </w:p>
    <w:p>
      <w:pPr>
        <w:jc w:val="right"/>
      </w:pPr>
      <w:r>
        <w:t>یہ کام جو مطلوب ہے، اس کو تم کرو۔</w:t>
      </w:r>
    </w:p>
    <w:p>
      <w:r>
        <w:rPr>
          <w:b/>
        </w:rPr>
        <w:t xml:space="preserve">[23:19] </w:t>
      </w:r>
      <w:r>
        <w:t>yani Allah ne is ke liye nabiyon ko bheja, Quran ko utara, sunnat-e-Rasool ko mehfooz kiya, Sahaba</w:t>
      </w:r>
    </w:p>
    <w:p>
      <w:pPr>
        <w:jc w:val="right"/>
      </w:pPr>
      <w:r>
        <w:t>یعنی اللہ نے اس کے لیے نبیوں کو بھیجا، قرآن کو اتارا، سنت رسول کو محفوظ کیا، صحابہ</w:t>
      </w:r>
    </w:p>
    <w:p>
      <w:r>
        <w:rPr>
          <w:b/>
        </w:rPr>
        <w:t xml:space="preserve">[23:26] </w:t>
      </w:r>
      <w:r>
        <w:t>ki team banai.</w:t>
      </w:r>
    </w:p>
    <w:p>
      <w:pPr>
        <w:jc w:val="right"/>
      </w:pPr>
      <w:r>
        <w:t>کی ٹیم بنائی۔</w:t>
      </w:r>
    </w:p>
    <w:p>
      <w:r>
        <w:rPr>
          <w:b/>
        </w:rPr>
        <w:t xml:space="preserve">[23:32] </w:t>
      </w:r>
      <w:r>
        <w:t>phir is ke baad kya hua? Ek poora ek supporting age duniya mein paida kiya Allah Ta'ala ne.</w:t>
      </w:r>
    </w:p>
    <w:p>
      <w:pPr>
        <w:jc w:val="right"/>
      </w:pPr>
      <w:r>
        <w:t>پھر اس کے بعد کیا ہوا؟ ایک پورا ایک supporting age دنیا میں پیدا کیا اللہ تعالیٰ نے۔</w:t>
      </w:r>
    </w:p>
    <w:p>
      <w:r>
        <w:rPr>
          <w:b/>
        </w:rPr>
        <w:t xml:space="preserve">[23:38] </w:t>
      </w:r>
      <w:r>
        <w:t>Ek riwayat aati hai ke 'In Allah la yu'ayyid hadha ad-deen bir-rajul al-fajir' is ka matlab mein yeh samajhta</w:t>
      </w:r>
    </w:p>
    <w:p>
      <w:pPr>
        <w:jc w:val="right"/>
      </w:pPr>
      <w:r>
        <w:t>ایک روایت آتی ہے کہ إن الله ليؤيد هذا الدين بالرجل الفاجر اس کا مطلب میں یہ سمجھتا</w:t>
      </w:r>
    </w:p>
    <w:p>
      <w:r>
        <w:rPr>
          <w:b/>
        </w:rPr>
        <w:t xml:space="preserve">[23:45] </w:t>
      </w:r>
      <w:r>
        <w:t>hoon ke Allah Ta'ala is deen ke liye, is Islam ke is peaceful mission ke liye poori poori</w:t>
      </w:r>
    </w:p>
    <w:p>
      <w:pPr>
        <w:jc w:val="right"/>
      </w:pPr>
      <w:r>
        <w:t>ہوں کہ اللہ تعالیٰ اس دین کے لیے، اس اسلام کے اس peaceful mission کے لیے پوری پوری</w:t>
      </w:r>
    </w:p>
    <w:p>
      <w:r>
        <w:rPr>
          <w:b/>
        </w:rPr>
        <w:t xml:space="preserve">[23:51] </w:t>
      </w:r>
      <w:r>
        <w:t>poori duniya ko, poori poori age ko supporting age bana dega.</w:t>
      </w:r>
    </w:p>
    <w:p>
      <w:pPr>
        <w:jc w:val="right"/>
      </w:pPr>
      <w:r>
        <w:t>پوری دنیا کو، پوری پوری age کو supporting age بنا دے گا۔</w:t>
      </w:r>
    </w:p>
    <w:p>
      <w:r>
        <w:rPr>
          <w:b/>
        </w:rPr>
        <w:t xml:space="preserve">[23:57] </w:t>
      </w:r>
      <w:r>
        <w:t>Poori poori age ko supporting age bana dega.</w:t>
      </w:r>
    </w:p>
    <w:p>
      <w:pPr>
        <w:jc w:val="right"/>
      </w:pPr>
      <w:r>
        <w:t>پوری پوری age کو supporting age بنا دے گا۔</w:t>
      </w:r>
    </w:p>
    <w:p>
      <w:r>
        <w:rPr>
          <w:b/>
        </w:rPr>
        <w:t xml:space="preserve">[24:04] </w:t>
      </w:r>
      <w:r>
        <w:t>Mein samajhta hoon ke aaj twenty first century mein yeh waqea poori tarah, poori tarah, poori tarah waqea</w:t>
      </w:r>
    </w:p>
    <w:p>
      <w:pPr>
        <w:jc w:val="right"/>
      </w:pPr>
      <w:r>
        <w:t>میں سمجھتا ہوں کہ آج twenty first century میں یہ واقعہ پوری طرح، پوری طرح، پوری طرح واقعہ</w:t>
      </w:r>
    </w:p>
    <w:p>
      <w:r>
        <w:rPr>
          <w:b/>
        </w:rPr>
        <w:t xml:space="preserve">[24:10] </w:t>
      </w:r>
      <w:r>
        <w:t>ban chuka hai.</w:t>
      </w:r>
    </w:p>
    <w:p>
      <w:pPr>
        <w:jc w:val="right"/>
      </w:pPr>
      <w:r>
        <w:t>بن چکا ہے۔</w:t>
      </w:r>
    </w:p>
    <w:p>
      <w:r>
        <w:rPr>
          <w:b/>
        </w:rPr>
        <w:t xml:space="preserve">[24:16] </w:t>
      </w:r>
      <w:r>
        <w:t>Aaj ka jo daur hai, modern age, western civilization, modern technology, yeh saari jo cheezein hain, woh sab</w:t>
      </w:r>
    </w:p>
    <w:p>
      <w:pPr>
        <w:jc w:val="right"/>
      </w:pPr>
      <w:r>
        <w:t>آج کا جو دور ہے، modern age، western civilization، modern ٹیکنالوجی، یہ ساری جو چیزیں ہیں، وہ سب</w:t>
      </w:r>
    </w:p>
    <w:p>
      <w:r>
        <w:rPr>
          <w:b/>
        </w:rPr>
        <w:t xml:space="preserve">[24:23] </w:t>
      </w:r>
      <w:r>
        <w:t>ke sab Allah ke mission ke liye bohat zabardast supporting factor ban chuki hain.</w:t>
      </w:r>
    </w:p>
    <w:p>
      <w:pPr>
        <w:jc w:val="right"/>
      </w:pPr>
      <w:r>
        <w:t>کے سب اللہ کے مشن کے لیے بہت زبردست supporting factor بن چکی ہیں۔</w:t>
      </w:r>
    </w:p>
    <w:p>
      <w:r>
        <w:rPr>
          <w:b/>
        </w:rPr>
        <w:t xml:space="preserve">[24:29] </w:t>
      </w:r>
      <w:r>
        <w:t>Poori poori duniya Allah ke mission ke ke liye support dene ke liye tayyar hai.</w:t>
      </w:r>
    </w:p>
    <w:p>
      <w:pPr>
        <w:jc w:val="right"/>
      </w:pPr>
      <w:r>
        <w:t>پوری پوری دنیا اللہ کے مشن کے کے لیے support دینے کے لیے تیار ہے۔</w:t>
      </w:r>
    </w:p>
    <w:p>
      <w:r>
        <w:rPr>
          <w:b/>
        </w:rPr>
        <w:t xml:space="preserve">[24:35] </w:t>
      </w:r>
      <w:r>
        <w:t>Poori poori duniya.</w:t>
      </w:r>
    </w:p>
    <w:p>
      <w:pPr>
        <w:jc w:val="right"/>
      </w:pPr>
      <w:r>
        <w:t>پوری پوری دنیا۔</w:t>
      </w:r>
    </w:p>
    <w:p>
      <w:r>
        <w:rPr>
          <w:b/>
        </w:rPr>
        <w:t xml:space="preserve">[24:42] </w:t>
      </w:r>
      <w:r>
        <w:t>Koi direct taur par support de raha hai, koi indirect taur par.</w:t>
      </w:r>
    </w:p>
    <w:p>
      <w:pPr>
        <w:jc w:val="right"/>
      </w:pPr>
      <w:r>
        <w:t>کوئی direct طور پر support دے رہا ہے، کوئی indirect طور پر۔</w:t>
      </w:r>
    </w:p>
    <w:p>
      <w:r>
        <w:rPr>
          <w:b/>
        </w:rPr>
        <w:t xml:space="preserve">[24:48] </w:t>
      </w:r>
      <w:r>
        <w:t>Aap dekhen ke is zamane mein ek culture hai jis ko kehte hain conference culture.</w:t>
      </w:r>
    </w:p>
    <w:p>
      <w:pPr>
        <w:jc w:val="right"/>
      </w:pPr>
      <w:r>
        <w:t>آپ دیکھیں کہ اس زمانے میں ایک کلچر ہے جس کو کہتے ہیں conference culture۔</w:t>
      </w:r>
    </w:p>
    <w:p>
      <w:r>
        <w:rPr>
          <w:b/>
        </w:rPr>
        <w:t xml:space="preserve">[24:54] </w:t>
      </w:r>
      <w:r>
        <w:t>Jagah jagah conference hoti hain, seminar hote hain.</w:t>
      </w:r>
    </w:p>
    <w:p>
      <w:pPr>
        <w:jc w:val="right"/>
      </w:pPr>
      <w:r>
        <w:t>جگہ جگہ conference ہوتی ہیں، سیمینار ہوتے ہیں۔</w:t>
      </w:r>
    </w:p>
    <w:p>
      <w:r>
        <w:rPr>
          <w:b/>
        </w:rPr>
        <w:t xml:space="preserve">[25:01] </w:t>
      </w:r>
      <w:r>
        <w:t>Jagah jagah libraries hain, mukhtalif idare hain.</w:t>
      </w:r>
    </w:p>
    <w:p>
      <w:pPr>
        <w:jc w:val="right"/>
      </w:pPr>
      <w:r>
        <w:t>جگہ جگہ لائبریریاں ہیں، مختلف ادارے ہیں۔</w:t>
      </w:r>
    </w:p>
    <w:p>
      <w:r>
        <w:rPr>
          <w:b/>
        </w:rPr>
        <w:t xml:space="preserve">[25:07] </w:t>
      </w:r>
      <w:r>
        <w:t>Hamare saathi wahan jaate hain, woh log in ko welcome kehte hain ke laiye aap literature apna.</w:t>
      </w:r>
    </w:p>
    <w:p>
      <w:pPr>
        <w:jc w:val="right"/>
      </w:pPr>
      <w:r>
        <w:t>ہمارے ساتھی وہاں جاتے ہیں، وہ لوگ ان کو welcome کہتے ہیں کہ لائیے آپ literature اپنا۔</w:t>
      </w:r>
    </w:p>
    <w:p>
      <w:r>
        <w:rPr>
          <w:b/>
        </w:rPr>
        <w:t xml:space="preserve">[25:13] </w:t>
      </w:r>
      <w:r>
        <w:t>Laiye apna literature.</w:t>
      </w:r>
    </w:p>
    <w:p>
      <w:pPr>
        <w:jc w:val="right"/>
      </w:pPr>
      <w:r>
        <w:t>لائیے اپنا literature۔</w:t>
      </w:r>
    </w:p>
    <w:p>
      <w:r>
        <w:rPr>
          <w:b/>
        </w:rPr>
        <w:t xml:space="preserve">[25:20] </w:t>
      </w:r>
      <w:r>
        <w:t>Hamare idaron ko istemal kijiye.</w:t>
      </w:r>
    </w:p>
    <w:p>
      <w:pPr>
        <w:jc w:val="right"/>
      </w:pPr>
      <w:r>
        <w:t>ہمارے اداروں کو استعمال کیجیے۔</w:t>
      </w:r>
    </w:p>
    <w:p>
      <w:r>
        <w:rPr>
          <w:b/>
        </w:rPr>
        <w:t xml:space="preserve">[25:26] </w:t>
      </w:r>
      <w:r>
        <w:t>Hamare stage ko istemal kijiye.</w:t>
      </w:r>
    </w:p>
    <w:p>
      <w:pPr>
        <w:jc w:val="right"/>
      </w:pPr>
      <w:r>
        <w:t>ہمارے stage کو استعمال کیجیے۔</w:t>
      </w:r>
    </w:p>
    <w:p>
      <w:r>
        <w:rPr>
          <w:b/>
        </w:rPr>
        <w:t xml:space="preserve">[25:32] </w:t>
      </w:r>
      <w:r>
        <w:t>Yeh kya hai? Allah ne logon ke dilon mein daal diya ke support do, support do, support do.</w:t>
      </w:r>
    </w:p>
    <w:p>
      <w:pPr>
        <w:jc w:val="right"/>
      </w:pPr>
      <w:r>
        <w:t>یہ کیا ہے؟ اللہ نے لوگوں کے دلوں میں ڈال دیا کہ support دو، support دو، support دو۔</w:t>
      </w:r>
    </w:p>
    <w:p>
      <w:r>
        <w:rPr>
          <w:b/>
        </w:rPr>
        <w:t xml:space="preserve">[25:39] </w:t>
      </w:r>
      <w:r>
        <w:t>Toh yeh jo hadith mein hai ke 'In Allah la yu'ayyid hadha ad-deen bir-rajul al-fajir' woh zamana poori tarike</w:t>
      </w:r>
    </w:p>
    <w:p>
      <w:pPr>
        <w:jc w:val="right"/>
      </w:pPr>
      <w:r>
        <w:t>تو یہ جو حدیث میں ہے کہ إن الله ليؤيد هذا الدين بالرجل الفاجر وہ زمانہ پوری طریقے</w:t>
      </w:r>
    </w:p>
    <w:p>
      <w:r>
        <w:rPr>
          <w:b/>
        </w:rPr>
        <w:t xml:space="preserve">[25:45] </w:t>
      </w:r>
      <w:r>
        <w:t>se zahir ho chuka hai.</w:t>
      </w:r>
    </w:p>
    <w:p>
      <w:pPr>
        <w:jc w:val="right"/>
      </w:pPr>
      <w:r>
        <w:t>سے ظاہر ہو چکا ہے۔</w:t>
      </w:r>
    </w:p>
    <w:p>
      <w:r>
        <w:rPr>
          <w:b/>
        </w:rPr>
        <w:t xml:space="preserve">[25:51] </w:t>
      </w:r>
      <w:r>
        <w:t>do bohat bade waqe hone wale the tareekh mein.</w:t>
      </w:r>
    </w:p>
    <w:p>
      <w:pPr>
        <w:jc w:val="right"/>
      </w:pPr>
      <w:r>
        <w:t>دو بہت بڑے واقعے ہونے والے تھے تاریخ میں۔</w:t>
      </w:r>
    </w:p>
    <w:p>
      <w:r>
        <w:rPr>
          <w:b/>
        </w:rPr>
        <w:t xml:space="preserve">[25:58] </w:t>
      </w:r>
      <w:r>
        <w:t>ek ki ek ki prediction quran mein maujood hai, doosre ki prediction hadees mein maujood hai.</w:t>
      </w:r>
    </w:p>
    <w:p>
      <w:pPr>
        <w:jc w:val="right"/>
      </w:pPr>
      <w:r>
        <w:t>ایک کی ایک کی prediction قرآن میں موجود ہے، دوسرے کی prediction حدیث میں موجود ہے۔</w:t>
      </w:r>
    </w:p>
    <w:p>
      <w:r>
        <w:rPr>
          <w:b/>
        </w:rPr>
        <w:t xml:space="preserve">[26:04] </w:t>
      </w:r>
      <w:r>
        <w:t>ek waqe kya tha? scientific shahadat Allah ke deen ke haq mein.</w:t>
      </w:r>
    </w:p>
    <w:p>
      <w:pPr>
        <w:jc w:val="right"/>
      </w:pPr>
      <w:r>
        <w:t>ایک واقعہ کیا تھا؟ سائنٹیفک شہادت اللہ کے دین کے حق میں۔</w:t>
      </w:r>
    </w:p>
    <w:p>
      <w:r>
        <w:rPr>
          <w:b/>
        </w:rPr>
        <w:t xml:space="preserve">[26:11] </w:t>
      </w:r>
      <w:r>
        <w:t>yani haqaiq fitrat, scientific daryaften, insani ilm, woh Allah, woh Allah ke mission ki support mein aa jayega.</w:t>
      </w:r>
    </w:p>
    <w:p>
      <w:pPr>
        <w:jc w:val="right"/>
      </w:pPr>
      <w:r>
        <w:t>یعنی حقائق فطرت، سائنسی دریافتیں، انسانی علم، وہ اللہ، وہ اللہ کے مشن کی support میں آ جائے گا۔</w:t>
      </w:r>
    </w:p>
    <w:p>
      <w:r>
        <w:rPr>
          <w:b/>
        </w:rPr>
        <w:t xml:space="preserve">[26:17] </w:t>
      </w:r>
      <w:r>
        <w:t>is ki taraf quran mein yeh page predict kiya gaya tha in alfaaz mein ke sanureehim ayatuna fi</w:t>
      </w:r>
    </w:p>
    <w:p>
      <w:pPr>
        <w:jc w:val="right"/>
      </w:pPr>
      <w:r>
        <w:t>اس کی طرف قرآن میں یہ page predict کیا گیا تھا ان الفاظ میں کہ سنريهم آياتنا في</w:t>
      </w:r>
    </w:p>
    <w:p>
      <w:r>
        <w:rPr>
          <w:b/>
        </w:rPr>
        <w:t xml:space="preserve">[26:23] </w:t>
      </w:r>
      <w:r>
        <w:t>al-afaq wa fi anfusina hatta yatabayyana lahul haqq yani aise haqaiq zahir honge.</w:t>
      </w:r>
    </w:p>
    <w:p>
      <w:pPr>
        <w:jc w:val="right"/>
      </w:pPr>
      <w:r>
        <w:t>الآفاق وفي أنفسهم حتى يتبين لهم أنه الحق یعنی ایسے حقائق ظاہر ہوں گے۔</w:t>
      </w:r>
    </w:p>
    <w:p>
      <w:r>
        <w:rPr>
          <w:b/>
        </w:rPr>
        <w:t xml:space="preserve">[26:30] </w:t>
      </w:r>
      <w:r>
        <w:t>aise haqaiq jo is deen ko mazeed muhtat, is ki sachai ko mazeed mubeen kar denge.</w:t>
      </w:r>
    </w:p>
    <w:p>
      <w:pPr>
        <w:jc w:val="right"/>
      </w:pPr>
      <w:r>
        <w:t>ایسے حقائق جو اس دین کو مزید محتاط، اس کی سچائی کو مزید مبین کر دیں گے۔</w:t>
      </w:r>
    </w:p>
    <w:p>
      <w:r>
        <w:rPr>
          <w:b/>
        </w:rPr>
        <w:t xml:space="preserve">[26:36] </w:t>
      </w:r>
      <w:r>
        <w:t>wohi to ho gaya.</w:t>
      </w:r>
    </w:p>
    <w:p>
      <w:pPr>
        <w:jc w:val="right"/>
      </w:pPr>
      <w:r>
        <w:t>وہی تو ہو گیا۔</w:t>
      </w:r>
    </w:p>
    <w:p>
      <w:r>
        <w:rPr>
          <w:b/>
        </w:rPr>
        <w:t xml:space="preserve">[26:42] </w:t>
      </w:r>
      <w:r>
        <w:t>is daur ke saare uloom, saari scientific tehqeeqat Allah ke deen ki taeed mein aa gayi hain. Nazariyati taeed.</w:t>
      </w:r>
    </w:p>
    <w:p>
      <w:pPr>
        <w:jc w:val="right"/>
      </w:pPr>
      <w:r>
        <w:t>اس دور کے سارے علوم، ساری سائنسی تحقیقات اللہ کے دین کی تائید میں آ گئی ہیں۔ نظریاتی تائید۔</w:t>
      </w:r>
    </w:p>
    <w:p>
      <w:r>
        <w:rPr>
          <w:b/>
        </w:rPr>
        <w:t xml:space="preserve">[26:49] </w:t>
      </w:r>
      <w:r>
        <w:t>to ek hai yeh nazariyati taeed.</w:t>
      </w:r>
    </w:p>
    <w:p>
      <w:pPr>
        <w:jc w:val="right"/>
      </w:pPr>
      <w:r>
        <w:t>تو ایک ہے یہ نظریاتی تائید۔</w:t>
      </w:r>
    </w:p>
    <w:p>
      <w:r>
        <w:rPr>
          <w:b/>
        </w:rPr>
        <w:t xml:space="preserve">[26:55] </w:t>
      </w:r>
      <w:r>
        <w:t>aur doosra jo hai jis ka zikr hadees mein hai ke in Allah la yu'ayyidu hadha ad-deena bir-rajul al-fajir</w:t>
      </w:r>
    </w:p>
    <w:p>
      <w:pPr>
        <w:jc w:val="right"/>
      </w:pPr>
      <w:r>
        <w:t>اور دوسرا جو ہے جس کا ذکر حدیث میں ہے کہ إن الله ليؤيد هذا الدين بالرجل الفاجر</w:t>
      </w:r>
    </w:p>
    <w:p>
      <w:r>
        <w:rPr>
          <w:b/>
        </w:rPr>
        <w:t xml:space="preserve">[27:01] </w:t>
      </w:r>
      <w:r>
        <w:t>fajir se murad hai secular.</w:t>
      </w:r>
    </w:p>
    <w:p>
      <w:pPr>
        <w:jc w:val="right"/>
      </w:pPr>
      <w:r>
        <w:t>فاجر سے مراد ہے سیکولر۔</w:t>
      </w:r>
    </w:p>
    <w:p>
      <w:r>
        <w:rPr>
          <w:b/>
        </w:rPr>
        <w:t xml:space="preserve">[27:08] </w:t>
      </w:r>
      <w:r>
        <w:t>yani poori secular dunya, poori secular tehzeeb, tamam secular idare, woh mu'ayyid ban gaye hain.</w:t>
      </w:r>
    </w:p>
    <w:p>
      <w:pPr>
        <w:jc w:val="right"/>
      </w:pPr>
      <w:r>
        <w:t>یعنی پورا سیکولر دنیا، پوری سیکولر تہذیب، تمام سیکولر ادارے، وہ مؤید بن گئے ہیں۔</w:t>
      </w:r>
    </w:p>
    <w:p>
      <w:r>
        <w:rPr>
          <w:b/>
        </w:rPr>
        <w:t xml:space="preserve">[27:14] </w:t>
      </w:r>
      <w:r>
        <w:t>woh mu'ayyid ban gaye hain.</w:t>
      </w:r>
    </w:p>
    <w:p>
      <w:pPr>
        <w:jc w:val="right"/>
      </w:pPr>
      <w:r>
        <w:t>وہ مؤید بن گئے ہیں۔</w:t>
      </w:r>
    </w:p>
    <w:p>
      <w:r>
        <w:rPr>
          <w:b/>
        </w:rPr>
        <w:t xml:space="preserve">[27:20] </w:t>
      </w:r>
      <w:r>
        <w:t>to yeh quran mein aur hadees mein jo prediction kiya gaya tha, aaj woh waqe ban chuka hai.</w:t>
      </w:r>
    </w:p>
    <w:p>
      <w:pPr>
        <w:jc w:val="right"/>
      </w:pPr>
      <w:r>
        <w:t>تو یہ قرآن میں اور حدیث میں جو prediction کیا گیا تھا، آج وہ واقعہ بن چکا ہے۔</w:t>
      </w:r>
    </w:p>
    <w:p>
      <w:r>
        <w:rPr>
          <w:b/>
        </w:rPr>
        <w:t xml:space="preserve">[27:27] </w:t>
      </w:r>
      <w:r>
        <w:t>aur yeh Allah ki tofeeq se CPS walon ko yeh mauqa mila ke woh is ko avail karen.</w:t>
      </w:r>
    </w:p>
    <w:p>
      <w:pPr>
        <w:jc w:val="right"/>
      </w:pPr>
      <w:r>
        <w:t>اور یہ اللہ کی توفیق سے سی پی ایس والوں کو یہ موقع ملا کہ وہ اس کو avail کریں۔</w:t>
      </w:r>
    </w:p>
    <w:p>
      <w:r>
        <w:rPr>
          <w:b/>
        </w:rPr>
        <w:t xml:space="preserve">[27:33] </w:t>
      </w:r>
      <w:r>
        <w:t>is opportunity ko samjhen aur is ko avail karen.</w:t>
      </w:r>
    </w:p>
    <w:p>
      <w:pPr>
        <w:jc w:val="right"/>
      </w:pPr>
      <w:r>
        <w:t>اس opportunity کو سمجھیں اور اس کو avail کریں۔</w:t>
      </w:r>
    </w:p>
    <w:p>
      <w:r>
        <w:rPr>
          <w:b/>
        </w:rPr>
        <w:t xml:space="preserve">[27:39] </w:t>
      </w:r>
      <w:r>
        <w:t>to aaj ka din jo hai, main samajhta hoon ke bohat hi tareekhi din hai.</w:t>
      </w:r>
    </w:p>
    <w:p>
      <w:pPr>
        <w:jc w:val="right"/>
      </w:pPr>
      <w:r>
        <w:t>تو آج کا دن جو ہے، میں سمجھتا ہوں کہ بہت ہی تاریخی دن ہے۔</w:t>
      </w:r>
    </w:p>
    <w:p>
      <w:r>
        <w:rPr>
          <w:b/>
        </w:rPr>
        <w:t xml:space="preserve">[27:46] </w:t>
      </w:r>
      <w:r>
        <w:t>jabke main bol raha hoon dilli mein aur meri saari potential taur par meri awaaz saari dunya ko</w:t>
      </w:r>
    </w:p>
    <w:p>
      <w:pPr>
        <w:jc w:val="right"/>
      </w:pPr>
      <w:r>
        <w:t>جبکہ میں بول رہا ہوں دلی میں اور میری ساری potential طور پر میری آواز ساری دنیا کو</w:t>
      </w:r>
    </w:p>
    <w:p>
      <w:r>
        <w:rPr>
          <w:b/>
        </w:rPr>
        <w:t xml:space="preserve">[27:52] </w:t>
      </w:r>
      <w:r>
        <w:t>pehunch rahi hai.</w:t>
      </w:r>
    </w:p>
    <w:p>
      <w:pPr>
        <w:jc w:val="right"/>
      </w:pPr>
      <w:r>
        <w:t>پہنچ رہی ہے۔</w:t>
      </w:r>
    </w:p>
    <w:p>
      <w:r>
        <w:rPr>
          <w:b/>
        </w:rPr>
        <w:t xml:space="preserve">[27:58] </w:t>
      </w:r>
      <w:r>
        <w:t>kaisi ajeeb baat hai.</w:t>
      </w:r>
    </w:p>
    <w:p>
      <w:pPr>
        <w:jc w:val="right"/>
      </w:pPr>
      <w:r>
        <w:t>کیسی عجیب بات ہے۔</w:t>
      </w:r>
    </w:p>
    <w:p>
      <w:r>
        <w:rPr>
          <w:b/>
        </w:rPr>
        <w:t xml:space="preserve">[28:05] </w:t>
      </w:r>
      <w:r>
        <w:t>kaisi ajeeb baat hai.</w:t>
      </w:r>
    </w:p>
    <w:p>
      <w:pPr>
        <w:jc w:val="right"/>
      </w:pPr>
      <w:r>
        <w:t>کیسی عجیب بات ہے۔</w:t>
      </w:r>
    </w:p>
    <w:p>
      <w:r>
        <w:rPr>
          <w:b/>
        </w:rPr>
        <w:t xml:space="preserve">[28:11] </w:t>
      </w:r>
      <w:r>
        <w:t>is se pehle tareekh mein kabhi aisa nahi hua ke ek Allah ka ek banda Allah ki baat</w:t>
      </w:r>
    </w:p>
    <w:p>
      <w:pPr>
        <w:jc w:val="right"/>
      </w:pPr>
      <w:r>
        <w:t>اس سے پہلے تاریخ میں کبھی ایسا نہیں ہوا کہ ایک اللہ کا ایک بندہ اللہ کی بات</w:t>
      </w:r>
    </w:p>
    <w:p>
      <w:r>
        <w:rPr>
          <w:b/>
        </w:rPr>
        <w:t xml:space="preserve">[28:17] </w:t>
      </w:r>
      <w:r>
        <w:t>ko zameen ke ek hisse mein bole aur zameen ke poore hisse mein awaaz sunai de is ki.</w:t>
      </w:r>
    </w:p>
    <w:p>
      <w:pPr>
        <w:jc w:val="right"/>
      </w:pPr>
      <w:r>
        <w:t>کو زمین کے ایک حصے میں بولے اور زمین کے پورے حصے میں آواز سنائی دے اس کی۔</w:t>
      </w:r>
    </w:p>
    <w:p>
      <w:r>
        <w:rPr>
          <w:b/>
        </w:rPr>
        <w:t xml:space="preserve">[28:24] </w:t>
      </w:r>
      <w:r>
        <w:t>is se pehle kaha hua tha? kabhi bhi nahi hua tha.</w:t>
      </w:r>
    </w:p>
    <w:p>
      <w:pPr>
        <w:jc w:val="right"/>
      </w:pPr>
      <w:r>
        <w:t>اس سے پہلے کہا ہوا تھا؟ کبھی بھی نہیں ہوا تھا۔</w:t>
      </w:r>
    </w:p>
    <w:p>
      <w:r>
        <w:rPr>
          <w:b/>
        </w:rPr>
        <w:t xml:space="preserve">[28:30] </w:t>
      </w:r>
      <w:r>
        <w:t>to mein is waqt bol raha hoon dilli mein apne kuch sathiyon ko darmian aur yahan par sari</w:t>
      </w:r>
    </w:p>
    <w:p>
      <w:pPr>
        <w:jc w:val="right"/>
      </w:pPr>
      <w:r>
        <w:t>تو میں اس وقت بول رہا ہوں دلی میں اپنے کچھ ساتھیوں کو درمیان اور یہاں پر ساری</w:t>
      </w:r>
    </w:p>
    <w:p>
      <w:r>
        <w:rPr>
          <w:b/>
        </w:rPr>
        <w:t xml:space="preserve">[28:36] </w:t>
      </w:r>
      <w:r>
        <w:t>technology istemal ho rahi hai.</w:t>
      </w:r>
    </w:p>
    <w:p>
      <w:pPr>
        <w:jc w:val="right"/>
      </w:pPr>
      <w:r>
        <w:t>ٹیکنالوجی استعمال ہو رہی ہے۔</w:t>
      </w:r>
    </w:p>
    <w:p>
      <w:r>
        <w:rPr>
          <w:b/>
        </w:rPr>
        <w:t xml:space="preserve">[28:43] </w:t>
      </w:r>
      <w:r>
        <w:t>is is technology ke zariye yaani is ki video recording ho rahi hai aur potential tor par sari</w:t>
      </w:r>
    </w:p>
    <w:p>
      <w:pPr>
        <w:jc w:val="right"/>
      </w:pPr>
      <w:r>
        <w:t>اس اس ٹیکنالوجی کے ذریعے یعنی اس کی ویڈیو ریکارڈنگ ہو رہی ہے اور potential طور پر ساری</w:t>
      </w:r>
    </w:p>
    <w:p>
      <w:r>
        <w:rPr>
          <w:b/>
        </w:rPr>
        <w:t xml:space="preserve">[28:49] </w:t>
      </w:r>
      <w:r>
        <w:t>dunya mein pahunch rahi hai.</w:t>
      </w:r>
    </w:p>
    <w:p>
      <w:pPr>
        <w:jc w:val="right"/>
      </w:pPr>
      <w:r>
        <w:t>دنیا میں پہنچ رہی ہے۔</w:t>
      </w:r>
    </w:p>
    <w:p>
      <w:r>
        <w:rPr>
          <w:b/>
        </w:rPr>
        <w:t xml:space="preserve">[28:55] </w:t>
      </w:r>
      <w:r>
        <w:t>تو میں عرض کروں گا کہ یہ جو modern technology ہے، اس کو مسلمانوں نے بہت ہی بری</w:t>
      </w:r>
    </w:p>
    <w:p>
      <w:pPr>
        <w:jc w:val="right"/>
      </w:pPr>
      <w:r>
        <w:t>تو میں عرض کروں گا کہ یہ جو modern ٹیکنالوجی ہے، اس کو مسلمانوں نے بہت ہی بری</w:t>
      </w:r>
    </w:p>
    <w:p>
      <w:r>
        <w:rPr>
          <w:b/>
        </w:rPr>
        <w:t xml:space="preserve">[29:02] </w:t>
      </w:r>
      <w:r>
        <w:t>tarah istemal kiya.</w:t>
      </w:r>
    </w:p>
    <w:p>
      <w:pPr>
        <w:jc w:val="right"/>
      </w:pPr>
      <w:r>
        <w:t>طرح استعمال کیا۔</w:t>
      </w:r>
    </w:p>
    <w:p>
      <w:r>
        <w:rPr>
          <w:b/>
        </w:rPr>
        <w:t xml:space="preserve">[29:08] </w:t>
      </w:r>
      <w:r>
        <w:t>military ke liye, apni political tehreekon ke liye, apne chhote chhote maqasid ke liye, apni supremacy qaem karne</w:t>
      </w:r>
    </w:p>
    <w:p>
      <w:pPr>
        <w:jc w:val="right"/>
      </w:pPr>
      <w:r>
        <w:t>military کے لیے، اپنی political تحریکوں کے لیے، اپنے چھوٹے چھوٹے مقاصد کے لیے، اپنی supremacy قائم کرنے</w:t>
      </w:r>
    </w:p>
    <w:p>
      <w:r>
        <w:rPr>
          <w:b/>
        </w:rPr>
        <w:t xml:space="preserve">[29:14] </w:t>
      </w:r>
      <w:r>
        <w:t>کے لیے، دنیا میں warm culture اور bomb culture چلانے کے لیے، حتیٰ کہ suicide bombing کے لیے۔</w:t>
      </w:r>
    </w:p>
    <w:p>
      <w:pPr>
        <w:jc w:val="right"/>
      </w:pPr>
      <w:r>
        <w:t>کے لیے، دنیا میں گرم کلچر اور بم کلچر چلانے کے لیے، حتیٰ کہ suicide bombing کے لیے۔</w:t>
      </w:r>
    </w:p>
    <w:p>
      <w:r>
        <w:rPr>
          <w:b/>
        </w:rPr>
        <w:t xml:space="preserve">[29:21] </w:t>
      </w:r>
      <w:r>
        <w:t>lekin Allah ke fazal se sirf CPS ek aisi tehreek hai zameen ke upar jis ne</w:t>
      </w:r>
    </w:p>
    <w:p>
      <w:pPr>
        <w:jc w:val="right"/>
      </w:pPr>
      <w:r>
        <w:t>لیکن اللہ کے فضل سے صرف سی پی ایس ایک ایسی تحریک ہے زمین کے اوپر جس نے</w:t>
      </w:r>
    </w:p>
    <w:p>
      <w:r>
        <w:rPr>
          <w:b/>
        </w:rPr>
        <w:t xml:space="preserve">[29:27] </w:t>
      </w:r>
      <w:r>
        <w:t>khalis Allah ke mission ke liye modern technology ko istemal kiya hai.</w:t>
      </w:r>
    </w:p>
    <w:p>
      <w:pPr>
        <w:jc w:val="right"/>
      </w:pPr>
      <w:r>
        <w:t>خالص اللہ کے مشن کے لیے modern ٹیکنالوجی کو استعمال کیا ہے۔</w:t>
      </w:r>
    </w:p>
    <w:p>
      <w:r>
        <w:rPr>
          <w:b/>
        </w:rPr>
        <w:t xml:space="preserve">[29:33] </w:t>
      </w:r>
      <w:r>
        <w:t>yeh bohat hi anokhi baat hai.</w:t>
      </w:r>
    </w:p>
    <w:p>
      <w:pPr>
        <w:jc w:val="right"/>
      </w:pPr>
      <w:r>
        <w:t>یہ بہت ہی انوکھی بات ہے۔</w:t>
      </w:r>
    </w:p>
    <w:p>
      <w:r>
        <w:rPr>
          <w:b/>
        </w:rPr>
        <w:t xml:space="preserve">[29:40] </w:t>
      </w:r>
      <w:r>
        <w:t>aaj subah mein yeh soch raha tha, ek sahib, aisa hua ke ek sahib ka mere paas message mila.</w:t>
      </w:r>
    </w:p>
    <w:p>
      <w:pPr>
        <w:jc w:val="right"/>
      </w:pPr>
      <w:r>
        <w:t>آج صبح میں یہ سوچ رہا تھا، ایک صاحب، ایسا ہوا کہ ایک صاحب کا میرے پاس message ملا۔</w:t>
      </w:r>
    </w:p>
    <w:p>
      <w:r>
        <w:rPr>
          <w:b/>
        </w:rPr>
        <w:t xml:space="preserve">[29:46] </w:t>
      </w:r>
      <w:r>
        <w:t>woh ek ek bari exhibition mein, book fair mein gaye hue thay.</w:t>
      </w:r>
    </w:p>
    <w:p>
      <w:pPr>
        <w:jc w:val="right"/>
      </w:pPr>
      <w:r>
        <w:t>وہ ایک ایک بڑی exhibition میں، book fair میں گئے ہوئے تھے۔</w:t>
      </w:r>
    </w:p>
    <w:p>
      <w:r>
        <w:rPr>
          <w:b/>
        </w:rPr>
        <w:t xml:space="preserve">[29:52] </w:t>
      </w:r>
      <w:r>
        <w:t>wahan mukhtalif jamaaton ke mukhtalif jamaaton ki kitabon ka wahan par stall laga hua tha.</w:t>
      </w:r>
    </w:p>
    <w:p>
      <w:pPr>
        <w:jc w:val="right"/>
      </w:pPr>
      <w:r>
        <w:t>وہاں مختلف جماعتوں کے مختلف جماعتوں کی کتابوں کا وہاں پر stall لگا ہوا تھا۔</w:t>
      </w:r>
    </w:p>
    <w:p>
      <w:r>
        <w:rPr>
          <w:b/>
        </w:rPr>
        <w:t xml:space="preserve">[29:59] </w:t>
      </w:r>
      <w:r>
        <w:t>jo musalmanon mein jo jamaatein hain, un ke stall wahan lage hue thay.</w:t>
      </w:r>
    </w:p>
    <w:p>
      <w:pPr>
        <w:jc w:val="right"/>
      </w:pPr>
      <w:r>
        <w:t>جو مسلمانوں میں جو جماعتیں ہیں، ان کے stall وہاں لگے ہوئے تھے۔</w:t>
      </w:r>
    </w:p>
    <w:p>
      <w:r>
        <w:rPr>
          <w:b/>
        </w:rPr>
        <w:t xml:space="preserve">[30:05] </w:t>
      </w:r>
      <w:r>
        <w:t>kitabein un ki rakhi hui theen wahan par.</w:t>
      </w:r>
    </w:p>
    <w:p>
      <w:pPr>
        <w:jc w:val="right"/>
      </w:pPr>
      <w:r>
        <w:t>کتابیں ان کی رکھی ہوئی تھیں وہاں پر۔</w:t>
      </w:r>
    </w:p>
    <w:p>
      <w:r>
        <w:rPr>
          <w:b/>
        </w:rPr>
        <w:t xml:space="preserve">[30:11] </w:t>
      </w:r>
      <w:r>
        <w:t>lekin bheed thi CPS ke stall par.</w:t>
      </w:r>
    </w:p>
    <w:p>
      <w:pPr>
        <w:jc w:val="right"/>
      </w:pPr>
      <w:r>
        <w:t>لیکن بھیڑ تھی سی پی ایس کے stall پر۔</w:t>
      </w:r>
    </w:p>
    <w:p>
      <w:r>
        <w:rPr>
          <w:b/>
        </w:rPr>
        <w:t xml:space="preserve">[30:18] </w:t>
      </w:r>
      <w:r>
        <w:t>to ek shakhs wahan aaya, us ne kaha ke mein poora ghoom ke dekha hai, maine book</w:t>
      </w:r>
    </w:p>
    <w:p>
      <w:pPr>
        <w:jc w:val="right"/>
      </w:pPr>
      <w:r>
        <w:t>تو ایک شخص وہاں آیا، اس نے کہا کہ میں پورا گھوم کے دیکھا ہے، میں نے book</w:t>
      </w:r>
    </w:p>
    <w:p>
      <w:r>
        <w:rPr>
          <w:b/>
        </w:rPr>
        <w:t xml:space="preserve">[30:24] </w:t>
      </w:r>
      <w:r>
        <w:t>fair ko, kai yahan par book stall hain musalmanon ke, kahin bhi bheed nahi hai.</w:t>
      </w:r>
    </w:p>
    <w:p>
      <w:pPr>
        <w:jc w:val="right"/>
      </w:pPr>
      <w:r>
        <w:t>fair کو، کئی یہاں پر book stall ہیں مسلمانوں کے، کہیں بھی بھیڑ نہیں ہے۔</w:t>
      </w:r>
    </w:p>
    <w:p>
      <w:r>
        <w:rPr>
          <w:b/>
        </w:rPr>
        <w:t xml:space="preserve">[30:30] </w:t>
      </w:r>
      <w:r>
        <w:t>aap ke haan bheed kyun hai? Aap ke haan bheed kyun hai? To jo sahib wahan book stall</w:t>
      </w:r>
    </w:p>
    <w:p>
      <w:pPr>
        <w:jc w:val="right"/>
      </w:pPr>
      <w:r>
        <w:t>آپ کے ہاں بھیڑ کیوں ہے؟ آپ کے ہاں بھیڑ کیوں ہے؟ تو جو صاحب وہاں book stall</w:t>
      </w:r>
    </w:p>
    <w:p>
      <w:r>
        <w:rPr>
          <w:b/>
        </w:rPr>
        <w:t xml:space="preserve">[30:37] </w:t>
      </w:r>
      <w:r>
        <w:t>lagaye hue thay CPS ka, unhon ne kaha, is liye ke hum is aaj ka jo</w:t>
      </w:r>
    </w:p>
    <w:p>
      <w:pPr>
        <w:jc w:val="right"/>
      </w:pPr>
      <w:r>
        <w:t>لگائے ہوئے تھے سی پی ایس کا، انہوں نے کہا، اس لیے کہ ہم اس آج کا جو</w:t>
      </w:r>
    </w:p>
    <w:p>
      <w:r>
        <w:rPr>
          <w:b/>
        </w:rPr>
        <w:t xml:space="preserve">[30:43] </w:t>
      </w:r>
      <w:r>
        <w:t>idiom hai, aaj ka jo taqaza hai, us ke lehaz se hum Islam pesh kar rahe hain, is liye.</w:t>
      </w:r>
    </w:p>
    <w:p>
      <w:pPr>
        <w:jc w:val="right"/>
      </w:pPr>
      <w:r>
        <w:t>idiom ہے، آج کا جو تقاضا ہے، اس کے لحاظ سے ہم اسلام پیش کر رہے ہیں، اس لیے۔</w:t>
      </w:r>
    </w:p>
    <w:p>
      <w:r>
        <w:rPr>
          <w:b/>
        </w:rPr>
        <w:t xml:space="preserve">[30:49] </w:t>
      </w:r>
      <w:r>
        <w:t>aur woh log jo hain, woh purani baatein dohra rahe hain.</w:t>
      </w:r>
    </w:p>
    <w:p>
      <w:pPr>
        <w:jc w:val="right"/>
      </w:pPr>
      <w:r>
        <w:t>اور وہ لوگ جو ہیں، وہ پرانی باتیں دہرا رہے ہیں۔</w:t>
      </w:r>
    </w:p>
    <w:p>
      <w:r>
        <w:rPr>
          <w:b/>
        </w:rPr>
        <w:t xml:space="preserve">[30:56] </w:t>
      </w:r>
      <w:r>
        <w:t>to kaisi ajeeb baat hai.</w:t>
      </w:r>
    </w:p>
    <w:p>
      <w:pPr>
        <w:jc w:val="right"/>
      </w:pPr>
      <w:r>
        <w:t>تو کیسی عجیب بات ہے۔</w:t>
      </w:r>
    </w:p>
    <w:p>
      <w:r>
        <w:rPr>
          <w:b/>
        </w:rPr>
        <w:t xml:space="preserve">[31:02] </w:t>
      </w:r>
      <w:r>
        <w:t>kaisi ajeeb baat hai.</w:t>
      </w:r>
    </w:p>
    <w:p>
      <w:pPr>
        <w:jc w:val="right"/>
      </w:pPr>
      <w:r>
        <w:t>کیسی عجیب بات ہے۔</w:t>
      </w:r>
    </w:p>
    <w:p>
      <w:r>
        <w:rPr>
          <w:b/>
        </w:rPr>
        <w:t xml:space="preserve">[31:08] </w:t>
      </w:r>
      <w:r>
        <w:t>mein yeh bhi arz kar doon ke mein ya mere sathiyon mein ek ek yaani ek ek ek zarre</w:t>
      </w:r>
    </w:p>
    <w:p>
      <w:pPr>
        <w:jc w:val="right"/>
      </w:pPr>
      <w:r>
        <w:t>میں یہ بھی عرض کر دوں کہ میں یا میرے ساتھی ایک ایک یعنی ایک ایک ایک ذرے</w:t>
      </w:r>
    </w:p>
    <w:p>
      <w:r>
        <w:rPr>
          <w:b/>
        </w:rPr>
        <w:t xml:space="preserve">[31:15] </w:t>
      </w:r>
      <w:r>
        <w:t>ke barabar bhi yeh nahi samajhte ke hamari koi taqat hai.</w:t>
      </w:r>
    </w:p>
    <w:p>
      <w:pPr>
        <w:jc w:val="right"/>
      </w:pPr>
      <w:r>
        <w:t>کے برابر بھی یہ نہیں سمجھتے کہ ہماری کوئی طاقت ہے۔</w:t>
      </w:r>
    </w:p>
    <w:p>
      <w:r>
        <w:rPr>
          <w:b/>
        </w:rPr>
        <w:t xml:space="preserve">[31:21] </w:t>
      </w:r>
      <w:r>
        <w:t>aap kisi bhi CPS mein jo kaam kar raha hai, us se miliye, us se baat kijiye.</w:t>
      </w:r>
    </w:p>
    <w:p>
      <w:pPr>
        <w:jc w:val="right"/>
      </w:pPr>
      <w:r>
        <w:t>آپ کسی بھی سی پی ایس میں جو کام کر رہا ہے، اس سے ملیے، اس سے بات کیجیے۔</w:t>
      </w:r>
    </w:p>
    <w:p>
      <w:r>
        <w:rPr>
          <w:b/>
        </w:rPr>
        <w:t xml:space="preserve">[31:27] </w:t>
      </w:r>
      <w:r>
        <w:t>hum mein se kisi ko bhi yeh ghalat fehmi nahi hai ke hamari koi taqat hai.</w:t>
      </w:r>
    </w:p>
    <w:p>
      <w:pPr>
        <w:jc w:val="right"/>
      </w:pPr>
      <w:r>
        <w:t>ہم میں سے کسی کو بھی یہ غلط فہمی نہیں ہے کہ ہماری کوئی طاقت ہے۔</w:t>
      </w:r>
    </w:p>
    <w:p>
      <w:r>
        <w:rPr>
          <w:b/>
        </w:rPr>
        <w:t xml:space="preserve">[31:34] </w:t>
      </w:r>
      <w:r>
        <w:t>yeh sirf Allah ki madad se ho raha hai.</w:t>
      </w:r>
    </w:p>
    <w:p>
      <w:pPr>
        <w:jc w:val="right"/>
      </w:pPr>
      <w:r>
        <w:t>یہ صرف اللہ کی مدد سے ہو رہا ہے۔</w:t>
      </w:r>
    </w:p>
    <w:p>
      <w:r>
        <w:rPr>
          <w:b/>
        </w:rPr>
        <w:t xml:space="preserve">[31:40] </w:t>
      </w:r>
      <w:r>
        <w:t>hum hamare paas koi taqat nahi.</w:t>
      </w:r>
    </w:p>
    <w:p>
      <w:pPr>
        <w:jc w:val="right"/>
      </w:pPr>
      <w:r>
        <w:t>ہم ہمارے پاس کوئی طاقت نہیں۔</w:t>
      </w:r>
    </w:p>
    <w:p>
      <w:r>
        <w:rPr>
          <w:b/>
        </w:rPr>
        <w:t xml:space="preserve">[31:46] </w:t>
      </w:r>
      <w:r>
        <w:t>koi bhi taqat nahi, kuch bhi taqat nahi, one person bhi nahi.</w:t>
      </w:r>
    </w:p>
    <w:p>
      <w:pPr>
        <w:jc w:val="right"/>
      </w:pPr>
      <w:r>
        <w:t>کوئی بھی طاقت نہیں، کچھ بھی طاقت نہیں، one person بھی نہیں۔</w:t>
      </w:r>
    </w:p>
    <w:p>
      <w:r>
        <w:rPr>
          <w:b/>
        </w:rPr>
        <w:t xml:space="preserve">[31:53] </w:t>
      </w:r>
      <w:r>
        <w:t>Allah ke fazal se aap kisi bhi kisi bhi dunya ki mukhtalif hisson mein jo CPS</w:t>
      </w:r>
    </w:p>
    <w:p>
      <w:pPr>
        <w:jc w:val="right"/>
      </w:pPr>
      <w:r>
        <w:t>اللہ کے فضل سے آپ کسی بھی کسی بھی دنیا کی مختلف حصوں میں جو سی پی ایس</w:t>
      </w:r>
    </w:p>
    <w:p>
      <w:r>
        <w:rPr>
          <w:b/>
        </w:rPr>
        <w:t xml:space="preserve">[31:59] </w:t>
      </w:r>
      <w:r>
        <w:t>ke log kaam kar rahe hain, aap kisi se milein.</w:t>
      </w:r>
    </w:p>
    <w:p>
      <w:pPr>
        <w:jc w:val="right"/>
      </w:pPr>
      <w:r>
        <w:t>کے لوگ کام کر رہے ہیں، آپ کسی سے ملیے۔</w:t>
      </w:r>
    </w:p>
    <w:p>
      <w:r>
        <w:rPr>
          <w:b/>
        </w:rPr>
        <w:t xml:space="preserve">[32:05] </w:t>
      </w:r>
      <w:r>
        <w:t>aur aap mujhe is mein zara bhi shaq nahi ke aap ka yeh ta'assur hoga ke yeh log</w:t>
      </w:r>
    </w:p>
    <w:p>
      <w:pPr>
        <w:jc w:val="right"/>
      </w:pPr>
      <w:r>
        <w:t>اور آپ مجھے اس میں ذرا بھی شک نہیں کہ آپ کا یہ تاثر ہوگا کہ یہ لوگ</w:t>
      </w:r>
    </w:p>
    <w:p>
      <w:r>
        <w:rPr>
          <w:b/>
        </w:rPr>
        <w:t xml:space="preserve">[32:12] </w:t>
      </w:r>
      <w:r>
        <w:t>ano'khe ehsas mein jee rahe hain.</w:t>
      </w:r>
    </w:p>
    <w:p>
      <w:pPr>
        <w:jc w:val="right"/>
      </w:pPr>
      <w:r>
        <w:t>انوکھے احساس میں جی رہے ہیں۔</w:t>
      </w:r>
    </w:p>
    <w:p>
      <w:r>
        <w:rPr>
          <w:b/>
        </w:rPr>
        <w:t xml:space="preserve">[32:18] </w:t>
      </w:r>
      <w:r>
        <w:t>wo kehte hain ke hamari kya taqat hai? yeh toh Allah ki madad hai, is ki wajah se</w:t>
      </w:r>
    </w:p>
    <w:p>
      <w:pPr>
        <w:jc w:val="right"/>
      </w:pPr>
      <w:r>
        <w:t>وہ کہتے ہیں کہ ہماری کیا طاقت ہے؟ یہ تو اللہ کی مدد ہے، اس کی وجہ سے</w:t>
      </w:r>
    </w:p>
    <w:p>
      <w:r>
        <w:rPr>
          <w:b/>
        </w:rPr>
        <w:t xml:space="preserve">[32:25] </w:t>
      </w:r>
      <w:r>
        <w:t>hum yeh kaam kar pa rahe hain.</w:t>
      </w:r>
    </w:p>
    <w:p>
      <w:pPr>
        <w:jc w:val="right"/>
      </w:pPr>
      <w:r>
        <w:t>ہم یہ کام کر پا رہے ہیں۔</w:t>
      </w:r>
    </w:p>
    <w:p>
      <w:r>
        <w:rPr>
          <w:b/>
        </w:rPr>
        <w:t xml:space="preserve">[32:31] </w:t>
      </w:r>
      <w:r>
        <w:t>har aadmi ek boli boley ga.</w:t>
      </w:r>
    </w:p>
    <w:p>
      <w:pPr>
        <w:jc w:val="right"/>
      </w:pPr>
      <w:r>
        <w:t>ہر آدمی ایک بولی بولے گا۔</w:t>
      </w:r>
    </w:p>
    <w:p>
      <w:r>
        <w:rPr>
          <w:b/>
        </w:rPr>
        <w:t xml:space="preserve">[32:37] </w:t>
      </w:r>
      <w:r>
        <w:t>toh yeh ek waqea hai ke is daur mein Allah ke mission ko is ki khalish shakl mein</w:t>
      </w:r>
    </w:p>
    <w:p>
      <w:pPr>
        <w:jc w:val="right"/>
      </w:pPr>
      <w:r>
        <w:t>تو یہ ایک واقعہ ہے کہ اس دور میں اللہ کے مشن کو اس کی خالص شکل میں</w:t>
      </w:r>
    </w:p>
    <w:p>
      <w:r>
        <w:rPr>
          <w:b/>
        </w:rPr>
        <w:t xml:space="preserve">[32:44] </w:t>
      </w:r>
      <w:r>
        <w:t>khara hona, baghair kisi milawat ke, baghair kisi compromise ke, most difficult task tha.</w:t>
      </w:r>
    </w:p>
    <w:p>
      <w:pPr>
        <w:jc w:val="right"/>
      </w:pPr>
      <w:r>
        <w:t>کھڑا ہونا، بغیر کسی ملاوٹ کے، بغیر کسی compromise کے، most difficult task تھا۔</w:t>
      </w:r>
    </w:p>
    <w:p>
      <w:r>
        <w:rPr>
          <w:b/>
        </w:rPr>
        <w:t xml:space="preserve">[32:50] </w:t>
      </w:r>
      <w:r>
        <w:t>jitne log tehreekein chala rahe hain, woh kahin na kahin compromise kiye rehte hain.</w:t>
      </w:r>
    </w:p>
    <w:p>
      <w:pPr>
        <w:jc w:val="right"/>
      </w:pPr>
      <w:r>
        <w:t>جتنے لوگ تحریکیں چلا رہے ہیں، وہ کہیں نہ کہیں compromise کیے رہتے ہیں۔</w:t>
      </w:r>
    </w:p>
    <w:p>
      <w:r>
        <w:rPr>
          <w:b/>
        </w:rPr>
        <w:t xml:space="preserve">[32:56] </w:t>
      </w:r>
      <w:r>
        <w:t>kyun ke kyun ke wo samajhte hain compromise nahi karein ge toh logon ki madad unhein nahi mile gi.</w:t>
      </w:r>
    </w:p>
    <w:p>
      <w:pPr>
        <w:jc w:val="right"/>
      </w:pPr>
      <w:r>
        <w:t>کیونکہ کیونکہ وہ سمجھتے ہیں compromise نہیں کریں گے تو لوگوں کی مدد انہیں نہیں ملے گی۔</w:t>
      </w:r>
    </w:p>
    <w:p>
      <w:r>
        <w:rPr>
          <w:b/>
        </w:rPr>
        <w:t xml:space="preserve">[33:03] </w:t>
      </w:r>
      <w:r>
        <w:t>log bheer nahi lagayein ge.</w:t>
      </w:r>
    </w:p>
    <w:p>
      <w:pPr>
        <w:jc w:val="right"/>
      </w:pPr>
      <w:r>
        <w:t>لوگ بھیڑ نہیں لگائیں گے۔</w:t>
      </w:r>
    </w:p>
    <w:p>
      <w:r>
        <w:rPr>
          <w:b/>
        </w:rPr>
        <w:t xml:space="preserve">[33:09] </w:t>
      </w:r>
      <w:r>
        <w:t>logon ka ke saath ta'awun nahi karein ge.</w:t>
      </w:r>
    </w:p>
    <w:p>
      <w:pPr>
        <w:jc w:val="right"/>
      </w:pPr>
      <w:r>
        <w:t>لوگوں کا کے ساتھ تعاون نہیں کریں گے۔</w:t>
      </w:r>
    </w:p>
    <w:p>
      <w:r>
        <w:rPr>
          <w:b/>
        </w:rPr>
        <w:t xml:space="preserve">[33:15] </w:t>
      </w:r>
      <w:r>
        <w:t>CPS ke mission mein Allah ke fazal se zara bhi koi compromise nahi kiya gaya hai.</w:t>
      </w:r>
    </w:p>
    <w:p>
      <w:pPr>
        <w:jc w:val="right"/>
      </w:pPr>
      <w:r>
        <w:t>سی پی ایس کے مشن میں اللہ کے فضل سے ذرا بھی کوئی compromise نہیں کیا گیا ہے۔</w:t>
      </w:r>
    </w:p>
    <w:p>
      <w:r>
        <w:rPr>
          <w:b/>
        </w:rPr>
        <w:t xml:space="preserve">[33:22] </w:t>
      </w:r>
      <w:r>
        <w:t>zara bhi koi tilt nahi dikhai gayi hai.</w:t>
      </w:r>
    </w:p>
    <w:p>
      <w:pPr>
        <w:jc w:val="right"/>
      </w:pPr>
      <w:r>
        <w:t>ذرا بھی کوئی tilt نہیں دکھائی گئی ہے۔</w:t>
      </w:r>
    </w:p>
    <w:p>
      <w:r>
        <w:rPr>
          <w:b/>
        </w:rPr>
        <w:t xml:space="preserve">[33:28] </w:t>
      </w:r>
      <w:r>
        <w:t>purely Allah ki manisha ke liye hum khare hue hain.</w:t>
      </w:r>
    </w:p>
    <w:p>
      <w:pPr>
        <w:jc w:val="right"/>
      </w:pPr>
      <w:r>
        <w:t>purely اللہ کی منشا کے لیے ہم کھڑے ہوئے ہیں۔</w:t>
      </w:r>
    </w:p>
    <w:p>
      <w:r>
        <w:rPr>
          <w:b/>
        </w:rPr>
        <w:t xml:space="preserve">[33:34] </w:t>
      </w:r>
      <w:r>
        <w:t>Allah ki jo manisha Quran aur sunnat se hum samjhe hain, hamare saathi samjhe hain, isi ko le</w:t>
      </w:r>
    </w:p>
    <w:p>
      <w:pPr>
        <w:jc w:val="right"/>
      </w:pPr>
      <w:r>
        <w:t>اللہ کی جو منشا قرآن اور سنت سے ہم سمجھے ہیں، ہمارے ساتھی سمجھے ہیں، اسی کو لے</w:t>
      </w:r>
    </w:p>
    <w:p>
      <w:r>
        <w:rPr>
          <w:b/>
        </w:rPr>
        <w:t xml:space="preserve">[33:41] </w:t>
      </w:r>
      <w:r>
        <w:t>kar khare hue hain.</w:t>
      </w:r>
    </w:p>
    <w:p>
      <w:pPr>
        <w:jc w:val="right"/>
      </w:pPr>
      <w:r>
        <w:t>کر کھڑے ہوئے ہیں۔</w:t>
      </w:r>
    </w:p>
    <w:p>
      <w:r>
        <w:rPr>
          <w:b/>
        </w:rPr>
        <w:t xml:space="preserve">[33:47] </w:t>
      </w:r>
      <w:r>
        <w:t>aur kuch bhi nahi.</w:t>
      </w:r>
    </w:p>
    <w:p>
      <w:pPr>
        <w:jc w:val="right"/>
      </w:pPr>
      <w:r>
        <w:t>اور کچھ بھی نہیں۔</w:t>
      </w:r>
    </w:p>
    <w:p>
      <w:r>
        <w:rPr>
          <w:b/>
        </w:rPr>
        <w:t xml:space="preserve">[33:53] </w:t>
      </w:r>
      <w:r>
        <w:t>aur kuch bhi nahi.</w:t>
      </w:r>
    </w:p>
    <w:p>
      <w:pPr>
        <w:jc w:val="right"/>
      </w:pPr>
      <w:r>
        <w:t>اور کچھ بھی نہیں۔</w:t>
      </w:r>
    </w:p>
    <w:p>
      <w:r>
        <w:rPr>
          <w:b/>
        </w:rPr>
        <w:t xml:space="preserve">[34:00] </w:t>
      </w:r>
      <w:r>
        <w:t>yeh ek anokha mission hai.</w:t>
      </w:r>
    </w:p>
    <w:p>
      <w:pPr>
        <w:jc w:val="right"/>
      </w:pPr>
      <w:r>
        <w:t>یہ ایک انوکھا مشن ہے۔</w:t>
      </w:r>
    </w:p>
    <w:p>
      <w:r>
        <w:rPr>
          <w:b/>
        </w:rPr>
        <w:t xml:space="preserve">[34:06] </w:t>
      </w:r>
      <w:r>
        <w:t>allah ta'ala ka yeh manshoor tha, allah ta'ala ka yeh matloob tha ke aise log ke is is</w:t>
      </w:r>
    </w:p>
    <w:p>
      <w:pPr>
        <w:jc w:val="right"/>
      </w:pPr>
      <w:r>
        <w:t>اللہ تعالیٰ کا یہ منشور تھا، اللہ تعالیٰ کا یہ مطلوب تھا کہ ایسے لوگ کہ اس اس</w:t>
      </w:r>
    </w:p>
    <w:p>
      <w:r>
        <w:rPr>
          <w:b/>
        </w:rPr>
        <w:t xml:space="preserve">[34:12] </w:t>
      </w:r>
      <w:r>
        <w:t>ne jo jis quran ko mehfooz kiya hai, jis sunnat ko mehfooz kiya hai, jo allah ka allah</w:t>
      </w:r>
    </w:p>
    <w:p>
      <w:pPr>
        <w:jc w:val="right"/>
      </w:pPr>
      <w:r>
        <w:t>نے جو جس قرآن کو محفوظ کیا ہے، جس سنت کو محفوظ کیا ہے، جو اللہ کا اللہ</w:t>
      </w:r>
    </w:p>
    <w:p>
      <w:r>
        <w:rPr>
          <w:b/>
        </w:rPr>
        <w:t xml:space="preserve">[34:19] </w:t>
      </w:r>
      <w:r>
        <w:t>ka paigham mehfooz kiya gaya hai, woh dunya walon tak pohanchaye.</w:t>
      </w:r>
    </w:p>
    <w:p>
      <w:pPr>
        <w:jc w:val="right"/>
      </w:pPr>
      <w:r>
        <w:t>کا پیغام محفوظ کیا گیا ہے، وہ دنیا والوں تک پہنچائے۔</w:t>
      </w:r>
    </w:p>
    <w:p>
      <w:r>
        <w:rPr>
          <w:b/>
        </w:rPr>
        <w:t xml:space="preserve">[34:25] </w:t>
      </w:r>
      <w:r>
        <w:t>woh dunya walon tak yeh allah ka matloob tha.</w:t>
      </w:r>
    </w:p>
    <w:p>
      <w:pPr>
        <w:jc w:val="right"/>
      </w:pPr>
      <w:r>
        <w:t>وہ دنیا والوں تک یہ اللہ کا مطلوب تھا۔</w:t>
      </w:r>
    </w:p>
    <w:p>
      <w:r>
        <w:rPr>
          <w:b/>
        </w:rPr>
        <w:t xml:space="preserve">[34:31] </w:t>
      </w:r>
      <w:r>
        <w:t>aur yeh kaam insanon ko karna tha, yeh farishtay nahi karenge.</w:t>
      </w:r>
    </w:p>
    <w:p>
      <w:pPr>
        <w:jc w:val="right"/>
      </w:pPr>
      <w:r>
        <w:t>اور یہ کام انسانوں کو کرنا تھا، یہ فرشتے نہیں کریں گے۔</w:t>
      </w:r>
    </w:p>
    <w:p>
      <w:r>
        <w:rPr>
          <w:b/>
        </w:rPr>
        <w:t xml:space="preserve">[34:38] </w:t>
      </w:r>
      <w:r>
        <w:t>farishtay ghaib mein rehte hue aap ki madad zaroor karenge.</w:t>
      </w:r>
    </w:p>
    <w:p>
      <w:pPr>
        <w:jc w:val="right"/>
      </w:pPr>
      <w:r>
        <w:t>فرشتے غیب میں رہتے ہوئے آپ کی مدد ضرور کریں گے۔</w:t>
      </w:r>
    </w:p>
    <w:p>
      <w:r>
        <w:rPr>
          <w:b/>
        </w:rPr>
        <w:t xml:space="preserve">[34:44] </w:t>
      </w:r>
      <w:r>
        <w:t>lekin woh saamne aa kar nahi karenge, woh kaam.</w:t>
      </w:r>
    </w:p>
    <w:p>
      <w:pPr>
        <w:jc w:val="right"/>
      </w:pPr>
      <w:r>
        <w:t>لیکن وہ سامنے آ کر نہیں کریں گے، وہ کام۔</w:t>
      </w:r>
    </w:p>
    <w:p>
      <w:r>
        <w:rPr>
          <w:b/>
        </w:rPr>
        <w:t xml:space="preserve">[34:50] </w:t>
      </w:r>
      <w:r>
        <w:t>kuch insanon ko khara kar khara karna tha.</w:t>
      </w:r>
    </w:p>
    <w:p>
      <w:pPr>
        <w:jc w:val="right"/>
      </w:pPr>
      <w:r>
        <w:t>کچھ انسانوں کو کھڑا کر کھڑا کرنا تھا۔</w:t>
      </w:r>
    </w:p>
    <w:p>
      <w:r>
        <w:rPr>
          <w:b/>
        </w:rPr>
        <w:t xml:space="preserve">[34:57] </w:t>
      </w:r>
      <w:r>
        <w:t>main ne ek qissa parha tha, bohat pehle ke ek raja tha to us raja ki death ho gayi.</w:t>
      </w:r>
    </w:p>
    <w:p>
      <w:pPr>
        <w:jc w:val="right"/>
      </w:pPr>
      <w:r>
        <w:t>میں نے ایک قصہ پڑھا تھا، بہت پہلے کہ ایک راجہ تھا تو اس راجہ کی death ہو گئی۔</w:t>
      </w:r>
    </w:p>
    <w:p>
      <w:r>
        <w:rPr>
          <w:b/>
        </w:rPr>
        <w:t xml:space="preserve">[35:03] </w:t>
      </w:r>
      <w:r>
        <w:t>aur uska koi beta nahi tha.</w:t>
      </w:r>
    </w:p>
    <w:p>
      <w:pPr>
        <w:jc w:val="right"/>
      </w:pPr>
      <w:r>
        <w:t>اور اس کا کوئی بیٹا نہیں تھا۔</w:t>
      </w:r>
    </w:p>
    <w:p>
      <w:r>
        <w:rPr>
          <w:b/>
        </w:rPr>
        <w:t xml:space="preserve">[35:09] </w:t>
      </w:r>
      <w:r>
        <w:t>koi uska waris nahi tha.</w:t>
      </w:r>
    </w:p>
    <w:p>
      <w:pPr>
        <w:jc w:val="right"/>
      </w:pPr>
      <w:r>
        <w:t>کوئی اس کا وارث نہیں تھا۔</w:t>
      </w:r>
    </w:p>
    <w:p>
      <w:r>
        <w:rPr>
          <w:b/>
        </w:rPr>
        <w:t xml:space="preserve">[35:16] </w:t>
      </w:r>
      <w:r>
        <w:t>koi jo jo uska jaansheen bana hai raja ka.</w:t>
      </w:r>
    </w:p>
    <w:p>
      <w:pPr>
        <w:jc w:val="right"/>
      </w:pPr>
      <w:r>
        <w:t>کوئی جو جو اس کا جانشین بنا ہے راجہ کا۔</w:t>
      </w:r>
    </w:p>
    <w:p>
      <w:r>
        <w:rPr>
          <w:b/>
        </w:rPr>
        <w:t xml:space="preserve">[35:22] </w:t>
      </w:r>
      <w:r>
        <w:t>to raja ke jo darbari the, unhon ne socha ke raja ke takht par kis ko bithaya jaye?</w:t>
      </w:r>
    </w:p>
    <w:p>
      <w:pPr>
        <w:jc w:val="right"/>
      </w:pPr>
      <w:r>
        <w:t>تو راجہ کے جو درباری تھے، انہوں نے سوچا کہ راجہ کے تخت پر کس کو بٹھایا جائے؟</w:t>
      </w:r>
    </w:p>
    <w:p>
      <w:r>
        <w:rPr>
          <w:b/>
        </w:rPr>
        <w:t xml:space="preserve">[35:28] </w:t>
      </w:r>
      <w:r>
        <w:t>kyunke uska koi waris to hai nahi.</w:t>
      </w:r>
    </w:p>
    <w:p>
      <w:pPr>
        <w:jc w:val="right"/>
      </w:pPr>
      <w:r>
        <w:t>کیونکہ اس کا کوئی وارث تو ہے نہیں۔</w:t>
      </w:r>
    </w:p>
    <w:p>
      <w:r>
        <w:rPr>
          <w:b/>
        </w:rPr>
        <w:t xml:space="preserve">[35:35] </w:t>
      </w:r>
      <w:r>
        <w:t>to logon ne mashware kar ke yeh tay kiya ke kal subah sawere hum niklenge jangal ki taraf.</w:t>
      </w:r>
    </w:p>
    <w:p>
      <w:pPr>
        <w:jc w:val="right"/>
      </w:pPr>
      <w:r>
        <w:t>تو لوگوں نے مشورہ کر کے یہ طے کیا کہ کل صبح سویرے ہم نکلیں گے جنگل کی طرف۔</w:t>
      </w:r>
    </w:p>
    <w:p>
      <w:r>
        <w:rPr>
          <w:b/>
        </w:rPr>
        <w:t xml:space="preserve">[35:41] </w:t>
      </w:r>
      <w:r>
        <w:t>aur wahan sab se pehle jo insaan milega, us ko hum raja maan lenge.</w:t>
      </w:r>
    </w:p>
    <w:p>
      <w:pPr>
        <w:jc w:val="right"/>
      </w:pPr>
      <w:r>
        <w:t>اور وہاں سب سے پہلے جو انسان ملے گا، اس کو ہم راجہ مان لیں گے۔</w:t>
      </w:r>
    </w:p>
    <w:p>
      <w:r>
        <w:rPr>
          <w:b/>
        </w:rPr>
        <w:t xml:space="preserve">[35:47] </w:t>
      </w:r>
      <w:r>
        <w:t>to us ke darbari subah sawere gaye.</w:t>
      </w:r>
    </w:p>
    <w:p>
      <w:pPr>
        <w:jc w:val="right"/>
      </w:pPr>
      <w:r>
        <w:t>تو اس کے درباری صبح سویرے گئے۔</w:t>
      </w:r>
    </w:p>
    <w:p>
      <w:r>
        <w:rPr>
          <w:b/>
        </w:rPr>
        <w:t xml:space="preserve">[35:54] </w:t>
      </w:r>
      <w:r>
        <w:t>ek aadmi tha jo lakrhaara tha, yani lakri kaat kar bechne wala.</w:t>
      </w:r>
    </w:p>
    <w:p>
      <w:pPr>
        <w:jc w:val="right"/>
      </w:pPr>
      <w:r>
        <w:t>ایک آدمی تھا جو لکڑہارا تھا، یعنی لکڑی کاٹ کر بیچنے والا۔</w:t>
      </w:r>
    </w:p>
    <w:p>
      <w:r>
        <w:rPr>
          <w:b/>
        </w:rPr>
        <w:t xml:space="preserve">[36:00] </w:t>
      </w:r>
      <w:r>
        <w:t>woh subah sawere aaya tha wahan par.</w:t>
      </w:r>
    </w:p>
    <w:p>
      <w:pPr>
        <w:jc w:val="right"/>
      </w:pPr>
      <w:r>
        <w:t>وہ صبح سویرے آیا تھا وہاں پر۔</w:t>
      </w:r>
    </w:p>
    <w:p>
      <w:r>
        <w:rPr>
          <w:b/>
        </w:rPr>
        <w:t xml:space="preserve">[36:06] </w:t>
      </w:r>
      <w:r>
        <w:t>to unhon ne kaha ke is se mile, kaha ke aaj se tum hamare raja ho.</w:t>
      </w:r>
    </w:p>
    <w:p>
      <w:pPr>
        <w:jc w:val="right"/>
      </w:pPr>
      <w:r>
        <w:t>تو انہوں نے کہا کہ اس سے ملے، کہا کہ آج سے تم ہمارے راجہ ہو۔</w:t>
      </w:r>
    </w:p>
    <w:p>
      <w:r>
        <w:rPr>
          <w:b/>
        </w:rPr>
        <w:t xml:space="preserve">[36:13] </w:t>
      </w:r>
      <w:r>
        <w:t>woh aadmi ghabra gaya.</w:t>
      </w:r>
    </w:p>
    <w:p>
      <w:pPr>
        <w:jc w:val="right"/>
      </w:pPr>
      <w:r>
        <w:t>وہ آدمی گھبرا گیا۔</w:t>
      </w:r>
    </w:p>
    <w:p>
      <w:r>
        <w:rPr>
          <w:b/>
        </w:rPr>
        <w:t xml:space="preserve">[36:19] </w:t>
      </w:r>
      <w:r>
        <w:t>kaha ke main to lakrhaara hoon.</w:t>
      </w:r>
    </w:p>
    <w:p>
      <w:pPr>
        <w:jc w:val="right"/>
      </w:pPr>
      <w:r>
        <w:t>کہا کہ میں تو لکڑہارا ہوں۔</w:t>
      </w:r>
    </w:p>
    <w:p>
      <w:r>
        <w:rPr>
          <w:b/>
        </w:rPr>
        <w:t xml:space="preserve">[36:25] </w:t>
      </w:r>
      <w:r>
        <w:t>meri kya hesiyat hai? kaha ke nahi, aaj se tum hamare raja ho.</w:t>
      </w:r>
    </w:p>
    <w:p>
      <w:pPr>
        <w:jc w:val="right"/>
      </w:pPr>
      <w:r>
        <w:t>میری کیا حیثیت ہے؟ کہا کہ نہیں، آج سے تم ہمارے راجہ ہو۔</w:t>
      </w:r>
    </w:p>
    <w:p>
      <w:r>
        <w:rPr>
          <w:b/>
        </w:rPr>
        <w:t xml:space="preserve">[36:32] </w:t>
      </w:r>
      <w:r>
        <w:t>aur la ke us ko bithaa diya takht par.</w:t>
      </w:r>
    </w:p>
    <w:p>
      <w:pPr>
        <w:jc w:val="right"/>
      </w:pPr>
      <w:r>
        <w:t>اور لا کے اس کو بٹھا دیا تخت پر۔</w:t>
      </w:r>
    </w:p>
    <w:p>
      <w:r>
        <w:rPr>
          <w:b/>
        </w:rPr>
        <w:t xml:space="preserve">[36:38] </w:t>
      </w:r>
      <w:r>
        <w:t>to main samajhta hoon ke allah ta'ala ne shayad apne farishton se kaha ke jao dunya mein talash karo.</w:t>
      </w:r>
    </w:p>
    <w:p>
      <w:pPr>
        <w:jc w:val="right"/>
      </w:pPr>
      <w:r>
        <w:t>تو میں سمجھتا ہوں کہ اللہ تعالیٰ نے شاید اپنے فرشتوں سے کہا کہ جاؤ دنیا میں تلاش کرو۔</w:t>
      </w:r>
    </w:p>
    <w:p>
      <w:r>
        <w:rPr>
          <w:b/>
        </w:rPr>
        <w:t xml:space="preserve">[36:44] </w:t>
      </w:r>
      <w:r>
        <w:t>jo insaan aise milein jo waqeatan apne izzat ka aitraf karte hon, jo is baat ko mante hon</w:t>
      </w:r>
    </w:p>
    <w:p>
      <w:pPr>
        <w:jc w:val="right"/>
      </w:pPr>
      <w:r>
        <w:t>جو انسان ایسے ملیں جو واقعتا اپنے عزت کا اعتراف کرتے ہوں، جو اس بات کو مانتے ہوں</w:t>
      </w:r>
    </w:p>
    <w:p>
      <w:r>
        <w:rPr>
          <w:b/>
        </w:rPr>
        <w:t xml:space="preserve">[36:51] </w:t>
      </w:r>
      <w:r>
        <w:t>ke khudaaya tu all powerful hai aur hum all powerless hain, is ko is ko le lo, isi</w:t>
      </w:r>
    </w:p>
    <w:p>
      <w:pPr>
        <w:jc w:val="right"/>
      </w:pPr>
      <w:r>
        <w:t>کہ خدایا تو all powerful ہے اور ہم all powerless ہیں، اس کو اس کو لے لو، اسی</w:t>
      </w:r>
    </w:p>
    <w:p>
      <w:r>
        <w:rPr>
          <w:b/>
        </w:rPr>
        <w:t xml:space="preserve">[36:57] </w:t>
      </w:r>
      <w:r>
        <w:t>ko bana do, isi ko sara madad karo ke woh Allah ke bishan dunya mein chalaye.</w:t>
      </w:r>
    </w:p>
    <w:p>
      <w:pPr>
        <w:jc w:val="right"/>
      </w:pPr>
      <w:r>
        <w:t>کو بنا دو، اسی کو سارا مدد کرو کہ وہ اللہ کے بشن دنیا میں چلائے۔</w:t>
      </w:r>
    </w:p>
    <w:p>
      <w:r>
        <w:rPr>
          <w:b/>
        </w:rPr>
        <w:t xml:space="preserve">[37:03] </w:t>
      </w:r>
      <w:r>
        <w:t>tu shayad hamara yeh ehsaas ke Allah all powerful hai aur hum all powerless hain, aur hum is</w:t>
      </w:r>
    </w:p>
    <w:p>
      <w:pPr>
        <w:jc w:val="right"/>
      </w:pPr>
      <w:r>
        <w:t>تو شاید ہمارا یہ احساس کہ اللہ all powerful ہے اور ہم all powerless ہیں، اور ہم اس</w:t>
      </w:r>
    </w:p>
    <w:p>
      <w:r>
        <w:rPr>
          <w:b/>
        </w:rPr>
        <w:t xml:space="preserve">[37:10] </w:t>
      </w:r>
      <w:r>
        <w:t>yaqeen mein jeete hain ke hum kuch bhi nahi kar sakte.</w:t>
      </w:r>
    </w:p>
    <w:p>
      <w:pPr>
        <w:jc w:val="right"/>
      </w:pPr>
      <w:r>
        <w:t>یقین میں جیتے ہیں کہ ہم کچھ بھی نہیں کر سکتے۔</w:t>
      </w:r>
    </w:p>
    <w:p>
      <w:r>
        <w:rPr>
          <w:b/>
        </w:rPr>
        <w:t xml:space="preserve">[37:16] </w:t>
      </w:r>
      <w:r>
        <w:t>hum glass ka ek pani bhi nahi pee sakte, agar Allah na chahe to.</w:t>
      </w:r>
    </w:p>
    <w:p>
      <w:pPr>
        <w:jc w:val="right"/>
      </w:pPr>
      <w:r>
        <w:t>ہم گلاس کا ایک پانی بھی نہیں پی سکتے، اگر اللہ نہ چاہے تو۔</w:t>
      </w:r>
    </w:p>
    <w:p>
      <w:r>
        <w:rPr>
          <w:b/>
        </w:rPr>
        <w:t xml:space="preserve">[37:22] </w:t>
      </w:r>
      <w:r>
        <w:t>chawal ka dana hamare body mein dakhil nahi hoga, agar Allah na chahe.</w:t>
      </w:r>
    </w:p>
    <w:p>
      <w:pPr>
        <w:jc w:val="right"/>
      </w:pPr>
      <w:r>
        <w:t>چاول کا دانہ ہمارے body میں داخل نہیں ہوگا، اگر اللہ نہ چاہے۔</w:t>
      </w:r>
    </w:p>
    <w:p>
      <w:r>
        <w:rPr>
          <w:b/>
        </w:rPr>
        <w:t xml:space="preserve">[37:29] </w:t>
      </w:r>
      <w:r>
        <w:t>tu shayad Allah taala ko hamare is ehsaas par reham aaya aur farishton se kaha ke inhi ko</w:t>
      </w:r>
    </w:p>
    <w:p>
      <w:pPr>
        <w:jc w:val="right"/>
      </w:pPr>
      <w:r>
        <w:t>تو شاید اللہ تعالیٰ کو ہمارے اس احساس پر رحم آیا اور فرشتوں سے کہا کہ انہی کو</w:t>
      </w:r>
    </w:p>
    <w:p>
      <w:r>
        <w:rPr>
          <w:b/>
        </w:rPr>
        <w:t xml:space="preserve">[37:35] </w:t>
      </w:r>
      <w:r>
        <w:t>taufeeq de do ke deen ka kaam karein.</w:t>
      </w:r>
    </w:p>
    <w:p>
      <w:pPr>
        <w:jc w:val="right"/>
      </w:pPr>
      <w:r>
        <w:t>توفیق دے دو کہ دین کا کام کریں۔</w:t>
      </w:r>
    </w:p>
    <w:p>
      <w:r>
        <w:rPr>
          <w:b/>
        </w:rPr>
        <w:t xml:space="preserve">[37:41] </w:t>
      </w:r>
      <w:r>
        <w:t>is tarah se yeh kaam ho raha hai.</w:t>
      </w:r>
    </w:p>
    <w:p>
      <w:pPr>
        <w:jc w:val="right"/>
      </w:pPr>
      <w:r>
        <w:t>اس طرح سے یہ کام ہو رہا ہے۔</w:t>
      </w:r>
    </w:p>
    <w:p>
      <w:r>
        <w:rPr>
          <w:b/>
        </w:rPr>
        <w:t xml:space="preserve">[37:48] </w:t>
      </w:r>
      <w:r>
        <w:t>hum Allah CPS mein jo log kaam kar rahe hain, aap un se miliye to aap</w:t>
      </w:r>
    </w:p>
    <w:p>
      <w:pPr>
        <w:jc w:val="right"/>
      </w:pPr>
      <w:r>
        <w:t>ہم اللہ سی پی ایس میں جو لوگ کام کر رہے ہیں، آپ ان سے ملیے تو آپ</w:t>
      </w:r>
    </w:p>
    <w:p>
      <w:r>
        <w:rPr>
          <w:b/>
        </w:rPr>
        <w:t xml:space="preserve">[37:54] </w:t>
      </w:r>
      <w:r>
        <w:t>payenge ke un ki kuch bhi khwahish dunya mein nahi hai.</w:t>
      </w:r>
    </w:p>
    <w:p>
      <w:pPr>
        <w:jc w:val="right"/>
      </w:pPr>
      <w:r>
        <w:t>پائیں گے کہ ان کی کچھ بھی خواہش دنیا میں نہیں ہے۔</w:t>
      </w:r>
    </w:p>
    <w:p>
      <w:r>
        <w:rPr>
          <w:b/>
        </w:rPr>
        <w:t xml:space="preserve">[38:00] </w:t>
      </w:r>
      <w:r>
        <w:t>woh sirf is liye uthe hain ke Allah ka jo kaam hai, inzaar ka aur tafseer ka, woh</w:t>
      </w:r>
    </w:p>
    <w:p>
      <w:pPr>
        <w:jc w:val="right"/>
      </w:pPr>
      <w:r>
        <w:t>وہ صرف اس لیے اٹھے ہیں کہ اللہ کا جو کام ہے، انظار کا اور تفسیر کا، وہ</w:t>
      </w:r>
    </w:p>
    <w:p>
      <w:r>
        <w:rPr>
          <w:b/>
        </w:rPr>
        <w:t xml:space="preserve">[38:07] </w:t>
      </w:r>
      <w:r>
        <w:t>woh anjaam paye. bas.</w:t>
      </w:r>
    </w:p>
    <w:p>
      <w:pPr>
        <w:jc w:val="right"/>
      </w:pPr>
      <w:r>
        <w:t>وہ انجام پائے۔ بس۔</w:t>
      </w:r>
    </w:p>
    <w:p>
      <w:r>
        <w:rPr>
          <w:b/>
        </w:rPr>
        <w:t xml:space="preserve">[38:13] </w:t>
      </w:r>
      <w:r>
        <w:t>aur Allah ke haan yeh ailan kiya jaye ke yeh hain woh bande jinho ne dunya mein Allah</w:t>
      </w:r>
    </w:p>
    <w:p>
      <w:pPr>
        <w:jc w:val="right"/>
      </w:pPr>
      <w:r>
        <w:t>اور اللہ کے ہاں یہ اعلان کیا جائے کہ یہ ہیں وہ بندے جنہوں نے دنیا میں اللہ</w:t>
      </w:r>
    </w:p>
    <w:p>
      <w:r>
        <w:rPr>
          <w:b/>
        </w:rPr>
        <w:t xml:space="preserve">[38:20] </w:t>
      </w:r>
      <w:r>
        <w:t>ka paigham phailaya, peaceful paigham.</w:t>
      </w:r>
    </w:p>
    <w:p>
      <w:pPr>
        <w:jc w:val="right"/>
      </w:pPr>
      <w:r>
        <w:t>کا پیغام پھیلایا، peaceful پیغام۔</w:t>
      </w:r>
    </w:p>
    <w:p>
      <w:r>
        <w:rPr>
          <w:b/>
        </w:rPr>
        <w:t xml:space="preserve">[38:26] </w:t>
      </w:r>
      <w:r>
        <w:t>woh paigham kya hai? paigham yahi hai ke Allah ka jo creation plan hai, is se logon ko ba-khabar karna.</w:t>
      </w:r>
    </w:p>
    <w:p>
      <w:pPr>
        <w:jc w:val="right"/>
      </w:pPr>
      <w:r>
        <w:t>وہ پیغام کیا ہے؟ پیغام یہی ہے کہ اللہ کا جو creation plan ہے، اس سے لوگوں کو باخبر کرنا۔</w:t>
      </w:r>
    </w:p>
    <w:p>
      <w:r>
        <w:rPr>
          <w:b/>
        </w:rPr>
        <w:t xml:space="preserve">[38:32] </w:t>
      </w:r>
      <w:r>
        <w:t>is se logon ko ba-khabar karna.</w:t>
      </w:r>
    </w:p>
    <w:p>
      <w:pPr>
        <w:jc w:val="right"/>
      </w:pPr>
      <w:r>
        <w:t>اس سے لوگوں کو باخبر کرنا۔</w:t>
      </w:r>
    </w:p>
    <w:p>
      <w:r>
        <w:rPr>
          <w:b/>
        </w:rPr>
        <w:t xml:space="preserve">[38:39] </w:t>
      </w:r>
      <w:r>
        <w:t>logon ka haal kya hai? dunya mein paida hote hain aur bas just like animal jeete hain aur</w:t>
      </w:r>
    </w:p>
    <w:p>
      <w:pPr>
        <w:jc w:val="right"/>
      </w:pPr>
      <w:r>
        <w:t>لوگوں کا حال کیا ہے؟ دنیا میں پیدا ہوتے ہیں اور بس just like animal جیتے ہیں اور</w:t>
      </w:r>
    </w:p>
    <w:p>
      <w:r>
        <w:rPr>
          <w:b/>
        </w:rPr>
        <w:t xml:space="preserve">[38:45] </w:t>
      </w:r>
      <w:r>
        <w:t>phir mar jate hain.</w:t>
      </w:r>
    </w:p>
    <w:p>
      <w:pPr>
        <w:jc w:val="right"/>
      </w:pPr>
      <w:r>
        <w:t>پھر مر جاتے ہیں۔</w:t>
      </w:r>
    </w:p>
    <w:p>
      <w:r>
        <w:rPr>
          <w:b/>
        </w:rPr>
        <w:t xml:space="preserve">[38:51] </w:t>
      </w:r>
      <w:r>
        <w:t>un ko maloom nahi ke kya marzi hai Allah taala ki.</w:t>
      </w:r>
    </w:p>
    <w:p>
      <w:pPr>
        <w:jc w:val="right"/>
      </w:pPr>
      <w:r>
        <w:t>ان کو معلوم نہیں کہ کیا مرضی ہے اللہ تعالیٰ کی۔</w:t>
      </w:r>
    </w:p>
    <w:p>
      <w:r>
        <w:rPr>
          <w:b/>
        </w:rPr>
        <w:t xml:space="preserve">[38:58] </w:t>
      </w:r>
      <w:r>
        <w:t>aur musalmanon ke paas Allah ki kitab thi, Allah ki sunnat thi.</w:t>
      </w:r>
    </w:p>
    <w:p>
      <w:pPr>
        <w:jc w:val="right"/>
      </w:pPr>
      <w:r>
        <w:t>اور مسلمانوں کے پاس اللہ کی کتاب تھی، اللہ کی سنت تھی۔</w:t>
      </w:r>
    </w:p>
    <w:p>
      <w:r>
        <w:rPr>
          <w:b/>
        </w:rPr>
        <w:t xml:space="preserve">[39:04] </w:t>
      </w:r>
      <w:r>
        <w:t>lekin unhone dunya mein ladaiyan chhod di, gun culture aur bomb culture chala diya.</w:t>
      </w:r>
    </w:p>
    <w:p>
      <w:pPr>
        <w:jc w:val="right"/>
      </w:pPr>
      <w:r>
        <w:t>لیکن انہوں نے دنیا میں لڑائیاں چھوڑ دیں، gun culture اور بم culture چلا دیا۔</w:t>
      </w:r>
    </w:p>
    <w:p>
      <w:r>
        <w:rPr>
          <w:b/>
        </w:rPr>
        <w:t xml:space="preserve">[39:10] </w:t>
      </w:r>
      <w:r>
        <w:t>tu log un ke bare mein soch hi nahi sakte ke un ke paas koi peaceful mission hoga,</w:t>
      </w:r>
    </w:p>
    <w:p>
      <w:pPr>
        <w:jc w:val="right"/>
      </w:pPr>
      <w:r>
        <w:t>تو لوگ ان کے بارے میں سوچ ہی نہیں سکتے کہ ان کے پاس کوئی peaceful mission ہوگا،</w:t>
      </w:r>
    </w:p>
    <w:p>
      <w:r>
        <w:rPr>
          <w:b/>
        </w:rPr>
        <w:t xml:space="preserve">[39:17] </w:t>
      </w:r>
      <w:r>
        <w:t>koi koi peaceful paigham hoga.</w:t>
      </w:r>
    </w:p>
    <w:p>
      <w:pPr>
        <w:jc w:val="right"/>
      </w:pPr>
      <w:r>
        <w:t>کوئی کوئی peaceful پیغام ہوگا۔</w:t>
      </w:r>
    </w:p>
    <w:p>
      <w:r>
        <w:rPr>
          <w:b/>
        </w:rPr>
        <w:t xml:space="preserve">[39:23] </w:t>
      </w:r>
      <w:r>
        <w:t>is waqt musalmanon ki jo image bani hui hai, woh image yeh hai ke yeh aik aik tashaddud</w:t>
      </w:r>
    </w:p>
    <w:p>
      <w:pPr>
        <w:jc w:val="right"/>
      </w:pPr>
      <w:r>
        <w:t>اس وقت مسلمانوں کی جو image بنی ہوئی ہے، وہ image یہ ہے کہ یہ ایک ایک تشدد</w:t>
      </w:r>
    </w:p>
    <w:p>
      <w:r>
        <w:rPr>
          <w:b/>
        </w:rPr>
        <w:t xml:space="preserve">[39:29] </w:t>
      </w:r>
      <w:r>
        <w:t>pasand log hain, extremist log hain.</w:t>
      </w:r>
    </w:p>
    <w:p>
      <w:pPr>
        <w:jc w:val="right"/>
      </w:pPr>
      <w:r>
        <w:t>پسند لوگ ہیں، extremist لوگ ہیں۔</w:t>
      </w:r>
    </w:p>
    <w:p>
      <w:r>
        <w:rPr>
          <w:b/>
        </w:rPr>
        <w:t xml:space="preserve">[39:36] </w:t>
      </w:r>
      <w:r>
        <w:t>in ka apna koi qoumi koi nishana hai, koi apna koi qoumi target hai, is ke liye kaam</w:t>
      </w:r>
    </w:p>
    <w:p>
      <w:pPr>
        <w:jc w:val="right"/>
      </w:pPr>
      <w:r>
        <w:t>ان کا اپنا کوئی قومی کوئی نشانہ ہے، کوئی اپنا کوئی قومی target ہے، اس کے لیے کام</w:t>
      </w:r>
    </w:p>
    <w:p>
      <w:r>
        <w:rPr>
          <w:b/>
        </w:rPr>
        <w:t xml:space="preserve">[39:42] </w:t>
      </w:r>
      <w:r>
        <w:t>kar rahe hain.</w:t>
      </w:r>
    </w:p>
    <w:p>
      <w:pPr>
        <w:jc w:val="right"/>
      </w:pPr>
      <w:r>
        <w:t>کر رہے ہیں۔</w:t>
      </w:r>
    </w:p>
    <w:p>
      <w:r>
        <w:rPr>
          <w:b/>
        </w:rPr>
        <w:t xml:space="preserve">[39:48] </w:t>
      </w:r>
      <w:r>
        <w:t>yeh to dunya bekhabari mein jee rahi hai, bekhabari mein mar rahi hai.</w:t>
      </w:r>
    </w:p>
    <w:p>
      <w:pPr>
        <w:jc w:val="right"/>
      </w:pPr>
      <w:r>
        <w:t>یہ تو دنیا بے خبری میں جی رہی ہے، بے خبری میں مر رہی ہے۔</w:t>
      </w:r>
    </w:p>
    <w:p>
      <w:r>
        <w:rPr>
          <w:b/>
        </w:rPr>
        <w:t xml:space="preserve">[39:55] </w:t>
      </w:r>
      <w:r>
        <w:t>bekhabari mein jee rahi hai, bekhabari mein mar rahi hai.</w:t>
      </w:r>
    </w:p>
    <w:p>
      <w:pPr>
        <w:jc w:val="right"/>
      </w:pPr>
      <w:r>
        <w:t>بے خبری میں جی رہی ہے، بے خبری میں مر رہی ہے۔</w:t>
      </w:r>
    </w:p>
    <w:p>
      <w:r>
        <w:rPr>
          <w:b/>
        </w:rPr>
        <w:t xml:space="preserve">[40:01] </w:t>
      </w:r>
      <w:r>
        <w:t>to Allah ko matlab tha ke insan ki bekhabari toote.</w:t>
      </w:r>
    </w:p>
    <w:p>
      <w:pPr>
        <w:jc w:val="right"/>
      </w:pPr>
      <w:r>
        <w:t>تو اللہ کو مطلوب تھا کہ انسان کی بے خبری ٹوٹے۔</w:t>
      </w:r>
    </w:p>
    <w:p>
      <w:r>
        <w:rPr>
          <w:b/>
        </w:rPr>
        <w:t xml:space="preserve">[40:07] </w:t>
      </w:r>
      <w:r>
        <w:t>insan ko marne se pehle yeh maloom ho jaye ke is ke paida karne wale ne is ko</w:t>
      </w:r>
    </w:p>
    <w:p>
      <w:pPr>
        <w:jc w:val="right"/>
      </w:pPr>
      <w:r>
        <w:t>انسان کو مرنے سے پہلے یہ معلوم ہو جائے کہ اس کے پیدا کرنے والے نے اس کو</w:t>
      </w:r>
    </w:p>
    <w:p>
      <w:r>
        <w:rPr>
          <w:b/>
        </w:rPr>
        <w:t xml:space="preserve">[40:14] </w:t>
      </w:r>
      <w:r>
        <w:t>kis liye paida kiya hai.</w:t>
      </w:r>
    </w:p>
    <w:p>
      <w:pPr>
        <w:jc w:val="right"/>
      </w:pPr>
      <w:r>
        <w:t>کس لیے پیدا کیا ہے۔</w:t>
      </w:r>
    </w:p>
    <w:p>
      <w:r>
        <w:rPr>
          <w:b/>
        </w:rPr>
        <w:t xml:space="preserve">[40:20] </w:t>
      </w:r>
      <w:r>
        <w:t>aakhirat mein kya hone wala hai? Yeh bata diya jaye.</w:t>
      </w:r>
    </w:p>
    <w:p>
      <w:pPr>
        <w:jc w:val="right"/>
      </w:pPr>
      <w:r>
        <w:t>آخرت میں کیا ہونے والا ہے؟ یہ بتا دیا جائے۔</w:t>
      </w:r>
    </w:p>
    <w:p>
      <w:r>
        <w:rPr>
          <w:b/>
        </w:rPr>
        <w:t xml:space="preserve">[40:26] </w:t>
      </w:r>
      <w:r>
        <w:t>to is mission mein CPS ka jo mission hai, is ke siwa kuch bhi maqsad nahi hai hamara.</w:t>
      </w:r>
    </w:p>
    <w:p>
      <w:pPr>
        <w:jc w:val="right"/>
      </w:pPr>
      <w:r>
        <w:t>تو اس مشن میں سی پی ایس کا جو مشن ہے، اس کے سوا کچھ بھی مقصد نہیں ہے ہمارا۔</w:t>
      </w:r>
    </w:p>
    <w:p>
      <w:r>
        <w:rPr>
          <w:b/>
        </w:rPr>
        <w:t xml:space="preserve">[40:33] </w:t>
      </w:r>
      <w:r>
        <w:t>koi worldly maqsad nahi, koi political maqsad nahi, koi hukoomat ka nishana nahi.</w:t>
      </w:r>
    </w:p>
    <w:p>
      <w:pPr>
        <w:jc w:val="right"/>
      </w:pPr>
      <w:r>
        <w:t>کوئی worldly مقصد نہیں، کوئی political مقصد نہیں، کوئی حکومت کا نشانہ نہیں۔</w:t>
      </w:r>
    </w:p>
    <w:p>
      <w:r>
        <w:rPr>
          <w:b/>
        </w:rPr>
        <w:t xml:space="preserve">[40:39] </w:t>
      </w:r>
      <w:r>
        <w:t>in sab cheezon ko hum hamari raah hai ke is ka Islam se koi talluq nahi.</w:t>
      </w:r>
    </w:p>
    <w:p>
      <w:pPr>
        <w:jc w:val="right"/>
      </w:pPr>
      <w:r>
        <w:t>ان سب چیزوں کو ہم ہماری راہ ہے کہ اس کا اسلام سے کوئی تعلق نہیں۔</w:t>
      </w:r>
    </w:p>
    <w:p>
      <w:r>
        <w:rPr>
          <w:b/>
        </w:rPr>
        <w:t xml:space="preserve">[40:45] </w:t>
      </w:r>
      <w:r>
        <w:t>jo log yeh kar rahe hain ke Islam ka political interpretation de rahe hain, Islam ko aik siyasi</w:t>
      </w:r>
    </w:p>
    <w:p>
      <w:pPr>
        <w:jc w:val="right"/>
      </w:pPr>
      <w:r>
        <w:t>جو لوگ یہ کر رہے ہیں کہ اسلام کا political interpretation دے رہے ہیں، اسلام کو ایک سیاسی</w:t>
      </w:r>
    </w:p>
    <w:p>
      <w:r>
        <w:rPr>
          <w:b/>
        </w:rPr>
        <w:t xml:space="preserve">[40:52] </w:t>
      </w:r>
      <w:r>
        <w:t>nizam bata kar ke hukoomat dunya mein qaim karna ka jhanda uthaye hue hain, woh sab log bilashuba</w:t>
      </w:r>
    </w:p>
    <w:p>
      <w:pPr>
        <w:jc w:val="right"/>
      </w:pPr>
      <w:r>
        <w:t>نظام بتا کر کے حکومت دنیا میں قائم کرنا کا جھنڈا اٹھائے ہوئے ہیں، وہ سب لوگ بلاشبہ</w:t>
      </w:r>
    </w:p>
    <w:p>
      <w:r>
        <w:rPr>
          <w:b/>
        </w:rPr>
        <w:t xml:space="preserve">[40:58] </w:t>
      </w:r>
      <w:r>
        <w:t>in ka Islam se koi talluq nahi hai.</w:t>
      </w:r>
    </w:p>
    <w:p>
      <w:pPr>
        <w:jc w:val="right"/>
      </w:pPr>
      <w:r>
        <w:t>ان کا اسلام سے کوئی تعلق نہیں ہے۔</w:t>
      </w:r>
    </w:p>
    <w:p>
      <w:r>
        <w:rPr>
          <w:b/>
        </w:rPr>
        <w:t xml:space="preserve">[41:04] </w:t>
      </w:r>
      <w:r>
        <w:t>yeh in ke apne apna zaati agenda hai jis ko unhon ne Islam ka naam de rakha hai.</w:t>
      </w:r>
    </w:p>
    <w:p>
      <w:pPr>
        <w:jc w:val="right"/>
      </w:pPr>
      <w:r>
        <w:t>یہ ان کے اپنے اپنا ذاتی agenda ہے جس کو انہوں نے اسلام کا نام دے رکھا ہے۔</w:t>
      </w:r>
    </w:p>
    <w:p>
      <w:r>
        <w:rPr>
          <w:b/>
        </w:rPr>
        <w:t xml:space="preserve">[41:11] </w:t>
      </w:r>
      <w:r>
        <w:t>bas Islam, woh Islam jo Quran mein bataya gaya hai, woh Islam jo sunnat mein maujood hai, is</w:t>
      </w:r>
    </w:p>
    <w:p>
      <w:pPr>
        <w:jc w:val="right"/>
      </w:pPr>
      <w:r>
        <w:t>بس اسلام، وہ اسلام جو قرآن میں بتایا گیا ہے، وہ اسلام جو سنت میں موجود ہے، اس</w:t>
      </w:r>
    </w:p>
    <w:p>
      <w:r>
        <w:rPr>
          <w:b/>
        </w:rPr>
        <w:t xml:space="preserve">[41:17] </w:t>
      </w:r>
      <w:r>
        <w:t>Islam ka is se koi talluq nahi hai.</w:t>
      </w:r>
    </w:p>
    <w:p>
      <w:pPr>
        <w:jc w:val="right"/>
      </w:pPr>
      <w:r>
        <w:t>اسلام کا اس سے کوئی تعلق نہیں ہے۔</w:t>
      </w:r>
    </w:p>
    <w:p>
      <w:r>
        <w:rPr>
          <w:b/>
        </w:rPr>
        <w:t xml:space="preserve">[41:23] </w:t>
      </w:r>
      <w:r>
        <w:t>to mein samajhta hoon ke hamein is yaqeen ke sath aage badhna hai ke modern age mein jo</w:t>
      </w:r>
    </w:p>
    <w:p>
      <w:pPr>
        <w:jc w:val="right"/>
      </w:pPr>
      <w:r>
        <w:t>تو میں سمجھتا ہوں کہ ہمیں اس یقین کے ساتھ آگے بڑھنا ہے کہ modern age میں جو</w:t>
      </w:r>
    </w:p>
    <w:p>
      <w:r>
        <w:rPr>
          <w:b/>
        </w:rPr>
        <w:t xml:space="preserve">[41:30] </w:t>
      </w:r>
      <w:r>
        <w:t>Islam ka izhaar maqsood tha, Islam Allah taala ne is daur mein international language paida ki, international communication</w:t>
      </w:r>
    </w:p>
    <w:p>
      <w:pPr>
        <w:jc w:val="right"/>
      </w:pPr>
      <w:r>
        <w:t>اسلام کا اظہار مقصود تھا، اسلام اللہ تعالیٰ نے اس دور میں international language پیدا کی، international communication</w:t>
      </w:r>
    </w:p>
    <w:p>
      <w:r>
        <w:rPr>
          <w:b/>
        </w:rPr>
        <w:t xml:space="preserve">[41:36] </w:t>
      </w:r>
      <w:r>
        <w:t>dunya mein Allah taala ne paida kiya, international mawaqe khole, Allah taala ne yeh sab kyun tha? Is</w:t>
      </w:r>
    </w:p>
    <w:p>
      <w:pPr>
        <w:jc w:val="right"/>
      </w:pPr>
      <w:r>
        <w:t>دنیا میں اللہ تعالیٰ نے پیدا کیا، international مواقع کھولے، اللہ تعالیٰ نے یہ سب کیوں تھا؟ اس</w:t>
      </w:r>
    </w:p>
    <w:p>
      <w:r>
        <w:rPr>
          <w:b/>
        </w:rPr>
        <w:t xml:space="preserve">[41:42] </w:t>
      </w:r>
      <w:r>
        <w:t>liye tha ke Allah ke deen ko global level par har insan tak pohanchaya jaye.</w:t>
      </w:r>
    </w:p>
    <w:p>
      <w:pPr>
        <w:jc w:val="right"/>
      </w:pPr>
      <w:r>
        <w:t>لیے تھا کہ اللہ کے دین کو global level پر ہر انسان تک پہنچایا جائے۔</w:t>
      </w:r>
    </w:p>
    <w:p>
      <w:r>
        <w:rPr>
          <w:b/>
        </w:rPr>
        <w:t xml:space="preserve">[41:49] </w:t>
      </w:r>
      <w:r>
        <w:t>lekin logon ne apne qoumi mafad ke liye, community ke mafad ke liye, political mafad ke liye, hukoomat</w:t>
      </w:r>
    </w:p>
    <w:p>
      <w:pPr>
        <w:jc w:val="right"/>
      </w:pPr>
      <w:r>
        <w:t>لیکن لوگوں نے اپنے قومی مفاد کے لیے، community کے مفاد کے لیے، political مفاد کے لیے، حکومت</w:t>
      </w:r>
    </w:p>
    <w:p>
      <w:r>
        <w:rPr>
          <w:b/>
        </w:rPr>
        <w:t xml:space="preserve">[41:55] </w:t>
      </w:r>
      <w:r>
        <w:t>ke mafad ke liye hangama jaari kar rakha hai dunya mein.</w:t>
      </w:r>
    </w:p>
    <w:p>
      <w:pPr>
        <w:jc w:val="right"/>
      </w:pPr>
      <w:r>
        <w:t>کے مفاد کے لیے ہنگامہ جاری کر رکھا ہے دنیا میں۔</w:t>
      </w:r>
    </w:p>
    <w:p>
      <w:r>
        <w:rPr>
          <w:b/>
        </w:rPr>
        <w:t xml:space="preserve">[42:01] </w:t>
      </w:r>
      <w:r>
        <w:t>rozana khabrein aati hain gun aur bomb ki aur islam gun aur bomb ka mazhab ban gaya hai.</w:t>
      </w:r>
    </w:p>
    <w:p>
      <w:pPr>
        <w:jc w:val="right"/>
      </w:pPr>
      <w:r>
        <w:t>روزانہ خبریں آتی ہیں gun اور بم کی اور اسلام gun اور بم کا مذہب بن گیا ہے۔</w:t>
      </w:r>
    </w:p>
    <w:p>
      <w:r>
        <w:rPr>
          <w:b/>
        </w:rPr>
        <w:t xml:space="preserve">[42:08] </w:t>
      </w:r>
      <w:r>
        <w:t>yeh yeh islam ki bilkul hi ghalat tasweer hai.</w:t>
      </w:r>
    </w:p>
    <w:p>
      <w:pPr>
        <w:jc w:val="right"/>
      </w:pPr>
      <w:r>
        <w:t>یہ یہ اسلام کی بالکل ہی غلط تصویر ہے۔</w:t>
      </w:r>
    </w:p>
    <w:p>
      <w:r>
        <w:rPr>
          <w:b/>
        </w:rPr>
        <w:t xml:space="preserve">[42:14] </w:t>
      </w:r>
      <w:r>
        <w:t>hamara aik kaam yeh hai ke hum islam ko aik peaceful mission ke taur par, Allah ke peaceful</w:t>
      </w:r>
    </w:p>
    <w:p>
      <w:pPr>
        <w:jc w:val="right"/>
      </w:pPr>
      <w:r>
        <w:t>ہمارا ایک کام یہ ہے کہ ہم اسلام کو ایک peaceful mission کے طور پر، اللہ کے peaceful</w:t>
      </w:r>
    </w:p>
    <w:p>
      <w:r>
        <w:rPr>
          <w:b/>
        </w:rPr>
        <w:t xml:space="preserve">[42:20] </w:t>
      </w:r>
      <w:r>
        <w:t>paigham ke taur par dunya ke samne layen.</w:t>
      </w:r>
    </w:p>
    <w:p>
      <w:pPr>
        <w:jc w:val="right"/>
      </w:pPr>
      <w:r>
        <w:t>پیغام کے طور پر دنیا کے سامنے لائیں۔</w:t>
      </w:r>
    </w:p>
    <w:p>
      <w:r>
        <w:rPr>
          <w:b/>
        </w:rPr>
        <w:t xml:space="preserve">[42:27] </w:t>
      </w:r>
      <w:r>
        <w:t>aur yeh batayen ke unka jo khaliq hai, woh un se kya chahta hai? unka jo</w:t>
      </w:r>
    </w:p>
    <w:p>
      <w:pPr>
        <w:jc w:val="right"/>
      </w:pPr>
      <w:r>
        <w:t>اور یہ بتائیں کہ ان کا جو خالق ہے، وہ ان سے کیا چاہتا ہے؟ ان کا جو</w:t>
      </w:r>
    </w:p>
    <w:p>
      <w:r>
        <w:rPr>
          <w:b/>
        </w:rPr>
        <w:t xml:space="preserve">[42:33] </w:t>
      </w:r>
      <w:r>
        <w:t>khaliq hai, woh un se kya chahta hai? to meri dua hai Allah taala mujh ko, hamare tamam</w:t>
      </w:r>
    </w:p>
    <w:p>
      <w:pPr>
        <w:jc w:val="right"/>
      </w:pPr>
      <w:r>
        <w:t>خالق ہے، وہ ان سے کیا چاہتا ہے؟ تو میری دعا ہے اللہ تعالیٰ مجھ کو، ہمارے تمام</w:t>
      </w:r>
    </w:p>
    <w:p>
      <w:r>
        <w:rPr>
          <w:b/>
        </w:rPr>
        <w:t xml:space="preserve">[42:39] </w:t>
      </w:r>
      <w:r>
        <w:t>saathiyon ko is mission ke liye qabool farmaye.</w:t>
      </w:r>
    </w:p>
    <w:p>
      <w:pPr>
        <w:jc w:val="right"/>
      </w:pPr>
      <w:r>
        <w:t>ساتھیوں کو اس مشن کے لیے قبول فرمائے۔</w:t>
      </w:r>
    </w:p>
    <w:p>
      <w:r>
        <w:rPr>
          <w:b/>
        </w:rPr>
        <w:t xml:space="preserve">[42:46] </w:t>
      </w:r>
      <w:r>
        <w:t>Allah taala hamein apni nasrat ata farmaye.</w:t>
      </w:r>
    </w:p>
    <w:p>
      <w:pPr>
        <w:jc w:val="right"/>
      </w:pPr>
      <w:r>
        <w:t>اللہ تعالیٰ ہمیں اپنی نصرت عطا فرمائے۔</w:t>
      </w:r>
    </w:p>
    <w:p>
      <w:r>
        <w:rPr>
          <w:b/>
        </w:rPr>
        <w:t xml:space="preserve">[42:52] </w:t>
      </w:r>
      <w:r>
        <w:t>Allah taala hamein tofeeq de ke hum jadeed mawaqe ko Allah ke mission ko phailane mein istemal kar saken.</w:t>
      </w:r>
    </w:p>
    <w:p>
      <w:pPr>
        <w:jc w:val="right"/>
      </w:pPr>
      <w:r>
        <w:t>اللہ تعالیٰ ہمیں توفیق دے کہ ہم جدید مواقع کو اللہ کے مشن کو پھیلانے میں استعمال کر سکیں۔</w:t>
      </w:r>
    </w:p>
    <w:p>
      <w:r>
        <w:rPr>
          <w:b/>
        </w:rPr>
        <w:t xml:space="preserve">[42:58] </w:t>
      </w:r>
      <w:r>
        <w:t>Allah hamare andar hamein bachaye is se ke hum negative soch paida ho, hamare andar hamare andar koi</w:t>
      </w:r>
    </w:p>
    <w:p>
      <w:pPr>
        <w:jc w:val="right"/>
      </w:pPr>
      <w:r>
        <w:t>اللہ ہمارے اندر ہمیں بچائے اس سے کہ ہم negative سوچ پیدا ہو، ہمارے اندر ہمارے اندر کوئی</w:t>
      </w:r>
    </w:p>
    <w:p>
      <w:r>
        <w:rPr>
          <w:b/>
        </w:rPr>
        <w:t xml:space="preserve">[43:05] </w:t>
      </w:r>
      <w:r>
        <w:t>zaati soch paida ho, apne zaati mafad ke liye sochne lagen.</w:t>
      </w:r>
    </w:p>
    <w:p>
      <w:pPr>
        <w:jc w:val="right"/>
      </w:pPr>
      <w:r>
        <w:t>ذاتی سوچ پیدا ہو، اپنے ذاتی مفاد کے لیے سوچنے لگیں۔</w:t>
      </w:r>
    </w:p>
    <w:p>
      <w:r>
        <w:rPr>
          <w:b/>
        </w:rPr>
        <w:t xml:space="preserve">[43:11] </w:t>
      </w:r>
      <w:r>
        <w:t>hamein Allah is se bachaye.</w:t>
      </w:r>
    </w:p>
    <w:p>
      <w:pPr>
        <w:jc w:val="right"/>
      </w:pPr>
      <w:r>
        <w:t>ہمیں اللہ اس سے بچائے۔</w:t>
      </w:r>
    </w:p>
    <w:p>
      <w:r>
        <w:rPr>
          <w:b/>
        </w:rPr>
        <w:t xml:space="preserve">[43:17] </w:t>
      </w:r>
      <w:r>
        <w:t>yehi meri dua hai apne liye aur aap sab logon ke liye.</w:t>
      </w:r>
    </w:p>
    <w:p>
      <w:pPr>
        <w:jc w:val="right"/>
      </w:pPr>
      <w:r>
        <w:t>یہی میری دعا ہے اپنے لیے اور آپ سب لوگوں کے لیے۔</w:t>
      </w:r>
    </w:p>
    <w:p>
      <w:r>
        <w:rPr>
          <w:b/>
        </w:rPr>
        <w:t xml:space="preserve">[43:24] </w:t>
      </w:r>
      <w:r>
        <w:t>assalam o alaikum wa rehmatullahi wa barakatuh.</w:t>
      </w:r>
    </w:p>
    <w:p>
      <w:pPr>
        <w:jc w:val="right"/>
      </w:pPr>
      <w:r>
        <w:t>السلام علیکم ورحمتہ اللہ وبرکاتہ۔</w:t>
      </w:r>
    </w:p>
    <w:p>
      <w:r>
        <w:rPr>
          <w:b/>
        </w:rPr>
        <w:t xml:space="preserve">[43:30] </w:t>
      </w:r>
      <w:r>
        <w:t>kuch der pehle bheja hai toronto se aur hum pehle inka yeh comment lena chahenge.</w:t>
      </w:r>
    </w:p>
    <w:p>
      <w:pPr>
        <w:jc w:val="right"/>
      </w:pPr>
      <w:r>
        <w:t>کچھ دیر پہلے بھیجا ہے ٹورنٹو سے اور ہم پہلے ان کا یہ کمنٹ لینا چاہیں گے۔</w:t>
      </w:r>
    </w:p>
    <w:p>
      <w:r>
        <w:rPr>
          <w:b/>
        </w:rPr>
        <w:t xml:space="preserve">[43:36] </w:t>
      </w:r>
      <w:r>
        <w:t>انہوں نے لکھا ہے کہ مولانا صاحب، I am visiting Canada to attend the Reviving the Islamic Spirit</w:t>
      </w:r>
    </w:p>
    <w:p>
      <w:pPr>
        <w:jc w:val="right"/>
      </w:pPr>
      <w:r>
        <w:t>انہوں نے لکھا ہے کہ مولانا صاحب، آئی ایم وزٹنگ کینیڈا ٹو اٹینڈ دی ریوائیونگ دی اسلامک سپرٹ</w:t>
      </w:r>
    </w:p>
    <w:p>
      <w:r>
        <w:rPr>
          <w:b/>
        </w:rPr>
        <w:t xml:space="preserve">[43:43] </w:t>
      </w:r>
      <w:r>
        <w:t>convention being held in toronto.</w:t>
      </w:r>
    </w:p>
    <w:p>
      <w:pPr>
        <w:jc w:val="right"/>
      </w:pPr>
      <w:r>
        <w:t>کنونشن بینگ ہیلڈ ان ٹورنٹو۔</w:t>
      </w:r>
    </w:p>
    <w:p>
      <w:r>
        <w:rPr>
          <w:b/>
        </w:rPr>
        <w:t xml:space="preserve">[43:49] </w:t>
      </w:r>
      <w:r>
        <w:t>Today I went with Waseem Sahab to experience the Quran distribution he has been doing here at the</w:t>
      </w:r>
    </w:p>
    <w:p>
      <w:pPr>
        <w:jc w:val="right"/>
      </w:pPr>
      <w:r>
        <w:t>ٹوڈے آئی وینٹ ود وسیم صاحب ٹو ایکسپیرینس دی قرآن ڈسٹریبیوشن ہی ہیز بین ڈوئنگ ہیر ایٹ دی</w:t>
      </w:r>
    </w:p>
    <w:p>
      <w:r>
        <w:rPr>
          <w:b/>
        </w:rPr>
        <w:t xml:space="preserve">[43:55] </w:t>
      </w:r>
      <w:r>
        <w:t>It was located in the heart of the busy business center.</w:t>
      </w:r>
    </w:p>
    <w:p>
      <w:pPr>
        <w:jc w:val="right"/>
      </w:pPr>
      <w:r>
        <w:t>ایٹون لوکیٹڈ ان دی ہارٹ آف دا بزی بزنس سینٹر۔</w:t>
      </w:r>
    </w:p>
    <w:p>
      <w:r>
        <w:rPr>
          <w:b/>
        </w:rPr>
        <w:t xml:space="preserve">[44:02] </w:t>
      </w:r>
      <w:r>
        <w:t>He has been doing this distribution for the past year and a half at this center.</w:t>
      </w:r>
    </w:p>
    <w:p>
      <w:pPr>
        <w:jc w:val="right"/>
      </w:pPr>
      <w:r>
        <w:t>ہی ہیز بین ڈوئنگ دس ڈسٹریبیوشن فار دا پاسٹ ایئر اینڈ ہاف ایٹ دس سینٹر۔</w:t>
      </w:r>
    </w:p>
    <w:p>
      <w:r>
        <w:rPr>
          <w:b/>
        </w:rPr>
        <w:t xml:space="preserve">[44:08] </w:t>
      </w:r>
      <w:r>
        <w:t>We distributed about three hundred copies of Quran in two hours of time today.</w:t>
      </w:r>
    </w:p>
    <w:p>
      <w:pPr>
        <w:jc w:val="right"/>
      </w:pPr>
      <w:r>
        <w:t>وی ڈسٹریبیوٹڈ اباؤٹ تھری ہنڈرڈ کاپیز آف قرآن ان ٹو آورز آف ٹائم ٹوڈے۔</w:t>
      </w:r>
    </w:p>
    <w:p>
      <w:r>
        <w:rPr>
          <w:b/>
        </w:rPr>
        <w:t xml:space="preserve">[44:14] </w:t>
      </w:r>
      <w:r>
        <w:t>many people have accepted the quran with grace and gratitude.</w:t>
      </w:r>
    </w:p>
    <w:p>
      <w:pPr>
        <w:jc w:val="right"/>
      </w:pPr>
      <w:r>
        <w:t>مینی پیپل ہیو ایکسیپٹڈ دا قرآن ود گریس اینڈ گریٹیٹیوڈ۔</w:t>
      </w:r>
    </w:p>
    <w:p>
      <w:r>
        <w:rPr>
          <w:b/>
        </w:rPr>
        <w:t xml:space="preserve">[44:21] </w:t>
      </w:r>
      <w:r>
        <w:t>at the same time, one unexpected event has happened today during the distribution.</w:t>
      </w:r>
    </w:p>
    <w:p>
      <w:pPr>
        <w:jc w:val="right"/>
      </w:pPr>
      <w:r>
        <w:t>ایٹ دا سیم ٹائم، ون ان ایکسپیکٹڈ ایونٹ ہیز ہیپنڈ ٹوڈے ڈیورنگ دا ڈسٹریبیوشن۔</w:t>
      </w:r>
    </w:p>
    <w:p>
      <w:r>
        <w:rPr>
          <w:b/>
        </w:rPr>
        <w:t xml:space="preserve">[44:27] </w:t>
      </w:r>
      <w:r>
        <w:t>a person by the name Atef Latif came and after donating a thousand dollars in appreciation of the</w:t>
      </w:r>
    </w:p>
    <w:p>
      <w:pPr>
        <w:jc w:val="right"/>
      </w:pPr>
      <w:r>
        <w:t>ا پرسن بائی دا نیم عاطف لطیف کیم اینڈ افٹر ڈونیٹنگ ا تھاؤزنڈ ڈالرز ان ایپریسیشن آف دا</w:t>
      </w:r>
    </w:p>
    <w:p>
      <w:r>
        <w:rPr>
          <w:b/>
        </w:rPr>
        <w:t xml:space="preserve">[44:34] </w:t>
      </w:r>
      <w:r>
        <w:t>work he left.</w:t>
      </w:r>
    </w:p>
    <w:p>
      <w:pPr>
        <w:jc w:val="right"/>
      </w:pPr>
      <w:r>
        <w:t>ورک ہی لیفٹ۔</w:t>
      </w:r>
    </w:p>
    <w:p>
      <w:r>
        <w:rPr>
          <w:b/>
        </w:rPr>
        <w:t xml:space="preserve">[44:40] </w:t>
      </w:r>
      <w:r>
        <w:t>maulana, ab hum sawal lena chahenge jo Maulana Iqbal Umri ne bheja hai Chennai se aur unhon</w:t>
      </w:r>
    </w:p>
    <w:p>
      <w:pPr>
        <w:jc w:val="right"/>
      </w:pPr>
      <w:r>
        <w:t>مولانا، اب ہم سوال لینا چاہیں گے جو مولانا اقبال عمری نے بھیجا ہے چنئی سے اور انہوں</w:t>
      </w:r>
    </w:p>
    <w:p>
      <w:r>
        <w:rPr>
          <w:b/>
        </w:rPr>
        <w:t xml:space="preserve">[44:46] </w:t>
      </w:r>
      <w:r>
        <w:t>ne likha hai: Maulana aik sahib ne kaha ke hifazat deen ishai'at deen par muqaddam hai.</w:t>
      </w:r>
    </w:p>
    <w:p>
      <w:pPr>
        <w:jc w:val="right"/>
      </w:pPr>
      <w:r>
        <w:t>نے لکھا ہے: مولانا ایک صاحب نے کہا کہ حفاظت دین اشاعت دین پر مقدم ہے۔</w:t>
      </w:r>
    </w:p>
    <w:p>
      <w:r>
        <w:rPr>
          <w:b/>
        </w:rPr>
        <w:t xml:space="preserve">[44:53] </w:t>
      </w:r>
      <w:r>
        <w:t>jab mein ne un se is baat ki daleel mangi to unhon ne yeh kaha ke "innal jannata</w:t>
      </w:r>
    </w:p>
    <w:p>
      <w:pPr>
        <w:jc w:val="right"/>
      </w:pPr>
      <w:r>
        <w:t>جب میں نے ان سے اس بات کی دلیل مانگی تو انہوں نے یہ کہا کہ "إن الجنة</w:t>
      </w:r>
    </w:p>
    <w:p>
      <w:r>
        <w:rPr>
          <w:b/>
        </w:rPr>
        <w:t xml:space="preserve">[44:59] </w:t>
      </w:r>
      <w:r>
        <w:t>tahata zillal suyuf".</w:t>
      </w:r>
    </w:p>
    <w:p>
      <w:pPr>
        <w:jc w:val="right"/>
      </w:pPr>
      <w:r>
        <w:t>تحت ظل السيوف"۔</w:t>
      </w:r>
    </w:p>
    <w:p>
      <w:r>
        <w:rPr>
          <w:b/>
        </w:rPr>
        <w:t xml:space="preserve">[45:05] </w:t>
      </w:r>
      <w:r>
        <w:t>maulana, is jumle ka matlab kya hai? is mein kya mughalta hai? is ko wazeh karen.</w:t>
      </w:r>
    </w:p>
    <w:p>
      <w:pPr>
        <w:jc w:val="right"/>
      </w:pPr>
      <w:r>
        <w:t>مولانا، اس جملے کا مطلب کیا ہے؟ اس میں کیا مغالطہ ہے؟ اس کو واضح کریں۔</w:t>
      </w:r>
    </w:p>
    <w:p>
      <w:r>
        <w:rPr>
          <w:b/>
        </w:rPr>
        <w:t xml:space="preserve">[45:12] </w:t>
      </w:r>
      <w:r>
        <w:t>dekhen, yeh jo hadith hai "innal jannata tahta zillissuyuf", yeh jannat talwar ke saaye ke neeche hai,</w:t>
      </w:r>
    </w:p>
    <w:p>
      <w:pPr>
        <w:jc w:val="right"/>
      </w:pPr>
      <w:r>
        <w:t>دیکھیں، یہ جو حدیث ہے "إن الجنة تحت ظل السيوف"، یہ جنت تلوار کے سائے کے نیچے ہے،</w:t>
      </w:r>
    </w:p>
    <w:p>
      <w:r>
        <w:rPr>
          <w:b/>
        </w:rPr>
        <w:t xml:space="preserve">[45:18] </w:t>
      </w:r>
      <w:r>
        <w:t>woh is waqt ki hadith hai jab ke jang ho rahi thi.</w:t>
      </w:r>
    </w:p>
    <w:p>
      <w:pPr>
        <w:jc w:val="right"/>
      </w:pPr>
      <w:r>
        <w:t>وہ اس وقت کی حدیث ہے جب کہ جنگ ہو رہی تھی۔</w:t>
      </w:r>
    </w:p>
    <w:p>
      <w:r>
        <w:rPr>
          <w:b/>
        </w:rPr>
        <w:t xml:space="preserve">[45:24] </w:t>
      </w:r>
      <w:r>
        <w:t>is ko jo log generalize karte hain, woh plash par jurm karte hain, jurm.</w:t>
      </w:r>
    </w:p>
    <w:p>
      <w:pPr>
        <w:jc w:val="right"/>
      </w:pPr>
      <w:r>
        <w:t>اس کو جو لوگ جنرلائز کرتے ہیں، وہ پلاش پر جرم کرتے ہیں، جرم۔</w:t>
      </w:r>
    </w:p>
    <w:p>
      <w:r>
        <w:rPr>
          <w:b/>
        </w:rPr>
        <w:t xml:space="preserve">[45:31] </w:t>
      </w:r>
      <w:r>
        <w:t>Allah kehta hai pakde jayenge woh.</w:t>
      </w:r>
    </w:p>
    <w:p>
      <w:pPr>
        <w:jc w:val="right"/>
      </w:pPr>
      <w:r>
        <w:t>اللہ کہتا ہے پکڑے جائیں گے وہ۔</w:t>
      </w:r>
    </w:p>
    <w:p>
      <w:r>
        <w:rPr>
          <w:b/>
        </w:rPr>
        <w:t xml:space="preserve">[45:37] </w:t>
      </w:r>
      <w:r>
        <w:t>yani jang ho rahi thi, wahan jab dushman jo the Rasool Allah salallahu alaihi wasallam ke, attack</w:t>
      </w:r>
    </w:p>
    <w:p>
      <w:pPr>
        <w:jc w:val="right"/>
      </w:pPr>
      <w:r>
        <w:t>یعنی جنگ ہو رہی تھی، وہاں جب دشمن جو تھے رسول اللہ صلی اللہ علیہ وسلم کے، اٹیک</w:t>
      </w:r>
    </w:p>
    <w:p>
      <w:r>
        <w:rPr>
          <w:b/>
        </w:rPr>
        <w:t xml:space="preserve">[45:43] </w:t>
      </w:r>
      <w:r>
        <w:t>kar diya tha badi taqat le kar ke, woh mil pade the.</w:t>
      </w:r>
    </w:p>
    <w:p>
      <w:pPr>
        <w:jc w:val="right"/>
      </w:pPr>
      <w:r>
        <w:t>کر دیا تھا بڑی طاقت لے کر کے، وہ مل پڑے تھے۔</w:t>
      </w:r>
    </w:p>
    <w:p>
      <w:r>
        <w:rPr>
          <w:b/>
        </w:rPr>
        <w:t xml:space="preserve">[45:50] </w:t>
      </w:r>
      <w:r>
        <w:t>is waqt log logon ki himmat badhane ke liye Rasool Allah salallahu alaihi wasallam ne farmaya ke</w:t>
      </w:r>
    </w:p>
    <w:p>
      <w:pPr>
        <w:jc w:val="right"/>
      </w:pPr>
      <w:r>
        <w:t>اس وقت لوگ لوگوں کی ہمت بڑھانے کے لیے رسول اللہ صلی اللہ علیہ وسلم نے فرمایا کہ</w:t>
      </w:r>
    </w:p>
    <w:p>
      <w:r>
        <w:rPr>
          <w:b/>
        </w:rPr>
        <w:t xml:space="preserve">[45:56] </w:t>
      </w:r>
      <w:r>
        <w:t>agarche bahut badi taqat aa gayi hai lekin tum Allah ke bharose par muqabla karo.</w:t>
      </w:r>
    </w:p>
    <w:p>
      <w:pPr>
        <w:jc w:val="right"/>
      </w:pPr>
      <w:r>
        <w:t>اگرچہ بہت بڑی طاقت آ گئی ہے لیکن تم اللہ کے بھروسے پر مقابلہ کرو۔</w:t>
      </w:r>
    </w:p>
    <w:p>
      <w:r>
        <w:rPr>
          <w:b/>
        </w:rPr>
        <w:t xml:space="preserve">[46:02] </w:t>
      </w:r>
      <w:r>
        <w:t>is waqt aap ne farmaya tha ke "innal jannata tahta zillissuyuf", is ko generalize karna, hamesha talwar</w:t>
      </w:r>
    </w:p>
    <w:p>
      <w:pPr>
        <w:jc w:val="right"/>
      </w:pPr>
      <w:r>
        <w:t>اس وقت آپ نے فرمایا تھا کہ "إن الجنة تحت ظل السيوف"، اس کو جنرلائز کرنا، ہمیشہ تلوار</w:t>
      </w:r>
    </w:p>
    <w:p>
      <w:r>
        <w:rPr>
          <w:b/>
        </w:rPr>
        <w:t xml:space="preserve">[46:09] </w:t>
      </w:r>
      <w:r>
        <w:t>chalana, yeh bilkul haram hai Islam mein, haram hai, haram hai.</w:t>
      </w:r>
    </w:p>
    <w:p>
      <w:pPr>
        <w:jc w:val="right"/>
      </w:pPr>
      <w:r>
        <w:t>چلانا، یہ بالکل حرام ہے اسلام میں، حرام ہے، حرام ہے۔</w:t>
      </w:r>
    </w:p>
    <w:p>
      <w:r>
        <w:rPr>
          <w:b/>
        </w:rPr>
        <w:t xml:space="preserve">[46:15] </w:t>
      </w:r>
      <w:r>
        <w:t>jo aisa kahe, woh bilashuba Allah ka ki flogging hogi.</w:t>
      </w:r>
    </w:p>
    <w:p>
      <w:pPr>
        <w:jc w:val="right"/>
      </w:pPr>
      <w:r>
        <w:t>جو ایسا کہے، وہ بلاشبہ اللہ کا کی فلاگنگ ہوگی۔</w:t>
      </w:r>
    </w:p>
    <w:p>
      <w:r>
        <w:rPr>
          <w:b/>
        </w:rPr>
        <w:t xml:space="preserve">[46:21] </w:t>
      </w:r>
      <w:r>
        <w:t>is waqt jab ke battle jari thi, Rasool Allah salallahu alaihi wasallam ko hamla kiye hue the</w:t>
      </w:r>
    </w:p>
    <w:p>
      <w:pPr>
        <w:jc w:val="right"/>
      </w:pPr>
      <w:r>
        <w:t>اس وقت جب کہ بیٹل جاری تھی، رسول اللہ صلی اللہ علیہ وسلم کو حملہ کیے ہوئے تھے</w:t>
      </w:r>
    </w:p>
    <w:p>
      <w:r>
        <w:rPr>
          <w:b/>
        </w:rPr>
        <w:t xml:space="preserve">[46:28] </w:t>
      </w:r>
      <w:r>
        <w:t>log aur logon ke yeh dekh kar ke hum to kamzor hain, woh zyada taqatwar hain, to Rasool</w:t>
      </w:r>
    </w:p>
    <w:p>
      <w:pPr>
        <w:jc w:val="right"/>
      </w:pPr>
      <w:r>
        <w:t>لوگ اور لوگوں کے یہ دیکھ کر کہ ہم تو کمزور ہیں، وہ زیادہ طاقتور ہیں، تو رسول</w:t>
      </w:r>
    </w:p>
    <w:p>
      <w:r>
        <w:rPr>
          <w:b/>
        </w:rPr>
        <w:t xml:space="preserve">[46:34] </w:t>
      </w:r>
      <w:r>
        <w:t>Allah salallahu alaihi wasallam ne jo himmat badhane ke liye yeh farmaya tha.</w:t>
      </w:r>
    </w:p>
    <w:p>
      <w:pPr>
        <w:jc w:val="right"/>
      </w:pPr>
      <w:r>
        <w:t>اللہ صلی اللہ علیہ وسلم نے جو ہمت بڑھانے کے لیے یہ فرمایا تھا۔</w:t>
      </w:r>
    </w:p>
    <w:p>
      <w:r>
        <w:rPr>
          <w:b/>
        </w:rPr>
        <w:t xml:space="preserve">[46:40] </w:t>
      </w:r>
      <w:r>
        <w:t>ab jo log is ko yeh absolute sense mein le kar ke is ko generalize karein, woh to</w:t>
      </w:r>
    </w:p>
    <w:p>
      <w:pPr>
        <w:jc w:val="right"/>
      </w:pPr>
      <w:r>
        <w:t>اب جو لوگ اس کو یہ ابسولیوٹ سینس میں لے کر کے اس کو جنرلائز کریں، وہ تو</w:t>
      </w:r>
    </w:p>
    <w:p>
      <w:r>
        <w:rPr>
          <w:b/>
        </w:rPr>
        <w:t xml:space="preserve">[46:47] </w:t>
      </w:r>
      <w:r>
        <w:t>jurm kar rahe hain, woh Islam ke daai nahin hain, apne apne nafs ke daai hain woh.</w:t>
      </w:r>
    </w:p>
    <w:p>
      <w:pPr>
        <w:jc w:val="right"/>
      </w:pPr>
      <w:r>
        <w:t>جرم کر رہے ہیں، وہ اسلام کے داعی نہیں ہیں، اپنے اپنے نفس کے داعی ہیں وہ۔</w:t>
      </w:r>
    </w:p>
    <w:p>
      <w:r>
        <w:rPr>
          <w:b/>
        </w:rPr>
        <w:t xml:space="preserve">[46:53] </w:t>
      </w:r>
      <w:r>
        <w:t>aur yeh baat ke yeh muqaddam hai, woh muqaddam hai, yeh bilkul hi yeh bilkul besare</w:t>
      </w:r>
    </w:p>
    <w:p>
      <w:pPr>
        <w:jc w:val="right"/>
      </w:pPr>
      <w:r>
        <w:t>اور یہ بات کہ یہ مقدم ہے، وہ مقدم ہے، یہ بالکل ہی یہ بالکل بے سرے پری</w:t>
      </w:r>
    </w:p>
    <w:p>
      <w:r>
        <w:rPr>
          <w:b/>
        </w:rPr>
        <w:t xml:space="preserve">[46:59] </w:t>
      </w:r>
      <w:r>
        <w:t>ek baat hai.</w:t>
      </w:r>
    </w:p>
    <w:p>
      <w:pPr>
        <w:jc w:val="right"/>
      </w:pPr>
      <w:r>
        <w:t>ایک بات ہے۔</w:t>
      </w:r>
    </w:p>
    <w:p>
      <w:r>
        <w:rPr>
          <w:b/>
        </w:rPr>
        <w:t xml:space="preserve">[47:06] </w:t>
      </w:r>
      <w:r>
        <w:t>kahan Quran mein likha hua hai ke muqaddam muakhar hai? Yeh kahan likha hua hai? Yeh sab yani</w:t>
      </w:r>
    </w:p>
    <w:p>
      <w:pPr>
        <w:jc w:val="right"/>
      </w:pPr>
      <w:r>
        <w:t>کہاں قرآن میں لکھا ہوا ہے کہ مقدم موخر ہے؟ یہ کہاں لکھا ہوا ہے؟ یہ سب یعنی</w:t>
      </w:r>
    </w:p>
    <w:p>
      <w:r>
        <w:rPr>
          <w:b/>
        </w:rPr>
        <w:t xml:space="preserve">[47:12] </w:t>
      </w:r>
      <w:r>
        <w:t>fanni bahasein hain aur baseless bahasein hain, is mein poori qaum ko uljha rakha hai in logon ne.</w:t>
      </w:r>
    </w:p>
    <w:p>
      <w:pPr>
        <w:jc w:val="right"/>
      </w:pPr>
      <w:r>
        <w:t>فنی بحثیں ہیں اور بیسلیس بحثیں ہیں، اس میں پوری قوم کو الجھا رکھا ہے ان لوگوں نے۔</w:t>
      </w:r>
    </w:p>
    <w:p>
      <w:r>
        <w:rPr>
          <w:b/>
        </w:rPr>
        <w:t xml:space="preserve">[47:18] </w:t>
      </w:r>
      <w:r>
        <w:t>jahan zaroorat hifazat ki, aap hifazat ki jiye, jahan zaroorat irshad ki, aap irshad ki jiye.</w:t>
      </w:r>
    </w:p>
    <w:p>
      <w:pPr>
        <w:jc w:val="right"/>
      </w:pPr>
      <w:r>
        <w:t>جہاں ضرورت حفاظت کی، آپ حفاظت کیجیے، جہاں ضرورت ارشاد کی، آپ ارشاد کیجیے۔</w:t>
      </w:r>
    </w:p>
    <w:p>
      <w:r>
        <w:rPr>
          <w:b/>
        </w:rPr>
        <w:t xml:space="preserve">[47:25] </w:t>
      </w:r>
      <w:r>
        <w:t>yeh zaroorat tay karti hai in baaton ko, aap ka fanni bahason se nahin tay hota ke kaun</w:t>
      </w:r>
    </w:p>
    <w:p>
      <w:pPr>
        <w:jc w:val="right"/>
      </w:pPr>
      <w:r>
        <w:t>یہ ضرورت طے کرتی ہے ان باتوں کو، آپ کا فنی بحثوں سے نہیں طے ہوتا کہ کون</w:t>
      </w:r>
    </w:p>
    <w:p>
      <w:r>
        <w:rPr>
          <w:b/>
        </w:rPr>
        <w:t xml:space="preserve">[47:31] </w:t>
      </w:r>
      <w:r>
        <w:t>muqaddam, kaun muakhar hai.</w:t>
      </w:r>
    </w:p>
    <w:p>
      <w:pPr>
        <w:jc w:val="right"/>
      </w:pPr>
      <w:r>
        <w:t>مقدم، کون موخر ہے۔</w:t>
      </w:r>
    </w:p>
    <w:p>
      <w:r>
        <w:rPr>
          <w:b/>
        </w:rPr>
        <w:t xml:space="preserve">[47:37] </w:t>
      </w:r>
      <w:r>
        <w:t>Maulana, agla sawal Delhi se hai.</w:t>
      </w:r>
    </w:p>
    <w:p>
      <w:pPr>
        <w:jc w:val="right"/>
      </w:pPr>
      <w:r>
        <w:t>مولانا، اگلا سوال دلی سے ہے۔</w:t>
      </w:r>
    </w:p>
    <w:p>
      <w:r>
        <w:rPr>
          <w:b/>
        </w:rPr>
        <w:t xml:space="preserve">[47:44] </w:t>
      </w:r>
      <w:r>
        <w:t>Miss Naghma Siddiqui ne poocha hai aur unhone likha hai ke "When we try to make Muslims</w:t>
      </w:r>
    </w:p>
    <w:p>
      <w:pPr>
        <w:jc w:val="right"/>
      </w:pPr>
      <w:r>
        <w:t>مس نغمہ صدیقی نے پوچھا ہے اور انہوں نے لکھا ہے کہ "When we try to make Muslims</w:t>
      </w:r>
    </w:p>
    <w:p>
      <w:r>
        <w:rPr>
          <w:b/>
        </w:rPr>
        <w:t xml:space="preserve">[47:50] </w:t>
      </w:r>
      <w:r>
        <w:t>aware that spreading God's word and message is the only task, they say that there are so many</w:t>
      </w:r>
    </w:p>
    <w:p>
      <w:pPr>
        <w:jc w:val="right"/>
      </w:pPr>
      <w:r>
        <w:t>aware that spreading God's word and message is the only task, they say that there are so many</w:t>
      </w:r>
    </w:p>
    <w:p>
      <w:r>
        <w:rPr>
          <w:b/>
        </w:rPr>
        <w:t xml:space="preserve">[47:56] </w:t>
      </w:r>
      <w:r>
        <w:t>other good works and are not convinced." Maulana, what is the responsibility that we have towards these Muslims؟</w:t>
      </w:r>
    </w:p>
    <w:p>
      <w:pPr>
        <w:jc w:val="right"/>
      </w:pPr>
      <w:r>
        <w:t>other good works and are not convinced." مولانا، what is the responsibility that we have towards these Muslims؟</w:t>
      </w:r>
    </w:p>
    <w:p>
      <w:r>
        <w:rPr>
          <w:b/>
        </w:rPr>
        <w:t xml:space="preserve">[48:03] </w:t>
      </w:r>
      <w:r>
        <w:t>saada baat yeh hai ke un se yeh kehna chahiye ke tum khud se kyun tay karte ho</w:t>
      </w:r>
    </w:p>
    <w:p>
      <w:pPr>
        <w:jc w:val="right"/>
      </w:pPr>
      <w:r>
        <w:t>سادہ بات یہ ہے کہ ان سے یہ کہنا چاہیے کہ تم خود سے کیوں طے کرتے ہو</w:t>
      </w:r>
    </w:p>
    <w:p>
      <w:r>
        <w:rPr>
          <w:b/>
        </w:rPr>
        <w:t xml:space="preserve">[48:09] </w:t>
      </w:r>
      <w:r>
        <w:t>ke kya achha kaam, kaun sa achha kaam hai? Ke mislan yeh hamare saamne ek park yahan par</w:t>
      </w:r>
    </w:p>
    <w:p>
      <w:pPr>
        <w:jc w:val="right"/>
      </w:pPr>
      <w:r>
        <w:t>کہ کیا اچھا کام، کون سا اچھا کام ہے؟ کہ مثلاً یہ ہمارے سامنے ایک پارک یہاں پر</w:t>
      </w:r>
    </w:p>
    <w:p>
      <w:r>
        <w:rPr>
          <w:b/>
        </w:rPr>
        <w:t xml:space="preserve">[48:15] </w:t>
      </w:r>
      <w:r>
        <w:t>hai, is park ko maintain karna achha kaam hai, yeh kaun bura kaam batayega? Sawal yeh nahi</w:t>
      </w:r>
    </w:p>
    <w:p>
      <w:pPr>
        <w:jc w:val="right"/>
      </w:pPr>
      <w:r>
        <w:t>ہے، اس پارک کو مینٹین کرنا اچھا کام ہے، یہ کون برا کام بتائے گا؟ سوال یہ نہیں</w:t>
      </w:r>
    </w:p>
    <w:p>
      <w:r>
        <w:rPr>
          <w:b/>
        </w:rPr>
        <w:t xml:space="preserve">[48:22] </w:t>
      </w:r>
      <w:r>
        <w:t>hai ke achha kaam kaun sa hai? Sawal yeh hai ke Allah taala ne kis kaam ki zimme</w:t>
      </w:r>
    </w:p>
    <w:p>
      <w:pPr>
        <w:jc w:val="right"/>
      </w:pPr>
      <w:r>
        <w:t>ہے کہ اچھا کام کون سا ہے؟ سوال یہ ہے کہ اللہ تعالیٰ نے کس کام کی ذمہ</w:t>
      </w:r>
    </w:p>
    <w:p>
      <w:r>
        <w:rPr>
          <w:b/>
        </w:rPr>
        <w:t xml:space="preserve">[48:28] </w:t>
      </w:r>
      <w:r>
        <w:t>daari daali hai? Ali imaan par.</w:t>
      </w:r>
    </w:p>
    <w:p>
      <w:pPr>
        <w:jc w:val="right"/>
      </w:pPr>
      <w:r>
        <w:t>داری ڈالی ہے؟ علی ایمان پر۔</w:t>
      </w:r>
    </w:p>
    <w:p>
      <w:r>
        <w:rPr>
          <w:b/>
        </w:rPr>
        <w:t xml:space="preserve">[48:34] </w:t>
      </w:r>
      <w:r>
        <w:t>to main yeh kahunga ke Quran ki ek aayat hai ke "Ya ayyuha al-rasool, baligh ma unzila</w:t>
      </w:r>
    </w:p>
    <w:p>
      <w:pPr>
        <w:jc w:val="right"/>
      </w:pPr>
      <w:r>
        <w:t>تو میں یہ کہوں گا کہ قرآن کی ایک آیت ہے کہ "یا ایہا الرسول، بلغ ما عندنا</w:t>
      </w:r>
    </w:p>
    <w:p>
      <w:r>
        <w:rPr>
          <w:b/>
        </w:rPr>
        <w:t xml:space="preserve">[48:41] </w:t>
      </w:r>
      <w:r>
        <w:t>ilaika min rabbik, wa in lam taf'al, fa ma balaghta risalatah, wallahu ya'simuka min an-nas." Aur doosri aayatein bhi hain ke</w:t>
      </w:r>
    </w:p>
    <w:p>
      <w:pPr>
        <w:jc w:val="right"/>
      </w:pPr>
      <w:r>
        <w:t>الیک من ربک، واعلم تفعل، فما بلغت رسالتہ، واللہ یاسمک من الناس." اور دوسری آیتیں بھی ہیں کہ</w:t>
      </w:r>
    </w:p>
    <w:p>
      <w:r>
        <w:rPr>
          <w:b/>
        </w:rPr>
        <w:t xml:space="preserve">[48:47] </w:t>
      </w:r>
      <w:r>
        <w:t>Rasool Allah Salallahu Alaihi Wasallam ne tum par pahunchaya hai deen, tum ko pahunchana hai doosron ko deen.</w:t>
      </w:r>
    </w:p>
    <w:p>
      <w:pPr>
        <w:jc w:val="right"/>
      </w:pPr>
      <w:r>
        <w:t>رسول اللہ صلی اللہ علیہ وسلم نے تم پر پہنچایا ہے دین، تم کو پہنچانا ہے دوسروں کو دین۔</w:t>
      </w:r>
    </w:p>
    <w:p>
      <w:r>
        <w:rPr>
          <w:b/>
        </w:rPr>
        <w:t xml:space="preserve">[48:53] </w:t>
      </w:r>
      <w:r>
        <w:t>Wa kadhalika ja'alnakum ummatan wasatan litakunu shuhada'a 'ala an-nas wa yakuna ar-rasoolu 'alaykum shaheedan.</w:t>
      </w:r>
    </w:p>
    <w:p>
      <w:pPr>
        <w:jc w:val="right"/>
      </w:pPr>
      <w:r>
        <w:t>وكذلك جو اللہ کو امت وسطا لتكونوا شهداء الناس، ویکن رسولہ علیکم شہیدا۔</w:t>
      </w:r>
    </w:p>
    <w:p>
      <w:r>
        <w:rPr>
          <w:b/>
        </w:rPr>
        <w:t xml:space="preserve">[49:00] </w:t>
      </w:r>
      <w:r>
        <w:t>In aayaton ko le kar jo baat samajh aati hai, woh yeh hai ke Rasool Allah Salallahu</w:t>
      </w:r>
    </w:p>
    <w:p>
      <w:pPr>
        <w:jc w:val="right"/>
      </w:pPr>
      <w:r>
        <w:t>ان آیتوں کو لے کر جو بات سمجھ آتی ہے، وہ یہ ہے کہ رسول اللہ صلی اللہ</w:t>
      </w:r>
    </w:p>
    <w:p>
      <w:r>
        <w:rPr>
          <w:b/>
        </w:rPr>
        <w:t xml:space="preserve">[49:06] </w:t>
      </w:r>
      <w:r>
        <w:t>Alaihi Wasallam par yeh zimmedari thi ke agar woh Allah ke deen ko na pahunchaye logon tak,</w:t>
      </w:r>
    </w:p>
    <w:p>
      <w:pPr>
        <w:jc w:val="right"/>
      </w:pPr>
      <w:r>
        <w:t>علیہ وسلم پر یہ ذمہ داری تھی کہ اگر وہ اللہ کے دین کو نہ پہنچائے لوگوں تک،</w:t>
      </w:r>
    </w:p>
    <w:p>
      <w:r>
        <w:rPr>
          <w:b/>
        </w:rPr>
        <w:t xml:space="preserve">[49:12] </w:t>
      </w:r>
      <w:r>
        <w:t>to un ke Rasool hone ki haisiyat mujtaba yaadi thi Allah ki nazar mein.</w:t>
      </w:r>
    </w:p>
    <w:p>
      <w:pPr>
        <w:jc w:val="right"/>
      </w:pPr>
      <w:r>
        <w:t>تو ان کے رسول ہونے کی حیثیت مجتبیٰ یادی تھی اللہ کی نظر میں۔</w:t>
      </w:r>
    </w:p>
    <w:p>
      <w:r>
        <w:rPr>
          <w:b/>
        </w:rPr>
        <w:t xml:space="preserve">[49:19] </w:t>
      </w:r>
      <w:r>
        <w:t>To ummat-e-Muhammadi maqam-e-Muhammadi par hai is aitbaar se ke jo kaam Muhammad Salallahu Alaihi Wasallam</w:t>
      </w:r>
    </w:p>
    <w:p>
      <w:pPr>
        <w:jc w:val="right"/>
      </w:pPr>
      <w:r>
        <w:t>تو امت محمدی مقام محمدی پر ہے اس اعتبار سے کہ جو کام محمد صلی اللہ علیہ وسلم</w:t>
      </w:r>
    </w:p>
    <w:p>
      <w:r>
        <w:rPr>
          <w:b/>
        </w:rPr>
        <w:t xml:space="preserve">[49:25] </w:t>
      </w:r>
      <w:r>
        <w:t>ko karna tha, woh kaam ab ummat ko karna hai.</w:t>
      </w:r>
    </w:p>
    <w:p>
      <w:pPr>
        <w:jc w:val="right"/>
      </w:pPr>
      <w:r>
        <w:t>کو کرنا تھا، وہ کام اب امت کو کرنا ہے۔</w:t>
      </w:r>
    </w:p>
    <w:p>
      <w:r>
        <w:rPr>
          <w:b/>
        </w:rPr>
        <w:t xml:space="preserve">[49:31] </w:t>
      </w:r>
      <w:r>
        <w:t>To agar ummat yeh dawat ka kaam na kare, jis ko Quran mein indhaar aur tabshir kaha gaya</w:t>
      </w:r>
    </w:p>
    <w:p>
      <w:pPr>
        <w:jc w:val="right"/>
      </w:pPr>
      <w:r>
        <w:t>تو اگر امت یہ دعوت کا کام نہ کرے، جس کو قرآن میں انذار اور تفسیر کہا گیا</w:t>
      </w:r>
    </w:p>
    <w:p>
      <w:r>
        <w:rPr>
          <w:b/>
        </w:rPr>
        <w:t xml:space="preserve">[49:38] </w:t>
      </w:r>
      <w:r>
        <w:t>hai, to ummat ki haisiyat hi khatam ho jayegi.</w:t>
      </w:r>
    </w:p>
    <w:p>
      <w:pPr>
        <w:jc w:val="right"/>
      </w:pPr>
      <w:r>
        <w:t>ہے، تو امت کی حیثیت ہی ختم ہو جائے گی۔</w:t>
      </w:r>
    </w:p>
    <w:p>
      <w:r>
        <w:rPr>
          <w:b/>
        </w:rPr>
        <w:t xml:space="preserve">[49:44] </w:t>
      </w:r>
      <w:r>
        <w:t>Ummat ka ummat-e-Muhammadi aur mujtaba ho jayega.</w:t>
      </w:r>
    </w:p>
    <w:p>
      <w:pPr>
        <w:jc w:val="right"/>
      </w:pPr>
      <w:r>
        <w:t>امت کا امت محمدی اور مجتبیٰ ہو جائے گا۔</w:t>
      </w:r>
    </w:p>
    <w:p>
      <w:r>
        <w:rPr>
          <w:b/>
        </w:rPr>
        <w:t xml:space="preserve">[49:50] </w:t>
      </w:r>
      <w:r>
        <w:t>To jo log aisa kehte hain, un se sirf yeh aap kahiye ke Quran ko padho, Quran ko</w:t>
      </w:r>
    </w:p>
    <w:p>
      <w:pPr>
        <w:jc w:val="right"/>
      </w:pPr>
      <w:r>
        <w:t>تو جو لوگ ایسا کہتے ہیں، ان سے صرف یہ آپ کہیے کہ قرآن کو پڑھو، قرآن کو</w:t>
      </w:r>
    </w:p>
    <w:p>
      <w:r>
        <w:rPr>
          <w:b/>
        </w:rPr>
        <w:t xml:space="preserve">[49:57] </w:t>
      </w:r>
      <w:r>
        <w:t>padh kar hi rai banao, apne dimagh se rai mat banao.</w:t>
      </w:r>
    </w:p>
    <w:p>
      <w:pPr>
        <w:jc w:val="right"/>
      </w:pPr>
      <w:r>
        <w:t>پڑھ کر ہی رائے بناؤ، اپنے دماغ سے رائے مت بناؤ۔</w:t>
      </w:r>
    </w:p>
    <w:p>
      <w:r>
        <w:rPr>
          <w:b/>
        </w:rPr>
        <w:t xml:space="preserve">[50:03] </w:t>
      </w:r>
      <w:r>
        <w:t>Maulana, agla sawal lene se pehle ek hum experience share karna chahenge jo Tariq Sohail Badar sahib</w:t>
      </w:r>
    </w:p>
    <w:p>
      <w:pPr>
        <w:jc w:val="right"/>
      </w:pPr>
      <w:r>
        <w:t>مولانا، اگلا سوال لینے سے پہلے ایک ہم ایکسپیرینس شیئر کرنا چاہیں گے جو طارق سہیل بدر صاحب</w:t>
      </w:r>
    </w:p>
    <w:p>
      <w:r>
        <w:rPr>
          <w:b/>
        </w:rPr>
        <w:t xml:space="preserve">[50:09] </w:t>
      </w:r>
      <w:r>
        <w:t>ne bheja hai Pakistan se, aur unhon ne yeh experience apna Karachi Book Fair ke bare mein likha hai.</w:t>
      </w:r>
    </w:p>
    <w:p>
      <w:pPr>
        <w:jc w:val="right"/>
      </w:pPr>
      <w:r>
        <w:t>نے بھیجا ہے پاکستان سے، اور انہوں نے یہ ایکسپیرینس اپنا کراچی بک فیئر کے بارے میں لکھا ہے۔</w:t>
      </w:r>
    </w:p>
    <w:p>
      <w:r>
        <w:rPr>
          <w:b/>
        </w:rPr>
        <w:t xml:space="preserve">[50:16] </w:t>
      </w:r>
      <w:r>
        <w:t>Unhon ne likha hai ke "We came back from the Karachi Book Fair and it went very successful</w:t>
      </w:r>
    </w:p>
    <w:p>
      <w:pPr>
        <w:jc w:val="right"/>
      </w:pPr>
      <w:r>
        <w:t>انہوں نے لکھا ہے کہ "We came back from the Karachi Book Fair and it went very successful</w:t>
      </w:r>
    </w:p>
    <w:p>
      <w:r>
        <w:rPr>
          <w:b/>
        </w:rPr>
        <w:t xml:space="preserve">[50:22] </w:t>
      </w:r>
      <w:r>
        <w:t>and we felt the help of Allah everywhere and every minute."</w:t>
      </w:r>
    </w:p>
    <w:p>
      <w:pPr>
        <w:jc w:val="right"/>
      </w:pPr>
      <w:r>
        <w:t>and we felt the help of Allah everywhere and every minute.</w:t>
      </w:r>
    </w:p>
    <w:p>
      <w:r>
        <w:rPr>
          <w:b/>
        </w:rPr>
        <w:t xml:space="preserve">[50:29] </w:t>
      </w:r>
      <w:r>
        <w:t>our stall was located next to darussalam, which is famous for religious books. so whoever was coming to their stall was coming to us and it gave us opportunity to introduce ourselves. other good things that paradise stall was also in front of us.</w:t>
      </w:r>
    </w:p>
    <w:p>
      <w:pPr>
        <w:jc w:val="right"/>
      </w:pPr>
      <w:r>
        <w:t>Our stall was located next to Darussalam, which is famous for religious books. So whoever was coming to their stall was coming to us and it gave us opportunity to introduce ourselves. Other good things that Paradise stall was also in front of us.</w:t>
      </w:r>
    </w:p>
    <w:p>
      <w:r>
        <w:rPr>
          <w:b/>
        </w:rPr>
        <w:t xml:space="preserve">[50:50] </w:t>
      </w:r>
      <w:r>
        <w:t>Following other main highlights of the event which we would like to share, we came to know that</w:t>
      </w:r>
    </w:p>
    <w:p>
      <w:pPr>
        <w:jc w:val="right"/>
      </w:pPr>
      <w:r>
        <w:t>Following other main highlights of the event which we would like to share, we came to know that</w:t>
      </w:r>
    </w:p>
    <w:p>
      <w:r>
        <w:rPr>
          <w:b/>
        </w:rPr>
        <w:t xml:space="preserve">[50:55] </w:t>
      </w:r>
      <w:r>
        <w:t>Karachi is full of Maulana sahib's fans and came across scholars, teachers, students from madaris who have already</w:t>
      </w:r>
    </w:p>
    <w:p>
      <w:pPr>
        <w:jc w:val="right"/>
      </w:pPr>
      <w:r>
        <w:t>Karachi is full of مولانا صاحب's fans and came across scholars, teachers, students from مدارس who have already</w:t>
      </w:r>
    </w:p>
    <w:p>
      <w:r>
        <w:rPr>
          <w:b/>
        </w:rPr>
        <w:t xml:space="preserve">[51:01] </w:t>
      </w:r>
      <w:r>
        <w:t>studied Maulana sahib's books.</w:t>
      </w:r>
    </w:p>
    <w:p>
      <w:pPr>
        <w:jc w:val="right"/>
      </w:pPr>
      <w:r>
        <w:t>studied مولانا صاحب's books.</w:t>
      </w:r>
    </w:p>
    <w:p>
      <w:r>
        <w:rPr>
          <w:b/>
        </w:rPr>
        <w:t xml:space="preserve">[51:07] </w:t>
      </w:r>
      <w:r>
        <w:t>During our discussion with madaris students, I noticed that they are quite open-minded and we shared our ideas</w:t>
      </w:r>
    </w:p>
    <w:p>
      <w:pPr>
        <w:jc w:val="right"/>
      </w:pPr>
      <w:r>
        <w:t>During our discussion with مدارس students, I noticed that they are quite open-minded and we shared our ideas</w:t>
      </w:r>
    </w:p>
    <w:p>
      <w:r>
        <w:rPr>
          <w:b/>
        </w:rPr>
        <w:t xml:space="preserve">[51:12] </w:t>
      </w:r>
      <w:r>
        <w:t>openly with them.</w:t>
      </w:r>
    </w:p>
    <w:p>
      <w:pPr>
        <w:jc w:val="right"/>
      </w:pPr>
      <w:r>
        <w:t>openly with them.</w:t>
      </w:r>
    </w:p>
    <w:p>
      <w:r>
        <w:rPr>
          <w:b/>
        </w:rPr>
        <w:t xml:space="preserve">[51:18] </w:t>
      </w:r>
      <w:r>
        <w:t>Many people also were surprised to see that Al-Risalah is being continued.</w:t>
      </w:r>
    </w:p>
    <w:p>
      <w:pPr>
        <w:jc w:val="right"/>
      </w:pPr>
      <w:r>
        <w:t>Many people also were surprised to see that Al-Risalah is being continued.</w:t>
      </w:r>
    </w:p>
    <w:p>
      <w:r>
        <w:rPr>
          <w:b/>
        </w:rPr>
        <w:t xml:space="preserve">[51:24] </w:t>
      </w:r>
      <w:r>
        <w:t>We got details of more than hundred people who want to subscribe Al-Risalah.</w:t>
      </w:r>
    </w:p>
    <w:p>
      <w:pPr>
        <w:jc w:val="right"/>
      </w:pPr>
      <w:r>
        <w:t>We got details of more than hundred people who want to subscribe Al-Risalah.</w:t>
      </w:r>
    </w:p>
    <w:p>
      <w:r>
        <w:rPr>
          <w:b/>
        </w:rPr>
        <w:t xml:space="preserve">[51:30] </w:t>
      </w:r>
      <w:r>
        <w:t>we met with a sindhi person who has translated molana sahib's book, molana sahib ki kitab mutala-e-seerat, and he will provide us some copies of it. we met with many people who already read raaz-e-hayat, which is very famous among youngsters. only three to four people came and said that we don't like his approach. but more than one thousand books were sold.</w:t>
      </w:r>
    </w:p>
    <w:p>
      <w:pPr>
        <w:jc w:val="right"/>
      </w:pPr>
      <w:r>
        <w:t>We met with a Sindhi person who has translated مولانا صاحب's book, مولانا صاحب کی کتاب مطالعہ سیرت, and he will provide us some copies of it. We met with many people who already read راز حیات, which is very famous among youngsters. Only three to four people came and said that we don't like his approach. But more than one thousand books were sold.</w:t>
      </w:r>
    </w:p>
    <w:p>
      <w:r>
        <w:rPr>
          <w:b/>
        </w:rPr>
        <w:t xml:space="preserve">[51:57] </w:t>
      </w:r>
      <w:r>
        <w:t>Many madaris already have CPS books.</w:t>
      </w:r>
    </w:p>
    <w:p>
      <w:pPr>
        <w:jc w:val="right"/>
      </w:pPr>
      <w:r>
        <w:t>Many مدارس already have CPS books.</w:t>
      </w:r>
    </w:p>
    <w:p>
      <w:r>
        <w:rPr>
          <w:b/>
        </w:rPr>
        <w:t xml:space="preserve">[52:02] </w:t>
      </w:r>
      <w:r>
        <w:t>During our discussion, we explained our point of view, and there were only a few disagreements.</w:t>
      </w:r>
    </w:p>
    <w:p>
      <w:pPr>
        <w:jc w:val="right"/>
      </w:pPr>
      <w:r>
        <w:t>During our discussion, we explained our point of view, and there were only a few disagreements.</w:t>
      </w:r>
    </w:p>
    <w:p>
      <w:r>
        <w:rPr>
          <w:b/>
        </w:rPr>
        <w:t xml:space="preserve">[52:07] </w:t>
      </w:r>
      <w:r>
        <w:t>Spirit of Islam was welcomed by English readers.</w:t>
      </w:r>
    </w:p>
    <w:p>
      <w:pPr>
        <w:jc w:val="right"/>
      </w:pPr>
      <w:r>
        <w:t>Spirit of Islam was welcomed by English readers.</w:t>
      </w:r>
    </w:p>
    <w:p>
      <w:r>
        <w:rPr>
          <w:b/>
        </w:rPr>
        <w:t xml:space="preserve">[52:12] </w:t>
      </w:r>
      <w:r>
        <w:t>Many people came and wanted to know where our bookstore or office is.</w:t>
      </w:r>
    </w:p>
    <w:p>
      <w:pPr>
        <w:jc w:val="right"/>
      </w:pPr>
      <w:r>
        <w:t>Many people came and wanted to know where our bookstore or office is.</w:t>
      </w:r>
    </w:p>
    <w:p>
      <w:r>
        <w:rPr>
          <w:b/>
        </w:rPr>
        <w:t xml:space="preserve">[52:18] </w:t>
      </w:r>
      <w:r>
        <w:t>Four thousand Al-Risalah and nine hundred Spirit of Islam were distributed free.</w:t>
      </w:r>
    </w:p>
    <w:p>
      <w:pPr>
        <w:jc w:val="right"/>
      </w:pPr>
      <w:r>
        <w:t>Four thousand Al-Risalah and nine hundred Spirit of Islam were distributed free.</w:t>
      </w:r>
    </w:p>
    <w:p>
      <w:r>
        <w:rPr>
          <w:b/>
        </w:rPr>
        <w:t xml:space="preserve">[52:23] </w:t>
      </w:r>
      <w:r>
        <w:t>We have recorded our lessons learned, and we will improve in the upcoming Lahore Book Fair.</w:t>
      </w:r>
    </w:p>
    <w:p>
      <w:pPr>
        <w:jc w:val="right"/>
      </w:pPr>
      <w:r>
        <w:t>We have recorded our lessons learned, and we will improve in the upcoming Lahore Book Fair.</w:t>
      </w:r>
    </w:p>
    <w:p>
      <w:r>
        <w:rPr>
          <w:b/>
        </w:rPr>
        <w:t xml:space="preserve">[52:28] </w:t>
      </w:r>
      <w:r>
        <w:t>People were happy that Maulana sahib's books are now available in Karachi.</w:t>
      </w:r>
    </w:p>
    <w:p>
      <w:pPr>
        <w:jc w:val="right"/>
      </w:pPr>
      <w:r>
        <w:t>People were happy that مولانا صاحب's books are now available in Karachi.</w:t>
      </w:r>
    </w:p>
    <w:p>
      <w:r>
        <w:rPr>
          <w:b/>
        </w:rPr>
        <w:t xml:space="preserve">[52:34] </w:t>
      </w:r>
      <w:r>
        <w:t>Some readers came and particularly asked for taabeer ki ghalati with comments that if you want to see</w:t>
      </w:r>
    </w:p>
    <w:p>
      <w:pPr>
        <w:jc w:val="right"/>
      </w:pPr>
      <w:r>
        <w:t>Some readers came and particularly asked for تعبیر کی غلطی with comments that if you want to see</w:t>
      </w:r>
    </w:p>
    <w:p>
      <w:r>
        <w:rPr>
          <w:b/>
        </w:rPr>
        <w:t xml:space="preserve">[52:39] </w:t>
      </w:r>
      <w:r>
        <w:t>the difference with other scholars, then this is the book to read.</w:t>
      </w:r>
    </w:p>
    <w:p>
      <w:pPr>
        <w:jc w:val="right"/>
      </w:pPr>
      <w:r>
        <w:t>the difference with other scholars, then this is the book to read.</w:t>
      </w:r>
    </w:p>
    <w:p>
      <w:r>
        <w:rPr>
          <w:b/>
        </w:rPr>
        <w:t xml:space="preserve">[52:44] </w:t>
      </w:r>
      <w:r>
        <w:t>Overall, it was a beautiful experience in presenting Maulana sahib's thoughts, meeting with fans of Maulana sahib, sharing</w:t>
      </w:r>
    </w:p>
    <w:p>
      <w:pPr>
        <w:jc w:val="right"/>
      </w:pPr>
      <w:r>
        <w:t>Overall, it was a beautiful experience in presenting مولانا صاحب's thoughts, meeting with fans of مولانا صاحب, sharing</w:t>
      </w:r>
    </w:p>
    <w:p>
      <w:r>
        <w:rPr>
          <w:b/>
        </w:rPr>
        <w:t xml:space="preserve">[52:50] </w:t>
      </w:r>
      <w:r>
        <w:t>ideas with others.</w:t>
      </w:r>
    </w:p>
    <w:p>
      <w:pPr>
        <w:jc w:val="right"/>
      </w:pPr>
      <w:r>
        <w:t>ideas with others.</w:t>
      </w:r>
    </w:p>
    <w:p>
      <w:r>
        <w:rPr>
          <w:b/>
        </w:rPr>
        <w:t xml:space="preserve">[52:55] </w:t>
      </w:r>
      <w:r>
        <w:t>Our team did a good job, and the credit goes to a lady, Mrs.</w:t>
      </w:r>
    </w:p>
    <w:p>
      <w:pPr>
        <w:jc w:val="right"/>
      </w:pPr>
      <w:r>
        <w:t>Our team did a good job, and the credit goes to a lady, Mrs.</w:t>
      </w:r>
    </w:p>
    <w:p>
      <w:r>
        <w:rPr>
          <w:b/>
        </w:rPr>
        <w:t xml:space="preserve">[53:00] </w:t>
      </w:r>
      <w:r>
        <w:t>Akhtar, who made all the arrangements perfectly.</w:t>
      </w:r>
    </w:p>
    <w:p>
      <w:pPr>
        <w:jc w:val="right"/>
      </w:pPr>
      <w:r>
        <w:t>Akhtar, who made all the arrangements perfectly.</w:t>
      </w:r>
    </w:p>
    <w:p>
      <w:r>
        <w:rPr>
          <w:b/>
        </w:rPr>
        <w:t xml:space="preserve">[53:06] </w:t>
      </w:r>
      <w:r>
        <w:t>Saifullah sahib for Al-Risalah printing and free distribution, and Abdul Latif sahib for full participation, who is alone</w:t>
      </w:r>
    </w:p>
    <w:p>
      <w:pPr>
        <w:jc w:val="right"/>
      </w:pPr>
      <w:r>
        <w:t>Saifullah صاحب for Al-Risalah printing and free distribution, and Abdul Latif صاحب for full participation, who is alone</w:t>
      </w:r>
    </w:p>
    <w:p>
      <w:r>
        <w:rPr>
          <w:b/>
        </w:rPr>
        <w:t xml:space="preserve">[53:11] </w:t>
      </w:r>
      <w:r>
        <w:t>keeping the Al-Risalah mission alive in Pakistan.</w:t>
      </w:r>
    </w:p>
    <w:p>
      <w:pPr>
        <w:jc w:val="right"/>
      </w:pPr>
      <w:r>
        <w:t>keeping the Al-Risalah mission alive in Pakistan.</w:t>
      </w:r>
    </w:p>
    <w:p>
      <w:r>
        <w:rPr>
          <w:b/>
        </w:rPr>
        <w:t xml:space="preserve">[53:17] </w:t>
      </w:r>
      <w:r>
        <w:t>We will now prepare for our next peace mission, that is Lahore Book Fair. Inshallah.</w:t>
      </w:r>
    </w:p>
    <w:p>
      <w:pPr>
        <w:jc w:val="right"/>
      </w:pPr>
      <w:r>
        <w:t>We will now prepare for our next peace mission, that is Lahore Book Fair. انشاءاللہ۔</w:t>
      </w:r>
    </w:p>
    <w:p>
      <w:r>
        <w:rPr>
          <w:b/>
        </w:rPr>
        <w:t xml:space="preserve">[53:23] </w:t>
      </w:r>
      <w:r>
        <w:t>Maulana, agla sawal aaya hai Dr Javed ka Bhopal se, aur unhon ne likha hai: "Maulana, three days</w:t>
      </w:r>
    </w:p>
    <w:p>
      <w:pPr>
        <w:jc w:val="right"/>
      </w:pPr>
      <w:r>
        <w:t>مولانا، اگلا سوال آیا ہے ڈاکٹر جاوید کا بھوپال سے، اور انہوں نے لکھا ہے: "مولانا، تھری ڈیز</w:t>
      </w:r>
    </w:p>
    <w:p>
      <w:r>
        <w:rPr>
          <w:b/>
        </w:rPr>
        <w:t xml:space="preserve">[53:29] </w:t>
      </w:r>
      <w:r>
        <w:t>ago, there were Christmas celebrations all over the world.</w:t>
      </w:r>
    </w:p>
    <w:p>
      <w:pPr>
        <w:jc w:val="right"/>
      </w:pPr>
      <w:r>
        <w:t>اگو، دیر وار کرسمس سیلیبریشنز آل اوور دی ورلڈ۔</w:t>
      </w:r>
    </w:p>
    <w:p>
      <w:r>
        <w:rPr>
          <w:b/>
        </w:rPr>
        <w:t xml:space="preserve">[53:35] </w:t>
      </w:r>
      <w:r>
        <w:t>There were several messages doing the round among Muslim circles that Muslims should not wish Merry Christmas to</w:t>
      </w:r>
    </w:p>
    <w:p>
      <w:pPr>
        <w:jc w:val="right"/>
      </w:pPr>
      <w:r>
        <w:t>دیر وار سیورل میسجز ڈوئنگ دا راؤنڈ امنگ مسلم سرکلز کہ مسلمز شوڈ ناٹ وش میری کرسمس ٹو</w:t>
      </w:r>
    </w:p>
    <w:p>
      <w:r>
        <w:rPr>
          <w:b/>
        </w:rPr>
        <w:t xml:space="preserve">[53:41] </w:t>
      </w:r>
      <w:r>
        <w:t>کرسچنز اور نان مسلمز، as it is unlawful in Islam.</w:t>
      </w:r>
    </w:p>
    <w:p>
      <w:pPr>
        <w:jc w:val="right"/>
      </w:pPr>
      <w:r>
        <w:t>کرسچنز اور نان مسلمز، ایز اٹ از ان لافل ان اسلام۔</w:t>
      </w:r>
    </w:p>
    <w:p>
      <w:r>
        <w:rPr>
          <w:b/>
        </w:rPr>
        <w:t xml:space="preserve">[53:47] </w:t>
      </w:r>
      <w:r>
        <w:t>Maulana, please advise, what is your opinion on this?" Hargiz in laafil nahi hai, yeh un ka apna</w:t>
      </w:r>
    </w:p>
    <w:p>
      <w:pPr>
        <w:jc w:val="right"/>
      </w:pPr>
      <w:r>
        <w:t>مولانا، پلیز ایڈوائز، واٹ از یور اوپینین ان دس؟" ہرگز ان لافل نہیں ہے، یہ ان کا اپنا</w:t>
      </w:r>
    </w:p>
    <w:p>
      <w:r>
        <w:rPr>
          <w:b/>
        </w:rPr>
        <w:t xml:space="preserve">[53:53] </w:t>
      </w:r>
      <w:r>
        <w:t>bahut hi jasarat ki baat hai ke woh in lafl batate hain.</w:t>
      </w:r>
    </w:p>
    <w:p>
      <w:pPr>
        <w:jc w:val="right"/>
      </w:pPr>
      <w:r>
        <w:t>بہت ہی جسارت کی بات ہے کہ وہ ان لافل بتاتے ہیں۔</w:t>
      </w:r>
    </w:p>
    <w:p>
      <w:r>
        <w:rPr>
          <w:b/>
        </w:rPr>
        <w:t xml:space="preserve">[53:59] </w:t>
      </w:r>
      <w:r>
        <w:t>logon ko aise mauqe par un ko wish kijiye, un ko mubarakbad dijiye, un ki un ki talif-e-qalb kijiye.</w:t>
      </w:r>
    </w:p>
    <w:p>
      <w:pPr>
        <w:jc w:val="right"/>
      </w:pPr>
      <w:r>
        <w:t>لوگوں کو ایسے موقع پر ان کو وش کیجیے، ان کو مبارکباد دیجیے، ان کی ان کی تالیف قلب کیجیے۔</w:t>
      </w:r>
    </w:p>
    <w:p>
      <w:r>
        <w:rPr>
          <w:b/>
        </w:rPr>
        <w:t xml:space="preserve">[54:05] </w:t>
      </w:r>
      <w:r>
        <w:t>yeh to ek cultural exchange hai, woh aap ko karte hain, aap ko karein.</w:t>
      </w:r>
    </w:p>
    <w:p>
      <w:pPr>
        <w:jc w:val="right"/>
      </w:pPr>
      <w:r>
        <w:t>یہ تو ایک کلچرل ایکسچینج ہے، وہ آپ کو کرتے ہیں، آپ کو کریں۔</w:t>
      </w:r>
    </w:p>
    <w:p>
      <w:r>
        <w:rPr>
          <w:b/>
        </w:rPr>
        <w:t xml:space="preserve">[54:11] </w:t>
      </w:r>
      <w:r>
        <w:t>is mein koi in lafl hone ki koi baat hi nahi hai.</w:t>
      </w:r>
    </w:p>
    <w:p>
      <w:pPr>
        <w:jc w:val="right"/>
      </w:pPr>
      <w:r>
        <w:t>اس میں کوئی ان لافل ہونے کی کوئی بات ہی نہیں ہے۔</w:t>
      </w:r>
    </w:p>
    <w:p>
      <w:r>
        <w:rPr>
          <w:b/>
        </w:rPr>
        <w:t xml:space="preserve">[54:17] </w:t>
      </w:r>
      <w:r>
        <w:t>mein aap ko ek waqea bataunga ke madine mein rasool Allah salallahu alaihi wasallam ke paas</w:t>
      </w:r>
    </w:p>
    <w:p>
      <w:pPr>
        <w:jc w:val="right"/>
      </w:pPr>
      <w:r>
        <w:t>میں آپ کو ایک واقعہ بتاؤں گا کہ مدینے میں رسول اللہ صلی اللہ علیہ وسلم کے پاس</w:t>
      </w:r>
    </w:p>
    <w:p>
      <w:r>
        <w:rPr>
          <w:b/>
        </w:rPr>
        <w:t xml:space="preserve">[54:23] </w:t>
      </w:r>
      <w:r>
        <w:t>ek martaba ek waffd aaya.</w:t>
      </w:r>
    </w:p>
    <w:p>
      <w:pPr>
        <w:jc w:val="right"/>
      </w:pPr>
      <w:r>
        <w:t>ایک مرتبہ ایک وفد آیا۔</w:t>
      </w:r>
    </w:p>
    <w:p>
      <w:r>
        <w:rPr>
          <w:b/>
        </w:rPr>
        <w:t xml:space="preserve">[54:29] </w:t>
      </w:r>
      <w:r>
        <w:t>woh abhi Islam qubool nahi kiya tha, unhone.</w:t>
      </w:r>
    </w:p>
    <w:p>
      <w:pPr>
        <w:jc w:val="right"/>
      </w:pPr>
      <w:r>
        <w:t>وہ ابھی اسلام قبول نہیں کیا تھا، انہوں نے۔</w:t>
      </w:r>
    </w:p>
    <w:p>
      <w:r>
        <w:rPr>
          <w:b/>
        </w:rPr>
        <w:t xml:space="preserve">[54:35] </w:t>
      </w:r>
      <w:r>
        <w:t>woh ghaleban yaman ke kisi ilaqe ke the.</w:t>
      </w:r>
    </w:p>
    <w:p>
      <w:pPr>
        <w:jc w:val="right"/>
      </w:pPr>
      <w:r>
        <w:t>وہ غالباً یمن کے کسی علاقے کے تھے۔</w:t>
      </w:r>
    </w:p>
    <w:p>
      <w:r>
        <w:rPr>
          <w:b/>
        </w:rPr>
        <w:t xml:space="preserve">[54:41] </w:t>
      </w:r>
      <w:r>
        <w:t>woh to rasool Allah salallahu alaihi wasallam jab aaye to jab jab woh rasool Allah salallahu alaihi</w:t>
      </w:r>
    </w:p>
    <w:p>
      <w:pPr>
        <w:jc w:val="right"/>
      </w:pPr>
      <w:r>
        <w:t>وہ تو رسول اللہ صلی اللہ علیہ وسلم جب آئے تو جب جب وہ رسول اللہ صلی اللہ</w:t>
      </w:r>
    </w:p>
    <w:p>
      <w:r>
        <w:rPr>
          <w:b/>
        </w:rPr>
        <w:t xml:space="preserve">[54:47] </w:t>
      </w:r>
      <w:r>
        <w:t>wasallam ke paas aaye to rasool Allah salallahu alaihi wasallam ne "assalam o alaikum" nahi kaha balkeh</w:t>
      </w:r>
    </w:p>
    <w:p>
      <w:pPr>
        <w:jc w:val="right"/>
      </w:pPr>
      <w:r>
        <w:t>علیہ وسلم کے پاس آئے تو رسول اللہ صلی اللہ علیہ وسلم نے "السلام علیکم" نہیں کہا بلکہ</w:t>
      </w:r>
    </w:p>
    <w:p>
      <w:r>
        <w:rPr>
          <w:b/>
        </w:rPr>
        <w:t xml:space="preserve">[54:52] </w:t>
      </w:r>
      <w:r>
        <w:t>kaha ke "muhayyim, muhayyim." muhayyim un ki zaban mein, un ke ilaqe mein khush aamdeed ke liye kaha</w:t>
      </w:r>
    </w:p>
    <w:p>
      <w:pPr>
        <w:jc w:val="right"/>
      </w:pPr>
      <w:r>
        <w:t>کہا کہ "محیم، محیم۔" محیم ان کی زبان میں، ان کے علاقے میں خوش آمدید کے لیے کہا</w:t>
      </w:r>
    </w:p>
    <w:p>
      <w:r>
        <w:rPr>
          <w:b/>
        </w:rPr>
        <w:t xml:space="preserve">[54:58] </w:t>
      </w:r>
      <w:r>
        <w:t>jata tha, jaise India mein kehte hain ke woh "namaste" kehte hain, maslan misaal ke taur par.</w:t>
      </w:r>
    </w:p>
    <w:p>
      <w:pPr>
        <w:jc w:val="right"/>
      </w:pPr>
      <w:r>
        <w:t>جاتا تھا، جیسے انڈیا میں کہتے ہیں کہ وہ "نمستے" کہتے ہیں، مثلاً مثال کے طور پر۔</w:t>
      </w:r>
    </w:p>
    <w:p>
      <w:r>
        <w:rPr>
          <w:b/>
        </w:rPr>
        <w:t xml:space="preserve">[55:04] </w:t>
      </w:r>
      <w:r>
        <w:t>to un ke haan khush aamdeed kehne ke liye "welcome to you" kehne ke liye "muhayyim" keh dete the.</w:t>
      </w:r>
    </w:p>
    <w:p>
      <w:pPr>
        <w:jc w:val="right"/>
      </w:pPr>
      <w:r>
        <w:t>تو ان کے ہاں خوش آمدید کہنے کے لیے "ویلکم ٹو یو" کہنے کے لیے "محیم" کہہ دیتے تھے۔</w:t>
      </w:r>
    </w:p>
    <w:p>
      <w:r>
        <w:rPr>
          <w:b/>
        </w:rPr>
        <w:t xml:space="preserve">[55:10] </w:t>
      </w:r>
      <w:r>
        <w:t>to rasool Allah salallahu alaihi wasallam ne kaha "muhayyim, muhayyim." is se aap samajh sakte hain ke</w:t>
      </w:r>
    </w:p>
    <w:p>
      <w:pPr>
        <w:jc w:val="right"/>
      </w:pPr>
      <w:r>
        <w:t>تو رسول اللہ صلی اللہ علیہ وسلم نے کہا "محیم، محیم۔" اس سے آپ سمجھ سکتے ہیں کہ</w:t>
      </w:r>
    </w:p>
    <w:p>
      <w:r>
        <w:rPr>
          <w:b/>
        </w:rPr>
        <w:t xml:space="preserve">[55:16] </w:t>
      </w:r>
      <w:r>
        <w:t>rasool Allah salallahu alaihi wasallam ka dil kaisa tha.</w:t>
      </w:r>
    </w:p>
    <w:p>
      <w:pPr>
        <w:jc w:val="right"/>
      </w:pPr>
      <w:r>
        <w:t>رسول اللہ صلی اللہ علیہ وسلم کا دل کیسا تھا۔</w:t>
      </w:r>
    </w:p>
    <w:p>
      <w:r>
        <w:rPr>
          <w:b/>
        </w:rPr>
        <w:t xml:space="preserve">[55:22] </w:t>
      </w:r>
      <w:r>
        <w:t>rasool Allah ke dil mein insaan ki humdardi kitni zyada thi.</w:t>
      </w:r>
    </w:p>
    <w:p>
      <w:pPr>
        <w:jc w:val="right"/>
      </w:pPr>
      <w:r>
        <w:t>رسول اللہ کے دل میں انسان کی ہمدردی کتنی زیادہ تھی۔</w:t>
      </w:r>
    </w:p>
    <w:p>
      <w:r>
        <w:rPr>
          <w:b/>
        </w:rPr>
        <w:t xml:space="preserve">[55:28] </w:t>
      </w:r>
      <w:r>
        <w:t>unhi ki zaban mein bole taake woh zyada khush ho.</w:t>
      </w:r>
    </w:p>
    <w:p>
      <w:pPr>
        <w:jc w:val="right"/>
      </w:pPr>
      <w:r>
        <w:t>انہی کی زبان میں بولے تاکہ وہ زیادہ خوش ہو۔</w:t>
      </w:r>
    </w:p>
    <w:p>
      <w:r>
        <w:rPr>
          <w:b/>
        </w:rPr>
        <w:t xml:space="preserve">[55:34] </w:t>
      </w:r>
      <w:r>
        <w:t>agar aap kehte ke "assalam o alaikum" hota to khush nahi ho sakte the woh.</w:t>
      </w:r>
    </w:p>
    <w:p>
      <w:pPr>
        <w:jc w:val="right"/>
      </w:pPr>
      <w:r>
        <w:t>اگر آپ کہتے کہ "السلام علیکم" ہوتا تو خوش نہیں ہو سکتے تھے وہ۔</w:t>
      </w:r>
    </w:p>
    <w:p>
      <w:r>
        <w:rPr>
          <w:b/>
        </w:rPr>
        <w:t xml:space="preserve">[55:40] </w:t>
      </w:r>
      <w:r>
        <w:t>to yeh to ek cultural zimmedari hai hamari ke hum logon ko un ke khush aamdeed kahein,</w:t>
      </w:r>
    </w:p>
    <w:p>
      <w:pPr>
        <w:jc w:val="right"/>
      </w:pPr>
      <w:r>
        <w:t>تو یہ تو ایک کلچرل ذمہ داری ہے ہماری کہ ہم لوگوں کو ان کے خوش آمدید کہیں،</w:t>
      </w:r>
    </w:p>
    <w:p>
      <w:r>
        <w:rPr>
          <w:b/>
        </w:rPr>
        <w:t xml:space="preserve">[55:46] </w:t>
      </w:r>
      <w:r>
        <w:t>un ko welcome karein.</w:t>
      </w:r>
    </w:p>
    <w:p>
      <w:pPr>
        <w:jc w:val="right"/>
      </w:pPr>
      <w:r>
        <w:t>ان کو ویلکم کریں۔</w:t>
      </w:r>
    </w:p>
    <w:p>
      <w:r>
        <w:rPr>
          <w:b/>
        </w:rPr>
        <w:t xml:space="preserve">[55:52] </w:t>
      </w:r>
      <w:r>
        <w:t>yeh is mein yeh ke in lafl kya hai? jo is ko in lafl kehta hai, woh woh</w:t>
      </w:r>
    </w:p>
    <w:p>
      <w:pPr>
        <w:jc w:val="right"/>
      </w:pPr>
      <w:r>
        <w:t>یہ اس میں یہ کہ ان لافل کیا ہے؟ جو اس کو ان لافل کہتا ہے، وہ وہ</w:t>
      </w:r>
    </w:p>
    <w:p>
      <w:r>
        <w:rPr>
          <w:b/>
        </w:rPr>
        <w:t xml:space="preserve">[55:58] </w:t>
      </w:r>
      <w:r>
        <w:t>ek aisi jasarat ka kehta hai ke mein mein to samajhta hoon ke un ki aakhirat mein fragging</w:t>
      </w:r>
    </w:p>
    <w:p>
      <w:pPr>
        <w:jc w:val="right"/>
      </w:pPr>
      <w:r>
        <w:t>ایک ایسی جسارت کا کہتا ہے کہ میں میں تو سمجھتا ہوں کہ ان کی آخرت میں فراگنگ</w:t>
      </w:r>
    </w:p>
    <w:p>
      <w:r>
        <w:rPr>
          <w:b/>
        </w:rPr>
        <w:t xml:space="preserve">[56:04] </w:t>
      </w:r>
      <w:r>
        <w:t>ki jayegi.</w:t>
      </w:r>
    </w:p>
    <w:p>
      <w:pPr>
        <w:jc w:val="right"/>
      </w:pPr>
      <w:r>
        <w:t>کی جائے گی۔</w:t>
      </w:r>
    </w:p>
    <w:p>
      <w:r>
        <w:rPr>
          <w:b/>
        </w:rPr>
        <w:t xml:space="preserve">[56:10] </w:t>
      </w:r>
      <w:r>
        <w:t>fragging aise logon ki.</w:t>
      </w:r>
    </w:p>
    <w:p>
      <w:pPr>
        <w:jc w:val="right"/>
      </w:pPr>
      <w:r>
        <w:t>فراگنگ ایسے لوگوں کی۔</w:t>
      </w:r>
    </w:p>
    <w:p>
      <w:r>
        <w:rPr>
          <w:b/>
        </w:rPr>
        <w:t xml:space="preserve">[56:16] </w:t>
      </w:r>
      <w:r>
        <w:t>maulana, agla sawal lene se pehle ek ah comment padhna chahenge jo ah abhi abhi maulana iqbal</w:t>
      </w:r>
    </w:p>
    <w:p>
      <w:pPr>
        <w:jc w:val="right"/>
      </w:pPr>
      <w:r>
        <w:t>مولانا، اگلا سوال لینے سے پہلے ایک آہ کمنٹ پڑھنا چاہیں گے جو آہ ابھی ابھی مولانا اقبال</w:t>
      </w:r>
    </w:p>
    <w:p>
      <w:r>
        <w:rPr>
          <w:b/>
        </w:rPr>
        <w:t xml:space="preserve">[56:22] </w:t>
      </w:r>
      <w:r>
        <w:t>umri ne bheja hai chennai se, aur unhon ne likha hai: "maulana, kal raat chennai mein ek program</w:t>
      </w:r>
    </w:p>
    <w:p>
      <w:pPr>
        <w:jc w:val="right"/>
      </w:pPr>
      <w:r>
        <w:t>عمری نے بھیجا ہے چنئی سے، اور انہوں نے لکھا ہے: "مولانا، کل رات چنئی میں ایک پروگرام</w:t>
      </w:r>
    </w:p>
    <w:p>
      <w:r>
        <w:rPr>
          <w:b/>
        </w:rPr>
        <w:t xml:space="preserve">[56:28] </w:t>
      </w:r>
      <w:r>
        <w:t>mein gaye thay hum log jo musalman aur communist group ka tha.</w:t>
      </w:r>
    </w:p>
    <w:p>
      <w:pPr>
        <w:jc w:val="right"/>
      </w:pPr>
      <w:r>
        <w:t>میں گئے تھے ہم لوگ جو مسلمان اور کمیونسٹ گروپ کا تھا۔</w:t>
      </w:r>
    </w:p>
    <w:p>
      <w:r>
        <w:rPr>
          <w:b/>
        </w:rPr>
        <w:t xml:space="preserve">[56:33] </w:t>
      </w:r>
      <w:r>
        <w:t>wahan har aadmi negative boli aur sazish ki boli bol raha tha.</w:t>
      </w:r>
    </w:p>
    <w:p>
      <w:pPr>
        <w:jc w:val="right"/>
      </w:pPr>
      <w:r>
        <w:t>وہاں ہر آدمی نیگیٹیو بولی اور سازش کی بولی بول رہا تھا۔</w:t>
      </w:r>
    </w:p>
    <w:p>
      <w:r>
        <w:rPr>
          <w:b/>
        </w:rPr>
        <w:t xml:space="preserve">[56:39] </w:t>
      </w:r>
      <w:r>
        <w:t>agar mujh ko al risala mission na milta to main bhi aisa hi rehta aur mayoos ho kar wapas lot'ta.</w:t>
      </w:r>
    </w:p>
    <w:p>
      <w:pPr>
        <w:jc w:val="right"/>
      </w:pPr>
      <w:r>
        <w:t>اگر مجھ کو ال رسالہ مشن نہ ملتا تو میں بھی ایسا ہی رہتا اور مایوس ہو کر واپس لوٹتا۔</w:t>
      </w:r>
    </w:p>
    <w:p>
      <w:r>
        <w:rPr>
          <w:b/>
        </w:rPr>
        <w:t xml:space="preserve">[56:45] </w:t>
      </w:r>
      <w:r>
        <w:t>allah ka shukar hai ke main aur mere saathi bilkul positive ho kar wahan se aaye, alhamdulillah." mashallah.</w:t>
      </w:r>
    </w:p>
    <w:p>
      <w:pPr>
        <w:jc w:val="right"/>
      </w:pPr>
      <w:r>
        <w:t>اللہ کا شکر ہے کہ میں اور میرے ساتھی بالکل پازیٹیو ہو کر وہاں سے آئے، الحمدللہ۔" ماشاءاللہ۔</w:t>
      </w:r>
    </w:p>
    <w:p>
      <w:r>
        <w:rPr>
          <w:b/>
        </w:rPr>
        <w:t xml:space="preserve">[56:51] </w:t>
      </w:r>
      <w:r>
        <w:t>maulana, agla sawal ah maulana farhad umri ne bheja hai dilli se, aur unhon ne likha hai ke:</w:t>
      </w:r>
    </w:p>
    <w:p>
      <w:pPr>
        <w:jc w:val="right"/>
      </w:pPr>
      <w:r>
        <w:t>مولانا، اگلا سوال آہ مولانا فرہاد عمری نے بھیجا ہے دلی سے، اور انہوں نے لکھا ہے کہ:</w:t>
      </w:r>
    </w:p>
    <w:p>
      <w:r>
        <w:rPr>
          <w:b/>
        </w:rPr>
        <w:t xml:space="preserve">[56:57] </w:t>
      </w:r>
      <w:r>
        <w:t>"مولانا، if a Muslim who is pious but hates non-Muslims and due to his worldly affairs is</w:t>
      </w:r>
    </w:p>
    <w:p>
      <w:pPr>
        <w:jc w:val="right"/>
      </w:pPr>
      <w:r>
        <w:t>"مولانا، اف ا مسلم ہو از پائرس بٹ ہیٹس نان مسلمز اینڈ ڈیو ٹو ہز ورلڈلی افیئرز از</w:t>
      </w:r>
    </w:p>
    <w:p>
      <w:r>
        <w:rPr>
          <w:b/>
        </w:rPr>
        <w:t xml:space="preserve">[57:03] </w:t>
      </w:r>
      <w:r>
        <w:t>not can in daawa work.</w:t>
      </w:r>
    </w:p>
    <w:p>
      <w:pPr>
        <w:jc w:val="right"/>
      </w:pPr>
      <w:r>
        <w:t>ناٹ کین ان دعویٰ ورک۔</w:t>
      </w:r>
    </w:p>
    <w:p>
      <w:r>
        <w:rPr>
          <w:b/>
        </w:rPr>
        <w:t xml:space="preserve">[57:09] </w:t>
      </w:r>
      <w:r>
        <w:t>will such a muslim be judged as innocent in the eyes of god?" what is your comment? kya</w:t>
      </w:r>
    </w:p>
    <w:p>
      <w:pPr>
        <w:jc w:val="right"/>
      </w:pPr>
      <w:r>
        <w:t>ویل سچ ا مسلم بی ججڈ ایز انوسنٹ ان دی آئیز آف گاڈ؟" واٹ از یور کمنٹ؟ کیا</w:t>
      </w:r>
    </w:p>
    <w:p>
      <w:r>
        <w:rPr>
          <w:b/>
        </w:rPr>
        <w:t xml:space="preserve">[57:15] </w:t>
      </w:r>
      <w:r>
        <w:t>kya matlab hai? ke maulana, agar ek muslim jo apne worldly affairs mein phansa hua hai aur wo</w:t>
      </w:r>
    </w:p>
    <w:p>
      <w:pPr>
        <w:jc w:val="right"/>
      </w:pPr>
      <w:r>
        <w:t>کیا مطلب ہے؟ کہ مولانا، اگر ایک مسلم جو اپنے ورلڈلی افیئرز میں پھنسا ہوا ہے اور وہ</w:t>
      </w:r>
    </w:p>
    <w:p>
      <w:r>
        <w:rPr>
          <w:b/>
        </w:rPr>
        <w:t xml:space="preserve">[57:21] </w:t>
      </w:r>
      <w:r>
        <w:t>daawa work nahi kar raha hai, lekin wo waise ah dekhne pe pious muslim hai, ah lekin is</w:t>
      </w:r>
    </w:p>
    <w:p>
      <w:pPr>
        <w:jc w:val="right"/>
      </w:pPr>
      <w:r>
        <w:t>دعویٰ ورک نہیں کر رہا ہے، لیکن وہ ویسے آہ دیکھنے پہ پائرس مسلم ہے، آہ لیکن اس</w:t>
      </w:r>
    </w:p>
    <w:p>
      <w:r>
        <w:rPr>
          <w:b/>
        </w:rPr>
        <w:t xml:space="preserve">[57:27] </w:t>
      </w:r>
      <w:r>
        <w:t>ke dil mein nafrat hai non muslim ke liye, to kya wo allah taala ke samne innocent paye</w:t>
      </w:r>
    </w:p>
    <w:p>
      <w:pPr>
        <w:jc w:val="right"/>
      </w:pPr>
      <w:r>
        <w:t>کے دل میں نفرت ہے نان مسلم کے لیے، تو کیا وہ اللہ تعالیٰ کے سامنے انوسنٹ پائے</w:t>
      </w:r>
    </w:p>
    <w:p>
      <w:r>
        <w:rPr>
          <w:b/>
        </w:rPr>
        <w:t xml:space="preserve">[57:33] </w:t>
      </w:r>
      <w:r>
        <w:t>ga? nahi, har giz.</w:t>
      </w:r>
    </w:p>
    <w:p>
      <w:pPr>
        <w:jc w:val="right"/>
      </w:pPr>
      <w:r>
        <w:t>گا؟ نہیں، ہرگز۔</w:t>
      </w:r>
    </w:p>
    <w:p>
      <w:r>
        <w:rPr>
          <w:b/>
        </w:rPr>
        <w:t xml:space="preserve">[57:39] </w:t>
      </w:r>
      <w:r>
        <w:t>nafrat ka to nafrat to haram hai.</w:t>
      </w:r>
    </w:p>
    <w:p>
      <w:pPr>
        <w:jc w:val="right"/>
      </w:pPr>
      <w:r>
        <w:t>نفرت کا تو نفرت تو حرام ہے۔</w:t>
      </w:r>
    </w:p>
    <w:p>
      <w:r>
        <w:rPr>
          <w:b/>
        </w:rPr>
        <w:t xml:space="preserve">[57:45] </w:t>
      </w:r>
      <w:r>
        <w:t>nafrat ki kisi ko ijazat nahi hai.</w:t>
      </w:r>
    </w:p>
    <w:p>
      <w:pPr>
        <w:jc w:val="right"/>
      </w:pPr>
      <w:r>
        <w:t>نفرت کی کسی کو اجازت نہیں ہے۔</w:t>
      </w:r>
    </w:p>
    <w:p>
      <w:r>
        <w:rPr>
          <w:b/>
        </w:rPr>
        <w:t xml:space="preserve">[57:51] </w:t>
      </w:r>
      <w:r>
        <w:t>allah ka paida kiya hua, yani allah ke paida kiye hue insan nafrat karenge? aap apne koi</w:t>
      </w:r>
    </w:p>
    <w:p>
      <w:pPr>
        <w:jc w:val="right"/>
      </w:pPr>
      <w:r>
        <w:t>اللہ کا پیدا کیا ہوا، یعنی اللہ کے پیدا کیے ہوئے انسان نفرت کریں گے؟ آپ اپنے کوئی</w:t>
      </w:r>
    </w:p>
    <w:p>
      <w:r>
        <w:rPr>
          <w:b/>
        </w:rPr>
        <w:t xml:space="preserve">[57:57] </w:t>
      </w:r>
      <w:r>
        <w:t>baap apne bete se nafrat kar sakta hai? koi duniya mein aisa baap nahi hoga jo apne bete</w:t>
      </w:r>
    </w:p>
    <w:p>
      <w:pPr>
        <w:jc w:val="right"/>
      </w:pPr>
      <w:r>
        <w:t>باپ اپنے بیٹے سے نفرت کر سکتا ہے؟ کوئی دنیا میں ایسا باپ نہیں ہوگا جو اپنے بیٹے</w:t>
      </w:r>
    </w:p>
    <w:p>
      <w:r>
        <w:rPr>
          <w:b/>
        </w:rPr>
        <w:t xml:space="preserve">[58:03] </w:t>
      </w:r>
      <w:r>
        <w:t>se nafrat kare.</w:t>
      </w:r>
    </w:p>
    <w:p>
      <w:pPr>
        <w:jc w:val="right"/>
      </w:pPr>
      <w:r>
        <w:t>سے نفرت کرے۔</w:t>
      </w:r>
    </w:p>
    <w:p>
      <w:r>
        <w:rPr>
          <w:b/>
        </w:rPr>
        <w:t xml:space="preserve">[58:09] </w:t>
      </w:r>
      <w:r>
        <w:t>to to baap ka, yani bete ke ke ke paida hone mein baap ka hissa kya hai? one</w:t>
      </w:r>
    </w:p>
    <w:p>
      <w:pPr>
        <w:jc w:val="right"/>
      </w:pPr>
      <w:r>
        <w:t>تو تو باپ کا، یعنی بیٹے کے کے کے پیدا ہونے میں باپ کا حصہ کیا ہے؟ ون</w:t>
      </w:r>
    </w:p>
    <w:p>
      <w:r>
        <w:rPr>
          <w:b/>
        </w:rPr>
        <w:t xml:space="preserve">[58:14] </w:t>
      </w:r>
      <w:r>
        <w:t>percent bhi nahi hai.</w:t>
      </w:r>
    </w:p>
    <w:p>
      <w:pPr>
        <w:jc w:val="right"/>
      </w:pPr>
      <w:r>
        <w:t>پرسنٹ بھی نہیں ہے۔</w:t>
      </w:r>
    </w:p>
    <w:p>
      <w:r>
        <w:rPr>
          <w:b/>
        </w:rPr>
        <w:t xml:space="preserve">[58:20] </w:t>
      </w:r>
      <w:r>
        <w:t>wo to allah ne paida kiya hai.</w:t>
      </w:r>
    </w:p>
    <w:p>
      <w:pPr>
        <w:jc w:val="right"/>
      </w:pPr>
      <w:r>
        <w:t>وہ تو اللہ نے پیدا کیا ہے۔</w:t>
      </w:r>
    </w:p>
    <w:p>
      <w:r>
        <w:rPr>
          <w:b/>
        </w:rPr>
        <w:t xml:space="preserve">[58:26] </w:t>
      </w:r>
      <w:r>
        <w:t>to allah ki takhleeq ke karishma hai har insan.</w:t>
      </w:r>
    </w:p>
    <w:p>
      <w:pPr>
        <w:jc w:val="right"/>
      </w:pPr>
      <w:r>
        <w:t>تو اللہ کی تخلیق کے کرشمہ ہے ہر انسان۔</w:t>
      </w:r>
    </w:p>
    <w:p>
      <w:r>
        <w:rPr>
          <w:b/>
        </w:rPr>
        <w:t xml:space="preserve">[58:32] </w:t>
      </w:r>
      <w:r>
        <w:t>har insan allah ki creation ka ek namuna hai.</w:t>
      </w:r>
    </w:p>
    <w:p>
      <w:pPr>
        <w:jc w:val="right"/>
      </w:pPr>
      <w:r>
        <w:t>ہر انسان اللہ کی کریشن کا ایک نمونہ ہے۔</w:t>
      </w:r>
    </w:p>
    <w:p>
      <w:r>
        <w:rPr>
          <w:b/>
        </w:rPr>
        <w:t xml:space="preserve">[58:38] </w:t>
      </w:r>
      <w:r>
        <w:t>is se aap nafrat karenge? bilashuba haram hai, is mein koi shaq hi nahi.</w:t>
      </w:r>
    </w:p>
    <w:p>
      <w:pPr>
        <w:jc w:val="right"/>
      </w:pPr>
      <w:r>
        <w:t>اس سے آپ نفرت کریں گے؟ بلاشبہ حرام ہے، اس میں کوئی شک ہی نہیں۔</w:t>
      </w:r>
    </w:p>
    <w:p>
      <w:r>
        <w:rPr>
          <w:b/>
        </w:rPr>
        <w:t xml:space="preserve">[58:44] </w:t>
      </w:r>
      <w:r>
        <w:t>maulana, un ka ek aur sawal hai.</w:t>
      </w:r>
    </w:p>
    <w:p>
      <w:pPr>
        <w:jc w:val="right"/>
      </w:pPr>
      <w:r>
        <w:t>مولانا، ان کا ایک اور سوال ہے۔</w:t>
      </w:r>
    </w:p>
    <w:p>
      <w:r>
        <w:rPr>
          <w:b/>
        </w:rPr>
        <w:t xml:space="preserve">[58:50] </w:t>
      </w:r>
      <w:r>
        <w:t>انہوں نے لکھا ہے کہ: "There is a common phrase used in the Muslim history about non-Muslims,</w:t>
      </w:r>
    </w:p>
    <w:p>
      <w:pPr>
        <w:jc w:val="right"/>
      </w:pPr>
      <w:r>
        <w:t>انہوں نے لکھا ہے کہ: "دیر از ا کامن فریز یوزڈ ان دا مسلم ہسٹری اباؤٹ نان مسلمز،</w:t>
      </w:r>
    </w:p>
    <w:p>
      <w:r>
        <w:rPr>
          <w:b/>
        </w:rPr>
        <w:t xml:space="preserve">[58:56] </w:t>
      </w:r>
      <w:r>
        <w:t>that is wo waseela jahannum hua, fana fil nar hua, etc." is use of such phrase islamic? islamic</w:t>
      </w:r>
    </w:p>
    <w:p>
      <w:pPr>
        <w:jc w:val="right"/>
      </w:pPr>
      <w:r>
        <w:t>دیٹ از وہ وسیلے جہنم ہوا، فنا فی النار ہوا، ایٹسٹرہ۔" اس یوز آف سچ فریز اسلامک؟ اسلامک</w:t>
      </w:r>
    </w:p>
    <w:p>
      <w:r>
        <w:rPr>
          <w:b/>
        </w:rPr>
        <w:t xml:space="preserve">[59:02] </w:t>
      </w:r>
      <w:r>
        <w:t>nahi, yeh to haram hai.</w:t>
      </w:r>
    </w:p>
    <w:p>
      <w:pPr>
        <w:jc w:val="right"/>
      </w:pPr>
      <w:r>
        <w:t>نہیں، یہ تو حرام ہے۔</w:t>
      </w:r>
    </w:p>
    <w:p>
      <w:r>
        <w:rPr>
          <w:b/>
        </w:rPr>
        <w:t xml:space="preserve">[59:08] </w:t>
      </w:r>
      <w:r>
        <w:t>Aisa aisa bolna haram hai.</w:t>
      </w:r>
    </w:p>
    <w:p>
      <w:pPr>
        <w:jc w:val="right"/>
      </w:pPr>
      <w:r>
        <w:t>ایسا ایسا بولنا حرام ہے۔</w:t>
      </w:r>
    </w:p>
    <w:p>
      <w:r>
        <w:rPr>
          <w:b/>
        </w:rPr>
        <w:t xml:space="preserve">[59:14] </w:t>
      </w:r>
      <w:r>
        <w:t>Kyun? Aap nahi bata sakte ke Rasool Allah Sal Allah Alaihi Wasallam ke aisa kabhi kiya ho ya</w:t>
      </w:r>
    </w:p>
    <w:p>
      <w:pPr>
        <w:jc w:val="right"/>
      </w:pPr>
      <w:r>
        <w:t>کیوں؟ آپ نہیں بتا سکتے کہ رسول اللہ صلی اللہ علیہ وسلم کے ایسا کبھی کیا ہو یا</w:t>
      </w:r>
    </w:p>
    <w:p>
      <w:r>
        <w:rPr>
          <w:b/>
        </w:rPr>
        <w:t xml:space="preserve">[59:20] </w:t>
      </w:r>
      <w:r>
        <w:t>Sahaba ne aisa kiya ho.</w:t>
      </w:r>
    </w:p>
    <w:p>
      <w:pPr>
        <w:jc w:val="right"/>
      </w:pPr>
      <w:r>
        <w:t>صحابہ نے ایسا کیا ہو۔</w:t>
      </w:r>
    </w:p>
    <w:p>
      <w:r>
        <w:rPr>
          <w:b/>
        </w:rPr>
        <w:t xml:space="preserve">[59:26] </w:t>
      </w:r>
      <w:r>
        <w:t>Rasool Allah Sal Allah Alaihi Wasallam ke saamne se ek Yahudi janaza nikla.</w:t>
      </w:r>
    </w:p>
    <w:p>
      <w:pPr>
        <w:jc w:val="right"/>
      </w:pPr>
      <w:r>
        <w:t>رسول اللہ صلی اللہ علیہ وسلم کے سامنے سے ایک یہودی جنازہ نکلا۔</w:t>
      </w:r>
    </w:p>
    <w:p>
      <w:r>
        <w:rPr>
          <w:b/>
        </w:rPr>
        <w:t xml:space="preserve">[59:32] </w:t>
      </w:r>
      <w:r>
        <w:t>Yahudi janaza, yaani ek dead body Yahudi ki le ja rahe the log.</w:t>
      </w:r>
    </w:p>
    <w:p>
      <w:pPr>
        <w:jc w:val="right"/>
      </w:pPr>
      <w:r>
        <w:t>یہودی جنازہ، یعنی ایک ڈیڈ باڈی یہودی کی لے جا رہے تھے لوگ۔</w:t>
      </w:r>
    </w:p>
    <w:p>
      <w:r>
        <w:rPr>
          <w:b/>
        </w:rPr>
        <w:t xml:space="preserve">[59:38] </w:t>
      </w:r>
      <w:r>
        <w:t>To aap ne yeh nahi kaha ke, yaani fi nar wastaqar, yeh nahi farmaya aap ne.</w:t>
      </w:r>
    </w:p>
    <w:p>
      <w:pPr>
        <w:jc w:val="right"/>
      </w:pPr>
      <w:r>
        <w:t>تو آپ نے یہ نہیں کہا کہ، یعنی فی النار واستقر، یہ نہیں فرمایا آپ نے۔</w:t>
      </w:r>
    </w:p>
    <w:p>
      <w:r>
        <w:rPr>
          <w:b/>
        </w:rPr>
        <w:t xml:space="preserve">[59:44] </w:t>
      </w:r>
      <w:r>
        <w:t>Aaj kal Musalman yahi kehte hain, koi janaza agar hua aisa to kehte hain ke fi nar wastaqar.</w:t>
      </w:r>
    </w:p>
    <w:p>
      <w:pPr>
        <w:jc w:val="right"/>
      </w:pPr>
      <w:r>
        <w:t>آج کل مسلمان یہی کہتے ہیں، کوئی جنازہ اگر ہوا ایسا تو کہتے ہیں کہ فی النار واستقر۔</w:t>
      </w:r>
    </w:p>
    <w:p>
      <w:r>
        <w:rPr>
          <w:b/>
        </w:rPr>
        <w:t xml:space="preserve">[59:50] </w:t>
      </w:r>
      <w:r>
        <w:t>Kya haq hai aap ko aisa kehne ka? Rasool Allah Sal Allah Alaihi Wasallam to iski respect</w:t>
      </w:r>
    </w:p>
    <w:p>
      <w:pPr>
        <w:jc w:val="right"/>
      </w:pPr>
      <w:r>
        <w:t>کیا حق ہے آپ کو ایسا کہنے کا؟ رسول اللہ صلی اللہ علیہ وسلم تو اس کی ریسپیکٹ</w:t>
      </w:r>
    </w:p>
    <w:p>
      <w:r>
        <w:rPr>
          <w:b/>
        </w:rPr>
        <w:t xml:space="preserve">[59:55] </w:t>
      </w:r>
      <w:r>
        <w:t>ke liye khade ho gaye, aur kisi ne taajjub kiya ke aap respect de rahe hain Yahudi janaze ko.</w:t>
      </w:r>
    </w:p>
    <w:p>
      <w:pPr>
        <w:jc w:val="right"/>
      </w:pPr>
      <w:r>
        <w:t>کے لیے کھڑے ہو گئے، اور کسی نے تعجب کیا کہ آپ ریسپیکٹ دے رہے ہیں یہودی جنازے کو۔</w:t>
      </w:r>
    </w:p>
    <w:p>
      <w:r>
        <w:rPr>
          <w:b/>
        </w:rPr>
        <w:t xml:space="preserve">[1:00:01] </w:t>
      </w:r>
      <w:r>
        <w:t>To aap ne farmaya ke: "Alaih al-dafn, main bhi insan, woh bhi insan." Yeh hai Islam.</w:t>
      </w:r>
    </w:p>
    <w:p>
      <w:pPr>
        <w:jc w:val="right"/>
      </w:pPr>
      <w:r>
        <w:t>تو آپ نے فرمایا کہ: "علیہ الدفن، میں بھی انسان، وہ بھی انسان۔" یہ ہے اسلام۔</w:t>
      </w:r>
    </w:p>
    <w:p>
      <w:r>
        <w:rPr>
          <w:b/>
        </w:rPr>
        <w:t xml:space="preserve">[1:00:07] </w:t>
      </w:r>
      <w:r>
        <w:t>Baaki jo Musalman kar rahe hain aaj kal fi nar wastaqar, yeh to haram hai.</w:t>
      </w:r>
    </w:p>
    <w:p>
      <w:pPr>
        <w:jc w:val="right"/>
      </w:pPr>
      <w:r>
        <w:t>باقی جو مسلمان کر رہے ہیں آج کل فی النار واستقر، یہ تو حرام ہے۔</w:t>
      </w:r>
    </w:p>
    <w:p>
      <w:r>
        <w:rPr>
          <w:b/>
        </w:rPr>
        <w:t xml:space="preserve">[1:00:13] </w:t>
      </w:r>
      <w:r>
        <w:t>Is mein koi shaq nahi hai ke is ko haram hone ki, kyunke na Sahaba ne aisa kiya,</w:t>
      </w:r>
    </w:p>
    <w:p>
      <w:pPr>
        <w:jc w:val="right"/>
      </w:pPr>
      <w:r>
        <w:t>اس میں کوئی شک نہیں ہے کہ اس کو حرام ہونے کی، کیونکہ نہ صحابہ نے ایسا کیا،</w:t>
      </w:r>
    </w:p>
    <w:p>
      <w:r>
        <w:rPr>
          <w:b/>
        </w:rPr>
        <w:t xml:space="preserve">[1:00:19] </w:t>
      </w:r>
      <w:r>
        <w:t>na Rasool Allah Sal Allah Alaihi Wasallam ne aisa kiya.</w:t>
      </w:r>
    </w:p>
    <w:p>
      <w:pPr>
        <w:jc w:val="right"/>
      </w:pPr>
      <w:r>
        <w:t>نہ رسول اللہ صلی اللہ علیہ وسلم نے ایسا کیا۔</w:t>
      </w:r>
    </w:p>
    <w:p>
      <w:r>
        <w:rPr>
          <w:b/>
        </w:rPr>
        <w:t xml:space="preserve">[1:00:25] </w:t>
      </w:r>
      <w:r>
        <w:t>Maulana, agla sawal Dr. Fareeda Khanam ka hai Delhi se, aur unhone likha hai ke: "Yesterday I</w:t>
      </w:r>
    </w:p>
    <w:p>
      <w:pPr>
        <w:jc w:val="right"/>
      </w:pPr>
      <w:r>
        <w:t>مولانا، اگلا سوال ڈاکٹر فریدہ خانم کا ہے دلی سے، اور انہوں نے لکھا ہے کہ: "یسٹرڈے آئی</w:t>
      </w:r>
    </w:p>
    <w:p>
      <w:r>
        <w:rPr>
          <w:b/>
        </w:rPr>
        <w:t xml:space="preserve">[1:00:31] </w:t>
      </w:r>
      <w:r>
        <w:t>watched a video in which a suicide bomber was interviewed.</w:t>
      </w:r>
    </w:p>
    <w:p>
      <w:pPr>
        <w:jc w:val="right"/>
      </w:pPr>
      <w:r>
        <w:t>واچڈ ا ویڈیو ان وچ ا سوسائیڈ بومبر واز انٹرویوڈ۔</w:t>
      </w:r>
    </w:p>
    <w:p>
      <w:r>
        <w:rPr>
          <w:b/>
        </w:rPr>
        <w:t xml:space="preserve">[1:00:37] </w:t>
      </w:r>
      <w:r>
        <w:t>He was asked, "Why do you kill innocent people?" He answered, "Anyone who is not engaged in</w:t>
      </w:r>
    </w:p>
    <w:p>
      <w:pPr>
        <w:jc w:val="right"/>
      </w:pPr>
      <w:r>
        <w:t>ہی واز اسکڈ وائی ڈو یو کل انوسنٹ پیپل؟ ہی انسرڈ اینی ون ہو از ناٹ انگیجڈ ان</w:t>
      </w:r>
    </w:p>
    <w:p>
      <w:r>
        <w:rPr>
          <w:b/>
        </w:rPr>
        <w:t xml:space="preserve">[1:00:43] </w:t>
      </w:r>
      <w:r>
        <w:t>"جہاد is not innocent at all." Maulana, what is your comment on this? یہ تو جاہلوں کی باتیں ہیں۔</w:t>
      </w:r>
    </w:p>
    <w:p>
      <w:pPr>
        <w:jc w:val="right"/>
      </w:pPr>
      <w:r>
        <w:t>جہاد از ناٹ انوسنٹ ایٹ آل۔" مولانا، واٹ از یور کمنٹ ان دس؟ یہ تو جاہلوں کی باتیں ہیں۔</w:t>
      </w:r>
    </w:p>
    <w:p>
      <w:r>
        <w:rPr>
          <w:b/>
        </w:rPr>
        <w:t xml:space="preserve">[1:00:49] </w:t>
      </w:r>
      <w:r>
        <w:t>Woh main ne bhi suna hai, woh bilkul jahil ladka tha, ek bol raha tha.</w:t>
      </w:r>
    </w:p>
    <w:p>
      <w:pPr>
        <w:jc w:val="right"/>
      </w:pPr>
      <w:r>
        <w:t>وہ میں نے بھی سنا ہے، وہ بالکل جاہل لڑکا تھا، ایک بول رہا تھا۔</w:t>
      </w:r>
    </w:p>
    <w:p>
      <w:r>
        <w:rPr>
          <w:b/>
        </w:rPr>
        <w:t xml:space="preserve">[1:00:55] </w:t>
      </w:r>
      <w:r>
        <w:t>Unhone jihad ko apne maani mein le liya hai.</w:t>
      </w:r>
    </w:p>
    <w:p>
      <w:pPr>
        <w:jc w:val="right"/>
      </w:pPr>
      <w:r>
        <w:t>انہوں نے جہاد کو اپنے معنی میں لے لیا ہے۔</w:t>
      </w:r>
    </w:p>
    <w:p>
      <w:r>
        <w:rPr>
          <w:b/>
        </w:rPr>
        <w:t xml:space="preserve">[1:01:01] </w:t>
      </w:r>
      <w:r>
        <w:t>Jihad ke maani hain peaceful struggle, dawat ke liye.</w:t>
      </w:r>
    </w:p>
    <w:p>
      <w:pPr>
        <w:jc w:val="right"/>
      </w:pPr>
      <w:r>
        <w:t>جہاد کے معنی ہیں پیس فل سٹرگل، دعوت کے لیے۔</w:t>
      </w:r>
    </w:p>
    <w:p>
      <w:r>
        <w:rPr>
          <w:b/>
        </w:rPr>
        <w:t xml:space="preserve">[1:01:07] </w:t>
      </w:r>
      <w:r>
        <w:t>Baaki marna kaatna yeh harghiz jihad hai hi nahi.</w:t>
      </w:r>
    </w:p>
    <w:p>
      <w:pPr>
        <w:jc w:val="right"/>
      </w:pPr>
      <w:r>
        <w:t>باقی مارنا کاٹنا یہ ہرگز جہاد ہے ہی نہیں۔</w:t>
      </w:r>
    </w:p>
    <w:p>
      <w:r>
        <w:rPr>
          <w:b/>
        </w:rPr>
        <w:t xml:space="preserve">[1:01:13] </w:t>
      </w:r>
      <w:r>
        <w:t>Woh jo yeh log kar rahe hain is waqt jihad ke naam par, woh jihad hi nahi hai.</w:t>
      </w:r>
    </w:p>
    <w:p>
      <w:pPr>
        <w:jc w:val="right"/>
      </w:pPr>
      <w:r>
        <w:t>وہ جو یہ لوگ کر رہے ہیں اس وقت جہاد کے نام پر، وہ جہاد ہی نہیں ہے۔</w:t>
      </w:r>
    </w:p>
    <w:p>
      <w:r>
        <w:rPr>
          <w:b/>
        </w:rPr>
        <w:t xml:space="preserve">[1:01:19] </w:t>
      </w:r>
      <w:r>
        <w:t>Woh to, yaani kya hai, woh Allah hi behtar lafz de sakta hai is ko, lekin woh behal</w:t>
      </w:r>
    </w:p>
    <w:p>
      <w:pPr>
        <w:jc w:val="right"/>
      </w:pPr>
      <w:r>
        <w:t>وہ تو، یعنی کیا ہے، وہ اللہ ہی بہتر لفظ دے سکتا ہے اس کو، لیکن وہ بہرحال</w:t>
      </w:r>
    </w:p>
    <w:p>
      <w:r>
        <w:rPr>
          <w:b/>
        </w:rPr>
        <w:t xml:space="preserve">[1:01:25] </w:t>
      </w:r>
      <w:r>
        <w:t>Woh jihad nahi hai.</w:t>
      </w:r>
    </w:p>
    <w:p>
      <w:pPr>
        <w:jc w:val="right"/>
      </w:pPr>
      <w:r>
        <w:t>وہ جہاد نہیں ہے۔</w:t>
      </w:r>
    </w:p>
    <w:p>
      <w:r>
        <w:rPr>
          <w:b/>
        </w:rPr>
        <w:t xml:space="preserve">[1:01:31] </w:t>
      </w:r>
      <w:r>
        <w:t>Jihad naam hai dawat ke liye peaceful andaaz mein koshish karna.</w:t>
      </w:r>
    </w:p>
    <w:p>
      <w:pPr>
        <w:jc w:val="right"/>
      </w:pPr>
      <w:r>
        <w:t>جہاد نام ہے دعوت کے لیے پیس فل انداز میں کوشش کرنا۔</w:t>
      </w:r>
    </w:p>
    <w:p>
      <w:r>
        <w:rPr>
          <w:b/>
        </w:rPr>
        <w:t xml:space="preserve">[1:01:37] </w:t>
      </w:r>
      <w:r>
        <w:t>Yeh jihad hai.</w:t>
      </w:r>
    </w:p>
    <w:p>
      <w:pPr>
        <w:jc w:val="right"/>
      </w:pPr>
      <w:r>
        <w:t>یہ جہاد ہے۔</w:t>
      </w:r>
    </w:p>
    <w:p>
      <w:r>
        <w:rPr>
          <w:b/>
        </w:rPr>
        <w:t xml:space="preserve">[1:01:42] </w:t>
      </w:r>
      <w:r>
        <w:t>وہ میں نے سنا ہے، وہ وہ اس کا جو جو بھی interview, interview, وہ تو کوئی لڑکا،</w:t>
      </w:r>
    </w:p>
    <w:p>
      <w:pPr>
        <w:jc w:val="right"/>
      </w:pPr>
      <w:r>
        <w:t>وہ میں نے سنا ہے، وہ وہ اس کا جو جو بھی انٹرویو، انٹرویو، وہ تو کوئی لڑکا،</w:t>
      </w:r>
    </w:p>
    <w:p>
      <w:r>
        <w:rPr>
          <w:b/>
        </w:rPr>
        <w:t xml:space="preserve">[1:01:48] </w:t>
      </w:r>
      <w:r>
        <w:t>Koi lagta hai, koi koi jahil ladka hai, pakad liya aur us ko brain wash kar ke tayyar</w:t>
      </w:r>
    </w:p>
    <w:p>
      <w:pPr>
        <w:jc w:val="right"/>
      </w:pPr>
      <w:r>
        <w:t>کوئی لگتا ہے، کوئی کوئی جاہل لڑکا ہے، پکڑ لیا اور اس کو برین واش کر کے تیار</w:t>
      </w:r>
    </w:p>
    <w:p>
      <w:r>
        <w:rPr>
          <w:b/>
        </w:rPr>
        <w:t xml:space="preserve">[1:01:54] </w:t>
      </w:r>
      <w:r>
        <w:t>kar ke kaheen bhej diya ladai karne ke liye.</w:t>
      </w:r>
    </w:p>
    <w:p>
      <w:pPr>
        <w:jc w:val="right"/>
      </w:pPr>
      <w:r>
        <w:t>کر کے کہیں بھیج دیا لڑائی کرنے کے لیے۔</w:t>
      </w:r>
    </w:p>
    <w:p>
      <w:r>
        <w:rPr>
          <w:b/>
        </w:rPr>
        <w:t xml:space="preserve">[1:02:00] </w:t>
      </w:r>
      <w:r>
        <w:t>to woh is ka islam se koi talluq nahin.</w:t>
      </w:r>
    </w:p>
    <w:p>
      <w:pPr>
        <w:jc w:val="right"/>
      </w:pPr>
      <w:r>
        <w:t>تو وہ اس کا اسلام سے کوئی تعلق نہیں۔</w:t>
      </w:r>
    </w:p>
    <w:p>
      <w:r>
        <w:rPr>
          <w:b/>
        </w:rPr>
        <w:t xml:space="preserve">[1:02:06] </w:t>
      </w:r>
      <w:r>
        <w:t>maulana, agla ek comment aur sawal hai jo tariq ali sahib ne bheja hai tempa, florida, usa se.</w:t>
      </w:r>
    </w:p>
    <w:p>
      <w:pPr>
        <w:jc w:val="right"/>
      </w:pPr>
      <w:r>
        <w:t>مولانا، اگلا ایک کمنٹ اور سوال ہے جو طارق علی صاحب نے بھیجا ہے ٹیمپا، فلوریڈا، یو ایس اے سے۔</w:t>
      </w:r>
    </w:p>
    <w:p>
      <w:r>
        <w:rPr>
          <w:b/>
        </w:rPr>
        <w:t xml:space="preserve">[1:02:12] </w:t>
      </w:r>
      <w:r>
        <w:t>unhon ne likha hai ke: "maulana sahib, thank you for presenting the message of islam in the most appropriate manner.</w:t>
      </w:r>
    </w:p>
    <w:p>
      <w:pPr>
        <w:jc w:val="right"/>
      </w:pPr>
      <w:r>
        <w:t>انہوں نے لکھا ہے کہ: "مولانا صاحب، تھینک یو فار پریزنٹنگ دا میسج آف اسلام ان دی موسٹ اپروپریٹ مینر۔</w:t>
      </w:r>
    </w:p>
    <w:p>
      <w:r>
        <w:rPr>
          <w:b/>
        </w:rPr>
        <w:t xml:space="preserve">[1:02:18] </w:t>
      </w:r>
      <w:r>
        <w:t>may god bless you and all those involved in cps mission." unhon ne sawal, maulana, likha</w:t>
      </w:r>
    </w:p>
    <w:p>
      <w:pPr>
        <w:jc w:val="right"/>
      </w:pPr>
      <w:r>
        <w:t>می گاڈ بلیس یو اینڈ آل دوز انوالوڈ ان سی پی ایس مشن۔" انہوں نے سوال، مولانا، لکھا</w:t>
      </w:r>
    </w:p>
    <w:p>
      <w:r>
        <w:rPr>
          <w:b/>
        </w:rPr>
        <w:t xml:space="preserve">[1:02:24] </w:t>
      </w:r>
      <w:r>
        <w:t>ہے کہ: "مولانا صاحب، kindly let me know whether my understanding is correct.</w:t>
      </w:r>
    </w:p>
    <w:p>
      <w:pPr>
        <w:jc w:val="right"/>
      </w:pPr>
      <w:r>
        <w:t>ہے کہ: "مولانا صاحب، کائنڈلی لیٹ می نو ویدر مائی انڈرسٹینڈنگ از کریکٹ۔</w:t>
      </w:r>
    </w:p>
    <w:p>
      <w:r>
        <w:rPr>
          <w:b/>
        </w:rPr>
        <w:t xml:space="preserve">[1:02:30] </w:t>
      </w:r>
      <w:r>
        <w:t>If I say that Islam's directive regarding collective life, such as Islamic punishments, et cetera, are essentially meant for</w:t>
      </w:r>
    </w:p>
    <w:p>
      <w:pPr>
        <w:jc w:val="right"/>
      </w:pPr>
      <w:r>
        <w:t>اف آئی سے دیٹ اسلامز ڈائریکٹو ریگارڈنگ کلیکٹیو لائف، سچ ایز اسلامک پنشمنٹس، ایٹسٹرہ، ار ایسینشلی مینٹ فار</w:t>
      </w:r>
    </w:p>
    <w:p>
      <w:r>
        <w:rPr>
          <w:b/>
        </w:rPr>
        <w:t xml:space="preserve">[1:02:36] </w:t>
      </w:r>
      <w:r>
        <w:t>Muslims in case there comes into being a state of Muslims who want to live in accordance with God's message.</w:t>
      </w:r>
    </w:p>
    <w:p>
      <w:pPr>
        <w:jc w:val="right"/>
      </w:pPr>
      <w:r>
        <w:t>مسلمز ان کیس دیر کمز انٹو بینگ ا سٹیٹ آف مسلمز ہو وانٹ ٹو لیو ان اکورڈنس ود گاڈز میسج۔</w:t>
      </w:r>
    </w:p>
    <w:p>
      <w:r>
        <w:rPr>
          <w:b/>
        </w:rPr>
        <w:t xml:space="preserve">[1:02:42] </w:t>
      </w:r>
      <w:r>
        <w:t>is my understanding correct?" dekhiye, islam ki jo taleemat hain, us mein ek woh hain jo is ka</w:t>
      </w:r>
    </w:p>
    <w:p>
      <w:pPr>
        <w:jc w:val="right"/>
      </w:pPr>
      <w:r>
        <w:t>از مائی انڈرسٹینڈنگ کریکٹ؟" دیکھیے، اسلام کی جو تعلیمات ہیں، اس میں ایک وہ ہیں جو اس کا</w:t>
      </w:r>
    </w:p>
    <w:p>
      <w:r>
        <w:rPr>
          <w:b/>
        </w:rPr>
        <w:t xml:space="preserve">[1:02:48] </w:t>
      </w:r>
      <w:r>
        <w:t>talluq individual se hai, yaani Allah ko ek manna, Allah ki ibadat karna, Allah ke hukum par chalna,</w:t>
      </w:r>
    </w:p>
    <w:p>
      <w:pPr>
        <w:jc w:val="right"/>
      </w:pPr>
      <w:r>
        <w:t>تعلق انڈیویجول سے ہے، یعنی اللہ کو ایک ماننا، اللہ کی عبادت کرنا، اللہ کے حکم پر چلنا،</w:t>
      </w:r>
    </w:p>
    <w:p>
      <w:r>
        <w:rPr>
          <w:b/>
        </w:rPr>
        <w:t xml:space="preserve">[1:02:54] </w:t>
      </w:r>
      <w:r>
        <w:t>Allah ke bataye hue akhlaq par amal karna, yeh to har aadmi ke liye karna hai, kyunke is</w:t>
      </w:r>
    </w:p>
    <w:p>
      <w:pPr>
        <w:jc w:val="right"/>
      </w:pPr>
      <w:r>
        <w:t>اللہ کے بتائے ہوئے اخلاق پر عمل کرنا، یہ تو ہر آدمی کے لیے کرنا ہے، کیونکہ اس</w:t>
      </w:r>
    </w:p>
    <w:p>
      <w:r>
        <w:rPr>
          <w:b/>
        </w:rPr>
        <w:t xml:space="preserve">[1:03:00] </w:t>
      </w:r>
      <w:r>
        <w:t>ka, is ko, woh is ki zaat ke liye hai, apne liye.</w:t>
      </w:r>
    </w:p>
    <w:p>
      <w:pPr>
        <w:jc w:val="right"/>
      </w:pPr>
      <w:r>
        <w:t>کا، اس کو، وہ اس کی ذات کے لیے ہے، اپنے لیے۔</w:t>
      </w:r>
    </w:p>
    <w:p>
      <w:r>
        <w:rPr>
          <w:b/>
        </w:rPr>
        <w:t xml:space="preserve">[1:03:06] </w:t>
      </w:r>
      <w:r>
        <w:t>baqi jahan tak sawal hai qanoon ka, to qanoon ke baray mein bukhari ki riwayat aap parh lijiye,</w:t>
      </w:r>
    </w:p>
    <w:p>
      <w:pPr>
        <w:jc w:val="right"/>
      </w:pPr>
      <w:r>
        <w:t>باقی جہاں تک سوال ہے قانون کا، تو قانون کے بارے میں بخاری کی روایت آپ پڑھ لیجئے،</w:t>
      </w:r>
    </w:p>
    <w:p>
      <w:r>
        <w:rPr>
          <w:b/>
        </w:rPr>
        <w:t xml:space="preserve">[1:03:12] </w:t>
      </w:r>
      <w:r>
        <w:t>bab talib al quran hai, woh aayi hai ke society ke liye acceptable ho jo qanoon, wohi qanoon nafiz</w:t>
      </w:r>
    </w:p>
    <w:p>
      <w:pPr>
        <w:jc w:val="right"/>
      </w:pPr>
      <w:r>
        <w:t>باب طالب القرآن ہے، وہ آئی ہے کہ سوسائٹی کے لیے ایکسیپٹیبل ہو جو قانون، وہی قانون نافذ</w:t>
      </w:r>
    </w:p>
    <w:p>
      <w:r>
        <w:rPr>
          <w:b/>
        </w:rPr>
        <w:t xml:space="preserve">[1:03:18] </w:t>
      </w:r>
      <w:r>
        <w:t>kya jayega, warna nahin, nahin kiya jayega.</w:t>
      </w:r>
    </w:p>
    <w:p>
      <w:pPr>
        <w:jc w:val="right"/>
      </w:pPr>
      <w:r>
        <w:t>کیا جائے گا، ورنہ نہیں، نہیں کیا جائے گا۔</w:t>
      </w:r>
    </w:p>
    <w:p>
      <w:r>
        <w:rPr>
          <w:b/>
        </w:rPr>
        <w:t xml:space="preserve">[1:03:23] </w:t>
      </w:r>
      <w:r>
        <w:t>to yeh condition hai ke woh cheez society ke liye acceptable ho, warna sirf sirf woh peaceful</w:t>
      </w:r>
    </w:p>
    <w:p>
      <w:pPr>
        <w:jc w:val="right"/>
      </w:pPr>
      <w:r>
        <w:t>تو یہ کنڈیشن ہے کہ وہ چیز سوسائٹی کے لیے ایکسیپٹیبل ہو، ورنہ صرف صرف وہ پیس فل</w:t>
      </w:r>
    </w:p>
    <w:p>
      <w:r>
        <w:rPr>
          <w:b/>
        </w:rPr>
        <w:t xml:space="preserve">[1:03:29] </w:t>
      </w:r>
      <w:r>
        <w:t>dawa work kiya jayega, koi qanoon nafiz nahin kiya jayega.</w:t>
      </w:r>
    </w:p>
    <w:p>
      <w:pPr>
        <w:jc w:val="right"/>
      </w:pPr>
      <w:r>
        <w:t>دعویٰ ورک کیا جائے گا، کوئی قانون نافذ نہیں کیا جائے گا۔</w:t>
      </w:r>
    </w:p>
    <w:p>
      <w:r>
        <w:rPr>
          <w:b/>
        </w:rPr>
        <w:t xml:space="preserve">[1:03:35] </w:t>
      </w:r>
      <w:r>
        <w:t>jis ko shaq ho, woh bukhari ki jo bab hai, talib al quran, us ko parh le, hazrat aisha</w:t>
      </w:r>
    </w:p>
    <w:p>
      <w:pPr>
        <w:jc w:val="right"/>
      </w:pPr>
      <w:r>
        <w:t>جس کو شک ہو، وہ بخاری کی جو باب ہے، طالب القرآن، اس کو پڑھ لے، حضرت عائشہ</w:t>
      </w:r>
    </w:p>
    <w:p>
      <w:r>
        <w:rPr>
          <w:b/>
        </w:rPr>
        <w:t xml:space="preserve">[1:03:41] </w:t>
      </w:r>
      <w:r>
        <w:t>ki ek riwayat hai.</w:t>
      </w:r>
    </w:p>
    <w:p>
      <w:pPr>
        <w:jc w:val="right"/>
      </w:pPr>
      <w:r>
        <w:t>کی ایک روایت ہے۔</w:t>
      </w:r>
    </w:p>
    <w:p>
      <w:r>
        <w:rPr>
          <w:b/>
        </w:rPr>
        <w:t xml:space="preserve">[1:03:47] </w:t>
      </w:r>
      <w:r>
        <w:t>maulana, agla sawal dilli se hai raj malik sahib ka, aur unhon ne likha hai ke: "hadith mein</w:t>
      </w:r>
    </w:p>
    <w:p>
      <w:pPr>
        <w:jc w:val="right"/>
      </w:pPr>
      <w:r>
        <w:t>مولانا، اگلا سوال دلی سے ہے راج ملک صاحب کا، اور انہوں نے لکھا ہے کہ: "حدیث میں</w:t>
      </w:r>
    </w:p>
    <w:p>
      <w:r>
        <w:rPr>
          <w:b/>
        </w:rPr>
        <w:t xml:space="preserve">[1:03:53] </w:t>
      </w:r>
      <w:r>
        <w:t>hai ke is dunya ki qeemat makhi ke par ke barabar bhi nahin hai.</w:t>
      </w:r>
    </w:p>
    <w:p>
      <w:pPr>
        <w:jc w:val="right"/>
      </w:pPr>
      <w:r>
        <w:t>ہے کہ اس دنیا کی قیمت مکھی کے پر کے برابر بھی نہیں ہے۔</w:t>
      </w:r>
    </w:p>
    <w:p>
      <w:r>
        <w:rPr>
          <w:b/>
        </w:rPr>
        <w:t xml:space="preserve">[1:03:59] </w:t>
      </w:r>
      <w:r>
        <w:t>ab ek insaan apni zaroorat ke mutabiq Allah se mangta hai, magar woh use nahin milta.</w:t>
      </w:r>
    </w:p>
    <w:p>
      <w:pPr>
        <w:jc w:val="right"/>
      </w:pPr>
      <w:r>
        <w:t>اب ایک انسان اپنی ضرورت کے مطابق اللہ سے مانگتا ہے، مگر وہ اسے نہیں ملتا۔</w:t>
      </w:r>
    </w:p>
    <w:p>
      <w:r>
        <w:rPr>
          <w:b/>
        </w:rPr>
        <w:t xml:space="preserve">[1:04:05] </w:t>
      </w:r>
      <w:r>
        <w:t>to jo Allah itni choti cheez nahin deta, woh jannat jaisi qeemti cheez kaise dega?" bhai, yeh</w:t>
      </w:r>
    </w:p>
    <w:p>
      <w:pPr>
        <w:jc w:val="right"/>
      </w:pPr>
      <w:r>
        <w:t>تو جو اللہ اتنی چھوٹی چیز نہیں دیتا، وہ جنت جیسی قیمتی چیز کیسے دے گا؟" بھئی، یہ</w:t>
      </w:r>
    </w:p>
    <w:p>
      <w:r>
        <w:rPr>
          <w:b/>
        </w:rPr>
        <w:t xml:space="preserve">[1:04:11] </w:t>
      </w:r>
      <w:r>
        <w:t>ek anokha, anokha sawal hai.</w:t>
      </w:r>
    </w:p>
    <w:p>
      <w:pPr>
        <w:jc w:val="right"/>
      </w:pPr>
      <w:r>
        <w:t>ایک انوکھا، انوکھا سوال ہے۔</w:t>
      </w:r>
    </w:p>
    <w:p>
      <w:r>
        <w:rPr>
          <w:b/>
        </w:rPr>
        <w:t xml:space="preserve">[1:04:17] </w:t>
      </w:r>
      <w:r>
        <w:t>is ka to aap bhi jawab de dijiye.</w:t>
      </w:r>
    </w:p>
    <w:p>
      <w:pPr>
        <w:jc w:val="right"/>
      </w:pPr>
      <w:r>
        <w:t>اس کا تو آپ بھی جواب دے دیجئے۔</w:t>
      </w:r>
    </w:p>
    <w:p>
      <w:r>
        <w:rPr>
          <w:b/>
        </w:rPr>
        <w:t xml:space="preserve">[1:04:23] </w:t>
      </w:r>
      <w:r>
        <w:t>yeh meri samajh nahin aati, kya sawal hai yeh? un se kahiye ke mujh se mile, woh ji,</w:t>
      </w:r>
    </w:p>
    <w:p>
      <w:pPr>
        <w:jc w:val="right"/>
      </w:pPr>
      <w:r>
        <w:t>یہ میری سمجھ نہیں آتی، کیا سوال ہے یہ؟ ان سے کہیے کہ مجھ سے ملے، وہ جی،</w:t>
      </w:r>
    </w:p>
    <w:p>
      <w:r>
        <w:rPr>
          <w:b/>
        </w:rPr>
        <w:t xml:space="preserve">[1:04:29] </w:t>
      </w:r>
      <w:r>
        <w:t>mujh se mulaqat karein, woh ji.</w:t>
      </w:r>
    </w:p>
    <w:p>
      <w:pPr>
        <w:jc w:val="right"/>
      </w:pPr>
      <w:r>
        <w:t>مجھ سے ملاقات کریں، وہ جی۔</w:t>
      </w:r>
    </w:p>
    <w:p>
      <w:r>
        <w:rPr>
          <w:b/>
        </w:rPr>
        <w:t xml:space="preserve">[1:04:35] </w:t>
      </w:r>
      <w:r>
        <w:t>maulana, agla sawal aaya hai bangalore se maulana inayat umri ka, aur unhon ne likha hai ke: "maulana,</w:t>
      </w:r>
    </w:p>
    <w:p>
      <w:pPr>
        <w:jc w:val="right"/>
      </w:pPr>
      <w:r>
        <w:t>مولانا، اگلا سوال آیا ہے بینگلور سے مولانا عنایت عمری کا، اور انہوں نے لکھا ہے کہ: "مولانا،</w:t>
      </w:r>
    </w:p>
    <w:p>
      <w:r>
        <w:rPr>
          <w:b/>
        </w:rPr>
        <w:t xml:space="preserve">[1:04:41] </w:t>
      </w:r>
      <w:r>
        <w:t>hind mein ghazwa ke bare mein jo riwayat hai, kya ghazwa ka yeh mafhoom lena sahi hai ke</w:t>
      </w:r>
    </w:p>
    <w:p>
      <w:pPr>
        <w:jc w:val="right"/>
      </w:pPr>
      <w:r>
        <w:t>ہند میں غزوہ کے بارے میں جو روایت ہے، کیا غزوہ کا یہ مفہوم لینا صحیح ہے کہ</w:t>
      </w:r>
    </w:p>
    <w:p>
      <w:r>
        <w:rPr>
          <w:b/>
        </w:rPr>
        <w:t xml:space="preserve">[1:04:47] </w:t>
      </w:r>
      <w:r>
        <w:t>qadeem zamane mein ghazwa dawat ki rukawaton ko khatam karne ke liye tha, aur aaj ka ghazwa daawti</w:t>
      </w:r>
    </w:p>
    <w:p>
      <w:pPr>
        <w:jc w:val="right"/>
      </w:pPr>
      <w:r>
        <w:t>قدیم زمانے میں غزوہ دعوت کی رکاوٹوں کو ختم کرنے کے لیے تھا، اور آج کا غزوہ دعوتی</w:t>
      </w:r>
    </w:p>
    <w:p>
      <w:r>
        <w:rPr>
          <w:b/>
        </w:rPr>
        <w:t xml:space="preserve">[1:04:53] </w:t>
      </w:r>
      <w:r>
        <w:t>mawaqe ko istemal karne ke liye hai? ji, ghazwa ka mafhoom ladai hai hi nahin.</w:t>
      </w:r>
    </w:p>
    <w:p>
      <w:pPr>
        <w:jc w:val="right"/>
      </w:pPr>
      <w:r>
        <w:t>مواقع کو استعمال کرنے کے لیے ہے؟" جی، غزوہ کا معنی لڑائی ہے ہی نہیں۔</w:t>
      </w:r>
    </w:p>
    <w:p>
      <w:r>
        <w:rPr>
          <w:b/>
        </w:rPr>
        <w:t xml:space="preserve">[1:04:59] </w:t>
      </w:r>
      <w:r>
        <w:t>yeh to mashhoor hoga ke ghazwa ka mafhoom ladai hai.</w:t>
      </w:r>
    </w:p>
    <w:p>
      <w:pPr>
        <w:jc w:val="right"/>
      </w:pPr>
      <w:r>
        <w:t>یہ تو مشہور ہوگا کہ غزوہ کا معنی لڑائی ہے۔</w:t>
      </w:r>
    </w:p>
    <w:p>
      <w:r>
        <w:rPr>
          <w:b/>
        </w:rPr>
        <w:t xml:space="preserve">[1:05:04] </w:t>
      </w:r>
      <w:r>
        <w:t>ghazwa ka mafhoom hai safar karna, jaana kahein.</w:t>
      </w:r>
    </w:p>
    <w:p>
      <w:pPr>
        <w:jc w:val="right"/>
      </w:pPr>
      <w:r>
        <w:t>غزوہ کا معنی ہے سفر کرنا، جانا کہیں۔</w:t>
      </w:r>
    </w:p>
    <w:p>
      <w:r>
        <w:rPr>
          <w:b/>
        </w:rPr>
        <w:t xml:space="preserve">[1:05:10] </w:t>
      </w:r>
      <w:r>
        <w:t>ladai hai hi nahin, to main samajhta hoon ke daawti safar jo kiya jaye, daawti muhim jo chalai</w:t>
      </w:r>
    </w:p>
    <w:p>
      <w:pPr>
        <w:jc w:val="right"/>
      </w:pPr>
      <w:r>
        <w:t>لڑائی ہے ہی نہیں، تو میں سمجھتا ہوں کہ دعوتی سفر جو کیا جائے، دعوتی مہم جو چلائی</w:t>
      </w:r>
    </w:p>
    <w:p>
      <w:r>
        <w:rPr>
          <w:b/>
        </w:rPr>
        <w:t xml:space="preserve">[1:05:16] </w:t>
      </w:r>
      <w:r>
        <w:t>jaye, peaceful andaaz mein, woh woh woh ghazwa hai.</w:t>
      </w:r>
    </w:p>
    <w:p>
      <w:pPr>
        <w:jc w:val="right"/>
      </w:pPr>
      <w:r>
        <w:t>جائے، پیس فل انداز میں، وہ وہ وہ غزوہ ہے۔</w:t>
      </w:r>
    </w:p>
    <w:p>
      <w:r>
        <w:rPr>
          <w:b/>
        </w:rPr>
        <w:t xml:space="preserve">[1:05:22] </w:t>
      </w:r>
      <w:r>
        <w:t>bhai, ladai ke liye alag lafz aaya hai qital.</w:t>
      </w:r>
    </w:p>
    <w:p>
      <w:pPr>
        <w:jc w:val="right"/>
      </w:pPr>
      <w:r>
        <w:t>بھائی، لڑائی کے لیے الگ لفظ آیا ہے قتال۔</w:t>
      </w:r>
    </w:p>
    <w:p>
      <w:r>
        <w:rPr>
          <w:b/>
        </w:rPr>
        <w:t xml:space="preserve">[1:05:28] </w:t>
      </w:r>
      <w:r>
        <w:t>to jahan qital ka lafz quran mein istemal hua hai, wahan wahi usi se samajh mein aata hai</w:t>
      </w:r>
    </w:p>
    <w:p>
      <w:pPr>
        <w:jc w:val="right"/>
      </w:pPr>
      <w:r>
        <w:t>تو جہاں قتال کا لفظ قرآن میں استعمال ہوا ہے، وہاں وہی اسی سے سمجھ میں آتا ہے</w:t>
      </w:r>
    </w:p>
    <w:p>
      <w:r>
        <w:rPr>
          <w:b/>
        </w:rPr>
        <w:t xml:space="preserve">[1:05:34] </w:t>
      </w:r>
      <w:r>
        <w:t>ke qital kab hai.</w:t>
      </w:r>
    </w:p>
    <w:p>
      <w:pPr>
        <w:jc w:val="right"/>
      </w:pPr>
      <w:r>
        <w:t>کہ قتال کب ہے۔</w:t>
      </w:r>
    </w:p>
    <w:p>
      <w:r>
        <w:rPr>
          <w:b/>
        </w:rPr>
        <w:t xml:space="preserve">[1:05:40] </w:t>
      </w:r>
      <w:r>
        <w:t>qital koi, yani absolute hukum nahin hai ke ladte rahein, ladte rahein, ladte rahein.</w:t>
      </w:r>
    </w:p>
    <w:p>
      <w:pPr>
        <w:jc w:val="right"/>
      </w:pPr>
      <w:r>
        <w:t>قتال کوئی، یعنی ایبسولیوٹ حکم نہیں ہے کہ لڑتے رہیں، لڑتے رہیں، لڑتے رہیں۔</w:t>
      </w:r>
    </w:p>
    <w:p>
      <w:r>
        <w:rPr>
          <w:b/>
        </w:rPr>
        <w:t xml:space="preserve">[1:05:46] </w:t>
      </w:r>
      <w:r>
        <w:t>kisi khaas mauqe ke liye hai, woh matlab defense ke liye, as a defense.</w:t>
      </w:r>
    </w:p>
    <w:p>
      <w:pPr>
        <w:jc w:val="right"/>
      </w:pPr>
      <w:r>
        <w:t>کسی خاص موقع کے لیے ہے، وہ مطلب ڈیفنس کے لیے، ایز اے ڈیفنس۔</w:t>
      </w:r>
    </w:p>
    <w:p>
      <w:r>
        <w:rPr>
          <w:b/>
        </w:rPr>
        <w:t xml:space="preserve">[1:05:52] </w:t>
      </w:r>
      <w:r>
        <w:t>to defense ke liye jo kiya jata hai, us ke liye quran mein qital ka lafz aaya hai.</w:t>
      </w:r>
    </w:p>
    <w:p>
      <w:pPr>
        <w:jc w:val="right"/>
      </w:pPr>
      <w:r>
        <w:t>تو ڈیفنس کے لیے جو کیا جاتا ہے، اس کے لیے قرآن میں قتال کا لفظ آیا ہے۔</w:t>
      </w:r>
    </w:p>
    <w:p>
      <w:r>
        <w:rPr>
          <w:b/>
        </w:rPr>
        <w:t xml:space="preserve">[1:05:58] </w:t>
      </w:r>
      <w:r>
        <w:t>baqi ghazwa to us ek ek ek is peaceful muhim ke liye, peaceful campaign.</w:t>
      </w:r>
    </w:p>
    <w:p>
      <w:pPr>
        <w:jc w:val="right"/>
      </w:pPr>
      <w:r>
        <w:t>باقی غزوہ تو اس ایک ایک ایک اس پیس فل مہم کے لیے، پیس فل کیمپین۔</w:t>
      </w:r>
    </w:p>
    <w:p>
      <w:r>
        <w:rPr>
          <w:b/>
        </w:rPr>
        <w:t xml:space="preserve">[1:06:04] </w:t>
      </w:r>
      <w:r>
        <w:t>aur woh main samajhta hoon ke peaceful campaign sab se bari hai islam mein dawat.</w:t>
      </w:r>
    </w:p>
    <w:p>
      <w:pPr>
        <w:jc w:val="right"/>
      </w:pPr>
      <w:r>
        <w:t>اور وہ میں سمجھتا ہوں کہ پیس فل کیمپین سب سے بڑی ہے اسلام میں دعوت۔</w:t>
      </w:r>
    </w:p>
    <w:p>
      <w:r>
        <w:rPr>
          <w:b/>
        </w:rPr>
        <w:t xml:space="preserve">[1:06:10] </w:t>
      </w:r>
      <w:r>
        <w:t>maulana, agla sawal shahab haider sahab ne kiya hai dilli se, aur unhone likha hai ke: "yes</w:t>
      </w:r>
    </w:p>
    <w:p>
      <w:pPr>
        <w:jc w:val="right"/>
      </w:pPr>
      <w:r>
        <w:t>مولانا، اگلا سوال شہاب حیدر صاحب نے کیا ہے دلی سے، اور انہوں نے لکھا ہے کہ: "یس</w:t>
      </w:r>
    </w:p>
    <w:p>
      <w:r>
        <w:rPr>
          <w:b/>
        </w:rPr>
        <w:t xml:space="preserve">[1:06:16] </w:t>
      </w:r>
      <w:r>
        <w:t>maulana, you are right when you say that almighty allah has created man to perform the will and</w:t>
      </w:r>
    </w:p>
    <w:p>
      <w:pPr>
        <w:jc w:val="right"/>
      </w:pPr>
      <w:r>
        <w:t>مولانا، یو آر رائٹ وین یو سے دیٹ المائٹی اللہ ہیز کریٹڈ مین ٹو پرفارم دا ول اینڈ</w:t>
      </w:r>
    </w:p>
    <w:p>
      <w:r>
        <w:rPr>
          <w:b/>
        </w:rPr>
        <w:t xml:space="preserve">[1:06:22] </w:t>
      </w:r>
      <w:r>
        <w:t>design of allah and to promote the welfare of mankind by telling people the creation plan of god.</w:t>
      </w:r>
    </w:p>
    <w:p>
      <w:pPr>
        <w:jc w:val="right"/>
      </w:pPr>
      <w:r>
        <w:t>ڈیزائن آف اللہ اینڈ ٹو پروموٹ دا ویلفیئر آف مین کائنڈ بائے ٹیلنگ پیپل دا کریشن پلان آف گاڈ۔</w:t>
      </w:r>
    </w:p>
    <w:p>
      <w:r>
        <w:rPr>
          <w:b/>
        </w:rPr>
        <w:t xml:space="preserve">[1:06:28] </w:t>
      </w:r>
      <w:r>
        <w:t>but maulana, the people political as well as communal are against this creation plan of allah, and despite</w:t>
      </w:r>
    </w:p>
    <w:p>
      <w:pPr>
        <w:jc w:val="right"/>
      </w:pPr>
      <w:r>
        <w:t>بٹ مولانا، دا پیپل پولیٹیکل ایز ویل ایز کمیونل آر اگینسٹ دس کریشن پلان آف اللہ، اینڈ ڈسپائٹ</w:t>
      </w:r>
    </w:p>
    <w:p>
      <w:r>
        <w:rPr>
          <w:b/>
        </w:rPr>
        <w:t xml:space="preserve">[1:06:34] </w:t>
      </w:r>
      <w:r>
        <w:t>this, they are going stronger and stronger.</w:t>
      </w:r>
    </w:p>
    <w:p>
      <w:pPr>
        <w:jc w:val="right"/>
      </w:pPr>
      <w:r>
        <w:t>دس، دے آر گوئنگ سٹرونگر اینڈ سٹرونگر۔</w:t>
      </w:r>
    </w:p>
    <w:p>
      <w:r>
        <w:rPr>
          <w:b/>
        </w:rPr>
        <w:t xml:space="preserve">[1:06:40] </w:t>
      </w:r>
      <w:r>
        <w:t>why is this so? who is giving them power?" power ko kehte hain aap freedom kahiye.</w:t>
      </w:r>
    </w:p>
    <w:p>
      <w:pPr>
        <w:jc w:val="right"/>
      </w:pPr>
      <w:r>
        <w:t>وائی از دس سو؟ ہو از گیونگ دیم پاور؟" پاور کو کہتے ہیں آپ فریڈم کہیے۔</w:t>
      </w:r>
    </w:p>
    <w:p>
      <w:r>
        <w:rPr>
          <w:b/>
        </w:rPr>
        <w:t xml:space="preserve">[1:06:45] </w:t>
      </w:r>
      <w:r>
        <w:t>allah ne har ek ko freedom diya hai.</w:t>
      </w:r>
    </w:p>
    <w:p>
      <w:pPr>
        <w:jc w:val="right"/>
      </w:pPr>
      <w:r>
        <w:t>اللہ نے ہر ایک کو فریڈم دیا ہے۔</w:t>
      </w:r>
    </w:p>
    <w:p>
      <w:r>
        <w:rPr>
          <w:b/>
        </w:rPr>
        <w:t xml:space="preserve">[1:06:51] </w:t>
      </w:r>
      <w:r>
        <w:t>aap power ka lafz kyun istemal kar rahe hain? aap to freedom ko woh apni marzi se istemal karega.</w:t>
      </w:r>
    </w:p>
    <w:p>
      <w:pPr>
        <w:jc w:val="right"/>
      </w:pPr>
      <w:r>
        <w:t>آپ پاور کا لفظ کیوں استعمال کر رہے ہیں؟ آپ تو فریڈم کو وہ اپنی مرضی سے استعمال کرے گا۔</w:t>
      </w:r>
    </w:p>
    <w:p>
      <w:r>
        <w:rPr>
          <w:b/>
        </w:rPr>
        <w:t xml:space="preserve">[1:06:57] </w:t>
      </w:r>
      <w:r>
        <w:t>aap ko bhi freedom hai, us ko bhi freedom hai, aap ko bhi freedom hai.</w:t>
      </w:r>
    </w:p>
    <w:p>
      <w:pPr>
        <w:jc w:val="right"/>
      </w:pPr>
      <w:r>
        <w:t>آپ کو بھی فریڈم ہے، اس کو بھی فریڈم ہے، آپ کو بھی فریڈم ہے۔</w:t>
      </w:r>
    </w:p>
    <w:p>
      <w:r>
        <w:rPr>
          <w:b/>
        </w:rPr>
        <w:t xml:space="preserve">[1:07:03] </w:t>
      </w:r>
      <w:r>
        <w:t>yeh masla power ka nahin hai, balkeh freedom ka hai.</w:t>
      </w:r>
    </w:p>
    <w:p>
      <w:pPr>
        <w:jc w:val="right"/>
      </w:pPr>
      <w:r>
        <w:t>یہ مسئلہ پاور کا نہیں ہے، بلکہ فریڈم کا ہے۔</w:t>
      </w:r>
    </w:p>
    <w:p>
      <w:r>
        <w:rPr>
          <w:b/>
        </w:rPr>
        <w:t xml:space="preserve">[1:07:09] </w:t>
      </w:r>
      <w:r>
        <w:t>aap apni freedom ko istemal kar ke dawat dijiye peaceful andaz mein.</w:t>
      </w:r>
    </w:p>
    <w:p>
      <w:pPr>
        <w:jc w:val="right"/>
      </w:pPr>
      <w:r>
        <w:t>آپ اپنی فریڈم کو استعمال کر کے دعوت دیجئے پیس فل انداز میں۔</w:t>
      </w:r>
    </w:p>
    <w:p>
      <w:r>
        <w:rPr>
          <w:b/>
        </w:rPr>
        <w:t xml:space="preserve">[1:07:15] </w:t>
      </w:r>
      <w:r>
        <w:t>maulana, agla sawal kya hai miss naghma siddiqui ne dilli se, aur unhon ne aap se poocha hai</w:t>
      </w:r>
    </w:p>
    <w:p>
      <w:pPr>
        <w:jc w:val="right"/>
      </w:pPr>
      <w:r>
        <w:t>مولانا، اگلا سوال کیا ہے مس نغمہ صدیقی نے دلی سے، اور انہوں نے آپ سے پوچھا ہے</w:t>
      </w:r>
    </w:p>
    <w:p>
      <w:r>
        <w:rPr>
          <w:b/>
        </w:rPr>
        <w:t xml:space="preserve">[1:07:21] </w:t>
      </w:r>
      <w:r>
        <w:t>کہ: "In today's world, are there any conditions in which qital is applicable?" ہرگز نہیں، ہرگز نہیں، بالکل</w:t>
      </w:r>
    </w:p>
    <w:p>
      <w:pPr>
        <w:jc w:val="right"/>
      </w:pPr>
      <w:r>
        <w:t>کہ: "ان ٹوڈے ورلڈ، ار دیر اینی کنڈیشنز ان وچ قتال از ایپلیکیبل؟" ہرگز نہیں، ہرگز نہیں، بالکل</w:t>
      </w:r>
    </w:p>
    <w:p>
      <w:r>
        <w:rPr>
          <w:b/>
        </w:rPr>
        <w:t xml:space="preserve">[1:07:27] </w:t>
      </w:r>
      <w:r>
        <w:t>qital ka koi sawal hi nahi hai.</w:t>
      </w:r>
    </w:p>
    <w:p>
      <w:pPr>
        <w:jc w:val="right"/>
      </w:pPr>
      <w:r>
        <w:t>قتال کا کوئی سوال ہی نہیں ہے۔</w:t>
      </w:r>
    </w:p>
    <w:p>
      <w:r>
        <w:rPr>
          <w:b/>
        </w:rPr>
        <w:t xml:space="preserve">[1:07:33] </w:t>
      </w:r>
      <w:r>
        <w:t>main aap ko aik aik baat arz karta hoon ke sare fuqaha jo hain, yeh mante hain ke</w:t>
      </w:r>
    </w:p>
    <w:p>
      <w:pPr>
        <w:jc w:val="right"/>
      </w:pPr>
      <w:r>
        <w:t>میں آپ کو ایک ایک بات عرض کرتا ہوں کہ سارے فقہاء جو ہیں، یہ مانتے ہیں کہ</w:t>
      </w:r>
    </w:p>
    <w:p>
      <w:r>
        <w:rPr>
          <w:b/>
        </w:rPr>
        <w:t xml:space="preserve">[1:07:39] </w:t>
      </w:r>
      <w:r>
        <w:t>jang mein sirf muqattal ko mara jayega, ghair muqattal ko nahi mara jayega.</w:t>
      </w:r>
    </w:p>
    <w:p>
      <w:pPr>
        <w:jc w:val="right"/>
      </w:pPr>
      <w:r>
        <w:t>جنگ میں صرف مقاتل کو مارا جائے گا، غیر مقاتل کو نہیں مارا جائے گا۔</w:t>
      </w:r>
    </w:p>
    <w:p>
      <w:r>
        <w:rPr>
          <w:b/>
        </w:rPr>
        <w:t xml:space="preserve">[1:07:45] </w:t>
      </w:r>
      <w:r>
        <w:t>yani combatant ko mara jayega, non combatant ko nahi mara jayega.</w:t>
      </w:r>
    </w:p>
    <w:p>
      <w:pPr>
        <w:jc w:val="right"/>
      </w:pPr>
      <w:r>
        <w:t>یعنی کمبیٹنٹ کو مارا جائے گا، نان کمبیٹنٹ کو نہیں مارا جائے گا۔</w:t>
      </w:r>
    </w:p>
    <w:p>
      <w:r>
        <w:rPr>
          <w:b/>
        </w:rPr>
        <w:t xml:space="preserve">[1:07:51] </w:t>
      </w:r>
      <w:r>
        <w:t>yeh sare fuqaha kehte hain.</w:t>
      </w:r>
    </w:p>
    <w:p>
      <w:pPr>
        <w:jc w:val="right"/>
      </w:pPr>
      <w:r>
        <w:t>یہ سارے فقہاء کہتے ہیں۔</w:t>
      </w:r>
    </w:p>
    <w:p>
      <w:r>
        <w:rPr>
          <w:b/>
        </w:rPr>
        <w:t xml:space="preserve">[1:07:57] </w:t>
      </w:r>
      <w:r>
        <w:t>تو اس زمانے میں جب زمانہ آیا ہے جس کو کہتے ہیں weapons of mass destruction، اب تو</w:t>
      </w:r>
    </w:p>
    <w:p>
      <w:pPr>
        <w:jc w:val="right"/>
      </w:pPr>
      <w:r>
        <w:t>تو اس زمانے میں جب زمانہ آیا ہے جس کو کہتے ہیں ویپنز آف ماس ڈسٹرکشن، اب تو</w:t>
      </w:r>
    </w:p>
    <w:p>
      <w:r>
        <w:rPr>
          <w:b/>
        </w:rPr>
        <w:t xml:space="preserve">[1:08:03] </w:t>
      </w:r>
      <w:r>
        <w:t>possible hi nahi raha.</w:t>
      </w:r>
    </w:p>
    <w:p>
      <w:pPr>
        <w:jc w:val="right"/>
      </w:pPr>
      <w:r>
        <w:t>پاسیبل ہی نہیں رہا۔</w:t>
      </w:r>
    </w:p>
    <w:p>
      <w:r>
        <w:rPr>
          <w:b/>
        </w:rPr>
        <w:t xml:space="preserve">[1:08:09] </w:t>
      </w:r>
      <w:r>
        <w:t>آپ، یعنی مقاتل، غیر مقاتل یا combatant اور non-combatant میں فرق کریں، یہ تو possible ہی نہیں رہا۔</w:t>
      </w:r>
    </w:p>
    <w:p>
      <w:pPr>
        <w:jc w:val="right"/>
      </w:pPr>
      <w:r>
        <w:t>آپ، یعنی مقاتل، غیر مقاتل یا کمبیٹنٹ اور نان کمبیٹنٹ میں فرق کریں، یہ تو پاسیبل ہی نہیں رہا۔</w:t>
      </w:r>
    </w:p>
    <w:p>
      <w:r>
        <w:rPr>
          <w:b/>
        </w:rPr>
        <w:t xml:space="preserve">[1:08:15] </w:t>
      </w:r>
      <w:r>
        <w:t>ab jab bhi bomb marenge to bohat se ghair muqattal mar jayenge.</w:t>
      </w:r>
    </w:p>
    <w:p>
      <w:pPr>
        <w:jc w:val="right"/>
      </w:pPr>
      <w:r>
        <w:t>اب جب بھی بم ماریں گے تو بہت سے غیر مقاتل مر جائیں گے۔</w:t>
      </w:r>
    </w:p>
    <w:p>
      <w:r>
        <w:rPr>
          <w:b/>
        </w:rPr>
        <w:t xml:space="preserve">[1:08:21] </w:t>
      </w:r>
      <w:r>
        <w:t>تو اب تو جنگ، جنگ آپ بالکل میں سمجھتا ہوں کہ irrelevant ہو گئی۔ Irrelevant!</w:t>
      </w:r>
    </w:p>
    <w:p>
      <w:pPr>
        <w:jc w:val="right"/>
      </w:pPr>
      <w:r>
        <w:t>تو اب تو جنگ، جنگ آپ بالکل میں سمجھتا ہوں کہ اریلیونٹ ہو گئی۔ اریلیونٹ!</w:t>
      </w:r>
    </w:p>
    <w:p>
      <w:r>
        <w:rPr>
          <w:b/>
        </w:rPr>
        <w:t xml:space="preserve">[1:08:27] </w:t>
      </w:r>
      <w:r>
        <w:t>اب peace ہی کا ہمارا، ہمارے آپشن ایک ہی ہے، peace کا آپشن۔</w:t>
      </w:r>
    </w:p>
    <w:p>
      <w:pPr>
        <w:jc w:val="right"/>
      </w:pPr>
      <w:r>
        <w:t>اب پیس فی کا ہمارا، ہمارے آپشن ایک ہی ہے، پیس کا آپشن۔</w:t>
      </w:r>
    </w:p>
    <w:p>
      <w:r>
        <w:rPr>
          <w:b/>
        </w:rPr>
        <w:t xml:space="preserve">[1:08:32] </w:t>
      </w:r>
      <w:r>
        <w:t>war ka option hi nahi hai.</w:t>
      </w:r>
    </w:p>
    <w:p>
      <w:pPr>
        <w:jc w:val="right"/>
      </w:pPr>
      <w:r>
        <w:t>وار کا آپشن ہی نہیں ہے۔</w:t>
      </w:r>
    </w:p>
    <w:p>
      <w:r>
        <w:rPr>
          <w:b/>
        </w:rPr>
        <w:t xml:space="preserve">[1:08:35] </w:t>
      </w:r>
      <w:r>
        <w:t>yani weapons of mass destruction ke wajood mein aane ke baad mein samajhta hoon ke war ka option</w:t>
      </w:r>
    </w:p>
    <w:p>
      <w:pPr>
        <w:jc w:val="right"/>
      </w:pPr>
      <w:r>
        <w:t>یعنی ویپنز آف ماس ڈسٹرکشن کے وجود میں آنے کے بعد میں سمجھتا ہوں کہ وار کا آپشن</w:t>
      </w:r>
    </w:p>
    <w:p>
      <w:r>
        <w:rPr>
          <w:b/>
        </w:rPr>
        <w:t xml:space="preserve">[1:08:42] </w:t>
      </w:r>
      <w:r>
        <w:t>khatam ho chuka hai.</w:t>
      </w:r>
    </w:p>
    <w:p>
      <w:pPr>
        <w:jc w:val="right"/>
      </w:pPr>
      <w:r>
        <w:t>ختم ہو چکا ہے۔</w:t>
      </w:r>
    </w:p>
    <w:p>
      <w:r>
        <w:rPr>
          <w:b/>
        </w:rPr>
        <w:t xml:space="preserve">[1:08:44] </w:t>
      </w:r>
      <w:r>
        <w:t>ab sirf peace ka option hai.</w:t>
      </w:r>
    </w:p>
    <w:p>
      <w:pPr>
        <w:jc w:val="right"/>
      </w:pPr>
      <w:r>
        <w:t>اب صرف پیس کا آپشن ہے۔</w:t>
      </w:r>
    </w:p>
    <w:p>
      <w:r>
        <w:rPr>
          <w:b/>
        </w:rPr>
        <w:t xml:space="preserve">[1:08:47] </w:t>
      </w:r>
      <w:r>
        <w:t>peaceful, peaceful tareeqe se kaam kijiye aur dua kijiye.</w:t>
      </w:r>
    </w:p>
    <w:p>
      <w:pPr>
        <w:jc w:val="right"/>
      </w:pPr>
      <w:r>
        <w:t>پیس فل، پیس فل طریقے سے کام کیجئے اور دعا کیجئے۔</w:t>
      </w:r>
    </w:p>
    <w:p>
      <w:r>
        <w:rPr>
          <w:b/>
        </w:rPr>
        <w:t xml:space="preserve">[1:08:51] </w:t>
      </w:r>
      <w:r>
        <w:t>yahi option aap ke liye hai.</w:t>
      </w:r>
    </w:p>
    <w:p>
      <w:pPr>
        <w:jc w:val="right"/>
      </w:pPr>
      <w:r>
        <w:t>یہی آپشن آپ کے لیے ہے۔</w:t>
      </w:r>
    </w:p>
    <w:p>
      <w:r>
        <w:rPr>
          <w:b/>
        </w:rPr>
        <w:t xml:space="preserve">[1:08:54] </w:t>
      </w:r>
      <w:r>
        <w:t>maulana, agla sawal aaya hai tariq ali sahib ka tempa usa se, aur unhone likha</w:t>
      </w:r>
    </w:p>
    <w:p>
      <w:pPr>
        <w:jc w:val="right"/>
      </w:pPr>
      <w:r>
        <w:t>مولانا، اگلا سوال آیا ہے طارق علی صاحب کا ٹیمپا یو ایس اے سے، اور انہوں نے لکھا</w:t>
      </w:r>
    </w:p>
    <w:p>
      <w:r>
        <w:rPr>
          <w:b/>
        </w:rPr>
        <w:t xml:space="preserve">[1:09:02] </w:t>
      </w:r>
      <w:r>
        <w:t>ہے کہ: "How did the punishment for apostasy come into being?" Maulana, can you please explain the apostate</w:t>
      </w:r>
    </w:p>
    <w:p>
      <w:pPr>
        <w:jc w:val="right"/>
      </w:pPr>
      <w:r>
        <w:t>ہے کہ: "ہاؤ ڈیڈ دا پنشمنٹ فار ارتداد کیم انٹو بینگ؟" مولانا، کین یو پلیز ایکسپلین دا مرتد</w:t>
      </w:r>
    </w:p>
    <w:p>
      <w:r>
        <w:rPr>
          <w:b/>
        </w:rPr>
        <w:t xml:space="preserve">[1:09:09] </w:t>
      </w:r>
      <w:r>
        <w:t>matter as it is a very, as it is very common among Muslims? That if a Muslim changes</w:t>
      </w:r>
    </w:p>
    <w:p>
      <w:pPr>
        <w:jc w:val="right"/>
      </w:pPr>
      <w:r>
        <w:t>میٹر ایز اٹ از ا ویری، ایز اٹ از ویری کامن امنگ مسلمز؟ دیٹ اف ا مسلم چینجز</w:t>
      </w:r>
    </w:p>
    <w:p>
      <w:r>
        <w:rPr>
          <w:b/>
        </w:rPr>
        <w:t xml:space="preserve">[1:09:17] </w:t>
      </w:r>
      <w:r>
        <w:t>His faith, he is worthy of being killed.</w:t>
      </w:r>
    </w:p>
    <w:p>
      <w:pPr>
        <w:jc w:val="right"/>
      </w:pPr>
      <w:r>
        <w:t>ہز فیتھ، ہی از وردی آف بینگ کلڈ۔</w:t>
      </w:r>
    </w:p>
    <w:p>
      <w:r>
        <w:rPr>
          <w:b/>
        </w:rPr>
        <w:t xml:space="preserve">[1:09:20] </w:t>
      </w:r>
      <w:r>
        <w:t>nahi, nahi, yeh musalmanon ne bana rakha hai.</w:t>
      </w:r>
    </w:p>
    <w:p>
      <w:pPr>
        <w:jc w:val="right"/>
      </w:pPr>
      <w:r>
        <w:t>نہیں، نہیں، یہ مسلمانوں نے بنا رکھا ہے۔</w:t>
      </w:r>
    </w:p>
    <w:p>
      <w:r>
        <w:rPr>
          <w:b/>
        </w:rPr>
        <w:t xml:space="preserve">[1:09:24] </w:t>
      </w:r>
      <w:r>
        <w:t>islam mein aisa nahi hai.</w:t>
      </w:r>
    </w:p>
    <w:p>
      <w:pPr>
        <w:jc w:val="right"/>
      </w:pPr>
      <w:r>
        <w:t>اسلام میں ایسا نہیں ہے۔</w:t>
      </w:r>
    </w:p>
    <w:p>
      <w:r>
        <w:rPr>
          <w:b/>
        </w:rPr>
        <w:t xml:space="preserve">[1:09:26] </w:t>
      </w:r>
      <w:r>
        <w:t>yani woh jo masla hai, is ka apostasy wala ji, yeh bilkul musalmanon ka apna banawati masla hai</w:t>
      </w:r>
    </w:p>
    <w:p>
      <w:pPr>
        <w:jc w:val="right"/>
      </w:pPr>
      <w:r>
        <w:t>یعنی وہ جو مسئلہ ہے، اس کا اپاسٹسی والا جی، یہ بالکل مسلمانوں کا اپنا بناوٹی مسئلہ ہے</w:t>
      </w:r>
    </w:p>
    <w:p>
      <w:r>
        <w:rPr>
          <w:b/>
        </w:rPr>
        <w:t xml:space="preserve">[1:09:34] </w:t>
      </w:r>
      <w:r>
        <w:t>ke murtad ko qatal kar do.</w:t>
      </w:r>
    </w:p>
    <w:p>
      <w:pPr>
        <w:jc w:val="right"/>
      </w:pPr>
      <w:r>
        <w:t>کہ مرتد کو قتل کر دو۔</w:t>
      </w:r>
    </w:p>
    <w:p>
      <w:r>
        <w:rPr>
          <w:b/>
        </w:rPr>
        <w:t xml:space="preserve">[1:09:36] </w:t>
      </w:r>
      <w:r>
        <w:t>yeh fuqaha ne likha hai.</w:t>
      </w:r>
    </w:p>
    <w:p>
      <w:pPr>
        <w:jc w:val="right"/>
      </w:pPr>
      <w:r>
        <w:t>یہ فقہاء نے لکھا ہے۔</w:t>
      </w:r>
    </w:p>
    <w:p>
      <w:r>
        <w:rPr>
          <w:b/>
        </w:rPr>
        <w:t xml:space="preserve">[1:09:38] </w:t>
      </w:r>
      <w:r>
        <w:t>mein manta hoon ke fuqaha aisa likhte hain, lekin quran o hadith mein aisa nahi hai.</w:t>
      </w:r>
    </w:p>
    <w:p>
      <w:pPr>
        <w:jc w:val="right"/>
      </w:pPr>
      <w:r>
        <w:t>میں مانتا ہوں کہ فقہاء ایسا لکھتے ہیں، لیکن قرآن و حدیث میں ایسا نہیں ہے۔</w:t>
      </w:r>
    </w:p>
    <w:p>
      <w:r>
        <w:rPr>
          <w:b/>
        </w:rPr>
        <w:t xml:space="preserve">[1:09:45] </w:t>
      </w:r>
      <w:r>
        <w:t>mein aap ko aik ayat refer karta hoon, is ko parhiye quran majeed mein, is ko mutala kijiye.</w:t>
      </w:r>
    </w:p>
    <w:p>
      <w:pPr>
        <w:jc w:val="right"/>
      </w:pPr>
      <w:r>
        <w:t>میں آپ کو ایک آیت ریفر کرتا ہوں، اس کو پڑھیے قرآن مجید میں، اس کو مطالعہ کیجئے۔</w:t>
      </w:r>
    </w:p>
    <w:p>
      <w:r>
        <w:rPr>
          <w:b/>
        </w:rPr>
        <w:t xml:space="preserve">[1:09:53] </w:t>
      </w:r>
      <w:r>
        <w:t>dekhiye, aap surah al baqarah mein ayat number 217 parhiye.</w:t>
      </w:r>
    </w:p>
    <w:p>
      <w:pPr>
        <w:jc w:val="right"/>
      </w:pPr>
      <w:r>
        <w:t>دیکھیے، آپ سورہ البقرہ میں آیت نمبر 217 پڑھیے۔</w:t>
      </w:r>
    </w:p>
    <w:p>
      <w:r>
        <w:rPr>
          <w:b/>
        </w:rPr>
        <w:t xml:space="preserve">[1:09:57] </w:t>
      </w:r>
      <w:r>
        <w:t>is ayat mein yeh bataya gaya hai ke jo aadmi deen se phir jaye, aur phir woh phir</w:t>
      </w:r>
    </w:p>
    <w:p>
      <w:pPr>
        <w:jc w:val="right"/>
      </w:pPr>
      <w:r>
        <w:t>اس آیت میں یہ بتایا گیا ہے کہ جو آدمی دین سے پھر جائے، اور پھر وہ پھر</w:t>
      </w:r>
    </w:p>
    <w:p>
      <w:r>
        <w:rPr>
          <w:b/>
        </w:rPr>
        <w:t xml:space="preserve">[1:10:05] </w:t>
      </w:r>
      <w:r>
        <w:t>jaye to is mein yeh nahi ke us ko qatl kiya jayega, is mein yeh hai ke</w:t>
      </w:r>
    </w:p>
    <w:p>
      <w:pPr>
        <w:jc w:val="right"/>
      </w:pPr>
      <w:r>
        <w:t>جائے تو اس میں یہ نہیں کہ اس کو قتل کیا جائے گا، اس میں یہ ہے کہ</w:t>
      </w:r>
    </w:p>
    <w:p>
      <w:r>
        <w:rPr>
          <w:b/>
        </w:rPr>
        <w:t xml:space="preserve">[1:10:12] </w:t>
      </w:r>
      <w:r>
        <w:t>woh apni, yani natural death marega.</w:t>
      </w:r>
    </w:p>
    <w:p>
      <w:pPr>
        <w:jc w:val="right"/>
      </w:pPr>
      <w:r>
        <w:t>وہ اپنی، یعنی نیچرل ڈیتھ مرے گا۔</w:t>
      </w:r>
    </w:p>
    <w:p>
      <w:r>
        <w:rPr>
          <w:b/>
        </w:rPr>
        <w:t xml:space="preserve">[1:10:15] </w:t>
      </w:r>
      <w:r>
        <w:t>fiamat, yani murtad aadmi ke liye quran jo keh raha hai ke woh, woh jaise log marte hain,</w:t>
      </w:r>
    </w:p>
    <w:p>
      <w:pPr>
        <w:jc w:val="right"/>
      </w:pPr>
      <w:r>
        <w:t>فیامت، یعنی مرتد آدمی کے لیے قرآن جو کہہ رہا ہے کہ وہ، وہ جیسے لوگ مرتے ہیں،</w:t>
      </w:r>
    </w:p>
    <w:p>
      <w:r>
        <w:rPr>
          <w:b/>
        </w:rPr>
        <w:t xml:space="preserve">[1:10:23] </w:t>
      </w:r>
      <w:r>
        <w:t>waise wahi marega.</w:t>
      </w:r>
    </w:p>
    <w:p>
      <w:pPr>
        <w:jc w:val="right"/>
      </w:pPr>
      <w:r>
        <w:t>ویسے وہی مرے گا۔</w:t>
      </w:r>
    </w:p>
    <w:p>
      <w:r>
        <w:rPr>
          <w:b/>
        </w:rPr>
        <w:t xml:space="preserve">[1:10:25] </w:t>
      </w:r>
      <w:r>
        <w:t>yeh nahi ke qatl karna, yeh nahi.</w:t>
      </w:r>
    </w:p>
    <w:p>
      <w:pPr>
        <w:jc w:val="right"/>
      </w:pPr>
      <w:r>
        <w:t>یہ نہیں کہ قتل کرنا، یہ نہیں۔</w:t>
      </w:r>
    </w:p>
    <w:p>
      <w:r>
        <w:rPr>
          <w:b/>
        </w:rPr>
        <w:t xml:space="preserve">[1:10:28] </w:t>
      </w:r>
      <w:r>
        <w:t>islam hukum nahi deta.</w:t>
      </w:r>
    </w:p>
    <w:p>
      <w:pPr>
        <w:jc w:val="right"/>
      </w:pPr>
      <w:r>
        <w:t>اسلام حکم نہیں دیتا۔</w:t>
      </w:r>
    </w:p>
    <w:p>
      <w:r>
        <w:rPr>
          <w:b/>
        </w:rPr>
        <w:t xml:space="preserve">[1:10:29] </w:t>
      </w:r>
      <w:r>
        <w:t>doosri cheez mein aap ko kahunga ke habash ki jo hijrat hui thi makkhi daur mein, to</w:t>
      </w:r>
    </w:p>
    <w:p>
      <w:pPr>
        <w:jc w:val="right"/>
      </w:pPr>
      <w:r>
        <w:t>دوسری چیز میں آپ کو کہوں گا کہ حبش کی جو ہجرت ہوئی تھی مکی دور میں، تو</w:t>
      </w:r>
    </w:p>
    <w:p>
      <w:r>
        <w:rPr>
          <w:b/>
        </w:rPr>
        <w:t xml:space="preserve">[1:10:37] </w:t>
      </w:r>
      <w:r>
        <w:t>bohat se sahabi chale gaye the makkah se habash.</w:t>
      </w:r>
    </w:p>
    <w:p>
      <w:pPr>
        <w:jc w:val="right"/>
      </w:pPr>
      <w:r>
        <w:t>بہت سے صحابی چلے گئے تھے مکہ سے حبش۔</w:t>
      </w:r>
    </w:p>
    <w:p>
      <w:r>
        <w:rPr>
          <w:b/>
        </w:rPr>
        <w:t xml:space="preserve">[1:10:41] </w:t>
      </w:r>
      <w:r>
        <w:t>un ke ek sahab the jo sahabi, woh bhi yeh islam qabool kar chuke the rasool Allah ke</w:t>
      </w:r>
    </w:p>
    <w:p>
      <w:pPr>
        <w:jc w:val="right"/>
      </w:pPr>
      <w:r>
        <w:t>ان کے ایک صاحب تھے جو صحابی، وہ بھی یہ اسلام قبول کر چکے تھے رسول اللہ کے</w:t>
      </w:r>
    </w:p>
    <w:p>
      <w:r>
        <w:rPr>
          <w:b/>
        </w:rPr>
        <w:t xml:space="preserve">[1:10:49] </w:t>
      </w:r>
      <w:r>
        <w:t>haath par.</w:t>
      </w:r>
    </w:p>
    <w:p>
      <w:pPr>
        <w:jc w:val="right"/>
      </w:pPr>
      <w:r>
        <w:t>ہاتھ پر۔</w:t>
      </w:r>
    </w:p>
    <w:p>
      <w:r>
        <w:rPr>
          <w:b/>
        </w:rPr>
        <w:t xml:space="preserve">[1:10:50] </w:t>
      </w:r>
      <w:r>
        <w:t>un ka naam tha Ubaidullah Ibn Jahsh, woh bhi gaye the.</w:t>
      </w:r>
    </w:p>
    <w:p>
      <w:pPr>
        <w:jc w:val="right"/>
      </w:pPr>
      <w:r>
        <w:t>ان کا نام تھا عبیداللہ ابن جہش، وہ بھی گئے تھے۔</w:t>
      </w:r>
    </w:p>
    <w:p>
      <w:r>
        <w:rPr>
          <w:b/>
        </w:rPr>
        <w:t xml:space="preserve">[1:10:55] </w:t>
      </w:r>
      <w:r>
        <w:t>to habash christian mulk tha, wahan christian se un ki baat cheet hui to woh mutasir ho gaye,</w:t>
      </w:r>
    </w:p>
    <w:p>
      <w:pPr>
        <w:jc w:val="right"/>
      </w:pPr>
      <w:r>
        <w:t>تو حبش کرسچن ملک تھا، وہاں کرسچن سے ان کی بات چیت ہوئی تو وہ متاثر ہو گئے،</w:t>
      </w:r>
    </w:p>
    <w:p>
      <w:r>
        <w:rPr>
          <w:b/>
        </w:rPr>
        <w:t xml:space="preserve">[1:11:03] </w:t>
      </w:r>
      <w:r>
        <w:t>aur unhon ne islam chhod kar christianity ko ikhtiyar kar liya.</w:t>
      </w:r>
    </w:p>
    <w:p>
      <w:pPr>
        <w:jc w:val="right"/>
      </w:pPr>
      <w:r>
        <w:t>اور انہوں نے اسلام چھوڑ کر کرسچینٹی کو اختیار کر لیا۔</w:t>
      </w:r>
    </w:p>
    <w:p>
      <w:r>
        <w:rPr>
          <w:b/>
        </w:rPr>
        <w:t xml:space="preserve">[1:11:07] </w:t>
      </w:r>
      <w:r>
        <w:t>rasool Allah ke zamane mein, rasool Allah ko jab bataya gaya to aap ne yeh nahi kaha ke</w:t>
      </w:r>
    </w:p>
    <w:p>
      <w:pPr>
        <w:jc w:val="right"/>
      </w:pPr>
      <w:r>
        <w:t>رسول اللہ کے زمانے میں، رسول اللہ کو جب بتایا گیا تو آپ نے یہ نہیں کہا کہ</w:t>
      </w:r>
    </w:p>
    <w:p>
      <w:r>
        <w:rPr>
          <w:b/>
        </w:rPr>
        <w:t xml:space="preserve">[1:11:15] </w:t>
      </w:r>
      <w:r>
        <w:t>tum maar dalo, us ko chhod diya aap ne.</w:t>
      </w:r>
    </w:p>
    <w:p>
      <w:pPr>
        <w:jc w:val="right"/>
      </w:pPr>
      <w:r>
        <w:t>تم مار ڈالو، اس کو چھوڑ دیا آپ نے۔</w:t>
      </w:r>
    </w:p>
    <w:p>
      <w:r>
        <w:rPr>
          <w:b/>
        </w:rPr>
        <w:t xml:space="preserve">[1:11:19] </w:t>
      </w:r>
      <w:r>
        <w:t>kuch bhi nahi.</w:t>
      </w:r>
    </w:p>
    <w:p>
      <w:pPr>
        <w:jc w:val="right"/>
      </w:pPr>
      <w:r>
        <w:t>کچھ بھی نہیں۔</w:t>
      </w:r>
    </w:p>
    <w:p>
      <w:r>
        <w:rPr>
          <w:b/>
        </w:rPr>
        <w:t xml:space="preserve">[1:11:20] </w:t>
      </w:r>
      <w:r>
        <w:t>islam mein mazhab jo hai, yeh apne choice ka mamla hai, apna choice.</w:t>
      </w:r>
    </w:p>
    <w:p>
      <w:pPr>
        <w:jc w:val="right"/>
      </w:pPr>
      <w:r>
        <w:t>اسلام میں مذہب جو ہے، یہ اپنے چوائس کا معاملہ ہے، اپنا چوائس۔</w:t>
      </w:r>
    </w:p>
    <w:p>
      <w:r>
        <w:rPr>
          <w:b/>
        </w:rPr>
        <w:t xml:space="preserve">[1:11:26] </w:t>
      </w:r>
      <w:r>
        <w:t>la ikraha fid deen, yeh bilkul galat masla bana liya hai logon ne ke jo phir murtad ho</w:t>
      </w:r>
    </w:p>
    <w:p>
      <w:pPr>
        <w:jc w:val="right"/>
      </w:pPr>
      <w:r>
        <w:t>لا اکراہ فی الدین، یہ بالکل غلط مسئلہ بنا لیا ہے لوگوں نے کہ جو پھر مرتد ہو</w:t>
      </w:r>
    </w:p>
    <w:p>
      <w:r>
        <w:rPr>
          <w:b/>
        </w:rPr>
        <w:t xml:space="preserve">[1:11:34] </w:t>
      </w:r>
      <w:r>
        <w:t>to qatl karo, is ka islam se koi talluq nahi.</w:t>
      </w:r>
    </w:p>
    <w:p>
      <w:pPr>
        <w:jc w:val="right"/>
      </w:pPr>
      <w:r>
        <w:t>تو قتل کرو، اس کا اسلام سے کوئی تعلق نہیں۔</w:t>
      </w:r>
    </w:p>
    <w:p>
      <w:r>
        <w:rPr>
          <w:b/>
        </w:rPr>
        <w:t xml:space="preserve">[1:11:38] </w:t>
      </w:r>
      <w:r>
        <w:t>mazeed is bare mein meri ek ek maqala chhap chuka hai, bohat mufassal.</w:t>
      </w:r>
    </w:p>
    <w:p>
      <w:pPr>
        <w:jc w:val="right"/>
      </w:pPr>
      <w:r>
        <w:t>مزید اس بارے میں میری ایک ایک مقالہ چھپ چکا ہے، بہت مفصل۔</w:t>
      </w:r>
    </w:p>
    <w:p>
      <w:r>
        <w:rPr>
          <w:b/>
        </w:rPr>
        <w:t xml:space="preserve">[1:11:44] </w:t>
      </w:r>
      <w:r>
        <w:t>is mein yahi irtidad ki saza, yahi yeh is ka unwan hai.</w:t>
      </w:r>
    </w:p>
    <w:p>
      <w:pPr>
        <w:jc w:val="right"/>
      </w:pPr>
      <w:r>
        <w:t>اس میں یہی ارتداد کی سزا، یہی یہ اس کا عنوان ہے۔</w:t>
      </w:r>
    </w:p>
    <w:p>
      <w:r>
        <w:rPr>
          <w:b/>
        </w:rPr>
        <w:t xml:space="preserve">[1:11:49] </w:t>
      </w:r>
      <w:r>
        <w:t>irtidad se yeh chhaapa hai risala, is ko aap padh lijiye.</w:t>
      </w:r>
    </w:p>
    <w:p>
      <w:pPr>
        <w:jc w:val="right"/>
      </w:pPr>
      <w:r>
        <w:t>ارتداد سے یہ چھپا ہے رسالہ، اس کو آپ پڑھ لیجئے۔</w:t>
      </w:r>
    </w:p>
    <w:p>
      <w:r>
        <w:rPr>
          <w:b/>
        </w:rPr>
        <w:t xml:space="preserve">[1:11:53] </w:t>
      </w:r>
      <w:r>
        <w:t>kitab mein bhi aa gaya hai jis ka naam hai hikmat-e-islam.</w:t>
      </w:r>
    </w:p>
    <w:p>
      <w:pPr>
        <w:jc w:val="right"/>
      </w:pPr>
      <w:r>
        <w:t>کتاب میں بھی آ گیا ہے جس کا نام ہے حکمت اسلام۔</w:t>
      </w:r>
    </w:p>
    <w:p>
      <w:r>
        <w:rPr>
          <w:b/>
        </w:rPr>
        <w:t xml:space="preserve">[1:11:59] </w:t>
      </w:r>
      <w:r>
        <w:t>irtidad ki saza is ka unwan hai, aur kitab ka naam hai hikmat-e-islam.</w:t>
      </w:r>
    </w:p>
    <w:p>
      <w:pPr>
        <w:jc w:val="right"/>
      </w:pPr>
      <w:r>
        <w:t>ارتداد کی سزا اس کا عنوان ہے، اور کتاب کا نام ہے حکمت اسلام۔</w:t>
      </w:r>
    </w:p>
    <w:p>
      <w:r>
        <w:rPr>
          <w:b/>
        </w:rPr>
        <w:t xml:space="preserve">[1:12:05] </w:t>
      </w:r>
      <w:r>
        <w:t>is mein aap is maqalay ko parh lijiyay, aur is mein main nay bataya kay artad ki saza</w:t>
      </w:r>
    </w:p>
    <w:p>
      <w:pPr>
        <w:jc w:val="right"/>
      </w:pPr>
      <w:r>
        <w:t>اس میں آپ اس مقالے کو پڑھ لیجئے، اور اس میں میں نے بتایا کہ ارتداد کی سزا</w:t>
      </w:r>
    </w:p>
    <w:p>
      <w:r>
        <w:rPr>
          <w:b/>
        </w:rPr>
        <w:t xml:space="preserve">[1:12:12] </w:t>
      </w:r>
      <w:r>
        <w:t>qatal ya islam mein hai hi nahin.</w:t>
      </w:r>
    </w:p>
    <w:p>
      <w:pPr>
        <w:jc w:val="right"/>
      </w:pPr>
      <w:r>
        <w:t>قتل یا اسلام میں ہے ہی نہیں۔</w:t>
      </w:r>
    </w:p>
    <w:p>
      <w:r>
        <w:rPr>
          <w:b/>
        </w:rPr>
        <w:t xml:space="preserve">[1:12:15] </w:t>
      </w:r>
      <w:r>
        <w:t>yeh baat ko logon nay banaya hai.</w:t>
      </w:r>
    </w:p>
    <w:p>
      <w:pPr>
        <w:jc w:val="right"/>
      </w:pPr>
      <w:r>
        <w:t>یہ بات کو لوگوں نے بنایا ہے۔</w:t>
      </w:r>
    </w:p>
    <w:p>
      <w:r>
        <w:rPr>
          <w:b/>
        </w:rPr>
        <w:t xml:space="preserve">[1:12:18] </w:t>
      </w:r>
      <w:r>
        <w:t>baat ko okay.</w:t>
      </w:r>
    </w:p>
    <w:p>
      <w:pPr>
        <w:jc w:val="right"/>
      </w:pPr>
      <w:r>
        <w:t>بات کو اوکے۔</w:t>
      </w:r>
    </w:p>
    <w:p>
      <w:r>
        <w:rPr>
          <w:b/>
        </w:rPr>
        <w:t xml:space="preserve">[1:12:20] </w:t>
      </w:r>
      <w:r>
        <w:t>we will end the session.</w:t>
      </w:r>
    </w:p>
    <w:p>
      <w:pPr>
        <w:jc w:val="right"/>
      </w:pPr>
      <w:r>
        <w:t>وی ویل اینڈ دی سیشن۔</w:t>
      </w:r>
    </w:p>
    <w:p>
      <w:r>
        <w:rPr>
          <w:b/>
        </w:rPr>
        <w:t xml:space="preserve">[1:12:22] </w:t>
      </w:r>
      <w:r>
        <w:t>Just one announcement, like Maulana mentioned today about the coverage of Mumbai Dawah meet in Times of India.</w:t>
      </w:r>
    </w:p>
    <w:p>
      <w:pPr>
        <w:jc w:val="right"/>
      </w:pPr>
      <w:r>
        <w:t>جسٹ ون اناؤنسمنٹ، لائک مولانا مینشن ٹوڈے اباؤٹ دی کوریج آف ممبئی دعویٰ میٹ ان ٹائمز آف انڈیا۔</w:t>
      </w:r>
    </w:p>
    <w:p>
      <w:r>
        <w:rPr>
          <w:b/>
        </w:rPr>
        <w:t xml:space="preserve">[1:12:30] </w:t>
      </w:r>
      <w:r>
        <w:t>so we will be uploading that on cps website.</w:t>
      </w:r>
    </w:p>
    <w:p>
      <w:pPr>
        <w:jc w:val="right"/>
      </w:pPr>
      <w:r>
        <w:t>سو وی ویل بی اپلوڈنگ دیٹ ان سی پی ایس ویب سائٹ۔</w:t>
      </w:r>
    </w:p>
    <w:p>
      <w:r>
        <w:rPr>
          <w:b/>
        </w:rPr>
        <w:t xml:space="preserve">[1:12:35] </w:t>
      </w:r>
      <w:r>
        <w:t>you can read the article from the cps website from tomorrow onwards.</w:t>
      </w:r>
    </w:p>
    <w:p>
      <w:pPr>
        <w:jc w:val="right"/>
      </w:pPr>
      <w:r>
        <w:t>یو کین ریڈ دی آرٹیکل فرام دی سی پی ایس ویب سائٹ فرام ٹومارو انورڈز۔</w:t>
      </w:r>
    </w:p>
    <w:p>
      <w:r>
        <w:rPr>
          <w:b/>
        </w:rPr>
        <w:t xml:space="preserve">[1:12:41] </w:t>
      </w:r>
      <w:r>
        <w:t>thank you.</w:t>
      </w:r>
    </w:p>
    <w:p>
      <w:pPr>
        <w:jc w:val="right"/>
      </w:pPr>
      <w:r>
        <w:t>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