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Crusades December 14, 2014</w:t>
      </w:r>
    </w:p>
    <w:p>
      <w:r>
        <w:t>https://www.youtube.com/watch?v=qZhY00S5LQg</w:t>
      </w:r>
    </w:p>
    <w:p>
      <w:r>
        <w:rPr>
          <w:b/>
        </w:rPr>
        <w:t xml:space="preserve">[00:20] </w:t>
      </w:r>
      <w:r>
        <w:t>bismillah rahman rahim, wa salli allah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[00:25] </w:t>
      </w:r>
      <w:r>
        <w:t>rab ishrah li sadri, wa yassir li amri, wah lul 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[00:31] </w:t>
      </w:r>
      <w:r>
        <w:t>14 december 2014.</w:t>
      </w:r>
    </w:p>
    <w:p>
      <w:pPr>
        <w:jc w:val="right"/>
      </w:pPr>
      <w:r>
        <w:t>14 دسمبر 2014۔</w:t>
      </w:r>
    </w:p>
    <w:p>
      <w:r>
        <w:rPr>
          <w:b/>
        </w:rPr>
        <w:t xml:space="preserve">[00:37] </w:t>
      </w:r>
      <w:r>
        <w:t>kal main bombay mein tha, aaj main dilli mein hoon.</w:t>
      </w:r>
    </w:p>
    <w:p>
      <w:pPr>
        <w:jc w:val="right"/>
      </w:pPr>
      <w:r>
        <w:t>کل میں بمبئی میں تھا، آج میں دلی میں ہوں۔</w:t>
      </w:r>
    </w:p>
    <w:p>
      <w:r>
        <w:rPr>
          <w:b/>
        </w:rPr>
        <w:t xml:space="preserve">[00:43] </w:t>
      </w:r>
      <w:r>
        <w:t>bombay mein mujhe aik unique experience hua, is ke baad kuch khayalat zehen mein aaye.</w:t>
      </w:r>
    </w:p>
    <w:p>
      <w:pPr>
        <w:jc w:val="right"/>
      </w:pPr>
      <w:r>
        <w:t>بمبئی میں مجھے ایک یونیک ایکسپیرینس ہوا، اس کے بعد کچھ خیالات ذہن میں آئے۔</w:t>
      </w:r>
    </w:p>
    <w:p>
      <w:r>
        <w:rPr>
          <w:b/>
        </w:rPr>
        <w:t xml:space="preserve">[00:49] </w:t>
      </w:r>
      <w:r>
        <w:t>to is ko main ne aik lafz mein wahan bayan kiya tha logon ko ke target diya tha.</w:t>
      </w:r>
    </w:p>
    <w:p>
      <w:pPr>
        <w:jc w:val="right"/>
      </w:pPr>
      <w:r>
        <w:t>تو اس کو میں نے ایک لفظ میں وہاں بیان کیا تھا لوگوں کو کہ ٹارگٹ دیا تھا۔</w:t>
      </w:r>
    </w:p>
    <w:p>
      <w:r>
        <w:rPr>
          <w:b/>
        </w:rPr>
        <w:t xml:space="preserve">[00:55] </w:t>
      </w:r>
      <w:r>
        <w:t>wahan jo log ikatthe hue the, woh daawa meet the wahan par, teen din ki daawa meet.</w:t>
      </w:r>
    </w:p>
    <w:p>
      <w:pPr>
        <w:jc w:val="right"/>
      </w:pPr>
      <w:r>
        <w:t>وہاں جو لوگ اکٹھے ہوئے تھے، وہ دعویٰ میٹ تھے وہاں پر، تین دن کی دعویٰ میٹ۔</w:t>
      </w:r>
    </w:p>
    <w:p>
      <w:r>
        <w:rPr>
          <w:b/>
        </w:rPr>
        <w:t xml:space="preserve">[01:01] </w:t>
      </w:r>
      <w:r>
        <w:t>to main ne un logon ko aakhri din aik target diya, woh tha daawa crusade.</w:t>
      </w:r>
    </w:p>
    <w:p>
      <w:pPr>
        <w:jc w:val="right"/>
      </w:pPr>
      <w:r>
        <w:t>تو میں نے ان لوگوں کو آخری دن ایک ٹارگٹ دیا، وہ تھا دعویٰ کروسیٹ۔</w:t>
      </w:r>
    </w:p>
    <w:p>
      <w:r>
        <w:rPr>
          <w:b/>
        </w:rPr>
        <w:t xml:space="preserve">[01:06] </w:t>
      </w:r>
      <w:r>
        <w:t>yani ab aap ko daawa crusade karna hai.</w:t>
      </w:r>
    </w:p>
    <w:p>
      <w:pPr>
        <w:jc w:val="right"/>
      </w:pPr>
      <w:r>
        <w:t>یعنی اب آپ کو دعویٰ کروسیٹ کرنا ہے۔</w:t>
      </w:r>
    </w:p>
    <w:p>
      <w:r>
        <w:rPr>
          <w:b/>
        </w:rPr>
        <w:t xml:space="preserve">[01:12] </w:t>
      </w:r>
      <w:r>
        <w:t>yani agar aap traditional word istemal karein to kahenge daawati jihad.</w:t>
      </w:r>
    </w:p>
    <w:p>
      <w:pPr>
        <w:jc w:val="right"/>
      </w:pPr>
      <w:r>
        <w:t>یعنی اگر آپ ٹریڈیشنل ورڈ استعمال کریں تو کہیں گے دعوتی جہاد۔</w:t>
      </w:r>
    </w:p>
    <w:p>
      <w:r>
        <w:rPr>
          <w:b/>
        </w:rPr>
        <w:t xml:space="preserve">[01:18] </w:t>
      </w:r>
      <w:r>
        <w:t>daawa crusade ka matlab hota hai daawati jihad.</w:t>
      </w:r>
    </w:p>
    <w:p>
      <w:pPr>
        <w:jc w:val="right"/>
      </w:pPr>
      <w:r>
        <w:t>دعویٰ کروسیٹ کا مطلب ہوتا ہے دعوتی جہاد۔</w:t>
      </w:r>
    </w:p>
    <w:p>
      <w:r>
        <w:rPr>
          <w:b/>
        </w:rPr>
        <w:t xml:space="preserve">[01:24] </w:t>
      </w:r>
      <w:r>
        <w:t>yani peaceful daawa crusade, yeh main ne un ko target diya.</w:t>
      </w:r>
    </w:p>
    <w:p>
      <w:pPr>
        <w:jc w:val="right"/>
      </w:pPr>
      <w:r>
        <w:t>یعنی پیس فل دعویٰ کروسیٹ، یہ میں نے ان کو ٹارگٹ دیا۔</w:t>
      </w:r>
    </w:p>
    <w:p>
      <w:r>
        <w:rPr>
          <w:b/>
        </w:rPr>
        <w:t xml:space="preserve">[01:30] </w:t>
      </w:r>
      <w:r>
        <w:t>to yeh is ke peeche aik poora background hai, aik poori history hai.</w:t>
      </w:r>
    </w:p>
    <w:p>
      <w:pPr>
        <w:jc w:val="right"/>
      </w:pPr>
      <w:r>
        <w:t>تو یہ اس کے پیچھے ایک پورا بیک گراؤنڈ ہے، ایک پوری ہسٹری ہے۔</w:t>
      </w:r>
    </w:p>
    <w:p>
      <w:r>
        <w:rPr>
          <w:b/>
        </w:rPr>
        <w:t xml:space="preserve">[01:36] </w:t>
      </w:r>
      <w:r>
        <w:t>woh main chahta hoon ke is waqt aap ko is ke bare mein kuch bataoon.</w:t>
      </w:r>
    </w:p>
    <w:p>
      <w:pPr>
        <w:jc w:val="right"/>
      </w:pPr>
      <w:r>
        <w:t>وہ میں چاہتا ہوں کہ اس وقت آپ کو اس کے بارے میں کچھ بتاؤں۔</w:t>
      </w:r>
    </w:p>
    <w:p>
      <w:r>
        <w:rPr>
          <w:b/>
        </w:rPr>
        <w:t xml:space="preserve">[01:42] </w:t>
      </w:r>
      <w:r>
        <w:t>dekhein, quran ki aik surah hai jis ka naam hai al-inshiqaq.</w:t>
      </w:r>
    </w:p>
    <w:p>
      <w:pPr>
        <w:jc w:val="right"/>
      </w:pPr>
      <w:r>
        <w:t>دیکھیں، قرآن کی ایک سورہ ہے جس کا نام ہے الانشقاق۔</w:t>
      </w:r>
    </w:p>
    <w:p>
      <w:r>
        <w:rPr>
          <w:b/>
        </w:rPr>
        <w:t xml:space="preserve">[01:47] </w:t>
      </w:r>
      <w:r>
        <w:t>iska number hai 84.</w:t>
      </w:r>
    </w:p>
    <w:p>
      <w:pPr>
        <w:jc w:val="right"/>
      </w:pPr>
      <w:r>
        <w:t>اس کا نمبر ہے 84۔</w:t>
      </w:r>
    </w:p>
    <w:p>
      <w:r>
        <w:rPr>
          <w:b/>
        </w:rPr>
        <w:t xml:space="preserve">[01:53] </w:t>
      </w:r>
      <w:r>
        <w:t>is ki aik ayat hai, ayat number 19.</w:t>
      </w:r>
    </w:p>
    <w:p>
      <w:pPr>
        <w:jc w:val="right"/>
      </w:pPr>
      <w:r>
        <w:t>اس کی ایک آیت ہے، آیت نمبر 19۔</w:t>
      </w:r>
    </w:p>
    <w:p>
      <w:r>
        <w:rPr>
          <w:b/>
        </w:rPr>
        <w:t xml:space="preserve">[01:59] </w:t>
      </w:r>
      <w:r>
        <w:t>woh hai: latarkabunna tabaqan an tabaq ka matlab hota hai ke hum zaroor tum ko safar karayenge</w:t>
      </w:r>
    </w:p>
    <w:p>
      <w:pPr>
        <w:jc w:val="right"/>
      </w:pPr>
      <w:r>
        <w:t>وہ ہے: لَتَرْكَبُنَّ طَبَقًا عَنْ طَبَقٍ کا مطلب ہوتا ہے کہ ہم ضرور تم کو سفر کرائیں گے</w:t>
      </w:r>
    </w:p>
    <w:p>
      <w:r>
        <w:rPr>
          <w:b/>
        </w:rPr>
        <w:t xml:space="preserve">[02:05] </w:t>
      </w:r>
      <w:r>
        <w:t>aik halat se doosri halat ki taraf.</w:t>
      </w:r>
    </w:p>
    <w:p>
      <w:pPr>
        <w:jc w:val="right"/>
      </w:pPr>
      <w:r>
        <w:t>ایک حالت سے دوسری حالت کی طرف۔</w:t>
      </w:r>
    </w:p>
    <w:p>
      <w:r>
        <w:rPr>
          <w:b/>
        </w:rPr>
        <w:t xml:space="preserve">[02:11] </w:t>
      </w:r>
      <w:r>
        <w:t>yani We shall travel you from one state to the next state.</w:t>
      </w:r>
    </w:p>
    <w:p>
      <w:pPr>
        <w:jc w:val="right"/>
      </w:pPr>
      <w:r>
        <w:t>یعنی We shall travel you from one state to the next state.</w:t>
      </w:r>
    </w:p>
    <w:p>
      <w:r>
        <w:rPr>
          <w:b/>
        </w:rPr>
        <w:t xml:space="preserve">[02:17] </w:t>
      </w:r>
      <w:r>
        <w:t>تو قرآن کی یہ آیت لوگوں کو ابھی تک ambiguous بنی ہوئی ہے۔</w:t>
      </w:r>
    </w:p>
    <w:p>
      <w:pPr>
        <w:jc w:val="right"/>
      </w:pPr>
      <w:r>
        <w:t>تو قرآن کی یہ آیت لوگوں کو ابھی تک ایمبیگوس بنی ہوئی ہے۔</w:t>
      </w:r>
    </w:p>
    <w:p>
      <w:r>
        <w:rPr>
          <w:b/>
        </w:rPr>
        <w:t xml:space="preserve">[02:23] </w:t>
      </w:r>
      <w:r>
        <w:t>mein bohat dinon sochta raha, sochta raha.</w:t>
      </w:r>
    </w:p>
    <w:p>
      <w:pPr>
        <w:jc w:val="right"/>
      </w:pPr>
      <w:r>
        <w:t>میں بہت دنوں سوچتا رہا، سوچتا رہا۔</w:t>
      </w:r>
    </w:p>
    <w:p>
      <w:r>
        <w:rPr>
          <w:b/>
        </w:rPr>
        <w:t xml:space="preserve">[02:28] </w:t>
      </w:r>
      <w:r>
        <w:t>to bombay mein mujhe aik discovery hui.</w:t>
      </w:r>
    </w:p>
    <w:p>
      <w:pPr>
        <w:jc w:val="right"/>
      </w:pPr>
      <w:r>
        <w:t>تو بمبئی میں مجھے ایک ڈسکوری ہوئی۔</w:t>
      </w:r>
    </w:p>
    <w:p>
      <w:r>
        <w:rPr>
          <w:b/>
        </w:rPr>
        <w:t xml:space="preserve">[02:34] </w:t>
      </w:r>
      <w:r>
        <w:t>is ayat mein Allah taala ne apna jo creation plan hai, Allah taala ka, uska process bataya hai.</w:t>
      </w:r>
    </w:p>
    <w:p>
      <w:pPr>
        <w:jc w:val="right"/>
      </w:pPr>
      <w:r>
        <w:t>اس آیت میں اللہ تعالیٰ نے اپنا جو کریشن پلان ہے، اللہ تعالیٰ کا، اس کا پروسیس بتایا ہے۔</w:t>
      </w:r>
    </w:p>
    <w:p>
      <w:r>
        <w:rPr>
          <w:b/>
        </w:rPr>
        <w:t xml:space="preserve">[02:40] </w:t>
      </w:r>
      <w:r>
        <w:t>woh process hai, yani gradual development, woh process hai.</w:t>
      </w:r>
    </w:p>
    <w:p>
      <w:pPr>
        <w:jc w:val="right"/>
      </w:pPr>
      <w:r>
        <w:t>وہ پروسیس ہے، یعنی گریجول ڈیولپمنٹ، وہ پروسیس ہے۔</w:t>
      </w:r>
    </w:p>
    <w:p>
      <w:r>
        <w:rPr>
          <w:b/>
        </w:rPr>
        <w:t xml:space="preserve">[02:46] </w:t>
      </w:r>
      <w:r>
        <w:t>tum chaloge aik halat se doosri halat ki taraf.</w:t>
      </w:r>
    </w:p>
    <w:p>
      <w:pPr>
        <w:jc w:val="right"/>
      </w:pPr>
      <w:r>
        <w:t>تم چلو گے ایک حالت سے دوسری حالت کی طرف۔</w:t>
      </w:r>
    </w:p>
    <w:p>
      <w:r>
        <w:rPr>
          <w:b/>
        </w:rPr>
        <w:t xml:space="preserve">[02:52] </w:t>
      </w:r>
      <w:r>
        <w:t>You shall travel from one state to the next state.</w:t>
      </w:r>
    </w:p>
    <w:p>
      <w:pPr>
        <w:jc w:val="right"/>
      </w:pPr>
      <w:r>
        <w:t>You shall travel from one state to the next state.</w:t>
      </w:r>
    </w:p>
    <w:p>
      <w:r>
        <w:rPr>
          <w:b/>
        </w:rPr>
        <w:t xml:space="preserve">[02:58] </w:t>
      </w:r>
      <w:r>
        <w:t>yahi to hai, yahi to hai yeh.</w:t>
      </w:r>
    </w:p>
    <w:p>
      <w:pPr>
        <w:jc w:val="right"/>
      </w:pPr>
      <w:r>
        <w:t>یہی تو ہے، یہی تو ہے یہ۔</w:t>
      </w:r>
    </w:p>
    <w:p>
      <w:r>
        <w:rPr>
          <w:b/>
        </w:rPr>
        <w:t xml:space="preserve">[03:04] </w:t>
      </w:r>
      <w:r>
        <w:t>to Allah taala ne bataya ke Allah taala ka jo nizam hai, chahe nature mein ho, chahe human</w:t>
      </w:r>
    </w:p>
    <w:p>
      <w:pPr>
        <w:jc w:val="right"/>
      </w:pPr>
      <w:r>
        <w:t>تو اللہ تعالیٰ نے بتایا کہ اللہ تعالیٰ کا جو نظام ہے، چاہے نیچر میں ہو، چاہے ہیومن</w:t>
      </w:r>
    </w:p>
    <w:p>
      <w:r>
        <w:rPr>
          <w:b/>
        </w:rPr>
        <w:t xml:space="preserve">[03:09] </w:t>
      </w:r>
      <w:r>
        <w:t>history mein ho, woh hai gradual development, jis ko hum kehte hain gradual process. yeh hai.</w:t>
      </w:r>
    </w:p>
    <w:p>
      <w:pPr>
        <w:jc w:val="right"/>
      </w:pPr>
      <w:r>
        <w:t>ہسٹری میں ہو، وہ ہے گریجول ڈیولپمنٹ، جس کو ہم کہتے ہیں گریجول پروسیس۔ یہ ہے۔</w:t>
      </w:r>
    </w:p>
    <w:p>
      <w:r>
        <w:rPr>
          <w:b/>
        </w:rPr>
        <w:t xml:space="preserve">[03:15] </w:t>
      </w:r>
      <w:r>
        <w:t>chunki log is ko samajh nahi paye to har cheez ko aik sudden reason chahte hain janna.</w:t>
      </w:r>
    </w:p>
    <w:p>
      <w:pPr>
        <w:jc w:val="right"/>
      </w:pPr>
      <w:r>
        <w:t>چونکہ لوگ اس کو سمجھ نہیں پائے تو ہر چیز کو ایک سڈن ریزن چاہتے ہیں جاننا۔</w:t>
      </w:r>
    </w:p>
    <w:p>
      <w:r>
        <w:rPr>
          <w:b/>
        </w:rPr>
        <w:t xml:space="preserve">[03:21] </w:t>
      </w:r>
      <w:r>
        <w:t>achanak ho gaya, achanak ho gaya.</w:t>
      </w:r>
    </w:p>
    <w:p>
      <w:pPr>
        <w:jc w:val="right"/>
      </w:pPr>
      <w:r>
        <w:t>اچانک ہو گیا، اچانک ہو گیا۔</w:t>
      </w:r>
    </w:p>
    <w:p>
      <w:r>
        <w:rPr>
          <w:b/>
        </w:rPr>
        <w:t xml:space="preserve">[03:27] </w:t>
      </w:r>
      <w:r>
        <w:t>Allah taala ke creation plan ke mutabiq koi cheez achanak nahi hoti.</w:t>
      </w:r>
    </w:p>
    <w:p>
      <w:pPr>
        <w:jc w:val="right"/>
      </w:pPr>
      <w:r>
        <w:t>اللہ تعالیٰ کے کریشن پلان کے مطابق کوئی چیز اچانک نہیں ہوتی۔</w:t>
      </w:r>
    </w:p>
    <w:p>
      <w:r>
        <w:rPr>
          <w:b/>
        </w:rPr>
        <w:t xml:space="preserve">[03:33] </w:t>
      </w:r>
      <w:r>
        <w:t>aik gradual development hota hai, uska aik culmination hota hai, is tarah badi badi cheezein wajood mein aati hain.</w:t>
      </w:r>
    </w:p>
    <w:p>
      <w:pPr>
        <w:jc w:val="right"/>
      </w:pPr>
      <w:r>
        <w:t>ایک گریجول ڈیولپمنٹ ہوتا ہے، اس کا ایک کلمینیشن ہوتا ہے، اس طرح بڑی بڑی چیزیں وجود میں آتی ہیں۔</w:t>
      </w:r>
    </w:p>
    <w:p>
      <w:r>
        <w:rPr>
          <w:b/>
        </w:rPr>
        <w:t xml:space="preserve">[03:39] </w:t>
      </w:r>
      <w:r>
        <w:t>isi mein se aik hai dawah crusate.</w:t>
      </w:r>
    </w:p>
    <w:p>
      <w:pPr>
        <w:jc w:val="right"/>
      </w:pPr>
      <w:r>
        <w:t>اسی میں سے ایک ہے دعویٰ کروسیٹ۔</w:t>
      </w:r>
    </w:p>
    <w:p>
      <w:r>
        <w:rPr>
          <w:b/>
        </w:rPr>
        <w:t xml:space="preserve">[03:45] </w:t>
      </w:r>
      <w:r>
        <w:t>dekhein, dawah crusate jo hai aik culmination hai history ke aik lambe safar ka.</w:t>
      </w:r>
    </w:p>
    <w:p>
      <w:pPr>
        <w:jc w:val="right"/>
      </w:pPr>
      <w:r>
        <w:t>دیکھیں، دعویٰ کروسیٹ جو ہے ایک کلمینیشن ہے ہسٹری کے ایک لمبے سفر کا۔</w:t>
      </w:r>
    </w:p>
    <w:p>
      <w:r>
        <w:rPr>
          <w:b/>
        </w:rPr>
        <w:t xml:space="preserve">[03:50] </w:t>
      </w:r>
      <w:r>
        <w:t>Allah taala jis tarah se nature ko manage kar raha hai, isi tarah Allah taala history ko bhi</w:t>
      </w:r>
    </w:p>
    <w:p>
      <w:pPr>
        <w:jc w:val="right"/>
      </w:pPr>
      <w:r>
        <w:t>اللہ تعالیٰ جس طرح سے نیچر کو مینیج کر رہا ہے، اسی طرح اللہ تعالیٰ ہسٹری کو بھی</w:t>
      </w:r>
    </w:p>
    <w:p>
      <w:r>
        <w:rPr>
          <w:b/>
        </w:rPr>
        <w:t xml:space="preserve">[03:56] </w:t>
      </w:r>
      <w:r>
        <w:t>manage kar raha hai.</w:t>
      </w:r>
    </w:p>
    <w:p>
      <w:pPr>
        <w:jc w:val="right"/>
      </w:pPr>
      <w:r>
        <w:t>مینیج کر رہا ہے۔</w:t>
      </w:r>
    </w:p>
    <w:p>
      <w:r>
        <w:rPr>
          <w:b/>
        </w:rPr>
        <w:t xml:space="preserve">[04:02] </w:t>
      </w:r>
      <w:r>
        <w:t>aap jante hain ke suraj, chand, galaxy, stars, planet, yeh duniya hai, mountain, ocean, yeh is ko hum</w:t>
      </w:r>
    </w:p>
    <w:p>
      <w:pPr>
        <w:jc w:val="right"/>
      </w:pPr>
      <w:r>
        <w:t>آپ جانتے ہیں کہ سورج، چاند، گیلیکسی، اسٹارز، پلینٹ، یہ دنیا ہے، ماؤنٹین، اوشن، یہ اس کو ہم</w:t>
      </w:r>
    </w:p>
    <w:p>
      <w:r>
        <w:rPr>
          <w:b/>
        </w:rPr>
        <w:t xml:space="preserve">[04:08] </w:t>
      </w:r>
      <w:r>
        <w:t>nature kehte hain.</w:t>
      </w:r>
    </w:p>
    <w:p>
      <w:pPr>
        <w:jc w:val="right"/>
      </w:pPr>
      <w:r>
        <w:t>نیچر کہتے ہیں۔</w:t>
      </w:r>
    </w:p>
    <w:p>
      <w:r>
        <w:rPr>
          <w:b/>
        </w:rPr>
        <w:t xml:space="preserve">[04:14] </w:t>
      </w:r>
      <w:r>
        <w:t>to nature ko Allah taala direct taur par manage kar raha hai.</w:t>
      </w:r>
    </w:p>
    <w:p>
      <w:pPr>
        <w:jc w:val="right"/>
      </w:pPr>
      <w:r>
        <w:t>تو نیچر کو اللہ تعالیٰ ڈائریکٹ طور پر مینیج کر رہا ہے۔</w:t>
      </w:r>
    </w:p>
    <w:p>
      <w:r>
        <w:rPr>
          <w:b/>
        </w:rPr>
        <w:t xml:space="preserve">[04:20] </w:t>
      </w:r>
      <w:r>
        <w:t>isi tarah se human history ko manage kiya ja raha hai.</w:t>
      </w:r>
    </w:p>
    <w:p>
      <w:pPr>
        <w:jc w:val="right"/>
      </w:pPr>
      <w:r>
        <w:t>اسی طرح سے ہیومن ہسٹری کو مینیج کیا جا رہا ہے۔</w:t>
      </w:r>
    </w:p>
    <w:p>
      <w:r>
        <w:rPr>
          <w:b/>
        </w:rPr>
        <w:t xml:space="preserve">[04:26] </w:t>
      </w:r>
      <w:r>
        <w:t>human history koi aisa nahi hai ke is ko chhod diya hai.</w:t>
      </w:r>
    </w:p>
    <w:p>
      <w:pPr>
        <w:jc w:val="right"/>
      </w:pPr>
      <w:r>
        <w:t>ہیومن ہسٹری کوئی ایسا نہیں ہے کہ اس کو چھوڑ دیا ہے۔</w:t>
      </w:r>
    </w:p>
    <w:p>
      <w:r>
        <w:rPr>
          <w:b/>
        </w:rPr>
        <w:t xml:space="preserve">[04:32] </w:t>
      </w:r>
      <w:r>
        <w:t>lekin farq kya hai? nature mein koi freedom of choice ka mamla nahi hai.</w:t>
      </w:r>
    </w:p>
    <w:p>
      <w:pPr>
        <w:jc w:val="right"/>
      </w:pPr>
      <w:r>
        <w:t>لیکن فرق کیا ہے؟ نیچر میں کوئی فریڈم آف چوائس کا معاملہ نہیں ہے۔</w:t>
      </w:r>
    </w:p>
    <w:p>
      <w:r>
        <w:rPr>
          <w:b/>
        </w:rPr>
        <w:t xml:space="preserve">[04:37] </w:t>
      </w:r>
      <w:r>
        <w:t>insan ki zindagi mein kya hai ke freedom of choice hai.</w:t>
      </w:r>
    </w:p>
    <w:p>
      <w:pPr>
        <w:jc w:val="right"/>
      </w:pPr>
      <w:r>
        <w:t>انسان کی زندگی میں کیا ہے کہ فریڈم آف چوائس ہے۔</w:t>
      </w:r>
    </w:p>
    <w:p>
      <w:r>
        <w:rPr>
          <w:b/>
        </w:rPr>
        <w:t xml:space="preserve">[04:43] </w:t>
      </w:r>
      <w:r>
        <w:t>har aurat ko, har mard ko azadi mili hui hai.</w:t>
      </w:r>
    </w:p>
    <w:p>
      <w:pPr>
        <w:jc w:val="right"/>
      </w:pPr>
      <w:r>
        <w:t>ہر عورت کو، ہر مرد کو آزادی ملی ہوئی ہے۔</w:t>
      </w:r>
    </w:p>
    <w:p>
      <w:r>
        <w:rPr>
          <w:b/>
        </w:rPr>
        <w:t xml:space="preserve">[04:49] </w:t>
      </w:r>
      <w:r>
        <w:t>har aadmi ko freedom of choice mila hua hai.</w:t>
      </w:r>
    </w:p>
    <w:p>
      <w:pPr>
        <w:jc w:val="right"/>
      </w:pPr>
      <w:r>
        <w:t>ہر آدمی کو فریڈم آف چوائس ملا ہوا ہے۔</w:t>
      </w:r>
    </w:p>
    <w:p>
      <w:r>
        <w:rPr>
          <w:b/>
        </w:rPr>
        <w:t xml:space="preserve">[04:55] </w:t>
      </w:r>
      <w:r>
        <w:t>is wajah se yahan par bohat hi intricate planning hai yeh.</w:t>
      </w:r>
    </w:p>
    <w:p>
      <w:pPr>
        <w:jc w:val="right"/>
      </w:pPr>
      <w:r>
        <w:t>اس وجہ سے یہاں پر بہت ہی انٹرکیٹ پلاننگ ہے یہ۔</w:t>
      </w:r>
    </w:p>
    <w:p>
      <w:r>
        <w:rPr>
          <w:b/>
        </w:rPr>
        <w:t xml:space="preserve">[05:01] </w:t>
      </w:r>
      <w:r>
        <w:t>nature ki planning mukhtalif hai.</w:t>
      </w:r>
    </w:p>
    <w:p>
      <w:pPr>
        <w:jc w:val="right"/>
      </w:pPr>
      <w:r>
        <w:t>نیچر کی پلاننگ مختلف ہے۔</w:t>
      </w:r>
    </w:p>
    <w:p>
      <w:r>
        <w:rPr>
          <w:b/>
        </w:rPr>
        <w:t xml:space="preserve">[05:07] </w:t>
      </w:r>
      <w:r>
        <w:t>wahan par total control hai.</w:t>
      </w:r>
    </w:p>
    <w:p>
      <w:pPr>
        <w:jc w:val="right"/>
      </w:pPr>
      <w:r>
        <w:t>وہاں پر ٹوٹل کنٹرول ہے۔</w:t>
      </w:r>
    </w:p>
    <w:p>
      <w:r>
        <w:rPr>
          <w:b/>
        </w:rPr>
        <w:t xml:space="preserve">[05:13] </w:t>
      </w:r>
      <w:r>
        <w:t>nature ki planning mein total control hai.</w:t>
      </w:r>
    </w:p>
    <w:p>
      <w:pPr>
        <w:jc w:val="right"/>
      </w:pPr>
      <w:r>
        <w:t>نیچر کی پلاننگ میں ٹوٹل کنٹرول ہے۔</w:t>
      </w:r>
    </w:p>
    <w:p>
      <w:r>
        <w:rPr>
          <w:b/>
        </w:rPr>
        <w:t xml:space="preserve">[05:18] </w:t>
      </w:r>
      <w:r>
        <w:t>no freedom at all.</w:t>
      </w:r>
    </w:p>
    <w:p>
      <w:pPr>
        <w:jc w:val="right"/>
      </w:pPr>
      <w:r>
        <w:t>نو فریڈم ایٹ آل۔</w:t>
      </w:r>
    </w:p>
    <w:p>
      <w:r>
        <w:rPr>
          <w:b/>
        </w:rPr>
        <w:t xml:space="preserve">[05:24] </w:t>
      </w:r>
      <w:r>
        <w:t>insan ki zindagi mein jo chal raha hai Allah taala ki planning, woh bohat zyada pecheeda cheez hai.</w:t>
      </w:r>
    </w:p>
    <w:p>
      <w:pPr>
        <w:jc w:val="right"/>
      </w:pPr>
      <w:r>
        <w:t>انسان کی زندگی میں جو چل رہا ہے اللہ تعالیٰ کی پلاننگ، وہ بہت زیادہ پیچیدہ چیز ہے۔</w:t>
      </w:r>
    </w:p>
    <w:p>
      <w:r>
        <w:rPr>
          <w:b/>
        </w:rPr>
        <w:t xml:space="preserve">[05:30] </w:t>
      </w:r>
      <w:r>
        <w:t>kyunke yahan par karna parta hai Allah taala ko ke insan ki freedom ko abalish na karte hue,</w:t>
      </w:r>
    </w:p>
    <w:p>
      <w:pPr>
        <w:jc w:val="right"/>
      </w:pPr>
      <w:r>
        <w:t>کیونکہ یہاں پر کرنا پڑتا ہے اللہ تعالیٰ کو کہ انسان کی فریڈم کو ابالش نہ کرتے ہوئے،</w:t>
      </w:r>
    </w:p>
    <w:p>
      <w:r>
        <w:rPr>
          <w:b/>
        </w:rPr>
        <w:t xml:space="preserve">[05:36] </w:t>
      </w:r>
      <w:r>
        <w:t>abalish na karte hue is ko manage karna parta hai.</w:t>
      </w:r>
    </w:p>
    <w:p>
      <w:pPr>
        <w:jc w:val="right"/>
      </w:pPr>
      <w:r>
        <w:t>ابالش نہ کرتے ہوئے اس کو مینیج کرنا پڑتا ہے۔</w:t>
      </w:r>
    </w:p>
    <w:p>
      <w:r>
        <w:rPr>
          <w:b/>
        </w:rPr>
        <w:t xml:space="preserve">[05:42] </w:t>
      </w:r>
      <w:r>
        <w:t>to aap dekhen, is duniya mein ek hai bittle world, wahan koi freedom nahi.</w:t>
      </w:r>
    </w:p>
    <w:p>
      <w:pPr>
        <w:jc w:val="right"/>
      </w:pPr>
      <w:r>
        <w:t>تو آپ دیکھیں، اس دنیا میں ایک ہے بٹیل ورلڈ، وہاں کوئی فریڈم نہیں۔</w:t>
      </w:r>
    </w:p>
    <w:p>
      <w:r>
        <w:rPr>
          <w:b/>
        </w:rPr>
        <w:t xml:space="preserve">[05:48] </w:t>
      </w:r>
      <w:r>
        <w:t>is duniya mein hai plant world, wahan koi freedom nahi.</w:t>
      </w:r>
    </w:p>
    <w:p>
      <w:pPr>
        <w:jc w:val="right"/>
      </w:pPr>
      <w:r>
        <w:t>اس دنیا میں ہے پلانٹ ورلڈ، وہاں کوئی فریڈم نہیں۔</w:t>
      </w:r>
    </w:p>
    <w:p>
      <w:r>
        <w:rPr>
          <w:b/>
        </w:rPr>
        <w:t xml:space="preserve">[05:54] </w:t>
      </w:r>
      <w:r>
        <w:t>is duniya mein hai animal world, wahan bhi koi freedom nahi.</w:t>
      </w:r>
    </w:p>
    <w:p>
      <w:pPr>
        <w:jc w:val="right"/>
      </w:pPr>
      <w:r>
        <w:t>اس دنیا میں ہے اینیمل ورلڈ، وہاں بھی کوئی فریڈم نہیں۔</w:t>
      </w:r>
    </w:p>
    <w:p>
      <w:r>
        <w:rPr>
          <w:b/>
        </w:rPr>
        <w:t xml:space="preserve">[05:59] </w:t>
      </w:r>
      <w:r>
        <w:t>phir yahan par hai human world.</w:t>
      </w:r>
    </w:p>
    <w:p>
      <w:pPr>
        <w:jc w:val="right"/>
      </w:pPr>
      <w:r>
        <w:t>پھر یہاں پر ہے ہیومن ورلڈ۔</w:t>
      </w:r>
    </w:p>
    <w:p>
      <w:r>
        <w:rPr>
          <w:b/>
        </w:rPr>
        <w:t xml:space="preserve">[06:05] </w:t>
      </w:r>
      <w:r>
        <w:t>human world mein freedom hai, freedom of choice, free choice.</w:t>
      </w:r>
    </w:p>
    <w:p>
      <w:pPr>
        <w:jc w:val="right"/>
      </w:pPr>
      <w:r>
        <w:t>ہیومن ورلڈ میں فریڈم ہے، فریڈم آف چوائس، فری چوائس۔</w:t>
      </w:r>
    </w:p>
    <w:p>
      <w:r>
        <w:rPr>
          <w:b/>
        </w:rPr>
        <w:t xml:space="preserve">[06:11] </w:t>
      </w:r>
      <w:r>
        <w:t>is liye yahan par bohat hi intricate planning ban jati hai.</w:t>
      </w:r>
    </w:p>
    <w:p>
      <w:pPr>
        <w:jc w:val="right"/>
      </w:pPr>
      <w:r>
        <w:t>اس لیے یہاں پر بہت ہی انٹرکیٹ پلاننگ بن جاتی ہے۔</w:t>
      </w:r>
    </w:p>
    <w:p>
      <w:r>
        <w:rPr>
          <w:b/>
        </w:rPr>
        <w:t xml:space="preserve">[06:17] </w:t>
      </w:r>
      <w:r>
        <w:t>kyunke yahan par insan ki azadi ko maintain karte hue planning karni parti hai.</w:t>
      </w:r>
    </w:p>
    <w:p>
      <w:pPr>
        <w:jc w:val="right"/>
      </w:pPr>
      <w:r>
        <w:t>کیونکہ یہاں پر انسان کی آزادی کو مینٹین کرتے ہوئے پلاننگ کرنی پڑتی ہے۔</w:t>
      </w:r>
    </w:p>
    <w:p>
      <w:r>
        <w:rPr>
          <w:b/>
        </w:rPr>
        <w:t xml:space="preserve">[06:23] </w:t>
      </w:r>
      <w:r>
        <w:t>is wajah se samajh nahi paate log.</w:t>
      </w:r>
    </w:p>
    <w:p>
      <w:pPr>
        <w:jc w:val="right"/>
      </w:pPr>
      <w:r>
        <w:t>اس وجہ سے سمجھ نہیں پاتے لوگ۔</w:t>
      </w:r>
    </w:p>
    <w:p>
      <w:r>
        <w:rPr>
          <w:b/>
        </w:rPr>
        <w:t xml:space="preserve">[06:29] </w:t>
      </w:r>
      <w:r>
        <w:t>is ko daryaft nahi kar paye ke insan ki life mein ek bohat intricate planning chal rahi hai.</w:t>
      </w:r>
    </w:p>
    <w:p>
      <w:pPr>
        <w:jc w:val="right"/>
      </w:pPr>
      <w:r>
        <w:t>اس کو دریافت نہیں کر پائے کہ انسان کی لائف میں ایک بہت انٹرکیٹ پلاننگ چل رہی ہے۔</w:t>
      </w:r>
    </w:p>
    <w:p>
      <w:r>
        <w:rPr>
          <w:b/>
        </w:rPr>
        <w:t xml:space="preserve">[06:35] </w:t>
      </w:r>
      <w:r>
        <w:t>تو ڈاکٹر ایلیس نے کہہ دیا کہ Mind the unknown انسان جو ہے ایک undiscovered چیز ہے۔</w:t>
      </w:r>
    </w:p>
    <w:p>
      <w:pPr>
        <w:jc w:val="right"/>
      </w:pPr>
      <w:r>
        <w:t>تو ڈاکٹر ایلیس نے کہہ دیا کہ Mind the unknown انسان جو ہے ایک ان ڈسکورڈ چیز ہے۔</w:t>
      </w:r>
    </w:p>
    <w:p>
      <w:r>
        <w:rPr>
          <w:b/>
        </w:rPr>
        <w:t xml:space="preserve">[06:40] </w:t>
      </w:r>
      <w:r>
        <w:t>kitab un ki hai Mind the unknown, jo 1930 mein chhapi thi.</w:t>
      </w:r>
    </w:p>
    <w:p>
      <w:pPr>
        <w:jc w:val="right"/>
      </w:pPr>
      <w:r>
        <w:t>کتاب ان کی ہے Mind the unknown، جو 1930 میں چھپی تھی۔</w:t>
      </w:r>
    </w:p>
    <w:p>
      <w:r>
        <w:rPr>
          <w:b/>
        </w:rPr>
        <w:t xml:space="preserve">[06:46] </w:t>
      </w:r>
      <w:r>
        <w:t>is ki wajah kya hai? yahi wajah hai ke insan ki azadi ko abalish na karte hue, insan</w:t>
      </w:r>
    </w:p>
    <w:p>
      <w:pPr>
        <w:jc w:val="right"/>
      </w:pPr>
      <w:r>
        <w:t>اس کی وجہ کیا ہے؟ یہی وجہ ہے کہ انسان کی آزادی کو ابالش نہ کرتے ہوئے، انسان</w:t>
      </w:r>
    </w:p>
    <w:p>
      <w:r>
        <w:rPr>
          <w:b/>
        </w:rPr>
        <w:t xml:space="preserve">[06:52] </w:t>
      </w:r>
      <w:r>
        <w:t>ki azadi ko maintain karte hue Allah taala manage kar raha hai human history ko.</w:t>
      </w:r>
    </w:p>
    <w:p>
      <w:pPr>
        <w:jc w:val="right"/>
      </w:pPr>
      <w:r>
        <w:t>کی آزادی کو مینٹین کرتے ہوئے اللہ تعالیٰ مینیج کر رہا ہے ہیومن ہسٹری کو۔</w:t>
      </w:r>
    </w:p>
    <w:p>
      <w:r>
        <w:rPr>
          <w:b/>
        </w:rPr>
        <w:t xml:space="preserve">[06:58] </w:t>
      </w:r>
      <w:r>
        <w:t>is ko samajhna parta hai.</w:t>
      </w:r>
    </w:p>
    <w:p>
      <w:pPr>
        <w:jc w:val="right"/>
      </w:pPr>
      <w:r>
        <w:t>اس کو سمجھنا پڑتا ہے۔</w:t>
      </w:r>
    </w:p>
    <w:p>
      <w:r>
        <w:rPr>
          <w:b/>
        </w:rPr>
        <w:t xml:space="preserve">[07:04] </w:t>
      </w:r>
      <w:r>
        <w:t>yani yuh kehna chahiye, ek river hai life ka, ek river.</w:t>
      </w:r>
    </w:p>
    <w:p>
      <w:pPr>
        <w:jc w:val="right"/>
      </w:pPr>
      <w:r>
        <w:t>یعنی یوں کہنا چاہیے، ایک ریور ہے لائف کا، ایک ریور۔</w:t>
      </w:r>
    </w:p>
    <w:p>
      <w:r>
        <w:rPr>
          <w:b/>
        </w:rPr>
        <w:t xml:space="preserve">[07:10] </w:t>
      </w:r>
      <w:r>
        <w:t>ek river of freedom.</w:t>
      </w:r>
    </w:p>
    <w:p>
      <w:pPr>
        <w:jc w:val="right"/>
      </w:pPr>
      <w:r>
        <w:t>ایک ریور آف فریڈم۔</w:t>
      </w:r>
    </w:p>
    <w:p>
      <w:r>
        <w:rPr>
          <w:b/>
        </w:rPr>
        <w:t xml:space="preserve">[07:16] </w:t>
      </w:r>
      <w:r>
        <w:t>un checked freedom, un checked.</w:t>
      </w:r>
    </w:p>
    <w:p>
      <w:pPr>
        <w:jc w:val="right"/>
      </w:pPr>
      <w:r>
        <w:t>ان چیکڈ فریڈم، ان چیکڈ۔</w:t>
      </w:r>
    </w:p>
    <w:p>
      <w:r>
        <w:rPr>
          <w:b/>
        </w:rPr>
        <w:t xml:space="preserve">[07:21] </w:t>
      </w:r>
      <w:r>
        <w:t>toh river of freedom, is mein Allah taala manage kar raha hai.</w:t>
      </w:r>
    </w:p>
    <w:p>
      <w:pPr>
        <w:jc w:val="right"/>
      </w:pPr>
      <w:r>
        <w:t>تو ریور آف فریڈم، اس میں اللہ تعالیٰ مینیج کر رہا ہے۔</w:t>
      </w:r>
    </w:p>
    <w:p>
      <w:r>
        <w:rPr>
          <w:b/>
        </w:rPr>
        <w:t xml:space="preserve">[07:27] </w:t>
      </w:r>
      <w:r>
        <w:t>yani insani freedom ke under current jo hai, woh cheez ke Allah ka ek management chal raha hai.</w:t>
      </w:r>
    </w:p>
    <w:p>
      <w:pPr>
        <w:jc w:val="right"/>
      </w:pPr>
      <w:r>
        <w:t>یعنی انسانی فریڈم کے انڈر کرنٹ جو ہے، وہ چیز کہ اللہ کا ایک مینیجمنٹ چل رہا ہے۔</w:t>
      </w:r>
    </w:p>
    <w:p>
      <w:r>
        <w:rPr>
          <w:b/>
        </w:rPr>
        <w:t xml:space="preserve">[07:33] </w:t>
      </w:r>
      <w:r>
        <w:t>is ko samajhna chahiye.</w:t>
      </w:r>
    </w:p>
    <w:p>
      <w:pPr>
        <w:jc w:val="right"/>
      </w:pPr>
      <w:r>
        <w:t>اس کو سمجھنا چاہیے۔</w:t>
      </w:r>
    </w:p>
    <w:p>
      <w:r>
        <w:rPr>
          <w:b/>
        </w:rPr>
        <w:t xml:space="preserve">[07:39] </w:t>
      </w:r>
      <w:r>
        <w:t>toh dekhein, dawah crushet jo maine kaha, woh ek paanch hazar saal ki history ka culmination hai.</w:t>
      </w:r>
    </w:p>
    <w:p>
      <w:pPr>
        <w:jc w:val="right"/>
      </w:pPr>
      <w:r>
        <w:t>تو دیکھیں، دعویٰ کروسیٹ جو میں نے کہا، وہ ایک پانچ ہزار سال کی ہسٹری کا کلمینیشن ہے۔</w:t>
      </w:r>
    </w:p>
    <w:p>
      <w:r>
        <w:rPr>
          <w:b/>
        </w:rPr>
        <w:t xml:space="preserve">[07:45] </w:t>
      </w:r>
      <w:r>
        <w:t>woh paanch hazar saal ki history.</w:t>
      </w:r>
    </w:p>
    <w:p>
      <w:pPr>
        <w:jc w:val="right"/>
      </w:pPr>
      <w:r>
        <w:t>وہ پانچ ہزار سال کی ہسٹری۔</w:t>
      </w:r>
    </w:p>
    <w:p>
      <w:r>
        <w:rPr>
          <w:b/>
        </w:rPr>
        <w:t xml:space="preserve">[07:51] </w:t>
      </w:r>
      <w:r>
        <w:t>Allah taala ne insan ko banaya.</w:t>
      </w:r>
    </w:p>
    <w:p>
      <w:pPr>
        <w:jc w:val="right"/>
      </w:pPr>
      <w:r>
        <w:t>اللہ تعالیٰ نے انسان کو بنایا۔</w:t>
      </w:r>
    </w:p>
    <w:p>
      <w:r>
        <w:rPr>
          <w:b/>
        </w:rPr>
        <w:t xml:space="preserve">[07:57] </w:t>
      </w:r>
      <w:r>
        <w:t>dekhein, Allah taala ne sab se pehle nature ko banaya.</w:t>
      </w:r>
    </w:p>
    <w:p>
      <w:pPr>
        <w:jc w:val="right"/>
      </w:pPr>
      <w:r>
        <w:t>دیکھیں، اللہ تعالیٰ نے سب سے پہلے نیچر کو بنایا۔</w:t>
      </w:r>
    </w:p>
    <w:p>
      <w:r>
        <w:rPr>
          <w:b/>
        </w:rPr>
        <w:t xml:space="preserve">[08:03] </w:t>
      </w:r>
      <w:r>
        <w:t>phir yahan insan ko basaya.</w:t>
      </w:r>
    </w:p>
    <w:p>
      <w:pPr>
        <w:jc w:val="right"/>
      </w:pPr>
      <w:r>
        <w:t>پھر یہاں انسان کو بسایا۔</w:t>
      </w:r>
    </w:p>
    <w:p>
      <w:r>
        <w:rPr>
          <w:b/>
        </w:rPr>
        <w:t xml:space="preserve">[08:08] </w:t>
      </w:r>
      <w:r>
        <w:t>azaadi de kar ke.</w:t>
      </w:r>
    </w:p>
    <w:p>
      <w:pPr>
        <w:jc w:val="right"/>
      </w:pPr>
      <w:r>
        <w:t>آزادی دے کر کے۔</w:t>
      </w:r>
    </w:p>
    <w:p>
      <w:r>
        <w:rPr>
          <w:b/>
        </w:rPr>
        <w:t xml:space="preserve">[08:14] </w:t>
      </w:r>
      <w:r>
        <w:t>toh Allah taala ko yeh matloob hua ke insan ko bataya jaye ke is ka What is his</w:t>
      </w:r>
    </w:p>
    <w:p>
      <w:pPr>
        <w:jc w:val="right"/>
      </w:pPr>
      <w:r>
        <w:t>تو اللہ تعالیٰ کو یہ مطلوب ہوا کہ انسان کو بتایا جائے کہ اس کا What is his</w:t>
      </w:r>
    </w:p>
    <w:p>
      <w:r>
        <w:rPr>
          <w:b/>
        </w:rPr>
        <w:t xml:space="preserve">[08:20] </w:t>
      </w:r>
      <w:r>
        <w:t>purpose of life insan ko bataya jaye ke is ka purpose of life kya hai, insan ko karna</w:t>
      </w:r>
    </w:p>
    <w:p>
      <w:pPr>
        <w:jc w:val="right"/>
      </w:pPr>
      <w:r>
        <w:t>purpose of life انسان کو بتایا جائے کہ اس کا purpose of life کیا ہے، انسان کو کرنا</w:t>
      </w:r>
    </w:p>
    <w:p>
      <w:r>
        <w:rPr>
          <w:b/>
        </w:rPr>
        <w:t xml:space="preserve">[08:26] </w:t>
      </w:r>
      <w:r>
        <w:t>kya hai, yeh bataya jaye.</w:t>
      </w:r>
    </w:p>
    <w:p>
      <w:pPr>
        <w:jc w:val="right"/>
      </w:pPr>
      <w:r>
        <w:t>کیا ہے، یہ بتایا جائے۔</w:t>
      </w:r>
    </w:p>
    <w:p>
      <w:r>
        <w:rPr>
          <w:b/>
        </w:rPr>
        <w:t xml:space="preserve">[08:32] </w:t>
      </w:r>
      <w:r>
        <w:t>is ke liye Allah taala ne anbiya shuru kiye.</w:t>
      </w:r>
    </w:p>
    <w:p>
      <w:pPr>
        <w:jc w:val="right"/>
      </w:pPr>
      <w:r>
        <w:t>اس کے لیے اللہ تعالیٰ نے انبیاء شروع کیے۔</w:t>
      </w:r>
    </w:p>
    <w:p>
      <w:r>
        <w:rPr>
          <w:b/>
        </w:rPr>
        <w:t xml:space="preserve">[08:38] </w:t>
      </w:r>
      <w:r>
        <w:t>hazaron saal tak peghambar aate rahe.</w:t>
      </w:r>
    </w:p>
    <w:p>
      <w:pPr>
        <w:jc w:val="right"/>
      </w:pPr>
      <w:r>
        <w:t>ہزاروں سال تک پیغمبر آتے رہے۔</w:t>
      </w:r>
    </w:p>
    <w:p>
      <w:r>
        <w:rPr>
          <w:b/>
        </w:rPr>
        <w:t xml:space="preserve">[08:44] </w:t>
      </w:r>
      <w:r>
        <w:t>lekin kya hua? ke peghambar ke zamane mein dawah, dawah yani logon ko batane ka, jis ko Quran</w:t>
      </w:r>
    </w:p>
    <w:p>
      <w:pPr>
        <w:jc w:val="right"/>
      </w:pPr>
      <w:r>
        <w:t>لیکن کیا ہوا؟ کہ پیغمبر کے زمانے میں دعوت، دعوت یعنی لوگوں کو بتانے کا، جس کو قرآن</w:t>
      </w:r>
    </w:p>
    <w:p>
      <w:r>
        <w:rPr>
          <w:b/>
        </w:rPr>
        <w:t xml:space="preserve">[08:49] </w:t>
      </w:r>
      <w:r>
        <w:t>mein kaha gaya hai inzar aur taseer, yani logon ko batana, warn karna, is ka jo amal tha,</w:t>
      </w:r>
    </w:p>
    <w:p>
      <w:pPr>
        <w:jc w:val="right"/>
      </w:pPr>
      <w:r>
        <w:t>میں کہا گیا ہے انذار اور تفسیر، یعنی لوگوں کو بتانا، وارن کرنا، اس کا جو عمل تھا،</w:t>
      </w:r>
    </w:p>
    <w:p>
      <w:r>
        <w:rPr>
          <w:b/>
        </w:rPr>
        <w:t xml:space="preserve">[08:55] </w:t>
      </w:r>
      <w:r>
        <w:t>woh individual level par hua.</w:t>
      </w:r>
    </w:p>
    <w:p>
      <w:pPr>
        <w:jc w:val="right"/>
      </w:pPr>
      <w:r>
        <w:t>وہ انڈیویجول لیول پر ہوا۔</w:t>
      </w:r>
    </w:p>
    <w:p>
      <w:r>
        <w:rPr>
          <w:b/>
        </w:rPr>
        <w:t xml:space="preserve">[09:01] </w:t>
      </w:r>
      <w:r>
        <w:t>bas individual level par.</w:t>
      </w:r>
    </w:p>
    <w:p>
      <w:pPr>
        <w:jc w:val="right"/>
      </w:pPr>
      <w:r>
        <w:t>بس انڈیویجول لیول پر۔</w:t>
      </w:r>
    </w:p>
    <w:p>
      <w:r>
        <w:rPr>
          <w:b/>
        </w:rPr>
        <w:t xml:space="preserve">[09:07] </w:t>
      </w:r>
      <w:r>
        <w:t>woh ijtamai level par na ho saka.</w:t>
      </w:r>
    </w:p>
    <w:p>
      <w:pPr>
        <w:jc w:val="right"/>
      </w:pPr>
      <w:r>
        <w:t>وہ اجتماعی لیول پر نہ ہو سکا۔</w:t>
      </w:r>
    </w:p>
    <w:p>
      <w:r>
        <w:rPr>
          <w:b/>
        </w:rPr>
        <w:t xml:space="preserve">[09:13] </w:t>
      </w:r>
      <w:r>
        <w:t>aur woh mazeed ek woh local level par tha.</w:t>
      </w:r>
    </w:p>
    <w:p>
      <w:pPr>
        <w:jc w:val="right"/>
      </w:pPr>
      <w:r>
        <w:t>اور وہ مزید ایک وہ لوکل لیول پر تھا۔</w:t>
      </w:r>
    </w:p>
    <w:p>
      <w:r>
        <w:rPr>
          <w:b/>
        </w:rPr>
        <w:t xml:space="preserve">[09:19] </w:t>
      </w:r>
      <w:r>
        <w:t>yani local level par individual logon ko batate rahe.</w:t>
      </w:r>
    </w:p>
    <w:p>
      <w:pPr>
        <w:jc w:val="right"/>
      </w:pPr>
      <w:r>
        <w:t>یعنی لوکل لیول پر انڈیویجول لوگوں کو بتاتے رہے۔</w:t>
      </w:r>
    </w:p>
    <w:p>
      <w:r>
        <w:rPr>
          <w:b/>
        </w:rPr>
        <w:t xml:space="preserve">[09:25] </w:t>
      </w:r>
      <w:r>
        <w:t>ab Allah taala ka matloob tha ke ek global level par yeh kaam ho.</w:t>
      </w:r>
    </w:p>
    <w:p>
      <w:pPr>
        <w:jc w:val="right"/>
      </w:pPr>
      <w:r>
        <w:t>اب اللہ تعالیٰ کا مطلوب تھا کہ ایک گلوبل لیول پر یہ کام ہو۔</w:t>
      </w:r>
    </w:p>
    <w:p>
      <w:r>
        <w:rPr>
          <w:b/>
        </w:rPr>
        <w:t xml:space="preserve">[09:30] </w:t>
      </w:r>
      <w:r>
        <w:t>yeh kaam global level par ho.</w:t>
      </w:r>
    </w:p>
    <w:p>
      <w:pPr>
        <w:jc w:val="right"/>
      </w:pPr>
      <w:r>
        <w:t>یہ کام گلوبل لیول پر ہو۔</w:t>
      </w:r>
    </w:p>
    <w:p>
      <w:r>
        <w:rPr>
          <w:b/>
        </w:rPr>
        <w:t xml:space="preserve">[09:36] </w:t>
      </w:r>
      <w:r>
        <w:t>individual level par ya local level par nahin.</w:t>
      </w:r>
    </w:p>
    <w:p>
      <w:pPr>
        <w:jc w:val="right"/>
      </w:pPr>
      <w:r>
        <w:t>انڈیویجول لیول پر یا لوکل لیول پر نہیں۔</w:t>
      </w:r>
    </w:p>
    <w:p>
      <w:r>
        <w:rPr>
          <w:b/>
        </w:rPr>
        <w:t xml:space="preserve">[09:42] </w:t>
      </w:r>
      <w:r>
        <w:t>lekin global level par daawa work karne ke liye Allah ko manage karna tha insan ki azaadi ko.</w:t>
      </w:r>
    </w:p>
    <w:p>
      <w:pPr>
        <w:jc w:val="right"/>
      </w:pPr>
      <w:r>
        <w:t>لیکن گلوبل لیول پر دعویٰ ورک کرنے کے لیے اللہ کو مینیج کرنا تھا انسان کی آزادی کو۔</w:t>
      </w:r>
    </w:p>
    <w:p>
      <w:r>
        <w:rPr>
          <w:b/>
        </w:rPr>
        <w:t xml:space="preserve">[09:48] </w:t>
      </w:r>
      <w:r>
        <w:t>ایسا نہیں تھا کہ abruptly وہ فرشتوں سے کہے کہ جاؤ اس کو گلوبل بنا دو۔</w:t>
      </w:r>
    </w:p>
    <w:p>
      <w:pPr>
        <w:jc w:val="right"/>
      </w:pPr>
      <w:r>
        <w:t>ایسا نہیں تھا کہ ابریٹلی وہ سورشتوں سے کہے کہ جاؤ اس کو گلوبل بنا دو۔</w:t>
      </w:r>
    </w:p>
    <w:p>
      <w:r>
        <w:rPr>
          <w:b/>
        </w:rPr>
        <w:t xml:space="preserve">[09:54] </w:t>
      </w:r>
      <w:r>
        <w:t>aisa nahin ho sakta.</w:t>
      </w:r>
    </w:p>
    <w:p>
      <w:pPr>
        <w:jc w:val="right"/>
      </w:pPr>
      <w:r>
        <w:t>ایسا نہیں ہو سکتا۔</w:t>
      </w:r>
    </w:p>
    <w:p>
      <w:r>
        <w:rPr>
          <w:b/>
        </w:rPr>
        <w:t xml:space="preserve">[10:00] </w:t>
      </w:r>
      <w:r>
        <w:t>to ek lamba process chala gaya jis mein paanch hazaar saal lag gaye.</w:t>
      </w:r>
    </w:p>
    <w:p>
      <w:pPr>
        <w:jc w:val="right"/>
      </w:pPr>
      <w:r>
        <w:t>تو ایک لمبا پروسیس چلا گیا جس میں پانچ ہزار سال لگ گئے۔</w:t>
      </w:r>
    </w:p>
    <w:p>
      <w:r>
        <w:rPr>
          <w:b/>
        </w:rPr>
        <w:t xml:space="preserve">[10:06] </w:t>
      </w:r>
      <w:r>
        <w:t>yeh process shuru hua Hazrat Ibrahim ke zamane se. zamane mein.</w:t>
      </w:r>
    </w:p>
    <w:p>
      <w:pPr>
        <w:jc w:val="right"/>
      </w:pPr>
      <w:r>
        <w:t>یہ پروسیس شروع ہوا حضرت ابراہیم کے زمانے سے۔ زمانے میں۔</w:t>
      </w:r>
    </w:p>
    <w:p>
      <w:r>
        <w:rPr>
          <w:b/>
        </w:rPr>
        <w:t xml:space="preserve">[10:11] </w:t>
      </w:r>
      <w:r>
        <w:t>to Ibrahim, un ke bete Ismail, un ke biwi Hajra, yeh un ki jo family thi, use kaha</w:t>
      </w:r>
    </w:p>
    <w:p>
      <w:pPr>
        <w:jc w:val="right"/>
      </w:pPr>
      <w:r>
        <w:t>تو ابراہیم، ان کے بیٹے اسماعیل، ان کے بیوی ہاجرہ، یہ ان کی جو فیملی تھی، اسے کہا</w:t>
      </w:r>
    </w:p>
    <w:p>
      <w:r>
        <w:rPr>
          <w:b/>
        </w:rPr>
        <w:t xml:space="preserve">[10:17] </w:t>
      </w:r>
      <w:r>
        <w:t>gaya ke tum ja kar ke Makkah ke desert mein raho.</w:t>
      </w:r>
    </w:p>
    <w:p>
      <w:pPr>
        <w:jc w:val="right"/>
      </w:pPr>
      <w:r>
        <w:t>گیا کہ تم جا کر کے مکہ کے ڈیزرٹ میں رہو۔</w:t>
      </w:r>
    </w:p>
    <w:p>
      <w:r>
        <w:rPr>
          <w:b/>
        </w:rPr>
        <w:t xml:space="preserve">[10:23] </w:t>
      </w:r>
      <w:r>
        <w:t>yaani wahan kuch bhi nahin, pani bhi nahin.</w:t>
      </w:r>
    </w:p>
    <w:p>
      <w:pPr>
        <w:jc w:val="right"/>
      </w:pPr>
      <w:r>
        <w:t>یعنی وہاں کچھ بھی نہیں، پانی بھی نہیں۔</w:t>
      </w:r>
    </w:p>
    <w:p>
      <w:r>
        <w:rPr>
          <w:b/>
        </w:rPr>
        <w:t xml:space="preserve">[10:29] </w:t>
      </w:r>
      <w:r>
        <w:t>koi khane peene ka nahin.</w:t>
      </w:r>
    </w:p>
    <w:p>
      <w:pPr>
        <w:jc w:val="right"/>
      </w:pPr>
      <w:r>
        <w:t>کوئی کھانے پینے کا نہیں۔</w:t>
      </w:r>
    </w:p>
    <w:p>
      <w:r>
        <w:rPr>
          <w:b/>
        </w:rPr>
        <w:t xml:space="preserve">[10:35] </w:t>
      </w:r>
      <w:r>
        <w:t>koi ghar nahin, koi koi saamaan nahin.</w:t>
      </w:r>
    </w:p>
    <w:p>
      <w:pPr>
        <w:jc w:val="right"/>
      </w:pPr>
      <w:r>
        <w:t>کوئی گھر نہیں، کوئی کوئی سامان نہیں۔</w:t>
      </w:r>
    </w:p>
    <w:p>
      <w:r>
        <w:rPr>
          <w:b/>
        </w:rPr>
        <w:t xml:space="preserve">[10:41] </w:t>
      </w:r>
      <w:r>
        <w:t>kaha ke ja ke wahan raho.</w:t>
      </w:r>
    </w:p>
    <w:p>
      <w:pPr>
        <w:jc w:val="right"/>
      </w:pPr>
      <w:r>
        <w:t>کہا کہ جا کے وہاں رہو۔</w:t>
      </w:r>
    </w:p>
    <w:p>
      <w:r>
        <w:rPr>
          <w:b/>
        </w:rPr>
        <w:t xml:space="preserve">[10:47] </w:t>
      </w:r>
      <w:r>
        <w:t>That was a desert crusade.</w:t>
      </w:r>
    </w:p>
    <w:p>
      <w:pPr>
        <w:jc w:val="right"/>
      </w:pPr>
      <w:r>
        <w:t>That was a desert crusade.</w:t>
      </w:r>
    </w:p>
    <w:p>
      <w:r>
        <w:rPr>
          <w:b/>
        </w:rPr>
        <w:t xml:space="preserve">[10:52] </w:t>
      </w:r>
      <w:r>
        <w:t>yaani beginning jo hui hai woh hai desert crusade.</w:t>
      </w:r>
    </w:p>
    <w:p>
      <w:pPr>
        <w:jc w:val="right"/>
      </w:pPr>
      <w:r>
        <w:t>یعنی بگننگ جو ہوئی ہے وہ ہے ڈیزرٹ کروسیڈ۔</w:t>
      </w:r>
    </w:p>
    <w:p>
      <w:r>
        <w:rPr>
          <w:b/>
        </w:rPr>
        <w:t xml:space="preserve">[10:58] </w:t>
      </w:r>
      <w:r>
        <w:t>yaani desert ke level par jihad.</w:t>
      </w:r>
    </w:p>
    <w:p>
      <w:pPr>
        <w:jc w:val="right"/>
      </w:pPr>
      <w:r>
        <w:t>یعنی ڈیزرٹ کے لیول پر جہاد۔</w:t>
      </w:r>
    </w:p>
    <w:p>
      <w:r>
        <w:rPr>
          <w:b/>
        </w:rPr>
        <w:t xml:space="preserve">[11:04] </w:t>
      </w:r>
      <w:r>
        <w:t>to Allah taala ki jo next planning hui, yaani anbiya ke baad, woh shuru hui desert se.</w:t>
      </w:r>
    </w:p>
    <w:p>
      <w:pPr>
        <w:jc w:val="right"/>
      </w:pPr>
      <w:r>
        <w:t>تو اللہ تعالیٰ کی جو نیکسٹ پلاننگ ہوئی، یعنی انبیاء کے بعد، وہ شروع ہوئی ڈیزرٹ سے۔</w:t>
      </w:r>
    </w:p>
    <w:p>
      <w:r>
        <w:rPr>
          <w:b/>
        </w:rPr>
        <w:t xml:space="preserve">[11:10] </w:t>
      </w:r>
      <w:r>
        <w:t>is ko main keh sakta hoon ke That was a desert crusade.</w:t>
      </w:r>
    </w:p>
    <w:p>
      <w:pPr>
        <w:jc w:val="right"/>
      </w:pPr>
      <w:r>
        <w:t>اس کو میں کہہ سکتا ہوں کہ That was a desert crusade.</w:t>
      </w:r>
    </w:p>
    <w:p>
      <w:r>
        <w:rPr>
          <w:b/>
        </w:rPr>
        <w:t xml:space="preserve">[11:16] </w:t>
      </w:r>
      <w:r>
        <w:t>phir kya hua? ke taqreeban do hazaar saal ki muddat mein jo wahan par log paida hue aur</w:t>
      </w:r>
    </w:p>
    <w:p>
      <w:pPr>
        <w:jc w:val="right"/>
      </w:pPr>
      <w:r>
        <w:t>پھر کیا ہوا؟ کہ تقریباً دو ہزار سال کی مدت میں جو وہاں پر لوگ پیدا ہوئے اور</w:t>
      </w:r>
    </w:p>
    <w:p>
      <w:r>
        <w:rPr>
          <w:b/>
        </w:rPr>
        <w:t xml:space="preserve">[11:22] </w:t>
      </w:r>
      <w:r>
        <w:t>wo ek ek nayi qaum bani.</w:t>
      </w:r>
    </w:p>
    <w:p>
      <w:pPr>
        <w:jc w:val="right"/>
      </w:pPr>
      <w:r>
        <w:t>وہ ایک ایک نئی قوم بنی۔</w:t>
      </w:r>
    </w:p>
    <w:p>
      <w:r>
        <w:rPr>
          <w:b/>
        </w:rPr>
        <w:t xml:space="preserve">[11:28] </w:t>
      </w:r>
      <w:r>
        <w:t>to hote hote hote woh jo teen aadmi the, us se bohat saare log bane.</w:t>
      </w:r>
    </w:p>
    <w:p>
      <w:pPr>
        <w:jc w:val="right"/>
      </w:pPr>
      <w:r>
        <w:t>تو ہوتے ہوتے ہوتے وہ جو تین آدمی تھے، اس سے بہت سارے لوگ بنے۔</w:t>
      </w:r>
    </w:p>
    <w:p>
      <w:r>
        <w:rPr>
          <w:b/>
        </w:rPr>
        <w:t xml:space="preserve">[11:34] </w:t>
      </w:r>
      <w:r>
        <w:t>ek poora group bana.</w:t>
      </w:r>
    </w:p>
    <w:p>
      <w:pPr>
        <w:jc w:val="right"/>
      </w:pPr>
      <w:r>
        <w:t>ایک پورا گروپ بنا۔</w:t>
      </w:r>
    </w:p>
    <w:p>
      <w:r>
        <w:rPr>
          <w:b/>
        </w:rPr>
        <w:t xml:space="preserve">[11:39] </w:t>
      </w:r>
      <w:r>
        <w:t>us ko hum kehte hain Bani Ismail.</w:t>
      </w:r>
    </w:p>
    <w:p>
      <w:pPr>
        <w:jc w:val="right"/>
      </w:pPr>
      <w:r>
        <w:t>اس کو ہم کہتے ہیں بنو اسماعیل۔</w:t>
      </w:r>
    </w:p>
    <w:p>
      <w:r>
        <w:rPr>
          <w:b/>
        </w:rPr>
        <w:t xml:space="preserve">[11:45] </w:t>
      </w:r>
      <w:r>
        <w:t>to Makkah mein aur Makkah ke aas paas jo duniya hai, Arab mein, woh phailay.</w:t>
      </w:r>
    </w:p>
    <w:p>
      <w:pPr>
        <w:jc w:val="right"/>
      </w:pPr>
      <w:r>
        <w:t>تو مکہ میں اور مکہ کے آس پاس جو دنیا ہے، عرب میں، وہ پھیلے۔</w:t>
      </w:r>
    </w:p>
    <w:p>
      <w:r>
        <w:rPr>
          <w:b/>
        </w:rPr>
        <w:t xml:space="preserve">[11:51] </w:t>
      </w:r>
      <w:r>
        <w:t>to desert crusade ke zariye se ek nation bani.</w:t>
      </w:r>
    </w:p>
    <w:p>
      <w:pPr>
        <w:jc w:val="right"/>
      </w:pPr>
      <w:r>
        <w:t>تو ڈیزرٹ کروسیڈ کے ذریعے سے ایک نیشن بنی۔</w:t>
      </w:r>
    </w:p>
    <w:p>
      <w:r>
        <w:rPr>
          <w:b/>
        </w:rPr>
        <w:t xml:space="preserve">[11:57] </w:t>
      </w:r>
      <w:r>
        <w:t>jis ko ke historian kehte hain nation of heroes.</w:t>
      </w:r>
    </w:p>
    <w:p>
      <w:pPr>
        <w:jc w:val="right"/>
      </w:pPr>
      <w:r>
        <w:t>جس کو کہ ہسٹورین کہتے ہیں نیشن آف ہیروز۔</w:t>
      </w:r>
    </w:p>
    <w:p>
      <w:r>
        <w:rPr>
          <w:b/>
        </w:rPr>
        <w:t xml:space="preserve">[12:03] </w:t>
      </w:r>
      <w:r>
        <w:t>kyunke bohat zabardast log thay woh.</w:t>
      </w:r>
    </w:p>
    <w:p>
      <w:pPr>
        <w:jc w:val="right"/>
      </w:pPr>
      <w:r>
        <w:t>کیونکہ بہت زبردست لوگ تھے وہ۔</w:t>
      </w:r>
    </w:p>
    <w:p>
      <w:r>
        <w:rPr>
          <w:b/>
        </w:rPr>
        <w:t xml:space="preserve">[12:09] </w:t>
      </w:r>
      <w:r>
        <w:t>woh jo nature mein, desert mein, un ke jo banaya gaya tha, un ko is ki waja se</w:t>
      </w:r>
    </w:p>
    <w:p>
      <w:pPr>
        <w:jc w:val="right"/>
      </w:pPr>
      <w:r>
        <w:t>وہ جو نیچر میں، ڈیزرٹ میں، ان کے جو بنایا گیا تھا، ان کو اس کی وجہ سے</w:t>
      </w:r>
    </w:p>
    <w:p>
      <w:r>
        <w:rPr>
          <w:b/>
        </w:rPr>
        <w:t xml:space="preserve">[12:15] </w:t>
      </w:r>
      <w:r>
        <w:t>un ka bohat hi special qualities theen. special qualities.</w:t>
      </w:r>
    </w:p>
    <w:p>
      <w:pPr>
        <w:jc w:val="right"/>
      </w:pPr>
      <w:r>
        <w:t>ان کا بہت ہی اسپیشل کوالٹیز تھیں۔ اسپیشل کوالٹیز۔</w:t>
      </w:r>
    </w:p>
    <w:p>
      <w:r>
        <w:rPr>
          <w:b/>
        </w:rPr>
        <w:t xml:space="preserve">[12:20] </w:t>
      </w:r>
      <w:r>
        <w:t>toh woh banay.</w:t>
      </w:r>
    </w:p>
    <w:p>
      <w:pPr>
        <w:jc w:val="right"/>
      </w:pPr>
      <w:r>
        <w:t>تو وہ بنے۔</w:t>
      </w:r>
    </w:p>
    <w:p>
      <w:r>
        <w:rPr>
          <w:b/>
        </w:rPr>
        <w:t xml:space="preserve">[12:26] </w:t>
      </w:r>
      <w:r>
        <w:t>ab is ko phir Rasool Allah ne istemal kiya.</w:t>
      </w:r>
    </w:p>
    <w:p>
      <w:pPr>
        <w:jc w:val="right"/>
      </w:pPr>
      <w:r>
        <w:t>اب اس کو پھر رسول اللہ نے استعمال کیا۔</w:t>
      </w:r>
    </w:p>
    <w:p>
      <w:r>
        <w:rPr>
          <w:b/>
        </w:rPr>
        <w:t xml:space="preserve">[12:32] </w:t>
      </w:r>
      <w:r>
        <w:t>un mein dawat aur tablegh kar ke aik team banai.</w:t>
      </w:r>
    </w:p>
    <w:p>
      <w:pPr>
        <w:jc w:val="right"/>
      </w:pPr>
      <w:r>
        <w:t>ان میں دعوت اور تبلیغ کر کے ایک ٹیم بنائی۔</w:t>
      </w:r>
    </w:p>
    <w:p>
      <w:r>
        <w:rPr>
          <w:b/>
        </w:rPr>
        <w:t xml:space="preserve">[12:38] </w:t>
      </w:r>
      <w:r>
        <w:t>is team ne aik kaam kiya.</w:t>
      </w:r>
    </w:p>
    <w:p>
      <w:pPr>
        <w:jc w:val="right"/>
      </w:pPr>
      <w:r>
        <w:t>اس ٹیم نے ایک کام کیا۔</w:t>
      </w:r>
    </w:p>
    <w:p>
      <w:r>
        <w:rPr>
          <w:b/>
        </w:rPr>
        <w:t xml:space="preserve">[12:44] </w:t>
      </w:r>
      <w:r>
        <w:t>is ne kiya kiya? ke is zamanay mein hazaron saal ke andar duniya mein aik culture develop ho gaya tha.</w:t>
      </w:r>
    </w:p>
    <w:p>
      <w:pPr>
        <w:jc w:val="right"/>
      </w:pPr>
      <w:r>
        <w:t>اس نے کیا کیا؟ کہ اس زمانے میں ہزاروں سال کے اندر دنیا میں ایک کلچر ڈیولپ ہو گیا تھا۔</w:t>
      </w:r>
    </w:p>
    <w:p>
      <w:r>
        <w:rPr>
          <w:b/>
        </w:rPr>
        <w:t xml:space="preserve">[12:50] </w:t>
      </w:r>
      <w:r>
        <w:t>jis mein ke tribes mein chief hua karte thay.</w:t>
      </w:r>
    </w:p>
    <w:p>
      <w:pPr>
        <w:jc w:val="right"/>
      </w:pPr>
      <w:r>
        <w:t>جس میں کہ ٹرائبز میں چیف ہوا کرتے تھے۔</w:t>
      </w:r>
    </w:p>
    <w:p>
      <w:r>
        <w:rPr>
          <w:b/>
        </w:rPr>
        <w:t xml:space="preserve">[12:56] </w:t>
      </w:r>
      <w:r>
        <w:t>aur king hua karte thay, emperor hua karte thay.</w:t>
      </w:r>
    </w:p>
    <w:p>
      <w:pPr>
        <w:jc w:val="right"/>
      </w:pPr>
      <w:r>
        <w:t>اور کنگ ہوا کرتے تھے، ایمپرر ہوا کرتے تھے۔</w:t>
      </w:r>
    </w:p>
    <w:p>
      <w:r>
        <w:rPr>
          <w:b/>
        </w:rPr>
        <w:t xml:space="preserve">[13:01] </w:t>
      </w:r>
      <w:r>
        <w:t>unhon ne duniya mein despotism chala diya tha. despotism.</w:t>
      </w:r>
    </w:p>
    <w:p>
      <w:pPr>
        <w:jc w:val="right"/>
      </w:pPr>
      <w:r>
        <w:t>انہوں نے دنیا میں ڈسپارٹزم چلا دیا تھا۔ ڈسپارٹزم۔</w:t>
      </w:r>
    </w:p>
    <w:p>
      <w:r>
        <w:rPr>
          <w:b/>
        </w:rPr>
        <w:t xml:space="preserve">[13:07] </w:t>
      </w:r>
      <w:r>
        <w:t>yani woh chahte thay ke hamari hukumat ho.</w:t>
      </w:r>
    </w:p>
    <w:p>
      <w:pPr>
        <w:jc w:val="right"/>
      </w:pPr>
      <w:r>
        <w:t>یعنی وہ چاہتے تھے کہ ہماری حکومت ہو۔</w:t>
      </w:r>
    </w:p>
    <w:p>
      <w:r>
        <w:rPr>
          <w:b/>
        </w:rPr>
        <w:t xml:space="preserve">[13:13] </w:t>
      </w:r>
      <w:r>
        <w:t>toh woh kisi qism ke dissent ko bardasht nahi karte thay.</w:t>
      </w:r>
    </w:p>
    <w:p>
      <w:pPr>
        <w:jc w:val="right"/>
      </w:pPr>
      <w:r>
        <w:t>تو وہ کسی قسم کے ڈیسنٹ کو برداشت نہیں کرتے تھے۔</w:t>
      </w:r>
    </w:p>
    <w:p>
      <w:r>
        <w:rPr>
          <w:b/>
        </w:rPr>
        <w:t xml:space="preserve">[13:19] </w:t>
      </w:r>
      <w:r>
        <w:t>yeh jo despotism tha, woh jis ko hum kingship ya empire kehte hain, woh despotism tha.</w:t>
      </w:r>
    </w:p>
    <w:p>
      <w:pPr>
        <w:jc w:val="right"/>
      </w:pPr>
      <w:r>
        <w:t>یہ جو ڈسپارٹزم تھا، وہ جس کو ہم کنگ شپ یا ایمپائر کہتے ہیں، وہ ڈسپارٹزم تھا۔</w:t>
      </w:r>
    </w:p>
    <w:p>
      <w:r>
        <w:rPr>
          <w:b/>
        </w:rPr>
        <w:t xml:space="preserve">[13:25] </w:t>
      </w:r>
      <w:r>
        <w:t>toh woh kisi qism ke dissent ko bardasht nahi karte thay.</w:t>
      </w:r>
    </w:p>
    <w:p>
      <w:pPr>
        <w:jc w:val="right"/>
      </w:pPr>
      <w:r>
        <w:t>تو وہ کسی قسم کے ڈیسنٹ کو برداشت نہیں کرتے تھے۔</w:t>
      </w:r>
    </w:p>
    <w:p>
      <w:r>
        <w:rPr>
          <w:b/>
        </w:rPr>
        <w:t xml:space="preserve">[13:31] </w:t>
      </w:r>
      <w:r>
        <w:t>kyun? un ko kahin dissent ho, lagta tha ke yeh toh hamare khilaaf rebel karein ge log, hamari</w:t>
      </w:r>
    </w:p>
    <w:p>
      <w:pPr>
        <w:jc w:val="right"/>
      </w:pPr>
      <w:r>
        <w:t>کیوں؟ ان کو کہیں ڈیسنٹ ہو، لگتا تھا کہ یہ تو ہمارے خلاف ریبل کریں گے لوگ، ہماری</w:t>
      </w:r>
    </w:p>
    <w:p>
      <w:r>
        <w:rPr>
          <w:b/>
        </w:rPr>
        <w:t xml:space="preserve">[13:37] </w:t>
      </w:r>
      <w:r>
        <w:t>hukumat khatam kar dein ge.</w:t>
      </w:r>
    </w:p>
    <w:p>
      <w:pPr>
        <w:jc w:val="right"/>
      </w:pPr>
      <w:r>
        <w:t>حکومت ختم کر دیں گے۔</w:t>
      </w:r>
    </w:p>
    <w:p>
      <w:r>
        <w:rPr>
          <w:b/>
        </w:rPr>
        <w:t xml:space="preserve">[13:42] </w:t>
      </w:r>
      <w:r>
        <w:t>aik dilchasp waqia hai ke jab Roman dakhil hue, Greece mein, Yunan mein, un ki faujen jo dakhil</w:t>
      </w:r>
    </w:p>
    <w:p>
      <w:pPr>
        <w:jc w:val="right"/>
      </w:pPr>
      <w:r>
        <w:t>ایک دلچسپ واقعہ ہے کہ جب رومن داخل ہوئے، گریس میں، یونان میں، ان کی فوجیں جو داخل</w:t>
      </w:r>
    </w:p>
    <w:p>
      <w:r>
        <w:rPr>
          <w:b/>
        </w:rPr>
        <w:t xml:space="preserve">[13:48] </w:t>
      </w:r>
      <w:r>
        <w:t>huin Yunan mein, toh unhon ne dekha ke Athens shehar ke bahir, yani khule maidan mein, aik shakhs</w:t>
      </w:r>
    </w:p>
    <w:p>
      <w:pPr>
        <w:jc w:val="right"/>
      </w:pPr>
      <w:r>
        <w:t>ہوئیں یونان میں، تو انہوں نے دیکھا کہ ایتھنز شہر کے باہر، یعنی کھلے میدان میں، ایک شخص</w:t>
      </w:r>
    </w:p>
    <w:p>
      <w:r>
        <w:rPr>
          <w:b/>
        </w:rPr>
        <w:t xml:space="preserve">[13:54] </w:t>
      </w:r>
      <w:r>
        <w:t>hai, wahan par hath se kuch lakeerein bana raha hai.</w:t>
      </w:r>
    </w:p>
    <w:p>
      <w:pPr>
        <w:jc w:val="right"/>
      </w:pPr>
      <w:r>
        <w:t>ہے، وہاں پر ہاتھ سے کچھ لکیریں بنا رہا ہے۔</w:t>
      </w:r>
    </w:p>
    <w:p>
      <w:r>
        <w:rPr>
          <w:b/>
        </w:rPr>
        <w:t xml:space="preserve">[14:00] </w:t>
      </w:r>
      <w:r>
        <w:t>toh us ko dekha unhon ne, us ko usi waqt maar diya, gardan maar di us ki.</w:t>
      </w:r>
    </w:p>
    <w:p>
      <w:pPr>
        <w:jc w:val="right"/>
      </w:pPr>
      <w:r>
        <w:t>تو اس کو دیکھا انہوں نے، اس کو اسی وقت مار دیا، گردن مار دی اس کی۔</w:t>
      </w:r>
    </w:p>
    <w:p>
      <w:r>
        <w:rPr>
          <w:b/>
        </w:rPr>
        <w:t xml:space="preserve">[14:06] </w:t>
      </w:r>
      <w:r>
        <w:t>kyunke unhon ne samjha ke koi naya plan bana raha hai.</w:t>
      </w:r>
    </w:p>
    <w:p>
      <w:pPr>
        <w:jc w:val="right"/>
      </w:pPr>
      <w:r>
        <w:t>کیونکہ انہوں نے سمجھا کہ کوئی نیا پلان بنا رہا ہے۔</w:t>
      </w:r>
    </w:p>
    <w:p>
      <w:r>
        <w:rPr>
          <w:b/>
        </w:rPr>
        <w:t xml:space="preserve">[14:12] </w:t>
      </w:r>
      <w:r>
        <w:t>halanke woh aik mathematical problem ko solve kar raha tha zameen par.</w:t>
      </w:r>
    </w:p>
    <w:p>
      <w:pPr>
        <w:jc w:val="right"/>
      </w:pPr>
      <w:r>
        <w:t>حالانکہ وہ ایک میتھمیٹیکل پرابلم کو سالو کر رہا تھا زمین پر۔</w:t>
      </w:r>
    </w:p>
    <w:p>
      <w:r>
        <w:rPr>
          <w:b/>
        </w:rPr>
        <w:t xml:space="preserve">[14:18] </w:t>
      </w:r>
      <w:r>
        <w:t>woh aik mathematical calculation kar raha tha zameen par.</w:t>
      </w:r>
    </w:p>
    <w:p>
      <w:pPr>
        <w:jc w:val="right"/>
      </w:pPr>
      <w:r>
        <w:t>وہ ایک میتھمیٹیکل کیلکولیشن کر رہا تھا زمین پر۔</w:t>
      </w:r>
    </w:p>
    <w:p>
      <w:r>
        <w:rPr>
          <w:b/>
        </w:rPr>
        <w:t xml:space="preserve">[14:23] </w:t>
      </w:r>
      <w:r>
        <w:t>aur us ki gardan maar di.</w:t>
      </w:r>
    </w:p>
    <w:p>
      <w:pPr>
        <w:jc w:val="right"/>
      </w:pPr>
      <w:r>
        <w:t>اور اس کی گردن مار دی۔</w:t>
      </w:r>
    </w:p>
    <w:p>
      <w:r>
        <w:rPr>
          <w:b/>
        </w:rPr>
        <w:t xml:space="preserve">[14:29] </w:t>
      </w:r>
      <w:r>
        <w:t>kyunke dispartism jo tha, dispartic king jo hua karte the, woh kisi qism ke discent ko, opposition ko</w:t>
      </w:r>
    </w:p>
    <w:p>
      <w:pPr>
        <w:jc w:val="right"/>
      </w:pPr>
      <w:r>
        <w:t>کیونکہ ڈسپارٹزم جو تھا، ڈسپارٹک کنگ جو ہوا کرتے تھے، وہ کسی قسم کے ڈیسنٹ کو، اپوزیشن کو</w:t>
      </w:r>
    </w:p>
    <w:p>
      <w:r>
        <w:rPr>
          <w:b/>
        </w:rPr>
        <w:t xml:space="preserve">[14:35] </w:t>
      </w:r>
      <w:r>
        <w:t>bilkul bardasht nahi karte the.</w:t>
      </w:r>
    </w:p>
    <w:p>
      <w:pPr>
        <w:jc w:val="right"/>
      </w:pPr>
      <w:r>
        <w:t>بالکل برداشت نہیں کرتے تھے۔</w:t>
      </w:r>
    </w:p>
    <w:p>
      <w:r>
        <w:rPr>
          <w:b/>
        </w:rPr>
        <w:t xml:space="preserve">[14:41] </w:t>
      </w:r>
      <w:r>
        <w:t>is cheez ne kiya kiya dunya mein? ek culture develop hua jismein sirf king ki rai hai</w:t>
      </w:r>
    </w:p>
    <w:p>
      <w:pPr>
        <w:jc w:val="right"/>
      </w:pPr>
      <w:r>
        <w:t>اس چیز نے کیا کیا دنیا میں؟ ایک کلچر ڈیولپ ہوا جس میں صرف کنگ کی رائے ہے</w:t>
      </w:r>
    </w:p>
    <w:p>
      <w:r>
        <w:rPr>
          <w:b/>
        </w:rPr>
        <w:t xml:space="preserve">[14:47] </w:t>
      </w:r>
      <w:r>
        <w:t>aur doosron ki koi rai nahi hai.</w:t>
      </w:r>
    </w:p>
    <w:p>
      <w:pPr>
        <w:jc w:val="right"/>
      </w:pPr>
      <w:r>
        <w:t>اور دوسروں کی کوئی رائے نہیں ہے۔</w:t>
      </w:r>
    </w:p>
    <w:p>
      <w:r>
        <w:rPr>
          <w:b/>
        </w:rPr>
        <w:t xml:space="preserve">[14:53] </w:t>
      </w:r>
      <w:r>
        <w:t>toh jo equation bana, equation, woh tha ruler aur ruled, hakim aur mahkoom, yeh equation bana.</w:t>
      </w:r>
    </w:p>
    <w:p>
      <w:pPr>
        <w:jc w:val="right"/>
      </w:pPr>
      <w:r>
        <w:t>تو جو ایکویشن بنا، ایکویشن، وہ تھا رولر اور رولڈ، حاکم اور محکوم، یہ ایکویشن بنا۔</w:t>
      </w:r>
    </w:p>
    <w:p>
      <w:r>
        <w:rPr>
          <w:b/>
        </w:rPr>
        <w:t xml:space="preserve">[14:59] </w:t>
      </w:r>
      <w:r>
        <w:t>yeh equation hazaron saal tak chalta raha.</w:t>
      </w:r>
    </w:p>
    <w:p>
      <w:pPr>
        <w:jc w:val="right"/>
      </w:pPr>
      <w:r>
        <w:t>یہ ایکویشن ہزاروں سال تک چلتا رہا۔</w:t>
      </w:r>
    </w:p>
    <w:p>
      <w:r>
        <w:rPr>
          <w:b/>
        </w:rPr>
        <w:t xml:space="preserve">[15:04] </w:t>
      </w:r>
      <w:r>
        <w:t>yeh Allah taala ke is q of things jo hai, is ko abalish karne ka matlab tha.</w:t>
      </w:r>
    </w:p>
    <w:p>
      <w:pPr>
        <w:jc w:val="right"/>
      </w:pPr>
      <w:r>
        <w:t>یہ اللہ تعالیٰ کے اس کیو آف تھنگز جو ہے، اس کو ابالش کرنے کا معنی تھا۔</w:t>
      </w:r>
    </w:p>
    <w:p>
      <w:r>
        <w:rPr>
          <w:b/>
        </w:rPr>
        <w:t xml:space="preserve">[15:10] </w:t>
      </w:r>
      <w:r>
        <w:t>abalish karne ka matlab tha.</w:t>
      </w:r>
    </w:p>
    <w:p>
      <w:pPr>
        <w:jc w:val="right"/>
      </w:pPr>
      <w:r>
        <w:t>ابالش کرنے کا معنی تھا۔</w:t>
      </w:r>
    </w:p>
    <w:p>
      <w:r>
        <w:rPr>
          <w:b/>
        </w:rPr>
        <w:t xml:space="preserve">[15:16] </w:t>
      </w:r>
      <w:r>
        <w:t>aur is ka ek misaal hai nasee.</w:t>
      </w:r>
    </w:p>
    <w:p>
      <w:pPr>
        <w:jc w:val="right"/>
      </w:pPr>
      <w:r>
        <w:t>اور اس کا ایک مثال ہے نسی۔</w:t>
      </w:r>
    </w:p>
    <w:p>
      <w:r>
        <w:rPr>
          <w:b/>
        </w:rPr>
        <w:t xml:space="preserve">[15:22] </w:t>
      </w:r>
      <w:r>
        <w:t>arbon ne ek tareeqa nikala tha jisko nasee kehte the, yani intercalation.</w:t>
      </w:r>
    </w:p>
    <w:p>
      <w:pPr>
        <w:jc w:val="right"/>
      </w:pPr>
      <w:r>
        <w:t>عربوں نے ایک طریقہ نکالا تھا جس کو نسی کہتے تھے، یعنی انٹر کیلیشن۔</w:t>
      </w:r>
    </w:p>
    <w:p>
      <w:r>
        <w:rPr>
          <w:b/>
        </w:rPr>
        <w:t xml:space="preserve">[15:28] </w:t>
      </w:r>
      <w:r>
        <w:t>aap jante hain ke ek hai lunar calendar, ek hai solar calendar.</w:t>
      </w:r>
    </w:p>
    <w:p>
      <w:pPr>
        <w:jc w:val="right"/>
      </w:pPr>
      <w:r>
        <w:t>آپ جانتے ہیں کہ ایک ہے لیورل کیلنڈر، ایک ہے سولر کیلنڈر۔</w:t>
      </w:r>
    </w:p>
    <w:p>
      <w:r>
        <w:rPr>
          <w:b/>
        </w:rPr>
        <w:t xml:space="preserve">[15:34] </w:t>
      </w:r>
      <w:r>
        <w:t>toh dono mein farq hota hai gyarah din ka, taqreeban.</w:t>
      </w:r>
    </w:p>
    <w:p>
      <w:pPr>
        <w:jc w:val="right"/>
      </w:pPr>
      <w:r>
        <w:t>تو دونوں میں فرق ہوتا ہے گیارہ دن کا، تقریباً۔</w:t>
      </w:r>
    </w:p>
    <w:p>
      <w:r>
        <w:rPr>
          <w:b/>
        </w:rPr>
        <w:t xml:space="preserve">[15:40] </w:t>
      </w:r>
      <w:r>
        <w:t>unhon ne is ko farq ko mita kar ke lunar calendar, lunar calendar ko barabar kar diya tha.</w:t>
      </w:r>
    </w:p>
    <w:p>
      <w:pPr>
        <w:jc w:val="right"/>
      </w:pPr>
      <w:r>
        <w:t>انہوں نے اس کو فرق کو مٹا کر کے لیورل کیلنڈر، لورل کیلنڈر کو برابر کر دیا تھا۔</w:t>
      </w:r>
    </w:p>
    <w:p>
      <w:r>
        <w:rPr>
          <w:b/>
        </w:rPr>
        <w:t xml:space="preserve">[15:46] </w:t>
      </w:r>
      <w:r>
        <w:t>yani suraj ka nizam aur chand ka nizam alag alag chalta hai, barabar kar diya is ko, artificially.</w:t>
      </w:r>
    </w:p>
    <w:p>
      <w:pPr>
        <w:jc w:val="right"/>
      </w:pPr>
      <w:r>
        <w:t>یعنی سورج کا نظام اور چاند کا نظام الگ الگ چلتا ہے، برابر کر دیا اس کو، آرٹیفیشلی۔</w:t>
      </w:r>
    </w:p>
    <w:p>
      <w:r>
        <w:rPr>
          <w:b/>
        </w:rPr>
        <w:t xml:space="preserve">[15:51] </w:t>
      </w:r>
      <w:r>
        <w:t>That was an intervention in the nature toh Allah taala ko yeh manzoor nahi ke koi shakhs nature</w:t>
      </w:r>
    </w:p>
    <w:p>
      <w:pPr>
        <w:jc w:val="right"/>
      </w:pPr>
      <w:r>
        <w:t>That was an intervention in the nature تو اللہ تعالیٰ کو یہ منظور نہیں کہ کوئی شخص نیچر</w:t>
      </w:r>
    </w:p>
    <w:p>
      <w:r>
        <w:rPr>
          <w:b/>
        </w:rPr>
        <w:t xml:space="preserve">[15:57] </w:t>
      </w:r>
      <w:r>
        <w:t>mein interview kare.</w:t>
      </w:r>
    </w:p>
    <w:p>
      <w:pPr>
        <w:jc w:val="right"/>
      </w:pPr>
      <w:r>
        <w:t>میں انٹرویو کرے۔</w:t>
      </w:r>
    </w:p>
    <w:p>
      <w:r>
        <w:rPr>
          <w:b/>
        </w:rPr>
        <w:t xml:space="preserve">[16:03] </w:t>
      </w:r>
      <w:r>
        <w:t>aadmi yahan par khaye piye, woh apna ghar banaye, is ka toh Allah taala insaan ko allow karta hai.</w:t>
      </w:r>
    </w:p>
    <w:p>
      <w:pPr>
        <w:jc w:val="right"/>
      </w:pPr>
      <w:r>
        <w:t>آدمی یہاں پر کھائے پیئے، وہ اپنا گھر بنائے، اس کا تو اللہ تعالیٰ انسان کو الاؤ کرتا ہے۔</w:t>
      </w:r>
    </w:p>
    <w:p>
      <w:r>
        <w:rPr>
          <w:b/>
        </w:rPr>
        <w:t xml:space="preserve">[16:09] </w:t>
      </w:r>
      <w:r>
        <w:t>لیکن کوئی nature میں انٹرویو کرے، وہ allow نہیں کیا جائے گا۔</w:t>
      </w:r>
    </w:p>
    <w:p>
      <w:pPr>
        <w:jc w:val="right"/>
      </w:pPr>
      <w:r>
        <w:t>لیکن کوئی نیچر میں انٹرویو کرے، وہ الاؤ نہیں کیا جائے گا۔</w:t>
      </w:r>
    </w:p>
    <w:p>
      <w:r>
        <w:rPr>
          <w:b/>
        </w:rPr>
        <w:t xml:space="preserve">[16:15] </w:t>
      </w:r>
      <w:r>
        <w:t>toh unhon ne aisa kiya, toh Rasool Allah Salallahu Alaihi Wasallam ne is ko khatam kiya apne zamane mein.</w:t>
      </w:r>
    </w:p>
    <w:p>
      <w:pPr>
        <w:jc w:val="right"/>
      </w:pPr>
      <w:r>
        <w:t>تو انہوں نے ایسا کیا، تو رسول اللہ صلی اللہ علیہ وسلم نے اس کو ختم کیا اپنے زمانے میں۔</w:t>
      </w:r>
    </w:p>
    <w:p>
      <w:r>
        <w:rPr>
          <w:b/>
        </w:rPr>
        <w:t xml:space="preserve">[16:21] </w:t>
      </w:r>
      <w:r>
        <w:t>aap Hajjat ul Wida ki taqreer padhein toh is mein aap ne nasee ko khatam kiya.</w:t>
      </w:r>
    </w:p>
    <w:p>
      <w:pPr>
        <w:jc w:val="right"/>
      </w:pPr>
      <w:r>
        <w:t>آپ حجۃ الوداع کی تقریر پڑھیں تو اس میں آپ نے نسی کو ختم کیا۔</w:t>
      </w:r>
    </w:p>
    <w:p>
      <w:r>
        <w:rPr>
          <w:b/>
        </w:rPr>
        <w:t xml:space="preserve">[16:27] </w:t>
      </w:r>
      <w:r>
        <w:t>toh Surah Barat mein nasee ke baray mein kaha gaya hai ke إنما النسي زيادة في الكفر nasee</w:t>
      </w:r>
    </w:p>
    <w:p>
      <w:pPr>
        <w:jc w:val="right"/>
      </w:pPr>
      <w:r>
        <w:t>تو سورہ برات میں نسی کے بارے میں کہا گیا ہے کہ إنما النسی زیادة في الكفر نسی</w:t>
      </w:r>
    </w:p>
    <w:p>
      <w:r>
        <w:rPr>
          <w:b/>
        </w:rPr>
        <w:t xml:space="preserve">[16:32] </w:t>
      </w:r>
      <w:r>
        <w:t>یعنی intercalation کا طریقہ کفر میں اضافہ ہے۔</w:t>
      </w:r>
    </w:p>
    <w:p>
      <w:pPr>
        <w:jc w:val="right"/>
      </w:pPr>
      <w:r>
        <w:t>یعنی انٹر کیلیشن کا طریقہ کفر میں اضافہ ہے۔</w:t>
      </w:r>
    </w:p>
    <w:p>
      <w:r>
        <w:rPr>
          <w:b/>
        </w:rPr>
        <w:t xml:space="preserve">[16:38] </w:t>
      </w:r>
      <w:r>
        <w:t>yeh toh kufr plus hai, tum ko kufr ki hayat hai, kufr plus ki hayat nahi hai tum ko.</w:t>
      </w:r>
    </w:p>
    <w:p>
      <w:pPr>
        <w:jc w:val="right"/>
      </w:pPr>
      <w:r>
        <w:t>یہ تو کفر پلس ہے، تم کو کفر کی حیات ہے، کفر پلس کی حیات نہیں ہے تم کو۔</w:t>
      </w:r>
    </w:p>
    <w:p>
      <w:r>
        <w:rPr>
          <w:b/>
        </w:rPr>
        <w:t xml:space="preserve">[16:44] </w:t>
      </w:r>
      <w:r>
        <w:t>samajh lijiye aaj ko aap.</w:t>
      </w:r>
    </w:p>
    <w:p>
      <w:pPr>
        <w:jc w:val="right"/>
      </w:pPr>
      <w:r>
        <w:t>سمجھ لیجئے آج کو آپ۔</w:t>
      </w:r>
    </w:p>
    <w:p>
      <w:r>
        <w:rPr>
          <w:b/>
        </w:rPr>
        <w:t xml:space="preserve">[16:50] </w:t>
      </w:r>
      <w:r>
        <w:t>yani insaan ko is dunya mein kufr ki hayat hai, kufr plus ki hayat nahi hai.</w:t>
      </w:r>
    </w:p>
    <w:p>
      <w:pPr>
        <w:jc w:val="right"/>
      </w:pPr>
      <w:r>
        <w:t>یعنی انسان کو اس دنیا میں کفر کی حیات ہے، کفر پلس کی حیات نہیں ہے۔</w:t>
      </w:r>
    </w:p>
    <w:p>
      <w:r>
        <w:rPr>
          <w:b/>
        </w:rPr>
        <w:t xml:space="preserve">[16:56] </w:t>
      </w:r>
      <w:r>
        <w:t>yani khud follow kare jo chahe, jo chahe kare.</w:t>
      </w:r>
    </w:p>
    <w:p>
      <w:pPr>
        <w:jc w:val="right"/>
      </w:pPr>
      <w:r>
        <w:t>یعنی خود فالو کرے جو چاہے، جو چاہے کرے۔</w:t>
      </w:r>
    </w:p>
    <w:p>
      <w:r>
        <w:rPr>
          <w:b/>
        </w:rPr>
        <w:t xml:space="preserve">[17:02] </w:t>
      </w:r>
      <w:r>
        <w:t>اس کو اللہ تعالیٰ موقع دے گا، خود جو چاہے follow کرے اپنی personal life میں۔</w:t>
      </w:r>
    </w:p>
    <w:p>
      <w:pPr>
        <w:jc w:val="right"/>
      </w:pPr>
      <w:r>
        <w:t>اس کو اللہ تعالیٰ موقع دے گا، خود جو چاہے فالو کرے اپنی پرسنل لائف میں۔</w:t>
      </w:r>
    </w:p>
    <w:p>
      <w:r>
        <w:rPr>
          <w:b/>
        </w:rPr>
        <w:t xml:space="preserve">[17:08] </w:t>
      </w:r>
      <w:r>
        <w:t>لیکن تم nature کو بدلو، history کو بدلو، اللہ کے کسی پلان کو بدلو، اس کی حیات نہیں ہے۔</w:t>
      </w:r>
    </w:p>
    <w:p>
      <w:pPr>
        <w:jc w:val="right"/>
      </w:pPr>
      <w:r>
        <w:t>لیکن تم نیچر کو بدلو، ہسٹری کو بدلو، اللہ کے کسی پلان کو بدلو، اس کی حیات نہیں ہے۔</w:t>
      </w:r>
    </w:p>
    <w:p>
      <w:r>
        <w:rPr>
          <w:b/>
        </w:rPr>
        <w:t xml:space="preserve">[17:13] </w:t>
      </w:r>
      <w:r>
        <w:t>اس کے لیے رسول اللہ صلی اللہ علیہ وسلم کے زمانے میں ایک آپریشن چلایا گیا، operation جس</w:t>
      </w:r>
    </w:p>
    <w:p>
      <w:pPr>
        <w:jc w:val="right"/>
      </w:pPr>
      <w:r>
        <w:t>اس کے لیے رسول اللہ صلی اللہ علیہ وسلم کے زمانے میں ایک آپریشن چلایا گیا، آپریشن جس</w:t>
      </w:r>
    </w:p>
    <w:p>
      <w:r>
        <w:rPr>
          <w:b/>
        </w:rPr>
        <w:t xml:space="preserve">[17:19] </w:t>
      </w:r>
      <w:r>
        <w:t>میں king-ship کے زمانے کو ختم کیا گیا۔</w:t>
      </w:r>
    </w:p>
    <w:p>
      <w:pPr>
        <w:jc w:val="right"/>
      </w:pPr>
      <w:r>
        <w:t>میں کنگ شپ کے زمانے کو ختم کیا گیا۔</w:t>
      </w:r>
    </w:p>
    <w:p>
      <w:r>
        <w:rPr>
          <w:b/>
        </w:rPr>
        <w:t xml:space="preserve">[17:25] </w:t>
      </w:r>
      <w:r>
        <w:t>is zamane mein jo kingship ke do baray yani center the, Sasani Empire aur Byzantine Empire, dono</w:t>
      </w:r>
    </w:p>
    <w:p>
      <w:pPr>
        <w:jc w:val="right"/>
      </w:pPr>
      <w:r>
        <w:t>اس زمانے میں جو کنگ شپ کے دو بڑے یعنی سینٹر تھے، سیسانی ایمپائر اور بازنطینی ایمپائر، دونوں</w:t>
      </w:r>
    </w:p>
    <w:p>
      <w:r>
        <w:rPr>
          <w:b/>
        </w:rPr>
        <w:t xml:space="preserve">[17:31] </w:t>
      </w:r>
      <w:r>
        <w:t>ko tor diya gaya.</w:t>
      </w:r>
    </w:p>
    <w:p>
      <w:pPr>
        <w:jc w:val="right"/>
      </w:pPr>
      <w:r>
        <w:t>کو توڑ دیا گیا۔</w:t>
      </w:r>
    </w:p>
    <w:p>
      <w:r>
        <w:rPr>
          <w:b/>
        </w:rPr>
        <w:t xml:space="preserve">[17:37] </w:t>
      </w:r>
      <w:r>
        <w:t>تو کہا پہلے تھا Desert Crusade, اب ہوا Operation Crusade.</w:t>
      </w:r>
    </w:p>
    <w:p>
      <w:pPr>
        <w:jc w:val="right"/>
      </w:pPr>
      <w:r>
        <w:t>تو کہا پہلے تھا ڈیزرٹ کروسیڈ، اب ہوا آپریشن کروسیڈ۔</w:t>
      </w:r>
    </w:p>
    <w:p>
      <w:r>
        <w:rPr>
          <w:b/>
        </w:rPr>
        <w:t xml:space="preserve">[17:43] </w:t>
      </w:r>
      <w:r>
        <w:t>Operation Crusade ka matlab yeh hai ke jin logon ne kufr plus par zindagi ka nizam chala diya</w:t>
      </w:r>
    </w:p>
    <w:p>
      <w:pPr>
        <w:jc w:val="right"/>
      </w:pPr>
      <w:r>
        <w:t>آپریشن کروسیڈ کا مطلب یہ ہے کہ جن لوگوں نے کفر پلس پر زندگی کا نظام چلا دیا</w:t>
      </w:r>
    </w:p>
    <w:p>
      <w:r>
        <w:rPr>
          <w:b/>
        </w:rPr>
        <w:t xml:space="preserve">[17:49] </w:t>
      </w:r>
      <w:r>
        <w:t>تھا، یہ جو despotic kingship تھی اس کا، یہ despotic kingship جو تھی وہ کفر پلس</w:t>
      </w:r>
    </w:p>
    <w:p>
      <w:pPr>
        <w:jc w:val="right"/>
      </w:pPr>
      <w:r>
        <w:t>تھا، یہ جو ڈسپارٹک کنگ شپ تھی اس کا، یہ ڈسپارٹک کنگ شپ جو تھی وہ کفر پلس</w:t>
      </w:r>
    </w:p>
    <w:p>
      <w:r>
        <w:rPr>
          <w:b/>
        </w:rPr>
        <w:t xml:space="preserve">[17:54] </w:t>
      </w:r>
      <w:r>
        <w:t>thi, khatm kar diya.</w:t>
      </w:r>
    </w:p>
    <w:p>
      <w:pPr>
        <w:jc w:val="right"/>
      </w:pPr>
      <w:r>
        <w:t>تھی، ختم کر دیا۔</w:t>
      </w:r>
    </w:p>
    <w:p>
      <w:r>
        <w:rPr>
          <w:b/>
        </w:rPr>
        <w:t xml:space="preserve">[18:00] </w:t>
      </w:r>
      <w:r>
        <w:t>ab tareekh mein ek daur shuru hua.</w:t>
      </w:r>
    </w:p>
    <w:p>
      <w:pPr>
        <w:jc w:val="right"/>
      </w:pPr>
      <w:r>
        <w:t>اب تاریخ میں ایک دور شروع ہوا۔</w:t>
      </w:r>
    </w:p>
    <w:p>
      <w:r>
        <w:rPr>
          <w:b/>
        </w:rPr>
        <w:t xml:space="preserve">[18:06] </w:t>
      </w:r>
      <w:r>
        <w:t>dekhen, main arz kar chuka hoon ke latataqabbalna tabaqqan an tabaqin mein bataya gaya hai ke is dunya</w:t>
      </w:r>
    </w:p>
    <w:p>
      <w:pPr>
        <w:jc w:val="right"/>
      </w:pPr>
      <w:r>
        <w:t>دیکھیں، میں عرض کر چکا ہوں کہ لَتَتْقَبُّلْنَا تَبَقًّا عَنْ تَبَقٍ میں بتایا گیا ہے کہ اس دنیا</w:t>
      </w:r>
    </w:p>
    <w:p>
      <w:r>
        <w:rPr>
          <w:b/>
        </w:rPr>
        <w:t xml:space="preserve">[18:12] </w:t>
      </w:r>
      <w:r>
        <w:t>mein jo change aayega, woh gradually process ke zariye aayega.</w:t>
      </w:r>
    </w:p>
    <w:p>
      <w:pPr>
        <w:jc w:val="right"/>
      </w:pPr>
      <w:r>
        <w:t>میں جو چینج آئے گا، وہ گریجولی پروسیس کے ذریعے آئے گا۔</w:t>
      </w:r>
    </w:p>
    <w:p>
      <w:r>
        <w:rPr>
          <w:b/>
        </w:rPr>
        <w:t xml:space="preserve">[18:18] </w:t>
      </w:r>
      <w:r>
        <w:t>اچھا، اچانک نہیں آئے گا، gradually process.</w:t>
      </w:r>
    </w:p>
    <w:p>
      <w:pPr>
        <w:jc w:val="right"/>
      </w:pPr>
      <w:r>
        <w:t>اچھا، اچانک نہیں آئے گا، گریجولی پروسیس۔</w:t>
      </w:r>
    </w:p>
    <w:p>
      <w:r>
        <w:rPr>
          <w:b/>
        </w:rPr>
        <w:t xml:space="preserve">[18:24] </w:t>
      </w:r>
      <w:r>
        <w:t>تو رسول اللہ کے بعد جو آیا زمانہ، ایک gradually process چلا۔</w:t>
      </w:r>
    </w:p>
    <w:p>
      <w:pPr>
        <w:jc w:val="right"/>
      </w:pPr>
      <w:r>
        <w:t>تو رسول اللہ کے بعد جو آیا زمانہ، ایک گریجولی پروسیس چلا۔</w:t>
      </w:r>
    </w:p>
    <w:p>
      <w:r>
        <w:rPr>
          <w:b/>
        </w:rPr>
        <w:t xml:space="preserve">[18:30] </w:t>
      </w:r>
      <w:r>
        <w:t>log jo hain, jo tareekhein likh rakhi hain, logon ne samajhte hain ke bas rasool Allah ke zamane</w:t>
      </w:r>
    </w:p>
    <w:p>
      <w:pPr>
        <w:jc w:val="right"/>
      </w:pPr>
      <w:r>
        <w:t>لوگ جو ہیں، جو تاریخیں لکھ رکھی ہیں، لوگوں نے سمجھتے ہیں کہ بس رسول اللہ کے زمانے</w:t>
      </w:r>
    </w:p>
    <w:p>
      <w:r>
        <w:rPr>
          <w:b/>
        </w:rPr>
        <w:t xml:space="preserve">[18:35] </w:t>
      </w:r>
      <w:r>
        <w:t>mein sara badal gaya, sab kuch ho gaya.</w:t>
      </w:r>
    </w:p>
    <w:p>
      <w:pPr>
        <w:jc w:val="right"/>
      </w:pPr>
      <w:r>
        <w:t>میں سارا بدل گیا، سب کچھ ہو گیا۔</w:t>
      </w:r>
    </w:p>
    <w:p>
      <w:r>
        <w:rPr>
          <w:b/>
        </w:rPr>
        <w:t xml:space="preserve">[18:41] </w:t>
      </w:r>
      <w:r>
        <w:t>yeh galat tareekhein hain, yeh.</w:t>
      </w:r>
    </w:p>
    <w:p>
      <w:pPr>
        <w:jc w:val="right"/>
      </w:pPr>
      <w:r>
        <w:t>یہ غلط تاریخیں ہیں، یہ۔</w:t>
      </w:r>
    </w:p>
    <w:p>
      <w:r>
        <w:rPr>
          <w:b/>
        </w:rPr>
        <w:t xml:space="preserve">[18:47] </w:t>
      </w:r>
      <w:r>
        <w:t>رسول اللہ کے زمانے میں صرف start ہوا، ایک process جو ہے وہ شروع ہوا۔</w:t>
      </w:r>
    </w:p>
    <w:p>
      <w:pPr>
        <w:jc w:val="right"/>
      </w:pPr>
      <w:r>
        <w:t>رسول اللہ کے زمانے میں صرف اسٹارٹ ہوا، ایک پروسیس جو ہے وہ شروع ہوا۔</w:t>
      </w:r>
    </w:p>
    <w:p>
      <w:r>
        <w:rPr>
          <w:b/>
        </w:rPr>
        <w:t xml:space="preserve">[18:53] </w:t>
      </w:r>
      <w:r>
        <w:t>تو رسول اللہ کا زمانہ بتاتا ہے، یعنی starting point کیا تھا، یہ بتاتا ہے۔</w:t>
      </w:r>
    </w:p>
    <w:p>
      <w:pPr>
        <w:jc w:val="right"/>
      </w:pPr>
      <w:r>
        <w:t>تو رسول اللہ کا زمانہ بتاتا ہے، یعنی اسٹارٹنگ پوائنٹ کیا تھا، یہ بتاتا ہے۔</w:t>
      </w:r>
    </w:p>
    <w:p>
      <w:r>
        <w:rPr>
          <w:b/>
        </w:rPr>
        <w:t xml:space="preserve">[18:59] </w:t>
      </w:r>
      <w:r>
        <w:t>yeh nahi ke bas sab kuch is zamane mein ho gaya.</w:t>
      </w:r>
    </w:p>
    <w:p>
      <w:pPr>
        <w:jc w:val="right"/>
      </w:pPr>
      <w:r>
        <w:t>یہ نہیں کہ بس سب کچھ اس زمانے میں ہو گیا۔</w:t>
      </w:r>
    </w:p>
    <w:p>
      <w:r>
        <w:rPr>
          <w:b/>
        </w:rPr>
        <w:t xml:space="preserve">[19:05] </w:t>
      </w:r>
      <w:r>
        <w:t>is ke hone mein to bohat lambi muddat lagi, hazar saal se zyada.</w:t>
      </w:r>
    </w:p>
    <w:p>
      <w:pPr>
        <w:jc w:val="right"/>
      </w:pPr>
      <w:r>
        <w:t>اس کے ہونے میں تو بہت لمبی مدت لگی، ہزار سال سے زیادہ۔</w:t>
      </w:r>
    </w:p>
    <w:p>
      <w:r>
        <w:rPr>
          <w:b/>
        </w:rPr>
        <w:t xml:space="preserve">[19:11] </w:t>
      </w:r>
      <w:r>
        <w:t>to yeh shuru hua, yani desert crusade se, phir hua operation crusade, phir doosra kya hua ke musalmanon</w:t>
      </w:r>
    </w:p>
    <w:p>
      <w:pPr>
        <w:jc w:val="right"/>
      </w:pPr>
      <w:r>
        <w:t>تو یہ شروع ہوا، یعنی ڈیزرٹ کروسیڈ سے، پھر ہوا آپریشن کروسیڈ، پھر دوسرا کیا ہوا کہ مسلمانوں</w:t>
      </w:r>
    </w:p>
    <w:p>
      <w:r>
        <w:rPr>
          <w:b/>
        </w:rPr>
        <w:t xml:space="preserve">[19:17] </w:t>
      </w:r>
      <w:r>
        <w:t>ko is zamane mein mauqa mila ke woh Asia mein aur Africa mein apna empire bana dein. Empire.</w:t>
      </w:r>
    </w:p>
    <w:p>
      <w:pPr>
        <w:jc w:val="right"/>
      </w:pPr>
      <w:r>
        <w:t>کو اس زمانے میں موقع ملا کہ وہ ایشیا میں اور افریقہ میں اپنا ایمپائر بنا دیں۔ ایمپائر۔</w:t>
      </w:r>
    </w:p>
    <w:p>
      <w:r>
        <w:rPr>
          <w:b/>
        </w:rPr>
        <w:t xml:space="preserve">[19:22] </w:t>
      </w:r>
      <w:r>
        <w:t>un ka ek bohat bara empire qaim ho gaya.</w:t>
      </w:r>
    </w:p>
    <w:p>
      <w:pPr>
        <w:jc w:val="right"/>
      </w:pPr>
      <w:r>
        <w:t>ان کا ایک بہت بڑا ایمپائر قائم ہو گیا۔</w:t>
      </w:r>
    </w:p>
    <w:p>
      <w:r>
        <w:rPr>
          <w:b/>
        </w:rPr>
        <w:t xml:space="preserve">[19:28] </w:t>
      </w:r>
      <w:r>
        <w:t>jis ka ek tha Abbasid period.</w:t>
      </w:r>
    </w:p>
    <w:p>
      <w:pPr>
        <w:jc w:val="right"/>
      </w:pPr>
      <w:r>
        <w:t>جس کا ایک تھا عباسید پیریڈ۔</w:t>
      </w:r>
    </w:p>
    <w:p>
      <w:r>
        <w:rPr>
          <w:b/>
        </w:rPr>
        <w:t xml:space="preserve">[19:34] </w:t>
      </w:r>
      <w:r>
        <w:t>Abbasid period jo hai woh ek bara empire tha.</w:t>
      </w:r>
    </w:p>
    <w:p>
      <w:pPr>
        <w:jc w:val="right"/>
      </w:pPr>
      <w:r>
        <w:t>عباسید پیریڈ جو ہے وہ ایک بڑا ایمپائر تھا۔</w:t>
      </w:r>
    </w:p>
    <w:p>
      <w:r>
        <w:rPr>
          <w:b/>
        </w:rPr>
        <w:t xml:space="preserve">[19:40] </w:t>
      </w:r>
      <w:r>
        <w:t>aur aur kai empire musalmanon ke qaim hue.</w:t>
      </w:r>
    </w:p>
    <w:p>
      <w:pPr>
        <w:jc w:val="right"/>
      </w:pPr>
      <w:r>
        <w:t>اور اور کئی ایمپائر مسلمانوں کے قائم ہوئے۔</w:t>
      </w:r>
    </w:p>
    <w:p>
      <w:r>
        <w:rPr>
          <w:b/>
        </w:rPr>
        <w:t xml:space="preserve">[19:46] </w:t>
      </w:r>
      <w:r>
        <w:t>to musalmanon ka empire yahan tak barha ke jo Christians ke jo muqaddas maqamat the, holy places, is</w:t>
      </w:r>
    </w:p>
    <w:p>
      <w:pPr>
        <w:jc w:val="right"/>
      </w:pPr>
      <w:r>
        <w:t>تو مسلمانوں کا ایمپائر یہاں تک بڑھا کہ جو کرسچنز کے جو مقدس مقامات تھے، ہولی پلیسز، اس</w:t>
      </w:r>
    </w:p>
    <w:p>
      <w:r>
        <w:rPr>
          <w:b/>
        </w:rPr>
        <w:t xml:space="preserve">[19:52] </w:t>
      </w:r>
      <w:r>
        <w:t>ko bhi Musalmanon ne occupy kar liya.</w:t>
      </w:r>
    </w:p>
    <w:p>
      <w:pPr>
        <w:jc w:val="right"/>
      </w:pPr>
      <w:r>
        <w:t>کو بھی مسلمانوں نے اکوپائی کر لیا۔</w:t>
      </w:r>
    </w:p>
    <w:p>
      <w:r>
        <w:rPr>
          <w:b/>
        </w:rPr>
        <w:t xml:space="preserve">[19:58] </w:t>
      </w:r>
      <w:r>
        <w:t>yeh tha Falasteen aur aur Syria.</w:t>
      </w:r>
    </w:p>
    <w:p>
      <w:pPr>
        <w:jc w:val="right"/>
      </w:pPr>
      <w:r>
        <w:t>یہ تھا فلسطین اور اور سیریا۔</w:t>
      </w:r>
    </w:p>
    <w:p>
      <w:r>
        <w:rPr>
          <w:b/>
        </w:rPr>
        <w:t xml:space="preserve">[20:03] </w:t>
      </w:r>
      <w:r>
        <w:t>Palestine aur Syria, yeh jo maqamat hain, yeh Christians ke aur jo ke, wahan par wahan par un</w:t>
      </w:r>
    </w:p>
    <w:p>
      <w:pPr>
        <w:jc w:val="right"/>
      </w:pPr>
      <w:r>
        <w:t>پلسٹائن اور سیریا، یہ جو مقامات ہیں، یہ کرسچنز کے اور جو کے، وہاں پر وہاں پر ان</w:t>
      </w:r>
    </w:p>
    <w:p>
      <w:r>
        <w:rPr>
          <w:b/>
        </w:rPr>
        <w:t xml:space="preserve">[20:09] </w:t>
      </w:r>
      <w:r>
        <w:t>ke ibadat khane hain, un ke yani peghambaron ki qabrein hain, wahan stark aur monument hain, to woh</w:t>
      </w:r>
    </w:p>
    <w:p>
      <w:pPr>
        <w:jc w:val="right"/>
      </w:pPr>
      <w:r>
        <w:t>کے عبادت خانے ہیں، ان کے یعنی پیغمبروں کی قبریں ہیں، وہاں اسٹارک اور مونیپنٹ ہیں، تو وہ</w:t>
      </w:r>
    </w:p>
    <w:p>
      <w:r>
        <w:rPr>
          <w:b/>
        </w:rPr>
        <w:t xml:space="preserve">[20:15] </w:t>
      </w:r>
      <w:r>
        <w:t>un ke holy places hain, woh.</w:t>
      </w:r>
    </w:p>
    <w:p>
      <w:pPr>
        <w:jc w:val="right"/>
      </w:pPr>
      <w:r>
        <w:t>ان کے ہولی پلیسز ہیں، وہ۔</w:t>
      </w:r>
    </w:p>
    <w:p>
      <w:r>
        <w:rPr>
          <w:b/>
        </w:rPr>
        <w:t xml:space="preserve">[20:21] </w:t>
      </w:r>
      <w:r>
        <w:t>musalmanon ka nahi hai, musalmanon ki history wahan par nahi hai.</w:t>
      </w:r>
    </w:p>
    <w:p>
      <w:pPr>
        <w:jc w:val="right"/>
      </w:pPr>
      <w:r>
        <w:t>مسلمانوں کا نہیں ہے، مسلمانوں کی ہسٹری وہاں پر نہیں ہے۔</w:t>
      </w:r>
    </w:p>
    <w:p>
      <w:r>
        <w:rPr>
          <w:b/>
        </w:rPr>
        <w:t xml:space="preserve">[20:27] </w:t>
      </w:r>
      <w:r>
        <w:t>musalmanon ki history to Makkah Madinah mein hai.</w:t>
      </w:r>
    </w:p>
    <w:p>
      <w:pPr>
        <w:jc w:val="right"/>
      </w:pPr>
      <w:r>
        <w:t>مسلمانوں کی ہسٹری تو مکہ مدینہ میں ہے۔</w:t>
      </w:r>
    </w:p>
    <w:p>
      <w:r>
        <w:rPr>
          <w:b/>
        </w:rPr>
        <w:t xml:space="preserve">[20:33] </w:t>
      </w:r>
      <w:r>
        <w:t>to woh is ko bardasht karne ko tayyar nahi the ke hamare holy places ko musalman qabza kar lein.</w:t>
      </w:r>
    </w:p>
    <w:p>
      <w:pPr>
        <w:jc w:val="right"/>
      </w:pPr>
      <w:r>
        <w:t>تو وہ اس کو برداشت کرنے کو تیار نہیں تھے کہ ہمارے ہولی پلیسز کو مسلمان قبضہ کر لیں۔</w:t>
      </w:r>
    </w:p>
    <w:p>
      <w:r>
        <w:rPr>
          <w:b/>
        </w:rPr>
        <w:t xml:space="preserve">[20:39] </w:t>
      </w:r>
      <w:r>
        <w:t>chunanche ek arse ke baad wahan par woh war shuru hui jis ko kaha tha crusades.</w:t>
      </w:r>
    </w:p>
    <w:p>
      <w:pPr>
        <w:jc w:val="right"/>
      </w:pPr>
      <w:r>
        <w:t>چنانچہ ایک عرصے کے بعد وہاں پر وہ وار شروع ہوئی جس کو کہا تھا کروسیڈز۔</w:t>
      </w:r>
    </w:p>
    <w:p>
      <w:r>
        <w:rPr>
          <w:b/>
        </w:rPr>
        <w:t xml:space="preserve">[20:44] </w:t>
      </w:r>
      <w:r>
        <w:t>cruseids jo theen wo taqreeban do so saal tak chalti raheen.</w:t>
      </w:r>
    </w:p>
    <w:p>
      <w:pPr>
        <w:jc w:val="right"/>
      </w:pPr>
      <w:r>
        <w:t>کروسیڈز جو تھیں وہ تقریباً دو سو سال تک چلتی رہیں۔</w:t>
      </w:r>
    </w:p>
    <w:p>
      <w:r>
        <w:rPr>
          <w:b/>
        </w:rPr>
        <w:t xml:space="preserve">[20:50] </w:t>
      </w:r>
      <w:r>
        <w:t>besikly barahween sadi mein, twelv century mein, to taqreeban do so saal tak.</w:t>
      </w:r>
    </w:p>
    <w:p>
      <w:pPr>
        <w:jc w:val="right"/>
      </w:pPr>
      <w:r>
        <w:t>بیسکلی بارہویں صدی میں، ٹویلو سینچری میں، تو تقریباً دو سو سال تک۔</w:t>
      </w:r>
    </w:p>
    <w:p>
      <w:r>
        <w:rPr>
          <w:b/>
        </w:rPr>
        <w:t xml:space="preserve">[20:56] </w:t>
      </w:r>
      <w:r>
        <w:t>lekin kya hua? is zamanay mein musalman bohat ziyada yaani well advance thay aur jo europe ka jo</w:t>
      </w:r>
    </w:p>
    <w:p>
      <w:pPr>
        <w:jc w:val="right"/>
      </w:pPr>
      <w:r>
        <w:t>لیکن کیا ہوا؟ اس زمانے میں مسلمان بہت زیادہ یعنی ویل ایڈوانس تھے اور جو یورپ کا جو</w:t>
      </w:r>
    </w:p>
    <w:p>
      <w:r>
        <w:rPr>
          <w:b/>
        </w:rPr>
        <w:t xml:space="preserve">[21:02] </w:t>
      </w:r>
      <w:r>
        <w:t>christendom tha wo itna advance nahi tha.</w:t>
      </w:r>
    </w:p>
    <w:p>
      <w:pPr>
        <w:jc w:val="right"/>
      </w:pPr>
      <w:r>
        <w:t>کرسچنڈم تھا وہ اتنا ایڈوانس نہیں تھا۔</w:t>
      </w:r>
    </w:p>
    <w:p>
      <w:r>
        <w:rPr>
          <w:b/>
        </w:rPr>
        <w:t xml:space="preserve">[21:08] </w:t>
      </w:r>
      <w:r>
        <w:t>to in ko yaani bohat zabardast defeat hui.</w:t>
      </w:r>
    </w:p>
    <w:p>
      <w:pPr>
        <w:jc w:val="right"/>
      </w:pPr>
      <w:r>
        <w:t>تو ان کو یعنی بہت زبردست ڈیفیٹ ہوئی۔</w:t>
      </w:r>
    </w:p>
    <w:p>
      <w:r>
        <w:rPr>
          <w:b/>
        </w:rPr>
        <w:t xml:space="preserve">[21:14] </w:t>
      </w:r>
      <w:r>
        <w:t>is ko givan ne kaha hai yaani humiliated defeat.</w:t>
      </w:r>
    </w:p>
    <w:p>
      <w:pPr>
        <w:jc w:val="right"/>
      </w:pPr>
      <w:r>
        <w:t>اس کو گیون نے کہا ہے یعنی ہیومیلیٹڈ ڈیفیٹ۔</w:t>
      </w:r>
    </w:p>
    <w:p>
      <w:r>
        <w:rPr>
          <w:b/>
        </w:rPr>
        <w:t xml:space="preserve">[21:20] </w:t>
      </w:r>
      <w:r>
        <w:t>cruseids mein in ko bohat hi zillat aamez shikast hui.</w:t>
      </w:r>
    </w:p>
    <w:p>
      <w:pPr>
        <w:jc w:val="right"/>
      </w:pPr>
      <w:r>
        <w:t>کروسیڈز میں ان کو بہت ہی ذلت آمیز شکست ہوئی۔</w:t>
      </w:r>
    </w:p>
    <w:p>
      <w:r>
        <w:rPr>
          <w:b/>
        </w:rPr>
        <w:t xml:space="preserve">[21:25] </w:t>
      </w:r>
      <w:r>
        <w:t>ab yahan se history mein aik naya turn shuru hota hai, naya daur.</w:t>
      </w:r>
    </w:p>
    <w:p>
      <w:pPr>
        <w:jc w:val="right"/>
      </w:pPr>
      <w:r>
        <w:t>اب یہاں سے ہسٹری میں ایک نیا ٹرن شروع ہوتا ہے، نیا دور۔</w:t>
      </w:r>
    </w:p>
    <w:p>
      <w:r>
        <w:rPr>
          <w:b/>
        </w:rPr>
        <w:t xml:space="preserve">[21:31] </w:t>
      </w:r>
      <w:r>
        <w:t>yeh mein samajhta hoon ke Allah taala ka aik introduction tha, Allah taala ka aik aik aik mudakhlat</w:t>
      </w:r>
    </w:p>
    <w:p>
      <w:pPr>
        <w:jc w:val="right"/>
      </w:pPr>
      <w:r>
        <w:t>یہ میں سمجھتا ہوں کہ اللہ تعالیٰ کا ایک انٹرویوشن تھا، اللہ تعالیٰ کا ایک ایک ایک مداخلت</w:t>
      </w:r>
    </w:p>
    <w:p>
      <w:r>
        <w:rPr>
          <w:b/>
        </w:rPr>
        <w:t xml:space="preserve">[21:37] </w:t>
      </w:r>
      <w:r>
        <w:t>thi ke europeans mein negative thought nahi aaye.</w:t>
      </w:r>
    </w:p>
    <w:p>
      <w:pPr>
        <w:jc w:val="right"/>
      </w:pPr>
      <w:r>
        <w:t>تھی کہ یورپینز میں نیگیٹیو تھاٹ نہیں آئے۔</w:t>
      </w:r>
    </w:p>
    <w:p>
      <w:r>
        <w:rPr>
          <w:b/>
        </w:rPr>
        <w:t xml:space="preserve">[21:43] </w:t>
      </w:r>
      <w:r>
        <w:t>yaani salibi jangon mein shikast ke baad in ke andar negative thought aa sakta tha, nahi aaya.</w:t>
      </w:r>
    </w:p>
    <w:p>
      <w:pPr>
        <w:jc w:val="right"/>
      </w:pPr>
      <w:r>
        <w:t>یعنی صلیبی جنگوں میں شکست کے بعد ان کے اندر نیگیٹیو تھاٹ آ سکتا تھا، نہیں آیا۔</w:t>
      </w:r>
    </w:p>
    <w:p>
      <w:r>
        <w:rPr>
          <w:b/>
        </w:rPr>
        <w:t xml:space="preserve">[21:49] </w:t>
      </w:r>
      <w:r>
        <w:t>balkay positive thought aaya.</w:t>
      </w:r>
    </w:p>
    <w:p>
      <w:pPr>
        <w:jc w:val="right"/>
      </w:pPr>
      <w:r>
        <w:t>بلکہ پازیٹیو تھاٹ آیا۔</w:t>
      </w:r>
    </w:p>
    <w:p>
      <w:r>
        <w:rPr>
          <w:b/>
        </w:rPr>
        <w:t xml:space="preserve">[21:55] </w:t>
      </w:r>
      <w:r>
        <w:t>wo kya tha? ke chalo battlefield mein agar hum nahi jeetay to chhoro is ko, hum academic</w:t>
      </w:r>
    </w:p>
    <w:p>
      <w:pPr>
        <w:jc w:val="right"/>
      </w:pPr>
      <w:r>
        <w:t>وہ کیا تھا؟ کہ چلو بیٹل فیلڈ میں اگر ہم نہیں جیتے تو چھوڑو اس کو، ہم اکیڈمک</w:t>
      </w:r>
    </w:p>
    <w:p>
      <w:r>
        <w:rPr>
          <w:b/>
        </w:rPr>
        <w:t xml:space="preserve">[22:01] </w:t>
      </w:r>
      <w:r>
        <w:t>field mein aa jatay hain, science ki field mein aa jatay hain.</w:t>
      </w:r>
    </w:p>
    <w:p>
      <w:pPr>
        <w:jc w:val="right"/>
      </w:pPr>
      <w:r>
        <w:t>فیلڈ میں آ جاتے ہیں، سائنس کی فیلڈ میں آ جاتے ہیں۔</w:t>
      </w:r>
    </w:p>
    <w:p>
      <w:r>
        <w:rPr>
          <w:b/>
        </w:rPr>
        <w:t xml:space="preserve">[22:06] </w:t>
      </w:r>
      <w:r>
        <w:t>yeh ajeeb o ghareeb change tha jo european logon mein qadar aaya.</w:t>
      </w:r>
    </w:p>
    <w:p>
      <w:pPr>
        <w:jc w:val="right"/>
      </w:pPr>
      <w:r>
        <w:t>یہ عجیب و غریب چینج تھا جو یورپین لوگوں میں قدر آیا۔</w:t>
      </w:r>
    </w:p>
    <w:p>
      <w:r>
        <w:rPr>
          <w:b/>
        </w:rPr>
        <w:t xml:space="preserve">[22:12] </w:t>
      </w:r>
      <w:r>
        <w:t>yeh history mein kabhi aisa nahi hua.</w:t>
      </w:r>
    </w:p>
    <w:p>
      <w:pPr>
        <w:jc w:val="right"/>
      </w:pPr>
      <w:r>
        <w:t>یہ ہسٹری میں کبھی ایسا نہیں ہوا۔</w:t>
      </w:r>
    </w:p>
    <w:p>
      <w:r>
        <w:rPr>
          <w:b/>
        </w:rPr>
        <w:t xml:space="preserve">[22:18] </w:t>
      </w:r>
      <w:r>
        <w:t>poori history mein aisa hua hai ke jab koi defeat kisi ko hoti hai to wo kya hota</w:t>
      </w:r>
    </w:p>
    <w:p>
      <w:pPr>
        <w:jc w:val="right"/>
      </w:pPr>
      <w:r>
        <w:t>پوری ہسٹری میں ایسا ہوا ہے کہ جب کوئی ڈیفیٹ کسی کو ہوتی ہے تو وہ کیا ہوتا</w:t>
      </w:r>
    </w:p>
    <w:p>
      <w:r>
        <w:rPr>
          <w:b/>
        </w:rPr>
        <w:t xml:space="preserve">[22:24] </w:t>
      </w:r>
      <w:r>
        <w:t>hai? revenge aata hai, revenge.</w:t>
      </w:r>
    </w:p>
    <w:p>
      <w:pPr>
        <w:jc w:val="right"/>
      </w:pPr>
      <w:r>
        <w:t>ہے؟ ریونج آتا ہے، ریونج۔</w:t>
      </w:r>
    </w:p>
    <w:p>
      <w:r>
        <w:rPr>
          <w:b/>
        </w:rPr>
        <w:t xml:space="preserve">[22:30] </w:t>
      </w:r>
      <w:r>
        <w:t>After defeat they developed revenge. یہ انوکھی بات ہے کہ جو یورپ کے کرسچنز تھے ان کے اندر</w:t>
      </w:r>
    </w:p>
    <w:p>
      <w:pPr>
        <w:jc w:val="right"/>
      </w:pPr>
      <w:r>
        <w:t>After defeat they developed revenge یہ انوکھی بات ہے کہ جو یورپ کے کرسچنز تھے ان کے اندر</w:t>
      </w:r>
    </w:p>
    <w:p>
      <w:r>
        <w:rPr>
          <w:b/>
        </w:rPr>
        <w:t xml:space="preserve">[22:36] </w:t>
      </w:r>
      <w:r>
        <w:t>defeat ke baad revenge nahi aaya.</w:t>
      </w:r>
    </w:p>
    <w:p>
      <w:pPr>
        <w:jc w:val="right"/>
      </w:pPr>
      <w:r>
        <w:t>ڈیفیٹ کے بعد ریونج نہیں آیا۔</w:t>
      </w:r>
    </w:p>
    <w:p>
      <w:r>
        <w:rPr>
          <w:b/>
        </w:rPr>
        <w:t xml:space="preserve">[22:42] </w:t>
      </w:r>
      <w:r>
        <w:t>defeat ke baad aaya in ke andar aik bohat positive aik concept aa gaya, wo tha is ko</w:t>
      </w:r>
    </w:p>
    <w:p>
      <w:pPr>
        <w:jc w:val="right"/>
      </w:pPr>
      <w:r>
        <w:t>ڈیفیٹ کے بعد آیا ان کے اندر ایک بہت پازیٹیو ایک کانسیپٹ آ گیا، وہ تھا اس کو</w:t>
      </w:r>
    </w:p>
    <w:p>
      <w:r>
        <w:rPr>
          <w:b/>
        </w:rPr>
        <w:t xml:space="preserve">[22:48] </w:t>
      </w:r>
      <w:r>
        <w:t>kehtay hain wo spiritual cruseid.</w:t>
      </w:r>
    </w:p>
    <w:p>
      <w:pPr>
        <w:jc w:val="right"/>
      </w:pPr>
      <w:r>
        <w:t>کہتے ہیں وہ اسپریچول کروسیڈ۔</w:t>
      </w:r>
    </w:p>
    <w:p>
      <w:r>
        <w:rPr>
          <w:b/>
        </w:rPr>
        <w:t xml:space="preserve">[22:53] </w:t>
      </w:r>
      <w:r>
        <w:t>yaani jo other than battlefield jo maidan hai, nature hai, is mein hum is explore kartay hain.</w:t>
      </w:r>
    </w:p>
    <w:p>
      <w:pPr>
        <w:jc w:val="right"/>
      </w:pPr>
      <w:r>
        <w:t>یعنی جو ادر دین بیٹل فیلڈ جو میدان ہے، نیچر ہے، اس میں ہم اس ایکسپلور کرتے ہیں۔</w:t>
      </w:r>
    </w:p>
    <w:p>
      <w:r>
        <w:rPr>
          <w:b/>
        </w:rPr>
        <w:t xml:space="preserve">[22:59] </w:t>
      </w:r>
      <w:r>
        <w:t>to sara europe is mein lag gaya.</w:t>
      </w:r>
    </w:p>
    <w:p>
      <w:pPr>
        <w:jc w:val="right"/>
      </w:pPr>
      <w:r>
        <w:t>تو سارا یورپ اس میں لگ گیا۔</w:t>
      </w:r>
    </w:p>
    <w:p>
      <w:r>
        <w:rPr>
          <w:b/>
        </w:rPr>
        <w:t xml:space="preserve">[23:05] </w:t>
      </w:r>
      <w:r>
        <w:t>natija kya hua? nature ko unhon ne explore kar liya.</w:t>
      </w:r>
    </w:p>
    <w:p>
      <w:pPr>
        <w:jc w:val="right"/>
      </w:pPr>
      <w:r>
        <w:t>نتیجہ کیا ہوا؟ نیچر کو انہوں نے ایکسپلور کر لیا۔</w:t>
      </w:r>
    </w:p>
    <w:p>
      <w:r>
        <w:rPr>
          <w:b/>
        </w:rPr>
        <w:t xml:space="preserve">[23:11] </w:t>
      </w:r>
      <w:r>
        <w:t>yeh nature jo ab tak un explored para hua tha, nature mein koi tehqeeqat nahi hui theen.</w:t>
      </w:r>
    </w:p>
    <w:p>
      <w:pPr>
        <w:jc w:val="right"/>
      </w:pPr>
      <w:r>
        <w:t>یہ نیچر جو اب تک ان ایکسپلورڈ پڑا ہوا تھا، نیچر میں کوئی تحقیقات نہیں ہوئی تھیں۔</w:t>
      </w:r>
    </w:p>
    <w:p>
      <w:r>
        <w:rPr>
          <w:b/>
        </w:rPr>
        <w:t xml:space="preserve">[23:17] </w:t>
      </w:r>
      <w:r>
        <w:t>woh thay jinhon ne daryaft kiya ke pani mein to steam hai.</w:t>
      </w:r>
    </w:p>
    <w:p>
      <w:pPr>
        <w:jc w:val="right"/>
      </w:pPr>
      <w:r>
        <w:t>وہ تھے جنہوں نے دریافت کیا کہ پانی میں تو اسٹیم ہے۔</w:t>
      </w:r>
    </w:p>
    <w:p>
      <w:r>
        <w:rPr>
          <w:b/>
        </w:rPr>
        <w:t xml:space="preserve">[23:23] </w:t>
      </w:r>
      <w:r>
        <w:t>sari tareekh mein insan pani ko sirf pani samajhta tha.</w:t>
      </w:r>
    </w:p>
    <w:p>
      <w:pPr>
        <w:jc w:val="right"/>
      </w:pPr>
      <w:r>
        <w:t>ساری تاریخ میں انسان پانی کو صرف پانی سمجھتا تھا۔</w:t>
      </w:r>
    </w:p>
    <w:p>
      <w:r>
        <w:rPr>
          <w:b/>
        </w:rPr>
        <w:t xml:space="preserve">[23:29] </w:t>
      </w:r>
      <w:r>
        <w:t>unhon ne daryaft kiya nahi, pani mein steam hai.</w:t>
      </w:r>
    </w:p>
    <w:p>
      <w:pPr>
        <w:jc w:val="right"/>
      </w:pPr>
      <w:r>
        <w:t>انہوں نے دریافت کیا نہیں، پانی میں اسٹیم ہے۔</w:t>
      </w:r>
    </w:p>
    <w:p>
      <w:r>
        <w:rPr>
          <w:b/>
        </w:rPr>
        <w:t xml:space="preserve">[23:34] </w:t>
      </w:r>
      <w:r>
        <w:t>to steam power daryaft kiya pani mein aur phir steam ship chala diya unhon ne.</w:t>
      </w:r>
    </w:p>
    <w:p>
      <w:pPr>
        <w:jc w:val="right"/>
      </w:pPr>
      <w:r>
        <w:t>تو اسٹیم پاور دریافت کیا پانی میں اور پھر اسٹیم شپ چلا دیا انہوں نے۔</w:t>
      </w:r>
    </w:p>
    <w:p>
      <w:r>
        <w:rPr>
          <w:b/>
        </w:rPr>
        <w:t xml:space="preserve">[23:40] </w:t>
      </w:r>
      <w:r>
        <w:t>aise hi dekhen, unhon ne telescope banai, telescope banai, unhon ne microscope banai aur phir us ko jab</w:t>
      </w:r>
    </w:p>
    <w:p>
      <w:pPr>
        <w:jc w:val="right"/>
      </w:pPr>
      <w:r>
        <w:t>ایسے ہی دیکھیں، انہوں نے ٹیلیسکوپ بنائی، ٹیلیسکوپ بنائی، انہوں نے مائیکروسکوپ بنائی اور پھر اس کو جب</w:t>
      </w:r>
    </w:p>
    <w:p>
      <w:r>
        <w:rPr>
          <w:b/>
        </w:rPr>
        <w:t xml:space="preserve">[23:46] </w:t>
      </w:r>
      <w:r>
        <w:t>dekha unhon ne to maloom hua ke yeh to dunya mein wohi dunya nahi jo hum dekhte hain.</w:t>
      </w:r>
    </w:p>
    <w:p>
      <w:pPr>
        <w:jc w:val="right"/>
      </w:pPr>
      <w:r>
        <w:t>دیکھا انہوں نے تو معلوم ہوا کہ یہ تو دنیا میں وہی دنیا نہیں جو ہم دیکھتے ہیں۔</w:t>
      </w:r>
    </w:p>
    <w:p>
      <w:r>
        <w:rPr>
          <w:b/>
        </w:rPr>
        <w:t xml:space="preserve">[23:52] </w:t>
      </w:r>
      <w:r>
        <w:t>pura ek micro world aur micro world ko daryaft kiya unhon ne.</w:t>
      </w:r>
    </w:p>
    <w:p>
      <w:pPr>
        <w:jc w:val="right"/>
      </w:pPr>
      <w:r>
        <w:t>پورا ایک مائیکرو ورلڈ اور مائیکرو ورلڈ کو دریافت کیا انہوں نے۔</w:t>
      </w:r>
    </w:p>
    <w:p>
      <w:r>
        <w:rPr>
          <w:b/>
        </w:rPr>
        <w:t xml:space="preserve">[23:58] </w:t>
      </w:r>
      <w:r>
        <w:t>yeh dunya jis ko insan janta tha, jo sitaron ki dunya, jante hain sitare jo hum dekhte hain</w:t>
      </w:r>
    </w:p>
    <w:p>
      <w:pPr>
        <w:jc w:val="right"/>
      </w:pPr>
      <w:r>
        <w:t>یہ دنیا جس کو انسان جانتا تھا، جو ستاروں کی دنیا، جانتے ہیں ستارے جو ہم دیکھتے ہیں</w:t>
      </w:r>
    </w:p>
    <w:p>
      <w:r>
        <w:rPr>
          <w:b/>
        </w:rPr>
        <w:t xml:space="preserve">[24:04] </w:t>
      </w:r>
      <w:r>
        <w:t>kya hain? woh sirf ek galaxy ke sitare hotay hain.</w:t>
      </w:r>
    </w:p>
    <w:p>
      <w:pPr>
        <w:jc w:val="right"/>
      </w:pPr>
      <w:r>
        <w:t>کیا ہیں؟ وہ صرف ایک گلیکسی کے ستارے ہوتے ہیں۔</w:t>
      </w:r>
    </w:p>
    <w:p>
      <w:r>
        <w:rPr>
          <w:b/>
        </w:rPr>
        <w:t xml:space="preserve">[24:10] </w:t>
      </w:r>
      <w:r>
        <w:t>raat ko hum jo dekhte hain sitare apni naked eye se, woh sirf ek galaxy ke sitare hotay hain.</w:t>
      </w:r>
    </w:p>
    <w:p>
      <w:pPr>
        <w:jc w:val="right"/>
      </w:pPr>
      <w:r>
        <w:t>رات کو ہم جو دیکھتے ہیں ستارے اپنی نیکڈ آئی سے، وہ صرف ایک گلیکسی کے ستارے ہوتے ہیں۔</w:t>
      </w:r>
    </w:p>
    <w:p>
      <w:r>
        <w:rPr>
          <w:b/>
        </w:rPr>
        <w:t xml:space="preserve">[24:15] </w:t>
      </w:r>
      <w:r>
        <w:t>yani das hazar se kuch ziyada.</w:t>
      </w:r>
    </w:p>
    <w:p>
      <w:pPr>
        <w:jc w:val="right"/>
      </w:pPr>
      <w:r>
        <w:t>یعنی دس ہزار سے کچھ زیادہ۔</w:t>
      </w:r>
    </w:p>
    <w:p>
      <w:r>
        <w:rPr>
          <w:b/>
        </w:rPr>
        <w:t xml:space="preserve">[24:21] </w:t>
      </w:r>
      <w:r>
        <w:t>unhon ne daryaft kiya ke galaxies to billion galaxies hain.</w:t>
      </w:r>
    </w:p>
    <w:p>
      <w:pPr>
        <w:jc w:val="right"/>
      </w:pPr>
      <w:r>
        <w:t>انہوں نے دریافت کیا کہ گلیکسیز تو بلین گلیکسیز ہیں۔</w:t>
      </w:r>
    </w:p>
    <w:p>
      <w:r>
        <w:rPr>
          <w:b/>
        </w:rPr>
        <w:t xml:space="preserve">[24:27] </w:t>
      </w:r>
      <w:r>
        <w:t>insan janta nahi tha, isi ko dunya samajhta tha.</w:t>
      </w:r>
    </w:p>
    <w:p>
      <w:pPr>
        <w:jc w:val="right"/>
      </w:pPr>
      <w:r>
        <w:t>انسان جانتا نہیں تھا، اسی کو دنیا سمجھتا تھا۔</w:t>
      </w:r>
    </w:p>
    <w:p>
      <w:r>
        <w:rPr>
          <w:b/>
        </w:rPr>
        <w:t xml:space="preserve">[24:33] </w:t>
      </w:r>
      <w:r>
        <w:t>insan samajhta tha ke raat ke waqt jo hum sitare dekhte hain, wohi dunya hai.</w:t>
      </w:r>
    </w:p>
    <w:p>
      <w:pPr>
        <w:jc w:val="right"/>
      </w:pPr>
      <w:r>
        <w:t>انسان سمجھتا تھا کہ رات کے وقت جو ہم ستارے دیکھتے ہیں، وہی دنیا ہے۔</w:t>
      </w:r>
    </w:p>
    <w:p>
      <w:r>
        <w:rPr>
          <w:b/>
        </w:rPr>
        <w:t xml:space="preserve">[24:39] </w:t>
      </w:r>
      <w:r>
        <w:t>magar ke dunya nahi hai, yeh to hamari nearest jo galaxy hai, us ke sitare hain.</w:t>
      </w:r>
    </w:p>
    <w:p>
      <w:pPr>
        <w:jc w:val="right"/>
      </w:pPr>
      <w:r>
        <w:t>مگر کہ دنیا نہیں ہے، یہ تو ہماری نیرسٹ جو گلیکسی ہے، اس کے ستارے ہیں۔</w:t>
      </w:r>
    </w:p>
    <w:p>
      <w:r>
        <w:rPr>
          <w:b/>
        </w:rPr>
        <w:t xml:space="preserve">[24:45] </w:t>
      </w:r>
      <w:r>
        <w:t>baqi to bohat door dunya hai.</w:t>
      </w:r>
    </w:p>
    <w:p>
      <w:pPr>
        <w:jc w:val="right"/>
      </w:pPr>
      <w:r>
        <w:t>باقی تو بہت دور دنیا ہے۔</w:t>
      </w:r>
    </w:p>
    <w:p>
      <w:r>
        <w:rPr>
          <w:b/>
        </w:rPr>
        <w:t xml:space="preserve">[24:51] </w:t>
      </w:r>
      <w:r>
        <w:t>unhon ne daryaft kiya ke billion galaxies hain jis ko hum dekhte nahi hain.</w:t>
      </w:r>
    </w:p>
    <w:p>
      <w:pPr>
        <w:jc w:val="right"/>
      </w:pPr>
      <w:r>
        <w:t>انہوں نے دریافت کیا کہ بلین گلیکسیز ہیں جس کو ہم دیکھتے نہیں ہیں۔</w:t>
      </w:r>
    </w:p>
    <w:p>
      <w:r>
        <w:rPr>
          <w:b/>
        </w:rPr>
        <w:t xml:space="preserve">[24:56] </w:t>
      </w:r>
      <w:r>
        <w:t>to is tarah ki thousand nahi, millions hain, billion cheezen discover keen unhon ne.</w:t>
      </w:r>
    </w:p>
    <w:p>
      <w:pPr>
        <w:jc w:val="right"/>
      </w:pPr>
      <w:r>
        <w:t>تو اس طرح کی تھاؤزنڈ نہیں، ملینز ہیں، بلین چیزیں ڈسکور کیں انہوں نے۔</w:t>
      </w:r>
    </w:p>
    <w:p>
      <w:r>
        <w:rPr>
          <w:b/>
        </w:rPr>
        <w:t xml:space="preserve">[25:02] </w:t>
      </w:r>
      <w:r>
        <w:t>is tarah se ek naya daur aaya.</w:t>
      </w:r>
    </w:p>
    <w:p>
      <w:pPr>
        <w:jc w:val="right"/>
      </w:pPr>
      <w:r>
        <w:t>اس طرح سے ایک نیا دور آیا۔</w:t>
      </w:r>
    </w:p>
    <w:p>
      <w:r>
        <w:rPr>
          <w:b/>
        </w:rPr>
        <w:t xml:space="preserve">[25:08] </w:t>
      </w:r>
      <w:r>
        <w:t>ek naya daur aaya jabke nature unfold hui.</w:t>
      </w:r>
    </w:p>
    <w:p>
      <w:pPr>
        <w:jc w:val="right"/>
      </w:pPr>
      <w:r>
        <w:t>ایک نیا دور آیا جبکہ نیچر انفولڈ ہوئی۔</w:t>
      </w:r>
    </w:p>
    <w:p>
      <w:r>
        <w:rPr>
          <w:b/>
        </w:rPr>
        <w:t xml:space="preserve">[25:14] </w:t>
      </w:r>
      <w:r>
        <w:t>nature unfold hui yani jis ko hum kehte hain scientific daur.</w:t>
      </w:r>
    </w:p>
    <w:p>
      <w:pPr>
        <w:jc w:val="right"/>
      </w:pPr>
      <w:r>
        <w:t>نیچر انفولڈ ہوئی یعنی جس کو ہم کہتے ہیں سائنٹیفک دور۔</w:t>
      </w:r>
    </w:p>
    <w:p>
      <w:r>
        <w:rPr>
          <w:b/>
        </w:rPr>
        <w:t xml:space="preserve">[25:20] </w:t>
      </w:r>
      <w:r>
        <w:t>nature unfold ho kar ke ek scientific zamana aaya.</w:t>
      </w:r>
    </w:p>
    <w:p>
      <w:pPr>
        <w:jc w:val="right"/>
      </w:pPr>
      <w:r>
        <w:t>نیچر انفولڈ ہو کر کے ایک سائنٹیفک زمانہ آیا۔</w:t>
      </w:r>
    </w:p>
    <w:p>
      <w:r>
        <w:rPr>
          <w:b/>
        </w:rPr>
        <w:t xml:space="preserve">[25:26] </w:t>
      </w:r>
      <w:r>
        <w:t>ab kya hua? dawat ke liye nai opportunity khuli.</w:t>
      </w:r>
    </w:p>
    <w:p>
      <w:pPr>
        <w:jc w:val="right"/>
      </w:pPr>
      <w:r>
        <w:t>اب کیا ہوا؟ دعوت کے لیے نئی اپرچونیٹی کھلی۔</w:t>
      </w:r>
    </w:p>
    <w:p>
      <w:r>
        <w:rPr>
          <w:b/>
        </w:rPr>
        <w:t xml:space="preserve">[25:32] </w:t>
      </w:r>
      <w:r>
        <w:t>jo opportunities theen pehle traditional, ab woh scientific maidan mein aa gayeen.</w:t>
      </w:r>
    </w:p>
    <w:p>
      <w:pPr>
        <w:jc w:val="right"/>
      </w:pPr>
      <w:r>
        <w:t>جو اپرچونیٹیز تھیں پہلے ٹریڈیشنل، اب وہ سائنٹیفک میدان میں آ گئیں۔</w:t>
      </w:r>
    </w:p>
    <w:p>
      <w:r>
        <w:rPr>
          <w:b/>
        </w:rPr>
        <w:t xml:space="preserve">[25:37] </w:t>
      </w:r>
      <w:r>
        <w:t>pehle dawat work ke liye hamare paas sirf traditional kuch cheezen hua karti theen.</w:t>
      </w:r>
    </w:p>
    <w:p>
      <w:pPr>
        <w:jc w:val="right"/>
      </w:pPr>
      <w:r>
        <w:t>پہلے دعوت ورک کے لیے ہمارے پاس صرف ٹریڈیشنل کچھ چیزیں ہوا کرتی تھیں۔</w:t>
      </w:r>
    </w:p>
    <w:p>
      <w:r>
        <w:rPr>
          <w:b/>
        </w:rPr>
        <w:t xml:space="preserve">[25:43] </w:t>
      </w:r>
      <w:r>
        <w:t>ab dawat work ke liye hamare paas kya hua? hum ko ek scientific world, bohat hi bara world khul gaya.</w:t>
      </w:r>
    </w:p>
    <w:p>
      <w:pPr>
        <w:jc w:val="right"/>
      </w:pPr>
      <w:r>
        <w:t>اب دعوت ورک کے لیے ہمارے پاس کیا ہوا؟ ہم کو ایک سائنٹیفک ورلڈ، بہت ہی بڑا ورلڈ کھل گیا۔</w:t>
      </w:r>
    </w:p>
    <w:p>
      <w:r>
        <w:rPr>
          <w:b/>
        </w:rPr>
        <w:t xml:space="preserve">[25:49] </w:t>
      </w:r>
      <w:r>
        <w:t>is tarah naye daur mein tareekh pahunchi.</w:t>
      </w:r>
    </w:p>
    <w:p>
      <w:pPr>
        <w:jc w:val="right"/>
      </w:pPr>
      <w:r>
        <w:t>اس طرح نئے دور میں تاریخ پہنچی۔</w:t>
      </w:r>
    </w:p>
    <w:p>
      <w:r>
        <w:rPr>
          <w:b/>
        </w:rPr>
        <w:t xml:space="preserve">[25:55] </w:t>
      </w:r>
      <w:r>
        <w:t>to dekhen, anbiya ke baad jo zamana pehla shuru hua, us ko maine kaha desert crusade.</w:t>
      </w:r>
    </w:p>
    <w:p>
      <w:pPr>
        <w:jc w:val="right"/>
      </w:pPr>
      <w:r>
        <w:t>تو دیکھیں، انبیاء کے بعد جو زمانہ پہلا شروع ہوا، اس کو میں نے کہا ڈیزرٹ کروسیڈ۔</w:t>
      </w:r>
    </w:p>
    <w:p>
      <w:r>
        <w:rPr>
          <w:b/>
        </w:rPr>
        <w:t xml:space="preserve">[26:01] </w:t>
      </w:r>
      <w:r>
        <w:t>phir aaya operation crusade.</w:t>
      </w:r>
    </w:p>
    <w:p>
      <w:pPr>
        <w:jc w:val="right"/>
      </w:pPr>
      <w:r>
        <w:t>پھر آیا آپریشن کروسیڈ۔</w:t>
      </w:r>
    </w:p>
    <w:p>
      <w:r>
        <w:rPr>
          <w:b/>
        </w:rPr>
        <w:t xml:space="preserve">[26:07] </w:t>
      </w:r>
      <w:r>
        <w:t>phir aaya milton crusade, jis ko jangain keen Europe ne.</w:t>
      </w:r>
    </w:p>
    <w:p>
      <w:pPr>
        <w:jc w:val="right"/>
      </w:pPr>
      <w:r>
        <w:t>پھر آیا ملٹن کروسیڈ، جس کو جنگیں کیں یورپ نے۔</w:t>
      </w:r>
    </w:p>
    <w:p>
      <w:r>
        <w:rPr>
          <w:b/>
        </w:rPr>
        <w:t xml:space="preserve">[26:13] </w:t>
      </w:r>
      <w:r>
        <w:t>wo kaha milton crusade thi.</w:t>
      </w:r>
    </w:p>
    <w:p>
      <w:pPr>
        <w:jc w:val="right"/>
      </w:pPr>
      <w:r>
        <w:t>وہ کہا ملٹن کروسیڈ تھی۔</w:t>
      </w:r>
    </w:p>
    <w:p>
      <w:r>
        <w:rPr>
          <w:b/>
        </w:rPr>
        <w:t xml:space="preserve">[26:18] </w:t>
      </w:r>
      <w:r>
        <w:t>to aap yani desert crusade kiya Ibrahim ki family ne.</w:t>
      </w:r>
    </w:p>
    <w:p>
      <w:pPr>
        <w:jc w:val="right"/>
      </w:pPr>
      <w:r>
        <w:t>تو آپ یعنی ڈیزرٹ کروسیڈ کیا ابراہیم کی فیملی نے۔</w:t>
      </w:r>
    </w:p>
    <w:p>
      <w:r>
        <w:rPr>
          <w:b/>
        </w:rPr>
        <w:t xml:space="preserve">[26:24] </w:t>
      </w:r>
      <w:r>
        <w:t>operation crusade kiya Rasool aur Sahaba Rasool ne.</w:t>
      </w:r>
    </w:p>
    <w:p>
      <w:pPr>
        <w:jc w:val="right"/>
      </w:pPr>
      <w:r>
        <w:t>آپریشن کروسیڈ کیا رسول اور صحابہ رسول نے۔</w:t>
      </w:r>
    </w:p>
    <w:p>
      <w:r>
        <w:rPr>
          <w:b/>
        </w:rPr>
        <w:t xml:space="preserve">[26:30] </w:t>
      </w:r>
      <w:r>
        <w:t>phir milton crusade chalaya Europe ke logon ne.</w:t>
      </w:r>
    </w:p>
    <w:p>
      <w:pPr>
        <w:jc w:val="right"/>
      </w:pPr>
      <w:r>
        <w:t>پھر ملٹن کروسیڈ چلایا یورپ کے لوگوں نے۔</w:t>
      </w:r>
    </w:p>
    <w:p>
      <w:r>
        <w:rPr>
          <w:b/>
        </w:rPr>
        <w:t xml:space="preserve">[26:36] </w:t>
      </w:r>
      <w:r>
        <w:t>phir is ke baad ek naya daur jo shuru hua, scientific daur, jis ko main keh raha hoon</w:t>
      </w:r>
    </w:p>
    <w:p>
      <w:pPr>
        <w:jc w:val="right"/>
      </w:pPr>
      <w:r>
        <w:t>پھر اس کے بعد ایک نیا دور جو شروع ہوا، سائنٹیفک دور، جس کو میں کہہ رہا ہوں</w:t>
      </w:r>
    </w:p>
    <w:p>
      <w:r>
        <w:rPr>
          <w:b/>
        </w:rPr>
        <w:t xml:space="preserve">[26:42] </w:t>
      </w:r>
      <w:r>
        <w:t>ke spiritual crusade, us ko unhon ne paida kiya.</w:t>
      </w:r>
    </w:p>
    <w:p>
      <w:pPr>
        <w:jc w:val="right"/>
      </w:pPr>
      <w:r>
        <w:t>کہ اسپریچول کروسیڈ، اس کو انہوں نے پیدا کیا۔</w:t>
      </w:r>
    </w:p>
    <w:p>
      <w:r>
        <w:rPr>
          <w:b/>
        </w:rPr>
        <w:t xml:space="preserve">[26:48] </w:t>
      </w:r>
      <w:r>
        <w:t>in sab ke baad ek nayi duniya bani jis ko hum kehte hain modern civilization.</w:t>
      </w:r>
    </w:p>
    <w:p>
      <w:pPr>
        <w:jc w:val="right"/>
      </w:pPr>
      <w:r>
        <w:t>ان سب کے بعد ایک نئی دنیا بنی جس کو ہم کہتے ہیں ماڈرن سویلائزیشن۔</w:t>
      </w:r>
    </w:p>
    <w:p>
      <w:r>
        <w:rPr>
          <w:b/>
        </w:rPr>
        <w:t xml:space="preserve">[26:54] </w:t>
      </w:r>
      <w:r>
        <w:t>to modern civilization ek naya daur hai jis mein ke sari cheezain aap ko lagi hongi.</w:t>
      </w:r>
    </w:p>
    <w:p>
      <w:pPr>
        <w:jc w:val="right"/>
      </w:pPr>
      <w:r>
        <w:t>تو ماڈرن سویلائزیشن ایک نیا دور ہے جس میں کہ ساری چیزیں آپ کو لی ہوں گی۔</w:t>
      </w:r>
    </w:p>
    <w:p>
      <w:r>
        <w:rPr>
          <w:b/>
        </w:rPr>
        <w:t xml:space="preserve">[27:00] </w:t>
      </w:r>
      <w:r>
        <w:t>aur phir is ke baad kya hua? ke sirf nature unfold nahi hui.</w:t>
      </w:r>
    </w:p>
    <w:p>
      <w:pPr>
        <w:jc w:val="right"/>
      </w:pPr>
      <w:r>
        <w:t>اور پھر اس کے بعد کیا ہوا؟ کہ صرف نیچر انفولڈ نہیں ہوئی۔</w:t>
      </w:r>
    </w:p>
    <w:p>
      <w:r>
        <w:rPr>
          <w:b/>
        </w:rPr>
        <w:t xml:space="preserve">[27:05] </w:t>
      </w:r>
      <w:r>
        <w:t>culture badal gaya hai, culture.</w:t>
      </w:r>
    </w:p>
    <w:p>
      <w:pPr>
        <w:jc w:val="right"/>
      </w:pPr>
      <w:r>
        <w:t>کلچر بدل گیا ہے، کلچر۔</w:t>
      </w:r>
    </w:p>
    <w:p>
      <w:r>
        <w:rPr>
          <w:b/>
        </w:rPr>
        <w:t xml:space="preserve">[27:11] </w:t>
      </w:r>
      <w:r>
        <w:t>ke duniya mein kingship khatam ho gayi, duniya mein democracy aayi, duniya mein opinions aaya, duniya mein</w:t>
      </w:r>
    </w:p>
    <w:p>
      <w:pPr>
        <w:jc w:val="right"/>
      </w:pPr>
      <w:r>
        <w:t>کہ دنیا میں کنگ شپ ختم ہو گئی، دنیا میں ڈیموکریسی آئی، دنیا میں اوپیننس آیا، دنیا میں</w:t>
      </w:r>
    </w:p>
    <w:p>
      <w:r>
        <w:rPr>
          <w:b/>
        </w:rPr>
        <w:t xml:space="preserve">[27:17] </w:t>
      </w:r>
      <w:r>
        <w:t>printing press aaya.</w:t>
      </w:r>
    </w:p>
    <w:p>
      <w:pPr>
        <w:jc w:val="right"/>
      </w:pPr>
      <w:r>
        <w:t>پرنٹنگ پریس آیا۔</w:t>
      </w:r>
    </w:p>
    <w:p>
      <w:r>
        <w:rPr>
          <w:b/>
        </w:rPr>
        <w:t xml:space="preserve">[27:23] </w:t>
      </w:r>
      <w:r>
        <w:t>to is pure majmoo'e ko hum kehte hain modern civilization.</w:t>
      </w:r>
    </w:p>
    <w:p>
      <w:pPr>
        <w:jc w:val="right"/>
      </w:pPr>
      <w:r>
        <w:t>تو اس پورے مجموعے کو ہم کہتے ہیں ماڈرن سویلائزیشن۔</w:t>
      </w:r>
    </w:p>
    <w:p>
      <w:r>
        <w:rPr>
          <w:b/>
        </w:rPr>
        <w:t xml:space="preserve">[27:29] </w:t>
      </w:r>
      <w:r>
        <w:t>to modern civilization mein ek bilkul naya daur aa gaya.</w:t>
      </w:r>
    </w:p>
    <w:p>
      <w:pPr>
        <w:jc w:val="right"/>
      </w:pPr>
      <w:r>
        <w:t>تو ماڈرن سویلائزیشن میں ایک بالکل نیا دور آ گیا۔</w:t>
      </w:r>
    </w:p>
    <w:p>
      <w:r>
        <w:rPr>
          <w:b/>
        </w:rPr>
        <w:t xml:space="preserve">[27:35] </w:t>
      </w:r>
      <w:r>
        <w:t>isi ko hum kehte hain dawat crusade.</w:t>
      </w:r>
    </w:p>
    <w:p>
      <w:pPr>
        <w:jc w:val="right"/>
      </w:pPr>
      <w:r>
        <w:t>اسی کو ہم کہتے ہیں دعوت کروسیڈ۔</w:t>
      </w:r>
    </w:p>
    <w:p>
      <w:r>
        <w:rPr>
          <w:b/>
        </w:rPr>
        <w:t xml:space="preserve">[27:41] </w:t>
      </w:r>
      <w:r>
        <w:t>modern civilization hi ne yeh mauqa muqaddam kiya humein ke hum dawat crusade kar saken.</w:t>
      </w:r>
    </w:p>
    <w:p>
      <w:pPr>
        <w:jc w:val="right"/>
      </w:pPr>
      <w:r>
        <w:t>ماڈرن سویلائزیشن ہی نے یہ موقع مقدم کیا ہمیں کہ ہم دعوت کروسیڈ کر سکیں۔</w:t>
      </w:r>
    </w:p>
    <w:p>
      <w:r>
        <w:rPr>
          <w:b/>
        </w:rPr>
        <w:t xml:space="preserve">[27:46] </w:t>
      </w:r>
      <w:r>
        <w:t>yani dawat ko jihad ke level par kar saken.</w:t>
      </w:r>
    </w:p>
    <w:p>
      <w:pPr>
        <w:jc w:val="right"/>
      </w:pPr>
      <w:r>
        <w:t>یعنی دعوت کو جہاد کے لیول پر کر سکیں۔</w:t>
      </w:r>
    </w:p>
    <w:p>
      <w:r>
        <w:rPr>
          <w:b/>
        </w:rPr>
        <w:t xml:space="preserve">[27:52] </w:t>
      </w:r>
      <w:r>
        <w:t>yeh western civilization ka karname hai.</w:t>
      </w:r>
    </w:p>
    <w:p>
      <w:pPr>
        <w:jc w:val="right"/>
      </w:pPr>
      <w:r>
        <w:t>یہ ویسٹرن سویلائزیشن کا کارنامہ ہے۔</w:t>
      </w:r>
    </w:p>
    <w:p>
      <w:r>
        <w:rPr>
          <w:b/>
        </w:rPr>
        <w:t xml:space="preserve">[27:58] </w:t>
      </w:r>
      <w:r>
        <w:t>to yahan par main kahunga ke Allah taala ne yani jo non-believing world hai, jo secular</w:t>
      </w:r>
    </w:p>
    <w:p>
      <w:pPr>
        <w:jc w:val="right"/>
      </w:pPr>
      <w:r>
        <w:t>تو یہاں پر میں کہوں گا کہ اللہ تعالیٰ نے یعنی جو نان بیلیونگ ورلڈ ہے، جو سیکولر</w:t>
      </w:r>
    </w:p>
    <w:p>
      <w:r>
        <w:rPr>
          <w:b/>
        </w:rPr>
        <w:t xml:space="preserve">[28:04] </w:t>
      </w:r>
      <w:r>
        <w:t>world hai, us ko hamare support mein kar diya.</w:t>
      </w:r>
    </w:p>
    <w:p>
      <w:pPr>
        <w:jc w:val="right"/>
      </w:pPr>
      <w:r>
        <w:t>ورلڈ ہے، اس کو ہمارے سپورٹ میں کر دیا۔</w:t>
      </w:r>
    </w:p>
    <w:p>
      <w:r>
        <w:rPr>
          <w:b/>
        </w:rPr>
        <w:t xml:space="preserve">[28:10] </w:t>
      </w:r>
      <w:r>
        <w:t>aur yeh petition ke taur par maujood tha pehle.</w:t>
      </w:r>
    </w:p>
    <w:p>
      <w:pPr>
        <w:jc w:val="right"/>
      </w:pPr>
      <w:r>
        <w:t>اور یہ پٹیشن کے طور پر موجود تھا پہلے۔</w:t>
      </w:r>
    </w:p>
    <w:p>
      <w:r>
        <w:rPr>
          <w:b/>
        </w:rPr>
        <w:t xml:space="preserve">[28:16] </w:t>
      </w:r>
      <w:r>
        <w:t>hadees mein hai ke innal laaha laya'yidduha al-deen bil-raj'il faajir yaani Allah is deen ki madad secular logon</w:t>
      </w:r>
    </w:p>
    <w:p>
      <w:pPr>
        <w:jc w:val="right"/>
      </w:pPr>
      <w:r>
        <w:t>حدیث میں ہے کہ إِنَّ اللَّهَ لَيْأَيِّدُهَا الْدِينِ بِالرَّجْعِ الْفَاجِرِ یعنی اللہ اس دین کی مدد سیکولر لوگوں</w:t>
      </w:r>
    </w:p>
    <w:p>
      <w:r>
        <w:rPr>
          <w:b/>
        </w:rPr>
        <w:t xml:space="preserve">[28:22] </w:t>
      </w:r>
      <w:r>
        <w:t>se karega. secular.</w:t>
      </w:r>
    </w:p>
    <w:p>
      <w:pPr>
        <w:jc w:val="right"/>
      </w:pPr>
      <w:r>
        <w:t>سے کرے گا۔ سیکولر۔</w:t>
      </w:r>
    </w:p>
    <w:p>
      <w:r>
        <w:rPr>
          <w:b/>
        </w:rPr>
        <w:t xml:space="preserve">[28:27] </w:t>
      </w:r>
      <w:r>
        <w:t>faajir ka matlab secular.</w:t>
      </w:r>
    </w:p>
    <w:p>
      <w:pPr>
        <w:jc w:val="right"/>
      </w:pPr>
      <w:r>
        <w:t>فاجر کا معنی سیکولر۔</w:t>
      </w:r>
    </w:p>
    <w:p>
      <w:r>
        <w:rPr>
          <w:b/>
        </w:rPr>
        <w:t xml:space="preserve">[28:33] </w:t>
      </w:r>
      <w:r>
        <w:t>to is ke matlab kya hue? ab is ko gehraai se sochiye. gehraai se.</w:t>
      </w:r>
    </w:p>
    <w:p>
      <w:pPr>
        <w:jc w:val="right"/>
      </w:pPr>
      <w:r>
        <w:t>تو اس کے معنی کیا ہوئے؟ اب اس کو گہرائی سے سوچیے۔ گہرائی سے۔</w:t>
      </w:r>
    </w:p>
    <w:p>
      <w:r>
        <w:rPr>
          <w:b/>
        </w:rPr>
        <w:t xml:space="preserve">[28:39] </w:t>
      </w:r>
      <w:r>
        <w:t>to pehle jo equation tha jo human history mein, human history mein jo pehle equation tha woh tha</w:t>
      </w:r>
    </w:p>
    <w:p>
      <w:pPr>
        <w:jc w:val="right"/>
      </w:pPr>
      <w:r>
        <w:t>تو پہلے جو ایکویشن تھا جو ہیومن ہسٹری میں، ہیومن ہسٹری میں جو پہلے ایکویشن تھا وہ تھا</w:t>
      </w:r>
    </w:p>
    <w:p>
      <w:r>
        <w:rPr>
          <w:b/>
        </w:rPr>
        <w:t xml:space="preserve">[28:45] </w:t>
      </w:r>
      <w:r>
        <w:t>believers aur opponent.</w:t>
      </w:r>
    </w:p>
    <w:p>
      <w:pPr>
        <w:jc w:val="right"/>
      </w:pPr>
      <w:r>
        <w:t>بیلیورز اور اپونینٹ۔</w:t>
      </w:r>
    </w:p>
    <w:p>
      <w:r>
        <w:rPr>
          <w:b/>
        </w:rPr>
        <w:t xml:space="preserve">[28:51] </w:t>
      </w:r>
      <w:r>
        <w:t>yaani maanne wale aur is ka ikhtilaf karne wale, is ki dushmani karne wale.</w:t>
      </w:r>
    </w:p>
    <w:p>
      <w:pPr>
        <w:jc w:val="right"/>
      </w:pPr>
      <w:r>
        <w:t>یعنی ماننے والے اور اس کا اختلاف کرنے والے، اس کی دشمنی کرنے والے۔</w:t>
      </w:r>
    </w:p>
    <w:p>
      <w:r>
        <w:rPr>
          <w:b/>
        </w:rPr>
        <w:t xml:space="preserve">[28:57] </w:t>
      </w:r>
      <w:r>
        <w:t>believers aur opponent.</w:t>
      </w:r>
    </w:p>
    <w:p>
      <w:pPr>
        <w:jc w:val="right"/>
      </w:pPr>
      <w:r>
        <w:t>بیلیورز اور اپونینٹ۔</w:t>
      </w:r>
    </w:p>
    <w:p>
      <w:r>
        <w:rPr>
          <w:b/>
        </w:rPr>
        <w:t xml:space="preserve">[29:03] </w:t>
      </w:r>
      <w:r>
        <w:t>لیکن ایک پروسیس چلا، ایک پروسیس چلا، ایک پروسیس چلا جس کا کنورژن میں 21st century آئی۔</w:t>
      </w:r>
    </w:p>
    <w:p>
      <w:pPr>
        <w:jc w:val="right"/>
      </w:pPr>
      <w:r>
        <w:t>لیکن ایک پروسیس چلا، ایک پروسیس چلا، ایک پروسیس چلا جس کا کنورژن میں ٹونٹی فرسٹ سینچری آئی۔</w:t>
      </w:r>
    </w:p>
    <w:p>
      <w:r>
        <w:rPr>
          <w:b/>
        </w:rPr>
        <w:t xml:space="preserve">[29:08] </w:t>
      </w:r>
      <w:r>
        <w:t>twenty first century mein ab kya hai? woh equation badal gaya.</w:t>
      </w:r>
    </w:p>
    <w:p>
      <w:pPr>
        <w:jc w:val="right"/>
      </w:pPr>
      <w:r>
        <w:t>ٹونٹی فرسٹ سینچری میں اب کیا ہے؟ وہ ایکویشن بدل گیا۔</w:t>
      </w:r>
    </w:p>
    <w:p>
      <w:r>
        <w:rPr>
          <w:b/>
        </w:rPr>
        <w:t xml:space="preserve">[29:14] </w:t>
      </w:r>
      <w:r>
        <w:t>ab yeh hai believers aur supporters.</w:t>
      </w:r>
    </w:p>
    <w:p>
      <w:pPr>
        <w:jc w:val="right"/>
      </w:pPr>
      <w:r>
        <w:t>اب یہ ہے بیلیورز اور سپورٹرز۔</w:t>
      </w:r>
    </w:p>
    <w:p>
      <w:r>
        <w:rPr>
          <w:b/>
        </w:rPr>
        <w:t xml:space="preserve">[29:20] </w:t>
      </w:r>
      <w:r>
        <w:t>پہلے زمانے میں جو ایک ایکویشن تھا کہ believers تھے، اس کے مقابلے میں opponents ہوا کرتے تھے۔</w:t>
      </w:r>
    </w:p>
    <w:p>
      <w:pPr>
        <w:jc w:val="right"/>
      </w:pPr>
      <w:r>
        <w:t>پہلے زمانے میں جو ایک ایکویشن تھا کہ بیلیورز تھے، اس کے مقابلے میں اپونینٹ ہوا کرتے تھے۔</w:t>
      </w:r>
    </w:p>
    <w:p>
      <w:r>
        <w:rPr>
          <w:b/>
        </w:rPr>
        <w:t xml:space="preserve">[29:26] </w:t>
      </w:r>
      <w:r>
        <w:t>aggressive opponent, aggressive.</w:t>
      </w:r>
    </w:p>
    <w:p>
      <w:pPr>
        <w:jc w:val="right"/>
      </w:pPr>
      <w:r>
        <w:t>ایگریسو اپونینٹ، ایگریسو۔</w:t>
      </w:r>
    </w:p>
    <w:p>
      <w:r>
        <w:rPr>
          <w:b/>
        </w:rPr>
        <w:t xml:space="preserve">[29:32] </w:t>
      </w:r>
      <w:r>
        <w:t>ab kya hai? woh sab khatam.</w:t>
      </w:r>
    </w:p>
    <w:p>
      <w:pPr>
        <w:jc w:val="right"/>
      </w:pPr>
      <w:r>
        <w:t>اب کیا ہے؟ وہ سب ختم۔</w:t>
      </w:r>
    </w:p>
    <w:p>
      <w:r>
        <w:rPr>
          <w:b/>
        </w:rPr>
        <w:t xml:space="preserve">[29:38] </w:t>
      </w:r>
      <w:r>
        <w:t>ab to believers aur supporters.</w:t>
      </w:r>
    </w:p>
    <w:p>
      <w:pPr>
        <w:jc w:val="right"/>
      </w:pPr>
      <w:r>
        <w:t>اب تو بیلیورز اور سپورٹرز۔</w:t>
      </w:r>
    </w:p>
    <w:p>
      <w:r>
        <w:rPr>
          <w:b/>
        </w:rPr>
        <w:t xml:space="preserve">[29:44] </w:t>
      </w:r>
      <w:r>
        <w:t>saari duniya support kar rahi hai.</w:t>
      </w:r>
    </w:p>
    <w:p>
      <w:pPr>
        <w:jc w:val="right"/>
      </w:pPr>
      <w:r>
        <w:t>ساری دنیا سپورٹ کر رہی ہے۔</w:t>
      </w:r>
    </w:p>
    <w:p>
      <w:r>
        <w:rPr>
          <w:b/>
        </w:rPr>
        <w:t xml:space="preserve">[29:49] </w:t>
      </w:r>
      <w:r>
        <w:t>aap baghaur kijiye ke duniya mein nature unfold hua to kya hua? jo Allah hain woh daryaft hue.</w:t>
      </w:r>
    </w:p>
    <w:p>
      <w:pPr>
        <w:jc w:val="right"/>
      </w:pPr>
      <w:r>
        <w:t>آپ بغور کیجیے کہ دنیا میں نیچر انفولڈ ہوا تو کیا ہوا؟ جو الاؤ اللہ ہیں وہ دریافت ہوئے۔</w:t>
      </w:r>
    </w:p>
    <w:p>
      <w:r>
        <w:rPr>
          <w:b/>
        </w:rPr>
        <w:t xml:space="preserve">[29:55] </w:t>
      </w:r>
      <w:r>
        <w:t>wonders of God hain woh jo daryaft hue.</w:t>
      </w:r>
    </w:p>
    <w:p>
      <w:pPr>
        <w:jc w:val="right"/>
      </w:pPr>
      <w:r>
        <w:t>ونڈرز آف گاڈ ہیں وہ جو دریافت ہوئے۔</w:t>
      </w:r>
    </w:p>
    <w:p>
      <w:r>
        <w:rPr>
          <w:b/>
        </w:rPr>
        <w:t xml:space="preserve">[30:01] </w:t>
      </w:r>
      <w:r>
        <w:t>phir democracy aayi, freedom aaya to kya hua? religious freedom duniya mein aa gaya.</w:t>
      </w:r>
    </w:p>
    <w:p>
      <w:pPr>
        <w:jc w:val="right"/>
      </w:pPr>
      <w:r>
        <w:t>پھر ڈیموکریسی آئی، فریڈم آیا تو کیا ہوا؟ ریلیجیس فریڈم دنیا میں آ گیا۔</w:t>
      </w:r>
    </w:p>
    <w:p>
      <w:r>
        <w:rPr>
          <w:b/>
        </w:rPr>
        <w:t xml:space="preserve">[30:07] </w:t>
      </w:r>
      <w:r>
        <w:t>religious persecution khatam ho gaya.</w:t>
      </w:r>
    </w:p>
    <w:p>
      <w:pPr>
        <w:jc w:val="right"/>
      </w:pPr>
      <w:r>
        <w:t>ریلیجیس پرسیکیوشن ختم ہو گیا۔</w:t>
      </w:r>
    </w:p>
    <w:p>
      <w:r>
        <w:rPr>
          <w:b/>
        </w:rPr>
        <w:t xml:space="preserve">[30:13] </w:t>
      </w:r>
      <w:r>
        <w:t>phir dekhiye United Nations bani, is ne kya hua? ke duniya ki taqreeban do sau countries ne baqaida</w:t>
      </w:r>
    </w:p>
    <w:p>
      <w:pPr>
        <w:jc w:val="right"/>
      </w:pPr>
      <w:r>
        <w:t>پھر دیکھیے یونائٹڈ نیشنز بنی، اس نے کیا ہوا؟ کہ دنیا کی تقریباً دو سو کنٹریز نے باقاعدہ</w:t>
      </w:r>
    </w:p>
    <w:p>
      <w:r>
        <w:rPr>
          <w:b/>
        </w:rPr>
        <w:t xml:space="preserve">[30:19] </w:t>
      </w:r>
      <w:r>
        <w:t>yeh pledge liya, international pledge.</w:t>
      </w:r>
    </w:p>
    <w:p>
      <w:pPr>
        <w:jc w:val="right"/>
      </w:pPr>
      <w:r>
        <w:t>یہ پلیج لیا، انٹرنیشنل پلیج۔</w:t>
      </w:r>
    </w:p>
    <w:p>
      <w:r>
        <w:rPr>
          <w:b/>
        </w:rPr>
        <w:t xml:space="preserve">[30:25] </w:t>
      </w:r>
      <w:r>
        <w:t>ke hum apne mulk mein azaadi denge.</w:t>
      </w:r>
    </w:p>
    <w:p>
      <w:pPr>
        <w:jc w:val="right"/>
      </w:pPr>
      <w:r>
        <w:t>کہ ہم اپنے ملک میں آزادی دیں گے۔</w:t>
      </w:r>
    </w:p>
    <w:p>
      <w:r>
        <w:rPr>
          <w:b/>
        </w:rPr>
        <w:t xml:space="preserve">[30:31] </w:t>
      </w:r>
      <w:r>
        <w:t>mazhabi aitbaar se kisi ko koi rukawatein hongi, jo jis mazhab par chahe amal kare.</w:t>
      </w:r>
    </w:p>
    <w:p>
      <w:pPr>
        <w:jc w:val="right"/>
      </w:pPr>
      <w:r>
        <w:t>مذہبی اعتبار سے کسی کو کوئی رکاوٹیں ہوں گی، جو جس مذہب پر چاہے عمل کرے۔</w:t>
      </w:r>
    </w:p>
    <w:p>
      <w:r>
        <w:rPr>
          <w:b/>
        </w:rPr>
        <w:t xml:space="preserve">[30:36] </w:t>
      </w:r>
      <w:r>
        <w:t>yeh to bilkul hamare haq mein hai. hamare liye.</w:t>
      </w:r>
    </w:p>
    <w:p>
      <w:pPr>
        <w:jc w:val="right"/>
      </w:pPr>
      <w:r>
        <w:t>یہ تو بالکل ہمارے حق میں ہے۔ ہمارے لیے۔</w:t>
      </w:r>
    </w:p>
    <w:p>
      <w:r>
        <w:rPr>
          <w:b/>
        </w:rPr>
        <w:t xml:space="preserve">[30:42] </w:t>
      </w:r>
      <w:r>
        <w:t>to ek ke baad ek ke baad ek saare mawaqe hamare haq mein hote hue hote chale gaye.</w:t>
      </w:r>
    </w:p>
    <w:p>
      <w:pPr>
        <w:jc w:val="right"/>
      </w:pPr>
      <w:r>
        <w:t>تو ایک کے بعد ایک کے بعد ایک سارے مواقع ہمارے حق میں ہوتے ہوئے ہوتے چلے گئے۔</w:t>
      </w:r>
    </w:p>
    <w:p>
      <w:r>
        <w:rPr>
          <w:b/>
        </w:rPr>
        <w:t xml:space="preserve">[30:48] </w:t>
      </w:r>
      <w:r>
        <w:t>to ab poori duniya jo hai woh sab support karne wali ban gayi Allah ke deen ke liye.</w:t>
      </w:r>
    </w:p>
    <w:p>
      <w:pPr>
        <w:jc w:val="right"/>
      </w:pPr>
      <w:r>
        <w:t>تو اب پوری دنیا جو ہے وہ سب سپورٹ کرنے والی بن گئی اللہ کے دین کے لیے۔</w:t>
      </w:r>
    </w:p>
    <w:p>
      <w:r>
        <w:rPr>
          <w:b/>
        </w:rPr>
        <w:t xml:space="preserve">[30:54] </w:t>
      </w:r>
      <w:r>
        <w:t>aur yahi tha aaghaz mein.</w:t>
      </w:r>
    </w:p>
    <w:p>
      <w:pPr>
        <w:jc w:val="right"/>
      </w:pPr>
      <w:r>
        <w:t>اور یہی تھا آغاز میں۔</w:t>
      </w:r>
    </w:p>
    <w:p>
      <w:r>
        <w:rPr>
          <w:b/>
        </w:rPr>
        <w:t xml:space="preserve">[31:00] </w:t>
      </w:r>
      <w:r>
        <w:t>yaani Allah ne jo banaya is duniya ko to shuru mein yahi tha ke insaan ko di hai</w:t>
      </w:r>
    </w:p>
    <w:p>
      <w:pPr>
        <w:jc w:val="right"/>
      </w:pPr>
      <w:r>
        <w:t>یعنی اللہ نے جو بنایا اس دنیا کو تو شروع میں یہی تھا کہ انسان کو دی ہے</w:t>
      </w:r>
    </w:p>
    <w:p>
      <w:r>
        <w:rPr>
          <w:b/>
        </w:rPr>
        <w:t xml:space="preserve">[31:06] </w:t>
      </w:r>
      <w:r>
        <w:t>azaadi lekin baqi sab cheez chahe human history ho, chahe nature ho, woh sab uske support mein hai.</w:t>
      </w:r>
    </w:p>
    <w:p>
      <w:pPr>
        <w:jc w:val="right"/>
      </w:pPr>
      <w:r>
        <w:t>آزادی لیکن بقیہ ساری چیز چاہے ہیومن ہسٹری ہو، چاہے نیچر ہو، وہ سب اس کے سپورٹ میں ہے۔</w:t>
      </w:r>
    </w:p>
    <w:p>
      <w:r>
        <w:rPr>
          <w:b/>
        </w:rPr>
        <w:t xml:space="preserve">[31:12] </w:t>
      </w:r>
      <w:r>
        <w:t>to isi equation par Allah ne banaya tha duniya ko.</w:t>
      </w:r>
    </w:p>
    <w:p>
      <w:pPr>
        <w:jc w:val="right"/>
      </w:pPr>
      <w:r>
        <w:t>تو اسی ایکویشن پر اللہ نے بنایا تھا دنیا کو۔</w:t>
      </w:r>
    </w:p>
    <w:p>
      <w:r>
        <w:rPr>
          <w:b/>
        </w:rPr>
        <w:t xml:space="preserve">[31:17] </w:t>
      </w:r>
      <w:r>
        <w:t>ke believer aur supporter.</w:t>
      </w:r>
    </w:p>
    <w:p>
      <w:pPr>
        <w:jc w:val="right"/>
      </w:pPr>
      <w:r>
        <w:t>کہ بیلیور اور سپورٹر۔</w:t>
      </w:r>
    </w:p>
    <w:p>
      <w:r>
        <w:rPr>
          <w:b/>
        </w:rPr>
        <w:t xml:space="preserve">[31:23] </w:t>
      </w:r>
      <w:r>
        <w:t>isi equation par.</w:t>
      </w:r>
    </w:p>
    <w:p>
      <w:pPr>
        <w:jc w:val="right"/>
      </w:pPr>
      <w:r>
        <w:t>اسی ایکویشن پر۔</w:t>
      </w:r>
    </w:p>
    <w:p>
      <w:r>
        <w:rPr>
          <w:b/>
        </w:rPr>
        <w:t xml:space="preserve">[31:29] </w:t>
      </w:r>
      <w:r>
        <w:t>beech mein insaan ne isko badla.</w:t>
      </w:r>
    </w:p>
    <w:p>
      <w:pPr>
        <w:jc w:val="right"/>
      </w:pPr>
      <w:r>
        <w:t>بیچ میں انسان نے اس کو بدلا۔</w:t>
      </w:r>
    </w:p>
    <w:p>
      <w:r>
        <w:rPr>
          <w:b/>
        </w:rPr>
        <w:t xml:space="preserve">[31:35] </w:t>
      </w:r>
      <w:r>
        <w:t>khaas tor par despotic kingship jo aaya usko badla.</w:t>
      </w:r>
    </w:p>
    <w:p>
      <w:pPr>
        <w:jc w:val="right"/>
      </w:pPr>
      <w:r>
        <w:t>خاص طور پر ڈسپارٹک کنگ شپ جو آیا اس کو بدلا۔</w:t>
      </w:r>
    </w:p>
    <w:p>
      <w:r>
        <w:rPr>
          <w:b/>
        </w:rPr>
        <w:t xml:space="preserve">[31:41] </w:t>
      </w:r>
      <w:r>
        <w:t>to Allah taala ne kya kiya? isko khatm karne ke liye ek tareekh mein ek hissa, ek</w:t>
      </w:r>
    </w:p>
    <w:p>
      <w:pPr>
        <w:jc w:val="right"/>
      </w:pPr>
      <w:r>
        <w:t>تو اللہ تعالیٰ نے کیا کیا؟ اس کو ختم کرنے کے لیے ایک تاریخ میں ایک حصہ، ایک</w:t>
      </w:r>
    </w:p>
    <w:p>
      <w:r>
        <w:rPr>
          <w:b/>
        </w:rPr>
        <w:t xml:space="preserve">[31:47] </w:t>
      </w:r>
      <w:r>
        <w:t>process chalaya, process.</w:t>
      </w:r>
    </w:p>
    <w:p>
      <w:pPr>
        <w:jc w:val="right"/>
      </w:pPr>
      <w:r>
        <w:t>پراسیس چلایا، پراسیس۔</w:t>
      </w:r>
    </w:p>
    <w:p>
      <w:r>
        <w:rPr>
          <w:b/>
        </w:rPr>
        <w:t xml:space="preserve">[31:53] </w:t>
      </w:r>
      <w:r>
        <w:t>ke desert crusade, phir operation crusade, phir milton crusade, phir spiritual crusade, aakhir mein dawah crusade.</w:t>
      </w:r>
    </w:p>
    <w:p>
      <w:pPr>
        <w:jc w:val="right"/>
      </w:pPr>
      <w:r>
        <w:t>کہ ڈیزرٹ کروسیڈ، پھر آپریشن کروسیڈ، پھر ملٹن کروسیڈ، پھر اسپریچول کروسیڈ، آخر میں دعوت کروسیڈ۔</w:t>
      </w:r>
    </w:p>
    <w:p>
      <w:r>
        <w:rPr>
          <w:b/>
        </w:rPr>
        <w:t xml:space="preserve">[31:58] </w:t>
      </w:r>
      <w:r>
        <w:t>to ab poora yaani scenario badal gaya, scenario.</w:t>
      </w:r>
    </w:p>
    <w:p>
      <w:pPr>
        <w:jc w:val="right"/>
      </w:pPr>
      <w:r>
        <w:t>تو اب پورا یعنی سینریو بدل گیا، سینریو۔</w:t>
      </w:r>
    </w:p>
    <w:p>
      <w:r>
        <w:rPr>
          <w:b/>
        </w:rPr>
        <w:t xml:space="preserve">[32:04] </w:t>
      </w:r>
      <w:r>
        <w:t>ab kya hai? believers ek taraf hain, doosri taraf poora ka poora supporting world hai.</w:t>
      </w:r>
    </w:p>
    <w:p>
      <w:pPr>
        <w:jc w:val="right"/>
      </w:pPr>
      <w:r>
        <w:t>اب کیا ہے؟ بیلیورز ایک طرف ہیں، دوسری طرف پورا کا پورا سپورٹنگ ورلڈ ہے۔</w:t>
      </w:r>
    </w:p>
    <w:p>
      <w:r>
        <w:rPr>
          <w:b/>
        </w:rPr>
        <w:t xml:space="preserve">[32:10] </w:t>
      </w:r>
      <w:r>
        <w:t>ab aisi haalat mein ab jo log ladai bhadai karte hain woh zara blind hain.</w:t>
      </w:r>
    </w:p>
    <w:p>
      <w:pPr>
        <w:jc w:val="right"/>
      </w:pPr>
      <w:r>
        <w:t>اب ایسی حالت میں اب جو لوگ لڑائی بھڑائی کرتے ہیں وہ ذرا بلائنڈ ہیں۔</w:t>
      </w:r>
    </w:p>
    <w:p>
      <w:r>
        <w:rPr>
          <w:b/>
        </w:rPr>
        <w:t xml:space="preserve">[32:16] </w:t>
      </w:r>
      <w:r>
        <w:t>yaani woh dawah blind hain.</w:t>
      </w:r>
    </w:p>
    <w:p>
      <w:pPr>
        <w:jc w:val="right"/>
      </w:pPr>
      <w:r>
        <w:t>یعنی وہ دعویٰ بلائنڈ ہیں۔</w:t>
      </w:r>
    </w:p>
    <w:p>
      <w:r>
        <w:rPr>
          <w:b/>
        </w:rPr>
        <w:t xml:space="preserve">[32:22] </w:t>
      </w:r>
      <w:r>
        <w:t>woh divine blind hain.</w:t>
      </w:r>
    </w:p>
    <w:p>
      <w:pPr>
        <w:jc w:val="right"/>
      </w:pPr>
      <w:r>
        <w:t>وہ ڈیوائن بلائنڈ ہیں۔</w:t>
      </w:r>
    </w:p>
    <w:p>
      <w:r>
        <w:rPr>
          <w:b/>
        </w:rPr>
        <w:t xml:space="preserve">[32:28] </w:t>
      </w:r>
      <w:r>
        <w:t>jaise ke baarish ho, kisaan ghar mein ja kar so jaye.</w:t>
      </w:r>
    </w:p>
    <w:p>
      <w:pPr>
        <w:jc w:val="right"/>
      </w:pPr>
      <w:r>
        <w:t>جیسے کہ بارش ہو، کسان گھر میں جا کر سو جائے۔</w:t>
      </w:r>
    </w:p>
    <w:p>
      <w:r>
        <w:rPr>
          <w:b/>
        </w:rPr>
        <w:t xml:space="preserve">[32:34] </w:t>
      </w:r>
      <w:r>
        <w:t>ایسا ایسا کسان بارش بلائنڈ ہے، rain blind ہے۔</w:t>
      </w:r>
    </w:p>
    <w:p>
      <w:pPr>
        <w:jc w:val="right"/>
      </w:pPr>
      <w:r>
        <w:t>ایسا ایسا کسان بارش بلائنڈ ہے، رین بلائنڈ ہے۔</w:t>
      </w:r>
    </w:p>
    <w:p>
      <w:r>
        <w:rPr>
          <w:b/>
        </w:rPr>
        <w:t xml:space="preserve">[32:39] </w:t>
      </w:r>
      <w:r>
        <w:t>aap ghaur kijiye ke itne saare waqeat ekatha hote hain tab baarish hoti hai.</w:t>
      </w:r>
    </w:p>
    <w:p>
      <w:pPr>
        <w:jc w:val="right"/>
      </w:pPr>
      <w:r>
        <w:t>آپ غور کیجیے کہ اتنے سارے واقعات اکٹھا ہوتے ہیں تب بارش ہوتی ہے۔</w:t>
      </w:r>
    </w:p>
    <w:p>
      <w:r>
        <w:rPr>
          <w:b/>
        </w:rPr>
        <w:t xml:space="preserve">[32:45] </w:t>
      </w:r>
      <w:r>
        <w:t>is liye hoti hai taake kisaan jo hai woh apna kheti kare. agriculture chalaye.</w:t>
      </w:r>
    </w:p>
    <w:p>
      <w:pPr>
        <w:jc w:val="right"/>
      </w:pPr>
      <w:r>
        <w:t>اس لیے ہوتی ہے تاکہ کسان جو ہے وہ اپنا کھیتی کرے۔ ایگریکلچر چلائے۔</w:t>
      </w:r>
    </w:p>
    <w:p>
      <w:r>
        <w:rPr>
          <w:b/>
        </w:rPr>
        <w:t xml:space="preserve">[32:51] </w:t>
      </w:r>
      <w:r>
        <w:t>lekin kisaan kya kare? ghar mein ja kar so raha hai.</w:t>
      </w:r>
    </w:p>
    <w:p>
      <w:pPr>
        <w:jc w:val="right"/>
      </w:pPr>
      <w:r>
        <w:t>لیکن کسان کیا کرے؟ گھر میں جا کر سو رہے ہیں۔</w:t>
      </w:r>
    </w:p>
    <w:p>
      <w:r>
        <w:rPr>
          <w:b/>
        </w:rPr>
        <w:t xml:space="preserve">[32:57] </w:t>
      </w:r>
      <w:r>
        <w:t>اس کا مطلب ہے کہ کسان، ایسا کسان جو ہے rain blind ہے۔ Rain blind.</w:t>
      </w:r>
    </w:p>
    <w:p>
      <w:pPr>
        <w:jc w:val="right"/>
      </w:pPr>
      <w:r>
        <w:t>اس کا مطلب ہے کہ کسان، ایسا کسان جو ہے رین بلائنڈ ہے۔ رین بلائنڈ۔</w:t>
      </w:r>
    </w:p>
    <w:p>
      <w:r>
        <w:rPr>
          <w:b/>
        </w:rPr>
        <w:t xml:space="preserve">[33:03] </w:t>
      </w:r>
      <w:r>
        <w:t>yahi haal hua adwan musalmanon ka.</w:t>
      </w:r>
    </w:p>
    <w:p>
      <w:pPr>
        <w:jc w:val="right"/>
      </w:pPr>
      <w:r>
        <w:t>یہی حال ہوا ادوان مسلمانوں کا۔</w:t>
      </w:r>
    </w:p>
    <w:p>
      <w:r>
        <w:rPr>
          <w:b/>
        </w:rPr>
        <w:t xml:space="preserve">[33:09] </w:t>
      </w:r>
      <w:r>
        <w:t>وہ opportunity blind ہو گئے۔ Opportunity blind۔</w:t>
      </w:r>
    </w:p>
    <w:p>
      <w:pPr>
        <w:jc w:val="right"/>
      </w:pPr>
      <w:r>
        <w:t>وہ اپرچونیٹی بلائنڈ ہو گئے۔ اپرچونیٹی بلائنڈ۔</w:t>
      </w:r>
    </w:p>
    <w:p>
      <w:r>
        <w:rPr>
          <w:b/>
        </w:rPr>
        <w:t xml:space="preserve">[33:15] </w:t>
      </w:r>
      <w:r>
        <w:t>ke Allah taala ne woh woh woh daur hi khatm kar diya jab koi ladai bhadai ho.</w:t>
      </w:r>
    </w:p>
    <w:p>
      <w:pPr>
        <w:jc w:val="right"/>
      </w:pPr>
      <w:r>
        <w:t>کہ اللہ تعالیٰ نے وہ وہ وہ دور ہی ختم کر دیا جب کوئی لڑائی بھڑائی ہو۔</w:t>
      </w:r>
    </w:p>
    <w:p>
      <w:r>
        <w:rPr>
          <w:b/>
        </w:rPr>
        <w:t xml:space="preserve">[33:20] </w:t>
      </w:r>
      <w:r>
        <w:t>jab khoon bahe.</w:t>
      </w:r>
    </w:p>
    <w:p>
      <w:pPr>
        <w:jc w:val="right"/>
      </w:pPr>
      <w:r>
        <w:t>جب خون بہے۔</w:t>
      </w:r>
    </w:p>
    <w:p>
      <w:r>
        <w:rPr>
          <w:b/>
        </w:rPr>
        <w:t xml:space="preserve">[33:26] </w:t>
      </w:r>
      <w:r>
        <w:t>jab sword istemal ho.</w:t>
      </w:r>
    </w:p>
    <w:p>
      <w:pPr>
        <w:jc w:val="right"/>
      </w:pPr>
      <w:r>
        <w:t>جب سوڈ استعمال ہو۔</w:t>
      </w:r>
    </w:p>
    <w:p>
      <w:r>
        <w:rPr>
          <w:b/>
        </w:rPr>
        <w:t xml:space="preserve">[33:32] </w:t>
      </w:r>
      <w:r>
        <w:t>gun culture aur bomb culture.</w:t>
      </w:r>
    </w:p>
    <w:p>
      <w:pPr>
        <w:jc w:val="right"/>
      </w:pPr>
      <w:r>
        <w:t>گن کلچر اور بمب کلچر۔</w:t>
      </w:r>
    </w:p>
    <w:p>
      <w:r>
        <w:rPr>
          <w:b/>
        </w:rPr>
        <w:t xml:space="preserve">[33:38] </w:t>
      </w:r>
      <w:r>
        <w:t>is ke dour hi ko khatm kar diya.</w:t>
      </w:r>
    </w:p>
    <w:p>
      <w:pPr>
        <w:jc w:val="right"/>
      </w:pPr>
      <w:r>
        <w:t>اس کے دور ہی کو ختم کر دیا۔</w:t>
      </w:r>
    </w:p>
    <w:p>
      <w:r>
        <w:rPr>
          <w:b/>
        </w:rPr>
        <w:t xml:space="preserve">[33:44] </w:t>
      </w:r>
      <w:r>
        <w:t>ab zabardasti is dour ko zinda kar rahe hain.</w:t>
      </w:r>
    </w:p>
    <w:p>
      <w:pPr>
        <w:jc w:val="right"/>
      </w:pPr>
      <w:r>
        <w:t>اب زبردستی اس دور کو زندہ کر رہے ہیں۔</w:t>
      </w:r>
    </w:p>
    <w:p>
      <w:r>
        <w:rPr>
          <w:b/>
        </w:rPr>
        <w:t xml:space="preserve">[33:50] </w:t>
      </w:r>
      <w:r>
        <w:t>to hamara mission jo hai yahi hai ke hum insaan ko aur musalmanon ko batayein ke What is</w:t>
      </w:r>
    </w:p>
    <w:p>
      <w:pPr>
        <w:jc w:val="right"/>
      </w:pPr>
      <w:r>
        <w:t>تو ہمارا مشن جو ہے یہی ہے کہ ہم انسان کو اور مسلمانوں کو بتائیں کہ What is</w:t>
      </w:r>
    </w:p>
    <w:p>
      <w:r>
        <w:rPr>
          <w:b/>
        </w:rPr>
        <w:t xml:space="preserve">[33:56] </w:t>
      </w:r>
      <w:r>
        <w:t>the creation plan of God?</w:t>
      </w:r>
    </w:p>
    <w:p>
      <w:pPr>
        <w:jc w:val="right"/>
      </w:pPr>
      <w:r>
        <w:t>the creation plan of God?</w:t>
      </w:r>
    </w:p>
    <w:p>
      <w:r>
        <w:rPr>
          <w:b/>
        </w:rPr>
        <w:t xml:space="preserve">[34:02] </w:t>
      </w:r>
      <w:r>
        <w:t>What is the scheme of things of God?</w:t>
      </w:r>
    </w:p>
    <w:p>
      <w:pPr>
        <w:jc w:val="right"/>
      </w:pPr>
      <w:r>
        <w:t>What is the scheme of things of God?</w:t>
      </w:r>
    </w:p>
    <w:p>
      <w:r>
        <w:rPr>
          <w:b/>
        </w:rPr>
        <w:t xml:space="preserve">[34:07] </w:t>
      </w:r>
      <w:r>
        <w:t>aur in sab ke baad ab hamare liye jo karna hai wo kya hai? yeh sara jo Allah</w:t>
      </w:r>
    </w:p>
    <w:p>
      <w:pPr>
        <w:jc w:val="right"/>
      </w:pPr>
      <w:r>
        <w:t>اور ان سب کے بعد اب ہمارے لیے جو کرنا ہے وہ کیا ہے؟ یہ سارا جو اللہ</w:t>
      </w:r>
    </w:p>
    <w:p>
      <w:r>
        <w:rPr>
          <w:b/>
        </w:rPr>
        <w:t xml:space="preserve">[34:13] </w:t>
      </w:r>
      <w:r>
        <w:t>تعالیٰ نے historical change پیدا کیا ہے تو اس سے جو opportunity کھلی ہوئی اس کے بعد ہمیں</w:t>
      </w:r>
    </w:p>
    <w:p>
      <w:pPr>
        <w:jc w:val="right"/>
      </w:pPr>
      <w:r>
        <w:t>تعالیٰ نے ہسٹوریکل چینج پیدا کیا ہے تو اس سے جو اپرچونیٹی کھلی ہوئی اس کے بعد ہمیں</w:t>
      </w:r>
    </w:p>
    <w:p>
      <w:r>
        <w:rPr>
          <w:b/>
        </w:rPr>
        <w:t xml:space="preserve">[34:18] </w:t>
      </w:r>
      <w:r>
        <w:t>karna kya hai? wo hai peaceful daawa.</w:t>
      </w:r>
    </w:p>
    <w:p>
      <w:pPr>
        <w:jc w:val="right"/>
      </w:pPr>
      <w:r>
        <w:t>کرنا کیا ہے؟ وہ ہے پیس فل دعویٰ۔</w:t>
      </w:r>
    </w:p>
    <w:p>
      <w:r>
        <w:rPr>
          <w:b/>
        </w:rPr>
        <w:t xml:space="preserve">[34:24] </w:t>
      </w:r>
      <w:r>
        <w:t>peaceful daawa work.</w:t>
      </w:r>
    </w:p>
    <w:p>
      <w:pPr>
        <w:jc w:val="right"/>
      </w:pPr>
      <w:r>
        <w:t>پیس فل دعویٰ ورک۔</w:t>
      </w:r>
    </w:p>
    <w:p>
      <w:r>
        <w:rPr>
          <w:b/>
        </w:rPr>
        <w:t xml:space="preserve">[34:30] </w:t>
      </w:r>
      <w:r>
        <w:t>humein peaceful daawa work karna hai.</w:t>
      </w:r>
    </w:p>
    <w:p>
      <w:pPr>
        <w:jc w:val="right"/>
      </w:pPr>
      <w:r>
        <w:t>ہمیں پیس فل دعویٰ ورک کرنا ہے۔</w:t>
      </w:r>
    </w:p>
    <w:p>
      <w:r>
        <w:rPr>
          <w:b/>
        </w:rPr>
        <w:t xml:space="preserve">[34:35] </w:t>
      </w:r>
      <w:r>
        <w:t>is peaceful daawa work karne ke liye jo jo zarooraten theen sab ko Allah taala ne supporters</w:t>
      </w:r>
    </w:p>
    <w:p>
      <w:pPr>
        <w:jc w:val="right"/>
      </w:pPr>
      <w:r>
        <w:t>اس پیس فل دعویٰ ورک کرنے کے لیے جو جو ضرورتیں تھیں سب کو اللہ تعالیٰ نے سپورٹرز</w:t>
      </w:r>
    </w:p>
    <w:p>
      <w:r>
        <w:rPr>
          <w:b/>
        </w:rPr>
        <w:t xml:space="preserve">[34:41] </w:t>
      </w:r>
      <w:r>
        <w:t>ke zariye hum ko de diya.</w:t>
      </w:r>
    </w:p>
    <w:p>
      <w:pPr>
        <w:jc w:val="right"/>
      </w:pPr>
      <w:r>
        <w:t>کے ذریعے ہم کو دے دیا۔</w:t>
      </w:r>
    </w:p>
    <w:p>
      <w:r>
        <w:rPr>
          <w:b/>
        </w:rPr>
        <w:t xml:space="preserve">[34:47] </w:t>
      </w:r>
      <w:r>
        <w:t>musalmanon ne kuch nahi kiya.</w:t>
      </w:r>
    </w:p>
    <w:p>
      <w:pPr>
        <w:jc w:val="right"/>
      </w:pPr>
      <w:r>
        <w:t>مسلمانوں نے کچھ نہیں کیا۔</w:t>
      </w:r>
    </w:p>
    <w:p>
      <w:r>
        <w:rPr>
          <w:b/>
        </w:rPr>
        <w:t xml:space="preserve">[34:52] </w:t>
      </w:r>
      <w:r>
        <w:t>musalmanon ne is zimn mein kuch bhi nahi kiya.</w:t>
      </w:r>
    </w:p>
    <w:p>
      <w:pPr>
        <w:jc w:val="right"/>
      </w:pPr>
      <w:r>
        <w:t>مسلمانوں نے اس ضمن میں کچھ بھی نہیں کیا۔</w:t>
      </w:r>
    </w:p>
    <w:p>
      <w:r>
        <w:rPr>
          <w:b/>
        </w:rPr>
        <w:t xml:space="preserve">[34:58] </w:t>
      </w:r>
      <w:r>
        <w:t>musalmanon ke paas Quran hai, musalmanon ke paas Rasool hai, musalmanon ke paas Hadees hai lekin global daawa</w:t>
      </w:r>
    </w:p>
    <w:p>
      <w:pPr>
        <w:jc w:val="right"/>
      </w:pPr>
      <w:r>
        <w:t>مسلمانوں کے پاس قرآن ہے، مسلمانوں کے پاس رسول ہے، مسلمانوں کے پاس حدیث ہے لیکن گلوبل دعویٰ</w:t>
      </w:r>
    </w:p>
    <w:p>
      <w:r>
        <w:rPr>
          <w:b/>
        </w:rPr>
        <w:t xml:space="preserve">[35:03] </w:t>
      </w:r>
      <w:r>
        <w:t>work ke liye jaise ke maine arz kiya pehle local daawa work hua karta tha ab Allah</w:t>
      </w:r>
    </w:p>
    <w:p>
      <w:pPr>
        <w:jc w:val="right"/>
      </w:pPr>
      <w:r>
        <w:t>ورک کے لیے جیسے کہ میں نے عرض کیا پہلے لوکل دعویٰ ورک ہوا کرتا تھا اب اللہ</w:t>
      </w:r>
    </w:p>
    <w:p>
      <w:r>
        <w:rPr>
          <w:b/>
        </w:rPr>
        <w:t xml:space="preserve">[35:09] </w:t>
      </w:r>
      <w:r>
        <w:t>taala mutalba ke global daawa work ho to global daawa work effectively global daawa work effectively bhi kaise</w:t>
      </w:r>
    </w:p>
    <w:p>
      <w:pPr>
        <w:jc w:val="right"/>
      </w:pPr>
      <w:r>
        <w:t>تعالیٰ مطلوبہ کہ گلوبل دعویٰ ورک ہو تو گلوبل دعویٰ ورک ایفیکٹولی گلوبل دعویٰ ورک ایفیکٹولی بھی کیسے</w:t>
      </w:r>
    </w:p>
    <w:p>
      <w:r>
        <w:rPr>
          <w:b/>
        </w:rPr>
        <w:t xml:space="preserve">[35:15] </w:t>
      </w:r>
      <w:r>
        <w:t>ho is ke liye jitni bhi zaroorat thi wo sab Allah taala ne paida kar diya.</w:t>
      </w:r>
    </w:p>
    <w:p>
      <w:pPr>
        <w:jc w:val="right"/>
      </w:pPr>
      <w:r>
        <w:t>ہو اس کے لیے جتنی بھی ضرورت تھی وہ سب اللہ تعالیٰ نے پیدا کر دیا۔</w:t>
      </w:r>
    </w:p>
    <w:p>
      <w:r>
        <w:rPr>
          <w:b/>
        </w:rPr>
        <w:t xml:space="preserve">[35:20] </w:t>
      </w:r>
      <w:r>
        <w:t>sab ka sab.</w:t>
      </w:r>
    </w:p>
    <w:p>
      <w:pPr>
        <w:jc w:val="right"/>
      </w:pPr>
      <w:r>
        <w:t>سب کا سب۔</w:t>
      </w:r>
    </w:p>
    <w:p>
      <w:r>
        <w:rPr>
          <w:b/>
        </w:rPr>
        <w:t xml:space="preserve">[35:26] </w:t>
      </w:r>
      <w:r>
        <w:t>ab jo log jihad ke naam par ladaiyan kar rahe hain They are blind.</w:t>
      </w:r>
    </w:p>
    <w:p>
      <w:pPr>
        <w:jc w:val="right"/>
      </w:pPr>
      <w:r>
        <w:t>اب جو لوگ جہاد کے نام پر لڑائیاں کر رہے ہیں They are blind.</w:t>
      </w:r>
    </w:p>
    <w:p>
      <w:r>
        <w:rPr>
          <w:b/>
        </w:rPr>
        <w:t xml:space="preserve">[35:32] </w:t>
      </w:r>
      <w:r>
        <w:t>They are opportunity blind.</w:t>
      </w:r>
    </w:p>
    <w:p>
      <w:pPr>
        <w:jc w:val="right"/>
      </w:pPr>
      <w:r>
        <w:t>They are opportunity blind.</w:t>
      </w:r>
    </w:p>
    <w:p>
      <w:r>
        <w:rPr>
          <w:b/>
        </w:rPr>
        <w:t xml:space="preserve">[35:37] </w:t>
      </w:r>
      <w:r>
        <w:t>jaise ke maine arz kiya ke barish hone ke baad jo kisan ja kar ghar mein so</w:t>
      </w:r>
    </w:p>
    <w:p>
      <w:pPr>
        <w:jc w:val="right"/>
      </w:pPr>
      <w:r>
        <w:t>جیسے کہ میں نے عرض کیا کہ بارش ہونے کے بعد جو کسان جا کر گھر میں سو</w:t>
      </w:r>
    </w:p>
    <w:p>
      <w:r>
        <w:rPr>
          <w:b/>
        </w:rPr>
        <w:t xml:space="preserve">[35:42] </w:t>
      </w:r>
      <w:r>
        <w:t>rahe, ja kar ladai bhadai kare, family mein aapas mein takrao kare to wo kisan jo hai wo</w:t>
      </w:r>
    </w:p>
    <w:p>
      <w:pPr>
        <w:jc w:val="right"/>
      </w:pPr>
      <w:r>
        <w:t>رہے، جا کر لڑائی بھڑائی کرے، فیملی میں آپس میں ٹکراؤ کرے تو وہ کسان جو ہے وہ</w:t>
      </w:r>
    </w:p>
    <w:p>
      <w:r>
        <w:rPr>
          <w:b/>
        </w:rPr>
        <w:t xml:space="preserve">[35:47] </w:t>
      </w:r>
      <w:r>
        <w:t>kisan rain blind hai.</w:t>
      </w:r>
    </w:p>
    <w:p>
      <w:pPr>
        <w:jc w:val="right"/>
      </w:pPr>
      <w:r>
        <w:t>کسان رین بلائنڈ ہے۔</w:t>
      </w:r>
    </w:p>
    <w:p>
      <w:r>
        <w:rPr>
          <w:b/>
        </w:rPr>
        <w:t xml:space="preserve">[35:52] </w:t>
      </w:r>
      <w:r>
        <w:t>season blind hai.</w:t>
      </w:r>
    </w:p>
    <w:p>
      <w:pPr>
        <w:jc w:val="right"/>
      </w:pPr>
      <w:r>
        <w:t>سیزن بلائنڈ ہے۔</w:t>
      </w:r>
    </w:p>
    <w:p>
      <w:r>
        <w:rPr>
          <w:b/>
        </w:rPr>
        <w:t xml:space="preserve">[35:57] </w:t>
      </w:r>
      <w:r>
        <w:t>aise hi musalmanon ka haal hai ke jab sab kuch ho chuka ab ladaai bhadaai kis liye? is</w:t>
      </w:r>
    </w:p>
    <w:p>
      <w:pPr>
        <w:jc w:val="right"/>
      </w:pPr>
      <w:r>
        <w:t>ایسے ہی مسلمانوں کا حال ہے کہ جب سب کچھ ہو چکا اب لڑائی بھڑائی کس لیے؟ اس</w:t>
      </w:r>
    </w:p>
    <w:p>
      <w:r>
        <w:rPr>
          <w:b/>
        </w:rPr>
        <w:t xml:space="preserve">[36:02] </w:t>
      </w:r>
      <w:r>
        <w:t>ka maani yeh hai ke Musalman jo hain opportunity blind hain.</w:t>
      </w:r>
    </w:p>
    <w:p>
      <w:pPr>
        <w:jc w:val="right"/>
      </w:pPr>
      <w:r>
        <w:t>کا معنی یہ ہے کہ مسلمان جو ہیں اپرچونیٹی بلائنڈ ہیں۔</w:t>
      </w:r>
    </w:p>
    <w:p>
      <w:r>
        <w:rPr>
          <w:b/>
        </w:rPr>
        <w:t xml:space="preserve">[36:07] </w:t>
      </w:r>
      <w:r>
        <w:t>Allah taala ki is scheme ko hi nahi samajh rahe hain.</w:t>
      </w:r>
    </w:p>
    <w:p>
      <w:pPr>
        <w:jc w:val="right"/>
      </w:pPr>
      <w:r>
        <w:t>اللہ تعالیٰ کی اس سکیم کو ہی نہیں سمجھ رہے ہیں۔</w:t>
      </w:r>
    </w:p>
    <w:p>
      <w:r>
        <w:rPr>
          <w:b/>
        </w:rPr>
        <w:t xml:space="preserve">[36:12] </w:t>
      </w:r>
      <w:r>
        <w:t>ke yeh saada baat nahi hai.</w:t>
      </w:r>
    </w:p>
    <w:p>
      <w:pPr>
        <w:jc w:val="right"/>
      </w:pPr>
      <w:r>
        <w:t>کہ یہ سادہ بات نہیں ہے۔</w:t>
      </w:r>
    </w:p>
    <w:p>
      <w:r>
        <w:rPr>
          <w:b/>
        </w:rPr>
        <w:t xml:space="preserve">[36:17] </w:t>
      </w:r>
      <w:r>
        <w:t>dekhiye ek hadith hai ke momin ki misaal, munafiq ki misaal kya hai? woh bataya gaya hai.</w:t>
      </w:r>
    </w:p>
    <w:p>
      <w:pPr>
        <w:jc w:val="right"/>
      </w:pPr>
      <w:r>
        <w:t>دیکھیے ایک حدیث ہے کہ مومن کی مثال، منافق کی مثال کیا ہے؟ وہ بتایا گیا ہے۔</w:t>
      </w:r>
    </w:p>
    <w:p>
      <w:r>
        <w:rPr>
          <w:b/>
        </w:rPr>
        <w:t xml:space="preserve">[36:22] </w:t>
      </w:r>
      <w:r>
        <w:t>bataya gaya hai ke iski misaal dein ek ek tamseel ke roop mein ke ek maveshi hai,</w:t>
      </w:r>
    </w:p>
    <w:p>
      <w:pPr>
        <w:jc w:val="right"/>
      </w:pPr>
      <w:r>
        <w:t>بتایا گیا ہے کہ اس کی مثال دیں ایک ایک تمثیل کے روپ میں کہ ایک مویشی ہے،</w:t>
      </w:r>
    </w:p>
    <w:p>
      <w:r>
        <w:rPr>
          <w:b/>
        </w:rPr>
        <w:t xml:space="preserve">[36:27] </w:t>
      </w:r>
      <w:r>
        <w:t>ek bail hai.</w:t>
      </w:r>
    </w:p>
    <w:p>
      <w:pPr>
        <w:jc w:val="right"/>
      </w:pPr>
      <w:r>
        <w:t>ایک بیل ہے۔</w:t>
      </w:r>
    </w:p>
    <w:p>
      <w:r>
        <w:rPr>
          <w:b/>
        </w:rPr>
        <w:t xml:space="preserve">[36:32] </w:t>
      </w:r>
      <w:r>
        <w:t>is ko kisaan kabhi bandhta hai saaye mein, kabhi bandhta hai khet mein le aata hai, kabhi kabhi</w:t>
      </w:r>
    </w:p>
    <w:p>
      <w:pPr>
        <w:jc w:val="right"/>
      </w:pPr>
      <w:r>
        <w:t>اس کو کسان کبھی باندھتا ہے سائے میں، کبھی باندھتا ہے کھیت میں لے آتا ہے، کبھی کبھی</w:t>
      </w:r>
    </w:p>
    <w:p>
      <w:r>
        <w:rPr>
          <w:b/>
        </w:rPr>
        <w:t xml:space="preserve">[36:37] </w:t>
      </w:r>
      <w:r>
        <w:t>yahan, kabhi wahan.</w:t>
      </w:r>
    </w:p>
    <w:p>
      <w:pPr>
        <w:jc w:val="right"/>
      </w:pPr>
      <w:r>
        <w:t>یہاں، کبھی وہاں۔</w:t>
      </w:r>
    </w:p>
    <w:p>
      <w:r>
        <w:rPr>
          <w:b/>
        </w:rPr>
        <w:t xml:space="preserve">[36:43] </w:t>
      </w:r>
      <w:r>
        <w:t>to is is bail ko pata nahi.</w:t>
      </w:r>
    </w:p>
    <w:p>
      <w:pPr>
        <w:jc w:val="right"/>
      </w:pPr>
      <w:r>
        <w:t>تو اس اس بیل کو پتہ نہیں۔</w:t>
      </w:r>
    </w:p>
    <w:p>
      <w:r>
        <w:rPr>
          <w:b/>
        </w:rPr>
        <w:t xml:space="preserve">[36:48] </w:t>
      </w:r>
      <w:r>
        <w:t>is bail ko pata nahi ke mere maalik ne mujhe yahan kyun bandha, wahan kyun khola.</w:t>
      </w:r>
    </w:p>
    <w:p>
      <w:pPr>
        <w:jc w:val="right"/>
      </w:pPr>
      <w:r>
        <w:t>اس بیل کو پتہ نہیں کہ میرے مالک نے مجھے یہاں کیوں باندھا، وہاں کیوں کھولا۔</w:t>
      </w:r>
    </w:p>
    <w:p>
      <w:r>
        <w:rPr>
          <w:b/>
        </w:rPr>
        <w:t xml:space="preserve">[36:53] </w:t>
      </w:r>
      <w:r>
        <w:t>to hadith mein aaya hai ke momin woh hai jo is ko jaan le aur munafiq woh hai</w:t>
      </w:r>
    </w:p>
    <w:p>
      <w:pPr>
        <w:jc w:val="right"/>
      </w:pPr>
      <w:r>
        <w:t>تو حدیث میں آیا ہے کہ مومن وہ ہے جو اس کو جان لے اور منافق وہ ہے</w:t>
      </w:r>
    </w:p>
    <w:p>
      <w:r>
        <w:rPr>
          <w:b/>
        </w:rPr>
        <w:t xml:space="preserve">[36:58] </w:t>
      </w:r>
      <w:r>
        <w:t>jis se bekhabar rahe.</w:t>
      </w:r>
    </w:p>
    <w:p>
      <w:pPr>
        <w:jc w:val="right"/>
      </w:pPr>
      <w:r>
        <w:t>جس سے بے خبر رہے۔</w:t>
      </w:r>
    </w:p>
    <w:p>
      <w:r>
        <w:rPr>
          <w:b/>
        </w:rPr>
        <w:t xml:space="preserve">[37:03] </w:t>
      </w:r>
      <w:r>
        <w:t>yeh hadith hai.</w:t>
      </w:r>
    </w:p>
    <w:p>
      <w:pPr>
        <w:jc w:val="right"/>
      </w:pPr>
      <w:r>
        <w:t>یہ حدیث ہے۔</w:t>
      </w:r>
    </w:p>
    <w:p>
      <w:r>
        <w:rPr>
          <w:b/>
        </w:rPr>
        <w:t xml:space="preserve">[37:08] </w:t>
      </w:r>
      <w:r>
        <w:t>to is ka maani yeh hai ke Allah taala ne jo opportunity kholi us ko aap jaan lein</w:t>
      </w:r>
    </w:p>
    <w:p>
      <w:pPr>
        <w:jc w:val="right"/>
      </w:pPr>
      <w:r>
        <w:t>تو اس کا معنی یہ ہے کہ اللہ تعالیٰ نے جو اپرچونیٹی کھولی اس کو آپ جان لیں</w:t>
      </w:r>
    </w:p>
    <w:p>
      <w:r>
        <w:rPr>
          <w:b/>
        </w:rPr>
        <w:t xml:space="preserve">[37:13] </w:t>
      </w:r>
      <w:r>
        <w:t>aur daawa work karein.</w:t>
      </w:r>
    </w:p>
    <w:p>
      <w:pPr>
        <w:jc w:val="right"/>
      </w:pPr>
      <w:r>
        <w:t>اور دعویٰ ورک کریں۔</w:t>
      </w:r>
    </w:p>
    <w:p>
      <w:r>
        <w:rPr>
          <w:b/>
        </w:rPr>
        <w:t xml:space="preserve">[37:18] </w:t>
      </w:r>
      <w:r>
        <w:t>Then you are a Momin.</w:t>
      </w:r>
    </w:p>
    <w:p>
      <w:pPr>
        <w:jc w:val="right"/>
      </w:pPr>
      <w:r>
        <w:t>Then you are a Momin.</w:t>
      </w:r>
    </w:p>
    <w:p>
      <w:r>
        <w:rPr>
          <w:b/>
        </w:rPr>
        <w:t xml:space="preserve">[37:23] </w:t>
      </w:r>
      <w:r>
        <w:t>aur is se aap bekhabar rahein.</w:t>
      </w:r>
    </w:p>
    <w:p>
      <w:pPr>
        <w:jc w:val="right"/>
      </w:pPr>
      <w:r>
        <w:t>اور اس سے آپ بے خبر رہیں۔</w:t>
      </w:r>
    </w:p>
    <w:p>
      <w:r>
        <w:rPr>
          <w:b/>
        </w:rPr>
        <w:t xml:space="preserve">[37:28] </w:t>
      </w:r>
      <w:r>
        <w:t>ja kar khwaamkhwah ladaai bhadaayein, nafratein karein, hate culture chalaayein.</w:t>
      </w:r>
    </w:p>
    <w:p>
      <w:pPr>
        <w:jc w:val="right"/>
      </w:pPr>
      <w:r>
        <w:t>جا کر خوامخواہ لڑائی بھڑائیں، نفرتیں کریں، ہیٹ کلچر چلائیں۔</w:t>
      </w:r>
    </w:p>
    <w:p>
      <w:r>
        <w:rPr>
          <w:b/>
        </w:rPr>
        <w:t xml:space="preserve">[37:33] </w:t>
      </w:r>
      <w:r>
        <w:t>duniya ko apna dushman samajh lein.</w:t>
      </w:r>
    </w:p>
    <w:p>
      <w:pPr>
        <w:jc w:val="right"/>
      </w:pPr>
      <w:r>
        <w:t>دنیا کو اپنا دشمن سمجھ لیں۔</w:t>
      </w:r>
    </w:p>
    <w:p>
      <w:r>
        <w:rPr>
          <w:b/>
        </w:rPr>
        <w:t xml:space="preserve">[37:38] </w:t>
      </w:r>
      <w:r>
        <w:t>to aap kya saabit kar rahe hain? ke aap munafiq hain. munafiq hain.</w:t>
      </w:r>
    </w:p>
    <w:p>
      <w:pPr>
        <w:jc w:val="right"/>
      </w:pPr>
      <w:r>
        <w:t>تو آپ کیا ثابت کر رہے ہیں؟ کہ آپ منافق ہیں۔ منافق ہیں۔</w:t>
      </w:r>
    </w:p>
    <w:p>
      <w:r>
        <w:rPr>
          <w:b/>
        </w:rPr>
        <w:t xml:space="preserve">[37:43] </w:t>
      </w:r>
      <w:r>
        <w:t>کہ خدا کی اس کی وہ آپ things سے بلائنڈ ہو گئے آپ۔</w:t>
      </w:r>
    </w:p>
    <w:p>
      <w:pPr>
        <w:jc w:val="right"/>
      </w:pPr>
      <w:r>
        <w:t>کہ خدا کی اس کی وہ آپ تھنگز سے بلائنڈ ہو گئے آپ۔</w:t>
      </w:r>
    </w:p>
    <w:p>
      <w:r>
        <w:rPr>
          <w:b/>
        </w:rPr>
        <w:t xml:space="preserve">[37:49] </w:t>
      </w:r>
      <w:r>
        <w:t>to bohat serious baat hai, bohat serious.</w:t>
      </w:r>
    </w:p>
    <w:p>
      <w:pPr>
        <w:jc w:val="right"/>
      </w:pPr>
      <w:r>
        <w:t>تو بہت سیریس بات ہے، بہت سیریس۔</w:t>
      </w:r>
    </w:p>
    <w:p>
      <w:r>
        <w:rPr>
          <w:b/>
        </w:rPr>
        <w:t xml:space="preserve">[37:54] </w:t>
      </w:r>
      <w:r>
        <w:t>is hadith ke mutabiq.</w:t>
      </w:r>
    </w:p>
    <w:p>
      <w:pPr>
        <w:jc w:val="right"/>
      </w:pPr>
      <w:r>
        <w:t>اس حدیث کے مطابق۔</w:t>
      </w:r>
    </w:p>
    <w:p>
      <w:r>
        <w:rPr>
          <w:b/>
        </w:rPr>
        <w:t xml:space="preserve">[37:59] </w:t>
      </w:r>
      <w:r>
        <w:t>ke agar aap is process ko daryaft karein jo Allah taala chala raha.</w:t>
      </w:r>
    </w:p>
    <w:p>
      <w:pPr>
        <w:jc w:val="right"/>
      </w:pPr>
      <w:r>
        <w:t>کہ اگر آپ اس پروسیس کو دریافت کریں جو اللہ تعالیٰ نے چلا رہا۔</w:t>
      </w:r>
    </w:p>
    <w:p>
      <w:r>
        <w:rPr>
          <w:b/>
        </w:rPr>
        <w:t xml:space="preserve">[38:04] </w:t>
      </w:r>
      <w:r>
        <w:t>is process ko kis tarah Allah taala ne is daur ko jab ke sirf local daawa work</w:t>
      </w:r>
    </w:p>
    <w:p>
      <w:pPr>
        <w:jc w:val="right"/>
      </w:pPr>
      <w:r>
        <w:t>اس پروسیس کو کس طرح اللہ تعالیٰ نے اس دور کو جب کہ صرف لوکل دعویٰ ورک ہوا</w:t>
      </w:r>
    </w:p>
    <w:p>
      <w:r>
        <w:rPr>
          <w:b/>
        </w:rPr>
        <w:t xml:space="preserve">[38:09] </w:t>
      </w:r>
      <w:r>
        <w:t>karta tha aur bohat mushkilon ke saath hua karta tha.</w:t>
      </w:r>
    </w:p>
    <w:p>
      <w:pPr>
        <w:jc w:val="right"/>
      </w:pPr>
      <w:r>
        <w:t>کرتا تھا اور بہت مشکلوں کے ساتھ ہوا کرتا تھا۔</w:t>
      </w:r>
    </w:p>
    <w:p>
      <w:r>
        <w:rPr>
          <w:b/>
        </w:rPr>
        <w:t xml:space="preserve">[38:14] </w:t>
      </w:r>
      <w:r>
        <w:t>ab allah ta'ala ne mauqa de diya hai ke aap global da'wa work karen aur koi rukawat nahi,</w:t>
      </w:r>
    </w:p>
    <w:p>
      <w:pPr>
        <w:jc w:val="right"/>
      </w:pPr>
      <w:r>
        <w:t>اب اللہ تعالیٰ نے موقع دے دیا ہے کہ آپ گلوبل دعویٰ ورک کریں اور کوئی رکاوٹ نہیں،</w:t>
      </w:r>
    </w:p>
    <w:p>
      <w:r>
        <w:rPr>
          <w:b/>
        </w:rPr>
        <w:t xml:space="preserve">[38:19] </w:t>
      </w:r>
      <w:r>
        <w:t>koi rukawat nahi, koi rukawat nahi.</w:t>
      </w:r>
    </w:p>
    <w:p>
      <w:pPr>
        <w:jc w:val="right"/>
      </w:pPr>
      <w:r>
        <w:t>کوئی رکاوٹ نہیں، کوئی رکاوٹ نہیں۔</w:t>
      </w:r>
    </w:p>
    <w:p>
      <w:r>
        <w:rPr>
          <w:b/>
        </w:rPr>
        <w:t xml:space="preserve">[38:24] </w:t>
      </w:r>
      <w:r>
        <w:t>ke is ko agar aap jaan len aur is ko aweil karen.</w:t>
      </w:r>
    </w:p>
    <w:p>
      <w:pPr>
        <w:jc w:val="right"/>
      </w:pPr>
      <w:r>
        <w:t>کہ اس کو اگر آپ جان لیں اور اس کو اویل کریں۔</w:t>
      </w:r>
    </w:p>
    <w:p>
      <w:r>
        <w:rPr>
          <w:b/>
        </w:rPr>
        <w:t xml:space="preserve">[38:29] </w:t>
      </w:r>
      <w:r>
        <w:t>Then you are a Momin.</w:t>
      </w:r>
    </w:p>
    <w:p>
      <w:pPr>
        <w:jc w:val="right"/>
      </w:pPr>
      <w:r>
        <w:t>Then you are a Momin.</w:t>
      </w:r>
    </w:p>
    <w:p>
      <w:r>
        <w:rPr>
          <w:b/>
        </w:rPr>
        <w:t xml:space="preserve">[38:34] </w:t>
      </w:r>
      <w:r>
        <w:t>agar aap is ko na janen aur be khabar rahen aur larai bharaai chhoden, apne hiat culture mein jaaen.</w:t>
      </w:r>
    </w:p>
    <w:p>
      <w:pPr>
        <w:jc w:val="right"/>
      </w:pPr>
      <w:r>
        <w:t>اگر آپ اس کو نہ جانیں اور بے خبر رہیں اور لڑائی بھڑائی چھوڑیں، اپنے ہیٹ کلچر میں جئیں۔</w:t>
      </w:r>
    </w:p>
    <w:p>
      <w:r>
        <w:rPr>
          <w:b/>
        </w:rPr>
        <w:t xml:space="preserve">[38:39] </w:t>
      </w:r>
      <w:r>
        <w:t>Then you are a munafiq. munafiq.</w:t>
      </w:r>
    </w:p>
    <w:p>
      <w:pPr>
        <w:jc w:val="right"/>
      </w:pPr>
      <w:r>
        <w:t>Then you are a منافق۔ منافق۔</w:t>
      </w:r>
    </w:p>
    <w:p>
      <w:r>
        <w:rPr>
          <w:b/>
        </w:rPr>
        <w:t xml:space="preserve">[38:44] </w:t>
      </w:r>
      <w:r>
        <w:t>to bohat hi serious masla hai.</w:t>
      </w:r>
    </w:p>
    <w:p>
      <w:pPr>
        <w:jc w:val="right"/>
      </w:pPr>
      <w:r>
        <w:t>تو بہت ہی سیریس مسئلہ ہے۔</w:t>
      </w:r>
    </w:p>
    <w:p>
      <w:r>
        <w:rPr>
          <w:b/>
        </w:rPr>
        <w:t xml:space="preserve">[38:49] </w:t>
      </w:r>
      <w:r>
        <w:t>bohat hi serious masla hai.</w:t>
      </w:r>
    </w:p>
    <w:p>
      <w:pPr>
        <w:jc w:val="right"/>
      </w:pPr>
      <w:r>
        <w:t>بہت ہی سیریس مسئلہ ہے۔</w:t>
      </w:r>
    </w:p>
    <w:p>
      <w:r>
        <w:rPr>
          <w:b/>
        </w:rPr>
        <w:t xml:space="preserve">[38:55] </w:t>
      </w:r>
      <w:r>
        <w:t>sadah baat nahi hai.</w:t>
      </w:r>
    </w:p>
    <w:p>
      <w:pPr>
        <w:jc w:val="right"/>
      </w:pPr>
      <w:r>
        <w:t>سادہ بات نہیں ہے۔</w:t>
      </w:r>
    </w:p>
    <w:p>
      <w:r>
        <w:rPr>
          <w:b/>
        </w:rPr>
        <w:t xml:space="preserve">[39:00] </w:t>
      </w:r>
      <w:r>
        <w:t>sadah baat nahi hai.</w:t>
      </w:r>
    </w:p>
    <w:p>
      <w:pPr>
        <w:jc w:val="right"/>
      </w:pPr>
      <w:r>
        <w:t>سادہ بات نہیں ہے۔</w:t>
      </w:r>
    </w:p>
    <w:p>
      <w:r>
        <w:rPr>
          <w:b/>
        </w:rPr>
        <w:t xml:space="preserve">[39:05] </w:t>
      </w:r>
      <w:r>
        <w:t>آپ کا جو intellectual development ہے اتنا ہائی لیول کا ہونا چاہیے۔</w:t>
      </w:r>
    </w:p>
    <w:p>
      <w:pPr>
        <w:jc w:val="right"/>
      </w:pPr>
      <w:r>
        <w:t>آپ کا جو انٹلیکچول ڈیولپمنٹ ہے اتنا ہائی لیول کا ہونا چاہیے۔</w:t>
      </w:r>
    </w:p>
    <w:p>
      <w:r>
        <w:rPr>
          <w:b/>
        </w:rPr>
        <w:t xml:space="preserve">[39:10] </w:t>
      </w:r>
      <w:r>
        <w:t>itna high level ka.</w:t>
      </w:r>
    </w:p>
    <w:p>
      <w:pPr>
        <w:jc w:val="right"/>
      </w:pPr>
      <w:r>
        <w:t>اتنا ہائی لیول کا۔</w:t>
      </w:r>
    </w:p>
    <w:p>
      <w:r>
        <w:rPr>
          <w:b/>
        </w:rPr>
        <w:t xml:space="preserve">[39:15] </w:t>
      </w:r>
      <w:r>
        <w:t>ke aap khud se discover kar len.</w:t>
      </w:r>
    </w:p>
    <w:p>
      <w:pPr>
        <w:jc w:val="right"/>
      </w:pPr>
      <w:r>
        <w:t>کہ آپ خود سے ڈسکور کر لیں۔</w:t>
      </w:r>
    </w:p>
    <w:p>
      <w:r>
        <w:rPr>
          <w:b/>
        </w:rPr>
        <w:t xml:space="preserve">[39:20] </w:t>
      </w:r>
      <w:r>
        <w:t>آپ یہ یہ چیز آپ کو خود سے discover کرنا ہے۔</w:t>
      </w:r>
    </w:p>
    <w:p>
      <w:pPr>
        <w:jc w:val="right"/>
      </w:pPr>
      <w:r>
        <w:t>آپ یہ یہ چیز آپ کو خود سے ڈسکور کرنا ہے۔</w:t>
      </w:r>
    </w:p>
    <w:p>
      <w:r>
        <w:rPr>
          <w:b/>
        </w:rPr>
        <w:t xml:space="preserve">[39:25] </w:t>
      </w:r>
      <w:r>
        <w:t>yani aap ko self discovered marifat par khara hona hai.</w:t>
      </w:r>
    </w:p>
    <w:p>
      <w:pPr>
        <w:jc w:val="right"/>
      </w:pPr>
      <w:r>
        <w:t>یعنی آپ کو سیلف ڈسکورڈ معرفت پر کھڑا ہونا ہے۔</w:t>
      </w:r>
    </w:p>
    <w:p>
      <w:r>
        <w:rPr>
          <w:b/>
        </w:rPr>
        <w:t xml:space="preserve">[39:30] </w:t>
      </w:r>
      <w:r>
        <w:t>aisa nahi hai ke farishta aa kar ke aap se kahega are bhai suno, suno bhai suno.</w:t>
      </w:r>
    </w:p>
    <w:p>
      <w:pPr>
        <w:jc w:val="right"/>
      </w:pPr>
      <w:r>
        <w:t>ایسا نہیں ہے کہ فرشتہ آ کر کے آپ سے کہے گا ارے بھائی سنو، سنو بھائی سنو۔</w:t>
      </w:r>
    </w:p>
    <w:p>
      <w:r>
        <w:rPr>
          <w:b/>
        </w:rPr>
        <w:t xml:space="preserve">[39:35] </w:t>
      </w:r>
      <w:r>
        <w:t>aisa nahi hone wala hai.</w:t>
      </w:r>
    </w:p>
    <w:p>
      <w:pPr>
        <w:jc w:val="right"/>
      </w:pPr>
      <w:r>
        <w:t>ایسا نہیں ہونے والا ہے۔</w:t>
      </w:r>
    </w:p>
    <w:p>
      <w:r>
        <w:rPr>
          <w:b/>
        </w:rPr>
        <w:t xml:space="preserve">[39:40] </w:t>
      </w:r>
      <w:r>
        <w:t>aap ko self discovered marifat par khara hona hai.</w:t>
      </w:r>
    </w:p>
    <w:p>
      <w:pPr>
        <w:jc w:val="right"/>
      </w:pPr>
      <w:r>
        <w:t>آپ کو سیلف ڈسکورڈ معرفت پر کھڑا ہونا ہے۔</w:t>
      </w:r>
    </w:p>
    <w:p>
      <w:r>
        <w:rPr>
          <w:b/>
        </w:rPr>
        <w:t xml:space="preserve">[39:45] </w:t>
      </w:r>
      <w:r>
        <w:t>agar aap nahi khare honge to kya karenge? aap bilkul stepped harkaten karenge.</w:t>
      </w:r>
    </w:p>
    <w:p>
      <w:pPr>
        <w:jc w:val="right"/>
      </w:pPr>
      <w:r>
        <w:t>اگر آپ نہیں کھڑے ہوں گے تو کیا کریں گے؟ آپ بالکل اسٹیپڈ حرکتیں کریں گے۔</w:t>
      </w:r>
    </w:p>
    <w:p>
      <w:r>
        <w:rPr>
          <w:b/>
        </w:rPr>
        <w:t xml:space="preserve">[39:50] </w:t>
      </w:r>
      <w:r>
        <w:t>kisi se hiat karenge, kisi se range lenge, kisi ko larai chhed denge.</w:t>
      </w:r>
    </w:p>
    <w:p>
      <w:pPr>
        <w:jc w:val="right"/>
      </w:pPr>
      <w:r>
        <w:t>کسی سے ہیٹ کریں گے، کسی سے رینج لیں گے، کسی کو لڑائی چھیڑ دیں گے۔</w:t>
      </w:r>
    </w:p>
    <w:p>
      <w:r>
        <w:rPr>
          <w:b/>
        </w:rPr>
        <w:t xml:space="preserve">[39:55] </w:t>
      </w:r>
      <w:r>
        <w:t>aap negative jerlin chalayenge.</w:t>
      </w:r>
    </w:p>
    <w:p>
      <w:pPr>
        <w:jc w:val="right"/>
      </w:pPr>
      <w:r>
        <w:t>آپ نیگیٹیو جرلین چلائیں گے۔</w:t>
      </w:r>
    </w:p>
    <w:p>
      <w:r>
        <w:rPr>
          <w:b/>
        </w:rPr>
        <w:t xml:space="preserve">[40:01] </w:t>
      </w:r>
      <w:r>
        <w:t>yeh sab karenge aap.</w:t>
      </w:r>
    </w:p>
    <w:p>
      <w:pPr>
        <w:jc w:val="right"/>
      </w:pPr>
      <w:r>
        <w:t>یہ سب کریں گے آپ۔</w:t>
      </w:r>
    </w:p>
    <w:p>
      <w:r>
        <w:rPr>
          <w:b/>
        </w:rPr>
        <w:t xml:space="preserve">[40:06] </w:t>
      </w:r>
      <w:r>
        <w:t>to is kar ke aap yeh sabit karen ke main to munafiq hoon.</w:t>
      </w:r>
    </w:p>
    <w:p>
      <w:pPr>
        <w:jc w:val="right"/>
      </w:pPr>
      <w:r>
        <w:t>تو اس کر کے آپ یہ ثابت کریں کہ میں تو منافق ہوں۔</w:t>
      </w:r>
    </w:p>
    <w:p>
      <w:r>
        <w:rPr>
          <w:b/>
        </w:rPr>
        <w:t xml:space="preserve">[40:11] </w:t>
      </w:r>
      <w:r>
        <w:t>main to munafiq hoon.</w:t>
      </w:r>
    </w:p>
    <w:p>
      <w:pPr>
        <w:jc w:val="right"/>
      </w:pPr>
      <w:r>
        <w:t>میں تو منافق ہوں۔</w:t>
      </w:r>
    </w:p>
    <w:p>
      <w:r>
        <w:rPr>
          <w:b/>
        </w:rPr>
        <w:t xml:space="preserve">[40:16] </w:t>
      </w:r>
      <w:r>
        <w:t>jaise woh kisan jo barish ho ya ghar mein so raha hai to woh sabit kare ke main</w:t>
      </w:r>
    </w:p>
    <w:p>
      <w:pPr>
        <w:jc w:val="right"/>
      </w:pPr>
      <w:r>
        <w:t>جیسے وہ کسان جو بارش ہو یا گھر میں سو رہا ہے تو وہ ثابت کرے کہ میں</w:t>
      </w:r>
    </w:p>
    <w:p>
      <w:r>
        <w:rPr>
          <w:b/>
        </w:rPr>
        <w:t xml:space="preserve">[40:21] </w:t>
      </w:r>
      <w:r>
        <w:t>to andha hoon.</w:t>
      </w:r>
    </w:p>
    <w:p>
      <w:pPr>
        <w:jc w:val="right"/>
      </w:pPr>
      <w:r>
        <w:t>تو اندھا ہوں۔</w:t>
      </w:r>
    </w:p>
    <w:p>
      <w:r>
        <w:rPr>
          <w:b/>
        </w:rPr>
        <w:t xml:space="preserve">[40:26] </w:t>
      </w:r>
      <w:r>
        <w:t>main to andha hoon.</w:t>
      </w:r>
    </w:p>
    <w:p>
      <w:pPr>
        <w:jc w:val="right"/>
      </w:pPr>
      <w:r>
        <w:t>میں تو اندھا ہوں۔</w:t>
      </w:r>
    </w:p>
    <w:p>
      <w:r>
        <w:rPr>
          <w:b/>
        </w:rPr>
        <w:t xml:space="preserve">[40:31] </w:t>
      </w:r>
      <w:r>
        <w:t>to aap ko agar aap ko marifat hasil hai aur aap ka shaoor developed shaoor hai.</w:t>
      </w:r>
    </w:p>
    <w:p>
      <w:pPr>
        <w:jc w:val="right"/>
      </w:pPr>
      <w:r>
        <w:t>تو آپ کو اگر آپ کو معرفت حاصل ہے اور آپ کا شعور ڈیولپڈ شعور ہے۔</w:t>
      </w:r>
    </w:p>
    <w:p>
      <w:r>
        <w:rPr>
          <w:b/>
        </w:rPr>
        <w:t xml:space="preserve">[40:36] </w:t>
      </w:r>
      <w:r>
        <w:t>agar aap baton ko tadabbur karte hain, ghhor kar ke samajhte hain baton ko.</w:t>
      </w:r>
    </w:p>
    <w:p>
      <w:pPr>
        <w:jc w:val="right"/>
      </w:pPr>
      <w:r>
        <w:t>اگر آپ باتوں کو تدبر کرتے ہیں، غور کر کے سمجھتے ہیں باتوں کو۔</w:t>
      </w:r>
    </w:p>
    <w:p>
      <w:r>
        <w:rPr>
          <w:b/>
        </w:rPr>
        <w:t xml:space="preserve">[40:41] </w:t>
      </w:r>
      <w:r>
        <w:t>to aap foran chalayenge ke bhai to Allah taala ne ek naya daur paida kar diya.</w:t>
      </w:r>
    </w:p>
    <w:p>
      <w:pPr>
        <w:jc w:val="right"/>
      </w:pPr>
      <w:r>
        <w:t>تو آپ فوراً چلائیں گے کہ بھئی تو اللہ تعالیٰ نے ایک نیا دور پیدا کر دیا۔</w:t>
      </w:r>
    </w:p>
    <w:p>
      <w:r>
        <w:rPr>
          <w:b/>
        </w:rPr>
        <w:t xml:space="preserve">[40:46] </w:t>
      </w:r>
      <w:r>
        <w:t>dauro is ko avail karo.</w:t>
      </w:r>
    </w:p>
    <w:p>
      <w:pPr>
        <w:jc w:val="right"/>
      </w:pPr>
      <w:r>
        <w:t>دوڑو اس کو اویل کرو۔</w:t>
      </w:r>
    </w:p>
    <w:p>
      <w:r>
        <w:rPr>
          <w:b/>
        </w:rPr>
        <w:t xml:space="preserve">[40:51] </w:t>
      </w:r>
      <w:r>
        <w:t>Peaceful dawah work karo global level par.</w:t>
      </w:r>
    </w:p>
    <w:p>
      <w:pPr>
        <w:jc w:val="right"/>
      </w:pPr>
      <w:r>
        <w:t>پیس فل دعویٰ ورک کرو گلوبل لیول پر۔</w:t>
      </w:r>
    </w:p>
    <w:p>
      <w:r>
        <w:rPr>
          <w:b/>
        </w:rPr>
        <w:t xml:space="preserve">[40:56] </w:t>
      </w:r>
      <w:r>
        <w:t>Allah taala ne local dawah ke baad global dawah ke mawaqe khol diye hamare liye.</w:t>
      </w:r>
    </w:p>
    <w:p>
      <w:pPr>
        <w:jc w:val="right"/>
      </w:pPr>
      <w:r>
        <w:t>اللہ تعالیٰ نے لوکل دعویٰ کے بعد گلوبل دعویٰ کے مواقع کھول دیے ہمارے لیے۔</w:t>
      </w:r>
    </w:p>
    <w:p>
      <w:r>
        <w:rPr>
          <w:b/>
        </w:rPr>
        <w:t xml:space="preserve">[41:01] </w:t>
      </w:r>
      <w:r>
        <w:t>dauro is ko avail karo.</w:t>
      </w:r>
    </w:p>
    <w:p>
      <w:pPr>
        <w:jc w:val="right"/>
      </w:pPr>
      <w:r>
        <w:t>دوڑو اس کو اویل کرو۔</w:t>
      </w:r>
    </w:p>
    <w:p>
      <w:r>
        <w:rPr>
          <w:b/>
        </w:rPr>
        <w:t xml:space="preserve">[41:06] </w:t>
      </w:r>
      <w:r>
        <w:t>Then you are a Momin.</w:t>
      </w:r>
    </w:p>
    <w:p>
      <w:pPr>
        <w:jc w:val="right"/>
      </w:pPr>
      <w:r>
        <w:t>Then you are a Momin.</w:t>
      </w:r>
    </w:p>
    <w:p>
      <w:r>
        <w:rPr>
          <w:b/>
        </w:rPr>
        <w:t xml:space="preserve">[41:12] </w:t>
      </w:r>
      <w:r>
        <w:t>to yeh hai hamara mission.</w:t>
      </w:r>
    </w:p>
    <w:p>
      <w:pPr>
        <w:jc w:val="right"/>
      </w:pPr>
      <w:r>
        <w:t>تو یہ ہے ہمارا مشن۔</w:t>
      </w:r>
    </w:p>
    <w:p>
      <w:r>
        <w:rPr>
          <w:b/>
        </w:rPr>
        <w:t xml:space="preserve">[41:17] </w:t>
      </w:r>
      <w:r>
        <w:t>hum chahte hain ke log is baat ko janen aur is ke mutabiq apni planning karen.</w:t>
      </w:r>
    </w:p>
    <w:p>
      <w:pPr>
        <w:jc w:val="right"/>
      </w:pPr>
      <w:r>
        <w:t>ہم چاہتے ہیں کہ لوگ اس بات کو جانیں اور اس کے مطابق اپنی پلاننگ کریں۔</w:t>
      </w:r>
    </w:p>
    <w:p>
      <w:r>
        <w:rPr>
          <w:b/>
        </w:rPr>
        <w:t xml:space="preserve">[41:22] </w:t>
      </w:r>
      <w:r>
        <w:t>musalman fakhar karte hain ke hum khair ummat hain.</w:t>
      </w:r>
    </w:p>
    <w:p>
      <w:pPr>
        <w:jc w:val="right"/>
      </w:pPr>
      <w:r>
        <w:t>مسلمان فخر کرتے ہیں کہ ہم خیر امت ہیں۔</w:t>
      </w:r>
    </w:p>
    <w:p>
      <w:r>
        <w:rPr>
          <w:b/>
        </w:rPr>
        <w:t xml:space="preserve">[41:27] </w:t>
      </w:r>
      <w:r>
        <w:t>yeh fakhar jhoota fakhar hai.</w:t>
      </w:r>
    </w:p>
    <w:p>
      <w:pPr>
        <w:jc w:val="right"/>
      </w:pPr>
      <w:r>
        <w:t>یہ فخر جھوٹا فخر ہے۔</w:t>
      </w:r>
    </w:p>
    <w:p>
      <w:r>
        <w:rPr>
          <w:b/>
        </w:rPr>
        <w:t xml:space="preserve">[41:32] </w:t>
      </w:r>
      <w:r>
        <w:t>agar aap yeh kahen ke hum khair ummat hain is par aap apne ko samjhen ke hum ek</w:t>
      </w:r>
    </w:p>
    <w:p>
      <w:pPr>
        <w:jc w:val="right"/>
      </w:pPr>
      <w:r>
        <w:t>اگر آپ یہ کہیں کہ ہم خیر امت ہیں اس پر آپ اپنے کو سمجھیں کہ ہم ایک</w:t>
      </w:r>
    </w:p>
    <w:p>
      <w:r>
        <w:rPr>
          <w:b/>
        </w:rPr>
        <w:t xml:space="preserve">[41:37] </w:t>
      </w:r>
      <w:r>
        <w:t>ek fakhar wali nafsiyat paida karen apne andar.</w:t>
      </w:r>
    </w:p>
    <w:p>
      <w:pPr>
        <w:jc w:val="right"/>
      </w:pPr>
      <w:r>
        <w:t>ایک فخر والی نفسیات پیدا کریں اپنے اندر۔</w:t>
      </w:r>
    </w:p>
    <w:p>
      <w:r>
        <w:rPr>
          <w:b/>
        </w:rPr>
        <w:t xml:space="preserve">[41:42] </w:t>
      </w:r>
      <w:r>
        <w:t>is ka matlab kya hua? ke aap jee rahe hain falsehood mein, jee rahe hain.</w:t>
      </w:r>
    </w:p>
    <w:p>
      <w:pPr>
        <w:jc w:val="right"/>
      </w:pPr>
      <w:r>
        <w:t>اس کا مطلب کیا ہوا؟ کہ آپ جی رہے ہیں فالس ہڈ میں، جی رہے ہیں۔</w:t>
      </w:r>
    </w:p>
    <w:p>
      <w:r>
        <w:rPr>
          <w:b/>
        </w:rPr>
        <w:t xml:space="preserve">[41:47] </w:t>
      </w:r>
      <w:r>
        <w:t>aap false pride mein jee rahe hain.</w:t>
      </w:r>
    </w:p>
    <w:p>
      <w:pPr>
        <w:jc w:val="right"/>
      </w:pPr>
      <w:r>
        <w:t>آپ فالس پرائیڈ میں جی رہے ہیں۔</w:t>
      </w:r>
    </w:p>
    <w:p>
      <w:r>
        <w:rPr>
          <w:b/>
        </w:rPr>
        <w:t xml:space="preserve">[41:52] </w:t>
      </w:r>
      <w:r>
        <w:t>yeh to bohat buri baat hai ke aap jee rahe hain false pride mein, aap jee rahe hain</w:t>
      </w:r>
    </w:p>
    <w:p>
      <w:pPr>
        <w:jc w:val="right"/>
      </w:pPr>
      <w:r>
        <w:t>یہ تو بہت بری بات ہے کہ آپ جی رہے ہیں فالس پرائیڈ میں، آپ جی رہے ہیں</w:t>
      </w:r>
    </w:p>
    <w:p>
      <w:r>
        <w:rPr>
          <w:b/>
        </w:rPr>
        <w:t xml:space="preserve">[41:57] </w:t>
      </w:r>
      <w:r>
        <w:t>falsehood mein.</w:t>
      </w:r>
    </w:p>
    <w:p>
      <w:pPr>
        <w:jc w:val="right"/>
      </w:pPr>
      <w:r>
        <w:t>فالس ہڈ میں۔</w:t>
      </w:r>
    </w:p>
    <w:p>
      <w:r>
        <w:rPr>
          <w:b/>
        </w:rPr>
        <w:t xml:space="preserve">[42:02] </w:t>
      </w:r>
      <w:r>
        <w:t>to aap ko is falsehood se bahar aana hoga.</w:t>
      </w:r>
    </w:p>
    <w:p>
      <w:pPr>
        <w:jc w:val="right"/>
      </w:pPr>
      <w:r>
        <w:t>تو آپ کو اس فالس ہڈ سے باہر آنا ہوگا۔</w:t>
      </w:r>
    </w:p>
    <w:p>
      <w:r>
        <w:rPr>
          <w:b/>
        </w:rPr>
        <w:t xml:space="preserve">[42:07] </w:t>
      </w:r>
      <w:r>
        <w:t>aap ko baton ko discover karna hoga.</w:t>
      </w:r>
    </w:p>
    <w:p>
      <w:pPr>
        <w:jc w:val="right"/>
      </w:pPr>
      <w:r>
        <w:t>آپ کو باتوں کو ڈسکور کرنا ہوگا۔</w:t>
      </w:r>
    </w:p>
    <w:p>
      <w:r>
        <w:rPr>
          <w:b/>
        </w:rPr>
        <w:t xml:space="preserve">[42:12] </w:t>
      </w:r>
      <w:r>
        <w:t>yeh baat khud rasool Allah ke zamane mein hui.</w:t>
      </w:r>
    </w:p>
    <w:p>
      <w:pPr>
        <w:jc w:val="right"/>
      </w:pPr>
      <w:r>
        <w:t>یہ بات خود رسول اللہ کے زمانے میں ہوئی۔</w:t>
      </w:r>
    </w:p>
    <w:p>
      <w:r>
        <w:rPr>
          <w:b/>
        </w:rPr>
        <w:t xml:space="preserve">[42:18] </w:t>
      </w:r>
      <w:r>
        <w:t>rasool Allah ke zamane mein dekhiye ke Ibrahim ki family ne, jis mein ke Ismail aur Hajra shamil</w:t>
      </w:r>
    </w:p>
    <w:p>
      <w:pPr>
        <w:jc w:val="right"/>
      </w:pPr>
      <w:r>
        <w:t>رسول اللہ کے زمانے میں دیکھیے کہ ابراہیم کی فیملی نے، جس میں کہ اسماعیل اور ہاجرہ شامل</w:t>
      </w:r>
    </w:p>
    <w:p>
      <w:r>
        <w:rPr>
          <w:b/>
        </w:rPr>
        <w:t xml:space="preserve">[42:23] </w:t>
      </w:r>
      <w:r>
        <w:t>thin, un ki koshishon se, un ki sacrifice se, balke main kahunga ke un ke zibah azeem</w:t>
      </w:r>
    </w:p>
    <w:p>
      <w:pPr>
        <w:jc w:val="right"/>
      </w:pPr>
      <w:r>
        <w:t>تھیں، ان کی کوششوں سے، ان کی سیکریفائس سے، بلکہ میں کہوں گا کہ ان کے ذبح عظیم</w:t>
      </w:r>
    </w:p>
    <w:p>
      <w:r>
        <w:rPr>
          <w:b/>
        </w:rPr>
        <w:t xml:space="preserve">[42:28] </w:t>
      </w:r>
      <w:r>
        <w:t>se, un ki zibah azeem se ek nai history bani Arab mein.</w:t>
      </w:r>
    </w:p>
    <w:p>
      <w:pPr>
        <w:jc w:val="right"/>
      </w:pPr>
      <w:r>
        <w:t>سے، ان کی ذبح عظیم سے ایک نئی ہسٹری بنی عرب میں۔</w:t>
      </w:r>
    </w:p>
    <w:p>
      <w:r>
        <w:rPr>
          <w:b/>
        </w:rPr>
        <w:t xml:space="preserve">[42:33] </w:t>
      </w:r>
      <w:r>
        <w:t>jis mein do hazar saal se zyada waqt lag gaya.</w:t>
      </w:r>
    </w:p>
    <w:p>
      <w:pPr>
        <w:jc w:val="right"/>
      </w:pPr>
      <w:r>
        <w:t>جس میں دو ہزار سال سے زیادہ وقت لگ گیا۔</w:t>
      </w:r>
    </w:p>
    <w:p>
      <w:r>
        <w:rPr>
          <w:b/>
        </w:rPr>
        <w:t xml:space="preserve">[42:38] </w:t>
      </w:r>
      <w:r>
        <w:t>ek nai history bani, ek nai qaum bani.</w:t>
      </w:r>
    </w:p>
    <w:p>
      <w:pPr>
        <w:jc w:val="right"/>
      </w:pPr>
      <w:r>
        <w:t>ایک نئی ہسٹری بنی، ایک نئی قوم بنی۔</w:t>
      </w:r>
    </w:p>
    <w:p>
      <w:r>
        <w:rPr>
          <w:b/>
        </w:rPr>
        <w:t xml:space="preserve">[42:43] </w:t>
      </w:r>
      <w:r>
        <w:t>to kuch log phir bhi wahan blind hi ho gaye.</w:t>
      </w:r>
    </w:p>
    <w:p>
      <w:pPr>
        <w:jc w:val="right"/>
      </w:pPr>
      <w:r>
        <w:t>تو کچھ لوگ پھر بھی وہاں بلائنڈ ہی ہو گئے۔</w:t>
      </w:r>
    </w:p>
    <w:p>
      <w:r>
        <w:rPr>
          <w:b/>
        </w:rPr>
        <w:t xml:space="preserve">[42:48] </w:t>
      </w:r>
      <w:r>
        <w:t>abu jahl aur abu lahab blind thay woh.</w:t>
      </w:r>
    </w:p>
    <w:p>
      <w:pPr>
        <w:jc w:val="right"/>
      </w:pPr>
      <w:r>
        <w:t>ابو جہل اور ابو لہب بلائنڈ تھے وہ۔</w:t>
      </w:r>
    </w:p>
    <w:p>
      <w:r>
        <w:rPr>
          <w:b/>
        </w:rPr>
        <w:t xml:space="preserve">[42:53] </w:t>
      </w:r>
      <w:r>
        <w:t>abu jahl, abu lahab jo blind thay, woh jaan nahi sakay ke khuda ki planning kya hai.</w:t>
      </w:r>
    </w:p>
    <w:p>
      <w:pPr>
        <w:jc w:val="right"/>
      </w:pPr>
      <w:r>
        <w:t>ابو جہل، ابو لہب جو بلائنڈ تھے، وہ جان نہیں سکے کہ خدا کی پلاننگ کیا ہے۔</w:t>
      </w:r>
    </w:p>
    <w:p>
      <w:r>
        <w:rPr>
          <w:b/>
        </w:rPr>
        <w:t xml:space="preserve">[42:58] </w:t>
      </w:r>
      <w:r>
        <w:t>woh lagay larnay phirnay.</w:t>
      </w:r>
    </w:p>
    <w:p>
      <w:pPr>
        <w:jc w:val="right"/>
      </w:pPr>
      <w:r>
        <w:t>وہ لگے لڑنے پھرنے۔</w:t>
      </w:r>
    </w:p>
    <w:p>
      <w:r>
        <w:rPr>
          <w:b/>
        </w:rPr>
        <w:t xml:space="preserve">[43:03] </w:t>
      </w:r>
      <w:r>
        <w:t>lekan rasool Allah salallahu alaihi wasallam, abubakar, umar, unhon ne jana.</w:t>
      </w:r>
    </w:p>
    <w:p>
      <w:pPr>
        <w:jc w:val="right"/>
      </w:pPr>
      <w:r>
        <w:t>لیکن رسول اللہ صلی اللہ علیہ وسلم، ابوبکر، عمر، انہوں نے جانا۔</w:t>
      </w:r>
    </w:p>
    <w:p>
      <w:r>
        <w:rPr>
          <w:b/>
        </w:rPr>
        <w:t xml:space="preserve">[43:08] </w:t>
      </w:r>
      <w:r>
        <w:t>is blind se bahar aaye.</w:t>
      </w:r>
    </w:p>
    <w:p>
      <w:pPr>
        <w:jc w:val="right"/>
      </w:pPr>
      <w:r>
        <w:t>اس بلائنڈ سے باہر آئے۔</w:t>
      </w:r>
    </w:p>
    <w:p>
      <w:r>
        <w:rPr>
          <w:b/>
        </w:rPr>
        <w:t xml:space="preserve">[43:13] </w:t>
      </w:r>
      <w:r>
        <w:t>unhon ne jana hai ke hamein kya karna hai.</w:t>
      </w:r>
    </w:p>
    <w:p>
      <w:pPr>
        <w:jc w:val="right"/>
      </w:pPr>
      <w:r>
        <w:t>انہوں نے جانا ہے کہ ہمیں کیا کرنا ہے۔</w:t>
      </w:r>
    </w:p>
    <w:p>
      <w:r>
        <w:rPr>
          <w:b/>
        </w:rPr>
        <w:t xml:space="preserve">[43:18] </w:t>
      </w:r>
      <w:r>
        <w:t>to ek misaal hai abu lahab, abu lahab ki woh misaal hai blind ho janay ki.</w:t>
      </w:r>
    </w:p>
    <w:p>
      <w:pPr>
        <w:jc w:val="right"/>
      </w:pPr>
      <w:r>
        <w:t>تو ایک مثال ہے ابو لہب، ابو لہب کی وہ مثال ہے بلائنڈ ہو جانے کی۔</w:t>
      </w:r>
    </w:p>
    <w:p>
      <w:r>
        <w:rPr>
          <w:b/>
        </w:rPr>
        <w:t xml:space="preserve">[43:24] </w:t>
      </w:r>
      <w:r>
        <w:t>dosri misaal hai muhammad, abubakar, umar ki woh misaal is baat ki hai ke unhon ne Allah ke</w:t>
      </w:r>
    </w:p>
    <w:p>
      <w:pPr>
        <w:jc w:val="right"/>
      </w:pPr>
      <w:r>
        <w:t>دوسری مثال ہے محمد، ابوبکر، عمر کی وہ مثال اس بات کی ہے کہ انہوں نے اللہ کے</w:t>
      </w:r>
    </w:p>
    <w:p>
      <w:r>
        <w:rPr>
          <w:b/>
        </w:rPr>
        <w:t xml:space="preserve">[43:29] </w:t>
      </w:r>
      <w:r>
        <w:t>plan ko jana, is ke mutabiq apni zindagi ka naqsha banaya.</w:t>
      </w:r>
    </w:p>
    <w:p>
      <w:pPr>
        <w:jc w:val="right"/>
      </w:pPr>
      <w:r>
        <w:t>پلان کو جانا، اس کے مطابق اپنی زندگی کا نقشہ بنایا۔</w:t>
      </w:r>
    </w:p>
    <w:p>
      <w:r>
        <w:rPr>
          <w:b/>
        </w:rPr>
        <w:t xml:space="preserve">[43:34] </w:t>
      </w:r>
      <w:r>
        <w:t>to mein samajhta hoon ke yeh hai sab se bari baat jo hamare ummat e muslema ko daryaft karna chahiye.</w:t>
      </w:r>
    </w:p>
    <w:p>
      <w:pPr>
        <w:jc w:val="right"/>
      </w:pPr>
      <w:r>
        <w:t>تو میں سمجھتا ہوں کہ یہ ہے سب سے بڑی بات جو ہمارے امت مسلمہ کو دریافت کرنا چاہیے۔</w:t>
      </w:r>
    </w:p>
    <w:p>
      <w:r>
        <w:rPr>
          <w:b/>
        </w:rPr>
        <w:t xml:space="preserve">[43:39] </w:t>
      </w:r>
      <w:r>
        <w:t>isi mein khud ummat e muslema ki khair hai, isi mein sare alam ki khair hai.</w:t>
      </w:r>
    </w:p>
    <w:p>
      <w:pPr>
        <w:jc w:val="right"/>
      </w:pPr>
      <w:r>
        <w:t>اسی میں خود امت مسلمہ کی خیر ہے، اسی میں سارے عالم کی خیر ہے۔</w:t>
      </w:r>
    </w:p>
    <w:p>
      <w:r>
        <w:rPr>
          <w:b/>
        </w:rPr>
        <w:t xml:space="preserve">[43:44] </w:t>
      </w:r>
      <w:r>
        <w:t>jis alam ke khilaf musalman heat chala rahe hain, heat violence chala rahe hain, woh sab khatam ho jayega.</w:t>
      </w:r>
    </w:p>
    <w:p>
      <w:pPr>
        <w:jc w:val="right"/>
      </w:pPr>
      <w:r>
        <w:t>جس عالم کے خلاف مسلمان ہیٹ چلا رہے ہیں، ہیٹ وائلنس چلا رہے ہیں، وہ سب ختم ہو جائے گا۔</w:t>
      </w:r>
    </w:p>
    <w:p>
      <w:r>
        <w:rPr>
          <w:b/>
        </w:rPr>
        <w:t xml:space="preserve">[43:49] </w:t>
      </w:r>
      <w:r>
        <w:t>musalman jo heat culture chala rahe hain, jo gun culture aur bomb culture chala rahe hain, bomb culture,</w:t>
      </w:r>
    </w:p>
    <w:p>
      <w:pPr>
        <w:jc w:val="right"/>
      </w:pPr>
      <w:r>
        <w:t>مسلمان جو ہیٹ کلچر چلا رہے ہیں، جو گن کلچر اور بمب کلچر چلا رہے ہیں، بمب کلچر،</w:t>
      </w:r>
    </w:p>
    <w:p>
      <w:r>
        <w:rPr>
          <w:b/>
        </w:rPr>
        <w:t xml:space="preserve">[43:54] </w:t>
      </w:r>
      <w:r>
        <w:t>woh kis ke khilaf? dunya ke khilaf.</w:t>
      </w:r>
    </w:p>
    <w:p>
      <w:pPr>
        <w:jc w:val="right"/>
      </w:pPr>
      <w:r>
        <w:t>وہ کس کے خلاف؟ دنیا کے خلاف۔</w:t>
      </w:r>
    </w:p>
    <w:p>
      <w:r>
        <w:rPr>
          <w:b/>
        </w:rPr>
        <w:t xml:space="preserve">[43:59] </w:t>
      </w:r>
      <w:r>
        <w:t>woh sab khatam ho jayega.</w:t>
      </w:r>
    </w:p>
    <w:p>
      <w:pPr>
        <w:jc w:val="right"/>
      </w:pPr>
      <w:r>
        <w:t>وہ سب ختم ہو جائے گا۔</w:t>
      </w:r>
    </w:p>
    <w:p>
      <w:r>
        <w:rPr>
          <w:b/>
        </w:rPr>
        <w:t xml:space="preserve">[44:04] </w:t>
      </w:r>
      <w:r>
        <w:t>to isi daryaft mein musalmanon ki jo jo ummat e muslema hai, us ki apni isi mein khair hai.</w:t>
      </w:r>
    </w:p>
    <w:p>
      <w:pPr>
        <w:jc w:val="right"/>
      </w:pPr>
      <w:r>
        <w:t>تو اسی دریافت میں مسلمانوں کی جو جو امت مسلمہ ہے، اس کی اپنی اسی میں خیر ہے۔</w:t>
      </w:r>
    </w:p>
    <w:p>
      <w:r>
        <w:rPr>
          <w:b/>
        </w:rPr>
        <w:t xml:space="preserve">[44:09] </w:t>
      </w:r>
      <w:r>
        <w:t>aur isi mein sare alam ke liye jo dunya hai, us ke liye khair hai.</w:t>
      </w:r>
    </w:p>
    <w:p>
      <w:pPr>
        <w:jc w:val="right"/>
      </w:pPr>
      <w:r>
        <w:t>اور اسی میں سارے عالم کے لیے جو دنیا ہے، اس کے لیے خیر ہے۔</w:t>
      </w:r>
    </w:p>
    <w:p>
      <w:r>
        <w:rPr>
          <w:b/>
        </w:rPr>
        <w:t xml:space="preserve">[44:14] </w:t>
      </w:r>
      <w:r>
        <w:t>to mein dua karta hoon ke Allah taala mujh ko aur aap ko tofeeq de ke hum Allah</w:t>
      </w:r>
    </w:p>
    <w:p>
      <w:pPr>
        <w:jc w:val="right"/>
      </w:pPr>
      <w:r>
        <w:t>تو میں دعا کرتا ہوں کہ اللہ تعالیٰ مجھ کو اور آپ کو توفیق دے کہ ہم اللہ</w:t>
      </w:r>
    </w:p>
    <w:p>
      <w:r>
        <w:rPr>
          <w:b/>
        </w:rPr>
        <w:t xml:space="preserve">[44:19] </w:t>
      </w:r>
      <w:r>
        <w:t>ki planning ko samjhein aur us ke mutabiq apni zindagi ka naqsha banayein.</w:t>
      </w:r>
    </w:p>
    <w:p>
      <w:pPr>
        <w:jc w:val="right"/>
      </w:pPr>
      <w:r>
        <w:t>کی پلاننگ کو سمجھیں اور اس کے مطابق اپنی زندگی کا نقشہ بنائیں۔</w:t>
      </w:r>
    </w:p>
    <w:p>
      <w:r>
        <w:rPr>
          <w:b/>
        </w:rPr>
        <w:t xml:space="preserve">[44:24] </w:t>
      </w:r>
      <w:r>
        <w:t>assalam o alaikum wa rehmatullah.</w:t>
      </w:r>
    </w:p>
    <w:p>
      <w:pPr>
        <w:jc w:val="right"/>
      </w:pPr>
      <w:r>
        <w:t>السلام علیکم ورحمة الله.</w:t>
      </w:r>
    </w:p>
    <w:p>
      <w:r>
        <w:rPr>
          <w:b/>
        </w:rPr>
        <w:t xml:space="preserve">[44:30] </w:t>
      </w:r>
      <w:r>
        <w:t>Okay, so we are starting with the question-answer session now. All the online viewers are requested to send their questions on info@cpsglobal.org.</w:t>
      </w:r>
    </w:p>
    <w:p>
      <w:pPr>
        <w:jc w:val="right"/>
      </w:pPr>
      <w:r>
        <w:t>Okay, so we are starting with the question-answer session now. All the online viewers are requested to send their questions on info@cpsglobal.org.</w:t>
      </w:r>
    </w:p>
    <w:p>
      <w:r>
        <w:rPr>
          <w:b/>
        </w:rPr>
        <w:t xml:space="preserve">[44:42] </w:t>
      </w:r>
      <w:r>
        <w:t>maulana, yeh sawal aaya hai dilli se doctor muslema siddiqui ka, aur unhon ne aap se poocha hai</w:t>
      </w:r>
    </w:p>
    <w:p>
      <w:pPr>
        <w:jc w:val="right"/>
      </w:pPr>
      <w:r>
        <w:t>مولانا، یہ سوال آیا ہے دلی سے ڈاکٹر مسلمہ صدیقی کا، اور انہوں نے آپ سے پوچھا ہے</w:t>
      </w:r>
    </w:p>
    <w:p>
      <w:r>
        <w:rPr>
          <w:b/>
        </w:rPr>
        <w:t xml:space="preserve">[44:48] </w:t>
      </w:r>
      <w:r>
        <w:t>ke please share with us some experiences you had with the Mumbai team during the Dawa meet.</w:t>
      </w:r>
    </w:p>
    <w:p>
      <w:pPr>
        <w:jc w:val="right"/>
      </w:pPr>
      <w:r>
        <w:t>کہ please share with us some experiences you had with the Mumbai team during the Dawa meet.</w:t>
      </w:r>
    </w:p>
    <w:p>
      <w:r>
        <w:rPr>
          <w:b/>
        </w:rPr>
        <w:t xml:space="preserve">[44:54] </w:t>
      </w:r>
      <w:r>
        <w:t>bhai, yeh to ab mein samajhta hoon ke inshallah ek safarnama likha jayega, us mein sab baatein</w:t>
      </w:r>
    </w:p>
    <w:p>
      <w:pPr>
        <w:jc w:val="right"/>
      </w:pPr>
      <w:r>
        <w:t>بھائی، یہ تو اب میں سمجھتا ہوں کہ انشاءاللہ ایک سفرنامہ لکھا جائے گا، اس میں سب باتیں</w:t>
      </w:r>
    </w:p>
    <w:p>
      <w:r>
        <w:rPr>
          <w:b/>
        </w:rPr>
        <w:t xml:space="preserve">[45:00] </w:t>
      </w:r>
      <w:r>
        <w:t>aa jayengi.</w:t>
      </w:r>
    </w:p>
    <w:p>
      <w:pPr>
        <w:jc w:val="right"/>
      </w:pPr>
      <w:r>
        <w:t>آ جائیں گی۔</w:t>
      </w:r>
    </w:p>
    <w:p>
      <w:r>
        <w:rPr>
          <w:b/>
        </w:rPr>
        <w:t xml:space="preserve">[45:06] </w:t>
      </w:r>
      <w:r>
        <w:t>baqi do ek baat mein keh sakta hoon ke jis hotel mein hum thehre the to woh hotel</w:t>
      </w:r>
    </w:p>
    <w:p>
      <w:pPr>
        <w:jc w:val="right"/>
      </w:pPr>
      <w:r>
        <w:t>باقی دو ایک بات میں کہہ سکتا ہوں کہ جس ہوٹل میں ہم ٹھہرے تھے تو وہ ہوٹل</w:t>
      </w:r>
    </w:p>
    <w:p>
      <w:r>
        <w:rPr>
          <w:b/>
        </w:rPr>
        <w:t xml:space="preserve">[45:12] </w:t>
      </w:r>
      <w:r>
        <w:t>ka jo kiraya tha, woh kafi zyada tha, yani several lakhs.</w:t>
      </w:r>
    </w:p>
    <w:p>
      <w:pPr>
        <w:jc w:val="right"/>
      </w:pPr>
      <w:r>
        <w:t>کا جو کرایہ تھا، وہ کافی زیادہ تھا، یعنی several lakhs۔</w:t>
      </w:r>
    </w:p>
    <w:p>
      <w:r>
        <w:rPr>
          <w:b/>
        </w:rPr>
        <w:t xml:space="preserve">[45:18] </w:t>
      </w:r>
      <w:r>
        <w:t>to woh aadmi jo tha, woh jab us ne dekha ke peaceful mission hai, daawa mission hai</w:t>
      </w:r>
    </w:p>
    <w:p>
      <w:pPr>
        <w:jc w:val="right"/>
      </w:pPr>
      <w:r>
        <w:t>تو وہ آدمی جو تھا، وہ جب اس نے دیکھا کہ پیس فل مشن ہے، دعویٰ مشن ہے</w:t>
      </w:r>
    </w:p>
    <w:p>
      <w:r>
        <w:rPr>
          <w:b/>
        </w:rPr>
        <w:t xml:space="preserve">[45:24] </w:t>
      </w:r>
      <w:r>
        <w:t>to sara paisa chhod diya us ne.</w:t>
      </w:r>
    </w:p>
    <w:p>
      <w:pPr>
        <w:jc w:val="right"/>
      </w:pPr>
      <w:r>
        <w:t>تو سارا پیسہ چھوڑ دیا اس نے۔</w:t>
      </w:r>
    </w:p>
    <w:p>
      <w:r>
        <w:rPr>
          <w:b/>
        </w:rPr>
        <w:t xml:space="preserve">[45:30] </w:t>
      </w:r>
      <w:r>
        <w:t>aur hum log free mein woh rahe, free mein, teen din free mein rahe.</w:t>
      </w:r>
    </w:p>
    <w:p>
      <w:pPr>
        <w:jc w:val="right"/>
      </w:pPr>
      <w:r>
        <w:t>اور ہم لوگ فری میں وہ رہے، فری میں، تین دن فری میں رہے۔</w:t>
      </w:r>
    </w:p>
    <w:p>
      <w:r>
        <w:rPr>
          <w:b/>
        </w:rPr>
        <w:t xml:space="preserve">[45:36] </w:t>
      </w:r>
      <w:r>
        <w:t>achha, aur kai tajrubaat hue, to is se maine yeh samjha ke daawa work karo, duniya tumhare</w:t>
      </w:r>
    </w:p>
    <w:p>
      <w:pPr>
        <w:jc w:val="right"/>
      </w:pPr>
      <w:r>
        <w:t>اچھا، اور کئی تجربات ہوئے، تو اس سے میں نے یہ سمجھا کہ دعویٰ ورک کرو، دنیا تمہارے</w:t>
      </w:r>
    </w:p>
    <w:p>
      <w:r>
        <w:rPr>
          <w:b/>
        </w:rPr>
        <w:t xml:space="preserve">[45:42] </w:t>
      </w:r>
      <w:r>
        <w:t>liye hai, shayad duniya cheezon ko free kar degi.</w:t>
      </w:r>
    </w:p>
    <w:p>
      <w:pPr>
        <w:jc w:val="right"/>
      </w:pPr>
      <w:r>
        <w:t>لیے ہے، شاید دنیا چیزوں کو فری کر دے گی۔</w:t>
      </w:r>
    </w:p>
    <w:p>
      <w:r>
        <w:rPr>
          <w:b/>
        </w:rPr>
        <w:t xml:space="preserve">[45:48] </w:t>
      </w:r>
      <w:r>
        <w:t>yani several lakhs the wahan par, us ke charges, sab ka sab chhod diya unhon ne.</w:t>
      </w:r>
    </w:p>
    <w:p>
      <w:pPr>
        <w:jc w:val="right"/>
      </w:pPr>
      <w:r>
        <w:t>یعنی several lakhs تھے وہاں پر، اس کے چارجز، سب کا سب چھوڑ دیا انہوں نے۔</w:t>
      </w:r>
    </w:p>
    <w:p>
      <w:r>
        <w:rPr>
          <w:b/>
        </w:rPr>
        <w:t xml:space="preserve">[45:54] </w:t>
      </w:r>
      <w:r>
        <w:t>aur mazeed yeh ke woh hamare is mein program mein shareek hue.</w:t>
      </w:r>
    </w:p>
    <w:p>
      <w:pPr>
        <w:jc w:val="right"/>
      </w:pPr>
      <w:r>
        <w:t>اور مزید یہ کہ وہ ہمارے اس میں پروگرام میں شریک ہوئے۔</w:t>
      </w:r>
    </w:p>
    <w:p>
      <w:r>
        <w:rPr>
          <w:b/>
        </w:rPr>
        <w:t xml:space="preserve">[46:00] </w:t>
      </w:r>
      <w:r>
        <w:t>to aap jo hai, agar yeh aisa karein ke Allah ke mission ko sach mach ikhlas ke sath</w:t>
      </w:r>
    </w:p>
    <w:p>
      <w:pPr>
        <w:jc w:val="right"/>
      </w:pPr>
      <w:r>
        <w:t>تو آپ جو ہے، اگر یہ ایسا کریں کہ اللہ کے مشن کو سچ مچ اخلاص کے ساتھ</w:t>
      </w:r>
    </w:p>
    <w:p>
      <w:r>
        <w:rPr>
          <w:b/>
        </w:rPr>
        <w:t xml:space="preserve">[46:06] </w:t>
      </w:r>
      <w:r>
        <w:t>aur sach mach is ke sahi form mein le kar duniya mein khade hon, yeh to sari duniya</w:t>
      </w:r>
    </w:p>
    <w:p>
      <w:pPr>
        <w:jc w:val="right"/>
      </w:pPr>
      <w:r>
        <w:t>اور سچ مچ اس کے صحیح فارم میں لے کر دنیا میں کھڑے ہوں، یہ تو ساری دنیا</w:t>
      </w:r>
    </w:p>
    <w:p>
      <w:r>
        <w:rPr>
          <w:b/>
        </w:rPr>
        <w:t xml:space="preserve">[46:13] </w:t>
      </w:r>
      <w:r>
        <w:t>aap ki hai.</w:t>
      </w:r>
    </w:p>
    <w:p>
      <w:pPr>
        <w:jc w:val="right"/>
      </w:pPr>
      <w:r>
        <w:t>آپ کی ہے۔</w:t>
      </w:r>
    </w:p>
    <w:p>
      <w:r>
        <w:rPr>
          <w:b/>
        </w:rPr>
        <w:t xml:space="preserve">[46:19] </w:t>
      </w:r>
      <w:r>
        <w:t>mera agla sawal Maulana Iqbal Umri ka hai, jo abhi Mumbai mein hain aur yeh program dekh rahe hain.</w:t>
      </w:r>
    </w:p>
    <w:p>
      <w:pPr>
        <w:jc w:val="right"/>
      </w:pPr>
      <w:r>
        <w:t>میرا اگلا سوال مولانا اقبال عمری کا ہے، جو ابھی ممبئی میں ہیں اور یہ پروگرام دیکھ رہے ہیں۔</w:t>
      </w:r>
    </w:p>
    <w:p>
      <w:r>
        <w:rPr>
          <w:b/>
        </w:rPr>
        <w:t xml:space="preserve">[46:25] </w:t>
      </w:r>
      <w:r>
        <w:t>aur unhon ne yeh sawal yeh kiya hai ke Maulana, openness ko musalman manfi maani mein kyun lete</w:t>
      </w:r>
    </w:p>
    <w:p>
      <w:pPr>
        <w:jc w:val="right"/>
      </w:pPr>
      <w:r>
        <w:t>اور انہوں نے یہ سوال یہ کیا ہے کہ مولانا، اوپننس کو مسلمان منفی معنی میں کیوں لیتے</w:t>
      </w:r>
    </w:p>
    <w:p>
      <w:r>
        <w:rPr>
          <w:b/>
        </w:rPr>
        <w:t xml:space="preserve">[46:31] </w:t>
      </w:r>
      <w:r>
        <w:t>hain? Openness ke maani sirf be pardagi samajhte hain.</w:t>
      </w:r>
    </w:p>
    <w:p>
      <w:pPr>
        <w:jc w:val="right"/>
      </w:pPr>
      <w:r>
        <w:t>ہیں؟ اوپننس کے معنی صرف بے پردگی سمجھتے ہیں۔</w:t>
      </w:r>
    </w:p>
    <w:p>
      <w:r>
        <w:rPr>
          <w:b/>
        </w:rPr>
        <w:t xml:space="preserve">[46:37] </w:t>
      </w:r>
      <w:r>
        <w:t>yeh to blindness hai. Blindness hai.</w:t>
      </w:r>
    </w:p>
    <w:p>
      <w:pPr>
        <w:jc w:val="right"/>
      </w:pPr>
      <w:r>
        <w:t>یہ تو بلائنڈنس ہے۔ بلائنڈنس ہے۔</w:t>
      </w:r>
    </w:p>
    <w:p>
      <w:r>
        <w:rPr>
          <w:b/>
        </w:rPr>
        <w:t xml:space="preserve">[46:43] </w:t>
      </w:r>
      <w:r>
        <w:t>Rasool Allah sal Allah alaihi wasallam ke zamane mein Makka mein jo aswaaq hote the, us mein yahi</w:t>
      </w:r>
    </w:p>
    <w:p>
      <w:pPr>
        <w:jc w:val="right"/>
      </w:pPr>
      <w:r>
        <w:t>رسول اللہ صلی اللہ علیہ وسلم کے زمانے میں مکہ میں جو اسواق ہوتے تھے، اس میں یہی</w:t>
      </w:r>
    </w:p>
    <w:p>
      <w:r>
        <w:rPr>
          <w:b/>
        </w:rPr>
        <w:t xml:space="preserve">[46:49] </w:t>
      </w:r>
      <w:r>
        <w:t>sab hota tha.</w:t>
      </w:r>
    </w:p>
    <w:p>
      <w:pPr>
        <w:jc w:val="right"/>
      </w:pPr>
      <w:r>
        <w:t>سب ہوتا تھا۔</w:t>
      </w:r>
    </w:p>
    <w:p>
      <w:r>
        <w:rPr>
          <w:b/>
        </w:rPr>
        <w:t xml:space="preserve">[46:55] </w:t>
      </w:r>
      <w:r>
        <w:t>auratein gaati bajati thin, circus hota tha, tamashe hote the.</w:t>
      </w:r>
    </w:p>
    <w:p>
      <w:pPr>
        <w:jc w:val="right"/>
      </w:pPr>
      <w:r>
        <w:t>عورتیں گاتے بجاتی تھیں، سرکس ہوتا تھا، تماشے ہوتے تھے۔</w:t>
      </w:r>
    </w:p>
    <w:p>
      <w:r>
        <w:rPr>
          <w:b/>
        </w:rPr>
        <w:t xml:space="preserve">[47:01] </w:t>
      </w:r>
      <w:r>
        <w:t>to Rasool Allah ne kyun nahin samjha ke yeh to be pardagi hai? Yeh to wahan jaate the</w:t>
      </w:r>
    </w:p>
    <w:p>
      <w:pPr>
        <w:jc w:val="right"/>
      </w:pPr>
      <w:r>
        <w:t>تو رسول اللہ نے کیوں نہیں سمجھا کہ یہ تو بے پردگی ہے؟ یہ تو وہاں جاتے تھے</w:t>
      </w:r>
    </w:p>
    <w:p>
      <w:r>
        <w:rPr>
          <w:b/>
        </w:rPr>
        <w:t xml:space="preserve">[47:07] </w:t>
      </w:r>
      <w:r>
        <w:t>aap, ja kar Quran sunate the.</w:t>
      </w:r>
    </w:p>
    <w:p>
      <w:pPr>
        <w:jc w:val="right"/>
      </w:pPr>
      <w:r>
        <w:t>آپ، جا کر قرآن سناتے تھے۔</w:t>
      </w:r>
    </w:p>
    <w:p>
      <w:r>
        <w:rPr>
          <w:b/>
        </w:rPr>
        <w:t xml:space="preserve">[47:13] </w:t>
      </w:r>
      <w:r>
        <w:t>kuch cheezon ko dekh ke problem ke roop mein dekhna, yeh blindness hai, blindness.</w:t>
      </w:r>
    </w:p>
    <w:p>
      <w:pPr>
        <w:jc w:val="right"/>
      </w:pPr>
      <w:r>
        <w:t>کچھ چیزوں کو دیکھ کے پرابلم کے روپ میں دیکھنا، یہ بلائنڈنس ہے، بلائنڈنس۔</w:t>
      </w:r>
    </w:p>
    <w:p>
      <w:r>
        <w:rPr>
          <w:b/>
        </w:rPr>
        <w:t xml:space="preserve">[47:19] </w:t>
      </w:r>
      <w:r>
        <w:t>aur cheezon ko opposition ke roop mein dekhna, yeh is se Hazrat Akbar aap aankh wale hain.</w:t>
      </w:r>
    </w:p>
    <w:p>
      <w:pPr>
        <w:jc w:val="right"/>
      </w:pPr>
      <w:r>
        <w:t>اور چیزوں کو اپوزیٹی کے روپ میں دیکھنا، یہ اس سے حضرت اکبر آپ آنکھ والے ہیں۔</w:t>
      </w:r>
    </w:p>
    <w:p>
      <w:r>
        <w:rPr>
          <w:b/>
        </w:rPr>
        <w:t xml:space="preserve">[47:25] </w:t>
      </w:r>
      <w:r>
        <w:t>to jo musalman openness ko samajhte hain, be pardagi, woh to blind hain.</w:t>
      </w:r>
    </w:p>
    <w:p>
      <w:pPr>
        <w:jc w:val="right"/>
      </w:pPr>
      <w:r>
        <w:t>تو جو مسلمان اوپننس کو سمجھتے ہیں، بے پردگی، وہ تو بلائنڈ ہیں۔</w:t>
      </w:r>
    </w:p>
    <w:p>
      <w:r>
        <w:rPr>
          <w:b/>
        </w:rPr>
        <w:t xml:space="preserve">[47:31] </w:t>
      </w:r>
      <w:r>
        <w:t>is mein jo pehlu hai, opposition ka, is se be khabar hain.</w:t>
      </w:r>
    </w:p>
    <w:p>
      <w:pPr>
        <w:jc w:val="right"/>
      </w:pPr>
      <w:r>
        <w:t>اس میں جو پہلو ہے، اپوزیٹی کا، اس سے بے خبر ہیں۔</w:t>
      </w:r>
    </w:p>
    <w:p>
      <w:r>
        <w:rPr>
          <w:b/>
        </w:rPr>
        <w:t xml:space="preserve">[47:37] </w:t>
      </w:r>
      <w:r>
        <w:t>They are blind.</w:t>
      </w:r>
    </w:p>
    <w:p>
      <w:pPr>
        <w:jc w:val="right"/>
      </w:pPr>
      <w:r>
        <w:t>They are blind.</w:t>
      </w:r>
    </w:p>
    <w:p>
      <w:r>
        <w:rPr>
          <w:b/>
        </w:rPr>
        <w:t xml:space="preserve">[47:44] </w:t>
      </w:r>
      <w:r>
        <w:t>dunya mein kabhi bhi aisa nahi hoga ke khair jo hai, pure shakal mein hoga. impossible hai.</w:t>
      </w:r>
    </w:p>
    <w:p>
      <w:pPr>
        <w:jc w:val="right"/>
      </w:pPr>
      <w:r>
        <w:t>دنیا میں کبھی بھی ایسا نہیں ہوگا کہ خیر جو ہے، پیور شکل میں ہوگا۔ امپاسپل ہے۔</w:t>
      </w:r>
    </w:p>
    <w:p>
      <w:r>
        <w:rPr>
          <w:b/>
        </w:rPr>
        <w:t xml:space="preserve">[47:49] </w:t>
      </w:r>
      <w:r>
        <w:t>hamesha khair ke sath kuch na kuch shar mila raha hai, mila rahega.</w:t>
      </w:r>
    </w:p>
    <w:p>
      <w:pPr>
        <w:jc w:val="right"/>
      </w:pPr>
      <w:r>
        <w:t>ہمیشہ خیر کے ساتھ کچھ نہ کچھ شر ملا رہا ہے، ملا رہے گا۔</w:t>
      </w:r>
    </w:p>
    <w:p>
      <w:r>
        <w:rPr>
          <w:b/>
        </w:rPr>
        <w:t xml:space="preserve">[47:54] </w:t>
      </w:r>
      <w:r>
        <w:t>musalman jo shar ko dekh paate hain, khair ko nahi dekh paate.</w:t>
      </w:r>
    </w:p>
    <w:p>
      <w:pPr>
        <w:jc w:val="right"/>
      </w:pPr>
      <w:r>
        <w:t>مسلمان جو شر کو دیکھ پاتے ہیں، خیر کو نہیں دیکھ پاتے۔</w:t>
      </w:r>
    </w:p>
    <w:p>
      <w:r>
        <w:rPr>
          <w:b/>
        </w:rPr>
        <w:t xml:space="preserve">[47:59] </w:t>
      </w:r>
      <w:r>
        <w:t>yeh toh blindness hai.</w:t>
      </w:r>
    </w:p>
    <w:p>
      <w:pPr>
        <w:jc w:val="right"/>
      </w:pPr>
      <w:r>
        <w:t>یہ تو بلائنڈنس ہے۔</w:t>
      </w:r>
    </w:p>
    <w:p>
      <w:r>
        <w:rPr>
          <w:b/>
        </w:rPr>
        <w:t xml:space="preserve">[48:04] </w:t>
      </w:r>
      <w:r>
        <w:t>hazrat umar ne kaha tha ke aqalmand woh hai jo yeh jaane ke shar mein khair kya hai.</w:t>
      </w:r>
    </w:p>
    <w:p>
      <w:pPr>
        <w:jc w:val="right"/>
      </w:pPr>
      <w:r>
        <w:t>حضرت عمر نے کہا تھا کہ عقلمند وہ ہے جو یہ جانے کہ شر میں خیر کیا ہے۔</w:t>
      </w:r>
    </w:p>
    <w:p>
      <w:r>
        <w:rPr>
          <w:b/>
        </w:rPr>
        <w:t xml:space="preserve">[48:10] </w:t>
      </w:r>
      <w:r>
        <w:t>allazi ya'rifu khaira ash-sharrain balkeh yeh kaha do shar dunya mein hain, us mein se lisar shar kaun</w:t>
      </w:r>
    </w:p>
    <w:p>
      <w:pPr>
        <w:jc w:val="right"/>
      </w:pPr>
      <w:r>
        <w:t>الَّذِي يَعْرِفُ خَيْرَ الشَّرَّينَ بلکہ یہ کہا دو شر دنیا میں ہیں، اس میں سے لِسَرْ شر کون</w:t>
      </w:r>
    </w:p>
    <w:p>
      <w:r>
        <w:rPr>
          <w:b/>
        </w:rPr>
        <w:t xml:space="preserve">[48:15] </w:t>
      </w:r>
      <w:r>
        <w:t>sa hai, yeh jaane.</w:t>
      </w:r>
    </w:p>
    <w:p>
      <w:pPr>
        <w:jc w:val="right"/>
      </w:pPr>
      <w:r>
        <w:t>سا ہے، یہ جانے۔</w:t>
      </w:r>
    </w:p>
    <w:p>
      <w:r>
        <w:rPr>
          <w:b/>
        </w:rPr>
        <w:t xml:space="preserve">[48:20] </w:t>
      </w:r>
      <w:r>
        <w:t>yeh yeh hai islam ka mayar.</w:t>
      </w:r>
    </w:p>
    <w:p>
      <w:pPr>
        <w:jc w:val="right"/>
      </w:pPr>
      <w:r>
        <w:t>یہ یہ ہے اسلام کا معیار۔</w:t>
      </w:r>
    </w:p>
    <w:p>
      <w:r>
        <w:rPr>
          <w:b/>
        </w:rPr>
        <w:t xml:space="preserve">[48:25] </w:t>
      </w:r>
      <w:r>
        <w:t>aaj kal ke jo musalman hain, jo bas be pardagi, duty, perseverance jante hain, woh toh bilkul blind</w:t>
      </w:r>
    </w:p>
    <w:p>
      <w:pPr>
        <w:jc w:val="right"/>
      </w:pPr>
      <w:r>
        <w:t>آج کل کے جو مسلمان ہیں، جو بس بے پردگی، ڈیوٹی، پرسیورنس جانتے ہیں، وہ تو بالکل بلائنڈ</w:t>
      </w:r>
    </w:p>
    <w:p>
      <w:r>
        <w:rPr>
          <w:b/>
        </w:rPr>
        <w:t xml:space="preserve">[48:31] </w:t>
      </w:r>
      <w:r>
        <w:t>log hain, blind.</w:t>
      </w:r>
    </w:p>
    <w:p>
      <w:pPr>
        <w:jc w:val="right"/>
      </w:pPr>
      <w:r>
        <w:t>لوگ ہیں، بلائنڈ۔</w:t>
      </w:r>
    </w:p>
    <w:p>
      <w:r>
        <w:rPr>
          <w:b/>
        </w:rPr>
        <w:t xml:space="preserve">[48:36] </w:t>
      </w:r>
      <w:r>
        <w:t>maulana, agla sawal doctor safina ne kiya hai, ajmer se.</w:t>
      </w:r>
    </w:p>
    <w:p>
      <w:pPr>
        <w:jc w:val="right"/>
      </w:pPr>
      <w:r>
        <w:t>مولانا، اگلا سوال ڈاکٹر سفینہ نے کیا ہے، اجمیر سے۔</w:t>
      </w:r>
    </w:p>
    <w:p>
      <w:r>
        <w:rPr>
          <w:b/>
        </w:rPr>
        <w:t xml:space="preserve">[48:41] </w:t>
      </w:r>
      <w:r>
        <w:t>unhon ne aap se poocha hai ke what should be the approach of a believer towards mis-happening that</w:t>
      </w:r>
    </w:p>
    <w:p>
      <w:pPr>
        <w:jc w:val="right"/>
      </w:pPr>
      <w:r>
        <w:t>انہوں نے آپ سے پوچھا ہے کہ what should be the approach of a believer towards mis-happening that</w:t>
      </w:r>
    </w:p>
    <w:p>
      <w:r>
        <w:rPr>
          <w:b/>
        </w:rPr>
        <w:t xml:space="preserve">[48:46] </w:t>
      </w:r>
      <w:r>
        <w:t>occurs in daily life?</w:t>
      </w:r>
    </w:p>
    <w:p>
      <w:pPr>
        <w:jc w:val="right"/>
      </w:pPr>
      <w:r>
        <w:t>occurs in daily life?</w:t>
      </w:r>
    </w:p>
    <w:p>
      <w:r>
        <w:rPr>
          <w:b/>
        </w:rPr>
        <w:t xml:space="preserve">[48:52] </w:t>
      </w:r>
      <w:r>
        <w:t>do point formula hai.</w:t>
      </w:r>
    </w:p>
    <w:p>
      <w:pPr>
        <w:jc w:val="right"/>
      </w:pPr>
      <w:r>
        <w:t>دو پوائنٹ فارمولا ہے۔</w:t>
      </w:r>
    </w:p>
    <w:p>
      <w:r>
        <w:rPr>
          <w:b/>
        </w:rPr>
        <w:t xml:space="preserve">[48:57] </w:t>
      </w:r>
      <w:r>
        <w:t>Ignore the unwanted things.</w:t>
      </w:r>
    </w:p>
    <w:p>
      <w:pPr>
        <w:jc w:val="right"/>
      </w:pPr>
      <w:r>
        <w:t>Ignore the unwanted things.</w:t>
      </w:r>
    </w:p>
    <w:p>
      <w:r>
        <w:rPr>
          <w:b/>
        </w:rPr>
        <w:t xml:space="preserve">[49:02] </w:t>
      </w:r>
      <w:r>
        <w:t>aur apne aap ko lagaye raho marifat mein aur dawat mein.</w:t>
      </w:r>
    </w:p>
    <w:p>
      <w:pPr>
        <w:jc w:val="right"/>
      </w:pPr>
      <w:r>
        <w:t>اور اپنے آپ کو لگائے رہو معرفت میں اور دعوت میں۔</w:t>
      </w:r>
    </w:p>
    <w:p>
      <w:r>
        <w:rPr>
          <w:b/>
        </w:rPr>
        <w:t xml:space="preserve">[49:08] </w:t>
      </w:r>
      <w:r>
        <w:t>toh ignore toh karna hi padega, avoid toh karna hi padega.</w:t>
      </w:r>
    </w:p>
    <w:p>
      <w:pPr>
        <w:jc w:val="right"/>
      </w:pPr>
      <w:r>
        <w:t>تو اگنور تو کرنا ہی پڑے گا، اوائڈ تو کرنا ہی پڑے گا۔</w:t>
      </w:r>
    </w:p>
    <w:p>
      <w:r>
        <w:rPr>
          <w:b/>
        </w:rPr>
        <w:t xml:space="preserve">[49:13] </w:t>
      </w:r>
      <w:r>
        <w:t>agar aap aisa nahi karenge toh aap opportunity ko avail nahi kar sakte.</w:t>
      </w:r>
    </w:p>
    <w:p>
      <w:pPr>
        <w:jc w:val="right"/>
      </w:pPr>
      <w:r>
        <w:t>اگر آپ ایسا نہیں کریں گے تو آپ اپوزیٹی کو اویل نہیں کر سکتے۔</w:t>
      </w:r>
    </w:p>
    <w:p>
      <w:r>
        <w:rPr>
          <w:b/>
        </w:rPr>
        <w:t xml:space="preserve">[49:18] </w:t>
      </w:r>
      <w:r>
        <w:t>maulana, agla sawal JNU se bheja hai, abdul rehman sahab ne.</w:t>
      </w:r>
    </w:p>
    <w:p>
      <w:pPr>
        <w:jc w:val="right"/>
      </w:pPr>
      <w:r>
        <w:t>مولانا، اگلا سوال جے این یو سے بھیجا ہے، عبدالرحمن صاحب نے۔</w:t>
      </w:r>
    </w:p>
    <w:p>
      <w:r>
        <w:rPr>
          <w:b/>
        </w:rPr>
        <w:t xml:space="preserve">[49:24] </w:t>
      </w:r>
      <w:r>
        <w:t>aur unhon ne likha hai: Maulana sahab, mera sawal sanjidgi aur istiqlaal se mutalliq hai.</w:t>
      </w:r>
    </w:p>
    <w:p>
      <w:pPr>
        <w:jc w:val="right"/>
      </w:pPr>
      <w:r>
        <w:t>اور انہوں نے لکھا ہے: مولانا صاحب، میرا سوال سنجیدگی اور استقلال سے متعلق ہے۔</w:t>
      </w:r>
    </w:p>
    <w:p>
      <w:r>
        <w:rPr>
          <w:b/>
        </w:rPr>
        <w:t xml:space="preserve">[49:29] </w:t>
      </w:r>
      <w:r>
        <w:t>aksar dekha gaya hai ke gehri soch aur sanjidgi aur mustaqil mizaji khuda aur mazhab ke liye inhi</w:t>
      </w:r>
    </w:p>
    <w:p>
      <w:pPr>
        <w:jc w:val="right"/>
      </w:pPr>
      <w:r>
        <w:t>اکثر دیکھا گیا ہے کہ گہری سوچ اور سنجیدگی اور مستقل مزاجی خدا اور مذہب کے لیے انہی</w:t>
      </w:r>
    </w:p>
    <w:p>
      <w:r>
        <w:rPr>
          <w:b/>
        </w:rPr>
        <w:t xml:space="preserve">[49:34] </w:t>
      </w:r>
      <w:r>
        <w:t>logon ke andar hoti hai jin ki zindagi gham ke halaat ya kisi brain storming se guzri hai.</w:t>
      </w:r>
    </w:p>
    <w:p>
      <w:pPr>
        <w:jc w:val="right"/>
      </w:pPr>
      <w:r>
        <w:t>لوگوں کے اندر ہوتی ہے جن کی زندگی غم کے حالات یا کسی برین سٹورمنگ سے گزری ہے۔</w:t>
      </w:r>
    </w:p>
    <w:p>
      <w:r>
        <w:rPr>
          <w:b/>
        </w:rPr>
        <w:t xml:space="preserve">[49:40] </w:t>
      </w:r>
      <w:r>
        <w:t>aise logon ke andar haqeeqat pasandi, aala takhleeqi salahiyat pai jati hai.</w:t>
      </w:r>
    </w:p>
    <w:p>
      <w:pPr>
        <w:jc w:val="right"/>
      </w:pPr>
      <w:r>
        <w:t>ایسے لوگوں کے اندر حقیقت پسندی، اعلیٰ تخلیقی صلاحیت پائی جاتی ہے۔</w:t>
      </w:r>
    </w:p>
    <w:p>
      <w:r>
        <w:rPr>
          <w:b/>
        </w:rPr>
        <w:t xml:space="preserve">[49:45] </w:t>
      </w:r>
      <w:r>
        <w:t>aur yahi log istiqlaal ke sath koi bara kaam kar paate hain.</w:t>
      </w:r>
    </w:p>
    <w:p>
      <w:pPr>
        <w:jc w:val="right"/>
      </w:pPr>
      <w:r>
        <w:t>اور یہی لوگ استقلال کے ساتھ کوئی بڑا کام کر پاتے ہیں۔</w:t>
      </w:r>
    </w:p>
    <w:p>
      <w:r>
        <w:rPr>
          <w:b/>
        </w:rPr>
        <w:t xml:space="preserve">[49:50] </w:t>
      </w:r>
      <w:r>
        <w:t>kyunke in ka khaas mizaj unhein har tarah ke distraction se bachata hai.</w:t>
      </w:r>
    </w:p>
    <w:p>
      <w:pPr>
        <w:jc w:val="right"/>
      </w:pPr>
      <w:r>
        <w:t>کیونکہ ان کا خاص مزاج انہیں ہر طرح کے ڈسٹرکشن سے بچاتا ہے۔</w:t>
      </w:r>
    </w:p>
    <w:p>
      <w:r>
        <w:rPr>
          <w:b/>
        </w:rPr>
        <w:t xml:space="preserve">[49:56] </w:t>
      </w:r>
      <w:r>
        <w:t>misalan intehai hassas tabiyat ke malik prophet Muhammad ka bohat kam umri mein yateem ho jana, aur phir</w:t>
      </w:r>
    </w:p>
    <w:p>
      <w:pPr>
        <w:jc w:val="right"/>
      </w:pPr>
      <w:r>
        <w:t>مثلاً انتہائی حساس طبیعت کے مالک پروفٹ محمد کا بہت کم عمری میں یتیم ہو جانا، اور پھر</w:t>
      </w:r>
    </w:p>
    <w:p>
      <w:r>
        <w:rPr>
          <w:b/>
        </w:rPr>
        <w:t xml:space="preserve">[50:01] </w:t>
      </w:r>
      <w:r>
        <w:t>baad ko apni samajhdari aur takhleeqi amal se insani tareekh ka sab se azeem insan banna waghera.</w:t>
      </w:r>
    </w:p>
    <w:p>
      <w:pPr>
        <w:jc w:val="right"/>
      </w:pPr>
      <w:r>
        <w:t>بعد کو اپنی سمجھداری اور تخلیقی عمل سے انسانی تاریخ کا سب سے عظیم انسان بننا وغیرہ۔</w:t>
      </w:r>
    </w:p>
    <w:p>
      <w:r>
        <w:rPr>
          <w:b/>
        </w:rPr>
        <w:t xml:space="preserve">[50:06] </w:t>
      </w:r>
      <w:r>
        <w:t>jabke jin ki zindagi ke ayam normal halaat mein guzre hote hain, to aise logon ke andar kisi</w:t>
      </w:r>
    </w:p>
    <w:p>
      <w:pPr>
        <w:jc w:val="right"/>
      </w:pPr>
      <w:r>
        <w:t>جبکہ جن کی زندگی کے ایام نارمل حالات میں گزرے ہوتے ہیں، تو ایسے لوگوں کے اندر کسی</w:t>
      </w:r>
    </w:p>
    <w:p>
      <w:r>
        <w:rPr>
          <w:b/>
        </w:rPr>
        <w:t xml:space="preserve">[50:12] </w:t>
      </w:r>
      <w:r>
        <w:t>mission ya mazhab ke liye is qadar sanjeeda mizaj aur istiqlaal nahi aa pata hai.</w:t>
      </w:r>
    </w:p>
    <w:p>
      <w:pPr>
        <w:jc w:val="right"/>
      </w:pPr>
      <w:r>
        <w:t>مشن یا مذہب کے لیے اس قدر سنجیدہ مزاج اور استقلال نہیں آ پاتا ہے۔</w:t>
      </w:r>
    </w:p>
    <w:p>
      <w:r>
        <w:rPr>
          <w:b/>
        </w:rPr>
        <w:t xml:space="preserve">[50:17] </w:t>
      </w:r>
      <w:r>
        <w:t>un ke andar ka muharrik bohat taqatwar nahi hota hai.</w:t>
      </w:r>
    </w:p>
    <w:p>
      <w:pPr>
        <w:jc w:val="right"/>
      </w:pPr>
      <w:r>
        <w:t>ان کے اندر کا محرک بہت طاقتور نہیں ہوتا ہے۔</w:t>
      </w:r>
    </w:p>
    <w:p>
      <w:r>
        <w:rPr>
          <w:b/>
        </w:rPr>
        <w:t xml:space="preserve">[50:22] </w:t>
      </w:r>
      <w:r>
        <w:t>aur woh bohat jald apne maqsad se oob jaate hain.</w:t>
      </w:r>
    </w:p>
    <w:p>
      <w:pPr>
        <w:jc w:val="right"/>
      </w:pPr>
      <w:r>
        <w:t>اور وہ بہت جلد اپنے مقصد سے اوب جاتے ہیں۔</w:t>
      </w:r>
    </w:p>
    <w:p>
      <w:r>
        <w:rPr>
          <w:b/>
        </w:rPr>
        <w:t xml:space="preserve">[50:28] </w:t>
      </w:r>
      <w:r>
        <w:t>aur yahi wajah hai ke woh bohat numayan aur inqilabi kaam nahi kar paate hain.</w:t>
      </w:r>
    </w:p>
    <w:p>
      <w:pPr>
        <w:jc w:val="right"/>
      </w:pPr>
      <w:r>
        <w:t>اور یہی وجہ ہے کہ وہ بہت نمایاں اور انقلابی کام نہیں کر پاتے۔</w:t>
      </w:r>
    </w:p>
    <w:p>
      <w:r>
        <w:rPr>
          <w:b/>
        </w:rPr>
        <w:t xml:space="preserve">[50:33] </w:t>
      </w:r>
      <w:r>
        <w:t>aise logon ko apne aap ko activate karna aur mustaqil taur par apne andar gehri sanjeedgi o hassasiyat</w:t>
      </w:r>
    </w:p>
    <w:p>
      <w:pPr>
        <w:jc w:val="right"/>
      </w:pPr>
      <w:r>
        <w:t>ایسے لوگوں کو اپنے آپ کو ایکٹیویٹ کرنا اور مستقل طور پر اپنے اندر گہری سنجیدگی و حساسیت</w:t>
      </w:r>
    </w:p>
    <w:p>
      <w:r>
        <w:rPr>
          <w:b/>
        </w:rPr>
        <w:t xml:space="preserve">[50:38] </w:t>
      </w:r>
      <w:r>
        <w:t>lane ke liye aakhirat ko yaad karne ke ilawa aur kya karna chahiye, jis se woh bara kaam</w:t>
      </w:r>
    </w:p>
    <w:p>
      <w:pPr>
        <w:jc w:val="right"/>
      </w:pPr>
      <w:r>
        <w:t>لانے کے لیے آخرت کو یاد کرنے کے علاوہ اور کیا کرنا چاہیے، جس سے وہ بڑا کام</w:t>
      </w:r>
    </w:p>
    <w:p>
      <w:r>
        <w:rPr>
          <w:b/>
        </w:rPr>
        <w:t xml:space="preserve">[50:44] </w:t>
      </w:r>
      <w:r>
        <w:t>kar saken? pehli baat yeh ke aap is pareshani se niklein.</w:t>
      </w:r>
    </w:p>
    <w:p>
      <w:pPr>
        <w:jc w:val="right"/>
      </w:pPr>
      <w:r>
        <w:t>کر سکیں؟ پہلی بات یہ کہ آپ اس پریشانی سے نکلیں۔</w:t>
      </w:r>
    </w:p>
    <w:p>
      <w:r>
        <w:rPr>
          <w:b/>
        </w:rPr>
        <w:t xml:space="preserve">[50:49] </w:t>
      </w:r>
      <w:r>
        <w:t>dekhiye, Allah taala ne do misalein qaim ki hain tareekh mein.</w:t>
      </w:r>
    </w:p>
    <w:p>
      <w:pPr>
        <w:jc w:val="right"/>
      </w:pPr>
      <w:r>
        <w:t>دیکھیے، اللہ تعالیٰ نے دو مثالیں قائم کی ہیں تاریخ میں۔</w:t>
      </w:r>
    </w:p>
    <w:p>
      <w:r>
        <w:rPr>
          <w:b/>
        </w:rPr>
        <w:t xml:space="preserve">[50:54] </w:t>
      </w:r>
      <w:r>
        <w:t>hazrat Suleman aur Hazrat Dawood dono badshah the.</w:t>
      </w:r>
    </w:p>
    <w:p>
      <w:pPr>
        <w:jc w:val="right"/>
      </w:pPr>
      <w:r>
        <w:t>حضرت سلیمان اور حضرت داؤد دونوں بادشاہ تھے۔</w:t>
      </w:r>
    </w:p>
    <w:p>
      <w:r>
        <w:rPr>
          <w:b/>
        </w:rPr>
        <w:t xml:space="preserve">[51:00] </w:t>
      </w:r>
      <w:r>
        <w:t>zara ghaur kijiye.</w:t>
      </w:r>
    </w:p>
    <w:p>
      <w:pPr>
        <w:jc w:val="right"/>
      </w:pPr>
      <w:r>
        <w:t>ذرا غور کیجیے۔</w:t>
      </w:r>
    </w:p>
    <w:p>
      <w:r>
        <w:rPr>
          <w:b/>
        </w:rPr>
        <w:t xml:space="preserve">[51:05] </w:t>
      </w:r>
      <w:r>
        <w:t>hazrat Dawood aur Hazrat Suleman dono badshah the.</w:t>
      </w:r>
    </w:p>
    <w:p>
      <w:pPr>
        <w:jc w:val="right"/>
      </w:pPr>
      <w:r>
        <w:t>حضرت داؤد اور حضرت سلیمان دونوں بادشاہ تھے۔</w:t>
      </w:r>
    </w:p>
    <w:p>
      <w:r>
        <w:rPr>
          <w:b/>
        </w:rPr>
        <w:t xml:space="preserve">[51:10] </w:t>
      </w:r>
      <w:r>
        <w:t>aur jante hain, un ke paas jo taqat thi, woh babao se bhi zyada thi.</w:t>
      </w:r>
    </w:p>
    <w:p>
      <w:pPr>
        <w:jc w:val="right"/>
      </w:pPr>
      <w:r>
        <w:t>اور جانتے ہیں، ان کے پاس جو طاقت تھی، وہ باباؤں سے بھی زیادہ تھی۔</w:t>
      </w:r>
    </w:p>
    <w:p>
      <w:r>
        <w:rPr>
          <w:b/>
        </w:rPr>
        <w:t xml:space="preserve">[51:16] </w:t>
      </w:r>
      <w:r>
        <w:t>is ke bawajood bohat moaddab the, bohat sachche the, bohat Allah se darte the.</w:t>
      </w:r>
    </w:p>
    <w:p>
      <w:pPr>
        <w:jc w:val="right"/>
      </w:pPr>
      <w:r>
        <w:t>اس کے باوجود بہت مودب تھے، بہت سچے تھے، بہت اللہ سے ڈرتے تھے۔</w:t>
      </w:r>
    </w:p>
    <w:p>
      <w:r>
        <w:rPr>
          <w:b/>
        </w:rPr>
        <w:t xml:space="preserve">[51:21] </w:t>
      </w:r>
      <w:r>
        <w:t>to Allah taala ne misal qaim kar di.</w:t>
      </w:r>
    </w:p>
    <w:p>
      <w:pPr>
        <w:jc w:val="right"/>
      </w:pPr>
      <w:r>
        <w:t>تو اللہ تعالیٰ نے مثال قائم کر دی۔</w:t>
      </w:r>
    </w:p>
    <w:p>
      <w:r>
        <w:rPr>
          <w:b/>
        </w:rPr>
        <w:t xml:space="preserve">[51:26] </w:t>
      </w:r>
      <w:r>
        <w:t>yeh Allah taala ne misal qaim kar di hai ke political power ho, woh rukawat nahi.</w:t>
      </w:r>
    </w:p>
    <w:p>
      <w:pPr>
        <w:jc w:val="right"/>
      </w:pPr>
      <w:r>
        <w:t>یہ اللہ تعالیٰ نے مثال قائم کر دی ہے کہ پولیٹیکل پاور ہو، وہ رکاوٹ نہیں۔</w:t>
      </w:r>
    </w:p>
    <w:p>
      <w:r>
        <w:rPr>
          <w:b/>
        </w:rPr>
        <w:t xml:space="preserve">[51:32] </w:t>
      </w:r>
      <w:r>
        <w:t>paisa ho, woh rukawat nahi.</w:t>
      </w:r>
    </w:p>
    <w:p>
      <w:pPr>
        <w:jc w:val="right"/>
      </w:pPr>
      <w:r>
        <w:t>پیسہ ہو، وہ رکاوٹ نہیں۔</w:t>
      </w:r>
    </w:p>
    <w:p>
      <w:r>
        <w:rPr>
          <w:b/>
        </w:rPr>
        <w:t xml:space="preserve">[51:37] </w:t>
      </w:r>
      <w:r>
        <w:t>to hamare paas saltanat ho, woh rukawat nahi.</w:t>
      </w:r>
    </w:p>
    <w:p>
      <w:pPr>
        <w:jc w:val="right"/>
      </w:pPr>
      <w:r>
        <w:t>تو ہمارے پاس سلطنت ہو، وہ رکاوٹ نہیں۔</w:t>
      </w:r>
    </w:p>
    <w:p>
      <w:r>
        <w:rPr>
          <w:b/>
        </w:rPr>
        <w:t xml:space="preserve">[51:42] </w:t>
      </w:r>
      <w:r>
        <w:t>to Allah taala ne yeh bohat bari misal qaim kar di.</w:t>
      </w:r>
    </w:p>
    <w:p>
      <w:pPr>
        <w:jc w:val="right"/>
      </w:pPr>
      <w:r>
        <w:t>تو اللہ تعالیٰ نے یہ بہت بڑی مثال قائم کر دی۔</w:t>
      </w:r>
    </w:p>
    <w:p>
      <w:r>
        <w:rPr>
          <w:b/>
        </w:rPr>
        <w:t xml:space="preserve">[51:48] </w:t>
      </w:r>
      <w:r>
        <w:t>is ko padhiye, is se sabak lijiye.</w:t>
      </w:r>
    </w:p>
    <w:p>
      <w:pPr>
        <w:jc w:val="right"/>
      </w:pPr>
      <w:r>
        <w:t>اس کو پڑھیے، اس سے سبق لیجیے۔</w:t>
      </w:r>
    </w:p>
    <w:p>
      <w:r>
        <w:rPr>
          <w:b/>
        </w:rPr>
        <w:t xml:space="preserve">[51:53] </w:t>
      </w:r>
      <w:r>
        <w:t>sabak lijiye is se.</w:t>
      </w:r>
    </w:p>
    <w:p>
      <w:pPr>
        <w:jc w:val="right"/>
      </w:pPr>
      <w:r>
        <w:t>سبق لیجیے اس سے۔</w:t>
      </w:r>
    </w:p>
    <w:p>
      <w:r>
        <w:rPr>
          <w:b/>
        </w:rPr>
        <w:t xml:space="preserve">[51:58] </w:t>
      </w:r>
      <w:r>
        <w:t>yani bohat zabardast taqat thi un ki, Hazrat Suleman ki, Hazrat Dawood ki.</w:t>
      </w:r>
    </w:p>
    <w:p>
      <w:pPr>
        <w:jc w:val="right"/>
      </w:pPr>
      <w:r>
        <w:t>یعنی بہت زبردست طاقت تھی ان کی، حضرت سلیمان کی، حضرت داؤد کی۔</w:t>
      </w:r>
    </w:p>
    <w:p>
      <w:r>
        <w:rPr>
          <w:b/>
        </w:rPr>
        <w:t xml:space="preserve">[52:04] </w:t>
      </w:r>
      <w:r>
        <w:t>aap parhiye quran majeed mein.</w:t>
      </w:r>
    </w:p>
    <w:p>
      <w:pPr>
        <w:jc w:val="right"/>
      </w:pPr>
      <w:r>
        <w:t>آپ پڑھیے قرآن مجید میں۔</w:t>
      </w:r>
    </w:p>
    <w:p>
      <w:r>
        <w:rPr>
          <w:b/>
        </w:rPr>
        <w:t xml:space="preserve">[52:09] </w:t>
      </w:r>
      <w:r>
        <w:t>is ke bawajood woh kitna zyada Allah se darne wale thay, kitna zyada modab thay.</w:t>
      </w:r>
    </w:p>
    <w:p>
      <w:pPr>
        <w:jc w:val="right"/>
      </w:pPr>
      <w:r>
        <w:t>اس کے باوجود وہ کتنا زیادہ اللہ سے ڈرنے والے تھے، کتنا زیادہ مودب تھے۔</w:t>
      </w:r>
    </w:p>
    <w:p>
      <w:r>
        <w:rPr>
          <w:b/>
        </w:rPr>
        <w:t xml:space="preserve">[52:14] </w:t>
      </w:r>
      <w:r>
        <w:t>toh main samajhta hoon ke Allah taala ne ek misaal qaim kar di ke yeh koi excuse nahi hai.</w:t>
      </w:r>
    </w:p>
    <w:p>
      <w:pPr>
        <w:jc w:val="right"/>
      </w:pPr>
      <w:r>
        <w:t>تو میں سمجھتا ہوں کہ اللہ تعالیٰ نے ایک مثال قائم کر دی کہ یہ کوئی ایکسکیوز نہیں ہے۔</w:t>
      </w:r>
    </w:p>
    <w:p>
      <w:r>
        <w:rPr>
          <w:b/>
        </w:rPr>
        <w:t xml:space="preserve">[52:20] </w:t>
      </w:r>
      <w:r>
        <w:t>ek hi excuse nahi hai ke bhai hum toh daulatmand ghar mein paida hue, is liye hum</w:t>
      </w:r>
    </w:p>
    <w:p>
      <w:pPr>
        <w:jc w:val="right"/>
      </w:pPr>
      <w:r>
        <w:t>ایک ہی ایکسکیوز نہیں ہے کہ بھئی ہم تو دولت مند گھر میں پیدا ہوئے، اس لیے ہم</w:t>
      </w:r>
    </w:p>
    <w:p>
      <w:r>
        <w:rPr>
          <w:b/>
        </w:rPr>
        <w:t xml:space="preserve">[52:25] </w:t>
      </w:r>
      <w:r>
        <w:t>aise ho gaye.</w:t>
      </w:r>
    </w:p>
    <w:p>
      <w:pPr>
        <w:jc w:val="right"/>
      </w:pPr>
      <w:r>
        <w:t>ایسے ہو گئے۔</w:t>
      </w:r>
    </w:p>
    <w:p>
      <w:r>
        <w:rPr>
          <w:b/>
        </w:rPr>
        <w:t xml:space="preserve">[52:30] </w:t>
      </w:r>
      <w:r>
        <w:t>yeh excuse nahi hai.</w:t>
      </w:r>
    </w:p>
    <w:p>
      <w:pPr>
        <w:jc w:val="right"/>
      </w:pPr>
      <w:r>
        <w:t>یہ ایکسکیوز نہیں ہے۔</w:t>
      </w:r>
    </w:p>
    <w:p>
      <w:r>
        <w:rPr>
          <w:b/>
        </w:rPr>
        <w:t xml:space="preserve">[52:36] </w:t>
      </w:r>
      <w:r>
        <w:t>ek comment aur sawal aaya hai UK se doctor Hina ka.</w:t>
      </w:r>
    </w:p>
    <w:p>
      <w:pPr>
        <w:jc w:val="right"/>
      </w:pPr>
      <w:r>
        <w:t>ایک کمنٹ اور سوال آیا ہے یو کے سے ڈاکٹر حنا کا۔</w:t>
      </w:r>
    </w:p>
    <w:p>
      <w:r>
        <w:rPr>
          <w:b/>
        </w:rPr>
        <w:t xml:space="preserve">[52:41] </w:t>
      </w:r>
      <w:r>
        <w:t>aur unhon ne likha hai ke salam and many thanks to Maulana sahib that despite his foot problem</w:t>
      </w:r>
    </w:p>
    <w:p>
      <w:pPr>
        <w:jc w:val="right"/>
      </w:pPr>
      <w:r>
        <w:t>اور انہوں نے لکھا ہے کہ سلام and many thanks to مولانا صاحب that despite his foot problem</w:t>
      </w:r>
    </w:p>
    <w:p>
      <w:r>
        <w:rPr>
          <w:b/>
        </w:rPr>
        <w:t xml:space="preserve">[52:46] </w:t>
      </w:r>
      <w:r>
        <w:t>he has sat down for this Sunday class and teaching us.</w:t>
      </w:r>
    </w:p>
    <w:p>
      <w:pPr>
        <w:jc w:val="right"/>
      </w:pPr>
      <w:r>
        <w:t>he has sat down for this Sunday class and teaching us.</w:t>
      </w:r>
    </w:p>
    <w:p>
      <w:r>
        <w:rPr>
          <w:b/>
        </w:rPr>
        <w:t xml:space="preserve">[52:52] </w:t>
      </w:r>
      <w:r>
        <w:t>May Allah keep his presence upon us all to benefit from his wisdom.</w:t>
      </w:r>
    </w:p>
    <w:p>
      <w:pPr>
        <w:jc w:val="right"/>
      </w:pPr>
      <w:r>
        <w:t>May Allah keep his presence upon us all to benefit from his wisdom.</w:t>
      </w:r>
    </w:p>
    <w:p>
      <w:r>
        <w:rPr>
          <w:b/>
        </w:rPr>
        <w:t xml:space="preserve">[53:00] </w:t>
      </w:r>
      <w:r>
        <w:t>aur un ka sawal hai Maulana after crusades when Europe changed its direction to explore the nature as</w:t>
      </w:r>
    </w:p>
    <w:p>
      <w:pPr>
        <w:jc w:val="right"/>
      </w:pPr>
      <w:r>
        <w:t>اور ان کا سوال ہے مولانا after crusades when Europe changed its direction to explore the nature as</w:t>
      </w:r>
    </w:p>
    <w:p>
      <w:r>
        <w:rPr>
          <w:b/>
        </w:rPr>
        <w:t xml:space="preserve">[53:08] </w:t>
      </w:r>
      <w:r>
        <w:t>you just explained very well, isn't it that they saw Muslims had already started doing this in the</w:t>
      </w:r>
    </w:p>
    <w:p>
      <w:pPr>
        <w:jc w:val="right"/>
      </w:pPr>
      <w:r>
        <w:t>you just explained very well, isn't it that they saw Muslims had already started doing this in the</w:t>
      </w:r>
    </w:p>
    <w:p>
      <w:r>
        <w:rPr>
          <w:b/>
        </w:rPr>
        <w:t xml:space="preserve">[53:16] </w:t>
      </w:r>
      <w:r>
        <w:t>area of science including astronomy and medicine, so they followed them, but sadly Muslims later on left this track.</w:t>
      </w:r>
    </w:p>
    <w:p>
      <w:pPr>
        <w:jc w:val="right"/>
      </w:pPr>
      <w:r>
        <w:t>area of science including astronomy and medicine, so they followed them, but sadly Muslims later on left this track.</w:t>
      </w:r>
    </w:p>
    <w:p>
      <w:r>
        <w:rPr>
          <w:b/>
        </w:rPr>
        <w:t xml:space="preserve">[53:25] </w:t>
      </w:r>
      <w:r>
        <w:t>main is formula ko nahi manta ke Musalmanon ko credit dena chahte hain aap.</w:t>
      </w:r>
    </w:p>
    <w:p>
      <w:pPr>
        <w:jc w:val="right"/>
      </w:pPr>
      <w:r>
        <w:t>میں اس فارمولے کو نہیں مانتا کہ مسلمانوں کو کریڈٹ دینا چاہتے ہیں آپ۔</w:t>
      </w:r>
    </w:p>
    <w:p>
      <w:r>
        <w:rPr>
          <w:b/>
        </w:rPr>
        <w:t xml:space="preserve">[53:30] </w:t>
      </w:r>
      <w:r>
        <w:t>main ne wahan Istanbul gaya, bohat bada museum banaya unhon ne, science museum, bohat si cheezein rakhi hui hain.</w:t>
      </w:r>
    </w:p>
    <w:p>
      <w:pPr>
        <w:jc w:val="right"/>
      </w:pPr>
      <w:r>
        <w:t>میں نے وہاں استنبول گیا، بہت بڑا میوزیم بنایا انہوں نے، سائنس میوزیم، بہت سی چیزیں رکھی ہوئی ہیں۔</w:t>
      </w:r>
    </w:p>
    <w:p>
      <w:r>
        <w:rPr>
          <w:b/>
        </w:rPr>
        <w:t xml:space="preserve">[53:36] </w:t>
      </w:r>
      <w:r>
        <w:t>woh bilkul bachon ke khilone hain, sab dolls hain, dolls.</w:t>
      </w:r>
    </w:p>
    <w:p>
      <w:pPr>
        <w:jc w:val="right"/>
      </w:pPr>
      <w:r>
        <w:t>وہ بالکل بچوں کے کھلونے ہیں، سب ڈالس ہیں، ڈالس۔</w:t>
      </w:r>
    </w:p>
    <w:p>
      <w:r>
        <w:rPr>
          <w:b/>
        </w:rPr>
        <w:t xml:space="preserve">[53:41] </w:t>
      </w:r>
      <w:r>
        <w:t>مسلمان چونکہ اِکنالج نہیں کرنا چاہتے ویسٹرن ورلڈ کو، تو ریفر کرتے ہیں اپنی ہسٹری کو جو نتھنگ ہے۔</w:t>
      </w:r>
    </w:p>
    <w:p>
      <w:pPr>
        <w:jc w:val="right"/>
      </w:pPr>
      <w:r>
        <w:t>مسلمان چونکہ اکنال نہیں کرنا چاہتے ویسٹرن ورلڈ کو، تو ریفر کرتے ہیں اپنی ہسٹری کو جو نتھنگ ہے۔</w:t>
      </w:r>
    </w:p>
    <w:p>
      <w:r>
        <w:rPr>
          <w:b/>
        </w:rPr>
        <w:t xml:space="preserve">[53:47] </w:t>
      </w:r>
      <w:r>
        <w:t>koi ek bhi meaningful baat bataiye mujhe jo Musalmanon ne discover ki ho.</w:t>
      </w:r>
    </w:p>
    <w:p>
      <w:pPr>
        <w:jc w:val="right"/>
      </w:pPr>
      <w:r>
        <w:t>کوئی ایک بھی میننگ فل بات بتائیے مجھے جو مسلمانوں نے ڈسکور کی ہو۔</w:t>
      </w:r>
    </w:p>
    <w:p>
      <w:r>
        <w:rPr>
          <w:b/>
        </w:rPr>
        <w:t xml:space="preserve">[53:52] </w:t>
      </w:r>
      <w:r>
        <w:t>مثلاً کیا پانی کو انہوں نے اسٹیم پاور میں کنورٹ کیا؟ ان کے پاس آئل تھا Arab world</w:t>
      </w:r>
    </w:p>
    <w:p>
      <w:pPr>
        <w:jc w:val="right"/>
      </w:pPr>
      <w:r>
        <w:t>مثلاً کیا پانی کو انہوں نے اسٹیم پاور میں کنورٹ کیا؟ ان کے پاس آئل تھا عرب ورلڈ</w:t>
      </w:r>
    </w:p>
    <w:p>
      <w:r>
        <w:rPr>
          <w:b/>
        </w:rPr>
        <w:t xml:space="preserve">[53:58] </w:t>
      </w:r>
      <w:r>
        <w:t>main, kya oil ko unhon ne engine chalaya, oil ko istemal kar ke? kya unhon ne telescope banai,</w:t>
      </w:r>
    </w:p>
    <w:p>
      <w:pPr>
        <w:jc w:val="right"/>
      </w:pPr>
      <w:r>
        <w:t>میں، کیا آئل کو انہوں نے انجن چلایا، آئل کو استعمال کر کے؟ کیا انہوں نے ٹیلیسکوپ بنائی،</w:t>
      </w:r>
    </w:p>
    <w:p>
      <w:r>
        <w:rPr>
          <w:b/>
        </w:rPr>
        <w:t xml:space="preserve">[54:04] </w:t>
      </w:r>
      <w:r>
        <w:t>کیا انہوں نے مائیکروسکوپ بنائی؟ کوئی ایک بھی مسلمان، کوئی ایک بھی meaningful discovery نہیں کر سکے۔</w:t>
      </w:r>
    </w:p>
    <w:p>
      <w:pPr>
        <w:jc w:val="right"/>
      </w:pPr>
      <w:r>
        <w:t>کیا انہوں نے مائیکروسکوپ بنائی؟ کوئی ایک بھی مسلمان، کوئی ایک بھی میننگ فل ڈسکوری نہیں کر سکے۔</w:t>
      </w:r>
    </w:p>
    <w:p>
      <w:r>
        <w:rPr>
          <w:b/>
        </w:rPr>
        <w:t xml:space="preserve">[54:09] </w:t>
      </w:r>
      <w:r>
        <w:t>aur dekhiye, yeh baat main hi nahi kar raha hoon, Muslim history ka sab se bada mind jo</w:t>
      </w:r>
    </w:p>
    <w:p>
      <w:pPr>
        <w:jc w:val="right"/>
      </w:pPr>
      <w:r>
        <w:t>اور دیکھیے، یہ بات میں ہی نہیں کر رہا ہوں، مسلم ہسٹری کا سب سے بڑا مائنڈ جو</w:t>
      </w:r>
    </w:p>
    <w:p>
      <w:r>
        <w:rPr>
          <w:b/>
        </w:rPr>
        <w:t xml:space="preserve">[54:15] </w:t>
      </w:r>
      <w:r>
        <w:t>mana jata hai, woh Ibn Khaldun hai.</w:t>
      </w:r>
    </w:p>
    <w:p>
      <w:pPr>
        <w:jc w:val="right"/>
      </w:pPr>
      <w:r>
        <w:t>مانا جاتا ہے، وہ ابن خلدون ہے۔</w:t>
      </w:r>
    </w:p>
    <w:p>
      <w:r>
        <w:rPr>
          <w:b/>
        </w:rPr>
        <w:t xml:space="preserve">[54:20] </w:t>
      </w:r>
      <w:r>
        <w:t>ابن خلدون کہتا ہے کہ عربوں میں creativity نہیں، عربوں میں creative thinking develop نہیں ہوئی۔</w:t>
      </w:r>
    </w:p>
    <w:p>
      <w:pPr>
        <w:jc w:val="right"/>
      </w:pPr>
      <w:r>
        <w:t>ابن خلدون کہتا ہے کہ عربوں میں کریٹیوٹی نہیں، عربوں میں کریٹیو تھنکنگ ڈیولپ نہیں ہوئی۔</w:t>
      </w:r>
    </w:p>
    <w:p>
      <w:r>
        <w:rPr>
          <w:b/>
        </w:rPr>
        <w:t xml:space="preserve">[54:26] </w:t>
      </w:r>
      <w:r>
        <w:t>toh is mein pareshani kya hai? Allah taala ne ek hi se kaam nahi leta, Allah taala sab</w:t>
      </w:r>
    </w:p>
    <w:p>
      <w:pPr>
        <w:jc w:val="right"/>
      </w:pPr>
      <w:r>
        <w:t>تو اس میں پریشانی کیا ہے؟ اللہ تعالیٰ نے ایک ہی سے کام نہیں لیتا، اللہ تعالیٰ سب</w:t>
      </w:r>
    </w:p>
    <w:p>
      <w:r>
        <w:rPr>
          <w:b/>
        </w:rPr>
        <w:t xml:space="preserve">[54:32] </w:t>
      </w:r>
      <w:r>
        <w:t>ko Allah taala ki taraf se kaam mila hua.</w:t>
      </w:r>
    </w:p>
    <w:p>
      <w:pPr>
        <w:jc w:val="right"/>
      </w:pPr>
      <w:r>
        <w:t>کو اللہ تعالیٰ کی طرف سے کام ملا ہوا۔</w:t>
      </w:r>
    </w:p>
    <w:p>
      <w:r>
        <w:rPr>
          <w:b/>
        </w:rPr>
        <w:t xml:space="preserve">[54:37] </w:t>
      </w:r>
      <w:r>
        <w:t>hata ke ghaas ko bhi, darakhton ko bhi.</w:t>
      </w:r>
    </w:p>
    <w:p>
      <w:pPr>
        <w:jc w:val="right"/>
      </w:pPr>
      <w:r>
        <w:t>حتیٰ کہ گھاس کو بھی، درختوں کو بھی۔</w:t>
      </w:r>
    </w:p>
    <w:p>
      <w:r>
        <w:rPr>
          <w:b/>
        </w:rPr>
        <w:t xml:space="preserve">[54:43] </w:t>
      </w:r>
      <w:r>
        <w:t>toh yeh main samajhta hoon ke Ibn Khaldun ne bilkul sahi likha hai ke Arabon mein kabhi bhi</w:t>
      </w:r>
    </w:p>
    <w:p>
      <w:pPr>
        <w:jc w:val="right"/>
      </w:pPr>
      <w:r>
        <w:t>تو یہ میں سمجھتا ہوں کہ ابن خلدون نے بالکل صحیح لکھا ہے کہ عربوں میں کبھی بھی</w:t>
      </w:r>
    </w:p>
    <w:p>
      <w:r>
        <w:rPr>
          <w:b/>
        </w:rPr>
        <w:t xml:space="preserve">[54:48] </w:t>
      </w:r>
      <w:r>
        <w:t>Rational development nahi hua, creative mind nahi bana, yeh kaam woh nahi kar sake.</w:t>
      </w:r>
    </w:p>
    <w:p>
      <w:pPr>
        <w:jc w:val="right"/>
      </w:pPr>
      <w:r>
        <w:t>ریشنل ڈیولپمنٹ نہیں ہوا، کریٹیو مائنڈ نہیں بنا، یہ کام وہ نہیں کر سکے۔</w:t>
      </w:r>
    </w:p>
    <w:p>
      <w:r>
        <w:rPr>
          <w:b/>
        </w:rPr>
        <w:t xml:space="preserve">[54:54] </w:t>
      </w:r>
      <w:r>
        <w:t>toh theek hai, is mein pareshani kya baat hai? Allah taala ne doosre insanon se kaam liya, toh</w:t>
      </w:r>
    </w:p>
    <w:p>
      <w:pPr>
        <w:jc w:val="right"/>
      </w:pPr>
      <w:r>
        <w:t>تو ٹھیک ہے، اس میں پریشانی کیا بات ہے؟ اللہ تعالیٰ نے دوسرے انسانوں سے کام لیا، تو</w:t>
      </w:r>
    </w:p>
    <w:p>
      <w:r>
        <w:rPr>
          <w:b/>
        </w:rPr>
        <w:t xml:space="preserve">[55:00] </w:t>
      </w:r>
      <w:r>
        <w:t>is ka shukr ki jiye, is se faida uthaiye.</w:t>
      </w:r>
    </w:p>
    <w:p>
      <w:pPr>
        <w:jc w:val="right"/>
      </w:pPr>
      <w:r>
        <w:t>اس کا شکر کیجیے، اس سے فائدہ اٹھائیے۔</w:t>
      </w:r>
    </w:p>
    <w:p>
      <w:r>
        <w:rPr>
          <w:b/>
        </w:rPr>
        <w:t xml:space="preserve">[55:05] </w:t>
      </w:r>
      <w:r>
        <w:t>yeh khwamkhwah ghont bhonga phira kar batana ke hum hain is ke khaliq.</w:t>
      </w:r>
    </w:p>
    <w:p>
      <w:pPr>
        <w:jc w:val="right"/>
      </w:pPr>
      <w:r>
        <w:t>یہ خوامخواہ گھونٹ بھونگا پھرا کر بتانا کہ ہم ہیں اس کے خالق۔</w:t>
      </w:r>
    </w:p>
    <w:p>
      <w:r>
        <w:rPr>
          <w:b/>
        </w:rPr>
        <w:t xml:space="preserve">[55:11] </w:t>
      </w:r>
      <w:r>
        <w:t>yani Maulana Altaf Ali ki hum ne parhi thi bachpan mein, hum bhi isi mein jeete thay, hum</w:t>
      </w:r>
    </w:p>
    <w:p>
      <w:pPr>
        <w:jc w:val="right"/>
      </w:pPr>
      <w:r>
        <w:t>یعنی مولانا الطاؤس علی کی ہم نے پڑھی تھی بچپن میں، ہم بھی اسی میں جیتے تھے، ہم</w:t>
      </w:r>
    </w:p>
    <w:p>
      <w:r>
        <w:rPr>
          <w:b/>
        </w:rPr>
        <w:t xml:space="preserve">[55:16] </w:t>
      </w:r>
      <w:r>
        <w:t>bhi jeete thay isi mein.</w:t>
      </w:r>
    </w:p>
    <w:p>
      <w:pPr>
        <w:jc w:val="right"/>
      </w:pPr>
      <w:r>
        <w:t>بھی جیتے تھے اسی میں۔</w:t>
      </w:r>
    </w:p>
    <w:p>
      <w:r>
        <w:rPr>
          <w:b/>
        </w:rPr>
        <w:t xml:space="preserve">[55:22] </w:t>
      </w:r>
      <w:r>
        <w:t>isi mein tha ke ke bahar ab jo dunya mein aai hui hai, yeh sab paon dhoni ki</w:t>
      </w:r>
    </w:p>
    <w:p>
      <w:pPr>
        <w:jc w:val="right"/>
      </w:pPr>
      <w:r>
        <w:t>اس میں تھا کہ کہ بہار اب جو دنیا میں آئی ہوئی ہے، یہ سب پاؤں دھونی کی</w:t>
      </w:r>
    </w:p>
    <w:p>
      <w:r>
        <w:rPr>
          <w:b/>
        </w:rPr>
        <w:t xml:space="preserve">[55:27] </w:t>
      </w:r>
      <w:r>
        <w:t>lagai hui hai.</w:t>
      </w:r>
    </w:p>
    <w:p>
      <w:pPr>
        <w:jc w:val="right"/>
      </w:pPr>
      <w:r>
        <w:t>لگائی ہوئی ہے۔</w:t>
      </w:r>
    </w:p>
    <w:p>
      <w:r>
        <w:rPr>
          <w:b/>
        </w:rPr>
        <w:t xml:space="preserve">[55:33] </w:t>
      </w:r>
      <w:r>
        <w:t>yeh parhte thay hum.</w:t>
      </w:r>
    </w:p>
    <w:p>
      <w:pPr>
        <w:jc w:val="right"/>
      </w:pPr>
      <w:r>
        <w:t>یہ پڑھتے تھے ہم۔</w:t>
      </w:r>
    </w:p>
    <w:p>
      <w:r>
        <w:rPr>
          <w:b/>
        </w:rPr>
        <w:t xml:space="preserve">[55:39] </w:t>
      </w:r>
      <w:r>
        <w:t>bahar ab jo dunya mein aai hui hai, yeh sab paon dhoni ki lagai hui hai.</w:t>
      </w:r>
    </w:p>
    <w:p>
      <w:pPr>
        <w:jc w:val="right"/>
      </w:pPr>
      <w:r>
        <w:t>بہار اب جو دنیا میں آئی ہوئی ہے، یہ سب پاؤں دھونی کی لگائی ہوئی ہے۔</w:t>
      </w:r>
    </w:p>
    <w:p>
      <w:r>
        <w:rPr>
          <w:b/>
        </w:rPr>
        <w:t xml:space="preserve">[55:44] </w:t>
      </w:r>
      <w:r>
        <w:t>آج میں سمجھتا ہوں کہ یہ false hit ہے، کچھ بھی نہیں۔</w:t>
      </w:r>
    </w:p>
    <w:p>
      <w:pPr>
        <w:jc w:val="right"/>
      </w:pPr>
      <w:r>
        <w:t>آج میں سمجھتا ہوں کہ یہ فالس ہٹ ہے، کچھ بھی نہیں۔</w:t>
      </w:r>
    </w:p>
    <w:p>
      <w:r>
        <w:rPr>
          <w:b/>
        </w:rPr>
        <w:t xml:space="preserve">[55:50] </w:t>
      </w:r>
      <w:r>
        <w:t>to aap ko yeh pareshani kya hai? Yani aap kyun apne apne apne apni qom ko dena chahte</w:t>
      </w:r>
    </w:p>
    <w:p>
      <w:pPr>
        <w:jc w:val="right"/>
      </w:pPr>
      <w:r>
        <w:t>تو آپ کو یہ پریشانی کیا ہے؟ یعنی آپ کیوں اپنے اپنے اپنے اپنی قوم کو دینا چاہتے</w:t>
      </w:r>
    </w:p>
    <w:p>
      <w:r>
        <w:rPr>
          <w:b/>
        </w:rPr>
        <w:t xml:space="preserve">[55:55] </w:t>
      </w:r>
      <w:r>
        <w:t>hain credit? Insan insanon ko dijiye, woh insan hain.</w:t>
      </w:r>
    </w:p>
    <w:p>
      <w:pPr>
        <w:jc w:val="right"/>
      </w:pPr>
      <w:r>
        <w:t>ہیں کریڈٹ؟ انسان انسانوں کو دیجیے، وہ انسان ہیں۔</w:t>
      </w:r>
    </w:p>
    <w:p>
      <w:r>
        <w:rPr>
          <w:b/>
        </w:rPr>
        <w:t xml:space="preserve">[56:01] </w:t>
      </w:r>
      <w:r>
        <w:t>mein is is soch ko mein subscribe nahi karta.</w:t>
      </w:r>
    </w:p>
    <w:p>
      <w:pPr>
        <w:jc w:val="right"/>
      </w:pPr>
      <w:r>
        <w:t>میں اس اس سوچ کو میں سبسکرائب نہیں کرتا۔</w:t>
      </w:r>
    </w:p>
    <w:p>
      <w:r>
        <w:rPr>
          <w:b/>
        </w:rPr>
        <w:t xml:space="preserve">[56:07] </w:t>
      </w:r>
      <w:r>
        <w:t>Maulana, agla sawal lene se pehle ek comment parhna chahenge jo Tariq Ali sahib ne bheja hai.</w:t>
      </w:r>
    </w:p>
    <w:p>
      <w:pPr>
        <w:jc w:val="right"/>
      </w:pPr>
      <w:r>
        <w:t>مولانا، اگلا سوال لینے سے پہلے ایک کمنٹ پڑھنا چاہیں گے جو طارق علی صاحب نے بھیجا ہے۔</w:t>
      </w:r>
    </w:p>
    <w:p>
      <w:r>
        <w:rPr>
          <w:b/>
        </w:rPr>
        <w:t xml:space="preserve">[56:12] </w:t>
      </w:r>
      <w:r>
        <w:t>unhon ne apni location nahi likhi hai.</w:t>
      </w:r>
    </w:p>
    <w:p>
      <w:pPr>
        <w:jc w:val="right"/>
      </w:pPr>
      <w:r>
        <w:t>انہوں نے اپنی لوکیشن نہیں لکھی ہے۔</w:t>
      </w:r>
    </w:p>
    <w:p>
      <w:r>
        <w:rPr>
          <w:b/>
        </w:rPr>
        <w:t xml:space="preserve">[56:18] </w:t>
      </w:r>
      <w:r>
        <w:t>un ka comment hai: Maulana I have listened to a number of your recordings, but I am listening</w:t>
      </w:r>
    </w:p>
    <w:p>
      <w:pPr>
        <w:jc w:val="right"/>
      </w:pPr>
      <w:r>
        <w:t>ان کا کمنٹ ہے: مولانا I have listened to a number of your recordings, but I am listening</w:t>
      </w:r>
    </w:p>
    <w:p>
      <w:r>
        <w:rPr>
          <w:b/>
        </w:rPr>
        <w:t xml:space="preserve">[56:23] </w:t>
      </w:r>
      <w:r>
        <w:t>to your live today for the first time.</w:t>
      </w:r>
    </w:p>
    <w:p>
      <w:pPr>
        <w:jc w:val="right"/>
      </w:pPr>
      <w:r>
        <w:t>to your live today for the first time.</w:t>
      </w:r>
    </w:p>
    <w:p>
      <w:r>
        <w:rPr>
          <w:b/>
        </w:rPr>
        <w:t xml:space="preserve">[56:29] </w:t>
      </w:r>
      <w:r>
        <w:t>It was a joy listening to your unique perspective on different issues.</w:t>
      </w:r>
    </w:p>
    <w:p>
      <w:pPr>
        <w:jc w:val="right"/>
      </w:pPr>
      <w:r>
        <w:t>It was a joy listening to your unique perspective on different issues.</w:t>
      </w:r>
    </w:p>
    <w:p>
      <w:r>
        <w:rPr>
          <w:b/>
        </w:rPr>
        <w:t xml:space="preserve">[56:35] </w:t>
      </w:r>
      <w:r>
        <w:t>May God bless you.</w:t>
      </w:r>
    </w:p>
    <w:p>
      <w:pPr>
        <w:jc w:val="right"/>
      </w:pPr>
      <w:r>
        <w:t>May God bless you.</w:t>
      </w:r>
    </w:p>
    <w:p>
      <w:r>
        <w:rPr>
          <w:b/>
        </w:rPr>
        <w:t xml:space="preserve">[56:40] </w:t>
      </w:r>
      <w:r>
        <w:t>Maulana, agla sawal lete hain.</w:t>
      </w:r>
    </w:p>
    <w:p>
      <w:pPr>
        <w:jc w:val="right"/>
      </w:pPr>
      <w:r>
        <w:t>مولانا، اگلا سوال لیتے ہیں۔</w:t>
      </w:r>
    </w:p>
    <w:p>
      <w:r>
        <w:rPr>
          <w:b/>
        </w:rPr>
        <w:t xml:space="preserve">[56:46] </w:t>
      </w:r>
      <w:r>
        <w:t>yeh Dilli se hai aur yeh Waqar Hassan sahib ne poocha hai aap se.</w:t>
      </w:r>
    </w:p>
    <w:p>
      <w:pPr>
        <w:jc w:val="right"/>
      </w:pPr>
      <w:r>
        <w:t>یہ دلی سے ہے اور یہ وقار حسان صاحب نے پوچھا ہے آپ سے۔</w:t>
      </w:r>
    </w:p>
    <w:p>
      <w:r>
        <w:rPr>
          <w:b/>
        </w:rPr>
        <w:t xml:space="preserve">[56:51] </w:t>
      </w:r>
      <w:r>
        <w:t>unhon ne likha hai ke Maulana you have written an article in Tehelka in which you have suggested spiritual democracy.</w:t>
      </w:r>
    </w:p>
    <w:p>
      <w:pPr>
        <w:jc w:val="right"/>
      </w:pPr>
      <w:r>
        <w:t>انہوں نے لکھا ہے کہ مولانا you have written an article in Tehelka in which you have suggested spiritual democracy.</w:t>
      </w:r>
    </w:p>
    <w:p>
      <w:r>
        <w:rPr>
          <w:b/>
        </w:rPr>
        <w:t xml:space="preserve">[56:57] </w:t>
      </w:r>
      <w:r>
        <w:t>What do you mean by it?</w:t>
      </w:r>
    </w:p>
    <w:p>
      <w:pPr>
        <w:jc w:val="right"/>
      </w:pPr>
      <w:r>
        <w:t>What do you mean by it?</w:t>
      </w:r>
    </w:p>
    <w:p>
      <w:r>
        <w:rPr>
          <w:b/>
        </w:rPr>
        <w:t xml:space="preserve">[57:03] </w:t>
      </w:r>
      <w:r>
        <w:t>How will it be established and what will be its features? Please comment on that.</w:t>
      </w:r>
    </w:p>
    <w:p>
      <w:pPr>
        <w:jc w:val="right"/>
      </w:pPr>
      <w:r>
        <w:t>How will it be established and what will be its features? Please comment on that.</w:t>
      </w:r>
    </w:p>
    <w:p>
      <w:r>
        <w:rPr>
          <w:b/>
        </w:rPr>
        <w:t xml:space="preserve">[57:08] </w:t>
      </w:r>
      <w:r>
        <w:t>isi mein maujood hai, aap do bar parhiye is ko.</w:t>
      </w:r>
    </w:p>
    <w:p>
      <w:pPr>
        <w:jc w:val="right"/>
      </w:pPr>
      <w:r>
        <w:t>اسی میں موجود ہے، آپ دو بار پڑھیے اس کو۔</w:t>
      </w:r>
    </w:p>
    <w:p>
      <w:r>
        <w:rPr>
          <w:b/>
        </w:rPr>
        <w:t xml:space="preserve">[57:12] </w:t>
      </w:r>
      <w:r>
        <w:t>ek bar parha aap ne to pata nahi chala aap ko.</w:t>
      </w:r>
    </w:p>
    <w:p>
      <w:pPr>
        <w:jc w:val="right"/>
      </w:pPr>
      <w:r>
        <w:t>ایک بار پڑھا آپ نے تو پتہ نہیں چلا آپ کو۔</w:t>
      </w:r>
    </w:p>
    <w:p>
      <w:r>
        <w:rPr>
          <w:b/>
        </w:rPr>
        <w:t xml:space="preserve">[57:17] </w:t>
      </w:r>
      <w:r>
        <w:t>do bar parhiye, isi mein is ka jawab maujood hai.</w:t>
      </w:r>
    </w:p>
    <w:p>
      <w:pPr>
        <w:jc w:val="right"/>
      </w:pPr>
      <w:r>
        <w:t>دو بار پڑھیے، اسی میں اس کا جواب موجود ہے۔</w:t>
      </w:r>
    </w:p>
    <w:p>
      <w:r>
        <w:rPr>
          <w:b/>
        </w:rPr>
        <w:t xml:space="preserve">[57:22] </w:t>
      </w:r>
      <w:r>
        <w:t>Sir Aslam ne kiya hai Saharanpur se aur unhon ne likha hai ke Maulana religious persecution hazaron</w:t>
      </w:r>
    </w:p>
    <w:p>
      <w:pPr>
        <w:jc w:val="right"/>
      </w:pPr>
      <w:r>
        <w:t>سر اسلم نے کیا ہے سہارن پور سے اور انہوں نے لکھا ہے کہ مولانا religious persecution ہزاروں</w:t>
      </w:r>
    </w:p>
    <w:p>
      <w:r>
        <w:rPr>
          <w:b/>
        </w:rPr>
        <w:t xml:space="preserve">[57:27] </w:t>
      </w:r>
      <w:r>
        <w:t>saal tak chala, lakhon karoron logon ko sachai na mil saki.</w:t>
      </w:r>
    </w:p>
    <w:p>
      <w:pPr>
        <w:jc w:val="right"/>
      </w:pPr>
      <w:r>
        <w:t>سال تک چلا، لاکھوں کروڑوں لوگوں کو سچائی نہ مل سکی۔</w:t>
      </w:r>
    </w:p>
    <w:p>
      <w:r>
        <w:rPr>
          <w:b/>
        </w:rPr>
        <w:t xml:space="preserve">[57:32] </w:t>
      </w:r>
      <w:r>
        <w:t>اللہ کو communication age اور openness کو culmination پر لانے میں ہزاروں سال لگ گئے۔</w:t>
      </w:r>
    </w:p>
    <w:p>
      <w:pPr>
        <w:jc w:val="right"/>
      </w:pPr>
      <w:r>
        <w:t>اللہ کو کمیونیکیشن ایج اور اوپننس کو کلمنیشن پر لانے میں ہزاروں سال لگ گئے۔</w:t>
      </w:r>
    </w:p>
    <w:p>
      <w:r>
        <w:rPr>
          <w:b/>
        </w:rPr>
        <w:t xml:space="preserve">[57:37] </w:t>
      </w:r>
      <w:r>
        <w:t>kya is douran paida hone wale log Allah ko aakhirat mein yeh nahi kahengay ke hamari ghalti</w:t>
      </w:r>
    </w:p>
    <w:p>
      <w:pPr>
        <w:jc w:val="right"/>
      </w:pPr>
      <w:r>
        <w:t>کیا اس دوران پیدا ہونے والے لوگ اللہ کو آخرت میں یہ نہیں کہیں گے کہ ہماری غلطی</w:t>
      </w:r>
    </w:p>
    <w:p>
      <w:r>
        <w:rPr>
          <w:b/>
        </w:rPr>
        <w:t xml:space="preserve">[57:41] </w:t>
      </w:r>
      <w:r>
        <w:t>nahi? tab Allah kya jawab dega? dekhiye, yeh baat hai sochna, yeh mere nazdeek yeh zillat hai.</w:t>
      </w:r>
    </w:p>
    <w:p>
      <w:pPr>
        <w:jc w:val="right"/>
      </w:pPr>
      <w:r>
        <w:t>نہیں؟ تب اللہ کیا جواب دے گا؟ دیکھیے، یہ بات ہے سوچنا، یہ میرے نزدیک یہ ذلالت ہے۔</w:t>
      </w:r>
    </w:p>
    <w:p>
      <w:r>
        <w:rPr>
          <w:b/>
        </w:rPr>
        <w:t xml:space="preserve">[57:46] </w:t>
      </w:r>
      <w:r>
        <w:t>yeh kyun sochte hain aap? apne ko jo blessing mili hai, us ko Sochiye.</w:t>
      </w:r>
    </w:p>
    <w:p>
      <w:pPr>
        <w:jc w:val="right"/>
      </w:pPr>
      <w:r>
        <w:t>یہ کیوں سوچتے ہیں آپ؟ اپنے کو جو بلیسنگ ملی ہے، اس کو سوچیے۔</w:t>
      </w:r>
    </w:p>
    <w:p>
      <w:r>
        <w:rPr>
          <w:b/>
        </w:rPr>
        <w:t xml:space="preserve">[57:51] </w:t>
      </w:r>
      <w:r>
        <w:t>doosron ko hamare Khuda ke hawale kijiyay.</w:t>
      </w:r>
    </w:p>
    <w:p>
      <w:pPr>
        <w:jc w:val="right"/>
      </w:pPr>
      <w:r>
        <w:t>دوسروں کو ہمارے خدا کے حوالے کیجیے۔</w:t>
      </w:r>
    </w:p>
    <w:p>
      <w:r>
        <w:rPr>
          <w:b/>
        </w:rPr>
        <w:t xml:space="preserve">[57:56] </w:t>
      </w:r>
      <w:r>
        <w:t>Allah ke hawale kijiyay.</w:t>
      </w:r>
    </w:p>
    <w:p>
      <w:pPr>
        <w:jc w:val="right"/>
      </w:pPr>
      <w:r>
        <w:t>اللہ کے حوالے کیجیے۔</w:t>
      </w:r>
    </w:p>
    <w:p>
      <w:r>
        <w:rPr>
          <w:b/>
        </w:rPr>
        <w:t xml:space="preserve">[58:01] </w:t>
      </w:r>
      <w:r>
        <w:t>yeh soch jo hai, bohat hi, mein us ko samajhta hoon ke bohat hi ghalat soch hai.</w:t>
      </w:r>
    </w:p>
    <w:p>
      <w:pPr>
        <w:jc w:val="right"/>
      </w:pPr>
      <w:r>
        <w:t>یہ سوچ جو ہے، بہت ہی، میں اس کو سمجھتا ہوں کہ بہت ہی غلط سوچ ہے۔</w:t>
      </w:r>
    </w:p>
    <w:p>
      <w:r>
        <w:rPr>
          <w:b/>
        </w:rPr>
        <w:t xml:space="preserve">[58:06] </w:t>
      </w:r>
      <w:r>
        <w:t>kyun ke that is yani aap ka mind chalaya jata hai, yani na milne ki taraf.</w:t>
      </w:r>
    </w:p>
    <w:p>
      <w:pPr>
        <w:jc w:val="right"/>
      </w:pPr>
      <w:r>
        <w:t>کیونکہ that is یعنی آپ کا مائنڈ چلایا جاتا ہے، یعنی نہ ملنے کی طرف۔</w:t>
      </w:r>
    </w:p>
    <w:p>
      <w:r>
        <w:rPr>
          <w:b/>
        </w:rPr>
        <w:t xml:space="preserve">[58:11] </w:t>
      </w:r>
      <w:r>
        <w:t>aur mind ko rakhiye milne ki taraf.</w:t>
      </w:r>
    </w:p>
    <w:p>
      <w:pPr>
        <w:jc w:val="right"/>
      </w:pPr>
      <w:r>
        <w:t>اور مائنڈ کو رکھیے ملنے کی طرف۔</w:t>
      </w:r>
    </w:p>
    <w:p>
      <w:r>
        <w:rPr>
          <w:b/>
        </w:rPr>
        <w:t xml:space="preserve">[58:15] </w:t>
      </w:r>
      <w:r>
        <w:t>Allah ki taraf se mil raha hai jo aap ko, us par mind ko us lagaiye.</w:t>
      </w:r>
    </w:p>
    <w:p>
      <w:pPr>
        <w:jc w:val="right"/>
      </w:pPr>
      <w:r>
        <w:t>اللہ کی طرف سے مل رہا ہے جو آپ کو، اس پر مائنڈ کو اس لگائیے۔</w:t>
      </w:r>
    </w:p>
    <w:p>
      <w:r>
        <w:rPr>
          <w:b/>
        </w:rPr>
        <w:t xml:space="preserve">[58:20] </w:t>
      </w:r>
      <w:r>
        <w:t>us ko Allah ke hawale kijiyay.</w:t>
      </w:r>
    </w:p>
    <w:p>
      <w:pPr>
        <w:jc w:val="right"/>
      </w:pPr>
      <w:r>
        <w:t>اس کو اللہ کے حوالے کیجیے۔</w:t>
      </w:r>
    </w:p>
    <w:p>
      <w:r>
        <w:rPr>
          <w:b/>
        </w:rPr>
        <w:t xml:space="preserve">[58:25] </w:t>
      </w:r>
      <w:r>
        <w:t>Allah ke hawale kijiyay.</w:t>
      </w:r>
    </w:p>
    <w:p>
      <w:pPr>
        <w:jc w:val="right"/>
      </w:pPr>
      <w:r>
        <w:t>اللہ کے حوالے کیجیے۔</w:t>
      </w:r>
    </w:p>
    <w:p>
      <w:r>
        <w:rPr>
          <w:b/>
        </w:rPr>
        <w:t xml:space="preserve">[58:30] </w:t>
      </w:r>
      <w:r>
        <w:t>Maulana, agla sawal lene se pehle hum comment parhna chahengay.</w:t>
      </w:r>
    </w:p>
    <w:p>
      <w:pPr>
        <w:jc w:val="right"/>
      </w:pPr>
      <w:r>
        <w:t>مولانا، اگلا سوال لینے سے پہلے ہم کمنٹ پڑھنا چاہیں گے۔</w:t>
      </w:r>
    </w:p>
    <w:p>
      <w:r>
        <w:rPr>
          <w:b/>
        </w:rPr>
        <w:t xml:space="preserve">[58:35] </w:t>
      </w:r>
      <w:r>
        <w:t>yeh teen comments Kaleemuddin Khwaja sahib ne bhejay hain Pennsylvania, USA se.</w:t>
      </w:r>
    </w:p>
    <w:p>
      <w:pPr>
        <w:jc w:val="right"/>
      </w:pPr>
      <w:r>
        <w:t>یہ تین کمنٹس کلیم الدین خواجہ صاحب نے بھیجے ہیں پینسلوینیا، یو ایس اے سے۔</w:t>
      </w:r>
    </w:p>
    <w:p>
      <w:r>
        <w:rPr>
          <w:b/>
        </w:rPr>
        <w:t xml:space="preserve">[58:40] </w:t>
      </w:r>
      <w:r>
        <w:t>aur Maulana, yeh jo Quran request aah aah pe jo Quran copies bhejte hain Kaleem sahib, yeh woh</w:t>
      </w:r>
    </w:p>
    <w:p>
      <w:pPr>
        <w:jc w:val="right"/>
      </w:pPr>
      <w:r>
        <w:t>اور مولانا، یہ جو قرآن ریکویسٹ آہ آہ پہ جو قرآن کاپیز بھیجتے ہیں کلیم صاحب، یہ وہ</w:t>
      </w:r>
    </w:p>
    <w:p>
      <w:r>
        <w:rPr>
          <w:b/>
        </w:rPr>
        <w:t xml:space="preserve">[58:45] </w:t>
      </w:r>
      <w:r>
        <w:t>comments hain Maulana.</w:t>
      </w:r>
    </w:p>
    <w:p>
      <w:pPr>
        <w:jc w:val="right"/>
      </w:pPr>
      <w:r>
        <w:t>کمنٹس ہیں مولانا۔</w:t>
      </w:r>
    </w:p>
    <w:p>
      <w:r>
        <w:rPr>
          <w:b/>
        </w:rPr>
        <w:t xml:space="preserve">[58:49] </w:t>
      </w:r>
      <w:r>
        <w:t>to unhon ne abhi abhi bhejay hain.</w:t>
      </w:r>
    </w:p>
    <w:p>
      <w:pPr>
        <w:jc w:val="right"/>
      </w:pPr>
      <w:r>
        <w:t>تو انہوں نے ابھی ابھی بھیجے ہیں۔</w:t>
      </w:r>
    </w:p>
    <w:p>
      <w:r>
        <w:rPr>
          <w:b/>
        </w:rPr>
        <w:t xml:space="preserve">[58:54] </w:t>
      </w:r>
      <w:r>
        <w:t>yeh pehla comment Maulana aaya hai Catherine Leining ka Ohio se.</w:t>
      </w:r>
    </w:p>
    <w:p>
      <w:pPr>
        <w:jc w:val="right"/>
      </w:pPr>
      <w:r>
        <w:t>یہ پہلا کمنٹ مولانا آیا ہے کیتھرین لیننگ کا اوہائیو سے۔</w:t>
      </w:r>
    </w:p>
    <w:p>
      <w:r>
        <w:rPr>
          <w:b/>
        </w:rPr>
        <w:t xml:space="preserve">[58:59] </w:t>
      </w:r>
      <w:r>
        <w:t>aur unhon ne likha hai ke I am Christian but I am interested in better understanding of Islam</w:t>
      </w:r>
    </w:p>
    <w:p>
      <w:pPr>
        <w:jc w:val="right"/>
      </w:pPr>
      <w:r>
        <w:t>اور انہوں نے لکھا ہے کہ I am Christian but I am interested in better understanding of Islam</w:t>
      </w:r>
    </w:p>
    <w:p>
      <w:r>
        <w:rPr>
          <w:b/>
        </w:rPr>
        <w:t xml:space="preserve">[59:04] </w:t>
      </w:r>
      <w:r>
        <w:t>and my Muslim neighbors.</w:t>
      </w:r>
    </w:p>
    <w:p>
      <w:pPr>
        <w:jc w:val="right"/>
      </w:pPr>
      <w:r>
        <w:t>and my Muslim neighbors.</w:t>
      </w:r>
    </w:p>
    <w:p>
      <w:r>
        <w:rPr>
          <w:b/>
        </w:rPr>
        <w:t xml:space="preserve">[59:09] </w:t>
      </w:r>
      <w:r>
        <w:t>I really don't know anything right now besides what people say and that tends to contradict itself.</w:t>
      </w:r>
    </w:p>
    <w:p>
      <w:pPr>
        <w:jc w:val="right"/>
      </w:pPr>
      <w:r>
        <w:t>I really don't know anything right now besides what people say and that tends to contradict itself.</w:t>
      </w:r>
    </w:p>
    <w:p>
      <w:r>
        <w:rPr>
          <w:b/>
        </w:rPr>
        <w:t xml:space="preserve">[59:14] </w:t>
      </w:r>
      <w:r>
        <w:t>I am looking for answers and having a Quran to read for myself would be very much appreciated.</w:t>
      </w:r>
    </w:p>
    <w:p>
      <w:pPr>
        <w:jc w:val="right"/>
      </w:pPr>
      <w:r>
        <w:t>I am looking for answers and having a Quran to read for myself would be very much appreciated.</w:t>
      </w:r>
    </w:p>
    <w:p>
      <w:r>
        <w:rPr>
          <w:b/>
        </w:rPr>
        <w:t xml:space="preserve">[59:19] </w:t>
      </w:r>
      <w:r>
        <w:t>Thank you for providing these to people.</w:t>
      </w:r>
    </w:p>
    <w:p>
      <w:pPr>
        <w:jc w:val="right"/>
      </w:pPr>
      <w:r>
        <w:t>Thank you for providing these to people.</w:t>
      </w:r>
    </w:p>
    <w:p>
      <w:r>
        <w:rPr>
          <w:b/>
        </w:rPr>
        <w:t xml:space="preserve">[59:25] </w:t>
      </w:r>
      <w:r>
        <w:t>agla comment Maulana Florida se hai Ian Pettit ka aur unhon ne likha hai Kaleem sahib ko I</w:t>
      </w:r>
    </w:p>
    <w:p>
      <w:pPr>
        <w:jc w:val="right"/>
      </w:pPr>
      <w:r>
        <w:t>اگلا کمنٹ مولانا فلوریڈا سے ہے ایان پٹیٹ کا اور انہوں نے لکھا ہے کلیم صاحب کو I</w:t>
      </w:r>
    </w:p>
    <w:p>
      <w:r>
        <w:rPr>
          <w:b/>
        </w:rPr>
        <w:t xml:space="preserve">[59:31] </w:t>
      </w:r>
      <w:r>
        <w:t>am interested in reading the Quran for myself because I feel like there is a significant bias against</w:t>
      </w:r>
    </w:p>
    <w:p>
      <w:pPr>
        <w:jc w:val="right"/>
      </w:pPr>
      <w:r>
        <w:t>am interested in reading the Quran for myself because I feel like there is a significant bias against</w:t>
      </w:r>
    </w:p>
    <w:p>
      <w:r>
        <w:rPr>
          <w:b/>
        </w:rPr>
        <w:t xml:space="preserve">[59:37] </w:t>
      </w:r>
      <w:r>
        <w:t>the book due to an ongoing campaign in the US against the Muslim religion.</w:t>
      </w:r>
    </w:p>
    <w:p>
      <w:pPr>
        <w:jc w:val="right"/>
      </w:pPr>
      <w:r>
        <w:t>the book due to an ongoing campaign in the US against the Muslim religion.</w:t>
      </w:r>
    </w:p>
    <w:p>
      <w:r>
        <w:rPr>
          <w:b/>
        </w:rPr>
        <w:t xml:space="preserve">[59:43] </w:t>
      </w:r>
      <w:r>
        <w:t>I would like to see what the book contains for myself and not rely on second hand information.</w:t>
      </w:r>
    </w:p>
    <w:p>
      <w:pPr>
        <w:jc w:val="right"/>
      </w:pPr>
      <w:r>
        <w:t>I would like to see what the book contains for myself and not rely on second hand information.</w:t>
      </w:r>
    </w:p>
    <w:p>
      <w:r>
        <w:rPr>
          <w:b/>
        </w:rPr>
        <w:t xml:space="preserve">[59:49] </w:t>
      </w:r>
      <w:r>
        <w:t>aur yeh last comment hai Maulana jo Jeremy Stone ne bheja hai Indiana se.</w:t>
      </w:r>
    </w:p>
    <w:p>
      <w:pPr>
        <w:jc w:val="right"/>
      </w:pPr>
      <w:r>
        <w:t>اور یہ last کمنٹ ہے مولانا جو جیریمی سٹون نے بھیجا ہے انڈیانا سے۔</w:t>
      </w:r>
    </w:p>
    <w:p>
      <w:r>
        <w:rPr>
          <w:b/>
        </w:rPr>
        <w:t xml:space="preserve">[59:55] </w:t>
      </w:r>
      <w:r>
        <w:t>aur unhon ne likha hai ke I am studying Bible at a Bible college and those reading sacred</w:t>
      </w:r>
    </w:p>
    <w:p>
      <w:pPr>
        <w:jc w:val="right"/>
      </w:pPr>
      <w:r>
        <w:t>اور انہوں نے لکھا ہے کہ I am studying Bible at a Bible college and those reading sacred</w:t>
      </w:r>
    </w:p>
    <w:p>
      <w:r>
        <w:rPr>
          <w:b/>
        </w:rPr>
        <w:t xml:space="preserve">[1:00:01] </w:t>
      </w:r>
      <w:r>
        <w:t>books from other religions would be helpful.</w:t>
      </w:r>
    </w:p>
    <w:p>
      <w:pPr>
        <w:jc w:val="right"/>
      </w:pPr>
      <w:r>
        <w:t>books from other religions would be helpful.</w:t>
      </w:r>
    </w:p>
    <w:p>
      <w:r>
        <w:rPr>
          <w:b/>
        </w:rPr>
        <w:t xml:space="preserve">[1:00:08] </w:t>
      </w:r>
      <w:r>
        <w:t>maulana, ab sawal lete hain. yeh ankhi ne bheja hai delhi se, miss ankhi ne. aur unhon ne aapse poocha hai ke What is Islam's view on secularism?</w:t>
      </w:r>
    </w:p>
    <w:p>
      <w:pPr>
        <w:jc w:val="right"/>
      </w:pPr>
      <w:r>
        <w:t>مولانا، اب سوال لیتے ہیں۔ یہ آنکھی نے بھیجا ہے دہلی سے، مس آنکھی نے۔ اور انہوں نے آپ سے پوچھا ہے کہ What is Islam's view on secularism?</w:t>
      </w:r>
    </w:p>
    <w:p>
      <w:r>
        <w:rPr>
          <w:b/>
        </w:rPr>
        <w:t xml:space="preserve">[1:00:18] </w:t>
      </w:r>
      <w:r>
        <w:t>Islam ka soch jo hai, secularism ka, woh yeh hai ke secularism ek supporting factor hai Islam ke liye.</w:t>
      </w:r>
    </w:p>
    <w:p>
      <w:pPr>
        <w:jc w:val="right"/>
      </w:pPr>
      <w:r>
        <w:t>اسلام کا سوچ جو ہے، سیکولرزم کا، وہ یہ ہے کہ سیکولرزم ایک سپورٹنگ فیکٹر ہے اسلام کے لیے۔</w:t>
      </w:r>
    </w:p>
    <w:p>
      <w:r>
        <w:rPr>
          <w:b/>
        </w:rPr>
        <w:t xml:space="preserve">[1:00:23] </w:t>
      </w:r>
      <w:r>
        <w:t>aap jante hain ke yeh jo khel hota hai, volleyball ka khel aur doosre khel bhi hote</w:t>
      </w:r>
    </w:p>
    <w:p>
      <w:pPr>
        <w:jc w:val="right"/>
      </w:pPr>
      <w:r>
        <w:t>آپ جانتے ہیں کہ یہ جو کھیل ہوتا ہے، والی بال کا کھیل اور دوسرے کھیل بھی ہوتے</w:t>
      </w:r>
    </w:p>
    <w:p>
      <w:r>
        <w:rPr>
          <w:b/>
        </w:rPr>
        <w:t xml:space="preserve">[1:00:29] </w:t>
      </w:r>
      <w:r>
        <w:t>hain, is mein different jo hain, jo is mein players hote hain, is mein different role unka hota hai.</w:t>
      </w:r>
    </w:p>
    <w:p>
      <w:pPr>
        <w:jc w:val="right"/>
      </w:pPr>
      <w:r>
        <w:t>ہیں، اس میں ڈفرنٹ جو ہیں، جو اس میں پلیئرز ہوتے ہیں، اس میں ڈفرنٹ رول ان کا ہوتا ہے۔</w:t>
      </w:r>
    </w:p>
    <w:p>
      <w:r>
        <w:rPr>
          <w:b/>
        </w:rPr>
        <w:t xml:space="preserve">[1:00:35] </w:t>
      </w:r>
      <w:r>
        <w:t>yani volleyball mein ek role bowler ka hai, bowler jo ball ko marta hai.</w:t>
      </w:r>
    </w:p>
    <w:p>
      <w:pPr>
        <w:jc w:val="right"/>
      </w:pPr>
      <w:r>
        <w:t>یعنی والی بال میں ایک رول بالر کا ہے، بالر جو بال کو مارتا ہے۔</w:t>
      </w:r>
    </w:p>
    <w:p>
      <w:r>
        <w:rPr>
          <w:b/>
        </w:rPr>
        <w:t xml:space="preserve">[1:00:41] </w:t>
      </w:r>
      <w:r>
        <w:t>ek aur doosra role hai jo khud ball ko marta nahi hai, woh ball deta hai.</w:t>
      </w:r>
    </w:p>
    <w:p>
      <w:pPr>
        <w:jc w:val="right"/>
      </w:pPr>
      <w:r>
        <w:t>ایک اور دوسرا رول ہے جو خود بال کو مارتا نہیں ہے، وہ بال دیتا ہے۔</w:t>
      </w:r>
    </w:p>
    <w:p>
      <w:r>
        <w:rPr>
          <w:b/>
        </w:rPr>
        <w:t xml:space="preserve">[1:00:47] </w:t>
      </w:r>
      <w:r>
        <w:t>mujhe nahi maloom ke is ka term kya hai, woh us ko support karta hai.</w:t>
      </w:r>
    </w:p>
    <w:p>
      <w:pPr>
        <w:jc w:val="right"/>
      </w:pPr>
      <w:r>
        <w:t>مجھے نہیں معلوم کہ اس کا ٹرم کیا ہے، وہ اس کو سپورٹ کرتا ہے۔</w:t>
      </w:r>
    </w:p>
    <w:p>
      <w:r>
        <w:rPr>
          <w:b/>
        </w:rPr>
        <w:t xml:space="preserve">[1:00:52] </w:t>
      </w:r>
      <w:r>
        <w:t>woh aise hi dunya ka nizam hai.</w:t>
      </w:r>
    </w:p>
    <w:p>
      <w:pPr>
        <w:jc w:val="right"/>
      </w:pPr>
      <w:r>
        <w:t>وہ ایسے ہی دنیا کا نظام ہے۔</w:t>
      </w:r>
    </w:p>
    <w:p>
      <w:r>
        <w:rPr>
          <w:b/>
        </w:rPr>
        <w:t xml:space="preserve">[1:00:58] </w:t>
      </w:r>
      <w:r>
        <w:t>yeh dunya mein chahe secularism ho ya koi aur bhi ho, in sab ka role supporting role hai.</w:t>
      </w:r>
    </w:p>
    <w:p>
      <w:pPr>
        <w:jc w:val="right"/>
      </w:pPr>
      <w:r>
        <w:t>یہ دنیا میں چاہے سیکولرزم ہو یا کوئی اور بھی ہو، ان سب کا رول سپورٹنگ رول ہے۔</w:t>
      </w:r>
    </w:p>
    <w:p>
      <w:r>
        <w:rPr>
          <w:b/>
        </w:rPr>
        <w:t xml:space="preserve">[1:01:04] </w:t>
      </w:r>
      <w:r>
        <w:t>supporting role hai.</w:t>
      </w:r>
    </w:p>
    <w:p>
      <w:pPr>
        <w:jc w:val="right"/>
      </w:pPr>
      <w:r>
        <w:t>سپورٹنگ رول ہے۔</w:t>
      </w:r>
    </w:p>
    <w:p>
      <w:r>
        <w:rPr>
          <w:b/>
        </w:rPr>
        <w:t xml:space="preserve">[1:01:10] </w:t>
      </w:r>
      <w:r>
        <w:t>main samajhta hoon ke dunya mein koi bhi cheez aisi nahi hai jis ka supporting role na ho.</w:t>
      </w:r>
    </w:p>
    <w:p>
      <w:pPr>
        <w:jc w:val="right"/>
      </w:pPr>
      <w:r>
        <w:t>میں سمجھتا ہوں کہ دنیا میں کوئی بھی چیز ایسی نہیں ہے جس کا سپورٹنگ رول نہ ہو۔</w:t>
      </w:r>
    </w:p>
    <w:p>
      <w:r>
        <w:rPr>
          <w:b/>
        </w:rPr>
        <w:t xml:space="preserve">[1:01:16] </w:t>
      </w:r>
      <w:r>
        <w:t>woh ek cheez thi dispotism, woh khatam kar diya Allah taala ne.</w:t>
      </w:r>
    </w:p>
    <w:p>
      <w:pPr>
        <w:jc w:val="right"/>
      </w:pPr>
      <w:r>
        <w:t>وہ ایک چیز تھی ڈسپارٹزم، وہ ختم کر دیا اللہ تعالیٰ نے۔</w:t>
      </w:r>
    </w:p>
    <w:p>
      <w:r>
        <w:rPr>
          <w:b/>
        </w:rPr>
        <w:t xml:space="preserve">[1:01:21] </w:t>
      </w:r>
      <w:r>
        <w:t>ab dispotism ko khatam karne ke baad, ab jo kuch bhi dunya mein hai, woh sab ka supporting role hai.</w:t>
      </w:r>
    </w:p>
    <w:p>
      <w:pPr>
        <w:jc w:val="right"/>
      </w:pPr>
      <w:r>
        <w:t>اب ڈسپارٹزم کو ختم کرنے کے بعد، اب جو کچھ بھی دنیا میں ہے، وہ سب کا سپورٹنگ رول ہے۔</w:t>
      </w:r>
    </w:p>
    <w:p>
      <w:r>
        <w:rPr>
          <w:b/>
        </w:rPr>
        <w:t xml:space="preserve">[1:01:27] </w:t>
      </w:r>
      <w:r>
        <w:t>Maulana, abhi phir se mail aaya hai Tariq Ali Ali sahib ka, jo yeh program dekh rahe hain.</w:t>
      </w:r>
    </w:p>
    <w:p>
      <w:pPr>
        <w:jc w:val="right"/>
      </w:pPr>
      <w:r>
        <w:t>مولانا، ابھی پھر سے میل آیا ہے طارق علی علی صاحب کا، جو یہ پروگرام دیکھ رہے ہیں۔</w:t>
      </w:r>
    </w:p>
    <w:p>
      <w:r>
        <w:rPr>
          <w:b/>
        </w:rPr>
        <w:t xml:space="preserve">[1:01:33] </w:t>
      </w:r>
      <w:r>
        <w:t>unhon ne apna location nahi likha tha, to unhon ne bataya ke woh yeh program Temple Florida mein</w:t>
      </w:r>
    </w:p>
    <w:p>
      <w:pPr>
        <w:jc w:val="right"/>
      </w:pPr>
      <w:r>
        <w:t>انہوں نے اپنا لوکیشن نہیں لکھا تھا، تو انہوں نے بتایا کہ وہ یہ پروگرام ٹیمپر فلوریڈا میں</w:t>
      </w:r>
    </w:p>
    <w:p>
      <w:r>
        <w:rPr>
          <w:b/>
        </w:rPr>
        <w:t xml:space="preserve">[1:01:39] </w:t>
      </w:r>
      <w:r>
        <w:t>dekh rahe hain.</w:t>
      </w:r>
    </w:p>
    <w:p>
      <w:pPr>
        <w:jc w:val="right"/>
      </w:pPr>
      <w:r>
        <w:t>دیکھ رہے ہیں۔</w:t>
      </w:r>
    </w:p>
    <w:p>
      <w:r>
        <w:rPr>
          <w:b/>
        </w:rPr>
        <w:t xml:space="preserve">[1:01:45] </w:t>
      </w:r>
      <w:r>
        <w:t>aur unhon ne aap ka shukriya kiya hai ke aap ne jawab diya. Mashallah.</w:t>
      </w:r>
    </w:p>
    <w:p>
      <w:pPr>
        <w:jc w:val="right"/>
      </w:pPr>
      <w:r>
        <w:t>اور انہوں نے آپ کا شکریہ کیا ہے کہ آپ نے جواب دیا۔ ماشاءاللہ۔</w:t>
      </w:r>
    </w:p>
    <w:p>
      <w:r>
        <w:rPr>
          <w:b/>
        </w:rPr>
        <w:t xml:space="preserve">[1:01:51] </w:t>
      </w:r>
      <w:r>
        <w:t>Maulana, agla sawal Shahab Haider sahib ka hai, Delhi se.</w:t>
      </w:r>
    </w:p>
    <w:p>
      <w:pPr>
        <w:jc w:val="right"/>
      </w:pPr>
      <w:r>
        <w:t>مولانا، اگلا سوال شہاب حیدر صاحب کا ہے، دہلی سے۔</w:t>
      </w:r>
    </w:p>
    <w:p>
      <w:r>
        <w:rPr>
          <w:b/>
        </w:rPr>
        <w:t xml:space="preserve">[1:01:56] </w:t>
      </w:r>
      <w:r>
        <w:t>aur unhon ne likha hai ke Dawa work has become necessary in today's time when Islam is being</w:t>
      </w:r>
    </w:p>
    <w:p>
      <w:pPr>
        <w:jc w:val="right"/>
      </w:pPr>
      <w:r>
        <w:t>اور انہوں نے لکھا ہے کہ Dawa work has become necessary in today's time when Islam is being</w:t>
      </w:r>
    </w:p>
    <w:p>
      <w:r>
        <w:rPr>
          <w:b/>
        </w:rPr>
        <w:t xml:space="preserve">[1:02:02] </w:t>
      </w:r>
      <w:r>
        <w:t>perceived as a violent religion.</w:t>
      </w:r>
    </w:p>
    <w:p>
      <w:pPr>
        <w:jc w:val="right"/>
      </w:pPr>
      <w:r>
        <w:t>perceived as a violent religion.</w:t>
      </w:r>
    </w:p>
    <w:p>
      <w:r>
        <w:rPr>
          <w:b/>
        </w:rPr>
        <w:t xml:space="preserve">[1:02:08] </w:t>
      </w:r>
      <w:r>
        <w:t>Maulana, please advise me and suggest me how I can increase my enthusiasm so that I can do</w:t>
      </w:r>
    </w:p>
    <w:p>
      <w:pPr>
        <w:jc w:val="right"/>
      </w:pPr>
      <w:r>
        <w:t>مولانا، پلیز advise me and suggest me how I can increase my enthusiasm so that I can do</w:t>
      </w:r>
    </w:p>
    <w:p>
      <w:r>
        <w:rPr>
          <w:b/>
        </w:rPr>
        <w:t xml:space="preserve">[1:02:14] </w:t>
      </w:r>
      <w:r>
        <w:t>Dawa work more effectively.</w:t>
      </w:r>
    </w:p>
    <w:p>
      <w:pPr>
        <w:jc w:val="right"/>
      </w:pPr>
      <w:r>
        <w:t>Dawa work more effectively.</w:t>
      </w:r>
    </w:p>
    <w:p>
      <w:r>
        <w:rPr>
          <w:b/>
        </w:rPr>
        <w:t xml:space="preserve">[1:02:20] </w:t>
      </w:r>
      <w:r>
        <w:t>Bas study barhaiye, literature padhiye aur literature phailaiye.</w:t>
      </w:r>
    </w:p>
    <w:p>
      <w:pPr>
        <w:jc w:val="right"/>
      </w:pPr>
      <w:r>
        <w:t>بس اسٹڈی بڑھائیے، لٹریچر پڑھیے اور لٹریچر پھیلائیے۔</w:t>
      </w:r>
    </w:p>
    <w:p>
      <w:r>
        <w:rPr>
          <w:b/>
        </w:rPr>
        <w:t xml:space="preserve">[1:02:25] </w:t>
      </w:r>
      <w:r>
        <w:t>Two point formula hai.</w:t>
      </w:r>
    </w:p>
    <w:p>
      <w:pPr>
        <w:jc w:val="right"/>
      </w:pPr>
      <w:r>
        <w:t>ٹو پوائنٹ فارمولا ہے۔</w:t>
      </w:r>
    </w:p>
    <w:p>
      <w:r>
        <w:rPr>
          <w:b/>
        </w:rPr>
        <w:t xml:space="preserve">[1:02:31] </w:t>
      </w:r>
      <w:r>
        <w:t>Jo dawa literature hai, usko padhiye aur dawa literature ko khoob phailaiye.</w:t>
      </w:r>
    </w:p>
    <w:p>
      <w:pPr>
        <w:jc w:val="right"/>
      </w:pPr>
      <w:r>
        <w:t>جو دعویٰ لٹریچر ہے، اس کو پڑھیے اور دعویٰ لٹریچر کو خوب پھیلائیے۔</w:t>
      </w:r>
    </w:p>
    <w:p>
      <w:r>
        <w:rPr>
          <w:b/>
        </w:rPr>
        <w:t xml:space="preserve">[1:02:37] </w:t>
      </w:r>
      <w:r>
        <w:t>Bas aur kuch karna hi nahi hai.</w:t>
      </w:r>
    </w:p>
    <w:p>
      <w:pPr>
        <w:jc w:val="right"/>
      </w:pPr>
      <w:r>
        <w:t>بس اور کچھ کرنا ہی نہیں ہے۔</w:t>
      </w:r>
    </w:p>
    <w:p>
      <w:r>
        <w:rPr>
          <w:b/>
        </w:rPr>
        <w:t xml:space="preserve">[1:02:43] </w:t>
      </w:r>
      <w:r>
        <w:t>Maulana, agla sawal Miss Naghma Siddiqui ne bheja hai Delhi se.</w:t>
      </w:r>
    </w:p>
    <w:p>
      <w:pPr>
        <w:jc w:val="right"/>
      </w:pPr>
      <w:r>
        <w:t>مولانا، اگلا سوال مس نغمہ صدیقی نے بھیجا ہے دہلی سے۔</w:t>
      </w:r>
    </w:p>
    <w:p>
      <w:r>
        <w:rPr>
          <w:b/>
        </w:rPr>
        <w:t xml:space="preserve">[1:02:49] </w:t>
      </w:r>
      <w:r>
        <w:t>Aur unhone aapse poocha hai ke How can one manage a crisis situation?</w:t>
      </w:r>
    </w:p>
    <w:p>
      <w:pPr>
        <w:jc w:val="right"/>
      </w:pPr>
      <w:r>
        <w:t>اور انہوں نے آپ سے پوچھا ہے کہ How can one manage a crisis situation?</w:t>
      </w:r>
    </w:p>
    <w:p>
      <w:r>
        <w:rPr>
          <w:b/>
        </w:rPr>
        <w:t xml:space="preserve">[1:02:55] </w:t>
      </w:r>
      <w:r>
        <w:t>How important is belief in God in crisis management?</w:t>
      </w:r>
    </w:p>
    <w:p>
      <w:pPr>
        <w:jc w:val="right"/>
      </w:pPr>
      <w:r>
        <w:t>How important is belief in God in crisis management?</w:t>
      </w:r>
    </w:p>
    <w:p>
      <w:r>
        <w:rPr>
          <w:b/>
        </w:rPr>
        <w:t xml:space="preserve">[1:03:01] </w:t>
      </w:r>
      <w:r>
        <w:t>Dekhiye, main samajhta hoon ke crisis management jo hai, sab se bari human quality hai.</w:t>
      </w:r>
    </w:p>
    <w:p>
      <w:pPr>
        <w:jc w:val="right"/>
      </w:pPr>
      <w:r>
        <w:t>دیکھیے، میں سمجھتا ہوں کہ crisis management جو ہے، سب سے بڑی ہیومن کوالٹی ہے۔</w:t>
      </w:r>
    </w:p>
    <w:p>
      <w:r>
        <w:rPr>
          <w:b/>
        </w:rPr>
        <w:t xml:space="preserve">[1:03:08] </w:t>
      </w:r>
      <w:r>
        <w:t>Aur Allah taala ne mind diya hai.</w:t>
      </w:r>
    </w:p>
    <w:p>
      <w:pPr>
        <w:jc w:val="right"/>
      </w:pPr>
      <w:r>
        <w:t>اور اللہ تعالیٰ نے مائنڈ دیا ہے۔</w:t>
      </w:r>
    </w:p>
    <w:p>
      <w:r>
        <w:rPr>
          <w:b/>
        </w:rPr>
        <w:t xml:space="preserve">[1:03:14] </w:t>
      </w:r>
      <w:r>
        <w:t>Aap ka mind jo hai, uske andar jo ability hai, us mein sab se bari ability hai crisis management.</w:t>
      </w:r>
    </w:p>
    <w:p>
      <w:pPr>
        <w:jc w:val="right"/>
      </w:pPr>
      <w:r>
        <w:t>آپ کا مائنڈ جو ہے، اس کے اندر جو ایبیلیٹی ہے، اس میں سب سے بڑی ایبیلیٹی ہے crisis management۔</w:t>
      </w:r>
    </w:p>
    <w:p>
      <w:r>
        <w:rPr>
          <w:b/>
        </w:rPr>
        <w:t xml:space="preserve">[1:03:21] </w:t>
      </w:r>
      <w:r>
        <w:t>Cheez kya hai? Jab aap ko crisis pesh aaye to aap apne ko na dekhiye, Allah ko dekhiye.</w:t>
      </w:r>
    </w:p>
    <w:p>
      <w:pPr>
        <w:jc w:val="right"/>
      </w:pPr>
      <w:r>
        <w:t>چیز کیا ہے؟ جب آپ کو crisis پیش آئے تو آپ اپنے کو نہ دیکھیے، اللہ کو دیکھیے۔</w:t>
      </w:r>
    </w:p>
    <w:p>
      <w:r>
        <w:rPr>
          <w:b/>
        </w:rPr>
        <w:t xml:space="preserve">[1:03:27] </w:t>
      </w:r>
      <w:r>
        <w:t>Apne ko dekhenge to aap disheartened ho jayenge.</w:t>
      </w:r>
    </w:p>
    <w:p>
      <w:pPr>
        <w:jc w:val="right"/>
      </w:pPr>
      <w:r>
        <w:t>اپنے کو دیکھیں گے تو آپ ڈس ہارٹڈ ہو جائیں گے۔</w:t>
      </w:r>
    </w:p>
    <w:p>
      <w:r>
        <w:rPr>
          <w:b/>
        </w:rPr>
        <w:t xml:space="preserve">[1:03:34] </w:t>
      </w:r>
      <w:r>
        <w:t>Allah ko dekhenge to aap ka confidence level badh jayega.</w:t>
      </w:r>
    </w:p>
    <w:p>
      <w:pPr>
        <w:jc w:val="right"/>
      </w:pPr>
      <w:r>
        <w:t>اللہ کو دیکھیں گے تو آپ کا کانفیڈنس لیول بڑھ جائے گا۔</w:t>
      </w:r>
    </w:p>
    <w:p>
      <w:r>
        <w:rPr>
          <w:b/>
        </w:rPr>
        <w:t xml:space="preserve">[1:03:40] </w:t>
      </w:r>
      <w:r>
        <w:t>Bas iske baad aap ko Allah ka inspiration milega aur aap cheezon ko manage karte chale jayenge.</w:t>
      </w:r>
    </w:p>
    <w:p>
      <w:pPr>
        <w:jc w:val="right"/>
      </w:pPr>
      <w:r>
        <w:t>بس اس کے بعد آپ کو اللہ کا انسپیریشن ملے گا اور آپ چیزوں کو مینج کرتے چلے جائیں گے۔</w:t>
      </w:r>
    </w:p>
    <w:p>
      <w:r>
        <w:rPr>
          <w:b/>
        </w:rPr>
        <w:t xml:space="preserve">[1:03:47] </w:t>
      </w:r>
      <w:r>
        <w:t>Maulana, unhone ek aur sawal aapse poocha hai.</w:t>
      </w:r>
    </w:p>
    <w:p>
      <w:pPr>
        <w:jc w:val="right"/>
      </w:pPr>
      <w:r>
        <w:t>مولانا، انہوں نے ایک اور سوال آپ سے پوچھا ہے۔</w:t>
      </w:r>
    </w:p>
    <w:p>
      <w:r>
        <w:rPr>
          <w:b/>
        </w:rPr>
        <w:t xml:space="preserve">[1:03:53] </w:t>
      </w:r>
      <w:r>
        <w:t>Woh unhone likha hai ke God's help comes to a person who feels helpless.</w:t>
      </w:r>
    </w:p>
    <w:p>
      <w:pPr>
        <w:jc w:val="right"/>
      </w:pPr>
      <w:r>
        <w:t>وہ انہوں نے لکھا ہے کہ God's help comes to a person who feels helpless.</w:t>
      </w:r>
    </w:p>
    <w:p>
      <w:r>
        <w:rPr>
          <w:b/>
        </w:rPr>
        <w:t xml:space="preserve">[1:04:00] </w:t>
      </w:r>
      <w:r>
        <w:t>Is this true?</w:t>
      </w:r>
    </w:p>
    <w:p>
      <w:pPr>
        <w:jc w:val="right"/>
      </w:pPr>
      <w:r>
        <w:t>Is this true?</w:t>
      </w:r>
    </w:p>
    <w:p>
      <w:r>
        <w:rPr>
          <w:b/>
        </w:rPr>
        <w:t xml:space="preserve">[1:04:03] </w:t>
      </w:r>
      <w:r>
        <w:t>Haan haan, bilkul sahi hai.</w:t>
      </w:r>
    </w:p>
    <w:p>
      <w:pPr>
        <w:jc w:val="right"/>
      </w:pPr>
      <w:r>
        <w:t>ہاں ہاں، بالکل صحیح ہے۔</w:t>
      </w:r>
    </w:p>
    <w:p>
      <w:r>
        <w:rPr>
          <w:b/>
        </w:rPr>
        <w:t xml:space="preserve">[1:04:07] </w:t>
      </w:r>
      <w:r>
        <w:t>کیونکہ جب آپ helpless ہوتے ہیں تو خوف یاد کرتے ہیں creator کو۔</w:t>
      </w:r>
    </w:p>
    <w:p>
      <w:pPr>
        <w:jc w:val="right"/>
      </w:pPr>
      <w:r>
        <w:t>کیونکہ جب آپ ہیلپ لیس ہوتے ہیں تو خوف یاد کرتے ہیں کریٹر کو۔</w:t>
      </w:r>
    </w:p>
    <w:p>
      <w:r>
        <w:rPr>
          <w:b/>
        </w:rPr>
        <w:t xml:space="preserve">[1:04:11] </w:t>
      </w:r>
      <w:r>
        <w:t>Helpless na hon to aap yaad nahi karenge.</w:t>
      </w:r>
    </w:p>
    <w:p>
      <w:pPr>
        <w:jc w:val="right"/>
      </w:pPr>
      <w:r>
        <w:t>ہیلپ لیس نہ ہوں تو آپ یاد نہیں کریں گے۔</w:t>
      </w:r>
    </w:p>
    <w:p>
      <w:r>
        <w:rPr>
          <w:b/>
        </w:rPr>
        <w:t xml:space="preserve">[1:04:15] </w:t>
      </w:r>
      <w:r>
        <w:t>Maulana, agla sawal Muzaffar Nagar se Sahil Muhammad sahib ne poocha hai aapse.</w:t>
      </w:r>
    </w:p>
    <w:p>
      <w:pPr>
        <w:jc w:val="right"/>
      </w:pPr>
      <w:r>
        <w:t>مولانا، اگلا سوال مظفر نگر سے ساحل محمد صاحب نے پوچھا ہے آپ سے۔</w:t>
      </w:r>
    </w:p>
    <w:p>
      <w:r>
        <w:rPr>
          <w:b/>
        </w:rPr>
        <w:t xml:space="preserve">[1:04:18] </w:t>
      </w:r>
      <w:r>
        <w:t>Aur unhone likha hai ke Maulana sahib, is tablighi jamaat ab bid'ah.</w:t>
      </w:r>
    </w:p>
    <w:p>
      <w:pPr>
        <w:jc w:val="right"/>
      </w:pPr>
      <w:r>
        <w:t>اور انہوں نے لکھا ہے کہ مولانا صاحب، اس تبلیغی جماعت اب بدعہ۔</w:t>
      </w:r>
    </w:p>
    <w:p>
      <w:r>
        <w:rPr>
          <w:b/>
        </w:rPr>
        <w:t xml:space="preserve">[1:04:22] </w:t>
      </w:r>
      <w:r>
        <w:t>Many grand ulemas have proved it as bid'ah.</w:t>
      </w:r>
    </w:p>
    <w:p>
      <w:pPr>
        <w:jc w:val="right"/>
      </w:pPr>
      <w:r>
        <w:t>Many grand ulemas have proved it as bid'ah.</w:t>
      </w:r>
    </w:p>
    <w:p>
      <w:r>
        <w:rPr>
          <w:b/>
        </w:rPr>
        <w:t xml:space="preserve">[1:04:26] </w:t>
      </w:r>
      <w:r>
        <w:t>Also, some of the grand scholars of that time did not agree with this innovation.</w:t>
      </w:r>
    </w:p>
    <w:p>
      <w:pPr>
        <w:jc w:val="right"/>
      </w:pPr>
      <w:r>
        <w:t>Also, some of the grand scholars of that time did not agree with this innovation.</w:t>
      </w:r>
    </w:p>
    <w:p>
      <w:r>
        <w:rPr>
          <w:b/>
        </w:rPr>
        <w:t xml:space="preserve">[1:04:30] </w:t>
      </w:r>
      <w:r>
        <w:t>Do you agree with this?</w:t>
      </w:r>
    </w:p>
    <w:p>
      <w:pPr>
        <w:jc w:val="right"/>
      </w:pPr>
      <w:r>
        <w:t>Do you agree with this?</w:t>
      </w:r>
    </w:p>
    <w:p>
      <w:r>
        <w:rPr>
          <w:b/>
        </w:rPr>
        <w:t xml:space="preserve">[1:04:34] </w:t>
      </w:r>
      <w:r>
        <w:t>Since I know that you are a researcher and truth-finder, please clear your view on this.</w:t>
      </w:r>
    </w:p>
    <w:p>
      <w:pPr>
        <w:jc w:val="right"/>
      </w:pPr>
      <w:r>
        <w:t>Since I know that you are a researcher and truth-finder, please clear your view on this.</w:t>
      </w:r>
    </w:p>
    <w:p>
      <w:r>
        <w:rPr>
          <w:b/>
        </w:rPr>
        <w:t xml:space="preserve">[1:04:38] </w:t>
      </w:r>
      <w:r>
        <w:t>nahi nahi, dekhiye, yeh hamara subject nahi hai jamaaton par remark dena.</w:t>
      </w:r>
    </w:p>
    <w:p>
      <w:pPr>
        <w:jc w:val="right"/>
      </w:pPr>
      <w:r>
        <w:t>نہیں نہیں، دیکھیے، یہ ہمارا سبجیکٹ نہیں ہے جماعتوں پر ریمارک دینا۔</w:t>
      </w:r>
    </w:p>
    <w:p>
      <w:r>
        <w:rPr>
          <w:b/>
        </w:rPr>
        <w:t xml:space="preserve">[1:04:43] </w:t>
      </w:r>
      <w:r>
        <w:t>yeh jamaat aisi hai, woh jamaat aisi, yeh hamara tareeqa nahi hai.</w:t>
      </w:r>
    </w:p>
    <w:p>
      <w:pPr>
        <w:jc w:val="right"/>
      </w:pPr>
      <w:r>
        <w:t>یہ جماعت ایسی ہے، وہ جماعت ایسی، یہ ہمارا طریقہ نہیں ہے۔</w:t>
      </w:r>
    </w:p>
    <w:p>
      <w:r>
        <w:rPr>
          <w:b/>
        </w:rPr>
        <w:t xml:space="preserve">[1:04:48] </w:t>
      </w:r>
      <w:r>
        <w:t>aap hamari kitabein nahi padhein shayad aap ne, hamari kitabein padhi hain aap.</w:t>
      </w:r>
    </w:p>
    <w:p>
      <w:pPr>
        <w:jc w:val="right"/>
      </w:pPr>
      <w:r>
        <w:t>آپ ہماری کتابیں نہیں پڑھیں شاید آپ نے، ہماری کتابیں پڑھی ہیں آپ۔</w:t>
      </w:r>
    </w:p>
    <w:p>
      <w:r>
        <w:rPr>
          <w:b/>
        </w:rPr>
        <w:t xml:space="preserve">[1:04:53] </w:t>
      </w:r>
      <w:r>
        <w:t>yeh jamaat aisi hai, woh jamaat aisi hai, yeh party aisi hai, woh party aisi, yeh hamara tareeqa</w:t>
      </w:r>
    </w:p>
    <w:p>
      <w:pPr>
        <w:jc w:val="right"/>
      </w:pPr>
      <w:r>
        <w:t>یہ جماعت ایسی ہے، وہ جماعت ایسی ہے، یہ پارٹی ایسی ہے، وہ پارٹی ایسی، یہ ہمارا طریقہ</w:t>
      </w:r>
    </w:p>
    <w:p>
      <w:r>
        <w:rPr>
          <w:b/>
        </w:rPr>
        <w:t xml:space="preserve">[1:04:58] </w:t>
      </w:r>
      <w:r>
        <w:t>hi nahi hai.</w:t>
      </w:r>
    </w:p>
    <w:p>
      <w:pPr>
        <w:jc w:val="right"/>
      </w:pPr>
      <w:r>
        <w:t>ہی نہیں ہے۔</w:t>
      </w:r>
    </w:p>
    <w:p>
      <w:r>
        <w:rPr>
          <w:b/>
        </w:rPr>
        <w:t xml:space="preserve">[1:05:03] </w:t>
      </w:r>
      <w:r>
        <w:t>yeh toh hum toh isko fitna samajhte hain, fitna.</w:t>
      </w:r>
    </w:p>
    <w:p>
      <w:pPr>
        <w:jc w:val="right"/>
      </w:pPr>
      <w:r>
        <w:t>یہ تو ہم تو اس کو فتنہ سمجھتے ہیں، فتنہ۔</w:t>
      </w:r>
    </w:p>
    <w:p>
      <w:r>
        <w:rPr>
          <w:b/>
        </w:rPr>
        <w:t xml:space="preserve">[1:05:08] </w:t>
      </w:r>
      <w:r>
        <w:t>isi se aapas mein ikhtilaf hota hai, aapas mein takrao hota hai, aapas mein heat badhti hai, heat.</w:t>
      </w:r>
    </w:p>
    <w:p>
      <w:pPr>
        <w:jc w:val="right"/>
      </w:pPr>
      <w:r>
        <w:t>اسی سے آپس میں اختلاف ہوتا ہے، آپس میں ٹکراؤ ہوتا ہے، آپس میں ہیٹ بڑھتی ہے، ہیٹ۔</w:t>
      </w:r>
    </w:p>
    <w:p>
      <w:r>
        <w:rPr>
          <w:b/>
        </w:rPr>
        <w:t xml:space="preserve">[1:05:12] </w:t>
      </w:r>
      <w:r>
        <w:t>yeh kya aap karein? aap ko is se nikliye bahar.</w:t>
      </w:r>
    </w:p>
    <w:p>
      <w:pPr>
        <w:jc w:val="right"/>
      </w:pPr>
      <w:r>
        <w:t>یہ کیا آپ کریں؟ آپ کو اس سے نکلیے باہر۔</w:t>
      </w:r>
    </w:p>
    <w:p>
      <w:r>
        <w:rPr>
          <w:b/>
        </w:rPr>
        <w:t xml:space="preserve">[1:05:17] </w:t>
      </w:r>
      <w:r>
        <w:t>aap heat mein jee rahe hain, aap nature mein nahi jee rahe.</w:t>
      </w:r>
    </w:p>
    <w:p>
      <w:pPr>
        <w:jc w:val="right"/>
      </w:pPr>
      <w:r>
        <w:t>آپ ہیٹ میں جی رہے ہیں، آپ نیچر میں نہیں جی رہے۔</w:t>
      </w:r>
    </w:p>
    <w:p>
      <w:r>
        <w:rPr>
          <w:b/>
        </w:rPr>
        <w:t xml:space="preserve">[1:05:22] </w:t>
      </w:r>
      <w:r>
        <w:t>yeh kya soch hai aap ki ke bid'at hai, woh zalalat hai, woh sahi hai, woh galat hai?</w:t>
      </w:r>
    </w:p>
    <w:p>
      <w:pPr>
        <w:jc w:val="right"/>
      </w:pPr>
      <w:r>
        <w:t>یہ کیا سوچ ہے آپ کی کہ بدعت ہے، وہ ذلالت ہے، وہ صحیح ہے، وہ غلط ہے؟</w:t>
      </w:r>
    </w:p>
    <w:p>
      <w:r>
        <w:rPr>
          <w:b/>
        </w:rPr>
        <w:t xml:space="preserve">[1:05:27] </w:t>
      </w:r>
      <w:r>
        <w:t>aap apni apni duty ko discover kijiye Allah ki nisbat se.</w:t>
      </w:r>
    </w:p>
    <w:p>
      <w:pPr>
        <w:jc w:val="right"/>
      </w:pPr>
      <w:r>
        <w:t>آپ اپنی اپنی ڈیوٹی کو ڈسکور کیجیے اللہ کی نسبت سے۔</w:t>
      </w:r>
    </w:p>
    <w:p>
      <w:r>
        <w:rPr>
          <w:b/>
        </w:rPr>
        <w:t xml:space="preserve">[1:05:32] </w:t>
      </w:r>
      <w:r>
        <w:t>yaani Allah ki nisbat se aap ki apni duty kya hai, is mein lag jaiye bas.</w:t>
      </w:r>
    </w:p>
    <w:p>
      <w:pPr>
        <w:jc w:val="right"/>
      </w:pPr>
      <w:r>
        <w:t>یعنی اللہ کی نسبت سے آپ کی اپنی ڈیوٹی کیا ہے، اس میں لگ جائیے بس۔</w:t>
      </w:r>
    </w:p>
    <w:p>
      <w:r>
        <w:rPr>
          <w:b/>
        </w:rPr>
        <w:t xml:space="preserve">[1:05:37] </w:t>
      </w:r>
      <w:r>
        <w:t>Okay, so we will end the Sunday session now.</w:t>
      </w:r>
    </w:p>
    <w:p>
      <w:pPr>
        <w:jc w:val="right"/>
      </w:pPr>
      <w:r>
        <w:t>Okay, so we will end the Sunday session now.</w:t>
      </w:r>
    </w:p>
    <w:p>
      <w:r>
        <w:rPr>
          <w:b/>
        </w:rPr>
        <w:t xml:space="preserve">[1:05:42] </w:t>
      </w:r>
      <w:r>
        <w:t>Please log in next week at 10:30 for Maulana's next session. Thank you.</w:t>
      </w:r>
    </w:p>
    <w:p>
      <w:pPr>
        <w:jc w:val="right"/>
      </w:pPr>
      <w:r>
        <w:t>Please log in next week at 10:30 for مولانا's next session. 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