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Self Correction November 09, 2014 Maulana Wahiduddin Khan</w:t>
      </w:r>
    </w:p>
    <w:p>
      <w:r>
        <w:t>https://www.youtube.com/watch?v=PpwTmeCQkSQ</w:t>
      </w:r>
    </w:p>
    <w:p>
      <w:r>
        <w:rPr>
          <w:b/>
        </w:rPr>
        <w:t xml:space="preserve">[00:19] </w:t>
      </w:r>
      <w:r>
        <w:t>Bismillah Rehman ur Rahim, wa salla Allahu ala an-nabiyyil kareem.</w:t>
      </w:r>
    </w:p>
    <w:p>
      <w:pPr>
        <w:jc w:val="right"/>
      </w:pPr>
      <w:r>
        <w:t>بسم اللہ الرحمن الرحیم، وصلی اللہ علی النبی الکریم۔</w:t>
      </w:r>
    </w:p>
    <w:p>
      <w:r>
        <w:rPr>
          <w:b/>
        </w:rPr>
        <w:t xml:space="preserve">[00:25] </w:t>
      </w:r>
      <w:r>
        <w:t>Rab ishrah li sadri, wa yassir li amri, wah-l-uqdatan min lisani, yafqahu qawli.</w:t>
      </w:r>
    </w:p>
    <w:p>
      <w:pPr>
        <w:jc w:val="right"/>
      </w:pPr>
      <w:r>
        <w:t>رب اشرح لی صدری، ویسر لی امری، واحل العقدۃ من لسانی، یفقہ قولی۔</w:t>
      </w:r>
    </w:p>
    <w:p>
      <w:r>
        <w:rPr>
          <w:b/>
        </w:rPr>
        <w:t xml:space="preserve">[00:31] </w:t>
      </w:r>
      <w:r>
        <w:t>9 November 2014.</w:t>
      </w:r>
    </w:p>
    <w:p>
      <w:pPr>
        <w:jc w:val="right"/>
      </w:pPr>
      <w:r>
        <w:t>9 November 2014۔</w:t>
      </w:r>
    </w:p>
    <w:p>
      <w:r>
        <w:rPr>
          <w:b/>
        </w:rPr>
        <w:t xml:space="preserve">[00:37] </w:t>
      </w:r>
      <w:r>
        <w:t>aaj ka topic hai Self correction, yaani islaah-e-khwaish.</w:t>
      </w:r>
    </w:p>
    <w:p>
      <w:pPr>
        <w:jc w:val="right"/>
      </w:pPr>
      <w:r>
        <w:t>آج کا ٹاپک ہے Self کریکشن، یعنی اصلاحِ خویش۔</w:t>
      </w:r>
    </w:p>
    <w:p>
      <w:r>
        <w:rPr>
          <w:b/>
        </w:rPr>
        <w:t xml:space="preserve">[00:43] </w:t>
      </w:r>
      <w:r>
        <w:t>Self Correction bohat hi zyada zaroori hai.</w:t>
      </w:r>
    </w:p>
    <w:p>
      <w:pPr>
        <w:jc w:val="right"/>
      </w:pPr>
      <w:r>
        <w:t>Self Correction بہت ہی زیادہ ضروری ہے۔</w:t>
      </w:r>
    </w:p>
    <w:p>
      <w:r>
        <w:rPr>
          <w:b/>
        </w:rPr>
        <w:t xml:space="preserve">[00:49] </w:t>
      </w:r>
      <w:r>
        <w:t>is aadmi ke andar Self Correction ka mizaj na ho, woh bohat badi tabahi mein phans sakta hai.</w:t>
      </w:r>
    </w:p>
    <w:p>
      <w:pPr>
        <w:jc w:val="right"/>
      </w:pPr>
      <w:r>
        <w:t>اس آدمی کے اندر Self Correction کا مزاج نہ ہو، وہ بہت بڑی تباہی میں پھنس سکتا ہے۔</w:t>
      </w:r>
    </w:p>
    <w:p>
      <w:r>
        <w:rPr>
          <w:b/>
        </w:rPr>
        <w:t xml:space="preserve">[00:55] </w:t>
      </w:r>
      <w:r>
        <w:t>baat kya hai? yeh kuch cheezein hain jin ko living creature kaha jata hai, zinda ashya.</w:t>
      </w:r>
    </w:p>
    <w:p>
      <w:pPr>
        <w:jc w:val="right"/>
      </w:pPr>
      <w:r>
        <w:t>بات کیا ہے؟ یہ کچھ چیزیں ہیں جن کو لیونگ کریچر کہا جاتا ہے، زندہ اشیاء۔</w:t>
      </w:r>
    </w:p>
    <w:p>
      <w:r>
        <w:rPr>
          <w:b/>
        </w:rPr>
        <w:t xml:space="preserve">[01:01] </w:t>
      </w:r>
      <w:r>
        <w:t>toh living creature mein ek sifat hoti hai grow karne ki.</w:t>
      </w:r>
    </w:p>
    <w:p>
      <w:pPr>
        <w:jc w:val="right"/>
      </w:pPr>
      <w:r>
        <w:t>تو لیونگ کریچر میں ایک صفت ہوتی ہے گرو کرنے کی۔</w:t>
      </w:r>
    </w:p>
    <w:p>
      <w:r>
        <w:rPr>
          <w:b/>
        </w:rPr>
        <w:t xml:space="preserve">[01:07] </w:t>
      </w:r>
      <w:r>
        <w:t>jaise pathar hai, woh grow nahi karta, lekin living creature grow karti hain.</w:t>
      </w:r>
    </w:p>
    <w:p>
      <w:pPr>
        <w:jc w:val="right"/>
      </w:pPr>
      <w:r>
        <w:t>جیسے پتھر ہے، وہ گرو نہیں کرتا، لیکن لیونگ کریچر گرو کرتی ہیں۔</w:t>
      </w:r>
    </w:p>
    <w:p>
      <w:r>
        <w:rPr>
          <w:b/>
        </w:rPr>
        <w:t xml:space="preserve">[01:13] </w:t>
      </w:r>
      <w:r>
        <w:t>jaise pead hai, animal hai, insaan hai, yeh grow karte hain.</w:t>
      </w:r>
    </w:p>
    <w:p>
      <w:pPr>
        <w:jc w:val="right"/>
      </w:pPr>
      <w:r>
        <w:t>جیسے پیڑ ہے، اینیمل ہے، انسان ہے، یہ گرو کرتے ہیں۔</w:t>
      </w:r>
    </w:p>
    <w:p>
      <w:r>
        <w:rPr>
          <w:b/>
        </w:rPr>
        <w:t xml:space="preserve">[01:19] </w:t>
      </w:r>
      <w:r>
        <w:t>toh yeh grow karne ka jo mamla hai, is ki wajah se ek aur masla paida hota hai.</w:t>
      </w:r>
    </w:p>
    <w:p>
      <w:pPr>
        <w:jc w:val="right"/>
      </w:pPr>
      <w:r>
        <w:t>تو یہ گرو کرنے کا جو معاملہ ہے، اس کی وجہ سے ایک اور مسئلہ پیدا ہوتا ہے۔</w:t>
      </w:r>
    </w:p>
    <w:p>
      <w:r>
        <w:rPr>
          <w:b/>
        </w:rPr>
        <w:t xml:space="preserve">[01:25] </w:t>
      </w:r>
      <w:r>
        <w:t>kyunke in unchecked growth masla ban jata hai.</w:t>
      </w:r>
    </w:p>
    <w:p>
      <w:pPr>
        <w:jc w:val="right"/>
      </w:pPr>
      <w:r>
        <w:t>کیونکہ ان چیکڈ گروتھ مسئلہ بن جاتا ہے۔</w:t>
      </w:r>
    </w:p>
    <w:p>
      <w:r>
        <w:rPr>
          <w:b/>
        </w:rPr>
        <w:t xml:space="preserve">[01:31] </w:t>
      </w:r>
      <w:r>
        <w:t>jaise aap dekhen, peṛ lagaye jate hain to un mein kaat chhanṭ ki jati hai, jis ko kehte hain prune. to prune. P-R-U-N-E.</w:t>
      </w:r>
    </w:p>
    <w:p>
      <w:pPr>
        <w:jc w:val="right"/>
      </w:pPr>
      <w:r>
        <w:t>جیسے آپ دیکھیں، پیڑ لگائے جاتے ہیں تو ان میں کاٹ چھانٹ کی جاتی ہے، جس کو کہتے ہیں پرون۔ تو پرون۔ P-R-U-N-E۔</w:t>
      </w:r>
    </w:p>
    <w:p>
      <w:r>
        <w:rPr>
          <w:b/>
        </w:rPr>
        <w:t xml:space="preserve">[01:37] </w:t>
      </w:r>
      <w:r>
        <w:t>to pruning process integral part hai living creature ka.</w:t>
      </w:r>
    </w:p>
    <w:p>
      <w:pPr>
        <w:jc w:val="right"/>
      </w:pPr>
      <w:r>
        <w:t>تو پروننگ پروسیس انٹیگرل پارٹ ہے لیونگ کریچر کا۔</w:t>
      </w:r>
    </w:p>
    <w:p>
      <w:r>
        <w:rPr>
          <w:b/>
        </w:rPr>
        <w:t xml:space="preserve">[01:43] </w:t>
      </w:r>
      <w:r>
        <w:t>unchecked growth agar hoga to woh masla ban jayega.</w:t>
      </w:r>
    </w:p>
    <w:p>
      <w:pPr>
        <w:jc w:val="right"/>
      </w:pPr>
      <w:r>
        <w:t>ان چیکڈ گروتھ اگر ہوگا تو وہ مسئلہ بن جائے گا۔</w:t>
      </w:r>
    </w:p>
    <w:p>
      <w:r>
        <w:rPr>
          <w:b/>
        </w:rPr>
        <w:t xml:space="preserve">[01:49] </w:t>
      </w:r>
      <w:r>
        <w:t>is wajah se hamesha aisa hota hai ke pruning process chalaya jata hai.</w:t>
      </w:r>
    </w:p>
    <w:p>
      <w:pPr>
        <w:jc w:val="right"/>
      </w:pPr>
      <w:r>
        <w:t>اس وجہ سے ہمیشہ ایسا ہوتا ہے کہ پروننگ پروسیس چلایا جاتا ہے۔</w:t>
      </w:r>
    </w:p>
    <w:p>
      <w:r>
        <w:rPr>
          <w:b/>
        </w:rPr>
        <w:t xml:space="preserve">[01:55] </w:t>
      </w:r>
      <w:r>
        <w:t>to ek to yeh hai jo aap jante hain ke peṛon ko kaat chhanṭ karta hai mali.</w:t>
      </w:r>
    </w:p>
    <w:p>
      <w:pPr>
        <w:jc w:val="right"/>
      </w:pPr>
      <w:r>
        <w:t>تو ایک تو یہ ہے جو آپ جانتے ہیں کہ پیڑوں کو کاٹ چھانٹ کرتا ہے مالی۔</w:t>
      </w:r>
    </w:p>
    <w:p>
      <w:r>
        <w:rPr>
          <w:b/>
        </w:rPr>
        <w:t xml:space="preserve">[02:01] </w:t>
      </w:r>
      <w:r>
        <w:t>kaat chhanṭ kar ke un ke growth ko bohat hi sahi tareeqe mein chalane ki koshish karta hai.</w:t>
      </w:r>
    </w:p>
    <w:p>
      <w:pPr>
        <w:jc w:val="right"/>
      </w:pPr>
      <w:r>
        <w:t>کاٹ چھانٹ کر کے ان کے گروتھ کو بہت ہی صحیح طریقے میں چلانے کی کوشش کرتا ہے۔</w:t>
      </w:r>
    </w:p>
    <w:p>
      <w:r>
        <w:rPr>
          <w:b/>
        </w:rPr>
        <w:t xml:space="preserve">[02:07] </w:t>
      </w:r>
      <w:r>
        <w:t>isi tarah se insan mein bhi hai.</w:t>
      </w:r>
    </w:p>
    <w:p>
      <w:pPr>
        <w:jc w:val="right"/>
      </w:pPr>
      <w:r>
        <w:t>اسی طرح سے انسان میں بھی ہے۔</w:t>
      </w:r>
    </w:p>
    <w:p>
      <w:r>
        <w:rPr>
          <w:b/>
        </w:rPr>
        <w:t xml:space="preserve">[02:13] </w:t>
      </w:r>
      <w:r>
        <w:t>insan mein bhi jo growth hai, woh kai aitebar se unchecked ban jati hai.</w:t>
      </w:r>
    </w:p>
    <w:p>
      <w:pPr>
        <w:jc w:val="right"/>
      </w:pPr>
      <w:r>
        <w:t>انسان میں بھی جو گروتھ ہے، وہ کئی اعتبار سے ان چیکڈ بن جاتی ہے۔</w:t>
      </w:r>
    </w:p>
    <w:p>
      <w:r>
        <w:rPr>
          <w:b/>
        </w:rPr>
        <w:t xml:space="preserve">[02:19] </w:t>
      </w:r>
      <w:r>
        <w:t>kai aitebar se aisa hota hai ke is ko check kiya jaye.</w:t>
      </w:r>
    </w:p>
    <w:p>
      <w:pPr>
        <w:jc w:val="right"/>
      </w:pPr>
      <w:r>
        <w:t>کئی اعتبار سے ایسا ہوتا ہے کہ اس کو چیک کیا جائے۔</w:t>
      </w:r>
    </w:p>
    <w:p>
      <w:r>
        <w:rPr>
          <w:b/>
        </w:rPr>
        <w:t xml:space="preserve">[02:25] </w:t>
      </w:r>
      <w:r>
        <w:t>misalan dekhen, neil hain, nakhun.</w:t>
      </w:r>
    </w:p>
    <w:p>
      <w:pPr>
        <w:jc w:val="right"/>
      </w:pPr>
      <w:r>
        <w:t>مثلاً دیکھیں، نیل ہیں، ناخن۔</w:t>
      </w:r>
    </w:p>
    <w:p>
      <w:r>
        <w:rPr>
          <w:b/>
        </w:rPr>
        <w:t xml:space="preserve">[02:31] </w:t>
      </w:r>
      <w:r>
        <w:t>aap kaṭte rehte hain.</w:t>
      </w:r>
    </w:p>
    <w:p>
      <w:pPr>
        <w:jc w:val="right"/>
      </w:pPr>
      <w:r>
        <w:t>آپ کاٹتے رہتے ہیں۔</w:t>
      </w:r>
    </w:p>
    <w:p>
      <w:r>
        <w:rPr>
          <w:b/>
        </w:rPr>
        <w:t xml:space="preserve">[02:37] </w:t>
      </w:r>
      <w:r>
        <w:t>agar aap na kaṭen to ajeeb sa ho jayega.</w:t>
      </w:r>
    </w:p>
    <w:p>
      <w:pPr>
        <w:jc w:val="right"/>
      </w:pPr>
      <w:r>
        <w:t>اگر آپ نہ کاٹیں تو عجیب سا ہو جائے گا۔</w:t>
      </w:r>
    </w:p>
    <w:p>
      <w:r>
        <w:rPr>
          <w:b/>
        </w:rPr>
        <w:t xml:space="preserve">[02:43] </w:t>
      </w:r>
      <w:r>
        <w:t>baal bhi aap kaṭte rehte hain.</w:t>
      </w:r>
    </w:p>
    <w:p>
      <w:pPr>
        <w:jc w:val="right"/>
      </w:pPr>
      <w:r>
        <w:t>بال بھی آپ کاٹتے رہتے ہیں۔</w:t>
      </w:r>
    </w:p>
    <w:p>
      <w:r>
        <w:rPr>
          <w:b/>
        </w:rPr>
        <w:t xml:space="preserve">[02:49] </w:t>
      </w:r>
      <w:r>
        <w:t>to yeh sab pruning process hai, yani kaat chhanṭ ka tareeqa.</w:t>
      </w:r>
    </w:p>
    <w:p>
      <w:pPr>
        <w:jc w:val="right"/>
      </w:pPr>
      <w:r>
        <w:t>تو یہ سب پروننگ پروسیس ہے، یعنی کاٹ چھانٹ کا طریقہ۔</w:t>
      </w:r>
    </w:p>
    <w:p>
      <w:r>
        <w:rPr>
          <w:b/>
        </w:rPr>
        <w:t xml:space="preserve">[02:55] </w:t>
      </w:r>
      <w:r>
        <w:t>to dekhen, pruning process do qism ka hota hai.</w:t>
      </w:r>
    </w:p>
    <w:p>
      <w:pPr>
        <w:jc w:val="right"/>
      </w:pPr>
      <w:r>
        <w:t>تو دیکھیں، پروننگ پروسیس دو قسم کا ہوتا ہے۔</w:t>
      </w:r>
    </w:p>
    <w:p>
      <w:r>
        <w:rPr>
          <w:b/>
        </w:rPr>
        <w:t xml:space="preserve">[03:01] </w:t>
      </w:r>
      <w:r>
        <w:t>ek hai physical pruning aur ek hai psychological pruning.</w:t>
      </w:r>
    </w:p>
    <w:p>
      <w:pPr>
        <w:jc w:val="right"/>
      </w:pPr>
      <w:r>
        <w:t>ایک ہے فزیکل پروننگ اور ایک ہے سائیکلوجیکل پروننگ۔</w:t>
      </w:r>
    </w:p>
    <w:p>
      <w:r>
        <w:rPr>
          <w:b/>
        </w:rPr>
        <w:t xml:space="preserve">[03:07] </w:t>
      </w:r>
      <w:r>
        <w:t>kyunke insan body hai aur mind hai, to ek hai physical pruning aur ek hai psychological pruning.</w:t>
      </w:r>
    </w:p>
    <w:p>
      <w:pPr>
        <w:jc w:val="right"/>
      </w:pPr>
      <w:r>
        <w:t>کیونکہ انسان باڈی ہے اور مائنڈ ہے، تو ایک ہے فزیکل پروننگ اور ایک ہے سائیکلوجیکل پروننگ۔</w:t>
      </w:r>
    </w:p>
    <w:p>
      <w:r>
        <w:rPr>
          <w:b/>
        </w:rPr>
        <w:t xml:space="preserve">[03:13] </w:t>
      </w:r>
      <w:r>
        <w:t>to aap jab apna neil kaṭte hain ya baal kaṭte hain, that is physical pruning.</w:t>
      </w:r>
    </w:p>
    <w:p>
      <w:pPr>
        <w:jc w:val="right"/>
      </w:pPr>
      <w:r>
        <w:t>تو آپ جب اپنا نیل کاٹتے ہیں یا بال کاٹتے ہیں، دیٹ از فزیکل پروننگ۔</w:t>
      </w:r>
    </w:p>
    <w:p>
      <w:r>
        <w:rPr>
          <w:b/>
        </w:rPr>
        <w:t xml:space="preserve">[03:19] </w:t>
      </w:r>
      <w:r>
        <w:t>isi tarah se zaroorat hoti hai psychological pruning ki.</w:t>
      </w:r>
    </w:p>
    <w:p>
      <w:pPr>
        <w:jc w:val="right"/>
      </w:pPr>
      <w:r>
        <w:t>اسی طرح سے ضرورت ہوتی ہے سائیکلوجیکل پروننگ کی۔</w:t>
      </w:r>
    </w:p>
    <w:p>
      <w:r>
        <w:rPr>
          <w:b/>
        </w:rPr>
        <w:t xml:space="preserve">[03:25] </w:t>
      </w:r>
      <w:r>
        <w:t>yani aap ke khayalat, aap ke kirdaar, aap ki aadaten.</w:t>
      </w:r>
    </w:p>
    <w:p>
      <w:pPr>
        <w:jc w:val="right"/>
      </w:pPr>
      <w:r>
        <w:t>یعنی آپ کے خیالات، آپ کے کردار، آپ کی عادتیں۔</w:t>
      </w:r>
    </w:p>
    <w:p>
      <w:r>
        <w:rPr>
          <w:b/>
        </w:rPr>
        <w:t xml:space="preserve">[03:31] </w:t>
      </w:r>
      <w:r>
        <w:t>agar unchecked rahen to woh bohat sangeen masla ban jayega.</w:t>
      </w:r>
    </w:p>
    <w:p>
      <w:pPr>
        <w:jc w:val="right"/>
      </w:pPr>
      <w:r>
        <w:t>اگر ان چیکڈ رہیں تو وہ بہت سنگین مسئلہ بن جائے گا۔</w:t>
      </w:r>
    </w:p>
    <w:p>
      <w:r>
        <w:rPr>
          <w:b/>
        </w:rPr>
        <w:t xml:space="preserve">[03:37] </w:t>
      </w:r>
      <w:r>
        <w:t>is liye zaroorat hoti hai psychological pruning ki.</w:t>
      </w:r>
    </w:p>
    <w:p>
      <w:pPr>
        <w:jc w:val="right"/>
      </w:pPr>
      <w:r>
        <w:t>اس لیے ضرورت ہوتی ہے سائیکلوجیکل پروننگ کی۔</w:t>
      </w:r>
    </w:p>
    <w:p>
      <w:r>
        <w:rPr>
          <w:b/>
        </w:rPr>
        <w:t xml:space="preserve">[03:43] </w:t>
      </w:r>
      <w:r>
        <w:t>yahan mein aap ko Quran ki ek ayat yaad dilata hoon.</w:t>
      </w:r>
    </w:p>
    <w:p>
      <w:pPr>
        <w:jc w:val="right"/>
      </w:pPr>
      <w:r>
        <w:t>یہاں میں آپ کو قرآن کی ایک آیت یاد دلاتا ہوں۔</w:t>
      </w:r>
    </w:p>
    <w:p>
      <w:r>
        <w:rPr>
          <w:b/>
        </w:rPr>
        <w:t xml:space="preserve">[03:49] </w:t>
      </w:r>
      <w:r>
        <w:t>dekhen, Surah Nisa, Surah Nisa ayat 17 yani mein kaha gaya hai ke jo log ghalti karte hain,</w:t>
      </w:r>
    </w:p>
    <w:p>
      <w:pPr>
        <w:jc w:val="right"/>
      </w:pPr>
      <w:r>
        <w:t>دیکھیں، سورہ النساء، سورہ النساء آیت 17 یعنی میں کہا گیا ہے کہ جو لوگ غلطی کرتے ہیں،</w:t>
      </w:r>
    </w:p>
    <w:p>
      <w:r>
        <w:rPr>
          <w:b/>
        </w:rPr>
        <w:t xml:space="preserve">[03:55] </w:t>
      </w:r>
      <w:r>
        <w:t>to un ki toba qabool ho jati hai.</w:t>
      </w:r>
    </w:p>
    <w:p>
      <w:pPr>
        <w:jc w:val="right"/>
      </w:pPr>
      <w:r>
        <w:t>تو ان کی توبہ قبول ہو جاتی ہے۔</w:t>
      </w:r>
    </w:p>
    <w:p>
      <w:r>
        <w:rPr>
          <w:b/>
        </w:rPr>
        <w:t xml:space="preserve">[04:01] </w:t>
      </w:r>
      <w:r>
        <w:t>yani ghalati karne ke baad jald toba, yani toba.</w:t>
      </w:r>
    </w:p>
    <w:p>
      <w:pPr>
        <w:jc w:val="right"/>
      </w:pPr>
      <w:r>
        <w:t>یعنی غلطی کرنے کے بعد جلد توبہ، یعنی توبہ۔</w:t>
      </w:r>
    </w:p>
    <w:p>
      <w:r>
        <w:rPr>
          <w:b/>
        </w:rPr>
        <w:t xml:space="preserve">[04:07] </w:t>
      </w:r>
      <w:r>
        <w:t>toba ya toba jo log nadani se ghalati kar beth te hain, is ke baad woh jaldi toba karte hain.</w:t>
      </w:r>
    </w:p>
    <w:p>
      <w:pPr>
        <w:jc w:val="right"/>
      </w:pPr>
      <w:r>
        <w:t>توبہ یا توبہ جو لوگ نادانی سے غلطی کر بیٹھتے ہیں، اس کے بعد وہ جلدی توبہ کرتے ہیں۔</w:t>
      </w:r>
    </w:p>
    <w:p>
      <w:r>
        <w:rPr>
          <w:b/>
        </w:rPr>
        <w:t xml:space="preserve">[04:13] </w:t>
      </w:r>
      <w:r>
        <w:t>yani toba ya toba ka saboot dete hain to Allah un ki toba ko qabool karta hai.</w:t>
      </w:r>
    </w:p>
    <w:p>
      <w:pPr>
        <w:jc w:val="right"/>
      </w:pPr>
      <w:r>
        <w:t>یعنی توبہ یا توبہ کا ثبوت دیتے ہیں تو اللہ ان کی توبہ کو قبول کرتا ہے۔</w:t>
      </w:r>
    </w:p>
    <w:p>
      <w:r>
        <w:rPr>
          <w:b/>
        </w:rPr>
        <w:t xml:space="preserve">[04:19] </w:t>
      </w:r>
      <w:r>
        <w:t>is mein yeh baat apne aap implied hai ke toba qareeb ka mamla is se alag hai.</w:t>
      </w:r>
    </w:p>
    <w:p>
      <w:pPr>
        <w:jc w:val="right"/>
      </w:pPr>
      <w:r>
        <w:t>اس میں یہ بات اپنے آپ ایمپلیسٹڈ ہے کہ توبہ قریب کا معاملہ اس سے الگ ہے۔</w:t>
      </w:r>
    </w:p>
    <w:p>
      <w:r>
        <w:rPr>
          <w:b/>
        </w:rPr>
        <w:t xml:space="preserve">[04:25] </w:t>
      </w:r>
      <w:r>
        <w:t>toba qareeb ka mamla aur toba baeed ka mamla dono ek doosre se alag hain.</w:t>
      </w:r>
    </w:p>
    <w:p>
      <w:pPr>
        <w:jc w:val="right"/>
      </w:pPr>
      <w:r>
        <w:t>توبہ قریب کا معاملہ اور توبہ بعید کا معاملہ دونوں ایک دوسرے سے الگ ہیں۔</w:t>
      </w:r>
    </w:p>
    <w:p>
      <w:r>
        <w:rPr>
          <w:b/>
        </w:rPr>
        <w:t xml:space="preserve">[04:32] </w:t>
      </w:r>
      <w:r>
        <w:t>toba qareeb ke maaf ki ka to quran mein elaan kiya gaya hai, lekin toba baeed jo hai, yeh</w:t>
      </w:r>
    </w:p>
    <w:p>
      <w:pPr>
        <w:jc w:val="right"/>
      </w:pPr>
      <w:r>
        <w:t>توبہ قریب کے معافی کا تو قرآن میں اعلان کیا گیا ہے، لیکن توبہ بعید جو ہے، یہ</w:t>
      </w:r>
    </w:p>
    <w:p>
      <w:r>
        <w:rPr>
          <w:b/>
        </w:rPr>
        <w:t xml:space="preserve">[04:38] </w:t>
      </w:r>
      <w:r>
        <w:t>bohat hi risky toba hai.</w:t>
      </w:r>
    </w:p>
    <w:p>
      <w:pPr>
        <w:jc w:val="right"/>
      </w:pPr>
      <w:r>
        <w:t>بہت ہی رسکی توبہ ہے۔</w:t>
      </w:r>
    </w:p>
    <w:p>
      <w:r>
        <w:rPr>
          <w:b/>
        </w:rPr>
        <w:t xml:space="preserve">[04:44] </w:t>
      </w:r>
      <w:r>
        <w:t>bohat risky hai.</w:t>
      </w:r>
    </w:p>
    <w:p>
      <w:pPr>
        <w:jc w:val="right"/>
      </w:pPr>
      <w:r>
        <w:t>بہت رسکی ہے۔</w:t>
      </w:r>
    </w:p>
    <w:p>
      <w:r>
        <w:rPr>
          <w:b/>
        </w:rPr>
        <w:t xml:space="preserve">[04:50] </w:t>
      </w:r>
      <w:r>
        <w:t>to yeh mein bohat dinon se sochta tha ke yeh kya cheez hai toba qareeb.</w:t>
      </w:r>
    </w:p>
    <w:p>
      <w:pPr>
        <w:jc w:val="right"/>
      </w:pPr>
      <w:r>
        <w:t>تو یہ میں بہت دنوں سے سوچتا تھا کہ یہ کیا چیز ہے توبہ قریب۔</w:t>
      </w:r>
    </w:p>
    <w:p>
      <w:r>
        <w:rPr>
          <w:b/>
        </w:rPr>
        <w:t xml:space="preserve">[04:56] </w:t>
      </w:r>
      <w:r>
        <w:t>to is ko mein ne samjha psychology ke mutale se.</w:t>
      </w:r>
    </w:p>
    <w:p>
      <w:pPr>
        <w:jc w:val="right"/>
      </w:pPr>
      <w:r>
        <w:t>تو اس کو میں نے سمجھا سائیکالوجی کے مطالعے سے۔</w:t>
      </w:r>
    </w:p>
    <w:p>
      <w:r>
        <w:rPr>
          <w:b/>
        </w:rPr>
        <w:t xml:space="preserve">[05:02] </w:t>
      </w:r>
      <w:r>
        <w:t>yeh bohat ziyada psychology ka masla hai.</w:t>
      </w:r>
    </w:p>
    <w:p>
      <w:pPr>
        <w:jc w:val="right"/>
      </w:pPr>
      <w:r>
        <w:t>یہ بہت زیادہ سائیکالوجی کا مسئلہ ہے۔</w:t>
      </w:r>
    </w:p>
    <w:p>
      <w:r>
        <w:rPr>
          <w:b/>
        </w:rPr>
        <w:t xml:space="preserve">[05:08] </w:t>
      </w:r>
      <w:r>
        <w:t>aur yeh wohi masla hai jis ko mein ne kaha ke pruning process.</w:t>
      </w:r>
    </w:p>
    <w:p>
      <w:pPr>
        <w:jc w:val="right"/>
      </w:pPr>
      <w:r>
        <w:t>اور یہ وہی مسئلہ ہے جس کو میں نے کہا کہ پروننگ پروسیس۔</w:t>
      </w:r>
    </w:p>
    <w:p>
      <w:r>
        <w:rPr>
          <w:b/>
        </w:rPr>
        <w:t xml:space="preserve">[05:14] </w:t>
      </w:r>
      <w:r>
        <w:t>is ka taluq psychological pruning se hai.</w:t>
      </w:r>
    </w:p>
    <w:p>
      <w:pPr>
        <w:jc w:val="right"/>
      </w:pPr>
      <w:r>
        <w:t>اس کا تعلق سائیکلوجیکل پروننگ سے ہے۔</w:t>
      </w:r>
    </w:p>
    <w:p>
      <w:r>
        <w:rPr>
          <w:b/>
        </w:rPr>
        <w:t xml:space="preserve">[05:20] </w:t>
      </w:r>
      <w:r>
        <w:t>dekhein, hota kya hai ke aap ek ghalati karein aur is ghalati ko jaldi se toba na karein.</w:t>
      </w:r>
    </w:p>
    <w:p>
      <w:pPr>
        <w:jc w:val="right"/>
      </w:pPr>
      <w:r>
        <w:t>دیکھیں، ہوتا کیا ہے کہ آپ ایک غلطی کریں اور اس غلطی کو جلدی سے توبہ نہ کریں۔</w:t>
      </w:r>
    </w:p>
    <w:p>
      <w:r>
        <w:rPr>
          <w:b/>
        </w:rPr>
        <w:t xml:space="preserve">[05:26] </w:t>
      </w:r>
      <w:r>
        <w:t>to woh kya hoga? woh dhire dhire conditioning ka process shuru ho jayega.</w:t>
      </w:r>
    </w:p>
    <w:p>
      <w:pPr>
        <w:jc w:val="right"/>
      </w:pPr>
      <w:r>
        <w:t>تو وہ کیا ہوگا؟ وہ دھیرے دھیرے کنڈیشننگ کا پروسیس شروع ہو جائے گا۔</w:t>
      </w:r>
    </w:p>
    <w:p>
      <w:r>
        <w:rPr>
          <w:b/>
        </w:rPr>
        <w:t xml:space="preserve">[05:32] </w:t>
      </w:r>
      <w:r>
        <w:t>is ghalati mein aap conditioned ho jayenge.</w:t>
      </w:r>
    </w:p>
    <w:p>
      <w:pPr>
        <w:jc w:val="right"/>
      </w:pPr>
      <w:r>
        <w:t>اس غلطی میں آپ کنڈیشنڈ ہو جائیں گے۔</w:t>
      </w:r>
    </w:p>
    <w:p>
      <w:r>
        <w:rPr>
          <w:b/>
        </w:rPr>
        <w:t xml:space="preserve">[05:38] </w:t>
      </w:r>
      <w:r>
        <w:t>aur jab koi aadmi kisi ghalati mein conditioned ho jaye to phir islah bohat hi mushkil ho jati hai.</w:t>
      </w:r>
    </w:p>
    <w:p>
      <w:pPr>
        <w:jc w:val="right"/>
      </w:pPr>
      <w:r>
        <w:t>اور جب کوئی آدمی کسی غلطی میں کنڈیشنڈ ہو جائے تو پھر اصلاح بہت ہی مشکل ہو جاتی ہے۔</w:t>
      </w:r>
    </w:p>
    <w:p>
      <w:r>
        <w:rPr>
          <w:b/>
        </w:rPr>
        <w:t xml:space="preserve">[05:44] </w:t>
      </w:r>
      <w:r>
        <w:t>to toba qareeb jo hai, bohat hi faidamand yahan par hai.</w:t>
      </w:r>
    </w:p>
    <w:p>
      <w:pPr>
        <w:jc w:val="right"/>
      </w:pPr>
      <w:r>
        <w:t>تو توبہ قریب جو ہے، بہت ہی فائدہ مند یہاں پر ہے۔</w:t>
      </w:r>
    </w:p>
    <w:p>
      <w:r>
        <w:rPr>
          <w:b/>
        </w:rPr>
        <w:t xml:space="preserve">[05:50] </w:t>
      </w:r>
      <w:r>
        <w:t>agar tum toba nahi karoge, toba mein takheer karoge, to phir kya hoga? qanoon fitrat ke</w:t>
      </w:r>
    </w:p>
    <w:p>
      <w:pPr>
        <w:jc w:val="right"/>
      </w:pPr>
      <w:r>
        <w:t>اگر تم توبہ نہیں کرو گے، توبہ میں تاخیر کرو گے، تو پھر کیا ہوگا؟ قانون فطرت کے</w:t>
      </w:r>
    </w:p>
    <w:p>
      <w:r>
        <w:rPr>
          <w:b/>
        </w:rPr>
        <w:t xml:space="preserve">[05:56] </w:t>
      </w:r>
      <w:r>
        <w:t>mutabiq conditioning shuru ho jayegi.</w:t>
      </w:r>
    </w:p>
    <w:p>
      <w:pPr>
        <w:jc w:val="right"/>
      </w:pPr>
      <w:r>
        <w:t>مطابق کنڈیشننگ شروع ہو جائے گی۔</w:t>
      </w:r>
    </w:p>
    <w:p>
      <w:r>
        <w:rPr>
          <w:b/>
        </w:rPr>
        <w:t xml:space="preserve">[06:02] </w:t>
      </w:r>
      <w:r>
        <w:t>conditioning ek process hai, fitri process.</w:t>
      </w:r>
    </w:p>
    <w:p>
      <w:pPr>
        <w:jc w:val="right"/>
      </w:pPr>
      <w:r>
        <w:t>کنڈیشننگ ایک پروسیس ہے، فطری پروسیس۔</w:t>
      </w:r>
    </w:p>
    <w:p>
      <w:r>
        <w:rPr>
          <w:b/>
        </w:rPr>
        <w:t xml:space="preserve">[06:08] </w:t>
      </w:r>
      <w:r>
        <w:t>woh baharhal apna kaam karta hai.</w:t>
      </w:r>
    </w:p>
    <w:p>
      <w:pPr>
        <w:jc w:val="right"/>
      </w:pPr>
      <w:r>
        <w:t>وہ بہرحال اپنا کام کرتا ہے۔</w:t>
      </w:r>
    </w:p>
    <w:p>
      <w:r>
        <w:rPr>
          <w:b/>
        </w:rPr>
        <w:t xml:space="preserve">[06:14] </w:t>
      </w:r>
      <w:r>
        <w:t>aap chahein ya na chahein, aap chahein ya na chahein, phir bhi conditioning ka process apna kaam karega.</w:t>
      </w:r>
    </w:p>
    <w:p>
      <w:pPr>
        <w:jc w:val="right"/>
      </w:pPr>
      <w:r>
        <w:t>آپ چاہیں یا نہ چاہیں، آپ چاہیں یا نہ چاہیں، پھر بھی کنڈیشننگ کا پروسیس اپنا کام کرے گا۔</w:t>
      </w:r>
    </w:p>
    <w:p>
      <w:r>
        <w:rPr>
          <w:b/>
        </w:rPr>
        <w:t xml:space="preserve">[06:20] </w:t>
      </w:r>
      <w:r>
        <w:t>to agar aadmi ghalati karne ke baad jald is ko intabah na ho aur woh isi mein phansa</w:t>
      </w:r>
    </w:p>
    <w:p>
      <w:pPr>
        <w:jc w:val="right"/>
      </w:pPr>
      <w:r>
        <w:t>تو اگر آدمی غلطی کرنے کے بعد جلد اس کو انتباہ نہ ہو اور وہ اسی میں پھنسا</w:t>
      </w:r>
    </w:p>
    <w:p>
      <w:r>
        <w:rPr>
          <w:b/>
        </w:rPr>
        <w:t xml:space="preserve">[06:26] </w:t>
      </w:r>
      <w:r>
        <w:t>rahe, to kya hoga? is ka case conditioning ka case ban jayega.</w:t>
      </w:r>
    </w:p>
    <w:p>
      <w:pPr>
        <w:jc w:val="right"/>
      </w:pPr>
      <w:r>
        <w:t>رہے، تو کیا ہوگا؟ اس کا کیس کنڈیشننگ کا کیس بن جائے گا۔</w:t>
      </w:r>
    </w:p>
    <w:p>
      <w:r>
        <w:rPr>
          <w:b/>
        </w:rPr>
        <w:t xml:space="preserve">[06:32] </w:t>
      </w:r>
      <w:r>
        <w:t>aur phir islaah bohat hi mushkil ho jayegi.</w:t>
      </w:r>
    </w:p>
    <w:p>
      <w:pPr>
        <w:jc w:val="right"/>
      </w:pPr>
      <w:r>
        <w:t>اور پھر اصلاح بہت ہی مشکل ہو جائے گی۔</w:t>
      </w:r>
    </w:p>
    <w:p>
      <w:r>
        <w:rPr>
          <w:b/>
        </w:rPr>
        <w:t xml:space="preserve">[06:38] </w:t>
      </w:r>
      <w:r>
        <w:t>is liye tauba qareeb ki baat hai.</w:t>
      </w:r>
    </w:p>
    <w:p>
      <w:pPr>
        <w:jc w:val="right"/>
      </w:pPr>
      <w:r>
        <w:t>اس لیے توبہ قریب کی بات ہے۔</w:t>
      </w:r>
    </w:p>
    <w:p>
      <w:r>
        <w:rPr>
          <w:b/>
        </w:rPr>
        <w:t xml:space="preserve">[06:44] </w:t>
      </w:r>
      <w:r>
        <w:t>yeh ek warning hai, goya ke ghalti to insaan karta hai.</w:t>
      </w:r>
    </w:p>
    <w:p>
      <w:pPr>
        <w:jc w:val="right"/>
      </w:pPr>
      <w:r>
        <w:t>یہ ایک وارننگ ہے، گویا کہ غلطی تو انسان کرتا ہے۔</w:t>
      </w:r>
    </w:p>
    <w:p>
      <w:r>
        <w:rPr>
          <w:b/>
        </w:rPr>
        <w:t xml:space="preserve">[06:50] </w:t>
      </w:r>
      <w:r>
        <w:t>ghalti insaan se hoti hai.</w:t>
      </w:r>
    </w:p>
    <w:p>
      <w:pPr>
        <w:jc w:val="right"/>
      </w:pPr>
      <w:r>
        <w:t>غلطی انسان سے ہوتی ہے۔</w:t>
      </w:r>
    </w:p>
    <w:p>
      <w:r>
        <w:rPr>
          <w:b/>
        </w:rPr>
        <w:t xml:space="preserve">[06:56] </w:t>
      </w:r>
      <w:r>
        <w:t>to ghalti to insaan se hoti hai.</w:t>
      </w:r>
    </w:p>
    <w:p>
      <w:pPr>
        <w:jc w:val="right"/>
      </w:pPr>
      <w:r>
        <w:t>تو غلطی تو انسان سے ہوتی ہے۔</w:t>
      </w:r>
    </w:p>
    <w:p>
      <w:r>
        <w:rPr>
          <w:b/>
        </w:rPr>
        <w:t xml:space="preserve">[07:02] </w:t>
      </w:r>
      <w:r>
        <w:t>lekin kya cheez chahiye ke ghalti karne ke baad jald aap ko intibah ho, jald aap ka zamir</w:t>
      </w:r>
    </w:p>
    <w:p>
      <w:pPr>
        <w:jc w:val="right"/>
      </w:pPr>
      <w:r>
        <w:t>لیکن کیا چیز چاہیے کہ غلطی کرنے کے بعد جلد آپ کو انتباہ ہو، جلد آپ کا ضمیر</w:t>
      </w:r>
    </w:p>
    <w:p>
      <w:r>
        <w:rPr>
          <w:b/>
        </w:rPr>
        <w:t xml:space="preserve">[07:08] </w:t>
      </w:r>
      <w:r>
        <w:t>chaunk uthe aur jald aap tauba karein? yaani matlab is ki islaah karein.</w:t>
      </w:r>
    </w:p>
    <w:p>
      <w:pPr>
        <w:jc w:val="right"/>
      </w:pPr>
      <w:r>
        <w:t>چونک اٹھے اور جلد آپ توبہ کریں؟ یعنی مطلب اس کی اصلاح کریں۔</w:t>
      </w:r>
    </w:p>
    <w:p>
      <w:r>
        <w:rPr>
          <w:b/>
        </w:rPr>
        <w:t xml:space="preserve">[07:14] </w:t>
      </w:r>
      <w:r>
        <w:t>agar aap tauba qareeb nahi karte hain to ek risk le rahe hain.</w:t>
      </w:r>
    </w:p>
    <w:p>
      <w:pPr>
        <w:jc w:val="right"/>
      </w:pPr>
      <w:r>
        <w:t>اگر آپ توبہ قریب نہیں کرتے ہیں تو ایک رسک لے رہے ہیں۔</w:t>
      </w:r>
    </w:p>
    <w:p>
      <w:r>
        <w:rPr>
          <w:b/>
        </w:rPr>
        <w:t xml:space="preserve">[07:20] </w:t>
      </w:r>
      <w:r>
        <w:t>is baat ka risk ke woh ghalti aap ki conditioning mein shamil ho jaye aur phir islaah karna</w:t>
      </w:r>
    </w:p>
    <w:p>
      <w:pPr>
        <w:jc w:val="right"/>
      </w:pPr>
      <w:r>
        <w:t>اس بات کا رسک کہ وہ غلطی آپ کی کنڈیشننگ میں شامل ہو جائے اور پھر اصلاح کرنا</w:t>
      </w:r>
    </w:p>
    <w:p>
      <w:r>
        <w:rPr>
          <w:b/>
        </w:rPr>
        <w:t xml:space="preserve">[07:26] </w:t>
      </w:r>
      <w:r>
        <w:t>namumkin ho jaye.</w:t>
      </w:r>
    </w:p>
    <w:p>
      <w:pPr>
        <w:jc w:val="right"/>
      </w:pPr>
      <w:r>
        <w:t>ناممکن ہو جائے۔</w:t>
      </w:r>
    </w:p>
    <w:p>
      <w:r>
        <w:rPr>
          <w:b/>
        </w:rPr>
        <w:t xml:space="preserve">[07:32] </w:t>
      </w:r>
      <w:r>
        <w:t>is par mazeed ghhor karne se yeh baat samajh aati hai ke har ghalti ka aghaz bohat hi</w:t>
      </w:r>
    </w:p>
    <w:p>
      <w:pPr>
        <w:jc w:val="right"/>
      </w:pPr>
      <w:r>
        <w:t>اس پر مزید غور کرنے سے یہ بات سمجھ آتی ہے کہ ہر غلطی کا آغاز بہت ہی</w:t>
      </w:r>
    </w:p>
    <w:p>
      <w:r>
        <w:rPr>
          <w:b/>
        </w:rPr>
        <w:t xml:space="preserve">[07:38] </w:t>
      </w:r>
      <w:r>
        <w:t>choti shuruat se hota hai.</w:t>
      </w:r>
    </w:p>
    <w:p>
      <w:pPr>
        <w:jc w:val="right"/>
      </w:pPr>
      <w:r>
        <w:t>چھوٹی شروعات سے ہوتا ہے۔</w:t>
      </w:r>
    </w:p>
    <w:p>
      <w:r>
        <w:rPr>
          <w:b/>
        </w:rPr>
        <w:t xml:space="preserve">[07:44] </w:t>
      </w:r>
      <w:r>
        <w:t>misalan alcohol hai, shuru mein aadmi ek aad ghont peeta hai test lene ke liye.</w:t>
      </w:r>
    </w:p>
    <w:p>
      <w:pPr>
        <w:jc w:val="right"/>
      </w:pPr>
      <w:r>
        <w:t>مثلاً الکحل ہے، شروع میں آدمی ایک آدھ گھونٹ پیتا ہے ٹیسٹ لینے کے لیے۔</w:t>
      </w:r>
    </w:p>
    <w:p>
      <w:r>
        <w:rPr>
          <w:b/>
        </w:rPr>
        <w:t xml:space="preserve">[07:50] </w:t>
      </w:r>
      <w:r>
        <w:t>aisa nahi ke pehle din woh aadi ban jaye.</w:t>
      </w:r>
    </w:p>
    <w:p>
      <w:pPr>
        <w:jc w:val="right"/>
      </w:pPr>
      <w:r>
        <w:t>ایسا نہیں کہ پہلے دن وہ عادی بن جائے۔</w:t>
      </w:r>
    </w:p>
    <w:p>
      <w:r>
        <w:rPr>
          <w:b/>
        </w:rPr>
        <w:t xml:space="preserve">[07:56] </w:t>
      </w:r>
      <w:r>
        <w:t>aisa nahi hota.</w:t>
      </w:r>
    </w:p>
    <w:p>
      <w:pPr>
        <w:jc w:val="right"/>
      </w:pPr>
      <w:r>
        <w:t>ایسا نہیں ہوتا۔</w:t>
      </w:r>
    </w:p>
    <w:p>
      <w:r>
        <w:rPr>
          <w:b/>
        </w:rPr>
        <w:t xml:space="preserve">[08:02] </w:t>
      </w:r>
      <w:r>
        <w:t>ya cigarette hai, pehle din woh cigarette ka aadi nahi ban jata.</w:t>
      </w:r>
    </w:p>
    <w:p>
      <w:pPr>
        <w:jc w:val="right"/>
      </w:pPr>
      <w:r>
        <w:t>یا سگریٹ ہے، پہلے دن وہ سگریٹ کا عادی نہیں بن جاتا۔</w:t>
      </w:r>
    </w:p>
    <w:p>
      <w:r>
        <w:rPr>
          <w:b/>
        </w:rPr>
        <w:t xml:space="preserve">[08:08] </w:t>
      </w:r>
      <w:r>
        <w:t>aur maamla sirf cigarette aur alcohol ka nahi hai.</w:t>
      </w:r>
    </w:p>
    <w:p>
      <w:pPr>
        <w:jc w:val="right"/>
      </w:pPr>
      <w:r>
        <w:t>اور معاملہ صرف سگریٹ اور الکحل کا نہیں ہے۔</w:t>
      </w:r>
    </w:p>
    <w:p>
      <w:r>
        <w:rPr>
          <w:b/>
        </w:rPr>
        <w:t xml:space="preserve">[08:14] </w:t>
      </w:r>
      <w:r>
        <w:t>zindagi mein beshumar cheezein aisi hain jinka aadmi aadi ban jaye to is ke andar bohat</w:t>
      </w:r>
    </w:p>
    <w:p>
      <w:pPr>
        <w:jc w:val="right"/>
      </w:pPr>
      <w:r>
        <w:t>زندگی میں بے شمار چیزیں ایسی ہیں جن کا آدمی عادی بن جائے تو اس کے اندر بہت</w:t>
      </w:r>
    </w:p>
    <w:p>
      <w:r>
        <w:rPr>
          <w:b/>
        </w:rPr>
        <w:t xml:space="preserve">[08:20] </w:t>
      </w:r>
      <w:r>
        <w:t>zyada fasad paida ho jata hai.</w:t>
      </w:r>
    </w:p>
    <w:p>
      <w:pPr>
        <w:jc w:val="right"/>
      </w:pPr>
      <w:r>
        <w:t>زیادہ فساد پیدا ہو جاتا ہے۔</w:t>
      </w:r>
    </w:p>
    <w:p>
      <w:r>
        <w:rPr>
          <w:b/>
        </w:rPr>
        <w:t xml:space="preserve">[08:26] </w:t>
      </w:r>
      <w:r>
        <w:t>kisi bhi cheez ka aadi ban jayein aap, misalan testy food ka aadi ban jayein to is mein</w:t>
      </w:r>
    </w:p>
    <w:p>
      <w:pPr>
        <w:jc w:val="right"/>
      </w:pPr>
      <w:r>
        <w:t>کسی بھی چیز کا عادی بن جائیں آپ، مثلاً ٹیسٹی فوڈ کا عادی بن جائیں تو اس میں</w:t>
      </w:r>
    </w:p>
    <w:p>
      <w:r>
        <w:rPr>
          <w:b/>
        </w:rPr>
        <w:t xml:space="preserve">[08:32] </w:t>
      </w:r>
      <w:r>
        <w:t>bohat se masail ayenge.</w:t>
      </w:r>
    </w:p>
    <w:p>
      <w:pPr>
        <w:jc w:val="right"/>
      </w:pPr>
      <w:r>
        <w:t>بہت سے مسائل آئیں گے۔</w:t>
      </w:r>
    </w:p>
    <w:p>
      <w:r>
        <w:rPr>
          <w:b/>
        </w:rPr>
        <w:t xml:space="preserve">[08:39] </w:t>
      </w:r>
      <w:r>
        <w:t>aap parties ka aadi ban jayein, tab bhi aap ke liye bohat se masail ayenge.</w:t>
      </w:r>
    </w:p>
    <w:p>
      <w:pPr>
        <w:jc w:val="right"/>
      </w:pPr>
      <w:r>
        <w:t>آپ پارٹیز کا عادی بن جائیں، تب بھی آپ کے لیے بہت سے مسائل آئیں گے۔</w:t>
      </w:r>
    </w:p>
    <w:p>
      <w:r>
        <w:rPr>
          <w:b/>
        </w:rPr>
        <w:t xml:space="preserve">[08:45] </w:t>
      </w:r>
      <w:r>
        <w:t>hua culture ka aadi ban jayein, tab bhi bohat bara nuqsan is ka samne ayega aap ko.</w:t>
      </w:r>
    </w:p>
    <w:p>
      <w:pPr>
        <w:jc w:val="right"/>
      </w:pPr>
      <w:r>
        <w:t>ہوا کلچر کا عادی بن جائیں، تب بھی بہت بڑا نقصان اس کا سامنے آئے گا آپ کو۔</w:t>
      </w:r>
    </w:p>
    <w:p>
      <w:r>
        <w:rPr>
          <w:b/>
        </w:rPr>
        <w:t xml:space="preserve">[08:51] </w:t>
      </w:r>
      <w:r>
        <w:t>to bohat si ek hi cheez nahi hai, sirf alcohol ki baat to nahi hai.</w:t>
      </w:r>
    </w:p>
    <w:p>
      <w:pPr>
        <w:jc w:val="right"/>
      </w:pPr>
      <w:r>
        <w:t>تو بہت سی ایک ہی چیز نہیں ہے، صرف الکحل کی بات تو نہیں ہے۔</w:t>
      </w:r>
    </w:p>
    <w:p>
      <w:r>
        <w:rPr>
          <w:b/>
        </w:rPr>
        <w:t xml:space="preserve">[08:57] </w:t>
      </w:r>
      <w:r>
        <w:t>beshumaar cheezen hain jo aadmi ki aadat ban jayen to woh is ko nuqsaan pohanchati hain.</w:t>
      </w:r>
    </w:p>
    <w:p>
      <w:pPr>
        <w:jc w:val="right"/>
      </w:pPr>
      <w:r>
        <w:t>بے شمار چیزیں ہیں جو آدمی کی عادت بن جائیں تو وہ اس کو نقصان پہنچاتی ہیں۔</w:t>
      </w:r>
    </w:p>
    <w:p>
      <w:r>
        <w:rPr>
          <w:b/>
        </w:rPr>
        <w:t xml:space="preserve">[09:03] </w:t>
      </w:r>
      <w:r>
        <w:t>haal hi mein aik ajeeb o ghareeb case mere saamne aaya.</w:t>
      </w:r>
    </w:p>
    <w:p>
      <w:pPr>
        <w:jc w:val="right"/>
      </w:pPr>
      <w:r>
        <w:t>حال ہی میں ایک عجیب و غریب کیس میرے سامنے آیا۔</w:t>
      </w:r>
    </w:p>
    <w:p>
      <w:r>
        <w:rPr>
          <w:b/>
        </w:rPr>
        <w:t xml:space="preserve">[09:09] </w:t>
      </w:r>
      <w:r>
        <w:t>dekhen, bohat mashhoor bartanvi philosopher hain, lord barterand russell.</w:t>
      </w:r>
    </w:p>
    <w:p>
      <w:pPr>
        <w:jc w:val="right"/>
      </w:pPr>
      <w:r>
        <w:t>دیکھیں، بہت مشہور برطانوی فلاسفر ہیں، لارڈ بارٹرینڈ رسل۔</w:t>
      </w:r>
    </w:p>
    <w:p>
      <w:r>
        <w:rPr>
          <w:b/>
        </w:rPr>
        <w:t xml:space="preserve">[09:15] </w:t>
      </w:r>
      <w:r>
        <w:t>bohat ziyada mashhoor hain.</w:t>
      </w:r>
    </w:p>
    <w:p>
      <w:pPr>
        <w:jc w:val="right"/>
      </w:pPr>
      <w:r>
        <w:t>بہت زیادہ مشہور ہیں۔</w:t>
      </w:r>
    </w:p>
    <w:p>
      <w:r>
        <w:rPr>
          <w:b/>
        </w:rPr>
        <w:t xml:space="preserve">[09:21] </w:t>
      </w:r>
      <w:r>
        <w:t>to is ne apni biography likhi hai.</w:t>
      </w:r>
    </w:p>
    <w:p>
      <w:pPr>
        <w:jc w:val="right"/>
      </w:pPr>
      <w:r>
        <w:t>تو اس نے اپنی بائیوگرافی لکھی ہے۔</w:t>
      </w:r>
    </w:p>
    <w:p>
      <w:r>
        <w:rPr>
          <w:b/>
        </w:rPr>
        <w:t xml:space="preserve">[09:27] </w:t>
      </w:r>
      <w:r>
        <w:t>is biography ke aakhir mein woh likhta hai ke main zindagi mein parhta raha.</w:t>
      </w:r>
    </w:p>
    <w:p>
      <w:pPr>
        <w:jc w:val="right"/>
      </w:pPr>
      <w:r>
        <w:t>اس بائیوگرافی کے آخر میں وہ لکھتا ہے کہ میں زندگی میں پڑھتا رہا۔</w:t>
      </w:r>
    </w:p>
    <w:p>
      <w:r>
        <w:rPr>
          <w:b/>
        </w:rPr>
        <w:t xml:space="preserve">[09:33] </w:t>
      </w:r>
      <w:r>
        <w:t>yaani bachpan se le kar barhaape tak parhta hi raha hoon main.</w:t>
      </w:r>
    </w:p>
    <w:p>
      <w:pPr>
        <w:jc w:val="right"/>
      </w:pPr>
      <w:r>
        <w:t>یعنی بچپن سے لے کر بڑھاپے تک پڑھتا ہی رہا ہوں میں۔</w:t>
      </w:r>
    </w:p>
    <w:p>
      <w:r>
        <w:rPr>
          <w:b/>
        </w:rPr>
        <w:t xml:space="preserve">[09:39] </w:t>
      </w:r>
      <w:r>
        <w:t>aur bohat ziyada parha.</w:t>
      </w:r>
    </w:p>
    <w:p>
      <w:pPr>
        <w:jc w:val="right"/>
      </w:pPr>
      <w:r>
        <w:t>اور بہت زیادہ پڑھا۔</w:t>
      </w:r>
    </w:p>
    <w:p>
      <w:r>
        <w:rPr>
          <w:b/>
        </w:rPr>
        <w:t xml:space="preserve">[09:45] </w:t>
      </w:r>
      <w:r>
        <w:t>to is ne likha hai ke aakhir mein parhna mere liye, yaani study meri aadat ban gayi thi.</w:t>
      </w:r>
    </w:p>
    <w:p>
      <w:pPr>
        <w:jc w:val="right"/>
      </w:pPr>
      <w:r>
        <w:t>تو اس نے لکھا ہے کہ آخر میں پڑھنا میرے لیے، یعنی اسٹڈی میری عادت بن گئی تھی۔</w:t>
      </w:r>
    </w:p>
    <w:p>
      <w:r>
        <w:rPr>
          <w:b/>
        </w:rPr>
        <w:t xml:space="preserve">[09:51] </w:t>
      </w:r>
      <w:r>
        <w:t>yaani bashor e aadat ke parhta tha main.</w:t>
      </w:r>
    </w:p>
    <w:p>
      <w:pPr>
        <w:jc w:val="right"/>
      </w:pPr>
      <w:r>
        <w:t>یعنی بطور عادت کے پڑھتا تھا میں۔</w:t>
      </w:r>
    </w:p>
    <w:p>
      <w:r>
        <w:rPr>
          <w:b/>
        </w:rPr>
        <w:t xml:space="preserve">[09:57] </w:t>
      </w:r>
      <w:r>
        <w:t>phir isi par woh likhta hai ke main aakhir umar ko puhanch chuka hoon, lekin main nahin jaanta</w:t>
      </w:r>
    </w:p>
    <w:p>
      <w:pPr>
        <w:jc w:val="right"/>
      </w:pPr>
      <w:r>
        <w:t>پھر اسی پر وہ لکھتا ہے کہ میں آخر عمر کو پہنچ چکا ہوں، لیکن میں نہیں جانتا</w:t>
      </w:r>
    </w:p>
    <w:p>
      <w:r>
        <w:rPr>
          <w:b/>
        </w:rPr>
        <w:t xml:space="preserve">[10:03] </w:t>
      </w:r>
      <w:r>
        <w:t>ke zindagi ka maqsad kya hai.</w:t>
      </w:r>
    </w:p>
    <w:p>
      <w:pPr>
        <w:jc w:val="right"/>
      </w:pPr>
      <w:r>
        <w:t>کہ زندگی کا مقصد کیا ہے۔</w:t>
      </w:r>
    </w:p>
    <w:p>
      <w:r>
        <w:rPr>
          <w:b/>
        </w:rPr>
        <w:t xml:space="preserve">[10:09] </w:t>
      </w:r>
      <w:r>
        <w:t>ab ghhor kijiye ke jo aadmi saari zindagi parhta rahe, parhta rahe, parhta rahe, aur is ko yeh</w:t>
      </w:r>
    </w:p>
    <w:p>
      <w:pPr>
        <w:jc w:val="right"/>
      </w:pPr>
      <w:r>
        <w:t>اب غور کیجئے کہ جو آدمی ساری زندگی پڑھتا رہے، پڑھتا رہے، پڑھتا رہے، اور اس کو یہ</w:t>
      </w:r>
    </w:p>
    <w:p>
      <w:r>
        <w:rPr>
          <w:b/>
        </w:rPr>
        <w:t xml:space="preserve">[10:15] </w:t>
      </w:r>
      <w:r>
        <w:t>pata nahin ke zindagi ka maqsad kya hai, to kyun woh parhta tha aadat ke taur par? jab</w:t>
      </w:r>
    </w:p>
    <w:p>
      <w:pPr>
        <w:jc w:val="right"/>
      </w:pPr>
      <w:r>
        <w:t>پتہ نہیں کہ زندگی کا مقصد کیا ہے، تو کیوں وہ پڑھتا تھا عادت کے طور پر؟ جب</w:t>
      </w:r>
    </w:p>
    <w:p>
      <w:r>
        <w:rPr>
          <w:b/>
        </w:rPr>
        <w:t xml:space="preserve">[10:21] </w:t>
      </w:r>
      <w:r>
        <w:t>aap koi kaam aadat ke taur par parhen to aap ka sochne ka amal ruk jata hai.</w:t>
      </w:r>
    </w:p>
    <w:p>
      <w:pPr>
        <w:jc w:val="right"/>
      </w:pPr>
      <w:r>
        <w:t>آپ کوئی کام عادت کے طور پر پڑھیں تو آپ کا سوچنے کا عمل رک جاتا ہے۔</w:t>
      </w:r>
    </w:p>
    <w:p>
      <w:r>
        <w:rPr>
          <w:b/>
        </w:rPr>
        <w:t xml:space="preserve">[10:27] </w:t>
      </w:r>
      <w:r>
        <w:t>aap koi bhi cheez, aap hawa culture mein aap ki aadat ban jaye, testy food aap ki aadat</w:t>
      </w:r>
    </w:p>
    <w:p>
      <w:pPr>
        <w:jc w:val="right"/>
      </w:pPr>
      <w:r>
        <w:t>آپ کوئی بھی چیز، آپ ہوا کلچر میں آپ کی عادت بن جائے، ٹیسٹی فوڈ آپ کی عادت</w:t>
      </w:r>
    </w:p>
    <w:p>
      <w:r>
        <w:rPr>
          <w:b/>
        </w:rPr>
        <w:t xml:space="preserve">[10:33] </w:t>
      </w:r>
      <w:r>
        <w:t>ban jaye, parties aap ki aadat ban jaye, koi bhi cheez, mushaira aap ki aadat ban jaye, to</w:t>
      </w:r>
    </w:p>
    <w:p>
      <w:pPr>
        <w:jc w:val="right"/>
      </w:pPr>
      <w:r>
        <w:t>بن جائے، پارٹیز آپ کی عادت بن جائے، کوئی بھی چیز، مشاعرہ آپ کی عادت بن جائے، تو</w:t>
      </w:r>
    </w:p>
    <w:p>
      <w:r>
        <w:rPr>
          <w:b/>
        </w:rPr>
        <w:t xml:space="preserve">[10:39] </w:t>
      </w:r>
      <w:r>
        <w:t>us waqt jab ke aap is aadat mein mashghool honge, us waqt aap ka sochne ka amal</w:t>
      </w:r>
    </w:p>
    <w:p>
      <w:pPr>
        <w:jc w:val="right"/>
      </w:pPr>
      <w:r>
        <w:t>اس وقت جب کہ آپ اس عادت میں مشغول ہوں گے، اس وقت آپ کا سوچنے کا عمل</w:t>
      </w:r>
    </w:p>
    <w:p>
      <w:r>
        <w:rPr>
          <w:b/>
        </w:rPr>
        <w:t xml:space="preserve">[10:45] </w:t>
      </w:r>
      <w:r>
        <w:t>ruka rahega.</w:t>
      </w:r>
    </w:p>
    <w:p>
      <w:pPr>
        <w:jc w:val="right"/>
      </w:pPr>
      <w:r>
        <w:t>رکا رہے گا۔</w:t>
      </w:r>
    </w:p>
    <w:p>
      <w:r>
        <w:rPr>
          <w:b/>
        </w:rPr>
        <w:t xml:space="preserve">[10:51] </w:t>
      </w:r>
      <w:r>
        <w:t>yaani aadat ke zor par karenge aap, na ke sochne ke zor par.</w:t>
      </w:r>
    </w:p>
    <w:p>
      <w:pPr>
        <w:jc w:val="right"/>
      </w:pPr>
      <w:r>
        <w:t>یعنی عادت کے زور پر کریں گے آپ، نہ کہ سوچنے کے زور پر۔</w:t>
      </w:r>
    </w:p>
    <w:p>
      <w:r>
        <w:rPr>
          <w:b/>
        </w:rPr>
        <w:t xml:space="preserve">[10:57] </w:t>
      </w:r>
      <w:r>
        <w:t>yehi barterand russell ke saath hua.</w:t>
      </w:r>
    </w:p>
    <w:p>
      <w:pPr>
        <w:jc w:val="right"/>
      </w:pPr>
      <w:r>
        <w:t>یہی بارٹرینڈ رسل کے ساتھ ہوا۔</w:t>
      </w:r>
    </w:p>
    <w:p>
      <w:r>
        <w:rPr>
          <w:b/>
        </w:rPr>
        <w:t xml:space="preserve">[11:03] </w:t>
      </w:r>
      <w:r>
        <w:t>Bertrand Russell out of habit پڑھتا رہا، لیکن اس کا سوچنے کا عمل اسی نسبت سے ترقی نہیں ہوا۔</w:t>
      </w:r>
    </w:p>
    <w:p>
      <w:pPr>
        <w:jc w:val="right"/>
      </w:pPr>
      <w:r>
        <w:t>بارٹرینڈ رسل آؤٹ آف عادت پڑھتا رہا، لیکن اس کا سوچنے کا عمل اسی نسبت سے ترقی نہیں ہوا۔</w:t>
      </w:r>
    </w:p>
    <w:p>
      <w:r>
        <w:rPr>
          <w:b/>
        </w:rPr>
        <w:t xml:space="preserve">[11:09] </w:t>
      </w:r>
      <w:r>
        <w:t>to is ko pata hi nahin ke maqsad zindagi ka kya hai.</w:t>
      </w:r>
    </w:p>
    <w:p>
      <w:pPr>
        <w:jc w:val="right"/>
      </w:pPr>
      <w:r>
        <w:t>تو اس کو پتہ ہی نہیں کہ مقصد زندگی کا کیا ہے۔</w:t>
      </w:r>
    </w:p>
    <w:p>
      <w:r>
        <w:rPr>
          <w:b/>
        </w:rPr>
        <w:t xml:space="preserve">[11:15] </w:t>
      </w:r>
      <w:r>
        <w:t>kaisi ajeeb baat hai.</w:t>
      </w:r>
    </w:p>
    <w:p>
      <w:pPr>
        <w:jc w:val="right"/>
      </w:pPr>
      <w:r>
        <w:t>کیسی عجیب بات ہے۔</w:t>
      </w:r>
    </w:p>
    <w:p>
      <w:r>
        <w:rPr>
          <w:b/>
        </w:rPr>
        <w:t xml:space="preserve">[11:21] </w:t>
      </w:r>
      <w:r>
        <w:t>kaisi ajeeb baat hai.</w:t>
      </w:r>
    </w:p>
    <w:p>
      <w:pPr>
        <w:jc w:val="right"/>
      </w:pPr>
      <w:r>
        <w:t>کیسی عجیب بات ہے۔</w:t>
      </w:r>
    </w:p>
    <w:p>
      <w:r>
        <w:rPr>
          <w:b/>
        </w:rPr>
        <w:t xml:space="preserve">[11:27] </w:t>
      </w:r>
      <w:r>
        <w:t>to aadat jo hai, sochne ke amal ko maar deti hai.</w:t>
      </w:r>
    </w:p>
    <w:p>
      <w:pPr>
        <w:jc w:val="right"/>
      </w:pPr>
      <w:r>
        <w:t>تو عادت جو ہے، سوچنے کے عمل کو مار دیتی ہے۔</w:t>
      </w:r>
    </w:p>
    <w:p>
      <w:r>
        <w:rPr>
          <w:b/>
        </w:rPr>
        <w:t xml:space="preserve">[11:33] </w:t>
      </w:r>
      <w:r>
        <w:t>sochne ke amal ko maar deti hai.</w:t>
      </w:r>
    </w:p>
    <w:p>
      <w:pPr>
        <w:jc w:val="right"/>
      </w:pPr>
      <w:r>
        <w:t>سوچنے کے عمل کو مار دیتی ہے۔</w:t>
      </w:r>
    </w:p>
    <w:p>
      <w:r>
        <w:rPr>
          <w:b/>
        </w:rPr>
        <w:t xml:space="preserve">[11:39] </w:t>
      </w:r>
      <w:r>
        <w:t>kisi bhi cheez ki aadat ban jaye aap ko, patang urane ki aadat ban jaye aap ko, aap</w:t>
      </w:r>
    </w:p>
    <w:p>
      <w:pPr>
        <w:jc w:val="right"/>
      </w:pPr>
      <w:r>
        <w:t>کسی بھی چیز کی عادت بن جائے آپ کو، پتنگ اڑانے کی عادت بن جائے آپ کو، آپ</w:t>
      </w:r>
    </w:p>
    <w:p>
      <w:r>
        <w:rPr>
          <w:b/>
        </w:rPr>
        <w:t xml:space="preserve">[11:45] </w:t>
      </w:r>
      <w:r>
        <w:t>ko baatein karne ki aadat ban jaye, taash khelne ki aadat ban jaye, testy food ki aadat ban</w:t>
      </w:r>
    </w:p>
    <w:p>
      <w:pPr>
        <w:jc w:val="right"/>
      </w:pPr>
      <w:r>
        <w:t>کو باتیں کرنے کی عادت بن جائے، تاش کھیلنے کی عادت بن جائے، ٹیسٹی فوڈ کی عادت بن</w:t>
      </w:r>
    </w:p>
    <w:p>
      <w:r>
        <w:rPr>
          <w:b/>
        </w:rPr>
        <w:t xml:space="preserve">[11:51] </w:t>
      </w:r>
      <w:r>
        <w:t>jaye, koi bhi aadat, siyasi baaton ki aadat ban jaye, to us waqt jab ke aap is aadat</w:t>
      </w:r>
    </w:p>
    <w:p>
      <w:pPr>
        <w:jc w:val="right"/>
      </w:pPr>
      <w:r>
        <w:t>جائے، کوئی بھی عادت، سیاسی باتوں کی عادت بن جائے، تو اس وقت جب کہ آپ اس عادت</w:t>
      </w:r>
    </w:p>
    <w:p>
      <w:r>
        <w:rPr>
          <w:b/>
        </w:rPr>
        <w:t xml:space="preserve">[11:57] </w:t>
      </w:r>
      <w:r>
        <w:t>mein mashgool honge, aap ka sochne ka amal ruka rahega.</w:t>
      </w:r>
    </w:p>
    <w:p>
      <w:pPr>
        <w:jc w:val="right"/>
      </w:pPr>
      <w:r>
        <w:t>میں مشغول ہوں گے، آپ کا سوچنے کا عمل رکا رہے گا۔</w:t>
      </w:r>
    </w:p>
    <w:p>
      <w:r>
        <w:rPr>
          <w:b/>
        </w:rPr>
        <w:t xml:space="preserve">[12:03] </w:t>
      </w:r>
      <w:r>
        <w:t>yahi hua barterand rasal ke sath.</w:t>
      </w:r>
    </w:p>
    <w:p>
      <w:pPr>
        <w:jc w:val="right"/>
      </w:pPr>
      <w:r>
        <w:t>یہی ہوا بارٹرینڈ رسل کے ساتھ۔</w:t>
      </w:r>
    </w:p>
    <w:p>
      <w:r>
        <w:rPr>
          <w:b/>
        </w:rPr>
        <w:t xml:space="preserve">[12:09] </w:t>
      </w:r>
      <w:r>
        <w:t>sochne ka amal, yani woh study to karta raha, lekin uska sochne ka amal jo hai, woh</w:t>
      </w:r>
    </w:p>
    <w:p>
      <w:pPr>
        <w:jc w:val="right"/>
      </w:pPr>
      <w:r>
        <w:t>سوچنے کا عمل، یعنی وہ اسٹڈی تو کرتا رہا، لیکن اس کا سوچنے کا عمل جو ہے، وہ</w:t>
      </w:r>
    </w:p>
    <w:p>
      <w:r>
        <w:rPr>
          <w:b/>
        </w:rPr>
        <w:t xml:space="preserve">[12:15] </w:t>
      </w:r>
      <w:r>
        <w:t>isi nisbat se usne kaam nahi kiya.</w:t>
      </w:r>
    </w:p>
    <w:p>
      <w:pPr>
        <w:jc w:val="right"/>
      </w:pPr>
      <w:r>
        <w:t>اسی نسبت سے اس نے کام نہیں کیا۔</w:t>
      </w:r>
    </w:p>
    <w:p>
      <w:r>
        <w:rPr>
          <w:b/>
        </w:rPr>
        <w:t xml:space="preserve">[12:21] </w:t>
      </w:r>
      <w:r>
        <w:t>to is maamle par mazeed ghore karte hue mujhe samajh aaya ke iske chaar marhale hain.</w:t>
      </w:r>
    </w:p>
    <w:p>
      <w:pPr>
        <w:jc w:val="right"/>
      </w:pPr>
      <w:r>
        <w:t>تو اس معاملے پر مزید غور کرتے ہوئے مجھے سمجھ آیا کہ اس کے چار مراحل ہیں۔</w:t>
      </w:r>
    </w:p>
    <w:p>
      <w:r>
        <w:rPr>
          <w:b/>
        </w:rPr>
        <w:t xml:space="preserve">[12:27] </w:t>
      </w:r>
      <w:r>
        <w:t>is maamle ke chaar marhale hain.</w:t>
      </w:r>
    </w:p>
    <w:p>
      <w:pPr>
        <w:jc w:val="right"/>
      </w:pPr>
      <w:r>
        <w:t>اس معاملے کے چار مراحل ہیں۔</w:t>
      </w:r>
    </w:p>
    <w:p>
      <w:r>
        <w:rPr>
          <w:b/>
        </w:rPr>
        <w:t xml:space="preserve">[12:33] </w:t>
      </w:r>
      <w:r>
        <w:t>dekhen, aadmi jab kisi kaam mein mubtala hota hai to pehle ek test ke taur par woh aisa karta hai.</w:t>
      </w:r>
    </w:p>
    <w:p>
      <w:pPr>
        <w:jc w:val="right"/>
      </w:pPr>
      <w:r>
        <w:t>دیکھیں، آدمی جب کسی کام میں مبتلا ہوتا ہے تو پہلے ایک ٹیسٹ کے طور پر وہ ایسا کرتا ہے۔</w:t>
      </w:r>
    </w:p>
    <w:p>
      <w:r>
        <w:rPr>
          <w:b/>
        </w:rPr>
        <w:t xml:space="preserve">[12:39] </w:t>
      </w:r>
      <w:r>
        <w:t>chahe testy food ho, chahe alcohol ho, ya parties ho, ya hawa culture ho, ya baatein banana.</w:t>
      </w:r>
    </w:p>
    <w:p>
      <w:pPr>
        <w:jc w:val="right"/>
      </w:pPr>
      <w:r>
        <w:t>چاہے ٹیسٹی فوڈ ہو، چاہے الکحل ہو، یا پارٹیز ہو، یا ہوا کلچر ہو، یا باتیں بنانا۔</w:t>
      </w:r>
    </w:p>
    <w:p>
      <w:r>
        <w:rPr>
          <w:b/>
        </w:rPr>
        <w:t xml:space="preserve">[12:45] </w:t>
      </w:r>
      <w:r>
        <w:t>yeh bhi kuch logon ki aadat ho jati hai baatein banane ki.</w:t>
      </w:r>
    </w:p>
    <w:p>
      <w:pPr>
        <w:jc w:val="right"/>
      </w:pPr>
      <w:r>
        <w:t>یہ بھی کچھ لوگوں کی عادت ہو جاتی ہے باتیں بنانے کی۔</w:t>
      </w:r>
    </w:p>
    <w:p>
      <w:r>
        <w:rPr>
          <w:b/>
        </w:rPr>
        <w:t xml:space="preserve">[12:52] </w:t>
      </w:r>
      <w:r>
        <w:t>jab dekho baatein banayenge woh.</w:t>
      </w:r>
    </w:p>
    <w:p>
      <w:pPr>
        <w:jc w:val="right"/>
      </w:pPr>
      <w:r>
        <w:t>جب دیکھو باتیں بنائیں گے وہ۔</w:t>
      </w:r>
    </w:p>
    <w:p>
      <w:r>
        <w:rPr>
          <w:b/>
        </w:rPr>
        <w:t xml:space="preserve">[12:58] </w:t>
      </w:r>
      <w:r>
        <w:t>mein bohat se logon ko jaanta hoon kyunke woh baatein banane ki aadat ho gayi.</w:t>
      </w:r>
    </w:p>
    <w:p>
      <w:pPr>
        <w:jc w:val="right"/>
      </w:pPr>
      <w:r>
        <w:t>میں بہت سے لوگوں کو جانتا ہوں کیونکہ وہ باتیں بنانے کی عادت ہو گئی۔</w:t>
      </w:r>
    </w:p>
    <w:p>
      <w:r>
        <w:rPr>
          <w:b/>
        </w:rPr>
        <w:t xml:space="preserve">[13:04] </w:t>
      </w:r>
      <w:r>
        <w:t>ab woh jab bhi kisi se baat karte hain to baatein banate hain.</w:t>
      </w:r>
    </w:p>
    <w:p>
      <w:pPr>
        <w:jc w:val="right"/>
      </w:pPr>
      <w:r>
        <w:t>اب وہ جب بھی کسی سے بات کرتے ہیں تو باتیں بناتے ہیں۔</w:t>
      </w:r>
    </w:p>
    <w:p>
      <w:r>
        <w:rPr>
          <w:b/>
        </w:rPr>
        <w:t xml:space="preserve">[13:10] </w:t>
      </w:r>
      <w:r>
        <w:t>to dekhen, koi bhi kaam is qism ka hai, is mein aap ko shuru mein ek test milega. ek test.</w:t>
      </w:r>
    </w:p>
    <w:p>
      <w:pPr>
        <w:jc w:val="right"/>
      </w:pPr>
      <w:r>
        <w:t>تو دیکھیں، کوئی بھی کام اس قسم کا ہے، اس میں آپ کو شروع میں ایک ٹیسٹ ملے گا۔ ایک ٹیسٹ۔</w:t>
      </w:r>
    </w:p>
    <w:p>
      <w:r>
        <w:rPr>
          <w:b/>
        </w:rPr>
        <w:t xml:space="preserve">[13:16] </w:t>
      </w:r>
      <w:r>
        <w:t>to yeh pehla darja hai.</w:t>
      </w:r>
    </w:p>
    <w:p>
      <w:pPr>
        <w:jc w:val="right"/>
      </w:pPr>
      <w:r>
        <w:t>تو یہ پہلا درجہ ہے۔</w:t>
      </w:r>
    </w:p>
    <w:p>
      <w:r>
        <w:rPr>
          <w:b/>
        </w:rPr>
        <w:t xml:space="preserve">[13:22] </w:t>
      </w:r>
      <w:r>
        <w:t>to aap ko chahiye ke wahan aap usko check karen.</w:t>
      </w:r>
    </w:p>
    <w:p>
      <w:pPr>
        <w:jc w:val="right"/>
      </w:pPr>
      <w:r>
        <w:t>تو آپ کو چاہیے کہ وہاں آپ اس کو چیک کریں۔</w:t>
      </w:r>
    </w:p>
    <w:p>
      <w:r>
        <w:rPr>
          <w:b/>
        </w:rPr>
        <w:t xml:space="preserve">[13:28] </w:t>
      </w:r>
      <w:r>
        <w:t>jab aap kisi cheez mein test milne lage, test milne lage to usko check karen aap.</w:t>
      </w:r>
    </w:p>
    <w:p>
      <w:pPr>
        <w:jc w:val="right"/>
      </w:pPr>
      <w:r>
        <w:t>جب آپ کسی چیز میں ٹیسٹ ملنے لگے، ٹیسٹ ملنے لگے تو اس کو چیک کریں آپ۔</w:t>
      </w:r>
    </w:p>
    <w:p>
      <w:r>
        <w:rPr>
          <w:b/>
        </w:rPr>
        <w:t xml:space="preserve">[13:34] </w:t>
      </w:r>
      <w:r>
        <w:t>kyunke aap ko agar test milne laga to iska matlab hai ke aadat ka daira shuru ho gaya.</w:t>
      </w:r>
    </w:p>
    <w:p>
      <w:pPr>
        <w:jc w:val="right"/>
      </w:pPr>
      <w:r>
        <w:t>کیونکہ آپ کو اگر ٹیسٹ ملنے لگا تو اس کا معنی ہے کہ عادت کا دائرہ شروع ہو گیا۔</w:t>
      </w:r>
    </w:p>
    <w:p>
      <w:r>
        <w:rPr>
          <w:b/>
        </w:rPr>
        <w:t xml:space="preserve">[13:40] </w:t>
      </w:r>
      <w:r>
        <w:t>aadat ka daira shuru ho gaya.</w:t>
      </w:r>
    </w:p>
    <w:p>
      <w:pPr>
        <w:jc w:val="right"/>
      </w:pPr>
      <w:r>
        <w:t>عادت کا دائرہ شروع ہو گیا۔</w:t>
      </w:r>
    </w:p>
    <w:p>
      <w:r>
        <w:rPr>
          <w:b/>
        </w:rPr>
        <w:t xml:space="preserve">[13:46] </w:t>
      </w:r>
      <w:r>
        <w:t>mein apni zindagi ke bare mein keh sakta hoon ke kai cheezein aisi hain jo maine qasdan</w:t>
      </w:r>
    </w:p>
    <w:p>
      <w:pPr>
        <w:jc w:val="right"/>
      </w:pPr>
      <w:r>
        <w:t>میں اپنی زندگی کے بارے میں کہہ سکتا ہوں کہ کئی چیزیں ایسی ہیں جو میں نے قصداً</w:t>
      </w:r>
    </w:p>
    <w:p>
      <w:r>
        <w:rPr>
          <w:b/>
        </w:rPr>
        <w:t xml:space="preserve">[13:52] </w:t>
      </w:r>
      <w:r>
        <w:t>is liye chhoda ke mujhe lagta tha ke mujhe is mein mujhe test milne laga hai. test.</w:t>
      </w:r>
    </w:p>
    <w:p>
      <w:pPr>
        <w:jc w:val="right"/>
      </w:pPr>
      <w:r>
        <w:t>اس لیے چھوڑا کہ مجھے لگتا تھا کہ مجھے اس میں مجھے ٹیسٹ ملنے لگا ہے۔ ٹیسٹ۔</w:t>
      </w:r>
    </w:p>
    <w:p>
      <w:r>
        <w:rPr>
          <w:b/>
        </w:rPr>
        <w:t xml:space="preserve">[13:58] </w:t>
      </w:r>
      <w:r>
        <w:t>to chhoda isko maine.</w:t>
      </w:r>
    </w:p>
    <w:p>
      <w:pPr>
        <w:jc w:val="right"/>
      </w:pPr>
      <w:r>
        <w:t>تو چھوڑا اس کو میں نے۔</w:t>
      </w:r>
    </w:p>
    <w:p>
      <w:r>
        <w:rPr>
          <w:b/>
        </w:rPr>
        <w:t xml:space="preserve">[14:04] </w:t>
      </w:r>
      <w:r>
        <w:t>kyunke agar main test ko follow karta to dheere dheere woh adat ban jati.</w:t>
      </w:r>
    </w:p>
    <w:p>
      <w:pPr>
        <w:jc w:val="right"/>
      </w:pPr>
      <w:r>
        <w:t>کیونکہ اگر میں ٹیسٹ کو فالو کرتا تو دھیرے دھیرے وہ عادت بن جاتی۔</w:t>
      </w:r>
    </w:p>
    <w:p>
      <w:r>
        <w:rPr>
          <w:b/>
        </w:rPr>
        <w:t xml:space="preserve">[14:10] </w:t>
      </w:r>
      <w:r>
        <w:t>to pehle aata hai test, phir aati hai adat, phir aati hai lat, aur is ke baad kya</w:t>
      </w:r>
    </w:p>
    <w:p>
      <w:pPr>
        <w:jc w:val="right"/>
      </w:pPr>
      <w:r>
        <w:t>تو پہلے آتا ہے ٹیسٹ، پھر آتی ہے عادت، پھر آتی ہے لت، اور اس کے بعد کیا</w:t>
      </w:r>
    </w:p>
    <w:p>
      <w:r>
        <w:rPr>
          <w:b/>
        </w:rPr>
        <w:t xml:space="preserve">[14:16] </w:t>
      </w:r>
      <w:r>
        <w:t>hai? point of door return.</w:t>
      </w:r>
    </w:p>
    <w:p>
      <w:pPr>
        <w:jc w:val="right"/>
      </w:pPr>
      <w:r>
        <w:t>ہے؟ پوائنٹ آف ڈور ریٹرن۔</w:t>
      </w:r>
    </w:p>
    <w:p>
      <w:r>
        <w:rPr>
          <w:b/>
        </w:rPr>
        <w:t xml:space="preserve">[14:22] </w:t>
      </w:r>
      <w:r>
        <w:t>har mamle mein yeh chaar marhal hain.</w:t>
      </w:r>
    </w:p>
    <w:p>
      <w:pPr>
        <w:jc w:val="right"/>
      </w:pPr>
      <w:r>
        <w:t>ہر معاملے میں یہ چار مراحل ہیں۔</w:t>
      </w:r>
    </w:p>
    <w:p>
      <w:r>
        <w:rPr>
          <w:b/>
        </w:rPr>
        <w:t xml:space="preserve">[14:28] </w:t>
      </w:r>
      <w:r>
        <w:t>chaar marhal hain.</w:t>
      </w:r>
    </w:p>
    <w:p>
      <w:pPr>
        <w:jc w:val="right"/>
      </w:pPr>
      <w:r>
        <w:t>چار مراحل ہیں۔</w:t>
      </w:r>
    </w:p>
    <w:p>
      <w:r>
        <w:rPr>
          <w:b/>
        </w:rPr>
        <w:t xml:space="preserve">[14:34] </w:t>
      </w:r>
      <w:r>
        <w:t>to beshtar log kisi na kisi cheez ke aadi ho kar zindagi guzarte hain.</w:t>
      </w:r>
    </w:p>
    <w:p>
      <w:pPr>
        <w:jc w:val="right"/>
      </w:pPr>
      <w:r>
        <w:t>تو بیشتر لوگ کسی نہ کسی چیز کے عادی ہو کر زندگی گزارتے ہیں۔</w:t>
      </w:r>
    </w:p>
    <w:p>
      <w:r>
        <w:rPr>
          <w:b/>
        </w:rPr>
        <w:t xml:space="preserve">[14:40] </w:t>
      </w:r>
      <w:r>
        <w:t>koi na koi cheez.</w:t>
      </w:r>
    </w:p>
    <w:p>
      <w:pPr>
        <w:jc w:val="right"/>
      </w:pPr>
      <w:r>
        <w:t>کوئی نہ کوئی چیز۔</w:t>
      </w:r>
    </w:p>
    <w:p>
      <w:r>
        <w:rPr>
          <w:b/>
        </w:rPr>
        <w:t xml:space="preserve">[14:46] </w:t>
      </w:r>
      <w:r>
        <w:t>log samajhte hain ke jo alcohol leta ho ya cigarette peeta ho, wohi aadi hai.</w:t>
      </w:r>
    </w:p>
    <w:p>
      <w:pPr>
        <w:jc w:val="right"/>
      </w:pPr>
      <w:r>
        <w:t>لوگ سمجھتے ہیں کہ جو الکحل لیتا ہو یا سگریٹ پیتا ہو، وہی عادی ہے۔</w:t>
      </w:r>
    </w:p>
    <w:p>
      <w:r>
        <w:rPr>
          <w:b/>
        </w:rPr>
        <w:t xml:space="preserve">[14:52] </w:t>
      </w:r>
      <w:r>
        <w:t>nahi, har cheez ki adat pad jati hai.</w:t>
      </w:r>
    </w:p>
    <w:p>
      <w:pPr>
        <w:jc w:val="right"/>
      </w:pPr>
      <w:r>
        <w:t>نہیں، ہر چیز کی عادت پڑ جاتی ہے۔</w:t>
      </w:r>
    </w:p>
    <w:p>
      <w:r>
        <w:rPr>
          <w:b/>
        </w:rPr>
        <w:t xml:space="preserve">[14:58] </w:t>
      </w:r>
      <w:r>
        <w:t>koi bhi adat jo aap ko aap ke waqt ko khatam kare, koi bhi adat jo aap ko</w:t>
      </w:r>
    </w:p>
    <w:p>
      <w:pPr>
        <w:jc w:val="right"/>
      </w:pPr>
      <w:r>
        <w:t>کوئی بھی عادت جو آپ کو آپ کے وقت کو ختم کرے، کوئی بھی عادت جو آپ کو</w:t>
      </w:r>
    </w:p>
    <w:p>
      <w:r>
        <w:rPr>
          <w:b/>
        </w:rPr>
        <w:t xml:space="preserve">[15:04] </w:t>
      </w:r>
      <w:r>
        <w:t>bhatka de, koi bhi adat jo aap ka junoon ban jaye, woh buri hai.</w:t>
      </w:r>
    </w:p>
    <w:p>
      <w:pPr>
        <w:jc w:val="right"/>
      </w:pPr>
      <w:r>
        <w:t>بھٹکا دے، کوئی بھی عادت جو آپ کا جنون بن جائے، وہ بری ہے۔</w:t>
      </w:r>
    </w:p>
    <w:p>
      <w:r>
        <w:rPr>
          <w:b/>
        </w:rPr>
        <w:t xml:space="preserve">[15:10] </w:t>
      </w:r>
      <w:r>
        <w:t>woh buri hai.</w:t>
      </w:r>
    </w:p>
    <w:p>
      <w:pPr>
        <w:jc w:val="right"/>
      </w:pPr>
      <w:r>
        <w:t>وہ بری ہے۔</w:t>
      </w:r>
    </w:p>
    <w:p>
      <w:r>
        <w:rPr>
          <w:b/>
        </w:rPr>
        <w:t xml:space="preserve">[15:16] </w:t>
      </w:r>
      <w:r>
        <w:t>misalan ek sahab ko main ne dekha, un ki halat kya pad gai thi.</w:t>
      </w:r>
    </w:p>
    <w:p>
      <w:pPr>
        <w:jc w:val="right"/>
      </w:pPr>
      <w:r>
        <w:t>مثلاً ایک صاحب کو میں نے دیکھا، ان کی حالت کیا پڑ گئی تھی۔</w:t>
      </w:r>
    </w:p>
    <w:p>
      <w:r>
        <w:rPr>
          <w:b/>
        </w:rPr>
        <w:t xml:space="preserve">[15:22] </w:t>
      </w:r>
      <w:r>
        <w:t>yani mitti ka tukra, chikni mitti ka tukra le kar ke haath mein ice cream karte rehte the.</w:t>
      </w:r>
    </w:p>
    <w:p>
      <w:pPr>
        <w:jc w:val="right"/>
      </w:pPr>
      <w:r>
        <w:t>یعنی مٹی کا ٹکڑا، چکنی مٹی کا ٹکڑا لے کر کے ہاتھ میں آئس کریم کرتے رہتے تھے۔</w:t>
      </w:r>
    </w:p>
    <w:p>
      <w:r>
        <w:rPr>
          <w:b/>
        </w:rPr>
        <w:t xml:space="preserve">[15:28] </w:t>
      </w:r>
      <w:r>
        <w:t>ab woh halat uth gai thi, ice cream kar rahe hain.</w:t>
      </w:r>
    </w:p>
    <w:p>
      <w:pPr>
        <w:jc w:val="right"/>
      </w:pPr>
      <w:r>
        <w:t>اب وہ حالت اُٹھ گئی تھی، آئس کریم کر رہے ہیں۔</w:t>
      </w:r>
    </w:p>
    <w:p>
      <w:r>
        <w:rPr>
          <w:b/>
        </w:rPr>
        <w:t xml:space="preserve">[15:34] </w:t>
      </w:r>
      <w:r>
        <w:t>isi mein un ko ek test milta tha.</w:t>
      </w:r>
    </w:p>
    <w:p>
      <w:pPr>
        <w:jc w:val="right"/>
      </w:pPr>
      <w:r>
        <w:t>اسی میں ان کو ایک ٹیسٹ ملتا تھا۔</w:t>
      </w:r>
    </w:p>
    <w:p>
      <w:r>
        <w:rPr>
          <w:b/>
        </w:rPr>
        <w:t xml:space="preserve">[15:40] </w:t>
      </w:r>
      <w:r>
        <w:t>ek sahab ko main ne dekha ke un ko daadhi thi, ab ice cream le kar ke ice</w:t>
      </w:r>
    </w:p>
    <w:p>
      <w:pPr>
        <w:jc w:val="right"/>
      </w:pPr>
      <w:r>
        <w:t>ایک صاحب کو میں نے دیکھا کہ ان کو داڑھی تھی، اب آئس کریم لے کر کے آئس</w:t>
      </w:r>
    </w:p>
    <w:p>
      <w:r>
        <w:rPr>
          <w:b/>
        </w:rPr>
        <w:t xml:space="preserve">[15:46] </w:t>
      </w:r>
      <w:r>
        <w:t>cream karte the.</w:t>
      </w:r>
    </w:p>
    <w:p>
      <w:pPr>
        <w:jc w:val="right"/>
      </w:pPr>
      <w:r>
        <w:t>کریم کرتے تھے۔</w:t>
      </w:r>
    </w:p>
    <w:p>
      <w:r>
        <w:rPr>
          <w:b/>
        </w:rPr>
        <w:t xml:space="preserve">[15:52] </w:t>
      </w:r>
      <w:r>
        <w:t>barabar ice cream apni daadhi se ice cream karte the.</w:t>
      </w:r>
    </w:p>
    <w:p>
      <w:pPr>
        <w:jc w:val="right"/>
      </w:pPr>
      <w:r>
        <w:t>برابر آئس کریم اپنی داڑھی سے آئس کریم کرتے تھے۔</w:t>
      </w:r>
    </w:p>
    <w:p>
      <w:r>
        <w:rPr>
          <w:b/>
        </w:rPr>
        <w:t xml:space="preserve">[15:58] </w:t>
      </w:r>
      <w:r>
        <w:t>ab isi ko adat pad gayi un ko.</w:t>
      </w:r>
    </w:p>
    <w:p>
      <w:pPr>
        <w:jc w:val="right"/>
      </w:pPr>
      <w:r>
        <w:t>اب اسی کو عادت پڑ گئی ان کو۔</w:t>
      </w:r>
    </w:p>
    <w:p>
      <w:r>
        <w:rPr>
          <w:b/>
        </w:rPr>
        <w:t xml:space="preserve">[16:04] </w:t>
      </w:r>
      <w:r>
        <w:t>to dekhen, koi bhi cheez jo aap zindagi mein ikhtiyar karen, woh aap ka socha samjha faisla hona chahiye.</w:t>
      </w:r>
    </w:p>
    <w:p>
      <w:pPr>
        <w:jc w:val="right"/>
      </w:pPr>
      <w:r>
        <w:t>تو دیکھیں، کوئی بھی چیز جو آپ زندگی میں اختیار کریں، وہ آپ کا سوچا سمجھا فیصلہ ہونا چاہیے۔</w:t>
      </w:r>
    </w:p>
    <w:p>
      <w:r>
        <w:rPr>
          <w:b/>
        </w:rPr>
        <w:t xml:space="preserve">[16:10] </w:t>
      </w:r>
      <w:r>
        <w:t>adat ke taur par nahi.</w:t>
      </w:r>
    </w:p>
    <w:p>
      <w:pPr>
        <w:jc w:val="right"/>
      </w:pPr>
      <w:r>
        <w:t>عادت کے طور پر نہیں۔</w:t>
      </w:r>
    </w:p>
    <w:p>
      <w:r>
        <w:rPr>
          <w:b/>
        </w:rPr>
        <w:t xml:space="preserve">[16:16] </w:t>
      </w:r>
      <w:r>
        <w:t>socha samjha faisla.</w:t>
      </w:r>
    </w:p>
    <w:p>
      <w:pPr>
        <w:jc w:val="right"/>
      </w:pPr>
      <w:r>
        <w:t>سوچا سمجھا فیصلہ۔</w:t>
      </w:r>
    </w:p>
    <w:p>
      <w:r>
        <w:rPr>
          <w:b/>
        </w:rPr>
        <w:t xml:space="preserve">[16:22] </w:t>
      </w:r>
      <w:r>
        <w:t>kisi bhi cheez ko agar aap soche samjhe faisle ke taur par karenge to aap ka sochne</w:t>
      </w:r>
    </w:p>
    <w:p>
      <w:pPr>
        <w:jc w:val="right"/>
      </w:pPr>
      <w:r>
        <w:t>کسی بھی چیز کو اگر آپ سوچے سمجھے فیصلے کے طور پر کریں گے تو آپ کا سوچنے</w:t>
      </w:r>
    </w:p>
    <w:p>
      <w:r>
        <w:rPr>
          <w:b/>
        </w:rPr>
        <w:t xml:space="preserve">[16:28] </w:t>
      </w:r>
      <w:r>
        <w:t>ka amal jari rahega.</w:t>
      </w:r>
    </w:p>
    <w:p>
      <w:pPr>
        <w:jc w:val="right"/>
      </w:pPr>
      <w:r>
        <w:t>کا عمل جاری رہے گا۔</w:t>
      </w:r>
    </w:p>
    <w:p>
      <w:r>
        <w:rPr>
          <w:b/>
        </w:rPr>
        <w:t xml:space="preserve">[16:34] </w:t>
      </w:r>
      <w:r>
        <w:t>lekin agar aadat ke taur par karenge to sochne ka amal ruk jayega.</w:t>
      </w:r>
    </w:p>
    <w:p>
      <w:pPr>
        <w:jc w:val="right"/>
      </w:pPr>
      <w:r>
        <w:t>لیکن اگر عادت کے طور پر کریں گے تو سوچنے کا عمل رک جائے گا۔</w:t>
      </w:r>
    </w:p>
    <w:p>
      <w:r>
        <w:rPr>
          <w:b/>
        </w:rPr>
        <w:t xml:space="preserve">[16:40] </w:t>
      </w:r>
      <w:r>
        <w:t>to sab koi bhi cheez ho.</w:t>
      </w:r>
    </w:p>
    <w:p>
      <w:pPr>
        <w:jc w:val="right"/>
      </w:pPr>
      <w:r>
        <w:t>تو سب کوئی بھی چیز ہو۔</w:t>
      </w:r>
    </w:p>
    <w:p>
      <w:r>
        <w:rPr>
          <w:b/>
        </w:rPr>
        <w:t xml:space="preserve">[16:46] </w:t>
      </w:r>
      <w:r>
        <w:t>nazar par aati hai test.</w:t>
      </w:r>
    </w:p>
    <w:p>
      <w:pPr>
        <w:jc w:val="right"/>
      </w:pPr>
      <w:r>
        <w:t>نظر پر آتی ہے ٹیسٹ۔</w:t>
      </w:r>
    </w:p>
    <w:p>
      <w:r>
        <w:rPr>
          <w:b/>
        </w:rPr>
        <w:t xml:space="preserve">[16:52] </w:t>
      </w:r>
      <w:r>
        <w:t>misalan mujhe meetha khane ka pehle jo tha, meetha khane ka shauq ho gaya to meetha mujhe acha lagne laga.</w:t>
      </w:r>
    </w:p>
    <w:p>
      <w:pPr>
        <w:jc w:val="right"/>
      </w:pPr>
      <w:r>
        <w:t>مثلاً مجھے میٹھا کھانے کا پہلے جو تھا، میٹھا کھانے کا شوق ہو گیا تو میٹھا مجھے اچھا لگنے لگا۔</w:t>
      </w:r>
    </w:p>
    <w:p>
      <w:r>
        <w:rPr>
          <w:b/>
        </w:rPr>
        <w:t xml:space="preserve">[16:59] </w:t>
      </w:r>
      <w:r>
        <w:t>phir maine socha ke meetha meri aadat ban rahi hai.</w:t>
      </w:r>
    </w:p>
    <w:p>
      <w:pPr>
        <w:jc w:val="right"/>
      </w:pPr>
      <w:r>
        <w:t>پھر میں نے سوچا کہ میٹھا میری عادت بن رہی ہے۔</w:t>
      </w:r>
    </w:p>
    <w:p>
      <w:r>
        <w:rPr>
          <w:b/>
        </w:rPr>
        <w:t xml:space="preserve">[17:05] </w:t>
      </w:r>
      <w:r>
        <w:t>ke meethe ke baghair mujhe lagta hai ke abhi khana poora nahi hua.</w:t>
      </w:r>
    </w:p>
    <w:p>
      <w:pPr>
        <w:jc w:val="right"/>
      </w:pPr>
      <w:r>
        <w:t>کہ میٹھے کے بغیر مجھے لگتا ہے کہ ابھی کھانا پورا نہیں ہوا۔</w:t>
      </w:r>
    </w:p>
    <w:p>
      <w:r>
        <w:rPr>
          <w:b/>
        </w:rPr>
        <w:t xml:space="preserve">[17:11] </w:t>
      </w:r>
      <w:r>
        <w:t>to jab maine dekha ke meetha meri aadat banne shuru ho gayi to maine chhod diya.</w:t>
      </w:r>
    </w:p>
    <w:p>
      <w:pPr>
        <w:jc w:val="right"/>
      </w:pPr>
      <w:r>
        <w:t>تو جب میں نے دیکھا کہ میٹھا میری عادت بننے شروع ہو گئی تو میں نے چھوڑ دیا۔</w:t>
      </w:r>
    </w:p>
    <w:p>
      <w:r>
        <w:rPr>
          <w:b/>
        </w:rPr>
        <w:t xml:space="preserve">[17:17] </w:t>
      </w:r>
      <w:r>
        <w:t>ab main ittifaqan kabhi meetha kha leta hoon.</w:t>
      </w:r>
    </w:p>
    <w:p>
      <w:pPr>
        <w:jc w:val="right"/>
      </w:pPr>
      <w:r>
        <w:t>اب میں اتفاقاً کبھی میٹھا کھا لیتا ہوں۔</w:t>
      </w:r>
    </w:p>
    <w:p>
      <w:r>
        <w:rPr>
          <w:b/>
        </w:rPr>
        <w:t xml:space="preserve">[17:23] </w:t>
      </w:r>
      <w:r>
        <w:t>ab pehle har khane mein khata tha.</w:t>
      </w:r>
    </w:p>
    <w:p>
      <w:pPr>
        <w:jc w:val="right"/>
      </w:pPr>
      <w:r>
        <w:t>اب پہلے ہر کھانے میں کھاتا تھا۔</w:t>
      </w:r>
    </w:p>
    <w:p>
      <w:r>
        <w:rPr>
          <w:b/>
        </w:rPr>
        <w:t xml:space="preserve">[17:29] </w:t>
      </w:r>
      <w:r>
        <w:t>har khane mein.</w:t>
      </w:r>
    </w:p>
    <w:p>
      <w:pPr>
        <w:jc w:val="right"/>
      </w:pPr>
      <w:r>
        <w:t>ہر کھانے میں۔</w:t>
      </w:r>
    </w:p>
    <w:p>
      <w:r>
        <w:rPr>
          <w:b/>
        </w:rPr>
        <w:t xml:space="preserve">[17:35] </w:t>
      </w:r>
      <w:r>
        <w:t>to koi bhi cheez jab aap mehsoos karein ke is mein aap ko kuch test mil raha hai,</w:t>
      </w:r>
    </w:p>
    <w:p>
      <w:pPr>
        <w:jc w:val="right"/>
      </w:pPr>
      <w:r>
        <w:t>تو کوئی بھی چیز جب آپ محسوس کریں کہ اس میں آپ کو کچھ ٹیسٹ مل رہا ہے،</w:t>
      </w:r>
    </w:p>
    <w:p>
      <w:r>
        <w:rPr>
          <w:b/>
        </w:rPr>
        <w:t xml:space="preserve">[17:41] </w:t>
      </w:r>
      <w:r>
        <w:t>test to samjhiye ke wo ek naya, aap ek naye daire mein dakhil ho gaye.</w:t>
      </w:r>
    </w:p>
    <w:p>
      <w:pPr>
        <w:jc w:val="right"/>
      </w:pPr>
      <w:r>
        <w:t>ٹیسٹ تو سمجھئے کہ وہ ایک نیا، آپ ایک نئے دائرے میں داخل ہو گئے۔</w:t>
      </w:r>
    </w:p>
    <w:p>
      <w:r>
        <w:rPr>
          <w:b/>
        </w:rPr>
        <w:t xml:space="preserve">[17:47] </w:t>
      </w:r>
      <w:r>
        <w:t>ek naye daire mein.</w:t>
      </w:r>
    </w:p>
    <w:p>
      <w:pPr>
        <w:jc w:val="right"/>
      </w:pPr>
      <w:r>
        <w:t>ایک نئے دائرے میں۔</w:t>
      </w:r>
    </w:p>
    <w:p>
      <w:r>
        <w:rPr>
          <w:b/>
        </w:rPr>
        <w:t xml:space="preserve">[17:53] </w:t>
      </w:r>
      <w:r>
        <w:t>misalan shopping hai aur baatein banana hai, shair o shayari hai, naat khwani hai, mushaira hai, maishati baatein</w:t>
      </w:r>
    </w:p>
    <w:p>
      <w:pPr>
        <w:jc w:val="right"/>
      </w:pPr>
      <w:r>
        <w:t>مثلاً شاپنگ ہے اور باتیں بنانا ہے، شعر و شاعری ہے، نعت خوانی ہے، مشاعرہ ہے، معیشتی باتیں</w:t>
      </w:r>
    </w:p>
    <w:p>
      <w:r>
        <w:rPr>
          <w:b/>
        </w:rPr>
        <w:t xml:space="preserve">[17:59] </w:t>
      </w:r>
      <w:r>
        <w:t>karna hai, bachchon mein bohat zyada masghool hona hai.</w:t>
      </w:r>
    </w:p>
    <w:p>
      <w:pPr>
        <w:jc w:val="right"/>
      </w:pPr>
      <w:r>
        <w:t>کرنا ہے، بچوں میں بہت زیادہ مشغول ہونا ہے۔</w:t>
      </w:r>
    </w:p>
    <w:p>
      <w:r>
        <w:rPr>
          <w:b/>
        </w:rPr>
        <w:t xml:space="preserve">[18:05] </w:t>
      </w:r>
      <w:r>
        <w:t>tarah tarah ki aadatein logon ko hoti hain.</w:t>
      </w:r>
    </w:p>
    <w:p>
      <w:pPr>
        <w:jc w:val="right"/>
      </w:pPr>
      <w:r>
        <w:t>طرح طرح کی عادتیں لوگوں کو ہوتی ہیں۔</w:t>
      </w:r>
    </w:p>
    <w:p>
      <w:r>
        <w:rPr>
          <w:b/>
        </w:rPr>
        <w:t xml:space="preserve">[18:11] </w:t>
      </w:r>
      <w:r>
        <w:t>to wo aadat aadmi ko dheere dheere khatm kar leti hai.</w:t>
      </w:r>
    </w:p>
    <w:p>
      <w:pPr>
        <w:jc w:val="right"/>
      </w:pPr>
      <w:r>
        <w:t>تو وہ عادت آدمی کو دھیرے دھیرے ختم کر لیتی ہے۔</w:t>
      </w:r>
    </w:p>
    <w:p>
      <w:r>
        <w:rPr>
          <w:b/>
        </w:rPr>
        <w:t xml:space="preserve">[18:17] </w:t>
      </w:r>
      <w:r>
        <w:t>dheere dheere khatm kar leti hai.</w:t>
      </w:r>
    </w:p>
    <w:p>
      <w:pPr>
        <w:jc w:val="right"/>
      </w:pPr>
      <w:r>
        <w:t>دھیرے دھیرے ختم کر لیتی ہے۔</w:t>
      </w:r>
    </w:p>
    <w:p>
      <w:r>
        <w:rPr>
          <w:b/>
        </w:rPr>
        <w:t xml:space="preserve">[18:23] </w:t>
      </w:r>
      <w:r>
        <w:t>main aap ko ab ek aur bohat hi anokha qissa batata hoon.</w:t>
      </w:r>
    </w:p>
    <w:p>
      <w:pPr>
        <w:jc w:val="right"/>
      </w:pPr>
      <w:r>
        <w:t>میں آپ کو اب ایک اور بہت ہی انوکھا قصہ بتاتا ہوں۔</w:t>
      </w:r>
    </w:p>
    <w:p>
      <w:r>
        <w:rPr>
          <w:b/>
        </w:rPr>
        <w:t xml:space="preserve">[18:29] </w:t>
      </w:r>
      <w:r>
        <w:t>nojawani ki umar mein main ek doctor ke paas gaya.</w:t>
      </w:r>
    </w:p>
    <w:p>
      <w:pPr>
        <w:jc w:val="right"/>
      </w:pPr>
      <w:r>
        <w:t>نوجوانی کی عمر میں میں ایک ڈاکٹر کے پاس گیا۔</w:t>
      </w:r>
    </w:p>
    <w:p>
      <w:r>
        <w:rPr>
          <w:b/>
        </w:rPr>
        <w:t xml:space="preserve">[18:35] </w:t>
      </w:r>
      <w:r>
        <w:t>us waqt main jaunpur mein tha.</w:t>
      </w:r>
    </w:p>
    <w:p>
      <w:pPr>
        <w:jc w:val="right"/>
      </w:pPr>
      <w:r>
        <w:t>اس وقت میں جون پور میں تھا۔</w:t>
      </w:r>
    </w:p>
    <w:p>
      <w:r>
        <w:rPr>
          <w:b/>
        </w:rPr>
        <w:t xml:space="preserve">[18:41] </w:t>
      </w:r>
      <w:r>
        <w:t>to maine kaha ke mujhe qabz ki shikayat hai.</w:t>
      </w:r>
    </w:p>
    <w:p>
      <w:pPr>
        <w:jc w:val="right"/>
      </w:pPr>
      <w:r>
        <w:t>تو میں نے کہا کہ مجھے قبض کی شکایت ہے۔</w:t>
      </w:r>
    </w:p>
    <w:p>
      <w:r>
        <w:rPr>
          <w:b/>
        </w:rPr>
        <w:t xml:space="preserve">[18:47] </w:t>
      </w:r>
      <w:r>
        <w:t>qabz yani qabz.</w:t>
      </w:r>
    </w:p>
    <w:p>
      <w:pPr>
        <w:jc w:val="right"/>
      </w:pPr>
      <w:r>
        <w:t>قبض یعنی قبض۔</w:t>
      </w:r>
    </w:p>
    <w:p>
      <w:r>
        <w:rPr>
          <w:b/>
        </w:rPr>
        <w:t xml:space="preserve">[18:53] </w:t>
      </w:r>
      <w:r>
        <w:t>to doctor ne kaha ke cigarette peejiye.</w:t>
      </w:r>
    </w:p>
    <w:p>
      <w:pPr>
        <w:jc w:val="right"/>
      </w:pPr>
      <w:r>
        <w:t>تو ڈاکٹر نے کہا کہ سگریٹ پیجئے۔</w:t>
      </w:r>
    </w:p>
    <w:p>
      <w:r>
        <w:rPr>
          <w:b/>
        </w:rPr>
        <w:t xml:space="preserve">[18:59] </w:t>
      </w:r>
      <w:r>
        <w:t>to ek packet cigarette ka le aaya main.</w:t>
      </w:r>
    </w:p>
    <w:p>
      <w:pPr>
        <w:jc w:val="right"/>
      </w:pPr>
      <w:r>
        <w:t>تو ایک پیکٹ سگریٹ کا لے آیا میں۔</w:t>
      </w:r>
    </w:p>
    <w:p>
      <w:r>
        <w:rPr>
          <w:b/>
        </w:rPr>
        <w:t xml:space="preserve">[19:05] </w:t>
      </w:r>
      <w:r>
        <w:t>chand sigret maine piya to mujhe laga ke yeh to main aadi ban jaunga is ka.</w:t>
      </w:r>
    </w:p>
    <w:p>
      <w:pPr>
        <w:jc w:val="right"/>
      </w:pPr>
      <w:r>
        <w:t>چند سگریٹ میں نے پیا تو مجھے لگا کہ یہ تو میں عادی بن جاؤں گا اس کا۔</w:t>
      </w:r>
    </w:p>
    <w:p>
      <w:r>
        <w:rPr>
          <w:b/>
        </w:rPr>
        <w:t xml:space="preserve">[19:11] </w:t>
      </w:r>
      <w:r>
        <w:t>to abhi woh packet jo tha, is ka sigret khatam nahi hua tha, is ko phenk diya maine.</w:t>
      </w:r>
    </w:p>
    <w:p>
      <w:pPr>
        <w:jc w:val="right"/>
      </w:pPr>
      <w:r>
        <w:t>تو ابھی وہ پیکٹ جو تھا، اس کا سگریٹ ختم نہیں ہوا تھا، اس کو پھینک دیا میں نے۔</w:t>
      </w:r>
    </w:p>
    <w:p>
      <w:r>
        <w:rPr>
          <w:b/>
        </w:rPr>
        <w:t xml:space="preserve">[19:17] </w:t>
      </w:r>
      <w:r>
        <w:t>agar main na phenkta to dheere dheere main is ka aadi ban jata.</w:t>
      </w:r>
    </w:p>
    <w:p>
      <w:pPr>
        <w:jc w:val="right"/>
      </w:pPr>
      <w:r>
        <w:t>اگر میں نہ پھینکتا تو دھیرے دھیرے میں اس کا عادی بن جاتا۔</w:t>
      </w:r>
    </w:p>
    <w:p>
      <w:r>
        <w:rPr>
          <w:b/>
        </w:rPr>
        <w:t xml:space="preserve">[19:23] </w:t>
      </w:r>
      <w:r>
        <w:t>aur phir aap jante hain ke kya kya nuqsanat is ke hote hain.</w:t>
      </w:r>
    </w:p>
    <w:p>
      <w:pPr>
        <w:jc w:val="right"/>
      </w:pPr>
      <w:r>
        <w:t>اور پھر آپ جانتے ہیں کہ کیا کیا نقصانات اس کے ہوتے ہیں۔</w:t>
      </w:r>
    </w:p>
    <w:p>
      <w:r>
        <w:rPr>
          <w:b/>
        </w:rPr>
        <w:t xml:space="preserve">[19:29] </w:t>
      </w:r>
      <w:r>
        <w:t>to yeh ek ek ek yeh raaz hayat ek hai ke jab bhi koi cheez aap ko lage</w:t>
      </w:r>
    </w:p>
    <w:p>
      <w:pPr>
        <w:jc w:val="right"/>
      </w:pPr>
      <w:r>
        <w:t>تو یہ ایک ایک ایک یہ راز حیات ایک ہے کہ جب بھی کوئی چیز آپ کو لگے</w:t>
      </w:r>
    </w:p>
    <w:p>
      <w:r>
        <w:rPr>
          <w:b/>
        </w:rPr>
        <w:t xml:space="preserve">[19:35] </w:t>
      </w:r>
      <w:r>
        <w:t>ke is mein aap ko test mil raha hai to sochiye ke yeh jo test mil raha hai,</w:t>
      </w:r>
    </w:p>
    <w:p>
      <w:pPr>
        <w:jc w:val="right"/>
      </w:pPr>
      <w:r>
        <w:t>کہ اس میں آپ کو ٹیسٹ مل رہا ہے تو سوچیے کہ یہ جو ٹیسٹ مل رہا ہے،</w:t>
      </w:r>
    </w:p>
    <w:p>
      <w:r>
        <w:rPr>
          <w:b/>
        </w:rPr>
        <w:t xml:space="preserve">[19:41] </w:t>
      </w:r>
      <w:r>
        <w:t>kya is ka talluq meri zindagi se hai? maslan aap ko pani piyein, is mein test mil raha</w:t>
      </w:r>
    </w:p>
    <w:p>
      <w:pPr>
        <w:jc w:val="right"/>
      </w:pPr>
      <w:r>
        <w:t>کیا اس کا تعلق میری زندگی سے ہے؟ مثلاً آپ کو پانی پیئیں، اس میں ٹیسٹ مل رہا</w:t>
      </w:r>
    </w:p>
    <w:p>
      <w:r>
        <w:rPr>
          <w:b/>
        </w:rPr>
        <w:t xml:space="preserve">[19:47] </w:t>
      </w:r>
      <w:r>
        <w:t>ho to bohat achi baat hai.</w:t>
      </w:r>
    </w:p>
    <w:p>
      <w:pPr>
        <w:jc w:val="right"/>
      </w:pPr>
      <w:r>
        <w:t>ہو تو بہت اچھی بات ہے۔</w:t>
      </w:r>
    </w:p>
    <w:p>
      <w:r>
        <w:rPr>
          <w:b/>
        </w:rPr>
        <w:t xml:space="preserve">[19:53] </w:t>
      </w:r>
      <w:r>
        <w:t>kyun ke pani to peena hi peena hai.</w:t>
      </w:r>
    </w:p>
    <w:p>
      <w:pPr>
        <w:jc w:val="right"/>
      </w:pPr>
      <w:r>
        <w:t>کیونکہ پانی تو پینا ہی پینا ہے۔</w:t>
      </w:r>
    </w:p>
    <w:p>
      <w:r>
        <w:rPr>
          <w:b/>
        </w:rPr>
        <w:t xml:space="preserve">[19:59] </w:t>
      </w:r>
      <w:r>
        <w:t>lekin agar aap alcohol mein test milne lage to bohat khatarnak hai woh.</w:t>
      </w:r>
    </w:p>
    <w:p>
      <w:pPr>
        <w:jc w:val="right"/>
      </w:pPr>
      <w:r>
        <w:t>لیکن اگر آپ الکحل میں ٹیسٹ ملنے لگے تو بہت خطرناک ہے وہ۔</w:t>
      </w:r>
    </w:p>
    <w:p>
      <w:r>
        <w:rPr>
          <w:b/>
        </w:rPr>
        <w:t xml:space="preserve">[20:05] </w:t>
      </w:r>
      <w:r>
        <w:t>to jab bhi kisi cheez mein aap ko test mile, jis ko urdu mein kehte hain maza, to</w:t>
      </w:r>
    </w:p>
    <w:p>
      <w:pPr>
        <w:jc w:val="right"/>
      </w:pPr>
      <w:r>
        <w:t>تو جب بھی کسی چیز میں آپ کو ٹیسٹ ملے، جس کو اردو میں کہتے ہیں مزہ، تو</w:t>
      </w:r>
    </w:p>
    <w:p>
      <w:r>
        <w:rPr>
          <w:b/>
        </w:rPr>
        <w:t xml:space="preserve">[20:11] </w:t>
      </w:r>
      <w:r>
        <w:t>fauran sochiye ke yeh meri sehat ke liye, meri zindagi ke liye acha hai ya bura.</w:t>
      </w:r>
    </w:p>
    <w:p>
      <w:pPr>
        <w:jc w:val="right"/>
      </w:pPr>
      <w:r>
        <w:t>فوراً سوچیے کہ یہ میری صحت کے لیے، میری زندگی کے لیے اچھا ہے یا برا۔</w:t>
      </w:r>
    </w:p>
    <w:p>
      <w:r>
        <w:rPr>
          <w:b/>
        </w:rPr>
        <w:t xml:space="preserve">[20:17] </w:t>
      </w:r>
      <w:r>
        <w:t>agar woh acha ho to theek hai, jaise pani hai, acha ho to theek hai.</w:t>
      </w:r>
    </w:p>
    <w:p>
      <w:pPr>
        <w:jc w:val="right"/>
      </w:pPr>
      <w:r>
        <w:t>اگر وہ اچھا ہو تو ٹھیک ہے، جیسے پانی ہے، اچھا ہو تو ٹھیک ہے۔</w:t>
      </w:r>
    </w:p>
    <w:p>
      <w:r>
        <w:rPr>
          <w:b/>
        </w:rPr>
        <w:t xml:space="preserve">[20:23] </w:t>
      </w:r>
      <w:r>
        <w:t>lekin jaise lage ke aap ko yeh to meri is mein to mere liye yeh mere liye buri</w:t>
      </w:r>
    </w:p>
    <w:p>
      <w:pPr>
        <w:jc w:val="right"/>
      </w:pPr>
      <w:r>
        <w:t>لیکن جیسے لگے کہ آپ کو یہ تو میری اس میں تو میرے لیے یہ میرے لیے بری</w:t>
      </w:r>
    </w:p>
    <w:p>
      <w:r>
        <w:rPr>
          <w:b/>
        </w:rPr>
        <w:t xml:space="preserve">[20:29] </w:t>
      </w:r>
      <w:r>
        <w:t>cheez hai, chahe woh paisa barbad karne ke bare mein ho, waqt barbad karne ke bare mein ho,</w:t>
      </w:r>
    </w:p>
    <w:p>
      <w:pPr>
        <w:jc w:val="right"/>
      </w:pPr>
      <w:r>
        <w:t>چیز ہے، چاہے وہ پیسہ برباد کرنے کے بارے میں ہو، وقت برباد کرنے کے بارے میں ہو،</w:t>
      </w:r>
    </w:p>
    <w:p>
      <w:r>
        <w:rPr>
          <w:b/>
        </w:rPr>
        <w:t xml:space="preserve">[20:35] </w:t>
      </w:r>
      <w:r>
        <w:t>sehat kharab karne ke muamle mein ho, to fauran chhod dijiye is ko.</w:t>
      </w:r>
    </w:p>
    <w:p>
      <w:pPr>
        <w:jc w:val="right"/>
      </w:pPr>
      <w:r>
        <w:t>صحت خراب کرنے کے معاملے میں ہو، تو فوراً چھوڑ دیجئے اس کو۔</w:t>
      </w:r>
    </w:p>
    <w:p>
      <w:r>
        <w:rPr>
          <w:b/>
        </w:rPr>
        <w:t xml:space="preserve">[20:41] </w:t>
      </w:r>
      <w:r>
        <w:t>chhodne mein tauba qareeb wala muamla kijiye.</w:t>
      </w:r>
    </w:p>
    <w:p>
      <w:pPr>
        <w:jc w:val="right"/>
      </w:pPr>
      <w:r>
        <w:t>چھوڑنے میں توبہ قریب والا معاملہ کیجئے۔</w:t>
      </w:r>
    </w:p>
    <w:p>
      <w:r>
        <w:rPr>
          <w:b/>
        </w:rPr>
        <w:t xml:space="preserve">[20:47] </w:t>
      </w:r>
      <w:r>
        <w:t>yani tezi se wapsi, fauran ke fauran.</w:t>
      </w:r>
    </w:p>
    <w:p>
      <w:pPr>
        <w:jc w:val="right"/>
      </w:pPr>
      <w:r>
        <w:t>یعنی تیزی سے واپسی، فوراً کے فوراً۔</w:t>
      </w:r>
    </w:p>
    <w:p>
      <w:r>
        <w:rPr>
          <w:b/>
        </w:rPr>
        <w:t xml:space="preserve">[20:53] </w:t>
      </w:r>
      <w:r>
        <w:t>to hota kya hai, agar aap aisa na karein to kya hoga? ke pehle ek cheez aap ki</w:t>
      </w:r>
    </w:p>
    <w:p>
      <w:pPr>
        <w:jc w:val="right"/>
      </w:pPr>
      <w:r>
        <w:t>تو ہوتا کیا ہے، اگر آپ ایسا نہ کریں تو کیا ہوگا؟ کہ پہلے ایک چیز آپ کی</w:t>
      </w:r>
    </w:p>
    <w:p>
      <w:r>
        <w:rPr>
          <w:b/>
        </w:rPr>
        <w:t xml:space="preserve">[20:59] </w:t>
      </w:r>
      <w:r>
        <w:t>zindagi mein bator test aye gi. test.</w:t>
      </w:r>
    </w:p>
    <w:p>
      <w:pPr>
        <w:jc w:val="right"/>
      </w:pPr>
      <w:r>
        <w:t>زندگی میں بطور ٹیسٹ آئے گی۔ ٹیسٹ۔</w:t>
      </w:r>
    </w:p>
    <w:p>
      <w:r>
        <w:rPr>
          <w:b/>
        </w:rPr>
        <w:t xml:space="preserve">[21:06] </w:t>
      </w:r>
      <w:r>
        <w:t>phir woh taraqqi kare gi.</w:t>
      </w:r>
    </w:p>
    <w:p>
      <w:pPr>
        <w:jc w:val="right"/>
      </w:pPr>
      <w:r>
        <w:t>پھر وہ ترقی کرے گی۔</w:t>
      </w:r>
    </w:p>
    <w:p>
      <w:r>
        <w:rPr>
          <w:b/>
        </w:rPr>
        <w:t xml:space="preserve">[21:12] </w:t>
      </w:r>
      <w:r>
        <w:t>taraqqi karte karte woh adat baney gi.</w:t>
      </w:r>
    </w:p>
    <w:p>
      <w:pPr>
        <w:jc w:val="right"/>
      </w:pPr>
      <w:r>
        <w:t>ترقی کرتے کرتے وہ عادت بنے گی۔</w:t>
      </w:r>
    </w:p>
    <w:p>
      <w:r>
        <w:rPr>
          <w:b/>
        </w:rPr>
        <w:t xml:space="preserve">[21:18] </w:t>
      </w:r>
      <w:r>
        <w:t>agar aap nahi chhodenge to phir taraqqi hogi.</w:t>
      </w:r>
    </w:p>
    <w:p>
      <w:pPr>
        <w:jc w:val="right"/>
      </w:pPr>
      <w:r>
        <w:t>اگر آپ نہیں چھوڑیں گے تو پھر ترقی ہوگی۔</w:t>
      </w:r>
    </w:p>
    <w:p>
      <w:r>
        <w:rPr>
          <w:b/>
        </w:rPr>
        <w:t xml:space="preserve">[21:24] </w:t>
      </w:r>
      <w:r>
        <w:t>phir taraqqi karte karte woh kya, lat ban jaye gi. lat.</w:t>
      </w:r>
    </w:p>
    <w:p>
      <w:pPr>
        <w:jc w:val="right"/>
      </w:pPr>
      <w:r>
        <w:t>پھر ترقی کرتے کرتے وہ کیا، لت بن جائے گی۔ لت۔</w:t>
      </w:r>
    </w:p>
    <w:p>
      <w:r>
        <w:rPr>
          <w:b/>
        </w:rPr>
        <w:t xml:space="preserve">[21:30] </w:t>
      </w:r>
      <w:r>
        <w:t>aur phir taraqqi karti rahe gi woh, yahan tak ke point of door return aa jayega.</w:t>
      </w:r>
    </w:p>
    <w:p>
      <w:pPr>
        <w:jc w:val="right"/>
      </w:pPr>
      <w:r>
        <w:t>اور پھر ترقی کرتی رہے گی وہ، یہاں تک کہ پوائنٹ آف ڈور ریٹرن آ جائے گا۔</w:t>
      </w:r>
    </w:p>
    <w:p>
      <w:r>
        <w:rPr>
          <w:b/>
        </w:rPr>
        <w:t xml:space="preserve">[21:36] </w:t>
      </w:r>
      <w:r>
        <w:t>ek sahab ko main janta hoon, ab un ka intqaal ho gaya.</w:t>
      </w:r>
    </w:p>
    <w:p>
      <w:pPr>
        <w:jc w:val="right"/>
      </w:pPr>
      <w:r>
        <w:t>ایک صاحب کو میں جانتا ہوں، اب ان کا انتقال ہو گیا۔</w:t>
      </w:r>
    </w:p>
    <w:p>
      <w:r>
        <w:rPr>
          <w:b/>
        </w:rPr>
        <w:t xml:space="preserve">[21:42] </w:t>
      </w:r>
      <w:r>
        <w:t>wo cigarette peete thay.</w:t>
      </w:r>
    </w:p>
    <w:p>
      <w:pPr>
        <w:jc w:val="right"/>
      </w:pPr>
      <w:r>
        <w:t>وہ سگریٹ پیتے تھے۔</w:t>
      </w:r>
    </w:p>
    <w:p>
      <w:r>
        <w:rPr>
          <w:b/>
        </w:rPr>
        <w:t xml:space="preserve">[21:48] </w:t>
      </w:r>
      <w:r>
        <w:t>main un ko bohat mana karta tha ke cigarette mat pijye.</w:t>
      </w:r>
    </w:p>
    <w:p>
      <w:pPr>
        <w:jc w:val="right"/>
      </w:pPr>
      <w:r>
        <w:t>میں ان کو بہت منع کرتا تھا کہ سگریٹ مت پیجئے۔</w:t>
      </w:r>
    </w:p>
    <w:p>
      <w:r>
        <w:rPr>
          <w:b/>
        </w:rPr>
        <w:t xml:space="preserve">[21:54] </w:t>
      </w:r>
      <w:r>
        <w:t>lekin kai baar chhora unhon ne.</w:t>
      </w:r>
    </w:p>
    <w:p>
      <w:pPr>
        <w:jc w:val="right"/>
      </w:pPr>
      <w:r>
        <w:t>لیکن کئی بار چھوڑا انہوں نے۔</w:t>
      </w:r>
    </w:p>
    <w:p>
      <w:r>
        <w:rPr>
          <w:b/>
        </w:rPr>
        <w:t xml:space="preserve">[22:00] </w:t>
      </w:r>
      <w:r>
        <w:t>chhor chhor kar ke phir wo dobara lagte thay peene, kyunke wo un ki aadat ban gayi thi.</w:t>
      </w:r>
    </w:p>
    <w:p>
      <w:pPr>
        <w:jc w:val="right"/>
      </w:pPr>
      <w:r>
        <w:t>چھوڑ چھوڑ کر کے پھر وہ دوبارہ لگتے تھے پینے، کیونکہ وہ ان کی عادت بن گئی تھی۔</w:t>
      </w:r>
    </w:p>
    <w:p>
      <w:r>
        <w:rPr>
          <w:b/>
        </w:rPr>
        <w:t xml:space="preserve">[22:06] </w:t>
      </w:r>
      <w:r>
        <w:t>to chhorne ke baad bhi wo phir wo is par qaim nahi rehte thay.</w:t>
      </w:r>
    </w:p>
    <w:p>
      <w:pPr>
        <w:jc w:val="right"/>
      </w:pPr>
      <w:r>
        <w:t>تو چھوڑنے کے بعد بھی وہ پھر وہ اس پر قائم نہیں رہتے تھے۔</w:t>
      </w:r>
    </w:p>
    <w:p>
      <w:r>
        <w:rPr>
          <w:b/>
        </w:rPr>
        <w:t xml:space="preserve">[22:12] </w:t>
      </w:r>
      <w:r>
        <w:t>yahan tak ke un ki sehat bohat kharab ho gayi.</w:t>
      </w:r>
    </w:p>
    <w:p>
      <w:pPr>
        <w:jc w:val="right"/>
      </w:pPr>
      <w:r>
        <w:t>یہاں تک کہ ان کی صحت بہت خراب ہو گئی۔</w:t>
      </w:r>
    </w:p>
    <w:p>
      <w:r>
        <w:rPr>
          <w:b/>
        </w:rPr>
        <w:t xml:space="preserve">[22:18] </w:t>
      </w:r>
      <w:r>
        <w:t>aur mujh se chote thay wo.</w:t>
      </w:r>
    </w:p>
    <w:p>
      <w:pPr>
        <w:jc w:val="right"/>
      </w:pPr>
      <w:r>
        <w:t>اور مجھ سے چھوٹے تھے وہ۔</w:t>
      </w:r>
    </w:p>
    <w:p>
      <w:r>
        <w:rPr>
          <w:b/>
        </w:rPr>
        <w:t xml:space="preserve">[22:24] </w:t>
      </w:r>
      <w:r>
        <w:t>aur un ka ab maut ho chuki hai.</w:t>
      </w:r>
    </w:p>
    <w:p>
      <w:pPr>
        <w:jc w:val="right"/>
      </w:pPr>
      <w:r>
        <w:t>اور ان کا اب موت ہو چکی ہے۔</w:t>
      </w:r>
    </w:p>
    <w:p>
      <w:r>
        <w:rPr>
          <w:b/>
        </w:rPr>
        <w:t xml:space="preserve">[22:30] </w:t>
      </w:r>
      <w:r>
        <w:t>maut ho chuki hai.</w:t>
      </w:r>
    </w:p>
    <w:p>
      <w:pPr>
        <w:jc w:val="right"/>
      </w:pPr>
      <w:r>
        <w:t>موت ہو چکی ہے۔</w:t>
      </w:r>
    </w:p>
    <w:p>
      <w:r>
        <w:rPr>
          <w:b/>
        </w:rPr>
        <w:t xml:space="preserve">[22:36] </w:t>
      </w:r>
      <w:r>
        <w:t>to tauba qareeb mein bohat hi anokhi baat kahi gayi hai.</w:t>
      </w:r>
    </w:p>
    <w:p>
      <w:pPr>
        <w:jc w:val="right"/>
      </w:pPr>
      <w:r>
        <w:t>تو توبہ قریب میں بہت ہی انوکھی بات کہی گئی ہے۔</w:t>
      </w:r>
    </w:p>
    <w:p>
      <w:r>
        <w:rPr>
          <w:b/>
        </w:rPr>
        <w:t xml:space="preserve">[22:42] </w:t>
      </w:r>
      <w:r>
        <w:t>yani is tezi se tauba.</w:t>
      </w:r>
    </w:p>
    <w:p>
      <w:pPr>
        <w:jc w:val="right"/>
      </w:pPr>
      <w:r>
        <w:t>یعنی اس تیزی سے توبہ۔</w:t>
      </w:r>
    </w:p>
    <w:p>
      <w:r>
        <w:rPr>
          <w:b/>
        </w:rPr>
        <w:t xml:space="preserve">[22:48] </w:t>
      </w:r>
      <w:r>
        <w:t>kyunke agar aap yani tauba mein der kiya aap ne to phir tauba hi naamumkin ho jata hai.</w:t>
      </w:r>
    </w:p>
    <w:p>
      <w:pPr>
        <w:jc w:val="right"/>
      </w:pPr>
      <w:r>
        <w:t>کیونکہ اگر آپ یعنی توبہ میں دیر کیا آپ نے تو پھر توبہ ہی ناممکن ہو جاتا ہے۔</w:t>
      </w:r>
    </w:p>
    <w:p>
      <w:r>
        <w:rPr>
          <w:b/>
        </w:rPr>
        <w:t xml:space="preserve">[22:54] </w:t>
      </w:r>
      <w:r>
        <w:t>ho jayega.</w:t>
      </w:r>
    </w:p>
    <w:p>
      <w:pPr>
        <w:jc w:val="right"/>
      </w:pPr>
      <w:r>
        <w:t>ہو جائے گا۔</w:t>
      </w:r>
    </w:p>
    <w:p>
      <w:r>
        <w:rPr>
          <w:b/>
        </w:rPr>
        <w:t xml:space="preserve">[23:00] </w:t>
      </w:r>
      <w:r>
        <w:t>ke phir aap chhor nahi payenge is cheez ko.</w:t>
      </w:r>
    </w:p>
    <w:p>
      <w:pPr>
        <w:jc w:val="right"/>
      </w:pPr>
      <w:r>
        <w:t>کہ پھر آپ چھوڑ نہیں پائیں گے اس چیز کو۔</w:t>
      </w:r>
    </w:p>
    <w:p>
      <w:r>
        <w:rPr>
          <w:b/>
        </w:rPr>
        <w:t xml:space="preserve">[23:06] </w:t>
      </w:r>
      <w:r>
        <w:t>to aap ko sochna hai bilkul ibtida mein.</w:t>
      </w:r>
    </w:p>
    <w:p>
      <w:pPr>
        <w:jc w:val="right"/>
      </w:pPr>
      <w:r>
        <w:t>تو آپ کو سوچنا ہے بالکل ابتدا میں۔</w:t>
      </w:r>
    </w:p>
    <w:p>
      <w:r>
        <w:rPr>
          <w:b/>
        </w:rPr>
        <w:t xml:space="preserve">[23:12] </w:t>
      </w:r>
      <w:r>
        <w:t>aakhir mein aap nahi soch sakte.</w:t>
      </w:r>
    </w:p>
    <w:p>
      <w:pPr>
        <w:jc w:val="right"/>
      </w:pPr>
      <w:r>
        <w:t>آخر میں آپ نہیں سوچ سکتے۔</w:t>
      </w:r>
    </w:p>
    <w:p>
      <w:r>
        <w:rPr>
          <w:b/>
        </w:rPr>
        <w:t xml:space="preserve">[23:18] </w:t>
      </w:r>
      <w:r>
        <w:t>main bohat barson se bas sochta tha ke tauba qareeb ka kya matlab hai? Sum yatubuna min qareeb.</w:t>
      </w:r>
    </w:p>
    <w:p>
      <w:pPr>
        <w:jc w:val="right"/>
      </w:pPr>
      <w:r>
        <w:t>میں بہت برسوں سے بس سوچتا تھا کہ توبہ قریب کا کیا مطلب ہے؟ ثم یتوبون من قریب۔</w:t>
      </w:r>
    </w:p>
    <w:p>
      <w:r>
        <w:rPr>
          <w:b/>
        </w:rPr>
        <w:t xml:space="preserve">[23:24] </w:t>
      </w:r>
      <w:r>
        <w:t>phir jaldi tauba karte hain.</w:t>
      </w:r>
    </w:p>
    <w:p>
      <w:pPr>
        <w:jc w:val="right"/>
      </w:pPr>
      <w:r>
        <w:t>پھر جلدی توبہ کرتے ہیں۔</w:t>
      </w:r>
    </w:p>
    <w:p>
      <w:r>
        <w:rPr>
          <w:b/>
        </w:rPr>
        <w:t xml:space="preserve">[23:30] </w:t>
      </w:r>
      <w:r>
        <w:t>kya matlab hai is ka? To tafseeron mein wazeh nahi hai.</w:t>
      </w:r>
    </w:p>
    <w:p>
      <w:pPr>
        <w:jc w:val="right"/>
      </w:pPr>
      <w:r>
        <w:t>کیا مطلب ہے اس کا؟ تو تفسیروں میں واضح نہیں ہے۔</w:t>
      </w:r>
    </w:p>
    <w:p>
      <w:r>
        <w:rPr>
          <w:b/>
        </w:rPr>
        <w:t xml:space="preserve">[23:36] </w:t>
      </w:r>
      <w:r>
        <w:t>is ko maine tafseeron mein parha to is mein koi wazeh baat nahi mili.</w:t>
      </w:r>
    </w:p>
    <w:p>
      <w:pPr>
        <w:jc w:val="right"/>
      </w:pPr>
      <w:r>
        <w:t>اس کو میں نے تفسیروں میں پڑھا تو اس میں کوئی واضح بات نہیں ملی۔</w:t>
      </w:r>
    </w:p>
    <w:p>
      <w:r>
        <w:rPr>
          <w:b/>
        </w:rPr>
        <w:t xml:space="preserve">[23:42] </w:t>
      </w:r>
      <w:r>
        <w:t>phir jo insaan ke andar jo qudrati amal hai, jo us ki nafsiyat hai, us par ghor kiya maine.</w:t>
      </w:r>
    </w:p>
    <w:p>
      <w:pPr>
        <w:jc w:val="right"/>
      </w:pPr>
      <w:r>
        <w:t>پھر جو انسان کے اندر جو قدرتی عمل ہے، جو اس کی نفسیات ہے، اس پر غور کیا میں نے۔</w:t>
      </w:r>
    </w:p>
    <w:p>
      <w:r>
        <w:rPr>
          <w:b/>
        </w:rPr>
        <w:t xml:space="preserve">[23:48] </w:t>
      </w:r>
      <w:r>
        <w:t>tab samajh aaya ke tauba qareeb bohat hi ek mani khez baat hai is ke andar.</w:t>
      </w:r>
    </w:p>
    <w:p>
      <w:pPr>
        <w:jc w:val="right"/>
      </w:pPr>
      <w:r>
        <w:t>تب سمجھ آیا کہ توبہ قریب بہت ہی ایک معنی خیز بات ہے اس کے اندر۔</w:t>
      </w:r>
    </w:p>
    <w:p>
      <w:r>
        <w:rPr>
          <w:b/>
        </w:rPr>
        <w:t xml:space="preserve">[23:54] </w:t>
      </w:r>
      <w:r>
        <w:t>bohat hi mani khez.</w:t>
      </w:r>
    </w:p>
    <w:p>
      <w:pPr>
        <w:jc w:val="right"/>
      </w:pPr>
      <w:r>
        <w:t>بہت ہی معنی خیز۔</w:t>
      </w:r>
    </w:p>
    <w:p>
      <w:r>
        <w:rPr>
          <w:b/>
        </w:rPr>
        <w:t xml:space="preserve">[24:00] </w:t>
      </w:r>
      <w:r>
        <w:t>kyunke tauba qareeb nahi kiya to to to tauba bari to mumkin hi nahi hai.</w:t>
      </w:r>
    </w:p>
    <w:p>
      <w:pPr>
        <w:jc w:val="right"/>
      </w:pPr>
      <w:r>
        <w:t>کیونکہ توبہ قریب نہیں کیا تو تو تو توبہ بڑی تو ممکن ہی نہیں ہے۔</w:t>
      </w:r>
    </w:p>
    <w:p>
      <w:r>
        <w:rPr>
          <w:b/>
        </w:rPr>
        <w:t xml:space="preserve">[24:06] </w:t>
      </w:r>
      <w:r>
        <w:t>yani foran agar nahi toba kiya to der ho gayi to phir toba hi nahi kar payenge aap.</w:t>
      </w:r>
    </w:p>
    <w:p>
      <w:pPr>
        <w:jc w:val="right"/>
      </w:pPr>
      <w:r>
        <w:t>یعنی فوراً اگر نہیں توبہ کیا تو دیر ہو گئی تو پھر توبہ ہی نہیں کر پائیں گے آپ۔</w:t>
      </w:r>
    </w:p>
    <w:p>
      <w:r>
        <w:rPr>
          <w:b/>
        </w:rPr>
        <w:t xml:space="preserve">[24:12] </w:t>
      </w:r>
      <w:r>
        <w:t>toba hi nahi kar payenge aap.</w:t>
      </w:r>
    </w:p>
    <w:p>
      <w:pPr>
        <w:jc w:val="right"/>
      </w:pPr>
      <w:r>
        <w:t>توبہ ہی نہیں کر پائیں گے آپ۔</w:t>
      </w:r>
    </w:p>
    <w:p>
      <w:r>
        <w:rPr>
          <w:b/>
        </w:rPr>
        <w:t xml:space="preserve">[24:18] </w:t>
      </w:r>
      <w:r>
        <w:t>to yeh aap yeh jo fitrat aap ki hai, aap is ko badal nahi sakte.</w:t>
      </w:r>
    </w:p>
    <w:p>
      <w:pPr>
        <w:jc w:val="right"/>
      </w:pPr>
      <w:r>
        <w:t>تو یہ آپ یہ جو فطرت آپ کی ہے، آپ اس کو بدل نہیں سکتے۔</w:t>
      </w:r>
    </w:p>
    <w:p>
      <w:r>
        <w:rPr>
          <w:b/>
        </w:rPr>
        <w:t xml:space="preserve">[24:24] </w:t>
      </w:r>
      <w:r>
        <w:t>sirf is ko mana kar sakte hain.</w:t>
      </w:r>
    </w:p>
    <w:p>
      <w:pPr>
        <w:jc w:val="right"/>
      </w:pPr>
      <w:r>
        <w:t>صرف اس کو منع کر سکتے ہیں۔</w:t>
      </w:r>
    </w:p>
    <w:p>
      <w:r>
        <w:rPr>
          <w:b/>
        </w:rPr>
        <w:t xml:space="preserve">[24:30] </w:t>
      </w:r>
      <w:r>
        <w:t>aap aisa nahi nahi kar sakte ke fitrat ko badal dalen.</w:t>
      </w:r>
    </w:p>
    <w:p>
      <w:pPr>
        <w:jc w:val="right"/>
      </w:pPr>
      <w:r>
        <w:t>آپ ایسا نہیں نہیں کر سکتے کہ فطرت کو بدل ڈالیں۔</w:t>
      </w:r>
    </w:p>
    <w:p>
      <w:r>
        <w:rPr>
          <w:b/>
        </w:rPr>
        <w:t xml:space="preserve">[24:36] </w:t>
      </w:r>
      <w:r>
        <w:t>fitrat ko badlen ke aap kisi baat mein mubtala hon to shart na ho.</w:t>
      </w:r>
    </w:p>
    <w:p>
      <w:pPr>
        <w:jc w:val="right"/>
      </w:pPr>
      <w:r>
        <w:t>فطرت کو بدلیں کہ آپ کسی بات میں مبتلا ہوں تو شرط نہ ہو۔</w:t>
      </w:r>
    </w:p>
    <w:p>
      <w:r>
        <w:rPr>
          <w:b/>
        </w:rPr>
        <w:t xml:space="preserve">[24:42] </w:t>
      </w:r>
      <w:r>
        <w:t>aap ki shart na ho.</w:t>
      </w:r>
    </w:p>
    <w:p>
      <w:pPr>
        <w:jc w:val="right"/>
      </w:pPr>
      <w:r>
        <w:t>آپ کی شرط نہ ہو۔</w:t>
      </w:r>
    </w:p>
    <w:p>
      <w:r>
        <w:rPr>
          <w:b/>
        </w:rPr>
        <w:t xml:space="preserve">[24:48] </w:t>
      </w:r>
      <w:r>
        <w:t>aap bohat der tak kisi se mubtala rahen to woh adat na bane.</w:t>
      </w:r>
    </w:p>
    <w:p>
      <w:pPr>
        <w:jc w:val="right"/>
      </w:pPr>
      <w:r>
        <w:t>آپ بہت دیر تک کسی سے مبتلا رہیں تو وہ عادت نہ بنے۔</w:t>
      </w:r>
    </w:p>
    <w:p>
      <w:r>
        <w:rPr>
          <w:b/>
        </w:rPr>
        <w:t xml:space="preserve">[24:54] </w:t>
      </w:r>
      <w:r>
        <w:t>aur ziyada der tak mubtala hon to woh lat na bane.</w:t>
      </w:r>
    </w:p>
    <w:p>
      <w:pPr>
        <w:jc w:val="right"/>
      </w:pPr>
      <w:r>
        <w:t>اور زیادہ دیر تک مبتلا ہوں تو وہ لت نہ بنے۔</w:t>
      </w:r>
    </w:p>
    <w:p>
      <w:r>
        <w:rPr>
          <w:b/>
        </w:rPr>
        <w:t xml:space="preserve">[25:00] </w:t>
      </w:r>
      <w:r>
        <w:t>yeh nahi ho sakta. yaad rakhiye.</w:t>
      </w:r>
    </w:p>
    <w:p>
      <w:pPr>
        <w:jc w:val="right"/>
      </w:pPr>
      <w:r>
        <w:t>یہ نہیں ہو سکتا۔ یاد رکھیے۔</w:t>
      </w:r>
    </w:p>
    <w:p>
      <w:r>
        <w:rPr>
          <w:b/>
        </w:rPr>
        <w:t xml:space="preserve">[25:06] </w:t>
      </w:r>
      <w:r>
        <w:t>yaad rakhiye yeh taraqqi jo hai woh to hogi.</w:t>
      </w:r>
    </w:p>
    <w:p>
      <w:pPr>
        <w:jc w:val="right"/>
      </w:pPr>
      <w:r>
        <w:t>یاد رکھیے یہ ترقی جو ہے وہ تو ہوگی۔</w:t>
      </w:r>
    </w:p>
    <w:p>
      <w:r>
        <w:rPr>
          <w:b/>
        </w:rPr>
        <w:t xml:space="preserve">[25:12] </w:t>
      </w:r>
      <w:r>
        <w:t>aap ko check karna parega.</w:t>
      </w:r>
    </w:p>
    <w:p>
      <w:pPr>
        <w:jc w:val="right"/>
      </w:pPr>
      <w:r>
        <w:t>آپ کو چیک کرنا پڑے گا۔</w:t>
      </w:r>
    </w:p>
    <w:p>
      <w:r>
        <w:rPr>
          <w:b/>
        </w:rPr>
        <w:t xml:space="preserve">[25:19] </w:t>
      </w:r>
      <w:r>
        <w:t>یعنی pruning process چلانا پڑے گا۔</w:t>
      </w:r>
    </w:p>
    <w:p>
      <w:pPr>
        <w:jc w:val="right"/>
      </w:pPr>
      <w:r>
        <w:t>یعنی پروننگ پراسیس چلانا پڑے گا۔</w:t>
      </w:r>
    </w:p>
    <w:p>
      <w:r>
        <w:rPr>
          <w:b/>
        </w:rPr>
        <w:t xml:space="preserve">[25:25] </w:t>
      </w:r>
      <w:r>
        <w:t>تو لوگ جسمانی pruning کو جانتے ہیں۔</w:t>
      </w:r>
    </w:p>
    <w:p>
      <w:pPr>
        <w:jc w:val="right"/>
      </w:pPr>
      <w:r>
        <w:t>تو لوگ جسمانی پروننگ کو جانتے ہیں۔</w:t>
      </w:r>
    </w:p>
    <w:p>
      <w:r>
        <w:rPr>
          <w:b/>
        </w:rPr>
        <w:t xml:space="preserve">[25:31] </w:t>
      </w:r>
      <w:r>
        <w:t>jismani pruning ko jante hain.</w:t>
      </w:r>
    </w:p>
    <w:p>
      <w:pPr>
        <w:jc w:val="right"/>
      </w:pPr>
      <w:r>
        <w:t>جسمانی پروننگ کو جانتے ہیں۔</w:t>
      </w:r>
    </w:p>
    <w:p>
      <w:r>
        <w:rPr>
          <w:b/>
        </w:rPr>
        <w:t xml:space="preserve">[25:37] </w:t>
      </w:r>
      <w:r>
        <w:t>pruning.</w:t>
      </w:r>
    </w:p>
    <w:p>
      <w:pPr>
        <w:jc w:val="right"/>
      </w:pPr>
      <w:r>
        <w:t>پی آر یو این ای۔</w:t>
      </w:r>
    </w:p>
    <w:p>
      <w:r>
        <w:rPr>
          <w:b/>
        </w:rPr>
        <w:t xml:space="preserve">[25:43] </w:t>
      </w:r>
      <w:r>
        <w:t>تو جسمانی pruning کو لوگ جانتے ہیں۔</w:t>
      </w:r>
    </w:p>
    <w:p>
      <w:pPr>
        <w:jc w:val="right"/>
      </w:pPr>
      <w:r>
        <w:t>تو جسمانی پروننگ کو لوگ جانتے ہیں۔</w:t>
      </w:r>
    </w:p>
    <w:p>
      <w:r>
        <w:rPr>
          <w:b/>
        </w:rPr>
        <w:t xml:space="preserve">[25:49] </w:t>
      </w:r>
      <w:r>
        <w:t>matlab nakhun kaaten ge, barh jayega to.</w:t>
      </w:r>
    </w:p>
    <w:p>
      <w:pPr>
        <w:jc w:val="right"/>
      </w:pPr>
      <w:r>
        <w:t>مطلب ناخن کاٹیں گے، بڑھ جائے گا تو۔</w:t>
      </w:r>
    </w:p>
    <w:p>
      <w:r>
        <w:rPr>
          <w:b/>
        </w:rPr>
        <w:t xml:space="preserve">[25:55] </w:t>
      </w:r>
      <w:r>
        <w:t>baal kaaten ge, barh jayega to.</w:t>
      </w:r>
    </w:p>
    <w:p>
      <w:pPr>
        <w:jc w:val="right"/>
      </w:pPr>
      <w:r>
        <w:t>بال کاٹیں گے، بڑھ جائے گا تو۔</w:t>
      </w:r>
    </w:p>
    <w:p>
      <w:r>
        <w:rPr>
          <w:b/>
        </w:rPr>
        <w:t xml:space="preserve">[26:01] </w:t>
      </w:r>
      <w:r>
        <w:t>yeh hai jismani pruning.</w:t>
      </w:r>
    </w:p>
    <w:p>
      <w:pPr>
        <w:jc w:val="right"/>
      </w:pPr>
      <w:r>
        <w:t>یہ ہے جسمانی پروننگ۔</w:t>
      </w:r>
    </w:p>
    <w:p>
      <w:r>
        <w:rPr>
          <w:b/>
        </w:rPr>
        <w:t xml:space="preserve">[26:07] </w:t>
      </w:r>
      <w:r>
        <w:t>is ko jante hain log.</w:t>
      </w:r>
    </w:p>
    <w:p>
      <w:pPr>
        <w:jc w:val="right"/>
      </w:pPr>
      <w:r>
        <w:t>اس کو جانتے ہیں لوگ۔</w:t>
      </w:r>
    </w:p>
    <w:p>
      <w:r>
        <w:rPr>
          <w:b/>
        </w:rPr>
        <w:t xml:space="preserve">[26:13] </w:t>
      </w:r>
      <w:r>
        <w:t>لیکن نفسیاتی pruning کو لوگ نہیں جانتے۔</w:t>
      </w:r>
    </w:p>
    <w:p>
      <w:pPr>
        <w:jc w:val="right"/>
      </w:pPr>
      <w:r>
        <w:t>لیکن نفسیاتی پروننگ کو لوگ نہیں جانتے۔</w:t>
      </w:r>
    </w:p>
    <w:p>
      <w:r>
        <w:rPr>
          <w:b/>
        </w:rPr>
        <w:t xml:space="preserve">[26:19] </w:t>
      </w:r>
      <w:r>
        <w:t>nafsiyati pruning ko log nahi jante.</w:t>
      </w:r>
    </w:p>
    <w:p>
      <w:pPr>
        <w:jc w:val="right"/>
      </w:pPr>
      <w:r>
        <w:t>نفسیاتی پروننگ کو لوگ نہیں جانتے۔</w:t>
      </w:r>
    </w:p>
    <w:p>
      <w:r>
        <w:rPr>
          <w:b/>
        </w:rPr>
        <w:t xml:space="preserve">[26:25] </w:t>
      </w:r>
      <w:r>
        <w:t>misal ke tor par arz karoon, main jab paida hua to mere bare bhai shair the.</w:t>
      </w:r>
    </w:p>
    <w:p>
      <w:pPr>
        <w:jc w:val="right"/>
      </w:pPr>
      <w:r>
        <w:t>مثلاً میں عرض کروں، میں جب پیدا ہوا تو میرے بڑے بھائی شاعر تھے۔</w:t>
      </w:r>
    </w:p>
    <w:p>
      <w:r>
        <w:rPr>
          <w:b/>
        </w:rPr>
        <w:t xml:space="preserve">[26:31] </w:t>
      </w:r>
      <w:r>
        <w:t>us waqt ka mahaul jo tha, woh she'r o shairi ka bohat riwaj hota tha.</w:t>
      </w:r>
    </w:p>
    <w:p>
      <w:pPr>
        <w:jc w:val="right"/>
      </w:pPr>
      <w:r>
        <w:t>اس وقت کا ماحول جو تھا، وہ شعر و شاعری کا بہت رواج ہوتا تھا۔</w:t>
      </w:r>
    </w:p>
    <w:p>
      <w:r>
        <w:rPr>
          <w:b/>
        </w:rPr>
        <w:t xml:space="preserve">[26:37] </w:t>
      </w:r>
      <w:r>
        <w:t>bait bazi karte the hum log.</w:t>
      </w:r>
    </w:p>
    <w:p>
      <w:pPr>
        <w:jc w:val="right"/>
      </w:pPr>
      <w:r>
        <w:t>بیت بازی کرتے تھے ہم لوگ۔</w:t>
      </w:r>
    </w:p>
    <w:p>
      <w:r>
        <w:rPr>
          <w:b/>
        </w:rPr>
        <w:t xml:space="preserve">[26:43] </w:t>
      </w:r>
      <w:r>
        <w:t>to naujmani ki umar mein main bhi shairi karne laga.</w:t>
      </w:r>
    </w:p>
    <w:p>
      <w:pPr>
        <w:jc w:val="right"/>
      </w:pPr>
      <w:r>
        <w:t>تو نوجوانی کی عمر میں میں بھی شاعری کرنے لگا۔</w:t>
      </w:r>
    </w:p>
    <w:p>
      <w:r>
        <w:rPr>
          <w:b/>
        </w:rPr>
        <w:t xml:space="preserve">[26:49] </w:t>
      </w:r>
      <w:r>
        <w:t>kyun ke jo sara mahaul jo shairi ka tha, ghar mein, madrasay mein, mahaul mein.</w:t>
      </w:r>
    </w:p>
    <w:p>
      <w:pPr>
        <w:jc w:val="right"/>
      </w:pPr>
      <w:r>
        <w:t>کیونکہ جو سارا ماحول جو شاعری کا تھا، گھر میں، مدرسے میں، ماحول میں۔</w:t>
      </w:r>
    </w:p>
    <w:p>
      <w:r>
        <w:rPr>
          <w:b/>
        </w:rPr>
        <w:t xml:space="preserve">[26:55] </w:t>
      </w:r>
      <w:r>
        <w:t>to kuch din ke baad mujhe mehsoos hua ke yeh shairi to ek ek jis ke liye urdu</w:t>
      </w:r>
    </w:p>
    <w:p>
      <w:pPr>
        <w:jc w:val="right"/>
      </w:pPr>
      <w:r>
        <w:t>تو کچھ دن کے بعد مجھے محسوس ہوا کہ یہ شاعری تو ایک ایک جس کے لیے اردو</w:t>
      </w:r>
    </w:p>
    <w:p>
      <w:r>
        <w:rPr>
          <w:b/>
        </w:rPr>
        <w:t xml:space="preserve">[27:01] </w:t>
      </w:r>
      <w:r>
        <w:t>zaban mein aik bohat hi yani sakheef lafz hai, lat.</w:t>
      </w:r>
    </w:p>
    <w:p>
      <w:pPr>
        <w:jc w:val="right"/>
      </w:pPr>
      <w:r>
        <w:t>زبان میں ایک بہت ہی یعنی سخیف لفظ ہے، لت۔</w:t>
      </w:r>
    </w:p>
    <w:p>
      <w:r>
        <w:rPr>
          <w:b/>
        </w:rPr>
        <w:t xml:space="preserve">[27:07] </w:t>
      </w:r>
      <w:r>
        <w:t>keh shairi to mere liye isi qism ki aik cheez ban rahi hai.</w:t>
      </w:r>
    </w:p>
    <w:p>
      <w:pPr>
        <w:jc w:val="right"/>
      </w:pPr>
      <w:r>
        <w:t>کہ شاعری تو میرے لیے اسی قسم کی ایک چیز بن رہی ہے۔</w:t>
      </w:r>
    </w:p>
    <w:p>
      <w:r>
        <w:rPr>
          <w:b/>
        </w:rPr>
        <w:t xml:space="preserve">[27:13] </w:t>
      </w:r>
      <w:r>
        <w:t>to is zamane mein mein shairi karta tha, mein achaanak hi shairi chhod diya.</w:t>
      </w:r>
    </w:p>
    <w:p>
      <w:pPr>
        <w:jc w:val="right"/>
      </w:pPr>
      <w:r>
        <w:t>تو اس زمانے میں میں شاعری کرتا تھا، میں اچانک ہی شاعری چھوڑ دیا۔</w:t>
      </w:r>
    </w:p>
    <w:p>
      <w:r>
        <w:rPr>
          <w:b/>
        </w:rPr>
        <w:t xml:space="preserve">[27:19] </w:t>
      </w:r>
      <w:r>
        <w:t>maine aur sara jo kaghaz par likha tha, isi ko phaar ke phenk diya.</w:t>
      </w:r>
    </w:p>
    <w:p>
      <w:pPr>
        <w:jc w:val="right"/>
      </w:pPr>
      <w:r>
        <w:t>میں نے اور سارا جو کاغذ پر لکھا تھا، اسی کو پھاڑ کے پھینک دیا۔</w:t>
      </w:r>
    </w:p>
    <w:p>
      <w:r>
        <w:rPr>
          <w:b/>
        </w:rPr>
        <w:t xml:space="preserve">[27:25] </w:t>
      </w:r>
      <w:r>
        <w:t>isi ko phaar ke phenk diya.</w:t>
      </w:r>
    </w:p>
    <w:p>
      <w:pPr>
        <w:jc w:val="right"/>
      </w:pPr>
      <w:r>
        <w:t>اسی کو پھاڑ کے پھینک دیا۔</w:t>
      </w:r>
    </w:p>
    <w:p>
      <w:r>
        <w:rPr>
          <w:b/>
        </w:rPr>
        <w:t xml:space="preserve">[27:31] </w:t>
      </w:r>
      <w:r>
        <w:t>warna phir shairi jab aik dam bohat dinon ke tak mein karta rehta karta rehta to wahi haal</w:t>
      </w:r>
    </w:p>
    <w:p>
      <w:pPr>
        <w:jc w:val="right"/>
      </w:pPr>
      <w:r>
        <w:t>ورنہ پھر شاعری جب ایک دم بہت دنوں کے تک میں کرتا رہتا کرتا رہتا تو وہی حال</w:t>
      </w:r>
    </w:p>
    <w:p>
      <w:r>
        <w:rPr>
          <w:b/>
        </w:rPr>
        <w:t xml:space="preserve">[27:37] </w:t>
      </w:r>
      <w:r>
        <w:t>hota jo shair ne kaha hai keh lagti nahi hai munh se aik kafir lagi hui hai.</w:t>
      </w:r>
    </w:p>
    <w:p>
      <w:pPr>
        <w:jc w:val="right"/>
      </w:pPr>
      <w:r>
        <w:t>ہوتا جو شاعر نے کہا ہے کہ لگتی نہیں ہے منہ سے ایک کافر لگی ہوئی ہے۔</w:t>
      </w:r>
    </w:p>
    <w:p>
      <w:r>
        <w:rPr>
          <w:b/>
        </w:rPr>
        <w:t xml:space="preserve">[27:43] </w:t>
      </w:r>
      <w:r>
        <w:t>aik sahib jo shair the, un se maine kaha keh aap yeh shairi mein waqt zaya karte</w:t>
      </w:r>
    </w:p>
    <w:p>
      <w:pPr>
        <w:jc w:val="right"/>
      </w:pPr>
      <w:r>
        <w:t>ایک صاحب جو شاعر تھے، ان سے میں نے کہا کہ آپ یہ شاعری میں وقت ضائع کرتے</w:t>
      </w:r>
    </w:p>
    <w:p>
      <w:r>
        <w:rPr>
          <w:b/>
        </w:rPr>
        <w:t xml:space="preserve">[27:49] </w:t>
      </w:r>
      <w:r>
        <w:t>hain, chhodte kyun nahi hain? to unhon ne kaha tha, ab tak mujhe yaad hai keh shairi aik kharish hai.</w:t>
      </w:r>
    </w:p>
    <w:p>
      <w:pPr>
        <w:jc w:val="right"/>
      </w:pPr>
      <w:r>
        <w:t>ہیں، چھوڑتے کیوں نہیں ہیں؟ تو انہوں نے کہا تھا، اب تک مجھے یاد ہے کہ شاعری ایک خارش ہے۔</w:t>
      </w:r>
    </w:p>
    <w:p>
      <w:r>
        <w:rPr>
          <w:b/>
        </w:rPr>
        <w:t xml:space="preserve">[27:55] </w:t>
      </w:r>
      <w:r>
        <w:t>jaise kharish mein aap khujate hain to aap ko achha lagta hai.</w:t>
      </w:r>
    </w:p>
    <w:p>
      <w:pPr>
        <w:jc w:val="right"/>
      </w:pPr>
      <w:r>
        <w:t>جیسے خارش میں آپ کھجاتے ہیں تو آپ کو اچھا لگتا ہے۔</w:t>
      </w:r>
    </w:p>
    <w:p>
      <w:r>
        <w:rPr>
          <w:b/>
        </w:rPr>
        <w:t xml:space="preserve">[28:01] </w:t>
      </w:r>
      <w:r>
        <w:t>to shairi aik kharish hai, is ko khujane se achha lagta hai.</w:t>
      </w:r>
    </w:p>
    <w:p>
      <w:pPr>
        <w:jc w:val="right"/>
      </w:pPr>
      <w:r>
        <w:t>تو شاعری ایک خارش ہے، اس کو کھجانے سے اچھا لگتا ہے۔</w:t>
      </w:r>
    </w:p>
    <w:p>
      <w:r>
        <w:rPr>
          <w:b/>
        </w:rPr>
        <w:t xml:space="preserve">[28:07] </w:t>
      </w:r>
      <w:r>
        <w:t>lekin yeh kharish shairi kharish nahi hai.</w:t>
      </w:r>
    </w:p>
    <w:p>
      <w:pPr>
        <w:jc w:val="right"/>
      </w:pPr>
      <w:r>
        <w:t>لیکن یہ خارش شاعری خارش نہیں ہے۔</w:t>
      </w:r>
    </w:p>
    <w:p>
      <w:r>
        <w:rPr>
          <w:b/>
        </w:rPr>
        <w:t xml:space="preserve">[28:13] </w:t>
      </w:r>
      <w:r>
        <w:t>un ke liye thi.</w:t>
      </w:r>
    </w:p>
    <w:p>
      <w:pPr>
        <w:jc w:val="right"/>
      </w:pPr>
      <w:r>
        <w:t>ان کے لیے تھی۔</w:t>
      </w:r>
    </w:p>
    <w:p>
      <w:r>
        <w:rPr>
          <w:b/>
        </w:rPr>
        <w:t xml:space="preserve">[28:19] </w:t>
      </w:r>
      <w:r>
        <w:t>kyunkeh shairi un ki aadat ban gayi thi.</w:t>
      </w:r>
    </w:p>
    <w:p>
      <w:pPr>
        <w:jc w:val="right"/>
      </w:pPr>
      <w:r>
        <w:t>کیونکہ شاعری ان کی عادت بن گئی تھی۔</w:t>
      </w:r>
    </w:p>
    <w:p>
      <w:r>
        <w:rPr>
          <w:b/>
        </w:rPr>
        <w:t xml:space="preserve">[28:25] </w:t>
      </w:r>
      <w:r>
        <w:t>yani shairi bazat khud kharish nahi hai.</w:t>
      </w:r>
    </w:p>
    <w:p>
      <w:pPr>
        <w:jc w:val="right"/>
      </w:pPr>
      <w:r>
        <w:t>یعنی شاعری بذات خود خارش نہیں ہے۔</w:t>
      </w:r>
    </w:p>
    <w:p>
      <w:r>
        <w:rPr>
          <w:b/>
        </w:rPr>
        <w:t xml:space="preserve">[28:31] </w:t>
      </w:r>
      <w:r>
        <w:t>aap shairi mat kijiye to mat kijiye.</w:t>
      </w:r>
    </w:p>
    <w:p>
      <w:pPr>
        <w:jc w:val="right"/>
      </w:pPr>
      <w:r>
        <w:t>آپ شاعری مت کیجئے تو مت کیجئے۔</w:t>
      </w:r>
    </w:p>
    <w:p>
      <w:r>
        <w:rPr>
          <w:b/>
        </w:rPr>
        <w:t xml:space="preserve">[28:37] </w:t>
      </w:r>
      <w:r>
        <w:t>lekin karte karte un ke liye shairi kharish ban gayi.</w:t>
      </w:r>
    </w:p>
    <w:p>
      <w:pPr>
        <w:jc w:val="right"/>
      </w:pPr>
      <w:r>
        <w:t>لیکن کرتے کرتے ان کے لیے شاعری خارش بن گئی۔</w:t>
      </w:r>
    </w:p>
    <w:p>
      <w:r>
        <w:rPr>
          <w:b/>
        </w:rPr>
        <w:t xml:space="preserve">[28:43] </w:t>
      </w:r>
      <w:r>
        <w:t>phir chhod nahi paaye, isi mein mar gaye woh.</w:t>
      </w:r>
    </w:p>
    <w:p>
      <w:pPr>
        <w:jc w:val="right"/>
      </w:pPr>
      <w:r>
        <w:t>پھر چھوڑ نہیں پائے، اسی میں مر گئے وہ۔</w:t>
      </w:r>
    </w:p>
    <w:p>
      <w:r>
        <w:rPr>
          <w:b/>
        </w:rPr>
        <w:t xml:space="preserve">[28:49] </w:t>
      </w:r>
      <w:r>
        <w:t>to yaad rakhiye, aadat ka talluq kisi aik cheez se nahi, har cheez se hai.</w:t>
      </w:r>
    </w:p>
    <w:p>
      <w:pPr>
        <w:jc w:val="right"/>
      </w:pPr>
      <w:r>
        <w:t>تو یاد رکھیے، عادت کا تعلق کسی ایک چیز سے نہیں، ہر چیز سے ہے۔</w:t>
      </w:r>
    </w:p>
    <w:p>
      <w:r>
        <w:rPr>
          <w:b/>
        </w:rPr>
        <w:t xml:space="preserve">[28:55] </w:t>
      </w:r>
      <w:r>
        <w:t>har cheez se hai.</w:t>
      </w:r>
    </w:p>
    <w:p>
      <w:pPr>
        <w:jc w:val="right"/>
      </w:pPr>
      <w:r>
        <w:t>ہر چیز سے ہے۔</w:t>
      </w:r>
    </w:p>
    <w:p>
      <w:r>
        <w:rPr>
          <w:b/>
        </w:rPr>
        <w:t xml:space="preserve">[29:01] </w:t>
      </w:r>
      <w:r>
        <w:t>jo cheez soch samajh kar aap ko apne liye faide wali maloom ho, wahi sahi hai.</w:t>
      </w:r>
    </w:p>
    <w:p>
      <w:pPr>
        <w:jc w:val="right"/>
      </w:pPr>
      <w:r>
        <w:t>جو چیز سوچ سمجھ کر آپ کو اپنے لیے فائدے والی معلوم ہو، وہی صحیح ہے۔</w:t>
      </w:r>
    </w:p>
    <w:p>
      <w:r>
        <w:rPr>
          <w:b/>
        </w:rPr>
        <w:t xml:space="preserve">[29:07] </w:t>
      </w:r>
      <w:r>
        <w:t>baqi sab aadat hai.</w:t>
      </w:r>
    </w:p>
    <w:p>
      <w:pPr>
        <w:jc w:val="right"/>
      </w:pPr>
      <w:r>
        <w:t>باقی سب عادت ہے۔</w:t>
      </w:r>
    </w:p>
    <w:p>
      <w:r>
        <w:rPr>
          <w:b/>
        </w:rPr>
        <w:t xml:space="preserve">[29:13] </w:t>
      </w:r>
      <w:r>
        <w:t>sab aadat hai.</w:t>
      </w:r>
    </w:p>
    <w:p>
      <w:pPr>
        <w:jc w:val="right"/>
      </w:pPr>
      <w:r>
        <w:t>سب عادت ہے۔</w:t>
      </w:r>
    </w:p>
    <w:p>
      <w:r>
        <w:rPr>
          <w:b/>
        </w:rPr>
        <w:t xml:space="preserve">[29:19] </w:t>
      </w:r>
      <w:r>
        <w:t>sab aadat hai.</w:t>
      </w:r>
    </w:p>
    <w:p>
      <w:pPr>
        <w:jc w:val="right"/>
      </w:pPr>
      <w:r>
        <w:t>سب عادت ہے۔</w:t>
      </w:r>
    </w:p>
    <w:p>
      <w:r>
        <w:rPr>
          <w:b/>
        </w:rPr>
        <w:t xml:space="preserve">[29:26] </w:t>
      </w:r>
      <w:r>
        <w:t>to yeh quran mein aik ayat hai: "an tahbat a'malukum wa antum la tash'uroon" yani aisa bhi hota hai keh</w:t>
      </w:r>
    </w:p>
    <w:p>
      <w:pPr>
        <w:jc w:val="right"/>
      </w:pPr>
      <w:r>
        <w:t>تو یہ قرآن میں ایک آیت ہے: "أنتهبط أعمالكم وأنتم لا تشرون" یعنی ایسا بھی ہوتا ہے کہ</w:t>
      </w:r>
    </w:p>
    <w:p>
      <w:r>
        <w:rPr>
          <w:b/>
        </w:rPr>
        <w:t xml:space="preserve">[29:32] </w:t>
      </w:r>
      <w:r>
        <w:t>aadmi shor na ho, lekin is ka amal jo hai, is ka sawab na mile, sab habt ho jaye.</w:t>
      </w:r>
    </w:p>
    <w:p>
      <w:pPr>
        <w:jc w:val="right"/>
      </w:pPr>
      <w:r>
        <w:t>آدمی شور نہ ہو، لیکن اس کا عمل جو ہے، اس کا ثواب نہ ملے، سب ہبط ہو جائے۔</w:t>
      </w:r>
    </w:p>
    <w:p>
      <w:r>
        <w:rPr>
          <w:b/>
        </w:rPr>
        <w:t xml:space="preserve">[29:38] </w:t>
      </w:r>
      <w:r>
        <w:t>"انتهبط أعمالكم وأنتم لا تشرون" yaani shor na ho aur amal habt ho jaye.</w:t>
      </w:r>
    </w:p>
    <w:p>
      <w:pPr>
        <w:jc w:val="right"/>
      </w:pPr>
      <w:r>
        <w:t>"أنتهبط أعمالكم وأنتم لا تشرون" یعنی شور نہ ہو اور عمل ہبط ہو جائے۔</w:t>
      </w:r>
    </w:p>
    <w:p>
      <w:r>
        <w:rPr>
          <w:b/>
        </w:rPr>
        <w:t xml:space="preserve">[29:44] </w:t>
      </w:r>
      <w:r>
        <w:t>yeh bohat anokhi baat hai.</w:t>
      </w:r>
    </w:p>
    <w:p>
      <w:pPr>
        <w:jc w:val="right"/>
      </w:pPr>
      <w:r>
        <w:t>یہ بہت انوکھی بات ہے۔</w:t>
      </w:r>
    </w:p>
    <w:p>
      <w:r>
        <w:rPr>
          <w:b/>
        </w:rPr>
        <w:t xml:space="preserve">[29:50] </w:t>
      </w:r>
      <w:r>
        <w:t>woh kaise hota hai? isi tarah hota hai ke jab aap kisi cheez ko bator test shuru kiya</w:t>
      </w:r>
    </w:p>
    <w:p>
      <w:pPr>
        <w:jc w:val="right"/>
      </w:pPr>
      <w:r>
        <w:t>وہ کیسے ہوتا ہے؟ اسی طرح ہوتا ہے کہ جب آپ کسی چیز کو بطور ٹیسٹ شروع کیا</w:t>
      </w:r>
    </w:p>
    <w:p>
      <w:r>
        <w:rPr>
          <w:b/>
        </w:rPr>
        <w:t xml:space="preserve">[29:56] </w:t>
      </w:r>
      <w:r>
        <w:t>aap ne, tab toh kuch ehsas hota hai sahi ya galat ka.</w:t>
      </w:r>
    </w:p>
    <w:p>
      <w:pPr>
        <w:jc w:val="right"/>
      </w:pPr>
      <w:r>
        <w:t>آپ نے، تب تو کچھ احساس ہوتا ہے صحیح یا غلط کا۔</w:t>
      </w:r>
    </w:p>
    <w:p>
      <w:r>
        <w:rPr>
          <w:b/>
        </w:rPr>
        <w:t xml:space="preserve">[30:02] </w:t>
      </w:r>
      <w:r>
        <w:t>lekin jaise hi woh adat bani toh sahi galat ka ehsas bohat kam ho jata hai.</w:t>
      </w:r>
    </w:p>
    <w:p>
      <w:pPr>
        <w:jc w:val="right"/>
      </w:pPr>
      <w:r>
        <w:t>لیکن جیسے ہی وہ عادت بنی تو صحیح غلط کا احساس بہت کم ہو جاتا ہے۔</w:t>
      </w:r>
    </w:p>
    <w:p>
      <w:r>
        <w:rPr>
          <w:b/>
        </w:rPr>
        <w:t xml:space="preserve">[30:08] </w:t>
      </w:r>
      <w:r>
        <w:t>phir aage barh kar jab lat ban gaya, tab toh sahi galat ka ehsas hi khatam ho jata hai.</w:t>
      </w:r>
    </w:p>
    <w:p>
      <w:pPr>
        <w:jc w:val="right"/>
      </w:pPr>
      <w:r>
        <w:t>پھر آگے بڑھ کر جب لت بن گیا، تب تو صحیح غلط کا احساس ہی ختم ہو جاتا ہے۔</w:t>
      </w:r>
    </w:p>
    <w:p>
      <w:r>
        <w:rPr>
          <w:b/>
        </w:rPr>
        <w:t xml:space="preserve">[30:14] </w:t>
      </w:r>
      <w:r>
        <w:t>aur phir point of door return aa jata hai.</w:t>
      </w:r>
    </w:p>
    <w:p>
      <w:pPr>
        <w:jc w:val="right"/>
      </w:pPr>
      <w:r>
        <w:t>اور پھر پوائنٹ آف ڈور ریٹرن آ جاتا ہے۔</w:t>
      </w:r>
    </w:p>
    <w:p>
      <w:r>
        <w:rPr>
          <w:b/>
        </w:rPr>
        <w:t xml:space="preserve">[30:20] </w:t>
      </w:r>
      <w:r>
        <w:t>toh wohi hai: "انتهبط أعمالكم وأنتم لا تشرون" toh har aadmi ko yaad rakhiye, apne andar pruning process</w:t>
      </w:r>
    </w:p>
    <w:p>
      <w:pPr>
        <w:jc w:val="right"/>
      </w:pPr>
      <w:r>
        <w:t>تو وہی ہے: "أنتهبط أعمالكم وأنتم لا تشرون" تو ہر آدمی کو یاد رکھیے، اپنے اندر پروننگ پراسیس</w:t>
      </w:r>
    </w:p>
    <w:p>
      <w:r>
        <w:rPr>
          <w:b/>
        </w:rPr>
        <w:t xml:space="preserve">[30:26] </w:t>
      </w:r>
      <w:r>
        <w:t>chalate rehna hai. nafsiyati pruning.</w:t>
      </w:r>
    </w:p>
    <w:p>
      <w:pPr>
        <w:jc w:val="right"/>
      </w:pPr>
      <w:r>
        <w:t>چلاتے رہنا ہے۔ نفسیاتی پروننگ۔</w:t>
      </w:r>
    </w:p>
    <w:p>
      <w:r>
        <w:rPr>
          <w:b/>
        </w:rPr>
        <w:t xml:space="preserve">[30:32] </w:t>
      </w:r>
      <w:r>
        <w:t>jismani pruning toh sab hi karte hain.</w:t>
      </w:r>
    </w:p>
    <w:p>
      <w:pPr>
        <w:jc w:val="right"/>
      </w:pPr>
      <w:r>
        <w:t>جسمانی پروننگ تو سب ہی کرتے ہیں۔</w:t>
      </w:r>
    </w:p>
    <w:p>
      <w:r>
        <w:rPr>
          <w:b/>
        </w:rPr>
        <w:t xml:space="preserve">[30:38] </w:t>
      </w:r>
      <w:r>
        <w:t>kyunke hum ko dikhaya jata hai ke nakhun barh gaya.</w:t>
      </w:r>
    </w:p>
    <w:p>
      <w:pPr>
        <w:jc w:val="right"/>
      </w:pPr>
      <w:r>
        <w:t>کیونکہ ہم کو دکھایا جاتا ہے کہ ناخن بڑھ گیا۔</w:t>
      </w:r>
    </w:p>
    <w:p>
      <w:r>
        <w:rPr>
          <w:b/>
        </w:rPr>
        <w:t xml:space="preserve">[30:44] </w:t>
      </w:r>
      <w:r>
        <w:t>hum ko dikhaya jata hai ke baal barh gaye.</w:t>
      </w:r>
    </w:p>
    <w:p>
      <w:pPr>
        <w:jc w:val="right"/>
      </w:pPr>
      <w:r>
        <w:t>ہم کو دکھایا جاتا ہے کہ بال بڑھ گئے۔</w:t>
      </w:r>
    </w:p>
    <w:p>
      <w:r>
        <w:rPr>
          <w:b/>
        </w:rPr>
        <w:t xml:space="preserve">[30:50] </w:t>
      </w:r>
      <w:r>
        <w:t>yeh toh dikhaya jata hai hum ko.</w:t>
      </w:r>
    </w:p>
    <w:p>
      <w:pPr>
        <w:jc w:val="right"/>
      </w:pPr>
      <w:r>
        <w:t>یہ تو دکھایا جاتا ہے ہم کو۔</w:t>
      </w:r>
    </w:p>
    <w:p>
      <w:r>
        <w:rPr>
          <w:b/>
        </w:rPr>
        <w:t xml:space="preserve">[30:56] </w:t>
      </w:r>
      <w:r>
        <w:t>toh hum jismani pruning karte rehte hain.</w:t>
      </w:r>
    </w:p>
    <w:p>
      <w:pPr>
        <w:jc w:val="right"/>
      </w:pPr>
      <w:r>
        <w:t>تو ہم جسمانی پروننگ کرتے رہتے ہیں۔</w:t>
      </w:r>
    </w:p>
    <w:p>
      <w:r>
        <w:rPr>
          <w:b/>
        </w:rPr>
        <w:t xml:space="preserve">[31:02] </w:t>
      </w:r>
      <w:r>
        <w:t>lekin jo jo jo soch mein aur jazbat mein aur soch mein jo kharabiyan aati hain, is ka</w:t>
      </w:r>
    </w:p>
    <w:p>
      <w:pPr>
        <w:jc w:val="right"/>
      </w:pPr>
      <w:r>
        <w:t>لیکن جو جو جو سوچ میں اور جذبات میں اور سوچ میں جو خرابیاں آتی ہیں، اس کا</w:t>
      </w:r>
    </w:p>
    <w:p>
      <w:r>
        <w:rPr>
          <w:b/>
        </w:rPr>
        <w:t xml:space="preserve">[31:08] </w:t>
      </w:r>
      <w:r>
        <w:t>woh toh dikhai nahi deta.</w:t>
      </w:r>
    </w:p>
    <w:p>
      <w:pPr>
        <w:jc w:val="right"/>
      </w:pPr>
      <w:r>
        <w:t>وہ تو دکھائی نہیں دیتا۔</w:t>
      </w:r>
    </w:p>
    <w:p>
      <w:r>
        <w:rPr>
          <w:b/>
        </w:rPr>
        <w:t xml:space="preserve">[31:14] </w:t>
      </w:r>
      <w:r>
        <w:t>isi ko mein keh raha hoon ke nafsiyati pruning.</w:t>
      </w:r>
    </w:p>
    <w:p>
      <w:pPr>
        <w:jc w:val="right"/>
      </w:pPr>
      <w:r>
        <w:t>اسی کو میں کہہ رہا ہوں کہ نفسیاتی پروننگ۔</w:t>
      </w:r>
    </w:p>
    <w:p>
      <w:r>
        <w:rPr>
          <w:b/>
        </w:rPr>
        <w:t xml:space="preserve">[31:20] </w:t>
      </w:r>
      <w:r>
        <w:t>toh nafsiyati pruning jo hai, bohat hi mushkil kaam hai.</w:t>
      </w:r>
    </w:p>
    <w:p>
      <w:pPr>
        <w:jc w:val="right"/>
      </w:pPr>
      <w:r>
        <w:t>تو نفسیاتی پروننگ جو ہے، بہت ہی مشکل کام ہے۔</w:t>
      </w:r>
    </w:p>
    <w:p>
      <w:r>
        <w:rPr>
          <w:b/>
        </w:rPr>
        <w:t xml:space="preserve">[31:26] </w:t>
      </w:r>
      <w:r>
        <w:t>bohat mushkil kaam hai.</w:t>
      </w:r>
    </w:p>
    <w:p>
      <w:pPr>
        <w:jc w:val="right"/>
      </w:pPr>
      <w:r>
        <w:t>بہت مشکل کام ہے۔</w:t>
      </w:r>
    </w:p>
    <w:p>
      <w:r>
        <w:rPr>
          <w:b/>
        </w:rPr>
        <w:t xml:space="preserve">[31:32] </w:t>
      </w:r>
      <w:r>
        <w:t>isi ko doosre lafzon mein kaha jata hai: "deconditioning" jis cheez ko mein nafsiyati pruning keh raha</w:t>
      </w:r>
    </w:p>
    <w:p>
      <w:pPr>
        <w:jc w:val="right"/>
      </w:pPr>
      <w:r>
        <w:t>اسی کو دوسرے لفظ میں کہا جاتا ہے: "ڈی کنڈیشننگ" جس چیز کو میں نفسیاتی پروننگ کہہ رہا</w:t>
      </w:r>
    </w:p>
    <w:p>
      <w:r>
        <w:rPr>
          <w:b/>
        </w:rPr>
        <w:t xml:space="preserve">[31:38] </w:t>
      </w:r>
      <w:r>
        <w:t>hoon, isi ka doosra naam hai: "deconditioning" yaani apni shart ko todna.</w:t>
      </w:r>
    </w:p>
    <w:p>
      <w:pPr>
        <w:jc w:val="right"/>
      </w:pPr>
      <w:r>
        <w:t>ہوں، اسی کا دوسرا نام ہے: "ڈی کنڈیشننگ" یعنی اپنی شرط کو توڑنا۔</w:t>
      </w:r>
    </w:p>
    <w:p>
      <w:r>
        <w:rPr>
          <w:b/>
        </w:rPr>
        <w:t xml:space="preserve">[31:44] </w:t>
      </w:r>
      <w:r>
        <w:t>abhi mujhe ek sahab ka case maloom hua.</w:t>
      </w:r>
    </w:p>
    <w:p>
      <w:pPr>
        <w:jc w:val="right"/>
      </w:pPr>
      <w:r>
        <w:t>ابھی مجھے ایک صاحب کا کیس معلوم ہوا۔</w:t>
      </w:r>
    </w:p>
    <w:p>
      <w:r>
        <w:rPr>
          <w:b/>
        </w:rPr>
        <w:t xml:space="preserve">[31:50] </w:t>
      </w:r>
      <w:r>
        <w:t>un ka ek hi beta hai.</w:t>
      </w:r>
    </w:p>
    <w:p>
      <w:pPr>
        <w:jc w:val="right"/>
      </w:pPr>
      <w:r>
        <w:t>ان کا ایک ہی بیٹا ہے۔</w:t>
      </w:r>
    </w:p>
    <w:p>
      <w:r>
        <w:rPr>
          <w:b/>
        </w:rPr>
        <w:t xml:space="preserve">[31:56] </w:t>
      </w:r>
      <w:r>
        <w:t>ek hi beta hai. aur.</w:t>
      </w:r>
    </w:p>
    <w:p>
      <w:pPr>
        <w:jc w:val="right"/>
      </w:pPr>
      <w:r>
        <w:t>ایک ہی بیٹا ہے۔ اور۔</w:t>
      </w:r>
    </w:p>
    <w:p>
      <w:r>
        <w:rPr>
          <w:b/>
        </w:rPr>
        <w:t xml:space="preserve">[32:02] </w:t>
      </w:r>
      <w:r>
        <w:t>تو pampering، وہ ایک pampered boy بن گیا وہ۔</w:t>
      </w:r>
    </w:p>
    <w:p>
      <w:pPr>
        <w:jc w:val="right"/>
      </w:pPr>
      <w:r>
        <w:t>تو پیمپرنگ، وہ ایک پیمپرڈ بوائے بن گیا وہ۔</w:t>
      </w:r>
    </w:p>
    <w:p>
      <w:r>
        <w:rPr>
          <w:b/>
        </w:rPr>
        <w:t xml:space="preserve">[32:08] </w:t>
      </w:r>
      <w:r>
        <w:t>paimpard boy ban gaya.</w:t>
      </w:r>
    </w:p>
    <w:p>
      <w:pPr>
        <w:jc w:val="right"/>
      </w:pPr>
      <w:r>
        <w:t>پیمپرڈ بوائے بن گیا۔</w:t>
      </w:r>
    </w:p>
    <w:p>
      <w:r>
        <w:rPr>
          <w:b/>
        </w:rPr>
        <w:t xml:space="preserve">[32:14] </w:t>
      </w:r>
      <w:r>
        <w:t>is ko parhaya unhon ne, engineering ki degree bhi is ke paas hai.</w:t>
      </w:r>
    </w:p>
    <w:p>
      <w:pPr>
        <w:jc w:val="right"/>
      </w:pPr>
      <w:r>
        <w:t>اس کو پڑھایا انہوں نے، انجینئرنگ کی ڈگری بھی اس کے پاس ہے۔</w:t>
      </w:r>
    </w:p>
    <w:p>
      <w:r>
        <w:rPr>
          <w:b/>
        </w:rPr>
        <w:t xml:space="preserve">[32:20] </w:t>
      </w:r>
      <w:r>
        <w:t>lekin mujhe maloom hua ke sara din ghayab rehta hai woh.</w:t>
      </w:r>
    </w:p>
    <w:p>
      <w:pPr>
        <w:jc w:val="right"/>
      </w:pPr>
      <w:r>
        <w:t>لیکن مجھے معلوم ہوا کہ سارا دن غائب رہتا ہے وہ۔</w:t>
      </w:r>
    </w:p>
    <w:p>
      <w:r>
        <w:rPr>
          <w:b/>
        </w:rPr>
        <w:t xml:space="preserve">[32:26] </w:t>
      </w:r>
      <w:r>
        <w:t>kaam nahi karta woh.</w:t>
      </w:r>
    </w:p>
    <w:p>
      <w:pPr>
        <w:jc w:val="right"/>
      </w:pPr>
      <w:r>
        <w:t>کام نہیں کرتا وہ۔</w:t>
      </w:r>
    </w:p>
    <w:p>
      <w:r>
        <w:rPr>
          <w:b/>
        </w:rPr>
        <w:t xml:space="preserve">[32:32] </w:t>
      </w:r>
      <w:r>
        <w:t>to unhon ne bataya ke falan dost ke paas mein jata hoon.</w:t>
      </w:r>
    </w:p>
    <w:p>
      <w:pPr>
        <w:jc w:val="right"/>
      </w:pPr>
      <w:r>
        <w:t>تو انہوں نے بتایا کہ فلاں دوست کے پاس میں جاتا ہوں۔</w:t>
      </w:r>
    </w:p>
    <w:p>
      <w:r>
        <w:rPr>
          <w:b/>
        </w:rPr>
        <w:t xml:space="preserve">[32:38] </w:t>
      </w:r>
      <w:r>
        <w:t>تو ان کا جو pampering کا طریقہ تھا، تو چیک نہیں کیا انہوں نے۔</w:t>
      </w:r>
    </w:p>
    <w:p>
      <w:pPr>
        <w:jc w:val="right"/>
      </w:pPr>
      <w:r>
        <w:t>تو ان کا جو پیمپرنگ کا طریقہ تھا، تو چیک نہیں کیا انہوں نے۔</w:t>
      </w:r>
    </w:p>
    <w:p>
      <w:r>
        <w:rPr>
          <w:b/>
        </w:rPr>
        <w:t xml:space="preserve">[32:44] </w:t>
      </w:r>
      <w:r>
        <w:t>aur dheere dheere ab woh aadatein bigar gayi hain is ki.</w:t>
      </w:r>
    </w:p>
    <w:p>
      <w:pPr>
        <w:jc w:val="right"/>
      </w:pPr>
      <w:r>
        <w:t>اور دھیرے دھیرے اب وہ عادتیں بگڑ گئی ہیں اس کی۔</w:t>
      </w:r>
    </w:p>
    <w:p>
      <w:r>
        <w:rPr>
          <w:b/>
        </w:rPr>
        <w:t xml:space="preserve">[32:50] </w:t>
      </w:r>
      <w:r>
        <w:t>is ko ghalat dost mil gaye.</w:t>
      </w:r>
    </w:p>
    <w:p>
      <w:pPr>
        <w:jc w:val="right"/>
      </w:pPr>
      <w:r>
        <w:t>اس کو غلط دوست مل گئے۔</w:t>
      </w:r>
    </w:p>
    <w:p>
      <w:r>
        <w:rPr>
          <w:b/>
        </w:rPr>
        <w:t xml:space="preserve">[32:56] </w:t>
      </w:r>
      <w:r>
        <w:t>ab woh ghalat dost is ko kidhar behka rahe hon ge ke woh kaam nahi karta.</w:t>
      </w:r>
    </w:p>
    <w:p>
      <w:pPr>
        <w:jc w:val="right"/>
      </w:pPr>
      <w:r>
        <w:t>اب وہ غلط دوست اس کو کدھر بہکا رہے ہوں گے کہ وہ کام نہیں کرتا۔</w:t>
      </w:r>
    </w:p>
    <w:p>
      <w:r>
        <w:rPr>
          <w:b/>
        </w:rPr>
        <w:t xml:space="preserve">[33:02] </w:t>
      </w:r>
      <w:r>
        <w:t>din bhar ghayab rehta hai.</w:t>
      </w:r>
    </w:p>
    <w:p>
      <w:pPr>
        <w:jc w:val="right"/>
      </w:pPr>
      <w:r>
        <w:t>دن بھر غائب رہتا ہے۔</w:t>
      </w:r>
    </w:p>
    <w:p>
      <w:r>
        <w:rPr>
          <w:b/>
        </w:rPr>
        <w:t xml:space="preserve">[33:08] </w:t>
      </w:r>
      <w:r>
        <w:t>to jab aap shuru mein bachay ko pyar karte hon ge to bara acha lagta hoga aap ko.</w:t>
      </w:r>
    </w:p>
    <w:p>
      <w:pPr>
        <w:jc w:val="right"/>
      </w:pPr>
      <w:r>
        <w:t>تو جب آپ شروع میں بچے کو پیار کرتے ہوں گے تو بڑا اچھا لگتا ہوگا آپ کو۔</w:t>
      </w:r>
    </w:p>
    <w:p>
      <w:r>
        <w:rPr>
          <w:b/>
        </w:rPr>
        <w:t xml:space="preserve">[33:14] </w:t>
      </w:r>
      <w:r>
        <w:t>ek beta aap ka hai, is ko aap jab pyar kiya aap ne shuru shuru mein to bara</w:t>
      </w:r>
    </w:p>
    <w:p>
      <w:pPr>
        <w:jc w:val="right"/>
      </w:pPr>
      <w:r>
        <w:t>ایک بیٹا آپ کا ہے، اس کو آپ جب پیار کیا آپ نے شروع شروع میں تو بڑا</w:t>
      </w:r>
    </w:p>
    <w:p>
      <w:r>
        <w:rPr>
          <w:b/>
        </w:rPr>
        <w:t xml:space="preserve">[33:20] </w:t>
      </w:r>
      <w:r>
        <w:t>acha laga aap ko.</w:t>
      </w:r>
    </w:p>
    <w:p>
      <w:pPr>
        <w:jc w:val="right"/>
      </w:pPr>
      <w:r>
        <w:t>اچھا لگا آپ کو۔</w:t>
      </w:r>
    </w:p>
    <w:p>
      <w:r>
        <w:rPr>
          <w:b/>
        </w:rPr>
        <w:t xml:space="preserve">[33:26] </w:t>
      </w:r>
      <w:r>
        <w:t>lekin wahan aap ko check karna chahiye ke yeh acha lagna jo hai, kaisa hai.</w:t>
      </w:r>
    </w:p>
    <w:p>
      <w:pPr>
        <w:jc w:val="right"/>
      </w:pPr>
      <w:r>
        <w:t>لیکن وہاں آپ کو چیک کرنا چاہیے کہ یہ اچھا لگنا جو ہے، کیسا ہے۔</w:t>
      </w:r>
    </w:p>
    <w:p>
      <w:r>
        <w:rPr>
          <w:b/>
        </w:rPr>
        <w:t xml:space="preserve">[33:33] </w:t>
      </w:r>
      <w:r>
        <w:t>taqreeban saare hi maa baap ka case yeh hai ke bete ke saath pyar karein ge to un</w:t>
      </w:r>
    </w:p>
    <w:p>
      <w:pPr>
        <w:jc w:val="right"/>
      </w:pPr>
      <w:r>
        <w:t>تقریباً سارے ہی ماں باپ کا کیس یہ ہے کہ بیٹے کے ساتھ پیار کریں گے تو ان</w:t>
      </w:r>
    </w:p>
    <w:p>
      <w:r>
        <w:rPr>
          <w:b/>
        </w:rPr>
        <w:t xml:space="preserve">[33:39] </w:t>
      </w:r>
      <w:r>
        <w:t>ko bara acha lage ga.</w:t>
      </w:r>
    </w:p>
    <w:p>
      <w:pPr>
        <w:jc w:val="right"/>
      </w:pPr>
      <w:r>
        <w:t>کو بڑا اچھا لگے گا۔</w:t>
      </w:r>
    </w:p>
    <w:p>
      <w:r>
        <w:rPr>
          <w:b/>
        </w:rPr>
        <w:t xml:space="preserve">[33:45] </w:t>
      </w:r>
      <w:r>
        <w:t>lekin dheere dheere kya hai, woh pyar jo hai, bachay ko bigar dalay ga.</w:t>
      </w:r>
    </w:p>
    <w:p>
      <w:pPr>
        <w:jc w:val="right"/>
      </w:pPr>
      <w:r>
        <w:t>لیکن دھیرے دھیرے کیا ہے، وہ پیار جو ہے، بچے کو بگاڑ ڈالے گا۔</w:t>
      </w:r>
    </w:p>
    <w:p>
      <w:r>
        <w:rPr>
          <w:b/>
        </w:rPr>
        <w:t xml:space="preserve">[33:51] </w:t>
      </w:r>
      <w:r>
        <w:t>is ki aadatein bigrein gi, is ka mizaj bigre ga, paisa barbaad kare ga, waqt barbaad kare ga,</w:t>
      </w:r>
    </w:p>
    <w:p>
      <w:pPr>
        <w:jc w:val="right"/>
      </w:pPr>
      <w:r>
        <w:t>اس کی عادتیں بگڑیں گی، اس کا مزاج بگڑے گا، پیسہ برباد کرے گا، وقت برباد کرے گا،</w:t>
      </w:r>
    </w:p>
    <w:p>
      <w:r>
        <w:rPr>
          <w:b/>
        </w:rPr>
        <w:t xml:space="preserve">[33:57] </w:t>
      </w:r>
      <w:r>
        <w:t>baatein nahi sune ga.</w:t>
      </w:r>
    </w:p>
    <w:p>
      <w:pPr>
        <w:jc w:val="right"/>
      </w:pPr>
      <w:r>
        <w:t>باتیں نہیں سنے گا۔</w:t>
      </w:r>
    </w:p>
    <w:p>
      <w:r>
        <w:rPr>
          <w:b/>
        </w:rPr>
        <w:t xml:space="preserve">[34:03] </w:t>
      </w:r>
      <w:r>
        <w:t>yeh taqreeban har ghar ki qist hai.</w:t>
      </w:r>
    </w:p>
    <w:p>
      <w:pPr>
        <w:jc w:val="right"/>
      </w:pPr>
      <w:r>
        <w:t>یہ تقریباً ہر گھر کی قسط ہے۔</w:t>
      </w:r>
    </w:p>
    <w:p>
      <w:r>
        <w:rPr>
          <w:b/>
        </w:rPr>
        <w:t xml:space="preserve">[34:09] </w:t>
      </w:r>
      <w:r>
        <w:t>kyun ke jab shuru mein aap ne bachay se pyar kiya aur aap ko acha laga to aap</w:t>
      </w:r>
    </w:p>
    <w:p>
      <w:pPr>
        <w:jc w:val="right"/>
      </w:pPr>
      <w:r>
        <w:t>کیوں کہ جب شروع میں آپ نے بچے سے پیار کیا اور آپ کو اچھا لگا تو آپ</w:t>
      </w:r>
    </w:p>
    <w:p>
      <w:r>
        <w:rPr>
          <w:b/>
        </w:rPr>
        <w:t xml:space="preserve">[34:15] </w:t>
      </w:r>
      <w:r>
        <w:t>ne socha nahi ke yeh jo acha lag raha hai mujhe, yeh kaisa hai is ka nateeja? nateeje</w:t>
      </w:r>
    </w:p>
    <w:p>
      <w:pPr>
        <w:jc w:val="right"/>
      </w:pPr>
      <w:r>
        <w:t>نے سوچا نہیں کہ یہ جو اچھا لگ رہا ہے مجھے، یہ کیسا ہے اس کا نتیجہ؟ نتیجے</w:t>
      </w:r>
    </w:p>
    <w:p>
      <w:r>
        <w:rPr>
          <w:b/>
        </w:rPr>
        <w:t xml:space="preserve">[34:21] </w:t>
      </w:r>
      <w:r>
        <w:t>ke lehaz se kaisa hai? to acha laga, aap bachay se pyar karte rahe, pyar karte rahe.</w:t>
      </w:r>
    </w:p>
    <w:p>
      <w:pPr>
        <w:jc w:val="right"/>
      </w:pPr>
      <w:r>
        <w:t>کے لحاظ سے کیسا ہے؟ تو اچھا لگا، آپ بچے سے پیار کرتے رہے، پیار کرتے رہے۔</w:t>
      </w:r>
    </w:p>
    <w:p>
      <w:r>
        <w:rPr>
          <w:b/>
        </w:rPr>
        <w:t xml:space="preserve">[34:27] </w:t>
      </w:r>
      <w:r>
        <w:t>dheere dheere woh pyar bhi aadat banta hai.</w:t>
      </w:r>
    </w:p>
    <w:p>
      <w:pPr>
        <w:jc w:val="right"/>
      </w:pPr>
      <w:r>
        <w:t>دھیرے دھیرے وہ پیار بھی عادت بنتا ہے۔</w:t>
      </w:r>
    </w:p>
    <w:p>
      <w:r>
        <w:rPr>
          <w:b/>
        </w:rPr>
        <w:t xml:space="preserve">[34:33] </w:t>
      </w:r>
      <w:r>
        <w:t>baghair pyar ke aap ko sukoon nahi hota.</w:t>
      </w:r>
    </w:p>
    <w:p>
      <w:pPr>
        <w:jc w:val="right"/>
      </w:pPr>
      <w:r>
        <w:t>بغیر پیار کے آپ کو سکون نہیں ہوتا۔</w:t>
      </w:r>
    </w:p>
    <w:p>
      <w:r>
        <w:rPr>
          <w:b/>
        </w:rPr>
        <w:t xml:space="preserve">[34:39] </w:t>
      </w:r>
      <w:r>
        <w:t>ek sahab ke mutaliq mujhe maloom hai, un ke ghar walon ne kaha ke woh office mein kaam karte hain.</w:t>
      </w:r>
    </w:p>
    <w:p>
      <w:pPr>
        <w:jc w:val="right"/>
      </w:pPr>
      <w:r>
        <w:t>ایک صاحب کے متعلق مجھے معلوم ہے، ان کے گھر والوں نے کہا کہ وہ آفس میں کام کرتے ہیں۔</w:t>
      </w:r>
    </w:p>
    <w:p>
      <w:r>
        <w:rPr>
          <w:b/>
        </w:rPr>
        <w:t xml:space="preserve">[34:45] </w:t>
      </w:r>
      <w:r>
        <w:t>jab office se wapas aate hain to sab se pehle jaate hain apne bete ke paas.</w:t>
      </w:r>
    </w:p>
    <w:p>
      <w:pPr>
        <w:jc w:val="right"/>
      </w:pPr>
      <w:r>
        <w:t>جب آفس سے واپس آتے ہیں تو سب سے پہلے جاتے ہیں اپنے بیٹے کے پاس۔</w:t>
      </w:r>
    </w:p>
    <w:p>
      <w:r>
        <w:rPr>
          <w:b/>
        </w:rPr>
        <w:t xml:space="preserve">[34:51] </w:t>
      </w:r>
      <w:r>
        <w:t>abhi chhota beta tha un ka, usi ko pyar karte hain, usi se khelte hain.</w:t>
      </w:r>
    </w:p>
    <w:p>
      <w:pPr>
        <w:jc w:val="right"/>
      </w:pPr>
      <w:r>
        <w:t>ابھی چھوٹا بیٹا تھا ان کا، اسی کو پیار کرتے ہیں، اسی سے کھیلتے ہیں۔</w:t>
      </w:r>
    </w:p>
    <w:p>
      <w:r>
        <w:rPr>
          <w:b/>
        </w:rPr>
        <w:t xml:space="preserve">[34:57] </w:t>
      </w:r>
      <w:r>
        <w:t>ab is ke baghair un ko sukoon nahin.</w:t>
      </w:r>
    </w:p>
    <w:p>
      <w:pPr>
        <w:jc w:val="right"/>
      </w:pPr>
      <w:r>
        <w:t>اب اس کے بغیر ان کو سکون نہیں۔</w:t>
      </w:r>
    </w:p>
    <w:p>
      <w:r>
        <w:rPr>
          <w:b/>
        </w:rPr>
        <w:t xml:space="preserve">[35:03] </w:t>
      </w:r>
      <w:r>
        <w:t>is ke baghair un ko sukoon nahin.</w:t>
      </w:r>
    </w:p>
    <w:p>
      <w:pPr>
        <w:jc w:val="right"/>
      </w:pPr>
      <w:r>
        <w:t>اس کے بغیر ان کو سکون نہیں۔</w:t>
      </w:r>
    </w:p>
    <w:p>
      <w:r>
        <w:rPr>
          <w:b/>
        </w:rPr>
        <w:t xml:space="preserve">[35:09] </w:t>
      </w:r>
      <w:r>
        <w:t>lekin hota kya hai, yeh sochte nahin hain ke aaj jo aap ko bachche se pyar karna bara</w:t>
      </w:r>
    </w:p>
    <w:p>
      <w:pPr>
        <w:jc w:val="right"/>
      </w:pPr>
      <w:r>
        <w:t>لیکن ہوتا کیا ہے، یہ سوچتے نہیں ہیں کہ آج جو آپ کو بچے سے پیار کرنا بڑا</w:t>
      </w:r>
    </w:p>
    <w:p>
      <w:r>
        <w:rPr>
          <w:b/>
        </w:rPr>
        <w:t xml:space="preserve">[35:15] </w:t>
      </w:r>
      <w:r>
        <w:t>acha lag raha hai, to nateeje ke lihaaz se kya hai, yeh bachche ko bigaad daale ga.</w:t>
      </w:r>
    </w:p>
    <w:p>
      <w:pPr>
        <w:jc w:val="right"/>
      </w:pPr>
      <w:r>
        <w:t>اچھا لگ رہا ہے، تو نتیجے کے لحاظ سے کیا ہے، یہ بچے کو بگاڑ ڈالے گا۔</w:t>
      </w:r>
    </w:p>
    <w:p>
      <w:r>
        <w:rPr>
          <w:b/>
        </w:rPr>
        <w:t xml:space="preserve">[35:21] </w:t>
      </w:r>
      <w:r>
        <w:t>aur jab bachcha bigde ga to aap bhi zeeyabetes ho jayenge.</w:t>
      </w:r>
    </w:p>
    <w:p>
      <w:pPr>
        <w:jc w:val="right"/>
      </w:pPr>
      <w:r>
        <w:t>اور جب بچہ بگڑے گا تو آپ بھی ذیابیطس ہو جائیں گے۔</w:t>
      </w:r>
    </w:p>
    <w:p>
      <w:r>
        <w:rPr>
          <w:b/>
        </w:rPr>
        <w:t xml:space="preserve">[35:27] </w:t>
      </w:r>
      <w:r>
        <w:t>blood pressure badh jayega.</w:t>
      </w:r>
    </w:p>
    <w:p>
      <w:pPr>
        <w:jc w:val="right"/>
      </w:pPr>
      <w:r>
        <w:t>بلڈ پریشر بڑھ جائے گا۔</w:t>
      </w:r>
    </w:p>
    <w:p>
      <w:r>
        <w:rPr>
          <w:b/>
        </w:rPr>
        <w:t xml:space="preserve">[35:33] </w:t>
      </w:r>
      <w:r>
        <w:t>to jab aap ko bachche se pyar kar ke acha laga, tab hi check kijiye.</w:t>
      </w:r>
    </w:p>
    <w:p>
      <w:pPr>
        <w:jc w:val="right"/>
      </w:pPr>
      <w:r>
        <w:t>تو جب آپ کو بچے سے پیار کر کے اچھا لگا، تب ہی چیک کیجئے۔</w:t>
      </w:r>
    </w:p>
    <w:p>
      <w:r>
        <w:rPr>
          <w:b/>
        </w:rPr>
        <w:t xml:space="preserve">[35:39] </w:t>
      </w:r>
      <w:r>
        <w:t>tab hi check kijiye.</w:t>
      </w:r>
    </w:p>
    <w:p>
      <w:pPr>
        <w:jc w:val="right"/>
      </w:pPr>
      <w:r>
        <w:t>تب ہی چیک کیجئے۔</w:t>
      </w:r>
    </w:p>
    <w:p>
      <w:r>
        <w:rPr>
          <w:b/>
        </w:rPr>
        <w:t xml:space="preserve">[35:45] </w:t>
      </w:r>
      <w:r>
        <w:t>nahin to woh pyar jo hai, aadat banega.</w:t>
      </w:r>
    </w:p>
    <w:p>
      <w:pPr>
        <w:jc w:val="right"/>
      </w:pPr>
      <w:r>
        <w:t>نہیں تو وہ پیار جو ہے، عادت بنے گا۔</w:t>
      </w:r>
    </w:p>
    <w:p>
      <w:r>
        <w:rPr>
          <w:b/>
        </w:rPr>
        <w:t xml:space="preserve">[35:51] </w:t>
      </w:r>
      <w:r>
        <w:t>phir us par ifzaayi ban jayega.</w:t>
      </w:r>
    </w:p>
    <w:p>
      <w:pPr>
        <w:jc w:val="right"/>
      </w:pPr>
      <w:r>
        <w:t>پھر اس پر اضافی بن جائے گا۔</w:t>
      </w:r>
    </w:p>
    <w:p>
      <w:r>
        <w:rPr>
          <w:b/>
        </w:rPr>
        <w:t xml:space="preserve">[35:57] </w:t>
      </w:r>
      <w:r>
        <w:t>اور پھر آپ اس کا point of no return بن جائے گا۔</w:t>
      </w:r>
    </w:p>
    <w:p>
      <w:pPr>
        <w:jc w:val="right"/>
      </w:pPr>
      <w:r>
        <w:t>اور پھر آپ اس کا پوائنٹ آف ڈور ریٹرن بن جائے گا۔</w:t>
      </w:r>
    </w:p>
    <w:p>
      <w:r>
        <w:rPr>
          <w:b/>
        </w:rPr>
        <w:t xml:space="preserve">[36:03] </w:t>
      </w:r>
      <w:r>
        <w:t>aap alag zeeyabetes ho jayenge, beta alag kharab ho jayega.</w:t>
      </w:r>
    </w:p>
    <w:p>
      <w:pPr>
        <w:jc w:val="right"/>
      </w:pPr>
      <w:r>
        <w:t>آپ الگ ذیابیطس ہو جائیں گے، بیٹا الگ خراب ہو جائے گا۔</w:t>
      </w:r>
    </w:p>
    <w:p>
      <w:r>
        <w:rPr>
          <w:b/>
        </w:rPr>
        <w:t xml:space="preserve">[36:09] </w:t>
      </w:r>
      <w:r>
        <w:t>to dekhiye, yeh maamla kisi ek cheez ka nahin hai.</w:t>
      </w:r>
    </w:p>
    <w:p>
      <w:pPr>
        <w:jc w:val="right"/>
      </w:pPr>
      <w:r>
        <w:t>تو دیکھیے، یہ معاملہ کسی ایک چیز کا نہیں ہے۔</w:t>
      </w:r>
    </w:p>
    <w:p>
      <w:r>
        <w:rPr>
          <w:b/>
        </w:rPr>
        <w:t xml:space="preserve">[36:15] </w:t>
      </w:r>
      <w:r>
        <w:t>kisi ek cheez ka nahin hai.</w:t>
      </w:r>
    </w:p>
    <w:p>
      <w:pPr>
        <w:jc w:val="right"/>
      </w:pPr>
      <w:r>
        <w:t>کسی ایک چیز کا نہیں ہے۔</w:t>
      </w:r>
    </w:p>
    <w:p>
      <w:r>
        <w:rPr>
          <w:b/>
        </w:rPr>
        <w:t xml:space="preserve">[36:21] </w:t>
      </w:r>
      <w:r>
        <w:t>kisi bhi cheez mein aap ko lat ho sakti hai.</w:t>
      </w:r>
    </w:p>
    <w:p>
      <w:pPr>
        <w:jc w:val="right"/>
      </w:pPr>
      <w:r>
        <w:t>کسی بھی چیز میں آپ کو لت ہو سکتی ہے۔</w:t>
      </w:r>
    </w:p>
    <w:p>
      <w:r>
        <w:rPr>
          <w:b/>
        </w:rPr>
        <w:t xml:space="preserve">[36:27] </w:t>
      </w:r>
      <w:r>
        <w:t>kisi bhi cheez mein.</w:t>
      </w:r>
    </w:p>
    <w:p>
      <w:pPr>
        <w:jc w:val="right"/>
      </w:pPr>
      <w:r>
        <w:t>کسی بھی چیز میں۔</w:t>
      </w:r>
    </w:p>
    <w:p>
      <w:r>
        <w:rPr>
          <w:b/>
        </w:rPr>
        <w:t xml:space="preserve">[36:33] </w:t>
      </w:r>
      <w:r>
        <w:t>jaise ke maine arz kiya, ek saahab ko yeh lat tha ke woh mitti apne haath mein</w:t>
      </w:r>
    </w:p>
    <w:p>
      <w:pPr>
        <w:jc w:val="right"/>
      </w:pPr>
      <w:r>
        <w:t>جیسے کہ میں نے عرض کیا، ایک صاحب کو یہ لت تھا کہ وہ مٹی اپنے ہاتھ میں</w:t>
      </w:r>
    </w:p>
    <w:p>
      <w:r>
        <w:rPr>
          <w:b/>
        </w:rPr>
        <w:t xml:space="preserve">[36:39] </w:t>
      </w:r>
      <w:r>
        <w:t>lete the, aise aise karte rehte the.</w:t>
      </w:r>
    </w:p>
    <w:p>
      <w:pPr>
        <w:jc w:val="right"/>
      </w:pPr>
      <w:r>
        <w:t>لیتے تھے، ایسے ایسے کرتے رہتے تھے۔</w:t>
      </w:r>
    </w:p>
    <w:p>
      <w:r>
        <w:rPr>
          <w:b/>
        </w:rPr>
        <w:t xml:space="preserve">[36:45] </w:t>
      </w:r>
      <w:r>
        <w:t>woh un ka yeh un ka tha.</w:t>
      </w:r>
    </w:p>
    <w:p>
      <w:pPr>
        <w:jc w:val="right"/>
      </w:pPr>
      <w:r>
        <w:t>وہ ان کا یہ ان کا تھا۔</w:t>
      </w:r>
    </w:p>
    <w:p>
      <w:r>
        <w:rPr>
          <w:b/>
        </w:rPr>
        <w:t xml:space="preserve">[36:51] </w:t>
      </w:r>
      <w:r>
        <w:t>koi saahab the, woh baal aise karte the, wohi us ki un ko aadat pad gayi thi.</w:t>
      </w:r>
    </w:p>
    <w:p>
      <w:pPr>
        <w:jc w:val="right"/>
      </w:pPr>
      <w:r>
        <w:t>کوئی صاحب تھے، وہ بال ایسے کرتے تھے، وہی اس کی ان کو عادت پڑ گئی تھی۔</w:t>
      </w:r>
    </w:p>
    <w:p>
      <w:r>
        <w:rPr>
          <w:b/>
        </w:rPr>
        <w:t xml:space="preserve">[36:57] </w:t>
      </w:r>
      <w:r>
        <w:t>to dunya mein yaani sahi tareeqa sochne aur sahi ravaiye par qaaim rehne ke liye zaroori hai ke</w:t>
      </w:r>
    </w:p>
    <w:p>
      <w:pPr>
        <w:jc w:val="right"/>
      </w:pPr>
      <w:r>
        <w:t>تو دنیا میں یعنی صحیح طریقہ سوچنے اور صحیح رویے پر قائم رہنے کے لیے ضروری ہے کہ</w:t>
      </w:r>
    </w:p>
    <w:p>
      <w:r>
        <w:rPr>
          <w:b/>
        </w:rPr>
        <w:t xml:space="preserve">[37:03] </w:t>
      </w:r>
      <w:r>
        <w:t>aap apne aap ko musalsal taur par dekhte rahen.</w:t>
      </w:r>
    </w:p>
    <w:p>
      <w:pPr>
        <w:jc w:val="right"/>
      </w:pPr>
      <w:r>
        <w:t>آپ اپنے آپ کو مسلسل طور پر دیکھتے رہیں۔</w:t>
      </w:r>
    </w:p>
    <w:p>
      <w:r>
        <w:rPr>
          <w:b/>
        </w:rPr>
        <w:t xml:space="preserve">[37:09] </w:t>
      </w:r>
      <w:r>
        <w:t>apne liye na ban jayen.</w:t>
      </w:r>
    </w:p>
    <w:p>
      <w:pPr>
        <w:jc w:val="right"/>
      </w:pPr>
      <w:r>
        <w:t>اپنے لیے نہ بن جائیں۔</w:t>
      </w:r>
    </w:p>
    <w:p>
      <w:r>
        <w:rPr>
          <w:b/>
        </w:rPr>
        <w:t xml:space="preserve">[37:15] </w:t>
      </w:r>
      <w:r>
        <w:t>hamesha tauba qareeb ko apna maslak banaen.</w:t>
      </w:r>
    </w:p>
    <w:p>
      <w:pPr>
        <w:jc w:val="right"/>
      </w:pPr>
      <w:r>
        <w:t>ہمیشہ توبہ قریب کو اپنا مسلک بنائیں۔</w:t>
      </w:r>
    </w:p>
    <w:p>
      <w:r>
        <w:rPr>
          <w:b/>
        </w:rPr>
        <w:t xml:space="preserve">[37:21] </w:t>
      </w:r>
      <w:r>
        <w:t>tooba baeed ko nahin.</w:t>
      </w:r>
    </w:p>
    <w:p>
      <w:pPr>
        <w:jc w:val="right"/>
      </w:pPr>
      <w:r>
        <w:t>توبہ بعید کو نہیں۔</w:t>
      </w:r>
    </w:p>
    <w:p>
      <w:r>
        <w:rPr>
          <w:b/>
        </w:rPr>
        <w:t xml:space="preserve">[37:27] </w:t>
      </w:r>
      <w:r>
        <w:t>kyunke tooba baeed to kabhi aayegi nahin.</w:t>
      </w:r>
    </w:p>
    <w:p>
      <w:pPr>
        <w:jc w:val="right"/>
      </w:pPr>
      <w:r>
        <w:t>کیونکہ توبہ بعید تو کبھی آئے گی نہیں۔</w:t>
      </w:r>
    </w:p>
    <w:p>
      <w:r>
        <w:rPr>
          <w:b/>
        </w:rPr>
        <w:t xml:space="preserve">[37:33] </w:t>
      </w:r>
      <w:r>
        <w:t>kyunke jab der hogi, der hogi to us waqt aap ko ehsaas hi khatm ho chuka hoga ke</w:t>
      </w:r>
    </w:p>
    <w:p>
      <w:pPr>
        <w:jc w:val="right"/>
      </w:pPr>
      <w:r>
        <w:t>کیونکہ جب دیر ہوگی، دیر ہوگی تو اس وقت آپ کو احساس ہی ختم ہو چکا ہوگا کہ</w:t>
      </w:r>
    </w:p>
    <w:p>
      <w:r>
        <w:rPr>
          <w:b/>
        </w:rPr>
        <w:t xml:space="preserve">[37:39] </w:t>
      </w:r>
      <w:r>
        <w:t>yeh ghalti hai.</w:t>
      </w:r>
    </w:p>
    <w:p>
      <w:pPr>
        <w:jc w:val="right"/>
      </w:pPr>
      <w:r>
        <w:t>یہ غلطی ہے۔</w:t>
      </w:r>
    </w:p>
    <w:p>
      <w:r>
        <w:rPr>
          <w:b/>
        </w:rPr>
        <w:t xml:space="preserve">[37:46] </w:t>
      </w:r>
      <w:r>
        <w:t>yaani ghalti ke baray mein aap ki hassasiyat baqi nahin rahe gi.</w:t>
      </w:r>
    </w:p>
    <w:p>
      <w:pPr>
        <w:jc w:val="right"/>
      </w:pPr>
      <w:r>
        <w:t>یعنی غلطی کے بارے میں آپ کی حساسیت باقی نہیں رہے گی۔</w:t>
      </w:r>
    </w:p>
    <w:p>
      <w:r>
        <w:rPr>
          <w:b/>
        </w:rPr>
        <w:t xml:space="preserve">[37:52] </w:t>
      </w:r>
      <w:r>
        <w:t>tooba qareeb ki ahmiyat yeh hai ke jab aap ne ghalti ki, us waqt aap ki hassasiyat bohat</w:t>
      </w:r>
    </w:p>
    <w:p>
      <w:pPr>
        <w:jc w:val="right"/>
      </w:pPr>
      <w:r>
        <w:t>توبہ قریب کی اہمیت یہ ہے کہ جب آپ نے غلطی کی، اس وقت آپ کی حساسیت بہت</w:t>
      </w:r>
    </w:p>
    <w:p>
      <w:r>
        <w:rPr>
          <w:b/>
        </w:rPr>
        <w:t xml:space="preserve">[37:58] </w:t>
      </w:r>
      <w:r>
        <w:t>poori tarah yaani zinda thi.</w:t>
      </w:r>
    </w:p>
    <w:p>
      <w:pPr>
        <w:jc w:val="right"/>
      </w:pPr>
      <w:r>
        <w:t>پوری طرح یعنی زندہ تھی۔</w:t>
      </w:r>
    </w:p>
    <w:p>
      <w:r>
        <w:rPr>
          <w:b/>
        </w:rPr>
        <w:t xml:space="preserve">[38:04] </w:t>
      </w:r>
      <w:r>
        <w:t>shuru mein jab aap ne koi ghalti ki to us waqt jo hai, aap ki hassasiyat bohat hi zinda hogi. bohat zinda.</w:t>
      </w:r>
    </w:p>
    <w:p>
      <w:pPr>
        <w:jc w:val="right"/>
      </w:pPr>
      <w:r>
        <w:t>شروع میں جب آپ نے کوئی غلطی کی تو اس وقت جو ہے، آپ کی حساسیت بہت ہی زندہ ہوگی۔ بہت زندہ۔</w:t>
      </w:r>
    </w:p>
    <w:p>
      <w:r>
        <w:rPr>
          <w:b/>
        </w:rPr>
        <w:t xml:space="preserve">[38:10] </w:t>
      </w:r>
      <w:r>
        <w:t>lekin jaise jaise aap der karein ge, aap ki hassasiyat kamzor hoti chali jaye gi.</w:t>
      </w:r>
    </w:p>
    <w:p>
      <w:pPr>
        <w:jc w:val="right"/>
      </w:pPr>
      <w:r>
        <w:t>لیکن جیسے جیسے آپ دیر کریں گے، آپ کی حساسیت کمزور ہوتی چلی جائے گی۔</w:t>
      </w:r>
    </w:p>
    <w:p>
      <w:r>
        <w:rPr>
          <w:b/>
        </w:rPr>
        <w:t xml:space="preserve">[38:16] </w:t>
      </w:r>
      <w:r>
        <w:t>yahan tak ke aap in hassas ho jayein ge.</w:t>
      </w:r>
    </w:p>
    <w:p>
      <w:pPr>
        <w:jc w:val="right"/>
      </w:pPr>
      <w:r>
        <w:t>یہاں تک کہ آپ ان حساس ہو جائیں گے۔</w:t>
      </w:r>
    </w:p>
    <w:p>
      <w:r>
        <w:rPr>
          <w:b/>
        </w:rPr>
        <w:t xml:space="preserve">[38:22] </w:t>
      </w:r>
      <w:r>
        <w:t>yaad rahe ga ke aap ne yeh ghalti ki thi.</w:t>
      </w:r>
    </w:p>
    <w:p>
      <w:pPr>
        <w:jc w:val="right"/>
      </w:pPr>
      <w:r>
        <w:t>یاد رہے گا کہ آپ نے یہ غلطی کی تھی۔</w:t>
      </w:r>
    </w:p>
    <w:p>
      <w:r>
        <w:rPr>
          <w:b/>
        </w:rPr>
        <w:t xml:space="preserve">[38:28] </w:t>
      </w:r>
      <w:r>
        <w:t>yaad rahe ga.</w:t>
      </w:r>
    </w:p>
    <w:p>
      <w:pPr>
        <w:jc w:val="right"/>
      </w:pPr>
      <w:r>
        <w:t>یاد رہے گا۔</w:t>
      </w:r>
    </w:p>
    <w:p>
      <w:r>
        <w:rPr>
          <w:b/>
        </w:rPr>
        <w:t xml:space="preserve">[38:34] </w:t>
      </w:r>
      <w:r>
        <w:t>lekin aap hassas nahin hon ge.</w:t>
      </w:r>
    </w:p>
    <w:p>
      <w:pPr>
        <w:jc w:val="right"/>
      </w:pPr>
      <w:r>
        <w:t>لیکن آپ حساس نہیں ہوں گے۔</w:t>
      </w:r>
    </w:p>
    <w:p>
      <w:r>
        <w:rPr>
          <w:b/>
        </w:rPr>
        <w:t xml:space="preserve">[38:40] </w:t>
      </w:r>
      <w:r>
        <w:t>to is dunya mein yaad rakhiye, tooba qareeb hi mumkin hai.</w:t>
      </w:r>
    </w:p>
    <w:p>
      <w:pPr>
        <w:jc w:val="right"/>
      </w:pPr>
      <w:r>
        <w:t>تو اس دنیا میں یاد رکھیے، توبہ قریب ہی ممکن ہے۔</w:t>
      </w:r>
    </w:p>
    <w:p>
      <w:r>
        <w:rPr>
          <w:b/>
        </w:rPr>
        <w:t xml:space="preserve">[38:46] </w:t>
      </w:r>
      <w:r>
        <w:t>tooba baeed ki to nobat hi nahin aati.</w:t>
      </w:r>
    </w:p>
    <w:p>
      <w:pPr>
        <w:jc w:val="right"/>
      </w:pPr>
      <w:r>
        <w:t>توبہ بعید کی تو نوبت ہی نہیں آتی۔</w:t>
      </w:r>
    </w:p>
    <w:p>
      <w:r>
        <w:rPr>
          <w:b/>
        </w:rPr>
        <w:t xml:space="preserve">[38:52] </w:t>
      </w:r>
      <w:r>
        <w:t>"ثم يتوبون من قریب" jo surah nisa mein hai, bohat ba-maani hai.</w:t>
      </w:r>
    </w:p>
    <w:p>
      <w:pPr>
        <w:jc w:val="right"/>
      </w:pPr>
      <w:r>
        <w:t>"ثم يتوبون من قریب" جو سورہ النساء میں ہے، بہت بامعنی ہے۔</w:t>
      </w:r>
    </w:p>
    <w:p>
      <w:r>
        <w:rPr>
          <w:b/>
        </w:rPr>
        <w:t xml:space="preserve">[38:58] </w:t>
      </w:r>
      <w:r>
        <w:t>ke is dunya mein insaan jaisi makhlooq ke liye tooba baeed ka to option hi nahin.</w:t>
      </w:r>
    </w:p>
    <w:p>
      <w:pPr>
        <w:jc w:val="right"/>
      </w:pPr>
      <w:r>
        <w:t>کہ اس دنیا میں انسان جیسی مخلوق کے لیے توبہ بعید کا تو آپشن ہی نہیں۔</w:t>
      </w:r>
    </w:p>
    <w:p>
      <w:r>
        <w:rPr>
          <w:b/>
        </w:rPr>
        <w:t xml:space="preserve">[39:04] </w:t>
      </w:r>
      <w:r>
        <w:t>ke woh ho sakta hai to ehsaas hi khatm ho chuka hota hai.</w:t>
      </w:r>
    </w:p>
    <w:p>
      <w:pPr>
        <w:jc w:val="right"/>
      </w:pPr>
      <w:r>
        <w:t>کہ وہ ہو سکتا ہے تو احساس ہی ختم ہو چکا ہوتا ہے۔</w:t>
      </w:r>
    </w:p>
    <w:p>
      <w:r>
        <w:rPr>
          <w:b/>
        </w:rPr>
        <w:t xml:space="preserve">[39:10] </w:t>
      </w:r>
      <w:r>
        <w:t>to aap tooba kiya karein ge? yeh baat mein bohat dinon ke baad samajh paya hoon.</w:t>
      </w:r>
    </w:p>
    <w:p>
      <w:pPr>
        <w:jc w:val="right"/>
      </w:pPr>
      <w:r>
        <w:t>تو آپ توبہ کیا کریں گے؟ یہ بات میں بہت دنوں کے بعد سمجھ پایا ہوں۔</w:t>
      </w:r>
    </w:p>
    <w:p>
      <w:r>
        <w:rPr>
          <w:b/>
        </w:rPr>
        <w:t xml:space="preserve">[39:16] </w:t>
      </w:r>
      <w:r>
        <w:t>kyunke tasweeron mein mujhe koi jawab nahin mila, tooba qareeb ka kiya cheez hai.</w:t>
      </w:r>
    </w:p>
    <w:p>
      <w:pPr>
        <w:jc w:val="right"/>
      </w:pPr>
      <w:r>
        <w:t>کیونکہ تصویروں میں مجھے کوئی جواب نہیں ملا، توبہ قریب کا کیا چیز ہے۔</w:t>
      </w:r>
    </w:p>
    <w:p>
      <w:r>
        <w:rPr>
          <w:b/>
        </w:rPr>
        <w:t xml:space="preserve">[39:22] </w:t>
      </w:r>
      <w:r>
        <w:t>bohat si baatein sochte sochte sochte yeh samajh mein aaya ke yeh aik amal hota hai.</w:t>
      </w:r>
    </w:p>
    <w:p>
      <w:pPr>
        <w:jc w:val="right"/>
      </w:pPr>
      <w:r>
        <w:t>بہت سی باتیں سوچتے سوچتے سوچتے یہ سمجھ میں آیا کہ یہ ایک عمل ہوتا ہے۔</w:t>
      </w:r>
    </w:p>
    <w:p>
      <w:r>
        <w:rPr>
          <w:b/>
        </w:rPr>
        <w:t xml:space="preserve">[39:28] </w:t>
      </w:r>
      <w:r>
        <w:t>qareeb se baeed tak jaane ka.</w:t>
      </w:r>
    </w:p>
    <w:p>
      <w:pPr>
        <w:jc w:val="right"/>
      </w:pPr>
      <w:r>
        <w:t>قریب سے بعید تک جانے کا۔</w:t>
      </w:r>
    </w:p>
    <w:p>
      <w:r>
        <w:rPr>
          <w:b/>
        </w:rPr>
        <w:t xml:space="preserve">[39:34] </w:t>
      </w:r>
      <w:r>
        <w:t>jab tak qareeb ka maamla hai, tab tak yeh mumkin hota hai ke aadmi apni islaah kare.</w:t>
      </w:r>
    </w:p>
    <w:p>
      <w:pPr>
        <w:jc w:val="right"/>
      </w:pPr>
      <w:r>
        <w:t>جب تک قریب کا معاملہ ہے، تب تک یہ ممکن ہوتا ہے کہ آدمی اپنی اصلاح کرے۔</w:t>
      </w:r>
    </w:p>
    <w:p>
      <w:r>
        <w:rPr>
          <w:b/>
        </w:rPr>
        <w:t xml:space="preserve">[39:40] </w:t>
      </w:r>
      <w:r>
        <w:t>jab baeed ka maamla ho gaya to phir mumkinat khatm.</w:t>
      </w:r>
    </w:p>
    <w:p>
      <w:pPr>
        <w:jc w:val="right"/>
      </w:pPr>
      <w:r>
        <w:t>جب بعید کا معاملہ ہو گیا تو پھر ممکنات ختم۔</w:t>
      </w:r>
    </w:p>
    <w:p>
      <w:r>
        <w:rPr>
          <w:b/>
        </w:rPr>
        <w:t xml:space="preserve">[39:46] </w:t>
      </w:r>
      <w:r>
        <w:t>to bohat bara khatra hai yeh.</w:t>
      </w:r>
    </w:p>
    <w:p>
      <w:pPr>
        <w:jc w:val="right"/>
      </w:pPr>
      <w:r>
        <w:t>تو بہت بڑا خطرہ ہے یہ۔</w:t>
      </w:r>
    </w:p>
    <w:p>
      <w:r>
        <w:rPr>
          <w:b/>
        </w:rPr>
        <w:t xml:space="preserve">[39:52] </w:t>
      </w:r>
      <w:r>
        <w:t>boht bara khatra hai.</w:t>
      </w:r>
    </w:p>
    <w:p>
      <w:pPr>
        <w:jc w:val="right"/>
      </w:pPr>
      <w:r>
        <w:t>بہت بڑا خطرہ ہے۔</w:t>
      </w:r>
    </w:p>
    <w:p>
      <w:r>
        <w:rPr>
          <w:b/>
        </w:rPr>
        <w:t xml:space="preserve">[39:58] </w:t>
      </w:r>
      <w:r>
        <w:t>yeh boht bara khatra hai.</w:t>
      </w:r>
    </w:p>
    <w:p>
      <w:pPr>
        <w:jc w:val="right"/>
      </w:pPr>
      <w:r>
        <w:t>یہ بہت بڑا خطرہ ہے۔</w:t>
      </w:r>
    </w:p>
    <w:p>
      <w:r>
        <w:rPr>
          <w:b/>
        </w:rPr>
        <w:t xml:space="preserve">[40:04] </w:t>
      </w:r>
      <w:r>
        <w:t>to phir mein arz karunga ke yeh mere char bare bare marhalay hain.</w:t>
      </w:r>
    </w:p>
    <w:p>
      <w:pPr>
        <w:jc w:val="right"/>
      </w:pPr>
      <w:r>
        <w:t>تو پھر میں عرض کروں گا کہ یہ میرے چار بڑے بڑے مراحل ہیں۔</w:t>
      </w:r>
    </w:p>
    <w:p>
      <w:r>
        <w:rPr>
          <w:b/>
        </w:rPr>
        <w:t xml:space="preserve">[40:10] </w:t>
      </w:r>
      <w:r>
        <w:t>pehla marhala hai kisi cheez mein test milna.</w:t>
      </w:r>
    </w:p>
    <w:p>
      <w:pPr>
        <w:jc w:val="right"/>
      </w:pPr>
      <w:r>
        <w:t>پہلا مرحلہ ہے کسی چیز میں ٹیسٹ ملنا۔</w:t>
      </w:r>
    </w:p>
    <w:p>
      <w:r>
        <w:rPr>
          <w:b/>
        </w:rPr>
        <w:t xml:space="preserve">[40:16] </w:t>
      </w:r>
      <w:r>
        <w:t>jab test mil raha hai aap ko, us waqt sochiye ke mujhe kisi kaam ko bator duty karna</w:t>
      </w:r>
    </w:p>
    <w:p>
      <w:pPr>
        <w:jc w:val="right"/>
      </w:pPr>
      <w:r>
        <w:t>جب ٹیسٹ مل رہا ہے آپ کو، اس وقت سوچیے کہ مجھے کسی کام کو بطور ڈیوٹی کرنا</w:t>
      </w:r>
    </w:p>
    <w:p>
      <w:r>
        <w:rPr>
          <w:b/>
        </w:rPr>
        <w:t xml:space="preserve">[40:22] </w:t>
      </w:r>
      <w:r>
        <w:t>hai, bator test nahi karna hai.</w:t>
      </w:r>
    </w:p>
    <w:p>
      <w:pPr>
        <w:jc w:val="right"/>
      </w:pPr>
      <w:r>
        <w:t>ہے، بطور ٹیسٹ نہیں کرنا ہے۔</w:t>
      </w:r>
    </w:p>
    <w:p>
      <w:r>
        <w:rPr>
          <w:b/>
        </w:rPr>
        <w:t xml:space="preserve">[40:28] </w:t>
      </w:r>
      <w:r>
        <w:t>kisi kaam ko mujhe karna hai bator duty, bator test nahi.</w:t>
      </w:r>
    </w:p>
    <w:p>
      <w:pPr>
        <w:jc w:val="right"/>
      </w:pPr>
      <w:r>
        <w:t>کسی کام کو مجھے کرنا ہے بطور ڈیوٹی، بطور ٹیسٹ نہیں۔</w:t>
      </w:r>
    </w:p>
    <w:p>
      <w:r>
        <w:rPr>
          <w:b/>
        </w:rPr>
        <w:t xml:space="preserve">[40:34] </w:t>
      </w:r>
      <w:r>
        <w:t>kyunke agar bator test aap ne kisi kaam ko karna shuru kiya to woh kisi had par rukay ga nahi.</w:t>
      </w:r>
    </w:p>
    <w:p>
      <w:pPr>
        <w:jc w:val="right"/>
      </w:pPr>
      <w:r>
        <w:t>کیونکہ اگر بطور ٹیسٹ آپ نے کسی کام کو کرنا شروع کیا تو وہ کسی حد پر رکے گا نہیں۔</w:t>
      </w:r>
    </w:p>
    <w:p>
      <w:r>
        <w:rPr>
          <w:b/>
        </w:rPr>
        <w:t xml:space="preserve">[40:40] </w:t>
      </w:r>
      <w:r>
        <w:t>yad rakhiye, kisi kaam ko, misaal ke tor par bete ko aap is ke baray mein apni zimmedari ada karein</w:t>
      </w:r>
    </w:p>
    <w:p>
      <w:pPr>
        <w:jc w:val="right"/>
      </w:pPr>
      <w:r>
        <w:t>یاد رکھیے، کسی کام کو، مثلاً بیٹے کو آپ اس کے بارے میں اپنی ذمہ داری ادا کریں</w:t>
      </w:r>
    </w:p>
    <w:p>
      <w:r>
        <w:rPr>
          <w:b/>
        </w:rPr>
        <w:t xml:space="preserve">[40:46] </w:t>
      </w:r>
      <w:r>
        <w:t>bator duty ke, to ek had par rahe gi.</w:t>
      </w:r>
    </w:p>
    <w:p>
      <w:pPr>
        <w:jc w:val="right"/>
      </w:pPr>
      <w:r>
        <w:t>بطور ڈیوٹی کے، تو ایک حد پر رہے گی۔</w:t>
      </w:r>
    </w:p>
    <w:p>
      <w:r>
        <w:rPr>
          <w:b/>
        </w:rPr>
        <w:t xml:space="preserve">[40:52] </w:t>
      </w:r>
      <w:r>
        <w:t>lekin bete se aap ko yani piyar shuru kar dein to woh laadla ban jayega.</w:t>
      </w:r>
    </w:p>
    <w:p>
      <w:pPr>
        <w:jc w:val="right"/>
      </w:pPr>
      <w:r>
        <w:t>لیکن بیٹے سے آپ کو یعنی پیار شروع کر دیں تو وہ لاٹ پیر بن جائے گا۔</w:t>
      </w:r>
    </w:p>
    <w:p>
      <w:r>
        <w:rPr>
          <w:b/>
        </w:rPr>
        <w:t xml:space="preserve">[40:58] </w:t>
      </w:r>
      <w:r>
        <w:t>aur laadla bante bante yahan tak pohnch jayega, ek taraf to larka bigray ga, doosri taraf</w:t>
      </w:r>
    </w:p>
    <w:p>
      <w:pPr>
        <w:jc w:val="right"/>
      </w:pPr>
      <w:r>
        <w:t>اور لاٹ پیر بنتے بنتے یہاں تک پہنچ جائے گا، ایک طرف تو لڑکا بگڑے گا، دوسری طرف</w:t>
      </w:r>
    </w:p>
    <w:p>
      <w:r>
        <w:rPr>
          <w:b/>
        </w:rPr>
        <w:t xml:space="preserve">[41:04] </w:t>
      </w:r>
      <w:r>
        <w:t>aap diabetes ho jayenge.</w:t>
      </w:r>
    </w:p>
    <w:p>
      <w:pPr>
        <w:jc w:val="right"/>
      </w:pPr>
      <w:r>
        <w:t>آپ ذیابیطس ہو جائیں گے۔</w:t>
      </w:r>
    </w:p>
    <w:p>
      <w:r>
        <w:rPr>
          <w:b/>
        </w:rPr>
        <w:t xml:space="preserve">[41:10] </w:t>
      </w:r>
      <w:r>
        <w:t>to sahi tareeqa yeh hai ke aap jo kaam karein, bator duty karein.</w:t>
      </w:r>
    </w:p>
    <w:p>
      <w:pPr>
        <w:jc w:val="right"/>
      </w:pPr>
      <w:r>
        <w:t>تو صحیح طریقہ یہ ہے کہ آپ جو کام کریں، بطور ڈیوٹی کریں۔</w:t>
      </w:r>
    </w:p>
    <w:p>
      <w:r>
        <w:rPr>
          <w:b/>
        </w:rPr>
        <w:t xml:space="preserve">[41:16] </w:t>
      </w:r>
      <w:r>
        <w:t>agar aisa nahi hoga to wahi hai ke koi amal chalega ke pehle test ayega, phir</w:t>
      </w:r>
    </w:p>
    <w:p>
      <w:pPr>
        <w:jc w:val="right"/>
      </w:pPr>
      <w:r>
        <w:t>اگر ایسا نہیں ہوگا تو وہی ہے کہ کوئی عمل چلے گا کہ پہلے ٹیسٹ آئے گا، پھر</w:t>
      </w:r>
    </w:p>
    <w:p>
      <w:r>
        <w:rPr>
          <w:b/>
        </w:rPr>
        <w:t xml:space="preserve">[41:22] </w:t>
      </w:r>
      <w:r>
        <w:t>test taraqqi ho kar adat banega, phir mazeed taraqqi hoga aur woh lat ban jayega.</w:t>
      </w:r>
    </w:p>
    <w:p>
      <w:pPr>
        <w:jc w:val="right"/>
      </w:pPr>
      <w:r>
        <w:t>ٹیسٹ ترقی ہو کر عادت بنے گا، پھر مزید ترقی ہوگا اور وہ لت بن جائے گا۔</w:t>
      </w:r>
    </w:p>
    <w:p>
      <w:r>
        <w:rPr>
          <w:b/>
        </w:rPr>
        <w:t xml:space="preserve">[41:28] </w:t>
      </w:r>
      <w:r>
        <w:t>aur taraqqi hoga aur phir us waqt point of no return aa jayega.</w:t>
      </w:r>
    </w:p>
    <w:p>
      <w:pPr>
        <w:jc w:val="right"/>
      </w:pPr>
      <w:r>
        <w:t>اور ترقی ہوگا اور پھر اس وقت پوائنٹ آف ڈور ریٹرن آ جائے گا۔</w:t>
      </w:r>
    </w:p>
    <w:p>
      <w:r>
        <w:rPr>
          <w:b/>
        </w:rPr>
        <w:t xml:space="preserve">[41:34] </w:t>
      </w:r>
      <w:r>
        <w:t>aap dekhiye, dunya mein hamein thora sa moqa mila hai kaam karne ka.</w:t>
      </w:r>
    </w:p>
    <w:p>
      <w:pPr>
        <w:jc w:val="right"/>
      </w:pPr>
      <w:r>
        <w:t>آپ دیکھیے، دنیا میں ہمیں تھوڑا سا موقع ملا ہے کام کرنے کا۔</w:t>
      </w:r>
    </w:p>
    <w:p>
      <w:r>
        <w:rPr>
          <w:b/>
        </w:rPr>
        <w:t xml:space="preserve">[41:40] </w:t>
      </w:r>
      <w:r>
        <w:t>yani ausat umer aadmi ki sattar saal batayi jati hai taqreeban.</w:t>
      </w:r>
    </w:p>
    <w:p>
      <w:pPr>
        <w:jc w:val="right"/>
      </w:pPr>
      <w:r>
        <w:t>یعنی اوسط عمر آدمی کی ستر سال بتائی جاتی ہے تقریباً۔</w:t>
      </w:r>
    </w:p>
    <w:p>
      <w:r>
        <w:rPr>
          <w:b/>
        </w:rPr>
        <w:t xml:space="preserve">[41:46] </w:t>
      </w:r>
      <w:r>
        <w:t>to sattar saal to kuch bhi nahi hai.</w:t>
      </w:r>
    </w:p>
    <w:p>
      <w:pPr>
        <w:jc w:val="right"/>
      </w:pPr>
      <w:r>
        <w:t>تو ستر سال تو کچھ بھی نہیں ہے۔</w:t>
      </w:r>
    </w:p>
    <w:p>
      <w:r>
        <w:rPr>
          <w:b/>
        </w:rPr>
        <w:t xml:space="preserve">[41:53] </w:t>
      </w:r>
      <w:r>
        <w:t>kyunke bachpan ke dour ko nikal dijiye, nojawani ko nikal dijiye, napukhtagi ke dour ko nikal dijiye, to</w:t>
      </w:r>
    </w:p>
    <w:p>
      <w:pPr>
        <w:jc w:val="right"/>
      </w:pPr>
      <w:r>
        <w:t>کیونکہ بچپن کے دور کو نکال دیجیے، نوجوانی کو نکال دیجیے، ناپختگی کے دور کو نکال دیجیے، تو</w:t>
      </w:r>
    </w:p>
    <w:p>
      <w:r>
        <w:rPr>
          <w:b/>
        </w:rPr>
        <w:t xml:space="preserve">[41:59] </w:t>
      </w:r>
      <w:r>
        <w:t>bacha kya kitna? napukhtagi wala umer bacha kitna? to sattar saal thori mila aap ko.</w:t>
      </w:r>
    </w:p>
    <w:p>
      <w:pPr>
        <w:jc w:val="right"/>
      </w:pPr>
      <w:r>
        <w:t>بچا کیا کتنا؟ ناپختگی والا عمر بچا کتنا؟ تو ستر سال تھوڑی ملا آپ کو۔</w:t>
      </w:r>
    </w:p>
    <w:p>
      <w:r>
        <w:rPr>
          <w:b/>
        </w:rPr>
        <w:t xml:space="preserve">[42:05] </w:t>
      </w:r>
      <w:r>
        <w:t>poora sattar saal, yani sattar saal ausat umer hai, lekin sattar saal kaam karne ke liye kahan mila?</w:t>
      </w:r>
    </w:p>
    <w:p>
      <w:pPr>
        <w:jc w:val="right"/>
      </w:pPr>
      <w:r>
        <w:t>پورا ستر سال، یعنی ستر سال اوسط عمر ہے، لیکن ستر سال کام کرنے کے لیے کہاں ملا؟</w:t>
      </w:r>
    </w:p>
    <w:p>
      <w:r>
        <w:rPr>
          <w:b/>
        </w:rPr>
        <w:t xml:space="preserve">[42:11] </w:t>
      </w:r>
      <w:r>
        <w:t>yani bachpan ko is mein minus kar dijiye, nojawani ko minus kar dijiye, napukhtagi ke dour ko minus</w:t>
      </w:r>
    </w:p>
    <w:p>
      <w:pPr>
        <w:jc w:val="right"/>
      </w:pPr>
      <w:r>
        <w:t>یعنی بچپن کو اس میں مائنس کر دیجیے، نوجوانی کو مائنس کر دیجیے، ناپختگی کے دور کو مائنس</w:t>
      </w:r>
    </w:p>
    <w:p>
      <w:r>
        <w:rPr>
          <w:b/>
        </w:rPr>
        <w:t xml:space="preserve">[42:17] </w:t>
      </w:r>
      <w:r>
        <w:t>kar dijiye, phir napukhtagi ka jo umer hai, woh kitna rahe ga? boht hi kam rahe ga.</w:t>
      </w:r>
    </w:p>
    <w:p>
      <w:pPr>
        <w:jc w:val="right"/>
      </w:pPr>
      <w:r>
        <w:t>کر دیجیے، پھر ناپختگی کا جو عمر ہے، وہ کتنا رہے گا؟ بہت ہی کم رہے گا۔</w:t>
      </w:r>
    </w:p>
    <w:p>
      <w:r>
        <w:rPr>
          <w:b/>
        </w:rPr>
        <w:t xml:space="preserve">[42:23] </w:t>
      </w:r>
      <w:r>
        <w:t>to aadmi ko chahiye ke apne bare mein bohat hi zyada sanjeeda ho.</w:t>
      </w:r>
    </w:p>
    <w:p>
      <w:pPr>
        <w:jc w:val="right"/>
      </w:pPr>
      <w:r>
        <w:t>تو آدمی کو چاہیے کہ اپنے بارے میں بہت ہی زیادہ سنجیدہ ہو۔</w:t>
      </w:r>
    </w:p>
    <w:p>
      <w:r>
        <w:rPr>
          <w:b/>
        </w:rPr>
        <w:t xml:space="preserve">[42:29] </w:t>
      </w:r>
      <w:r>
        <w:t>bohat zyada sanjeeda ho.</w:t>
      </w:r>
    </w:p>
    <w:p>
      <w:pPr>
        <w:jc w:val="right"/>
      </w:pPr>
      <w:r>
        <w:t>بہت زیادہ سنجیدہ ہو۔</w:t>
      </w:r>
    </w:p>
    <w:p>
      <w:r>
        <w:rPr>
          <w:b/>
        </w:rPr>
        <w:t xml:space="preserve">[42:35] </w:t>
      </w:r>
      <w:r>
        <w:t>bohat zyada sanjeeda ho apne bare mein.</w:t>
      </w:r>
    </w:p>
    <w:p>
      <w:pPr>
        <w:jc w:val="right"/>
      </w:pPr>
      <w:r>
        <w:t>بہت زیادہ سنجیدہ ہو اپنے بارے میں۔</w:t>
      </w:r>
    </w:p>
    <w:p>
      <w:r>
        <w:rPr>
          <w:b/>
        </w:rPr>
        <w:t xml:space="preserve">[42:41] </w:t>
      </w:r>
      <w:r>
        <w:t>log doosron ke bare mein bohat bolte hain.</w:t>
      </w:r>
    </w:p>
    <w:p>
      <w:pPr>
        <w:jc w:val="right"/>
      </w:pPr>
      <w:r>
        <w:t>لوگ دوسروں کے بارے میں بہت بولتے ہیں۔</w:t>
      </w:r>
    </w:p>
    <w:p>
      <w:r>
        <w:rPr>
          <w:b/>
        </w:rPr>
        <w:t xml:space="preserve">[42:47] </w:t>
      </w:r>
      <w:r>
        <w:t>yani doosron ke bare mein khoob dikhate hain sanjeedgi.</w:t>
      </w:r>
    </w:p>
    <w:p>
      <w:pPr>
        <w:jc w:val="right"/>
      </w:pPr>
      <w:r>
        <w:t>یعنی دوسروں کے بارے میں خوب دکھاتے ہیں سنجیدگی۔</w:t>
      </w:r>
    </w:p>
    <w:p>
      <w:r>
        <w:rPr>
          <w:b/>
        </w:rPr>
        <w:t xml:space="preserve">[42:53] </w:t>
      </w:r>
      <w:r>
        <w:t>aisa zulm ho raha hai, waisa fasaad ho raha hai, woh bigaad ho raha hai.</w:t>
      </w:r>
    </w:p>
    <w:p>
      <w:pPr>
        <w:jc w:val="right"/>
      </w:pPr>
      <w:r>
        <w:t>ایسا ظلم ہو رہا ہے، ویسا فساد ہو رہا ہے، وہ بگاڑ ہو رہا ہے۔</w:t>
      </w:r>
    </w:p>
    <w:p>
      <w:r>
        <w:rPr>
          <w:b/>
        </w:rPr>
        <w:t xml:space="preserve">[42:59] </w:t>
      </w:r>
      <w:r>
        <w:t>jisko dekhiye, doosron ke bare mein mahir bana hua.</w:t>
      </w:r>
    </w:p>
    <w:p>
      <w:pPr>
        <w:jc w:val="right"/>
      </w:pPr>
      <w:r>
        <w:t>جس کو دیکھیے، دوسروں کے بارے میں ماہر بنا ہوا۔</w:t>
      </w:r>
    </w:p>
    <w:p>
      <w:r>
        <w:rPr>
          <w:b/>
        </w:rPr>
        <w:t xml:space="preserve">[43:05] </w:t>
      </w:r>
      <w:r>
        <w:t>yani doosron ke bigaad ko batane ke liye har aadmi mahir bana hua hai.</w:t>
      </w:r>
    </w:p>
    <w:p>
      <w:pPr>
        <w:jc w:val="right"/>
      </w:pPr>
      <w:r>
        <w:t>یعنی دوسروں کے بگاڑ کو بتانے کے لیے ہر آدمی ماہر بنا ہوا ہے۔</w:t>
      </w:r>
    </w:p>
    <w:p>
      <w:r>
        <w:rPr>
          <w:b/>
        </w:rPr>
        <w:t xml:space="preserve">[43:11] </w:t>
      </w:r>
      <w:r>
        <w:t>jisko dekhiye, koi stage par, koi tehreer mein, koi majlis guftagu mein, har aadmi doosre ke bigaad</w:t>
      </w:r>
    </w:p>
    <w:p>
      <w:pPr>
        <w:jc w:val="right"/>
      </w:pPr>
      <w:r>
        <w:t>جس کو دیکھیے، کوئی اسٹیج پر، کوئی تحریر میں، کوئی مجلس گفتگو میں، ہر آدمی دوسرے کے بگاڑ</w:t>
      </w:r>
    </w:p>
    <w:p>
      <w:r>
        <w:rPr>
          <w:b/>
        </w:rPr>
        <w:t xml:space="preserve">[43:17] </w:t>
      </w:r>
      <w:r>
        <w:t>ko pakadne ke liye mahir bana hua hai.</w:t>
      </w:r>
    </w:p>
    <w:p>
      <w:pPr>
        <w:jc w:val="right"/>
      </w:pPr>
      <w:r>
        <w:t>کو پکڑنے کے لیے ماہر بنا ہوا ہے۔</w:t>
      </w:r>
    </w:p>
    <w:p>
      <w:r>
        <w:rPr>
          <w:b/>
        </w:rPr>
        <w:t xml:space="preserve">[43:23] </w:t>
      </w:r>
      <w:r>
        <w:t>mahir bana hua hai.</w:t>
      </w:r>
    </w:p>
    <w:p>
      <w:pPr>
        <w:jc w:val="right"/>
      </w:pPr>
      <w:r>
        <w:t>ماہر بنا ہوا ہے۔</w:t>
      </w:r>
    </w:p>
    <w:p>
      <w:r>
        <w:rPr>
          <w:b/>
        </w:rPr>
        <w:t xml:space="preserve">[43:29] </w:t>
      </w:r>
      <w:r>
        <w:t>lekin apne ko khabar nahin.</w:t>
      </w:r>
    </w:p>
    <w:p>
      <w:pPr>
        <w:jc w:val="right"/>
      </w:pPr>
      <w:r>
        <w:t>لیکن اپنے کو خبر نہیں۔</w:t>
      </w:r>
    </w:p>
    <w:p>
      <w:r>
        <w:rPr>
          <w:b/>
        </w:rPr>
        <w:t xml:space="preserve">[43:35] </w:t>
      </w:r>
      <w:r>
        <w:t>apne andar kya bigaad paida ho raha hai, kya shakhsiyat ban rahi hai, iski khabar nahin.</w:t>
      </w:r>
    </w:p>
    <w:p>
      <w:pPr>
        <w:jc w:val="right"/>
      </w:pPr>
      <w:r>
        <w:t>اپنے اندر کیا بگاڑ پیدا ہو رہا ہے، کیا شخصیت بن رہی ہے، اس کی خبر نہیں۔</w:t>
      </w:r>
    </w:p>
    <w:p>
      <w:r>
        <w:rPr>
          <w:b/>
        </w:rPr>
        <w:t xml:space="preserve">[43:41] </w:t>
      </w:r>
      <w:r>
        <w:t>main to jahan dekhta hoon, jis majlis mein, jis magazine mein, jis stage par, har jagah doosron ke</w:t>
      </w:r>
    </w:p>
    <w:p>
      <w:pPr>
        <w:jc w:val="right"/>
      </w:pPr>
      <w:r>
        <w:t>میں تو جہاں دیکھتا ہوں، جس مجلس میں، جس میگزین میں، جس اسٹیج پر، ہر جگہ دوسروں کے</w:t>
      </w:r>
    </w:p>
    <w:p>
      <w:r>
        <w:rPr>
          <w:b/>
        </w:rPr>
        <w:t xml:space="preserve">[43:47] </w:t>
      </w:r>
      <w:r>
        <w:t>bigaad ka charcha ho raha hai.</w:t>
      </w:r>
    </w:p>
    <w:p>
      <w:pPr>
        <w:jc w:val="right"/>
      </w:pPr>
      <w:r>
        <w:t>بگاڑ کا چرچا ہو رہا ہے۔</w:t>
      </w:r>
    </w:p>
    <w:p>
      <w:r>
        <w:rPr>
          <w:b/>
        </w:rPr>
        <w:t xml:space="preserve">[43:53] </w:t>
      </w:r>
      <w:r>
        <w:t>khud creation ki baat kahin nahin ho rahi hai.</w:t>
      </w:r>
    </w:p>
    <w:p>
      <w:pPr>
        <w:jc w:val="right"/>
      </w:pPr>
      <w:r>
        <w:t>خود کریشن کی بات کہیں نہیں ہو رہی ہے۔</w:t>
      </w:r>
    </w:p>
    <w:p>
      <w:r>
        <w:rPr>
          <w:b/>
        </w:rPr>
        <w:t xml:space="preserve">[43:59] </w:t>
      </w:r>
      <w:r>
        <w:t>bahami shakk o shubah ki baat kahin nahin ho rahi hai.</w:t>
      </w:r>
    </w:p>
    <w:p>
      <w:pPr>
        <w:jc w:val="right"/>
      </w:pPr>
      <w:r>
        <w:t>باہمی شک و شبہ کی بات کہیں نہیں ہو رہی ہے۔</w:t>
      </w:r>
    </w:p>
    <w:p>
      <w:r>
        <w:rPr>
          <w:b/>
        </w:rPr>
        <w:t xml:space="preserve">[44:05] </w:t>
      </w:r>
      <w:r>
        <w:t>tauba qareeb ki baat kahin nahin ho rahi.</w:t>
      </w:r>
    </w:p>
    <w:p>
      <w:pPr>
        <w:jc w:val="right"/>
      </w:pPr>
      <w:r>
        <w:t>توبہ قریب کی بات کہیں نہیں ہو رہی۔</w:t>
      </w:r>
    </w:p>
    <w:p>
      <w:r>
        <w:rPr>
          <w:b/>
        </w:rPr>
        <w:t xml:space="preserve">[44:11] </w:t>
      </w:r>
      <w:r>
        <w:t>to aap log jo ke yani ek mission ko le kar chal rahe hain, to aap se main</w:t>
      </w:r>
    </w:p>
    <w:p>
      <w:pPr>
        <w:jc w:val="right"/>
      </w:pPr>
      <w:r>
        <w:t>تو آپ لوگ جو کہ یعنی ایک مشن کو لے کر چل رہے ہیں، تو آپ سے میں</w:t>
      </w:r>
    </w:p>
    <w:p>
      <w:r>
        <w:rPr>
          <w:b/>
        </w:rPr>
        <w:t xml:space="preserve">[44:17] </w:t>
      </w:r>
      <w:r>
        <w:t>arz karunga ke aap mein se har shakhs apna muhasib ban jaye.</w:t>
      </w:r>
    </w:p>
    <w:p>
      <w:pPr>
        <w:jc w:val="right"/>
      </w:pPr>
      <w:r>
        <w:t>عرض کروں گا کہ آپ میں سے ہر شخص اپنا محاسب بن جائے۔</w:t>
      </w:r>
    </w:p>
    <w:p>
      <w:r>
        <w:rPr>
          <w:b/>
        </w:rPr>
        <w:t xml:space="preserve">[44:23] </w:t>
      </w:r>
      <w:r>
        <w:t>apne apne aap ko barabar dekhta rahe.</w:t>
      </w:r>
    </w:p>
    <w:p>
      <w:pPr>
        <w:jc w:val="right"/>
      </w:pPr>
      <w:r>
        <w:t>اپنے اپنے آپ کو برابر دیکھتا رہے۔</w:t>
      </w:r>
    </w:p>
    <w:p>
      <w:r>
        <w:rPr>
          <w:b/>
        </w:rPr>
        <w:t xml:space="preserve">[44:29] </w:t>
      </w:r>
      <w:r>
        <w:t>warna aap jo mission hai aap ka, us mein aap apna hissa, kirdaar ada nahin kar sakenge.</w:t>
      </w:r>
    </w:p>
    <w:p>
      <w:pPr>
        <w:jc w:val="right"/>
      </w:pPr>
      <w:r>
        <w:t>ورنہ آپ جو مشن ہے آپ کا، اس میں آپ اپنا حصہ، کردار ادا نہیں کر سکیں گے۔</w:t>
      </w:r>
    </w:p>
    <w:p>
      <w:r>
        <w:rPr>
          <w:b/>
        </w:rPr>
        <w:t xml:space="preserve">[44:35] </w:t>
      </w:r>
      <w:r>
        <w:t>apna kirdaar ada nahin kar sakenge.</w:t>
      </w:r>
    </w:p>
    <w:p>
      <w:pPr>
        <w:jc w:val="right"/>
      </w:pPr>
      <w:r>
        <w:t>اپنا کردار ادا نہیں کر سکیں گے۔</w:t>
      </w:r>
    </w:p>
    <w:p>
      <w:r>
        <w:rPr>
          <w:b/>
        </w:rPr>
        <w:t xml:space="preserve">[44:41] </w:t>
      </w:r>
      <w:r>
        <w:t>main aise kai logon ko jaanta hoon jo ek mani mission ki taraf uthe, lekin kahin atak gaye</w:t>
      </w:r>
    </w:p>
    <w:p>
      <w:pPr>
        <w:jc w:val="right"/>
      </w:pPr>
      <w:r>
        <w:t>میں ایسے کئی لوگوں کو جانتا ہوں جو ایک معنی مشن کی طرف اٹھے، لیکن کہیں اٹک گئے</w:t>
      </w:r>
    </w:p>
    <w:p>
      <w:r>
        <w:rPr>
          <w:b/>
        </w:rPr>
        <w:t xml:space="preserve">[44:47] </w:t>
      </w:r>
      <w:r>
        <w:t>aur phir woh mission khatam ho gaya.</w:t>
      </w:r>
    </w:p>
    <w:p>
      <w:pPr>
        <w:jc w:val="right"/>
      </w:pPr>
      <w:r>
        <w:t>اور پھر وہ مشن ختم ہوگیا۔</w:t>
      </w:r>
    </w:p>
    <w:p>
      <w:r>
        <w:rPr>
          <w:b/>
        </w:rPr>
        <w:t xml:space="preserve">[44:53] </w:t>
      </w:r>
      <w:r>
        <w:t>aur woh idhar kahin bhaag gaye, koi idhar bhaag gaye.</w:t>
      </w:r>
    </w:p>
    <w:p>
      <w:pPr>
        <w:jc w:val="right"/>
      </w:pPr>
      <w:r>
        <w:t>اور وہ ادھر کہیں بھاگ گئے، کوئی ادھر بھاگ گئے۔</w:t>
      </w:r>
    </w:p>
    <w:p>
      <w:r>
        <w:rPr>
          <w:b/>
        </w:rPr>
        <w:t xml:space="preserve">[44:59] </w:t>
      </w:r>
      <w:r>
        <w:t>toh aap ko apne mission ko durust taur par jaari rakhne ke liye zaroori hai ke apna aap muhasba karen.</w:t>
      </w:r>
    </w:p>
    <w:p>
      <w:pPr>
        <w:jc w:val="right"/>
      </w:pPr>
      <w:r>
        <w:t>تو آپ کو اپنے مشن کو درست طور پر جاری رکھنے کے لیے ضروری ہے کہ اپنا آپ محاسبہ کریں۔</w:t>
      </w:r>
    </w:p>
    <w:p>
      <w:r>
        <w:rPr>
          <w:b/>
        </w:rPr>
        <w:t xml:space="preserve">[45:05] </w:t>
      </w:r>
      <w:r>
        <w:t>apne apne upar yaani apna apna check karte rahen.</w:t>
      </w:r>
    </w:p>
    <w:p>
      <w:pPr>
        <w:jc w:val="right"/>
      </w:pPr>
      <w:r>
        <w:t>اپنے اپنے اوپر یعنی اپنا اپنا چیک کرتے رہیں۔</w:t>
      </w:r>
    </w:p>
    <w:p>
      <w:r>
        <w:rPr>
          <w:b/>
        </w:rPr>
        <w:t xml:space="preserve">[45:11] </w:t>
      </w:r>
      <w:r>
        <w:t>toh meri dua hai ke Allah taala mujh ko aur aap ko tofeeq de ke hum sirat e mustaqeem</w:t>
      </w:r>
    </w:p>
    <w:p>
      <w:pPr>
        <w:jc w:val="right"/>
      </w:pPr>
      <w:r>
        <w:t>تو میری دعا ہے کہ اللہ تعالیٰ مجھ کو اور آپ کو توفیق دے کہ ہم صراط مستقیم</w:t>
      </w:r>
    </w:p>
    <w:p>
      <w:r>
        <w:rPr>
          <w:b/>
        </w:rPr>
        <w:t xml:space="preserve">[45:17] </w:t>
      </w:r>
      <w:r>
        <w:t>par chalen aur doosron ko bhi sirat e mustaqeem ka rasta dikhaen.</w:t>
      </w:r>
    </w:p>
    <w:p>
      <w:pPr>
        <w:jc w:val="right"/>
      </w:pPr>
      <w:r>
        <w:t>پر چلیں اور دوسروں کو بھی صراط مستقیم کا راستہ دکھائیں۔</w:t>
      </w:r>
    </w:p>
    <w:p>
      <w:r>
        <w:rPr>
          <w:b/>
        </w:rPr>
        <w:t xml:space="preserve">[45:23] </w:t>
      </w:r>
      <w:r>
        <w:t>yeh bohat hi zyada sanjeedgi ki zaroorat hai, bohat zyada sanjeedgi ki zaroorat hai, bohat zyada hosh ke</w:t>
      </w:r>
    </w:p>
    <w:p>
      <w:pPr>
        <w:jc w:val="right"/>
      </w:pPr>
      <w:r>
        <w:t>یہ بہت ہی زیادہ سنجیدگی کی ضرورت ہے، بہت زیادہ سنجیدگی کی ضرورت ہے، بہت زیادہ ہوش کے</w:t>
      </w:r>
    </w:p>
    <w:p>
      <w:r>
        <w:rPr>
          <w:b/>
        </w:rPr>
        <w:t xml:space="preserve">[45:29] </w:t>
      </w:r>
      <w:r>
        <w:t>saath jeene ki zaroorat hai duniya mein.</w:t>
      </w:r>
    </w:p>
    <w:p>
      <w:pPr>
        <w:jc w:val="right"/>
      </w:pPr>
      <w:r>
        <w:t>ساتھ جینے کی ضرورت ہے دنیا میں۔</w:t>
      </w:r>
    </w:p>
    <w:p>
      <w:r>
        <w:rPr>
          <w:b/>
        </w:rPr>
        <w:t xml:space="preserve">[45:35] </w:t>
      </w:r>
      <w:r>
        <w:t>toh Allah taala meri aur aap ki madad farmaye.</w:t>
      </w:r>
    </w:p>
    <w:p>
      <w:pPr>
        <w:jc w:val="right"/>
      </w:pPr>
      <w:r>
        <w:t>تو اللہ تعالیٰ میری اور آپ کی مدد فرمائے۔</w:t>
      </w:r>
    </w:p>
    <w:p>
      <w:r>
        <w:rPr>
          <w:b/>
        </w:rPr>
        <w:t xml:space="preserve">[45:41] </w:t>
      </w:r>
      <w:r>
        <w:t>duniya aur aakhirat mein hamara madadgar ho.</w:t>
      </w:r>
    </w:p>
    <w:p>
      <w:pPr>
        <w:jc w:val="right"/>
      </w:pPr>
      <w:r>
        <w:t>دنیا اور آخرت میں ہمارا مددگار ہو۔</w:t>
      </w:r>
    </w:p>
    <w:p>
      <w:r>
        <w:rPr>
          <w:b/>
        </w:rPr>
        <w:t xml:space="preserve">[45:47] </w:t>
      </w:r>
      <w:r>
        <w:t>Assalam o alaikum wa rehmatullah.</w:t>
      </w:r>
    </w:p>
    <w:p>
      <w:pPr>
        <w:jc w:val="right"/>
      </w:pPr>
      <w:r>
        <w:t>السلام علیکم ورحمتہ اللہ۔</w:t>
      </w:r>
    </w:p>
    <w:p>
      <w:r>
        <w:rPr>
          <w:b/>
        </w:rPr>
        <w:t xml:space="preserve">[45:53] </w:t>
      </w:r>
      <w:r>
        <w:t>Okay, we will now begin the question and answer session with Maulana sahib.</w:t>
      </w:r>
    </w:p>
    <w:p>
      <w:pPr>
        <w:jc w:val="right"/>
      </w:pPr>
      <w:r>
        <w:t>Okay, we will now begin the question and answer session with Maulana صاحب.</w:t>
      </w:r>
    </w:p>
    <w:p>
      <w:r>
        <w:rPr>
          <w:b/>
        </w:rPr>
        <w:t xml:space="preserve">[46:00] </w:t>
      </w:r>
      <w:r>
        <w:t>All the online viewers who are watching this program, and if they want to send their questions, then they can write to us at info@cpsglobal.org.</w:t>
      </w:r>
    </w:p>
    <w:p>
      <w:pPr>
        <w:jc w:val="right"/>
      </w:pPr>
      <w:r>
        <w:t>All the online viewers who are watching this program, and if they want to send their questions, then they can write to us at info@cpsglobal.org.</w:t>
      </w:r>
    </w:p>
    <w:p>
      <w:r>
        <w:rPr>
          <w:b/>
        </w:rPr>
        <w:t xml:space="preserve">[46:11] </w:t>
      </w:r>
      <w:r>
        <w:t>Maulana, yeh sawal Ashar sahib ka aaya hai Bareilly se, aur unhon ne likha hai: "Molana, abandoning bad habits is understandable, but pruning every habit, many of which may not be wrong or unlawful, may make life very dull and devoid of any interest. What is your take on this?"</w:t>
      </w:r>
    </w:p>
    <w:p>
      <w:pPr>
        <w:jc w:val="right"/>
      </w:pPr>
      <w:r>
        <w:t>مولانا، یہ سوال اشر صاحب کا آیا ہے بریلی سے، اور انہوں نے لکھا ہے: "Molana, abandoning bad habits is understandable, but pruning every habit, many of which may not be wrong or unlawful, may make life very dull and devoid of any interest. What is your take on this?</w:t>
      </w:r>
    </w:p>
    <w:p>
      <w:r>
        <w:rPr>
          <w:b/>
        </w:rPr>
        <w:t xml:space="preserve">[46:35] </w:t>
      </w:r>
      <w:r>
        <w:t>" kafi arsa parhi hai. "Molana, abandoning bad habits is understandable, but pruning every habit, many of which may not be wrong or unlawful, may make life very dull and devoid of any interest. What is your take on this?"</w:t>
      </w:r>
    </w:p>
    <w:p>
      <w:pPr>
        <w:jc w:val="right"/>
      </w:pPr>
      <w:r>
        <w:t>" کافی عرصہ پڑھی ہے۔ "Molana, abandoning bad habits is understandable, but pruning every habit, many of which may not be wrong or unlawful, may make life very dull and devoid of any interest. What is your take on this?</w:t>
      </w:r>
    </w:p>
    <w:p>
      <w:r>
        <w:rPr>
          <w:b/>
        </w:rPr>
        <w:t xml:space="preserve">[46:57] </w:t>
      </w:r>
      <w:r>
        <w:t>"Bhai, dekhiye, is mein koi misaal toh di nahi unhon ne. Misaal chahiye.</w:t>
      </w:r>
    </w:p>
    <w:p>
      <w:pPr>
        <w:jc w:val="right"/>
      </w:pPr>
      <w:r>
        <w:t>" بھئی، دیکھیے، اس میں کوئی مثال تو دی نہیں انہوں نے۔ مثال چاہیے۔</w:t>
      </w:r>
    </w:p>
    <w:p>
      <w:r>
        <w:rPr>
          <w:b/>
        </w:rPr>
        <w:t xml:space="preserve">[47:02] </w:t>
      </w:r>
      <w:r>
        <w:t>Mera tajurba yeh hai ke koi bhi cheez, bator aadat agar karenge aap, bazahir acha kaam, tab</w:t>
      </w:r>
    </w:p>
    <w:p>
      <w:pPr>
        <w:jc w:val="right"/>
      </w:pPr>
      <w:r>
        <w:t>میرا تجربہ یہ ہے کہ کوئی بھی چیز، بطور عادت اگر کریں گے آپ، بظاہر اچھا کام، تب</w:t>
      </w:r>
    </w:p>
    <w:p>
      <w:r>
        <w:rPr>
          <w:b/>
        </w:rPr>
        <w:t xml:space="preserve">[47:07] </w:t>
      </w:r>
      <w:r>
        <w:t>bhi woh aap ko barbaad karega.</w:t>
      </w:r>
    </w:p>
    <w:p>
      <w:pPr>
        <w:jc w:val="right"/>
      </w:pPr>
      <w:r>
        <w:t>بھی وہ آپ کو برباد کرے گا۔</w:t>
      </w:r>
    </w:p>
    <w:p>
      <w:r>
        <w:rPr>
          <w:b/>
        </w:rPr>
        <w:t xml:space="preserve">[47:12] </w:t>
      </w:r>
      <w:r>
        <w:t>Bazahir acha kaam, woh bhi barbaad karega.</w:t>
      </w:r>
    </w:p>
    <w:p>
      <w:pPr>
        <w:jc w:val="right"/>
      </w:pPr>
      <w:r>
        <w:t>بظاہر اچھا کام، وہ بھی برباد کرے گا۔</w:t>
      </w:r>
    </w:p>
    <w:p>
      <w:r>
        <w:rPr>
          <w:b/>
        </w:rPr>
        <w:t xml:space="preserve">[47:17] </w:t>
      </w:r>
      <w:r>
        <w:t>Jaise maine arz kiya ke hamare zamane mein shair o shayari ek acha kaam samjhi jaati thi.</w:t>
      </w:r>
    </w:p>
    <w:p>
      <w:pPr>
        <w:jc w:val="right"/>
      </w:pPr>
      <w:r>
        <w:t>جیسے میں نے عرض کیا کہ ہمارے زمانے میں شعر و شاعری ایک اچھا کام سمجھی جاتی تھی۔</w:t>
      </w:r>
    </w:p>
    <w:p>
      <w:r>
        <w:rPr>
          <w:b/>
        </w:rPr>
        <w:t xml:space="preserve">[47:23] </w:t>
      </w:r>
      <w:r>
        <w:t>Sab log shair o shayari karte the.</w:t>
      </w:r>
    </w:p>
    <w:p>
      <w:pPr>
        <w:jc w:val="right"/>
      </w:pPr>
      <w:r>
        <w:t>سب لوگ شعر و شاعری کرتے تھے۔</w:t>
      </w:r>
    </w:p>
    <w:p>
      <w:r>
        <w:rPr>
          <w:b/>
        </w:rPr>
        <w:t xml:space="preserve">[47:28] </w:t>
      </w:r>
      <w:r>
        <w:t>Achhe achhe ulama shair o shayari karte the.</w:t>
      </w:r>
    </w:p>
    <w:p>
      <w:pPr>
        <w:jc w:val="right"/>
      </w:pPr>
      <w:r>
        <w:t>اچھے اچھے علماء شعر و شاعری کرتے تھے۔</w:t>
      </w:r>
    </w:p>
    <w:p>
      <w:r>
        <w:rPr>
          <w:b/>
        </w:rPr>
        <w:t xml:space="preserve">[47:33] </w:t>
      </w:r>
      <w:r>
        <w:t>Toh woh toh acha tha, lekin maine mehsoos kiya ke shair o shayari agar koi aadat ban</w:t>
      </w:r>
    </w:p>
    <w:p>
      <w:pPr>
        <w:jc w:val="right"/>
      </w:pPr>
      <w:r>
        <w:t>تو وہ تو اچھا تھا، لیکن میں نے محسوس کیا کہ شعر و شاعری اگر کوئی عادت بن</w:t>
      </w:r>
    </w:p>
    <w:p>
      <w:r>
        <w:rPr>
          <w:b/>
        </w:rPr>
        <w:t xml:space="preserve">[47:38] </w:t>
      </w:r>
      <w:r>
        <w:t>jaayegi toh woh tabaahi hai.</w:t>
      </w:r>
    </w:p>
    <w:p>
      <w:pPr>
        <w:jc w:val="right"/>
      </w:pPr>
      <w:r>
        <w:t>جائے گی تو وہ تباہی ہے۔</w:t>
      </w:r>
    </w:p>
    <w:p>
      <w:r>
        <w:rPr>
          <w:b/>
        </w:rPr>
        <w:t xml:space="preserve">[47:43] </w:t>
      </w:r>
      <w:r>
        <w:t>Aisi study acha kaam hai, lekin bator asar ke liye jab study aadat ban gayi toh uska</w:t>
      </w:r>
    </w:p>
    <w:p>
      <w:pPr>
        <w:jc w:val="right"/>
      </w:pPr>
      <w:r>
        <w:t>ایسی اسٹڈی اچھا کام ہے، لیکن بطور اثر کے لیے جب اسٹڈی عادت بن گئی تو اس کا</w:t>
      </w:r>
    </w:p>
    <w:p>
      <w:r>
        <w:rPr>
          <w:b/>
        </w:rPr>
        <w:t xml:space="preserve">[47:49] </w:t>
      </w:r>
      <w:r>
        <w:t>sochne ka amal hi ruk gaya.</w:t>
      </w:r>
    </w:p>
    <w:p>
      <w:pPr>
        <w:jc w:val="right"/>
      </w:pPr>
      <w:r>
        <w:t>سوچنے کا عمل ہی رک گیا۔</w:t>
      </w:r>
    </w:p>
    <w:p>
      <w:r>
        <w:rPr>
          <w:b/>
        </w:rPr>
        <w:t xml:space="preserve">[47:54] </w:t>
      </w:r>
      <w:r>
        <w:t>Toh bas samajhta hoon ke is mein mere tajurbe ke mutabiq har aadat, har aadat hi bator aadat hai.</w:t>
      </w:r>
    </w:p>
    <w:p>
      <w:pPr>
        <w:jc w:val="right"/>
      </w:pPr>
      <w:r>
        <w:t>تو بس سمجھتا ہوں کہ اس میں میرے تجربے کے مطابق ہر عادت، ہر عادت ہی بطور عادت ہے۔</w:t>
      </w:r>
    </w:p>
    <w:p>
      <w:r>
        <w:rPr>
          <w:b/>
        </w:rPr>
        <w:t xml:space="preserve">[47:59] </w:t>
      </w:r>
      <w:r>
        <w:t>Aadat ke taur par koi kaam nahi karna hai humein.</w:t>
      </w:r>
    </w:p>
    <w:p>
      <w:pPr>
        <w:jc w:val="right"/>
      </w:pPr>
      <w:r>
        <w:t>عادت کے طور پر کوئی کام نہیں کرنا ہے ہمیں۔</w:t>
      </w:r>
    </w:p>
    <w:p>
      <w:r>
        <w:rPr>
          <w:b/>
        </w:rPr>
        <w:t xml:space="preserve">[48:04] </w:t>
      </w:r>
      <w:r>
        <w:t>Humein har kaam ko shauq ke taur par karna hai.</w:t>
      </w:r>
    </w:p>
    <w:p>
      <w:pPr>
        <w:jc w:val="right"/>
      </w:pPr>
      <w:r>
        <w:t>ہمیں ہر کام کو شور کے طور پر کرنا ہے۔</w:t>
      </w:r>
    </w:p>
    <w:p>
      <w:r>
        <w:rPr>
          <w:b/>
        </w:rPr>
        <w:t xml:space="preserve">[48:10] </w:t>
      </w:r>
      <w:r>
        <w:t>har kaam ko hamein shor ke taur par karna hai.</w:t>
      </w:r>
    </w:p>
    <w:p>
      <w:pPr>
        <w:jc w:val="right"/>
      </w:pPr>
      <w:r>
        <w:t>ہر کام کو ہمیں شور کے طور پر کرنا ہے۔</w:t>
      </w:r>
    </w:p>
    <w:p>
      <w:r>
        <w:rPr>
          <w:b/>
        </w:rPr>
        <w:t xml:space="preserve">[48:15] </w:t>
      </w:r>
      <w:r>
        <w:t>mera apna tajurba yahi hai.</w:t>
      </w:r>
    </w:p>
    <w:p>
      <w:pPr>
        <w:jc w:val="right"/>
      </w:pPr>
      <w:r>
        <w:t>میرا اپنا تجربہ یہی ہے۔</w:t>
      </w:r>
    </w:p>
    <w:p>
      <w:r>
        <w:rPr>
          <w:b/>
        </w:rPr>
        <w:t xml:space="preserve">[48:20] </w:t>
      </w:r>
      <w:r>
        <w:t>agar koi aadmi misaal bataye mujhe to main is mein mazeed wazahat kar sakta hoon.</w:t>
      </w:r>
    </w:p>
    <w:p>
      <w:pPr>
        <w:jc w:val="right"/>
      </w:pPr>
      <w:r>
        <w:t>اگر کوئی آدمی مثال بتائے مجھے تو میں اس میں مزید وضاحت کر سکتا ہوں۔</w:t>
      </w:r>
    </w:p>
    <w:p>
      <w:r>
        <w:rPr>
          <w:b/>
        </w:rPr>
        <w:t xml:space="preserve">[48:25] </w:t>
      </w:r>
      <w:r>
        <w:t>main apni zindagi mein kai cheezein chhori hain, jaise main ne arz kiya ke meetha khana to meetha</w:t>
      </w:r>
    </w:p>
    <w:p>
      <w:pPr>
        <w:jc w:val="right"/>
      </w:pPr>
      <w:r>
        <w:t>میں اپنی زندگی میں کئی چیزیں چھوڑی ہیں، جیسے میں نے عرض کیا کہ میٹھا کھانا تو میٹھا</w:t>
      </w:r>
    </w:p>
    <w:p>
      <w:r>
        <w:rPr>
          <w:b/>
        </w:rPr>
        <w:t xml:space="preserve">[48:30] </w:t>
      </w:r>
      <w:r>
        <w:t>khana to koi buri baat nahi hai.</w:t>
      </w:r>
    </w:p>
    <w:p>
      <w:pPr>
        <w:jc w:val="right"/>
      </w:pPr>
      <w:r>
        <w:t>کھانا تو کوئی بری بات نہیں ہے۔</w:t>
      </w:r>
    </w:p>
    <w:p>
      <w:r>
        <w:rPr>
          <w:b/>
        </w:rPr>
        <w:t xml:space="preserve">[48:36] </w:t>
      </w:r>
      <w:r>
        <w:t>kai log samajhte hain ke meetha khana sunnat hai, lekin main ne mehsoos kiya ke meetha jo hai,</w:t>
      </w:r>
    </w:p>
    <w:p>
      <w:pPr>
        <w:jc w:val="right"/>
      </w:pPr>
      <w:r>
        <w:t>کئی لوگ سمجھتے ہیں کہ میٹھا کھانا سنت ہے، لیکن میں نے محسوس کیا کہ میٹھا جو ہے،</w:t>
      </w:r>
    </w:p>
    <w:p>
      <w:r>
        <w:rPr>
          <w:b/>
        </w:rPr>
        <w:t xml:space="preserve">[48:41] </w:t>
      </w:r>
      <w:r>
        <w:t>jab meri aadat banne laga to isi mein mashghool ho kar mera sochne ka amal, mera jo sochne</w:t>
      </w:r>
    </w:p>
    <w:p>
      <w:pPr>
        <w:jc w:val="right"/>
      </w:pPr>
      <w:r>
        <w:t>جب میری عادت بننے لگا تو اسی میں مشغول ہو کر میرا سوچنے کا عمل، میرا جو سوچنے</w:t>
      </w:r>
    </w:p>
    <w:p>
      <w:r>
        <w:rPr>
          <w:b/>
        </w:rPr>
        <w:t xml:space="preserve">[48:46] </w:t>
      </w:r>
      <w:r>
        <w:t>ka amal hai, woh rukne laga.</w:t>
      </w:r>
    </w:p>
    <w:p>
      <w:pPr>
        <w:jc w:val="right"/>
      </w:pPr>
      <w:r>
        <w:t>کا عمل ہے، وہ رکنے لگا۔</w:t>
      </w:r>
    </w:p>
    <w:p>
      <w:r>
        <w:rPr>
          <w:b/>
        </w:rPr>
        <w:t xml:space="preserve">[48:51] </w:t>
      </w:r>
      <w:r>
        <w:t>jab tak main meetha kha raha hoon to sochne ka amal ruka hua hai.</w:t>
      </w:r>
    </w:p>
    <w:p>
      <w:pPr>
        <w:jc w:val="right"/>
      </w:pPr>
      <w:r>
        <w:t>جب تک میں میٹھا کھا رہا ہوں تو سوچنے کا عمل رکا ہوا ہے۔</w:t>
      </w:r>
    </w:p>
    <w:p>
      <w:r>
        <w:rPr>
          <w:b/>
        </w:rPr>
        <w:t xml:space="preserve">[48:57] </w:t>
      </w:r>
      <w:r>
        <w:t>bas test le raha hoon, test le raha hoon, test le raha hoon.</w:t>
      </w:r>
    </w:p>
    <w:p>
      <w:pPr>
        <w:jc w:val="right"/>
      </w:pPr>
      <w:r>
        <w:t>بس ٹیسٹ لے رہا ہوں، ٹیسٹ لے رہا ہوں، ٹیسٹ لے رہا ہوں۔</w:t>
      </w:r>
    </w:p>
    <w:p>
      <w:r>
        <w:rPr>
          <w:b/>
        </w:rPr>
        <w:t xml:space="preserve">[49:02] </w:t>
      </w:r>
      <w:r>
        <w:t>to mera apna tajurba yahi hai ke har aadat hi tamkeen hai.</w:t>
      </w:r>
    </w:p>
    <w:p>
      <w:pPr>
        <w:jc w:val="right"/>
      </w:pPr>
      <w:r>
        <w:t>تو میرا اپنا تجربہ یہی ہے کہ ہر عادت ہی تمکین ہے۔</w:t>
      </w:r>
    </w:p>
    <w:p>
      <w:r>
        <w:rPr>
          <w:b/>
        </w:rPr>
        <w:t xml:space="preserve">[49:07] </w:t>
      </w:r>
      <w:r>
        <w:t>koi is aitbaar se ke woh haram hai, maslan alcohol haram hai, haram ke maani mein woh tamkeen</w:t>
      </w:r>
    </w:p>
    <w:p>
      <w:pPr>
        <w:jc w:val="right"/>
      </w:pPr>
      <w:r>
        <w:t>کوئی اس اعتبار سے کہ وہ حرام ہے، مثلاً الکحل حرام ہے، حرام کے معنی میں وہ تمکین</w:t>
      </w:r>
    </w:p>
    <w:p>
      <w:r>
        <w:rPr>
          <w:b/>
        </w:rPr>
        <w:t xml:space="preserve">[49:12] </w:t>
      </w:r>
      <w:r>
        <w:t>hai, lekin kuch cheezein zindagi mein jo main is ko kehta hoon ghair mehram haram, yaani mehram, yaani</w:t>
      </w:r>
    </w:p>
    <w:p>
      <w:pPr>
        <w:jc w:val="right"/>
      </w:pPr>
      <w:r>
        <w:t>ہے، لیکن کچھ چیزیں زندگی میں جو میں اس کو کہتا ہوں غیر محرم حرام، یعنی محرم، یعنی</w:t>
      </w:r>
    </w:p>
    <w:p>
      <w:r>
        <w:rPr>
          <w:b/>
        </w:rPr>
        <w:t xml:space="preserve">[49:17] </w:t>
      </w:r>
      <w:r>
        <w:t>haram na ho kar bhi woh tamkeen hai.</w:t>
      </w:r>
    </w:p>
    <w:p>
      <w:pPr>
        <w:jc w:val="right"/>
      </w:pPr>
      <w:r>
        <w:t>حرام نہ ہو کر بھی وہ تمکین ہے۔</w:t>
      </w:r>
    </w:p>
    <w:p>
      <w:r>
        <w:rPr>
          <w:b/>
        </w:rPr>
        <w:t xml:space="preserve">[49:23] </w:t>
      </w:r>
      <w:r>
        <w:t>yeh mera tajurba yahi hai.</w:t>
      </w:r>
    </w:p>
    <w:p>
      <w:pPr>
        <w:jc w:val="right"/>
      </w:pPr>
      <w:r>
        <w:t>یہ میرا تجربہ یہی ہے۔</w:t>
      </w:r>
    </w:p>
    <w:p>
      <w:r>
        <w:rPr>
          <w:b/>
        </w:rPr>
        <w:t xml:space="preserve">[49:28] </w:t>
      </w:r>
      <w:r>
        <w:t>agar koi misaal batayega to main inshallah mazeed wazahat karunga.</w:t>
      </w:r>
    </w:p>
    <w:p>
      <w:pPr>
        <w:jc w:val="right"/>
      </w:pPr>
      <w:r>
        <w:t>اگر کوئی مثال بتائے گا تو میں انشاءاللہ مزید وضاحت کروں گا۔</w:t>
      </w:r>
    </w:p>
    <w:p>
      <w:r>
        <w:rPr>
          <w:b/>
        </w:rPr>
        <w:t xml:space="preserve">[49:33] </w:t>
      </w:r>
      <w:r>
        <w:t>maulana, agla sawal mumbai se aaya hai miss yasmeen ka, aur unhone aap se poocha hai ke</w:t>
      </w:r>
    </w:p>
    <w:p>
      <w:pPr>
        <w:jc w:val="right"/>
      </w:pPr>
      <w:r>
        <w:t>مولانا، اگلا سوال ممبئی سے آیا ہے مس یاسمین کا، اور انہوں نے آپ سے پوچھا ہے کہ</w:t>
      </w:r>
    </w:p>
    <w:p>
      <w:r>
        <w:rPr>
          <w:b/>
        </w:rPr>
        <w:t xml:space="preserve">[49:38] </w:t>
      </w:r>
      <w:r>
        <w:t>"Molana, in your knowledge, is there any habit which according to you should be adopted by everyone?</w:t>
      </w:r>
    </w:p>
    <w:p>
      <w:pPr>
        <w:jc w:val="right"/>
      </w:pPr>
      <w:r>
        <w:t>"Molana, in your knowledge, is there any habit which according to you should be adopted by everyone?</w:t>
      </w:r>
    </w:p>
    <w:p>
      <w:r>
        <w:rPr>
          <w:b/>
        </w:rPr>
        <w:t xml:space="preserve">[49:44] </w:t>
      </w:r>
      <w:r>
        <w:t>" koi bhi aadat nahi.</w:t>
      </w:r>
    </w:p>
    <w:p>
      <w:pPr>
        <w:jc w:val="right"/>
      </w:pPr>
      <w:r>
        <w:t>" کوئی بھی عادت نہیں۔</w:t>
      </w:r>
    </w:p>
    <w:p>
      <w:r>
        <w:rPr>
          <w:b/>
        </w:rPr>
        <w:t xml:space="preserve">[49:50] </w:t>
      </w:r>
      <w:r>
        <w:t>main to yahi keh raha hoon ke koi peeche bator aadat nahi karna chahiye.</w:t>
      </w:r>
    </w:p>
    <w:p>
      <w:pPr>
        <w:jc w:val="right"/>
      </w:pPr>
      <w:r>
        <w:t>میں تو یہی کہہ رہا ہوں کہ کوئی پیچھے بطور عادت نہیں کرنا چاہیے۔</w:t>
      </w:r>
    </w:p>
    <w:p>
      <w:r>
        <w:rPr>
          <w:b/>
        </w:rPr>
        <w:t xml:space="preserve">[49:57] </w:t>
      </w:r>
      <w:r>
        <w:t>aadat ke taur par nahi, hatta ke namaz bhi agar aadat ke taur par parhein to kya kya</w:t>
      </w:r>
    </w:p>
    <w:p>
      <w:pPr>
        <w:jc w:val="right"/>
      </w:pPr>
      <w:r>
        <w:t>عادت کے طور پر نہیں، حتیٰ کہ نماز بھی اگر عادت کے طور پر پڑھیں تو کیا کیا</w:t>
      </w:r>
    </w:p>
    <w:p>
      <w:r>
        <w:rPr>
          <w:b/>
        </w:rPr>
        <w:t xml:space="preserve">[50:04] </w:t>
      </w:r>
      <w:r>
        <w:t>iska maqsad kya hai? aap tasbeeh parhein aadat ke taur par, namaz parhein aadat ke taur par,</w:t>
      </w:r>
    </w:p>
    <w:p>
      <w:pPr>
        <w:jc w:val="right"/>
      </w:pPr>
      <w:r>
        <w:t>اس کا مقصد کیا ہے؟ آپ تسبیح پڑھیں عادت کے طور پر، نماز پڑھیں عادت کے طور پر،</w:t>
      </w:r>
    </w:p>
    <w:p>
      <w:r>
        <w:rPr>
          <w:b/>
        </w:rPr>
        <w:t xml:space="preserve">[50:11] </w:t>
      </w:r>
      <w:r>
        <w:t>shaoori taur par karein tab is ka sawab hai.</w:t>
      </w:r>
    </w:p>
    <w:p>
      <w:pPr>
        <w:jc w:val="right"/>
      </w:pPr>
      <w:r>
        <w:t>شعوری طور پر کریں تب اس کا ثواب ہے۔</w:t>
      </w:r>
    </w:p>
    <w:p>
      <w:r>
        <w:rPr>
          <w:b/>
        </w:rPr>
        <w:t xml:space="preserve">[50:18] </w:t>
      </w:r>
      <w:r>
        <w:t>ab namaz shaoori honi chahiye, tilawat shaoori honi chahiye, zikr Allah shaoori hona chahiye.</w:t>
      </w:r>
    </w:p>
    <w:p>
      <w:pPr>
        <w:jc w:val="right"/>
      </w:pPr>
      <w:r>
        <w:t>اب نماز شعوری ہونی چاہیے، تلاوت شعوری ہونی چاہیے، ذکر اللہ شعوری ہونا چاہیے۔</w:t>
      </w:r>
    </w:p>
    <w:p>
      <w:r>
        <w:rPr>
          <w:b/>
        </w:rPr>
        <w:t xml:space="preserve">[50:25] </w:t>
      </w:r>
      <w:r>
        <w:t>bator aadat aap karein ge to main nahi samajhta hoon ke woh is ka koi value hai.</w:t>
      </w:r>
    </w:p>
    <w:p>
      <w:pPr>
        <w:jc w:val="right"/>
      </w:pPr>
      <w:r>
        <w:t>بطور عادت آپ کریں گے تو میں نہیں سمجھتا ہوں کہ وہ اس کا کوئی ویلیو ہے۔</w:t>
      </w:r>
    </w:p>
    <w:p>
      <w:r>
        <w:rPr>
          <w:b/>
        </w:rPr>
        <w:t xml:space="preserve">[50:32] </w:t>
      </w:r>
      <w:r>
        <w:t>koi value nahi hai is ki.</w:t>
      </w:r>
    </w:p>
    <w:p>
      <w:pPr>
        <w:jc w:val="right"/>
      </w:pPr>
      <w:r>
        <w:t>کوئی ویلیو نہیں ہے اس کی۔</w:t>
      </w:r>
    </w:p>
    <w:p>
      <w:r>
        <w:rPr>
          <w:b/>
        </w:rPr>
        <w:t xml:space="preserve">[50:39] </w:t>
      </w:r>
      <w:r>
        <w:t>dekhiye, ek hadith hai ke tum ibadat karte ho, yaani namaz waghera ki ibadatein karte ho, insan ibadat</w:t>
      </w:r>
    </w:p>
    <w:p>
      <w:pPr>
        <w:jc w:val="right"/>
      </w:pPr>
      <w:r>
        <w:t>دیکھیے، ایک حدیث ہے کہ تم عبادت کرتے ہو، یعنی نماز وغیرہ کی عبادتیں کرتے ہو، انسان عبادت</w:t>
      </w:r>
    </w:p>
    <w:p>
      <w:r>
        <w:rPr>
          <w:b/>
        </w:rPr>
        <w:t xml:space="preserve">[50:45] </w:t>
      </w:r>
      <w:r>
        <w:t>karta hai, is ke baad yeh lafz hai ke wa la yujza illa bi qatrin aqlihi yeh ibadat ke bare</w:t>
      </w:r>
    </w:p>
    <w:p>
      <w:pPr>
        <w:jc w:val="right"/>
      </w:pPr>
      <w:r>
        <w:t>کرتا ہے، اس کے بعد یہ لفظ ہے کہ وَلَا يُجْزَىٰ إِلَّا بِقَطْرِ عَقْلِهِ یہ عبادت کے بارے</w:t>
      </w:r>
    </w:p>
    <w:p>
      <w:r>
        <w:rPr>
          <w:b/>
        </w:rPr>
        <w:t xml:space="preserve">[50:52] </w:t>
      </w:r>
      <w:r>
        <w:t>mein hai, yeh ibadat ke bare mein wa la yujza illa bi qatrin aqlihi aql ke baqaid hi is ko</w:t>
      </w:r>
    </w:p>
    <w:p>
      <w:pPr>
        <w:jc w:val="right"/>
      </w:pPr>
      <w:r>
        <w:t>میں ہے، یہ عبادت کے بارے میں وَلَا يُجْزَىٰ إِلَّا بِقَطْرِ عَقْلِهِ عقل کے بقائد ہی اس کو</w:t>
      </w:r>
    </w:p>
    <w:p>
      <w:r>
        <w:rPr>
          <w:b/>
        </w:rPr>
        <w:t xml:space="preserve">[50:59] </w:t>
      </w:r>
      <w:r>
        <w:t>is ka badla milta hai.</w:t>
      </w:r>
    </w:p>
    <w:p>
      <w:pPr>
        <w:jc w:val="right"/>
      </w:pPr>
      <w:r>
        <w:t>اس کا بدلہ ملتا ہے۔</w:t>
      </w:r>
    </w:p>
    <w:p>
      <w:r>
        <w:rPr>
          <w:b/>
        </w:rPr>
        <w:t xml:space="preserve">[51:06] </w:t>
      </w:r>
      <w:r>
        <w:t>aql ka matlab hai shaoori, yaani shaoori ibadat Allah taala ke haan value rakhti hai.</w:t>
      </w:r>
    </w:p>
    <w:p>
      <w:pPr>
        <w:jc w:val="right"/>
      </w:pPr>
      <w:r>
        <w:t>عقل کا مطلب ہے شعوری، یعنی شعوری عبادت اللہ تعالیٰ کے ہاں ویلیو رکھتی ہے۔</w:t>
      </w:r>
    </w:p>
    <w:p>
      <w:r>
        <w:rPr>
          <w:b/>
        </w:rPr>
        <w:t xml:space="preserve">[51:13] </w:t>
      </w:r>
      <w:r>
        <w:t>aadat jo ibadat, aadat ban jaye Allah ka, us ki koi value nahi hai.</w:t>
      </w:r>
    </w:p>
    <w:p>
      <w:pPr>
        <w:jc w:val="right"/>
      </w:pPr>
      <w:r>
        <w:t>عادت جو عبادت، عادت بن جائے اللہ کا، اس کی کوئی ویلیو نہیں ہے۔</w:t>
      </w:r>
    </w:p>
    <w:p>
      <w:r>
        <w:rPr>
          <w:b/>
        </w:rPr>
        <w:t xml:space="preserve">[51:20] </w:t>
      </w:r>
      <w:r>
        <w:t>wa la yujza illa bi qatrin aqlihi badla milta hai aadmi ko aql ke baqadar, yaani shaoor ke, yaani ke</w:t>
      </w:r>
    </w:p>
    <w:p>
      <w:pPr>
        <w:jc w:val="right"/>
      </w:pPr>
      <w:r>
        <w:t>وَلَا يُجْزَىٰ إِلَّا بِقَطْرِ عَقْلِهِ بدلہ ملتا ہے آدمی کو عقل کے بقدر، یعنی شعور کے، یعنی کے</w:t>
      </w:r>
    </w:p>
    <w:p>
      <w:r>
        <w:rPr>
          <w:b/>
        </w:rPr>
        <w:t xml:space="preserve">[51:27] </w:t>
      </w:r>
      <w:r>
        <w:t>aitbar se itna is ne kiya ho, is ka badla mile ga.</w:t>
      </w:r>
    </w:p>
    <w:p>
      <w:pPr>
        <w:jc w:val="right"/>
      </w:pPr>
      <w:r>
        <w:t>اعتبار سے اتنا اس نے کیا ہو، اس کا بدلہ ملے گا۔</w:t>
      </w:r>
    </w:p>
    <w:p>
      <w:r>
        <w:rPr>
          <w:b/>
        </w:rPr>
        <w:t xml:space="preserve">[51:34] </w:t>
      </w:r>
      <w:r>
        <w:t>is liye main kisi bhi aadat ko, yaani chahe koi bhi bazahir achi aadat ho, us ko bekar samajhta hoon.</w:t>
      </w:r>
    </w:p>
    <w:p>
      <w:pPr>
        <w:jc w:val="right"/>
      </w:pPr>
      <w:r>
        <w:t>اس لیے میں کسی بھی عادت کو، یعنی چاہے کوئی بھی بظاہر اچھی عادت ہو، اس کو بیکار سمجھتا ہوں۔</w:t>
      </w:r>
    </w:p>
    <w:p>
      <w:r>
        <w:rPr>
          <w:b/>
        </w:rPr>
        <w:t xml:space="preserve">[51:41] </w:t>
      </w:r>
      <w:r>
        <w:t>har kaam aap ko karna chahiye shaoor ke tehat.</w:t>
      </w:r>
    </w:p>
    <w:p>
      <w:pPr>
        <w:jc w:val="right"/>
      </w:pPr>
      <w:r>
        <w:t>ہر کام آپ کو کرنا چاہیے شعور کے تحت۔</w:t>
      </w:r>
    </w:p>
    <w:p>
      <w:r>
        <w:rPr>
          <w:b/>
        </w:rPr>
        <w:t xml:space="preserve">[51:47] </w:t>
      </w:r>
      <w:r>
        <w:t>jaise main yahan aata hoon, farz kijiye har sunday ko, agar meri aadat ban jaye to yeh bekar kaam hai.</w:t>
      </w:r>
    </w:p>
    <w:p>
      <w:pPr>
        <w:jc w:val="right"/>
      </w:pPr>
      <w:r>
        <w:t>جیسے میں یہاں آتا ہوں، فرض کیجئے ہر سنڈے کو، اگر میری عادت بن جائے تو یہ بیکار کام ہے۔</w:t>
      </w:r>
    </w:p>
    <w:p>
      <w:r>
        <w:rPr>
          <w:b/>
        </w:rPr>
        <w:t xml:space="preserve">[51:54] </w:t>
      </w:r>
      <w:r>
        <w:t>ek aadat ban jaye, nahi, mujhe shaoor ke taur par yeh kaam karna hai.</w:t>
      </w:r>
    </w:p>
    <w:p>
      <w:pPr>
        <w:jc w:val="right"/>
      </w:pPr>
      <w:r>
        <w:t>ایک عادت بن جائے، نہیں، مجھے شعور کے طور پر یہ کام کرنا ہے۔</w:t>
      </w:r>
    </w:p>
    <w:p>
      <w:r>
        <w:rPr>
          <w:b/>
        </w:rPr>
        <w:t xml:space="preserve">[52:01] </w:t>
      </w:r>
      <w:r>
        <w:t>shaoori to main soch raha hoon ke mujhe sunday ko 10:30 par bolna hai, phir isi tarah se</w:t>
      </w:r>
    </w:p>
    <w:p>
      <w:pPr>
        <w:jc w:val="right"/>
      </w:pPr>
      <w:r>
        <w:t>شعوری تو میں سوچ رہا ہوں کہ مجھے سنڈے کو 10:30 پر بولنا ہے، پھر اسی طرح سے</w:t>
      </w:r>
    </w:p>
    <w:p>
      <w:r>
        <w:rPr>
          <w:b/>
        </w:rPr>
        <w:t xml:space="preserve">[52:08] </w:t>
      </w:r>
      <w:r>
        <w:t>mujhe sochna hai, apne shaoor ko isi tarah se active karna hai, tab is ki value hai.</w:t>
      </w:r>
    </w:p>
    <w:p>
      <w:pPr>
        <w:jc w:val="right"/>
      </w:pPr>
      <w:r>
        <w:t>مجھے سوچنا ہے، اپنے شعور کو اسی طرح سے ایکٹیو کرنا ہے، تب اس کی ویلیو ہے۔</w:t>
      </w:r>
    </w:p>
    <w:p>
      <w:r>
        <w:rPr>
          <w:b/>
        </w:rPr>
        <w:t xml:space="preserve">[52:15] </w:t>
      </w:r>
      <w:r>
        <w:t>agar aadat ban jaye to is ki koi value nahi hai.</w:t>
      </w:r>
    </w:p>
    <w:p>
      <w:pPr>
        <w:jc w:val="right"/>
      </w:pPr>
      <w:r>
        <w:t>اگر عادت بن جائے تو اس کی کوئی ویلیو نہیں ہے۔</w:t>
      </w:r>
    </w:p>
    <w:p>
      <w:r>
        <w:rPr>
          <w:b/>
        </w:rPr>
        <w:t xml:space="preserve">[52:22] </w:t>
      </w:r>
      <w:r>
        <w:t>is ki mere apne tajrube ke mutabiq to mahaz aadat kisi bhi cheez ke liye bilkul value less cheez hai.</w:t>
      </w:r>
    </w:p>
    <w:p>
      <w:pPr>
        <w:jc w:val="right"/>
      </w:pPr>
      <w:r>
        <w:t>اس کی میرے اپنے تجربے کے مطابق تو محض عادت کسی بھی چیز کے لیے بالکل ویلیو لیس چیز ہے۔</w:t>
      </w:r>
    </w:p>
    <w:p>
      <w:r>
        <w:rPr>
          <w:b/>
        </w:rPr>
        <w:t xml:space="preserve">[52:29] </w:t>
      </w:r>
      <w:r>
        <w:t>maulana, agla sawal Delhi se hai doctor Fareeda Khanam ka, aur unhon ne likha hai "Why is it</w:t>
      </w:r>
    </w:p>
    <w:p>
      <w:pPr>
        <w:jc w:val="right"/>
      </w:pPr>
      <w:r>
        <w:t>مولانا، اگلا سوال دلی سے ہے ڈاکٹر فریدہ خانم کا، اور انہوں نے لکھا ہے "Why is it</w:t>
      </w:r>
    </w:p>
    <w:p>
      <w:r>
        <w:rPr>
          <w:b/>
        </w:rPr>
        <w:t xml:space="preserve">[52:36] </w:t>
      </w:r>
      <w:r>
        <w:t>necessary to divest ourselves from all worldly attachment or addiction to establish contact with God?</w:t>
      </w:r>
    </w:p>
    <w:p>
      <w:pPr>
        <w:jc w:val="right"/>
      </w:pPr>
      <w:r>
        <w:t>necessary to divest ourselves from all worldly attachment or addiction to establish contact with God?</w:t>
      </w:r>
    </w:p>
    <w:p>
      <w:r>
        <w:rPr>
          <w:b/>
        </w:rPr>
        <w:t xml:space="preserve">[52:43] </w:t>
      </w:r>
      <w:r>
        <w:t>" main ne dekhiye, yeh to bohat hi wazeh baat hai ke woh woh cheez destruction banti hai.</w:t>
      </w:r>
    </w:p>
    <w:p>
      <w:pPr>
        <w:jc w:val="right"/>
      </w:pPr>
      <w:r>
        <w:t>" میں نے دیکھیے، یہ تو بہت ہی واضح بات ہے کہ وہ وہ چیز ڈسٹرکشن بنتی ہے۔</w:t>
      </w:r>
    </w:p>
    <w:p>
      <w:r>
        <w:rPr>
          <w:b/>
        </w:rPr>
        <w:t xml:space="preserve">[52:50] </w:t>
      </w:r>
      <w:r>
        <w:t>destruction to Khuda ya akhirat se musalsal taaluq darkar hai.</w:t>
      </w:r>
    </w:p>
    <w:p>
      <w:pPr>
        <w:jc w:val="right"/>
      </w:pPr>
      <w:r>
        <w:t>ڈسٹرکشن تو خدا یا آخرت سے مسلسل تعلق درکار ہے۔</w:t>
      </w:r>
    </w:p>
    <w:p>
      <w:r>
        <w:rPr>
          <w:b/>
        </w:rPr>
        <w:t xml:space="preserve">[52:58] </w:t>
      </w:r>
      <w:r>
        <w:t>is ko Quran hadith mein taahud kaha gaya hai.</w:t>
      </w:r>
    </w:p>
    <w:p>
      <w:pPr>
        <w:jc w:val="right"/>
      </w:pPr>
      <w:r>
        <w:t>اس کو قرآن حدیث میں تعہد کہا گیا ہے۔</w:t>
      </w:r>
    </w:p>
    <w:p>
      <w:r>
        <w:rPr>
          <w:b/>
        </w:rPr>
        <w:t xml:space="preserve">[53:06] </w:t>
      </w:r>
      <w:r>
        <w:t>taahud ke darje mein taaluq darkar hai.</w:t>
      </w:r>
    </w:p>
    <w:p>
      <w:pPr>
        <w:jc w:val="right"/>
      </w:pPr>
      <w:r>
        <w:t>تعہد کے درجے میں تعلق درکار ہے۔</w:t>
      </w:r>
    </w:p>
    <w:p>
      <w:r>
        <w:rPr>
          <w:b/>
        </w:rPr>
        <w:t xml:space="preserve">[53:14] </w:t>
      </w:r>
      <w:r>
        <w:t>agar taahud na ho, matlab musalsal taaluq, musalsal tor par isi ko sochna, agar nahi karenge to</w:t>
      </w:r>
    </w:p>
    <w:p>
      <w:pPr>
        <w:jc w:val="right"/>
      </w:pPr>
      <w:r>
        <w:t>اگر تعہد نہ ہو، مطلب مسلسل تعلق، مسلسل طور پر اسی کو سوچنا، اگر نہیں کریں گے تو</w:t>
      </w:r>
    </w:p>
    <w:p>
      <w:r>
        <w:rPr>
          <w:b/>
        </w:rPr>
        <w:t xml:space="preserve">[53:22] </w:t>
      </w:r>
      <w:r>
        <w:t>distract honge, aur destruction dhire dhire ban jayega.</w:t>
      </w:r>
    </w:p>
    <w:p>
      <w:pPr>
        <w:jc w:val="right"/>
      </w:pPr>
      <w:r>
        <w:t>ڈسٹرکٹ ہوں گے، اور ڈسٹرکشن دھیرے دھیرے بن جائے گا۔</w:t>
      </w:r>
    </w:p>
    <w:p>
      <w:r>
        <w:rPr>
          <w:b/>
        </w:rPr>
        <w:t xml:space="preserve">[53:30] </w:t>
      </w:r>
      <w:r>
        <w:t>wohi aadat aur addiction to mein samajhta hoon ke yeh is maamle mein aadmi ko bohat zyada focused hona chahiye.</w:t>
      </w:r>
    </w:p>
    <w:p>
      <w:pPr>
        <w:jc w:val="right"/>
      </w:pPr>
      <w:r>
        <w:t>وہی عادت اور ایڈکشن تو میں سمجھتا ہوں کہ یہ اس معاملے میں آدمی کو بہت زیادہ فوکسڈ ہونا چاہیے۔</w:t>
      </w:r>
    </w:p>
    <w:p>
      <w:r>
        <w:rPr>
          <w:b/>
        </w:rPr>
        <w:t xml:space="preserve">[53:37] </w:t>
      </w:r>
      <w:r>
        <w:t>focused na honge to is ke baad kya hoga? hum distraction mein mubtala ho jayenge.</w:t>
      </w:r>
    </w:p>
    <w:p>
      <w:pPr>
        <w:jc w:val="right"/>
      </w:pPr>
      <w:r>
        <w:t>فوکسڈ نہ ہوں گے تو اس کے بعد کیا ہوگا؟ ہم ڈسٹرکشن میں مبتلا ہو جائیں گے۔</w:t>
      </w:r>
    </w:p>
    <w:p>
      <w:r>
        <w:rPr>
          <w:b/>
        </w:rPr>
        <w:t xml:space="preserve">[53:45] </w:t>
      </w:r>
      <w:r>
        <w:t>hamari cheezein, hamari zehan divert ho jayega, aur phir kuch nahi milega.</w:t>
      </w:r>
    </w:p>
    <w:p>
      <w:pPr>
        <w:jc w:val="right"/>
      </w:pPr>
      <w:r>
        <w:t>ہماری چیزیں، ہماری ذہن ڈائیورٹ ہو جائے گا، اور پھر کچھ نہیں ملے گا۔</w:t>
      </w:r>
    </w:p>
    <w:p>
      <w:r>
        <w:rPr>
          <w:b/>
        </w:rPr>
        <w:t xml:space="preserve">[53:53] </w:t>
      </w:r>
      <w:r>
        <w:t>na deen, na dunya.</w:t>
      </w:r>
    </w:p>
    <w:p>
      <w:pPr>
        <w:jc w:val="right"/>
      </w:pPr>
      <w:r>
        <w:t>نہ دین، نہ دنیا۔</w:t>
      </w:r>
    </w:p>
    <w:p>
      <w:r>
        <w:rPr>
          <w:b/>
        </w:rPr>
        <w:t xml:space="preserve">[54:01] </w:t>
      </w:r>
      <w:r>
        <w:t>maulana, agla sawal doctor gajdhar ne kiya hai dilli se, aur unhon ne likha hai "If taste and</w:t>
      </w:r>
    </w:p>
    <w:p>
      <w:pPr>
        <w:jc w:val="right"/>
      </w:pPr>
      <w:r>
        <w:t>مولانا، اگلا سوال ڈاکٹر گجدھر نے کیا ہے دلی سے، اور انہوں نے لکھا ہے "If taste and</w:t>
      </w:r>
    </w:p>
    <w:p>
      <w:r>
        <w:rPr>
          <w:b/>
        </w:rPr>
        <w:t xml:space="preserve">[54:09] </w:t>
      </w:r>
      <w:r>
        <w:t>habits are due to psychiatric illness like mania or schizophrenia, then definitely medicines are required.</w:t>
      </w:r>
    </w:p>
    <w:p>
      <w:pPr>
        <w:jc w:val="right"/>
      </w:pPr>
      <w:r>
        <w:t>habits are due to psychiatric illness like mania or schizophrenia, then definitely medicines are required.</w:t>
      </w:r>
    </w:p>
    <w:p>
      <w:r>
        <w:rPr>
          <w:b/>
        </w:rPr>
        <w:t xml:space="preserve">[54:17] </w:t>
      </w:r>
      <w:r>
        <w:t>In such cases, counseling has a very limited role. What is the duty of parents for such an individual? How long parents must support the individual?"</w:t>
      </w:r>
    </w:p>
    <w:p>
      <w:pPr>
        <w:jc w:val="right"/>
      </w:pPr>
      <w:r>
        <w:t>In such cases, counseling has a very limited role. What is the duty of parents for such an individual? How long parents must support the individual?</w:t>
      </w:r>
    </w:p>
    <w:p>
      <w:r>
        <w:rPr>
          <w:b/>
        </w:rPr>
        <w:t xml:space="preserve">[54:28] </w:t>
      </w:r>
      <w:r>
        <w:t>" dekhiye, yeh ek mutanaza baat hai.</w:t>
      </w:r>
    </w:p>
    <w:p>
      <w:pPr>
        <w:jc w:val="right"/>
      </w:pPr>
      <w:r>
        <w:t>" دیکھیے، یہ ایک متنازعہ بات ہے۔</w:t>
      </w:r>
    </w:p>
    <w:p>
      <w:r>
        <w:rPr>
          <w:b/>
        </w:rPr>
        <w:t xml:space="preserve">[54:33] </w:t>
      </w:r>
      <w:r>
        <w:t>mera apna manna yeh hai ke zehni bimari ka koi ilaaj nahi hota.</w:t>
      </w:r>
    </w:p>
    <w:p>
      <w:pPr>
        <w:jc w:val="right"/>
      </w:pPr>
      <w:r>
        <w:t>میرا اپنا ماننا یہ ہے کہ ذہنی بیماری کا کوئی علاج نہیں ہوتا۔</w:t>
      </w:r>
    </w:p>
    <w:p>
      <w:r>
        <w:rPr>
          <w:b/>
        </w:rPr>
        <w:t xml:space="preserve">[54:39] </w:t>
      </w:r>
      <w:r>
        <w:t>nafsiyaati ilaaj is ka hota hai, yaani doctor log is ko shayad nahi manenge, lekin zehni, yaani</w:t>
      </w:r>
    </w:p>
    <w:p>
      <w:pPr>
        <w:jc w:val="right"/>
      </w:pPr>
      <w:r>
        <w:t>نفسیاتی علاج اس کا ہوتا ہے، یعنی ڈاکٹر لوگ اس کو شاید نہیں مانیں گے، لیکن ذہنی، یعنی</w:t>
      </w:r>
    </w:p>
    <w:p>
      <w:r>
        <w:rPr>
          <w:b/>
        </w:rPr>
        <w:t xml:space="preserve">[54:44] </w:t>
      </w:r>
      <w:r>
        <w:t>dimagh ke aitbaar se jo insaan ke andar jo, yaani woh bimari nahi hoti, woh nafsiyaati kharabi hoti hai.</w:t>
      </w:r>
    </w:p>
    <w:p>
      <w:pPr>
        <w:jc w:val="right"/>
      </w:pPr>
      <w:r>
        <w:t>دماغ کے اعتبار سے جو انسان کے اندر جو، یعنی وہ بیماری نہیں ہوتی، وہ نفسیاتی خرابی ہوتی ہے۔</w:t>
      </w:r>
    </w:p>
    <w:p>
      <w:r>
        <w:rPr>
          <w:b/>
        </w:rPr>
        <w:t xml:space="preserve">[54:50] </w:t>
      </w:r>
      <w:r>
        <w:t>to hamari medicine jo hai, hamari jismani jism ke liye, hamare zehan ke liye koi medicine nahi hai.</w:t>
      </w:r>
    </w:p>
    <w:p>
      <w:pPr>
        <w:jc w:val="right"/>
      </w:pPr>
      <w:r>
        <w:t>تو ہماری میڈیسن جو ہے، ہماری جسمانی جسم کے لیے، ہمارے ذہن کے لیے کوئی میڈیسن نہیں ہے۔</w:t>
      </w:r>
    </w:p>
    <w:p>
      <w:r>
        <w:rPr>
          <w:b/>
        </w:rPr>
        <w:t xml:space="preserve">[54:55] </w:t>
      </w:r>
      <w:r>
        <w:t>yeh medical science is ko nahi manegi, kyunke aaj kal aap jante hain ke neuro science bohat</w:t>
      </w:r>
    </w:p>
    <w:p>
      <w:pPr>
        <w:jc w:val="right"/>
      </w:pPr>
      <w:r>
        <w:t>یہ میڈیکل سائنس اس کو نہیں مانے گی، کیونکہ آج کل آپ جانتے ہیں کہ نیورو سائنس بہت</w:t>
      </w:r>
    </w:p>
    <w:p>
      <w:r>
        <w:rPr>
          <w:b/>
        </w:rPr>
        <w:t xml:space="preserve">[55:01] </w:t>
      </w:r>
      <w:r>
        <w:t>zyada taraqqi yafta ban rahi hai, lekin mein is ko nahi manta zaati taur par ke dimagh ka</w:t>
      </w:r>
    </w:p>
    <w:p>
      <w:pPr>
        <w:jc w:val="right"/>
      </w:pPr>
      <w:r>
        <w:t>زیادہ ترقی یافتہ بن رہی ہے، لیکن میں اس کو نہیں مانتا ذاتی طور پر کہ دماغ کا</w:t>
      </w:r>
    </w:p>
    <w:p>
      <w:r>
        <w:rPr>
          <w:b/>
        </w:rPr>
        <w:t xml:space="preserve">[55:06] </w:t>
      </w:r>
      <w:r>
        <w:t>koi ilaaj nahi hai, koi medical ilaaj nahi hai.</w:t>
      </w:r>
    </w:p>
    <w:p>
      <w:pPr>
        <w:jc w:val="right"/>
      </w:pPr>
      <w:r>
        <w:t>کوئی علاج نہیں ہے، کوئی میڈیکل علاج نہیں ہے۔</w:t>
      </w:r>
    </w:p>
    <w:p>
      <w:r>
        <w:rPr>
          <w:b/>
        </w:rPr>
        <w:t xml:space="preserve">[55:12] </w:t>
      </w:r>
      <w:r>
        <w:t>dimagh ka aap soch kar ke apne ko bigadenge ya soch kar ke banayenge, yeh mera</w:t>
      </w:r>
    </w:p>
    <w:p>
      <w:pPr>
        <w:jc w:val="right"/>
      </w:pPr>
      <w:r>
        <w:t>دماغ کا آپ سوچ کر کے اپنے کو بگاڑیں گے یا سوچ کر کے بنائیں گے، یہ میرا</w:t>
      </w:r>
    </w:p>
    <w:p>
      <w:r>
        <w:rPr>
          <w:b/>
        </w:rPr>
        <w:t xml:space="preserve">[55:17] </w:t>
      </w:r>
      <w:r>
        <w:t>zaati khayal hai.</w:t>
      </w:r>
    </w:p>
    <w:p>
      <w:pPr>
        <w:jc w:val="right"/>
      </w:pPr>
      <w:r>
        <w:t>ذاتی خیال ہے۔</w:t>
      </w:r>
    </w:p>
    <w:p>
      <w:r>
        <w:rPr>
          <w:b/>
        </w:rPr>
        <w:t xml:space="preserve">[55:23] </w:t>
      </w:r>
      <w:r>
        <w:t>agarche medical science is ki taeed nahi karegi.</w:t>
      </w:r>
    </w:p>
    <w:p>
      <w:pPr>
        <w:jc w:val="right"/>
      </w:pPr>
      <w:r>
        <w:t>اگرچہ میڈیکل سائنس اس کی تائید نہیں کرے گی۔</w:t>
      </w:r>
    </w:p>
    <w:p>
      <w:r>
        <w:rPr>
          <w:b/>
        </w:rPr>
        <w:t xml:space="preserve">[55:28] </w:t>
      </w:r>
      <w:r>
        <w:t>maulana, agla ek comment aur sawal hai mazhar sahab ka dilli se.</w:t>
      </w:r>
    </w:p>
    <w:p>
      <w:pPr>
        <w:jc w:val="right"/>
      </w:pPr>
      <w:r>
        <w:t>مولانا، اگلا ایک کمنٹ اور سوال ہے مظہر صاحب کا دلی سے۔</w:t>
      </w:r>
    </w:p>
    <w:p>
      <w:r>
        <w:rPr>
          <w:b/>
        </w:rPr>
        <w:t xml:space="preserve">[55:34] </w:t>
      </w:r>
      <w:r>
        <w:t>unhon ne likha hai comment ke taur par: "maulana, please aaj ke mauzu par agar ek kitaab likhein</w:t>
      </w:r>
    </w:p>
    <w:p>
      <w:pPr>
        <w:jc w:val="right"/>
      </w:pPr>
      <w:r>
        <w:t>انہوں نے لکھا ہے کمنٹ کے طور پر: "مولانا، پلیز آج کے موضوع پر اگر ایک کتاب لکھیں</w:t>
      </w:r>
    </w:p>
    <w:p>
      <w:r>
        <w:rPr>
          <w:b/>
        </w:rPr>
        <w:t xml:space="preserve">[55:39] </w:t>
      </w:r>
      <w:r>
        <w:t>to yeh samaaj mein bohat faida mand hogi.</w:t>
      </w:r>
    </w:p>
    <w:p>
      <w:pPr>
        <w:jc w:val="right"/>
      </w:pPr>
      <w:r>
        <w:t>تو یہ سماج میں بہت فائدہ مند ہوگی۔</w:t>
      </w:r>
    </w:p>
    <w:p>
      <w:r>
        <w:rPr>
          <w:b/>
        </w:rPr>
        <w:t xml:space="preserve">[55:45] </w:t>
      </w:r>
      <w:r>
        <w:t>meri yeh aap se ek darkhwast hai." aur unhon ne jo sawal poocha hai, maulana, woh is tarah</w:t>
      </w:r>
    </w:p>
    <w:p>
      <w:pPr>
        <w:jc w:val="right"/>
      </w:pPr>
      <w:r>
        <w:t>میری یہ آپ سے ایک درخواست ہے۔" اور انہوں نے جو سوال پوچھا ہے، مولانا، وہ اس طرح</w:t>
      </w:r>
    </w:p>
    <w:p>
      <w:r>
        <w:rPr>
          <w:b/>
        </w:rPr>
        <w:t xml:space="preserve">[55:50] </w:t>
      </w:r>
      <w:r>
        <w:t>hai ke "kya tauba karne ka islam mein koi khaas tareeqa bhi bataya gaya hai?" is ke</w:t>
      </w:r>
    </w:p>
    <w:p>
      <w:pPr>
        <w:jc w:val="right"/>
      </w:pPr>
      <w:r>
        <w:t>ہے کہ "کیا توبہ کریم کرنے کا اسلام میں کوئی خاص طریقہ بھی بتایا گیا ہے؟" اس کے</w:t>
      </w:r>
    </w:p>
    <w:p>
      <w:r>
        <w:rPr>
          <w:b/>
        </w:rPr>
        <w:t xml:space="preserve">[55:56] </w:t>
      </w:r>
      <w:r>
        <w:t>baare mein batayein.</w:t>
      </w:r>
    </w:p>
    <w:p>
      <w:pPr>
        <w:jc w:val="right"/>
      </w:pPr>
      <w:r>
        <w:t>بارے میں بتائیں۔</w:t>
      </w:r>
    </w:p>
    <w:p>
      <w:r>
        <w:rPr>
          <w:b/>
        </w:rPr>
        <w:t xml:space="preserve">[56:01] </w:t>
      </w:r>
      <w:r>
        <w:t>dekhein, tareeqa kisi cheez ka nahi hota.</w:t>
      </w:r>
    </w:p>
    <w:p>
      <w:pPr>
        <w:jc w:val="right"/>
      </w:pPr>
      <w:r>
        <w:t>دیکھیں، طریقہ کسی چیز کا نہیں ہوتا۔</w:t>
      </w:r>
    </w:p>
    <w:p>
      <w:r>
        <w:rPr>
          <w:b/>
        </w:rPr>
        <w:t xml:space="preserve">[56:07] </w:t>
      </w:r>
      <w:r>
        <w:t>saara ek zehni amal hai: tadabbur, tafakkur, tawassul.</w:t>
      </w:r>
    </w:p>
    <w:p>
      <w:pPr>
        <w:jc w:val="right"/>
      </w:pPr>
      <w:r>
        <w:t>سارا ایک ذہنی عمل ہے: تدبر، تفکر، توسل۔</w:t>
      </w:r>
    </w:p>
    <w:p>
      <w:r>
        <w:rPr>
          <w:b/>
        </w:rPr>
        <w:t xml:space="preserve">[56:12] </w:t>
      </w:r>
      <w:r>
        <w:t>zehni amal koi tareeqa is se nahi hota.</w:t>
      </w:r>
    </w:p>
    <w:p>
      <w:pPr>
        <w:jc w:val="right"/>
      </w:pPr>
      <w:r>
        <w:t>ذہنی عمل کوئی طریقہ اس سے نہیں ہوتا۔</w:t>
      </w:r>
    </w:p>
    <w:p>
      <w:r>
        <w:rPr>
          <w:b/>
        </w:rPr>
        <w:t xml:space="preserve">[56:18] </w:t>
      </w:r>
      <w:r>
        <w:t>bas sochiye, sochiye, sochiye, soch kar apna correction kijiye.</w:t>
      </w:r>
    </w:p>
    <w:p>
      <w:pPr>
        <w:jc w:val="right"/>
      </w:pPr>
      <w:r>
        <w:t>بس سوچیے، سوچیے، سوچیے، سوچ کر اپنا Correction کیجیے۔</w:t>
      </w:r>
    </w:p>
    <w:p>
      <w:r>
        <w:rPr>
          <w:b/>
        </w:rPr>
        <w:t xml:space="preserve">[56:23] </w:t>
      </w:r>
      <w:r>
        <w:t>beh-haal, yeh bohat hi khatarnak baat hai ke aadmi tauba qareeb na kare aur tauba baeed tak nabat</w:t>
      </w:r>
    </w:p>
    <w:p>
      <w:pPr>
        <w:jc w:val="right"/>
      </w:pPr>
      <w:r>
        <w:t>بہرحال، یہ بہت ہی خطرناک بات ہے کہ آدمی توبہ قریب نہ کرے اور توبہ بعید تک نوبت</w:t>
      </w:r>
    </w:p>
    <w:p>
      <w:r>
        <w:rPr>
          <w:b/>
        </w:rPr>
        <w:t xml:space="preserve">[56:29] </w:t>
      </w:r>
      <w:r>
        <w:t>aa jaye to phir tauba hi nahi.</w:t>
      </w:r>
    </w:p>
    <w:p>
      <w:pPr>
        <w:jc w:val="right"/>
      </w:pPr>
      <w:r>
        <w:t>آجائے تو پھر توبہ ہی نہیں۔</w:t>
      </w:r>
    </w:p>
    <w:p>
      <w:r>
        <w:rPr>
          <w:b/>
        </w:rPr>
        <w:t xml:space="preserve">[56:34] </w:t>
      </w:r>
      <w:r>
        <w:t>is waqt tauba ki nabat hi nahi aayegi.</w:t>
      </w:r>
    </w:p>
    <w:p>
      <w:pPr>
        <w:jc w:val="right"/>
      </w:pPr>
      <w:r>
        <w:t>اس وقت توبہ کی نوبت ہی نہیں آئے گی۔</w:t>
      </w:r>
    </w:p>
    <w:p>
      <w:r>
        <w:rPr>
          <w:b/>
        </w:rPr>
        <w:t xml:space="preserve">[56:40] </w:t>
      </w:r>
      <w:r>
        <w:t>tauba ya to qareeb mein hogi, baeed mein tauba hi nahi hogi.</w:t>
      </w:r>
    </w:p>
    <w:p>
      <w:pPr>
        <w:jc w:val="right"/>
      </w:pPr>
      <w:r>
        <w:t>توبہ یا تو قریب میں ہوگی، بعید میں توبہ ہی نہیں ہوگی۔</w:t>
      </w:r>
    </w:p>
    <w:p>
      <w:r>
        <w:rPr>
          <w:b/>
        </w:rPr>
        <w:t xml:space="preserve">[56:45] </w:t>
      </w:r>
      <w:r>
        <w:t>yeh is se maloom hota hai.</w:t>
      </w:r>
    </w:p>
    <w:p>
      <w:pPr>
        <w:jc w:val="right"/>
      </w:pPr>
      <w:r>
        <w:t>یہ اس سے معلوم ہوتا ہے۔</w:t>
      </w:r>
    </w:p>
    <w:p>
      <w:r>
        <w:rPr>
          <w:b/>
        </w:rPr>
        <w:t xml:space="preserve">[56:51] </w:t>
      </w:r>
      <w:r>
        <w:t>maulana, dilli se agla sawal kya hai doctor farhat naseereen ne, aur unhon ne likha hai ke "Kindly</w:t>
      </w:r>
    </w:p>
    <w:p>
      <w:pPr>
        <w:jc w:val="right"/>
      </w:pPr>
      <w:r>
        <w:t>مولانا، دلی سے اگلا سوال کیا ہے ڈاکٹر فرحات ناصرین نے، اور انہوں نے لکھا ہے کہ "Kindly</w:t>
      </w:r>
    </w:p>
    <w:p>
      <w:r>
        <w:rPr>
          <w:b/>
        </w:rPr>
        <w:t xml:space="preserve">[56:56] </w:t>
      </w:r>
      <w:r>
        <w:t>elaborate on the merits of cutting down TV time and increasing the resting time." yeh jo time hai,</w:t>
      </w:r>
    </w:p>
    <w:p>
      <w:pPr>
        <w:jc w:val="right"/>
      </w:pPr>
      <w:r>
        <w:t>elaborate on the merits of cutting down TV time and increasing the resting time." یہ جو ٹائم ہے،</w:t>
      </w:r>
    </w:p>
    <w:p>
      <w:r>
        <w:rPr>
          <w:b/>
        </w:rPr>
        <w:t xml:space="preserve">[57:02] </w:t>
      </w:r>
      <w:r>
        <w:t>bhai, resting time ko aap study kijiye.</w:t>
      </w:r>
    </w:p>
    <w:p>
      <w:pPr>
        <w:jc w:val="right"/>
      </w:pPr>
      <w:r>
        <w:t>بھئی، ریسٹنگ ٹائم کو آپ اسٹڈی کیجیے۔</w:t>
      </w:r>
    </w:p>
    <w:p>
      <w:r>
        <w:rPr>
          <w:b/>
        </w:rPr>
        <w:t xml:space="preserve">[57:07] </w:t>
      </w:r>
      <w:r>
        <w:t>mein jab bhi TV dekhta hoon, mujhe to lagta hai ke mein apna time zaya kar raha</w:t>
      </w:r>
    </w:p>
    <w:p>
      <w:pPr>
        <w:jc w:val="right"/>
      </w:pPr>
      <w:r>
        <w:t>میں جب بھی ٹی وی دیکھتا ہوں، مجھے تو لگتا ہے کہ میں اپنا ٹائم ضائع کر رہا</w:t>
      </w:r>
    </w:p>
    <w:p>
      <w:r>
        <w:rPr>
          <w:b/>
        </w:rPr>
        <w:t xml:space="preserve">[57:13] </w:t>
      </w:r>
      <w:r>
        <w:t>hoon, kyunke TV mein siwa BBC London ke.</w:t>
      </w:r>
    </w:p>
    <w:p>
      <w:pPr>
        <w:jc w:val="right"/>
      </w:pPr>
      <w:r>
        <w:t>ہوں، کیونکہ ٹی وی میں سوا بی بی سی لندن کے۔</w:t>
      </w:r>
    </w:p>
    <w:p>
      <w:r>
        <w:rPr>
          <w:b/>
        </w:rPr>
        <w:t xml:space="preserve">[57:18] </w:t>
      </w:r>
      <w:r>
        <w:t>sahib, itna distraction hota hai ke mein to hairaan hoon ke kaun log dekhte hain ke log TV.</w:t>
      </w:r>
    </w:p>
    <w:p>
      <w:pPr>
        <w:jc w:val="right"/>
      </w:pPr>
      <w:r>
        <w:t>صاحب، اتنا ڈسٹرکشن ہوتا ہے کہ میں تو حیران ہوں کہ کون لوگ دیکھتے ہیں کہ لوگ ٹی وی۔</w:t>
      </w:r>
    </w:p>
    <w:p>
      <w:r>
        <w:rPr>
          <w:b/>
        </w:rPr>
        <w:t xml:space="preserve">[57:24] </w:t>
      </w:r>
      <w:r>
        <w:t>sirf khurafaat maloom hoti hain.</w:t>
      </w:r>
    </w:p>
    <w:p>
      <w:pPr>
        <w:jc w:val="right"/>
      </w:pPr>
      <w:r>
        <w:t>صرف خرافات معلوم ہوتی ہیں۔</w:t>
      </w:r>
    </w:p>
    <w:p>
      <w:r>
        <w:rPr>
          <w:b/>
        </w:rPr>
        <w:t xml:space="preserve">[57:29] </w:t>
      </w:r>
      <w:r>
        <w:t>TV, woh to TV dekhna hi bilkul.</w:t>
      </w:r>
    </w:p>
    <w:p>
      <w:pPr>
        <w:jc w:val="right"/>
      </w:pPr>
      <w:r>
        <w:t>ٹی وی، وہ تو ٹی وی دیکھنا ہی بالکل۔</w:t>
      </w:r>
    </w:p>
    <w:p>
      <w:r>
        <w:rPr>
          <w:b/>
        </w:rPr>
        <w:t xml:space="preserve">[57:35] </w:t>
      </w:r>
      <w:r>
        <w:t>mein zindagi bhar akhbar parhta raha news ke liye.</w:t>
      </w:r>
    </w:p>
    <w:p>
      <w:pPr>
        <w:jc w:val="right"/>
      </w:pPr>
      <w:r>
        <w:t>میں زندگی بھر اخبار پڑھتا رہا نیوز کے لیے۔</w:t>
      </w:r>
    </w:p>
    <w:p>
      <w:r>
        <w:rPr>
          <w:b/>
        </w:rPr>
        <w:t xml:space="preserve">[57:40] </w:t>
      </w:r>
      <w:r>
        <w:t>kabhi mein TV se news nahi liya.</w:t>
      </w:r>
    </w:p>
    <w:p>
      <w:pPr>
        <w:jc w:val="right"/>
      </w:pPr>
      <w:r>
        <w:t>کبھی میں ٹی وی سے نیوز نہیں لیا۔</w:t>
      </w:r>
    </w:p>
    <w:p>
      <w:r>
        <w:rPr>
          <w:b/>
        </w:rPr>
        <w:t xml:space="preserve">[57:46] </w:t>
      </w:r>
      <w:r>
        <w:t>mein ne to mein samajhta hoon ke ab, ab, ab akhbar ke baad koi cheez agar hai to</w:t>
      </w:r>
    </w:p>
    <w:p>
      <w:pPr>
        <w:jc w:val="right"/>
      </w:pPr>
      <w:r>
        <w:t>میں نے تو میں سمجھتا ہوں کہ اب، اب، اب اخبار کے بعد کوئی چیز اگر ہے تو</w:t>
      </w:r>
    </w:p>
    <w:p>
      <w:r>
        <w:rPr>
          <w:b/>
        </w:rPr>
        <w:t xml:space="preserve">[57:51] </w:t>
      </w:r>
      <w:r>
        <w:t>mere paas to radio hai.</w:t>
      </w:r>
    </w:p>
    <w:p>
      <w:pPr>
        <w:jc w:val="right"/>
      </w:pPr>
      <w:r>
        <w:t>میرے پاس تو ریڈیو ہے۔</w:t>
      </w:r>
    </w:p>
    <w:p>
      <w:r>
        <w:rPr>
          <w:b/>
        </w:rPr>
        <w:t xml:space="preserve">[57:57] </w:t>
      </w:r>
      <w:r>
        <w:t>TV ko to mein samajhta hoon ke koi entertainment ke liye dekha hai to dekha hai, baqi</w:t>
      </w:r>
    </w:p>
    <w:p>
      <w:pPr>
        <w:jc w:val="right"/>
      </w:pPr>
      <w:r>
        <w:t>ٹی وی کو تو میں سمجھتا ہوں کہ کوئی انٹرٹینمنٹ کے لیے دیکھا ہے تو دیکھا ہے، باقی</w:t>
      </w:r>
    </w:p>
    <w:p>
      <w:r>
        <w:rPr>
          <w:b/>
        </w:rPr>
        <w:t xml:space="preserve">[58:02] </w:t>
      </w:r>
      <w:r>
        <w:t>iska koi taameeri faida to mujhe samajh mein nahi aata.</w:t>
      </w:r>
    </w:p>
    <w:p>
      <w:pPr>
        <w:jc w:val="right"/>
      </w:pPr>
      <w:r>
        <w:t>اس کا کوئی تعمیری فائدہ تو مجھے سمجھ میں نہیں آتا۔</w:t>
      </w:r>
    </w:p>
    <w:p>
      <w:r>
        <w:rPr>
          <w:b/>
        </w:rPr>
        <w:t xml:space="preserve">[58:08] </w:t>
      </w:r>
      <w:r>
        <w:t>TV ka to haan, kuch, kuch aate hain.</w:t>
      </w:r>
    </w:p>
    <w:p>
      <w:pPr>
        <w:jc w:val="right"/>
      </w:pPr>
      <w:r>
        <w:t>ٹی وی کا تو ہاں، کچھ، کچھ آتے ہیں۔</w:t>
      </w:r>
    </w:p>
    <w:p>
      <w:r>
        <w:rPr>
          <w:b/>
        </w:rPr>
        <w:t xml:space="preserve">[58:14] </w:t>
      </w:r>
      <w:r>
        <w:t>woh aisi cheez hai jise jo jighrafiyai society hai, us ke kuch document, woh, woh to mufeed hote hain.</w:t>
      </w:r>
    </w:p>
    <w:p>
      <w:pPr>
        <w:jc w:val="right"/>
      </w:pPr>
      <w:r>
        <w:t>وہ ایسی چیز ہے جسے جو جغرافیائی سوسائٹی ہے، اس کے کچھ ڈاکومنٹ، وہ، وہ تو مفید ہوتے ہیں۔</w:t>
      </w:r>
    </w:p>
    <w:p>
      <w:r>
        <w:rPr>
          <w:b/>
        </w:rPr>
        <w:t xml:space="preserve">[58:19] </w:t>
      </w:r>
      <w:r>
        <w:t>woh mein, mein dekhta hoon.</w:t>
      </w:r>
    </w:p>
    <w:p>
      <w:pPr>
        <w:jc w:val="right"/>
      </w:pPr>
      <w:r>
        <w:t>وہ میں، میں دیکھتا ہوں۔</w:t>
      </w:r>
    </w:p>
    <w:p>
      <w:r>
        <w:rPr>
          <w:b/>
        </w:rPr>
        <w:t xml:space="preserve">[58:25] </w:t>
      </w:r>
      <w:r>
        <w:t>isko jighrafiyai society ke document, baqi aam taur par jo TV aata hai, woh har waqt</w:t>
      </w:r>
    </w:p>
    <w:p>
      <w:pPr>
        <w:jc w:val="right"/>
      </w:pPr>
      <w:r>
        <w:t>اس کو جغرافیائی سوسائٹی کے ڈاکومنٹ، باقی عام طور پر جو ٹی وی آتا ہے، وہ ہر وقت</w:t>
      </w:r>
    </w:p>
    <w:p>
      <w:r>
        <w:rPr>
          <w:b/>
        </w:rPr>
        <w:t xml:space="preserve">[58:30] </w:t>
      </w:r>
      <w:r>
        <w:t>distrakshan, har waqt distrakshan, har waqt is mein advertisement.</w:t>
      </w:r>
    </w:p>
    <w:p>
      <w:pPr>
        <w:jc w:val="right"/>
      </w:pPr>
      <w:r>
        <w:t>ڈسٹرکشن، ہر وقت ڈسٹرکشن، ہر وقت اس میں ایڈورٹائزمنٹ۔</w:t>
      </w:r>
    </w:p>
    <w:p>
      <w:r>
        <w:rPr>
          <w:b/>
        </w:rPr>
        <w:t xml:space="preserve">[58:36] </w:t>
      </w:r>
      <w:r>
        <w:t>mujhe to bilkul wehshat hoti hai is se.</w:t>
      </w:r>
    </w:p>
    <w:p>
      <w:pPr>
        <w:jc w:val="right"/>
      </w:pPr>
      <w:r>
        <w:t>مجھے تو بالکل وحشت ہوتی ہے اس سے۔</w:t>
      </w:r>
    </w:p>
    <w:p>
      <w:r>
        <w:rPr>
          <w:b/>
        </w:rPr>
        <w:t xml:space="preserve">[58:41] </w:t>
      </w:r>
      <w:r>
        <w:t>to behr-haal, main yeh kahunga ke har aadmi ko chahiye ke woh art of time management seekhe.</w:t>
      </w:r>
    </w:p>
    <w:p>
      <w:pPr>
        <w:jc w:val="right"/>
      </w:pPr>
      <w:r>
        <w:t>تو بہرحال، میں یہ کہوں گا کہ ہر آدمی کو چاہیے کہ وہ آرٹ آف ٹائم مینجمنٹ سیکھے۔</w:t>
      </w:r>
    </w:p>
    <w:p>
      <w:r>
        <w:rPr>
          <w:b/>
        </w:rPr>
        <w:t xml:space="preserve">[58:47] </w:t>
      </w:r>
      <w:r>
        <w:t>masla na TV ka hai, na kisi aur cheez ka.</w:t>
      </w:r>
    </w:p>
    <w:p>
      <w:pPr>
        <w:jc w:val="right"/>
      </w:pPr>
      <w:r>
        <w:t>مسئلہ نہ ٹی وی کا ہے، نہ کسی اور چیز کا۔</w:t>
      </w:r>
    </w:p>
    <w:p>
      <w:r>
        <w:rPr>
          <w:b/>
        </w:rPr>
        <w:t xml:space="preserve">[58:52] </w:t>
      </w:r>
      <w:r>
        <w:t>masla hai art of time management ka.</w:t>
      </w:r>
    </w:p>
    <w:p>
      <w:pPr>
        <w:jc w:val="right"/>
      </w:pPr>
      <w:r>
        <w:t>مسئلہ ہے آرٹ آف ٹائم مینجمنٹ کا۔</w:t>
      </w:r>
    </w:p>
    <w:p>
      <w:r>
        <w:rPr>
          <w:b/>
        </w:rPr>
        <w:t xml:space="preserve">[58:58] </w:t>
      </w:r>
      <w:r>
        <w:t>aap khud janiye ke aap ne jo time kisi kaam mein lagaya, us se aap ko achievement kya hua.</w:t>
      </w:r>
    </w:p>
    <w:p>
      <w:pPr>
        <w:jc w:val="right"/>
      </w:pPr>
      <w:r>
        <w:t>آپ خود جانیے کہ آپ نے جو ٹائم کسی کام میں لگایا، اس سے آپ کو اچیومنٹ کیا ہوا۔</w:t>
      </w:r>
    </w:p>
    <w:p>
      <w:r>
        <w:rPr>
          <w:b/>
        </w:rPr>
        <w:t xml:space="preserve">[59:03] </w:t>
      </w:r>
      <w:r>
        <w:t>in terms of achievement, is ko aap judge kijiye.</w:t>
      </w:r>
    </w:p>
    <w:p>
      <w:pPr>
        <w:jc w:val="right"/>
      </w:pPr>
      <w:r>
        <w:t>ان ٹرمز آف اچیومنٹ، اس کو آپ جج کیجیے۔</w:t>
      </w:r>
    </w:p>
    <w:p>
      <w:r>
        <w:rPr>
          <w:b/>
        </w:rPr>
        <w:t xml:space="preserve">[59:09] </w:t>
      </w:r>
      <w:r>
        <w:t>koi doosra nahi bata sakta aap ko.</w:t>
      </w:r>
    </w:p>
    <w:p>
      <w:pPr>
        <w:jc w:val="right"/>
      </w:pPr>
      <w:r>
        <w:t>کوئی دوسرا نہیں بتا سکتا آپ کو۔</w:t>
      </w:r>
    </w:p>
    <w:p>
      <w:r>
        <w:rPr>
          <w:b/>
        </w:rPr>
        <w:t xml:space="preserve">[59:14] </w:t>
      </w:r>
      <w:r>
        <w:t>aap khud, yaani soch kar jaan sakte hain ke jo time maine lagaya TV mein ya</w:t>
      </w:r>
    </w:p>
    <w:p>
      <w:pPr>
        <w:jc w:val="right"/>
      </w:pPr>
      <w:r>
        <w:t>آپ خود، یعنی سوچ کر جان سکتے ہیں کہ جو ٹائم میں نے لگایا ٹی وی میں یا</w:t>
      </w:r>
    </w:p>
    <w:p>
      <w:r>
        <w:rPr>
          <w:b/>
        </w:rPr>
        <w:t xml:space="preserve">[59:20] </w:t>
      </w:r>
      <w:r>
        <w:t>kisi aur kaam mein, to is mein maine achieve kiya kiya.</w:t>
      </w:r>
    </w:p>
    <w:p>
      <w:pPr>
        <w:jc w:val="right"/>
      </w:pPr>
      <w:r>
        <w:t>کسی اور کام میں، تو اس میں میں نے اچیو کیا کیا۔</w:t>
      </w:r>
    </w:p>
    <w:p>
      <w:r>
        <w:rPr>
          <w:b/>
        </w:rPr>
        <w:t xml:space="preserve">[59:25] </w:t>
      </w:r>
      <w:r>
        <w:t>yeh hai criteria.</w:t>
      </w:r>
    </w:p>
    <w:p>
      <w:pPr>
        <w:jc w:val="right"/>
      </w:pPr>
      <w:r>
        <w:t>یہ ہے کرائیٹیریا۔</w:t>
      </w:r>
    </w:p>
    <w:p>
      <w:r>
        <w:rPr>
          <w:b/>
        </w:rPr>
        <w:t xml:space="preserve">[59:31] </w:t>
      </w:r>
      <w:r>
        <w:t>to chunaanche maine dekha ke main TV dekhta hoon to kuch achieve nahi kar pata, to</w:t>
      </w:r>
    </w:p>
    <w:p>
      <w:pPr>
        <w:jc w:val="right"/>
      </w:pPr>
      <w:r>
        <w:t>تو چونکہ میں نے دیکھا کہ میں ٹی وی دیکھتا ہوں تو کچھ اچیو نہیں کر پاتا، تو</w:t>
      </w:r>
    </w:p>
    <w:p>
      <w:r>
        <w:rPr>
          <w:b/>
        </w:rPr>
        <w:t xml:space="preserve">[59:36] </w:t>
      </w:r>
      <w:r>
        <w:t>maine is ko chhod diya.</w:t>
      </w:r>
    </w:p>
    <w:p>
      <w:pPr>
        <w:jc w:val="right"/>
      </w:pPr>
      <w:r>
        <w:t>میں نے اس کو چھوڑ دیا۔</w:t>
      </w:r>
    </w:p>
    <w:p>
      <w:r>
        <w:rPr>
          <w:b/>
        </w:rPr>
        <w:t xml:space="preserve">[59:42] </w:t>
      </w:r>
      <w:r>
        <w:t>main chhote government, hamare kuch saathi the, mujhe le gaye cinema bhi le gaye.</w:t>
      </w:r>
    </w:p>
    <w:p>
      <w:pPr>
        <w:jc w:val="right"/>
      </w:pPr>
      <w:r>
        <w:t>میں چھوٹے گورنمنٹ، ہمارے کچھ ساتھی تھے، مجھے لے گئے سینما بھی لے گئے۔</w:t>
      </w:r>
    </w:p>
    <w:p>
      <w:r>
        <w:rPr>
          <w:b/>
        </w:rPr>
        <w:t xml:space="preserve">[59:47] </w:t>
      </w:r>
      <w:r>
        <w:t>us waqt main jawanpur mein tha, to maine dekha ke mujhe koi us waqt koi achieve</w:t>
      </w:r>
    </w:p>
    <w:p>
      <w:pPr>
        <w:jc w:val="right"/>
      </w:pPr>
      <w:r>
        <w:t>اس وقت میں جوان پور میں تھا، تو میں نے دیکھا کہ مجھے کوئی اس وقت کوئی اچیو</w:t>
      </w:r>
    </w:p>
    <w:p>
      <w:r>
        <w:rPr>
          <w:b/>
        </w:rPr>
        <w:t xml:space="preserve">[59:53] </w:t>
      </w:r>
      <w:r>
        <w:t>to hota nahi.</w:t>
      </w:r>
    </w:p>
    <w:p>
      <w:pPr>
        <w:jc w:val="right"/>
      </w:pPr>
      <w:r>
        <w:t>تو ہوتا نہیں۔</w:t>
      </w:r>
    </w:p>
    <w:p>
      <w:r>
        <w:rPr>
          <w:b/>
        </w:rPr>
        <w:t xml:space="preserve">[59:58] </w:t>
      </w:r>
      <w:r>
        <w:t>kuch yeh waqti tafreeh hai, to maine is ko chhod diya.</w:t>
      </w:r>
    </w:p>
    <w:p>
      <w:pPr>
        <w:jc w:val="right"/>
      </w:pPr>
      <w:r>
        <w:t>کچھ یہ وقتی تفریح ہے، تو میں نے اس کو چھوڑ دیا۔</w:t>
      </w:r>
    </w:p>
    <w:p>
      <w:r>
        <w:rPr>
          <w:b/>
        </w:rPr>
        <w:t xml:space="preserve">[1:00:04] </w:t>
      </w:r>
      <w:r>
        <w:t>to meri aadat hai ke har cheez ko main result ke aitbaar se jaanchta hoon.</w:t>
      </w:r>
    </w:p>
    <w:p>
      <w:pPr>
        <w:jc w:val="right"/>
      </w:pPr>
      <w:r>
        <w:t>تو میری عادت ہے کہ ہر چیز کو میں رزلٹ کے اعتبار سے جانچتا ہوں۔</w:t>
      </w:r>
    </w:p>
    <w:p>
      <w:r>
        <w:rPr>
          <w:b/>
        </w:rPr>
        <w:t xml:space="preserve">[1:00:09] </w:t>
      </w:r>
      <w:r>
        <w:t>har cheez ko result ke aitbaar se, yaani paani bhi peeta hoon to yeh soch kar ke is</w:t>
      </w:r>
    </w:p>
    <w:p>
      <w:pPr>
        <w:jc w:val="right"/>
      </w:pPr>
      <w:r>
        <w:t>ہر چیز کو رزلٹ کے اعتبار سے، یعنی پانی بھی پیتا ہوں تو یہ سوچ کر کہ اس</w:t>
      </w:r>
    </w:p>
    <w:p>
      <w:r>
        <w:rPr>
          <w:b/>
        </w:rPr>
        <w:t xml:space="preserve">[1:00:15] </w:t>
      </w:r>
      <w:r>
        <w:t>ka result kya hai.</w:t>
      </w:r>
    </w:p>
    <w:p>
      <w:pPr>
        <w:jc w:val="right"/>
      </w:pPr>
      <w:r>
        <w:t>کا رزلٹ کیا ہے۔</w:t>
      </w:r>
    </w:p>
    <w:p>
      <w:r>
        <w:rPr>
          <w:b/>
        </w:rPr>
        <w:t xml:space="preserve">[1:00:20] </w:t>
      </w:r>
      <w:r>
        <w:t>yeh meri aadat ban gayi hai, yaani aadat ka lafz main bola hoon, matlab mera tareeqa ban gaya hai.</w:t>
      </w:r>
    </w:p>
    <w:p>
      <w:pPr>
        <w:jc w:val="right"/>
      </w:pPr>
      <w:r>
        <w:t>یہ میری عادت بن گئی ہے، یعنی عادت کا لفظ میں بولا ہوں، مطلب میرا طریقہ بن گیا ہے۔</w:t>
      </w:r>
    </w:p>
    <w:p>
      <w:r>
        <w:rPr>
          <w:b/>
        </w:rPr>
        <w:t xml:space="preserve">[1:00:26] </w:t>
      </w:r>
      <w:r>
        <w:t>aadat nahi kahiye is ko, mera tareeqa yeh ban gaya hai ke main kisi bhi cheez ko is</w:t>
      </w:r>
    </w:p>
    <w:p>
      <w:pPr>
        <w:jc w:val="right"/>
      </w:pPr>
      <w:r>
        <w:t>عادت نہیں کہیے اس کو، میرا طریقہ یہ بن گیا ہے کہ میں کسی بھی چیز کو اس</w:t>
      </w:r>
    </w:p>
    <w:p>
      <w:r>
        <w:rPr>
          <w:b/>
        </w:rPr>
        <w:t xml:space="preserve">[1:00:31] </w:t>
      </w:r>
      <w:r>
        <w:t>ko result ke aitbaar se sochta hoon.</w:t>
      </w:r>
    </w:p>
    <w:p>
      <w:pPr>
        <w:jc w:val="right"/>
      </w:pPr>
      <w:r>
        <w:t>کو رزلٹ کے اعتبار سے سوچتا ہوں۔</w:t>
      </w:r>
    </w:p>
    <w:p>
      <w:r>
        <w:rPr>
          <w:b/>
        </w:rPr>
        <w:t xml:space="preserve">[1:00:37] </w:t>
      </w:r>
      <w:r>
        <w:t>misal ke taur par, yahan main aata hoon Sunday ko, is ko bhi, is ko bhi main sochta hoon ke mujhe</w:t>
      </w:r>
    </w:p>
    <w:p>
      <w:pPr>
        <w:jc w:val="right"/>
      </w:pPr>
      <w:r>
        <w:t>مثلاً، یہاں میں آتا ہوں سنڈے کو، اس کو بھی، اس کو بھی میں سوچتا ہوں کہ مجھے</w:t>
      </w:r>
    </w:p>
    <w:p>
      <w:r>
        <w:rPr>
          <w:b/>
        </w:rPr>
        <w:t xml:space="preserve">[1:00:42] </w:t>
      </w:r>
      <w:r>
        <w:t>is mein kya mila, yaani maine is mein kya achieve kiya.</w:t>
      </w:r>
    </w:p>
    <w:p>
      <w:pPr>
        <w:jc w:val="right"/>
      </w:pPr>
      <w:r>
        <w:t>اس میں کیا ملا، یعنی میں نے اس میں کیا اچیو کیا۔</w:t>
      </w:r>
    </w:p>
    <w:p>
      <w:r>
        <w:rPr>
          <w:b/>
        </w:rPr>
        <w:t xml:space="preserve">[1:00:48] </w:t>
      </w:r>
      <w:r>
        <w:t>to har cheez ko, yaani result ke criteria se naapna yeh mera tareeqa hai, aur isi ko mein</w:t>
      </w:r>
    </w:p>
    <w:p>
      <w:pPr>
        <w:jc w:val="right"/>
      </w:pPr>
      <w:r>
        <w:t>تو ہر چیز کو، یعنی رزلٹ کے کرائیٹیریا سے ناپنا یہ میرا طریقہ ہے، اور اسی کو میں</w:t>
      </w:r>
    </w:p>
    <w:p>
      <w:r>
        <w:rPr>
          <w:b/>
        </w:rPr>
        <w:t xml:space="preserve">[1:00:53] </w:t>
      </w:r>
      <w:r>
        <w:t>islam ka tareeqa samajhta hoon.</w:t>
      </w:r>
    </w:p>
    <w:p>
      <w:pPr>
        <w:jc w:val="right"/>
      </w:pPr>
      <w:r>
        <w:t>اسلام کا طریقہ سمجھتا ہوں۔</w:t>
      </w:r>
    </w:p>
    <w:p>
      <w:r>
        <w:rPr>
          <w:b/>
        </w:rPr>
        <w:t xml:space="preserve">[1:00:59] </w:t>
      </w:r>
      <w:r>
        <w:t>kyunke hadees mein aata hai ke "man husn islami mar tarka mala yani", yaani aadmi ko kuch chahiye</w:t>
      </w:r>
    </w:p>
    <w:p>
      <w:pPr>
        <w:jc w:val="right"/>
      </w:pPr>
      <w:r>
        <w:t>کیونکہ حدیث میں آتا ہے کہ "من حسن اسلامی مر ترکہ مالا یعنی"، یعنی آدمی کو کچھ چاہیے</w:t>
      </w:r>
    </w:p>
    <w:p>
      <w:r>
        <w:rPr>
          <w:b/>
        </w:rPr>
        <w:t xml:space="preserve">[1:01:04] </w:t>
      </w:r>
      <w:r>
        <w:t>ke usko aap ko chhod de, jiska koi faida na ho, matlab jiska koi result</w:t>
      </w:r>
    </w:p>
    <w:p>
      <w:pPr>
        <w:jc w:val="right"/>
      </w:pPr>
      <w:r>
        <w:t>کہ اس کو آپ کو چھوڑ دے، جس کا کوئی فائدہ نہ ہو، مطلب جس کا کوئی رزلٹ</w:t>
      </w:r>
    </w:p>
    <w:p>
      <w:r>
        <w:rPr>
          <w:b/>
        </w:rPr>
        <w:t xml:space="preserve">[1:01:10] </w:t>
      </w:r>
      <w:r>
        <w:t>na ho, to usko chhod do.</w:t>
      </w:r>
    </w:p>
    <w:p>
      <w:pPr>
        <w:jc w:val="right"/>
      </w:pPr>
      <w:r>
        <w:t>نہ ہو، تو اس کو چھوڑ دو۔</w:t>
      </w:r>
    </w:p>
    <w:p>
      <w:r>
        <w:rPr>
          <w:b/>
        </w:rPr>
        <w:t xml:space="preserve">[1:01:15] </w:t>
      </w:r>
      <w:r>
        <w:t>Maulana, agla sawal aaya hai lahore pakistan se tariq badar sahab ka, aur unhone likha hai: "Moulana</w:t>
      </w:r>
    </w:p>
    <w:p>
      <w:pPr>
        <w:jc w:val="right"/>
      </w:pPr>
      <w:r>
        <w:t>مولانا، اگلا سوال آیا ہے لاہور پاکستان سے طارق بدر صاحب کا، اور انہوں نے لکھا ہے: "Moulana</w:t>
      </w:r>
    </w:p>
    <w:p>
      <w:r>
        <w:rPr>
          <w:b/>
        </w:rPr>
        <w:t xml:space="preserve">[1:01:21] </w:t>
      </w:r>
      <w:r>
        <w:t>Sahib explained the five steps in a very simplified way, and we understand how habit slowly develops and</w:t>
      </w:r>
    </w:p>
    <w:p>
      <w:pPr>
        <w:jc w:val="right"/>
      </w:pPr>
      <w:r>
        <w:t>Sahib explained the five steps in a very simplified way, and we understand how habit slowly develops and</w:t>
      </w:r>
    </w:p>
    <w:p>
      <w:r>
        <w:rPr>
          <w:b/>
        </w:rPr>
        <w:t xml:space="preserve">[1:01:26] </w:t>
      </w:r>
      <w:r>
        <w:t>conditions the mind, which takes us to the point of no return.</w:t>
      </w:r>
    </w:p>
    <w:p>
      <w:pPr>
        <w:jc w:val="right"/>
      </w:pPr>
      <w:r>
        <w:t>conditions the mind, which takes us to the point of no return.</w:t>
      </w:r>
    </w:p>
    <w:p>
      <w:r>
        <w:rPr>
          <w:b/>
        </w:rPr>
        <w:t xml:space="preserve">[1:01:32] </w:t>
      </w:r>
      <w:r>
        <w:t>My question is that in guiding and raising our children, we as parents condition their mind by giving</w:t>
      </w:r>
    </w:p>
    <w:p>
      <w:pPr>
        <w:jc w:val="right"/>
      </w:pPr>
      <w:r>
        <w:t>My question is that in guiding and raising our children, we as parents condition their mind by giving</w:t>
      </w:r>
    </w:p>
    <w:p>
      <w:r>
        <w:rPr>
          <w:b/>
        </w:rPr>
        <w:t xml:space="preserve">[1:01:37] </w:t>
      </w:r>
      <w:r>
        <w:t>them certain concepts of Islam or beliefs which may not be correct.</w:t>
      </w:r>
    </w:p>
    <w:p>
      <w:pPr>
        <w:jc w:val="right"/>
      </w:pPr>
      <w:r>
        <w:t>them certain concepts of Islam or beliefs which may not be correct.</w:t>
      </w:r>
    </w:p>
    <w:p>
      <w:r>
        <w:rPr>
          <w:b/>
        </w:rPr>
        <w:t xml:space="preserve">[1:01:43] </w:t>
      </w:r>
      <w:r>
        <w:t>So once the child reaches to the age of maturity, he becomes a conditioned person.</w:t>
      </w:r>
    </w:p>
    <w:p>
      <w:pPr>
        <w:jc w:val="right"/>
      </w:pPr>
      <w:r>
        <w:t>So once the child reaches to the age of maturity, he becomes a conditioned person.</w:t>
      </w:r>
    </w:p>
    <w:p>
      <w:r>
        <w:rPr>
          <w:b/>
        </w:rPr>
        <w:t xml:space="preserve">[1:01:49] </w:t>
      </w:r>
      <w:r>
        <w:t>Maulana Sahib, please tell us how should we raise our children so that they do not become the victims of wrong beliefs, and when they reach to the age of maturity, they should be able to understand things clearly without any conditioning?"</w:t>
      </w:r>
    </w:p>
    <w:p>
      <w:pPr>
        <w:jc w:val="right"/>
      </w:pPr>
      <w:r>
        <w:t>Maulana Sahib, please tell us how should we raise our children so that they do not become the victims of wrong beliefs, and when they reach to the age of maturity, they should be able to understand things clearly without any conditioning?</w:t>
      </w:r>
    </w:p>
    <w:p>
      <w:r>
        <w:rPr>
          <w:b/>
        </w:rPr>
        <w:t xml:space="preserve">[1:02:04] </w:t>
      </w:r>
      <w:r>
        <w:t>" mein to samajhta hoon ke bachchon ke liye do hi kaam hain: pampering bilkul na kijiye, aur</w:t>
      </w:r>
    </w:p>
    <w:p>
      <w:pPr>
        <w:jc w:val="right"/>
      </w:pPr>
      <w:r>
        <w:t>" میں تو سمجھتا ہوں کہ بچوں کے لیے دو ہی کام ہیں: پیمپرنگ بالکل نہ کیجیے، اور</w:t>
      </w:r>
    </w:p>
    <w:p>
      <w:r>
        <w:rPr>
          <w:b/>
        </w:rPr>
        <w:t xml:space="preserve">[1:02:09] </w:t>
      </w:r>
      <w:r>
        <w:t>bachchon ko parhne ki aadat daliye.</w:t>
      </w:r>
    </w:p>
    <w:p>
      <w:pPr>
        <w:jc w:val="right"/>
      </w:pPr>
      <w:r>
        <w:t>بچوں کو پڑھنے کی عادت ڈالیے۔</w:t>
      </w:r>
    </w:p>
    <w:p>
      <w:r>
        <w:rPr>
          <w:b/>
        </w:rPr>
        <w:t xml:space="preserve">[1:02:14] </w:t>
      </w:r>
      <w:r>
        <w:t>study ki bas, aur aur sab bekar hai.</w:t>
      </w:r>
    </w:p>
    <w:p>
      <w:pPr>
        <w:jc w:val="right"/>
      </w:pPr>
      <w:r>
        <w:t>اسٹڈی کی بس، اور اور سب بیکار ہے۔</w:t>
      </w:r>
    </w:p>
    <w:p>
      <w:r>
        <w:rPr>
          <w:b/>
        </w:rPr>
        <w:t xml:space="preserve">[1:02:19] </w:t>
      </w:r>
      <w:r>
        <w:t>Aur jo baap baith baith kar unko tarbiyat karte hain, woh bilkul be faida hai.</w:t>
      </w:r>
    </w:p>
    <w:p>
      <w:pPr>
        <w:jc w:val="right"/>
      </w:pPr>
      <w:r>
        <w:t>اور جو باپ بیٹھ بیٹھ کر ان کو تربیت کرتے ہیں، وہ بالکل بے فائدہ ہے۔</w:t>
      </w:r>
    </w:p>
    <w:p>
      <w:r>
        <w:rPr>
          <w:b/>
        </w:rPr>
        <w:t xml:space="preserve">[1:02:24] </w:t>
      </w:r>
      <w:r>
        <w:t>Koi koi faida hai iska nahi, koi faida nahi.</w:t>
      </w:r>
    </w:p>
    <w:p>
      <w:pPr>
        <w:jc w:val="right"/>
      </w:pPr>
      <w:r>
        <w:t>کوئی کوئی فائدہ ہے اس کا نہیں، کوئی فائدہ نہیں۔</w:t>
      </w:r>
    </w:p>
    <w:p>
      <w:r>
        <w:rPr>
          <w:b/>
        </w:rPr>
        <w:t xml:space="preserve">[1:02:30] </w:t>
      </w:r>
      <w:r>
        <w:t>Bas pampering zara bhi mat kijiye, pampering ko chhod dijiye, aur bachchon se kahiye ke study ki aadat</w:t>
      </w:r>
    </w:p>
    <w:p>
      <w:pPr>
        <w:jc w:val="right"/>
      </w:pPr>
      <w:r>
        <w:t>بس پیمپرنگ ذرا بھی مت کیجیے، پیمپرنگ کو چھوڑ دیجیے، اور بچوں سے کہیے کہ اسٹڈی کی عادت</w:t>
      </w:r>
    </w:p>
    <w:p>
      <w:r>
        <w:rPr>
          <w:b/>
        </w:rPr>
        <w:t xml:space="preserve">[1:02:35] </w:t>
      </w:r>
      <w:r>
        <w:t>daalo, khoob parho, baqi sab theek ho jayega.</w:t>
      </w:r>
    </w:p>
    <w:p>
      <w:pPr>
        <w:jc w:val="right"/>
      </w:pPr>
      <w:r>
        <w:t>ڈالو، خوب پڑھو، باقی سب ٹھیک ہو جائے گا۔</w:t>
      </w:r>
    </w:p>
    <w:p>
      <w:r>
        <w:rPr>
          <w:b/>
        </w:rPr>
        <w:t xml:space="preserve">[1:02:40] </w:t>
      </w:r>
      <w:r>
        <w:t>Maulana, agla sawal muzaffar nagar se adnan sahab ne kiya hai, aur unhone likha hai: "If someone</w:t>
      </w:r>
    </w:p>
    <w:p>
      <w:pPr>
        <w:jc w:val="right"/>
      </w:pPr>
      <w:r>
        <w:t>مولانا، اگلا سوال مظفر نگر سے عدنان صاحب نے کیا ہے، اور انہوں نے لکھا ہے: "If someone</w:t>
      </w:r>
    </w:p>
    <w:p>
      <w:r>
        <w:rPr>
          <w:b/>
        </w:rPr>
        <w:t xml:space="preserve">[1:02:45] </w:t>
      </w:r>
      <w:r>
        <w:t>is in the fourth state, what should he do?</w:t>
      </w:r>
    </w:p>
    <w:p>
      <w:pPr>
        <w:jc w:val="right"/>
      </w:pPr>
      <w:r>
        <w:t>is in the fourth state, what should he do?</w:t>
      </w:r>
    </w:p>
    <w:p>
      <w:r>
        <w:rPr>
          <w:b/>
        </w:rPr>
        <w:t xml:space="preserve">[1:02:51] </w:t>
      </w:r>
      <w:r>
        <w:t>Should he be disappointed?</w:t>
      </w:r>
    </w:p>
    <w:p>
      <w:pPr>
        <w:jc w:val="right"/>
      </w:pPr>
      <w:r>
        <w:t>Should he be disappointed?</w:t>
      </w:r>
    </w:p>
    <w:p>
      <w:r>
        <w:rPr>
          <w:b/>
        </w:rPr>
        <w:t xml:space="preserve">[1:02:57] </w:t>
      </w:r>
      <w:r>
        <w:t>As you said that tauba baeed is impossible." bhai, mere to bohat mushkil sawal hai.</w:t>
      </w:r>
    </w:p>
    <w:p>
      <w:pPr>
        <w:jc w:val="right"/>
      </w:pPr>
      <w:r>
        <w:t>As you said that توبہ بعید is impossible." بھائی، میرے تو بہت مشکل سوال ہے۔</w:t>
      </w:r>
    </w:p>
    <w:p>
      <w:r>
        <w:rPr>
          <w:b/>
        </w:rPr>
        <w:t xml:space="preserve">[1:03:03] </w:t>
      </w:r>
      <w:r>
        <w:t>Aap ko mere jaisa banna padega ke mein apne ko qatl karta hoon, yaqeen kijiye, merciless</w:t>
      </w:r>
    </w:p>
    <w:p>
      <w:pPr>
        <w:jc w:val="right"/>
      </w:pPr>
      <w:r>
        <w:t>آپ کو میرے جیسا بننا پڑے گا کہ میں اپنے کو قتل کرتا ہوں، یقین کیجیے، مرسی لیس</w:t>
      </w:r>
    </w:p>
    <w:p>
      <w:r>
        <w:rPr>
          <w:b/>
        </w:rPr>
        <w:t xml:space="preserve">[1:03:09] </w:t>
      </w:r>
      <w:r>
        <w:t>pampering karta hoon.</w:t>
      </w:r>
    </w:p>
    <w:p>
      <w:pPr>
        <w:jc w:val="right"/>
      </w:pPr>
      <w:r>
        <w:t>پیمپرنگ کرتا ہوں۔</w:t>
      </w:r>
    </w:p>
    <w:p>
      <w:r>
        <w:rPr>
          <w:b/>
        </w:rPr>
        <w:t xml:space="preserve">[1:03:15] </w:t>
      </w:r>
      <w:r>
        <w:t>Apni kai cheezein bohat der mein chhori hain.</w:t>
      </w:r>
    </w:p>
    <w:p>
      <w:pPr>
        <w:jc w:val="right"/>
      </w:pPr>
      <w:r>
        <w:t>اپنی کئی چیزیں بہت دیر میں چھوڑی ہیں۔</w:t>
      </w:r>
    </w:p>
    <w:p>
      <w:r>
        <w:rPr>
          <w:b/>
        </w:rPr>
        <w:t xml:space="preserve">[1:03:21] </w:t>
      </w:r>
      <w:r>
        <w:t>mein ne yeh bhi hawa, meri zindagi mein toba baeed ka bhi mere saath case pesh aaya.</w:t>
      </w:r>
    </w:p>
    <w:p>
      <w:pPr>
        <w:jc w:val="right"/>
      </w:pPr>
      <w:r>
        <w:t>میں نے یہ بھی ہوا، میری زندگی میں توبہ بعید کا بھی میرے ساتھ کیس پیش آیا۔</w:t>
      </w:r>
    </w:p>
    <w:p>
      <w:r>
        <w:rPr>
          <w:b/>
        </w:rPr>
        <w:t xml:space="preserve">[1:03:27] </w:t>
      </w:r>
      <w:r>
        <w:t>kuch cheezen foran chori, kuch cheezen bohat dinon mein, chaalees saal, pachaas saal chori.</w:t>
      </w:r>
    </w:p>
    <w:p>
      <w:pPr>
        <w:jc w:val="right"/>
      </w:pPr>
      <w:r>
        <w:t>کچھ چیزیں فوراً چھوڑی، کچھ چیزیں بہت دنوں میں، چالیس سال، پچاس سال چھوڑی۔</w:t>
      </w:r>
    </w:p>
    <w:p>
      <w:r>
        <w:rPr>
          <w:b/>
        </w:rPr>
        <w:t xml:space="preserve">[1:03:33] </w:t>
      </w:r>
      <w:r>
        <w:t>to mein yeh keh sakta hoon ke mein ne apne aap ko, yaani zibah kiya, apne aap ko</w:t>
      </w:r>
    </w:p>
    <w:p>
      <w:pPr>
        <w:jc w:val="right"/>
      </w:pPr>
      <w:r>
        <w:t>تو میں یہ کہہ سکتا ہوں کہ میں نے اپنے آپ کو، یعنی ذبح کیا، اپنے آپ کو</w:t>
      </w:r>
    </w:p>
    <w:p>
      <w:r>
        <w:rPr>
          <w:b/>
        </w:rPr>
        <w:t xml:space="preserve">[1:03:39] </w:t>
      </w:r>
      <w:r>
        <w:t>zibah kiya, tab mein chhor paaya is ko.</w:t>
      </w:r>
    </w:p>
    <w:p>
      <w:pPr>
        <w:jc w:val="right"/>
      </w:pPr>
      <w:r>
        <w:t>ذبح کیا، تب میں چھوڑ پایا اس کو۔</w:t>
      </w:r>
    </w:p>
    <w:p>
      <w:r>
        <w:rPr>
          <w:b/>
        </w:rPr>
        <w:t xml:space="preserve">[1:03:45] </w:t>
      </w:r>
      <w:r>
        <w:t>agar mein zibah na karta to mein na chhor paata is ko.</w:t>
      </w:r>
    </w:p>
    <w:p>
      <w:pPr>
        <w:jc w:val="right"/>
      </w:pPr>
      <w:r>
        <w:t>اگر میں ذبح نہ کرتا تو میں نہ چھوڑ پاتا اس کو۔</w:t>
      </w:r>
    </w:p>
    <w:p>
      <w:r>
        <w:rPr>
          <w:b/>
        </w:rPr>
        <w:t xml:space="preserve">[1:03:52] </w:t>
      </w:r>
      <w:r>
        <w:t>to jis ko jo chahta ho ke woh baeed ka door aajaye, hatta woh toba kare, to us</w:t>
      </w:r>
    </w:p>
    <w:p>
      <w:pPr>
        <w:jc w:val="right"/>
      </w:pPr>
      <w:r>
        <w:t>تو جس کو جو چاہتا ہو کہ وہ بعید کا دور آجائے، حتیٰ وہ توبہ کرے، تو اس</w:t>
      </w:r>
    </w:p>
    <w:p>
      <w:r>
        <w:rPr>
          <w:b/>
        </w:rPr>
        <w:t xml:space="preserve">[1:03:58] </w:t>
      </w:r>
      <w:r>
        <w:t>کو merciless pampering karni padegi.</w:t>
      </w:r>
    </w:p>
    <w:p>
      <w:pPr>
        <w:jc w:val="right"/>
      </w:pPr>
      <w:r>
        <w:t>کو مرسی لیس پیمپرنگ کرنی پڑے گی۔</w:t>
      </w:r>
    </w:p>
    <w:p>
      <w:r>
        <w:rPr>
          <w:b/>
        </w:rPr>
        <w:t xml:space="preserve">[1:04:04] </w:t>
      </w:r>
      <w:r>
        <w:t>agar woh chahe ke narmi narmi se ho jaye to narmi hone wala nahin.</w:t>
      </w:r>
    </w:p>
    <w:p>
      <w:pPr>
        <w:jc w:val="right"/>
      </w:pPr>
      <w:r>
        <w:t>اگر وہ چاہے کہ نرمی نرمی سے ہو جائے تو نرمی ہونے والا نہیں۔</w:t>
      </w:r>
    </w:p>
    <w:p>
      <w:r>
        <w:rPr>
          <w:b/>
        </w:rPr>
        <w:t xml:space="preserve">[1:04:10] </w:t>
      </w:r>
      <w:r>
        <w:t>mein apne baray mein keh sakta hoon ke mein ne apne ko kai cheezen kuch chhorne ke liye</w:t>
      </w:r>
    </w:p>
    <w:p>
      <w:pPr>
        <w:jc w:val="right"/>
      </w:pPr>
      <w:r>
        <w:t>میں اپنے بارے میں کہہ سکتا ہوں کہ میں نے اپنے کو کئی چیزیں کچھ چھوڑنے کے لیے</w:t>
      </w:r>
    </w:p>
    <w:p>
      <w:r>
        <w:rPr>
          <w:b/>
        </w:rPr>
        <w:t xml:space="preserve">[1:04:16] </w:t>
      </w:r>
      <w:r>
        <w:t>apne ko zibah kiya.</w:t>
      </w:r>
    </w:p>
    <w:p>
      <w:pPr>
        <w:jc w:val="right"/>
      </w:pPr>
      <w:r>
        <w:t>اپنے کو ذبح کیا۔</w:t>
      </w:r>
    </w:p>
    <w:p>
      <w:r>
        <w:rPr>
          <w:b/>
        </w:rPr>
        <w:t xml:space="preserve">[1:04:22] </w:t>
      </w:r>
      <w:r>
        <w:t>mein yeh Allah behtar janta hai.</w:t>
      </w:r>
    </w:p>
    <w:p>
      <w:pPr>
        <w:jc w:val="right"/>
      </w:pPr>
      <w:r>
        <w:t>میں یہ اللہ بہتر جانتا ہے۔</w:t>
      </w:r>
    </w:p>
    <w:p>
      <w:r>
        <w:rPr>
          <w:b/>
        </w:rPr>
        <w:t xml:space="preserve">[1:04:28] </w:t>
      </w:r>
      <w:r>
        <w:t>maulana, agla sawal kiya hai doctor wasiq ur rehman sahib ne dilli se, aur unhon ne likha hai ke</w:t>
      </w:r>
    </w:p>
    <w:p>
      <w:pPr>
        <w:jc w:val="right"/>
      </w:pPr>
      <w:r>
        <w:t>مولانا، اگلا سوال کیا ہے ڈاکٹر وسق الرحمان صاحب نے دلی سے، اور انہوں نے لکھا ہے کہ</w:t>
      </w:r>
    </w:p>
    <w:p>
      <w:r>
        <w:rPr>
          <w:b/>
        </w:rPr>
        <w:t xml:space="preserve">[1:04:34] </w:t>
      </w:r>
      <w:r>
        <w:t>"I have found literature distributed to mollems in madrasas are lying in shelves without ever being touched by</w:t>
      </w:r>
    </w:p>
    <w:p>
      <w:pPr>
        <w:jc w:val="right"/>
      </w:pPr>
      <w:r>
        <w:t>"I have found literature distributed to mollems in madrasas are lying in shelves without ever being touched by</w:t>
      </w:r>
    </w:p>
    <w:p>
      <w:r>
        <w:rPr>
          <w:b/>
        </w:rPr>
        <w:t xml:space="preserve">[1:04:40] </w:t>
      </w:r>
      <w:r>
        <w:t>students and teachers.</w:t>
      </w:r>
    </w:p>
    <w:p>
      <w:pPr>
        <w:jc w:val="right"/>
      </w:pPr>
      <w:r>
        <w:t>students and teachers.</w:t>
      </w:r>
    </w:p>
    <w:p>
      <w:r>
        <w:rPr>
          <w:b/>
        </w:rPr>
        <w:t xml:space="preserve">[1:04:46] </w:t>
      </w:r>
      <w:r>
        <w:t>I feel personal training is more worthwhile rather than just distributing the literature." Maulana, "What is your view on this?</w:t>
      </w:r>
    </w:p>
    <w:p>
      <w:pPr>
        <w:jc w:val="right"/>
      </w:pPr>
      <w:r>
        <w:t>I feel personal training is more worthwhile rather than just distributing the literature." مولانا، "What is your view on this?</w:t>
      </w:r>
    </w:p>
    <w:p>
      <w:r>
        <w:rPr>
          <w:b/>
        </w:rPr>
        <w:t xml:space="preserve">[1:04:53] </w:t>
      </w:r>
      <w:r>
        <w:t>" kiya mein samjha nahin? kiya kar rahe hain ke Maulana jo literature distributed karte hain, aah, unhon</w:t>
      </w:r>
    </w:p>
    <w:p>
      <w:pPr>
        <w:jc w:val="right"/>
      </w:pPr>
      <w:r>
        <w:t>" کیا میں سمجھا نہیں؟ کیا کر رہے ہیں کہ Maulana جو literature distributed کرتے ہیں، آہ، انہوں</w:t>
      </w:r>
    </w:p>
    <w:p>
      <w:r>
        <w:rPr>
          <w:b/>
        </w:rPr>
        <w:t xml:space="preserve">[1:04:58] </w:t>
      </w:r>
      <w:r>
        <w:t>ne khaas kar jo madrasas mein jo mollems hain, wahan woh paaya ke aksar woh shelf mein rakh</w:t>
      </w:r>
    </w:p>
    <w:p>
      <w:pPr>
        <w:jc w:val="right"/>
      </w:pPr>
      <w:r>
        <w:t>نے خاص کر جو madrasas میں جو mollems ہیں، وہاں وہ پایا کہ اکثر وہ shelf میں رکھ</w:t>
      </w:r>
    </w:p>
    <w:p>
      <w:r>
        <w:rPr>
          <w:b/>
        </w:rPr>
        <w:t xml:space="preserve">[1:05:03] </w:t>
      </w:r>
      <w:r>
        <w:t>dete hain, aur is ko koi bhi hath nahin lagata, aur na hi woh parha jata hai.</w:t>
      </w:r>
    </w:p>
    <w:p>
      <w:pPr>
        <w:jc w:val="right"/>
      </w:pPr>
      <w:r>
        <w:t>دیتے ہیں، اور اس کو کوئی بھی ہاتھ نہیں لگاتا، اور نہ ہی وہ پڑھا جاتا ہے۔</w:t>
      </w:r>
    </w:p>
    <w:p>
      <w:r>
        <w:rPr>
          <w:b/>
        </w:rPr>
        <w:t xml:space="preserve">[1:05:08] </w:t>
      </w:r>
      <w:r>
        <w:t>to woh yeh keh rahe hain ke distribution ki bajaye jo personal training wala jo method hai, woh</w:t>
      </w:r>
    </w:p>
    <w:p>
      <w:pPr>
        <w:jc w:val="right"/>
      </w:pPr>
      <w:r>
        <w:t>تو وہ یہ کہہ رہے ہیں کہ distribution کی بجائے جو personal training والا جو method ہے، وہ</w:t>
      </w:r>
    </w:p>
    <w:p>
      <w:r>
        <w:rPr>
          <w:b/>
        </w:rPr>
        <w:t xml:space="preserve">[1:05:14] </w:t>
      </w:r>
      <w:r>
        <w:t>zyada fruitful ya result oriented hai.</w:t>
      </w:r>
    </w:p>
    <w:p>
      <w:pPr>
        <w:jc w:val="right"/>
      </w:pPr>
      <w:r>
        <w:t>زیادہ fruitful یا result oriented ہے۔</w:t>
      </w:r>
    </w:p>
    <w:p>
      <w:r>
        <w:rPr>
          <w:b/>
        </w:rPr>
        <w:t xml:space="preserve">[1:05:19] </w:t>
      </w:r>
      <w:r>
        <w:t>mein ne nahin, woh literature parhana bohat zaroori hai.</w:t>
      </w:r>
    </w:p>
    <w:p>
      <w:pPr>
        <w:jc w:val="right"/>
      </w:pPr>
      <w:r>
        <w:t>میں نے نہیں، وہ literature پڑھانا بہت ضروری ہے۔</w:t>
      </w:r>
    </w:p>
    <w:p>
      <w:r>
        <w:rPr>
          <w:b/>
        </w:rPr>
        <w:t xml:space="preserve">[1:05:24] </w:t>
      </w:r>
      <w:r>
        <w:t>is ke ilawa jo chahe kijiye, literature parhana bohat hi zaroori hai.</w:t>
      </w:r>
    </w:p>
    <w:p>
      <w:pPr>
        <w:jc w:val="right"/>
      </w:pPr>
      <w:r>
        <w:t>اس کے علاوہ جو چاہے کیجیے، literature پڑھانا بہت ہی ضروری ہے۔</w:t>
      </w:r>
    </w:p>
    <w:p>
      <w:r>
        <w:rPr>
          <w:b/>
        </w:rPr>
        <w:t xml:space="preserve">[1:05:30] </w:t>
      </w:r>
      <w:r>
        <w:t>dekhiye, aap ghalati kiya kar rahe hain? result ko mass ke level par jaanch rahe hain.</w:t>
      </w:r>
    </w:p>
    <w:p>
      <w:pPr>
        <w:jc w:val="right"/>
      </w:pPr>
      <w:r>
        <w:t>دیکھیے، آپ غلطی کیا کر رہے ہیں؟ رزلٹ کو ماس کے level پر جانچ رہے ہیں۔</w:t>
      </w:r>
    </w:p>
    <w:p>
      <w:r>
        <w:rPr>
          <w:b/>
        </w:rPr>
        <w:t xml:space="preserve">[1:05:35] </w:t>
      </w:r>
      <w:r>
        <w:t>mass ke level par kabhi bhi na jaanchiye, individual ke level par jaanchiye.</w:t>
      </w:r>
    </w:p>
    <w:p>
      <w:pPr>
        <w:jc w:val="right"/>
      </w:pPr>
      <w:r>
        <w:t>ماس کے level پر کبھی بھی نہ جانچئے، individual کے level پر جانچئے۔</w:t>
      </w:r>
    </w:p>
    <w:p>
      <w:r>
        <w:rPr>
          <w:b/>
        </w:rPr>
        <w:t xml:space="preserve">[1:05:40] </w:t>
      </w:r>
      <w:r>
        <w:t>yeh bohat bari ghalati hai.</w:t>
      </w:r>
    </w:p>
    <w:p>
      <w:pPr>
        <w:jc w:val="right"/>
      </w:pPr>
      <w:r>
        <w:t>یہ بہت بڑی غلطی ہے۔</w:t>
      </w:r>
    </w:p>
    <w:p>
      <w:r>
        <w:rPr>
          <w:b/>
        </w:rPr>
        <w:t xml:space="preserve">[1:05:46] </w:t>
      </w:r>
      <w:r>
        <w:t>mass ke level par dekha jaye to kabhi bhi peghambaron ke zamanay mein bhi mass ke level par</w:t>
      </w:r>
    </w:p>
    <w:p>
      <w:pPr>
        <w:jc w:val="right"/>
      </w:pPr>
      <w:r>
        <w:t>ماس کے level پر دیکھا جائے تو کبھی بھی پیغمبروں کے زمانے میں بھی ماس کے level پر</w:t>
      </w:r>
    </w:p>
    <w:p>
      <w:r>
        <w:rPr>
          <w:b/>
        </w:rPr>
        <w:t xml:space="preserve">[1:05:51] </w:t>
      </w:r>
      <w:r>
        <w:t>result nahi nikla.</w:t>
      </w:r>
    </w:p>
    <w:p>
      <w:pPr>
        <w:jc w:val="right"/>
      </w:pPr>
      <w:r>
        <w:t>رزلٹ نہیں نکلا۔</w:t>
      </w:r>
    </w:p>
    <w:p>
      <w:r>
        <w:rPr>
          <w:b/>
        </w:rPr>
        <w:t xml:space="preserve">[1:05:56] </w:t>
      </w:r>
      <w:r>
        <w:t>kisi paighambar ke zamane mein bhi dekhiye, aap mass ke level par result nahi nikalta, individual level par nikalta hai.</w:t>
      </w:r>
    </w:p>
    <w:p>
      <w:pPr>
        <w:jc w:val="right"/>
      </w:pPr>
      <w:r>
        <w:t>کسی پیغمبر کے زمانے میں بھی دیکھیے، آپ ماس کے level پر رزلٹ نہیں نکلتا، individual level پر نکلتا ہے۔</w:t>
      </w:r>
    </w:p>
    <w:p>
      <w:r>
        <w:rPr>
          <w:b/>
        </w:rPr>
        <w:t xml:space="preserve">[1:06:02] </w:t>
      </w:r>
      <w:r>
        <w:t>to distribute aap karenge, to distribute karenge to yeh thori ke saare log badal jayenge.</w:t>
      </w:r>
    </w:p>
    <w:p>
      <w:pPr>
        <w:jc w:val="right"/>
      </w:pPr>
      <w:r>
        <w:t>تو distribute آپ کریں گے، تو distribute کریں گے تو یہ تھوڑی کہ سارے لوگ بدل جائیں گے۔</w:t>
      </w:r>
    </w:p>
    <w:p>
      <w:r>
        <w:rPr>
          <w:b/>
        </w:rPr>
        <w:t xml:space="preserve">[1:06:07] </w:t>
      </w:r>
      <w:r>
        <w:t>aap aur doosra jo tareeqa aap bata rahe hain, woh bhi karke dekh lijiye.</w:t>
      </w:r>
    </w:p>
    <w:p>
      <w:pPr>
        <w:jc w:val="right"/>
      </w:pPr>
      <w:r>
        <w:t>آپ اور دوسرا جو طریقہ آپ بتا رہے ہیں، وہ بھی کر کے دیکھ لیجیے۔</w:t>
      </w:r>
    </w:p>
    <w:p>
      <w:r>
        <w:rPr>
          <w:b/>
        </w:rPr>
        <w:t xml:space="preserve">[1:06:12] </w:t>
      </w:r>
      <w:r>
        <w:t>aap is mein bhi aisa nahi hoga ke mass ke level par log badal jayenge.</w:t>
      </w:r>
    </w:p>
    <w:p>
      <w:pPr>
        <w:jc w:val="right"/>
      </w:pPr>
      <w:r>
        <w:t>آپ اس میں بھی ایسا نہیں ہوگا کہ ماس کے level پر لوگ بدل جائیں۔</w:t>
      </w:r>
    </w:p>
    <w:p>
      <w:r>
        <w:rPr>
          <w:b/>
        </w:rPr>
        <w:t xml:space="preserve">[1:06:18] </w:t>
      </w:r>
      <w:r>
        <w:t>yeh to kuch seekhne wale hote hain, kuch sincere log hote hain, kuch chahte hain janna.</w:t>
      </w:r>
    </w:p>
    <w:p>
      <w:pPr>
        <w:jc w:val="right"/>
      </w:pPr>
      <w:r>
        <w:t>یہ تو کچھ سیکھر ہوتے ہیں، کچھ sincere لوگ ہوتے ہیں، کچھ چاہتے ہیں جاننا۔</w:t>
      </w:r>
    </w:p>
    <w:p>
      <w:r>
        <w:rPr>
          <w:b/>
        </w:rPr>
        <w:t xml:space="preserve">[1:06:23] </w:t>
      </w:r>
      <w:r>
        <w:t>woh jab padhte hain to achaanak unhein badla hua jata hai.</w:t>
      </w:r>
    </w:p>
    <w:p>
      <w:pPr>
        <w:jc w:val="right"/>
      </w:pPr>
      <w:r>
        <w:t>وہ جب پڑھتے ہیں تو اچانک انہیں بدرا ہوا جاتا ہے۔</w:t>
      </w:r>
    </w:p>
    <w:p>
      <w:r>
        <w:rPr>
          <w:b/>
        </w:rPr>
        <w:t xml:space="preserve">[1:06:28] </w:t>
      </w:r>
      <w:r>
        <w:t>jaise dekhiye, ek ek martaba yahan Kashmir baithi hui thi, agar aap ko yaad ho to ek aadmi aaya tha.</w:t>
      </w:r>
    </w:p>
    <w:p>
      <w:pPr>
        <w:jc w:val="right"/>
      </w:pPr>
      <w:r>
        <w:t>جیسے دیکھیے، ایک ایک مرتبہ یہاں کشمیر بیٹھی ہوئی تھی، اگر آپ کو یاد ہو تو ایک آدمی آیا تھا۔</w:t>
      </w:r>
    </w:p>
    <w:p>
      <w:r>
        <w:rPr>
          <w:b/>
        </w:rPr>
        <w:t xml:space="preserve">[1:06:34] </w:t>
      </w:r>
      <w:r>
        <w:t>is mein yahi bataya tha qissa is ne apna ke woh milton tha.</w:t>
      </w:r>
    </w:p>
    <w:p>
      <w:pPr>
        <w:jc w:val="right"/>
      </w:pPr>
      <w:r>
        <w:t>اس میں یہی بتایا تھا قصہ اس نے اپنا کہ وہ ملٹن تھا۔</w:t>
      </w:r>
    </w:p>
    <w:p>
      <w:r>
        <w:rPr>
          <w:b/>
        </w:rPr>
        <w:t xml:space="preserve">[1:06:39] </w:t>
      </w:r>
      <w:r>
        <w:t>woh phir ek baar nikla, woh ek maqam par kahin to doosre ne dekha ke kuch phaade hue</w:t>
      </w:r>
    </w:p>
    <w:p>
      <w:pPr>
        <w:jc w:val="right"/>
      </w:pPr>
      <w:r>
        <w:t>وہ پھر ایک بار نکلا، وہ ایک مقام پر کہیں تو دوسرے نے دیکھا کہ کچھ پھاڑے ہوئے</w:t>
      </w:r>
    </w:p>
    <w:p>
      <w:r>
        <w:rPr>
          <w:b/>
        </w:rPr>
        <w:t xml:space="preserve">[1:06:44] </w:t>
      </w:r>
      <w:r>
        <w:t>parze pade hue hain.</w:t>
      </w:r>
    </w:p>
    <w:p>
      <w:pPr>
        <w:jc w:val="right"/>
      </w:pPr>
      <w:r>
        <w:t>پرزے پڑے ہوئے ہیں۔</w:t>
      </w:r>
    </w:p>
    <w:p>
      <w:r>
        <w:rPr>
          <w:b/>
        </w:rPr>
        <w:t xml:space="preserve">[1:06:50] </w:t>
      </w:r>
      <w:r>
        <w:t>koi cheez thi chupi hui, woh phaad kar phenk diya kisi ne.</w:t>
      </w:r>
    </w:p>
    <w:p>
      <w:pPr>
        <w:jc w:val="right"/>
      </w:pPr>
      <w:r>
        <w:t>کوئی چیز تھی چھپی ہوئی، وہ پھاڑ کر پھینک دیا کسی نے۔</w:t>
      </w:r>
    </w:p>
    <w:p>
      <w:r>
        <w:rPr>
          <w:b/>
        </w:rPr>
        <w:t xml:space="preserve">[1:06:55] </w:t>
      </w:r>
      <w:r>
        <w:t>is ko uthaya, is ne tukde tukde kar diya.</w:t>
      </w:r>
    </w:p>
    <w:p>
      <w:pPr>
        <w:jc w:val="right"/>
      </w:pPr>
      <w:r>
        <w:t>اس کو اٹھایا، اس نے ٹکڑے ٹکڑے کر دیا۔</w:t>
      </w:r>
    </w:p>
    <w:p>
      <w:r>
        <w:rPr>
          <w:b/>
        </w:rPr>
        <w:t xml:space="preserve">[1:07:00] </w:t>
      </w:r>
      <w:r>
        <w:t>to is ne is ko utha kar le gaya, aur sab tukde jod jod kar chipka chipka kar</w:t>
      </w:r>
    </w:p>
    <w:p>
      <w:pPr>
        <w:jc w:val="right"/>
      </w:pPr>
      <w:r>
        <w:t>تو اس نے اس کو اٹھا کر لے گیا، اور سب ٹکڑے جوڑ جوڑ کر چپچاپ چپکا کر</w:t>
      </w:r>
    </w:p>
    <w:p>
      <w:r>
        <w:rPr>
          <w:b/>
        </w:rPr>
        <w:t xml:space="preserve">[1:07:06] </w:t>
      </w:r>
      <w:r>
        <w:t>is ka page banaya.</w:t>
      </w:r>
    </w:p>
    <w:p>
      <w:pPr>
        <w:jc w:val="right"/>
      </w:pPr>
      <w:r>
        <w:t>اس کا پیج بنایا۔</w:t>
      </w:r>
    </w:p>
    <w:p>
      <w:r>
        <w:rPr>
          <w:b/>
        </w:rPr>
        <w:t xml:space="preserve">[1:07:11] </w:t>
      </w:r>
      <w:r>
        <w:t>us tukde ko page bana kar padha, is ko thoda padha to us waqt hi to ek naya</w:t>
      </w:r>
    </w:p>
    <w:p>
      <w:pPr>
        <w:jc w:val="right"/>
      </w:pPr>
      <w:r>
        <w:t>اس ٹکڑے کو پیج بنا کر پڑھا، اس کو تھوڑا پڑھا تو اس وقت ہی تو ایک نیا</w:t>
      </w:r>
    </w:p>
    <w:p>
      <w:r>
        <w:rPr>
          <w:b/>
        </w:rPr>
        <w:t xml:space="preserve">[1:07:16] </w:t>
      </w:r>
      <w:r>
        <w:t>message is ke andar hai.</w:t>
      </w:r>
    </w:p>
    <w:p>
      <w:pPr>
        <w:jc w:val="right"/>
      </w:pPr>
      <w:r>
        <w:t>میسج اس کے اندر ہے۔</w:t>
      </w:r>
    </w:p>
    <w:p>
      <w:r>
        <w:rPr>
          <w:b/>
        </w:rPr>
        <w:t xml:space="preserve">[1:07:22] </w:t>
      </w:r>
      <w:r>
        <w:t>woh hamari kitaab ka ek tukda tha.</w:t>
      </w:r>
    </w:p>
    <w:p>
      <w:pPr>
        <w:jc w:val="right"/>
      </w:pPr>
      <w:r>
        <w:t>وہ ہماری کتاب کا ایک ٹکڑا تھا۔</w:t>
      </w:r>
    </w:p>
    <w:p>
      <w:r>
        <w:rPr>
          <w:b/>
        </w:rPr>
        <w:t xml:space="preserve">[1:07:27] </w:t>
      </w:r>
      <w:r>
        <w:t>kisi ghusse mein phaad diya tha kisi ne.</w:t>
      </w:r>
    </w:p>
    <w:p>
      <w:pPr>
        <w:jc w:val="right"/>
      </w:pPr>
      <w:r>
        <w:t>کسی غصے میں پھاڑ دیا تھا کسی نے۔</w:t>
      </w:r>
    </w:p>
    <w:p>
      <w:r>
        <w:rPr>
          <w:b/>
        </w:rPr>
        <w:t xml:space="preserve">[1:07:32] </w:t>
      </w:r>
      <w:r>
        <w:t>ab ghaur kijiye, ek aadmi ne ghusse mein phaada, aur doosre aadmi ne is ko chipka kar padha,</w:t>
      </w:r>
    </w:p>
    <w:p>
      <w:pPr>
        <w:jc w:val="right"/>
      </w:pPr>
      <w:r>
        <w:t>اب غور کیجیے، ایک آدمی نے غصے میں پھاڑا، اور دوسرے آدمی نے اس کو چپکا کر پڑھا،</w:t>
      </w:r>
    </w:p>
    <w:p>
      <w:r>
        <w:rPr>
          <w:b/>
        </w:rPr>
        <w:t xml:space="preserve">[1:07:38] </w:t>
      </w:r>
      <w:r>
        <w:t>aur yahan aaya.</w:t>
      </w:r>
    </w:p>
    <w:p>
      <w:pPr>
        <w:jc w:val="right"/>
      </w:pPr>
      <w:r>
        <w:t>اور یہاں آیا۔</w:t>
      </w:r>
    </w:p>
    <w:p>
      <w:r>
        <w:rPr>
          <w:b/>
        </w:rPr>
        <w:t xml:space="preserve">[1:07:43] </w:t>
      </w:r>
      <w:r>
        <w:t>woh kaha ke maine tauba kar li milton se.</w:t>
      </w:r>
    </w:p>
    <w:p>
      <w:pPr>
        <w:jc w:val="right"/>
      </w:pPr>
      <w:r>
        <w:t>وہ کہا کہ میں نے توبہ کر لی ملٹنسی سے۔</w:t>
      </w:r>
    </w:p>
    <w:p>
      <w:r>
        <w:rPr>
          <w:b/>
        </w:rPr>
        <w:t xml:space="preserve">[1:07:48] </w:t>
      </w:r>
      <w:r>
        <w:t>to kabhi bhi result ko mass level par mat jaanchiyye, individual level par jaanchiyye.</w:t>
      </w:r>
    </w:p>
    <w:p>
      <w:pPr>
        <w:jc w:val="right"/>
      </w:pPr>
      <w:r>
        <w:t>تو کبھی بھی رزلٹ کو ماس لیول پر مت جانچیے، انڈیویجول لیول پر جانچیے۔</w:t>
      </w:r>
    </w:p>
    <w:p>
      <w:r>
        <w:rPr>
          <w:b/>
        </w:rPr>
        <w:t xml:space="preserve">[1:07:54] </w:t>
      </w:r>
      <w:r>
        <w:t>yeh ghalati kabhi mat kijiye.</w:t>
      </w:r>
    </w:p>
    <w:p>
      <w:pPr>
        <w:jc w:val="right"/>
      </w:pPr>
      <w:r>
        <w:t>یہ غلطی کبھی مت کیجیے۔</w:t>
      </w:r>
    </w:p>
    <w:p>
      <w:r>
        <w:rPr>
          <w:b/>
        </w:rPr>
        <w:t xml:space="preserve">[1:07:59] </w:t>
      </w:r>
      <w:r>
        <w:t>woh nahi, paighambaron ka kaam bhi aap ko lage ke kuch bhi nahi hua.</w:t>
      </w:r>
    </w:p>
    <w:p>
      <w:pPr>
        <w:jc w:val="right"/>
      </w:pPr>
      <w:r>
        <w:t>وہ نہیں، پیغمبروں کا کام بھی آپ کو لگے کہ کچھ بھی نہیں ہوا۔</w:t>
      </w:r>
    </w:p>
    <w:p>
      <w:r>
        <w:rPr>
          <w:b/>
        </w:rPr>
        <w:t xml:space="preserve">[1:08:04] </w:t>
      </w:r>
      <w:r>
        <w:t>aik sahib mere paas aik baar to aaye, woh kai idaray chala rahay thay, kai school college.</w:t>
      </w:r>
    </w:p>
    <w:p>
      <w:pPr>
        <w:jc w:val="right"/>
      </w:pPr>
      <w:r>
        <w:t>ایک صاحب میرے پاس ایک بار تو آئے، وہ کئی ادارے چلا رہے تھے، کئی اسکول کالج۔</w:t>
      </w:r>
    </w:p>
    <w:p>
      <w:r>
        <w:rPr>
          <w:b/>
        </w:rPr>
        <w:t xml:space="preserve">[1:08:10] </w:t>
      </w:r>
      <w:r>
        <w:t>to bohat mayusi ki baat ki unhon nay kay hum nay socha tha kay is say islaah hogi,</w:t>
      </w:r>
    </w:p>
    <w:p>
      <w:pPr>
        <w:jc w:val="right"/>
      </w:pPr>
      <w:r>
        <w:t>تو بہت مایوسی کی بات کی انہوں نے کہ ہم نے سوچا تھا کہ اس سے اصلاح ہوگی،</w:t>
      </w:r>
    </w:p>
    <w:p>
      <w:r>
        <w:rPr>
          <w:b/>
        </w:rPr>
        <w:t xml:space="preserve">[1:08:15] </w:t>
      </w:r>
      <w:r>
        <w:t>aur koi islaah nahi hui.</w:t>
      </w:r>
    </w:p>
    <w:p>
      <w:pPr>
        <w:jc w:val="right"/>
      </w:pPr>
      <w:r>
        <w:t>اور کوئی اصلاح نہیں ہوئی۔</w:t>
      </w:r>
    </w:p>
    <w:p>
      <w:r>
        <w:rPr>
          <w:b/>
        </w:rPr>
        <w:t xml:space="preserve">[1:08:20] </w:t>
      </w:r>
      <w:r>
        <w:t>hum ko to bohat mayusi ho rahi hai.</w:t>
      </w:r>
    </w:p>
    <w:p>
      <w:pPr>
        <w:jc w:val="right"/>
      </w:pPr>
      <w:r>
        <w:t>ہم کو تو بہت مایوسی ہو رہی ہے۔</w:t>
      </w:r>
    </w:p>
    <w:p>
      <w:r>
        <w:rPr>
          <w:b/>
        </w:rPr>
        <w:t xml:space="preserve">[1:08:26] </w:t>
      </w:r>
      <w:r>
        <w:t>to yahi baat main nay un say kahi, aap islaah ko mass level par chahtay hain dekhna, aap</w:t>
      </w:r>
    </w:p>
    <w:p>
      <w:pPr>
        <w:jc w:val="right"/>
      </w:pPr>
      <w:r>
        <w:t>تو یہی بات میں نے ان سے کہی، آپ اصلاح کو ماس لیول پر چاہتے ہیں دیکھنا، آپ</w:t>
      </w:r>
    </w:p>
    <w:p>
      <w:r>
        <w:rPr>
          <w:b/>
        </w:rPr>
        <w:t xml:space="preserve">[1:08:31] </w:t>
      </w:r>
      <w:r>
        <w:t>individual level par dekhiye.</w:t>
      </w:r>
    </w:p>
    <w:p>
      <w:pPr>
        <w:jc w:val="right"/>
      </w:pPr>
      <w:r>
        <w:t>انڈیویجول لیول پر دیکھیے۔</w:t>
      </w:r>
    </w:p>
    <w:p>
      <w:r>
        <w:rPr>
          <w:b/>
        </w:rPr>
        <w:t xml:space="preserve">[1:08:36] </w:t>
      </w:r>
      <w:r>
        <w:t>to kuch dair chup ho gaye, woh phir socha.</w:t>
      </w:r>
    </w:p>
    <w:p>
      <w:pPr>
        <w:jc w:val="right"/>
      </w:pPr>
      <w:r>
        <w:t>تو کچھ دیر چپ ہو گئے، وہ پھر سوچا۔</w:t>
      </w:r>
    </w:p>
    <w:p>
      <w:r>
        <w:rPr>
          <w:b/>
        </w:rPr>
        <w:t xml:space="preserve">[1:08:42] </w:t>
      </w:r>
      <w:r>
        <w:t>unhon nay kaha kay waqai mujhe dikhai dainay laga shakhs, falan shakhs, falan shakhs.</w:t>
      </w:r>
    </w:p>
    <w:p>
      <w:pPr>
        <w:jc w:val="right"/>
      </w:pPr>
      <w:r>
        <w:t>انہوں نے کہا کہ واقعی مجھے دکھائی دینے لگا شخص، فلاں شخص، فلاں شخص۔</w:t>
      </w:r>
    </w:p>
    <w:p>
      <w:r>
        <w:rPr>
          <w:b/>
        </w:rPr>
        <w:t xml:space="preserve">[1:08:47] </w:t>
      </w:r>
      <w:r>
        <w:t>is mein to bohat, yani islaah hui, nateeja nikla.</w:t>
      </w:r>
    </w:p>
    <w:p>
      <w:pPr>
        <w:jc w:val="right"/>
      </w:pPr>
      <w:r>
        <w:t>اس میں تو بہت، یعنی اصلاح ہوئی، نتیجہ نکلا۔</w:t>
      </w:r>
    </w:p>
    <w:p>
      <w:r>
        <w:rPr>
          <w:b/>
        </w:rPr>
        <w:t xml:space="preserve">[1:08:52] </w:t>
      </w:r>
      <w:r>
        <w:t>to jab bhi aap mass level par dain gay to har kaam aap ko bekaar lagay ga, hatta</w:t>
      </w:r>
    </w:p>
    <w:p>
      <w:pPr>
        <w:jc w:val="right"/>
      </w:pPr>
      <w:r>
        <w:t>تو جب بھی آپ ماس لیول پر دیکھیں گے تو ہر کام آپ کو بیکار لگے گا، حتیٰ</w:t>
      </w:r>
    </w:p>
    <w:p>
      <w:r>
        <w:rPr>
          <w:b/>
        </w:rPr>
        <w:t xml:space="preserve">[1:08:58] </w:t>
      </w:r>
      <w:r>
        <w:t>kay peghambar ka kaam bhi, naoz billah.</w:t>
      </w:r>
    </w:p>
    <w:p>
      <w:pPr>
        <w:jc w:val="right"/>
      </w:pPr>
      <w:r>
        <w:t>کہ پیغمبر کا کام بھی، نعوذ باللہ۔</w:t>
      </w:r>
    </w:p>
    <w:p>
      <w:r>
        <w:rPr>
          <w:b/>
        </w:rPr>
        <w:t xml:space="preserve">[1:09:03] </w:t>
      </w:r>
      <w:r>
        <w:t>lekan jab individual level par jaanchain gay to har kaam acha lagay ga aap ko.</w:t>
      </w:r>
    </w:p>
    <w:p>
      <w:pPr>
        <w:jc w:val="right"/>
      </w:pPr>
      <w:r>
        <w:t>لیکن جب انڈیویجول لیول پر جانچیں گے تو ہر کام اچھا لگے گا آپ کو۔</w:t>
      </w:r>
    </w:p>
    <w:p>
      <w:r>
        <w:rPr>
          <w:b/>
        </w:rPr>
        <w:t xml:space="preserve">[1:09:08] </w:t>
      </w:r>
      <w:r>
        <w:t>yeh ghalti kabhi mat kijiye.</w:t>
      </w:r>
    </w:p>
    <w:p>
      <w:pPr>
        <w:jc w:val="right"/>
      </w:pPr>
      <w:r>
        <w:t>یہ غلطی کبھی مت کیجیے۔</w:t>
      </w:r>
    </w:p>
    <w:p>
      <w:r>
        <w:rPr>
          <w:b/>
        </w:rPr>
        <w:t xml:space="preserve">[1:09:13] </w:t>
      </w:r>
      <w:r>
        <w:t>maulana, agla sawal lainay say pehlay aik comment parhna chahain gay jo abhi abhi doha, qatar say abdul basit</w:t>
      </w:r>
    </w:p>
    <w:p>
      <w:pPr>
        <w:jc w:val="right"/>
      </w:pPr>
      <w:r>
        <w:t>مولانا، اگلا سوال لینے سے پہلے ایک کمنٹ پڑھنا چاہیں گے جو ابھی ابھی دوحہ، قطر سے عبدالباسط</w:t>
      </w:r>
    </w:p>
    <w:p>
      <w:r>
        <w:rPr>
          <w:b/>
        </w:rPr>
        <w:t xml:space="preserve">[1:09:19] </w:t>
      </w:r>
      <w:r>
        <w:t>umri sahib nay bheja hai.</w:t>
      </w:r>
    </w:p>
    <w:p>
      <w:pPr>
        <w:jc w:val="right"/>
      </w:pPr>
      <w:r>
        <w:t>عمری صاحب نے بھیجا ہے۔</w:t>
      </w:r>
    </w:p>
    <w:p>
      <w:r>
        <w:rPr>
          <w:b/>
        </w:rPr>
        <w:t xml:space="preserve">[1:09:24] </w:t>
      </w:r>
      <w:r>
        <w:t>unhon nay likha hai kay maulana, aaj kay lecture say bohat ziyada clarity mili.</w:t>
      </w:r>
    </w:p>
    <w:p>
      <w:pPr>
        <w:jc w:val="right"/>
      </w:pPr>
      <w:r>
        <w:t>انہوں نے لکھا ہے کہ مولانا، آج کے لیکچر سے بہت زیادہ کلیئرٹی ملی۔</w:t>
      </w:r>
    </w:p>
    <w:p>
      <w:r>
        <w:rPr>
          <w:b/>
        </w:rPr>
        <w:t xml:space="preserve">[1:09:29] </w:t>
      </w:r>
      <w:r>
        <w:t>tauba qareeb ko aaj hi pehli baar samjha.</w:t>
      </w:r>
    </w:p>
    <w:p>
      <w:pPr>
        <w:jc w:val="right"/>
      </w:pPr>
      <w:r>
        <w:t>توبہ قریب کو آج ہی پہلی بار سمجھا۔</w:t>
      </w:r>
    </w:p>
    <w:p>
      <w:r>
        <w:rPr>
          <w:b/>
        </w:rPr>
        <w:t xml:space="preserve">[1:09:35] </w:t>
      </w:r>
      <w:r>
        <w:t>jazak Allah khair.</w:t>
      </w:r>
    </w:p>
    <w:p>
      <w:pPr>
        <w:jc w:val="right"/>
      </w:pPr>
      <w:r>
        <w:t>جزاک اللہ خیر۔</w:t>
      </w:r>
    </w:p>
    <w:p>
      <w:r>
        <w:rPr>
          <w:b/>
        </w:rPr>
        <w:t xml:space="preserve">[1:09:40] </w:t>
      </w:r>
      <w:r>
        <w:t>maulana, agla sawal Maulana Iqbal Umri nay bheja hai chennai say, aur unhon nay likha hai kay maulana,</w:t>
      </w:r>
    </w:p>
    <w:p>
      <w:pPr>
        <w:jc w:val="right"/>
      </w:pPr>
      <w:r>
        <w:t>مولانا، اگلا سوال Maulana اقبال عمری نے بھیجا ہے چنئی سے، اور انہوں نے لکھا ہے کہ مولانا،</w:t>
      </w:r>
    </w:p>
    <w:p>
      <w:r>
        <w:rPr>
          <w:b/>
        </w:rPr>
        <w:t xml:space="preserve">[1:09:45] </w:t>
      </w:r>
      <w:r>
        <w:t>ibadat bhi jab marifat kay sath na ho to woh bhi aadat shumaar ki jayegi.</w:t>
      </w:r>
    </w:p>
    <w:p>
      <w:pPr>
        <w:jc w:val="right"/>
      </w:pPr>
      <w:r>
        <w:t>عبادت بھی جب معرفت کے ساتھ نہ ہو تو وہ بھی عادت شمار کی جائے گی۔</w:t>
      </w:r>
    </w:p>
    <w:p>
      <w:r>
        <w:rPr>
          <w:b/>
        </w:rPr>
        <w:t xml:space="preserve">[1:09:51] </w:t>
      </w:r>
      <w:r>
        <w:t>ibadat aur aadat mein kiya farq hai, is ki wazahat karen.</w:t>
      </w:r>
    </w:p>
    <w:p>
      <w:pPr>
        <w:jc w:val="right"/>
      </w:pPr>
      <w:r>
        <w:t>عبادت اور عادت میں کیا فرق ہے، اس کی وضاحت کریں۔</w:t>
      </w:r>
    </w:p>
    <w:p>
      <w:r>
        <w:rPr>
          <w:b/>
        </w:rPr>
        <w:t xml:space="preserve">[1:09:56] </w:t>
      </w:r>
      <w:r>
        <w:t>woh to main nay hadith suna di aap ko kay hadith mein aata hai kay aadmi ibadat karta</w:t>
      </w:r>
    </w:p>
    <w:p>
      <w:pPr>
        <w:jc w:val="right"/>
      </w:pPr>
      <w:r>
        <w:t>وہ تو میں نے حدیث سنا دی آپ کو کہ حدیث میں آتا ہے کہ آدمی عبادت کرتا</w:t>
      </w:r>
    </w:p>
    <w:p>
      <w:r>
        <w:rPr>
          <w:b/>
        </w:rPr>
        <w:t xml:space="preserve">[1:10:01] </w:t>
      </w:r>
      <w:r>
        <w:t>hai, ibadat karta hai, ibadat karta hai.</w:t>
      </w:r>
    </w:p>
    <w:p>
      <w:pPr>
        <w:jc w:val="right"/>
      </w:pPr>
      <w:r>
        <w:t>ہے، عبادت کرتا ہے، عبادت کرتا ہے۔</w:t>
      </w:r>
    </w:p>
    <w:p>
      <w:r>
        <w:rPr>
          <w:b/>
        </w:rPr>
        <w:t xml:space="preserve">[1:10:07] </w:t>
      </w:r>
      <w:r>
        <w:t>wala yajzi illa bi qadri aqlihi aadat wali ibadat ki nafi is mein hai kay bator aadat ibadat karta</w:t>
      </w:r>
    </w:p>
    <w:p>
      <w:pPr>
        <w:jc w:val="right"/>
      </w:pPr>
      <w:r>
        <w:t>ولا یجزى إلا بقدر عقله عادت والی عبادت کی نفی اس میں ہے کہ بطور عادت عبادت کرتا</w:t>
      </w:r>
    </w:p>
    <w:p>
      <w:r>
        <w:rPr>
          <w:b/>
        </w:rPr>
        <w:t xml:space="preserve">[1:10:12] </w:t>
      </w:r>
      <w:r>
        <w:t>hai, karta rehta hai, karta rehta hai, lekin kuch milta nahi us ko.</w:t>
      </w:r>
    </w:p>
    <w:p>
      <w:pPr>
        <w:jc w:val="right"/>
      </w:pPr>
      <w:r>
        <w:t>ہے، کرتا رہتا ہے، کرتا رہتا ہے، لیکن کچھ ملتا نہیں اس کو۔</w:t>
      </w:r>
    </w:p>
    <w:p>
      <w:r>
        <w:rPr>
          <w:b/>
        </w:rPr>
        <w:t xml:space="preserve">[1:10:17] </w:t>
      </w:r>
      <w:r>
        <w:t>shaoor wali ibadat jab karega to is mein uska faida milega.</w:t>
      </w:r>
    </w:p>
    <w:p>
      <w:pPr>
        <w:jc w:val="right"/>
      </w:pPr>
      <w:r>
        <w:t>شعور والی عبادت جب کرے گا تو اس میں اس کا فائدہ ملے گا۔</w:t>
      </w:r>
    </w:p>
    <w:p>
      <w:r>
        <w:rPr>
          <w:b/>
        </w:rPr>
        <w:t xml:space="preserve">[1:10:23] </w:t>
      </w:r>
      <w:r>
        <w:t>mein to nahi samajhta ke aadat ke taur par ibadat karega, Allah khush ho jayega.</w:t>
      </w:r>
    </w:p>
    <w:p>
      <w:pPr>
        <w:jc w:val="right"/>
      </w:pPr>
      <w:r>
        <w:t>میں تو نہیں سمجھتا کہ عادت کے طور پر عبادت کرے گا، اللہ خوش ہو جائے گا۔</w:t>
      </w:r>
    </w:p>
    <w:p>
      <w:r>
        <w:rPr>
          <w:b/>
        </w:rPr>
        <w:t xml:space="preserve">[1:10:28] </w:t>
      </w:r>
      <w:r>
        <w:t>khair, sir, ajeeb ghareeb tasawwur hai in logon ka Allah ke bare mein ke bator aadat aap ibadat</w:t>
      </w:r>
    </w:p>
    <w:p>
      <w:pPr>
        <w:jc w:val="right"/>
      </w:pPr>
      <w:r>
        <w:t>خیر، سر، عجیب غریب تصور ہے ان لوگوں کا اللہ کے بارے میں کہ بطور عادت آپ عبادت</w:t>
      </w:r>
    </w:p>
    <w:p>
      <w:r>
        <w:rPr>
          <w:b/>
        </w:rPr>
        <w:t xml:space="preserve">[1:10:33] </w:t>
      </w:r>
      <w:r>
        <w:t>karen aur Allah khush ho raha hai.</w:t>
      </w:r>
    </w:p>
    <w:p>
      <w:pPr>
        <w:jc w:val="right"/>
      </w:pPr>
      <w:r>
        <w:t>کریں اور اللہ خوش ہو رہا ہے۔</w:t>
      </w:r>
    </w:p>
    <w:p>
      <w:r>
        <w:rPr>
          <w:b/>
        </w:rPr>
        <w:t xml:space="preserve">[1:10:39] </w:t>
      </w:r>
      <w:r>
        <w:t>yeh kahani ke Allah ko sirf form chahiye.</w:t>
      </w:r>
    </w:p>
    <w:p>
      <w:pPr>
        <w:jc w:val="right"/>
      </w:pPr>
      <w:r>
        <w:t>یہ کہانی کہ اللہ کو صرف فارم چاہیے۔</w:t>
      </w:r>
    </w:p>
    <w:p>
      <w:r>
        <w:rPr>
          <w:b/>
        </w:rPr>
        <w:t xml:space="preserve">[1:10:44] </w:t>
      </w:r>
      <w:r>
        <w:t>yaad rakhiye, yeh Allah ka underestimation hai ke woh form se khush ho jayega.</w:t>
      </w:r>
    </w:p>
    <w:p>
      <w:pPr>
        <w:jc w:val="right"/>
      </w:pPr>
      <w:r>
        <w:t>یاد رکھیے، یہ اللہ کا انڈر ایسٹیمیشن ہے کہ وہ فارم سے خوش ہو جائے گا۔</w:t>
      </w:r>
    </w:p>
    <w:p>
      <w:r>
        <w:rPr>
          <w:b/>
        </w:rPr>
        <w:t xml:space="preserve">[1:10:49] </w:t>
      </w:r>
      <w:r>
        <w:t>quran mein saaf saaf hai ke lyanala allahu lahubaha wala damaha wala kainalu al-taqwa minkum tumhara gosht aur</w:t>
      </w:r>
    </w:p>
    <w:p>
      <w:pPr>
        <w:jc w:val="right"/>
      </w:pPr>
      <w:r>
        <w:t>قرآن میں صاف صاف ہے کہ لَيْنَالَ اللَّهُ لَهُبَهَا وَلَا دَمَعُهَا وَلَا كَيْنَالُوا التَّقْوَى مِنْكُمْ تمہارا گوشت اور</w:t>
      </w:r>
    </w:p>
    <w:p>
      <w:r>
        <w:rPr>
          <w:b/>
        </w:rPr>
        <w:t xml:space="preserve">[1:10:55] </w:t>
      </w:r>
      <w:r>
        <w:t>khoon nahi pahunchta Allah taala ko.</w:t>
      </w:r>
    </w:p>
    <w:p>
      <w:pPr>
        <w:jc w:val="right"/>
      </w:pPr>
      <w:r>
        <w:t>خون نہیں پہنچتا اللہ تعالیٰ کو۔</w:t>
      </w:r>
    </w:p>
    <w:p>
      <w:r>
        <w:rPr>
          <w:b/>
        </w:rPr>
        <w:t xml:space="preserve">[1:11:00] </w:t>
      </w:r>
      <w:r>
        <w:t>taqwa pahunchta hai, dil ka taqwa.</w:t>
      </w:r>
    </w:p>
    <w:p>
      <w:pPr>
        <w:jc w:val="right"/>
      </w:pPr>
      <w:r>
        <w:t>تقویٰ پہنچتا ہے، دل کا تقویٰ۔</w:t>
      </w:r>
    </w:p>
    <w:p>
      <w:r>
        <w:rPr>
          <w:b/>
        </w:rPr>
        <w:t xml:space="preserve">[1:11:05] </w:t>
      </w:r>
      <w:r>
        <w:t>ek lakh rupay, ek lakh ka bakra, aur das lakh ka bakra log qurbani karte hain to kya</w:t>
      </w:r>
    </w:p>
    <w:p>
      <w:pPr>
        <w:jc w:val="right"/>
      </w:pPr>
      <w:r>
        <w:t>ایک لاکھ روپے، ایک لاکھ کا بکرا، اور دس لاکھ کا بکرا لوگ قربانی کرتے ہیں تو کیا</w:t>
      </w:r>
    </w:p>
    <w:p>
      <w:r>
        <w:rPr>
          <w:b/>
        </w:rPr>
        <w:t xml:space="preserve">[1:11:11] </w:t>
      </w:r>
      <w:r>
        <w:t>aap samajhte hain ke Allah khush ho jayega is se? lyanala allahu lahubaha wala damaha wala kainalu</w:t>
      </w:r>
    </w:p>
    <w:p>
      <w:pPr>
        <w:jc w:val="right"/>
      </w:pPr>
      <w:r>
        <w:t>آپ سمجھتے ہیں کہ اللہ خوش ہو جائے گا اس سے؟ لَيْنَالَ اللَّهُ لَهُبَهَا وَلَا دَمَعُهَا وَلَا كَيْنَالُوا</w:t>
      </w:r>
    </w:p>
    <w:p>
      <w:r>
        <w:rPr>
          <w:b/>
        </w:rPr>
        <w:t xml:space="preserve">[1:11:16] </w:t>
      </w:r>
      <w:r>
        <w:t>al-taqwa minkum tumhari qurbani ka gosht aur khoon nahi pahunchta Allah taala ko, balkay taqwa pahunchta hai.</w:t>
      </w:r>
    </w:p>
    <w:p>
      <w:pPr>
        <w:jc w:val="right"/>
      </w:pPr>
      <w:r>
        <w:t>التَّقْوَى مِنْكُمْ تمہاری قربانی کا گوشت اور خون نہیں پہنچتا اللہ تعالیٰ کو، بلکہ تقویٰ پہنچتا ہے۔</w:t>
      </w:r>
    </w:p>
    <w:p>
      <w:r>
        <w:rPr>
          <w:b/>
        </w:rPr>
        <w:t xml:space="preserve">[1:11:21] </w:t>
      </w:r>
      <w:r>
        <w:t>is ka matlab kya hua ke in terms of quantity Allah nahi dekhta kamon cheezon ko.</w:t>
      </w:r>
    </w:p>
    <w:p>
      <w:pPr>
        <w:jc w:val="right"/>
      </w:pPr>
      <w:r>
        <w:t>اس کا مطلب کیا ہوا کہ in terms of quantity اللہ نہیں دیکھتا کاموں چیزوں کو۔</w:t>
      </w:r>
    </w:p>
    <w:p>
      <w:r>
        <w:rPr>
          <w:b/>
        </w:rPr>
        <w:t xml:space="preserve">[1:11:27] </w:t>
      </w:r>
      <w:r>
        <w:t>Allah taala jo hai, aap ke amal ko in terms of quantity nahi dekhta, woh in terms of</w:t>
      </w:r>
    </w:p>
    <w:p>
      <w:pPr>
        <w:jc w:val="right"/>
      </w:pPr>
      <w:r>
        <w:t>اللہ تعالیٰ جو ہے، آپ کے عمل کو in terms of quantity نہیں دیکھتا، وہ in terms of</w:t>
      </w:r>
    </w:p>
    <w:p>
      <w:r>
        <w:rPr>
          <w:b/>
        </w:rPr>
        <w:t xml:space="preserve">[1:11:32] </w:t>
      </w:r>
      <w:r>
        <w:t>quality dekhta hai.</w:t>
      </w:r>
    </w:p>
    <w:p>
      <w:pPr>
        <w:jc w:val="right"/>
      </w:pPr>
      <w:r>
        <w:t>quality دیکھتا ہے۔</w:t>
      </w:r>
    </w:p>
    <w:p>
      <w:r>
        <w:rPr>
          <w:b/>
        </w:rPr>
        <w:t xml:space="preserve">[1:11:37] </w:t>
      </w:r>
      <w:r>
        <w:t>yani be aitbar kamiyat nahi dekhta, balkay be aitbar kifaayat dekhta hai.</w:t>
      </w:r>
    </w:p>
    <w:p>
      <w:pPr>
        <w:jc w:val="right"/>
      </w:pPr>
      <w:r>
        <w:t>یعنی بے اعتبار کمیت نہیں دیکھتا، بلکہ بے اعتبار کیفیت دیکھتا ہے۔</w:t>
      </w:r>
    </w:p>
    <w:p>
      <w:r>
        <w:rPr>
          <w:b/>
        </w:rPr>
        <w:t xml:space="preserve">[1:11:43] </w:t>
      </w:r>
      <w:r>
        <w:t>maulana, agla sawal kya hai Adeelabad, Telangana se Muhammad Mahmood sahib ne, aur unhon ne likha hai</w:t>
      </w:r>
    </w:p>
    <w:p>
      <w:pPr>
        <w:jc w:val="right"/>
      </w:pPr>
      <w:r>
        <w:t>مولانا، اگلا سوال کیا ہے عدیل آباد، تیلنگانا سے محمد محمود صاحب نے، اور انہوں نے لکھا ہے</w:t>
      </w:r>
    </w:p>
    <w:p>
      <w:r>
        <w:rPr>
          <w:b/>
        </w:rPr>
        <w:t xml:space="preserve">[1:11:48] </w:t>
      </w:r>
      <w:r>
        <w:t>ke kya kisi masjid ko kisi jamaat se jod dena, jaise ke Masjid Ahl-e-Hadith, tafruq fi al-din</w:t>
      </w:r>
    </w:p>
    <w:p>
      <w:pPr>
        <w:jc w:val="right"/>
      </w:pPr>
      <w:r>
        <w:t>کہ کیا کسی مسجد کو کسی جماعت سے جوڑ دینا، جیسے کہ مسجد اہل حدیث، تفرق فی الدین</w:t>
      </w:r>
    </w:p>
    <w:p>
      <w:r>
        <w:rPr>
          <w:b/>
        </w:rPr>
        <w:t xml:space="preserve">[1:11:53] </w:t>
      </w:r>
      <w:r>
        <w:t>hai ya iqamat-e-din? is ke bare mein batayen.</w:t>
      </w:r>
    </w:p>
    <w:p>
      <w:pPr>
        <w:jc w:val="right"/>
      </w:pPr>
      <w:r>
        <w:t>ہے یا اقامت دین؟ اس کے بارے میں بتائیں۔</w:t>
      </w:r>
    </w:p>
    <w:p>
      <w:r>
        <w:rPr>
          <w:b/>
        </w:rPr>
        <w:t xml:space="preserve">[1:11:59] </w:t>
      </w:r>
      <w:r>
        <w:t>yeh sab jhagde ki baaten hain, woh unhi se poochhiye jo aisa karte hain.</w:t>
      </w:r>
    </w:p>
    <w:p>
      <w:pPr>
        <w:jc w:val="right"/>
      </w:pPr>
      <w:r>
        <w:t>یہ سب جھگڑے کی باتیں ہیں، وہ انہی سے پوچھیے جو ایسا کرتے ہیں۔</w:t>
      </w:r>
    </w:p>
    <w:p>
      <w:r>
        <w:rPr>
          <w:b/>
        </w:rPr>
        <w:t xml:space="preserve">[1:12:04] </w:t>
      </w:r>
      <w:r>
        <w:t>mera zawq to yeh nahi hai, mera zawq to yeh nahi hai, aap unhi logon se poochhiye.</w:t>
      </w:r>
    </w:p>
    <w:p>
      <w:pPr>
        <w:jc w:val="right"/>
      </w:pPr>
      <w:r>
        <w:t>میرا ذوق تو یہ نہیں ہے، میرا ذوق تو یہ نہیں ہے، آپ انہی لوگوں سے پوچھیے۔</w:t>
      </w:r>
    </w:p>
    <w:p>
      <w:r>
        <w:rPr>
          <w:b/>
        </w:rPr>
        <w:t xml:space="preserve">[1:12:09] </w:t>
      </w:r>
      <w:r>
        <w:t>mein to sirf dawat aur marifat isi ko kaam samajhta hoon, aur kisi cheez ko mein kaam nahi samajhta.</w:t>
      </w:r>
    </w:p>
    <w:p>
      <w:pPr>
        <w:jc w:val="right"/>
      </w:pPr>
      <w:r>
        <w:t>میں تو صرف دعوت اور معرفت اسی کو کام سمجھتا ہوں، اور کسی چیز کو میں کام نہیں سمجھتا۔</w:t>
      </w:r>
    </w:p>
    <w:p>
      <w:r>
        <w:rPr>
          <w:b/>
        </w:rPr>
        <w:t xml:space="preserve">[1:12:15] </w:t>
      </w:r>
      <w:r>
        <w:t>maulana, agla sawal Gulbarga se hai.</w:t>
      </w:r>
    </w:p>
    <w:p>
      <w:pPr>
        <w:jc w:val="right"/>
      </w:pPr>
      <w:r>
        <w:t>مولانا، اگلا سوال گلبرگہ سے ہے۔</w:t>
      </w:r>
    </w:p>
    <w:p>
      <w:r>
        <w:rPr>
          <w:b/>
        </w:rPr>
        <w:t xml:space="preserve">[1:12:20] </w:t>
      </w:r>
      <w:r>
        <w:t>Ghousuddin sahib ne kiya hai, unhon ne likha hai ke Maulana, hadith mein aaya hai ke Yahood</w:t>
      </w:r>
    </w:p>
    <w:p>
      <w:pPr>
        <w:jc w:val="right"/>
      </w:pPr>
      <w:r>
        <w:t>غوث الدین صاحب نے کیا ہے، انہوں نے لکھا ہے کہ مولانا، حدیث میں آیا ہے کہ یہود</w:t>
      </w:r>
    </w:p>
    <w:p>
      <w:r>
        <w:rPr>
          <w:b/>
        </w:rPr>
        <w:t xml:space="preserve">[1:12:25] </w:t>
      </w:r>
      <w:r>
        <w:t>72 firqon mein bat gaye, aur meri ummat 73 firqon mein bat jayegi.</w:t>
      </w:r>
    </w:p>
    <w:p>
      <w:pPr>
        <w:jc w:val="right"/>
      </w:pPr>
      <w:r>
        <w:t>72 فرقوں میں بٹ گئے، اور میری امت 73 فرقوں میں بٹ جائے گی۔</w:t>
      </w:r>
    </w:p>
    <w:p>
      <w:r>
        <w:rPr>
          <w:b/>
        </w:rPr>
        <w:t xml:space="preserve">[1:12:31] </w:t>
      </w:r>
      <w:r>
        <w:t>maulana, is ka kya matlab hai? is ko wazeh karen.</w:t>
      </w:r>
    </w:p>
    <w:p>
      <w:pPr>
        <w:jc w:val="right"/>
      </w:pPr>
      <w:r>
        <w:t>مولانا، اس کا کیا مطلب ہے؟ اس کو واضح کریں۔</w:t>
      </w:r>
    </w:p>
    <w:p>
      <w:r>
        <w:rPr>
          <w:b/>
        </w:rPr>
        <w:t xml:space="preserve">[1:12:36] </w:t>
      </w:r>
      <w:r>
        <w:t>is par main likh chuka hoon, aap parhiye.</w:t>
      </w:r>
    </w:p>
    <w:p>
      <w:pPr>
        <w:jc w:val="right"/>
      </w:pPr>
      <w:r>
        <w:t>اس پر میں لکھ چکا ہوں، آپ پڑھیے۔</w:t>
      </w:r>
    </w:p>
    <w:p>
      <w:r>
        <w:rPr>
          <w:b/>
        </w:rPr>
        <w:t xml:space="preserve">[1:12:41] </w:t>
      </w:r>
      <w:r>
        <w:t>tajdeed deen, jo hamari kitab hai, is ko parhiye.</w:t>
      </w:r>
    </w:p>
    <w:p>
      <w:pPr>
        <w:jc w:val="right"/>
      </w:pPr>
      <w:r>
        <w:t>تجدید دین، جو ہماری کتاب ہے، اس کو پڑھیے۔</w:t>
      </w:r>
    </w:p>
    <w:p>
      <w:r>
        <w:rPr>
          <w:b/>
        </w:rPr>
        <w:t xml:space="preserve">[1:12:47] </w:t>
      </w:r>
      <w:r>
        <w:t>is mein aap ko jawab mil jaye ga.</w:t>
      </w:r>
    </w:p>
    <w:p>
      <w:pPr>
        <w:jc w:val="right"/>
      </w:pPr>
      <w:r>
        <w:t>اس میں آپ کو جواب مل جائے گا۔</w:t>
      </w:r>
    </w:p>
    <w:p>
      <w:r>
        <w:rPr>
          <w:b/>
        </w:rPr>
        <w:t xml:space="preserve">[1:12:52] </w:t>
      </w:r>
      <w:r>
        <w:t>maulana, agla sawal dilli se kya hai miss naghma siddiqui ne, aur unhon ne aap se poocha hai</w:t>
      </w:r>
    </w:p>
    <w:p>
      <w:pPr>
        <w:jc w:val="right"/>
      </w:pPr>
      <w:r>
        <w:t>مولانا، اگلا سوال دلی سے کیا ہے مس نغمہ صدیقی نے، اور انہوں نے آپ سے پوچھا ہے</w:t>
      </w:r>
    </w:p>
    <w:p>
      <w:r>
        <w:rPr>
          <w:b/>
        </w:rPr>
        <w:t xml:space="preserve">[1:12:57] </w:t>
      </w:r>
      <w:r>
        <w:t>ke What is the relationship of muhasabah and tazkiyah, especially in changing bad habits?</w:t>
      </w:r>
    </w:p>
    <w:p>
      <w:pPr>
        <w:jc w:val="right"/>
      </w:pPr>
      <w:r>
        <w:t>کہ What is the relationship of محاسبہ and tazkiyah, especially in changing bad habits?</w:t>
      </w:r>
    </w:p>
    <w:p>
      <w:r>
        <w:rPr>
          <w:b/>
        </w:rPr>
        <w:t xml:space="preserve">[1:13:03] </w:t>
      </w:r>
      <w:r>
        <w:t>pehle muhasabah aata hai, phir tazkiyah aata hai, pehle introspection aata hai, phir aadmi apni personality ko purify karta hai.</w:t>
      </w:r>
    </w:p>
    <w:p>
      <w:pPr>
        <w:jc w:val="right"/>
      </w:pPr>
      <w:r>
        <w:t>پہلے محاسبہ آتا ہے، پھر تزکیہ آتا ہے، پہلے introspection آتا ہے، پھر آدمی اپنی personality کو purify کرتا ہے۔</w:t>
      </w:r>
    </w:p>
    <w:p>
      <w:r>
        <w:rPr>
          <w:b/>
        </w:rPr>
        <w:t xml:space="preserve">[1:13:09] </w:t>
      </w:r>
      <w:r>
        <w:t>donon interconnected hain, lekin pehle aye ga muhasabah, yani introspection, phir aye ga tazkiyah, yani apni shakhsiyat ko purify karna.</w:t>
      </w:r>
    </w:p>
    <w:p>
      <w:pPr>
        <w:jc w:val="right"/>
      </w:pPr>
      <w:r>
        <w:t>دونوں interconnected ہیں، لیکن پہلے آئے گا محاسبہ، یعنی introspection، پھر آئے گا تزکیہ، یعنی اپنی شخصیت کو purify کرنا۔</w:t>
      </w:r>
    </w:p>
    <w:p>
      <w:r>
        <w:rPr>
          <w:b/>
        </w:rPr>
        <w:t xml:space="preserve">[1:13:16] </w:t>
      </w:r>
      <w:r>
        <w:t>maulana, agla sawal dilli se kya hai jameel akhtar sahab ne, aur unhon ne likha hai ke islam</w:t>
      </w:r>
    </w:p>
    <w:p>
      <w:pPr>
        <w:jc w:val="right"/>
      </w:pPr>
      <w:r>
        <w:t>مولانا، اگلا سوال دلی سے کیا ہے جمیل اختر صاحب نے، اور انہوں نے لکھا ہے کہ اسلام</w:t>
      </w:r>
    </w:p>
    <w:p>
      <w:r>
        <w:rPr>
          <w:b/>
        </w:rPr>
        <w:t xml:space="preserve">[1:13:23] </w:t>
      </w:r>
      <w:r>
        <w:t>ko phailane mein sufiyon ka bara role raha hai.</w:t>
      </w:r>
    </w:p>
    <w:p>
      <w:pPr>
        <w:jc w:val="right"/>
      </w:pPr>
      <w:r>
        <w:t>کو پھیلانے میں صوفیوں کا بڑا رول رہا ہے۔</w:t>
      </w:r>
    </w:p>
    <w:p>
      <w:r>
        <w:rPr>
          <w:b/>
        </w:rPr>
        <w:t xml:space="preserve">[1:13:30] </w:t>
      </w:r>
      <w:r>
        <w:t>yeh baat aksar kahi jati hai, magar sufiyon ke halaat mein islam ki ajeeb o ghareeb baaten pai jati hain.</w:t>
      </w:r>
    </w:p>
    <w:p>
      <w:pPr>
        <w:jc w:val="right"/>
      </w:pPr>
      <w:r>
        <w:t>یہ بات اکثر کہی جاتی ہے، مگر صوفیوں کے حالات میں اسلام کی عجیب و غریب باتیں پائی جاتی ہیں۔</w:t>
      </w:r>
    </w:p>
    <w:p>
      <w:r>
        <w:rPr>
          <w:b/>
        </w:rPr>
        <w:t xml:space="preserve">[1:13:37] </w:t>
      </w:r>
      <w:r>
        <w:t>phir unhon ne kis tarah islam ko phailaya, is ke baray mein kuch bataen.</w:t>
      </w:r>
    </w:p>
    <w:p>
      <w:pPr>
        <w:jc w:val="right"/>
      </w:pPr>
      <w:r>
        <w:t>پھر انہوں نے کس طرح اسلام کو پھیلایا، اس کے بارے میں کچھ بتائیں۔</w:t>
      </w:r>
    </w:p>
    <w:p>
      <w:r>
        <w:rPr>
          <w:b/>
        </w:rPr>
        <w:t xml:space="preserve">[1:13:44] </w:t>
      </w:r>
      <w:r>
        <w:t>asal mein dekhiye, is mein to shaq nahi ke is ne phir islam ko phailaya, lekin yeh tha mass conversion.</w:t>
      </w:r>
    </w:p>
    <w:p>
      <w:pPr>
        <w:jc w:val="right"/>
      </w:pPr>
      <w:r>
        <w:t>اصل میں دیکھیے، اس میں تو شک نہیں کہ اس نے پھر اسلام کو پھیلایا، لیکن یہ تھا ماس کنورژن۔</w:t>
      </w:r>
    </w:p>
    <w:p>
      <w:r>
        <w:rPr>
          <w:b/>
        </w:rPr>
        <w:t xml:space="preserve">[1:13:51] </w:t>
      </w:r>
      <w:r>
        <w:t>to mass conversion to rasool Allah sal Allah alayh wasallam ke zamane mein bhi hadith mein aata hai</w:t>
      </w:r>
    </w:p>
    <w:p>
      <w:pPr>
        <w:jc w:val="right"/>
      </w:pPr>
      <w:r>
        <w:t>تو ماس کنورژن تو رسول اللہ صلی اللہ علیہ وسلم کے زمانے میں بھی حدیث میں آتا ہے</w:t>
      </w:r>
    </w:p>
    <w:p>
      <w:r>
        <w:rPr>
          <w:b/>
        </w:rPr>
        <w:t xml:space="preserve">[1:13:58] </w:t>
      </w:r>
      <w:r>
        <w:t>ke log, yani main ne is se pehle bata chuka hoon, ek hadith aap ko ke mass conversion</w:t>
      </w:r>
    </w:p>
    <w:p>
      <w:pPr>
        <w:jc w:val="right"/>
      </w:pPr>
      <w:r>
        <w:t>کہ لوگ، یعنی میں نے اس سے پہلے بتا چکا ہوں، ایک حدیث آپ کو کہ ماس کنورژن</w:t>
      </w:r>
    </w:p>
    <w:p>
      <w:r>
        <w:rPr>
          <w:b/>
        </w:rPr>
        <w:t xml:space="preserve">[1:14:04] </w:t>
      </w:r>
      <w:r>
        <w:t>ka woh nuqsan tha, na ke sufiyon ka nuqsan.</w:t>
      </w:r>
    </w:p>
    <w:p>
      <w:pPr>
        <w:jc w:val="right"/>
      </w:pPr>
      <w:r>
        <w:t>کا وہ نقصان تھا، نہ کہ صوفیوں کا نقصان۔</w:t>
      </w:r>
    </w:p>
    <w:p>
      <w:r>
        <w:rPr>
          <w:b/>
        </w:rPr>
        <w:t xml:space="preserve">[1:14:11] </w:t>
      </w:r>
      <w:r>
        <w:t>sufiyon ke zamane mein mass conversion hua.</w:t>
      </w:r>
    </w:p>
    <w:p>
      <w:pPr>
        <w:jc w:val="right"/>
      </w:pPr>
      <w:r>
        <w:t>صوفیوں کے زمانے میں ماس کنورژن ہوا۔</w:t>
      </w:r>
    </w:p>
    <w:p>
      <w:r>
        <w:rPr>
          <w:b/>
        </w:rPr>
        <w:t xml:space="preserve">[1:14:18] </w:t>
      </w:r>
      <w:r>
        <w:t>mass conversion yeh hota hai ke log pichlay khayalat ko le kar aate hain, aur un ki itne</w:t>
      </w:r>
    </w:p>
    <w:p>
      <w:pPr>
        <w:jc w:val="right"/>
      </w:pPr>
      <w:r>
        <w:t>ماس کنورژن یہ ہوتا ہے کہ لوگ پچھلے خیالات کو لے کر آتے ہیں، اور ان کی اتنے</w:t>
      </w:r>
    </w:p>
    <w:p>
      <w:r>
        <w:rPr>
          <w:b/>
        </w:rPr>
        <w:t xml:space="preserve">[1:14:25] </w:t>
      </w:r>
      <w:r>
        <w:t>bade paon par tarbiyat ho nahi pati, to wohi sab khayalat ko naye andaaz mein likhte hain.</w:t>
      </w:r>
    </w:p>
    <w:p>
      <w:pPr>
        <w:jc w:val="right"/>
      </w:pPr>
      <w:r>
        <w:t>بڑے پاؤں پر تربیت ہو نہیں پاتی، تو وہی سب خیالات کو نئے انداز میں لکھتے ہیں۔</w:t>
      </w:r>
    </w:p>
    <w:p>
      <w:r>
        <w:rPr>
          <w:b/>
        </w:rPr>
        <w:t xml:space="preserve">[1:14:32] </w:t>
      </w:r>
      <w:r>
        <w:t>woh is ki pairwi karne to main samajhta hoon ke sufiyon ka role bohat ahem hai.</w:t>
      </w:r>
    </w:p>
    <w:p>
      <w:pPr>
        <w:jc w:val="right"/>
      </w:pPr>
      <w:r>
        <w:t>وہ اس کی پیروی کرنے تو میں سمجھتا ہوں کہ صوفیوں کا رول بہت اہم ہے۔</w:t>
      </w:r>
    </w:p>
    <w:p>
      <w:r>
        <w:rPr>
          <w:b/>
        </w:rPr>
        <w:t xml:space="preserve">[1:14:39] </w:t>
      </w:r>
      <w:r>
        <w:t>baqi mass conversion ki wajah se jo tarbiyat na ho saki logon ki, us se bigaad aaya.</w:t>
      </w:r>
    </w:p>
    <w:p>
      <w:pPr>
        <w:jc w:val="right"/>
      </w:pPr>
      <w:r>
        <w:t>باقی ماس کنورژن کی وجہ سے جو تربیت نہ ہو سکی لوگوں کی، اس سے بگاڑ آیا۔</w:t>
      </w:r>
    </w:p>
    <w:p>
      <w:r>
        <w:rPr>
          <w:b/>
        </w:rPr>
        <w:t xml:space="preserve">[1:14:46] </w:t>
      </w:r>
      <w:r>
        <w:t>to donon ko alag kar ke dekhiye taake sahih rai qaim kar saken aap.</w:t>
      </w:r>
    </w:p>
    <w:p>
      <w:pPr>
        <w:jc w:val="right"/>
      </w:pPr>
      <w:r>
        <w:t>تو دونوں کو الگ کر کے دیکھیے تاکہ صحیح رائے قائم کر سکیں آپ۔</w:t>
      </w:r>
    </w:p>
    <w:p>
      <w:r>
        <w:rPr>
          <w:b/>
        </w:rPr>
        <w:t xml:space="preserve">[1:14:53] </w:t>
      </w:r>
      <w:r>
        <w:t>maulana, un ka ek aur sawal hai.</w:t>
      </w:r>
    </w:p>
    <w:p>
      <w:pPr>
        <w:jc w:val="right"/>
      </w:pPr>
      <w:r>
        <w:t>مولانا، ان کا ایک اور سوال ہے۔</w:t>
      </w:r>
    </w:p>
    <w:p>
      <w:r>
        <w:rPr>
          <w:b/>
        </w:rPr>
        <w:t xml:space="preserve">[1:15:00] </w:t>
      </w:r>
      <w:r>
        <w:t>unhon ne likha hai ke aaj ke session mein maloom hua ke aap shayar bhi rahe hain.</w:t>
      </w:r>
    </w:p>
    <w:p>
      <w:pPr>
        <w:jc w:val="right"/>
      </w:pPr>
      <w:r>
        <w:t>انہوں نے لکھا ہے کہ آج کے سیشن میں معلوم ہوا کہ آپ شاعر بھی رہے ہیں۔</w:t>
      </w:r>
    </w:p>
    <w:p>
      <w:r>
        <w:rPr>
          <w:b/>
        </w:rPr>
        <w:t xml:space="preserve">[1:15:06] </w:t>
      </w:r>
      <w:r>
        <w:t>kya is daur ka apna koi shair arz kar sakte hain? main ne yeh to nahi kaha ke</w:t>
      </w:r>
    </w:p>
    <w:p>
      <w:pPr>
        <w:jc w:val="right"/>
      </w:pPr>
      <w:r>
        <w:t>کیا اس دور کا اپنا کوئی شعر عرض کر سکتے ہیں؟ میں نے یہ تو نہیں کہا کہ</w:t>
      </w:r>
    </w:p>
    <w:p>
      <w:r>
        <w:rPr>
          <w:b/>
        </w:rPr>
        <w:t xml:space="preserve">[1:15:13] </w:t>
      </w:r>
      <w:r>
        <w:t>mein shair tha, shairi karta tha.</w:t>
      </w:r>
    </w:p>
    <w:p>
      <w:pPr>
        <w:jc w:val="right"/>
      </w:pPr>
      <w:r>
        <w:t>میں شاعر تھا، شاعری کرتا تھا۔</w:t>
      </w:r>
    </w:p>
    <w:p>
      <w:r>
        <w:rPr>
          <w:b/>
        </w:rPr>
        <w:t xml:space="preserve">[1:15:20] </w:t>
      </w:r>
      <w:r>
        <w:t>yeh kaam mein ne shair hona ek profession hai, lekin jo shair o shairi is zamane mein, hamari</w:t>
      </w:r>
    </w:p>
    <w:p>
      <w:pPr>
        <w:jc w:val="right"/>
      </w:pPr>
      <w:r>
        <w:t>یہ کام میں نے شاعر ہونا ایک پروفیشن ہے، لیکن جو شعر و شاعری اس زمانے میں، ہماری</w:t>
      </w:r>
    </w:p>
    <w:p>
      <w:r>
        <w:rPr>
          <w:b/>
        </w:rPr>
        <w:t xml:space="preserve">[1:15:27] </w:t>
      </w:r>
      <w:r>
        <w:t>nojawani ke zamane mein, aam tha, har aadmi shair o shairi karta tha.</w:t>
      </w:r>
    </w:p>
    <w:p>
      <w:pPr>
        <w:jc w:val="right"/>
      </w:pPr>
      <w:r>
        <w:t>نوجوانی کے زمانے میں، عام تھا، ہر آدمی شعر و شاعری کرتا تھا۔</w:t>
      </w:r>
    </w:p>
    <w:p>
      <w:r>
        <w:rPr>
          <w:b/>
        </w:rPr>
        <w:t xml:space="preserve">[1:15:34] </w:t>
      </w:r>
      <w:r>
        <w:t>to woh is mein bhi kuch karta tha.</w:t>
      </w:r>
    </w:p>
    <w:p>
      <w:pPr>
        <w:jc w:val="right"/>
      </w:pPr>
      <w:r>
        <w:t>تو وہ اس میں بھی کچھ کرتا تھا۔</w:t>
      </w:r>
    </w:p>
    <w:p>
      <w:r>
        <w:rPr>
          <w:b/>
        </w:rPr>
        <w:t xml:space="preserve">[1:15:41] </w:t>
      </w:r>
      <w:r>
        <w:t>baqi mein mushaire mein shair parhna, yeh is ko kaam mein ne nahi kiya kabhi.</w:t>
      </w:r>
    </w:p>
    <w:p>
      <w:pPr>
        <w:jc w:val="right"/>
      </w:pPr>
      <w:r>
        <w:t>باقی میں مشاعرے میں شعر پڑھنا، یہ اس کو کام میں نے نہیں کیا کبھی۔</w:t>
      </w:r>
    </w:p>
    <w:p>
      <w:r>
        <w:rPr>
          <w:b/>
        </w:rPr>
        <w:t xml:space="preserve">[1:15:48] </w:t>
      </w:r>
      <w:r>
        <w:t>maulana, agla sawal ludhiana se kiya hai fahad khan ne, aur unhon ne likha hai ke To develop</w:t>
      </w:r>
    </w:p>
    <w:p>
      <w:pPr>
        <w:jc w:val="right"/>
      </w:pPr>
      <w:r>
        <w:t>مولانا، اگلا سوال لدھیانہ سے کیا ہے فہد خان نے، اور انہوں نے لکھا ہے کہ To develop</w:t>
      </w:r>
    </w:p>
    <w:p>
      <w:r>
        <w:rPr>
          <w:b/>
        </w:rPr>
        <w:t xml:space="preserve">[1:15:55] </w:t>
      </w:r>
      <w:r>
        <w:t>art of thinking, one must discover one's weakness.</w:t>
      </w:r>
    </w:p>
    <w:p>
      <w:pPr>
        <w:jc w:val="right"/>
      </w:pPr>
      <w:r>
        <w:t>art of thinking, one must discover one's weakness.</w:t>
      </w:r>
    </w:p>
    <w:p>
      <w:r>
        <w:rPr>
          <w:b/>
        </w:rPr>
        <w:t xml:space="preserve">[1:16:02] </w:t>
      </w:r>
      <w:r>
        <w:t>But to do this is not easy, as most of the time we feel we are on the right path. My question is, how can we rationally identify our weaknesses so that we can improve?</w:t>
      </w:r>
    </w:p>
    <w:p>
      <w:pPr>
        <w:jc w:val="right"/>
      </w:pPr>
      <w:r>
        <w:t>But to do this is not easy, as most of the time we feel we are on the right path. My question is, how can we rationally identify our weaknesses so that we can improve?</w:t>
      </w:r>
    </w:p>
    <w:p>
      <w:r>
        <w:rPr>
          <w:b/>
        </w:rPr>
        <w:t xml:space="preserve">[1:16:18] </w:t>
      </w:r>
      <w:r>
        <w:t>bhai dekhiye, yeh muamla yaani apne ko jannati insan banane ka hai, yeh saada muamla nahi hai.</w:t>
      </w:r>
    </w:p>
    <w:p>
      <w:pPr>
        <w:jc w:val="right"/>
      </w:pPr>
      <w:r>
        <w:t>بھئی دیکھیے، یہ معاملہ یعنی اپنے کو جنتی انسان بنانے کا ہے، یہ سادہ معاملہ نہیں ہے۔</w:t>
      </w:r>
    </w:p>
    <w:p>
      <w:r>
        <w:rPr>
          <w:b/>
        </w:rPr>
        <w:t xml:space="preserve">[1:16:25] </w:t>
      </w:r>
      <w:r>
        <w:t>to jannat ke bare mein hadith mein aata hai ke bohat hi bari qeemat de kar mile gi.</w:t>
      </w:r>
    </w:p>
    <w:p>
      <w:pPr>
        <w:jc w:val="right"/>
      </w:pPr>
      <w:r>
        <w:t>تو جنت کے بارے میں حدیث میں آتا ہے کہ بہت ہی بڑی قیمت دے کر ملے گی۔</w:t>
      </w:r>
    </w:p>
    <w:p>
      <w:r>
        <w:rPr>
          <w:b/>
        </w:rPr>
        <w:t xml:space="preserve">[1:16:32] </w:t>
      </w:r>
      <w:r>
        <w:t>to yeh to qeemat to deni pare gi, qeemat to deni pare gi.</w:t>
      </w:r>
    </w:p>
    <w:p>
      <w:pPr>
        <w:jc w:val="right"/>
      </w:pPr>
      <w:r>
        <w:t>تو یہ تو قیمت تو دینی پڑے گی، قیمت تو دینی پڑے گی۔</w:t>
      </w:r>
    </w:p>
    <w:p>
      <w:r>
        <w:rPr>
          <w:b/>
        </w:rPr>
        <w:t xml:space="preserve">[1:16:39] </w:t>
      </w:r>
      <w:r>
        <w:t>ala inna silata allahi ghalia ke jannat bohat qeemti cheez hai, aur is ki bhari qeemat de kar</w:t>
      </w:r>
    </w:p>
    <w:p>
      <w:pPr>
        <w:jc w:val="right"/>
      </w:pPr>
      <w:r>
        <w:t>أَلَا إِنَّ سِلَةَ اللَّهِ غَالِيَةٌ کہ جنت بہت قیمتی چیز ہے، اور اس کی بھاری قیمت دے کر</w:t>
      </w:r>
    </w:p>
    <w:p>
      <w:r>
        <w:rPr>
          <w:b/>
        </w:rPr>
        <w:t xml:space="preserve">[1:16:46] </w:t>
      </w:r>
      <w:r>
        <w:t>hi jannat mile gi.</w:t>
      </w:r>
    </w:p>
    <w:p>
      <w:pPr>
        <w:jc w:val="right"/>
      </w:pPr>
      <w:r>
        <w:t>ہی جنت ملے گی۔</w:t>
      </w:r>
    </w:p>
    <w:p>
      <w:r>
        <w:rPr>
          <w:b/>
        </w:rPr>
        <w:t xml:space="preserve">[1:16:54] </w:t>
      </w:r>
      <w:r>
        <w:t>to yeh sab karna pare ga hamein, ya to phir jannat ka khwab dekhna chhodna pare ga, ya</w:t>
      </w:r>
    </w:p>
    <w:p>
      <w:pPr>
        <w:jc w:val="right"/>
      </w:pPr>
      <w:r>
        <w:t>تو یہ سب کرنا پڑے گا ہمیں، یا تو پھر جنت کا خواب دیکھنا چھوڑنا پڑے گا، یا</w:t>
      </w:r>
    </w:p>
    <w:p>
      <w:r>
        <w:rPr>
          <w:b/>
        </w:rPr>
        <w:t xml:space="preserve">[1:17:01] </w:t>
      </w:r>
      <w:r>
        <w:t>to jannat ka khwab na dekhiye, nahi to apni mercedes Self hammering kijiye.</w:t>
      </w:r>
    </w:p>
    <w:p>
      <w:pPr>
        <w:jc w:val="right"/>
      </w:pPr>
      <w:r>
        <w:t>تو جنت کا خواب نہ دیکھیئے، نہیں تو اپنی مرسیڈیز Self ہیمرنگ کیجیے۔</w:t>
      </w:r>
    </w:p>
    <w:p>
      <w:r>
        <w:rPr>
          <w:b/>
        </w:rPr>
        <w:t xml:space="preserve">[1:17:08] </w:t>
      </w:r>
      <w:r>
        <w:t>yeh to karna hi pare ga.</w:t>
      </w:r>
    </w:p>
    <w:p>
      <w:pPr>
        <w:jc w:val="right"/>
      </w:pPr>
      <w:r>
        <w:t>یہ تو کرنا ہی پڑے گا۔</w:t>
      </w:r>
    </w:p>
    <w:p>
      <w:r>
        <w:rPr>
          <w:b/>
        </w:rPr>
        <w:t xml:space="preserve">[1:17:15] </w:t>
      </w:r>
      <w:r>
        <w:t>maulana, agla sawal bhopal se aaya hai farhan sahib ka, aur unhon ne likha hai ke Maulana, what</w:t>
      </w:r>
    </w:p>
    <w:p>
      <w:pPr>
        <w:jc w:val="right"/>
      </w:pPr>
      <w:r>
        <w:t>مولانا، اگلا سوال بھوپال سے آیا ہے فرحان صاحب کا، اور انہوں نے لکھا ہے کہ مولانا، what</w:t>
      </w:r>
    </w:p>
    <w:p>
      <w:r>
        <w:rPr>
          <w:b/>
        </w:rPr>
        <w:t xml:space="preserve">[1:17:22] </w:t>
      </w:r>
      <w:r>
        <w:t>role does silence play when one is angry?</w:t>
      </w:r>
    </w:p>
    <w:p>
      <w:pPr>
        <w:jc w:val="right"/>
      </w:pPr>
      <w:r>
        <w:t>role does silence play when one is angry?</w:t>
      </w:r>
    </w:p>
    <w:p>
      <w:r>
        <w:rPr>
          <w:b/>
        </w:rPr>
        <w:t xml:space="preserve">[1:17:30] </w:t>
      </w:r>
      <w:r>
        <w:t>Many people think if you keep patience or observe silence, then the opposite party may feel that they have succeeded over you. This may lead to further exploitation. What is your advice?</w:t>
      </w:r>
    </w:p>
    <w:p>
      <w:pPr>
        <w:jc w:val="right"/>
      </w:pPr>
      <w:r>
        <w:t>Many people think if you keep patience or observe silence, then the opposite party may feel that they have succeeded over you. This may lead to further exploitation. What is your advice?</w:t>
      </w:r>
    </w:p>
    <w:p>
      <w:r>
        <w:rPr>
          <w:b/>
        </w:rPr>
        <w:t xml:space="preserve">[1:17:44] </w:t>
      </w:r>
      <w:r>
        <w:t>is se zyada jhooti baat aur koi bhi nahi.</w:t>
      </w:r>
    </w:p>
    <w:p>
      <w:pPr>
        <w:jc w:val="right"/>
      </w:pPr>
      <w:r>
        <w:t>اس سے زیادہ جھوٹی بات اور کوئی بھی نہیں۔</w:t>
      </w:r>
    </w:p>
    <w:p>
      <w:r>
        <w:rPr>
          <w:b/>
        </w:rPr>
        <w:t xml:space="preserve">[1:17:49] </w:t>
      </w:r>
      <w:r>
        <w:t>isi jhoot mein musalman jee rahe hain, sari dunya ke musalman isi mein jee rahe hain, aur nateeja</w:t>
      </w:r>
    </w:p>
    <w:p>
      <w:pPr>
        <w:jc w:val="right"/>
      </w:pPr>
      <w:r>
        <w:t>اسی جھوٹ میں مسلمان جی رہے ہیں، ساری دنیا کے مسلمان اسی میں جی رہے ہیں، اور نتیجہ</w:t>
      </w:r>
    </w:p>
    <w:p>
      <w:r>
        <w:rPr>
          <w:b/>
        </w:rPr>
        <w:t xml:space="preserve">[1:17:55] </w:t>
      </w:r>
      <w:r>
        <w:t>nahi dekh rahe, nateeja kiya nikal raha hai? Tabaahi mein izafa, tabaahi mein izafa.</w:t>
      </w:r>
    </w:p>
    <w:p>
      <w:pPr>
        <w:jc w:val="right"/>
      </w:pPr>
      <w:r>
        <w:t>نہیں دیکھ رہے، نتیجہ کیا نکل رہا ہے؟ تباہی میں اضافہ، تباہی میں اضافہ۔</w:t>
      </w:r>
    </w:p>
    <w:p>
      <w:r>
        <w:rPr>
          <w:b/>
        </w:rPr>
        <w:t xml:space="preserve">[1:18:00] </w:t>
      </w:r>
      <w:r>
        <w:t>yeh nahi ke koi sochta hai, yaani musalman yahi to kar rahe hain ke chup rehne ko tayyar nahi hain.</w:t>
      </w:r>
    </w:p>
    <w:p>
      <w:pPr>
        <w:jc w:val="right"/>
      </w:pPr>
      <w:r>
        <w:t>یہ نہیں کہ کوئی سوچتا ہے، یعنی مسلمان یہی تو کر رہے ہیں کہ چپ رہنے کو تیار نہیں ہیں۔</w:t>
      </w:r>
    </w:p>
    <w:p>
      <w:r>
        <w:rPr>
          <w:b/>
        </w:rPr>
        <w:t xml:space="preserve">[1:18:06] </w:t>
      </w:r>
      <w:r>
        <w:t>to nateeja kiya nikalta hai? Woh yaani in terms of result, is ko jaiza len.</w:t>
      </w:r>
    </w:p>
    <w:p>
      <w:pPr>
        <w:jc w:val="right"/>
      </w:pPr>
      <w:r>
        <w:t>تو نتیجہ کیا نکلتا ہے؟ وہ یعنی in terms of result، اس کو جائزہ لیں۔</w:t>
      </w:r>
    </w:p>
    <w:p>
      <w:r>
        <w:rPr>
          <w:b/>
        </w:rPr>
        <w:t xml:space="preserve">[1:18:11] </w:t>
      </w:r>
      <w:r>
        <w:t>is ka kaisi ajeeb o ghareeb baat hai ke chup na rehne ki policy mein chal rahe hain</w:t>
      </w:r>
    </w:p>
    <w:p>
      <w:pPr>
        <w:jc w:val="right"/>
      </w:pPr>
      <w:r>
        <w:t>اس کا کیسی عجیب و غریب بات ہے کہ چپ نہ رہنے کی پالیسی میں چل رہے ہیں</w:t>
      </w:r>
    </w:p>
    <w:p>
      <w:r>
        <w:rPr>
          <w:b/>
        </w:rPr>
        <w:t xml:space="preserve">[1:18:17] </w:t>
      </w:r>
      <w:r>
        <w:t>musalman, aur tabaah ho rahe hain har jagah.</w:t>
      </w:r>
    </w:p>
    <w:p>
      <w:pPr>
        <w:jc w:val="right"/>
      </w:pPr>
      <w:r>
        <w:t>مسلمان، اور تباہ ہو رہے ہیں ہر جگہ۔</w:t>
      </w:r>
    </w:p>
    <w:p>
      <w:r>
        <w:rPr>
          <w:b/>
        </w:rPr>
        <w:t xml:space="preserve">[1:18:22] </w:t>
      </w:r>
      <w:r>
        <w:t>kaisi ajeeb baat hai ke musalmanon ke andar, yaani apna revise karne ka maada khatam ho gaya, re</w:t>
      </w:r>
    </w:p>
    <w:p>
      <w:pPr>
        <w:jc w:val="right"/>
      </w:pPr>
      <w:r>
        <w:t>کیسی عجیب بات ہے کہ مسلمانوں کے اندر، یعنی اپنا ریوائز کرنے کا مادہ ختم ہو گیا، ری</w:t>
      </w:r>
    </w:p>
    <w:p>
      <w:r>
        <w:rPr>
          <w:b/>
        </w:rPr>
        <w:t xml:space="preserve">[1:18:28] </w:t>
      </w:r>
      <w:r>
        <w:t>aisment ka maada khatm ho gaya.</w:t>
      </w:r>
    </w:p>
    <w:p>
      <w:pPr>
        <w:jc w:val="right"/>
      </w:pPr>
      <w:r>
        <w:t>ایسسمنٹ کا مادہ ختم ہو گیا۔</w:t>
      </w:r>
    </w:p>
    <w:p>
      <w:r>
        <w:rPr>
          <w:b/>
        </w:rPr>
        <w:t xml:space="preserve">[1:18:33] </w:t>
      </w:r>
      <w:r>
        <w:t>har jagah yahi to ho raha hai.</w:t>
      </w:r>
    </w:p>
    <w:p>
      <w:pPr>
        <w:jc w:val="right"/>
      </w:pPr>
      <w:r>
        <w:t>ہر جگہ یہی تو ہو رہا ہے۔</w:t>
      </w:r>
    </w:p>
    <w:p>
      <w:r>
        <w:rPr>
          <w:b/>
        </w:rPr>
        <w:t xml:space="preserve">[1:18:39] </w:t>
      </w:r>
      <w:r>
        <w:t>falasteen mein aap dekhiye ke chup ho gaye, woh chup nahi hain.</w:t>
      </w:r>
    </w:p>
    <w:p>
      <w:pPr>
        <w:jc w:val="right"/>
      </w:pPr>
      <w:r>
        <w:t>فلسطین میں آپ دیکھیے کہ چپ ہو گئے، وہ چپ نہیں ہیں۔</w:t>
      </w:r>
    </w:p>
    <w:p>
      <w:r>
        <w:rPr>
          <w:b/>
        </w:rPr>
        <w:t xml:space="preserve">[1:18:44] </w:t>
      </w:r>
      <w:r>
        <w:t>woh lekin kya hota hai? yeh pathar maarte hain, woh bam maarta hai.</w:t>
      </w:r>
    </w:p>
    <w:p>
      <w:pPr>
        <w:jc w:val="right"/>
      </w:pPr>
      <w:r>
        <w:t>وہ لیکن کیا ہوتا ہے؟ یہ پتھر مارتے ہیں، وہ بم مارتا ہے۔</w:t>
      </w:r>
    </w:p>
    <w:p>
      <w:r>
        <w:rPr>
          <w:b/>
        </w:rPr>
        <w:t xml:space="preserve">[1:18:50] </w:t>
      </w:r>
      <w:r>
        <w:t>yeh india mein aap dekh lijiyey, yeh fasaad hote hain, isi mein hote hain ke musalman chup nahi</w:t>
      </w:r>
    </w:p>
    <w:p>
      <w:pPr>
        <w:jc w:val="right"/>
      </w:pPr>
      <w:r>
        <w:t>یہ انڈیا میں آپ دیکھ لیجیے، یہ فساد ہوتے ہیں، اسی میں ہوتے ہیں کہ مسلمان چپ نہیں</w:t>
      </w:r>
    </w:p>
    <w:p>
      <w:r>
        <w:rPr>
          <w:b/>
        </w:rPr>
        <w:t xml:space="preserve">[1:18:55] </w:t>
      </w:r>
      <w:r>
        <w:t>rehte, action lete hain.</w:t>
      </w:r>
    </w:p>
    <w:p>
      <w:pPr>
        <w:jc w:val="right"/>
      </w:pPr>
      <w:r>
        <w:t>رہتے، ایکشن لیتے ہیں۔</w:t>
      </w:r>
    </w:p>
    <w:p>
      <w:r>
        <w:rPr>
          <w:b/>
        </w:rPr>
        <w:t xml:space="preserve">[1:19:01] </w:t>
      </w:r>
      <w:r>
        <w:t>to chup na rehne ki qeemat musalman do so saal se bhi ada kar rahe hain, aur abhi</w:t>
      </w:r>
    </w:p>
    <w:p>
      <w:pPr>
        <w:jc w:val="right"/>
      </w:pPr>
      <w:r>
        <w:t>تو چپ نہ رہنے کی قیمت مسلمان دو سو سال سے بھی ادا کر رہے ہیں، اور ابھی</w:t>
      </w:r>
    </w:p>
    <w:p>
      <w:r>
        <w:rPr>
          <w:b/>
        </w:rPr>
        <w:t xml:space="preserve">[1:19:06] </w:t>
      </w:r>
      <w:r>
        <w:t>tak un ke andar re-aisment nahi aaya.</w:t>
      </w:r>
    </w:p>
    <w:p>
      <w:pPr>
        <w:jc w:val="right"/>
      </w:pPr>
      <w:r>
        <w:t>تک ان کے اندر ری ایسسمنٹ نہیں آیا۔</w:t>
      </w:r>
    </w:p>
    <w:p>
      <w:r>
        <w:rPr>
          <w:b/>
        </w:rPr>
        <w:t xml:space="preserve">[1:19:12] </w:t>
      </w:r>
      <w:r>
        <w:t>har jagah jitne fasaadaat hain, aur jitne bhi duniya mein, jahan jis ko kehte hain ke hamare sath</w:t>
      </w:r>
    </w:p>
    <w:p>
      <w:pPr>
        <w:jc w:val="right"/>
      </w:pPr>
      <w:r>
        <w:t>ہر جگہ جتنے فسادات ہیں، اور جتنے بھی دنیا میں، جہاں جس کو کہتے ہیں کہ ہمارے ساتھ</w:t>
      </w:r>
    </w:p>
    <w:p>
      <w:r>
        <w:rPr>
          <w:b/>
        </w:rPr>
        <w:t xml:space="preserve">[1:19:17] </w:t>
      </w:r>
      <w:r>
        <w:t>zulm ho raha hai, har kahin bhi musalman chup nahi hain.</w:t>
      </w:r>
    </w:p>
    <w:p>
      <w:pPr>
        <w:jc w:val="right"/>
      </w:pPr>
      <w:r>
        <w:t>ظلم ہو رہا ہے، ہر کہیں بھی مسلمان چپ نہیں ہیں۔</w:t>
      </w:r>
    </w:p>
    <w:p>
      <w:r>
        <w:rPr>
          <w:b/>
        </w:rPr>
        <w:t xml:space="preserve">[1:19:23] </w:t>
      </w:r>
      <w:r>
        <w:t>har jagah, yani apna chala rahe hain.</w:t>
      </w:r>
    </w:p>
    <w:p>
      <w:pPr>
        <w:jc w:val="right"/>
      </w:pPr>
      <w:r>
        <w:t>ہر جگہ، یعنی اپنا چلا رہے ہیں۔</w:t>
      </w:r>
    </w:p>
    <w:p>
      <w:r>
        <w:rPr>
          <w:b/>
        </w:rPr>
        <w:t xml:space="preserve">[1:19:28] </w:t>
      </w:r>
      <w:r>
        <w:t>to kam az kam ab to sochein, ab to tajurba karein chup rehne ka.</w:t>
      </w:r>
    </w:p>
    <w:p>
      <w:pPr>
        <w:jc w:val="right"/>
      </w:pPr>
      <w:r>
        <w:t>تو کم از کم اب تو سوچیں، اب تو تجربہ کریں چپ رہنے کا۔</w:t>
      </w:r>
    </w:p>
    <w:p>
      <w:r>
        <w:rPr>
          <w:b/>
        </w:rPr>
        <w:t xml:space="preserve">[1:19:34] </w:t>
      </w:r>
      <w:r>
        <w:t>yani chup rehne ka tajurba hi nahi kiya musalmanon ne.</w:t>
      </w:r>
    </w:p>
    <w:p>
      <w:pPr>
        <w:jc w:val="right"/>
      </w:pPr>
      <w:r>
        <w:t>یعنی چپ رہنے کا تجربہ ہی نہیں کیا مسلمانوں نے۔</w:t>
      </w:r>
    </w:p>
    <w:p>
      <w:r>
        <w:rPr>
          <w:b/>
        </w:rPr>
        <w:t xml:space="preserve">[1:19:39] </w:t>
      </w:r>
      <w:r>
        <w:t>aur sawal karte hain, hamare mashriq mein pehli baar chup rehne ka tajurba kiya gaya hai, aur Allah</w:t>
      </w:r>
    </w:p>
    <w:p>
      <w:pPr>
        <w:jc w:val="right"/>
      </w:pPr>
      <w:r>
        <w:t>اور سوال کرتے ہیں، ہمارے مشرق میں پہلی بار چپ رہنے کا تجربہ کیا گیا ہے، اور اللہ</w:t>
      </w:r>
    </w:p>
    <w:p>
      <w:r>
        <w:rPr>
          <w:b/>
        </w:rPr>
        <w:t xml:space="preserve">[1:19:45] </w:t>
      </w:r>
      <w:r>
        <w:t>ke fazal se is se bohat faiday hue hain.</w:t>
      </w:r>
    </w:p>
    <w:p>
      <w:pPr>
        <w:jc w:val="right"/>
      </w:pPr>
      <w:r>
        <w:t>کے فضل سے اس سے بہت فائدے ہوئے ہیں۔</w:t>
      </w:r>
    </w:p>
    <w:p>
      <w:r>
        <w:rPr>
          <w:b/>
        </w:rPr>
        <w:t xml:space="preserve">[1:19:50] </w:t>
      </w:r>
      <w:r>
        <w:t>hamare mashriq ke baad koi hai hi nahi jis ne chup rehne ka tajurba kiya ho do so saal mein.</w:t>
      </w:r>
    </w:p>
    <w:p>
      <w:pPr>
        <w:jc w:val="right"/>
      </w:pPr>
      <w:r>
        <w:t>ہمارے مشرق کے بعد کوئی ہے ہی نہیں جس نے چپ رہنے کا تجربہ کیا ہو دو سو سال میں۔</w:t>
      </w:r>
    </w:p>
    <w:p>
      <w:r>
        <w:rPr>
          <w:b/>
        </w:rPr>
        <w:t xml:space="preserve">[1:19:56] </w:t>
      </w:r>
      <w:r>
        <w:t>to yeh sab sawal to mujhe bohat ajeeb maloom hote hain.</w:t>
      </w:r>
    </w:p>
    <w:p>
      <w:pPr>
        <w:jc w:val="right"/>
      </w:pPr>
      <w:r>
        <w:t>تو یہ سب سوال تو مجھے بہت عجیب معلوم ہوتے ہیں۔</w:t>
      </w:r>
    </w:p>
    <w:p>
      <w:r>
        <w:rPr>
          <w:b/>
        </w:rPr>
        <w:t xml:space="preserve">[1:20:01] </w:t>
      </w:r>
      <w:r>
        <w:t>maulana, agla sawal pensilvaniya, USA se khawaja kaleemuddin sahib ne kiya hai, aur unhon ne</w:t>
      </w:r>
    </w:p>
    <w:p>
      <w:pPr>
        <w:jc w:val="right"/>
      </w:pPr>
      <w:r>
        <w:t>مولانا، اگلا سوال پینسلونیا، یو ایس اے سے خواجہ کلیم الدین صاحب نے کیا ہے، اور انہوں نے</w:t>
      </w:r>
    </w:p>
    <w:p>
      <w:r>
        <w:rPr>
          <w:b/>
        </w:rPr>
        <w:t xml:space="preserve">[1:20:07] </w:t>
      </w:r>
      <w:r>
        <w:t>likha hai are the words hobby and habit synonymous?</w:t>
      </w:r>
    </w:p>
    <w:p>
      <w:pPr>
        <w:jc w:val="right"/>
      </w:pPr>
      <w:r>
        <w:t>لکھا ہے Are the words hobby and habit synonymous?</w:t>
      </w:r>
    </w:p>
    <w:p>
      <w:r>
        <w:rPr>
          <w:b/>
        </w:rPr>
        <w:t xml:space="preserve">[1:20:13] </w:t>
      </w:r>
      <w:r>
        <w:t>If yes, then the hobbies people develop in them are also bad. Maulana, What is your comment on this?</w:t>
      </w:r>
    </w:p>
    <w:p>
      <w:pPr>
        <w:jc w:val="right"/>
      </w:pPr>
      <w:r>
        <w:t>If yes, then the hobbies people develop in them are also bad. مولانا، What is your comment on this?</w:t>
      </w:r>
    </w:p>
    <w:p>
      <w:r>
        <w:rPr>
          <w:b/>
        </w:rPr>
        <w:t xml:space="preserve">[1:20:24] </w:t>
      </w:r>
      <w:r>
        <w:t>main to hobby ka qail nahi hoon, na hobby ka, na habit ka. main to sirf aik hi baat janta hoon: soch samajh kar kaam karna. jo cheez soch samajh kar mujhe sahi lage, us ko karna, nahi to nahi karna. bator hobby karein ya bator habit karein, dono mujhe, yani dono mujhe, yani value less maloom hote hain. koi value nahi dunya mein, na akhirat mein. Okay, we will end this session now.</w:t>
      </w:r>
    </w:p>
    <w:p>
      <w:pPr>
        <w:jc w:val="right"/>
      </w:pPr>
      <w:r>
        <w:t>میں تو ہوبی کا قائل نہیں ہوں، نہ ہوبی کا، نہ ہیبٹ کا۔ میں تو صرف ایک ہی بات جانتا ہوں: سوچ سمجھ کر کام کرنا۔ جو چیز سوچ سمجھ کر مجھے صحیح لگے، اس کو کرنا، نہیں تو نہیں کرنا۔ بطور ہوبی کریں یا بطور ہیبٹ کریں، دونوں مجھے، یعنی دونوں مجھے، یعنی ویلیو لیس معلوم ہوتے ہیں۔ کوئی ویلیو نہیں دنیا میں، نہ آخرت میں۔ Okay, we will end this session now.</w:t>
      </w:r>
    </w:p>
    <w:p>
      <w:r>
        <w:rPr>
          <w:b/>
        </w:rPr>
        <w:t xml:space="preserve">[1:20:54] </w:t>
      </w:r>
      <w:r>
        <w:t>We would also like to tell our viewers that Maulana's article has appeared today in Times of India's Speaking Tree Supplement. The article is titled "Violence at Wagah." You can read this article from the Speaking Tree portal or from the CPS website. Thank you.</w:t>
      </w:r>
    </w:p>
    <w:p>
      <w:pPr>
        <w:jc w:val="right"/>
      </w:pPr>
      <w:r>
        <w:t>We would also like to tell our viewers that مولانا's article has appeared today in Times of India's Speaking Tree Supplement. The article is titled "Violence at Wagah." You can read this article from the Speaking Tree portal or from the CPS website.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