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Maulana Wahiduddin Khan Conferred Mahatma Gandhi Seva Medal by Gandhi Global Family July 11, 2016</w:t>
      </w:r>
    </w:p>
    <w:p>
      <w:r>
        <w:t>https://www.youtube.com/watch?v=OdxrDosKWfU</w:t>
      </w:r>
    </w:p>
    <w:p>
      <w:r>
        <w:rPr>
          <w:b/>
        </w:rPr>
        <w:t xml:space="preserve">[00:34] </w:t>
      </w:r>
      <w:r>
        <w:t>—</w:t>
      </w:r>
    </w:p>
    <w:p>
      <w:pPr>
        <w:jc w:val="right"/>
      </w:pPr>
      <w:r>
        <w:t>난 누워야 돼.</w:t>
      </w:r>
    </w:p>
    <w:p>
      <w:r>
        <w:rPr>
          <w:b/>
        </w:rPr>
        <w:t xml:space="preserve">[00:40] </w:t>
      </w:r>
      <w:r>
        <w:t>The UN is here to connect, finish, and do it. Ah, good.</w:t>
      </w:r>
    </w:p>
    <w:p>
      <w:pPr>
        <w:jc w:val="right"/>
      </w:pPr>
      <w:r>
        <w:t>이 UN은 여기 Connect Fin 해, 돼지기? 아, 좋아요.</w:t>
      </w:r>
    </w:p>
    <w:p>
      <w:r>
        <w:rPr>
          <w:b/>
        </w:rPr>
        <w:t xml:space="preserve">[00:47] </w:t>
      </w:r>
      <w:r>
        <w:t>—</w:t>
      </w:r>
    </w:p>
    <w:p>
      <w:pPr>
        <w:jc w:val="right"/>
      </w:pPr>
      <w:r>
        <w:t>이게 Magnet은 우리 UN이 이.</w:t>
      </w:r>
    </w:p>
    <w:p>
      <w:r>
        <w:rPr>
          <w:b/>
        </w:rPr>
        <w:t xml:space="preserve">[00:53] </w:t>
      </w:r>
      <w:r>
        <w:t>mujhe aaj bari khushi ho rahi hai ke aaj mein maulana sahib ke paas yahan un ke darshan</w:t>
      </w:r>
    </w:p>
    <w:p>
      <w:pPr>
        <w:jc w:val="right"/>
      </w:pPr>
      <w:r>
        <w:t>مجھے آج بڑی خوشی ہو رہی ہے کہ آج میں مولانا صاحب کے پاس یہاں ان کے درشن</w:t>
      </w:r>
    </w:p>
    <w:p>
      <w:r>
        <w:rPr>
          <w:b/>
        </w:rPr>
        <w:t xml:space="preserve">[01:00] </w:t>
      </w:r>
      <w:r>
        <w:t>kar saka hoon.</w:t>
      </w:r>
    </w:p>
    <w:p>
      <w:pPr>
        <w:jc w:val="right"/>
      </w:pPr>
      <w:r>
        <w:t>کر سکا ہوں۔</w:t>
      </w:r>
    </w:p>
    <w:p>
      <w:r>
        <w:rPr>
          <w:b/>
        </w:rPr>
        <w:t xml:space="preserve">[01:06] </w:t>
      </w:r>
      <w:r>
        <w:t>hamari association jo hai woh bari lambi hai, aah aaj se chobees saal pehle nirmal desh pandey</w:t>
      </w:r>
    </w:p>
    <w:p>
      <w:pPr>
        <w:jc w:val="right"/>
      </w:pPr>
      <w:r>
        <w:t>ہماری ایسوسی ایشن جو ہے وہ بڑی لمبی ہے، آہ آج سے چوبیس سال پہلے نرمل دیش پانڈے</w:t>
      </w:r>
    </w:p>
    <w:p>
      <w:r>
        <w:rPr>
          <w:b/>
        </w:rPr>
        <w:t xml:space="preserve">[01:13] </w:t>
      </w:r>
      <w:r>
        <w:t>ji jo hamari mentor aur guide rahi hain, aah un ki wajah se hum ne travel kiya dilli</w:t>
      </w:r>
    </w:p>
    <w:p>
      <w:pPr>
        <w:jc w:val="right"/>
      </w:pPr>
      <w:r>
        <w:t>جی جو ہماری مینٹر اور گائیڈ رہی ہیں، آہ ان کی وجہ سے ہم نے ٹریول کیا دلی</w:t>
      </w:r>
    </w:p>
    <w:p>
      <w:r>
        <w:rPr>
          <w:b/>
        </w:rPr>
        <w:t xml:space="preserve">[01:19] </w:t>
      </w:r>
      <w:r>
        <w:t>se chitrkot ek sleeper class coach mein Maulana sahib ke sath.</w:t>
      </w:r>
    </w:p>
    <w:p>
      <w:pPr>
        <w:jc w:val="right"/>
      </w:pPr>
      <w:r>
        <w:t>سے چترکوٹ ایک سلیپر کلاس کوچ میں مولانا صاحب کے ساتھ۔</w:t>
      </w:r>
    </w:p>
    <w:p>
      <w:r>
        <w:rPr>
          <w:b/>
        </w:rPr>
        <w:t xml:space="preserve">[01:26] </w:t>
      </w:r>
      <w:r>
        <w:t>aur aah is raat jo hai woh humaah chaalis pachaas log jo hain woh ek hi bogi</w:t>
      </w:r>
    </w:p>
    <w:p>
      <w:pPr>
        <w:jc w:val="right"/>
      </w:pPr>
      <w:r>
        <w:t>اور آہ اس رات جو ہے وہ ہم آہ چالیس پچاس لوگ جو ہیں وہ ایک ہی بوگی</w:t>
      </w:r>
    </w:p>
    <w:p>
      <w:r>
        <w:rPr>
          <w:b/>
        </w:rPr>
        <w:t xml:space="preserve">[01:32] </w:t>
      </w:r>
      <w:r>
        <w:t>mein thay to baat cheet hoti thi to Maulana sahib beech mein kuch baat karte thay to bara</w:t>
      </w:r>
    </w:p>
    <w:p>
      <w:pPr>
        <w:jc w:val="right"/>
      </w:pPr>
      <w:r>
        <w:t>میں تھے تو بات چیت ہوتی تھی تو مولانا صاحب بیچ میں کچھ بات کرتے تھے تو بڑا</w:t>
      </w:r>
    </w:p>
    <w:p>
      <w:r>
        <w:rPr>
          <w:b/>
        </w:rPr>
        <w:t xml:space="preserve">[01:39] </w:t>
      </w:r>
      <w:r>
        <w:t>ek aah jo hai woh impression meri zindagi mein unhon ne chhora is raat ko.</w:t>
      </w:r>
    </w:p>
    <w:p>
      <w:pPr>
        <w:jc w:val="right"/>
      </w:pPr>
      <w:r>
        <w:t>ایک آہ جو ہے وہ امپریشن میری زندگی میں انہوں نے چھوڑا اس رات کو۔</w:t>
      </w:r>
    </w:p>
    <w:p>
      <w:r>
        <w:rPr>
          <w:b/>
        </w:rPr>
        <w:t xml:space="preserve">[01:45] </w:t>
      </w:r>
      <w:r>
        <w:t>aur main chahta tha ke aah un ke contact mein rahoon aur aur kuch seekhoon peace ke hawale se.</w:t>
      </w:r>
    </w:p>
    <w:p>
      <w:pPr>
        <w:jc w:val="right"/>
      </w:pPr>
      <w:r>
        <w:t>اور میں چاہتا تھا کہ آہ ان کے کنٹیکٹ میں رہوں اور اور کچھ سیکھوں پیس کے حوالے سے۔</w:t>
      </w:r>
    </w:p>
    <w:p>
      <w:r>
        <w:rPr>
          <w:b/>
        </w:rPr>
        <w:t xml:space="preserve">[01:52] </w:t>
      </w:r>
      <w:r>
        <w:t>aur doosre roz jo hai woh chitrkot mein laakhon logon ki tadaad mein aap ne jo hai woh</w:t>
      </w:r>
    </w:p>
    <w:p>
      <w:pPr>
        <w:jc w:val="right"/>
      </w:pPr>
      <w:r>
        <w:t>اور دوسرے روز جو ہے وہ چترکوٹ میں لاکھوں لوگوں کی تعداد میں آپ نے جو ہے وہ</w:t>
      </w:r>
    </w:p>
    <w:p>
      <w:r>
        <w:rPr>
          <w:b/>
        </w:rPr>
        <w:t xml:space="preserve">[01:58] </w:t>
      </w:r>
      <w:r>
        <w:t>jab address karna shuru kiya to hum yeh umeed kar rahe thay ke Maulana sahib jo hai woh</w:t>
      </w:r>
    </w:p>
    <w:p>
      <w:pPr>
        <w:jc w:val="right"/>
      </w:pPr>
      <w:r>
        <w:t>جب ایڈریس کرنا شروع کیا تو ہم یہ امید کر رہے تھے کہ مولانا صاحب جو ہے وہ</w:t>
      </w:r>
    </w:p>
    <w:p>
      <w:r>
        <w:rPr>
          <w:b/>
        </w:rPr>
        <w:t xml:space="preserve">[02:05] </w:t>
      </w:r>
      <w:r>
        <w:t>bari lambi taqreer karein ge.</w:t>
      </w:r>
    </w:p>
    <w:p>
      <w:pPr>
        <w:jc w:val="right"/>
      </w:pPr>
      <w:r>
        <w:t>بڑی لمبی تقریر کریں گے۔</w:t>
      </w:r>
    </w:p>
    <w:p>
      <w:r>
        <w:rPr>
          <w:b/>
        </w:rPr>
        <w:t xml:space="preserve">[02:11] </w:t>
      </w:r>
      <w:r>
        <w:t>lekin Maulana sahib ne ek bohat bara impact jo hai un dinon laakhon jo aah log jo hai</w:t>
      </w:r>
    </w:p>
    <w:p>
      <w:pPr>
        <w:jc w:val="right"/>
      </w:pPr>
      <w:r>
        <w:t>لیکن مولانا صاحب نے ایک بہت بڑا امپیکٹ جو ہے ان دنوں لاکھوں جو آہ لوگ جو ہے</w:t>
      </w:r>
    </w:p>
    <w:p>
      <w:r>
        <w:rPr>
          <w:b/>
        </w:rPr>
        <w:t xml:space="preserve">[02:18] </w:t>
      </w:r>
      <w:r>
        <w:t>poore desh se aur badesh se aaye thay, aah aur main bhi un ke beech mein baitha tha</w:t>
      </w:r>
    </w:p>
    <w:p>
      <w:pPr>
        <w:jc w:val="right"/>
      </w:pPr>
      <w:r>
        <w:t>پورے دیش سے اور بدیش سے آئے تھے، آہ اور میں بھی ان کے بیچ میں بیٹھا تھا</w:t>
      </w:r>
    </w:p>
    <w:p>
      <w:r>
        <w:rPr>
          <w:b/>
        </w:rPr>
        <w:t xml:space="preserve">[02:24] </w:t>
      </w:r>
      <w:r>
        <w:t>neeche to Maulana sahib ne kaha ke aah agar aah raat ko is umeed ke sath hum aah</w:t>
      </w:r>
    </w:p>
    <w:p>
      <w:pPr>
        <w:jc w:val="right"/>
      </w:pPr>
      <w:r>
        <w:t>نیچے تو مولانا صاحب نے کہا کہ آہ اگر آہ رات کو اس امید کے ساتھ ہم آہ</w:t>
      </w:r>
    </w:p>
    <w:p>
      <w:r>
        <w:rPr>
          <w:b/>
        </w:rPr>
        <w:t xml:space="preserve">[02:31] </w:t>
      </w:r>
      <w:r>
        <w:t>jo hai woh soyein ke subah nahi hogi to hamein neend nahi aati.</w:t>
      </w:r>
    </w:p>
    <w:p>
      <w:pPr>
        <w:jc w:val="right"/>
      </w:pPr>
      <w:r>
        <w:t>جو ہے وہ سوئیں کہ صبح نہیں ہوگی تو ہمیں نیند نہیں آتی۔</w:t>
      </w:r>
    </w:p>
    <w:p>
      <w:r>
        <w:rPr>
          <w:b/>
        </w:rPr>
        <w:t xml:space="preserve">[02:38] </w:t>
      </w:r>
      <w:r>
        <w:t>kya baat hai.</w:t>
      </w:r>
    </w:p>
    <w:p>
      <w:pPr>
        <w:jc w:val="right"/>
      </w:pPr>
      <w:r>
        <w:t>کیا بات ہے۔</w:t>
      </w:r>
    </w:p>
    <w:p>
      <w:r>
        <w:rPr>
          <w:b/>
        </w:rPr>
        <w:t xml:space="preserve">[02:43] </w:t>
      </w:r>
      <w:r>
        <w:t>aur hum is umeed ke sath sote hain ke subah hoti hai, raat ko hum isi umeed ke</w:t>
      </w:r>
    </w:p>
    <w:p>
      <w:pPr>
        <w:jc w:val="right"/>
      </w:pPr>
      <w:r>
        <w:t>اور ہم اس امید کے ساتھ سوتے ہیں کہ صبح ہوتی ہے، رات کو ہم اسی امید کے</w:t>
      </w:r>
    </w:p>
    <w:p>
      <w:r>
        <w:rPr>
          <w:b/>
        </w:rPr>
        <w:t xml:space="preserve">[02:49] </w:t>
      </w:r>
      <w:r>
        <w:t>sath sote hain ke subah hoti hai.</w:t>
      </w:r>
    </w:p>
    <w:p>
      <w:pPr>
        <w:jc w:val="right"/>
      </w:pPr>
      <w:r>
        <w:t>ساتھ سوتے ہیں کہ صبح ہوتی ہے۔</w:t>
      </w:r>
    </w:p>
    <w:p>
      <w:r>
        <w:rPr>
          <w:b/>
        </w:rPr>
        <w:t xml:space="preserve">[02:55] </w:t>
      </w:r>
      <w:r>
        <w:t>to bhaiyon aur behnon aur bachon yeh umeed karein ke jo halaat hain aaj un dinon mein bhi</w:t>
      </w:r>
    </w:p>
    <w:p>
      <w:pPr>
        <w:jc w:val="right"/>
      </w:pPr>
      <w:r>
        <w:t>تو بھائیوں اور بہنوں اور بچوں یہ امید کریں کہ جو حالات ہیں آج ان دنوں میں بھی</w:t>
      </w:r>
    </w:p>
    <w:p>
      <w:r>
        <w:rPr>
          <w:b/>
        </w:rPr>
        <w:t xml:space="preserve">[03:01] </w:t>
      </w:r>
      <w:r>
        <w:t>halaat jo hai woh shuruaat ho gayi thi.</w:t>
      </w:r>
    </w:p>
    <w:p>
      <w:pPr>
        <w:jc w:val="right"/>
      </w:pPr>
      <w:r>
        <w:t>حالات جو ہے وہ شروعات ہو گئی تھی۔</w:t>
      </w:r>
    </w:p>
    <w:p>
      <w:r>
        <w:rPr>
          <w:b/>
        </w:rPr>
        <w:t xml:space="preserve">[03:06] </w:t>
      </w:r>
      <w:r>
        <w:t>hamare Kashmir mein problem thi, North East mein problem thi, Naxalite movement jo hai woh apna jo</w:t>
      </w:r>
    </w:p>
    <w:p>
      <w:pPr>
        <w:jc w:val="right"/>
      </w:pPr>
      <w:r>
        <w:t>ہمارے کشمیر میں پرابلم تھی، نارتھ ایسٹ میں پرابلم تھی، نیکسٹ لائٹ موومنٹ جو ہے وہ اپنا جو</w:t>
      </w:r>
    </w:p>
    <w:p>
      <w:r>
        <w:rPr>
          <w:b/>
        </w:rPr>
        <w:t xml:space="preserve">[03:12] </w:t>
      </w:r>
      <w:r>
        <w:t>hai woh zor pakad rahi thi.</w:t>
      </w:r>
    </w:p>
    <w:p>
      <w:pPr>
        <w:jc w:val="right"/>
      </w:pPr>
      <w:r>
        <w:t>ہے وہ زور پکڑ رہی تھی۔</w:t>
      </w:r>
    </w:p>
    <w:p>
      <w:r>
        <w:rPr>
          <w:b/>
        </w:rPr>
        <w:t xml:space="preserve">[03:18] </w:t>
      </w:r>
      <w:r>
        <w:t>duniya ke andar jo hai woh halaat jo hai woh theek nahi thay.</w:t>
      </w:r>
    </w:p>
    <w:p>
      <w:pPr>
        <w:jc w:val="right"/>
      </w:pPr>
      <w:r>
        <w:t>دنیا کے اندر جو ہے وہ حالات جو ہے وہ ٹھیک نہیں تھے۔</w:t>
      </w:r>
    </w:p>
    <w:p>
      <w:r>
        <w:rPr>
          <w:b/>
        </w:rPr>
        <w:t xml:space="preserve">[03:24] </w:t>
      </w:r>
      <w:r>
        <w:t>aah aur unhon ne yeh kaha tha ke hamein umeed rakhni chahiye ke halaat theek hon ge aur</w:t>
      </w:r>
    </w:p>
    <w:p>
      <w:pPr>
        <w:jc w:val="right"/>
      </w:pPr>
      <w:r>
        <w:t>آہ اور انہوں نے یہ کہا تھا کہ ہمیں امید رکھنی چاہیے کہ حالات ٹھیک ہوں گے اور</w:t>
      </w:r>
    </w:p>
    <w:p>
      <w:r>
        <w:rPr>
          <w:b/>
        </w:rPr>
        <w:t xml:space="preserve">[03:29] </w:t>
      </w:r>
      <w:r>
        <w:t>is direction mein kaam karna chahiye.</w:t>
      </w:r>
    </w:p>
    <w:p>
      <w:pPr>
        <w:jc w:val="right"/>
      </w:pPr>
      <w:r>
        <w:t>اس ڈائریکشن میں کام کرنا چاہیے۔</w:t>
      </w:r>
    </w:p>
    <w:p>
      <w:r>
        <w:rPr>
          <w:b/>
        </w:rPr>
        <w:t xml:space="preserve">[03:35] </w:t>
      </w:r>
      <w:r>
        <w:t>to woh cheez jo aap ne woh jumle bole us pe jo hai woh main samajhta hoon ke</w:t>
      </w:r>
    </w:p>
    <w:p>
      <w:pPr>
        <w:jc w:val="right"/>
      </w:pPr>
      <w:r>
        <w:t>تو وہ چیز جو آپ نے وہ جملے بولے اس پہ جو ہے وہ میں سمجھتا ہوں کہ</w:t>
      </w:r>
    </w:p>
    <w:p>
      <w:r>
        <w:rPr>
          <w:b/>
        </w:rPr>
        <w:t xml:space="preserve">[03:41] </w:t>
      </w:r>
      <w:r>
        <w:t>ek bohat bara impact jo hai woh logon ke upar pada.</w:t>
      </w:r>
    </w:p>
    <w:p>
      <w:pPr>
        <w:jc w:val="right"/>
      </w:pPr>
      <w:r>
        <w:t>ایک بہت بڑا امپیکٹ جو ہے وہ لوگوں کے اوپر پڑا۔</w:t>
      </w:r>
    </w:p>
    <w:p>
      <w:r>
        <w:rPr>
          <w:b/>
        </w:rPr>
        <w:t xml:space="preserve">[03:47] </w:t>
      </w:r>
      <w:r>
        <w:t>aur isi inhi dinon mein mera jo pehla sammelan tha woh chitrkot ka jo Didi ne hamein bulaya</w:t>
      </w:r>
    </w:p>
    <w:p>
      <w:pPr>
        <w:jc w:val="right"/>
      </w:pPr>
      <w:r>
        <w:t>اور اسی انہی دنوں میں میرا جو پہلا سمیلن تھا وہ چترکوٹ کا جو دیدی نے ہمیں بلایا</w:t>
      </w:r>
    </w:p>
    <w:p>
      <w:r>
        <w:rPr>
          <w:b/>
        </w:rPr>
        <w:t xml:space="preserve">[03:53] </w:t>
      </w:r>
      <w:r>
        <w:t>aur in dino mein mein service kar kiya karta tha aah iz civil engineer jammu kashmir government mein.</w:t>
      </w:r>
    </w:p>
    <w:p>
      <w:pPr>
        <w:jc w:val="right"/>
      </w:pPr>
      <w:r>
        <w:t>اور ان دنوں میں میں سروس کر کیا کرتا تھا آہ ایز سول انجینئر جموں کشمیر گورنمنٹ میں۔</w:t>
      </w:r>
    </w:p>
    <w:p>
      <w:r>
        <w:rPr>
          <w:b/>
        </w:rPr>
        <w:t xml:space="preserve">[03:58] </w:t>
      </w:r>
      <w:r>
        <w:t>is ke baad jo hai woh hum ne yeh socha ke ab peace ke liye kaam karna hai,</w:t>
      </w:r>
    </w:p>
    <w:p>
      <w:pPr>
        <w:jc w:val="right"/>
      </w:pPr>
      <w:r>
        <w:t>اس کے بعد جو ہے وہ ہم نے یہ سوچا کہ اب پیس کے لیے کام کرنا ہے،</w:t>
      </w:r>
    </w:p>
    <w:p>
      <w:r>
        <w:rPr>
          <w:b/>
        </w:rPr>
        <w:t xml:space="preserve">[04:04] </w:t>
      </w:r>
      <w:r>
        <w:t>job ka tiyaag karna, public ko ikattha karna aur gandhi ji ke dikhaye hue raston par.</w:t>
      </w:r>
    </w:p>
    <w:p>
      <w:pPr>
        <w:jc w:val="right"/>
      </w:pPr>
      <w:r>
        <w:t>جاب کا تیاگ کرنا، پبلک کو اکٹھا کرنا اور گاندھی جی کے دکھائے ہوئے راستوں پر۔</w:t>
      </w:r>
    </w:p>
    <w:p>
      <w:r>
        <w:rPr>
          <w:b/>
        </w:rPr>
        <w:t xml:space="preserve">[04:10] </w:t>
      </w:r>
      <w:r>
        <w:t>aur jo maulana sahib ne apni zindagi mein jo hai woh jo seekha, adopt kiya, us ko practice</w:t>
      </w:r>
    </w:p>
    <w:p>
      <w:pPr>
        <w:jc w:val="right"/>
      </w:pPr>
      <w:r>
        <w:t>اور جو مولانا صاحب نے اپنی زندگی میں جو ہے وہ جو سیکھا، اڈاپٹ کیا، اس کو پریکٹس</w:t>
      </w:r>
    </w:p>
    <w:p>
      <w:r>
        <w:rPr>
          <w:b/>
        </w:rPr>
        <w:t xml:space="preserve">[04:16] </w:t>
      </w:r>
      <w:r>
        <w:t>kiya, preach kiya to mein samajhta hoon ke is ko hum ne jo hai woh follow karne ki koshish ki.</w:t>
      </w:r>
    </w:p>
    <w:p>
      <w:pPr>
        <w:jc w:val="right"/>
      </w:pPr>
      <w:r>
        <w:t>کیا، پریچ کیا تو میں سمجھتا ہوں کہ اس کو ہم نے جو ہے وہ فالو کرنے کی کوشش کی۔</w:t>
      </w:r>
    </w:p>
    <w:p>
      <w:r>
        <w:rPr>
          <w:b/>
        </w:rPr>
        <w:t xml:space="preserve">[04:21] </w:t>
      </w:r>
      <w:r>
        <w:t>aur aaj chobis saal ke baad itna arsa ho gaya, mein chahta tha ke aap ke sang rahoon</w:t>
      </w:r>
    </w:p>
    <w:p>
      <w:pPr>
        <w:jc w:val="right"/>
      </w:pPr>
      <w:r>
        <w:t>اور آج چوبیس سال کے بعد اتنا عرصہ ہو گیا، میں چاہتا تھا کہ آپ کے سنگ رہوں</w:t>
      </w:r>
    </w:p>
    <w:p>
      <w:r>
        <w:rPr>
          <w:b/>
        </w:rPr>
        <w:t xml:space="preserve">[04:27] </w:t>
      </w:r>
      <w:r>
        <w:t>aur aap ki baat sunoon aur jahan jahan bhi hamare saathi hain wahan tak aap ka message jaye.</w:t>
      </w:r>
    </w:p>
    <w:p>
      <w:pPr>
        <w:jc w:val="right"/>
      </w:pPr>
      <w:r>
        <w:t>اور آپ کی بات سنوں اور جہاں جہاں بھی ہمارے ساتھی ہیں وہاں تک آپ کا میسج جائے۔</w:t>
      </w:r>
    </w:p>
    <w:p>
      <w:r>
        <w:rPr>
          <w:b/>
        </w:rPr>
        <w:t xml:space="preserve">[04:33] </w:t>
      </w:r>
      <w:r>
        <w:t>hamari aik organization hai gandhi group family, didi nirmal deshpande ji ne do hazar paanch mein mujhe</w:t>
      </w:r>
    </w:p>
    <w:p>
      <w:pPr>
        <w:jc w:val="right"/>
      </w:pPr>
      <w:r>
        <w:t>ہماری ایک آرگنائزیشن ہے گاندھی گروٹ فیملی، دیدی نرمل دیش پانڈے جی نے دو ہزار پانچ میں مجھے</w:t>
      </w:r>
    </w:p>
    <w:p>
      <w:r>
        <w:rPr>
          <w:b/>
        </w:rPr>
        <w:t xml:space="preserve">[04:39] </w:t>
      </w:r>
      <w:r>
        <w:t>europe mein bheja aur unhone yeh kaha tha ke hum gandhi ji ki ideology ko desh mein</w:t>
      </w:r>
    </w:p>
    <w:p>
      <w:pPr>
        <w:jc w:val="right"/>
      </w:pPr>
      <w:r>
        <w:t>یورپ میں بھیجا اور انہوں نے یہ کہا تھا کہ ہم گاندھی جی کی آئیڈیالوجی کو دیش میں</w:t>
      </w:r>
    </w:p>
    <w:p>
      <w:r>
        <w:rPr>
          <w:b/>
        </w:rPr>
        <w:t xml:space="preserve">[04:45] </w:t>
      </w:r>
      <w:r>
        <w:t>to hum jo hai woh implement kar hi rahe hain lekin is ke baad asia mein jo hai</w:t>
      </w:r>
    </w:p>
    <w:p>
      <w:pPr>
        <w:jc w:val="right"/>
      </w:pPr>
      <w:r>
        <w:t>تو ہم جو ہے وہ امپلیمنٹ کر ہی رہے ہیں لیکن اس کے بعد ایشیا میں جو ہے</w:t>
      </w:r>
    </w:p>
    <w:p>
      <w:r>
        <w:rPr>
          <w:b/>
        </w:rPr>
        <w:t xml:space="preserve">[04:50] </w:t>
      </w:r>
      <w:r>
        <w:t>woh kaam ho, people to people contact hamari country mein aur hamari neighboring country ke logon ke beech</w:t>
      </w:r>
    </w:p>
    <w:p>
      <w:pPr>
        <w:jc w:val="right"/>
      </w:pPr>
      <w:r>
        <w:t>وہ کام ہو، پیپل ٹو پیپل کنٹیکٹ ہماری کنٹری میں اور ہماری نیبرنگ کنٹری کے لوگوں کے بیچ</w:t>
      </w:r>
    </w:p>
    <w:p>
      <w:r>
        <w:rPr>
          <w:b/>
        </w:rPr>
        <w:t xml:space="preserve">[04:56] </w:t>
      </w:r>
      <w:r>
        <w:t>mein strengthen ho to association of people of asia banaya.</w:t>
      </w:r>
    </w:p>
    <w:p>
      <w:pPr>
        <w:jc w:val="right"/>
      </w:pPr>
      <w:r>
        <w:t>میں سٹرینتھن ہو تو ایسوسی ایشن آف پیپل آف ایشیا بنایا۔</w:t>
      </w:r>
    </w:p>
    <w:p>
      <w:r>
        <w:rPr>
          <w:b/>
        </w:rPr>
        <w:t xml:space="preserve">[05:02] </w:t>
      </w:r>
      <w:r>
        <w:t>aur is ke baad internationalize karne ki koshish ki aah gandhi ji ki ideology ko to do hazar</w:t>
      </w:r>
    </w:p>
    <w:p>
      <w:pPr>
        <w:jc w:val="right"/>
      </w:pPr>
      <w:r>
        <w:t>اور اس کے بعد انٹرنیشنلائز کرنے کی کوشش کی آہ گاندھی جی کی آئیڈیالوجی کو تو دو ہزار</w:t>
      </w:r>
    </w:p>
    <w:p>
      <w:r>
        <w:rPr>
          <w:b/>
        </w:rPr>
        <w:t xml:space="preserve">[05:08] </w:t>
      </w:r>
      <w:r>
        <w:t>paanch mein europe mein ja ke woh log jo peace mein involve the woh hamesha yahi kaha karte</w:t>
      </w:r>
    </w:p>
    <w:p>
      <w:pPr>
        <w:jc w:val="right"/>
      </w:pPr>
      <w:r>
        <w:t>پانچ میں یورپ میں جا کے وہ لوگ جو پیس میں انوالو تھے وہ ہمیشہ یہی کہا کرتے</w:t>
      </w:r>
    </w:p>
    <w:p>
      <w:r>
        <w:rPr>
          <w:b/>
        </w:rPr>
        <w:t xml:space="preserve">[05:13] </w:t>
      </w:r>
      <w:r>
        <w:t>the ke ideology jo hai mahatma gandhi ji ki aaj bohat zyada relevance hai is ki aur humein</w:t>
      </w:r>
    </w:p>
    <w:p>
      <w:pPr>
        <w:jc w:val="right"/>
      </w:pPr>
      <w:r>
        <w:t>تھے کہ آئیڈیالوجی جو ہے مہاتما گاندھی جی کی آج بہت زیادہ ریلیونس ہے اس کی اور ہمیں</w:t>
      </w:r>
    </w:p>
    <w:p>
      <w:r>
        <w:rPr>
          <w:b/>
        </w:rPr>
        <w:t xml:space="preserve">[05:19] </w:t>
      </w:r>
      <w:r>
        <w:t>aah chahiye ke hum is ko decto implement karein aur world peace jo hai woh aa sakta hai.</w:t>
      </w:r>
    </w:p>
    <w:p>
      <w:pPr>
        <w:jc w:val="right"/>
      </w:pPr>
      <w:r>
        <w:t>آہ چاہیے کہ ہم اس کو ڈکٹو امپلیمنٹ کریں اور ورلڈ پیس جو ہے وہ آ سکتا ہے۔</w:t>
      </w:r>
    </w:p>
    <w:p>
      <w:r>
        <w:rPr>
          <w:b/>
        </w:rPr>
        <w:t xml:space="preserve">[05:25] </w:t>
      </w:r>
      <w:r>
        <w:t>to wahi jo hai woh aik baqayda muhim aage badhi aur UN ne do hazar saat mein</w:t>
      </w:r>
    </w:p>
    <w:p>
      <w:pPr>
        <w:jc w:val="right"/>
      </w:pPr>
      <w:r>
        <w:t>تو وہی جو ہے وہ ایک باقاعدہ مہم آگے بڑھی اور یو این نے دو ہزار سات میں</w:t>
      </w:r>
    </w:p>
    <w:p>
      <w:r>
        <w:rPr>
          <w:b/>
        </w:rPr>
        <w:t xml:space="preserve">[05:31] </w:t>
      </w:r>
      <w:r>
        <w:t>hamare aah rashtra pita ka jo aah janam din jo hai woh aah international level pe jo hai</w:t>
      </w:r>
    </w:p>
    <w:p>
      <w:pPr>
        <w:jc w:val="right"/>
      </w:pPr>
      <w:r>
        <w:t>ہمارے آہ راષ્ટ્ર پتا کا جو آہ جنم دن جو ہے وہ آہ انٹرنیشنل لیول پہ جو ہے</w:t>
      </w:r>
    </w:p>
    <w:p>
      <w:r>
        <w:rPr>
          <w:b/>
        </w:rPr>
        <w:t xml:space="preserve">[05:36] </w:t>
      </w:r>
      <w:r>
        <w:t>woh recognize karne ki koshish ki, celebrate karne ki koshish ki.</w:t>
      </w:r>
    </w:p>
    <w:p>
      <w:pPr>
        <w:jc w:val="right"/>
      </w:pPr>
      <w:r>
        <w:t>وہ ریکگنائز کرنے کی کوشش کی، سیلیبریٹ کرنے کی کوشش کی۔</w:t>
      </w:r>
    </w:p>
    <w:p>
      <w:r>
        <w:rPr>
          <w:b/>
        </w:rPr>
        <w:t xml:space="preserve">[05:42] </w:t>
      </w:r>
      <w:r>
        <w:t>aur mein samajhta hoon ke dunya ke andar jo hai woh hamara desh jo hai woh bohat zyada</w:t>
      </w:r>
    </w:p>
    <w:p>
      <w:pPr>
        <w:jc w:val="right"/>
      </w:pPr>
      <w:r>
        <w:t>اور میں سمجھتا ہوں کہ دنیا کے اندر جو ہے وہ ہمارا دیش جو ہے وہ بہت زیادہ</w:t>
      </w:r>
    </w:p>
    <w:p>
      <w:r>
        <w:rPr>
          <w:b/>
        </w:rPr>
        <w:t xml:space="preserve">[05:48] </w:t>
      </w:r>
      <w:r>
        <w:t>popularize hua mahatma gandhi ji ki wajah se aur mahatma gandhi ji ne jo kaam kiye hain aaj</w:t>
      </w:r>
    </w:p>
    <w:p>
      <w:pPr>
        <w:jc w:val="right"/>
      </w:pPr>
      <w:r>
        <w:t>پاپولرائز ہوا مہاتما گاندھی جی کی وجہ سے اور مہاتما گاندھی جی نے جو کام کیے ہیں آج</w:t>
      </w:r>
    </w:p>
    <w:p>
      <w:r>
        <w:rPr>
          <w:b/>
        </w:rPr>
        <w:t xml:space="preserve">[05:54] </w:t>
      </w:r>
      <w:r>
        <w:t>wahi jo hai woh bohat zyada relevant hain.</w:t>
      </w:r>
    </w:p>
    <w:p>
      <w:pPr>
        <w:jc w:val="right"/>
      </w:pPr>
      <w:r>
        <w:t>وہی جو ہے وہ بہت زیادہ ریلیونٹ ہیں۔</w:t>
      </w:r>
    </w:p>
    <w:p>
      <w:r>
        <w:rPr>
          <w:b/>
        </w:rPr>
        <w:t xml:space="preserve">[06:00] </w:t>
      </w:r>
      <w:r>
        <w:t>mein maulana sahib ke paas jahan aaj is waqt jahan aaya hoon aap se sunne ke liye, aap</w:t>
      </w:r>
    </w:p>
    <w:p>
      <w:pPr>
        <w:jc w:val="right"/>
      </w:pPr>
      <w:r>
        <w:t>میں مولانا صاحب کے پاس جہاں آج اس وقت جہاں آیا ہوں آپ سے سننے کے لیے، آپ</w:t>
      </w:r>
    </w:p>
    <w:p>
      <w:r>
        <w:rPr>
          <w:b/>
        </w:rPr>
        <w:t xml:space="preserve">[06:05] </w:t>
      </w:r>
      <w:r>
        <w:t>se guidance lene ke liye jab hamara kashmir aaj jal raha hai, hamare north east mein jo hai</w:t>
      </w:r>
    </w:p>
    <w:p>
      <w:pPr>
        <w:jc w:val="right"/>
      </w:pPr>
      <w:r>
        <w:t>سے گائیڈنس لینے کے لیے جب ہمارا کشمیر آج جل رہا ہے، ہمارے نارتھ ایسٹ میں جو ہے</w:t>
      </w:r>
    </w:p>
    <w:p>
      <w:r>
        <w:rPr>
          <w:b/>
        </w:rPr>
        <w:t xml:space="preserve">[06:11] </w:t>
      </w:r>
      <w:r>
        <w:t>woh problems aa rahi hain, naxalite area jo hai woh affected ho chuka hai.</w:t>
      </w:r>
    </w:p>
    <w:p>
      <w:pPr>
        <w:jc w:val="right"/>
      </w:pPr>
      <w:r>
        <w:t>وہ پرابلمز آ رہی ہیں، نیکسٹ لائٹ ایریا جو ہے وہ افیکٹڈ ہو چکا ہے۔</w:t>
      </w:r>
    </w:p>
    <w:p>
      <w:r>
        <w:rPr>
          <w:b/>
        </w:rPr>
        <w:t xml:space="preserve">[06:17] </w:t>
      </w:r>
      <w:r>
        <w:t>dunya ki kon si country hai jahan ab terrorism hai nahi? aur confusion jo hain different communities ke</w:t>
      </w:r>
    </w:p>
    <w:p>
      <w:pPr>
        <w:jc w:val="right"/>
      </w:pPr>
      <w:r>
        <w:t>دنیا کی کون سی کنٹری ہے جہاں اب ٹیررزم ہے نہیں؟ اور کنفیوژن جو ہیں ڈفرنٹ کمیونٹیز کے</w:t>
      </w:r>
    </w:p>
    <w:p>
      <w:r>
        <w:rPr>
          <w:b/>
        </w:rPr>
        <w:t xml:space="preserve">[06:23] </w:t>
      </w:r>
      <w:r>
        <w:t>bech mein wo bohat zyada jo hai wo aa chuke hain.</w:t>
      </w:r>
    </w:p>
    <w:p>
      <w:pPr>
        <w:jc w:val="right"/>
      </w:pPr>
      <w:r>
        <w:t>بیچ میں وہ بہت زیادہ جو ہے وہ آ چکے ہیں۔</w:t>
      </w:r>
    </w:p>
    <w:p>
      <w:r>
        <w:rPr>
          <w:b/>
        </w:rPr>
        <w:t xml:space="preserve">[06:28] </w:t>
      </w:r>
      <w:r>
        <w:t>aur mein samajhta hoon ke agar aaj bhi hum Maulana sahib ke dikhaye hue raston par agar nahi</w:t>
      </w:r>
    </w:p>
    <w:p>
      <w:pPr>
        <w:jc w:val="right"/>
      </w:pPr>
      <w:r>
        <w:t>اور میں سمجھتا ہوں کہ اگر آج بھی ہم مولانا صاحب کے دکھائے ہوئے راستوں پر اگر نہیں</w:t>
      </w:r>
    </w:p>
    <w:p>
      <w:r>
        <w:rPr>
          <w:b/>
        </w:rPr>
        <w:t xml:space="preserve">[06:34] </w:t>
      </w:r>
      <w:r>
        <w:t>chalte hain to terrorism jo hai ek bohat virat roop jo hai wo isne aah ikhtiyar kar liya hai.</w:t>
      </w:r>
    </w:p>
    <w:p>
      <w:pPr>
        <w:jc w:val="right"/>
      </w:pPr>
      <w:r>
        <w:t>چلتے ہیں تو ٹیررزم جو ہے ایک بہت وراٹ روپ جو ہے وہ اس نے آہ اختیار کر لیا ہے۔</w:t>
      </w:r>
    </w:p>
    <w:p>
      <w:r>
        <w:rPr>
          <w:b/>
        </w:rPr>
        <w:t xml:space="preserve">[06:40] </w:t>
      </w:r>
      <w:r>
        <w:t>agar hum ikatthe nahi hue aur is direction mein kaam nahi kiya aah peace ke hawale se to</w:t>
      </w:r>
    </w:p>
    <w:p>
      <w:pPr>
        <w:jc w:val="right"/>
      </w:pPr>
      <w:r>
        <w:t>اگر ہم اکٹھے نہیں ہوئے اور اس ڈائریکشن میں کام نہیں کیا آہ پیس کے حوالے سے تو</w:t>
      </w:r>
    </w:p>
    <w:p>
      <w:r>
        <w:rPr>
          <w:b/>
        </w:rPr>
        <w:t xml:space="preserve">[06:46] </w:t>
      </w:r>
      <w:r>
        <w:t>mein samajhta hoon ke hum saare jo hain is planet pe jo hai wo danger mein hain.</w:t>
      </w:r>
    </w:p>
    <w:p>
      <w:pPr>
        <w:jc w:val="right"/>
      </w:pPr>
      <w:r>
        <w:t>میں سمجھتا ہوں کہ ہم سارے جو ہیں اس پلینٹ پہ جو ہے وہ ڈینجر میں ہیں۔</w:t>
      </w:r>
    </w:p>
    <w:p>
      <w:r>
        <w:rPr>
          <w:b/>
        </w:rPr>
        <w:t xml:space="preserve">[06:52] </w:t>
      </w:r>
      <w:r>
        <w:t>aur humanity poori jo hai insaniyat jo hai wo stake par hai.</w:t>
      </w:r>
    </w:p>
    <w:p>
      <w:pPr>
        <w:jc w:val="right"/>
      </w:pPr>
      <w:r>
        <w:t>اور ہیومینٹی پوری جو ہے انسانیت جو ہے وہ سٹیک پر ہے۔</w:t>
      </w:r>
    </w:p>
    <w:p>
      <w:r>
        <w:rPr>
          <w:b/>
        </w:rPr>
        <w:t xml:space="preserve">[06:57] </w:t>
      </w:r>
      <w:r>
        <w:t>to mein guzarish karunga Maulana sahib ko ke aap hamein aaj guide karein taake Gandhi grassroots family</w:t>
      </w:r>
    </w:p>
    <w:p>
      <w:pPr>
        <w:jc w:val="right"/>
      </w:pPr>
      <w:r>
        <w:t>تو میں گزارش کروں گا مولانا صاحب کو کہ آپ ہمیں آج گائیڈ کریں تاکہ گاندھی گروٹ فیملی</w:t>
      </w:r>
    </w:p>
    <w:p>
      <w:r>
        <w:rPr>
          <w:b/>
        </w:rPr>
        <w:t xml:space="preserve">[07:03] </w:t>
      </w:r>
      <w:r>
        <w:t>jo hai poore desh ke andar aur aah aah apni neighboring countries ke andar aur hum 45 countries</w:t>
      </w:r>
    </w:p>
    <w:p>
      <w:pPr>
        <w:jc w:val="right"/>
      </w:pPr>
      <w:r>
        <w:t>جو ہے پورے دیش کے اندر اور آہ آہ اپنی نیبرنگ کنٹریز کے اندر اور ہم پینتالیس کنٹریز</w:t>
      </w:r>
    </w:p>
    <w:p>
      <w:r>
        <w:rPr>
          <w:b/>
        </w:rPr>
        <w:t xml:space="preserve">[07:09] </w:t>
      </w:r>
      <w:r>
        <w:t>mein jo hai wo aah chhoti chhoti presence jo hai hamari hai to aap ka message jo hai</w:t>
      </w:r>
    </w:p>
    <w:p>
      <w:pPr>
        <w:jc w:val="right"/>
      </w:pPr>
      <w:r>
        <w:t>میں جو ہے وہ آہ چھوٹی چھوٹی پریزنس جو ہے ہماری ہے تو آپ کا میسج جو ہے</w:t>
      </w:r>
    </w:p>
    <w:p>
      <w:r>
        <w:rPr>
          <w:b/>
        </w:rPr>
        <w:t xml:space="preserve">[07:15] </w:t>
      </w:r>
      <w:r>
        <w:t>hum jo hai koshish karenge ke grass root tak pahunche aur wahan tak pahunche jahan Gandhi ji</w:t>
      </w:r>
    </w:p>
    <w:p>
      <w:pPr>
        <w:jc w:val="right"/>
      </w:pPr>
      <w:r>
        <w:t>ہم جو ہے کوشش کریں گے کہ گراس روٹ تک پہنچے اور وہاں تک پہنچے جہاں گاندھی جی</w:t>
      </w:r>
    </w:p>
    <w:p>
      <w:r>
        <w:rPr>
          <w:b/>
        </w:rPr>
        <w:t xml:space="preserve">[07:20] </w:t>
      </w:r>
      <w:r>
        <w:t>ke aah jo hai wo follower jo hai jo chahe na aap ke connection mein hai na hamare</w:t>
      </w:r>
    </w:p>
    <w:p>
      <w:pPr>
        <w:jc w:val="right"/>
      </w:pPr>
      <w:r>
        <w:t>کے آہ جو ہے وہ فالوور جو ہے جو چاہے نہ آپ کے کنیکشن میں ہے نہ ہمارے</w:t>
      </w:r>
    </w:p>
    <w:p>
      <w:r>
        <w:rPr>
          <w:b/>
        </w:rPr>
        <w:t xml:space="preserve">[07:26] </w:t>
      </w:r>
      <w:r>
        <w:t>connection mein hai lekin aap ki baat jo hai wo wo sunte hain aur wo jo hai wo</w:t>
      </w:r>
    </w:p>
    <w:p>
      <w:pPr>
        <w:jc w:val="right"/>
      </w:pPr>
      <w:r>
        <w:t>کنیکشن میں ہے لیکن آپ کی بات جو ہے وہ وہ سنتے ہیں اور وہ جو ہے وہ</w:t>
      </w:r>
    </w:p>
    <w:p>
      <w:r>
        <w:rPr>
          <w:b/>
        </w:rPr>
        <w:t xml:space="preserve">[07:32] </w:t>
      </w:r>
      <w:r>
        <w:t>follow karne ki koshish karte hain.</w:t>
      </w:r>
    </w:p>
    <w:p>
      <w:pPr>
        <w:jc w:val="right"/>
      </w:pPr>
      <w:r>
        <w:t>فالو کرنے کی کوشش کرتے ہیں۔</w:t>
      </w:r>
    </w:p>
    <w:p>
      <w:r>
        <w:rPr>
          <w:b/>
        </w:rPr>
        <w:t xml:space="preserve">[07:38] </w:t>
      </w:r>
      <w:r>
        <w:t>ji Maulana sahib.</w:t>
      </w:r>
    </w:p>
    <w:p>
      <w:pPr>
        <w:jc w:val="right"/>
      </w:pPr>
      <w:r>
        <w:t>جی مولانا صاحب۔</w:t>
      </w:r>
    </w:p>
    <w:p>
      <w:r>
        <w:rPr>
          <w:b/>
        </w:rPr>
        <w:t xml:space="preserve">[07:44] </w:t>
      </w:r>
      <w:r>
        <w:t>bohat bohat shukriya.</w:t>
      </w:r>
    </w:p>
    <w:p>
      <w:pPr>
        <w:jc w:val="right"/>
      </w:pPr>
      <w:r>
        <w:t>بہت بہت شکریہ۔</w:t>
      </w:r>
    </w:p>
    <w:p>
      <w:r>
        <w:rPr>
          <w:b/>
        </w:rPr>
        <w:t xml:space="preserve">[07:51] </w:t>
      </w:r>
      <w:r>
        <w:t>SP Verma ji se aaj mil kar wo din yaad aa gaye jab hum dono ek saath</w:t>
      </w:r>
    </w:p>
    <w:p>
      <w:pPr>
        <w:jc w:val="right"/>
      </w:pPr>
      <w:r>
        <w:t>ایس پی ورما جی سے آج مل کر وہ دن یاد آ گئے جب ہم دونوں ایک ساتھ</w:t>
      </w:r>
    </w:p>
    <w:p>
      <w:r>
        <w:rPr>
          <w:b/>
        </w:rPr>
        <w:t xml:space="preserve">[07:59] </w:t>
      </w:r>
      <w:r>
        <w:t>yahan se Chitrakoot gaye the aur Nirmal Deshpande ji hamari leader theen to mujhe bohat acha laga</w:t>
      </w:r>
    </w:p>
    <w:p>
      <w:pPr>
        <w:jc w:val="right"/>
      </w:pPr>
      <w:r>
        <w:t>یہاں سے چترکوٹ گئے تھے اور نرمل دیش پانڈے جی ہماری لیڈر تھیں تو مجھے بہت اچھا لگا</w:t>
      </w:r>
    </w:p>
    <w:p>
      <w:r>
        <w:rPr>
          <w:b/>
        </w:rPr>
        <w:t xml:space="preserve">[08:07] </w:t>
      </w:r>
      <w:r>
        <w:t>tha aur is is ko soch kar mujhe abhi bhi prera prera milti hai.</w:t>
      </w:r>
    </w:p>
    <w:p>
      <w:pPr>
        <w:jc w:val="right"/>
      </w:pPr>
      <w:r>
        <w:t>تھا اور اس اس کو سوچ کر مجھے ابھی بھی پریرہ پریرہ ملتی ہے۔</w:t>
      </w:r>
    </w:p>
    <w:p>
      <w:r>
        <w:rPr>
          <w:b/>
        </w:rPr>
        <w:t xml:space="preserve">[08:15] </w:t>
      </w:r>
      <w:r>
        <w:t>jahan tak mera mamla hai to mein ek aise p-parivar mein janam liya jo Gandhi wadi tha.</w:t>
      </w:r>
    </w:p>
    <w:p>
      <w:pPr>
        <w:jc w:val="right"/>
      </w:pPr>
      <w:r>
        <w:t>جہاں تک میرا معاملہ ہے تو میں ایک ایسے پ-پریوار میں جنا یو پی کے جو گاندھی وادی تھا۔</w:t>
      </w:r>
    </w:p>
    <w:p>
      <w:r>
        <w:rPr>
          <w:b/>
        </w:rPr>
        <w:t xml:space="preserve">[08:23] </w:t>
      </w:r>
      <w:r>
        <w:t>to mein bachpan se Gandhi ka naam sunta raha aur mere bare bhai Iqbal Ahmed Sohail MA</w:t>
      </w:r>
    </w:p>
    <w:p>
      <w:pPr>
        <w:jc w:val="right"/>
      </w:pPr>
      <w:r>
        <w:t>تو میں بچپن سے گاندھی کا نام سنتا رہا اور میرے بڑے بھائی اقبال احمد سہیل ایم اے</w:t>
      </w:r>
    </w:p>
    <w:p>
      <w:r>
        <w:rPr>
          <w:b/>
        </w:rPr>
        <w:t xml:space="preserve">[08:31] </w:t>
      </w:r>
      <w:r>
        <w:t>Rizvi wo bohat bare Gandhi wadi the aur shayar bhi the wo.</w:t>
      </w:r>
    </w:p>
    <w:p>
      <w:pPr>
        <w:jc w:val="right"/>
      </w:pPr>
      <w:r>
        <w:t>رضوی وہ بہت بڑے گاندھی وادی تھے اور شاعر بھی تھے وہ۔</w:t>
      </w:r>
    </w:p>
    <w:p>
      <w:r>
        <w:rPr>
          <w:b/>
        </w:rPr>
        <w:t xml:space="preserve">[08:39] </w:t>
      </w:r>
      <w:r>
        <w:t>to unhone ek sher kaha tha.</w:t>
      </w:r>
    </w:p>
    <w:p>
      <w:pPr>
        <w:jc w:val="right"/>
      </w:pPr>
      <w:r>
        <w:t>تو انہوں نے ایک شعر کہا تھا۔</w:t>
      </w:r>
    </w:p>
    <w:p>
      <w:r>
        <w:rPr>
          <w:b/>
        </w:rPr>
        <w:t xml:space="preserve">[08:47] </w:t>
      </w:r>
      <w:r>
        <w:t>kai sher kahe the Gandhi ji ke yaad mein.</w:t>
      </w:r>
    </w:p>
    <w:p>
      <w:pPr>
        <w:jc w:val="right"/>
      </w:pPr>
      <w:r>
        <w:t>کئی شعر کہے تھے گاندھی جی کے یاد میں۔</w:t>
      </w:r>
    </w:p>
    <w:p>
      <w:r>
        <w:rPr>
          <w:b/>
        </w:rPr>
        <w:t xml:space="preserve">[08:55] </w:t>
      </w:r>
      <w:r>
        <w:t>to is mein ek sher yeh tha: "ghalat yeh ke faqat Hinduon ka leader tha ke tha tamam</w:t>
      </w:r>
    </w:p>
    <w:p>
      <w:pPr>
        <w:jc w:val="right"/>
      </w:pPr>
      <w:r>
        <w:t>تو اس میں ایک شعر یہ تھا: "غلط یہ کہ فقط ہندوؤں کا لیڈر تھا کہ تھا تمام</w:t>
      </w:r>
    </w:p>
    <w:p>
      <w:r>
        <w:rPr>
          <w:b/>
        </w:rPr>
        <w:t xml:space="preserve">[09:03] </w:t>
      </w:r>
      <w:r>
        <w:t>jahan bhar kar inma gandhi. Indeed, it is wrong to say that Gandhi was the leader of Hindus.</w:t>
      </w:r>
    </w:p>
    <w:p>
      <w:pPr>
        <w:jc w:val="right"/>
      </w:pPr>
      <w:r>
        <w:t>جہاں بھر کر انما گاندھی۔" Indeed, it is wrong to say that Gandhi was the leader of Hindus.</w:t>
      </w:r>
    </w:p>
    <w:p>
      <w:r>
        <w:rPr>
          <w:b/>
        </w:rPr>
        <w:t xml:space="preserve">[09:11] </w:t>
      </w:r>
      <w:r>
        <w:t>Instead, Gandhi was the leader of all mankind.</w:t>
      </w:r>
    </w:p>
    <w:p>
      <w:pPr>
        <w:jc w:val="right"/>
      </w:pPr>
      <w:r>
        <w:t>Instead, Gandhi was the leader of all mankind.</w:t>
      </w:r>
    </w:p>
    <w:p>
      <w:r>
        <w:rPr>
          <w:b/>
        </w:rPr>
        <w:t xml:space="preserve">[09:19] </w:t>
      </w:r>
      <w:r>
        <w:t>to main samajhta hoon kay gandhi hamaray india ki pehchan hai.</w:t>
      </w:r>
    </w:p>
    <w:p>
      <w:pPr>
        <w:jc w:val="right"/>
      </w:pPr>
      <w:r>
        <w:t>تو میں سمجھتا ہوں کہ گاندھی ہمارے انڈیا کی پہچان ہے۔</w:t>
      </w:r>
    </w:p>
    <w:p>
      <w:r>
        <w:rPr>
          <w:b/>
        </w:rPr>
        <w:t xml:space="preserve">[09:23] </w:t>
      </w:r>
      <w:r>
        <w:t>aur sirf india ki nahin, sari dunya ki hope hai.</w:t>
      </w:r>
    </w:p>
    <w:p>
      <w:pPr>
        <w:jc w:val="right"/>
      </w:pPr>
      <w:r>
        <w:t>اور صرف انڈیا کی نہیں، ساری دنیا کی ہوپ ہے۔</w:t>
      </w:r>
    </w:p>
    <w:p>
      <w:r>
        <w:rPr>
          <w:b/>
        </w:rPr>
        <w:t xml:space="preserve">[09:28] </w:t>
      </w:r>
      <w:r>
        <w:t>kyun kay aaj dunya mein aap dekhtay hain kay violence hai, hate hai, intolerance hai.</w:t>
      </w:r>
    </w:p>
    <w:p>
      <w:pPr>
        <w:jc w:val="right"/>
      </w:pPr>
      <w:r>
        <w:t>کیونکہ آج دنیا میں آپ دیکھتے ہیں کہ وائلنس ہے، ہیٹ ہے، ان ٹالرنس ہے۔</w:t>
      </w:r>
    </w:p>
    <w:p>
      <w:r>
        <w:rPr>
          <w:b/>
        </w:rPr>
        <w:t xml:space="preserve">[09:34] </w:t>
      </w:r>
      <w:r>
        <w:t>to is mein gandhi aik bohat bari hope hai.</w:t>
      </w:r>
    </w:p>
    <w:p>
      <w:pPr>
        <w:jc w:val="right"/>
      </w:pPr>
      <w:r>
        <w:t>تو اس میں گاندھی ایک بہت بڑی ہوپ ہے۔</w:t>
      </w:r>
    </w:p>
    <w:p>
      <w:r>
        <w:rPr>
          <w:b/>
        </w:rPr>
        <w:t xml:space="preserve">[09:38] </w:t>
      </w:r>
      <w:r>
        <w:t>kyun kay gandhi woh insan hain jinhon nay peace kay through aik bohat bari achievement ki.</w:t>
      </w:r>
    </w:p>
    <w:p>
      <w:pPr>
        <w:jc w:val="right"/>
      </w:pPr>
      <w:r>
        <w:t>کیونکہ گاندھی وہ انسان ہیں جنہوں نے پیس کے تھرو ایک بہت بڑی اچیومنٹ کی۔</w:t>
      </w:r>
    </w:p>
    <w:p>
      <w:r>
        <w:rPr>
          <w:b/>
        </w:rPr>
        <w:t xml:space="preserve">[09:44] </w:t>
      </w:r>
      <w:r>
        <w:t>bohat bari achievement.</w:t>
      </w:r>
    </w:p>
    <w:p>
      <w:pPr>
        <w:jc w:val="right"/>
      </w:pPr>
      <w:r>
        <w:t>بہت بڑی اچیومنٹ۔</w:t>
      </w:r>
    </w:p>
    <w:p>
      <w:r>
        <w:rPr>
          <w:b/>
        </w:rPr>
        <w:t xml:space="preserve">[09:46] </w:t>
      </w:r>
      <w:r>
        <w:t>to main khud bhi aik keh sakta hoon kay main aik gandhi wadi hoon.</w:t>
      </w:r>
    </w:p>
    <w:p>
      <w:pPr>
        <w:jc w:val="right"/>
      </w:pPr>
      <w:r>
        <w:t>تو میں خود بھی ایک کہہ سکتا ہوں کہ میں ایک گاندھی وادی ہوں۔</w:t>
      </w:r>
    </w:p>
    <w:p>
      <w:r>
        <w:rPr>
          <w:b/>
        </w:rPr>
        <w:t xml:space="preserve">[09:52] </w:t>
      </w:r>
      <w:r>
        <w:t>aur main nay jo mission shuru kiya, peace ka mission, to bohat say log tarah tarah ki baatein</w:t>
      </w:r>
    </w:p>
    <w:p>
      <w:pPr>
        <w:jc w:val="right"/>
      </w:pPr>
      <w:r>
        <w:t>اور میں نے جو مشن شروع کیا، پیس کا مشن، تو بہت سے لوگ طرح طرح کی باتیں</w:t>
      </w:r>
    </w:p>
    <w:p>
      <w:r>
        <w:rPr>
          <w:b/>
        </w:rPr>
        <w:t xml:space="preserve">[09:59] </w:t>
      </w:r>
      <w:r>
        <w:t>kartay thay.</w:t>
      </w:r>
    </w:p>
    <w:p>
      <w:pPr>
        <w:jc w:val="right"/>
      </w:pPr>
      <w:r>
        <w:t>کرتے تھے۔</w:t>
      </w:r>
    </w:p>
    <w:p>
      <w:r>
        <w:rPr>
          <w:b/>
        </w:rPr>
        <w:t xml:space="preserve">[10:01] </w:t>
      </w:r>
      <w:r>
        <w:t>is zamanay mein main nay do sapnay dekhay.</w:t>
      </w:r>
    </w:p>
    <w:p>
      <w:pPr>
        <w:jc w:val="right"/>
      </w:pPr>
      <w:r>
        <w:t>اس زمانے میں میں نے دو سپنے دیکھے۔</w:t>
      </w:r>
    </w:p>
    <w:p>
      <w:r>
        <w:rPr>
          <w:b/>
        </w:rPr>
        <w:t xml:space="preserve">[10:04] </w:t>
      </w:r>
      <w:r>
        <w:t>is say mujhe bohat bari taqat mili.</w:t>
      </w:r>
    </w:p>
    <w:p>
      <w:pPr>
        <w:jc w:val="right"/>
      </w:pPr>
      <w:r>
        <w:t>اس سے مجھے بہت بڑی طاقت ملی۔</w:t>
      </w:r>
    </w:p>
    <w:p>
      <w:r>
        <w:rPr>
          <w:b/>
        </w:rPr>
        <w:t xml:space="preserve">[10:07] </w:t>
      </w:r>
      <w:r>
        <w:t>aik sapna is mein yeh tha kay main aik road pay chal raha hoon akela.</w:t>
      </w:r>
    </w:p>
    <w:p>
      <w:pPr>
        <w:jc w:val="right"/>
      </w:pPr>
      <w:r>
        <w:t>ایک سپنا اس میں یہ تھا کہ میں ایک روڈ پہ چل رہا ہوں اکیلا۔</w:t>
      </w:r>
    </w:p>
    <w:p>
      <w:r>
        <w:rPr>
          <w:b/>
        </w:rPr>
        <w:t xml:space="preserve">[10:14] </w:t>
      </w:r>
      <w:r>
        <w:t>akela.</w:t>
      </w:r>
    </w:p>
    <w:p>
      <w:pPr>
        <w:jc w:val="right"/>
      </w:pPr>
      <w:r>
        <w:t>اکیلا۔</w:t>
      </w:r>
    </w:p>
    <w:p>
      <w:r>
        <w:rPr>
          <w:b/>
        </w:rPr>
        <w:t xml:space="preserve">[10:15] </w:t>
      </w:r>
      <w:r>
        <w:t>to chalte chalte main nay dekha kay road kay kinaray aik aadmi baitha hua hai.</w:t>
      </w:r>
    </w:p>
    <w:p>
      <w:pPr>
        <w:jc w:val="right"/>
      </w:pPr>
      <w:r>
        <w:t>تو چلتے چلتے میں نے دیکھا کہ روڈ کے کنارے ایک آدمی بیٹھا ہوا ہے۔</w:t>
      </w:r>
    </w:p>
    <w:p>
      <w:r>
        <w:rPr>
          <w:b/>
        </w:rPr>
        <w:t xml:space="preserve">[10:22] </w:t>
      </w:r>
      <w:r>
        <w:t>main pass gaya to woh mahatma gandhi thay.</w:t>
      </w:r>
    </w:p>
    <w:p>
      <w:pPr>
        <w:jc w:val="right"/>
      </w:pPr>
      <w:r>
        <w:t>میں پاس گیا تو وہ مہاتما گاندھی تھے۔</w:t>
      </w:r>
    </w:p>
    <w:p>
      <w:r>
        <w:rPr>
          <w:b/>
        </w:rPr>
        <w:t xml:space="preserve">[10:25] </w:t>
      </w:r>
      <w:r>
        <w:t>baithay hue thay.</w:t>
      </w:r>
    </w:p>
    <w:p>
      <w:pPr>
        <w:jc w:val="right"/>
      </w:pPr>
      <w:r>
        <w:t>بیٹھے ہوئے تھے۔</w:t>
      </w:r>
    </w:p>
    <w:p>
      <w:r>
        <w:rPr>
          <w:b/>
        </w:rPr>
        <w:t xml:space="preserve">[10:27] </w:t>
      </w:r>
      <w:r>
        <w:t>unhon nay apna hath dala andar aur do pen nikale.</w:t>
      </w:r>
    </w:p>
    <w:p>
      <w:pPr>
        <w:jc w:val="right"/>
      </w:pPr>
      <w:r>
        <w:t>انہوں نے اپنا ہاتھ ڈالا اندر اور دو پن نکالے۔</w:t>
      </w:r>
    </w:p>
    <w:p>
      <w:r>
        <w:rPr>
          <w:b/>
        </w:rPr>
        <w:t xml:space="preserve">[10:31] </w:t>
      </w:r>
      <w:r>
        <w:t>do qalam.</w:t>
      </w:r>
    </w:p>
    <w:p>
      <w:pPr>
        <w:jc w:val="right"/>
      </w:pPr>
      <w:r>
        <w:t>دو قلم۔</w:t>
      </w:r>
    </w:p>
    <w:p>
      <w:r>
        <w:rPr>
          <w:b/>
        </w:rPr>
        <w:t xml:space="preserve">[10:32] </w:t>
      </w:r>
      <w:r>
        <w:t>un ke paas nahi hui.</w:t>
      </w:r>
    </w:p>
    <w:p>
      <w:pPr>
        <w:jc w:val="right"/>
      </w:pPr>
      <w:r>
        <w:t>ان کے پاس نہیں ہوئی۔</w:t>
      </w:r>
    </w:p>
    <w:p>
      <w:r>
        <w:rPr>
          <w:b/>
        </w:rPr>
        <w:t xml:space="preserve">[10:35] </w:t>
      </w:r>
      <w:r>
        <w:t>un ke paas to raha bas kuch dair tak lekin baat cheet zyada nahi hui.</w:t>
      </w:r>
    </w:p>
    <w:p>
      <w:pPr>
        <w:jc w:val="right"/>
      </w:pPr>
      <w:r>
        <w:t>ان کے پاس تو رہا بس کچھ دیر تک لیکن بات چیت زیادہ نہیں ہوئی۔</w:t>
      </w:r>
    </w:p>
    <w:p>
      <w:r>
        <w:rPr>
          <w:b/>
        </w:rPr>
        <w:t xml:space="preserve">[10:41] </w:t>
      </w:r>
      <w:r>
        <w:t>wo nikala unhon ne aur mujh ko diya do pin.</w:t>
      </w:r>
    </w:p>
    <w:p>
      <w:pPr>
        <w:jc w:val="right"/>
      </w:pPr>
      <w:r>
        <w:t>وہ نکالا انہوں نے اور مجھ کو دیا دو پن۔</w:t>
      </w:r>
    </w:p>
    <w:p>
      <w:r>
        <w:rPr>
          <w:b/>
        </w:rPr>
        <w:t xml:space="preserve">[10:45] </w:t>
      </w:r>
      <w:r>
        <w:t>aur kaha ke Maulana sahib aap jo kaam kar rahe hain us ko karte rahiye.</w:t>
      </w:r>
    </w:p>
    <w:p>
      <w:pPr>
        <w:jc w:val="right"/>
      </w:pPr>
      <w:r>
        <w:t>اور کہا کہ مولانا صاحب آپ جو کام کر رہے ہیں اس کو کرتے رہیے۔</w:t>
      </w:r>
    </w:p>
    <w:p>
      <w:r>
        <w:rPr>
          <w:b/>
        </w:rPr>
        <w:t xml:space="preserve">[10:52] </w:t>
      </w:r>
      <w:r>
        <w:t>yahi ek sabaq samjhen.</w:t>
      </w:r>
    </w:p>
    <w:p>
      <w:pPr>
        <w:jc w:val="right"/>
      </w:pPr>
      <w:r>
        <w:t>یہی ایک سبق سمجھیں۔</w:t>
      </w:r>
    </w:p>
    <w:p>
      <w:r>
        <w:rPr>
          <w:b/>
        </w:rPr>
        <w:t xml:space="preserve">[10:53] </w:t>
      </w:r>
      <w:r>
        <w:t>Maulana sahib aap jo kaam kar rahe hain us ko karte rahiye.</w:t>
      </w:r>
    </w:p>
    <w:p>
      <w:pPr>
        <w:jc w:val="right"/>
      </w:pPr>
      <w:r>
        <w:t>مولانا صاحب آپ جو کام کر رہے ہیں اس کو کرتے رہیے۔</w:t>
      </w:r>
    </w:p>
    <w:p>
      <w:r>
        <w:rPr>
          <w:b/>
        </w:rPr>
        <w:t xml:space="preserve">[10:59] </w:t>
      </w:r>
      <w:r>
        <w:t>main samajhta hoon ke do pin ka matlab yeh tha ke is ko stop mat kijiye.</w:t>
      </w:r>
    </w:p>
    <w:p>
      <w:pPr>
        <w:jc w:val="right"/>
      </w:pPr>
      <w:r>
        <w:t>میں سمجھتا ہوں کہ دو پن کا مطلب یہ تھا کہ اس کو سٹاپ مت کیجیے۔</w:t>
      </w:r>
    </w:p>
    <w:p>
      <w:r>
        <w:rPr>
          <w:b/>
        </w:rPr>
        <w:t xml:space="preserve">[11:05] </w:t>
      </w:r>
      <w:r>
        <w:t>ek pin khatam hota hai doosra pin hai.</w:t>
      </w:r>
    </w:p>
    <w:p>
      <w:pPr>
        <w:jc w:val="right"/>
      </w:pPr>
      <w:r>
        <w:t>ایک پن ختم ہوتا ہے دوسرا پن ہے۔</w:t>
      </w:r>
    </w:p>
    <w:p>
      <w:r>
        <w:rPr>
          <w:b/>
        </w:rPr>
        <w:t xml:space="preserve">[11:09] </w:t>
      </w:r>
      <w:r>
        <w:t>doosra khatam hota hai teesra pin hai.</w:t>
      </w:r>
    </w:p>
    <w:p>
      <w:pPr>
        <w:jc w:val="right"/>
      </w:pPr>
      <w:r>
        <w:t>دوسرا ختم ہوتا ہے تیسرا پن ہے۔</w:t>
      </w:r>
    </w:p>
    <w:p>
      <w:r>
        <w:rPr>
          <w:b/>
        </w:rPr>
        <w:t xml:space="preserve">[11:12] </w:t>
      </w:r>
      <w:r>
        <w:t>to yeh mere liye bohat bara prera tha aur main isi raah par chal raha hoon.</w:t>
      </w:r>
    </w:p>
    <w:p>
      <w:pPr>
        <w:jc w:val="right"/>
      </w:pPr>
      <w:r>
        <w:t>تو یہ میرے لیے بہت بڑا پریرہ تھا اور میں اسی راہ پر چل رہا ہوں۔</w:t>
      </w:r>
    </w:p>
    <w:p>
      <w:r>
        <w:rPr>
          <w:b/>
        </w:rPr>
        <w:t xml:space="preserve">[11:19] </w:t>
      </w:r>
      <w:r>
        <w:t>aur meri yahi sab se bari khwahish hai ke hamare desh mein aur sari duniya mein peace aaye.</w:t>
      </w:r>
    </w:p>
    <w:p>
      <w:pPr>
        <w:jc w:val="right"/>
      </w:pPr>
      <w:r>
        <w:t>اور میری یہی سب سے بڑی خواہش ہے کہ ہمارے دیش میں اور ساری دنیا میں پیس آئے۔</w:t>
      </w:r>
    </w:p>
    <w:p>
      <w:r>
        <w:rPr>
          <w:b/>
        </w:rPr>
        <w:t xml:space="preserve">[11:26] </w:t>
      </w:r>
      <w:r>
        <w:t>abhi jo news aa rahi hain Kashmir se to main rota hoon us waqt khabron par ke kaise</w:t>
      </w:r>
    </w:p>
    <w:p>
      <w:pPr>
        <w:jc w:val="right"/>
      </w:pPr>
      <w:r>
        <w:t>ابھی جو نیوز آ رہی ہیں کشمیر سے تو میں روتا ہوں اس وقت خبروں پر کہ کیسے</w:t>
      </w:r>
    </w:p>
    <w:p>
      <w:r>
        <w:rPr>
          <w:b/>
        </w:rPr>
        <w:t xml:space="preserve">[11:34] </w:t>
      </w:r>
      <w:r>
        <w:t>log hain kuch jante nahi ke violence se duniya mein kabhi kisi ko kuch mila nahi aur na</w:t>
      </w:r>
    </w:p>
    <w:p>
      <w:pPr>
        <w:jc w:val="right"/>
      </w:pPr>
      <w:r>
        <w:t>لوگ ہیں کچھ جانتے نہیں کہ وائلنس سے دنیا میں کبھی کسی کو کچھ ملا نہیں اور نہ</w:t>
      </w:r>
    </w:p>
    <w:p>
      <w:r>
        <w:rPr>
          <w:b/>
        </w:rPr>
        <w:t xml:space="preserve">[11:42] </w:t>
      </w:r>
      <w:r>
        <w:t>milne wala hai.</w:t>
      </w:r>
    </w:p>
    <w:p>
      <w:pPr>
        <w:jc w:val="right"/>
      </w:pPr>
      <w:r>
        <w:t>ملنے والا ہے۔</w:t>
      </w:r>
    </w:p>
    <w:p>
      <w:r>
        <w:rPr>
          <w:b/>
        </w:rPr>
        <w:t xml:space="preserve">[11:43] </w:t>
      </w:r>
      <w:r>
        <w:t>sari duniya ki history batati hai ke violence se kisi ko kuch nahi mila aur na aage milne</w:t>
      </w:r>
    </w:p>
    <w:p>
      <w:pPr>
        <w:jc w:val="right"/>
      </w:pPr>
      <w:r>
        <w:t>ساری دنیا کی ہسٹری بتاتی ہے کہ وائلنس سے کسی کو کچھ نہیں ملا اور نہ آگے ملنے</w:t>
      </w:r>
    </w:p>
    <w:p>
      <w:r>
        <w:rPr>
          <w:b/>
        </w:rPr>
        <w:t xml:space="preserve">[11:51] </w:t>
      </w:r>
      <w:r>
        <w:t>wala hai.</w:t>
      </w:r>
    </w:p>
    <w:p>
      <w:pPr>
        <w:jc w:val="right"/>
      </w:pPr>
      <w:r>
        <w:t>والا ہے۔</w:t>
      </w:r>
    </w:p>
    <w:p>
      <w:r>
        <w:rPr>
          <w:b/>
        </w:rPr>
        <w:t xml:space="preserve">[11:53] </w:t>
      </w:r>
      <w:r>
        <w:t>jo kuch milega wo milega peace se.</w:t>
      </w:r>
    </w:p>
    <w:p>
      <w:pPr>
        <w:jc w:val="right"/>
      </w:pPr>
      <w:r>
        <w:t>جو کچھ ملے گا وہ ملے گا پیس سے۔</w:t>
      </w:r>
    </w:p>
    <w:p>
      <w:r>
        <w:rPr>
          <w:b/>
        </w:rPr>
        <w:t xml:space="preserve">[11:56] </w:t>
      </w:r>
      <w:r>
        <w:t>peace se.</w:t>
      </w:r>
    </w:p>
    <w:p>
      <w:pPr>
        <w:jc w:val="right"/>
      </w:pPr>
      <w:r>
        <w:t>پیس سے۔</w:t>
      </w:r>
    </w:p>
    <w:p>
      <w:r>
        <w:rPr>
          <w:b/>
        </w:rPr>
        <w:t xml:space="preserve">[11:58] </w:t>
      </w:r>
      <w:r>
        <w:t>to aaj aap ne jo mujhe award diya hai Gandhi Seva Medal award wo mere liye ek main</w:t>
      </w:r>
    </w:p>
    <w:p>
      <w:pPr>
        <w:jc w:val="right"/>
      </w:pPr>
      <w:r>
        <w:t>تو آج آپ نے جو مجھے ایوارڈ دیا ہے گاندھی سیوا میڈل ایوارڈ وہ میرے لیے ایک میں</w:t>
      </w:r>
    </w:p>
    <w:p>
      <w:r>
        <w:rPr>
          <w:b/>
        </w:rPr>
        <w:t xml:space="preserve">[12:06] </w:t>
      </w:r>
      <w:r>
        <w:t>samajhta hoon ke mujhe aisa laga ke Gandhi ji ne dobara mujhe ek pin diya, teesra pin diya</w:t>
      </w:r>
    </w:p>
    <w:p>
      <w:pPr>
        <w:jc w:val="right"/>
      </w:pPr>
      <w:r>
        <w:t>سمجھتا ہوں کہ مجھے ایسا لگا کہ گاندھی جی نے دوبارہ مجھے ایک پن دیا، تیسرا پن دیا</w:t>
      </w:r>
    </w:p>
    <w:p>
      <w:r>
        <w:rPr>
          <w:b/>
        </w:rPr>
        <w:t xml:space="preserve">[12:13]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[12:15] </w:t>
      </w:r>
      <w:r>
        <w:t>Gandhi ji ne un ki aatma abhi bhi is ko abhi bhi main Gandhi ki aatma concern hoon</w:t>
      </w:r>
    </w:p>
    <w:p>
      <w:pPr>
        <w:jc w:val="right"/>
      </w:pPr>
      <w:r>
        <w:t>گاندھی جی نے ان کی آتما ابھی بھی اس کو ابھی بھی میں گاندھی کی آتما کنسرن ہوں</w:t>
      </w:r>
    </w:p>
    <w:p>
      <w:r>
        <w:rPr>
          <w:b/>
        </w:rPr>
        <w:t xml:space="preserve">[12:23] </w:t>
      </w:r>
      <w:r>
        <w:t>aur aap ka award jo hai mujhe aisa laga ke Mahatma Gandhi ne mujhe teesra pin bheja hai</w:t>
      </w:r>
    </w:p>
    <w:p>
      <w:pPr>
        <w:jc w:val="right"/>
      </w:pPr>
      <w:r>
        <w:t>اور آپ کا ایوارڈ جو ہے مجھے ایسا لگا کہ مہاتما گاندھی نے مجھے تیسرا پن بھیجا ہے</w:t>
      </w:r>
    </w:p>
    <w:p>
      <w:r>
        <w:rPr>
          <w:b/>
        </w:rPr>
        <w:t xml:space="preserve">[12:30] </w:t>
      </w:r>
      <w:r>
        <w:t>ke karte raho, karte raho.</w:t>
      </w:r>
    </w:p>
    <w:p>
      <w:pPr>
        <w:jc w:val="right"/>
      </w:pPr>
      <w:r>
        <w:t>کہ کرتے رہو، کرتے رہو۔</w:t>
      </w:r>
    </w:p>
    <w:p>
      <w:r>
        <w:rPr>
          <w:b/>
        </w:rPr>
        <w:t xml:space="preserve">[12:32] </w:t>
      </w:r>
      <w:r>
        <w:t>to is mein koi bhi shakk nahin ke siwaye peace ke, siwaye shanti ke hum kuch bhi hasil</w:t>
      </w:r>
    </w:p>
    <w:p>
      <w:pPr>
        <w:jc w:val="right"/>
      </w:pPr>
      <w:r>
        <w:t>تو اس میں کوئی بھی شک نہیں کہ سوائے پیس کے، سوائے شانتی کے ہم کچھ بھی حاصل</w:t>
      </w:r>
    </w:p>
    <w:p>
      <w:r>
        <w:rPr>
          <w:b/>
        </w:rPr>
        <w:t xml:space="preserve">[12:40] </w:t>
      </w:r>
      <w:r>
        <w:t>nahin kar sakte.</w:t>
      </w:r>
    </w:p>
    <w:p>
      <w:pPr>
        <w:jc w:val="right"/>
      </w:pPr>
      <w:r>
        <w:t>نہیں کر سکتے۔</w:t>
      </w:r>
    </w:p>
    <w:p>
      <w:r>
        <w:rPr>
          <w:b/>
        </w:rPr>
        <w:t xml:space="preserve">[12:42] </w:t>
      </w:r>
      <w:r>
        <w:t>violence se dunya mein hamesha barbadi aayi hai, bloodshed aaya hai.</w:t>
      </w:r>
    </w:p>
    <w:p>
      <w:pPr>
        <w:jc w:val="right"/>
      </w:pPr>
      <w:r>
        <w:t>وائلنس سے دنیا میں ہمیشہ بربادی آئی ہے، بلڈ شیڈ آیا ہے۔</w:t>
      </w:r>
    </w:p>
    <w:p>
      <w:r>
        <w:rPr>
          <w:b/>
        </w:rPr>
        <w:t xml:space="preserve">[12:47] </w:t>
      </w:r>
      <w:r>
        <w:t>koi positive cheez nahin aayi.</w:t>
      </w:r>
    </w:p>
    <w:p>
      <w:pPr>
        <w:jc w:val="right"/>
      </w:pPr>
      <w:r>
        <w:t>کوئی پازیٹیو چیز نہیں آئی۔</w:t>
      </w:r>
    </w:p>
    <w:p>
      <w:r>
        <w:rPr>
          <w:b/>
        </w:rPr>
        <w:t xml:space="preserve">[12:49] </w:t>
      </w:r>
      <w:r>
        <w:t>kabhi nahin.</w:t>
      </w:r>
    </w:p>
    <w:p>
      <w:pPr>
        <w:jc w:val="right"/>
      </w:pPr>
      <w:r>
        <w:t>کبھی نہیں۔</w:t>
      </w:r>
    </w:p>
    <w:p>
      <w:r>
        <w:rPr>
          <w:b/>
        </w:rPr>
        <w:t xml:space="preserve">[12:50] </w:t>
      </w:r>
      <w:r>
        <w:t>jab aage nahin, is se pehle nahin aayi to aaj kya aayegi? to main aaj mujhe aap</w:t>
      </w:r>
    </w:p>
    <w:p>
      <w:pPr>
        <w:jc w:val="right"/>
      </w:pPr>
      <w:r>
        <w:t>جب آگے نہیں، اس سے پہلے نہیں آئی تو آج کیا آئے گی؟ تو میں آج مجھے آپ</w:t>
      </w:r>
    </w:p>
    <w:p>
      <w:r>
        <w:rPr>
          <w:b/>
        </w:rPr>
        <w:t xml:space="preserve">[12:58] </w:t>
      </w:r>
      <w:r>
        <w:t>ka jo Mahatma Gandhi Seva Medal award tha, aap yeh mere Mahatma Gandhi ji ki taraf se teesra</w:t>
      </w:r>
    </w:p>
    <w:p>
      <w:pPr>
        <w:jc w:val="right"/>
      </w:pPr>
      <w:r>
        <w:t>کا جو مہاتما گاندھی سیوا میڈل ایوارڈ تھا، آپ یہ میرے مہاتما گاندھی جی کی طرف سے تیسرا</w:t>
      </w:r>
    </w:p>
    <w:p>
      <w:r>
        <w:rPr>
          <w:b/>
        </w:rPr>
        <w:t xml:space="preserve">[13:06] </w:t>
      </w:r>
      <w:r>
        <w:t>pan hai.</w:t>
      </w:r>
    </w:p>
    <w:p>
      <w:pPr>
        <w:jc w:val="right"/>
      </w:pPr>
      <w:r>
        <w:t>پن ہے۔</w:t>
      </w:r>
    </w:p>
    <w:p>
      <w:r>
        <w:rPr>
          <w:b/>
        </w:rPr>
        <w:t xml:space="preserve">[13:07] </w:t>
      </w:r>
      <w:r>
        <w:t>jaise ke woh keh rahe hon ke ke Maulana sahib peace ke mission jaari rakhiye, jaari rakhiye, jaari</w:t>
      </w:r>
    </w:p>
    <w:p>
      <w:pPr>
        <w:jc w:val="right"/>
      </w:pPr>
      <w:r>
        <w:t>جیسے کہ وہ کہہ رہے ہوں کہ کہ مولانا صاحب پیس کے مشن جاری رکھیے، جاری رکھیے، جاری</w:t>
      </w:r>
    </w:p>
    <w:p>
      <w:r>
        <w:rPr>
          <w:b/>
        </w:rPr>
        <w:t xml:space="preserve">[13:15] </w:t>
      </w:r>
      <w:r>
        <w:t>rakhiye.</w:t>
      </w:r>
    </w:p>
    <w:p>
      <w:pPr>
        <w:jc w:val="right"/>
      </w:pPr>
      <w:r>
        <w:t>رکھیے۔</w:t>
      </w:r>
    </w:p>
    <w:p>
      <w:r>
        <w:rPr>
          <w:b/>
        </w:rPr>
        <w:t xml:space="preserve">[13:17] </w:t>
      </w:r>
      <w:r>
        <w:t>aap ka peace, aap ke pan ki ink kabhi khatam nahin hogi.</w:t>
      </w:r>
    </w:p>
    <w:p>
      <w:pPr>
        <w:jc w:val="right"/>
      </w:pPr>
      <w:r>
        <w:t>آپ کا پیسے، آپ کے پن کی انک کبھی ختم نہیں ہوگی۔</w:t>
      </w:r>
    </w:p>
    <w:p>
      <w:r>
        <w:rPr>
          <w:b/>
        </w:rPr>
        <w:t xml:space="preserve">[13:22] </w:t>
      </w:r>
      <w:r>
        <w:t>aap ke pan ki ink kabhi khatam nahin hui.</w:t>
      </w:r>
    </w:p>
    <w:p>
      <w:pPr>
        <w:jc w:val="right"/>
      </w:pPr>
      <w:r>
        <w:t>آپ کے پن کی انک کبھی ختم نہیں ہوئی۔</w:t>
      </w:r>
    </w:p>
    <w:p>
      <w:r>
        <w:rPr>
          <w:b/>
        </w:rPr>
        <w:t xml:space="preserve">[13:26] </w:t>
      </w:r>
      <w:r>
        <w:t>yeh kaam karte Rahiye.</w:t>
      </w:r>
    </w:p>
    <w:p>
      <w:pPr>
        <w:jc w:val="right"/>
      </w:pPr>
      <w:r>
        <w:t>یہ کام کرتے رہیے۔</w:t>
      </w:r>
    </w:p>
    <w:p>
      <w:r>
        <w:rPr>
          <w:b/>
        </w:rPr>
        <w:t xml:space="preserve">[13:27] </w:t>
      </w:r>
      <w:r>
        <w:t>samajhta hoon ke Mahatma Gandhi hamare desh ki pehchan hain.</w:t>
      </w:r>
    </w:p>
    <w:p>
      <w:pPr>
        <w:jc w:val="right"/>
      </w:pPr>
      <w:r>
        <w:t>سمجھتا ہوں کہ مہاتما گاندھی ہمارے دیش کی پہچان ہیں۔</w:t>
      </w:r>
    </w:p>
    <w:p>
      <w:r>
        <w:rPr>
          <w:b/>
        </w:rPr>
        <w:t xml:space="preserve">[13:32] </w:t>
      </w:r>
      <w:r>
        <w:t>ek baar main bahar kahin gaya hua tha to wahan airport par logon ko rok liya gaya, kuch</w:t>
      </w:r>
    </w:p>
    <w:p>
      <w:pPr>
        <w:jc w:val="right"/>
      </w:pPr>
      <w:r>
        <w:t>ایک بار میں باہر کہیں گیا ہوا تھا تو وہاں ایئرپورٹ پر لوگوں کو روک لیا گیا، کچھ</w:t>
      </w:r>
    </w:p>
    <w:p>
      <w:r>
        <w:rPr>
          <w:b/>
        </w:rPr>
        <w:t xml:space="preserve">[13:39] </w:t>
      </w:r>
      <w:r>
        <w:t>check kar rahe the woh.</w:t>
      </w:r>
    </w:p>
    <w:p>
      <w:pPr>
        <w:jc w:val="right"/>
      </w:pPr>
      <w:r>
        <w:t>چیک کر رہے تھے وہ۔</w:t>
      </w:r>
    </w:p>
    <w:p>
      <w:r>
        <w:rPr>
          <w:b/>
        </w:rPr>
        <w:t xml:space="preserve">[13:41] </w:t>
      </w:r>
      <w:r>
        <w:t>jab main aage saamne aaya unhon ne baat poocha ke aap kahan se hain? main ne kaha main</w:t>
      </w:r>
    </w:p>
    <w:p>
      <w:pPr>
        <w:jc w:val="right"/>
      </w:pPr>
      <w:r>
        <w:t>جب میں آگے سامنے آیا انہوں نے بات پوچھا کہ آپ کہاں سے ہیں؟ میں نے کہا میں</w:t>
      </w:r>
    </w:p>
    <w:p>
      <w:r>
        <w:rPr>
          <w:b/>
        </w:rPr>
        <w:t xml:space="preserve">[13:49] </w:t>
      </w:r>
      <w:r>
        <w:t>India se aaya hoon.</w:t>
      </w:r>
    </w:p>
    <w:p>
      <w:pPr>
        <w:jc w:val="right"/>
      </w:pPr>
      <w:r>
        <w:t>انڈیا سے آیا ہوں۔</w:t>
      </w:r>
    </w:p>
    <w:p>
      <w:r>
        <w:rPr>
          <w:b/>
        </w:rPr>
        <w:t xml:space="preserve">[13:51] </w:t>
      </w:r>
      <w:r>
        <w:t>to mujhe check hi nahin kiya us ne.</w:t>
      </w:r>
    </w:p>
    <w:p>
      <w:pPr>
        <w:jc w:val="right"/>
      </w:pPr>
      <w:r>
        <w:t>تو مجھے چیک ہی نہیں کیا اس نے۔</w:t>
      </w:r>
    </w:p>
    <w:p>
      <w:r>
        <w:rPr>
          <w:b/>
        </w:rPr>
        <w:t xml:space="preserve">[13:54] </w:t>
      </w:r>
      <w:r>
        <w:t>unhon ne kaha land of Mahatma Gandhi, jaiye, jaiye.</w:t>
      </w:r>
    </w:p>
    <w:p>
      <w:pPr>
        <w:jc w:val="right"/>
      </w:pPr>
      <w:r>
        <w:t>انہوں نے کہا لینڈ آف مہاتما گاندھی، جائیے، جائیے۔</w:t>
      </w:r>
    </w:p>
    <w:p>
      <w:r>
        <w:rPr>
          <w:b/>
        </w:rPr>
        <w:t xml:space="preserve">[13:58] </w:t>
      </w:r>
      <w:r>
        <w:t>to Gandhi ka itna bara naam hai.</w:t>
      </w:r>
    </w:p>
    <w:p>
      <w:pPr>
        <w:jc w:val="right"/>
      </w:pPr>
      <w:r>
        <w:t>تو گاندھی کا اتنا بڑا نام ہے۔</w:t>
      </w:r>
    </w:p>
    <w:p>
      <w:r>
        <w:rPr>
          <w:b/>
        </w:rPr>
        <w:t xml:space="preserve">[14:01] </w:t>
      </w:r>
      <w:r>
        <w:t>itna bara naam.</w:t>
      </w:r>
    </w:p>
    <w:p>
      <w:pPr>
        <w:jc w:val="right"/>
      </w:pPr>
      <w:r>
        <w:t>اتنا بڑا نام۔</w:t>
      </w:r>
    </w:p>
    <w:p>
      <w:r>
        <w:rPr>
          <w:b/>
        </w:rPr>
        <w:t xml:space="preserve">[14:03] </w:t>
      </w:r>
      <w:r>
        <w:t>to Gandhi hamare desh ki pehchan hai.</w:t>
      </w:r>
    </w:p>
    <w:p>
      <w:pPr>
        <w:jc w:val="right"/>
      </w:pPr>
      <w:r>
        <w:t>تو گاندھی ہمارے دیش کی پہچان ہے۔</w:t>
      </w:r>
    </w:p>
    <w:p>
      <w:r>
        <w:rPr>
          <w:b/>
        </w:rPr>
        <w:t xml:space="preserve">[14:06] </w:t>
      </w:r>
      <w:r>
        <w:t>main Gandhi ki tradition ko revive karna hai aur yahi hamare desh ke liye future ki hope hai.</w:t>
      </w:r>
    </w:p>
    <w:p>
      <w:pPr>
        <w:jc w:val="right"/>
      </w:pPr>
      <w:r>
        <w:t>میں گاندھی کی ٹریڈیشن کو ریوائیو کرنا ہے اور یہی ہمارے دیش کے لیے فیوچر کی ہوپ ہے۔</w:t>
      </w:r>
    </w:p>
    <w:p>
      <w:r>
        <w:rPr>
          <w:b/>
        </w:rPr>
        <w:t xml:space="preserve">[14:13] </w:t>
      </w:r>
      <w:r>
        <w:t>aur main samajhta hoon ke hamara desh yani bazahir to hum akhbaron mein sunte hain ke yani violence</w:t>
      </w:r>
    </w:p>
    <w:p>
      <w:pPr>
        <w:jc w:val="right"/>
      </w:pPr>
      <w:r>
        <w:t>اور میں سمجھتا ہوں کہ ہمارا دیش یعنی بظاہر تو ہم اخباروں میں سنتے ہیں کہ یعنی وائلنس</w:t>
      </w:r>
    </w:p>
    <w:p>
      <w:r>
        <w:rPr>
          <w:b/>
        </w:rPr>
        <w:t xml:space="preserve">[14:21] </w:t>
      </w:r>
      <w:r>
        <w:t>ki khabrein lekin mein samajhta hoon ke akhbaron ke siwa bhi ek duniya hai.</w:t>
      </w:r>
    </w:p>
    <w:p>
      <w:pPr>
        <w:jc w:val="right"/>
      </w:pPr>
      <w:r>
        <w:t>کی خبریں لیکن میں سمجھتا ہوں کہ اخباروں کے سوا بھی ایک دنیا ہے۔</w:t>
      </w:r>
    </w:p>
    <w:p>
      <w:r>
        <w:rPr>
          <w:b/>
        </w:rPr>
        <w:t xml:space="preserve">[14:27] </w:t>
      </w:r>
      <w:r>
        <w:t>akhbaron ke khilaf duniya hai, woh gandhi ji ki duniya hai.</w:t>
      </w:r>
    </w:p>
    <w:p>
      <w:pPr>
        <w:jc w:val="right"/>
      </w:pPr>
      <w:r>
        <w:t>اخباروں کے خلاف دنیا ہے، وہ گاندھی جی کی دنیا ہے۔</w:t>
      </w:r>
    </w:p>
    <w:p>
      <w:r>
        <w:rPr>
          <w:b/>
        </w:rPr>
        <w:t xml:space="preserve">[14:32] </w:t>
      </w:r>
      <w:r>
        <w:t>akhbaron mein jo duniya hoti hai woh poora india nahi hai.</w:t>
      </w:r>
    </w:p>
    <w:p>
      <w:pPr>
        <w:jc w:val="right"/>
      </w:pPr>
      <w:r>
        <w:t>اخباروں میں جو دنیا ہوتی ہے وہ پورا انڈیا نہیں ہے۔</w:t>
      </w:r>
    </w:p>
    <w:p>
      <w:r>
        <w:rPr>
          <w:b/>
        </w:rPr>
        <w:t xml:space="preserve">[14:36] </w:t>
      </w:r>
      <w:r>
        <w:t>woh bohat hi ek ek ek chhota sa part hai india ka.</w:t>
      </w:r>
    </w:p>
    <w:p>
      <w:pPr>
        <w:jc w:val="right"/>
      </w:pPr>
      <w:r>
        <w:t>وہ بہت ہی ایک ایک ایک چھوٹا سا پارٹ ہے انڈیا کا۔</w:t>
      </w:r>
    </w:p>
    <w:p>
      <w:r>
        <w:rPr>
          <w:b/>
        </w:rPr>
        <w:t xml:space="preserve">[14:42] </w:t>
      </w:r>
      <w:r>
        <w:t>asal india jo hai aaj bhi woh mahatma gandhi ke rastay par hai.</w:t>
      </w:r>
    </w:p>
    <w:p>
      <w:pPr>
        <w:jc w:val="right"/>
      </w:pPr>
      <w:r>
        <w:t>اصل انڈیا جو ہے آج بھی وہ مہاتما گاندھی کے راستے پر ہے۔</w:t>
      </w:r>
    </w:p>
    <w:p>
      <w:r>
        <w:rPr>
          <w:b/>
        </w:rPr>
        <w:t xml:space="preserve">[14:47] </w:t>
      </w:r>
      <w:r>
        <w:t>agar aisa na hota to india ab tak india hi na hota, kuch aur hota.</w:t>
      </w:r>
    </w:p>
    <w:p>
      <w:pPr>
        <w:jc w:val="right"/>
      </w:pPr>
      <w:r>
        <w:t>اگر ایسا نہ ہوتا تو انڈیا اب تک انڈیا ہی نہ ہوتا، کچھ اور ہوتا۔</w:t>
      </w:r>
    </w:p>
    <w:p>
      <w:r>
        <w:rPr>
          <w:b/>
        </w:rPr>
        <w:t xml:space="preserve">[14:54] </w:t>
      </w:r>
      <w:r>
        <w:t>to mein nahi manta ke jo jitna aata hai media mein bhai kal kal india hai, us ke</w:t>
      </w:r>
    </w:p>
    <w:p>
      <w:pPr>
        <w:jc w:val="right"/>
      </w:pPr>
      <w:r>
        <w:t>تو میں نہیں مانتا کہ جو جتنا آتا ہے میڈیا میں بھئی کل کل انڈیا ہے، اس کے</w:t>
      </w:r>
    </w:p>
    <w:p>
      <w:r>
        <w:rPr>
          <w:b/>
        </w:rPr>
        <w:t xml:space="preserve">[15:01] </w:t>
      </w:r>
      <w:r>
        <w:t>siwa india hai.</w:t>
      </w:r>
    </w:p>
    <w:p>
      <w:pPr>
        <w:jc w:val="right"/>
      </w:pPr>
      <w:r>
        <w:t>سوا انڈیا ہے۔</w:t>
      </w:r>
    </w:p>
    <w:p>
      <w:r>
        <w:rPr>
          <w:b/>
        </w:rPr>
        <w:t xml:space="preserve">[15:03] </w:t>
      </w:r>
      <w:r>
        <w:t>aur woh india gandhi ji ka india hai.</w:t>
      </w:r>
    </w:p>
    <w:p>
      <w:pPr>
        <w:jc w:val="right"/>
      </w:pPr>
      <w:r>
        <w:t>اور وہ انڈیا گاندھی جی کا انڈیا ہے۔</w:t>
      </w:r>
    </w:p>
    <w:p>
      <w:r>
        <w:rPr>
          <w:b/>
        </w:rPr>
        <w:t xml:space="preserve">[15:06] </w:t>
      </w:r>
      <w:r>
        <w:t>mein samajhta hoon ke yeh india chalta rahega, chalta rahega, chalta rahega.</w:t>
      </w:r>
    </w:p>
    <w:p>
      <w:pPr>
        <w:jc w:val="right"/>
      </w:pPr>
      <w:r>
        <w:t>میں سمجھتا ہوں کہ یہ انڈیا چلتا رہے گا، چلتا رہے گا، چلتا رہے گا۔</w:t>
      </w:r>
    </w:p>
    <w:p>
      <w:r>
        <w:rPr>
          <w:b/>
        </w:rPr>
        <w:t xml:space="preserve">[15:13] </w:t>
      </w:r>
      <w:r>
        <w:t>yahan tak ke gandhi ji ka sapna poora hoga, mera aap ka sapna poora hoga.</w:t>
      </w:r>
    </w:p>
    <w:p>
      <w:pPr>
        <w:jc w:val="right"/>
      </w:pPr>
      <w:r>
        <w:t>یہاں تک کہ گاندھی جی کا سپنا پورا ہوگا، میرا آپ کا سپنا پورا ہوگا۔</w:t>
      </w:r>
    </w:p>
    <w:p>
      <w:r>
        <w:rPr>
          <w:b/>
        </w:rPr>
        <w:t xml:space="preserve">[15:19] </w:t>
      </w:r>
      <w:r>
        <w:t>aur aap ko yaad hoga ke swami vivekananda ne kaha tha ke india azadi ke baad spiritual super</w:t>
      </w:r>
    </w:p>
    <w:p>
      <w:pPr>
        <w:jc w:val="right"/>
      </w:pPr>
      <w:r>
        <w:t>اور آپ کو یاد ہوگا کہ سوامی ویکانندہ نے کہا تھا کہ انڈیا آزادی کے بعد اسپریچول سپر</w:t>
      </w:r>
    </w:p>
    <w:p>
      <w:r>
        <w:rPr>
          <w:b/>
        </w:rPr>
        <w:t xml:space="preserve">[15:27] </w:t>
      </w:r>
      <w:r>
        <w:t>power banega.</w:t>
      </w:r>
    </w:p>
    <w:p>
      <w:pPr>
        <w:jc w:val="right"/>
      </w:pPr>
      <w:r>
        <w:t>پاور بنے گا۔</w:t>
      </w:r>
    </w:p>
    <w:p>
      <w:r>
        <w:rPr>
          <w:b/>
        </w:rPr>
        <w:t xml:space="preserve">[15:28] </w:t>
      </w:r>
      <w:r>
        <w:t>un ka khwab yeh tha ke india azadi ke baad spiritual super power banega.</w:t>
      </w:r>
    </w:p>
    <w:p>
      <w:pPr>
        <w:jc w:val="right"/>
      </w:pPr>
      <w:r>
        <w:t>ان کا خواب یہ تھا کہ انڈیا آزادی کے بعد اسپریچول سپر پاور بنے گا۔</w:t>
      </w:r>
    </w:p>
    <w:p>
      <w:r>
        <w:rPr>
          <w:b/>
        </w:rPr>
        <w:t xml:space="preserve">[15:35] </w:t>
      </w:r>
      <w:r>
        <w:t>to mera bhi sapna yahi hai.</w:t>
      </w:r>
    </w:p>
    <w:p>
      <w:pPr>
        <w:jc w:val="right"/>
      </w:pPr>
      <w:r>
        <w:t>تو میرا بھی سپنا یہی ہے۔</w:t>
      </w:r>
    </w:p>
    <w:p>
      <w:r>
        <w:rPr>
          <w:b/>
        </w:rPr>
        <w:t xml:space="preserve">[15:37] </w:t>
      </w:r>
      <w:r>
        <w:t>samajhta hoon gandhi ji ka sapna bhi yahi tha.</w:t>
      </w:r>
    </w:p>
    <w:p>
      <w:pPr>
        <w:jc w:val="right"/>
      </w:pPr>
      <w:r>
        <w:t>سمجھتا ہوں گاندھی جی کا سپنا بھی یہی تھا۔</w:t>
      </w:r>
    </w:p>
    <w:p>
      <w:r>
        <w:rPr>
          <w:b/>
        </w:rPr>
        <w:t xml:space="preserve">[15:41] </w:t>
      </w:r>
      <w:r>
        <w:t>mein bhi isi mission ke liye kaam kar raha hoon ke india duniya mein spiritual super power bane.</w:t>
      </w:r>
    </w:p>
    <w:p>
      <w:pPr>
        <w:jc w:val="right"/>
      </w:pPr>
      <w:r>
        <w:t>میں بھی اسی مشن کے لیے کام کر رہا ہوں کہ انڈیا دنیا میں اسپریچول سپر پاور بنے۔</w:t>
      </w:r>
    </w:p>
    <w:p>
      <w:r>
        <w:rPr>
          <w:b/>
        </w:rPr>
        <w:t xml:space="preserve">[15:49] </w:t>
      </w:r>
      <w:r>
        <w:t>woh duniya ke liye ek roshni dene wala bane jis mein spirituality ho, peace ho, insaniyat ho.</w:t>
      </w:r>
    </w:p>
    <w:p>
      <w:pPr>
        <w:jc w:val="right"/>
      </w:pPr>
      <w:r>
        <w:t>وہ دنیا کے لیے ایک روشنی دینے والا بنے جس میں اسپریچوٹی ہو، پیس ہو، انسانیت ہو۔</w:t>
      </w:r>
    </w:p>
    <w:p>
      <w:r>
        <w:rPr>
          <w:b/>
        </w:rPr>
        <w:t xml:space="preserve">[15:56] </w:t>
      </w:r>
      <w:r>
        <w:t>aisa india.</w:t>
      </w:r>
    </w:p>
    <w:p>
      <w:pPr>
        <w:jc w:val="right"/>
      </w:pPr>
      <w:r>
        <w:t>ایسا انڈیا۔</w:t>
      </w:r>
    </w:p>
    <w:p>
      <w:r>
        <w:rPr>
          <w:b/>
        </w:rPr>
        <w:t xml:space="preserve">[15:58] </w:t>
      </w:r>
      <w:r>
        <w:t>aur mujhe yaqeen hai ke wahi india ban raha hai.</w:t>
      </w:r>
    </w:p>
    <w:p>
      <w:pPr>
        <w:jc w:val="right"/>
      </w:pPr>
      <w:r>
        <w:t>اور مجھے یقین ہے کہ وہی انڈیا بن رہا ہے۔</w:t>
      </w:r>
    </w:p>
    <w:p>
      <w:r>
        <w:rPr>
          <w:b/>
        </w:rPr>
        <w:t xml:space="preserve">[16:02] </w:t>
      </w:r>
      <w:r>
        <w:t>under net wahi india hai.</w:t>
      </w:r>
    </w:p>
    <w:p>
      <w:pPr>
        <w:jc w:val="right"/>
      </w:pPr>
      <w:r>
        <w:t>انڈر نیٹ وہی انڈیا ہے۔</w:t>
      </w:r>
    </w:p>
    <w:p>
      <w:r>
        <w:rPr>
          <w:b/>
        </w:rPr>
        <w:t xml:space="preserve">[16:04] </w:t>
      </w:r>
      <w:r>
        <w:t>upar upar khabrein aap suntay hain lekin under net jo india hai, jo india in the making, india</w:t>
      </w:r>
    </w:p>
    <w:p>
      <w:pPr>
        <w:jc w:val="right"/>
      </w:pPr>
      <w:r>
        <w:t>اوپر اوپر خبریں آپ سنتے ہیں لیکن انڈر نیٹ جو انڈیا ہے، جو انڈیا ان دا میکنگ، انڈیا</w:t>
      </w:r>
    </w:p>
    <w:p>
      <w:r>
        <w:rPr>
          <w:b/>
        </w:rPr>
        <w:t xml:space="preserve">[16:12] </w:t>
      </w:r>
      <w:r>
        <w:t>in the making jo hai, wahi india hai jo ja raha hai isi taraf jidhar is ka khwab</w:t>
      </w:r>
    </w:p>
    <w:p>
      <w:pPr>
        <w:jc w:val="right"/>
      </w:pPr>
      <w:r>
        <w:t>ان دا میکنگ جو ہے، وہی انڈیا ہے جو جا رہا ہے اسی طرف جدھر اس کا خواب</w:t>
      </w:r>
    </w:p>
    <w:p>
      <w:r>
        <w:rPr>
          <w:b/>
        </w:rPr>
        <w:t xml:space="preserve">[16:20] </w:t>
      </w:r>
      <w:r>
        <w:t>dekha swami vivekananda ne aur jis ka mission banaya tha mahatma gandhi ne.</w:t>
      </w:r>
    </w:p>
    <w:p>
      <w:pPr>
        <w:jc w:val="right"/>
      </w:pPr>
      <w:r>
        <w:t>دیکھا سوامی ویکانندہ نے اور جس کا مشن بنایا تھا مہاتما گاندھی نے۔</w:t>
      </w:r>
    </w:p>
    <w:p>
      <w:r>
        <w:rPr>
          <w:b/>
        </w:rPr>
        <w:t xml:space="preserve">[16:25] </w:t>
      </w:r>
      <w:r>
        <w:t>aur isi se program le kar mein bhi isi ke apna mission banaya hua hoon.</w:t>
      </w:r>
    </w:p>
    <w:p>
      <w:pPr>
        <w:jc w:val="right"/>
      </w:pPr>
      <w:r>
        <w:t>اور اسی سے پروگرام لے کر میں بھی اسی کے اپنا مشن بنایا ہوا ہوں۔</w:t>
      </w:r>
    </w:p>
    <w:p>
      <w:r>
        <w:rPr>
          <w:b/>
        </w:rPr>
        <w:t xml:space="preserve">[16:32] </w:t>
      </w:r>
      <w:r>
        <w:t>to mein bohat ziyada optimistic aadmi hoon, aasha wadi.</w:t>
      </w:r>
    </w:p>
    <w:p>
      <w:pPr>
        <w:jc w:val="right"/>
      </w:pPr>
      <w:r>
        <w:t>تو میں بہت زیادہ آپٹیمسٹک آدمی ہوں، آشا وادی۔</w:t>
      </w:r>
    </w:p>
    <w:p>
      <w:r>
        <w:rPr>
          <w:b/>
        </w:rPr>
        <w:t xml:space="preserve">[16:35] </w:t>
      </w:r>
      <w:r>
        <w:t>bohat ziyada meri aasha kabhi khatam nahi hoti.</w:t>
      </w:r>
    </w:p>
    <w:p>
      <w:pPr>
        <w:jc w:val="right"/>
      </w:pPr>
      <w:r>
        <w:t>بہت زیادہ میری آشا کبھی ختم نہیں ہوتی۔</w:t>
      </w:r>
    </w:p>
    <w:p>
      <w:r>
        <w:rPr>
          <w:b/>
        </w:rPr>
        <w:t xml:space="preserve">[16:39] </w:t>
      </w:r>
      <w:r>
        <w:t>to jo appearance par jo cheezein hoti hain, usi ko dekh kar log naraz ho jate hain.</w:t>
      </w:r>
    </w:p>
    <w:p>
      <w:pPr>
        <w:jc w:val="right"/>
      </w:pPr>
      <w:r>
        <w:t>تو جو اپیئرنس پر جو چیزیں ہوتی ہیں، اسی کو دیکھ کر لوگ ناراض ہو جاتے ہیں۔</w:t>
      </w:r>
    </w:p>
    <w:p>
      <w:r>
        <w:rPr>
          <w:b/>
        </w:rPr>
        <w:t xml:space="preserve">[16:46] </w:t>
      </w:r>
      <w:r>
        <w:t>lekin mein hamesha dekhta hoon ke under net kya hai, neeche kya hai.</w:t>
      </w:r>
    </w:p>
    <w:p>
      <w:pPr>
        <w:jc w:val="right"/>
      </w:pPr>
      <w:r>
        <w:t>لیکن میں ہمیشہ دیکھتا ہوں کہ انڈر نیٹ کیا ہے، نیچے کیا ہے۔</w:t>
      </w:r>
    </w:p>
    <w:p>
      <w:r>
        <w:rPr>
          <w:b/>
        </w:rPr>
        <w:t xml:space="preserve">[16:52] </w:t>
      </w:r>
      <w:r>
        <w:t>to under current jo cheez hai, under current woh mein samajhta hoon ke India ki aatma hai.</w:t>
      </w:r>
    </w:p>
    <w:p>
      <w:pPr>
        <w:jc w:val="right"/>
      </w:pPr>
      <w:r>
        <w:t>تو انڈر کرنٹ جو چیز ہے، انڈر کرنٹ وہ میں سمجھتا ہوں کہ انڈیا کی آتما ہے۔</w:t>
      </w:r>
    </w:p>
    <w:p>
      <w:r>
        <w:rPr>
          <w:b/>
        </w:rPr>
        <w:t xml:space="preserve">[16:59] </w:t>
      </w:r>
      <w:r>
        <w:t>India ki aatma jo hazaron saal se chal rahi hai, aaj bhi woh India ki aatma zinda hai.</w:t>
      </w:r>
    </w:p>
    <w:p>
      <w:pPr>
        <w:jc w:val="right"/>
      </w:pPr>
      <w:r>
        <w:t>انڈیا کی آتما جو ہزاروں سال سے چل رہی ہے، آج بھی وہ انڈیا کی آتما زندہ ہے۔</w:t>
      </w:r>
    </w:p>
    <w:p>
      <w:r>
        <w:rPr>
          <w:b/>
        </w:rPr>
        <w:t xml:space="preserve">[17:07] </w:t>
      </w:r>
      <w:r>
        <w:t>India ka jo asal tradition hai, woh peace aur spirituality hi hai.</w:t>
      </w:r>
    </w:p>
    <w:p>
      <w:pPr>
        <w:jc w:val="right"/>
      </w:pPr>
      <w:r>
        <w:t>انڈیا کا جو اصل ٹریڈیشن ہے، وہ پیس اور اسپریچوٹی ہی ہے۔</w:t>
      </w:r>
    </w:p>
    <w:p>
      <w:r>
        <w:rPr>
          <w:b/>
        </w:rPr>
        <w:t xml:space="preserve">[17:12] </w:t>
      </w:r>
      <w:r>
        <w:t>mein samajhta hoon.</w:t>
      </w:r>
    </w:p>
    <w:p>
      <w:pPr>
        <w:jc w:val="right"/>
      </w:pPr>
      <w:r>
        <w:t>میں سمجھتا ہوں۔</w:t>
      </w:r>
    </w:p>
    <w:p>
      <w:r>
        <w:rPr>
          <w:b/>
        </w:rPr>
        <w:t xml:space="preserve">[17:13] </w:t>
      </w:r>
      <w:r>
        <w:t>to mein pehle bhi aasha wadi tha, aaj bhi aasha wadi hoon.</w:t>
      </w:r>
    </w:p>
    <w:p>
      <w:pPr>
        <w:jc w:val="right"/>
      </w:pPr>
      <w:r>
        <w:t>تو میں پہلے بھی آشا وادی تھا، آج بھی آشا وادی ہوں۔</w:t>
      </w:r>
    </w:p>
    <w:p>
      <w:r>
        <w:rPr>
          <w:b/>
        </w:rPr>
        <w:t xml:space="preserve">[17:18] </w:t>
      </w:r>
      <w:r>
        <w:t>aur meri aasha bohat hi reality pe base karti hai, reality.</w:t>
      </w:r>
    </w:p>
    <w:p>
      <w:pPr>
        <w:jc w:val="right"/>
      </w:pPr>
      <w:r>
        <w:t>اور میری آشا بہت ہی ریلیٹی پہ بیس کرتی ہے، ریلیٹی۔</w:t>
      </w:r>
    </w:p>
    <w:p>
      <w:r>
        <w:rPr>
          <w:b/>
        </w:rPr>
        <w:t xml:space="preserve">[17:23] </w:t>
      </w:r>
      <w:r>
        <w:t>kyunke India bohat bara hai.</w:t>
      </w:r>
    </w:p>
    <w:p>
      <w:pPr>
        <w:jc w:val="right"/>
      </w:pPr>
      <w:r>
        <w:t>کیونکہ انڈیا بہت بڑا ہے۔</w:t>
      </w:r>
    </w:p>
    <w:p>
      <w:r>
        <w:rPr>
          <w:b/>
        </w:rPr>
        <w:t xml:space="preserve">[17:25] </w:t>
      </w:r>
      <w:r>
        <w:t>jitna aap dekhte hain media mein, us se bohat ziyada bara hai India.</w:t>
      </w:r>
    </w:p>
    <w:p>
      <w:pPr>
        <w:jc w:val="right"/>
      </w:pPr>
      <w:r>
        <w:t>جتنا آپ دیکھتے ہیں میڈیا میں، اس سے بہت زیادہ بڑا ہے انڈیا۔</w:t>
      </w:r>
    </w:p>
    <w:p>
      <w:r>
        <w:rPr>
          <w:b/>
        </w:rPr>
        <w:t xml:space="preserve">[17:31] </w:t>
      </w:r>
      <w:r>
        <w:t>bohat ziyada bara hai India.</w:t>
      </w:r>
    </w:p>
    <w:p>
      <w:pPr>
        <w:jc w:val="right"/>
      </w:pPr>
      <w:r>
        <w:t>بہت زیادہ بڑا ہے انڈیا۔</w:t>
      </w:r>
    </w:p>
    <w:p>
      <w:r>
        <w:rPr>
          <w:b/>
        </w:rPr>
        <w:t xml:space="preserve">[17:33] </w:t>
      </w:r>
      <w:r>
        <w:t>hum bachpan mein parhte thay jab madrase mein, phir aik kitab hoti thi jis mein Iqbal ki aik</w:t>
      </w:r>
    </w:p>
    <w:p>
      <w:pPr>
        <w:jc w:val="right"/>
      </w:pPr>
      <w:r>
        <w:t>ہم بچپن میں پڑھتے تھے جب مدرسے میں، پھر ایک کتاب ہوتی تھی جس میں اقبال کی ایک</w:t>
      </w:r>
    </w:p>
    <w:p>
      <w:r>
        <w:rPr>
          <w:b/>
        </w:rPr>
        <w:t xml:space="preserve">[17:41] </w:t>
      </w:r>
      <w:r>
        <w:t>nazm thi: "ae himalaya, kishwar, ae himalaya, ae kya tha woh, kishwar Hindustan, choomta hai teri peshani ko,</w:t>
      </w:r>
    </w:p>
    <w:p>
      <w:pPr>
        <w:jc w:val="right"/>
      </w:pPr>
      <w:r>
        <w:t>نظم تھی: "اے ہمالہ، کشور، اے ہمالہ، اے کیا تھا وہ، کشور ہندوستان، چومتا ہے تیری پیشانی کو،</w:t>
      </w:r>
    </w:p>
    <w:p>
      <w:r>
        <w:rPr>
          <w:b/>
        </w:rPr>
        <w:t xml:space="preserve">[17:48] </w:t>
      </w:r>
      <w:r>
        <w:t>chakar aasman, choomta hai teri peshani ko, chakar aasman." to aaj bhi jis tarah himalaya khara hua hai,</w:t>
      </w:r>
    </w:p>
    <w:p>
      <w:pPr>
        <w:jc w:val="right"/>
      </w:pPr>
      <w:r>
        <w:t>چکر آسماں، چومتا ہے تیری پیشانی کو، چکر آسماں۔" تو آج بھی جس طرح ہمالیہ کھڑا ہوا ہے،</w:t>
      </w:r>
    </w:p>
    <w:p>
      <w:r>
        <w:rPr>
          <w:b/>
        </w:rPr>
        <w:t xml:space="preserve">[17:56] </w:t>
      </w:r>
      <w:r>
        <w:t>is tarah se desh ki aatma bhi khari hui, desh ki tradition bhi khari hui.</w:t>
      </w:r>
    </w:p>
    <w:p>
      <w:pPr>
        <w:jc w:val="right"/>
      </w:pPr>
      <w:r>
        <w:t>اس طرح سے دیش کی آتما بھی کھڑی ہوئی، دیش کی ٹریڈیشن بھی کھڑی ہوئی۔</w:t>
      </w:r>
    </w:p>
    <w:p>
      <w:r>
        <w:rPr>
          <w:b/>
        </w:rPr>
        <w:t xml:space="preserve">[18:03] </w:t>
      </w:r>
      <w:r>
        <w:t>peace aur spirituality ki tradition jis tarah yeh tha, himalaya ki unchai aaj bhi waisi ki waisi hai,</w:t>
      </w:r>
    </w:p>
    <w:p>
      <w:pPr>
        <w:jc w:val="right"/>
      </w:pPr>
      <w:r>
        <w:t>پیس اور اسپریچوٹی کی ٹریڈیشن جس طرح یہ تھا، ہمالیہ کی اونچائی آج بھی ویسی کی ویسی ہے،</w:t>
      </w:r>
    </w:p>
    <w:p>
      <w:r>
        <w:rPr>
          <w:b/>
        </w:rPr>
        <w:t xml:space="preserve">[18:10] </w:t>
      </w:r>
      <w:r>
        <w:t>waisi Bharat ki unchai bhi waisi ki waisi hai.</w:t>
      </w:r>
    </w:p>
    <w:p>
      <w:pPr>
        <w:jc w:val="right"/>
      </w:pPr>
      <w:r>
        <w:t>ویسی بھارت کی اونچائی بھی ویسی کی ویسی ہے۔</w:t>
      </w:r>
    </w:p>
    <w:p>
      <w:r>
        <w:rPr>
          <w:b/>
        </w:rPr>
        <w:t xml:space="preserve">[18:14] </w:t>
      </w:r>
      <w:r>
        <w:t>aur mein samajhta hoon ke jo future hai India ka, woh peace aur spirituality hai.</w:t>
      </w:r>
    </w:p>
    <w:p>
      <w:pPr>
        <w:jc w:val="right"/>
      </w:pPr>
      <w:r>
        <w:t>اور میں سمجھتا ہوں کہ جو فیوچر ہے انڈیا کا، وہ پیس اور اسپریچوٹی ہے۔</w:t>
      </w:r>
    </w:p>
    <w:p>
      <w:r>
        <w:rPr>
          <w:b/>
        </w:rPr>
        <w:t xml:space="preserve">[18:21] </w:t>
      </w:r>
      <w:r>
        <w:t>aur sirf India ke liye nahi, yeh India is sense mein lighthouse bne wala hai.</w:t>
      </w:r>
    </w:p>
    <w:p>
      <w:pPr>
        <w:jc w:val="right"/>
      </w:pPr>
      <w:r>
        <w:t>اور صرف انڈیا کے لیے نہیں، یہ انڈیا اس سینس میں لائٹ ہاؤس بننے والا ہے۔</w:t>
      </w:r>
    </w:p>
    <w:p>
      <w:r>
        <w:rPr>
          <w:b/>
        </w:rPr>
        <w:t xml:space="preserve">[18:27] </w:t>
      </w:r>
      <w:r>
        <w:t>aur aur woh woh woh shuru ho chuka hai.</w:t>
      </w:r>
    </w:p>
    <w:p>
      <w:pPr>
        <w:jc w:val="right"/>
      </w:pPr>
      <w:r>
        <w:t>اور اور وہ وہ وہ شروع ہو چکا ہے۔</w:t>
      </w:r>
    </w:p>
    <w:p>
      <w:r>
        <w:rPr>
          <w:b/>
        </w:rPr>
        <w:t xml:space="preserve">[18:31] </w:t>
      </w:r>
      <w:r>
        <w:t>woh India ko mein samajhta hoon ke spiritual lighthouse us ke liye distant hai, India ke liye</w:t>
      </w:r>
    </w:p>
    <w:p>
      <w:pPr>
        <w:jc w:val="right"/>
      </w:pPr>
      <w:r>
        <w:t>وہ انڈیا کو میں سمجھتا ہوں کہ اسپریچول لائٹ ہاؤس اس کے لیے ڈسٹنٹ ہے، انڈیا کے لیے</w:t>
      </w:r>
    </w:p>
    <w:p>
      <w:r>
        <w:rPr>
          <w:b/>
        </w:rPr>
        <w:t xml:space="preserve">[18:39] </w:t>
      </w:r>
      <w:r>
        <w:t>distant hai ke woh spiritual lighthouse bane poore dunya ke liye.</w:t>
      </w:r>
    </w:p>
    <w:p>
      <w:pPr>
        <w:jc w:val="right"/>
      </w:pPr>
      <w:r>
        <w:t>ڈسٹنٹ ہے کہ وہ اسپریچول لائٹ ہاؤس بنے پورے دنیا کے لیے۔</w:t>
      </w:r>
    </w:p>
    <w:p>
      <w:r>
        <w:rPr>
          <w:b/>
        </w:rPr>
        <w:t xml:space="preserve">[18:44] </w:t>
      </w:r>
      <w:r>
        <w:t>yani rohaniyat ka roshan minar, peace ka roshan minar.</w:t>
      </w:r>
    </w:p>
    <w:p>
      <w:pPr>
        <w:jc w:val="right"/>
      </w:pPr>
      <w:r>
        <w:t>یعنی روحانیت کا روشن مینار، پیس کا روشن مینار۔</w:t>
      </w:r>
    </w:p>
    <w:p>
      <w:r>
        <w:rPr>
          <w:b/>
        </w:rPr>
        <w:t xml:space="preserve">[18:48] </w:t>
      </w:r>
      <w:r>
        <w:t>to mein meri umar ab 92 ho chuki hai, lekin abhi bhi mein yahi dua karta hoon ke</w:t>
      </w:r>
    </w:p>
    <w:p>
      <w:pPr>
        <w:jc w:val="right"/>
      </w:pPr>
      <w:r>
        <w:t>تو میں میری عمر اب 92 ہو چکی ہے، لیکن ابھی بھی میں یہی دعا کرتا ہوں کہ</w:t>
      </w:r>
    </w:p>
    <w:p>
      <w:r>
        <w:rPr>
          <w:b/>
        </w:rPr>
        <w:t xml:space="preserve">[18:56] </w:t>
      </w:r>
      <w:r>
        <w:t>khuda meri zindagi mein india ko isi oonchai pe pohancha de jis oonchai pe hamara hamare pahad pohancha</w:t>
      </w:r>
    </w:p>
    <w:p>
      <w:pPr>
        <w:jc w:val="right"/>
      </w:pPr>
      <w:r>
        <w:t>خدا میری زندگی میں انڈیا کو اسی اونچائی پہ پہنچا دے جس اونچائی پہ ہمارا ہمارے پہاڑ پہنچا</w:t>
      </w:r>
    </w:p>
    <w:p>
      <w:r>
        <w:rPr>
          <w:b/>
        </w:rPr>
        <w:t xml:space="preserve">[19:03]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[19:05] </w:t>
      </w:r>
      <w:r>
        <w:t>aur mujhe abhi bhi meri yahi tamanna hai ke meri aankhein, badi badi aankhein, dekh lein ke dunya</w:t>
      </w:r>
    </w:p>
    <w:p>
      <w:pPr>
        <w:jc w:val="right"/>
      </w:pPr>
      <w:r>
        <w:t>اور مجھے ابھی بھی میری یہی تمنا ہے کہ میری آنکھیں، بڑی بڑی آنکھیں، دیکھ لیں کہ دنیا</w:t>
      </w:r>
    </w:p>
    <w:p>
      <w:r>
        <w:rPr>
          <w:b/>
        </w:rPr>
        <w:t xml:space="preserve">[19:13] </w:t>
      </w:r>
      <w:r>
        <w:t>bhi wahi boli bole jo mein bol raha hoon.</w:t>
      </w:r>
    </w:p>
    <w:p>
      <w:pPr>
        <w:jc w:val="right"/>
      </w:pPr>
      <w:r>
        <w:t>بھی وہی بولی بولے جو میں بول رہا ہوں۔</w:t>
      </w:r>
    </w:p>
    <w:p>
      <w:r>
        <w:rPr>
          <w:b/>
        </w:rPr>
        <w:t xml:space="preserve">[19:17] </w:t>
      </w:r>
      <w:r>
        <w:t>india spirituality ka aur peace ka lighthouse hai sari dunya ke liye.</w:t>
      </w:r>
    </w:p>
    <w:p>
      <w:pPr>
        <w:jc w:val="right"/>
      </w:pPr>
      <w:r>
        <w:t>انڈیا اسپریچوٹی کا اور پیس کا لائٹ ہاؤس ہے ساری دنیا کے لیے۔</w:t>
      </w:r>
    </w:p>
    <w:p>
      <w:r>
        <w:rPr>
          <w:b/>
        </w:rPr>
        <w:t xml:space="preserve">[19:22] </w:t>
      </w:r>
      <w:r>
        <w:t>aur phir woh din hoga ke shayad dunya mein bhi violence khatam hoga.</w:t>
      </w:r>
    </w:p>
    <w:p>
      <w:pPr>
        <w:jc w:val="right"/>
      </w:pPr>
      <w:r>
        <w:t>اور پھر وہ دن ہوگا کہ شاید دنیا میں بھی وائلنس ختم ہوگا۔</w:t>
      </w:r>
    </w:p>
    <w:p>
      <w:r>
        <w:rPr>
          <w:b/>
        </w:rPr>
        <w:t xml:space="preserve">[19:28] </w:t>
      </w:r>
      <w:r>
        <w:t>aur woh daur aayega jab ke sari dunya peace ke faide hasil karegi.</w:t>
      </w:r>
    </w:p>
    <w:p>
      <w:pPr>
        <w:jc w:val="right"/>
      </w:pPr>
      <w:r>
        <w:t>اور وہ دور آئے گا جب کہ ساری دنیا پیس کے فائدے حاصل کرے گی۔</w:t>
      </w:r>
    </w:p>
    <w:p>
      <w:r>
        <w:rPr>
          <w:b/>
        </w:rPr>
        <w:t xml:space="preserve">[19:34] </w:t>
      </w:r>
      <w:r>
        <w:t>mein isi dua ke sath yeh baat khatam karta hoon.</w:t>
      </w:r>
    </w:p>
    <w:p>
      <w:pPr>
        <w:jc w:val="right"/>
      </w:pPr>
      <w:r>
        <w:t>میں اسی دعا کے ساتھ یہ بات ختم کرتا ہوں۔</w:t>
      </w:r>
    </w:p>
    <w:p>
      <w:r>
        <w:rPr>
          <w:b/>
        </w:rPr>
        <w:t xml:space="preserve">[19:38] </w:t>
      </w:r>
      <w:r>
        <w:t>allah taala is mulk ko woh barhai عطا kare jo barhai sach poochne ke liye likhi hui hai.</w:t>
      </w:r>
    </w:p>
    <w:p>
      <w:pPr>
        <w:jc w:val="right"/>
      </w:pPr>
      <w:r>
        <w:t>اللہ تعالی اس ملک کو وہ بڑائی عطا کرے جو بڑائی سچ پوچھنے کے لیے لکھی ہوئی ہے۔</w:t>
      </w:r>
    </w:p>
    <w:p>
      <w:r>
        <w:rPr>
          <w:b/>
        </w:rPr>
        <w:t xml:space="preserve">[19:46] </w:t>
      </w:r>
      <w:r>
        <w:t>woh barhai yahi hai ke woh spirituality ka aur peace ka lighthouse bane.</w:t>
      </w:r>
    </w:p>
    <w:p>
      <w:pPr>
        <w:jc w:val="right"/>
      </w:pPr>
      <w:r>
        <w:t>وہ بڑائی یہی ہے کہ وہ اسپریچوٹی کا اور پیس کا لائٹ ہاؤس بنے۔</w:t>
      </w:r>
    </w:p>
    <w:p>
      <w:r>
        <w:rPr>
          <w:b/>
        </w:rPr>
        <w:t xml:space="preserve">[19:52] </w:t>
      </w:r>
      <w:r>
        <w:t>assalam o alaikum.</w:t>
      </w:r>
    </w:p>
    <w:p>
      <w:pPr>
        <w:jc w:val="right"/>
      </w:pPr>
      <w:r>
        <w:t>السلام علیکم۔</w:t>
      </w:r>
    </w:p>
    <w:p>
      <w:r>
        <w:rPr>
          <w:b/>
        </w:rPr>
        <w:t xml:space="preserve">[19:54] </w:t>
      </w:r>
      <w:r>
        <w:t>shukriya molana sahib, aap ne jo time diya humein ya address kiya jo hai, aaj ka message diya</w:t>
      </w:r>
    </w:p>
    <w:p>
      <w:pPr>
        <w:jc w:val="right"/>
      </w:pPr>
      <w:r>
        <w:t>شکریہ مولانا صاحب، آپ نے جو ٹائم دیا ہمیں یا ایڈریس کیا جو ہے، آج کا میسج دیا</w:t>
      </w:r>
    </w:p>
    <w:p>
      <w:r>
        <w:rPr>
          <w:b/>
        </w:rPr>
        <w:t xml:space="preserve">[20:01] </w:t>
      </w:r>
      <w:r>
        <w:t>aap ne.</w:t>
      </w:r>
    </w:p>
    <w:p>
      <w:pPr>
        <w:jc w:val="right"/>
      </w:pPr>
      <w:r>
        <w:t>آپ نے۔</w:t>
      </w:r>
    </w:p>
    <w:p>
      <w:r>
        <w:rPr>
          <w:b/>
        </w:rPr>
        <w:t xml:space="preserve">[20:03] </w:t>
      </w:r>
      <w:r>
        <w:t>aur is ko hum koshish karenge ke jahan jahan bhi awaz hamari puhanch sakti hai, wahan tak</w:t>
      </w:r>
    </w:p>
    <w:p>
      <w:pPr>
        <w:jc w:val="right"/>
      </w:pPr>
      <w:r>
        <w:t>اور اس کو ہم کوشش کریں گے کہ جہاں جہاں بھی آواز ہماری پہنچ سکتی ہے، وہاں تک</w:t>
      </w:r>
    </w:p>
    <w:p>
      <w:r>
        <w:rPr>
          <w:b/>
        </w:rPr>
        <w:t xml:space="preserve">[20:11] </w:t>
      </w:r>
      <w:r>
        <w:t>pohanchayein.</w:t>
      </w:r>
    </w:p>
    <w:p>
      <w:pPr>
        <w:jc w:val="right"/>
      </w:pPr>
      <w:r>
        <w:t>پہنچائیں۔</w:t>
      </w:r>
    </w:p>
    <w:p>
      <w:r>
        <w:rPr>
          <w:b/>
        </w:rPr>
        <w:t xml:space="preserve">[20:12] </w:t>
      </w:r>
      <w:r>
        <w:t>aur mein personally aap ka aur gandhi group family ki taraf se shukr guzar hoon ke aap ne</w:t>
      </w:r>
    </w:p>
    <w:p>
      <w:pPr>
        <w:jc w:val="right"/>
      </w:pPr>
      <w:r>
        <w:t>اور میں پرسنلی آپ کا اور گاندھی گروپ فیملی کی طرف سے شکر گزار ہوں کہ آپ نے</w:t>
      </w:r>
    </w:p>
    <w:p>
      <w:r>
        <w:rPr>
          <w:b/>
        </w:rPr>
        <w:t xml:space="preserve">[20:20] </w:t>
      </w:r>
      <w:r>
        <w:t>humein waqt diya jis mein hum aap ko mahatma gandhi seva medal jo hai, woh de paye.</w:t>
      </w:r>
    </w:p>
    <w:p>
      <w:pPr>
        <w:jc w:val="right"/>
      </w:pPr>
      <w:r>
        <w:t>ہمیں وقت دیا جس میں ہم آپ کو مہاتما گاندھی سیوا میڈل جو ہے، وہ دے پائے۔</w:t>
      </w:r>
    </w:p>
    <w:p>
      <w:r>
        <w:rPr>
          <w:b/>
        </w:rPr>
        <w:t xml:space="preserve">[20:27] </w:t>
      </w:r>
      <w:r>
        <w:t>yeh bhi mein aap ko aap ki jankari mein laoon ke dalail allama ji, woh bhi yeh aezaaz</w:t>
      </w:r>
    </w:p>
    <w:p>
      <w:pPr>
        <w:jc w:val="right"/>
      </w:pPr>
      <w:r>
        <w:t>یہ بھی میں آپ کو آپ کی جانکاری میں لاؤں کہ دلائل علامہ جی، وہ بھی یہ اعزاز</w:t>
      </w:r>
    </w:p>
    <w:p>
      <w:r>
        <w:rPr>
          <w:b/>
        </w:rPr>
        <w:t xml:space="preserve">[20:35] </w:t>
      </w:r>
      <w:r>
        <w:t>jo hai, woh diya gaya tha.</w:t>
      </w:r>
    </w:p>
    <w:p>
      <w:pPr>
        <w:jc w:val="right"/>
      </w:pPr>
      <w:r>
        <w:t>جو ہے، وہ دیا گیا تھا۔</w:t>
      </w:r>
    </w:p>
    <w:p>
      <w:r>
        <w:rPr>
          <w:b/>
        </w:rPr>
        <w:t xml:space="preserve">[20:37] </w:t>
      </w:r>
      <w:r>
        <w:t>aur mein samajhta hoon ke aap ka aur dalail allama ji ek living legendary hain hamare liye jo</w:t>
      </w:r>
    </w:p>
    <w:p>
      <w:pPr>
        <w:jc w:val="right"/>
      </w:pPr>
      <w:r>
        <w:t>اور میں سمجھتا ہوں کہ آپ کا اور دلائل علامہ جی ایک لیونگ لیجنڈری ہیں ہمارے لیے جو</w:t>
      </w:r>
    </w:p>
    <w:p>
      <w:r>
        <w:rPr>
          <w:b/>
        </w:rPr>
        <w:t xml:space="preserve">[20:45] </w:t>
      </w:r>
      <w:r>
        <w:t>gandhi ji ka paigham jo hai, poori dunya mein le ke ja rahe hain.</w:t>
      </w:r>
    </w:p>
    <w:p>
      <w:pPr>
        <w:jc w:val="right"/>
      </w:pPr>
      <w:r>
        <w:t>گاندھی جی کا پیغام جو ہے، پوری دنیا میں لے کے جا رہے ہیں۔</w:t>
      </w:r>
    </w:p>
    <w:p>
      <w:r>
        <w:rPr>
          <w:b/>
        </w:rPr>
        <w:t xml:space="preserve">[20:51] </w:t>
      </w:r>
      <w:r>
        <w:t>aur aaj ka din jo hai, yeh jo award ceremony hui, yeh shradhanjali hai hamare mentor, didi nirma</w:t>
      </w:r>
    </w:p>
    <w:p>
      <w:pPr>
        <w:jc w:val="right"/>
      </w:pPr>
      <w:r>
        <w:t>اور آج کا دن جو ہے، یہ جو ایوارڈ سیریمنی ہوئی، یہ شردھانجلی ہے ہمارے مینٹر، دیدی نرمہ</w:t>
      </w:r>
    </w:p>
    <w:p>
      <w:r>
        <w:rPr>
          <w:b/>
        </w:rPr>
        <w:t xml:space="preserve">[20:59] </w:t>
      </w:r>
      <w:r>
        <w:t>deshpande ji ko.</w:t>
      </w:r>
    </w:p>
    <w:p>
      <w:pPr>
        <w:jc w:val="right"/>
      </w:pPr>
      <w:r>
        <w:t>دیش پانڈے جی کو۔</w:t>
      </w:r>
    </w:p>
    <w:p>
      <w:r>
        <w:rPr>
          <w:b/>
        </w:rPr>
        <w:t xml:space="preserve">[21:01] </w:t>
      </w:r>
      <w:r>
        <w:t>aur mein samajhta hoon ke jahan jahan bhi yeh message jayega, hamare saathi jo hain, woh aap</w:t>
      </w:r>
    </w:p>
    <w:p>
      <w:pPr>
        <w:jc w:val="right"/>
      </w:pPr>
      <w:r>
        <w:t>اور میں سمجھتا ہوں کہ جہاں جہاں بھی یہ میسج جائے گا، ہمارے ساتھی جو ہیں، وہ آپ</w:t>
      </w:r>
    </w:p>
    <w:p>
      <w:r>
        <w:rPr>
          <w:b/>
        </w:rPr>
        <w:t xml:space="preserve">[21:08] </w:t>
      </w:r>
      <w:r>
        <w:t>ke paigham ke sath jurren ge.</w:t>
      </w:r>
    </w:p>
    <w:p>
      <w:pPr>
        <w:jc w:val="right"/>
      </w:pPr>
      <w:r>
        <w:t>کے پیغام کے ساتھ جڑیں گے۔</w:t>
      </w:r>
    </w:p>
    <w:p>
      <w:r>
        <w:rPr>
          <w:b/>
        </w:rPr>
        <w:t xml:space="preserve">[21:11] </w:t>
      </w:r>
      <w:r>
        <w:t>aur mein samajhta hoon ke jo aaj aap ne message diya, yeh aise crises mein diya hai jahan</w:t>
      </w:r>
    </w:p>
    <w:p>
      <w:pPr>
        <w:jc w:val="right"/>
      </w:pPr>
      <w:r>
        <w:t>اور میں سمجھتا ہوں کہ جو آج آپ نے میسج دیا، یہ ایسے کرائسز میں دیا ہے جہاں</w:t>
      </w:r>
    </w:p>
    <w:p>
      <w:r>
        <w:rPr>
          <w:b/>
        </w:rPr>
        <w:t xml:space="preserve">[21:19] </w:t>
      </w:r>
      <w:r>
        <w:t>mara mari bohat ho rahi hai.</w:t>
      </w:r>
    </w:p>
    <w:p>
      <w:pPr>
        <w:jc w:val="right"/>
      </w:pPr>
      <w:r>
        <w:t>مارا ماری بہت ہو رہی ہے۔</w:t>
      </w:r>
    </w:p>
    <w:p>
      <w:r>
        <w:rPr>
          <w:b/>
        </w:rPr>
        <w:t xml:space="preserve">[21:21] </w:t>
      </w:r>
      <w:r>
        <w:t>aur hum samajhte hain ke yeh jahan bhi innocent killing ho, is ki jo hai, woh baqayda mazammat</w:t>
      </w:r>
    </w:p>
    <w:p>
      <w:pPr>
        <w:jc w:val="right"/>
      </w:pPr>
      <w:r>
        <w:t>اور ہم سمجھتے ہیں کہ یہ جہاں بھی انوسنٹ کلنگ ہو، اس کی جو ہے، وہ باقاعدہ مذمت</w:t>
      </w:r>
    </w:p>
    <w:p>
      <w:r>
        <w:rPr>
          <w:b/>
        </w:rPr>
        <w:t xml:space="preserve">[21:29] </w:t>
      </w:r>
      <w:r>
        <w:t>honi chahiye.</w:t>
      </w:r>
    </w:p>
    <w:p>
      <w:pPr>
        <w:jc w:val="right"/>
      </w:pPr>
      <w:r>
        <w:t>ہونی چاہیے۔</w:t>
      </w:r>
    </w:p>
    <w:p>
      <w:r>
        <w:rPr>
          <w:b/>
        </w:rPr>
        <w:t xml:space="preserve">[21:30] </w:t>
      </w:r>
      <w:r>
        <w:t>aur shradhanjali hum pesh karte hain un saathiyon ko dunya ke andar jahan jahan bhi terrorism hai aur</w:t>
      </w:r>
    </w:p>
    <w:p>
      <w:pPr>
        <w:jc w:val="right"/>
      </w:pPr>
      <w:r>
        <w:t>اور شردھانجلی ہم پیش کرتے ہیں ان ساتھیوں کو دنیا کے اندر جہاں جہاں بھی ٹیررزم ہے اور</w:t>
      </w:r>
    </w:p>
    <w:p>
      <w:r>
        <w:rPr>
          <w:b/>
        </w:rPr>
        <w:t xml:space="preserve">[21:38] </w:t>
      </w:r>
      <w:r>
        <w:t>innocent killings ho rahi hain.</w:t>
      </w:r>
    </w:p>
    <w:p>
      <w:pPr>
        <w:jc w:val="right"/>
      </w:pPr>
      <w:r>
        <w:t>انوسنٹ کلنگز ہو رہی ہیں۔</w:t>
      </w:r>
    </w:p>
    <w:p>
      <w:r>
        <w:rPr>
          <w:b/>
        </w:rPr>
        <w:t xml:space="preserve">[21:40] </w:t>
      </w:r>
      <w:r>
        <w:t>aur koi na koi jo hai, woh aap jo solution hamein de rahe hain, mein aage young gandians</w:t>
      </w:r>
    </w:p>
    <w:p>
      <w:pPr>
        <w:jc w:val="right"/>
      </w:pPr>
      <w:r>
        <w:t>اور کوئی نہ کوئی جو ہے، وہ آپ جو سلوشن ہمیں دے رہے ہیں، میں آگے ینگ گاندینز</w:t>
      </w:r>
    </w:p>
    <w:p>
      <w:r>
        <w:rPr>
          <w:b/>
        </w:rPr>
        <w:t xml:space="preserve">[21:48] </w:t>
      </w:r>
      <w:r>
        <w:t>ko aur jo hamare scholars hain aur jo hamare patrons hain aur jo hamare mentors hain, aage jo</w:t>
      </w:r>
    </w:p>
    <w:p>
      <w:pPr>
        <w:jc w:val="right"/>
      </w:pPr>
      <w:r>
        <w:t>کو اور جو ہمارے سکالرز ہیں اور جو ہمارے پیٹرانز ہیں اور جو ہمارے مینٹرز ہیں، آگے جو</w:t>
      </w:r>
    </w:p>
    <w:p>
      <w:r>
        <w:rPr>
          <w:b/>
        </w:rPr>
        <w:t xml:space="preserve">[21:56] </w:t>
      </w:r>
      <w:r>
        <w:t>living legendries hain, hamein guide karein taake aap ka message jo hai, woh jin jin tak hum pohncha</w:t>
      </w:r>
    </w:p>
    <w:p>
      <w:pPr>
        <w:jc w:val="right"/>
      </w:pPr>
      <w:r>
        <w:t>لیونگ لیجنڈریز ہیں، ہمیں گائیڈ کریں تاکہ آپ کا میسج جو ہے، وہ جن جن تک ہم پہنچا</w:t>
      </w:r>
    </w:p>
    <w:p>
      <w:r>
        <w:rPr>
          <w:b/>
        </w:rPr>
        <w:t xml:space="preserve">[22:03] </w:t>
      </w:r>
      <w:r>
        <w:t>sakein.</w:t>
      </w:r>
    </w:p>
    <w:p>
      <w:pPr>
        <w:jc w:val="right"/>
      </w:pPr>
      <w:r>
        <w:t>سکیں۔</w:t>
      </w:r>
    </w:p>
    <w:p>
      <w:r>
        <w:rPr>
          <w:b/>
        </w:rPr>
        <w:t xml:space="preserve">[22:05] </w:t>
      </w:r>
      <w:r>
        <w:t>aur baqayda jo hai, woh aman ki jo hai, woh jeet ho.</w:t>
      </w:r>
    </w:p>
    <w:p>
      <w:pPr>
        <w:jc w:val="right"/>
      </w:pPr>
      <w:r>
        <w:t>اور باقاعدہ جو ہے، وہ امن کی جو ہے، وہ جیت ہو۔</w:t>
      </w:r>
    </w:p>
    <w:p>
      <w:r>
        <w:rPr>
          <w:b/>
        </w:rPr>
        <w:t xml:space="preserve">[22:10] </w:t>
      </w:r>
      <w:r>
        <w:t>aur yeh planet jo hai aur is planet pe rehne wale sainkaron karor jo log hain, woh jo</w:t>
      </w:r>
    </w:p>
    <w:p>
      <w:pPr>
        <w:jc w:val="right"/>
      </w:pPr>
      <w:r>
        <w:t>اور یہ پلینٹ جو ہے اور اس پلینٹ پہ رہنے والے سینکڑوں کروڑ جو لوگ ہیں، وہ جو</w:t>
      </w:r>
    </w:p>
    <w:p>
      <w:r>
        <w:rPr>
          <w:b/>
        </w:rPr>
        <w:t xml:space="preserve">[22:18] </w:t>
      </w:r>
      <w:r>
        <w:t>hai, woh bach paayein.</w:t>
      </w:r>
    </w:p>
    <w:p>
      <w:pPr>
        <w:jc w:val="right"/>
      </w:pPr>
      <w:r>
        <w:t>ہے، وہ بچ پائیں۔</w:t>
      </w:r>
    </w:p>
    <w:p>
      <w:r>
        <w:rPr>
          <w:b/>
        </w:rPr>
        <w:t xml:space="preserve">[22:19] </w:t>
      </w:r>
      <w:r>
        <w:t>bohat bohat shukriya.</w:t>
      </w:r>
    </w:p>
    <w:p>
      <w:pPr>
        <w:jc w:val="right"/>
      </w:pPr>
      <w:r>
        <w:t>بہت بہت شکریہ۔</w:t>
      </w:r>
    </w:p>
    <w:p>
      <w:r>
        <w:rPr>
          <w:b/>
        </w:rPr>
        <w:t xml:space="preserve">[22:21] </w:t>
      </w:r>
      <w:r>
        <w:t>shukriya.</w:t>
      </w:r>
    </w:p>
    <w:p>
      <w:pPr>
        <w:jc w:val="right"/>
      </w:pPr>
      <w:r>
        <w:t>شکریہ۔</w:t>
      </w:r>
    </w:p>
    <w:p>
      <w:r>
        <w:rPr>
          <w:b/>
        </w:rPr>
        <w:t xml:space="preserve">[22:22] </w:t>
      </w:r>
      <w:r>
        <w:t>hamein to hamesha hamein khitabein dete rehte hain.</w:t>
      </w:r>
    </w:p>
    <w:p>
      <w:pPr>
        <w:jc w:val="right"/>
      </w:pPr>
      <w:r>
        <w:t>ہمیں تو ہمیشہ ہمیں خطابیں دیتے رہتے ہیں۔</w:t>
      </w:r>
    </w:p>
    <w:p>
      <w:r>
        <w:rPr>
          <w:b/>
        </w:rPr>
        <w:t xml:space="preserve">[22:26] </w:t>
      </w:r>
      <w:r>
        <w:t>inka role bhi Hameedullah sahib ka hum appreciate karte hain.</w:t>
      </w:r>
    </w:p>
    <w:p>
      <w:pPr>
        <w:jc w:val="right"/>
      </w:pPr>
      <w:r>
        <w:t>ان کا رول بھی حمید اللہ صاحب کا ہم ایپریشیٹ کرتے ہیں۔</w:t>
      </w:r>
    </w:p>
    <w:p>
      <w:r>
        <w:rPr>
          <w:b/>
        </w:rPr>
        <w:t xml:space="preserve">[22:31] </w:t>
      </w:r>
      <w:r>
        <w:t>hum Kashmir mein bohat acha kaam kiya ja raha hai.</w:t>
      </w:r>
    </w:p>
    <w:p>
      <w:pPr>
        <w:jc w:val="right"/>
      </w:pPr>
      <w:r>
        <w:t>ہم کشمیر میں بہت اچھا کام کیا جا رہا ہے۔</w:t>
      </w:r>
    </w:p>
    <w:p>
      <w:r>
        <w:rPr>
          <w:b/>
        </w:rPr>
        <w:t xml:space="preserve">[22:35] </w:t>
      </w:r>
      <w:r>
        <w:t>Hameed sahib to inspiration hain hum sab ke liye.</w:t>
      </w:r>
    </w:p>
    <w:p>
      <w:pPr>
        <w:jc w:val="right"/>
      </w:pPr>
      <w:r>
        <w:t>حمید صاحب تو انسپیریشن ہیں ہم سب کے لیے۔</w:t>
      </w:r>
    </w:p>
    <w:p>
      <w:r>
        <w:rPr>
          <w:b/>
        </w:rPr>
        <w:t xml:space="preserve">[22:39] </w:t>
      </w:r>
      <w:r>
        <w:t>haan, inspiration hain bilkul.</w:t>
      </w:r>
    </w:p>
    <w:p>
      <w:pPr>
        <w:jc w:val="right"/>
      </w:pPr>
      <w:r>
        <w:t>ہاں، انسپیریشن ہیں بالکل۔</w:t>
      </w:r>
    </w:p>
    <w:p>
      <w:r>
        <w:rPr>
          <w:b/>
        </w:rPr>
        <w:t xml:space="preserve">[22:41] </w:t>
      </w:r>
      <w:r>
        <w:t>bohat bohat shukriya.</w:t>
      </w:r>
    </w:p>
    <w:p>
      <w:pPr>
        <w:jc w:val="right"/>
      </w:pPr>
      <w:r>
        <w:t>بہت بہت شکریہ۔</w:t>
      </w:r>
    </w:p>
    <w:p>
      <w:r>
        <w:rPr>
          <w:b/>
        </w:rPr>
        <w:t xml:space="preserve">[22:42] </w:t>
      </w:r>
      <w:r>
        <w:t>ek mere ghar se.</w:t>
      </w:r>
    </w:p>
    <w:p>
      <w:pPr>
        <w:jc w:val="right"/>
      </w:pPr>
      <w:r>
        <w:t>ایک میرے گھر سے۔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