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Concept of Hamd January 31, 2016</w:t>
      </w:r>
    </w:p>
    <w:p>
      <w:r>
        <w:t>https://www.youtube.com/watch?v=-XiDMbMoQm8</w:t>
      </w:r>
    </w:p>
    <w:p>
      <w:r>
        <w:rPr>
          <w:b/>
        </w:rPr>
        <w:t xml:space="preserve">[00:21] </w:t>
      </w:r>
      <w:r>
        <w:t>bismillah hir rahman nir rahim.</w:t>
      </w:r>
    </w:p>
    <w:p>
      <w:pPr>
        <w:jc w:val="right"/>
      </w:pPr>
      <w:r>
        <w:t>بسم اللہ الرحمن الرحیم۔</w:t>
      </w:r>
    </w:p>
    <w:p>
      <w:r>
        <w:rPr>
          <w:b/>
        </w:rPr>
        <w:t xml:space="preserve">[00:27] </w:t>
      </w:r>
      <w:r>
        <w:t>wa صلی اللہ علی النبی الکریم.</w:t>
      </w:r>
    </w:p>
    <w:p>
      <w:pPr>
        <w:jc w:val="right"/>
      </w:pPr>
      <w:r>
        <w:t>وصلی اللہ علی النبی الکریم۔</w:t>
      </w:r>
    </w:p>
    <w:p>
      <w:r>
        <w:rPr>
          <w:b/>
        </w:rPr>
        <w:t xml:space="preserve">[00:33]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[00:39] </w:t>
      </w:r>
      <w:r>
        <w:t>31 January 2016.</w:t>
      </w:r>
    </w:p>
    <w:p>
      <w:pPr>
        <w:jc w:val="right"/>
      </w:pPr>
      <w:r>
        <w:t>31 جنوری 2016۔</w:t>
      </w:r>
    </w:p>
    <w:p>
      <w:r>
        <w:rPr>
          <w:b/>
        </w:rPr>
        <w:t xml:space="preserve">[00:45] </w:t>
      </w:r>
      <w:r>
        <w:t>aaj ka topic hai: Alhamdulillah, yani hamd ka tasawwur Islam mein.</w:t>
      </w:r>
    </w:p>
    <w:p>
      <w:pPr>
        <w:jc w:val="right"/>
      </w:pPr>
      <w:r>
        <w:t>آج کا ٹاپک ہے: الحمدللہ، یعنی حمد کا تصور اسلام میں۔</w:t>
      </w:r>
    </w:p>
    <w:p>
      <w:r>
        <w:rPr>
          <w:b/>
        </w:rPr>
        <w:t xml:space="preserve">[00:51] </w:t>
      </w:r>
      <w:r>
        <w:t>dekhiye, aaj kal aik aam riwaj hai ke log baat baat mein kehte hain: "Alhamdulillah, Alhamdulillah".</w:t>
      </w:r>
    </w:p>
    <w:p>
      <w:pPr>
        <w:jc w:val="right"/>
      </w:pPr>
      <w:r>
        <w:t>دیکھیے، آج کل ایک عام رواج ہے کہ لوگ بات بات میں کہتے ہیں: "الحمدللہ، الحمدللہ"۔</w:t>
      </w:r>
    </w:p>
    <w:p>
      <w:r>
        <w:rPr>
          <w:b/>
        </w:rPr>
        <w:t xml:space="preserve">[00:57] </w:t>
      </w:r>
      <w:r>
        <w:t>yeh Alhamdulillah nahi hai.</w:t>
      </w:r>
    </w:p>
    <w:p>
      <w:pPr>
        <w:jc w:val="right"/>
      </w:pPr>
      <w:r>
        <w:t>یہ الحمدللہ نہیں ہے۔</w:t>
      </w:r>
    </w:p>
    <w:p>
      <w:r>
        <w:rPr>
          <w:b/>
        </w:rPr>
        <w:t xml:space="preserve">[01:03] </w:t>
      </w:r>
      <w:r>
        <w:t>kyun ke sahaba ke halaat aap parhein, sahaba is tarah se baat baat mein Alhamdulillah nahi kehte thay.</w:t>
      </w:r>
    </w:p>
    <w:p>
      <w:pPr>
        <w:jc w:val="right"/>
      </w:pPr>
      <w:r>
        <w:t>کیونکہ صحابہ کے حالات آپ پڑھیں، صحابہ اس طرح سے بات بات میں الحمدللہ نہیں کہتے تھے۔</w:t>
      </w:r>
    </w:p>
    <w:p>
      <w:r>
        <w:rPr>
          <w:b/>
        </w:rPr>
        <w:t xml:space="preserve">[01:09] </w:t>
      </w:r>
      <w:r>
        <w:t>sahaba ka tareeqa yeh nahi tha ke baat baat mein Alhamdulillah, Alhamdulillah.</w:t>
      </w:r>
    </w:p>
    <w:p>
      <w:pPr>
        <w:jc w:val="right"/>
      </w:pPr>
      <w:r>
        <w:t>صحابہ کا طریقہ یہ نہیں تھا کہ بات بات میں الحمدللہ، الحمدللہ۔</w:t>
      </w:r>
    </w:p>
    <w:p>
      <w:r>
        <w:rPr>
          <w:b/>
        </w:rPr>
        <w:t xml:space="preserve">[01:15] </w:t>
      </w:r>
      <w:r>
        <w:t>yeh to aik bidat hai.</w:t>
      </w:r>
    </w:p>
    <w:p>
      <w:pPr>
        <w:jc w:val="right"/>
      </w:pPr>
      <w:r>
        <w:t>یہ تو ایک بدعت ہے۔</w:t>
      </w:r>
    </w:p>
    <w:p>
      <w:r>
        <w:rPr>
          <w:b/>
        </w:rPr>
        <w:t xml:space="preserve">[01:21] </w:t>
      </w:r>
      <w:r>
        <w:t>dekhiye, Alhamdulillah kya hai, is ko aap samajh sakte hain Quran ki pehli ayat par ghor kar ke.</w:t>
      </w:r>
    </w:p>
    <w:p>
      <w:pPr>
        <w:jc w:val="right"/>
      </w:pPr>
      <w:r>
        <w:t>دیکھیے، الحمدللہ کیا ہے، اس کو آپ سمجھ سکتے ہیں قرآن کی پہلی آیت پر غور کر کے۔</w:t>
      </w:r>
    </w:p>
    <w:p>
      <w:r>
        <w:rPr>
          <w:b/>
        </w:rPr>
        <w:t xml:space="preserve">[01:28] </w:t>
      </w:r>
      <w:r>
        <w:t>Alhamdulillah Rabbil Alameen.</w:t>
      </w:r>
    </w:p>
    <w:p>
      <w:pPr>
        <w:jc w:val="right"/>
      </w:pPr>
      <w:r>
        <w:t>الحمدللہ رب العالمین۔</w:t>
      </w:r>
    </w:p>
    <w:p>
      <w:r>
        <w:rPr>
          <w:b/>
        </w:rPr>
        <w:t xml:space="preserve">[01:34] </w:t>
      </w:r>
      <w:r>
        <w:t>hamd hai Allah Rabbil Alameen ka.</w:t>
      </w:r>
    </w:p>
    <w:p>
      <w:pPr>
        <w:jc w:val="right"/>
      </w:pPr>
      <w:r>
        <w:t>حمد ہے اللہ رب العالمین کا۔</w:t>
      </w:r>
    </w:p>
    <w:p>
      <w:r>
        <w:rPr>
          <w:b/>
        </w:rPr>
        <w:t xml:space="preserve">[01:40] </w:t>
      </w:r>
      <w:r>
        <w:t>yani hamd woh hai jo Rabbil Alameen ke barabar ho.</w:t>
      </w:r>
    </w:p>
    <w:p>
      <w:pPr>
        <w:jc w:val="right"/>
      </w:pPr>
      <w:r>
        <w:t>یعنی حمد وہ ہے جو رب العالمین کے برابر ہو۔</w:t>
      </w:r>
    </w:p>
    <w:p>
      <w:r>
        <w:rPr>
          <w:b/>
        </w:rPr>
        <w:t xml:space="preserve">[01:46] </w:t>
      </w:r>
      <w:r>
        <w:t>wahi hamd hai.</w:t>
      </w:r>
    </w:p>
    <w:p>
      <w:pPr>
        <w:jc w:val="right"/>
      </w:pPr>
      <w:r>
        <w:t>وہی حمد ہے۔</w:t>
      </w:r>
    </w:p>
    <w:p>
      <w:r>
        <w:rPr>
          <w:b/>
        </w:rPr>
        <w:t xml:space="preserve">[01:52] </w:t>
      </w:r>
      <w:r>
        <w:t>warna woh kya hai? Lip service hai.</w:t>
      </w:r>
    </w:p>
    <w:p>
      <w:pPr>
        <w:jc w:val="right"/>
      </w:pPr>
      <w:r>
        <w:t>ورنہ وہ کیا ہے؟ Lip service ہے۔</w:t>
      </w:r>
    </w:p>
    <w:p>
      <w:r>
        <w:rPr>
          <w:b/>
        </w:rPr>
        <w:t xml:space="preserve">[01:58] </w:t>
      </w:r>
      <w:r>
        <w:t>aaj kal jo bar bar log kehte hain Alhamdulillah, to woh kya hai? Woh takiya kalam hai.</w:t>
      </w:r>
    </w:p>
    <w:p>
      <w:pPr>
        <w:jc w:val="right"/>
      </w:pPr>
      <w:r>
        <w:t>آج کل جو بار بار لوگ کہتے ہیں الحمدللہ، تو وہ کیا ہے؟ وہ تکیہ کلام ہے۔</w:t>
      </w:r>
    </w:p>
    <w:p>
      <w:r>
        <w:rPr>
          <w:b/>
        </w:rPr>
        <w:t xml:space="preserve">[02:04] </w:t>
      </w:r>
      <w:r>
        <w:t>English mein kehte hain is ko catch phrase.</w:t>
      </w:r>
    </w:p>
    <w:p>
      <w:pPr>
        <w:jc w:val="right"/>
      </w:pPr>
      <w:r>
        <w:t>انگلش میں کہتے ہیں اس کو catch phrase۔</w:t>
      </w:r>
    </w:p>
    <w:p>
      <w:r>
        <w:rPr>
          <w:b/>
        </w:rPr>
        <w:t xml:space="preserve">[02:10] </w:t>
      </w:r>
      <w:r>
        <w:t>Urdu mein aik lafz hai: takiya kalam.</w:t>
      </w:r>
    </w:p>
    <w:p>
      <w:pPr>
        <w:jc w:val="right"/>
      </w:pPr>
      <w:r>
        <w:t>اردو میں ایک لفظ ہے: تکیہ کلام۔</w:t>
      </w:r>
    </w:p>
    <w:p>
      <w:r>
        <w:rPr>
          <w:b/>
        </w:rPr>
        <w:t xml:space="preserve">[02:16] </w:t>
      </w:r>
      <w:r>
        <w:t>is ke liye English word hai: catch phrase.</w:t>
      </w:r>
    </w:p>
    <w:p>
      <w:pPr>
        <w:jc w:val="right"/>
      </w:pPr>
      <w:r>
        <w:t>اس کے لیے انگلش word ہے: catch phrase۔</w:t>
      </w:r>
    </w:p>
    <w:p>
      <w:r>
        <w:rPr>
          <w:b/>
        </w:rPr>
        <w:t xml:space="preserve">[02:22] </w:t>
      </w:r>
      <w:r>
        <w:t>yani khwamkhwah baatein bolte rehna.</w:t>
      </w:r>
    </w:p>
    <w:p>
      <w:pPr>
        <w:jc w:val="right"/>
      </w:pPr>
      <w:r>
        <w:t>یعنی خوامخواہ باتیں بولتے رہنا۔</w:t>
      </w:r>
    </w:p>
    <w:p>
      <w:r>
        <w:rPr>
          <w:b/>
        </w:rPr>
        <w:t xml:space="preserve">[02:29] </w:t>
      </w:r>
      <w:r>
        <w:t>jaise hamare Adam Umra aik sahab thay, to jab bolte thay woh bar bar kehte thay: "Samjhe sahab?</w:t>
      </w:r>
    </w:p>
    <w:p>
      <w:pPr>
        <w:jc w:val="right"/>
      </w:pPr>
      <w:r>
        <w:t>جیسے ہمارے آدم عمرہ ایک صاحب تھے، تو جب بولتے تھے وہ بار بار کہتے تھے: "سمجھے صاحب؟</w:t>
      </w:r>
    </w:p>
    <w:p>
      <w:r>
        <w:rPr>
          <w:b/>
        </w:rPr>
        <w:t xml:space="preserve">[02:35] </w:t>
      </w:r>
      <w:r>
        <w:t>Samjhe sahab?" Yeh un ka takiya kalam tha.</w:t>
      </w:r>
    </w:p>
    <w:p>
      <w:pPr>
        <w:jc w:val="right"/>
      </w:pPr>
      <w:r>
        <w:t>سمجھے صاحب؟" یہ ان کا تکیہ کلام تھا۔</w:t>
      </w:r>
    </w:p>
    <w:p>
      <w:r>
        <w:rPr>
          <w:b/>
        </w:rPr>
        <w:t xml:space="preserve">[02:41] </w:t>
      </w:r>
      <w:r>
        <w:t>to aaj kal musalmanon ka takiya kalam ban gaya hai alhamdulillah. Catch phrase.</w:t>
      </w:r>
    </w:p>
    <w:p>
      <w:pPr>
        <w:jc w:val="right"/>
      </w:pPr>
      <w:r>
        <w:t>تو آج کل مسلمانوں کا تکیہ کلام بن گیا ہے الحمدللہ۔ Catch phrase۔</w:t>
      </w:r>
    </w:p>
    <w:p>
      <w:r>
        <w:rPr>
          <w:b/>
        </w:rPr>
        <w:t xml:space="preserve">[02:47] </w:t>
      </w:r>
      <w:r>
        <w:t>yeh alhamdulillah nahi hai.</w:t>
      </w:r>
    </w:p>
    <w:p>
      <w:pPr>
        <w:jc w:val="right"/>
      </w:pPr>
      <w:r>
        <w:t>یہ الحمدللہ نہیں ہے۔</w:t>
      </w:r>
    </w:p>
    <w:p>
      <w:r>
        <w:rPr>
          <w:b/>
        </w:rPr>
        <w:t xml:space="preserve">[02:53] </w:t>
      </w:r>
      <w:r>
        <w:t>alhamdulillah yeh hai ke aap Allah ko Rabb-ul-Alameen ki satah par discover karen.</w:t>
      </w:r>
    </w:p>
    <w:p>
      <w:pPr>
        <w:jc w:val="right"/>
      </w:pPr>
      <w:r>
        <w:t>الحمدللہ یہ ہے کہ آپ اللہ کو رب العالمین کی سطح پر discover کریں۔</w:t>
      </w:r>
    </w:p>
    <w:p>
      <w:r>
        <w:rPr>
          <w:b/>
        </w:rPr>
        <w:t xml:space="preserve">[02:59] </w:t>
      </w:r>
      <w:r>
        <w:t>aap Allah ko Lord of the Universe ki satah par discover karen.</w:t>
      </w:r>
    </w:p>
    <w:p>
      <w:pPr>
        <w:jc w:val="right"/>
      </w:pPr>
      <w:r>
        <w:t>آپ اللہ کو Lord of the Universe کی سطح پر discover کریں۔</w:t>
      </w:r>
    </w:p>
    <w:p>
      <w:r>
        <w:rPr>
          <w:b/>
        </w:rPr>
        <w:t xml:space="preserve">[03:05] </w:t>
      </w:r>
      <w:r>
        <w:t>phir is discovery ke ki spirit ke sath jo kalma nikle woh hai alhamdulillah.</w:t>
      </w:r>
    </w:p>
    <w:p>
      <w:pPr>
        <w:jc w:val="right"/>
      </w:pPr>
      <w:r>
        <w:t>پھر اس discovery کے کی spirit کے ساتھ جو کلمہ نکلے وہ ہے الحمدللہ۔</w:t>
      </w:r>
    </w:p>
    <w:p>
      <w:r>
        <w:rPr>
          <w:b/>
        </w:rPr>
        <w:t xml:space="preserve">[03:11] </w:t>
      </w:r>
      <w:r>
        <w:t>doosri baat yeh hai ke Quran ko aap parhen to ek cheez bar bar is mein aye gi.</w:t>
      </w:r>
    </w:p>
    <w:p>
      <w:pPr>
        <w:jc w:val="right"/>
      </w:pPr>
      <w:r>
        <w:t>دوسری بات یہ ہے کہ قرآن کو آپ پڑھیں تو ایک چیز بار بار اس میں آئے گی۔</w:t>
      </w:r>
    </w:p>
    <w:p>
      <w:r>
        <w:rPr>
          <w:b/>
        </w:rPr>
        <w:t xml:space="preserve">[03:17] </w:t>
      </w:r>
      <w:r>
        <w:t>ziyada ka lafz. Ziyada. Yani barhana. Ziyada hona.</w:t>
      </w:r>
    </w:p>
    <w:p>
      <w:pPr>
        <w:jc w:val="right"/>
      </w:pPr>
      <w:r>
        <w:t>زیادہ کا لفظ۔ زیادہ۔ یعنی بڑھانا۔ زیادہ ہونا۔</w:t>
      </w:r>
    </w:p>
    <w:p>
      <w:r>
        <w:rPr>
          <w:b/>
        </w:rPr>
        <w:t xml:space="preserve">[03:23] </w:t>
      </w:r>
      <w:r>
        <w:t>is duniya mein sirf do cheezen aisi hain jin mein ziyada wali quality pai jati hai.</w:t>
      </w:r>
    </w:p>
    <w:p>
      <w:pPr>
        <w:jc w:val="right"/>
      </w:pPr>
      <w:r>
        <w:t>اس دنیا میں صرف دو چیزیں ایسی ہیں جن میں زیادہ والی quality پائی جاتی ہے۔</w:t>
      </w:r>
    </w:p>
    <w:p>
      <w:r>
        <w:rPr>
          <w:b/>
        </w:rPr>
        <w:t xml:space="preserve">[03:30] </w:t>
      </w:r>
      <w:r>
        <w:t>ek darakht aur doosre insan.</w:t>
      </w:r>
    </w:p>
    <w:p>
      <w:pPr>
        <w:jc w:val="right"/>
      </w:pPr>
      <w:r>
        <w:t>ایک درخت اور دوسرے انسان۔</w:t>
      </w:r>
    </w:p>
    <w:p>
      <w:r>
        <w:rPr>
          <w:b/>
        </w:rPr>
        <w:t xml:space="preserve">[03:36] </w:t>
      </w:r>
      <w:r>
        <w:t>darakht ko aap ek seed is ka laga den kahin to woh is mein akhwa nikle ga, phir</w:t>
      </w:r>
    </w:p>
    <w:p>
      <w:pPr>
        <w:jc w:val="right"/>
      </w:pPr>
      <w:r>
        <w:t>درخت کو آپ ایک seed اس کا لگا دیں کہیں تو وہ اس میں اخوا نکلے گا، پھر</w:t>
      </w:r>
    </w:p>
    <w:p>
      <w:r>
        <w:rPr>
          <w:b/>
        </w:rPr>
        <w:t xml:space="preserve">[03:42] </w:t>
      </w:r>
      <w:r>
        <w:t>barhe ga, barhe ga, barhe ga, barhe ga hatta ke woh poora darakht ban jaye ga.</w:t>
      </w:r>
    </w:p>
    <w:p>
      <w:pPr>
        <w:jc w:val="right"/>
      </w:pPr>
      <w:r>
        <w:t>بڑھے گا، بڑھے گا، بڑھے گا، بڑھے گا حتیٰ کہ وہ پورا درخت بن جائے گا۔</w:t>
      </w:r>
    </w:p>
    <w:p>
      <w:r>
        <w:rPr>
          <w:b/>
        </w:rPr>
        <w:t xml:space="preserve">[03:48] </w:t>
      </w:r>
      <w:r>
        <w:t>yeh hai grow karna.</w:t>
      </w:r>
    </w:p>
    <w:p>
      <w:pPr>
        <w:jc w:val="right"/>
      </w:pPr>
      <w:r>
        <w:t>یہ ہے grow کرنا۔</w:t>
      </w:r>
    </w:p>
    <w:p>
      <w:r>
        <w:rPr>
          <w:b/>
        </w:rPr>
        <w:t xml:space="preserve">[03:54] </w:t>
      </w:r>
      <w:r>
        <w:t>to grow karna jo hai yeh khaas tor par darakht ki sifat hai.</w:t>
      </w:r>
    </w:p>
    <w:p>
      <w:pPr>
        <w:jc w:val="right"/>
      </w:pPr>
      <w:r>
        <w:t>تو grow کرنا جو ہے یہ خاص طور پر درخت کی صفت ہے۔</w:t>
      </w:r>
    </w:p>
    <w:p>
      <w:r>
        <w:rPr>
          <w:b/>
        </w:rPr>
        <w:t xml:space="preserve">[04:00] </w:t>
      </w:r>
      <w:r>
        <w:t>pathar grow nahi karta.</w:t>
      </w:r>
    </w:p>
    <w:p>
      <w:pPr>
        <w:jc w:val="right"/>
      </w:pPr>
      <w:r>
        <w:t>پتھر grow نہیں کرتا۔</w:t>
      </w:r>
    </w:p>
    <w:p>
      <w:r>
        <w:rPr>
          <w:b/>
        </w:rPr>
        <w:t xml:space="preserve">[04:06] </w:t>
      </w:r>
      <w:r>
        <w:t>loha grow nahi karta.</w:t>
      </w:r>
    </w:p>
    <w:p>
      <w:pPr>
        <w:jc w:val="right"/>
      </w:pPr>
      <w:r>
        <w:t>لوہا grow نہیں کرتا۔</w:t>
      </w:r>
    </w:p>
    <w:p>
      <w:r>
        <w:rPr>
          <w:b/>
        </w:rPr>
        <w:t xml:space="preserve">[04:12] </w:t>
      </w:r>
      <w:r>
        <w:t>sona, chandi grow nahi karte.</w:t>
      </w:r>
    </w:p>
    <w:p>
      <w:pPr>
        <w:jc w:val="right"/>
      </w:pPr>
      <w:r>
        <w:t>سونا، چاندی grow نہیں کرتے۔</w:t>
      </w:r>
    </w:p>
    <w:p>
      <w:r>
        <w:rPr>
          <w:b/>
        </w:rPr>
        <w:t xml:space="preserve">[04:18] </w:t>
      </w:r>
      <w:r>
        <w:t>darakht grow karta hai.</w:t>
      </w:r>
    </w:p>
    <w:p>
      <w:pPr>
        <w:jc w:val="right"/>
      </w:pPr>
      <w:r>
        <w:t>درخت grow کرتا ہے۔</w:t>
      </w:r>
    </w:p>
    <w:p>
      <w:r>
        <w:rPr>
          <w:b/>
        </w:rPr>
        <w:t xml:space="preserve">[04:24] </w:t>
      </w:r>
      <w:r>
        <w:t>isi liye Quran mein momin ki misaal darakht ko di gayi hai.</w:t>
      </w:r>
    </w:p>
    <w:p>
      <w:pPr>
        <w:jc w:val="right"/>
      </w:pPr>
      <w:r>
        <w:t>اسی لیے قرآن میں مومن کی مثال درخت کو دی گئی ہے۔</w:t>
      </w:r>
    </w:p>
    <w:p>
      <w:r>
        <w:rPr>
          <w:b/>
        </w:rPr>
        <w:t xml:space="preserve">[04:31] </w:t>
      </w:r>
      <w:r>
        <w:t>to isi tarah insan mein yeh barhne ka, izafe ka amal jari rehta hai.</w:t>
      </w:r>
    </w:p>
    <w:p>
      <w:pPr>
        <w:jc w:val="right"/>
      </w:pPr>
      <w:r>
        <w:t>تو اسی طرح انسان میں یہ بڑھنے کا، اضافے کا عمل جاری رہتا ہے۔</w:t>
      </w:r>
    </w:p>
    <w:p>
      <w:r>
        <w:rPr>
          <w:b/>
        </w:rPr>
        <w:t xml:space="preserve">[04:37] </w:t>
      </w:r>
      <w:r>
        <w:t>to Quran ki Surah Al-Fath aap parhen.</w:t>
      </w:r>
    </w:p>
    <w:p>
      <w:pPr>
        <w:jc w:val="right"/>
      </w:pPr>
      <w:r>
        <w:t>تو قرآن کی سورہ الفتح آپ پڑھیں۔</w:t>
      </w:r>
    </w:p>
    <w:p>
      <w:r>
        <w:rPr>
          <w:b/>
        </w:rPr>
        <w:t xml:space="preserve">[04:43] </w:t>
      </w:r>
      <w:r>
        <w:t>Surah number forty eight.</w:t>
      </w:r>
    </w:p>
    <w:p>
      <w:pPr>
        <w:jc w:val="right"/>
      </w:pPr>
      <w:r>
        <w:t>سورہ نمبر forty eight۔</w:t>
      </w:r>
    </w:p>
    <w:p>
      <w:r>
        <w:rPr>
          <w:b/>
        </w:rPr>
        <w:t xml:space="preserve">[04:49] </w:t>
      </w:r>
      <w:r>
        <w:t>to is ke shuru mein ek ayat mile gi aap ko.</w:t>
      </w:r>
    </w:p>
    <w:p>
      <w:pPr>
        <w:jc w:val="right"/>
      </w:pPr>
      <w:r>
        <w:t>تو اس کے شروع میں ایک آیت ملے گی آپ کو۔</w:t>
      </w:r>
    </w:p>
    <w:p>
      <w:r>
        <w:rPr>
          <w:b/>
        </w:rPr>
        <w:t xml:space="preserve">[04:55] </w:t>
      </w:r>
      <w:r>
        <w:t>ta ke un ko iman mein ek aur iman ka izafa kare.</w:t>
      </w:r>
    </w:p>
    <w:p>
      <w:pPr>
        <w:jc w:val="right"/>
      </w:pPr>
      <w:r>
        <w:t>تاکہ ان کو ایمان میں ایک اور ایمان کا اضافہ کرے۔</w:t>
      </w:r>
    </w:p>
    <w:p>
      <w:r>
        <w:rPr>
          <w:b/>
        </w:rPr>
        <w:t xml:space="preserve">[05:01] </w:t>
      </w:r>
      <w:r>
        <w:t>To add faith to their faith. Yeh hai.</w:t>
      </w:r>
    </w:p>
    <w:p>
      <w:pPr>
        <w:jc w:val="right"/>
      </w:pPr>
      <w:r>
        <w:t>To add faith to their faith۔ یہ ہے۔</w:t>
      </w:r>
    </w:p>
    <w:p>
      <w:r>
        <w:rPr>
          <w:b/>
        </w:rPr>
        <w:t xml:space="preserve">[05:07] </w:t>
      </w:r>
      <w:r>
        <w:t>to dekhiye iman koi jamid cheez nahi hai.</w:t>
      </w:r>
    </w:p>
    <w:p>
      <w:pPr>
        <w:jc w:val="right"/>
      </w:pPr>
      <w:r>
        <w:t>تو دیکھیے ایمان کوئی جامد چیز نہیں ہے۔</w:t>
      </w:r>
    </w:p>
    <w:p>
      <w:r>
        <w:rPr>
          <w:b/>
        </w:rPr>
        <w:t xml:space="preserve">[05:13] </w:t>
      </w:r>
      <w:r>
        <w:t>yani static cheez nahi hai.</w:t>
      </w:r>
    </w:p>
    <w:p>
      <w:pPr>
        <w:jc w:val="right"/>
      </w:pPr>
      <w:r>
        <w:t>یعنی static چیز نہیں ہے۔</w:t>
      </w:r>
    </w:p>
    <w:p>
      <w:r>
        <w:rPr>
          <w:b/>
        </w:rPr>
        <w:t xml:space="preserve">[05:19] </w:t>
      </w:r>
      <w:r>
        <w:t>iman barhne wali cheez hai, barhne wali cheez hai.</w:t>
      </w:r>
    </w:p>
    <w:p>
      <w:pPr>
        <w:jc w:val="right"/>
      </w:pPr>
      <w:r>
        <w:t>ایمان بڑھنے والی چیز ہے، بڑھنے والی چیز ہے۔</w:t>
      </w:r>
    </w:p>
    <w:p>
      <w:r>
        <w:rPr>
          <w:b/>
        </w:rPr>
        <w:t xml:space="preserve">[05:25] </w:t>
      </w:r>
      <w:r>
        <w:t>iman ko grow karna chahiye.</w:t>
      </w:r>
    </w:p>
    <w:p>
      <w:pPr>
        <w:jc w:val="right"/>
      </w:pPr>
      <w:r>
        <w:t>ایمان کو grow کرنا چاہیے۔</w:t>
      </w:r>
    </w:p>
    <w:p>
      <w:r>
        <w:rPr>
          <w:b/>
        </w:rPr>
        <w:t xml:space="preserve">[05:32] </w:t>
      </w:r>
      <w:r>
        <w:t>agar iman grow na kar raha ho to woh matloob iman nahi hoga.</w:t>
      </w:r>
    </w:p>
    <w:p>
      <w:pPr>
        <w:jc w:val="right"/>
      </w:pPr>
      <w:r>
        <w:t>اگر ایمان grow نہ کر رہا ہو تو وہ مطلوب ایمان نہیں ہوگا۔</w:t>
      </w:r>
    </w:p>
    <w:p>
      <w:r>
        <w:rPr>
          <w:b/>
        </w:rPr>
        <w:t xml:space="preserve">[05:38] </w:t>
      </w:r>
      <w:r>
        <w:t>isko to add faith to their faith wala iman hona chahiye.</w:t>
      </w:r>
    </w:p>
    <w:p>
      <w:pPr>
        <w:jc w:val="right"/>
      </w:pPr>
      <w:r>
        <w:t>اس کو to add faith to their faith والا ایمان ہونا چاہیے۔</w:t>
      </w:r>
    </w:p>
    <w:p>
      <w:r>
        <w:rPr>
          <w:b/>
        </w:rPr>
        <w:t xml:space="preserve">[05:44] </w:t>
      </w:r>
      <w:r>
        <w:t>ab ghor kijiye ke yeh iman mein izafa kaise hota hai.</w:t>
      </w:r>
    </w:p>
    <w:p>
      <w:pPr>
        <w:jc w:val="right"/>
      </w:pPr>
      <w:r>
        <w:t>اب غور کیجیے کہ یہ ایمان میں اضافہ کیسے ہوتا ہے۔</w:t>
      </w:r>
    </w:p>
    <w:p>
      <w:r>
        <w:rPr>
          <w:b/>
        </w:rPr>
        <w:t xml:space="preserve">[05:50] </w:t>
      </w:r>
      <w:r>
        <w:t>yeh hota hai contemplation ke zariye.</w:t>
      </w:r>
    </w:p>
    <w:p>
      <w:pPr>
        <w:jc w:val="right"/>
      </w:pPr>
      <w:r>
        <w:t>یہ ہوتا ہے contemplation کے ذریعے۔</w:t>
      </w:r>
    </w:p>
    <w:p>
      <w:r>
        <w:rPr>
          <w:b/>
        </w:rPr>
        <w:t xml:space="preserve">[05:56] </w:t>
      </w:r>
      <w:r>
        <w:t>tadabbur, tafakkur ke zariye.</w:t>
      </w:r>
    </w:p>
    <w:p>
      <w:pPr>
        <w:jc w:val="right"/>
      </w:pPr>
      <w:r>
        <w:t>تدبر، تفکر کے ذریعے۔</w:t>
      </w:r>
    </w:p>
    <w:p>
      <w:r>
        <w:rPr>
          <w:b/>
        </w:rPr>
        <w:t xml:space="preserve">[06:02] </w:t>
      </w:r>
      <w:r>
        <w:t>jab aap sochte hain, sochte hain, sochte hain to iman ke naye naye aspect aap ko samne aate hain.</w:t>
      </w:r>
    </w:p>
    <w:p>
      <w:pPr>
        <w:jc w:val="right"/>
      </w:pPr>
      <w:r>
        <w:t>جب آپ سوچتے ہیں، سوچتے ہیں، سوچتے ہیں تو ایمان کے نئے نئے aspect آپ کو سامنے آتے ہیں۔</w:t>
      </w:r>
    </w:p>
    <w:p>
      <w:r>
        <w:rPr>
          <w:b/>
        </w:rPr>
        <w:t xml:space="preserve">[06:08] </w:t>
      </w:r>
      <w:r>
        <w:t>naye naye pehlu.</w:t>
      </w:r>
    </w:p>
    <w:p>
      <w:pPr>
        <w:jc w:val="right"/>
      </w:pPr>
      <w:r>
        <w:t>نئے نئے پہلو۔</w:t>
      </w:r>
    </w:p>
    <w:p>
      <w:r>
        <w:rPr>
          <w:b/>
        </w:rPr>
        <w:t xml:space="preserve">[06:14] </w:t>
      </w:r>
      <w:r>
        <w:t>yahi hai iman ka grow karna.</w:t>
      </w:r>
    </w:p>
    <w:p>
      <w:pPr>
        <w:jc w:val="right"/>
      </w:pPr>
      <w:r>
        <w:t>یہی ہے ایمان کا grow کرنا۔</w:t>
      </w:r>
    </w:p>
    <w:p>
      <w:r>
        <w:rPr>
          <w:b/>
        </w:rPr>
        <w:t xml:space="preserve">[06:20] </w:t>
      </w:r>
      <w:r>
        <w:t>yahi hai iman ka grow karna.</w:t>
      </w:r>
    </w:p>
    <w:p>
      <w:pPr>
        <w:jc w:val="right"/>
      </w:pPr>
      <w:r>
        <w:t>یہی ہے ایمان کا grow کرنا۔</w:t>
      </w:r>
    </w:p>
    <w:p>
      <w:r>
        <w:rPr>
          <w:b/>
        </w:rPr>
        <w:t xml:space="preserve">[06:26] </w:t>
      </w:r>
      <w:r>
        <w:t>to quran mein ghor karna, hadith mein ghor karna, kainat mein ghor karna, yeh jo contemplation jo hota</w:t>
      </w:r>
    </w:p>
    <w:p>
      <w:pPr>
        <w:jc w:val="right"/>
      </w:pPr>
      <w:r>
        <w:t>تو قرآن میں غور کرنا، حدیث میں غور کرنا، کائنات میں غور کرنا، یہ جو contemplation جو ہوتا</w:t>
      </w:r>
    </w:p>
    <w:p>
      <w:r>
        <w:rPr>
          <w:b/>
        </w:rPr>
        <w:t xml:space="preserve">[06:33] </w:t>
      </w:r>
      <w:r>
        <w:t>hai, tadabbur aur tafakkur jo hota hai, isi se naye naye pehlu samne aate hain iman ke.</w:t>
      </w:r>
    </w:p>
    <w:p>
      <w:pPr>
        <w:jc w:val="right"/>
      </w:pPr>
      <w:r>
        <w:t>ہے، تدبر اور تفکر جو ہوتا ہے، اسی سے نئے نئے پہلو سامنے آتے ہیں ایمان کے۔</w:t>
      </w:r>
    </w:p>
    <w:p>
      <w:r>
        <w:rPr>
          <w:b/>
        </w:rPr>
        <w:t xml:space="preserve">[06:39] </w:t>
      </w:r>
      <w:r>
        <w:t>aur iman barhta rehta hai.</w:t>
      </w:r>
    </w:p>
    <w:p>
      <w:pPr>
        <w:jc w:val="right"/>
      </w:pPr>
      <w:r>
        <w:t>اور ایمان بڑھتا رہتا ہے۔</w:t>
      </w:r>
    </w:p>
    <w:p>
      <w:r>
        <w:rPr>
          <w:b/>
        </w:rPr>
        <w:t xml:space="preserve">[06:45] </w:t>
      </w:r>
      <w:r>
        <w:t>iman barhta rehta hai.</w:t>
      </w:r>
    </w:p>
    <w:p>
      <w:pPr>
        <w:jc w:val="right"/>
      </w:pPr>
      <w:r>
        <w:t>ایمان بڑھتا رہتا ہے۔</w:t>
      </w:r>
    </w:p>
    <w:p>
      <w:r>
        <w:rPr>
          <w:b/>
        </w:rPr>
        <w:t xml:space="preserve">[06:51] </w:t>
      </w:r>
      <w:r>
        <w:t>to mein aap ko ek misaal deta hoon.</w:t>
      </w:r>
    </w:p>
    <w:p>
      <w:pPr>
        <w:jc w:val="right"/>
      </w:pPr>
      <w:r>
        <w:t>تو میں آپ کو ایک مثال دیتا ہوں۔</w:t>
      </w:r>
    </w:p>
    <w:p>
      <w:r>
        <w:rPr>
          <w:b/>
        </w:rPr>
        <w:t xml:space="preserve">[06:57] </w:t>
      </w:r>
      <w:r>
        <w:t>quran mein surah number do al baqarah ke aakhir mein ek dua aayi hai. dua.</w:t>
      </w:r>
    </w:p>
    <w:p>
      <w:pPr>
        <w:jc w:val="right"/>
      </w:pPr>
      <w:r>
        <w:t>قرآن میں سورہ نمبر دو البقرہ کے آخر میں ایک دعا آئی ہے۔ دعا۔</w:t>
      </w:r>
    </w:p>
    <w:p>
      <w:r>
        <w:rPr>
          <w:b/>
        </w:rPr>
        <w:t xml:space="preserve">[07:03] </w:t>
      </w:r>
      <w:r>
        <w:t>yeh aakhri ayat hai.</w:t>
      </w:r>
    </w:p>
    <w:p>
      <w:pPr>
        <w:jc w:val="right"/>
      </w:pPr>
      <w:r>
        <w:t>یہ آخری آیت ہے۔</w:t>
      </w:r>
    </w:p>
    <w:p>
      <w:r>
        <w:rPr>
          <w:b/>
        </w:rPr>
        <w:t xml:space="preserve">[07:09] </w:t>
      </w:r>
      <w:r>
        <w:t>is is is dua ka ek sentence yeh hai.</w:t>
      </w:r>
    </w:p>
    <w:p>
      <w:pPr>
        <w:jc w:val="right"/>
      </w:pPr>
      <w:r>
        <w:t>اس اس اس دعا کا ایک sentence یہ ہے۔</w:t>
      </w:r>
    </w:p>
    <w:p>
      <w:r>
        <w:rPr>
          <w:b/>
        </w:rPr>
        <w:t xml:space="preserve">[07:15] </w:t>
      </w:r>
      <w:r>
        <w:t>rabbana wala tahmil alaina isran kama hamaltahu ala allazina min qablina.</w:t>
      </w:r>
    </w:p>
    <w:p>
      <w:pPr>
        <w:jc w:val="right"/>
      </w:pPr>
      <w:r>
        <w:t>ربنا ولا تحمل علینا اسرا کما حملتہ علی الذین من قبلنا۔</w:t>
      </w:r>
    </w:p>
    <w:p>
      <w:r>
        <w:rPr>
          <w:b/>
        </w:rPr>
        <w:t xml:space="preserve">[07:21] </w:t>
      </w:r>
      <w:r>
        <w:t>rabbana wala tahmil alaina isran kama hamaltahu ala allazina min qablina.</w:t>
      </w:r>
    </w:p>
    <w:p>
      <w:pPr>
        <w:jc w:val="right"/>
      </w:pPr>
      <w:r>
        <w:t>ربنا ولا تحمل علینا اسرا کما حملتہ علی الذین من قبلنا۔</w:t>
      </w:r>
    </w:p>
    <w:p>
      <w:r>
        <w:rPr>
          <w:b/>
        </w:rPr>
        <w:t xml:space="preserve">[07:27] </w:t>
      </w:r>
      <w:r>
        <w:t>ae hamare rab!</w:t>
      </w:r>
    </w:p>
    <w:p>
      <w:pPr>
        <w:jc w:val="right"/>
      </w:pPr>
      <w:r>
        <w:t>اے ہمارے رب!</w:t>
      </w:r>
    </w:p>
    <w:p>
      <w:r>
        <w:rPr>
          <w:b/>
        </w:rPr>
        <w:t xml:space="preserve">[07:34] </w:t>
      </w:r>
      <w:r>
        <w:t>hum par woh bojh na daal jo pichle ahl-e-iman par dala gaya tha. ae rab!</w:t>
      </w:r>
    </w:p>
    <w:p>
      <w:pPr>
        <w:jc w:val="right"/>
      </w:pPr>
      <w:r>
        <w:t>ہم پر وہ بوجھ نہ ڈال جو پچھلے اہل ایمان پر ڈالا گیا تھا۔ اے رب!</w:t>
      </w:r>
    </w:p>
    <w:p>
      <w:r>
        <w:rPr>
          <w:b/>
        </w:rPr>
        <w:t xml:space="preserve">[07:41] </w:t>
      </w:r>
      <w:r>
        <w:t>hamare hamare upar woh bojh na daal jo pichle ahl-e-iman ke upar dala gaya tha.</w:t>
      </w:r>
    </w:p>
    <w:p>
      <w:pPr>
        <w:jc w:val="right"/>
      </w:pPr>
      <w:r>
        <w:t>ہمارے ہمارے اوپر وہ بوجھ نہ ڈال جو پچھلے اہل ایمان کے اوپر ڈالا گیا تھا۔</w:t>
      </w:r>
    </w:p>
    <w:p>
      <w:r>
        <w:rPr>
          <w:b/>
        </w:rPr>
        <w:t xml:space="preserve">[07:49] </w:t>
      </w:r>
      <w:r>
        <w:t>dala ma'ni yeh hai ke Allah ne dala rakha tha.</w:t>
      </w:r>
    </w:p>
    <w:p>
      <w:pPr>
        <w:jc w:val="right"/>
      </w:pPr>
      <w:r>
        <w:t>ڈالا معنی یہ ہے کہ اللہ نے ڈال رکھا تھا۔</w:t>
      </w:r>
    </w:p>
    <w:p>
      <w:r>
        <w:rPr>
          <w:b/>
        </w:rPr>
        <w:t xml:space="preserve">[07:57] </w:t>
      </w:r>
      <w:r>
        <w:t>yani halaat ke tehat un par woh bojh pada hua tha.</w:t>
      </w:r>
    </w:p>
    <w:p>
      <w:pPr>
        <w:jc w:val="right"/>
      </w:pPr>
      <w:r>
        <w:t>یعنی حالات کے تحت ان پر وہ بوجھ پڑا ہوا تھا۔</w:t>
      </w:r>
    </w:p>
    <w:p>
      <w:r>
        <w:rPr>
          <w:b/>
        </w:rPr>
        <w:t xml:space="preserve">[08:04] </w:t>
      </w:r>
      <w:r>
        <w:t>toh is dua ka matlab yeh hai ke halaat mein aisi aisa change aaye.</w:t>
      </w:r>
    </w:p>
    <w:p>
      <w:pPr>
        <w:jc w:val="right"/>
      </w:pPr>
      <w:r>
        <w:t>تو اس دعا کا مطلب یہ ہے کہ حالات میں ایسی ایسا change آئے۔</w:t>
      </w:r>
    </w:p>
    <w:p>
      <w:r>
        <w:rPr>
          <w:b/>
        </w:rPr>
        <w:t xml:space="preserve">[08:12] </w:t>
      </w:r>
      <w:r>
        <w:t>aisa mein halaat mein aisa inqalab aaye ke woh halaat badal jayein.</w:t>
      </w:r>
    </w:p>
    <w:p>
      <w:pPr>
        <w:jc w:val="right"/>
      </w:pPr>
      <w:r>
        <w:t>ایسا میں حالات میں ایسا انقلاب آئے کہ وہ حالات بدل جائیں۔</w:t>
      </w:r>
    </w:p>
    <w:p>
      <w:r>
        <w:rPr>
          <w:b/>
        </w:rPr>
        <w:t xml:space="preserve">[08:20] </w:t>
      </w:r>
      <w:r>
        <w:t>aur jo kaam pehle hota tha bohat hi mushkil ke sath woh aasani ke sath hone lage.</w:t>
      </w:r>
    </w:p>
    <w:p>
      <w:pPr>
        <w:jc w:val="right"/>
      </w:pPr>
      <w:r>
        <w:t>اور جو کام پہلے ہوتا تھا بہت ہی مشکل کے ساتھ وہ آسانی کے ساتھ ہونے لگے۔</w:t>
      </w:r>
    </w:p>
    <w:p>
      <w:r>
        <w:rPr>
          <w:b/>
        </w:rPr>
        <w:t xml:space="preserve">[08:27] </w:t>
      </w:r>
      <w:r>
        <w:t>تو یہ دعا سکھائی گئی تھی 7th century AD میں۔</w:t>
      </w:r>
    </w:p>
    <w:p>
      <w:pPr>
        <w:jc w:val="right"/>
      </w:pPr>
      <w:r>
        <w:t>تو یہ دعا سکھائی گئی تھی seventh century AD میں۔</w:t>
      </w:r>
    </w:p>
    <w:p>
      <w:r>
        <w:rPr>
          <w:b/>
        </w:rPr>
        <w:t xml:space="preserve">[08:35] </w:t>
      </w:r>
      <w:r>
        <w:t>saatveen sadi mein.</w:t>
      </w:r>
    </w:p>
    <w:p>
      <w:pPr>
        <w:jc w:val="right"/>
      </w:pPr>
      <w:r>
        <w:t>ساتویں صدی میں۔</w:t>
      </w:r>
    </w:p>
    <w:p>
      <w:r>
        <w:rPr>
          <w:b/>
        </w:rPr>
        <w:t xml:space="preserve">[08:43] </w:t>
      </w:r>
      <w:r>
        <w:t>is waqt is dua ka matlab kya tha? is dua ka matlab yeh tha ke religious persecution khatm ho jaye.</w:t>
      </w:r>
    </w:p>
    <w:p>
      <w:pPr>
        <w:jc w:val="right"/>
      </w:pPr>
      <w:r>
        <w:t>اس وقت اس دعا کا مطلب کیا تھا؟ اس دعا کا مطلب یہ تھا کہ religious persecution ختم ہو جائے۔</w:t>
      </w:r>
    </w:p>
    <w:p>
      <w:r>
        <w:rPr>
          <w:b/>
        </w:rPr>
        <w:t xml:space="preserve">[08:51] </w:t>
      </w:r>
      <w:r>
        <w:t>is zamane mein bohat ziyada dunya mein mazhabi jabr tha.</w:t>
      </w:r>
    </w:p>
    <w:p>
      <w:pPr>
        <w:jc w:val="right"/>
      </w:pPr>
      <w:r>
        <w:t>اس زمانے میں بہت زیادہ دنیا میں مذہبی جبر تھا۔</w:t>
      </w:r>
    </w:p>
    <w:p>
      <w:r>
        <w:rPr>
          <w:b/>
        </w:rPr>
        <w:t xml:space="preserve">[08:58] </w:t>
      </w:r>
      <w:r>
        <w:t>mazhabi tashaddud tha.</w:t>
      </w:r>
    </w:p>
    <w:p>
      <w:pPr>
        <w:jc w:val="right"/>
      </w:pPr>
      <w:r>
        <w:t>مذہبی تشدد تھا۔</w:t>
      </w:r>
    </w:p>
    <w:p>
      <w:r>
        <w:rPr>
          <w:b/>
        </w:rPr>
        <w:t xml:space="preserve">[09:06] </w:t>
      </w:r>
      <w:r>
        <w:t>jise kehte hain religious persecution.</w:t>
      </w:r>
    </w:p>
    <w:p>
      <w:pPr>
        <w:jc w:val="right"/>
      </w:pPr>
      <w:r>
        <w:t>جسے کہتے ہیں religious persecution۔</w:t>
      </w:r>
    </w:p>
    <w:p>
      <w:r>
        <w:rPr>
          <w:b/>
        </w:rPr>
        <w:t xml:space="preserve">[09:14] </w:t>
      </w:r>
      <w:r>
        <w:t>yeh khatm ho jaye.</w:t>
      </w:r>
    </w:p>
    <w:p>
      <w:pPr>
        <w:jc w:val="right"/>
      </w:pPr>
      <w:r>
        <w:t>یہ ختم ہو جائے۔</w:t>
      </w:r>
    </w:p>
    <w:p>
      <w:r>
        <w:rPr>
          <w:b/>
        </w:rPr>
        <w:t xml:space="preserve">[09:21] </w:t>
      </w:r>
      <w:r>
        <w:t>misal ke taur par Quran mein hai ke dekho in logon ko ke yeh bande ko rokte hain jab woh namaz padhta hai.</w:t>
      </w:r>
    </w:p>
    <w:p>
      <w:pPr>
        <w:jc w:val="right"/>
      </w:pPr>
      <w:r>
        <w:t>مثلاً قرآن میں ہے کہ دیکھو ان لوگوں کو کہ یہ بندے کو روکتے ہیں جب وہ نماز پڑھتا ہے۔</w:t>
      </w:r>
    </w:p>
    <w:p>
      <w:r>
        <w:rPr>
          <w:b/>
        </w:rPr>
        <w:t xml:space="preserve">[09:29] </w:t>
      </w:r>
      <w:r>
        <w:t>yeh namaz padhne se bhi rokte the.</w:t>
      </w:r>
    </w:p>
    <w:p>
      <w:pPr>
        <w:jc w:val="right"/>
      </w:pPr>
      <w:r>
        <w:t>یہ نماز پڑھنے سے بھی روکتے تھے۔</w:t>
      </w:r>
    </w:p>
    <w:p>
      <w:r>
        <w:rPr>
          <w:b/>
        </w:rPr>
        <w:t xml:space="preserve">[09:37] </w:t>
      </w:r>
      <w:r>
        <w:t>Quran mein hai yani Khuda ek hai is kehne par bhi in ko koore mare aate the.</w:t>
      </w:r>
    </w:p>
    <w:p>
      <w:pPr>
        <w:jc w:val="right"/>
      </w:pPr>
      <w:r>
        <w:t>قرآن میں ہے یعنی خدا ایک ہے اس کہنے پر بھی ان کو کوڑے مارے آتے تھے۔</w:t>
      </w:r>
    </w:p>
    <w:p>
      <w:r>
        <w:rPr>
          <w:b/>
        </w:rPr>
        <w:t xml:space="preserve">[09:44] </w:t>
      </w:r>
      <w:r>
        <w:t>toh yeh khatm ho jaye.</w:t>
      </w:r>
    </w:p>
    <w:p>
      <w:pPr>
        <w:jc w:val="right"/>
      </w:pPr>
      <w:r>
        <w:t>تو یہ ختم ہو جائے۔</w:t>
      </w:r>
    </w:p>
    <w:p>
      <w:r>
        <w:rPr>
          <w:b/>
        </w:rPr>
        <w:t xml:space="preserve">[09:52] </w:t>
      </w:r>
      <w:r>
        <w:t>is ko kehte hain age of religious persecution.</w:t>
      </w:r>
    </w:p>
    <w:p>
      <w:pPr>
        <w:jc w:val="right"/>
      </w:pPr>
      <w:r>
        <w:t>اس کو کہتے ہیں age of religious persecution۔</w:t>
      </w:r>
    </w:p>
    <w:p>
      <w:r>
        <w:rPr>
          <w:b/>
        </w:rPr>
        <w:t xml:space="preserve">[10:00] </w:t>
      </w:r>
      <w:r>
        <w:t>yeh age khatm ho jaye.</w:t>
      </w:r>
    </w:p>
    <w:p>
      <w:pPr>
        <w:jc w:val="right"/>
      </w:pPr>
      <w:r>
        <w:t>یہ age ختم ہو جائے۔</w:t>
      </w:r>
    </w:p>
    <w:p>
      <w:r>
        <w:rPr>
          <w:b/>
        </w:rPr>
        <w:t xml:space="preserve">[10:08] </w:t>
      </w:r>
      <w:r>
        <w:t>hum azadi ke sath ibadat karein.</w:t>
      </w:r>
    </w:p>
    <w:p>
      <w:pPr>
        <w:jc w:val="right"/>
      </w:pPr>
      <w:r>
        <w:t>ہم آزادی کے ساتھ عبادت کریں۔</w:t>
      </w:r>
    </w:p>
    <w:p>
      <w:r>
        <w:rPr>
          <w:b/>
        </w:rPr>
        <w:t xml:space="preserve">[10:15] </w:t>
      </w:r>
      <w:r>
        <w:t>azadi ke sath iman layein.</w:t>
      </w:r>
    </w:p>
    <w:p>
      <w:pPr>
        <w:jc w:val="right"/>
      </w:pPr>
      <w:r>
        <w:t>آزادی کے ساتھ ایمان لائیں۔</w:t>
      </w:r>
    </w:p>
    <w:p>
      <w:r>
        <w:rPr>
          <w:b/>
        </w:rPr>
        <w:t xml:space="preserve">[10:23] </w:t>
      </w:r>
      <w:r>
        <w:t>azadi ke sath Quran ki study karein.</w:t>
      </w:r>
    </w:p>
    <w:p>
      <w:pPr>
        <w:jc w:val="right"/>
      </w:pPr>
      <w:r>
        <w:t>آزادی کے ساتھ قرآن کی study کریں۔</w:t>
      </w:r>
    </w:p>
    <w:p>
      <w:r>
        <w:rPr>
          <w:b/>
        </w:rPr>
        <w:t xml:space="preserve">[10:31] </w:t>
      </w:r>
      <w:r>
        <w:t>is par koi rokne wala na ho.</w:t>
      </w:r>
    </w:p>
    <w:p>
      <w:pPr>
        <w:jc w:val="right"/>
      </w:pPr>
      <w:r>
        <w:t>اس پر کوئی روکنے والا نہ ہو۔</w:t>
      </w:r>
    </w:p>
    <w:p>
      <w:r>
        <w:rPr>
          <w:b/>
        </w:rPr>
        <w:t xml:space="preserve">[10:38] </w:t>
      </w:r>
      <w:r>
        <w:t>toh yeh tha saatveen sadi mein is dua ka matlab.</w:t>
      </w:r>
    </w:p>
    <w:p>
      <w:pPr>
        <w:jc w:val="right"/>
      </w:pPr>
      <w:r>
        <w:t>تو یہ تھا ساتویں صدی میں اس دعا کا مطلب۔</w:t>
      </w:r>
    </w:p>
    <w:p>
      <w:r>
        <w:rPr>
          <w:b/>
        </w:rPr>
        <w:t xml:space="preserve">[10:46] </w:t>
      </w:r>
      <w:r>
        <w:t>lekin aaj ke lehaz se dekhiye toh yeh dua mein samajhta hoon ke billion time izafe ke sath</w:t>
      </w:r>
    </w:p>
    <w:p>
      <w:pPr>
        <w:jc w:val="right"/>
      </w:pPr>
      <w:r>
        <w:t>لیکن آج کے لحاظ سے دیکھیے تو یہ دعا میں سمجھتا ہوں کہ billion time اضافے کے ساتھ</w:t>
      </w:r>
    </w:p>
    <w:p>
      <w:r>
        <w:rPr>
          <w:b/>
        </w:rPr>
        <w:t xml:space="preserve">[10:54] </w:t>
      </w:r>
      <w:r>
        <w:t>puri ho ho chuki hai.</w:t>
      </w:r>
    </w:p>
    <w:p>
      <w:pPr>
        <w:jc w:val="right"/>
      </w:pPr>
      <w:r>
        <w:t>پوری ہو ہو چکی ہے۔</w:t>
      </w:r>
    </w:p>
    <w:p>
      <w:r>
        <w:rPr>
          <w:b/>
        </w:rPr>
        <w:t xml:space="preserve">[11:02] </w:t>
      </w:r>
      <w:r>
        <w:t>aaj ki dunya mein is waqt hum twenty first century mein hain.</w:t>
      </w:r>
    </w:p>
    <w:p>
      <w:pPr>
        <w:jc w:val="right"/>
      </w:pPr>
      <w:r>
        <w:t>آج کی دنیا میں اس وقت ہم twenty first century میں ہیں۔</w:t>
      </w:r>
    </w:p>
    <w:p>
      <w:r>
        <w:rPr>
          <w:b/>
        </w:rPr>
        <w:t xml:space="preserve">[11:09] </w:t>
      </w:r>
      <w:r>
        <w:t>aaj ki dunya mein aap jante hain ke kahin bhi religious persecution nahin hai.</w:t>
      </w:r>
    </w:p>
    <w:p>
      <w:pPr>
        <w:jc w:val="right"/>
      </w:pPr>
      <w:r>
        <w:t>آج کی دنیا میں آپ جانتے ہیں کہ کہیں بھی religious persecution نہیں ہے۔</w:t>
      </w:r>
    </w:p>
    <w:p>
      <w:r>
        <w:rPr>
          <w:b/>
        </w:rPr>
        <w:t xml:space="preserve">[11:17] </w:t>
      </w:r>
      <w:r>
        <w:t>har taraf religious freedom hai. har taraf.</w:t>
      </w:r>
    </w:p>
    <w:p>
      <w:pPr>
        <w:jc w:val="right"/>
      </w:pPr>
      <w:r>
        <w:t>ہر طرف religious freedom ہے۔ ہر طرف۔</w:t>
      </w:r>
    </w:p>
    <w:p>
      <w:r>
        <w:rPr>
          <w:b/>
        </w:rPr>
        <w:t xml:space="preserve">[11:25] </w:t>
      </w:r>
      <w:r>
        <w:t>yani is waqt masjid mein namaz nahin parhne dete the.</w:t>
      </w:r>
    </w:p>
    <w:p>
      <w:pPr>
        <w:jc w:val="right"/>
      </w:pPr>
      <w:r>
        <w:t>یعنی اس وقت مسجد میں نماز نہیں پڑھنے دیتے تھے۔</w:t>
      </w:r>
    </w:p>
    <w:p>
      <w:r>
        <w:rPr>
          <w:b/>
        </w:rPr>
        <w:t xml:space="preserve">[11:32] </w:t>
      </w:r>
      <w:r>
        <w:t>ab aap hawa jahaz mein namaz parhiye.</w:t>
      </w:r>
    </w:p>
    <w:p>
      <w:pPr>
        <w:jc w:val="right"/>
      </w:pPr>
      <w:r>
        <w:t>اب آپ ہوا جہاز میں نماز پڑھیے۔</w:t>
      </w:r>
    </w:p>
    <w:p>
      <w:r>
        <w:rPr>
          <w:b/>
        </w:rPr>
        <w:t xml:space="preserve">[11:40] </w:t>
      </w:r>
      <w:r>
        <w:t>railway train mein safar kar rahe hain wahan namaz parhiye.</w:t>
      </w:r>
    </w:p>
    <w:p>
      <w:pPr>
        <w:jc w:val="right"/>
      </w:pPr>
      <w:r>
        <w:t>ریلوے ٹرین میں سفر کر رہے ہیں وہاں نماز پڑھیے۔</w:t>
      </w:r>
    </w:p>
    <w:p>
      <w:r>
        <w:rPr>
          <w:b/>
        </w:rPr>
        <w:t xml:space="preserve">[11:48] </w:t>
      </w:r>
      <w:r>
        <w:t>station mein parhiye.</w:t>
      </w:r>
    </w:p>
    <w:p>
      <w:pPr>
        <w:jc w:val="right"/>
      </w:pPr>
      <w:r>
        <w:t>اسٹیشن میں پڑھیے۔</w:t>
      </w:r>
    </w:p>
    <w:p>
      <w:r>
        <w:rPr>
          <w:b/>
        </w:rPr>
        <w:t xml:space="preserve">[11:55] </w:t>
      </w:r>
      <w:r>
        <w:t>White house mein parhiye.</w:t>
      </w:r>
    </w:p>
    <w:p>
      <w:pPr>
        <w:jc w:val="right"/>
      </w:pPr>
      <w:r>
        <w:t>White house میں پڑھیے۔</w:t>
      </w:r>
    </w:p>
    <w:p>
      <w:r>
        <w:rPr>
          <w:b/>
        </w:rPr>
        <w:t xml:space="preserve">[12:03] </w:t>
      </w:r>
      <w:r>
        <w:t>koi rokne wala nahin hai.</w:t>
      </w:r>
    </w:p>
    <w:p>
      <w:pPr>
        <w:jc w:val="right"/>
      </w:pPr>
      <w:r>
        <w:t>کوئی روکنے والا نہیں ہے۔</w:t>
      </w:r>
    </w:p>
    <w:p>
      <w:r>
        <w:rPr>
          <w:b/>
        </w:rPr>
        <w:t xml:space="preserve">[12:11] </w:t>
      </w:r>
      <w:r>
        <w:t>lekin itni baat nahin hai.</w:t>
      </w:r>
    </w:p>
    <w:p>
      <w:pPr>
        <w:jc w:val="right"/>
      </w:pPr>
      <w:r>
        <w:t>لیکن اتنی بات نہیں ہے۔</w:t>
      </w:r>
    </w:p>
    <w:p>
      <w:r>
        <w:rPr>
          <w:b/>
        </w:rPr>
        <w:t xml:space="preserve">[12:19] </w:t>
      </w:r>
      <w:r>
        <w:t>is zamane mein itni zyada bare paimane par yeh dua qabool hui hai ke iska koi ginti</w:t>
      </w:r>
    </w:p>
    <w:p>
      <w:pPr>
        <w:jc w:val="right"/>
      </w:pPr>
      <w:r>
        <w:t>اس زمانے میں اتنی زیادہ بڑے پیمانے پر یہ دعا قبول ہوئی ہے کہ اس کا کوئی گنتی</w:t>
      </w:r>
    </w:p>
    <w:p>
      <w:r>
        <w:rPr>
          <w:b/>
        </w:rPr>
        <w:t xml:space="preserve">[12:26] </w:t>
      </w:r>
      <w:r>
        <w:t>nahin ho sakti.</w:t>
      </w:r>
    </w:p>
    <w:p>
      <w:pPr>
        <w:jc w:val="right"/>
      </w:pPr>
      <w:r>
        <w:t>نہیں ہو سکتی۔</w:t>
      </w:r>
    </w:p>
    <w:p>
      <w:r>
        <w:rPr>
          <w:b/>
        </w:rPr>
        <w:t xml:space="preserve">[12:34] </w:t>
      </w:r>
      <w:r>
        <w:t>to yeh baat mujhe kal kal mere zehen mein aayi.</w:t>
      </w:r>
    </w:p>
    <w:p>
      <w:pPr>
        <w:jc w:val="right"/>
      </w:pPr>
      <w:r>
        <w:t>تو یہ بات مجھے کل کل میرے ذہن میں آئی۔</w:t>
      </w:r>
    </w:p>
    <w:p>
      <w:r>
        <w:rPr>
          <w:b/>
        </w:rPr>
        <w:t xml:space="preserve">[12:42] </w:t>
      </w:r>
      <w:r>
        <w:t>kal aisa hua ke dilli mein ek ek seminar tha.</w:t>
      </w:r>
    </w:p>
    <w:p>
      <w:pPr>
        <w:jc w:val="right"/>
      </w:pPr>
      <w:r>
        <w:t>کل ایسا ہوا کہ دلی میں ایک ایک سیمینار تھا۔</w:t>
      </w:r>
    </w:p>
    <w:p>
      <w:r>
        <w:rPr>
          <w:b/>
        </w:rPr>
        <w:t xml:space="preserve">[12:49] </w:t>
      </w:r>
      <w:r>
        <w:t>ek college ki taraf se ek seminar tha.</w:t>
      </w:r>
    </w:p>
    <w:p>
      <w:pPr>
        <w:jc w:val="right"/>
      </w:pPr>
      <w:r>
        <w:t>ایک کالج کی طرف سے ایک سیمینار تھا۔</w:t>
      </w:r>
    </w:p>
    <w:p>
      <w:r>
        <w:rPr>
          <w:b/>
        </w:rPr>
        <w:t xml:space="preserve">[12:57] </w:t>
      </w:r>
      <w:r>
        <w:t>to wahan mein aur mere saathi gaye hue the.</w:t>
      </w:r>
    </w:p>
    <w:p>
      <w:pPr>
        <w:jc w:val="right"/>
      </w:pPr>
      <w:r>
        <w:t>تو وہاں میں اور میرے ساتھی گئے ہوئے تھے۔</w:t>
      </w:r>
    </w:p>
    <w:p>
      <w:r>
        <w:rPr>
          <w:b/>
        </w:rPr>
        <w:t xml:space="preserve">[13:05] </w:t>
      </w:r>
      <w:r>
        <w:t>to hamare saathiyon ne wahan par islami literature ko quran ke translation ko logon ko diya.</w:t>
      </w:r>
    </w:p>
    <w:p>
      <w:pPr>
        <w:jc w:val="right"/>
      </w:pPr>
      <w:r>
        <w:t>تو ہمارے ساتھیوں نے وہاں پر اسلامی literature کو قرآن کے translation کو لوگوں کو دیا۔</w:t>
      </w:r>
    </w:p>
    <w:p>
      <w:r>
        <w:rPr>
          <w:b/>
        </w:rPr>
        <w:t xml:space="preserve">[13:12] </w:t>
      </w:r>
      <w:r>
        <w:t>to khud stage se aelan kiya gaya ke yahan falan log aaye hain.</w:t>
      </w:r>
    </w:p>
    <w:p>
      <w:pPr>
        <w:jc w:val="right"/>
      </w:pPr>
      <w:r>
        <w:t>تو خود stage سے اعلان کیا گیا کہ یہاں فلاں لوگ آئے ہیں۔</w:t>
      </w:r>
    </w:p>
    <w:p>
      <w:r>
        <w:rPr>
          <w:b/>
        </w:rPr>
        <w:t xml:space="preserve">[13:20] </w:t>
      </w:r>
      <w:r>
        <w:t>woh quran ka translation aur kitabein de rahe hain.</w:t>
      </w:r>
    </w:p>
    <w:p>
      <w:pPr>
        <w:jc w:val="right"/>
      </w:pPr>
      <w:r>
        <w:t>وہ قرآن کا translation اور کتابیں دے رہے ہیں۔</w:t>
      </w:r>
    </w:p>
    <w:p>
      <w:r>
        <w:rPr>
          <w:b/>
        </w:rPr>
        <w:t xml:space="preserve">[13:28] </w:t>
      </w:r>
      <w:r>
        <w:t>leejiye aap is ko.</w:t>
      </w:r>
    </w:p>
    <w:p>
      <w:pPr>
        <w:jc w:val="right"/>
      </w:pPr>
      <w:r>
        <w:t>لیجیے آپ اس کو۔</w:t>
      </w:r>
    </w:p>
    <w:p>
      <w:r>
        <w:rPr>
          <w:b/>
        </w:rPr>
        <w:t xml:space="preserve">[13:36] </w:t>
      </w:r>
      <w:r>
        <w:t>to maine dekha ke wahan par jo hamara stall laga hua tha.</w:t>
      </w:r>
    </w:p>
    <w:p>
      <w:pPr>
        <w:jc w:val="right"/>
      </w:pPr>
      <w:r>
        <w:t>تو میں نے دیکھا کہ وہاں پر جو ہمارا اسٹال لگا ہوا تھا۔</w:t>
      </w:r>
    </w:p>
    <w:p>
      <w:r>
        <w:rPr>
          <w:b/>
        </w:rPr>
        <w:t xml:space="preserve">[13:43] </w:t>
      </w:r>
      <w:r>
        <w:t>hamare saathiyon ne lagaya tha.</w:t>
      </w:r>
    </w:p>
    <w:p>
      <w:pPr>
        <w:jc w:val="right"/>
      </w:pPr>
      <w:r>
        <w:t>ہمارے ساتھیوں نے لگایا تھا۔</w:t>
      </w:r>
    </w:p>
    <w:p>
      <w:r>
        <w:rPr>
          <w:b/>
        </w:rPr>
        <w:t xml:space="preserve">[13:51] </w:t>
      </w:r>
      <w:r>
        <w:t>wahan bheed lagi hui thi.</w:t>
      </w:r>
    </w:p>
    <w:p>
      <w:pPr>
        <w:jc w:val="right"/>
      </w:pPr>
      <w:r>
        <w:t>وہاں بھیڑ لگی ہوئی تھی۔</w:t>
      </w:r>
    </w:p>
    <w:p>
      <w:r>
        <w:rPr>
          <w:b/>
        </w:rPr>
        <w:t xml:space="preserve">[13:59] </w:t>
      </w:r>
      <w:r>
        <w:t>bheed quran ka tarjuma aur doosri kitabein lene ke liye.</w:t>
      </w:r>
    </w:p>
    <w:p>
      <w:pPr>
        <w:jc w:val="right"/>
      </w:pPr>
      <w:r>
        <w:t>بھیڑ قرآن کا ترجمہ اور دوسری کتابیں لینے کے لیے۔</w:t>
      </w:r>
    </w:p>
    <w:p>
      <w:r>
        <w:rPr>
          <w:b/>
        </w:rPr>
        <w:t xml:space="preserve">[14:06] </w:t>
      </w:r>
      <w:r>
        <w:t>aap ghor kijiye woh to non muslim ka stage tha.</w:t>
      </w:r>
    </w:p>
    <w:p>
      <w:pPr>
        <w:jc w:val="right"/>
      </w:pPr>
      <w:r>
        <w:t>آپ غور کیجیے وہ تو non مسلم کا stage تھا۔</w:t>
      </w:r>
    </w:p>
    <w:p>
      <w:r>
        <w:rPr>
          <w:b/>
        </w:rPr>
        <w:t xml:space="preserve">[14:14] </w:t>
      </w:r>
      <w:r>
        <w:t>non muslim ka seminar tha woh.</w:t>
      </w:r>
    </w:p>
    <w:p>
      <w:pPr>
        <w:jc w:val="right"/>
      </w:pPr>
      <w:r>
        <w:t>non مسلم کا سیمینار تھا وہ۔</w:t>
      </w:r>
    </w:p>
    <w:p>
      <w:r>
        <w:rPr>
          <w:b/>
        </w:rPr>
        <w:t xml:space="preserve">[14:22] </w:t>
      </w:r>
      <w:r>
        <w:t>lekin khuli opportunity thi hamare sathiyon ko ke jis tarah chahain logon ko logon se discuss karen.</w:t>
      </w:r>
    </w:p>
    <w:p>
      <w:pPr>
        <w:jc w:val="right"/>
      </w:pPr>
      <w:r>
        <w:t>لیکن کھلی opportunity تھی ہمارے ساتھیوں کو کہ جس طرح چاہیں لوگوں کو لوگوں سے discuss کریں۔</w:t>
      </w:r>
    </w:p>
    <w:p>
      <w:r>
        <w:rPr>
          <w:b/>
        </w:rPr>
        <w:t xml:space="preserve">[14:30] </w:t>
      </w:r>
      <w:r>
        <w:t>logon ko kitaben den.</w:t>
      </w:r>
    </w:p>
    <w:p>
      <w:pPr>
        <w:jc w:val="right"/>
      </w:pPr>
      <w:r>
        <w:t>لوگوں کو کتابیں دیں۔</w:t>
      </w:r>
    </w:p>
    <w:p>
      <w:r>
        <w:rPr>
          <w:b/>
        </w:rPr>
        <w:t xml:space="preserve">[14:37] </w:t>
      </w:r>
      <w:r>
        <w:t>logon ko quran ka translation den.</w:t>
      </w:r>
    </w:p>
    <w:p>
      <w:pPr>
        <w:jc w:val="right"/>
      </w:pPr>
      <w:r>
        <w:t>لوگوں کو قرآن کا translation دیں۔</w:t>
      </w:r>
    </w:p>
    <w:p>
      <w:r>
        <w:rPr>
          <w:b/>
        </w:rPr>
        <w:t xml:space="preserve">[14:45] </w:t>
      </w:r>
      <w:r>
        <w:t>koi pabandi nahin.</w:t>
      </w:r>
    </w:p>
    <w:p>
      <w:pPr>
        <w:jc w:val="right"/>
      </w:pPr>
      <w:r>
        <w:t>کوئی پابندی نہیں۔</w:t>
      </w:r>
    </w:p>
    <w:p>
      <w:r>
        <w:rPr>
          <w:b/>
        </w:rPr>
        <w:t xml:space="preserve">[14:53] </w:t>
      </w:r>
      <w:r>
        <w:t>balkeh shukr shukriya ke sath log le rahe the.</w:t>
      </w:r>
    </w:p>
    <w:p>
      <w:pPr>
        <w:jc w:val="right"/>
      </w:pPr>
      <w:r>
        <w:t>بلکہ شکر شکریا کے ساتھ لوگ لے رہے تھے۔</w:t>
      </w:r>
    </w:p>
    <w:p>
      <w:r>
        <w:rPr>
          <w:b/>
        </w:rPr>
        <w:t xml:space="preserve">[15:00] </w:t>
      </w:r>
      <w:r>
        <w:t>stage se aelan ho raha tha.</w:t>
      </w:r>
    </w:p>
    <w:p>
      <w:pPr>
        <w:jc w:val="right"/>
      </w:pPr>
      <w:r>
        <w:t>stage سے اعلان ہو رہا تھا۔</w:t>
      </w:r>
    </w:p>
    <w:p>
      <w:r>
        <w:rPr>
          <w:b/>
        </w:rPr>
        <w:t xml:space="preserve">[15:08] </w:t>
      </w:r>
      <w:r>
        <w:t>to yeh bhi doosre mein shamil hai ke aaj sirf yeh nahin hua hai ke mazhabi tashaddud khatm</w:t>
      </w:r>
    </w:p>
    <w:p>
      <w:pPr>
        <w:jc w:val="right"/>
      </w:pPr>
      <w:r>
        <w:t>تو یہ بھی دوسرے میں شامل ہے کہ آج صرف یہ نہیں ہوا ہے کہ مذہبی تشدد ختم</w:t>
      </w:r>
    </w:p>
    <w:p>
      <w:r>
        <w:rPr>
          <w:b/>
        </w:rPr>
        <w:t xml:space="preserve">[15:16] </w:t>
      </w:r>
      <w:r>
        <w:t>ho gaya hai balkeh openness aa gayi duniya mein. openness.</w:t>
      </w:r>
    </w:p>
    <w:p>
      <w:pPr>
        <w:jc w:val="right"/>
      </w:pPr>
      <w:r>
        <w:t>ہو گیا ہے بلکہ openness آ گئی دنیا میں۔ openness۔</w:t>
      </w:r>
    </w:p>
    <w:p>
      <w:r>
        <w:rPr>
          <w:b/>
        </w:rPr>
        <w:t xml:space="preserve">[15:23] </w:t>
      </w:r>
      <w:r>
        <w:t>ek dam sari opportunities khul gaeen.</w:t>
      </w:r>
    </w:p>
    <w:p>
      <w:pPr>
        <w:jc w:val="right"/>
      </w:pPr>
      <w:r>
        <w:t>ایک دم ساری opportunities کھل گئیں۔</w:t>
      </w:r>
    </w:p>
    <w:p>
      <w:r>
        <w:rPr>
          <w:b/>
        </w:rPr>
        <w:t xml:space="preserve">[15:31] </w:t>
      </w:r>
      <w:r>
        <w:t>phir aap dekhiye hum yahan bol rahe hain to jo technology hai jo non believers ne develop ki</w:t>
      </w:r>
    </w:p>
    <w:p>
      <w:pPr>
        <w:jc w:val="right"/>
      </w:pPr>
      <w:r>
        <w:t>پھر آپ دیکھیے ہم یہاں بول رہے ہیں تو جو ٹیکنالوجی ہے جو non believers نے develop کی</w:t>
      </w:r>
    </w:p>
    <w:p>
      <w:r>
        <w:rPr>
          <w:b/>
        </w:rPr>
        <w:t xml:space="preserve">[15:39] </w:t>
      </w:r>
      <w:r>
        <w:t>hai to us waqt hamari awaz potentially sari duniya mein phir phir suni ja rahi hai.</w:t>
      </w:r>
    </w:p>
    <w:p>
      <w:pPr>
        <w:jc w:val="right"/>
      </w:pPr>
      <w:r>
        <w:t>ہے تو اس وقت ہماری آواز potentially ساری دنیا میں پھر پھر سنی جا رہی ہے۔</w:t>
      </w:r>
    </w:p>
    <w:p>
      <w:r>
        <w:rPr>
          <w:b/>
        </w:rPr>
        <w:t xml:space="preserve">[15:47] </w:t>
      </w:r>
      <w:r>
        <w:t>potentially ke aap jahan kahin bhi hon hamari awaz ko sun sakte hain.</w:t>
      </w:r>
    </w:p>
    <w:p>
      <w:pPr>
        <w:jc w:val="right"/>
      </w:pPr>
      <w:r>
        <w:t>potentially کہ آپ جہاں کہیں بھی ہوں ہماری آواز کو سن سکتے ہیں۔</w:t>
      </w:r>
    </w:p>
    <w:p>
      <w:r>
        <w:rPr>
          <w:b/>
        </w:rPr>
        <w:t xml:space="preserve">[15:54] </w:t>
      </w:r>
      <w:r>
        <w:t>yeh pehle kahan tha? pehle kahan tha yeh? pehle to aisa nahin tha.</w:t>
      </w:r>
    </w:p>
    <w:p>
      <w:pPr>
        <w:jc w:val="right"/>
      </w:pPr>
      <w:r>
        <w:t>یہ پہلے کہاں تھا؟ پہلے کہاں تھا یہ؟ پہلے تو ایسا نہیں تھا۔</w:t>
      </w:r>
    </w:p>
    <w:p>
      <w:r>
        <w:rPr>
          <w:b/>
        </w:rPr>
        <w:t xml:space="preserve">[16:02] </w:t>
      </w:r>
      <w:r>
        <w:t>yani mein ek waqia arz karoon.</w:t>
      </w:r>
    </w:p>
    <w:p>
      <w:pPr>
        <w:jc w:val="right"/>
      </w:pPr>
      <w:r>
        <w:t>یعنی میں ایک واقعہ عرض کروں۔</w:t>
      </w:r>
    </w:p>
    <w:p>
      <w:r>
        <w:rPr>
          <w:b/>
        </w:rPr>
        <w:t xml:space="preserve">[16:10] </w:t>
      </w:r>
      <w:r>
        <w:t>rasool Allah ne bheja tha Hazrat Ali ko ek bar haj ke mauqe par ek aelan karne ke liye.</w:t>
      </w:r>
    </w:p>
    <w:p>
      <w:pPr>
        <w:jc w:val="right"/>
      </w:pPr>
      <w:r>
        <w:t>رسول اللہ نے بھیجا تھا حضرت علی کو ایک بار حج کے موقع پر ایک اعلان کرنے کے لیے۔</w:t>
      </w:r>
    </w:p>
    <w:p>
      <w:r>
        <w:rPr>
          <w:b/>
        </w:rPr>
        <w:t xml:space="preserve">[16:17] </w:t>
      </w:r>
      <w:r>
        <w:t>us waqt haj jo hota tha woh mushrik logon ke under mein hota tha.</w:t>
      </w:r>
    </w:p>
    <w:p>
      <w:pPr>
        <w:jc w:val="right"/>
      </w:pPr>
      <w:r>
        <w:t>اس وقت حج جو ہوتا تھا وہ مشرک لوگوں کے under میں ہوتا تھا۔</w:t>
      </w:r>
    </w:p>
    <w:p>
      <w:r>
        <w:rPr>
          <w:b/>
        </w:rPr>
        <w:t xml:space="preserve">[16:25] </w:t>
      </w:r>
      <w:r>
        <w:t>yeh baat hai fateh makkah se pehle ki.</w:t>
      </w:r>
    </w:p>
    <w:p>
      <w:pPr>
        <w:jc w:val="right"/>
      </w:pPr>
      <w:r>
        <w:t>یہ بات ہے فتح مکہ سے پہلے کی۔</w:t>
      </w:r>
    </w:p>
    <w:p>
      <w:r>
        <w:rPr>
          <w:b/>
        </w:rPr>
        <w:t xml:space="preserve">[16:33] </w:t>
      </w:r>
      <w:r>
        <w:t>to is aelan ko karne ke liye unhon ne bheja Hazrat Ali ko makkah.</w:t>
      </w:r>
    </w:p>
    <w:p>
      <w:pPr>
        <w:jc w:val="right"/>
      </w:pPr>
      <w:r>
        <w:t>تو اس اعلان کو کرنے کے لیے انہوں نے بھیجا حضرت علی کو مکہ۔</w:t>
      </w:r>
    </w:p>
    <w:p>
      <w:r>
        <w:rPr>
          <w:b/>
        </w:rPr>
        <w:t xml:space="preserve">[16:40] </w:t>
      </w:r>
      <w:r>
        <w:t>to us jo gathering wahan thi gathering us mein ghoom ghoom kar woh oonchi awaz se logon ko</w:t>
      </w:r>
    </w:p>
    <w:p>
      <w:pPr>
        <w:jc w:val="right"/>
      </w:pPr>
      <w:r>
        <w:t>تو اس جو gathering وہاں تھی gathering اس میں گھوم گھوم کر وہ اونچی آواز سے لوگوں کو</w:t>
      </w:r>
    </w:p>
    <w:p>
      <w:r>
        <w:rPr>
          <w:b/>
        </w:rPr>
        <w:t xml:space="preserve">[16:48] </w:t>
      </w:r>
      <w:r>
        <w:t>bata rahe the.</w:t>
      </w:r>
    </w:p>
    <w:p>
      <w:pPr>
        <w:jc w:val="right"/>
      </w:pPr>
      <w:r>
        <w:t>بتا رہے تھے۔</w:t>
      </w:r>
    </w:p>
    <w:p>
      <w:r>
        <w:rPr>
          <w:b/>
        </w:rPr>
        <w:t xml:space="preserve">[16:56] </w:t>
      </w:r>
      <w:r>
        <w:t>to woh kehte hain ke mein batate batate jis ko kehte hain urdu mein gala radd radd jana</w:t>
      </w:r>
    </w:p>
    <w:p>
      <w:pPr>
        <w:jc w:val="right"/>
      </w:pPr>
      <w:r>
        <w:t>تو وہ کہتے ہیں کہ میں بتاتے بتاتے جس کو کہتے ہیں اردو میں گلا رد رد جانا</w:t>
      </w:r>
    </w:p>
    <w:p>
      <w:r>
        <w:rPr>
          <w:b/>
        </w:rPr>
        <w:t xml:space="preserve">[17:04] </w:t>
      </w:r>
      <w:r>
        <w:t>mein gala radd radd gaya aaj ki zaroorat nahin hai aaj jo technology hai jo modern jo modern</w:t>
      </w:r>
    </w:p>
    <w:p>
      <w:pPr>
        <w:jc w:val="right"/>
      </w:pPr>
      <w:r>
        <w:t>میں گلا رد رد گیا آج کی ضرورت نہیں ہے آج جو ٹیکنالوجی ہے جو modern جو modern</w:t>
      </w:r>
    </w:p>
    <w:p>
      <w:r>
        <w:rPr>
          <w:b/>
        </w:rPr>
        <w:t xml:space="preserve">[17:11] </w:t>
      </w:r>
      <w:r>
        <w:t>tareeqa hai mic ka is ko istemal kar ke aap sari duniya mein pahunchayen apni awaz ko abhi</w:t>
      </w:r>
    </w:p>
    <w:p>
      <w:pPr>
        <w:jc w:val="right"/>
      </w:pPr>
      <w:r>
        <w:t>طریقہ ہے مائیک کا اس کو استعمال کر کے آپ ساری دنیا میں پہنچائیں اپنی آواز کو ابھی</w:t>
      </w:r>
    </w:p>
    <w:p>
      <w:r>
        <w:rPr>
          <w:b/>
        </w:rPr>
        <w:t xml:space="preserve">[17:19] </w:t>
      </w:r>
      <w:r>
        <w:t>hum gaye the canada wahan par ek bohat bara bohat bohat gathering thi to hum ek stage se</w:t>
      </w:r>
    </w:p>
    <w:p>
      <w:pPr>
        <w:jc w:val="right"/>
      </w:pPr>
      <w:r>
        <w:t>ہم گئے تھے کینیڈا وہاں پر ایک بہت بڑا بہت بہت gathering تھی تو ہم ایک stage سے</w:t>
      </w:r>
    </w:p>
    <w:p>
      <w:r>
        <w:rPr>
          <w:b/>
        </w:rPr>
        <w:t xml:space="preserve">[17:27] </w:t>
      </w:r>
      <w:r>
        <w:t>bol rahe the aaram ke sath kursi par baithe hue aur sare log sun rahe the aur technology</w:t>
      </w:r>
    </w:p>
    <w:p>
      <w:pPr>
        <w:jc w:val="right"/>
      </w:pPr>
      <w:r>
        <w:t>بول رہے تھے آرام کے ساتھ کرسی پر بیٹھے ہوئے اور سارے لوگ سن رہے تھے اور ٹیکنالوجی</w:t>
      </w:r>
    </w:p>
    <w:p>
      <w:r>
        <w:rPr>
          <w:b/>
        </w:rPr>
        <w:t xml:space="preserve">[17:34] </w:t>
      </w:r>
      <w:r>
        <w:t>ab itni develop kar chuki hai ke ek sahab ne bataya ke main jo wahan par gathering thi</w:t>
      </w:r>
    </w:p>
    <w:p>
      <w:pPr>
        <w:jc w:val="right"/>
      </w:pPr>
      <w:r>
        <w:t>اب اتنی develop کر چکی ہے کہ ایک صاحب نے بتایا کہ میں جو وہاں پر gathering تھی</w:t>
      </w:r>
    </w:p>
    <w:p>
      <w:r>
        <w:rPr>
          <w:b/>
        </w:rPr>
        <w:t xml:space="preserve">[17:42] </w:t>
      </w:r>
      <w:r>
        <w:t>to main ne shuru mein bhi khara ho kar suna peeche bhi gaya to main ne pe aaya</w:t>
      </w:r>
    </w:p>
    <w:p>
      <w:pPr>
        <w:jc w:val="right"/>
      </w:pPr>
      <w:r>
        <w:t>تو میں نے شروع میں بھی کھڑا ہو کر سنا پیچھے بھی گیا تو میں نے پہ آیا</w:t>
      </w:r>
    </w:p>
    <w:p>
      <w:r>
        <w:rPr>
          <w:b/>
        </w:rPr>
        <w:t xml:space="preserve">[17:50] </w:t>
      </w:r>
      <w:r>
        <w:t>ke awaz aap ki jis tarah shuru mein sunai de rahi thi waise peeche bhi isi tarah se</w:t>
      </w:r>
    </w:p>
    <w:p>
      <w:pPr>
        <w:jc w:val="right"/>
      </w:pPr>
      <w:r>
        <w:t>کہ آواز آپ کی جس طرح شروع میں سنائی دے رہی تھی ویسے پیچھے بھی اسی طریقے سے</w:t>
      </w:r>
    </w:p>
    <w:p>
      <w:r>
        <w:rPr>
          <w:b/>
        </w:rPr>
        <w:t xml:space="preserve">[17:58] </w:t>
      </w:r>
      <w:r>
        <w:t>sunai de rahi thi koi farq nahi hai ek sa awaz aur bohat saaf bohat saaf jaise ke</w:t>
      </w:r>
    </w:p>
    <w:p>
      <w:pPr>
        <w:jc w:val="right"/>
      </w:pPr>
      <w:r>
        <w:t>سنائی دے رہی تھی کوئی فرق نہیں ہے ایک سا آواز اور بہت صاف بہت صاف جیسے کہ</w:t>
      </w:r>
    </w:p>
    <w:p>
      <w:r>
        <w:rPr>
          <w:b/>
        </w:rPr>
        <w:t xml:space="preserve">[18:05] </w:t>
      </w:r>
      <w:r>
        <w:t>paas baith kar aadmi sun raha ho to aise hazaron tareeqe aaj ka zamana jo jis ko kehte</w:t>
      </w:r>
    </w:p>
    <w:p>
      <w:pPr>
        <w:jc w:val="right"/>
      </w:pPr>
      <w:r>
        <w:t>پاس بیٹھ کر آدمی سن رہا ہو تو ایسے ہزاروں طریقے آج کا زمانہ جو جس کو کہتے</w:t>
      </w:r>
    </w:p>
    <w:p>
      <w:r>
        <w:rPr>
          <w:b/>
        </w:rPr>
        <w:t xml:space="preserve">[18:13] </w:t>
      </w:r>
      <w:r>
        <w:t>hain age of communication age of technology ye sari cheezein jo hain dunya mein unhon ne mawaqe ko</w:t>
      </w:r>
    </w:p>
    <w:p>
      <w:pPr>
        <w:jc w:val="right"/>
      </w:pPr>
      <w:r>
        <w:t>ہیں age of communication age of ٹیکنالوجی یہ ساری چیزیں جو ہیں دنیا میں انہوں نے مواقع کو</w:t>
      </w:r>
    </w:p>
    <w:p>
      <w:r>
        <w:rPr>
          <w:b/>
        </w:rPr>
        <w:t xml:space="preserve">[18:21] </w:t>
      </w:r>
      <w:r>
        <w:t>sau girani hazar girani million girani billion billion guna barha diya hai aaj printing press hai jo pehle</w:t>
      </w:r>
    </w:p>
    <w:p>
      <w:pPr>
        <w:jc w:val="right"/>
      </w:pPr>
      <w:r>
        <w:t>سو گرانی ہزار گرانی ملین گرانی بلین بلین گنا بڑھا دیا ہے آج printing press ہے جو پہلے</w:t>
      </w:r>
    </w:p>
    <w:p>
      <w:r>
        <w:rPr>
          <w:b/>
        </w:rPr>
        <w:t xml:space="preserve">[18:28] </w:t>
      </w:r>
      <w:r>
        <w:t>nahi tha aap chhap kar ke sari dunya mein phaila dijiye pehle aisa kahan tha pehle to munh</w:t>
      </w:r>
    </w:p>
    <w:p>
      <w:pPr>
        <w:jc w:val="right"/>
      </w:pPr>
      <w:r>
        <w:t>نہیں تھا آپ چھاپ کر کے ساری دنیا میں پھیلا دیجیے پہلے ایسا کہاں تھا پہلے تو منہ</w:t>
      </w:r>
    </w:p>
    <w:p>
      <w:r>
        <w:rPr>
          <w:b/>
        </w:rPr>
        <w:t xml:space="preserve">[18:36] </w:t>
      </w:r>
      <w:r>
        <w:t>se bolna parta tha rasool Allah jate the jis ko kehte hain aswaq yani bazaron mein wahan aap</w:t>
      </w:r>
    </w:p>
    <w:p>
      <w:pPr>
        <w:jc w:val="right"/>
      </w:pPr>
      <w:r>
        <w:t>سے بولنا پڑتا تھا رسول اللہ جاتے تھے جس کو کہتے ہیں اسواق یعنی بازاروں میں وہاں آپ</w:t>
      </w:r>
    </w:p>
    <w:p>
      <w:r>
        <w:rPr>
          <w:b/>
        </w:rPr>
        <w:t xml:space="preserve">[18:44] </w:t>
      </w:r>
      <w:r>
        <w:t>munh se bol kar logon ko batate the la ilaha illallah to paas ke log sunte the</w:t>
      </w:r>
    </w:p>
    <w:p>
      <w:pPr>
        <w:jc w:val="right"/>
      </w:pPr>
      <w:r>
        <w:t>منہ سے بول کر لوگوں کو بتاتے تھے لا الہ الا اللہ تو پاس کے لوگ سنتے تھے</w:t>
      </w:r>
    </w:p>
    <w:p>
      <w:r>
        <w:rPr>
          <w:b/>
        </w:rPr>
        <w:t xml:space="preserve">[18:51] </w:t>
      </w:r>
      <w:r>
        <w:t>aaj aap printing press mein chhapte hain quran ka tarjuma islami literature aur sari dunya mein is ko</w:t>
      </w:r>
    </w:p>
    <w:p>
      <w:pPr>
        <w:jc w:val="right"/>
      </w:pPr>
      <w:r>
        <w:t>آج آپ printing press میں چھاپتے ہیں قرآن کا ترجمہ اسلامی literature اور ساری دنیا میں اس کو</w:t>
      </w:r>
    </w:p>
    <w:p>
      <w:r>
        <w:rPr>
          <w:b/>
        </w:rPr>
        <w:t xml:space="preserve">[18:59] </w:t>
      </w:r>
      <w:r>
        <w:t>aap phaila sakte hain yahan se aap post kijiye aur har jagah pahunch jayega wo ye sab</w:t>
      </w:r>
    </w:p>
    <w:p>
      <w:pPr>
        <w:jc w:val="right"/>
      </w:pPr>
      <w:r>
        <w:t>آپ پھیلا سکتے ہیں یہاں سے آپ post کیجیے اور ہر جگہ پہنچ جائے گا وہ یہ سب</w:t>
      </w:r>
    </w:p>
    <w:p>
      <w:r>
        <w:rPr>
          <w:b/>
        </w:rPr>
        <w:t xml:space="preserve">[19:07] </w:t>
      </w:r>
      <w:r>
        <w:t>pehle kahan tha to ye hai izafe ke sath qabool kiya jana dua ka to dua unhon ne</w:t>
      </w:r>
    </w:p>
    <w:p>
      <w:pPr>
        <w:jc w:val="right"/>
      </w:pPr>
      <w:r>
        <w:t>پہلے کہاں تھا تو یہ ہے اضافے کے ساتھ قبول کیا جانا دعا کا تو دعا انہوں نے</w:t>
      </w:r>
    </w:p>
    <w:p>
      <w:r>
        <w:rPr>
          <w:b/>
        </w:rPr>
        <w:t xml:space="preserve">[19:15] </w:t>
      </w:r>
      <w:r>
        <w:t>ki thi ke rabana wala tahmil alaina isran kama hamaltahu alal lazeena min qablana yani pichle logon par</w:t>
      </w:r>
    </w:p>
    <w:p>
      <w:pPr>
        <w:jc w:val="right"/>
      </w:pPr>
      <w:r>
        <w:t>کی تھی کہ ربنا ولا تحمل علینا اسرا کما حملتہ علی الذین من قبلنا یعنی پچھلے لوگوں پر</w:t>
      </w:r>
    </w:p>
    <w:p>
      <w:r>
        <w:rPr>
          <w:b/>
        </w:rPr>
        <w:t xml:space="preserve">[19:22] </w:t>
      </w:r>
      <w:r>
        <w:t>jo tashaddud hota tha mazhab ke naam par wo ab hamare liye khatam kar de ummat e muslima ke</w:t>
      </w:r>
    </w:p>
    <w:p>
      <w:pPr>
        <w:jc w:val="right"/>
      </w:pPr>
      <w:r>
        <w:t>جو تشدد ہوتا تھا مذہب کے نام پر وہ اب ہمارے لیے ختم کر دے امت مسلمہ کے</w:t>
      </w:r>
    </w:p>
    <w:p>
      <w:r>
        <w:rPr>
          <w:b/>
        </w:rPr>
        <w:t xml:space="preserve">[19:30] </w:t>
      </w:r>
      <w:r>
        <w:t>liye khatam kar diya to tashaddud bhi khatam hua aur mazeed itni sari cheezein aur de di gayin</w:t>
      </w:r>
    </w:p>
    <w:p>
      <w:pPr>
        <w:jc w:val="right"/>
      </w:pPr>
      <w:r>
        <w:t>لیے ختم کر دیا تو تشدد بھی ختم ہوا اور مزید اتنی ساری چیزیں اور دے دی گئیں</w:t>
      </w:r>
    </w:p>
    <w:p>
      <w:r>
        <w:rPr>
          <w:b/>
        </w:rPr>
        <w:t xml:space="preserve">[19:38] </w:t>
      </w:r>
      <w:r>
        <w:t>jis se aap ki jeeb mein jo smartphone hota hai sari dunya ke maal o maal is ke</w:t>
      </w:r>
    </w:p>
    <w:p>
      <w:pPr>
        <w:jc w:val="right"/>
      </w:pPr>
      <w:r>
        <w:t>جس سے آپ کی جیب میں جو smartphone ہوتا ہے ساری دنیا کے مال و مال اس کے</w:t>
      </w:r>
    </w:p>
    <w:p>
      <w:r>
        <w:rPr>
          <w:b/>
        </w:rPr>
        <w:t xml:space="preserve">[19:45] </w:t>
      </w:r>
      <w:r>
        <w:t>is ke andar hain laptop hai aap ki mez par sari dunya ke maal o maal is</w:t>
      </w:r>
    </w:p>
    <w:p>
      <w:pPr>
        <w:jc w:val="right"/>
      </w:pPr>
      <w:r>
        <w:t>اس کے اندر ہیں لیپ ٹاپ ہے آپ کی میز پر ساری دنیا کے مال و مال اس</w:t>
      </w:r>
    </w:p>
    <w:p>
      <w:r>
        <w:rPr>
          <w:b/>
        </w:rPr>
        <w:t xml:space="preserve">[19:53] </w:t>
      </w:r>
      <w:r>
        <w:t>ke andar hain hamare zamane mein jab hum parhte the to kisi baat ko dhoondne ke liye bohat</w:t>
      </w:r>
    </w:p>
    <w:p>
      <w:pPr>
        <w:jc w:val="right"/>
      </w:pPr>
      <w:r>
        <w:t>کے اندر ہیں ہمارے زمانے میں جب ہم پڑھتے تھے تو کسی بات کو ڈھونڈنے کے لیے بہت</w:t>
      </w:r>
    </w:p>
    <w:p>
      <w:r>
        <w:rPr>
          <w:b/>
        </w:rPr>
        <w:t xml:space="preserve">[20:01] </w:t>
      </w:r>
      <w:r>
        <w:t>si kitab parhni parti thi encyclopedia aur doosri kitabein tab ek baat maloom hoti thi aaj kya hai</w:t>
      </w:r>
    </w:p>
    <w:p>
      <w:pPr>
        <w:jc w:val="right"/>
      </w:pPr>
      <w:r>
        <w:t>سی کتاب پڑھنی پڑتی تھی انسائیکلوپیڈیا اور دوسری کتابیں تب ایک بات معلوم ہوتی تھی آج کیا ہے</w:t>
      </w:r>
    </w:p>
    <w:p>
      <w:r>
        <w:rPr>
          <w:b/>
        </w:rPr>
        <w:t xml:space="preserve">[20:08] </w:t>
      </w:r>
      <w:r>
        <w:t>aap laptop par ya smartphone par button dabaiye aur sari baatein secondon mein aap ke samne aa</w:t>
      </w:r>
    </w:p>
    <w:p>
      <w:pPr>
        <w:jc w:val="right"/>
      </w:pPr>
      <w:r>
        <w:t>آپ لیپ ٹاپ پر یا smartphone پر بٹن دبائیے اور ساری باتیں سیکنڈوں میں آپ کے سامنے آ</w:t>
      </w:r>
    </w:p>
    <w:p>
      <w:r>
        <w:rPr>
          <w:b/>
        </w:rPr>
        <w:t xml:space="preserve">[20:16] </w:t>
      </w:r>
      <w:r>
        <w:t>jayengi to ye sab isi mein shamil hai mujhe mujhe khud yaad hai apne bare mein ke</w:t>
      </w:r>
    </w:p>
    <w:p>
      <w:pPr>
        <w:jc w:val="right"/>
      </w:pPr>
      <w:r>
        <w:t>جائیں گی تو یہ سب اسی میں شامل ہے مجھے مجھے خود یاد ہے اپنے بارے میں کہ</w:t>
      </w:r>
    </w:p>
    <w:p>
      <w:r>
        <w:rPr>
          <w:b/>
        </w:rPr>
        <w:t xml:space="preserve">[20:24] </w:t>
      </w:r>
      <w:r>
        <w:t>ek cheez ko dhoondne ke liye ek baat martaba raat aur din guzar jata tha tab wo baat</w:t>
      </w:r>
    </w:p>
    <w:p>
      <w:pPr>
        <w:jc w:val="right"/>
      </w:pPr>
      <w:r>
        <w:t>ایک چیز کو ڈھونڈنے کے لیے ایک بات مرتبہ رات اور دن گزر جاتا تھا تب وہ بات</w:t>
      </w:r>
    </w:p>
    <w:p>
      <w:r>
        <w:rPr>
          <w:b/>
        </w:rPr>
        <w:t xml:space="preserve">[20:32] </w:t>
      </w:r>
      <w:r>
        <w:t>milti thi wo kitni kitabein hain wo kehte hain encyclopedia aur kahan kahan dhoondna parta tha tab wo</w:t>
      </w:r>
    </w:p>
    <w:p>
      <w:pPr>
        <w:jc w:val="right"/>
      </w:pPr>
      <w:r>
        <w:t>ملتی تھی وہ کتنی کتابیں ہیں وہ کہتے ہیں انسائیکلوپیڈیا اور کہاں کہاں ڈھونڈنا پڑتا تھا تب وہ</w:t>
      </w:r>
    </w:p>
    <w:p>
      <w:r>
        <w:rPr>
          <w:b/>
        </w:rPr>
        <w:t xml:space="preserve">[20:39] </w:t>
      </w:r>
      <w:r>
        <w:t>baat milti thi ab kuch nahi aap ke paas agar smartphone hai aap ke paas laptop hai</w:t>
      </w:r>
    </w:p>
    <w:p>
      <w:pPr>
        <w:jc w:val="right"/>
      </w:pPr>
      <w:r>
        <w:t>بات ملتی تھی اب کچھ نہیں آپ کے پاس اگر smartphone ہے آپ کے پاس لیپ ٹاپ ہے</w:t>
      </w:r>
    </w:p>
    <w:p>
      <w:r>
        <w:rPr>
          <w:b/>
        </w:rPr>
        <w:t xml:space="preserve">[20:47] </w:t>
      </w:r>
      <w:r>
        <w:t>to button dabaiye yeh touch button culture hai yeh dabana bhi nahi hai touch karna hai aur sari</w:t>
      </w:r>
    </w:p>
    <w:p>
      <w:pPr>
        <w:jc w:val="right"/>
      </w:pPr>
      <w:r>
        <w:t>تو بٹن دبائیے یہ touch بٹن کلچر ہے یہ دبانا بھی نہیں ہے touch کرنا ہے اور ساری</w:t>
      </w:r>
    </w:p>
    <w:p>
      <w:r>
        <w:rPr>
          <w:b/>
        </w:rPr>
        <w:t xml:space="preserve">[20:55] </w:t>
      </w:r>
      <w:r>
        <w:t>maloomat aap ke samne hongi to jab is tarike se aap sochenge to aap ko ek</w:t>
      </w:r>
    </w:p>
    <w:p>
      <w:pPr>
        <w:jc w:val="right"/>
      </w:pPr>
      <w:r>
        <w:t>معلومات آپ کے سامنے ہوں گی تو جب اس طریقے سے آپ سوچیں گے تو آپ کو ایک</w:t>
      </w:r>
    </w:p>
    <w:p>
      <w:r>
        <w:rPr>
          <w:b/>
        </w:rPr>
        <w:t xml:space="preserve">[21:02] </w:t>
      </w:r>
      <w:r>
        <w:t>izafa shuda iman hasil hoga yani Allah se manga tha sirf yeh baat ke tashaddud khatm ho jaye</w:t>
      </w:r>
    </w:p>
    <w:p>
      <w:pPr>
        <w:jc w:val="right"/>
      </w:pPr>
      <w:r>
        <w:t>اضافہ شدہ ایمان حاصل ہوگا یعنی اللہ سے مانگا تھا صرف یہ بات کہ تشدد ختم ہو جائے</w:t>
      </w:r>
    </w:p>
    <w:p>
      <w:r>
        <w:rPr>
          <w:b/>
        </w:rPr>
        <w:t xml:space="preserve">[21:10] </w:t>
      </w:r>
      <w:r>
        <w:t>to Allah ne kiya kiya aur zyada de diya sirf itna hi nahi diya mazeed to mein samajhta</w:t>
      </w:r>
    </w:p>
    <w:p>
      <w:pPr>
        <w:jc w:val="right"/>
      </w:pPr>
      <w:r>
        <w:t>تو اللہ نے کیا کیا اور زیادہ دے دیا صرف اتنا ہی نہیں دیا مزید تو میں سمجھتا</w:t>
      </w:r>
    </w:p>
    <w:p>
      <w:r>
        <w:rPr>
          <w:b/>
        </w:rPr>
        <w:t xml:space="preserve">[21:18] </w:t>
      </w:r>
      <w:r>
        <w:t>hoon ke yeh dua ka yeh bhi ek karishma hai ke jab aap dua mangte hain to mange</w:t>
      </w:r>
    </w:p>
    <w:p>
      <w:pPr>
        <w:jc w:val="right"/>
      </w:pPr>
      <w:r>
        <w:t>ہوں کہ یہ دعا کا یہ بھی ایک کرشمہ ہے کہ جب آپ دعا مانگتے ہیں تو مانگیں</w:t>
      </w:r>
    </w:p>
    <w:p>
      <w:r>
        <w:rPr>
          <w:b/>
        </w:rPr>
        <w:t xml:space="preserve">[21:26] </w:t>
      </w:r>
      <w:r>
        <w:t>ke aap ek cheez ko kyunke aap apne ilm ke mutabiq koi ek cheez aap ke focus mein</w:t>
      </w:r>
    </w:p>
    <w:p>
      <w:pPr>
        <w:jc w:val="right"/>
      </w:pPr>
      <w:r>
        <w:t>کہ آپ ایک چیز کو کیونکہ آپ اپنے علم کے مطابق کوئی ایک چیز آپ کے focus میں</w:t>
      </w:r>
    </w:p>
    <w:p>
      <w:r>
        <w:rPr>
          <w:b/>
        </w:rPr>
        <w:t xml:space="preserve">[21:33] </w:t>
      </w:r>
      <w:r>
        <w:t>hoti hai lekin dene wala to Rab ul Alameen hai dene wala jo hai Rab ul Alameen hai mein ek</w:t>
      </w:r>
    </w:p>
    <w:p>
      <w:pPr>
        <w:jc w:val="right"/>
      </w:pPr>
      <w:r>
        <w:t>ہوتی ہے لیکن دینے والا تو رب العالمین ہے دینے والا جو ہے رب العالمین ہے میں ایک</w:t>
      </w:r>
    </w:p>
    <w:p>
      <w:r>
        <w:rPr>
          <w:b/>
        </w:rPr>
        <w:t xml:space="preserve">[21:41] </w:t>
      </w:r>
      <w:r>
        <w:t>martaba Arab ke kisi mulk mein tha to wahan par hamein telephone karna tha wahan par riyal</w:t>
      </w:r>
    </w:p>
    <w:p>
      <w:pPr>
        <w:jc w:val="right"/>
      </w:pPr>
      <w:r>
        <w:t>مرتبہ عرب کے کسی ملک میں تھا تو وہاں پر ہمیں ٹیلی فون کرنا تھا وہاں پر ریال</w:t>
      </w:r>
    </w:p>
    <w:p>
      <w:r>
        <w:rPr>
          <w:b/>
        </w:rPr>
        <w:t xml:space="preserve">[21:49] </w:t>
      </w:r>
      <w:r>
        <w:t>nahi tha shayad Dubai airport ka qissa hai yeh to hamare pas riyal nahi tha is mein riyal</w:t>
      </w:r>
    </w:p>
    <w:p>
      <w:pPr>
        <w:jc w:val="right"/>
      </w:pPr>
      <w:r>
        <w:t>نہیں تھا شاید دبئی ایئرپورٹ کا قصہ ہے یہ تو ہمارے پاس ریال نہیں تھا اس میں ریال</w:t>
      </w:r>
    </w:p>
    <w:p>
      <w:r>
        <w:rPr>
          <w:b/>
        </w:rPr>
        <w:t xml:space="preserve">[21:56] </w:t>
      </w:r>
      <w:r>
        <w:t>dalna parta tha to wahan ek Arab khara hua tha us ko us ne mehsoos kiya baghair kahe</w:t>
      </w:r>
    </w:p>
    <w:p>
      <w:pPr>
        <w:jc w:val="right"/>
      </w:pPr>
      <w:r>
        <w:t>ڈالنا پڑتا تھا تو وہاں ایک عرب کھڑا ہوا تھا اس کو اس نے محسوس کیا بغیر کہے</w:t>
      </w:r>
    </w:p>
    <w:p>
      <w:r>
        <w:rPr>
          <w:b/>
        </w:rPr>
        <w:t xml:space="preserve">[22:04] </w:t>
      </w:r>
      <w:r>
        <w:t>ke in ko riyal chahiye telephone karne ke liye to khare khare kiya kiya us ne apni</w:t>
      </w:r>
    </w:p>
    <w:p>
      <w:pPr>
        <w:jc w:val="right"/>
      </w:pPr>
      <w:r>
        <w:t>کہ ان کو ریال چاہیے ٹیلی فون کرنے کے لیے تو کھڑے کھڑے کیا کیا اس نے اپنی</w:t>
      </w:r>
    </w:p>
    <w:p>
      <w:r>
        <w:rPr>
          <w:b/>
        </w:rPr>
        <w:t xml:space="preserve">[22:12] </w:t>
      </w:r>
      <w:r>
        <w:t>jeeb mein hath dala aur jitna riyal tha sab de diya yeh log karte raho yeh ek riyal</w:t>
      </w:r>
    </w:p>
    <w:p>
      <w:pPr>
        <w:jc w:val="right"/>
      </w:pPr>
      <w:r>
        <w:t>جیب میں ہاتھ ڈالا اور جتنا ریال تھا سب دے دیا یہ لوگ کرتے رہو یہ ایک ریال</w:t>
      </w:r>
    </w:p>
    <w:p>
      <w:r>
        <w:rPr>
          <w:b/>
        </w:rPr>
        <w:t xml:space="preserve">[22:19] </w:t>
      </w:r>
      <w:r>
        <w:t>nahi diya sirf ek riyal nahi diya hamein to ek hi riyal tha us waqt ek hi riyal</w:t>
      </w:r>
    </w:p>
    <w:p>
      <w:pPr>
        <w:jc w:val="right"/>
      </w:pPr>
      <w:r>
        <w:t>نہیں دیا صرف ایک ریال نہیں دیا ہمیں تو ایک ہی ریال تھا اس وقت ایک ہی ریال</w:t>
      </w:r>
    </w:p>
    <w:p>
      <w:r>
        <w:rPr>
          <w:b/>
        </w:rPr>
        <w:t xml:space="preserve">[22:27] </w:t>
      </w:r>
      <w:r>
        <w:t>chahiye tha to jeeb mein hath dala jitna bhi riyal tha us ke jeeb mein sab de diya</w:t>
      </w:r>
    </w:p>
    <w:p>
      <w:pPr>
        <w:jc w:val="right"/>
      </w:pPr>
      <w:r>
        <w:t>چاہیے تھا تو جیب میں ہاتھ ڈالا جتنا بھی ریال تھا اس کے جیب میں سب دے دیا</w:t>
      </w:r>
    </w:p>
    <w:p>
      <w:r>
        <w:rPr>
          <w:b/>
        </w:rPr>
        <w:t xml:space="preserve">[22:35] </w:t>
      </w:r>
      <w:r>
        <w:t>to mein ne socha ke Allah taala to is se billion trillion se bhi zyada sakhi hai hum</w:t>
      </w:r>
    </w:p>
    <w:p>
      <w:pPr>
        <w:jc w:val="right"/>
      </w:pPr>
      <w:r>
        <w:t>تو میں نے سوچا کہ اللہ تعالی تو اس سے بلین ٹرین سے بھی زیادہ سخی ہے ہم</w:t>
      </w:r>
    </w:p>
    <w:p>
      <w:r>
        <w:rPr>
          <w:b/>
        </w:rPr>
        <w:t xml:space="preserve">[22:43] </w:t>
      </w:r>
      <w:r>
        <w:t>us ko mangenge ek riyal to kaha ek riyal dega wo hum mangenge Allah se</w:t>
      </w:r>
    </w:p>
    <w:p>
      <w:pPr>
        <w:jc w:val="right"/>
      </w:pPr>
      <w:r>
        <w:t>اس کو مانگیں گے ایک ریال تو کہا ایک ریال دے گا وہ ہم مانگیں گے اللہ سے</w:t>
      </w:r>
    </w:p>
    <w:p>
      <w:r>
        <w:rPr>
          <w:b/>
        </w:rPr>
        <w:t xml:space="preserve">[22:50] </w:t>
      </w:r>
      <w:r>
        <w:t>ek riyal to wo ek riyal dega agar is Arab mein yani hum ne munh se to</w:t>
      </w:r>
    </w:p>
    <w:p>
      <w:pPr>
        <w:jc w:val="right"/>
      </w:pPr>
      <w:r>
        <w:t>ایک ریال تو وہ ایک ریال دے گا اگر اس عرب میں یعنی ہم نے منہ سے تو</w:t>
      </w:r>
    </w:p>
    <w:p>
      <w:r>
        <w:rPr>
          <w:b/>
        </w:rPr>
        <w:t xml:space="preserve">[22:58] </w:t>
      </w:r>
      <w:r>
        <w:t>yeh bole the lekin bazahir wo samajhta hai ke koi ek riyal chahiye baat karne ke liye to</w:t>
      </w:r>
    </w:p>
    <w:p>
      <w:pPr>
        <w:jc w:val="right"/>
      </w:pPr>
      <w:r>
        <w:t>یہ بولے تھے لیکن بظاہر وہ سمجھتا ہے کہ کوئی ایک ریال چاہیے بات کرنے کے لیے تو</w:t>
      </w:r>
    </w:p>
    <w:p>
      <w:r>
        <w:rPr>
          <w:b/>
        </w:rPr>
        <w:t xml:space="preserve">[23:06] </w:t>
      </w:r>
      <w:r>
        <w:t>baghair kahe us ne samjha ke in ko ek riyal chahiye to apni jeeb mein dala use bohat</w:t>
      </w:r>
    </w:p>
    <w:p>
      <w:pPr>
        <w:jc w:val="right"/>
      </w:pPr>
      <w:r>
        <w:t>بغیر کہے اس نے سمجھا کہ ان کو ایک ریال چاہیے تو اپنی جیب میں ڈالا اسے بہت</w:t>
      </w:r>
    </w:p>
    <w:p>
      <w:r>
        <w:rPr>
          <w:b/>
        </w:rPr>
        <w:t xml:space="preserve">[23:13] </w:t>
      </w:r>
      <w:r>
        <w:t>sa riyal de diya to aap sochiye ke Allah Rab ul Alameen jo hai aap us se mang gaye</w:t>
      </w:r>
    </w:p>
    <w:p>
      <w:pPr>
        <w:jc w:val="right"/>
      </w:pPr>
      <w:r>
        <w:t>سا ریال دے دیا تو آپ سوچیے کہ اللہ رب العالمین جو ہے آپ اس سے مانگ گئے</w:t>
      </w:r>
    </w:p>
    <w:p>
      <w:r>
        <w:rPr>
          <w:b/>
        </w:rPr>
        <w:t xml:space="preserve">[23:21] </w:t>
      </w:r>
      <w:r>
        <w:t>ek ek cheez to kaha wo ek hi cheez dega wo bohat sari cheez de dega</w:t>
      </w:r>
    </w:p>
    <w:p>
      <w:pPr>
        <w:jc w:val="right"/>
      </w:pPr>
      <w:r>
        <w:t>ایک ایک چیز تو کہا وہ ایک ہی چیز دے گا وہ بہت ساری چیز دے دے گا</w:t>
      </w:r>
    </w:p>
    <w:p>
      <w:r>
        <w:rPr>
          <w:b/>
        </w:rPr>
        <w:t xml:space="preserve">[23:29] </w:t>
      </w:r>
      <w:r>
        <w:t>wo us ki misal yeh ayat hai ke Sahaba ne yeh kiya yeh kaha tha ke ya Allah</w:t>
      </w:r>
    </w:p>
    <w:p>
      <w:pPr>
        <w:jc w:val="right"/>
      </w:pPr>
      <w:r>
        <w:t>وہ اس کی مثال یہ آیت ہے کہ صحابہ نے یہ کیا یہ کہا تھا کہ یا اللہ</w:t>
      </w:r>
    </w:p>
    <w:p>
      <w:r>
        <w:rPr>
          <w:b/>
        </w:rPr>
        <w:t xml:space="preserve">[23:36] </w:t>
      </w:r>
      <w:r>
        <w:t>hum ko deen par chalna parta hai tashaddud ke mahol mein dawat ka kaam karna parta hai tashaddud</w:t>
      </w:r>
    </w:p>
    <w:p>
      <w:pPr>
        <w:jc w:val="right"/>
      </w:pPr>
      <w:r>
        <w:t>ہم کو دین پر چلنا پڑتا ہے تشدد کے ماحول میں دعوت کا کام کرنا پڑتا ہے تشدد</w:t>
      </w:r>
    </w:p>
    <w:p>
      <w:r>
        <w:rPr>
          <w:b/>
        </w:rPr>
        <w:t xml:space="preserve">[23:44] </w:t>
      </w:r>
      <w:r>
        <w:t>ke mahol mein religious persecution ke mahol mein to Khuda ya tashaddud ko hamare hamare liye khatm kar de</w:t>
      </w:r>
    </w:p>
    <w:p>
      <w:pPr>
        <w:jc w:val="right"/>
      </w:pPr>
      <w:r>
        <w:t>کے ماحول میں religious persecution کے ماحول میں تو خدایا تشدد کو ہمارے ہمارے لیے ختم کر دے</w:t>
      </w:r>
    </w:p>
    <w:p>
      <w:r>
        <w:rPr>
          <w:b/>
        </w:rPr>
        <w:t xml:space="preserve">[23:52] </w:t>
      </w:r>
      <w:r>
        <w:t>ek cheez mangi thi lekin Allah ne kiya billion billion cheezein de dein jaise misal ke taur par</w:t>
      </w:r>
    </w:p>
    <w:p>
      <w:pPr>
        <w:jc w:val="right"/>
      </w:pPr>
      <w:r>
        <w:t>ایک چیز مانگی تھی لیکن اللہ نے کیا بلین بلین چیزیں دے دیں جیسے مثال کے طور پر</w:t>
      </w:r>
    </w:p>
    <w:p>
      <w:r>
        <w:rPr>
          <w:b/>
        </w:rPr>
        <w:t xml:space="preserve">[24:00] </w:t>
      </w:r>
      <w:r>
        <w:t>quran mein ayat ke log hajj ke liye aayenge onton par dibli onton par dibli onton ke</w:t>
      </w:r>
    </w:p>
    <w:p>
      <w:pPr>
        <w:jc w:val="right"/>
      </w:pPr>
      <w:r>
        <w:t>قرآن میں آیت کہ لوگ حج کے لیے آئیں گے اونٹوں پر دبلی اونٹوں پر دبلی اونٹوں کے</w:t>
      </w:r>
    </w:p>
    <w:p>
      <w:r>
        <w:rPr>
          <w:b/>
        </w:rPr>
        <w:t xml:space="preserve">[24:07] </w:t>
      </w:r>
      <w:r>
        <w:t>maani yeh hain dibli onton ke maani hain ke oont chalte chalte door se aayenge chalte chalte</w:t>
      </w:r>
    </w:p>
    <w:p>
      <w:pPr>
        <w:jc w:val="right"/>
      </w:pPr>
      <w:r>
        <w:t>معنی یہ ہیں دبلی اونٹوں کے معنی ہیں کہ اونٹ چلتے چلتے دور سے آئیں گے چلتے چلتے</w:t>
      </w:r>
    </w:p>
    <w:p>
      <w:r>
        <w:rPr>
          <w:b/>
        </w:rPr>
        <w:t xml:space="preserve">[24:15] </w:t>
      </w:r>
      <w:r>
        <w:t>dable ho jayenge jab hazrat ibrahim ne kaba ki taameer ki to us waqt ke liye hukum</w:t>
      </w:r>
    </w:p>
    <w:p>
      <w:pPr>
        <w:jc w:val="right"/>
      </w:pPr>
      <w:r>
        <w:t>دبلے ہو جائیں گے جب حضرت ابراہیم نے کعبہ کی تعمیر کی تو اس وقت کے لیے حکم</w:t>
      </w:r>
    </w:p>
    <w:p>
      <w:r>
        <w:rPr>
          <w:b/>
        </w:rPr>
        <w:t xml:space="preserve">[24:23] </w:t>
      </w:r>
      <w:r>
        <w:t>hua ke elaan kar do ke log hajj ke liye aayen ibadat ke liye aayen kaba mein to</w:t>
      </w:r>
    </w:p>
    <w:p>
      <w:pPr>
        <w:jc w:val="right"/>
      </w:pPr>
      <w:r>
        <w:t>ہوا کہ اعلان کر دو کہ لوگ حج کے لیے آئیں عبادت کے لیے آئیں کعبہ میں تو</w:t>
      </w:r>
    </w:p>
    <w:p>
      <w:r>
        <w:rPr>
          <w:b/>
        </w:rPr>
        <w:t xml:space="preserve">[24:30] </w:t>
      </w:r>
      <w:r>
        <w:t>is mein ayat mein likh diya ke log aayenge dibli ontaniyon par matlab door door se aayen</w:t>
      </w:r>
    </w:p>
    <w:p>
      <w:pPr>
        <w:jc w:val="right"/>
      </w:pPr>
      <w:r>
        <w:t>اس میں آیت میں لکھ دیا کہ لوگ آئیں گے دبلی اونٹنیوں پر مطلب دور دور سے آئیں</w:t>
      </w:r>
    </w:p>
    <w:p>
      <w:r>
        <w:rPr>
          <w:b/>
        </w:rPr>
        <w:t xml:space="preserve">[24:38] </w:t>
      </w:r>
      <w:r>
        <w:t>ge oont jo hai dable ho jayenge pahunchte pahunchte achha aaj kya hai pehle allah taala ne</w:t>
      </w:r>
    </w:p>
    <w:p>
      <w:pPr>
        <w:jc w:val="right"/>
      </w:pPr>
      <w:r>
        <w:t>گے اونٹ جو ہے دبلے ہو جائیں گے پہنچتے پہنچتے اچھا آج کیا ہے پہلے اللہ تعالی نے</w:t>
      </w:r>
    </w:p>
    <w:p>
      <w:r>
        <w:rPr>
          <w:b/>
        </w:rPr>
        <w:t xml:space="preserve">[24:46] </w:t>
      </w:r>
      <w:r>
        <w:t>steam ship diya insaan ko phir car diya ab ab airplane mila hua hai aap baithen yahan aur</w:t>
      </w:r>
    </w:p>
    <w:p>
      <w:pPr>
        <w:jc w:val="right"/>
      </w:pPr>
      <w:r>
        <w:t>steam ship دیا انسان کو پھر کار دیا اب اب ایروپلین ملا ہوا ہے آپ بیٹھیں یہاں اور</w:t>
      </w:r>
    </w:p>
    <w:p>
      <w:r>
        <w:rPr>
          <w:b/>
        </w:rPr>
        <w:t xml:space="preserve">[24:54] </w:t>
      </w:r>
      <w:r>
        <w:t>chand ghanton mein aap pahunch jaiye makka madina hawai jahaz par baith kar ke to us waqt jo</w:t>
      </w:r>
    </w:p>
    <w:p>
      <w:pPr>
        <w:jc w:val="right"/>
      </w:pPr>
      <w:r>
        <w:t>چند گھنٹوں میں آپ پہنچ جائیے مکہ مدینہ ہوائی جہاز پر بیٹھ کر کے تو اس وقت جو</w:t>
      </w:r>
    </w:p>
    <w:p>
      <w:r>
        <w:rPr>
          <w:b/>
        </w:rPr>
        <w:t xml:space="preserve">[25:01] </w:t>
      </w:r>
      <w:r>
        <w:t>hajj mumkin tha onton par safar kar ke aaj woh mumkin ho gaya hawai jahaz par safar kar</w:t>
      </w:r>
    </w:p>
    <w:p>
      <w:pPr>
        <w:jc w:val="right"/>
      </w:pPr>
      <w:r>
        <w:t>حج ممکن تھا اونٹوں پر سفر کر کے آج وہ ممکن ہو گیا ہوائی جہاز پر سفر کر</w:t>
      </w:r>
    </w:p>
    <w:p>
      <w:r>
        <w:rPr>
          <w:b/>
        </w:rPr>
        <w:t xml:space="preserve">[25:09] </w:t>
      </w:r>
      <w:r>
        <w:t>ke to yahi hai ke allah se aap mangenge ke khudaaya hamein tofeeq de ke hum onton</w:t>
      </w:r>
    </w:p>
    <w:p>
      <w:pPr>
        <w:jc w:val="right"/>
      </w:pPr>
      <w:r>
        <w:t>کے تو یہی ہے کہ اللہ سے آپ مانگیں گے کہ خدایا ہمیں توفیق دے کہ ہم اونٹوں</w:t>
      </w:r>
    </w:p>
    <w:p>
      <w:r>
        <w:rPr>
          <w:b/>
        </w:rPr>
        <w:t xml:space="preserve">[25:17] </w:t>
      </w:r>
      <w:r>
        <w:t>par safar hajj karen allah hamein tofeeq de ke hum oont aur ghode par safar kar ke makka</w:t>
      </w:r>
    </w:p>
    <w:p>
      <w:pPr>
        <w:jc w:val="right"/>
      </w:pPr>
      <w:r>
        <w:t>پر سفر حج کریں اللہ ہمیں توفیق دے کہ ہم اونٹ اور گھوڑے پر سفر کر کے مکہ</w:t>
      </w:r>
    </w:p>
    <w:p>
      <w:r>
        <w:rPr>
          <w:b/>
        </w:rPr>
        <w:t xml:space="preserve">[25:24] </w:t>
      </w:r>
      <w:r>
        <w:t>madina pahunchen to allah aap ko hawai jahaz safar karne ke mauqe khol dega aisi saatvin sadi</w:t>
      </w:r>
    </w:p>
    <w:p>
      <w:pPr>
        <w:jc w:val="right"/>
      </w:pPr>
      <w:r>
        <w:t>مدینہ پہنچیں تو اللہ آپ کو ہوائی جہاز سفر کرنے کے موقع کھول دے گا ایسی ساتویں صدی</w:t>
      </w:r>
    </w:p>
    <w:p>
      <w:r>
        <w:rPr>
          <w:b/>
        </w:rPr>
        <w:t xml:space="preserve">[25:32] </w:t>
      </w:r>
      <w:r>
        <w:t>mein alayman ne yeh dawat yeh dua ki thi ke allah hamare raaste se tashaddud ko khatm kar</w:t>
      </w:r>
    </w:p>
    <w:p>
      <w:pPr>
        <w:jc w:val="right"/>
      </w:pPr>
      <w:r>
        <w:t>میں الایمان نے یہ دعوت یہ دعا کی تھی کہ اللہ ہمارے راستے سے تشدد کو ختم کر</w:t>
      </w:r>
    </w:p>
    <w:p>
      <w:r>
        <w:rPr>
          <w:b/>
        </w:rPr>
        <w:t xml:space="preserve">[25:40] </w:t>
      </w:r>
      <w:r>
        <w:t>de to allah ne tashaddud bhi khatm kiya aur iske alawa beshumar cheezen de din aaj</w:t>
      </w:r>
    </w:p>
    <w:p>
      <w:pPr>
        <w:jc w:val="right"/>
      </w:pPr>
      <w:r>
        <w:t>دے تو اللہ نے تشدد بھی ختم کیا اور اس کے علاوہ بے شمار چیزیں دے دیں آج</w:t>
      </w:r>
    </w:p>
    <w:p>
      <w:r>
        <w:rPr>
          <w:b/>
        </w:rPr>
        <w:t xml:space="preserve">[25:47] </w:t>
      </w:r>
      <w:r>
        <w:t>ki duniya aap jante hain ke religious freedom hai openness hai printing press hai jagah jagah seminar aur</w:t>
      </w:r>
    </w:p>
    <w:p>
      <w:pPr>
        <w:jc w:val="right"/>
      </w:pPr>
      <w:r>
        <w:t>کی دنیا آپ جانتے ہیں کہ religious freedom ہے openness ہے printing press ہے جگہ جگہ سیمینار اور</w:t>
      </w:r>
    </w:p>
    <w:p>
      <w:r>
        <w:rPr>
          <w:b/>
        </w:rPr>
        <w:t xml:space="preserve">[25:55] </w:t>
      </w:r>
      <w:r>
        <w:t>conference ho rahe hain wahan aap ja kar ke aap distribute kijiye quran ko wahan logon ko paigham</w:t>
      </w:r>
    </w:p>
    <w:p>
      <w:pPr>
        <w:jc w:val="right"/>
      </w:pPr>
      <w:r>
        <w:t>کانفرنس ہو رہے ہیں وہاں آپ جا کر کے آپ distribute کیجیے قرآن کو وہاں لوگوں کو پیغام</w:t>
      </w:r>
    </w:p>
    <w:p>
      <w:r>
        <w:rPr>
          <w:b/>
        </w:rPr>
        <w:t xml:space="preserve">[26:03] </w:t>
      </w:r>
      <w:r>
        <w:t>dijiye sachai ka is tarah ke beshumar mauqe khul gaye kahin koi rukawat nahi to yeh jab</w:t>
      </w:r>
    </w:p>
    <w:p>
      <w:pPr>
        <w:jc w:val="right"/>
      </w:pPr>
      <w:r>
        <w:t>دیجیے سچائی کا اس طرح کے بے شمار مواقع کھل گئے کہیں کوئی رکاوٹ نہیں تو یہ جب</w:t>
      </w:r>
    </w:p>
    <w:p>
      <w:r>
        <w:rPr>
          <w:b/>
        </w:rPr>
        <w:t xml:space="preserve">[26:11] </w:t>
      </w:r>
      <w:r>
        <w:t>sochhenge yeh soch kar jab aap kahenge alhamdulillah to woh alhamdulillah hai warna woh catch phrase</w:t>
      </w:r>
    </w:p>
    <w:p>
      <w:pPr>
        <w:jc w:val="right"/>
      </w:pPr>
      <w:r>
        <w:t>سوچیں گے یہ سوچ کر جب آپ کہیں گے الحمدللہ تو وہ الحمدللہ ہے ورنہ وہ catch phrase</w:t>
      </w:r>
    </w:p>
    <w:p>
      <w:r>
        <w:rPr>
          <w:b/>
        </w:rPr>
        <w:t xml:space="preserve">[26:18] </w:t>
      </w:r>
      <w:r>
        <w:t>hai woh takiya kalam hai yani aap aadi ho gaye hain aap ek aap ke mind mein ek</w:t>
      </w:r>
    </w:p>
    <w:p>
      <w:pPr>
        <w:jc w:val="right"/>
      </w:pPr>
      <w:r>
        <w:t>ہے وہ تکیہ کلام ہے یعنی آپ عادی ہو گئے ہیں آپ ایک آپ کے mind میں ایک</w:t>
      </w:r>
    </w:p>
    <w:p>
      <w:r>
        <w:rPr>
          <w:b/>
        </w:rPr>
        <w:t xml:space="preserve">[26:26] </w:t>
      </w:r>
      <w:r>
        <w:t>ek lafz yaad ho gaya hai baat baat pe nikalta rehta hai woh alhamdulillah alhamdulillah yeh alhamdulillah woh</w:t>
      </w:r>
    </w:p>
    <w:p>
      <w:pPr>
        <w:jc w:val="right"/>
      </w:pPr>
      <w:r>
        <w:t>ایک لفظ یاد ہو گیا ہے بات بات پہ نکلتا رہتا ہے وہ الحمدللہ الحمدللہ یہ الحمدللہ وہ</w:t>
      </w:r>
    </w:p>
    <w:p>
      <w:r>
        <w:rPr>
          <w:b/>
        </w:rPr>
        <w:t xml:space="preserve">[26:34] </w:t>
      </w:r>
      <w:r>
        <w:t>to woh catch phrase hai woh takiya kalam hai sachha alhamdulillah woh hai ke aap ko discovery ho</w:t>
      </w:r>
    </w:p>
    <w:p>
      <w:pPr>
        <w:jc w:val="right"/>
      </w:pPr>
      <w:r>
        <w:t>تو وہ catch phrase ہے وہ تکیہ کلام ہے سچا الحمدللہ وہ ہے کہ آپ کو discovery ہو</w:t>
      </w:r>
    </w:p>
    <w:p>
      <w:r>
        <w:rPr>
          <w:b/>
        </w:rPr>
        <w:t xml:space="preserve">[26:41] </w:t>
      </w:r>
      <w:r>
        <w:t>allah ki nematton ki aap ko discovery ho allah ki badai ki aap ko discovery ho ke allah</w:t>
      </w:r>
    </w:p>
    <w:p>
      <w:pPr>
        <w:jc w:val="right"/>
      </w:pPr>
      <w:r>
        <w:t>اللہ کی نعمتوں کی آپ کو discovery ہو اللہ کی بڑائی کی آپ کو discovery ہو کہ اللہ</w:t>
      </w:r>
    </w:p>
    <w:p>
      <w:r>
        <w:rPr>
          <w:b/>
        </w:rPr>
        <w:t xml:space="preserve">[26:49] </w:t>
      </w:r>
      <w:r>
        <w:t>ne insaan par kya kya fazal farma rakha hai to is tarah se ek ek develop shaoor paida</w:t>
      </w:r>
    </w:p>
    <w:p>
      <w:pPr>
        <w:jc w:val="right"/>
      </w:pPr>
      <w:r>
        <w:t>نے انسان پر کیا کیا فضل فرما رکھا ہے تو اس طرح سے ایک ایک develop شعور پیدا</w:t>
      </w:r>
    </w:p>
    <w:p>
      <w:r>
        <w:rPr>
          <w:b/>
        </w:rPr>
        <w:t xml:space="preserve">[26:57] </w:t>
      </w:r>
      <w:r>
        <w:t>hoga aap ke andar aur us waqt jo spirit aap ke andar jayegi us spirit ke sath</w:t>
      </w:r>
    </w:p>
    <w:p>
      <w:pPr>
        <w:jc w:val="right"/>
      </w:pPr>
      <w:r>
        <w:t>ہوگا آپ کے اندر اور اس وقت جو spirit آپ کے اندر جائے گی اس spirit کے ساتھ</w:t>
      </w:r>
    </w:p>
    <w:p>
      <w:r>
        <w:rPr>
          <w:b/>
        </w:rPr>
        <w:t xml:space="preserve">[27:04] </w:t>
      </w:r>
      <w:r>
        <w:t>jab aap kahenge alhamdulillah to woh hai asli alhamdulillah woh hai required alhamdulillah warna woh pitch phrase</w:t>
      </w:r>
    </w:p>
    <w:p>
      <w:pPr>
        <w:jc w:val="right"/>
      </w:pPr>
      <w:r>
        <w:t>جب آپ کہیں گے الحمدللہ تو وہ ہے اصلی الحمدللہ وہ ہے required الحمدللہ ورنہ وہ pitch phrase</w:t>
      </w:r>
    </w:p>
    <w:p>
      <w:r>
        <w:rPr>
          <w:b/>
        </w:rPr>
        <w:t xml:space="preserve">[27:12] </w:t>
      </w:r>
      <w:r>
        <w:t>hai takiya kalam hai to yeh kaha jata hai ke momin woh hai jo Allah ki yaad mein</w:t>
      </w:r>
    </w:p>
    <w:p>
      <w:pPr>
        <w:jc w:val="right"/>
      </w:pPr>
      <w:r>
        <w:t>ہے تکیہ کلام ہے تو یہ کہا جاتا ہے کہ مومن وہ ہے جو اللہ کی یاد میں</w:t>
      </w:r>
    </w:p>
    <w:p>
      <w:r>
        <w:rPr>
          <w:b/>
        </w:rPr>
        <w:t xml:space="preserve">[27:20] </w:t>
      </w:r>
      <w:r>
        <w:t>jiye momin woh hai jo zikr Allah mein jiye Allah ki yaad mein jiye to yaad mein jeena</w:t>
      </w:r>
    </w:p>
    <w:p>
      <w:pPr>
        <w:jc w:val="right"/>
      </w:pPr>
      <w:r>
        <w:t>جیے مومن وہ ہے جو ذکر اللہ میں جیے اللہ کی یاد میں جیے تو یاد میں جینا</w:t>
      </w:r>
    </w:p>
    <w:p>
      <w:r>
        <w:rPr>
          <w:b/>
        </w:rPr>
        <w:t xml:space="preserve">[27:28] </w:t>
      </w:r>
      <w:r>
        <w:t>kya hai agar aap is ka matlab yeh lein ke Allah Allah Allah Allah Allah kehta rahe to</w:t>
      </w:r>
    </w:p>
    <w:p>
      <w:pPr>
        <w:jc w:val="right"/>
      </w:pPr>
      <w:r>
        <w:t>کیا ہے اگر آپ اس کا مطلب یہ لیں کہ اللہ اللہ اللہ اللہ اللہ کہتا رہے تو</w:t>
      </w:r>
    </w:p>
    <w:p>
      <w:r>
        <w:rPr>
          <w:b/>
        </w:rPr>
        <w:t xml:space="preserve">[27:35] </w:t>
      </w:r>
      <w:r>
        <w:t>yeh bhi wohi ho gaya pitch phrase ho gaya pitch phrase ke darje ka yaad hua woh yani</w:t>
      </w:r>
    </w:p>
    <w:p>
      <w:pPr>
        <w:jc w:val="right"/>
      </w:pPr>
      <w:r>
        <w:t>یہ بھی وہی ہو گیا pitch phrase ہو گیا pitch phrase کے درجے کا یاد ہوا وہ یعنی</w:t>
      </w:r>
    </w:p>
    <w:p>
      <w:r>
        <w:rPr>
          <w:b/>
        </w:rPr>
        <w:t xml:space="preserve">[27:43] </w:t>
      </w:r>
      <w:r>
        <w:t>ungliyon par ya tasbeeh par aap Allah Allah Allah Allah keh rahe hain mein aik jalsay mein gaya</w:t>
      </w:r>
    </w:p>
    <w:p>
      <w:pPr>
        <w:jc w:val="right"/>
      </w:pPr>
      <w:r>
        <w:t>انگلیوں پر یا تسبیح پر آپ اللہ اللہ اللہ اللہ کہہ رہے ہیں میں ایک جلسے میں گیا</w:t>
      </w:r>
    </w:p>
    <w:p>
      <w:r>
        <w:rPr>
          <w:b/>
        </w:rPr>
        <w:t xml:space="preserve">[27:51] </w:t>
      </w:r>
      <w:r>
        <w:t>aik baar deeni jalsa to mein ne dekha ke wahan jo log ikhatta thay to aksar logon ke</w:t>
      </w:r>
    </w:p>
    <w:p>
      <w:pPr>
        <w:jc w:val="right"/>
      </w:pPr>
      <w:r>
        <w:t>ایک بار دینی جلسہ تو میں نے دیکھا کہ وہاں جو لوگ اکٹھا تھے تو اکثر لوگوں کے</w:t>
      </w:r>
    </w:p>
    <w:p>
      <w:r>
        <w:rPr>
          <w:b/>
        </w:rPr>
        <w:t xml:space="preserve">[27:58] </w:t>
      </w:r>
      <w:r>
        <w:t>haath mein tasbeeh thi idhar muqarrir bol raha hai idhar tasbeeh par un ki ungliyan chal rahi hain</w:t>
      </w:r>
    </w:p>
    <w:p>
      <w:pPr>
        <w:jc w:val="right"/>
      </w:pPr>
      <w:r>
        <w:t>ہاتھ میں تسبیح تھی ادھر مقرر بول رہا ہے ادھر تسبیح پر ان کی انگلیاں چل رہی ہیں</w:t>
      </w:r>
    </w:p>
    <w:p>
      <w:r>
        <w:rPr>
          <w:b/>
        </w:rPr>
        <w:t xml:space="preserve">[28:06] </w:t>
      </w:r>
      <w:r>
        <w:t>un ki ungliyan tasbeeh par chal rahi hain aur idhar muqarrir bol raha hai to yeh yeh koi</w:t>
      </w:r>
    </w:p>
    <w:p>
      <w:pPr>
        <w:jc w:val="right"/>
      </w:pPr>
      <w:r>
        <w:t>ان کی انگلیاں تسبیح پر چل رہی ہیں اور ادھر مقرر بول رہا ہے تو یہ یہ کوئی</w:t>
      </w:r>
    </w:p>
    <w:p>
      <w:r>
        <w:rPr>
          <w:b/>
        </w:rPr>
        <w:t xml:space="preserve">[28:14] </w:t>
      </w:r>
      <w:r>
        <w:t>zikr nahi hai yeh pitch phrase hai sachi yaad woh hai jo creative yaad ho jo gehre shaoor</w:t>
      </w:r>
    </w:p>
    <w:p>
      <w:pPr>
        <w:jc w:val="right"/>
      </w:pPr>
      <w:r>
        <w:t>ذکر نہیں ہے یہ pitch phrase ہے سچی یاد وہ ہے جو creative یاد ہو جو گہرے شعور</w:t>
      </w:r>
    </w:p>
    <w:p>
      <w:r>
        <w:rPr>
          <w:b/>
        </w:rPr>
        <w:t xml:space="preserve">[28:22] </w:t>
      </w:r>
      <w:r>
        <w:t>ke sath nikli ho jo intellectual revolution se zahir hui ho tab woh sachi yaad hai us ki</w:t>
      </w:r>
    </w:p>
    <w:p>
      <w:pPr>
        <w:jc w:val="right"/>
      </w:pPr>
      <w:r>
        <w:t>کے ساتھ نکلی ہو جو intellectual revolution سے ظاہر ہوئی ہو تب وہ سچی یاد ہے اس کی</w:t>
      </w:r>
    </w:p>
    <w:p>
      <w:r>
        <w:rPr>
          <w:b/>
        </w:rPr>
        <w:t xml:space="preserve">[28:29] </w:t>
      </w:r>
      <w:r>
        <w:t>pehchan kya hai sachi yaad ki pehchan kya hai is ke liye Quran mein do lafz aaye hain</w:t>
      </w:r>
    </w:p>
    <w:p>
      <w:pPr>
        <w:jc w:val="right"/>
      </w:pPr>
      <w:r>
        <w:t>پہچان کیا ہے سچی یاد کی پہچان کیا ہے اس کے لیے قرآن میں دو لفظ آئے ہیں</w:t>
      </w:r>
    </w:p>
    <w:p>
      <w:r>
        <w:rPr>
          <w:b/>
        </w:rPr>
        <w:t xml:space="preserve">[28:37] </w:t>
      </w:r>
      <w:r>
        <w:t>mohabbat aur khauf allazina amanu ashadd huban lillah aur doosra hai wa lam yakhsha illa Allah to Allah ki</w:t>
      </w:r>
    </w:p>
    <w:p>
      <w:pPr>
        <w:jc w:val="right"/>
      </w:pPr>
      <w:r>
        <w:t>محبت اور خوف الذین آمنوا أشد حبا لله اور دوسرا ہے ولم یخش إلا الله تو اللہ کی</w:t>
      </w:r>
    </w:p>
    <w:p>
      <w:r>
        <w:rPr>
          <w:b/>
        </w:rPr>
        <w:t xml:space="preserve">[28:45] </w:t>
      </w:r>
      <w:r>
        <w:t>jis yaad ke sath hub shadeed ho aur Allah ki jis yaad ke sath khauf shadeed ho woh</w:t>
      </w:r>
    </w:p>
    <w:p>
      <w:pPr>
        <w:jc w:val="right"/>
      </w:pPr>
      <w:r>
        <w:t>جس یاد کے ساتھ حب شدید ہو اور اللہ کی جس یاد کے ساتھ خوف شدید ہو وہ</w:t>
      </w:r>
    </w:p>
    <w:p>
      <w:r>
        <w:rPr>
          <w:b/>
        </w:rPr>
        <w:t xml:space="preserve">[28:52] </w:t>
      </w:r>
      <w:r>
        <w:t>zikr Allah hai Allah ki jis yaad ke sath shaoor ki satah par andar jo aap ki roohaniyat</w:t>
      </w:r>
    </w:p>
    <w:p>
      <w:pPr>
        <w:jc w:val="right"/>
      </w:pPr>
      <w:r>
        <w:t>ذکر اللہ ہے اللہ کی جس یاد کے ساتھ شعور کی سطح پر اندر جو آپ کی روحانیت</w:t>
      </w:r>
    </w:p>
    <w:p>
      <w:r>
        <w:rPr>
          <w:b/>
        </w:rPr>
        <w:t xml:space="preserve">[29:00] </w:t>
      </w:r>
      <w:r>
        <w:t>hai us ki satah par Allah se hub shadeed ho aur Allah se khauf shadeed ho phir jo</w:t>
      </w:r>
    </w:p>
    <w:p>
      <w:pPr>
        <w:jc w:val="right"/>
      </w:pPr>
      <w:r>
        <w:t>ہے اس کی سطح پر اللہ سے حب شدید ہو اور اللہ سے خوف شدید ہو پھر جو</w:t>
      </w:r>
    </w:p>
    <w:p>
      <w:r>
        <w:rPr>
          <w:b/>
        </w:rPr>
        <w:t xml:space="preserve">[29:08] </w:t>
      </w:r>
      <w:r>
        <w:t>zikr karein ge aap woh zikr hoga Allah ka zikr sahi maanon mein aur isi zikr ke baray</w:t>
      </w:r>
    </w:p>
    <w:p>
      <w:pPr>
        <w:jc w:val="right"/>
      </w:pPr>
      <w:r>
        <w:t>ذکر کریں گے آپ وہ ذکر ہوگا اللہ کا ذکر صحیح معنوں میں اور اسی ذکر کے بارے</w:t>
      </w:r>
    </w:p>
    <w:p>
      <w:r>
        <w:rPr>
          <w:b/>
        </w:rPr>
        <w:t xml:space="preserve">[29:15] </w:t>
      </w:r>
      <w:r>
        <w:t>mein Bukhari mein riwayat hai ke ke yamlaul mizaan yamlaul mizaan yani woh aisa yaad hota hai ke</w:t>
      </w:r>
    </w:p>
    <w:p>
      <w:pPr>
        <w:jc w:val="right"/>
      </w:pPr>
      <w:r>
        <w:t>میں بخاری میں روایت ہے کہ کہ یملول میزان یملول میزان یعنی وہ ایسا یاد ہوتا ہے کہ</w:t>
      </w:r>
    </w:p>
    <w:p>
      <w:r>
        <w:rPr>
          <w:b/>
        </w:rPr>
        <w:t xml:space="preserve">[29:23] </w:t>
      </w:r>
      <w:r>
        <w:t>goya ke poori faza poori kainat sab kuch bhar gaya is se to jab yeh is darje ka</w:t>
      </w:r>
    </w:p>
    <w:p>
      <w:pPr>
        <w:jc w:val="right"/>
      </w:pPr>
      <w:r>
        <w:t>گویا کہ پوری فضا پوری کائنات سب کچھ بھر گیا اس سے تو جب یہ اس درجے کا</w:t>
      </w:r>
    </w:p>
    <w:p>
      <w:r>
        <w:rPr>
          <w:b/>
        </w:rPr>
        <w:t xml:space="preserve">[29:31] </w:t>
      </w:r>
      <w:r>
        <w:t>zikr yaad jab is darje ka yaad aap ke dil se nikle to zamanat ban jaye ga is</w:t>
      </w:r>
    </w:p>
    <w:p>
      <w:pPr>
        <w:jc w:val="right"/>
      </w:pPr>
      <w:r>
        <w:t>ذکر یاد جب اس درجے کا یاد آپ کے دل سے نکلے تو ضامن بن جائے گا اس</w:t>
      </w:r>
    </w:p>
    <w:p>
      <w:r>
        <w:rPr>
          <w:b/>
        </w:rPr>
        <w:t xml:space="preserve">[29:39] </w:t>
      </w:r>
      <w:r>
        <w:t>baat ka is baat ki guarantee ban jaye ga ke aap bhatke nahi sadiq mustaqeem se misaal ke</w:t>
      </w:r>
    </w:p>
    <w:p>
      <w:pPr>
        <w:jc w:val="right"/>
      </w:pPr>
      <w:r>
        <w:t>بات کا اس بات کی guarantee بن جائے گا کہ آپ بھٹکے نہیں صادق مستقیم سے مثال کے</w:t>
      </w:r>
    </w:p>
    <w:p>
      <w:r>
        <w:rPr>
          <w:b/>
        </w:rPr>
        <w:t xml:space="preserve">[29:46] </w:t>
      </w:r>
      <w:r>
        <w:t>taur par dekhein agar yeh yeh is darje ki yaad ho insaan ke andar ke Allah ne itni</w:t>
      </w:r>
    </w:p>
    <w:p>
      <w:pPr>
        <w:jc w:val="right"/>
      </w:pPr>
      <w:r>
        <w:t>طور پر دیکھیں اگر یہ یہ اس درجے کی یاد ہو انسان کے اندر کہ اللہ نے اتنی</w:t>
      </w:r>
    </w:p>
    <w:p>
      <w:r>
        <w:rPr>
          <w:b/>
        </w:rPr>
        <w:t xml:space="preserve">[29:54] </w:t>
      </w:r>
      <w:r>
        <w:t>badi nematein hum ko de rakhi hain ke hum ne manga tha Allah se aik item aik item</w:t>
      </w:r>
    </w:p>
    <w:p>
      <w:pPr>
        <w:jc w:val="right"/>
      </w:pPr>
      <w:r>
        <w:t>بڑی نعمتیں ہم کو دے رکھی ہیں کہ ہم نے مانگا تھا اللہ سے ایک item ایک item</w:t>
      </w:r>
    </w:p>
    <w:p>
      <w:r>
        <w:rPr>
          <w:b/>
        </w:rPr>
        <w:t xml:space="preserve">[30:02] </w:t>
      </w:r>
      <w:r>
        <w:t>manga tha ke dunya mein mazhabi jabr na ho aur Allah ne billion billion item de diya to</w:t>
      </w:r>
    </w:p>
    <w:p>
      <w:pPr>
        <w:jc w:val="right"/>
      </w:pPr>
      <w:r>
        <w:t>مانگا تھا کہ دنیا میں مذہبی جبر نہ ہو اور اللہ نے بلین بلین item دے دیا تو</w:t>
      </w:r>
    </w:p>
    <w:p>
      <w:r>
        <w:rPr>
          <w:b/>
        </w:rPr>
        <w:t xml:space="preserve">[30:09] </w:t>
      </w:r>
      <w:r>
        <w:t>kya hoga itna zyada shukr aaye ga aap ke andar aap ko logon ke baray mein hate bhool</w:t>
      </w:r>
    </w:p>
    <w:p>
      <w:pPr>
        <w:jc w:val="right"/>
      </w:pPr>
      <w:r>
        <w:t>کیا ہوگا اتنا زیادہ شکر آئے گا آپ کے اندر آپ کو لوگوں کے بارے میں hate بھول</w:t>
      </w:r>
    </w:p>
    <w:p>
      <w:r>
        <w:rPr>
          <w:b/>
        </w:rPr>
        <w:t xml:space="preserve">[30:17] </w:t>
      </w:r>
      <w:r>
        <w:t>jayegi militance bhool jayegi logon se ladna bhool jayega sari dunya ke liye aap ke</w:t>
      </w:r>
    </w:p>
    <w:p>
      <w:pPr>
        <w:jc w:val="right"/>
      </w:pPr>
      <w:r>
        <w:t>جائے گی militance بھول جائے گی لوگوں سے لڑنا بھول جائے گا ساری دنیا کے لیے آپ کے</w:t>
      </w:r>
    </w:p>
    <w:p>
      <w:r>
        <w:rPr>
          <w:b/>
        </w:rPr>
        <w:t xml:space="preserve">[30:25] </w:t>
      </w:r>
      <w:r>
        <w:t>andar mohabbat hogi.</w:t>
      </w:r>
    </w:p>
    <w:p>
      <w:pPr>
        <w:jc w:val="right"/>
      </w:pPr>
      <w:r>
        <w:t>اندر محبت ہوگی.</w:t>
      </w:r>
    </w:p>
    <w:p>
      <w:r>
        <w:rPr>
          <w:b/>
        </w:rPr>
        <w:t xml:space="preserve">[30:33] </w:t>
      </w:r>
      <w:r>
        <w:t>mein aik martaba aik Christian jalsay mein shareek hua to wahan mujhe bolna tha to mere bolnay ke</w:t>
      </w:r>
    </w:p>
    <w:p>
      <w:pPr>
        <w:jc w:val="right"/>
      </w:pPr>
      <w:r>
        <w:t>میں ایک مرتبہ ایک Christian جلسے میں شریک ہوا تو وہاں مجھے بولنا تھا تو میرے بولنے کے</w:t>
      </w:r>
    </w:p>
    <w:p>
      <w:r>
        <w:rPr>
          <w:b/>
        </w:rPr>
        <w:t xml:space="preserve">[30:41] </w:t>
      </w:r>
      <w:r>
        <w:t>baad aik Christian scholar ne sawal kiya ke Christianity mein yeh taleem hai ke love your enemy apne</w:t>
      </w:r>
    </w:p>
    <w:p>
      <w:pPr>
        <w:jc w:val="right"/>
      </w:pPr>
      <w:r>
        <w:t>بعد ایک Christian scholar نے سوال کیا کہ Christianity میں یہ تعلیم ہے کہ love your enemy اپنے</w:t>
      </w:r>
    </w:p>
    <w:p>
      <w:r>
        <w:rPr>
          <w:b/>
        </w:rPr>
        <w:t xml:space="preserve">[30:50] </w:t>
      </w:r>
      <w:r>
        <w:t>dushman se mohabbat karo Islam mein kya aisi koi taleem hai to maine kaha ke yeh to</w:t>
      </w:r>
    </w:p>
    <w:p>
      <w:pPr>
        <w:jc w:val="right"/>
      </w:pPr>
      <w:r>
        <w:t>دشمن سے محبت کرو اسلام میں کیا ایسی کوئی تعلیم ہے تو میں نے کہا کہ یہ تو</w:t>
      </w:r>
    </w:p>
    <w:p>
      <w:r>
        <w:rPr>
          <w:b/>
        </w:rPr>
        <w:t xml:space="preserve">[30:59] </w:t>
      </w:r>
      <w:r>
        <w:t>saare mazhabon ka just hai saare mazhabon ka just hai ke poori kainat se mohabbat karo love</w:t>
      </w:r>
    </w:p>
    <w:p>
      <w:pPr>
        <w:jc w:val="right"/>
      </w:pPr>
      <w:r>
        <w:t>سارے مذہبوں کا جست ہے سارے مذہبوں کا جست ہے کہ پوری بین کائن سے محبت کرو love</w:t>
      </w:r>
    </w:p>
    <w:p>
      <w:r>
        <w:rPr>
          <w:b/>
        </w:rPr>
        <w:t xml:space="preserve">[31:07] </w:t>
      </w:r>
      <w:r>
        <w:t>all including your enemy to enemy khatam yaani momin ki dictionary mein enemy ka lafz hi nahi hota</w:t>
      </w:r>
    </w:p>
    <w:p>
      <w:pPr>
        <w:jc w:val="right"/>
      </w:pPr>
      <w:r>
        <w:t>all including your enemy تو enemy ختم یعنی مومن کی ڈکشنری میں enemy کا لفظ ہی نہیں ہوتا</w:t>
      </w:r>
    </w:p>
    <w:p>
      <w:r>
        <w:rPr>
          <w:b/>
        </w:rPr>
        <w:t xml:space="preserve">[31:16] </w:t>
      </w:r>
      <w:r>
        <w:t>friend ka lafz hota hai dost ka lafz hota hai to kyun hota hai is liye ke jab</w:t>
      </w:r>
    </w:p>
    <w:p>
      <w:pPr>
        <w:jc w:val="right"/>
      </w:pPr>
      <w:r>
        <w:t>friend کا لفظ ہوتا ہے دوست کا لفظ ہوتا ہے تو کیوں ہوتا ہے اس لیے کہ جب</w:t>
      </w:r>
    </w:p>
    <w:p>
      <w:r>
        <w:rPr>
          <w:b/>
        </w:rPr>
        <w:t xml:space="preserve">[31:25] </w:t>
      </w:r>
      <w:r>
        <w:t>aap is tarah se duniya mein jiyenge ke Allah ne har subah har shaam har waqt mere</w:t>
      </w:r>
    </w:p>
    <w:p>
      <w:pPr>
        <w:jc w:val="right"/>
      </w:pPr>
      <w:r>
        <w:t>آپ اس طرح سے دنیا میں جیئیں گے کہ اللہ نے ہر صبح ہر شام ہر وقت میرے</w:t>
      </w:r>
    </w:p>
    <w:p>
      <w:r>
        <w:rPr>
          <w:b/>
        </w:rPr>
        <w:t xml:space="preserve">[31:34] </w:t>
      </w:r>
      <w:r>
        <w:t>upar nemat ki barish kar rakhi hai barish to kahan nafrat kahan tashaddud kahan militance sab khatam yaani</w:t>
      </w:r>
    </w:p>
    <w:p>
      <w:pPr>
        <w:jc w:val="right"/>
      </w:pPr>
      <w:r>
        <w:t>اوپر نعمت کی بارش کر رکھی ہے بارش تو کہاں نفرت کہاں تشدد کہاں militance سب ختم یعنی</w:t>
      </w:r>
    </w:p>
    <w:p>
      <w:r>
        <w:rPr>
          <w:b/>
        </w:rPr>
        <w:t xml:space="preserve">[31:42] </w:t>
      </w:r>
      <w:r>
        <w:t>wo mizaj hi khatam ho jaye ga jis mizaj mein nafrat ki parwarish hoti hai tashaddud ka ki</w:t>
      </w:r>
    </w:p>
    <w:p>
      <w:pPr>
        <w:jc w:val="right"/>
      </w:pPr>
      <w:r>
        <w:t>وہ مزاج ہی ختم ہو جائے گا جس مزاج میں نفرت کی پرورش ہوتی ہے تشدد کا کی</w:t>
      </w:r>
    </w:p>
    <w:p>
      <w:r>
        <w:rPr>
          <w:b/>
        </w:rPr>
        <w:t xml:space="preserve">[31:51] </w:t>
      </w:r>
      <w:r>
        <w:t>soch banti hai aur gun culture aur bomb culture chalane ka insaan ke andar mizaj banta hai wo</w:t>
      </w:r>
    </w:p>
    <w:p>
      <w:pPr>
        <w:jc w:val="right"/>
      </w:pPr>
      <w:r>
        <w:t>سوچ بنتی ہے اور gun culture اور bomb culture چلانے کا انسان کے اندر مزاج بنتا ہے وہ</w:t>
      </w:r>
    </w:p>
    <w:p>
      <w:r>
        <w:rPr>
          <w:b/>
        </w:rPr>
        <w:t xml:space="preserve">[32:00] </w:t>
      </w:r>
      <w:r>
        <w:t>sab khatam aur yeh saada baat nahi hai aap subah ke waqt apne ghar ke samne khare hon</w:t>
      </w:r>
    </w:p>
    <w:p>
      <w:pPr>
        <w:jc w:val="right"/>
      </w:pPr>
      <w:r>
        <w:t>سب ختم اور یہ سادہ بات نہیں ہے آپ صبح کے وقت اپنے گھر کے سامنے کھڑے ہوں</w:t>
      </w:r>
    </w:p>
    <w:p>
      <w:r>
        <w:rPr>
          <w:b/>
        </w:rPr>
        <w:t xml:space="preserve">[32:08] </w:t>
      </w:r>
      <w:r>
        <w:t>aap dekhen ke suraj nikal raha hai chidiyan urr rahi hain hara bhara drakht khara hua hai oxygen</w:t>
      </w:r>
    </w:p>
    <w:p>
      <w:pPr>
        <w:jc w:val="right"/>
      </w:pPr>
      <w:r>
        <w:t>آپ دیکھیں کہ سورج نکل رہا ہے چڑیاں اڑ رہی ہیں ہرا بھرا درخت کھڑا ہوا ہے آکسیجن</w:t>
      </w:r>
    </w:p>
    <w:p>
      <w:r>
        <w:rPr>
          <w:b/>
        </w:rPr>
        <w:t xml:space="preserve">[32:17] </w:t>
      </w:r>
      <w:r>
        <w:t>ki supply jaari hai to aap itna zyada aap shukr se bhar jaye ga aap ka dil ke</w:t>
      </w:r>
    </w:p>
    <w:p>
      <w:pPr>
        <w:jc w:val="right"/>
      </w:pPr>
      <w:r>
        <w:t>کی سپلائی جاری ہے تو آپ اتنا زیادہ آپ شکر سے بھر جائے گا آپ کا دل کہ</w:t>
      </w:r>
    </w:p>
    <w:p>
      <w:r>
        <w:rPr>
          <w:b/>
        </w:rPr>
        <w:t xml:space="preserve">[32:26] </w:t>
      </w:r>
      <w:r>
        <w:t>nafrat ke liye koi jagah nahi hogi aap ke dil mein tashaddud ke liye koi jagah nahi hai</w:t>
      </w:r>
    </w:p>
    <w:p>
      <w:pPr>
        <w:jc w:val="right"/>
      </w:pPr>
      <w:r>
        <w:t>نفرت کے لیے کوئی جگہ نہیں ہوگی آپ کے دل میں تشدد کے لیے کوئی جگہ نہیں ہے</w:t>
      </w:r>
    </w:p>
    <w:p>
      <w:r>
        <w:rPr>
          <w:b/>
        </w:rPr>
        <w:t xml:space="preserve">[32:35] </w:t>
      </w:r>
      <w:r>
        <w:t>aap ka dil mein hogi aap kahenge khudaaya tu itna reham o kareem hai ke mere upar</w:t>
      </w:r>
    </w:p>
    <w:p>
      <w:pPr>
        <w:jc w:val="right"/>
      </w:pPr>
      <w:r>
        <w:t>آپ کا دل میں ہوگی آپ کہیں گے خدایا تو اتنا رحیم و کریم ہے کہ میرے اوپر</w:t>
      </w:r>
    </w:p>
    <w:p>
      <w:r>
        <w:rPr>
          <w:b/>
        </w:rPr>
        <w:t xml:space="preserve">[32:43] </w:t>
      </w:r>
      <w:r>
        <w:t>aasman se suraj ki kirnein bhej raha hai tu itna reham o kareem hai ke har lamha mere</w:t>
      </w:r>
    </w:p>
    <w:p>
      <w:pPr>
        <w:jc w:val="right"/>
      </w:pPr>
      <w:r>
        <w:t>آسمان سے سورج کی کرنیں بھیج رہا ہے تو اتنا رحیم و کریم ہے کہ ہر لمحہ میرے</w:t>
      </w:r>
    </w:p>
    <w:p>
      <w:r>
        <w:rPr>
          <w:b/>
        </w:rPr>
        <w:t xml:space="preserve">[32:52] </w:t>
      </w:r>
      <w:r>
        <w:t>liye oxygen supply kar raha hai tu itna reham o kareem hai ke har jagah pani ke samandar</w:t>
      </w:r>
    </w:p>
    <w:p>
      <w:pPr>
        <w:jc w:val="right"/>
      </w:pPr>
      <w:r>
        <w:t>لیے آکسیجن سپلائی کر رہا ہے تو اتنا رحیم و کریم ہے کہ ہر جگہ پانی کے سمندر</w:t>
      </w:r>
    </w:p>
    <w:p>
      <w:r>
        <w:rPr>
          <w:b/>
        </w:rPr>
        <w:t xml:space="preserve">[33:01] </w:t>
      </w:r>
      <w:r>
        <w:t>baha diye hain tu itna reham o kareem hai ke yeh zameen jo mitti hai is mitti se</w:t>
      </w:r>
    </w:p>
    <w:p>
      <w:pPr>
        <w:jc w:val="right"/>
      </w:pPr>
      <w:r>
        <w:t>بہا دیے ہیں تو اتنا رحیم و کریم ہے کہ یہ زمین جو مٹی ہے اس مٹی سے</w:t>
      </w:r>
    </w:p>
    <w:p>
      <w:r>
        <w:rPr>
          <w:b/>
        </w:rPr>
        <w:t xml:space="preserve">[33:09] </w:t>
      </w:r>
      <w:r>
        <w:t>tu nikal raha hai ghon chawal ghalla sabzi phal itna reham o kareem to hai to aap afford</w:t>
      </w:r>
    </w:p>
    <w:p>
      <w:pPr>
        <w:jc w:val="right"/>
      </w:pPr>
      <w:r>
        <w:t>تو نکال رہا ہے گھوں چاول گلہ سبزی پھل اتنا رحیم و کریم تو ہے تو آپ afford</w:t>
      </w:r>
    </w:p>
    <w:p>
      <w:r>
        <w:rPr>
          <w:b/>
        </w:rPr>
        <w:t xml:space="preserve">[33:18] </w:t>
      </w:r>
      <w:r>
        <w:t>nahi kar sakenge afford nahi kar sakenge ke insaan se aap nafrat karen jab khuda ke</w:t>
      </w:r>
    </w:p>
    <w:p>
      <w:pPr>
        <w:jc w:val="right"/>
      </w:pPr>
      <w:r>
        <w:t>نہیں کر سکیں گے afford نہیں کر سکیں گے کہ انسان سے آپ نفرت کریں جب خدا کے</w:t>
      </w:r>
    </w:p>
    <w:p>
      <w:r>
        <w:rPr>
          <w:b/>
        </w:rPr>
        <w:t xml:space="preserve">[33:27] </w:t>
      </w:r>
      <w:r>
        <w:t>fazl ka khuda ke inaamaat ka khuda ke blessing ka khuda ke blessing ka ke soch aap ke</w:t>
      </w:r>
    </w:p>
    <w:p>
      <w:pPr>
        <w:jc w:val="right"/>
      </w:pPr>
      <w:r>
        <w:t>فضل کا خدا کے انعامات کا خدا کے blessing کا خدا کے blessing کا کہ سوچ آپ کے</w:t>
      </w:r>
    </w:p>
    <w:p>
      <w:r>
        <w:rPr>
          <w:b/>
        </w:rPr>
        <w:t xml:space="preserve">[33:36] </w:t>
      </w:r>
      <w:r>
        <w:t>andar aajaye khuda ki blessing ki universal universal soch aajaye then you can't afford hate you can't afford</w:t>
      </w:r>
    </w:p>
    <w:p>
      <w:pPr>
        <w:jc w:val="right"/>
      </w:pPr>
      <w:r>
        <w:t>اندر آجائے خدا کی blessing کی universal universal سوچ آجائے then you can't afford hate you can't afford</w:t>
      </w:r>
    </w:p>
    <w:p>
      <w:r>
        <w:rPr>
          <w:b/>
        </w:rPr>
        <w:t xml:space="preserve">[33:44] </w:t>
      </w:r>
      <w:r>
        <w:t>violence you can't afford war you can't afford gun culture bomb culture to yeh hai alhamdulillah jahan alhamdulillah</w:t>
      </w:r>
    </w:p>
    <w:p>
      <w:pPr>
        <w:jc w:val="right"/>
      </w:pPr>
      <w:r>
        <w:t>violence you can't afford war you can't afford gun culture bomb culture تو یہ ہے الحمدللہ جہاں الحمدللہ</w:t>
      </w:r>
    </w:p>
    <w:p>
      <w:r>
        <w:rPr>
          <w:b/>
        </w:rPr>
        <w:t xml:space="preserve">[33:53] </w:t>
      </w:r>
      <w:r>
        <w:t>aaye ga jis seene mein us seene se tamam negative cheezein nikal jayengi jis seene mein alhamdulillah</w:t>
      </w:r>
    </w:p>
    <w:p>
      <w:pPr>
        <w:jc w:val="right"/>
      </w:pPr>
      <w:r>
        <w:t>آئے گا جس سینے میں اس سینے سے تمام negative چیزیں نکل جائیں گی جس سینے میں الحمدللہ</w:t>
      </w:r>
    </w:p>
    <w:p>
      <w:r>
        <w:rPr>
          <w:b/>
        </w:rPr>
        <w:t xml:space="preserve">[34:02] </w:t>
      </w:r>
      <w:r>
        <w:t>aajaye apni spirit ke sath to wahan se tamam negative thought apne aap nikal jayega wahan us</w:t>
      </w:r>
    </w:p>
    <w:p>
      <w:pPr>
        <w:jc w:val="right"/>
      </w:pPr>
      <w:r>
        <w:t>آجائے اپنی spirit کے ساتھ تو وہاں سے تمام negative thought اپنے آپ نکل جائے گا وہاں اس</w:t>
      </w:r>
    </w:p>
    <w:p>
      <w:r>
        <w:rPr>
          <w:b/>
        </w:rPr>
        <w:t xml:space="preserve">[34:10] </w:t>
      </w:r>
      <w:r>
        <w:t>ko jagah nahi milegi is ko negative thought ke liye jagah nahi milegi aap ke seenay</w:t>
      </w:r>
    </w:p>
    <w:p>
      <w:pPr>
        <w:jc w:val="right"/>
      </w:pPr>
      <w:r>
        <w:t>کو جگہ نہیں ملے گی اس کو negative thought کے لیے جگہ نہیں ملے گی آپ کے سینے</w:t>
      </w:r>
    </w:p>
    <w:p>
      <w:r>
        <w:rPr>
          <w:b/>
        </w:rPr>
        <w:t xml:space="preserve">[34:19] </w:t>
      </w:r>
      <w:r>
        <w:t>mein to ye alhamdulillah kaise hasil hota hai ye tadabbur se tafakkur se ghore o fikr se contemplation</w:t>
      </w:r>
    </w:p>
    <w:p>
      <w:pPr>
        <w:jc w:val="right"/>
      </w:pPr>
      <w:r>
        <w:t>میں تو یہ الحمدللہ کیسے حاصل ہوتا ہے یہ تدبر سے تفکر سے غور و فکر سے contemplation</w:t>
      </w:r>
    </w:p>
    <w:p>
      <w:r>
        <w:rPr>
          <w:b/>
        </w:rPr>
        <w:t xml:space="preserve">[34:28] </w:t>
      </w:r>
      <w:r>
        <w:t>se aata hai yani mein kahunga quran ko ek hai parhna study karna ek hai study plus</w:t>
      </w:r>
    </w:p>
    <w:p>
      <w:pPr>
        <w:jc w:val="right"/>
      </w:pPr>
      <w:r>
        <w:t>سے آتا ہے یعنی میں کہوں گا قرآن کو ایک ہے پڑھنا study کرنا ایک ہے study plus</w:t>
      </w:r>
    </w:p>
    <w:p>
      <w:r>
        <w:rPr>
          <w:b/>
        </w:rPr>
        <w:t xml:space="preserve">[34:37] </w:t>
      </w:r>
      <w:r>
        <w:t>ek hai quran ki study ek hai study plus to study ye hai ke aap is ki arabi</w:t>
      </w:r>
    </w:p>
    <w:p>
      <w:pPr>
        <w:jc w:val="right"/>
      </w:pPr>
      <w:r>
        <w:t>ایک ہے قرآن کی study ایک ہے study plus تو study یہ ہے کہ آپ اس کی عربی</w:t>
      </w:r>
    </w:p>
    <w:p>
      <w:r>
        <w:rPr>
          <w:b/>
        </w:rPr>
        <w:t xml:space="preserve">[34:45] </w:t>
      </w:r>
      <w:r>
        <w:t>ka tarjuma kya hai wo jaan lein ye study hai quran ki arabi jo hai us ko dohraein</w:t>
      </w:r>
    </w:p>
    <w:p>
      <w:pPr>
        <w:jc w:val="right"/>
      </w:pPr>
      <w:r>
        <w:t>کا ترجمہ کیا ہے وہ جان لیں یہ study ہے قرآن کی عربی جو ہے اس کو دہرائیں</w:t>
      </w:r>
    </w:p>
    <w:p>
      <w:r>
        <w:rPr>
          <w:b/>
        </w:rPr>
        <w:t xml:space="preserve">[34:54] </w:t>
      </w:r>
      <w:r>
        <w:t>us ka tarjuma jaan lein ye study hui study plus kya hai is par aap ghore o fikr</w:t>
      </w:r>
    </w:p>
    <w:p>
      <w:pPr>
        <w:jc w:val="right"/>
      </w:pPr>
      <w:r>
        <w:t>اس کا ترجمہ جان لیں یہ study ہوئی study plus کیا ہے اس پر آپ غور و فکر</w:t>
      </w:r>
    </w:p>
    <w:p>
      <w:r>
        <w:rPr>
          <w:b/>
        </w:rPr>
        <w:t xml:space="preserve">[35:03] </w:t>
      </w:r>
      <w:r>
        <w:t>karein ghore o fikr se is ke andar jo chhpe hue hain jo meaning chhupi hui hai us</w:t>
      </w:r>
    </w:p>
    <w:p>
      <w:pPr>
        <w:jc w:val="right"/>
      </w:pPr>
      <w:r>
        <w:t>کریں غور و فکر سے اس کے اندر جو چھپے ہوئے ہیں جو meaning چھپی ہوئی ہے اس</w:t>
      </w:r>
    </w:p>
    <w:p>
      <w:r>
        <w:rPr>
          <w:b/>
        </w:rPr>
        <w:t xml:space="preserve">[35:12] </w:t>
      </w:r>
      <w:r>
        <w:t>ko daryaft kar payein to is dunya mein har cheez ke sath allah taala ka mazeed inaam ka</w:t>
      </w:r>
    </w:p>
    <w:p>
      <w:pPr>
        <w:jc w:val="right"/>
      </w:pPr>
      <w:r>
        <w:t>کو دریافت کر پائیں تو اس دنیا میں ہر چیز کے ساتھ اللہ تعالیٰ کا مزید انعام کا</w:t>
      </w:r>
    </w:p>
    <w:p>
      <w:r>
        <w:rPr>
          <w:b/>
        </w:rPr>
        <w:t xml:space="preserve">[35:20] </w:t>
      </w:r>
      <w:r>
        <w:t>ke sifat lagi hui hai to imaan plus quran plus study plus salat plus jab aap ko is</w:t>
      </w:r>
    </w:p>
    <w:p>
      <w:pPr>
        <w:jc w:val="right"/>
      </w:pPr>
      <w:r>
        <w:t>کہ صفت لگی ہوئی ہے تو ایمان plus قرآن plus study plus صلاة plus جب آپ کو اس</w:t>
      </w:r>
    </w:p>
    <w:p>
      <w:r>
        <w:rPr>
          <w:b/>
        </w:rPr>
        <w:t xml:space="preserve">[35:29] </w:t>
      </w:r>
      <w:r>
        <w:t>tareeqay se imaan mile aur islam mile to aap ek different kind ki personality aap ke andar paida</w:t>
      </w:r>
    </w:p>
    <w:p>
      <w:pPr>
        <w:jc w:val="right"/>
      </w:pPr>
      <w:r>
        <w:t>طریقے سے ایمان ملے اور اسلام ملے تو آپ ایک different kind کی personality آپ کے اندر پیدا</w:t>
      </w:r>
    </w:p>
    <w:p>
      <w:r>
        <w:rPr>
          <w:b/>
        </w:rPr>
        <w:t xml:space="preserve">[35:38] </w:t>
      </w:r>
      <w:r>
        <w:t>hogi ek different kind ki personality aap ke andar jaag uthegi emerge karegi to kaha wo</w:t>
      </w:r>
    </w:p>
    <w:p>
      <w:pPr>
        <w:jc w:val="right"/>
      </w:pPr>
      <w:r>
        <w:t>ہوگی ایک different kind کی personality آپ کے اندر جاگ اٹھے گی emerge کرے گی تو کہا وہ</w:t>
      </w:r>
    </w:p>
    <w:p>
      <w:r>
        <w:rPr>
          <w:b/>
        </w:rPr>
        <w:t xml:space="preserve">[35:46] </w:t>
      </w:r>
      <w:r>
        <w:t>is mein is mein koi gunjaish hi nahi hogi hate ki aur tashaddud ki ek martaba mein ek</w:t>
      </w:r>
    </w:p>
    <w:p>
      <w:pPr>
        <w:jc w:val="right"/>
      </w:pPr>
      <w:r>
        <w:t>اس میں اس میں کوئی گنجائش ہی نہیں ہوگی hate کی اور تشدد کی ایک مرتبہ میں ایک</w:t>
      </w:r>
    </w:p>
    <w:p>
      <w:r>
        <w:rPr>
          <w:b/>
        </w:rPr>
        <w:t xml:space="preserve">[35:55] </w:t>
      </w:r>
      <w:r>
        <w:t>student se mila wo ek kamray mein kiraya le kar ke us mein rehta tha ye adam garh</w:t>
      </w:r>
    </w:p>
    <w:p>
      <w:pPr>
        <w:jc w:val="right"/>
      </w:pPr>
      <w:r>
        <w:t>student سے ملا وہ ایک کمرے میں کرایہ لے کر کے اس میں رہتا تھا یہ آدم گڑھ</w:t>
      </w:r>
    </w:p>
    <w:p>
      <w:r>
        <w:rPr>
          <w:b/>
        </w:rPr>
        <w:t xml:space="preserve">[36:04] </w:t>
      </w:r>
      <w:r>
        <w:t>ka waqia hai to wo jo kamra tha us ka us kamray ke aagay ek khula maidan tha</w:t>
      </w:r>
    </w:p>
    <w:p>
      <w:pPr>
        <w:jc w:val="right"/>
      </w:pPr>
      <w:r>
        <w:t>کا واقعہ ہے تو وہ جو کمرہ تھا اس کا اس کمرے کے آگے ایک کھلا میدان تھا</w:t>
      </w:r>
    </w:p>
    <w:p>
      <w:r>
        <w:rPr>
          <w:b/>
        </w:rPr>
        <w:t xml:space="preserve">[36:13] </w:t>
      </w:r>
      <w:r>
        <w:t>is khulay maidan mein log volley ball khelte thay volley ball to mein tha mere sath ek aur</w:t>
      </w:r>
    </w:p>
    <w:p>
      <w:pPr>
        <w:jc w:val="right"/>
      </w:pPr>
      <w:r>
        <w:t>اس کھلے میدان میں لوگ والی بال کھیلتے تھے والی بال تو میں تھا میرے ساتھ ایک اور</w:t>
      </w:r>
    </w:p>
    <w:p>
      <w:r>
        <w:rPr>
          <w:b/>
        </w:rPr>
        <w:t xml:space="preserve">[36:21] </w:t>
      </w:r>
      <w:r>
        <w:t>aadmi tha hum log us se milnay gaye suna tha us ke baray mein ke ek kamray mein</w:t>
      </w:r>
    </w:p>
    <w:p>
      <w:pPr>
        <w:jc w:val="right"/>
      </w:pPr>
      <w:r>
        <w:t>آدمی تھا ہم لوگ اس سے ملنے گئے سنا تھا اس کے بارے میں کہ ایک کمرے میں</w:t>
      </w:r>
    </w:p>
    <w:p>
      <w:r>
        <w:rPr>
          <w:b/>
        </w:rPr>
        <w:t xml:space="preserve">[36:30] </w:t>
      </w:r>
      <w:r>
        <w:t>rehta hai aur parhta rehta hai parhta rehta hai parhta rehta hai to mere saathi ne us se</w:t>
      </w:r>
    </w:p>
    <w:p>
      <w:pPr>
        <w:jc w:val="right"/>
      </w:pPr>
      <w:r>
        <w:t>رہتا ہے اور پڑھتا رہتا ہے پڑھتا رہتا ہے پڑھتا رہتا ہے تو میرے ساتھی نے اس سے</w:t>
      </w:r>
    </w:p>
    <w:p>
      <w:r>
        <w:rPr>
          <w:b/>
        </w:rPr>
        <w:t xml:space="preserve">[36:39] </w:t>
      </w:r>
      <w:r>
        <w:t>poocha ke aap ghar ke samnay yahan par volley ball hota hai aap khud bhi kabhi is mein</w:t>
      </w:r>
    </w:p>
    <w:p>
      <w:pPr>
        <w:jc w:val="right"/>
      </w:pPr>
      <w:r>
        <w:t>پوچھا کہ آپ گھر کے سامنے یہاں پر والی بال ہوتا ہے آپ خود بھی کبھی اس میں</w:t>
      </w:r>
    </w:p>
    <w:p>
      <w:r>
        <w:rPr>
          <w:b/>
        </w:rPr>
        <w:t xml:space="preserve">[36:47] </w:t>
      </w:r>
      <w:r>
        <w:t>sharik hotay hain volley ball mein to us ne us ne bilkul hi saada andaaz mein kaha tha</w:t>
      </w:r>
    </w:p>
    <w:p>
      <w:pPr>
        <w:jc w:val="right"/>
      </w:pPr>
      <w:r>
        <w:t>شریک ہوتے ہیں والی بال میں تو اس نے اس نے بالکل ہی سادہ انداز میں کہا تھا</w:t>
      </w:r>
    </w:p>
    <w:p>
      <w:r>
        <w:rPr>
          <w:b/>
        </w:rPr>
        <w:t xml:space="preserve">[36:56] </w:t>
      </w:r>
      <w:r>
        <w:t>ke mere paas time kahan yani mein to apne exam ki tayyari kar raha hoon mein to apni</w:t>
      </w:r>
    </w:p>
    <w:p>
      <w:pPr>
        <w:jc w:val="right"/>
      </w:pPr>
      <w:r>
        <w:t>کہ میرے پاس ٹائم کہاں یعنی میں تو اپنے exam کی تیاری کر رہا ہوں میں تو اپنی</w:t>
      </w:r>
    </w:p>
    <w:p>
      <w:r>
        <w:rPr>
          <w:b/>
        </w:rPr>
        <w:t xml:space="preserve">[37:05] </w:t>
      </w:r>
      <w:r>
        <w:t>kitab course ki kitabon mein mashgool rehta hoon to mere paas time kahan hai ke mein volley ball</w:t>
      </w:r>
    </w:p>
    <w:p>
      <w:pPr>
        <w:jc w:val="right"/>
      </w:pPr>
      <w:r>
        <w:t>کتاب کورس کی کتابوں میں مشغول رہتا ہوں تو میرے پاس ٹائم کہاں ہے کہ میں والی بال</w:t>
      </w:r>
    </w:p>
    <w:p>
      <w:r>
        <w:rPr>
          <w:b/>
        </w:rPr>
        <w:t xml:space="preserve">[37:14] </w:t>
      </w:r>
      <w:r>
        <w:t>khelon in larkon ke sath to wahi haal hai momin ka momin allah ki mohabbat se itna ziyada</w:t>
      </w:r>
    </w:p>
    <w:p>
      <w:pPr>
        <w:jc w:val="right"/>
      </w:pPr>
      <w:r>
        <w:t>کھیلوں ان لڑکوں کے ساتھ تو وہی حال ہے مومن کا مومن اللہ کی محبت سے اتنا زیادہ</w:t>
      </w:r>
    </w:p>
    <w:p>
      <w:r>
        <w:rPr>
          <w:b/>
        </w:rPr>
        <w:t xml:space="preserve">[37:22] </w:t>
      </w:r>
      <w:r>
        <w:t>bhara hua hota hai allah ke khauf se itna bhara hua hota hai allah ki nemat'on ke ehsas</w:t>
      </w:r>
    </w:p>
    <w:p>
      <w:pPr>
        <w:jc w:val="right"/>
      </w:pPr>
      <w:r>
        <w:t>بھرا ہوا ہوتا ہے اللہ کے خوف سے اتنا بھرا ہوا ہوتا ہے اللہ کی نعمتوں کے احساس</w:t>
      </w:r>
    </w:p>
    <w:p>
      <w:r>
        <w:rPr>
          <w:b/>
        </w:rPr>
        <w:t xml:space="preserve">[37:31] </w:t>
      </w:r>
      <w:r>
        <w:t>se is ka dil itna bhara hua hota hai ke is se agar aap poochein ke tum tashaddud</w:t>
      </w:r>
    </w:p>
    <w:p>
      <w:pPr>
        <w:jc w:val="right"/>
      </w:pPr>
      <w:r>
        <w:t>سے اس کا دل اتنا بھرا ہوا ہوتا ہے کہ اس سے اگر آپ پوچھیں کہ تم تشدد</w:t>
      </w:r>
    </w:p>
    <w:p>
      <w:r>
        <w:rPr>
          <w:b/>
        </w:rPr>
        <w:t xml:space="preserve">[37:40] </w:t>
      </w:r>
      <w:r>
        <w:t>kyun nahin karte gun culture aur bomb culture mein kyun nahin shareek hote tum militance mein kyun nahin</w:t>
      </w:r>
    </w:p>
    <w:p>
      <w:pPr>
        <w:jc w:val="right"/>
      </w:pPr>
      <w:r>
        <w:t>کیوں نہیں کرتے gun culture اور bomb culture میں کیوں نہیں شریک ہوتے تم militance میں کیوں نہیں</w:t>
      </w:r>
    </w:p>
    <w:p>
      <w:r>
        <w:rPr>
          <w:b/>
        </w:rPr>
        <w:t xml:space="preserve">[37:48] </w:t>
      </w:r>
      <w:r>
        <w:t>tum apne member bante to woh kahega mere paas time kahan I don't have time for these</w:t>
      </w:r>
    </w:p>
    <w:p>
      <w:pPr>
        <w:jc w:val="right"/>
      </w:pPr>
      <w:r>
        <w:t>تم اپنے ممبر بنتے تو وہ کہے گا میرے پاس ٹائم کہاں I don't have time for these</w:t>
      </w:r>
    </w:p>
    <w:p>
      <w:r>
        <w:rPr>
          <w:b/>
        </w:rPr>
        <w:t xml:space="preserve">[37:57] </w:t>
      </w:r>
      <w:r>
        <w:t>activities to duniya mein jo aap sunte hain khabrein rozana yahan bomb phata wahan kisi ne kisi ko</w:t>
      </w:r>
    </w:p>
    <w:p>
      <w:pPr>
        <w:jc w:val="right"/>
      </w:pPr>
      <w:r>
        <w:t>activities تو دنیا میں جو آپ سنتے ہیں خبریں روزانہ یہاں بم پھٹا وہاں کسی نے کسی کو</w:t>
      </w:r>
    </w:p>
    <w:p>
      <w:r>
        <w:rPr>
          <w:b/>
        </w:rPr>
        <w:t xml:space="preserve">[38:06] </w:t>
      </w:r>
      <w:r>
        <w:t>maar diya suicide bombing yeh sab jo khabrein sunte hain aap media mein aap sunte hain aur padhte</w:t>
      </w:r>
    </w:p>
    <w:p>
      <w:pPr>
        <w:jc w:val="right"/>
      </w:pPr>
      <w:r>
        <w:t>مار دیا suicide bombing یہ سب جو خبریں سنتے ہیں آپ میڈیا میں آپ سنتے ہیں اور پڑھتے</w:t>
      </w:r>
    </w:p>
    <w:p>
      <w:r>
        <w:rPr>
          <w:b/>
        </w:rPr>
        <w:t xml:space="preserve">[38:15] </w:t>
      </w:r>
      <w:r>
        <w:t>hain to iski jar mein iska root cause kya hai iska root cause kya hai</w:t>
      </w:r>
    </w:p>
    <w:p>
      <w:pPr>
        <w:jc w:val="right"/>
      </w:pPr>
      <w:r>
        <w:t>ہیں تو اس کی جڑ میں اس کا root cause کیا ہے اس کا root cause کیا ہے</w:t>
      </w:r>
    </w:p>
    <w:p>
      <w:r>
        <w:rPr>
          <w:b/>
        </w:rPr>
        <w:t xml:space="preserve">[38:23] </w:t>
      </w:r>
      <w:r>
        <w:t>logon ke dilon mein Allah aur samaa basa hua nahin hai Allah ki mohabbat Allah ka khauf Allah</w:t>
      </w:r>
    </w:p>
    <w:p>
      <w:pPr>
        <w:jc w:val="right"/>
      </w:pPr>
      <w:r>
        <w:t>لوگوں کے دلوں میں اللہ اور سماء بسا ہوا نہیں ہے اللہ کی محبت اللہ کا خوف اللہ</w:t>
      </w:r>
    </w:p>
    <w:p>
      <w:r>
        <w:rPr>
          <w:b/>
        </w:rPr>
        <w:t xml:space="preserve">[38:32] </w:t>
      </w:r>
      <w:r>
        <w:t>ki yaad yeh inke seenon mein basi hui nahin hai ise sab kuch kar paate hain woh</w:t>
      </w:r>
    </w:p>
    <w:p>
      <w:pPr>
        <w:jc w:val="right"/>
      </w:pPr>
      <w:r>
        <w:t>کی یاد یہ ان کے سینوں میں بسی ہوئی نہیں ہے اسے سب کچھ کر پاتے ہیں وہ</w:t>
      </w:r>
    </w:p>
    <w:p>
      <w:r>
        <w:rPr>
          <w:b/>
        </w:rPr>
        <w:t xml:space="preserve">[38:41] </w:t>
      </w:r>
      <w:r>
        <w:t>koi rokne wala nahin.</w:t>
      </w:r>
    </w:p>
    <w:p>
      <w:pPr>
        <w:jc w:val="right"/>
      </w:pPr>
      <w:r>
        <w:t>کوئی روکنے والا نہیں.</w:t>
      </w:r>
    </w:p>
    <w:p>
      <w:r>
        <w:rPr>
          <w:b/>
        </w:rPr>
        <w:t xml:space="preserve">[38:50] </w:t>
      </w:r>
      <w:r>
        <w:t>to main samajhta hoon ke jar ki islaah yeh hai ke logon ko Allah ki yaad wala banaya</w:t>
      </w:r>
    </w:p>
    <w:p>
      <w:pPr>
        <w:jc w:val="right"/>
      </w:pPr>
      <w:r>
        <w:t>تو میں سمجھتا ہوں کہ جڑ کی اصلاح یہ ہے کہ لوگوں کو اللہ کی یاد والا بنایا</w:t>
      </w:r>
    </w:p>
    <w:p>
      <w:r>
        <w:rPr>
          <w:b/>
        </w:rPr>
        <w:t xml:space="preserve">[38:59] </w:t>
      </w:r>
      <w:r>
        <w:t>jaaye ek hadith hai badi anokhi hadith hai raas al-hikmat mukhafata Allah rasool Allah sallallahu alaihi wasallam</w:t>
      </w:r>
    </w:p>
    <w:p>
      <w:pPr>
        <w:jc w:val="right"/>
      </w:pPr>
      <w:r>
        <w:t>جائے ایک حدیث ہے بڑی انوکھی حدیث ہے راس الحکمت مخافۃ اللہ رسول اللہ صلی اللہ علیہ وسلم</w:t>
      </w:r>
    </w:p>
    <w:p>
      <w:r>
        <w:rPr>
          <w:b/>
        </w:rPr>
        <w:t xml:space="preserve">[39:08] </w:t>
      </w:r>
      <w:r>
        <w:t>ne farmaya raas al-hikmat mukhafata Allah yaani wisdom ka khazana yeh hai ke tumhare dil mein Allah ka</w:t>
      </w:r>
    </w:p>
    <w:p>
      <w:pPr>
        <w:jc w:val="right"/>
      </w:pPr>
      <w:r>
        <w:t>نے فرمایا راس الحکمت مخافۃ اللہ یعنی wisdom کا خزانہ یہ ہے کہ تمہارے دل میں اللہ کا</w:t>
      </w:r>
    </w:p>
    <w:p>
      <w:r>
        <w:rPr>
          <w:b/>
        </w:rPr>
        <w:t xml:space="preserve">[39:17] </w:t>
      </w:r>
      <w:r>
        <w:t>dar ho raas al-hikmat mukhafata Allah goya zindagi ka ba-hikmat zindagi ka raaz yeh hai ke tumhare dil</w:t>
      </w:r>
    </w:p>
    <w:p>
      <w:pPr>
        <w:jc w:val="right"/>
      </w:pPr>
      <w:r>
        <w:t>ڈر ہو راس الحکمت مخافۃ اللہ گویا زندگی کا باحکمت زندگی کا راز یہ ہے کہ تمہارے دل</w:t>
      </w:r>
    </w:p>
    <w:p>
      <w:r>
        <w:rPr>
          <w:b/>
        </w:rPr>
        <w:t xml:space="preserve">[39:26] </w:t>
      </w:r>
      <w:r>
        <w:t>mein Allah ka dar ho to dar hai to sab kuch hai raas al-hikmat mukhafata Allah wisdom ka</w:t>
      </w:r>
    </w:p>
    <w:p>
      <w:pPr>
        <w:jc w:val="right"/>
      </w:pPr>
      <w:r>
        <w:t>میں اللہ کا ڈر ہو تو ڈر ہے تو سب کچھ ہے راس الحکمت مخافۃ اللہ wisdom کا</w:t>
      </w:r>
    </w:p>
    <w:p>
      <w:r>
        <w:rPr>
          <w:b/>
        </w:rPr>
        <w:t xml:space="preserve">[39:35] </w:t>
      </w:r>
      <w:r>
        <w:t>sara yeh hai ke tumhare dil mein Allah ka dar ho to jitne bhi aap dekhte hain is</w:t>
      </w:r>
    </w:p>
    <w:p>
      <w:pPr>
        <w:jc w:val="right"/>
      </w:pPr>
      <w:r>
        <w:t>سرا یہ ہے کہ تمہارے دل میں اللہ کا ڈر ہو تو جتنے بھی آپ دیکھتے ہیں اس</w:t>
      </w:r>
    </w:p>
    <w:p>
      <w:r>
        <w:rPr>
          <w:b/>
        </w:rPr>
        <w:t xml:space="preserve">[39:44] </w:t>
      </w:r>
      <w:r>
        <w:t>zamane mein tashaddud nafrat shikayat gun culture bomb culture yahan tak ke suicide bombing yeh sara jo aap</w:t>
      </w:r>
    </w:p>
    <w:p>
      <w:pPr>
        <w:jc w:val="right"/>
      </w:pPr>
      <w:r>
        <w:t>زمانے میں تشدد نفرت شکایت gun culture بم culture یہاں تک کہ suicide bombing یہ سارا جو آپ</w:t>
      </w:r>
    </w:p>
    <w:p>
      <w:r>
        <w:rPr>
          <w:b/>
        </w:rPr>
        <w:t xml:space="preserve">[39:53] </w:t>
      </w:r>
      <w:r>
        <w:t>dekhte hain media mein aata rehta hai rozana iski jar kya hai raas al-hikmat mukhafata Allah yeh</w:t>
      </w:r>
    </w:p>
    <w:p>
      <w:pPr>
        <w:jc w:val="right"/>
      </w:pPr>
      <w:r>
        <w:t>دیکھتے ہیں میڈیا میں آتا رہتا ہے روزانہ اس کی جڑ کیا ہے راس الحکمت مخافۃ اللہ یہ</w:t>
      </w:r>
    </w:p>
    <w:p>
      <w:r>
        <w:rPr>
          <w:b/>
        </w:rPr>
        <w:t xml:space="preserve">[40:02] </w:t>
      </w:r>
      <w:r>
        <w:t>jo hadith hai yeh inke inke shaoor mein nahin hai inko yeh yeh deen nahin</w:t>
      </w:r>
    </w:p>
    <w:p>
      <w:pPr>
        <w:jc w:val="right"/>
      </w:pPr>
      <w:r>
        <w:t>جو حدیث ہے یہ ان کے ان کے شعور میں نہیں ہے ان کو یہ یہ دین نہیں</w:t>
      </w:r>
    </w:p>
    <w:p>
      <w:r>
        <w:rPr>
          <w:b/>
        </w:rPr>
        <w:t xml:space="preserve">[40:12] </w:t>
      </w:r>
      <w:r>
        <w:t>mila hai koi aur deen mila hai inko koi aur deen mila hua hai aap ko ek</w:t>
      </w:r>
    </w:p>
    <w:p>
      <w:pPr>
        <w:jc w:val="right"/>
      </w:pPr>
      <w:r>
        <w:t>ملا ہے کوئی اور دین ملا ہے ان کو کوئی اور دین ملا ہوا ہے آپ کو ایک</w:t>
      </w:r>
    </w:p>
    <w:p>
      <w:r>
        <w:rPr>
          <w:b/>
        </w:rPr>
        <w:t xml:space="preserve">[40:21] </w:t>
      </w:r>
      <w:r>
        <w:t>qissa mein ne apna is se pehle bataya tha ke Allahabad mein ek baar hamare bhai bade</w:t>
      </w:r>
    </w:p>
    <w:p>
      <w:pPr>
        <w:jc w:val="right"/>
      </w:pPr>
      <w:r>
        <w:t>قصہ میں نے اپنا اس سے پہلے بتایا تھا کہ الہ آباد میں ایک بار ہمارے بھائی بڑے</w:t>
      </w:r>
    </w:p>
    <w:p>
      <w:r>
        <w:rPr>
          <w:b/>
        </w:rPr>
        <w:t xml:space="preserve">[40:30] </w:t>
      </w:r>
      <w:r>
        <w:t>bhai Allahabad mein rehte the business karte the to unko hunting ka shauq tha shikar ka</w:t>
      </w:r>
    </w:p>
    <w:p>
      <w:pPr>
        <w:jc w:val="right"/>
      </w:pPr>
      <w:r>
        <w:t>بھائی الہ آباد میں رہتے تھے business کرتے تھے تو ان کو hunting کا شوق تھا شکار کا</w:t>
      </w:r>
    </w:p>
    <w:p>
      <w:r>
        <w:rPr>
          <w:b/>
        </w:rPr>
        <w:t xml:space="preserve">[40:39] </w:t>
      </w:r>
      <w:r>
        <w:t>to woh ek martaba mein gaya tha un se milne ke liye Allahabad to us zamane mein</w:t>
      </w:r>
    </w:p>
    <w:p>
      <w:pPr>
        <w:jc w:val="right"/>
      </w:pPr>
      <w:r>
        <w:t>تو وہ ایک مرتبہ میں گیا تھا ان سے ملنے کے لیے الہ آباد تو اس زمانے میں</w:t>
      </w:r>
    </w:p>
    <w:p>
      <w:r>
        <w:rPr>
          <w:b/>
        </w:rPr>
        <w:t xml:space="preserve">[40:48] </w:t>
      </w:r>
      <w:r>
        <w:t>unhone hunting ka ek program banaya shikar ka program to shehar se bahar jaana jaana tha to</w:t>
      </w:r>
    </w:p>
    <w:p>
      <w:pPr>
        <w:jc w:val="right"/>
      </w:pPr>
      <w:r>
        <w:t>انہوں نے hunting کا ایک program بنایا شکار کا program تو شہر سے باہر جانا جانا تھا تو</w:t>
      </w:r>
    </w:p>
    <w:p>
      <w:r>
        <w:rPr>
          <w:b/>
        </w:rPr>
        <w:t xml:space="preserve">[40:57] </w:t>
      </w:r>
      <w:r>
        <w:t>mein mere bade bhai aur ek aur aadmi hum log teen aadmi chale wahan se do gaadiyan thin</w:t>
      </w:r>
    </w:p>
    <w:p>
      <w:pPr>
        <w:jc w:val="right"/>
      </w:pPr>
      <w:r>
        <w:t>میں میرے بڑے بھائی اور ایک اور آدمی ہم لوگ تین آدمی چلے وہاں سے دو گاڑیاں تھیں</w:t>
      </w:r>
    </w:p>
    <w:p>
      <w:r>
        <w:rPr>
          <w:b/>
        </w:rPr>
        <w:t xml:space="preserve">[41:06] </w:t>
      </w:r>
      <w:r>
        <w:t>ek gaadi mein hum log baithe hue the aur ek jeep thi shikar maarne ke liye us ko</w:t>
      </w:r>
    </w:p>
    <w:p>
      <w:pPr>
        <w:jc w:val="right"/>
      </w:pPr>
      <w:r>
        <w:t>ایک گاڑی میں ہم لوگ بیٹھے ہوئے تھے اور ایک jeep تھی شکار مارنے کے لیے اس کو</w:t>
      </w:r>
    </w:p>
    <w:p>
      <w:r>
        <w:rPr>
          <w:b/>
        </w:rPr>
        <w:t xml:space="preserve">[41:15] </w:t>
      </w:r>
      <w:r>
        <w:t>rakhne ke liye to hum log Allahabad shehar ke bahar ek ek jagah thi open jungle tha</w:t>
      </w:r>
    </w:p>
    <w:p>
      <w:pPr>
        <w:jc w:val="right"/>
      </w:pPr>
      <w:r>
        <w:t>رکھنے کے لیے تو ہم لوگ الہ آباد شہر کے باہر ایک ایک جگہ تھی open جنگل تھا</w:t>
      </w:r>
    </w:p>
    <w:p>
      <w:r>
        <w:rPr>
          <w:b/>
        </w:rPr>
        <w:t xml:space="preserve">[41:24] </w:t>
      </w:r>
      <w:r>
        <w:t>wahan par wahan pohnche to wahan par darakhton mein aik chirya hua karti thi kalkh kehte hain is</w:t>
      </w:r>
    </w:p>
    <w:p>
      <w:pPr>
        <w:jc w:val="right"/>
      </w:pPr>
      <w:r>
        <w:t>وہاں پر وہاں پہنچے تو وہاں پر درختوں میں ایک چڑیا ہوا کرتی تھی کہلک کہتے ہیں اس</w:t>
      </w:r>
    </w:p>
    <w:p>
      <w:r>
        <w:rPr>
          <w:b/>
        </w:rPr>
        <w:t xml:space="preserve">[41:34] </w:t>
      </w:r>
      <w:r>
        <w:t>ko kalkh jo hai pigeon se kuch bari hoti hai pigeon like hoti hai lekin kuch bari woh</w:t>
      </w:r>
    </w:p>
    <w:p>
      <w:pPr>
        <w:jc w:val="right"/>
      </w:pPr>
      <w:r>
        <w:t>کو کہلک جو ہے pigeon سے کچھ بڑی ہوتی ہے pigeon like ہوتی ہے لیکن کچھ بڑی وہ</w:t>
      </w:r>
    </w:p>
    <w:p>
      <w:r>
        <w:rPr>
          <w:b/>
        </w:rPr>
        <w:t xml:space="preserve">[41:43] </w:t>
      </w:r>
      <w:r>
        <w:t>darakhton ke oopar baithti hai to wahan par kalkh hua karte thay to un logon ne shikar kiya</w:t>
      </w:r>
    </w:p>
    <w:p>
      <w:pPr>
        <w:jc w:val="right"/>
      </w:pPr>
      <w:r>
        <w:t>درختوں کے اوپر بیٹھتی ہے تو وہاں پر کہلک ہوا کرتے تھے تو ان لوگوں نے شکار کیا</w:t>
      </w:r>
    </w:p>
    <w:p>
      <w:r>
        <w:rPr>
          <w:b/>
        </w:rPr>
        <w:t xml:space="preserve">[41:52] </w:t>
      </w:r>
      <w:r>
        <w:t>phir gun mujh ko di unhon ne loot kar ke ke log tum hi maro to main ne</w:t>
      </w:r>
    </w:p>
    <w:p>
      <w:pPr>
        <w:jc w:val="right"/>
      </w:pPr>
      <w:r>
        <w:t>پھر gun مجھ کو دی انہوں نے لوٹ کر کے کہ لوگ تم ہی مارو تو میں نے</w:t>
      </w:r>
    </w:p>
    <w:p>
      <w:r>
        <w:rPr>
          <w:b/>
        </w:rPr>
        <w:t xml:space="preserve">[42:01] </w:t>
      </w:r>
      <w:r>
        <w:t>gun hath mein li aur kandhe par rakh kar us ko nishane par lagaya jab theek mere nishane</w:t>
      </w:r>
    </w:p>
    <w:p>
      <w:pPr>
        <w:jc w:val="right"/>
      </w:pPr>
      <w:r>
        <w:t>gun ہاتھ میں لی اور کندھے پر رکھ کر اس کو نشانہ پر لگایا جب ٹھیک میرے نشانے</w:t>
      </w:r>
    </w:p>
    <w:p>
      <w:r>
        <w:rPr>
          <w:b/>
        </w:rPr>
        <w:t xml:space="preserve">[42:10] </w:t>
      </w:r>
      <w:r>
        <w:t>par aa gayi woh aur woh waqt aa gaya ke main trigger daba doon to achaanak mere dil mein aaya</w:t>
      </w:r>
    </w:p>
    <w:p>
      <w:pPr>
        <w:jc w:val="right"/>
      </w:pPr>
      <w:r>
        <w:t>پر آگئی وہ اور وہ وقت آگیا کہ میں trigger دبا دوں تو اچانک میرے دل میں آیا</w:t>
      </w:r>
    </w:p>
    <w:p>
      <w:r>
        <w:rPr>
          <w:b/>
        </w:rPr>
        <w:t xml:space="preserve">[42:19] </w:t>
      </w:r>
      <w:r>
        <w:t>jis chirya ko main ne paida nahi kiya hai us ko marne ka haq kiya hai mujhe achaanak</w:t>
      </w:r>
    </w:p>
    <w:p>
      <w:pPr>
        <w:jc w:val="right"/>
      </w:pPr>
      <w:r>
        <w:t>جس چڑیا کو میں نے پیدا نہیں کیا ہے اس کو مارنے کا حق کیا ہے مجھے اچانک</w:t>
      </w:r>
    </w:p>
    <w:p>
      <w:r>
        <w:rPr>
          <w:b/>
        </w:rPr>
        <w:t xml:space="preserve">[42:28] </w:t>
      </w:r>
      <w:r>
        <w:t>mind mein aa gaya jis chirya ko main ne paida nahi kiya hai us ko marne ka haq kiya</w:t>
      </w:r>
    </w:p>
    <w:p>
      <w:pPr>
        <w:jc w:val="right"/>
      </w:pPr>
      <w:r>
        <w:t>mind میں آگیا جس چڑیا کو میں نے پیدا نہیں کیا ہے اس کو مارنے کا حق کیا</w:t>
      </w:r>
    </w:p>
    <w:p>
      <w:r>
        <w:rPr>
          <w:b/>
        </w:rPr>
        <w:t xml:space="preserve">[42:37] </w:t>
      </w:r>
      <w:r>
        <w:t>hai mujh ko.</w:t>
      </w:r>
    </w:p>
    <w:p>
      <w:pPr>
        <w:jc w:val="right"/>
      </w:pPr>
      <w:r>
        <w:t>ہے مجھ کو.</w:t>
      </w:r>
    </w:p>
    <w:p>
      <w:r>
        <w:rPr>
          <w:b/>
        </w:rPr>
        <w:t xml:space="preserve">[42:47] </w:t>
      </w:r>
      <w:r>
        <w:t>yeh khayal aate hi meri ungliyan jo hain trigger se hat gayeen main bandook zameen par rakh di</w:t>
      </w:r>
    </w:p>
    <w:p>
      <w:pPr>
        <w:jc w:val="right"/>
      </w:pPr>
      <w:r>
        <w:t>یہ خیال آتے ہی میری انگلیاں جو ہیں trigger سے ہٹ گئیں میں بندوق زمین پر رکھ دی</w:t>
      </w:r>
    </w:p>
    <w:p>
      <w:r>
        <w:rPr>
          <w:b/>
        </w:rPr>
        <w:t xml:space="preserve">[42:55] </w:t>
      </w:r>
      <w:r>
        <w:t>main ne aur wahan se bhaga main hamare bhai waghera wapas aane walay thay car se main ne</w:t>
      </w:r>
    </w:p>
    <w:p>
      <w:pPr>
        <w:jc w:val="right"/>
      </w:pPr>
      <w:r>
        <w:t>میں نے اور وہاں سے بھاگا میں ہمارے بھائی وغیرہ واپس آنے والے تھے کار سے میں نے</w:t>
      </w:r>
    </w:p>
    <w:p>
      <w:r>
        <w:rPr>
          <w:b/>
        </w:rPr>
        <w:t xml:space="preserve">[43:04] </w:t>
      </w:r>
      <w:r>
        <w:t>car chhod diya baghair pata hue main bhag kar road par pohncha bus pakar kar mushaira aaya yeh</w:t>
      </w:r>
    </w:p>
    <w:p>
      <w:pPr>
        <w:jc w:val="right"/>
      </w:pPr>
      <w:r>
        <w:t>کار چھوڑ دیا بغیر پتہ ہوئے میں بھاگ کر road پر پہنچا بس پکڑ کر مشاعرہ آیا یہ</w:t>
      </w:r>
    </w:p>
    <w:p>
      <w:r>
        <w:rPr>
          <w:b/>
        </w:rPr>
        <w:t xml:space="preserve">[43:12] </w:t>
      </w:r>
      <w:r>
        <w:t>hai taqat spirit ki yaad ki shaoor ki to yahi cheez woh log mein jab khabrein sunta hoon</w:t>
      </w:r>
    </w:p>
    <w:p>
      <w:pPr>
        <w:jc w:val="right"/>
      </w:pPr>
      <w:r>
        <w:t>ہے طاقت spirit کی یاد کی شعور کی تو یہی چیز وہ لوگ میں جب خبریں سنتا ہوں</w:t>
      </w:r>
    </w:p>
    <w:p>
      <w:r>
        <w:rPr>
          <w:b/>
        </w:rPr>
        <w:t xml:space="preserve">[43:21] </w:t>
      </w:r>
      <w:r>
        <w:t>falane bomb phat phat bomb phata hua hai itnay itnay mar gaye gun chalai hui hai itnay itnay</w:t>
      </w:r>
    </w:p>
    <w:p>
      <w:pPr>
        <w:jc w:val="right"/>
      </w:pPr>
      <w:r>
        <w:t>فلانے بم پھٹ پھٹ بم پھٹا ہوا ہے اتنے اتنے مر گئے gun چلائی ہوئی ہے اتنے اتنے</w:t>
      </w:r>
    </w:p>
    <w:p>
      <w:r>
        <w:rPr>
          <w:b/>
        </w:rPr>
        <w:t xml:space="preserve">[43:29] </w:t>
      </w:r>
      <w:r>
        <w:t>mar gaye to main sochta hoon ke in logon ko agar yeh ehsas ho ke yeh jo insan</w:t>
      </w:r>
    </w:p>
    <w:p>
      <w:pPr>
        <w:jc w:val="right"/>
      </w:pPr>
      <w:r>
        <w:t>مر گئے تو میں سوچتا ہوں کہ ان لوگوں کو اگر یہ احساس ہو کہ یہ جو انسان</w:t>
      </w:r>
    </w:p>
    <w:p>
      <w:r>
        <w:rPr>
          <w:b/>
        </w:rPr>
        <w:t xml:space="preserve">[43:38] </w:t>
      </w:r>
      <w:r>
        <w:t>jis ko main nishana laga raha hoon us ko Allah ne paida kiya hai jis ko bomb maar</w:t>
      </w:r>
    </w:p>
    <w:p>
      <w:pPr>
        <w:jc w:val="right"/>
      </w:pPr>
      <w:r>
        <w:t>جس کو میں نشانہ لگا رہا ہوں اس کو اللہ نے پیدا کیا ہے جس کو بم مار</w:t>
      </w:r>
    </w:p>
    <w:p>
      <w:r>
        <w:rPr>
          <w:b/>
        </w:rPr>
        <w:t xml:space="preserve">[43:47] </w:t>
      </w:r>
      <w:r>
        <w:t>raha hoon jis ko gun chala raha hoon yeh Allah ne paida kiya main is ka creator nahi</w:t>
      </w:r>
    </w:p>
    <w:p>
      <w:pPr>
        <w:jc w:val="right"/>
      </w:pPr>
      <w:r>
        <w:t>رہا ہوں جس کو gun چلا رہا ہوں یہ اللہ نے پیدا کیا میں اس کا creator نہیں</w:t>
      </w:r>
    </w:p>
    <w:p>
      <w:r>
        <w:rPr>
          <w:b/>
        </w:rPr>
        <w:t xml:space="preserve">[43:55] </w:t>
      </w:r>
      <w:r>
        <w:t>hoon agar un ke dil mein aa jaye yeh insan jo hai mere samne woh Allah ka paida kiya</w:t>
      </w:r>
    </w:p>
    <w:p>
      <w:pPr>
        <w:jc w:val="right"/>
      </w:pPr>
      <w:r>
        <w:t>ہوں اگر ان کے دل میں آجائے یہ انسان جو ہے میرے سامنے وہ اللہ کا پیدا کیا</w:t>
      </w:r>
    </w:p>
    <w:p>
      <w:r>
        <w:rPr>
          <w:b/>
        </w:rPr>
        <w:t xml:space="preserve">[44:04] </w:t>
      </w:r>
      <w:r>
        <w:t>hua main is ke creator nahi hoon to yaqeen kijiye un ke un ka un ki ungliyan trigger</w:t>
      </w:r>
    </w:p>
    <w:p>
      <w:pPr>
        <w:jc w:val="right"/>
      </w:pPr>
      <w:r>
        <w:t>ہوا میں اس کے creator نہیں ہوں تو یقین کیجیے ان کے ان کا ان کی انگلیاں trigger</w:t>
      </w:r>
    </w:p>
    <w:p>
      <w:r>
        <w:rPr>
          <w:b/>
        </w:rPr>
        <w:t xml:space="preserve">[44:12] </w:t>
      </w:r>
      <w:r>
        <w:t>par na na pohnchein un ka bomb kabhi na phate woh gun aur bomb ko chhod kar bhagein</w:t>
      </w:r>
    </w:p>
    <w:p>
      <w:pPr>
        <w:jc w:val="right"/>
      </w:pPr>
      <w:r>
        <w:t>پر نہ نہ پہنچیں ان کا بم کبھی نہ پھٹے وہ gun اور بم کو چھوڑ کر بھاگیں</w:t>
      </w:r>
    </w:p>
    <w:p>
      <w:r>
        <w:rPr>
          <w:b/>
        </w:rPr>
        <w:t xml:space="preserve">[44:21] </w:t>
      </w:r>
      <w:r>
        <w:t>jangalon mein ke mujhe kya haq hai ke is insan ko maroon jis jis insan ko main ne</w:t>
      </w:r>
    </w:p>
    <w:p>
      <w:pPr>
        <w:jc w:val="right"/>
      </w:pPr>
      <w:r>
        <w:t>جنگلوں میں کہ مجھے کیا حق ہے کہ اس انسان کو ماروں جس جس انسان کو میں نے</w:t>
      </w:r>
    </w:p>
    <w:p>
      <w:r>
        <w:rPr>
          <w:b/>
        </w:rPr>
        <w:t xml:space="preserve">[44:30] </w:t>
      </w:r>
      <w:r>
        <w:t>paida nahi kiya aaj kal rozana khabrein aati hain rozana khabrein aati hain insan ko marne ki kahin</w:t>
      </w:r>
    </w:p>
    <w:p>
      <w:pPr>
        <w:jc w:val="right"/>
      </w:pPr>
      <w:r>
        <w:t>پیدا نہیں کیا آج کل روزانہ خبریں آتی ہیں روزانہ خبریں آتی ہیں انسان کو مارنے کی کہیں</w:t>
      </w:r>
    </w:p>
    <w:p>
      <w:r>
        <w:rPr>
          <w:b/>
        </w:rPr>
        <w:t xml:space="preserve">[44:38] </w:t>
      </w:r>
      <w:r>
        <w:t>bomb phatta hai kahin gun chalai jati hai kahin suicide bombing hoti hai aur kitne sare log mar</w:t>
      </w:r>
    </w:p>
    <w:p>
      <w:pPr>
        <w:jc w:val="right"/>
      </w:pPr>
      <w:r>
        <w:t>بم پھٹتا ہے کہیں gun چلائی جاتی ہے کہیں suicide bombing ہوتی ہے اور کتنے سارے لوگ مر</w:t>
      </w:r>
    </w:p>
    <w:p>
      <w:r>
        <w:rPr>
          <w:b/>
        </w:rPr>
        <w:t xml:space="preserve">[44:47] </w:t>
      </w:r>
      <w:r>
        <w:t>jatay hain to jab main yeh khabrein dekhta hoon media mein to main sochta hoon ke ke kaash</w:t>
      </w:r>
    </w:p>
    <w:p>
      <w:pPr>
        <w:jc w:val="right"/>
      </w:pPr>
      <w:r>
        <w:t>جاتے ہیں تو جب میں یہ خبریں دیکھتا ہوں میڈیا میں تو میں سوچتا ہوں کہ کہ کاش</w:t>
      </w:r>
    </w:p>
    <w:p>
      <w:r>
        <w:rPr>
          <w:b/>
        </w:rPr>
        <w:t xml:space="preserve">[44:55] </w:t>
      </w:r>
      <w:r>
        <w:t>yeh log jante ke yeh insan jis ko main marne ja raha hoon us ko main ne paida</w:t>
      </w:r>
    </w:p>
    <w:p>
      <w:pPr>
        <w:jc w:val="right"/>
      </w:pPr>
      <w:r>
        <w:t>یہ لوگ جانتے کہ یہ انسان جس کو میں مارنے جا رہا ہوں اس کو میں نے پیدا</w:t>
      </w:r>
    </w:p>
    <w:p>
      <w:r>
        <w:rPr>
          <w:b/>
        </w:rPr>
        <w:t xml:space="preserve">[45:04] </w:t>
      </w:r>
      <w:r>
        <w:t>nahi kiya hai aur jab maine is ko paida nahi kiya hai to is ko marne ka</w:t>
      </w:r>
    </w:p>
    <w:p>
      <w:pPr>
        <w:jc w:val="right"/>
      </w:pPr>
      <w:r>
        <w:t>نہیں کیا ہے اور جب میں نے اس کو پیدا نہیں کیا ہے تو اس کو مارنے کا</w:t>
      </w:r>
    </w:p>
    <w:p>
      <w:r>
        <w:rPr>
          <w:b/>
        </w:rPr>
        <w:t xml:space="preserve">[45:12] </w:t>
      </w:r>
      <w:r>
        <w:t>haq bhi nahi mujhe hai agar yeh jaane to achaanak saari militance khatm ho jaye yeh sara jo</w:t>
      </w:r>
    </w:p>
    <w:p>
      <w:pPr>
        <w:jc w:val="right"/>
      </w:pPr>
      <w:r>
        <w:t>حق بھی نہیں مجھے ہے اگر یہ جانے تو اچانک ساری militance ختم ہو جائے یہ سارا جو</w:t>
      </w:r>
    </w:p>
    <w:p>
      <w:r>
        <w:rPr>
          <w:b/>
        </w:rPr>
        <w:t xml:space="preserve">[45:21] </w:t>
      </w:r>
      <w:r>
        <w:t>violent culture hai woh khatm ho jaye to meri dua hai ke Allah taala mujh ko aur aap</w:t>
      </w:r>
    </w:p>
    <w:p>
      <w:pPr>
        <w:jc w:val="right"/>
      </w:pPr>
      <w:r>
        <w:t>violent culture ہے وہ ختم ہو جائے تو میری دعا ہے کہ اللہ تعالیٰ مجھ کو اور آپ</w:t>
      </w:r>
    </w:p>
    <w:p>
      <w:r>
        <w:rPr>
          <w:b/>
        </w:rPr>
        <w:t xml:space="preserve">[45:30] </w:t>
      </w:r>
      <w:r>
        <w:t>ko aur in saare logon ko samajh de jo tashaddud mein lage hue hain bolte hain zabaan se</w:t>
      </w:r>
    </w:p>
    <w:p>
      <w:pPr>
        <w:jc w:val="right"/>
      </w:pPr>
      <w:r>
        <w:t>کو اور ان سارے لوگوں کو سمجھ دے جو تشدد میں لگے ہوئے ہیں بولتے ہیں زبان سے</w:t>
      </w:r>
    </w:p>
    <w:p>
      <w:r>
        <w:rPr>
          <w:b/>
        </w:rPr>
        <w:t xml:space="preserve">[45:38] </w:t>
      </w:r>
      <w:r>
        <w:t>alhamdulillah amal mein bilkul is ke khilaaf kaam karte hain to meri dua hai ke Allah taala in</w:t>
      </w:r>
    </w:p>
    <w:p>
      <w:pPr>
        <w:jc w:val="right"/>
      </w:pPr>
      <w:r>
        <w:t>الحمدللہ عمل میں بالکل اس کے خلاف کام کرتے ہیں تو میری دعا ہے کہ اللہ تعالیٰ ان</w:t>
      </w:r>
    </w:p>
    <w:p>
      <w:r>
        <w:rPr>
          <w:b/>
        </w:rPr>
        <w:t xml:space="preserve">[45:47] </w:t>
      </w:r>
      <w:r>
        <w:t>sab logon ko samajh de in sab logon ko sab logon ke dilon mein hamd spirit aa jaye to</w:t>
      </w:r>
    </w:p>
    <w:p>
      <w:pPr>
        <w:jc w:val="right"/>
      </w:pPr>
      <w:r>
        <w:t>سب لوگوں کو سمجھ دے ان سب لوگوں کو سب لوگوں کے دلوں میں حمد spirit آجائے تو</w:t>
      </w:r>
    </w:p>
    <w:p>
      <w:r>
        <w:rPr>
          <w:b/>
        </w:rPr>
        <w:t xml:space="preserve">[45:55] </w:t>
      </w:r>
      <w:r>
        <w:t>achaanak yeh sab kuch khatm ho jaye ga yeh dua mein aap ke liye karta hoon apne liye</w:t>
      </w:r>
    </w:p>
    <w:p>
      <w:pPr>
        <w:jc w:val="right"/>
      </w:pPr>
      <w:r>
        <w:t>اچانک یہ سب کچھ ختم ہو جائے گا یہ دعا میں آپ کے لیے کرتا ہوں اپنے لیے</w:t>
      </w:r>
    </w:p>
    <w:p>
      <w:r>
        <w:rPr>
          <w:b/>
        </w:rPr>
        <w:t xml:space="preserve">[46:04] </w:t>
      </w:r>
      <w:r>
        <w:t>karta hoon aur saare logon ke liye karta hoon assalam o alaikum wa rehmatullahi.</w:t>
      </w:r>
    </w:p>
    <w:p>
      <w:pPr>
        <w:jc w:val="right"/>
      </w:pPr>
      <w:r>
        <w:t>کرتا ہوں اور سارے لوگوں کے لیے کرتا ہوں السلام علیکم ورحمۃ اللہ.</w:t>
      </w:r>
    </w:p>
    <w:p>
      <w:r>
        <w:rPr>
          <w:b/>
        </w:rPr>
        <w:t xml:space="preserve">[46:13] </w:t>
      </w:r>
      <w:r>
        <w:t>Assalamu Alaikum Aoozubillah Minash Shaitanir Rajeem Bismillahir Rahmanir Raheem. Jaisa ke Rajat bhai ne bataya ke World Book Fair mein Delhi field team aur CPS ne participate kiya tha. To waise to bahut zyada ah mere experiences nahi rahe ah ah jo field mein kaam karne wale log the unhone zyada kaam kiya hai wahan par.</w:t>
      </w:r>
    </w:p>
    <w:p>
      <w:pPr>
        <w:jc w:val="right"/>
      </w:pPr>
      <w:r>
        <w:t>السلام علیکم اعوذ باللہ من الشیطان الرجیم بسم اللہ الرحمن الرحیم جیسا کہ رجت بھائی نے بتایا کہ ورلڈ بک فیئر میں دلی فیلڈ ٹیم اور سی پی ایس نے پارٹیسپیٹ کیا تھا تو ویسے تو بہت زیادہ آہ میرے ایکسپیرینسز نہیں رہے آہ آہ جو فیلڈ میں کام کرنے والے لوگ تھے انہوں نے زیادہ کام کیا ہے وہاں پر.</w:t>
      </w:r>
    </w:p>
    <w:p>
      <w:r>
        <w:rPr>
          <w:b/>
        </w:rPr>
        <w:t xml:space="preserve">[46:40] </w:t>
      </w:r>
      <w:r>
        <w:t>کچھ experiences آہ میں بتانا چاہوں گا جس میں آہ خدا کی طرف سے directly ہم لوگوں کی</w:t>
      </w:r>
    </w:p>
    <w:p>
      <w:pPr>
        <w:jc w:val="right"/>
      </w:pPr>
      <w:r>
        <w:t>کچھ ایکسپیرینسز آہ میں بتانا چاہوں گا جس میں آہ خدا کی طرف سے ڈائریکٹلی ہم لوگوں کی</w:t>
      </w:r>
    </w:p>
    <w:p>
      <w:r>
        <w:rPr>
          <w:b/>
        </w:rPr>
        <w:t xml:space="preserve">[46:46] </w:t>
      </w:r>
      <w:r>
        <w:t>help hui. Ah, pehla experience to hum logon ka yeh tha. Hum log ah ek din pehle hum</w:t>
      </w:r>
    </w:p>
    <w:p>
      <w:pPr>
        <w:jc w:val="right"/>
      </w:pPr>
      <w:r>
        <w:t>ہیلپ ہوئی آہ پہلا ایکسپیرینس تو ہم لوگوں کا یہ تھا ہم لوگ آہ ایک دن پہلے ہم</w:t>
      </w:r>
    </w:p>
    <w:p>
      <w:r>
        <w:rPr>
          <w:b/>
        </w:rPr>
        <w:t xml:space="preserve">[46:52] </w:t>
      </w:r>
      <w:r>
        <w:t>لوگوں نے اسٹاک کیا تھا وہاں پر آہ جس میں تقریباً hundred cartons آہ قرآن کے ہم لوگوں</w:t>
      </w:r>
    </w:p>
    <w:p>
      <w:pPr>
        <w:jc w:val="right"/>
      </w:pPr>
      <w:r>
        <w:t>لوگوں نے اسٹاک کیا تھا وہاں پر آہ جس میں تقریباً ہنڈرڈ کارٹنز آہ قرآن کے ہم لوگوں</w:t>
      </w:r>
    </w:p>
    <w:p>
      <w:r>
        <w:rPr>
          <w:b/>
        </w:rPr>
        <w:t xml:space="preserve">[46:59] </w:t>
      </w:r>
      <w:r>
        <w:t>ne aah wahan pe save karne thay un ko stock karna tha to woh pahunch to gaya stock</w:t>
      </w:r>
    </w:p>
    <w:p>
      <w:pPr>
        <w:jc w:val="right"/>
      </w:pPr>
      <w:r>
        <w:t>نے آہ وہاں پہ سیو کرنے تھے ان کو اسٹاک کرنا تھا تو وہ پہنچ تو گیا اسٹاک</w:t>
      </w:r>
    </w:p>
    <w:p>
      <w:r>
        <w:rPr>
          <w:b/>
        </w:rPr>
        <w:t xml:space="preserve">[47:05] </w:t>
      </w:r>
      <w:r>
        <w:t>lekin hamare paas space nahi tha wahan par behal wahan pe aah hum log pareshan thay kyunke aah</w:t>
      </w:r>
    </w:p>
    <w:p>
      <w:pPr>
        <w:jc w:val="right"/>
      </w:pPr>
      <w:r>
        <w:t>لیکن ہمارے پاس سپیس نہیں تھا وہاں پر بہرحال وہاں پہ آہ ہم لوگ پریشان تھے کیونکہ آہ</w:t>
      </w:r>
    </w:p>
    <w:p>
      <w:r>
        <w:rPr>
          <w:b/>
        </w:rPr>
        <w:t xml:space="preserve">[47:12] </w:t>
      </w:r>
      <w:r>
        <w:t>جو space تھا ہمارا وہ بہت limited تھا آہ جو stall کا space تھا تو کچھ لوگ وہیں</w:t>
      </w:r>
    </w:p>
    <w:p>
      <w:pPr>
        <w:jc w:val="right"/>
      </w:pPr>
      <w:r>
        <w:t>جو سپیس تھا ہمارا وہ بہت لمیٹڈ تھا آہ جو اسٹال کا سپیس تھا تو کچھ لوگ وہیں</w:t>
      </w:r>
    </w:p>
    <w:p>
      <w:r>
        <w:rPr>
          <w:b/>
        </w:rPr>
        <w:t xml:space="preserve">[47:18] </w:t>
      </w:r>
      <w:r>
        <w:t>پر اللہ نے مدد کے لیے بھیجے اور انہوں نے stock جو ہے وہیں آہ boundary کے آس</w:t>
      </w:r>
    </w:p>
    <w:p>
      <w:pPr>
        <w:jc w:val="right"/>
      </w:pPr>
      <w:r>
        <w:t>پر اللہ نے مدد کے لیے بھیجے اور انہوں نے اسٹاک جو ہے وہیں آہ باؤنڈری کے آس</w:t>
      </w:r>
    </w:p>
    <w:p>
      <w:r>
        <w:rPr>
          <w:b/>
        </w:rPr>
        <w:t xml:space="preserve">[47:25] </w:t>
      </w:r>
      <w:r>
        <w:t>paas jo hai woh stock apne aap kara liya aur us ko us ki dekh bhaal bhi apni</w:t>
      </w:r>
    </w:p>
    <w:p>
      <w:pPr>
        <w:jc w:val="right"/>
      </w:pPr>
      <w:r>
        <w:t>پاس جو ہے وہ اسٹاک اپنے آپ کرا لیا اور اس کو اس کی دیکھ بھال بھی اپنی</w:t>
      </w:r>
    </w:p>
    <w:p>
      <w:r>
        <w:rPr>
          <w:b/>
        </w:rPr>
        <w:t xml:space="preserve">[47:31] </w:t>
      </w:r>
      <w:r>
        <w:t>Nigrani mein rakhi. Doosra experience yeh tha ke ah Quran directly distribution karne mein thodi dikkat thi bahar.</w:t>
      </w:r>
    </w:p>
    <w:p>
      <w:pPr>
        <w:jc w:val="right"/>
      </w:pPr>
      <w:r>
        <w:t>نگرانی میں رکھی دوسرا ایکسپیرینس یہ تھا کہ آہ قرآن ڈائریکٹلی ڈسٹریبیوشن کرنے میں تھوڑی دقت تھی باہر</w:t>
      </w:r>
    </w:p>
    <w:p>
      <w:r>
        <w:rPr>
          <w:b/>
        </w:rPr>
        <w:t xml:space="preserve">[47:38] </w:t>
      </w:r>
      <w:r>
        <w:t>آہ karne de rahe the lekin kabhi kabhi woh tok rahe the aa ke toh hum logon ne</w:t>
      </w:r>
    </w:p>
    <w:p>
      <w:pPr>
        <w:jc w:val="right"/>
      </w:pPr>
      <w:r>
        <w:t>آہ کرنے دے رہے تھے لیکن کبھی کبھی وہ ٹوک رہے تھے آ کے تو ہم لوگوں نے</w:t>
      </w:r>
    </w:p>
    <w:p>
      <w:r>
        <w:rPr>
          <w:b/>
        </w:rPr>
        <w:t xml:space="preserve">[47:44] </w:t>
      </w:r>
      <w:r>
        <w:t>اس بار سوچا تھا کہ کہیں ایسا نہ ہو کہ بالکل distribution وہاں پہ نہ ہو باہر اسٹال</w:t>
      </w:r>
    </w:p>
    <w:p>
      <w:pPr>
        <w:jc w:val="right"/>
      </w:pPr>
      <w:r>
        <w:t>اس بار سوچا تھا کہ کہیں ایسا نہ ہو کہ بالکل ڈسٹریبیوشن وہاں پہ نہ ہو باہر اسٹال</w:t>
      </w:r>
    </w:p>
    <w:p>
      <w:r>
        <w:rPr>
          <w:b/>
        </w:rPr>
        <w:t xml:space="preserve">[47:51] </w:t>
      </w:r>
      <w:r>
        <w:t>سے ہمارے تو اس کے لیے Delhi Field Team نے planning کی تھی پہلے سے کہ اگر نہیں</w:t>
      </w:r>
    </w:p>
    <w:p>
      <w:pPr>
        <w:jc w:val="right"/>
      </w:pPr>
      <w:r>
        <w:t>سے ہمارے تو اس کے لیے دلی فیلڈ ٹیم نے پلاننگ کی تھی پہلے سے کہ اگر نہیں</w:t>
      </w:r>
    </w:p>
    <w:p>
      <w:r>
        <w:rPr>
          <w:b/>
        </w:rPr>
        <w:t xml:space="preserve">[47:57] </w:t>
      </w:r>
      <w:r>
        <w:t>ہوا تو ہم لوگ کیا کریں گے بہرحال distribution hua Mashallah bahar ah kisi tarah ki koi rukawat</w:t>
      </w:r>
    </w:p>
    <w:p>
      <w:pPr>
        <w:jc w:val="right"/>
      </w:pPr>
      <w:r>
        <w:t>ہوا تو ہم لوگ کیا کریں گے بہرحال ڈسٹریبیوشن ہوا ماشاءاللہ باہر آہ کسی طرح کی کوئی رکاوٹ</w:t>
      </w:r>
    </w:p>
    <w:p>
      <w:r>
        <w:rPr>
          <w:b/>
        </w:rPr>
        <w:t xml:space="preserve">[48:04] </w:t>
      </w:r>
      <w:r>
        <w:t>nahi aayi lekin hum ne woh jo plan two banaya tha aah ek hum ne aah chota sa</w:t>
      </w:r>
    </w:p>
    <w:p>
      <w:pPr>
        <w:jc w:val="right"/>
      </w:pPr>
      <w:r>
        <w:t>نہیں آئی لیکن ہم نے وہ جو پلان ٹو بنایا تھا آہ ایک ہم نے آہ چھوٹا سا</w:t>
      </w:r>
    </w:p>
    <w:p>
      <w:r>
        <w:rPr>
          <w:b/>
        </w:rPr>
        <w:t xml:space="preserve">[48:10] </w:t>
      </w:r>
      <w:r>
        <w:t>parcha banaya tha free quran coupon ke naam se to free quran coupon hum log bahar distribute karwaye</w:t>
      </w:r>
    </w:p>
    <w:p>
      <w:pPr>
        <w:jc w:val="right"/>
      </w:pPr>
      <w:r>
        <w:t>پرچہ بنایا تھا فری قرآن کوپن کے نام سے تو فری قرآن کوپن ہم لوگ باہر ڈسٹریبیوٹ کروائے</w:t>
      </w:r>
    </w:p>
    <w:p>
      <w:r>
        <w:rPr>
          <w:b/>
        </w:rPr>
        <w:t xml:space="preserve">[48:17] </w:t>
      </w:r>
      <w:r>
        <w:t>hum ne to log le le ke aa rahe thay aur is mein seventy percent ki ratio thi</w:t>
      </w:r>
    </w:p>
    <w:p>
      <w:pPr>
        <w:jc w:val="right"/>
      </w:pPr>
      <w:r>
        <w:t>ہم نے تو لوگ لے لے کے آ رہے تھے اور اس میں سیونٹی پرسنٹ کی ریشو تھی</w:t>
      </w:r>
    </w:p>
    <w:p>
      <w:r>
        <w:rPr>
          <w:b/>
        </w:rPr>
        <w:t xml:space="preserve">[48:23] </w:t>
      </w:r>
      <w:r>
        <w:t>jo log wahan se bahar se le ke andar dhoondhte hue aa rahe thay ke quran aah jo</w:t>
      </w:r>
    </w:p>
    <w:p>
      <w:pPr>
        <w:jc w:val="right"/>
      </w:pPr>
      <w:r>
        <w:t>جو لوگ وہاں سے باہر سے لے کے اندر ڈھونڈتے ہوئے آ رہے تھے کہ قرآن آہ جو</w:t>
      </w:r>
    </w:p>
    <w:p>
      <w:r>
        <w:rPr>
          <w:b/>
        </w:rPr>
        <w:t xml:space="preserve">[48:30] </w:t>
      </w:r>
      <w:r>
        <w:t>hai hum free mein lenge wahan se aah bas yahi mere experiences rahe main baqi aah hamare</w:t>
      </w:r>
    </w:p>
    <w:p>
      <w:pPr>
        <w:jc w:val="right"/>
      </w:pPr>
      <w:r>
        <w:t>ہے ہم فری میں لیں گے وہاں سے آہ بس یہی میرے ایکسپیرینسز رہے مین باقی آہ ہمارے</w:t>
      </w:r>
    </w:p>
    <w:p>
      <w:r>
        <w:rPr>
          <w:b/>
        </w:rPr>
        <w:t xml:space="preserve">[48:36] </w:t>
      </w:r>
      <w:r>
        <w:t>aur log hain jo aap ke sath share karenge so next is Maulana Farhad Ahmed aah who</w:t>
      </w:r>
    </w:p>
    <w:p>
      <w:pPr>
        <w:jc w:val="right"/>
      </w:pPr>
      <w:r>
        <w:t>اور لوگ ہیں جو آپ کے ساتھ شیئر کریں گے سو نیکسٹ از مولانا فرہاد احمد آہ who</w:t>
      </w:r>
    </w:p>
    <w:p>
      <w:r>
        <w:rPr>
          <w:b/>
        </w:rPr>
        <w:t xml:space="preserve">[48:43] </w:t>
      </w:r>
      <w:r>
        <w:t>participated in the World Book Fair in Delhi so I would invite him to come here and share</w:t>
      </w:r>
    </w:p>
    <w:p>
      <w:pPr>
        <w:jc w:val="right"/>
      </w:pPr>
      <w:r>
        <w:t>participated in the World Book Fair in Delhi so I would invite him to come here and share</w:t>
      </w:r>
    </w:p>
    <w:p>
      <w:r>
        <w:rPr>
          <w:b/>
        </w:rPr>
        <w:t xml:space="preserve">[48:49] </w:t>
      </w:r>
      <w:r>
        <w:t>his experience bismillah hir rahman nir rahim main apne tajrube ko share karne se pehle ek hadith bayan karunga</w:t>
      </w:r>
    </w:p>
    <w:p>
      <w:pPr>
        <w:jc w:val="right"/>
      </w:pPr>
      <w:r>
        <w:t>his experience بسم اللہ الرحمن الرحیم میں اپنے تجربے کو شیئر کرنے سے پہلے ایک حدیث بیان کروں</w:t>
      </w:r>
    </w:p>
    <w:p>
      <w:r>
        <w:rPr>
          <w:b/>
        </w:rPr>
        <w:t xml:space="preserve">[48:56] </w:t>
      </w:r>
      <w:r>
        <w:t>taake compare ho sake ke qadeem zamane mein mazhabi jabr kaisa tha aur ab kitni azadi hai</w:t>
      </w:r>
    </w:p>
    <w:p>
      <w:pPr>
        <w:jc w:val="right"/>
      </w:pPr>
      <w:r>
        <w:t>گا تاکہ کمپیئر ہو سکے کہ قدیم زمانے میں مذہبی جبر کیسا تھا اور اب کتنی آزادی ہے</w:t>
      </w:r>
    </w:p>
    <w:p>
      <w:r>
        <w:rPr>
          <w:b/>
        </w:rPr>
        <w:t xml:space="preserve">[49:02] </w:t>
      </w:r>
      <w:r>
        <w:t>sahih al bukhari ki hadith hai ke rasool Allah salallahu alaihi wasallam ne kaha ke pehle jab log</w:t>
      </w:r>
    </w:p>
    <w:p>
      <w:pPr>
        <w:jc w:val="right"/>
      </w:pPr>
      <w:r>
        <w:t>صحیح البخاری کی حدیث ہے کہ رسول اللہ صلی اللہ علیہ وسلم نے کہا کہ پہلے جب لوگ</w:t>
      </w:r>
    </w:p>
    <w:p>
      <w:r>
        <w:rPr>
          <w:b/>
        </w:rPr>
        <w:t xml:space="preserve">[49:09] </w:t>
      </w:r>
      <w:r>
        <w:t>imaan laate thay to un ko pakad liya jata zameen mein garhe khodhe jate aur us ko us</w:t>
      </w:r>
    </w:p>
    <w:p>
      <w:pPr>
        <w:jc w:val="right"/>
      </w:pPr>
      <w:r>
        <w:t>ایمان لاتے تھے تو ان کو پکڑ لیا جاتا زمین میں گڑھے کھودے جاتے اور اس کو اس</w:t>
      </w:r>
    </w:p>
    <w:p>
      <w:r>
        <w:rPr>
          <w:b/>
        </w:rPr>
        <w:t xml:space="preserve">[49:15] </w:t>
      </w:r>
      <w:r>
        <w:t>mein daal diya jata aur phir us ke sar par aari rakh kar us ko do tukdon mein</w:t>
      </w:r>
    </w:p>
    <w:p>
      <w:pPr>
        <w:jc w:val="right"/>
      </w:pPr>
      <w:r>
        <w:t>میں ڈال دیا جاتا اور پھر اس کے سر پر آری رکھ کر اس کو دو ٹکڑوں میں</w:t>
      </w:r>
    </w:p>
    <w:p>
      <w:r>
        <w:rPr>
          <w:b/>
        </w:rPr>
        <w:t xml:space="preserve">[49:22] </w:t>
      </w:r>
      <w:r>
        <w:t>kaat diya jata kabhi aisa hota ke lohe ki kanghi se us ke chamde ko aur us ke</w:t>
      </w:r>
    </w:p>
    <w:p>
      <w:pPr>
        <w:jc w:val="right"/>
      </w:pPr>
      <w:r>
        <w:t>کاٹ دیا جاتا کبھی ایسا ہوتا کہ لوہے کی کنگھی سے اس کے چمڑے کو اور اس کے</w:t>
      </w:r>
    </w:p>
    <w:p>
      <w:r>
        <w:rPr>
          <w:b/>
        </w:rPr>
        <w:t xml:space="preserve">[49:28] </w:t>
      </w:r>
      <w:r>
        <w:t>gosht ko alag kar diya jata yeh imaan laane ki buniyad par saza di jati thi lekin jis</w:t>
      </w:r>
    </w:p>
    <w:p>
      <w:pPr>
        <w:jc w:val="right"/>
      </w:pPr>
      <w:r>
        <w:t>گوشت کو الگ کر دیا جاتا یہ ایمان لانے کی بنیاد پر سزا دی جاتی تھی لیکن جس</w:t>
      </w:r>
    </w:p>
    <w:p>
      <w:r>
        <w:rPr>
          <w:b/>
        </w:rPr>
        <w:t xml:space="preserve">[49:35] </w:t>
      </w:r>
      <w:r>
        <w:t>dor mein hum hain is mein kitni aasani hai yeh to aap jante hi hain ek to yeh</w:t>
      </w:r>
    </w:p>
    <w:p>
      <w:pPr>
        <w:jc w:val="right"/>
      </w:pPr>
      <w:r>
        <w:t>دور میں ہم ہیں اس میں کتنی آسانی ہے یہ تو آپ جانتے ہی ہیں ایک تو یہ</w:t>
      </w:r>
    </w:p>
    <w:p>
      <w:r>
        <w:rPr>
          <w:b/>
        </w:rPr>
        <w:t xml:space="preserve">[49:41] </w:t>
      </w:r>
      <w:r>
        <w:t>keh hum ja kar in ko dete hain aur woh lete hain khushi ke sath lekin is ke</w:t>
      </w:r>
    </w:p>
    <w:p>
      <w:pPr>
        <w:jc w:val="right"/>
      </w:pPr>
      <w:r>
        <w:t>کہ ہم جا کر ان کو دیتے ہیں اور وہ لیتے ہیں خوشی کے ساتھ لیکن اس کے</w:t>
      </w:r>
    </w:p>
    <w:p>
      <w:r>
        <w:rPr>
          <w:b/>
        </w:rPr>
        <w:t xml:space="preserve">[49:48] </w:t>
      </w:r>
      <w:r>
        <w:t>is se aage barh kar bhi hai world book fair mein mein aik din stall par tha to</w:t>
      </w:r>
    </w:p>
    <w:p>
      <w:pPr>
        <w:jc w:val="right"/>
      </w:pPr>
      <w:r>
        <w:t>اس سے آگے بڑھ کر بھی ہے ورلڈ بک فیئر میں میں ایک دن اسٹال پر تھا تو</w:t>
      </w:r>
    </w:p>
    <w:p>
      <w:r>
        <w:rPr>
          <w:b/>
        </w:rPr>
        <w:t xml:space="preserve">[49:54] </w:t>
      </w:r>
      <w:r>
        <w:t>aik sahib atay hain qareeb ke hi stall se aur woh boltay hain keh aap do ya teen</w:t>
      </w:r>
    </w:p>
    <w:p>
      <w:pPr>
        <w:jc w:val="right"/>
      </w:pPr>
      <w:r>
        <w:t>ایک صاحب آتے ہیں قریب کے ہی اسٹال سے اور وہ بولتے ہیں کہ آپ دو یا تین</w:t>
      </w:r>
    </w:p>
    <w:p>
      <w:r>
        <w:rPr>
          <w:b/>
        </w:rPr>
        <w:t xml:space="preserve">[50:01] </w:t>
      </w:r>
      <w:r>
        <w:t>quran dijiye mujhe english ki mein aur woh jaldi se aaye keh jaldi se de dijiye mein ne</w:t>
      </w:r>
    </w:p>
    <w:p>
      <w:pPr>
        <w:jc w:val="right"/>
      </w:pPr>
      <w:r>
        <w:t>قرآن دیجیے مجھے انگلش کی میں اور وہ جلدی سے آئے کہ جلدی سے دے دیجیے میں نے</w:t>
      </w:r>
    </w:p>
    <w:p>
      <w:r>
        <w:rPr>
          <w:b/>
        </w:rPr>
        <w:t xml:space="preserve">[50:07] </w:t>
      </w:r>
      <w:r>
        <w:t>kaha keh aap ko kyun doon kya reason hai aap kyun lena chahte hain itni jaldi mein woh</w:t>
      </w:r>
    </w:p>
    <w:p>
      <w:pPr>
        <w:jc w:val="right"/>
      </w:pPr>
      <w:r>
        <w:t>کہا کہ آپ کو کیوں دوں کیا ریزن ہے آپ کیوں لینا چاہتے ہیں اتنی جلدی میں وہ</w:t>
      </w:r>
    </w:p>
    <w:p>
      <w:r>
        <w:rPr>
          <w:b/>
        </w:rPr>
        <w:t xml:space="preserve">[50:14] </w:t>
      </w:r>
      <w:r>
        <w:t>a kar mein aap ke baghal ke stall ka hoon aur wahan par kuch sahib aaye hue hain</w:t>
      </w:r>
    </w:p>
    <w:p>
      <w:pPr>
        <w:jc w:val="right"/>
      </w:pPr>
      <w:r>
        <w:t>آ کے میں آپ کے بغل کے اسٹال کا ہوں اور وہاں پر کچھ صاحب آئے ہوئے ہیں</w:t>
      </w:r>
    </w:p>
    <w:p>
      <w:r>
        <w:rPr>
          <w:b/>
        </w:rPr>
        <w:t xml:space="preserve">[50:20] </w:t>
      </w:r>
      <w:r>
        <w:t>mein un ko dena chahta hoon quran aap mujhe de dijiye to mujhe samajh mein aaya keh aaj</w:t>
      </w:r>
    </w:p>
    <w:p>
      <w:pPr>
        <w:jc w:val="right"/>
      </w:pPr>
      <w:r>
        <w:t>میں ان کو دینا چاہتا ہوں قرآن آپ مجھے دے دیجیے تو مجھے سمجھ میں آیا کہ آج</w:t>
      </w:r>
    </w:p>
    <w:p>
      <w:r>
        <w:rPr>
          <w:b/>
        </w:rPr>
        <w:t xml:space="preserve">[50:27] </w:t>
      </w:r>
      <w:r>
        <w:t>ke dor mein aap ke dawat ka kaam sirf aap hi nahi kar rahe hain balkeh aap ke</w:t>
      </w:r>
    </w:p>
    <w:p>
      <w:pPr>
        <w:jc w:val="right"/>
      </w:pPr>
      <w:r>
        <w:t>کے دور میں آپ کے دعوت کا کام صرف آپ ہی نہیں کر رہے ہیں بلکہ آپ کے</w:t>
      </w:r>
    </w:p>
    <w:p>
      <w:r>
        <w:rPr>
          <w:b/>
        </w:rPr>
        <w:t xml:space="preserve">[50:33] </w:t>
      </w:r>
      <w:r>
        <w:t>woh bhai bhi kar rahe hain jin ko yeh paigham sahi tareeqay se pohncha nahi woh bhi karne</w:t>
      </w:r>
    </w:p>
    <w:p>
      <w:pPr>
        <w:jc w:val="right"/>
      </w:pPr>
      <w:r>
        <w:t>وہ بھائی بھی کر رہے ہیں جن کو یہ پیغام صحیح طریقے سے پہنچا نہیں وہ بھی کرنے</w:t>
      </w:r>
    </w:p>
    <w:p>
      <w:r>
        <w:rPr>
          <w:b/>
        </w:rPr>
        <w:t xml:space="preserve">[50:40] </w:t>
      </w:r>
      <w:r>
        <w:t>ke liye aage aa rahe hain doosra tajurba yeh dekhiye wahan par hua keh jab bahar jab woh</w:t>
      </w:r>
    </w:p>
    <w:p>
      <w:pPr>
        <w:jc w:val="right"/>
      </w:pPr>
      <w:r>
        <w:t>کے لیے آگے آ رہے ہیں دوسرا تجربہ یہ دیکھیے وہاں پر ہوا کہ جب باہر جب وہ</w:t>
      </w:r>
    </w:p>
    <w:p>
      <w:r>
        <w:rPr>
          <w:b/>
        </w:rPr>
        <w:t xml:space="preserve">[50:46] </w:t>
      </w:r>
      <w:r>
        <w:t>coupon taqseem kiya jata tha to bohat sare log atay thay is mein kuch log coupon ko le</w:t>
      </w:r>
    </w:p>
    <w:p>
      <w:pPr>
        <w:jc w:val="right"/>
      </w:pPr>
      <w:r>
        <w:t>کوپن تقسیم کیا جاتا تھا تو بہت سارے لوگ آتے تھے اس میں کچھ لوگ کوپن کو لے</w:t>
      </w:r>
    </w:p>
    <w:p>
      <w:r>
        <w:rPr>
          <w:b/>
        </w:rPr>
        <w:t xml:space="preserve">[50:53] </w:t>
      </w:r>
      <w:r>
        <w:t>kar jeeb mein rakh dete thay to atay atay thay to bohat ganda rehta tha mein samjha keh</w:t>
      </w:r>
    </w:p>
    <w:p>
      <w:pPr>
        <w:jc w:val="right"/>
      </w:pPr>
      <w:r>
        <w:t>کر جیب میں رکھ دیتے تھے تو آتے آتے تھے تو بہت گندا رہتا تھا میں سمجھا کہ</w:t>
      </w:r>
    </w:p>
    <w:p>
      <w:r>
        <w:rPr>
          <w:b/>
        </w:rPr>
        <w:t xml:space="preserve">[50:59] </w:t>
      </w:r>
      <w:r>
        <w:t>itna ganda kyun hoga yeh bohat kharab ho jata tha to samajh mein aaya keh asal mein yeh</w:t>
      </w:r>
    </w:p>
    <w:p>
      <w:pPr>
        <w:jc w:val="right"/>
      </w:pPr>
      <w:r>
        <w:t>اتنا گندا کیوں ہوگا یہ بہت خراب ہو جاتا تھا تو سمجھ میں آیا کہ اصل میں یہ</w:t>
      </w:r>
    </w:p>
    <w:p>
      <w:r>
        <w:rPr>
          <w:b/>
        </w:rPr>
        <w:t xml:space="preserve">[51:06] </w:t>
      </w:r>
      <w:r>
        <w:t>sare hall jo hain is se ghoom kar aa rahe hain to is se yeh samajh mein aaya</w:t>
      </w:r>
    </w:p>
    <w:p>
      <w:pPr>
        <w:jc w:val="right"/>
      </w:pPr>
      <w:r>
        <w:t>سارے ہال جو ہیں اس سے گھوم کر آ رہے ہیں تو اس سے یہ سمجھ میں آیا</w:t>
      </w:r>
    </w:p>
    <w:p>
      <w:r>
        <w:rPr>
          <w:b/>
        </w:rPr>
        <w:t xml:space="preserve">[51:12] </w:t>
      </w:r>
      <w:r>
        <w:t>keh itne hall ko ghoomne ke baad woh yahan aa rahe hain is ka matlab hai keh is</w:t>
      </w:r>
    </w:p>
    <w:p>
      <w:pPr>
        <w:jc w:val="right"/>
      </w:pPr>
      <w:r>
        <w:t>کہ اتنے ہال کو گھومنے کے بعد وہ یہاں آ رہے ہیں اس کا مطلب ہے کہ اس</w:t>
      </w:r>
    </w:p>
    <w:p>
      <w:r>
        <w:rPr>
          <w:b/>
        </w:rPr>
        <w:t xml:space="preserve">[51:19] </w:t>
      </w:r>
      <w:r>
        <w:t>ke andar woh shauq hai parhne ka shauq hai is liye itne hall ko dekhne ke baad koi</w:t>
      </w:r>
    </w:p>
    <w:p>
      <w:pPr>
        <w:jc w:val="right"/>
      </w:pPr>
      <w:r>
        <w:t>کے اندر وہ شوق ہے پڑھنے کا شوق ہے اس لیے اتنے ہال کو دیکھنے کے بعد کوئی</w:t>
      </w:r>
    </w:p>
    <w:p>
      <w:r>
        <w:rPr>
          <w:b/>
        </w:rPr>
        <w:t xml:space="preserve">[51:25] </w:t>
      </w:r>
      <w:r>
        <w:t>aadmi nahi aata woh mein bhi coupon ko le kar kya karta hoon mein is ko aise normally</w:t>
      </w:r>
    </w:p>
    <w:p>
      <w:pPr>
        <w:jc w:val="right"/>
      </w:pPr>
      <w:r>
        <w:t>آدمی نہیں آتا وہ میں بھی کوپن کو لے کر کیا کرتا ہوں میں اس کو ایسے نارملی</w:t>
      </w:r>
    </w:p>
    <w:p>
      <w:r>
        <w:rPr>
          <w:b/>
        </w:rPr>
        <w:t xml:space="preserve">[51:32] </w:t>
      </w:r>
      <w:r>
        <w:t>phenk deta hoon lekin aik chota sa coupon coupon tha id card ke barabar aur woh bhi</w:t>
      </w:r>
    </w:p>
    <w:p>
      <w:pPr>
        <w:jc w:val="right"/>
      </w:pPr>
      <w:r>
        <w:t>پھینک دیتا ہوں لیکن ایک چھوٹا سا کوپن کوپن تھا آئی ڈی کارڈ کے برابر اور وہ بھی</w:t>
      </w:r>
    </w:p>
    <w:p>
      <w:r>
        <w:rPr>
          <w:b/>
        </w:rPr>
        <w:t xml:space="preserve">[51:38] </w:t>
      </w:r>
      <w:r>
        <w:t>kaghaz ka tha is ko le kar aana keh yeh dekhiye hum ko mila hai aap woh quran</w:t>
      </w:r>
    </w:p>
    <w:p>
      <w:pPr>
        <w:jc w:val="right"/>
      </w:pPr>
      <w:r>
        <w:t>کاغذ کا تھا اس کو لے کر آنا کہ یہ دیکھیے ہم کو ملا ہے آپ وہ قرآن</w:t>
      </w:r>
    </w:p>
    <w:p>
      <w:r>
        <w:rPr>
          <w:b/>
        </w:rPr>
        <w:t xml:space="preserve">[51:44] </w:t>
      </w:r>
      <w:r>
        <w:t>dete hain is ka id aap mujhe dijiye teesra tajurba mein aap ko batata hoon jo bohat</w:t>
      </w:r>
    </w:p>
    <w:p>
      <w:pPr>
        <w:jc w:val="right"/>
      </w:pPr>
      <w:r>
        <w:t>دیتے ہیں اس کا آئی ڈی آپ مجھے دیجیے تیسرا تجربہ میں آپ کو بتاتا ہوں جو بہت</w:t>
      </w:r>
    </w:p>
    <w:p>
      <w:r>
        <w:rPr>
          <w:b/>
        </w:rPr>
        <w:t xml:space="preserve">[51:51] </w:t>
      </w:r>
      <w:r>
        <w:t>sare logon ko yeh shakk rehta hai keh hum agar quran denge to is ki izzat karein</w:t>
      </w:r>
    </w:p>
    <w:p>
      <w:pPr>
        <w:jc w:val="right"/>
      </w:pPr>
      <w:r>
        <w:t>سارے لوگوں کو یہ شک رہتا ہے کہ ہم اگر قرآن دیں گے تو اس کی عزت کریں</w:t>
      </w:r>
    </w:p>
    <w:p>
      <w:r>
        <w:rPr>
          <w:b/>
        </w:rPr>
        <w:t xml:space="preserve">[51:57] </w:t>
      </w:r>
      <w:r>
        <w:t>ge nahi karein ge to bohat sare logon ko mein ne yeh dekha keh quran lene ke baad</w:t>
      </w:r>
    </w:p>
    <w:p>
      <w:pPr>
        <w:jc w:val="right"/>
      </w:pPr>
      <w:r>
        <w:t>گے نہیں کریں گے تو بہت سارے لوگوں کو میں نے یہ دیکھا کہ قرآن لینے کے بعد</w:t>
      </w:r>
    </w:p>
    <w:p>
      <w:r>
        <w:rPr>
          <w:b/>
        </w:rPr>
        <w:t xml:space="preserve">[52:04] </w:t>
      </w:r>
      <w:r>
        <w:t>us ne quran ko aise chooma sine se lagaya aur us ke baad woh us ko apne is</w:t>
      </w:r>
    </w:p>
    <w:p>
      <w:pPr>
        <w:jc w:val="right"/>
      </w:pPr>
      <w:r>
        <w:t>اس نے قرآن کو ایسے چوما سینے سے لگایا اور اس کے بعد وہ اس کو اپنے اس</w:t>
      </w:r>
    </w:p>
    <w:p>
      <w:r>
        <w:rPr>
          <w:b/>
        </w:rPr>
        <w:t xml:space="preserve">[52:10] </w:t>
      </w:r>
      <w:r>
        <w:t>mein rakha bohat sare logon ne yeh poocha keh is ko hum kaise parhein ge is ke liye</w:t>
      </w:r>
    </w:p>
    <w:p>
      <w:pPr>
        <w:jc w:val="right"/>
      </w:pPr>
      <w:r>
        <w:t>میں رکھا بہت سارے لوگوں نے یہ پوچھا کہ اس کو ہم کیسے پڑھیں گے اس کے لیے</w:t>
      </w:r>
    </w:p>
    <w:p>
      <w:r>
        <w:rPr>
          <w:b/>
        </w:rPr>
        <w:t xml:space="preserve">[52:17] </w:t>
      </w:r>
      <w:r>
        <w:t>koi khaas time hai parhne ka kuch khaas cheez karni hoti hai yeh sari cheezein poochi unhon ne</w:t>
      </w:r>
    </w:p>
    <w:p>
      <w:pPr>
        <w:jc w:val="right"/>
      </w:pPr>
      <w:r>
        <w:t>کوئی خاص ٹائم ہے پڑھنے کا کچھ خاص چیز کرنی ہوتی ہے یہ ساری چیزیں پوچھی انہوں نے</w:t>
      </w:r>
    </w:p>
    <w:p>
      <w:r>
        <w:rPr>
          <w:b/>
        </w:rPr>
        <w:t xml:space="preserve">[52:23] </w:t>
      </w:r>
      <w:r>
        <w:t>acha ek aur tajruba bhi mera mere saamne aaya jo jis ko share kiya abhi hamare doctor iqbal</w:t>
      </w:r>
    </w:p>
    <w:p>
      <w:pPr>
        <w:jc w:val="right"/>
      </w:pPr>
      <w:r>
        <w:t>اچھا ایک اور تجربہ بھی میرا میرے سامنے آیا جو جس کو شیئر کیا ابھی ہمارے ڈاکٹر اقبال</w:t>
      </w:r>
    </w:p>
    <w:p>
      <w:r>
        <w:rPr>
          <w:b/>
        </w:rPr>
        <w:t xml:space="preserve">[52:30] </w:t>
      </w:r>
      <w:r>
        <w:t>pardhan sahib ne share kiya tha is mein ek nai nai baat thi ke government se shikayat karte</w:t>
      </w:r>
    </w:p>
    <w:p>
      <w:pPr>
        <w:jc w:val="right"/>
      </w:pPr>
      <w:r>
        <w:t>پردھان صاحب نے شیئر کیا تھا اس میں ایک نئی نئی بات تھی کہ گورنمنٹ سے شکایت کرتے</w:t>
      </w:r>
    </w:p>
    <w:p>
      <w:r>
        <w:rPr>
          <w:b/>
        </w:rPr>
        <w:t xml:space="preserve">[52:36] </w:t>
      </w:r>
      <w:r>
        <w:t>hain aur bohat saare log sochte hain ke government ki wajah se hum kya hai islam ke liye</w:t>
      </w:r>
    </w:p>
    <w:p>
      <w:pPr>
        <w:jc w:val="right"/>
      </w:pPr>
      <w:r>
        <w:t>ہیں اور بہت سارے لوگ سوچتے ہیں کہ گورنمنٹ کی وجہ سے ہم کیا ہے اسلام کے لیے</w:t>
      </w:r>
    </w:p>
    <w:p>
      <w:r>
        <w:rPr>
          <w:b/>
        </w:rPr>
        <w:t xml:space="preserve">[52:43] </w:t>
      </w:r>
      <w:r>
        <w:t>hum ko azaadi nahi hai ya kuch nahi hai aisa maamla nahi hai jo hamare paas bohat saare</w:t>
      </w:r>
    </w:p>
    <w:p>
      <w:pPr>
        <w:jc w:val="right"/>
      </w:pPr>
      <w:r>
        <w:t>ہم کو آزادی نہیں ہے یا کچھ نہیں ہے ایسا معاملہ نہیں ہے جو ہمارے پاس بہت سارے</w:t>
      </w:r>
    </w:p>
    <w:p>
      <w:r>
        <w:rPr>
          <w:b/>
        </w:rPr>
        <w:t xml:space="preserve">[52:49] </w:t>
      </w:r>
      <w:r>
        <w:t>carton itne thay ke hum us ko stall mein agar rakhte to poore carton ho jatay poore poore</w:t>
      </w:r>
    </w:p>
    <w:p>
      <w:pPr>
        <w:jc w:val="right"/>
      </w:pPr>
      <w:r>
        <w:t>کارٹن اتنے تھے کہ ہم اس کو اسٹال میں اگر رکھتے تو پورے کارٹون ہو جاتے پورے پورے</w:t>
      </w:r>
    </w:p>
    <w:p>
      <w:r>
        <w:rPr>
          <w:b/>
        </w:rPr>
        <w:t xml:space="preserve">[52:56] </w:t>
      </w:r>
      <w:r>
        <w:t>stall bhar jatay hain so carton kam nahi hotay hain is ko kahan rakha jaye to hall ke</w:t>
      </w:r>
    </w:p>
    <w:p>
      <w:pPr>
        <w:jc w:val="right"/>
      </w:pPr>
      <w:r>
        <w:t>اسٹال بھر جاتے ہیں سو کارٹون کم نہیں ہوتے ہیں اس کو کہاں رکھا جائے تو ہال کے</w:t>
      </w:r>
    </w:p>
    <w:p>
      <w:r>
        <w:rPr>
          <w:b/>
        </w:rPr>
        <w:t xml:space="preserve">[53:02] </w:t>
      </w:r>
      <w:r>
        <w:t>incharge se mulaqaat hui woh ek musalman ladka tha balkay ek se ziyada thay ghaliban ek se ziyada</w:t>
      </w:r>
    </w:p>
    <w:p>
      <w:pPr>
        <w:jc w:val="right"/>
      </w:pPr>
      <w:r>
        <w:t>انچارج سے ملاقات ہوئی وہ ایک مسلمان لڑکا تھا بلکہ ایک سے زیادہ تھے غالباً ایک سے زیادہ</w:t>
      </w:r>
    </w:p>
    <w:p>
      <w:r>
        <w:rPr>
          <w:b/>
        </w:rPr>
        <w:t xml:space="preserve">[53:09] </w:t>
      </w:r>
      <w:r>
        <w:t>hi thay do thay to us se kaha to us ne kaha ke aap ko quran rakhna hai</w:t>
      </w:r>
    </w:p>
    <w:p>
      <w:pPr>
        <w:jc w:val="right"/>
      </w:pPr>
      <w:r>
        <w:t>ہی تھے دو تھے تو اس سے کہا تو اس نے کہا کہ آپ کو قرآن رکھنا ہے</w:t>
      </w:r>
    </w:p>
    <w:p>
      <w:r>
        <w:rPr>
          <w:b/>
        </w:rPr>
        <w:t xml:space="preserve">[53:15] </w:t>
      </w:r>
      <w:r>
        <w:t>kahin bhi rakh dijiye aap yeh poora hall aap ka aap kahin bhi rakh dijiye aur us ne</w:t>
      </w:r>
    </w:p>
    <w:p>
      <w:pPr>
        <w:jc w:val="right"/>
      </w:pPr>
      <w:r>
        <w:t>کہیں بھی رکھ دیجیے آپ یہ پورا ہال آپ کا آپ کہیں بھی رکھ دیجیے اور اس نے</w:t>
      </w:r>
    </w:p>
    <w:p>
      <w:r>
        <w:rPr>
          <w:b/>
        </w:rPr>
        <w:t xml:space="preserve">[53:22] </w:t>
      </w:r>
      <w:r>
        <w:t>khud se ek jagah rakhwa diya aur baad mein us ko samajh mein aaya ke yahan par quran</w:t>
      </w:r>
    </w:p>
    <w:p>
      <w:pPr>
        <w:jc w:val="right"/>
      </w:pPr>
      <w:r>
        <w:t>خود سے ایک جگہ رکھوا دیا اور بعد میں اس کو سمجھ میں آیا کہ یہاں پر قرآن</w:t>
      </w:r>
    </w:p>
    <w:p>
      <w:r>
        <w:rPr>
          <w:b/>
        </w:rPr>
        <w:t xml:space="preserve">[53:28] </w:t>
      </w:r>
      <w:r>
        <w:t>nahi rakhna chahiye is ke liye munasib nahi to us ne doosri jagah phir rakhwa diya to mujhe</w:t>
      </w:r>
    </w:p>
    <w:p>
      <w:pPr>
        <w:jc w:val="right"/>
      </w:pPr>
      <w:r>
        <w:t>نہیں رکھنا چاہیے اس کے لیے مناسب نہیں تو اس نے دوسری جگہ پھر رکھوا دیا تو مجھے</w:t>
      </w:r>
    </w:p>
    <w:p>
      <w:r>
        <w:rPr>
          <w:b/>
        </w:rPr>
        <w:t xml:space="preserve">[53:35] </w:t>
      </w:r>
      <w:r>
        <w:t>yeh is mein samajh mein aaya ke ek organization jis ko government chala rahi hai world trade program</w:t>
      </w:r>
    </w:p>
    <w:p>
      <w:pPr>
        <w:jc w:val="right"/>
      </w:pPr>
      <w:r>
        <w:t>یہ اس میں سمجھ میں آیا کہ ایک ارگنائزیشن جس کو گورنمنٹ چلا رہی ہے ورلڈ ٹریڈ پروگرام</w:t>
      </w:r>
    </w:p>
    <w:p>
      <w:r>
        <w:rPr>
          <w:b/>
        </w:rPr>
        <w:t xml:space="preserve">[53:41] </w:t>
      </w:r>
      <w:r>
        <w:t>ka poora organization jo hai yeh government ke under mein hai woh us ko chala rahi hai is</w:t>
      </w:r>
    </w:p>
    <w:p>
      <w:pPr>
        <w:jc w:val="right"/>
      </w:pPr>
      <w:r>
        <w:t>کا پورا ارگنائزیشن جو ہے یہ گورنمنٹ کے انڈر میں ہے وہ اس کو چلا رہی ہے اس</w:t>
      </w:r>
    </w:p>
    <w:p>
      <w:r>
        <w:rPr>
          <w:b/>
        </w:rPr>
        <w:t xml:space="preserve">[53:48] </w:t>
      </w:r>
      <w:r>
        <w:t>mein us ne ek musalman ko kaam karne ke liye diya aur woh musalman apni azaadi ke hisab</w:t>
      </w:r>
    </w:p>
    <w:p>
      <w:pPr>
        <w:jc w:val="right"/>
      </w:pPr>
      <w:r>
        <w:t>میں اس نے ایک مسلمان کو کام کرنے کے لیے دیا اور وہ مسلمان اپنی آزادی کے حساب</w:t>
      </w:r>
    </w:p>
    <w:p>
      <w:r>
        <w:rPr>
          <w:b/>
        </w:rPr>
        <w:t xml:space="preserve">[53:54] </w:t>
      </w:r>
      <w:r>
        <w:t>se quran ko jahan chahe rakh sakta hai us ko taqseem karne ke liye hum ko mauqa faraham</w:t>
      </w:r>
    </w:p>
    <w:p>
      <w:pPr>
        <w:jc w:val="right"/>
      </w:pPr>
      <w:r>
        <w:t>سے قرآن کو جہاں چاہے رکھ سکتا ہے اس کو تقسیم کرنے کے لیے ہم کو موقع فراہم</w:t>
      </w:r>
    </w:p>
    <w:p>
      <w:r>
        <w:rPr>
          <w:b/>
        </w:rPr>
        <w:t xml:space="preserve">[54:01] </w:t>
      </w:r>
      <w:r>
        <w:t>karta hai to yeh bohat baray shukr ki baat hai hum ko is pehlu se nahi dekhna chahiye</w:t>
      </w:r>
    </w:p>
    <w:p>
      <w:pPr>
        <w:jc w:val="right"/>
      </w:pPr>
      <w:r>
        <w:t>کرتا ہے تو یہ بہت بڑے شکر کی بات ہے ہم کو اس پہلو سے نہیں دیکھنا چاہیے</w:t>
      </w:r>
    </w:p>
    <w:p>
      <w:r>
        <w:rPr>
          <w:b/>
        </w:rPr>
        <w:t xml:space="preserve">[54:07] </w:t>
      </w:r>
      <w:r>
        <w:t>kya ho raha hai balkay yeh dekhna chahiye mauqa kya hai kal ka ek tajruba mein aap ko</w:t>
      </w:r>
    </w:p>
    <w:p>
      <w:pPr>
        <w:jc w:val="right"/>
      </w:pPr>
      <w:r>
        <w:t>کیا ہو رہا ہے بلکہ یہ دیکھنا چاہیے موقع کیا ہے کل کا ایک تجربہ میں آپ کو</w:t>
      </w:r>
    </w:p>
    <w:p>
      <w:r>
        <w:rPr>
          <w:b/>
        </w:rPr>
        <w:t xml:space="preserve">[54:14] </w:t>
      </w:r>
      <w:r>
        <w:t>batata hoon kal hum log molana ke saath gaye thay program mein facebook facebook par bhi</w:t>
      </w:r>
    </w:p>
    <w:p>
      <w:pPr>
        <w:jc w:val="right"/>
      </w:pPr>
      <w:r>
        <w:t>بتاتا ہوں کل ہم لوگ مولانا کے ساتھ گئے تھے پروگرام میں فیس بک فیس بک پر بھی</w:t>
      </w:r>
    </w:p>
    <w:p>
      <w:r>
        <w:rPr>
          <w:b/>
        </w:rPr>
        <w:t xml:space="preserve">[54:20] </w:t>
      </w:r>
      <w:r>
        <w:t>is ki kuch picture share hui hain is mein se ek picture yeh hai ke oopar se li</w:t>
      </w:r>
    </w:p>
    <w:p>
      <w:pPr>
        <w:jc w:val="right"/>
      </w:pPr>
      <w:r>
        <w:t>اس کی کچھ پکچر شیئر ہوئی ہیں اس میں سے ایک پکچر یہ ہے کہ اوپر سے لی</w:t>
      </w:r>
    </w:p>
    <w:p>
      <w:r>
        <w:rPr>
          <w:b/>
        </w:rPr>
        <w:t xml:space="preserve">[54:27] </w:t>
      </w:r>
      <w:r>
        <w:t>hui picture hai ke bohat saare log le rahe hain to aap mein se bohat saare logon ne</w:t>
      </w:r>
    </w:p>
    <w:p>
      <w:pPr>
        <w:jc w:val="right"/>
      </w:pPr>
      <w:r>
        <w:t>ہوئی پکچر ہے کہ بہت سارے لوگ لے رہے ہیں تو آپ میں سے بہت سارے لوگوں نے</w:t>
      </w:r>
    </w:p>
    <w:p>
      <w:r>
        <w:rPr>
          <w:b/>
        </w:rPr>
        <w:t xml:space="preserve">[54:33] </w:t>
      </w:r>
      <w:r>
        <w:t>honey bee ka yeh chhatta dekha hoga honey bee kaise aati rehti hai baithti rehti hai chali jati</w:t>
      </w:r>
    </w:p>
    <w:p>
      <w:pPr>
        <w:jc w:val="right"/>
      </w:pPr>
      <w:r>
        <w:t>ہنی بی کا یہ چھتا دیکھا ہوگا ہنی بی کیسے آتی رہتی ہے بیٹھتی رہتی ہے چلی جاتی</w:t>
      </w:r>
    </w:p>
    <w:p>
      <w:r>
        <w:rPr>
          <w:b/>
        </w:rPr>
        <w:t xml:space="preserve">[54:40] </w:t>
      </w:r>
      <w:r>
        <w:t>hai to main ne jab is ko woh manzar dekha ke bilkul jaise same honey bee shehad ki</w:t>
      </w:r>
    </w:p>
    <w:p>
      <w:pPr>
        <w:jc w:val="right"/>
      </w:pPr>
      <w:r>
        <w:t>ہے تو میں نے جب اس کو وہ منظر دیکھا کہ بالکل جیسے سیم ہنی بی شہد کی</w:t>
      </w:r>
    </w:p>
    <w:p>
      <w:r>
        <w:rPr>
          <w:b/>
        </w:rPr>
        <w:t xml:space="preserve">[54:46] </w:t>
      </w:r>
      <w:r>
        <w:t>makkhi kya hoti hai aati chali jati aadmi ko mauqa nahi rehta ke koi jagah khali ho waise</w:t>
      </w:r>
    </w:p>
    <w:p>
      <w:pPr>
        <w:jc w:val="right"/>
      </w:pPr>
      <w:r>
        <w:t>مکھی کیا ہوتی ہے آتی چلی جاتی آدمی کو موقع نہیں رہتا کہ کوئی جگہ خالی ہو ویسے</w:t>
      </w:r>
    </w:p>
    <w:p>
      <w:r>
        <w:rPr>
          <w:b/>
        </w:rPr>
        <w:t xml:space="preserve">[54:53] </w:t>
      </w:r>
      <w:r>
        <w:t>log aate thay wahan par quran lete aur chale jatay thay aur hamare sathiyon ke liye woh mauqa</w:t>
      </w:r>
    </w:p>
    <w:p>
      <w:pPr>
        <w:jc w:val="right"/>
      </w:pPr>
      <w:r>
        <w:t>لوگ آتے تھے وہاں پر قرآن لیتے اور چلے جاتے تھے اور ہمارے ساتھیوں کے لیے وہ موقع</w:t>
      </w:r>
    </w:p>
    <w:p>
      <w:r>
        <w:rPr>
          <w:b/>
        </w:rPr>
        <w:t xml:space="preserve">[54:59] </w:t>
      </w:r>
      <w:r>
        <w:t>nahi tha ke sab ko barh barh karte khud se le kar sab utha kar ja rahe the</w:t>
      </w:r>
    </w:p>
    <w:p>
      <w:pPr>
        <w:jc w:val="right"/>
      </w:pPr>
      <w:r>
        <w:t>نہیں تھا کہ سب کو بڑھ بڑھ کرتے خود سے لے کر سب اٹھا کر جا رہے تھے</w:t>
      </w:r>
    </w:p>
    <w:p>
      <w:r>
        <w:rPr>
          <w:b/>
        </w:rPr>
        <w:t xml:space="preserve">[55:06] </w:t>
      </w:r>
      <w:r>
        <w:t>khud se le kar ja rahe the yeh kal ka tajurba hai aur phir last mein kya hua</w:t>
      </w:r>
    </w:p>
    <w:p>
      <w:pPr>
        <w:jc w:val="right"/>
      </w:pPr>
      <w:r>
        <w:t>خود سے لے کر جا رہے تھے یہ کل کا تجربہ ہے اور پھر لاسٹ میں کیا ہوا</w:t>
      </w:r>
    </w:p>
    <w:p>
      <w:r>
        <w:rPr>
          <w:b/>
        </w:rPr>
        <w:t xml:space="preserve">[55:12] </w:t>
      </w:r>
      <w:r>
        <w:t>is mein ke woh un logon ne do table diye the aur us par kapra rakh diya tha</w:t>
      </w:r>
    </w:p>
    <w:p>
      <w:pPr>
        <w:jc w:val="right"/>
      </w:pPr>
      <w:r>
        <w:t>اس میں کہ وہ ان لوگوں نے دو ٹیبل دیے تھے اور اس پر کپڑا رکھ دیا تھا</w:t>
      </w:r>
    </w:p>
    <w:p>
      <w:r>
        <w:rPr>
          <w:b/>
        </w:rPr>
        <w:t xml:space="preserve">[55:19] </w:t>
      </w:r>
      <w:r>
        <w:t>doosre logon ke liye shayad mere khayal se kapre nahi the lekin quran ke liye unhon ne kapra</w:t>
      </w:r>
    </w:p>
    <w:p>
      <w:pPr>
        <w:jc w:val="right"/>
      </w:pPr>
      <w:r>
        <w:t>دوسرے لوگوں کے لیے شاید میرے خیال سے کپڑے نہیں تھے لیکن قرآن کے لیے انہوں نے کپڑا</w:t>
      </w:r>
    </w:p>
    <w:p>
      <w:r>
        <w:rPr>
          <w:b/>
        </w:rPr>
        <w:t xml:space="preserve">[55:25] </w:t>
      </w:r>
      <w:r>
        <w:t>diya tha rakhne ke liye to last mein jab hamare paas kuch bhi nahi tha is ke bawajood</w:t>
      </w:r>
    </w:p>
    <w:p>
      <w:pPr>
        <w:jc w:val="right"/>
      </w:pPr>
      <w:r>
        <w:t>دیا تھا رکھنے کے لیے تو لاسٹ میں جب ہمارے پاس کچھ بھی نہیں تھا اس کے باوجود</w:t>
      </w:r>
    </w:p>
    <w:p>
      <w:r>
        <w:rPr>
          <w:b/>
        </w:rPr>
        <w:t xml:space="preserve">[55:32] </w:t>
      </w:r>
      <w:r>
        <w:t>woh aa kar ek aadmi pooch raha hai kya main is ko utha loon agar aap ijazat dein</w:t>
      </w:r>
    </w:p>
    <w:p>
      <w:pPr>
        <w:jc w:val="right"/>
      </w:pPr>
      <w:r>
        <w:t>وہ آ کر ایک آدمی پوچھ رہا ہے کیا میں اس کو اٹھا لوں اگر آپ اجازت دیں</w:t>
      </w:r>
    </w:p>
    <w:p>
      <w:r>
        <w:rPr>
          <w:b/>
        </w:rPr>
        <w:t xml:space="preserve">[55:38] </w:t>
      </w:r>
      <w:r>
        <w:t>to utha loon to mujhe samajh mein aaya ke is zamane mein to ijazat dene ka kya ki</w:t>
      </w:r>
    </w:p>
    <w:p>
      <w:pPr>
        <w:jc w:val="right"/>
      </w:pPr>
      <w:r>
        <w:t>تو اٹھا لوں تو مجھے سمجھ میں آیا کہ اس زمانے میں تو اجازت دینے کا کیا کی</w:t>
      </w:r>
    </w:p>
    <w:p>
      <w:r>
        <w:rPr>
          <w:b/>
        </w:rPr>
        <w:t xml:space="preserve">[55:45] </w:t>
      </w:r>
      <w:r>
        <w:t>kya baat hai kisi city mein agar ho to saare shehar wale mukhalif ho jate the tum aisa</w:t>
      </w:r>
    </w:p>
    <w:p>
      <w:pPr>
        <w:jc w:val="right"/>
      </w:pPr>
      <w:r>
        <w:t>کیا بات ہے کسی سٹی میں اگر ہو تو سارے شہر والے مخالف ہو جاتے تھے تم ایسا</w:t>
      </w:r>
    </w:p>
    <w:p>
      <w:r>
        <w:rPr>
          <w:b/>
        </w:rPr>
        <w:t xml:space="preserve">[55:51] </w:t>
      </w:r>
      <w:r>
        <w:t>kyun kar rahe ho aur hum yahan par aa kar quran taqseem kar rahe hain dawat ka kaam</w:t>
      </w:r>
    </w:p>
    <w:p>
      <w:pPr>
        <w:jc w:val="right"/>
      </w:pPr>
      <w:r>
        <w:t>کیوں کر رہے ہو اور ہم یہاں پر آ کر قرآن تقسیم کر رہے ہیں دعوت کا کام</w:t>
      </w:r>
    </w:p>
    <w:p>
      <w:r>
        <w:rPr>
          <w:b/>
        </w:rPr>
        <w:t xml:space="preserve">[55:58] </w:t>
      </w:r>
      <w:r>
        <w:t>kar rahe hain isi ka table le kar isi ke kapre le kar balkeh woh khud bichha kar</w:t>
      </w:r>
    </w:p>
    <w:p>
      <w:pPr>
        <w:jc w:val="right"/>
      </w:pPr>
      <w:r>
        <w:t>کر رہے ہیں اسی کا ٹیبل لے کر اسی کے کپڑے لے کر بلکہ وہ خود بچھا کر</w:t>
      </w:r>
    </w:p>
    <w:p>
      <w:r>
        <w:rPr>
          <w:b/>
        </w:rPr>
        <w:t xml:space="preserve">[56:04] </w:t>
      </w:r>
      <w:r>
        <w:t>diye the unhon ne is ke bawajood kya hai ke woh aa kar last mein sab sara kaam</w:t>
      </w:r>
    </w:p>
    <w:p>
      <w:pPr>
        <w:jc w:val="right"/>
      </w:pPr>
      <w:r>
        <w:t>دیے تھے انہوں نے اس کے باوجود کیا ہے کہ وہ آ کر لاسٹ میں سب سارا کام</w:t>
      </w:r>
    </w:p>
    <w:p>
      <w:r>
        <w:rPr>
          <w:b/>
        </w:rPr>
        <w:t xml:space="preserve">[56:11] </w:t>
      </w:r>
      <w:r>
        <w:t>ho chuka hai is ke bawajood kya hai woh hum se ijazat mang raha hai ke kya main</w:t>
      </w:r>
    </w:p>
    <w:p>
      <w:pPr>
        <w:jc w:val="right"/>
      </w:pPr>
      <w:r>
        <w:t>ہو چکا ہے اس کے باوجود کیا ہے وہ ہم سے اجازت مانگ رہا ہے کہ کیا میں</w:t>
      </w:r>
    </w:p>
    <w:p>
      <w:r>
        <w:rPr>
          <w:b/>
        </w:rPr>
        <w:t xml:space="preserve">[56:17] </w:t>
      </w:r>
      <w:r>
        <w:t>is ko utha loon to yeh haqeeqat mein Allah taala ki taraf se.</w:t>
      </w:r>
    </w:p>
    <w:p>
      <w:pPr>
        <w:jc w:val="right"/>
      </w:pPr>
      <w:r>
        <w:t>اس کو اٹھا لوں تو یہ حقیقت میں اللہ تعالیٰ کی طرف سے.</w:t>
      </w:r>
    </w:p>
    <w:p>
      <w:r>
        <w:rPr>
          <w:b/>
        </w:rPr>
        <w:t xml:space="preserve">[56:24] </w:t>
      </w:r>
      <w:r>
        <w:t>yeh sare raaste khole gaye hain aur yeh nishani hai ke ab agar aap log dawat ka kaam nahi karoge to aap ke liye koi excuse nahi Allah ke samne uzar nahi Allah ke samne to bas hum logo ko is kaam mein lag jana chahiye aur jitna zyada ho sake logo ko bata dena chahiye Allah taala hum tamam logo ko zyada se zyada logo tak Allah ke paigham ko pahunchane ki tofeeq de</w:t>
      </w:r>
    </w:p>
    <w:p>
      <w:pPr>
        <w:jc w:val="right"/>
      </w:pPr>
      <w:r>
        <w:t>یہ سارے راستے کھولے گئے ہیں اور یہ نشانی ہے کہ اب اگر آپ لوگ دعوت کا کام نہیں کرو گے تو آپ کے لیے کوئی ایکسکیوز نہیں اللہ کے سامنے عذر نہیں اللہ کے سامنے تو بس ہم لوگوں کو اس کام میں لگ جانا چاہیے اور جتنا زیادہ ہو سکے لوگوں کو بتا دینا چاہیے اللہ تعالیٰ ہم تمام لوگوں کو زیادہ سے زیادہ لوگوں تک اللہ کے پیغام کو پہنچانے کی توفیق دے.</w:t>
      </w:r>
    </w:p>
    <w:p>
      <w:r>
        <w:rPr>
          <w:b/>
        </w:rPr>
        <w:t xml:space="preserve">[56:50] </w:t>
      </w:r>
      <w:r>
        <w:t>so now i would request maulana yaqoob umri sahib to come and share his experience of world book fair a maulana yaqoob umri</w:t>
      </w:r>
    </w:p>
    <w:p>
      <w:pPr>
        <w:jc w:val="right"/>
      </w:pPr>
      <w:r>
        <w:t>سو ناؤ آئی وڈ ریکویسٹ مولانا یعقوب عمری صاحب ٹو کم اینڈ شیئر ہز ایکسپیرینس آف ورلڈ بک فیئر آ مولانا یعقوب عمری.</w:t>
      </w:r>
    </w:p>
    <w:p>
      <w:r>
        <w:rPr>
          <w:b/>
        </w:rPr>
        <w:t xml:space="preserve">[57:00] </w:t>
      </w:r>
      <w:r>
        <w:t>Assalamualaikum yeh world book fair mein mujhe shuru se aakhir tak rehne ka alhamdulillah mauqa mila to</w:t>
      </w:r>
    </w:p>
    <w:p>
      <w:pPr>
        <w:jc w:val="right"/>
      </w:pPr>
      <w:r>
        <w:t>السلام علیکم یہ ورلڈ بک فیئر میں مجھے شروع سے آخر تک رہنے کا الحمدللہ موقع ملا تو</w:t>
      </w:r>
    </w:p>
    <w:p>
      <w:r>
        <w:rPr>
          <w:b/>
        </w:rPr>
        <w:t xml:space="preserve">[57:07] </w:t>
      </w:r>
      <w:r>
        <w:t>is mein mukhtalif qism ke waqiat dekhne ko mile jis mein se aap ne bohat saare waqiat aap</w:t>
      </w:r>
    </w:p>
    <w:p>
      <w:pPr>
        <w:jc w:val="right"/>
      </w:pPr>
      <w:r>
        <w:t>اس میں مختلف قسم کے واقعات دیکھنے کو ملے جس میں سے آپ نے بہت سارے واقعات آپ</w:t>
      </w:r>
    </w:p>
    <w:p>
      <w:r>
        <w:rPr>
          <w:b/>
        </w:rPr>
        <w:t xml:space="preserve">[57:15] </w:t>
      </w:r>
      <w:r>
        <w:t>ne sune hain ke Khuda ki madad is daawti kaam mein kis kis tarah se hum ne mehsoos</w:t>
      </w:r>
    </w:p>
    <w:p>
      <w:pPr>
        <w:jc w:val="right"/>
      </w:pPr>
      <w:r>
        <w:t>نے سنے ہیں کہ خدا کی مدد اس دعوتی کام میں کس کس طرح سے ہم نے محسوس</w:t>
      </w:r>
    </w:p>
    <w:p>
      <w:r>
        <w:rPr>
          <w:b/>
        </w:rPr>
        <w:t xml:space="preserve">[57:22] </w:t>
      </w:r>
      <w:r>
        <w:t>kiya aur is ka experience kiya to yeh baat bilkul waqea hai ke Allah Rabbul Alameen ne farmaya</w:t>
      </w:r>
    </w:p>
    <w:p>
      <w:pPr>
        <w:jc w:val="right"/>
      </w:pPr>
      <w:r>
        <w:t>کیا اور اس کا ایکسپیرینس کیا تو یہ بات بالکل واقعہ ہے کہ اللہ رب العالمین نے فرمایا</w:t>
      </w:r>
    </w:p>
    <w:p>
      <w:r>
        <w:rPr>
          <w:b/>
        </w:rPr>
        <w:t xml:space="preserve">[57:30] </w:t>
      </w:r>
      <w:r>
        <w:t>in tansurullah yansurkum ke yeh Khuda ki nusrat ka wada daawti kaam mein hai aur zaroor Khuda</w:t>
      </w:r>
    </w:p>
    <w:p>
      <w:pPr>
        <w:jc w:val="right"/>
      </w:pPr>
      <w:r>
        <w:t>ان تنصر اللہ ینصرکم کہ یہ خدا کی نصرت کا وعدہ دعوتی کام میں ہے اور ضرور خدا</w:t>
      </w:r>
    </w:p>
    <w:p>
      <w:r>
        <w:rPr>
          <w:b/>
        </w:rPr>
        <w:t xml:space="preserve">[57:38] </w:t>
      </w:r>
      <w:r>
        <w:t>ke kaam ke liye nikalne walon ke sath Khuda ki madad hoti hai is ka mujhe bohat acha</w:t>
      </w:r>
    </w:p>
    <w:p>
      <w:pPr>
        <w:jc w:val="right"/>
      </w:pPr>
      <w:r>
        <w:t>کے کام کے لیے نکلنے والوں کے ساتھ خدا کی مدد ہوتی ہے اس کا مجھے بہت اچھا</w:t>
      </w:r>
    </w:p>
    <w:p>
      <w:r>
        <w:rPr>
          <w:b/>
        </w:rPr>
        <w:t xml:space="preserve">[57:45] </w:t>
      </w:r>
      <w:r>
        <w:t>tajurba is is mein hua is ke ilawa ek aur baat jo main ne wahan par mehsoos kiya</w:t>
      </w:r>
    </w:p>
    <w:p>
      <w:pPr>
        <w:jc w:val="right"/>
      </w:pPr>
      <w:r>
        <w:t>تجربہ اس اس میں ہوا اس کے علاوہ ایک اور بات جو میں نے وہاں پر محسوس کیا</w:t>
      </w:r>
    </w:p>
    <w:p>
      <w:r>
        <w:rPr>
          <w:b/>
        </w:rPr>
        <w:t xml:space="preserve">[57:53] </w:t>
      </w:r>
      <w:r>
        <w:t>ke jo bhi CPS stall par aur hamare saathi daawti kaam mein masroof the quran aur</w:t>
      </w:r>
    </w:p>
    <w:p>
      <w:pPr>
        <w:jc w:val="right"/>
      </w:pPr>
      <w:r>
        <w:t>کہ جو بھی سی پی ایس سٹال پر اور ہمارے ساتھی دعوتی کام میں مصروف تھے قرآن اور</w:t>
      </w:r>
    </w:p>
    <w:p>
      <w:r>
        <w:rPr>
          <w:b/>
        </w:rPr>
        <w:t xml:space="preserve">[58:00] </w:t>
      </w:r>
      <w:r>
        <w:t>literature dene mein jo apna shauq aur jo un ke kaifiyat ka main ne jo mutala kiya is</w:t>
      </w:r>
    </w:p>
    <w:p>
      <w:pPr>
        <w:jc w:val="right"/>
      </w:pPr>
      <w:r>
        <w:t>لٹریچر دینے میں جو اپنا شوق اور جو ان کے کیفیات کا میں نے جو مطالعہ کیا اس</w:t>
      </w:r>
    </w:p>
    <w:p>
      <w:r>
        <w:rPr>
          <w:b/>
        </w:rPr>
        <w:t xml:space="preserve">[58:08] </w:t>
      </w:r>
      <w:r>
        <w:t>se mujhe yeh baat samajh mein aayi ke is tarah ka kaam hum shayad koshish karenge to</w:t>
      </w:r>
    </w:p>
    <w:p>
      <w:pPr>
        <w:jc w:val="right"/>
      </w:pPr>
      <w:r>
        <w:t>سے مجھے یہ بات سمجھ میں آئی کہ اس طرح کا کام ہم شاید کوشش کریں گے تو</w:t>
      </w:r>
    </w:p>
    <w:p>
      <w:r>
        <w:rPr>
          <w:b/>
        </w:rPr>
        <w:t xml:space="preserve">[58:16] </w:t>
      </w:r>
      <w:r>
        <w:t>bohat zyada to nahi kar paate magar woh lamhaat jab hum yeh daawa work karte hote hain to</w:t>
      </w:r>
    </w:p>
    <w:p>
      <w:pPr>
        <w:jc w:val="right"/>
      </w:pPr>
      <w:r>
        <w:t>بہت زیادہ تو نہیں کر پاتے مگر وہ لمحات جب ہم یہ دعویٰ ورک کرتے ہوتے ہیں تو</w:t>
      </w:r>
    </w:p>
    <w:p>
      <w:r>
        <w:rPr>
          <w:b/>
        </w:rPr>
        <w:t xml:space="preserve">[58:23] </w:t>
      </w:r>
      <w:r>
        <w:t>jo kaifiyat aur jo ehsasat ek daai aur ek daawti kaam karne wale ke andar hote hain woh</w:t>
      </w:r>
    </w:p>
    <w:p>
      <w:pPr>
        <w:jc w:val="right"/>
      </w:pPr>
      <w:r>
        <w:t>جو کیفیات اور جو احساسات ایک داعی اور ایک دعوتی کام کرنے والے کے اندر ہوتے ہیں وہ</w:t>
      </w:r>
    </w:p>
    <w:p>
      <w:r>
        <w:rPr>
          <w:b/>
        </w:rPr>
        <w:t xml:space="preserve">[58:31] </w:t>
      </w:r>
      <w:r>
        <w:t>khuda ki nazar mein bohat hi zyada valueable hote honge aur farishte jo us ko note</w:t>
      </w:r>
    </w:p>
    <w:p>
      <w:pPr>
        <w:jc w:val="right"/>
      </w:pPr>
      <w:r>
        <w:t>خدا کی نظر میں بہت ہی زیادہ ویلیو ایبل ہوتے ہوں گے اور فرشتے جو اس کو نوٹ</w:t>
      </w:r>
    </w:p>
    <w:p>
      <w:r>
        <w:rPr>
          <w:b/>
        </w:rPr>
        <w:t xml:space="preserve">[58:38] </w:t>
      </w:r>
      <w:r>
        <w:t>karte honge yaqeenan is in kaifiyat ko woh khuda tak pohnchanay ke liye be taab hote hon</w:t>
      </w:r>
    </w:p>
    <w:p>
      <w:pPr>
        <w:jc w:val="right"/>
      </w:pPr>
      <w:r>
        <w:t>کرتے ہوں گے یقینا اس ان کیفیات کو وہ خدا تک پہنچانے کے لیے بے تاب ہوتے ہوں</w:t>
      </w:r>
    </w:p>
    <w:p>
      <w:r>
        <w:rPr>
          <w:b/>
        </w:rPr>
        <w:t xml:space="preserve">[58:46] </w:t>
      </w:r>
      <w:r>
        <w:t>ge kyunke jis tareeqay se woh quran mein yeh ayat hai wallazina ya'toona ma ataw quloobuhum wajilah ke</w:t>
      </w:r>
    </w:p>
    <w:p>
      <w:pPr>
        <w:jc w:val="right"/>
      </w:pPr>
      <w:r>
        <w:t>گے کیونکہ جس طریقے سے وہ قرآن میں یہ آیت ہے والذین یعتون ما اتوا قلوبہم وجلہ کہ</w:t>
      </w:r>
    </w:p>
    <w:p>
      <w:r>
        <w:rPr>
          <w:b/>
        </w:rPr>
        <w:t xml:space="preserve">[58:54] </w:t>
      </w:r>
      <w:r>
        <w:t>allah ta'ala yeh nahi dekhta ke woh aadmi kharch mein kya de raha hai kitnay rupayay kya quantity</w:t>
      </w:r>
    </w:p>
    <w:p>
      <w:pPr>
        <w:jc w:val="right"/>
      </w:pPr>
      <w:r>
        <w:t>اللہ تعالیٰ یہ نہیں دیکھتا کہ وہ آدمی خرچ میں کیا دے رہا ہے کتنے روپیے کیا کوانٹٹی</w:t>
      </w:r>
    </w:p>
    <w:p>
      <w:r>
        <w:rPr>
          <w:b/>
        </w:rPr>
        <w:t xml:space="preserve">[59:01] </w:t>
      </w:r>
      <w:r>
        <w:t>mein de raha hai allah ta'ala aur farishte yeh note karte hain ke dete hue is ke ehsasat</w:t>
      </w:r>
    </w:p>
    <w:p>
      <w:pPr>
        <w:jc w:val="right"/>
      </w:pPr>
      <w:r>
        <w:t>میں دے رہا ہے اللہ تعالیٰ اور فرشتے یہ نوٹ کرتے ہیں کہ دیتے ہوئے اس کے احساسات</w:t>
      </w:r>
    </w:p>
    <w:p>
      <w:r>
        <w:rPr>
          <w:b/>
        </w:rPr>
        <w:t xml:space="preserve">[59:09] </w:t>
      </w:r>
      <w:r>
        <w:t>kya hain to yaqeenan maine yeh mehsoos kiya ke yeh da'wa work aur is tarah ki gatherings</w:t>
      </w:r>
    </w:p>
    <w:p>
      <w:pPr>
        <w:jc w:val="right"/>
      </w:pPr>
      <w:r>
        <w:t>کیا ہیں تو یقینا میں نے یہ محسوس کیا کہ یہ دعویٰ ورک اور اس طرح کی گیدرنگز</w:t>
      </w:r>
    </w:p>
    <w:p>
      <w:r>
        <w:rPr>
          <w:b/>
        </w:rPr>
        <w:t xml:space="preserve">[59:16] </w:t>
      </w:r>
      <w:r>
        <w:t>ko da'wati kaam ke liye avail karna yeh aik aadmi ko yeh mauqa deta hai ke woh apne</w:t>
      </w:r>
    </w:p>
    <w:p>
      <w:pPr>
        <w:jc w:val="right"/>
      </w:pPr>
      <w:r>
        <w:t>کو دعوتی کام کے لیے اویل کرنا یہ ایک آدمی کو یہ موقع دیتا ہے کہ وہ اپنے</w:t>
      </w:r>
    </w:p>
    <w:p>
      <w:r>
        <w:rPr>
          <w:b/>
        </w:rPr>
        <w:t xml:space="preserve">[59:24] </w:t>
      </w:r>
      <w:r>
        <w:t>andar in ehsasat ko apne oonchi had tak pohncha sake aur phir farishte is ko note karein aur</w:t>
      </w:r>
    </w:p>
    <w:p>
      <w:pPr>
        <w:jc w:val="right"/>
      </w:pPr>
      <w:r>
        <w:t>اندر ان احساسات کو اپنے اونچی حد تک پہنچا سکے اور پھر فرشتے اس کو نوٹ کریں اور</w:t>
      </w:r>
    </w:p>
    <w:p>
      <w:r>
        <w:rPr>
          <w:b/>
        </w:rPr>
        <w:t xml:space="preserve">[59:32] </w:t>
      </w:r>
      <w:r>
        <w:t>allah ta'ala ke yahan woh is ka badla pa sake to meri khwahish is is ke baad barh</w:t>
      </w:r>
    </w:p>
    <w:p>
      <w:pPr>
        <w:jc w:val="right"/>
      </w:pPr>
      <w:r>
        <w:t>اللہ تعالیٰ کے یہاں وہ اس کا بدلہ پا سکے تو میری خواہش اس اس کے بعد بڑھ</w:t>
      </w:r>
    </w:p>
    <w:p>
      <w:r>
        <w:rPr>
          <w:b/>
        </w:rPr>
        <w:t xml:space="preserve">[59:39] </w:t>
      </w:r>
      <w:r>
        <w:t>gayi hai ke main is tarah ke awaaqay ko aur zyada avail karoon allah se dua hai ke</w:t>
      </w:r>
    </w:p>
    <w:p>
      <w:pPr>
        <w:jc w:val="right"/>
      </w:pPr>
      <w:r>
        <w:t>گئی ہے کہ میں اس طرح کے مواقع کو اور زیادہ اویل کروں اللہ سے دعا ہے کہ</w:t>
      </w:r>
    </w:p>
    <w:p>
      <w:r>
        <w:rPr>
          <w:b/>
        </w:rPr>
        <w:t xml:space="preserve">[59:47] </w:t>
      </w:r>
      <w:r>
        <w:t>allah mujhe is ki tofeeq de aameen.</w:t>
      </w:r>
    </w:p>
    <w:p>
      <w:pPr>
        <w:jc w:val="right"/>
      </w:pPr>
      <w:r>
        <w:t>اللہ مجھے اس کی توفیق دے آمین.</w:t>
      </w:r>
    </w:p>
    <w:p>
      <w:r>
        <w:rPr>
          <w:b/>
        </w:rPr>
        <w:t xml:space="preserve">[59:55] </w:t>
      </w:r>
      <w:r>
        <w:t>You know, I just want to add one thing. I was traveling sometime back and I happened</w:t>
      </w:r>
    </w:p>
    <w:p>
      <w:pPr>
        <w:jc w:val="right"/>
      </w:pPr>
      <w:r>
        <w:t>یو نو آئی جسٹ وانٹ ٹو ایڈ ون تھنگ آئی واز ٹریولنگ سم ٹائم بیک اینڈ آئی ہیپن</w:t>
      </w:r>
    </w:p>
    <w:p>
      <w:r>
        <w:rPr>
          <w:b/>
        </w:rPr>
        <w:t xml:space="preserve">[1:00:00] </w:t>
      </w:r>
      <w:r>
        <w:t>to meet a lady, uh, while conversing with her, I talked about Quran and she mentioned to</w:t>
      </w:r>
    </w:p>
    <w:p>
      <w:pPr>
        <w:jc w:val="right"/>
      </w:pPr>
      <w:r>
        <w:t>ٹو میٹ ا لیڈی اہ ہو وائل کنورسنگ ود ہر آئی ٹاکڈ اباؤٹ قرآن اینڈ شی مینشن ٹو</w:t>
      </w:r>
    </w:p>
    <w:p>
      <w:r>
        <w:rPr>
          <w:b/>
        </w:rPr>
        <w:t xml:space="preserve">[1:00:05] </w:t>
      </w:r>
      <w:r>
        <w:t>me that yes you know I got a copy when I visited Jaipur Literature Festival and she</w:t>
      </w:r>
    </w:p>
    <w:p>
      <w:pPr>
        <w:jc w:val="right"/>
      </w:pPr>
      <w:r>
        <w:t>می دیٹ یس یو نو آئی گاٹ ا کاپی وین آئی وزٹڈ جے پور لٹریچر فیسٹیول اینڈ شی</w:t>
      </w:r>
    </w:p>
    <w:p>
      <w:r>
        <w:rPr>
          <w:b/>
        </w:rPr>
        <w:t xml:space="preserve">[1:00:11] </w:t>
      </w:r>
      <w:r>
        <w:t>doesn't stay in Jaipur. So actually speaking, when the distribution is happening in Jaipur, it's not</w:t>
      </w:r>
    </w:p>
    <w:p>
      <w:pPr>
        <w:jc w:val="right"/>
      </w:pPr>
      <w:r>
        <w:t>ڈزنٹ سٹے ان جے پور سو ایکچولی سپیکنگ وین دا ڈسٹریبیوشن از ہیپننگ ان جے پور اٹس ناٹ</w:t>
      </w:r>
    </w:p>
    <w:p>
      <w:r>
        <w:rPr>
          <w:b/>
        </w:rPr>
        <w:t xml:space="preserve">[1:00:16] </w:t>
      </w:r>
      <w:r>
        <w:t>just happening in Jaipur, it's happening all over the country. So that's the best part about ah</w:t>
      </w:r>
    </w:p>
    <w:p>
      <w:pPr>
        <w:jc w:val="right"/>
      </w:pPr>
      <w:r>
        <w:t>جسٹ ہیپننگ ان جے پور اٹس ہیپننگ ال اوور دا کنٹری سو دیٹس دی بیسٹ پارٹ اباؤٹ اہ</w:t>
      </w:r>
    </w:p>
    <w:p>
      <w:r>
        <w:rPr>
          <w:b/>
        </w:rPr>
        <w:t xml:space="preserve">[1:00:21] </w:t>
      </w:r>
      <w:r>
        <w:t>going to such places, interacting with people. So, uh, next I would request Mr. Faraz Khan who participated</w:t>
      </w:r>
    </w:p>
    <w:p>
      <w:pPr>
        <w:jc w:val="right"/>
      </w:pPr>
      <w:r>
        <w:t>گوئنگ ٹو سچ پلیسز انٹریکٹنگ ود پیپل سو اہ نیکسٹ آئی وڈ ریکویسٹ مسٹر فراز خان ہو پارٹیسپیٹڈ</w:t>
      </w:r>
    </w:p>
    <w:p>
      <w:r>
        <w:rPr>
          <w:b/>
        </w:rPr>
        <w:t xml:space="preserve">[1:00:27] </w:t>
      </w:r>
      <w:r>
        <w:t>in both the uh World Book Fair as well as the Jaipur Literature Festival. So Mr. Faraz</w:t>
      </w:r>
    </w:p>
    <w:p>
      <w:pPr>
        <w:jc w:val="right"/>
      </w:pPr>
      <w:r>
        <w:t>ان بوتھ دی اہ ورلڈ بک فیئر ایز ویل ایز دی جے پور لٹریچر فیسٹیول سو مسٹر فراز</w:t>
      </w:r>
    </w:p>
    <w:p>
      <w:r>
        <w:rPr>
          <w:b/>
        </w:rPr>
        <w:t xml:space="preserve">[1:00:32] </w:t>
      </w:r>
      <w:r>
        <w:t>Khan, if you could come and share your experience.</w:t>
      </w:r>
    </w:p>
    <w:p>
      <w:pPr>
        <w:jc w:val="right"/>
      </w:pPr>
      <w:r>
        <w:t>خان اف یو کڈ کم اینڈ شیئر یور ایکسپیرینس.</w:t>
      </w:r>
    </w:p>
    <w:p>
      <w:r>
        <w:rPr>
          <w:b/>
        </w:rPr>
        <w:t xml:space="preserve">[1:00:38] </w:t>
      </w:r>
      <w:r>
        <w:t>assalam o alaikum bismillah hir rahman nir rahim maine ah world book fair aur jaipur literature festival mein</w:t>
      </w:r>
    </w:p>
    <w:p>
      <w:pPr>
        <w:jc w:val="right"/>
      </w:pPr>
      <w:r>
        <w:t>السلام علیکم بسم اللہ الرحمن الرحیم میں نے اہ ورلڈ بک فیئر اور جے پور لٹریچر فیسٹیول میں</w:t>
      </w:r>
    </w:p>
    <w:p>
      <w:r>
        <w:rPr>
          <w:b/>
        </w:rPr>
        <w:t xml:space="preserve">[1:00:43] </w:t>
      </w:r>
      <w:r>
        <w:t>participate kiya aur da'wa activities mein to yeh mera first time experience thay in in jagahon pe janay</w:t>
      </w:r>
    </w:p>
    <w:p>
      <w:pPr>
        <w:jc w:val="right"/>
      </w:pPr>
      <w:r>
        <w:t>پارٹیسپیٹ کیا اور دعویٰ ایکٹیویٹیز میں تو یہ میرا فرسٹ ٹائم ایکسپیرینسز تھے ان ان جگہوں پہ جانے</w:t>
      </w:r>
    </w:p>
    <w:p>
      <w:r>
        <w:rPr>
          <w:b/>
        </w:rPr>
        <w:t xml:space="preserve">[1:00:49] </w:t>
      </w:r>
      <w:r>
        <w:t>ke aur quran distribution aur da'wa activities mein participate karna kyunke maine ah kuch mahine pehle hi</w:t>
      </w:r>
    </w:p>
    <w:p>
      <w:pPr>
        <w:jc w:val="right"/>
      </w:pPr>
      <w:r>
        <w:t>کے اور قرآن ڈسٹریبیوشن اور دعویٰ ایکٹیویٹیز میں پارٹیسپیٹ کرنا کیونکہ میں نے اہ کچھ مہینے پہلے ہی</w:t>
      </w:r>
    </w:p>
    <w:p>
      <w:r>
        <w:rPr>
          <w:b/>
        </w:rPr>
        <w:t xml:space="preserve">[1:00:55] </w:t>
      </w:r>
      <w:r>
        <w:t>cps activities mein participate karna shuru kiya tha to wahan pe maine jo cheez ah</w:t>
      </w:r>
    </w:p>
    <w:p>
      <w:pPr>
        <w:jc w:val="right"/>
      </w:pPr>
      <w:r>
        <w:t>سی پی ایس ایکٹیویٹیز میں پارٹیسپیٹ کرنا شروع کیا تھا تو وہاں پہ میں نے جو چیز اہ</w:t>
      </w:r>
    </w:p>
    <w:p>
      <w:r>
        <w:rPr>
          <w:b/>
        </w:rPr>
        <w:t xml:space="preserve">[1:01:01] </w:t>
      </w:r>
      <w:r>
        <w:t>experience kari us mein se aik sab se major cheez yeh thi ke india jis country mein hum</w:t>
      </w:r>
    </w:p>
    <w:p>
      <w:pPr>
        <w:jc w:val="right"/>
      </w:pPr>
      <w:r>
        <w:t>ایکسپیرینس کری اس میں سے ایک سب سے میجر چیز یہ تھی کہ انڈیا جس کنٹری میں ہم</w:t>
      </w:r>
    </w:p>
    <w:p>
      <w:r>
        <w:rPr>
          <w:b/>
        </w:rPr>
        <w:t xml:space="preserve">[1:01:07] </w:t>
      </w:r>
      <w:r>
        <w:t>reh rahe hain woh aik woh aik aisi country hai jahan pe majority ah in sari cheezon ke</w:t>
      </w:r>
    </w:p>
    <w:p>
      <w:pPr>
        <w:jc w:val="right"/>
      </w:pPr>
      <w:r>
        <w:t>رہ رہے ہیں وہ ایک وہ ایک ایسی کنٹری ہے جہاں پہ میجورٹی اہ ان ساری چیزوں کے</w:t>
      </w:r>
    </w:p>
    <w:p>
      <w:r>
        <w:rPr>
          <w:b/>
        </w:rPr>
        <w:t xml:space="preserve">[1:01:13] </w:t>
      </w:r>
      <w:r>
        <w:t>liye aage barh ke aati hai aur leti hai yahan pe jitna bhi hum ne distribution kiya utni</w:t>
      </w:r>
    </w:p>
    <w:p>
      <w:pPr>
        <w:jc w:val="right"/>
      </w:pPr>
      <w:r>
        <w:t>لیے آگے بڑھ کے آتی ہے اور لیتی ہے یہاں پہ جتنا بھی ہم نے ڈسٹریبیوشن کیا اتنی</w:t>
      </w:r>
    </w:p>
    <w:p>
      <w:r>
        <w:rPr>
          <w:b/>
        </w:rPr>
        <w:t xml:space="preserve">[1:01:19] </w:t>
      </w:r>
      <w:r>
        <w:t>khushi se log le rahe thay utnay utnay respect aur regard ke sath quran ko le rahe thay</w:t>
      </w:r>
    </w:p>
    <w:p>
      <w:pPr>
        <w:jc w:val="right"/>
      </w:pPr>
      <w:r>
        <w:t>خوشی سے لوگ لے رہے تھے اتنے اتنے ریسپیکٹ اور ریگارڈ کے ساتھ قرآن کو لے رہے تھے</w:t>
      </w:r>
    </w:p>
    <w:p>
      <w:r>
        <w:rPr>
          <w:b/>
        </w:rPr>
        <w:t xml:space="preserve">[1:01:25] </w:t>
      </w:r>
      <w:r>
        <w:t>ke bohat zyada in sab cheezon se positivity aati thi yahan tak ke jo cps international</w:t>
      </w:r>
    </w:p>
    <w:p>
      <w:pPr>
        <w:jc w:val="right"/>
      </w:pPr>
      <w:r>
        <w:t>کہ بہت زیادہ ان سب چیزوں سے پوزیٹیوٹی آتی تھی یہاں تک کہ جو سی پی ایس انٹرنیشنل</w:t>
      </w:r>
    </w:p>
    <w:p>
      <w:r>
        <w:rPr>
          <w:b/>
        </w:rPr>
        <w:t xml:space="preserve">[1:01:30] </w:t>
      </w:r>
      <w:r>
        <w:t>ke jo ah da'i thay jinhon ne participate kiya un ke andar bhi aik ajeeb spirit thi danish</w:t>
      </w:r>
    </w:p>
    <w:p>
      <w:pPr>
        <w:jc w:val="right"/>
      </w:pPr>
      <w:r>
        <w:t>کے جو اہ داعی تھے جنہوں نے پارٹیسپیٹ کیا ان کے اندر بھی ایک عجیب سپرٹ تھی دانش</w:t>
      </w:r>
    </w:p>
    <w:p>
      <w:r>
        <w:rPr>
          <w:b/>
        </w:rPr>
        <w:t xml:space="preserve">[1:01:36] </w:t>
      </w:r>
      <w:r>
        <w:t>fazal sahib masha allah se lucknow se aaye ah delhi ke delhi world book fair mein participate karne ke</w:t>
      </w:r>
    </w:p>
    <w:p>
      <w:pPr>
        <w:jc w:val="right"/>
      </w:pPr>
      <w:r>
        <w:t>فضل صاحب ماشاءاللہ سے لکھنؤ سے آئے اہ دلی کے دہلی ورلڈ بک فیئر میں پارٹیسپیٹ کرنے کے</w:t>
      </w:r>
    </w:p>
    <w:p>
      <w:r>
        <w:rPr>
          <w:b/>
        </w:rPr>
        <w:t xml:space="preserve">[1:01:42] </w:t>
      </w:r>
      <w:r>
        <w:t>liye woh poore hafte rahe poora saat aath din hamara yeh chala poore hafte woh subah se sham</w:t>
      </w:r>
    </w:p>
    <w:p>
      <w:pPr>
        <w:jc w:val="right"/>
      </w:pPr>
      <w:r>
        <w:t>لیے وہ پورے ہفتے رہے پورا سات آٹھ دن ہمارا یہ چلا پورے ہفتے وہ صبح سے شام</w:t>
      </w:r>
    </w:p>
    <w:p>
      <w:r>
        <w:rPr>
          <w:b/>
        </w:rPr>
        <w:t xml:space="preserve">[1:01:48] </w:t>
      </w:r>
      <w:r>
        <w:t>tak yahan rehte thay ah hasnain sahib saleem sahib waseem sahib unhon ne bohat hi zabardast kaam kiya</w:t>
      </w:r>
    </w:p>
    <w:p>
      <w:pPr>
        <w:jc w:val="right"/>
      </w:pPr>
      <w:r>
        <w:t>تک یہاں رہتے تھے اہ حسنین صاحب سلیم صاحب وسیم صاحب انہوں نے بہت ہی زبردست کام کیا</w:t>
      </w:r>
    </w:p>
    <w:p>
      <w:r>
        <w:rPr>
          <w:b/>
        </w:rPr>
        <w:t xml:space="preserve">[1:01:54] </w:t>
      </w:r>
      <w:r>
        <w:t>bohat zabardast kaam kiya masha allah se ubaid yaseen sahib aik architect ah engineering ke student hain woh apne</w:t>
      </w:r>
    </w:p>
    <w:p>
      <w:pPr>
        <w:jc w:val="right"/>
      </w:pPr>
      <w:r>
        <w:t>بہت زبردست کام کیا ماشاءاللہ سے عبید یاسین صاحب ایک آرکیٹیکٹ اہ انجینئرنگ کے اسٹوڈنٹ ہیں وہ اپنے</w:t>
      </w:r>
    </w:p>
    <w:p>
      <w:r>
        <w:rPr>
          <w:b/>
        </w:rPr>
        <w:t xml:space="preserve">[1:02:00] </w:t>
      </w:r>
      <w:r>
        <w:t>dost ke sath aaye the to wahan pe stock keri karna mushkil par raha tha unhon ne apne</w:t>
      </w:r>
    </w:p>
    <w:p>
      <w:pPr>
        <w:jc w:val="right"/>
      </w:pPr>
      <w:r>
        <w:t>دوست کے ساتھ آئے تھے تو وہاں پہ سٹاک کیری کرنا مشکل پڑ رہا تھا انہوں نے اپنے</w:t>
      </w:r>
    </w:p>
    <w:p>
      <w:r>
        <w:rPr>
          <w:b/>
        </w:rPr>
        <w:t xml:space="preserve">[1:02:06] </w:t>
      </w:r>
      <w:r>
        <w:t>kandhon pe rakh rakh ke stock ke jo cartons hote hain us ko le ke pure world book</w:t>
      </w:r>
    </w:p>
    <w:p>
      <w:pPr>
        <w:jc w:val="right"/>
      </w:pPr>
      <w:r>
        <w:t>کندھوں پہ رکھ رکھ کے سٹاک کے جو کارٹنز ہوتے ہیں اس کو لے کے پورے ورلڈ بک</w:t>
      </w:r>
    </w:p>
    <w:p>
      <w:r>
        <w:rPr>
          <w:b/>
        </w:rPr>
        <w:t xml:space="preserve">[1:02:12] </w:t>
      </w:r>
      <w:r>
        <w:t>fair mein idhar udhar ja ke unhon ne is ka distribution kiya is mein mere sath ah kafi</w:t>
      </w:r>
    </w:p>
    <w:p>
      <w:pPr>
        <w:jc w:val="right"/>
      </w:pPr>
      <w:r>
        <w:t>فیئر میں ادھر ادھر جا کے انہوں نے اس کا ڈسٹریبیوشن کیا اس میں میرے ساتھ اہ کافی</w:t>
      </w:r>
    </w:p>
    <w:p>
      <w:r>
        <w:rPr>
          <w:b/>
        </w:rPr>
        <w:t xml:space="preserve">[1:02:17] </w:t>
      </w:r>
      <w:r>
        <w:t>ache personal experiences bhi hue jo main share karna chahunga delhi world book fair ka waqia hai</w:t>
      </w:r>
    </w:p>
    <w:p>
      <w:pPr>
        <w:jc w:val="right"/>
      </w:pPr>
      <w:r>
        <w:t>اچھے پرسنل ایکسپیرینسز بھی ہوئے جو میں شیئر کرنا چاہوں گا دہلی ورلڈ بک فیئر کا واقعہ ہے</w:t>
      </w:r>
    </w:p>
    <w:p>
      <w:r>
        <w:rPr>
          <w:b/>
        </w:rPr>
        <w:t xml:space="preserve">[1:02:23] </w:t>
      </w:r>
      <w:r>
        <w:t>mein mein last day tha mujhe pahunchna tha aur main thoda late ho raha tha wahan pahunchne ke</w:t>
      </w:r>
    </w:p>
    <w:p>
      <w:pPr>
        <w:jc w:val="right"/>
      </w:pPr>
      <w:r>
        <w:t>میں میں لاسٹ ڈے تھا مجھے پہنچنا تھا اور میں تھوڑا لیٹ ہو رہا تھا وہاں پہنچنے کے</w:t>
      </w:r>
    </w:p>
    <w:p>
      <w:r>
        <w:rPr>
          <w:b/>
        </w:rPr>
        <w:t xml:space="preserve">[1:02:29] </w:t>
      </w:r>
      <w:r>
        <w:t>liye to main auto mein tha main ne auto mein se ja raha tha to main ne dekha</w:t>
      </w:r>
    </w:p>
    <w:p>
      <w:pPr>
        <w:jc w:val="right"/>
      </w:pPr>
      <w:r>
        <w:t>لیے تو میں اٹو میں تھا میں نے اٹو میں سے جا رہا تھا تو میں نے دیکھا</w:t>
      </w:r>
    </w:p>
    <w:p>
      <w:r>
        <w:rPr>
          <w:b/>
        </w:rPr>
        <w:t xml:space="preserve">[1:02:35] </w:t>
      </w:r>
      <w:r>
        <w:t>ke gate number eight hai aur gate number eight ke back side mein hi hamara hall number 18</w:t>
      </w:r>
    </w:p>
    <w:p>
      <w:pPr>
        <w:jc w:val="right"/>
      </w:pPr>
      <w:r>
        <w:t>کہ گیٹ نمبر ایٹ ہے اور گیٹ نمبر ایٹ کے بیک سائیڈ میں ہی ہمارا ہال نمبر 18</w:t>
      </w:r>
    </w:p>
    <w:p>
      <w:r>
        <w:rPr>
          <w:b/>
        </w:rPr>
        <w:t xml:space="preserve">[1:02:41] </w:t>
      </w:r>
      <w:r>
        <w:t>tha to main ne auto se kaha ke mujhe yeh aap yehin drop kar dein kyun ke mujhe hall</w:t>
      </w:r>
    </w:p>
    <w:p>
      <w:pPr>
        <w:jc w:val="right"/>
      </w:pPr>
      <w:r>
        <w:t>تھا تو میں نے اٹو سے کہا کہ مجھے یہ آپ یہیں ڈراپ کر دیں کیونکہ مجھے ہال</w:t>
      </w:r>
    </w:p>
    <w:p>
      <w:r>
        <w:rPr>
          <w:b/>
        </w:rPr>
        <w:t xml:space="preserve">[1:02:47] </w:t>
      </w:r>
      <w:r>
        <w:t>number 18 mein hi jana hai main jab wahan pahuncha to wahan pe ah jo pass ke liye</w:t>
      </w:r>
    </w:p>
    <w:p>
      <w:pPr>
        <w:jc w:val="right"/>
      </w:pPr>
      <w:r>
        <w:t>نمبر 18 میں ہی جانا ہے میں جب وہاں پہنچا تو وہاں پہ اہ جو پاس کے لیے</w:t>
      </w:r>
    </w:p>
    <w:p>
      <w:r>
        <w:rPr>
          <w:b/>
        </w:rPr>
        <w:t xml:space="preserve">[1:02:53] </w:t>
      </w:r>
      <w:r>
        <w:t>mujhe ah pass chahiye the is ke liye main ne jab ah wahan ki is pe gaya to</w:t>
      </w:r>
    </w:p>
    <w:p>
      <w:pPr>
        <w:jc w:val="right"/>
      </w:pPr>
      <w:r>
        <w:t>مجھے اہ پاس چاہیے تھے اس کے لیے میں نے جب اہ وہاں کی اس پہ گیا تو</w:t>
      </w:r>
    </w:p>
    <w:p>
      <w:r>
        <w:rPr>
          <w:b/>
        </w:rPr>
        <w:t xml:space="preserve">[1:02:59] </w:t>
      </w:r>
      <w:r>
        <w:t>pata laga ke jo pass mil rahe hain wo gate number eight se nahi mil rahe hain wo</w:t>
      </w:r>
    </w:p>
    <w:p>
      <w:pPr>
        <w:jc w:val="right"/>
      </w:pPr>
      <w:r>
        <w:t>پتہ لگا کہ جو پاس مل رہے ہیں وہ گیٹ نمبر ایٹ سے نہیں مل رہے ہیں وہ</w:t>
      </w:r>
    </w:p>
    <w:p>
      <w:r>
        <w:rPr>
          <w:b/>
        </w:rPr>
        <w:t xml:space="preserve">[1:03:04] </w:t>
      </w:r>
      <w:r>
        <w:t>gate number seven mein mil rahe hain aur mujhe gate number seven pe hi pehle jana tha to</w:t>
      </w:r>
    </w:p>
    <w:p>
      <w:pPr>
        <w:jc w:val="right"/>
      </w:pPr>
      <w:r>
        <w:t>گیٹ نمبر سیون میں مل رہے ہیں اور مجھے گیٹ نمبر سیون پہ ہی پہلے جانا تھا تو</w:t>
      </w:r>
    </w:p>
    <w:p>
      <w:r>
        <w:rPr>
          <w:b/>
        </w:rPr>
        <w:t xml:space="preserve">[1:03:10] </w:t>
      </w:r>
      <w:r>
        <w:t>mujhe laga main aur bhi zyada late ho gaya hoon aur phir phir main is is ki taraf</w:t>
      </w:r>
    </w:p>
    <w:p>
      <w:pPr>
        <w:jc w:val="right"/>
      </w:pPr>
      <w:r>
        <w:t>مجھے لگا میں اور بھی زیادہ لیٹ ہو گیا ہوں اور پھر پھر میں اس اس کی طرف</w:t>
      </w:r>
    </w:p>
    <w:p>
      <w:r>
        <w:rPr>
          <w:b/>
        </w:rPr>
        <w:t xml:space="preserve">[1:03:16] </w:t>
      </w:r>
      <w:r>
        <w:t>ah jane laga aur walking distance bhi kafi aage tha to mere dimagh mein yahi tha ke main</w:t>
      </w:r>
    </w:p>
    <w:p>
      <w:pPr>
        <w:jc w:val="right"/>
      </w:pPr>
      <w:r>
        <w:t>اہ جانے لگا اور واکنگ ڈسٹنس بھی کافی آگے تھا تو میرے دماغ میں یہی تھا کہ میں</w:t>
      </w:r>
    </w:p>
    <w:p>
      <w:r>
        <w:rPr>
          <w:b/>
        </w:rPr>
        <w:t xml:space="preserve">[1:03:22] </w:t>
      </w:r>
      <w:r>
        <w:t>already late ho raha tha aur ab aur main is cheez mein delay ho jayega mujhe lekin</w:t>
      </w:r>
    </w:p>
    <w:p>
      <w:pPr>
        <w:jc w:val="right"/>
      </w:pPr>
      <w:r>
        <w:t>الریڈی لیٹ ہو رہا تھا اور اب اور میں اس چیز میں ڈیلے ہو جائے گا مجھے لیکن</w:t>
      </w:r>
    </w:p>
    <w:p>
      <w:r>
        <w:rPr>
          <w:b/>
        </w:rPr>
        <w:t xml:space="preserve">[1:03:28] </w:t>
      </w:r>
      <w:r>
        <w:t>wahan mashallah se ek aisa Allah ke fazal se ek cheez hui mere sath ke wahan pe ek</w:t>
      </w:r>
    </w:p>
    <w:p>
      <w:pPr>
        <w:jc w:val="right"/>
      </w:pPr>
      <w:r>
        <w:t>وہاں ماشاءاللہ سے ایک ایسا اللہ کے فضل سے ایک چیز ہوئی میرے ساتھ کہ وہاں پہ ایک</w:t>
      </w:r>
    </w:p>
    <w:p>
      <w:r>
        <w:rPr>
          <w:b/>
        </w:rPr>
        <w:t xml:space="preserve">[1:03:34] </w:t>
      </w:r>
      <w:r>
        <w:t>ladka aaya us ne mujh se kaha ke bhai aap ko andar jana hai main ne kaha ji</w:t>
      </w:r>
    </w:p>
    <w:p>
      <w:pPr>
        <w:jc w:val="right"/>
      </w:pPr>
      <w:r>
        <w:t>لڑکا آیا اس نے مجھ سے کہا کہ بھائی آپ کو اندر جانا ہے میں نے کہا جی</w:t>
      </w:r>
    </w:p>
    <w:p>
      <w:r>
        <w:rPr>
          <w:b/>
        </w:rPr>
        <w:t xml:space="preserve">[1:03:40] </w:t>
      </w:r>
      <w:r>
        <w:t>to bole mere pass ek ah multiple entry pass hai aap is ko le lijiye aur aap andar</w:t>
      </w:r>
    </w:p>
    <w:p>
      <w:pPr>
        <w:jc w:val="right"/>
      </w:pPr>
      <w:r>
        <w:t>تو بولے میرے پاس ایک اہ ملٹیپل انٹری پاس ہے آپ اس کو لے لیجئے اور آپ اندر</w:t>
      </w:r>
    </w:p>
    <w:p>
      <w:r>
        <w:rPr>
          <w:b/>
        </w:rPr>
        <w:t xml:space="preserve">[1:03:46] </w:t>
      </w:r>
      <w:r>
        <w:t>chale jaiye to yeh woh ek multiple entry pass tha jo ke us ne mujhe diya apna ap</w:t>
      </w:r>
    </w:p>
    <w:p>
      <w:pPr>
        <w:jc w:val="right"/>
      </w:pPr>
      <w:r>
        <w:t>چلے جائیے تو یہ وہ ایک ملٹیپل انٹری پاس تھا جو کہ اس نے مجھے دیا اپنا اپ</w:t>
      </w:r>
    </w:p>
    <w:p>
      <w:r>
        <w:rPr>
          <w:b/>
        </w:rPr>
        <w:t xml:space="preserve">[1:03:51] </w:t>
      </w:r>
      <w:r>
        <w:t>ji apna ap diya apne aap diya aur yeh pass yeh pass ke liye ah log ladte hain</w:t>
      </w:r>
    </w:p>
    <w:p>
      <w:pPr>
        <w:jc w:val="right"/>
      </w:pPr>
      <w:r>
        <w:t>جی اپنا اپ دیا اپنے آپ دیا اور یہ پاس یہ پاس کے لیے اہ لوگ لڑتے ہیں</w:t>
      </w:r>
    </w:p>
    <w:p>
      <w:r>
        <w:rPr>
          <w:b/>
        </w:rPr>
        <w:t xml:space="preserve">[1:03:57] </w:t>
      </w:r>
      <w:r>
        <w:t>yeh single entry pass bhi nahi tha yeh multiple entry pass tha phir ek dam se mere dhyan</w:t>
      </w:r>
    </w:p>
    <w:p>
      <w:pPr>
        <w:jc w:val="right"/>
      </w:pPr>
      <w:r>
        <w:t>یہ سنگل انٹری پاس بھی نہیں تھا یہ ملٹیپل انٹری پاس تھا پھر ایک دم سے میرے دھیان</w:t>
      </w:r>
    </w:p>
    <w:p>
      <w:r>
        <w:rPr>
          <w:b/>
        </w:rPr>
        <w:t xml:space="preserve">[1:04:03] </w:t>
      </w:r>
      <w:r>
        <w:t>mein bhi nahi aaya aur us ne mujh se kuch paise bhi nahi mange kuch bhi nahi kaha</w:t>
      </w:r>
    </w:p>
    <w:p>
      <w:pPr>
        <w:jc w:val="right"/>
      </w:pPr>
      <w:r>
        <w:t>میں بھی نہیں آیا اور اس نے مجھ سے کچھ پیسے بھی نہیں مانگے کچھ بھی نہیں کہا</w:t>
      </w:r>
    </w:p>
    <w:p>
      <w:r>
        <w:rPr>
          <w:b/>
        </w:rPr>
        <w:t xml:space="preserve">[1:04:09] </w:t>
      </w:r>
      <w:r>
        <w:t>aur us ne mujh se yeh bhi kaha yeh bhi advice kiya ke jab aap andar jab aap</w:t>
      </w:r>
    </w:p>
    <w:p>
      <w:pPr>
        <w:jc w:val="right"/>
      </w:pPr>
      <w:r>
        <w:t>اور اس نے مجھ سے یہ بھی کہا یہ بھی ایڈوائس کیا کہ جب آپ اندر جب آپ</w:t>
      </w:r>
    </w:p>
    <w:p>
      <w:r>
        <w:rPr>
          <w:b/>
        </w:rPr>
        <w:t xml:space="preserve">[1:04:15] </w:t>
      </w:r>
      <w:r>
        <w:t>jayenge to aap sirf yeh pass dikha ke aise hi chale jaiyega kyun ke main already security</w:t>
      </w:r>
    </w:p>
    <w:p>
      <w:pPr>
        <w:jc w:val="right"/>
      </w:pPr>
      <w:r>
        <w:t>جائیں گے تو آپ صرف یہ پاس دکھا کے ایسے ہی چلے جائیے گا کیونکہ میں الریڈی سیکیورٹی</w:t>
      </w:r>
    </w:p>
    <w:p>
      <w:r>
        <w:rPr>
          <w:b/>
        </w:rPr>
        <w:t xml:space="preserve">[1:04:21] </w:t>
      </w:r>
      <w:r>
        <w:t>guard se pooch chuka tha ke yahan pe pass nahi mil rahe hain to us ne kaha tha</w:t>
      </w:r>
    </w:p>
    <w:p>
      <w:pPr>
        <w:jc w:val="right"/>
      </w:pPr>
      <w:r>
        <w:t>گارڈ سے پوچھ چکا تھا کہ یہاں پہ پاس نہیں مل رہے ہیں تو اس نے کہا تھا</w:t>
      </w:r>
    </w:p>
    <w:p>
      <w:r>
        <w:rPr>
          <w:b/>
        </w:rPr>
        <w:t xml:space="preserve">[1:04:27] </w:t>
      </w:r>
      <w:r>
        <w:t>get number seven se le lijiyega to is ne mujhe advice kiya ke sirf aap dikhaiyega</w:t>
      </w:r>
    </w:p>
    <w:p>
      <w:pPr>
        <w:jc w:val="right"/>
      </w:pPr>
      <w:r>
        <w:t>گیٹ نمبر سیون سے لے لیجئے گا تو اس نے مجھے ایڈوائس کیا کہ صرف آپ دکھائیے گا</w:t>
      </w:r>
    </w:p>
    <w:p>
      <w:r>
        <w:rPr>
          <w:b/>
        </w:rPr>
        <w:t xml:space="preserve">[1:04:33] </w:t>
      </w:r>
      <w:r>
        <w:t>aur andar chale jaiyega to jab main security guard ki taraf ja raha tha mujhe yeh tha</w:t>
      </w:r>
    </w:p>
    <w:p>
      <w:pPr>
        <w:jc w:val="right"/>
      </w:pPr>
      <w:r>
        <w:t>اور اندر چلے جائیے گا تو جب میں سیکیورٹی گارڈ کی طرف جا رہا تھا مجھے یہ تھا</w:t>
      </w:r>
    </w:p>
    <w:p>
      <w:r>
        <w:rPr>
          <w:b/>
        </w:rPr>
        <w:t xml:space="preserve">[1:04:38] </w:t>
      </w:r>
      <w:r>
        <w:t>ke woh shayad mujhe roke aur kahe ke abhi to aap ke paas pass tha nahi lekin main</w:t>
      </w:r>
    </w:p>
    <w:p>
      <w:pPr>
        <w:jc w:val="right"/>
      </w:pPr>
      <w:r>
        <w:t>کہ وہ شاید مجھے روکے اور کہے کہ ابھی تو آپ کے پاس پاس تھا نہیں لیکن میں</w:t>
      </w:r>
    </w:p>
    <w:p>
      <w:r>
        <w:rPr>
          <w:b/>
        </w:rPr>
        <w:t xml:space="preserve">[1:04:44] </w:t>
      </w:r>
      <w:r>
        <w:t>ne dikhaya is ne kuch nahi kaha aur main seedhe andar chala gaya yeh cheez kyunke main mujhe</w:t>
      </w:r>
    </w:p>
    <w:p>
      <w:pPr>
        <w:jc w:val="right"/>
      </w:pPr>
      <w:r>
        <w:t>نے دکھایا اس نے کچھ نہیں کہا اور میں سیدھے اندر چلا گیا یہ چیز کیونکہ میں مجھے</w:t>
      </w:r>
    </w:p>
    <w:p>
      <w:r>
        <w:rPr>
          <w:b/>
        </w:rPr>
        <w:t xml:space="preserve">[1:04:50] </w:t>
      </w:r>
      <w:r>
        <w:t>andaza tha nahi main jaise hi andar pohancha yeh cheez mujhe baad mein click kari aur jab jab</w:t>
      </w:r>
    </w:p>
    <w:p>
      <w:pPr>
        <w:jc w:val="right"/>
      </w:pPr>
      <w:r>
        <w:t>اندازہ تھا نہیں میں جیسے ہی اندر پہنچا یہ چیز مجھے بعد میں کلک کری اور جب جب</w:t>
      </w:r>
    </w:p>
    <w:p>
      <w:r>
        <w:rPr>
          <w:b/>
        </w:rPr>
        <w:t xml:space="preserve">[1:04:56] </w:t>
      </w:r>
      <w:r>
        <w:t>yeh cheez mujhe click kari to mujhe yeh hua ke ya Allah yeh kya ho raha hai ke</w:t>
      </w:r>
    </w:p>
    <w:p>
      <w:pPr>
        <w:jc w:val="right"/>
      </w:pPr>
      <w:r>
        <w:t>یہ چیز مجھے کلک کری تو مجھے یہ ہوا کہ یا اللہ یہ کیا ہو رہا ہے کہ</w:t>
      </w:r>
    </w:p>
    <w:p>
      <w:r>
        <w:rPr>
          <w:b/>
        </w:rPr>
        <w:t xml:space="preserve">[1:05:02] </w:t>
      </w:r>
      <w:r>
        <w:t>matlab mujhe pahunchna tha aur main aap ne mere mere liye multiple entry pass ka intezam kara diya</w:t>
      </w:r>
    </w:p>
    <w:p>
      <w:pPr>
        <w:jc w:val="right"/>
      </w:pPr>
      <w:r>
        <w:t>مطلب مجھے پہنچنا تھا اور میں آپ نے میرے میرے لیے ملٹیپل انٹری پاس کا انتظام کرا دیا</w:t>
      </w:r>
    </w:p>
    <w:p>
      <w:r>
        <w:rPr>
          <w:b/>
        </w:rPr>
        <w:t xml:space="preserve">[1:05:08] </w:t>
      </w:r>
      <w:r>
        <w:t>phir to mujhe aisa laga ke yeh poora jo world book fair ke organize hua hai jo ke</w:t>
      </w:r>
    </w:p>
    <w:p>
      <w:pPr>
        <w:jc w:val="right"/>
      </w:pPr>
      <w:r>
        <w:t>پھر تو مجھے ایسا لگا کہ یہ پورا جو ورلڈ بک فیئر کے ارگنائز ہوا ہے جو کہ</w:t>
      </w:r>
    </w:p>
    <w:p>
      <w:r>
        <w:rPr>
          <w:b/>
        </w:rPr>
        <w:t xml:space="preserve">[1:05:14] </w:t>
      </w:r>
      <w:r>
        <w:t>asia ka one of the largest world book fair hai woh sirf isi liye hua hai ke yahan</w:t>
      </w:r>
    </w:p>
    <w:p>
      <w:pPr>
        <w:jc w:val="right"/>
      </w:pPr>
      <w:r>
        <w:t>ایشیا کا ون اف دی لارجسٹ ورلڈ بک فیئر ہے وہ صرف اسی لیے ہوا ہے کہ یہاں</w:t>
      </w:r>
    </w:p>
    <w:p>
      <w:r>
        <w:rPr>
          <w:b/>
        </w:rPr>
        <w:t xml:space="preserve">[1:05:20] </w:t>
      </w:r>
      <w:r>
        <w:t>pe hum log pahunchein aur yahan pe distribution kar sakein mashallah hum log jab tak pahunchein ge nahi</w:t>
      </w:r>
    </w:p>
    <w:p>
      <w:pPr>
        <w:jc w:val="right"/>
      </w:pPr>
      <w:r>
        <w:t>پہ ہم لوگ پہنچیں اور یہاں پہ ڈسٹریبیوشن کر سکیں ماشاءاللہ ہم لوگ جب تک پہنچیں گے نہیں</w:t>
      </w:r>
    </w:p>
    <w:p>
      <w:r>
        <w:rPr>
          <w:b/>
        </w:rPr>
        <w:t xml:space="preserve">[1:05:25] </w:t>
      </w:r>
      <w:r>
        <w:t>hum hamein pahunchna hai hamare liye pass ke intezam bhi kar diye gaye hain hamare liye space ka</w:t>
      </w:r>
    </w:p>
    <w:p>
      <w:pPr>
        <w:jc w:val="right"/>
      </w:pPr>
      <w:r>
        <w:t>ہم ہمیں پہنچنا ہے ہمارے لیے پاس کے انتظام بھی کر دیے گئے ہیں ہمارے لیے سپیس کا</w:t>
      </w:r>
    </w:p>
    <w:p>
      <w:r>
        <w:rPr>
          <w:b/>
        </w:rPr>
        <w:t xml:space="preserve">[1:05:31] </w:t>
      </w:r>
      <w:r>
        <w:t>intezam bhi kar diya gaya hai aur sirf hamein distribute karna hai to is is is cheez se</w:t>
      </w:r>
    </w:p>
    <w:p>
      <w:pPr>
        <w:jc w:val="right"/>
      </w:pPr>
      <w:r>
        <w:t>انتظام بھی کر دیا گیا ہے اور صرف ہمیں ڈسٹریبیوٹ کرنا ہے تو اس اس اس چیز سے</w:t>
      </w:r>
    </w:p>
    <w:p>
      <w:r>
        <w:rPr>
          <w:b/>
        </w:rPr>
        <w:t xml:space="preserve">[1:05:37] </w:t>
      </w:r>
      <w:r>
        <w:t>le ke bohat bari mujhe laga ke Allah ki bohat bari blessings hum logon ke upar hain bohat</w:t>
      </w:r>
    </w:p>
    <w:p>
      <w:pPr>
        <w:jc w:val="right"/>
      </w:pPr>
      <w:r>
        <w:t>لے کے بہت بڑی مجھے لگا کہ اللہ کی بہت بڑی بلیسنگز ہم لوگوں کے اوپر ہیں بہت</w:t>
      </w:r>
    </w:p>
    <w:p>
      <w:r>
        <w:rPr>
          <w:b/>
        </w:rPr>
        <w:t xml:space="preserve">[1:05:43] </w:t>
      </w:r>
      <w:r>
        <w:t>bari accountability hamari hai kyunke Allah ne sara intezam kar rakha hai sirf hamein wahan ja ke khade</w:t>
      </w:r>
    </w:p>
    <w:p>
      <w:pPr>
        <w:jc w:val="right"/>
      </w:pPr>
      <w:r>
        <w:t>بڑی اکاؤنٹیبلٹی ہماری ہے کیونکہ اللہ نے سارا انتظام کر رکھا ہے صرف ہمیں وہاں جا کے کھڑے</w:t>
      </w:r>
    </w:p>
    <w:p>
      <w:r>
        <w:rPr>
          <w:b/>
        </w:rPr>
        <w:t xml:space="preserve">[1:05:49] </w:t>
      </w:r>
      <w:r>
        <w:t>hona hai aur distribution karna hai yeh jo qissa bataya hamare bhai ne ke multiple entry pass khud</w:t>
      </w:r>
    </w:p>
    <w:p>
      <w:pPr>
        <w:jc w:val="right"/>
      </w:pPr>
      <w:r>
        <w:t>ہونا ہے اور ڈسٹریبیوشن کرنا ہے یہ جو قصہ بتایا ہمارے بھائی نے کہ ملٹیپل انٹری پاس خود</w:t>
      </w:r>
    </w:p>
    <w:p>
      <w:r>
        <w:rPr>
          <w:b/>
        </w:rPr>
        <w:t xml:space="preserve">[1:05:55] </w:t>
      </w:r>
      <w:r>
        <w:t>hi khud ag de diya to mujhe ek hadith yaad aayi ke ek hadith jis ko kehte hain</w:t>
      </w:r>
    </w:p>
    <w:p>
      <w:pPr>
        <w:jc w:val="right"/>
      </w:pPr>
      <w:r>
        <w:t>ہی خود اگ دے دیا تو مجھے ایک حدیث یاد ائی کہ ایک حدیث جس کو کہتے ہیں</w:t>
      </w:r>
    </w:p>
    <w:p>
      <w:r>
        <w:rPr>
          <w:b/>
        </w:rPr>
        <w:t xml:space="preserve">[1:06:01] </w:t>
      </w:r>
      <w:r>
        <w:t>yani kuch hadisein aisi hain jo Allah ki zuban mein hain ek hoti hai rasool ki zuban mein</w:t>
      </w:r>
    </w:p>
    <w:p>
      <w:pPr>
        <w:jc w:val="right"/>
      </w:pPr>
      <w:r>
        <w:t>یعنی کچھ حدیثیں ایسی ہیں جو اللہ کی زبان میں ہیں ایک ہوتی ہے رسول کی زبان میں</w:t>
      </w:r>
    </w:p>
    <w:p>
      <w:r>
        <w:rPr>
          <w:b/>
        </w:rPr>
        <w:t xml:space="preserve">[1:06:07] </w:t>
      </w:r>
      <w:r>
        <w:t>ek hoti hai Allah ki zuban mein.</w:t>
      </w:r>
    </w:p>
    <w:p>
      <w:pPr>
        <w:jc w:val="right"/>
      </w:pPr>
      <w:r>
        <w:t>ایک ہوتی ہے اللہ کی زبان میں.</w:t>
      </w:r>
    </w:p>
    <w:p>
      <w:r>
        <w:rPr>
          <w:b/>
        </w:rPr>
        <w:t xml:space="preserve">[1:06:13] </w:t>
      </w:r>
      <w:r>
        <w:t>hadith qudsi hai ke banda agar meri taraf aata hai chal kar to main us ki taraf aata</w:t>
      </w:r>
    </w:p>
    <w:p>
      <w:pPr>
        <w:jc w:val="right"/>
      </w:pPr>
      <w:r>
        <w:t>حدیث قدسی ہے کہ بندہ اگر میری طرف اتا ہے چل کر تو میں اس کی طرف اتا</w:t>
      </w:r>
    </w:p>
    <w:p>
      <w:r>
        <w:rPr>
          <w:b/>
        </w:rPr>
        <w:t xml:space="preserve">[1:06:18] </w:t>
      </w:r>
      <w:r>
        <w:t>hoon dor kar agar atani mashin ati har yani jab main bande jab banda meri taraf aata hai</w:t>
      </w:r>
    </w:p>
    <w:p>
      <w:pPr>
        <w:jc w:val="right"/>
      </w:pPr>
      <w:r>
        <w:t>ہوں دوڑ کر اذا اتانی ماشین اتیت ہر یعنی جب میں بندے جب بندہ میری طرف اتا ہے</w:t>
      </w:r>
    </w:p>
    <w:p>
      <w:r>
        <w:rPr>
          <w:b/>
        </w:rPr>
        <w:t xml:space="preserve">[1:06:23] </w:t>
      </w:r>
      <w:r>
        <w:t>chal kar to main us ki taraf aata hoon dor kar ke yahi to hai yahi to hai</w:t>
      </w:r>
    </w:p>
    <w:p>
      <w:pPr>
        <w:jc w:val="right"/>
      </w:pPr>
      <w:r>
        <w:t>چل کر تو میں اس کی طرف اتا ہوں دوڑ کر کہ یہی تو ہے یہی تو ہے</w:t>
      </w:r>
    </w:p>
    <w:p>
      <w:r>
        <w:rPr>
          <w:b/>
        </w:rPr>
        <w:t xml:space="preserve">[1:06:29] </w:t>
      </w:r>
      <w:r>
        <w:t>yeh ke Allah ne kisi bande ko ke dil ko jo hadith mein hai ke insan ka dil</w:t>
      </w:r>
    </w:p>
    <w:p>
      <w:pPr>
        <w:jc w:val="right"/>
      </w:pPr>
      <w:r>
        <w:t>یہ کہ اللہ نے کسی بندے کو کے دل کو جو حدیث میں ہے کہ انسان کا دل</w:t>
      </w:r>
    </w:p>
    <w:p>
      <w:r>
        <w:rPr>
          <w:b/>
        </w:rPr>
        <w:t xml:space="preserve">[1:06:34] </w:t>
      </w:r>
      <w:r>
        <w:t>Allah ki ungliyon ke darmiyan hai Allah ki do ungliyon ke darmiyan hai to Allah ne is insan</w:t>
      </w:r>
    </w:p>
    <w:p>
      <w:pPr>
        <w:jc w:val="right"/>
      </w:pPr>
      <w:r>
        <w:t>اللہ کی انگلیوں کے درمیان ہے اللہ کی دو انگلیوں کے درمیان ہے تو اللہ نے اس انسان</w:t>
      </w:r>
    </w:p>
    <w:p>
      <w:r>
        <w:rPr>
          <w:b/>
        </w:rPr>
        <w:t xml:space="preserve">[1:06:40] </w:t>
      </w:r>
      <w:r>
        <w:t>ke dil ko dil mein yeh khayal daal diya ke is bande ke paas pass nahi ja do</w:t>
      </w:r>
    </w:p>
    <w:p>
      <w:pPr>
        <w:jc w:val="right"/>
      </w:pPr>
      <w:r>
        <w:t>کے دل کو دل میں یہ خیال ڈال دیا کہ اس بندے کے پاس پاس نہیں جا دو</w:t>
      </w:r>
    </w:p>
    <w:p>
      <w:r>
        <w:rPr>
          <w:b/>
        </w:rPr>
        <w:t xml:space="preserve">[1:06:45] </w:t>
      </w:r>
      <w:r>
        <w:t>un ke paas pass hadith mein hai ke insan ka dil Allah ke do ungliyon ke darmiyan hai</w:t>
      </w:r>
    </w:p>
    <w:p>
      <w:pPr>
        <w:jc w:val="right"/>
      </w:pPr>
      <w:r>
        <w:t>ان کے پاس پاس حدیث میں ہے کہ انسان کا دل اللہ کے دو انگلیوں کے درمیان ہے</w:t>
      </w:r>
    </w:p>
    <w:p>
      <w:r>
        <w:rPr>
          <w:b/>
        </w:rPr>
        <w:t xml:space="preserve">[1:06:50] </w:t>
      </w:r>
      <w:r>
        <w:t>yeh chahe woh mor deta hai to yahi to hai ke wahan pohnche yeh un ke paas time</w:t>
      </w:r>
    </w:p>
    <w:p>
      <w:pPr>
        <w:jc w:val="right"/>
      </w:pPr>
      <w:r>
        <w:t>یہ چاہے وہ موڑ دیتا ہے تو یہی تو ہے کہ وہاں پہنچے یہ ان کے پاس ٹائم</w:t>
      </w:r>
    </w:p>
    <w:p>
      <w:r>
        <w:rPr>
          <w:b/>
        </w:rPr>
        <w:t xml:space="preserve">[1:06:56] </w:t>
      </w:r>
      <w:r>
        <w:t>bhi nahi tha aur paper bhi nahi tha to Allah ne kisi ek anjaan admi jis se koi</w:t>
      </w:r>
    </w:p>
    <w:p>
      <w:pPr>
        <w:jc w:val="right"/>
      </w:pPr>
      <w:r>
        <w:t>بھی نہیں تھا اور پیپر بھی نہیں تھا تو اللہ نے کسی ایک انجان ادمی جس سے کوئی</w:t>
      </w:r>
    </w:p>
    <w:p>
      <w:r>
        <w:rPr>
          <w:b/>
        </w:rPr>
        <w:t xml:space="preserve">[1:07:01] </w:t>
      </w:r>
      <w:r>
        <w:t>mulaqat nahi us ke dil mein daal diya ke jao un ko multiple entry pass de do kaisi</w:t>
      </w:r>
    </w:p>
    <w:p>
      <w:pPr>
        <w:jc w:val="right"/>
      </w:pPr>
      <w:r>
        <w:t>ملاقات نہیں اس کے دل میں ڈال دیا کہ جاؤ ان کو ملٹیپل انٹری پاس دے دو کیسی</w:t>
      </w:r>
    </w:p>
    <w:p>
      <w:r>
        <w:rPr>
          <w:b/>
        </w:rPr>
        <w:t xml:space="preserve">[1:07:07] </w:t>
      </w:r>
      <w:r>
        <w:t>ajeeb baat hai is se hamein ek naya conviction hasil hota hai is kyunke hum uthe hain Quran</w:t>
      </w:r>
    </w:p>
    <w:p>
      <w:pPr>
        <w:jc w:val="right"/>
      </w:pPr>
      <w:r>
        <w:t>عجیب بات ہے اس سے ہمیں ایک نیا کنوکشن حاصل ہوتا ہے اس کیونکہ ہم اٹھے ہیں قرآن</w:t>
      </w:r>
    </w:p>
    <w:p>
      <w:r>
        <w:rPr>
          <w:b/>
        </w:rPr>
        <w:t xml:space="preserve">[1:07:12] </w:t>
      </w:r>
      <w:r>
        <w:t>ke liye Quran Allah ki kitab hai Allah ki kitab hai Allah ko matlab hai ke yeh kitab</w:t>
      </w:r>
    </w:p>
    <w:p>
      <w:pPr>
        <w:jc w:val="right"/>
      </w:pPr>
      <w:r>
        <w:t>کے لیے قرآن اللہ کی کتاب ہے اللہ کی کتاب ہے اللہ کو مطلوب ہے کہ یہ کتاب</w:t>
      </w:r>
    </w:p>
    <w:p>
      <w:r>
        <w:rPr>
          <w:b/>
        </w:rPr>
        <w:t xml:space="preserve">[1:07:17] </w:t>
      </w:r>
      <w:r>
        <w:t>har zaban mein tarjuma ho kar pohnche Allah ne apni kitab utari arabi zaban mein ke sare log</w:t>
      </w:r>
    </w:p>
    <w:p>
      <w:pPr>
        <w:jc w:val="right"/>
      </w:pPr>
      <w:r>
        <w:t>ہر زبان میں ترجمہ ہو کر پہنچے اللہ نے اپنی کتاب اتاری عربی زبان میں کہ سارے لوگ</w:t>
      </w:r>
    </w:p>
    <w:p>
      <w:r>
        <w:rPr>
          <w:b/>
        </w:rPr>
        <w:t xml:space="preserve">[1:07:23] </w:t>
      </w:r>
      <w:r>
        <w:t>arabi mein to samajh nahi samajh nahi sakte aur matlab yeh hai ke sare insano tak pohnche to</w:t>
      </w:r>
    </w:p>
    <w:p>
      <w:pPr>
        <w:jc w:val="right"/>
      </w:pPr>
      <w:r>
        <w:t>عربی میں تو سمجھ نہیں سمجھ نہیں سکتے اور مطلوب یہ ہے کہ سارے انسانوں تک پہنچے تو</w:t>
      </w:r>
    </w:p>
    <w:p>
      <w:r>
        <w:rPr>
          <w:b/>
        </w:rPr>
        <w:t xml:space="preserve">[1:07:28] </w:t>
      </w:r>
      <w:r>
        <w:t>woh is ka matlab hai tarjuma ho kar pohnche nazal al furqan al abideen li yakoon al alameen nazeera yani arabi Quran</w:t>
      </w:r>
    </w:p>
    <w:p>
      <w:pPr>
        <w:jc w:val="right"/>
      </w:pPr>
      <w:r>
        <w:t>وہ اس کا مطلب ہے ترجمہ ہو کر پہنچے نزل الفرقان العابدین لیکون للعالمین نذیرا یعنی عربی قرآن</w:t>
      </w:r>
    </w:p>
    <w:p>
      <w:r>
        <w:rPr>
          <w:b/>
        </w:rPr>
        <w:t xml:space="preserve">[1:07:34] </w:t>
      </w:r>
      <w:r>
        <w:t>tarjuma ho kar sare insano tak pohnche yeh Allah ka matlab hai aur yeh waqea jo hai ek</w:t>
      </w:r>
    </w:p>
    <w:p>
      <w:pPr>
        <w:jc w:val="right"/>
      </w:pPr>
      <w:r>
        <w:t>ترجمہ ہو کر سارے انسانوں تک پہنچے یہ اللہ کا مطلوب ہے اور یہ واقعہ جو ہے ایک</w:t>
      </w:r>
    </w:p>
    <w:p>
      <w:r>
        <w:rPr>
          <w:b/>
        </w:rPr>
        <w:t xml:space="preserve">[1:07:39] </w:t>
      </w:r>
      <w:r>
        <w:t>ek sabab waqea hai ke tum utho to sari kainat tumhara sath de gi sare farishte tumhara sath</w:t>
      </w:r>
    </w:p>
    <w:p>
      <w:pPr>
        <w:jc w:val="right"/>
      </w:pPr>
      <w:r>
        <w:t>ایک سبب واقعہ ہے کہ تم اٹھو تو ساری کائنات تمہارا ساتھ دے گی سارے فرشتے تمہارا ساتھ</w:t>
      </w:r>
    </w:p>
    <w:p>
      <w:r>
        <w:rPr>
          <w:b/>
        </w:rPr>
        <w:t xml:space="preserve">[1:07:44] </w:t>
      </w:r>
      <w:r>
        <w:t>den ge sara charan wa paran tumhara sath den ge uth kar pohnchte ho to wahan par jahan</w:t>
      </w:r>
    </w:p>
    <w:p>
      <w:pPr>
        <w:jc w:val="right"/>
      </w:pPr>
      <w:r>
        <w:t>دیں گے سارا چرن و پرن تمہارا ساتھ دیں گے اٹھ کر پہنچتے ہو تو وہاں پر جہاں</w:t>
      </w:r>
    </w:p>
    <w:p>
      <w:r>
        <w:rPr>
          <w:b/>
        </w:rPr>
        <w:t xml:space="preserve">[1:07:50] </w:t>
      </w:r>
      <w:r>
        <w:t>insan hain to main samajhta hoon ke yeh waqea aur aise is tarah ke bohat se waqeat jo</w:t>
      </w:r>
    </w:p>
    <w:p>
      <w:pPr>
        <w:jc w:val="right"/>
      </w:pPr>
      <w:r>
        <w:t>انسان ہیں تو میں سمجھتا ہوں کہ یہ واقعہ اور ایسے اس طرح کے بہت سے واقعات جو</w:t>
      </w:r>
    </w:p>
    <w:p>
      <w:r>
        <w:rPr>
          <w:b/>
        </w:rPr>
        <w:t xml:space="preserve">[1:07:55] </w:t>
      </w:r>
      <w:r>
        <w:t>hamare sathiyon batate rehte hain woh is baat ka yani source of conviction hai ke Quran ki khidmat</w:t>
      </w:r>
    </w:p>
    <w:p>
      <w:pPr>
        <w:jc w:val="right"/>
      </w:pPr>
      <w:r>
        <w:t>ہمارے ساتھیوں بتاتے رہتے ہیں وہ اس بات کا یعنی سورس اف کنوکشن ہے کہ قرآن کی خدمت</w:t>
      </w:r>
    </w:p>
    <w:p>
      <w:r>
        <w:rPr>
          <w:b/>
        </w:rPr>
        <w:t xml:space="preserve">[1:08:01] </w:t>
      </w:r>
      <w:r>
        <w:t>ke liye agar hum uthe hain to hamein kisi kisi cheez se darne ki zarurat nahi shayad dunya</w:t>
      </w:r>
    </w:p>
    <w:p>
      <w:pPr>
        <w:jc w:val="right"/>
      </w:pPr>
      <w:r>
        <w:t>کے لیے اگر ہم اٹھے ہیں تو ہمیں کسی کسی چیز سے ڈرنے کی ضرورت نہیں شاید دنیا</w:t>
      </w:r>
    </w:p>
    <w:p>
      <w:r>
        <w:rPr>
          <w:b/>
        </w:rPr>
        <w:t xml:space="preserve">[1:08:06] </w:t>
      </w:r>
      <w:r>
        <w:t>mein darwaze hamare liye khol diye jayen ge to Allah ki kitab ko le kar uthna hai is</w:t>
      </w:r>
    </w:p>
    <w:p>
      <w:pPr>
        <w:jc w:val="right"/>
      </w:pPr>
      <w:r>
        <w:t>میں دروازے ہمارے لیے کھول دیے جائیں گے تو اللہ کی کتاب کو لے کر اٹھنا ہے اس</w:t>
      </w:r>
    </w:p>
    <w:p>
      <w:r>
        <w:rPr>
          <w:b/>
        </w:rPr>
        <w:t xml:space="preserve">[1:08:12] </w:t>
      </w:r>
      <w:r>
        <w:t>ko har zaban mein tarjuma chhaap kar logon tak pohnchana hai koi rukawat is mein rukawat nahi banne</w:t>
      </w:r>
    </w:p>
    <w:p>
      <w:pPr>
        <w:jc w:val="right"/>
      </w:pPr>
      <w:r>
        <w:t>کو ہر زبان میں ترجمہ چھاپ کر لوگوں تک پہنچانا ہے کوئی رکاوٹ اس میں رکاوٹ نہیں بنے</w:t>
      </w:r>
    </w:p>
    <w:p>
      <w:r>
        <w:rPr>
          <w:b/>
        </w:rPr>
        <w:t xml:space="preserve">[1:08:17] </w:t>
      </w:r>
      <w:r>
        <w:t>gi koi mushkil is mein mushkil nahi banne gi mashallah jazakom Allah jazakom Allah world book fair ke</w:t>
      </w:r>
    </w:p>
    <w:p>
      <w:pPr>
        <w:jc w:val="right"/>
      </w:pPr>
      <w:r>
        <w:t>گی کوئی مشکل اس میں مشکل نہیں بنے گی ماشاءاللہ جزاکم اللہ جزاکم اللہ ورلڈ بک فیئر کے</w:t>
      </w:r>
    </w:p>
    <w:p>
      <w:r>
        <w:rPr>
          <w:b/>
        </w:rPr>
        <w:t xml:space="preserve">[1:08:22] </w:t>
      </w:r>
      <w:r>
        <w:t>baad hamara program bana jaipur literature festival ka jo ke immediately after one week tha to is</w:t>
      </w:r>
    </w:p>
    <w:p>
      <w:pPr>
        <w:jc w:val="right"/>
      </w:pPr>
      <w:r>
        <w:t>بعد ہمارا پروگرام بنا جے پور لٹریچر فیسٹیول کا جو کہ امیڈیٹلی افٹر ون ویک تھا تو اس</w:t>
      </w:r>
    </w:p>
    <w:p>
      <w:r>
        <w:rPr>
          <w:b/>
        </w:rPr>
        <w:t xml:space="preserve">[1:08:28] </w:t>
      </w:r>
      <w:r>
        <w:t>mein hamare saathi mashallah se kafi achhi team wahan pe gayi jis mein kota se ah kota se</w:t>
      </w:r>
    </w:p>
    <w:p>
      <w:pPr>
        <w:jc w:val="right"/>
      </w:pPr>
      <w:r>
        <w:t>میں ہمارے ساتھی ماشاءاللہ سے کافی اچھی ٹیم وہاں پہ گئی جس میں کوٹا سے اہ کوٹا سے</w:t>
      </w:r>
    </w:p>
    <w:p>
      <w:r>
        <w:rPr>
          <w:b/>
        </w:rPr>
        <w:t xml:space="preserve">[1:08:33] </w:t>
      </w:r>
      <w:r>
        <w:t>anees Muhammad sahib wahan pe pohnche aur daniyal sahib delhi se aur vikrant bhai aur achhe bhai hum</w:t>
      </w:r>
    </w:p>
    <w:p>
      <w:pPr>
        <w:jc w:val="right"/>
      </w:pPr>
      <w:r>
        <w:t>انیز محمد صاحب وہاں پہ پہنچے اور دانیال صاحب دہلی سے اور وکرانت بھائی اور اچھے بھائی ہم</w:t>
      </w:r>
    </w:p>
    <w:p>
      <w:r>
        <w:rPr>
          <w:b/>
        </w:rPr>
        <w:t xml:space="preserve">[1:08:39] </w:t>
      </w:r>
      <w:r>
        <w:t>sab log wahan ja ke hum logon ne distribution kiya is mein bhi ek ek achha comment hum</w:t>
      </w:r>
    </w:p>
    <w:p>
      <w:pPr>
        <w:jc w:val="right"/>
      </w:pPr>
      <w:r>
        <w:t>سب لوگ وہاں جا کے ہم لوگوں نے ڈسٹریبیوشن کیا اس میں بھی ایک ایک اچھا کمنٹ ہم</w:t>
      </w:r>
    </w:p>
    <w:p>
      <w:r>
        <w:rPr>
          <w:b/>
        </w:rPr>
        <w:t xml:space="preserve">[1:08:44] </w:t>
      </w:r>
      <w:r>
        <w:t>logon ko mila ke main distribution kar raha tha to is mein ek lady aayin bohat achhi dressed</w:t>
      </w:r>
    </w:p>
    <w:p>
      <w:pPr>
        <w:jc w:val="right"/>
      </w:pPr>
      <w:r>
        <w:t>لوگوں کو ملا کہ میں ڈسٹریبیوشن کر رہا تھا تو اس میں ایک لیڈی ائیں بہت اچھی ڈریسڈ</w:t>
      </w:r>
    </w:p>
    <w:p>
      <w:r>
        <w:rPr>
          <w:b/>
        </w:rPr>
        <w:t xml:space="preserve">[1:08:49] </w:t>
      </w:r>
      <w:r>
        <w:t>ap theen to woh unhon ne mujh se kaha ke do you know from where i am so</w:t>
      </w:r>
    </w:p>
    <w:p>
      <w:pPr>
        <w:jc w:val="right"/>
      </w:pPr>
      <w:r>
        <w:t>اپ تھیں تو وہ انہوں نے مجھ سے کہا کہ ڈو یو نو فرام ویئر ائی ایم سو</w:t>
      </w:r>
    </w:p>
    <w:p>
      <w:r>
        <w:rPr>
          <w:b/>
        </w:rPr>
        <w:t xml:space="preserve">[1:08:55] </w:t>
      </w:r>
      <w:r>
        <w:t>i said ke no i don't know she said i am from Pakistan and this is for the</w:t>
      </w:r>
    </w:p>
    <w:p>
      <w:pPr>
        <w:jc w:val="right"/>
      </w:pPr>
      <w:r>
        <w:t>ائی سیڈ کہ نو ائی ڈونٹ نو شی سیڈ ائی ایم فرام پاکستان اینڈ دس از فار دا</w:t>
      </w:r>
    </w:p>
    <w:p>
      <w:r>
        <w:rPr>
          <w:b/>
        </w:rPr>
        <w:t xml:space="preserve">[1:09:00] </w:t>
      </w:r>
      <w:r>
        <w:t>first time i am getting English literature of Quran like this so yeh yeh apne aap mein ek</w:t>
      </w:r>
    </w:p>
    <w:p>
      <w:pPr>
        <w:jc w:val="right"/>
      </w:pPr>
      <w:r>
        <w:t>فرسٹ ٹائم ائی ایم گیٹنگ انگلش لٹریچر اف قرآن لائک دس سو یہ یہ اپنے اپ میں ایک</w:t>
      </w:r>
    </w:p>
    <w:p>
      <w:r>
        <w:rPr>
          <w:b/>
        </w:rPr>
        <w:t xml:space="preserve">[1:09:06] </w:t>
      </w:r>
      <w:r>
        <w:t>aisi baat hui ke woh al da way pakistan se india aain jey pur literature festival mein participate</w:t>
      </w:r>
    </w:p>
    <w:p>
      <w:pPr>
        <w:jc w:val="right"/>
      </w:pPr>
      <w:r>
        <w:t>ایسی بات ہوئی کہ وہ ال دا وے پاکستان سے انڈیا ائیں جے پور لٹریچر فیسٹیول میں پارٹیسپیٹ</w:t>
      </w:r>
    </w:p>
    <w:p>
      <w:r>
        <w:rPr>
          <w:b/>
        </w:rPr>
        <w:t xml:space="preserve">[1:09:11] </w:t>
      </w:r>
      <w:r>
        <w:t>kiya aur un ko yahan pe ek english translation mil raha hai jo ke jis tareeqe se street</w:t>
      </w:r>
    </w:p>
    <w:p>
      <w:pPr>
        <w:jc w:val="right"/>
      </w:pPr>
      <w:r>
        <w:t>کیا اور ان کو یہاں پہ ایک انگلش ٹرانسلیشن مل رہا ہے جو کہ جس طریقے سے سٹریٹ</w:t>
      </w:r>
    </w:p>
    <w:p>
      <w:r>
        <w:rPr>
          <w:b/>
        </w:rPr>
        <w:t xml:space="preserve">[1:09:16] </w:t>
      </w:r>
      <w:r>
        <w:t>daao work se yahan distribution ho raha tha woh unhein pakistan mein bhi nahi ho pa raha tha</w:t>
      </w:r>
    </w:p>
    <w:p>
      <w:pPr>
        <w:jc w:val="right"/>
      </w:pPr>
      <w:r>
        <w:t>داؤ ورک سے یہاں ڈسٹریبیوشن ہو رہا تھا وہ انہیں پاکستان میں بھی نہیں ہو پا رہا تھا</w:t>
      </w:r>
    </w:p>
    <w:p>
      <w:r>
        <w:rPr>
          <w:b/>
        </w:rPr>
        <w:t xml:space="preserve">[1:09:22] </w:t>
      </w:r>
      <w:r>
        <w:t>to yeh apne aap mein ek bohat acha aur bohat hi inspiring comment hum logon ko mila wahan</w:t>
      </w:r>
    </w:p>
    <w:p>
      <w:pPr>
        <w:jc w:val="right"/>
      </w:pPr>
      <w:r>
        <w:t>تو یہ اپنے اپ میں ایک بہت اچھا اور بہت ہی انسپائرنگ کمنٹ ہم لوگوں کو ملا وہاں</w:t>
      </w:r>
    </w:p>
    <w:p>
      <w:r>
        <w:rPr>
          <w:b/>
        </w:rPr>
        <w:t xml:space="preserve">[1:09:27] </w:t>
      </w:r>
      <w:r>
        <w:t>pe bhi log kafi kafi log aise mile jo yeh kehte thay ke ah woh english translation and</w:t>
      </w:r>
    </w:p>
    <w:p>
      <w:pPr>
        <w:jc w:val="right"/>
      </w:pPr>
      <w:r>
        <w:t>پہ بھی لوگ کافی کافی لوگ ایسے ملے جو یہ کہتے تھے کہ اہ وہ انگلش ٹرانسلیشن اینڈ</w:t>
      </w:r>
    </w:p>
    <w:p>
      <w:r>
        <w:rPr>
          <w:b/>
        </w:rPr>
        <w:t xml:space="preserve">[1:09:33] </w:t>
      </w:r>
      <w:r>
        <w:t>we were searching for it to log search kar rahe thay aur hum hum logon ne diya hai</w:t>
      </w:r>
    </w:p>
    <w:p>
      <w:pPr>
        <w:jc w:val="right"/>
      </w:pPr>
      <w:r>
        <w:t>وی وار سرچنگ فار اٹ تو لوگ سرچ کر رہے تھے اور ہم ہم لوگوں نے دیا ہے</w:t>
      </w:r>
    </w:p>
    <w:p>
      <w:r>
        <w:rPr>
          <w:b/>
        </w:rPr>
        <w:t xml:space="preserve">[1:09:38] </w:t>
      </w:r>
      <w:r>
        <w:t>in fact world book fair mein to ek ek girl thi woh jump kar gayi use english translation</w:t>
      </w:r>
    </w:p>
    <w:p>
      <w:pPr>
        <w:jc w:val="right"/>
      </w:pPr>
      <w:r>
        <w:t>ان فیکٹ ورلڈ بک فیئر میں تو ایک ایک گرل تھی وہ جمپ کر گئی اسے انگلش ٹرانسلیشن</w:t>
      </w:r>
    </w:p>
    <w:p>
      <w:r>
        <w:rPr>
          <w:b/>
        </w:rPr>
        <w:t xml:space="preserve">[1:09:43] </w:t>
      </w:r>
      <w:r>
        <w:t>ko hath mein lete hi she jump like anything and she said ke oh english translation quran</w:t>
      </w:r>
    </w:p>
    <w:p>
      <w:pPr>
        <w:jc w:val="right"/>
      </w:pPr>
      <w:r>
        <w:t>کو ہاتھ میں لیتے ہی شی جمپ لائک اینی تھنگ اینڈ شی سیڈ کہ او انگلش ٹرانسلیشن قرآن</w:t>
      </w:r>
    </w:p>
    <w:p>
      <w:r>
        <w:rPr>
          <w:b/>
        </w:rPr>
        <w:t xml:space="preserve">[1:09:49] </w:t>
      </w:r>
      <w:r>
        <w:t>so log itne excited way mein is cheez ko le rahe thay ek aur mere dhyan mein ek</w:t>
      </w:r>
    </w:p>
    <w:p>
      <w:pPr>
        <w:jc w:val="right"/>
      </w:pPr>
      <w:r>
        <w:t>سو لوگ اتنے ایکسائٹڈ وے میں اس چیز کو لے رہے تھے ایک اور میرے دھیان میں ایک</w:t>
      </w:r>
    </w:p>
    <w:p>
      <w:r>
        <w:rPr>
          <w:b/>
        </w:rPr>
        <w:t xml:space="preserve">[1:09:54] </w:t>
      </w:r>
      <w:r>
        <w:t>waqia aa raha hai ke is se pehle ek times literature festival hua tha world book fair mein</w:t>
      </w:r>
    </w:p>
    <w:p>
      <w:pPr>
        <w:jc w:val="right"/>
      </w:pPr>
      <w:r>
        <w:t>واقعہ ا رہا ہے کہ اس سے پہلے ایک ٹائمز لٹریچر فیسٹیول ہوا تھا ورلڈ بک فیئر میں</w:t>
      </w:r>
    </w:p>
    <w:p>
      <w:r>
        <w:rPr>
          <w:b/>
        </w:rPr>
        <w:t xml:space="preserve">[1:10:00] </w:t>
      </w:r>
      <w:r>
        <w:t>aur kyunke maine abhi participate karna shuru kiya tha to woh mera first time tha jahan pe</w:t>
      </w:r>
    </w:p>
    <w:p>
      <w:pPr>
        <w:jc w:val="right"/>
      </w:pPr>
      <w:r>
        <w:t>اور کیونکہ میں نے ابھی پارٹیسپیٹ کرنا شروع کیا تھا تو وہ میرا فرسٹ ٹائم تھا جہاں پہ</w:t>
      </w:r>
    </w:p>
    <w:p>
      <w:r>
        <w:rPr>
          <w:b/>
        </w:rPr>
        <w:t xml:space="preserve">[1:10:05] </w:t>
      </w:r>
      <w:r>
        <w:t>mujhe is tarah ka distribution karna tha aur is se pehle kabhi maine kiya nahi tha to</w:t>
      </w:r>
    </w:p>
    <w:p>
      <w:pPr>
        <w:jc w:val="right"/>
      </w:pPr>
      <w:r>
        <w:t>مجھے اس طرح کا ڈسٹریبیوشن کرنا تھا اور اس سے پہلے کبھی میں نے کیا نہیں تھا تو</w:t>
      </w:r>
    </w:p>
    <w:p>
      <w:r>
        <w:rPr>
          <w:b/>
        </w:rPr>
        <w:t xml:space="preserve">[1:10:11] </w:t>
      </w:r>
      <w:r>
        <w:t>mujhe kafi mere dil mein ek dar sa tha ke kaise karte hain kya karte hain aur jab</w:t>
      </w:r>
    </w:p>
    <w:p>
      <w:pPr>
        <w:jc w:val="right"/>
      </w:pPr>
      <w:r>
        <w:t>مجھے کافی میرے دل میں ایک ڈر سا تھا کہ کیسے کرتے ہیں کیا کرتے ہیں اور جب</w:t>
      </w:r>
    </w:p>
    <w:p>
      <w:r>
        <w:rPr>
          <w:b/>
        </w:rPr>
        <w:t xml:space="preserve">[1:10:16] </w:t>
      </w:r>
      <w:r>
        <w:t>mein wahan pahuncha to wahan pe security ka intezam bohat zyada tha wahan pe bohat bare bare ah</w:t>
      </w:r>
    </w:p>
    <w:p>
      <w:pPr>
        <w:jc w:val="right"/>
      </w:pPr>
      <w:r>
        <w:t>میں وہاں پہنچا تو وہاں پہ سیکیورٹی کا انتظام بہت زیادہ تھا وہاں پہ بہت بڑے بڑے اہ</w:t>
      </w:r>
    </w:p>
    <w:p>
      <w:r>
        <w:rPr>
          <w:b/>
        </w:rPr>
        <w:t xml:space="preserve">[1:10:21] </w:t>
      </w:r>
      <w:r>
        <w:t>dignitaries wahan pe aanay walay thay to authors and all to bohat zyada security ka intezam tha aur</w:t>
      </w:r>
    </w:p>
    <w:p>
      <w:pPr>
        <w:jc w:val="right"/>
      </w:pPr>
      <w:r>
        <w:t>ڈگنیٹریز وہاں پہ انے والے تھے تو اتھرز اینڈ ال تو بہت زیادہ سیکیورٹی کا انتظام تھا اور</w:t>
      </w:r>
    </w:p>
    <w:p>
      <w:r>
        <w:rPr>
          <w:b/>
        </w:rPr>
        <w:t xml:space="preserve">[1:10:27] </w:t>
      </w:r>
      <w:r>
        <w:t>in fact kafi log apne black dresses mein poore sab ghoom rahe thay to mujhe aur zyada in</w:t>
      </w:r>
    </w:p>
    <w:p>
      <w:pPr>
        <w:jc w:val="right"/>
      </w:pPr>
      <w:r>
        <w:t>ان فیکٹ کافی لوگ اپنے بلیک ڈریسز میں پورے سب گھوم رہے تھے تو مجھے اور زیادہ ان</w:t>
      </w:r>
    </w:p>
    <w:p>
      <w:r>
        <w:rPr>
          <w:b/>
        </w:rPr>
        <w:t xml:space="preserve">[1:10:32] </w:t>
      </w:r>
      <w:r>
        <w:t>ko dekh ke hi lag raha tha ke pata nahi kaise karein ge to baqi vikrant bhai thay</w:t>
      </w:r>
    </w:p>
    <w:p>
      <w:pPr>
        <w:jc w:val="right"/>
      </w:pPr>
      <w:r>
        <w:t>کو دیکھ کے ہی لگ رہا تھا کہ پتہ نہیں کیسے کریں گے تو باقی وکرانت بھائی تھے</w:t>
      </w:r>
    </w:p>
    <w:p>
      <w:r>
        <w:rPr>
          <w:b/>
        </w:rPr>
        <w:t xml:space="preserve">[1:10:38] </w:t>
      </w:r>
      <w:r>
        <w:t>wahan pe aur achhe bhai thay to yeh log kar rahe thay to mujhe laga tha ke yeh</w:t>
      </w:r>
    </w:p>
    <w:p>
      <w:pPr>
        <w:jc w:val="right"/>
      </w:pPr>
      <w:r>
        <w:t>وہاں پہ اور اچھے بھائی تھے تو یہ لوگ کر رہے تھے تو مجھے لگا تھا کہ یہ</w:t>
      </w:r>
    </w:p>
    <w:p>
      <w:r>
        <w:rPr>
          <w:b/>
        </w:rPr>
        <w:t xml:space="preserve">[1:10:43] </w:t>
      </w:r>
      <w:r>
        <w:t>log kar rahe hain main nahi kar pa raha hoon to ah in fact hum hum log ek</w:t>
      </w:r>
    </w:p>
    <w:p>
      <w:pPr>
        <w:jc w:val="right"/>
      </w:pPr>
      <w:r>
        <w:t>لوگ کر رہے ہیں میں نہیں کر پا رہا ہوں تو اہ ان فیکٹ ہم ہم لوگ ایک</w:t>
      </w:r>
    </w:p>
    <w:p>
      <w:r>
        <w:rPr>
          <w:b/>
        </w:rPr>
        <w:t xml:space="preserve">[1:10:48] </w:t>
      </w:r>
      <w:r>
        <w:t>bag carry karte hain jis mein hum quran rakhte hain aur hath mein quran rakhte hain ke agar</w:t>
      </w:r>
    </w:p>
    <w:p>
      <w:pPr>
        <w:jc w:val="right"/>
      </w:pPr>
      <w:r>
        <w:t>بیگ کیری کرتے ہیں جس میں ہم قرآن رکھتے ہیں اور ہاتھ میں قرآن رکھتے ہیں کہ اگر</w:t>
      </w:r>
    </w:p>
    <w:p>
      <w:r>
        <w:rPr>
          <w:b/>
        </w:rPr>
        <w:t xml:space="preserve">[1:10:54] </w:t>
      </w:r>
      <w:r>
        <w:t>kisi ko dikhe to woh hum se mang le to mere bag mein hi quran thay mere hath</w:t>
      </w:r>
    </w:p>
    <w:p>
      <w:pPr>
        <w:jc w:val="right"/>
      </w:pPr>
      <w:r>
        <w:t>کسی کو دکھے تو وہ ہم سے مانگ لے تو میرے بیگ میں ہی قرآن تھے میرے ہاتھ</w:t>
      </w:r>
    </w:p>
    <w:p>
      <w:r>
        <w:rPr>
          <w:b/>
        </w:rPr>
        <w:t xml:space="preserve">[1:10:59] </w:t>
      </w:r>
      <w:r>
        <w:t>mein mein hath mein bhi carry nahi kar pa raha tha quran ko to mere dil mein ek</w:t>
      </w:r>
    </w:p>
    <w:p>
      <w:pPr>
        <w:jc w:val="right"/>
      </w:pPr>
      <w:r>
        <w:t>میں میں ہاتھ میں بھی کیری نہیں کر پا رہا تھا قرآن کو تو میرے دل میں ایک</w:t>
      </w:r>
    </w:p>
    <w:p>
      <w:r>
        <w:rPr>
          <w:b/>
        </w:rPr>
        <w:t xml:space="preserve">[1:11:05] </w:t>
      </w:r>
      <w:r>
        <w:t>dam se yeh hua ke ya allah main nahi kar pa raha hoon aur please meri kuch help</w:t>
      </w:r>
    </w:p>
    <w:p>
      <w:pPr>
        <w:jc w:val="right"/>
      </w:pPr>
      <w:r>
        <w:t>دم سے یہ ہوا کہ یا اللہ میں نہیں کر پا رہا ہوں اور پلیز میری کچھ ہیلپ</w:t>
      </w:r>
    </w:p>
    <w:p>
      <w:r>
        <w:rPr>
          <w:b/>
        </w:rPr>
        <w:t xml:space="preserve">[1:11:10] </w:t>
      </w:r>
      <w:r>
        <w:t>karein to is tareeqe se mere bag mein sirf quran tha to main aise hi le ke ja</w:t>
      </w:r>
    </w:p>
    <w:p>
      <w:pPr>
        <w:jc w:val="right"/>
      </w:pPr>
      <w:r>
        <w:t>کریں تو اس طریقے سے میرے بیگ میں صرف قرآن تھا تو میں ایسے ہی لے کے جا</w:t>
      </w:r>
    </w:p>
    <w:p>
      <w:r>
        <w:rPr>
          <w:b/>
        </w:rPr>
        <w:t xml:space="preserve">[1:11:15] </w:t>
      </w:r>
      <w:r>
        <w:t>raha tha to peechay se ek shakhs aaye unhon ne mere bag mein dekha aur kaha ke is</w:t>
      </w:r>
    </w:p>
    <w:p>
      <w:pPr>
        <w:jc w:val="right"/>
      </w:pPr>
      <w:r>
        <w:t>رہا تھا تو پیچھے سے ایک شخص ائے انہوں نے میرے بیگ میں دیکھا اور کہا کہ اس</w:t>
      </w:r>
    </w:p>
    <w:p>
      <w:r>
        <w:rPr>
          <w:b/>
        </w:rPr>
        <w:t xml:space="preserve">[1:11:21] </w:t>
      </w:r>
      <w:r>
        <w:t>mein kya hai mujhe ek dam se laga ke security personal koi aa gaye hain jo yeh pooch rahe</w:t>
      </w:r>
    </w:p>
    <w:p>
      <w:pPr>
        <w:jc w:val="right"/>
      </w:pPr>
      <w:r>
        <w:t>میں کیا ہے مجھے ایک دم سے لگا کہ سیکیورٹی پرسنل کوئی اگئے ہیں جو یہ پوچھ رہے</w:t>
      </w:r>
    </w:p>
    <w:p>
      <w:r>
        <w:rPr>
          <w:b/>
        </w:rPr>
        <w:t xml:space="preserve">[1:11:26] </w:t>
      </w:r>
      <w:r>
        <w:t>hain ke yeh aap kya carry kar ke yahan ghoom rahe hain to maine kaha ke is</w:t>
      </w:r>
    </w:p>
    <w:p>
      <w:pPr>
        <w:jc w:val="right"/>
      </w:pPr>
      <w:r>
        <w:t>ہیں کہ یہ اپ کیا کیری کر کے یہاں گھوم رہے ہیں تو میں نے کہا کہ اس</w:t>
      </w:r>
    </w:p>
    <w:p>
      <w:r>
        <w:rPr>
          <w:b/>
        </w:rPr>
        <w:t xml:space="preserve">[1:11:32] </w:t>
      </w:r>
      <w:r>
        <w:t>mein quran english translation quran ki english translation hai to bola oho kya mujhe ek mile gi quran</w:t>
      </w:r>
    </w:p>
    <w:p>
      <w:pPr>
        <w:jc w:val="right"/>
      </w:pPr>
      <w:r>
        <w:t>میں قرآن انگلش ٹرانسلیشن قرآن کی انگلش ٹرانسلیشن ہے تو بولا اوہو کیا مجھے ایک ملے گی قرآن</w:t>
      </w:r>
    </w:p>
    <w:p>
      <w:r>
        <w:rPr>
          <w:b/>
        </w:rPr>
        <w:t xml:space="preserve">[1:11:37] </w:t>
      </w:r>
      <w:r>
        <w:t>can i have one copy to maine farz se in ko woh quran de diya to jo</w:t>
      </w:r>
    </w:p>
    <w:p>
      <w:pPr>
        <w:jc w:val="right"/>
      </w:pPr>
      <w:r>
        <w:t>کین ائی ہیو ون کاپی تو میں نے فرض سے ان کو وہ قرآن دے دیا تو جو</w:t>
      </w:r>
    </w:p>
    <w:p>
      <w:r>
        <w:rPr>
          <w:b/>
        </w:rPr>
        <w:t xml:space="preserve">[1:11:42] </w:t>
      </w:r>
      <w:r>
        <w:t>quran mein copy mein carry bhi nahi kar pa raha tha woh ek shakhs aate hain jo peechay</w:t>
      </w:r>
    </w:p>
    <w:p>
      <w:pPr>
        <w:jc w:val="right"/>
      </w:pPr>
      <w:r>
        <w:t>قرآن میں کاپی میں کیری بھی نہیں کر پا رہا تھا وہ ایک شخص اتے ہیں جو پیچھے</w:t>
      </w:r>
    </w:p>
    <w:p>
      <w:r>
        <w:rPr>
          <w:b/>
        </w:rPr>
        <w:t xml:space="preserve">[1:11:48] </w:t>
      </w:r>
      <w:r>
        <w:t>se mujh se kehte hain ke is mein kya hai aur main unhein nikaal ke de deta hoon</w:t>
      </w:r>
    </w:p>
    <w:p>
      <w:pPr>
        <w:jc w:val="right"/>
      </w:pPr>
      <w:r>
        <w:t>سے مجھ سے کہتے ہیں کہ اس میں کیا ہے اور میں انہیں نکال کے دے دیتا ہوں</w:t>
      </w:r>
    </w:p>
    <w:p>
      <w:r>
        <w:rPr>
          <w:b/>
        </w:rPr>
        <w:t xml:space="preserve">[1:11:53] </w:t>
      </w:r>
      <w:r>
        <w:t>to is se mujhe itna zyada woh hua ke yeh to allah maine ek ek aisi help</w:t>
      </w:r>
    </w:p>
    <w:p>
      <w:pPr>
        <w:jc w:val="right"/>
      </w:pPr>
      <w:r>
        <w:t>تو اس سے مجھے اتنا زیادہ وہ ہوا کہ یہ تو اللہ میں نے ایک ایک ایسی ہیلپ</w:t>
      </w:r>
    </w:p>
    <w:p>
      <w:r>
        <w:rPr>
          <w:b/>
        </w:rPr>
        <w:t xml:space="preserve">[1:11:59] </w:t>
      </w:r>
      <w:r>
        <w:t>bheji ke allah main chah raha hai ke main to khud quran ko carry kar ke aur phir</w:t>
      </w:r>
    </w:p>
    <w:p>
      <w:pPr>
        <w:jc w:val="right"/>
      </w:pPr>
      <w:r>
        <w:t>بھیجی کہ اللہ میں چاہ رہا ہے کہ میں تو خود قرآن کو کیری کر کے اور پھر</w:t>
      </w:r>
    </w:p>
    <w:p>
      <w:r>
        <w:rPr>
          <w:b/>
        </w:rPr>
        <w:t xml:space="preserve">[1:12:04] </w:t>
      </w:r>
      <w:r>
        <w:t>is ke baad to main ek dam se mera dimagh khula to phir masha allah se acha distribution raha</w:t>
      </w:r>
    </w:p>
    <w:p>
      <w:pPr>
        <w:jc w:val="right"/>
      </w:pPr>
      <w:r>
        <w:t>اس کے بعد تو میں ایک دم سے میرا دماغ کھلا تو پھر ماشاءاللہ سے اچھا ڈسٹریبیوشن رہا</w:t>
      </w:r>
    </w:p>
    <w:p>
      <w:r>
        <w:rPr>
          <w:b/>
        </w:rPr>
        <w:t xml:space="preserve">[1:12:10] </w:t>
      </w:r>
      <w:r>
        <w:t>to yeh apne aap mein mere liye bohat acha experience yeh experiences rahe saare thank you masha allah masha allah</w:t>
      </w:r>
    </w:p>
    <w:p>
      <w:pPr>
        <w:jc w:val="right"/>
      </w:pPr>
      <w:r>
        <w:t>تو یہ اپنے اپ میں میرے لیے بہت اچھا ایکسپیرینس یہ ایکسپیرینسز رہے سارے تھینک یو ماشاءاللہ ماشاءاللہ</w:t>
      </w:r>
    </w:p>
    <w:p>
      <w:r>
        <w:rPr>
          <w:b/>
        </w:rPr>
        <w:t xml:space="preserve">[1:12:15] </w:t>
      </w:r>
      <w:r>
        <w:t>so vikrant has been consistently participating in every year jaipur literature festival i would request mr vikrant</w:t>
      </w:r>
    </w:p>
    <w:p>
      <w:pPr>
        <w:jc w:val="right"/>
      </w:pPr>
      <w:r>
        <w:t>سو وکرانت ہیز بین کنسسٹنٹلی پارٹیسپیٹنگ ان ایوری ایئر جے پور لٹریچر فیسٹیول ائی وڈ ریکویسٹ مسٹر وکرانت</w:t>
      </w:r>
    </w:p>
    <w:p>
      <w:r>
        <w:rPr>
          <w:b/>
        </w:rPr>
        <w:t xml:space="preserve">[1:12:20] </w:t>
      </w:r>
      <w:r>
        <w:t>daggar to come here and share his experience assalam o alaikum main thoda sa ghabraya hoon kyunke mujhe pata</w:t>
      </w:r>
    </w:p>
    <w:p>
      <w:pPr>
        <w:jc w:val="right"/>
      </w:pPr>
      <w:r>
        <w:t>ڈاگر ٹو کم ہیر اینڈ شیئر ہز ایکسپیرینس السلام علیکم میں تھوڑا سا گھبرایا ہوں کیونکہ مجھے پتہ</w:t>
      </w:r>
    </w:p>
    <w:p>
      <w:r>
        <w:rPr>
          <w:b/>
        </w:rPr>
        <w:t xml:space="preserve">[1:12:26] </w:t>
      </w:r>
      <w:r>
        <w:t>nahi ke mujhe kya bolna hai aur mera content ab khatam ho chuka hai kyunke sab logon ne</w:t>
      </w:r>
    </w:p>
    <w:p>
      <w:pPr>
        <w:jc w:val="right"/>
      </w:pPr>
      <w:r>
        <w:t>نہیں کہ مجھے کیا بولنا ہے اور میرا کنٹینٹ اب ختم ہو چکا ہے کیونکہ سب لوگوں نے</w:t>
      </w:r>
    </w:p>
    <w:p>
      <w:r>
        <w:rPr>
          <w:b/>
        </w:rPr>
        <w:t xml:space="preserve">[1:12:31] </w:t>
      </w:r>
      <w:r>
        <w:t>sab kuch bata diya hai phir bhi main koshish karta hoon maine dono programs mein participate kiya</w:t>
      </w:r>
    </w:p>
    <w:p>
      <w:pPr>
        <w:jc w:val="right"/>
      </w:pPr>
      <w:r>
        <w:t>سب کچھ بتا دیا ہے پھر بھی میں کوشش کرتا ہوں میں نے دونوں پروگرامز میں پارٹیسپیٹ کیا</w:t>
      </w:r>
    </w:p>
    <w:p>
      <w:r>
        <w:rPr>
          <w:b/>
        </w:rPr>
        <w:t xml:space="preserve">[1:12:37] </w:t>
      </w:r>
      <w:r>
        <w:t>tha world book fair mein bhi aur jaipur literature fest mein bhi world book fair was little</w:t>
      </w:r>
    </w:p>
    <w:p>
      <w:pPr>
        <w:jc w:val="right"/>
      </w:pPr>
      <w:r>
        <w:t>تھا ورلڈ بک فیئر میں بھی اور جے پور لٹریچر فیسٹ میں بھی ورلڈ بک فیئر واز لٹل</w:t>
      </w:r>
    </w:p>
    <w:p>
      <w:r>
        <w:rPr>
          <w:b/>
        </w:rPr>
        <w:t xml:space="preserve">[1:12:42] </w:t>
      </w:r>
      <w:r>
        <w:t>i mean strategy hum ne pehle se banayi thi is mein thoda comfortable tha ke cheezein kaise hon</w:t>
      </w:r>
    </w:p>
    <w:p>
      <w:pPr>
        <w:jc w:val="right"/>
      </w:pPr>
      <w:r>
        <w:t>ائی مین سٹریٹیجی ہم نے پہلے سے بنائی تھی اس میں تھوڑا کمفرٹیبل تھا کہ چیزیں کیسے ہوں</w:t>
      </w:r>
    </w:p>
    <w:p>
      <w:r>
        <w:rPr>
          <w:b/>
        </w:rPr>
        <w:t xml:space="preserve">[1:12:47] </w:t>
      </w:r>
      <w:r>
        <w:t>gi kya hongi administrative issues bohat zyada nahi honge lekin phir bhi aap jitna bhi kar</w:t>
      </w:r>
    </w:p>
    <w:p>
      <w:pPr>
        <w:jc w:val="right"/>
      </w:pPr>
      <w:r>
        <w:t>گی کیا ہوں گی ایڈمنسٹریٹیو ایشوز بہت زیادہ نہیں ہوں گے لیکن پھر بھی اپ جتنا بھی کر</w:t>
      </w:r>
    </w:p>
    <w:p>
      <w:r>
        <w:rPr>
          <w:b/>
        </w:rPr>
        <w:t xml:space="preserve">[1:12:53] </w:t>
      </w:r>
      <w:r>
        <w:t>lein at the end of the day jab aap ground par hote hain to aap ke experiences bilkul</w:t>
      </w:r>
    </w:p>
    <w:p>
      <w:pPr>
        <w:jc w:val="right"/>
      </w:pPr>
      <w:r>
        <w:t>لیں ایٹ دا اینڈ اف دا ڈے جب اپ گراؤنڈ پر ہوتے ہیں تو اپ کے ایکسپیرینسز بالکل</w:t>
      </w:r>
    </w:p>
    <w:p>
      <w:r>
        <w:rPr>
          <w:b/>
        </w:rPr>
        <w:t xml:space="preserve">[1:12:58] </w:t>
      </w:r>
      <w:r>
        <w:t>alag hote hain to ah jaisa ke doctor sahab ne yeh bataya pradhan sahab ne ke stock kafi</w:t>
      </w:r>
    </w:p>
    <w:p>
      <w:pPr>
        <w:jc w:val="right"/>
      </w:pPr>
      <w:r>
        <w:t>الگ ہوتے ہیں تو اہ جیسا کہ ڈاکٹر صاحب نے یہ بتایا پردان صاحب نے کہ سٹاک کافی</w:t>
      </w:r>
    </w:p>
    <w:p>
      <w:r>
        <w:rPr>
          <w:b/>
        </w:rPr>
        <w:t xml:space="preserve">[1:13:04] </w:t>
      </w:r>
      <w:r>
        <w:t>tha rakhne ki jagah nahi thi to hum har saal distribute karte hain bahar khade ho kar stall</w:t>
      </w:r>
    </w:p>
    <w:p>
      <w:pPr>
        <w:jc w:val="right"/>
      </w:pPr>
      <w:r>
        <w:t>تھا رکھنے کی جگہ نہیں تھی تو ہم ہر سال ڈسٹریبیوٹ کرتے ہیں باہر کھڑے ہو کر سٹال</w:t>
      </w:r>
    </w:p>
    <w:p>
      <w:r>
        <w:rPr>
          <w:b/>
        </w:rPr>
        <w:t xml:space="preserve">[1:13:09] </w:t>
      </w:r>
      <w:r>
        <w:t>ke bahar aur halls ke bahar ab ek challenge yeh tha ke saman ko le ke jana padega</w:t>
      </w:r>
    </w:p>
    <w:p>
      <w:pPr>
        <w:jc w:val="right"/>
      </w:pPr>
      <w:r>
        <w:t>کے باہر اور ہالز کے باہر اب ایک چیلنج یہ تھا کہ سامان کو لے کے جانا پڑے</w:t>
      </w:r>
    </w:p>
    <w:p>
      <w:r>
        <w:rPr>
          <w:b/>
        </w:rPr>
        <w:t xml:space="preserve">[1:13:14] </w:t>
      </w:r>
      <w:r>
        <w:t>jis ke liye aap ke paas poora sadan nahi tha but we managed somehow to hum</w:t>
      </w:r>
    </w:p>
    <w:p>
      <w:pPr>
        <w:jc w:val="right"/>
      </w:pPr>
      <w:r>
        <w:t>گا جس کے لیے اپ کے پاس پورا سادن نہیں تھا بٹ وی مینجڈ سم ہاؤ تو ہم</w:t>
      </w:r>
    </w:p>
    <w:p>
      <w:r>
        <w:rPr>
          <w:b/>
        </w:rPr>
        <w:t xml:space="preserve">[1:13:20] </w:t>
      </w:r>
      <w:r>
        <w:t>ek aise mein mein khaas kar ek thodi door tha woh jagah ek hall number tha eleven kar</w:t>
      </w:r>
    </w:p>
    <w:p>
      <w:pPr>
        <w:jc w:val="right"/>
      </w:pPr>
      <w:r>
        <w:t>ایک ایسے میں میں خاص کر ایک تھوڑی دور تھا وہ جگہ ایک ہال نمبر تھا الیون کر</w:t>
      </w:r>
    </w:p>
    <w:p>
      <w:r>
        <w:rPr>
          <w:b/>
        </w:rPr>
        <w:t xml:space="preserve">[1:13:25] </w:t>
      </w:r>
      <w:r>
        <w:t>ke jahan achhe achhe publishers ne apne stall laga rakhe the penguin and all to wahan hum log</w:t>
      </w:r>
    </w:p>
    <w:p>
      <w:pPr>
        <w:jc w:val="right"/>
      </w:pPr>
      <w:r>
        <w:t>کے جہاں اچھے اچھے پبلشرز نے اپنے سٹال لگا رکھے تھے پینگوئن اینڈ ال تو وہاں ہم لوگ</w:t>
      </w:r>
    </w:p>
    <w:p>
      <w:r>
        <w:rPr>
          <w:b/>
        </w:rPr>
        <w:t xml:space="preserve">[1:13:31] </w:t>
      </w:r>
      <w:r>
        <w:t>chale gaye pehle din saturday ko jis din yeh tha wahan hum ne ja ke distribute kiya thode</w:t>
      </w:r>
    </w:p>
    <w:p>
      <w:pPr>
        <w:jc w:val="right"/>
      </w:pPr>
      <w:r>
        <w:t>چلے گئے پہلے دن سیٹرڈے کو جس دن یہ تھا وہاں ہم نے جا کے ڈسٹریبیوٹ کیا تھوڑے</w:t>
      </w:r>
    </w:p>
    <w:p>
      <w:r>
        <w:rPr>
          <w:b/>
        </w:rPr>
        <w:t xml:space="preserve">[1:13:36] </w:t>
      </w:r>
      <w:r>
        <w:t>achchhe responsez aye log jab bolte hain ke i mean thank you so much we are looking for</w:t>
      </w:r>
    </w:p>
    <w:p>
      <w:pPr>
        <w:jc w:val="right"/>
      </w:pPr>
      <w:r>
        <w:t>اچھے رسپانسز ائے لوگ جب بولتے ہیں کہ ائی مین تھینک یو سو مچ وی ار لوکنگ فار</w:t>
      </w:r>
    </w:p>
    <w:p>
      <w:r>
        <w:rPr>
          <w:b/>
        </w:rPr>
        <w:t xml:space="preserve">[1:13:41] </w:t>
      </w:r>
      <w:r>
        <w:t>it to ek positive energy ati hai is tarike ke experiences hue bahut sare logon ne wapas a</w:t>
      </w:r>
    </w:p>
    <w:p>
      <w:pPr>
        <w:jc w:val="right"/>
      </w:pPr>
      <w:r>
        <w:t>اٹ تو ایک پوزیٹیو انرجی اتی ہے اس طریقے کے ایکسپیرینسز ہوئے بہت سارے لوگوں نے واپس ا</w:t>
      </w:r>
    </w:p>
    <w:p>
      <w:r>
        <w:rPr>
          <w:b/>
        </w:rPr>
        <w:t xml:space="preserve">[1:13:47] </w:t>
      </w:r>
      <w:r>
        <w:t>ke liya ah is mein mujhe ek experience aisa hua ke ek bar main lucknow se wapas delhi</w:t>
      </w:r>
    </w:p>
    <w:p>
      <w:pPr>
        <w:jc w:val="right"/>
      </w:pPr>
      <w:r>
        <w:t>کے لیا اہ اس میں مجھے ایک ایکسپیرینس ایسا ہوا کہ ایک بار میں لکھنؤ سے واپس دہلی</w:t>
      </w:r>
    </w:p>
    <w:p>
      <w:r>
        <w:rPr>
          <w:b/>
        </w:rPr>
        <w:t xml:space="preserve">[1:13:52] </w:t>
      </w:r>
      <w:r>
        <w:t>a raha tha aur meri raat ki train thi aur subah aate aate woh train late ho gayi</w:t>
      </w:r>
    </w:p>
    <w:p>
      <w:pPr>
        <w:jc w:val="right"/>
      </w:pPr>
      <w:r>
        <w:t>ا رہا تھا اور میری رات کی ٹرین تھی اور صبح اتے اتے وہ ٹرین لیٹ ہو گئی</w:t>
      </w:r>
    </w:p>
    <w:p>
      <w:r>
        <w:rPr>
          <w:b/>
        </w:rPr>
        <w:t xml:space="preserve">[1:13:58] </w:t>
      </w:r>
      <w:r>
        <w:t>thi to kafi late thi is din main office bhi nahi ja paya to is mein ek shakhs</w:t>
      </w:r>
    </w:p>
    <w:p>
      <w:pPr>
        <w:jc w:val="right"/>
      </w:pPr>
      <w:r>
        <w:t>تھی تو کافی لیٹ تھی اس دن میں افس بھی نہیں جا پایا تو اس میں ایک شخص</w:t>
      </w:r>
    </w:p>
    <w:p>
      <w:r>
        <w:rPr>
          <w:b/>
        </w:rPr>
        <w:t xml:space="preserve">[1:14:03] </w:t>
      </w:r>
      <w:r>
        <w:t>the woh bahut achchhe se angrezi wagera mein baat kar rahe the shayad woh bhi late the unhein</w:t>
      </w:r>
    </w:p>
    <w:p>
      <w:pPr>
        <w:jc w:val="right"/>
      </w:pPr>
      <w:r>
        <w:t>تھے وہ بہت اچھے سے انگریزی وغیرہ میں بات کر رہے تھے شاید وہ بھی لیٹ تھے انہیں</w:t>
      </w:r>
    </w:p>
    <w:p>
      <w:r>
        <w:rPr>
          <w:b/>
        </w:rPr>
        <w:t xml:space="preserve">[1:14:09] </w:t>
      </w:r>
      <w:r>
        <w:t>bhi delhi aana tha to kai dafa ah woh bar bar aa rahe the dekh rahe the hum</w:t>
      </w:r>
    </w:p>
    <w:p>
      <w:pPr>
        <w:jc w:val="right"/>
      </w:pPr>
      <w:r>
        <w:t>بھی دہلی انا تھا تو کئی دفعہ اہ وہ بار بار ا رہے تھے دیکھ رہے تھے ہم</w:t>
      </w:r>
    </w:p>
    <w:p>
      <w:r>
        <w:rPr>
          <w:b/>
        </w:rPr>
        <w:t xml:space="preserve">[1:14:14] </w:t>
      </w:r>
      <w:r>
        <w:t>coast station pe pahunche aur main ne unhein kai bar dekha aate jate kyunke woh raste se nikal</w:t>
      </w:r>
    </w:p>
    <w:p>
      <w:pPr>
        <w:jc w:val="right"/>
      </w:pPr>
      <w:r>
        <w:t>کاسٹ اسٹیشن پہ پہنچے اور میں نے انہیں کئی بار دیکھا اتے جاتے کیونکہ وہ راستے سے نکل</w:t>
      </w:r>
    </w:p>
    <w:p>
      <w:r>
        <w:rPr>
          <w:b/>
        </w:rPr>
        <w:t xml:space="preserve">[1:14:19] </w:t>
      </w:r>
      <w:r>
        <w:t>rahe the woh is mein chah raha tha ke un se baat karoon aur quran un ko present</w:t>
      </w:r>
    </w:p>
    <w:p>
      <w:pPr>
        <w:jc w:val="right"/>
      </w:pPr>
      <w:r>
        <w:t>رہے تھے وہ اس میں چاہ رہا تھا کہ ان سے بات کروں اور قرآن ان کو پریزنٹ</w:t>
      </w:r>
    </w:p>
    <w:p>
      <w:r>
        <w:rPr>
          <w:b/>
        </w:rPr>
        <w:t xml:space="preserve">[1:14:25] </w:t>
      </w:r>
      <w:r>
        <w:t>kar paoon but somehow I could not give it to him. So I missed that opportunity.</w:t>
      </w:r>
    </w:p>
    <w:p>
      <w:pPr>
        <w:jc w:val="right"/>
      </w:pPr>
      <w:r>
        <w:t>کر پاؤں بٹ سم ہاؤ ائی کڈ ناٹ گیو اٹ ٹو ہم تو ائی مس دیٹ اپورچونیٹی تو</w:t>
      </w:r>
    </w:p>
    <w:p>
      <w:r>
        <w:rPr>
          <w:b/>
        </w:rPr>
        <w:t xml:space="preserve">[1:14:30] </w:t>
      </w:r>
      <w:r>
        <w:t>mein unhein wahan quran nahi de paya yeh taqreeban doRai teen mahine pehle ki baat hai aur is</w:t>
      </w:r>
    </w:p>
    <w:p>
      <w:pPr>
        <w:jc w:val="right"/>
      </w:pPr>
      <w:r>
        <w:t>میں انہیں وہاں قرآن نہیں دے پایا یہ تقریبا دوڑائی تین مہینے پہلے کی بات ہے اور اس</w:t>
      </w:r>
    </w:p>
    <w:p>
      <w:r>
        <w:rPr>
          <w:b/>
        </w:rPr>
        <w:t xml:space="preserve">[1:14:36] </w:t>
      </w:r>
      <w:r>
        <w:t>bar world book fair mein aisa hua ke woh mere samne se nikle aur unhon ne mujhe dekha</w:t>
      </w:r>
    </w:p>
    <w:p>
      <w:pPr>
        <w:jc w:val="right"/>
      </w:pPr>
      <w:r>
        <w:t>بار ورلڈ بک فیئر میں ایسا ہوا کہ وہ میرے سامنے سے نکلے اور انہوں نے مجھے دیکھا</w:t>
      </w:r>
    </w:p>
    <w:p>
      <w:r>
        <w:rPr>
          <w:b/>
        </w:rPr>
        <w:t xml:space="preserve">[1:14:41] </w:t>
      </w:r>
      <w:r>
        <w:t>ab main to unhein pehchan gaya kyunke main us waqt unhein quran dena chahta tha aur main ne</w:t>
      </w:r>
    </w:p>
    <w:p>
      <w:pPr>
        <w:jc w:val="right"/>
      </w:pPr>
      <w:r>
        <w:t>اب میں تو انہیں پہچان گیا کیونکہ میں اس وقت انہیں قرآن دینا چاہتا تھا اور میں نے</w:t>
      </w:r>
    </w:p>
    <w:p>
      <w:r>
        <w:rPr>
          <w:b/>
        </w:rPr>
        <w:t xml:space="preserve">[1:14:46] </w:t>
      </w:r>
      <w:r>
        <w:t>un ko just offer kiya hai sir its a free copy its a english translation of quran aur</w:t>
      </w:r>
    </w:p>
    <w:p>
      <w:pPr>
        <w:jc w:val="right"/>
      </w:pPr>
      <w:r>
        <w:t>ان کو جسٹ افر کیا ہے سر اٹس ا فری کاپی اٹس ا انگلش ٹرانسلیشن اف قرآن اور</w:t>
      </w:r>
    </w:p>
    <w:p>
      <w:r>
        <w:rPr>
          <w:b/>
        </w:rPr>
        <w:t xml:space="preserve">[1:14:52] </w:t>
      </w:r>
      <w:r>
        <w:t>he was very happy aur woh quran unhon ne liya aur woh muskurate hue andar chale gaye thank</w:t>
      </w:r>
    </w:p>
    <w:p>
      <w:pPr>
        <w:jc w:val="right"/>
      </w:pPr>
      <w:r>
        <w:t>ہی واز ویری ہیپی اور وہ قرآن انہوں نے لیا اور وہ مسکراتے ہوئے اندر چلے گئے تھینک</w:t>
      </w:r>
    </w:p>
    <w:p>
      <w:r>
        <w:rPr>
          <w:b/>
        </w:rPr>
        <w:t xml:space="preserve">[1:14:57] </w:t>
      </w:r>
      <w:r>
        <w:t>you bol kar thodi der baad taqreeban aadhe poone ghante baad woh wapas aaye aur aa ke bolte</w:t>
      </w:r>
    </w:p>
    <w:p>
      <w:pPr>
        <w:jc w:val="right"/>
      </w:pPr>
      <w:r>
        <w:t>یو بول کر تھوڑی دیر بعد تقریبا ادھے پونے گھنٹے بعد وہ واپس ائے اور ا کے بولتے</w:t>
      </w:r>
    </w:p>
    <w:p>
      <w:r>
        <w:rPr>
          <w:b/>
        </w:rPr>
        <w:t xml:space="preserve">[1:15:03] </w:t>
      </w:r>
      <w:r>
        <w:t>hain aap ek hindi copy bhi de dijiye aur unhon ne apne kisi colleague ko force kiya ke</w:t>
      </w:r>
    </w:p>
    <w:p>
      <w:pPr>
        <w:jc w:val="right"/>
      </w:pPr>
      <w:r>
        <w:t>ہیں اپ ایک ہندی کاپی بھی دے دیجئے اور انہوں نے اپنے کسی کولیگ کو فورس کیا کہ</w:t>
      </w:r>
    </w:p>
    <w:p>
      <w:r>
        <w:rPr>
          <w:b/>
        </w:rPr>
        <w:t xml:space="preserve">[1:15:08] </w:t>
      </w:r>
      <w:r>
        <w:t>bhai aap yeh hindi copy len aur ise zaroor padhen aur main chahta hoon aap ise padhen to</w:t>
      </w:r>
    </w:p>
    <w:p>
      <w:pPr>
        <w:jc w:val="right"/>
      </w:pPr>
      <w:r>
        <w:t>بھئی اپ یہ ہندی کاپی لیں اور اسے ضرور پڑھیں اور میں چاہتا ہوں اپ اسے پڑھیں تو</w:t>
      </w:r>
    </w:p>
    <w:p>
      <w:r>
        <w:rPr>
          <w:b/>
        </w:rPr>
        <w:t xml:space="preserve">[1:15:13] </w:t>
      </w:r>
      <w:r>
        <w:t>mujhe yeh to samajh mein aaya jaisa ke faraz sahab ne bhi bataya ke khali aap hi nahi</w:t>
      </w:r>
    </w:p>
    <w:p>
      <w:pPr>
        <w:jc w:val="right"/>
      </w:pPr>
      <w:r>
        <w:t>مجھے یہ تو سمجھ میں ایا جیسا کہ فراز صاحب نے بھی بتایا کہ خالی اپ ہی نہیں</w:t>
      </w:r>
    </w:p>
    <w:p>
      <w:r>
        <w:rPr>
          <w:b/>
        </w:rPr>
        <w:t xml:space="preserve">[1:15:19] </w:t>
      </w:r>
      <w:r>
        <w:t>aap ke zariye se itne dahi aur create ho gaye hain jo logon ko bol rahe hain ke</w:t>
      </w:r>
    </w:p>
    <w:p>
      <w:pPr>
        <w:jc w:val="right"/>
      </w:pPr>
      <w:r>
        <w:t>اپ کے ذریعے سے اتنے داعی اور کریٹ ہو گئے ہیں جو لوگوں کو بول رہے ہیں کہ</w:t>
      </w:r>
    </w:p>
    <w:p>
      <w:r>
        <w:rPr>
          <w:b/>
        </w:rPr>
        <w:t xml:space="preserve">[1:15:24] </w:t>
      </w:r>
      <w:r>
        <w:t>bhai aap un ko den un ko den un ko den aur aap ka kaam bilkul asan ho</w:t>
      </w:r>
    </w:p>
    <w:p>
      <w:pPr>
        <w:jc w:val="right"/>
      </w:pPr>
      <w:r>
        <w:t>بھئی اپ ان کو دیں ان کو دیں ان کو دیں اور اپ کا کام بالکل اسان ہو</w:t>
      </w:r>
    </w:p>
    <w:p>
      <w:r>
        <w:rPr>
          <w:b/>
        </w:rPr>
        <w:t xml:space="preserve">[1:15:30] </w:t>
      </w:r>
      <w:r>
        <w:t>gaya to mere ko woh opportunity shayad dobara wapas mil gayi aur allah ne badi madad kari is</w:t>
      </w:r>
    </w:p>
    <w:p>
      <w:pPr>
        <w:jc w:val="right"/>
      </w:pPr>
      <w:r>
        <w:t>گیا تو میرے کو وہ اپورچونیٹی شاید دوبارہ واپس مل گئی اور اللہ نے بڑی مدد کری اس</w:t>
      </w:r>
    </w:p>
    <w:p>
      <w:r>
        <w:rPr>
          <w:b/>
        </w:rPr>
        <w:t xml:space="preserve">[1:15:35] </w:t>
      </w:r>
      <w:r>
        <w:t>ke baad second day bhi hum log wahan distribute kar rahe the to jaisa ke hota hai kabhi</w:t>
      </w:r>
    </w:p>
    <w:p>
      <w:pPr>
        <w:jc w:val="right"/>
      </w:pPr>
      <w:r>
        <w:t>کے بعد سیکنڈ ڈے بھی ہم لوگ وہاں ڈسٹریبیوٹ کر رہے تھے تو جیسا کہ ہوتا ہے کبھی</w:t>
      </w:r>
    </w:p>
    <w:p>
      <w:r>
        <w:rPr>
          <w:b/>
        </w:rPr>
        <w:t xml:space="preserve">[1:15:40] </w:t>
      </w:r>
      <w:r>
        <w:t>kabhi kuch negative experiences bhi hote hain ya koi aap ko keh deta hai ke bhai yeh aap</w:t>
      </w:r>
    </w:p>
    <w:p>
      <w:pPr>
        <w:jc w:val="right"/>
      </w:pPr>
      <w:r>
        <w:t>کبھی کچھ نیگیٹیو ایکسپیرینسز بھی ہوتے ہیں یا کوئی اپ کو کہہ دیتا ہے کہ بھئی یہ اپ</w:t>
      </w:r>
    </w:p>
    <w:p>
      <w:r>
        <w:rPr>
          <w:b/>
        </w:rPr>
        <w:t xml:space="preserve">[1:15:46] </w:t>
      </w:r>
      <w:r>
        <w:t>kaise de rahe ho kyun de rahe ho ek koi security personal the woh wahan aaye aur unhon</w:t>
      </w:r>
    </w:p>
    <w:p>
      <w:pPr>
        <w:jc w:val="right"/>
      </w:pPr>
      <w:r>
        <w:t>کیسے دے رہے ہو کیوں دے رہے ہو ایک کوئی سیکیورٹی پرسنل تھے وہ وہاں ائے اور انہوں</w:t>
      </w:r>
    </w:p>
    <w:p>
      <w:r>
        <w:rPr>
          <w:b/>
        </w:rPr>
        <w:t xml:space="preserve">[1:15:51] </w:t>
      </w:r>
      <w:r>
        <w:t>ne kyunke bahut bheed jama ho jati hai jab aap quran de rahe hote hain log bahut khushi</w:t>
      </w:r>
    </w:p>
    <w:p>
      <w:pPr>
        <w:jc w:val="right"/>
      </w:pPr>
      <w:r>
        <w:t>نے کیونکہ بہت بھیڑ جمع ہو جاتی ہے جب اپ قرآن دے رہے ہوتے ہیں لوگ بہت خوشی</w:t>
      </w:r>
    </w:p>
    <w:p>
      <w:r>
        <w:rPr>
          <w:b/>
        </w:rPr>
        <w:t xml:space="preserve">[1:15:57] </w:t>
      </w:r>
      <w:r>
        <w:t>se le rahe hote hain aur pura rasta kabhi kabhi block ho jata hai to unhon ne a</w:t>
      </w:r>
    </w:p>
    <w:p>
      <w:pPr>
        <w:jc w:val="right"/>
      </w:pPr>
      <w:r>
        <w:t>سے لے رہے ہوتے ہیں اور پورا راستہ کبھی کبھی بلاک ہو جاتا ہے تو انہوں نے ا</w:t>
      </w:r>
    </w:p>
    <w:p>
      <w:r>
        <w:rPr>
          <w:b/>
        </w:rPr>
        <w:t xml:space="preserve">[1:16:02] </w:t>
      </w:r>
      <w:r>
        <w:t>ke bola ke ah yeh aap yahan mat kariye aur aap apne stall ke bahar kariye aisa kuch</w:t>
      </w:r>
    </w:p>
    <w:p>
      <w:pPr>
        <w:jc w:val="right"/>
      </w:pPr>
      <w:r>
        <w:t>کے بولا کہ اہ یہ اپ یہاں مت کریے اور اپ اپنے سٹال کے باہر کریے ایسا کچھ</w:t>
      </w:r>
    </w:p>
    <w:p>
      <w:r>
        <w:rPr>
          <w:b/>
        </w:rPr>
        <w:t xml:space="preserve">[1:16:08] </w:t>
      </w:r>
      <w:r>
        <w:t>kar ke unhon ne bola to hum ne un ko bola theek hai sir hum log yahan band</w:t>
      </w:r>
    </w:p>
    <w:p>
      <w:pPr>
        <w:jc w:val="right"/>
      </w:pPr>
      <w:r>
        <w:t>کر کے انہوں نے بولا تو ہم نے ان کو بولا ٹھیک ہے سر ہم لوگ یہاں بند</w:t>
      </w:r>
    </w:p>
    <w:p>
      <w:r>
        <w:rPr>
          <w:b/>
        </w:rPr>
        <w:t xml:space="preserve">[1:16:13] </w:t>
      </w:r>
      <w:r>
        <w:t>kar dete hain kar dete hain hamare paas kuch hi copies reh gayi theen to phir woh bol</w:t>
      </w:r>
    </w:p>
    <w:p>
      <w:pPr>
        <w:jc w:val="right"/>
      </w:pPr>
      <w:r>
        <w:t>کر دیتے ہیں کر دیتے ہیں ہمارے پاس کچھ ہی کاپیز رہ گئی تھیں تو پھر وہ بول</w:t>
      </w:r>
    </w:p>
    <w:p>
      <w:r>
        <w:rPr>
          <w:b/>
        </w:rPr>
        <w:t xml:space="preserve">[1:16:18] </w:t>
      </w:r>
      <w:r>
        <w:t>ke a ke chale gaye isi waqt kuch paanch saat log aaye aur woh bol rahe the ke</w:t>
      </w:r>
    </w:p>
    <w:p>
      <w:pPr>
        <w:jc w:val="right"/>
      </w:pPr>
      <w:r>
        <w:t>کے ا کے چلے گئے اسی وقت کچھ پانچ سات لوگ ائے اور وہ بول رہے تھے کہ</w:t>
      </w:r>
    </w:p>
    <w:p>
      <w:r>
        <w:rPr>
          <w:b/>
        </w:rPr>
        <w:t xml:space="preserve">[1:16:24] </w:t>
      </w:r>
      <w:r>
        <w:t>humein hindi ka quran chahiye hum pehle se dhoondh rahe the kal bhi nahi mila aur hindi ka</w:t>
      </w:r>
    </w:p>
    <w:p>
      <w:pPr>
        <w:jc w:val="right"/>
      </w:pPr>
      <w:r>
        <w:t>ہمیں ہندی کا قرآن چاہیے ہم پہلے سے ڈھونڈ رہے تھے کل بھی نہیں ملا اور ہندی کا</w:t>
      </w:r>
    </w:p>
    <w:p>
      <w:r>
        <w:rPr>
          <w:b/>
        </w:rPr>
        <w:t xml:space="preserve">[1:16:29] </w:t>
      </w:r>
      <w:r>
        <w:t>quran humein chahiye bilkul us waqt khatm hue the to saamne carton tha jis mein kuch hindi ke</w:t>
      </w:r>
    </w:p>
    <w:p>
      <w:pPr>
        <w:jc w:val="right"/>
      </w:pPr>
      <w:r>
        <w:t>قرآن ہمیں چاہیے بالکل اس وقت ختم ہوئے تھے تو سامنے کارٹن تھا جس میں کچھ ہندی کے</w:t>
      </w:r>
    </w:p>
    <w:p>
      <w:r>
        <w:rPr>
          <w:b/>
        </w:rPr>
        <w:t xml:space="preserve">[1:16:35] </w:t>
      </w:r>
      <w:r>
        <w:t>quran the to woh wahan se baqi saathi lene chale gaye to main ne un ko bola ke</w:t>
      </w:r>
    </w:p>
    <w:p>
      <w:pPr>
        <w:jc w:val="right"/>
      </w:pPr>
      <w:r>
        <w:t>قرآن تھے تو وہ وہاں سے باقی ساتھی لینے چلے گئے تو میں نے ان کو بولا کہ</w:t>
      </w:r>
    </w:p>
    <w:p>
      <w:r>
        <w:rPr>
          <w:b/>
        </w:rPr>
        <w:t xml:space="preserve">[1:16:40] </w:t>
      </w:r>
      <w:r>
        <w:t>sir aap thoda sa idhar side mein aa jaiye kyunke bheed dekh kar yeh phir humein yahan karne nahi</w:t>
      </w:r>
    </w:p>
    <w:p>
      <w:pPr>
        <w:jc w:val="right"/>
      </w:pPr>
      <w:r>
        <w:t>سر اپ تھوڑا سا ادھر سائیڈ میں اجائیے کیونکہ بھیڑ دیکھ کر یہ پھر ہمیں یہاں کرنے نہیں</w:t>
      </w:r>
    </w:p>
    <w:p>
      <w:r>
        <w:rPr>
          <w:b/>
        </w:rPr>
        <w:t xml:space="preserve">[1:16:45] </w:t>
      </w:r>
      <w:r>
        <w:t>denge mere munh se bilkul nikal gaya yeh humein bhaga denge to unhon ne mujhe yeh</w:t>
      </w:r>
    </w:p>
    <w:p>
      <w:pPr>
        <w:jc w:val="right"/>
      </w:pPr>
      <w:r>
        <w:t>دیں گے میرے منہ سے بالکل نکل گیا یہ ہمیں بھگا دیں گے تو انہوں نے مجھے یہ</w:t>
      </w:r>
    </w:p>
    <w:p>
      <w:r>
        <w:rPr>
          <w:b/>
        </w:rPr>
        <w:t xml:space="preserve">[1:16:51] </w:t>
      </w:r>
      <w:r>
        <w:t>bola ke tum ko yahan se koi nahi bhaga sakta kaun hai jo tumhein yahan se bhaga sakta</w:t>
      </w:r>
    </w:p>
    <w:p>
      <w:pPr>
        <w:jc w:val="right"/>
      </w:pPr>
      <w:r>
        <w:t>بولا کہ تم کو یہاں سے کوئی نہیں بھگا سکتا کون ہے جو تمہیں یہاں سے بھگا سکتا</w:t>
      </w:r>
    </w:p>
    <w:p>
      <w:r>
        <w:rPr>
          <w:b/>
        </w:rPr>
        <w:t xml:space="preserve">[1:16:56] </w:t>
      </w:r>
      <w:r>
        <w:t>hai jo unhon ne mujhe bola ke tum ko yahan se koi nahi bhaga sakta tum to iman</w:t>
      </w:r>
    </w:p>
    <w:p>
      <w:pPr>
        <w:jc w:val="right"/>
      </w:pPr>
      <w:r>
        <w:t>ہے جو انہوں نے مجھے بولا کہ تم کو یہاں سے کوئی نہیں بھگا سکتا تم تو ایمان</w:t>
      </w:r>
    </w:p>
    <w:p>
      <w:r>
        <w:rPr>
          <w:b/>
        </w:rPr>
        <w:t xml:space="preserve">[1:17:02] </w:t>
      </w:r>
      <w:r>
        <w:t>ka kaam kar rahe ho aur iman walon ko yahan se koi nahi bhaga sakta aur woh mere</w:t>
      </w:r>
    </w:p>
    <w:p>
      <w:pPr>
        <w:jc w:val="right"/>
      </w:pPr>
      <w:r>
        <w:t>کا کام کر رہے ہو اور ایمان والوں کو یہاں سے کوئی نہیں بھگا سکتا اور وہ میرے</w:t>
      </w:r>
    </w:p>
    <w:p>
      <w:r>
        <w:rPr>
          <w:b/>
        </w:rPr>
        <w:t xml:space="preserve">[1:17:07] </w:t>
      </w:r>
      <w:r>
        <w:t>peeche khade rahe jab tak unhein quran ke copies hindi ke nahi mil gaye woh sun ke main</w:t>
      </w:r>
    </w:p>
    <w:p>
      <w:pPr>
        <w:jc w:val="right"/>
      </w:pPr>
      <w:r>
        <w:t>پیچھے کھڑے رہے جب تک انہیں قرآن کے کاپیز ہندی کے نہیں مل گئے وہ سن کے میں</w:t>
      </w:r>
    </w:p>
    <w:p>
      <w:r>
        <w:rPr>
          <w:b/>
        </w:rPr>
        <w:t xml:space="preserve">[1:17:12] </w:t>
      </w:r>
      <w:r>
        <w:t>ek dum thoda sa matlab ghost bump mujhe aa gaye aur main ek dum aisa ho gaya ke allah</w:t>
      </w:r>
    </w:p>
    <w:p>
      <w:pPr>
        <w:jc w:val="right"/>
      </w:pPr>
      <w:r>
        <w:t>ایک دم تھوڑا سا مطلب گھوسٹ بمپ مجھے اگئے اور میں ایک دم ایسا ہو گیا کہ اللہ</w:t>
      </w:r>
    </w:p>
    <w:p>
      <w:r>
        <w:rPr>
          <w:b/>
        </w:rPr>
        <w:t xml:space="preserve">[1:17:18] </w:t>
      </w:r>
      <w:r>
        <w:t>ne matlab is qadar madad kar di hamari ke shayad main haan yahan sahi jagah hoon mere paas</w:t>
      </w:r>
    </w:p>
    <w:p>
      <w:pPr>
        <w:jc w:val="right"/>
      </w:pPr>
      <w:r>
        <w:t>نے مطلب اس قدر مدد کر دی ہماری کہ شاید میں ہاں یہاں صحیح جگہ ہوں میرے پاس</w:t>
      </w:r>
    </w:p>
    <w:p>
      <w:r>
        <w:rPr>
          <w:b/>
        </w:rPr>
        <w:t xml:space="preserve">[1:17:23] </w:t>
      </w:r>
      <w:r>
        <w:t>ek allah ka protection hai to main use de paya is ke baad main aur jab bilkul jab</w:t>
      </w:r>
    </w:p>
    <w:p>
      <w:pPr>
        <w:jc w:val="right"/>
      </w:pPr>
      <w:r>
        <w:t>ایک اللہ کا پروٹیکشن ہے تو میں اسے دے پایا اس کے بعد میں اور جب بالکل جب</w:t>
      </w:r>
    </w:p>
    <w:p>
      <w:r>
        <w:rPr>
          <w:b/>
        </w:rPr>
        <w:t xml:space="preserve">[1:17:29] </w:t>
      </w:r>
      <w:r>
        <w:t>world book fair khatm ho raha tha to jaisa ke hi faraz sahab ne bhi bola hum log</w:t>
      </w:r>
    </w:p>
    <w:p>
      <w:pPr>
        <w:jc w:val="right"/>
      </w:pPr>
      <w:r>
        <w:t>ورلڈ بک فیئر ختم ہو رہا تھا تو جیسا کہ ہی فراز صاحب نے بھی بولا ہم لوگ</w:t>
      </w:r>
    </w:p>
    <w:p>
      <w:r>
        <w:rPr>
          <w:b/>
        </w:rPr>
        <w:t xml:space="preserve">[1:17:34] </w:t>
      </w:r>
      <w:r>
        <w:t>office ka half day kar ke socha ke saturday hi hai hamare paas sunday ko to hum kar</w:t>
      </w:r>
    </w:p>
    <w:p>
      <w:pPr>
        <w:jc w:val="right"/>
      </w:pPr>
      <w:r>
        <w:t>افس کا ہاف ڈے کر کے سوچا کہ سیٹرڈے ہی ہے ہمارے پاس سنڈے کو تو ہم کر</w:t>
      </w:r>
    </w:p>
    <w:p>
      <w:r>
        <w:rPr>
          <w:b/>
        </w:rPr>
        <w:t xml:space="preserve">[1:17:39] </w:t>
      </w:r>
      <w:r>
        <w:t>nahi paayenge chalo ja ke yeh bhi kar lete hain to main bhi aise hi office khatm</w:t>
      </w:r>
    </w:p>
    <w:p>
      <w:pPr>
        <w:jc w:val="right"/>
      </w:pPr>
      <w:r>
        <w:t>نہیں پائیں گے چلو جا کے یہ بھی کر لیتے ہیں تو میں بھی ایسے ہی افس ختم</w:t>
      </w:r>
    </w:p>
    <w:p>
      <w:r>
        <w:rPr>
          <w:b/>
        </w:rPr>
        <w:t xml:space="preserve">[1:17:45] </w:t>
      </w:r>
      <w:r>
        <w:t>kar ke wahan pahunch gaya wahan pahunchne ke baad stall par gaya to socha ke quran quran kuch</w:t>
      </w:r>
    </w:p>
    <w:p>
      <w:pPr>
        <w:jc w:val="right"/>
      </w:pPr>
      <w:r>
        <w:t>کر کے وہاں پہنچ گیا وہاں پہنچنے کے بعد سٹال پر گیا تو سوچا کہ قرآن قرآن کچھ</w:t>
      </w:r>
    </w:p>
    <w:p>
      <w:r>
        <w:rPr>
          <w:b/>
        </w:rPr>
        <w:t xml:space="preserve">[1:17:50] </w:t>
      </w:r>
      <w:r>
        <w:t>le leta hoon wahan se aur mere paas ah woh us din bahar carton nahi le jaane de</w:t>
      </w:r>
    </w:p>
    <w:p>
      <w:pPr>
        <w:jc w:val="right"/>
      </w:pPr>
      <w:r>
        <w:t>لے لیتا ہوں وہاں سے اور میرے پاس اہ وہ اس دن باہر کارٹن نہیں لے جانے دے</w:t>
      </w:r>
    </w:p>
    <w:p>
      <w:r>
        <w:rPr>
          <w:b/>
        </w:rPr>
        <w:t xml:space="preserve">[1:17:56] </w:t>
      </w:r>
      <w:r>
        <w:t>rahe the kyunke aap ko kuch pass wagera lena padta tha to mujhe laga bahut aisa lag raha</w:t>
      </w:r>
    </w:p>
    <w:p>
      <w:pPr>
        <w:jc w:val="right"/>
      </w:pPr>
      <w:r>
        <w:t>رہے تھے کیونکہ اپ کو کچھ پاس وغیرہ لینا پڑتا تھا تو مجھے لگا بہت ایسا لگ رہا</w:t>
      </w:r>
    </w:p>
    <w:p>
      <w:r>
        <w:rPr>
          <w:b/>
        </w:rPr>
        <w:t xml:space="preserve">[1:18:01] </w:t>
      </w:r>
      <w:r>
        <w:t>tha ke time bahut jaldi khatm ho raha hai time bahut jaldi khatm ho raha hai to main</w:t>
      </w:r>
    </w:p>
    <w:p>
      <w:pPr>
        <w:jc w:val="right"/>
      </w:pPr>
      <w:r>
        <w:t>تھا کہ ٹائم بہت جلدی ختم ہو رہا ہے ٹائم بہت جلدی ختم ہو رہا ہے تو میں</w:t>
      </w:r>
    </w:p>
    <w:p>
      <w:r>
        <w:rPr>
          <w:b/>
        </w:rPr>
        <w:t xml:space="preserve">[1:18:07] </w:t>
      </w:r>
      <w:r>
        <w:t>ne do chhote chhote bags the is mein quran bhar liya aur ek bag mere paas tha woh</w:t>
      </w:r>
    </w:p>
    <w:p>
      <w:pPr>
        <w:jc w:val="right"/>
      </w:pPr>
      <w:r>
        <w:t>نے دو چھوٹے چھوٹے بیگز تھے اس میں قرآن بھر لیا اور ایک بیگ میرے پاس تھا وہ</w:t>
      </w:r>
    </w:p>
    <w:p>
      <w:r>
        <w:rPr>
          <w:b/>
        </w:rPr>
        <w:t xml:space="preserve">[1:18:12] </w:t>
      </w:r>
      <w:r>
        <w:t>saara mein apne kandhon par daal kar bahar le gaya ab woh thoda sa mujhe bhaari lagne laga</w:t>
      </w:r>
    </w:p>
    <w:p>
      <w:pPr>
        <w:jc w:val="right"/>
      </w:pPr>
      <w:r>
        <w:t>سارا میں اپنے کندھوں پر ڈال کر باہر لے گیا اب وہ تھوڑا سا مجھے بھاری لگنے لگا</w:t>
      </w:r>
    </w:p>
    <w:p>
      <w:r>
        <w:rPr>
          <w:b/>
        </w:rPr>
        <w:t xml:space="preserve">[1:18:17] </w:t>
      </w:r>
      <w:r>
        <w:t>kyunke is mein wazan tha to mujhe laga thoda sa door jaana problem ho raha hai to mein</w:t>
      </w:r>
    </w:p>
    <w:p>
      <w:pPr>
        <w:jc w:val="right"/>
      </w:pPr>
      <w:r>
        <w:t>کیونکہ اس میں وزن تھا تو مجھے لگا تھوڑا سا دور جانا پرابلم ہو رہا ہے تو میں</w:t>
      </w:r>
    </w:p>
    <w:p>
      <w:r>
        <w:rPr>
          <w:b/>
        </w:rPr>
        <w:t xml:space="preserve">[1:18:23] </w:t>
      </w:r>
      <w:r>
        <w:t>aise hi sochte hue ja raha tha achaanak se maine dekha ek lambi line khadi hui hai</w:t>
      </w:r>
    </w:p>
    <w:p>
      <w:pPr>
        <w:jc w:val="right"/>
      </w:pPr>
      <w:r>
        <w:t>ایسے ہی سوچتے ہوئے جا رہا تھا اچانک سے میں نے دیکھا ایک لمبی لائن کھڑی ہوئی ہے</w:t>
      </w:r>
    </w:p>
    <w:p>
      <w:r>
        <w:rPr>
          <w:b/>
        </w:rPr>
        <w:t xml:space="preserve">[1:18:28] </w:t>
      </w:r>
      <w:r>
        <w:t>hall number 12 ke aage ab mein ek dum thoda shock tha ke matlab yahan kaise line lag</w:t>
      </w:r>
    </w:p>
    <w:p>
      <w:pPr>
        <w:jc w:val="right"/>
      </w:pPr>
      <w:r>
        <w:t>ہال نمبر 12 کے اگے اب میں ایک دم تھوڑا شاک تھا کہ مطلب یہاں کیسے لائن لگ</w:t>
      </w:r>
    </w:p>
    <w:p>
      <w:r>
        <w:rPr>
          <w:b/>
        </w:rPr>
        <w:t xml:space="preserve">[1:18:34] </w:t>
      </w:r>
      <w:r>
        <w:t>jaaye gi to aisa Allah ne madad kar di ke us din log line se khade ho gaye</w:t>
      </w:r>
    </w:p>
    <w:p>
      <w:pPr>
        <w:jc w:val="right"/>
      </w:pPr>
      <w:r>
        <w:t>جائے گی تو ایسا اللہ نے مدد کر دی کہ اس دن لوگ لائن سے کھڑے ہو گئے</w:t>
      </w:r>
    </w:p>
    <w:p>
      <w:r>
        <w:rPr>
          <w:b/>
        </w:rPr>
        <w:t xml:space="preserve">[1:18:39] </w:t>
      </w:r>
      <w:r>
        <w:t>aur shayad mujhe bahut door jaana nahi pada aur mein wahin ja kar Quran logon ko dene laga</w:t>
      </w:r>
    </w:p>
    <w:p>
      <w:pPr>
        <w:jc w:val="right"/>
      </w:pPr>
      <w:r>
        <w:t>اور شاید مجھے بہت دور جانا نہیں پڑا اور میں وہیں جا کر قرآن لوگوں کو دینے لگا</w:t>
      </w:r>
    </w:p>
    <w:p>
      <w:r>
        <w:rPr>
          <w:b/>
        </w:rPr>
        <w:t xml:space="preserve">[1:18:44] </w:t>
      </w:r>
      <w:r>
        <w:t>to woh mere liye bahut positive sa tha ke matlab maine bas khaali socha tha aur Allah</w:t>
      </w:r>
    </w:p>
    <w:p>
      <w:pPr>
        <w:jc w:val="right"/>
      </w:pPr>
      <w:r>
        <w:t>تو وہ میرے لیے بہت پوزیٹیو سا تھا کہ مطلب میں نے بس خالی سوچا تھا اور اللہ</w:t>
      </w:r>
    </w:p>
    <w:p>
      <w:r>
        <w:rPr>
          <w:b/>
        </w:rPr>
        <w:t xml:space="preserve">[1:18:50] </w:t>
      </w:r>
      <w:r>
        <w:t>ne ek line hi laga di mere liye ke yeh yeh log hain jo Quran lena chahte hain</w:t>
      </w:r>
    </w:p>
    <w:p>
      <w:pPr>
        <w:jc w:val="right"/>
      </w:pPr>
      <w:r>
        <w:t>نے ایک لائن ہی لگا دی میرے لیے کہ یہ یہ لوگ ہیں جو قرآن لینا چاہتے ہیں</w:t>
      </w:r>
    </w:p>
    <w:p>
      <w:r>
        <w:rPr>
          <w:b/>
        </w:rPr>
        <w:t xml:space="preserve">[1:18:55] </w:t>
      </w:r>
      <w:r>
        <w:t>aur tum unhein de do isi line mein se ek insaan aaye jab unhon ne dekha ke main</w:t>
      </w:r>
    </w:p>
    <w:p>
      <w:pPr>
        <w:jc w:val="right"/>
      </w:pPr>
      <w:r>
        <w:t>اور تم انہیں دے دو اسی لائن میں سے ایک انسان ائے جب انہوں نے دیکھا کہ میں</w:t>
      </w:r>
    </w:p>
    <w:p>
      <w:r>
        <w:rPr>
          <w:b/>
        </w:rPr>
        <w:t xml:space="preserve">[1:19:01] </w:t>
      </w:r>
      <w:r>
        <w:t>Quran de raha hoon to unhon ne mere kandhe pe haath rakh ke bola jazak Allah khair to</w:t>
      </w:r>
    </w:p>
    <w:p>
      <w:pPr>
        <w:jc w:val="right"/>
      </w:pPr>
      <w:r>
        <w:t>قرآن دے رہا ہوں تو انہوں نے میرے کندھے پہ ہاتھ رکھ کے بولا جزاک اللہ خیر تو</w:t>
      </w:r>
    </w:p>
    <w:p>
      <w:r>
        <w:rPr>
          <w:b/>
        </w:rPr>
        <w:t xml:space="preserve">[1:19:06] </w:t>
      </w:r>
      <w:r>
        <w:t>mein almost matlab meri aankhon mein thoda sa paani aa gaya aur phir mein dobara se shuruaat karne laga</w:t>
      </w:r>
    </w:p>
    <w:p>
      <w:pPr>
        <w:jc w:val="right"/>
      </w:pPr>
      <w:r>
        <w:t>میں الموسٹ مطلب میری انکھوں میں تھوڑا سا پانی اگیا اور پھر میں دوبارہ سے شروعات کرنے لگا</w:t>
      </w:r>
    </w:p>
    <w:p>
      <w:r>
        <w:rPr>
          <w:b/>
        </w:rPr>
        <w:t xml:space="preserve">[1:19:11] </w:t>
      </w:r>
      <w:r>
        <w:t>dene ki to yeh kuch experiences hote hain jo mujhe laga ke shayad chahe aap kitni bhi dafa</w:t>
      </w:r>
    </w:p>
    <w:p>
      <w:pPr>
        <w:jc w:val="right"/>
      </w:pPr>
      <w:r>
        <w:t>دینے کی تو یہ کچھ ایکسپیرینسز ہوتے ہیں جو مجھے لگا کہ شاید چاہے اپ کتنی بھی دفعہ</w:t>
      </w:r>
    </w:p>
    <w:p>
      <w:r>
        <w:rPr>
          <w:b/>
        </w:rPr>
        <w:t xml:space="preserve">[1:19:17] </w:t>
      </w:r>
      <w:r>
        <w:t>kar lein aap kitna bhi distribution kar lein shayad lekin bahut zaroori hai aap ke apne imaan ko</w:t>
      </w:r>
    </w:p>
    <w:p>
      <w:pPr>
        <w:jc w:val="right"/>
      </w:pPr>
      <w:r>
        <w:t>کر لیں اپ کتنا بھی ڈسٹریبیوشن کر لیں شاید لیکن بہت ضروری ہے اپ کے اپنے ایمان کو</w:t>
      </w:r>
    </w:p>
    <w:p>
      <w:r>
        <w:rPr>
          <w:b/>
        </w:rPr>
        <w:t xml:space="preserve">[1:19:22] </w:t>
      </w:r>
      <w:r>
        <w:t>jagaane ke liye kyunke shayad aur koi kaam bhi nahi hai hamare paas dawat ka ab mein logon</w:t>
      </w:r>
    </w:p>
    <w:p>
      <w:pPr>
        <w:jc w:val="right"/>
      </w:pPr>
      <w:r>
        <w:t>جگانے کے لیے کیونکہ شاید اور کوئی کام بھی نہیں ہے ہمارے پاس دعوت کا اب میں لوگوں</w:t>
      </w:r>
    </w:p>
    <w:p>
      <w:r>
        <w:rPr>
          <w:b/>
        </w:rPr>
        <w:t xml:space="preserve">[1:19:28] </w:t>
      </w:r>
      <w:r>
        <w:t>se agar baat kar sakta hoon mein logon ko Quran de sakta hoon literature distribute kar sakta hoon</w:t>
      </w:r>
    </w:p>
    <w:p>
      <w:pPr>
        <w:jc w:val="right"/>
      </w:pPr>
      <w:r>
        <w:t>سے اگر بات کر سکتا ہوں میں لوگوں کو قرآن دے سکتا ہوں لٹریچر ڈسٹریبیوٹ کر سکتا ہوں</w:t>
      </w:r>
    </w:p>
    <w:p>
      <w:r>
        <w:rPr>
          <w:b/>
        </w:rPr>
        <w:t xml:space="preserve">[1:19:33] </w:t>
      </w:r>
      <w:r>
        <w:t>jo bahut aasan ho gaya hai phir is ke baad mein hum logon ne book fair sorry Jaipur</w:t>
      </w:r>
    </w:p>
    <w:p>
      <w:pPr>
        <w:jc w:val="right"/>
      </w:pPr>
      <w:r>
        <w:t>جو بہت اسان ہو گیا ہے پھر اس کے بعد میں ہم لوگوں نے بک فیئر سوری جے</w:t>
      </w:r>
    </w:p>
    <w:p>
      <w:r>
        <w:rPr>
          <w:b/>
        </w:rPr>
        <w:t xml:space="preserve">[1:19:38] </w:t>
      </w:r>
      <w:r>
        <w:t>literature fest ka plan kiya tha jo bahut jaldi mein hum logon ne plan kiya tha ek</w:t>
      </w:r>
    </w:p>
    <w:p>
      <w:pPr>
        <w:jc w:val="right"/>
      </w:pPr>
      <w:r>
        <w:t>پور لٹریچر فیسٹ کا پلان کیا تھا جو بہت جلدی میں ہم لوگوں نے پلان کیا تھا ایک</w:t>
      </w:r>
    </w:p>
    <w:p>
      <w:r>
        <w:rPr>
          <w:b/>
        </w:rPr>
        <w:t xml:space="preserve">[1:19:44] </w:t>
      </w:r>
      <w:r>
        <w:t>hafte baad ka hi tha aur comfortably hum ne socha karenge is ko har baar ki tarah</w:t>
      </w:r>
    </w:p>
    <w:p>
      <w:pPr>
        <w:jc w:val="right"/>
      </w:pPr>
      <w:r>
        <w:t>ہفتے بعد کا ہی تھا اور کمفرٹیبلی ہم نے سوچا کریں گے اس کو ہر بار کی طرح</w:t>
      </w:r>
    </w:p>
    <w:p>
      <w:r>
        <w:rPr>
          <w:b/>
        </w:rPr>
        <w:t xml:space="preserve">[1:19:49] </w:t>
      </w:r>
      <w:r>
        <w:t>bade achhe achhe celebrities aate hain hum log Jaipur pahunch gaye aur wahan ja kar hum ne</w:t>
      </w:r>
    </w:p>
    <w:p>
      <w:pPr>
        <w:jc w:val="right"/>
      </w:pPr>
      <w:r>
        <w:t>بڑے اچھے اچھے سیلیبریٹیز اتے ہیں ہم لوگ جے پور پہنچ گئے اور وہاں جا کے ہم نے</w:t>
      </w:r>
    </w:p>
    <w:p>
      <w:r>
        <w:rPr>
          <w:b/>
        </w:rPr>
        <w:t xml:space="preserve">[1:19:55] </w:t>
      </w:r>
      <w:r>
        <w:t>jab distribution ki shuruaat kari aur Allah ne badi madad kari anis sahib jo kota se hain woh</w:t>
      </w:r>
    </w:p>
    <w:p>
      <w:pPr>
        <w:jc w:val="right"/>
      </w:pPr>
      <w:r>
        <w:t>جب ڈسٹریبیوشن کی شروعات کری اور اللہ نے بڑی مدد کری انیس صاحب جو کوٹہ سے ہیں وہ</w:t>
      </w:r>
    </w:p>
    <w:p>
      <w:r>
        <w:rPr>
          <w:b/>
        </w:rPr>
        <w:t xml:space="preserve">[1:20:00] </w:t>
      </w:r>
      <w:r>
        <w:t>Jaipur aa gaye unhon ne thoda administratively is ko manage kar liya saare cartons wagera pehle pahuncha diye</w:t>
      </w:r>
    </w:p>
    <w:p>
      <w:pPr>
        <w:jc w:val="right"/>
      </w:pPr>
      <w:r>
        <w:t>جے پور اگئے انہوں نے تھوڑا ایڈمنسٹریٹیولی اس کو مینج کر لیا سارے کارٹنز وغیرہ پہلے پہنچا دیے</w:t>
      </w:r>
    </w:p>
    <w:p>
      <w:r>
        <w:rPr>
          <w:b/>
        </w:rPr>
        <w:t xml:space="preserve">[1:20:06] </w:t>
      </w:r>
      <w:r>
        <w:t>the to wahan hum ne shuruaat kari to jis din Saturday ko yeh tha ke unhon ne kahin</w:t>
      </w:r>
    </w:p>
    <w:p>
      <w:pPr>
        <w:jc w:val="right"/>
      </w:pPr>
      <w:r>
        <w:t>تھے تو وہاں ہم نے شروعات کری تو جس دن سیٹرڈے کو یہ تھا کہ انہوں نے کہیں</w:t>
      </w:r>
    </w:p>
    <w:p>
      <w:r>
        <w:rPr>
          <w:b/>
        </w:rPr>
        <w:t xml:space="preserve">[1:20:11] </w:t>
      </w:r>
      <w:r>
        <w:t>na kahin woh thoda intezamat kara rakhe the cartons ke aur wahan se phir hum ne liye aur</w:t>
      </w:r>
    </w:p>
    <w:p>
      <w:pPr>
        <w:jc w:val="right"/>
      </w:pPr>
      <w:r>
        <w:t>نہ کہیں وہ تھوڑا انتظامات کرا رکھے تھے کارٹنز کے اور وہاں سے پھر ہم نے لیے اور</w:t>
      </w:r>
    </w:p>
    <w:p>
      <w:r>
        <w:rPr>
          <w:b/>
        </w:rPr>
        <w:t xml:space="preserve">[1:20:16] </w:t>
      </w:r>
      <w:r>
        <w:t>hum ne ek do jagah rakhe par beech mein kuch security walon ne aa kar shayad thoda bahut</w:t>
      </w:r>
    </w:p>
    <w:p>
      <w:pPr>
        <w:jc w:val="right"/>
      </w:pPr>
      <w:r>
        <w:t>ہم نے ایک دو جگہ رکھے پر بیچ میں کچھ سیکیورٹی والوں نے ا کے شاید تھوڑا بہت</w:t>
      </w:r>
    </w:p>
    <w:p>
      <w:r>
        <w:rPr>
          <w:b/>
        </w:rPr>
        <w:t xml:space="preserve">[1:20:22] </w:t>
      </w:r>
      <w:r>
        <w:t>bola ke aap cartons aise na rakhein because woh bahut hi zyada security wala area hota hai kyunke</w:t>
      </w:r>
    </w:p>
    <w:p>
      <w:pPr>
        <w:jc w:val="right"/>
      </w:pPr>
      <w:r>
        <w:t>بولا کہ اپ کارٹنز ایسے نہ رکھیں بیکاز وہ بہت ہی زیادہ سیکیورٹی والا ایریا ہوتا ہے کیونکہ</w:t>
      </w:r>
    </w:p>
    <w:p>
      <w:r>
        <w:rPr>
          <w:b/>
        </w:rPr>
        <w:t xml:space="preserve">[1:20:27] </w:t>
      </w:r>
      <w:r>
        <w:t>boht celebrities aur baray baray log atay hain to hum ne jaisay jaisay kar kay wo sham tak</w:t>
      </w:r>
    </w:p>
    <w:p>
      <w:pPr>
        <w:jc w:val="right"/>
      </w:pPr>
      <w:r>
        <w:t>بہت سیلیبریٹیز اور بڑے بڑے لوگ اتے ہیں تو ہم نے جیسے جیسے کر کے وہ شام تک</w:t>
      </w:r>
    </w:p>
    <w:p>
      <w:r>
        <w:rPr>
          <w:b/>
        </w:rPr>
        <w:t xml:space="preserve">[1:20:33] </w:t>
      </w:r>
      <w:r>
        <w:t>to kiya ab sham ko hamaray pas challenge yeh tha kay ah ah hamaray pas quran rakhnay kay</w:t>
      </w:r>
    </w:p>
    <w:p>
      <w:pPr>
        <w:jc w:val="right"/>
      </w:pPr>
      <w:r>
        <w:t>تو کیا اب شام کو ہمارے پاس چیلنج یہ تھا کہ اہ اہ ہمارے پاس قرآن رکھنے کے</w:t>
      </w:r>
    </w:p>
    <w:p>
      <w:r>
        <w:rPr>
          <w:b/>
        </w:rPr>
        <w:t xml:space="preserve">[1:20:38] </w:t>
      </w:r>
      <w:r>
        <w:t>matlab wo dabay jo quran kay cartons thay wo rakhnay ki jagah nahi thi isi doran mein beech</w:t>
      </w:r>
    </w:p>
    <w:p>
      <w:pPr>
        <w:jc w:val="right"/>
      </w:pPr>
      <w:r>
        <w:t>مطلب وہ ڈبے جو قرآن کے کارٹنز تھے وہ رکھنے کی جگہ نہیں تھی اسی دوران میں بیچ</w:t>
      </w:r>
    </w:p>
    <w:p>
      <w:r>
        <w:rPr>
          <w:b/>
        </w:rPr>
        <w:t xml:space="preserve">[1:20:43] </w:t>
      </w:r>
      <w:r>
        <w:t>mein jaisay ah kai bar aisa hota hai kay kisi aadmi ne ap se quran liya aur unhon</w:t>
      </w:r>
    </w:p>
    <w:p>
      <w:pPr>
        <w:jc w:val="right"/>
      </w:pPr>
      <w:r>
        <w:t>میں جیسے اہ کئی بار ایسا ہوتا ہے کہ کسی ادمی نے اپ سے قرآن لیا اور انہوں</w:t>
      </w:r>
    </w:p>
    <w:p>
      <w:r>
        <w:rPr>
          <w:b/>
        </w:rPr>
        <w:t xml:space="preserve">[1:20:49] </w:t>
      </w:r>
      <w:r>
        <w:t>ne wapas aya aur unhon ne bola kay mujhe do copies aur day dijiyay kyunkay stock thora limited</w:t>
      </w:r>
    </w:p>
    <w:p>
      <w:pPr>
        <w:jc w:val="right"/>
      </w:pPr>
      <w:r>
        <w:t>نے واپس ایا اور انہوں نے بولا کہ مجھے دو کاپیز اور دے دیجئے کیونکہ سٹاک تھوڑا لمیٹڈ</w:t>
      </w:r>
    </w:p>
    <w:p>
      <w:r>
        <w:rPr>
          <w:b/>
        </w:rPr>
        <w:t xml:space="preserve">[1:20:54] </w:t>
      </w:r>
      <w:r>
        <w:t>ہوتا ہے تو you hesitate کہ مطلب پتہ نہیں اب کس کے لیے لے جا رہے ہیں یا</w:t>
      </w:r>
    </w:p>
    <w:p>
      <w:pPr>
        <w:jc w:val="right"/>
      </w:pPr>
      <w:r>
        <w:t>ہوتا ہے تو یو ہیزیٹیٹ کہ مطلب پتہ نہیں اب کس کے لیے لے جا رہے ہیں یا</w:t>
      </w:r>
    </w:p>
    <w:p>
      <w:r>
        <w:rPr>
          <w:b/>
        </w:rPr>
        <w:t xml:space="preserve">[1:21:00] </w:t>
      </w:r>
      <w:r>
        <w:t>kaisay kar rahay hain mein ne bas aisay hi un se yeh pooch liya pata nahi meray dimagh</w:t>
      </w:r>
    </w:p>
    <w:p>
      <w:pPr>
        <w:jc w:val="right"/>
      </w:pPr>
      <w:r>
        <w:t>کیسے کر رہے ہیں میں نے بس ایسے ہی ان سے یہ پوچھ لیا پتہ نہیں میرے دماغ</w:t>
      </w:r>
    </w:p>
    <w:p>
      <w:r>
        <w:rPr>
          <w:b/>
        </w:rPr>
        <w:t xml:space="preserve">[1:21:05] </w:t>
      </w:r>
      <w:r>
        <w:t>mein bhi kiya hai kay ap ko yeh copies kyun chahiye to unhon ne kaha wo hamaray sahib</w:t>
      </w:r>
    </w:p>
    <w:p>
      <w:pPr>
        <w:jc w:val="right"/>
      </w:pPr>
      <w:r>
        <w:t>میں بھی کیا ہے کہ اپ کو یہ کاپیز کیوں چاہیے تو انہوں نے کہا وہ ہمارے صاحب</w:t>
      </w:r>
    </w:p>
    <w:p>
      <w:r>
        <w:rPr>
          <w:b/>
        </w:rPr>
        <w:t xml:space="preserve">[1:21:10] </w:t>
      </w:r>
      <w:r>
        <w:t>andar bethay hain peechay hi bilkul jam kar rahay thay custom ka office tha aur hamaray sahib andar</w:t>
      </w:r>
    </w:p>
    <w:p>
      <w:pPr>
        <w:jc w:val="right"/>
      </w:pPr>
      <w:r>
        <w:t>اندر بیٹھے ہیں پیچھے ہی بالکل جام کر رہے تھے کسٹم کا افس تھا اور ہمارے صاحب اندر</w:t>
      </w:r>
    </w:p>
    <w:p>
      <w:r>
        <w:rPr>
          <w:b/>
        </w:rPr>
        <w:t xml:space="preserve">[1:21:16] </w:t>
      </w:r>
      <w:r>
        <w:t>bethay hain aur hum un ko dain gay wo ah bilkul ah wahan kaam kar kar rahay thay mein</w:t>
      </w:r>
    </w:p>
    <w:p>
      <w:pPr>
        <w:jc w:val="right"/>
      </w:pPr>
      <w:r>
        <w:t>بیٹھے ہیں اور ہم ان کو دیں گے وہ اہ بالکل اہ وہاں کام کرا کرتے تھے میں</w:t>
      </w:r>
    </w:p>
    <w:p>
      <w:r>
        <w:rPr>
          <w:b/>
        </w:rPr>
        <w:t xml:space="preserve">[1:21:21] </w:t>
      </w:r>
      <w:r>
        <w:t>ne kaha ap ka naam kiya hai unhon ne kaha mera naam lal chand hai mein ne kaha</w:t>
      </w:r>
    </w:p>
    <w:p>
      <w:pPr>
        <w:jc w:val="right"/>
      </w:pPr>
      <w:r>
        <w:t>نے کہا اپ کا نام کیا ہے انہوں نے کہا میرا نام لال چند ہے میں نے کہا</w:t>
      </w:r>
    </w:p>
    <w:p>
      <w:r>
        <w:rPr>
          <w:b/>
        </w:rPr>
        <w:t xml:space="preserve">[1:21:27] </w:t>
      </w:r>
      <w:r>
        <w:t>acha mein ne un ko wo do hindi ki copies day dein thori dair baad achank se pata</w:t>
      </w:r>
    </w:p>
    <w:p>
      <w:pPr>
        <w:jc w:val="right"/>
      </w:pPr>
      <w:r>
        <w:t>اچھا میں نے ان کو وہ دو ہندی کی کاپیز دے دیں تھوڑی دیر بعد اچانک سے پتہ</w:t>
      </w:r>
    </w:p>
    <w:p>
      <w:r>
        <w:rPr>
          <w:b/>
        </w:rPr>
        <w:t xml:space="preserve">[1:21:32] </w:t>
      </w:r>
      <w:r>
        <w:t>laga kay quran rakhnay kay liye jagah nahi hai aur mein ne un se yeh bhi pooch liya</w:t>
      </w:r>
    </w:p>
    <w:p>
      <w:pPr>
        <w:jc w:val="right"/>
      </w:pPr>
      <w:r>
        <w:t>لگا کہ قرآن رکھنے کے لیے جگہ نہیں ہے اور میں نے ان سے یہ بھی پوچھ لیا</w:t>
      </w:r>
    </w:p>
    <w:p>
      <w:r>
        <w:rPr>
          <w:b/>
        </w:rPr>
        <w:t xml:space="preserve">[1:21:37] </w:t>
      </w:r>
      <w:r>
        <w:t>tha kay hamara kuch saman hai ap rakhwa dain gay to unhon ne kaha haan hum rakhwa dain</w:t>
      </w:r>
    </w:p>
    <w:p>
      <w:pPr>
        <w:jc w:val="right"/>
      </w:pPr>
      <w:r>
        <w:t>تھا کہ ہمارا کچھ سامان ہے اپ رکھوا دیں گے تو انہوں نے کہا ہاں ہم رکھوا دیں</w:t>
      </w:r>
    </w:p>
    <w:p>
      <w:r>
        <w:rPr>
          <w:b/>
        </w:rPr>
        <w:t xml:space="preserve">[1:21:43] </w:t>
      </w:r>
      <w:r>
        <w:t>gay ab wo mujhe pata nahi tha kay agar mein jo pooch raha hoon wo waqai Allah ki</w:t>
      </w:r>
    </w:p>
    <w:p>
      <w:pPr>
        <w:jc w:val="right"/>
      </w:pPr>
      <w:r>
        <w:t>گے اب وہ مجھے پتہ نہیں تھا کہ اگر میں جو پوچھ رہا ہوں وہ واقعی اللہ کی</w:t>
      </w:r>
    </w:p>
    <w:p>
      <w:r>
        <w:rPr>
          <w:b/>
        </w:rPr>
        <w:t xml:space="preserve">[1:21:48] </w:t>
      </w:r>
      <w:r>
        <w:t>planning thi kay haan mujhe wo saman wohin rakhna hoga sham ko ja kar phir mujhe aik dam</w:t>
      </w:r>
    </w:p>
    <w:p>
      <w:pPr>
        <w:jc w:val="right"/>
      </w:pPr>
      <w:r>
        <w:t>پلاننگ تھی کہ ہاں مجھے وہ سامان وہیں رکھنا ہوگا شام کو جا کر پھر مجھے ایک دم</w:t>
      </w:r>
    </w:p>
    <w:p>
      <w:r>
        <w:rPr>
          <w:b/>
        </w:rPr>
        <w:t xml:space="preserve">[1:21:54] </w:t>
      </w:r>
      <w:r>
        <w:t>click kiya to hum ne kaha chalo baat kar kay dekh letay hain hum wahan gaye hum ne</w:t>
      </w:r>
    </w:p>
    <w:p>
      <w:pPr>
        <w:jc w:val="right"/>
      </w:pPr>
      <w:r>
        <w:t>کلک کیا تو ہم نے کہا چلو بات کر کے دیکھ لیتے ہیں ہم وہاں گئے ہم نے</w:t>
      </w:r>
    </w:p>
    <w:p>
      <w:r>
        <w:rPr>
          <w:b/>
        </w:rPr>
        <w:t xml:space="preserve">[1:21:59] </w:t>
      </w:r>
      <w:r>
        <w:t>un se baat kari aur unhon ne kaha haan yahan guards bethay rehtay hain aur wo saturday ka</w:t>
      </w:r>
    </w:p>
    <w:p>
      <w:pPr>
        <w:jc w:val="right"/>
      </w:pPr>
      <w:r>
        <w:t>ان سے بات کری اور انہوں نے کہا ہاں یہاں گارڈز بیٹھے رہتے ہیں اور وہ سیٹرڈے کا</w:t>
      </w:r>
    </w:p>
    <w:p>
      <w:r>
        <w:rPr>
          <w:b/>
        </w:rPr>
        <w:t xml:space="preserve">[1:22:05] </w:t>
      </w:r>
      <w:r>
        <w:t>din tha sunday ko ap aajaiyega aur lay lijiyega ap rakhwa dijiyay mein ne sirf un</w:t>
      </w:r>
    </w:p>
    <w:p>
      <w:pPr>
        <w:jc w:val="right"/>
      </w:pPr>
      <w:r>
        <w:t>دن تھا سنڈے کو اپ اجائیے گا اور لے لیجئے گا اپ رکھوا دیجئے میں نے صرف ان</w:t>
      </w:r>
    </w:p>
    <w:p>
      <w:r>
        <w:rPr>
          <w:b/>
        </w:rPr>
        <w:t xml:space="preserve">[1:22:10] </w:t>
      </w:r>
      <w:r>
        <w:t>se aik carton kay liye baat kiya tha us waqt kyunkay meray dimagh mein tha kay aik carton</w:t>
      </w:r>
    </w:p>
    <w:p>
      <w:pPr>
        <w:jc w:val="right"/>
      </w:pPr>
      <w:r>
        <w:t>سے ایک کارٹن کے لیے بات کیا تھا اس وقت کیونکہ میرے دماغ میں تھا کہ ایک کارٹن</w:t>
      </w:r>
    </w:p>
    <w:p>
      <w:r>
        <w:rPr>
          <w:b/>
        </w:rPr>
        <w:t xml:space="preserve">[1:22:15] </w:t>
      </w:r>
      <w:r>
        <w:t>bach jaye ga to hum kahan carry karain gay hum usay yahin rakh dain gay aur kal aa</w:t>
      </w:r>
    </w:p>
    <w:p>
      <w:pPr>
        <w:jc w:val="right"/>
      </w:pPr>
      <w:r>
        <w:t>بچ جائے گا تو ہم کہاں کیری کریں گے ہم اسے یہیں رکھ دیں گے اور کل ا</w:t>
      </w:r>
    </w:p>
    <w:p>
      <w:r>
        <w:rPr>
          <w:b/>
        </w:rPr>
        <w:t xml:space="preserve">[1:22:21] </w:t>
      </w:r>
      <w:r>
        <w:t>kar hum us ko lay lain gay aur us time hamaray pas char carton thay panch in fact</w:t>
      </w:r>
    </w:p>
    <w:p>
      <w:pPr>
        <w:jc w:val="right"/>
      </w:pPr>
      <w:r>
        <w:t>کر ہم اس کو لے لیں گے اور اس ٹائم ہمارے پاس چار کارٹن تھے پانچ ان فیکٹ</w:t>
      </w:r>
    </w:p>
    <w:p>
      <w:r>
        <w:rPr>
          <w:b/>
        </w:rPr>
        <w:t xml:space="preserve">[1:22:26] </w:t>
      </w:r>
      <w:r>
        <w:t>cartons thay sham ka waqt ho gaya tha mein hum un kay pas gaye baat karnay lagay to</w:t>
      </w:r>
    </w:p>
    <w:p>
      <w:pPr>
        <w:jc w:val="right"/>
      </w:pPr>
      <w:r>
        <w:t>کارٹنز تھے شام کا وقت ہو گیا تھا میں ہم ان کے پاس گئے بات کرنے لگے تو</w:t>
      </w:r>
    </w:p>
    <w:p>
      <w:r>
        <w:rPr>
          <w:b/>
        </w:rPr>
        <w:t xml:space="preserve">[1:22:32] </w:t>
      </w:r>
      <w:r>
        <w:t>wo manzar kuch aisa tha kay hum carton utha kay lay ja rahay thay wahan say guards hain</w:t>
      </w:r>
    </w:p>
    <w:p>
      <w:pPr>
        <w:jc w:val="right"/>
      </w:pPr>
      <w:r>
        <w:t>وہ منظر کچھ ایسا تھا کہ ہم کارٹن اٹھا کے لے جا رہے تھے وہاں سے گارڈز ہیں</w:t>
      </w:r>
    </w:p>
    <w:p>
      <w:r>
        <w:rPr>
          <w:b/>
        </w:rPr>
        <w:t xml:space="preserve">[1:22:37] </w:t>
      </w:r>
      <w:r>
        <w:t>aur unhon ne hamaray hathon say cartons le liye itnay bhari bhari kay ap mat itna woh kariye</w:t>
      </w:r>
    </w:p>
    <w:p>
      <w:pPr>
        <w:jc w:val="right"/>
      </w:pPr>
      <w:r>
        <w:t>اور انہوں نے ہمارے ہاتھوں سے کارٹنز لے لیے اتنے بھاری بھاری کہ اپ مت اتنا وہ کریے</w:t>
      </w:r>
    </w:p>
    <w:p>
      <w:r>
        <w:rPr>
          <w:b/>
        </w:rPr>
        <w:t xml:space="preserve">[1:22:42] </w:t>
      </w:r>
      <w:r>
        <w:t>hum utha kay rakh daitay hain to woh dekhnay kay baad matlab aisa laga kay waqai agar matlab</w:t>
      </w:r>
    </w:p>
    <w:p>
      <w:pPr>
        <w:jc w:val="right"/>
      </w:pPr>
      <w:r>
        <w:t>ہم اٹھا کے رکھ دیتے ہیں تو وہ دیکھنے کے بعد مطلب ایسا لگا کہ واقعی اگر مطلب</w:t>
      </w:r>
    </w:p>
    <w:p>
      <w:r>
        <w:rPr>
          <w:b/>
        </w:rPr>
        <w:t xml:space="preserve">[1:22:48] </w:t>
      </w:r>
      <w:r>
        <w:t>yeh it is all Allahs planning Allah hi aap ko karwa raha hai hum to khali human faces</w:t>
      </w:r>
    </w:p>
    <w:p>
      <w:pPr>
        <w:jc w:val="right"/>
      </w:pPr>
      <w:r>
        <w:t>یہ اٹ از ال اللہز پلاننگ اللہ ہی اپ کو کروا رہا ہے ہم تو خالی ہیومن فیسز</w:t>
      </w:r>
    </w:p>
    <w:p>
      <w:r>
        <w:rPr>
          <w:b/>
        </w:rPr>
        <w:t xml:space="preserve">[1:22:53] </w:t>
      </w:r>
      <w:r>
        <w:t>hain jo shayad wahan ja kar khare ho gaye aur kuch hum ne kaam kar liya baqi yeh</w:t>
      </w:r>
    </w:p>
    <w:p>
      <w:pPr>
        <w:jc w:val="right"/>
      </w:pPr>
      <w:r>
        <w:t>ہیں جو شاید وہاں جا کر کھڑے ہو گئے اور کچھ ہم نے کام کر لیا باقی یہ</w:t>
      </w:r>
    </w:p>
    <w:p>
      <w:r>
        <w:rPr>
          <w:b/>
        </w:rPr>
        <w:t xml:space="preserve">[1:22:59] </w:t>
      </w:r>
      <w:r>
        <w:t>Allah ka kaam hai aap har aik mumkin madad agar aap ke andar spirit hai aap karna chahte</w:t>
      </w:r>
    </w:p>
    <w:p>
      <w:pPr>
        <w:jc w:val="right"/>
      </w:pPr>
      <w:r>
        <w:t>اللہ کا کام ہے اپ ہر ایک ممکن مدد اگر اپ کے اندر سپرٹ ہے اپ کرنا چاہتے</w:t>
      </w:r>
    </w:p>
    <w:p>
      <w:r>
        <w:rPr>
          <w:b/>
        </w:rPr>
        <w:t xml:space="preserve">[1:23:04] </w:t>
      </w:r>
      <w:r>
        <w:t>hain to woh Allah ki taraf se puhanch jati hai aur aik aur last experience mera matlab jo</w:t>
      </w:r>
    </w:p>
    <w:p>
      <w:pPr>
        <w:jc w:val="right"/>
      </w:pPr>
      <w:r>
        <w:t>ہیں تو وہ اللہ کی طرف سے پہنچ جاتی ہے اور ایک اور لاسٹ ایکسپیرینس میرا مطلب جو</w:t>
      </w:r>
    </w:p>
    <w:p>
      <w:r>
        <w:rPr>
          <w:b/>
        </w:rPr>
        <w:t xml:space="preserve">[1:23:09] </w:t>
      </w:r>
      <w:r>
        <w:t>mujhe laga ke shayad main bata sakta hoon jo mujhe lagta tha ke hum har saal jatay hain</w:t>
      </w:r>
    </w:p>
    <w:p>
      <w:pPr>
        <w:jc w:val="right"/>
      </w:pPr>
      <w:r>
        <w:t>مجھے لگا کہ شاید میں بتا سکتا ہوں جو مجھے لگتا تھا کہ ہم ہر سال جاتے ہیں</w:t>
      </w:r>
    </w:p>
    <w:p>
      <w:r>
        <w:rPr>
          <w:b/>
        </w:rPr>
        <w:t xml:space="preserve">[1:23:15] </w:t>
      </w:r>
      <w:r>
        <w:t>ab sab ko to mil hi gaya hai aisa bhi dimagh mein khayal aata hai aap ke jab</w:t>
      </w:r>
    </w:p>
    <w:p>
      <w:pPr>
        <w:jc w:val="right"/>
      </w:pPr>
      <w:r>
        <w:t>اب سب کو تو مل ہی گیا ہے ایسا بھی دماغ میں خیال اتا ہے اپ کے جب</w:t>
      </w:r>
    </w:p>
    <w:p>
      <w:r>
        <w:rPr>
          <w:b/>
        </w:rPr>
        <w:t xml:space="preserve">[1:23:20] </w:t>
      </w:r>
      <w:r>
        <w:t>aap regular kisi bhi event mein participate karte hain to yeh pehle hi din tha aur main kuch</w:t>
      </w:r>
    </w:p>
    <w:p>
      <w:pPr>
        <w:jc w:val="right"/>
      </w:pPr>
      <w:r>
        <w:t>اپ ریگولر کسی بھی ایونٹ میں پارٹیسپیٹ کرتے ہیں تو یہ پہلے ہی دن تھا اور میں کچھ</w:t>
      </w:r>
    </w:p>
    <w:p>
      <w:r>
        <w:rPr>
          <w:b/>
        </w:rPr>
        <w:t xml:space="preserve">[1:23:26] </w:t>
      </w:r>
      <w:r>
        <w:t>Quran le kar khara hi hua tha hathon mein to jo log aap ko approach karte hain dekhte</w:t>
      </w:r>
    </w:p>
    <w:p>
      <w:pPr>
        <w:jc w:val="right"/>
      </w:pPr>
      <w:r>
        <w:t>قرآن لے کر کھڑا ہی ہوا تھا ہاتھوں میں تو جو لوگ اپ کو اپروچ کرتے ہیں دیکھتے</w:t>
      </w:r>
    </w:p>
    <w:p>
      <w:r>
        <w:rPr>
          <w:b/>
        </w:rPr>
        <w:t xml:space="preserve">[1:23:31] </w:t>
      </w:r>
      <w:r>
        <w:t>hain woh aap se le jatay hain kafi waqt tak na kisi ne koi copy hi nahi liya</w:t>
      </w:r>
    </w:p>
    <w:p>
      <w:pPr>
        <w:jc w:val="right"/>
      </w:pPr>
      <w:r>
        <w:t>ہیں وہ اپ سے لے جاتے ہیں کافی وقت تک نا کسی نے کوئی کاپی ہی نہیں لیا</w:t>
      </w:r>
    </w:p>
    <w:p>
      <w:r>
        <w:rPr>
          <w:b/>
        </w:rPr>
        <w:t xml:space="preserve">[1:23:36] </w:t>
      </w:r>
      <w:r>
        <w:t>mujh se to main bas khara ho ke dekh raha tha bari dair se dekh raha tha ke</w:t>
      </w:r>
    </w:p>
    <w:p>
      <w:pPr>
        <w:jc w:val="right"/>
      </w:pPr>
      <w:r>
        <w:t>مجھ سے تو میں بس کھڑا ہو کے دیکھ رہا تھا بڑی دیر سے دیکھ رہا تھا کہ</w:t>
      </w:r>
    </w:p>
    <w:p>
      <w:r>
        <w:rPr>
          <w:b/>
        </w:rPr>
        <w:t xml:space="preserve">[1:23:42] </w:t>
      </w:r>
      <w:r>
        <w:t>koi le le ga mujh se main kisi ko Quran de pao ga samnay se aik lady well</w:t>
      </w:r>
    </w:p>
    <w:p>
      <w:pPr>
        <w:jc w:val="right"/>
      </w:pPr>
      <w:r>
        <w:t>کوئی لے لے گا مجھ سے میں کسی کو قرآن دے پاؤں گا سامنے سے ایک لیڈی ویل</w:t>
      </w:r>
    </w:p>
    <w:p>
      <w:r>
        <w:rPr>
          <w:b/>
        </w:rPr>
        <w:t xml:space="preserve">[1:23:47] </w:t>
      </w:r>
      <w:r>
        <w:t>dressed ho kar aain aur woh bilkul bilkul aisay aa kar mere samnay khari ho gayi aur unho</w:t>
      </w:r>
    </w:p>
    <w:p>
      <w:pPr>
        <w:jc w:val="right"/>
      </w:pPr>
      <w:r>
        <w:t>ڈریسڈ ہو کر ائیں اور وہ بالکل بالکل ایسے ا کر میرے سامنے کھڑی ہو گئی اور انہوں</w:t>
      </w:r>
    </w:p>
    <w:p>
      <w:r>
        <w:rPr>
          <w:b/>
        </w:rPr>
        <w:t xml:space="preserve">[1:23:53] </w:t>
      </w:r>
      <w:r>
        <w:t>نے بالکل پوزیٹیو انرجی کے ساتھ بولا Oh you Quran guys again. تو مطلب اس بار ہم کو</w:t>
      </w:r>
    </w:p>
    <w:p>
      <w:pPr>
        <w:jc w:val="right"/>
      </w:pPr>
      <w:r>
        <w:t>نے بالکل پوزیٹیو انرجی کے ساتھ بولا او یو قرآن گائز اگین تو مطلب اس بار ہم کو</w:t>
      </w:r>
    </w:p>
    <w:p>
      <w:r>
        <w:rPr>
          <w:b/>
        </w:rPr>
        <w:t xml:space="preserve">[1:23:58] </w:t>
      </w:r>
      <w:r>
        <w:t>aik khitab bhi mil gaya ke we are Quran guys to main chah raha tha ke Allah matlab</w:t>
      </w:r>
    </w:p>
    <w:p>
      <w:pPr>
        <w:jc w:val="right"/>
      </w:pPr>
      <w:r>
        <w:t>ایک خطاب بھی مل گیا کہ وی ار قرآن گائز تو میں چاہ رہا تھا کہ اللہ مطلب</w:t>
      </w:r>
    </w:p>
    <w:p>
      <w:r>
        <w:rPr>
          <w:b/>
        </w:rPr>
        <w:t xml:space="preserve">[1:24:04] </w:t>
      </w:r>
      <w:r>
        <w:t>farishtay is baat ko note kar lain ke hum ne yahan aa kar logon ko Quran taqseem kiya</w:t>
      </w:r>
    </w:p>
    <w:p>
      <w:pPr>
        <w:jc w:val="right"/>
      </w:pPr>
      <w:r>
        <w:t>فرشتے اس بات کو نوٹ کر لیں کہ ہم نے یہاں ا کے لوگوں کو قرآن تقسیم کیا</w:t>
      </w:r>
    </w:p>
    <w:p>
      <w:r>
        <w:rPr>
          <w:b/>
        </w:rPr>
        <w:t xml:space="preserve">[1:24:09] </w:t>
      </w:r>
      <w:r>
        <w:t>logon tak puhancha and she said that i loved your Quran mashallah i loved it mashallah to main</w:t>
      </w:r>
    </w:p>
    <w:p>
      <w:pPr>
        <w:jc w:val="right"/>
      </w:pPr>
      <w:r>
        <w:t>لوگوں تک پہنچا اینڈ شی سیڈ دیٹ ائی لوڈ یور قرآن ماشاءاللہ ائی لوڈ اٹ ماشاءاللہ تو میں</w:t>
      </w:r>
    </w:p>
    <w:p>
      <w:r>
        <w:rPr>
          <w:b/>
        </w:rPr>
        <w:t xml:space="preserve">[1:24:14] </w:t>
      </w:r>
      <w:r>
        <w:t>ne mere pas matlab main thori dair ke liye bol hi nahi paya un ke samnay ke main</w:t>
      </w:r>
    </w:p>
    <w:p>
      <w:pPr>
        <w:jc w:val="right"/>
      </w:pPr>
      <w:r>
        <w:t>نے میرے پاس مطلب میں تھوڑی دیر کے لیے بول ہی نہیں پایا ان کے سامنے کہ میں</w:t>
      </w:r>
    </w:p>
    <w:p>
      <w:r>
        <w:rPr>
          <w:b/>
        </w:rPr>
        <w:t xml:space="preserve">[1:24:20] </w:t>
      </w:r>
      <w:r>
        <w:t>un ko kiya jawab doon and she said i required hindi one mashallah aur main hindi wali bhi</w:t>
      </w:r>
    </w:p>
    <w:p>
      <w:pPr>
        <w:jc w:val="right"/>
      </w:pPr>
      <w:r>
        <w:t>ان کو کیا جواب دوں اینڈ شی سیڈ ائی ریکوائرڈ ہندی ون ماشاءاللہ اور میں ہندی والی بھی</w:t>
      </w:r>
    </w:p>
    <w:p>
      <w:r>
        <w:rPr>
          <w:b/>
        </w:rPr>
        <w:t xml:space="preserve">[1:24:25] </w:t>
      </w:r>
      <w:r>
        <w:t>ab parho gi to samnay anis sahib khare thay main ne kaha madam mere pas hindi ki khatam</w:t>
      </w:r>
    </w:p>
    <w:p>
      <w:pPr>
        <w:jc w:val="right"/>
      </w:pPr>
      <w:r>
        <w:t>اب پڑھوں گی تو سامنے انیس صاحب کھڑے تھے میں نے کہا میڈم میرے پاس ہندی کی ختم</w:t>
      </w:r>
    </w:p>
    <w:p>
      <w:r>
        <w:rPr>
          <w:b/>
        </w:rPr>
        <w:t xml:space="preserve">[1:24:31] </w:t>
      </w:r>
      <w:r>
        <w:t>ho gayi hai aap samnay se le lain aur unho ne mujh se poocha ke koi aur kitab</w:t>
      </w:r>
    </w:p>
    <w:p>
      <w:pPr>
        <w:jc w:val="right"/>
      </w:pPr>
      <w:r>
        <w:t>ہو گئی ہے اپ سامنے سے لے لیں اور انہوں نے مجھ سے پوچھا کہ کوئی اور کتاب</w:t>
      </w:r>
    </w:p>
    <w:p>
      <w:r>
        <w:rPr>
          <w:b/>
        </w:rPr>
        <w:t xml:space="preserve">[1:24:36] </w:t>
      </w:r>
      <w:r>
        <w:t>hai mere paas is waqt hum a jo peace wagaira bhi kuch bahut thodi si carry kar rahe</w:t>
      </w:r>
    </w:p>
    <w:p>
      <w:pPr>
        <w:jc w:val="right"/>
      </w:pPr>
      <w:r>
        <w:t>ہے میرے پاس اس وقت ہم اے جو پیس وغیرہ بھی کچھ بہت تھوڑی سی کیری کر رہے</w:t>
      </w:r>
    </w:p>
    <w:p>
      <w:r>
        <w:rPr>
          <w:b/>
        </w:rPr>
        <w:t xml:space="preserve">[1:24:41] </w:t>
      </w:r>
      <w:r>
        <w:t>the woh nahi tha par mere pas manifesto of peace tha to main ne unhein woh offer kiya</w:t>
      </w:r>
    </w:p>
    <w:p>
      <w:pPr>
        <w:jc w:val="right"/>
      </w:pPr>
      <w:r>
        <w:t>تھے وہ نہیں تھا پر میرے پاس مینیفیسٹو اف پیس تھا تو میں نے انہیں وہ افر کیا</w:t>
      </w:r>
    </w:p>
    <w:p>
      <w:r>
        <w:rPr>
          <w:b/>
        </w:rPr>
        <w:t xml:space="preserve">[1:24:47] </w:t>
      </w:r>
      <w:r>
        <w:t>unho ne bohat achay se liya aur baat karte hue phir unho ne hindi ka liya aur woh</w:t>
      </w:r>
    </w:p>
    <w:p>
      <w:pPr>
        <w:jc w:val="right"/>
      </w:pPr>
      <w:r>
        <w:t>انہوں نے بہت اچھے سے لیا اور بات کرتے ہوئے پھر انہوں نے ہندی کا لیا اور وہ</w:t>
      </w:r>
    </w:p>
    <w:p>
      <w:r>
        <w:rPr>
          <w:b/>
        </w:rPr>
        <w:t xml:space="preserve">[1:24:52] </w:t>
      </w:r>
      <w:r>
        <w:t>chali gayi to mujhe is se yeh samajh mein aya hai ke shayad har saal aath so hazar</w:t>
      </w:r>
    </w:p>
    <w:p>
      <w:pPr>
        <w:jc w:val="right"/>
      </w:pPr>
      <w:r>
        <w:t>چلی گئی تو مجھے اس سے یہ سمجھ میں ایا ہے کہ شاید ہر سال اٹھ سو ہزار</w:t>
      </w:r>
    </w:p>
    <w:p>
      <w:r>
        <w:rPr>
          <w:b/>
        </w:rPr>
        <w:t xml:space="preserve">[1:24:58] </w:t>
      </w:r>
      <w:r>
        <w:t>naye log atay hain aur agar hum wahan ja kar sirf aik presence karein ya koshish karein to</w:t>
      </w:r>
    </w:p>
    <w:p>
      <w:pPr>
        <w:jc w:val="right"/>
      </w:pPr>
      <w:r>
        <w:t>نئے لوگ اتے ہیں اور اگر ہم وہاں جا کے صرف ایک پریزنٹس کریں یا کوشش کریں تو</w:t>
      </w:r>
    </w:p>
    <w:p>
      <w:r>
        <w:rPr>
          <w:b/>
        </w:rPr>
        <w:t xml:space="preserve">[1:25:03] </w:t>
      </w:r>
      <w:r>
        <w:t>kam se kam har saal hum kuch naye logon ko yeh cheez puhancha sakte hain to aisa to</w:t>
      </w:r>
    </w:p>
    <w:p>
      <w:pPr>
        <w:jc w:val="right"/>
      </w:pPr>
      <w:r>
        <w:t>کم سے کم ہر سال ہم کچھ نئے لوگوں کو یہ چیز پہنچا سکتے ہیں تو ایسا تو</w:t>
      </w:r>
    </w:p>
    <w:p>
      <w:r>
        <w:rPr>
          <w:b/>
        </w:rPr>
        <w:t xml:space="preserve">[1:25:08] </w:t>
      </w:r>
      <w:r>
        <w:t>kabhi dimagh mein phir aye ga hi nahi ke haan har saal to karte hain phir is saal</w:t>
      </w:r>
    </w:p>
    <w:p>
      <w:pPr>
        <w:jc w:val="right"/>
      </w:pPr>
      <w:r>
        <w:t>کبھی دماغ میں پھر ائے گا ہی نہیں کہ ہاں ہر سال تو کرتے ہیں پھر اس سال</w:t>
      </w:r>
    </w:p>
    <w:p>
      <w:r>
        <w:rPr>
          <w:b/>
        </w:rPr>
        <w:t xml:space="preserve">[1:25:14] </w:t>
      </w:r>
      <w:r>
        <w:t>kyun jana hai to kis hamare zariye se kisi ke bhi zariye se woh kuch na kuch un</w:t>
      </w:r>
    </w:p>
    <w:p>
      <w:pPr>
        <w:jc w:val="right"/>
      </w:pPr>
      <w:r>
        <w:t>کیوں جانا ہے تو کس ہمارے ذریعے سے کسی کے بھی ذریعے سے وہ کچھ نہ کچھ ان</w:t>
      </w:r>
    </w:p>
    <w:p>
      <w:r>
        <w:rPr>
          <w:b/>
        </w:rPr>
        <w:t xml:space="preserve">[1:25:19] </w:t>
      </w:r>
      <w:r>
        <w:t>logon tak woh paigham pohanchta rahega to bas yeh chhote se thode experiences the jo mujhe laga</w:t>
      </w:r>
    </w:p>
    <w:p>
      <w:pPr>
        <w:jc w:val="right"/>
      </w:pPr>
      <w:r>
        <w:t>لوگوں تک وہ پیغام پہنچتا رہے گا تو بس یہ چھوٹے سے تھوڑے ایکسپیرینسز تھے جو مجھے لگا</w:t>
      </w:r>
    </w:p>
    <w:p>
      <w:r>
        <w:rPr>
          <w:b/>
        </w:rPr>
        <w:t xml:space="preserve">[1:25:25] </w:t>
      </w:r>
      <w:r>
        <w:t>ke shayad main share kar sakta hoon assalam o alaikum jazak Allah okay because you know this program is</w:t>
      </w:r>
    </w:p>
    <w:p>
      <w:pPr>
        <w:jc w:val="right"/>
      </w:pPr>
      <w:r>
        <w:t>کہ شاید میں شیئر کر سکتا ہوں السلام علیکم جزاک اللہ اوکے بیکاز یو نو دس پروگرام از</w:t>
      </w:r>
    </w:p>
    <w:p>
      <w:r>
        <w:rPr>
          <w:b/>
        </w:rPr>
        <w:t xml:space="preserve">[1:25:30] </w:t>
      </w:r>
      <w:r>
        <w:t>being aired live and many people are watching this program so abhi abhi ek comment aaya hai isi</w:t>
      </w:r>
    </w:p>
    <w:p>
      <w:pPr>
        <w:jc w:val="right"/>
      </w:pPr>
      <w:r>
        <w:t>بینگ ایڈ لائیو اینڈ مینی پیپل ار واچنگ دس پروگرام سو ابھی ابھی ایک کمنٹ ایا ہے اسی</w:t>
      </w:r>
    </w:p>
    <w:p>
      <w:r>
        <w:rPr>
          <w:b/>
        </w:rPr>
        <w:t xml:space="preserve">[1:25:36] </w:t>
      </w:r>
      <w:r>
        <w:t>program ko dekhte hue doctor hina ka UK se jo ah abhi dekh rahi hain program ko</w:t>
      </w:r>
    </w:p>
    <w:p>
      <w:pPr>
        <w:jc w:val="right"/>
      </w:pPr>
      <w:r>
        <w:t>پروگرام کو دیکھتے ہوئے ڈاکٹر حنا کا یو کے سے جو اہ ابھی دیکھ رہی ہیں پروگرام کو</w:t>
      </w:r>
    </w:p>
    <w:p>
      <w:r>
        <w:rPr>
          <w:b/>
        </w:rPr>
        <w:t xml:space="preserve">[1:25:41] </w:t>
      </w:r>
      <w:r>
        <w:t>to unhon ne likha hai jo main padhna chahunga ah faraz bhai ka waqia sun kar mujhe</w:t>
      </w:r>
    </w:p>
    <w:p>
      <w:pPr>
        <w:jc w:val="right"/>
      </w:pPr>
      <w:r>
        <w:t>تو انہوں نے لکھا ہے جو میں پڑھنا چاہوں گا اہ فراز بھائی کا واقعہ سن کر مجھے</w:t>
      </w:r>
    </w:p>
    <w:p>
      <w:r>
        <w:rPr>
          <w:b/>
        </w:rPr>
        <w:t xml:space="preserve">[1:25:46] </w:t>
      </w:r>
      <w:r>
        <w:t>apna waqia yaad aaya doctor hina is also involved in Quran distribution in UK area to unhon</w:t>
      </w:r>
    </w:p>
    <w:p>
      <w:pPr>
        <w:jc w:val="right"/>
      </w:pPr>
      <w:r>
        <w:t>اپنا واقعہ یاد ایا ڈاکٹر حنا از السو انوالو ان قرآن ڈسٹریبیوشن ان یو کے ایریا تو انہوں</w:t>
      </w:r>
    </w:p>
    <w:p>
      <w:r>
        <w:rPr>
          <w:b/>
        </w:rPr>
        <w:t xml:space="preserve">[1:25:52] </w:t>
      </w:r>
      <w:r>
        <w:t>ne apna waqia likha hai this Christmas and new year as I reached opposite Windsor castle high street</w:t>
      </w:r>
    </w:p>
    <w:p>
      <w:pPr>
        <w:jc w:val="right"/>
      </w:pPr>
      <w:r>
        <w:t>نے اپنا واقعہ لکھا ہے دس کرسمس اینڈ نیو ایئر ایز ائی ریچڈ اپوزٹ ونڈسر کاسل ہائی سٹریٹ</w:t>
      </w:r>
    </w:p>
    <w:p>
      <w:r>
        <w:rPr>
          <w:b/>
        </w:rPr>
        <w:t xml:space="preserve">[1:25:57] </w:t>
      </w:r>
      <w:r>
        <w:t>to distribute CPS Quran translations and booklets only with two young people my son and a</w:t>
      </w:r>
    </w:p>
    <w:p>
      <w:pPr>
        <w:jc w:val="right"/>
      </w:pPr>
      <w:r>
        <w:t>ٹو ڈسٹریبیوٹ سی پی ایس قرآن ٹرانسلیشنز اینڈ بکلیٹس اونلی ود ٹو ینگ پیپل مائی سن اینڈ ا</w:t>
      </w:r>
    </w:p>
    <w:p>
      <w:r>
        <w:rPr>
          <w:b/>
        </w:rPr>
        <w:t xml:space="preserve">[1:26:03] </w:t>
      </w:r>
      <w:r>
        <w:t>friends daughter my heart was pounding a bit as there is strict security around Windsor castle and I</w:t>
      </w:r>
    </w:p>
    <w:p>
      <w:pPr>
        <w:jc w:val="right"/>
      </w:pPr>
      <w:r>
        <w:t>فرینڈز ڈاٹر مائی ہارٹ واز پاؤنڈنگ ا بٹ ایز دیر از سٹرک سیکیورٹی اراؤنڈ ونڈسر کاسل اینڈ ائی</w:t>
      </w:r>
    </w:p>
    <w:p>
      <w:r>
        <w:rPr>
          <w:b/>
        </w:rPr>
        <w:t xml:space="preserve">[1:26:08] </w:t>
      </w:r>
      <w:r>
        <w:t>wasnt sure that in current year of negative news about Muslims in media how will people react</w:t>
      </w:r>
    </w:p>
    <w:p>
      <w:pPr>
        <w:jc w:val="right"/>
      </w:pPr>
      <w:r>
        <w:t>وازنٹ شور دیٹ ان کرنٹ ایئر اف نیگیٹیو نیوز اباؤٹ مسلمز ان میڈیا ہاؤ ول پیپل ری ایکٹ</w:t>
      </w:r>
    </w:p>
    <w:p>
      <w:r>
        <w:rPr>
          <w:b/>
        </w:rPr>
        <w:t xml:space="preserve">[1:26:13] </w:t>
      </w:r>
      <w:r>
        <w:t>but as soon as we entered the street a tall black man well dressed in suit just stepped</w:t>
      </w:r>
    </w:p>
    <w:p>
      <w:pPr>
        <w:jc w:val="right"/>
      </w:pPr>
      <w:r>
        <w:t>بٹ ایز سون ایز وی انٹرڈ دا سٹریٹ ا ٹال بلیک مین ویل ڈریسڈ ان سوٹ جسٹ سٹیپڈ</w:t>
      </w:r>
    </w:p>
    <w:p>
      <w:r>
        <w:rPr>
          <w:b/>
        </w:rPr>
        <w:t xml:space="preserve">[1:26:19] </w:t>
      </w:r>
      <w:r>
        <w:t>in front of us from a side he looked at my son and gave us a big welcoming</w:t>
      </w:r>
    </w:p>
    <w:p>
      <w:pPr>
        <w:jc w:val="right"/>
      </w:pPr>
      <w:r>
        <w:t>ان فرنٹ اف اس فرام ا سائیڈ ہی لوکڈ ایٹ مائی سن اینڈ گیو اس ا بگ ویلکمنگ</w:t>
      </w:r>
    </w:p>
    <w:p>
      <w:r>
        <w:rPr>
          <w:b/>
        </w:rPr>
        <w:t xml:space="preserve">[1:26:24] </w:t>
      </w:r>
      <w:r>
        <w:t>smile and then walked away this was such a relief and encouragement that all my fear just vanished</w:t>
      </w:r>
    </w:p>
    <w:p>
      <w:pPr>
        <w:jc w:val="right"/>
      </w:pPr>
      <w:r>
        <w:t>سمائل اینڈ دین واکڈ اوے دس واز سچ ا ریلیف اینڈ انکریجمنٹ دیٹ ال مائی فیئر جسٹ وینشڈ</w:t>
      </w:r>
    </w:p>
    <w:p>
      <w:r>
        <w:rPr>
          <w:b/>
        </w:rPr>
        <w:t xml:space="preserve">[1:26:30] </w:t>
      </w:r>
      <w:r>
        <w:t>we found a central pair of benches to make a stand and we did a job with calm</w:t>
      </w:r>
    </w:p>
    <w:p>
      <w:pPr>
        <w:jc w:val="right"/>
      </w:pPr>
      <w:r>
        <w:t>وی فاؤنڈ ا سینٹرل پیئر اف بینچز ٹو میک ا سٹینڈ اینڈ وی ڈیڈ ا جاب ود کام</w:t>
      </w:r>
    </w:p>
    <w:p>
      <w:r>
        <w:rPr>
          <w:b/>
        </w:rPr>
        <w:t xml:space="preserve">[1:26:35] </w:t>
      </w:r>
      <w:r>
        <w:t>and as without any problems Alhamdulillah indeed Allahs angels are waiting to help us if we step out</w:t>
      </w:r>
    </w:p>
    <w:p>
      <w:pPr>
        <w:jc w:val="right"/>
      </w:pPr>
      <w:r>
        <w:t>اینڈ ایز وداؤٹ اینی پرابلمز الحمدللہ انڈیڈ اللہز اینجلز ار ویٹنگ ٹو ہیلپ اس اف وی سٹیپ اؤٹ</w:t>
      </w:r>
    </w:p>
    <w:p>
      <w:r>
        <w:rPr>
          <w:b/>
        </w:rPr>
        <w:t xml:space="preserve">[1:26:40] </w:t>
      </w:r>
      <w:r>
        <w:t>for his work as Maulana just said he comes running if we walk to him doctor hina so</w:t>
      </w:r>
    </w:p>
    <w:p>
      <w:pPr>
        <w:jc w:val="right"/>
      </w:pPr>
      <w:r>
        <w:t>فار ہز ورک ایز مولانا جسٹ سیڈ ہی کمز رننگ اف وی واک ٹو ہم ڈاکٹر حنا سو</w:t>
      </w:r>
    </w:p>
    <w:p>
      <w:r>
        <w:rPr>
          <w:b/>
        </w:rPr>
        <w:t xml:space="preserve">[1:26:46] </w:t>
      </w:r>
      <w:r>
        <w:t>I would now request Mr Ajay Dwivedi to come here and share his experience of world book fair</w:t>
      </w:r>
    </w:p>
    <w:p>
      <w:pPr>
        <w:jc w:val="right"/>
      </w:pPr>
      <w:r>
        <w:t>ائی وڈ ناو ریکویسٹ مسٹر اجے دیویدی ٹو کم ہیر اینڈ شیئر ہز ایکسپیرینس اف ورلڈ بک فیئر</w:t>
      </w:r>
    </w:p>
    <w:p>
      <w:r>
        <w:rPr>
          <w:b/>
        </w:rPr>
        <w:t xml:space="preserve">[1:26:51] </w:t>
      </w:r>
      <w:r>
        <w:t>and Jaipur literature festival Mr Ajay assalam o alaikum yeh this this was our fifth year in Ja</w:t>
      </w:r>
    </w:p>
    <w:p>
      <w:pPr>
        <w:jc w:val="right"/>
      </w:pPr>
      <w:r>
        <w:t>اینڈ جے پور لٹریچر فیسٹیول مسٹر اجے السلام علیکم یہ دس دس واز اور ففتھ ایئر ان جے</w:t>
      </w:r>
    </w:p>
    <w:p>
      <w:r>
        <w:rPr>
          <w:b/>
        </w:rPr>
        <w:t xml:space="preserve">[1:26:57] </w:t>
      </w:r>
      <w:r>
        <w:t>ipur literature festival so ah do you know ah Vikrant Faraz all of us who came before me</w:t>
      </w:r>
    </w:p>
    <w:p>
      <w:pPr>
        <w:jc w:val="right"/>
      </w:pPr>
      <w:r>
        <w:t>پور لٹریچر فیسٹیول سو اہ دو یو نو اہ وکرانت فراز ال اف اس ہو کیم بیفور می</w:t>
      </w:r>
    </w:p>
    <w:p>
      <w:r>
        <w:rPr>
          <w:b/>
        </w:rPr>
        <w:t xml:space="preserve">[1:27:02] </w:t>
      </w:r>
      <w:r>
        <w:t>have covered most of the points I will just ah you know about personal level what I</w:t>
      </w:r>
    </w:p>
    <w:p>
      <w:pPr>
        <w:jc w:val="right"/>
      </w:pPr>
      <w:r>
        <w:t>ہیو کورڈ موسٹ اف دا پوائنٹ ائی ایل جسٹ اہ یو نو اب ایٹ پرسنل لیول واٹ ائی</w:t>
      </w:r>
    </w:p>
    <w:p>
      <w:r>
        <w:rPr>
          <w:b/>
        </w:rPr>
        <w:t xml:space="preserve">[1:27:07] </w:t>
      </w:r>
      <w:r>
        <w:t>experienced something which was a ah a wow moment for me I would like to share that ah</w:t>
      </w:r>
    </w:p>
    <w:p>
      <w:pPr>
        <w:jc w:val="right"/>
      </w:pPr>
      <w:r>
        <w:t>ایکسپیرینس سمتھنگ وچ واز ا اہا اور واؤ مومنٹ فار می ائی وڈ لائک ٹو شیئر دیٹ اہ</w:t>
      </w:r>
    </w:p>
    <w:p>
      <w:r>
        <w:rPr>
          <w:b/>
        </w:rPr>
        <w:t xml:space="preserve">[1:27:13] </w:t>
      </w:r>
      <w:r>
        <w:t>so first thing as as Dagar said that no when when we reached there and people started calling</w:t>
      </w:r>
    </w:p>
    <w:p>
      <w:pPr>
        <w:jc w:val="right"/>
      </w:pPr>
      <w:r>
        <w:t>سو فرسٹ تھنگ ایز ایز ڈاگر سیڈ دیٹ نو وین وین وی ریچ دیر اینڈ پیپل سٹارٹڈ کالنگ</w:t>
      </w:r>
    </w:p>
    <w:p>
      <w:r>
        <w:rPr>
          <w:b/>
        </w:rPr>
        <w:t xml:space="preserve">[1:27:18] </w:t>
      </w:r>
      <w:r>
        <w:t>us Quran man so that was a wow moment for me Quran Quran man means yes so ah</w:t>
      </w:r>
    </w:p>
    <w:p>
      <w:pPr>
        <w:jc w:val="right"/>
      </w:pPr>
      <w:r>
        <w:t>اس قرآن مین سو دیٹ واز ا واؤ مومنٹ فار می قرآن قرآن مین مین یس سو اہ</w:t>
      </w:r>
    </w:p>
    <w:p>
      <w:r>
        <w:rPr>
          <w:b/>
        </w:rPr>
        <w:t xml:space="preserve">[1:27:24] </w:t>
      </w:r>
      <w:r>
        <w:t>jab koi aap ko Quran man ke naam se ah ah woh karne lage to to lagta hai</w:t>
      </w:r>
    </w:p>
    <w:p>
      <w:pPr>
        <w:jc w:val="right"/>
      </w:pPr>
      <w:r>
        <w:t>جب کوئی اپ کو قرآن مین کے نام سے اہ اہ وہ کرنے لگے تو تو لگتا ہے</w:t>
      </w:r>
    </w:p>
    <w:p>
      <w:r>
        <w:rPr>
          <w:b/>
        </w:rPr>
        <w:t xml:space="preserve">[1:27:29] </w:t>
      </w:r>
      <w:r>
        <w:t>keh yes you know you are doing your job aur dawah jaise keh ah matlab mein hum hamesha</w:t>
      </w:r>
    </w:p>
    <w:p>
      <w:pPr>
        <w:jc w:val="right"/>
      </w:pPr>
      <w:r>
        <w:t>کہ یس یو نو یو ار ڈوئنگ یور جاب اور دعوی جیسے کہ اہ مطلب میں ہم ہمیشہ</w:t>
      </w:r>
    </w:p>
    <w:p>
      <w:r>
        <w:rPr>
          <w:b/>
        </w:rPr>
        <w:t xml:space="preserve">[1:27:35] </w:t>
      </w:r>
      <w:r>
        <w:t>mujhe lagta hai mein pehle bhi yeh baat kahi hai keh yeh mujhe personality development ki poori class</w:t>
      </w:r>
    </w:p>
    <w:p>
      <w:pPr>
        <w:jc w:val="right"/>
      </w:pPr>
      <w:r>
        <w:t>مجھے لگتا ہے میں پہلے بھی یہ بات کہی ہے کہ یہ مجھے پرسنیلٹی ڈیویلپمنٹ کی پوری کلاس</w:t>
      </w:r>
    </w:p>
    <w:p>
      <w:r>
        <w:rPr>
          <w:b/>
        </w:rPr>
        <w:t xml:space="preserve">[1:27:40] </w:t>
      </w:r>
      <w:r>
        <w:t>lagti hai jaise jab bhi aap dawah karne jaate hain to aap apni comfort zone se apne shell</w:t>
      </w:r>
    </w:p>
    <w:p>
      <w:pPr>
        <w:jc w:val="right"/>
      </w:pPr>
      <w:r>
        <w:t>لگتی ہے جیسے جب بھی اپ دعوی کرنے جاتے ہیں تو اپ اپنی کمفرٹ زون سے اپنے شیل</w:t>
      </w:r>
    </w:p>
    <w:p>
      <w:r>
        <w:rPr>
          <w:b/>
        </w:rPr>
        <w:t xml:space="preserve">[1:27:45] </w:t>
      </w:r>
      <w:r>
        <w:t>se bahar nikal kar aur doosron ki valuing ke liye is ko karte hain to aap ke dil</w:t>
      </w:r>
    </w:p>
    <w:p>
      <w:pPr>
        <w:jc w:val="right"/>
      </w:pPr>
      <w:r>
        <w:t>سے باہر نکل کر اور دوسروں کی ویلوشنگ کے لیے اس کو کرتے ہیں تو اپ کے دل</w:t>
      </w:r>
    </w:p>
    <w:p>
      <w:r>
        <w:rPr>
          <w:b/>
        </w:rPr>
        <w:t xml:space="preserve">[1:27:51] </w:t>
      </w:r>
      <w:r>
        <w:t>bhara hota hai keh mujhe mujhe doosron ki valuing karni hai mujhe doosron ke liye acha karna hai</w:t>
      </w:r>
    </w:p>
    <w:p>
      <w:pPr>
        <w:jc w:val="right"/>
      </w:pPr>
      <w:r>
        <w:t>بھرا ہوتا ہے کہ مجھے مجھے دوسروں کی ویلوشنگ کرنی ہے مجھے دوسروں کے لیے اچھا کرنا ہے</w:t>
      </w:r>
    </w:p>
    <w:p>
      <w:r>
        <w:rPr>
          <w:b/>
        </w:rPr>
        <w:t xml:space="preserve">[1:27:56] </w:t>
      </w:r>
      <w:r>
        <w:t>to ab jaise hum Jaipur literature festival mein jaate hain wahan wahan halaat bilkul alag tarah ke</w:t>
      </w:r>
    </w:p>
    <w:p>
      <w:pPr>
        <w:jc w:val="right"/>
      </w:pPr>
      <w:r>
        <w:t>تو اب جیسے ہم جے پور لٹریچر فیسٹیول میں جاتے ہیں وہاں وہاں حالات بالکل الگ طرح کے</w:t>
      </w:r>
    </w:p>
    <w:p>
      <w:r>
        <w:rPr>
          <w:b/>
        </w:rPr>
        <w:t xml:space="preserve">[1:28:02] </w:t>
      </w:r>
      <w:r>
        <w:t>hote hain wahan jaise hum jahan khare hote hain wahin par hi ek newspaper dene wala bhi</w:t>
      </w:r>
    </w:p>
    <w:p>
      <w:pPr>
        <w:jc w:val="right"/>
      </w:pPr>
      <w:r>
        <w:t>ہوتے ہیں وہاں جیسے ہم جہاں کھڑے ہوتے ہیں وہیں پر ہی ایک نیوز پیپر دینے والا بھی</w:t>
      </w:r>
    </w:p>
    <w:p>
      <w:r>
        <w:rPr>
          <w:b/>
        </w:rPr>
        <w:t xml:space="preserve">[1:28:07] </w:t>
      </w:r>
      <w:r>
        <w:t>khara hota hai to to personality development mujhe is tarah se lagta hai woh keh is time pe</w:t>
      </w:r>
    </w:p>
    <w:p>
      <w:pPr>
        <w:jc w:val="right"/>
      </w:pPr>
      <w:r>
        <w:t>کھڑا ہوتا ہے تو تو پرسنیلٹی ڈیویلپمنٹ مجھے اس طریقے سے لگتا ہے وہ کہ اس ٹائم پہ</w:t>
      </w:r>
    </w:p>
    <w:p>
      <w:r>
        <w:rPr>
          <w:b/>
        </w:rPr>
        <w:t xml:space="preserve">[1:28:12] </w:t>
      </w:r>
      <w:r>
        <w:t>mein aur woh newspaper dene wala hum logon ka level bilkul same ho jata hai aur kai</w:t>
      </w:r>
    </w:p>
    <w:p>
      <w:pPr>
        <w:jc w:val="right"/>
      </w:pPr>
      <w:r>
        <w:t>میں اور وہ نیوز پیپر دینے والا ہم لوگوں کا لیول بالکل سیم ہو جاتا ہے اور کئی</w:t>
      </w:r>
    </w:p>
    <w:p>
      <w:r>
        <w:rPr>
          <w:b/>
        </w:rPr>
        <w:t xml:space="preserve">[1:28:18] </w:t>
      </w:r>
      <w:r>
        <w:t>bar hum competition bhi kar rahe hote hain ek doosre se keh is ke newspaper zyada nikal</w:t>
      </w:r>
    </w:p>
    <w:p>
      <w:pPr>
        <w:jc w:val="right"/>
      </w:pPr>
      <w:r>
        <w:t>بار ہم کمپیٹیشن بھی کر رہے ہوتے ہیں ایک دوسرے سے کہ اس کے نیوز پیپر زیادہ نکل</w:t>
      </w:r>
    </w:p>
    <w:p>
      <w:r>
        <w:rPr>
          <w:b/>
        </w:rPr>
        <w:t xml:space="preserve">[1:28:23] </w:t>
      </w:r>
      <w:r>
        <w:t>rahe hain keh meri quran zyada nikal rahi hai to par yeh jo hota hai yeh bohat humble</w:t>
      </w:r>
    </w:p>
    <w:p>
      <w:pPr>
        <w:jc w:val="right"/>
      </w:pPr>
      <w:r>
        <w:t>رہے ہیں کہ میری قرآن زیادہ نکل رہی ہے تو پر یہ جو ہوتا ہے یہ بہت ہمبل</w:t>
      </w:r>
    </w:p>
    <w:p>
      <w:r>
        <w:rPr>
          <w:b/>
        </w:rPr>
        <w:t xml:space="preserve">[1:28:29] </w:t>
      </w:r>
      <w:r>
        <w:t>kar deta hai yeh experience aap ki personality ko itna itna humble kar deta hai keh aap ke</w:t>
      </w:r>
    </w:p>
    <w:p>
      <w:pPr>
        <w:jc w:val="right"/>
      </w:pPr>
      <w:r>
        <w:t>کر دیتا ہے یہ ایکسپیرینس اپ کی پرسنیلٹی کو اتنا اتنا ہمبل کر دیتا ہے کہ اپ کے</w:t>
      </w:r>
    </w:p>
    <w:p>
      <w:r>
        <w:rPr>
          <w:b/>
        </w:rPr>
        <w:t xml:space="preserve">[1:28:34] </w:t>
      </w:r>
      <w:r>
        <w:t>andar se arrogance aur ego aur woh sari cheezein ek dum se chali jaati hain aur aap sirf</w:t>
      </w:r>
    </w:p>
    <w:p>
      <w:pPr>
        <w:jc w:val="right"/>
      </w:pPr>
      <w:r>
        <w:t>اندر سے ایروگنس اور ایگو اور وہ ساری چیزیں ایک دم سے چلی جاتی ہیں اور اپ صرف</w:t>
      </w:r>
    </w:p>
    <w:p>
      <w:r>
        <w:rPr>
          <w:b/>
        </w:rPr>
        <w:t xml:space="preserve">[1:28:39] </w:t>
      </w:r>
      <w:r>
        <w:t>valuing ke liye aur Allah ke kaam ke liye is is cheez pe focus karne lagte ho to</w:t>
      </w:r>
    </w:p>
    <w:p>
      <w:pPr>
        <w:jc w:val="right"/>
      </w:pPr>
      <w:r>
        <w:t>ویلوشنگ کے لیے اور اللہ کے کام کے لیے اس اس چیز پہ فوکس کرنے لگتے ہو تو</w:t>
      </w:r>
    </w:p>
    <w:p>
      <w:r>
        <w:rPr>
          <w:b/>
        </w:rPr>
        <w:t xml:space="preserve">[1:28:45] </w:t>
      </w:r>
      <w:r>
        <w:t>ah yeh personal level pe mera experience hai ah ek aur jo cheez jo hum jaise as a</w:t>
      </w:r>
    </w:p>
    <w:p>
      <w:pPr>
        <w:jc w:val="right"/>
      </w:pPr>
      <w:r>
        <w:t>اہ یہ پرسنل لیول پہ میرا ایکسپیرینس ہے اہ ایک اور جو چیز جو ہم جیسے ایز اے</w:t>
      </w:r>
    </w:p>
    <w:p>
      <w:r>
        <w:rPr>
          <w:b/>
        </w:rPr>
        <w:t xml:space="preserve">[1:28:50] </w:t>
      </w:r>
      <w:r>
        <w:t>as a team jo karte hain woh maine experience kari keh ah wahan par do log aaye</w:t>
      </w:r>
    </w:p>
    <w:p>
      <w:pPr>
        <w:jc w:val="right"/>
      </w:pPr>
      <w:r>
        <w:t>ایز اے ٹیم جو کرتے ہیں وہ میں نے ایکسپیرینس کری کہ اہ وہاں پر دو لوگ ائے</w:t>
      </w:r>
    </w:p>
    <w:p>
      <w:r>
        <w:rPr>
          <w:b/>
        </w:rPr>
        <w:t xml:space="preserve">[1:28:56] </w:t>
      </w:r>
      <w:r>
        <w:t>aur un mein se ek bola acha tere ko quran chahiye tha na le le in se to</w:t>
      </w:r>
    </w:p>
    <w:p>
      <w:pPr>
        <w:jc w:val="right"/>
      </w:pPr>
      <w:r>
        <w:t>اور ان میں سے ایک بولا اچھا تیرے کو قرآن چاہیے تھا نا لے لے ان سے تو</w:t>
      </w:r>
    </w:p>
    <w:p>
      <w:r>
        <w:rPr>
          <w:b/>
        </w:rPr>
        <w:t xml:space="preserve">[1:29:01] </w:t>
      </w:r>
      <w:r>
        <w:t>he said that that guy said keh do you have quran i said yes so can i take</w:t>
      </w:r>
    </w:p>
    <w:p>
      <w:pPr>
        <w:jc w:val="right"/>
      </w:pPr>
      <w:r>
        <w:t>ہی سیڈ دیٹ دیٹ گائے سیڈ کہ ڈو یو ہیو قرآن ائی سیڈ یس سو کین ائی ٹیک</w:t>
      </w:r>
    </w:p>
    <w:p>
      <w:r>
        <w:rPr>
          <w:b/>
        </w:rPr>
        <w:t xml:space="preserve">[1:29:06] </w:t>
      </w:r>
      <w:r>
        <w:t>it yes you can take it to woh itna khush hua itna khush hua he said that no</w:t>
      </w:r>
    </w:p>
    <w:p>
      <w:pPr>
        <w:jc w:val="right"/>
      </w:pPr>
      <w:r>
        <w:t>اٹ یس یو کین ٹیک اٹ تو وہ اتنا خوش ہوا اتنا خوش ہوا ہی سیڈ دیٹ نو</w:t>
      </w:r>
    </w:p>
    <w:p>
      <w:r>
        <w:rPr>
          <w:b/>
        </w:rPr>
        <w:t xml:space="preserve">[1:29:12] </w:t>
      </w:r>
      <w:r>
        <w:t>i always wanted to read it and i never thought that somebody will give me and give me</w:t>
      </w:r>
    </w:p>
    <w:p>
      <w:pPr>
        <w:jc w:val="right"/>
      </w:pPr>
      <w:r>
        <w:t>ائی الویز وانٹڈ ٹو ریڈ اٹ اینڈ ائی نیور تھاٹ دیٹ سمبڈی ول گیو می اینڈ گیو می</w:t>
      </w:r>
    </w:p>
    <w:p>
      <w:r>
        <w:rPr>
          <w:b/>
        </w:rPr>
        <w:t xml:space="preserve">[1:29:17] </w:t>
      </w:r>
      <w:r>
        <w:t>free to ah to that is ka jo friend tha us ko pehle se pata tha woh yahan</w:t>
      </w:r>
    </w:p>
    <w:p>
      <w:pPr>
        <w:jc w:val="right"/>
      </w:pPr>
      <w:r>
        <w:t>فری تو اہ تو دیٹ اس کا جو فرینڈ تھا اس کو پہلے سے پتہ تھا وہ یہاں</w:t>
      </w:r>
    </w:p>
    <w:p>
      <w:r>
        <w:rPr>
          <w:b/>
        </w:rPr>
        <w:t xml:space="preserve">[1:29:23] </w:t>
      </w:r>
      <w:r>
        <w:t>Jaipur mein literature festival mein aata rehta tha to bola keh nahi nahi yeh log to dete</w:t>
      </w:r>
    </w:p>
    <w:p>
      <w:pPr>
        <w:jc w:val="right"/>
      </w:pPr>
      <w:r>
        <w:t>جے پور میں لٹریچر فیسٹیول میں اتا رہتا تھا تو بولا کہ نہیں نہیں یہ لوگ تو دیتے</w:t>
      </w:r>
    </w:p>
    <w:p>
      <w:r>
        <w:rPr>
          <w:b/>
        </w:rPr>
        <w:t xml:space="preserve">[1:29:28] </w:t>
      </w:r>
      <w:r>
        <w:t>hain har saal dete hain and he he had that current of conviction comfortable keh yeh log to hote</w:t>
      </w:r>
    </w:p>
    <w:p>
      <w:pPr>
        <w:jc w:val="right"/>
      </w:pPr>
      <w:r>
        <w:t>ہیں ہر سال دیتے ہیں اینڈ ہی ہیڈ دیٹ کرنٹ اف کنوکشن کمفرٹیبل کہ یہ لوگ تو ہوتے</w:t>
      </w:r>
    </w:p>
    <w:p>
      <w:r>
        <w:rPr>
          <w:b/>
        </w:rPr>
        <w:t xml:space="preserve">[1:29:34] </w:t>
      </w:r>
      <w:r>
        <w:t>hain to ab woh kyunke us program mein andar ja rahe hain to ah problem yeh thi</w:t>
      </w:r>
    </w:p>
    <w:p>
      <w:pPr>
        <w:jc w:val="right"/>
      </w:pPr>
      <w:r>
        <w:t>ہی ہیں تو اب وہ کیونکہ اس پروگرام میں اندر جا رہے ہیں تو اہ پرابلم یہ تھی</w:t>
      </w:r>
    </w:p>
    <w:p>
      <w:r>
        <w:rPr>
          <w:b/>
        </w:rPr>
        <w:t xml:space="preserve">[1:29:39] </w:t>
      </w:r>
      <w:r>
        <w:t>keh woh carry kaise karein us ke paas koi hamare paas koi carry bag nahi tha to us</w:t>
      </w:r>
    </w:p>
    <w:p>
      <w:pPr>
        <w:jc w:val="right"/>
      </w:pPr>
      <w:r>
        <w:t>کہ وہ کیری کیسے کریں اس کے پاس کوئی ہمارے پاس کوئی کیری بیگ نہیں تھا تو اس</w:t>
      </w:r>
    </w:p>
    <w:p>
      <w:r>
        <w:rPr>
          <w:b/>
        </w:rPr>
        <w:t xml:space="preserve">[1:29:44] </w:t>
      </w:r>
      <w:r>
        <w:t>ne hum se poocha ke koi carry bag hai maine bola nahi carry bag toh nahi hai</w:t>
      </w:r>
    </w:p>
    <w:p>
      <w:pPr>
        <w:jc w:val="right"/>
      </w:pPr>
      <w:r>
        <w:t>نے ہم سے پوچھا کہ کوئی کیری بیگ ہے میں نے بولا نہیں کیری بیگ تو نہیں ہے</w:t>
      </w:r>
    </w:p>
    <w:p>
      <w:r>
        <w:rPr>
          <w:b/>
        </w:rPr>
        <w:t xml:space="preserve">[1:29:50] </w:t>
      </w:r>
      <w:r>
        <w:t>toh is ka friend is ko bolta hai ke arey toh in ko wapas kar de jab toh</w:t>
      </w:r>
    </w:p>
    <w:p>
      <w:pPr>
        <w:jc w:val="right"/>
      </w:pPr>
      <w:r>
        <w:t>تو اس کا فرینڈ اس کو بولتا ہے کہ ارے تو ان کو واپس کر دے جب تو</w:t>
      </w:r>
    </w:p>
    <w:p>
      <w:r>
        <w:rPr>
          <w:b/>
        </w:rPr>
        <w:t xml:space="preserve">[1:29:55] </w:t>
      </w:r>
      <w:r>
        <w:t>loot kar aye ga na yeh log yehin khare honge toh tab le liyo toh toh mujhe</w:t>
      </w:r>
    </w:p>
    <w:p>
      <w:pPr>
        <w:jc w:val="right"/>
      </w:pPr>
      <w:r>
        <w:t>لوٹ کر ائے گا نا یہ لوگ یہیں کھڑے ہوں گے تو تب لے لیو تو تو مجھے</w:t>
      </w:r>
    </w:p>
    <w:p>
      <w:r>
        <w:rPr>
          <w:b/>
        </w:rPr>
        <w:t xml:space="preserve">[1:30:01] </w:t>
      </w:r>
      <w:r>
        <w:t>laga ke Jaipur literature festival mein paanch saal lagataar jaane ke baad woh ek matlab jis ko</w:t>
      </w:r>
    </w:p>
    <w:p>
      <w:pPr>
        <w:jc w:val="right"/>
      </w:pPr>
      <w:r>
        <w:t>لگا کہ جے پور لٹریچر فیسٹیول میں پانچ سال لگاتار جانے کے بعد وہ ایک مطلب جس کو</w:t>
      </w:r>
    </w:p>
    <w:p>
      <w:r>
        <w:rPr>
          <w:b/>
        </w:rPr>
        <w:t xml:space="preserve">[1:30:06] </w:t>
      </w:r>
      <w:r>
        <w:t>bolte hain na phenomena predictability si hai ke hum log wahan par Quran distribute kar rahe honge</w:t>
      </w:r>
    </w:p>
    <w:p>
      <w:pPr>
        <w:jc w:val="right"/>
      </w:pPr>
      <w:r>
        <w:t>بولتے ہیں نا فینومینا پریڈکٹیبلٹی سی ہے کہ ہم لوگ وہاں پر قرآن ڈسٹریبیوٹ کر رہے ہوں گے</w:t>
      </w:r>
    </w:p>
    <w:p>
      <w:r>
        <w:rPr>
          <w:b/>
        </w:rPr>
        <w:t xml:space="preserve">[1:30:11] </w:t>
      </w:r>
      <w:r>
        <w:t>aur mujhe lagta hai ke kisi bhi cheez ko aise phenomena banne ke liye ah matlab us ko</w:t>
      </w:r>
    </w:p>
    <w:p>
      <w:pPr>
        <w:jc w:val="right"/>
      </w:pPr>
      <w:r>
        <w:t>اور مجھے لگتا ہے کہ کسی بھی چیز کو ایسے فینومینا بننے کے لیے اہ مطلب اس کو</w:t>
      </w:r>
    </w:p>
    <w:p>
      <w:r>
        <w:rPr>
          <w:b/>
        </w:rPr>
        <w:t xml:space="preserve">[1:30:17] </w:t>
      </w:r>
      <w:r>
        <w:t>consistency consistency ke saath karte rehna I think yeh bohat important hai hum sab ko as a team</w:t>
      </w:r>
    </w:p>
    <w:p>
      <w:pPr>
        <w:jc w:val="right"/>
      </w:pPr>
      <w:r>
        <w:t>کنسسٹنٹ کنسسٹنسی کے ساتھ کرتے رہنا ائی تھنک یہ بہت امپورٹنٹ ہے ہم سب کو ایز اے ٹیم</w:t>
      </w:r>
    </w:p>
    <w:p>
      <w:r>
        <w:rPr>
          <w:b/>
        </w:rPr>
        <w:t xml:space="preserve">[1:30:22] </w:t>
      </w:r>
      <w:r>
        <w:t>CPS as a team hum ko apna jo bhi hum ne role identify karaya hai us</w:t>
      </w:r>
    </w:p>
    <w:p>
      <w:pPr>
        <w:jc w:val="right"/>
      </w:pPr>
      <w:r>
        <w:t>سی پی ایس ایز اے ٹیم ہم کو اپنا جو بھی ہم نے رول ائیڈینٹیفائی کرایا ہے اس</w:t>
      </w:r>
    </w:p>
    <w:p>
      <w:r>
        <w:rPr>
          <w:b/>
        </w:rPr>
        <w:t xml:space="preserve">[1:30:28] </w:t>
      </w:r>
      <w:r>
        <w:t>ko as a team member consistently karte rahein yeh bohat zaroori hai yeh baat mujhe samajh mein aayi</w:t>
      </w:r>
    </w:p>
    <w:p>
      <w:pPr>
        <w:jc w:val="right"/>
      </w:pPr>
      <w:r>
        <w:t>کو ایز اے ٹیم ممبر کنسسٹنٹلی کرتے رہیں یہ بہت ضروری ہے یہ بات مجھے سمجھ میں ائی</w:t>
      </w:r>
    </w:p>
    <w:p>
      <w:r>
        <w:rPr>
          <w:b/>
        </w:rPr>
        <w:t xml:space="preserve">[1:30:33] </w:t>
      </w:r>
      <w:r>
        <w:t>jab unhon ne yeh bola ke tum loot kar bhi aaoge toh bhi yeh yehin khare honge</w:t>
      </w:r>
    </w:p>
    <w:p>
      <w:pPr>
        <w:jc w:val="right"/>
      </w:pPr>
      <w:r>
        <w:t>جب انہوں نے یہ بولا کہ تم لوٹ کر بھی اؤ گے تو بھی یہ یہیں کھڑے ہوں</w:t>
      </w:r>
    </w:p>
    <w:p>
      <w:r>
        <w:rPr>
          <w:b/>
        </w:rPr>
        <w:t xml:space="preserve">[1:30:38] </w:t>
      </w:r>
      <w:r>
        <w:t>so these two things were very very striking ah may God help us ah jazak Allah okay</w:t>
      </w:r>
    </w:p>
    <w:p>
      <w:pPr>
        <w:jc w:val="right"/>
      </w:pPr>
      <w:r>
        <w:t>گے سو دیز ٹو تھنگز وار ویری ویری سٹرائیکنگ اہ می گاڈ ہیلپ اس اہ جزاک اللہ اوکے</w:t>
      </w:r>
    </w:p>
    <w:p>
      <w:r>
        <w:rPr>
          <w:b/>
        </w:rPr>
        <w:t xml:space="preserve">[1:30:44] </w:t>
      </w:r>
      <w:r>
        <w:t>I ah we just received the message from Danish Fazal sahib from Lucknow he could not be part</w:t>
      </w:r>
    </w:p>
    <w:p>
      <w:pPr>
        <w:jc w:val="right"/>
      </w:pPr>
      <w:r>
        <w:t>ائی اہ ویو جسٹ ریسیوڈ دی میسج فرام دانش فضل صاحب فرام لکھنو ہی کڈ ناٹ بی پارٹ</w:t>
      </w:r>
    </w:p>
    <w:p>
      <w:r>
        <w:rPr>
          <w:b/>
        </w:rPr>
        <w:t xml:space="preserve">[1:30:49] </w:t>
      </w:r>
      <w:r>
        <w:t>of today's experience sharing session but as was mentioned in the previous experiences he came all the way</w:t>
      </w:r>
    </w:p>
    <w:p>
      <w:pPr>
        <w:jc w:val="right"/>
      </w:pPr>
      <w:r>
        <w:t>اف ٹوڈے ایکسپیرینس شیئرنگ سیشن بٹ ایز واز مینشن ان دا پریویس ایکسپیرینسز ہی کیم ال دا وے</w:t>
      </w:r>
    </w:p>
    <w:p>
      <w:r>
        <w:rPr>
          <w:b/>
        </w:rPr>
        <w:t xml:space="preserve">[1:30:55] </w:t>
      </w:r>
      <w:r>
        <w:t>from Lucknow to Delhi with single purpose of being part of the Quran distribution and he stayed all</w:t>
      </w:r>
    </w:p>
    <w:p>
      <w:pPr>
        <w:jc w:val="right"/>
      </w:pPr>
      <w:r>
        <w:t>فرام لکھنو ٹو دہلی ود سنگل پرپس اف بینگ پارٹ اف دی قرآن ڈسٹریبیوشن اینڈ ہی سٹیڈ ال</w:t>
      </w:r>
    </w:p>
    <w:p>
      <w:r>
        <w:rPr>
          <w:b/>
        </w:rPr>
        <w:t xml:space="preserve">[1:31:00] </w:t>
      </w:r>
      <w:r>
        <w:t>through the days and distributed all through the day so he had lot of experiences of course those</w:t>
      </w:r>
    </w:p>
    <w:p>
      <w:pPr>
        <w:jc w:val="right"/>
      </w:pPr>
      <w:r>
        <w:t>تھرو دا ڈیز اینڈ ڈسٹریبیوٹڈ ال تھرو دا ڈے سو ہی ہیڈ لاٹ اف ایکسپیرینسز اف کورس دوز</w:t>
      </w:r>
    </w:p>
    <w:p>
      <w:r>
        <w:rPr>
          <w:b/>
        </w:rPr>
        <w:t xml:space="preserve">[1:31:05] </w:t>
      </w:r>
      <w:r>
        <w:t>experiences would have best come out of him directly but he sent some bullet points which I will</w:t>
      </w:r>
    </w:p>
    <w:p>
      <w:pPr>
        <w:jc w:val="right"/>
      </w:pPr>
      <w:r>
        <w:t>ایکسپیرینسز وڈ ہیو بیسٹ کم اؤٹ اف ہم ڈائریکٹلی بٹ ہی سینڈ سم بلٹ پوائنٹس وچ ائی ویل</w:t>
      </w:r>
    </w:p>
    <w:p>
      <w:r>
        <w:rPr>
          <w:b/>
        </w:rPr>
        <w:t xml:space="preserve">[1:31:11] </w:t>
      </w:r>
      <w:r>
        <w:t>just read out to all of you which have come from Danish Fazal sahib from Lucknow and he</w:t>
      </w:r>
    </w:p>
    <w:p>
      <w:pPr>
        <w:jc w:val="right"/>
      </w:pPr>
      <w:r>
        <w:t>جسٹ ریڈ اؤٹ ٹو ال اف یو وچ ہیو کم فرام دانش فضل صاحب فرام لکھنو اینڈ ہی</w:t>
      </w:r>
    </w:p>
    <w:p>
      <w:r>
        <w:rPr>
          <w:b/>
        </w:rPr>
        <w:t xml:space="preserve">[1:31:16] </w:t>
      </w:r>
      <w:r>
        <w:t>is watching the program right now toh unhon ne likha hai ke people are always looking for the</w:t>
      </w:r>
    </w:p>
    <w:p>
      <w:pPr>
        <w:jc w:val="right"/>
      </w:pPr>
      <w:r>
        <w:t>از واچنگ دا پروگرام رائٹ ناو تو انہوں نے لکھا ہے کہ پیپل ار الویز لوکنگ فار دی</w:t>
      </w:r>
    </w:p>
    <w:p>
      <w:r>
        <w:rPr>
          <w:b/>
        </w:rPr>
        <w:t xml:space="preserve">[1:31:22] </w:t>
      </w:r>
      <w:r>
        <w:t>Quran translation and I can say this because whenever we give Quran to them they say that</w:t>
      </w:r>
    </w:p>
    <w:p>
      <w:pPr>
        <w:jc w:val="right"/>
      </w:pPr>
      <w:r>
        <w:t>قرآن ٹرانسلیشن اینڈ ائی کین سے دس بیکاز وین ایور وی گیو قرآن ٹو دیم دے سے دیٹ</w:t>
      </w:r>
    </w:p>
    <w:p>
      <w:r>
        <w:rPr>
          <w:b/>
        </w:rPr>
        <w:t xml:space="preserve">[1:31:27] </w:t>
      </w:r>
      <w:r>
        <w:t>we were looking for Quran so we have to reach to many people and we haven't reached yet</w:t>
      </w:r>
    </w:p>
    <w:p>
      <w:pPr>
        <w:jc w:val="right"/>
      </w:pPr>
      <w:r>
        <w:t>وی وار لوکنگ فار قرآن سو وی ہیو ٹو ریچ ٹو مینی پیپل اینڈ وی ہیونٹ ریچ یٹ</w:t>
      </w:r>
    </w:p>
    <w:p>
      <w:r>
        <w:rPr>
          <w:b/>
        </w:rPr>
        <w:t xml:space="preserve">[1:31:33] </w:t>
      </w:r>
      <w:r>
        <w:t>during distribution I usually call the people to take the copy of the Quran and when I do</w:t>
      </w:r>
    </w:p>
    <w:p>
      <w:pPr>
        <w:jc w:val="right"/>
      </w:pPr>
      <w:r>
        <w:t>ڈیورنگ ڈسٹریبیوشن ائی یوزلی کال دا پیپل ٹو ٹیک دی کاپی اف دا قرآن اینڈ وین ائی ڈو</w:t>
      </w:r>
    </w:p>
    <w:p>
      <w:r>
        <w:rPr>
          <w:b/>
        </w:rPr>
        <w:t xml:space="preserve">[1:31:38] </w:t>
      </w:r>
      <w:r>
        <w:t>that it reminds me of how Sahaba and Prophet must be calling to people for dawah work we</w:t>
      </w:r>
    </w:p>
    <w:p>
      <w:pPr>
        <w:jc w:val="right"/>
      </w:pPr>
      <w:r>
        <w:t>دیٹ اٹ ریمائنڈز می اف ہاؤ صحابہ اینڈ پرافٹ مسٹ بی کالنگ ٹو پیپل فار داوا ورک وی</w:t>
      </w:r>
    </w:p>
    <w:p>
      <w:r>
        <w:rPr>
          <w:b/>
        </w:rPr>
        <w:t xml:space="preserve">[1:31:43] </w:t>
      </w:r>
      <w:r>
        <w:t>have to just stand for distribution and rest Allah helps previously Sahaba had to memorize the Quran and</w:t>
      </w:r>
    </w:p>
    <w:p>
      <w:pPr>
        <w:jc w:val="right"/>
      </w:pPr>
      <w:r>
        <w:t>ہیو ٹو جسٹ سٹینڈ فار ڈسٹریبیوشن اینڈ ریسٹ اللہ ہیلپس پریویسلی صحابہ ہیڈ ٹو میمورائز دا قرآن اینڈ</w:t>
      </w:r>
    </w:p>
    <w:p>
      <w:r>
        <w:rPr>
          <w:b/>
        </w:rPr>
        <w:t xml:space="preserve">[1:31:49] </w:t>
      </w:r>
      <w:r>
        <w:t>then they used to do the distribution today we have printed versions of Quran and all that we</w:t>
      </w:r>
    </w:p>
    <w:p>
      <w:pPr>
        <w:jc w:val="right"/>
      </w:pPr>
      <w:r>
        <w:t>دین دے یوز ٹو ڈو دا ڈسٹریبیوشن ٹوڈے وی ہیو پرنٹڈ ورژنز اف قرآن اینڈ ال دیٹ وی</w:t>
      </w:r>
    </w:p>
    <w:p>
      <w:r>
        <w:rPr>
          <w:b/>
        </w:rPr>
        <w:t xml:space="preserve">[1:31:54] </w:t>
      </w:r>
      <w:r>
        <w:t>have to do is distribute them and during distribution I there is a thought that always comes in</w:t>
      </w:r>
    </w:p>
    <w:p>
      <w:pPr>
        <w:jc w:val="right"/>
      </w:pPr>
      <w:r>
        <w:t>ہیو ٹو ڈو از ڈسٹریبیوٹ دیم اینڈ ڈیورنگ ڈسٹریبیوشن ائی دیر از ا تھاٹ دیٹ الویز کمز ان</w:t>
      </w:r>
    </w:p>
    <w:p>
      <w:r>
        <w:rPr>
          <w:b/>
        </w:rPr>
        <w:t xml:space="preserve">[1:32:00] </w:t>
      </w:r>
      <w:r>
        <w:t>my mind that only if Allah could have given me three and four hands then I could have</w:t>
      </w:r>
    </w:p>
    <w:p>
      <w:pPr>
        <w:jc w:val="right"/>
      </w:pPr>
      <w:r>
        <w:t>مائی مائنڈ دیٹ اونلی اف اللہ کڈ ہیو گیون می تھری اینڈ فور ہینڈز دین ائی کڈ ہیو</w:t>
      </w:r>
    </w:p>
    <w:p>
      <w:r>
        <w:rPr>
          <w:b/>
        </w:rPr>
        <w:t xml:space="preserve">[1:32:05] </w:t>
      </w:r>
      <w:r>
        <w:t>distributed Quran with all my three four hands I think we have less time time is running out</w:t>
      </w:r>
    </w:p>
    <w:p>
      <w:pPr>
        <w:jc w:val="right"/>
      </w:pPr>
      <w:r>
        <w:t>ڈسٹریبیوٹڈ قرآن ود ال مائی تھری فور ہینڈز ائی تھنک وی ہیو لیس ٹائم ٹائم از رننگ اؤٹ</w:t>
      </w:r>
    </w:p>
    <w:p>
      <w:r>
        <w:rPr>
          <w:b/>
        </w:rPr>
        <w:t xml:space="preserve">[1:32:10] </w:t>
      </w:r>
      <w:r>
        <w:t>and we have to reach to every single person on the planet Earth but every time Allah help</w:t>
      </w:r>
    </w:p>
    <w:p>
      <w:pPr>
        <w:jc w:val="right"/>
      </w:pPr>
      <w:r>
        <w:t>اینڈ وی ہیو ٹو ریچ ٹو ایوری سنگل پرسن ان دا پلینٹ ارتھ بٹ ایوری ٹائم اللہ ہیلپ</w:t>
      </w:r>
    </w:p>
    <w:p>
      <w:r>
        <w:rPr>
          <w:b/>
        </w:rPr>
        <w:t xml:space="preserve">[1:32:16] </w:t>
      </w:r>
      <w:r>
        <w:t>is in distributing the Quran I must say that the slip idea of distributing it outside the</w:t>
      </w:r>
    </w:p>
    <w:p>
      <w:pPr>
        <w:jc w:val="right"/>
      </w:pPr>
      <w:r>
        <w:t>اس ان ڈسٹریبیوٹنگ دا قرآن ائی مسٹ سے دیٹ دا سلپ ائیڈیا اف ڈسٹریبیوٹنگ اٹ اؤٹ سائیڈ دا</w:t>
      </w:r>
    </w:p>
    <w:p>
      <w:r>
        <w:rPr>
          <w:b/>
        </w:rPr>
        <w:t xml:space="preserve">[1:32:21] </w:t>
      </w:r>
      <w:r>
        <w:t>hall was a wonderful idea and people took the slip and then they searched for a stall for</w:t>
      </w:r>
    </w:p>
    <w:p>
      <w:pPr>
        <w:jc w:val="right"/>
      </w:pPr>
      <w:r>
        <w:t>ہال واز ا ونڈرفل ائیڈیا اینڈ پیپل ٹک دا سلپ اینڈ دین دے سرچڈ فار ا سٹال فار</w:t>
      </w:r>
    </w:p>
    <w:p>
      <w:r>
        <w:rPr>
          <w:b/>
        </w:rPr>
        <w:t xml:space="preserve">[1:32:27] </w:t>
      </w:r>
      <w:r>
        <w:t>a copy of the Quran they are all seekers who came to a stall may Allah bless every</w:t>
      </w:r>
    </w:p>
    <w:p>
      <w:pPr>
        <w:jc w:val="right"/>
      </w:pPr>
      <w:r>
        <w:t>ا کاپی اف دا قرآن دے ار ال سیکرز ہو کیم ٹو ا سٹال می اللہ بلیس ایوری</w:t>
      </w:r>
    </w:p>
    <w:p>
      <w:r>
        <w:rPr>
          <w:b/>
        </w:rPr>
        <w:t xml:space="preserve">[1:32:32] </w:t>
      </w:r>
      <w:r>
        <w:t>one Danish Fazil so you know we of after this you know I just want to say that</w:t>
      </w:r>
    </w:p>
    <w:p>
      <w:pPr>
        <w:jc w:val="right"/>
      </w:pPr>
      <w:r>
        <w:t>ون دانش فضل سو یو نو وی اف افٹر دس یو نو ائی جسٹ وانٹ ٹو سے دیٹ</w:t>
      </w:r>
    </w:p>
    <w:p>
      <w:r>
        <w:rPr>
          <w:b/>
        </w:rPr>
        <w:t xml:space="preserve">[1:32:37] </w:t>
      </w:r>
      <w:r>
        <w:t>we have one member from Kashmir Nisar Qazi sahib he is here so he would like to share</w:t>
      </w:r>
    </w:p>
    <w:p>
      <w:pPr>
        <w:jc w:val="right"/>
      </w:pPr>
      <w:r>
        <w:t>وی ہیو ون ممبر فرام کشمیر نثار قاضی صاحب ہی از ہیر سو ہی وڈ لائک ٹو شیئر</w:t>
      </w:r>
    </w:p>
    <w:p>
      <w:r>
        <w:rPr>
          <w:b/>
        </w:rPr>
        <w:t xml:space="preserve">[1:32:43] </w:t>
      </w:r>
      <w:r>
        <w:t>his experience and after that in the end Dr Fareeda Khana would share her experience so I would</w:t>
      </w:r>
    </w:p>
    <w:p>
      <w:pPr>
        <w:jc w:val="right"/>
      </w:pPr>
      <w:r>
        <w:t>ہز ایکسپیرینس اینڈ افٹر دیٹ ان دی اینڈ ڈاکٹر فریدہ خانہ وڈ شیئر ہر ایکسپیرینس سو ائی وڈ</w:t>
      </w:r>
    </w:p>
    <w:p>
      <w:r>
        <w:rPr>
          <w:b/>
        </w:rPr>
        <w:t xml:space="preserve">[1:32:48] </w:t>
      </w:r>
      <w:r>
        <w:t>request Nisar Qazi sahib to come here and share his experience Assalamualaikum warahmatullah mera tajurba zara</w:t>
      </w:r>
    </w:p>
    <w:p>
      <w:pPr>
        <w:jc w:val="right"/>
      </w:pPr>
      <w:r>
        <w:t>ریکویسٹ نثار قاضی صاحب ٹو کم ہیر اینڈ شیئر ہز ایکسپیرینس السلام علیکم ورحمۃ اللہ میرا تجربہ ذرا</w:t>
      </w:r>
    </w:p>
    <w:p>
      <w:r>
        <w:rPr>
          <w:b/>
        </w:rPr>
        <w:t xml:space="preserve">[1:32:54] </w:t>
      </w:r>
      <w:r>
        <w:t>in tajurbaat se mukhtalif hai woh is liye ke badqismati se main in mein hazir nahi ho saka</w:t>
      </w:r>
    </w:p>
    <w:p>
      <w:pPr>
        <w:jc w:val="right"/>
      </w:pPr>
      <w:r>
        <w:t>ان تجربات سے مختلف ہے وہ اس لیے کہ بدقسمتی سے میں ان میں حاضر نہیں ہو سکا</w:t>
      </w:r>
    </w:p>
    <w:p>
      <w:r>
        <w:rPr>
          <w:b/>
        </w:rPr>
        <w:t xml:space="preserve">[1:32:59] </w:t>
      </w:r>
      <w:r>
        <w:t>tha world book fair mein chuttiyon ke din the to ghar chala gaya tha is se pehle ek</w:t>
      </w:r>
    </w:p>
    <w:p>
      <w:pPr>
        <w:jc w:val="right"/>
      </w:pPr>
      <w:r>
        <w:t>تھا ورلڈ بک فیئر میں چھٹیوں کے دن تھے تو گھر چلا گیا تھا اس سے پہلے ایک</w:t>
      </w:r>
    </w:p>
    <w:p>
      <w:r>
        <w:rPr>
          <w:b/>
        </w:rPr>
        <w:t xml:space="preserve">[1:33:04] </w:t>
      </w:r>
      <w:r>
        <w:t>kitab mela Jamia Millia mein laga tha Urdu ka Urdu ki nisbat se is mein shop number chhe</w:t>
      </w:r>
    </w:p>
    <w:p>
      <w:pPr>
        <w:jc w:val="right"/>
      </w:pPr>
      <w:r>
        <w:t>کتاب میلہ جامع ملیہ میں لگا تھا اردو کا اردو کی نسبت سے اس میں شاپ نمبر چھ</w:t>
      </w:r>
    </w:p>
    <w:p>
      <w:r>
        <w:rPr>
          <w:b/>
        </w:rPr>
        <w:t xml:space="preserve">[1:33:10] </w:t>
      </w:r>
      <w:r>
        <w:t>par main baitha hua tha CPS ke ek member ke sath is ko phone aaya Poonch</w:t>
      </w:r>
    </w:p>
    <w:p>
      <w:pPr>
        <w:jc w:val="right"/>
      </w:pPr>
      <w:r>
        <w:t>پر میں بیٹھا ہوا تھا سی پی ایس کے ایک ممبر کے ساتھ اس کو فون ایا پونچھ</w:t>
      </w:r>
    </w:p>
    <w:p>
      <w:r>
        <w:rPr>
          <w:b/>
        </w:rPr>
        <w:t xml:space="preserve">[1:33:15] </w:t>
      </w:r>
      <w:r>
        <w:t>se Poonch Jammu se dhai sau kilometer door parta hai Jammu province mein to un se kaha gaya</w:t>
      </w:r>
    </w:p>
    <w:p>
      <w:pPr>
        <w:jc w:val="right"/>
      </w:pPr>
      <w:r>
        <w:t>سے پونچھ جموں سے ڈھائی سو کلومیٹر دور پڑتا ہے جموں پروونس میں تو ان سے کہا گیا</w:t>
      </w:r>
    </w:p>
    <w:p>
      <w:r>
        <w:rPr>
          <w:b/>
        </w:rPr>
        <w:t xml:space="preserve">[1:33:21] </w:t>
      </w:r>
      <w:r>
        <w:t>ke main RB Singh bol raha hoon yeh RR jo yeh hoti hai battalion is ki</w:t>
      </w:r>
    </w:p>
    <w:p>
      <w:pPr>
        <w:jc w:val="right"/>
      </w:pPr>
      <w:r>
        <w:t>کہ میں ار بی سنگھ بول رہا ہوں یہ ار ار جو یہ ہوتی ہے بٹالین اس کی</w:t>
      </w:r>
    </w:p>
    <w:p>
      <w:r>
        <w:rPr>
          <w:b/>
        </w:rPr>
        <w:t xml:space="preserve">[1:33:26] </w:t>
      </w:r>
      <w:r>
        <w:t>army ki to mere jo sahib hain commander ji unhon ne kuch gift mange hain woh related to</w:t>
      </w:r>
    </w:p>
    <w:p>
      <w:pPr>
        <w:jc w:val="right"/>
      </w:pPr>
      <w:r>
        <w:t>ارمی کی تو میرے جو صاحب ہیں کمانڈر جی انہوں نے کچھ گفٹ مانگے ہیں وہ ریلیٹڈ ٹو</w:t>
      </w:r>
    </w:p>
    <w:p>
      <w:r>
        <w:rPr>
          <w:b/>
        </w:rPr>
        <w:t xml:space="preserve">[1:33:32] </w:t>
      </w:r>
      <w:r>
        <w:t>Quran English translation Hindi ka aur English dono ka to woh aap hamein de payenge to un</w:t>
      </w:r>
    </w:p>
    <w:p>
      <w:pPr>
        <w:jc w:val="right"/>
      </w:pPr>
      <w:r>
        <w:t>قرآن انگلش ٹرانسلیشن ہندی کا اور انگلش دونوں کا تو وہ اپ ہمیں دے پائیں گے تو ان</w:t>
      </w:r>
    </w:p>
    <w:p>
      <w:r>
        <w:rPr>
          <w:b/>
        </w:rPr>
        <w:t xml:space="preserve">[1:33:37] </w:t>
      </w:r>
      <w:r>
        <w:t>sahib ne hum se kaha ke yeh Poonch se hain aur aap chunki Poonch gaye hain to aap</w:t>
      </w:r>
    </w:p>
    <w:p>
      <w:pPr>
        <w:jc w:val="right"/>
      </w:pPr>
      <w:r>
        <w:t>صاحب نے ہم سے کہا کہ یہ پونچھ سے ہیں اور اپ چونکہ پونچھ گئے ہیں تو اپ</w:t>
      </w:r>
    </w:p>
    <w:p>
      <w:r>
        <w:rPr>
          <w:b/>
        </w:rPr>
        <w:t xml:space="preserve">[1:33:42] </w:t>
      </w:r>
      <w:r>
        <w:t>un se baat kijiye mere liye yeh zara mushkil hai to unhon ne mujh se baat ki thodi</w:t>
      </w:r>
    </w:p>
    <w:p>
      <w:pPr>
        <w:jc w:val="right"/>
      </w:pPr>
      <w:r>
        <w:t>ان سے بات کیجئے میرے لیے یہ ذرا مشکل ہے تو انہوں نے مجھ سے بات کی تھوڑی</w:t>
      </w:r>
    </w:p>
    <w:p>
      <w:r>
        <w:rPr>
          <w:b/>
        </w:rPr>
        <w:t xml:space="preserve">[1:33:48] </w:t>
      </w:r>
      <w:r>
        <w:t>si aur hum se number le liya ittefaq se do teen din ke baad hamein chutti jana ghar</w:t>
      </w:r>
    </w:p>
    <w:p>
      <w:pPr>
        <w:jc w:val="right"/>
      </w:pPr>
      <w:r>
        <w:t>سی اور ہم سے نمبر لے لیا اتفاق سے دو تین دن کے بعد ہمیں چھٹی جانا گھر</w:t>
      </w:r>
    </w:p>
    <w:p>
      <w:r>
        <w:rPr>
          <w:b/>
        </w:rPr>
        <w:t xml:space="preserve">[1:33:53] </w:t>
      </w:r>
      <w:r>
        <w:t>jana tha to unhon ne ghar ka number bhi le rakha tha ab jyun hi main ghar pohancha to</w:t>
      </w:r>
    </w:p>
    <w:p>
      <w:pPr>
        <w:jc w:val="right"/>
      </w:pPr>
      <w:r>
        <w:t>جانا تھا تو انہوں نے گھر کا نمبر بھی لے رکھا تھا اب جونہی میں گھر پہنچا تو</w:t>
      </w:r>
    </w:p>
    <w:p>
      <w:r>
        <w:rPr>
          <w:b/>
        </w:rPr>
        <w:t xml:space="preserve">[1:33:59] </w:t>
      </w:r>
      <w:r>
        <w:t>kaafi late raat un ki call aayi aur kaha ke hum ne aap ko phone kiya tha Delhi</w:t>
      </w:r>
    </w:p>
    <w:p>
      <w:pPr>
        <w:jc w:val="right"/>
      </w:pPr>
      <w:r>
        <w:t>کافی لیٹ رات ان کی کال ائی اور کہا کہ ہم نے اپ کو فون کیا تھا دہلی</w:t>
      </w:r>
    </w:p>
    <w:p>
      <w:r>
        <w:rPr>
          <w:b/>
        </w:rPr>
        <w:t xml:space="preserve">[1:34:04] </w:t>
      </w:r>
      <w:r>
        <w:t>Quran ka nuskha chahiye hamare commander ji ne kahin is ko gift karna hai to main ne is</w:t>
      </w:r>
    </w:p>
    <w:p>
      <w:pPr>
        <w:jc w:val="right"/>
      </w:pPr>
      <w:r>
        <w:t>قرآن کا نسخہ چاہیے ہمارے کمانڈر جی نے کہیں اس کو گفٹ کرنا ہے تو میں نے اس</w:t>
      </w:r>
    </w:p>
    <w:p>
      <w:r>
        <w:rPr>
          <w:b/>
        </w:rPr>
        <w:t xml:space="preserve">[1:34:09] </w:t>
      </w:r>
      <w:r>
        <w:t>ko zyada seriously nahi liya ek to bohat der thi aur shayad main isi din pohancha tha to</w:t>
      </w:r>
    </w:p>
    <w:p>
      <w:pPr>
        <w:jc w:val="right"/>
      </w:pPr>
      <w:r>
        <w:t>کو زیادہ سیریسلی نہیں لیا ایک تو بہت دیر تھی اور شاید میں اسی دن پہنچا تھا تو</w:t>
      </w:r>
    </w:p>
    <w:p>
      <w:r>
        <w:rPr>
          <w:b/>
        </w:rPr>
        <w:t xml:space="preserve">[1:34:15] </w:t>
      </w:r>
      <w:r>
        <w:t>boht thaka hua bhi tha to phir so gaya subah saadey das ke aas paas phir un ka</w:t>
      </w:r>
    </w:p>
    <w:p>
      <w:pPr>
        <w:jc w:val="right"/>
      </w:pPr>
      <w:r>
        <w:t>بہت تھکا ہوا بھی تھا تو پھر سو گیا صبح ساڑھے دس کے اس پاس پھر ان کا</w:t>
      </w:r>
    </w:p>
    <w:p>
      <w:r>
        <w:rPr>
          <w:b/>
        </w:rPr>
        <w:t xml:space="preserve">[1:34:20] </w:t>
      </w:r>
      <w:r>
        <w:t>phone aya to ab phir mein ne kaha shayad un ko dena hi parey ga yeh meri apni</w:t>
      </w:r>
    </w:p>
    <w:p>
      <w:pPr>
        <w:jc w:val="right"/>
      </w:pPr>
      <w:r>
        <w:t>فون ایا تو اب پھر میں نے کہا شاید ان کو دینا ہی پڑے گا یہ میری اپنی</w:t>
      </w:r>
    </w:p>
    <w:p>
      <w:r>
        <w:rPr>
          <w:b/>
        </w:rPr>
        <w:t xml:space="preserve">[1:34:26] </w:t>
      </w:r>
      <w:r>
        <w:t>zaati susti thi khuda us se humein bahar nikale is ghaflat se phir bhi mein ne itna zyada</w:t>
      </w:r>
    </w:p>
    <w:p>
      <w:pPr>
        <w:jc w:val="right"/>
      </w:pPr>
      <w:r>
        <w:t>ذاتی سستی تھی خدا اس سے ہمیں باہر نکالے اس غفلت سے پھر بھی میں نے اتنا زیادہ</w:t>
      </w:r>
    </w:p>
    <w:p>
      <w:r>
        <w:rPr>
          <w:b/>
        </w:rPr>
        <w:t xml:space="preserve">[1:34:31] </w:t>
      </w:r>
      <w:r>
        <w:t>woh is par dhiyan nahi diya ghar walon se baat ki ke ponchh se call aa rahi hai aur</w:t>
      </w:r>
    </w:p>
    <w:p>
      <w:pPr>
        <w:jc w:val="right"/>
      </w:pPr>
      <w:r>
        <w:t>وہ اس پر دھیان نہیں دیا گھر والوں سے بات کی کہ پونچھ سے کال ارہی ہے اور</w:t>
      </w:r>
    </w:p>
    <w:p>
      <w:r>
        <w:rPr>
          <w:b/>
        </w:rPr>
        <w:t xml:space="preserve">[1:34:36] </w:t>
      </w:r>
      <w:r>
        <w:t>mujhe wahan jana par raha hai to un ki taraf se bhi hua ke nahi kal chale jana</w:t>
      </w:r>
    </w:p>
    <w:p>
      <w:pPr>
        <w:jc w:val="right"/>
      </w:pPr>
      <w:r>
        <w:t>مجھے وہاں جانا پڑ رہا ہے تو ان کی طرف سے بھی ہوا کہ نہیں کل چلے جانا</w:t>
      </w:r>
    </w:p>
    <w:p>
      <w:r>
        <w:rPr>
          <w:b/>
        </w:rPr>
        <w:t xml:space="preserve">[1:34:42] </w:t>
      </w:r>
      <w:r>
        <w:t>aaj mat jao abhi raat pohanchay ho chote bachon ke sath thora raho phir saadey barah bajay dobara</w:t>
      </w:r>
    </w:p>
    <w:p>
      <w:pPr>
        <w:jc w:val="right"/>
      </w:pPr>
      <w:r>
        <w:t>اج مت جاؤ ابھی رات پہنچے ہو چھوٹے بچوں کے ساتھ تھوڑا رہو پھر ساڑھے بارہ بجے دوبارہ</w:t>
      </w:r>
    </w:p>
    <w:p>
      <w:r>
        <w:rPr>
          <w:b/>
        </w:rPr>
        <w:t xml:space="preserve">[1:34:47] </w:t>
      </w:r>
      <w:r>
        <w:t>call aai ke aap nikle hain ghar se ke nahi is liye ke humein sahib bula rahe hain</w:t>
      </w:r>
    </w:p>
    <w:p>
      <w:pPr>
        <w:jc w:val="right"/>
      </w:pPr>
      <w:r>
        <w:t>کال ائی کہ اپ نکلے ہیں گھر سے کہ نہیں اس لیے کہ ہمیں صاحب بلا رہے ہیں</w:t>
      </w:r>
    </w:p>
    <w:p>
      <w:r>
        <w:rPr>
          <w:b/>
        </w:rPr>
        <w:t xml:space="preserve">[1:34:53] </w:t>
      </w:r>
      <w:r>
        <w:t>bar bar keh rahe hain to mein ne humare haan ke aap sab jante hain aik hasti Allah</w:t>
      </w:r>
    </w:p>
    <w:p>
      <w:pPr>
        <w:jc w:val="right"/>
      </w:pPr>
      <w:r>
        <w:t>بار بار کہہ رہے ہیں تو میں نے ہمارے ہاں کے اپ سب جانتے ہیں ایک ہستی اللہ</w:t>
      </w:r>
    </w:p>
    <w:p>
      <w:r>
        <w:rPr>
          <w:b/>
        </w:rPr>
        <w:t xml:space="preserve">[1:34:58] </w:t>
      </w:r>
      <w:r>
        <w:t>un ko aur lambi umar de mazdar sahib un ko phone kiya aur kaha mein to nahi ja</w:t>
      </w:r>
    </w:p>
    <w:p>
      <w:pPr>
        <w:jc w:val="right"/>
      </w:pPr>
      <w:r>
        <w:t>ان کو اور لمبی عمر دے مزدر صاحب ان کو فون کیا اور کہا میں تو نہیں جا</w:t>
      </w:r>
    </w:p>
    <w:p>
      <w:r>
        <w:rPr>
          <w:b/>
        </w:rPr>
        <w:t xml:space="preserve">[1:35:03] </w:t>
      </w:r>
      <w:r>
        <w:t>sakta aap koi tareeqa ikhtiyar karein aur wahan tak quran pohancha dein yeh is tareeqay se to unhon</w:t>
      </w:r>
    </w:p>
    <w:p>
      <w:pPr>
        <w:jc w:val="right"/>
      </w:pPr>
      <w:r>
        <w:t>سکتا اپ کوئی طریقہ اختیار کریں اور وہاں تک قرآن پہنچا دیں یہ اس طریقے سے تو انہوں</w:t>
      </w:r>
    </w:p>
    <w:p>
      <w:r>
        <w:rPr>
          <w:b/>
        </w:rPr>
        <w:t xml:space="preserve">[1:35:09] </w:t>
      </w:r>
      <w:r>
        <w:t>ne kaha is ka zariya kya ho sakta hai hum ne kaha woh gadiyan jo jati hain kisi</w:t>
      </w:r>
    </w:p>
    <w:p>
      <w:pPr>
        <w:jc w:val="right"/>
      </w:pPr>
      <w:r>
        <w:t>نے کہا اس کا ذریعہ کیا ہو سکتا ہے ہم نے کہا وہ گاڑیاں جو جاتی ہیں کسی</w:t>
      </w:r>
    </w:p>
    <w:p>
      <w:r>
        <w:rPr>
          <w:b/>
        </w:rPr>
        <w:t xml:space="preserve">[1:35:14] </w:t>
      </w:r>
      <w:r>
        <w:t>driver ko de dein un ka address aur number to unhon ne kaha nahi woh galat baat hai</w:t>
      </w:r>
    </w:p>
    <w:p>
      <w:pPr>
        <w:jc w:val="right"/>
      </w:pPr>
      <w:r>
        <w:t>ڈرائیور کو دے دیں ان کا ایڈریس اور نمبر تو انہوں نے کہا نہیں وہ غلط بات ہے</w:t>
      </w:r>
    </w:p>
    <w:p>
      <w:r>
        <w:rPr>
          <w:b/>
        </w:rPr>
        <w:t xml:space="preserve">[1:35:20] </w:t>
      </w:r>
      <w:r>
        <w:t>aap khud aaiye aur yahan se khud le ke jaiye aur aise mawaqe ko zaya mat kijiye thora</w:t>
      </w:r>
    </w:p>
    <w:p>
      <w:pPr>
        <w:jc w:val="right"/>
      </w:pPr>
      <w:r>
        <w:t>اپ خود ائیے اور یہاں سے خود لے کے جائیے اور ایسے مواقع کو ضائع مت کیجئے تھوڑا</w:t>
      </w:r>
    </w:p>
    <w:p>
      <w:r>
        <w:rPr>
          <w:b/>
        </w:rPr>
        <w:t xml:space="preserve">[1:35:25] </w:t>
      </w:r>
      <w:r>
        <w:t>unhon ne tawajjuh dilai aur tanbeh bhi kiya jagaya behal hum wahan se mein chounke aik kafi ah</w:t>
      </w:r>
    </w:p>
    <w:p>
      <w:pPr>
        <w:jc w:val="right"/>
      </w:pPr>
      <w:r>
        <w:t>انہوں نے توجہ دلائی اور تنبہ بھی کیا جگایا بہرحال ہم وہاں سے میں چونکہ ایک کافی اہ</w:t>
      </w:r>
    </w:p>
    <w:p>
      <w:r>
        <w:rPr>
          <w:b/>
        </w:rPr>
        <w:t xml:space="preserve">[1:35:31] </w:t>
      </w:r>
      <w:r>
        <w:t>dehat hai wahan se gadi ka bhi bandobast har waqt nahi ho pata tha nikla un se hi</w:t>
      </w:r>
    </w:p>
    <w:p>
      <w:pPr>
        <w:jc w:val="right"/>
      </w:pPr>
      <w:r>
        <w:t>دیہات ہے وہاں سے گاڑی کا بھی بندوبست ہر وقت نہیں ہو پاتا تھا نکلا ان سے ہی</w:t>
      </w:r>
    </w:p>
    <w:p>
      <w:r>
        <w:rPr>
          <w:b/>
        </w:rPr>
        <w:t xml:space="preserve">[1:35:36] </w:t>
      </w:r>
      <w:r>
        <w:t>kaha ke gadi bhi bhej dijiye unhon ne bhej di 27 kilometer lag bhag woh doori thi to hum</w:t>
      </w:r>
    </w:p>
    <w:p>
      <w:pPr>
        <w:jc w:val="right"/>
      </w:pPr>
      <w:r>
        <w:t>کہا کہ گاڑی بھیج دیجئے انہوں نے بھیج دی 27 کلومیٹر لگ بھگ وہ دوری تھی تو ہم</w:t>
      </w:r>
    </w:p>
    <w:p>
      <w:r>
        <w:rPr>
          <w:b/>
        </w:rPr>
        <w:t xml:space="preserve">[1:35:41] </w:t>
      </w:r>
      <w:r>
        <w:t>pohanchay wahan to raat tak nahi gaye hum ne phir aik woh quran kareem liye to mazdar sahib</w:t>
      </w:r>
    </w:p>
    <w:p>
      <w:pPr>
        <w:jc w:val="right"/>
      </w:pPr>
      <w:r>
        <w:t>پہنچے وہاں تو رات تک نہیں گئے ہم نے پھر ایک وہ قرآن کریم لیے تو مزدر صاحب</w:t>
      </w:r>
    </w:p>
    <w:p>
      <w:r>
        <w:rPr>
          <w:b/>
        </w:rPr>
        <w:t xml:space="preserve">[1:35:47] </w:t>
      </w:r>
      <w:r>
        <w:t>ne kaha nahi aik do mat lijiye aap acha khasa lijiye to aik poora cartoon poori aik woh</w:t>
      </w:r>
    </w:p>
    <w:p>
      <w:pPr>
        <w:jc w:val="right"/>
      </w:pPr>
      <w:r>
        <w:t>نے کہا نہیں ایک دو مت لیجئے اپ اچھا خاصا لیجئے تو ایک پورا کارٹون پوری ایک وہ</w:t>
      </w:r>
    </w:p>
    <w:p>
      <w:r>
        <w:rPr>
          <w:b/>
        </w:rPr>
        <w:t xml:space="preserve">[1:35:52] </w:t>
      </w:r>
      <w:r>
        <w:t>peti banai hum ne tayyar ki to subah dosre din fajar parh ke mein ponchh ke liye nikla</w:t>
      </w:r>
    </w:p>
    <w:p>
      <w:pPr>
        <w:jc w:val="right"/>
      </w:pPr>
      <w:r>
        <w:t>پیٹی بنائی ہم نے تیار کی تو صبح دوسرے دن فجر پڑھ کے میں پونچھ کے لیے نکلا</w:t>
      </w:r>
    </w:p>
    <w:p>
      <w:r>
        <w:rPr>
          <w:b/>
        </w:rPr>
        <w:t xml:space="preserve">[1:35:58] </w:t>
      </w:r>
      <w:r>
        <w:t>un ko hum ne call kar di ke mein saadey das ke aas paas aap ke wahan campus</w:t>
      </w:r>
    </w:p>
    <w:p>
      <w:pPr>
        <w:jc w:val="right"/>
      </w:pPr>
      <w:r>
        <w:t>ان کو ہم نے کال کر دی کہ میں ساڑھے دس کے اس پاس اپ کے وہاں کیمپس</w:t>
      </w:r>
    </w:p>
    <w:p>
      <w:r>
        <w:rPr>
          <w:b/>
        </w:rPr>
        <w:t xml:space="preserve">[1:36:03] </w:t>
      </w:r>
      <w:r>
        <w:t>ke paas pohanch jaon ga to pohanchne se thori der pehle hi un ki call aagai ke bhai</w:t>
      </w:r>
    </w:p>
    <w:p>
      <w:pPr>
        <w:jc w:val="right"/>
      </w:pPr>
      <w:r>
        <w:t>کے پاس پہنچ جاؤں گا تو پہنچنے سے تھوڑی دیر پہلے ہی ان کی کال اگئی کہ بھئی</w:t>
      </w:r>
    </w:p>
    <w:p>
      <w:r>
        <w:rPr>
          <w:b/>
        </w:rPr>
        <w:t xml:space="preserve">[1:36:08] </w:t>
      </w:r>
      <w:r>
        <w:t>aap kahan pohanchay to hum ne kaha filani jagah hai to kaha yahan se do kilometer reh gaya</w:t>
      </w:r>
    </w:p>
    <w:p>
      <w:pPr>
        <w:jc w:val="right"/>
      </w:pPr>
      <w:r>
        <w:t>اپ کہاں پہنچے تو ہم نے کہا فلانی جگہ ہے تو کہا یہاں سے دو کلومیٹر رہ گیا</w:t>
      </w:r>
    </w:p>
    <w:p>
      <w:r>
        <w:rPr>
          <w:b/>
        </w:rPr>
        <w:t xml:space="preserve">[1:36:14] </w:t>
      </w:r>
      <w:r>
        <w:t>aap aaiye aur gadi ko humare bande khud rok len ge woh bilkul apne jo humara campus hai</w:t>
      </w:r>
    </w:p>
    <w:p>
      <w:pPr>
        <w:jc w:val="right"/>
      </w:pPr>
      <w:r>
        <w:t>اپ اجائیے اور گاڑی کو ہمارے بندے خود روک لیں گے وہ بالکل اپنے جو ہمارا کیمپس ہے</w:t>
      </w:r>
    </w:p>
    <w:p>
      <w:r>
        <w:rPr>
          <w:b/>
        </w:rPr>
        <w:t xml:space="preserve">[1:36:19] </w:t>
      </w:r>
      <w:r>
        <w:t>ar ar walon ka tha woh kashmir mein sab se sakht jo group mana jata hai woh ar</w:t>
      </w:r>
    </w:p>
    <w:p>
      <w:pPr>
        <w:jc w:val="right"/>
      </w:pPr>
      <w:r>
        <w:t>ار ار والوں کا تھا وہ کشمیر میں سب سے سخت جو گروپ مانا جاتا ہے وہ ار</w:t>
      </w:r>
    </w:p>
    <w:p>
      <w:r>
        <w:rPr>
          <w:b/>
        </w:rPr>
        <w:t xml:space="preserve">[1:36:25] </w:t>
      </w:r>
      <w:r>
        <w:t>ar walon ka mana jata hai hum log boht darte hain un ke campus ke samne se guzarte</w:t>
      </w:r>
    </w:p>
    <w:p>
      <w:pPr>
        <w:jc w:val="right"/>
      </w:pPr>
      <w:r>
        <w:t>ار والوں کا مانا جاتا ہے ہم لوگ بہت ڈرتے ہیں ان کے کیمپس کے سامنے سے گزرتے</w:t>
      </w:r>
    </w:p>
    <w:p>
      <w:r>
        <w:rPr>
          <w:b/>
        </w:rPr>
        <w:t xml:space="preserve">[1:36:30] </w:t>
      </w:r>
      <w:r>
        <w:t>huye bhi balkay kabhi ana jana ho to paidal kabhi nahi guzren gay gaadi se hi chupkay se</w:t>
      </w:r>
    </w:p>
    <w:p>
      <w:pPr>
        <w:jc w:val="right"/>
      </w:pPr>
      <w:r>
        <w:t>ہوئے بھی بلکہ کبھی انا جانا ہو تو پیدل کبھی نہیں گزریں گے گاڑی سے ہی چپکے سے</w:t>
      </w:r>
    </w:p>
    <w:p>
      <w:r>
        <w:rPr>
          <w:b/>
        </w:rPr>
        <w:t xml:space="preserve">[1:36:35] </w:t>
      </w:r>
      <w:r>
        <w:t>nikalna pasand karte hain is liye ke hamari un shaklon par wahan mohar lag chuki hai hamare ghalat</w:t>
      </w:r>
    </w:p>
    <w:p>
      <w:pPr>
        <w:jc w:val="right"/>
      </w:pPr>
      <w:r>
        <w:t>نکلنا پسند کرتے ہیں اس لیے کہ ہماری ان شکلوں پر وہاں مہر لگ چکی ہے ہمارے غلط</w:t>
      </w:r>
    </w:p>
    <w:p>
      <w:r>
        <w:rPr>
          <w:b/>
        </w:rPr>
        <w:t xml:space="preserve">[1:36:41] </w:t>
      </w:r>
      <w:r>
        <w:t>door tareeqay ki wajah se to baharhal jab gaadi pohnchi to do banday aaye unhon ne gaadi khadi</w:t>
      </w:r>
    </w:p>
    <w:p>
      <w:pPr>
        <w:jc w:val="right"/>
      </w:pPr>
      <w:r>
        <w:t>دور طریقے کی وجہ سے تو بہرحال جب گاڑی پہنچی تو دو بندے ائے انہوں نے گاڑی کھڑی</w:t>
      </w:r>
    </w:p>
    <w:p>
      <w:r>
        <w:rPr>
          <w:b/>
        </w:rPr>
        <w:t xml:space="preserve">[1:36:46] </w:t>
      </w:r>
      <w:r>
        <w:t>ki to mein woh carton utha ke utar raha tha phir unhon ne khud liya le ke gate</w:t>
      </w:r>
    </w:p>
    <w:p>
      <w:pPr>
        <w:jc w:val="right"/>
      </w:pPr>
      <w:r>
        <w:t>کی تو میں وہ کارٹون اٹھا کے اتار رہا تھا پھر انہوں نے خود لیا لے کے گیٹ</w:t>
      </w:r>
    </w:p>
    <w:p>
      <w:r>
        <w:rPr>
          <w:b/>
        </w:rPr>
        <w:t xml:space="preserve">[1:36:52] </w:t>
      </w:r>
      <w:r>
        <w:t>se andar enter hue mere liye zindagi ka pehla tajurba tha is liye ke aaj tak hum un</w:t>
      </w:r>
    </w:p>
    <w:p>
      <w:pPr>
        <w:jc w:val="right"/>
      </w:pPr>
      <w:r>
        <w:t>سے اندر انٹر ہوئے میرے لیے زندگی کا پہلا تجربہ تھا اس لیے کہ اج تک ہم ان</w:t>
      </w:r>
    </w:p>
    <w:p>
      <w:r>
        <w:rPr>
          <w:b/>
        </w:rPr>
        <w:t xml:space="preserve">[1:36:57] </w:t>
      </w:r>
      <w:r>
        <w:t>ke khilaf ladte rahe aur aaj woh hamein apne sath izzat ke sath apne camp mein le ja</w:t>
      </w:r>
    </w:p>
    <w:p>
      <w:pPr>
        <w:jc w:val="right"/>
      </w:pPr>
      <w:r>
        <w:t>کے خلاف لڑتے رہے اور اج وہ ہمیں اپنے ساتھ عزت کے ساتھ اپنے کیمپ میں لے جا</w:t>
      </w:r>
    </w:p>
    <w:p>
      <w:r>
        <w:rPr>
          <w:b/>
        </w:rPr>
        <w:t xml:space="preserve">[1:37:02] </w:t>
      </w:r>
      <w:r>
        <w:t>rahe hain mashallah andar dakhil hue dakhil hone ke baad mobile waghera mera le liya aur entry waghera</w:t>
      </w:r>
    </w:p>
    <w:p>
      <w:pPr>
        <w:jc w:val="right"/>
      </w:pPr>
      <w:r>
        <w:t>رہے ہیں ماشاءاللہ اندر داخل ہوئے داخل ہونے کے بعد موبائل وغیرہ میرا لے لیا اور انٹری وغیرہ</w:t>
      </w:r>
    </w:p>
    <w:p>
      <w:r>
        <w:rPr>
          <w:b/>
        </w:rPr>
        <w:t xml:space="preserve">[1:37:08] </w:t>
      </w:r>
      <w:r>
        <w:t>ki mobile wahin rakh diya so chaaf kar ke aur do banday wahan se diye aur arbi singh</w:t>
      </w:r>
    </w:p>
    <w:p>
      <w:pPr>
        <w:jc w:val="right"/>
      </w:pPr>
      <w:r>
        <w:t>کی موبائل وہیں رکھ دیا سوچاف کر کے اور دو بندے وہاں سے دیے اور ار بی سنگھ</w:t>
      </w:r>
    </w:p>
    <w:p>
      <w:r>
        <w:rPr>
          <w:b/>
        </w:rPr>
        <w:t xml:space="preserve">[1:37:13] </w:t>
      </w:r>
      <w:r>
        <w:t>jo wahan ke hawaldaar the un tak hamein pohanchaya arbi singh sahab ne bohat achhay se istiqbal</w:t>
      </w:r>
    </w:p>
    <w:p>
      <w:pPr>
        <w:jc w:val="right"/>
      </w:pPr>
      <w:r>
        <w:t>جو وہاں کے حوالدار تھے ان تک ہمیں پہنچایا ار بی سنگھ صاحب نے بہت اچھے سے استقبال</w:t>
      </w:r>
    </w:p>
    <w:p>
      <w:r>
        <w:rPr>
          <w:b/>
        </w:rPr>
        <w:t xml:space="preserve">[1:37:19] </w:t>
      </w:r>
      <w:r>
        <w:t>kiya aur bithaya aur kaha aap ne bohat hamari madad ki hai hamein captain sahab kai din se</w:t>
      </w:r>
    </w:p>
    <w:p>
      <w:pPr>
        <w:jc w:val="right"/>
      </w:pPr>
      <w:r>
        <w:t>کیا اور بٹھایا اور کہا اپ نے بہت ہماری مدد کی ہے ہمیں کیپٹن صاحب کئی دن سے</w:t>
      </w:r>
    </w:p>
    <w:p>
      <w:r>
        <w:rPr>
          <w:b/>
        </w:rPr>
        <w:t xml:space="preserve">[1:37:24] </w:t>
      </w:r>
      <w:r>
        <w:t>keh rahe the ke woh commander sahab ke hamara woh gift ke liye quran pohunchna chahiye to baharhal</w:t>
      </w:r>
    </w:p>
    <w:p>
      <w:pPr>
        <w:jc w:val="right"/>
      </w:pPr>
      <w:r>
        <w:t>کہہ رہے تھے کہ وہ کمانڈر صاحب کہ ہمارا وہ گفٹ کے لیے قرآن پہنچنا چاہیے تو بہرحال</w:t>
      </w:r>
    </w:p>
    <w:p>
      <w:r>
        <w:rPr>
          <w:b/>
        </w:rPr>
        <w:t xml:space="preserve">[1:37:30] </w:t>
      </w:r>
      <w:r>
        <w:t>unhon ne bithaya chaye pilai is ke baad panch diaryan unhon ne mujhe batayi samnay ek almira thi</w:t>
      </w:r>
    </w:p>
    <w:p>
      <w:pPr>
        <w:jc w:val="right"/>
      </w:pPr>
      <w:r>
        <w:t>انہوں نے بٹھایا چائے پلائی اس کے بعد پانچ ڈائریاں انہوں نے مجھے بتائی سامنے ایک المیرہ تھی</w:t>
      </w:r>
    </w:p>
    <w:p>
      <w:r>
        <w:rPr>
          <w:b/>
        </w:rPr>
        <w:t xml:space="preserve">[1:37:35] </w:t>
      </w:r>
      <w:r>
        <w:t>is mein rakhi hui thi aur beech mein ek ah woh diary jo hai thori oonchi rakhi hui</w:t>
      </w:r>
    </w:p>
    <w:p>
      <w:pPr>
        <w:jc w:val="right"/>
      </w:pPr>
      <w:r>
        <w:t>اس میں رکھی ہوئی تھی اور بیچ میں ایک اہ وہ ڈائری جو ہے تھوڑی اونچی رکھی ہوئی</w:t>
      </w:r>
    </w:p>
    <w:p>
      <w:r>
        <w:rPr>
          <w:b/>
        </w:rPr>
        <w:t xml:space="preserve">[1:37:40] </w:t>
      </w:r>
      <w:r>
        <w:t>thi to woh kehne lage ke meri routine hai ke mein subah daily itnay bajay uthta hoon aur</w:t>
      </w:r>
    </w:p>
    <w:p>
      <w:pPr>
        <w:jc w:val="right"/>
      </w:pPr>
      <w:r>
        <w:t>تھی تو وہ کہنے لگے کہ میری روٹین ہے کہ میں صبح ڈیلی اتنے بجے اٹھتا ہوں اور</w:t>
      </w:r>
    </w:p>
    <w:p>
      <w:r>
        <w:rPr>
          <w:b/>
        </w:rPr>
        <w:t xml:space="preserve">[1:37:46] </w:t>
      </w:r>
      <w:r>
        <w:t>itnay bajay se itnay bajay tak apne mazhab ki aur doosre mazahib ki sari kitabon ko thora thora</w:t>
      </w:r>
    </w:p>
    <w:p>
      <w:pPr>
        <w:jc w:val="right"/>
      </w:pPr>
      <w:r>
        <w:t>اتنے بجے سے اتنے بجے تک اپنے مذہب کی اور دوسرے مذاہب کی ساری کتابوں کو تھوڑا تھوڑا</w:t>
      </w:r>
    </w:p>
    <w:p>
      <w:r>
        <w:rPr>
          <w:b/>
        </w:rPr>
        <w:t xml:space="preserve">[1:37:51] </w:t>
      </w:r>
      <w:r>
        <w:t>jo zubanen mein janta hoon un mein parh leta hoon to un mein quran kareem hindhi ka jo</w:t>
      </w:r>
    </w:p>
    <w:p>
      <w:pPr>
        <w:jc w:val="right"/>
      </w:pPr>
      <w:r>
        <w:t>جو زبانیں میں جانتا ہوں ان میں پڑھ لیتا ہوں تو ان میں قرآن کریم ہندی کا جو</w:t>
      </w:r>
    </w:p>
    <w:p>
      <w:r>
        <w:rPr>
          <w:b/>
        </w:rPr>
        <w:t xml:space="preserve">[1:37:57] </w:t>
      </w:r>
      <w:r>
        <w:t>hum tak hamare sahab ne deid saal pehle mujhe diya tha kisi jagah woh bhi mein ne rakha</w:t>
      </w:r>
    </w:p>
    <w:p>
      <w:pPr>
        <w:jc w:val="right"/>
      </w:pPr>
      <w:r>
        <w:t>ہم تک ہمارے صاحب نے ڈیڑھ سال پہلے مجھے دیا تھا کسی جگہ وہ بھی میں نے رکھا</w:t>
      </w:r>
    </w:p>
    <w:p>
      <w:r>
        <w:rPr>
          <w:b/>
        </w:rPr>
        <w:t xml:space="preserve">[1:38:02] </w:t>
      </w:r>
      <w:r>
        <w:t>hua hai lekin yeh jo beech wali diary oonchi rakhi hui hai yeh mein ne oonchi is liye</w:t>
      </w:r>
    </w:p>
    <w:p>
      <w:pPr>
        <w:jc w:val="right"/>
      </w:pPr>
      <w:r>
        <w:t>ہوا ہے لیکن یہ جو بیچ والی ڈائری اونچی رکھی ہوئی ہے یہ میں نے اونچی اس لیے</w:t>
      </w:r>
    </w:p>
    <w:p>
      <w:r>
        <w:rPr>
          <w:b/>
        </w:rPr>
        <w:t xml:space="preserve">[1:38:07] </w:t>
      </w:r>
      <w:r>
        <w:t>rakhi hai ke meri atma ko isi ne jagaya hai baqi jo diaryan hain un mein itni jaan</w:t>
      </w:r>
    </w:p>
    <w:p>
      <w:pPr>
        <w:jc w:val="right"/>
      </w:pPr>
      <w:r>
        <w:t>رکھی ہے کہ میری اتما کو اسی نے جگایا ہے باقی جو ڈائریاں ہیں ان میں اتنی جان</w:t>
      </w:r>
    </w:p>
    <w:p>
      <w:r>
        <w:rPr>
          <w:b/>
        </w:rPr>
        <w:t xml:space="preserve">[1:38:13] </w:t>
      </w:r>
      <w:r>
        <w:t>nahi hai jitni is mein hai to mein ne kaha yeh diary aap kis se tayar karte hain</w:t>
      </w:r>
    </w:p>
    <w:p>
      <w:pPr>
        <w:jc w:val="right"/>
      </w:pPr>
      <w:r>
        <w:t>نہیں ہے جتنی اس میں ہے تو میں نے کہا یہ ڈائری اپ کس سے تیار کرتے ہیں</w:t>
      </w:r>
    </w:p>
    <w:p>
      <w:r>
        <w:rPr>
          <w:b/>
        </w:rPr>
        <w:t xml:space="preserve">[1:38:18] </w:t>
      </w:r>
      <w:r>
        <w:t>to kaha yeh mein hindhi quran ka jo nuskhah hai isi se aur is mein kai sari baaten</w:t>
      </w:r>
    </w:p>
    <w:p>
      <w:pPr>
        <w:jc w:val="right"/>
      </w:pPr>
      <w:r>
        <w:t>تو کہا یہ میں ہندی قرآن کا جو نسخہ ہے اسی سے اور اس میں کئی ساری باتیں</w:t>
      </w:r>
    </w:p>
    <w:p>
      <w:r>
        <w:rPr>
          <w:b/>
        </w:rPr>
        <w:t xml:space="preserve">[1:38:24] </w:t>
      </w:r>
      <w:r>
        <w:t>ab tak jo meri nazar se guzri woh aisi hain jinhon ne meri rooh ko thora jagaya meri</w:t>
      </w:r>
    </w:p>
    <w:p>
      <w:pPr>
        <w:jc w:val="right"/>
      </w:pPr>
      <w:r>
        <w:t>اب تک جو میری نظر سے گزری وہ ایسی ہیں جنہوں نے میری روح کو تھوڑا جگایا میری</w:t>
      </w:r>
    </w:p>
    <w:p>
      <w:r>
        <w:rPr>
          <w:b/>
        </w:rPr>
        <w:t xml:space="preserve">[1:38:29] </w:t>
      </w:r>
      <w:r>
        <w:t>ankhein khuli aur is liye mein ne is ko thora ooncha hi rakha hai ke yeh isi ko</w:t>
      </w:r>
    </w:p>
    <w:p>
      <w:pPr>
        <w:jc w:val="right"/>
      </w:pPr>
      <w:r>
        <w:t>انکھیں کھلی اور اس لیے میں نے اس کو تھوڑا اونچا ہی رکھا ہے کہ یہ اسی کو</w:t>
      </w:r>
    </w:p>
    <w:p>
      <w:r>
        <w:rPr>
          <w:b/>
        </w:rPr>
        <w:t xml:space="preserve">[1:38:34] </w:t>
      </w:r>
      <w:r>
        <w:t>mein tarjeeh deta hoon baqi sab par is ke baad unhon ne call ki agay un ke jo</w:t>
      </w:r>
    </w:p>
    <w:p>
      <w:pPr>
        <w:jc w:val="right"/>
      </w:pPr>
      <w:r>
        <w:t>میں ترجیح دیتا ہوں باقی سب پر اس کے بعد انہوں نے کال کی اگے ان کے جو</w:t>
      </w:r>
    </w:p>
    <w:p>
      <w:r>
        <w:rPr>
          <w:b/>
        </w:rPr>
        <w:t xml:space="preserve">[1:38:40] </w:t>
      </w:r>
      <w:r>
        <w:t>sahab the ravi sharma un se kaha ke woh literature wala banda agaya to unhon ne kaha adhay</w:t>
      </w:r>
    </w:p>
    <w:p>
      <w:pPr>
        <w:jc w:val="right"/>
      </w:pPr>
      <w:r>
        <w:t>صاحب تھے روی شرما ان سے کہا کہ وہ لٹریچر والا بندہ اگیا تو انہوں نے کہا ادھے</w:t>
      </w:r>
    </w:p>
    <w:p>
      <w:r>
        <w:rPr>
          <w:b/>
        </w:rPr>
        <w:t xml:space="preserve">[1:38:45] </w:t>
      </w:r>
      <w:r>
        <w:t>ghante baad un ko ap khud le ke hamare paas aajayen adhe ghante ke baad woh wahan se</w:t>
      </w:r>
    </w:p>
    <w:p>
      <w:pPr>
        <w:jc w:val="right"/>
      </w:pPr>
      <w:r>
        <w:t>گھنٹے بعد ان کو اپ خود لے کے ہمارے پاس اجائیں ادھے گھنٹے کے بعد وہ وہاں سے</w:t>
      </w:r>
    </w:p>
    <w:p>
      <w:r>
        <w:rPr>
          <w:b/>
        </w:rPr>
        <w:t xml:space="preserve">[1:38:51] </w:t>
      </w:r>
      <w:r>
        <w:t>nikle aur un ke sath teen chaar army ke woh rehte hain ah ek do idhar se ho</w:t>
      </w:r>
    </w:p>
    <w:p>
      <w:pPr>
        <w:jc w:val="right"/>
      </w:pPr>
      <w:r>
        <w:t>نکلے اور ان کے ساتھ تین چار ارمی کے وہ رہتے ہیں اہ ایک دو ادھر سے ہو</w:t>
      </w:r>
    </w:p>
    <w:p>
      <w:r>
        <w:rPr>
          <w:b/>
        </w:rPr>
        <w:t xml:space="preserve">[1:38:56] </w:t>
      </w:r>
      <w:r>
        <w:t>gaye ek wahan se toh agya ke main aur woh dono seedhe ravi sharma sahib ke bahar mujhe</w:t>
      </w:r>
    </w:p>
    <w:p>
      <w:pPr>
        <w:jc w:val="right"/>
      </w:pPr>
      <w:r>
        <w:t>گئے ایک وہاں سے تو اگیا کہ میں اور وہ دونوں سیدھے روی شرما صاحب کے باہر مجھے</w:t>
      </w:r>
    </w:p>
    <w:p>
      <w:r>
        <w:rPr>
          <w:b/>
        </w:rPr>
        <w:t xml:space="preserve">[1:39:01] </w:t>
      </w:r>
      <w:r>
        <w:t>khada kiya pehle woh khud andar gaye ijazat li phir unhon ne mujhe andar le gaye aur toh</w:t>
      </w:r>
    </w:p>
    <w:p>
      <w:pPr>
        <w:jc w:val="right"/>
      </w:pPr>
      <w:r>
        <w:t>کھڑا کیا پہلے وہ خود اندر گئے اجازت لی پھر انہوں نے مجھے اندر لے گئے اور تو</w:t>
      </w:r>
    </w:p>
    <w:p>
      <w:r>
        <w:rPr>
          <w:b/>
        </w:rPr>
        <w:t xml:space="preserve">[1:39:07] </w:t>
      </w:r>
      <w:r>
        <w:t>un ko wahan se ravi sharma ne wapas kar diya aur mujhe apne paas bithaya bitha ke bohat</w:t>
      </w:r>
    </w:p>
    <w:p>
      <w:pPr>
        <w:jc w:val="right"/>
      </w:pPr>
      <w:r>
        <w:t>ان کو وہاں سے روی شرما نے واپس کر دیا اور مجھے اپنے پاس بٹھایا بٹھا کے بہت</w:t>
      </w:r>
    </w:p>
    <w:p>
      <w:r>
        <w:rPr>
          <w:b/>
        </w:rPr>
        <w:t xml:space="preserve">[1:39:12] </w:t>
      </w:r>
      <w:r>
        <w:t>saare ap ne tajurbe bataye aur yeh bhi kaha ke yeh sahib jo hamare commander hain jab se</w:t>
      </w:r>
    </w:p>
    <w:p>
      <w:pPr>
        <w:jc w:val="right"/>
      </w:pPr>
      <w:r>
        <w:t>سارے اپ نے تجربے بتائے اور یہ بھی کہا کہ یہ صاحب جو ہمارے کمانڈر ہیں جب سے</w:t>
      </w:r>
    </w:p>
    <w:p>
      <w:r>
        <w:rPr>
          <w:b/>
        </w:rPr>
        <w:t xml:space="preserve">[1:39:18] </w:t>
      </w:r>
      <w:r>
        <w:t>main in se jura hoon unhon ne hamein bilkul yaani ke sahi maanon mein jis ko insan kehte</w:t>
      </w:r>
    </w:p>
    <w:p>
      <w:pPr>
        <w:jc w:val="right"/>
      </w:pPr>
      <w:r>
        <w:t>میں ان سے جڑا ہوں انہوں نے ہمیں بالکل یعنی کہ صحیح معنوں میں جس کو انسان کہتے</w:t>
      </w:r>
    </w:p>
    <w:p>
      <w:r>
        <w:rPr>
          <w:b/>
        </w:rPr>
        <w:t xml:space="preserve">[1:39:23] </w:t>
      </w:r>
      <w:r>
        <w:t>hain woh insan bana diya hai unhon ne hamein bhula diya hai ke hindu kya hai muslim kya</w:t>
      </w:r>
    </w:p>
    <w:p>
      <w:pPr>
        <w:jc w:val="right"/>
      </w:pPr>
      <w:r>
        <w:t>ہیں وہ انسان بنا دیا ہے انہوں نے ہمیں بھلا دیا ہے کہ ہندو کیا ہے مسلم کیا</w:t>
      </w:r>
    </w:p>
    <w:p>
      <w:r>
        <w:rPr>
          <w:b/>
        </w:rPr>
        <w:t xml:space="preserve">[1:39:29] </w:t>
      </w:r>
      <w:r>
        <w:t>hai sikh kya hai isai sirf sab ko ek hi shakal mein ek hi pairaye mein woh lete</w:t>
      </w:r>
    </w:p>
    <w:p>
      <w:pPr>
        <w:jc w:val="right"/>
      </w:pPr>
      <w:r>
        <w:t>ہے سکھ کیا ہے عیسائی صرف سب کو ایک ہی شکل میں ایک ہی پیرائے میں وہ لیتے</w:t>
      </w:r>
    </w:p>
    <w:p>
      <w:r>
        <w:rPr>
          <w:b/>
        </w:rPr>
        <w:t xml:space="preserve">[1:39:34] </w:t>
      </w:r>
      <w:r>
        <w:t>hain aur insan ban ke jeene ka dars khud bhi dete hain aur hamein is ka sabak bhi</w:t>
      </w:r>
    </w:p>
    <w:p>
      <w:pPr>
        <w:jc w:val="right"/>
      </w:pPr>
      <w:r>
        <w:t>ہیں اور انسان بن کے جینے کا درس خود بھی دیتے ہیں اور ہمیں اس کا سبق بھی</w:t>
      </w:r>
    </w:p>
    <w:p>
      <w:r>
        <w:rPr>
          <w:b/>
        </w:rPr>
        <w:t xml:space="preserve">[1:39:39] </w:t>
      </w:r>
      <w:r>
        <w:t>dete hain aur khud bhi woh is laiq hain woh molvi bhi hain apni zaat mein woh ek</w:t>
      </w:r>
    </w:p>
    <w:p>
      <w:pPr>
        <w:jc w:val="right"/>
      </w:pPr>
      <w:r>
        <w:t>دیتے ہیں اور خود بھی وہ اس لائق ہیں وہ مولوی بھی ہیں اپنی ذات میں وہ ایک</w:t>
      </w:r>
    </w:p>
    <w:p>
      <w:r>
        <w:rPr>
          <w:b/>
        </w:rPr>
        <w:t xml:space="preserve">[1:39:45] </w:t>
      </w:r>
      <w:r>
        <w:t>pandit bhi hain apni zaat mein woh ek yaani har mazhab ke woh numainde hain toh hum in</w:t>
      </w:r>
    </w:p>
    <w:p>
      <w:pPr>
        <w:jc w:val="right"/>
      </w:pPr>
      <w:r>
        <w:t>پنڈت بھی ہیں اپنی ذات میں وہ ایک یعنی ہر مذہب کے وہ نمائندے ہیں تو ہم ان</w:t>
      </w:r>
    </w:p>
    <w:p>
      <w:r>
        <w:rPr>
          <w:b/>
        </w:rPr>
        <w:t xml:space="preserve">[1:39:50] </w:t>
      </w:r>
      <w:r>
        <w:t>se ap ko milayenge aur woh bohat kai dinon se jo hai israr kar rahe the ke</w:t>
      </w:r>
    </w:p>
    <w:p>
      <w:pPr>
        <w:jc w:val="right"/>
      </w:pPr>
      <w:r>
        <w:t>سے اپ کو ملائیں گے اور وہ بہت کئی دنوں سے جو ہے اصرار کر رہے تھے کہ</w:t>
      </w:r>
    </w:p>
    <w:p>
      <w:r>
        <w:rPr>
          <w:b/>
        </w:rPr>
        <w:t xml:space="preserve">[1:39:56] </w:t>
      </w:r>
      <w:r>
        <w:t>hamein aisa woh literature chahiye quran kareem ka toh beharhaal unhon ne un se ijazat chahi ke bhai</w:t>
      </w:r>
    </w:p>
    <w:p>
      <w:pPr>
        <w:jc w:val="right"/>
      </w:pPr>
      <w:r>
        <w:t>ہمیں ایسا وہ لٹریچر چاہیے قرآن کریم کا تو بہرحال انہوں نے ان سے اجازت چاہی کہ بھئی</w:t>
      </w:r>
    </w:p>
    <w:p>
      <w:r>
        <w:rPr>
          <w:b/>
        </w:rPr>
        <w:t xml:space="preserve">[1:40:01] </w:t>
      </w:r>
      <w:r>
        <w:t>woh literature wala banda aya hai toh hum us ko lana chahte hain ap ke paas unhon ne</w:t>
      </w:r>
    </w:p>
    <w:p>
      <w:pPr>
        <w:jc w:val="right"/>
      </w:pPr>
      <w:r>
        <w:t>وہ لٹریچر والا بندہ ایا ہے تو ہم اس کو لانا چاہتے ہیں اپ کے پاس انہوں نے</w:t>
      </w:r>
    </w:p>
    <w:p>
      <w:r>
        <w:rPr>
          <w:b/>
        </w:rPr>
        <w:t xml:space="preserve">[1:40:06] </w:t>
      </w:r>
      <w:r>
        <w:t>bade kaha bade shauq se lao aur fulani jagah lao main office mein nahi hoon phir wahan se</w:t>
      </w:r>
    </w:p>
    <w:p>
      <w:pPr>
        <w:jc w:val="right"/>
      </w:pPr>
      <w:r>
        <w:t>بڑے کہا بڑے شوق سے لاؤ اور فلانی جگہ لاؤ میں افس میں نہیں ہوں پھر وہاں سے</w:t>
      </w:r>
    </w:p>
    <w:p>
      <w:r>
        <w:rPr>
          <w:b/>
        </w:rPr>
        <w:t xml:space="preserve">[1:40:12] </w:t>
      </w:r>
      <w:r>
        <w:t>woh nikle toh paanch chhe army ke aur dayen bayen jo afraad un ki hifazat par mamoor hote</w:t>
      </w:r>
    </w:p>
    <w:p>
      <w:pPr>
        <w:jc w:val="right"/>
      </w:pPr>
      <w:r>
        <w:t>وہ نکلے تو پانچ چھ ارمی کے اور دائیں بائیں جو افراد ان کی حفاظت پر مامور ہوتے</w:t>
      </w:r>
    </w:p>
    <w:p>
      <w:r>
        <w:rPr>
          <w:b/>
        </w:rPr>
        <w:t xml:space="preserve">[1:40:17] </w:t>
      </w:r>
      <w:r>
        <w:t>hain woh bhi sath toh quran ki woh peti bhi uthaye hue hum log gaye ek chhota sa</w:t>
      </w:r>
    </w:p>
    <w:p>
      <w:pPr>
        <w:jc w:val="right"/>
      </w:pPr>
      <w:r>
        <w:t>ہیں وہ بھی ساتھ تو قرآن کی وہ پیٹی بھی اٹھائے ہوئے ہم لوگ گئے ایک چھوٹا سا</w:t>
      </w:r>
    </w:p>
    <w:p>
      <w:r>
        <w:rPr>
          <w:b/>
        </w:rPr>
        <w:t xml:space="preserve">[1:40:23] </w:t>
      </w:r>
      <w:r>
        <w:t>mandir masjid bhi mandir bhi campus mein jo hoti hai un ke us ke paas chairs lagi hui</w:t>
      </w:r>
    </w:p>
    <w:p>
      <w:pPr>
        <w:jc w:val="right"/>
      </w:pPr>
      <w:r>
        <w:t>مندر مسجد بھی مندر بھی کیمپس میں جو ہوتی ہے ان کے اس کے پاس چیئرز لگی ہوئی</w:t>
      </w:r>
    </w:p>
    <w:p>
      <w:r>
        <w:rPr>
          <w:b/>
        </w:rPr>
        <w:t xml:space="preserve">[1:40:28] </w:t>
      </w:r>
      <w:r>
        <w:t>thi koi das barah afraad neeche baithe the army ke aur woh wahan baithe hue the ek chair</w:t>
      </w:r>
    </w:p>
    <w:p>
      <w:pPr>
        <w:jc w:val="right"/>
      </w:pPr>
      <w:r>
        <w:t>تھی کوئی دس بارہ افراد نیچے بیٹھے تھے ارمی کے اور وہ وہاں بیٹھے ہوئے تھے ایک چیئر</w:t>
      </w:r>
    </w:p>
    <w:p>
      <w:r>
        <w:rPr>
          <w:b/>
        </w:rPr>
        <w:t xml:space="preserve">[1:40:33] </w:t>
      </w:r>
      <w:r>
        <w:t>pe un ko kuch lecture de rahe the jonhi hum pahunche woh khade ho gaye khade hone ke</w:t>
      </w:r>
    </w:p>
    <w:p>
      <w:pPr>
        <w:jc w:val="right"/>
      </w:pPr>
      <w:r>
        <w:t>پہ ان کو کچھ لیکچر دے رہے تھے جونہی ہم پہنچے وہ کھڑے ہو گئے کھڑے ہونے کے</w:t>
      </w:r>
    </w:p>
    <w:p>
      <w:r>
        <w:rPr>
          <w:b/>
        </w:rPr>
        <w:t xml:space="preserve">[1:40:39] </w:t>
      </w:r>
      <w:r>
        <w:t>baad kaha haan ap naam mein ne naam bataya nisar qazi toh kaha main ah partap singh ah</w:t>
      </w:r>
    </w:p>
    <w:p>
      <w:pPr>
        <w:jc w:val="right"/>
      </w:pPr>
      <w:r>
        <w:t>بعد کہا ہاں اپ نام میں نے نام بتایا نثار قاضی تو کہا میں اہ پرتاپ سنگھ اہ</w:t>
      </w:r>
    </w:p>
    <w:p>
      <w:r>
        <w:rPr>
          <w:b/>
        </w:rPr>
        <w:t xml:space="preserve">[1:40:44] </w:t>
      </w:r>
      <w:r>
        <w:t>commander partap singh ah rajasthan se mujhe bataiye islam dahshat gardi ka mazhab nahi hai khade ho ke</w:t>
      </w:r>
    </w:p>
    <w:p>
      <w:pPr>
        <w:jc w:val="right"/>
      </w:pPr>
      <w:r>
        <w:t>کمانڈر پرتاپ سنگھ اہ راجستھان سے مجھے بتائیے اسلام دہشت گردی کا مذہب نہیں ہے کھڑے ہو کے</w:t>
      </w:r>
    </w:p>
    <w:p>
      <w:r>
        <w:rPr>
          <w:b/>
        </w:rPr>
        <w:t xml:space="preserve">[1:40:50] </w:t>
      </w:r>
      <w:r>
        <w:t>wahin wahin unhon ne hum se yeh baat ki toh ab hum ne apne naqis ilm chuki zyada</w:t>
      </w:r>
    </w:p>
    <w:p>
      <w:pPr>
        <w:jc w:val="right"/>
      </w:pPr>
      <w:r>
        <w:t>وہیں وہیں انہوں نے ہم سے یہ بات کی تو اب ہم نے اپنے ناقص علم چونکہ زیادہ</w:t>
      </w:r>
    </w:p>
    <w:p>
      <w:r>
        <w:rPr>
          <w:b/>
        </w:rPr>
        <w:t xml:space="preserve">[1:40:55] </w:t>
      </w:r>
      <w:r>
        <w:t>mutalea karte nahi hain yeh hamari ghaflat ki wajah se toh beharhaal jo kuch tha bataya bohat sari</w:t>
      </w:r>
    </w:p>
    <w:p>
      <w:pPr>
        <w:jc w:val="right"/>
      </w:pPr>
      <w:r>
        <w:t>مطالعہ کرتے نہیں ہیں یہ ہماری غفلت کی وجہ سے تو بہرحال جو کچھ تھا بتایا بہت ساری</w:t>
      </w:r>
    </w:p>
    <w:p>
      <w:r>
        <w:rPr>
          <w:b/>
        </w:rPr>
        <w:t xml:space="preserve">[1:41:00] </w:t>
      </w:r>
      <w:r>
        <w:t>baten phir us ke baad kaha bataiye ke gaaye khani chahiye ya nahi khani chahiye is par kuch</w:t>
      </w:r>
    </w:p>
    <w:p>
      <w:pPr>
        <w:jc w:val="right"/>
      </w:pPr>
      <w:r>
        <w:t>باتیں پھر اس کے بعد کہا بتائیے کہ گائے کھانی چاہیے یا نہیں کھانی چاہیے اس پر کچھ</w:t>
      </w:r>
    </w:p>
    <w:p>
      <w:r>
        <w:rPr>
          <w:b/>
        </w:rPr>
        <w:t xml:space="preserve">[1:41:06] </w:t>
      </w:r>
      <w:r>
        <w:t>baten bataiye hum ne yeh bhi jo hamein thi zehen mein jo mutala tha us ki roshni mein</w:t>
      </w:r>
    </w:p>
    <w:p>
      <w:pPr>
        <w:jc w:val="right"/>
      </w:pPr>
      <w:r>
        <w:t>باتیں بتائیے ہم نے یہ بھی جو ہمیں تھی ذہن میں جو مطالعہ تھا اس کی روشنی میں</w:t>
      </w:r>
    </w:p>
    <w:p>
      <w:r>
        <w:rPr>
          <w:b/>
        </w:rPr>
        <w:t xml:space="preserve">[1:41:11] </w:t>
      </w:r>
      <w:r>
        <w:t>kahin kehne ke baad kehta hai yeh sab baten to hum pehle parh chuke hain ek sahab hain</w:t>
      </w:r>
    </w:p>
    <w:p>
      <w:pPr>
        <w:jc w:val="right"/>
      </w:pPr>
      <w:r>
        <w:t>کہیں کہنے کے بعد کہتا ہے یہ سب باتیں تو ہم پہلے پڑھ چکے ہیں ایک صاحب ہیں</w:t>
      </w:r>
    </w:p>
    <w:p>
      <w:r>
        <w:rPr>
          <w:b/>
        </w:rPr>
        <w:t xml:space="preserve">[1:41:17] </w:t>
      </w:r>
      <w:r>
        <w:t>hamare dilli ke Maulana Wahiduddin Khan un ke literature mein yeh sari cheezen hum parh chuke hain</w:t>
      </w:r>
    </w:p>
    <w:p>
      <w:pPr>
        <w:jc w:val="right"/>
      </w:pPr>
      <w:r>
        <w:t>ہمارے دلی کے مولانا وحید الدین خان ان کے لٹریچر میں یہ ساری چیزیں ہم پڑھ چکے ہیں</w:t>
      </w:r>
    </w:p>
    <w:p>
      <w:r>
        <w:rPr>
          <w:b/>
        </w:rPr>
        <w:t xml:space="preserve">[1:41:22] </w:t>
      </w:r>
      <w:r>
        <w:t>hamein koi nai baat bataiye to ab mujhe ek thappad laga ek jhatka bhi laga ke dekhiye hum</w:t>
      </w:r>
    </w:p>
    <w:p>
      <w:pPr>
        <w:jc w:val="right"/>
      </w:pPr>
      <w:r>
        <w:t>ہمیں کوئی نئی بات بتائیے تو اب مجھے ایک تھپڑ لگا ایک جھٹکا بھی لگا کہ دیکھیے ہم</w:t>
      </w:r>
    </w:p>
    <w:p>
      <w:r>
        <w:rPr>
          <w:b/>
        </w:rPr>
        <w:t xml:space="preserve">[1:41:28] </w:t>
      </w:r>
      <w:r>
        <w:t>kis ko kya samajh rahe hain aur aaj in se hamein seekhne ka mauqa mil raha hai phir</w:t>
      </w:r>
    </w:p>
    <w:p>
      <w:pPr>
        <w:jc w:val="right"/>
      </w:pPr>
      <w:r>
        <w:t>کس کو کیا سمجھ رہے ہیں اور اج ان سے ہمیں سیکھنے کا موقع مل رہا ہے پھر</w:t>
      </w:r>
    </w:p>
    <w:p>
      <w:r>
        <w:rPr>
          <w:b/>
        </w:rPr>
        <w:t xml:space="preserve">[1:41:33] </w:t>
      </w:r>
      <w:r>
        <w:t>hum ne in se kaha ke hum bhi inhi ki jo hai woh kirnon se aur roshni mein</w:t>
      </w:r>
    </w:p>
    <w:p>
      <w:pPr>
        <w:jc w:val="right"/>
      </w:pPr>
      <w:r>
        <w:t>ہم نے ان سے کہا کہ ہم بھی انہی کی جو ہے وہ کرنوں سے اور روشنی میں</w:t>
      </w:r>
    </w:p>
    <w:p>
      <w:r>
        <w:rPr>
          <w:b/>
        </w:rPr>
        <w:t xml:space="preserve">[1:41:38] </w:t>
      </w:r>
      <w:r>
        <w:t>jo hai woh dekh ke chal rahe hain wahi ek diya hai jis ki roshni mein hum bhi</w:t>
      </w:r>
    </w:p>
    <w:p>
      <w:pPr>
        <w:jc w:val="right"/>
      </w:pPr>
      <w:r>
        <w:t>جو ہے وہ دیکھ کے چل رہے ہیں وہی ایک دیا ہے جس کی روشنی میں ہم بھی</w:t>
      </w:r>
    </w:p>
    <w:p>
      <w:r>
        <w:rPr>
          <w:b/>
        </w:rPr>
        <w:t xml:space="preserve">[1:41:44] </w:t>
      </w:r>
      <w:r>
        <w:t>din jo hai apne nikal rahe hain inhi se hum jure hue hain aur CPS se</w:t>
      </w:r>
    </w:p>
    <w:p>
      <w:pPr>
        <w:jc w:val="right"/>
      </w:pPr>
      <w:r>
        <w:t>دن جو ہے اپنے نکال رہے ہیں انہی سے ہم جڑے ہوئے ہیں اور سی پی ایس سے</w:t>
      </w:r>
    </w:p>
    <w:p>
      <w:r>
        <w:rPr>
          <w:b/>
        </w:rPr>
        <w:t xml:space="preserve">[1:41:49] </w:t>
      </w:r>
      <w:r>
        <w:t>is tarike se maine poora taaruf karwaya to kaha phir aap bohat kamyab insan ho is ke</w:t>
      </w:r>
    </w:p>
    <w:p>
      <w:pPr>
        <w:jc w:val="right"/>
      </w:pPr>
      <w:r>
        <w:t>اس طریقے سے میں نے پورا تعارف کروایا تو کہا پھر اپ بہت کامیاب انسان ہو اس کے</w:t>
      </w:r>
    </w:p>
    <w:p>
      <w:r>
        <w:rPr>
          <w:b/>
        </w:rPr>
        <w:t xml:space="preserve">[1:41:55] </w:t>
      </w:r>
      <w:r>
        <w:t>baad bohat kamyab insan ho mashallah aap ne sahi faisla kar liya hai bohat kam umar mein to</w:t>
      </w:r>
    </w:p>
    <w:p>
      <w:pPr>
        <w:jc w:val="right"/>
      </w:pPr>
      <w:r>
        <w:t>بعد بہت کامیاب انسان ہو ماشاءاللہ اپ نے صحیح فیصلہ کر لیا ہے بہت کم عمر میں تو</w:t>
      </w:r>
    </w:p>
    <w:p>
      <w:r>
        <w:rPr>
          <w:b/>
        </w:rPr>
        <w:t xml:space="preserve">[1:42:00] </w:t>
      </w:r>
      <w:r>
        <w:t>beh-haal is ke baad petti jab maine kholi to ek doosre sahab se kaha ke is petti</w:t>
      </w:r>
    </w:p>
    <w:p>
      <w:pPr>
        <w:jc w:val="right"/>
      </w:pPr>
      <w:r>
        <w:t>بہرحال اس کے بعد پیٹی جب میں نے کھولی تو ایک دوسرے صاحب سے کہا کہ اس پیٹی</w:t>
      </w:r>
    </w:p>
    <w:p>
      <w:r>
        <w:rPr>
          <w:b/>
        </w:rPr>
        <w:t xml:space="preserve">[1:42:05] </w:t>
      </w:r>
      <w:r>
        <w:t>mein nikaliye kitaben to main tazkir ul Quran Hindi ka bhi le gaya tha tafsir aur phir yeh English</w:t>
      </w:r>
    </w:p>
    <w:p>
      <w:pPr>
        <w:jc w:val="right"/>
      </w:pPr>
      <w:r>
        <w:t>میں نکالیے کتابیں تو میں تذکر القرآن ہندی کا بھی لے گیا تھا تفسیر اور پھر یہ انگلش</w:t>
      </w:r>
    </w:p>
    <w:p>
      <w:r>
        <w:rPr>
          <w:b/>
        </w:rPr>
        <w:t xml:space="preserve">[1:42:11] </w:t>
      </w:r>
      <w:r>
        <w:t>ka bhi panch panch nuskhe Hindi ke aur panch panch nuskhe English ke le gaya tha phir jo</w:t>
      </w:r>
    </w:p>
    <w:p>
      <w:pPr>
        <w:jc w:val="right"/>
      </w:pPr>
      <w:r>
        <w:t>کا بھی پانچ پانچ نسخے ہندی کے اور پانچ پانچ نسخے انگلش کے لے گیا تھا پھر جو</w:t>
      </w:r>
    </w:p>
    <w:p>
      <w:r>
        <w:rPr>
          <w:b/>
        </w:rPr>
        <w:t xml:space="preserve">[1:42:16] </w:t>
      </w:r>
      <w:r>
        <w:t>age of peace hai jab us par us ki nazar pari to aise dekhne laga is kitab ko</w:t>
      </w:r>
    </w:p>
    <w:p>
      <w:pPr>
        <w:jc w:val="right"/>
      </w:pPr>
      <w:r>
        <w:t>ایج اف پیس ہے جب اس پر اس کی نظر پڑی تو ایسے دیکھنے لگا اس کتاب کو</w:t>
      </w:r>
    </w:p>
    <w:p>
      <w:r>
        <w:rPr>
          <w:b/>
        </w:rPr>
        <w:t xml:space="preserve">[1:42:22] </w:t>
      </w:r>
      <w:r>
        <w:t>aise dekhta hi reh gaya phir us ne kaha yahan laiye aise le ke kafi der tak aise</w:t>
      </w:r>
    </w:p>
    <w:p>
      <w:pPr>
        <w:jc w:val="right"/>
      </w:pPr>
      <w:r>
        <w:t>ایسے دیکھتا ہی رہ گیا پھر اس نے کہا یہاں لائیے ایسے لے کے کافی دیر تک ایسے</w:t>
      </w:r>
    </w:p>
    <w:p>
      <w:r>
        <w:rPr>
          <w:b/>
        </w:rPr>
        <w:t xml:space="preserve">[1:42:27] </w:t>
      </w:r>
      <w:r>
        <w:t>dekhta raha phir aise lagai kehta hai bas ab poori petti le jao mujhe jo chahiye tha woh</w:t>
      </w:r>
    </w:p>
    <w:p>
      <w:pPr>
        <w:jc w:val="right"/>
      </w:pPr>
      <w:r>
        <w:t>دیکھتا رہا پھر ایسے لگائی کہتا ہے بس اب پوری پیٹی لے جاؤ مجھے جو چاہیے تھا وہ</w:t>
      </w:r>
    </w:p>
    <w:p>
      <w:r>
        <w:rPr>
          <w:b/>
        </w:rPr>
        <w:t xml:space="preserve">[1:42:32] </w:t>
      </w:r>
      <w:r>
        <w:t>mil gaya shayad ab is ke baad mujhe kisi cheez ki zaroorat nahi paregi kafi yani is</w:t>
      </w:r>
    </w:p>
    <w:p>
      <w:pPr>
        <w:jc w:val="right"/>
      </w:pPr>
      <w:r>
        <w:t>مل گیا شاید اب اس کے بعد مجھے کسی چیز کی ضرورت نہیں پڑے گی کافی یعنی اس</w:t>
      </w:r>
    </w:p>
    <w:p>
      <w:r>
        <w:rPr>
          <w:b/>
        </w:rPr>
        <w:t xml:space="preserve">[1:42:38] </w:t>
      </w:r>
      <w:r>
        <w:t>ki bilkul aansu tak nikal aaye aur phir is ke baad woh sari kitaben us ne li aur</w:t>
      </w:r>
    </w:p>
    <w:p>
      <w:pPr>
        <w:jc w:val="right"/>
      </w:pPr>
      <w:r>
        <w:t>کی بالکل انسو تک نکل ائے اور پھر اس کے بعد وہ ساری کتابیں اس نے لی اور</w:t>
      </w:r>
    </w:p>
    <w:p>
      <w:r>
        <w:rPr>
          <w:b/>
        </w:rPr>
        <w:t xml:space="preserve">[1:42:43] </w:t>
      </w:r>
      <w:r>
        <w:t>bade ajeeb ajeeb halaat batlaye aur phir kafi der ke baad bithaya bithane ke baad aap ne ek</w:t>
      </w:r>
    </w:p>
    <w:p>
      <w:pPr>
        <w:jc w:val="right"/>
      </w:pPr>
      <w:r>
        <w:t>بڑے عجیب عجیب حالات بتلائے اور پھر کافی دیر کے بعد بٹھایا بٹھانے کے بعد اپ نے ایک</w:t>
      </w:r>
    </w:p>
    <w:p>
      <w:r>
        <w:rPr>
          <w:b/>
        </w:rPr>
        <w:t xml:space="preserve">[1:42:49] </w:t>
      </w:r>
      <w:r>
        <w:t>us se kaha officer se ke andar jao aur woh le aao meri meri book le aao to</w:t>
      </w:r>
    </w:p>
    <w:p>
      <w:pPr>
        <w:jc w:val="right"/>
      </w:pPr>
      <w:r>
        <w:t>اس سے کہا افیسر سے کہ اندر جاؤ اور وہ لے اؤ میری میری بک لے اؤ تو</w:t>
      </w:r>
    </w:p>
    <w:p>
      <w:r>
        <w:rPr>
          <w:b/>
        </w:rPr>
        <w:t xml:space="preserve">[1:42:54] </w:t>
      </w:r>
      <w:r>
        <w:t>wahan se ek army banda andar gaya.</w:t>
      </w:r>
    </w:p>
    <w:p>
      <w:pPr>
        <w:jc w:val="right"/>
      </w:pPr>
      <w:r>
        <w:t>وہاں سے ایک ارمی بندہ اندر گیا.</w:t>
      </w:r>
    </w:p>
    <w:p>
      <w:r>
        <w:rPr>
          <w:b/>
        </w:rPr>
        <w:t xml:space="preserve">[1:43:00] </w:t>
      </w:r>
      <w:r>
        <w:t>mandir se woh Quran kareem laya Hindi wala toh unhone is ko khola aur khol ke bataya</w:t>
      </w:r>
    </w:p>
    <w:p>
      <w:pPr>
        <w:jc w:val="right"/>
      </w:pPr>
      <w:r>
        <w:t>مندر سے وہ قرآن کریم لایا ہندی والا تو انہوں نے اس کو کھولا اور کھول کے بتایا</w:t>
      </w:r>
    </w:p>
    <w:p>
      <w:r>
        <w:rPr>
          <w:b/>
        </w:rPr>
        <w:t xml:space="preserve">[1:43:07] </w:t>
      </w:r>
      <w:r>
        <w:t>ke yeh dekho maine underline kiya hua hai main har Sunday ko apne officers ko yahan</w:t>
      </w:r>
    </w:p>
    <w:p>
      <w:pPr>
        <w:jc w:val="right"/>
      </w:pPr>
      <w:r>
        <w:t>کہ یہ دیکھو میں نے انڈر لائن کیا ہوا ہے میں ہر سنڈے کو اپنے افیسرز کو یہاں</w:t>
      </w:r>
    </w:p>
    <w:p>
      <w:r>
        <w:rPr>
          <w:b/>
        </w:rPr>
        <w:t xml:space="preserve">[1:43:15] </w:t>
      </w:r>
      <w:r>
        <w:t>yeh quran parh ke ek pannah sunata hoon aur samjhata hoon ke kashmir ke musalmanon ko tum ya</w:t>
      </w:r>
    </w:p>
    <w:p>
      <w:pPr>
        <w:jc w:val="right"/>
      </w:pPr>
      <w:r>
        <w:t>یہ قرآن پڑھ کے ایک پنہ سناتا ہوں اور سمجھاتا ہوں کہ کشمیر کے مسلمانوں کو تم یا</w:t>
      </w:r>
    </w:p>
    <w:p>
      <w:r>
        <w:rPr>
          <w:b/>
        </w:rPr>
        <w:t xml:space="preserve">[1:43:23] </w:t>
      </w:r>
      <w:r>
        <w:t>dain bayaan ke musalmanon ko dekh kar islam na samjho balke islam ko direct is se samjho to</w:t>
      </w:r>
    </w:p>
    <w:p>
      <w:pPr>
        <w:jc w:val="right"/>
      </w:pPr>
      <w:r>
        <w:t>دائیں بائیں کے مسلمانوں کو دیکھ کر اسلام نہ سمجھو بلکہ اسلام کو ڈائریکٹ اس سے سمجھو تو</w:t>
      </w:r>
    </w:p>
    <w:p>
      <w:r>
        <w:rPr>
          <w:b/>
        </w:rPr>
        <w:t xml:space="preserve">[1:43:30] </w:t>
      </w:r>
      <w:r>
        <w:t>is ne kai sari cheezein underline ki hui thi jo us ki samajh mein nahi aayi thi</w:t>
      </w:r>
    </w:p>
    <w:p>
      <w:pPr>
        <w:jc w:val="right"/>
      </w:pPr>
      <w:r>
        <w:t>اس نے کئی ساری چیزیں انڈر لائن کی ہوئی تھیں جو اس کی سمجھ میں نہیں ائی تھی</w:t>
      </w:r>
    </w:p>
    <w:p>
      <w:r>
        <w:rPr>
          <w:b/>
        </w:rPr>
        <w:t xml:space="preserve">[1:43:38] </w:t>
      </w:r>
      <w:r>
        <w:t>aur woh keh rahe the ke main har sunday ko poonch se kisi ek molvi sahab ko bulata</w:t>
      </w:r>
    </w:p>
    <w:p>
      <w:pPr>
        <w:jc w:val="right"/>
      </w:pPr>
      <w:r>
        <w:t>اور وہ کہہ رہے تھے کہ میں ہر سنڈے کو پونچھ سے کسی ایک مولوی صاحب کو بلاتا</w:t>
      </w:r>
    </w:p>
    <w:p>
      <w:r>
        <w:rPr>
          <w:b/>
        </w:rPr>
        <w:t xml:space="preserve">[1:43:46] </w:t>
      </w:r>
      <w:r>
        <w:t>hoon aur un se aadha ghanta poona ghanta leta hoon woh mujhe yeh cheezein samjha ke jaate hain</w:t>
      </w:r>
    </w:p>
    <w:p>
      <w:pPr>
        <w:jc w:val="right"/>
      </w:pPr>
      <w:r>
        <w:t>ہوں اور ان سے ادھا گھنٹہ پونا گھنٹہ لیتا ہوں وہ مجھے یہ چیزیں سمجھا کے جاتے ہیں</w:t>
      </w:r>
    </w:p>
    <w:p>
      <w:r>
        <w:rPr>
          <w:b/>
        </w:rPr>
        <w:t xml:space="preserve">[1:43:53] </w:t>
      </w:r>
      <w:r>
        <w:t>jo main nahi samajhta hoon aur main har sunday ko yeh quran ka ek pannah apne in sathiyon</w:t>
      </w:r>
    </w:p>
    <w:p>
      <w:pPr>
        <w:jc w:val="right"/>
      </w:pPr>
      <w:r>
        <w:t>جو میں نہیں سمجھتا ہوں اور میں ہر سنڈے کو یہ قرآن کا ایک پنہ اپنے ان ساتھیوں</w:t>
      </w:r>
    </w:p>
    <w:p>
      <w:r>
        <w:rPr>
          <w:b/>
        </w:rPr>
        <w:t xml:space="preserve">[1:44:01] </w:t>
      </w:r>
      <w:r>
        <w:t>tak officers ko aam jo army ke chhote darje ke nahi balke jo bade bade hain un ko</w:t>
      </w:r>
    </w:p>
    <w:p>
      <w:pPr>
        <w:jc w:val="right"/>
      </w:pPr>
      <w:r>
        <w:t>تک افیسرز کو عام جو ارمی کے چھوٹے درجے کے نہیں بلکہ جو بڑے بڑے ہیں ان کو</w:t>
      </w:r>
    </w:p>
    <w:p>
      <w:r>
        <w:rPr>
          <w:b/>
        </w:rPr>
        <w:t xml:space="preserve">[1:44:09] </w:t>
      </w:r>
      <w:r>
        <w:t>yeh batata hoon aur yeh hamara ek mission bhi hai aur main ek college chalata hoon girls college</w:t>
      </w:r>
    </w:p>
    <w:p>
      <w:pPr>
        <w:jc w:val="right"/>
      </w:pPr>
      <w:r>
        <w:t>یہ بتاتا ہوں اور یہ ہمارا ایک مشن بھی ہے اور میں ایک کالج چلاتا ہوں گرلز کالج</w:t>
      </w:r>
    </w:p>
    <w:p>
      <w:r>
        <w:rPr>
          <w:b/>
        </w:rPr>
        <w:t xml:space="preserve">[1:44:17] </w:t>
      </w:r>
      <w:r>
        <w:t>hai woh is mein main yeh literature ki bahut sari kitabein apni is mein rakhta hoon bachchon ko</w:t>
      </w:r>
    </w:p>
    <w:p>
      <w:pPr>
        <w:jc w:val="right"/>
      </w:pPr>
      <w:r>
        <w:t>ہے وہ اس میں میں یہ لٹریچر کی بہت ساری کتابیں اپنی اس میں رکھتا ہوں بچوں کو</w:t>
      </w:r>
    </w:p>
    <w:p>
      <w:r>
        <w:rPr>
          <w:b/>
        </w:rPr>
        <w:t xml:space="preserve">[1:44:24] </w:t>
      </w:r>
      <w:r>
        <w:t>bhi parhne ke liye deta hoon to rajasthan mein tuesday ko saade teen baje mujhe english aur hindi</w:t>
      </w:r>
    </w:p>
    <w:p>
      <w:pPr>
        <w:jc w:val="right"/>
      </w:pPr>
      <w:r>
        <w:t>بھی پڑھنے کے لیے دیتا ہوں تو راجستھان میں ٹیوسڈے کو ساڑھے تین بجے مجھے انگلش اور ہندی</w:t>
      </w:r>
    </w:p>
    <w:p>
      <w:r>
        <w:rPr>
          <w:b/>
        </w:rPr>
        <w:t xml:space="preserve">[1:44:32] </w:t>
      </w:r>
      <w:r>
        <w:t>ka ek ek nuskhah gift karna tha is ke liye maine aap ko phone kar ke itne</w:t>
      </w:r>
    </w:p>
    <w:p>
      <w:pPr>
        <w:jc w:val="right"/>
      </w:pPr>
      <w:r>
        <w:t>کا ایک ایک نسخہ گفٹ کرنا تھا اس کے لیے میں نے اپ کو فون کر کے اتنے</w:t>
      </w:r>
    </w:p>
    <w:p>
      <w:r>
        <w:rPr>
          <w:b/>
        </w:rPr>
        <w:t xml:space="preserve">[1:44:40] </w:t>
      </w:r>
      <w:r>
        <w:t>door se zehmat di aane ki to aap apne kiraye ikhrajaat aur is petti ki woh qeemat bataiye</w:t>
      </w:r>
    </w:p>
    <w:p>
      <w:pPr>
        <w:jc w:val="right"/>
      </w:pPr>
      <w:r>
        <w:t>دور سے زحمت دی انے کی تو اپ اپنے کرائے اخراجات اور اس پیٹی کی وہ قیمت بتائیے</w:t>
      </w:r>
    </w:p>
    <w:p>
      <w:r>
        <w:rPr>
          <w:b/>
        </w:rPr>
        <w:t xml:space="preserve">[1:44:47] </w:t>
      </w:r>
      <w:r>
        <w:t>aur le ke jaiye to behrahal hum ne un se bataya ke qeemat waghera hum is tareeqe se</w:t>
      </w:r>
    </w:p>
    <w:p>
      <w:pPr>
        <w:jc w:val="right"/>
      </w:pPr>
      <w:r>
        <w:t>اور لے کے جائیے تو بہرحال ہم نے ان سے بتایا کہ قیمت وغیرہ ہم اس طریقے سے</w:t>
      </w:r>
    </w:p>
    <w:p>
      <w:r>
        <w:rPr>
          <w:b/>
        </w:rPr>
        <w:t xml:space="preserve">[1:44:55] </w:t>
      </w:r>
      <w:r>
        <w:t>nahi le sakte hain aap ka yahi kya hum idhar hi se aap ka shukriya ada karte hain</w:t>
      </w:r>
    </w:p>
    <w:p>
      <w:pPr>
        <w:jc w:val="right"/>
      </w:pPr>
      <w:r>
        <w:t>نہیں لے سکتے ہیں اپ کا یہی کیا ہم ادھر ہی سے اپ کا شکریہ ادا کرتے ہیں</w:t>
      </w:r>
    </w:p>
    <w:p>
      <w:r>
        <w:rPr>
          <w:b/>
        </w:rPr>
        <w:t xml:space="preserve">[1:45:03] </w:t>
      </w:r>
      <w:r>
        <w:t>ke aap ne hamare liye mawaqe faraham kiye hamara aap ke taalluq se kuch aur sochna tha lekin</w:t>
      </w:r>
    </w:p>
    <w:p>
      <w:pPr>
        <w:jc w:val="right"/>
      </w:pPr>
      <w:r>
        <w:t>کہ اپ نے ہمارے لیے مواقع فراہم کیے ہمارا اپ کے تعلق سے کچھ اور سوچنا تھا لیکن</w:t>
      </w:r>
    </w:p>
    <w:p>
      <w:r>
        <w:rPr>
          <w:b/>
        </w:rPr>
        <w:t xml:space="preserve">[1:45:11] </w:t>
      </w:r>
      <w:r>
        <w:t>aap kuch aur nikal rahe hain to khuda hamein is ki samajh de behrahal bahut sari baatein hone</w:t>
      </w:r>
    </w:p>
    <w:p>
      <w:pPr>
        <w:jc w:val="right"/>
      </w:pPr>
      <w:r>
        <w:t>اپ کچھ اور نکل رہے ہیں تو خدا ہمیں اس کی سمجھ دے بہرحال بہت ساری باتیں ہونے</w:t>
      </w:r>
    </w:p>
    <w:p>
      <w:r>
        <w:rPr>
          <w:b/>
        </w:rPr>
        <w:t xml:space="preserve">[1:45:18] </w:t>
      </w:r>
      <w:r>
        <w:t>ke baad phir hum wahan se wapas aaye aur yeh laga ke abhi tak bhi ah hum mein</w:t>
      </w:r>
    </w:p>
    <w:p>
      <w:pPr>
        <w:jc w:val="right"/>
      </w:pPr>
      <w:r>
        <w:t>کے بعد پھر ہم وہاں سے واپس ائے اور یہ لگا کہ ابھی تک بھی اہ ہم میں</w:t>
      </w:r>
    </w:p>
    <w:p>
      <w:r>
        <w:rPr>
          <w:b/>
        </w:rPr>
        <w:t xml:space="preserve">[1:45:26] </w:t>
      </w:r>
      <w:r>
        <w:t>wo susti aur ghaflat poore taur par baqi hai jo nahi honi chahiye thi aur hum jin ko</w:t>
      </w:r>
    </w:p>
    <w:p>
      <w:pPr>
        <w:jc w:val="right"/>
      </w:pPr>
      <w:r>
        <w:t>وہ سستی اور غفلت پورے طور پر باقی ہے جو نہیں ہونی چاہیے تھی اور ہم جن کو</w:t>
      </w:r>
    </w:p>
    <w:p>
      <w:r>
        <w:rPr>
          <w:b/>
        </w:rPr>
        <w:t xml:space="preserve">[1:45:34] </w:t>
      </w:r>
      <w:r>
        <w:t>apna sau fisad dushman tasawwur kiye hue hain woh sau fisad iman ke sath jude hue hain aur</w:t>
      </w:r>
    </w:p>
    <w:p>
      <w:pPr>
        <w:jc w:val="right"/>
      </w:pPr>
      <w:r>
        <w:t>اپنا سو فیصد دشمن تصور کیے ہوئے ہیں وہ سو فیصد ایمان کے ساتھ جڑے ہوئے ہیں اور</w:t>
      </w:r>
    </w:p>
    <w:p>
      <w:r>
        <w:rPr>
          <w:b/>
        </w:rPr>
        <w:t xml:space="preserve">[1:45:41] </w:t>
      </w:r>
      <w:r>
        <w:t>hum un se door to yeh khuda se dua hai ke khuda hamari aankhein khole roohani bhi aur</w:t>
      </w:r>
    </w:p>
    <w:p>
      <w:pPr>
        <w:jc w:val="right"/>
      </w:pPr>
      <w:r>
        <w:t>ہم ان سے دور تو یہ خدا سے دعا ہے کہ خدا ہماری انکھیں کھولے روحانی بھی اور</w:t>
      </w:r>
    </w:p>
    <w:p>
      <w:r>
        <w:rPr>
          <w:b/>
        </w:rPr>
        <w:t xml:space="preserve">[1:45:49] </w:t>
      </w:r>
      <w:r>
        <w:t>jismani saamne ki aankhein bhi khole aur andar ki aankhein bhi khole aur hum samajh paayein ke kya</w:t>
      </w:r>
    </w:p>
    <w:p>
      <w:pPr>
        <w:jc w:val="right"/>
      </w:pPr>
      <w:r>
        <w:t>جسمانی سامنے کی انکھیں بھی کھولے اور اندر کی انکھیں بھی کھولے اور ہم سمجھ پائیں کہ کیا</w:t>
      </w:r>
    </w:p>
    <w:p>
      <w:r>
        <w:rPr>
          <w:b/>
        </w:rPr>
        <w:t xml:space="preserve">[1:45:57] </w:t>
      </w:r>
      <w:r>
        <w:t>sach hai aur kya galat hai khuda tofeeq de aur is par mazeed istiqamat ki tofeeq de mashallah</w:t>
      </w:r>
    </w:p>
    <w:p>
      <w:pPr>
        <w:jc w:val="right"/>
      </w:pPr>
      <w:r>
        <w:t>سچ ہے اور کیا غلط ہے خدا توفیق دے اور اس پر مزید استقامت کی توفیق دے ماشاءاللہ</w:t>
      </w:r>
    </w:p>
    <w:p>
      <w:r>
        <w:rPr>
          <w:b/>
        </w:rPr>
        <w:t xml:space="preserve">[1:46:05] </w:t>
      </w:r>
      <w:r>
        <w:t>ji abhi hamare ek saathi ne bataya ke woh quran ko distribute karne ke liye gaye ek program</w:t>
      </w:r>
    </w:p>
    <w:p>
      <w:pPr>
        <w:jc w:val="right"/>
      </w:pPr>
      <w:r>
        <w:t>جی ابھی ہمارے ایک ساتھی نے بتایا کہ وہ قرآن کو ڈسٹریبیوٹ کرنے کے لیے گئے ایک پروگرام</w:t>
      </w:r>
    </w:p>
    <w:p>
      <w:r>
        <w:rPr>
          <w:b/>
        </w:rPr>
        <w:t xml:space="preserve">[1:46:12] </w:t>
      </w:r>
      <w:r>
        <w:t>mein to wahan kisi ne bol kar kaha ke yeh to quran mun hai kai jagah dekha tha</w:t>
      </w:r>
    </w:p>
    <w:p>
      <w:pPr>
        <w:jc w:val="right"/>
      </w:pPr>
      <w:r>
        <w:t>میں تو وہاں کسی نے بول کر کہا کہ یہ تو قرآن من ہے کئی جگہ دیکھا تھا</w:t>
      </w:r>
    </w:p>
    <w:p>
      <w:r>
        <w:rPr>
          <w:b/>
        </w:rPr>
        <w:t xml:space="preserve">[1:46:20] </w:t>
      </w:r>
      <w:r>
        <w:t>us ne is se pehle to un ko quran mun kaha to mujhe ek aayat yaad aa gayi quran</w:t>
      </w:r>
    </w:p>
    <w:p>
      <w:pPr>
        <w:jc w:val="right"/>
      </w:pPr>
      <w:r>
        <w:t>اس نے اس سے پہلے تو ان کو قرآن من کہا تو مجھے ایک ایت یاد اگئی قرآن</w:t>
      </w:r>
    </w:p>
    <w:p>
      <w:r>
        <w:rPr>
          <w:b/>
        </w:rPr>
        <w:t xml:space="preserve">[1:46:28] </w:t>
      </w:r>
      <w:r>
        <w:t>mein hai ke wa ma arsalna birasool illa birasan qawmi peghambar bheja gaya har jagah har jagah har jagah</w:t>
      </w:r>
    </w:p>
    <w:p>
      <w:pPr>
        <w:jc w:val="right"/>
      </w:pPr>
      <w:r>
        <w:t>میں ہے کہ وما ارسلنا برسول الا برسان قومی پیغمبر بھیجا گیا ہر جگہ ہر جگہ ہر جگہ</w:t>
      </w:r>
    </w:p>
    <w:p>
      <w:r>
        <w:rPr>
          <w:b/>
        </w:rPr>
        <w:t xml:space="preserve">[1:46:35] </w:t>
      </w:r>
      <w:r>
        <w:t>logon ki apni zaban mein to yeh quran mint kiya hain quran ko un ki apni zaban mein</w:t>
      </w:r>
    </w:p>
    <w:p>
      <w:pPr>
        <w:jc w:val="right"/>
      </w:pPr>
      <w:r>
        <w:t>لوگوں کی اپنی زبان میں تو یہ قرآن منٹ کیا ہیں قرآن کو ان کی اپنی زبان میں</w:t>
      </w:r>
    </w:p>
    <w:p>
      <w:r>
        <w:rPr>
          <w:b/>
        </w:rPr>
        <w:t xml:space="preserve">[1:46:43] </w:t>
      </w:r>
      <w:r>
        <w:t>sari dunya mein pohncha rahe hain aur har jagah yeh log hain masha Allah to kya yeh baiat par</w:t>
      </w:r>
    </w:p>
    <w:p>
      <w:pPr>
        <w:jc w:val="right"/>
      </w:pPr>
      <w:r>
        <w:t>ساری دنیا میں پہنچا رہے ہیں اور ہر جگہ یہ لوگ ہیں ماشاءاللہ تو کیا یہ بیعت پر</w:t>
      </w:r>
    </w:p>
    <w:p>
      <w:r>
        <w:rPr>
          <w:b/>
        </w:rPr>
        <w:t xml:space="preserve">[1:46:51] </w:t>
      </w:r>
      <w:r>
        <w:t>haqeeqat woh kaam kar rahe hain jo peghambaron ne kiya tha har jagah gaye un ki apni zaban</w:t>
      </w:r>
    </w:p>
    <w:p>
      <w:pPr>
        <w:jc w:val="right"/>
      </w:pPr>
      <w:r>
        <w:t>حقیقت وہ کام کر رہے ہیں جو پیغمبروں نے کیا تھا ہر جگہ گئے ان کی اپنی زبان</w:t>
      </w:r>
    </w:p>
    <w:p>
      <w:r>
        <w:rPr>
          <w:b/>
        </w:rPr>
        <w:t xml:space="preserve">[1:46:59] </w:t>
      </w:r>
      <w:r>
        <w:t>mein unhon ne Allah ka kalam pohnchaya to Allah ke fazal se yeh jo log hain yeh jo</w:t>
      </w:r>
    </w:p>
    <w:p>
      <w:pPr>
        <w:jc w:val="right"/>
      </w:pPr>
      <w:r>
        <w:t>میں انہوں نے اللہ کا کلام پہنچایا تو اللہ کے فضل سے یہ جو لوگ ہیں یہ جو</w:t>
      </w:r>
    </w:p>
    <w:p>
      <w:r>
        <w:rPr>
          <w:b/>
        </w:rPr>
        <w:t xml:space="preserve">[1:47:06] </w:t>
      </w:r>
      <w:r>
        <w:t>Quran mein hain sari duniya mein yeh Quran ko logon ki apni zuban mein logon ki apni understandable</w:t>
      </w:r>
    </w:p>
    <w:p>
      <w:pPr>
        <w:jc w:val="right"/>
      </w:pPr>
      <w:r>
        <w:t>قرآن من ہیں ساری دنیا میں یہ قرآن کو لوگوں کی اپنی زبان میں لوگوں کی اپنی انڈرسٹینڈیبل</w:t>
      </w:r>
    </w:p>
    <w:p>
      <w:r>
        <w:rPr>
          <w:b/>
        </w:rPr>
        <w:t xml:space="preserve">[1:47:14] </w:t>
      </w:r>
      <w:r>
        <w:t>zaban mein pohncha rahe hain kitna bara mein to samajhta hoon ke sari farishtay awaz laga rahe hon</w:t>
      </w:r>
    </w:p>
    <w:p>
      <w:pPr>
        <w:jc w:val="right"/>
      </w:pPr>
      <w:r>
        <w:t>زبان میں پہنچا رہے ہیں کتنا بڑا میں تو سمجھتا ہوں کہ سارے فرشتے اواز لگا رہے ہوں</w:t>
      </w:r>
    </w:p>
    <w:p>
      <w:r>
        <w:rPr>
          <w:b/>
        </w:rPr>
        <w:t xml:space="preserve">[1:47:22] </w:t>
      </w:r>
      <w:r>
        <w:t>"Here are Quran, come on and take a copy of Quran in your own language."</w:t>
      </w:r>
    </w:p>
    <w:p>
      <w:pPr>
        <w:jc w:val="right"/>
      </w:pPr>
      <w:r>
        <w:t>گے ہیر ار قرآن مین کم ان اینڈ ٹیک ا کاپی اف قرآن ان یور اون لینگویج تو</w:t>
      </w:r>
    </w:p>
    <w:p>
      <w:r>
        <w:rPr>
          <w:b/>
        </w:rPr>
        <w:t xml:space="preserve">[1:47:29] </w:t>
      </w:r>
      <w:r>
        <w:t>mein dua karta hoon ke Allah in quran min ko accept farma in ko qabool farma yeh tere</w:t>
      </w:r>
    </w:p>
    <w:p>
      <w:pPr>
        <w:jc w:val="right"/>
      </w:pPr>
      <w:r>
        <w:t>میں دعا کرتا ہوں کہ اللہ ان قرآن مین کو ایکسیپٹ فرما ان کو قبول فرما یہ تیرے</w:t>
      </w:r>
    </w:p>
    <w:p>
      <w:r>
        <w:rPr>
          <w:b/>
        </w:rPr>
        <w:t xml:space="preserve">[1:47:37] </w:t>
      </w:r>
      <w:r>
        <w:t>mission ke liye quran min bane hain teri kitab wale bane hain to in ko qabool farma in</w:t>
      </w:r>
    </w:p>
    <w:p>
      <w:pPr>
        <w:jc w:val="right"/>
      </w:pPr>
      <w:r>
        <w:t>مشن کے لیے قرآن مین بنے ہیں تیری کتاب والے بنے ہیں تو ان کو قبول فرما ان</w:t>
      </w:r>
    </w:p>
    <w:p>
      <w:r>
        <w:rPr>
          <w:b/>
        </w:rPr>
        <w:t xml:space="preserve">[1:47:45] </w:t>
      </w:r>
      <w:r>
        <w:t>کو ہر قسم کی ہیلپ عطا فرما ساری دنیا میں قرآن کو لوگوں کی understandable language میں پہنچانے</w:t>
      </w:r>
    </w:p>
    <w:p>
      <w:pPr>
        <w:jc w:val="right"/>
      </w:pPr>
      <w:r>
        <w:t>کو ہر قسم کی ہیلپ عطا فرما ساری دنیا میں قرآن کو لوگوں کی انڈرسٹینڈیبل لینگویج میں پہنچانے</w:t>
      </w:r>
    </w:p>
    <w:p>
      <w:r>
        <w:rPr>
          <w:b/>
        </w:rPr>
        <w:t xml:space="preserve">[1:47:53] </w:t>
      </w:r>
      <w:r>
        <w:t>کی توفیق عطا فرما ان لوگوں کو جن کو دنیا والے Quran men کہہ رہے ہیں فرشتوں کو</w:t>
      </w:r>
    </w:p>
    <w:p>
      <w:pPr>
        <w:jc w:val="right"/>
      </w:pPr>
      <w:r>
        <w:t>کی توفیق عطا فرما ان لوگوں کو جن کو دنیا والے قرآن من کہہ رہے ہیں فرشتوں کو</w:t>
      </w:r>
    </w:p>
    <w:p>
      <w:r>
        <w:rPr>
          <w:b/>
        </w:rPr>
        <w:t xml:space="preserve">[1:48:00] </w:t>
      </w:r>
      <w:r>
        <w:t>in ki help pe laga de apni nusrat in ke liye bhej de taake yeh nishana poora ho</w:t>
      </w:r>
    </w:p>
    <w:p>
      <w:pPr>
        <w:jc w:val="right"/>
      </w:pPr>
      <w:r>
        <w:t>ان کی ہیلپ پہ لگا دے اپنی نصرت ان کے لیے بھیج دے تاکہ یہ نشانہ پورا ہو</w:t>
      </w:r>
    </w:p>
    <w:p>
      <w:r>
        <w:rPr>
          <w:b/>
        </w:rPr>
        <w:t xml:space="preserve">[1:48:08] </w:t>
      </w:r>
      <w:r>
        <w:t>ke tamam insanon ko jo global jo zameen par phailay hue hain har aik tak har aik tak</w:t>
      </w:r>
    </w:p>
    <w:p>
      <w:pPr>
        <w:jc w:val="right"/>
      </w:pPr>
      <w:r>
        <w:t>کہ تمام انسانوں کو جو گلوبل جو زمین پر پھیلے ہوئے ہیں ہر ایک تک ہر ایک تک</w:t>
      </w:r>
    </w:p>
    <w:p>
      <w:r>
        <w:rPr>
          <w:b/>
        </w:rPr>
        <w:t xml:space="preserve">[1:48:16] </w:t>
      </w:r>
      <w:r>
        <w:t>اللہ کا کلام ان کی اپنی understandable language میں پہنچ جائے جو لوگ اس کام میں سپورٹ دے</w:t>
      </w:r>
    </w:p>
    <w:p>
      <w:pPr>
        <w:jc w:val="right"/>
      </w:pPr>
      <w:r>
        <w:t>اللہ کا کلام ان کی اپنی انڈرسٹینڈیبل لینگویج میں پہنچ جائے جو لوگ اس کام میں سپورٹ دے</w:t>
      </w:r>
    </w:p>
    <w:p>
      <w:r>
        <w:rPr>
          <w:b/>
        </w:rPr>
        <w:t xml:space="preserve">[1:48:23] </w:t>
      </w:r>
      <w:r>
        <w:t>rahe hain jo log jo log is kaam mein sath sath de rahe hain mein un sab ke</w:t>
      </w:r>
    </w:p>
    <w:p>
      <w:pPr>
        <w:jc w:val="right"/>
      </w:pPr>
      <w:r>
        <w:t>رہے ہیں جو لوگ جو لوگ اس کام میں ساتھ ساتھ دے رہے ہیں میں ان سب کے</w:t>
      </w:r>
    </w:p>
    <w:p>
      <w:r>
        <w:rPr>
          <w:b/>
        </w:rPr>
        <w:t xml:space="preserve">[1:48:31] </w:t>
      </w:r>
      <w:r>
        <w:t>liye dua karta hoon ke Allah in sab ko apni rehmaton mein shamil farmaye in sab ko qabool</w:t>
      </w:r>
    </w:p>
    <w:p>
      <w:pPr>
        <w:jc w:val="right"/>
      </w:pPr>
      <w:r>
        <w:t>لیے دعا کرتا ہوں کہ اللہ ان سب کو اپنی رحمتوں میں شامل فرمائے ان سب کو قبول</w:t>
      </w:r>
    </w:p>
    <w:p>
      <w:r>
        <w:rPr>
          <w:b/>
        </w:rPr>
        <w:t xml:space="preserve">[1:48:39] </w:t>
      </w:r>
      <w:r>
        <w:t>farmaye dunya aur akhirat mein in ko behtareen ajr ata farmaye rabana atina fid dunya hasana wa akhirati hasana</w:t>
      </w:r>
    </w:p>
    <w:p>
      <w:pPr>
        <w:jc w:val="right"/>
      </w:pPr>
      <w:r>
        <w:t>فرمائے دنیا اور اخرت میں ان کو بہترین اجر عطا فرمائے ربنا اتنا فی الدنیا حسنہ وفاخرۃ حسنہ</w:t>
      </w:r>
    </w:p>
    <w:p>
      <w:r>
        <w:rPr>
          <w:b/>
        </w:rPr>
        <w:t xml:space="preserve">[1:48:47] </w:t>
      </w:r>
      <w:r>
        <w:t>wa qina azab an nar rabana taqabbal minna innaka ant as-samee al-aleem wa tub alayna innaka ant at-tawwab ar-raheem wa salli Allah</w:t>
      </w:r>
    </w:p>
    <w:p>
      <w:pPr>
        <w:jc w:val="right"/>
      </w:pPr>
      <w:r>
        <w:t>وخذ عذاب النار ربنا تقبل منا انک انت السمیع العلیم وتب علینا انک انت التواب الرحیم وصلی اللہ</w:t>
      </w:r>
    </w:p>
    <w:p>
      <w:r>
        <w:rPr>
          <w:b/>
        </w:rPr>
        <w:t xml:space="preserve">[1:48:54] </w:t>
      </w:r>
      <w:r>
        <w:t>taala ala khairi khalqihi Muhammadin wa aalihi wa ashabihi ajmaeen birahmatika ya arhamar rahimin.</w:t>
      </w:r>
    </w:p>
    <w:p>
      <w:pPr>
        <w:jc w:val="right"/>
      </w:pPr>
      <w:r>
        <w:t>تعالی علی خیر خلقہ محمد والہ واصحابہ اجمعین برحمتک یا ارحم الراحمین.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