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My Journey to Canada II January 10, 2016</w:t>
      </w:r>
    </w:p>
    <w:p>
      <w:r>
        <w:t>https://www.youtube.com/watch?v=GHF2Ph3GW7A</w:t>
      </w:r>
    </w:p>
    <w:p>
      <w:r>
        <w:rPr>
          <w:b/>
        </w:rPr>
        <w:t xml:space="preserve">[00:21] </w:t>
      </w:r>
      <w:r>
        <w:t>bismillah hir rahman nir rahim,</w:t>
      </w:r>
    </w:p>
    <w:p>
      <w:pPr>
        <w:jc w:val="right"/>
      </w:pPr>
      <w:r>
        <w:t>بسم اللہ الرحمن الرحیم،</w:t>
      </w:r>
    </w:p>
    <w:p>
      <w:r>
        <w:rPr>
          <w:b/>
        </w:rPr>
        <w:t xml:space="preserve">[00:24] </w:t>
      </w:r>
      <w:r>
        <w:t>wa sallallahu ala nabiyyil karim.</w:t>
      </w:r>
    </w:p>
    <w:p>
      <w:pPr>
        <w:jc w:val="right"/>
      </w:pPr>
      <w:r>
        <w:t>وصلی اللہ علی النبی الکریم۔</w:t>
      </w:r>
    </w:p>
    <w:p>
      <w:r>
        <w:rPr>
          <w:b/>
        </w:rPr>
        <w:t xml:space="preserve">[00:28] </w:t>
      </w:r>
      <w:r>
        <w:t>rab ishrah li sadri,</w:t>
      </w:r>
    </w:p>
    <w:p>
      <w:pPr>
        <w:jc w:val="right"/>
      </w:pPr>
      <w:r>
        <w:t>رب اشرح لی صدری،</w:t>
      </w:r>
    </w:p>
    <w:p>
      <w:r>
        <w:rPr>
          <w:b/>
        </w:rPr>
        <w:t xml:space="preserve">[00:31] </w:t>
      </w:r>
      <w:r>
        <w:t>wa yassir li amri,</w:t>
      </w:r>
    </w:p>
    <w:p>
      <w:pPr>
        <w:jc w:val="right"/>
      </w:pPr>
      <w:r>
        <w:t>ویسر لی امری،</w:t>
      </w:r>
    </w:p>
    <w:p>
      <w:r>
        <w:rPr>
          <w:b/>
        </w:rPr>
        <w:t xml:space="preserve">[00:34] </w:t>
      </w:r>
      <w:r>
        <w:t>wahlul uqdatan min lisani,</w:t>
      </w:r>
    </w:p>
    <w:p>
      <w:pPr>
        <w:jc w:val="right"/>
      </w:pPr>
      <w:r>
        <w:t>واحل العقدۃ من لسانی،</w:t>
      </w:r>
    </w:p>
    <w:p>
      <w:r>
        <w:rPr>
          <w:b/>
        </w:rPr>
        <w:t xml:space="preserve">[00:36] </w:t>
      </w:r>
      <w:r>
        <w:t>yaf qahu qawli. 10 January</w:t>
      </w:r>
    </w:p>
    <w:p>
      <w:pPr>
        <w:jc w:val="right"/>
      </w:pPr>
      <w:r>
        <w:t>یفقہ قولی۔ 10 جنوری</w:t>
      </w:r>
    </w:p>
    <w:p>
      <w:r>
        <w:rPr>
          <w:b/>
        </w:rPr>
        <w:t xml:space="preserve">[00:40] </w:t>
      </w:r>
      <w:r>
        <w:t>2016. jaisa ke aap ko maloom hai, main</w:t>
      </w:r>
    </w:p>
    <w:p>
      <w:pPr>
        <w:jc w:val="right"/>
      </w:pPr>
      <w:r>
        <w:t>2016۔ جیسا کہ آپ کو معلوم ہے، میں</w:t>
      </w:r>
    </w:p>
    <w:p>
      <w:r>
        <w:rPr>
          <w:b/>
        </w:rPr>
        <w:t xml:space="preserve">[00:50] </w:t>
      </w:r>
      <w:r>
        <w:t>December 2015 ke aakhri haftay mein</w:t>
      </w:r>
    </w:p>
    <w:p>
      <w:pPr>
        <w:jc w:val="right"/>
      </w:pPr>
      <w:r>
        <w:t>دسمبر 2015 کے آخری ہفتے میں</w:t>
      </w:r>
    </w:p>
    <w:p>
      <w:r>
        <w:rPr>
          <w:b/>
        </w:rPr>
        <w:t xml:space="preserve">[00:55] </w:t>
      </w:r>
      <w:r>
        <w:t>Canada mein tha,</w:t>
      </w:r>
    </w:p>
    <w:p>
      <w:pPr>
        <w:jc w:val="right"/>
      </w:pPr>
      <w:r>
        <w:t>کینیڈا میں تھا،</w:t>
      </w:r>
    </w:p>
    <w:p>
      <w:r>
        <w:rPr>
          <w:b/>
        </w:rPr>
        <w:t xml:space="preserve">[00:59] </w:t>
      </w:r>
      <w:r>
        <w:t>to wahan ke kuch</w:t>
      </w:r>
    </w:p>
    <w:p>
      <w:pPr>
        <w:jc w:val="right"/>
      </w:pPr>
      <w:r>
        <w:t>تو وہاں کے کچھ</w:t>
      </w:r>
    </w:p>
    <w:p>
      <w:r>
        <w:rPr>
          <w:b/>
        </w:rPr>
        <w:t xml:space="preserve">[01:02] </w:t>
      </w:r>
      <w:r>
        <w:t>experience maine pichhle haftay bataye thay.</w:t>
      </w:r>
    </w:p>
    <w:p>
      <w:pPr>
        <w:jc w:val="right"/>
      </w:pPr>
      <w:r>
        <w:t>ایکسپیرینس میں نے پچھلے ہفتے بتائے تھے۔</w:t>
      </w:r>
    </w:p>
    <w:p>
      <w:r>
        <w:rPr>
          <w:b/>
        </w:rPr>
        <w:t xml:space="preserve">[01:05] </w:t>
      </w:r>
      <w:r>
        <w:t>aaj main isi ke</w:t>
      </w:r>
    </w:p>
    <w:p>
      <w:pPr>
        <w:jc w:val="right"/>
      </w:pPr>
      <w:r>
        <w:t>آج میں اسی کے</w:t>
      </w:r>
    </w:p>
    <w:p>
      <w:r>
        <w:rPr>
          <w:b/>
        </w:rPr>
        <w:t xml:space="preserve">[01:08] </w:t>
      </w:r>
      <w:r>
        <w:t>ek aur experience batana chahta hoon.</w:t>
      </w:r>
    </w:p>
    <w:p>
      <w:pPr>
        <w:jc w:val="right"/>
      </w:pPr>
      <w:r>
        <w:t>ایک اور ایکسپیرینس بتانا چاہتا ہوں۔</w:t>
      </w:r>
    </w:p>
    <w:p>
      <w:r>
        <w:rPr>
          <w:b/>
        </w:rPr>
        <w:t xml:space="preserve">[01:12] </w:t>
      </w:r>
      <w:r>
        <w:t>Canada ke ek safar mein mujhe ek discovery hui:</w:t>
      </w:r>
    </w:p>
    <w:p>
      <w:pPr>
        <w:jc w:val="right"/>
      </w:pPr>
      <w:r>
        <w:t>کینیڈا کے ایک سفر میں مجھے ایک ڈسکوری ہوئی:</w:t>
      </w:r>
    </w:p>
    <w:p>
      <w:r>
        <w:rPr>
          <w:b/>
        </w:rPr>
        <w:t xml:space="preserve">[01:16] </w:t>
      </w:r>
      <w:r>
        <w:t>Quran ki ek ayat samajh mein aayi.</w:t>
      </w:r>
    </w:p>
    <w:p>
      <w:pPr>
        <w:jc w:val="right"/>
      </w:pPr>
      <w:r>
        <w:t>قرآن کی ایک آیت سمجھ میں آئی۔</w:t>
      </w:r>
    </w:p>
    <w:p>
      <w:r>
        <w:rPr>
          <w:b/>
        </w:rPr>
        <w:t xml:space="preserve">[01:22] </w:t>
      </w:r>
      <w:r>
        <w:t>wo ayat hai: wa laula daf u la nas ba'dhun bibatin lafazat al ard. ye "daf" jo hai, ye ek laf</w:t>
      </w:r>
    </w:p>
    <w:p>
      <w:pPr>
        <w:jc w:val="right"/>
      </w:pPr>
      <w:r>
        <w:t>وہ آیت ہے: وَلَوْلَى دَفُوا لَا نَّاسَ بَعْضٌ بَبَاطٍ لَفَظَةُ الْأَرْضِ یہ "دف" جو ہے، یہ ایک لاف</w:t>
      </w:r>
    </w:p>
    <w:p>
      <w:r>
        <w:rPr>
          <w:b/>
        </w:rPr>
        <w:t xml:space="preserve">[01:31] </w:t>
      </w:r>
      <w:r>
        <w:t>nature hai. ye history ke bare mein hai,</w:t>
      </w:r>
    </w:p>
    <w:p>
      <w:pPr>
        <w:jc w:val="right"/>
      </w:pPr>
      <w:r>
        <w:t>نیچر ہے۔ یہ ہسٹری کے بارے میں ہے،</w:t>
      </w:r>
    </w:p>
    <w:p>
      <w:r>
        <w:rPr>
          <w:b/>
        </w:rPr>
        <w:t xml:space="preserve">[01:38] </w:t>
      </w:r>
      <w:r>
        <w:t>yani jo laf nature hai us ke mutabiq history ka safar</w:t>
      </w:r>
    </w:p>
    <w:p>
      <w:pPr>
        <w:jc w:val="right"/>
      </w:pPr>
      <w:r>
        <w:t>یعنی جو لاف نیچر ہے اس کے مطابق ہسٹری کا سفر</w:t>
      </w:r>
    </w:p>
    <w:p>
      <w:r>
        <w:rPr>
          <w:b/>
        </w:rPr>
        <w:t xml:space="preserve">[01:43] </w:t>
      </w:r>
      <w:r>
        <w:t>periodical hota hai.</w:t>
      </w:r>
    </w:p>
    <w:p>
      <w:pPr>
        <w:jc w:val="right"/>
      </w:pPr>
      <w:r>
        <w:t>پیریڈیکل ہوتا ہے۔</w:t>
      </w:r>
    </w:p>
    <w:p>
      <w:r>
        <w:rPr>
          <w:b/>
        </w:rPr>
        <w:t xml:space="preserve">[01:46] </w:t>
      </w:r>
      <w:r>
        <w:t>har baar ek period</w:t>
      </w:r>
    </w:p>
    <w:p>
      <w:pPr>
        <w:jc w:val="right"/>
      </w:pPr>
      <w:r>
        <w:t>ہر بار ایک پیریڈ</w:t>
      </w:r>
    </w:p>
    <w:p>
      <w:r>
        <w:rPr>
          <w:b/>
        </w:rPr>
        <w:t xml:space="preserve">[01:49] </w:t>
      </w:r>
      <w:r>
        <w:t>samne aata hai, iska ek first phase hota hai, phir ek second phase hota hai, iska</w:t>
      </w:r>
    </w:p>
    <w:p>
      <w:pPr>
        <w:jc w:val="right"/>
      </w:pPr>
      <w:r>
        <w:t>سامنے آتا ہے، اس کا ایک فرسٹ فیز ہوتا ہے، پھر ایک سیکنڈ فیز ہوتا ہے، اس کا</w:t>
      </w:r>
    </w:p>
    <w:p>
      <w:r>
        <w:rPr>
          <w:b/>
        </w:rPr>
        <w:t xml:space="preserve">[01:55] </w:t>
      </w:r>
      <w:r>
        <w:t>third phase hota hai.</w:t>
      </w:r>
    </w:p>
    <w:p>
      <w:pPr>
        <w:jc w:val="right"/>
      </w:pPr>
      <w:r>
        <w:t>تھرڈ فیز ہوتا ہے۔</w:t>
      </w:r>
    </w:p>
    <w:p>
      <w:r>
        <w:rPr>
          <w:b/>
        </w:rPr>
        <w:t xml:space="preserve">[01:57] </w:t>
      </w:r>
      <w:r>
        <w:t>is ko aap doosre lafzon mein keh sakte hain: action, reaction, positive response.</w:t>
      </w:r>
    </w:p>
    <w:p>
      <w:pPr>
        <w:jc w:val="right"/>
      </w:pPr>
      <w:r>
        <w:t>اس کو آپ دوسرے لفظوں میں کہہ سکتے ہیں: ایکشن، ری ایکشن، پازیٹو رسپانس۔</w:t>
      </w:r>
    </w:p>
    <w:p>
      <w:r>
        <w:rPr>
          <w:b/>
        </w:rPr>
        <w:t xml:space="preserve">[02:06] </w:t>
      </w:r>
      <w:r>
        <w:t>isi ko hegel, german philosopher hegel, aur is ke sathiyon ne</w:t>
      </w:r>
    </w:p>
    <w:p>
      <w:pPr>
        <w:jc w:val="right"/>
      </w:pPr>
      <w:r>
        <w:t>اسی کو ہیگل، جرمن فلاسفر ہیگل، اور اس کے ساتھیوں نے</w:t>
      </w:r>
    </w:p>
    <w:p>
      <w:r>
        <w:rPr>
          <w:b/>
        </w:rPr>
        <w:t xml:space="preserve">[02:15] </w:t>
      </w:r>
      <w:r>
        <w:t>classical language mein kaha ke</w:t>
      </w:r>
    </w:p>
    <w:p>
      <w:pPr>
        <w:jc w:val="right"/>
      </w:pPr>
      <w:r>
        <w:t>کلاسیکل لینگویج میں کہا کہ</w:t>
      </w:r>
    </w:p>
    <w:p>
      <w:r>
        <w:rPr>
          <w:b/>
        </w:rPr>
        <w:t xml:space="preserve">[02:20] </w:t>
      </w:r>
      <w:r>
        <w:t>"thesis, antithesis,</w:t>
      </w:r>
    </w:p>
    <w:p>
      <w:pPr>
        <w:jc w:val="right"/>
      </w:pPr>
      <w:r>
        <w:t>"تھیسس، اینٹی تھیسس،</w:t>
      </w:r>
    </w:p>
    <w:p>
      <w:r>
        <w:rPr>
          <w:b/>
        </w:rPr>
        <w:t xml:space="preserve">[02:23] </w:t>
      </w:r>
      <w:r>
        <w:t>synthesis". isi baat ko philosophical language mein bayan karna hai.</w:t>
      </w:r>
    </w:p>
    <w:p>
      <w:pPr>
        <w:jc w:val="right"/>
      </w:pPr>
      <w:r>
        <w:t>سنتھیسس"۔ اسی بات کو فلاسفیکل لینگویج میں بیان کرنا ہے۔</w:t>
      </w:r>
    </w:p>
    <w:p>
      <w:r>
        <w:rPr>
          <w:b/>
        </w:rPr>
        <w:t xml:space="preserve">[02:29] </w:t>
      </w:r>
      <w:r>
        <w:t>yani ek history samne aati hai, phir is history</w:t>
      </w:r>
    </w:p>
    <w:p>
      <w:pPr>
        <w:jc w:val="right"/>
      </w:pPr>
      <w:r>
        <w:t>یعنی ایک ہسٹری سامنے آتی ہے، پھر اس ہسٹری</w:t>
      </w:r>
    </w:p>
    <w:p>
      <w:r>
        <w:rPr>
          <w:b/>
        </w:rPr>
        <w:t xml:space="preserve">[02:36] </w:t>
      </w:r>
      <w:r>
        <w:t>ke andar se ek naya process shuru hota hai, jis ko unhon ne kaha antithesis.</w:t>
      </w:r>
    </w:p>
    <w:p>
      <w:pPr>
        <w:jc w:val="right"/>
      </w:pPr>
      <w:r>
        <w:t>کے اندر سے ایک نیا پراسیس شروع ہوتا ہے، جس کو انہوں نے کہا اینٹی تھیسس۔</w:t>
      </w:r>
    </w:p>
    <w:p>
      <w:r>
        <w:rPr>
          <w:b/>
        </w:rPr>
        <w:t xml:space="preserve">[02:41] </w:t>
      </w:r>
      <w:r>
        <w:t>phir woh ek imtezaaj hota hai, synthesis,</w:t>
      </w:r>
    </w:p>
    <w:p>
      <w:pPr>
        <w:jc w:val="right"/>
      </w:pPr>
      <w:r>
        <w:t>پھر وہ ایک امتزاج ہوتا ہے، سنتھیسس،</w:t>
      </w:r>
    </w:p>
    <w:p>
      <w:r>
        <w:rPr>
          <w:b/>
        </w:rPr>
        <w:t xml:space="preserve">[02:46] </w:t>
      </w:r>
      <w:r>
        <w:t>aur phir ek</w:t>
      </w:r>
    </w:p>
    <w:p>
      <w:pPr>
        <w:jc w:val="right"/>
      </w:pPr>
      <w:r>
        <w:t>اور پھر ایک</w:t>
      </w:r>
    </w:p>
    <w:p>
      <w:r>
        <w:rPr>
          <w:b/>
        </w:rPr>
        <w:t xml:space="preserve">[02:48] </w:t>
      </w:r>
      <w:r>
        <w:t>behtar result samne aata hai.</w:t>
      </w:r>
    </w:p>
    <w:p>
      <w:pPr>
        <w:jc w:val="right"/>
      </w:pPr>
      <w:r>
        <w:t>بہتر رزلٹ سامنے آتا ہے۔</w:t>
      </w:r>
    </w:p>
    <w:p>
      <w:r>
        <w:rPr>
          <w:b/>
        </w:rPr>
        <w:t xml:space="preserve">[02:52] </w:t>
      </w:r>
      <w:r>
        <w:t>to yeh history ka ek law hai.</w:t>
      </w:r>
    </w:p>
    <w:p>
      <w:pPr>
        <w:jc w:val="right"/>
      </w:pPr>
      <w:r>
        <w:t>تو یہ ہسٹری کا ایک لاء ہے۔</w:t>
      </w:r>
    </w:p>
    <w:p>
      <w:r>
        <w:rPr>
          <w:b/>
        </w:rPr>
        <w:t xml:space="preserve">[02:56] </w:t>
      </w:r>
      <w:r>
        <w:t>to is ko</w:t>
      </w:r>
    </w:p>
    <w:p>
      <w:pPr>
        <w:jc w:val="right"/>
      </w:pPr>
      <w:r>
        <w:t>تو اس کو</w:t>
      </w:r>
    </w:p>
    <w:p>
      <w:r>
        <w:rPr>
          <w:b/>
        </w:rPr>
        <w:t xml:space="preserve">[03:00] </w:t>
      </w:r>
      <w:r>
        <w:t>karl marx ne bhi istemal kiya, lekin is ne different tareeqe se istemal kiya.</w:t>
      </w:r>
    </w:p>
    <w:p>
      <w:pPr>
        <w:jc w:val="right"/>
      </w:pPr>
      <w:r>
        <w:t>کارل مارکس نے بھی استعمال کیا، لیکن اس نے ڈفرنٹ طریقے سے استعمال کیا۔</w:t>
      </w:r>
    </w:p>
    <w:p>
      <w:r>
        <w:rPr>
          <w:b/>
        </w:rPr>
        <w:t xml:space="preserve">[03:05] </w:t>
      </w:r>
      <w:r>
        <w:t>term wohi tha, lekin different tareeqe se is ko history par apply kiya.</w:t>
      </w:r>
    </w:p>
    <w:p>
      <w:pPr>
        <w:jc w:val="right"/>
      </w:pPr>
      <w:r>
        <w:t>ٹرم وہی تھا، لیکن ڈفرنٹ طریقے سے اس کو ہسٹری پر اپلائی کیا۔</w:t>
      </w:r>
    </w:p>
    <w:p>
      <w:r>
        <w:rPr>
          <w:b/>
        </w:rPr>
        <w:t xml:space="preserve">[03:12] </w:t>
      </w:r>
      <w:r>
        <w:t>beh-haal, main to is ko</w:t>
      </w:r>
    </w:p>
    <w:p>
      <w:pPr>
        <w:jc w:val="right"/>
      </w:pPr>
      <w:r>
        <w:t>بہرحال، میں تو اس کو</w:t>
      </w:r>
    </w:p>
    <w:p>
      <w:r>
        <w:rPr>
          <w:b/>
        </w:rPr>
        <w:t xml:space="preserve">[03:17] </w:t>
      </w:r>
      <w:r>
        <w:t>apne hisab se lena chahta hoon.</w:t>
      </w:r>
    </w:p>
    <w:p>
      <w:pPr>
        <w:jc w:val="right"/>
      </w:pPr>
      <w:r>
        <w:t>اپنے حساب سے لینا چاہتا ہوں۔</w:t>
      </w:r>
    </w:p>
    <w:p>
      <w:r>
        <w:rPr>
          <w:b/>
        </w:rPr>
        <w:t xml:space="preserve">[03:21] </w:t>
      </w:r>
      <w:r>
        <w:t>to is ka kuch aap ko aaj arz karunga.</w:t>
      </w:r>
    </w:p>
    <w:p>
      <w:pPr>
        <w:jc w:val="right"/>
      </w:pPr>
      <w:r>
        <w:t>تو اس کا کچھ آپ کو آج عرض کروں گا۔</w:t>
      </w:r>
    </w:p>
    <w:p>
      <w:r>
        <w:rPr>
          <w:b/>
        </w:rPr>
        <w:t xml:space="preserve">[03:26] </w:t>
      </w:r>
      <w:r>
        <w:t>ji, canada ke safar mein hamari mulaqat hui ek sahab, un ka naam hai mr. fauzan khan.</w:t>
      </w:r>
    </w:p>
    <w:p>
      <w:pPr>
        <w:jc w:val="right"/>
      </w:pPr>
      <w:r>
        <w:t>جی، کینیڈا کے سفر میں ہماری ملاقات ہوئی ایک صاحب، ان کا نام ہے مسٹر فوزان خان۔</w:t>
      </w:r>
    </w:p>
    <w:p>
      <w:r>
        <w:rPr>
          <w:b/>
        </w:rPr>
        <w:t xml:space="preserve">[03:33] </w:t>
      </w:r>
      <w:r>
        <w:t>woh bohat hi competent aadmi hain, aur bohat spirit un ke andar hai.</w:t>
      </w:r>
    </w:p>
    <w:p>
      <w:pPr>
        <w:jc w:val="right"/>
      </w:pPr>
      <w:r>
        <w:t>وہ بہت ہی کامپٹنٹ آدمی ہیں، اور بہت اسپیریٹ ان کے اندر ہے۔</w:t>
      </w:r>
    </w:p>
    <w:p>
      <w:r>
        <w:rPr>
          <w:b/>
        </w:rPr>
        <w:t xml:space="preserve">[03:40] </w:t>
      </w:r>
      <w:r>
        <w:t>to woh ek movement ke founder</w:t>
      </w:r>
    </w:p>
    <w:p>
      <w:pPr>
        <w:jc w:val="right"/>
      </w:pPr>
      <w:r>
        <w:t>تو وہ ایک موومنٹ کے فاؤنڈر</w:t>
      </w:r>
    </w:p>
    <w:p>
      <w:r>
        <w:rPr>
          <w:b/>
        </w:rPr>
        <w:t xml:space="preserve">[03:45] </w:t>
      </w:r>
      <w:r>
        <w:t>hain, jis ko kehte hain "reviving</w:t>
      </w:r>
    </w:p>
    <w:p>
      <w:pPr>
        <w:jc w:val="right"/>
      </w:pPr>
      <w:r>
        <w:t>ہیں، جس کو کہتے ہیں "ریوائیونگ</w:t>
      </w:r>
    </w:p>
    <w:p>
      <w:r>
        <w:rPr>
          <w:b/>
        </w:rPr>
        <w:t xml:space="preserve">[03:49] </w:t>
      </w:r>
      <w:r>
        <w:t>da isprt of islam".</w:t>
      </w:r>
    </w:p>
    <w:p>
      <w:pPr>
        <w:jc w:val="right"/>
      </w:pPr>
      <w:r>
        <w:t>دا اسپرٹ آف اسلام"۔</w:t>
      </w:r>
    </w:p>
    <w:p>
      <w:r>
        <w:rPr>
          <w:b/>
        </w:rPr>
        <w:t xml:space="preserve">[03:54] </w:t>
      </w:r>
      <w:r>
        <w:t>to mujh se in ke sathiyon se mulaqat hui to maloom yeh hua ke 9/11 ka jo waqea</w:t>
      </w:r>
    </w:p>
    <w:p>
      <w:pPr>
        <w:jc w:val="right"/>
      </w:pPr>
      <w:r>
        <w:t>تو مجھ سے ان کے ساتھیوں سے ملاقات ہوئی تو معلوم یہ ہوا کہ 9/11 کا جو واقعہ</w:t>
      </w:r>
    </w:p>
    <w:p>
      <w:r>
        <w:rPr>
          <w:b/>
        </w:rPr>
        <w:t xml:space="preserve">[04:02] </w:t>
      </w:r>
      <w:r>
        <w:t>hua tha, yani 2001 mein,</w:t>
      </w:r>
    </w:p>
    <w:p>
      <w:pPr>
        <w:jc w:val="right"/>
      </w:pPr>
      <w:r>
        <w:t>ہوا تھا، یعنی 2001 میں،</w:t>
      </w:r>
    </w:p>
    <w:p>
      <w:r>
        <w:rPr>
          <w:b/>
        </w:rPr>
        <w:t xml:space="preserve">[04:05] </w:t>
      </w:r>
      <w:r>
        <w:t>9/11, to is ke baad aap jante hain ke poore western world mein islam ki aur musalmanon ki</w:t>
      </w:r>
    </w:p>
    <w:p>
      <w:pPr>
        <w:jc w:val="right"/>
      </w:pPr>
      <w:r>
        <w:t>9/11، تو اس کے بعد آپ جانتے ہیں کہ پورے ویسٹرن ورلڈ میں اسلام کی اور مسلمانوں کی</w:t>
      </w:r>
    </w:p>
    <w:p>
      <w:r>
        <w:rPr>
          <w:b/>
        </w:rPr>
        <w:t xml:space="preserve">[04:12] </w:t>
      </w:r>
      <w:r>
        <w:t>image bohat kharab ho gai.</w:t>
      </w:r>
    </w:p>
    <w:p>
      <w:pPr>
        <w:jc w:val="right"/>
      </w:pPr>
      <w:r>
        <w:t>امیج بہت خراب ہو گئی۔</w:t>
      </w:r>
    </w:p>
    <w:p>
      <w:r>
        <w:rPr>
          <w:b/>
        </w:rPr>
        <w:t xml:space="preserve">[04:15] </w:t>
      </w:r>
      <w:r>
        <w:t>to yeh kuch naujawan the, jis ke</w:t>
      </w:r>
    </w:p>
    <w:p>
      <w:pPr>
        <w:jc w:val="right"/>
      </w:pPr>
      <w:r>
        <w:t>تو یہ کچھ نوجوان تھے، جس کے</w:t>
      </w:r>
    </w:p>
    <w:p>
      <w:r>
        <w:rPr>
          <w:b/>
        </w:rPr>
        <w:t xml:space="preserve">[04:20] </w:t>
      </w:r>
      <w:r>
        <w:t>qaid the mister fozan khan.</w:t>
      </w:r>
    </w:p>
    <w:p>
      <w:pPr>
        <w:jc w:val="right"/>
      </w:pPr>
      <w:r>
        <w:t>قائد تھے مسٹر فوزان خان۔</w:t>
      </w:r>
    </w:p>
    <w:p>
      <w:r>
        <w:rPr>
          <w:b/>
        </w:rPr>
        <w:t xml:space="preserve">[04:23] </w:t>
      </w:r>
      <w:r>
        <w:t>unhon ne socha ke image building ka kaam karna chahiye.</w:t>
      </w:r>
    </w:p>
    <w:p>
      <w:pPr>
        <w:jc w:val="right"/>
      </w:pPr>
      <w:r>
        <w:t>انہوں نے سوچا کہ امیج بلڈنگ کا کام کرنا چاہیے۔</w:t>
      </w:r>
    </w:p>
    <w:p>
      <w:r>
        <w:rPr>
          <w:b/>
        </w:rPr>
        <w:t xml:space="preserve">[04:28] </w:t>
      </w:r>
      <w:r>
        <w:t>to unhon ne apni aik movement</w:t>
      </w:r>
    </w:p>
    <w:p>
      <w:pPr>
        <w:jc w:val="right"/>
      </w:pPr>
      <w:r>
        <w:t>تو انہوں نے اپنی ایک موومنٹ</w:t>
      </w:r>
    </w:p>
    <w:p>
      <w:r>
        <w:rPr>
          <w:b/>
        </w:rPr>
        <w:t xml:space="preserve">[04:31] </w:t>
      </w:r>
      <w:r>
        <w:t>yeh shuru ki, jis ko kehte hain "reviving islamic spirit".</w:t>
      </w:r>
    </w:p>
    <w:p>
      <w:pPr>
        <w:jc w:val="right"/>
      </w:pPr>
      <w:r>
        <w:t>یہ شروع کی، جس کو کہتے ہیں "ریوائیونگ اسلامک اسپرٹ"۔</w:t>
      </w:r>
    </w:p>
    <w:p>
      <w:r>
        <w:rPr>
          <w:b/>
        </w:rPr>
        <w:t xml:space="preserve">[04:39] </w:t>
      </w:r>
      <w:r>
        <w:t>to kafi naujawan is mein shareek ho gaye.</w:t>
      </w:r>
    </w:p>
    <w:p>
      <w:pPr>
        <w:jc w:val="right"/>
      </w:pPr>
      <w:r>
        <w:t>تو کافی نوجوان اس میں شریک ہو گئے۔</w:t>
      </w:r>
    </w:p>
    <w:p>
      <w:r>
        <w:rPr>
          <w:b/>
        </w:rPr>
        <w:t xml:space="preserve">[04:42] </w:t>
      </w:r>
      <w:r>
        <w:t>aur 2003 mein is ka pehla ijlase kiya tha unhon ne.</w:t>
      </w:r>
    </w:p>
    <w:p>
      <w:pPr>
        <w:jc w:val="right"/>
      </w:pPr>
      <w:r>
        <w:t>اور 2003 میں اس کا پہلا اجلاس کیا تھا انہوں نے۔</w:t>
      </w:r>
    </w:p>
    <w:p>
      <w:r>
        <w:rPr>
          <w:b/>
        </w:rPr>
        <w:t xml:space="preserve">[04:48] </w:t>
      </w:r>
      <w:r>
        <w:t>to har saal karte hain woh.</w:t>
      </w:r>
    </w:p>
    <w:p>
      <w:pPr>
        <w:jc w:val="right"/>
      </w:pPr>
      <w:r>
        <w:t>تو ہر سال کرتے ہیں وہ۔</w:t>
      </w:r>
    </w:p>
    <w:p>
      <w:r>
        <w:rPr>
          <w:b/>
        </w:rPr>
        <w:t xml:space="preserve">[04:49] </w:t>
      </w:r>
      <w:r>
        <w:t>is saal mujhe bhi bulaya tha unhon ne.</w:t>
      </w:r>
    </w:p>
    <w:p>
      <w:pPr>
        <w:jc w:val="right"/>
      </w:pPr>
      <w:r>
        <w:t>اس سال مجھے بھی بلایا تھا انہوں نے۔</w:t>
      </w:r>
    </w:p>
    <w:p>
      <w:r>
        <w:rPr>
          <w:b/>
        </w:rPr>
        <w:t xml:space="preserve">[04:53] </w:t>
      </w:r>
      <w:r>
        <w:t>to dekhiye, yani</w:t>
      </w:r>
    </w:p>
    <w:p>
      <w:pPr>
        <w:jc w:val="right"/>
      </w:pPr>
      <w:r>
        <w:t>تو دیکھیے، یعنی</w:t>
      </w:r>
    </w:p>
    <w:p>
      <w:r>
        <w:rPr>
          <w:b/>
        </w:rPr>
        <w:t xml:space="preserve">[04:58] </w:t>
      </w:r>
      <w:r>
        <w:t>9/11 aik bohat hi shocking waqea tha.</w:t>
      </w:r>
    </w:p>
    <w:p>
      <w:pPr>
        <w:jc w:val="right"/>
      </w:pPr>
      <w:r>
        <w:t>9/11 ایک بہت ہی شاکنگ واقعہ تھا۔</w:t>
      </w:r>
    </w:p>
    <w:p>
      <w:r>
        <w:rPr>
          <w:b/>
        </w:rPr>
        <w:t xml:space="preserve">[05:02] </w:t>
      </w:r>
      <w:r>
        <w:t>logon ke dimagh ko hila diya is ne.</w:t>
      </w:r>
    </w:p>
    <w:p>
      <w:pPr>
        <w:jc w:val="right"/>
      </w:pPr>
      <w:r>
        <w:t>لوگوں کے دماغ کو ہلا دیا اس نے۔</w:t>
      </w:r>
    </w:p>
    <w:p>
      <w:r>
        <w:rPr>
          <w:b/>
        </w:rPr>
        <w:t xml:space="preserve">[05:05] </w:t>
      </w:r>
      <w:r>
        <w:t>to pehla jo</w:t>
      </w:r>
    </w:p>
    <w:p>
      <w:pPr>
        <w:jc w:val="right"/>
      </w:pPr>
      <w:r>
        <w:t>تو پہلا جو</w:t>
      </w:r>
    </w:p>
    <w:p>
      <w:r>
        <w:rPr>
          <w:b/>
        </w:rPr>
        <w:t xml:space="preserve">[05:10] </w:t>
      </w:r>
      <w:r>
        <w:t>reaction tha, woh to negative tha ke musalman alaihissalam aik</w:t>
      </w:r>
    </w:p>
    <w:p>
      <w:pPr>
        <w:jc w:val="right"/>
      </w:pPr>
      <w:r>
        <w:t>ری ایکشن تھا، وہ تو نیگیٹو تھا کہ مسلمان علیہ السلام ایک</w:t>
      </w:r>
    </w:p>
    <w:p>
      <w:r>
        <w:rPr>
          <w:b/>
        </w:rPr>
        <w:t xml:space="preserve">[05:17] </w:t>
      </w:r>
      <w:r>
        <w:t>violent mein violence mein believe karte hain.</w:t>
      </w:r>
    </w:p>
    <w:p>
      <w:pPr>
        <w:jc w:val="right"/>
      </w:pPr>
      <w:r>
        <w:t>وائلنٹ میں وائلنس میں بلیو کرتے ہیں۔</w:t>
      </w:r>
    </w:p>
    <w:p>
      <w:r>
        <w:rPr>
          <w:b/>
        </w:rPr>
        <w:t xml:space="preserve">[05:21] </w:t>
      </w:r>
      <w:r>
        <w:t>islam aik violent region hai.</w:t>
      </w:r>
    </w:p>
    <w:p>
      <w:pPr>
        <w:jc w:val="right"/>
      </w:pPr>
      <w:r>
        <w:t>اسلام ایک وائلنٹ ریجنٹ ہے۔</w:t>
      </w:r>
    </w:p>
    <w:p>
      <w:r>
        <w:rPr>
          <w:b/>
        </w:rPr>
        <w:t xml:space="preserve">[05:24] </w:t>
      </w:r>
      <w:r>
        <w:t>is tarah ka ta'sur paida hua pehla.</w:t>
      </w:r>
    </w:p>
    <w:p>
      <w:pPr>
        <w:jc w:val="right"/>
      </w:pPr>
      <w:r>
        <w:t>اس طرح کا تاثر پیدا ہوا پہلا۔</w:t>
      </w:r>
    </w:p>
    <w:p>
      <w:r>
        <w:rPr>
          <w:b/>
        </w:rPr>
        <w:t xml:space="preserve">[05:27] </w:t>
      </w:r>
      <w:r>
        <w:t>phir aik process jo jari hua, to is mein se aise log paida hue, jis ko mister mister</w:t>
      </w:r>
    </w:p>
    <w:p>
      <w:pPr>
        <w:jc w:val="right"/>
      </w:pPr>
      <w:r>
        <w:t>پھر ایک پراسیس جو جاری ہوا، تو اس میں سے ایسے لوگ پیدا ہوئے، جس کو مسٹر مسٹر</w:t>
      </w:r>
    </w:p>
    <w:p>
      <w:r>
        <w:rPr>
          <w:b/>
        </w:rPr>
        <w:t xml:space="preserve">[05:32] </w:t>
      </w:r>
      <w:r>
        <w:t>fozan khan jaise, ke unhon ne chaha ke image building ka kaam karen.</w:t>
      </w:r>
    </w:p>
    <w:p>
      <w:pPr>
        <w:jc w:val="right"/>
      </w:pPr>
      <w:r>
        <w:t>فوزان خان جیسے، کہ انہوں نے چاہا کہ امیج بلڈنگ کا کام کریں۔</w:t>
      </w:r>
    </w:p>
    <w:p>
      <w:r>
        <w:rPr>
          <w:b/>
        </w:rPr>
        <w:t xml:space="preserve">[05:38] </w:t>
      </w:r>
      <w:r>
        <w:t>to that was positive response.</w:t>
      </w:r>
    </w:p>
    <w:p>
      <w:pPr>
        <w:jc w:val="right"/>
      </w:pPr>
      <w:r>
        <w:t>تو دیٹ واز پازیٹو رسپانس۔</w:t>
      </w:r>
    </w:p>
    <w:p>
      <w:r>
        <w:rPr>
          <w:b/>
        </w:rPr>
        <w:t xml:space="preserve">[05:43] </w:t>
      </w:r>
      <w:r>
        <w:t>to ab wohi kaam woh kar rahe hain.</w:t>
      </w:r>
    </w:p>
    <w:p>
      <w:pPr>
        <w:jc w:val="right"/>
      </w:pPr>
      <w:r>
        <w:t>تو اب وہی کام وہ کر رہے ہیں۔</w:t>
      </w:r>
    </w:p>
    <w:p>
      <w:r>
        <w:rPr>
          <w:b/>
        </w:rPr>
        <w:t xml:space="preserve">[05:46] </w:t>
      </w:r>
      <w:r>
        <w:t>isi ko maine kaha ke action, reaction, positive response.</w:t>
      </w:r>
    </w:p>
    <w:p>
      <w:pPr>
        <w:jc w:val="right"/>
      </w:pPr>
      <w:r>
        <w:t>اسی کو میں نے کہا کہ ایکشن، ری ایکشن، پازیٹو رسپانس۔</w:t>
      </w:r>
    </w:p>
    <w:p>
      <w:r>
        <w:rPr>
          <w:b/>
        </w:rPr>
        <w:t xml:space="preserve">[05:50] </w:t>
      </w:r>
      <w:r>
        <w:t>yeh hai history ka law.</w:t>
      </w:r>
    </w:p>
    <w:p>
      <w:pPr>
        <w:jc w:val="right"/>
      </w:pPr>
      <w:r>
        <w:t>یہ ہے ہسٹری کا لاء۔</w:t>
      </w:r>
    </w:p>
    <w:p>
      <w:r>
        <w:rPr>
          <w:b/>
        </w:rPr>
        <w:t xml:space="preserve">[05:54] </w:t>
      </w:r>
      <w:r>
        <w:t>to behal, un ke haan kai program hoey.</w:t>
      </w:r>
    </w:p>
    <w:p>
      <w:pPr>
        <w:jc w:val="right"/>
      </w:pPr>
      <w:r>
        <w:t>تو بہرحال، ان کے ہاں کئی پروگرام ہال ہوئے۔</w:t>
      </w:r>
    </w:p>
    <w:p>
      <w:r>
        <w:rPr>
          <w:b/>
        </w:rPr>
        <w:t xml:space="preserve">[05:58] </w:t>
      </w:r>
      <w:r>
        <w:t>phir Mr. Fauzan Khan, un ke sab saathi jo khaas khaas hain, naujawan, woh hamare hotel ke kamre</w:t>
      </w:r>
    </w:p>
    <w:p>
      <w:pPr>
        <w:jc w:val="right"/>
      </w:pPr>
      <w:r>
        <w:t>پھر مسٹر فوزان خان، ان کے سب ساتھی جو خاص خاص ہیں، نوجوان، وہ ہمارے ہوٹل کے کمرے</w:t>
      </w:r>
    </w:p>
    <w:p>
      <w:r>
        <w:rPr>
          <w:b/>
        </w:rPr>
        <w:t xml:space="preserve">[06:06] </w:t>
      </w:r>
      <w:r>
        <w:t>mein ikhatta hoey.</w:t>
      </w:r>
    </w:p>
    <w:p>
      <w:pPr>
        <w:jc w:val="right"/>
      </w:pPr>
      <w:r>
        <w:t>میں اکٹھا ہوئے۔</w:t>
      </w:r>
    </w:p>
    <w:p>
      <w:r>
        <w:rPr>
          <w:b/>
        </w:rPr>
        <w:t xml:space="preserve">[06:07] </w:t>
      </w:r>
      <w:r>
        <w:t>to un se baat cheet hui.</w:t>
      </w:r>
    </w:p>
    <w:p>
      <w:pPr>
        <w:jc w:val="right"/>
      </w:pPr>
      <w:r>
        <w:t>تو ان سے بات چیت ہوئی۔</w:t>
      </w:r>
    </w:p>
    <w:p>
      <w:r>
        <w:rPr>
          <w:b/>
        </w:rPr>
        <w:t xml:space="preserve">[06:10] </w:t>
      </w:r>
      <w:r>
        <w:t>to maine un ko kaha ke aap youth ko, naujawano ko mobilize kar rahe hain, yeh bohat</w:t>
      </w:r>
    </w:p>
    <w:p>
      <w:pPr>
        <w:jc w:val="right"/>
      </w:pPr>
      <w:r>
        <w:t>تو میں نے ان کو کہا کہ آپ یوتھ کو، نوجوانوں کو موبیلائز کر رہے ہیں، یہ بہت</w:t>
      </w:r>
    </w:p>
    <w:p>
      <w:r>
        <w:rPr>
          <w:b/>
        </w:rPr>
        <w:t xml:space="preserve">[06:17] </w:t>
      </w:r>
      <w:r>
        <w:t>acha kaam hai.</w:t>
      </w:r>
    </w:p>
    <w:p>
      <w:pPr>
        <w:jc w:val="right"/>
      </w:pPr>
      <w:r>
        <w:t>اچھا کام ہے۔</w:t>
      </w:r>
    </w:p>
    <w:p>
      <w:r>
        <w:rPr>
          <w:b/>
        </w:rPr>
        <w:t xml:space="preserve">[06:19] </w:t>
      </w:r>
      <w:r>
        <w:t>lekin youth ko aap ko ek target bhi dena parega.</w:t>
      </w:r>
    </w:p>
    <w:p>
      <w:pPr>
        <w:jc w:val="right"/>
      </w:pPr>
      <w:r>
        <w:t>لیکن یوتھ کو آپ کو ایک ٹارگٹ بھی دینا پڑے گا۔</w:t>
      </w:r>
    </w:p>
    <w:p>
      <w:r>
        <w:rPr>
          <w:b/>
        </w:rPr>
        <w:t xml:space="preserve">[06:22] </w:t>
      </w:r>
      <w:r>
        <w:t>target. Sirf mobilize karna jo hai, aadha kaam hai.</w:t>
      </w:r>
    </w:p>
    <w:p>
      <w:pPr>
        <w:jc w:val="right"/>
      </w:pPr>
      <w:r>
        <w:t>ٹارگٹ۔ صرف موبیلائز کرنا جو ہے، آدھا کام ہے۔</w:t>
      </w:r>
    </w:p>
    <w:p>
      <w:r>
        <w:rPr>
          <w:b/>
        </w:rPr>
        <w:t xml:space="preserve">[06:30] </w:t>
      </w:r>
      <w:r>
        <w:t>is ko poora karne ke liye aap ko ek target dena parega un ko, jo saal bhar</w:t>
      </w:r>
    </w:p>
    <w:p>
      <w:pPr>
        <w:jc w:val="right"/>
      </w:pPr>
      <w:r>
        <w:t>اس کو پورا کرنے کے لیے آپ کو ایک ٹارگٹ دینا پڑے گا ان کو، جو سال بھر</w:t>
      </w:r>
    </w:p>
    <w:p>
      <w:r>
        <w:rPr>
          <w:b/>
        </w:rPr>
        <w:t xml:space="preserve">[06:36] </w:t>
      </w:r>
      <w:r>
        <w:t>jis mein woh busy rahen.</w:t>
      </w:r>
    </w:p>
    <w:p>
      <w:pPr>
        <w:jc w:val="right"/>
      </w:pPr>
      <w:r>
        <w:t>جس میں وہ بزی رہیں۔</w:t>
      </w:r>
    </w:p>
    <w:p>
      <w:r>
        <w:rPr>
          <w:b/>
        </w:rPr>
        <w:t xml:space="preserve">[06:39] </w:t>
      </w:r>
      <w:r>
        <w:t>to maine kaha best target jo hai, woh Quran hai.</w:t>
      </w:r>
    </w:p>
    <w:p>
      <w:pPr>
        <w:jc w:val="right"/>
      </w:pPr>
      <w:r>
        <w:t>تو میں نے کہا بیسٹ ٹارگٹ جو ہے، وہ قرآن ہے۔</w:t>
      </w:r>
    </w:p>
    <w:p>
      <w:r>
        <w:rPr>
          <w:b/>
        </w:rPr>
        <w:t xml:space="preserve">[06:43] </w:t>
      </w:r>
      <w:r>
        <w:t>Quran ka translation aap phailayen logon ke darmiyan.</w:t>
      </w:r>
    </w:p>
    <w:p>
      <w:pPr>
        <w:jc w:val="right"/>
      </w:pPr>
      <w:r>
        <w:t>قرآن کا ٹرانسلیشن آپ پھیلائیں لوگوں کے درمیان۔</w:t>
      </w:r>
    </w:p>
    <w:p>
      <w:r>
        <w:rPr>
          <w:b/>
        </w:rPr>
        <w:t xml:space="preserve">[06:47] </w:t>
      </w:r>
      <w:r>
        <w:t>to is ko unhone pasand kiya.</w:t>
      </w:r>
    </w:p>
    <w:p>
      <w:pPr>
        <w:jc w:val="right"/>
      </w:pPr>
      <w:r>
        <w:t>تو اس کو انہوں نے پسند کیا۔</w:t>
      </w:r>
    </w:p>
    <w:p>
      <w:r>
        <w:rPr>
          <w:b/>
        </w:rPr>
        <w:t xml:space="preserve">[06:50] </w:t>
      </w:r>
      <w:r>
        <w:t>phir wahan par mulaqat hui Yusuf Islam sahib se, jo</w:t>
      </w:r>
    </w:p>
    <w:p>
      <w:pPr>
        <w:jc w:val="right"/>
      </w:pPr>
      <w:r>
        <w:t>پھر وہاں پر ملاقات ہوئی یوسف اسلام صاحب سے، جو</w:t>
      </w:r>
    </w:p>
    <w:p>
      <w:r>
        <w:rPr>
          <w:b/>
        </w:rPr>
        <w:t xml:space="preserve">[06:56] </w:t>
      </w:r>
      <w:r>
        <w:t>un ka pehla naam tha Cat Stevens, jo singer the.</w:t>
      </w:r>
    </w:p>
    <w:p>
      <w:pPr>
        <w:jc w:val="right"/>
      </w:pPr>
      <w:r>
        <w:t>ان کا پہلا نام تھا کیٹ اسٹونز، جو سنگر تھے۔</w:t>
      </w:r>
    </w:p>
    <w:p>
      <w:r>
        <w:rPr>
          <w:b/>
        </w:rPr>
        <w:t xml:space="preserve">[07:01] </w:t>
      </w:r>
      <w:r>
        <w:t>phir achaanak un ko Quran ka tarjuma English ka mila.</w:t>
      </w:r>
    </w:p>
    <w:p>
      <w:pPr>
        <w:jc w:val="right"/>
      </w:pPr>
      <w:r>
        <w:t>پھر اچانک ان کو قرآن کا ترجمہ انگلش کا ملا۔</w:t>
      </w:r>
    </w:p>
    <w:p>
      <w:r>
        <w:rPr>
          <w:b/>
        </w:rPr>
        <w:t xml:space="preserve">[07:06] </w:t>
      </w:r>
      <w:r>
        <w:t>is ko parh kar unhone</w:t>
      </w:r>
    </w:p>
    <w:p>
      <w:pPr>
        <w:jc w:val="right"/>
      </w:pPr>
      <w:r>
        <w:t>اس کو پڑھ کر انہوں نے</w:t>
      </w:r>
    </w:p>
    <w:p>
      <w:r>
        <w:rPr>
          <w:b/>
        </w:rPr>
        <w:t xml:space="preserve">[07:09] </w:t>
      </w:r>
      <w:r>
        <w:t>bohat is se mutasir hoey.</w:t>
      </w:r>
    </w:p>
    <w:p>
      <w:pPr>
        <w:jc w:val="right"/>
      </w:pPr>
      <w:r>
        <w:t>بہت اس سے متاثر ہوئے۔</w:t>
      </w:r>
    </w:p>
    <w:p>
      <w:r>
        <w:rPr>
          <w:b/>
        </w:rPr>
        <w:t xml:space="preserve">[07:11] </w:t>
      </w:r>
      <w:r>
        <w:t>unhone likha hai ke khaas baat yeh thi Quran mein ke aur kitaben jo main ne parhi</w:t>
      </w:r>
    </w:p>
    <w:p>
      <w:pPr>
        <w:jc w:val="right"/>
      </w:pPr>
      <w:r>
        <w:t>انہوں نے لکھا ہے کہ خاص بات یہ تھی قرآن میں کہ اور کتابیں جو میں نے پڑھی</w:t>
      </w:r>
    </w:p>
    <w:p>
      <w:r>
        <w:rPr>
          <w:b/>
        </w:rPr>
        <w:t xml:space="preserve">[07:15] </w:t>
      </w:r>
      <w:r>
        <w:t>theen, woh woh historical lagti theen mujhe, history.</w:t>
      </w:r>
    </w:p>
    <w:p>
      <w:pPr>
        <w:jc w:val="right"/>
      </w:pPr>
      <w:r>
        <w:t>تھیں، وہ وہ ہسٹوریکل لگتی تھیں مجھے، ہسٹری۔</w:t>
      </w:r>
    </w:p>
    <w:p>
      <w:r>
        <w:rPr>
          <w:b/>
        </w:rPr>
        <w:t xml:space="preserve">[07:21] </w:t>
      </w:r>
      <w:r>
        <w:t>lekin Quran jo hai, woh direct mujhe</w:t>
      </w:r>
    </w:p>
    <w:p>
      <w:pPr>
        <w:jc w:val="right"/>
      </w:pPr>
      <w:r>
        <w:t>لیکن قرآن جو ہے، وہ ڈائریکٹ مجھے</w:t>
      </w:r>
    </w:p>
    <w:p>
      <w:r>
        <w:rPr>
          <w:b/>
        </w:rPr>
        <w:t xml:space="preserve">[07:25] </w:t>
      </w:r>
      <w:r>
        <w:t>address kar raha tha.</w:t>
      </w:r>
    </w:p>
    <w:p>
      <w:pPr>
        <w:jc w:val="right"/>
      </w:pPr>
      <w:r>
        <w:t>ایڈریس کر رہا تھا۔</w:t>
      </w:r>
    </w:p>
    <w:p>
      <w:r>
        <w:rPr>
          <w:b/>
        </w:rPr>
        <w:t xml:space="preserve">[07:26] </w:t>
      </w:r>
      <w:r>
        <w:t>yani Quran mein</w:t>
      </w:r>
    </w:p>
    <w:p>
      <w:pPr>
        <w:jc w:val="right"/>
      </w:pPr>
      <w:r>
        <w:t>یعنی قرآن میں</w:t>
      </w:r>
    </w:p>
    <w:p>
      <w:r>
        <w:rPr>
          <w:b/>
        </w:rPr>
        <w:t xml:space="preserve">[07:29] </w:t>
      </w:r>
      <w:r>
        <w:t>jo mera creator jo hai, wo is ko direct address kar raha hai.</w:t>
      </w:r>
    </w:p>
    <w:p>
      <w:pPr>
        <w:jc w:val="right"/>
      </w:pPr>
      <w:r>
        <w:t>جو میرا کریٹر جو ہے، وہ اس کو ڈائریکٹ ایڈریس کر رہا ہے۔</w:t>
      </w:r>
    </w:p>
    <w:p>
      <w:r>
        <w:rPr>
          <w:b/>
        </w:rPr>
        <w:t xml:space="preserve">[07:32] </w:t>
      </w:r>
      <w:r>
        <w:t>kaisa laga mujhe?</w:t>
      </w:r>
    </w:p>
    <w:p>
      <w:pPr>
        <w:jc w:val="right"/>
      </w:pPr>
      <w:r>
        <w:t>کیسا لگا مجھے؟</w:t>
      </w:r>
    </w:p>
    <w:p>
      <w:r>
        <w:rPr>
          <w:b/>
        </w:rPr>
        <w:t xml:space="preserve">[07:34] </w:t>
      </w:r>
      <w:r>
        <w:t>to ye cheez in ko bohat</w:t>
      </w:r>
    </w:p>
    <w:p>
      <w:pPr>
        <w:jc w:val="right"/>
      </w:pPr>
      <w:r>
        <w:t>تو یہ چیز ان کو بہت</w:t>
      </w:r>
    </w:p>
    <w:p>
      <w:r>
        <w:rPr>
          <w:b/>
        </w:rPr>
        <w:t xml:space="preserve">[07:37] </w:t>
      </w:r>
      <w:r>
        <w:t>bohat hi engage thi, aur unhon ne aakhir mein islam qabool kar liya.</w:t>
      </w:r>
    </w:p>
    <w:p>
      <w:pPr>
        <w:jc w:val="right"/>
      </w:pPr>
      <w:r>
        <w:t>بہت ہی انگیج تھی، اور انہوں نے آخر میں اسلام قبول کر لیا۔</w:t>
      </w:r>
    </w:p>
    <w:p>
      <w:r>
        <w:rPr>
          <w:b/>
        </w:rPr>
        <w:t xml:space="preserve">[07:41] </w:t>
      </w:r>
      <w:r>
        <w:t>to un ka isi wahan mulaqat hui toronto mein.</w:t>
      </w:r>
    </w:p>
    <w:p>
      <w:pPr>
        <w:jc w:val="right"/>
      </w:pPr>
      <w:r>
        <w:t>تو ان کا اسی وہاں ملاقات ہوئی ٹورنٹو میں۔</w:t>
      </w:r>
    </w:p>
    <w:p>
      <w:r>
        <w:rPr>
          <w:b/>
        </w:rPr>
        <w:t xml:space="preserve">[07:44] </w:t>
      </w:r>
      <w:r>
        <w:t>to is ko le kar main sochne laga, sochne laga.</w:t>
      </w:r>
    </w:p>
    <w:p>
      <w:pPr>
        <w:jc w:val="right"/>
      </w:pPr>
      <w:r>
        <w:t>تو اس کو لے کر میں سوچنے لگا، سوچنے لگا۔</w:t>
      </w:r>
    </w:p>
    <w:p>
      <w:r>
        <w:rPr>
          <w:b/>
        </w:rPr>
        <w:t xml:space="preserve">[07:48] </w:t>
      </w:r>
      <w:r>
        <w:t>to mujhe laga ke poori tareekh is mein trace hoti hai.</w:t>
      </w:r>
    </w:p>
    <w:p>
      <w:pPr>
        <w:jc w:val="right"/>
      </w:pPr>
      <w:r>
        <w:t>تو مجھے لگا کہ پوری تاریخ اس میں ٹریس ہوتی ہے۔</w:t>
      </w:r>
    </w:p>
    <w:p>
      <w:r>
        <w:rPr>
          <w:b/>
        </w:rPr>
        <w:t xml:space="preserve">[07:52] </w:t>
      </w:r>
      <w:r>
        <w:t>poori tareekh. ye is is law of nature ke tehat,</w:t>
      </w:r>
    </w:p>
    <w:p>
      <w:pPr>
        <w:jc w:val="right"/>
      </w:pPr>
      <w:r>
        <w:t>پوری تاریخ۔ یہ اس اس لاء آف نیچر کے تحت،</w:t>
      </w:r>
    </w:p>
    <w:p>
      <w:r>
        <w:rPr>
          <w:b/>
        </w:rPr>
        <w:t xml:space="preserve">[07:59] </w:t>
      </w:r>
      <w:r>
        <w:t>yani thesis, antithesis, aur synthesis,</w:t>
      </w:r>
    </w:p>
    <w:p>
      <w:pPr>
        <w:jc w:val="right"/>
      </w:pPr>
      <w:r>
        <w:t>یعنی تھیسس، اینٹی تھیسس، اور سنتھیسس،</w:t>
      </w:r>
    </w:p>
    <w:p>
      <w:r>
        <w:rPr>
          <w:b/>
        </w:rPr>
        <w:t xml:space="preserve">[08:07] </w:t>
      </w:r>
      <w:r>
        <w:t>ya action, reaction, aur positive response,</w:t>
      </w:r>
    </w:p>
    <w:p>
      <w:pPr>
        <w:jc w:val="right"/>
      </w:pPr>
      <w:r>
        <w:t>یا ایکشن، ری ایکشن، اور پازیٹو رسپانس،</w:t>
      </w:r>
    </w:p>
    <w:p>
      <w:r>
        <w:rPr>
          <w:b/>
        </w:rPr>
        <w:t xml:space="preserve">[08:12] </w:t>
      </w:r>
      <w:r>
        <w:t>ya first phase, second phase, aur third phase.</w:t>
      </w:r>
    </w:p>
    <w:p>
      <w:pPr>
        <w:jc w:val="right"/>
      </w:pPr>
      <w:r>
        <w:t>یا فرسٹ فیز، سیکنڈ فیز، اور تھرڈ فیز۔</w:t>
      </w:r>
    </w:p>
    <w:p>
      <w:r>
        <w:rPr>
          <w:b/>
        </w:rPr>
        <w:t xml:space="preserve">[08:15] </w:t>
      </w:r>
      <w:r>
        <w:t>to poori tareekh isi mein trace ho rahi hai.</w:t>
      </w:r>
    </w:p>
    <w:p>
      <w:pPr>
        <w:jc w:val="right"/>
      </w:pPr>
      <w:r>
        <w:t>تو پوری تاریخ اسی میں ٹریس ہو رہی ہے۔</w:t>
      </w:r>
    </w:p>
    <w:p>
      <w:r>
        <w:rPr>
          <w:b/>
        </w:rPr>
        <w:t xml:space="preserve">[08:18] </w:t>
      </w:r>
      <w:r>
        <w:t>mislan dekhiye, prophet of islam ne</w:t>
      </w:r>
    </w:p>
    <w:p>
      <w:pPr>
        <w:jc w:val="right"/>
      </w:pPr>
      <w:r>
        <w:t>مثلاً دیکھیے، پرافٹ آف اسلام نے</w:t>
      </w:r>
    </w:p>
    <w:p>
      <w:r>
        <w:rPr>
          <w:b/>
        </w:rPr>
        <w:t xml:space="preserve">[08:24] </w:t>
      </w:r>
      <w:r>
        <w:t>seven century AD mein first quarter mein apna mission shuru kiya.</w:t>
      </w:r>
    </w:p>
    <w:p>
      <w:pPr>
        <w:jc w:val="right"/>
      </w:pPr>
      <w:r>
        <w:t>سیون سینچری ایڈی میں فرسٹ کوارٹر میں اپنا مشن شروع کیا۔</w:t>
      </w:r>
    </w:p>
    <w:p>
      <w:r>
        <w:rPr>
          <w:b/>
        </w:rPr>
        <w:t xml:space="preserve">[08:30] </w:t>
      </w:r>
      <w:r>
        <w:t>us waqt wahan makkah mein aur arab mein</w:t>
      </w:r>
    </w:p>
    <w:p>
      <w:pPr>
        <w:jc w:val="right"/>
      </w:pPr>
      <w:r>
        <w:t>اس وقت وہاں مکہ میں اور عرب میں</w:t>
      </w:r>
    </w:p>
    <w:p>
      <w:r>
        <w:rPr>
          <w:b/>
        </w:rPr>
        <w:t xml:space="preserve">[08:36] </w:t>
      </w:r>
      <w:r>
        <w:t>shirk ka ghalba tha.</w:t>
      </w:r>
    </w:p>
    <w:p>
      <w:pPr>
        <w:jc w:val="right"/>
      </w:pPr>
      <w:r>
        <w:t>شرک کا غلبہ تھا۔</w:t>
      </w:r>
    </w:p>
    <w:p>
      <w:r>
        <w:rPr>
          <w:b/>
        </w:rPr>
        <w:t xml:space="preserve">[08:37] </w:t>
      </w:r>
      <w:r>
        <w:t>mushrik log jo thay, wo ghalib thay wahan par.</w:t>
      </w:r>
    </w:p>
    <w:p>
      <w:pPr>
        <w:jc w:val="right"/>
      </w:pPr>
      <w:r>
        <w:t>مشرک لوگ جو تھے، وہ غالب تھے وہاں پر۔</w:t>
      </w:r>
    </w:p>
    <w:p>
      <w:r>
        <w:rPr>
          <w:b/>
        </w:rPr>
        <w:t xml:space="preserve">[08:41] </w:t>
      </w:r>
      <w:r>
        <w:t>to wo khilaf ho gaye.</w:t>
      </w:r>
    </w:p>
    <w:p>
      <w:pPr>
        <w:jc w:val="right"/>
      </w:pPr>
      <w:r>
        <w:t>تو وہ خلاف ہو گئے۔</w:t>
      </w:r>
    </w:p>
    <w:p>
      <w:r>
        <w:rPr>
          <w:b/>
        </w:rPr>
        <w:t xml:space="preserve">[08:46] </w:t>
      </w:r>
      <w:r>
        <w:t>sab nahi khilaf hue, matlab is mein se kuch logon ne to paighambar ka saath diya, kuch log</w:t>
      </w:r>
    </w:p>
    <w:p>
      <w:pPr>
        <w:jc w:val="right"/>
      </w:pPr>
      <w:r>
        <w:t>سب نہیں خلاف ہوئے، مطلب اس میں سے کچھ لوگوں نے تو پیغمبر کا ساتھ دیا، کچھ لوگ</w:t>
      </w:r>
    </w:p>
    <w:p>
      <w:r>
        <w:rPr>
          <w:b/>
        </w:rPr>
        <w:t xml:space="preserve">[08:53] </w:t>
      </w:r>
      <w:r>
        <w:t>mukhalif ho gaye.</w:t>
      </w:r>
    </w:p>
    <w:p>
      <w:pPr>
        <w:jc w:val="right"/>
      </w:pPr>
      <w:r>
        <w:t>مخالف ہو گئے۔</w:t>
      </w:r>
    </w:p>
    <w:p>
      <w:r>
        <w:rPr>
          <w:b/>
        </w:rPr>
        <w:t xml:space="preserve">[08:55] </w:t>
      </w:r>
      <w:r>
        <w:t>aur 13 saal ki ek tehreek chali, jis mein kuch log aap ke saath thay, aur majority jo</w:t>
      </w:r>
    </w:p>
    <w:p>
      <w:pPr>
        <w:jc w:val="right"/>
      </w:pPr>
      <w:r>
        <w:t>اور 13 سال کی ایک تحریک چلی، جس میں کچھ لوگ آپ کے ساتھ تھے، اور میجورٹی جو</w:t>
      </w:r>
    </w:p>
    <w:p>
      <w:r>
        <w:rPr>
          <w:b/>
        </w:rPr>
        <w:t xml:space="preserve">[09:02] </w:t>
      </w:r>
      <w:r>
        <w:t>thi makkah mein, yani ancient makkah mein, aap ki mukhalif thi.</w:t>
      </w:r>
    </w:p>
    <w:p>
      <w:pPr>
        <w:jc w:val="right"/>
      </w:pPr>
      <w:r>
        <w:t>تھی مکہ میں، یعنی اینشینٹ مکہ میں، آپ کی مخالف تھی۔</w:t>
      </w:r>
    </w:p>
    <w:p>
      <w:r>
        <w:rPr>
          <w:b/>
        </w:rPr>
        <w:t xml:space="preserve">[09:09] </w:t>
      </w:r>
      <w:r>
        <w:t>to aakhir mein kya hua ke unhon ne kaha ke aap ko makkah chhodna parega, warna hum</w:t>
      </w:r>
    </w:p>
    <w:p>
      <w:pPr>
        <w:jc w:val="right"/>
      </w:pPr>
      <w:r>
        <w:t>تو آخر میں کیا ہوا کہ انہوں نے کہا کہ آپ کو مکہ چھوڑنا پڑے گا، ورنہ ہم</w:t>
      </w:r>
    </w:p>
    <w:p>
      <w:r>
        <w:rPr>
          <w:b/>
        </w:rPr>
        <w:t xml:space="preserve">[09:17] </w:t>
      </w:r>
      <w:r>
        <w:t>aap ko qatal kar denge.</w:t>
      </w:r>
    </w:p>
    <w:p>
      <w:pPr>
        <w:jc w:val="right"/>
      </w:pPr>
      <w:r>
        <w:t>آپ کو قتل کر دیں گے۔</w:t>
      </w:r>
    </w:p>
    <w:p>
      <w:r>
        <w:rPr>
          <w:b/>
        </w:rPr>
        <w:t xml:space="preserve">[09:21] </w:t>
      </w:r>
      <w:r>
        <w:t>to paighambar islam ne makkah chhodne ka faisla kiya aur</w:t>
      </w:r>
    </w:p>
    <w:p>
      <w:pPr>
        <w:jc w:val="right"/>
      </w:pPr>
      <w:r>
        <w:t>تو پیغمبر اسلام نے مکہ چھوڑنے کا فیصلہ کیا اور</w:t>
      </w:r>
    </w:p>
    <w:p>
      <w:r>
        <w:rPr>
          <w:b/>
        </w:rPr>
        <w:t xml:space="preserve">[09:26] </w:t>
      </w:r>
      <w:r>
        <w:t>madina chale gae.</w:t>
      </w:r>
    </w:p>
    <w:p>
      <w:pPr>
        <w:jc w:val="right"/>
      </w:pPr>
      <w:r>
        <w:t>مدینہ چلے گئے۔</w:t>
      </w:r>
    </w:p>
    <w:p>
      <w:r>
        <w:rPr>
          <w:b/>
        </w:rPr>
        <w:t xml:space="preserve">[09:28] </w:t>
      </w:r>
      <w:r>
        <w:t>is waqt aap ne kaha tha ke wa murt bi qiyat taakul ul quraa' yaqooloon yasrif bi madinat</w:t>
      </w:r>
    </w:p>
    <w:p>
      <w:pPr>
        <w:jc w:val="right"/>
      </w:pPr>
      <w:r>
        <w:t>اس وقت آپ نے کہا تھا کہ وَمِرْتُ بِقَيَةٍ تَآكُلُ الْقُرَآءِ يَقُولُونَ يَسْرِفُ بَيَلْ مَدِينَةٍ</w:t>
      </w:r>
    </w:p>
    <w:p>
      <w:r>
        <w:rPr>
          <w:b/>
        </w:rPr>
        <w:t xml:space="preserve">[09:37] </w:t>
      </w:r>
      <w:r>
        <w:t>to main samajhta hoon ke yeh</w:t>
      </w:r>
    </w:p>
    <w:p>
      <w:pPr>
        <w:jc w:val="right"/>
      </w:pPr>
      <w:r>
        <w:t>تو میں سمجھتا ہوں کہ یہ</w:t>
      </w:r>
    </w:p>
    <w:p>
      <w:r>
        <w:rPr>
          <w:b/>
        </w:rPr>
        <w:t xml:space="preserve">[09:41] </w:t>
      </w:r>
      <w:r>
        <w:t>wohi cheez thi ke pehle cheez thi yeh ke rasool Allah ne dawat-e-tauheed, tauheed ki dawat pesh</w:t>
      </w:r>
    </w:p>
    <w:p>
      <w:pPr>
        <w:jc w:val="right"/>
      </w:pPr>
      <w:r>
        <w:t>وہی چیز تھی کہ پہلے چیز تھی یہ کہ رسول اللہ نے دعوت توحید، توحید کی دعوت پیش</w:t>
      </w:r>
    </w:p>
    <w:p>
      <w:r>
        <w:rPr>
          <w:b/>
        </w:rPr>
        <w:t xml:space="preserve">[09:48] </w:t>
      </w:r>
      <w:r>
        <w:t>ki. dawat ki tauheed wahan par logon ke samne aai.</w:t>
      </w:r>
    </w:p>
    <w:p>
      <w:pPr>
        <w:jc w:val="right"/>
      </w:pPr>
      <w:r>
        <w:t>کی۔ دعوت کی توحید وہاں پر لوگوں کے سامنے آئی۔</w:t>
      </w:r>
    </w:p>
    <w:p>
      <w:r>
        <w:rPr>
          <w:b/>
        </w:rPr>
        <w:t xml:space="preserve">[09:52] </w:t>
      </w:r>
      <w:r>
        <w:t>phir reaction samne aaya, mukhalifat.</w:t>
      </w:r>
    </w:p>
    <w:p>
      <w:pPr>
        <w:jc w:val="right"/>
      </w:pPr>
      <w:r>
        <w:t>پھر ری ایکشن سامنے آیا، مخالفت۔</w:t>
      </w:r>
    </w:p>
    <w:p>
      <w:r>
        <w:rPr>
          <w:b/>
        </w:rPr>
        <w:t xml:space="preserve">[09:56] </w:t>
      </w:r>
      <w:r>
        <w:t>mukhalifat ke baad positive response samne aaya.</w:t>
      </w:r>
    </w:p>
    <w:p>
      <w:pPr>
        <w:jc w:val="right"/>
      </w:pPr>
      <w:r>
        <w:t>مخالفت کے بعد پازیٹو رسپانس سامنے آیا۔</w:t>
      </w:r>
    </w:p>
    <w:p>
      <w:r>
        <w:rPr>
          <w:b/>
        </w:rPr>
        <w:t xml:space="preserve">[10:00] </w:t>
      </w:r>
      <w:r>
        <w:t>woh kya ke hum mukhalifat ke maqam</w:t>
      </w:r>
    </w:p>
    <w:p>
      <w:pPr>
        <w:jc w:val="right"/>
      </w:pPr>
      <w:r>
        <w:t>وہ کیا کہ ہم مخالفت کے مقام</w:t>
      </w:r>
    </w:p>
    <w:p>
      <w:r>
        <w:rPr>
          <w:b/>
        </w:rPr>
        <w:t xml:space="preserve">[10:05] </w:t>
      </w:r>
      <w:r>
        <w:t>ya controversial jahan ban gaya hai Islam, us maqam ko chhod dein aur ek positive mahaul mein ja</w:t>
      </w:r>
    </w:p>
    <w:p>
      <w:pPr>
        <w:jc w:val="right"/>
      </w:pPr>
      <w:r>
        <w:t>یا کنٹروورشل جہاں بن گیا ہے اسلام، اس مقام کو چھوڑ دیں اور ایک پازیٹو ماحول میں جا</w:t>
      </w:r>
    </w:p>
    <w:p>
      <w:r>
        <w:rPr>
          <w:b/>
        </w:rPr>
        <w:t xml:space="preserve">[10:13] </w:t>
      </w:r>
      <w:r>
        <w:t>kar ke Islam ki replanning karen.</w:t>
      </w:r>
    </w:p>
    <w:p>
      <w:pPr>
        <w:jc w:val="right"/>
      </w:pPr>
      <w:r>
        <w:t>کر کے اسلام کی ری پلاننگ کریں۔</w:t>
      </w:r>
    </w:p>
    <w:p>
      <w:r>
        <w:rPr>
          <w:b/>
        </w:rPr>
        <w:t xml:space="preserve">[10:17] </w:t>
      </w:r>
      <w:r>
        <w:t>yeh yeh teesra phase tha, woh bohat kamyab hua.</w:t>
      </w:r>
    </w:p>
    <w:p>
      <w:pPr>
        <w:jc w:val="right"/>
      </w:pPr>
      <w:r>
        <w:t>یہ یہ تیسرا فیز تھا، وہ بہت کامیاب ہوا۔</w:t>
      </w:r>
    </w:p>
    <w:p>
      <w:r>
        <w:rPr>
          <w:b/>
        </w:rPr>
        <w:t xml:space="preserve">[10:23] </w:t>
      </w:r>
      <w:r>
        <w:t>yani dawat, mukhalifat, aur phir replanning ek jagah badal kar ke</w:t>
      </w:r>
    </w:p>
    <w:p>
      <w:pPr>
        <w:jc w:val="right"/>
      </w:pPr>
      <w:r>
        <w:t>یعنی دعوت، مخالفت، اور پھر ری پلاننگ ایک جگہ بدل کر کے</w:t>
      </w:r>
    </w:p>
    <w:p>
      <w:r>
        <w:rPr>
          <w:b/>
        </w:rPr>
        <w:t xml:space="preserve">[10:31] </w:t>
      </w:r>
      <w:r>
        <w:t>to bohat kamyab ho.</w:t>
      </w:r>
    </w:p>
    <w:p>
      <w:pPr>
        <w:jc w:val="right"/>
      </w:pPr>
      <w:r>
        <w:t>تو بہت کامیاب ہو۔</w:t>
      </w:r>
    </w:p>
    <w:p>
      <w:r>
        <w:rPr>
          <w:b/>
        </w:rPr>
        <w:t xml:space="preserve">[10:32] </w:t>
      </w:r>
      <w:r>
        <w:t>yahan tak ke aap jante hain ke poora Arab Islamize ho gaya.</w:t>
      </w:r>
    </w:p>
    <w:p>
      <w:pPr>
        <w:jc w:val="right"/>
      </w:pPr>
      <w:r>
        <w:t>یہاں تک کہ آپ جانتے ہیں کہ پورا عرب اسلامائز ہو گیا۔</w:t>
      </w:r>
    </w:p>
    <w:p>
      <w:r>
        <w:rPr>
          <w:b/>
        </w:rPr>
        <w:t xml:space="preserve">[10:37] </w:t>
      </w:r>
      <w:r>
        <w:t>yahi yahi tareekh baat ko bhi dohrai jati rahi.</w:t>
      </w:r>
    </w:p>
    <w:p>
      <w:pPr>
        <w:jc w:val="right"/>
      </w:pPr>
      <w:r>
        <w:t>یہی یہی تاریخ بات کو بھی دہرائی جاتی رہی۔</w:t>
      </w:r>
    </w:p>
    <w:p>
      <w:r>
        <w:rPr>
          <w:b/>
        </w:rPr>
        <w:t xml:space="preserve">[10:41] </w:t>
      </w:r>
      <w:r>
        <w:t>baat ko bhi</w:t>
      </w:r>
    </w:p>
    <w:p>
      <w:pPr>
        <w:jc w:val="right"/>
      </w:pPr>
      <w:r>
        <w:t>بات کو بھی</w:t>
      </w:r>
    </w:p>
    <w:p>
      <w:r>
        <w:rPr>
          <w:b/>
        </w:rPr>
        <w:t xml:space="preserve">[10:43] </w:t>
      </w:r>
      <w:r>
        <w:t>dekhiye, terahveen sadi Isvi mein aap jante hain ke ab baahat par qaim thi</w:t>
      </w:r>
    </w:p>
    <w:p>
      <w:pPr>
        <w:jc w:val="right"/>
      </w:pPr>
      <w:r>
        <w:t>دیکھیے، تیرہویں صدی عیسوی میں آپ جانتے ہیں کہ اب باہت پار قائم تھی</w:t>
      </w:r>
    </w:p>
    <w:p>
      <w:r>
        <w:rPr>
          <w:b/>
        </w:rPr>
        <w:t xml:space="preserve">[10:54] </w:t>
      </w:r>
      <w:r>
        <w:t>Asia aur Africa mein, us ki phaila hua tha us ki saltanat.</w:t>
      </w:r>
    </w:p>
    <w:p>
      <w:pPr>
        <w:jc w:val="right"/>
      </w:pPr>
      <w:r>
        <w:t>ایشیا اور افریقہ میں، اس کی پھیلا ہوا تھا اس کی سلطنت۔</w:t>
      </w:r>
    </w:p>
    <w:p>
      <w:r>
        <w:rPr>
          <w:b/>
        </w:rPr>
        <w:t xml:space="preserve">[11:00] </w:t>
      </w:r>
      <w:r>
        <w:t>to phir kya hua ke terahveen sadi mein Tatariyon ne hamla kiya.</w:t>
      </w:r>
    </w:p>
    <w:p>
      <w:pPr>
        <w:jc w:val="right"/>
      </w:pPr>
      <w:r>
        <w:t>تو پھر کیا ہوا کہ تیرہویں صدی میں تاتاریوں نے حملہ کیا۔</w:t>
      </w:r>
    </w:p>
    <w:p>
      <w:r>
        <w:rPr>
          <w:b/>
        </w:rPr>
        <w:t xml:space="preserve">[11:10] </w:t>
      </w:r>
      <w:r>
        <w:t>Tatariyon ne hamla kiya,</w:t>
      </w:r>
    </w:p>
    <w:p>
      <w:pPr>
        <w:jc w:val="right"/>
      </w:pPr>
      <w:r>
        <w:t>تاتاریوں نے حملہ کیا،</w:t>
      </w:r>
    </w:p>
    <w:p>
      <w:r>
        <w:rPr>
          <w:b/>
        </w:rPr>
        <w:t xml:space="preserve">[11:13] </w:t>
      </w:r>
      <w:r>
        <w:t>jo adhwaane mein rehte the,</w:t>
      </w:r>
    </w:p>
    <w:p>
      <w:pPr>
        <w:jc w:val="right"/>
      </w:pPr>
      <w:r>
        <w:t>جو ادھوانے میں رہتے تھے،</w:t>
      </w:r>
    </w:p>
    <w:p>
      <w:r>
        <w:rPr>
          <w:b/>
        </w:rPr>
        <w:t xml:space="preserve">[11:18] </w:t>
      </w:r>
      <w:r>
        <w:t>kohistani ilaqe mein, aur bohat hi jangli qism ke log the is zamane mein.</w:t>
      </w:r>
    </w:p>
    <w:p>
      <w:pPr>
        <w:jc w:val="right"/>
      </w:pPr>
      <w:r>
        <w:t>کوہستانی علاقے میں، اور بہت ہی جنگلی قسم کے لوگ تھے اس زمانے میں۔</w:t>
      </w:r>
    </w:p>
    <w:p>
      <w:r>
        <w:rPr>
          <w:b/>
        </w:rPr>
        <w:t xml:space="preserve">[11:23] </w:t>
      </w:r>
      <w:r>
        <w:t>to Samarkand se le kar Halab tak,</w:t>
      </w:r>
    </w:p>
    <w:p>
      <w:pPr>
        <w:jc w:val="right"/>
      </w:pPr>
      <w:r>
        <w:t>تو سمرقند سے لے کر حلب تک،</w:t>
      </w:r>
    </w:p>
    <w:p>
      <w:r>
        <w:rPr>
          <w:b/>
        </w:rPr>
        <w:t xml:space="preserve">[11:28] </w:t>
      </w:r>
      <w:r>
        <w:t>Halab jis ko English mein kehte hain Aleppo, to Samarkand se le kar Halab, Halab tak unhon ne</w:t>
      </w:r>
    </w:p>
    <w:p>
      <w:pPr>
        <w:jc w:val="right"/>
      </w:pPr>
      <w:r>
        <w:t>حلب جس کو انگلش میں کہتے ہیں الپو، تو سمرقند سے لے کر حلب، حلب تک انہوں نے</w:t>
      </w:r>
    </w:p>
    <w:p>
      <w:r>
        <w:rPr>
          <w:b/>
        </w:rPr>
        <w:t xml:space="preserve">[11:34] </w:t>
      </w:r>
      <w:r>
        <w:t>sab bohat tod phod ki,</w:t>
      </w:r>
    </w:p>
    <w:p>
      <w:pPr>
        <w:jc w:val="right"/>
      </w:pPr>
      <w:r>
        <w:t>سب بہت توڑ پھوڑ کی،</w:t>
      </w:r>
    </w:p>
    <w:p>
      <w:r>
        <w:rPr>
          <w:b/>
        </w:rPr>
        <w:t xml:space="preserve">[11:37] </w:t>
      </w:r>
      <w:r>
        <w:t>boht tod phor ki, boht logon ko maraa.</w:t>
      </w:r>
    </w:p>
    <w:p>
      <w:pPr>
        <w:jc w:val="right"/>
      </w:pPr>
      <w:r>
        <w:t>بہت توڑ پھوڑ کی، بہت لوگوں کو مارا۔</w:t>
      </w:r>
    </w:p>
    <w:p>
      <w:r>
        <w:rPr>
          <w:b/>
        </w:rPr>
        <w:t xml:space="preserve">[11:41] </w:t>
      </w:r>
      <w:r>
        <w:t>lekin kya hua</w:t>
      </w:r>
    </w:p>
    <w:p>
      <w:pPr>
        <w:jc w:val="right"/>
      </w:pPr>
      <w:r>
        <w:t>لیکن کیا ہوا</w:t>
      </w:r>
    </w:p>
    <w:p>
      <w:r>
        <w:rPr>
          <w:b/>
        </w:rPr>
        <w:t xml:space="preserve">[11:44] </w:t>
      </w:r>
      <w:r>
        <w:t>yani in ka jo</w:t>
      </w:r>
    </w:p>
    <w:p>
      <w:pPr>
        <w:jc w:val="right"/>
      </w:pPr>
      <w:r>
        <w:t>یعنی ان کا جو</w:t>
      </w:r>
    </w:p>
    <w:p>
      <w:r>
        <w:rPr>
          <w:b/>
        </w:rPr>
        <w:t xml:space="preserve">[11:48] </w:t>
      </w:r>
      <w:r>
        <w:t>in ka jo hamla tha wo first phase tha, us ke baad kya hua ke musalmanon mein in</w:t>
      </w:r>
    </w:p>
    <w:p>
      <w:pPr>
        <w:jc w:val="right"/>
      </w:pPr>
      <w:r>
        <w:t>ان کا جو حملہ تھا وہ فرسٹ فیز تھا، اس کے بعد کیا ہوا کہ مسلمانوں میں ان</w:t>
      </w:r>
    </w:p>
    <w:p>
      <w:r>
        <w:rPr>
          <w:b/>
        </w:rPr>
        <w:t xml:space="preserve">[11:54] </w:t>
      </w:r>
      <w:r>
        <w:t>ke khilaaf ghussa bharka aur kuch laraaiyan huien.</w:t>
      </w:r>
    </w:p>
    <w:p>
      <w:pPr>
        <w:jc w:val="right"/>
      </w:pPr>
      <w:r>
        <w:t>کے خلاف غصہ بھڑکا اور کچھ لڑائیاں ہوئیں۔</w:t>
      </w:r>
    </w:p>
    <w:p>
      <w:r>
        <w:rPr>
          <w:b/>
        </w:rPr>
        <w:t xml:space="preserve">[11:59] </w:t>
      </w:r>
      <w:r>
        <w:t>lekin laraaiyon se koi</w:t>
      </w:r>
    </w:p>
    <w:p>
      <w:pPr>
        <w:jc w:val="right"/>
      </w:pPr>
      <w:r>
        <w:t>لیکن لڑائیوں سے کوئی</w:t>
      </w:r>
    </w:p>
    <w:p>
      <w:r>
        <w:rPr>
          <w:b/>
        </w:rPr>
        <w:t xml:space="preserve">[12:04] </w:t>
      </w:r>
      <w:r>
        <w:t>faisla na ho saka.</w:t>
      </w:r>
    </w:p>
    <w:p>
      <w:pPr>
        <w:jc w:val="right"/>
      </w:pPr>
      <w:r>
        <w:t>فیصلہ نہ ہو سکا۔</w:t>
      </w:r>
    </w:p>
    <w:p>
      <w:r>
        <w:rPr>
          <w:b/>
        </w:rPr>
        <w:t xml:space="preserve">[12:05] </w:t>
      </w:r>
      <w:r>
        <w:t>in laraaiyon ki alamat thay ibn taimiya.</w:t>
      </w:r>
    </w:p>
    <w:p>
      <w:pPr>
        <w:jc w:val="right"/>
      </w:pPr>
      <w:r>
        <w:t>ان لڑائیوں کی علامت تھے ابن تیمیہ۔</w:t>
      </w:r>
    </w:p>
    <w:p>
      <w:r>
        <w:rPr>
          <w:b/>
        </w:rPr>
        <w:t xml:space="preserve">[12:08] </w:t>
      </w:r>
      <w:r>
        <w:t>ibn taimiya ne kaafi sargermi dikhai thi is daur mein, aur is ko jihad ka masla bataya tha.</w:t>
      </w:r>
    </w:p>
    <w:p>
      <w:pPr>
        <w:jc w:val="right"/>
      </w:pPr>
      <w:r>
        <w:t>ابن تیمیہ نے کافی سرگرمی دکھائی تھی اس دور میں، اور اس کو جہاد کا مسئلہ بتایا تھا۔</w:t>
      </w:r>
    </w:p>
    <w:p>
      <w:r>
        <w:rPr>
          <w:b/>
        </w:rPr>
        <w:t xml:space="preserve">[12:16] </w:t>
      </w:r>
      <w:r>
        <w:t>lekin kuch is ka nahi hua.</w:t>
      </w:r>
    </w:p>
    <w:p>
      <w:pPr>
        <w:jc w:val="right"/>
      </w:pPr>
      <w:r>
        <w:t>لیکن کچھ اس کا نہیں ہوا۔</w:t>
      </w:r>
    </w:p>
    <w:p>
      <w:r>
        <w:rPr>
          <w:b/>
        </w:rPr>
        <w:t xml:space="preserve">[12:19] </w:t>
      </w:r>
      <w:r>
        <w:t>is ke baad aik is aik naya, aik aik naya</w:t>
      </w:r>
    </w:p>
    <w:p>
      <w:pPr>
        <w:jc w:val="right"/>
      </w:pPr>
      <w:r>
        <w:t>اس کے بعد ایک اس ایک نیا، ایک ایک نیا</w:t>
      </w:r>
    </w:p>
    <w:p>
      <w:r>
        <w:rPr>
          <w:b/>
        </w:rPr>
        <w:t xml:space="preserve">[12:25] </w:t>
      </w:r>
      <w:r>
        <w:t>nai spirit jaagi musalmanon mein.</w:t>
      </w:r>
    </w:p>
    <w:p>
      <w:pPr>
        <w:jc w:val="right"/>
      </w:pPr>
      <w:r>
        <w:t>نئی اسپرٹ جاگی مسلمانوں میں۔</w:t>
      </w:r>
    </w:p>
    <w:p>
      <w:r>
        <w:rPr>
          <w:b/>
        </w:rPr>
        <w:t xml:space="preserve">[12:28] </w:t>
      </w:r>
      <w:r>
        <w:t>is ki alamat thay sheikh jamal jamaluddin.</w:t>
      </w:r>
    </w:p>
    <w:p>
      <w:pPr>
        <w:jc w:val="right"/>
      </w:pPr>
      <w:r>
        <w:t>اس کی علامت تھے شیخ جمال جمال الدین۔</w:t>
      </w:r>
    </w:p>
    <w:p>
      <w:r>
        <w:rPr>
          <w:b/>
        </w:rPr>
        <w:t xml:space="preserve">[12:33] </w:t>
      </w:r>
      <w:r>
        <w:t>sheikh jamaluddin</w:t>
      </w:r>
    </w:p>
    <w:p>
      <w:pPr>
        <w:jc w:val="right"/>
      </w:pPr>
      <w:r>
        <w:t>شیخ جمال الدین</w:t>
      </w:r>
    </w:p>
    <w:p>
      <w:r>
        <w:rPr>
          <w:b/>
        </w:rPr>
        <w:t xml:space="preserve">[12:35] </w:t>
      </w:r>
      <w:r>
        <w:t>ka mizaj jo hai</w:t>
      </w:r>
    </w:p>
    <w:p>
      <w:pPr>
        <w:jc w:val="right"/>
      </w:pPr>
      <w:r>
        <w:t>کا مزاج جو ہے</w:t>
      </w:r>
    </w:p>
    <w:p>
      <w:r>
        <w:rPr>
          <w:b/>
        </w:rPr>
        <w:t xml:space="preserve">[12:39] </w:t>
      </w:r>
      <w:r>
        <w:t>dawat wo nahi tha takrao wala, balke dawat ka mizaj tha.</w:t>
      </w:r>
    </w:p>
    <w:p>
      <w:pPr>
        <w:jc w:val="right"/>
      </w:pPr>
      <w:r>
        <w:t>دعوت وہ نہیں تھا ٹکراؤ والا، بلکہ دعوت کا مزاج تھا۔</w:t>
      </w:r>
    </w:p>
    <w:p>
      <w:r>
        <w:rPr>
          <w:b/>
        </w:rPr>
        <w:t xml:space="preserve">[12:46] </w:t>
      </w:r>
      <w:r>
        <w:t>to aik waqia sab unhon ne naqal kiya hai,</w:t>
      </w:r>
    </w:p>
    <w:p>
      <w:pPr>
        <w:jc w:val="right"/>
      </w:pPr>
      <w:r>
        <w:t>تو ایک واقعہ سب انہوں نے نقل کیا ہے،</w:t>
      </w:r>
    </w:p>
    <w:p>
      <w:r>
        <w:rPr>
          <w:b/>
        </w:rPr>
        <w:t xml:space="preserve">[12:50] </w:t>
      </w:r>
      <w:r>
        <w:t>wo is is speech, is speaking of islam mein handle doctor handle ne</w:t>
      </w:r>
    </w:p>
    <w:p>
      <w:pPr>
        <w:jc w:val="right"/>
      </w:pPr>
      <w:r>
        <w:t>وہ اس اسپیچ، اس سپیچنگ آف اسلام میں ہانڈل ڈاکٹر ہانڈل نے</w:t>
      </w:r>
    </w:p>
    <w:p>
      <w:r>
        <w:rPr>
          <w:b/>
        </w:rPr>
        <w:t xml:space="preserve">[13:00] </w:t>
      </w:r>
      <w:r>
        <w:t>ke aik martaba aik turk, wo tatari shehzada jangal mein shikar khelne gaya.</w:t>
      </w:r>
    </w:p>
    <w:p>
      <w:pPr>
        <w:jc w:val="right"/>
      </w:pPr>
      <w:r>
        <w:t>کہ ایک مرتبہ ایک ترک، وہ تاتاری شہزادہ جنگل میں شکار کھیلنے گیا۔</w:t>
      </w:r>
    </w:p>
    <w:p>
      <w:r>
        <w:rPr>
          <w:b/>
        </w:rPr>
        <w:t xml:space="preserve">[13:09] </w:t>
      </w:r>
      <w:r>
        <w:t>us zamane mein jo yeh log thay, baray baray log hua karte thay, wo shikar khelte thay teer</w:t>
      </w:r>
    </w:p>
    <w:p>
      <w:pPr>
        <w:jc w:val="right"/>
      </w:pPr>
      <w:r>
        <w:t>اس زمانے میں جو یہ لوگ تھے، بڑے بڑے لوگ ہوا کرتے تھے، وہ شکار کھیلتے تھے تیر</w:t>
      </w:r>
    </w:p>
    <w:p>
      <w:r>
        <w:rPr>
          <w:b/>
        </w:rPr>
        <w:t xml:space="preserve">[13:14] </w:t>
      </w:r>
      <w:r>
        <w:t>kaman se. to wahan un ki mulaqat ho gayi</w:t>
      </w:r>
    </w:p>
    <w:p>
      <w:pPr>
        <w:jc w:val="right"/>
      </w:pPr>
      <w:r>
        <w:t>کمان سے۔ تو وہاں ان کی ملاقات ہو گئی</w:t>
      </w:r>
    </w:p>
    <w:p>
      <w:r>
        <w:rPr>
          <w:b/>
        </w:rPr>
        <w:t xml:space="preserve">[13:19] </w:t>
      </w:r>
      <w:r>
        <w:t>sheikh jamaluddin se,</w:t>
      </w:r>
    </w:p>
    <w:p>
      <w:pPr>
        <w:jc w:val="right"/>
      </w:pPr>
      <w:r>
        <w:t>شیخ جمال الدین سے،</w:t>
      </w:r>
    </w:p>
    <w:p>
      <w:r>
        <w:rPr>
          <w:b/>
        </w:rPr>
        <w:t xml:space="preserve">[13:22] </w:t>
      </w:r>
      <w:r>
        <w:t>jo irani thay.</w:t>
      </w:r>
    </w:p>
    <w:p>
      <w:pPr>
        <w:jc w:val="right"/>
      </w:pPr>
      <w:r>
        <w:t>جو ایرانی تھے۔</w:t>
      </w:r>
    </w:p>
    <w:p>
      <w:r>
        <w:rPr>
          <w:b/>
        </w:rPr>
        <w:t xml:space="preserve">[13:25] </w:t>
      </w:r>
      <w:r>
        <w:t>to wo muslim libas pehne hue thay, wo to to tatari shehzada jo hai, ghore par sawaar tha,</w:t>
      </w:r>
    </w:p>
    <w:p>
      <w:pPr>
        <w:jc w:val="right"/>
      </w:pPr>
      <w:r>
        <w:t>تو وہ مسلم لباس پہنے ہوئے تھے، وہ تو تو تاتاری شہزادہ جو ہے، گھوڑے پر سوار تھا،</w:t>
      </w:r>
    </w:p>
    <w:p>
      <w:r>
        <w:rPr>
          <w:b/>
        </w:rPr>
        <w:t xml:space="preserve">[13:36] </w:t>
      </w:r>
      <w:r>
        <w:t>use dekha to boht hi us zamane mein musalmanon ko haqeer samajhte thay wo tatari log.</w:t>
      </w:r>
    </w:p>
    <w:p>
      <w:pPr>
        <w:jc w:val="right"/>
      </w:pPr>
      <w:r>
        <w:t>اسے دیکھا تو بہت ہی اس زمانے میں مسلمانوں کو حقیر سمجھتے تھے وہ تاتاری لوگ۔</w:t>
      </w:r>
    </w:p>
    <w:p>
      <w:r>
        <w:rPr>
          <w:b/>
        </w:rPr>
        <w:t xml:space="preserve">[13:45] </w:t>
      </w:r>
      <w:r>
        <w:t>to us ne bulwaya apne paas in ko, sheikh jamal ud din ko,</w:t>
      </w:r>
    </w:p>
    <w:p>
      <w:pPr>
        <w:jc w:val="right"/>
      </w:pPr>
      <w:r>
        <w:t>تو اس نے بلوایا اپنے پاس ان کو، شیخ جمال الدین کو،</w:t>
      </w:r>
    </w:p>
    <w:p>
      <w:r>
        <w:rPr>
          <w:b/>
        </w:rPr>
        <w:t xml:space="preserve">[13:51] </w:t>
      </w:r>
      <w:r>
        <w:t>aur bohat bohat hi nafrat ke sath kaha.</w:t>
      </w:r>
    </w:p>
    <w:p>
      <w:pPr>
        <w:jc w:val="right"/>
      </w:pPr>
      <w:r>
        <w:t>اور بہت بہت ہی نفرت کے ساتھ کہا۔</w:t>
      </w:r>
    </w:p>
    <w:p>
      <w:r>
        <w:rPr>
          <w:b/>
        </w:rPr>
        <w:t xml:space="preserve">[13:55] </w:t>
      </w:r>
      <w:r>
        <w:t>aur is ke baad, is ke baad apna kutta bhi tha tatari shahzade ke paas.</w:t>
      </w:r>
    </w:p>
    <w:p>
      <w:pPr>
        <w:jc w:val="right"/>
      </w:pPr>
      <w:r>
        <w:t>اور اس کے بعد، اس کے بعد اپنا کتا بھی تھا تاتاری شہزادے کے پاس۔</w:t>
      </w:r>
    </w:p>
    <w:p>
      <w:r>
        <w:rPr>
          <w:b/>
        </w:rPr>
        <w:t xml:space="preserve">[14:00] </w:t>
      </w:r>
      <w:r>
        <w:t>kaha ke tum achhe ke tumhara mera kutta achha.</w:t>
      </w:r>
    </w:p>
    <w:p>
      <w:pPr>
        <w:jc w:val="right"/>
      </w:pPr>
      <w:r>
        <w:t>کہا کہ تم اچھے کہ تمہارا میرا کتا اچھا۔</w:t>
      </w:r>
    </w:p>
    <w:p>
      <w:r>
        <w:rPr>
          <w:b/>
        </w:rPr>
        <w:t xml:space="preserve">[14:04] </w:t>
      </w:r>
      <w:r>
        <w:t>tatari shahzade ne kaha sheikh jamal ud din se ke tum achhe ke mera kutta achha.</w:t>
      </w:r>
    </w:p>
    <w:p>
      <w:pPr>
        <w:jc w:val="right"/>
      </w:pPr>
      <w:r>
        <w:t>تاتاری شہزادے نے کہا شیخ جمال الدین سے کہ تم اچھے کہ میرا کتا اچھا۔</w:t>
      </w:r>
    </w:p>
    <w:p>
      <w:r>
        <w:rPr>
          <w:b/>
        </w:rPr>
        <w:t xml:space="preserve">[14:13] </w:t>
      </w:r>
      <w:r>
        <w:t>to sheikh jamal ud din ne jawab diya</w:t>
      </w:r>
    </w:p>
    <w:p>
      <w:pPr>
        <w:jc w:val="right"/>
      </w:pPr>
      <w:r>
        <w:t>تو شیخ جمال الدین نے جواب دیا</w:t>
      </w:r>
    </w:p>
    <w:p>
      <w:r>
        <w:rPr>
          <w:b/>
        </w:rPr>
        <w:t xml:space="preserve">[14:18] </w:t>
      </w:r>
      <w:r>
        <w:t>ke agar meri maut iman par hui to main achha, iman par na hui to tumhara kutta achha.</w:t>
      </w:r>
    </w:p>
    <w:p>
      <w:pPr>
        <w:jc w:val="right"/>
      </w:pPr>
      <w:r>
        <w:t>کہ اگر میری موت ایمان پر ہوئی تو میں اچھا، ایمان پر نہ ہوئی تو تمہارا کتا اچھا۔</w:t>
      </w:r>
    </w:p>
    <w:p>
      <w:r>
        <w:rPr>
          <w:b/>
        </w:rPr>
        <w:t xml:space="preserve">[14:25] </w:t>
      </w:r>
      <w:r>
        <w:t>yeh bohat anokha jawab tha</w:t>
      </w:r>
    </w:p>
    <w:p>
      <w:pPr>
        <w:jc w:val="right"/>
      </w:pPr>
      <w:r>
        <w:t>یہ بہت انوکھا جواب تھا</w:t>
      </w:r>
    </w:p>
    <w:p>
      <w:r>
        <w:rPr>
          <w:b/>
        </w:rPr>
        <w:t xml:space="preserve">[14:29] </w:t>
      </w:r>
      <w:r>
        <w:t>ke meri iman, meri maut iman par hui to main achha,</w:t>
      </w:r>
    </w:p>
    <w:p>
      <w:pPr>
        <w:jc w:val="right"/>
      </w:pPr>
      <w:r>
        <w:t>کہ میری ایمان، میری موت ایمان پر ہوئی تو میں اچھا،</w:t>
      </w:r>
    </w:p>
    <w:p>
      <w:r>
        <w:rPr>
          <w:b/>
        </w:rPr>
        <w:t xml:space="preserve">[14:33] </w:t>
      </w:r>
      <w:r>
        <w:t>aur nahi to tumhara kutta achha.</w:t>
      </w:r>
    </w:p>
    <w:p>
      <w:pPr>
        <w:jc w:val="right"/>
      </w:pPr>
      <w:r>
        <w:t>اور نہیں تو تمہارا کتا اچھا۔</w:t>
      </w:r>
    </w:p>
    <w:p>
      <w:r>
        <w:rPr>
          <w:b/>
        </w:rPr>
        <w:t xml:space="preserve">[14:35] </w:t>
      </w:r>
      <w:r>
        <w:t>to us ko is is strike kar gayi ke iman kya cheez hai</w:t>
      </w:r>
    </w:p>
    <w:p>
      <w:pPr>
        <w:jc w:val="right"/>
      </w:pPr>
      <w:r>
        <w:t>تو اس کو اس اسٹرائیک کر گئی کہ ایمان کیا چیز ہے</w:t>
      </w:r>
    </w:p>
    <w:p>
      <w:r>
        <w:rPr>
          <w:b/>
        </w:rPr>
        <w:t xml:space="preserve">[14:41] </w:t>
      </w:r>
      <w:r>
        <w:t>jo ek ek insan ko ya to insan banati hai ya kutte ke darje pouncha deti hai.</w:t>
      </w:r>
    </w:p>
    <w:p>
      <w:pPr>
        <w:jc w:val="right"/>
      </w:pPr>
      <w:r>
        <w:t>جو ایک ایک انسان کو یا تو انسان بناتی ہے یا کتے کے درجے پہنچا دیتی ہے۔</w:t>
      </w:r>
    </w:p>
    <w:p>
      <w:r>
        <w:rPr>
          <w:b/>
        </w:rPr>
        <w:t xml:space="preserve">[14:47] </w:t>
      </w:r>
      <w:r>
        <w:t>iman kya cheez hai?</w:t>
      </w:r>
    </w:p>
    <w:p>
      <w:pPr>
        <w:jc w:val="right"/>
      </w:pPr>
      <w:r>
        <w:t>ایمان کیا چیز ہے؟</w:t>
      </w:r>
    </w:p>
    <w:p>
      <w:r>
        <w:rPr>
          <w:b/>
        </w:rPr>
        <w:t xml:space="preserve">[14:50] </w:t>
      </w:r>
      <w:r>
        <w:t>to us ne kaha ke mere haan aana, mere darbar mein aana.</w:t>
      </w:r>
    </w:p>
    <w:p>
      <w:pPr>
        <w:jc w:val="right"/>
      </w:pPr>
      <w:r>
        <w:t>تو اس نے کہا کہ میرے ہاں آنا، میرے دربار میں آنا۔</w:t>
      </w:r>
    </w:p>
    <w:p>
      <w:r>
        <w:rPr>
          <w:b/>
        </w:rPr>
        <w:t xml:space="preserve">[14:54] </w:t>
      </w:r>
      <w:r>
        <w:t>in ko bulaya</w:t>
      </w:r>
    </w:p>
    <w:p>
      <w:pPr>
        <w:jc w:val="right"/>
      </w:pPr>
      <w:r>
        <w:t>ان کو بلایا</w:t>
      </w:r>
    </w:p>
    <w:p>
      <w:r>
        <w:rPr>
          <w:b/>
        </w:rPr>
        <w:t xml:space="preserve">[14:56] </w:t>
      </w:r>
      <w:r>
        <w:t>to lambi kahani hai.</w:t>
      </w:r>
    </w:p>
    <w:p>
      <w:pPr>
        <w:jc w:val="right"/>
      </w:pPr>
      <w:r>
        <w:t>تو لمبی کہانی ہے۔</w:t>
      </w:r>
    </w:p>
    <w:p>
      <w:r>
        <w:rPr>
          <w:b/>
        </w:rPr>
        <w:t xml:space="preserve">[14:58] </w:t>
      </w:r>
      <w:r>
        <w:t>to baat ko woh khud to nahi pounch saka, un ka beta pouncha, aur us ne</w:t>
      </w:r>
    </w:p>
    <w:p>
      <w:pPr>
        <w:jc w:val="right"/>
      </w:pPr>
      <w:r>
        <w:t>تو بات کو وہ خود تو نہیں پہنچ سکا، ان کا بیٹا پہنچا، اور اس نے</w:t>
      </w:r>
    </w:p>
    <w:p>
      <w:r>
        <w:rPr>
          <w:b/>
        </w:rPr>
        <w:t xml:space="preserve">[15:05] </w:t>
      </w:r>
      <w:r>
        <w:t>shahzade se mulaqat ki jo us waqt</w:t>
      </w:r>
    </w:p>
    <w:p>
      <w:pPr>
        <w:jc w:val="right"/>
      </w:pPr>
      <w:r>
        <w:t>شہزادے سے ملاقات کی جو اس وقت</w:t>
      </w:r>
    </w:p>
    <w:p>
      <w:r>
        <w:rPr>
          <w:b/>
        </w:rPr>
        <w:t xml:space="preserve">[15:08] </w:t>
      </w:r>
      <w:r>
        <w:t>wo ho chuka tha, sultan ho chuka tha.</w:t>
      </w:r>
    </w:p>
    <w:p>
      <w:pPr>
        <w:jc w:val="right"/>
      </w:pPr>
      <w:r>
        <w:t>وہ ہو چکا تھا، سلطان ہو چکا تھا۔</w:t>
      </w:r>
    </w:p>
    <w:p>
      <w:r>
        <w:rPr>
          <w:b/>
        </w:rPr>
        <w:t xml:space="preserve">[15:12] </w:t>
      </w:r>
      <w:r>
        <w:t>to us ne poocha ke iman kya cheez hai?</w:t>
      </w:r>
    </w:p>
    <w:p>
      <w:pPr>
        <w:jc w:val="right"/>
      </w:pPr>
      <w:r>
        <w:t>تو اس نے پوچھا کہ ایمان کیا چیز ہے؟</w:t>
      </w:r>
    </w:p>
    <w:p>
      <w:r>
        <w:rPr>
          <w:b/>
        </w:rPr>
        <w:t xml:space="preserve">[15:18] </w:t>
      </w:r>
      <w:r>
        <w:t>to woh janta nahi tha kya cheez hai iman.</w:t>
      </w:r>
    </w:p>
    <w:p>
      <w:pPr>
        <w:jc w:val="right"/>
      </w:pPr>
      <w:r>
        <w:t>تو وہ جانتا نہیں تھا کیا چیز ہے ایمان۔</w:t>
      </w:r>
    </w:p>
    <w:p>
      <w:r>
        <w:rPr>
          <w:b/>
        </w:rPr>
        <w:t xml:space="preserve">[15:21] </w:t>
      </w:r>
      <w:r>
        <w:t>to sheikh jamal ud din ke bete ne bataya ke iman kya cheez hai?</w:t>
      </w:r>
    </w:p>
    <w:p>
      <w:pPr>
        <w:jc w:val="right"/>
      </w:pPr>
      <w:r>
        <w:t>تو شیخ جمال الدین کے بیٹے نے بتایا کہ ایمان کیا چیز ہے؟</w:t>
      </w:r>
    </w:p>
    <w:p>
      <w:r>
        <w:rPr>
          <w:b/>
        </w:rPr>
        <w:t xml:space="preserve">[15:27] </w:t>
      </w:r>
      <w:r>
        <w:t>god par faith kya cheez hai? toheed kya cheez hai? quran kya cheez hai? islam kya cheez hai?</w:t>
      </w:r>
    </w:p>
    <w:p>
      <w:pPr>
        <w:jc w:val="right"/>
      </w:pPr>
      <w:r>
        <w:t>گاٹ پر فیتھ کیا چیز ہے؟ توحید کیا چیز ہے؟ قرآن کیا چیز ہے؟ اسلام کیا چیز ہے؟</w:t>
      </w:r>
    </w:p>
    <w:p>
      <w:r>
        <w:rPr>
          <w:b/>
        </w:rPr>
        <w:t xml:space="preserve">[15:34] </w:t>
      </w:r>
      <w:r>
        <w:t>sab bataya unhon ne.</w:t>
      </w:r>
    </w:p>
    <w:p>
      <w:pPr>
        <w:jc w:val="right"/>
      </w:pPr>
      <w:r>
        <w:t>سب بتایا انہوں نے۔</w:t>
      </w:r>
    </w:p>
    <w:p>
      <w:r>
        <w:rPr>
          <w:b/>
        </w:rPr>
        <w:t xml:space="preserve">[15:36] </w:t>
      </w:r>
      <w:r>
        <w:t>to bohat impress hua, woh bohat ghor se suna,</w:t>
      </w:r>
    </w:p>
    <w:p>
      <w:pPr>
        <w:jc w:val="right"/>
      </w:pPr>
      <w:r>
        <w:t>تو بہت امپریس ہوا، وہ بہت غور سے سنا،</w:t>
      </w:r>
    </w:p>
    <w:p>
      <w:r>
        <w:rPr>
          <w:b/>
        </w:rPr>
        <w:t xml:space="preserve">[15:41] </w:t>
      </w:r>
      <w:r>
        <w:t>boht impress hua.</w:t>
      </w:r>
    </w:p>
    <w:p>
      <w:pPr>
        <w:jc w:val="right"/>
      </w:pPr>
      <w:r>
        <w:t>بہت امپریس ہوا۔</w:t>
      </w:r>
    </w:p>
    <w:p>
      <w:r>
        <w:rPr>
          <w:b/>
        </w:rPr>
        <w:t xml:space="preserve">[15:44] </w:t>
      </w:r>
      <w:r>
        <w:t>aur phir aur bhi lambi kahani hai.</w:t>
      </w:r>
    </w:p>
    <w:p>
      <w:pPr>
        <w:jc w:val="right"/>
      </w:pPr>
      <w:r>
        <w:t>اور پھر اور بھی لمبی کہانی ہے۔</w:t>
      </w:r>
    </w:p>
    <w:p>
      <w:r>
        <w:rPr>
          <w:b/>
        </w:rPr>
        <w:t xml:space="preserve">[15:48] </w:t>
      </w:r>
      <w:r>
        <w:t>dheere dheere majority tatariyon ki nishani islam mein dakhil ho gayi.</w:t>
      </w:r>
    </w:p>
    <w:p>
      <w:pPr>
        <w:jc w:val="right"/>
      </w:pPr>
      <w:r>
        <w:t>دھیرے دھیرے میجورٹی تاتاریوں کی علامت اسلام میں داخل ہو گئی۔</w:t>
      </w:r>
    </w:p>
    <w:p>
      <w:r>
        <w:rPr>
          <w:b/>
        </w:rPr>
        <w:t xml:space="preserve">[15:53] </w:t>
      </w:r>
      <w:r>
        <w:t>is ke baad to ek nishani hai, yani first phase tatariyon ka hai, unhon ne attack kiya.</w:t>
      </w:r>
    </w:p>
    <w:p>
      <w:pPr>
        <w:jc w:val="right"/>
      </w:pPr>
      <w:r>
        <w:t>اس کے بعد تو ایک علامت ہے، یعنی فرسٹ فیز تاتاریوں کا ہے، انہوں نے اٹیک کیا۔</w:t>
      </w:r>
    </w:p>
    <w:p>
      <w:r>
        <w:rPr>
          <w:b/>
        </w:rPr>
        <w:t xml:space="preserve">[16:03] </w:t>
      </w:r>
      <w:r>
        <w:t>second phase ki nishani,</w:t>
      </w:r>
    </w:p>
    <w:p>
      <w:pPr>
        <w:jc w:val="right"/>
      </w:pPr>
      <w:r>
        <w:t>سیکنڈ فیز کی علامت،</w:t>
      </w:r>
    </w:p>
    <w:p>
      <w:r>
        <w:rPr>
          <w:b/>
        </w:rPr>
        <w:t xml:space="preserve">[16:07] </w:t>
      </w:r>
      <w:r>
        <w:t>first phase ki nishani tatari hain, jinhon ne abbasi, abbasi par par hamla kiya.</w:t>
      </w:r>
    </w:p>
    <w:p>
      <w:pPr>
        <w:jc w:val="right"/>
      </w:pPr>
      <w:r>
        <w:t>فرسٹ فیز کی علامت تاتاری ہیں، جنہوں نے عباسی، عباسی پار پر حملہ کیا۔</w:t>
      </w:r>
    </w:p>
    <w:p>
      <w:r>
        <w:rPr>
          <w:b/>
        </w:rPr>
        <w:t xml:space="preserve">[16:14] </w:t>
      </w:r>
      <w:r>
        <w:t>second phase ki nishani ibn taimiya hain, jinhon ne kaha ke larr kar ke humein in ko nikalna</w:t>
      </w:r>
    </w:p>
    <w:p>
      <w:pPr>
        <w:jc w:val="right"/>
      </w:pPr>
      <w:r>
        <w:t>سیکنڈ فیز کی علامت ابن تیمیہ ہیں، جنہوں نے کہا کہ لڑ کر کے ہمیں ان کو نکالنا</w:t>
      </w:r>
    </w:p>
    <w:p>
      <w:r>
        <w:rPr>
          <w:b/>
        </w:rPr>
        <w:t xml:space="preserve">[16:20] </w:t>
      </w:r>
      <w:r>
        <w:t>hai, bhagana hai yahan se.</w:t>
      </w:r>
    </w:p>
    <w:p>
      <w:pPr>
        <w:jc w:val="right"/>
      </w:pPr>
      <w:r>
        <w:t>ہے، بھگانا ہے یہاں سے۔</w:t>
      </w:r>
    </w:p>
    <w:p>
      <w:r>
        <w:rPr>
          <w:b/>
        </w:rPr>
        <w:t xml:space="preserve">[16:22] </w:t>
      </w:r>
      <w:r>
        <w:t>aur third phase ki nishani sheikh rehmatullah hain, unhon ne kaha ke nahi, dawat do.</w:t>
      </w:r>
    </w:p>
    <w:p>
      <w:pPr>
        <w:jc w:val="right"/>
      </w:pPr>
      <w:r>
        <w:t>اور تھرڈ فیز کی علامت شیخ رحم الدین ہیں، انہوں نے کہا کہ نہیں، دعوت دو۔</w:t>
      </w:r>
    </w:p>
    <w:p>
      <w:r>
        <w:rPr>
          <w:b/>
        </w:rPr>
        <w:t xml:space="preserve">[16:28] </w:t>
      </w:r>
      <w:r>
        <w:t>to dawat se</w:t>
      </w:r>
    </w:p>
    <w:p>
      <w:pPr>
        <w:jc w:val="right"/>
      </w:pPr>
      <w:r>
        <w:t>تو دعوت سے</w:t>
      </w:r>
    </w:p>
    <w:p>
      <w:r>
        <w:rPr>
          <w:b/>
        </w:rPr>
        <w:t xml:space="preserve">[16:31] </w:t>
      </w:r>
      <w:r>
        <w:t>woh maskhar ho gaye, un ki majority islam mein dakhil ho gayi.</w:t>
      </w:r>
    </w:p>
    <w:p>
      <w:pPr>
        <w:jc w:val="right"/>
      </w:pPr>
      <w:r>
        <w:t>وہ مسخر ہو گئے، ان کی میجورٹی اسلام میں داخل ہو گئی۔</w:t>
      </w:r>
    </w:p>
    <w:p>
      <w:r>
        <w:rPr>
          <w:b/>
        </w:rPr>
        <w:t xml:space="preserve">[16:35] </w:t>
      </w:r>
      <w:r>
        <w:t>aur isi ko, isi waqeye ko iqbal ne is tarah se shair mein kaha hai</w:t>
      </w:r>
    </w:p>
    <w:p>
      <w:pPr>
        <w:jc w:val="right"/>
      </w:pPr>
      <w:r>
        <w:t>اور اسی کو، اسی واقعے کو اقبال نے اس طرح سے شعر میں کہا ہے</w:t>
      </w:r>
    </w:p>
    <w:p>
      <w:r>
        <w:rPr>
          <w:b/>
        </w:rPr>
        <w:t xml:space="preserve">[16:42] </w:t>
      </w:r>
      <w:r>
        <w:t>ke hai ayan fitna-e-tatari ke afsane se,</w:t>
      </w:r>
    </w:p>
    <w:p>
      <w:pPr>
        <w:jc w:val="right"/>
      </w:pPr>
      <w:r>
        <w:t>کہ ہے عیاں فتنہ تاتار کے افسانے سے،</w:t>
      </w:r>
    </w:p>
    <w:p>
      <w:r>
        <w:rPr>
          <w:b/>
        </w:rPr>
        <w:t xml:space="preserve">[16:47] </w:t>
      </w:r>
      <w:r>
        <w:t>pasban mil gaye kaaba ko sanam khane se.</w:t>
      </w:r>
    </w:p>
    <w:p>
      <w:pPr>
        <w:jc w:val="right"/>
      </w:pPr>
      <w:r>
        <w:t>پاسباں مل گئے کعبہ کو صنم خانے سے۔</w:t>
      </w:r>
    </w:p>
    <w:p>
      <w:r>
        <w:rPr>
          <w:b/>
        </w:rPr>
        <w:t xml:space="preserve">[16:52] </w:t>
      </w:r>
      <w:r>
        <w:t>hai ayan fitna-e-tatari ke afsane se,</w:t>
      </w:r>
    </w:p>
    <w:p>
      <w:pPr>
        <w:jc w:val="right"/>
      </w:pPr>
      <w:r>
        <w:t>ہے عیاں فتنہ تاتار کے افسانے سے،</w:t>
      </w:r>
    </w:p>
    <w:p>
      <w:r>
        <w:rPr>
          <w:b/>
        </w:rPr>
        <w:t xml:space="preserve">[16:56] </w:t>
      </w:r>
      <w:r>
        <w:t>pasban mil gaye kaaba ko sanam khane se.</w:t>
      </w:r>
    </w:p>
    <w:p>
      <w:pPr>
        <w:jc w:val="right"/>
      </w:pPr>
      <w:r>
        <w:t>پاسباں مل گئے کعبہ کو صنم خانے سے۔</w:t>
      </w:r>
    </w:p>
    <w:p>
      <w:r>
        <w:rPr>
          <w:b/>
        </w:rPr>
        <w:t xml:space="preserve">[16:59] </w:t>
      </w:r>
      <w:r>
        <w:t>acha, is ke baad dekhiye,</w:t>
      </w:r>
    </w:p>
    <w:p>
      <w:pPr>
        <w:jc w:val="right"/>
      </w:pPr>
      <w:r>
        <w:t>اچھا، اس کے بعد دیکھیے،</w:t>
      </w:r>
    </w:p>
    <w:p>
      <w:r>
        <w:rPr>
          <w:b/>
        </w:rPr>
        <w:t xml:space="preserve">[17:03] </w:t>
      </w:r>
      <w:r>
        <w:t>is ke baad tareekh safar karti hai yahan tak ke colonial period aata hai, noabadadi, noabadadi, noabadadiyat ka</w:t>
      </w:r>
    </w:p>
    <w:p>
      <w:pPr>
        <w:jc w:val="right"/>
      </w:pPr>
      <w:r>
        <w:t>اس کے بعد تاریخ سفر کرتی ہے یہاں تک کہ کلونیل پیریڈ آتا ہے، نوآبادی، نوآبادی، نوآبادیات کا</w:t>
      </w:r>
    </w:p>
    <w:p>
      <w:r>
        <w:rPr>
          <w:b/>
        </w:rPr>
        <w:t xml:space="preserve">[17:12] </w:t>
      </w:r>
      <w:r>
        <w:t>dour, jab maghribi qaumein nayi taqaton se</w:t>
      </w:r>
    </w:p>
    <w:p>
      <w:pPr>
        <w:jc w:val="right"/>
      </w:pPr>
      <w:r>
        <w:t>دور، جب مغربی قومیں نئی طاقتوں سے</w:t>
      </w:r>
    </w:p>
    <w:p>
      <w:r>
        <w:rPr>
          <w:b/>
        </w:rPr>
        <w:t xml:space="preserve">[17:18] </w:t>
      </w:r>
      <w:r>
        <w:t>less ho kar afreeqa, europe mein dakhil ho gayin, aur unhon ne muslim saltanaton ko zer kar liya.</w:t>
      </w:r>
    </w:p>
    <w:p>
      <w:pPr>
        <w:jc w:val="right"/>
      </w:pPr>
      <w:r>
        <w:t>لیس ہو کر افریقہ، یورپ میں داخل ہو گئیں، اور انہوں نے مسلم سلطنتوں کو زیر کر لیا۔</w:t>
      </w:r>
    </w:p>
    <w:p>
      <w:r>
        <w:rPr>
          <w:b/>
        </w:rPr>
        <w:t xml:space="preserve">[17:27] </w:t>
      </w:r>
      <w:r>
        <w:t>to dobara wohi tareekh yahan dohrai jati hai,</w:t>
      </w:r>
    </w:p>
    <w:p>
      <w:pPr>
        <w:jc w:val="right"/>
      </w:pPr>
      <w:r>
        <w:t>تو دوبارہ وہی تاریخ یہاں دہرائی جاتی ہے،</w:t>
      </w:r>
    </w:p>
    <w:p>
      <w:r>
        <w:rPr>
          <w:b/>
        </w:rPr>
        <w:t xml:space="preserve">[17:31] </w:t>
      </w:r>
      <w:r>
        <w:t>yani colonial powers ka dakhila muslim dunya mein, yeh first phase tha.</w:t>
      </w:r>
    </w:p>
    <w:p>
      <w:pPr>
        <w:jc w:val="right"/>
      </w:pPr>
      <w:r>
        <w:t>یعنی کلونیل پاورز کا داخلہ مسلم دنیا میں، یہ فرسٹ فیز تھا۔</w:t>
      </w:r>
    </w:p>
    <w:p>
      <w:r>
        <w:rPr>
          <w:b/>
        </w:rPr>
        <w:t xml:space="preserve">[17:39] </w:t>
      </w:r>
      <w:r>
        <w:t>first phase, is ke baad un ke khilaf reaction hua, unhon ne ladaaiyan chedein, khaas tor par</w:t>
      </w:r>
    </w:p>
    <w:p>
      <w:pPr>
        <w:jc w:val="right"/>
      </w:pPr>
      <w:r>
        <w:t>فرسٹ فیز، اس کے بعد ان کے خلاف ری ایکشن ہوا، انہوں نے لڑائیاں چھیڑیں، خاص طور پر</w:t>
      </w:r>
    </w:p>
    <w:p>
      <w:r>
        <w:rPr>
          <w:b/>
        </w:rPr>
        <w:t xml:space="preserve">[17:44] </w:t>
      </w:r>
      <w:r>
        <w:t>ulama ne fatwe diye.</w:t>
      </w:r>
    </w:p>
    <w:p>
      <w:pPr>
        <w:jc w:val="right"/>
      </w:pPr>
      <w:r>
        <w:t>علماء نے فتوے دیے۔</w:t>
      </w:r>
    </w:p>
    <w:p>
      <w:r>
        <w:rPr>
          <w:b/>
        </w:rPr>
        <w:t xml:space="preserve">[17:50] </w:t>
      </w:r>
      <w:r>
        <w:t>yeh second phase tha, lekin is se koi baat bana nahi, is se koi kamyabi hui nahi.</w:t>
      </w:r>
    </w:p>
    <w:p>
      <w:pPr>
        <w:jc w:val="right"/>
      </w:pPr>
      <w:r>
        <w:t>یہ سیکنڈ فیز تھا، لیکن اس سے کوئی بات بنا نہیں، اس سے کوئی کامیابی ہوئی نہیں۔</w:t>
      </w:r>
    </w:p>
    <w:p>
      <w:r>
        <w:rPr>
          <w:b/>
        </w:rPr>
        <w:t xml:space="preserve">[17:57] </w:t>
      </w:r>
      <w:r>
        <w:t>is ke baad third phase bhi samne aata hai,</w:t>
      </w:r>
    </w:p>
    <w:p>
      <w:pPr>
        <w:jc w:val="right"/>
      </w:pPr>
      <w:r>
        <w:t>اس کے بعد تھرڈ فیز بھی سامنے آتا ہے،</w:t>
      </w:r>
    </w:p>
    <w:p>
      <w:r>
        <w:rPr>
          <w:b/>
        </w:rPr>
        <w:t xml:space="preserve">[18:02] </w:t>
      </w:r>
      <w:r>
        <w:t>jo muslim thinkers the, muslim ulma the, un ka zehn mein aaya ke hum hum</w:t>
      </w:r>
    </w:p>
    <w:p>
      <w:pPr>
        <w:jc w:val="right"/>
      </w:pPr>
      <w:r>
        <w:t>جو مسلم تھنکرز تھے، مسلم علماء تھے، ان کا ذہن میں آیا کہ ہم ہم</w:t>
      </w:r>
    </w:p>
    <w:p>
      <w:r>
        <w:rPr>
          <w:b/>
        </w:rPr>
        <w:t xml:space="preserve">[18:11] </w:t>
      </w:r>
      <w:r>
        <w:t>ab khud apne deen ko consolidate karen,</w:t>
      </w:r>
    </w:p>
    <w:p>
      <w:pPr>
        <w:jc w:val="right"/>
      </w:pPr>
      <w:r>
        <w:t>اب خود اپنے دین کو کنسولیڈیٹ کریں،</w:t>
      </w:r>
    </w:p>
    <w:p>
      <w:r>
        <w:rPr>
          <w:b/>
        </w:rPr>
        <w:t xml:space="preserve">[18:16] </w:t>
      </w:r>
      <w:r>
        <w:t>apni qom ko dobara un ko</w:t>
      </w:r>
    </w:p>
    <w:p>
      <w:pPr>
        <w:jc w:val="right"/>
      </w:pPr>
      <w:r>
        <w:t>اپنی قوم کو دوبارہ ان کو</w:t>
      </w:r>
    </w:p>
    <w:p>
      <w:r>
        <w:rPr>
          <w:b/>
        </w:rPr>
        <w:t xml:space="preserve">[18:21] </w:t>
      </w:r>
      <w:r>
        <w:t>un ki taameer karen.</w:t>
      </w:r>
    </w:p>
    <w:p>
      <w:pPr>
        <w:jc w:val="right"/>
      </w:pPr>
      <w:r>
        <w:t>ان کی تعمیر کریں۔</w:t>
      </w:r>
    </w:p>
    <w:p>
      <w:r>
        <w:rPr>
          <w:b/>
        </w:rPr>
        <w:t xml:space="preserve">[18:23] </w:t>
      </w:r>
      <w:r>
        <w:t>to is zamane mein bohat madrase khole gaye, masjidain banai gayeen, islami institution bane, aur bohat si tehreekein</w:t>
      </w:r>
    </w:p>
    <w:p>
      <w:pPr>
        <w:jc w:val="right"/>
      </w:pPr>
      <w:r>
        <w:t>تو اس زمانے میں بہت مدرسے کھولے گئے، مسجدیں بنائی گئیں، اسلامی انسٹیٹیوشن بنے، اور بہت سی تحریکیں</w:t>
      </w:r>
    </w:p>
    <w:p>
      <w:r>
        <w:rPr>
          <w:b/>
        </w:rPr>
        <w:t xml:space="preserve">[18:32] </w:t>
      </w:r>
      <w:r>
        <w:t>islam revival ki uth khari hu'een, aur bohat zabardast revival aaya musalmanon mein.</w:t>
      </w:r>
    </w:p>
    <w:p>
      <w:pPr>
        <w:jc w:val="right"/>
      </w:pPr>
      <w:r>
        <w:t>اسلام ریوائیول کی اٹھ کھڑی ہوئیں، اور بہت زبردست ریوائیول آیا مسلمانوں میں۔</w:t>
      </w:r>
    </w:p>
    <w:p>
      <w:r>
        <w:rPr>
          <w:b/>
        </w:rPr>
        <w:t xml:space="preserve">[18:37] </w:t>
      </w:r>
      <w:r>
        <w:t>is ke baad, yaani jo ladaaiyan ladi theen logon ne,</w:t>
      </w:r>
    </w:p>
    <w:p>
      <w:pPr>
        <w:jc w:val="right"/>
      </w:pPr>
      <w:r>
        <w:t>اس کے بعد، یعنی جو لڑائیاں لڑی تھیں لوگوں نے،</w:t>
      </w:r>
    </w:p>
    <w:p>
      <w:r>
        <w:rPr>
          <w:b/>
        </w:rPr>
        <w:t xml:space="preserve">[18:43] </w:t>
      </w:r>
      <w:r>
        <w:t>yaani british company ke khilaaf, french company ke saath, wo to kaamyaab nahi hu'een, lekin yeh doosra jo</w:t>
      </w:r>
    </w:p>
    <w:p>
      <w:pPr>
        <w:jc w:val="right"/>
      </w:pPr>
      <w:r>
        <w:t>یعنی برٹش کمپنی کے خلاف، فرینچ کمپنی کے ساتھ، وہ تو کامیاب نہیں ہوئی، لیکن یہ دوسرا جو</w:t>
      </w:r>
    </w:p>
    <w:p>
      <w:r>
        <w:rPr>
          <w:b/>
        </w:rPr>
        <w:t xml:space="preserve">[18:52] </w:t>
      </w:r>
      <w:r>
        <w:t>jo positive, jo positive response wali baat hai, is mein bohat kaamyaabi hu'i.</w:t>
      </w:r>
    </w:p>
    <w:p>
      <w:pPr>
        <w:jc w:val="right"/>
      </w:pPr>
      <w:r>
        <w:t>جو پازیٹو، جو پازیٹو رسپانس والی بات ہے، اس میں بہت کامیابی ہوئی۔</w:t>
      </w:r>
    </w:p>
    <w:p>
      <w:r>
        <w:rPr>
          <w:b/>
        </w:rPr>
        <w:t xml:space="preserve">[19:01] </w:t>
      </w:r>
      <w:r>
        <w:t>ek naya daur aa gaya muslim duniya mein, jahan madrase, masjidain, islami idare, islami tehreekein bohat bare paane</w:t>
      </w:r>
    </w:p>
    <w:p>
      <w:pPr>
        <w:jc w:val="right"/>
      </w:pPr>
      <w:r>
        <w:t>ایک نیا دور آ گیا مسلم دنیا میں، جہاں مدرسے، مسجدیں، اسلامی ادارے، اسلامی تحریکیں بہت بڑے پانے</w:t>
      </w:r>
    </w:p>
    <w:p>
      <w:r>
        <w:rPr>
          <w:b/>
        </w:rPr>
        <w:t xml:space="preserve">[19:11] </w:t>
      </w:r>
      <w:r>
        <w:t>par chal pari.</w:t>
      </w:r>
    </w:p>
    <w:p>
      <w:pPr>
        <w:jc w:val="right"/>
      </w:pPr>
      <w:r>
        <w:t>پر چل پڑی۔</w:t>
      </w:r>
    </w:p>
    <w:p>
      <w:r>
        <w:rPr>
          <w:b/>
        </w:rPr>
        <w:t xml:space="preserve">[19:14] </w:t>
      </w:r>
      <w:r>
        <w:t>to ek misaal yeh hai, ab ek misaal moddat zamani ki hai ke 911 jo hua tha 2001</w:t>
      </w:r>
    </w:p>
    <w:p>
      <w:pPr>
        <w:jc w:val="right"/>
      </w:pPr>
      <w:r>
        <w:t>تو ایک مثال یہ ہے، اب ایک مثال مودت زمانی کی ہے کہ 911 جو ہوا تھا 2001</w:t>
      </w:r>
    </w:p>
    <w:p>
      <w:r>
        <w:rPr>
          <w:b/>
        </w:rPr>
        <w:t xml:space="preserve">[19:22] </w:t>
      </w:r>
      <w:r>
        <w:t>mein, wo ek bohat bara</w:t>
      </w:r>
    </w:p>
    <w:p>
      <w:pPr>
        <w:jc w:val="right"/>
      </w:pPr>
      <w:r>
        <w:t>میں، وہ ایک بہت بڑا</w:t>
      </w:r>
    </w:p>
    <w:p>
      <w:r>
        <w:rPr>
          <w:b/>
        </w:rPr>
        <w:t xml:space="preserve">[19:25] </w:t>
      </w:r>
      <w:r>
        <w:t>shock jaisa tha western world ke liye.</w:t>
      </w:r>
    </w:p>
    <w:p>
      <w:pPr>
        <w:jc w:val="right"/>
      </w:pPr>
      <w:r>
        <w:t>شاک جیسا تھا ویسٹرن ورلڈ کے لیے۔</w:t>
      </w:r>
    </w:p>
    <w:p>
      <w:r>
        <w:rPr>
          <w:b/>
        </w:rPr>
        <w:t xml:space="preserve">[19:29] </w:t>
      </w:r>
      <w:r>
        <w:t>newark mein aap jante hain, ek bohat ooncha tower tha, us zamane mein sab se ooncha tower,</w:t>
      </w:r>
    </w:p>
    <w:p>
      <w:pPr>
        <w:jc w:val="right"/>
      </w:pPr>
      <w:r>
        <w:t>نیوارک میں آپ جانتے ہیں، ایک بہت اونچا ٹاور تھا، اس زمانے میں سب سے اونچا ٹاور،</w:t>
      </w:r>
    </w:p>
    <w:p>
      <w:r>
        <w:rPr>
          <w:b/>
        </w:rPr>
        <w:t xml:space="preserve">[19:35] </w:t>
      </w:r>
      <w:r>
        <w:t>to is ko kuch musalmanon ne hawa jahaz ura kar ke takra diya, aur tower demolish kar diya.</w:t>
      </w:r>
    </w:p>
    <w:p>
      <w:pPr>
        <w:jc w:val="right"/>
      </w:pPr>
      <w:r>
        <w:t>تو اس کو کچھ مسلمانوں نے ہوا جہاز اڑا کر کے ٹکرا دیا، اور ٹاور ڈیمولش کر دیا۔</w:t>
      </w:r>
    </w:p>
    <w:p>
      <w:r>
        <w:rPr>
          <w:b/>
        </w:rPr>
        <w:t xml:space="preserve">[19:43] </w:t>
      </w:r>
      <w:r>
        <w:t>yeh ek anokha waqea tha ke hawa jahaz ko takra kar ke kisi bohat bari building ko demolish</w:t>
      </w:r>
    </w:p>
    <w:p>
      <w:pPr>
        <w:jc w:val="right"/>
      </w:pPr>
      <w:r>
        <w:t>یہ ایک انوکھا واقعہ تھا کہ ہوا جہاز کو ٹکرا کر کے کسی بہت بڑی بلڈنگ کو ڈیمولش</w:t>
      </w:r>
    </w:p>
    <w:p>
      <w:r>
        <w:rPr>
          <w:b/>
        </w:rPr>
        <w:t xml:space="preserve">[19:50] </w:t>
      </w:r>
      <w:r>
        <w:t>kar diya jaye.</w:t>
      </w:r>
    </w:p>
    <w:p>
      <w:pPr>
        <w:jc w:val="right"/>
      </w:pPr>
      <w:r>
        <w:t>کر دیا جائے۔</w:t>
      </w:r>
    </w:p>
    <w:p>
      <w:r>
        <w:rPr>
          <w:b/>
        </w:rPr>
        <w:t xml:space="preserve">[19:52] </w:t>
      </w:r>
      <w:r>
        <w:t>to main ne dekha hai, wo bohat ooncha tha, jab main oopar charha, ek dam, ek dam oopar</w:t>
      </w:r>
    </w:p>
    <w:p>
      <w:pPr>
        <w:jc w:val="right"/>
      </w:pPr>
      <w:r>
        <w:t>تو میں نے دیکھا ہے، وہ بہت اونچا تھا، جب میں اوپر چڑھا، ایک دم، ایک دم اوپر</w:t>
      </w:r>
    </w:p>
    <w:p>
      <w:r>
        <w:rPr>
          <w:b/>
        </w:rPr>
        <w:t xml:space="preserve">[20:00] </w:t>
      </w:r>
      <w:r>
        <w:t>to neeche sadak ke log chhote chhote lagte the, yaani dwarf jaise dwarf hon.</w:t>
      </w:r>
    </w:p>
    <w:p>
      <w:pPr>
        <w:jc w:val="right"/>
      </w:pPr>
      <w:r>
        <w:t>تو نیچے سڑک کے لوگ چھوٹے چھوٹے لگتے تھے، یعنی ڈوارف جیسے ڈوارف ہوں۔</w:t>
      </w:r>
    </w:p>
    <w:p>
      <w:r>
        <w:rPr>
          <w:b/>
        </w:rPr>
        <w:t xml:space="preserve">[20:07] </w:t>
      </w:r>
      <w:r>
        <w:t>oopar se neeche jab dekha main ne to jo insaan chal rahe the, wo chhote chhote lagte the,</w:t>
      </w:r>
    </w:p>
    <w:p>
      <w:pPr>
        <w:jc w:val="right"/>
      </w:pPr>
      <w:r>
        <w:t>اوپر سے نیچے جب دیکھا میں نے تو جو انسان چل رہے تھے، وہ چھوٹے چھوٹے لگتے تھے،</w:t>
      </w:r>
    </w:p>
    <w:p>
      <w:r>
        <w:rPr>
          <w:b/>
        </w:rPr>
        <w:t xml:space="preserve">[20:12] </w:t>
      </w:r>
      <w:r>
        <w:t>bacha jaise itna ooncha tha wo.</w:t>
      </w:r>
    </w:p>
    <w:p>
      <w:pPr>
        <w:jc w:val="right"/>
      </w:pPr>
      <w:r>
        <w:t>بچہ جیسے اتنا اونچا تھا وہ۔</w:t>
      </w:r>
    </w:p>
    <w:p>
      <w:r>
        <w:rPr>
          <w:b/>
        </w:rPr>
        <w:t xml:space="preserve">[20:15] </w:t>
      </w:r>
      <w:r>
        <w:t>to wo dha diya.</w:t>
      </w:r>
    </w:p>
    <w:p>
      <w:pPr>
        <w:jc w:val="right"/>
      </w:pPr>
      <w:r>
        <w:t>تو وہ ڈھا دیا۔</w:t>
      </w:r>
    </w:p>
    <w:p>
      <w:r>
        <w:rPr>
          <w:b/>
        </w:rPr>
        <w:t xml:space="preserve">[20:18] </w:t>
      </w:r>
      <w:r>
        <w:t>to yeh gaya pehla phase tha.</w:t>
      </w:r>
    </w:p>
    <w:p>
      <w:pPr>
        <w:jc w:val="right"/>
      </w:pPr>
      <w:r>
        <w:t>تو یہ گیا پہلا فیز تھا۔</w:t>
      </w:r>
    </w:p>
    <w:p>
      <w:r>
        <w:rPr>
          <w:b/>
        </w:rPr>
        <w:t xml:space="preserve">[20:23] </w:t>
      </w:r>
      <w:r>
        <w:t>pehla phase, doosra phase jo tha,</w:t>
      </w:r>
    </w:p>
    <w:p>
      <w:pPr>
        <w:jc w:val="right"/>
      </w:pPr>
      <w:r>
        <w:t>پہلا فیز، دوسرا فیز جو تھا،</w:t>
      </w:r>
    </w:p>
    <w:p>
      <w:r>
        <w:rPr>
          <w:b/>
        </w:rPr>
        <w:t xml:space="preserve">[20:27] </w:t>
      </w:r>
      <w:r>
        <w:t>woh tha ke western world mein ghussa paida ho gaya, nafrat paida ho gayi, aur</w:t>
      </w:r>
    </w:p>
    <w:p>
      <w:pPr>
        <w:jc w:val="right"/>
      </w:pPr>
      <w:r>
        <w:t>وہ تھا کہ ویسٹرن ورلڈ میں غصہ پیدا ہو گیا، نفرت پیدا ہو گئی، اور</w:t>
      </w:r>
    </w:p>
    <w:p>
      <w:r>
        <w:rPr>
          <w:b/>
        </w:rPr>
        <w:t xml:space="preserve">[20:33] </w:t>
      </w:r>
      <w:r>
        <w:t>islam aur musalmanon ke khilaf bohat hi negative jazbaat ho gaye.</w:t>
      </w:r>
    </w:p>
    <w:p>
      <w:pPr>
        <w:jc w:val="right"/>
      </w:pPr>
      <w:r>
        <w:t>اسلام اور مسلمانوں کے خلاف بہت ہی نیگیٹیو جذبات ہو گئے۔</w:t>
      </w:r>
    </w:p>
    <w:p>
      <w:r>
        <w:rPr>
          <w:b/>
        </w:rPr>
        <w:t xml:space="preserve">[20:40] </w:t>
      </w:r>
      <w:r>
        <w:t>aur yeh abhi tak kisi na kisi tareeqay se jaari hai.</w:t>
      </w:r>
    </w:p>
    <w:p>
      <w:pPr>
        <w:jc w:val="right"/>
      </w:pPr>
      <w:r>
        <w:t>اور یہ ابھی تک کسی نہ کسی طریقے سے جاری ہے۔</w:t>
      </w:r>
    </w:p>
    <w:p>
      <w:r>
        <w:rPr>
          <w:b/>
        </w:rPr>
        <w:t xml:space="preserve">[20:43] </w:t>
      </w:r>
      <w:r>
        <w:t>isi mein se aik aur phir teesra phase bhi paida hua, is ki alamat hai Mr. Fauzan.</w:t>
      </w:r>
    </w:p>
    <w:p>
      <w:pPr>
        <w:jc w:val="right"/>
      </w:pPr>
      <w:r>
        <w:t>اسی میں سے ایک اور پھر تیسرا فیز بھی پیدا ہوا، اس کی علامت ہے مسٹر فوزان۔</w:t>
      </w:r>
    </w:p>
    <w:p>
      <w:r>
        <w:rPr>
          <w:b/>
        </w:rPr>
        <w:t xml:space="preserve">[20:50] </w:t>
      </w:r>
      <w:r>
        <w:t>agar aap western world ka safar karein, aur wahan aap survey karein, to aap dekhenge ke 911</w:t>
      </w:r>
    </w:p>
    <w:p>
      <w:pPr>
        <w:jc w:val="right"/>
      </w:pPr>
      <w:r>
        <w:t>اگر آپ ویسٹرن ورلڈ کا سفر کریں، اور وہاں آپ سروے کریں، تو آپ دیکھیں گے کہ 911</w:t>
      </w:r>
    </w:p>
    <w:p>
      <w:r>
        <w:rPr>
          <w:b/>
        </w:rPr>
        <w:t xml:space="preserve">[20:57] </w:t>
      </w:r>
      <w:r>
        <w:t>ke baad wahan bohat zyada activities islam ke naam par hui hain, yani naye naye institution qaim hue,</w:t>
      </w:r>
    </w:p>
    <w:p>
      <w:pPr>
        <w:jc w:val="right"/>
      </w:pPr>
      <w:r>
        <w:t>کے بعد وہاں بہت زیادہ ایکٹیوٹیز اسلام کے نام پر ہوئی ہیں، یعنی نئے نئے انسٹیٹیوشن قائم ہوئے،</w:t>
      </w:r>
    </w:p>
    <w:p>
      <w:r>
        <w:rPr>
          <w:b/>
        </w:rPr>
        <w:t xml:space="preserve">[21:06] </w:t>
      </w:r>
      <w:r>
        <w:t>nayi nayi masjidain bani, nayi nayi activities jaari huin,</w:t>
      </w:r>
    </w:p>
    <w:p>
      <w:pPr>
        <w:jc w:val="right"/>
      </w:pPr>
      <w:r>
        <w:t>نئی نئی مسجدیں بنیں، نئی نئی ایکٹیوٹیز جاری ہوئیں،</w:t>
      </w:r>
    </w:p>
    <w:p>
      <w:r>
        <w:rPr>
          <w:b/>
        </w:rPr>
        <w:t xml:space="preserve">[21:12] </w:t>
      </w:r>
      <w:r>
        <w:t>literature phailaya gaya, quran ka translation phailaya gaya.</w:t>
      </w:r>
    </w:p>
    <w:p>
      <w:pPr>
        <w:jc w:val="right"/>
      </w:pPr>
      <w:r>
        <w:t>لٹریچر پھیلایا گیا، قرآن کا ٹرانسلیشن پھیلایا گیا۔</w:t>
      </w:r>
    </w:p>
    <w:p>
      <w:r>
        <w:rPr>
          <w:b/>
        </w:rPr>
        <w:t xml:space="preserve">[21:19] </w:t>
      </w:r>
      <w:r>
        <w:t>khud hamara jo mission hai, is mein bhi quran ka english translation</w:t>
      </w:r>
    </w:p>
    <w:p>
      <w:pPr>
        <w:jc w:val="right"/>
      </w:pPr>
      <w:r>
        <w:t>خود ہمارا جو مشن ہے، اس میں بھی قرآن کا انگلش ٹرانسلیشن</w:t>
      </w:r>
    </w:p>
    <w:p>
      <w:r>
        <w:rPr>
          <w:b/>
        </w:rPr>
        <w:t xml:space="preserve">[21:24] </w:t>
      </w:r>
      <w:r>
        <w:t>wahan bohat maqbool ho raha hai western world mein.</w:t>
      </w:r>
    </w:p>
    <w:p>
      <w:pPr>
        <w:jc w:val="right"/>
      </w:pPr>
      <w:r>
        <w:t>وہاں بہت مقبول ہو رہا ہے ویسٹرن ورلڈ میں۔</w:t>
      </w:r>
    </w:p>
    <w:p>
      <w:r>
        <w:rPr>
          <w:b/>
        </w:rPr>
        <w:t xml:space="preserve">[21:29] </w:t>
      </w:r>
      <w:r>
        <w:t>to yeh sab third phase hai,</w:t>
      </w:r>
    </w:p>
    <w:p>
      <w:pPr>
        <w:jc w:val="right"/>
      </w:pPr>
      <w:r>
        <w:t>تو یہ سب تھرڈ فیز ہے،</w:t>
      </w:r>
    </w:p>
    <w:p>
      <w:r>
        <w:rPr>
          <w:b/>
        </w:rPr>
        <w:t xml:space="preserve">[21:31] </w:t>
      </w:r>
      <w:r>
        <w:t>jis ko maine kaha action, reaction, phir positive response,</w:t>
      </w:r>
    </w:p>
    <w:p>
      <w:pPr>
        <w:jc w:val="right"/>
      </w:pPr>
      <w:r>
        <w:t>جس کو میں نے کہا ایکشن، ری ایکشن، پھر پازیٹو رسپانس،</w:t>
      </w:r>
    </w:p>
    <w:p>
      <w:r>
        <w:rPr>
          <w:b/>
        </w:rPr>
        <w:t xml:space="preserve">[21:36] </w:t>
      </w:r>
      <w:r>
        <w:t>first phase, second phase, third phase.</w:t>
      </w:r>
    </w:p>
    <w:p>
      <w:pPr>
        <w:jc w:val="right"/>
      </w:pPr>
      <w:r>
        <w:t>فرسٹ فیز، سیکنڈ فیز، تھرڈ فیز۔</w:t>
      </w:r>
    </w:p>
    <w:p>
      <w:r>
        <w:rPr>
          <w:b/>
        </w:rPr>
        <w:t xml:space="preserve">[21:40] </w:t>
      </w:r>
      <w:r>
        <w:t>to ab, ab is waqt jo history hai, woh third phase par hai.</w:t>
      </w:r>
    </w:p>
    <w:p>
      <w:pPr>
        <w:jc w:val="right"/>
      </w:pPr>
      <w:r>
        <w:t>تو اب، اب اس وقت جو ہسٹری ہے، وہ تھرڈ فیز پر ہے۔</w:t>
      </w:r>
    </w:p>
    <w:p>
      <w:r>
        <w:rPr>
          <w:b/>
        </w:rPr>
        <w:t xml:space="preserve">[21:46] </w:t>
      </w:r>
      <w:r>
        <w:t>hum ne jo safar kiya tha Canada ka, is se pehle hum gaye thay America, woh sab isi</w:t>
      </w:r>
    </w:p>
    <w:p>
      <w:pPr>
        <w:jc w:val="right"/>
      </w:pPr>
      <w:r>
        <w:t>ہم نے جو سفر کیا تھا کینیڈا کا، اس سے پہلے ہم گئے تھے امریکہ، وہ سب اسی</w:t>
      </w:r>
    </w:p>
    <w:p>
      <w:r>
        <w:rPr>
          <w:b/>
        </w:rPr>
        <w:t xml:space="preserve">[21:51] </w:t>
      </w:r>
      <w:r>
        <w:t>mein aata hai, isi ka juz hai.</w:t>
      </w:r>
    </w:p>
    <w:p>
      <w:pPr>
        <w:jc w:val="right"/>
      </w:pPr>
      <w:r>
        <w:t>میں آتا ہے، اسی کا جز ہے۔</w:t>
      </w:r>
    </w:p>
    <w:p>
      <w:r>
        <w:rPr>
          <w:b/>
        </w:rPr>
        <w:t xml:space="preserve">[21:54] </w:t>
      </w:r>
      <w:r>
        <w:t>to wahan par aik mein aik aik tajruba arz karna chahunga</w:t>
      </w:r>
    </w:p>
    <w:p>
      <w:pPr>
        <w:jc w:val="right"/>
      </w:pPr>
      <w:r>
        <w:t>تو وہاں پر ایک میں ایک ایک تجربہ عرض کرنا چاہوں گا</w:t>
      </w:r>
    </w:p>
    <w:p>
      <w:r>
        <w:rPr>
          <w:b/>
        </w:rPr>
        <w:t xml:space="preserve">[22:01] </w:t>
      </w:r>
      <w:r>
        <w:t>ke Toronto mein, mein aik hotel mein thehraya gaya tha, to wahan par do muslim larkiyan aayin.</w:t>
      </w:r>
    </w:p>
    <w:p>
      <w:pPr>
        <w:jc w:val="right"/>
      </w:pPr>
      <w:r>
        <w:t>کہ ٹورنٹو میں، میں ایک ہوٹل میں ٹھہرایا گیا تھا، تو وہاں پر دو مسلم لڑکیاں آئیں۔</w:t>
      </w:r>
    </w:p>
    <w:p>
      <w:r>
        <w:rPr>
          <w:b/>
        </w:rPr>
        <w:t xml:space="preserve">[22:13] </w:t>
      </w:r>
      <w:r>
        <w:t>is se pehle kabhi mein is ko mila nahi tha, na mein in ko jaanta tha, na woh</w:t>
      </w:r>
    </w:p>
    <w:p>
      <w:pPr>
        <w:jc w:val="right"/>
      </w:pPr>
      <w:r>
        <w:t>اس سے پہلے کبھی میں اس کو ملا نہیں تھا، نہ میں ان کو جانتا تھا، نہ وہ</w:t>
      </w:r>
    </w:p>
    <w:p>
      <w:r>
        <w:rPr>
          <w:b/>
        </w:rPr>
        <w:t xml:space="preserve">[22:18] </w:t>
      </w:r>
      <w:r>
        <w:t>mujh ko jaanti thi.</w:t>
      </w:r>
    </w:p>
    <w:p>
      <w:pPr>
        <w:jc w:val="right"/>
      </w:pPr>
      <w:r>
        <w:t>مجھ کو جانتی تھی۔</w:t>
      </w:r>
    </w:p>
    <w:p>
      <w:r>
        <w:rPr>
          <w:b/>
        </w:rPr>
        <w:t xml:space="preserve">[22:21] </w:t>
      </w:r>
      <w:r>
        <w:t>phir kya hua ke woh</w:t>
      </w:r>
    </w:p>
    <w:p>
      <w:pPr>
        <w:jc w:val="right"/>
      </w:pPr>
      <w:r>
        <w:t>پھر کیا ہوا کہ وہ</w:t>
      </w:r>
    </w:p>
    <w:p>
      <w:r>
        <w:rPr>
          <w:b/>
        </w:rPr>
        <w:t xml:space="preserve">[22:23] </w:t>
      </w:r>
      <w:r>
        <w:t>in Mr. Fauzan Khan ke program mein shareek huin, unhon ne</w:t>
      </w:r>
    </w:p>
    <w:p>
      <w:pPr>
        <w:jc w:val="right"/>
      </w:pPr>
      <w:r>
        <w:t>ان مسٹر فوزان خان کے پروگرام میں شریک ہوئیں، انہوں نے</w:t>
      </w:r>
    </w:p>
    <w:p>
      <w:r>
        <w:rPr>
          <w:b/>
        </w:rPr>
        <w:t xml:space="preserve">[22:29] </w:t>
      </w:r>
      <w:r>
        <w:t>wahan par kuch taqreeron ko suna.</w:t>
      </w:r>
    </w:p>
    <w:p>
      <w:pPr>
        <w:jc w:val="right"/>
      </w:pPr>
      <w:r>
        <w:t>وہاں پر کچھ تقریروں کو سنا۔</w:t>
      </w:r>
    </w:p>
    <w:p>
      <w:r>
        <w:rPr>
          <w:b/>
        </w:rPr>
        <w:t xml:space="preserve">[22:32] </w:t>
      </w:r>
      <w:r>
        <w:t>phir raat ko unhon ne mujhe khwab mein dekha, un larkiyon ne jo mujh ko jaanti theen, nahi,</w:t>
      </w:r>
    </w:p>
    <w:p>
      <w:pPr>
        <w:jc w:val="right"/>
      </w:pPr>
      <w:r>
        <w:t>پھر رات کو انہوں نے مجھے خواب میں دیکھا، ان لڑکیوں نے جو مجھ کو جانتی تھیں، نہیں،</w:t>
      </w:r>
    </w:p>
    <w:p>
      <w:r>
        <w:rPr>
          <w:b/>
        </w:rPr>
        <w:t xml:space="preserve">[22:37] </w:t>
      </w:r>
      <w:r>
        <w:t>pehlay khwab mein dekha, aur maine un se jannat ki baatein keen, jannat ki.</w:t>
      </w:r>
    </w:p>
    <w:p>
      <w:pPr>
        <w:jc w:val="right"/>
      </w:pPr>
      <w:r>
        <w:t>پہلے خواب میں دیکھا، اور میں نے ان سے جنت کی باتیں کیں، جنت کی۔</w:t>
      </w:r>
    </w:p>
    <w:p>
      <w:r>
        <w:rPr>
          <w:b/>
        </w:rPr>
        <w:t xml:space="preserve">[22:46] </w:t>
      </w:r>
      <w:r>
        <w:t>to phir mujh se milne ke liye hotel mein aaein.</w:t>
      </w:r>
    </w:p>
    <w:p>
      <w:pPr>
        <w:jc w:val="right"/>
      </w:pPr>
      <w:r>
        <w:t>تو پھر مجھ سے ملنے کے لیے ہوٹل میں آئیں۔</w:t>
      </w:r>
    </w:p>
    <w:p>
      <w:r>
        <w:rPr>
          <w:b/>
        </w:rPr>
        <w:t xml:space="preserve">[22:50] </w:t>
      </w:r>
      <w:r>
        <w:t>jo baat mein kehna chahta hoon, woh yeh hai ke maine un se kaha ke agar mein</w:t>
      </w:r>
    </w:p>
    <w:p>
      <w:pPr>
        <w:jc w:val="right"/>
      </w:pPr>
      <w:r>
        <w:t>جو بات میں کہنا چاہتا ہوں، وہ یہ ہے کہ میں نے ان سے کہا کہ اگر میں</w:t>
      </w:r>
    </w:p>
    <w:p>
      <w:r>
        <w:rPr>
          <w:b/>
        </w:rPr>
        <w:t xml:space="preserve">[22:54] </w:t>
      </w:r>
      <w:r>
        <w:t>un se keh raha kehta farz kijiye ke hamara urdu magazine risala aap australia phailaiye, woh australia ki</w:t>
      </w:r>
    </w:p>
    <w:p>
      <w:pPr>
        <w:jc w:val="right"/>
      </w:pPr>
      <w:r>
        <w:t>ان سے کہہ رہا کہتا فرض کیجئے کہ ہمارا اردو میگزین رسالہ آپ آسٹریلیا پھیلائیے، وہ آسٹریلیا کی</w:t>
      </w:r>
    </w:p>
    <w:p>
      <w:r>
        <w:rPr>
          <w:b/>
        </w:rPr>
        <w:t xml:space="preserve">[23:02] </w:t>
      </w:r>
      <w:r>
        <w:t>theen, dono ladkiyan australia ki theen.</w:t>
      </w:r>
    </w:p>
    <w:p>
      <w:pPr>
        <w:jc w:val="right"/>
      </w:pPr>
      <w:r>
        <w:t>تھیں، دونوں لڑکیاں آسٹریلیا کی تھیں۔</w:t>
      </w:r>
    </w:p>
    <w:p>
      <w:r>
        <w:rPr>
          <w:b/>
        </w:rPr>
        <w:t xml:space="preserve">[23:05] </w:t>
      </w:r>
      <w:r>
        <w:t>agar mein kehta ke hamara urdu magazine phailaiye australia mein, to un ki samajh mein na aata ke</w:t>
      </w:r>
    </w:p>
    <w:p>
      <w:pPr>
        <w:jc w:val="right"/>
      </w:pPr>
      <w:r>
        <w:t>اگر میں کہتا کہ ہمارا اردو میگزین پھیلائیے آسٹریلیا میں، تو ان کی سمجھ میں نہ آتا کہ</w:t>
      </w:r>
    </w:p>
    <w:p>
      <w:r>
        <w:rPr>
          <w:b/>
        </w:rPr>
        <w:t xml:space="preserve">[23:10] </w:t>
      </w:r>
      <w:r>
        <w:t>mein kya keh raha hoon.</w:t>
      </w:r>
    </w:p>
    <w:p>
      <w:pPr>
        <w:jc w:val="right"/>
      </w:pPr>
      <w:r>
        <w:t>میں کیا کہہ رہا ہوں۔</w:t>
      </w:r>
    </w:p>
    <w:p>
      <w:r>
        <w:rPr>
          <w:b/>
        </w:rPr>
        <w:t xml:space="preserve">[23:12] </w:t>
      </w:r>
      <w:r>
        <w:t>hata ke agar mein un se kehna ke hamara english magazine jo hai, spirit of islam phailaiye, tab</w:t>
      </w:r>
    </w:p>
    <w:p>
      <w:pPr>
        <w:jc w:val="right"/>
      </w:pPr>
      <w:r>
        <w:t>حتیٰ کہ اگر میں ان سے کہنا کہ ہمارا انگلش میگزین جو ہے، اسپرٹ آف اسلام پھیلائیے، تب</w:t>
      </w:r>
    </w:p>
    <w:p>
      <w:r>
        <w:rPr>
          <w:b/>
        </w:rPr>
        <w:t xml:space="preserve">[23:17] </w:t>
      </w:r>
      <w:r>
        <w:t>bhi un ke samne na aata.</w:t>
      </w:r>
    </w:p>
    <w:p>
      <w:pPr>
        <w:jc w:val="right"/>
      </w:pPr>
      <w:r>
        <w:t>بھی ان کے سامنے نہ آتا۔</w:t>
      </w:r>
    </w:p>
    <w:p>
      <w:r>
        <w:rPr>
          <w:b/>
        </w:rPr>
        <w:t xml:space="preserve">[23:19] </w:t>
      </w:r>
      <w:r>
        <w:t>lekin maine un se kaha ke aap australia mein english ka jo translation hamara hai, us ko</w:t>
      </w:r>
    </w:p>
    <w:p>
      <w:pPr>
        <w:jc w:val="right"/>
      </w:pPr>
      <w:r>
        <w:t>لیکن میں نے ان سے کہا کہ آپ آسٹریلیا میں انگلش کا جو ٹرانسلیشن ہمارا ہے، اس کو</w:t>
      </w:r>
    </w:p>
    <w:p>
      <w:r>
        <w:rPr>
          <w:b/>
        </w:rPr>
        <w:t xml:space="preserve">[23:25] </w:t>
      </w:r>
      <w:r>
        <w:t>phailaiye. to foran samajh mein aa gaya un ko, aur foran kaha ke hum yeh kaam karenge.</w:t>
      </w:r>
    </w:p>
    <w:p>
      <w:pPr>
        <w:jc w:val="right"/>
      </w:pPr>
      <w:r>
        <w:t>پھیلائیے۔ تو فوراً سمجھ میں آ گیا ان کو، اور فوراً کہا کہ ہم یہ کام کریں گے۔</w:t>
      </w:r>
    </w:p>
    <w:p>
      <w:r>
        <w:rPr>
          <w:b/>
        </w:rPr>
        <w:t xml:space="preserve">[23:31] </w:t>
      </w:r>
      <w:r>
        <w:t>to maine socha ke quran jo hai, hamare liye ek bohat bari cheez hai.</w:t>
      </w:r>
    </w:p>
    <w:p>
      <w:pPr>
        <w:jc w:val="right"/>
      </w:pPr>
      <w:r>
        <w:t>تو میں نے سوچا کہ قرآن جو ہے، ہمارے لیے ایک بہت بڑی چیز ہے۔</w:t>
      </w:r>
    </w:p>
    <w:p>
      <w:r>
        <w:rPr>
          <w:b/>
        </w:rPr>
        <w:t xml:space="preserve">[23:38] </w:t>
      </w:r>
      <w:r>
        <w:t>jab hum quran ki baat karein to foran aadmi samajh leta hai ke hum kya baat kar rahe</w:t>
      </w:r>
    </w:p>
    <w:p>
      <w:pPr>
        <w:jc w:val="right"/>
      </w:pPr>
      <w:r>
        <w:t>جب ہم قرآن کی بات کریں تو فوراً آدمی سمجھ لیتا ہے کہ ہم کیا بات کر رہے</w:t>
      </w:r>
    </w:p>
    <w:p>
      <w:r>
        <w:rPr>
          <w:b/>
        </w:rPr>
        <w:t xml:space="preserve">[23:42] </w:t>
      </w:r>
      <w:r>
        <w:t>hain. koi aur baat karein to samajh mein nahi aayega.</w:t>
      </w:r>
    </w:p>
    <w:p>
      <w:pPr>
        <w:jc w:val="right"/>
      </w:pPr>
      <w:r>
        <w:t>ہیں۔ کوئی اور بات کریں تو سمجھ میں نہیں آئے گا۔</w:t>
      </w:r>
    </w:p>
    <w:p>
      <w:r>
        <w:rPr>
          <w:b/>
        </w:rPr>
        <w:t xml:space="preserve">[23:47] </w:t>
      </w:r>
      <w:r>
        <w:t>to yeh Allah ka fazal hai ke hamara mission jo hai, us ki nishani ban gaya hai quran.</w:t>
      </w:r>
    </w:p>
    <w:p>
      <w:pPr>
        <w:jc w:val="right"/>
      </w:pPr>
      <w:r>
        <w:t>تو یہ اللہ کا فضل ہے کہ ہمارا مشن جو ہے، اس کی علامت بن گیا ہے قرآن۔</w:t>
      </w:r>
    </w:p>
    <w:p>
      <w:r>
        <w:rPr>
          <w:b/>
        </w:rPr>
        <w:t xml:space="preserve">[23:54] </w:t>
      </w:r>
      <w:r>
        <w:t>us waqt us ki nishani ban gaya.</w:t>
      </w:r>
    </w:p>
    <w:p>
      <w:pPr>
        <w:jc w:val="right"/>
      </w:pPr>
      <w:r>
        <w:t>اس وقت اس کی علامت بن گیا۔</w:t>
      </w:r>
    </w:p>
    <w:p>
      <w:r>
        <w:rPr>
          <w:b/>
        </w:rPr>
        <w:t xml:space="preserve">[23:59] </w:t>
      </w:r>
      <w:r>
        <w:t>yani maine, aap jante hain ke maine quran ka urdu tarjuma kiya tha, tazkir ul quran ke</w:t>
      </w:r>
    </w:p>
    <w:p>
      <w:pPr>
        <w:jc w:val="right"/>
      </w:pPr>
      <w:r>
        <w:t>یعنی میں نے، آپ جانتے ہیں کہ میں نے قرآن کا اردو ترجمہ کیا تھا، تذکر القرآن کے</w:t>
      </w:r>
    </w:p>
    <w:p>
      <w:r>
        <w:rPr>
          <w:b/>
        </w:rPr>
        <w:t xml:space="preserve">[24:04] </w:t>
      </w:r>
      <w:r>
        <w:t>naam se urdu tarjuma.</w:t>
      </w:r>
    </w:p>
    <w:p>
      <w:pPr>
        <w:jc w:val="right"/>
      </w:pPr>
      <w:r>
        <w:t>نام سے اردو ترجمہ۔</w:t>
      </w:r>
    </w:p>
    <w:p>
      <w:r>
        <w:rPr>
          <w:b/>
        </w:rPr>
        <w:t xml:space="preserve">[24:06] </w:t>
      </w:r>
      <w:r>
        <w:t>to urdu tarjuma jo hai, hamare mission ki nishani nahi bana, kyun ke urdu ki hesiyat woh hai nahi.</w:t>
      </w:r>
    </w:p>
    <w:p>
      <w:pPr>
        <w:jc w:val="right"/>
      </w:pPr>
      <w:r>
        <w:t>تو اردو ترجمہ جو ہے، ہمارے مشن کی علامت نہیں بنا، کیونکہ اردو کی حیثیت وہ ہے نہیں۔</w:t>
      </w:r>
    </w:p>
    <w:p>
      <w:r>
        <w:rPr>
          <w:b/>
        </w:rPr>
        <w:t xml:space="preserve">[24:13] </w:t>
      </w:r>
      <w:r>
        <w:t>lekin jab english mein translation hua, jo international language hai, to hamare mission ki nishani quran ban gaya.</w:t>
      </w:r>
    </w:p>
    <w:p>
      <w:pPr>
        <w:jc w:val="right"/>
      </w:pPr>
      <w:r>
        <w:t>لیکن جب انگلش میں ٹرانسلیشن ہوا، جو انٹرنیشنل لینگویج ہے، تو ہمارے مشن کی علامت قرآن بن گیا۔</w:t>
      </w:r>
    </w:p>
    <w:p>
      <w:r>
        <w:rPr>
          <w:b/>
        </w:rPr>
        <w:t xml:space="preserve">[24:21] </w:t>
      </w:r>
      <w:r>
        <w:t>ab sari duniya mein hamare saathi hain, ya jo hamare hamdrad hain, woh quran ka tarjuma phaila rahe</w:t>
      </w:r>
    </w:p>
    <w:p>
      <w:pPr>
        <w:jc w:val="right"/>
      </w:pPr>
      <w:r>
        <w:t>اب ساری دنیا میں ہمارے ساتھی ہیں، یا جو ہمارے ہمدرد ہیں، وہ قرآن کا ترجمہ پھیلا رہے</w:t>
      </w:r>
    </w:p>
    <w:p>
      <w:r>
        <w:rPr>
          <w:b/>
        </w:rPr>
        <w:t xml:space="preserve">[24:29] </w:t>
      </w:r>
      <w:r>
        <w:t>hain, english tarjuma.</w:t>
      </w:r>
    </w:p>
    <w:p>
      <w:pPr>
        <w:jc w:val="right"/>
      </w:pPr>
      <w:r>
        <w:t>ہیں، انگلش ترجمہ۔</w:t>
      </w:r>
    </w:p>
    <w:p>
      <w:r>
        <w:rPr>
          <w:b/>
        </w:rPr>
        <w:t xml:space="preserve">[24:33] </w:t>
      </w:r>
      <w:r>
        <w:t>to quran hamare paas bohat bara asset hai,</w:t>
      </w:r>
    </w:p>
    <w:p>
      <w:pPr>
        <w:jc w:val="right"/>
      </w:pPr>
      <w:r>
        <w:t>تو قرآن ہمارے پاس بہت بڑا ایسٹ ہے،</w:t>
      </w:r>
    </w:p>
    <w:p>
      <w:r>
        <w:rPr>
          <w:b/>
        </w:rPr>
        <w:t xml:space="preserve">[24:38] </w:t>
      </w:r>
      <w:r>
        <w:t>bohat bara asset hai.</w:t>
      </w:r>
    </w:p>
    <w:p>
      <w:pPr>
        <w:jc w:val="right"/>
      </w:pPr>
      <w:r>
        <w:t>بہت بڑا ایسٹ ہے۔</w:t>
      </w:r>
    </w:p>
    <w:p>
      <w:r>
        <w:rPr>
          <w:b/>
        </w:rPr>
        <w:t xml:space="preserve">[24:41] </w:t>
      </w:r>
      <w:r>
        <w:t>humein khud quran ko parhna hai, us ka tarjuma har zaban mein kar ke phailana hai, aur logon</w:t>
      </w:r>
    </w:p>
    <w:p>
      <w:pPr>
        <w:jc w:val="right"/>
      </w:pPr>
      <w:r>
        <w:t>ہمیں خود قرآن کو پڑھنا ہے، اس کا ترجمہ ہر زبان میں کر کے پھیلانا ہے، اور لوگوں</w:t>
      </w:r>
    </w:p>
    <w:p>
      <w:r>
        <w:rPr>
          <w:b/>
        </w:rPr>
        <w:t xml:space="preserve">[24:47] </w:t>
      </w:r>
      <w:r>
        <w:t>ko batana hai ke hamara mission quran ka mission hai.</w:t>
      </w:r>
    </w:p>
    <w:p>
      <w:pPr>
        <w:jc w:val="right"/>
      </w:pPr>
      <w:r>
        <w:t>کو بتانا ہے کہ ہمارا مشن قرآن کا مشن ہے۔</w:t>
      </w:r>
    </w:p>
    <w:p>
      <w:r>
        <w:rPr>
          <w:b/>
        </w:rPr>
        <w:t xml:space="preserve">[24:51] </w:t>
      </w:r>
      <w:r>
        <w:t>tab un ke samne aye ga.</w:t>
      </w:r>
    </w:p>
    <w:p>
      <w:pPr>
        <w:jc w:val="right"/>
      </w:pPr>
      <w:r>
        <w:t>تب ان کے سامنے آئے گا۔</w:t>
      </w:r>
    </w:p>
    <w:p>
      <w:r>
        <w:rPr>
          <w:b/>
        </w:rPr>
        <w:t xml:space="preserve">[24:56] </w:t>
      </w:r>
      <w:r>
        <w:t>to main samajhta hoon ke yeh jab hum ne shuru kiya tha is mission ko 1950 mein, 1950</w:t>
      </w:r>
    </w:p>
    <w:p>
      <w:pPr>
        <w:jc w:val="right"/>
      </w:pPr>
      <w:r>
        <w:t>تو میں سمجھتا ہوں کہ یہ جب ہم نے شروع کیا تھا اس مشن کو 1950 میں، 1950</w:t>
      </w:r>
    </w:p>
    <w:p>
      <w:r>
        <w:rPr>
          <w:b/>
        </w:rPr>
        <w:t xml:space="preserve">[25:08] </w:t>
      </w:r>
      <w:r>
        <w:t>mein, to hamare zehn mein nahi tha ke is mission ki alamat quran ban jaye ga.</w:t>
      </w:r>
    </w:p>
    <w:p>
      <w:pPr>
        <w:jc w:val="right"/>
      </w:pPr>
      <w:r>
        <w:t>میں، تو ہمارے ذہن میں نہیں تھا کہ اس مشن کی علامت قرآن بن جائے گا۔</w:t>
      </w:r>
    </w:p>
    <w:p>
      <w:r>
        <w:rPr>
          <w:b/>
        </w:rPr>
        <w:t xml:space="preserve">[25:14] </w:t>
      </w:r>
      <w:r>
        <w:t>lekin jab se english tarjuma chapa hai hamare haan se, aur doosre tarjume chapaye gaye hain, tab se</w:t>
      </w:r>
    </w:p>
    <w:p>
      <w:pPr>
        <w:jc w:val="right"/>
      </w:pPr>
      <w:r>
        <w:t>لیکن جب سے انگلش ترجمہ چھپا ہے ہمارے ہاں سے، اور دوسرے ترجمے چھاپے گئے ہیں، تب سے</w:t>
      </w:r>
    </w:p>
    <w:p>
      <w:r>
        <w:rPr>
          <w:b/>
        </w:rPr>
        <w:t xml:space="preserve">[25:21] </w:t>
      </w:r>
      <w:r>
        <w:t>is is mission ki alamat quran ban gaya hai.</w:t>
      </w:r>
    </w:p>
    <w:p>
      <w:pPr>
        <w:jc w:val="right"/>
      </w:pPr>
      <w:r>
        <w:t>اس اس مشن کی علامت قرآن بن گیا ہے۔</w:t>
      </w:r>
    </w:p>
    <w:p>
      <w:r>
        <w:rPr>
          <w:b/>
        </w:rPr>
        <w:t xml:space="preserve">[25:25] </w:t>
      </w:r>
      <w:r>
        <w:t>ab sabhi log jis ko bhi yeh baat pesh ki jati hai, woh sab is ko foran is</w:t>
      </w:r>
    </w:p>
    <w:p>
      <w:pPr>
        <w:jc w:val="right"/>
      </w:pPr>
      <w:r>
        <w:t>اب سبھی لوگ جس کو بھی یہ بات پیش کی جاتی ہے، وہ سب اس کو فوراً اس</w:t>
      </w:r>
    </w:p>
    <w:p>
      <w:r>
        <w:rPr>
          <w:b/>
        </w:rPr>
        <w:t xml:space="preserve">[25:31] </w:t>
      </w:r>
      <w:r>
        <w:t>ko is ki importance samajh lete hain, aur sath dene ke liye tayyar ho jate hain.</w:t>
      </w:r>
    </w:p>
    <w:p>
      <w:pPr>
        <w:jc w:val="right"/>
      </w:pPr>
      <w:r>
        <w:t>کو اس کی امپورٹنس سمجھ لیتے ہیں، اور ساتھ دینے کے لیے تیار ہو جاتے ہیں۔</w:t>
      </w:r>
    </w:p>
    <w:p>
      <w:r>
        <w:rPr>
          <w:b/>
        </w:rPr>
        <w:t xml:space="preserve">[25:39] </w:t>
      </w:r>
      <w:r>
        <w:t>to is waqt jo hamara mission, hamara jo nishana hai, jo hamara target hai,</w:t>
      </w:r>
    </w:p>
    <w:p>
      <w:pPr>
        <w:jc w:val="right"/>
      </w:pPr>
      <w:r>
        <w:t>تو اس وقت جو ہمارا مشن، ہمارا جو نشانہ ہے، جو ہمارا ٹارگٹ ہے،</w:t>
      </w:r>
    </w:p>
    <w:p>
      <w:r>
        <w:rPr>
          <w:b/>
        </w:rPr>
        <w:t xml:space="preserve">[25:44] </w:t>
      </w:r>
      <w:r>
        <w:t>woh yeh hai ke quran ko dunya ki tamam zabanon mein tarjuma kar ke is ko global level</w:t>
      </w:r>
    </w:p>
    <w:p>
      <w:pPr>
        <w:jc w:val="right"/>
      </w:pPr>
      <w:r>
        <w:t>وہ یہ ہے کہ قرآن کو دنیا کی تمام زبانوں میں ترجمہ کر کے اس کو گلوبل لیول</w:t>
      </w:r>
    </w:p>
    <w:p>
      <w:r>
        <w:rPr>
          <w:b/>
        </w:rPr>
        <w:t xml:space="preserve">[25:51] </w:t>
      </w:r>
      <w:r>
        <w:t>par phailana. Yahan par mujhe quran ki aik ayat</w:t>
      </w:r>
    </w:p>
    <w:p>
      <w:pPr>
        <w:jc w:val="right"/>
      </w:pPr>
      <w:r>
        <w:t>پر پھیلانا۔ یہاں پر مجھے قرآن کی ایک آیت</w:t>
      </w:r>
    </w:p>
    <w:p>
      <w:r>
        <w:rPr>
          <w:b/>
        </w:rPr>
        <w:t xml:space="preserve">[25:59] </w:t>
      </w:r>
      <w:r>
        <w:t>mujhe samajh mein ati hai, is ko main re-discover kiya, quran ki ayat ko.</w:t>
      </w:r>
    </w:p>
    <w:p>
      <w:pPr>
        <w:jc w:val="right"/>
      </w:pPr>
      <w:r>
        <w:t>مجھے سمجھ میں آتی ہے، اس کو میں ری ڈسکور کیا، قرآن کی آیت کو۔</w:t>
      </w:r>
    </w:p>
    <w:p>
      <w:r>
        <w:rPr>
          <w:b/>
        </w:rPr>
        <w:t xml:space="preserve">[26:06] </w:t>
      </w:r>
      <w:r>
        <w:t>quran mein aik chapter hai,</w:t>
      </w:r>
    </w:p>
    <w:p>
      <w:pPr>
        <w:jc w:val="right"/>
      </w:pPr>
      <w:r>
        <w:t>قرآن میں ایک چیپٹر ہے،</w:t>
      </w:r>
    </w:p>
    <w:p>
      <w:r>
        <w:rPr>
          <w:b/>
        </w:rPr>
        <w:t xml:space="preserve">[26:10] </w:t>
      </w:r>
      <w:r>
        <w:t>as-saff, aik surah hai, as-saff.</w:t>
      </w:r>
    </w:p>
    <w:p>
      <w:pPr>
        <w:jc w:val="right"/>
      </w:pPr>
      <w:r>
        <w:t>الصف، ایک سورہ ہے، الصف۔</w:t>
      </w:r>
    </w:p>
    <w:p>
      <w:r>
        <w:rPr>
          <w:b/>
        </w:rPr>
        <w:t xml:space="preserve">[26:15] </w:t>
      </w:r>
      <w:r>
        <w:t>is mein aik ayat hai ke: "ya ayyuhal ladheena amanu konoo ansarallahi kama qala isa ibne maryam</w:t>
      </w:r>
    </w:p>
    <w:p>
      <w:pPr>
        <w:jc w:val="right"/>
      </w:pPr>
      <w:r>
        <w:t>اس میں ایک آیت ہے کہ: "یا ایہا الذین آمنوا کونوا انصار اللہ کما قال عیسی ابن مریم</w:t>
      </w:r>
    </w:p>
    <w:p>
      <w:r>
        <w:rPr>
          <w:b/>
        </w:rPr>
        <w:t xml:space="preserve">[26:22] </w:t>
      </w:r>
      <w:r>
        <w:t>lil hawariyyeen min ansari allaha qala al hawariyoon ansarullah</w:t>
      </w:r>
    </w:p>
    <w:p>
      <w:pPr>
        <w:jc w:val="right"/>
      </w:pPr>
      <w:r>
        <w:t>للحوارین من انصاری اللہ قال الحواریون انصار اللہ</w:t>
      </w:r>
    </w:p>
    <w:p>
      <w:r>
        <w:rPr>
          <w:b/>
        </w:rPr>
        <w:t xml:space="preserve">[26:30] </w:t>
      </w:r>
      <w:r>
        <w:t>fatam min bani israil wa kafara al taa'ifa</w:t>
      </w:r>
    </w:p>
    <w:p>
      <w:pPr>
        <w:jc w:val="right"/>
      </w:pPr>
      <w:r>
        <w:t>فاطم من بنی اسرائیل وکفر الطائفہ</w:t>
      </w:r>
    </w:p>
    <w:p>
      <w:r>
        <w:rPr>
          <w:b/>
        </w:rPr>
        <w:t xml:space="preserve">[26:33] </w:t>
      </w:r>
      <w:r>
        <w:t>alladheena amanu." Is mein aik anokhi baat yeh hai</w:t>
      </w:r>
    </w:p>
    <w:p>
      <w:pPr>
        <w:jc w:val="right"/>
      </w:pPr>
      <w:r>
        <w:t>الذین آمنوا۔" اس میں ایک انوکھی بات یہ ہے</w:t>
      </w:r>
    </w:p>
    <w:p>
      <w:r>
        <w:rPr>
          <w:b/>
        </w:rPr>
        <w:t xml:space="preserve">[26:40] </w:t>
      </w:r>
      <w:r>
        <w:t>ke al-iman ko ya musalmanon ko kaha gaya hai ke tum is tareeqe ki taqleed karo jo maseeh</w:t>
      </w:r>
    </w:p>
    <w:p>
      <w:pPr>
        <w:jc w:val="right"/>
      </w:pPr>
      <w:r>
        <w:t>کہ الایمان کو یا مسلمانوں کو کہا گیا ہے کہ تم اس طریقے کی تقلید کرو جو مسیح</w:t>
      </w:r>
    </w:p>
    <w:p>
      <w:r>
        <w:rPr>
          <w:b/>
        </w:rPr>
        <w:t xml:space="preserve">[26:50] </w:t>
      </w:r>
      <w:r>
        <w:t>ke hawariyon ne kiya tha.</w:t>
      </w:r>
    </w:p>
    <w:p>
      <w:pPr>
        <w:jc w:val="right"/>
      </w:pPr>
      <w:r>
        <w:t>کے حواریوں نے کیا تھا۔</w:t>
      </w:r>
    </w:p>
    <w:p>
      <w:r>
        <w:rPr>
          <w:b/>
        </w:rPr>
        <w:t xml:space="preserve">[26:53] </w:t>
      </w:r>
      <w:r>
        <w:t>maseeh ke jo hawari the, yani christian jo the,</w:t>
      </w:r>
    </w:p>
    <w:p>
      <w:pPr>
        <w:jc w:val="right"/>
      </w:pPr>
      <w:r>
        <w:t>مسیح کے جو حواری تھے، یعنی کرسچن جو تھے،</w:t>
      </w:r>
    </w:p>
    <w:p>
      <w:r>
        <w:rPr>
          <w:b/>
        </w:rPr>
        <w:t xml:space="preserve">[26:59] </w:t>
      </w:r>
      <w:r>
        <w:t>to un ke tareeqe ki pervi karo.</w:t>
      </w:r>
    </w:p>
    <w:p>
      <w:pPr>
        <w:jc w:val="right"/>
      </w:pPr>
      <w:r>
        <w:t>تو ان کے طریقے کی پیروی کرو۔</w:t>
      </w:r>
    </w:p>
    <w:p>
      <w:r>
        <w:rPr>
          <w:b/>
        </w:rPr>
        <w:t xml:space="preserve">[27:03] </w:t>
      </w:r>
      <w:r>
        <w:t>main bohat din sochta tha ke aakhir is ka matlab kya hai,</w:t>
      </w:r>
    </w:p>
    <w:p>
      <w:pPr>
        <w:jc w:val="right"/>
      </w:pPr>
      <w:r>
        <w:t>میں بہت دن سوچتا تھا کہ آخر اس کا مطلب کیا ہے،</w:t>
      </w:r>
    </w:p>
    <w:p>
      <w:r>
        <w:rPr>
          <w:b/>
        </w:rPr>
        <w:t xml:space="preserve">[27:07] </w:t>
      </w:r>
      <w:r>
        <w:t>kyun ke islam to aik mukammal mazhab hai, preserve mazhab hai, aur</w:t>
      </w:r>
    </w:p>
    <w:p>
      <w:pPr>
        <w:jc w:val="right"/>
      </w:pPr>
      <w:r>
        <w:t>کیونکہ اسلام تو ایک مکمل مذہب ہے، پریزرو مذہب ہے، اور</w:t>
      </w:r>
    </w:p>
    <w:p>
      <w:r>
        <w:rPr>
          <w:b/>
        </w:rPr>
        <w:t xml:space="preserve">[27:16] </w:t>
      </w:r>
      <w:r>
        <w:t>sacha mazhab hai.</w:t>
      </w:r>
    </w:p>
    <w:p>
      <w:pPr>
        <w:jc w:val="right"/>
      </w:pPr>
      <w:r>
        <w:t>سچا مذہب ہے۔</w:t>
      </w:r>
    </w:p>
    <w:p>
      <w:r>
        <w:rPr>
          <w:b/>
        </w:rPr>
        <w:t xml:space="preserve">[27:17] </w:t>
      </w:r>
      <w:r>
        <w:t>to phir yeh kyun kaha gaya hai ke maseeh ke maseeh ke followers</w:t>
      </w:r>
    </w:p>
    <w:p>
      <w:pPr>
        <w:jc w:val="right"/>
      </w:pPr>
      <w:r>
        <w:t>تو پھر یہ کیوں کہا گیا ہے کہ مسیح کے مسیح کے فالوورز</w:t>
      </w:r>
    </w:p>
    <w:p>
      <w:r>
        <w:rPr>
          <w:b/>
        </w:rPr>
        <w:t xml:space="preserve">[27:25] </w:t>
      </w:r>
      <w:r>
        <w:t>ne jo kaha kiya, wahi tum bhi karo.</w:t>
      </w:r>
    </w:p>
    <w:p>
      <w:pPr>
        <w:jc w:val="right"/>
      </w:pPr>
      <w:r>
        <w:t>نے جو کہا کیا، وہی تم بھی کرو۔</w:t>
      </w:r>
    </w:p>
    <w:p>
      <w:r>
        <w:rPr>
          <w:b/>
        </w:rPr>
        <w:t xml:space="preserve">[27:28] </w:t>
      </w:r>
      <w:r>
        <w:t>to mein samajhta hoon ke is ka matlab yahi hai</w:t>
      </w:r>
    </w:p>
    <w:p>
      <w:pPr>
        <w:jc w:val="right"/>
      </w:pPr>
      <w:r>
        <w:t>تو میں سمجھتا ہوں کہ اس کا مطلب یہی ہے</w:t>
      </w:r>
    </w:p>
    <w:p>
      <w:r>
        <w:rPr>
          <w:b/>
        </w:rPr>
        <w:t xml:space="preserve">[27:33] </w:t>
      </w:r>
      <w:r>
        <w:t>ke christian ne ek bohat bara kaam kiya hai.</w:t>
      </w:r>
    </w:p>
    <w:p>
      <w:pPr>
        <w:jc w:val="right"/>
      </w:pPr>
      <w:r>
        <w:t>کہ کرسچن نے ایک بہت بڑا کام کیا ہے۔</w:t>
      </w:r>
    </w:p>
    <w:p>
      <w:r>
        <w:rPr>
          <w:b/>
        </w:rPr>
        <w:t xml:space="preserve">[27:37] </w:t>
      </w:r>
      <w:r>
        <w:t>in terms of method,</w:t>
      </w:r>
    </w:p>
    <w:p>
      <w:pPr>
        <w:jc w:val="right"/>
      </w:pPr>
      <w:r>
        <w:t>ان ٹرمز آف میتھڈ،</w:t>
      </w:r>
    </w:p>
    <w:p>
      <w:r>
        <w:rPr>
          <w:b/>
        </w:rPr>
        <w:t xml:space="preserve">[27:39] </w:t>
      </w:r>
      <w:r>
        <w:t>unhon ne bible ke tarjume dunya ki tamam zabanon mein kar ke chhap daale hain.</w:t>
      </w:r>
    </w:p>
    <w:p>
      <w:pPr>
        <w:jc w:val="right"/>
      </w:pPr>
      <w:r>
        <w:t>انہوں نے بائبل کے ترجمے دنیا کی تمام زبانوں میں کر کے چھاپ ڈالے ہیں۔</w:t>
      </w:r>
    </w:p>
    <w:p>
      <w:r>
        <w:rPr>
          <w:b/>
        </w:rPr>
        <w:t xml:space="preserve">[27:46] </w:t>
      </w:r>
      <w:r>
        <w:t>shayad koi zaban bachi nahi hai jis mein unhon ne bible ka tarjuma na chhapa ho.</w:t>
      </w:r>
    </w:p>
    <w:p>
      <w:pPr>
        <w:jc w:val="right"/>
      </w:pPr>
      <w:r>
        <w:t>شاید کوئی زبان بچی نہیں ہے جس میں انہوں نے بائبل کا ترجمہ نہ چھاپا ہو۔</w:t>
      </w:r>
    </w:p>
    <w:p>
      <w:r>
        <w:rPr>
          <w:b/>
        </w:rPr>
        <w:t xml:space="preserve">[27:52] </w:t>
      </w:r>
      <w:r>
        <w:t>aur bohat acha bible paper par, bohat achi is ki binding, har lehaz se bohat acha hota hai.</w:t>
      </w:r>
    </w:p>
    <w:p>
      <w:pPr>
        <w:jc w:val="right"/>
      </w:pPr>
      <w:r>
        <w:t>اور بہت اچھا بائبل پیپر پر، بہت اچھی اس کی بائنڈنگ، ہر لحاظ سے بہت اچھا ہوتا ہے۔</w:t>
      </w:r>
    </w:p>
    <w:p>
      <w:r>
        <w:rPr>
          <w:b/>
        </w:rPr>
        <w:t xml:space="preserve">[27:59] </w:t>
      </w:r>
      <w:r>
        <w:t>is ka size bohat acha hota hai.</w:t>
      </w:r>
    </w:p>
    <w:p>
      <w:pPr>
        <w:jc w:val="right"/>
      </w:pPr>
      <w:r>
        <w:t>اس کا سائز بہت اچھا ہوتا ہے۔</w:t>
      </w:r>
    </w:p>
    <w:p>
      <w:r>
        <w:rPr>
          <w:b/>
        </w:rPr>
        <w:t xml:space="preserve">[28:02] </w:t>
      </w:r>
      <w:r>
        <w:t>to bible ke translation tamam zabanon mein tarjuma kar ke bohat achi safai ke sath tayar kiya, aur</w:t>
      </w:r>
    </w:p>
    <w:p>
      <w:pPr>
        <w:jc w:val="right"/>
      </w:pPr>
      <w:r>
        <w:t>تو بائبل کے ٹرانسلیشن تمام زبانوں میں ترجمہ کر کے بہت اچھی صفائی کے ساتھ تیار کیا، اور</w:t>
      </w:r>
    </w:p>
    <w:p>
      <w:r>
        <w:rPr>
          <w:b/>
        </w:rPr>
        <w:t xml:space="preserve">[28:10] </w:t>
      </w:r>
      <w:r>
        <w:t>sari dunya mein phaila rahe hain.</w:t>
      </w:r>
    </w:p>
    <w:p>
      <w:pPr>
        <w:jc w:val="right"/>
      </w:pPr>
      <w:r>
        <w:t>ساری دنیا میں پھیلا رہے ہیں۔</w:t>
      </w:r>
    </w:p>
    <w:p>
      <w:r>
        <w:rPr>
          <w:b/>
        </w:rPr>
        <w:t xml:space="preserve">[28:12] </w:t>
      </w:r>
      <w:r>
        <w:t>misalan aap jayen dunya mein kahin bhi, to hotel mein jahan aap thehrenge, wahan ek bible ka</w:t>
      </w:r>
    </w:p>
    <w:p>
      <w:pPr>
        <w:jc w:val="right"/>
      </w:pPr>
      <w:r>
        <w:t>مثلاً آپ جائیں دنیا میں کہیں بھی، تو ہوٹل میں جہاں آپ ٹھہریں گے، وہاں ایک بائبل کا</w:t>
      </w:r>
    </w:p>
    <w:p>
      <w:r>
        <w:rPr>
          <w:b/>
        </w:rPr>
        <w:t xml:space="preserve">[28:18] </w:t>
      </w:r>
      <w:r>
        <w:t>ek tarjuma rakha hua hoga.</w:t>
      </w:r>
    </w:p>
    <w:p>
      <w:pPr>
        <w:jc w:val="right"/>
      </w:pPr>
      <w:r>
        <w:t>ایک ترجمہ رکھا ہوا ہوگا۔</w:t>
      </w:r>
    </w:p>
    <w:p>
      <w:r>
        <w:rPr>
          <w:b/>
        </w:rPr>
        <w:t xml:space="preserve">[28:21] </w:t>
      </w:r>
      <w:r>
        <w:t>Allah ka shukar hai ke ab hamare mission mein bhi yahi tareekh dehai jari hai.</w:t>
      </w:r>
    </w:p>
    <w:p>
      <w:pPr>
        <w:jc w:val="right"/>
      </w:pPr>
      <w:r>
        <w:t>اللہ کا شکر ہے کہ اب ہمارے مشن میں بھی یہی تاریخ دہائی جاری ہے۔</w:t>
      </w:r>
    </w:p>
    <w:p>
      <w:r>
        <w:rPr>
          <w:b/>
        </w:rPr>
        <w:t xml:space="preserve">[28:30] </w:t>
      </w:r>
      <w:r>
        <w:t>abhi hamare ek sathi gaye thay paris, to paris mein ek sahib ne un ko bataya</w:t>
      </w:r>
    </w:p>
    <w:p>
      <w:pPr>
        <w:jc w:val="right"/>
      </w:pPr>
      <w:r>
        <w:t>ابھی ہمارے ایک ساتھی گئے تھے پیرس، تو پیرس میں ایک صاحب نے ان کو بتایا</w:t>
      </w:r>
    </w:p>
    <w:p>
      <w:r>
        <w:rPr>
          <w:b/>
        </w:rPr>
        <w:t xml:space="preserve">[28:37] </w:t>
      </w:r>
      <w:r>
        <w:t>ke mein dubai gaya, to wahan jis hotel mein mein thehra tha, wahan ke hotel mein aap ke</w:t>
      </w:r>
    </w:p>
    <w:p>
      <w:pPr>
        <w:jc w:val="right"/>
      </w:pPr>
      <w:r>
        <w:t>کہ میں دبئی گیا، تو وہاں جس ہوٹل میں میں ٹھہرا تھا، وہاں کے ہوٹل میں آپ کے</w:t>
      </w:r>
    </w:p>
    <w:p>
      <w:r>
        <w:rPr>
          <w:b/>
        </w:rPr>
        <w:t xml:space="preserve">[28:45] </w:t>
      </w:r>
      <w:r>
        <w:t>haan ka chhapa hua, aap ke haan ka chhapa hua english translation quran ka maujood tha.</w:t>
      </w:r>
    </w:p>
    <w:p>
      <w:pPr>
        <w:jc w:val="right"/>
      </w:pPr>
      <w:r>
        <w:t>ہاں کا چھپا ہوا، آپ کے ہاں کا چھپا ہوا انگلش ٹرانسلیشن قرآن کا موجود تھا۔</w:t>
      </w:r>
    </w:p>
    <w:p>
      <w:r>
        <w:rPr>
          <w:b/>
        </w:rPr>
        <w:t xml:space="preserve">[28:52] </w:t>
      </w:r>
      <w:r>
        <w:t>to mein samajhta hoon quran mein jo kaha gaya hai ke</w:t>
      </w:r>
    </w:p>
    <w:p>
      <w:pPr>
        <w:jc w:val="right"/>
      </w:pPr>
      <w:r>
        <w:t>تو میں سمجھتا ہوں قرآن میں جو کہا گیا ہے کہ</w:t>
      </w:r>
    </w:p>
    <w:p>
      <w:r>
        <w:rPr>
          <w:b/>
        </w:rPr>
        <w:t xml:space="preserve">[28:56] </w:t>
      </w:r>
      <w:r>
        <w:t>jesus christ ke followers ko</w:t>
      </w:r>
    </w:p>
    <w:p>
      <w:pPr>
        <w:jc w:val="right"/>
      </w:pPr>
      <w:r>
        <w:t>جیزس کرائسٹ کے فالوورز کو</w:t>
      </w:r>
    </w:p>
    <w:p>
      <w:r>
        <w:rPr>
          <w:b/>
        </w:rPr>
        <w:t xml:space="preserve">[29:01] </w:t>
      </w:r>
      <w:r>
        <w:t>ke tareeqa to apnao, is ka matlab yahi hai.</w:t>
      </w:r>
    </w:p>
    <w:p>
      <w:pPr>
        <w:jc w:val="right"/>
      </w:pPr>
      <w:r>
        <w:t>کہ طریقہ تو اپناؤ، اس کا مطلب یہی ہے۔</w:t>
      </w:r>
    </w:p>
    <w:p>
      <w:r>
        <w:rPr>
          <w:b/>
        </w:rPr>
        <w:t xml:space="preserve">[29:05] </w:t>
      </w:r>
      <w:r>
        <w:t>unhon ne jis tarah se bible ko har zaban mein chhap kar dunya mein phailaya, tum quran ka</w:t>
      </w:r>
    </w:p>
    <w:p>
      <w:pPr>
        <w:jc w:val="right"/>
      </w:pPr>
      <w:r>
        <w:t>انہوں نے جس طرح سے بائبل کو ہر زبان میں چھاپ کر دنیا میں پھیلایا، تم قرآن کا</w:t>
      </w:r>
    </w:p>
    <w:p>
      <w:r>
        <w:rPr>
          <w:b/>
        </w:rPr>
        <w:t xml:space="preserve">[29:11] </w:t>
      </w:r>
      <w:r>
        <w:t>ترجمہ چھاپ کر، قرآن کا ترجمہ ہر زبان میں تیار کرو، بہت اچھی زبان میں، understandable language میں،</w:t>
      </w:r>
    </w:p>
    <w:p>
      <w:pPr>
        <w:jc w:val="right"/>
      </w:pPr>
      <w:r>
        <w:t>ترجمہ چھاپ کر، قرآن کا ترجمہ ہر زبان میں تیار کرو، بہت اچھی زبان میں، انڈرسٹینڈیبل لینگویج میں،</w:t>
      </w:r>
    </w:p>
    <w:p>
      <w:r>
        <w:rPr>
          <w:b/>
        </w:rPr>
        <w:t xml:space="preserve">[29:20] </w:t>
      </w:r>
      <w:r>
        <w:t>is ko achhe andaz mein chhapao.</w:t>
      </w:r>
    </w:p>
    <w:p>
      <w:pPr>
        <w:jc w:val="right"/>
      </w:pPr>
      <w:r>
        <w:t>اس کو اچھے انداز میں چھاپو۔</w:t>
      </w:r>
    </w:p>
    <w:p>
      <w:r>
        <w:rPr>
          <w:b/>
        </w:rPr>
        <w:t xml:space="preserve">[29:23] </w:t>
      </w:r>
      <w:r>
        <w:t>wo bible paper chhapte hain, tum bhi bible paper chhapo aur dunya mein phaila do.</w:t>
      </w:r>
    </w:p>
    <w:p>
      <w:pPr>
        <w:jc w:val="right"/>
      </w:pPr>
      <w:r>
        <w:t>وہ بائبل پیپر چھاپتے ہیں، تم بھی بائبل پیپر چھاپو اور دنیا میں پھیلا دو۔</w:t>
      </w:r>
    </w:p>
    <w:p>
      <w:r>
        <w:rPr>
          <w:b/>
        </w:rPr>
        <w:t xml:space="preserve">[29:29] </w:t>
      </w:r>
      <w:r>
        <w:t>global level par yeh bohat ajeeb ayat hai quran ki.</w:t>
      </w:r>
    </w:p>
    <w:p>
      <w:pPr>
        <w:jc w:val="right"/>
      </w:pPr>
      <w:r>
        <w:t>گلوبل لیول پر یہ بہت عجیب آیت ہے قرآن کی۔</w:t>
      </w:r>
    </w:p>
    <w:p>
      <w:r>
        <w:rPr>
          <w:b/>
        </w:rPr>
        <w:t xml:space="preserve">[29:33] </w:t>
      </w:r>
      <w:r>
        <w:t>is ka matlab jab mein ne is tareeqe se samjha, tab is ki ahmiyat mujhe maloom hui.</w:t>
      </w:r>
    </w:p>
    <w:p>
      <w:pPr>
        <w:jc w:val="right"/>
      </w:pPr>
      <w:r>
        <w:t>اس کا مطلب جب میں نے اس طریقے سے سمجھا، تب اس کی اہمیت مجھے معلوم ہوئی۔</w:t>
      </w:r>
    </w:p>
    <w:p>
      <w:r>
        <w:rPr>
          <w:b/>
        </w:rPr>
        <w:t xml:space="preserve">[29:41] </w:t>
      </w:r>
      <w:r>
        <w:t>to allah ke fazl se hamara mission is waqt yahi kar raha hai.</w:t>
      </w:r>
    </w:p>
    <w:p>
      <w:pPr>
        <w:jc w:val="right"/>
      </w:pPr>
      <w:r>
        <w:t>تو اللہ کے فضل سے ہمارا مشن اس وقت یہی کر رہا ہے۔</w:t>
      </w:r>
    </w:p>
    <w:p>
      <w:r>
        <w:rPr>
          <w:b/>
        </w:rPr>
        <w:t xml:space="preserve">[29:43] </w:t>
      </w:r>
      <w:r>
        <w:t>hamare sathi is mein lage hue hain, aur jab se quran ka english tarjuma chhaapa hai, tab se</w:t>
      </w:r>
    </w:p>
    <w:p>
      <w:pPr>
        <w:jc w:val="right"/>
      </w:pPr>
      <w:r>
        <w:t>ہمارے ساتھی اس میں لگے ہوئے ہیں، اور جب سے قرآن کا انگلش ترجمہ چھپا ہے، تب سے</w:t>
      </w:r>
    </w:p>
    <w:p>
      <w:r>
        <w:rPr>
          <w:b/>
        </w:rPr>
        <w:t xml:space="preserve">[29:50] </w:t>
      </w:r>
      <w:r>
        <w:t>logon ko ek naya impetus mila hai, ek naya motivation, ek naya shauq.</w:t>
      </w:r>
    </w:p>
    <w:p>
      <w:pPr>
        <w:jc w:val="right"/>
      </w:pPr>
      <w:r>
        <w:t>لوگوں کو ایک نیا امپیٹس ملا ہے، ایک نیا موٹیویشن، ایک نیا شوق۔</w:t>
      </w:r>
    </w:p>
    <w:p>
      <w:r>
        <w:rPr>
          <w:b/>
        </w:rPr>
        <w:t xml:space="preserve">[29:57] </w:t>
      </w:r>
      <w:r>
        <w:t>aur is waqt allah ke fazl se hamare mission mein das zaban mein quran ke tarjume already chha</w:t>
      </w:r>
    </w:p>
    <w:p>
      <w:pPr>
        <w:jc w:val="right"/>
      </w:pPr>
      <w:r>
        <w:t>اور اس وقت اللہ کے فضل سے ہمارے مشن میں دس زبان میں قرآن کے ترجمے الریڈی چھپ</w:t>
      </w:r>
    </w:p>
    <w:p>
      <w:r>
        <w:rPr>
          <w:b/>
        </w:rPr>
        <w:t xml:space="preserve">[30:03] </w:t>
      </w:r>
      <w:r>
        <w:t>chuke hain, aur baqi zabanon mein koshish jari hai.</w:t>
      </w:r>
    </w:p>
    <w:p>
      <w:pPr>
        <w:jc w:val="right"/>
      </w:pPr>
      <w:r>
        <w:t>چکے ہیں، اور بقیہ زبانوں میں کوشش جاری ہے۔</w:t>
      </w:r>
    </w:p>
    <w:p>
      <w:r>
        <w:rPr>
          <w:b/>
        </w:rPr>
        <w:t xml:space="preserve">[30:09] </w:t>
      </w:r>
      <w:r>
        <w:t>to yeh quran jo hai, quran kya hai? quran saada maanon mein ek mazhabi kitab nahi hai.</w:t>
      </w:r>
    </w:p>
    <w:p>
      <w:pPr>
        <w:jc w:val="right"/>
      </w:pPr>
      <w:r>
        <w:t>تو یہ قرآن جو ہے، قرآن کیا ہے؟ قرآن سادہ معنوں میں ایک مذہبی کتاب نہیں ہے۔</w:t>
      </w:r>
    </w:p>
    <w:p>
      <w:r>
        <w:rPr>
          <w:b/>
        </w:rPr>
        <w:t xml:space="preserve">[30:19] </w:t>
      </w:r>
      <w:r>
        <w:t>quran batata hai law of nature ko,</w:t>
      </w:r>
    </w:p>
    <w:p>
      <w:pPr>
        <w:jc w:val="right"/>
      </w:pPr>
      <w:r>
        <w:t>قرآن بتاتا ہے لا آف نیچر کو،</w:t>
      </w:r>
    </w:p>
    <w:p>
      <w:r>
        <w:rPr>
          <w:b/>
        </w:rPr>
        <w:t xml:space="preserve">[30:24] </w:t>
      </w:r>
      <w:r>
        <w:t>green plan of god ko batata hai, history ka, history kis tarah chal rahi hai, us ko batata</w:t>
      </w:r>
    </w:p>
    <w:p>
      <w:pPr>
        <w:jc w:val="right"/>
      </w:pPr>
      <w:r>
        <w:t>گرین پلان آف گاڈ کو بتاتا ہے، ہسٹری کا، ہسٹری کس طرح چل رہی ہے، اس کو بتاتا</w:t>
      </w:r>
    </w:p>
    <w:p>
      <w:r>
        <w:rPr>
          <w:b/>
        </w:rPr>
        <w:t xml:space="preserve">[30:30] </w:t>
      </w:r>
      <w:r>
        <w:t>hai. to isi ka ek matlab bataya aap ko misaal ke quran mein jis cheez ko dafa kaha</w:t>
      </w:r>
    </w:p>
    <w:p>
      <w:pPr>
        <w:jc w:val="right"/>
      </w:pPr>
      <w:r>
        <w:t>ہے۔ تو اسی کا ایک معنی بتایا آپ کو مثال کہ قرآن میں جس چیز کو دفع کہا</w:t>
      </w:r>
    </w:p>
    <w:p>
      <w:r>
        <w:rPr>
          <w:b/>
        </w:rPr>
        <w:t xml:space="preserve">[30:36] </w:t>
      </w:r>
      <w:r>
        <w:t>gaya, kaun la dafa</w:t>
      </w:r>
    </w:p>
    <w:p>
      <w:pPr>
        <w:jc w:val="right"/>
      </w:pPr>
      <w:r>
        <w:t>گیا، کون لا دفع</w:t>
      </w:r>
    </w:p>
    <w:p>
      <w:r>
        <w:rPr>
          <w:b/>
        </w:rPr>
        <w:t xml:space="preserve">[30:39] </w:t>
      </w:r>
      <w:r>
        <w:t>dal faal, uska maine misaal di aap ko ke kis tarah woh history mein work kar</w:t>
      </w:r>
    </w:p>
    <w:p>
      <w:pPr>
        <w:jc w:val="right"/>
      </w:pPr>
      <w:r>
        <w:t>دال فعل، اس کا میں نے مثال دی آپ کو کہ کس طرح وہ ہسٹری میں ورک کر</w:t>
      </w:r>
    </w:p>
    <w:p>
      <w:r>
        <w:rPr>
          <w:b/>
        </w:rPr>
        <w:t xml:space="preserve">[30:46] </w:t>
      </w:r>
      <w:r>
        <w:t>raha hai. to quran ek bahut hi anokhi kitab hai, is mein</w:t>
      </w:r>
    </w:p>
    <w:p>
      <w:pPr>
        <w:jc w:val="right"/>
      </w:pPr>
      <w:r>
        <w:t>رہا ہے۔ تو قرآن ایک بہت ہی انوکھی کتاب ہے، اس میں</w:t>
      </w:r>
    </w:p>
    <w:p>
      <w:r>
        <w:rPr>
          <w:b/>
        </w:rPr>
        <w:t xml:space="preserve">[30:53] </w:t>
      </w:r>
      <w:r>
        <w:t>zindagi ka qanoon,</w:t>
      </w:r>
    </w:p>
    <w:p>
      <w:pPr>
        <w:jc w:val="right"/>
      </w:pPr>
      <w:r>
        <w:t>زندگی کا قانون،</w:t>
      </w:r>
    </w:p>
    <w:p>
      <w:r>
        <w:rPr>
          <w:b/>
        </w:rPr>
        <w:t xml:space="preserve">[30:55] </w:t>
      </w:r>
      <w:r>
        <w:t>tareekh ka qanoon, aur</w:t>
      </w:r>
    </w:p>
    <w:p>
      <w:pPr>
        <w:jc w:val="right"/>
      </w:pPr>
      <w:r>
        <w:t>تاریخ کا قانون، اور</w:t>
      </w:r>
    </w:p>
    <w:p>
      <w:r>
        <w:rPr>
          <w:b/>
        </w:rPr>
        <w:t xml:space="preserve">[31:02] </w:t>
      </w:r>
      <w:r>
        <w:t>yani woh dunya aur aakhirat ka qanoon</w:t>
      </w:r>
    </w:p>
    <w:p>
      <w:pPr>
        <w:jc w:val="right"/>
      </w:pPr>
      <w:r>
        <w:t>یعنی وہ دنیا اور آخرت کا قانون</w:t>
      </w:r>
    </w:p>
    <w:p>
      <w:r>
        <w:rPr>
          <w:b/>
        </w:rPr>
        <w:t xml:space="preserve">[31:07] </w:t>
      </w:r>
      <w:r>
        <w:t>sab is mein bataya gaya hai.</w:t>
      </w:r>
    </w:p>
    <w:p>
      <w:pPr>
        <w:jc w:val="right"/>
      </w:pPr>
      <w:r>
        <w:t>سب اس میں بتایا گیا ہے۔</w:t>
      </w:r>
    </w:p>
    <w:p>
      <w:r>
        <w:rPr>
          <w:b/>
        </w:rPr>
        <w:t xml:space="preserve">[31:09] </w:t>
      </w:r>
      <w:r>
        <w:t>lekin is ko hum samajh sakte hain tadabbur ke zariye, ghaur kar ke.</w:t>
      </w:r>
    </w:p>
    <w:p>
      <w:pPr>
        <w:jc w:val="right"/>
      </w:pPr>
      <w:r>
        <w:t>لیکن اس کو ہم سمجھ سکتے ہیں تدبر کے ذریعے، غور کر کے۔</w:t>
      </w:r>
    </w:p>
    <w:p>
      <w:r>
        <w:rPr>
          <w:b/>
        </w:rPr>
        <w:t xml:space="preserve">[31:15] </w:t>
      </w:r>
      <w:r>
        <w:t>tadabbur ke baghair quran samajh mein nahi aata.</w:t>
      </w:r>
    </w:p>
    <w:p>
      <w:pPr>
        <w:jc w:val="right"/>
      </w:pPr>
      <w:r>
        <w:t>تدبر کے بغیر قرآن سمجھ میں نہیں آتا۔</w:t>
      </w:r>
    </w:p>
    <w:p>
      <w:r>
        <w:rPr>
          <w:b/>
        </w:rPr>
        <w:t xml:space="preserve">[31:22] </w:t>
      </w:r>
      <w:r>
        <w:t>to yeh mera ek taassur tha</w:t>
      </w:r>
    </w:p>
    <w:p>
      <w:pPr>
        <w:jc w:val="right"/>
      </w:pPr>
      <w:r>
        <w:t>تو یہ میرا ایک تاثر تھا</w:t>
      </w:r>
    </w:p>
    <w:p>
      <w:r>
        <w:rPr>
          <w:b/>
        </w:rPr>
        <w:t xml:space="preserve">[31:26] </w:t>
      </w:r>
      <w:r>
        <w:t>jo is safar mein</w:t>
      </w:r>
    </w:p>
    <w:p>
      <w:pPr>
        <w:jc w:val="right"/>
      </w:pPr>
      <w:r>
        <w:t>جو اس سفر میں</w:t>
      </w:r>
    </w:p>
    <w:p>
      <w:r>
        <w:rPr>
          <w:b/>
        </w:rPr>
        <w:t xml:space="preserve">[31:29] </w:t>
      </w:r>
      <w:r>
        <w:t>mujhe mila. to hamein sab se zyada focus, sab se zyada</w:t>
      </w:r>
    </w:p>
    <w:p>
      <w:pPr>
        <w:jc w:val="right"/>
      </w:pPr>
      <w:r>
        <w:t>مجھے ملا۔ تو ہمیں سب سے زیادہ فوکس، سب سے زیادہ</w:t>
      </w:r>
    </w:p>
    <w:p>
      <w:r>
        <w:rPr>
          <w:b/>
        </w:rPr>
        <w:t xml:space="preserve">[31:41] </w:t>
      </w:r>
      <w:r>
        <w:t>focus dena hai quran par, yani quran ke tarjume par.</w:t>
      </w:r>
    </w:p>
    <w:p>
      <w:pPr>
        <w:jc w:val="right"/>
      </w:pPr>
      <w:r>
        <w:t>فوکس دینا ہے قرآن پر، یعنی قرآن کے ترجمے پر۔</w:t>
      </w:r>
    </w:p>
    <w:p>
      <w:r>
        <w:rPr>
          <w:b/>
        </w:rPr>
        <w:t xml:space="preserve">[31:46] </w:t>
      </w:r>
      <w:r>
        <w:t>agar aap sirf quran ke, yani aap</w:t>
      </w:r>
    </w:p>
    <w:p>
      <w:pPr>
        <w:jc w:val="right"/>
      </w:pPr>
      <w:r>
        <w:t>اگر آپ صرف قرآن کے، یعنی آپ</w:t>
      </w:r>
    </w:p>
    <w:p>
      <w:r>
        <w:rPr>
          <w:b/>
        </w:rPr>
        <w:t xml:space="preserve">[31:50] </w:t>
      </w:r>
      <w:r>
        <w:t>bahut se aise, bahut bahut bade bedaar hain arab mein, bahut bade bade, woh quran ka arabi text</w:t>
      </w:r>
    </w:p>
    <w:p>
      <w:pPr>
        <w:jc w:val="right"/>
      </w:pPr>
      <w:r>
        <w:t>بہت سے ایسے، بہت بہت بڑے بیدار ہیں عرب میں، بہت بڑے بڑے، وہ قرآن کا عربی ٹیکسٹ</w:t>
      </w:r>
    </w:p>
    <w:p>
      <w:r>
        <w:rPr>
          <w:b/>
        </w:rPr>
        <w:t xml:space="preserve">[31:58] </w:t>
      </w:r>
      <w:r>
        <w:t>bahut beautiful andaaz mein chhaap kar phailate hain.</w:t>
      </w:r>
    </w:p>
    <w:p>
      <w:pPr>
        <w:jc w:val="right"/>
      </w:pPr>
      <w:r>
        <w:t>بہت بیوٹی فل انداز میں چھاپ کر پھیلاتے ہیں۔</w:t>
      </w:r>
    </w:p>
    <w:p>
      <w:r>
        <w:rPr>
          <w:b/>
        </w:rPr>
        <w:t xml:space="preserve">[32:04] </w:t>
      </w:r>
      <w:r>
        <w:t>beauty full andaaz mein arabi text, lekin arabi text to sirf arbon ke saath aata hai.</w:t>
      </w:r>
    </w:p>
    <w:p>
      <w:pPr>
        <w:jc w:val="right"/>
      </w:pPr>
      <w:r>
        <w:t>بیوٹی فل انداز میں عربی ٹیکسٹ، لیکن عربی ٹیکسٹ تو صرف عربوں کے ساتھ آتا ہے۔</w:t>
      </w:r>
    </w:p>
    <w:p>
      <w:r>
        <w:rPr>
          <w:b/>
        </w:rPr>
        <w:t xml:space="preserve">[32:11] </w:t>
      </w:r>
      <w:r>
        <w:t>jaisa ke maine ek qissa bataya tha ke hamare ek saathi bombay mein ek saahab se mile,</w:t>
      </w:r>
    </w:p>
    <w:p>
      <w:pPr>
        <w:jc w:val="right"/>
      </w:pPr>
      <w:r>
        <w:t>جیسا کہ میں نے ایک قصہ بتایا تھا کہ ہمارے ایک ساتھی بمبئی میں ایک صاحب سے ملے،</w:t>
      </w:r>
    </w:p>
    <w:p>
      <w:r>
        <w:rPr>
          <w:b/>
        </w:rPr>
        <w:t xml:space="preserve">[32:17] </w:t>
      </w:r>
      <w:r>
        <w:t>ek to unhone kaha ke main ek lambi muddat tak arab mein raha hoon, wahan arab log</w:t>
      </w:r>
    </w:p>
    <w:p>
      <w:pPr>
        <w:jc w:val="right"/>
      </w:pPr>
      <w:r>
        <w:t>ایک تو انہوں نے کہا کہ میں ایک لمبی مدت تک عرب میں رہا ہوں، وہاں عرب لوگ</w:t>
      </w:r>
    </w:p>
    <w:p>
      <w:r>
        <w:rPr>
          <w:b/>
        </w:rPr>
        <w:t xml:space="preserve">[32:24] </w:t>
      </w:r>
      <w:r>
        <w:t>mujh se milte the aur mujhe quran pesh karte the bator gift ke, lekin yeh quran hota tha</w:t>
      </w:r>
    </w:p>
    <w:p>
      <w:pPr>
        <w:jc w:val="right"/>
      </w:pPr>
      <w:r>
        <w:t>مجھ سے ملتے تھے اور مجھے قرآن پیش کرتے تھے بطور گفٹ کے، لیکن یہ قرآن ہوتا تھا</w:t>
      </w:r>
    </w:p>
    <w:p>
      <w:r>
        <w:rPr>
          <w:b/>
        </w:rPr>
        <w:t xml:space="preserve">[32:32] </w:t>
      </w:r>
      <w:r>
        <w:t>arabi zabaan mein,</w:t>
      </w:r>
    </w:p>
    <w:p>
      <w:pPr>
        <w:jc w:val="right"/>
      </w:pPr>
      <w:r>
        <w:t>عربی زبان میں،</w:t>
      </w:r>
    </w:p>
    <w:p>
      <w:r>
        <w:rPr>
          <w:b/>
        </w:rPr>
        <w:t xml:space="preserve">[32:34] </w:t>
      </w:r>
      <w:r>
        <w:t>to main leta leta tha, use le leta tha aur apni shelf mein rakh deta tha, koi soch</w:t>
      </w:r>
    </w:p>
    <w:p>
      <w:pPr>
        <w:jc w:val="right"/>
      </w:pPr>
      <w:r>
        <w:t>تو میں لیتا لیتا تھا، اسے لے لیتا تھا اور اپنی شیلف میں رکھ دیتا تھا، کوئی سوچ</w:t>
      </w:r>
    </w:p>
    <w:p>
      <w:r>
        <w:rPr>
          <w:b/>
        </w:rPr>
        <w:t xml:space="preserve">[32:41] </w:t>
      </w:r>
      <w:r>
        <w:t>mein samajh nahin sakta tha.</w:t>
      </w:r>
    </w:p>
    <w:p>
      <w:pPr>
        <w:jc w:val="right"/>
      </w:pPr>
      <w:r>
        <w:t>میں سمجھ نہیں سکتا تھا۔</w:t>
      </w:r>
    </w:p>
    <w:p>
      <w:r>
        <w:rPr>
          <w:b/>
        </w:rPr>
        <w:t xml:space="preserve">[32:45] </w:t>
      </w:r>
      <w:r>
        <w:t>to phir jab wahan se chale aaye aur bombay mein settle hue, woh to hamare saathi un se</w:t>
      </w:r>
    </w:p>
    <w:p>
      <w:pPr>
        <w:jc w:val="right"/>
      </w:pPr>
      <w:r>
        <w:t>تو پھر جب وہاں سے چلے آئے اور بمبئی میں سیٹل ہوئے، وہ تو ہمارے ساتھی ان سے</w:t>
      </w:r>
    </w:p>
    <w:p>
      <w:r>
        <w:rPr>
          <w:b/>
        </w:rPr>
        <w:t xml:space="preserve">[32:49] </w:t>
      </w:r>
      <w:r>
        <w:t>mile aur unhone unko quran ka translation english mein pesh kiya, to woh rone lage.</w:t>
      </w:r>
    </w:p>
    <w:p>
      <w:pPr>
        <w:jc w:val="right"/>
      </w:pPr>
      <w:r>
        <w:t>ملے اور انہوں نے ان کو قرآن کا ٹرانسلیشن انگلش میں پیش کیا، تو وہ رونے لگے۔</w:t>
      </w:r>
    </w:p>
    <w:p>
      <w:r>
        <w:rPr>
          <w:b/>
        </w:rPr>
        <w:t xml:space="preserve">[32:57] </w:t>
      </w:r>
      <w:r>
        <w:t>woh woh rone lage, ab main quran ko samajh sakta hoon, ab main is ko parhoon ga aur</w:t>
      </w:r>
    </w:p>
    <w:p>
      <w:pPr>
        <w:jc w:val="right"/>
      </w:pPr>
      <w:r>
        <w:t>وہ وہ رونے لگے، اب میں قرآن کو سمجھ سکتا ہوں، اب میں اس کو پڑھوں گا اور</w:t>
      </w:r>
    </w:p>
    <w:p>
      <w:r>
        <w:rPr>
          <w:b/>
        </w:rPr>
        <w:t xml:space="preserve">[33:04] </w:t>
      </w:r>
      <w:r>
        <w:t>samhoon ga ke is kitaab mein kya hai.</w:t>
      </w:r>
    </w:p>
    <w:p>
      <w:pPr>
        <w:jc w:val="right"/>
      </w:pPr>
      <w:r>
        <w:t>سمجھوں گا کہ اس کتاب میں کیا ہے۔</w:t>
      </w:r>
    </w:p>
    <w:p>
      <w:r>
        <w:rPr>
          <w:b/>
        </w:rPr>
        <w:t xml:space="preserve">[33:09] </w:t>
      </w:r>
      <w:r>
        <w:t>to yeh ahmiyat hai tarjume ki.</w:t>
      </w:r>
    </w:p>
    <w:p>
      <w:pPr>
        <w:jc w:val="right"/>
      </w:pPr>
      <w:r>
        <w:t>تو یہ اہمیت ہے ترجمے کی۔</w:t>
      </w:r>
    </w:p>
    <w:p>
      <w:r>
        <w:rPr>
          <w:b/>
        </w:rPr>
        <w:t xml:space="preserve">[33:11] </w:t>
      </w:r>
      <w:r>
        <w:t>dekhiye, quran ki ek aayat hai:</w:t>
      </w:r>
    </w:p>
    <w:p>
      <w:pPr>
        <w:jc w:val="right"/>
      </w:pPr>
      <w:r>
        <w:t>دیکھیے، قرآن کی ایک آیت ہے:</w:t>
      </w:r>
    </w:p>
    <w:p>
      <w:r>
        <w:rPr>
          <w:b/>
        </w:rPr>
        <w:t xml:space="preserve">[33:14] </w:t>
      </w:r>
      <w:r>
        <w:t>"wa ma arsalna rasool illa bi lisaan qaum"</w:t>
      </w:r>
    </w:p>
    <w:p>
      <w:pPr>
        <w:jc w:val="right"/>
      </w:pPr>
      <w:r>
        <w:t>"وما ارسلنا رسول الا بلسان قوم"،</w:t>
      </w:r>
    </w:p>
    <w:p>
      <w:r>
        <w:rPr>
          <w:b/>
        </w:rPr>
        <w:t xml:space="preserve">[33:20] </w:t>
      </w:r>
      <w:r>
        <w:t>yaani har rasool bheja gaya</w:t>
      </w:r>
    </w:p>
    <w:p>
      <w:pPr>
        <w:jc w:val="right"/>
      </w:pPr>
      <w:r>
        <w:t>یعنی ہر رسول بھیجا گیا</w:t>
      </w:r>
    </w:p>
    <w:p>
      <w:r>
        <w:rPr>
          <w:b/>
        </w:rPr>
        <w:t xml:space="preserve">[33:22] </w:t>
      </w:r>
      <w:r>
        <w:t>qaum ki apni qaum ki zabaan mein,</w:t>
      </w:r>
    </w:p>
    <w:p>
      <w:pPr>
        <w:jc w:val="right"/>
      </w:pPr>
      <w:r>
        <w:t>قوم کی اپنی قوم کی زبان میں،</w:t>
      </w:r>
    </w:p>
    <w:p>
      <w:r>
        <w:rPr>
          <w:b/>
        </w:rPr>
        <w:t xml:space="preserve">[33:27] </w:t>
      </w:r>
      <w:r>
        <w:t>jis qaum ke andar woh woh utha, us ne usi us qaum ki zabaan mein Allah ka paigham</w:t>
      </w:r>
    </w:p>
    <w:p>
      <w:pPr>
        <w:jc w:val="right"/>
      </w:pPr>
      <w:r>
        <w:t>جس قوم کے اندر وہ وہ اٹھا، اس نے اسی اس قوم کی زبان میں اللہ کا پیغام</w:t>
      </w:r>
    </w:p>
    <w:p>
      <w:r>
        <w:rPr>
          <w:b/>
        </w:rPr>
        <w:t xml:space="preserve">[33:34] </w:t>
      </w:r>
      <w:r>
        <w:t>pohanchaya. un ko</w:t>
      </w:r>
    </w:p>
    <w:p>
      <w:pPr>
        <w:jc w:val="right"/>
      </w:pPr>
      <w:r>
        <w:t>پہنچایا۔ ان کو</w:t>
      </w:r>
    </w:p>
    <w:p>
      <w:r>
        <w:rPr>
          <w:b/>
        </w:rPr>
        <w:t xml:space="preserve">[33:36] </w:t>
      </w:r>
      <w:r>
        <w:t>is se maloom hua ke quran ko quran ek aalami kitaab hai, saare aalam ko bheja gaya hai,</w:t>
      </w:r>
    </w:p>
    <w:p>
      <w:pPr>
        <w:jc w:val="right"/>
      </w:pPr>
      <w:r>
        <w:t>اس سے معلوم ہوا کہ قرآن کو قرآن ایک عالمی کتاب ہے، سارے عالم کو بھیجا گیا ہے،</w:t>
      </w:r>
    </w:p>
    <w:p>
      <w:r>
        <w:rPr>
          <w:b/>
        </w:rPr>
        <w:t xml:space="preserve">[33:44] </w:t>
      </w:r>
      <w:r>
        <w:t>lekin arabi text agar phaila dein aap to us se, us se, us se quran ka maqsad haasil</w:t>
      </w:r>
    </w:p>
    <w:p>
      <w:pPr>
        <w:jc w:val="right"/>
      </w:pPr>
      <w:r>
        <w:t>لیکن عربی ٹیکسٹ اگر پھیلا دیں آپ تو اس سے، اس سے، اس سے قرآن کا مقصد حاصل</w:t>
      </w:r>
    </w:p>
    <w:p>
      <w:r>
        <w:rPr>
          <w:b/>
        </w:rPr>
        <w:t xml:space="preserve">[33:56] </w:t>
      </w:r>
      <w:r>
        <w:t>nahin hota. aap ko quran ka translation</w:t>
      </w:r>
    </w:p>
    <w:p>
      <w:pPr>
        <w:jc w:val="right"/>
      </w:pPr>
      <w:r>
        <w:t>نہیں ہوتا۔ آپ کو قرآن کا ٹرانسلیشن</w:t>
      </w:r>
    </w:p>
    <w:p>
      <w:r>
        <w:rPr>
          <w:b/>
        </w:rPr>
        <w:t xml:space="preserve">[34:02] </w:t>
      </w:r>
      <w:r>
        <w:t>pohanchana pare ga tamam qaumon ko, tab woh maqsad poora hoga.</w:t>
      </w:r>
    </w:p>
    <w:p>
      <w:pPr>
        <w:jc w:val="right"/>
      </w:pPr>
      <w:r>
        <w:t>پہنچانا پڑے گا تمام قوموں کو، تب وہ مقصد پورا ہوگا۔</w:t>
      </w:r>
    </w:p>
    <w:p>
      <w:r>
        <w:rPr>
          <w:b/>
        </w:rPr>
        <w:t xml:space="preserve">[34:08] </w:t>
      </w:r>
      <w:r>
        <w:t>arabi text agar phaila dein ge, dunya bhar mein chahe kitni phailayein, kitni phailayein, to woh to ek</w:t>
      </w:r>
    </w:p>
    <w:p>
      <w:pPr>
        <w:jc w:val="right"/>
      </w:pPr>
      <w:r>
        <w:t>عربی ٹیکسٹ اگر پھیلا دیں گے، دنیا بھر میں چاہے کتنی پھیلائیں، کتنی پھیلائیں، تو وہ تو ایک</w:t>
      </w:r>
    </w:p>
    <w:p>
      <w:r>
        <w:rPr>
          <w:b/>
        </w:rPr>
        <w:t xml:space="preserve">[34:14] </w:t>
      </w:r>
      <w:r>
        <w:t>monument ban kar rahe ga.</w:t>
      </w:r>
    </w:p>
    <w:p>
      <w:pPr>
        <w:jc w:val="right"/>
      </w:pPr>
      <w:r>
        <w:t>مونومنٹ بن کر رہے گا۔</w:t>
      </w:r>
    </w:p>
    <w:p>
      <w:r>
        <w:rPr>
          <w:b/>
        </w:rPr>
        <w:t xml:space="preserve">[34:16] </w:t>
      </w:r>
      <w:r>
        <w:t>apni almari mein rakh dein ge, woh apni table pe rakh dein ge, woh lekin woh quran ka</w:t>
      </w:r>
    </w:p>
    <w:p>
      <w:pPr>
        <w:jc w:val="right"/>
      </w:pPr>
      <w:r>
        <w:t>اپنی الماری میں رکھ دیں گے، وہ اپنی ٹیبل پہ رکھ دیں گے، وہ لیکن وہ قرآن کا</w:t>
      </w:r>
    </w:p>
    <w:p>
      <w:r>
        <w:rPr>
          <w:b/>
        </w:rPr>
        <w:t xml:space="preserve">[34:22] </w:t>
      </w:r>
      <w:r>
        <w:t>jo mansha hai ke sab ko quran ka message pohancha raha, pohanchaye.</w:t>
      </w:r>
    </w:p>
    <w:p>
      <w:pPr>
        <w:jc w:val="right"/>
      </w:pPr>
      <w:r>
        <w:t>جو منشا ہے کہ سب کو قرآن کا میسج پہنچا رہا، پہنچائے۔</w:t>
      </w:r>
    </w:p>
    <w:p>
      <w:r>
        <w:rPr>
          <w:b/>
        </w:rPr>
        <w:t xml:space="preserve">[34:28] </w:t>
      </w:r>
      <w:r>
        <w:t>sab ko maloom ho ke quran ka quran mein</w:t>
      </w:r>
    </w:p>
    <w:p>
      <w:pPr>
        <w:jc w:val="right"/>
      </w:pPr>
      <w:r>
        <w:t>سب کو معلوم ہو کہ قرآن کا قرآن میں</w:t>
      </w:r>
    </w:p>
    <w:p>
      <w:r>
        <w:rPr>
          <w:b/>
        </w:rPr>
        <w:t xml:space="preserve">[34:33] </w:t>
      </w:r>
      <w:r>
        <w:t>un ke rab ne kiya baat kahi hai, to wo to un ki apni zaban mein hoga.</w:t>
      </w:r>
    </w:p>
    <w:p>
      <w:pPr>
        <w:jc w:val="right"/>
      </w:pPr>
      <w:r>
        <w:t>ان کے رب نے کیا بات کہی ہے، تو وہ تو ان کی اپنی زبان میں ہوگا۔</w:t>
      </w:r>
    </w:p>
    <w:p>
      <w:r>
        <w:rPr>
          <w:b/>
        </w:rPr>
        <w:t xml:space="preserve">[34:41] </w:t>
      </w:r>
      <w:r>
        <w:t>to hamein quran ke paigham ko aalami satah tak pohanchana hai, lekin tarjuma karna parega.</w:t>
      </w:r>
    </w:p>
    <w:p>
      <w:pPr>
        <w:jc w:val="right"/>
      </w:pPr>
      <w:r>
        <w:t>تو ہمیں قرآن کے پیغام کو عالمی سطح تک پہنچانا ہے، لیکن ترجمہ کرنا پڑے گا۔</w:t>
      </w:r>
    </w:p>
    <w:p>
      <w:r>
        <w:rPr>
          <w:b/>
        </w:rPr>
        <w:t xml:space="preserve">[34:50] </w:t>
      </w:r>
      <w:r>
        <w:t>tarjuma bhi understand</w:t>
      </w:r>
    </w:p>
    <w:p>
      <w:pPr>
        <w:jc w:val="right"/>
      </w:pPr>
      <w:r>
        <w:t>ترجمہ بھی انڈرسٹینڈ</w:t>
      </w:r>
    </w:p>
    <w:p>
      <w:r>
        <w:rPr>
          <w:b/>
        </w:rPr>
        <w:t xml:space="preserve">[34:54] </w:t>
      </w:r>
      <w:r>
        <w:t>able language mein.</w:t>
      </w:r>
    </w:p>
    <w:p>
      <w:pPr>
        <w:jc w:val="right"/>
      </w:pPr>
      <w:r>
        <w:t>ایبل لینگویج میں۔</w:t>
      </w:r>
    </w:p>
    <w:p>
      <w:r>
        <w:rPr>
          <w:b/>
        </w:rPr>
        <w:t xml:space="preserve">[34:56] </w:t>
      </w:r>
      <w:r>
        <w:t>hamare sathiyon batate hain ke jahan wo hamara ek chupa hua quran ka tarjuma pesh karte hain, wo</w:t>
      </w:r>
    </w:p>
    <w:p>
      <w:pPr>
        <w:jc w:val="right"/>
      </w:pPr>
      <w:r>
        <w:t>ہمارے ساتھی بتاتے ہیں کہ جہاں وہ ہمارا ایک چھپا ہوا قرآن کا ترجمہ پیش کرتے ہیں، وہ</w:t>
      </w:r>
    </w:p>
    <w:p>
      <w:r>
        <w:rPr>
          <w:b/>
        </w:rPr>
        <w:t xml:space="preserve">[35:02] </w:t>
      </w:r>
      <w:r>
        <w:t>parhta hai, wo to kehta hai ke ye to quran samajh mein aata hai,</w:t>
      </w:r>
    </w:p>
    <w:p>
      <w:pPr>
        <w:jc w:val="right"/>
      </w:pPr>
      <w:r>
        <w:t>پڑھتا ہے، وہ تو کہتا ہے کہ یہ تو قرآن سمجھ میں آتا ہے،</w:t>
      </w:r>
    </w:p>
    <w:p>
      <w:r>
        <w:rPr>
          <w:b/>
        </w:rPr>
        <w:t xml:space="preserve">[35:07] </w:t>
      </w:r>
      <w:r>
        <w:t>ye to understandable hai mere liye, kyunke is se pehle jo tarjume unhon ne dekhe the, wo</w:t>
      </w:r>
    </w:p>
    <w:p>
      <w:pPr>
        <w:jc w:val="right"/>
      </w:pPr>
      <w:r>
        <w:t>یہ تو انڈرسٹینڈ ایبل ہے میرے لیے، کیونکہ اس سے پہلے جو ترجمے انہوں نے دیکھے تھے، وہ</w:t>
      </w:r>
    </w:p>
    <w:p>
      <w:r>
        <w:rPr>
          <w:b/>
        </w:rPr>
        <w:t xml:space="preserve">[35:13] </w:t>
      </w:r>
      <w:r>
        <w:t>un ke samajh mein aate the.</w:t>
      </w:r>
    </w:p>
    <w:p>
      <w:pPr>
        <w:jc w:val="right"/>
      </w:pPr>
      <w:r>
        <w:t>ان کے سمجھ میں آتے تھے۔</w:t>
      </w:r>
    </w:p>
    <w:p>
      <w:r>
        <w:rPr>
          <w:b/>
        </w:rPr>
        <w:t xml:space="preserve">[35:16] </w:t>
      </w:r>
      <w:r>
        <w:t>to ye zaroori hai ke aap</w:t>
      </w:r>
    </w:p>
    <w:p>
      <w:pPr>
        <w:jc w:val="right"/>
      </w:pPr>
      <w:r>
        <w:t>تو یہ ضروری ہے کہ آپ</w:t>
      </w:r>
    </w:p>
    <w:p>
      <w:r>
        <w:rPr>
          <w:b/>
        </w:rPr>
        <w:t xml:space="preserve">[35:20] </w:t>
      </w:r>
      <w:r>
        <w:t>jis tarah ye zaroori hai ke aap quran ka tarjuma</w:t>
      </w:r>
    </w:p>
    <w:p>
      <w:pPr>
        <w:jc w:val="right"/>
      </w:pPr>
      <w:r>
        <w:t>جس طرح یہ ضروری ہے کہ آپ قرآن کا ترجمہ</w:t>
      </w:r>
    </w:p>
    <w:p>
      <w:r>
        <w:rPr>
          <w:b/>
        </w:rPr>
        <w:t xml:space="preserve">[35:24] </w:t>
      </w:r>
      <w:r>
        <w:t>qaumon ki zaban mein kar ke pesh karein, unhein isi ke sath ye bhi zaroori hai ke wo</w:t>
      </w:r>
    </w:p>
    <w:p>
      <w:pPr>
        <w:jc w:val="right"/>
      </w:pPr>
      <w:r>
        <w:t>قوموں کی زبان میں کر کے پیش کریں، انہیں اسی کے ساتھ یہ بھی ضروری ہے کہ وہ</w:t>
      </w:r>
    </w:p>
    <w:p>
      <w:r>
        <w:rPr>
          <w:b/>
        </w:rPr>
        <w:t xml:space="preserve">[35:30] </w:t>
      </w:r>
      <w:r>
        <w:t>ترجمہ understandable ہو، easily، easily understandable،</w:t>
      </w:r>
    </w:p>
    <w:p>
      <w:pPr>
        <w:jc w:val="right"/>
      </w:pPr>
      <w:r>
        <w:t>ترجمہ انڈرسٹینڈ ایبل ہو، ایزیلی، ایزیلی انڈرسٹینڈ ایبل،</w:t>
      </w:r>
    </w:p>
    <w:p>
      <w:r>
        <w:rPr>
          <w:b/>
        </w:rPr>
        <w:t xml:space="preserve">[35:35] </w:t>
      </w:r>
      <w:r>
        <w:t>tab quran ka</w:t>
      </w:r>
    </w:p>
    <w:p>
      <w:pPr>
        <w:jc w:val="right"/>
      </w:pPr>
      <w:r>
        <w:t>تب قرآن کا</w:t>
      </w:r>
    </w:p>
    <w:p>
      <w:r>
        <w:rPr>
          <w:b/>
        </w:rPr>
        <w:t xml:space="preserve">[35:38] </w:t>
      </w:r>
      <w:r>
        <w:t>mission poora hoga.</w:t>
      </w:r>
    </w:p>
    <w:p>
      <w:pPr>
        <w:jc w:val="right"/>
      </w:pPr>
      <w:r>
        <w:t>مشن پورا ہوگا۔</w:t>
      </w:r>
    </w:p>
    <w:p>
      <w:r>
        <w:rPr>
          <w:b/>
        </w:rPr>
        <w:t xml:space="preserve">[35:43] </w:t>
      </w:r>
      <w:r>
        <w:t>hum gaye the ek martaba poland,</w:t>
      </w:r>
    </w:p>
    <w:p>
      <w:pPr>
        <w:jc w:val="right"/>
      </w:pPr>
      <w:r>
        <w:t>ہم گئے تھے ایک مرتبہ پولینڈ،</w:t>
      </w:r>
    </w:p>
    <w:p>
      <w:r>
        <w:rPr>
          <w:b/>
        </w:rPr>
        <w:t xml:space="preserve">[35:46] </w:t>
      </w:r>
      <w:r>
        <w:t>to hamare sathiyon ne wahan, wahan jo ek ek christian the, bohat leevand aadmi the, wo un ko</w:t>
      </w:r>
    </w:p>
    <w:p>
      <w:pPr>
        <w:jc w:val="right"/>
      </w:pPr>
      <w:r>
        <w:t>تو ہمارے ساتھیوں نے وہاں، وہاں جو ایک ایک کرسچن تھے، بہت لیونڈ آدمی تھے، وہ ان کو</w:t>
      </w:r>
    </w:p>
    <w:p>
      <w:r>
        <w:rPr>
          <w:b/>
        </w:rPr>
        <w:t xml:space="preserve">[35:53] </w:t>
      </w:r>
      <w:r>
        <w:t>quran diya, is ko parha.</w:t>
      </w:r>
    </w:p>
    <w:p>
      <w:pPr>
        <w:jc w:val="right"/>
      </w:pPr>
      <w:r>
        <w:t>قرآن دیا، اس کو پڑھا۔</w:t>
      </w:r>
    </w:p>
    <w:p>
      <w:r>
        <w:rPr>
          <w:b/>
        </w:rPr>
        <w:t xml:space="preserve">[35:56] </w:t>
      </w:r>
      <w:r>
        <w:t>unhon ne to unhon ne kaha tha apna ta'assur</w:t>
      </w:r>
    </w:p>
    <w:p>
      <w:pPr>
        <w:jc w:val="right"/>
      </w:pPr>
      <w:r>
        <w:t>انہوں نے تو انہوں نے کہا تھا اپنا تاثر</w:t>
      </w:r>
    </w:p>
    <w:p>
      <w:r>
        <w:rPr>
          <w:b/>
        </w:rPr>
        <w:t xml:space="preserve">[36:03] </w:t>
      </w:r>
      <w:r>
        <w:t>ke un se poocha gaya ke quran mein kiya mila aap ko? to unhon ne kaha ke ye</w:t>
      </w:r>
    </w:p>
    <w:p>
      <w:pPr>
        <w:jc w:val="right"/>
      </w:pPr>
      <w:r>
        <w:t>کہ ان سے پوچھا گیا کہ قرآن میں کیا ملا آپ کو؟ تو انہوں نے کہا کہ یہ</w:t>
      </w:r>
    </w:p>
    <w:p>
      <w:r>
        <w:rPr>
          <w:b/>
        </w:rPr>
        <w:t xml:space="preserve">[36:10] </w:t>
      </w:r>
      <w:r>
        <w:t>translation jo Quran ka, ye peaceful translation hai,</w:t>
      </w:r>
    </w:p>
    <w:p>
      <w:pPr>
        <w:jc w:val="right"/>
      </w:pPr>
      <w:r>
        <w:t>ٹرانسلیشن جو قرآن کا، یہ پیس فل ٹرانسلیشن ہے،</w:t>
      </w:r>
    </w:p>
    <w:p>
      <w:r>
        <w:rPr>
          <w:b/>
        </w:rPr>
        <w:t xml:space="preserve">[36:14] </w:t>
      </w:r>
      <w:r>
        <w:t>yani is ko parh kar ke lagta hai ke peace,</w:t>
      </w:r>
    </w:p>
    <w:p>
      <w:pPr>
        <w:jc w:val="right"/>
      </w:pPr>
      <w:r>
        <w:t>یعنی اس کو پڑھ کر کے لگتا ہے کہ پیس،</w:t>
      </w:r>
    </w:p>
    <w:p>
      <w:r>
        <w:rPr>
          <w:b/>
        </w:rPr>
        <w:t xml:space="preserve">[36:19] </w:t>
      </w:r>
      <w:r>
        <w:t>yani islam ke nazdeek peace ki bohat zyada ahmiyat hai.</w:t>
      </w:r>
    </w:p>
    <w:p>
      <w:pPr>
        <w:jc w:val="right"/>
      </w:pPr>
      <w:r>
        <w:t>یعنی اسلام کے نزدیک پیس کی بہت زیادہ اہمیت ہے۔</w:t>
      </w:r>
    </w:p>
    <w:p>
      <w:r>
        <w:rPr>
          <w:b/>
        </w:rPr>
        <w:t xml:space="preserve">[36:24] </w:t>
      </w:r>
      <w:r>
        <w:t>to hamein ye kaam karna hai.</w:t>
      </w:r>
    </w:p>
    <w:p>
      <w:pPr>
        <w:jc w:val="right"/>
      </w:pPr>
      <w:r>
        <w:t>تو ہمیں یہ کام کرنا ہے۔</w:t>
      </w:r>
    </w:p>
    <w:p>
      <w:r>
        <w:rPr>
          <w:b/>
        </w:rPr>
        <w:t xml:space="preserve">[36:26] </w:t>
      </w:r>
      <w:r>
        <w:t>to apne safar mein hamare sathiyon ne bohat se logon se mulaqatein keen safar ke dauran, aur phir</w:t>
      </w:r>
    </w:p>
    <w:p>
      <w:pPr>
        <w:jc w:val="right"/>
      </w:pPr>
      <w:r>
        <w:t>تو اپنے سفر میں ہمارے ساتھیوں نے بہت سے لوگوں سے ملاقاتیں کیں سفر کے دوران، اور پھر</w:t>
      </w:r>
    </w:p>
    <w:p>
      <w:r>
        <w:rPr>
          <w:b/>
        </w:rPr>
        <w:t xml:space="preserve">[36:35] </w:t>
      </w:r>
      <w:r>
        <w:t>canada mein har ek ne mana is baat ko ke is zamane mein bohat bara kaam ye hai</w:t>
      </w:r>
    </w:p>
    <w:p>
      <w:pPr>
        <w:jc w:val="right"/>
      </w:pPr>
      <w:r>
        <w:t>کینیڈا میں ہر ایک نے مانا اس بات کو کہ اس زمانے میں بہت بڑا کام یہ ہے</w:t>
      </w:r>
    </w:p>
    <w:p>
      <w:r>
        <w:rPr>
          <w:b/>
        </w:rPr>
        <w:t xml:space="preserve">[36:43] </w:t>
      </w:r>
      <w:r>
        <w:t>keh quran ka tarjuma sari qomon mein phailaya jaye.</w:t>
      </w:r>
    </w:p>
    <w:p>
      <w:pPr>
        <w:jc w:val="right"/>
      </w:pPr>
      <w:r>
        <w:t>کہ قرآن کا ترجمہ ساری قوموں میں پھیلایا جائے۔</w:t>
      </w:r>
    </w:p>
    <w:p>
      <w:r>
        <w:rPr>
          <w:b/>
        </w:rPr>
        <w:t xml:space="preserve">[36:50] </w:t>
      </w:r>
      <w:r>
        <w:t>to mein samajhta hoon keh jo jo prediction hai quran o hadees mein keh allah ka kalam sari</w:t>
      </w:r>
    </w:p>
    <w:p>
      <w:pPr>
        <w:jc w:val="right"/>
      </w:pPr>
      <w:r>
        <w:t>تو میں سمجھتا ہوں کہ جو جو پریڈکشن ہے قرآن و حدیث میں کہ اللہ کا کلام ساری</w:t>
      </w:r>
    </w:p>
    <w:p>
      <w:r>
        <w:rPr>
          <w:b/>
        </w:rPr>
        <w:t xml:space="preserve">[37:00] </w:t>
      </w:r>
      <w:r>
        <w:t>duniya mein phail jayega, yahan tak har har aik ko</w:t>
      </w:r>
    </w:p>
    <w:p>
      <w:pPr>
        <w:jc w:val="right"/>
      </w:pPr>
      <w:r>
        <w:t>دنیا میں پھیل جائے گا، یہاں تک ہر ہر ایک کو</w:t>
      </w:r>
    </w:p>
    <w:p>
      <w:r>
        <w:rPr>
          <w:b/>
        </w:rPr>
        <w:t xml:space="preserve">[37:05] </w:t>
      </w:r>
      <w:r>
        <w:t>har ghar mein pahunch jayega, to is ka matlab yahi hai.</w:t>
      </w:r>
    </w:p>
    <w:p>
      <w:pPr>
        <w:jc w:val="right"/>
      </w:pPr>
      <w:r>
        <w:t>ہر گھر میں پہنچ جائے گا، تو اس کا مطلب یہی ہے۔</w:t>
      </w:r>
    </w:p>
    <w:p>
      <w:r>
        <w:rPr>
          <w:b/>
        </w:rPr>
        <w:t xml:space="preserve">[37:09] </w:t>
      </w:r>
      <w:r>
        <w:t>quran ka matlab arabi text nahi hai, is ka tarjuma,</w:t>
      </w:r>
    </w:p>
    <w:p>
      <w:pPr>
        <w:jc w:val="right"/>
      </w:pPr>
      <w:r>
        <w:t>قرآن کا مطلب عربی ٹیکسٹ نہیں ہے، اس کا ترجمہ،</w:t>
      </w:r>
    </w:p>
    <w:p>
      <w:r>
        <w:rPr>
          <w:b/>
        </w:rPr>
        <w:t xml:space="preserve">[37:14] </w:t>
      </w:r>
      <w:r>
        <w:t>kyunkeh text agar aap har ghar mein pahuncha dein to samjha to woh aadmi samajh nahi sakta.</w:t>
      </w:r>
    </w:p>
    <w:p>
      <w:pPr>
        <w:jc w:val="right"/>
      </w:pPr>
      <w:r>
        <w:t>کیونکہ ٹیکسٹ اگر آپ ہر گھر میں پہنچا دیں تو سمجھا تو وہ آدمی سمجھ نہیں سکتا۔</w:t>
      </w:r>
    </w:p>
    <w:p>
      <w:r>
        <w:rPr>
          <w:b/>
        </w:rPr>
        <w:t xml:space="preserve">[37:19] </w:t>
      </w:r>
      <w:r>
        <w:t>kuch jab tak samjha nahi to kiya hai is ki ahmiyat?</w:t>
      </w:r>
    </w:p>
    <w:p>
      <w:pPr>
        <w:jc w:val="right"/>
      </w:pPr>
      <w:r>
        <w:t>کچھ جب تک سمجھا نہیں تو کیا ہے اس کی اہمیت؟</w:t>
      </w:r>
    </w:p>
    <w:p>
      <w:r>
        <w:rPr>
          <w:b/>
        </w:rPr>
        <w:t xml:space="preserve">[37:26] </w:t>
      </w:r>
      <w:r>
        <w:t>to is ka matlab hai keh quran ka translation har qom ki zaban mein kar ke,</w:t>
      </w:r>
    </w:p>
    <w:p>
      <w:pPr>
        <w:jc w:val="right"/>
      </w:pPr>
      <w:r>
        <w:t>تو اس کا مطلب ہے کہ قرآن کا ٹرانسلیشن ہر قوم کی زبان میں کر کے،</w:t>
      </w:r>
    </w:p>
    <w:p>
      <w:r>
        <w:rPr>
          <w:b/>
        </w:rPr>
        <w:t xml:space="preserve">[37:32] </w:t>
      </w:r>
      <w:r>
        <w:t>aur phir is ko sari duniya ke</w:t>
      </w:r>
    </w:p>
    <w:p>
      <w:pPr>
        <w:jc w:val="right"/>
      </w:pPr>
      <w:r>
        <w:t>اور پھر اس کو ساری دنیا کے</w:t>
      </w:r>
    </w:p>
    <w:p>
      <w:r>
        <w:rPr>
          <w:b/>
        </w:rPr>
        <w:t xml:space="preserve">[37:35] </w:t>
      </w:r>
      <w:r>
        <w:t>tamam logon tak pahunchana,</w:t>
      </w:r>
    </w:p>
    <w:p>
      <w:pPr>
        <w:jc w:val="right"/>
      </w:pPr>
      <w:r>
        <w:t>تمام لوگوں تک پہنچانا،</w:t>
      </w:r>
    </w:p>
    <w:p>
      <w:r>
        <w:rPr>
          <w:b/>
        </w:rPr>
        <w:t xml:space="preserve">[37:38] </w:t>
      </w:r>
      <w:r>
        <w:t>yeh matlab hai is ka.</w:t>
      </w:r>
    </w:p>
    <w:p>
      <w:pPr>
        <w:jc w:val="right"/>
      </w:pPr>
      <w:r>
        <w:t>یہ مطلب ہے اس کا۔</w:t>
      </w:r>
    </w:p>
    <w:p>
      <w:r>
        <w:rPr>
          <w:b/>
        </w:rPr>
        <w:t xml:space="preserve">[37:43] </w:t>
      </w:r>
      <w:r>
        <w:t>aur tareekh batati hai keh sab se zyada</w:t>
      </w:r>
    </w:p>
    <w:p>
      <w:pPr>
        <w:jc w:val="right"/>
      </w:pPr>
      <w:r>
        <w:t>اور تاریخ بتاتی ہے کہ سب سے زیادہ</w:t>
      </w:r>
    </w:p>
    <w:p>
      <w:r>
        <w:rPr>
          <w:b/>
        </w:rPr>
        <w:t xml:space="preserve">[37:49] </w:t>
      </w:r>
      <w:r>
        <w:t>tareekh batati hai keh logon ne islam qabool kiya, un mein majority un logon ki hai jinhon ne</w:t>
      </w:r>
    </w:p>
    <w:p>
      <w:pPr>
        <w:jc w:val="right"/>
      </w:pPr>
      <w:r>
        <w:t>تاریخ بتاتی ہے کہ لوگوں نے اسلام قبول کیا، ان میں میجورٹی ان لوگوں کی ہے جنہوں نے</w:t>
      </w:r>
    </w:p>
    <w:p>
      <w:r>
        <w:rPr>
          <w:b/>
        </w:rPr>
        <w:t xml:space="preserve">[37:54] </w:t>
      </w:r>
      <w:r>
        <w:t>quran ko parh kar</w:t>
      </w:r>
    </w:p>
    <w:p>
      <w:pPr>
        <w:jc w:val="right"/>
      </w:pPr>
      <w:r>
        <w:t>قرآن کو پڑھ کر کے</w:t>
      </w:r>
    </w:p>
    <w:p>
      <w:r>
        <w:rPr>
          <w:b/>
        </w:rPr>
        <w:t xml:space="preserve">[37:59] </w:t>
      </w:r>
      <w:r>
        <w:t>islam qabool kiya tha.</w:t>
      </w:r>
    </w:p>
    <w:p>
      <w:pPr>
        <w:jc w:val="right"/>
      </w:pPr>
      <w:r>
        <w:t>اسلام قبول کیا تھا۔</w:t>
      </w:r>
    </w:p>
    <w:p>
      <w:r>
        <w:rPr>
          <w:b/>
        </w:rPr>
        <w:t xml:space="preserve">[38:00] </w:t>
      </w:r>
      <w:r>
        <w:t>khud rasool allah ki zamaney mein dekhiye,</w:t>
      </w:r>
    </w:p>
    <w:p>
      <w:pPr>
        <w:jc w:val="right"/>
      </w:pPr>
      <w:r>
        <w:t>خود رسول اللہ کی زمانے میں دیکھیے،</w:t>
      </w:r>
    </w:p>
    <w:p>
      <w:r>
        <w:rPr>
          <w:b/>
        </w:rPr>
        <w:t xml:space="preserve">[38:03] </w:t>
      </w:r>
      <w:r>
        <w:t>jo log islam qabool karte thay, woh sab quran ko sun kar</w:t>
      </w:r>
    </w:p>
    <w:p>
      <w:pPr>
        <w:jc w:val="right"/>
      </w:pPr>
      <w:r>
        <w:t>جو لوگ اسلام قبول کرتے تھے، وہ سب قرآن کو سن کر</w:t>
      </w:r>
    </w:p>
    <w:p>
      <w:r>
        <w:rPr>
          <w:b/>
        </w:rPr>
        <w:t xml:space="preserve">[38:09] </w:t>
      </w:r>
      <w:r>
        <w:t>rasool allah aur ashaab, aap ke ashaab sab ke sab muqri thay.</w:t>
      </w:r>
    </w:p>
    <w:p>
      <w:pPr>
        <w:jc w:val="right"/>
      </w:pPr>
      <w:r>
        <w:t>رسول اللہ اور اصحاب، آپ کے اصحاب سب کے سب مقری تھے۔</w:t>
      </w:r>
    </w:p>
    <w:p>
      <w:r>
        <w:rPr>
          <w:b/>
        </w:rPr>
        <w:t xml:space="preserve">[38:13] </w:t>
      </w:r>
      <w:r>
        <w:t>muqri ka matlab hai quran ko parh kar sunane wala.</w:t>
      </w:r>
    </w:p>
    <w:p>
      <w:pPr>
        <w:jc w:val="right"/>
      </w:pPr>
      <w:r>
        <w:t>مقری کا مطلب ہے قرآن کو پڑھ کر سنانے والا۔</w:t>
      </w:r>
    </w:p>
    <w:p>
      <w:r>
        <w:rPr>
          <w:b/>
        </w:rPr>
        <w:t xml:space="preserve">[38:18] </w:t>
      </w:r>
      <w:r>
        <w:t>to suna aur use samjha, unhon ne phir islam mein dakhil ho gaye.</w:t>
      </w:r>
    </w:p>
    <w:p>
      <w:pPr>
        <w:jc w:val="right"/>
      </w:pPr>
      <w:r>
        <w:t>تو سنا اور اسے سمجھا، انہوں نے پھر اسلام میں داخل ہو گئے۔</w:t>
      </w:r>
    </w:p>
    <w:p>
      <w:r>
        <w:rPr>
          <w:b/>
        </w:rPr>
        <w:t xml:space="preserve">[38:26] </w:t>
      </w:r>
      <w:r>
        <w:t>to mein yeh kaha karta hoon keh rasool aur ashaab rasool muqri bane thay.</w:t>
      </w:r>
    </w:p>
    <w:p>
      <w:pPr>
        <w:jc w:val="right"/>
      </w:pPr>
      <w:r>
        <w:t>تو میں یہ کہا کرتا ہوں کہ رسول اور اصحاب رسول مقری بنے تھے۔</w:t>
      </w:r>
    </w:p>
    <w:p>
      <w:r>
        <w:rPr>
          <w:b/>
        </w:rPr>
        <w:t xml:space="preserve">[38:30] </w:t>
      </w:r>
      <w:r>
        <w:t>aaj ke logon ko distributor banna hai, yani woh log muqri quran bane thay, aaj ke logon ko</w:t>
      </w:r>
    </w:p>
    <w:p>
      <w:pPr>
        <w:jc w:val="right"/>
      </w:pPr>
      <w:r>
        <w:t>آج کے لوگوں کو ڈسٹریبیوٹر بننا ہے، یعنی وہ لوگ مقری قرآن بنے تھے، آج کے لوگوں کو</w:t>
      </w:r>
    </w:p>
    <w:p>
      <w:r>
        <w:rPr>
          <w:b/>
        </w:rPr>
        <w:t xml:space="preserve">[38:37] </w:t>
      </w:r>
      <w:r>
        <w:t>distributor of quran banna hai.</w:t>
      </w:r>
    </w:p>
    <w:p>
      <w:pPr>
        <w:jc w:val="right"/>
      </w:pPr>
      <w:r>
        <w:t>ڈسٹریبیوٹر آف قرآن بننا ہے۔</w:t>
      </w:r>
    </w:p>
    <w:p>
      <w:r>
        <w:rPr>
          <w:b/>
        </w:rPr>
        <w:t xml:space="preserve">[38:42] </w:t>
      </w:r>
      <w:r>
        <w:t>yahi, yahi, yahi tareeqa pehle bhi kamyab hua tha, aaj bhi kamyab hoga.</w:t>
      </w:r>
    </w:p>
    <w:p>
      <w:pPr>
        <w:jc w:val="right"/>
      </w:pPr>
      <w:r>
        <w:t>یہی، یہی، یہی طریقہ پہلے بھی کامیاب ہوا تھا، آج بھی کامیاب ہوگا۔</w:t>
      </w:r>
    </w:p>
    <w:p>
      <w:r>
        <w:rPr>
          <w:b/>
        </w:rPr>
        <w:t xml:space="preserve">[38:48] </w:t>
      </w:r>
      <w:r>
        <w:t>mein samajhta hoon keh yeh printing press aya hai, jis ko aik german scientist ne ijad kiya tha.</w:t>
      </w:r>
    </w:p>
    <w:p>
      <w:pPr>
        <w:jc w:val="right"/>
      </w:pPr>
      <w:r>
        <w:t>میں سمجھتا ہوں کہ یہ پرنٹنگ پریس آیا ہے، جس کو ایک جرمن سائنٹسٹ نے ایجاد کیا تھا۔</w:t>
      </w:r>
    </w:p>
    <w:p>
      <w:r>
        <w:rPr>
          <w:b/>
        </w:rPr>
        <w:t xml:space="preserve">[38:55] </w:t>
      </w:r>
      <w:r>
        <w:t>tu Allah taala ne printing press isi liye</w:t>
      </w:r>
    </w:p>
    <w:p>
      <w:pPr>
        <w:jc w:val="right"/>
      </w:pPr>
      <w:r>
        <w:t>تو اللہ تعالی نے پرنٹنگ پریس اسی لیے</w:t>
      </w:r>
    </w:p>
    <w:p>
      <w:r>
        <w:rPr>
          <w:b/>
        </w:rPr>
        <w:t xml:space="preserve">[38:59] </w:t>
      </w:r>
      <w:r>
        <w:t>ijad karwaya ke Quran phele.</w:t>
      </w:r>
    </w:p>
    <w:p>
      <w:pPr>
        <w:jc w:val="right"/>
      </w:pPr>
      <w:r>
        <w:t>ایجاد کروایا کہ قرآن پھیلے۔</w:t>
      </w:r>
    </w:p>
    <w:p>
      <w:r>
        <w:rPr>
          <w:b/>
        </w:rPr>
        <w:t xml:space="preserve">[39:04] </w:t>
      </w:r>
      <w:r>
        <w:t>kal parson meri mulaqat hui kuch German logon se, tu maine Germany ki tareef ki,</w:t>
      </w:r>
    </w:p>
    <w:p>
      <w:pPr>
        <w:jc w:val="right"/>
      </w:pPr>
      <w:r>
        <w:t>کل پرسوں میری ملاقات ہوئی کچھ جرمن لوگوں سے، تو میں نے جرمنی کی تعریف کی،</w:t>
      </w:r>
    </w:p>
    <w:p>
      <w:r>
        <w:rPr>
          <w:b/>
        </w:rPr>
        <w:t xml:space="preserve">[39:10] </w:t>
      </w:r>
      <w:r>
        <w:t>tu unhon ne kaha ke hamare mulk mein ab industry ki taraqqi tu hui, lekin wahan hathyar bhi</w:t>
      </w:r>
    </w:p>
    <w:p>
      <w:pPr>
        <w:jc w:val="right"/>
      </w:pPr>
      <w:r>
        <w:t>تو انہوں نے کہا کہ ہمارے ملک میں اب انڈسٹری کی ترقی تو ہوئی، لیکن وہاں ہتھیار بھی</w:t>
      </w:r>
    </w:p>
    <w:p>
      <w:r>
        <w:rPr>
          <w:b/>
        </w:rPr>
        <w:t xml:space="preserve">[39:17] </w:t>
      </w:r>
      <w:r>
        <w:t>bechte hain wo log.</w:t>
      </w:r>
    </w:p>
    <w:p>
      <w:pPr>
        <w:jc w:val="right"/>
      </w:pPr>
      <w:r>
        <w:t>بیچتے ہیں وہ لوگ۔</w:t>
      </w:r>
    </w:p>
    <w:p>
      <w:r>
        <w:rPr>
          <w:b/>
        </w:rPr>
        <w:t xml:space="preserve">[39:20] </w:t>
      </w:r>
      <w:r>
        <w:t>tu maine kaha ye tu exception hai, tu aap exception ko jal raha mat kijiye.</w:t>
      </w:r>
    </w:p>
    <w:p>
      <w:pPr>
        <w:jc w:val="right"/>
      </w:pPr>
      <w:r>
        <w:t>تو میں نے کہا یہ تو ایکسیپشن ہے، تو آپ ایکسیپشن کو جل رہا ہے مت کیجیے۔</w:t>
      </w:r>
    </w:p>
    <w:p>
      <w:r>
        <w:rPr>
          <w:b/>
        </w:rPr>
        <w:t xml:space="preserve">[39:26] </w:t>
      </w:r>
      <w:r>
        <w:t>aap bhi dekhen ke German, wo German tha jis ne ek press ijad kiya, printing press, aur printing</w:t>
      </w:r>
    </w:p>
    <w:p>
      <w:pPr>
        <w:jc w:val="right"/>
      </w:pPr>
      <w:r>
        <w:t>آپ بھی دیکھیں کہ جرمن، وہ جرمن تھا جس نے ایک پریس ایجاد کیا، پرنٹنگ پریس، اور پرنٹنگ</w:t>
      </w:r>
    </w:p>
    <w:p>
      <w:r>
        <w:rPr>
          <w:b/>
        </w:rPr>
        <w:t xml:space="preserve">[39:35] </w:t>
      </w:r>
      <w:r>
        <w:t>press kitni bari nemat hai.</w:t>
      </w:r>
    </w:p>
    <w:p>
      <w:pPr>
        <w:jc w:val="right"/>
      </w:pPr>
      <w:r>
        <w:t>پریس کتنی بڑی نعمت ہے۔</w:t>
      </w:r>
    </w:p>
    <w:p>
      <w:r>
        <w:rPr>
          <w:b/>
        </w:rPr>
        <w:t xml:space="preserve">[39:39] </w:t>
      </w:r>
      <w:r>
        <w:t>tu ye hai</w:t>
      </w:r>
    </w:p>
    <w:p>
      <w:pPr>
        <w:jc w:val="right"/>
      </w:pPr>
      <w:r>
        <w:t>تو یہ ہے</w:t>
      </w:r>
    </w:p>
    <w:p>
      <w:r>
        <w:rPr>
          <w:b/>
        </w:rPr>
        <w:t xml:space="preserve">[39:41] </w:t>
      </w:r>
      <w:r>
        <w:t>mere tajrube ka nichor.</w:t>
      </w:r>
    </w:p>
    <w:p>
      <w:pPr>
        <w:jc w:val="right"/>
      </w:pPr>
      <w:r>
        <w:t>میرے تجربے کا نچوڑ۔</w:t>
      </w:r>
    </w:p>
    <w:p>
      <w:r>
        <w:rPr>
          <w:b/>
        </w:rPr>
        <w:t xml:space="preserve">[39:44] </w:t>
      </w:r>
      <w:r>
        <w:t>main dua karta hoon ke Allah taala</w:t>
      </w:r>
    </w:p>
    <w:p>
      <w:pPr>
        <w:jc w:val="right"/>
      </w:pPr>
      <w:r>
        <w:t>میں دعا کرتا ہوں کہ اللہ تعالی</w:t>
      </w:r>
    </w:p>
    <w:p>
      <w:r>
        <w:rPr>
          <w:b/>
        </w:rPr>
        <w:t xml:space="preserve">[39:50] </w:t>
      </w:r>
      <w:r>
        <w:t>hum logon ko tofeeq de ke hum right path par qaim rahen,</w:t>
      </w:r>
    </w:p>
    <w:p>
      <w:pPr>
        <w:jc w:val="right"/>
      </w:pPr>
      <w:r>
        <w:t>ہم لوگوں کو توفیق دے کہ ہم رائٹ پاتھ پر قائم رہیں،</w:t>
      </w:r>
    </w:p>
    <w:p>
      <w:r>
        <w:rPr>
          <w:b/>
        </w:rPr>
        <w:t xml:space="preserve">[39:56] </w:t>
      </w:r>
      <w:r>
        <w:t>Allah ke paigham ko pehchana,</w:t>
      </w:r>
    </w:p>
    <w:p>
      <w:pPr>
        <w:jc w:val="right"/>
      </w:pPr>
      <w:r>
        <w:t>اللہ کے پیغام کو پہچانا،</w:t>
      </w:r>
    </w:p>
    <w:p>
      <w:r>
        <w:rPr>
          <w:b/>
        </w:rPr>
        <w:t xml:space="preserve">[40:00] </w:t>
      </w:r>
      <w:r>
        <w:t>hamara mission ho.</w:t>
      </w:r>
    </w:p>
    <w:p>
      <w:pPr>
        <w:jc w:val="right"/>
      </w:pPr>
      <w:r>
        <w:t>ہمارا مشن ہو۔</w:t>
      </w:r>
    </w:p>
    <w:p>
      <w:r>
        <w:rPr>
          <w:b/>
        </w:rPr>
        <w:t xml:space="preserve">[40:06] </w:t>
      </w:r>
      <w:r>
        <w:t>wahan mujh se ek message ke liye kaha gaya tha Toronto mein, tu maine message diya tha</w:t>
      </w:r>
    </w:p>
    <w:p>
      <w:pPr>
        <w:jc w:val="right"/>
      </w:pPr>
      <w:r>
        <w:t>وہاں مجھ سے ایک میسج کے لیے کہا گیا تھا ٹورنٹو میں، تو میں نے میسج دیا تھا</w:t>
      </w:r>
    </w:p>
    <w:p>
      <w:r>
        <w:rPr>
          <w:b/>
        </w:rPr>
        <w:t xml:space="preserve">[40:10] </w:t>
      </w:r>
      <w:r>
        <w:t>ke pehli baat hai Allah ko apna concern banana, aur doosri baat hai insan se muhabbat karna.</w:t>
      </w:r>
    </w:p>
    <w:p>
      <w:pPr>
        <w:jc w:val="right"/>
      </w:pPr>
      <w:r>
        <w:t>کہ پہلی بات ہے اللہ کو اپنا کنسرن بنانا، اور دوسری بات ہے انسان سے محبت کرنا۔</w:t>
      </w:r>
    </w:p>
    <w:p>
      <w:r>
        <w:rPr>
          <w:b/>
        </w:rPr>
        <w:t xml:space="preserve">[40:24] </w:t>
      </w:r>
      <w:r>
        <w:t>make make god your greater concern</w:t>
      </w:r>
    </w:p>
    <w:p>
      <w:pPr>
        <w:jc w:val="right"/>
      </w:pPr>
      <w:r>
        <w:t>میک میک گاڈ یور گریٹر کنسرن</w:t>
      </w:r>
    </w:p>
    <w:p>
      <w:r>
        <w:rPr>
          <w:b/>
        </w:rPr>
        <w:t xml:space="preserve">[40:30] </w:t>
      </w:r>
      <w:r>
        <w:t>and adopt the culture of</w:t>
      </w:r>
    </w:p>
    <w:p>
      <w:pPr>
        <w:jc w:val="right"/>
      </w:pPr>
      <w:r>
        <w:t>اینڈ اڈاپٹ دی کلچر آف</w:t>
      </w:r>
    </w:p>
    <w:p>
      <w:r>
        <w:rPr>
          <w:b/>
        </w:rPr>
        <w:t xml:space="preserve">[40:35] </w:t>
      </w:r>
      <w:r>
        <w:t>culture of compassion towards all humankind, tu all mankind.</w:t>
      </w:r>
    </w:p>
    <w:p>
      <w:pPr>
        <w:jc w:val="right"/>
      </w:pPr>
      <w:r>
        <w:t>کلچر آف کمپیشن ٹورڈز ال ہیومن کائنڈ، تو ال مین کائنڈ۔</w:t>
      </w:r>
    </w:p>
    <w:p>
      <w:r>
        <w:rPr>
          <w:b/>
        </w:rPr>
        <w:t xml:space="preserve">[40:41] </w:t>
      </w:r>
      <w:r>
        <w:t>tu main dua karta hoon ke Allah taala hum sab ko apne</w:t>
      </w:r>
    </w:p>
    <w:p>
      <w:pPr>
        <w:jc w:val="right"/>
      </w:pPr>
      <w:r>
        <w:t>تو میں دعا کرتا ہوں کہ اللہ تعالی ہم سب کو اپنے</w:t>
      </w:r>
    </w:p>
    <w:p>
      <w:r>
        <w:rPr>
          <w:b/>
        </w:rPr>
        <w:t xml:space="preserve">[40:46] </w:t>
      </w:r>
      <w:r>
        <w:t>sachai ke rastay par chalne ki tofeeq de, aur hum sab ko jannat mein dakhla ata farmaye.</w:t>
      </w:r>
    </w:p>
    <w:p>
      <w:pPr>
        <w:jc w:val="right"/>
      </w:pPr>
      <w:r>
        <w:t>سچائی کے راستے پر چلنے کی توفیق دے، اور ہم سب کو جنت میں داخلہ عطا فرمائے۔</w:t>
      </w:r>
    </w:p>
    <w:p>
      <w:r>
        <w:rPr>
          <w:b/>
        </w:rPr>
        <w:t xml:space="preserve">[40:54] </w:t>
      </w:r>
      <w:r>
        <w:t>assalam o alaikum wa rehmatullah</w:t>
      </w:r>
    </w:p>
    <w:p>
      <w:pPr>
        <w:jc w:val="right"/>
      </w:pPr>
      <w:r>
        <w:t>السلام علیکم ورحمۃ اللہ</w:t>
      </w:r>
    </w:p>
    <w:p>
      <w:r>
        <w:rPr>
          <w:b/>
        </w:rPr>
        <w:t xml:space="preserve">[40:57] </w:t>
      </w:r>
      <w:r>
        <w:t>Okay, so we will now start the question answer session. All the online viewers are requested to send their questions on info@cpsglobal.org.</w:t>
      </w:r>
    </w:p>
    <w:p>
      <w:pPr>
        <w:jc w:val="right"/>
      </w:pPr>
      <w:r>
        <w:t>اوکے، سو وی ویل ناؤ سٹارٹ دی کوئسچن اینسر سیشن۔ All the online viewers are requested to send their questions on info@cpsglobal.org.</w:t>
      </w:r>
    </w:p>
    <w:p>
      <w:r>
        <w:rPr>
          <w:b/>
        </w:rPr>
        <w:t xml:space="preserve">[41:12] </w:t>
      </w:r>
      <w:r>
        <w:t>Maulana, sab se pehle question se pehle ek comment parhna chahenge jo Tariq Bader sahab ne bheja hai Pakistan se. Unhone likha hai: "Maulana, I stayed in Canada for some time. Even the Canadians are very positive and cool-minded, and are in search of spirituality. And when we were distributing Quran, everybody was taking it.</w:t>
      </w:r>
    </w:p>
    <w:p>
      <w:pPr>
        <w:jc w:val="right"/>
      </w:pPr>
      <w:r>
        <w:t>مولانا، سب سے پہلے کوئسچن سے پہلے ایک کمنٹ پڑھنا چاہیں گے جو طارق بدر صاحب نے بھیجا ہے پاکستان سے۔ انہوں نے لکھا ہے: "Maulana, I stayed in Canada for some time. Even the Canadians are very positive and cool-minded, and are in search of spirituality. And when we were distributing Quran, everybody was taking it.</w:t>
      </w:r>
    </w:p>
    <w:p>
      <w:r>
        <w:rPr>
          <w:b/>
        </w:rPr>
        <w:t xml:space="preserve">[41:40] </w:t>
      </w:r>
      <w:r>
        <w:t>"You are right that we need to focus more on da'wah in Canada."</w:t>
      </w:r>
    </w:p>
    <w:p>
      <w:pPr>
        <w:jc w:val="right"/>
      </w:pPr>
      <w:r>
        <w:t>یو ار رائٹ دیٹ وی نیڈ ٹو فوکس مور ان دعوی ان کینیڈا۔"</w:t>
      </w:r>
    </w:p>
    <w:p>
      <w:r>
        <w:rPr>
          <w:b/>
        </w:rPr>
        <w:t xml:space="preserve">[41:45] </w:t>
      </w:r>
      <w:r>
        <w:t>mashallah. Maulana, agla sawal Delhi se hai.</w:t>
      </w:r>
    </w:p>
    <w:p>
      <w:pPr>
        <w:jc w:val="right"/>
      </w:pPr>
      <w:r>
        <w:t>ماشاءاللہ۔ مولانا، اگلا سوال دلی سے ہے۔</w:t>
      </w:r>
    </w:p>
    <w:p>
      <w:r>
        <w:rPr>
          <w:b/>
        </w:rPr>
        <w:t xml:space="preserve">[41:48] </w:t>
      </w:r>
      <w:r>
        <w:t>Maulana Farhad sahab ne kiya hai, aur un ka sawal hai:</w:t>
      </w:r>
    </w:p>
    <w:p>
      <w:pPr>
        <w:jc w:val="right"/>
      </w:pPr>
      <w:r>
        <w:t>مولانا فرہاد صاحب نے کیا ہے، اور ان کا سوال ہے:</w:t>
      </w:r>
    </w:p>
    <w:p>
      <w:r>
        <w:rPr>
          <w:b/>
        </w:rPr>
        <w:t xml:space="preserve">[41:54] </w:t>
      </w:r>
      <w:r>
        <w:t>"مولana sahab, the whole life of Prophet of Islam was based on Dawah mission, but I see the</w:t>
      </w:r>
    </w:p>
    <w:p>
      <w:pPr>
        <w:jc w:val="right"/>
      </w:pPr>
      <w:r>
        <w:t>"مولانا صاحب، دا ہول لائف اف پرافٹ اف اسلام واز بیسڈ ان دعوی مشن، بٹ ائی سی دا</w:t>
      </w:r>
    </w:p>
    <w:p>
      <w:r>
        <w:rPr>
          <w:b/>
        </w:rPr>
        <w:t xml:space="preserve">[42:01] </w:t>
      </w:r>
      <w:r>
        <w:t>whole muslim world not aware of this fact.</w:t>
      </w:r>
    </w:p>
    <w:p>
      <w:pPr>
        <w:jc w:val="right"/>
      </w:pPr>
      <w:r>
        <w:t>ہول مسلم ورلڈ ناٹ اویئر اف دس فیکٹ۔</w:t>
      </w:r>
    </w:p>
    <w:p>
      <w:r>
        <w:rPr>
          <w:b/>
        </w:rPr>
        <w:t xml:space="preserve">[42:04] </w:t>
      </w:r>
      <w:r>
        <w:t>as they are seen indulging in other than dawah or anti-dawah activities.</w:t>
      </w:r>
    </w:p>
    <w:p>
      <w:pPr>
        <w:jc w:val="right"/>
      </w:pPr>
      <w:r>
        <w:t>ایز دے ار سین انڈلجنگ ان ادر دین دعوی اور اینٹی دعوی ایکٹیویٹیز۔</w:t>
      </w:r>
    </w:p>
    <w:p>
      <w:r>
        <w:rPr>
          <w:b/>
        </w:rPr>
        <w:t xml:space="preserve">[42:11] </w:t>
      </w:r>
      <w:r>
        <w:t>"What is the reason behind the shift of their emphasis?"</w:t>
      </w:r>
    </w:p>
    <w:p>
      <w:pPr>
        <w:jc w:val="right"/>
      </w:pPr>
      <w:r>
        <w:t>واٹ از دا ریزن بیہائنڈ دا شفٹ اف دیر ایمفسس؟"</w:t>
      </w:r>
    </w:p>
    <w:p>
      <w:r>
        <w:rPr>
          <w:b/>
        </w:rPr>
        <w:t xml:space="preserve">[42:18] </w:t>
      </w:r>
      <w:r>
        <w:t>mein ne chand baar mujhe is ka tajurba hua hai kuch musalmanon se jo parhe likhe thay.</w:t>
      </w:r>
    </w:p>
    <w:p>
      <w:pPr>
        <w:jc w:val="right"/>
      </w:pPr>
      <w:r>
        <w:t>میں نے چند بار مجھے اس کا تجربہ ہوا ہے کچھ مسلمانوں سے جو پڑھے لکھے تھے۔</w:t>
      </w:r>
    </w:p>
    <w:p>
      <w:r>
        <w:rPr>
          <w:b/>
        </w:rPr>
        <w:t xml:space="preserve">[42:26] </w:t>
      </w:r>
      <w:r>
        <w:t>mein ne kaha ke aap log dawat ka kaam kyun nahi karte? dawat hai Allah ka kaam.</w:t>
      </w:r>
    </w:p>
    <w:p>
      <w:pPr>
        <w:jc w:val="right"/>
      </w:pPr>
      <w:r>
        <w:t>میں نے کہا کہ آپ لوگ دعوت کا کام کیوں نہیں کرتے؟ دعوت ہے اللہ کا کام۔</w:t>
      </w:r>
    </w:p>
    <w:p>
      <w:r>
        <w:rPr>
          <w:b/>
        </w:rPr>
        <w:t xml:space="preserve">[42:33] </w:t>
      </w:r>
      <w:r>
        <w:t>to unhon ne kaha ke dawat to</w:t>
      </w:r>
    </w:p>
    <w:p>
      <w:pPr>
        <w:jc w:val="right"/>
      </w:pPr>
      <w:r>
        <w:t>تو انہوں نے کہا کہ دعوت تو</w:t>
      </w:r>
    </w:p>
    <w:p>
      <w:r>
        <w:rPr>
          <w:b/>
        </w:rPr>
        <w:t xml:space="preserve">[42:36] </w:t>
      </w:r>
      <w:r>
        <w:t>rasool Allah ka kaam tha.</w:t>
      </w:r>
    </w:p>
    <w:p>
      <w:pPr>
        <w:jc w:val="right"/>
      </w:pPr>
      <w:r>
        <w:t>رسول اللہ کا کام تھا۔</w:t>
      </w:r>
    </w:p>
    <w:p>
      <w:r>
        <w:rPr>
          <w:b/>
        </w:rPr>
        <w:t xml:space="preserve">[42:42] </w:t>
      </w:r>
      <w:r>
        <w:t>ya rasool to</w:t>
      </w:r>
    </w:p>
    <w:p>
      <w:pPr>
        <w:jc w:val="right"/>
      </w:pPr>
      <w:r>
        <w:t>یا رسول تو</w:t>
      </w:r>
    </w:p>
    <w:p>
      <w:r>
        <w:rPr>
          <w:b/>
        </w:rPr>
        <w:t xml:space="preserve">[42:48] </w:t>
      </w:r>
      <w:r>
        <w:t>musalmanon mein shayad consciously ya unconsciously yeh baat baithi hui hai ke dawat tha ghair muslimon ki dawat.</w:t>
      </w:r>
    </w:p>
    <w:p>
      <w:pPr>
        <w:jc w:val="right"/>
      </w:pPr>
      <w:r>
        <w:t>مسلمانوں میں شاید کانشسلی یا انکانشسلی یہ بات بیٹھی ہوئی ہے کہ دعوت تھا غیر مسلموں کی دعوت۔</w:t>
      </w:r>
    </w:p>
    <w:p>
      <w:r>
        <w:rPr>
          <w:b/>
        </w:rPr>
        <w:t xml:space="preserve">[42:57] </w:t>
      </w:r>
      <w:r>
        <w:t>rasool Allah ka kaam tha, hamara kaam tha ke namaz roza karein, madarse qaim karein, masjid banayein.</w:t>
      </w:r>
    </w:p>
    <w:p>
      <w:pPr>
        <w:jc w:val="right"/>
      </w:pPr>
      <w:r>
        <w:t>رسول اللہ کا کام تھا، ہمارا کام تھا کہ نماز روزہ کریں، مدرسے قائم کریں، مسجد بنائیں۔</w:t>
      </w:r>
    </w:p>
    <w:p>
      <w:r>
        <w:rPr>
          <w:b/>
        </w:rPr>
        <w:t xml:space="preserve">[43:04] </w:t>
      </w:r>
      <w:r>
        <w:t>yeh ek galat soch hai.</w:t>
      </w:r>
    </w:p>
    <w:p>
      <w:pPr>
        <w:jc w:val="right"/>
      </w:pPr>
      <w:r>
        <w:t>یہ ایک غلط سوچ ہے۔</w:t>
      </w:r>
    </w:p>
    <w:p>
      <w:r>
        <w:rPr>
          <w:b/>
        </w:rPr>
        <w:t xml:space="preserve">[43:09] </w:t>
      </w:r>
      <w:r>
        <w:t>poori tareekh mein dawat ki ahmiyat jo hai hadaf ho gayi.</w:t>
      </w:r>
    </w:p>
    <w:p>
      <w:pPr>
        <w:jc w:val="right"/>
      </w:pPr>
      <w:r>
        <w:t>پوری تاریخ میں دعوت کی اہمیت جو ہے حذف ہو گئی۔</w:t>
      </w:r>
    </w:p>
    <w:p>
      <w:r>
        <w:rPr>
          <w:b/>
        </w:rPr>
        <w:t xml:space="preserve">[43:14] </w:t>
      </w:r>
      <w:r>
        <w:t>dawat ka kaam jaari raha is shakal mein ke Quran apni khud apni taqat se phailta raha, apni</w:t>
      </w:r>
    </w:p>
    <w:p>
      <w:pPr>
        <w:jc w:val="right"/>
      </w:pPr>
      <w:r>
        <w:t>دعوت کا کام جاری رہا اس شکل میں کہ قرآن اپنی خود اپنی طاقت سے پھیلتا رہا، اپنی</w:t>
      </w:r>
    </w:p>
    <w:p>
      <w:r>
        <w:rPr>
          <w:b/>
        </w:rPr>
        <w:t xml:space="preserve">[43:21] </w:t>
      </w:r>
      <w:r>
        <w:t>taqat se. kyunke musalmanon mein jo barh bari tehrikein uthein, barh bari tehrikein to un mein se koi</w:t>
      </w:r>
    </w:p>
    <w:p>
      <w:pPr>
        <w:jc w:val="right"/>
      </w:pPr>
      <w:r>
        <w:t>طاقت سے۔ کیونکہ مسلمانوں میں جو بڑھ بڑی تحریکیں اٹھیں، بڑھ بڑی تحریکیں تو ان میں سے کوئی</w:t>
      </w:r>
    </w:p>
    <w:p>
      <w:r>
        <w:rPr>
          <w:b/>
        </w:rPr>
        <w:t xml:space="preserve">[43:27] </w:t>
      </w:r>
      <w:r>
        <w:t>dawat par nahi thi, koi kalam par, koi fiqah par, koi</w:t>
      </w:r>
    </w:p>
    <w:p>
      <w:pPr>
        <w:jc w:val="right"/>
      </w:pPr>
      <w:r>
        <w:t>دعوت پر نہیں تھی، کوئی کلام پر، کوئی فقہ پر، کوئی</w:t>
      </w:r>
    </w:p>
    <w:p>
      <w:r>
        <w:rPr>
          <w:b/>
        </w:rPr>
        <w:t xml:space="preserve">[43:34] </w:t>
      </w:r>
      <w:r>
        <w:t>millat ke ahya par,</w:t>
      </w:r>
    </w:p>
    <w:p>
      <w:pPr>
        <w:jc w:val="right"/>
      </w:pPr>
      <w:r>
        <w:t>ملت کے احیاء پر،</w:t>
      </w:r>
    </w:p>
    <w:p>
      <w:r>
        <w:rPr>
          <w:b/>
        </w:rPr>
        <w:t xml:space="preserve">[43:37] </w:t>
      </w:r>
      <w:r>
        <w:t>koi jihad par,</w:t>
      </w:r>
    </w:p>
    <w:p>
      <w:pPr>
        <w:jc w:val="right"/>
      </w:pPr>
      <w:r>
        <w:t>کوئی جہاد پر،</w:t>
      </w:r>
    </w:p>
    <w:p>
      <w:r>
        <w:rPr>
          <w:b/>
        </w:rPr>
        <w:t xml:space="preserve">[43:40] </w:t>
      </w:r>
      <w:r>
        <w:t>yaani doosre doosre nishanon par tehrikein uthein, is par nahi uthi.</w:t>
      </w:r>
    </w:p>
    <w:p>
      <w:pPr>
        <w:jc w:val="right"/>
      </w:pPr>
      <w:r>
        <w:t>یعنی دوسرے دوسرے نشانوں پر تحریکیں اٹھیں، اس پر نہیں اٹھی۔</w:t>
      </w:r>
    </w:p>
    <w:p>
      <w:r>
        <w:rPr>
          <w:b/>
        </w:rPr>
        <w:t xml:space="preserve">[43:46] </w:t>
      </w:r>
      <w:r>
        <w:t>to kisi wajah se logon ka yeh zehan baith gaya ke dawat ka kaam to rasool ka kaam</w:t>
      </w:r>
    </w:p>
    <w:p>
      <w:pPr>
        <w:jc w:val="right"/>
      </w:pPr>
      <w:r>
        <w:t>تو کسی وجہ سے لوگوں کا یہ ذہن بیٹھ گیا کہ دعوت کا کام تو رسول کا کام</w:t>
      </w:r>
    </w:p>
    <w:p>
      <w:r>
        <w:rPr>
          <w:b/>
        </w:rPr>
        <w:t xml:space="preserve">[43:51] </w:t>
      </w:r>
      <w:r>
        <w:t>tha, unhon ne kar diya.</w:t>
      </w:r>
    </w:p>
    <w:p>
      <w:pPr>
        <w:jc w:val="right"/>
      </w:pPr>
      <w:r>
        <w:t>تھا، انہوں نے کر دیا۔</w:t>
      </w:r>
    </w:p>
    <w:p>
      <w:r>
        <w:rPr>
          <w:b/>
        </w:rPr>
        <w:t xml:space="preserve">[43:53] </w:t>
      </w:r>
      <w:r>
        <w:t>ab hamein to millat ka kaam karna hai.</w:t>
      </w:r>
    </w:p>
    <w:p>
      <w:pPr>
        <w:jc w:val="right"/>
      </w:pPr>
      <w:r>
        <w:t>اب ہمیں تو ملت کا کام کرنا ہے۔</w:t>
      </w:r>
    </w:p>
    <w:p>
      <w:r>
        <w:rPr>
          <w:b/>
        </w:rPr>
        <w:t xml:space="preserve">[43:59] </w:t>
      </w:r>
      <w:r>
        <w:t>waqai yeh tareekh ka ek sawal hai ke kaise, yaani</w:t>
      </w:r>
    </w:p>
    <w:p>
      <w:pPr>
        <w:jc w:val="right"/>
      </w:pPr>
      <w:r>
        <w:t>واقعی یہ تاریخ کا ایک سوال ہے کہ کیسے، یعنی</w:t>
      </w:r>
    </w:p>
    <w:p>
      <w:r>
        <w:rPr>
          <w:b/>
        </w:rPr>
        <w:t xml:space="preserve">[44:04] </w:t>
      </w:r>
      <w:r>
        <w:t>patri jo hai dawat se hat gayi.</w:t>
      </w:r>
    </w:p>
    <w:p>
      <w:pPr>
        <w:jc w:val="right"/>
      </w:pPr>
      <w:r>
        <w:t>پٹری جو ہے دعوت سے ہٹ گئی۔</w:t>
      </w:r>
    </w:p>
    <w:p>
      <w:r>
        <w:rPr>
          <w:b/>
        </w:rPr>
        <w:t xml:space="preserve">[44:08] </w:t>
      </w:r>
      <w:r>
        <w:t>to ek wajah meri samajh mein yeh aati hai ke logon ne yeh samajh liya ke dawat ka</w:t>
      </w:r>
    </w:p>
    <w:p>
      <w:pPr>
        <w:jc w:val="right"/>
      </w:pPr>
      <w:r>
        <w:t>تو ایک وجہ میری سمجھ میں یہ آتی ہے کہ لوگوں نے یہ سمجھ لیا کہ دعوت کا</w:t>
      </w:r>
    </w:p>
    <w:p>
      <w:r>
        <w:rPr>
          <w:b/>
        </w:rPr>
        <w:t xml:space="preserve">[44:11] </w:t>
      </w:r>
      <w:r>
        <w:t>kaam ghair muslimon, dawat ka kaam peghambar ka kaam tha, unhon ne kar diya.</w:t>
      </w:r>
    </w:p>
    <w:p>
      <w:pPr>
        <w:jc w:val="right"/>
      </w:pPr>
      <w:r>
        <w:t>کام غیر مسلموں، دعوت کا کام پیغمبر کا کام تھا، انہوں نے کر دیا۔</w:t>
      </w:r>
    </w:p>
    <w:p>
      <w:r>
        <w:rPr>
          <w:b/>
        </w:rPr>
        <w:t xml:space="preserve">[44:16] </w:t>
      </w:r>
      <w:r>
        <w:t>lekin sawal yeh hai ke jo baad ki generation hai, jo jab peghambar mojood nahi hain,</w:t>
      </w:r>
    </w:p>
    <w:p>
      <w:pPr>
        <w:jc w:val="right"/>
      </w:pPr>
      <w:r>
        <w:t>لیکن سوال یہ ہے کہ جو بعد کی جنریشن ہے، جو جب پیغمبر موجود نہیں ہیں،</w:t>
      </w:r>
    </w:p>
    <w:p>
      <w:r>
        <w:rPr>
          <w:b/>
        </w:rPr>
        <w:t xml:space="preserve">[44:23] </w:t>
      </w:r>
      <w:r>
        <w:t>to kya woh un ko dawat nahi pahunchai gayi? rasool Allah ne apne contemporary logon ko pahunchaya dawat.</w:t>
      </w:r>
    </w:p>
    <w:p>
      <w:pPr>
        <w:jc w:val="right"/>
      </w:pPr>
      <w:r>
        <w:t>تو کیا وہ ان کو دعوت نہیں پہنچائی گئی؟ رسول اللہ نے اپنے کنٹیمپریری لوگوں کو پہنچایا دعوت۔</w:t>
      </w:r>
    </w:p>
    <w:p>
      <w:r>
        <w:rPr>
          <w:b/>
        </w:rPr>
        <w:t xml:space="preserve">[44:30] </w:t>
      </w:r>
      <w:r>
        <w:t>ab jo baad ke log hain,</w:t>
      </w:r>
    </w:p>
    <w:p>
      <w:pPr>
        <w:jc w:val="right"/>
      </w:pPr>
      <w:r>
        <w:t>اب جو بعد کے لوگ ہیں،</w:t>
      </w:r>
    </w:p>
    <w:p>
      <w:r>
        <w:rPr>
          <w:b/>
        </w:rPr>
        <w:t xml:space="preserve">[44:32] </w:t>
      </w:r>
      <w:r>
        <w:t>un ki baad ki naslein</w:t>
      </w:r>
    </w:p>
    <w:p>
      <w:pPr>
        <w:jc w:val="right"/>
      </w:pPr>
      <w:r>
        <w:t>ان کی بعد کی نسلیں</w:t>
      </w:r>
    </w:p>
    <w:p>
      <w:r>
        <w:rPr>
          <w:b/>
        </w:rPr>
        <w:t xml:space="preserve">[44:35] </w:t>
      </w:r>
      <w:r>
        <w:t>to unhein bhi pohnchana hai humein.</w:t>
      </w:r>
    </w:p>
    <w:p>
      <w:pPr>
        <w:jc w:val="right"/>
      </w:pPr>
      <w:r>
        <w:t>تو انہیں بھی پہنچانا ہے ہمیں۔</w:t>
      </w:r>
    </w:p>
    <w:p>
      <w:r>
        <w:rPr>
          <w:b/>
        </w:rPr>
        <w:t xml:space="preserve">[44:38] </w:t>
      </w:r>
      <w:r>
        <w:t>to behrhaal yeh baat sahi hai, lekin is se humein hamari zimmedari ka ehsaas barhta barhna chahiye</w:t>
      </w:r>
    </w:p>
    <w:p>
      <w:pPr>
        <w:jc w:val="right"/>
      </w:pPr>
      <w:r>
        <w:t>تو بہرحال یہ بات صحیح ہے، لیکن اس سے ہمیں ہماری ذمہ داری کا احساس بڑھتا بڑھنا چاہیے</w:t>
      </w:r>
    </w:p>
    <w:p>
      <w:r>
        <w:rPr>
          <w:b/>
        </w:rPr>
        <w:t xml:space="preserve">[44:47] </w:t>
      </w:r>
      <w:r>
        <w:t>ke jo kaam,</w:t>
      </w:r>
    </w:p>
    <w:p>
      <w:pPr>
        <w:jc w:val="right"/>
      </w:pPr>
      <w:r>
        <w:t>کہ جو کام،</w:t>
      </w:r>
    </w:p>
    <w:p>
      <w:r>
        <w:rPr>
          <w:b/>
        </w:rPr>
        <w:t xml:space="preserve">[44:52] </w:t>
      </w:r>
      <w:r>
        <w:t>yani ummat mein bohat kam kiya gaya, us ko hum zyada taqat ke sath karna hai.</w:t>
      </w:r>
    </w:p>
    <w:p>
      <w:pPr>
        <w:jc w:val="right"/>
      </w:pPr>
      <w:r>
        <w:t>یعنی امت میں بہت کم کیا گیا، اس کو ہم زیادہ طاقت کے ساتھ کرنا ہے۔</w:t>
      </w:r>
    </w:p>
    <w:p>
      <w:r>
        <w:rPr>
          <w:b/>
        </w:rPr>
        <w:t xml:space="preserve">[44:58] </w:t>
      </w:r>
      <w:r>
        <w:t>مولانا، ان کا ایک اور سوال ہے، انہوں نے آپ سے یہ بھی پوچھا ہے کہ "What is</w:t>
      </w:r>
    </w:p>
    <w:p>
      <w:pPr>
        <w:jc w:val="right"/>
      </w:pPr>
      <w:r>
        <w:t>مولانا، ان کا ایک اور سوال ہے، انہوں نے آپ سے یہ بھی پوچھا ہے کہ "واٹ از</w:t>
      </w:r>
    </w:p>
    <w:p>
      <w:r>
        <w:rPr>
          <w:b/>
        </w:rPr>
        <w:t xml:space="preserve">[45:03] </w:t>
      </w:r>
      <w:r>
        <w:t>The meaning of Ulul Albab that is mentioned in the Quran more than once</w:t>
      </w:r>
    </w:p>
    <w:p>
      <w:pPr>
        <w:jc w:val="right"/>
      </w:pPr>
      <w:r>
        <w:t>دا میننگ اف علول الباب دیٹ از مینشن ان دا قرآن مور دین ونس</w:t>
      </w:r>
    </w:p>
    <w:p>
      <w:r>
        <w:rPr>
          <w:b/>
        </w:rPr>
        <w:t xml:space="preserve">[45:10] </w:t>
      </w:r>
      <w:r>
        <w:t>?" dekhein, ulul albab ka matlab aqal wale,</w:t>
      </w:r>
    </w:p>
    <w:p>
      <w:pPr>
        <w:jc w:val="right"/>
      </w:pPr>
      <w:r>
        <w:t>؟" دیکھیں، علول الباب کا معنی عقل والے،</w:t>
      </w:r>
    </w:p>
    <w:p>
      <w:r>
        <w:rPr>
          <w:b/>
        </w:rPr>
        <w:t xml:space="preserve">[45:15] </w:t>
      </w:r>
      <w:r>
        <w:t>jis ko hum kehte hain urdu arbab e aqal.</w:t>
      </w:r>
    </w:p>
    <w:p>
      <w:pPr>
        <w:jc w:val="right"/>
      </w:pPr>
      <w:r>
        <w:t>جس کو ہم کہتے ہیں اردو ارباب عقل۔</w:t>
      </w:r>
    </w:p>
    <w:p>
      <w:r>
        <w:rPr>
          <w:b/>
        </w:rPr>
        <w:t xml:space="preserve">[45:20] </w:t>
      </w:r>
      <w:r>
        <w:t>to abhi kal parson ki baat hai, mujh se ek sahab ne kaha ke woh gaye Europe, wahan</w:t>
      </w:r>
    </w:p>
    <w:p>
      <w:pPr>
        <w:jc w:val="right"/>
      </w:pPr>
      <w:r>
        <w:t>تو ابھی کل پرسوں کی بات ہے، مجھ سے ایک صاحب نے کہا کہ وہ گئے یورپ، وہاں</w:t>
      </w:r>
    </w:p>
    <w:p>
      <w:r>
        <w:rPr>
          <w:b/>
        </w:rPr>
        <w:t xml:space="preserve">[45:28] </w:t>
      </w:r>
      <w:r>
        <w:t>unhon ne ek taqreer suni kisi Muslim scholar ki.</w:t>
      </w:r>
    </w:p>
    <w:p>
      <w:pPr>
        <w:jc w:val="right"/>
      </w:pPr>
      <w:r>
        <w:t>انہوں نے ایک تقریر سنی کسی مسلم اسکالر کی۔</w:t>
      </w:r>
    </w:p>
    <w:p>
      <w:r>
        <w:rPr>
          <w:b/>
        </w:rPr>
        <w:t xml:space="preserve">[45:32] </w:t>
      </w:r>
      <w:r>
        <w:t>to unhon ne kaha ke Quran ko samajhna ulul albab ka kaam hai.</w:t>
      </w:r>
    </w:p>
    <w:p>
      <w:pPr>
        <w:jc w:val="right"/>
      </w:pPr>
      <w:r>
        <w:t>تو انہوں نے کہا کہ قرآن کو سمجھنا علول ارباب کا کام ہے۔</w:t>
      </w:r>
    </w:p>
    <w:p>
      <w:r>
        <w:rPr>
          <w:b/>
        </w:rPr>
        <w:t xml:space="preserve">[45:40] </w:t>
      </w:r>
      <w:r>
        <w:t>Quran mein aaya hai ke "inma ulul albab</w:t>
      </w:r>
    </w:p>
    <w:p>
      <w:pPr>
        <w:jc w:val="right"/>
      </w:pPr>
      <w:r>
        <w:t>قرآن میں آیا ہے کہ "انما الباب</w:t>
      </w:r>
    </w:p>
    <w:p>
      <w:r>
        <w:rPr>
          <w:b/>
        </w:rPr>
        <w:t xml:space="preserve">[45:48] </w:t>
      </w:r>
      <w:r>
        <w:t>aqal wale samajhte hain".</w:t>
      </w:r>
    </w:p>
    <w:p>
      <w:pPr>
        <w:jc w:val="right"/>
      </w:pPr>
      <w:r>
        <w:t>عقل والے سمجھتے ہیں"۔</w:t>
      </w:r>
    </w:p>
    <w:p>
      <w:r>
        <w:rPr>
          <w:b/>
        </w:rPr>
        <w:t xml:space="preserve">[45:50] </w:t>
      </w:r>
      <w:r>
        <w:t>to yahan aqal wale professional wale mein nahi hai ke degree wale aur</w:t>
      </w:r>
    </w:p>
    <w:p>
      <w:pPr>
        <w:jc w:val="right"/>
      </w:pPr>
      <w:r>
        <w:t>تو یہاں عقل والے پروفیشنل والے میں نہیں ہے کہ ڈگری والے اور</w:t>
      </w:r>
    </w:p>
    <w:p>
      <w:r>
        <w:rPr>
          <w:b/>
        </w:rPr>
        <w:t xml:space="preserve">[45:55] </w:t>
      </w:r>
      <w:r>
        <w:t>sanad wale. Aql se murad hai fitri aqal,</w:t>
      </w:r>
    </w:p>
    <w:p>
      <w:pPr>
        <w:jc w:val="right"/>
      </w:pPr>
      <w:r>
        <w:t>سند والے۔ عقل سے مراد ہے فطری عقل،</w:t>
      </w:r>
    </w:p>
    <w:p>
      <w:r>
        <w:rPr>
          <w:b/>
        </w:rPr>
        <w:t xml:space="preserve">[46:01] </w:t>
      </w:r>
      <w:r>
        <w:t>yani fitrat ne jo aqal aap ko di hai,</w:t>
      </w:r>
    </w:p>
    <w:p>
      <w:pPr>
        <w:jc w:val="right"/>
      </w:pPr>
      <w:r>
        <w:t>یعنی فطرت نے جو عقل آپ کو دی ہے،</w:t>
      </w:r>
    </w:p>
    <w:p>
      <w:r>
        <w:rPr>
          <w:b/>
        </w:rPr>
        <w:t xml:space="preserve">[46:05] </w:t>
      </w:r>
      <w:r>
        <w:t>jo Allah ki takhleeq se jo aap ko aqal mili hai, us ko aap active karein, us ko</w:t>
      </w:r>
    </w:p>
    <w:p>
      <w:pPr>
        <w:jc w:val="right"/>
      </w:pPr>
      <w:r>
        <w:t>جو اللہ کی تخلیق سے جو آپ کو عقل ملی ہے، اس کو آپ ایکٹیو کریں، اس کو</w:t>
      </w:r>
    </w:p>
    <w:p>
      <w:r>
        <w:rPr>
          <w:b/>
        </w:rPr>
        <w:t xml:space="preserve">[46:12] </w:t>
      </w:r>
      <w:r>
        <w:t>aap istemal karein,</w:t>
      </w:r>
    </w:p>
    <w:p>
      <w:pPr>
        <w:jc w:val="right"/>
      </w:pPr>
      <w:r>
        <w:t>آپ استعمال کریں،</w:t>
      </w:r>
    </w:p>
    <w:p>
      <w:r>
        <w:rPr>
          <w:b/>
        </w:rPr>
        <w:t xml:space="preserve">[46:14] </w:t>
      </w:r>
      <w:r>
        <w:t>tab aap Quran ki gehrai ko samajh payenge.</w:t>
      </w:r>
    </w:p>
    <w:p>
      <w:pPr>
        <w:jc w:val="right"/>
      </w:pPr>
      <w:r>
        <w:t>تب آپ قرآن کی گہرائی کو سمجھ پائیں گے۔</w:t>
      </w:r>
    </w:p>
    <w:p>
      <w:r>
        <w:rPr>
          <w:b/>
        </w:rPr>
        <w:t xml:space="preserve">[46:18] </w:t>
      </w:r>
      <w:r>
        <w:t>to Quran ka ek saada mafhoom hai</w:t>
      </w:r>
    </w:p>
    <w:p>
      <w:pPr>
        <w:jc w:val="right"/>
      </w:pPr>
      <w:r>
        <w:t>تو قرآن کا ایک سادہ مفہوم ہے</w:t>
      </w:r>
    </w:p>
    <w:p>
      <w:r>
        <w:rPr>
          <w:b/>
        </w:rPr>
        <w:t xml:space="preserve">[46:23] </w:t>
      </w:r>
      <w:r>
        <w:t>aur ek hai is ka gehra mafhoom.</w:t>
      </w:r>
    </w:p>
    <w:p>
      <w:pPr>
        <w:jc w:val="right"/>
      </w:pPr>
      <w:r>
        <w:t>اور ایک ہے اس کا گہرا مفہوم۔</w:t>
      </w:r>
    </w:p>
    <w:p>
      <w:r>
        <w:rPr>
          <w:b/>
        </w:rPr>
        <w:t xml:space="preserve">[46:26] </w:t>
      </w:r>
      <w:r>
        <w:t>to gehra mafhoom samajhne ke liye apni aqal ko istemal karna padega.</w:t>
      </w:r>
    </w:p>
    <w:p>
      <w:pPr>
        <w:jc w:val="right"/>
      </w:pPr>
      <w:r>
        <w:t>تو گہرا مفہوم سمجھنے کے لیے اپنی عقل کو استعمال کرنا پڑے گا۔</w:t>
      </w:r>
    </w:p>
    <w:p>
      <w:r>
        <w:rPr>
          <w:b/>
        </w:rPr>
        <w:t xml:space="preserve">[46:30] </w:t>
      </w:r>
      <w:r>
        <w:t>misal ke taur par main ek misal deta hoon, Quran ki pehli ayat hai "Alhamdolillah Rabbil Alameen".</w:t>
      </w:r>
    </w:p>
    <w:p>
      <w:pPr>
        <w:jc w:val="right"/>
      </w:pPr>
      <w:r>
        <w:t>مثلاً میں ایک مثال دیتا ہوں، قرآن کی پہلی آیت ہے "الحمدللہ رب العالمین"۔</w:t>
      </w:r>
    </w:p>
    <w:p>
      <w:r>
        <w:rPr>
          <w:b/>
        </w:rPr>
        <w:t xml:space="preserve">[46:37] </w:t>
      </w:r>
      <w:r>
        <w:t>to is ka ek matlab yeh hai ke mukhtalif mauqe par jab koi baat ho to aap keh</w:t>
      </w:r>
    </w:p>
    <w:p>
      <w:pPr>
        <w:jc w:val="right"/>
      </w:pPr>
      <w:r>
        <w:t>تو اس کا ایک مطلب یہ ہے کہ مختلف مواقع پر جب کوئی بات ہو تو آپ کہہ</w:t>
      </w:r>
    </w:p>
    <w:p>
      <w:r>
        <w:rPr>
          <w:b/>
        </w:rPr>
        <w:t xml:space="preserve">[46:41] </w:t>
      </w:r>
      <w:r>
        <w:t>dein "Alhamdolillah".</w:t>
      </w:r>
    </w:p>
    <w:p>
      <w:pPr>
        <w:jc w:val="right"/>
      </w:pPr>
      <w:r>
        <w:t>دیں "الحمدللہ"۔ "الحمدللہ" کہہ دیں، یہ لفظ بول دیں۔</w:t>
      </w:r>
    </w:p>
    <w:p>
      <w:r>
        <w:rPr>
          <w:b/>
        </w:rPr>
        <w:t xml:space="preserve">[46:49] </w:t>
      </w:r>
      <w:r>
        <w:t>phir "Alhamdolillah" ka matlab hai Allah ka shukr hai.</w:t>
      </w:r>
    </w:p>
    <w:p>
      <w:pPr>
        <w:jc w:val="right"/>
      </w:pPr>
      <w:r>
        <w:t>پھر "الحمدللہ" کا معنی ہے اللہ کا شکر ہے۔</w:t>
      </w:r>
    </w:p>
    <w:p>
      <w:r>
        <w:rPr>
          <w:b/>
        </w:rPr>
        <w:t xml:space="preserve">[46:51] </w:t>
      </w:r>
      <w:r>
        <w:t>to aap jab sochen ge, is sochene ke liye kisi degree ki zaroorat nahi hai.</w:t>
      </w:r>
    </w:p>
    <w:p>
      <w:pPr>
        <w:jc w:val="right"/>
      </w:pPr>
      <w:r>
        <w:t>تو آپ جب سوچیں گے، اس سوچنے کے لیے کسی ڈگری کی ضرورت نہیں ہے۔</w:t>
      </w:r>
    </w:p>
    <w:p>
      <w:r>
        <w:rPr>
          <w:b/>
        </w:rPr>
        <w:t xml:space="preserve">[46:57] </w:t>
      </w:r>
      <w:r>
        <w:t>aap sochen ge ke dunya mein to evil hai, dunya mein problem hai,</w:t>
      </w:r>
    </w:p>
    <w:p>
      <w:pPr>
        <w:jc w:val="right"/>
      </w:pPr>
      <w:r>
        <w:t>آپ سوچیں گے کہ دنیا میں تو ایول ہے، دنیا میں پرابلم ہے،</w:t>
      </w:r>
    </w:p>
    <w:p>
      <w:r>
        <w:rPr>
          <w:b/>
        </w:rPr>
        <w:t xml:space="preserve">[47:02] </w:t>
      </w:r>
      <w:r>
        <w:t>to hum kaise "Alhamdulillah"</w:t>
      </w:r>
    </w:p>
    <w:p>
      <w:pPr>
        <w:jc w:val="right"/>
      </w:pPr>
      <w:r>
        <w:t>تو ہم کیسے "الحمدللہ"</w:t>
      </w:r>
    </w:p>
    <w:p>
      <w:r>
        <w:rPr>
          <w:b/>
        </w:rPr>
        <w:t xml:space="preserve">[47:05] </w:t>
      </w:r>
      <w:r>
        <w:t>gehri speed ke sath kar payen ge?</w:t>
      </w:r>
    </w:p>
    <w:p>
      <w:pPr>
        <w:jc w:val="right"/>
      </w:pPr>
      <w:r>
        <w:t>گہری اسپیڈ کے ساتھ کر پائیں گے؟</w:t>
      </w:r>
    </w:p>
    <w:p>
      <w:r>
        <w:rPr>
          <w:b/>
        </w:rPr>
        <w:t xml:space="preserve">[47:08] </w:t>
      </w:r>
      <w:r>
        <w:t>dil mein to negative thought honge, shikayaten hongi, protest hoga,</w:t>
      </w:r>
    </w:p>
    <w:p>
      <w:pPr>
        <w:jc w:val="right"/>
      </w:pPr>
      <w:r>
        <w:t>دل میں تو نیگیٹیو تھاٹ ہوں گے، شکایتیں ہوں گی، پروٹیسٹ ہوگا،</w:t>
      </w:r>
    </w:p>
    <w:p>
      <w:r>
        <w:rPr>
          <w:b/>
        </w:rPr>
        <w:t xml:space="preserve">[47:15] </w:t>
      </w:r>
      <w:r>
        <w:t>kaise kahen ge? to ghor karte hue aap ko samajh mein ayega ke is ka matlab yeh</w:t>
      </w:r>
    </w:p>
    <w:p>
      <w:pPr>
        <w:jc w:val="right"/>
      </w:pPr>
      <w:r>
        <w:t>کیسے کہیں گے؟ تو غور کرتے ہوئے آپ کو سمجھ میں آئے گا کہ اس کا مطلب یہ</w:t>
      </w:r>
    </w:p>
    <w:p>
      <w:r>
        <w:rPr>
          <w:b/>
        </w:rPr>
        <w:t xml:space="preserve">[47:20] </w:t>
      </w:r>
      <w:r>
        <w:t>hua ke shikayaton ko radd karo,</w:t>
      </w:r>
    </w:p>
    <w:p>
      <w:pPr>
        <w:jc w:val="right"/>
      </w:pPr>
      <w:r>
        <w:t>ہوا کہ شکایتوں کو رد کرو،</w:t>
      </w:r>
    </w:p>
    <w:p>
      <w:r>
        <w:rPr>
          <w:b/>
        </w:rPr>
        <w:t xml:space="preserve">[47:25] </w:t>
      </w:r>
      <w:r>
        <w:t>problem ko ignore karo,</w:t>
      </w:r>
    </w:p>
    <w:p>
      <w:pPr>
        <w:jc w:val="right"/>
      </w:pPr>
      <w:r>
        <w:t>پرابلم کو اگنور کرو،</w:t>
      </w:r>
    </w:p>
    <w:p>
      <w:r>
        <w:rPr>
          <w:b/>
        </w:rPr>
        <w:t xml:space="preserve">[47:28] </w:t>
      </w:r>
      <w:r>
        <w:t>apne andar positive spirit ko zinda rakho, tab tum achhe tarike se "Alhamdulillah" keh paoge.</w:t>
      </w:r>
    </w:p>
    <w:p>
      <w:pPr>
        <w:jc w:val="right"/>
      </w:pPr>
      <w:r>
        <w:t>اپنے اندر پازیٹیو سپرٹ کو زندہ رکھو، تب تم اچھے طریقے سے "الحمدللہ" کہہ پاؤ گے۔</w:t>
      </w:r>
    </w:p>
    <w:p>
      <w:r>
        <w:rPr>
          <w:b/>
        </w:rPr>
        <w:t xml:space="preserve">[47:37] </w:t>
      </w:r>
      <w:r>
        <w:t>yeh hai soch ka janna.</w:t>
      </w:r>
    </w:p>
    <w:p>
      <w:pPr>
        <w:jc w:val="right"/>
      </w:pPr>
      <w:r>
        <w:t>یہ ہے سوچ کا جاننا۔</w:t>
      </w:r>
    </w:p>
    <w:p>
      <w:r>
        <w:rPr>
          <w:b/>
        </w:rPr>
        <w:t xml:space="preserve">[47:40] </w:t>
      </w:r>
      <w:r>
        <w:t>to ek hai saada mafhoom, ek hai woh mafhoom jo tadabbur ke zariye maloom hota hai.</w:t>
      </w:r>
    </w:p>
    <w:p>
      <w:pPr>
        <w:jc w:val="right"/>
      </w:pPr>
      <w:r>
        <w:t>تو ایک ہے سادہ مفہوم، ایک ہے وہ مفہوم جو تدبر کے ذریعے معلوم ہوتا ہے۔</w:t>
      </w:r>
    </w:p>
    <w:p>
      <w:r>
        <w:rPr>
          <w:b/>
        </w:rPr>
        <w:t xml:space="preserve">[47:47] </w:t>
      </w:r>
      <w:r>
        <w:t>bas is maani mein hai "Al-Abab".</w:t>
      </w:r>
    </w:p>
    <w:p>
      <w:pPr>
        <w:jc w:val="right"/>
      </w:pPr>
      <w:r>
        <w:t>بس اس معنی میں ہے "العباب"۔</w:t>
      </w:r>
    </w:p>
    <w:p>
      <w:r>
        <w:rPr>
          <w:b/>
        </w:rPr>
        <w:t xml:space="preserve">[47:49] </w:t>
      </w:r>
      <w:r>
        <w:t>yeh nahi ke is ke liye koi degree ho, tab aap samjhen Quran ko.</w:t>
      </w:r>
    </w:p>
    <w:p>
      <w:pPr>
        <w:jc w:val="right"/>
      </w:pPr>
      <w:r>
        <w:t>یہ نہیں کہ اس کے لیے کوئی ڈگری ہو، تب آپ سمجھیں قرآن کو۔</w:t>
      </w:r>
    </w:p>
    <w:p>
      <w:r>
        <w:rPr>
          <w:b/>
        </w:rPr>
        <w:t xml:space="preserve">[47:54] </w:t>
      </w:r>
      <w:r>
        <w:t>maulana, agla sawal lene se pehle ek aur comment parhna chahenge jo doctor Safeena Tabassum ne bheja</w:t>
      </w:r>
    </w:p>
    <w:p>
      <w:pPr>
        <w:jc w:val="right"/>
      </w:pPr>
      <w:r>
        <w:t>مولانا، اگلا سوال لینے سے پہلے ایک اور کمنٹ پڑھنا چاہیں گے جو ڈاکٹر سفینہ تبسم نے بھیجا</w:t>
      </w:r>
    </w:p>
    <w:p>
      <w:r>
        <w:rPr>
          <w:b/>
        </w:rPr>
        <w:t xml:space="preserve">[48:00] </w:t>
      </w:r>
      <w:r>
        <w:t>ہے اجمیر سے، اور انہوں نے لکھا ہے کہ "making</w:t>
      </w:r>
    </w:p>
    <w:p>
      <w:pPr>
        <w:jc w:val="right"/>
      </w:pPr>
      <w:r>
        <w:t>ہے اجمیر سے، اور انہوں نے لکھا ہے کہ "میکنگ</w:t>
      </w:r>
    </w:p>
    <w:p>
      <w:r>
        <w:rPr>
          <w:b/>
        </w:rPr>
        <w:t xml:space="preserve">[48:04] </w:t>
      </w:r>
      <w:r>
        <w:t>God our greatest concern and adopting a human friendly behavior is the golden rule for those".</w:t>
      </w:r>
    </w:p>
    <w:p>
      <w:pPr>
        <w:jc w:val="right"/>
      </w:pPr>
      <w:r>
        <w:t>گاڈ اور گریٹسٹ کنسرن اینڈ اڈاپٹنگ ا ہیومن فرینڈلی بیہیویئر از دا گولڈن رول فار دائز"۔</w:t>
      </w:r>
    </w:p>
    <w:p>
      <w:r>
        <w:rPr>
          <w:b/>
        </w:rPr>
        <w:t xml:space="preserve">[48:13] </w:t>
      </w:r>
      <w:r>
        <w:t>Jazakallah Maulana Sahab for giving this simple advice to prevent ourself from getting derailed.</w:t>
      </w:r>
    </w:p>
    <w:p>
      <w:pPr>
        <w:jc w:val="right"/>
      </w:pPr>
      <w:r>
        <w:t>جزاک اللہ مولانا صاحب فار گیونگ دس سمپل ایڈوائس ٹو پریوینٹ اور سیلف فرام گیٹنگ ڈیریلڈ۔</w:t>
      </w:r>
    </w:p>
    <w:p>
      <w:r>
        <w:rPr>
          <w:b/>
        </w:rPr>
        <w:t xml:space="preserve">[48:21] </w:t>
      </w:r>
      <w:r>
        <w:t>masha Allah. Maulana, agla sawal doctor Hana ne kiya hai UK se, aur unhon ne likha hai ke</w:t>
      </w:r>
    </w:p>
    <w:p>
      <w:pPr>
        <w:jc w:val="right"/>
      </w:pPr>
      <w:r>
        <w:t>ماشاءاللہ۔ مولانا، اگلا سوال ڈاکٹر ہنا نے کیا ہے یو کے سے، اور انہوں نے لکھا ہے کہ</w:t>
      </w:r>
    </w:p>
    <w:p>
      <w:r>
        <w:rPr>
          <w:b/>
        </w:rPr>
        <w:t xml:space="preserve">[48:28] </w:t>
      </w:r>
      <w:r>
        <w:t>"مولانا، in UK we have experienced"</w:t>
      </w:r>
    </w:p>
    <w:p>
      <w:pPr>
        <w:jc w:val="right"/>
      </w:pPr>
      <w:r>
        <w:t>"مولانا، ان یو کے وی ہیو ایکسپیرینسڈ</w:t>
      </w:r>
    </w:p>
    <w:p>
      <w:r>
        <w:rPr>
          <w:b/>
        </w:rPr>
        <w:t xml:space="preserve">[48:32] </w:t>
      </w:r>
      <w:r>
        <w:t>few times that when we give Quran with chocolates and gifts to non-Muslims, then they keep the</w:t>
      </w:r>
    </w:p>
    <w:p>
      <w:pPr>
        <w:jc w:val="right"/>
      </w:pPr>
      <w:r>
        <w:t>فیو ٹائمز دیٹ وین وی گیو قرآن ود چاکلیٹس اینڈ گفٹس ٹو نان مسلمز، دین دے کیپ دا</w:t>
      </w:r>
    </w:p>
    <w:p>
      <w:r>
        <w:rPr>
          <w:b/>
        </w:rPr>
        <w:t xml:space="preserve">[48:39] </w:t>
      </w:r>
      <w:r>
        <w:t>chocolates but returned the Quran as they suspected it to be a magic phenomena".</w:t>
      </w:r>
    </w:p>
    <w:p>
      <w:pPr>
        <w:jc w:val="right"/>
      </w:pPr>
      <w:r>
        <w:t>چاکلیٹس بٹ ریٹرن دا قرآن ایز دے سسپیکٹڈ ٹو بی ا میجک فیناومینا"۔</w:t>
      </w:r>
    </w:p>
    <w:p>
      <w:r>
        <w:rPr>
          <w:b/>
        </w:rPr>
        <w:t xml:space="preserve">[48:46] </w:t>
      </w:r>
      <w:r>
        <w:t>Since since these interactions are more with people who are from India, so I want to know whether</w:t>
      </w:r>
    </w:p>
    <w:p>
      <w:pPr>
        <w:jc w:val="right"/>
      </w:pPr>
      <w:r>
        <w:t>سینس سنس دیز انٹریکشنز ار مور ود پیپل ہو آر فرام انڈیا، سو ائی وانٹ ٹو نو ویدر</w:t>
      </w:r>
    </w:p>
    <w:p>
      <w:r>
        <w:rPr>
          <w:b/>
        </w:rPr>
        <w:t xml:space="preserve">[48:52] </w:t>
      </w:r>
      <w:r>
        <w:t>There is any concept of magic taken in India among non-Muslims for taking of Quran.</w:t>
      </w:r>
    </w:p>
    <w:p>
      <w:pPr>
        <w:jc w:val="right"/>
      </w:pPr>
      <w:r>
        <w:t>دیر از اینی کانسیپٹ اف میجک ٹیکن ان انڈیا امنگ نان مسلمز فار ٹیکنگ اف قرآن۔</w:t>
      </w:r>
    </w:p>
    <w:p>
      <w:r>
        <w:rPr>
          <w:b/>
        </w:rPr>
        <w:t xml:space="preserve">[49:01] </w:t>
      </w:r>
      <w:r>
        <w:t>haan, is tarah ka tasawwur har jagah maujood hai, kam ya zyada, lekin is se humein kuch, yeh</w:t>
      </w:r>
    </w:p>
    <w:p>
      <w:pPr>
        <w:jc w:val="right"/>
      </w:pPr>
      <w:r>
        <w:t>ہاں، اس طرح کا تصور ہر جگہ موجود ہے، کم یا زیادہ، لیکن اس سے ہمیں کچھ، یہ</w:t>
      </w:r>
    </w:p>
    <w:p>
      <w:r>
        <w:rPr>
          <w:b/>
        </w:rPr>
        <w:t xml:space="preserve">[49:06] </w:t>
      </w:r>
      <w:r>
        <w:t>hamare liye problem nahi hai.</w:t>
      </w:r>
    </w:p>
    <w:p>
      <w:pPr>
        <w:jc w:val="right"/>
      </w:pPr>
      <w:r>
        <w:t>ہمارے لیے پرابلم نہیں ہے۔</w:t>
      </w:r>
    </w:p>
    <w:p>
      <w:r>
        <w:rPr>
          <w:b/>
        </w:rPr>
        <w:t xml:space="preserve">[49:10] </w:t>
      </w:r>
      <w:r>
        <w:t>اس لیے کہ یہ زمانہ جو ہے، اسی کے ساتھ یہ جاننا چاہیے کہ زمانہ spirit and inquiry</w:t>
      </w:r>
    </w:p>
    <w:p>
      <w:pPr>
        <w:jc w:val="right"/>
      </w:pPr>
      <w:r>
        <w:t>اس لیے کہ یہ زمانہ جو ہے، اسی کے ساتھ یہ جاننا چاہیے کہ زمانہ اسپرٹ اینڈ انکوائری</w:t>
      </w:r>
    </w:p>
    <w:p>
      <w:r>
        <w:rPr>
          <w:b/>
        </w:rPr>
        <w:t xml:space="preserve">[49:17] </w:t>
      </w:r>
      <w:r>
        <w:t>ka zamana hai.</w:t>
      </w:r>
    </w:p>
    <w:p>
      <w:pPr>
        <w:jc w:val="right"/>
      </w:pPr>
      <w:r>
        <w:t>کا زمانہ ہے۔</w:t>
      </w:r>
    </w:p>
    <w:p>
      <w:r>
        <w:rPr>
          <w:b/>
        </w:rPr>
        <w:t xml:space="preserve">[49:19] </w:t>
      </w:r>
      <w:r>
        <w:t>hum un se keh sakte hain ke bhai, aap parh ke dekhiye, hum koi aap pe impose to</w:t>
      </w:r>
    </w:p>
    <w:p>
      <w:pPr>
        <w:jc w:val="right"/>
      </w:pPr>
      <w:r>
        <w:t>ہم ان سے کہہ سکتے ہیں کہ بھئی، آپ پڑھ کے دیکھیے، ہم کوئی آپ پہ امپوز تو</w:t>
      </w:r>
    </w:p>
    <w:p>
      <w:r>
        <w:rPr>
          <w:b/>
        </w:rPr>
        <w:t xml:space="preserve">[49:24] </w:t>
      </w:r>
      <w:r>
        <w:t>kar nahi rahe, aap parh kar dekhiye.</w:t>
      </w:r>
    </w:p>
    <w:p>
      <w:pPr>
        <w:jc w:val="right"/>
      </w:pPr>
      <w:r>
        <w:t>کر نہیں رہے، آپ پڑھ کر دیکھیے۔</w:t>
      </w:r>
    </w:p>
    <w:p>
      <w:r>
        <w:rPr>
          <w:b/>
        </w:rPr>
        <w:t xml:space="preserve">[49:30] </w:t>
      </w:r>
      <w:r>
        <w:t>to kuch na kuch</w:t>
      </w:r>
    </w:p>
    <w:p>
      <w:pPr>
        <w:jc w:val="right"/>
      </w:pPr>
      <w:r>
        <w:t>تو کچھ نہ کچھ</w:t>
      </w:r>
    </w:p>
    <w:p>
      <w:r>
        <w:rPr>
          <w:b/>
        </w:rPr>
        <w:t xml:space="preserve">[49:34] </w:t>
      </w:r>
      <w:r>
        <w:t>misunderstanding har jagah pai jati hai, chahe India mein ho, chahe West mein ho, lekin woh mis</w:t>
      </w:r>
    </w:p>
    <w:p>
      <w:pPr>
        <w:jc w:val="right"/>
      </w:pPr>
      <w:r>
        <w:t>مس انڈرسٹینڈنگ ہر جگہ پائی جاتی ہے، چاہے انڈیا میں ہو، چاہے ویسٹ میں ہو، لیکن وہ مس</w:t>
      </w:r>
    </w:p>
    <w:p>
      <w:r>
        <w:rPr>
          <w:b/>
        </w:rPr>
        <w:t xml:space="preserve">[49:39] </w:t>
      </w:r>
      <w:r>
        <w:t>understanding jo hai, us ko aap yani point of discussion banaiye.</w:t>
      </w:r>
    </w:p>
    <w:p>
      <w:pPr>
        <w:jc w:val="right"/>
      </w:pPr>
      <w:r>
        <w:t>انڈرسٹینڈنگ جو ہے، اس کو آپ یعنی پوائنٹ اف ڈسکشن بنائیے۔</w:t>
      </w:r>
    </w:p>
    <w:p>
      <w:r>
        <w:rPr>
          <w:b/>
        </w:rPr>
        <w:t xml:space="preserve">[49:46] </w:t>
      </w:r>
      <w:r>
        <w:t>ase yeh kahiye ke aap is ko parh ke dekh lijiye, kya hai is mein?</w:t>
      </w:r>
    </w:p>
    <w:p>
      <w:pPr>
        <w:jc w:val="right"/>
      </w:pPr>
      <w:r>
        <w:t>اسے یہ کہیے کہ آپ اس کو پڑھ کے دیکھ لیجئے، کیا ہے اس میں؟</w:t>
      </w:r>
    </w:p>
    <w:p>
      <w:r>
        <w:rPr>
          <w:b/>
        </w:rPr>
        <w:t xml:space="preserve">[49:54] </w:t>
      </w:r>
      <w:r>
        <w:t>to main samajhta hoon ke</w:t>
      </w:r>
    </w:p>
    <w:p>
      <w:pPr>
        <w:jc w:val="right"/>
      </w:pPr>
      <w:r>
        <w:t>تو میں سمجھتا ہوں کہ</w:t>
      </w:r>
    </w:p>
    <w:p>
      <w:r>
        <w:rPr>
          <w:b/>
        </w:rPr>
        <w:t xml:space="preserve">[49:57] </w:t>
      </w:r>
      <w:r>
        <w:t>is tarah ki soch pehle bhi thi, aaj bhi hai, aindah bhi rahegi, lekin is se dawat</w:t>
      </w:r>
    </w:p>
    <w:p>
      <w:pPr>
        <w:jc w:val="right"/>
      </w:pPr>
      <w:r>
        <w:t>اس طرح کی سوچ پہلے بھی تھی، آج بھی ہے، آئندہ بھی رہے گی، لیکن اس سے دعوت</w:t>
      </w:r>
    </w:p>
    <w:p>
      <w:r>
        <w:rPr>
          <w:b/>
        </w:rPr>
        <w:t xml:space="preserve">[50:03] </w:t>
      </w:r>
      <w:r>
        <w:t>ka mission rukta nahin.</w:t>
      </w:r>
    </w:p>
    <w:p>
      <w:pPr>
        <w:jc w:val="right"/>
      </w:pPr>
      <w:r>
        <w:t>کا مشن رکتا نہیں۔</w:t>
      </w:r>
    </w:p>
    <w:p>
      <w:r>
        <w:rPr>
          <w:b/>
        </w:rPr>
        <w:t xml:space="preserve">[50:05] </w:t>
      </w:r>
      <w:r>
        <w:t>dawat ka mission phir bhi jaari rehta hai, inshallah.</w:t>
      </w:r>
    </w:p>
    <w:p>
      <w:pPr>
        <w:jc w:val="right"/>
      </w:pPr>
      <w:r>
        <w:t>دعوت کا مشن پھر بھی جاری رہتا ہے، انشاءاللہ۔</w:t>
      </w:r>
    </w:p>
    <w:p>
      <w:r>
        <w:rPr>
          <w:b/>
        </w:rPr>
        <w:t xml:space="preserve">[50:13] </w:t>
      </w:r>
      <w:r>
        <w:t>maulana, ek aur comment aaya hai dilli se doctor najma siddiqi ka, aur unhon ne likha hai ke</w:t>
      </w:r>
    </w:p>
    <w:p>
      <w:pPr>
        <w:jc w:val="right"/>
      </w:pPr>
      <w:r>
        <w:t>مولانا، ایک اور کمنٹ آیا ہے دلی سے ڈاکٹر نجمہ صدیقی کا، اور انہوں نے لکھا ہے کہ</w:t>
      </w:r>
    </w:p>
    <w:p>
      <w:r>
        <w:rPr>
          <w:b/>
        </w:rPr>
        <w:t xml:space="preserve">[50:20] </w:t>
      </w:r>
      <w:r>
        <w:t>An experience, once an experience that I wanted to share with all, once I gave an English Quran</w:t>
      </w:r>
    </w:p>
    <w:p>
      <w:pPr>
        <w:jc w:val="right"/>
      </w:pPr>
      <w:r>
        <w:t>"این ایکسپیرینس، ونس این ایکسپیرینس دیٹ ائی وانٹڈ ٹو شیئر ود ال، ونس ائی گیو این انگلش قرآن</w:t>
      </w:r>
    </w:p>
    <w:p>
      <w:r>
        <w:rPr>
          <w:b/>
        </w:rPr>
        <w:t xml:space="preserve">[50:26] </w:t>
      </w:r>
      <w:r>
        <w:t>to a doctor.</w:t>
      </w:r>
    </w:p>
    <w:p>
      <w:pPr>
        <w:jc w:val="right"/>
      </w:pPr>
      <w:r>
        <w:t>ٹو ا ڈاکٹر۔</w:t>
      </w:r>
    </w:p>
    <w:p>
      <w:r>
        <w:rPr>
          <w:b/>
        </w:rPr>
        <w:t xml:space="preserve">[50:28] </w:t>
      </w:r>
      <w:r>
        <w:t>he looked at me for few seconds, took it and said, i had worked in saudi arabia for</w:t>
      </w:r>
    </w:p>
    <w:p>
      <w:pPr>
        <w:jc w:val="right"/>
      </w:pPr>
      <w:r>
        <w:t>ہی لوکڈ ایٹ می فار فیو سیکنڈز، ٹوک اٹ اینڈ سیڈ، ائی ہیڈ ورکڈ ان سعودی عربیہ فار</w:t>
      </w:r>
    </w:p>
    <w:p>
      <w:r>
        <w:rPr>
          <w:b/>
        </w:rPr>
        <w:t xml:space="preserve">[50:35] </w:t>
      </w:r>
      <w:r>
        <w:t>More than five years, no one ever gave me a copy of Quran which I could understand.</w:t>
      </w:r>
    </w:p>
    <w:p>
      <w:pPr>
        <w:jc w:val="right"/>
      </w:pPr>
      <w:r>
        <w:t>مور دین فائیو ایئرز، نو ون ایور گیو می کاپی اف قرآن وچ ائی کڈ انڈرسٹینڈ۔</w:t>
      </w:r>
    </w:p>
    <w:p>
      <w:r>
        <w:rPr>
          <w:b/>
        </w:rPr>
        <w:t xml:space="preserve">[50:43] </w:t>
      </w:r>
      <w:r>
        <w:t>'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p>
    <w:p>
      <w:pPr>
        <w:jc w:val="right"/>
      </w:pPr>
      <w:r>
        <w:t>' He then asked me for a few more copies to give it to some of his friends, and he still keeps in touch with me." ماشاءاللہ۔ مولانا، اگلا سوال بھیجا ہے عمران خالد صاحب نے، انہوں نے اپنی لوکیشن نہیں لکھی ہے۔ ان کا سوال ہے: "Maulana, is there any role of Allah in our daily lives? I mean, does He intervene in our daily life? And what is the role of دعا?</w:t>
      </w:r>
    </w:p>
    <w:p>
      <w:r>
        <w:rPr>
          <w:b/>
        </w:rPr>
        <w:t xml:space="preserve">[51:13] </w:t>
      </w:r>
      <w:r>
        <w:t>Is dua just for displaying our humbleness to Allah, or can making of dua also influence our life?</w:t>
      </w:r>
    </w:p>
    <w:p>
      <w:pPr>
        <w:jc w:val="right"/>
      </w:pPr>
      <w:r>
        <w:t>Is دعا just for displaying our humbleness to Allah, or can making of دعا also influence our life?</w:t>
      </w:r>
    </w:p>
    <w:p>
      <w:r>
        <w:rPr>
          <w:b/>
        </w:rPr>
        <w:t xml:space="preserve">[51:22] </w:t>
      </w:r>
      <w:r>
        <w:t>kindly guide me."</w:t>
      </w:r>
    </w:p>
    <w:p>
      <w:pPr>
        <w:jc w:val="right"/>
      </w:pPr>
      <w:r>
        <w:t>کائنڈلی گائیڈ می۔"</w:t>
      </w:r>
    </w:p>
    <w:p>
      <w:r>
        <w:rPr>
          <w:b/>
        </w:rPr>
        <w:t xml:space="preserve">[51:25] </w:t>
      </w:r>
      <w:r>
        <w:t>yeh bohat achha question hai.</w:t>
      </w:r>
    </w:p>
    <w:p>
      <w:pPr>
        <w:jc w:val="right"/>
      </w:pPr>
      <w:r>
        <w:t>یہ بہت اچھا کوئسچن ہے۔</w:t>
      </w:r>
    </w:p>
    <w:p>
      <w:r>
        <w:rPr>
          <w:b/>
        </w:rPr>
        <w:t xml:space="preserve">[51:29] </w:t>
      </w:r>
      <w:r>
        <w:t>main samajhta hoon ke ek hadith mein hum ko is ka poora jawab milta hai.</w:t>
      </w:r>
    </w:p>
    <w:p>
      <w:pPr>
        <w:jc w:val="right"/>
      </w:pPr>
      <w:r>
        <w:t>میں سمجھتا ہوں کہ ایک حدیث میں ہم کو اس کا پورا جواب ملتا ہے۔</w:t>
      </w:r>
    </w:p>
    <w:p>
      <w:r>
        <w:rPr>
          <w:b/>
        </w:rPr>
        <w:t xml:space="preserve">[51:36] </w:t>
      </w:r>
      <w:r>
        <w:t>ek shakhs se aap ne isi tarah ke sawal ke jawab mein kaha tha ke "atqullah</w:t>
      </w:r>
    </w:p>
    <w:p>
      <w:pPr>
        <w:jc w:val="right"/>
      </w:pPr>
      <w:r>
        <w:t>ایک شخص سے آپ نے اسی طرح کے سوال کے جواب میں کہا تھا کہ "اتق اللہ</w:t>
      </w:r>
    </w:p>
    <w:p>
      <w:r>
        <w:rPr>
          <w:b/>
        </w:rPr>
        <w:t xml:space="preserve">[51:44] </w:t>
      </w:r>
      <w:r>
        <w:t>khuluq hasan", yaani is tarah ho ke tumhare dil mein allah ka dar ho aur logon ke sath</w:t>
      </w:r>
    </w:p>
    <w:p>
      <w:pPr>
        <w:jc w:val="right"/>
      </w:pPr>
      <w:r>
        <w:t>خلق حسن"، یعنی اس طرح ہو کہ تمہارے دل میں اللہ کا ڈر ہو اور لوگوں کے ساتھ</w:t>
      </w:r>
    </w:p>
    <w:p>
      <w:r>
        <w:rPr>
          <w:b/>
        </w:rPr>
        <w:t xml:space="preserve">[51:57] </w:t>
      </w:r>
      <w:r>
        <w:t>achhe akhlaq ke sath sulook karo.</w:t>
      </w:r>
    </w:p>
    <w:p>
      <w:pPr>
        <w:jc w:val="right"/>
      </w:pPr>
      <w:r>
        <w:t>اچھے اخلاق کے ساتھ سلوک کرو۔</w:t>
      </w:r>
    </w:p>
    <w:p>
      <w:r>
        <w:rPr>
          <w:b/>
        </w:rPr>
        <w:t xml:space="preserve">[52:01] </w:t>
      </w:r>
      <w:r>
        <w:t>bas yaani is spirit ke aitbar se allah ka, allah tumhara kastr bana hua ho.</w:t>
      </w:r>
    </w:p>
    <w:p>
      <w:pPr>
        <w:jc w:val="right"/>
      </w:pPr>
      <w:r>
        <w:t>بس یعنی اسپرٹ کے اعتبار سے اللہ کا، اللہ تمہارا کثر بنا ہوا ہو۔</w:t>
      </w:r>
    </w:p>
    <w:p>
      <w:r>
        <w:rPr>
          <w:b/>
        </w:rPr>
        <w:t xml:space="preserve">[52:09] </w:t>
      </w:r>
      <w:r>
        <w:t>spirit yaani internal spirit ke aitbar se allah tumhara concern bana hua ho.</w:t>
      </w:r>
    </w:p>
    <w:p>
      <w:pPr>
        <w:jc w:val="right"/>
      </w:pPr>
      <w:r>
        <w:t>اسپرٹ یعنی انٹرنل اسپرٹ کے اعتبار سے اللہ تمہارا کنسرن بنا ہوا ہو۔</w:t>
      </w:r>
    </w:p>
    <w:p>
      <w:r>
        <w:rPr>
          <w:b/>
        </w:rPr>
        <w:t xml:space="preserve">[52:15] </w:t>
      </w:r>
      <w:r>
        <w:t>tum apne aap ko allah ke samne accountable samjho.</w:t>
      </w:r>
    </w:p>
    <w:p>
      <w:pPr>
        <w:jc w:val="right"/>
      </w:pPr>
      <w:r>
        <w:t>تم اپنے آپ کو اللہ کے سامنے اکاؤنٹیبل سمجھو۔</w:t>
      </w:r>
    </w:p>
    <w:p>
      <w:r>
        <w:rPr>
          <w:b/>
        </w:rPr>
        <w:t xml:space="preserve">[52:21] </w:t>
      </w:r>
      <w:r>
        <w:t>accountable. aur doosri baat yeh hai ke jis jis insaan se sabqa pade, chahe</w:t>
      </w:r>
    </w:p>
    <w:p>
      <w:pPr>
        <w:jc w:val="right"/>
      </w:pPr>
      <w:r>
        <w:t>اکاؤنٹیبل۔ اور دوسری بات یہ ہے کہ جس جس انسان سے سابقہ پڑے، چاہے</w:t>
      </w:r>
    </w:p>
    <w:p>
      <w:r>
        <w:rPr>
          <w:b/>
        </w:rPr>
        <w:t xml:space="preserve">[52:28] </w:t>
      </w:r>
      <w:r>
        <w:t>yaani baat cheet ke aitbar se ho ya koi dealing ho, us se kisi nabuwat ka</w:t>
      </w:r>
    </w:p>
    <w:p>
      <w:pPr>
        <w:jc w:val="right"/>
      </w:pPr>
      <w:r>
        <w:t>یعنی بات چیت کے اعتبار سے ہو یا کوئی ڈیلنگ ہو، اس سے کسی نبوت کا</w:t>
      </w:r>
    </w:p>
    <w:p>
      <w:r>
        <w:rPr>
          <w:b/>
        </w:rPr>
        <w:t xml:space="preserve">[52:36] </w:t>
      </w:r>
      <w:r>
        <w:t>taalluq ho, to us mein tum ko is tarah muamla karna chahiye ke tumhara ke woh yaani friendly</w:t>
      </w:r>
    </w:p>
    <w:p>
      <w:pPr>
        <w:jc w:val="right"/>
      </w:pPr>
      <w:r>
        <w:t>تعلق ہو، تو اس میں تم کو اس طرح معاملہ کرنا چاہیے کہ تمہارا کہ وہ یعنی فرینڈلی</w:t>
      </w:r>
    </w:p>
    <w:p>
      <w:r>
        <w:rPr>
          <w:b/>
        </w:rPr>
        <w:t xml:space="preserve">[52:44] </w:t>
      </w:r>
      <w:r>
        <w:t>behavior ke sath,</w:t>
      </w:r>
    </w:p>
    <w:p>
      <w:pPr>
        <w:jc w:val="right"/>
      </w:pPr>
      <w:r>
        <w:t>بیہیویئر کے ساتھ،</w:t>
      </w:r>
    </w:p>
    <w:p>
      <w:r>
        <w:rPr>
          <w:b/>
        </w:rPr>
        <w:t xml:space="preserve">[52:48] </w:t>
      </w:r>
      <w:r>
        <w:t>aakhir bi khuluq hasan logon se mile julo, logon se muamla karo, achhe akhlaq ke sath.</w:t>
      </w:r>
    </w:p>
    <w:p>
      <w:pPr>
        <w:jc w:val="right"/>
      </w:pPr>
      <w:r>
        <w:t>اخر بخلق حسن لوگوں سے ملے جلو، لوگوں سے معاملہ کرو، اچھے اخلاق کے ساتھ۔</w:t>
      </w:r>
    </w:p>
    <w:p>
      <w:r>
        <w:rPr>
          <w:b/>
        </w:rPr>
        <w:t xml:space="preserve">[52:56] </w:t>
      </w:r>
      <w:r>
        <w:t>bas yahi do cheezen agar maujood hain to isi ka naam hai yaani islam in daily life.</w:t>
      </w:r>
    </w:p>
    <w:p>
      <w:pPr>
        <w:jc w:val="right"/>
      </w:pPr>
      <w:r>
        <w:t>بس یہی دو چیزیں اگر موجود ہیں تو اسی کا نام ہے یعنی اسلام ان ڈیلی لائف۔</w:t>
      </w:r>
    </w:p>
    <w:p>
      <w:r>
        <w:rPr>
          <w:b/>
        </w:rPr>
        <w:t xml:space="preserve">[53:04] </w:t>
      </w:r>
      <w:r>
        <w:t>مولانا، اگلا سوال کیا ہے دلی سے مس نغمہ صدیقی نے، اور ان کا سوال ہے کہ "according</w:t>
      </w:r>
    </w:p>
    <w:p>
      <w:pPr>
        <w:jc w:val="right"/>
      </w:pPr>
      <w:r>
        <w:t>مولانا، اگلا سوال کیا ہے دلی سے مس نغمہ صدیقی نے، اور ان کا سوال ہے کہ "اکارڈنگ</w:t>
      </w:r>
    </w:p>
    <w:p>
      <w:r>
        <w:rPr>
          <w:b/>
        </w:rPr>
        <w:t xml:space="preserve">[53:13] </w:t>
      </w:r>
      <w:r>
        <w:t>to you, how can we revive the islamic spirit among muslims?"</w:t>
      </w:r>
    </w:p>
    <w:p>
      <w:pPr>
        <w:jc w:val="right"/>
      </w:pPr>
      <w:r>
        <w:t>ٹو یو، ہاؤ کین وی ریوائیو دی اسلامک سپرٹ امنگ مسلمز؟"</w:t>
      </w:r>
    </w:p>
    <w:p>
      <w:r>
        <w:rPr>
          <w:b/>
        </w:rPr>
        <w:t xml:space="preserve">[53:19] </w:t>
      </w:r>
      <w:r>
        <w:t>main samajhta hoon ke</w:t>
      </w:r>
    </w:p>
    <w:p>
      <w:pPr>
        <w:jc w:val="right"/>
      </w:pPr>
      <w:r>
        <w:t>میں سمجھتا ہوں کہ</w:t>
      </w:r>
    </w:p>
    <w:p>
      <w:r>
        <w:rPr>
          <w:b/>
        </w:rPr>
        <w:t xml:space="preserve">[53:22] </w:t>
      </w:r>
      <w:r>
        <w:t>yeh kehna ke quran ko samajh ke parho,</w:t>
      </w:r>
    </w:p>
    <w:p>
      <w:pPr>
        <w:jc w:val="right"/>
      </w:pPr>
      <w:r>
        <w:t>یہ کہنا کہ قرآن کو سمجھ کے پڑھو،</w:t>
      </w:r>
    </w:p>
    <w:p>
      <w:r>
        <w:rPr>
          <w:b/>
        </w:rPr>
        <w:t xml:space="preserve">[53:26] </w:t>
      </w:r>
      <w:r>
        <w:t>yeh isi se speed revive hogi.</w:t>
      </w:r>
    </w:p>
    <w:p>
      <w:pPr>
        <w:jc w:val="right"/>
      </w:pPr>
      <w:r>
        <w:t>یہ اسی سے اسپیڈ ریوائیو ہوگی۔</w:t>
      </w:r>
    </w:p>
    <w:p>
      <w:r>
        <w:rPr>
          <w:b/>
        </w:rPr>
        <w:t xml:space="preserve">[53:29] </w:t>
      </w:r>
      <w:r>
        <w:t>misalan aik baar mein aik musalman ke sath safar kar raha tha, to woh parhe likhe musalman thay,</w:t>
      </w:r>
    </w:p>
    <w:p>
      <w:pPr>
        <w:jc w:val="right"/>
      </w:pPr>
      <w:r>
        <w:t>مثلاً ایک بار میں ایک مسلمان کے ساتھ سفر کر رہا تھا، تو وہ پڑھے لکھے مسلمان تھے،</w:t>
      </w:r>
    </w:p>
    <w:p>
      <w:r>
        <w:rPr>
          <w:b/>
        </w:rPr>
        <w:t xml:space="preserve">[53:38] </w:t>
      </w:r>
      <w:r>
        <w:t>to un ke paas aik chota sa</w:t>
      </w:r>
    </w:p>
    <w:p>
      <w:pPr>
        <w:jc w:val="right"/>
      </w:pPr>
      <w:r>
        <w:t>تو ان کے پاس ایک چھوٹا سا</w:t>
      </w:r>
    </w:p>
    <w:p>
      <w:r>
        <w:rPr>
          <w:b/>
        </w:rPr>
        <w:t xml:space="preserve">[53:42] </w:t>
      </w:r>
      <w:r>
        <w:t>quran tha, arabi,</w:t>
      </w:r>
    </w:p>
    <w:p>
      <w:pPr>
        <w:jc w:val="right"/>
      </w:pPr>
      <w:r>
        <w:t>قرآن تھا، عربی،</w:t>
      </w:r>
    </w:p>
    <w:p>
      <w:r>
        <w:rPr>
          <w:b/>
        </w:rPr>
        <w:t xml:space="preserve">[53:45] </w:t>
      </w:r>
      <w:r>
        <w:t>to jeeb mein rakhte thay.</w:t>
      </w:r>
    </w:p>
    <w:p>
      <w:pPr>
        <w:jc w:val="right"/>
      </w:pPr>
      <w:r>
        <w:t>تو جیب میں رکھتے تھے۔</w:t>
      </w:r>
    </w:p>
    <w:p>
      <w:r>
        <w:rPr>
          <w:b/>
        </w:rPr>
        <w:t xml:space="preserve">[53:47] </w:t>
      </w:r>
      <w:r>
        <w:t>woh jahan kahin thora sa moqa milta tha, to jeeb mein se nikalte aur likhte, parhne.</w:t>
      </w:r>
    </w:p>
    <w:p>
      <w:pPr>
        <w:jc w:val="right"/>
      </w:pPr>
      <w:r>
        <w:t>وہ جہاں کہیں تھوڑا سا موقع ملتا تھا، تو جیب میں سے نکالتے اور لکھتے، پڑھنے۔</w:t>
      </w:r>
    </w:p>
    <w:p>
      <w:r>
        <w:rPr>
          <w:b/>
        </w:rPr>
        <w:t xml:space="preserve">[53:55] </w:t>
      </w:r>
      <w:r>
        <w:t>to maine un se poocha is ke baray mein, to unhon ne kaha ke main 14 saal</w:t>
      </w:r>
    </w:p>
    <w:p>
      <w:pPr>
        <w:jc w:val="right"/>
      </w:pPr>
      <w:r>
        <w:t>تو میں نے ان سے پوچھا اس کے بارے میں، تو انہوں نے کہا کہ میں 14 سال</w:t>
      </w:r>
    </w:p>
    <w:p>
      <w:r>
        <w:rPr>
          <w:b/>
        </w:rPr>
        <w:t xml:space="preserve">[54:00] </w:t>
      </w:r>
      <w:r>
        <w:t>se aise hi karta hoon.</w:t>
      </w:r>
    </w:p>
    <w:p>
      <w:pPr>
        <w:jc w:val="right"/>
      </w:pPr>
      <w:r>
        <w:t>سے ایسے ہی کرتا ہوں۔</w:t>
      </w:r>
    </w:p>
    <w:p>
      <w:r>
        <w:rPr>
          <w:b/>
        </w:rPr>
        <w:t xml:space="preserve">[54:03] </w:t>
      </w:r>
      <w:r>
        <w:t>mere paas hamesha</w:t>
      </w:r>
    </w:p>
    <w:p>
      <w:pPr>
        <w:jc w:val="right"/>
      </w:pPr>
      <w:r>
        <w:t>میرے پاس ہمیشہ</w:t>
      </w:r>
    </w:p>
    <w:p>
      <w:r>
        <w:rPr>
          <w:b/>
        </w:rPr>
        <w:t xml:space="preserve">[54:05] </w:t>
      </w:r>
      <w:r>
        <w:t>chote size ka aik quran rehta hai, jahan moqa milta hai, parhta rehta hoon.</w:t>
      </w:r>
    </w:p>
    <w:p>
      <w:pPr>
        <w:jc w:val="right"/>
      </w:pPr>
      <w:r>
        <w:t>چھوٹے سائز کا ایک قرآن رہتا ہے، جہاں موقع ملتا ہے، پڑھتا رہتا ہوں۔</w:t>
      </w:r>
    </w:p>
    <w:p>
      <w:r>
        <w:rPr>
          <w:b/>
        </w:rPr>
        <w:t xml:space="preserve">[54:10] </w:t>
      </w:r>
      <w:r>
        <w:t>14 saal se.</w:t>
      </w:r>
    </w:p>
    <w:p>
      <w:pPr>
        <w:jc w:val="right"/>
      </w:pPr>
      <w:r>
        <w:t>14 سال سے۔</w:t>
      </w:r>
    </w:p>
    <w:p>
      <w:r>
        <w:rPr>
          <w:b/>
        </w:rPr>
        <w:t xml:space="preserve">[54:12] </w:t>
      </w:r>
      <w:r>
        <w:t>to maine poocha ke aap quran ka khulasa bataiye,</w:t>
      </w:r>
    </w:p>
    <w:p>
      <w:pPr>
        <w:jc w:val="right"/>
      </w:pPr>
      <w:r>
        <w:t>تو میں نے پوچھا کہ آپ قرآن کا خلاصہ بتائیے،</w:t>
      </w:r>
    </w:p>
    <w:p>
      <w:r>
        <w:rPr>
          <w:b/>
        </w:rPr>
        <w:t xml:space="preserve">[54:18] </w:t>
      </w:r>
      <w:r>
        <w:t>kya paya aap ne?</w:t>
      </w:r>
    </w:p>
    <w:p>
      <w:pPr>
        <w:jc w:val="right"/>
      </w:pPr>
      <w:r>
        <w:t>کیا پایا آپ نے؟</w:t>
      </w:r>
    </w:p>
    <w:p>
      <w:r>
        <w:rPr>
          <w:b/>
        </w:rPr>
        <w:t xml:space="preserve">[54:21] </w:t>
      </w:r>
      <w:r>
        <w:t>to unhon ne kaha ke hum quran parhte hain, samajh ke, sawab ke liye,</w:t>
      </w:r>
    </w:p>
    <w:p>
      <w:pPr>
        <w:jc w:val="right"/>
      </w:pPr>
      <w:r>
        <w:t>تو انہوں نے کہا کہ ہم قرآن پڑھتے ہیں، سمجھ کے، ثواب کے لیے،</w:t>
      </w:r>
    </w:p>
    <w:p>
      <w:r>
        <w:rPr>
          <w:b/>
        </w:rPr>
        <w:t xml:space="preserve">[54:25] </w:t>
      </w:r>
      <w:r>
        <w:t>samajh samajh kar, is ka matlab nikalne ke liye nahi.</w:t>
      </w:r>
    </w:p>
    <w:p>
      <w:pPr>
        <w:jc w:val="right"/>
      </w:pPr>
      <w:r>
        <w:t>سمجھ سمجھ کر، اس کا مطلب نکالنے کے لیے نہیں۔</w:t>
      </w:r>
    </w:p>
    <w:p>
      <w:r>
        <w:rPr>
          <w:b/>
        </w:rPr>
        <w:t xml:space="preserve">[54:29] </w:t>
      </w:r>
      <w:r>
        <w:t>yeh consciously ya unconsciously sab ka tareeqa hai ke quran parhte hain, woh sawab ke liye.</w:t>
      </w:r>
    </w:p>
    <w:p>
      <w:pPr>
        <w:jc w:val="right"/>
      </w:pPr>
      <w:r>
        <w:t>یہ کانشسلی یا انکانشسلی سب کا طریقہ ہے کہ قرآن پڑھتے ہیں، وہ ثواب کے لیے۔</w:t>
      </w:r>
    </w:p>
    <w:p>
      <w:r>
        <w:rPr>
          <w:b/>
        </w:rPr>
        <w:t xml:space="preserve">[54:37] </w:t>
      </w:r>
      <w:r>
        <w:t>yeh nahi ke quran mein kya likha hai, is mein kya message hai, quran hum se kya karne</w:t>
      </w:r>
    </w:p>
    <w:p>
      <w:pPr>
        <w:jc w:val="right"/>
      </w:pPr>
      <w:r>
        <w:t>یہ نہیں کہ قرآن میں کیا لکھا ہے، اس میں کیا میسج ہے، قرآن ہم سے کیا کرنے</w:t>
      </w:r>
    </w:p>
    <w:p>
      <w:r>
        <w:rPr>
          <w:b/>
        </w:rPr>
        <w:t xml:space="preserve">[54:42] </w:t>
      </w:r>
      <w:r>
        <w:t>ko kehta hai, kya na karne ko kehta hai, yeh sab nahi.</w:t>
      </w:r>
    </w:p>
    <w:p>
      <w:pPr>
        <w:jc w:val="right"/>
      </w:pPr>
      <w:r>
        <w:t>کو کہتا ہے، کیا نہ کرنے کو کہتا ہے، یہ سب نہیں۔</w:t>
      </w:r>
    </w:p>
    <w:p>
      <w:r>
        <w:rPr>
          <w:b/>
        </w:rPr>
        <w:t xml:space="preserve">[54:46] </w:t>
      </w:r>
      <w:r>
        <w:t>to main samajhta hoon ke quran,</w:t>
      </w:r>
    </w:p>
    <w:p>
      <w:pPr>
        <w:jc w:val="right"/>
      </w:pPr>
      <w:r>
        <w:t>تو میں سمجھتا ہوں کہ قرآن،</w:t>
      </w:r>
    </w:p>
    <w:p>
      <w:r>
        <w:rPr>
          <w:b/>
        </w:rPr>
        <w:t xml:space="preserve">[54:50] </w:t>
      </w:r>
      <w:r>
        <w:t>main samajhta hoon ke musalmanon ko yeh batana ke quran ko samajh kar parho,</w:t>
      </w:r>
    </w:p>
    <w:p>
      <w:pPr>
        <w:jc w:val="right"/>
      </w:pPr>
      <w:r>
        <w:t>میں سمجھتا ہوں کہ مسلمانوں کو یہ بتانا کہ قرآن کو سمجھ کر پڑھو،</w:t>
      </w:r>
    </w:p>
    <w:p>
      <w:r>
        <w:rPr>
          <w:b/>
        </w:rPr>
        <w:t xml:space="preserve">[54:56] </w:t>
      </w:r>
      <w:r>
        <w:t>is se un ke andar islam</w:t>
      </w:r>
    </w:p>
    <w:p>
      <w:pPr>
        <w:jc w:val="right"/>
      </w:pPr>
      <w:r>
        <w:t>اس سے ان کے اندر اسلام</w:t>
      </w:r>
    </w:p>
    <w:p>
      <w:r>
        <w:rPr>
          <w:b/>
        </w:rPr>
        <w:t xml:space="preserve">[54:59] </w:t>
      </w:r>
      <w:r>
        <w:t>paida hogi. Maulana, agla sawal ifat ahmed ne kiya hai poonay se, aur unhon ne likha hai ke</w:t>
      </w:r>
    </w:p>
    <w:p>
      <w:pPr>
        <w:jc w:val="right"/>
      </w:pPr>
      <w:r>
        <w:t>پیدا ہوگی۔ مولانا، اگلا سوال عفت احمد نے کیا ہے پونے سے، اور انہوں نے لکھا ہے کہ</w:t>
      </w:r>
    </w:p>
    <w:p>
      <w:r>
        <w:rPr>
          <w:b/>
        </w:rPr>
        <w:t xml:space="preserve">[55:08] </w:t>
      </w:r>
      <w:r>
        <w:t>It is said that the four 'quls' given in the Quran were sent down when someone died"</w:t>
      </w:r>
    </w:p>
    <w:p>
      <w:pPr>
        <w:jc w:val="right"/>
      </w:pPr>
      <w:r>
        <w:t>"اٹ از سیڈ دیٹ دی فور کلز گیون ان دا قرآن ورس سینٹ ڈاؤن وین سم ون ڈیڈ</w:t>
      </w:r>
    </w:p>
    <w:p>
      <w:r>
        <w:rPr>
          <w:b/>
        </w:rPr>
        <w:t xml:space="preserve">[55:15] </w:t>
      </w:r>
      <w:r>
        <w:t>black magic in the prophet".</w:t>
      </w:r>
    </w:p>
    <w:p>
      <w:pPr>
        <w:jc w:val="right"/>
      </w:pPr>
      <w:r>
        <w:t>بلیک میجک ان دا پرافٹ"۔</w:t>
      </w:r>
    </w:p>
    <w:p>
      <w:r>
        <w:rPr>
          <w:b/>
        </w:rPr>
        <w:t xml:space="preserve">[55:18] </w:t>
      </w:r>
      <w:r>
        <w:t>is this true</w:t>
      </w:r>
    </w:p>
    <w:p>
      <w:pPr>
        <w:jc w:val="right"/>
      </w:pPr>
      <w:r>
        <w:t>از دس ٹرو</w:t>
      </w:r>
    </w:p>
    <w:p>
      <w:r>
        <w:rPr>
          <w:b/>
        </w:rPr>
        <w:t xml:space="preserve">[55:20] </w:t>
      </w:r>
      <w:r>
        <w:t>? dekhen, aisi riwayat to maujood hai, lekin woh koi authentic baat nahi hai.</w:t>
      </w:r>
    </w:p>
    <w:p>
      <w:pPr>
        <w:jc w:val="right"/>
      </w:pPr>
      <w:r>
        <w:t>؟ دیکھیں، ایسی روایت تو موجود ہے، لیکن وہ کوئی اتھینٹک بات نہیں ہے۔</w:t>
      </w:r>
    </w:p>
    <w:p>
      <w:r>
        <w:rPr>
          <w:b/>
        </w:rPr>
        <w:t xml:space="preserve">[55:27] </w:t>
      </w:r>
      <w:r>
        <w:t>bohat sari riwayatein hain, lakhon ki tadad mein, jo authentic nahi hain.</w:t>
      </w:r>
    </w:p>
    <w:p>
      <w:pPr>
        <w:jc w:val="right"/>
      </w:pPr>
      <w:r>
        <w:t>بہت ساری روایتیں ہیں، لاکھوں کی تعداد میں، جو اتھینٹک نہیں ہیں۔</w:t>
      </w:r>
    </w:p>
    <w:p>
      <w:r>
        <w:rPr>
          <w:b/>
        </w:rPr>
        <w:t xml:space="preserve">[55:33] </w:t>
      </w:r>
      <w:r>
        <w:t>to yeh jo hai, yeh authentic riwayat nahi hai.</w:t>
      </w:r>
    </w:p>
    <w:p>
      <w:pPr>
        <w:jc w:val="right"/>
      </w:pPr>
      <w:r>
        <w:t>تو یہ جو ہے، یہ اتھینٹک روایت نہیں ہے۔</w:t>
      </w:r>
    </w:p>
    <w:p>
      <w:r>
        <w:rPr>
          <w:b/>
        </w:rPr>
        <w:t xml:space="preserve">[55:36] </w:t>
      </w:r>
      <w:r>
        <w:t>woh sab ke liye hai, har haal ke liye hai.</w:t>
      </w:r>
    </w:p>
    <w:p>
      <w:pPr>
        <w:jc w:val="right"/>
      </w:pPr>
      <w:r>
        <w:t>وہ سب کے لیے ہے، ہر حال کے لیے ہے۔</w:t>
      </w:r>
    </w:p>
    <w:p>
      <w:r>
        <w:rPr>
          <w:b/>
        </w:rPr>
        <w:t xml:space="preserve">[55:39] </w:t>
      </w:r>
      <w:r>
        <w:t>aisa nahi ke koi black magic ho to riwayat zaroorat hai.</w:t>
      </w:r>
    </w:p>
    <w:p>
      <w:pPr>
        <w:jc w:val="right"/>
      </w:pPr>
      <w:r>
        <w:t>ایسا نہیں کہ کوئی بلیک میجک ہو تو روایت ضرورت ہے۔</w:t>
      </w:r>
    </w:p>
    <w:p>
      <w:r>
        <w:rPr>
          <w:b/>
        </w:rPr>
        <w:t xml:space="preserve">[55:43] </w:t>
      </w:r>
      <w:r>
        <w:t>har waqt insan shaitan ke jazbe mein hai, har waqt insan</w:t>
      </w:r>
    </w:p>
    <w:p>
      <w:pPr>
        <w:jc w:val="right"/>
      </w:pPr>
      <w:r>
        <w:t>ہر وقت انسان شیطان کے جذبے میں ہے، ہر وقت انسان</w:t>
      </w:r>
    </w:p>
    <w:p>
      <w:r>
        <w:rPr>
          <w:b/>
        </w:rPr>
        <w:t xml:space="preserve">[55:48] </w:t>
      </w:r>
      <w:r>
        <w:t>ko insan ko shaitan ke waswase ka samna hai, har waqt.</w:t>
      </w:r>
    </w:p>
    <w:p>
      <w:pPr>
        <w:jc w:val="right"/>
      </w:pPr>
      <w:r>
        <w:t>کو انسان کو شیطان کے وسوسے کا سامنا ہے، ہر وقت۔</w:t>
      </w:r>
    </w:p>
    <w:p>
      <w:r>
        <w:rPr>
          <w:b/>
        </w:rPr>
        <w:t xml:space="preserve">[55:55] </w:t>
      </w:r>
      <w:r>
        <w:t>to black magic ki baat nahi, yeh daily life ki baat hai.</w:t>
      </w:r>
    </w:p>
    <w:p>
      <w:pPr>
        <w:jc w:val="right"/>
      </w:pPr>
      <w:r>
        <w:t>تو بلیک میجک کی بات نہیں، یہ ڈیلی لائف کی بات ہے۔</w:t>
      </w:r>
    </w:p>
    <w:p>
      <w:r>
        <w:rPr>
          <w:b/>
        </w:rPr>
        <w:t xml:space="preserve">[55:59] </w:t>
      </w:r>
      <w:r>
        <w:t>to woh baat sahi nahi hai, lekin yeh aayatein jo hain,</w:t>
      </w:r>
    </w:p>
    <w:p>
      <w:pPr>
        <w:jc w:val="right"/>
      </w:pPr>
      <w:r>
        <w:t>تو وہ بات صحیح نہیں ہے، لیکن یہ آیتیں جو ہیں،</w:t>
      </w:r>
    </w:p>
    <w:p>
      <w:r>
        <w:rPr>
          <w:b/>
        </w:rPr>
        <w:t xml:space="preserve">[56:05] </w:t>
      </w:r>
      <w:r>
        <w:t>is ke liye utri hain ke hum agar is ko samajh kar parhein to hum shaitan ke waswase</w:t>
      </w:r>
    </w:p>
    <w:p>
      <w:pPr>
        <w:jc w:val="right"/>
      </w:pPr>
      <w:r>
        <w:t>اس کے لیے اتری ہیں کہ ہم اگر اس کو سمجھ کر پڑھیں تو ہم شیطان کے وسوسے</w:t>
      </w:r>
    </w:p>
    <w:p>
      <w:r>
        <w:rPr>
          <w:b/>
        </w:rPr>
        <w:t xml:space="preserve">[56:11] </w:t>
      </w:r>
      <w:r>
        <w:t>se bach bach kar zindagi guzaren ge, inshallah.</w:t>
      </w:r>
    </w:p>
    <w:p>
      <w:pPr>
        <w:jc w:val="right"/>
      </w:pPr>
      <w:r>
        <w:t>سے بچ بچ کر زندگی گزاریں گے، انشاءاللہ۔</w:t>
      </w:r>
    </w:p>
    <w:p>
      <w:r>
        <w:rPr>
          <w:b/>
        </w:rPr>
        <w:t xml:space="preserve">[56:15] </w:t>
      </w:r>
      <w:r>
        <w:t>maulana, agla sawal doctor shark ne kiya hai bangalore se, aur unhon ne aap se poocha hai ke</w:t>
      </w:r>
    </w:p>
    <w:p>
      <w:pPr>
        <w:jc w:val="right"/>
      </w:pPr>
      <w:r>
        <w:t>مولانا، اگلا سوال ڈاکٹر شارک نے کیا ہے بنگلور سے، اور انہوں نے آپ سے پوچھا ہے کہ</w:t>
      </w:r>
    </w:p>
    <w:p>
      <w:r>
        <w:rPr>
          <w:b/>
        </w:rPr>
        <w:t xml:space="preserve">[56:21] </w:t>
      </w:r>
      <w:r>
        <w:t>"How should Muslim countries treat non-Muslims living in their countries?</w:t>
      </w:r>
    </w:p>
    <w:p>
      <w:pPr>
        <w:jc w:val="right"/>
      </w:pPr>
      <w:r>
        <w:t>"ہاؤ شوڈ مسلم کنٹریز ٹریٹ نان مسلمز لیونگ ان دیر کنٹریز؟</w:t>
      </w:r>
    </w:p>
    <w:p>
      <w:r>
        <w:rPr>
          <w:b/>
        </w:rPr>
        <w:t xml:space="preserve">[56:28] </w:t>
      </w:r>
      <w:r>
        <w:t>" what is your guidance to them?</w:t>
      </w:r>
    </w:p>
    <w:p>
      <w:pPr>
        <w:jc w:val="right"/>
      </w:pPr>
      <w:r>
        <w:t>" واٹ از یور گائیڈنس ٹو دیم؟</w:t>
      </w:r>
    </w:p>
    <w:p>
      <w:r>
        <w:rPr>
          <w:b/>
        </w:rPr>
        <w:t xml:space="preserve">[56:31] </w:t>
      </w:r>
      <w:r>
        <w:t>pehlay zamanay mein jo concept tha,</w:t>
      </w:r>
    </w:p>
    <w:p>
      <w:pPr>
        <w:jc w:val="right"/>
      </w:pPr>
      <w:r>
        <w:t>پہلے زمانے میں جو کانسیپٹ تھا،</w:t>
      </w:r>
    </w:p>
    <w:p>
      <w:r>
        <w:rPr>
          <w:b/>
        </w:rPr>
        <w:t xml:space="preserve">[56:34] </w:t>
      </w:r>
      <w:r>
        <w:t>woh tha ke jo muslim country mein jo doosre log hain, woh zimmmi hain, muahida hai, is tarah</w:t>
      </w:r>
    </w:p>
    <w:p>
      <w:pPr>
        <w:jc w:val="right"/>
      </w:pPr>
      <w:r>
        <w:t>وہ تھا کہ جو مسلم کنٹری میں جو دوسرے لوگ ہیں، وہ ذمی ہیں، معاہد ہے، اس طرح</w:t>
      </w:r>
    </w:p>
    <w:p>
      <w:r>
        <w:rPr>
          <w:b/>
        </w:rPr>
        <w:t xml:space="preserve">[56:41] </w:t>
      </w:r>
      <w:r>
        <w:t>ki baatein. main samajhta hoon ke is daur mein yeh nazariya khatam ho chuka hai.</w:t>
      </w:r>
    </w:p>
    <w:p>
      <w:pPr>
        <w:jc w:val="right"/>
      </w:pPr>
      <w:r>
        <w:t>کی باتیں۔ میں سمجھتا ہوں کہ اس دور میں یہ نظریہ ختم ہو چکا ہے۔</w:t>
      </w:r>
    </w:p>
    <w:p>
      <w:r>
        <w:rPr>
          <w:b/>
        </w:rPr>
        <w:t xml:space="preserve">[56:47] </w:t>
      </w:r>
      <w:r>
        <w:t>ab ab yeh</w:t>
      </w:r>
    </w:p>
    <w:p>
      <w:pPr>
        <w:jc w:val="right"/>
      </w:pPr>
      <w:r>
        <w:t>اب اب یہ</w:t>
      </w:r>
    </w:p>
    <w:p>
      <w:r>
        <w:rPr>
          <w:b/>
        </w:rPr>
        <w:t xml:space="preserve">[56:50] </w:t>
      </w:r>
      <w:r>
        <w:t>muslim non muslim ki baat nahi hai.</w:t>
      </w:r>
    </w:p>
    <w:p>
      <w:pPr>
        <w:jc w:val="right"/>
      </w:pPr>
      <w:r>
        <w:t>مسلم نان مسلم کی بات نہیں ہے۔</w:t>
      </w:r>
    </w:p>
    <w:p>
      <w:r>
        <w:rPr>
          <w:b/>
        </w:rPr>
        <w:t xml:space="preserve">[56:52] </w:t>
      </w:r>
      <w:r>
        <w:t>kisi mulk mein jo log hotay hain, wahan ke citizen hain.</w:t>
      </w:r>
    </w:p>
    <w:p>
      <w:pPr>
        <w:jc w:val="right"/>
      </w:pPr>
      <w:r>
        <w:t>کسی ملک میں جو لوگ ہوتے ہیں، وہاں کے سٹیزن ہیں۔</w:t>
      </w:r>
    </w:p>
    <w:p>
      <w:r>
        <w:rPr>
          <w:b/>
        </w:rPr>
        <w:t xml:space="preserve">[56:56] </w:t>
      </w:r>
      <w:r>
        <w:t>ab citizen ki baat hai, equal citizenship sab ko mili hui hai.</w:t>
      </w:r>
    </w:p>
    <w:p>
      <w:pPr>
        <w:jc w:val="right"/>
      </w:pPr>
      <w:r>
        <w:t>اب سٹیزن کی بات ہے، ایکول سٹیزن شپ سب کو ملی ہوئی ہے۔</w:t>
      </w:r>
    </w:p>
    <w:p>
      <w:r>
        <w:rPr>
          <w:b/>
        </w:rPr>
        <w:t xml:space="preserve">[57:00] </w:t>
      </w:r>
      <w:r>
        <w:t>ab yeh categorize karna galat hai ke yeh muslim hai, yeh non muslim hai, yeh zimmmi hai, yeh</w:t>
      </w:r>
    </w:p>
    <w:p>
      <w:pPr>
        <w:jc w:val="right"/>
      </w:pPr>
      <w:r>
        <w:t>اب یہ کیٹیگرائز کرنا غلط ہے کہ یہ مسلم ہے، یہ نان مسلم ہے، یہ ذمی ہے، یہ</w:t>
      </w:r>
    </w:p>
    <w:p>
      <w:r>
        <w:rPr>
          <w:b/>
        </w:rPr>
        <w:t xml:space="preserve">[57:08] </w:t>
      </w:r>
      <w:r>
        <w:t>muslim hai, yeh kafir hai, yeh musalman hai.</w:t>
      </w:r>
    </w:p>
    <w:p>
      <w:pPr>
        <w:jc w:val="right"/>
      </w:pPr>
      <w:r>
        <w:t>مسلم ہے، یہ کافر ہے، یہ مسلمان ہے۔</w:t>
      </w:r>
    </w:p>
    <w:p>
      <w:r>
        <w:rPr>
          <w:b/>
        </w:rPr>
        <w:t xml:space="preserve">[57:11] </w:t>
      </w:r>
      <w:r>
        <w:t>yeh sab yeh categoriser ab khatam ho chuka hai.</w:t>
      </w:r>
    </w:p>
    <w:p>
      <w:pPr>
        <w:jc w:val="right"/>
      </w:pPr>
      <w:r>
        <w:t>یہ سب یہ کیٹیگرائزر اب ختم ہو چکا ہے۔</w:t>
      </w:r>
    </w:p>
    <w:p>
      <w:r>
        <w:rPr>
          <w:b/>
        </w:rPr>
        <w:t xml:space="preserve">[57:15] </w:t>
      </w:r>
      <w:r>
        <w:t>ab hum is ko ikhtiyar nahi kar sakte.</w:t>
      </w:r>
    </w:p>
    <w:p>
      <w:pPr>
        <w:jc w:val="right"/>
      </w:pPr>
      <w:r>
        <w:t>اب ہم اس کو اختیار نہیں کر سکتے۔</w:t>
      </w:r>
    </w:p>
    <w:p>
      <w:r>
        <w:rPr>
          <w:b/>
        </w:rPr>
        <w:t xml:space="preserve">[57:18] </w:t>
      </w:r>
      <w:r>
        <w:t>kisi mulk mein jo aadmi hai, woh equal citizenship ka right is ko hasil hai.</w:t>
      </w:r>
    </w:p>
    <w:p>
      <w:pPr>
        <w:jc w:val="right"/>
      </w:pPr>
      <w:r>
        <w:t>کسی ملک میں جو آدمی ہے، وہ ایکول سٹیزن شپ کا رائٹ اس کو حاصل ہے۔</w:t>
      </w:r>
    </w:p>
    <w:p>
      <w:r>
        <w:rPr>
          <w:b/>
        </w:rPr>
        <w:t xml:space="preserve">[57:26] </w:t>
      </w:r>
      <w:r>
        <w:t>agar citizen nahi hai to immigrant hai.</w:t>
      </w:r>
    </w:p>
    <w:p>
      <w:pPr>
        <w:jc w:val="right"/>
      </w:pPr>
      <w:r>
        <w:t>اگر سٹیزن نہیں ہے تو امیگرنٹ ہے۔</w:t>
      </w:r>
    </w:p>
    <w:p>
      <w:r>
        <w:rPr>
          <w:b/>
        </w:rPr>
        <w:t xml:space="preserve">[57:28] </w:t>
      </w:r>
      <w:r>
        <w:t>woh ya to immigrant hai, ya citizen hai, baqi aur kuch nahi hai.</w:t>
      </w:r>
    </w:p>
    <w:p>
      <w:pPr>
        <w:jc w:val="right"/>
      </w:pPr>
      <w:r>
        <w:t>وہ یا تو امیگرنٹ ہے، یا سٹیزن ہے، باقی اور کچھ نہیں ہے۔</w:t>
      </w:r>
    </w:p>
    <w:p>
      <w:r>
        <w:rPr>
          <w:b/>
        </w:rPr>
        <w:t xml:space="preserve">[57:35] </w:t>
      </w:r>
      <w:r>
        <w:t>to mein samajhta hoon ke jo universal norm hai, usi ko muslim countries ko bhi apnana chahiye.</w:t>
      </w:r>
    </w:p>
    <w:p>
      <w:pPr>
        <w:jc w:val="right"/>
      </w:pPr>
      <w:r>
        <w:t>تو میں سمجھتا ہوں کہ جو یونیورسل نارم ہے، اسی کو مسلم کنٹریز کو بھی اپنانا چاہیے۔</w:t>
      </w:r>
    </w:p>
    <w:p>
      <w:r>
        <w:rPr>
          <w:b/>
        </w:rPr>
        <w:t xml:space="preserve">[57:43] </w:t>
      </w:r>
      <w:r>
        <w:t>koi farq is mein hum nahi kar sakte.</w:t>
      </w:r>
    </w:p>
    <w:p>
      <w:pPr>
        <w:jc w:val="right"/>
      </w:pPr>
      <w:r>
        <w:t>کوئی فرق اس میں ہم نہیں کر سکتے۔</w:t>
      </w:r>
    </w:p>
    <w:p>
      <w:r>
        <w:rPr>
          <w:b/>
        </w:rPr>
        <w:t xml:space="preserve">[57:45] </w:t>
      </w:r>
      <w:r>
        <w:t>فرق کریں گے تو آج کا جو ماڈرن مائنڈ ہے، اس کے لیے وہ وہ اس کو accept</w:t>
      </w:r>
    </w:p>
    <w:p>
      <w:pPr>
        <w:jc w:val="right"/>
      </w:pPr>
      <w:r>
        <w:t>فرق کریں گے تو آج کا جو ماڈرن مائنڈ ہے، اس کے لیے وہ وہ اس کو ایکسیپٹ</w:t>
      </w:r>
    </w:p>
    <w:p>
      <w:r>
        <w:rPr>
          <w:b/>
        </w:rPr>
        <w:t xml:space="preserve">[57:51] </w:t>
      </w:r>
      <w:r>
        <w:t>nahi kar payega.</w:t>
      </w:r>
    </w:p>
    <w:p>
      <w:pPr>
        <w:jc w:val="right"/>
      </w:pPr>
      <w:r>
        <w:t>نہیں کر پائے گا۔</w:t>
      </w:r>
    </w:p>
    <w:p>
      <w:r>
        <w:rPr>
          <w:b/>
        </w:rPr>
        <w:t xml:space="preserve">[57:53] </w:t>
      </w:r>
      <w:r>
        <w:t>maulana, agla sawal chennai se kya hai maulana iqbal umri ne, aur unhone likha hai ke "result</w:t>
      </w:r>
    </w:p>
    <w:p>
      <w:pPr>
        <w:jc w:val="right"/>
      </w:pPr>
      <w:r>
        <w:t>مولانا، اگلا سوال چنئی سے کیا ہے مولانا اقبال عمری نے، اور انہوں نے لکھا ہے کہ "رزلٹ</w:t>
      </w:r>
    </w:p>
    <w:p>
      <w:r>
        <w:rPr>
          <w:b/>
        </w:rPr>
        <w:t xml:space="preserve">[58:01] </w:t>
      </w:r>
      <w:r>
        <w:t>oriented daawa work kiya hai?" maulana, is qism ke sawal log aksar kyun karte hain? is ke baray</w:t>
      </w:r>
    </w:p>
    <w:p>
      <w:pPr>
        <w:jc w:val="right"/>
      </w:pPr>
      <w:r>
        <w:t>اورینٹڈ دعویٰ ورک کیا ہے؟" مولانا، اس قسم کے سوال لوگ اکثر کیوں کرتے ہیں؟ اس کے بارے</w:t>
      </w:r>
    </w:p>
    <w:p>
      <w:r>
        <w:rPr>
          <w:b/>
        </w:rPr>
        <w:t xml:space="preserve">[58:08] </w:t>
      </w:r>
      <w:r>
        <w:t>mein batayen. mein to samajhta hoon ke yahan result ka matlab yeh nahi ke woh islam qabool kar</w:t>
      </w:r>
    </w:p>
    <w:p>
      <w:pPr>
        <w:jc w:val="right"/>
      </w:pPr>
      <w:r>
        <w:t>میں بتائیں۔ میں تو سمجھتا ہوں کہ یہاں رزلٹ کا مطلب یہ نہیں کہ وہ اسلام قبول کر</w:t>
      </w:r>
    </w:p>
    <w:p>
      <w:r>
        <w:rPr>
          <w:b/>
        </w:rPr>
        <w:t xml:space="preserve">[58:13] </w:t>
      </w:r>
      <w:r>
        <w:t>le, yeh matlab nahi.</w:t>
      </w:r>
    </w:p>
    <w:p>
      <w:pPr>
        <w:jc w:val="right"/>
      </w:pPr>
      <w:r>
        <w:t>لے، یہ مطلب نہیں۔</w:t>
      </w:r>
    </w:p>
    <w:p>
      <w:r>
        <w:rPr>
          <w:b/>
        </w:rPr>
        <w:t xml:space="preserve">[58:16] </w:t>
      </w:r>
      <w:r>
        <w:t>balkeh hum ka matlab hum sachay speed ke sath dawat ka kaam karen ke Allah ka hukum hai,</w:t>
      </w:r>
    </w:p>
    <w:p>
      <w:pPr>
        <w:jc w:val="right"/>
      </w:pPr>
      <w:r>
        <w:t>بلکہ ہم کا مطلب ہم سچے اسپیڈ کے ساتھ دعوت کا کام کریں کہ اللہ کا حکم ہے،</w:t>
      </w:r>
    </w:p>
    <w:p>
      <w:r>
        <w:rPr>
          <w:b/>
        </w:rPr>
        <w:t xml:space="preserve">[58:23] </w:t>
      </w:r>
      <w:r>
        <w:t>is liye hum kar rahay hain.</w:t>
      </w:r>
    </w:p>
    <w:p>
      <w:pPr>
        <w:jc w:val="right"/>
      </w:pPr>
      <w:r>
        <w:t>اس لیے ہم کر رہے ہیں۔</w:t>
      </w:r>
    </w:p>
    <w:p>
      <w:r>
        <w:rPr>
          <w:b/>
        </w:rPr>
        <w:t xml:space="preserve">[58:25] </w:t>
      </w:r>
      <w:r>
        <w:t>sachi speed yeh</w:t>
      </w:r>
    </w:p>
    <w:p>
      <w:pPr>
        <w:jc w:val="right"/>
      </w:pPr>
      <w:r>
        <w:t>سچی اسپیڈ یہ</w:t>
      </w:r>
    </w:p>
    <w:p>
      <w:r>
        <w:rPr>
          <w:b/>
        </w:rPr>
        <w:t xml:space="preserve">[58:30] </w:t>
      </w:r>
      <w:r>
        <w:t>koi criterion nahi hai ke woh aadmi maan le ke na maan le, yeh uska apna choice</w:t>
      </w:r>
    </w:p>
    <w:p>
      <w:pPr>
        <w:jc w:val="right"/>
      </w:pPr>
      <w:r>
        <w:t>کوئی کرائٹیرین نہیں ہے کہ وہ آدمی مان لے کہ نہ مان لے، یہ اس کا اپنا چوائس</w:t>
      </w:r>
    </w:p>
    <w:p>
      <w:r>
        <w:rPr>
          <w:b/>
        </w:rPr>
        <w:t xml:space="preserve">[58:35] </w:t>
      </w:r>
      <w:r>
        <w:t>hai. hum us ko dictate nahi kar sakte.</w:t>
      </w:r>
    </w:p>
    <w:p>
      <w:pPr>
        <w:jc w:val="right"/>
      </w:pPr>
      <w:r>
        <w:t>ہے۔ ہم اس کو ڈکٹیٹ نہیں کر سکتے۔</w:t>
      </w:r>
    </w:p>
    <w:p>
      <w:r>
        <w:rPr>
          <w:b/>
        </w:rPr>
        <w:t xml:space="preserve">[58:40] </w:t>
      </w:r>
      <w:r>
        <w:t>humain sirf apnay aap ko dekhte rehna hai ke hum jo kaam kar rahay hain, woh sachi speed</w:t>
      </w:r>
    </w:p>
    <w:p>
      <w:pPr>
        <w:jc w:val="right"/>
      </w:pPr>
      <w:r>
        <w:t>ہمیں صرف اپنے آپ کو دیکھتے رہنا ہے کہ ہم جو کام کر رہے ہیں، وہ سچی اسپیڈ</w:t>
      </w:r>
    </w:p>
    <w:p>
      <w:r>
        <w:rPr>
          <w:b/>
        </w:rPr>
        <w:t xml:space="preserve">[58:45] </w:t>
      </w:r>
      <w:r>
        <w:t>ke sath kar rahay hain</w:t>
      </w:r>
    </w:p>
    <w:p>
      <w:pPr>
        <w:jc w:val="right"/>
      </w:pPr>
      <w:r>
        <w:t>کے ساتھ کر رہے ہیں</w:t>
      </w:r>
    </w:p>
    <w:p>
      <w:r>
        <w:rPr>
          <w:b/>
        </w:rPr>
        <w:t xml:space="preserve">[58:48] </w:t>
      </w:r>
      <w:r>
        <w:t>ya nahi. agar sachi speed ke sath hai to bas wohi result oriented hai.</w:t>
      </w:r>
    </w:p>
    <w:p>
      <w:pPr>
        <w:jc w:val="right"/>
      </w:pPr>
      <w:r>
        <w:t>یا نہیں۔ اگر سچی اسپیڈ کے ساتھ ہے تو بس وہی رزلٹ اوریٹڈ ہے۔</w:t>
      </w:r>
    </w:p>
    <w:p>
      <w:r>
        <w:rPr>
          <w:b/>
        </w:rPr>
        <w:t xml:space="preserve">[58:54] </w:t>
      </w:r>
      <w:r>
        <w:t>maulana, agla sawal thane se aya hai mansoor sardar sahab ne kiya hai, aur unhone likha hai</w:t>
      </w:r>
    </w:p>
    <w:p>
      <w:pPr>
        <w:jc w:val="right"/>
      </w:pPr>
      <w:r>
        <w:t>مولانا، اگلا سوال تھانے سے آیا ہے منصور سردار صاحب نے کیا ہے، اور انہوں نے لکھا ہے</w:t>
      </w:r>
    </w:p>
    <w:p>
      <w:r>
        <w:rPr>
          <w:b/>
        </w:rPr>
        <w:t xml:space="preserve">[59:00] </w:t>
      </w:r>
      <w:r>
        <w:t>ke "maulana, aap ne al risala ke ek issue mein likha hai ke talif e qalb ki koi had nahi,</w:t>
      </w:r>
    </w:p>
    <w:p>
      <w:pPr>
        <w:jc w:val="right"/>
      </w:pPr>
      <w:r>
        <w:t>کہ "مولانا، آپ نے الرسالہ کے ایک ایشو میں لکھا ہے کہ تالیف قلب کی کوئی حد نہیں،</w:t>
      </w:r>
    </w:p>
    <w:p>
      <w:r>
        <w:rPr>
          <w:b/>
        </w:rPr>
        <w:t xml:space="preserve">[59:08] </w:t>
      </w:r>
      <w:r>
        <w:t>to mujhe yeh batayen ke surah al kafiroon kyun nazil hua? kya dono ke darmiyan koi farq hai?" is</w:t>
      </w:r>
    </w:p>
    <w:p>
      <w:pPr>
        <w:jc w:val="right"/>
      </w:pPr>
      <w:r>
        <w:t>تو مجھے یہ بتائیں کہ سورہ الکافرون کیوں نازل ہوا؟ کیا دونوں کے درمیان کوئی فرق ہے؟" اس</w:t>
      </w:r>
    </w:p>
    <w:p>
      <w:r>
        <w:rPr>
          <w:b/>
        </w:rPr>
        <w:t xml:space="preserve">[59:16] </w:t>
      </w:r>
      <w:r>
        <w:t>ko wazeh karen.</w:t>
      </w:r>
    </w:p>
    <w:p>
      <w:pPr>
        <w:jc w:val="right"/>
      </w:pPr>
      <w:r>
        <w:t>کو واضح کریں۔</w:t>
      </w:r>
    </w:p>
    <w:p>
      <w:r>
        <w:rPr>
          <w:b/>
        </w:rPr>
        <w:t xml:space="preserve">[59:18] </w:t>
      </w:r>
      <w:r>
        <w:t>surah al kafiroon se talif e qalb ka koi talluq nahi.</w:t>
      </w:r>
    </w:p>
    <w:p>
      <w:pPr>
        <w:jc w:val="right"/>
      </w:pPr>
      <w:r>
        <w:t>سورہ الکافرون سے تالیف قلب کا کوئی تعلق نہیں۔</w:t>
      </w:r>
    </w:p>
    <w:p>
      <w:r>
        <w:rPr>
          <w:b/>
        </w:rPr>
        <w:t xml:space="preserve">[59:23] </w:t>
      </w:r>
      <w:r>
        <w:t>is mein aisi koi baat to hai nahi.</w:t>
      </w:r>
    </w:p>
    <w:p>
      <w:pPr>
        <w:jc w:val="right"/>
      </w:pPr>
      <w:r>
        <w:t>اس میں ایسی کوئی بات تو ہے نہیں۔</w:t>
      </w:r>
    </w:p>
    <w:p>
      <w:r>
        <w:rPr>
          <w:b/>
        </w:rPr>
        <w:t xml:space="preserve">[59:26] </w:t>
      </w:r>
      <w:r>
        <w:t>talif e qalb karo ya talif e qalb na karo, yeh to is mein kahin hai nahi.</w:t>
      </w:r>
    </w:p>
    <w:p>
      <w:pPr>
        <w:jc w:val="right"/>
      </w:pPr>
      <w:r>
        <w:t>تالیف قلب کرو یا تالیف قلب نہ کرو، یہ تو اس میں کہیں ہے نہیں۔</w:t>
      </w:r>
    </w:p>
    <w:p>
      <w:r>
        <w:rPr>
          <w:b/>
        </w:rPr>
        <w:t xml:space="preserve">[59:32] </w:t>
      </w:r>
      <w:r>
        <w:t>talif e qalb ka masla to surah at tubah mein hai.</w:t>
      </w:r>
    </w:p>
    <w:p>
      <w:pPr>
        <w:jc w:val="right"/>
      </w:pPr>
      <w:r>
        <w:t>تالیف قلب کا مسئلہ تو سورہ التوبہ میں ہے۔</w:t>
      </w:r>
    </w:p>
    <w:p>
      <w:r>
        <w:rPr>
          <w:b/>
        </w:rPr>
        <w:t xml:space="preserve">[59:39] </w:t>
      </w:r>
      <w:r>
        <w:t>to mein nahi samajh saka ke surah al kafiroon se is ka kya talluq hai.</w:t>
      </w:r>
    </w:p>
    <w:p>
      <w:pPr>
        <w:jc w:val="right"/>
      </w:pPr>
      <w:r>
        <w:t>تو میں نہیں سمجھ سکا کہ سورہ الکافرون سے اس کا کیا تعلق ہے۔</w:t>
      </w:r>
    </w:p>
    <w:p>
      <w:r>
        <w:rPr>
          <w:b/>
        </w:rPr>
        <w:t xml:space="preserve">[59:46] </w:t>
      </w:r>
      <w:r>
        <w:t>yeh dawat ka, talif e qalb ka mozu, dawat ka mozu hai, aur woh surah at tubah mein bataya gaya</w:t>
      </w:r>
    </w:p>
    <w:p>
      <w:pPr>
        <w:jc w:val="right"/>
      </w:pPr>
      <w:r>
        <w:t>یہ دعوت کا، تالیف قلب کا موضوع، دعوت کا موضوع ہے، اور وہ سورہ التوبہ میں بتایا گیا</w:t>
      </w:r>
    </w:p>
    <w:p>
      <w:r>
        <w:rPr>
          <w:b/>
        </w:rPr>
        <w:t xml:space="preserve">[59:53] </w:t>
      </w:r>
      <w:r>
        <w:t>hai. Aur yeh fitrat ka qanoon hai.</w:t>
      </w:r>
    </w:p>
    <w:p>
      <w:pPr>
        <w:jc w:val="right"/>
      </w:pPr>
      <w:r>
        <w:t>ہے۔ اور یہ فطرت کا قانون ہے۔</w:t>
      </w:r>
    </w:p>
    <w:p>
      <w:r>
        <w:rPr>
          <w:b/>
        </w:rPr>
        <w:t xml:space="preserve">[59:57] </w:t>
      </w:r>
      <w:r>
        <w:t>Jaise jo business man hotay hain, un ka haq aata hai customer behaviour, customer friendly behaviour.</w:t>
      </w:r>
    </w:p>
    <w:p>
      <w:pPr>
        <w:jc w:val="right"/>
      </w:pPr>
      <w:r>
        <w:t>جیسے جو بزنس مین ہوتے ہیں، ان کا حق آتا ہے کسٹمر بیہیویئر، کسٹمر فرینڈلی بیہیویئر۔</w:t>
      </w:r>
    </w:p>
    <w:p>
      <w:r>
        <w:rPr>
          <w:b/>
        </w:rPr>
        <w:t xml:space="preserve">[1:00:06] </w:t>
      </w:r>
      <w:r>
        <w:t>Yaani business world mein bola jata hai customer friendly behaviour.</w:t>
      </w:r>
    </w:p>
    <w:p>
      <w:pPr>
        <w:jc w:val="right"/>
      </w:pPr>
      <w:r>
        <w:t>یعنی بزنس ورلڈ میں بولا جاتا ہے کسٹمر فرینڈلی بیہیویئر۔</w:t>
      </w:r>
    </w:p>
    <w:p>
      <w:r>
        <w:rPr>
          <w:b/>
        </w:rPr>
        <w:t xml:space="preserve">[1:00:11] </w:t>
      </w:r>
      <w:r>
        <w:t>Yahi to hai talif-e-qalb.</w:t>
      </w:r>
    </w:p>
    <w:p>
      <w:pPr>
        <w:jc w:val="right"/>
      </w:pPr>
      <w:r>
        <w:t>یہی تو ہے تالیف قلب۔</w:t>
      </w:r>
    </w:p>
    <w:p>
      <w:r>
        <w:rPr>
          <w:b/>
        </w:rPr>
        <w:t xml:space="preserve">[1:00:13] </w:t>
      </w:r>
      <w:r>
        <w:t>To talif-e-qalb aik aik aam baat hai, aik laaf nature hai.</w:t>
      </w:r>
    </w:p>
    <w:p>
      <w:pPr>
        <w:jc w:val="right"/>
      </w:pPr>
      <w:r>
        <w:t>تو تالیف قلب ایک ایک عام بات ہے، ایک لاف نیچر ہے۔</w:t>
      </w:r>
    </w:p>
    <w:p>
      <w:r>
        <w:rPr>
          <w:b/>
        </w:rPr>
        <w:t xml:space="preserve">[1:00:17] </w:t>
      </w:r>
      <w:r>
        <w:t>Woh koi mushir cheez nahi hai.</w:t>
      </w:r>
    </w:p>
    <w:p>
      <w:pPr>
        <w:jc w:val="right"/>
      </w:pPr>
      <w:r>
        <w:t>وہ کوئی مشیر چیز نہیں ہے۔</w:t>
      </w:r>
    </w:p>
    <w:p>
      <w:r>
        <w:rPr>
          <w:b/>
        </w:rPr>
        <w:t xml:space="preserve">[1:00:20] </w:t>
      </w:r>
      <w:r>
        <w:t>Jis cheez ko business world mein kehtay hain customer friendly behaviour, wahi daai ke liye hai madu friendly</w:t>
      </w:r>
    </w:p>
    <w:p>
      <w:pPr>
        <w:jc w:val="right"/>
      </w:pPr>
      <w:r>
        <w:t>جس چیز کو بزنس ورلڈ میں کہتے ہیں کسٹمر فرینڈلی بیہیویئر، وہی داعی کے لیے ہے مدو فرینڈلی</w:t>
      </w:r>
    </w:p>
    <w:p>
      <w:r>
        <w:rPr>
          <w:b/>
        </w:rPr>
        <w:t xml:space="preserve">[1:00:28] </w:t>
      </w:r>
      <w:r>
        <w:t>behaviour. Bas madu friendly behaviour ka naam hai talif-e-qalb.</w:t>
      </w:r>
    </w:p>
    <w:p>
      <w:pPr>
        <w:jc w:val="right"/>
      </w:pPr>
      <w:r>
        <w:t>بیہیویئر۔ بس مدو فرینڈلی بیہیویئر کا نام ہے تالیف قلب۔</w:t>
      </w:r>
    </w:p>
    <w:p>
      <w:r>
        <w:rPr>
          <w:b/>
        </w:rPr>
        <w:t xml:space="preserve">[1:00:35] </w:t>
      </w:r>
      <w:r>
        <w:t>Maulana, agla sawal Orissa se hai Dr. Hamid Hussain sahib ka, aur un ka sawal hai: "Many of</w:t>
      </w:r>
    </w:p>
    <w:p>
      <w:pPr>
        <w:jc w:val="right"/>
      </w:pPr>
      <w:r>
        <w:t>مولانا، اگلا سوال اڑیسہ سے ہے ڈاکٹر حامد حسین صاحب کا، اور ان کا سوال ہے: "مینی اف</w:t>
      </w:r>
    </w:p>
    <w:p>
      <w:r>
        <w:rPr>
          <w:b/>
        </w:rPr>
        <w:t xml:space="preserve">[1:00:44] </w:t>
      </w:r>
      <w:r>
        <w:t>aur children are deviating from Islamic faith,</w:t>
      </w:r>
    </w:p>
    <w:p>
      <w:pPr>
        <w:jc w:val="right"/>
      </w:pPr>
      <w:r>
        <w:t>اور چلڈرن ار ڈیویٹنگ فرام اسلامک فیتھ،</w:t>
      </w:r>
    </w:p>
    <w:p>
      <w:r>
        <w:rPr>
          <w:b/>
        </w:rPr>
        <w:t xml:space="preserve">[1:00:49] </w:t>
      </w:r>
      <w:r>
        <w:t>They often react to your arguments and suggestions. How do we bring them to the right path?</w:t>
      </w:r>
    </w:p>
    <w:p>
      <w:pPr>
        <w:jc w:val="right"/>
      </w:pPr>
      <w:r>
        <w:t>They often react to your arguments and suggestions. How do we bring them to the right path?</w:t>
      </w:r>
    </w:p>
    <w:p>
      <w:r>
        <w:rPr>
          <w:b/>
        </w:rPr>
        <w:t xml:space="preserve">[1:00:57] </w:t>
      </w:r>
      <w:r>
        <w:t>? Dekhiye, mera jo experience hai, woh yeh hai ke aam taur par hamare haan ulama ka jo</w:t>
      </w:r>
    </w:p>
    <w:p>
      <w:pPr>
        <w:jc w:val="right"/>
      </w:pPr>
      <w:r>
        <w:t>؟" دیکھیے، میرا جو ایکسپیرینس ہے، وہ یہ ہے کہ عام طور پر ہمارے ہاں علماء کا جو</w:t>
      </w:r>
    </w:p>
    <w:p>
      <w:r>
        <w:rPr>
          <w:b/>
        </w:rPr>
        <w:t xml:space="preserve">[1:01:05] </w:t>
      </w:r>
      <w:r>
        <w:t>Tariqa raha hai, woh do and don't ki zabanen baat kartay rahay hain.</w:t>
      </w:r>
    </w:p>
    <w:p>
      <w:pPr>
        <w:jc w:val="right"/>
      </w:pPr>
      <w:r>
        <w:t>طریقہ رہا ہے، وہ ڈو اینڈ ڈونٹ کی زبانیں بات کرتے رہے ہیں۔</w:t>
      </w:r>
    </w:p>
    <w:p>
      <w:r>
        <w:rPr>
          <w:b/>
        </w:rPr>
        <w:t xml:space="preserve">[1:01:10] </w:t>
      </w:r>
      <w:r>
        <w:t>Yeh karo, woh na karo, yeh na karo, yeh karo, woh na karo.</w:t>
      </w:r>
    </w:p>
    <w:p>
      <w:pPr>
        <w:jc w:val="right"/>
      </w:pPr>
      <w:r>
        <w:t>یہ کرو، وہ نہ کرو، یہ نہ کرو، یہ کرو، وہ نہ کرو۔</w:t>
      </w:r>
    </w:p>
    <w:p>
      <w:r>
        <w:rPr>
          <w:b/>
        </w:rPr>
        <w:t xml:space="preserve">[1:01:15] </w:t>
      </w:r>
      <w:r>
        <w:t>To woh un ki samajh mein nahi aata.</w:t>
      </w:r>
    </w:p>
    <w:p>
      <w:pPr>
        <w:jc w:val="right"/>
      </w:pPr>
      <w:r>
        <w:t>تو وہ ان کی سمجھ میں نہیں آتا۔</w:t>
      </w:r>
    </w:p>
    <w:p>
      <w:r>
        <w:rPr>
          <w:b/>
        </w:rPr>
        <w:t xml:space="preserve">[1:01:17] </w:t>
      </w:r>
      <w:r>
        <w:t>Aaj ka jo youth hai, woh is kay andar to rational thinking hoti hai.</w:t>
      </w:r>
    </w:p>
    <w:p>
      <w:pPr>
        <w:jc w:val="right"/>
      </w:pPr>
      <w:r>
        <w:t>آج کا جو یوتھ ہے، وہ اس کے اندر تو ریشنل تھنکنگ ہوتی ہے۔</w:t>
      </w:r>
    </w:p>
    <w:p>
      <w:r>
        <w:rPr>
          <w:b/>
        </w:rPr>
        <w:t xml:space="preserve">[1:01:23] </w:t>
      </w:r>
      <w:r>
        <w:t>جس آدمی کے اندر ریشنل تھنکنگ ہے، وہ do and don't کی زبان اس کے سامنے آتی نہیں۔</w:t>
      </w:r>
    </w:p>
    <w:p>
      <w:pPr>
        <w:jc w:val="right"/>
      </w:pPr>
      <w:r>
        <w:t>جس آدمی کے اندر ریشنل تھنکنگ ہے، وہ ڈو اور ڈونٹ کی زبان اس کے سامنے آتی نہیں۔</w:t>
      </w:r>
    </w:p>
    <w:p>
      <w:r>
        <w:rPr>
          <w:b/>
        </w:rPr>
        <w:t xml:space="preserve">[1:01:31] </w:t>
      </w:r>
      <w:r>
        <w:t>To yeh sach poochain to language gap ka muamla hai.</w:t>
      </w:r>
    </w:p>
    <w:p>
      <w:pPr>
        <w:jc w:val="right"/>
      </w:pPr>
      <w:r>
        <w:t>تو یہ سچ پوچھیں تو لینگویج گیپ کا معاملہ ہے۔</w:t>
      </w:r>
    </w:p>
    <w:p>
      <w:r>
        <w:rPr>
          <w:b/>
        </w:rPr>
        <w:t xml:space="preserve">[1:01:35] </w:t>
      </w:r>
      <w:r>
        <w:t>Aaj ka jo daai hai, agar woh bolay ga woh zaban jo pehlay chalti thi, to is aaj</w:t>
      </w:r>
    </w:p>
    <w:p>
      <w:pPr>
        <w:jc w:val="right"/>
      </w:pPr>
      <w:r>
        <w:t>آج کا جو داعی ہے، اگر وہ بولے گا وہ زبان جو پہلے چلتی تھی، تو اس آج</w:t>
      </w:r>
    </w:p>
    <w:p>
      <w:r>
        <w:rPr>
          <w:b/>
        </w:rPr>
        <w:t xml:space="preserve">[1:01:41] </w:t>
      </w:r>
      <w:r>
        <w:t>ka insaan samajh mein nahi aye ga.</w:t>
      </w:r>
    </w:p>
    <w:p>
      <w:pPr>
        <w:jc w:val="right"/>
      </w:pPr>
      <w:r>
        <w:t>کا انسان سمجھ میں نہیں آئے گا۔</w:t>
      </w:r>
    </w:p>
    <w:p>
      <w:r>
        <w:rPr>
          <w:b/>
        </w:rPr>
        <w:t xml:space="preserve">[1:01:43] </w:t>
      </w:r>
      <w:r>
        <w:t>Is ko aap national language in ko</w:t>
      </w:r>
    </w:p>
    <w:p>
      <w:pPr>
        <w:jc w:val="right"/>
      </w:pPr>
      <w:r>
        <w:t>اس کو آپ نیشنل لینگویج ان کو</w:t>
      </w:r>
    </w:p>
    <w:p>
      <w:r>
        <w:rPr>
          <w:b/>
        </w:rPr>
        <w:t xml:space="preserve">[1:01:48] </w:t>
      </w:r>
      <w:r>
        <w:t>batayiye. Baton ko</w:t>
      </w:r>
    </w:p>
    <w:p>
      <w:pPr>
        <w:jc w:val="right"/>
      </w:pPr>
      <w:r>
        <w:t>بتائیے۔ باتوں کو</w:t>
      </w:r>
    </w:p>
    <w:p>
      <w:r>
        <w:rPr>
          <w:b/>
        </w:rPr>
        <w:t xml:space="preserve">[1:01:50] </w:t>
      </w:r>
      <w:r>
        <w:t>Dekhein, Quran mein aik ayat hai ke: "Kul fil fasal qaul baligha,</w:t>
      </w:r>
    </w:p>
    <w:p>
      <w:pPr>
        <w:jc w:val="right"/>
      </w:pPr>
      <w:r>
        <w:t>دیکھیں، قرآن میں ایک آیت ہے کہ: "کل فی الفصل قول بلیغہ،</w:t>
      </w:r>
    </w:p>
    <w:p>
      <w:r>
        <w:rPr>
          <w:b/>
        </w:rPr>
        <w:t xml:space="preserve">[1:01:59] </w:t>
      </w:r>
      <w:r>
        <w:t>Kul fil fasal qaul baligha".</w:t>
      </w:r>
    </w:p>
    <w:p>
      <w:pPr>
        <w:jc w:val="right"/>
      </w:pPr>
      <w:r>
        <w:t>کل فی الفصل قول بلیغہ"۔</w:t>
      </w:r>
    </w:p>
    <w:p>
      <w:r>
        <w:rPr>
          <w:b/>
        </w:rPr>
        <w:t xml:space="preserve">[1:02:01] </w:t>
      </w:r>
      <w:r>
        <w:t>یعنی ایسی زبان میں بات کرو جو ان کے دل کو ایڈریس کرنے والی ہو، ان کے mind</w:t>
      </w:r>
    </w:p>
    <w:p>
      <w:pPr>
        <w:jc w:val="right"/>
      </w:pPr>
      <w:r>
        <w:t>یعنی ایسی زبان میں بات کرو جو ان کے دل کو ایڈریس کرنے والی ہو، ان کے مائنڈ</w:t>
      </w:r>
    </w:p>
    <w:p>
      <w:r>
        <w:rPr>
          <w:b/>
        </w:rPr>
        <w:t xml:space="preserve">[1:02:08] </w:t>
      </w:r>
      <w:r>
        <w:t>Ko address karnay wali ho.</w:t>
      </w:r>
    </w:p>
    <w:p>
      <w:pPr>
        <w:jc w:val="right"/>
      </w:pPr>
      <w:r>
        <w:t>کو ایڈریس کرنے والی ہو۔</w:t>
      </w:r>
    </w:p>
    <w:p>
      <w:r>
        <w:rPr>
          <w:b/>
        </w:rPr>
        <w:t xml:space="preserve">[1:02:11] </w:t>
      </w:r>
      <w:r>
        <w:t>Qaul baligh ke maani hain mind ko address karnay wala kalam.</w:t>
      </w:r>
    </w:p>
    <w:p>
      <w:pPr>
        <w:jc w:val="right"/>
      </w:pPr>
      <w:r>
        <w:t>قول بلیغ کے معنی ہیں مائنڈ کو ایڈریس کرنے والا کلام۔</w:t>
      </w:r>
    </w:p>
    <w:p>
      <w:r>
        <w:rPr>
          <w:b/>
        </w:rPr>
        <w:t xml:space="preserve">[1:02:16] </w:t>
      </w:r>
      <w:r>
        <w:t>To main samajhta hoon ke mera tajruba to yahi hai ke jab hum aisay zaban mein baat karein</w:t>
      </w:r>
    </w:p>
    <w:p>
      <w:pPr>
        <w:jc w:val="right"/>
      </w:pPr>
      <w:r>
        <w:t>تو میں سمجھتا ہوں کہ میرا تجربہ تو یہی ہے کہ جب ہم ایسے زبان میں بات کریں</w:t>
      </w:r>
    </w:p>
    <w:p>
      <w:r>
        <w:rPr>
          <w:b/>
        </w:rPr>
        <w:t xml:space="preserve">[1:02:22] </w:t>
      </w:r>
      <w:r>
        <w:t>جو ان کے mind کو address کرے، تو وہ بہت توجہ سے سنتے ہیں اور اس کو importance</w:t>
      </w:r>
    </w:p>
    <w:p>
      <w:pPr>
        <w:jc w:val="right"/>
      </w:pPr>
      <w:r>
        <w:t>جو ان کے مائنڈ کو ایڈریس کرے، تو وہ بہت توجہ سے سنتے ہیں اور اس کو امپورٹنس</w:t>
      </w:r>
    </w:p>
    <w:p>
      <w:r>
        <w:rPr>
          <w:b/>
        </w:rPr>
        <w:t xml:space="preserve">[1:02:29] </w:t>
      </w:r>
      <w:r>
        <w:t>detay hain. To agar hum woh zaban bolain,</w:t>
      </w:r>
    </w:p>
    <w:p>
      <w:pPr>
        <w:jc w:val="right"/>
      </w:pPr>
      <w:r>
        <w:t>دیتے ہیں۔ تو اگر ہم وہ زبان بولیں،</w:t>
      </w:r>
    </w:p>
    <w:p>
      <w:r>
        <w:rPr>
          <w:b/>
        </w:rPr>
        <w:t xml:space="preserve">[1:02:34] </w:t>
      </w:r>
      <w:r>
        <w:t>ڈو اور ڈونٹ والی زبان، تو ان کا mind کو ایڈریس نہیں کرے گا، تو وہ react</w:t>
      </w:r>
    </w:p>
    <w:p>
      <w:pPr>
        <w:jc w:val="right"/>
      </w:pPr>
      <w:r>
        <w:t>ڈو اور ڈونٹ والی زبان، تو ان کا مائنڈ کو ایڈریس نہیں کرے گا، تو وہ ری ایکٹ</w:t>
      </w:r>
    </w:p>
    <w:p>
      <w:r>
        <w:rPr>
          <w:b/>
        </w:rPr>
        <w:t xml:space="preserve">[1:02:38] </w:t>
      </w:r>
      <w:r>
        <w:t>karenge to yeh masla sirf yani mindset ka hai na ke</w:t>
      </w:r>
    </w:p>
    <w:p>
      <w:pPr>
        <w:jc w:val="right"/>
      </w:pPr>
      <w:r>
        <w:t>کریں گے۔ تو یہ مسئلہ صرف یعنی مائنڈ سیٹ کا ہے، نہ کہ</w:t>
      </w:r>
    </w:p>
    <w:p>
      <w:r>
        <w:rPr>
          <w:b/>
        </w:rPr>
        <w:t xml:space="preserve">[1:02:47] </w:t>
      </w:r>
      <w:r>
        <w:t>inkar ka case nahi hai</w:t>
      </w:r>
    </w:p>
    <w:p>
      <w:pPr>
        <w:jc w:val="right"/>
      </w:pPr>
      <w:r>
        <w:t>انکار کا کیس نہیں ہے۔</w:t>
      </w:r>
    </w:p>
    <w:p>
      <w:r>
        <w:rPr>
          <w:b/>
        </w:rPr>
        <w:t xml:space="preserve">[1:02:48] </w:t>
      </w:r>
      <w:r>
        <w:t>molana agla sawal</w:t>
      </w:r>
    </w:p>
    <w:p>
      <w:pPr>
        <w:jc w:val="right"/>
      </w:pPr>
      <w:r>
        <w:t>مولانا، اگلا سوال</w:t>
      </w:r>
    </w:p>
    <w:p>
      <w:r>
        <w:rPr>
          <w:b/>
        </w:rPr>
        <w:t xml:space="preserve">[1:02:51] </w:t>
      </w:r>
      <w:r>
        <w:t>سری نگر سے مس کروتولین کا ہے، اور انہوں نے لکھا ہے کہ: "مولانا, have you seen many Muslims</w:t>
      </w:r>
    </w:p>
    <w:p>
      <w:pPr>
        <w:jc w:val="right"/>
      </w:pPr>
      <w:r>
        <w:t>سری نگر سے مس کروتولین کا ہے، اور انہوں نے لکھا ہے کہ: "مولانا ہیو سین مینی مسلمز</w:t>
      </w:r>
    </w:p>
    <w:p>
      <w:r>
        <w:rPr>
          <w:b/>
        </w:rPr>
        <w:t xml:space="preserve">[1:03:00] </w:t>
      </w:r>
      <w:r>
        <w:t>ho have ideological aur political differences</w:t>
      </w:r>
    </w:p>
    <w:p>
      <w:pPr>
        <w:jc w:val="right"/>
      </w:pPr>
      <w:r>
        <w:t>ہو ہیو ائیڈیالوجیکل اور پولیٹیکل ڈفرنسز</w:t>
      </w:r>
    </w:p>
    <w:p>
      <w:r>
        <w:rPr>
          <w:b/>
        </w:rPr>
        <w:t xml:space="preserve">[1:03:04] </w:t>
      </w:r>
      <w:r>
        <w:t>with someone who has passed away, and they use accusing and abusive language for that person who</w:t>
      </w:r>
    </w:p>
    <w:p>
      <w:pPr>
        <w:jc w:val="right"/>
      </w:pPr>
      <w:r>
        <w:t>ود سم ون ہو ہیز پاسڈ اوے، اینڈ دے یوز ایکوزنگ اینڈ ابیوزو لینگویج فار دیٹ پرسن ہو</w:t>
      </w:r>
    </w:p>
    <w:p>
      <w:r>
        <w:rPr>
          <w:b/>
        </w:rPr>
        <w:t xml:space="preserve">[1:03:11] </w:t>
      </w:r>
      <w:r>
        <w:t>has died. They pronounce the judgment that God will cast him to hell, and while doing so they</w:t>
      </w:r>
    </w:p>
    <w:p>
      <w:pPr>
        <w:jc w:val="right"/>
      </w:pPr>
      <w:r>
        <w:t>ہیز ڈائیڈ۔ دے پروناؤنس دا ججمنٹ دیٹ گاڈ ویل کاسٹ ہم ٹو ہیل، اینڈ وائل ڈوئنگ سو دے</w:t>
      </w:r>
    </w:p>
    <w:p>
      <w:r>
        <w:rPr>
          <w:b/>
        </w:rPr>
        <w:t xml:space="preserve">[1:03:19] </w:t>
      </w:r>
      <w:r>
        <w:t>justify it by quoting religion."</w:t>
      </w:r>
    </w:p>
    <w:p>
      <w:pPr>
        <w:jc w:val="right"/>
      </w:pPr>
      <w:r>
        <w:t>جسٹیفائی اٹ بائی کوٹنگ ریلیجن۔"</w:t>
      </w:r>
    </w:p>
    <w:p>
      <w:r>
        <w:rPr>
          <w:b/>
        </w:rPr>
        <w:t xml:space="preserve">[1:03:22] </w:t>
      </w:r>
      <w:r>
        <w:t>مولانا، what would be your advice to such people?</w:t>
      </w:r>
    </w:p>
    <w:p>
      <w:pPr>
        <w:jc w:val="right"/>
      </w:pPr>
      <w:r>
        <w:t>مولانا، واٹ وڈ بی یور ایڈوائس ٹو سچ پیپل؟</w:t>
      </w:r>
    </w:p>
    <w:p>
      <w:r>
        <w:rPr>
          <w:b/>
        </w:rPr>
        <w:t xml:space="preserve">[1:03:26] </w:t>
      </w:r>
      <w:r>
        <w:t>dekhen yeh to koi islam mein hai nahi</w:t>
      </w:r>
    </w:p>
    <w:p>
      <w:pPr>
        <w:jc w:val="right"/>
      </w:pPr>
      <w:r>
        <w:t>دیکھیں، یہ تو کوئی اسلام میں ہے نہیں۔</w:t>
      </w:r>
    </w:p>
    <w:p>
      <w:r>
        <w:rPr>
          <w:b/>
        </w:rPr>
        <w:t xml:space="preserve">[1:03:28] </w:t>
      </w:r>
      <w:r>
        <w:t>sahaba ne kabhi aisa kiya nahi</w:t>
      </w:r>
    </w:p>
    <w:p>
      <w:pPr>
        <w:jc w:val="right"/>
      </w:pPr>
      <w:r>
        <w:t>صحابہ نے کبھی ایسا کیا نہیں۔</w:t>
      </w:r>
    </w:p>
    <w:p>
      <w:r>
        <w:rPr>
          <w:b/>
        </w:rPr>
        <w:t xml:space="preserve">[1:03:33] </w:t>
      </w:r>
      <w:r>
        <w:t>sahaba ne aisa nahi kiya</w:t>
      </w:r>
    </w:p>
    <w:p>
      <w:pPr>
        <w:jc w:val="right"/>
      </w:pPr>
      <w:r>
        <w:t>صحابہ نے ایسا نہیں کیا۔</w:t>
      </w:r>
    </w:p>
    <w:p>
      <w:r>
        <w:rPr>
          <w:b/>
        </w:rPr>
        <w:t xml:space="preserve">[1:03:34] </w:t>
      </w:r>
      <w:r>
        <w:t>jo zinda log hain argument unke samne work karta hai</w:t>
      </w:r>
    </w:p>
    <w:p>
      <w:pPr>
        <w:jc w:val="right"/>
      </w:pPr>
      <w:r>
        <w:t>جو زندہ لوگ ہیں، ارگیومنٹ ان کے سامنے ورک کرتا ہے۔</w:t>
      </w:r>
    </w:p>
    <w:p>
      <w:r>
        <w:rPr>
          <w:b/>
        </w:rPr>
        <w:t xml:space="preserve">[1:03:38] </w:t>
      </w:r>
      <w:r>
        <w:t>jo jo log mar gaye unka argument kya wo to sunne ke liye maujood nahi hai</w:t>
      </w:r>
    </w:p>
    <w:p>
      <w:pPr>
        <w:jc w:val="right"/>
      </w:pPr>
      <w:r>
        <w:t>جو جو لوگ مر گئے، ان کا ارگیومنٹ کیا؟ وہ تو سننے کے لیے موجود نہیں ہے۔</w:t>
      </w:r>
    </w:p>
    <w:p>
      <w:r>
        <w:rPr>
          <w:b/>
        </w:rPr>
        <w:t xml:space="preserve">[1:03:44] </w:t>
      </w:r>
      <w:r>
        <w:t>agar koi unke khayalat se mutasir hai aur unki baton ko kehta hai ke yeh sahi</w:t>
      </w:r>
    </w:p>
    <w:p>
      <w:pPr>
        <w:jc w:val="right"/>
      </w:pPr>
      <w:r>
        <w:t>اگر کوئی ان کے خیالات سے متاثر ہے اور ان کی باتوں کو کہتا ہے کہ یہ صحیح</w:t>
      </w:r>
    </w:p>
    <w:p>
      <w:r>
        <w:rPr>
          <w:b/>
        </w:rPr>
        <w:t xml:space="preserve">[1:03:50] </w:t>
      </w:r>
      <w:r>
        <w:t>بات ہے، تو آج جو انسان ہے، اس کے mind کو address کرنے کے لیے آپ اس کو</w:t>
      </w:r>
    </w:p>
    <w:p>
      <w:pPr>
        <w:jc w:val="right"/>
      </w:pPr>
      <w:r>
        <w:t>بات ہے، تو آج جو انسان ہے، اس کے مائنڈ کو ایڈریس کرنے کے لیے آپ اس کو</w:t>
      </w:r>
    </w:p>
    <w:p>
      <w:r>
        <w:rPr>
          <w:b/>
        </w:rPr>
        <w:t xml:space="preserve">[1:03:56] </w:t>
      </w:r>
      <w:r>
        <w:t>iska analysis kar sakte hain</w:t>
      </w:r>
    </w:p>
    <w:p>
      <w:pPr>
        <w:jc w:val="right"/>
      </w:pPr>
      <w:r>
        <w:t>اس کا انالیسز کر سکتے ہیں۔</w:t>
      </w:r>
    </w:p>
    <w:p>
      <w:r>
        <w:rPr>
          <w:b/>
        </w:rPr>
        <w:t xml:space="preserve">[1:03:58] </w:t>
      </w:r>
      <w:r>
        <w:t>lekin jo chala gaya wo chala gaya</w:t>
      </w:r>
    </w:p>
    <w:p>
      <w:pPr>
        <w:jc w:val="right"/>
      </w:pPr>
      <w:r>
        <w:t>لیکن جو چلا گیا، وہ چلا گیا۔</w:t>
      </w:r>
    </w:p>
    <w:p>
      <w:r>
        <w:rPr>
          <w:b/>
        </w:rPr>
        <w:t xml:space="preserve">[1:04:01] </w:t>
      </w:r>
      <w:r>
        <w:t>jo chala gaya usko</w:t>
      </w:r>
    </w:p>
    <w:p>
      <w:pPr>
        <w:jc w:val="right"/>
      </w:pPr>
      <w:r>
        <w:t>جو چلا گیا، اس کو</w:t>
      </w:r>
    </w:p>
    <w:p>
      <w:r>
        <w:rPr>
          <w:b/>
        </w:rPr>
        <w:t xml:space="preserve">[1:04:05] </w:t>
      </w:r>
      <w:r>
        <w:t>usko is se kya faida</w:t>
      </w:r>
    </w:p>
    <w:p>
      <w:pPr>
        <w:jc w:val="right"/>
      </w:pPr>
      <w:r>
        <w:t>اس کو اس سے کیا فائدہ؟</w:t>
      </w:r>
    </w:p>
    <w:p>
      <w:r>
        <w:rPr>
          <w:b/>
        </w:rPr>
        <w:t xml:space="preserve">[1:04:07] </w:t>
      </w:r>
      <w:r>
        <w:t>par hadith mein yeh hai ke jo log mar gaye unko bura bhala na kaho</w:t>
      </w:r>
    </w:p>
    <w:p>
      <w:pPr>
        <w:jc w:val="right"/>
      </w:pPr>
      <w:r>
        <w:t>پر حدیث میں یہ ہے کہ جو لوگ مر گئے، ان کو برا بھلا نہ کہو۔</w:t>
      </w:r>
    </w:p>
    <w:p>
      <w:r>
        <w:rPr>
          <w:b/>
        </w:rPr>
        <w:t xml:space="preserve">[1:04:14] </w:t>
      </w:r>
      <w:r>
        <w:t>to dekhen do baaten alag alag hain</w:t>
      </w:r>
    </w:p>
    <w:p>
      <w:pPr>
        <w:jc w:val="right"/>
      </w:pPr>
      <w:r>
        <w:t>تو دیکھیں، دو باتیں الگ الگ ہیں۔</w:t>
      </w:r>
    </w:p>
    <w:p>
      <w:r>
        <w:rPr>
          <w:b/>
        </w:rPr>
        <w:t xml:space="preserve">[1:04:17] </w:t>
      </w:r>
      <w:r>
        <w:t>ek hai jo mar gaye jo sunne ke liye maujood nahi hain unko bura bhala kehna</w:t>
      </w:r>
    </w:p>
    <w:p>
      <w:pPr>
        <w:jc w:val="right"/>
      </w:pPr>
      <w:r>
        <w:t>ایک ہے جو مر گئے، جو سننے کے لیے موجود نہیں ہیں، ان کو برا بھلا کہنا۔</w:t>
      </w:r>
    </w:p>
    <w:p>
      <w:r>
        <w:rPr>
          <w:b/>
        </w:rPr>
        <w:t xml:space="preserve">[1:04:24] </w:t>
      </w:r>
      <w:r>
        <w:t>aur doosri baat yeh hai ke unhone kitab likhi thi</w:t>
      </w:r>
    </w:p>
    <w:p>
      <w:pPr>
        <w:jc w:val="right"/>
      </w:pPr>
      <w:r>
        <w:t>اور دوسری بات یہ ہے کہ انہوں نے کتاب لکھی تھی،</w:t>
      </w:r>
    </w:p>
    <w:p>
      <w:r>
        <w:rPr>
          <w:b/>
        </w:rPr>
        <w:t xml:space="preserve">[1:04:28] </w:t>
      </w:r>
      <w:r>
        <w:t>unke khayalat abhi bhi libraryon mein maujood hain</w:t>
      </w:r>
    </w:p>
    <w:p>
      <w:pPr>
        <w:jc w:val="right"/>
      </w:pPr>
      <w:r>
        <w:t>ان کے خیالات ابھی بھی لائبریریوں میں موجود ہیں۔</w:t>
      </w:r>
    </w:p>
    <w:p>
      <w:r>
        <w:rPr>
          <w:b/>
        </w:rPr>
        <w:t xml:space="preserve">[1:04:32] </w:t>
      </w:r>
      <w:r>
        <w:t>isko padh kar koi is se</w:t>
      </w:r>
    </w:p>
    <w:p>
      <w:pPr>
        <w:jc w:val="right"/>
      </w:pPr>
      <w:r>
        <w:t>اس کو پڑھ کر کوئی اس سے</w:t>
      </w:r>
    </w:p>
    <w:p>
      <w:r>
        <w:rPr>
          <w:b/>
        </w:rPr>
        <w:t xml:space="preserve">[1:04:36] </w:t>
      </w:r>
      <w:r>
        <w:t>yani influence ho jata hai mutasir ho jata hai</w:t>
      </w:r>
    </w:p>
    <w:p>
      <w:pPr>
        <w:jc w:val="right"/>
      </w:pPr>
      <w:r>
        <w:t>یعنی انفلوئنس ہو جاتا ہے، متاثر ہو جاتا ہے۔</w:t>
      </w:r>
    </w:p>
    <w:p>
      <w:r>
        <w:rPr>
          <w:b/>
        </w:rPr>
        <w:t xml:space="preserve">[1:04:40] </w:t>
      </w:r>
      <w:r>
        <w:t>to jo aaj zinda insan maujood hai uske samne unke khayalat ka tajziya karna</w:t>
      </w:r>
    </w:p>
    <w:p>
      <w:pPr>
        <w:jc w:val="right"/>
      </w:pPr>
      <w:r>
        <w:t>تو جو آج زندہ انسان موجود ہے، اس کے سامنے ان کے خیالات کا تجزیہ کرنا</w:t>
      </w:r>
    </w:p>
    <w:p>
      <w:r>
        <w:rPr>
          <w:b/>
        </w:rPr>
        <w:t xml:space="preserve">[1:04:47] </w:t>
      </w:r>
      <w:r>
        <w:t>to mare hue logon ko bura bhala kehne se koi faida nahi</w:t>
      </w:r>
    </w:p>
    <w:p>
      <w:pPr>
        <w:jc w:val="right"/>
      </w:pPr>
      <w:r>
        <w:t>تو مرے ہوئے لوگوں کو برا بھلا کہنے سے کوئی فائدہ نہیں۔</w:t>
      </w:r>
    </w:p>
    <w:p>
      <w:r>
        <w:rPr>
          <w:b/>
        </w:rPr>
        <w:t xml:space="preserve">[1:04:50] </w:t>
      </w:r>
      <w:r>
        <w:t>lekin zinda aadmi jo iske baaton se asar le kar isi ki dohra raha hai to is</w:t>
      </w:r>
    </w:p>
    <w:p>
      <w:pPr>
        <w:jc w:val="right"/>
      </w:pPr>
      <w:r>
        <w:t>لیکن زندہ آدمی جو اس کے باتوں سے اثر لے کر اسی کی دہرا رہا ہے، تو اس</w:t>
      </w:r>
    </w:p>
    <w:p>
      <w:r>
        <w:rPr>
          <w:b/>
        </w:rPr>
        <w:t xml:space="preserve">[1:04:56] </w:t>
      </w:r>
      <w:r>
        <w:t>ko to batana padega</w:t>
      </w:r>
    </w:p>
    <w:p>
      <w:pPr>
        <w:jc w:val="right"/>
      </w:pPr>
      <w:r>
        <w:t>کو تو بتانا پڑے گا۔</w:t>
      </w:r>
    </w:p>
    <w:p>
      <w:r>
        <w:rPr>
          <w:b/>
        </w:rPr>
        <w:t xml:space="preserve">[1:05:00] </w:t>
      </w:r>
      <w:r>
        <w:t>is ko batana pare ga.</w:t>
      </w:r>
    </w:p>
    <w:p>
      <w:pPr>
        <w:jc w:val="right"/>
      </w:pPr>
      <w:r>
        <w:t>اس کو بتانا پڑے گا۔</w:t>
      </w:r>
    </w:p>
    <w:p>
      <w:r>
        <w:rPr>
          <w:b/>
        </w:rPr>
        <w:t xml:space="preserve">[1:05:01] </w:t>
      </w:r>
      <w:r>
        <w:t>la tusub al-amwat, yeh hadith hai: "la tusub al-amwat".</w:t>
      </w:r>
    </w:p>
    <w:p>
      <w:pPr>
        <w:jc w:val="right"/>
      </w:pPr>
      <w:r>
        <w:t>لا تصب الاموات، یہ حدیث ہے: "لا تصب الاموات"۔</w:t>
      </w:r>
    </w:p>
    <w:p>
      <w:r>
        <w:rPr>
          <w:b/>
        </w:rPr>
        <w:t xml:space="preserve">[1:05:07] </w:t>
      </w:r>
      <w:r>
        <w:t>tusub ya sub ka matlab to gaali dena, yani bura kehna.</w:t>
      </w:r>
    </w:p>
    <w:p>
      <w:pPr>
        <w:jc w:val="right"/>
      </w:pPr>
      <w:r>
        <w:t>تصب یا صب کا معنی تو گالی دینا، یعنی برا کہنا۔</w:t>
      </w:r>
    </w:p>
    <w:p>
      <w:r>
        <w:rPr>
          <w:b/>
        </w:rPr>
        <w:t xml:space="preserve">[1:05:11] </w:t>
      </w:r>
      <w:r>
        <w:t>maray maray huway logon ko bura na kaho.</w:t>
      </w:r>
    </w:p>
    <w:p>
      <w:pPr>
        <w:jc w:val="right"/>
      </w:pPr>
      <w:r>
        <w:t>مرے مرے ہوئے لوگوں کو برا نہ کہو۔</w:t>
      </w:r>
    </w:p>
    <w:p>
      <w:r>
        <w:rPr>
          <w:b/>
        </w:rPr>
        <w:t xml:space="preserve">[1:05:17] </w:t>
      </w:r>
      <w:r>
        <w:t>la tusub al-amwat, yani maray huway logon ko bura na kaho.</w:t>
      </w:r>
    </w:p>
    <w:p>
      <w:pPr>
        <w:jc w:val="right"/>
      </w:pPr>
      <w:r>
        <w:t>لا تصب الاموات، یعنی مرے ہوئے لوگوں کو برا نہ کہو۔</w:t>
      </w:r>
    </w:p>
    <w:p>
      <w:r>
        <w:rPr>
          <w:b/>
        </w:rPr>
        <w:t xml:space="preserve">[1:05:20] </w:t>
      </w:r>
      <w:r>
        <w:t>is ka matlab yeh hai ke personal attack un logon par jo mar gaye, is se mana kiya</w:t>
      </w:r>
    </w:p>
    <w:p>
      <w:pPr>
        <w:jc w:val="right"/>
      </w:pPr>
      <w:r>
        <w:t>اس کا مطلب یہ ہے کہ پرسنل اٹیک ان لوگوں پر جو مر گئے، اس سے منع کیا</w:t>
      </w:r>
    </w:p>
    <w:p>
      <w:r>
        <w:rPr>
          <w:b/>
        </w:rPr>
        <w:t xml:space="preserve">[1:05:26] </w:t>
      </w:r>
      <w:r>
        <w:t>gaya. Lekin maray huway log jo hain, agar koi un se mutasir hai, to us ko bolna pare</w:t>
      </w:r>
    </w:p>
    <w:p>
      <w:pPr>
        <w:jc w:val="right"/>
      </w:pPr>
      <w:r>
        <w:t>گیا۔ لیکن مرے ہوئے لوگ جو ہیں، اگر کوئی ان سے متاثر ہے، تو اس کو بولنا پڑے</w:t>
      </w:r>
    </w:p>
    <w:p>
      <w:r>
        <w:rPr>
          <w:b/>
        </w:rPr>
        <w:t xml:space="preserve">[1:05:34] </w:t>
      </w:r>
      <w:r>
        <w:t>ga. Masalan karobar sazinda nahi hai, lekin karobar ki soch jo hai, kitabon mein mojood hai.</w:t>
      </w:r>
    </w:p>
    <w:p>
      <w:pPr>
        <w:jc w:val="right"/>
      </w:pPr>
      <w:r>
        <w:t>گا۔ مثلاً کاروبار سازندہ نہیں ہے، لیکن کاروبار کی سوچ جو ہے، کتابوں میں موجود ہے۔</w:t>
      </w:r>
    </w:p>
    <w:p>
      <w:r>
        <w:rPr>
          <w:b/>
        </w:rPr>
        <w:t xml:space="preserve">[1:05:40] </w:t>
      </w:r>
      <w:r>
        <w:t>koi is se mutasir ho kar isi ki baatein kare to hum ko tanqeed karna pare gi.</w:t>
      </w:r>
    </w:p>
    <w:p>
      <w:pPr>
        <w:jc w:val="right"/>
      </w:pPr>
      <w:r>
        <w:t>کوئی اس سے متاثر ہو کر اسی کی باتیں کرے تو ہم کو تنقید کرنا پڑے گا۔</w:t>
      </w:r>
    </w:p>
    <w:p>
      <w:r>
        <w:rPr>
          <w:b/>
        </w:rPr>
        <w:t xml:space="preserve">[1:05:45] </w:t>
      </w:r>
      <w:r>
        <w:t>is ko yeh matlab hai is ka.</w:t>
      </w:r>
    </w:p>
    <w:p>
      <w:pPr>
        <w:jc w:val="right"/>
      </w:pPr>
      <w:r>
        <w:t>اس کو یہ مطلب ہے اس کا۔</w:t>
      </w:r>
    </w:p>
    <w:p>
      <w:r>
        <w:rPr>
          <w:b/>
        </w:rPr>
        <w:t xml:space="preserve">[1:05:48] </w:t>
      </w:r>
      <w:r>
        <w:t>yeh bilkul logical hai, rational hai.</w:t>
      </w:r>
    </w:p>
    <w:p>
      <w:pPr>
        <w:jc w:val="right"/>
      </w:pPr>
      <w:r>
        <w:t>یہ بالکل لاجیکل ہے، ریشنل ہے۔</w:t>
      </w:r>
    </w:p>
    <w:p>
      <w:r>
        <w:rPr>
          <w:b/>
        </w:rPr>
        <w:t xml:space="preserve">[1:05:50] </w:t>
      </w:r>
      <w:r>
        <w:t>مولانا، اگلا سوال مسٹر خواجہ کلیم الدین نے کیا ہے امریکہ سے، اور ان کا سوال ہے: "When</w:t>
      </w:r>
    </w:p>
    <w:p>
      <w:pPr>
        <w:jc w:val="right"/>
      </w:pPr>
      <w:r>
        <w:t>مولانا، اگلا سوال مسٹر خواجہ کلیم الدین نے کیا ہے امریکہ سے، اور ان کا سوال ہے: "وین</w:t>
      </w:r>
    </w:p>
    <w:p>
      <w:r>
        <w:rPr>
          <w:b/>
        </w:rPr>
        <w:t xml:space="preserve">[1:05:58] </w:t>
      </w:r>
      <w:r>
        <w:t>The Prophet was migrating to Madinah, the Quraish sent many people to go out to get the Prophet, to</w:t>
      </w:r>
    </w:p>
    <w:p>
      <w:pPr>
        <w:jc w:val="right"/>
      </w:pPr>
      <w:r>
        <w:t>پرافٹ واز مائیگریٹنگ ٹو مدینہ، دی قریش سینٹ مینی پیپل ٹو گو آؤٹ ٹو گیٹ دا پرافٹ، ٹو</w:t>
      </w:r>
    </w:p>
    <w:p>
      <w:r>
        <w:rPr>
          <w:b/>
        </w:rPr>
        <w:t xml:space="preserve">[1:06:08] </w:t>
      </w:r>
      <w:r>
        <w:t>go and get the profit back</w:t>
      </w:r>
    </w:p>
    <w:p>
      <w:pPr>
        <w:jc w:val="right"/>
      </w:pPr>
      <w:r>
        <w:t>گو اینڈ گیٹ دی پرافٹ بیک</w:t>
      </w:r>
    </w:p>
    <w:p>
      <w:r>
        <w:rPr>
          <w:b/>
        </w:rPr>
        <w:t xml:space="preserve">[1:06:10] </w:t>
      </w:r>
      <w:r>
        <w:t>Someone told me today that one person on his camel got so close to the Prophet and wanted to kill him with his arrow, but his hands got frozen. He tried it several times, but he failed. Maulana Sahab, has this incident ever happened in the life of Prophet?</w:t>
      </w:r>
    </w:p>
    <w:p>
      <w:pPr>
        <w:jc w:val="right"/>
      </w:pPr>
      <w:r>
        <w:t>Someone told me today that one person on his camel got so close to the Prophet and wanted to kill him with his arrow, but his hands got frozen. He tried it several times, but he failed. مولانا صاحب, has this incident ever happened in the life of Prophet?</w:t>
      </w:r>
    </w:p>
    <w:p>
      <w:r>
        <w:rPr>
          <w:b/>
        </w:rPr>
        <w:t xml:space="preserve">[1:06:32] </w:t>
      </w:r>
      <w:r>
        <w:t>Kindly let us know what was the reality or what really happened." Nahin, yeh kahani hai, is ka koi haqeeqat talluq nahin hai. Agar yeh haqeeqat hoti to Rasool Allah ko Makka chhodne ki zaroorat kya hoti? Chhodne ki zaroorat hi kya thi? Yahi waqia Makka mein rehte hue hota to aap ko Makka chhodne ki zaroorat nahin thi. To yeh ek kahani hai, is ki koi haqeeqat nahin hai. Thank you.</w:t>
      </w:r>
    </w:p>
    <w:p>
      <w:pPr>
        <w:jc w:val="right"/>
      </w:pPr>
      <w:r>
        <w:t>Kindly let us know what was the reality or what really happened." نہیں، یہ کہانی ہے، اس کا کوئی حقیقت تعلق نہیں ہے۔ اگر یہ حقیقت ہوتی تو رسول اللہ کو مکہ چھوڑنے کی ضرورت کیا ہوتی؟ چھوڑنے کی ضرورت ہی کیا تھی؟ یہی واقعہ مکہ میں رہتے ہوئے ہوتا تو آپ کو مکہ چھوڑنے کی ضرورت نہیں تھی۔ تو یہ ایک کہانی ہے، اس کی کوئی حقیقت نہیں ہے۔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