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Study of the Quran December 20, 2015</w:t>
      </w:r>
    </w:p>
    <w:p>
      <w:r>
        <w:t>https://www.youtube.com/watch?v=i0liJ44BYKQ</w:t>
      </w:r>
    </w:p>
    <w:p>
      <w:r>
        <w:rPr>
          <w:b/>
        </w:rPr>
        <w:t xml:space="preserve">[00:21] </w:t>
      </w:r>
      <w:r>
        <w:t>bismillah hir rehman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[00:25] </w:t>
      </w:r>
      <w:r>
        <w:t>wa salla 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[00:29]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[00:32]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[00:35] </w:t>
      </w:r>
      <w:r>
        <w:t>wahlul uqdatan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[00:38] </w:t>
      </w:r>
      <w:r>
        <w:t>yafqa qawli. 20 december</w:t>
      </w:r>
    </w:p>
    <w:p>
      <w:pPr>
        <w:jc w:val="right"/>
      </w:pPr>
      <w:r>
        <w:t>یفقہ قولی۔ 20 دسمبر</w:t>
      </w:r>
    </w:p>
    <w:p>
      <w:r>
        <w:rPr>
          <w:b/>
        </w:rPr>
        <w:t xml:space="preserve">[00:43] </w:t>
      </w:r>
      <w:r>
        <w:t>2015. aaj ka topic hai:</w:t>
      </w:r>
    </w:p>
    <w:p>
      <w:pPr>
        <w:jc w:val="right"/>
      </w:pPr>
      <w:r>
        <w:t>2015۔ آج کا ٹاپک ہے:</w:t>
      </w:r>
    </w:p>
    <w:p>
      <w:r>
        <w:rPr>
          <w:b/>
        </w:rPr>
        <w:t xml:space="preserve">[00:50] </w:t>
      </w:r>
      <w:r>
        <w:t>quran ka mutala.</w:t>
      </w:r>
    </w:p>
    <w:p>
      <w:pPr>
        <w:jc w:val="right"/>
      </w:pPr>
      <w:r>
        <w:t>قرآن کا مطالعہ۔</w:t>
      </w:r>
    </w:p>
    <w:p>
      <w:r>
        <w:rPr>
          <w:b/>
        </w:rPr>
        <w:t xml:space="preserve">[00:53] </w:t>
      </w:r>
      <w:r>
        <w:t>aap quran ko len aur is ko</w:t>
      </w:r>
    </w:p>
    <w:p>
      <w:pPr>
        <w:jc w:val="right"/>
      </w:pPr>
      <w:r>
        <w:t>آپ قرآن کو لیں اور اس کو</w:t>
      </w:r>
    </w:p>
    <w:p>
      <w:r>
        <w:rPr>
          <w:b/>
        </w:rPr>
        <w:t xml:space="preserve">[00:58] </w:t>
      </w:r>
      <w:r>
        <w:t>100 tak parhen,</w:t>
      </w:r>
    </w:p>
    <w:p>
      <w:pPr>
        <w:jc w:val="right"/>
      </w:pPr>
      <w:r>
        <w:t>100 تک پڑھیں،</w:t>
      </w:r>
    </w:p>
    <w:p>
      <w:r>
        <w:rPr>
          <w:b/>
        </w:rPr>
        <w:t xml:space="preserve">[01:01] </w:t>
      </w:r>
      <w:r>
        <w:t>to aap dekhenge ke quran ki pehli</w:t>
      </w:r>
    </w:p>
    <w:p>
      <w:pPr>
        <w:jc w:val="right"/>
      </w:pPr>
      <w:r>
        <w:t>تو آپ دیکھیں گے کہ قرآن کی پہلی</w:t>
      </w:r>
    </w:p>
    <w:p>
      <w:r>
        <w:rPr>
          <w:b/>
        </w:rPr>
        <w:t xml:space="preserve">[01:06] </w:t>
      </w:r>
      <w:r>
        <w:t>ayat ye hai: "alhamdolillah rabbul alameen".</w:t>
      </w:r>
    </w:p>
    <w:p>
      <w:pPr>
        <w:jc w:val="right"/>
      </w:pPr>
      <w:r>
        <w:t>آیت یہ ہے: "الحمدللہ رب العالمین"۔</w:t>
      </w:r>
    </w:p>
    <w:p>
      <w:r>
        <w:rPr>
          <w:b/>
        </w:rPr>
        <w:t xml:space="preserve">[01:13] </w:t>
      </w:r>
      <w:r>
        <w:t>aur jo khatam ki ayat hai, aakhri, woh hai: "min shar al-waswas al-khannas alladhi yuwaswisu fi sudur al-nas</w:t>
      </w:r>
    </w:p>
    <w:p>
      <w:pPr>
        <w:jc w:val="right"/>
      </w:pPr>
      <w:r>
        <w:t>اور جو ختم کی آیت ہے، آخری، وہ ہے: "من شر الوسواس الخناس الذی یوسوس فی صدور الناس</w:t>
      </w:r>
    </w:p>
    <w:p>
      <w:r>
        <w:rPr>
          <w:b/>
        </w:rPr>
        <w:t xml:space="preserve">[01:22] </w:t>
      </w:r>
      <w:r>
        <w:t>min al-jinnati wa al-nas".</w:t>
      </w:r>
    </w:p>
    <w:p>
      <w:pPr>
        <w:jc w:val="right"/>
      </w:pPr>
      <w:r>
        <w:t>من الجنت والناس"۔</w:t>
      </w:r>
    </w:p>
    <w:p>
      <w:r>
        <w:rPr>
          <w:b/>
        </w:rPr>
        <w:t xml:space="preserve">[01:26] </w:t>
      </w:r>
      <w:r>
        <w:t>main samajhta hoon ke ye insan ki zindagi ke liye ek lifetime program diya gaya hai.</w:t>
      </w:r>
    </w:p>
    <w:p>
      <w:pPr>
        <w:jc w:val="right"/>
      </w:pPr>
      <w:r>
        <w:t>میں سمجھتا ہوں کہ یہ انسان کی زندگی کے لیے ایک لائف ٹائم پروگرام دیا گیا ہے۔</w:t>
      </w:r>
    </w:p>
    <w:p>
      <w:r>
        <w:rPr>
          <w:b/>
        </w:rPr>
        <w:t xml:space="preserve">[01:35] </w:t>
      </w:r>
      <w:r>
        <w:t>har insan ko, har woh shakhs jis ko Allah ne paida kiya hai,</w:t>
      </w:r>
    </w:p>
    <w:p>
      <w:pPr>
        <w:jc w:val="right"/>
      </w:pPr>
      <w:r>
        <w:t>ہر انسان کو، ہر وہ شخص جس کو اللہ نے پیدا کیا ہے،</w:t>
      </w:r>
    </w:p>
    <w:p>
      <w:r>
        <w:rPr>
          <w:b/>
        </w:rPr>
        <w:t xml:space="preserve">[01:40] </w:t>
      </w:r>
      <w:r>
        <w:t>us ko isi culture mein jeena hai.</w:t>
      </w:r>
    </w:p>
    <w:p>
      <w:pPr>
        <w:jc w:val="right"/>
      </w:pPr>
      <w:r>
        <w:t>اس کو اسی کلچر میں جینا ہے۔</w:t>
      </w:r>
    </w:p>
    <w:p>
      <w:r>
        <w:rPr>
          <w:b/>
        </w:rPr>
        <w:t xml:space="preserve">[01:47] </w:t>
      </w:r>
      <w:r>
        <w:t>is culture ka pehla</w:t>
      </w:r>
    </w:p>
    <w:p>
      <w:pPr>
        <w:jc w:val="right"/>
      </w:pPr>
      <w:r>
        <w:t>اس کلچر کا پہلا</w:t>
      </w:r>
    </w:p>
    <w:p>
      <w:r>
        <w:rPr>
          <w:b/>
        </w:rPr>
        <w:t xml:space="preserve">[01:52] </w:t>
      </w:r>
      <w:r>
        <w:t>item "hamd" hai.</w:t>
      </w:r>
    </w:p>
    <w:p>
      <w:pPr>
        <w:jc w:val="right"/>
      </w:pPr>
      <w:r>
        <w:t>آئٹم "حمد" ہے۔</w:t>
      </w:r>
    </w:p>
    <w:p>
      <w:r>
        <w:rPr>
          <w:b/>
        </w:rPr>
        <w:t xml:space="preserve">[01:55] </w:t>
      </w:r>
      <w:r>
        <w:t>dekhiye, hamd ka jo lafz hai, woh bohat hi</w:t>
      </w:r>
    </w:p>
    <w:p>
      <w:pPr>
        <w:jc w:val="right"/>
      </w:pPr>
      <w:r>
        <w:t>دیکھیے، حمد کا جو لفظ ہے، وہ بہت ہی</w:t>
      </w:r>
    </w:p>
    <w:p>
      <w:r>
        <w:rPr>
          <w:b/>
        </w:rPr>
        <w:t xml:space="preserve">[01:58] </w:t>
      </w:r>
      <w:r>
        <w:t>arabi mein bohat hi</w:t>
      </w:r>
    </w:p>
    <w:p>
      <w:pPr>
        <w:jc w:val="right"/>
      </w:pPr>
      <w:r>
        <w:t>عربی میں بہت ہی</w:t>
      </w:r>
    </w:p>
    <w:p>
      <w:r>
        <w:rPr>
          <w:b/>
        </w:rPr>
        <w:t xml:space="preserve">[02:02] </w:t>
      </w:r>
      <w:r>
        <w:t>meaningful word hai.</w:t>
      </w:r>
    </w:p>
    <w:p>
      <w:pPr>
        <w:jc w:val="right"/>
      </w:pPr>
      <w:r>
        <w:t>meaningful word ہے۔</w:t>
      </w:r>
    </w:p>
    <w:p>
      <w:r>
        <w:rPr>
          <w:b/>
        </w:rPr>
        <w:t xml:space="preserve">[02:05] </w:t>
      </w:r>
      <w:r>
        <w:t>iska lafzi matlab to ye hai ke kisi ki tareef karna, kisi ka shukr karna.</w:t>
      </w:r>
    </w:p>
    <w:p>
      <w:pPr>
        <w:jc w:val="right"/>
      </w:pPr>
      <w:r>
        <w:t>اس کا لفظی مطلب تو یہ ہے کہ کسی کی تعریف کرنا، کسی کا شکر کرنا۔</w:t>
      </w:r>
    </w:p>
    <w:p>
      <w:r>
        <w:rPr>
          <w:b/>
        </w:rPr>
        <w:t xml:space="preserve">[02:13] </w:t>
      </w:r>
      <w:r>
        <w:t>yahan par chunke Allah ki nisbat se ye lafz hai,</w:t>
      </w:r>
    </w:p>
    <w:p>
      <w:pPr>
        <w:jc w:val="right"/>
      </w:pPr>
      <w:r>
        <w:t>یہاں پر چونکہ اللہ کی نسبت سے یہ لفظ ہے،</w:t>
      </w:r>
    </w:p>
    <w:p>
      <w:r>
        <w:rPr>
          <w:b/>
        </w:rPr>
        <w:t xml:space="preserve">[02:18] </w:t>
      </w:r>
      <w:r>
        <w:t>to is se murad hoga</w:t>
      </w:r>
    </w:p>
    <w:p>
      <w:pPr>
        <w:jc w:val="right"/>
      </w:pPr>
      <w:r>
        <w:t>تو اس سے مراد ہوگا</w:t>
      </w:r>
    </w:p>
    <w:p>
      <w:r>
        <w:rPr>
          <w:b/>
        </w:rPr>
        <w:t xml:space="preserve">[02:20] </w:t>
      </w:r>
      <w:r>
        <w:t>high kind of acknowledgement, high kind of shukr,</w:t>
      </w:r>
    </w:p>
    <w:p>
      <w:pPr>
        <w:jc w:val="right"/>
      </w:pPr>
      <w:r>
        <w:t>high kind of acknowledgement، high kind of شکر،</w:t>
      </w:r>
    </w:p>
    <w:p>
      <w:r>
        <w:rPr>
          <w:b/>
        </w:rPr>
        <w:t xml:space="preserve">[02:26] </w:t>
      </w:r>
      <w:r>
        <w:t>high kind of praise.</w:t>
      </w:r>
    </w:p>
    <w:p>
      <w:pPr>
        <w:jc w:val="right"/>
      </w:pPr>
      <w:r>
        <w:t>high kind of praise۔</w:t>
      </w:r>
    </w:p>
    <w:p>
      <w:r>
        <w:rPr>
          <w:b/>
        </w:rPr>
        <w:t xml:space="preserve">[02:29] </w:t>
      </w:r>
      <w:r>
        <w:t>jo aakhri darja hai acknowledgement ka,</w:t>
      </w:r>
    </w:p>
    <w:p>
      <w:pPr>
        <w:jc w:val="right"/>
      </w:pPr>
      <w:r>
        <w:t>جو آخری درجہ ہے acknowledgement کا،</w:t>
      </w:r>
    </w:p>
    <w:p>
      <w:r>
        <w:rPr>
          <w:b/>
        </w:rPr>
        <w:t xml:space="preserve">[02:35] </w:t>
      </w:r>
      <w:r>
        <w:t>woh hai hamd. to aap ko hamd mein jeena hai, hamd ke ehsas mein jeena hai,</w:t>
      </w:r>
    </w:p>
    <w:p>
      <w:pPr>
        <w:jc w:val="right"/>
      </w:pPr>
      <w:r>
        <w:t>وہ ہے حمد۔ تو آپ کو حمد میں جینا ہے، حمد کے احساس میں جینا ہے،</w:t>
      </w:r>
    </w:p>
    <w:p>
      <w:r>
        <w:rPr>
          <w:b/>
        </w:rPr>
        <w:t xml:space="preserve">[02:43] </w:t>
      </w:r>
      <w:r>
        <w:t>musalsal tor par.</w:t>
      </w:r>
    </w:p>
    <w:p>
      <w:pPr>
        <w:jc w:val="right"/>
      </w:pPr>
      <w:r>
        <w:t>مسلسل طور پر۔</w:t>
      </w:r>
    </w:p>
    <w:p>
      <w:r>
        <w:rPr>
          <w:b/>
        </w:rPr>
        <w:t xml:space="preserve">[02:46] </w:t>
      </w:r>
      <w:r>
        <w:t>aur doosri cheez ye hai ke waswasa se bachna hai: "min shar al-waswas al-khannas alladhi yuwaswisu fi sudur</w:t>
      </w:r>
    </w:p>
    <w:p>
      <w:pPr>
        <w:jc w:val="right"/>
      </w:pPr>
      <w:r>
        <w:t>اور دوسری چیز یہ ہے کہ وسوسہ سے بچنا ہے: "من شر الوسواس الخناس الذی یوسوس فی صدور</w:t>
      </w:r>
    </w:p>
    <w:p>
      <w:r>
        <w:rPr>
          <w:b/>
        </w:rPr>
        <w:t xml:space="preserve">[02:54] </w:t>
      </w:r>
      <w:r>
        <w:t>al-nas min al-jinnati wa al-nas" . insan aur shaitan ke waswasa.</w:t>
      </w:r>
    </w:p>
    <w:p>
      <w:pPr>
        <w:jc w:val="right"/>
      </w:pPr>
      <w:r>
        <w:t>الناس من الجنت والناس"۔ انسان اور شیطان کے وسوسہ۔</w:t>
      </w:r>
    </w:p>
    <w:p>
      <w:r>
        <w:rPr>
          <w:b/>
        </w:rPr>
        <w:t xml:space="preserve">[03:00] </w:t>
      </w:r>
      <w:r>
        <w:t>waswasa ke maani kya hain? wrong advice,</w:t>
      </w:r>
    </w:p>
    <w:p>
      <w:pPr>
        <w:jc w:val="right"/>
      </w:pPr>
      <w:r>
        <w:t>وسوسہ کے معنی کیا ہیں؟ wrong advice،</w:t>
      </w:r>
    </w:p>
    <w:p>
      <w:r>
        <w:rPr>
          <w:b/>
        </w:rPr>
        <w:t xml:space="preserve">[03:05] </w:t>
      </w:r>
      <w:r>
        <w:t>ghalat rukh ki taraf morna insaan ko.</w:t>
      </w:r>
    </w:p>
    <w:p>
      <w:pPr>
        <w:jc w:val="right"/>
      </w:pPr>
      <w:r>
        <w:t>غلط رخ کی طرف موڑنا انسان کو۔</w:t>
      </w:r>
    </w:p>
    <w:p>
      <w:r>
        <w:rPr>
          <w:b/>
        </w:rPr>
        <w:t xml:space="preserve">[03:11] </w:t>
      </w:r>
      <w:r>
        <w:t>to yeh wrong advice woh insaanon ki taraf se hoti hai, aur hamd Allah ki taraf se hota</w:t>
      </w:r>
    </w:p>
    <w:p>
      <w:pPr>
        <w:jc w:val="right"/>
      </w:pPr>
      <w:r>
        <w:t>تو یہ wrong advice وہ انسانوں کی طرف سے ہوتی ہے، اور حمد اللہ کی طرف سے ہوتا</w:t>
      </w:r>
    </w:p>
    <w:p>
      <w:r>
        <w:rPr>
          <w:b/>
        </w:rPr>
        <w:t xml:space="preserve">[03:17] </w:t>
      </w:r>
      <w:r>
        <w:t>hai. to zindagi ke har tajrube mein aap ko hamd ka item daryaft karna hai.</w:t>
      </w:r>
    </w:p>
    <w:p>
      <w:pPr>
        <w:jc w:val="right"/>
      </w:pPr>
      <w:r>
        <w:t>ہے۔ تو زندگی کے ہر تجربے میں آپ کو حمد کا آئٹم دریافت کرنا ہے۔</w:t>
      </w:r>
    </w:p>
    <w:p>
      <w:r>
        <w:rPr>
          <w:b/>
        </w:rPr>
        <w:t xml:space="preserve">[03:27] </w:t>
      </w:r>
      <w:r>
        <w:t>isi tarah insaanon ke maamle mein jo pressure hai, to aap ko is se bachna hai ke woh</w:t>
      </w:r>
    </w:p>
    <w:p>
      <w:pPr>
        <w:jc w:val="right"/>
      </w:pPr>
      <w:r>
        <w:t>اسی طرح انسانوں کے معاملے میں جو pressure ہے، تو آپ کو اس سے بچنا ہے کہ وہ</w:t>
      </w:r>
    </w:p>
    <w:p>
      <w:r>
        <w:rPr>
          <w:b/>
        </w:rPr>
        <w:t xml:space="preserve">[03:34] </w:t>
      </w:r>
      <w:r>
        <w:t>koi waswasa daale aur aap us ko accept kar lein.</w:t>
      </w:r>
    </w:p>
    <w:p>
      <w:pPr>
        <w:jc w:val="right"/>
      </w:pPr>
      <w:r>
        <w:t>کوئی وسوسہ ڈالے اور آپ اس کو accept کر لیں۔</w:t>
      </w:r>
    </w:p>
    <w:p>
      <w:r>
        <w:rPr>
          <w:b/>
        </w:rPr>
        <w:t xml:space="preserve">[03:38] </w:t>
      </w:r>
      <w:r>
        <w:t>woh koi wrong advice de, aur us ko aap le lein. in do cheezon ke darmiyan zindagi ka</w:t>
      </w:r>
    </w:p>
    <w:p>
      <w:pPr>
        <w:jc w:val="right"/>
      </w:pPr>
      <w:r>
        <w:t>وہ کوئی wrong advice دے، اور اس کو آپ لے لیں۔ ان دو چیزوں کے درمیان زندگی کا</w:t>
      </w:r>
    </w:p>
    <w:p>
      <w:r>
        <w:rPr>
          <w:b/>
        </w:rPr>
        <w:t xml:space="preserve">[03:45] </w:t>
      </w:r>
      <w:r>
        <w:t>safar jaari rehta hai. main misaal deta hoon.</w:t>
      </w:r>
    </w:p>
    <w:p>
      <w:pPr>
        <w:jc w:val="right"/>
      </w:pPr>
      <w:r>
        <w:t>سفر جاری رہتا ہے۔ میں مثال دیتا ہوں۔</w:t>
      </w:r>
    </w:p>
    <w:p>
      <w:r>
        <w:rPr>
          <w:b/>
        </w:rPr>
        <w:t xml:space="preserve">[03:51] </w:t>
      </w:r>
      <w:r>
        <w:t>dekhiye, aaj subah main utha</w:t>
      </w:r>
    </w:p>
    <w:p>
      <w:pPr>
        <w:jc w:val="right"/>
      </w:pPr>
      <w:r>
        <w:t>دیکھیے، آج صبح میں اٹھا</w:t>
      </w:r>
    </w:p>
    <w:p>
      <w:r>
        <w:rPr>
          <w:b/>
        </w:rPr>
        <w:t xml:space="preserve">[03:56] </w:t>
      </w:r>
      <w:r>
        <w:t>to ek baat samajh mein aayi</w:t>
      </w:r>
    </w:p>
    <w:p>
      <w:pPr>
        <w:jc w:val="right"/>
      </w:pPr>
      <w:r>
        <w:t>تو ایک بات سمجھ میں آئی</w:t>
      </w:r>
    </w:p>
    <w:p>
      <w:r>
        <w:rPr>
          <w:b/>
        </w:rPr>
        <w:t xml:space="preserve">[03:59] </w:t>
      </w:r>
      <w:r>
        <w:t>ke yeh jhaare ka zamana hai,</w:t>
      </w:r>
    </w:p>
    <w:p>
      <w:pPr>
        <w:jc w:val="right"/>
      </w:pPr>
      <w:r>
        <w:t>کہ یہ جھاڑے کا زمانہ ہے،</w:t>
      </w:r>
    </w:p>
    <w:p>
      <w:r>
        <w:rPr>
          <w:b/>
        </w:rPr>
        <w:t xml:space="preserve">[04:04] </w:t>
      </w:r>
      <w:r>
        <w:t>lekin jab aap</w:t>
      </w:r>
    </w:p>
    <w:p>
      <w:pPr>
        <w:jc w:val="right"/>
      </w:pPr>
      <w:r>
        <w:t>لیکن جب آپ</w:t>
      </w:r>
    </w:p>
    <w:p>
      <w:r>
        <w:rPr>
          <w:b/>
        </w:rPr>
        <w:t xml:space="preserve">[04:06] </w:t>
      </w:r>
      <w:r>
        <w:t>bistar mein chale jaate hain, lihaf odh lete hain, kambal odh lete hain, to aap ka bistar garam</w:t>
      </w:r>
    </w:p>
    <w:p>
      <w:pPr>
        <w:jc w:val="right"/>
      </w:pPr>
      <w:r>
        <w:t>بستر میں چلے جاتے ہیں، لحاف اوڑھ لیتے ہیں، کمبل اوڑھ لیتے ہیں، تو آپ کا بستر گرم</w:t>
      </w:r>
    </w:p>
    <w:p>
      <w:r>
        <w:rPr>
          <w:b/>
        </w:rPr>
        <w:t xml:space="preserve">[04:12] </w:t>
      </w:r>
      <w:r>
        <w:t>ho jata hai. yeh kyun?</w:t>
      </w:r>
    </w:p>
    <w:p>
      <w:pPr>
        <w:jc w:val="right"/>
      </w:pPr>
      <w:r>
        <w:t>ہو جاتا ہے۔ یہ کیوں؟</w:t>
      </w:r>
    </w:p>
    <w:p>
      <w:r>
        <w:rPr>
          <w:b/>
        </w:rPr>
        <w:t xml:space="preserve">[04:15] </w:t>
      </w:r>
      <w:r>
        <w:t>garmi bistar mein nahi hoti, aap ke body mein hai.</w:t>
      </w:r>
    </w:p>
    <w:p>
      <w:pPr>
        <w:jc w:val="right"/>
      </w:pPr>
      <w:r>
        <w:t>گرمی بستر میں نہیں ہوتی، آپ کے body میں ہے۔</w:t>
      </w:r>
    </w:p>
    <w:p>
      <w:r>
        <w:rPr>
          <w:b/>
        </w:rPr>
        <w:t xml:space="preserve">[04:19] </w:t>
      </w:r>
      <w:r>
        <w:t>yeh creation plan ka ek hissa hai ke insaan ki body heat generate karti hai.</w:t>
      </w:r>
    </w:p>
    <w:p>
      <w:pPr>
        <w:jc w:val="right"/>
      </w:pPr>
      <w:r>
        <w:t>یہ creation plan کا ایک حصہ ہے کہ انسان کی body heat generate کرتی ہے۔</w:t>
      </w:r>
    </w:p>
    <w:p>
      <w:r>
        <w:rPr>
          <w:b/>
        </w:rPr>
        <w:t xml:space="preserve">[04:29] </w:t>
      </w:r>
      <w:r>
        <w:t>yaani pathar heat generate nahi karta,</w:t>
      </w:r>
    </w:p>
    <w:p>
      <w:pPr>
        <w:jc w:val="right"/>
      </w:pPr>
      <w:r>
        <w:t>یعنی پتھر heat generate نہیں کرتا،</w:t>
      </w:r>
    </w:p>
    <w:p>
      <w:r>
        <w:rPr>
          <w:b/>
        </w:rPr>
        <w:t xml:space="preserve">[04:33] </w:t>
      </w:r>
      <w:r>
        <w:t>lakri heat generate nahi karti, lekin insaan ka jo body hai, woh heat generate karta hai.</w:t>
      </w:r>
    </w:p>
    <w:p>
      <w:pPr>
        <w:jc w:val="right"/>
      </w:pPr>
      <w:r>
        <w:t>لکڑی heat generate نہیں کرتی، لیکن انسان کا جو body ہے، وہ heat generate کرتا ہے۔</w:t>
      </w:r>
    </w:p>
    <w:p>
      <w:r>
        <w:rPr>
          <w:b/>
        </w:rPr>
        <w:t xml:space="preserve">[04:41] </w:t>
      </w:r>
      <w:r>
        <w:t>to main ne socha ke insaan ka khaliq kitna zyada</w:t>
      </w:r>
    </w:p>
    <w:p>
      <w:pPr>
        <w:jc w:val="right"/>
      </w:pPr>
      <w:r>
        <w:t>تو میں نے سوچا کہ انسان کا خالق کتنا زیادہ</w:t>
      </w:r>
    </w:p>
    <w:p>
      <w:r>
        <w:rPr>
          <w:b/>
        </w:rPr>
        <w:t xml:space="preserve">[04:47] </w:t>
      </w:r>
      <w:r>
        <w:t>bada uska</w:t>
      </w:r>
    </w:p>
    <w:p>
      <w:pPr>
        <w:jc w:val="right"/>
      </w:pPr>
      <w:r>
        <w:t>بڑا اس کا</w:t>
      </w:r>
    </w:p>
    <w:p>
      <w:r>
        <w:rPr>
          <w:b/>
        </w:rPr>
        <w:t xml:space="preserve">[04:49] </w:t>
      </w:r>
      <w:r>
        <w:t>mind hoga, ke us ko pata tha ke insaan ka body aisa hona chahiye jo heat generate karay.</w:t>
      </w:r>
    </w:p>
    <w:p>
      <w:pPr>
        <w:jc w:val="right"/>
      </w:pPr>
      <w:r>
        <w:t>mind ہوگا، کہ اس کو پتہ تھا کہ انسان کا body ایسا ہونا چاہیے جو heat generate کرے۔</w:t>
      </w:r>
    </w:p>
    <w:p>
      <w:r>
        <w:rPr>
          <w:b/>
        </w:rPr>
        <w:t xml:space="preserve">[04:57] </w:t>
      </w:r>
      <w:r>
        <w:t>nahi to zindagi guzarna is ke liye mushkil ho jayega.</w:t>
      </w:r>
    </w:p>
    <w:p>
      <w:pPr>
        <w:jc w:val="right"/>
      </w:pPr>
      <w:r>
        <w:t>نہیں تو زندگی گزارنا اس کے لیے مشکل ہو جائے گا۔</w:t>
      </w:r>
    </w:p>
    <w:p>
      <w:r>
        <w:rPr>
          <w:b/>
        </w:rPr>
        <w:t xml:space="preserve">[05:02] </w:t>
      </w:r>
      <w:r>
        <w:t>to aap jab garam kapra pehante hain, lihaf odhte hain, har jagah aap ko jo garmi milti hai,</w:t>
      </w:r>
    </w:p>
    <w:p>
      <w:pPr>
        <w:jc w:val="right"/>
      </w:pPr>
      <w:r>
        <w:t>تو آپ جب گرم کپڑا پہنتے ہیں، لحاف اوڑھتے ہیں، ہر جگہ آپ کو جو گرمی ملتی ہے،</w:t>
      </w:r>
    </w:p>
    <w:p>
      <w:r>
        <w:rPr>
          <w:b/>
        </w:rPr>
        <w:t xml:space="preserve">[05:08] </w:t>
      </w:r>
      <w:r>
        <w:t>woh garmi aap ki body ki hoti hai.</w:t>
      </w:r>
    </w:p>
    <w:p>
      <w:pPr>
        <w:jc w:val="right"/>
      </w:pPr>
      <w:r>
        <w:t>وہ گرمی آپ کی body کی ہوتی ہے۔</w:t>
      </w:r>
    </w:p>
    <w:p>
      <w:r>
        <w:rPr>
          <w:b/>
        </w:rPr>
        <w:t xml:space="preserve">[05:11] </w:t>
      </w:r>
      <w:r>
        <w:t>body garmi ko kapra preserve kar leta hai.</w:t>
      </w:r>
    </w:p>
    <w:p>
      <w:pPr>
        <w:jc w:val="right"/>
      </w:pPr>
      <w:r>
        <w:t>body گرمی کو کپڑا preserve کر لیتا ہے۔</w:t>
      </w:r>
    </w:p>
    <w:p>
      <w:r>
        <w:rPr>
          <w:b/>
        </w:rPr>
        <w:t xml:space="preserve">[05:16] </w:t>
      </w:r>
      <w:r>
        <w:t>to yeh kitni bari</w:t>
      </w:r>
    </w:p>
    <w:p>
      <w:pPr>
        <w:jc w:val="right"/>
      </w:pPr>
      <w:r>
        <w:t>تو یہ کتنی بڑی</w:t>
      </w:r>
    </w:p>
    <w:p>
      <w:r>
        <w:rPr>
          <w:b/>
        </w:rPr>
        <w:t xml:space="preserve">[05:20] </w:t>
      </w:r>
      <w:r>
        <w:t>wisdom hai is ke andar, jo khaliq ne aap ki body mein rakhi hai. ab is ko soch</w:t>
      </w:r>
    </w:p>
    <w:p>
      <w:pPr>
        <w:jc w:val="right"/>
      </w:pPr>
      <w:r>
        <w:t>wisdom ہے اس کے اندر، جو خالق نے آپ کی body میں رکھی ہے۔ اب اس کو سوچ</w:t>
      </w:r>
    </w:p>
    <w:p>
      <w:r>
        <w:rPr>
          <w:b/>
        </w:rPr>
        <w:t xml:space="preserve">[05:26] </w:t>
      </w:r>
      <w:r>
        <w:t>kar aap shukr ke ehsas se bhar jayen.</w:t>
      </w:r>
    </w:p>
    <w:p>
      <w:pPr>
        <w:jc w:val="right"/>
      </w:pPr>
      <w:r>
        <w:t>کر آپ شکر کے احساس سے بھر جائیں۔</w:t>
      </w:r>
    </w:p>
    <w:p>
      <w:r>
        <w:rPr>
          <w:b/>
        </w:rPr>
        <w:t xml:space="preserve">[05:33] </w:t>
      </w:r>
      <w:r>
        <w:t>hamd ka jazba aap ke mind mein bhar jaye. yeh hai.</w:t>
      </w:r>
    </w:p>
    <w:p>
      <w:pPr>
        <w:jc w:val="right"/>
      </w:pPr>
      <w:r>
        <w:t>حمد کا جذبہ آپ کے mind میں بھر جائے۔ یہ ہے۔</w:t>
      </w:r>
    </w:p>
    <w:p>
      <w:r>
        <w:rPr>
          <w:b/>
        </w:rPr>
        <w:t xml:space="preserve">[05:40] </w:t>
      </w:r>
      <w:r>
        <w:t>aise hi dekhiye, maine socha</w:t>
      </w:r>
    </w:p>
    <w:p>
      <w:pPr>
        <w:jc w:val="right"/>
      </w:pPr>
      <w:r>
        <w:t>ایسے ہی دیکھیے، میں نے سوچا</w:t>
      </w:r>
    </w:p>
    <w:p>
      <w:r>
        <w:rPr>
          <w:b/>
        </w:rPr>
        <w:t xml:space="preserve">[05:44] </w:t>
      </w:r>
      <w:r>
        <w:t>ke main yahan bol raha hoon to</w:t>
      </w:r>
    </w:p>
    <w:p>
      <w:pPr>
        <w:jc w:val="right"/>
      </w:pPr>
      <w:r>
        <w:t>کہ میں یہاں بول رہا ہوں تو</w:t>
      </w:r>
    </w:p>
    <w:p>
      <w:r>
        <w:rPr>
          <w:b/>
        </w:rPr>
        <w:t xml:space="preserve">[05:48] </w:t>
      </w:r>
      <w:r>
        <w:t>sirf samne ke log nahi sun rahe, bahar bahar door door baithe hue,</w:t>
      </w:r>
    </w:p>
    <w:p>
      <w:pPr>
        <w:jc w:val="right"/>
      </w:pPr>
      <w:r>
        <w:t>صرف سامنے کے لوگ نہیں سن رہے، باہر باہر دور دور بیٹھے ہوئے،</w:t>
      </w:r>
    </w:p>
    <w:p>
      <w:r>
        <w:rPr>
          <w:b/>
        </w:rPr>
        <w:t xml:space="preserve">[05:54] </w:t>
      </w:r>
      <w:r>
        <w:t>poore globe mein kahin koi yahan hai, koi wahan hai, woh bhi sun raha hai.</w:t>
      </w:r>
    </w:p>
    <w:p>
      <w:pPr>
        <w:jc w:val="right"/>
      </w:pPr>
      <w:r>
        <w:t>پورے گلوب میں کہیں کوئی یہاں ہے، کوئی وہاں ہے، وہ بھی سن رہا ہے۔</w:t>
      </w:r>
    </w:p>
    <w:p>
      <w:r>
        <w:rPr>
          <w:b/>
        </w:rPr>
        <w:t xml:space="preserve">[05:59] </w:t>
      </w:r>
      <w:r>
        <w:t>to yeh mera ek, meri ek,</w:t>
      </w:r>
    </w:p>
    <w:p>
      <w:pPr>
        <w:jc w:val="right"/>
      </w:pPr>
      <w:r>
        <w:t>تو یہ میرا ایک، میری ایک،</w:t>
      </w:r>
    </w:p>
    <w:p>
      <w:r>
        <w:rPr>
          <w:b/>
        </w:rPr>
        <w:t xml:space="preserve">[06:03] </w:t>
      </w:r>
      <w:r>
        <w:t>insan ki ek kami thi</w:t>
      </w:r>
    </w:p>
    <w:p>
      <w:pPr>
        <w:jc w:val="right"/>
      </w:pPr>
      <w:r>
        <w:t>انسان کی ایک کمی تھی</w:t>
      </w:r>
    </w:p>
    <w:p>
      <w:r>
        <w:rPr>
          <w:b/>
        </w:rPr>
        <w:t xml:space="preserve">[06:06] </w:t>
      </w:r>
      <w:r>
        <w:t>ke is ki awaz zyada door tak nahi ja sakti. kitni hi zor se chalayen aap, lekin door</w:t>
      </w:r>
    </w:p>
    <w:p>
      <w:pPr>
        <w:jc w:val="right"/>
      </w:pPr>
      <w:r>
        <w:t>کہ اس کی آواز زیادہ دور تک نہیں جا سکتی۔ کتنی ہی زور سے چلائیں آپ، لیکن دور</w:t>
      </w:r>
    </w:p>
    <w:p>
      <w:r>
        <w:rPr>
          <w:b/>
        </w:rPr>
        <w:t xml:space="preserve">[06:11] </w:t>
      </w:r>
      <w:r>
        <w:t>tak aap ki chilaht nahi jayegi.</w:t>
      </w:r>
    </w:p>
    <w:p>
      <w:pPr>
        <w:jc w:val="right"/>
      </w:pPr>
      <w:r>
        <w:t>تک آپ کی چلاہٹ نہیں جائے گی۔</w:t>
      </w:r>
    </w:p>
    <w:p>
      <w:r>
        <w:rPr>
          <w:b/>
        </w:rPr>
        <w:t xml:space="preserve">[06:15] </w:t>
      </w:r>
      <w:r>
        <w:t>to Allah taala ne aap ko de diya kya? technology.</w:t>
      </w:r>
    </w:p>
    <w:p>
      <w:pPr>
        <w:jc w:val="right"/>
      </w:pPr>
      <w:r>
        <w:t>تو اللہ تعالی نے آپ کو دے دیا کیا؟ ٹیکنالوجی۔</w:t>
      </w:r>
    </w:p>
    <w:p>
      <w:r>
        <w:rPr>
          <w:b/>
        </w:rPr>
        <w:t xml:space="preserve">[06:21] </w:t>
      </w:r>
      <w:r>
        <w:t>technology ke through aap ki awaz yahan se America tak, yahan se Europe tak, har jagah pahunch jati</w:t>
      </w:r>
    </w:p>
    <w:p>
      <w:pPr>
        <w:jc w:val="right"/>
      </w:pPr>
      <w:r>
        <w:t>ٹیکنالوجی کے through آپ کی آواز یہاں سے امریکہ تک، یہاں سے یورپ تک، ہر جگہ پہنچ جاتی</w:t>
      </w:r>
    </w:p>
    <w:p>
      <w:r>
        <w:rPr>
          <w:b/>
        </w:rPr>
        <w:t xml:space="preserve">[06:25] </w:t>
      </w:r>
      <w:r>
        <w:t>hai. to Allah ko pata tha ke insan ki awaz direct nahi pahunch sakti har jagah. to is</w:t>
      </w:r>
    </w:p>
    <w:p>
      <w:pPr>
        <w:jc w:val="right"/>
      </w:pPr>
      <w:r>
        <w:t>ہے۔ تو اللہ کو پتہ تھا کہ انسان کی آواز direct نہیں پہنچ سکتی ہر جگہ۔ تو اس</w:t>
      </w:r>
    </w:p>
    <w:p>
      <w:r>
        <w:rPr>
          <w:b/>
        </w:rPr>
        <w:t xml:space="preserve">[06:33] </w:t>
      </w:r>
      <w:r>
        <w:t>ne aap ko technology di. is ko jab aap istemal karen, aap mobile jab istemal karte hain, to</w:t>
      </w:r>
    </w:p>
    <w:p>
      <w:pPr>
        <w:jc w:val="right"/>
      </w:pPr>
      <w:r>
        <w:t>نے آپ کو ٹیکنالوجی دی۔ اس کو جب آپ استعمال کریں، آپ موبائل جب استعمال کرتے ہیں، تو</w:t>
      </w:r>
    </w:p>
    <w:p>
      <w:r>
        <w:rPr>
          <w:b/>
        </w:rPr>
        <w:t xml:space="preserve">[06:39] </w:t>
      </w:r>
      <w:r>
        <w:t>ek shukr aap ko andar aana chahiye</w:t>
      </w:r>
    </w:p>
    <w:p>
      <w:pPr>
        <w:jc w:val="right"/>
      </w:pPr>
      <w:r>
        <w:t>ایک شکر آپ کو اندر آنا چاہیے</w:t>
      </w:r>
    </w:p>
    <w:p>
      <w:r>
        <w:rPr>
          <w:b/>
        </w:rPr>
        <w:t xml:space="preserve">[06:44] </w:t>
      </w:r>
      <w:r>
        <w:t>ke jahan meri had aa gayi thi, jahan meri limitations aa gayi thin, wahan Allah taala ne foran</w:t>
      </w:r>
    </w:p>
    <w:p>
      <w:pPr>
        <w:jc w:val="right"/>
      </w:pPr>
      <w:r>
        <w:t>کہ جہاں میری حد آ گئی تھی، جہاں میری limitations آ گئی تھیں، وہاں اللہ تعالی نے فوراً</w:t>
      </w:r>
    </w:p>
    <w:p>
      <w:r>
        <w:rPr>
          <w:b/>
        </w:rPr>
        <w:t xml:space="preserve">[06:52] </w:t>
      </w:r>
      <w:r>
        <w:t>technology de di.</w:t>
      </w:r>
    </w:p>
    <w:p>
      <w:pPr>
        <w:jc w:val="right"/>
      </w:pPr>
      <w:r>
        <w:t>ٹیکنالوجی دے دی۔</w:t>
      </w:r>
    </w:p>
    <w:p>
      <w:r>
        <w:rPr>
          <w:b/>
        </w:rPr>
        <w:t xml:space="preserve">[06:55] </w:t>
      </w:r>
      <w:r>
        <w:t>is se meri had ki talafi ho gayi. yeh hai hamd. dekhiye, hamd ka matlab yeh nahi ke</w:t>
      </w:r>
    </w:p>
    <w:p>
      <w:pPr>
        <w:jc w:val="right"/>
      </w:pPr>
      <w:r>
        <w:t>اس سے میری حد کی تلافی ہو گئی۔ یہ ہے حمد۔ دیکھیے، حمد کا مطلب یہ نہیں کہ</w:t>
      </w:r>
    </w:p>
    <w:p>
      <w:r>
        <w:rPr>
          <w:b/>
        </w:rPr>
        <w:t xml:space="preserve">[06:59] </w:t>
      </w:r>
      <w:r>
        <w:t>aap Alhamdulillah, Alhamdulillah karte rahen. yeh to lip service hai. yeh hamd ka underestimation hai.</w:t>
      </w:r>
    </w:p>
    <w:p>
      <w:pPr>
        <w:jc w:val="right"/>
      </w:pPr>
      <w:r>
        <w:t>آپ الحمدللہ، الحمدللہ کرتے رہیں۔ یہ تو lip service ہے۔ یہ حمد کا underestimation ہے۔</w:t>
      </w:r>
    </w:p>
    <w:p>
      <w:r>
        <w:rPr>
          <w:b/>
        </w:rPr>
        <w:t xml:space="preserve">[07:07] </w:t>
      </w:r>
      <w:r>
        <w:t>hamd ka matlab yeh hai ke har experience mein aap daryaft karen hamd ka item,</w:t>
      </w:r>
    </w:p>
    <w:p>
      <w:pPr>
        <w:jc w:val="right"/>
      </w:pPr>
      <w:r>
        <w:t>حمد کا مطلب یہ ہے کہ ہر experience میں آپ دریافت کریں حمد کا آئٹم،</w:t>
      </w:r>
    </w:p>
    <w:p>
      <w:r>
        <w:rPr>
          <w:b/>
        </w:rPr>
        <w:t xml:space="preserve">[07:15] </w:t>
      </w:r>
      <w:r>
        <w:t>shukr ka item.</w:t>
      </w:r>
    </w:p>
    <w:p>
      <w:pPr>
        <w:jc w:val="right"/>
      </w:pPr>
      <w:r>
        <w:t>شکر کا آئٹم۔</w:t>
      </w:r>
    </w:p>
    <w:p>
      <w:r>
        <w:rPr>
          <w:b/>
        </w:rPr>
        <w:t xml:space="preserve">[07:18] </w:t>
      </w:r>
      <w:r>
        <w:t>aur phir aap ke mind mein bhar jaye Allah ka, ke mohabbat Allah ki,</w:t>
      </w:r>
    </w:p>
    <w:p>
      <w:pPr>
        <w:jc w:val="right"/>
      </w:pPr>
      <w:r>
        <w:t>اور پھر آپ کے mind میں بھر جائے اللہ کا، کہ محبت اللہ کی،</w:t>
      </w:r>
    </w:p>
    <w:p>
      <w:r>
        <w:rPr>
          <w:b/>
        </w:rPr>
        <w:t xml:space="preserve">[07:26] </w:t>
      </w:r>
      <w:r>
        <w:t>is ki badai ka ehsas, yeh sab bhar jaye.</w:t>
      </w:r>
    </w:p>
    <w:p>
      <w:pPr>
        <w:jc w:val="right"/>
      </w:pPr>
      <w:r>
        <w:t>اس کی بڑائی کا احساس، یہ سب بھر جائے۔</w:t>
      </w:r>
    </w:p>
    <w:p>
      <w:r>
        <w:rPr>
          <w:b/>
        </w:rPr>
        <w:t xml:space="preserve">[07:33] </w:t>
      </w:r>
      <w:r>
        <w:t>to yeh kab hoga? jab aap ke andar thinking power hoga. sochen ge aap. na sochen to kuch</w:t>
      </w:r>
    </w:p>
    <w:p>
      <w:pPr>
        <w:jc w:val="right"/>
      </w:pPr>
      <w:r>
        <w:t>تو یہ کب ہوگا؟ جب آپ کے اندر thinking power ہوگا۔ سوچیں گے آپ۔ نہ سوچیں تو کچھ</w:t>
      </w:r>
    </w:p>
    <w:p>
      <w:r>
        <w:rPr>
          <w:b/>
        </w:rPr>
        <w:t xml:space="preserve">[07:39] </w:t>
      </w:r>
      <w:r>
        <w:t>nahin. na sochen to kuch nahin.</w:t>
      </w:r>
    </w:p>
    <w:p>
      <w:pPr>
        <w:jc w:val="right"/>
      </w:pPr>
      <w:r>
        <w:t>نہیں۔ نہ سوچیں تو کچھ نہیں۔</w:t>
      </w:r>
    </w:p>
    <w:p>
      <w:r>
        <w:rPr>
          <w:b/>
        </w:rPr>
        <w:t xml:space="preserve">[07:47] </w:t>
      </w:r>
      <w:r>
        <w:t>jaise pehle zamane ki baat hai, mein jab baligh umar mein rehta tha, to hamare ek saathi the,</w:t>
      </w:r>
    </w:p>
    <w:p>
      <w:pPr>
        <w:jc w:val="right"/>
      </w:pPr>
      <w:r>
        <w:t>جیسے پہلے زمانے کی بات ہے، میں جب بالغ عمر میں رہتا تھا، تو ہمارے ایک ساتھی تھے،</w:t>
      </w:r>
    </w:p>
    <w:p>
      <w:r>
        <w:rPr>
          <w:b/>
        </w:rPr>
        <w:t xml:space="preserve">[07:54] </w:t>
      </w:r>
      <w:r>
        <w:t>unki maa ne bohat maanti thi unko. unki maa bohat unka</w:t>
      </w:r>
    </w:p>
    <w:p>
      <w:pPr>
        <w:jc w:val="right"/>
      </w:pPr>
      <w:r>
        <w:t>ان کی ماں نے بہت مانتی تھی ان کو۔ ان کی ماں بہت ان کا</w:t>
      </w:r>
    </w:p>
    <w:p>
      <w:r>
        <w:rPr>
          <w:b/>
        </w:rPr>
        <w:t xml:space="preserve">[07:59] </w:t>
      </w:r>
      <w:r>
        <w:t>maanti thi, to unka lihaf banaya tha unhon ne. is ko kehte hain kam khwab. kam khwab</w:t>
      </w:r>
    </w:p>
    <w:p>
      <w:pPr>
        <w:jc w:val="right"/>
      </w:pPr>
      <w:r>
        <w:t>مانتی تھی، تو ان کا لحاف بنایا تھا انہوں نے۔ اس کو کہتے ہیں کم خواب۔ کم خواب</w:t>
      </w:r>
    </w:p>
    <w:p>
      <w:r>
        <w:rPr>
          <w:b/>
        </w:rPr>
        <w:t xml:space="preserve">[08:06] </w:t>
      </w:r>
      <w:r>
        <w:t>mein kapra hota hai bohat hi naram, bohat hi aala quality ka. to kam khwab ka lihaf.</w:t>
      </w:r>
    </w:p>
    <w:p>
      <w:pPr>
        <w:jc w:val="right"/>
      </w:pPr>
      <w:r>
        <w:t>میں کپڑا ہوتا ہے بہت ہی نرم، بہت ہی اعلیٰ quality کا۔ تو کم خواب کا لحاف۔</w:t>
      </w:r>
    </w:p>
    <w:p>
      <w:r>
        <w:rPr>
          <w:b/>
        </w:rPr>
        <w:t xml:space="preserve">[08:16] </w:t>
      </w:r>
      <w:r>
        <w:t>to mere paas to kam khwab ka lihaf nahin tha. mere paas to mobile lihaf tha. unke</w:t>
      </w:r>
    </w:p>
    <w:p>
      <w:pPr>
        <w:jc w:val="right"/>
      </w:pPr>
      <w:r>
        <w:t>تو میرے پاس تو کم خواب کا لحاف نہیں تھا۔ میرے پاس تو موبائل لحاف تھا۔ ان کے</w:t>
      </w:r>
    </w:p>
    <w:p>
      <w:r>
        <w:rPr>
          <w:b/>
        </w:rPr>
        <w:t xml:space="preserve">[08:21] </w:t>
      </w:r>
      <w:r>
        <w:t>paas kam khwab ka lihaf tha.</w:t>
      </w:r>
    </w:p>
    <w:p>
      <w:pPr>
        <w:jc w:val="right"/>
      </w:pPr>
      <w:r>
        <w:t>پاس کم خواب کا لحاف تھا۔</w:t>
      </w:r>
    </w:p>
    <w:p>
      <w:r>
        <w:rPr>
          <w:b/>
        </w:rPr>
        <w:t xml:space="preserve">[08:24] </w:t>
      </w:r>
      <w:r>
        <w:t>to jab woh is mein sote the, kam khwab ke lihaf mein, to mein dekhta tha ke un</w:t>
      </w:r>
    </w:p>
    <w:p>
      <w:pPr>
        <w:jc w:val="right"/>
      </w:pPr>
      <w:r>
        <w:t>تو جب وہ اس میں سوتے تھے، کم خواب کے لحاف میں، تو میں دیکھتا تھا کہ ان</w:t>
      </w:r>
    </w:p>
    <w:p>
      <w:r>
        <w:rPr>
          <w:b/>
        </w:rPr>
        <w:t xml:space="preserve">[08:30] </w:t>
      </w:r>
      <w:r>
        <w:t>ke andar ek ehsas bartari</w:t>
      </w:r>
    </w:p>
    <w:p>
      <w:pPr>
        <w:jc w:val="right"/>
      </w:pPr>
      <w:r>
        <w:t>کے اندر ایک احساس برتری</w:t>
      </w:r>
    </w:p>
    <w:p>
      <w:r>
        <w:rPr>
          <w:b/>
        </w:rPr>
        <w:t xml:space="preserve">[08:32] </w:t>
      </w:r>
      <w:r>
        <w:t>ke mere paas kam khwab ka lihaf hai.</w:t>
      </w:r>
    </w:p>
    <w:p>
      <w:pPr>
        <w:jc w:val="right"/>
      </w:pPr>
      <w:r>
        <w:t>کہ میرے پاس کم خواب کا لحاف ہے۔</w:t>
      </w:r>
    </w:p>
    <w:p>
      <w:r>
        <w:rPr>
          <w:b/>
        </w:rPr>
        <w:t xml:space="preserve">[08:36] </w:t>
      </w:r>
      <w:r>
        <w:t>yeh nahin sochte the ke is lihaf se mujhe garmi mil rahi hai, woh garmi kaise mil rahi</w:t>
      </w:r>
    </w:p>
    <w:p>
      <w:pPr>
        <w:jc w:val="right"/>
      </w:pPr>
      <w:r>
        <w:t>یہ نہیں سوچتے تھے کہ اس لحاف سے مجھے گرمی مل رہی ہے، وہ گرمی کیسے مل رہی</w:t>
      </w:r>
    </w:p>
    <w:p>
      <w:r>
        <w:rPr>
          <w:b/>
        </w:rPr>
        <w:t xml:space="preserve">[08:41] </w:t>
      </w:r>
      <w:r>
        <w:t>hai. woh creator ne meri body mein yeh system rakha hai ke body heat generate karti hai. yeh</w:t>
      </w:r>
    </w:p>
    <w:p>
      <w:pPr>
        <w:jc w:val="right"/>
      </w:pPr>
      <w:r>
        <w:t>ہے۔ وہ creator نے میری body میں یہ سسٹم رکھا ہے کہ body heat generate کرتی ہے۔ یہ</w:t>
      </w:r>
    </w:p>
    <w:p>
      <w:r>
        <w:rPr>
          <w:b/>
        </w:rPr>
        <w:t xml:space="preserve">[08:49] </w:t>
      </w:r>
      <w:r>
        <w:t>nahin sochte the woh. to kya keh</w:t>
      </w:r>
    </w:p>
    <w:p>
      <w:pPr>
        <w:jc w:val="right"/>
      </w:pPr>
      <w:r>
        <w:t>نہیں سوچتے تھے وہ۔ تو کیا کہ</w:t>
      </w:r>
    </w:p>
    <w:p>
      <w:r>
        <w:rPr>
          <w:b/>
        </w:rPr>
        <w:t xml:space="preserve">[08:55] </w:t>
      </w:r>
      <w:r>
        <w:t>jo shukr ka item tha, jo hamd ka item tha, us ko woh discover nahin kar sake.</w:t>
      </w:r>
    </w:p>
    <w:p>
      <w:pPr>
        <w:jc w:val="right"/>
      </w:pPr>
      <w:r>
        <w:t>جو شکر کا آئٹم تھا، جو حمد کا آئٹم تھا، اس کو وہ discover نہیں کر سکے۔</w:t>
      </w:r>
    </w:p>
    <w:p>
      <w:r>
        <w:rPr>
          <w:b/>
        </w:rPr>
        <w:t xml:space="preserve">[09:04] </w:t>
      </w:r>
      <w:r>
        <w:t>aise hi dekhiye, doosra point hai ke insanon ke darmiyan aap rehte hain,</w:t>
      </w:r>
    </w:p>
    <w:p>
      <w:pPr>
        <w:jc w:val="right"/>
      </w:pPr>
      <w:r>
        <w:t>ایسے ہی دیکھیے، دوسرا point ہے کہ انسانوں کے درمیان آپ رہتے ہیں،</w:t>
      </w:r>
    </w:p>
    <w:p>
      <w:r>
        <w:rPr>
          <w:b/>
        </w:rPr>
        <w:t xml:space="preserve">[09:10] </w:t>
      </w:r>
      <w:r>
        <w:t>aur aap ke do saathi hain, jin aur insan.</w:t>
      </w:r>
    </w:p>
    <w:p>
      <w:pPr>
        <w:jc w:val="right"/>
      </w:pPr>
      <w:r>
        <w:t>اور آپ کے دو ساتھی ہیں، جن اور انسان۔</w:t>
      </w:r>
    </w:p>
    <w:p>
      <w:r>
        <w:rPr>
          <w:b/>
        </w:rPr>
        <w:t xml:space="preserve">[09:19] </w:t>
      </w:r>
      <w:r>
        <w:t>jin dikhai nahin dete, insan dikhai dete hain. lekin dono ka kaam kya hai? waswasa dalna.</w:t>
      </w:r>
    </w:p>
    <w:p>
      <w:pPr>
        <w:jc w:val="right"/>
      </w:pPr>
      <w:r>
        <w:t>جن دکھائی نہیں دیتے، انسان دکھائی دیتے ہیں۔ لیکن دونوں کا کام کیا ہے؟ وسوسہ ڈالنا۔</w:t>
      </w:r>
    </w:p>
    <w:p>
      <w:r>
        <w:rPr>
          <w:b/>
        </w:rPr>
        <w:t xml:space="preserve">[09:28] </w:t>
      </w:r>
      <w:r>
        <w:t>wrong advice dena. wrong direction dena. aap ki soch mein koi galat baat dalna.</w:t>
      </w:r>
    </w:p>
    <w:p>
      <w:pPr>
        <w:jc w:val="right"/>
      </w:pPr>
      <w:r>
        <w:t>wrong advice دینا۔ wrong direction دینا۔ آپ کی سوچ میں کوئی غلط بات ڈالنا۔</w:t>
      </w:r>
    </w:p>
    <w:p>
      <w:r>
        <w:rPr>
          <w:b/>
        </w:rPr>
        <w:t xml:space="preserve">[09:38] </w:t>
      </w:r>
      <w:r>
        <w:t>to is se bachna hai.</w:t>
      </w:r>
    </w:p>
    <w:p>
      <w:pPr>
        <w:jc w:val="right"/>
      </w:pPr>
      <w:r>
        <w:t>تو اس سے بچنا ہے۔</w:t>
      </w:r>
    </w:p>
    <w:p>
      <w:r>
        <w:rPr>
          <w:b/>
        </w:rPr>
        <w:t xml:space="preserve">[09:41] </w:t>
      </w:r>
      <w:r>
        <w:t>yeh hoga, yaani aap nahin keh sakte ke aap jinnaat ko khatam kar dein ya insan ko rok</w:t>
      </w:r>
    </w:p>
    <w:p>
      <w:pPr>
        <w:jc w:val="right"/>
      </w:pPr>
      <w:r>
        <w:t>یہ ہوگا، یعنی آپ نہیں کہہ سکتے کہ آپ جنات کو ختم کر دیں یا انسان کو روک</w:t>
      </w:r>
    </w:p>
    <w:p>
      <w:r>
        <w:rPr>
          <w:b/>
        </w:rPr>
        <w:t xml:space="preserve">[09:47] </w:t>
      </w:r>
      <w:r>
        <w:t>den waswasa dalne se.</w:t>
      </w:r>
    </w:p>
    <w:p>
      <w:pPr>
        <w:jc w:val="right"/>
      </w:pPr>
      <w:r>
        <w:t>دیں وسوسہ ڈالنے سے۔</w:t>
      </w:r>
    </w:p>
    <w:p>
      <w:r>
        <w:rPr>
          <w:b/>
        </w:rPr>
        <w:t xml:space="preserve">[09:50] </w:t>
      </w:r>
      <w:r>
        <w:t>aap ko khud apne ko itna zyada awaken karna hai, itna zyada intellectual development ka level itna badhana</w:t>
      </w:r>
    </w:p>
    <w:p>
      <w:pPr>
        <w:jc w:val="right"/>
      </w:pPr>
      <w:r>
        <w:t>آپ کو خود اپنے کو اتنا زیادہ awaken کرنا ہے، اتنا زیادہ intellectual development کا level اتنا بڑھانا</w:t>
      </w:r>
    </w:p>
    <w:p>
      <w:r>
        <w:rPr>
          <w:b/>
        </w:rPr>
        <w:t xml:space="preserve">[09:57] </w:t>
      </w:r>
      <w:r>
        <w:t>hai ke aap foran pakad lein baat ko.</w:t>
      </w:r>
    </w:p>
    <w:p>
      <w:pPr>
        <w:jc w:val="right"/>
      </w:pPr>
      <w:r>
        <w:t>ہے کہ آپ فوراً پکڑ لیں بات کو۔</w:t>
      </w:r>
    </w:p>
    <w:p>
      <w:r>
        <w:rPr>
          <w:b/>
        </w:rPr>
        <w:t xml:space="preserve">[10:05] </w:t>
      </w:r>
      <w:r>
        <w:t>foran pakad lein baat ko.</w:t>
      </w:r>
    </w:p>
    <w:p>
      <w:pPr>
        <w:jc w:val="right"/>
      </w:pPr>
      <w:r>
        <w:t>فوراً پکڑ لیں بات کو۔</w:t>
      </w:r>
    </w:p>
    <w:p>
      <w:r>
        <w:rPr>
          <w:b/>
        </w:rPr>
        <w:t xml:space="preserve">[10:08] </w:t>
      </w:r>
      <w:r>
        <w:t>to ek taraf aap ko itna zyada</w:t>
      </w:r>
    </w:p>
    <w:p>
      <w:pPr>
        <w:jc w:val="right"/>
      </w:pPr>
      <w:r>
        <w:t>تو ایک طرف آپ کو اتنا زیادہ</w:t>
      </w:r>
    </w:p>
    <w:p>
      <w:r>
        <w:rPr>
          <w:b/>
        </w:rPr>
        <w:t xml:space="preserve">[10:13] </w:t>
      </w:r>
      <w:r>
        <w:t>intellectually itna develop hona chahiye ke hamd ka item ho to us ko pakar lein aap. aur doosri</w:t>
      </w:r>
    </w:p>
    <w:p>
      <w:pPr>
        <w:jc w:val="right"/>
      </w:pPr>
      <w:r>
        <w:t>intellectually اتنا develop ہونا چاہیے کہ حمد کا آئٹم ہو تو اس کو پکڑ لیں آپ۔ اور دوسری</w:t>
      </w:r>
    </w:p>
    <w:p>
      <w:r>
        <w:rPr>
          <w:b/>
        </w:rPr>
        <w:t xml:space="preserve">[10:19] </w:t>
      </w:r>
      <w:r>
        <w:t>taraf koi waswase ka pehlu aaye to wahan bhi us ko bohat jald pakar kar us ko diffuse</w:t>
      </w:r>
    </w:p>
    <w:p>
      <w:pPr>
        <w:jc w:val="right"/>
      </w:pPr>
      <w:r>
        <w:t>طرف کوئی وسوسہ کا پہلو آئے تو وہاں بھی اس کو بہت جلد پکڑ کر اس کو diffuse</w:t>
      </w:r>
    </w:p>
    <w:p>
      <w:r>
        <w:rPr>
          <w:b/>
        </w:rPr>
        <w:t xml:space="preserve">[10:25] </w:t>
      </w:r>
      <w:r>
        <w:t>kar dein. jaise bomb ko police diffuse karti hai, aise aap us ko diffuse kar dein, khatam kar</w:t>
      </w:r>
    </w:p>
    <w:p>
      <w:pPr>
        <w:jc w:val="right"/>
      </w:pPr>
      <w:r>
        <w:t>کر دیں۔ جیسے بم کو پولیس diffuse کرتی ہے، ایسے آپ اس کو diffuse کر دیں، ختم کر</w:t>
      </w:r>
    </w:p>
    <w:p>
      <w:r>
        <w:rPr>
          <w:b/>
        </w:rPr>
        <w:t xml:space="preserve">[10:34] </w:t>
      </w:r>
      <w:r>
        <w:t>dEin. jaise mein ek misaal deta hoon waswase ki.</w:t>
      </w:r>
    </w:p>
    <w:p>
      <w:pPr>
        <w:jc w:val="right"/>
      </w:pPr>
      <w:r>
        <w:t>دیں۔ جیسے میں ایک مثال دیتا ہوں وسوسہ کی۔</w:t>
      </w:r>
    </w:p>
    <w:p>
      <w:r>
        <w:rPr>
          <w:b/>
        </w:rPr>
        <w:t xml:space="preserve">[10:39] </w:t>
      </w:r>
      <w:r>
        <w:t>ek sahab se meri mulaqat hui abhi chand din pehle.</w:t>
      </w:r>
    </w:p>
    <w:p>
      <w:pPr>
        <w:jc w:val="right"/>
      </w:pPr>
      <w:r>
        <w:t>ایک صاحب سے میری ملاقات ہوئی ابھی چند دن پہلے۔</w:t>
      </w:r>
    </w:p>
    <w:p>
      <w:r>
        <w:rPr>
          <w:b/>
        </w:rPr>
        <w:t xml:space="preserve">[10:44] </w:t>
      </w:r>
      <w:r>
        <w:t>to unhon ne kaha ke</w:t>
      </w:r>
    </w:p>
    <w:p>
      <w:pPr>
        <w:jc w:val="right"/>
      </w:pPr>
      <w:r>
        <w:t>تو انہوں نے کہا کہ</w:t>
      </w:r>
    </w:p>
    <w:p>
      <w:r>
        <w:rPr>
          <w:b/>
        </w:rPr>
        <w:t xml:space="preserve">[10:46] </w:t>
      </w:r>
      <w:r>
        <w:t>mein ne suna hai ke aap apne ko madi samajhte hain.</w:t>
      </w:r>
    </w:p>
    <w:p>
      <w:pPr>
        <w:jc w:val="right"/>
      </w:pPr>
      <w:r>
        <w:t>میں نے سنا ہے کہ آپ اپنے کو مادی سمجھتے ہیں۔</w:t>
      </w:r>
    </w:p>
    <w:p>
      <w:r>
        <w:rPr>
          <w:b/>
        </w:rPr>
        <w:t xml:space="preserve">[10:53] </w:t>
      </w:r>
      <w:r>
        <w:t>mein ne kaha aap ne kahin parha hai? mein ne likha hua, meri kitabein hain, mere magazine nikalte</w:t>
      </w:r>
    </w:p>
    <w:p>
      <w:pPr>
        <w:jc w:val="right"/>
      </w:pPr>
      <w:r>
        <w:t>میں نے کہا آپ نے کہیں پڑھا ہے؟ میں نے لکھا ہوا، میری کتابیں ہیں، میرے میگزین نکلتے</w:t>
      </w:r>
    </w:p>
    <w:p>
      <w:r>
        <w:rPr>
          <w:b/>
        </w:rPr>
        <w:t xml:space="preserve">[10:58] </w:t>
      </w:r>
      <w:r>
        <w:t>hain, kahin parha? unhon ne kaha nahi, suna hai.</w:t>
      </w:r>
    </w:p>
    <w:p>
      <w:pPr>
        <w:jc w:val="right"/>
      </w:pPr>
      <w:r>
        <w:t>ہیں، کہیں پڑھا؟ انہوں نے کہا نہیں، سنا ہے۔</w:t>
      </w:r>
    </w:p>
    <w:p>
      <w:r>
        <w:rPr>
          <w:b/>
        </w:rPr>
        <w:t xml:space="preserve">[11:03] </w:t>
      </w:r>
      <w:r>
        <w:t>to mein ne un se kaha ke dekhiye,</w:t>
      </w:r>
    </w:p>
    <w:p>
      <w:pPr>
        <w:jc w:val="right"/>
      </w:pPr>
      <w:r>
        <w:t>تو میں نے ان سے کہا کہ دیکھیے،</w:t>
      </w:r>
    </w:p>
    <w:p>
      <w:r>
        <w:rPr>
          <w:b/>
        </w:rPr>
        <w:t xml:space="preserve">[11:05] </w:t>
      </w:r>
      <w:r>
        <w:t>hadith mein aata hai: "kifa bil mar' kadhiban an yuhadditha bikulli ma sami'".</w:t>
      </w:r>
    </w:p>
    <w:p>
      <w:pPr>
        <w:jc w:val="right"/>
      </w:pPr>
      <w:r>
        <w:t>حدیث میں آتا ہے: "کفا بالمرء کذبا أن يحدث بكل ما سمع"۔</w:t>
      </w:r>
    </w:p>
    <w:p>
      <w:r>
        <w:rPr>
          <w:b/>
        </w:rPr>
        <w:t xml:space="preserve">[11:14] </w:t>
      </w:r>
      <w:r>
        <w:t>yaani woh insaan jhoota insaan hai jo suni hui baat ko maan le.</w:t>
      </w:r>
    </w:p>
    <w:p>
      <w:pPr>
        <w:jc w:val="right"/>
      </w:pPr>
      <w:r>
        <w:t>یعنی وہ انسان جھوٹا انسان ہے جو سنی ہوئی بات کو مان لے۔</w:t>
      </w:r>
    </w:p>
    <w:p>
      <w:r>
        <w:rPr>
          <w:b/>
        </w:rPr>
        <w:t xml:space="preserve">[11:20] </w:t>
      </w:r>
      <w:r>
        <w:t>to aap suni hui baat ko kaise maan liya aap ne?</w:t>
      </w:r>
    </w:p>
    <w:p>
      <w:pPr>
        <w:jc w:val="right"/>
      </w:pPr>
      <w:r>
        <w:t>تو آپ سنی ہوئی بات کو کیسے مان لیا آپ نے؟</w:t>
      </w:r>
    </w:p>
    <w:p>
      <w:r>
        <w:rPr>
          <w:b/>
        </w:rPr>
        <w:t xml:space="preserve">[11:24] </w:t>
      </w:r>
      <w:r>
        <w:t>"kifa bil mar' kadhiban an yuhadditha bikulli ma sami'" . is ka tarjuma, literal tarjuma yeh hai ke kisi insaan</w:t>
      </w:r>
    </w:p>
    <w:p>
      <w:pPr>
        <w:jc w:val="right"/>
      </w:pPr>
      <w:r>
        <w:t>"کفا بالمرء کذبا أن يحدث بكل ما سمع"۔ اس کا ترجمہ، literal ترجمہ یہ ہے کہ کسی انسان</w:t>
      </w:r>
    </w:p>
    <w:p>
      <w:r>
        <w:rPr>
          <w:b/>
        </w:rPr>
        <w:t xml:space="preserve">[11:33] </w:t>
      </w:r>
      <w:r>
        <w:t>ke liye, kisi insaan ke jhoota hone ke liye yeh baat kafi hai ke woh jo sune usi</w:t>
      </w:r>
    </w:p>
    <w:p>
      <w:pPr>
        <w:jc w:val="right"/>
      </w:pPr>
      <w:r>
        <w:t>کے لیے، کسی انسان کے جھوٹا ہونے کے لیے یہ بات کافی ہے کہ وہ جو سنے اسی</w:t>
      </w:r>
    </w:p>
    <w:p>
      <w:r>
        <w:rPr>
          <w:b/>
        </w:rPr>
        <w:t xml:space="preserve">[11:41] </w:t>
      </w:r>
      <w:r>
        <w:t>baat ko maan le. kahani batane lage, logon se zikr, is ka charcha karne lage.</w:t>
      </w:r>
    </w:p>
    <w:p>
      <w:pPr>
        <w:jc w:val="right"/>
      </w:pPr>
      <w:r>
        <w:t>بات کو مان لے۔ کہانی بتانے لگے، لوگوں سے ذکر، اس کا چرچا کرنے لگے۔</w:t>
      </w:r>
    </w:p>
    <w:p>
      <w:r>
        <w:rPr>
          <w:b/>
        </w:rPr>
        <w:t xml:space="preserve">[11:48] </w:t>
      </w:r>
      <w:r>
        <w:t>is tarah diffuse kiya jata hai.</w:t>
      </w:r>
    </w:p>
    <w:p>
      <w:pPr>
        <w:jc w:val="right"/>
      </w:pPr>
      <w:r>
        <w:t>اس طرح diffuse کیا جاتا ہے۔</w:t>
      </w:r>
    </w:p>
    <w:p>
      <w:r>
        <w:rPr>
          <w:b/>
        </w:rPr>
        <w:t xml:space="preserve">[11:52] </w:t>
      </w:r>
      <w:r>
        <w:t>to mein ne un se kaha ke aap ne diffuse nahi kiya, jo suni baat aap ne, us</w:t>
      </w:r>
    </w:p>
    <w:p>
      <w:pPr>
        <w:jc w:val="right"/>
      </w:pPr>
      <w:r>
        <w:t>تو میں نے ان سے کہا کہ آپ نے diffuse نہیں کیا، جو سنی بات آپ نے، اس</w:t>
      </w:r>
    </w:p>
    <w:p>
      <w:r>
        <w:rPr>
          <w:b/>
        </w:rPr>
        <w:t xml:space="preserve">[11:57] </w:t>
      </w:r>
      <w:r>
        <w:t>ko aap diffuse nahi kar sake, aur us ko pakar liya aap ne.</w:t>
      </w:r>
    </w:p>
    <w:p>
      <w:pPr>
        <w:jc w:val="right"/>
      </w:pPr>
      <w:r>
        <w:t>کو آپ diffuse نہیں کر سکے، اور اس کو پکڑ لیا آپ نے۔</w:t>
      </w:r>
    </w:p>
    <w:p>
      <w:r>
        <w:rPr>
          <w:b/>
        </w:rPr>
        <w:t xml:space="preserve">[12:04] </w:t>
      </w:r>
      <w:r>
        <w:t>to har subah shaam hum ko aisi baatein milti hain jo</w:t>
      </w:r>
    </w:p>
    <w:p>
      <w:pPr>
        <w:jc w:val="right"/>
      </w:pPr>
      <w:r>
        <w:t>تو ہر صبح شام ہم کو ایسی باتیں ملتی ہیں جو</w:t>
      </w:r>
    </w:p>
    <w:p>
      <w:r>
        <w:rPr>
          <w:b/>
        </w:rPr>
        <w:t xml:space="preserve">[12:10] </w:t>
      </w:r>
      <w:r>
        <w:t>waswase ke andaaz ki hoti hain. waswasa, yaani wrong advice.</w:t>
      </w:r>
    </w:p>
    <w:p>
      <w:pPr>
        <w:jc w:val="right"/>
      </w:pPr>
      <w:r>
        <w:t>وسوسے کے انداز کی ہوتی ہیں۔ وسوسہ، یعنی wrong advice۔</w:t>
      </w:r>
    </w:p>
    <w:p>
      <w:r>
        <w:rPr>
          <w:b/>
        </w:rPr>
        <w:t xml:space="preserve">[12:15] </w:t>
      </w:r>
      <w:r>
        <w:t>to aap ko us ko diffuse karna hai, us ka analysis karna hai,</w:t>
      </w:r>
    </w:p>
    <w:p>
      <w:pPr>
        <w:jc w:val="right"/>
      </w:pPr>
      <w:r>
        <w:t>تو آپ کو اس کو diffuse کرنا ہے، اس کا analysis کرنا ہے،</w:t>
      </w:r>
    </w:p>
    <w:p>
      <w:r>
        <w:rPr>
          <w:b/>
        </w:rPr>
        <w:t xml:space="preserve">[12:21] </w:t>
      </w:r>
      <w:r>
        <w:t>us ko sort out karna hai. tab aap us se bachte rahenge, bachte rahenge, bachte rahen</w:t>
      </w:r>
    </w:p>
    <w:p>
      <w:pPr>
        <w:jc w:val="right"/>
      </w:pPr>
      <w:r>
        <w:t>اس کو sort out کرنا ہے۔ تب آپ اس سے بچتے رہیں گے، بچتے رہیں گے، بچتے رہیں</w:t>
      </w:r>
    </w:p>
    <w:p>
      <w:r>
        <w:rPr>
          <w:b/>
        </w:rPr>
        <w:t xml:space="preserve">[12:26] </w:t>
      </w:r>
      <w:r>
        <w:t>ge. dekhiye, yeh saada baat nahi hai.</w:t>
      </w:r>
    </w:p>
    <w:p>
      <w:pPr>
        <w:jc w:val="right"/>
      </w:pPr>
      <w:r>
        <w:t>گے۔ دیکھیے، یہ سادہ بات نہیں ہے۔</w:t>
      </w:r>
    </w:p>
    <w:p>
      <w:r>
        <w:rPr>
          <w:b/>
        </w:rPr>
        <w:t xml:space="preserve">[12:33] </w:t>
      </w:r>
      <w:r>
        <w:t>jo main aksar kaha karta hoon ke is dunya mein hamein is tarah rehna hai ke poore maanon</w:t>
      </w:r>
    </w:p>
    <w:p>
      <w:pPr>
        <w:jc w:val="right"/>
      </w:pPr>
      <w:r>
        <w:t>جو میں اکثر کہا کرتا ہوں کہ اس دنیا میں ہمیں اس طرح رہنا ہے کہ پورے معنوں</w:t>
      </w:r>
    </w:p>
    <w:p>
      <w:r>
        <w:rPr>
          <w:b/>
        </w:rPr>
        <w:t xml:space="preserve">[12:38] </w:t>
      </w:r>
      <w:r>
        <w:t>mein hamare andar positive thinking ho. negative thinking se hum bilkul pak hain.</w:t>
      </w:r>
    </w:p>
    <w:p>
      <w:pPr>
        <w:jc w:val="right"/>
      </w:pPr>
      <w:r>
        <w:t>میں ہمارے اندر positive thinking ہو۔ negative thinking سے ہم بالکل پاک ہوں۔</w:t>
      </w:r>
    </w:p>
    <w:p>
      <w:r>
        <w:rPr>
          <w:b/>
        </w:rPr>
        <w:t xml:space="preserve">[12:45] </w:t>
      </w:r>
      <w:r>
        <w:t>yahi sab se bara,</w:t>
      </w:r>
    </w:p>
    <w:p>
      <w:pPr>
        <w:jc w:val="right"/>
      </w:pPr>
      <w:r>
        <w:t>یہی سب سے بڑا،</w:t>
      </w:r>
    </w:p>
    <w:p>
      <w:r>
        <w:rPr>
          <w:b/>
        </w:rPr>
        <w:t xml:space="preserve">[12:49] </w:t>
      </w:r>
      <w:r>
        <w:t>sab se bara achievement hai is dunya mein.</w:t>
      </w:r>
    </w:p>
    <w:p>
      <w:pPr>
        <w:jc w:val="right"/>
      </w:pPr>
      <w:r>
        <w:t>سب سے بڑا achievement ہے اس دنیا میں۔</w:t>
      </w:r>
    </w:p>
    <w:p>
      <w:r>
        <w:rPr>
          <w:b/>
        </w:rPr>
        <w:t xml:space="preserve">[12:53] </w:t>
      </w:r>
      <w:r>
        <w:t>sab se bara achievement is dunya mein yahi hai ke aap is tarah rahein ke aap negative thinking</w:t>
      </w:r>
    </w:p>
    <w:p>
      <w:pPr>
        <w:jc w:val="right"/>
      </w:pPr>
      <w:r>
        <w:t>سب سے بڑا achievement اس دنیا میں یہی ہے کہ آپ اس طرح رہیں کہ آپ negative thinking</w:t>
      </w:r>
    </w:p>
    <w:p>
      <w:r>
        <w:rPr>
          <w:b/>
        </w:rPr>
        <w:t xml:space="preserve">[12:59] </w:t>
      </w:r>
      <w:r>
        <w:t>aap ke andar aite ke barabar bhi na ho.</w:t>
      </w:r>
    </w:p>
    <w:p>
      <w:pPr>
        <w:jc w:val="right"/>
      </w:pPr>
      <w:r>
        <w:t>آپ کے اندر آئٹہ کے برابر بھی نہ ہو۔</w:t>
      </w:r>
    </w:p>
    <w:p>
      <w:r>
        <w:rPr>
          <w:b/>
        </w:rPr>
        <w:t xml:space="preserve">[13:03] </w:t>
      </w:r>
      <w:r>
        <w:t>aur poore maanon mein aap ke andar positive thinking ho.</w:t>
      </w:r>
    </w:p>
    <w:p>
      <w:pPr>
        <w:jc w:val="right"/>
      </w:pPr>
      <w:r>
        <w:t>اور پورے معنوں میں آپ کے اندر positive thinking ہو۔</w:t>
      </w:r>
    </w:p>
    <w:p>
      <w:r>
        <w:rPr>
          <w:b/>
        </w:rPr>
        <w:t xml:space="preserve">[13:08] </w:t>
      </w:r>
      <w:r>
        <w:t>yaani manfi soch nahi,</w:t>
      </w:r>
    </w:p>
    <w:p>
      <w:pPr>
        <w:jc w:val="right"/>
      </w:pPr>
      <w:r>
        <w:t>یعنی منفی سوچ نہیں،</w:t>
      </w:r>
    </w:p>
    <w:p>
      <w:r>
        <w:rPr>
          <w:b/>
        </w:rPr>
        <w:t xml:space="preserve">[13:13] </w:t>
      </w:r>
      <w:r>
        <w:t>musbat soch haan.</w:t>
      </w:r>
    </w:p>
    <w:p>
      <w:pPr>
        <w:jc w:val="right"/>
      </w:pPr>
      <w:r>
        <w:t>مثبت سوچ ہاں۔</w:t>
      </w:r>
    </w:p>
    <w:p>
      <w:r>
        <w:rPr>
          <w:b/>
        </w:rPr>
        <w:t xml:space="preserve">[13:17] </w:t>
      </w:r>
      <w:r>
        <w:t>yeh hai woh personality jis ko quran mein muzakkar shakhsiyat kaha gaya hai. aur yahi muzakkar shakhsiyat</w:t>
      </w:r>
    </w:p>
    <w:p>
      <w:pPr>
        <w:jc w:val="right"/>
      </w:pPr>
      <w:r>
        <w:t>یہ ہے وہ personality جس کو قرآن میں مذکر شخصیت کہا گیا ہے۔ اور یہی مذکر شخصیت</w:t>
      </w:r>
    </w:p>
    <w:p>
      <w:r>
        <w:rPr>
          <w:b/>
        </w:rPr>
        <w:t xml:space="preserve">[13:27] </w:t>
      </w:r>
      <w:r>
        <w:t>jayegi jannat mein.</w:t>
      </w:r>
    </w:p>
    <w:p>
      <w:pPr>
        <w:jc w:val="right"/>
      </w:pPr>
      <w:r>
        <w:t>جائے گی جنت میں۔</w:t>
      </w:r>
    </w:p>
    <w:p>
      <w:r>
        <w:rPr>
          <w:b/>
        </w:rPr>
        <w:t xml:space="preserve">[13:30] </w:t>
      </w:r>
      <w:r>
        <w:t>to yeh process har waqt jaari rehta hai, har maamle mein jaari rehta hai, ghar ke andar, society</w:t>
      </w:r>
    </w:p>
    <w:p>
      <w:pPr>
        <w:jc w:val="right"/>
      </w:pPr>
      <w:r>
        <w:t>تو یہ process ہر وقت جاری رہتا ہے، ہر معاملے میں جاری رہتا ہے، گھر کے اندر، society</w:t>
      </w:r>
    </w:p>
    <w:p>
      <w:r>
        <w:rPr>
          <w:b/>
        </w:rPr>
        <w:t xml:space="preserve">[13:34] </w:t>
      </w:r>
      <w:r>
        <w:t>ke andar, har maamle mein.</w:t>
      </w:r>
    </w:p>
    <w:p>
      <w:pPr>
        <w:jc w:val="right"/>
      </w:pPr>
      <w:r>
        <w:t>کے اندر، ہر معاملے میں۔</w:t>
      </w:r>
    </w:p>
    <w:p>
      <w:r>
        <w:rPr>
          <w:b/>
        </w:rPr>
        <w:t xml:space="preserve">[13:39] </w:t>
      </w:r>
      <w:r>
        <w:t>is ko samajhne ke liye main aap ko ek misaal deta hoon.</w:t>
      </w:r>
    </w:p>
    <w:p>
      <w:pPr>
        <w:jc w:val="right"/>
      </w:pPr>
      <w:r>
        <w:t>اس کو سمجھنے کے لیے میں آپ کو ایک مثال دیتا ہوں۔</w:t>
      </w:r>
    </w:p>
    <w:p>
      <w:r>
        <w:rPr>
          <w:b/>
        </w:rPr>
        <w:t xml:space="preserve">[13:46] </w:t>
      </w:r>
      <w:r>
        <w:t>dekhiye, yeh aaj ka angrezi akhbar hai,</w:t>
      </w:r>
    </w:p>
    <w:p>
      <w:pPr>
        <w:jc w:val="right"/>
      </w:pPr>
      <w:r>
        <w:t>دیکھیے، یہ آج کا انگریزی اخبار ہے،</w:t>
      </w:r>
    </w:p>
    <w:p>
      <w:r>
        <w:rPr>
          <w:b/>
        </w:rPr>
        <w:t xml:space="preserve">[13:50] </w:t>
      </w:r>
      <w:r>
        <w:t>jo India ka top most daily samjha jata hai, yaani 20 december ka times of India.</w:t>
      </w:r>
    </w:p>
    <w:p>
      <w:pPr>
        <w:jc w:val="right"/>
      </w:pPr>
      <w:r>
        <w:t>جو انڈیا کا top most daily سمجھا جاتا ہے، یعنی 20 دسمبر کا ٹائمز آف انڈیا۔</w:t>
      </w:r>
    </w:p>
    <w:p>
      <w:r>
        <w:rPr>
          <w:b/>
        </w:rPr>
        <w:t xml:space="preserve">[13:59] </w:t>
      </w:r>
      <w:r>
        <w:t>is ke andar</w:t>
      </w:r>
    </w:p>
    <w:p>
      <w:pPr>
        <w:jc w:val="right"/>
      </w:pPr>
      <w:r>
        <w:t>اس کے اندر</w:t>
      </w:r>
    </w:p>
    <w:p>
      <w:r>
        <w:rPr>
          <w:b/>
        </w:rPr>
        <w:t xml:space="preserve">[14:05] </w:t>
      </w:r>
      <w:r>
        <w:t>kayi article chhape hain. mera article, hamari team ke kayi logon ka article, is mein aaya hai, aaj</w:t>
      </w:r>
    </w:p>
    <w:p>
      <w:pPr>
        <w:jc w:val="right"/>
      </w:pPr>
      <w:r>
        <w:t>کئی آرٹیکل چھپے ہیں۔ میرا آرٹیکل، ہماری ٹیم کے کئی لوگوں کا آرٹیکل، اس میں آیا ہے، آج</w:t>
      </w:r>
    </w:p>
    <w:p>
      <w:r>
        <w:rPr>
          <w:b/>
        </w:rPr>
        <w:t xml:space="preserve">[14:13] </w:t>
      </w:r>
      <w:r>
        <w:t>ke parche mein.</w:t>
      </w:r>
    </w:p>
    <w:p>
      <w:pPr>
        <w:jc w:val="right"/>
      </w:pPr>
      <w:r>
        <w:t>کے پرچے میں۔</w:t>
      </w:r>
    </w:p>
    <w:p>
      <w:r>
        <w:rPr>
          <w:b/>
        </w:rPr>
        <w:t xml:space="preserve">[14:17] </w:t>
      </w:r>
      <w:r>
        <w:t>to is ke peeche ek kahani hai, ek lambi kahani hai.</w:t>
      </w:r>
    </w:p>
    <w:p>
      <w:pPr>
        <w:jc w:val="right"/>
      </w:pPr>
      <w:r>
        <w:t>تو اس کے پیچھے ایک کہانی ہے، ایک لمبی کہانی ہے۔</w:t>
      </w:r>
    </w:p>
    <w:p>
      <w:r>
        <w:rPr>
          <w:b/>
        </w:rPr>
        <w:t xml:space="preserve">[14:25] </w:t>
      </w:r>
      <w:r>
        <w:t>jab main dilli aaya 1967 mein, to us waqt is maanon mein kayi magazine nikalte the, english magazine.</w:t>
      </w:r>
    </w:p>
    <w:p>
      <w:pPr>
        <w:jc w:val="right"/>
      </w:pPr>
      <w:r>
        <w:t>جب میں دلی آیا 1967 میں، تو اس وقت اس معنوں میں کئی میگزین نکلتے تھے، انگلش میگزین۔</w:t>
      </w:r>
    </w:p>
    <w:p>
      <w:r>
        <w:rPr>
          <w:b/>
        </w:rPr>
        <w:t xml:space="preserve">[14:36] </w:t>
      </w:r>
      <w:r>
        <w:t>dilli mein bhi, dilli ke bahar bhi.</w:t>
      </w:r>
    </w:p>
    <w:p>
      <w:pPr>
        <w:jc w:val="right"/>
      </w:pPr>
      <w:r>
        <w:t>دلی میں بھی، دلی کے باہر بھی۔</w:t>
      </w:r>
    </w:p>
    <w:p>
      <w:r>
        <w:rPr>
          <w:b/>
        </w:rPr>
        <w:t xml:space="preserve">[14:40] </w:t>
      </w:r>
      <w:r>
        <w:t>to main kehta tha ke yeh is parche se kya faida? yeh to community paper hai.</w:t>
      </w:r>
    </w:p>
    <w:p>
      <w:pPr>
        <w:jc w:val="right"/>
      </w:pPr>
      <w:r>
        <w:t>تو میں کہتا تھا کہ یہ اس پرچے سے کیا فائدہ؟ یہ تو کمیونٹی پیپر ہے۔</w:t>
      </w:r>
    </w:p>
    <w:p>
      <w:r>
        <w:rPr>
          <w:b/>
        </w:rPr>
        <w:t xml:space="preserve">[14:47] </w:t>
      </w:r>
      <w:r>
        <w:t>yaani aap likhenge, hum is maanon mein padh lenge. community paper.</w:t>
      </w:r>
    </w:p>
    <w:p>
      <w:pPr>
        <w:jc w:val="right"/>
      </w:pPr>
      <w:r>
        <w:t>یعنی آپ لکھیں گے، ہم اس معنی میں پڑھ لیں گے۔ کمیونٹی پیپر۔</w:t>
      </w:r>
    </w:p>
    <w:p>
      <w:r>
        <w:rPr>
          <w:b/>
        </w:rPr>
        <w:t xml:space="preserve">[14:53] </w:t>
      </w:r>
      <w:r>
        <w:t>community paper se koi faida nahi. woh paise ka waste karna hai. aap ko national dailies jo hain,</w:t>
      </w:r>
    </w:p>
    <w:p>
      <w:pPr>
        <w:jc w:val="right"/>
      </w:pPr>
      <w:r>
        <w:t>کمیونٹی پیپر سے کوئی فائدہ نہیں۔ وہ پیسے کا waste کرنا ہے۔ آپ کو نیشنل ڈیلیز جو ہیں،</w:t>
      </w:r>
    </w:p>
    <w:p>
      <w:r>
        <w:rPr>
          <w:b/>
        </w:rPr>
        <w:t xml:space="preserve">[15:00] </w:t>
      </w:r>
      <w:r>
        <w:t>jo national press hai, us mein aana chahiye aap.</w:t>
      </w:r>
    </w:p>
    <w:p>
      <w:pPr>
        <w:jc w:val="right"/>
      </w:pPr>
      <w:r>
        <w:t>جو نیشنل پریس ہے، اس میں آنا چاہیے آپ۔</w:t>
      </w:r>
    </w:p>
    <w:p>
      <w:r>
        <w:rPr>
          <w:b/>
        </w:rPr>
        <w:t xml:space="preserve">[15:05] </w:t>
      </w:r>
      <w:r>
        <w:t>to log chounke</w:t>
      </w:r>
    </w:p>
    <w:p>
      <w:pPr>
        <w:jc w:val="right"/>
      </w:pPr>
      <w:r>
        <w:t>تو لوگ چونکہ</w:t>
      </w:r>
    </w:p>
    <w:p>
      <w:r>
        <w:rPr>
          <w:b/>
        </w:rPr>
        <w:t xml:space="preserve">[15:08] </w:t>
      </w:r>
      <w:r>
        <w:t>jeetay hain ta'assub mein,</w:t>
      </w:r>
    </w:p>
    <w:p>
      <w:pPr>
        <w:jc w:val="right"/>
      </w:pPr>
      <w:r>
        <w:t>جیتے ہیں تعصب میں،</w:t>
      </w:r>
    </w:p>
    <w:p>
      <w:r>
        <w:rPr>
          <w:b/>
        </w:rPr>
        <w:t xml:space="preserve">[15:12] </w:t>
      </w:r>
      <w:r>
        <w:t>keh woh to</w:t>
      </w:r>
    </w:p>
    <w:p>
      <w:pPr>
        <w:jc w:val="right"/>
      </w:pPr>
      <w:r>
        <w:t>کہ وہ تو</w:t>
      </w:r>
    </w:p>
    <w:p>
      <w:r>
        <w:rPr>
          <w:b/>
        </w:rPr>
        <w:t xml:space="preserve">[15:14] </w:t>
      </w:r>
      <w:r>
        <w:t>anti muslim perche hain, woh humein, un ko chhapain ge hamari baat.</w:t>
      </w:r>
    </w:p>
    <w:p>
      <w:pPr>
        <w:jc w:val="right"/>
      </w:pPr>
      <w:r>
        <w:t>اینٹی مسلم پرچے ہیں، وہ ہمیں، ان کو چھاپیں گے ہماری بات۔</w:t>
      </w:r>
    </w:p>
    <w:p>
      <w:r>
        <w:rPr>
          <w:b/>
        </w:rPr>
        <w:t xml:space="preserve">[15:20] </w:t>
      </w:r>
      <w:r>
        <w:t>lekin main chounke Allah ke fazl se hamd mein jeeta hoon, waswase se apne ko bachata hoon, to</w:t>
      </w:r>
    </w:p>
    <w:p>
      <w:pPr>
        <w:jc w:val="right"/>
      </w:pPr>
      <w:r>
        <w:t>لیکن میں چونکہ اللہ کے فضل سے حمد میں جیتا ہوں، وسوسے سے اپنے کو بچاتا ہوں، تو</w:t>
      </w:r>
    </w:p>
    <w:p>
      <w:r>
        <w:rPr>
          <w:b/>
        </w:rPr>
        <w:t xml:space="preserve">[15:29] </w:t>
      </w:r>
      <w:r>
        <w:t>mere andar objective thinking hai. Har cheez ko main objectively samajhne ki koshish karta hoon.</w:t>
      </w:r>
    </w:p>
    <w:p>
      <w:pPr>
        <w:jc w:val="right"/>
      </w:pPr>
      <w:r>
        <w:t>میرے اندر objective thinking ہے۔ ہر چیز کو میں objectively سمجھنے کی کوشش کرتا ہوں۔</w:t>
      </w:r>
    </w:p>
    <w:p>
      <w:r>
        <w:rPr>
          <w:b/>
        </w:rPr>
        <w:t xml:space="preserve">[15:38] </w:t>
      </w:r>
      <w:r>
        <w:t>to apne study se, apne tajrube se maine yeh jaana hai</w:t>
      </w:r>
    </w:p>
    <w:p>
      <w:pPr>
        <w:jc w:val="right"/>
      </w:pPr>
      <w:r>
        <w:t>تو اپنے study سے، اپنے تجربے سے میں نے یہ جانا ہے</w:t>
      </w:r>
    </w:p>
    <w:p>
      <w:r>
        <w:rPr>
          <w:b/>
        </w:rPr>
        <w:t xml:space="preserve">[15:45] </w:t>
      </w:r>
      <w:r>
        <w:t>keh har jagah koi</w:t>
      </w:r>
    </w:p>
    <w:p>
      <w:pPr>
        <w:jc w:val="right"/>
      </w:pPr>
      <w:r>
        <w:t>کہ ہر جگہ کوئی</w:t>
      </w:r>
    </w:p>
    <w:p>
      <w:r>
        <w:rPr>
          <w:b/>
        </w:rPr>
        <w:t xml:space="preserve">[15:48] </w:t>
      </w:r>
      <w:r>
        <w:t>entry point hota hai.</w:t>
      </w:r>
    </w:p>
    <w:p>
      <w:pPr>
        <w:jc w:val="right"/>
      </w:pPr>
      <w:r>
        <w:t>entry point ہوتا ہے۔</w:t>
      </w:r>
    </w:p>
    <w:p>
      <w:r>
        <w:rPr>
          <w:b/>
        </w:rPr>
        <w:t xml:space="preserve">[15:51] </w:t>
      </w:r>
      <w:r>
        <w:t>jaise Quran mein jo kaha gaya hai keh "in ma al-'usri yusra".</w:t>
      </w:r>
    </w:p>
    <w:p>
      <w:pPr>
        <w:jc w:val="right"/>
      </w:pPr>
      <w:r>
        <w:t>جیسے قرآن میں جو کہا گیا ہے کہ "إن ما الأوس عسر"۔</w:t>
      </w:r>
    </w:p>
    <w:p>
      <w:r>
        <w:rPr>
          <w:b/>
        </w:rPr>
        <w:t xml:space="preserve">[15:56] </w:t>
      </w:r>
      <w:r>
        <w:t>Har mushkil ke sath aasani hai. Yani har mushkil halaat mein wahan ek entry point hai. Is ko</w:t>
      </w:r>
    </w:p>
    <w:p>
      <w:pPr>
        <w:jc w:val="right"/>
      </w:pPr>
      <w:r>
        <w:t>ہر مشکل کے ساتھ آسانی ہے۔ یعنی ہر مشکل حالات میں وہاں ایک entry point ہے۔ اس کو</w:t>
      </w:r>
    </w:p>
    <w:p>
      <w:r>
        <w:rPr>
          <w:b/>
        </w:rPr>
        <w:t xml:space="preserve">[16:02] </w:t>
      </w:r>
      <w:r>
        <w:t>daryaft karo. Yani Quran mein yeh alfaaz jo hain keh "with every hardship there is ease".</w:t>
      </w:r>
    </w:p>
    <w:p>
      <w:pPr>
        <w:jc w:val="right"/>
      </w:pPr>
      <w:r>
        <w:t>دریافت کرو۔ یعنی قرآن میں یہ الفاظ جو ہیں کہ "with every hardship there is ease"۔</w:t>
      </w:r>
    </w:p>
    <w:p>
      <w:r>
        <w:rPr>
          <w:b/>
        </w:rPr>
        <w:t xml:space="preserve">[16:12] </w:t>
      </w:r>
      <w:r>
        <w:t>to is par sochiye aap.</w:t>
      </w:r>
    </w:p>
    <w:p>
      <w:pPr>
        <w:jc w:val="right"/>
      </w:pPr>
      <w:r>
        <w:t>تو اس پر سوچیے آپ۔</w:t>
      </w:r>
    </w:p>
    <w:p>
      <w:r>
        <w:rPr>
          <w:b/>
        </w:rPr>
        <w:t xml:space="preserve">[16:15] </w:t>
      </w:r>
      <w:r>
        <w:t>Is par sochiye. To is ka matlab yeh nikle ga keh har mushkil halaat mein</w:t>
      </w:r>
    </w:p>
    <w:p>
      <w:pPr>
        <w:jc w:val="right"/>
      </w:pPr>
      <w:r>
        <w:t>اس پر سوچیے۔ تو اس کا مطلب یہ نکلے گا کہ ہر مشکل حالات میں</w:t>
      </w:r>
    </w:p>
    <w:p>
      <w:r>
        <w:rPr>
          <w:b/>
        </w:rPr>
        <w:t xml:space="preserve">[16:21] </w:t>
      </w:r>
      <w:r>
        <w:t>ek entry point hota hai. Wahan se dakhil ho jaiye aap. Aur phir apni is tarah planning kijiye.</w:t>
      </w:r>
    </w:p>
    <w:p>
      <w:pPr>
        <w:jc w:val="right"/>
      </w:pPr>
      <w:r>
        <w:t>ایک entry point ہوتا ہے۔ وہاں سے داخل ہو جائیے آپ۔ اور پھر اپنی اس طرح planning کیجیے۔</w:t>
      </w:r>
    </w:p>
    <w:p>
      <w:r>
        <w:rPr>
          <w:b/>
        </w:rPr>
        <w:t xml:space="preserve">[16:31] </w:t>
      </w:r>
      <w:r>
        <w:t>to maine socha, main bohat socha, maine socha keh hamare liye</w:t>
      </w:r>
    </w:p>
    <w:p>
      <w:pPr>
        <w:jc w:val="right"/>
      </w:pPr>
      <w:r>
        <w:t>تو میں نے سوچا، میں بہت سوچا، میں نے سوچا کہ ہمارے لیے</w:t>
      </w:r>
    </w:p>
    <w:p>
      <w:r>
        <w:rPr>
          <w:b/>
        </w:rPr>
        <w:t xml:space="preserve">[16:37] </w:t>
      </w:r>
      <w:r>
        <w:t>entry point kahan hai? Sirf India ki baat nahi kar raha hoon main. Dunya bhar ki baat. Dunya</w:t>
      </w:r>
    </w:p>
    <w:p>
      <w:pPr>
        <w:jc w:val="right"/>
      </w:pPr>
      <w:r>
        <w:t>entry point کہاں ہے؟ صرف انڈیا کی بات نہیں کر رہا ہوں میں۔ دنیا بھر کی بات۔ دنیا</w:t>
      </w:r>
    </w:p>
    <w:p>
      <w:r>
        <w:rPr>
          <w:b/>
        </w:rPr>
        <w:t xml:space="preserve">[16:42] </w:t>
      </w:r>
      <w:r>
        <w:t>bhar mein jo media hai, jo press hai, us ke bare mein Musalman aam taur par samajhte hain</w:t>
      </w:r>
    </w:p>
    <w:p>
      <w:pPr>
        <w:jc w:val="right"/>
      </w:pPr>
      <w:r>
        <w:t>بھر میں جو میڈیا ہے، جو پریس ہے، اس کے بارے میں مسلمان عام طور پر سمجھتے ہیں</w:t>
      </w:r>
    </w:p>
    <w:p>
      <w:r>
        <w:rPr>
          <w:b/>
        </w:rPr>
        <w:t xml:space="preserve">[16:49] </w:t>
      </w:r>
      <w:r>
        <w:t>keh woh Musalmanon ke bare mein negative hai, Islam ke bare mein negative hai.</w:t>
      </w:r>
    </w:p>
    <w:p>
      <w:pPr>
        <w:jc w:val="right"/>
      </w:pPr>
      <w:r>
        <w:t>کہ وہ مسلمانوں کے بارے میں negative ہے، اسلام کے بارے میں negative ہے۔</w:t>
      </w:r>
    </w:p>
    <w:p>
      <w:r>
        <w:rPr>
          <w:b/>
        </w:rPr>
        <w:t xml:space="preserve">[16:58] </w:t>
      </w:r>
      <w:r>
        <w:t>lekin aaj Khuda ka fazl se meri baatein chhapi hain Washington</w:t>
      </w:r>
    </w:p>
    <w:p>
      <w:pPr>
        <w:jc w:val="right"/>
      </w:pPr>
      <w:r>
        <w:t>لیکن آج خدا کا فضل سے میری باتیں چھپی ہیں واشنگٹن</w:t>
      </w:r>
    </w:p>
    <w:p>
      <w:r>
        <w:rPr>
          <w:b/>
        </w:rPr>
        <w:t xml:space="preserve">[17:05] </w:t>
      </w:r>
      <w:r>
        <w:t>Post mein, New York Times mein, aur yahan par regular chhapti hain, Times of India mein. Kyun?</w:t>
      </w:r>
    </w:p>
    <w:p>
      <w:pPr>
        <w:jc w:val="right"/>
      </w:pPr>
      <w:r>
        <w:t>پوسٹ میں، نیویارک ٹائمز میں، اور یہاں پر regular چھپتی ہیں، ٹائمز آف انڈیا میں۔ کیوں؟</w:t>
      </w:r>
    </w:p>
    <w:p>
      <w:r>
        <w:rPr>
          <w:b/>
        </w:rPr>
        <w:t xml:space="preserve">[17:14] </w:t>
      </w:r>
      <w:r>
        <w:t>maine ek entry point daryaft kiya,</w:t>
      </w:r>
    </w:p>
    <w:p>
      <w:pPr>
        <w:jc w:val="right"/>
      </w:pPr>
      <w:r>
        <w:t>میں نے ایک entry point دریافت کیا،</w:t>
      </w:r>
    </w:p>
    <w:p>
      <w:r>
        <w:rPr>
          <w:b/>
        </w:rPr>
        <w:t xml:space="preserve">[17:17] </w:t>
      </w:r>
      <w:r>
        <w:t>woh hai openness.</w:t>
      </w:r>
    </w:p>
    <w:p>
      <w:pPr>
        <w:jc w:val="right"/>
      </w:pPr>
      <w:r>
        <w:t>وہ ہے openness۔</w:t>
      </w:r>
    </w:p>
    <w:p>
      <w:r>
        <w:rPr>
          <w:b/>
        </w:rPr>
        <w:t xml:space="preserve">[17:21] </w:t>
      </w:r>
      <w:r>
        <w:t>openness hamare liye entry point hai. Aaj ki dunya ka ek bohat bara, bohat bara, bohat bara aspect</w:t>
      </w:r>
    </w:p>
    <w:p>
      <w:pPr>
        <w:jc w:val="right"/>
      </w:pPr>
      <w:r>
        <w:t>openness ہمارے لیے entry point ہے۔ آج کی دنیا کا ایک بہت بڑا، بہت بڑا، بہت بڑا aspect</w:t>
      </w:r>
    </w:p>
    <w:p>
      <w:r>
        <w:rPr>
          <w:b/>
        </w:rPr>
        <w:t xml:space="preserve">[17:29] </w:t>
      </w:r>
      <w:r>
        <w:t>yeh hai ke aaj ki dunya openness</w:t>
      </w:r>
    </w:p>
    <w:p>
      <w:pPr>
        <w:jc w:val="right"/>
      </w:pPr>
      <w:r>
        <w:t>یہ ہے کہ آج کی دنیا openness</w:t>
      </w:r>
    </w:p>
    <w:p>
      <w:r>
        <w:rPr>
          <w:b/>
        </w:rPr>
        <w:t xml:space="preserve">[17:33] </w:t>
      </w:r>
      <w:r>
        <w:t>mein believe karti hai. khula pan, khula pan, khula pan. kattar pan ke khilaaf hai, aur sab se</w:t>
      </w:r>
    </w:p>
    <w:p>
      <w:pPr>
        <w:jc w:val="right"/>
      </w:pPr>
      <w:r>
        <w:t>میں believe کرتی ہے۔ کھلا پن، کھلا پن، کھلا پن۔ کٹر پن کے خلاف ہے، اور سب سے</w:t>
      </w:r>
    </w:p>
    <w:p>
      <w:r>
        <w:rPr>
          <w:b/>
        </w:rPr>
        <w:t xml:space="preserve">[17:41] </w:t>
      </w:r>
      <w:r>
        <w:t>bari cheez samajhti hai khule pan ko. yeh aaj ki dunya ka spirit of the age hai yeh.</w:t>
      </w:r>
    </w:p>
    <w:p>
      <w:pPr>
        <w:jc w:val="right"/>
      </w:pPr>
      <w:r>
        <w:t>بڑی چیز سمجھتی ہے کھلے پن کو۔ یہ آج کی دنیا کا spirit of the age ہے یہ۔</w:t>
      </w:r>
    </w:p>
    <w:p>
      <w:r>
        <w:rPr>
          <w:b/>
        </w:rPr>
        <w:t xml:space="preserve">[17:47] </w:t>
      </w:r>
      <w:r>
        <w:t>spirit of the age.</w:t>
      </w:r>
    </w:p>
    <w:p>
      <w:pPr>
        <w:jc w:val="right"/>
      </w:pPr>
      <w:r>
        <w:t>spirit of the age۔</w:t>
      </w:r>
    </w:p>
    <w:p>
      <w:r>
        <w:rPr>
          <w:b/>
        </w:rPr>
        <w:t xml:space="preserve">[17:50] </w:t>
      </w:r>
      <w:r>
        <w:t>toh sab se pehle dekhiye,</w:t>
      </w:r>
    </w:p>
    <w:p>
      <w:pPr>
        <w:jc w:val="right"/>
      </w:pPr>
      <w:r>
        <w:t>تو سب سے پہلے دیکھیے،</w:t>
      </w:r>
    </w:p>
    <w:p>
      <w:r>
        <w:rPr>
          <w:b/>
        </w:rPr>
        <w:t xml:space="preserve">[17:55] </w:t>
      </w:r>
      <w:r>
        <w:t>kya hua ke 1992 mein,</w:t>
      </w:r>
    </w:p>
    <w:p>
      <w:pPr>
        <w:jc w:val="right"/>
      </w:pPr>
      <w:r>
        <w:t>کیا ہوا کہ 1992 میں،</w:t>
      </w:r>
    </w:p>
    <w:p>
      <w:r>
        <w:rPr>
          <w:b/>
        </w:rPr>
        <w:t xml:space="preserve">[18:02] </w:t>
      </w:r>
      <w:r>
        <w:t>1992 mein Babri Masjid dhai gayi. saare musalman negative ho gaye. negative ho kar ke woh sochne ke</w:t>
      </w:r>
    </w:p>
    <w:p>
      <w:pPr>
        <w:jc w:val="right"/>
      </w:pPr>
      <w:r>
        <w:t>1992 میں بابری مسجد ڈھائی گئی۔ سارے مسلمان negative ہو گئے۔ negative ہو کر کے وہ سوچنے کے</w:t>
      </w:r>
    </w:p>
    <w:p>
      <w:r>
        <w:rPr>
          <w:b/>
        </w:rPr>
        <w:t xml:space="preserve">[18:12] </w:t>
      </w:r>
      <w:r>
        <w:t>qabil nahi rahe.</w:t>
      </w:r>
    </w:p>
    <w:p>
      <w:pPr>
        <w:jc w:val="right"/>
      </w:pPr>
      <w:r>
        <w:t>قابل نہیں رہے۔</w:t>
      </w:r>
    </w:p>
    <w:p>
      <w:r>
        <w:rPr>
          <w:b/>
        </w:rPr>
        <w:t xml:space="preserve">[18:14] </w:t>
      </w:r>
      <w:r>
        <w:t>saare hi musalman.</w:t>
      </w:r>
    </w:p>
    <w:p>
      <w:pPr>
        <w:jc w:val="right"/>
      </w:pPr>
      <w:r>
        <w:t>سارے ہی مسلمان۔</w:t>
      </w:r>
    </w:p>
    <w:p>
      <w:r>
        <w:rPr>
          <w:b/>
        </w:rPr>
        <w:t xml:space="preserve">[18:17] </w:t>
      </w:r>
      <w:r>
        <w:t>mein kisi musalman ko nahi jaanta jo is par negative na ho gaya ho. toh negative jab ho</w:t>
      </w:r>
    </w:p>
    <w:p>
      <w:pPr>
        <w:jc w:val="right"/>
      </w:pPr>
      <w:r>
        <w:t>میں کسی مسلمان کو نہیں جانتا جو اس پر negative نہ ہو گیا ہو۔ تو negative جب ہو</w:t>
      </w:r>
    </w:p>
    <w:p>
      <w:r>
        <w:rPr>
          <w:b/>
        </w:rPr>
        <w:t xml:space="preserve">[18:22] </w:t>
      </w:r>
      <w:r>
        <w:t>jayenge aap, toh aap ke andar power chheen jayegi. aap analysis nahi kar sakenge.</w:t>
      </w:r>
    </w:p>
    <w:p>
      <w:pPr>
        <w:jc w:val="right"/>
      </w:pPr>
      <w:r>
        <w:t>جائیں گے آپ، تو آپ کے اندر power چھن جائے گا۔ آپ analysis نہیں کر سکیں گے۔</w:t>
      </w:r>
    </w:p>
    <w:p>
      <w:r>
        <w:rPr>
          <w:b/>
        </w:rPr>
        <w:t xml:space="preserve">[18:31] </w:t>
      </w:r>
      <w:r>
        <w:t>aap ki objectivity khatm ho jayegi.</w:t>
      </w:r>
    </w:p>
    <w:p>
      <w:pPr>
        <w:jc w:val="right"/>
      </w:pPr>
      <w:r>
        <w:t>آپ کی objectivity ختم ہو جائے گی۔</w:t>
      </w:r>
    </w:p>
    <w:p>
      <w:r>
        <w:rPr>
          <w:b/>
        </w:rPr>
        <w:t xml:space="preserve">[18:35] </w:t>
      </w:r>
      <w:r>
        <w:t>toh log kuch samajh nahi sake, samajh nahi sake ke bura bhala kahein, bura bhala kahein, bura bhala</w:t>
      </w:r>
    </w:p>
    <w:p>
      <w:pPr>
        <w:jc w:val="right"/>
      </w:pPr>
      <w:r>
        <w:t>تو لوگ کچھ سمجھ نہیں سکے، سمجھ نہیں سکے کہ برا بھلا کہیں، برا بھلا کہیں، برا بھلا</w:t>
      </w:r>
    </w:p>
    <w:p>
      <w:r>
        <w:rPr>
          <w:b/>
        </w:rPr>
        <w:t xml:space="preserve">[18:39] </w:t>
      </w:r>
      <w:r>
        <w:t>kahein. is waqt maine ek stand ikhtiyar kiya. woh ek stand jo tha, ek balance statement kiya</w:t>
      </w:r>
    </w:p>
    <w:p>
      <w:pPr>
        <w:jc w:val="right"/>
      </w:pPr>
      <w:r>
        <w:t>کہیں۔ اس وقت میں نے ایک stand اختیار کیا۔ وہ ایک stand جو تھا، ایک balance statement کیا</w:t>
      </w:r>
    </w:p>
    <w:p>
      <w:r>
        <w:rPr>
          <w:b/>
        </w:rPr>
        <w:t xml:space="preserve">[18:47] </w:t>
      </w:r>
      <w:r>
        <w:t>maine. balance statement.</w:t>
      </w:r>
    </w:p>
    <w:p>
      <w:pPr>
        <w:jc w:val="right"/>
      </w:pPr>
      <w:r>
        <w:t>میں نے۔ balance statement۔</w:t>
      </w:r>
    </w:p>
    <w:p>
      <w:r>
        <w:rPr>
          <w:b/>
        </w:rPr>
        <w:t xml:space="preserve">[18:52] </w:t>
      </w:r>
      <w:r>
        <w:t>wahan se mujhe</w:t>
      </w:r>
    </w:p>
    <w:p>
      <w:pPr>
        <w:jc w:val="right"/>
      </w:pPr>
      <w:r>
        <w:t>وہاں سے مجھے</w:t>
      </w:r>
    </w:p>
    <w:p>
      <w:r>
        <w:rPr>
          <w:b/>
        </w:rPr>
        <w:t xml:space="preserve">[18:54] </w:t>
      </w:r>
      <w:r>
        <w:t>entry point mila.</w:t>
      </w:r>
    </w:p>
    <w:p>
      <w:pPr>
        <w:jc w:val="right"/>
      </w:pPr>
      <w:r>
        <w:t>entry point ملا۔</w:t>
      </w:r>
    </w:p>
    <w:p>
      <w:r>
        <w:rPr>
          <w:b/>
        </w:rPr>
        <w:t xml:space="preserve">[18:56] </w:t>
      </w:r>
      <w:r>
        <w:t>entry point. kyunke balance statement jo hai, khule zehan ko acha lagta hai. theek maloom hota hai. toh</w:t>
      </w:r>
    </w:p>
    <w:p>
      <w:pPr>
        <w:jc w:val="right"/>
      </w:pPr>
      <w:r>
        <w:t>entry point۔ کیونکہ balance statement جو ہے، کھلے ذہن کو اچھا لگتا ہے۔ ٹھیک معلوم ہوتا ہے۔ تو</w:t>
      </w:r>
    </w:p>
    <w:p>
      <w:r>
        <w:rPr>
          <w:b/>
        </w:rPr>
        <w:t xml:space="preserve">[19:04] </w:t>
      </w:r>
      <w:r>
        <w:t>sab se pehle 1993 mein, yaani 1993 mein, mera interview chhaapa Times of India mein. Bombay mein Mr.</w:t>
      </w:r>
    </w:p>
    <w:p>
      <w:pPr>
        <w:jc w:val="right"/>
      </w:pPr>
      <w:r>
        <w:t>سب سے پہلے 1993 میں، یعنی 1993 میں، میرا انٹرویو چھپا ٹائمز آف انڈیا میں۔ بمبئی میں مسٹر</w:t>
      </w:r>
    </w:p>
    <w:p>
      <w:r>
        <w:rPr>
          <w:b/>
        </w:rPr>
        <w:t xml:space="preserve">[19:13] </w:t>
      </w:r>
      <w:r>
        <w:t>George the, correspondent Times of India ke. unhone mera interview liya.</w:t>
      </w:r>
    </w:p>
    <w:p>
      <w:pPr>
        <w:jc w:val="right"/>
      </w:pPr>
      <w:r>
        <w:t>جارج تھے، correspondent ٹائمز آف انڈیا کے۔ انہوں نے میرا انٹرویو لیا۔</w:t>
      </w:r>
    </w:p>
    <w:p>
      <w:r>
        <w:rPr>
          <w:b/>
        </w:rPr>
        <w:t xml:space="preserve">[19:19] </w:t>
      </w:r>
      <w:r>
        <w:t>woh mere hotel mein aaye, interview liya, usko chhaapa unhone Times of India mein.</w:t>
      </w:r>
    </w:p>
    <w:p>
      <w:pPr>
        <w:jc w:val="right"/>
      </w:pPr>
      <w:r>
        <w:t>وہ میرے ہوٹل میں آئے، انٹرویو لیا، اس کو چھاپا انہوں نے ٹائمز آف انڈیا میں۔</w:t>
      </w:r>
    </w:p>
    <w:p>
      <w:r>
        <w:rPr>
          <w:b/>
        </w:rPr>
        <w:t xml:space="preserve">[19:25] </w:t>
      </w:r>
      <w:r>
        <w:t>yeh meri pehli entry thi.</w:t>
      </w:r>
    </w:p>
    <w:p>
      <w:pPr>
        <w:jc w:val="right"/>
      </w:pPr>
      <w:r>
        <w:t>یہ میری پہلی entry تھی۔</w:t>
      </w:r>
    </w:p>
    <w:p>
      <w:r>
        <w:rPr>
          <w:b/>
        </w:rPr>
        <w:t xml:space="preserve">[19:28] </w:t>
      </w:r>
      <w:r>
        <w:t>is ke baad</w:t>
      </w:r>
    </w:p>
    <w:p>
      <w:pPr>
        <w:jc w:val="right"/>
      </w:pPr>
      <w:r>
        <w:t>اس کے بعد</w:t>
      </w:r>
    </w:p>
    <w:p>
      <w:r>
        <w:rPr>
          <w:b/>
        </w:rPr>
        <w:t xml:space="preserve">[19:31] </w:t>
      </w:r>
      <w:r>
        <w:t>baqayda mera article chhaapa</w:t>
      </w:r>
    </w:p>
    <w:p>
      <w:pPr>
        <w:jc w:val="right"/>
      </w:pPr>
      <w:r>
        <w:t>باقاعدہ میرا آرٹیکل چھپا</w:t>
      </w:r>
    </w:p>
    <w:p>
      <w:r>
        <w:rPr>
          <w:b/>
        </w:rPr>
        <w:t xml:space="preserve">[19:34] </w:t>
      </w:r>
      <w:r>
        <w:t>15 September 1997.</w:t>
      </w:r>
    </w:p>
    <w:p>
      <w:pPr>
        <w:jc w:val="right"/>
      </w:pPr>
      <w:r>
        <w:t>15 ستمبر 1997۔</w:t>
      </w:r>
    </w:p>
    <w:p>
      <w:r>
        <w:rPr>
          <w:b/>
        </w:rPr>
        <w:t xml:space="preserve">[19:39] </w:t>
      </w:r>
      <w:r>
        <w:t>woh tha "Not by Grievances Alone".</w:t>
      </w:r>
    </w:p>
    <w:p>
      <w:pPr>
        <w:jc w:val="right"/>
      </w:pPr>
      <w:r>
        <w:t>وہ تھا "Not by Grievances Alone"۔</w:t>
      </w:r>
    </w:p>
    <w:p>
      <w:r>
        <w:rPr>
          <w:b/>
        </w:rPr>
        <w:t xml:space="preserve">[19:45] </w:t>
      </w:r>
      <w:r>
        <w:t>yeh dari bani safhay par chhaapa tha unhon ne.</w:t>
      </w:r>
    </w:p>
    <w:p>
      <w:pPr>
        <w:jc w:val="right"/>
      </w:pPr>
      <w:r>
        <w:t>یہ داری بانی صفحے پر چھاپا تھا انہوں نے۔</w:t>
      </w:r>
    </w:p>
    <w:p>
      <w:r>
        <w:rPr>
          <w:b/>
        </w:rPr>
        <w:t xml:space="preserve">[19:51] </w:t>
      </w:r>
      <w:r>
        <w:t>toh woh kehta hai, woh bhi ek balance review tha us ke andar.</w:t>
      </w:r>
    </w:p>
    <w:p>
      <w:pPr>
        <w:jc w:val="right"/>
      </w:pPr>
      <w:r>
        <w:t>تو وہ کہتا ہے، وہ بھی ایک balance review تھا اس کے اندر۔</w:t>
      </w:r>
    </w:p>
    <w:p>
      <w:r>
        <w:rPr>
          <w:b/>
        </w:rPr>
        <w:t xml:space="preserve">[19:55] </w:t>
      </w:r>
      <w:r>
        <w:t>toh openness ke jo, openness ka jo mind hai, us ne accept kiya us ko. aur us ko</w:t>
      </w:r>
    </w:p>
    <w:p>
      <w:pPr>
        <w:jc w:val="right"/>
      </w:pPr>
      <w:r>
        <w:t>تو openness کے جو، openness کا جو mind ہے، اس نے accept کیا اس کو۔ اور اس کو</w:t>
      </w:r>
    </w:p>
    <w:p>
      <w:r>
        <w:rPr>
          <w:b/>
        </w:rPr>
        <w:t xml:space="preserve">[20:01] </w:t>
      </w:r>
      <w:r>
        <w:t>chhaapa unhon ne bohat</w:t>
      </w:r>
    </w:p>
    <w:p>
      <w:pPr>
        <w:jc w:val="right"/>
      </w:pPr>
      <w:r>
        <w:t>چھاپا انہوں نے بہت</w:t>
      </w:r>
    </w:p>
    <w:p>
      <w:r>
        <w:rPr>
          <w:b/>
        </w:rPr>
        <w:t xml:space="preserve">[20:04] </w:t>
      </w:r>
      <w:r>
        <w:t>numaayaan taur par.</w:t>
      </w:r>
    </w:p>
    <w:p>
      <w:pPr>
        <w:jc w:val="right"/>
      </w:pPr>
      <w:r>
        <w:t>نمایاں طور پر۔</w:t>
      </w:r>
    </w:p>
    <w:p>
      <w:r>
        <w:rPr>
          <w:b/>
        </w:rPr>
        <w:t xml:space="preserve">[20:06] </w:t>
      </w:r>
      <w:r>
        <w:t>phir baqaida mera regular chhapne laga times of India mein, aur aaj bhi chhaapa hai 20 december 2015</w:t>
      </w:r>
    </w:p>
    <w:p>
      <w:pPr>
        <w:jc w:val="right"/>
      </w:pPr>
      <w:r>
        <w:t>پھر باقاعدہ میرا regular چھپنے لگا ٹائمز آف انڈیا میں، اور آج بھی چھپا ہے 20 دسمبر 2015</w:t>
      </w:r>
    </w:p>
    <w:p>
      <w:r>
        <w:rPr>
          <w:b/>
        </w:rPr>
        <w:t xml:space="preserve">[20:16] </w:t>
      </w:r>
      <w:r>
        <w:t>ko. toh dekhiye, main kya keh raha hoon ke agar aap ke andar yeh mizaj ho ke aap</w:t>
      </w:r>
    </w:p>
    <w:p>
      <w:pPr>
        <w:jc w:val="right"/>
      </w:pPr>
      <w:r>
        <w:t>کو۔ تو دیکھیے، میں کیا کہہ رہا ہوں کہ اگر آپ کے اندر یہ مزاج ہو کہ آپ</w:t>
      </w:r>
    </w:p>
    <w:p>
      <w:r>
        <w:rPr>
          <w:b/>
        </w:rPr>
        <w:t xml:space="preserve">[20:22] </w:t>
      </w:r>
      <w:r>
        <w:t>cheezon mein hamd ke item daryaft karein, aap ke andar yeh mizaj ho ke logon ki baaton ko</w:t>
      </w:r>
    </w:p>
    <w:p>
      <w:pPr>
        <w:jc w:val="right"/>
      </w:pPr>
      <w:r>
        <w:t>چیزوں میں حمد کے آئٹم دریافت کریں، آپ کے اندر یہ مزاج ہو کہ لوگوں کی باتوں کو</w:t>
      </w:r>
    </w:p>
    <w:p>
      <w:r>
        <w:rPr>
          <w:b/>
        </w:rPr>
        <w:t xml:space="preserve">[20:29] </w:t>
      </w:r>
      <w:r>
        <w:t>sahih analysis kar ke us ko right</w:t>
      </w:r>
    </w:p>
    <w:p>
      <w:pPr>
        <w:jc w:val="right"/>
      </w:pPr>
      <w:r>
        <w:t>صحیح analysis کر کے اس کوright</w:t>
      </w:r>
    </w:p>
    <w:p>
      <w:r>
        <w:rPr>
          <w:b/>
        </w:rPr>
        <w:t xml:space="preserve">[20:34] </w:t>
      </w:r>
      <w:r>
        <w:t>sense mein lein, toh aap ke andar ek intellectual development hoga. aap ka mind objective banega, positive</w:t>
      </w:r>
    </w:p>
    <w:p>
      <w:pPr>
        <w:jc w:val="right"/>
      </w:pPr>
      <w:r>
        <w:t>sense میں لیں، تو آپ کے اندر ایک intellectual development ہوگا۔ آپ کا mind objective بنے گا، positive</w:t>
      </w:r>
    </w:p>
    <w:p>
      <w:r>
        <w:rPr>
          <w:b/>
        </w:rPr>
        <w:t xml:space="preserve">[20:43] </w:t>
      </w:r>
      <w:r>
        <w:t>banega. tab aap baaton ko samajh payenge.</w:t>
      </w:r>
    </w:p>
    <w:p>
      <w:pPr>
        <w:jc w:val="right"/>
      </w:pPr>
      <w:r>
        <w:t>بنے گا۔ تب آپ باتوں کو سمجھ پائیں گے۔</w:t>
      </w:r>
    </w:p>
    <w:p>
      <w:r>
        <w:rPr>
          <w:b/>
        </w:rPr>
        <w:t xml:space="preserve">[20:48] </w:t>
      </w:r>
      <w:r>
        <w:t>toh saari duniya ke musalmanon ke baray mein jo tajurba hai, woh negativity mein kyun jeete hain?</w:t>
      </w:r>
    </w:p>
    <w:p>
      <w:pPr>
        <w:jc w:val="right"/>
      </w:pPr>
      <w:r>
        <w:t>تو ساری دنیا کے مسلمانوں کے بارے میں جو تجربہ ہے، وہ negativity میں کیوں جیتے ہیں؟</w:t>
      </w:r>
    </w:p>
    <w:p>
      <w:r>
        <w:rPr>
          <w:b/>
        </w:rPr>
        <w:t xml:space="preserve">[20:56] </w:t>
      </w:r>
      <w:r>
        <w:t>kyunki woh objectivity nahi un ke andar hai.</w:t>
      </w:r>
    </w:p>
    <w:p>
      <w:pPr>
        <w:jc w:val="right"/>
      </w:pPr>
      <w:r>
        <w:t>کیونکہ وہ objectivity نہیں ان کے اندر ہے۔</w:t>
      </w:r>
    </w:p>
    <w:p>
      <w:r>
        <w:rPr>
          <w:b/>
        </w:rPr>
        <w:t xml:space="preserve">[21:01] </w:t>
      </w:r>
      <w:r>
        <w:t>woh sab baaton ko gehrai mein samajh nahi paate.</w:t>
      </w:r>
    </w:p>
    <w:p>
      <w:pPr>
        <w:jc w:val="right"/>
      </w:pPr>
      <w:r>
        <w:t>وہ سب باتوں کو گہرائی میں سمجھ نہیں پاتے۔</w:t>
      </w:r>
    </w:p>
    <w:p>
      <w:r>
        <w:rPr>
          <w:b/>
        </w:rPr>
        <w:t xml:space="preserve">[21:07] </w:t>
      </w:r>
      <w:r>
        <w:t>yeh jo raaz hai ke entry point ko daryaft karo,</w:t>
      </w:r>
    </w:p>
    <w:p>
      <w:pPr>
        <w:jc w:val="right"/>
      </w:pPr>
      <w:r>
        <w:t>یہ جو راز ہے کہ entry point کو دریافت کرو،</w:t>
      </w:r>
    </w:p>
    <w:p>
      <w:r>
        <w:rPr>
          <w:b/>
        </w:rPr>
        <w:t xml:space="preserve">[21:12] </w:t>
      </w:r>
      <w:r>
        <w:t>entry point ko, us se us mein fail ho rahe hain woh. jaise main rasool Allah sal-la-</w:t>
      </w:r>
    </w:p>
    <w:p>
      <w:pPr>
        <w:jc w:val="right"/>
      </w:pPr>
      <w:r>
        <w:t>entry point کو، اس سے اس میں fail ہو رہے ہیں وہ۔ جیسے میں رسول اللہ صلی اللہ</w:t>
      </w:r>
    </w:p>
    <w:p>
      <w:r>
        <w:rPr>
          <w:b/>
        </w:rPr>
        <w:t xml:space="preserve">[21:17] </w:t>
      </w:r>
      <w:r>
        <w:t>laaho alaihi wasallam ki sunnat, yeh main alfaaz naye istemaal karta hoon, lekin woh hoti hai sunnat-e-rasool ki</w:t>
      </w:r>
    </w:p>
    <w:p>
      <w:pPr>
        <w:jc w:val="right"/>
      </w:pPr>
      <w:r>
        <w:t>علیہ وسلم کی سنت، یہ میں الفاظ نئے استعمال کرتا ہوں، لیکن وہ ہوتی ہے سنت رسول کی</w:t>
      </w:r>
    </w:p>
    <w:p>
      <w:r>
        <w:rPr>
          <w:b/>
        </w:rPr>
        <w:t xml:space="preserve">[21:24] </w:t>
      </w:r>
      <w:r>
        <w:t>baat. rasool Allah sal-la-laaho alaihi wasallam ne Makkah mein apna mission shuru kiya 10 isvi mein.</w:t>
      </w:r>
    </w:p>
    <w:p>
      <w:pPr>
        <w:jc w:val="right"/>
      </w:pPr>
      <w:r>
        <w:t>بات۔ رسول اللہ صلی اللہ علیہ وسلم نے مکہ میں اپنا مشن شروع کیا 10 عیسوی میں۔</w:t>
      </w:r>
    </w:p>
    <w:p>
      <w:r>
        <w:rPr>
          <w:b/>
        </w:rPr>
        <w:t xml:space="preserve">[21:32] </w:t>
      </w:r>
      <w:r>
        <w:t>us waqt kya tha?</w:t>
      </w:r>
    </w:p>
    <w:p>
      <w:pPr>
        <w:jc w:val="right"/>
      </w:pPr>
      <w:r>
        <w:t>اس وقت کیا تھا؟</w:t>
      </w:r>
    </w:p>
    <w:p>
      <w:r>
        <w:rPr>
          <w:b/>
        </w:rPr>
        <w:t xml:space="preserve">[21:34] </w:t>
      </w:r>
      <w:r>
        <w:t>Makkah mein mushrik logon ka ghalba tha, woh dominate karte thay. toh itna zyada un ka ghalba tha</w:t>
      </w:r>
    </w:p>
    <w:p>
      <w:pPr>
        <w:jc w:val="right"/>
      </w:pPr>
      <w:r>
        <w:t>مکہ میں مشرک لوگوں کا غلبہ تھا، وہ dominate کرتے تھے۔ تو اتنا زیادہ ان کا غلبہ تھا</w:t>
      </w:r>
    </w:p>
    <w:p>
      <w:r>
        <w:rPr>
          <w:b/>
        </w:rPr>
        <w:t xml:space="preserve">[21:43] </w:t>
      </w:r>
      <w:r>
        <w:t>ke unhon ne muqaddas Ka'aba mein but rakh diye, 360 but muqaddas Ka'aba mein rakh diye. koi un</w:t>
      </w:r>
    </w:p>
    <w:p>
      <w:pPr>
        <w:jc w:val="right"/>
      </w:pPr>
      <w:r>
        <w:t>کہ انہوں نے مقدس کعبہ میں بت رکھ دیے، 360 بت مقدس کعبہ میں رکھ دیے۔ کوئی ان</w:t>
      </w:r>
    </w:p>
    <w:p>
      <w:r>
        <w:rPr>
          <w:b/>
        </w:rPr>
        <w:t xml:space="preserve">[21:52] </w:t>
      </w:r>
      <w:r>
        <w:t>ko rok nahi saka.</w:t>
      </w:r>
    </w:p>
    <w:p>
      <w:pPr>
        <w:jc w:val="right"/>
      </w:pPr>
      <w:r>
        <w:t>کو روک نہیں سکا۔</w:t>
      </w:r>
    </w:p>
    <w:p>
      <w:r>
        <w:rPr>
          <w:b/>
        </w:rPr>
        <w:t xml:space="preserve">[21:55] </w:t>
      </w:r>
      <w:r>
        <w:t>toh rasool Allah sal-la-laaho alaihi wasallam ne jab mission shuru kiya apna 10 isvi mein, us waqt</w:t>
      </w:r>
    </w:p>
    <w:p>
      <w:pPr>
        <w:jc w:val="right"/>
      </w:pPr>
      <w:r>
        <w:t>تو رسول اللہ صلی اللہ علیہ وسلم نے جب مشن شروع کیا اپنا 10 عیسوی میں، اس وقت</w:t>
      </w:r>
    </w:p>
    <w:p>
      <w:r>
        <w:rPr>
          <w:b/>
        </w:rPr>
        <w:t xml:space="preserve">[21:59] </w:t>
      </w:r>
      <w:r>
        <w:t>yehi soorat-e-haal thi wahan par.</w:t>
      </w:r>
    </w:p>
    <w:p>
      <w:pPr>
        <w:jc w:val="right"/>
      </w:pPr>
      <w:r>
        <w:t>یہی صورتحال تھی وہاں پر۔</w:t>
      </w:r>
    </w:p>
    <w:p>
      <w:r>
        <w:rPr>
          <w:b/>
        </w:rPr>
        <w:t xml:space="preserve">[22:03] </w:t>
      </w:r>
      <w:r>
        <w:t>to aap ke liye yahan entry point nahi tha ke aap theek jayen, kaba mein pahunchen, aur beton</w:t>
      </w:r>
    </w:p>
    <w:p>
      <w:pPr>
        <w:jc w:val="right"/>
      </w:pPr>
      <w:r>
        <w:t>تو آپ کے لیے یہاں entry point نہیں تھا کہ آپ ٹھیک جائیں، کعبہ میں پہنچیں، اور بتوں</w:t>
      </w:r>
    </w:p>
    <w:p>
      <w:r>
        <w:rPr>
          <w:b/>
        </w:rPr>
        <w:t xml:space="preserve">[22:09] </w:t>
      </w:r>
      <w:r>
        <w:t>ko nikal phenken.</w:t>
      </w:r>
    </w:p>
    <w:p>
      <w:pPr>
        <w:jc w:val="right"/>
      </w:pPr>
      <w:r>
        <w:t>کو نکال پھینکیں۔</w:t>
      </w:r>
    </w:p>
    <w:p>
      <w:r>
        <w:rPr>
          <w:b/>
        </w:rPr>
        <w:t xml:space="preserve">[22:11] </w:t>
      </w:r>
      <w:r>
        <w:t>woh aap ke liye entry point nahi tha.</w:t>
      </w:r>
    </w:p>
    <w:p>
      <w:pPr>
        <w:jc w:val="right"/>
      </w:pPr>
      <w:r>
        <w:t>وہ آپ کے لیے entry point نہیں تھا۔</w:t>
      </w:r>
    </w:p>
    <w:p>
      <w:r>
        <w:rPr>
          <w:b/>
        </w:rPr>
        <w:t xml:space="preserve">[22:16] </w:t>
      </w:r>
      <w:r>
        <w:t>kyunke woh itna zyada resistance hota, itni ladai chhad jati ke kuch na ho, kuch nahi ho sakta</w:t>
      </w:r>
    </w:p>
    <w:p>
      <w:pPr>
        <w:jc w:val="right"/>
      </w:pPr>
      <w:r>
        <w:t>کیونکہ وہ اتنا زیادہ resistance ہوتا، اتنی لڑائی چھڑ جاتی کہ کچھ نہ ہو، کچھ نہیں ہو سکتا</w:t>
      </w:r>
    </w:p>
    <w:p>
      <w:r>
        <w:rPr>
          <w:b/>
        </w:rPr>
        <w:t xml:space="preserve">[22:22] </w:t>
      </w:r>
      <w:r>
        <w:t>tha. to us waqt sara ghalba unhi logon ka tha.</w:t>
      </w:r>
    </w:p>
    <w:p>
      <w:pPr>
        <w:jc w:val="right"/>
      </w:pPr>
      <w:r>
        <w:t>تھا۔ تو اس وقت سارا غلبہ انہی لوگوں کا تھا۔</w:t>
      </w:r>
    </w:p>
    <w:p>
      <w:r>
        <w:rPr>
          <w:b/>
        </w:rPr>
        <w:t xml:space="preserve">[22:31] </w:t>
      </w:r>
      <w:r>
        <w:t>to aap ne dekha kaba ke beton ko</w:t>
      </w:r>
    </w:p>
    <w:p>
      <w:pPr>
        <w:jc w:val="right"/>
      </w:pPr>
      <w:r>
        <w:t>تو آپ نے دیکھا کعبہ کے بتوں کو</w:t>
      </w:r>
    </w:p>
    <w:p>
      <w:r>
        <w:rPr>
          <w:b/>
        </w:rPr>
        <w:t xml:space="preserve">[22:37] </w:t>
      </w:r>
      <w:r>
        <w:t>kaba se nikalne ka kaam agar shuru karun to woh mere liye entry point nahi hai. is se</w:t>
      </w:r>
    </w:p>
    <w:p>
      <w:pPr>
        <w:jc w:val="right"/>
      </w:pPr>
      <w:r>
        <w:t>کعبہ سے نکالنے کا کام اگر شروع کروں تو وہ میرے لیے entry point نہیں ہے۔ اس سے</w:t>
      </w:r>
    </w:p>
    <w:p>
      <w:r>
        <w:rPr>
          <w:b/>
        </w:rPr>
        <w:t xml:space="preserve">[22:42] </w:t>
      </w:r>
      <w:r>
        <w:t>mujhe entry point makkah ki society mein nahi milta.</w:t>
      </w:r>
    </w:p>
    <w:p>
      <w:pPr>
        <w:jc w:val="right"/>
      </w:pPr>
      <w:r>
        <w:t>مجھے entry point مکہ کی society میں نہیں ملتا۔</w:t>
      </w:r>
    </w:p>
    <w:p>
      <w:r>
        <w:rPr>
          <w:b/>
        </w:rPr>
        <w:t xml:space="preserve">[22:48] </w:t>
      </w:r>
      <w:r>
        <w:t>to doosra point kya tha? ke beton ki wajah se log</w:t>
      </w:r>
    </w:p>
    <w:p>
      <w:pPr>
        <w:jc w:val="right"/>
      </w:pPr>
      <w:r>
        <w:t>تو دوسرا point کیا تھا؟ کہ بتوں کی وجہ سے لوگ</w:t>
      </w:r>
    </w:p>
    <w:p>
      <w:r>
        <w:rPr>
          <w:b/>
        </w:rPr>
        <w:t xml:space="preserve">[22:54] </w:t>
      </w:r>
      <w:r>
        <w:t>sare wahan, sab mushrik hi thay us waqt, beton ki ziyarat ke liye aate thay, beton ko chadhawa</w:t>
      </w:r>
    </w:p>
    <w:p>
      <w:pPr>
        <w:jc w:val="right"/>
      </w:pPr>
      <w:r>
        <w:t>سارے وہاں، سب مشرک ہی تھے اس وقت، بتوں کی زیارت کے لیے آتے تھے، بتوں کو چڑھاوا</w:t>
      </w:r>
    </w:p>
    <w:p>
      <w:r>
        <w:rPr>
          <w:b/>
        </w:rPr>
        <w:t xml:space="preserve">[23:00] </w:t>
      </w:r>
      <w:r>
        <w:t>chadhane ke liye aate thay,</w:t>
      </w:r>
    </w:p>
    <w:p>
      <w:pPr>
        <w:jc w:val="right"/>
      </w:pPr>
      <w:r>
        <w:t>چڑھانے کے لیے آتے تھے،</w:t>
      </w:r>
    </w:p>
    <w:p>
      <w:r>
        <w:rPr>
          <w:b/>
        </w:rPr>
        <w:t xml:space="preserve">[23:03] </w:t>
      </w:r>
      <w:r>
        <w:t>taqreeban daily. is tarah kaba ke paas gathering hoti thi, gathering.</w:t>
      </w:r>
    </w:p>
    <w:p>
      <w:pPr>
        <w:jc w:val="right"/>
      </w:pPr>
      <w:r>
        <w:t>تقریباً daily۔ اس طرح کعبہ کے پاس gathering ہوتی تھی، gathering۔</w:t>
      </w:r>
    </w:p>
    <w:p>
      <w:r>
        <w:rPr>
          <w:b/>
        </w:rPr>
        <w:t xml:space="preserve">[23:11] </w:t>
      </w:r>
      <w:r>
        <w:t>to aap ne is gathering ko apne liye bator audience istemal kiya, audience.</w:t>
      </w:r>
    </w:p>
    <w:p>
      <w:pPr>
        <w:jc w:val="right"/>
      </w:pPr>
      <w:r>
        <w:t>تو آپ نے اس gathering کو اپنے لیے بطور audience استعمال کیا، audience۔</w:t>
      </w:r>
    </w:p>
    <w:p>
      <w:r>
        <w:rPr>
          <w:b/>
        </w:rPr>
        <w:t xml:space="preserve">[23:18] </w:t>
      </w:r>
      <w:r>
        <w:t>bator audience. yani yahan aap ne entry point daryaft kiya.</w:t>
      </w:r>
    </w:p>
    <w:p>
      <w:pPr>
        <w:jc w:val="right"/>
      </w:pPr>
      <w:r>
        <w:t>بطور audience۔ یعنی یہاں آپ نے entry point دریافت کیا۔</w:t>
      </w:r>
    </w:p>
    <w:p>
      <w:r>
        <w:rPr>
          <w:b/>
        </w:rPr>
        <w:t xml:space="preserve">[23:23] </w:t>
      </w:r>
      <w:r>
        <w:t>aap wahan jate, peaceful tareeqe se</w:t>
      </w:r>
    </w:p>
    <w:p>
      <w:pPr>
        <w:jc w:val="right"/>
      </w:pPr>
      <w:r>
        <w:t>آپ وہاں جاتے، peaceful طریقے سے</w:t>
      </w:r>
    </w:p>
    <w:p>
      <w:r>
        <w:rPr>
          <w:b/>
        </w:rPr>
        <w:t xml:space="preserve">[23:27] </w:t>
      </w:r>
      <w:r>
        <w:t>un ko quran ki ayaten sunate,</w:t>
      </w:r>
    </w:p>
    <w:p>
      <w:pPr>
        <w:jc w:val="right"/>
      </w:pPr>
      <w:r>
        <w:t>ان کو قرآن کی آیتیں سناتے،</w:t>
      </w:r>
    </w:p>
    <w:p>
      <w:r>
        <w:rPr>
          <w:b/>
        </w:rPr>
        <w:t xml:space="preserve">[23:30] </w:t>
      </w:r>
      <w:r>
        <w:t>koi tanqeed nahi, koi bura bhala nahi kehna. misaal ke taur par yeh nahi kehte ke yeh tum ne kya kar</w:t>
      </w:r>
    </w:p>
    <w:p>
      <w:pPr>
        <w:jc w:val="right"/>
      </w:pPr>
      <w:r>
        <w:t>کوئی تنقید نہیں، کوئی برا بھلا نہیں کہنا۔ مثلاً یہ نہیں کہتے کہ یہ تم نے کیا کر</w:t>
      </w:r>
    </w:p>
    <w:p>
      <w:r>
        <w:rPr>
          <w:b/>
        </w:rPr>
        <w:t xml:space="preserve">[23:38] </w:t>
      </w:r>
      <w:r>
        <w:t>rakha hai. jis building ko ibrahim ne banaya tha tawheed ke liye,</w:t>
      </w:r>
    </w:p>
    <w:p>
      <w:pPr>
        <w:jc w:val="right"/>
      </w:pPr>
      <w:r>
        <w:t>رکھا ہے۔ جس building کو ابراہیم نے بنایا تھا توحید کے لیے،</w:t>
      </w:r>
    </w:p>
    <w:p>
      <w:r>
        <w:rPr>
          <w:b/>
        </w:rPr>
        <w:t xml:space="preserve">[23:45] </w:t>
      </w:r>
      <w:r>
        <w:t>ek khuda ke liye, ek khuda ki ibadat ke liye, is mein tum ne but bhar rakhe hain?</w:t>
      </w:r>
    </w:p>
    <w:p>
      <w:pPr>
        <w:jc w:val="right"/>
      </w:pPr>
      <w:r>
        <w:t>ایک خدا کے لیے، ایک خدا کی عبادت کے لیے، اس میں تم نے بت بھر رکھے ہیں؟</w:t>
      </w:r>
    </w:p>
    <w:p>
      <w:r>
        <w:rPr>
          <w:b/>
        </w:rPr>
        <w:t xml:space="preserve">[23:51] </w:t>
      </w:r>
      <w:r>
        <w:t>kaise kharab log tum log ho?</w:t>
      </w:r>
    </w:p>
    <w:p>
      <w:pPr>
        <w:jc w:val="right"/>
      </w:pPr>
      <w:r>
        <w:t>کیسے خراب لوگ تم لوگ ہو؟</w:t>
      </w:r>
    </w:p>
    <w:p>
      <w:r>
        <w:rPr>
          <w:b/>
        </w:rPr>
        <w:t xml:space="preserve">[23:54] </w:t>
      </w:r>
      <w:r>
        <w:t>yeh aap agar aap aisa karte to yeh aap ko entry point nahi deta.</w:t>
      </w:r>
    </w:p>
    <w:p>
      <w:pPr>
        <w:jc w:val="right"/>
      </w:pPr>
      <w:r>
        <w:t>یہ آپ اگر آپ ایسا کرتے تو یہ آپ کو entry point نہیں دیتا۔</w:t>
      </w:r>
    </w:p>
    <w:p>
      <w:r>
        <w:rPr>
          <w:b/>
        </w:rPr>
        <w:t xml:space="preserve">[24:01] </w:t>
      </w:r>
      <w:r>
        <w:t>aap ne kya kiya ke peaceful tareeqe se wahan jate,</w:t>
      </w:r>
    </w:p>
    <w:p>
      <w:pPr>
        <w:jc w:val="right"/>
      </w:pPr>
      <w:r>
        <w:t>آپ نے کیا کیا کہ peaceful طریقے سے وہاں جاتے،</w:t>
      </w:r>
    </w:p>
    <w:p>
      <w:r>
        <w:rPr>
          <w:b/>
        </w:rPr>
        <w:t xml:space="preserve">[24:05] </w:t>
      </w:r>
      <w:r>
        <w:t>peaceful tareeqe se.</w:t>
      </w:r>
    </w:p>
    <w:p>
      <w:pPr>
        <w:jc w:val="right"/>
      </w:pPr>
      <w:r>
        <w:t>peaceful طریقے سے۔</w:t>
      </w:r>
    </w:p>
    <w:p>
      <w:r>
        <w:rPr>
          <w:b/>
        </w:rPr>
        <w:t xml:space="preserve">[24:10] </w:t>
      </w:r>
      <w:r>
        <w:t>us waqt ka jo culture tha, us ke mutabiq aap un ko salam karte,</w:t>
      </w:r>
    </w:p>
    <w:p>
      <w:pPr>
        <w:jc w:val="right"/>
      </w:pPr>
      <w:r>
        <w:t>اس وقت کا جو کلچر تھا، اس کے مطابق آپ ان کو سلام کرتے،</w:t>
      </w:r>
    </w:p>
    <w:p>
      <w:r>
        <w:rPr>
          <w:b/>
        </w:rPr>
        <w:t xml:space="preserve">[24:14] </w:t>
      </w:r>
      <w:r>
        <w:t>us culture ke mutabiq.</w:t>
      </w:r>
    </w:p>
    <w:p>
      <w:pPr>
        <w:jc w:val="right"/>
      </w:pPr>
      <w:r>
        <w:t>اس کلچر کے مطابق۔</w:t>
      </w:r>
    </w:p>
    <w:p>
      <w:r>
        <w:rPr>
          <w:b/>
        </w:rPr>
        <w:t xml:space="preserve">[24:19] </w:t>
      </w:r>
      <w:r>
        <w:t>is waqt culture jo tha, "aneem subahan, aneem masan" is tarah kaha karte thay woh. yani good morning,</w:t>
      </w:r>
    </w:p>
    <w:p>
      <w:pPr>
        <w:jc w:val="right"/>
      </w:pPr>
      <w:r>
        <w:t>اس وقت کلچر جو تھا، "عنیم صباحًا، عنیم مساءً" اس طرح کہا کرتے تھے وہ۔ یعنی good morning،</w:t>
      </w:r>
    </w:p>
    <w:p>
      <w:r>
        <w:rPr>
          <w:b/>
        </w:rPr>
        <w:t xml:space="preserve">[24:24] </w:t>
      </w:r>
      <w:r>
        <w:t>good evening. aur phir aap quran ki ayaten sunate, bohat achhe andaaz mein. bas.</w:t>
      </w:r>
    </w:p>
    <w:p>
      <w:pPr>
        <w:jc w:val="right"/>
      </w:pPr>
      <w:r>
        <w:t>good evening۔ اور پھر آپ قرآن کی آیتیں سناتے، بہت اچھے انداز میں۔ بس۔</w:t>
      </w:r>
    </w:p>
    <w:p>
      <w:r>
        <w:rPr>
          <w:b/>
        </w:rPr>
        <w:t xml:space="preserve">[24:33] </w:t>
      </w:r>
      <w:r>
        <w:t>yeh tha entry point. to quran ki ayaten, is ko sunne lagte woh, bohat ghor se. to sunte</w:t>
      </w:r>
    </w:p>
    <w:p>
      <w:pPr>
        <w:jc w:val="right"/>
      </w:pPr>
      <w:r>
        <w:t>یہ تھا entry point۔ تو قرآن کی آیتیں، اس کو سننے لگتے وہ، بہت غور سے۔ تو سنتے</w:t>
      </w:r>
    </w:p>
    <w:p>
      <w:r>
        <w:rPr>
          <w:b/>
        </w:rPr>
        <w:t xml:space="preserve">[24:40] </w:t>
      </w:r>
      <w:r>
        <w:t>sunte sunte kya hua?</w:t>
      </w:r>
    </w:p>
    <w:p>
      <w:pPr>
        <w:jc w:val="right"/>
      </w:pPr>
      <w:r>
        <w:t>سنتے سنتے کیا ہوا؟</w:t>
      </w:r>
    </w:p>
    <w:p>
      <w:r>
        <w:rPr>
          <w:b/>
        </w:rPr>
        <w:t xml:space="preserve">[24:43] </w:t>
      </w:r>
      <w:r>
        <w:t>ke in ke achhe log cut kar aap ki taraf aane lage. is ka ishara quran ki is</w:t>
      </w:r>
    </w:p>
    <w:p>
      <w:pPr>
        <w:jc w:val="right"/>
      </w:pPr>
      <w:r>
        <w:t>کہ ان کے اچھے لوگ کٹ کر آپ کی طرف آنے لگے۔ اس کا اشارہ قرآن کی اس</w:t>
      </w:r>
    </w:p>
    <w:p>
      <w:r>
        <w:rPr>
          <w:b/>
        </w:rPr>
        <w:t xml:space="preserve">[24:48] </w:t>
      </w:r>
      <w:r>
        <w:t>ayat mein hai: "laytakhtara taran min laihil kafar". yeh ishara hai quran mein ke is tareeqe se in ke achhe</w:t>
      </w:r>
    </w:p>
    <w:p>
      <w:pPr>
        <w:jc w:val="right"/>
      </w:pPr>
      <w:r>
        <w:t>آیت میں ہے: "لَيَخْتَاطَرَفًا مَنْ لَيْهِٱلْكَفَرُ"۔ یہ اشارہ ہے قرآن میں کہ اس طریقے سے ان کے اچھے</w:t>
      </w:r>
    </w:p>
    <w:p>
      <w:r>
        <w:rPr>
          <w:b/>
        </w:rPr>
        <w:t xml:space="preserve">[24:56] </w:t>
      </w:r>
      <w:r>
        <w:t>log cut kar ke rasool Allah ki taraf aane lage.</w:t>
      </w:r>
    </w:p>
    <w:p>
      <w:pPr>
        <w:jc w:val="right"/>
      </w:pPr>
      <w:r>
        <w:t>لوگ کٹ کر کے رسول اللہ کی طرف آنے لگے۔</w:t>
      </w:r>
    </w:p>
    <w:p>
      <w:r>
        <w:rPr>
          <w:b/>
        </w:rPr>
        <w:t xml:space="preserve">[25:02] </w:t>
      </w:r>
      <w:r>
        <w:t>to rasool Allah ne dekha ke kaaba mein but hain to bara khayal rakhta hai aap, zahir hai.</w:t>
      </w:r>
    </w:p>
    <w:p>
      <w:pPr>
        <w:jc w:val="right"/>
      </w:pPr>
      <w:r>
        <w:t>تو رسول اللہ نے دیکھا کہ کعبہ میں بت ہیں تو بڑا خیال رکھتا ہے آپ، ظاہر ہے۔</w:t>
      </w:r>
    </w:p>
    <w:p>
      <w:r>
        <w:rPr>
          <w:b/>
        </w:rPr>
        <w:t xml:space="preserve">[25:08] </w:t>
      </w:r>
      <w:r>
        <w:t>lekin wahan se aap ko entry point nahi mile ga. wahan to jhagda hoga. entry point aap ne</w:t>
      </w:r>
    </w:p>
    <w:p>
      <w:pPr>
        <w:jc w:val="right"/>
      </w:pPr>
      <w:r>
        <w:t>لیکن وہاں سے آپ کو entry point نہیں ملے گا۔ وہاں تو جھگڑا ہوگا۔ entry point آپ نے</w:t>
      </w:r>
    </w:p>
    <w:p>
      <w:r>
        <w:rPr>
          <w:b/>
        </w:rPr>
        <w:t xml:space="preserve">[25:14] </w:t>
      </w:r>
      <w:r>
        <w:t>daryaft kiya is gathering mein, jo aate thay in buton ko,</w:t>
      </w:r>
    </w:p>
    <w:p>
      <w:pPr>
        <w:jc w:val="right"/>
      </w:pPr>
      <w:r>
        <w:t>دریافت کیا اس gathering میں، جو آتے تھے ان بتوں کو،</w:t>
      </w:r>
    </w:p>
    <w:p>
      <w:r>
        <w:rPr>
          <w:b/>
        </w:rPr>
        <w:t xml:space="preserve">[25:20] </w:t>
      </w:r>
      <w:r>
        <w:t>woh charhawa charhane ke liye.</w:t>
      </w:r>
    </w:p>
    <w:p>
      <w:pPr>
        <w:jc w:val="right"/>
      </w:pPr>
      <w:r>
        <w:t>وہ چڑھاوا چڑھانے کے لیے۔</w:t>
      </w:r>
    </w:p>
    <w:p>
      <w:r>
        <w:rPr>
          <w:b/>
        </w:rPr>
        <w:t xml:space="preserve">[25:23] </w:t>
      </w:r>
      <w:r>
        <w:t>to yeh, yeh wisdom ki baat hai, wisdom.</w:t>
      </w:r>
    </w:p>
    <w:p>
      <w:pPr>
        <w:jc w:val="right"/>
      </w:pPr>
      <w:r>
        <w:t>تو یہ، یہ wisdom کی بات ہے، wisdom۔</w:t>
      </w:r>
    </w:p>
    <w:p>
      <w:r>
        <w:rPr>
          <w:b/>
        </w:rPr>
        <w:t xml:space="preserve">[25:30] </w:t>
      </w:r>
      <w:r>
        <w:t>lekin yeh wisdom aap ko</w:t>
      </w:r>
    </w:p>
    <w:p>
      <w:pPr>
        <w:jc w:val="right"/>
      </w:pPr>
      <w:r>
        <w:t>لیکن یہ wisdom آپ کو</w:t>
      </w:r>
    </w:p>
    <w:p>
      <w:r>
        <w:rPr>
          <w:b/>
        </w:rPr>
        <w:t xml:space="preserve">[25:34] </w:t>
      </w:r>
      <w:r>
        <w:t>sadah tareeqe se nahi hasil hogi. is wisdom ke liye aap ko apne mind ko develop karna pare</w:t>
      </w:r>
    </w:p>
    <w:p>
      <w:pPr>
        <w:jc w:val="right"/>
      </w:pPr>
      <w:r>
        <w:t>سادہ طریقے سے نہیں حاصل ہوگی۔ اس wisdom کے لیے آپ کو اپنے mind کو develop کرنا پڑے</w:t>
      </w:r>
    </w:p>
    <w:p>
      <w:r>
        <w:rPr>
          <w:b/>
        </w:rPr>
        <w:t xml:space="preserve">[25:39] </w:t>
      </w:r>
      <w:r>
        <w:t>ga. apne mind ko develop karna pare ga.</w:t>
      </w:r>
    </w:p>
    <w:p>
      <w:pPr>
        <w:jc w:val="right"/>
      </w:pPr>
      <w:r>
        <w:t>گا۔ اپنے mind کو develop کرنا پڑے گا۔</w:t>
      </w:r>
    </w:p>
    <w:p>
      <w:r>
        <w:rPr>
          <w:b/>
        </w:rPr>
        <w:t xml:space="preserve">[25:45] </w:t>
      </w:r>
      <w:r>
        <w:t>aur is develop karne ke do, yani two points formula hai.</w:t>
      </w:r>
    </w:p>
    <w:p>
      <w:pPr>
        <w:jc w:val="right"/>
      </w:pPr>
      <w:r>
        <w:t>اور اس develop کرنے کے دو، یعنی two points فارمولا ہے۔</w:t>
      </w:r>
    </w:p>
    <w:p>
      <w:r>
        <w:rPr>
          <w:b/>
        </w:rPr>
        <w:t xml:space="preserve">[25:52] </w:t>
      </w:r>
      <w:r>
        <w:t>ke rozmarra ke experience mein, rozmarra ke tajurbaat mein, jo hamd ka pehlu hai, is ko daryaft kijiye.</w:t>
      </w:r>
    </w:p>
    <w:p>
      <w:pPr>
        <w:jc w:val="right"/>
      </w:pPr>
      <w:r>
        <w:t>کہ روزمرہ کے experience میں، روزمرہ کے تجربات میں، جو حمد کا پہلو ہے، اس کو دریافت کیجیے۔</w:t>
      </w:r>
    </w:p>
    <w:p>
      <w:r>
        <w:rPr>
          <w:b/>
        </w:rPr>
        <w:t xml:space="preserve">[26:01] </w:t>
      </w:r>
      <w:r>
        <w:t>Allah ka shukr ada karte rahiye. aur doosri taraf logon ki taraf se jo waswasa andazi hoti hai,</w:t>
      </w:r>
    </w:p>
    <w:p>
      <w:pPr>
        <w:jc w:val="right"/>
      </w:pPr>
      <w:r>
        <w:t>اللہ کا شکر ادا کرتے رہیے۔ اور دوسری طرف لوگوں کی طرف سے جو وسوسہ اندازی ہوتی ہے،</w:t>
      </w:r>
    </w:p>
    <w:p>
      <w:r>
        <w:rPr>
          <w:b/>
        </w:rPr>
        <w:t xml:space="preserve">[26:09] </w:t>
      </w:r>
      <w:r>
        <w:t>wrong advice di jati hai, chahe media ki taraf se ho ya kisi ki taraf se ho,</w:t>
      </w:r>
    </w:p>
    <w:p>
      <w:pPr>
        <w:jc w:val="right"/>
      </w:pPr>
      <w:r>
        <w:t>wrong advice دی جاتی ہے، چاہے میڈیا کی طرف سے ہو یا کسی کی طرف سے ہو،</w:t>
      </w:r>
    </w:p>
    <w:p>
      <w:r>
        <w:rPr>
          <w:b/>
        </w:rPr>
        <w:t xml:space="preserve">[26:15] </w:t>
      </w:r>
      <w:r>
        <w:t>is ko refuse karna seekhiye. is ko, is ka analysis karna seekhiye.</w:t>
      </w:r>
    </w:p>
    <w:p>
      <w:pPr>
        <w:jc w:val="right"/>
      </w:pPr>
      <w:r>
        <w:t>اس کو refuse کرنا سیکھیے۔ اس کو، اس کا analysis کرنا سیکھیے۔</w:t>
      </w:r>
    </w:p>
    <w:p>
      <w:r>
        <w:rPr>
          <w:b/>
        </w:rPr>
        <w:t xml:space="preserve">[26:23] </w:t>
      </w:r>
      <w:r>
        <w:t>is ko right angle se dekhna seekhiye.</w:t>
      </w:r>
    </w:p>
    <w:p>
      <w:pPr>
        <w:jc w:val="right"/>
      </w:pPr>
      <w:r>
        <w:t>اس کوright angle سے دیکھنا سیکھیے۔</w:t>
      </w:r>
    </w:p>
    <w:p>
      <w:r>
        <w:rPr>
          <w:b/>
        </w:rPr>
        <w:t xml:space="preserve">[26:29] </w:t>
      </w:r>
      <w:r>
        <w:t>tab ja kar aisa hoga ke aap ke andar right</w:t>
      </w:r>
    </w:p>
    <w:p>
      <w:pPr>
        <w:jc w:val="right"/>
      </w:pPr>
      <w:r>
        <w:t>تب جا کر ایسا ہوگا کہ آپ کے اندرright</w:t>
      </w:r>
    </w:p>
    <w:p>
      <w:r>
        <w:rPr>
          <w:b/>
        </w:rPr>
        <w:t xml:space="preserve">[26:32] </w:t>
      </w:r>
      <w:r>
        <w:t>thinking aayegi, aur positive mind banega, aur sahi personality develop kare gi. tab ja kar aisa</w:t>
      </w:r>
    </w:p>
    <w:p>
      <w:pPr>
        <w:jc w:val="right"/>
      </w:pPr>
      <w:r>
        <w:t>thinking آئے گی، اور positive mind بنے گا، اور صحیح personality develop کرے گی۔ تب جا کر ایسا</w:t>
      </w:r>
    </w:p>
    <w:p>
      <w:r>
        <w:rPr>
          <w:b/>
        </w:rPr>
        <w:t xml:space="preserve">[26:42] </w:t>
      </w:r>
      <w:r>
        <w:t>hoga ke aap yeh sab wisdom aap ke andar aayegi.</w:t>
      </w:r>
    </w:p>
    <w:p>
      <w:pPr>
        <w:jc w:val="right"/>
      </w:pPr>
      <w:r>
        <w:t>ہوگا کہ آپ یہ سب wisdom آپ کے اندر آئے گی۔</w:t>
      </w:r>
    </w:p>
    <w:p>
      <w:r>
        <w:rPr>
          <w:b/>
        </w:rPr>
        <w:t xml:space="preserve">[26:47] </w:t>
      </w:r>
      <w:r>
        <w:t>ke aap cheezon se</w:t>
      </w:r>
    </w:p>
    <w:p>
      <w:pPr>
        <w:jc w:val="right"/>
      </w:pPr>
      <w:r>
        <w:t>کہ آپ چیزوں سے</w:t>
      </w:r>
    </w:p>
    <w:p>
      <w:r>
        <w:rPr>
          <w:b/>
        </w:rPr>
        <w:t xml:space="preserve">[26:49] </w:t>
      </w:r>
      <w:r>
        <w:t>dekh kar ke wahan daryaft karen ke yahan par entry point kahan hai.</w:t>
      </w:r>
    </w:p>
    <w:p>
      <w:pPr>
        <w:jc w:val="right"/>
      </w:pPr>
      <w:r>
        <w:t>دیکھ کر کے وہاں دریافت کریں کہ یہاں پر entry point کہاں ہے۔</w:t>
      </w:r>
    </w:p>
    <w:p>
      <w:r>
        <w:rPr>
          <w:b/>
        </w:rPr>
        <w:t xml:space="preserve">[26:55] </w:t>
      </w:r>
      <w:r>
        <w:t>to is hawale mein dekhiye, sari dunya mein western civilization ka ghalba hai.</w:t>
      </w:r>
    </w:p>
    <w:p>
      <w:pPr>
        <w:jc w:val="right"/>
      </w:pPr>
      <w:r>
        <w:t>تو اس حوالے میں دیکھیے، ساری دنیا میں western civilization کا غلبہ ہے۔</w:t>
      </w:r>
    </w:p>
    <w:p>
      <w:r>
        <w:rPr>
          <w:b/>
        </w:rPr>
        <w:t xml:space="preserve">[27:01] </w:t>
      </w:r>
      <w:r>
        <w:t>to western civilization ke bare mein sari dunya ke musalman negative hain. sab hi negative hain. woh samajhte</w:t>
      </w:r>
    </w:p>
    <w:p>
      <w:pPr>
        <w:jc w:val="right"/>
      </w:pPr>
      <w:r>
        <w:t>تو western civilization کے بارے میں ساری دنیا کے مسلمان negative ہیں۔ سب ہی negative ہیں۔ وہ سمجھتے</w:t>
      </w:r>
    </w:p>
    <w:p>
      <w:r>
        <w:rPr>
          <w:b/>
        </w:rPr>
        <w:t xml:space="preserve">[27:06] </w:t>
      </w:r>
      <w:r>
        <w:t>hain ke yeh anti-Islam tehzeeb hai.</w:t>
      </w:r>
    </w:p>
    <w:p>
      <w:pPr>
        <w:jc w:val="right"/>
      </w:pPr>
      <w:r>
        <w:t>ہیں کہ یہ anti-Islam تہذیب ہے۔</w:t>
      </w:r>
    </w:p>
    <w:p>
      <w:r>
        <w:rPr>
          <w:b/>
        </w:rPr>
        <w:t xml:space="preserve">[27:11] </w:t>
      </w:r>
      <w:r>
        <w:t>woh Islamophobia mein mubtala hain yeh log. yeh sab galat baaten hain. yeh sab baaten batati hain ke</w:t>
      </w:r>
    </w:p>
    <w:p>
      <w:pPr>
        <w:jc w:val="right"/>
      </w:pPr>
      <w:r>
        <w:t>وہ Islamophobia میں مبتلا ہیں یہ لوگ۔ یہ سب غلط باتیں ہیں۔ یہ سب باتیں بتاتی ہیں کہ</w:t>
      </w:r>
    </w:p>
    <w:p>
      <w:r>
        <w:rPr>
          <w:b/>
        </w:rPr>
        <w:t xml:space="preserve">[27:19] </w:t>
      </w:r>
      <w:r>
        <w:t>aap ke andar right</w:t>
      </w:r>
    </w:p>
    <w:p>
      <w:pPr>
        <w:jc w:val="right"/>
      </w:pPr>
      <w:r>
        <w:t>آپ کے اندرright</w:t>
      </w:r>
    </w:p>
    <w:p>
      <w:r>
        <w:rPr>
          <w:b/>
        </w:rPr>
        <w:t xml:space="preserve">[27:21] </w:t>
      </w:r>
      <w:r>
        <w:t>analysis ki salahiyat nahin hai.</w:t>
      </w:r>
    </w:p>
    <w:p>
      <w:pPr>
        <w:jc w:val="right"/>
      </w:pPr>
      <w:r>
        <w:t>analysis کی صلاحیت نہیں ہے۔</w:t>
      </w:r>
    </w:p>
    <w:p>
      <w:r>
        <w:rPr>
          <w:b/>
        </w:rPr>
        <w:t xml:space="preserve">[27:25] </w:t>
      </w:r>
      <w:r>
        <w:t>aap is ko lijiye, starting point banaiye aap Quran ke ayat ko: "inna maa'a</w:t>
      </w:r>
    </w:p>
    <w:p>
      <w:pPr>
        <w:jc w:val="right"/>
      </w:pPr>
      <w:r>
        <w:t>آپ اس کو لیجیے، starting point بنائیے آپ قرآن کے آیت کو: "إِنَّ مَاءَ</w:t>
      </w:r>
    </w:p>
    <w:p>
      <w:r>
        <w:rPr>
          <w:b/>
        </w:rPr>
        <w:t xml:space="preserve">[27:33] </w:t>
      </w:r>
      <w:r>
        <w:t>allahi yusri'u". yani</w:t>
      </w:r>
    </w:p>
    <w:p>
      <w:pPr>
        <w:jc w:val="right"/>
      </w:pPr>
      <w:r>
        <w:t>اللَّهِ يُسْرِعُ"۔ یعنی</w:t>
      </w:r>
    </w:p>
    <w:p>
      <w:r>
        <w:rPr>
          <w:b/>
        </w:rPr>
        <w:t xml:space="preserve">[27:36] </w:t>
      </w:r>
      <w:r>
        <w:t>koi bhi halaat kitne hi kharab hon, kitni hi bazahir aap ke khilaf hon, lekin wahan koi na</w:t>
      </w:r>
    </w:p>
    <w:p>
      <w:pPr>
        <w:jc w:val="right"/>
      </w:pPr>
      <w:r>
        <w:t>کوئی بھی حالات کتنے ہی خراب ہوں، کتنی ہی بظاہر آپ کے خلاف ہوں، لیکن وہاں کوئی نہ</w:t>
      </w:r>
    </w:p>
    <w:p>
      <w:r>
        <w:rPr>
          <w:b/>
        </w:rPr>
        <w:t xml:space="preserve">[27:42] </w:t>
      </w:r>
      <w:r>
        <w:t>koi entry point hoga. is entry point</w:t>
      </w:r>
    </w:p>
    <w:p>
      <w:pPr>
        <w:jc w:val="right"/>
      </w:pPr>
      <w:r>
        <w:t>کوئی entry point ہوگا۔ اس entry point</w:t>
      </w:r>
    </w:p>
    <w:p>
      <w:r>
        <w:rPr>
          <w:b/>
        </w:rPr>
        <w:t xml:space="preserve">[27:47] </w:t>
      </w:r>
      <w:r>
        <w:t>se start kijiye. jaise qadeem Makka jo tha, qadeem Makka mein halaat bohat kharab the musalmanon ke liye,</w:t>
      </w:r>
    </w:p>
    <w:p>
      <w:pPr>
        <w:jc w:val="right"/>
      </w:pPr>
      <w:r>
        <w:t>سے start کیجیے۔ جیسے قدیم مکہ جو تھا، قدیم مکہ میں حالات بہت خراب تھے مسلمانوں کے لیے،</w:t>
      </w:r>
    </w:p>
    <w:p>
      <w:r>
        <w:rPr>
          <w:b/>
        </w:rPr>
        <w:t xml:space="preserve">[27:54] </w:t>
      </w:r>
      <w:r>
        <w:t>marte peette bhi the woh. phir bhi ek entry point tha wahan.</w:t>
      </w:r>
    </w:p>
    <w:p>
      <w:pPr>
        <w:jc w:val="right"/>
      </w:pPr>
      <w:r>
        <w:t>مارتے پیٹتے بھی تھے وہ۔ پھر بھی ایک entry point تھا وہاں۔</w:t>
      </w:r>
    </w:p>
    <w:p>
      <w:r>
        <w:rPr>
          <w:b/>
        </w:rPr>
        <w:t xml:space="preserve">[27:59] </w:t>
      </w:r>
      <w:r>
        <w:t>yani qadeem Makka jo tha, wahan ke halaat, poora shirk chhaya hua tha wahan.</w:t>
      </w:r>
    </w:p>
    <w:p>
      <w:pPr>
        <w:jc w:val="right"/>
      </w:pPr>
      <w:r>
        <w:t>یعنی قدیم مکہ جو تھا، وہاں کے حالات، پورا شرک چھایا ہوا تھا وہاں۔</w:t>
      </w:r>
    </w:p>
    <w:p>
      <w:r>
        <w:rPr>
          <w:b/>
        </w:rPr>
        <w:t xml:space="preserve">[28:07] </w:t>
      </w:r>
      <w:r>
        <w:t>Kaba ko unhon ne shirk ka center bana diya tha. yeh phir bhi ek entry point tha.</w:t>
      </w:r>
    </w:p>
    <w:p>
      <w:pPr>
        <w:jc w:val="right"/>
      </w:pPr>
      <w:r>
        <w:t>کعبہ کو انہوں نے شرک کا center بنا دیا تھا۔ یہ پھر بھی ایک entry point تھا۔</w:t>
      </w:r>
    </w:p>
    <w:p>
      <w:r>
        <w:rPr>
          <w:b/>
        </w:rPr>
        <w:t xml:space="preserve">[28:13] </w:t>
      </w:r>
      <w:r>
        <w:t>aise hi modern civilization jo hai, wahan bhi ek entry point hai. is entry point ko daryaft kijiye.</w:t>
      </w:r>
    </w:p>
    <w:p>
      <w:pPr>
        <w:jc w:val="right"/>
      </w:pPr>
      <w:r>
        <w:t>ایسے ہی modern civilization جو ہے، وہاں بھی ایک entry point ہے۔ اس entry point کو دریافت کیجیے۔</w:t>
      </w:r>
    </w:p>
    <w:p>
      <w:r>
        <w:rPr>
          <w:b/>
        </w:rPr>
        <w:t xml:space="preserve">[28:21] </w:t>
      </w:r>
      <w:r>
        <w:t>woh hai openness.</w:t>
      </w:r>
    </w:p>
    <w:p>
      <w:pPr>
        <w:jc w:val="right"/>
      </w:pPr>
      <w:r>
        <w:t>وہ ہے openness۔</w:t>
      </w:r>
    </w:p>
    <w:p>
      <w:r>
        <w:rPr>
          <w:b/>
        </w:rPr>
        <w:t xml:space="preserve">[28:24] </w:t>
      </w:r>
      <w:r>
        <w:t>modern civilization jo hai, mein samajhta hoon ke is ka bohat bara karname hai ke is ne sari</w:t>
      </w:r>
    </w:p>
    <w:p>
      <w:pPr>
        <w:jc w:val="right"/>
      </w:pPr>
      <w:r>
        <w:t>modern civilization جو ہے، میں سمجھتا ہوں کہ اس کا بہت بڑا کارنامہ ہے کہ اس نے ساری</w:t>
      </w:r>
    </w:p>
    <w:p>
      <w:r>
        <w:rPr>
          <w:b/>
        </w:rPr>
        <w:t xml:space="preserve">[28:29] </w:t>
      </w:r>
      <w:r>
        <w:t>dunya mein ek naya zehn paida kiya. ek naya zehn, aur woh hai openness.</w:t>
      </w:r>
    </w:p>
    <w:p>
      <w:pPr>
        <w:jc w:val="right"/>
      </w:pPr>
      <w:r>
        <w:t>دنیا میں ایک نیا ذہن پیدا کیا۔ ایک نیا ذہن، اور وہ ہے openness۔</w:t>
      </w:r>
    </w:p>
    <w:p>
      <w:r>
        <w:rPr>
          <w:b/>
        </w:rPr>
        <w:t xml:space="preserve">[28:37] </w:t>
      </w:r>
      <w:r>
        <w:t>openness ka matlab kya hai?</w:t>
      </w:r>
    </w:p>
    <w:p>
      <w:pPr>
        <w:jc w:val="right"/>
      </w:pPr>
      <w:r>
        <w:t>openness کا مطلب کیا ہے؟</w:t>
      </w:r>
    </w:p>
    <w:p>
      <w:r>
        <w:rPr>
          <w:b/>
        </w:rPr>
        <w:t xml:space="preserve">[28:39] </w:t>
      </w:r>
      <w:r>
        <w:t>har ek ko accept karna, with positive mind.</w:t>
      </w:r>
    </w:p>
    <w:p>
      <w:pPr>
        <w:jc w:val="right"/>
      </w:pPr>
      <w:r>
        <w:t>ہر ایک کو accept کرنا، with positive mind۔</w:t>
      </w:r>
    </w:p>
    <w:p>
      <w:r>
        <w:rPr>
          <w:b/>
        </w:rPr>
        <w:t xml:space="preserve">[28:46] </w:t>
      </w:r>
      <w:r>
        <w:t>until you turn violent.</w:t>
      </w:r>
    </w:p>
    <w:p>
      <w:pPr>
        <w:jc w:val="right"/>
      </w:pPr>
      <w:r>
        <w:t>until you turn violent۔</w:t>
      </w:r>
    </w:p>
    <w:p>
      <w:r>
        <w:rPr>
          <w:b/>
        </w:rPr>
        <w:t xml:space="preserve">[28:51] </w:t>
      </w:r>
      <w:r>
        <w:t>jab tak aap tashaddud na karen, tab tak sari dunya aap ke liye khuli hui hai.</w:t>
      </w:r>
    </w:p>
    <w:p>
      <w:pPr>
        <w:jc w:val="right"/>
      </w:pPr>
      <w:r>
        <w:t>جب تک آپ تشدد نہ کریں، تب تک ساری دنیا آپ کے لیے کھلی ہوئی ہے۔</w:t>
      </w:r>
    </w:p>
    <w:p>
      <w:r>
        <w:rPr>
          <w:b/>
        </w:rPr>
        <w:t xml:space="preserve">[29:00] </w:t>
      </w:r>
      <w:r>
        <w:t>mein ek martaba America gaya tha, bohat pehle ki baat hai. to mein gaya dekhne ke liye white</w:t>
      </w:r>
    </w:p>
    <w:p>
      <w:pPr>
        <w:jc w:val="right"/>
      </w:pPr>
      <w:r>
        <w:t>میں ایک مرتبہ امریکہ گیا تھا، بہت پہلے کی بات ہے۔ تو میں گیا دیکھنے کے لیے white</w:t>
      </w:r>
    </w:p>
    <w:p>
      <w:r>
        <w:rPr>
          <w:b/>
        </w:rPr>
        <w:t xml:space="preserve">[29:06] </w:t>
      </w:r>
      <w:r>
        <w:t>house. to white house ke samne ek bohat bara khula hua maidan hai.</w:t>
      </w:r>
    </w:p>
    <w:p>
      <w:pPr>
        <w:jc w:val="right"/>
      </w:pPr>
      <w:r>
        <w:t>house۔ تو white house کے سامنے ایک بہت بڑا کھلا ہوا میدان ہے۔</w:t>
      </w:r>
    </w:p>
    <w:p>
      <w:r>
        <w:rPr>
          <w:b/>
        </w:rPr>
        <w:t xml:space="preserve">[29:14] </w:t>
      </w:r>
      <w:r>
        <w:t>wahan mein ne dekha ke ek aadmi ajeeb o ghareeb qism ka dress pehne hue tha, aur wahan</w:t>
      </w:r>
    </w:p>
    <w:p>
      <w:pPr>
        <w:jc w:val="right"/>
      </w:pPr>
      <w:r>
        <w:t>وہاں میں نے دیکھا کہ ایک آدمی عجیب و غریب قسم کا dress پہنے ہوئے تھا، اور وہاں</w:t>
      </w:r>
    </w:p>
    <w:p>
      <w:r>
        <w:rPr>
          <w:b/>
        </w:rPr>
        <w:t xml:space="preserve">[29:20] </w:t>
      </w:r>
      <w:r>
        <w:t>khara ho kar ke woh bol raha tha, yaani speech ke andaaz mein. aur woh kya tha? government</w:t>
      </w:r>
    </w:p>
    <w:p>
      <w:pPr>
        <w:jc w:val="right"/>
      </w:pPr>
      <w:r>
        <w:t>کھڑا ہو کر کے وہ بول رہا تھا، یعنی speech کے انداز میں۔ اور وہ کیا تھا؟ government</w:t>
      </w:r>
    </w:p>
    <w:p>
      <w:r>
        <w:rPr>
          <w:b/>
        </w:rPr>
        <w:t xml:space="preserve">[29:28] </w:t>
      </w:r>
      <w:r>
        <w:t>ko bura bhala keh raha tha.</w:t>
      </w:r>
    </w:p>
    <w:p>
      <w:pPr>
        <w:jc w:val="right"/>
      </w:pPr>
      <w:r>
        <w:t>کو برا بھلا کہہ رہا تھا۔</w:t>
      </w:r>
    </w:p>
    <w:p>
      <w:r>
        <w:rPr>
          <w:b/>
        </w:rPr>
        <w:t xml:space="preserve">[29:31] </w:t>
      </w:r>
      <w:r>
        <w:t>government ko. yaani white house mein jo log baithe hue hain, jo hakim, un ko bura keh raha</w:t>
      </w:r>
    </w:p>
    <w:p>
      <w:pPr>
        <w:jc w:val="right"/>
      </w:pPr>
      <w:r>
        <w:t>government کو۔ یعنی white house میں جو لوگ بیٹھے ہوئے ہیں، جو حاکم، ان کو برا کہہ رہا</w:t>
      </w:r>
    </w:p>
    <w:p>
      <w:r>
        <w:rPr>
          <w:b/>
        </w:rPr>
        <w:t xml:space="preserve">[29:37] </w:t>
      </w:r>
      <w:r>
        <w:t>tha woh. media ke samne. lekin chunke woh violent nahi tha, us ke paas koi bomb nahi tha,</w:t>
      </w:r>
    </w:p>
    <w:p>
      <w:pPr>
        <w:jc w:val="right"/>
      </w:pPr>
      <w:r>
        <w:t>تھا وہ۔ میڈیا کے سامنے۔ لیکن چونکہ وہ violent نہیں تھا، اس کے پاس کوئی بم نہیں تھا،</w:t>
      </w:r>
    </w:p>
    <w:p>
      <w:r>
        <w:rPr>
          <w:b/>
        </w:rPr>
        <w:t xml:space="preserve">[29:45] </w:t>
      </w:r>
      <w:r>
        <w:t>koi gun nahi thi, to us ko tolerate kiya unhon ne. us ko tolerate kiya.</w:t>
      </w:r>
    </w:p>
    <w:p>
      <w:pPr>
        <w:jc w:val="right"/>
      </w:pPr>
      <w:r>
        <w:t>کوئی گن نہیں تھی، تو اس کو tolerate کیا انہوں نے۔ اس کو tolerate کیا۔</w:t>
      </w:r>
    </w:p>
    <w:p>
      <w:r>
        <w:rPr>
          <w:b/>
        </w:rPr>
        <w:t xml:space="preserve">[29:53] </w:t>
      </w:r>
      <w:r>
        <w:t>to us zamane mein sab se bara jo</w:t>
      </w:r>
    </w:p>
    <w:p>
      <w:pPr>
        <w:jc w:val="right"/>
      </w:pPr>
      <w:r>
        <w:t>تو اس زمانے میں سب سے بڑا جو</w:t>
      </w:r>
    </w:p>
    <w:p>
      <w:r>
        <w:rPr>
          <w:b/>
        </w:rPr>
        <w:t xml:space="preserve">[29:59] </w:t>
      </w:r>
      <w:r>
        <w:t>phenomena hai modern civilization ka, openness, tolerance,</w:t>
      </w:r>
    </w:p>
    <w:p>
      <w:pPr>
        <w:jc w:val="right"/>
      </w:pPr>
      <w:r>
        <w:t>phenomena ہے modern civilization کا، openness، tolerance،</w:t>
      </w:r>
    </w:p>
    <w:p>
      <w:r>
        <w:rPr>
          <w:b/>
        </w:rPr>
        <w:t xml:space="preserve">[30:05] </w:t>
      </w:r>
      <w:r>
        <w:t>to accept all, sab ko accept karna. sirf ek hi cheez woh accept nahi karte, woh hai violence.</w:t>
      </w:r>
    </w:p>
    <w:p>
      <w:pPr>
        <w:jc w:val="right"/>
      </w:pPr>
      <w:r>
        <w:t>to accept all، سب کو accept کرنا۔ صرف ایک ہی چیز وہ accept نہیں کرتے، وہ ہے violence۔</w:t>
      </w:r>
    </w:p>
    <w:p>
      <w:r>
        <w:rPr>
          <w:b/>
        </w:rPr>
        <w:t xml:space="preserve">[30:15] </w:t>
      </w:r>
      <w:r>
        <w:t>magar is raaz ko musalman jante nahi.</w:t>
      </w:r>
    </w:p>
    <w:p>
      <w:pPr>
        <w:jc w:val="right"/>
      </w:pPr>
      <w:r>
        <w:t>مگر اس راز کو مسلمان جانتے نہیں۔</w:t>
      </w:r>
    </w:p>
    <w:p>
      <w:r>
        <w:rPr>
          <w:b/>
        </w:rPr>
        <w:t xml:space="preserve">[30:18] </w:t>
      </w:r>
      <w:r>
        <w:t>sari duniya ke musalman jo hain, nafrat, tashaddud, extremism,</w:t>
      </w:r>
    </w:p>
    <w:p>
      <w:pPr>
        <w:jc w:val="right"/>
      </w:pPr>
      <w:r>
        <w:t>ساری دنیا کے مسلمان جو ہیں، نفرت، تشدد، extremism،</w:t>
      </w:r>
    </w:p>
    <w:p>
      <w:r>
        <w:rPr>
          <w:b/>
        </w:rPr>
        <w:t xml:space="preserve">[30:24] </w:t>
      </w:r>
      <w:r>
        <w:t>radicalism, hatta ke</w:t>
      </w:r>
    </w:p>
    <w:p>
      <w:pPr>
        <w:jc w:val="right"/>
      </w:pPr>
      <w:r>
        <w:t>radicalism، حتیٰ کہ</w:t>
      </w:r>
    </w:p>
    <w:p>
      <w:r>
        <w:rPr>
          <w:b/>
        </w:rPr>
        <w:t xml:space="preserve">[30:27] </w:t>
      </w:r>
      <w:r>
        <w:t>violence aur war,</w:t>
      </w:r>
    </w:p>
    <w:p>
      <w:pPr>
        <w:jc w:val="right"/>
      </w:pPr>
      <w:r>
        <w:t>violence اور war،</w:t>
      </w:r>
    </w:p>
    <w:p>
      <w:r>
        <w:rPr>
          <w:b/>
        </w:rPr>
        <w:t xml:space="preserve">[30:30] </w:t>
      </w:r>
      <w:r>
        <w:t>jo cheez un ke liye acceptable nahi hai, wahan se entry dhoondh rahe hain woh. kaisi ajeeb baat</w:t>
      </w:r>
    </w:p>
    <w:p>
      <w:pPr>
        <w:jc w:val="right"/>
      </w:pPr>
      <w:r>
        <w:t>جو چیز ان کے لیے acceptable نہیں ہے، وہاں سے entry ڈھونڈ رہے ہیں وہ۔ کیسی عجیب بات</w:t>
      </w:r>
    </w:p>
    <w:p>
      <w:r>
        <w:rPr>
          <w:b/>
        </w:rPr>
        <w:t xml:space="preserve">[30:35] </w:t>
      </w:r>
      <w:r>
        <w:t>hai. yaani jo gate hai, woh to khula hua hai.</w:t>
      </w:r>
    </w:p>
    <w:p>
      <w:pPr>
        <w:jc w:val="right"/>
      </w:pPr>
      <w:r>
        <w:t>ہے۔ یعنی جو gate ہے، وہ تو کھلا ہوا ہے۔</w:t>
      </w:r>
    </w:p>
    <w:p>
      <w:r>
        <w:rPr>
          <w:b/>
        </w:rPr>
        <w:t xml:space="preserve">[30:41] </w:t>
      </w:r>
      <w:r>
        <w:t>jo gate hai, woh to khula hua hai, lekin woh kahan se ghusna chahte hain? jahan bare bare</w:t>
      </w:r>
    </w:p>
    <w:p>
      <w:pPr>
        <w:jc w:val="right"/>
      </w:pPr>
      <w:r>
        <w:t>جو gate ہے، وہ تو کھلا ہوا ہے، لیکن وہ کہاں سے گھسنا چاہتے ہیں؟ جہاں بڑے بڑے</w:t>
      </w:r>
    </w:p>
    <w:p>
      <w:r>
        <w:rPr>
          <w:b/>
        </w:rPr>
        <w:t xml:space="preserve">[30:46] </w:t>
      </w:r>
      <w:r>
        <w:t>deewaren hain. yaani violence to entry point hai hi nahi.</w:t>
      </w:r>
    </w:p>
    <w:p>
      <w:pPr>
        <w:jc w:val="right"/>
      </w:pPr>
      <w:r>
        <w:t>دیواریں ہیں۔ یعنی violence تو entry point ہے ہی نہیں۔</w:t>
      </w:r>
    </w:p>
    <w:p>
      <w:r>
        <w:rPr>
          <w:b/>
        </w:rPr>
        <w:t xml:space="preserve">[30:53] </w:t>
      </w:r>
      <w:r>
        <w:t>aur wahan sar maar rahe hain woh.</w:t>
      </w:r>
    </w:p>
    <w:p>
      <w:pPr>
        <w:jc w:val="right"/>
      </w:pPr>
      <w:r>
        <w:t>اور وہاں سر مار رہے ہیں وہ۔</w:t>
      </w:r>
    </w:p>
    <w:p>
      <w:r>
        <w:rPr>
          <w:b/>
        </w:rPr>
        <w:t xml:space="preserve">[30:56] </w:t>
      </w:r>
      <w:r>
        <w:t>entry point hai peaceful,</w:t>
      </w:r>
    </w:p>
    <w:p>
      <w:pPr>
        <w:jc w:val="right"/>
      </w:pPr>
      <w:r>
        <w:t>entry point ہے peaceful،</w:t>
      </w:r>
    </w:p>
    <w:p>
      <w:r>
        <w:rPr>
          <w:b/>
        </w:rPr>
        <w:t xml:space="preserve">[31:01] </w:t>
      </w:r>
      <w:r>
        <w:t>yaani peaceful andaaz mein apni baat kehna.</w:t>
      </w:r>
    </w:p>
    <w:p>
      <w:pPr>
        <w:jc w:val="right"/>
      </w:pPr>
      <w:r>
        <w:t>یعنی peaceful انداز میں اپنی بات کہنا۔</w:t>
      </w:r>
    </w:p>
    <w:p>
      <w:r>
        <w:rPr>
          <w:b/>
        </w:rPr>
        <w:t xml:space="preserve">[31:06] </w:t>
      </w:r>
      <w:r>
        <w:t>na hate ho, na nafrat ho,</w:t>
      </w:r>
    </w:p>
    <w:p>
      <w:pPr>
        <w:jc w:val="right"/>
      </w:pPr>
      <w:r>
        <w:t>نہ hate ہو، نہ نفرت ہو،</w:t>
      </w:r>
    </w:p>
    <w:p>
      <w:r>
        <w:rPr>
          <w:b/>
        </w:rPr>
        <w:t xml:space="preserve">[31:09] </w:t>
      </w:r>
      <w:r>
        <w:t>na violence ho, na war ho, na gun ho, na bomb ho, kuch nahi.</w:t>
      </w:r>
    </w:p>
    <w:p>
      <w:pPr>
        <w:jc w:val="right"/>
      </w:pPr>
      <w:r>
        <w:t>نہ violence ہو، نہ war ہو، نہ gun ہو، نہ بم ہو، کچھ نہیں۔</w:t>
      </w:r>
    </w:p>
    <w:p>
      <w:r>
        <w:rPr>
          <w:b/>
        </w:rPr>
        <w:t xml:space="preserve">[31:15] </w:t>
      </w:r>
      <w:r>
        <w:t>to aap ko total freedom mili hui hai, total freedom. koi rok nahi sakta aap ko.</w:t>
      </w:r>
    </w:p>
    <w:p>
      <w:pPr>
        <w:jc w:val="right"/>
      </w:pPr>
      <w:r>
        <w:t>تو آپ کو total freedom ملی ہوئی ہے، total freedom۔ کوئی روک نہیں سکتا آپ کو۔</w:t>
      </w:r>
    </w:p>
    <w:p>
      <w:r>
        <w:rPr>
          <w:b/>
        </w:rPr>
        <w:t xml:space="preserve">[31:23] </w:t>
      </w:r>
      <w:r>
        <w:t>na east mein, na west mein. kahin rok nahi sakta koi aap ko.</w:t>
      </w:r>
    </w:p>
    <w:p>
      <w:pPr>
        <w:jc w:val="right"/>
      </w:pPr>
      <w:r>
        <w:t>نہ east میں، نہ west میں۔ کہیں روک نہیں سکتا کوئی آپ کو۔</w:t>
      </w:r>
    </w:p>
    <w:p>
      <w:r>
        <w:rPr>
          <w:b/>
        </w:rPr>
        <w:t xml:space="preserve">[31:30] </w:t>
      </w:r>
      <w:r>
        <w:t>hatta ke United Nations mein agar aap ko mauqa mile khare hone ka, wahan khare ho kar ke</w:t>
      </w:r>
    </w:p>
    <w:p>
      <w:pPr>
        <w:jc w:val="right"/>
      </w:pPr>
      <w:r>
        <w:t>حتیٰ کہ United Nations میں اگر آپ کو موقع ملے کھڑے ہونے کا، وہاں کھڑے ہو کر کے</w:t>
      </w:r>
    </w:p>
    <w:p>
      <w:r>
        <w:rPr>
          <w:b/>
        </w:rPr>
        <w:t xml:space="preserve">[31:34] </w:t>
      </w:r>
      <w:r>
        <w:t>aap bolen, to kitne hi aap khilaf bolen kisi ke, koi roke ga nahin aap ko.</w:t>
      </w:r>
    </w:p>
    <w:p>
      <w:pPr>
        <w:jc w:val="right"/>
      </w:pPr>
      <w:r>
        <w:t>آپ بولیں، تو کتنے ہی آپ خلاف بولیں کسی کے، کوئی روکے گا نہیں آپ کو۔</w:t>
      </w:r>
    </w:p>
    <w:p>
      <w:r>
        <w:rPr>
          <w:b/>
        </w:rPr>
        <w:t xml:space="preserve">[31:42] </w:t>
      </w:r>
      <w:r>
        <w:t>sirf rukawat tab hogi jab aap bom istemal karen, gun istemal karen,</w:t>
      </w:r>
    </w:p>
    <w:p>
      <w:pPr>
        <w:jc w:val="right"/>
      </w:pPr>
      <w:r>
        <w:t>صرف رکاوٹ تب ہوگی جب آپ بم استعمال کریں، گن استعمال کریں،</w:t>
      </w:r>
    </w:p>
    <w:p>
      <w:r>
        <w:rPr>
          <w:b/>
        </w:rPr>
        <w:t xml:space="preserve">[31:47] </w:t>
      </w:r>
      <w:r>
        <w:t>tashaddud istemal karen.</w:t>
      </w:r>
    </w:p>
    <w:p>
      <w:pPr>
        <w:jc w:val="right"/>
      </w:pPr>
      <w:r>
        <w:t>تشدد استعمال کریں۔</w:t>
      </w:r>
    </w:p>
    <w:p>
      <w:r>
        <w:rPr>
          <w:b/>
        </w:rPr>
        <w:t xml:space="preserve">[31:50] </w:t>
      </w:r>
      <w:r>
        <w:t>yeh hai woh sab se bara raaz</w:t>
      </w:r>
    </w:p>
    <w:p>
      <w:pPr>
        <w:jc w:val="right"/>
      </w:pPr>
      <w:r>
        <w:t>یہ ہے وہ سب سے بڑا راز</w:t>
      </w:r>
    </w:p>
    <w:p>
      <w:r>
        <w:rPr>
          <w:b/>
        </w:rPr>
        <w:t xml:space="preserve">[31:54] </w:t>
      </w:r>
      <w:r>
        <w:t>jis se maujooda zamane ke musalman be khabar hain. Aur be khabari ka bhi raaz kya hai? Woh</w:t>
      </w:r>
    </w:p>
    <w:p>
      <w:pPr>
        <w:jc w:val="right"/>
      </w:pPr>
      <w:r>
        <w:t>جس سے موجودہ زمانے کے مسلمان بے خبر ہیں۔ اور بے خبری کا بھی راز کیا ہے؟ وہ</w:t>
      </w:r>
    </w:p>
    <w:p>
      <w:r>
        <w:rPr>
          <w:b/>
        </w:rPr>
        <w:t xml:space="preserve">[32:02] </w:t>
      </w:r>
      <w:r>
        <w:t>is culture mein nahin jeete jo culture quran mein bataya gaya hai, two point culture.</w:t>
      </w:r>
    </w:p>
    <w:p>
      <w:pPr>
        <w:jc w:val="right"/>
      </w:pPr>
      <w:r>
        <w:t>اس کلچر میں نہیں جیتے جو کلچر قرآن میں بتایا گیا ہے، two point culture۔</w:t>
      </w:r>
    </w:p>
    <w:p>
      <w:r>
        <w:rPr>
          <w:b/>
        </w:rPr>
        <w:t xml:space="preserve">[32:08] </w:t>
      </w:r>
      <w:r>
        <w:t>is be khabari ka ek raaz hai. Woh raaz hai ke musalman is two point culture ko nahin</w:t>
      </w:r>
    </w:p>
    <w:p>
      <w:pPr>
        <w:jc w:val="right"/>
      </w:pPr>
      <w:r>
        <w:t>اس بے خبری کا ایک راز ہے۔ وہ راز ہے کہ مسلمان اس two point culture کو نہیں</w:t>
      </w:r>
    </w:p>
    <w:p>
      <w:r>
        <w:rPr>
          <w:b/>
        </w:rPr>
        <w:t xml:space="preserve">[32:15] </w:t>
      </w:r>
      <w:r>
        <w:t>jeete. Jiska ek pehlu hai hamd, doosra pehlu hai waswasa andazi se bachna.</w:t>
      </w:r>
    </w:p>
    <w:p>
      <w:pPr>
        <w:jc w:val="right"/>
      </w:pPr>
      <w:r>
        <w:t>جیتے۔ جس کا ایک پہلو ہے حمد، دوسرا پہلو ہے وسوسہ اندازی سے بچنا۔</w:t>
      </w:r>
    </w:p>
    <w:p>
      <w:r>
        <w:rPr>
          <w:b/>
        </w:rPr>
        <w:t xml:space="preserve">[32:22] </w:t>
      </w:r>
      <w:r>
        <w:t>yani Allah ke liye hamd, aur insanon ke bare mein yeh hai ke waswasa andazi se bacho.</w:t>
      </w:r>
    </w:p>
    <w:p>
      <w:pPr>
        <w:jc w:val="right"/>
      </w:pPr>
      <w:r>
        <w:t>یعنی اللہ کے لیے حمد، اور انسانوں کے بارے میں یہ ہے کہ وسوسہ اندازی سے بچو۔</w:t>
      </w:r>
    </w:p>
    <w:p>
      <w:r>
        <w:rPr>
          <w:b/>
        </w:rPr>
        <w:t xml:space="preserve">[32:30] </w:t>
      </w:r>
      <w:r>
        <w:t>yeh hai, yeh hai. Yani tauheed culture keh sakte hain is ko aap. Is two point culture ko</w:t>
      </w:r>
    </w:p>
    <w:p>
      <w:pPr>
        <w:jc w:val="right"/>
      </w:pPr>
      <w:r>
        <w:t>یہ ہے، یہ ہے۔ یعنی توحید کلچر کہہ سکتے ہیں اس کو آپ۔ اس two point culture کو</w:t>
      </w:r>
    </w:p>
    <w:p>
      <w:r>
        <w:rPr>
          <w:b/>
        </w:rPr>
        <w:t xml:space="preserve">[32:37] </w:t>
      </w:r>
      <w:r>
        <w:t>aap keh sakte hain tauheed culture.</w:t>
      </w:r>
    </w:p>
    <w:p>
      <w:pPr>
        <w:jc w:val="right"/>
      </w:pPr>
      <w:r>
        <w:t>آپ کہہ سکتے ہیں توحید کلچر۔</w:t>
      </w:r>
    </w:p>
    <w:p>
      <w:r>
        <w:rPr>
          <w:b/>
        </w:rPr>
        <w:t xml:space="preserve">[32:41] </w:t>
      </w:r>
      <w:r>
        <w:t>to musalman tauheed culture mein jeete nahin hain. Is liye un ke andar objective thinking nahin. Is liye</w:t>
      </w:r>
    </w:p>
    <w:p>
      <w:pPr>
        <w:jc w:val="right"/>
      </w:pPr>
      <w:r>
        <w:t>تو مسلمان توحید کلچر میں جیتے نہیں ہیں۔ اس لیے ان کے اندر objective thinking نہیں۔ اس لیے</w:t>
      </w:r>
    </w:p>
    <w:p>
      <w:r>
        <w:rPr>
          <w:b/>
        </w:rPr>
        <w:t xml:space="preserve">[32:48] </w:t>
      </w:r>
      <w:r>
        <w:t>un ke andar wisdom nahin.</w:t>
      </w:r>
    </w:p>
    <w:p>
      <w:pPr>
        <w:jc w:val="right"/>
      </w:pPr>
      <w:r>
        <w:t>ان کے اندر wisdom نہیں۔</w:t>
      </w:r>
    </w:p>
    <w:p>
      <w:r>
        <w:rPr>
          <w:b/>
        </w:rPr>
        <w:t xml:space="preserve">[32:51] </w:t>
      </w:r>
      <w:r>
        <w:t>is liye woh jante nahin ke kab kya karna hai, kab kya karna hai. Is liye woh is</w:t>
      </w:r>
    </w:p>
    <w:p>
      <w:pPr>
        <w:jc w:val="right"/>
      </w:pPr>
      <w:r>
        <w:t>اس لیے وہ جانتے نہیں کہ کب کیا کرنا ہے، کب کیا کرنا ہے۔ اس لیے وہ اس</w:t>
      </w:r>
    </w:p>
    <w:p>
      <w:r>
        <w:rPr>
          <w:b/>
        </w:rPr>
        <w:t xml:space="preserve">[32:57] </w:t>
      </w:r>
      <w:r>
        <w:t>raaz ko nahin jante jo quran ki is ayat mein bataya gaya hai: "إِنَّ مَاءَ اللَّهِ يُسْرِعُ"۔ "إِنَّ</w:t>
      </w:r>
    </w:p>
    <w:p>
      <w:pPr>
        <w:jc w:val="right"/>
      </w:pPr>
      <w:r>
        <w:t>راز کو نہیں جانتے جو قرآن کی اس آیت میں بتایا گیا ہے: "إِنَّ مَاءَ اللَّهِ يُسْرِعُ"۔ "إِنَّ</w:t>
      </w:r>
    </w:p>
    <w:p>
      <w:r>
        <w:rPr>
          <w:b/>
        </w:rPr>
        <w:t xml:space="preserve">[33:02] </w:t>
      </w:r>
      <w:r>
        <w:t>مَاءَ اللَّهِ يُسْرِعُ"۔ Yani har mushkil halaat, koi bhi mushkil halaat, kitne hi bure hon, wahan to aaj</w:t>
      </w:r>
    </w:p>
    <w:p>
      <w:pPr>
        <w:jc w:val="right"/>
      </w:pPr>
      <w:r>
        <w:t>مَاءَ اللَّهِ يُسْرِعُ"۔ یعنی ہر مشکل حالات، کوئی بھی مشکل حالات، کتنے ہی برے ہوں، وہاں تو آج</w:t>
      </w:r>
    </w:p>
    <w:p>
      <w:r>
        <w:rPr>
          <w:b/>
        </w:rPr>
        <w:t xml:space="preserve">[33:09] </w:t>
      </w:r>
      <w:r>
        <w:t>ek entry point hai. Jaise Makkah mein Rasool Allah ke liye entry point tha.</w:t>
      </w:r>
    </w:p>
    <w:p>
      <w:pPr>
        <w:jc w:val="right"/>
      </w:pPr>
      <w:r>
        <w:t>ایک entry point ہے۔ جیسے مکہ میں رسول اللہ کے لیے entry point تھا۔</w:t>
      </w:r>
    </w:p>
    <w:p>
      <w:r>
        <w:rPr>
          <w:b/>
        </w:rPr>
        <w:t xml:space="preserve">[33:15] </w:t>
      </w:r>
      <w:r>
        <w:t>Aur ghor kijiye, kitna shandar entry point tha.</w:t>
      </w:r>
    </w:p>
    <w:p>
      <w:pPr>
        <w:jc w:val="right"/>
      </w:pPr>
      <w:r>
        <w:t>اور غور کیجیے، کتنا شاندار entry point تھا۔</w:t>
      </w:r>
    </w:p>
    <w:p>
      <w:r>
        <w:rPr>
          <w:b/>
        </w:rPr>
        <w:t xml:space="preserve">[33:19] </w:t>
      </w:r>
      <w:r>
        <w:t>ke woh log jo ate the wahan buton ki pooja karne ke liye, aap un ke dilon mein</w:t>
      </w:r>
    </w:p>
    <w:p>
      <w:pPr>
        <w:jc w:val="right"/>
      </w:pPr>
      <w:r>
        <w:t>کہ وہ لوگ جو آتے تھے وہاں بتوں کی پوجا کرنے کے لیے، آپ ان کے دلوں میں</w:t>
      </w:r>
    </w:p>
    <w:p>
      <w:r>
        <w:rPr>
          <w:b/>
        </w:rPr>
        <w:t xml:space="preserve">[33:23] </w:t>
      </w:r>
      <w:r>
        <w:t>ghus rahe the. Un ke dimaghon mein ghus rahe the. Un ke sath qatl-e-taraf kar rahe the.</w:t>
      </w:r>
    </w:p>
    <w:p>
      <w:pPr>
        <w:jc w:val="right"/>
      </w:pPr>
      <w:r>
        <w:t>گھس رہے تھے۔ ان کے دماغوں میں گھس رہے تھے۔ ان کے ساتھ قتلِ طرف کر رہے تھے۔</w:t>
      </w:r>
    </w:p>
    <w:p>
      <w:r>
        <w:rPr>
          <w:b/>
        </w:rPr>
        <w:t xml:space="preserve">[33:29] </w:t>
      </w:r>
      <w:r>
        <w:t>yani un ke behtareen rishte ko kaat kar apne sath mila rahe the. "لَيَخْطَاطَرَفًا" yeh jo ayat hai</w:t>
      </w:r>
    </w:p>
    <w:p>
      <w:pPr>
        <w:jc w:val="right"/>
      </w:pPr>
      <w:r>
        <w:t>یعنی ان کے بہترین رشتے کو کاٹ کر اپنے ساتھ ملا رہے تھے۔ "لَيَخْطَاطَرَفًا" یہ جو آیت ہے</w:t>
      </w:r>
    </w:p>
    <w:p>
      <w:r>
        <w:rPr>
          <w:b/>
        </w:rPr>
        <w:t xml:space="preserve">[33:37] </w:t>
      </w:r>
      <w:r>
        <w:t>quran majeed mein, ta ke kaat le un ke behtar hisse ko. Taraf kehte hain behtar hissa.</w:t>
      </w:r>
    </w:p>
    <w:p>
      <w:pPr>
        <w:jc w:val="right"/>
      </w:pPr>
      <w:r>
        <w:t>قرآن مجید میں، تاکہ کاٹ لے ان کے بہتر حصے کو۔ طرف کہتے ہیں بہتر حصہ۔</w:t>
      </w:r>
    </w:p>
    <w:p>
      <w:r>
        <w:rPr>
          <w:b/>
        </w:rPr>
        <w:t xml:space="preserve">[33:44] </w:t>
      </w:r>
      <w:r>
        <w:t>"لَيَخْطَاطَرَفًا مَنْ لَيْهِٱلكَفَرُ"۔</w:t>
      </w:r>
    </w:p>
    <w:p>
      <w:pPr>
        <w:jc w:val="right"/>
      </w:pPr>
      <w:r>
        <w:t>"لَيَخْطَاطَرَفًا مَنْ لَيْهِٱلكَفَرُ"۔</w:t>
      </w:r>
    </w:p>
    <w:p>
      <w:r>
        <w:rPr>
          <w:b/>
        </w:rPr>
        <w:t xml:space="preserve">[33:48] </w:t>
      </w:r>
      <w:r>
        <w:t>yani jo log inkar kar rahe hain, un ke behtar hisse ko kaat lena.</w:t>
      </w:r>
    </w:p>
    <w:p>
      <w:pPr>
        <w:jc w:val="right"/>
      </w:pPr>
      <w:r>
        <w:t>یعنی جو لوگ انکار کر رہے ہیں، ان کے بہتر حصے کو کاٹ لینا۔</w:t>
      </w:r>
    </w:p>
    <w:p>
      <w:r>
        <w:rPr>
          <w:b/>
        </w:rPr>
        <w:t xml:space="preserve">[33:52] </w:t>
      </w:r>
      <w:r>
        <w:t>Behtar hissa kaun hai? Behtar hissa woh hai jo seeker hai, jis ke andar positive thinking hai, jis</w:t>
      </w:r>
    </w:p>
    <w:p>
      <w:pPr>
        <w:jc w:val="right"/>
      </w:pPr>
      <w:r>
        <w:t>بہتر حصہ کون ہے؟ بہتر حصہ وہ ہے جو seeker ہے، جس کے اندر positive thinking ہے، جس</w:t>
      </w:r>
    </w:p>
    <w:p>
      <w:r>
        <w:rPr>
          <w:b/>
        </w:rPr>
        <w:t xml:space="preserve">[34:00] </w:t>
      </w:r>
      <w:r>
        <w:t>ke andar sincerity hai, jo baaton ko serious andaaz mein leta hai. yeh har society mein aise log</w:t>
      </w:r>
    </w:p>
    <w:p>
      <w:pPr>
        <w:jc w:val="right"/>
      </w:pPr>
      <w:r>
        <w:t>کے اندر sincerity ہے، جو باتوں کو serious انداز میں لیتا ہے۔ یہ ہر society میں ایسے لوگ</w:t>
      </w:r>
    </w:p>
    <w:p>
      <w:r>
        <w:rPr>
          <w:b/>
        </w:rPr>
        <w:t xml:space="preserve">[34:07] </w:t>
      </w:r>
      <w:r>
        <w:t>hote hain. har society mein, har group mein aise log hote hain, by nature. in ko kaatna, in</w:t>
      </w:r>
    </w:p>
    <w:p>
      <w:pPr>
        <w:jc w:val="right"/>
      </w:pPr>
      <w:r>
        <w:t>ہوتے ہیں۔ ہر society میں، ہر گروپ میں ایسے لوگ ہوتے ہیں، by nature۔ ان کو کاٹنا، ان</w:t>
      </w:r>
    </w:p>
    <w:p>
      <w:r>
        <w:rPr>
          <w:b/>
        </w:rPr>
        <w:t xml:space="preserve">[34:14] </w:t>
      </w:r>
      <w:r>
        <w:t>ko nikalna. is tareeqe se saare log Makkah mein mile aap ko. yaani Abu Bakr mile, Umar mile, Usman</w:t>
      </w:r>
    </w:p>
    <w:p>
      <w:pPr>
        <w:jc w:val="right"/>
      </w:pPr>
      <w:r>
        <w:t>کو نکالنا۔ اس طریقے سے سارے لوگ مکہ میں ملے آپ کو۔ یعنی ابوبکر ملے، عمر ملے، عثمان</w:t>
      </w:r>
    </w:p>
    <w:p>
      <w:r>
        <w:rPr>
          <w:b/>
        </w:rPr>
        <w:t xml:space="preserve">[34:24] </w:t>
      </w:r>
      <w:r>
        <w:t>mile, Ali mile, Mu'aadh ibn Jabal mile, Abdullah ibn Jarrah mile. isi haalaat mein, itne mushkil haalaat mein.</w:t>
      </w:r>
    </w:p>
    <w:p>
      <w:pPr>
        <w:jc w:val="right"/>
      </w:pPr>
      <w:r>
        <w:t>ملے، علی ملے، معاذ ابن جبل ملے، عبداللہ ابن جراح ملے۔ اسی حالات میں، اتنے مشکل حالات میں۔</w:t>
      </w:r>
    </w:p>
    <w:p>
      <w:r>
        <w:rPr>
          <w:b/>
        </w:rPr>
        <w:t xml:space="preserve">[34:34] </w:t>
      </w:r>
      <w:r>
        <w:t>qadeem zamane mein Makkah ke jo haalaat the, woh bohat zyada mushkil the, bohat mushkil.</w:t>
      </w:r>
    </w:p>
    <w:p>
      <w:pPr>
        <w:jc w:val="right"/>
      </w:pPr>
      <w:r>
        <w:t>قدیم زمانے میں مکہ کے جو حالات تھے، وہ بہت زیادہ مشکل تھے، بہت مشکل۔</w:t>
      </w:r>
    </w:p>
    <w:p>
      <w:r>
        <w:rPr>
          <w:b/>
        </w:rPr>
        <w:t xml:space="preserve">[34:41] </w:t>
      </w:r>
      <w:r>
        <w:t>is se andaaza kijiye ke Quran mein hai ke: "أَرَأَيْتَٱلَّذِينَٱلْأَعْذَرَٱلْأَصَلَّةَ".</w:t>
      </w:r>
    </w:p>
    <w:p>
      <w:pPr>
        <w:jc w:val="right"/>
      </w:pPr>
      <w:r>
        <w:t>اس سے اندازہ کیجیے کہ قرآن میں ہے کہ: "أَرَأَيْتَٱلَّذِينَٱلْأَعْذَرَٱلْأَصَلَّةَ"۔</w:t>
      </w:r>
    </w:p>
    <w:p>
      <w:r>
        <w:rPr>
          <w:b/>
        </w:rPr>
        <w:t xml:space="preserve">[34:48] </w:t>
      </w:r>
      <w:r>
        <w:t>"أَرَأَيْتَٱلَّذِينَٱلْأَعْذَرَٱلْأَصَلَّةَ" . dekho in logon ko ke yeh ek bande ko is liye rok rahe hain ke woh Ka'bah</w:t>
      </w:r>
    </w:p>
    <w:p>
      <w:pPr>
        <w:jc w:val="right"/>
      </w:pPr>
      <w:r>
        <w:t>"أَرَأَيْتَٱلَّذِينَٱلْأَعْذَرَٱلْأَصَلَّةَ"۔ دیکھو ان لوگوں کو کہ یہ ایک بندے کو اس لیے روک رہے ہیں کہ وہ کعبہ</w:t>
      </w:r>
    </w:p>
    <w:p>
      <w:r>
        <w:rPr>
          <w:b/>
        </w:rPr>
        <w:t xml:space="preserve">[34:57] </w:t>
      </w:r>
      <w:r>
        <w:t>mein namaz parh raha hai. yaani namaz parhne se rokte the.</w:t>
      </w:r>
    </w:p>
    <w:p>
      <w:pPr>
        <w:jc w:val="right"/>
      </w:pPr>
      <w:r>
        <w:t>میں نماز پڑھ رہا ہے۔ یعنی نماز پڑھنے سے روکتے تھے۔</w:t>
      </w:r>
    </w:p>
    <w:p>
      <w:r>
        <w:rPr>
          <w:b/>
        </w:rPr>
        <w:t xml:space="preserve">[35:03] </w:t>
      </w:r>
      <w:r>
        <w:t>yeh aakhri had hai. yaani bilkul peaceful tareeqe se namaz parhna, koi kisi se jhagda nahi, kuch nahi.</w:t>
      </w:r>
    </w:p>
    <w:p>
      <w:pPr>
        <w:jc w:val="right"/>
      </w:pPr>
      <w:r>
        <w:t>یہ آخری حد ہے۔ یعنی بالکل peaceful طریقے سے نماز پڑھنا، کوئی کسی سے جھگڑا نہیں، کچھ نہیں۔</w:t>
      </w:r>
    </w:p>
    <w:p>
      <w:r>
        <w:rPr>
          <w:b/>
        </w:rPr>
        <w:t xml:space="preserve">[35:09] </w:t>
      </w:r>
      <w:r>
        <w:t>wahan ja ke haath baandh kar namaz parhne lagay. is ko dhakelte the, is ko maarte the.</w:t>
      </w:r>
    </w:p>
    <w:p>
      <w:pPr>
        <w:jc w:val="right"/>
      </w:pPr>
      <w:r>
        <w:t>وہاں جا کے ہاتھ باندھ کر نماز پڑھنے لگے۔ اس کو دھکیلتے تھے، اس کو مارتے تھے۔</w:t>
      </w:r>
    </w:p>
    <w:p>
      <w:r>
        <w:rPr>
          <w:b/>
        </w:rPr>
        <w:t xml:space="preserve">[35:17] </w:t>
      </w:r>
      <w:r>
        <w:t>yeh aakhri had thi.</w:t>
      </w:r>
    </w:p>
    <w:p>
      <w:pPr>
        <w:jc w:val="right"/>
      </w:pPr>
      <w:r>
        <w:t>یہ آخری حد تھی۔</w:t>
      </w:r>
    </w:p>
    <w:p>
      <w:r>
        <w:rPr>
          <w:b/>
        </w:rPr>
        <w:t xml:space="preserve">[35:20] </w:t>
      </w:r>
      <w:r>
        <w:t>lekin wahan bhi aap ne entry point daryaft kar liya. woh entry point itna zabardast tha ke tamaam</w:t>
      </w:r>
    </w:p>
    <w:p>
      <w:pPr>
        <w:jc w:val="right"/>
      </w:pPr>
      <w:r>
        <w:t>لیکن وہاں بھی آپ نے entry point دریافت کر لیا۔ وہ entry point اتنا زبردست تھا کہ تمام</w:t>
      </w:r>
    </w:p>
    <w:p>
      <w:r>
        <w:rPr>
          <w:b/>
        </w:rPr>
        <w:t xml:space="preserve">[35:26] </w:t>
      </w:r>
      <w:r>
        <w:t>jo behtareen log aaye, daur-e-awwal ke, woh sab isi zamane mein haasil hue. isi zamane mein.</w:t>
      </w:r>
    </w:p>
    <w:p>
      <w:pPr>
        <w:jc w:val="right"/>
      </w:pPr>
      <w:r>
        <w:t>جو بہترین لوگ آئے، دور اول کے، وہ سب اسی زمانے میں حاصل ہوئے۔ اسی زمانے میں۔</w:t>
      </w:r>
    </w:p>
    <w:p>
      <w:r>
        <w:rPr>
          <w:b/>
        </w:rPr>
        <w:t xml:space="preserve">[35:36] </w:t>
      </w:r>
      <w:r>
        <w:t>jin ko hum kehte hain أَجِلَّٱلصَّحَابَةَ.</w:t>
      </w:r>
    </w:p>
    <w:p>
      <w:pPr>
        <w:jc w:val="right"/>
      </w:pPr>
      <w:r>
        <w:t>جن کو ہم کہتے ہیں أَجِلَّٱلصَّحَابَةَ۔</w:t>
      </w:r>
    </w:p>
    <w:p>
      <w:r>
        <w:rPr>
          <w:b/>
        </w:rPr>
        <w:t xml:space="preserve">[35:40] </w:t>
      </w:r>
      <w:r>
        <w:t>hamare haan ek istilaah hai أَجِلَّٱلصَّحَابَةَ.</w:t>
      </w:r>
    </w:p>
    <w:p>
      <w:pPr>
        <w:jc w:val="right"/>
      </w:pPr>
      <w:r>
        <w:t>ہمارے ہاں ایک اصطلاح ہے أَجِلَّٱلصَّحَابَةَ۔</w:t>
      </w:r>
    </w:p>
    <w:p>
      <w:r>
        <w:rPr>
          <w:b/>
        </w:rPr>
        <w:t xml:space="preserve">[35:43] </w:t>
      </w:r>
      <w:r>
        <w:t>yaani baray Sahaba mein baray log. woh sab isi zamane mein mile the.</w:t>
      </w:r>
    </w:p>
    <w:p>
      <w:pPr>
        <w:jc w:val="right"/>
      </w:pPr>
      <w:r>
        <w:t>یعنی بڑے صحابہ میں بڑے لوگ۔ وہ سب اسی زمانے میں ملے تھے۔</w:t>
      </w:r>
    </w:p>
    <w:p>
      <w:r>
        <w:rPr>
          <w:b/>
        </w:rPr>
        <w:t xml:space="preserve">[35:49] </w:t>
      </w:r>
      <w:r>
        <w:t>yeh hai shandaar kaamyaabi</w:t>
      </w:r>
    </w:p>
    <w:p>
      <w:pPr>
        <w:jc w:val="right"/>
      </w:pPr>
      <w:r>
        <w:t>یہ ہے شاندار کامیابی</w:t>
      </w:r>
    </w:p>
    <w:p>
      <w:r>
        <w:rPr>
          <w:b/>
        </w:rPr>
        <w:t xml:space="preserve">[35:54] </w:t>
      </w:r>
      <w:r>
        <w:t>is tareeqa-e-kaar ko ikhtiyaar karne ki jo Quran mein bataya gaya hai.</w:t>
      </w:r>
    </w:p>
    <w:p>
      <w:pPr>
        <w:jc w:val="right"/>
      </w:pPr>
      <w:r>
        <w:t>اس طریقہ کار کو اختیار کرنے کی جو قرآن میں بتایا گیا ہے۔</w:t>
      </w:r>
    </w:p>
    <w:p>
      <w:r>
        <w:rPr>
          <w:b/>
        </w:rPr>
        <w:t xml:space="preserve">[36:01] </w:t>
      </w:r>
      <w:r>
        <w:t>to kaise ajeeb log hain ke yeh nahi dekhte Quran mein kya bataya gaya hai. idhar udhar ek</w:t>
      </w:r>
    </w:p>
    <w:p>
      <w:pPr>
        <w:jc w:val="right"/>
      </w:pPr>
      <w:r>
        <w:t>تو کیسے عجیب لوگ ہیں کہ یہ نہیں دیکھتے قرآن میں کیا بتایا گیا ہے۔ ادھر ادھر ایک</w:t>
      </w:r>
    </w:p>
    <w:p>
      <w:r>
        <w:rPr>
          <w:b/>
        </w:rPr>
        <w:t xml:space="preserve">[36:07] </w:t>
      </w:r>
      <w:r>
        <w:t>chhoti si baat ho rahi hai. waswase mein pade hue hain.</w:t>
      </w:r>
    </w:p>
    <w:p>
      <w:pPr>
        <w:jc w:val="right"/>
      </w:pPr>
      <w:r>
        <w:t>چھوٹی سی بات ہو رہی ہے۔ وسوسے میں پڑے ہوئے ہیں۔</w:t>
      </w:r>
    </w:p>
    <w:p>
      <w:r>
        <w:rPr>
          <w:b/>
        </w:rPr>
        <w:t xml:space="preserve">[36:11] </w:t>
      </w:r>
      <w:r>
        <w:t>yeh waswasa andaazi hai, koi kehta hai ke America</w:t>
      </w:r>
    </w:p>
    <w:p>
      <w:pPr>
        <w:jc w:val="right"/>
      </w:pPr>
      <w:r>
        <w:t>یہ وسوسہ اندازی ہے، کوئی کہتا ہے کہ امریکہ</w:t>
      </w:r>
    </w:p>
    <w:p>
      <w:r>
        <w:rPr>
          <w:b/>
        </w:rPr>
        <w:t xml:space="preserve">[36:15] </w:t>
      </w:r>
      <w:r>
        <w:t>Islam ka dushman hai. "أَمَرِيكَا أَدُوُّٱلإِسْرَامِ" . raqam waahid.</w:t>
      </w:r>
    </w:p>
    <w:p>
      <w:pPr>
        <w:jc w:val="right"/>
      </w:pPr>
      <w:r>
        <w:t>اسلام کا دشمن ہے۔ "أَمَرِيكَا أَدُوُّٱلإِسْرَامِ"۔ رقم واحد۔</w:t>
      </w:r>
    </w:p>
    <w:p>
      <w:r>
        <w:rPr>
          <w:b/>
        </w:rPr>
        <w:t xml:space="preserve">[36:21] </w:t>
      </w:r>
      <w:r>
        <w:t>"أَمَرِيكَا أَتُوُّٱلإِسْرَامِ" . baqar waahid.</w:t>
      </w:r>
    </w:p>
    <w:p>
      <w:pPr>
        <w:jc w:val="right"/>
      </w:pPr>
      <w:r>
        <w:t>"أَمَرِيكَا أَتُوُّٱلإِسْرَامِ"۔ بقر واحد۔</w:t>
      </w:r>
    </w:p>
    <w:p>
      <w:r>
        <w:rPr>
          <w:b/>
        </w:rPr>
        <w:t xml:space="preserve">[36:25] </w:t>
      </w:r>
      <w:r>
        <w:t>"America in the middle". Number one of</w:t>
      </w:r>
    </w:p>
    <w:p>
      <w:pPr>
        <w:jc w:val="right"/>
      </w:pPr>
      <w:r>
        <w:t>"أَمَرِيكَاٱنَمِيٱنَبَرَ"۔ نمبر ون آف</w:t>
      </w:r>
    </w:p>
    <w:p>
      <w:r>
        <w:rPr>
          <w:b/>
        </w:rPr>
        <w:t xml:space="preserve">[36:29] </w:t>
      </w:r>
      <w:r>
        <w:t>Islam. Islamophobia. Islamophobia jo hai, yeh kya hai? yeh waswasa hai.</w:t>
      </w:r>
    </w:p>
    <w:p>
      <w:pPr>
        <w:jc w:val="right"/>
      </w:pPr>
      <w:r>
        <w:t>اسلام۔ اسلاموفوبیا۔ اسلاموفوبیا جو ہے، یہ کیا ہے؟ یہ وسوسہ ہے۔</w:t>
      </w:r>
    </w:p>
    <w:p>
      <w:r>
        <w:rPr>
          <w:b/>
        </w:rPr>
        <w:t xml:space="preserve">[36:36] </w:t>
      </w:r>
      <w:r>
        <w:t>Islamophobia waswasa hai.</w:t>
      </w:r>
    </w:p>
    <w:p>
      <w:pPr>
        <w:jc w:val="right"/>
      </w:pPr>
      <w:r>
        <w:t>اسلاموفوبیا وسوسہ ہے۔</w:t>
      </w:r>
    </w:p>
    <w:p>
      <w:r>
        <w:rPr>
          <w:b/>
        </w:rPr>
        <w:t xml:space="preserve">[36:41] </w:t>
      </w:r>
      <w:r>
        <w:t>to is waswase ko musalman</w:t>
      </w:r>
    </w:p>
    <w:p>
      <w:pPr>
        <w:jc w:val="right"/>
      </w:pPr>
      <w:r>
        <w:t>تو اس وسوسے کو مسلمان</w:t>
      </w:r>
    </w:p>
    <w:p>
      <w:r>
        <w:rPr>
          <w:b/>
        </w:rPr>
        <w:t xml:space="preserve">[36:48] </w:t>
      </w:r>
      <w:r>
        <w:t>is se apne ko bacha nahi paate.</w:t>
      </w:r>
    </w:p>
    <w:p>
      <w:pPr>
        <w:jc w:val="right"/>
      </w:pPr>
      <w:r>
        <w:t>اس سے اپنے کو بچا نہیں پاتے۔</w:t>
      </w:r>
    </w:p>
    <w:p>
      <w:r>
        <w:rPr>
          <w:b/>
        </w:rPr>
        <w:t xml:space="preserve">[36:50] </w:t>
      </w:r>
      <w:r>
        <w:t>isi ka shikar ho jaate hain.</w:t>
      </w:r>
    </w:p>
    <w:p>
      <w:pPr>
        <w:jc w:val="right"/>
      </w:pPr>
      <w:r>
        <w:t>اسی کا شکار ہو جاتے ہیں۔</w:t>
      </w:r>
    </w:p>
    <w:p>
      <w:r>
        <w:rPr>
          <w:b/>
        </w:rPr>
        <w:t xml:space="preserve">[36:53] </w:t>
      </w:r>
      <w:r>
        <w:t>is liye wo jaan nahi paate ke entry point kahan hai. maujooda zamane ki</w:t>
      </w:r>
    </w:p>
    <w:p>
      <w:pPr>
        <w:jc w:val="right"/>
      </w:pPr>
      <w:r>
        <w:t>اس لیے وہ جان نہیں پاتے کہ entry point کہاں ہے۔ موجودہ زمانے کی</w:t>
      </w:r>
    </w:p>
    <w:p>
      <w:r>
        <w:rPr>
          <w:b/>
        </w:rPr>
        <w:t xml:space="preserve">[37:02] </w:t>
      </w:r>
      <w:r>
        <w:t>kaun sa culture</w:t>
      </w:r>
    </w:p>
    <w:p>
      <w:pPr>
        <w:jc w:val="right"/>
      </w:pPr>
      <w:r>
        <w:t>کون سا کلچر</w:t>
      </w:r>
    </w:p>
    <w:p>
      <w:r>
        <w:rPr>
          <w:b/>
        </w:rPr>
        <w:t xml:space="preserve">[37:04] </w:t>
      </w:r>
      <w:r>
        <w:t>chalta hai, kis cheez ko wo</w:t>
      </w:r>
    </w:p>
    <w:p>
      <w:pPr>
        <w:jc w:val="right"/>
      </w:pPr>
      <w:r>
        <w:t>چلتا ہے، کس چیز کو وہ</w:t>
      </w:r>
    </w:p>
    <w:p>
      <w:r>
        <w:rPr>
          <w:b/>
        </w:rPr>
        <w:t xml:space="preserve">[37:10] </w:t>
      </w:r>
      <w:r>
        <w:t>tolerate karte hain, kis cheez ko accept karte hain, is se bekhabar hain. bas ek hi cheez</w:t>
      </w:r>
    </w:p>
    <w:p>
      <w:pPr>
        <w:jc w:val="right"/>
      </w:pPr>
      <w:r>
        <w:t>tolerate کرتے ہیں، کس چیز کو accept کرتے ہیں، اس سے بے خبر ہیں۔ بس ایک ہی چیز</w:t>
      </w:r>
    </w:p>
    <w:p>
      <w:r>
        <w:rPr>
          <w:b/>
        </w:rPr>
        <w:t xml:space="preserve">[37:16] </w:t>
      </w:r>
      <w:r>
        <w:t>un ke bare mein basi hui hai ke islamophobia, islamophobia.</w:t>
      </w:r>
    </w:p>
    <w:p>
      <w:pPr>
        <w:jc w:val="right"/>
      </w:pPr>
      <w:r>
        <w:t>ان کے بارے میں بسی ہوئی ہے کہ اسلاموفوبیا، اسلاموفوبیا۔</w:t>
      </w:r>
    </w:p>
    <w:p>
      <w:r>
        <w:rPr>
          <w:b/>
        </w:rPr>
        <w:t xml:space="preserve">[37:22] </w:t>
      </w:r>
      <w:r>
        <w:t>top ke log, main aise mila hoon ke jinhone padhi hain, bahut hi top most log, wo</w:t>
      </w:r>
    </w:p>
    <w:p>
      <w:pPr>
        <w:jc w:val="right"/>
      </w:pPr>
      <w:r>
        <w:t>ٹاپ کے لوگ، میں ایسے ملا ہوں کہ جنہوں نے پڑھی ہیں، بہت ہی ٹاپ موسٹ لوگ، وہ</w:t>
      </w:r>
    </w:p>
    <w:p>
      <w:r>
        <w:rPr>
          <w:b/>
        </w:rPr>
        <w:t xml:space="preserve">[37:27] </w:t>
      </w:r>
      <w:r>
        <w:t>bhi yahi lafz bolte hain: islamophobia.</w:t>
      </w:r>
    </w:p>
    <w:p>
      <w:pPr>
        <w:jc w:val="right"/>
      </w:pPr>
      <w:r>
        <w:t>بھی یہی لفظ بولتے ہیں: اسلاموفوبیا۔</w:t>
      </w:r>
    </w:p>
    <w:p>
      <w:r>
        <w:rPr>
          <w:b/>
        </w:rPr>
        <w:t xml:space="preserve">[37:31] </w:t>
      </w:r>
      <w:r>
        <w:t>ke bas jo hai islamophobia main jeeta hoon. haalanki bilkul baseless baat hai.</w:t>
      </w:r>
    </w:p>
    <w:p>
      <w:pPr>
        <w:jc w:val="right"/>
      </w:pPr>
      <w:r>
        <w:t>کہ بس جو ہے اسلاموفوبیا میں جیتا ہے۔ حالانکہ بالکل baseless بات ہے۔</w:t>
      </w:r>
    </w:p>
    <w:p>
      <w:r>
        <w:rPr>
          <w:b/>
        </w:rPr>
        <w:t xml:space="preserve">[37:36] </w:t>
      </w:r>
      <w:r>
        <w:t>bilkul baseless hai. koi is ka, yaani is ki koi buniyad nahi hai. to jar kahan hai?</w:t>
      </w:r>
    </w:p>
    <w:p>
      <w:pPr>
        <w:jc w:val="right"/>
      </w:pPr>
      <w:r>
        <w:t>بالکل baseless ہے۔ کوئی اس کا، یعنی اس کی کوئی بنیاد نہیں ہے۔ تو جڑ کہاں ہے؟</w:t>
      </w:r>
    </w:p>
    <w:p>
      <w:r>
        <w:rPr>
          <w:b/>
        </w:rPr>
        <w:t xml:space="preserve">[37:47] </w:t>
      </w:r>
      <w:r>
        <w:t>jar yahan hai ke log jo hain, is culture mein nahi jeete jo quran mein bataya gaya hai.</w:t>
      </w:r>
    </w:p>
    <w:p>
      <w:pPr>
        <w:jc w:val="right"/>
      </w:pPr>
      <w:r>
        <w:t>جڑ یہاں ہے کہ لوگ جو ہیں، اس کلچر میں نہیں جیتے جو قرآن میں بتایا گیا ہے۔</w:t>
      </w:r>
    </w:p>
    <w:p>
      <w:r>
        <w:rPr>
          <w:b/>
        </w:rPr>
        <w:t xml:space="preserve">[37:54] </w:t>
      </w:r>
      <w:r>
        <w:t>two point culture.</w:t>
      </w:r>
    </w:p>
    <w:p>
      <w:pPr>
        <w:jc w:val="right"/>
      </w:pPr>
      <w:r>
        <w:t>two point culture۔</w:t>
      </w:r>
    </w:p>
    <w:p>
      <w:r>
        <w:rPr>
          <w:b/>
        </w:rPr>
        <w:t xml:space="preserve">[37:57] </w:t>
      </w:r>
      <w:r>
        <w:t>ke Allah ke hamd ke item daryaft karte raho,</w:t>
      </w:r>
    </w:p>
    <w:p>
      <w:pPr>
        <w:jc w:val="right"/>
      </w:pPr>
      <w:r>
        <w:t>کہ اللہ کے حمد کے آئٹم دریافت کرتے رہو،</w:t>
      </w:r>
    </w:p>
    <w:p>
      <w:r>
        <w:rPr>
          <w:b/>
        </w:rPr>
        <w:t xml:space="preserve">[38:02] </w:t>
      </w:r>
      <w:r>
        <w:t>aur insano ke</w:t>
      </w:r>
    </w:p>
    <w:p>
      <w:pPr>
        <w:jc w:val="right"/>
      </w:pPr>
      <w:r>
        <w:t>اور انسانوں کے</w:t>
      </w:r>
    </w:p>
    <w:p>
      <w:r>
        <w:rPr>
          <w:b/>
        </w:rPr>
        <w:t xml:space="preserve">[38:05] </w:t>
      </w:r>
      <w:r>
        <w:t>jo waswase aate hain, un ko defuse karna seekho.</w:t>
      </w:r>
    </w:p>
    <w:p>
      <w:pPr>
        <w:jc w:val="right"/>
      </w:pPr>
      <w:r>
        <w:t>جو وسوسے آتے ہیں، ان کو defuse کرنا سیکھو۔</w:t>
      </w:r>
    </w:p>
    <w:p>
      <w:r>
        <w:rPr>
          <w:b/>
        </w:rPr>
        <w:t xml:space="preserve">[38:09] </w:t>
      </w:r>
      <w:r>
        <w:t>is culture mein jeena padega aap ko, tab aap is qabil ho jayenge ke aap</w:t>
      </w:r>
    </w:p>
    <w:p>
      <w:pPr>
        <w:jc w:val="right"/>
      </w:pPr>
      <w:r>
        <w:t>اس کلچر میں جینا پڑے گا آپ کو، تب آپ اس قابل ہو جائیں گے کہ آپ</w:t>
      </w:r>
    </w:p>
    <w:p>
      <w:r>
        <w:rPr>
          <w:b/>
        </w:rPr>
        <w:t xml:space="preserve">[38:16] </w:t>
      </w:r>
      <w:r>
        <w:t>wo jo hadith mein aaya hai, is ka misdaq banein aap.</w:t>
      </w:r>
    </w:p>
    <w:p>
      <w:pPr>
        <w:jc w:val="right"/>
      </w:pPr>
      <w:r>
        <w:t>وہ جو حدیث میں آیا ہے، اس کا مصداق بنیں آپ۔</w:t>
      </w:r>
    </w:p>
    <w:p>
      <w:r>
        <w:rPr>
          <w:b/>
        </w:rPr>
        <w:t xml:space="preserve">[38:20] </w:t>
      </w:r>
      <w:r>
        <w:t>ek hadith hai: "ittqoo</w:t>
      </w:r>
    </w:p>
    <w:p>
      <w:pPr>
        <w:jc w:val="right"/>
      </w:pPr>
      <w:r>
        <w:t>ایک حدیث ہے: "إِتَّقُوا</w:t>
      </w:r>
    </w:p>
    <w:p>
      <w:r>
        <w:rPr>
          <w:b/>
        </w:rPr>
        <w:t xml:space="preserve">[38:25] </w:t>
      </w:r>
      <w:r>
        <w:t>fi razat al momin fa innahu yanzur al bail li Allah".</w:t>
      </w:r>
    </w:p>
    <w:p>
      <w:pPr>
        <w:jc w:val="right"/>
      </w:pPr>
      <w:r>
        <w:t>فِي رَاظِةَٱلْمُؤْمِنِ فَإِنَّهُ يَنْظُرُٱلْبَيْلُ لِلَّهِ"۔</w:t>
      </w:r>
    </w:p>
    <w:p>
      <w:r>
        <w:rPr>
          <w:b/>
        </w:rPr>
        <w:t xml:space="preserve">[38:31] </w:t>
      </w:r>
      <w:r>
        <w:t>ye hadith rasool hai.</w:t>
      </w:r>
    </w:p>
    <w:p>
      <w:pPr>
        <w:jc w:val="right"/>
      </w:pPr>
      <w:r>
        <w:t>یہ حدیث رسول ہے۔</w:t>
      </w:r>
    </w:p>
    <w:p>
      <w:r>
        <w:rPr>
          <w:b/>
        </w:rPr>
        <w:t xml:space="preserve">[38:34] </w:t>
      </w:r>
      <w:r>
        <w:t>"ittqoo fi razat al momin fa innahu yanzur al bail li Allah".</w:t>
      </w:r>
    </w:p>
    <w:p>
      <w:pPr>
        <w:jc w:val="right"/>
      </w:pPr>
      <w:r>
        <w:t>"إِتَّقُوا فِي رَاظِةَٱلْمُؤْمِنِ فَإِنَّهُ يَنْظُرُٱلْبَيْلُ لِلَّهِ"۔</w:t>
      </w:r>
    </w:p>
    <w:p>
      <w:r>
        <w:rPr>
          <w:b/>
        </w:rPr>
        <w:t xml:space="preserve">[38:39] </w:t>
      </w:r>
      <w:r>
        <w:t>momin ki firasat se bacho,</w:t>
      </w:r>
    </w:p>
    <w:p>
      <w:pPr>
        <w:jc w:val="right"/>
      </w:pPr>
      <w:r>
        <w:t>مومن کی فراست سے بچو،</w:t>
      </w:r>
    </w:p>
    <w:p>
      <w:r>
        <w:rPr>
          <w:b/>
        </w:rPr>
        <w:t xml:space="preserve">[38:45] </w:t>
      </w:r>
      <w:r>
        <w:t>kyun ke wo Allah ki roshni se dekhta hai. firasat ka matlab kya hai? wisdom.</w:t>
      </w:r>
    </w:p>
    <w:p>
      <w:pPr>
        <w:jc w:val="right"/>
      </w:pPr>
      <w:r>
        <w:t>کیونکہ وہ اللہ کی روشنی سے دیکھتا ہے۔ فراست کا معنی کیا ہے؟ wisdom۔</w:t>
      </w:r>
    </w:p>
    <w:p>
      <w:r>
        <w:rPr>
          <w:b/>
        </w:rPr>
        <w:t xml:space="preserve">[38:52] </w:t>
      </w:r>
      <w:r>
        <w:t>wisdom۔ yani momin ki wisdom se bacho۔</w:t>
      </w:r>
    </w:p>
    <w:p>
      <w:pPr>
        <w:jc w:val="right"/>
      </w:pPr>
      <w:r>
        <w:t>wisdom۔ یعنی مومن کی wisdom سے بچو۔</w:t>
      </w:r>
    </w:p>
    <w:p>
      <w:r>
        <w:rPr>
          <w:b/>
        </w:rPr>
        <w:t xml:space="preserve">[38:56] </w:t>
      </w:r>
      <w:r>
        <w:t>bacho kya kaha؟ momin koi</w:t>
      </w:r>
    </w:p>
    <w:p>
      <w:pPr>
        <w:jc w:val="right"/>
      </w:pPr>
      <w:r>
        <w:t>بچو کیا کہا؟ مومن کوئی</w:t>
      </w:r>
    </w:p>
    <w:p>
      <w:r>
        <w:rPr>
          <w:b/>
        </w:rPr>
        <w:t xml:space="preserve">[39:00] </w:t>
      </w:r>
      <w:r>
        <w:t>kanta nahi hai momin ke paas۔</w:t>
      </w:r>
    </w:p>
    <w:p>
      <w:pPr>
        <w:jc w:val="right"/>
      </w:pPr>
      <w:r>
        <w:t>کانٹا نہیں ہے مومن کے پاس۔</w:t>
      </w:r>
    </w:p>
    <w:p>
      <w:r>
        <w:rPr>
          <w:b/>
        </w:rPr>
        <w:t xml:space="preserve">[39:03] </w:t>
      </w:r>
      <w:r>
        <w:t>ka matlab hai ke momin ki wisdom ya momin ki wise planning</w:t>
      </w:r>
    </w:p>
    <w:p>
      <w:pPr>
        <w:jc w:val="right"/>
      </w:pPr>
      <w:r>
        <w:t>کا مطلب ہے کہ مومن کی wisdom یا مومن کی wise planning</w:t>
      </w:r>
    </w:p>
    <w:p>
      <w:r>
        <w:rPr>
          <w:b/>
        </w:rPr>
        <w:t xml:space="preserve">[39:08] </w:t>
      </w:r>
      <w:r>
        <w:t>itni oonchi hoti hai ke koi rok nahi sakta is ko۔</w:t>
      </w:r>
    </w:p>
    <w:p>
      <w:pPr>
        <w:jc w:val="right"/>
      </w:pPr>
      <w:r>
        <w:t>اتنی اونچی ہوتی ہے کہ کوئی روک نہیں سکتا اس کو۔</w:t>
      </w:r>
    </w:p>
    <w:p>
      <w:r>
        <w:rPr>
          <w:b/>
        </w:rPr>
        <w:t xml:space="preserve">[39:13] </w:t>
      </w:r>
      <w:r>
        <w:t>jaise rasool Allah ki wise planning itni zabardast thi makkah mein, koi rok nahi saka is ko۔</w:t>
      </w:r>
    </w:p>
    <w:p>
      <w:pPr>
        <w:jc w:val="right"/>
      </w:pPr>
      <w:r>
        <w:t>جیسے رسول اللہ کی wise planning اتنی زبردست تھی مکہ میں، کوئی روک نہیں سکا اس کو۔</w:t>
      </w:r>
    </w:p>
    <w:p>
      <w:r>
        <w:rPr>
          <w:b/>
        </w:rPr>
        <w:t xml:space="preserve">[39:23] </w:t>
      </w:r>
      <w:r>
        <w:t>"إِتَّقُوا فِي رَاظِةَٱلْمُؤْمِنِ فَإِنَّهُ يَنْظُرُٱلْبَيْلُ لِلَّهِ"۔ matlab hai ke momin ki planning mein itni gehri wisdom hoti hai</w:t>
      </w:r>
    </w:p>
    <w:p>
      <w:pPr>
        <w:jc w:val="right"/>
      </w:pPr>
      <w:r>
        <w:t>"إِتَّقُوا فِي رَاظِةَٱلْمُؤْمِنِ فَإِنَّهُ يَنْظُرُٱلْبَيْلُ لِلَّهِ"۔ مطلب ہے کہ مومن کی planning میں اتنی گہری wisdom ہوتی ہے</w:t>
      </w:r>
    </w:p>
    <w:p>
      <w:r>
        <w:rPr>
          <w:b/>
        </w:rPr>
        <w:t xml:space="preserve">[39:33] </w:t>
      </w:r>
      <w:r>
        <w:t>ke koi is ko rok nahi sakta۔ woh is ke liye success, is ke liye success muqaddar۔</w:t>
      </w:r>
    </w:p>
    <w:p>
      <w:pPr>
        <w:jc w:val="right"/>
      </w:pPr>
      <w:r>
        <w:t>کہ کوئی اس کو روک نہیں سکتا۔ وہ اس کے لیے success، اس کے لیے success مقدر۔</w:t>
      </w:r>
    </w:p>
    <w:p>
      <w:r>
        <w:rPr>
          <w:b/>
        </w:rPr>
        <w:t xml:space="preserve">[39:43] </w:t>
      </w:r>
      <w:r>
        <w:t>to sari baat ka khulasa yeh hai ke log jo hain, is culture mein nahi jeete jo culture</w:t>
      </w:r>
    </w:p>
    <w:p>
      <w:pPr>
        <w:jc w:val="right"/>
      </w:pPr>
      <w:r>
        <w:t>تو ساری بات کا خلاصہ یہ ہے کہ لوگ جو ہیں، اس کلچر میں نہیں جیتے جو کلچر</w:t>
      </w:r>
    </w:p>
    <w:p>
      <w:r>
        <w:rPr>
          <w:b/>
        </w:rPr>
        <w:t xml:space="preserve">[39:48] </w:t>
      </w:r>
      <w:r>
        <w:t>quran mein bataya gaya hai۔</w:t>
      </w:r>
    </w:p>
    <w:p>
      <w:pPr>
        <w:jc w:val="right"/>
      </w:pPr>
      <w:r>
        <w:t>قرآن میں بتایا گیا ہے۔</w:t>
      </w:r>
    </w:p>
    <w:p>
      <w:r>
        <w:rPr>
          <w:b/>
        </w:rPr>
        <w:t xml:space="preserve">[39:51] </w:t>
      </w:r>
      <w:r>
        <w:t>har waqt item hai hamd ka, is ko daryaft kijiye, Allah ka shukar ada kijiye۔ har waqt koi</w:t>
      </w:r>
    </w:p>
    <w:p>
      <w:pPr>
        <w:jc w:val="right"/>
      </w:pPr>
      <w:r>
        <w:t>ہر وقت آئٹم ہے حمد کا، اس کو دریافت کیجیے، اللہ کا شکر ادا کیجیے۔ ہر وقت کوئی</w:t>
      </w:r>
    </w:p>
    <w:p>
      <w:r>
        <w:rPr>
          <w:b/>
        </w:rPr>
        <w:t xml:space="preserve">[39:57] </w:t>
      </w:r>
      <w:r>
        <w:t>waswasa daal raha hai aap ke mind mein, is ko defuse kijiye۔</w:t>
      </w:r>
    </w:p>
    <w:p>
      <w:pPr>
        <w:jc w:val="right"/>
      </w:pPr>
      <w:r>
        <w:t>وسوسہ ڈال رہا ہے آپ کے mind میں، اس کو defuse کیجیے۔</w:t>
      </w:r>
    </w:p>
    <w:p>
      <w:r>
        <w:rPr>
          <w:b/>
        </w:rPr>
        <w:t xml:space="preserve">[40:02] </w:t>
      </w:r>
      <w:r>
        <w:t>apne aap ko</w:t>
      </w:r>
    </w:p>
    <w:p>
      <w:pPr>
        <w:jc w:val="right"/>
      </w:pPr>
      <w:r>
        <w:t>اپنے آپ کو</w:t>
      </w:r>
    </w:p>
    <w:p>
      <w:r>
        <w:rPr>
          <w:b/>
        </w:rPr>
        <w:t xml:space="preserve">[40:03] </w:t>
      </w:r>
      <w:r>
        <w:t>apna tazkiya karte rahiye, apne aap ko bachate rahiye۔</w:t>
      </w:r>
    </w:p>
    <w:p>
      <w:pPr>
        <w:jc w:val="right"/>
      </w:pPr>
      <w:r>
        <w:t>اپنا تزکیہ کرتے رہیے، اپنے آپ کو بچاتے رہیے۔</w:t>
      </w:r>
    </w:p>
    <w:p>
      <w:r>
        <w:rPr>
          <w:b/>
        </w:rPr>
        <w:t xml:space="preserve">[40:09] </w:t>
      </w:r>
      <w:r>
        <w:t>tab ja kar ke woh personality banegi, woh personality</w:t>
      </w:r>
    </w:p>
    <w:p>
      <w:pPr>
        <w:jc w:val="right"/>
      </w:pPr>
      <w:r>
        <w:t>تب جا کر کے وہ personality بنے گی، وہ personality</w:t>
      </w:r>
    </w:p>
    <w:p>
      <w:r>
        <w:rPr>
          <w:b/>
        </w:rPr>
        <w:t xml:space="preserve">[40:16] </w:t>
      </w:r>
      <w:r>
        <w:t>jisko momin kehte hain۔ iqbal aur mustafa ne bohat se mashhoor ash'aar hain۔ ajeeb o ghareeb shayari</w:t>
      </w:r>
    </w:p>
    <w:p>
      <w:pPr>
        <w:jc w:val="right"/>
      </w:pPr>
      <w:r>
        <w:t>جس کو مومن کہتے ہیں۔ اقبال اور مصطفیٰ نے بہت سے مشہور اشعار ہیں۔ عجیب و غریب شاعری</w:t>
      </w:r>
    </w:p>
    <w:p>
      <w:r>
        <w:rPr>
          <w:b/>
        </w:rPr>
        <w:t xml:space="preserve">[40:22] </w:t>
      </w:r>
      <w:r>
        <w:t>un ki hoti thi۔</w:t>
      </w:r>
    </w:p>
    <w:p>
      <w:pPr>
        <w:jc w:val="right"/>
      </w:pPr>
      <w:r>
        <w:t>ان کی ہوتی تھی۔</w:t>
      </w:r>
    </w:p>
    <w:p>
      <w:r>
        <w:rPr>
          <w:b/>
        </w:rPr>
        <w:t xml:space="preserve">[40:25] </w:t>
      </w:r>
      <w:r>
        <w:t>mislan un ka ek shair hai:</w:t>
      </w:r>
    </w:p>
    <w:p>
      <w:pPr>
        <w:jc w:val="right"/>
      </w:pPr>
      <w:r>
        <w:t>مثلاً ان کا ایک شعر ہے:</w:t>
      </w:r>
    </w:p>
    <w:p>
      <w:r>
        <w:rPr>
          <w:b/>
        </w:rPr>
        <w:t xml:space="preserve">[40:28] </w:t>
      </w:r>
      <w:r>
        <w:t>"kaafir ki yeh tareef ke afaaq mein gum hai, momin ki yeh tareef ke gum is mein afaaq"۔</w:t>
      </w:r>
    </w:p>
    <w:p>
      <w:pPr>
        <w:jc w:val="right"/>
      </w:pPr>
      <w:r>
        <w:t>"کافر کی یہ تعریف کہ آفاق میں گم ہے، مومن کی یہ تعریف کہ گم اس میں آفاق"۔</w:t>
      </w:r>
    </w:p>
    <w:p>
      <w:r>
        <w:rPr>
          <w:b/>
        </w:rPr>
        <w:t xml:space="preserve">[40:34] </w:t>
      </w:r>
      <w:r>
        <w:t>yeh kya hai؟ main is ko meaningless samajhta hoon, meaningless۔ koi maani nahi, matlab is ka۔ "kaafir ki</w:t>
      </w:r>
    </w:p>
    <w:p>
      <w:pPr>
        <w:jc w:val="right"/>
      </w:pPr>
      <w:r>
        <w:t>یہ کیا ہے؟ میں اس کو meaningless سمجھتا ہوں، meaningless۔ کوئی معنی نہیں، مطلب اس کا۔ "کافر کی</w:t>
      </w:r>
    </w:p>
    <w:p>
      <w:r>
        <w:rPr>
          <w:b/>
        </w:rPr>
        <w:t xml:space="preserve">[40:41] </w:t>
      </w:r>
      <w:r>
        <w:t>yeh tareef ke afaaq mein gum hai, momin ki yeh tareef ke gum is mein afaaq"۔</w:t>
      </w:r>
    </w:p>
    <w:p>
      <w:pPr>
        <w:jc w:val="right"/>
      </w:pPr>
      <w:r>
        <w:t>یہ تعریف کہ آفاق میں گم ہے، مومن کی یہ تعریف کہ گم اس میں آفاق"۔</w:t>
      </w:r>
    </w:p>
    <w:p>
      <w:r>
        <w:rPr>
          <w:b/>
        </w:rPr>
        <w:t xml:space="preserve">[40:46] </w:t>
      </w:r>
      <w:r>
        <w:t>meaningless shair hai۔</w:t>
      </w:r>
    </w:p>
    <w:p>
      <w:pPr>
        <w:jc w:val="right"/>
      </w:pPr>
      <w:r>
        <w:t>meaningless شعر ہے۔</w:t>
      </w:r>
    </w:p>
    <w:p>
      <w:r>
        <w:rPr>
          <w:b/>
        </w:rPr>
        <w:t xml:space="preserve">[40:51] </w:t>
      </w:r>
      <w:r>
        <w:t>kaha jata hai ke woh quran bohat parhte the۔ meri samajh se kya quran parh ke seekha unhon</w:t>
      </w:r>
    </w:p>
    <w:p>
      <w:pPr>
        <w:jc w:val="right"/>
      </w:pPr>
      <w:r>
        <w:t>کہا جاتا ہے کہ وہ قرآن بہت پڑھتے تھے۔ میری سمجھ سے کیا قرآن پڑھ کے سیکھا انہوں</w:t>
      </w:r>
    </w:p>
    <w:p>
      <w:r>
        <w:rPr>
          <w:b/>
        </w:rPr>
        <w:t xml:space="preserve">[40:55] </w:t>
      </w:r>
      <w:r>
        <w:t>ne؟ yeh koi nahi seekha jo main arz kar raha hoon۔ ke quran ki ibtida hoti hai hamd</w:t>
      </w:r>
    </w:p>
    <w:p>
      <w:pPr>
        <w:jc w:val="right"/>
      </w:pPr>
      <w:r>
        <w:t>نے؟ یہ کوئی نہیں سیکھا جو میں عرض کر رہا ہوں۔ کہ قرآن کی ابتدا ہوتی ہے حمد</w:t>
      </w:r>
    </w:p>
    <w:p>
      <w:r>
        <w:rPr>
          <w:b/>
        </w:rPr>
        <w:t xml:space="preserve">[40:59] </w:t>
      </w:r>
      <w:r>
        <w:t>se, aur is ka khataama hota hai insani waswase se bachna۔</w:t>
      </w:r>
    </w:p>
    <w:p>
      <w:pPr>
        <w:jc w:val="right"/>
      </w:pPr>
      <w:r>
        <w:t>سے، اور اس کا خاتمہ ہوتا ہے انسانی وسوسے سے بچنا۔</w:t>
      </w:r>
    </w:p>
    <w:p>
      <w:r>
        <w:rPr>
          <w:b/>
        </w:rPr>
        <w:t xml:space="preserve">[41:06] </w:t>
      </w:r>
      <w:r>
        <w:t>seekho. behrhaal mera matlab yeh nahi, mein kisi ki tanqeed se koi dilchaspi nahi hai. logon ke mind</w:t>
      </w:r>
    </w:p>
    <w:p>
      <w:pPr>
        <w:jc w:val="right"/>
      </w:pPr>
      <w:r>
        <w:t>سیکھو۔ بہرحال میرا مطلب یہ نہیں، میں کسی کی تنقید سے کوئی دلچسپی نہیں ہے۔ لوگوں کے mind</w:t>
      </w:r>
    </w:p>
    <w:p>
      <w:r>
        <w:rPr>
          <w:b/>
        </w:rPr>
        <w:t xml:space="preserve">[41:17] </w:t>
      </w:r>
      <w:r>
        <w:t>ki de-connection karna hai mujhe. kyun k log phanse hue hain, log</w:t>
      </w:r>
    </w:p>
    <w:p>
      <w:pPr>
        <w:jc w:val="right"/>
      </w:pPr>
      <w:r>
        <w:t>کی de-connection کرنا ہے مجھے۔ کیونکہ لوگ پھنسے ہوئے ہیں، لوگ</w:t>
      </w:r>
    </w:p>
    <w:p>
      <w:r>
        <w:rPr>
          <w:b/>
        </w:rPr>
        <w:t xml:space="preserve">[41:23] </w:t>
      </w:r>
      <w:r>
        <w:t>inhi shakhsiyaton mein phanse hue hain. to in shakhsiyaton ke baray mein mujhe bolna parta hai. warna mera</w:t>
      </w:r>
    </w:p>
    <w:p>
      <w:pPr>
        <w:jc w:val="right"/>
      </w:pPr>
      <w:r>
        <w:t>انہی شخصیتوں میں پھنسے ہوئے ہیں۔ تو ان شخصیتوں کے بارے میں مجھے بولنا پڑتا ہے۔ ورنہ میرا</w:t>
      </w:r>
    </w:p>
    <w:p>
      <w:r>
        <w:rPr>
          <w:b/>
        </w:rPr>
        <w:t xml:space="preserve">[41:31] </w:t>
      </w:r>
      <w:r>
        <w:t>jo maqsad hai woh kisi shakhsiat par tanqeed karna nahi hai. mera maqsad hai logon ki de-connection,</w:t>
      </w:r>
    </w:p>
    <w:p>
      <w:pPr>
        <w:jc w:val="right"/>
      </w:pPr>
      <w:r>
        <w:t>جو مقصد ہے وہ کسی شخصیت پر تنقید کرنا نہیں ہے۔ میرا مقصد ہے لوگوں کی de-connection،</w:t>
      </w:r>
    </w:p>
    <w:p>
      <w:r>
        <w:rPr>
          <w:b/>
        </w:rPr>
        <w:t xml:space="preserve">[41:43] </w:t>
      </w:r>
      <w:r>
        <w:t>logon ka tazkiya,</w:t>
      </w:r>
    </w:p>
    <w:p>
      <w:pPr>
        <w:jc w:val="right"/>
      </w:pPr>
      <w:r>
        <w:t>لوگوں کا تزکیہ،</w:t>
      </w:r>
    </w:p>
    <w:p>
      <w:r>
        <w:rPr>
          <w:b/>
        </w:rPr>
        <w:t xml:space="preserve">[41:45] </w:t>
      </w:r>
      <w:r>
        <w:t>logon ke andar sahi soch paida karna. is ke liye mujhe bolna parta hai.</w:t>
      </w:r>
    </w:p>
    <w:p>
      <w:pPr>
        <w:jc w:val="right"/>
      </w:pPr>
      <w:r>
        <w:t>لوگوں کے اندر صحیح سوچ پیدا کرنا۔ اس کے لیے مجھے بولنا پڑتا ہے۔</w:t>
      </w:r>
    </w:p>
    <w:p>
      <w:r>
        <w:rPr>
          <w:b/>
        </w:rPr>
        <w:t xml:space="preserve">[41:56] </w:t>
      </w:r>
      <w:r>
        <w:t>to quran ke mutalay se mein yahi master key samjhaon. master key ki.</w:t>
      </w:r>
    </w:p>
    <w:p>
      <w:pPr>
        <w:jc w:val="right"/>
      </w:pPr>
      <w:r>
        <w:t>تو قرآن کے مطالعے سے میں یہی ماسٹر کی سمجھاؤں۔ ماسٹر کی۔</w:t>
      </w:r>
    </w:p>
    <w:p>
      <w:r>
        <w:rPr>
          <w:b/>
        </w:rPr>
        <w:t xml:space="preserve">[42:03] </w:t>
      </w:r>
      <w:r>
        <w:t>yani shah kaleed.</w:t>
      </w:r>
    </w:p>
    <w:p>
      <w:pPr>
        <w:jc w:val="right"/>
      </w:pPr>
      <w:r>
        <w:t>یعنی شاہ کلید۔</w:t>
      </w:r>
    </w:p>
    <w:p>
      <w:r>
        <w:rPr>
          <w:b/>
        </w:rPr>
        <w:t xml:space="preserve">[42:07] </w:t>
      </w:r>
      <w:r>
        <w:t>yeh shah kaleed hai.</w:t>
      </w:r>
    </w:p>
    <w:p>
      <w:pPr>
        <w:jc w:val="right"/>
      </w:pPr>
      <w:r>
        <w:t>یہ شاہ کلید ہے۔</w:t>
      </w:r>
    </w:p>
    <w:p>
      <w:r>
        <w:rPr>
          <w:b/>
        </w:rPr>
        <w:t xml:space="preserve">[42:11] </w:t>
      </w:r>
      <w:r>
        <w:t>art of thinking ki.</w:t>
      </w:r>
    </w:p>
    <w:p>
      <w:pPr>
        <w:jc w:val="right"/>
      </w:pPr>
      <w:r>
        <w:t>آرٹ آف تھنکنگ کی۔</w:t>
      </w:r>
    </w:p>
    <w:p>
      <w:r>
        <w:rPr>
          <w:b/>
        </w:rPr>
        <w:t xml:space="preserve">[42:15] </w:t>
      </w:r>
      <w:r>
        <w:t>ke aap do two point culture mein jeena seekhen.</w:t>
      </w:r>
    </w:p>
    <w:p>
      <w:pPr>
        <w:jc w:val="right"/>
      </w:pPr>
      <w:r>
        <w:t>کہ آپ دو two point culture میں جینا سیکھیں۔</w:t>
      </w:r>
    </w:p>
    <w:p>
      <w:r>
        <w:rPr>
          <w:b/>
        </w:rPr>
        <w:t xml:space="preserve">[42:21] </w:t>
      </w:r>
      <w:r>
        <w:t>two point culture.</w:t>
      </w:r>
    </w:p>
    <w:p>
      <w:pPr>
        <w:jc w:val="right"/>
      </w:pPr>
      <w:r>
        <w:t>two point culture۔</w:t>
      </w:r>
    </w:p>
    <w:p>
      <w:r>
        <w:rPr>
          <w:b/>
        </w:rPr>
        <w:t xml:space="preserve">[42:24] </w:t>
      </w:r>
      <w:r>
        <w:t>har waqt suraj nikla to is mein bhi hamd ka item hai. hawa chali to is mein bhi</w:t>
      </w:r>
    </w:p>
    <w:p>
      <w:pPr>
        <w:jc w:val="right"/>
      </w:pPr>
      <w:r>
        <w:t>ہر وقت سورج نکلا تو اس میں بھی حمد کا آئٹم ہے۔ ہوا چلی تو اس میں بھی</w:t>
      </w:r>
    </w:p>
    <w:p>
      <w:r>
        <w:rPr>
          <w:b/>
        </w:rPr>
        <w:t xml:space="preserve">[42:30] </w:t>
      </w:r>
      <w:r>
        <w:t>hamd ka item hai.</w:t>
      </w:r>
    </w:p>
    <w:p>
      <w:pPr>
        <w:jc w:val="right"/>
      </w:pPr>
      <w:r>
        <w:t>حمد کا آئٹم ہے۔</w:t>
      </w:r>
    </w:p>
    <w:p>
      <w:r>
        <w:rPr>
          <w:b/>
        </w:rPr>
        <w:t xml:space="preserve">[42:33] </w:t>
      </w:r>
      <w:r>
        <w:t>chidiya boli to is mein bhi hamd ka item hai.</w:t>
      </w:r>
    </w:p>
    <w:p>
      <w:pPr>
        <w:jc w:val="right"/>
      </w:pPr>
      <w:r>
        <w:t>چڑیا بولی تو اس میں بھی حمد کا آئٹم ہے۔</w:t>
      </w:r>
    </w:p>
    <w:p>
      <w:r>
        <w:rPr>
          <w:b/>
        </w:rPr>
        <w:t xml:space="preserve">[42:36] </w:t>
      </w:r>
      <w:r>
        <w:t>aap ne pani piya, woh pait mein gaya to woh bhi hamd ka item hai.</w:t>
      </w:r>
    </w:p>
    <w:p>
      <w:pPr>
        <w:jc w:val="right"/>
      </w:pPr>
      <w:r>
        <w:t>آپ نے پانی پیا، وہ پیٹ میں گیا تو وہ بھی حمد کا آئٹم ہے۔</w:t>
      </w:r>
    </w:p>
    <w:p>
      <w:r>
        <w:rPr>
          <w:b/>
        </w:rPr>
        <w:t xml:space="preserve">[42:42] </w:t>
      </w:r>
      <w:r>
        <w:t>to har cheez mein aap ko hamd ka food milta hai. aur doosri baat yeh hai ke yeh</w:t>
      </w:r>
    </w:p>
    <w:p>
      <w:pPr>
        <w:jc w:val="right"/>
      </w:pPr>
      <w:r>
        <w:t>تو ہر چیز میں آپ کو حمد کا فوڈ ملتا ہے۔ اور دوسری بات یہ ہے کہ یہ</w:t>
      </w:r>
    </w:p>
    <w:p>
      <w:r>
        <w:rPr>
          <w:b/>
        </w:rPr>
        <w:t xml:space="preserve">[42:49] </w:t>
      </w:r>
      <w:r>
        <w:t>log aap society mein rehte hain, aap kisi</w:t>
      </w:r>
    </w:p>
    <w:p>
      <w:pPr>
        <w:jc w:val="right"/>
      </w:pPr>
      <w:r>
        <w:t>لوگ آپ سوسائٹی میں رہتے ہیں، آپ کسی</w:t>
      </w:r>
    </w:p>
    <w:p>
      <w:r>
        <w:rPr>
          <w:b/>
        </w:rPr>
        <w:t xml:space="preserve">[42:54] </w:t>
      </w:r>
      <w:r>
        <w:t>se baat suntay hain, akhbaron mein parhte hain, kisi ki speech suntay hain, wahan bhi ek waswase ka</w:t>
      </w:r>
    </w:p>
    <w:p>
      <w:pPr>
        <w:jc w:val="right"/>
      </w:pPr>
      <w:r>
        <w:t>سے بات سنتے ہیں، اخباروں میں پڑھتے ہیں، کسی کی سپیچ سنتے ہیں، وہاں بھی ایک وسوسے کا</w:t>
      </w:r>
    </w:p>
    <w:p>
      <w:r>
        <w:rPr>
          <w:b/>
        </w:rPr>
        <w:t xml:space="preserve">[43:00] </w:t>
      </w:r>
      <w:r>
        <w:t>phal hota hai. is ko pehchaniye, is ko pehchanay ki waswasa hai. mujhe is ko defuse karna hai.</w:t>
      </w:r>
    </w:p>
    <w:p>
      <w:pPr>
        <w:jc w:val="right"/>
      </w:pPr>
      <w:r>
        <w:t>پھل ہوتا ہے۔ اس کو پہچانیے، اس کو پہچانے کی وسوسہ ہے۔ مجھے اس کو defuse کرنا ہے۔</w:t>
      </w:r>
    </w:p>
    <w:p>
      <w:r>
        <w:rPr>
          <w:b/>
        </w:rPr>
        <w:t xml:space="preserve">[43:14] </w:t>
      </w:r>
      <w:r>
        <w:t>to meri dua hai ke Allah taala mujh ko aur aap ko tofeeq de ke hum</w:t>
      </w:r>
    </w:p>
    <w:p>
      <w:pPr>
        <w:jc w:val="right"/>
      </w:pPr>
      <w:r>
        <w:t>تو میری دعا ہے کہ اللہ تعالیٰ مجھ کو اور آپ کو توفیق دے کہ ہم</w:t>
      </w:r>
    </w:p>
    <w:p>
      <w:r>
        <w:rPr>
          <w:b/>
        </w:rPr>
        <w:t xml:space="preserve">[43:20] </w:t>
      </w:r>
      <w:r>
        <w:t>quran mein zehn saazi ka jo tareeqa bataya gaya hai, is ko hum ikhtiyar karen.</w:t>
      </w:r>
    </w:p>
    <w:p>
      <w:pPr>
        <w:jc w:val="right"/>
      </w:pPr>
      <w:r>
        <w:t>قرآن میں ذہن سازی کا جو طریقہ بتایا گیا ہے، اس کو ہم اختیار کریں۔</w:t>
      </w:r>
    </w:p>
    <w:p>
      <w:r>
        <w:rPr>
          <w:b/>
        </w:rPr>
        <w:t xml:space="preserve">[43:28] </w:t>
      </w:r>
      <w:r>
        <w:t>apne andar mazhab ka shakhsiat banayen.</w:t>
      </w:r>
    </w:p>
    <w:p>
      <w:pPr>
        <w:jc w:val="right"/>
      </w:pPr>
      <w:r>
        <w:t>اپنے اندر مذہب کا شخصیت بنائیں۔</w:t>
      </w:r>
    </w:p>
    <w:p>
      <w:r>
        <w:rPr>
          <w:b/>
        </w:rPr>
        <w:t xml:space="preserve">[43:33] </w:t>
      </w:r>
      <w:r>
        <w:t>apne andar is zehn ki taameer karen jo har soorat-e-haal mein entry point ko daryaft kar le.</w:t>
      </w:r>
    </w:p>
    <w:p>
      <w:pPr>
        <w:jc w:val="right"/>
      </w:pPr>
      <w:r>
        <w:t>اپنے اندر اس ذہن کی تعمیر کریں جو ہر صورتحال میں entry point کو دریافت کر لے۔</w:t>
      </w:r>
    </w:p>
    <w:p>
      <w:r>
        <w:rPr>
          <w:b/>
        </w:rPr>
        <w:t xml:space="preserve">[43:43] </w:t>
      </w:r>
      <w:r>
        <w:t>assalam o alaikum wa rehmatullah wa barakatuh. mere nazdeek zyada bari baat yeh hai ke aap yeh batayen ke aaj</w:t>
      </w:r>
    </w:p>
    <w:p>
      <w:pPr>
        <w:jc w:val="right"/>
      </w:pPr>
      <w:r>
        <w:t>السلام علیکم ورحمۃ اللہ وبرکاتہ۔ میرے نزدیک زیادہ بڑی بات یہ ہے کہ آپ یہ بتائیں کہ آج</w:t>
      </w:r>
    </w:p>
    <w:p>
      <w:r>
        <w:rPr>
          <w:b/>
        </w:rPr>
        <w:t xml:space="preserve">[43:52] </w:t>
      </w:r>
      <w:r>
        <w:t>ke lecture se aap ko kya food mila? intellectual food kya mila? yeh bohat zaroori hai. aaj aap</w:t>
      </w:r>
    </w:p>
    <w:p>
      <w:pPr>
        <w:jc w:val="right"/>
      </w:pPr>
      <w:r>
        <w:t>کے لیکچر سے آپ کو کیا فوڈ ملا؟ انٹلیکچول فوڈ کیا ملا؟ یہ بہت ضروری ہے۔ آج آپ</w:t>
      </w:r>
    </w:p>
    <w:p>
      <w:r>
        <w:rPr>
          <w:b/>
        </w:rPr>
        <w:t xml:space="preserve">[44:00] </w:t>
      </w:r>
      <w:r>
        <w:t>ne hamd ki baat batate hue ek baat bataya ke hamd ek daryaft ka mozu hai, na ke</w:t>
      </w:r>
    </w:p>
    <w:p>
      <w:pPr>
        <w:jc w:val="right"/>
      </w:pPr>
      <w:r>
        <w:t>نے حمد کی بات بتاتے ہوئے ایک بات بتایا کہ حمد ایک دریافت کا موضوع ہے، نہ کہ</w:t>
      </w:r>
    </w:p>
    <w:p>
      <w:r>
        <w:rPr>
          <w:b/>
        </w:rPr>
        <w:t xml:space="preserve">[44:08] </w:t>
      </w:r>
      <w:r>
        <w:t>takrar ka. yani aadmi jitni zyada daryaft kar sakta hai, kar sake ga, utni hi zyada woh hamd</w:t>
      </w:r>
    </w:p>
    <w:p>
      <w:pPr>
        <w:jc w:val="right"/>
      </w:pPr>
      <w:r>
        <w:t>تکرار کا۔ یعنی آدمی جتنی زیادہ دریافت کر سکتا ہے، کر سکے گا، اتنی ہی زیادہ وہ حمد</w:t>
      </w:r>
    </w:p>
    <w:p>
      <w:r>
        <w:rPr>
          <w:b/>
        </w:rPr>
        <w:t xml:space="preserve">[44:17] </w:t>
      </w:r>
      <w:r>
        <w:t>kar sakta hai. yeh hamd ke bab mein Maulana, ek mere liye ek izafa tha aaj. pehli martaba</w:t>
      </w:r>
    </w:p>
    <w:p>
      <w:pPr>
        <w:jc w:val="right"/>
      </w:pPr>
      <w:r>
        <w:t>کر سکتا ہے۔ یہ حمد کے باب میں مولانا، ایک میرے لیے ایک اضافہ تھا آج۔ پہلی مرتبہ</w:t>
      </w:r>
    </w:p>
    <w:p>
      <w:r>
        <w:rPr>
          <w:b/>
        </w:rPr>
        <w:t xml:space="preserve">[44:24] </w:t>
      </w:r>
      <w:r>
        <w:t>mein yeh baat ko pakar paya aaj.</w:t>
      </w:r>
    </w:p>
    <w:p>
      <w:pPr>
        <w:jc w:val="right"/>
      </w:pPr>
      <w:r>
        <w:t>میں یہ بات کو پکڑ پایا آج۔</w:t>
      </w:r>
    </w:p>
    <w:p>
      <w:r>
        <w:rPr>
          <w:b/>
        </w:rPr>
        <w:t xml:space="preserve">[44:28] </w:t>
      </w:r>
      <w:r>
        <w:t>matlab yeh hai ke aap agar</w:t>
      </w:r>
    </w:p>
    <w:p>
      <w:pPr>
        <w:jc w:val="right"/>
      </w:pPr>
      <w:r>
        <w:t>مطلب یہ ہے کہ آپ اگر</w:t>
      </w:r>
    </w:p>
    <w:p>
      <w:r>
        <w:rPr>
          <w:b/>
        </w:rPr>
        <w:t xml:space="preserve">[44:30] </w:t>
      </w:r>
      <w:r>
        <w:t>hamd elahi mein jeena seekhein</w:t>
      </w:r>
    </w:p>
    <w:p>
      <w:pPr>
        <w:jc w:val="right"/>
      </w:pPr>
      <w:r>
        <w:t>حمد الہی میں جینا سیکھیں</w:t>
      </w:r>
    </w:p>
    <w:p>
      <w:r>
        <w:rPr>
          <w:b/>
        </w:rPr>
        <w:t xml:space="preserve">[44:33] </w:t>
      </w:r>
      <w:r>
        <w:t>to aap ke andar takrao khatam ho jaye ga. negative thinking khatam ho jaye gi. aur is ki</w:t>
      </w:r>
    </w:p>
    <w:p>
      <w:pPr>
        <w:jc w:val="right"/>
      </w:pPr>
      <w:r>
        <w:t>تو آپ کے اندر ٹکراؤ ختم ہو جائے گا۔ نیگیٹیو تھنکنگ ختم ہو جائے گی۔ اور اس کی</w:t>
      </w:r>
    </w:p>
    <w:p>
      <w:r>
        <w:rPr>
          <w:b/>
        </w:rPr>
        <w:t xml:space="preserve">[44:40] </w:t>
      </w:r>
      <w:r>
        <w:t>wajah se aap is qabil ho jayen ge ke aap har soorat e haal mein entry point daryaft kar saken.</w:t>
      </w:r>
    </w:p>
    <w:p>
      <w:pPr>
        <w:jc w:val="right"/>
      </w:pPr>
      <w:r>
        <w:t>وجہ سے آپ اس قابل ہو جائیں گے کہ آپ ہر صورتحال میں entry point دریافت کر سکیں۔</w:t>
      </w:r>
    </w:p>
    <w:p>
      <w:r>
        <w:rPr>
          <w:b/>
        </w:rPr>
        <w:t xml:space="preserve">[44:46] </w:t>
      </w:r>
      <w:r>
        <w:t>Maulana, today I discovered</w:t>
      </w:r>
    </w:p>
    <w:p>
      <w:pPr>
        <w:jc w:val="right"/>
      </w:pPr>
      <w:r>
        <w:t>مولانا، today I discovered</w:t>
      </w:r>
    </w:p>
    <w:p>
      <w:r>
        <w:rPr>
          <w:b/>
        </w:rPr>
        <w:t xml:space="preserve">[44:49] </w:t>
      </w:r>
      <w:r>
        <w:t>a lifetime program</w:t>
      </w:r>
    </w:p>
    <w:p>
      <w:pPr>
        <w:jc w:val="right"/>
      </w:pPr>
      <w:r>
        <w:t>a lifetime program</w:t>
      </w:r>
    </w:p>
    <w:p>
      <w:r>
        <w:rPr>
          <w:b/>
        </w:rPr>
        <w:t xml:space="preserve">[44:53] </w:t>
      </w:r>
      <w:r>
        <w:t>of how to live my life.</w:t>
      </w:r>
    </w:p>
    <w:p>
      <w:pPr>
        <w:jc w:val="right"/>
      </w:pPr>
      <w:r>
        <w:t>of how to live my life.</w:t>
      </w:r>
    </w:p>
    <w:p>
      <w:r>
        <w:rPr>
          <w:b/>
        </w:rPr>
        <w:t xml:space="preserve">[44:56] </w:t>
      </w:r>
      <w:r>
        <w:t>That I have to discover the shukr aur hamd items in everything.</w:t>
      </w:r>
    </w:p>
    <w:p>
      <w:pPr>
        <w:jc w:val="right"/>
      </w:pPr>
      <w:r>
        <w:t>That I have to discover the شکر اور حمد آئٹمز in everything.</w:t>
      </w:r>
    </w:p>
    <w:p>
      <w:r>
        <w:rPr>
          <w:b/>
        </w:rPr>
        <w:t xml:space="preserve">[45:02] </w:t>
      </w:r>
      <w:r>
        <w:t>And when we live in society, then we will definitely</w:t>
      </w:r>
    </w:p>
    <w:p>
      <w:pPr>
        <w:jc w:val="right"/>
      </w:pPr>
      <w:r>
        <w:t>And when we live in society, then we will definitely</w:t>
      </w:r>
    </w:p>
    <w:p>
      <w:r>
        <w:rPr>
          <w:b/>
        </w:rPr>
        <w:t xml:space="preserve">[45:08] </w:t>
      </w:r>
      <w:r>
        <w:t>face waswasa. So we have to discover it and defuse it. So we can save ourselves from negativity.</w:t>
      </w:r>
    </w:p>
    <w:p>
      <w:pPr>
        <w:jc w:val="right"/>
      </w:pPr>
      <w:r>
        <w:t>face وسوسہ۔ So we have to discover it and defuse it۔ So we can save ourselves from negativity</w:t>
      </w:r>
    </w:p>
    <w:p>
      <w:r>
        <w:rPr>
          <w:b/>
        </w:rPr>
        <w:t xml:space="preserve">[45:15] </w:t>
      </w:r>
      <w:r>
        <w:t>and live in hamd. And this is the way to develop our personality into a muzakkar personality which</w:t>
      </w:r>
    </w:p>
    <w:p>
      <w:pPr>
        <w:jc w:val="right"/>
      </w:pPr>
      <w:r>
        <w:t>and live in حمد۔ And this is the way to develop our personality into a مذکر personality which</w:t>
      </w:r>
    </w:p>
    <w:p>
      <w:r>
        <w:rPr>
          <w:b/>
        </w:rPr>
        <w:t xml:space="preserve">[45:23] </w:t>
      </w:r>
      <w:r>
        <w:t>can succeed in this world also and inshallah God will enter into paradise. So this was a big</w:t>
      </w:r>
    </w:p>
    <w:p>
      <w:pPr>
        <w:jc w:val="right"/>
      </w:pPr>
      <w:r>
        <w:t>can succeed in this world also and انشاءاللہ God will enter into paradise۔ So this was a big</w:t>
      </w:r>
    </w:p>
    <w:p>
      <w:r>
        <w:rPr>
          <w:b/>
        </w:rPr>
        <w:t xml:space="preserve">[45:30] </w:t>
      </w:r>
      <w:r>
        <w:t>discovery for me today.</w:t>
      </w:r>
    </w:p>
    <w:p>
      <w:pPr>
        <w:jc w:val="right"/>
      </w:pPr>
      <w:r>
        <w:t>discovery for me today۔</w:t>
      </w:r>
    </w:p>
    <w:p>
      <w:r>
        <w:rPr>
          <w:b/>
        </w:rPr>
        <w:t xml:space="preserve">[45:32] </w:t>
      </w:r>
      <w:r>
        <w:t>mashallah. bas is baat ko yaad rakhiye ke agar aap apne mind ko</w:t>
      </w:r>
    </w:p>
    <w:p>
      <w:pPr>
        <w:jc w:val="right"/>
      </w:pPr>
      <w:r>
        <w:t>ماشاءاللہ۔ بس اس بات کو یاد رکھیے کہ اگر آپ اپنے mind کو</w:t>
      </w:r>
    </w:p>
    <w:p>
      <w:r>
        <w:rPr>
          <w:b/>
        </w:rPr>
        <w:t xml:space="preserve">[45:41] </w:t>
      </w:r>
      <w:r>
        <w:t>positive banaye rakhen hamesha,</w:t>
      </w:r>
    </w:p>
    <w:p>
      <w:pPr>
        <w:jc w:val="right"/>
      </w:pPr>
      <w:r>
        <w:t>positive بنائے رکھیں ہمیشہ،</w:t>
      </w:r>
    </w:p>
    <w:p>
      <w:r>
        <w:rPr>
          <w:b/>
        </w:rPr>
        <w:t xml:space="preserve">[45:44] </w:t>
      </w:r>
      <w:r>
        <w:t>positive aur objective,</w:t>
      </w:r>
    </w:p>
    <w:p>
      <w:pPr>
        <w:jc w:val="right"/>
      </w:pPr>
      <w:r>
        <w:t>positive اور objective،</w:t>
      </w:r>
    </w:p>
    <w:p>
      <w:r>
        <w:rPr>
          <w:b/>
        </w:rPr>
        <w:t xml:space="preserve">[45:48] </w:t>
      </w:r>
      <w:r>
        <w:t>to aap ke andar se shikayat khatam ho jaye gi.</w:t>
      </w:r>
    </w:p>
    <w:p>
      <w:pPr>
        <w:jc w:val="right"/>
      </w:pPr>
      <w:r>
        <w:t>تو آپ کے اندر سے شکایت ختم ہو جائے گی۔</w:t>
      </w:r>
    </w:p>
    <w:p>
      <w:r>
        <w:rPr>
          <w:b/>
        </w:rPr>
        <w:t xml:space="preserve">[45:52] </w:t>
      </w:r>
      <w:r>
        <w:t>is liye ke aap ko har soorat e haal mein, chahe kaisi bhi soorat e haal ho, is mein ek entry point</w:t>
      </w:r>
    </w:p>
    <w:p>
      <w:pPr>
        <w:jc w:val="right"/>
      </w:pPr>
      <w:r>
        <w:t>اس لیے کہ آپ کو ہر صورتحال میں، چاہے کیسی بھی صورتحال ہو، اس میں ایک entry point</w:t>
      </w:r>
    </w:p>
    <w:p>
      <w:r>
        <w:rPr>
          <w:b/>
        </w:rPr>
        <w:t xml:space="preserve">[45:58] </w:t>
      </w:r>
      <w:r>
        <w:t>mil jaye ga. safe entry point. safe.</w:t>
      </w:r>
    </w:p>
    <w:p>
      <w:pPr>
        <w:jc w:val="right"/>
      </w:pPr>
      <w:r>
        <w:t>مل جائے گا۔ safe entry point۔ safe۔</w:t>
      </w:r>
    </w:p>
    <w:p>
      <w:r>
        <w:rPr>
          <w:b/>
        </w:rPr>
        <w:t xml:space="preserve">[46:04] </w:t>
      </w:r>
      <w:r>
        <w:t>to bas wahan se aap apna kaam shuru kar den ge.</w:t>
      </w:r>
    </w:p>
    <w:p>
      <w:pPr>
        <w:jc w:val="right"/>
      </w:pPr>
      <w:r>
        <w:t>تو بس وہاں سے آپ اپنا کام شروع کر دیں گے۔</w:t>
      </w:r>
    </w:p>
    <w:p>
      <w:r>
        <w:rPr>
          <w:b/>
        </w:rPr>
        <w:t xml:space="preserve">[46:07] </w:t>
      </w:r>
      <w:r>
        <w:t>jo log islamophobia, islamophobia ki baat bol rahe hain,</w:t>
      </w:r>
    </w:p>
    <w:p>
      <w:pPr>
        <w:jc w:val="right"/>
      </w:pPr>
      <w:r>
        <w:t>جو لوگ اسلاموفوبیا، اسلاموفوبیا کی بات بول رہے ہیں،</w:t>
      </w:r>
    </w:p>
    <w:p>
      <w:r>
        <w:rPr>
          <w:b/>
        </w:rPr>
        <w:t xml:space="preserve">[46:13] </w:t>
      </w:r>
      <w:r>
        <w:t>unhon ne entry point ko daryaft nahi kiya. bajaye is ke ke woh yeh kahein ke</w:t>
      </w:r>
    </w:p>
    <w:p>
      <w:pPr>
        <w:jc w:val="right"/>
      </w:pPr>
      <w:r>
        <w:t>انہوں نے entry point کو دریافت نہیں کیا۔ بجائے اس کے کہ وہ یہ کہیں کہ</w:t>
      </w:r>
    </w:p>
    <w:p>
      <w:r>
        <w:rPr>
          <w:b/>
        </w:rPr>
        <w:t xml:space="preserve">[46:19] </w:t>
      </w:r>
      <w:r>
        <w:t>islamophobia ka daur hai, yeh kehna chahiye ke we failed to discover the entry point.</w:t>
      </w:r>
    </w:p>
    <w:p>
      <w:pPr>
        <w:jc w:val="right"/>
      </w:pPr>
      <w:r>
        <w:t>اسلاموفوبیا کا دور ہے، یہ کہنا چاہیے کہ we failed to discover the entry point۔</w:t>
      </w:r>
    </w:p>
    <w:p>
      <w:r>
        <w:rPr>
          <w:b/>
        </w:rPr>
        <w:t xml:space="preserve">[46:29] </w:t>
      </w:r>
      <w:r>
        <w:t>ek sahab se mulaqat hui meri, woh ajeeb o ghareeb baat kahi unhon ne. unhon ne kaha sab</w:t>
      </w:r>
    </w:p>
    <w:p>
      <w:pPr>
        <w:jc w:val="right"/>
      </w:pPr>
      <w:r>
        <w:t>ایک صاحب سے ملاقات ہوئی میری، وہ عجیب و غریب بات کہی انہوں نے۔ انہوں نے کہا سب</w:t>
      </w:r>
    </w:p>
    <w:p>
      <w:r>
        <w:rPr>
          <w:b/>
        </w:rPr>
        <w:t xml:space="preserve">[46:35] </w:t>
      </w:r>
      <w:r>
        <w:t>se bari cheez hai rasool Allah ki sunnat par amal karna. sunnat rasool, sunnat rasool.</w:t>
      </w:r>
    </w:p>
    <w:p>
      <w:pPr>
        <w:jc w:val="right"/>
      </w:pPr>
      <w:r>
        <w:t>سے بڑی چیز ہے رسول اللہ کی سنت پر عمل کرنا۔ سنت رسول، سنت رسول۔</w:t>
      </w:r>
    </w:p>
    <w:p>
      <w:r>
        <w:rPr>
          <w:b/>
        </w:rPr>
        <w:t xml:space="preserve">[46:40] </w:t>
      </w:r>
      <w:r>
        <w:t>to maine kaha theek hai, aap ne kya discover kiya?</w:t>
      </w:r>
    </w:p>
    <w:p>
      <w:pPr>
        <w:jc w:val="right"/>
      </w:pPr>
      <w:r>
        <w:t>تو میں نے کہا ٹھیک ہے، آپ نے کیا discover کیا؟</w:t>
      </w:r>
    </w:p>
    <w:p>
      <w:r>
        <w:rPr>
          <w:b/>
        </w:rPr>
        <w:t xml:space="preserve">[46:44] </w:t>
      </w:r>
      <w:r>
        <w:t>to unhon ne kya kiya tha ke kitabein padhein unhon ne kaun kaun si baatein hain. isse pata</w:t>
      </w:r>
    </w:p>
    <w:p>
      <w:pPr>
        <w:jc w:val="right"/>
      </w:pPr>
      <w:r>
        <w:t>تو انہوں نے کیا کیا تھا کہ کتابیں پڑھیں انہوں نے کون کون سی باتیں ہیں۔ اسے پتہ</w:t>
      </w:r>
    </w:p>
    <w:p>
      <w:r>
        <w:rPr>
          <w:b/>
        </w:rPr>
        <w:t xml:space="preserve">[46:49] </w:t>
      </w:r>
      <w:r>
        <w:t>hai ke rasool Allah ka dress aisa tha, rasool Allah ki asaa aisi thi, rasool Allah ki pagri</w:t>
      </w:r>
    </w:p>
    <w:p>
      <w:pPr>
        <w:jc w:val="right"/>
      </w:pPr>
      <w:r>
        <w:t>ہے کہ رسول اللہ کا ڈریس ایسا تھا، رسول اللہ کی عصا ایسی تھی، رسول اللہ کی پگڑی</w:t>
      </w:r>
    </w:p>
    <w:p>
      <w:r>
        <w:rPr>
          <w:b/>
        </w:rPr>
        <w:t xml:space="preserve">[46:55] </w:t>
      </w:r>
      <w:r>
        <w:t>aisi thi, rasool Allah ka chappal aisa tha. woh aisi bana kar ke woh wohi isi tarah se</w:t>
      </w:r>
    </w:p>
    <w:p>
      <w:pPr>
        <w:jc w:val="right"/>
      </w:pPr>
      <w:r>
        <w:t>ایسی تھی، رسول اللہ کا چپل ایسا تھا۔ وہ ایسی بنا کر کے وہ وہی اسی طرح سے</w:t>
      </w:r>
    </w:p>
    <w:p>
      <w:r>
        <w:rPr>
          <w:b/>
        </w:rPr>
        <w:t xml:space="preserve">[47:02] </w:t>
      </w:r>
      <w:r>
        <w:t>rehte hain woh. wohi kapda, wohi asaa, wohi chappal. yeh sunnat rasool,</w:t>
      </w:r>
    </w:p>
    <w:p>
      <w:pPr>
        <w:jc w:val="right"/>
      </w:pPr>
      <w:r>
        <w:t>رہتے ہیں وہ۔ وہی کپڑا، وہی عصا، وہی چپل۔ یہ سنت رسول،</w:t>
      </w:r>
    </w:p>
    <w:p>
      <w:r>
        <w:rPr>
          <w:b/>
        </w:rPr>
        <w:t xml:space="preserve">[47:09] </w:t>
      </w:r>
      <w:r>
        <w:t>yeh sunnat rasool nahi hai. sunnat rasool wohi hai ke aap har soorat-e-haal ko is nazar se dekhein</w:t>
      </w:r>
    </w:p>
    <w:p>
      <w:pPr>
        <w:jc w:val="right"/>
      </w:pPr>
      <w:r>
        <w:t>یہ سنت رسول نہیں ہے۔ سنت رسول وہی ہے کہ آپ ہر صورتحال کو اس نظر سے دیکھیں</w:t>
      </w:r>
    </w:p>
    <w:p>
      <w:r>
        <w:rPr>
          <w:b/>
        </w:rPr>
        <w:t xml:space="preserve">[47:15] </w:t>
      </w:r>
      <w:r>
        <w:t>jab ke aap ko wahan ek entry point mil jaye. haan ek baat mein wazahat karna chahta hoon</w:t>
      </w:r>
    </w:p>
    <w:p>
      <w:pPr>
        <w:jc w:val="right"/>
      </w:pPr>
      <w:r>
        <w:t>جب کہ آپ کو وہاں ایک entry point مل جائے۔ ہاں ایک بات میں وضاحت کرنا چاہتا ہوں</w:t>
      </w:r>
    </w:p>
    <w:p>
      <w:r>
        <w:rPr>
          <w:b/>
        </w:rPr>
        <w:t xml:space="preserve">[47:22] </w:t>
      </w:r>
      <w:r>
        <w:t>ke bohat hi bare aalim hain Shah Abdullah Dehlvi,</w:t>
      </w:r>
    </w:p>
    <w:p>
      <w:pPr>
        <w:jc w:val="right"/>
      </w:pPr>
      <w:r>
        <w:t>کہ بہت ہی بڑے عالم ہیں شاہ عبداللہ دہلوی،</w:t>
      </w:r>
    </w:p>
    <w:p>
      <w:r>
        <w:rPr>
          <w:b/>
        </w:rPr>
        <w:t xml:space="preserve">[47:29] </w:t>
      </w:r>
      <w:r>
        <w:t>unki kitab Hujjat Allah al-Baligha, is mein unhon ne ek bohat important baat kahi hai ke rasool</w:t>
      </w:r>
    </w:p>
    <w:p>
      <w:pPr>
        <w:jc w:val="right"/>
      </w:pPr>
      <w:r>
        <w:t>ان کی کتاب حجت اللہ البالغہ، اس میں انہوں نے ایک بہت important بات کہی ہے کہ رسول</w:t>
      </w:r>
    </w:p>
    <w:p>
      <w:r>
        <w:rPr>
          <w:b/>
        </w:rPr>
        <w:t xml:space="preserve">[47:35] </w:t>
      </w:r>
      <w:r>
        <w:t>Allah ki har amal sunnat nahi hota.</w:t>
      </w:r>
    </w:p>
    <w:p>
      <w:pPr>
        <w:jc w:val="right"/>
      </w:pPr>
      <w:r>
        <w:t>اللہ کی ہر عمل سنت نہیں ہوتا۔</w:t>
      </w:r>
    </w:p>
    <w:p>
      <w:r>
        <w:rPr>
          <w:b/>
        </w:rPr>
        <w:t xml:space="preserve">[47:39] </w:t>
      </w:r>
      <w:r>
        <w:t>unhon ne do qism batai hai: sunnat aadiyah, sunnat</w:t>
      </w:r>
    </w:p>
    <w:p>
      <w:pPr>
        <w:jc w:val="right"/>
      </w:pPr>
      <w:r>
        <w:t>انہوں نے دو قسم بتائی ہے: سنت عادیہ، سنت</w:t>
      </w:r>
    </w:p>
    <w:p>
      <w:r>
        <w:rPr>
          <w:b/>
        </w:rPr>
        <w:t xml:space="preserve">[47:44] </w:t>
      </w:r>
      <w:r>
        <w:t>qaaimah. yaani rasool Allah chunke Arab mein paida hue to Arab mein kuch aadaat, kuch tareeqe raaij the,</w:t>
      </w:r>
    </w:p>
    <w:p>
      <w:pPr>
        <w:jc w:val="right"/>
      </w:pPr>
      <w:r>
        <w:t>قائمہ۔ یعنی رسول اللہ چونکہ عرب میں پیدا ہوئے تو عرب میں کچھ عادات، کچھ طریقے رائج تھے،</w:t>
      </w:r>
    </w:p>
    <w:p>
      <w:r>
        <w:rPr>
          <w:b/>
        </w:rPr>
        <w:t xml:space="preserve">[47:53] </w:t>
      </w:r>
      <w:r>
        <w:t>isko aap ne ikhtiyar kiya. woh sunnat nabwi bhi nahi hai.</w:t>
      </w:r>
    </w:p>
    <w:p>
      <w:pPr>
        <w:jc w:val="right"/>
      </w:pPr>
      <w:r>
        <w:t>اس کو آپ نے اختیار کیا۔ وہ سنت نبوی بھی نہیں ہے۔</w:t>
      </w:r>
    </w:p>
    <w:p>
      <w:r>
        <w:rPr>
          <w:b/>
        </w:rPr>
        <w:t xml:space="preserve">[47:58] </w:t>
      </w:r>
      <w:r>
        <w:t>woh sunnat nabwi bhi nahi hai. sunnat nabwi woh hai jiske liye Allah ne aap ko bheja</w:t>
      </w:r>
    </w:p>
    <w:p>
      <w:pPr>
        <w:jc w:val="right"/>
      </w:pPr>
      <w:r>
        <w:t>وہ سنت نبوی بھی نہیں ہے۔ سنت نبوی وہ ہے جس کے لیے اللہ نے آپ کو بھیجا</w:t>
      </w:r>
    </w:p>
    <w:p>
      <w:r>
        <w:rPr>
          <w:b/>
        </w:rPr>
        <w:t xml:space="preserve">[48:04] </w:t>
      </w:r>
      <w:r>
        <w:t>hai duniya mein. bas yahi baat ke mushkil halaat mein bhi tum awsat mein yusr talash karo. mushkil</w:t>
      </w:r>
    </w:p>
    <w:p>
      <w:pPr>
        <w:jc w:val="right"/>
      </w:pPr>
      <w:r>
        <w:t>ہے دنیا میں۔ بس یہی بات کہ مشکل حالات میں بھی تم اوسط میں یسرا تلاش کرو۔ مشکل</w:t>
      </w:r>
    </w:p>
    <w:p>
      <w:r>
        <w:rPr>
          <w:b/>
        </w:rPr>
        <w:t xml:space="preserve">[48:12] </w:t>
      </w:r>
      <w:r>
        <w:t>halaat mein bhi entry point daryaft karo. yeh sunnat nabwi hai.</w:t>
      </w:r>
    </w:p>
    <w:p>
      <w:pPr>
        <w:jc w:val="right"/>
      </w:pPr>
      <w:r>
        <w:t>حالات میں بھی entry point دریافت کرو۔ یہ سنت نبوی ہے۔</w:t>
      </w:r>
    </w:p>
    <w:p>
      <w:r>
        <w:rPr>
          <w:b/>
        </w:rPr>
        <w:t xml:space="preserve">[48:17] </w:t>
      </w:r>
      <w:r>
        <w:t>ab woh sab to aadaat Arab mein se hain. mislan maal par kharch karna yeh aadaat Arab mein</w:t>
      </w:r>
    </w:p>
    <w:p>
      <w:pPr>
        <w:jc w:val="right"/>
      </w:pPr>
      <w:r>
        <w:t>اب وہ سب تو عادات عرب میں سے ہیں۔ مثلاً مال پر خرچ کرنا یہ عادات عرب میں</w:t>
      </w:r>
    </w:p>
    <w:p>
      <w:r>
        <w:rPr>
          <w:b/>
        </w:rPr>
        <w:t xml:space="preserve">[48:22] </w:t>
      </w:r>
      <w:r>
        <w:t>se hai. ya aur jo dress aap pehente the.</w:t>
      </w:r>
    </w:p>
    <w:p>
      <w:pPr>
        <w:jc w:val="right"/>
      </w:pPr>
      <w:r>
        <w:t>سے ہے۔ یا اور جو ڈریس آپ پہنتے تھے۔</w:t>
      </w:r>
    </w:p>
    <w:p>
      <w:r>
        <w:rPr>
          <w:b/>
        </w:rPr>
        <w:t xml:space="preserve">[48:29] </w:t>
      </w:r>
      <w:r>
        <w:t>to ek hai</w:t>
      </w:r>
    </w:p>
    <w:p>
      <w:pPr>
        <w:jc w:val="right"/>
      </w:pPr>
      <w:r>
        <w:t>تو ایک ہے</w:t>
      </w:r>
    </w:p>
    <w:p>
      <w:r>
        <w:rPr>
          <w:b/>
        </w:rPr>
        <w:t xml:space="preserve">[48:33] </w:t>
      </w:r>
      <w:r>
        <w:t>rasool Allah ki zindagi ki woh cheezein jo Arab ke riwaj ki bina par theen. woh sunnat nabwi</w:t>
      </w:r>
    </w:p>
    <w:p>
      <w:pPr>
        <w:jc w:val="right"/>
      </w:pPr>
      <w:r>
        <w:t>رسول اللہ کی زندگی کی وہ چیزیں جو عرب کے رواج کی بنا پر تھیں۔ وہ سنت نبوی</w:t>
      </w:r>
    </w:p>
    <w:p>
      <w:r>
        <w:rPr>
          <w:b/>
        </w:rPr>
        <w:t xml:space="preserve">[48:40] </w:t>
      </w:r>
      <w:r>
        <w:t>nahi hai. balkeh sunnat nabwi woh hai jiske liye Allah ne aap ko duniya mein bheja tha.</w:t>
      </w:r>
    </w:p>
    <w:p>
      <w:pPr>
        <w:jc w:val="right"/>
      </w:pPr>
      <w:r>
        <w:t>نہیں ہے۔ بلکہ سنت نبوی وہ ہے جس کے لیے اللہ نے آپ کو دنیا میں بھیجا تھا۔</w:t>
      </w:r>
    </w:p>
    <w:p>
      <w:r>
        <w:rPr>
          <w:b/>
        </w:rPr>
        <w:t xml:space="preserve">[48:45] </w:t>
      </w:r>
      <w:r>
        <w:t>yeh baat likhi hai Shah Abdullah sahab ne Hujjat Allah al-Baligha mein.</w:t>
      </w:r>
    </w:p>
    <w:p>
      <w:pPr>
        <w:jc w:val="right"/>
      </w:pPr>
      <w:r>
        <w:t>یہ بات لکھی ہے شاہ عبداللہ صاحب نے حجت اللہ البالغہ میں۔</w:t>
      </w:r>
    </w:p>
    <w:p>
      <w:r>
        <w:rPr>
          <w:b/>
        </w:rPr>
        <w:t xml:space="preserve">[48:50] </w:t>
      </w:r>
      <w:r>
        <w:t>maulana aaj aap ne ek nai baat kahi. woh yeh ke is dunya mein shaitan maujood hai, is</w:t>
      </w:r>
    </w:p>
    <w:p>
      <w:pPr>
        <w:jc w:val="right"/>
      </w:pPr>
      <w:r>
        <w:t>مولانا آج آپ نے ایک نئی بات کہی۔ وہ یہ کہ اس دنیا میں شیطان موجود ہے، اس</w:t>
      </w:r>
    </w:p>
    <w:p>
      <w:r>
        <w:rPr>
          <w:b/>
        </w:rPr>
        <w:t xml:space="preserve">[48:56] </w:t>
      </w:r>
      <w:r>
        <w:t>ko hum khatam nahi kar sakte.</w:t>
      </w:r>
    </w:p>
    <w:p>
      <w:pPr>
        <w:jc w:val="right"/>
      </w:pPr>
      <w:r>
        <w:t>کو ہم ختم نہیں کر سکتے۔</w:t>
      </w:r>
    </w:p>
    <w:p>
      <w:r>
        <w:rPr>
          <w:b/>
        </w:rPr>
        <w:t xml:space="preserve">[48:59] </w:t>
      </w:r>
      <w:r>
        <w:t>aur na hi is ke waswase ko hum khatam kar sakte hain. to hamein yeh karna hai ke</w:t>
      </w:r>
    </w:p>
    <w:p>
      <w:pPr>
        <w:jc w:val="right"/>
      </w:pPr>
      <w:r>
        <w:t>اور نہ ہی اس کے وسوسے کو ہم ختم کر سکتے ہیں۔ تو ہمیں یہ کرنا ہے کہ</w:t>
      </w:r>
    </w:p>
    <w:p>
      <w:r>
        <w:rPr>
          <w:b/>
        </w:rPr>
        <w:t xml:space="preserve">[49:02] </w:t>
      </w:r>
      <w:r>
        <w:t>hum apne aap ko</w:t>
      </w:r>
    </w:p>
    <w:p>
      <w:pPr>
        <w:jc w:val="right"/>
      </w:pPr>
      <w:r>
        <w:t>ہم اپنے آپ کو</w:t>
      </w:r>
    </w:p>
    <w:p>
      <w:r>
        <w:rPr>
          <w:b/>
        </w:rPr>
        <w:t xml:space="preserve">[49:05] </w:t>
      </w:r>
      <w:r>
        <w:t>mentally tor par itna awaken karein ke hum is ke waswase ko pehchan lein aur is ko defuse</w:t>
      </w:r>
    </w:p>
    <w:p>
      <w:pPr>
        <w:jc w:val="right"/>
      </w:pPr>
      <w:r>
        <w:t>mentally طور پر اتنا awaken کریں کہ ہم اس کے وسوسے کو پہچان لیں اور اس کو defuse</w:t>
      </w:r>
    </w:p>
    <w:p>
      <w:r>
        <w:rPr>
          <w:b/>
        </w:rPr>
        <w:t xml:space="preserve">[49:11] </w:t>
      </w:r>
      <w:r>
        <w:t>kar sakein. to mujhe is ke zariye se ek ayat samajh mein aai.</w:t>
      </w:r>
    </w:p>
    <w:p>
      <w:pPr>
        <w:jc w:val="right"/>
      </w:pPr>
      <w:r>
        <w:t>کر سکیں۔ تو مجھے اس کے ذریعے سے ایک آیت سمجھ میں آئی۔</w:t>
      </w:r>
    </w:p>
    <w:p>
      <w:r>
        <w:rPr>
          <w:b/>
        </w:rPr>
        <w:t xml:space="preserve">[49:17] </w:t>
      </w:r>
      <w:r>
        <w:t>"in tasbiroo wa tattaqoo laiyadurrakum kaiduhum shai'an". yahan par sabr aur taqwa jo kaha gaya hai woh yahi hai.</w:t>
      </w:r>
    </w:p>
    <w:p>
      <w:pPr>
        <w:jc w:val="right"/>
      </w:pPr>
      <w:r>
        <w:t>"إِن تَسْبِرُوا وَتَتَّقُوا لَيَضُرُّكُمْ كَيْدُهُمْ شَيْئًا"۔ یہاں پر صبر اور تقویٰ جو کہا گیا ہے وہ یہی ہے۔</w:t>
      </w:r>
    </w:p>
    <w:p>
      <w:r>
        <w:rPr>
          <w:b/>
        </w:rPr>
        <w:t xml:space="preserve">[49:23] </w:t>
      </w:r>
      <w:r>
        <w:t>ek aur direct ayat hai.</w:t>
      </w:r>
    </w:p>
    <w:p>
      <w:pPr>
        <w:jc w:val="right"/>
      </w:pPr>
      <w:r>
        <w:t>ایک اور direct آیت ہے۔</w:t>
      </w:r>
    </w:p>
    <w:p>
      <w:r>
        <w:rPr>
          <w:b/>
        </w:rPr>
        <w:t xml:space="preserve">[49:28] </w:t>
      </w:r>
      <w:r>
        <w:t>woh ayat padhiye. "innallazeena attaqaw izaa massahum taa'ifun minash shaitani tatakkarroo faizaa hum mubsiroon". yeh direct ayat</w:t>
      </w:r>
    </w:p>
    <w:p>
      <w:pPr>
        <w:jc w:val="right"/>
      </w:pPr>
      <w:r>
        <w:t>وہ آیت پڑھیے۔ "إِنَّ الَّذِينَ اتَّقَوْا إِذَا مَسَّهُمْ طَائِفٌ مِنَ الشَّيْطَانِ تَتَكَّرُّوا فَإِذَا هُمْ مُبْسِرُونَ"۔ یہ direct آیت</w:t>
      </w:r>
    </w:p>
    <w:p>
      <w:r>
        <w:rPr>
          <w:b/>
        </w:rPr>
        <w:t xml:space="preserve">[49:34] </w:t>
      </w:r>
      <w:r>
        <w:t>hai ke jab waswasa koi dalta hai to pehchan lete hain is ko.</w:t>
      </w:r>
    </w:p>
    <w:p>
      <w:pPr>
        <w:jc w:val="right"/>
      </w:pPr>
      <w:r>
        <w:t>ہے کہ جب وسوسہ کوئی ڈالتا ہے تو پہچان لیتے ہیں اس کو۔</w:t>
      </w:r>
    </w:p>
    <w:p>
      <w:r>
        <w:rPr>
          <w:b/>
        </w:rPr>
        <w:t xml:space="preserve">[49:42] </w:t>
      </w:r>
      <w:r>
        <w:t>pehchan kar is ko defuse kar dete hain.</w:t>
      </w:r>
    </w:p>
    <w:p>
      <w:pPr>
        <w:jc w:val="right"/>
      </w:pPr>
      <w:r>
        <w:t>پہچان کر اس کو defuse کر دیتے ہیں۔</w:t>
      </w:r>
    </w:p>
    <w:p>
      <w:r>
        <w:rPr>
          <w:b/>
        </w:rPr>
        <w:t xml:space="preserve">[49:46] </w:t>
      </w:r>
      <w:r>
        <w:t>dekhiye al araf 201 mein ek ayat hai, is ko aap log yahan jaane ke baad padhiye ga. is</w:t>
      </w:r>
    </w:p>
    <w:p>
      <w:pPr>
        <w:jc w:val="right"/>
      </w:pPr>
      <w:r>
        <w:t>دیکھیے الاعراف 201 میں ایک آیت ہے، اس کو آپ لوگ یہاں جانے کے بعد پڑھیے گا۔ اس</w:t>
      </w:r>
    </w:p>
    <w:p>
      <w:r>
        <w:rPr>
          <w:b/>
        </w:rPr>
        <w:t xml:space="preserve">[49:53] </w:t>
      </w:r>
      <w:r>
        <w:t>mein theek yahi baat kahi gayi hai</w:t>
      </w:r>
    </w:p>
    <w:p>
      <w:pPr>
        <w:jc w:val="right"/>
      </w:pPr>
      <w:r>
        <w:t>میں ٹھیک یہی بات کہی گئی ہے</w:t>
      </w:r>
    </w:p>
    <w:p>
      <w:r>
        <w:rPr>
          <w:b/>
        </w:rPr>
        <w:t xml:space="preserve">[49:56] </w:t>
      </w:r>
      <w:r>
        <w:t>ke waswase ko pehchano.</w:t>
      </w:r>
    </w:p>
    <w:p>
      <w:pPr>
        <w:jc w:val="right"/>
      </w:pPr>
      <w:r>
        <w:t>کہ وسوسے کو پہچانو۔</w:t>
      </w:r>
    </w:p>
    <w:p>
      <w:r>
        <w:rPr>
          <w:b/>
        </w:rPr>
        <w:t xml:space="preserve">[49:59] </w:t>
      </w:r>
      <w:r>
        <w:t>maulana yeh bohat important baat lagi ke waswase ko pehchanna aur is ke khilaf positive action karna. yeh</w:t>
      </w:r>
    </w:p>
    <w:p>
      <w:pPr>
        <w:jc w:val="right"/>
      </w:pPr>
      <w:r>
        <w:t>مولانا یہ بہت important بات لگی کہ وسوسے کو پہچاننا اور اس کے خلاف positive action کرنا۔ یہ</w:t>
      </w:r>
    </w:p>
    <w:p>
      <w:r>
        <w:rPr>
          <w:b/>
        </w:rPr>
        <w:t xml:space="preserve">[50:07] </w:t>
      </w:r>
      <w:r>
        <w:t>apne behavior mein lana ek intellectual development aur positive personality development hoga. masha Allah.</w:t>
      </w:r>
    </w:p>
    <w:p>
      <w:pPr>
        <w:jc w:val="right"/>
      </w:pPr>
      <w:r>
        <w:t>اپنے behavior میں لانا ایک intellectual development اور positive personality development ہوگا۔ ماشاءاللہ۔</w:t>
      </w:r>
    </w:p>
    <w:p>
      <w:r>
        <w:rPr>
          <w:b/>
        </w:rPr>
        <w:t xml:space="preserve">[50:18] </w:t>
      </w:r>
      <w:r>
        <w:t>masha Allah</w:t>
      </w:r>
    </w:p>
    <w:p>
      <w:pPr>
        <w:jc w:val="right"/>
      </w:pPr>
      <w:r>
        <w:t>ماشاءاللہ</w:t>
      </w:r>
    </w:p>
    <w:p>
      <w:r>
        <w:rPr>
          <w:b/>
        </w:rPr>
        <w:t xml:space="preserve">[50:19] </w:t>
      </w:r>
      <w:r>
        <w:t>. yeh jo maine arz kiya na, yeh bohat bari ghalat fehmi logon ko hai ke rasool</w:t>
      </w:r>
    </w:p>
    <w:p>
      <w:pPr>
        <w:jc w:val="right"/>
      </w:pPr>
      <w:r>
        <w:t>۔ یہ جو میں نے عرض کیا نا، یہ بہت بڑی غلط فہمی لوگوں کو ہے کہ رسول</w:t>
      </w:r>
    </w:p>
    <w:p>
      <w:r>
        <w:rPr>
          <w:b/>
        </w:rPr>
        <w:t xml:space="preserve">[50:22] </w:t>
      </w:r>
      <w:r>
        <w:t>Allah ki har cheez sunnat hai. aisa hai nahi. aur yeh main nahi keh raha hoon, yeh shah</w:t>
      </w:r>
    </w:p>
    <w:p>
      <w:pPr>
        <w:jc w:val="right"/>
      </w:pPr>
      <w:r>
        <w:t>اللہ کی ہر چیز سنت ہے۔ ایسا ہے نہیں۔ اور یہ میں نہیں کہہ رہا ہوں، یہ شاہ</w:t>
      </w:r>
    </w:p>
    <w:p>
      <w:r>
        <w:rPr>
          <w:b/>
        </w:rPr>
        <w:t xml:space="preserve">[50:27] </w:t>
      </w:r>
      <w:r>
        <w:t>abdullah sahib ne likha hai hujjatullah al baligha mein ke arab ke riwaj ki bina par kuch cheezein</w:t>
      </w:r>
    </w:p>
    <w:p>
      <w:pPr>
        <w:jc w:val="right"/>
      </w:pPr>
      <w:r>
        <w:t>عبداللہ صاحب نے لکھا ہے حجت اللہ البالغہ میں کہ عرب کے رواج کی بنا پر کچھ چیزیں</w:t>
      </w:r>
    </w:p>
    <w:p>
      <w:r>
        <w:rPr>
          <w:b/>
        </w:rPr>
        <w:t xml:space="preserve">[50:33] </w:t>
      </w:r>
      <w:r>
        <w:t>aap ne ikhtiyar farmayein. woh sunnat rasool nahi hai.</w:t>
      </w:r>
    </w:p>
    <w:p>
      <w:pPr>
        <w:jc w:val="right"/>
      </w:pPr>
      <w:r>
        <w:t>آپ نے اختیار فرمائیں۔ وہ سنت رسول نہیں ہے۔</w:t>
      </w:r>
    </w:p>
    <w:p>
      <w:r>
        <w:rPr>
          <w:b/>
        </w:rPr>
        <w:t xml:space="preserve">[50:37] </w:t>
      </w:r>
      <w:r>
        <w:t>sunnat rasool woh hai jo Allah ne aap ko taleem kiya, is ko aap ne Allah ki hidayat</w:t>
      </w:r>
    </w:p>
    <w:p>
      <w:pPr>
        <w:jc w:val="right"/>
      </w:pPr>
      <w:r>
        <w:t>سنت رسول وہ ہے جو اللہ نے آپ کو تعلیم کیا، اس کو آپ نے اللہ کی ہدایت</w:t>
      </w:r>
    </w:p>
    <w:p>
      <w:r>
        <w:rPr>
          <w:b/>
        </w:rPr>
        <w:t xml:space="preserve">[50:44] </w:t>
      </w:r>
      <w:r>
        <w:t>ke mutabiq ikhtiyar kiya. woh sunnat rasool hai. to isi mein se ek sunnat yeh hai</w:t>
      </w:r>
    </w:p>
    <w:p>
      <w:pPr>
        <w:jc w:val="right"/>
      </w:pPr>
      <w:r>
        <w:t>کے مطابق اختیار کیا۔ وہ سنت رسول ہے۔ تو اسی میں سے ایک سنت یہ ہے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