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Iman Bil Ghaib December 06, 2015</w:t>
      </w:r>
    </w:p>
    <w:p>
      <w:r>
        <w:t>https://www.youtube.com/watch?v=6JwqYqmeQWQ</w:t>
      </w:r>
    </w:p>
    <w:p>
      <w:r>
        <w:rPr>
          <w:b/>
        </w:rPr>
        <w:t xml:space="preserve">[00:21]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[00:25] </w:t>
      </w:r>
      <w:r>
        <w:t>wasallallahu ala nabiyil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[00:29] </w:t>
      </w:r>
      <w:r>
        <w:t>rab ishrah li sadri, wa 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[00:34] </w:t>
      </w:r>
      <w:r>
        <w:t>wah-lul 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[00:37] </w:t>
      </w:r>
      <w:r>
        <w:t>yaf-qahu qawli. 6 december</w:t>
      </w:r>
    </w:p>
    <w:p>
      <w:pPr>
        <w:jc w:val="right"/>
      </w:pPr>
      <w:r>
        <w:t>یفقہ قولی۔ 6 دسمبر</w:t>
      </w:r>
    </w:p>
    <w:p>
      <w:r>
        <w:rPr>
          <w:b/>
        </w:rPr>
        <w:t xml:space="preserve">[00:43] </w:t>
      </w:r>
      <w:r>
        <w:t>2015. aaj ka</w:t>
      </w:r>
    </w:p>
    <w:p>
      <w:pPr>
        <w:jc w:val="right"/>
      </w:pPr>
      <w:r>
        <w:t>2015۔ آج کا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