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Thinking November 10, 2013</w:t>
      </w:r>
    </w:p>
    <w:p>
      <w:r>
        <w:t>https://youtu.be/y16CddTHoqE</w:t>
      </w:r>
    </w:p>
    <w:p>
      <w:r>
        <w:rPr>
          <w:b/>
        </w:rPr>
        <w:t xml:space="preserve">[00:14] </w:t>
      </w:r>
      <w:r>
        <w:t>bismillah rahman rahim, wa salla Allahu ala al-nabi al-karim.</w:t>
      </w:r>
    </w:p>
    <w:p>
      <w:pPr>
        <w:jc w:val="right"/>
      </w:pPr>
      <w:r>
        <w:t>بسم اللہ الرحمن الرحیم، وصلی اللہ علی النبی الکریم۔</w:t>
      </w:r>
    </w:p>
    <w:p>
      <w:r>
        <w:rPr>
          <w:b/>
        </w:rPr>
        <w:t xml:space="preserve">[00:22] </w:t>
      </w:r>
      <w:r>
        <w:t>rab ishrah li sadri, wa yassir li amri, wah al-uqdatan min lisani, yafqahu qawli.</w:t>
      </w:r>
    </w:p>
    <w:p>
      <w:pPr>
        <w:jc w:val="right"/>
      </w:pPr>
      <w:r>
        <w:t>رب اشرح لی صدری، ویسر لی امری، واحل العقدۃ من لسانی، یفقہ قولی۔</w:t>
      </w:r>
    </w:p>
    <w:p>
      <w:r>
        <w:rPr>
          <w:b/>
        </w:rPr>
        <w:t xml:space="preserve">[00:36] </w:t>
      </w:r>
      <w:r>
        <w:t>aaj,</w:t>
      </w:r>
    </w:p>
    <w:p>
      <w:pPr>
        <w:jc w:val="right"/>
      </w:pPr>
      <w:r>
        <w:t>آج،</w:t>
      </w:r>
    </w:p>
    <w:p>
      <w:r>
        <w:rPr>
          <w:b/>
        </w:rPr>
        <w:t xml:space="preserve">[00:40] </w:t>
      </w:r>
      <w:r>
        <w:t>aaj november 2013 ki 10 tareekh hai.</w:t>
      </w:r>
    </w:p>
    <w:p>
      <w:pPr>
        <w:jc w:val="right"/>
      </w:pPr>
      <w:r>
        <w:t>آج نومبر 2013 کی 10 تاریخ ہے۔</w:t>
      </w:r>
    </w:p>
    <w:p>
      <w:r>
        <w:rPr>
          <w:b/>
        </w:rPr>
        <w:t xml:space="preserve">[00:48] </w:t>
      </w:r>
      <w:r>
        <w:t>aaj ka topic hai "da importance of thinking", yaani tadabbur aur tafakkur ki ahmiyat.</w:t>
      </w:r>
    </w:p>
    <w:p>
      <w:pPr>
        <w:jc w:val="right"/>
      </w:pPr>
      <w:r>
        <w:t>آج کا ٹاپک ہے "دا امپورٹنس آف تھنکنگ"، یعنی تدبر اور تفکر کی اہمیت۔</w:t>
      </w:r>
    </w:p>
    <w:p>
      <w:r>
        <w:rPr>
          <w:b/>
        </w:rPr>
        <w:t xml:space="preserve">[01:07] </w:t>
      </w:r>
      <w:r>
        <w:t>aap quran ko parhein</w:t>
      </w:r>
    </w:p>
    <w:p>
      <w:pPr>
        <w:jc w:val="right"/>
      </w:pPr>
      <w:r>
        <w:t>آپ قرآن کو پڑھیں</w:t>
      </w:r>
    </w:p>
    <w:p>
      <w:r>
        <w:rPr>
          <w:b/>
        </w:rPr>
        <w:t xml:space="preserve">[01:11] </w:t>
      </w:r>
      <w:r>
        <w:t>to saray quran mein aap ko yeh milay gi aisi aayatein, jis mein yeh kaha gaya hoga ke insaan apni aql ko istemal kar,</w:t>
      </w:r>
    </w:p>
    <w:p>
      <w:pPr>
        <w:jc w:val="right"/>
      </w:pPr>
      <w:r>
        <w:t>تو سارے قرآن میں آپ کو یہ ملے گی ایسی آیتیں، جس میں یہ کہا گیا ہوگا کہ انسان اپنی عقل کو استعمال کر،</w:t>
      </w:r>
    </w:p>
    <w:p>
      <w:r>
        <w:rPr>
          <w:b/>
        </w:rPr>
        <w:t xml:space="preserve">[01:27] </w:t>
      </w:r>
      <w:r>
        <w:t>tafakkur kar, tadabbur kar, tabassum kar, is tarah ki aayaten.</w:t>
      </w:r>
    </w:p>
    <w:p>
      <w:pPr>
        <w:jc w:val="right"/>
      </w:pPr>
      <w:r>
        <w:t>تفکر کر، تدبر کر، تبسم کر، اس طرح کی آیتیں۔</w:t>
      </w:r>
    </w:p>
    <w:p>
      <w:r>
        <w:rPr>
          <w:b/>
        </w:rPr>
        <w:t xml:space="preserve">[01:35] </w:t>
      </w:r>
      <w:r>
        <w:t>saare quran mein is tarah ki aayaten hain mukhtalif andaaz mein. to</w:t>
      </w:r>
    </w:p>
    <w:p>
      <w:pPr>
        <w:jc w:val="right"/>
      </w:pPr>
      <w:r>
        <w:t>سارے قرآن میں اس طرح کی آیتیں ہیں مختلف انداز میں۔ تو</w:t>
      </w:r>
    </w:p>
    <w:p>
      <w:r>
        <w:rPr>
          <w:b/>
        </w:rPr>
        <w:t xml:space="preserve">[01:46] </w:t>
      </w:r>
      <w:r>
        <w:t>hadees mein aaya hai ke sab se badi ibaadat tadabbur hai. tadabbur aur tafakkur jo hai, yeh sab se badi ibaadat hai.</w:t>
      </w:r>
    </w:p>
    <w:p>
      <w:pPr>
        <w:jc w:val="right"/>
      </w:pPr>
      <w:r>
        <w:t>حدیث میں آیا ہے کہ سب سے بڑی عبادت تدبر ہے۔ تدبر اور تفکر جو ہے، یہ سب سے بڑی عبادت ہے۔</w:t>
      </w:r>
    </w:p>
    <w:p>
      <w:r>
        <w:rPr>
          <w:b/>
        </w:rPr>
        <w:t xml:space="preserve">[02:00] </w:t>
      </w:r>
      <w:r>
        <w:t>aisa kyon hai?</w:t>
      </w:r>
    </w:p>
    <w:p>
      <w:pPr>
        <w:jc w:val="right"/>
      </w:pPr>
      <w:r>
        <w:t>ایسا کیوں ہے؟</w:t>
      </w:r>
    </w:p>
    <w:p>
      <w:r>
        <w:rPr>
          <w:b/>
        </w:rPr>
        <w:t xml:space="preserve">[02:03] </w:t>
      </w:r>
      <w:r>
        <w:t>is liye ke insaan ka jo wajood hai, insaan ko jo hasti di gayi hai, uska sab se bada hissa mind hai.</w:t>
      </w:r>
    </w:p>
    <w:p>
      <w:pPr>
        <w:jc w:val="right"/>
      </w:pPr>
      <w:r>
        <w:t>اس لیے کہ انسان کا جو وجود ہے، انسان کو جو ہستی دی گئی ہے، اس کا سب سے بڑا حصہ مائنڈ ہے۔</w:t>
      </w:r>
    </w:p>
    <w:p>
      <w:r>
        <w:rPr>
          <w:b/>
        </w:rPr>
        <w:t xml:space="preserve">[02:19] </w:t>
      </w:r>
      <w:r>
        <w:t>mind, dimaagh. to sochne ka amal dimaagh mein hota hai.</w:t>
      </w:r>
    </w:p>
    <w:p>
      <w:pPr>
        <w:jc w:val="right"/>
      </w:pPr>
      <w:r>
        <w:t>مائنڈ، دماغ۔ تو سوچنے کا عمل دماغ میں ہوتا ہے۔</w:t>
      </w:r>
    </w:p>
    <w:p>
      <w:r>
        <w:rPr>
          <w:b/>
        </w:rPr>
        <w:t xml:space="preserve">[02:29] </w:t>
      </w:r>
      <w:r>
        <w:t>haath, paon, ya jo bhi aap ke jism mein hai, woh sab taabe hai mind ke. aur yeh mind jo hai, yeh unlimited potential is ke andar hai.</w:t>
      </w:r>
    </w:p>
    <w:p>
      <w:pPr>
        <w:jc w:val="right"/>
      </w:pPr>
      <w:r>
        <w:t>ہاتھ، پاؤں، یا جو بھی آپ کے جسم میں ہے، وہ سب تابع ہے مائنڈ کے۔ اور یہ مائنڈ جو ہے، یہ ان لمیٹڈ پوٹینشل اس کے اندر ہے۔</w:t>
      </w:r>
    </w:p>
    <w:p>
      <w:r>
        <w:rPr>
          <w:b/>
        </w:rPr>
        <w:t xml:space="preserve">[02:49] </w:t>
      </w:r>
      <w:r>
        <w:t>aaj tak koi jaan nahin saka ke mind mein kitna zyada capacity hai.</w:t>
      </w:r>
    </w:p>
    <w:p>
      <w:pPr>
        <w:jc w:val="right"/>
      </w:pPr>
      <w:r>
        <w:t>آج تک کوئی جان نہیں سکا کہ مائنڈ میں کتنا زیادہ کیپیسٹی ہے۔</w:t>
      </w:r>
    </w:p>
    <w:p>
      <w:r>
        <w:rPr>
          <w:b/>
        </w:rPr>
        <w:t xml:space="preserve">[02:56] </w:t>
      </w:r>
      <w:r>
        <w:t>to sochne ka matlab kya hai?</w:t>
      </w:r>
    </w:p>
    <w:p>
      <w:pPr>
        <w:jc w:val="right"/>
      </w:pPr>
      <w:r>
        <w:t>تو سوچنے کا مطلب کیا ہے؟</w:t>
      </w:r>
    </w:p>
    <w:p>
      <w:r>
        <w:rPr>
          <w:b/>
        </w:rPr>
        <w:t xml:space="preserve">[02:59] </w:t>
      </w:r>
      <w:r>
        <w:t>sochne ka matlab hai apne dimaagh mein jo unlimited imkanaat hain, un ko unfold karna.</w:t>
      </w:r>
    </w:p>
    <w:p>
      <w:pPr>
        <w:jc w:val="right"/>
      </w:pPr>
      <w:r>
        <w:t>سوچنے کا مطلب ہے اپنے دماغ میں جو ان لمیٹڈ امکانات ہیں، ان کو ان فولڈ کرنا۔</w:t>
      </w:r>
    </w:p>
    <w:p>
      <w:r>
        <w:rPr>
          <w:b/>
        </w:rPr>
        <w:t xml:space="preserve">[03:12] </w:t>
      </w:r>
      <w:r>
        <w:t>yeh matlab hai.</w:t>
      </w:r>
    </w:p>
    <w:p>
      <w:pPr>
        <w:jc w:val="right"/>
      </w:pPr>
      <w:r>
        <w:t>یہ مطلب ہے۔</w:t>
      </w:r>
    </w:p>
    <w:p>
      <w:r>
        <w:rPr>
          <w:b/>
        </w:rPr>
        <w:t xml:space="preserve">[03:16] </w:t>
      </w:r>
      <w:r>
        <w:t>to main Allah ke fazl se bachpan se meri aadat hai sochne ki. sochta rehta hoon. padhna aur sochna</w:t>
      </w:r>
    </w:p>
    <w:p>
      <w:pPr>
        <w:jc w:val="right"/>
      </w:pPr>
      <w:r>
        <w:t>تو میں اللہ کے فضل سے بچپن سے میری عادت ہے سوچنے کی۔ سوچتا رہتا ہوں۔ پڑھنا اور سوچنا</w:t>
      </w:r>
    </w:p>
    <w:p>
      <w:r>
        <w:rPr>
          <w:b/>
        </w:rPr>
        <w:t xml:space="preserve">[03:28] </w:t>
      </w:r>
      <w:r>
        <w:t>. likhna to mera by-product hai. asal hai mera padhna aur sochna.</w:t>
      </w:r>
    </w:p>
    <w:p>
      <w:pPr>
        <w:jc w:val="right"/>
      </w:pPr>
      <w:r>
        <w:t>۔ لکھنا تو میرا بائی پروڈکٹ ہے۔ اصل ہے میرا پڑھنا اور سوچنا۔</w:t>
      </w:r>
    </w:p>
    <w:p>
      <w:r>
        <w:rPr>
          <w:b/>
        </w:rPr>
        <w:t xml:space="preserve">[03:38] </w:t>
      </w:r>
      <w:r>
        <w:t>to aaj ek ajeeb baat samajh mein aayi. quran o hadees mein aisi baaten hain jo qayamat tak log sochte rahenge aur us ko discover karte rahenge.</w:t>
      </w:r>
    </w:p>
    <w:p>
      <w:pPr>
        <w:jc w:val="right"/>
      </w:pPr>
      <w:r>
        <w:t>تو آج ایک عجیب بات سمجھ میں آئی۔ قرآن و حدیث میں ایسی باتیں ہیں جو قیامت تک لوگ سوچتے رہیں گے اور اس کو ڈسکور کرتے رہیں گے۔</w:t>
      </w:r>
    </w:p>
    <w:p>
      <w:r>
        <w:rPr>
          <w:b/>
        </w:rPr>
        <w:t xml:space="preserve">[04:01] </w:t>
      </w:r>
      <w:r>
        <w:t>woh yeh hai ke quran o hadees dono mein ek baat kahi gayi hai ke aadmi jo amal karta hai, to us ke amal ka jo reward hai, 700 guna tak milta hai.</w:t>
      </w:r>
    </w:p>
    <w:p>
      <w:pPr>
        <w:jc w:val="right"/>
      </w:pPr>
      <w:r>
        <w:t>وہ یہ ہے کہ قرآن و حدیث دونوں میں ایک بات کہی گئی ہے کہ آدمی جو عمل کرتا ہے، تو اس کے عمل کا جو ریوارڈ ہے، 700 گنا تک ملتا ہے۔</w:t>
      </w:r>
    </w:p>
    <w:p>
      <w:r>
        <w:rPr>
          <w:b/>
        </w:rPr>
        <w:t xml:space="preserve">[04:17] </w:t>
      </w:r>
      <w:r>
        <w:t>700 guna ka maani saat nahin hai, be hisaab guna.</w:t>
      </w:r>
    </w:p>
    <w:p>
      <w:pPr>
        <w:jc w:val="right"/>
      </w:pPr>
      <w:r>
        <w:t>700 گنا کا معنی سات نہیں ہے، بے حساب گنا۔</w:t>
      </w:r>
    </w:p>
    <w:p>
      <w:r>
        <w:rPr>
          <w:b/>
        </w:rPr>
        <w:t xml:space="preserve">[04:23] </w:t>
      </w:r>
      <w:r>
        <w:t>dekhen, quran mein surah al-baqarah mein ek aayat hai jo bazahir to infaq ke baare mein hai, haqeeqat yeh hai ke woh har deeni amal ke baare mein hai.</w:t>
      </w:r>
    </w:p>
    <w:p>
      <w:pPr>
        <w:jc w:val="right"/>
      </w:pPr>
      <w:r>
        <w:t>دیکھیں، قرآن میں سورہ البقرہ میں ایک آیت ہے جو بظاہر تو انفاق کے بارے میں ہے، حقیقت یہ ہے کہ وہ ہر دینی عمل کے بارے میں ہے۔</w:t>
      </w:r>
    </w:p>
    <w:p>
      <w:r>
        <w:rPr>
          <w:b/>
        </w:rPr>
        <w:t xml:space="preserve">[04:36] </w:t>
      </w:r>
      <w:r>
        <w:t>to us mein yeh hai, yeh alfaaz hain ke kamثل habbatun anbatat sab'a sanabil fi kulli sunbulatin mi'atu habbah</w:t>
      </w:r>
    </w:p>
    <w:p>
      <w:pPr>
        <w:jc w:val="right"/>
      </w:pPr>
      <w:r>
        <w:t>تو اس میں یہ ہے، یہ الفاظ ہیں کہ كمثل حبة حبة سب سنابل فی کل سبلة مئة حبة</w:t>
      </w:r>
    </w:p>
    <w:p>
      <w:r>
        <w:rPr>
          <w:b/>
        </w:rPr>
        <w:t xml:space="preserve">[04:49] </w:t>
      </w:r>
      <w:r>
        <w:t>yaani aadmi ka amal ki misaal aise daane ki hai jo boya jaaye, us se poda nikle aur us mein saat baale hon.</w:t>
      </w:r>
    </w:p>
    <w:p>
      <w:pPr>
        <w:jc w:val="right"/>
      </w:pPr>
      <w:r>
        <w:t>یعنی آدمی کا عمل کی مثال ایسے دانے کی ہے جو بویا جائے، اس سے پودا نکلے اور اس میں سات بالے ہوں۔</w:t>
      </w:r>
    </w:p>
    <w:p>
      <w:r>
        <w:rPr>
          <w:b/>
        </w:rPr>
        <w:t xml:space="preserve">[04:59] </w:t>
      </w:r>
      <w:r>
        <w:t>har baal mein sau daane hon. to saat baale aur sau daane kitna hua? saat sau hua.</w:t>
      </w:r>
    </w:p>
    <w:p>
      <w:pPr>
        <w:jc w:val="right"/>
      </w:pPr>
      <w:r>
        <w:t>ہر بال میں سو دانے ہوں۔ تو سات بالے اور سو دانے کتنا ہوا؟ سات سو ہوا۔</w:t>
      </w:r>
    </w:p>
    <w:p>
      <w:r>
        <w:rPr>
          <w:b/>
        </w:rPr>
        <w:t xml:space="preserve">[05:10] </w:t>
      </w:r>
      <w:r>
        <w:t>siwaye ke ek ek amal ya ek habba apne andar saat sau blessing liye hue hain.</w:t>
      </w:r>
    </w:p>
    <w:p>
      <w:pPr>
        <w:jc w:val="right"/>
      </w:pPr>
      <w:r>
        <w:t>سوائے کہ ایک ایک عمل یا ایک حبہ اپنے اندر سات سو بلیسنگ لیے ہوئے ہیں۔</w:t>
      </w:r>
    </w:p>
    <w:p>
      <w:r>
        <w:rPr>
          <w:b/>
        </w:rPr>
        <w:t xml:space="preserve">[05:24] </w:t>
      </w:r>
      <w:r>
        <w:t>saat sau nekiyaan liye hue hain. yahi baat hadees mein wahan roze ki nisbat se hai ke sab zayf is mein hai ke saat sau guna tak sawab badhta hai roze ka</w:t>
      </w:r>
    </w:p>
    <w:p>
      <w:pPr>
        <w:jc w:val="right"/>
      </w:pPr>
      <w:r>
        <w:t>سات سو نیکیاں لیے ہوئے ہیں۔ یہی بات حدیث میں وہاں روزے کی نسبت سے ہے کہ سب ذیف اس میں ہے کہ سات سو گنا تک ثواب بڑھتا ہے روزے کا</w:t>
      </w:r>
    </w:p>
    <w:p>
      <w:r>
        <w:rPr>
          <w:b/>
        </w:rPr>
        <w:t xml:space="preserve">[05:40] </w:t>
      </w:r>
      <w:r>
        <w:t>. lekin dekhen, wahan par na to sirf roze tak mehdood hai baat, na yahan infaq tak. har woh amal jo Allah ne bataya ho aur aap sahi andaaz se us amal ko karen,</w:t>
      </w:r>
    </w:p>
    <w:p>
      <w:pPr>
        <w:jc w:val="right"/>
      </w:pPr>
      <w:r>
        <w:t>۔ لیکن دیکھیں، وہاں پر نہ تو صرف روزہ تک محدود ہے بات، نہ یہاں انفاق تک۔ ہر وہ عمل جو اللہ نے بتایا ہو اور آپ صحیح انداز سے اس عمل کو کریں،</w:t>
      </w:r>
    </w:p>
    <w:p>
      <w:r>
        <w:rPr>
          <w:b/>
        </w:rPr>
        <w:t xml:space="preserve">[05:59] </w:t>
      </w:r>
      <w:r>
        <w:t>to har amal mein aisa hi hoga ke saat sau guna tak aap ka sawab badhta chala jayega.</w:t>
      </w:r>
    </w:p>
    <w:p>
      <w:pPr>
        <w:jc w:val="right"/>
      </w:pPr>
      <w:r>
        <w:t>تو ہر عمل میں ایسا ہی ہوگا کہ سات سو گنا تک آپ کا ثواب بڑھتا چلا جائے گا۔</w:t>
      </w:r>
    </w:p>
    <w:p>
      <w:r>
        <w:rPr>
          <w:b/>
        </w:rPr>
        <w:t xml:space="preserve">[06:08] </w:t>
      </w:r>
      <w:r>
        <w:t>to main sochta tha ke yeh saat sau guna jo hai, kya matlab hai is ka? dekhen, mera maanna yeh hai ke deen mein koi cheez</w:t>
      </w:r>
    </w:p>
    <w:p>
      <w:pPr>
        <w:jc w:val="right"/>
      </w:pPr>
      <w:r>
        <w:t>تو میں سوچتا تھا کہ یہ سات سو گنا جو ہے، کیا مطلب ہے اس کا؟ دیکھیں، میرا ماننا یہ ہے کہ دین میں کوئی چیز</w:t>
      </w:r>
    </w:p>
    <w:p>
      <w:r>
        <w:rPr>
          <w:b/>
        </w:rPr>
        <w:t xml:space="preserve">[06:22] </w:t>
      </w:r>
      <w:r>
        <w:t>mysterious nahi hai, purasrar nahi hai. kyunke dekhiye, jab sochne ko kaha gaya Quran majeed mein to aap ek cheez jo mysterious ho, to kya sochenge aap?</w:t>
      </w:r>
    </w:p>
    <w:p>
      <w:pPr>
        <w:jc w:val="right"/>
      </w:pPr>
      <w:r>
        <w:t>مسٹیریس نہیں ہے، پراسرار نہیں ہے۔ کیونکہ دیکھیے، جب سوچنے کو کہا گیا قرآن مجید میں تو آپ ایک چیز جو مسٹیریس ہو، تو کیا سوچیں گے آپ؟</w:t>
      </w:r>
    </w:p>
    <w:p>
      <w:r>
        <w:rPr>
          <w:b/>
        </w:rPr>
        <w:t xml:space="preserve">[06:39] </w:t>
      </w:r>
      <w:r>
        <w:t>ya jab ek cheez qabil-e-daryaft ho, janne ke qabil ho, tab aap sochenge. nahi to sochne ka koi matlab hi nahi hai.</w:t>
      </w:r>
    </w:p>
    <w:p>
      <w:pPr>
        <w:jc w:val="right"/>
      </w:pPr>
      <w:r>
        <w:t>یا جب ایک چیز قابل دریافت ہو، جاننے کے قابل ہو، تب آپ سوچیں گے۔ نہیں تو سوچنے کا کوئی مطلب ہی نہیں ہے۔</w:t>
      </w:r>
    </w:p>
    <w:p>
      <w:r>
        <w:rPr>
          <w:b/>
        </w:rPr>
        <w:t xml:space="preserve">[06:54] </w:t>
      </w:r>
      <w:r>
        <w:t>isi tarah dekhen, hadith mein aata hai ke Rasool Allah ne farmaya ke mein ek aisa deen le kar bheja hoon, bheja gaya hoon jo bohat hi clear hai.</w:t>
      </w:r>
    </w:p>
    <w:p>
      <w:pPr>
        <w:jc w:val="right"/>
      </w:pPr>
      <w:r>
        <w:t>اسی طرح دیکھیں، حدیث میں آتا ہے کہ رسول اللہ نے فرمایا کہ میں ایک ایسا دین لے کر بھیجا ہوں، بھیجا گیا ہوں جو بہت ہی کلیئر ہے۔</w:t>
      </w:r>
    </w:p>
    <w:p>
      <w:r>
        <w:rPr>
          <w:b/>
        </w:rPr>
        <w:t xml:space="preserve">[07:07] </w:t>
      </w:r>
      <w:r>
        <w:t>yahan tak ke lailaha kunnaruha iski raatein bhi din ki tarah roshan hain. to jab deen ka mamla aisa hai to hum ko yeh manna padega ke deen mein koi bhi cheez purasrar ya mysterious nahi hai,</w:t>
      </w:r>
    </w:p>
    <w:p>
      <w:pPr>
        <w:jc w:val="right"/>
      </w:pPr>
      <w:r>
        <w:t>یہاں تک کہ لا لہا کنہارہ اس کی راتیں بھی دن کی طرح روشن ہیں۔ تو جب دین کا معاملہ ایسا ہے تو ہم کو یہ ماننا پڑے گا کہ دین میں کوئی بھی چیز پراسرار یا مسٹیریس نہیں ہے،</w:t>
      </w:r>
    </w:p>
    <w:p>
      <w:r>
        <w:rPr>
          <w:b/>
        </w:rPr>
        <w:t xml:space="preserve">[07:31] </w:t>
      </w:r>
      <w:r>
        <w:t>ambiguous nahi hai.</w:t>
      </w:r>
    </w:p>
    <w:p>
      <w:pPr>
        <w:jc w:val="right"/>
      </w:pPr>
      <w:r>
        <w:t>ایمبیگوس نہیں ہے۔</w:t>
      </w:r>
    </w:p>
    <w:p>
      <w:r>
        <w:rPr>
          <w:b/>
        </w:rPr>
        <w:t xml:space="preserve">[07:34] </w:t>
      </w:r>
      <w:r>
        <w:t>to yeh kya cheez hai ke amal jo aap karte hain, woh saat sau guna tak balkeh is se bhi zyada guna tak badhta rehta hai? to aaj ek tajruba hua, is tajrube se yeh baat samajh mein aayi.</w:t>
      </w:r>
    </w:p>
    <w:p>
      <w:pPr>
        <w:jc w:val="right"/>
      </w:pPr>
      <w:r>
        <w:t>تو یہ کیا چیز ہے کہ عمل جو آپ کرتے ہیں، وہ سات سو گنا تک بلکہ اس سے بھی زیادہ گنا تک بڑھتا رہتا ہے؟ تو آج ایک تجربہ ہوا، اس تجربے سے یہ بات سمجھ میں آئی۔</w:t>
      </w:r>
    </w:p>
    <w:p>
      <w:r>
        <w:rPr>
          <w:b/>
        </w:rPr>
        <w:t xml:space="preserve">[07:49] </w:t>
      </w:r>
      <w:r>
        <w:t>dekhen, jo tajrubaat hote hain, jo experiences hote hain zindagi mein, woh aap ke mind ko trigger karte hain.</w:t>
      </w:r>
    </w:p>
    <w:p>
      <w:pPr>
        <w:jc w:val="right"/>
      </w:pPr>
      <w:r>
        <w:t>دیکھیں، جو تجربات ہوتے ہیں، جو ایکسپیرینس ہوتے ہیں زندگی میں، وہ آپ کے مائنڈ کو ٹریگر کرتے ہیں۔</w:t>
      </w:r>
    </w:p>
    <w:p>
      <w:r>
        <w:rPr>
          <w:b/>
        </w:rPr>
        <w:t xml:space="preserve">[08:00] </w:t>
      </w:r>
      <w:r>
        <w:t>har experience agar aap us ko gehrai ke sath len, us par sochen to woh aap ke mind ko trigger karega. to aaj ek aisa waqea guzra jis ne mere mind ko trigger kiya.</w:t>
      </w:r>
    </w:p>
    <w:p>
      <w:pPr>
        <w:jc w:val="right"/>
      </w:pPr>
      <w:r>
        <w:t>ہر ایکسپیرینس اگر آپ اس کو گہرائی کے ساتھ لیں، اس پر سوچیں تو وہ آپ کے مائنڈ کو ٹریگر کرے گا۔ تو آج ایک ایسا واقعہ گزرا جس نے میرے مائنڈ کو ٹریگر کیا۔</w:t>
      </w:r>
    </w:p>
    <w:p>
      <w:r>
        <w:rPr>
          <w:b/>
        </w:rPr>
        <w:t xml:space="preserve">[08:16] </w:t>
      </w:r>
      <w:r>
        <w:t>dekhen, aaj ka jo akhbar hai, aaj ke akhbar mein ek item hai "stop thinking".</w:t>
      </w:r>
    </w:p>
    <w:p>
      <w:pPr>
        <w:jc w:val="right"/>
      </w:pPr>
      <w:r>
        <w:t>دیکھیں، آج کا جو اخبار ہے، آج کے اخبار میں ایک آئٹم ہے "اسٹاپ تھنکنگ"۔</w:t>
      </w:r>
    </w:p>
    <w:p>
      <w:r>
        <w:rPr>
          <w:b/>
        </w:rPr>
        <w:t xml:space="preserve">[08:27] </w:t>
      </w:r>
      <w:r>
        <w:t>sochna band karo. "stop thinking". to ke akhbar mein to tha ke "stop thinking", mera haal yeh hua ke "start thinking" ban gaya.</w:t>
      </w:r>
    </w:p>
    <w:p>
      <w:pPr>
        <w:jc w:val="right"/>
      </w:pPr>
      <w:r>
        <w:t>سوچنا بند کرو۔ "اسٹاپ تھنکنگ"۔ تو کہ اخبار میں تو تھا کہ "اسٹاپ تھنکنگ"، میرا حال یہ ہوا کہ "اسٹارٹ تھنکنگ" بن گیا۔</w:t>
      </w:r>
    </w:p>
    <w:p>
      <w:r>
        <w:rPr>
          <w:b/>
        </w:rPr>
        <w:t xml:space="preserve">[08:40] </w:t>
      </w:r>
      <w:r>
        <w:t>woh sochna shuru karo.</w:t>
      </w:r>
    </w:p>
    <w:p>
      <w:pPr>
        <w:jc w:val="right"/>
      </w:pPr>
      <w:r>
        <w:t>وہ سوچنا شروع کرو۔</w:t>
      </w:r>
    </w:p>
    <w:p>
      <w:r>
        <w:rPr>
          <w:b/>
        </w:rPr>
        <w:t xml:space="preserve">[08:47] </w:t>
      </w:r>
      <w:r>
        <w:t>kyun? mein socha ke sochna band kaise kar sakte hain? dekhen, mind jo hai, is ka kaam hi sochna hai. sachi baat hai, koi apne mind ke sochne ka amal band hi nahi kar sakta.</w:t>
      </w:r>
    </w:p>
    <w:p>
      <w:pPr>
        <w:jc w:val="right"/>
      </w:pPr>
      <w:r>
        <w:t>کیوں؟ میں سوچا کہ سوچنا بند کیسے کر سکتے ہیں؟ دیکھیں، مائنڈ جو ہے، اس کا کام ہی سوچنا ہے۔ سچی بات ہے، کوئی اپنے مائنڈ کے سوچنے کا عمل بند ہی نہیں کر سکتا۔</w:t>
      </w:r>
    </w:p>
    <w:p>
      <w:r>
        <w:rPr>
          <w:b/>
        </w:rPr>
        <w:t xml:space="preserve">[09:02] </w:t>
      </w:r>
      <w:r>
        <w:t>woh process to rahega, aap na chahen tab bhi.</w:t>
      </w:r>
    </w:p>
    <w:p>
      <w:pPr>
        <w:jc w:val="right"/>
      </w:pPr>
      <w:r>
        <w:t>وہ پراسیس تو رہے گا، آپ نہ چاہیں تب بھی۔</w:t>
      </w:r>
    </w:p>
    <w:p>
      <w:r>
        <w:rPr>
          <w:b/>
        </w:rPr>
        <w:t xml:space="preserve">[09:08] </w:t>
      </w:r>
      <w:r>
        <w:t>agar koi kehta hai ke mein ne apni soch ko band kar diya to galat kehta hai woh. "that is against the law of nature".</w:t>
      </w:r>
    </w:p>
    <w:p>
      <w:pPr>
        <w:jc w:val="right"/>
      </w:pPr>
      <w:r>
        <w:t>اگر کوئی کہتا ہے کہ میں نے اپنی سوچ کو بند کر دیا تو غلط کہتا ہے وہ۔ "دیٹ از اگینسٹ دی لاء آف نیچر"۔</w:t>
      </w:r>
    </w:p>
    <w:p>
      <w:r>
        <w:rPr>
          <w:b/>
        </w:rPr>
        <w:t xml:space="preserve">[09:19] </w:t>
      </w:r>
      <w:r>
        <w:t>"that is against the law of nature". to jab tak mind hai, jab tak aap zinda hain, mind sochega.</w:t>
      </w:r>
    </w:p>
    <w:p>
      <w:pPr>
        <w:jc w:val="right"/>
      </w:pPr>
      <w:r>
        <w:t>"دیٹ از اگینسٹ دی لاء آف نیچر"۔ تو جب تک مائنڈ ہے، جب تک آپ زندہ ہیں، مائنڈ سوچے گا۔</w:t>
      </w:r>
    </w:p>
    <w:p>
      <w:r>
        <w:rPr>
          <w:b/>
        </w:rPr>
        <w:t xml:space="preserve">[09:29] </w:t>
      </w:r>
      <w:r>
        <w:t>to dekhen, akhbar mein tha ke "stop thinking". mere mind mein kya hua? ke "start thinking" ban gaya woh.</w:t>
      </w:r>
    </w:p>
    <w:p>
      <w:pPr>
        <w:jc w:val="right"/>
      </w:pPr>
      <w:r>
        <w:t>تو دیکھیں، اخبار میں تھا کہ "اسٹاپ تھنکنگ"۔ میرے مائنڈ میں کیا ہوا؟ کہ "اسٹارٹ تھنکنگ" بن گیا وہ۔</w:t>
      </w:r>
    </w:p>
    <w:p>
      <w:r>
        <w:rPr>
          <w:b/>
        </w:rPr>
        <w:t xml:space="preserve">[09:41] </w:t>
      </w:r>
      <w:r>
        <w:t>mera mind jo trigger hua to us ne us ko ek aur mind nikaal liya.</w:t>
      </w:r>
    </w:p>
    <w:p>
      <w:pPr>
        <w:jc w:val="right"/>
      </w:pPr>
      <w:r>
        <w:t>میرا مائنڈ جو ٹریگر ہوا تو اس نے اس کو ایک اور مائنڈ نکال لیا۔</w:t>
      </w:r>
    </w:p>
    <w:p>
      <w:r>
        <w:rPr>
          <w:b/>
        </w:rPr>
        <w:t xml:space="preserve">[09:47] </w:t>
      </w:r>
      <w:r>
        <w:t>phir kya hua? ke jab sochna shuru hua to bohat sari baatein samajh mein aayin. ek ke baad ek ke baad ek baat.</w:t>
      </w:r>
    </w:p>
    <w:p>
      <w:pPr>
        <w:jc w:val="right"/>
      </w:pPr>
      <w:r>
        <w:t>پھر کیا ہوا؟ کہ جب سوچنا شروع ہوا تو بہت ساری باتیں سمجھ میں آئیں۔ ایک کے بعد ایک کے بعد ایک بات۔</w:t>
      </w:r>
    </w:p>
    <w:p>
      <w:r>
        <w:rPr>
          <w:b/>
        </w:rPr>
        <w:t xml:space="preserve">[09:58] </w:t>
      </w:r>
      <w:r>
        <w:t>to jis ko angrezi mein kehte hain "chain reaction".</w:t>
      </w:r>
    </w:p>
    <w:p>
      <w:pPr>
        <w:jc w:val="right"/>
      </w:pPr>
      <w:r>
        <w:t>تو جس کو انگریزی میں کہتے ہیں "چین ری ایکشن"۔</w:t>
      </w:r>
    </w:p>
    <w:p>
      <w:r>
        <w:rPr>
          <w:b/>
        </w:rPr>
        <w:t xml:space="preserve">[10:04] </w:t>
      </w:r>
      <w:r>
        <w:t>to mein samajhta hoon ke yeh jo Quran mein aur hadith mein hai ke saat sau guna tak, to is ka matlab yeh hai ke agar tumhara mind trigger ho jaye to ek ke baad ek is mein item aate chale jayenge.</w:t>
      </w:r>
    </w:p>
    <w:p>
      <w:pPr>
        <w:jc w:val="right"/>
      </w:pPr>
      <w:r>
        <w:t>تو میں سمجھتا ہوں کہ یہ جو قرآن میں اور حدیث میں ہے کہ سات سو گنا تک، تو اس کا مطلب یہ ہے کہ اگر تمہارا مائنڈ ٹریگر ہو جائے تو ایک کے بعد ایک اس میں آئٹم آتے چلے جائیں گے۔</w:t>
      </w:r>
    </w:p>
    <w:p>
      <w:r>
        <w:rPr>
          <w:b/>
        </w:rPr>
        <w:t xml:space="preserve">[10:23] </w:t>
      </w:r>
      <w:r>
        <w:t>thinking ka chain reaction ho jayega. yeh matlab hai is ka.</w:t>
      </w:r>
    </w:p>
    <w:p>
      <w:pPr>
        <w:jc w:val="right"/>
      </w:pPr>
      <w:r>
        <w:t>تھنکنگ کا چین ری ایکشن ہو جائے گا۔ یہ مطلب ہے اس کا۔</w:t>
      </w:r>
    </w:p>
    <w:p>
      <w:r>
        <w:rPr>
          <w:b/>
        </w:rPr>
        <w:t xml:space="preserve">[10:32] </w:t>
      </w:r>
      <w:r>
        <w:t>aur ek aur hadith mujhe yaad aayi is silsile mein. ek hadith hai dekhen ke ajabun amrul momin fa inna amrahu kullahu khair</w:t>
      </w:r>
    </w:p>
    <w:p>
      <w:pPr>
        <w:jc w:val="right"/>
      </w:pPr>
      <w:r>
        <w:t>اور ایک اور حدیث مجھے یاد آئی اس سلسلے میں۔ ایک حدیث ہے دیکھیں کہ عجبا لامر المومن فان امره كله له خیر</w:t>
      </w:r>
    </w:p>
    <w:p>
      <w:r>
        <w:rPr>
          <w:b/>
        </w:rPr>
        <w:t xml:space="preserve">[10:51] </w:t>
      </w:r>
      <w:r>
        <w:t>idha asabathu sarra shakar fakan khair</w:t>
      </w:r>
    </w:p>
    <w:p>
      <w:pPr>
        <w:jc w:val="right"/>
      </w:pPr>
      <w:r>
        <w:t>اذا اصابت ہو سرا شکر فکان خیر</w:t>
      </w:r>
    </w:p>
    <w:p>
      <w:r>
        <w:rPr>
          <w:b/>
        </w:rPr>
        <w:t xml:space="preserve">[10:58] </w:t>
      </w:r>
      <w:r>
        <w:t>haan, is mein dekhen yeh lafz hai ke laysa dhalika li ahadin illa lil momin yeh jo bataya gaya hai is baat mein, is mein yeh lafz hai ke laysa dhalika li ahadin illa lil momin is ka matlab hai ke momin ka mamla kaisa ajeeb hai</w:t>
      </w:r>
    </w:p>
    <w:p>
      <w:pPr>
        <w:jc w:val="right"/>
      </w:pPr>
      <w:r>
        <w:t>ہاں، اس میں دیکھیں یہ لفظ ہے کہ ليس ذالک لحد الا للمومن یہ جو بتایا گیا ہے اس بات میں، اس میں یہ لفظ ہے کہ ليس ذالک لحد الا للمومن اس کا مطلب ہے کہ مومن کا معاملہ کیسا عجیب ہے</w:t>
      </w:r>
    </w:p>
    <w:p>
      <w:r>
        <w:rPr>
          <w:b/>
        </w:rPr>
        <w:t xml:space="preserve">[11:21] </w:t>
      </w:r>
      <w:r>
        <w:t>ke is ke liye har baat khair ban jati hai aur yeh sirf momin hi ke liye hai.</w:t>
      </w:r>
    </w:p>
    <w:p>
      <w:pPr>
        <w:jc w:val="right"/>
      </w:pPr>
      <w:r>
        <w:t>کہ اس کے لیے ہر بات خیر بن جاتی ہے اور یہ صرف مومن ہی کے لیے ہے۔</w:t>
      </w:r>
    </w:p>
    <w:p>
      <w:r>
        <w:rPr>
          <w:b/>
        </w:rPr>
        <w:t xml:space="preserve">[11:29] </w:t>
      </w:r>
      <w:r>
        <w:t>agar is ko kuch acha tajurba ho to shukr karta hai, to is ko is ka sawab milta hai. agar koi</w:t>
      </w:r>
    </w:p>
    <w:p>
      <w:pPr>
        <w:jc w:val="right"/>
      </w:pPr>
      <w:r>
        <w:t>اگر اس کو کچھ اچھا تجربہ ہو تو شکر کرتا ہے، تو اس کو اس کا ثواب ملتا ہے۔ اگر کوئی</w:t>
      </w:r>
    </w:p>
    <w:p>
      <w:r>
        <w:rPr>
          <w:b/>
        </w:rPr>
        <w:t xml:space="preserve">[11:41] </w:t>
      </w:r>
      <w:r>
        <w:t>negative tajurba ho to sabr karta hai, is ka is ko sawab milta hai. to yeh jo lafz hai, bohat hi ba-maani lafz hai laysa thalika li ahadin illa lil momin</w:t>
      </w:r>
    </w:p>
    <w:p>
      <w:pPr>
        <w:jc w:val="right"/>
      </w:pPr>
      <w:r>
        <w:t>نیگیٹیو تجربہ ہو تو صبر کرتا ہے، اس کا اس کو ثواب ملتا ہے۔ تو یہ جو لفظ ہے، بہت ہی بامعنی لفظ ہے ليس ذالک لحد الا للمومن</w:t>
      </w:r>
    </w:p>
    <w:p>
      <w:r>
        <w:rPr>
          <w:b/>
        </w:rPr>
        <w:t xml:space="preserve">[11:56] </w:t>
      </w:r>
      <w:r>
        <w:t>yeh kisi aur ke liye nahi hai, sirf momin ke liye.</w:t>
      </w:r>
    </w:p>
    <w:p>
      <w:pPr>
        <w:jc w:val="right"/>
      </w:pPr>
      <w:r>
        <w:t>یہ کسی اور کے لیے نہیں ہے، صرف مومن کے لیے۔</w:t>
      </w:r>
    </w:p>
    <w:p>
      <w:r>
        <w:rPr>
          <w:b/>
        </w:rPr>
        <w:t xml:space="preserve">[11:59] </w:t>
      </w:r>
      <w:r>
        <w:t>dekhein, momin ka matlab kya hai? momin ka matlab na samajhne ki wajah se log is hadith ko bhi nahi samajh paate.</w:t>
      </w:r>
    </w:p>
    <w:p>
      <w:pPr>
        <w:jc w:val="right"/>
      </w:pPr>
      <w:r>
        <w:t>دیکھیں، مومن کا مطلب کیا ہے؟ مومن کا مطلب نہ سمجھنے کی وجہ سے لوگ اس حدیث کو بھی نہیں سمجھ پاتے۔</w:t>
      </w:r>
    </w:p>
    <w:p>
      <w:r>
        <w:rPr>
          <w:b/>
        </w:rPr>
        <w:t xml:space="preserve">[12:10] </w:t>
      </w:r>
      <w:r>
        <w:t>yahan par momin ka matlab hai "prepared mind".</w:t>
      </w:r>
    </w:p>
    <w:p>
      <w:pPr>
        <w:jc w:val="right"/>
      </w:pPr>
      <w:r>
        <w:t>یہاں پر مومن کا مطلب ہے "پریپیرڈ مائنڈ"۔</w:t>
      </w:r>
    </w:p>
    <w:p>
      <w:r>
        <w:rPr>
          <w:b/>
        </w:rPr>
        <w:t xml:space="preserve">[12:17] </w:t>
      </w:r>
      <w:r>
        <w:t>yani jiske andar sachai ki daryaft hui ho, Allah par is ka yaqeen ho, akhirat mein yaqeen ho, Quran ko samajh samajhta ho.</w:t>
      </w:r>
    </w:p>
    <w:p>
      <w:pPr>
        <w:jc w:val="right"/>
      </w:pPr>
      <w:r>
        <w:t>یعنی جس کے اندر سچائی کی دریافت ہوئی ہو، اللہ پر اس کا یقین ہو، آخرت میں یقین ہو، قرآن کو سمجھ سمجھتا ہو۔</w:t>
      </w:r>
    </w:p>
    <w:p>
      <w:r>
        <w:rPr>
          <w:b/>
        </w:rPr>
        <w:t xml:space="preserve">[12:29] </w:t>
      </w:r>
      <w:r>
        <w:t>woh in saari baaton ko le kar ke main keh raha hoon ke "prepared momin", "prepared mind". to yeh sirf "prepared mind" ke liye hai.</w:t>
      </w:r>
    </w:p>
    <w:p>
      <w:pPr>
        <w:jc w:val="right"/>
      </w:pPr>
      <w:r>
        <w:t>وہ ان ساری باتوں کو لے کر کے میں کہہ رہا ہوں کہ "پریپیرڈ مومن"، "پریپیرڈ مائنڈ"۔ تو یہ صرف "پریپیرڈ مائنڈ" کے لیے ہے۔</w:t>
      </w:r>
    </w:p>
    <w:p>
      <w:r>
        <w:rPr>
          <w:b/>
        </w:rPr>
        <w:t xml:space="preserve">[12:41] </w:t>
      </w:r>
      <w:r>
        <w:t>aisa nahi ke jo kisi Musalman ghar mein paida hoga to bas is ke liye hai.</w:t>
      </w:r>
    </w:p>
    <w:p>
      <w:pPr>
        <w:jc w:val="right"/>
      </w:pPr>
      <w:r>
        <w:t>ایسا نہیں کہ جو کسی مسلمان گھر میں پیدا ہوگا تو بس اس کے لیے ہے۔</w:t>
      </w:r>
    </w:p>
    <w:p>
      <w:r>
        <w:rPr>
          <w:b/>
        </w:rPr>
        <w:t xml:space="preserve">[12:47] </w:t>
      </w:r>
      <w:r>
        <w:t>main ne arz kiya is se pehle ke Islam mein koi cheez mysterious nahi ho sakti hai. zaroor is ka koi na koi rational interpretation hoga.</w:t>
      </w:r>
    </w:p>
    <w:p>
      <w:pPr>
        <w:jc w:val="right"/>
      </w:pPr>
      <w:r>
        <w:t>میں نے عرض کیا اس سے پہلے کہ اسلام میں کوئی چیز مسٹیریس نہیں ہو سکتی ہے۔ ضرور اس کا کوئی نہ کوئی ریشنل انٹرپریٹیشن ہوگا۔</w:t>
      </w:r>
    </w:p>
    <w:p>
      <w:r>
        <w:rPr>
          <w:b/>
        </w:rPr>
        <w:t xml:space="preserve">[13:01] </w:t>
      </w:r>
      <w:r>
        <w:t>to yahan par momin ka lafz is maani mein hai ke jo</w:t>
      </w:r>
    </w:p>
    <w:p>
      <w:pPr>
        <w:jc w:val="right"/>
      </w:pPr>
      <w:r>
        <w:t>تو یہاں پر مومن کا لفظ اس معنی میں ہے کہ جو</w:t>
      </w:r>
    </w:p>
    <w:p>
      <w:r>
        <w:rPr>
          <w:b/>
        </w:rPr>
        <w:t xml:space="preserve">[13:10] </w:t>
      </w:r>
      <w:r>
        <w:t>apni marifat ki bina par "prepared mind" ban chuka, us ke liye aisa hai.</w:t>
      </w:r>
    </w:p>
    <w:p>
      <w:pPr>
        <w:jc w:val="right"/>
      </w:pPr>
      <w:r>
        <w:t>اپنی معرفت کی بنا پر "پریپیرڈ مائنڈ" بن چکا، اس کے لیے ایسا ہے۔</w:t>
      </w:r>
    </w:p>
    <w:p>
      <w:r>
        <w:rPr>
          <w:b/>
        </w:rPr>
        <w:t xml:space="preserve">[13:17] </w:t>
      </w:r>
      <w:r>
        <w:t>to kyun aisa hai? ke is ka "prepared mind" hoga. to jab kuch parhega, jab kuch dekhega, us ko kuch experience hoga, to is ka mind trigger hota rahega.</w:t>
      </w:r>
    </w:p>
    <w:p>
      <w:pPr>
        <w:jc w:val="right"/>
      </w:pPr>
      <w:r>
        <w:t>تو کیوں ایسا ہے؟ کہ اس کا "پریپیرڈ مائنڈ" ہوگا۔ تو جب کچھ پڑھے گا، جب کچھ دیکھے گا، اس کو کچھ ایکسپیرینس ہوگا، تو اس کا مائنڈ ٹریگر ہوتا رہے گا۔</w:t>
      </w:r>
    </w:p>
    <w:p>
      <w:r>
        <w:rPr>
          <w:b/>
        </w:rPr>
        <w:t xml:space="preserve">[13:27] </w:t>
      </w:r>
      <w:r>
        <w:t>trigger hota rahega to chain reaction ho jayega. phir ek ke baad ek, us ko doosra. to saat sau guna tak pahunch sakta hai woh.</w:t>
      </w:r>
    </w:p>
    <w:p>
      <w:pPr>
        <w:jc w:val="right"/>
      </w:pPr>
      <w:r>
        <w:t>ٹریگر ہوتا رہے گا تو چین ری ایکشن ہو جائے گا۔ پھر ایک کے بعد ایک، اس کو دوسرا۔ تو سات سو گنا تک پہنچ سکتا ہے وہ۔</w:t>
      </w:r>
    </w:p>
    <w:p>
      <w:r>
        <w:rPr>
          <w:b/>
        </w:rPr>
        <w:t xml:space="preserve">[13:39] </w:t>
      </w:r>
      <w:r>
        <w:t>yani chain reaction ki bina par item, naye naye item, naye naye item aayenge aur woh saat sau guna, us balkeh is se bhi zyada pahunch sakta hai. aur yeh dekhein, saat sau guna ka matlab yeh nahi hai ke isi waqt nahi.</w:t>
      </w:r>
    </w:p>
    <w:p>
      <w:pPr>
        <w:jc w:val="right"/>
      </w:pPr>
      <w:r>
        <w:t>یعنی چین ری ایکشن کی بنا پر آئٹم، نئے نئے آئٹم، نئے نئے آئٹم آئیں گے اور وہ سات سو گنا، اس بلکہ اس سے بھی زیادہ پہنچ سکتا ہے۔ اور یہ دیکھیں، سات سو گنا کا مطلب یہ نہیں ہے کہ اسی وقت نہیں۔</w:t>
      </w:r>
    </w:p>
    <w:p>
      <w:r>
        <w:rPr>
          <w:b/>
        </w:rPr>
        <w:t xml:space="preserve">[13:54] </w:t>
      </w:r>
      <w:r>
        <w:t>har cheez aap ke mind mein aa jati hai. aap socho, mind aap ko sochta rehta hai aur phir naye naye item nikalta rehta hai.</w:t>
      </w:r>
    </w:p>
    <w:p>
      <w:pPr>
        <w:jc w:val="right"/>
      </w:pPr>
      <w:r>
        <w:t>ہر چیز آپ کے مائنڈ میں آ جاتی ہے۔ آپ سوچ، مائنڈ آپ کو سوچتا رہتا ہے اور پھر نئے نئے آئٹم نکالتا رہتا ہے۔</w:t>
      </w:r>
    </w:p>
    <w:p>
      <w:r>
        <w:rPr>
          <w:b/>
        </w:rPr>
        <w:t xml:space="preserve">[14:04] </w:t>
      </w:r>
      <w:r>
        <w:t>yani jab koi ayat padhi aap ne, koi tajurba guzra aap par, to is ka matlab hai ke aayen isi waqt saat sau guna nahi.</w:t>
      </w:r>
    </w:p>
    <w:p>
      <w:pPr>
        <w:jc w:val="right"/>
      </w:pPr>
      <w:r>
        <w:t>یعنی جب کوئی آیت پڑھی آپ نے، کوئی تجربہ گزرا آپ پر، تو اس کا مطلب ہے کہ آئیں اسی وقت سات سو گنا نہیں۔</w:t>
      </w:r>
    </w:p>
    <w:p>
      <w:r>
        <w:rPr>
          <w:b/>
        </w:rPr>
        <w:t xml:space="preserve">[14:13] </w:t>
      </w:r>
      <w:r>
        <w:t>woh mind mein feed ho jata hai. jab mind mein ek item feed ho jaye, ho gaya marifat ka ek item, to woh to process jari hoga.</w:t>
      </w:r>
    </w:p>
    <w:p>
      <w:pPr>
        <w:jc w:val="right"/>
      </w:pPr>
      <w:r>
        <w:t>وہ مائنڈ میں فیڈ ہو جاتا ہے۔ جب مائنڈ میں ایک آئٹم فیڈ ہو جائے، ہو گیا معرفت کا ایک آئٹم، تو وہ تو پراسیس جاری ہوگا۔</w:t>
      </w:r>
    </w:p>
    <w:p>
      <w:r>
        <w:rPr>
          <w:b/>
        </w:rPr>
        <w:t xml:space="preserve">[14:23] </w:t>
      </w:r>
      <w:r>
        <w:t>jab process jari hoga to saat sau guna tak pahunch sakta hai woh.</w:t>
      </w:r>
    </w:p>
    <w:p>
      <w:pPr>
        <w:jc w:val="right"/>
      </w:pPr>
      <w:r>
        <w:t>جب پراسیس جاری ہوگا تو سات سو گنا تک پہنچ سکتا ہے وہ۔</w:t>
      </w:r>
    </w:p>
    <w:p>
      <w:r>
        <w:rPr>
          <w:b/>
        </w:rPr>
        <w:t xml:space="preserve">[14:29] </w:t>
      </w:r>
      <w:r>
        <w:t>jaise main arz karta hoon ke kis tarah se</w:t>
      </w:r>
    </w:p>
    <w:p>
      <w:pPr>
        <w:jc w:val="right"/>
      </w:pPr>
      <w:r>
        <w:t>جیسے میں عرض کرتا ہوں کہ کس طرح سے</w:t>
      </w:r>
    </w:p>
    <w:p>
      <w:r>
        <w:rPr>
          <w:b/>
        </w:rPr>
        <w:t xml:space="preserve">[14:36] </w:t>
      </w:r>
      <w:r>
        <w:t>mind trigger hota hai. main ne radio khola, main rozana radio sunta hoon news ke liye, khabron ke liye.</w:t>
      </w:r>
    </w:p>
    <w:p>
      <w:pPr>
        <w:jc w:val="right"/>
      </w:pPr>
      <w:r>
        <w:t>مائنڈ ٹریگر ہوتا ہے۔ میں نے ریڈیو کھولا، میں روزانہ ریڈیو سنتا ہوں نیوز کے لیے، خبروں کے لیے۔</w:t>
      </w:r>
    </w:p>
    <w:p>
      <w:r>
        <w:rPr>
          <w:b/>
        </w:rPr>
        <w:t xml:space="preserve">[14:46] </w:t>
      </w:r>
      <w:r>
        <w:t>lekin jab khabron ke sath sath wahan aur cheezein aati rehti hain, to aap jab kholenge to kuch na kuch aa jata hai.</w:t>
      </w:r>
    </w:p>
    <w:p>
      <w:pPr>
        <w:jc w:val="right"/>
      </w:pPr>
      <w:r>
        <w:t>لیکن جب خبروں کے ساتھ ساتھ وہاں اور چیزیں آتی رہتی ہیں، تو آپ جب کھولیں گے تو کچھ نہ کچھ آ جاتا ہے۔</w:t>
      </w:r>
    </w:p>
    <w:p>
      <w:r>
        <w:rPr>
          <w:b/>
        </w:rPr>
        <w:t xml:space="preserve">[14:56] </w:t>
      </w:r>
      <w:r>
        <w:t>to main ne khola to is mein ek gana aa raha tha.</w:t>
      </w:r>
    </w:p>
    <w:p>
      <w:pPr>
        <w:jc w:val="right"/>
      </w:pPr>
      <w:r>
        <w:t>تو میں نے کھولا تو اس میں ایک گانا آ رہا تھا۔</w:t>
      </w:r>
    </w:p>
    <w:p>
      <w:r>
        <w:rPr>
          <w:b/>
        </w:rPr>
        <w:t xml:space="preserve">[15:02] </w:t>
      </w:r>
      <w:r>
        <w:t>woh is ka line yeh thi ke sajan re jhoot mat bolo Khuda ke paas jana hai.</w:t>
      </w:r>
    </w:p>
    <w:p>
      <w:pPr>
        <w:jc w:val="right"/>
      </w:pPr>
      <w:r>
        <w:t>وہ اس کا لائن یہ تھی کہ سجن رے جھوٹ مت بولو خدا کے پاس جانا ہے۔</w:t>
      </w:r>
    </w:p>
    <w:p>
      <w:r>
        <w:rPr>
          <w:b/>
        </w:rPr>
        <w:t xml:space="preserve">[15:14] </w:t>
      </w:r>
      <w:r>
        <w:t>na ghoda hai, na gaadi hai, wahan paidal hi jana hai. ab dekhein, bazahir to yeh ek radio ka gana hai, lekin mera mind trigger ho gaya.</w:t>
      </w:r>
    </w:p>
    <w:p>
      <w:pPr>
        <w:jc w:val="right"/>
      </w:pPr>
      <w:r>
        <w:t>نہ گھوڑا ہے، نہ گاڑی ہے، وہاں پیدل ہی جانا ہے۔ اب دیکھیں، بظاہر تو یہ ایک ریڈیو کا گانا ہے، لیکن میرا مائنڈ ٹریگر ہو گیا۔</w:t>
      </w:r>
    </w:p>
    <w:p>
      <w:r>
        <w:rPr>
          <w:b/>
        </w:rPr>
        <w:t xml:space="preserve">[15:26] </w:t>
      </w:r>
      <w:r>
        <w:t>ab laga sochne maut ke bare mein.</w:t>
      </w:r>
    </w:p>
    <w:p>
      <w:pPr>
        <w:jc w:val="right"/>
      </w:pPr>
      <w:r>
        <w:t>اب لگا سوچنے موت کے بارے میں۔</w:t>
      </w:r>
    </w:p>
    <w:p>
      <w:r>
        <w:rPr>
          <w:b/>
        </w:rPr>
        <w:t xml:space="preserve">[15:31] </w:t>
      </w:r>
      <w:r>
        <w:t>maut, dekhen, maut sirf zindagi ke khateme ka naam nahin hai. zindagi khatm ho gayi, is ka naam maut nahin.</w:t>
      </w:r>
    </w:p>
    <w:p>
      <w:pPr>
        <w:jc w:val="right"/>
      </w:pPr>
      <w:r>
        <w:t>موت، دیکھیں، موت صرف زندگی کے خاتمے کا نام نہیں ہے۔ زندگی ختم ہو گئی، اس کا نام موت نہیں۔</w:t>
      </w:r>
    </w:p>
    <w:p>
      <w:r>
        <w:rPr>
          <w:b/>
        </w:rPr>
        <w:t xml:space="preserve">[15:41] </w:t>
      </w:r>
      <w:r>
        <w:t>maut ek poora subject hai. maut ke liye jab sochte hain aap to ek poora subject ban jata hai. yaani death oriented thinking aap ke andar aati hai.</w:t>
      </w:r>
    </w:p>
    <w:p>
      <w:pPr>
        <w:jc w:val="right"/>
      </w:pPr>
      <w:r>
        <w:t>موت ایک پورا سبجیکٹ ہے۔ موت کے لیے جب سوچتے ہیں آپ تو ایک پورا سبجیکٹ بن جاتا ہے۔ یعنی ڈیتھ اوریٹڈ تھنکنگ آپ کے اندر آتی ہے۔</w:t>
      </w:r>
    </w:p>
    <w:p>
      <w:r>
        <w:rPr>
          <w:b/>
        </w:rPr>
        <w:t xml:space="preserve">[15:56] </w:t>
      </w:r>
      <w:r>
        <w:t>death ko le kar aap sab kuch sochne lagte hain.</w:t>
      </w:r>
    </w:p>
    <w:p>
      <w:pPr>
        <w:jc w:val="right"/>
      </w:pPr>
      <w:r>
        <w:t>ڈیتھ کو لے کر آپ سب کچھ سوچنے لگتے ہیں۔</w:t>
      </w:r>
    </w:p>
    <w:p>
      <w:r>
        <w:rPr>
          <w:b/>
        </w:rPr>
        <w:t xml:space="preserve">[16:00] </w:t>
      </w:r>
      <w:r>
        <w:t>poori death period ko, is death period ko to poori zindagi ek aap ke liye sochne ka subject ban jati hai.</w:t>
      </w:r>
    </w:p>
    <w:p>
      <w:pPr>
        <w:jc w:val="right"/>
      </w:pPr>
      <w:r>
        <w:t>پوری ڈیتھ پیریڈ کو، اس ڈیتھ پیریڈ کو تو پوری زندگی ایک آپ کے لیے سوچنے کا سبجیکٹ بن جاتی ہے۔</w:t>
      </w:r>
    </w:p>
    <w:p>
      <w:r>
        <w:rPr>
          <w:b/>
        </w:rPr>
        <w:t xml:space="preserve">[16:12] </w:t>
      </w:r>
      <w:r>
        <w:t>to aap kya hua? sochte sochte mujhe quran ki ayat yaad aayi ke kal nafs za'iqatul maut.</w:t>
      </w:r>
    </w:p>
    <w:p>
      <w:pPr>
        <w:jc w:val="right"/>
      </w:pPr>
      <w:r>
        <w:t>تو آپ کیا ہوا؟ سوچتے سوچتے مجھے قرآن کی آیت یاد آئی کہ کل نفس ذائقۃ الموت ۔</w:t>
      </w:r>
    </w:p>
    <w:p>
      <w:r>
        <w:rPr>
          <w:b/>
        </w:rPr>
        <w:t xml:space="preserve">[16:23] </w:t>
      </w:r>
      <w:r>
        <w:t>ab dekhen, radio ka ek ek gana tha,</w:t>
      </w:r>
    </w:p>
    <w:p>
      <w:pPr>
        <w:jc w:val="right"/>
      </w:pPr>
      <w:r>
        <w:t>اب دیکھیں، ریڈیو کا ایک ایک گانا تھا،</w:t>
      </w:r>
    </w:p>
    <w:p>
      <w:r>
        <w:rPr>
          <w:b/>
        </w:rPr>
        <w:t xml:space="preserve">[16:28] </w:t>
      </w:r>
      <w:r>
        <w:t>is ne kya yaad dilaya maut ko? phir yaad aaya quran ki ek ayat kal nafs za'iqatul maut. har aadmi ko lazman marna hai, koi marne se bach nahin sakta.</w:t>
      </w:r>
    </w:p>
    <w:p>
      <w:pPr>
        <w:jc w:val="right"/>
      </w:pPr>
      <w:r>
        <w:t>اس نے کیا یاد دلایا موت کو؟ پھر یاد آیا قرآن کی ایک آیت کل نفس ذائقۃ الموت ۔ ہر آدمی کو لازماً مرنا ہے، کوئی مرنے سے بچ نہیں سکتا۔</w:t>
      </w:r>
    </w:p>
    <w:p>
      <w:r>
        <w:rPr>
          <w:b/>
        </w:rPr>
        <w:t xml:space="preserve">[16:45] </w:t>
      </w:r>
      <w:r>
        <w:t>main socha, kaisi ajeeb baat hai! aadmi ke paas daulat ho, taqat ho, ilm ho, kuch bhi ho, lekin use lazman ek din marna padta hai.</w:t>
      </w:r>
    </w:p>
    <w:p>
      <w:pPr>
        <w:jc w:val="right"/>
      </w:pPr>
      <w:r>
        <w:t>میں سوچا، کیسی عجیب بات ہے! آدمی کے پاس دولت ہو، طاقت ہو، علم ہو، کچھ بھی ہو، لیکن اسے لازماً ایک دن مرنا پڑتا ہے۔</w:t>
      </w:r>
    </w:p>
    <w:p>
      <w:r>
        <w:rPr>
          <w:b/>
        </w:rPr>
        <w:t xml:space="preserve">[16:59] </w:t>
      </w:r>
      <w:r>
        <w:t>yaani is ko main kehta hoon ke compulsory eviction. hum aap kisi ghar mein hain, kisi duniya mein hain, lekin maut hum ko zabardasti yahan se nikal ke le aati hai kahin aur.</w:t>
      </w:r>
    </w:p>
    <w:p>
      <w:pPr>
        <w:jc w:val="right"/>
      </w:pPr>
      <w:r>
        <w:t>یعنی اس کو میں کہتا ہوں کہ کمپلسری ایویکشن۔ ہم آپ کسی گھر میں ہیں، کسی دنیا میں ہیں، لیکن موت ہم کو زبردستی یہاں سے نکال کے لے آتی ہے کہیں اور۔</w:t>
      </w:r>
    </w:p>
    <w:p>
      <w:r>
        <w:rPr>
          <w:b/>
        </w:rPr>
        <w:t xml:space="preserve">[17:16] </w:t>
      </w:r>
      <w:r>
        <w:t>that is compulsory eviction. ab ek ke baad ek, dekhen, baaten aa rahi hain dimagh mein</w:t>
      </w:r>
    </w:p>
    <w:p>
      <w:pPr>
        <w:jc w:val="right"/>
      </w:pPr>
      <w:r>
        <w:t>That is compulsory eviction ۔ اب ایک کے بعد ایک، دیکھیں، باتیں آ رہی ہیں دماغ میں</w:t>
      </w:r>
    </w:p>
    <w:p>
      <w:r>
        <w:rPr>
          <w:b/>
        </w:rPr>
        <w:t xml:space="preserve">[17:26] </w:t>
      </w:r>
      <w:r>
        <w:t>ke aaj hum ek naye duniya mein hain, lekin jo compulsory eviction ka waqt hoga, achanak hi ek nayi duniya, jis ko hum ne dekha nahin.</w:t>
      </w:r>
    </w:p>
    <w:p>
      <w:pPr>
        <w:jc w:val="right"/>
      </w:pPr>
      <w:r>
        <w:t>کہ آج ہم ایک نئے دنیا میں ہیں، لیکن جو کمپلسری ایویکشن کا وقت ہوگا، اچانک ہی ایک نئی دنیا، جس کو ہم نے دیکھا نہیں۔</w:t>
      </w:r>
    </w:p>
    <w:p>
      <w:r>
        <w:rPr>
          <w:b/>
        </w:rPr>
        <w:t xml:space="preserve">[17:39] </w:t>
      </w:r>
      <w:r>
        <w:t>yaani seen duniya se unseen duniya mein. ab kitni sari baaten is mein juri hui hain. kya hoga us waqt?</w:t>
      </w:r>
    </w:p>
    <w:p>
      <w:pPr>
        <w:jc w:val="right"/>
      </w:pPr>
      <w:r>
        <w:t>یعنی سین دنیا سے ان سین دنیا میں۔ اب کتنی ساری باتیں اس میں جڑی ہوئی ہیں۔ کیا ہوگا اس وقت؟</w:t>
      </w:r>
    </w:p>
    <w:p>
      <w:r>
        <w:rPr>
          <w:b/>
        </w:rPr>
        <w:t xml:space="preserve">[17:48] </w:t>
      </w:r>
      <w:r>
        <w:t>phir mujhe ek hadith yaad aayi.</w:t>
      </w:r>
    </w:p>
    <w:p>
      <w:pPr>
        <w:jc w:val="right"/>
      </w:pPr>
      <w:r>
        <w:t>پھر مجھے ایک حدیث یاد آئی۔</w:t>
      </w:r>
    </w:p>
    <w:p>
      <w:r>
        <w:rPr>
          <w:b/>
        </w:rPr>
        <w:t xml:space="preserve">[17:54] </w:t>
      </w:r>
      <w:r>
        <w:t>rasool Allah ne farmaya ke wallah la adri wallah la adri wallah la adri wa ana rasool Allah ma yuf'al bi wa la bikum. yaani kuch nahin maloom ke akhirat mein mere sath kya hoga, tumhare sath kya hoga.</w:t>
      </w:r>
    </w:p>
    <w:p>
      <w:pPr>
        <w:jc w:val="right"/>
      </w:pPr>
      <w:r>
        <w:t>رسول اللہ نے فرمایا کہ واللہ لا ادری واللہ لا ادری واللہ لا ادری وانا رسول اللہ ما یفعل بی ولا بکم ۔ یعنی کچھ نہیں معلوم کہ آخرت میں میرے ساتھ کیا ہوگا، تمہارے ساتھ کیا ہوگا۔</w:t>
      </w:r>
    </w:p>
    <w:p>
      <w:r>
        <w:rPr>
          <w:b/>
        </w:rPr>
        <w:t xml:space="preserve">[18:10] </w:t>
      </w:r>
      <w:r>
        <w:t>bilkul unknown hai woh, woh bilkul hi unknown hai.</w:t>
      </w:r>
    </w:p>
    <w:p>
      <w:pPr>
        <w:jc w:val="right"/>
      </w:pPr>
      <w:r>
        <w:t>بالکل ان نون ہے وہ، وہ بالکل ہی ان نون ہے۔</w:t>
      </w:r>
    </w:p>
    <w:p>
      <w:r>
        <w:rPr>
          <w:b/>
        </w:rPr>
        <w:t xml:space="preserve">[18:20] </w:t>
      </w:r>
      <w:r>
        <w:t>Allah ke hath mein hai.</w:t>
      </w:r>
    </w:p>
    <w:p>
      <w:pPr>
        <w:jc w:val="right"/>
      </w:pPr>
      <w:r>
        <w:t>اللہ کے ہاتھ میں ہے۔</w:t>
      </w:r>
    </w:p>
    <w:p>
      <w:r>
        <w:rPr>
          <w:b/>
        </w:rPr>
        <w:t xml:space="preserve">[18:23] </w:t>
      </w:r>
      <w:r>
        <w:t>is din sab kuch Allah ke hath mein hoga.</w:t>
      </w:r>
    </w:p>
    <w:p>
      <w:pPr>
        <w:jc w:val="right"/>
      </w:pPr>
      <w:r>
        <w:t>اس دن سب کچھ اللہ کے ہاتھ میں ہوگا۔</w:t>
      </w:r>
    </w:p>
    <w:p>
      <w:r>
        <w:rPr>
          <w:b/>
        </w:rPr>
        <w:t xml:space="preserve">[18:28] </w:t>
      </w:r>
      <w:r>
        <w:t>phir mujhe ek hadith yaad aayi.</w:t>
      </w:r>
    </w:p>
    <w:p>
      <w:pPr>
        <w:jc w:val="right"/>
      </w:pPr>
      <w:r>
        <w:t>پھر مجھے ایک حدیث یاد آئی۔</w:t>
      </w:r>
    </w:p>
    <w:p>
      <w:r>
        <w:rPr>
          <w:b/>
        </w:rPr>
        <w:t xml:space="preserve">[18:34] </w:t>
      </w:r>
      <w:r>
        <w:t>bahut hi, yaani</w:t>
      </w:r>
    </w:p>
    <w:p>
      <w:pPr>
        <w:jc w:val="right"/>
      </w:pPr>
      <w:r>
        <w:t>بہت ہی، یعنی</w:t>
      </w:r>
    </w:p>
    <w:p>
      <w:r>
        <w:rPr>
          <w:b/>
        </w:rPr>
        <w:t xml:space="preserve">[18:40] </w:t>
      </w:r>
      <w:r>
        <w:t>bahut hi ajeeb hadith hai.</w:t>
      </w:r>
    </w:p>
    <w:p>
      <w:pPr>
        <w:jc w:val="right"/>
      </w:pPr>
      <w:r>
        <w:t>بہت ہی عجیب حدیث ہے۔</w:t>
      </w:r>
    </w:p>
    <w:p>
      <w:r>
        <w:rPr>
          <w:b/>
        </w:rPr>
        <w:t xml:space="preserve">[18:50] </w:t>
      </w:r>
      <w:r>
        <w:t>akthuru dhikr hadd bil ladhdhatil maut. maut ko bahut zyada yaad karo, jo lazzaton ko utha dene wali hai.</w:t>
      </w:r>
    </w:p>
    <w:p>
      <w:pPr>
        <w:jc w:val="right"/>
      </w:pPr>
      <w:r>
        <w:t>اکثرو ذکر ہاد باللذات الموت ۔ موت کو بہت زیادہ یاد کرو، جو لذتوں کو اٹھا دینے والی ہے۔</w:t>
      </w:r>
    </w:p>
    <w:p>
      <w:r>
        <w:rPr>
          <w:b/>
        </w:rPr>
        <w:t xml:space="preserve">[19:03] </w:t>
      </w:r>
      <w:r>
        <w:t>ab is par main sochne laga ke lazzaton ko uthane ka matlab kya hai?</w:t>
      </w:r>
    </w:p>
    <w:p>
      <w:pPr>
        <w:jc w:val="right"/>
      </w:pPr>
      <w:r>
        <w:t>اب اس پر میں سوچنے لگا کہ لذتوں کو اٹھانے کا مطلب کیا ہے؟</w:t>
      </w:r>
    </w:p>
    <w:p>
      <w:r>
        <w:rPr>
          <w:b/>
        </w:rPr>
        <w:t xml:space="preserve">[19:12] </w:t>
      </w:r>
      <w:r>
        <w:t>to ek malik, ek duniya mere zehan mein aagayi.</w:t>
      </w:r>
    </w:p>
    <w:p>
      <w:pPr>
        <w:jc w:val="right"/>
      </w:pPr>
      <w:r>
        <w:t>تو ایک مالک، ایک دنیا میرے ذہن میں آگئی۔</w:t>
      </w:r>
    </w:p>
    <w:p>
      <w:r>
        <w:rPr>
          <w:b/>
        </w:rPr>
        <w:t xml:space="preserve">[19:18] </w:t>
      </w:r>
      <w:r>
        <w:t>lazzat ka matlab sirf yeh nahin ke aap khana peena hai, is ko bhool jayen. khana peena bhool jayen. nahin, is mein hazaron baaten shamil hain.</w:t>
      </w:r>
    </w:p>
    <w:p>
      <w:pPr>
        <w:jc w:val="right"/>
      </w:pPr>
      <w:r>
        <w:t>لذت کا مطلب صرف یہ نہیں کہ آپ کھانا پینا ہے، اس کو بھول جائیں۔ کھانا پینا بھول جائیں۔ نہیں، اس میں ہزاروں باتیں شامل ہیں۔</w:t>
      </w:r>
    </w:p>
    <w:p>
      <w:r>
        <w:rPr>
          <w:b/>
        </w:rPr>
        <w:t xml:space="preserve">[19:32] </w:t>
      </w:r>
      <w:r>
        <w:t>misal ke taur par dekhen, ek aadmi ke andar kibr ka mizaj hai, arrogance ka mizaj hai, to arrogance mein us ko lazzat milti hai.</w:t>
      </w:r>
    </w:p>
    <w:p>
      <w:pPr>
        <w:jc w:val="right"/>
      </w:pPr>
      <w:r>
        <w:t>مثلاً دیکھیں، ایک آدمی کے اندر کبر کا مزاج ہے، اروگنس کا مزاج ہے، تو اروگنس میں اس کو لذت ملتی ہے۔</w:t>
      </w:r>
    </w:p>
    <w:p>
      <w:r>
        <w:rPr>
          <w:b/>
        </w:rPr>
        <w:t xml:space="preserve">[19:46] </w:t>
      </w:r>
      <w:r>
        <w:t>yani doosre ke muqable mein apne ko jo bara samajhta hai, to ek ajeeb o ghareeb lazzat milti hai us ko. main bara hoon, woh chota hai.</w:t>
      </w:r>
    </w:p>
    <w:p>
      <w:pPr>
        <w:jc w:val="right"/>
      </w:pPr>
      <w:r>
        <w:t>یعنی دوسرے کے مقابلے میں اپنے کو جو بڑا سمجھتا ہے، تو ایک عجیب و غریب لذت ملتی ہے اس کو۔ میں بڑا ہوں، وہ چھوٹا ہے۔</w:t>
      </w:r>
    </w:p>
    <w:p>
      <w:r>
        <w:rPr>
          <w:b/>
        </w:rPr>
        <w:t xml:space="preserve">[19:56] </w:t>
      </w:r>
      <w:r>
        <w:t>main zyada hoon, woh kam hai.</w:t>
      </w:r>
    </w:p>
    <w:p>
      <w:pPr>
        <w:jc w:val="right"/>
      </w:pPr>
      <w:r>
        <w:t>میں زیادہ ہوں، وہ کم ہے۔</w:t>
      </w:r>
    </w:p>
    <w:p>
      <w:r>
        <w:rPr>
          <w:b/>
        </w:rPr>
        <w:t xml:space="preserve">[20:01] </w:t>
      </w:r>
      <w:r>
        <w:t>to yeh ajeeb, ek hi lazzat. main samajhta hoon ke tamam lazzaton se barh kar lazzat hai arrogance. yeh jo lazzatein hain, jo hotel mein ja ke aap khate peete hain, woh to kuch bhi nahin hain.</w:t>
      </w:r>
    </w:p>
    <w:p>
      <w:pPr>
        <w:jc w:val="right"/>
      </w:pPr>
      <w:r>
        <w:t>تو یہ عجیب، ایک ہی لذت۔ میں سمجھتا ہوں کہ تمام لذتوں سے بڑھ کر لذت ہے اروگنس۔ یہ جو لذتیں ہیں، جو ہوٹل میں جا کے آپ کھاتے پیتے ہیں، وہ تو کچھ بھی نہیں ہیں۔</w:t>
      </w:r>
    </w:p>
    <w:p>
      <w:r>
        <w:rPr>
          <w:b/>
        </w:rPr>
        <w:t xml:space="preserve">[20:15] </w:t>
      </w:r>
      <w:r>
        <w:t>arrogance aur pride aur superiority, yeh to sab se bari lazzat hai.</w:t>
      </w:r>
    </w:p>
    <w:p>
      <w:pPr>
        <w:jc w:val="right"/>
      </w:pPr>
      <w:r>
        <w:t>اروگنس اور پرائیڈ اور سپیریٹی، یہ تو سب سے بڑی لذت ہے۔</w:t>
      </w:r>
    </w:p>
    <w:p>
      <w:r>
        <w:rPr>
          <w:b/>
        </w:rPr>
        <w:t xml:space="preserve">[20:26] </w:t>
      </w:r>
      <w:r>
        <w:t>yeh itni bari lazzat hai ke is iblis ne jahannum ke khatre ko, at the cost of jahannum, is lazzat mein mubtala hua.</w:t>
      </w:r>
    </w:p>
    <w:p>
      <w:pPr>
        <w:jc w:val="right"/>
      </w:pPr>
      <w:r>
        <w:t>یہ اتنی بڑی لذت ہے کہ اس ابلیس نے جہنم کے خطرے کو، at the cost of جہنم، اس لذت میں مبتلا ہوا۔</w:t>
      </w:r>
    </w:p>
    <w:p>
      <w:r>
        <w:rPr>
          <w:b/>
        </w:rPr>
        <w:t xml:space="preserve">[20:34] </w:t>
      </w:r>
      <w:r>
        <w:t>woh aap ghore kijiye, bari ajeeb baat hai yeh.</w:t>
      </w:r>
    </w:p>
    <w:p>
      <w:pPr>
        <w:jc w:val="right"/>
      </w:pPr>
      <w:r>
        <w:t>وہ آپ غور کیجیے، بڑی عجیب بات ہے یہ۔</w:t>
      </w:r>
    </w:p>
    <w:p>
      <w:r>
        <w:rPr>
          <w:b/>
        </w:rPr>
        <w:t xml:space="preserve">[20:41] </w:t>
      </w:r>
      <w:r>
        <w:t>bohat ajeeb baat hai.</w:t>
      </w:r>
    </w:p>
    <w:p>
      <w:pPr>
        <w:jc w:val="right"/>
      </w:pPr>
      <w:r>
        <w:t>بہت عجیب بات ہے۔</w:t>
      </w:r>
    </w:p>
    <w:p>
      <w:r>
        <w:rPr>
          <w:b/>
        </w:rPr>
        <w:t xml:space="preserve">[20:45] </w:t>
      </w:r>
      <w:r>
        <w:t>yani Allah taala ne Adam ko paida kiya aur kaha ke sab log jhuk jao us ke aage. sare farishte. to is mein jinn bhi maujood tha us waqt.</w:t>
      </w:r>
    </w:p>
    <w:p>
      <w:pPr>
        <w:jc w:val="right"/>
      </w:pPr>
      <w:r>
        <w:t>یعنی اللہ تعالیٰ نے آدم کو پیدا کیا اور کہا کہ سب لوگ جھک جاؤ اس کے آگے۔ سارے فرشتے۔ تو اس میں جن بھی موجود تھا اس وقت۔</w:t>
      </w:r>
    </w:p>
    <w:p>
      <w:r>
        <w:rPr>
          <w:b/>
        </w:rPr>
        <w:t xml:space="preserve">[20:56] </w:t>
      </w:r>
      <w:r>
        <w:t>iblis tha, jinon ka sardar tha. iblis akele ka muamla nahin hai. woh jinon ka sardar tha woh.</w:t>
      </w:r>
    </w:p>
    <w:p>
      <w:pPr>
        <w:jc w:val="right"/>
      </w:pPr>
      <w:r>
        <w:t>ابلیس تھا، جنوں کا سردار تھا۔ ابلیس اکیلے کا معاملہ نہیں ہے۔ وہ جنوں کا سردار تھا وہ۔</w:t>
      </w:r>
    </w:p>
    <w:p>
      <w:r>
        <w:rPr>
          <w:b/>
        </w:rPr>
        <w:t xml:space="preserve">[21:08] </w:t>
      </w:r>
      <w:r>
        <w:t>to us ne inkar kiya. to Allah ne poocha ke tum ne kyun inkar kiya</w:t>
      </w:r>
    </w:p>
    <w:p>
      <w:pPr>
        <w:jc w:val="right"/>
      </w:pPr>
      <w:r>
        <w:t>تو اس نے انکار کیا۔ تو اللہ نے پوچھا کہ تم نے کیوں انکار کیا</w:t>
      </w:r>
    </w:p>
    <w:p>
      <w:r>
        <w:rPr>
          <w:b/>
        </w:rPr>
        <w:t xml:space="preserve">[21:14] </w:t>
      </w:r>
      <w:r>
        <w:t>? kyun nahin jhuka to? to us ne kya kaha? ana khairun minhu. main is se behtar hoon.</w:t>
      </w:r>
    </w:p>
    <w:p>
      <w:pPr>
        <w:jc w:val="right"/>
      </w:pPr>
      <w:r>
        <w:t>؟ کیوں نہیں جھکا تو؟ تو اس نے کیا کہا؟ أنا خير منه ۔ میں اس سے بہتر ہوں۔</w:t>
      </w:r>
    </w:p>
    <w:p>
      <w:r>
        <w:rPr>
          <w:b/>
        </w:rPr>
        <w:t xml:space="preserve">[21:25] </w:t>
      </w:r>
      <w:r>
        <w:t>aap ghore kijiye, Allah ne kaha ke main tum ko jahannum mein dalunga. lekin shaitan phir bhi qaim raha apne us par.</w:t>
      </w:r>
    </w:p>
    <w:p>
      <w:pPr>
        <w:jc w:val="right"/>
      </w:pPr>
      <w:r>
        <w:t>آپ غور کیجیے، اللہ نے کہا کہ میں تم کو جہنم میں ڈالوں گا۔ لیکن شیطان پھر بھی قائم رہا اپنے اس پر۔</w:t>
      </w:r>
    </w:p>
    <w:p>
      <w:r>
        <w:rPr>
          <w:b/>
        </w:rPr>
        <w:t xml:space="preserve">[21:39] </w:t>
      </w:r>
      <w:r>
        <w:t>main is se behtar hoon. main superior hoon.</w:t>
      </w:r>
    </w:p>
    <w:p>
      <w:pPr>
        <w:jc w:val="right"/>
      </w:pPr>
      <w:r>
        <w:t>میں اس سے بہتر ہوں۔ میں سپیریئر ہوں۔</w:t>
      </w:r>
    </w:p>
    <w:p>
      <w:r>
        <w:rPr>
          <w:b/>
        </w:rPr>
        <w:t xml:space="preserve">[21:44] </w:t>
      </w:r>
      <w:r>
        <w:t>is ke mani hain ke superiority ka ehsas mein itni lazzat hai, itni lazzat hai ke jahannum ka khatra mol le sakta aadmi. kaisi ajeeb baat hai.</w:t>
      </w:r>
    </w:p>
    <w:p>
      <w:pPr>
        <w:jc w:val="right"/>
      </w:pPr>
      <w:r>
        <w:t>اس کے معنی ہیں کہ سپیریٹی کا احساس میں اتنی لذت ہے، اتنی لذت ہے کہ جہنم کا خطرہ مول لے سکتا آدمی۔ کیسی عجیب بات ہے۔</w:t>
      </w:r>
    </w:p>
    <w:p>
      <w:r>
        <w:rPr>
          <w:b/>
        </w:rPr>
        <w:t xml:space="preserve">[21:54] </w:t>
      </w:r>
      <w:r>
        <w:t>iblis ne jahannum ka khatra mol le kar ke superiority ke ehsas mein apne ko jeeta raha woh. is mein lazzat leta raha.</w:t>
      </w:r>
    </w:p>
    <w:p>
      <w:pPr>
        <w:jc w:val="right"/>
      </w:pPr>
      <w:r>
        <w:t>ابلیس نے جہنم کا خطرہ مول لے کر کے سپیریٹی کے احساس میں اپنے کو جیتا رہا وہ۔ اس میں لذت لیتا رہا۔</w:t>
      </w:r>
    </w:p>
    <w:p>
      <w:r>
        <w:rPr>
          <w:b/>
        </w:rPr>
        <w:t xml:space="preserve">[22:06] </w:t>
      </w:r>
      <w:r>
        <w:t>aap is par ghore kijiye, kitna zyada yeh sochne ki baat hai.</w:t>
      </w:r>
    </w:p>
    <w:p>
      <w:pPr>
        <w:jc w:val="right"/>
      </w:pPr>
      <w:r>
        <w:t>آپ اس پر غور کیجیے، کتنا زیادہ یہ سوچنے کی بات ہے۔</w:t>
      </w:r>
    </w:p>
    <w:p>
      <w:r>
        <w:rPr>
          <w:b/>
        </w:rPr>
        <w:t xml:space="preserve">[22:13] </w:t>
      </w:r>
      <w:r>
        <w:t>yani iblis ko maloom tha ke main jab Allah ke hukum ko nahin maan raha hoon to nateeja kya hoga? jab qayamat aayegi to qayamat ke baad mujh ko jahannum mein dal diya jayega.</w:t>
      </w:r>
    </w:p>
    <w:p>
      <w:pPr>
        <w:jc w:val="right"/>
      </w:pPr>
      <w:r>
        <w:t>یعنی ابلیس کو معلوم تھا کہ میں جب اللہ کے حکم کو نہیں مان رہا ہوں تو نتیجہ کیا ہوگا؟ جب قیامت آئے گی تو قیامت کے بعد مجھ کو جہنم میں ڈال دیا جائے گا۔</w:t>
      </w:r>
    </w:p>
    <w:p>
      <w:r>
        <w:rPr>
          <w:b/>
        </w:rPr>
        <w:t xml:space="preserve">[22:27] </w:t>
      </w:r>
      <w:r>
        <w:t>lekin itni lazzat thi is mein ke main superior hoon. main bara hoon. main is se zyada hoon. zyada important hoon.</w:t>
      </w:r>
    </w:p>
    <w:p>
      <w:pPr>
        <w:jc w:val="right"/>
      </w:pPr>
      <w:r>
        <w:t>لیکن اتنی لذت تھی اس میں کہ میں سپیریئر ہوں۔ میں بڑا ہوں۔ میں اس سے زیادہ ہوں۔ زیادہ امپورٹنٹ ہوں۔</w:t>
      </w:r>
    </w:p>
    <w:p>
      <w:r>
        <w:rPr>
          <w:b/>
        </w:rPr>
        <w:t xml:space="preserve">[22:38] </w:t>
      </w:r>
      <w:r>
        <w:t>kyun ke mujhe to ne paida kiya hai nar se, us ko paida kiya hai teen se.</w:t>
      </w:r>
    </w:p>
    <w:p>
      <w:pPr>
        <w:jc w:val="right"/>
      </w:pPr>
      <w:r>
        <w:t>کیونکہ مجھے تو نے پیدا کیا ہے نار سے، اس کو پیدا کیا ہے تین سے۔</w:t>
      </w:r>
    </w:p>
    <w:p>
      <w:r>
        <w:rPr>
          <w:b/>
        </w:rPr>
        <w:t xml:space="preserve">[22:47] </w:t>
      </w:r>
      <w:r>
        <w:t>to superiority complex jo hai, apne ek superior se banna itna pur lazzat hai, itna pur lazzat hai ke aadmi jahannum ke khatre ko bhi jante hue nazar andaz karta hai.</w:t>
      </w:r>
    </w:p>
    <w:p>
      <w:pPr>
        <w:jc w:val="right"/>
      </w:pPr>
      <w:r>
        <w:t>تو سپیریٹی کمپلیکس جو ہے، اپنے ایک سپیریئر سے بننا اتنا پر لذت ہے، اتنا پر لذت ہے کہ آدمی جہنم کے خطرے کو بھی جانتے ہوئے نظر انداز کرتا ہے۔</w:t>
      </w:r>
    </w:p>
    <w:p>
      <w:r>
        <w:rPr>
          <w:b/>
        </w:rPr>
        <w:t xml:space="preserve">[23:00] </w:t>
      </w:r>
      <w:r>
        <w:t>jab jab jahannum aayegi, dekha jayega. abhi to hum lazzat le lete hain apne ehsas bartari mein.</w:t>
      </w:r>
    </w:p>
    <w:p>
      <w:pPr>
        <w:jc w:val="right"/>
      </w:pPr>
      <w:r>
        <w:t>جب جب جہنم آئے گی، دیکھا جائے گا۔ ابھی تو ہم لذت لے لیتے ہیں اپنے احساس برتری میں۔</w:t>
      </w:r>
    </w:p>
    <w:p>
      <w:r>
        <w:rPr>
          <w:b/>
        </w:rPr>
        <w:t xml:space="preserve">[23:10] </w:t>
      </w:r>
      <w:r>
        <w:t>to yeh main asal mein jo batana chahta hoon, woh yeh hai ke kis tarah se saat sau guna banta hai.</w:t>
      </w:r>
    </w:p>
    <w:p>
      <w:pPr>
        <w:jc w:val="right"/>
      </w:pPr>
      <w:r>
        <w:t>تو یہ میں اصل میں جو بتانا چاہتا ہوں، وہ یہ ہے کہ کس طرح سے سات سو گنا بنتا ہے۔</w:t>
      </w:r>
    </w:p>
    <w:p>
      <w:r>
        <w:rPr>
          <w:b/>
        </w:rPr>
        <w:t xml:space="preserve">[23:15] </w:t>
      </w:r>
      <w:r>
        <w:t>ke ek baar jab trigger ho gaya to chain reaction hota hai. chain reaction. ek ke baad doosri, doosri ke baad teesri, teesri ke baad chauthi. yeh chain reaction aap ke qabl ko saat sau guna tak</w:t>
      </w:r>
    </w:p>
    <w:p>
      <w:pPr>
        <w:jc w:val="right"/>
      </w:pPr>
      <w:r>
        <w:t>کہ ایک بار جب ٹریگر ہو گیا تو چین ری ایکشن ہوتا ہے۔ چین ری ایکشن۔ ایک کے بعد دوسری، دوسری کے بعد تیسری، تیسری کے بعد چوتھی۔ یہ چین ری ایکشن آپ کے قبل کو سات سو گنا تک</w:t>
      </w:r>
    </w:p>
    <w:p>
      <w:r>
        <w:rPr>
          <w:b/>
        </w:rPr>
        <w:t xml:space="preserve">[23:31] </w:t>
      </w:r>
      <w:r>
        <w:t>sawa ko pushte bana deta hai. yani yani saat sau item. is ka matlab hai ke aap ke is amal mein saat sau item shamil hote hain.</w:t>
      </w:r>
    </w:p>
    <w:p>
      <w:pPr>
        <w:jc w:val="right"/>
      </w:pPr>
      <w:r>
        <w:t>سوا کو پشتے بنا دیتا ہے۔ یعنی یعنی سات سو آئٹم۔ اس کا مطلب ہے کہ آپ کے اس عمل میں سات سو آئٹم شامل ہوتے ہیں۔</w:t>
      </w:r>
    </w:p>
    <w:p>
      <w:r>
        <w:rPr>
          <w:b/>
        </w:rPr>
        <w:t xml:space="preserve">[23:41] </w:t>
      </w:r>
      <w:r>
        <w:t>balke is se bhi zyada.</w:t>
      </w:r>
    </w:p>
    <w:p>
      <w:pPr>
        <w:jc w:val="right"/>
      </w:pPr>
      <w:r>
        <w:t>بلکہ اس سے بھی زیادہ۔</w:t>
      </w:r>
    </w:p>
    <w:p>
      <w:r>
        <w:rPr>
          <w:b/>
        </w:rPr>
        <w:t xml:space="preserve">[23:50] </w:t>
      </w:r>
      <w:r>
        <w:t>ab dekhen, phir mujhe ek hadith yaad aai. ek hadith hai ke</w:t>
      </w:r>
    </w:p>
    <w:p>
      <w:pPr>
        <w:jc w:val="right"/>
      </w:pPr>
      <w:r>
        <w:t>اب دیکھیں، پھر مجھے ایک حدیث یاد آئی۔ ایک حدیث ہے کہ</w:t>
      </w:r>
    </w:p>
    <w:p>
      <w:r>
        <w:rPr>
          <w:b/>
        </w:rPr>
        <w:t xml:space="preserve">[24:07] </w:t>
      </w:r>
      <w:r>
        <w:t>ke jannat mein woh shakhs nahin jayega jis ke andar rai ke daane ke barabar bhi kibr ho, arrogance ho.</w:t>
      </w:r>
    </w:p>
    <w:p>
      <w:pPr>
        <w:jc w:val="right"/>
      </w:pPr>
      <w:r>
        <w:t>کہ جنت میں وہ شخص نہیں جائے گا جس کے اندر رائی کے دانے کے برابر بھی کبر ہو، اروگنس ہو۔</w:t>
      </w:r>
    </w:p>
    <w:p>
      <w:r>
        <w:rPr>
          <w:b/>
        </w:rPr>
        <w:t xml:space="preserve">[24:18] </w:t>
      </w:r>
      <w:r>
        <w:t>man kan</w:t>
      </w:r>
    </w:p>
    <w:p>
      <w:pPr>
        <w:jc w:val="right"/>
      </w:pPr>
      <w:r>
        <w:t>من کان</w:t>
      </w:r>
    </w:p>
    <w:p>
      <w:r>
        <w:rPr>
          <w:b/>
        </w:rPr>
        <w:t xml:space="preserve">[24:21] </w:t>
      </w:r>
      <w:r>
        <w:t>fihi habbat khardal min kibr. yeh hadith sab log jante hain.</w:t>
      </w:r>
    </w:p>
    <w:p>
      <w:pPr>
        <w:jc w:val="right"/>
      </w:pPr>
      <w:r>
        <w:t>فیہ حبت خردر من کبر ۔ یہ حدیث سب لوگ جانتے ہیں۔</w:t>
      </w:r>
    </w:p>
    <w:p>
      <w:r>
        <w:rPr>
          <w:b/>
        </w:rPr>
        <w:t xml:space="preserve">[24:30] </w:t>
      </w:r>
      <w:r>
        <w:t>lekin kam az kam maine apne tajrube mein nahin paya ke koi sach much is se apne aap sha'oori taur par is se door rakhne ki koshish kare ke main apne aap ko arrogance se bachaoon.</w:t>
      </w:r>
    </w:p>
    <w:p>
      <w:pPr>
        <w:jc w:val="right"/>
      </w:pPr>
      <w:r>
        <w:t>لیکن کم از کم میں نے اپنے تجربے میں نہیں پایا کہ کوئی سچ مچ اس سے اپنے آپ شعوری طور پر اس سے دور رکھنے کی کوشش کرے کہ میں اپنے آپ کو اروگنس سے بچاؤں۔</w:t>
      </w:r>
    </w:p>
    <w:p>
      <w:r>
        <w:rPr>
          <w:b/>
        </w:rPr>
        <w:t xml:space="preserve">[24:44] </w:t>
      </w:r>
      <w:r>
        <w:t>apne ko bada samajhne ke ehsas se nikaloon</w:t>
      </w:r>
    </w:p>
    <w:p>
      <w:pPr>
        <w:jc w:val="right"/>
      </w:pPr>
      <w:r>
        <w:t>اپنے کو بڑا سمجھنے کے احساس سے نکالوں</w:t>
      </w:r>
    </w:p>
    <w:p>
      <w:r>
        <w:rPr>
          <w:b/>
        </w:rPr>
        <w:t xml:space="preserve">[24:46] </w:t>
      </w:r>
      <w:r>
        <w:t>. sab log kahin na kahin apna koi bada banaye hue hain.</w:t>
      </w:r>
    </w:p>
    <w:p>
      <w:pPr>
        <w:jc w:val="right"/>
      </w:pPr>
      <w:r>
        <w:t>۔ سب لوگ کہیں نہ کہیں اپنا کوئی بڑا بنائے ہوئے ہیں۔</w:t>
      </w:r>
    </w:p>
    <w:p>
      <w:r>
        <w:rPr>
          <w:b/>
        </w:rPr>
        <w:t xml:space="preserve">[24:52] </w:t>
      </w:r>
      <w:r>
        <w:t>koi smart hai to apne ko bada samajhta hai. kisi ke paas paisa hai to apne ko bada samajhta hai. kisi ke paas political power hai to apne ko bada samajhta hai woh.</w:t>
      </w:r>
    </w:p>
    <w:p>
      <w:pPr>
        <w:jc w:val="right"/>
      </w:pPr>
      <w:r>
        <w:t>کوئی اسمارٹ ہے تو اپنے کو بڑا سمجھتا ہے۔ کسی کے پاس پیسہ ہے تو اپنے کو بڑا سمجھتا ہے۔ کسی کے پاس پولیٹیکل پاور ہے تو اپنے کو بڑا سمجھتا ہے وہ۔</w:t>
      </w:r>
    </w:p>
    <w:p>
      <w:r>
        <w:rPr>
          <w:b/>
        </w:rPr>
        <w:t xml:space="preserve">[25:01] </w:t>
      </w:r>
      <w:r>
        <w:t>kisi ke andar bolne ka mada hai, speaking power to apne ko bada samajhta hai woh.</w:t>
      </w:r>
    </w:p>
    <w:p>
      <w:pPr>
        <w:jc w:val="right"/>
      </w:pPr>
      <w:r>
        <w:t>کسی کے اندر بولنے کا مادہ ہے، اسپیکنگ پاور تو اپنے کو بڑا سمجھتا ہے وہ۔</w:t>
      </w:r>
    </w:p>
    <w:p>
      <w:r>
        <w:rPr>
          <w:b/>
        </w:rPr>
        <w:t xml:space="preserve">[25:08] </w:t>
      </w:r>
      <w:r>
        <w:t>kisi ke paas ek bada baap dada to</w:t>
      </w:r>
    </w:p>
    <w:p>
      <w:pPr>
        <w:jc w:val="right"/>
      </w:pPr>
      <w:r>
        <w:t>کسی کے پاس ایک بڑا باپ دادا تو</w:t>
      </w:r>
    </w:p>
    <w:p>
      <w:r>
        <w:rPr>
          <w:b/>
        </w:rPr>
        <w:t xml:space="preserve">[25:13] </w:t>
      </w:r>
      <w:r>
        <w:t>bada tha to ab isi bahane bada banaya hua hai apne ko.</w:t>
      </w:r>
    </w:p>
    <w:p>
      <w:pPr>
        <w:jc w:val="right"/>
      </w:pPr>
      <w:r>
        <w:t>بڑا تھا تو اب اسی بہانے بڑا بنایا ہوا ہے اپنے کو۔</w:t>
      </w:r>
    </w:p>
    <w:p>
      <w:r>
        <w:rPr>
          <w:b/>
        </w:rPr>
        <w:t xml:space="preserve">[25:22] </w:t>
      </w:r>
      <w:r>
        <w:t>yeh jante hue ke yeh jahannami fe'l hai, phir bhi aadmi is badai mein jeeta hai. kyunke bahut lazzat milti hai is mein.</w:t>
      </w:r>
    </w:p>
    <w:p>
      <w:pPr>
        <w:jc w:val="right"/>
      </w:pPr>
      <w:r>
        <w:t>یہ جانتے ہوئے کہ یہ جہنمی فعل ہے، پھر بھی آدمی اس بڑائی میں جیتا ہے۔ کیونکہ بہت لذت ملتی ہے اس میں۔</w:t>
      </w:r>
    </w:p>
    <w:p>
      <w:r>
        <w:rPr>
          <w:b/>
        </w:rPr>
        <w:t xml:space="preserve">[25:33] </w:t>
      </w:r>
      <w:r>
        <w:t>yeh matlab hai ek amal ka so so guna inaam. ke agar aap prepared mind hain, agar aap ke andar thinking power hai, agar aap waqai tadabbur, tafakkur, ta'aqqul</w:t>
      </w:r>
    </w:p>
    <w:p>
      <w:pPr>
        <w:jc w:val="right"/>
      </w:pPr>
      <w:r>
        <w:t>یہ مطلب ہے ایک عمل کا سو سو گنا انعام۔ کہ اگر آپ پریپیرڈ مائنڈ ہیں، اگر آپ کے اندر تھنکنگ پاور ہے، اگر آپ واقعی تدبر، تفکر، تعقل</w:t>
      </w:r>
    </w:p>
    <w:p>
      <w:r>
        <w:rPr>
          <w:b/>
        </w:rPr>
        <w:t xml:space="preserve">[25:50] </w:t>
      </w:r>
      <w:r>
        <w:t>ko jante hain</w:t>
      </w:r>
    </w:p>
    <w:p>
      <w:pPr>
        <w:jc w:val="right"/>
      </w:pPr>
      <w:r>
        <w:t>کو جانتے ہیں</w:t>
      </w:r>
    </w:p>
    <w:p>
      <w:r>
        <w:rPr>
          <w:b/>
        </w:rPr>
        <w:t xml:space="preserve">[25:54] </w:t>
      </w:r>
      <w:r>
        <w:t>to aap ka mind jab trigger hoga to ek ke baad ek ke baad ek baaten aati jayengi. isi mein item jodte chale aai</w:t>
      </w:r>
    </w:p>
    <w:p>
      <w:pPr>
        <w:jc w:val="right"/>
      </w:pPr>
      <w:r>
        <w:t>تو آپ کا مائنڈ جب ٹریگر ہوگا تو ایک کے بعد ایک کے بعد ایک باتیں آتی جائیں گی۔ اسی میں آئٹم جوڑتے چلے آئ</w:t>
      </w:r>
    </w:p>
    <w:p>
      <w:r>
        <w:rPr>
          <w:b/>
        </w:rPr>
        <w:t xml:space="preserve">[26:02] </w:t>
      </w:r>
      <w:r>
        <w:t>en. ek ke baad doosra item, doosre ke baad teesra item. yeh hai chain reaction.</w:t>
      </w:r>
    </w:p>
    <w:p>
      <w:pPr>
        <w:jc w:val="right"/>
      </w:pPr>
      <w:r>
        <w:t>یں گے۔ ایک کے بعد دوسرا آئٹم، دوسرے کے بعد تیسرا آئٹم۔ یہ ہے چین ری ایکشن۔</w:t>
      </w:r>
    </w:p>
    <w:p>
      <w:r>
        <w:rPr>
          <w:b/>
        </w:rPr>
        <w:t xml:space="preserve">[26:13] </w:t>
      </w:r>
      <w:r>
        <w:t>is se kya nikla? ke agar aap yeh chahte hain ke aap ko</w:t>
      </w:r>
    </w:p>
    <w:p>
      <w:pPr>
        <w:jc w:val="right"/>
      </w:pPr>
      <w:r>
        <w:t>اس سے کیا نکلا؟ کہ اگر آپ یہ چاہتے ہیں کہ آپ کو</w:t>
      </w:r>
    </w:p>
    <w:p>
      <w:r>
        <w:rPr>
          <w:b/>
        </w:rPr>
        <w:t xml:space="preserve">[26:23] </w:t>
      </w:r>
      <w:r>
        <w:t>bada amal, aap ko bada sawab mile, aap ko apne amal ka bada sawab mile to apne aap ko prepare kijiye.</w:t>
      </w:r>
    </w:p>
    <w:p>
      <w:pPr>
        <w:jc w:val="right"/>
      </w:pPr>
      <w:r>
        <w:t>بڑا عمل، آپ کو بڑا ثواب ملے، آپ کو اپنے عمل کا بڑا ثواب ملے تو اپنے آپ کو پریپیر کیجیے۔</w:t>
      </w:r>
    </w:p>
    <w:p>
      <w:r>
        <w:rPr>
          <w:b/>
        </w:rPr>
        <w:t xml:space="preserve">[26:33] </w:t>
      </w:r>
      <w:r>
        <w:t>prepared mind baniye. to aap ka mind jab aap trigger ho to phir chain reaction shuru ho jaye. ka amal shuru ho jaye.</w:t>
      </w:r>
    </w:p>
    <w:p>
      <w:pPr>
        <w:jc w:val="right"/>
      </w:pPr>
      <w:r>
        <w:t>پریپیرڈ مائنڈ بنیے۔ تو آپ کا مائنڈ جب آپ ٹریگر ہو تو پھر چین ری ایکشن شروع ہو جائے۔ کا عمل شروع ہو جائے۔</w:t>
      </w:r>
    </w:p>
    <w:p>
      <w:r>
        <w:rPr>
          <w:b/>
        </w:rPr>
        <w:t xml:space="preserve">[26:44] </w:t>
      </w:r>
      <w:r>
        <w:t>chain reaction ka amal shuru ho jaye.</w:t>
      </w:r>
    </w:p>
    <w:p>
      <w:pPr>
        <w:jc w:val="right"/>
      </w:pPr>
      <w:r>
        <w:t>چین ری ایکشن کا عمل شروع ہو جائے۔</w:t>
      </w:r>
    </w:p>
    <w:p>
      <w:r>
        <w:rPr>
          <w:b/>
        </w:rPr>
        <w:t xml:space="preserve">[26:54] </w:t>
      </w:r>
      <w:r>
        <w:t>chain reaction ka matlab kya hua? aap ke mind ka development hona. aap ke personality ka development hona.</w:t>
      </w:r>
    </w:p>
    <w:p>
      <w:pPr>
        <w:jc w:val="right"/>
      </w:pPr>
      <w:r>
        <w:t>چین ری ایکشن کا مطلب کیا ہوا؟ آپ کے مائنڈ کا ڈیولپ ہونا۔ آپ کے پرسنیلٹی کا ڈیولپ ہونا۔</w:t>
      </w:r>
    </w:p>
    <w:p>
      <w:r>
        <w:rPr>
          <w:b/>
        </w:rPr>
        <w:t xml:space="preserve">[27:02] </w:t>
      </w:r>
      <w:r>
        <w:t>jab aap ke andar is tarike se</w:t>
      </w:r>
    </w:p>
    <w:p>
      <w:pPr>
        <w:jc w:val="right"/>
      </w:pPr>
      <w:r>
        <w:t>جب آپ کے اندر اس طریقے سے</w:t>
      </w:r>
    </w:p>
    <w:p>
      <w:r>
        <w:rPr>
          <w:b/>
        </w:rPr>
        <w:t xml:space="preserve">[27:07] </w:t>
      </w:r>
      <w:r>
        <w:t>process jari hota rahega to musalsal taur par aap ko intellectual development ki kirdar milti rahegi.</w:t>
      </w:r>
    </w:p>
    <w:p>
      <w:pPr>
        <w:jc w:val="right"/>
      </w:pPr>
      <w:r>
        <w:t>پراسیس جاری ہوتا رہے گا تو مسلسل طور پر آپ کو انٹلیکچوئل ڈیولپمنٹ کی کردار ملتی رہے گی۔</w:t>
      </w:r>
    </w:p>
    <w:p>
      <w:r>
        <w:rPr>
          <w:b/>
        </w:rPr>
        <w:t xml:space="preserve">[27:18] </w:t>
      </w:r>
      <w:r>
        <w:t>aap ka zehn irtaqa karta rahega. aap ke andar rohani irtaqa hota rahega. aap aala personality bante rahenge.</w:t>
      </w:r>
    </w:p>
    <w:p>
      <w:pPr>
        <w:jc w:val="right"/>
      </w:pPr>
      <w:r>
        <w:t>آپ کا ذہن ارتقاء کرتا رہے گا۔ آپ کے اندر روحانی ارتقاء ہوتا رہے گا۔ آپ اعلیٰ پرسنیلٹی بنتے رہیں گے۔</w:t>
      </w:r>
    </w:p>
    <w:p>
      <w:r>
        <w:rPr>
          <w:b/>
        </w:rPr>
        <w:t xml:space="preserve">[27:29] </w:t>
      </w:r>
      <w:r>
        <w:t>aap woh personality ban sakenge jo Allah ke haan yaani izzat paane wali hai. Quran mein hai ke kuch log qayamat ke din siyah chehre wale honge.</w:t>
      </w:r>
    </w:p>
    <w:p>
      <w:pPr>
        <w:jc w:val="right"/>
      </w:pPr>
      <w:r>
        <w:t>آپ وہ پرسنیلٹی بن سکیں گے جو اللہ کے ہاں یعنی عزت پانے والی ہے۔ قرآن میں ہے کہ کچھ لوگ قیامت کے دن سیاہ چہرے والے ہوں گے۔</w:t>
      </w:r>
    </w:p>
    <w:p>
      <w:r>
        <w:rPr>
          <w:b/>
        </w:rPr>
        <w:t xml:space="preserve">[27:45] </w:t>
      </w:r>
      <w:r>
        <w:t>kuchh roshan chehre wale wale honge. yeh siyah aur roshan ka matlab yeh nahin ke kalk pothi hui hogi.</w:t>
      </w:r>
    </w:p>
    <w:p>
      <w:pPr>
        <w:jc w:val="right"/>
      </w:pPr>
      <w:r>
        <w:t>کچھ روشن چہرے والے والے ہوں گے۔ یہ سیاہ اور روشن کا مطلب یہ نہیں کہ کالک پوتی ہوئی ہوگی۔</w:t>
      </w:r>
    </w:p>
    <w:p>
      <w:r>
        <w:rPr>
          <w:b/>
        </w:rPr>
        <w:t xml:space="preserve">[27:53] </w:t>
      </w:r>
      <w:r>
        <w:t>nahin, ek woh hain jo retarded log jin ki zehan mein taraqqi nahin hui. retarded personality.</w:t>
      </w:r>
    </w:p>
    <w:p>
      <w:pPr>
        <w:jc w:val="right"/>
      </w:pPr>
      <w:r>
        <w:t>نہیں، ایک وہ ہیں جو ریٹارڈڈ لوگ جن کی ذہنوں میں ترقی نہیں ہوئی۔ ریٹارڈڈ پرسنیلٹی۔</w:t>
      </w:r>
    </w:p>
    <w:p>
      <w:r>
        <w:rPr>
          <w:b/>
        </w:rPr>
        <w:t xml:space="preserve">[28:03] </w:t>
      </w:r>
      <w:r>
        <w:t>ek woh hain jin ko develop personality.</w:t>
      </w:r>
    </w:p>
    <w:p>
      <w:pPr>
        <w:jc w:val="right"/>
      </w:pPr>
      <w:r>
        <w:t>ایک وہ ہیں جن کو ڈیولپ پرسنیلٹی۔</w:t>
      </w:r>
    </w:p>
    <w:p>
      <w:r>
        <w:rPr>
          <w:b/>
        </w:rPr>
        <w:t xml:space="preserve">[28:08] </w:t>
      </w:r>
      <w:r>
        <w:t>retarded personality ko kaha gaya hai yani siyah chehre wale. aur awakened personality, jo develop personality, ko kaha gaya hai roshan chehre wale.</w:t>
      </w:r>
    </w:p>
    <w:p>
      <w:pPr>
        <w:jc w:val="right"/>
      </w:pPr>
      <w:r>
        <w:t>ریٹارڈڈ پرسنیلٹی کو کہا گیا ہے یعنی سیاہ چہرے والے۔ اور اویکنڈ پرسنیلٹی، جو ڈیولپ پرسنیلٹی، کو کہا گیا ہے روشن چہرے والے۔</w:t>
      </w:r>
    </w:p>
    <w:p>
      <w:r>
        <w:rPr>
          <w:b/>
        </w:rPr>
        <w:t xml:space="preserve">[28:30] </w:t>
      </w:r>
      <w:r>
        <w:t>to roshan chehre wale yani jo zyada se zyada develop log honge, un ko kya milega wahan</w:t>
      </w:r>
    </w:p>
    <w:p>
      <w:pPr>
        <w:jc w:val="right"/>
      </w:pPr>
      <w:r>
        <w:t>تو روشن چہرے والے یعنی جو زیادہ سے زیادہ ڈیولپ لوگ ہوں گے، ان کو کیا ملے گا وہاں</w:t>
      </w:r>
    </w:p>
    <w:p>
      <w:r>
        <w:rPr>
          <w:b/>
        </w:rPr>
        <w:t xml:space="preserve">[28:37] </w:t>
      </w:r>
      <w:r>
        <w:t>? yani jo end hai, woh kahan pohnchne wala hai? woh Allah ke darbar mein.</w:t>
      </w:r>
    </w:p>
    <w:p>
      <w:pPr>
        <w:jc w:val="right"/>
      </w:pPr>
      <w:r>
        <w:t>؟ یعنی جو اینڈ ہے، وہ کہاں پہنچنے والا ہے؟ وہ اللہ کے دربار میں۔</w:t>
      </w:r>
    </w:p>
    <w:p>
      <w:r>
        <w:rPr>
          <w:b/>
        </w:rPr>
        <w:t xml:space="preserve">[28:46] </w:t>
      </w:r>
      <w:r>
        <w:t>quran mein ek aisa ajeeb tasawwur diya gaya hai ke</w:t>
      </w:r>
    </w:p>
    <w:p>
      <w:pPr>
        <w:jc w:val="right"/>
      </w:pPr>
      <w:r>
        <w:t>قرآن میں ایک ایسا عجیب تصور دیا گیا ہے کہ</w:t>
      </w:r>
    </w:p>
    <w:p>
      <w:r>
        <w:rPr>
          <w:b/>
        </w:rPr>
        <w:t xml:space="preserve">[28:59] </w:t>
      </w:r>
      <w:r>
        <w:t>ke Allah ka jis duniya mein se shehanshahon ka darbar hota hai, wahan Allah zahir hoga.</w:t>
      </w:r>
    </w:p>
    <w:p>
      <w:pPr>
        <w:jc w:val="right"/>
      </w:pPr>
      <w:r>
        <w:t>کہ اللہ کا جس دنیا میں سے شہنشاہوں کا دربار ہوتا ہے، وہاں اللہ ظاہر ہوگا۔</w:t>
      </w:r>
    </w:p>
    <w:p>
      <w:r>
        <w:rPr>
          <w:b/>
        </w:rPr>
        <w:t xml:space="preserve">[29:07] </w:t>
      </w:r>
      <w:r>
        <w:t>abhi to Allah ghayab mein hai. yani is ki zaat ghayab mein hai lekin creation ke aitbar se aaj bhi dikhai de raha hai humein.</w:t>
      </w:r>
    </w:p>
    <w:p>
      <w:pPr>
        <w:jc w:val="right"/>
      </w:pPr>
      <w:r>
        <w:t>ابھی تو اللہ غیب میں ہے۔ یعنی اس کی ذات غیب میں ہے لیکن کریشن کے اعتبار سے آج بھی دکھائی دے رہا ہے ہمیں۔</w:t>
      </w:r>
    </w:p>
    <w:p>
      <w:r>
        <w:rPr>
          <w:b/>
        </w:rPr>
        <w:t xml:space="preserve">[29:17] </w:t>
      </w:r>
      <w:r>
        <w:t>yeh sara jo creation hai, sara jo wajood hai, woh Allah ki activities hain. suraj ka nikalna, chand ka nikalna, sitaron ka nikalna, hawaon ka chalna, oxygen ka nizam, barish ka nizam, yeh kya hai?</w:t>
      </w:r>
    </w:p>
    <w:p>
      <w:pPr>
        <w:jc w:val="right"/>
      </w:pPr>
      <w:r>
        <w:t>یہ سارا جو کریشن ہے، سارا جو وجود ہے، وہ اللہ کی ایکٹیویٹیز ہیں۔ سورج کا نکلنا، چاند کا نکلنا، ستاروں کا نکلنا، ہواؤں کا چلنا، آکسیجن کا نظام، بارش کا نظام، یہ کیا ہے؟</w:t>
      </w:r>
    </w:p>
    <w:p>
      <w:r>
        <w:rPr>
          <w:b/>
        </w:rPr>
        <w:t xml:space="preserve">[29:35] </w:t>
      </w:r>
      <w:r>
        <w:t>yeh Allah ki ki activities hain. Allah ka creation kya hai? activities hain Allah ki.</w:t>
      </w:r>
    </w:p>
    <w:p>
      <w:pPr>
        <w:jc w:val="right"/>
      </w:pPr>
      <w:r>
        <w:t>یہ اللہ کی کی ایکٹیویٹیز ہیں۔ اللہ کا کریشن کیا ہے؟ ایکٹیویٹیز ہیں اللہ کی۔</w:t>
      </w:r>
    </w:p>
    <w:p>
      <w:r>
        <w:rPr>
          <w:b/>
        </w:rPr>
        <w:t xml:space="preserve">[29:44] </w:t>
      </w:r>
      <w:r>
        <w:t>is mein aap Allah ko indirect way mein dekh sakte hain. lekin direct tor par Allah ka zahoor hoga, woh akhirat mein hoga.</w:t>
      </w:r>
    </w:p>
    <w:p>
      <w:pPr>
        <w:jc w:val="right"/>
      </w:pPr>
      <w:r>
        <w:t>اس میں آپ اللہ کو ان ڈائریکٹ وے میں دیکھ سکتے ہیں۔ لیکن ڈائریکٹ طور پر اللہ کا ظہور ہوگا، وہ آخرت میں ہوگا۔</w:t>
      </w:r>
    </w:p>
    <w:p>
      <w:r>
        <w:rPr>
          <w:b/>
        </w:rPr>
        <w:t xml:space="preserve">[29:59] </w:t>
      </w:r>
      <w:r>
        <w:t>is waqt wahan par jo tasweer di gayi hai,</w:t>
      </w:r>
    </w:p>
    <w:p>
      <w:pPr>
        <w:jc w:val="right"/>
      </w:pPr>
      <w:r>
        <w:t>اس وقت وہاں پر جو تصویر دی گئی ہے،</w:t>
      </w:r>
    </w:p>
    <w:p>
      <w:r>
        <w:rPr>
          <w:b/>
        </w:rPr>
        <w:t xml:space="preserve">[30:08] </w:t>
      </w:r>
      <w:r>
        <w:t>woh yeh hai ke wahan par sachai ki seat hogi. is par kuchh log baithe hue honge.</w:t>
      </w:r>
    </w:p>
    <w:p>
      <w:pPr>
        <w:jc w:val="right"/>
      </w:pPr>
      <w:r>
        <w:t>وہ یہ ہے کہ وہاں پر سچائی کی سیٹ ہوگی۔ اس پر کچھ لوگ بیٹھے ہوئے ہوں گے۔</w:t>
      </w:r>
    </w:p>
    <w:p>
      <w:r>
        <w:rPr>
          <w:b/>
        </w:rPr>
        <w:t xml:space="preserve">[30:20] </w:t>
      </w:r>
      <w:r>
        <w:t>to kaisa? aap ghor kijiye, kaisa manzar hoga woh?</w:t>
      </w:r>
    </w:p>
    <w:p>
      <w:pPr>
        <w:jc w:val="right"/>
      </w:pPr>
      <w:r>
        <w:t>تو کیسا؟ آپ غور کیجیے، کیسا منظر ہوگا وہ؟</w:t>
      </w:r>
    </w:p>
    <w:p>
      <w:r>
        <w:rPr>
          <w:b/>
        </w:rPr>
        <w:t xml:space="preserve">[30:25] </w:t>
      </w:r>
      <w:r>
        <w:t>yani Rab ul Alameen jis ne itni badi kainat ko banaya, woh kaisa hoga?</w:t>
      </w:r>
    </w:p>
    <w:p>
      <w:pPr>
        <w:jc w:val="right"/>
      </w:pPr>
      <w:r>
        <w:t>یعنی رب العالمین جس نے اتنی بڑی کائنات کو بنایا، وہ کیسا ہوگا؟</w:t>
      </w:r>
    </w:p>
    <w:p>
      <w:r>
        <w:rPr>
          <w:b/>
        </w:rPr>
        <w:t xml:space="preserve">[30:34] </w:t>
      </w:r>
      <w:r>
        <w:t>kitna azeem hoga? kitna yani attractive hoga? kitna beautiful hoga? woh sab Sochiye.</w:t>
      </w:r>
    </w:p>
    <w:p>
      <w:pPr>
        <w:jc w:val="right"/>
      </w:pPr>
      <w:r>
        <w:t>کتنا عظیم ہوگا؟ کتنا یعنی اٹریکٹو ہوگا؟ کتنا بیوٹی فل ہوگا؟ وہ سب سوچیے۔</w:t>
      </w:r>
    </w:p>
    <w:p>
      <w:r>
        <w:rPr>
          <w:b/>
        </w:rPr>
        <w:t xml:space="preserve">[30:43] </w:t>
      </w:r>
      <w:r>
        <w:t>aur phir woh zahir hoga.</w:t>
      </w:r>
    </w:p>
    <w:p>
      <w:pPr>
        <w:jc w:val="right"/>
      </w:pPr>
      <w:r>
        <w:t>اور پھر وہ ظاہر ہوگا۔</w:t>
      </w:r>
    </w:p>
    <w:p>
      <w:r>
        <w:rPr>
          <w:b/>
        </w:rPr>
        <w:t xml:space="preserve">[30:44] </w:t>
      </w:r>
      <w:r>
        <w:t>aur phir sare woh log jo is qabil thehrenge ke Allah ke darbar mein unhein seat mile, woh hazir kiya jayenge.</w:t>
      </w:r>
    </w:p>
    <w:p>
      <w:pPr>
        <w:jc w:val="right"/>
      </w:pPr>
      <w:r>
        <w:t>اور پھر سارے وہ لوگ جو اس قابل ٹھہریں گے کہ اللہ کے دربار میں انہیں سیٹ ملے، وہ حاضر کیا جائیں گے۔</w:t>
      </w:r>
    </w:p>
    <w:p>
      <w:r>
        <w:rPr>
          <w:b/>
        </w:rPr>
        <w:t xml:space="preserve">[30:57] </w:t>
      </w:r>
      <w:r>
        <w:t>yeh char category ke log bataye gaye hain quran mein:</w:t>
      </w:r>
    </w:p>
    <w:p>
      <w:pPr>
        <w:jc w:val="right"/>
      </w:pPr>
      <w:r>
        <w:t>یہ چار کیٹیگری کے لوگ بتائے گئے ہیں قرآن میں:</w:t>
      </w:r>
    </w:p>
    <w:p>
      <w:r>
        <w:rPr>
          <w:b/>
        </w:rPr>
        <w:t xml:space="preserve">[31:04] </w:t>
      </w:r>
      <w:r>
        <w:t>anbiya, siddiqeen, shuhada aur saleheen. is tarah ke logon ka woh darbar hoga. is mein log ikattha honge.</w:t>
      </w:r>
    </w:p>
    <w:p>
      <w:pPr>
        <w:jc w:val="right"/>
      </w:pPr>
      <w:r>
        <w:t>انبیاء، صدیقین، شہداء اور صالحین۔ اس طرح کے لوگوں کا وہ دربار ہوگا۔ اس میں لوگ اکٹھا ہوں گے۔</w:t>
      </w:r>
    </w:p>
    <w:p>
      <w:r>
        <w:rPr>
          <w:b/>
        </w:rPr>
        <w:t xml:space="preserve">[31:19] </w:t>
      </w:r>
      <w:r>
        <w:t>to yeh sochte sochte mujhe yani yeh chain reaction chalta raha yahan tak ke ek ajeeb baat samajh mein aayi.</w:t>
      </w:r>
    </w:p>
    <w:p>
      <w:pPr>
        <w:jc w:val="right"/>
      </w:pPr>
      <w:r>
        <w:t>تو یہ سوچتے سوچتے مجھے یعنی یہ چین ری ایکشن چلتا رہا یہاں تک کہ ایک عجیب بات سمجھ میں آئی۔</w:t>
      </w:r>
    </w:p>
    <w:p>
      <w:r>
        <w:rPr>
          <w:b/>
        </w:rPr>
        <w:t xml:space="preserve">[31:33] </w:t>
      </w:r>
      <w:r>
        <w:t>ek bahut hi ajeeb baat.</w:t>
      </w:r>
    </w:p>
    <w:p>
      <w:pPr>
        <w:jc w:val="right"/>
      </w:pPr>
      <w:r>
        <w:t>ایک بہت ہی عجیب بات۔</w:t>
      </w:r>
    </w:p>
    <w:p>
      <w:r>
        <w:rPr>
          <w:b/>
        </w:rPr>
        <w:t xml:space="preserve">[31:40] </w:t>
      </w:r>
      <w:r>
        <w:t>dilli mein ek ek khatoon hain, un ka naam hai priya bulk. bahut hi intelligent, bahut hi educated.</w:t>
      </w:r>
    </w:p>
    <w:p>
      <w:pPr>
        <w:jc w:val="right"/>
      </w:pPr>
      <w:r>
        <w:t>دلی میں ایک ایک خاتون ہیں، ان کا نام ہے پریا بلک۔ بہت ہی انٹیلیجنٹ، بہت ہی ایجوکیٹڈ۔</w:t>
      </w:r>
    </w:p>
    <w:p>
      <w:r>
        <w:rPr>
          <w:b/>
        </w:rPr>
        <w:t xml:space="preserve">[31:50] </w:t>
      </w:r>
      <w:r>
        <w:t>to unhon ne apna ek qissa bataya.</w:t>
      </w:r>
    </w:p>
    <w:p>
      <w:pPr>
        <w:jc w:val="right"/>
      </w:pPr>
      <w:r>
        <w:t>تو انہوں نے اپنا ایک قصہ بتایا۔</w:t>
      </w:r>
    </w:p>
    <w:p>
      <w:r>
        <w:rPr>
          <w:b/>
        </w:rPr>
        <w:t xml:space="preserve">[31:55] </w:t>
      </w:r>
      <w:r>
        <w:t>woh ek multinational company mein manager theen ya hain. to unhon ne bataya ke woh american company hai aur woh america mein jis ka director hai, woh aya dilli mein.</w:t>
      </w:r>
    </w:p>
    <w:p>
      <w:pPr>
        <w:jc w:val="right"/>
      </w:pPr>
      <w:r>
        <w:t>وہ ایک ملٹی نیشنل کمپنی میں مینیجر تھیں یا ہیں۔ تو انہوں نے بتایا کہ وہ امریکن کمپنی ہے اور وہ امریکہ میں جس کا ڈائریکٹر ہے، وہ آیا دلی میں۔</w:t>
      </w:r>
    </w:p>
    <w:p>
      <w:r>
        <w:rPr>
          <w:b/>
        </w:rPr>
        <w:t xml:space="preserve">[32:12] </w:t>
      </w:r>
      <w:r>
        <w:t>to jab woh aya to wahan par ek meeting hui. company ke jo manager the, jo afsar the, sab akhatta hue. aur woh director wahan par baitha.</w:t>
      </w:r>
    </w:p>
    <w:p>
      <w:pPr>
        <w:jc w:val="right"/>
      </w:pPr>
      <w:r>
        <w:t>تو جب وہ آیا تو وہاں پر ایک میٹنگ ہوئی۔ کمپنی کے جو مینیجر تھے، جو افسر تھے، سب اکٹھا ہوئے۔ اور وہ ڈائریکٹر وہاں پر بیٹھا۔</w:t>
      </w:r>
    </w:p>
    <w:p>
      <w:r>
        <w:rPr>
          <w:b/>
        </w:rPr>
        <w:t xml:space="preserve">[32:26] </w:t>
      </w:r>
      <w:r>
        <w:t>to priya mulk ki kisi mauqe par mukhtasar si is se baat hui thi. is ne pehchan liya tha ke bohat hi intelligent khatoon hain. lekin woh junior theen.</w:t>
      </w:r>
    </w:p>
    <w:p>
      <w:pPr>
        <w:jc w:val="right"/>
      </w:pPr>
      <w:r>
        <w:t>تو پریا ملک کی کسی موقع پر مختصر سی اس سے بات ہوئی تھی۔ اس نے پہچان لیا تھا کہ بہت ہی انٹیلیجنٹ خاتون ہیں۔ لیکن وہ جونیئر تھیں۔</w:t>
      </w:r>
    </w:p>
    <w:p>
      <w:r>
        <w:rPr>
          <w:b/>
        </w:rPr>
        <w:t xml:space="preserve">[32:37] </w:t>
      </w:r>
      <w:r>
        <w:t>woh to senior logon ko aage bithaya gaya tha. aur yeh junior hone ki wajah se na thay, in ko peechay bithaya gaya tha. stage se is ne dekha ke woh lady peechay baithi hui hai.</w:t>
      </w:r>
    </w:p>
    <w:p>
      <w:pPr>
        <w:jc w:val="right"/>
      </w:pPr>
      <w:r>
        <w:t>وہ تو سینئر لوگوں کو آگے بٹھایا گیا تھا۔ اور یہ جونیئر ہونے کی وجہ سے نہ تھے، ان کو پیچھے بٹھایا گیا تھا۔ اسٹیج سے اس نے دیکھا کہ وہ لیڈی پیچھے بیٹھی ہوئی ہے۔</w:t>
      </w:r>
    </w:p>
    <w:p>
      <w:r>
        <w:rPr>
          <w:b/>
        </w:rPr>
        <w:t xml:space="preserve">[32:55] </w:t>
      </w:r>
      <w:r>
        <w:t>to ek ajeeb waqea hua. is ne hamein stage se kaha: "I want to hear that woman."</w:t>
      </w:r>
    </w:p>
    <w:p>
      <w:pPr>
        <w:jc w:val="right"/>
      </w:pPr>
      <w:r>
        <w:t>تو ایک عجیب واقعہ ہوا۔ اس نے ہمیں اسٹیج سے کہا: "آئی وانٹ ٹو ہیئر دیٹ وومن۔"</w:t>
      </w:r>
    </w:p>
    <w:p>
      <w:r>
        <w:rPr>
          <w:b/>
        </w:rPr>
        <w:t xml:space="preserve">[33:08] </w:t>
      </w:r>
      <w:r>
        <w:t>koi baat bohat thi, koi subject chal raha tha</w:t>
      </w:r>
    </w:p>
    <w:p>
      <w:pPr>
        <w:jc w:val="right"/>
      </w:pPr>
      <w:r>
        <w:t>کوئی بات بہت تھی، کوئی سبجیکٹ چل رہا تھا</w:t>
      </w:r>
    </w:p>
    <w:p>
      <w:r>
        <w:rPr>
          <w:b/>
        </w:rPr>
        <w:t xml:space="preserve">[33:13] </w:t>
      </w:r>
      <w:r>
        <w:t>jis par log apni apni rai de rahe thay. interrupt karte hue, is ne interrupt karte hue kaha: "I want to hear that woman."</w:t>
      </w:r>
    </w:p>
    <w:p>
      <w:pPr>
        <w:jc w:val="right"/>
      </w:pPr>
      <w:r>
        <w:t>جس پر لوگ اپنی اپنی رائے دے رہے تھے۔ انٹرپٹ کرتے ہوئے، اس نے انٹرپٹ کرتے ہوئے کہا: "آئی وانٹ ٹو ہیئر دیٹ وومن۔"</w:t>
      </w:r>
    </w:p>
    <w:p>
      <w:r>
        <w:rPr>
          <w:b/>
        </w:rPr>
        <w:t xml:space="preserve">[33:32] </w:t>
      </w:r>
      <w:r>
        <w:t>to mein ne socha ke shayad wahan bhi aisa ho ke Allah rab ul alameen ke darbar mein jo akhatta hon.</w:t>
      </w:r>
    </w:p>
    <w:p>
      <w:pPr>
        <w:jc w:val="right"/>
      </w:pPr>
      <w:r>
        <w:t>تو میں نے سوچا کہ شاید وہاں بھی ایسا ہو کہ اللہ رب العالمین کے دربار میں جو اکٹھا ہوں۔</w:t>
      </w:r>
    </w:p>
    <w:p>
      <w:r>
        <w:rPr>
          <w:b/>
        </w:rPr>
        <w:t xml:space="preserve">[33:45] </w:t>
      </w:r>
      <w:r>
        <w:t>aur phir Allah interrupt karte hue kahe:</w:t>
      </w:r>
    </w:p>
    <w:p>
      <w:pPr>
        <w:jc w:val="right"/>
      </w:pPr>
      <w:r>
        <w:t>اور پھر اللہ انٹرپٹ کرتے ہوئے کہے:</w:t>
      </w:r>
    </w:p>
    <w:p>
      <w:r>
        <w:rPr>
          <w:b/>
        </w:rPr>
        <w:t xml:space="preserve">[33:51] </w:t>
      </w:r>
      <w:r>
        <w:t>"I want to hear that person." koi banda momin jis ko farishton ne peechay bitha diya ho.</w:t>
      </w:r>
    </w:p>
    <w:p>
      <w:pPr>
        <w:jc w:val="right"/>
      </w:pPr>
      <w:r>
        <w:t>"آئی وانٹ ٹو ہیئر دیٹ پرسن۔" کوئی بندہ مومن جس کو فرشتوں نے پیچھے بٹھا دیا ہو۔</w:t>
      </w:r>
    </w:p>
    <w:p>
      <w:r>
        <w:rPr>
          <w:b/>
        </w:rPr>
        <w:t xml:space="preserve">[34:04] </w:t>
      </w:r>
      <w:r>
        <w:t>koi banda momin jis ko farishton ne peechay bitha diya ho. lekin Allah rab ul alameen ko pata hai ke woh banda momin kya hai.</w:t>
      </w:r>
    </w:p>
    <w:p>
      <w:pPr>
        <w:jc w:val="right"/>
      </w:pPr>
      <w:r>
        <w:t>کوئی بندہ مومن جس کو فرشتوں نے پیچھے بٹھا دیا ہو۔ لیکن اللہ رب العالمین کو پتہ ہے کہ وہ بندہ مومن کیا ہے۔</w:t>
      </w:r>
    </w:p>
    <w:p>
      <w:r>
        <w:rPr>
          <w:b/>
        </w:rPr>
        <w:t xml:space="preserve">[34:16] </w:t>
      </w:r>
      <w:r>
        <w:t>kyun ke Allah rab ul alameen jo hai, aadmi ke andar tak ko janta hai.</w:t>
      </w:r>
    </w:p>
    <w:p>
      <w:pPr>
        <w:jc w:val="right"/>
      </w:pPr>
      <w:r>
        <w:t>کیونکہ اللہ رب العالمین جو ہے، آدمی کے اندر تک کو جانتا ہے۔</w:t>
      </w:r>
    </w:p>
    <w:p>
      <w:r>
        <w:rPr>
          <w:b/>
        </w:rPr>
        <w:t xml:space="preserve">[34:22] </w:t>
      </w:r>
      <w:r>
        <w:t>to mein shayad koi khush qismat wahan bhi, koi khush khush qismat banda hoga jis ko farishton ne peechay bitha diya hoga.</w:t>
      </w:r>
    </w:p>
    <w:p>
      <w:pPr>
        <w:jc w:val="right"/>
      </w:pPr>
      <w:r>
        <w:t>تو میں شاید کوئی خوش قسمت وہاں بھی، کوئی خوش خوش قسمت بندہ ہوگا جس کو فرشتوں نے پیچھے بٹھا دیا ہوگا۔</w:t>
      </w:r>
    </w:p>
    <w:p>
      <w:r>
        <w:rPr>
          <w:b/>
        </w:rPr>
        <w:t xml:space="preserve">[34:34] </w:t>
      </w:r>
      <w:r>
        <w:t>aur awaz aye gi wahan se:</w:t>
      </w:r>
    </w:p>
    <w:p>
      <w:pPr>
        <w:jc w:val="right"/>
      </w:pPr>
      <w:r>
        <w:t>اور آواز آئے گی وہاں سے:</w:t>
      </w:r>
    </w:p>
    <w:p>
      <w:r>
        <w:rPr>
          <w:b/>
        </w:rPr>
        <w:t xml:space="preserve">[34:41] </w:t>
      </w:r>
      <w:r>
        <w:t>"i want to hear that person."</w:t>
      </w:r>
    </w:p>
    <w:p>
      <w:pPr>
        <w:jc w:val="right"/>
      </w:pPr>
      <w:r>
        <w:t>"آئی وانٹ ٹو ہیئر دیٹ پرسن۔"</w:t>
      </w:r>
    </w:p>
    <w:p>
      <w:r>
        <w:rPr>
          <w:b/>
        </w:rPr>
        <w:t xml:space="preserve">[34:46] </w:t>
      </w:r>
      <w:r>
        <w:t>kaisa ajeeb haal hoga! sari kainat sharminda reh jaye gi.</w:t>
      </w:r>
    </w:p>
    <w:p>
      <w:pPr>
        <w:jc w:val="right"/>
      </w:pPr>
      <w:r>
        <w:t>کیسا عجیب حال ہوگا! ساری کائنات شرمندہ رہ جائے گی۔</w:t>
      </w:r>
    </w:p>
    <w:p>
      <w:r>
        <w:rPr>
          <w:b/>
        </w:rPr>
        <w:t xml:space="preserve">[34:55] </w:t>
      </w:r>
      <w:r>
        <w:t>sari kainat mein sardadash sardadash aa jaye ga.</w:t>
      </w:r>
    </w:p>
    <w:p>
      <w:pPr>
        <w:jc w:val="right"/>
      </w:pPr>
      <w:r>
        <w:t>ساری کائنات میں سردادش سردادش آ جائے گا۔</w:t>
      </w:r>
    </w:p>
    <w:p>
      <w:r>
        <w:rPr>
          <w:b/>
        </w:rPr>
        <w:t xml:space="preserve">[35:00] </w:t>
      </w:r>
      <w:r>
        <w:t>sare log sumat kar isi insan par chale ayein ge ke kaun insan hai jis ko Allah keh raha hai ke mein is ko sunna chahta hon, woh bolay.</w:t>
      </w:r>
    </w:p>
    <w:p>
      <w:pPr>
        <w:jc w:val="right"/>
      </w:pPr>
      <w:r>
        <w:t>سارے لوگ سمٹ کر اسی انسان پر چلے آئیں گے کہ کون انسان ہے جس کو اللہ کہہ رہا ہے کہ میں اس کو سننا چاہتا ہوں، وہ بولے۔</w:t>
      </w:r>
    </w:p>
    <w:p>
      <w:r>
        <w:rPr>
          <w:b/>
        </w:rPr>
        <w:t xml:space="preserve">[35:15] </w:t>
      </w:r>
      <w:r>
        <w:t>to yeh hai woh cheezein jo aap ko sochna hai.</w:t>
      </w:r>
    </w:p>
    <w:p>
      <w:pPr>
        <w:jc w:val="right"/>
      </w:pPr>
      <w:r>
        <w:t>تو یہ ہے وہ چیزیں جو آپ کو سوچنا ہے۔</w:t>
      </w:r>
    </w:p>
    <w:p>
      <w:r>
        <w:rPr>
          <w:b/>
        </w:rPr>
        <w:t xml:space="preserve">[35:18] </w:t>
      </w:r>
      <w:r>
        <w:t>har aadmi yeh, har aadmi yeh hosla kar sakta hai ke kya bolay?</w:t>
      </w:r>
    </w:p>
    <w:p>
      <w:pPr>
        <w:jc w:val="right"/>
      </w:pPr>
      <w:r>
        <w:t>ہر آدمی یہ، ہر آدمی یہ حوصلہ کر سکتا ہے کہ کیا بولے؟</w:t>
      </w:r>
    </w:p>
    <w:p>
      <w:r>
        <w:rPr>
          <w:b/>
        </w:rPr>
        <w:t xml:space="preserve">[35:27] </w:t>
      </w:r>
      <w:r>
        <w:t>mein hi woh insan hon. lekin is ke liye aap ko tayari karni pare gi. kisi ke naam par likha hua nahi ke kaun woh insan hoga jis ko Allah kahe ke "i want to hear that person."</w:t>
      </w:r>
    </w:p>
    <w:p>
      <w:pPr>
        <w:jc w:val="right"/>
      </w:pPr>
      <w:r>
        <w:t>میں ہی وہ انسان ہوں۔ لیکن اس کے لیے آپ کو تیاری کرنی پڑے گی۔ کسی کے نام پر لکھا ہوا نہیں کہ کون وہ انسان ہوگا جس کو اللہ کہے کہ "آئی وانٹ ٹو ہیئر دیٹ پرسن۔"</w:t>
      </w:r>
    </w:p>
    <w:p>
      <w:r>
        <w:rPr>
          <w:b/>
        </w:rPr>
        <w:t xml:space="preserve">[35:42] </w:t>
      </w:r>
      <w:r>
        <w:t>to aap ko is dunya mein bohat hi bara goal rakhna ch</w:t>
      </w:r>
    </w:p>
    <w:p>
      <w:pPr>
        <w:jc w:val="right"/>
      </w:pPr>
      <w:r>
        <w:t>تو آپ کو اس دنیا میں بہت ہی بڑا گول رکھنا چ</w:t>
      </w:r>
    </w:p>
    <w:p>
      <w:r>
        <w:rPr>
          <w:b/>
        </w:rPr>
        <w:t xml:space="preserve">[35:48] </w:t>
      </w:r>
      <w:r>
        <w:t>ahiye. chota mota goal nahi, bara goal. yani aakhri goal ke kya bolen? Allah taala mujhe kahe ke mein is bande ko sunna chahta hon.</w:t>
      </w:r>
    </w:p>
    <w:p>
      <w:pPr>
        <w:jc w:val="right"/>
      </w:pPr>
      <w:r>
        <w:t>اہیے۔ چھوٹا موٹا گول نہیں، بڑا گول۔ یعنی آخری گول کے کیا بولیں؟ اللہ تعالی مجھے کہے کہ میں اس بندے کو سننا چاہتا ہوں۔</w:t>
      </w:r>
    </w:p>
    <w:p>
      <w:r>
        <w:rPr>
          <w:b/>
        </w:rPr>
        <w:t xml:space="preserve">[36:04] </w:t>
      </w:r>
      <w:r>
        <w:t>jaise hadith mein aata hai ke mango Allah se to jannat ul firdous mango.</w:t>
      </w:r>
    </w:p>
    <w:p>
      <w:pPr>
        <w:jc w:val="right"/>
      </w:pPr>
      <w:r>
        <w:t>جیسے حدیث میں آتا ہے کہ مانگو اللہ سے تو جنت الفردوس مانگو۔</w:t>
      </w:r>
    </w:p>
    <w:p>
      <w:r>
        <w:rPr>
          <w:b/>
        </w:rPr>
        <w:t xml:space="preserve">[36:17] </w:t>
      </w:r>
      <w:r>
        <w:t>Allah se mango to jannat ul firdous mango. is ka matlab kya hai? ke jo highest goal hai, woh rakho apne samnay.</w:t>
      </w:r>
    </w:p>
    <w:p>
      <w:pPr>
        <w:jc w:val="right"/>
      </w:pPr>
      <w:r>
        <w:t>اللہ سے مانگو تو جنت الفردوس مانگو۔ اس کا مطلب کیا ہے؟ کہ جو ہائیسٹ گول ہے، وہ رکھو اپنے سامنے۔</w:t>
      </w:r>
    </w:p>
    <w:p>
      <w:r>
        <w:rPr>
          <w:b/>
        </w:rPr>
        <w:t xml:space="preserve">[36:25] </w:t>
      </w:r>
      <w:r>
        <w:t>sab se ooncha target hai, woh rakho apne samne. is ka matlab nahin ke aap is ke mustahiq ban gaye. is ka matlab har giz yeh nahin ke aap is ke mustahiq ban gaye, kyunke woh to Allah ka ilm hai, Allah ke ikhtiyar mein.</w:t>
      </w:r>
    </w:p>
    <w:p>
      <w:pPr>
        <w:jc w:val="right"/>
      </w:pPr>
      <w:r>
        <w:t>سب سے اونچا ٹارگٹ ہے، وہ رکھو اپنے سامنے۔ اس کا مطلب نہیں کہ آپ اس کے مستحق بن گئے۔ اس کا مطلب ہرگز یہ نہیں کہ آپ اس کے مستحق بن گئے، کیونکہ وہ تو اللہ کا علم ہے، اللہ کے اختیار میں۔</w:t>
      </w:r>
    </w:p>
    <w:p>
      <w:r>
        <w:rPr>
          <w:b/>
        </w:rPr>
        <w:t xml:space="preserve">[36:41] </w:t>
      </w:r>
      <w:r>
        <w:t>is ko woh darja deta hai.</w:t>
      </w:r>
    </w:p>
    <w:p>
      <w:pPr>
        <w:jc w:val="right"/>
      </w:pPr>
      <w:r>
        <w:t>اس کو وہ درجہ دیتا ہے۔</w:t>
      </w:r>
    </w:p>
    <w:p>
      <w:r>
        <w:rPr>
          <w:b/>
        </w:rPr>
        <w:t xml:space="preserve">[36:44] </w:t>
      </w:r>
      <w:r>
        <w:t>rasool Allah ne apne bare mein keh diya ke mein nahin janta ke mera kya anjam hoga. to doosra kaun sa se jo soche? lekin goal aap ko aakhri rakhna chahiye.</w:t>
      </w:r>
    </w:p>
    <w:p>
      <w:pPr>
        <w:jc w:val="right"/>
      </w:pPr>
      <w:r>
        <w:t>رسول اللہ نے اپنے بارے میں کہہ دیا کہ میں نہیں جانتا کہ میرا کیا انجام ہوگا۔ تو دوسرا کون سا سے جو سوچے؟ لیکن گول آپ کو آخری رکھنا چاہیے۔</w:t>
      </w:r>
    </w:p>
    <w:p>
      <w:r>
        <w:rPr>
          <w:b/>
        </w:rPr>
        <w:t xml:space="preserve">[36:56] </w:t>
      </w:r>
      <w:r>
        <w:t>aakhri, aakhri, aakhri.</w:t>
      </w:r>
    </w:p>
    <w:p>
      <w:pPr>
        <w:jc w:val="right"/>
      </w:pPr>
      <w:r>
        <w:t>آخری، آخری، آخری۔</w:t>
      </w:r>
    </w:p>
    <w:p>
      <w:r>
        <w:rPr>
          <w:b/>
        </w:rPr>
        <w:t xml:space="preserve">[37:04] </w:t>
      </w:r>
      <w:r>
        <w:t>tab kya hoga? tab yeh hoga ke har cheez, har doosri cheez touch ho jaye gi. touch! har cheez be haqeeqat ho jaye gi.</w:t>
      </w:r>
    </w:p>
    <w:p>
      <w:pPr>
        <w:jc w:val="right"/>
      </w:pPr>
      <w:r>
        <w:t>تب کیا ہوگا؟ تب یہ ہوگا کہ ہر چیزیں، ہر دوسری چیز ٹچ ہو جائے گی۔ ٹچ! ہر چیز بے حقیقت ہو جائے گی۔</w:t>
      </w:r>
    </w:p>
    <w:p>
      <w:r>
        <w:rPr>
          <w:b/>
        </w:rPr>
        <w:t xml:space="preserve">[37:14] </w:t>
      </w:r>
      <w:r>
        <w:t>yeh jo log koi kibr mein jeeta hai, koi fakhr pride mein jeeta hai, koi apne ko yeh samajhta hai ke woh samajhta hai, sab bilkul reduce ho jaye ga.</w:t>
      </w:r>
    </w:p>
    <w:p>
      <w:pPr>
        <w:jc w:val="right"/>
      </w:pPr>
      <w:r>
        <w:t>یہ جو لوگ کوئی کبر میں جیتا ہے، کوئی فخر پرائیڈ میں جیتا ہے، کوئی اپنے کو یہ سمجھتا ہے کہ وہ سمجھتا ہے، سب بالکل ریڈیوس ہو جائے گا۔</w:t>
      </w:r>
    </w:p>
    <w:p>
      <w:r>
        <w:rPr>
          <w:b/>
        </w:rPr>
        <w:t xml:space="preserve">[37:28] </w:t>
      </w:r>
      <w:r>
        <w:t>jab yeh yeh nishan rasool Allah ne jo farmaya ke Allah se maut jannat ul firdous mango, kyun kaha? yeh koi, yeh koi mushkil tanqeed ki baat nahin hai.</w:t>
      </w:r>
    </w:p>
    <w:p>
      <w:pPr>
        <w:jc w:val="right"/>
      </w:pPr>
      <w:r>
        <w:t>جب یہ یہ نشان رسول اللہ نے جو فرمایا کہ اللہ سے موت جنت الفردوس مانگو، کیوں کہا؟ یہ کوئی، یہ کوئی مشکل تنقید کی بات نہیں ہے۔</w:t>
      </w:r>
    </w:p>
    <w:p>
      <w:r>
        <w:rPr>
          <w:b/>
        </w:rPr>
        <w:t xml:space="preserve">[37:39] </w:t>
      </w:r>
      <w:r>
        <w:t>is ka matlab hai ke jab aap jannat ul firdous ko apna nishana banayein ge to sab cheezein aap ko yani be haqeeqat ho jayein gi. jis ko mein kaha karta hoon "big baat thinking".</w:t>
      </w:r>
    </w:p>
    <w:p>
      <w:pPr>
        <w:jc w:val="right"/>
      </w:pPr>
      <w:r>
        <w:t>اس کا مطلب ہے کہ جب آپ جنت الفردوس کو اپنا نشانہ بنائیں گے تو سب چیزیں آپ کو یعنی بے حقیقت ہو جائیں گی۔ جس کو میں کہا کرتا ہوں "بگ باٹ تھنکنگ"۔</w:t>
      </w:r>
    </w:p>
    <w:p>
      <w:r>
        <w:rPr>
          <w:b/>
        </w:rPr>
        <w:t xml:space="preserve">[37:51] </w:t>
      </w:r>
      <w:r>
        <w:t>aap big baat thinker ban jayein ge.</w:t>
      </w:r>
    </w:p>
    <w:p>
      <w:pPr>
        <w:jc w:val="right"/>
      </w:pPr>
      <w:r>
        <w:t>آپ بگ باٹ تھنکر بن جائیں گے۔</w:t>
      </w:r>
    </w:p>
    <w:p>
      <w:r>
        <w:rPr>
          <w:b/>
        </w:rPr>
        <w:t xml:space="preserve">[37:59] </w:t>
      </w:r>
      <w:r>
        <w:t>jaise aap hawa azaad mein uṛte hain to wahan par sab kuch madon mein aata hai, wahan kuch nazar nahin aata.</w:t>
      </w:r>
    </w:p>
    <w:p>
      <w:pPr>
        <w:jc w:val="right"/>
      </w:pPr>
      <w:r>
        <w:t>جیسے آپ ہوا آزاد میں اڑتے ہیں تو وہاں پر سب کچھ مادوں میں آتا ہے، وہاں کچھ نظر نہیں آتا۔</w:t>
      </w:r>
    </w:p>
    <w:p>
      <w:r>
        <w:rPr>
          <w:b/>
        </w:rPr>
        <w:t xml:space="preserve">[38:05] </w:t>
      </w:r>
      <w:r>
        <w:t>neeche aap hain, yahan shehar hain, makan hai, jangal hai, darya hai, pahaṛ hai. lekin jab aadhe hazar foot ki bulandi par pahocha hai jahaz to kuch dikhai nahin deta.</w:t>
      </w:r>
    </w:p>
    <w:p>
      <w:pPr>
        <w:jc w:val="right"/>
      </w:pPr>
      <w:r>
        <w:t>نیچے آپ ہیں، یہاں شہر ہیں، مکان ہے، جنگل ہے، دریا ہے، پہاڑ ہے۔ لیکن جب آدھے ہزار فٹ کی بلندی پر پہنچتا ہے جہاز تو کچھ دکھائی نہیں دیتا۔</w:t>
      </w:r>
    </w:p>
    <w:p>
      <w:r>
        <w:rPr>
          <w:b/>
        </w:rPr>
        <w:t xml:space="preserve">[38:21] </w:t>
      </w:r>
      <w:r>
        <w:t>to jab aap ko buland nishana hoga, jab aap ka bohat ooncha target hoga, bohat ooncha goal hoga to sab kuch benimised ho jaye gi, sab kuch tehleel ho jaye gi, sab kuch khatam ho jaye ga.</w:t>
      </w:r>
    </w:p>
    <w:p>
      <w:pPr>
        <w:jc w:val="right"/>
      </w:pPr>
      <w:r>
        <w:t>تو جب آپ کو بلند نشانہ ہوگا، جب آپ کا بہت اونچا ٹارگٹ ہوگا، بہت اونچا گول ہوگا تو سب کچھ بینمائز ہو جائے گی، سب کچھ تحلیل ہو جائے گی، سب کچھ ختم ہو جائے گا۔</w:t>
      </w:r>
    </w:p>
    <w:p>
      <w:r>
        <w:rPr>
          <w:b/>
        </w:rPr>
        <w:t xml:space="preserve">[38:33] </w:t>
      </w:r>
      <w:r>
        <w:t>is tarah se chain reaction hota hai. agar aap prepared mind hon to ek waqea hoga, ek waqea, aur phir is mein milte jayein ge waqeat, milte jayein ge, milte jayein ge, yahan tak ke 700 par pahocha jaye ga.</w:t>
      </w:r>
    </w:p>
    <w:p>
      <w:pPr>
        <w:jc w:val="right"/>
      </w:pPr>
      <w:r>
        <w:t>اس طرح سے چین ری ایکشن ہوتا ہے۔ اگر آپ پریپیئرڈ مائنڈ ہوں تو ایک واقعہ ہوگا، ایک واقعہ، اور پھر اس میں ملتے جائیں گے واقعات، ملتے جائیں گے، ملتے جائیں گے، یہاں تک کہ 700 پر پہنچ جائیں گے۔</w:t>
      </w:r>
    </w:p>
    <w:p>
      <w:r>
        <w:rPr>
          <w:b/>
        </w:rPr>
        <w:t xml:space="preserve">[38:44] </w:t>
      </w:r>
      <w:r>
        <w:t>700 item ban jayein ge is mein.</w:t>
      </w:r>
    </w:p>
    <w:p>
      <w:pPr>
        <w:jc w:val="right"/>
      </w:pPr>
      <w:r>
        <w:t>700 آئٹم بن جائیں گے اس میں۔</w:t>
      </w:r>
    </w:p>
    <w:p>
      <w:r>
        <w:rPr>
          <w:b/>
        </w:rPr>
        <w:t xml:space="preserve">[38:48] </w:t>
      </w:r>
      <w:r>
        <w:t>is tarah aap ka amal jo hai baṛhta chala jaye ga, baṛhta chala jaye ga, baṛhta chala jaye ga.</w:t>
      </w:r>
    </w:p>
    <w:p>
      <w:pPr>
        <w:jc w:val="right"/>
      </w:pPr>
      <w:r>
        <w:t>اس طرح آپ کا عمل جو ہے بڑھتا چلا جائے گا، بڑھتا چلا جائے گا، بڑھتا چلا جائے گا۔</w:t>
      </w:r>
    </w:p>
    <w:p>
      <w:r>
        <w:rPr>
          <w:b/>
        </w:rPr>
        <w:t xml:space="preserve">[39:04] </w:t>
      </w:r>
      <w:r>
        <w:t>aise hi mujhe sochte hue ek aur waqea yaad aaya naye dilli railway station ka.</w:t>
      </w:r>
    </w:p>
    <w:p>
      <w:pPr>
        <w:jc w:val="right"/>
      </w:pPr>
      <w:r>
        <w:t>ایسے ہی مجھے سوچتے ہوئے ایک اور واقعہ یاد آیا نئے دلی ریلوے اسٹیشن کا۔</w:t>
      </w:r>
    </w:p>
    <w:p>
      <w:r>
        <w:rPr>
          <w:b/>
        </w:rPr>
        <w:t xml:space="preserve">[39:12] </w:t>
      </w:r>
      <w:r>
        <w:t>dekhein, azadi se pehle India mein aap jante hain ke more than 500 streets theen, rastay. in mein sab se baṛi riyasat Hyderabad ki thi, sab se baṛi apne area ke aitbar se.</w:t>
      </w:r>
    </w:p>
    <w:p>
      <w:pPr>
        <w:jc w:val="right"/>
      </w:pPr>
      <w:r>
        <w:t>دیکھیں، آزادی سے پہلے انڈیا میں آپ جانتے ہیں کہ مور دین 500 اسٹریٹس تھیں، راستے۔ ان میں سب سے بڑی ریاست حیدرآباد کی تھی، سب سے بڑی اپنے ایریا کے اعتبار سے۔</w:t>
      </w:r>
    </w:p>
    <w:p>
      <w:r>
        <w:rPr>
          <w:b/>
        </w:rPr>
        <w:t xml:space="preserve">[39:30] </w:t>
      </w:r>
      <w:r>
        <w:t>to us zamane mein jo raja aur nawab the, woh un ka salon hua karta tha. kyunke us zamane mein hawa azaad tha nahin ke koi special hawa azaad se safar kare,</w:t>
      </w:r>
    </w:p>
    <w:p>
      <w:pPr>
        <w:jc w:val="right"/>
      </w:pPr>
      <w:r>
        <w:t>تو اس زمانے میں جو راجہ اور نواب تھے، وہ ان کا سالون ہوا کرتا تھا۔ کیونکہ اس زمانے میں ہوا آزاد تھا نہیں کہ کوئی اسپیشل ہوا آزاد سے سفر کرے،</w:t>
      </w:r>
    </w:p>
    <w:p>
      <w:r>
        <w:rPr>
          <w:b/>
        </w:rPr>
        <w:t xml:space="preserve">[39:40] </w:t>
      </w:r>
      <w:r>
        <w:t>to salon par safar karte the. to un ka salon jo hai train mein joṛ diya jata tha. to nela Ahmed Hyderabad jo wahan ke hakim the, un ko naye dilli aana tha British period mein.</w:t>
      </w:r>
    </w:p>
    <w:p>
      <w:pPr>
        <w:jc w:val="right"/>
      </w:pPr>
      <w:r>
        <w:t>تو سالون پر سفر کرتے تھے۔ تو ان کا سالون جو ہے ٹرین میں جوڑ دیا جاتا تھا۔ تو نیلا احمد حیدرآباد جو وہاں کے حاکم تھے، ان کو نئے دہلی آنا تھا برٹش پیریڈ میں۔</w:t>
      </w:r>
    </w:p>
    <w:p>
      <w:r>
        <w:rPr>
          <w:b/>
        </w:rPr>
        <w:t xml:space="preserve">[39:54] </w:t>
      </w:r>
      <w:r>
        <w:t>to un ka salon wahan se shayad salon ka poori gaṛi shayad rahi ho. bahar Hyderabad se un ka qafila aaya naye dilli relation mein ruka.</w:t>
      </w:r>
    </w:p>
    <w:p>
      <w:pPr>
        <w:jc w:val="right"/>
      </w:pPr>
      <w:r>
        <w:t>تو ان کا سالون وہاں سے شاید سالون کا پوری گاڑی شاید رہی ہو۔ باہر حیدرآباد سے ان کا قافلہ آیا نئے دہلی ریلیشن میں رکا۔</w:t>
      </w:r>
    </w:p>
    <w:p>
      <w:r>
        <w:rPr>
          <w:b/>
        </w:rPr>
        <w:t xml:space="preserve">[40:05] </w:t>
      </w:r>
      <w:r>
        <w:t>to</w:t>
      </w:r>
    </w:p>
    <w:p>
      <w:pPr>
        <w:jc w:val="right"/>
      </w:pPr>
      <w:r>
        <w:t>تو</w:t>
      </w:r>
    </w:p>
    <w:p>
      <w:r>
        <w:rPr>
          <w:b/>
        </w:rPr>
        <w:t xml:space="preserve">[40:06] </w:t>
      </w:r>
      <w:r>
        <w:t>us waqt un ko receive karne ke liye bohat se log platform mein jama the. police aayi to police ne sab ko line mein khara kar liya, line mein.</w:t>
      </w:r>
    </w:p>
    <w:p>
      <w:pPr>
        <w:jc w:val="right"/>
      </w:pPr>
      <w:r>
        <w:t>اس وقت ان کو ریسیو کرنے کے لیے بہت سے لوگ پلیٹ فارم میں جمع تھے۔ پولیس آئی تو پولیس نے سب کو لائن میں کھڑا کر لیا، لائن میں۔</w:t>
      </w:r>
    </w:p>
    <w:p>
      <w:r>
        <w:rPr>
          <w:b/>
        </w:rPr>
        <w:t xml:space="preserve">[40:16] </w:t>
      </w:r>
      <w:r>
        <w:t>aur ek shakhs ko jo bilkul mamooli libas mein tha, us ko sab peechay kar diya, peechay kar diya.</w:t>
      </w:r>
    </w:p>
    <w:p>
      <w:pPr>
        <w:jc w:val="right"/>
      </w:pPr>
      <w:r>
        <w:t>اور ایک شخص کو جو بالکل معمولی لباس میں تھا، اس کو سب پیچھے کر دیا، پیچھے کر دیا۔</w:t>
      </w:r>
    </w:p>
    <w:p>
      <w:r>
        <w:rPr>
          <w:b/>
        </w:rPr>
        <w:t xml:space="preserve">[40:27] </w:t>
      </w:r>
      <w:r>
        <w:t>aur woh the Hassan Nizami. to Nizam Hyderabad jo tha, woh Nizamuddin Auliya ka bohat zyada woh tha, bohat muataqid tha Nizamuddin Auliya ka</w:t>
      </w:r>
    </w:p>
    <w:p>
      <w:pPr>
        <w:jc w:val="right"/>
      </w:pPr>
      <w:r>
        <w:t>اور وہ تھے حسن نظامی۔ تو نظام حیدرآباد جو تھا، وہ نظام الدین اولیاء کا بہت زیادہ وہ تھا، بہت معتقد تھا نظام الدین اولیاء کا</w:t>
      </w:r>
    </w:p>
    <w:p>
      <w:r>
        <w:rPr>
          <w:b/>
        </w:rPr>
        <w:t xml:space="preserve">[40:42] </w:t>
      </w:r>
      <w:r>
        <w:t>. aur woh un ke descendant mein se the, un ke khandan mein se. to woh bohat hi zaheen tha. kaha jata hai ke Nizam Hyderabad jo tha, bohat zaheen aadmi tha.</w:t>
      </w:r>
    </w:p>
    <w:p>
      <w:pPr>
        <w:jc w:val="right"/>
      </w:pPr>
      <w:r>
        <w:t>۔ اور وہ ان کے ڈیسینڈنٹ میں سے تھے، ان کے خاندان میں سے۔ تو وہ بہت ہی ذہین تھا۔ کہا جاتا ہے کہ نظام حیدرآباد جو تھا، بہت ذہین آدمی تھا۔</w:t>
      </w:r>
    </w:p>
    <w:p>
      <w:r>
        <w:rPr>
          <w:b/>
        </w:rPr>
        <w:t xml:space="preserve">[40:53] </w:t>
      </w:r>
      <w:r>
        <w:t>to jab apne salon se bahar aaya aur nazar dali to us ne dekha peechay aik aadmi khara hua hai. aur woh thay hasan nizami.</w:t>
      </w:r>
    </w:p>
    <w:p>
      <w:pPr>
        <w:jc w:val="right"/>
      </w:pPr>
      <w:r>
        <w:t>تو جب اپنے سالون سے باہر آیا اور نظر ڈالی تو اس نے دیکھا پیچھے ایک آدمی کھڑا ہوا ہے۔ اور وہ تھے حسن نظامی۔</w:t>
      </w:r>
    </w:p>
    <w:p>
      <w:r>
        <w:rPr>
          <w:b/>
        </w:rPr>
        <w:t xml:space="preserve">[41:02] </w:t>
      </w:r>
      <w:r>
        <w:t>is ko pehchan liya is ne. to woh khud dor kar wahan gaya ke aap ko yahan kis ne khara kar diya? peechay agay aaiye.</w:t>
      </w:r>
    </w:p>
    <w:p>
      <w:pPr>
        <w:jc w:val="right"/>
      </w:pPr>
      <w:r>
        <w:t>اس کو پہچان لیا اس نے۔ تو وہ خود دوڑ کر وہاں گیا کہ آپ کو یہاں کس نے کھڑا کر دیا؟ پیچھے آگے آئیے۔</w:t>
      </w:r>
    </w:p>
    <w:p>
      <w:r>
        <w:rPr>
          <w:b/>
        </w:rPr>
        <w:t xml:space="preserve">[41:13] </w:t>
      </w:r>
      <w:r>
        <w:t>to log hairaan reh gaye. jis ko hum ne peechay kiya tha, us ko nizam aur khud le le ke pohnch pohnch raha hai.</w:t>
      </w:r>
    </w:p>
    <w:p>
      <w:pPr>
        <w:jc w:val="right"/>
      </w:pPr>
      <w:r>
        <w:t>تو لوگ حیران رہ گئے۔ جس کو ہم نے پیچھے کیا تھا، اس کو نظام اور خود لے لے کے پہنچ پہنچ رہا ہے۔</w:t>
      </w:r>
    </w:p>
    <w:p>
      <w:r>
        <w:rPr>
          <w:b/>
        </w:rPr>
        <w:t xml:space="preserve">[41:34] </w:t>
      </w:r>
      <w:r>
        <w:t>to dekhiye, jab aap ko Allah se hub shadeed hota hai, Islam ka afیکشن, to aap achi achi baatein sochne lagte hain.</w:t>
      </w:r>
    </w:p>
    <w:p>
      <w:pPr>
        <w:jc w:val="right"/>
      </w:pPr>
      <w:r>
        <w:t>تو دیکھیے، جب آپ کو اللہ سے حب شدید ہوتا ہے، اسلام کا افیکشن، تو آپ اچھی اچھی باتیں سوچنے لگتے ہیں۔</w:t>
      </w:r>
    </w:p>
    <w:p>
      <w:r>
        <w:rPr>
          <w:b/>
        </w:rPr>
        <w:t xml:space="preserve">[41:46] </w:t>
      </w:r>
      <w:r>
        <w:t>jaise beta apni maan ke baray mein achi achi baatein sochta hai,</w:t>
      </w:r>
    </w:p>
    <w:p>
      <w:pPr>
        <w:jc w:val="right"/>
      </w:pPr>
      <w:r>
        <w:t>جیسے بیٹا اپنی ماں کے بارے میں اچھی اچھی باتیں سوچتا ہے،</w:t>
      </w:r>
    </w:p>
    <w:p>
      <w:r>
        <w:rPr>
          <w:b/>
        </w:rPr>
        <w:t xml:space="preserve">[41:51] </w:t>
      </w:r>
      <w:r>
        <w:t>jis ki koi aqal nahi hoti. beta aqal se nahi sochta, apne emotion se sochta hai. woh</w:t>
      </w:r>
    </w:p>
    <w:p>
      <w:pPr>
        <w:jc w:val="right"/>
      </w:pPr>
      <w:r>
        <w:t>جس کی کوئی عقل نہیں ہوتی۔ بیٹا عقل سے نہیں سوچتا، اپنے ایموشن سے سوچتا ہے۔ وہ</w:t>
      </w:r>
    </w:p>
    <w:p>
      <w:r>
        <w:rPr>
          <w:b/>
        </w:rPr>
        <w:t xml:space="preserve">[42:01] </w:t>
      </w:r>
      <w:r>
        <w:t>to yeh waqia mujhe yaad aaya nizam haiderabad ka.</w:t>
      </w:r>
    </w:p>
    <w:p>
      <w:pPr>
        <w:jc w:val="right"/>
      </w:pPr>
      <w:r>
        <w:t>تو یہ واقعہ مجھے یاد آیا نظام حیدرآباد کا۔</w:t>
      </w:r>
    </w:p>
    <w:p>
      <w:r>
        <w:rPr>
          <w:b/>
        </w:rPr>
        <w:t xml:space="preserve">[42:09] </w:t>
      </w:r>
      <w:r>
        <w:t>to mein ne socha ke shayad</w:t>
      </w:r>
    </w:p>
    <w:p>
      <w:pPr>
        <w:jc w:val="right"/>
      </w:pPr>
      <w:r>
        <w:t>تو میں نے سوچا کہ شاید</w:t>
      </w:r>
    </w:p>
    <w:p>
      <w:r>
        <w:rPr>
          <w:b/>
        </w:rPr>
        <w:t xml:space="preserve">[42:14] </w:t>
      </w:r>
      <w:r>
        <w:t>qayamat ke din</w:t>
      </w:r>
    </w:p>
    <w:p>
      <w:pPr>
        <w:jc w:val="right"/>
      </w:pPr>
      <w:r>
        <w:t>قیامت کے دن</w:t>
      </w:r>
    </w:p>
    <w:p>
      <w:r>
        <w:rPr>
          <w:b/>
        </w:rPr>
        <w:t xml:space="preserve">[42:18] </w:t>
      </w:r>
      <w:r>
        <w:t>aisa ho ke aisa bhi koi banda khuda ho jis ke baray mein hadith mein aata hai ke "rab aashiq</w:t>
      </w:r>
    </w:p>
    <w:p>
      <w:pPr>
        <w:jc w:val="right"/>
      </w:pPr>
      <w:r>
        <w:t>ایسا ہو کہ ایسا بھی کوئی بندہ خدا ہو جس کے بارے میں حدیث میں آتا ہے کہ "رب عاشق</w:t>
      </w:r>
    </w:p>
    <w:p>
      <w:r>
        <w:rPr>
          <w:b/>
        </w:rPr>
        <w:t xml:space="preserve">[42:30] </w:t>
      </w:r>
      <w:r>
        <w:t>Allah"</w:t>
      </w:r>
    </w:p>
    <w:p>
      <w:pPr>
        <w:jc w:val="right"/>
      </w:pPr>
      <w:r>
        <w:t>اللہ"</w:t>
      </w:r>
    </w:p>
    <w:p>
      <w:r>
        <w:rPr>
          <w:b/>
        </w:rPr>
        <w:t xml:space="preserve">[42:33] </w:t>
      </w:r>
      <w:r>
        <w:t>. to shayad koi banda ho jis ko farishtay peechay khara kar dein.</w:t>
      </w:r>
    </w:p>
    <w:p>
      <w:pPr>
        <w:jc w:val="right"/>
      </w:pPr>
      <w:r>
        <w:t>۔ تو شاید کوئی بندہ ہو جس کو فرشتے پیچھے کھڑا کر دیں۔</w:t>
      </w:r>
    </w:p>
    <w:p>
      <w:r>
        <w:rPr>
          <w:b/>
        </w:rPr>
        <w:t xml:space="preserve">[42:40] </w:t>
      </w:r>
      <w:r>
        <w:t>aur jab Allah zahir ho aur dekhe ke aik banda peechay khara hua hai to Allah khud apne takht ko dar kar</w:t>
      </w:r>
    </w:p>
    <w:p>
      <w:pPr>
        <w:jc w:val="right"/>
      </w:pPr>
      <w:r>
        <w:t>اور جب اللہ ظاہر ہو اور دیکھے کہ ایک بندہ پیچھے کھڑا ہوا ہے تو اللہ خود اپنے تخت کو در کر</w:t>
      </w:r>
    </w:p>
    <w:p>
      <w:r>
        <w:rPr>
          <w:b/>
        </w:rPr>
        <w:t xml:space="preserve">[42:58] </w:t>
      </w:r>
      <w:r>
        <w:t>us ke paas pohanch jaye ke tum</w:t>
      </w:r>
    </w:p>
    <w:p>
      <w:pPr>
        <w:jc w:val="right"/>
      </w:pPr>
      <w:r>
        <w:t>اس کے پاس پہنچ جائے کہ تم</w:t>
      </w:r>
    </w:p>
    <w:p>
      <w:r>
        <w:rPr>
          <w:b/>
        </w:rPr>
        <w:t xml:space="preserve">[43:00] </w:t>
      </w:r>
      <w:r>
        <w:t>yahan kehte ho.</w:t>
      </w:r>
    </w:p>
    <w:p>
      <w:pPr>
        <w:jc w:val="right"/>
      </w:pPr>
      <w:r>
        <w:t>یہاں کہتے ہو۔</w:t>
      </w:r>
    </w:p>
    <w:p>
      <w:r>
        <w:rPr>
          <w:b/>
        </w:rPr>
        <w:t xml:space="preserve">[43:06] </w:t>
      </w:r>
      <w:r>
        <w:t>jab aap ko Allah se mohabbat shadeed hogi to aap ka woh haal ho jaye ga aur beta kaho to aap maan ke baray mein, maan ke baray mein koi beta aqal se nahi sochta, emotions ke tehat sochta hai,</w:t>
      </w:r>
    </w:p>
    <w:p>
      <w:pPr>
        <w:jc w:val="right"/>
      </w:pPr>
      <w:r>
        <w:t>جب آپ کو اللہ سے محبت شدید ہوگی تو آپ کا وہ حال ہو جائے گا اور بیٹا کہو تو آپ ماں کے بارے میں، ماں کے بارے میں کوئی بیٹا عقل سے نہیں سوچتا، ایموشنز کے تحت سوچتا ہے،</w:t>
      </w:r>
    </w:p>
    <w:p>
      <w:r>
        <w:rPr>
          <w:b/>
        </w:rPr>
        <w:t xml:space="preserve">[43:23] </w:t>
      </w:r>
      <w:r>
        <w:t>emotion ke tehat.</w:t>
      </w:r>
    </w:p>
    <w:p>
      <w:pPr>
        <w:jc w:val="right"/>
      </w:pPr>
      <w:r>
        <w:t>ایموشن کے تحت۔</w:t>
      </w:r>
    </w:p>
    <w:p>
      <w:r>
        <w:rPr>
          <w:b/>
        </w:rPr>
        <w:t xml:space="preserve">[43:27] </w:t>
      </w:r>
      <w:r>
        <w:t>to jab aap ko Allah se hub shadeed ho jaye, star afیکشن to aap isi tarah sochne lagte hain jis tarah koi beta apne maan ke baray mein sochta hai.</w:t>
      </w:r>
    </w:p>
    <w:p>
      <w:pPr>
        <w:jc w:val="right"/>
      </w:pPr>
      <w:r>
        <w:t>تو جب آپ کو اللہ سے حب شدید ہو جائے، اسٹار افیکشن تو آپ اسی طرح سوچنے لگتے ہیں جس طرح کوئی بیٹا اپنے ماں کے بارے میں سوچتا ہے۔</w:t>
      </w:r>
    </w:p>
    <w:p>
      <w:r>
        <w:rPr>
          <w:b/>
        </w:rPr>
        <w:t xml:space="preserve">[43:40] </w:t>
      </w:r>
      <w:r>
        <w:t>to yeh sab baatein bhi aa jati hain aap ke jawab mein ke kam az kam koi banda jis ko farishton ne peechay kar diya ho</w:t>
      </w:r>
    </w:p>
    <w:p>
      <w:pPr>
        <w:jc w:val="right"/>
      </w:pPr>
      <w:r>
        <w:t>تو یہ سب باتیں بھی آ جاتی ہیں آپ کے جواب میں کہ کم از کم کوئی بندہ جس کو فرشتوں نے پیچھے کر دیا ہو</w:t>
      </w:r>
    </w:p>
    <w:p>
      <w:r>
        <w:rPr>
          <w:b/>
        </w:rPr>
        <w:t xml:space="preserve">[43:49] </w:t>
      </w:r>
      <w:r>
        <w:t>aur Allah jall jalalah apne takht se utar ke kahe ke yeh banda yahan kis ne khara kar diya? to aao, agay aao.</w:t>
      </w:r>
    </w:p>
    <w:p>
      <w:pPr>
        <w:jc w:val="right"/>
      </w:pPr>
      <w:r>
        <w:t>اور اللہ جل جلالہ اپنے تخت سے اتر کے کہے کہ یہ بندہ یہاں کس نے کھڑا کر دیا؟ تو آؤ، آگے آؤ۔</w:t>
      </w:r>
    </w:p>
    <w:p>
      <w:r>
        <w:rPr>
          <w:b/>
        </w:rPr>
        <w:t xml:space="preserve">[44:01] </w:t>
      </w:r>
      <w:r>
        <w:t>to dekhein, mein yeh baatein is liye keh raha hoon</w:t>
      </w:r>
    </w:p>
    <w:p>
      <w:pPr>
        <w:jc w:val="right"/>
      </w:pPr>
      <w:r>
        <w:t>تو دیکھیں، میں یہ باتیں اس لیے کہہ رہا ہوں</w:t>
      </w:r>
    </w:p>
    <w:p>
      <w:r>
        <w:rPr>
          <w:b/>
        </w:rPr>
        <w:t xml:space="preserve">[44:06] </w:t>
      </w:r>
      <w:r>
        <w:t>ke jab tak aap ko aala marifat nahi hogi, aap ke andar aala islah bhi nahi hogi. aala marifat ke baghair aala islah nahi hoti.</w:t>
      </w:r>
    </w:p>
    <w:p>
      <w:pPr>
        <w:jc w:val="right"/>
      </w:pPr>
      <w:r>
        <w:t>کہ جب تک آپ کو اعلیٰ معرفت نہیں ہوگی، آپ کے اندر اعلیٰ اصلاح بھی نہیں ہوگی۔ اعلیٰ معرفت کے بغیر اعلیٰ اصلاح نہیں ہوتی۔</w:t>
      </w:r>
    </w:p>
    <w:p>
      <w:r>
        <w:rPr>
          <w:b/>
        </w:rPr>
        <w:t xml:space="preserve">[44:16] </w:t>
      </w:r>
      <w:r>
        <w:t>jab yeh sab marifat ka darja mile ga aap ko, tab aap ke andar sab cheezein khatam ho jayengi. tab kubra kubra bhi khatam, arrogance bhi khatam, pride bhi khatam,</w:t>
      </w:r>
    </w:p>
    <w:p>
      <w:pPr>
        <w:jc w:val="right"/>
      </w:pPr>
      <w:r>
        <w:t>جب یہ سب معرفت کا درجہ ملے گا آپ کو، تب آپ کے اندر سب چیزیں ختم ہو جائیں گی۔ تب کبری کبری بھی ختم، اروگنس بھی ختم، پرائیڈ بھی ختم،</w:t>
      </w:r>
    </w:p>
    <w:p>
      <w:r>
        <w:rPr>
          <w:b/>
        </w:rPr>
        <w:t xml:space="preserve">[44:30] </w:t>
      </w:r>
      <w:r>
        <w:t>inferiority ka complex bhi khatam,</w:t>
      </w:r>
    </w:p>
    <w:p>
      <w:pPr>
        <w:jc w:val="right"/>
      </w:pPr>
      <w:r>
        <w:t>فیورٹی کا کمپلیکس بھی ختم،</w:t>
      </w:r>
    </w:p>
    <w:p>
      <w:r>
        <w:rPr>
          <w:b/>
        </w:rPr>
        <w:t xml:space="preserve">[44:36] </w:t>
      </w:r>
      <w:r>
        <w:t>saare negative thought khatam, saare evil thought khatam. phir aap sirf modesty ban kar aa jayen g</w:t>
      </w:r>
    </w:p>
    <w:p>
      <w:pPr>
        <w:jc w:val="right"/>
      </w:pPr>
      <w:r>
        <w:t>سارے نیگیٹیو تھاٹ ختم، سارے ایول تھاٹ ختم۔ پھر آپ صرف ماڈیسٹی بن کر آ جائیں گ</w:t>
      </w:r>
    </w:p>
    <w:p>
      <w:r>
        <w:rPr>
          <w:b/>
        </w:rPr>
        <w:t xml:space="preserve">[44:45] </w:t>
      </w:r>
      <w:r>
        <w:t>e. modesty, modesty, modesty! tawazu, tawazu, tawazu! dekhen, yaad rakhiye, banda apne aakhri darje mein to pohanchta hai to izzat ban jata hai, modest ban jata hai.</w:t>
      </w:r>
    </w:p>
    <w:p>
      <w:pPr>
        <w:jc w:val="right"/>
      </w:pPr>
      <w:r>
        <w:t>ے۔ ماڈیسٹی، ماڈیسٹی، ماڈیسٹی! تواضع، تواضع، تواضع! دیکھیں، یاد رکھیے، بندہ اپنے آخری درجے میں تو پہنچتا ہے تو عزت بن جاتا ہے، ماڈسٹ بن جاتا ہے۔</w:t>
      </w:r>
    </w:p>
    <w:p>
      <w:r>
        <w:rPr>
          <w:b/>
        </w:rPr>
        <w:t xml:space="preserve">[44:58] </w:t>
      </w:r>
      <w:r>
        <w:t>modesty marifat ka aakhri darja hai. marifat ka aakhri darja arrogance nahi hai, pride nahi hai.</w:t>
      </w:r>
    </w:p>
    <w:p>
      <w:pPr>
        <w:jc w:val="right"/>
      </w:pPr>
      <w:r>
        <w:t>ماڈیسٹی معرفت کا آخری درجہ ہے۔ معرفت کا آخری درجہ اروگنس نہیں ہے، پرائیڈ نہیں ہے۔</w:t>
      </w:r>
    </w:p>
    <w:p>
      <w:r>
        <w:rPr>
          <w:b/>
        </w:rPr>
        <w:t xml:space="preserve">[45:09] </w:t>
      </w:r>
      <w:r>
        <w:t>marifat ka aakhri darja hai modesty. apne ko kuch na samajhna.</w:t>
      </w:r>
    </w:p>
    <w:p>
      <w:pPr>
        <w:jc w:val="right"/>
      </w:pPr>
      <w:r>
        <w:t>معرفت کا آخری درجہ ہے ماڈیسٹی۔ اپنے کو کچھ نہ سمجھنا۔</w:t>
      </w:r>
    </w:p>
    <w:p>
      <w:r>
        <w:rPr>
          <w:b/>
        </w:rPr>
        <w:t xml:space="preserve">[45:16] </w:t>
      </w:r>
      <w:r>
        <w:t>jab yeh darja aata hai, tab Allah is par apni rehmaten udel deta hai. blessing ka samandar is ke upar toot parta hai.</w:t>
      </w:r>
    </w:p>
    <w:p>
      <w:pPr>
        <w:jc w:val="right"/>
      </w:pPr>
      <w:r>
        <w:t>جب یہ درجہ آتا ہے، تب اللہ اس پر اپنی رحمتیں اڈیل دیتا ہے۔ بلیسنگ کا سمندر اس کے اوپر ٹوٹ پڑتا ہے۔</w:t>
      </w:r>
    </w:p>
    <w:p>
      <w:r>
        <w:rPr>
          <w:b/>
        </w:rPr>
        <w:t xml:space="preserve">[45:29] </w:t>
      </w:r>
      <w:r>
        <w:t>to meri dua hai ke Allah taala mujh ko aur aap ko tofeeq de ke hum Allah ki marifat mein hissa payen aur aakhirat mein hum Allah ki jannat mein jagah milen.</w:t>
      </w:r>
    </w:p>
    <w:p>
      <w:pPr>
        <w:jc w:val="right"/>
      </w:pPr>
      <w:r>
        <w:t>تو میری دعا ہے کہ اللہ تعالی مجھ کو اور آپ کو توفیق دے کہ ہم اللہ کی معرفت میں حصہ پائیں اور آخرت میں ہم اللہ کی جنت میں جگہ ملے۔</w:t>
      </w:r>
    </w:p>
    <w:p>
      <w:r>
        <w:rPr>
          <w:b/>
        </w:rPr>
        <w:t xml:space="preserve">[45:46] </w:t>
      </w:r>
      <w:r>
        <w:t>hum ko</w:t>
      </w:r>
    </w:p>
    <w:p>
      <w:pPr>
        <w:jc w:val="right"/>
      </w:pPr>
      <w:r>
        <w:t>ہم کو</w:t>
      </w:r>
    </w:p>
    <w:p>
      <w:r>
        <w:rPr>
          <w:b/>
        </w:rPr>
        <w:t xml:space="preserve">[45:50] </w:t>
      </w:r>
      <w:r>
        <w:t>aqool qawli haza wastaghfirullaha li walakum ajmaeen.</w:t>
      </w:r>
    </w:p>
    <w:p>
      <w:pPr>
        <w:jc w:val="right"/>
      </w:pPr>
      <w:r>
        <w:t>اقول قولیھذا واستغفراللہ لی ولکم اجمعین۔</w:t>
      </w:r>
    </w:p>
    <w:p>
      <w:r>
        <w:rPr>
          <w:b/>
        </w:rPr>
        <w:t xml:space="preserve">[46:09] </w:t>
      </w:r>
      <w:r>
        <w:t>maulana, yeh sawal ajmer se aya hai doctor safeena tabassum ka. unhon ne likha hai: "maulana sahib, today people have a concept that to live stress free life, we should stop thinking.</w:t>
      </w:r>
    </w:p>
    <w:p>
      <w:pPr>
        <w:jc w:val="right"/>
      </w:pPr>
      <w:r>
        <w:t>مولانا، یہ سوال اجمیر سے آیا ہے ڈاکٹر سفینہ تبسم کا۔ انہوں نے لکھا ہے: "مولانا صاحب، ٹوڈے پیپل ہیو ا کانسیپٹ دیٹ ٹو لیو سٹریس فری لائف، وی شوڈ سٹاپ تھنکنگ۔</w:t>
      </w:r>
    </w:p>
    <w:p>
      <w:r>
        <w:rPr>
          <w:b/>
        </w:rPr>
        <w:t xml:space="preserve">[46:25] </w:t>
      </w:r>
      <w:r>
        <w:t>how how can we explain the importance of thinking to them? please advise." dekhen, stress free life jo hai, is tarah nahi milti kisi ko ke woh sochna band</w:t>
      </w:r>
    </w:p>
    <w:p>
      <w:pPr>
        <w:jc w:val="right"/>
      </w:pPr>
      <w:r>
        <w:t>ہاؤ ہاؤ کین وی ایکسپلین دی امپورٹنس اف تھنکنگ ٹو دیم؟ پلیز ایڈوائس۔" دیکھیں، سٹریس فری لائف جو ہے، اس طرح نہیں ملتی کسی کو کہ وہ سوچنا بند</w:t>
      </w:r>
    </w:p>
    <w:p>
      <w:r>
        <w:rPr>
          <w:b/>
        </w:rPr>
        <w:t xml:space="preserve">[46:39] </w:t>
      </w:r>
      <w:r>
        <w:t>kar de. yeh sirf kehne ki baat hai. haqeeqat hai, koi koi sochna band nahi kar sakta. jo ek kehta ho, us se aap dekhen ja kar ke ke us ne sochna band kar rakha hai.</w:t>
      </w:r>
    </w:p>
    <w:p>
      <w:pPr>
        <w:jc w:val="right"/>
      </w:pPr>
      <w:r>
        <w:t>کر دے۔ یہ صرف کہنے کی بات ہے۔ حقیقت ہے، کوئی کوئی سوچنا بند نہیں کر سکتا۔ جو ایک کہتا ہو، اس سے آپ دیکھیں جا کر کے کہ اس نے سوچنا بند کر رکھا ہے۔</w:t>
      </w:r>
    </w:p>
    <w:p>
      <w:r>
        <w:rPr>
          <w:b/>
        </w:rPr>
        <w:t xml:space="preserve">[46:51] </w:t>
      </w:r>
      <w:r>
        <w:t>hamare aap ke pasine mein nahi hai ke mind mein thinking process ko rok de. koi suicide to kar sakta hai. koi sa aadmi charhaye to gardan mein kaat de aur sir alag kar de, dhad alag kar de.</w:t>
      </w:r>
    </w:p>
    <w:p>
      <w:pPr>
        <w:jc w:val="right"/>
      </w:pPr>
      <w:r>
        <w:t>ہمارے آپ کے پسینے میں نہیں ہے کہ مائنڈ میں تھنکنگ پراسیس کو روک دے۔ کوئی سوسائیڈ تو کر سکتا ہے۔ کوئی سا آدمی چڑھائے تو گردن میں کاٹ دے اور سر الگ کر دے، دھڑ الگ کر دے۔</w:t>
      </w:r>
    </w:p>
    <w:p>
      <w:r>
        <w:rPr>
          <w:b/>
        </w:rPr>
        <w:t xml:space="preserve">[47:08] </w:t>
      </w:r>
      <w:r>
        <w:t>yeh sirf kehne ki baat hai.</w:t>
      </w:r>
    </w:p>
    <w:p>
      <w:pPr>
        <w:jc w:val="right"/>
      </w:pPr>
      <w:r>
        <w:t>یہ صرف کہنے کی بات ہے۔</w:t>
      </w:r>
    </w:p>
    <w:p>
      <w:r>
        <w:rPr>
          <w:b/>
        </w:rPr>
        <w:t xml:space="preserve">[47:13] </w:t>
      </w:r>
      <w:r>
        <w:t>thinking process apne aap hi chalta rehta hai. is liye stress ka, stress ka hal, stress ko manage karna hai.</w:t>
      </w:r>
    </w:p>
    <w:p>
      <w:pPr>
        <w:jc w:val="right"/>
      </w:pPr>
      <w:r>
        <w:t>تھنکنگ پروسیس اپنے آپ ہی چلتا رہتا ہے۔ اس لیے سٹریس کا، سٹریس کا حل، سٹریس کو مینج کرنا ہے۔</w:t>
      </w:r>
    </w:p>
    <w:p>
      <w:r>
        <w:rPr>
          <w:b/>
        </w:rPr>
        <w:t xml:space="preserve">[47:28] </w:t>
      </w:r>
      <w:r>
        <w:t>you have to learn the art of management, larger than art of stopping, kyunke woh aap ke bas mein nahi hai.</w:t>
      </w:r>
    </w:p>
    <w:p>
      <w:pPr>
        <w:jc w:val="right"/>
      </w:pPr>
      <w:r>
        <w:t>یو ہیو ٹو لرن دا آرٹ آف مینجمنٹ، لارڈر دین آرٹ آف سٹاپنگ، کیونکہ وہ آپ کے بس میں نہیں ہے۔</w:t>
      </w:r>
    </w:p>
    <w:p>
      <w:r>
        <w:rPr>
          <w:b/>
        </w:rPr>
        <w:t xml:space="preserve">[47:39] </w:t>
      </w:r>
      <w:r>
        <w:t>koi bhi shakhs jo aisa kehta ho, us se aap miliye, us se aap ek ghanta us ke pas rahiye. aap dekh rahe hain ke yeh kehne ki baat hai.</w:t>
      </w:r>
    </w:p>
    <w:p>
      <w:pPr>
        <w:jc w:val="right"/>
      </w:pPr>
      <w:r>
        <w:t>کوئی بھی شخص جو ایسا کہتا ہو، اس سے آپ ملیے، اس سے آپ ایک گھنٹہ اس کے پاس رہیے۔ آپ دیکھ رہے ہیں کہ یہ کہنے کی بات ہے۔</w:t>
      </w:r>
    </w:p>
    <w:p>
      <w:r>
        <w:rPr>
          <w:b/>
        </w:rPr>
        <w:t xml:space="preserve">[47:50] </w:t>
      </w:r>
      <w:r>
        <w:t>yeh law of nature ke khilaf hai. yeh law of nature hai ke aap ka mind bahar think karega.</w:t>
      </w:r>
    </w:p>
    <w:p>
      <w:pPr>
        <w:jc w:val="right"/>
      </w:pPr>
      <w:r>
        <w:t>یہ لاء آف نیچر کے خلاف ہے۔ یہ لاء آف نیچر ہے کہ آپ کا مائنڈ باہر تھنک کرے گا۔</w:t>
      </w:r>
    </w:p>
    <w:p>
      <w:r>
        <w:rPr>
          <w:b/>
        </w:rPr>
        <w:t xml:space="preserve">[48:00] </w:t>
      </w:r>
      <w:r>
        <w:t>hata ke jo modern psychology hai, woh batati hai ke agar aap consciously nahi think kar rahe hain to unconsciously think kar rahe honge.</w:t>
      </w:r>
    </w:p>
    <w:p>
      <w:pPr>
        <w:jc w:val="right"/>
      </w:pPr>
      <w:r>
        <w:t>حتیٰ کہ جو ماڈرن سائیکالوجی ہے، وہ بتاتی ہے کہ اگر آپ کانشیسلی نہیں تھنک کر رہے ہیں تو ان کانشیسلی تھنک کر رہے ہوں گے۔</w:t>
      </w:r>
    </w:p>
    <w:p>
      <w:r>
        <w:rPr>
          <w:b/>
        </w:rPr>
        <w:t xml:space="preserve">[48:10] </w:t>
      </w:r>
      <w:r>
        <w:t>yani thinking process agar conscious level par na chal raha ho, tab bhi unconscious level par chalta rehta hai. to yeh sirf kehne ki baat hai.</w:t>
      </w:r>
    </w:p>
    <w:p>
      <w:pPr>
        <w:jc w:val="right"/>
      </w:pPr>
      <w:r>
        <w:t>یعنی تھنکنگ پروسیس اگر کانشیس لیول پر نہ چل رہا ہو، تب بھی ان کانشیس لیول پر چلتا رہتا ہے۔ تو یہ صرف کہنے کی بات ہے۔</w:t>
      </w:r>
    </w:p>
    <w:p>
      <w:r>
        <w:rPr>
          <w:b/>
        </w:rPr>
        <w:t xml:space="preserve">[48:22] </w:t>
      </w:r>
      <w:r>
        <w:t>sahi baat yeh hai ke main aap is stress ko manage karna seekhiye. aur manage karne ka matlab kya hai?</w:t>
      </w:r>
    </w:p>
    <w:p>
      <w:pPr>
        <w:jc w:val="right"/>
      </w:pPr>
      <w:r>
        <w:t>صحیح بات یہ ہے کہ میں آپ اس سٹریس کو مینج کرنا سیکھیے۔ اور مینج کرنے کا مطلب کیا ہے؟</w:t>
      </w:r>
    </w:p>
    <w:p>
      <w:r>
        <w:rPr>
          <w:b/>
        </w:rPr>
        <w:t xml:space="preserve">[48:34] </w:t>
      </w:r>
      <w:r>
        <w:t>aap yeh janiye ke duniya mein jo unwanted cheezen hain, jis ki wajah se stress aata hai, woh evil nahi hain, woh blessing hain.</w:t>
      </w:r>
    </w:p>
    <w:p>
      <w:pPr>
        <w:jc w:val="right"/>
      </w:pPr>
      <w:r>
        <w:t>آپ یہ جانیے کہ دنیا میں جو ان وانٹڈ چیزیں ہیں، جس کی وجہ سے سٹریس آتا ہے، وہ ایول نہیں ہیں، وہ بلیسنگ ہیں۔</w:t>
      </w:r>
    </w:p>
    <w:p>
      <w:r>
        <w:rPr>
          <w:b/>
        </w:rPr>
        <w:t xml:space="preserve">[48:44] </w:t>
      </w:r>
      <w:r>
        <w:t>kyun? woh aap ke liye intellectual challenge hain.</w:t>
      </w:r>
    </w:p>
    <w:p>
      <w:pPr>
        <w:jc w:val="right"/>
      </w:pPr>
      <w:r>
        <w:t>کیوں؟ وہ آپ کے لیے انٹلیکچول چیلنج ہیں۔</w:t>
      </w:r>
    </w:p>
    <w:p>
      <w:r>
        <w:rPr>
          <w:b/>
        </w:rPr>
        <w:t xml:space="preserve">[48:47] </w:t>
      </w:r>
      <w:r>
        <w:t>is se aap ka mind trigger hota hai, is se aap ka sochne ki taqat barhti hai, is se aap ka intellectual development hota hai. yeh hai manage karna.</w:t>
      </w:r>
    </w:p>
    <w:p>
      <w:pPr>
        <w:jc w:val="right"/>
      </w:pPr>
      <w:r>
        <w:t>اس سے آپ کا مائنڈ ٹریگر ہوتا ہے، اس سے آپ کا سوچنے کی طاقت بڑھتی ہے، اس سے آپ کا انٹلیکچول ڈیویلپمنٹ ہوتا ہے۔ یہ ہے مینج کرنا۔</w:t>
      </w:r>
    </w:p>
    <w:p>
      <w:r>
        <w:rPr>
          <w:b/>
        </w:rPr>
        <w:t xml:space="preserve">[49:01] </w:t>
      </w:r>
      <w:r>
        <w:t>is ke siwa koi doosri baat jo kahe, woh sahi nahi kehta hai.</w:t>
      </w:r>
    </w:p>
    <w:p>
      <w:pPr>
        <w:jc w:val="right"/>
      </w:pPr>
      <w:r>
        <w:t>اس کے سوا کوئی دوسری بات جو کہے، وہ صحیح نہیں کہتا ہے۔</w:t>
      </w:r>
    </w:p>
    <w:p>
      <w:r>
        <w:rPr>
          <w:b/>
        </w:rPr>
        <w:t xml:space="preserve">[49:09] </w:t>
      </w:r>
      <w:r>
        <w:t>maulana, agla sawal tamil nadu se hai maulana iqbal umri ka.</w:t>
      </w:r>
    </w:p>
    <w:p>
      <w:pPr>
        <w:jc w:val="right"/>
      </w:pPr>
      <w:r>
        <w:t>مولانا، اگلا سوال تمل ناڈو سے ہے مولانا اقبال عمری کا۔</w:t>
      </w:r>
    </w:p>
    <w:p>
      <w:r>
        <w:rPr>
          <w:b/>
        </w:rPr>
        <w:t xml:space="preserve">[49:14] </w:t>
      </w:r>
      <w:r>
        <w:t>unhon ne likha hai: "maulana, khuda se qurbat aql ki satah par mumkin hai ya jazbat ki satah par?" dekhen, agar jazbat ki satah par qurbat na hui ho to woh qurbat hi nahi hai.</w:t>
      </w:r>
    </w:p>
    <w:p>
      <w:pPr>
        <w:jc w:val="right"/>
      </w:pPr>
      <w:r>
        <w:t>انہوں نے لکھا ہے: "مولانا، خدا سے قربت عقل کی سطح پر ممکن ہے یا جذبات کی سطح پر؟" دیکھیں، اگر جذبات کی سطح پر قربت نہ ہوئی ہو تو وہ قربت ہی نہیں ہے۔</w:t>
      </w:r>
    </w:p>
    <w:p>
      <w:r>
        <w:rPr>
          <w:b/>
        </w:rPr>
        <w:t xml:space="preserve">[49:31] </w:t>
      </w:r>
      <w:r>
        <w:t>woh toh mechanical qurbat hai.</w:t>
      </w:r>
    </w:p>
    <w:p>
      <w:pPr>
        <w:jc w:val="right"/>
      </w:pPr>
      <w:r>
        <w:t>وہ تو مکینیکل قربت ہے۔</w:t>
      </w:r>
    </w:p>
    <w:p>
      <w:r>
        <w:rPr>
          <w:b/>
        </w:rPr>
        <w:t xml:space="preserve">[49:37] </w:t>
      </w:r>
      <w:r>
        <w:t>hub jo hai, hub toh zahir hai ke emotion ki cheez hai, hub toh jazbat ki cheez hai. aur Quran mein hai ke: "allazeen aamanoo ashad hubba lillah".</w:t>
      </w:r>
    </w:p>
    <w:p>
      <w:pPr>
        <w:jc w:val="right"/>
      </w:pPr>
      <w:r>
        <w:t>حب جو ہے، حب تو ظاہر ہے کہ ایموشن کی چیز ہے، حب تو جذبات کی چیز ہے۔ اور قرآن میں ہے کہ: "الذین آمنوا أشد حبا لله"۔</w:t>
      </w:r>
    </w:p>
    <w:p>
      <w:r>
        <w:rPr>
          <w:b/>
        </w:rPr>
        <w:t xml:space="preserve">[49:48] </w:t>
      </w:r>
      <w:r>
        <w:t>jo iman wale hain, unko Allah se hub shadeed hota hai.</w:t>
      </w:r>
    </w:p>
    <w:p>
      <w:pPr>
        <w:jc w:val="right"/>
      </w:pPr>
      <w:r>
        <w:t>جو ایمان والے ہیں، ان کو اللہ سے حب شدید ہوتا ہے۔</w:t>
      </w:r>
    </w:p>
    <w:p>
      <w:r>
        <w:rPr>
          <w:b/>
        </w:rPr>
        <w:t xml:space="preserve">[49:54] </w:t>
      </w:r>
      <w:r>
        <w:t>toh sahi baat dekhiye yeh hai ke aqli soch se aap pohnchte hain gate tak,</w:t>
      </w:r>
    </w:p>
    <w:p>
      <w:pPr>
        <w:jc w:val="right"/>
      </w:pPr>
      <w:r>
        <w:t>تو صحیح بات دیکھیے یہ ہے کہ عقلی سوچ سے آپ پہنچتے ہیں گیٹ تک،</w:t>
      </w:r>
    </w:p>
    <w:p>
      <w:r>
        <w:rPr>
          <w:b/>
        </w:rPr>
        <w:t xml:space="preserve">[50:07] </w:t>
      </w:r>
      <w:r>
        <w:t>mohabbat ke gate tak. jab aap aql ko istemal karte hain toh matlab kya hota hai? aap study karte hain, aap mushahida karte hain, aap cheezon ka analysis karte hain.</w:t>
      </w:r>
    </w:p>
    <w:p>
      <w:pPr>
        <w:jc w:val="right"/>
      </w:pPr>
      <w:r>
        <w:t>محبت کے گیٹ تک۔ جب آپ عقل کو استعمال کرتے ہیں تو مطلب کیا ہوتا ہے؟ آپ اسٹڈی کرتے ہیں، آپ مشاہدہ کرتے ہیں، آپ چیزوں کا انالیسز کرتے ہیں۔</w:t>
      </w:r>
    </w:p>
    <w:p>
      <w:r>
        <w:rPr>
          <w:b/>
        </w:rPr>
        <w:t xml:space="preserve">[50:22] </w:t>
      </w:r>
      <w:r>
        <w:t>yeh sab karte karte aap ko intellectual level par discovery hoti hai. yeh ek darja hai.</w:t>
      </w:r>
    </w:p>
    <w:p>
      <w:pPr>
        <w:jc w:val="right"/>
      </w:pPr>
      <w:r>
        <w:t>یہ سب کرتے کرتے آپ کو انٹلیکچول لیول پر ڈسکوری ہوتی ہے۔ یہ ایک درجہ ہے۔</w:t>
      </w:r>
    </w:p>
    <w:p>
      <w:r>
        <w:rPr>
          <w:b/>
        </w:rPr>
        <w:t xml:space="preserve">[50:32] </w:t>
      </w:r>
      <w:r>
        <w:t>is ke baad phir aql ka qafila aage badhta hai, phir mohabbat shuru hoti hai. jazbat, jazbat ke yani yani aala jazbat ke aitbar se aap Allah se taalluq paida ho jata</w:t>
      </w:r>
    </w:p>
    <w:p>
      <w:pPr>
        <w:jc w:val="right"/>
      </w:pPr>
      <w:r>
        <w:t>اس کے بعد پھر عقل کا قافلہ آگے بڑھتا ہے، پھر محبت شروع ہوتی ہے۔ جذبات، جذبات کے یعنی یعنی اعلیٰ جذبات کے اعتبار سے آپ اللہ سے تعلق پیدا ہو جاتا</w:t>
      </w:r>
    </w:p>
    <w:p>
      <w:r>
        <w:rPr>
          <w:b/>
        </w:rPr>
        <w:t xml:space="preserve">[50:50] </w:t>
      </w:r>
      <w:r>
        <w:t>hai, phir badhte rehta hai, badhte rehta hai, badhta hai. toh main dekh, aql ka darja seerhi ka darja hai, seerhi manzil ka darja nahi hai.</w:t>
      </w:r>
    </w:p>
    <w:p>
      <w:pPr>
        <w:jc w:val="right"/>
      </w:pPr>
      <w:r>
        <w:t>ہے، پھر بڑھتے رہتا ہے، بڑھتے رہتا ہے، بڑھتا ہے۔ تو میں دیکھ، عقل کا درجہ سیڑھی کا درجہ ہے، سیڑھی منزل کا درجہ نہیں ہے۔</w:t>
      </w:r>
    </w:p>
    <w:p>
      <w:r>
        <w:rPr>
          <w:b/>
        </w:rPr>
        <w:t xml:space="preserve">[51:02] </w:t>
      </w:r>
      <w:r>
        <w:t>seerhi yani stair, stair ke par charh kar hi aap pohnchte hain manzil tak. lekin stair, stair hai, manzil, manzil hai.</w:t>
      </w:r>
    </w:p>
    <w:p>
      <w:pPr>
        <w:jc w:val="right"/>
      </w:pPr>
      <w:r>
        <w:t>سیڑھی یعنی سٹیئر، سٹیئر کے پر چڑھ کر ہی آپ پہنچتے ہیں منزل تک۔ لیکن سٹیئر، سٹیئر ہے، منزل، منزل ہے۔</w:t>
      </w:r>
    </w:p>
    <w:p>
      <w:r>
        <w:rPr>
          <w:b/>
        </w:rPr>
        <w:t xml:space="preserve">[51:15] </w:t>
      </w:r>
      <w:r>
        <w:t>toh mere tajurbe ke mutabiq aql seerhi ka kaam karti hai. jab aap pohnch jaate hain toh woh duniya, duniya mohabbat hi hoti hai.</w:t>
      </w:r>
    </w:p>
    <w:p>
      <w:pPr>
        <w:jc w:val="right"/>
      </w:pPr>
      <w:r>
        <w:t>تو میرے تجربے کے مطابق عقل سیڑھی کا کام کرتی ہے۔ جب آپ پہنچ جاتے ہیں تو وہ دنیا، دنیا محبت ہی ہوتی ہے۔</w:t>
      </w:r>
    </w:p>
    <w:p>
      <w:r>
        <w:rPr>
          <w:b/>
        </w:rPr>
        <w:t xml:space="preserve">[51:24] </w:t>
      </w:r>
      <w:r>
        <w:t>woh</w:t>
      </w:r>
    </w:p>
    <w:p>
      <w:pPr>
        <w:jc w:val="right"/>
      </w:pPr>
      <w:r>
        <w:t>وہ</w:t>
      </w:r>
    </w:p>
    <w:p>
      <w:r>
        <w:rPr>
          <w:b/>
        </w:rPr>
        <w:t xml:space="preserve">[51:28] </w:t>
      </w:r>
      <w:r>
        <w:t>yeh main samjha hoon mutale se bhi aur apne tajurbe se bhi.</w:t>
      </w:r>
    </w:p>
    <w:p>
      <w:pPr>
        <w:jc w:val="right"/>
      </w:pPr>
      <w:r>
        <w:t>یہ میں سمجھا ہوں مطالعے سے بھی اور اپنے تجربے سے بھی۔</w:t>
      </w:r>
    </w:p>
    <w:p>
      <w:r>
        <w:rPr>
          <w:b/>
        </w:rPr>
        <w:t xml:space="preserve">[51:35] </w:t>
      </w:r>
      <w:r>
        <w:t>Maulana, agla sawal Dilli se hai Miss Naghma Siddiqui</w:t>
      </w:r>
    </w:p>
    <w:p>
      <w:pPr>
        <w:jc w:val="right"/>
      </w:pPr>
      <w:r>
        <w:t>مولانا، اگلا سوال دلی سے ہے مس نغمہ صدیقی</w:t>
      </w:r>
    </w:p>
    <w:p>
      <w:r>
        <w:rPr>
          <w:b/>
        </w:rPr>
        <w:t xml:space="preserve">[51:39] </w:t>
      </w:r>
      <w:r>
        <w:t>ka. unhon ne likha hai: "Introspection is most important for high marifat." Maulana, please advise us how to do introspection.</w:t>
      </w:r>
    </w:p>
    <w:p>
      <w:pPr>
        <w:jc w:val="right"/>
      </w:pPr>
      <w:r>
        <w:t>کا۔ انہوں نے لکھا ہے: "انٹروسپیکشن از موسٹ امپورٹنٹ فار ہائی معرفت۔" مولانا، پلیز ایڈوائز اس ہاؤ ٹو ڈو انٹروسپیکشن۔</w:t>
      </w:r>
    </w:p>
    <w:p>
      <w:r>
        <w:rPr>
          <w:b/>
        </w:rPr>
        <w:t xml:space="preserve">[51:54] </w:t>
      </w:r>
      <w:r>
        <w:t>dekhiye, introspection toh unfold hota hai, automatically unfold hota hai.</w:t>
      </w:r>
    </w:p>
    <w:p>
      <w:pPr>
        <w:jc w:val="right"/>
      </w:pPr>
      <w:r>
        <w:t>دیکھیں، انٹروسپیکشن تو انفولڈ ہوتا ہے، آٹومیٹکلی انفولڈ ہوتا ہے۔</w:t>
      </w:r>
    </w:p>
    <w:p>
      <w:r>
        <w:rPr>
          <w:b/>
        </w:rPr>
        <w:t xml:space="preserve">[52:04] </w:t>
      </w:r>
      <w:r>
        <w:t>sab se bari cheez jo chahiye, woh modesty hai. modesty jaise hi modesty aayi, sab unfold hone laga.</w:t>
      </w:r>
    </w:p>
    <w:p>
      <w:pPr>
        <w:jc w:val="right"/>
      </w:pPr>
      <w:r>
        <w:t>سب سے بڑی چیز جو چاہیے، وہ ماڈیسٹی ہے۔ ماڈیسٹی جیسے ہی ماڈیسٹی آئی، سب انفولڈ ہونے لگا۔</w:t>
      </w:r>
    </w:p>
    <w:p>
      <w:r>
        <w:rPr>
          <w:b/>
        </w:rPr>
        <w:t xml:space="preserve">[52:16] </w:t>
      </w:r>
      <w:r>
        <w:t>Hadees mein likha aata hai: "man tawada' rafa' Allah". jo modesty ikhtiyar karta hai, Allah us ko buland karta hai.</w:t>
      </w:r>
    </w:p>
    <w:p>
      <w:pPr>
        <w:jc w:val="right"/>
      </w:pPr>
      <w:r>
        <w:t>حدیث میں لکھا آتا ہے: "من تواضع رفع اللہ"۔ جو ماڈیسٹی اختیار کرتا ہے، اللہ اس کو بلند کرتا ہے۔</w:t>
      </w:r>
    </w:p>
    <w:p>
      <w:r>
        <w:rPr>
          <w:b/>
        </w:rPr>
        <w:t xml:space="preserve">[52:26] </w:t>
      </w:r>
      <w:r>
        <w:t>yeh automatic baat nahi hai.</w:t>
      </w:r>
    </w:p>
    <w:p>
      <w:pPr>
        <w:jc w:val="right"/>
      </w:pPr>
      <w:r>
        <w:t>یہ آٹومیٹک بات نہیں ہے۔</w:t>
      </w:r>
    </w:p>
    <w:p>
      <w:r>
        <w:rPr>
          <w:b/>
        </w:rPr>
        <w:t xml:space="preserve">[52:29] </w:t>
      </w:r>
      <w:r>
        <w:t>modesty karega toh us ke uska sab potential unfold hone lagenge.</w:t>
      </w:r>
    </w:p>
    <w:p>
      <w:pPr>
        <w:jc w:val="right"/>
      </w:pPr>
      <w:r>
        <w:t>ماڈیسٹی کرے گا تو اس کے اس کا سب پوٹینشل انفولڈ ہونے لگیں گے۔</w:t>
      </w:r>
    </w:p>
    <w:p>
      <w:r>
        <w:rPr>
          <w:b/>
        </w:rPr>
        <w:t xml:space="preserve">[52:38] </w:t>
      </w:r>
      <w:r>
        <w:t>tabhi introspection aayega aur Allah se qurbat sari sab kuch aati chali jayegi. qurbat toh "man tawada' rafa' Allah".</w:t>
      </w:r>
    </w:p>
    <w:p>
      <w:pPr>
        <w:jc w:val="right"/>
      </w:pPr>
      <w:r>
        <w:t>تبھی انٹروسپیکشن آئے گا اور اللہ سے قربت ساری سب کچھ آتی چلی جائے گی۔ قربت تو "من تواضع رفع اللہ"۔</w:t>
      </w:r>
    </w:p>
    <w:p>
      <w:r>
        <w:rPr>
          <w:b/>
        </w:rPr>
        <w:t xml:space="preserve">[52:48] </w:t>
      </w:r>
      <w:r>
        <w:t>jo modesty ikhtiyar karta hai toh Allah us ko buland karta hai. yani modesty ki sathi se beginning hoti hai.</w:t>
      </w:r>
    </w:p>
    <w:p>
      <w:pPr>
        <w:jc w:val="right"/>
      </w:pPr>
      <w:r>
        <w:t>جو ماڈیسٹی اختیار کرتا ہے تو اللہ اس کو بلند کرتا ہے۔ یعنی ماڈیسٹی کی سطحی سے بگننگ ہوتی ہے۔</w:t>
      </w:r>
    </w:p>
    <w:p>
      <w:r>
        <w:rPr>
          <w:b/>
        </w:rPr>
        <w:t xml:space="preserve">[52:57] </w:t>
      </w:r>
      <w:r>
        <w:t>agar aap ke andar modesty na ho toh aap ka toh beginning bhi nahi hogi.</w:t>
      </w:r>
    </w:p>
    <w:p>
      <w:pPr>
        <w:jc w:val="right"/>
      </w:pPr>
      <w:r>
        <w:t>اگر آپ کے اندر ماڈیسٹی نہ ہو تو آپ کا تو بگننگ بھی نہیں ہوگی۔</w:t>
      </w:r>
    </w:p>
    <w:p>
      <w:r>
        <w:rPr>
          <w:b/>
        </w:rPr>
        <w:t xml:space="preserve">[53:05] </w:t>
      </w:r>
      <w:r>
        <w:t>toh sab kuch ka raaz mere dukh modesty hai. apne aap ko jo aadmi bana le ke "no arrogance, no pride, no hate, no negative thinking".</w:t>
      </w:r>
    </w:p>
    <w:p>
      <w:pPr>
        <w:jc w:val="right"/>
      </w:pPr>
      <w:r>
        <w:t>تو سب کچھ کا راز میرے دکھ ماڈیسٹی ہے۔ اپنے آپ کو جو آدمی بنا لے کہ "نو اروگنس، نو پرائیڈ، نو ہیٹ، نو نیگیٹیو تھنکنگ"۔</w:t>
      </w:r>
    </w:p>
    <w:p>
      <w:r>
        <w:rPr>
          <w:b/>
        </w:rPr>
        <w:t xml:space="preserve">[53:18] </w:t>
      </w:r>
      <w:r>
        <w:t>jab yeh yeh kar le apne aap ko, yeh arrogance ka ulta kya hai? ke aap ke andar</w:t>
      </w:r>
    </w:p>
    <w:p>
      <w:pPr>
        <w:jc w:val="right"/>
      </w:pPr>
      <w:r>
        <w:t>جب یہ یہ کر لے اپنے آپ کو، یہ اروگنس کا الٹا کیا ہے؟ کہ آپ کے اندر</w:t>
      </w:r>
    </w:p>
    <w:p>
      <w:r>
        <w:rPr>
          <w:b/>
        </w:rPr>
        <w:t xml:space="preserve">[53:30] </w:t>
      </w:r>
      <w:r>
        <w:t>har qism ka negative thought khatm ho jaye. apne ko bara samajh kar zehan khatm ho jaye.</w:t>
      </w:r>
    </w:p>
    <w:p>
      <w:pPr>
        <w:jc w:val="right"/>
      </w:pPr>
      <w:r>
        <w:t>ہر قسم کا نیگیٹیو تھا ختم ہو جائے۔ اپنے کو بڑا سمجھ کر ذہن ختم ہو جائے۔</w:t>
      </w:r>
    </w:p>
    <w:p>
      <w:r>
        <w:rPr>
          <w:b/>
        </w:rPr>
        <w:t xml:space="preserve">[53:40] </w:t>
      </w:r>
      <w:r>
        <w:t>to yeh yeh modesty hai. modesty jab aaye gi to phir sab baat ab aanay shuru ho jaye gi marifat ki. to marifat ke ke mamle mein modesty is the starting point.</w:t>
      </w:r>
    </w:p>
    <w:p>
      <w:pPr>
        <w:jc w:val="right"/>
      </w:pPr>
      <w:r>
        <w:t>تو یہ یہ ماڈیسٹی ہے۔ ماڈیسٹی جب آئے گی تو پھر سب بات اب آنے شروع ہو جائے گی معرفت کی۔ تو معرفت کے کے معاملے میں ماڈیسٹی از دا سٹارٹنگ پوائنٹ۔</w:t>
      </w:r>
    </w:p>
    <w:p>
      <w:r>
        <w:rPr>
          <w:b/>
        </w:rPr>
        <w:t xml:space="preserve">[54:00] </w:t>
      </w:r>
      <w:r>
        <w:t>maulana, agla sawal roorkee se hai sajid anwar sahab ka. unhon ne aap se poocha hai ke aala marifat tak pohnchne ke rastay mein sab se bari rukawat kya hai?</w:t>
      </w:r>
    </w:p>
    <w:p>
      <w:pPr>
        <w:jc w:val="right"/>
      </w:pPr>
      <w:r>
        <w:t>مولانا، اگلا سوال روڑکی سے ہے ساجد انور صاحب کا۔ انہوں نے آپ سے پوچھا ہے کہ اعلیٰ معرفت تک پہنچنے کے راستے میں سب سے بڑی رکاوٹ کیا ہے؟</w:t>
      </w:r>
    </w:p>
    <w:p>
      <w:r>
        <w:rPr>
          <w:b/>
        </w:rPr>
        <w:t xml:space="preserve">[54:11] </w:t>
      </w:r>
      <w:r>
        <w:t>is ke baray mein batain. arrogance, pride,</w:t>
      </w:r>
    </w:p>
    <w:p>
      <w:pPr>
        <w:jc w:val="right"/>
      </w:pPr>
      <w:r>
        <w:t>اس کے بارے میں بتائیں۔ اروگنس، پرائیڈ،</w:t>
      </w:r>
    </w:p>
    <w:p>
      <w:r>
        <w:rPr>
          <w:b/>
        </w:rPr>
        <w:t xml:space="preserve">[54:20] </w:t>
      </w:r>
      <w:r>
        <w:t>apne ko bara samajhna, doosron ko kam samajhna,</w:t>
      </w:r>
    </w:p>
    <w:p>
      <w:pPr>
        <w:jc w:val="right"/>
      </w:pPr>
      <w:r>
        <w:t>اپنے کو بڑا سمجھنا، دوسروں کو کم سمجھنا،</w:t>
      </w:r>
    </w:p>
    <w:p>
      <w:r>
        <w:rPr>
          <w:b/>
        </w:rPr>
        <w:t xml:space="preserve">[54:26] </w:t>
      </w:r>
      <w:r>
        <w:t>sab se bari rukawat hai yeh.</w:t>
      </w:r>
    </w:p>
    <w:p>
      <w:pPr>
        <w:jc w:val="right"/>
      </w:pPr>
      <w:r>
        <w:t>سب سے بڑی رکاوٹ ہے یہ۔</w:t>
      </w:r>
    </w:p>
    <w:p>
      <w:r>
        <w:rPr>
          <w:b/>
        </w:rPr>
        <w:t xml:space="preserve">[54:32] </w:t>
      </w:r>
      <w:r>
        <w:t>kyun ke agar yeh cheez har aadmi ke andar to Allah ki yani is par Allah ki woh madad hi nahi aaye gi.</w:t>
      </w:r>
    </w:p>
    <w:p>
      <w:pPr>
        <w:jc w:val="right"/>
      </w:pPr>
      <w:r>
        <w:t>کیونکہ اگر یہ چیز ہر آدمی کے اندر تو اللہ کی یعنی اس پر اللہ کی وہ مدد ہی نہیں آئے گی۔</w:t>
      </w:r>
    </w:p>
    <w:p>
      <w:r>
        <w:rPr>
          <w:b/>
        </w:rPr>
        <w:t xml:space="preserve">[54:45] </w:t>
      </w:r>
      <w:r>
        <w:t>is aadmi par Allah ki madad nahi aa sakti hai jis ke andar aita ke barabar bhi arrogance ho aur aita ke barabar bhi pride ho.</w:t>
      </w:r>
    </w:p>
    <w:p>
      <w:pPr>
        <w:jc w:val="right"/>
      </w:pPr>
      <w:r>
        <w:t>اس آدمی پر اللہ کی مدد نہیں آ سکتی ہے جس کے اندر آئٹا کے برابر بھی اروگنس ہو اور آئٹا کے برابر بھی پرائیڈ ہو۔</w:t>
      </w:r>
    </w:p>
    <w:p>
      <w:r>
        <w:rPr>
          <w:b/>
        </w:rPr>
        <w:t xml:space="preserve">[54:59] </w:t>
      </w:r>
      <w:r>
        <w:t>acchi tarah sun lijiye ke agar aadmi ke andar aik aita ke barabar bhi pride hai, aik aita ke barabar bhi arrogance hai to harghiz harghiz is ko Allah ki madad nahi mile gi.</w:t>
      </w:r>
    </w:p>
    <w:p>
      <w:pPr>
        <w:jc w:val="right"/>
      </w:pPr>
      <w:r>
        <w:t>اچھی طرح سن لیجئے کہ اگر آدمی کے اندر ایک آئٹا کے برابر بھی پرائیڈ ہے، ایک آئٹا کے برابر بھی اروگنس ہے تو ہرگز ہرگز اس کو اللہ کی مدد نہیں ملے گی۔</w:t>
      </w:r>
    </w:p>
    <w:p>
      <w:r>
        <w:rPr>
          <w:b/>
        </w:rPr>
        <w:t xml:space="preserve">[55:13] </w:t>
      </w:r>
      <w:r>
        <w:t>jab Allah ki madad nahi mile gi to marifat kahan se aaye ga is ko? phir to animal ban kar jaye ga, animal ban kar mare ga.</w:t>
      </w:r>
    </w:p>
    <w:p>
      <w:pPr>
        <w:jc w:val="right"/>
      </w:pPr>
      <w:r>
        <w:t>جب اللہ کی مدد نہیں ملے گی تو معرفت کہاں سے آئے گا اس کو؟ پھر تو اینیمل بن کر جائے گا، اینیمل بن کر مرے گا۔</w:t>
      </w:r>
    </w:p>
    <w:p>
      <w:r>
        <w:rPr>
          <w:b/>
        </w:rPr>
        <w:t xml:space="preserve">[55:25] </w:t>
      </w:r>
      <w:r>
        <w:t>phir is ke liye animal like zindagi hai, animal like maut hai.</w:t>
      </w:r>
    </w:p>
    <w:p>
      <w:pPr>
        <w:jc w:val="right"/>
      </w:pPr>
      <w:r>
        <w:t>پھر اس کے لیے اینیمل لائک زندگی ہے، اینیمل لائک موت ہے۔</w:t>
      </w:r>
    </w:p>
    <w:p>
      <w:r>
        <w:rPr>
          <w:b/>
        </w:rPr>
        <w:t xml:space="preserve">[55:34] </w:t>
      </w:r>
      <w:r>
        <w:t>maulana, agla sawal dilli se hai doctor anwar abbas sahab ka.</w:t>
      </w:r>
    </w:p>
    <w:p>
      <w:pPr>
        <w:jc w:val="right"/>
      </w:pPr>
      <w:r>
        <w:t>مولانا، اگلا سوال دلی سے ہے ڈاکٹر انور عباس صاحب کا۔</w:t>
      </w:r>
    </w:p>
    <w:p>
      <w:r>
        <w:rPr>
          <w:b/>
        </w:rPr>
        <w:t xml:space="preserve">[55:38] </w:t>
      </w:r>
      <w:r>
        <w:t>unhon ne likha hai: "quran mein aik ayat hai: iman walo! islam mein poore poore dakhil ho jao." maulana sahab, is ki wazahat farmain.</w:t>
      </w:r>
    </w:p>
    <w:p>
      <w:pPr>
        <w:jc w:val="right"/>
      </w:pPr>
      <w:r>
        <w:t>انہوں نے لکھا ہے: "قرآن میں ایک آیت ہے: ایمان والو! اسلام میں پورے پورے داخل ہو جاؤ۔" مولانا صاحب، اس کی وضاحت فرمائیں۔</w:t>
      </w:r>
    </w:p>
    <w:p>
      <w:r>
        <w:rPr>
          <w:b/>
        </w:rPr>
        <w:t xml:space="preserve">[55:52] </w:t>
      </w:r>
      <w:r>
        <w:t>dekhen, yeh is ki ghalat interpretation diya gaya hai ke matlab mukammal nizam qaim karo.</w:t>
      </w:r>
    </w:p>
    <w:p>
      <w:pPr>
        <w:jc w:val="right"/>
      </w:pPr>
      <w:r>
        <w:t>دیکھیں، یہ اس کی غلط انٹرپریشن دیا گیا ہے کہ مطلب مکمل نظام قائم کرو۔</w:t>
      </w:r>
    </w:p>
    <w:p>
      <w:r>
        <w:rPr>
          <w:b/>
        </w:rPr>
        <w:t xml:space="preserve">[56:01] </w:t>
      </w:r>
      <w:r>
        <w:t>yeh bilkul hi yani absurd hai yeh yeh taabeer</w:t>
      </w:r>
    </w:p>
    <w:p>
      <w:pPr>
        <w:jc w:val="right"/>
      </w:pPr>
      <w:r>
        <w:t>یہ بالکل ہی یعنی ابسورڈ ہے یہ یہ تعبیر</w:t>
      </w:r>
    </w:p>
    <w:p>
      <w:r>
        <w:rPr>
          <w:b/>
        </w:rPr>
        <w:t xml:space="preserve">[56:06] </w:t>
      </w:r>
      <w:r>
        <w:t>. aik fard ko is mein address kiya ja raha hai, aik individual ko address kiya ja raha hai. aik individual ko chahiye ke woh apne andar poora poora islam ke jo requirement hain, jo is ka taqaza hai, us par amal kare, poori poori tarah follow kare.</w:t>
      </w:r>
    </w:p>
    <w:p>
      <w:pPr>
        <w:jc w:val="right"/>
      </w:pPr>
      <w:r>
        <w:t>۔ ایک فرد کو اس میں ایڈریس کیا جا رہا ہے، ایک انڈیویجول کو ایڈریس کیا جا رہا ہے۔ ایک انڈیویجول کو چاہیے کہ وہ اپنے اندر پورا پورا اسلام کے جو ریکوائرمنٹ ہیں، جو اس کا تقاضا ہے، اس پر عمل کرے، پوری پوری طرح فالو کرے۔</w:t>
      </w:r>
    </w:p>
    <w:p>
      <w:r>
        <w:rPr>
          <w:b/>
        </w:rPr>
        <w:t xml:space="preserve">[56:26] </w:t>
      </w:r>
      <w:r>
        <w:t>individual ko poori tarah follow karna chahiye hamare islam ko. yeh yeh nahi ke koi dunya mein nizam qaim karna hai.</w:t>
      </w:r>
    </w:p>
    <w:p>
      <w:pPr>
        <w:jc w:val="right"/>
      </w:pPr>
      <w:r>
        <w:t>انڈیویجول کو پوری طرح فالو کرنا چاہیے ہمارے اسلام کو۔ یہ یہ نہیں کہ کوئی دنیا میں نظام قائم کرنا ہے۔</w:t>
      </w:r>
    </w:p>
    <w:p>
      <w:r>
        <w:rPr>
          <w:b/>
        </w:rPr>
        <w:t xml:space="preserve">[56:33] </w:t>
      </w:r>
      <w:r>
        <w:t>jo log aisi baatein karte hain, woh bilashuba bilkul absurd baat karte hain, meaningless meaningless baat karte hain. aik aisi baat kar dein jis ki jis ki koi base nahi, baseless baat kehte hain.</w:t>
      </w:r>
    </w:p>
    <w:p>
      <w:pPr>
        <w:jc w:val="right"/>
      </w:pPr>
      <w:r>
        <w:t>جو لوگ ایسی باتیں کرتے ہیں، وہ بلاشبہ بالکل ابسورڈ بات کرتے ہیں، مین لیس مین لیس بات کرتے ہیں۔ ایک ایسی بات کر دیں جس کی جس کی کوئی بیس نہیں، بیس لیس بات کہتے ہیں۔</w:t>
      </w:r>
    </w:p>
    <w:p>
      <w:r>
        <w:rPr>
          <w:b/>
        </w:rPr>
        <w:t xml:space="preserve">[56:48] </w:t>
      </w:r>
      <w:r>
        <w:t>har aadmi ke andar yeh jazba hona chahiye ke mujhe poora poora follow karna hai Allah ki baaton ko. bas yeh yeh yeh matlab hai is ayat ka.</w:t>
      </w:r>
    </w:p>
    <w:p>
      <w:pPr>
        <w:jc w:val="right"/>
      </w:pPr>
      <w:r>
        <w:t>ہر آدمی کے اندر یہ جذبہ ہونا چاہیے کہ مجھے پورا پورا فالو کرنا ہے اللہ کی باتوں کو۔ بس یہ یہ یہ مطلب ہے اس آیت کا۔</w:t>
      </w:r>
    </w:p>
    <w:p>
      <w:r>
        <w:rPr>
          <w:b/>
        </w:rPr>
        <w:t xml:space="preserve">[57:02] </w:t>
      </w:r>
      <w:r>
        <w:t>maulana, agla sawal dilli se hai hafiz muhammad shahid sahab ka. unhon ne likha hai: "maulana sahab, aap ne akhirat mein khuda ke jis qurb ka zikr kiya, us ko hasil karne ka tareeqa kya hai?</w:t>
      </w:r>
    </w:p>
    <w:p>
      <w:pPr>
        <w:jc w:val="right"/>
      </w:pPr>
      <w:r>
        <w:t>مولانا، اگلا سوال دلی سے ہے حافظ محمد شاہد صاحب کا۔ انہوں نے لکھا ہے: "مولانا صاحب، آپ نے آخرت میں خدا کے جس قرب کا ذکر کیا، اس کو حاصل کرنے کا طریقہ کیا ہے؟</w:t>
      </w:r>
    </w:p>
    <w:p>
      <w:r>
        <w:rPr>
          <w:b/>
        </w:rPr>
        <w:t xml:space="preserve">[57:17] </w:t>
      </w:r>
      <w:r>
        <w:t>is ke baray mein batain."</w:t>
      </w:r>
    </w:p>
    <w:p>
      <w:pPr>
        <w:jc w:val="right"/>
      </w:pPr>
      <w:r>
        <w:t>اس کے بارے میں بتائیں۔"</w:t>
      </w:r>
    </w:p>
    <w:p>
      <w:r>
        <w:rPr>
          <w:b/>
        </w:rPr>
        <w:t xml:space="preserve">[57:29] </w:t>
      </w:r>
      <w:r>
        <w:t>bhai, aaj ki poori baat isi par thi. ab mein aur kya bataon?</w:t>
      </w:r>
    </w:p>
    <w:p>
      <w:pPr>
        <w:jc w:val="right"/>
      </w:pPr>
      <w:r>
        <w:t>بھئی، آج کی پوری بات اسی پر تھی۔ اب میں اور کیا بتاؤں؟</w:t>
      </w:r>
    </w:p>
    <w:p>
      <w:r>
        <w:rPr>
          <w:b/>
        </w:rPr>
        <w:t xml:space="preserve">[57:34] </w:t>
      </w:r>
      <w:r>
        <w:t>aik ghanta jo mein bola hoon, to isi par to bola hoon. meri tarjuma ka aap yeh sawal kar rahe hain. ab mein aur kya boloon?</w:t>
      </w:r>
    </w:p>
    <w:p>
      <w:pPr>
        <w:jc w:val="right"/>
      </w:pPr>
      <w:r>
        <w:t>ایک گھنٹہ جو میں بولا ہوں، تو اسی پر تو بولا ہوں۔ میری ترجمے کا آپ یہ سوال کر رہے ہیں۔ اب میں اور کیا بولوں؟</w:t>
      </w:r>
    </w:p>
    <w:p>
      <w:r>
        <w:rPr>
          <w:b/>
        </w:rPr>
        <w:t xml:space="preserve">[57:42] </w:t>
      </w:r>
      <w:r>
        <w:t>aur to mujhe kuch dekhen, jab aik hi mozu par mein ne aik ghanta bola hoon, to ab yeh sawal karna sahi nahi hai.</w:t>
      </w:r>
    </w:p>
    <w:p>
      <w:pPr>
        <w:jc w:val="right"/>
      </w:pPr>
      <w:r>
        <w:t>اور تو مجھے کچھ دیکھیں، جب ایک ہی موضوع پر میں نے ایک گھنٹہ بولا ہوں، تو اب یہ سوال کرنا صحیح نہیں ہے۔</w:t>
      </w:r>
    </w:p>
    <w:p>
      <w:r>
        <w:rPr>
          <w:b/>
        </w:rPr>
        <w:t xml:space="preserve">[57:52] </w:t>
      </w:r>
      <w:r>
        <w:t>ab aap ko agar is mein koi baat samajh mein na aayi ho to us ko point out kijiye. falan baat jo kahi hai, woh is ka matlab kya hai?</w:t>
      </w:r>
    </w:p>
    <w:p>
      <w:pPr>
        <w:jc w:val="right"/>
      </w:pPr>
      <w:r>
        <w:t>اب آپ کو اگر اس میں کوئی بات سمجھ میں نہ آئی ہو تو اس کو پوائنٹ آؤٹ کیجئے۔ فلاں بات جو کہی ہے، وہ اس کا مطلب کیا ہے؟</w:t>
      </w:r>
    </w:p>
    <w:p>
      <w:r>
        <w:rPr>
          <w:b/>
        </w:rPr>
        <w:t xml:space="preserve">[58:03] </w:t>
      </w:r>
      <w:r>
        <w:t>yani aap is tarah ka sawal karna ke matlab yeh hai ke aap ne aik ghante ki taqreer suni nahi. shayad yeh baat mujhe samajh mein nahi aayi ke yahi isi yahi to mozu tha is is is aik ghante ki taqreer ka.</w:t>
      </w:r>
    </w:p>
    <w:p>
      <w:pPr>
        <w:jc w:val="right"/>
      </w:pPr>
      <w:r>
        <w:t>یعنی آپ اس طرح کا سوال کرنا کہ معنی یہ ہے کہ آپ نے ایک گھنٹے کی تقریر سنی نہیں۔ شاید یہ بات مجھے سمجھ میں نہیں آئی کہ یہی اسی یہی تو موضوع تھا اس اس اس ایک گھنٹے کی تقریر کا۔</w:t>
      </w:r>
    </w:p>
    <w:p>
      <w:r>
        <w:rPr>
          <w:b/>
        </w:rPr>
        <w:t xml:space="preserve">[58:17] </w:t>
      </w:r>
      <w:r>
        <w:t>yahi to mauzu tha. ab yeh sawal sahi nahi hai.</w:t>
      </w:r>
    </w:p>
    <w:p>
      <w:pPr>
        <w:jc w:val="right"/>
      </w:pPr>
      <w:r>
        <w:t>یہی تو موضوع تھا۔ اب یہ سوال صحیح نہیں ہے۔</w:t>
      </w:r>
    </w:p>
    <w:p>
      <w:r>
        <w:rPr>
          <w:b/>
        </w:rPr>
        <w:t xml:space="preserve">[58:21] </w:t>
      </w:r>
      <w:r>
        <w:t>aap ko yeh karna chahiye ke hafte par sochain. agle sunday ko aap batain ke falan baat is taqreer mein jo kahi gayi thi, us ke baray mein aap ki yeh rai hai.</w:t>
      </w:r>
    </w:p>
    <w:p>
      <w:pPr>
        <w:jc w:val="right"/>
      </w:pPr>
      <w:r>
        <w:t>آپ کو یہ کرنا چاہیے کہ ہفتے پر سوچیں۔ اگلے سنڈے کو آپ بتائیں کہ فلاں بات اس تقریر میں جو کہی گئی تھی، اس کے بارے میں آپ کی یہ رائے ہے۔</w:t>
      </w:r>
    </w:p>
    <w:p>
      <w:r>
        <w:rPr>
          <w:b/>
        </w:rPr>
        <w:t xml:space="preserve">[58:33] </w:t>
      </w:r>
      <w:r>
        <w:t>yeh sawal to kar sakte hain aap. to aap ko sochiye, is ko sochiye, aur agle hafte aap dobara sahi lihaz par sawal kijiyay.</w:t>
      </w:r>
    </w:p>
    <w:p>
      <w:pPr>
        <w:jc w:val="right"/>
      </w:pPr>
      <w:r>
        <w:t>یہ سوال تو کر سکتے ہیں آپ۔ تو آپ کو سوچیے، اس کو سوچیے، اور اگلے ہفتے آپ دوبارہ صحیح لحاظ پر سوال کیجئے۔</w:t>
      </w:r>
    </w:p>
    <w:p>
      <w:r>
        <w:rPr>
          <w:b/>
        </w:rPr>
        <w:t xml:space="preserve">[58:41] </w:t>
      </w:r>
      <w:r>
        <w:t>to mein inshallah aap ko jawab doon ga. Maulana, agla sawal tamil nadu se hai Maulana Iqbal Umri ka</w:t>
      </w:r>
    </w:p>
    <w:p>
      <w:pPr>
        <w:jc w:val="right"/>
      </w:pPr>
      <w:r>
        <w:t>تو میں انشاءاللہ آپ کو جواب دوں گا۔ مولانا، اگلا سوال تمل ناڈو سے ہے مولانا اقبال عمری کا</w:t>
      </w:r>
    </w:p>
    <w:p>
      <w:r>
        <w:rPr>
          <w:b/>
        </w:rPr>
        <w:t xml:space="preserve">[58:49] </w:t>
      </w:r>
      <w:r>
        <w:t>. unhon ne likha hai: "Maulana, ajz ki daryaft ki aakhri had kya hai? yani koi kaise yeh jaan sakta hai ke mein ajz ko daryaft kar chuka hoon?"</w:t>
      </w:r>
    </w:p>
    <w:p>
      <w:pPr>
        <w:jc w:val="right"/>
      </w:pPr>
      <w:r>
        <w:t>۔ انہوں نے لکھا ہے: "مولانا، عجز کی دریافت کی آخری حد کیا ہے؟ یعنی کوئی کیسے یہ جان سکتا ہے کہ میں عجز کو دریافت کر چکا ہوں؟"</w:t>
      </w:r>
    </w:p>
    <w:p>
      <w:r>
        <w:rPr>
          <w:b/>
        </w:rPr>
        <w:t xml:space="preserve">[59:08] </w:t>
      </w:r>
      <w:r>
        <w:t>dekhen, mere tajrube ke mutabiq is ka jawab yeh hai ke jab aap ka haal yeh ho jaye ke aap ko aap ki praise ki jaye, aap ki tareef ki jaye,</w:t>
      </w:r>
    </w:p>
    <w:p>
      <w:pPr>
        <w:jc w:val="right"/>
      </w:pPr>
      <w:r>
        <w:t>دیکھیں، میرے تجربے کے مطابق اس کا جواب یہ ہے کہ جب آپ کا حال یہ ہو جائے کہ آپ کو آپ کی پریز کی جائے، آپ کی تعریف کی جائے،</w:t>
      </w:r>
    </w:p>
    <w:p>
      <w:r>
        <w:rPr>
          <w:b/>
        </w:rPr>
        <w:t xml:space="preserve">[59:26] </w:t>
      </w:r>
      <w:r>
        <w:t>aur aap ko is par koi khushi na ho, aur aap ko criticize kiya jaye, aap ki tanqeed ki jaye, aur is par aap ko kuch offend na ho, aap aap bura na lagay,</w:t>
      </w:r>
    </w:p>
    <w:p>
      <w:pPr>
        <w:jc w:val="right"/>
      </w:pPr>
      <w:r>
        <w:t>اور آپ کو اس پر کوئی خوشی نہ ہو، اور آپ کو کریٹیسائز کیا جائے، آپ کی تنقید کی جائے، اور اس پر آپ کو کچھ افنڈ نہ ہو، آپ آپ برا نہ لگے،</w:t>
      </w:r>
    </w:p>
    <w:p>
      <w:r>
        <w:rPr>
          <w:b/>
        </w:rPr>
        <w:t xml:space="preserve">[59:39] </w:t>
      </w:r>
      <w:r>
        <w:t>tab aap ne ajz ko jana.</w:t>
      </w:r>
    </w:p>
    <w:p>
      <w:pPr>
        <w:jc w:val="right"/>
      </w:pPr>
      <w:r>
        <w:t>تب آپ نے عجز کو جانا۔</w:t>
      </w:r>
    </w:p>
    <w:p>
      <w:r>
        <w:rPr>
          <w:b/>
        </w:rPr>
        <w:t xml:space="preserve">[59:45] </w:t>
      </w:r>
      <w:r>
        <w:t>yani aap ko bara. aap ko aap aap ko criticize kiya jaye aur aap offend na hon, aap ko praise kiya jaye aur aap khush na hon,</w:t>
      </w:r>
    </w:p>
    <w:p>
      <w:pPr>
        <w:jc w:val="right"/>
      </w:pPr>
      <w:r>
        <w:t>یعنی آپ کو بڑا۔ آپ کو آپ آپ کو کریٹیسائز کیا جائے اور آپ افنڈ نہ ہوں، آپ کو پریز کیا جائے اور آپ خوش نہ ہوں،</w:t>
      </w:r>
    </w:p>
    <w:p>
      <w:r>
        <w:rPr>
          <w:b/>
        </w:rPr>
        <w:t xml:space="preserve">[59:58] </w:t>
      </w:r>
      <w:r>
        <w:t>tab aap ne jana hai ke ajz ko daryaft kiya. baqi yeh hai ke ajz kis ka Allah ka qabool hoga, yeh alag baat hai.</w:t>
      </w:r>
    </w:p>
    <w:p>
      <w:pPr>
        <w:jc w:val="right"/>
      </w:pPr>
      <w:r>
        <w:t>تب آپ نے جانا ہے کہ عجز کو دریافت کیا۔ باقی یہ ہے کہ عجز کس کا اللہ کا قبول ہوگا، یہ الگ بات ہے۔</w:t>
      </w:r>
    </w:p>
    <w:p>
      <w:r>
        <w:rPr>
          <w:b/>
        </w:rPr>
        <w:t xml:space="preserve">[1:00:07] </w:t>
      </w:r>
      <w:r>
        <w:t>phir bhi yeh baat baqi rahe gi ke is ka ajz Allah ka qabil-e-qubool thehray ga, woh Allah hi ko pata hai.</w:t>
      </w:r>
    </w:p>
    <w:p>
      <w:pPr>
        <w:jc w:val="right"/>
      </w:pPr>
      <w:r>
        <w:t>پھر بھی یہ بات باقی رہے گی کہ اس کا عجز اللہ کا قابل قبول ٹھہرے گا، وہ اللہ ہی کو پتہ ہے۔</w:t>
      </w:r>
    </w:p>
    <w:p>
      <w:r>
        <w:rPr>
          <w:b/>
        </w:rPr>
        <w:t xml:space="preserve">[1:00:15] </w:t>
      </w:r>
      <w:r>
        <w:t>lekin definition ke aitbar se mein keh sakta hoon ke ajz ki definition yahi hai ke aadmi itna criticize ho jata hai,</w:t>
      </w:r>
    </w:p>
    <w:p>
      <w:pPr>
        <w:jc w:val="right"/>
      </w:pPr>
      <w:r>
        <w:t>لیکن ڈیفینیشن کے اعتبار سے میں کہہ سکتا ہوں کہ عجز کی ڈیفینیشن یہی ہے کہ آدمی اتنا کریٹیسائز ہو جاتا ہے،</w:t>
      </w:r>
    </w:p>
    <w:p>
      <w:r>
        <w:rPr>
          <w:b/>
        </w:rPr>
        <w:t xml:space="preserve">[1:00:29] </w:t>
      </w:r>
      <w:r>
        <w:t>itna criticize ho jata hai ke aadmi ko tareef sun kar woh kehta hai ke meri tareef kya? mein meri kon si tareef ki baat hai?</w:t>
      </w:r>
    </w:p>
    <w:p>
      <w:pPr>
        <w:jc w:val="right"/>
      </w:pPr>
      <w:r>
        <w:t>اتنا کریٹیسائز ہو جاتا ہے کہ آدمی کو تعریف سن کر وہ کہتا ہے کہ میری تعریف کیا؟ میں میری کون سی تعریف کی بات ہے؟</w:t>
      </w:r>
    </w:p>
    <w:p>
      <w:r>
        <w:rPr>
          <w:b/>
        </w:rPr>
        <w:t xml:space="preserve">[1:00:38] </w:t>
      </w:r>
      <w:r>
        <w:t>mere liye tanqeed sun kar sochta hai ke tanqeed par offend hone kya hai</w:t>
      </w:r>
    </w:p>
    <w:p>
      <w:pPr>
        <w:jc w:val="right"/>
      </w:pPr>
      <w:r>
        <w:t>میرے لیے تنقید سن کر سوچتا ہے کہ تنقید پر افنڈ ہونے کیا ہے</w:t>
      </w:r>
    </w:p>
    <w:p>
      <w:r>
        <w:rPr>
          <w:b/>
        </w:rPr>
        <w:t xml:space="preserve">[1:00:45] </w:t>
      </w:r>
      <w:r>
        <w:t>? mein to mein to woh aik aik ghalti kar raha hai, mere to hazar ghalti hai.</w:t>
      </w:r>
    </w:p>
    <w:p>
      <w:pPr>
        <w:jc w:val="right"/>
      </w:pPr>
      <w:r>
        <w:t>؟ میں تو میں تو وہ ایک ایک غلطی کر رہا ہے، میرے تو ہزار غلطی ہے۔</w:t>
      </w:r>
    </w:p>
    <w:p>
      <w:r>
        <w:rPr>
          <w:b/>
        </w:rPr>
        <w:t xml:space="preserve">[1:00:51] </w:t>
      </w:r>
      <w:r>
        <w:t>to ajz ki definition mein de raha hoon. baqi yeh hai ke kis ka ajz Allah ka qabool hoga, accept kiya jaye ga, woh alag baat hai.</w:t>
      </w:r>
    </w:p>
    <w:p>
      <w:pPr>
        <w:jc w:val="right"/>
      </w:pPr>
      <w:r>
        <w:t>تو عجز کی ڈیفینیشن میں دے رہا ہوں۔ باقی یہ ہے کہ کس کا عجز اللہ کا قبول ہوگا، ایکسیپٹ کیا جائے گا، وہ الگ بات ہے۔</w:t>
      </w:r>
    </w:p>
    <w:p>
      <w:r>
        <w:rPr>
          <w:b/>
        </w:rPr>
        <w:t xml:space="preserve">[1:01:00] </w:t>
      </w:r>
      <w:r>
        <w:t>is ka ilm sirf Allah ko hai.</w:t>
      </w:r>
    </w:p>
    <w:p>
      <w:pPr>
        <w:jc w:val="right"/>
      </w:pPr>
      <w:r>
        <w:t>اس کا علم صرف اللہ کو ہے۔</w:t>
      </w:r>
    </w:p>
    <w:p>
      <w:r>
        <w:rPr>
          <w:b/>
        </w:rPr>
        <w:t xml:space="preserve">[1:01:05] </w:t>
      </w:r>
      <w:r>
        <w:t>Maulana, agla sawal Delhi se hai Anas sahib ne kiya hai.</w:t>
      </w:r>
    </w:p>
    <w:p>
      <w:pPr>
        <w:jc w:val="right"/>
      </w:pPr>
      <w:r>
        <w:t>مولانا، اگلا سوال دلی سے ہے انس صاحب نے کیا ہے۔</w:t>
      </w:r>
    </w:p>
    <w:p>
      <w:r>
        <w:rPr>
          <w:b/>
        </w:rPr>
        <w:t xml:space="preserve">[1:01:09] </w:t>
      </w:r>
      <w:r>
        <w:t>unhon ne likha hai: "aik Maulana sahib taqreer kar rahe thay ke Allah ke naik bandon ko dhoondho aur un se mohabbat karo, kyunke agar aap un se mohabbat karein ge to jannat mein woh aap ke sath rahen ge." Maulana, is ke baray mein aap kya kahein ge?</w:t>
      </w:r>
    </w:p>
    <w:p>
      <w:pPr>
        <w:jc w:val="right"/>
      </w:pPr>
      <w:r>
        <w:t>انہوں نے لکھا ہے: "ایک مولانا صاحب تقریر کر رہے تھے کہ اللہ کے نیک بندوں کو ڈھونڈو اور ان سے محبت کرو، کیونکہ اگر آپ ان سے محبت کریں گے تو جنت میں وہ آپ کے ساتھ رہیں گے۔" مولانا، اس کے بارے میں آپ کیا کہیں گے؟</w:t>
      </w:r>
    </w:p>
    <w:p>
      <w:r>
        <w:rPr>
          <w:b/>
        </w:rPr>
        <w:t xml:space="preserve">[1:01:30] </w:t>
      </w:r>
      <w:r>
        <w:t>ke Allah ke naik bandon ko dhoondho, Allah ke naik bandon ko dhoondho aur un se mohabbat karo. yeh to un ki</w:t>
      </w:r>
    </w:p>
    <w:p>
      <w:pPr>
        <w:jc w:val="right"/>
      </w:pPr>
      <w:r>
        <w:t>کہ اللہ کے نیک بندوں کو ڈھونڈو، اللہ کے نیک بندوں کو ڈھونڈو اور ان سے محبت کرو۔ یہ تو ان کی</w:t>
      </w:r>
    </w:p>
    <w:p>
      <w:r>
        <w:rPr>
          <w:b/>
        </w:rPr>
        <w:t xml:space="preserve">[1:01:36] </w:t>
      </w:r>
      <w:r>
        <w:t>apni baat hai, mein to koi Quran Hadees parha nahi ke dhoondho. haqeeqat yeh hai ke Allah ko daryaft karo.</w:t>
      </w:r>
    </w:p>
    <w:p>
      <w:pPr>
        <w:jc w:val="right"/>
      </w:pPr>
      <w:r>
        <w:t>اپنی بات ہے، میں تو کوئی قرآن حدیث پڑھا نہیں کہ ڈھونڈو۔ حقیقت یہ ہے کہ اللہ کو دریافت کرو۔</w:t>
      </w:r>
    </w:p>
    <w:p>
      <w:r>
        <w:rPr>
          <w:b/>
        </w:rPr>
        <w:t xml:space="preserve">[1:01:45] </w:t>
      </w:r>
      <w:r>
        <w:t>jab aap Allah ko daryaft karein ge, tab aap ko Allah se taluq qaim hoga. jab Allah se taluq qaim hoga to in logon se bhi taluq ho jaye ga jo Allah ke achhe bande hain.</w:t>
      </w:r>
    </w:p>
    <w:p>
      <w:pPr>
        <w:jc w:val="right"/>
      </w:pPr>
      <w:r>
        <w:t>جب آپ اللہ کو دریافت کریں گے، تب آپ کو اللہ سے تعلق قائم ہوگا۔ جب اللہ سے تعلق قائم ہوگا تو ان لوگوں سے بھی تعلق ہو جائے گا جو اللہ کے اچھے بندے ہیں۔</w:t>
      </w:r>
    </w:p>
    <w:p>
      <w:r>
        <w:rPr>
          <w:b/>
        </w:rPr>
        <w:t xml:space="preserve">[1:01:59] </w:t>
      </w:r>
      <w:r>
        <w:t>to dhoondna to Allah Ta'ala ko hai, daryaft karna Allah Ta'</w:t>
      </w:r>
    </w:p>
    <w:p>
      <w:pPr>
        <w:jc w:val="right"/>
      </w:pPr>
      <w:r>
        <w:t>تو ڈھونڈنا تو اللہ تعالیٰ کو ہے، دریافت کرنا اللہ تع</w:t>
      </w:r>
    </w:p>
    <w:p>
      <w:r>
        <w:rPr>
          <w:b/>
        </w:rPr>
        <w:t xml:space="preserve">[1:02:04] </w:t>
      </w:r>
      <w:r>
        <w:t>ala ko hai. is ke baad sab cheezein aati hain isi ke nateejay ke tor par.</w:t>
      </w:r>
    </w:p>
    <w:p>
      <w:pPr>
        <w:jc w:val="right"/>
      </w:pPr>
      <w:r>
        <w:t>الیٰ کو ہے۔ اس کے بعد سب چیزیں آتی ہیں اسی کے نتیجے کے طور پر۔</w:t>
      </w:r>
    </w:p>
    <w:p>
      <w:r>
        <w:rPr>
          <w:b/>
        </w:rPr>
        <w:t xml:space="preserve">[1:02:15] </w:t>
      </w:r>
      <w:r>
        <w:t>mein to yahi samajhta hoon.</w:t>
      </w:r>
    </w:p>
    <w:p>
      <w:pPr>
        <w:jc w:val="right"/>
      </w:pPr>
      <w:r>
        <w:t>میں تو یہی سمجھتا ہوں۔</w:t>
      </w:r>
    </w:p>
    <w:p>
      <w:r>
        <w:rPr>
          <w:b/>
        </w:rPr>
        <w:t xml:space="preserve">[1:02:20] </w:t>
      </w:r>
      <w:r>
        <w:t>maulana, agla sawal jey pur se hai faheem sahib ne kiya hai. unhon ne likha hai: "maulana, how do i find out whether i am a hypocrite or not?</w:t>
      </w:r>
    </w:p>
    <w:p>
      <w:pPr>
        <w:jc w:val="right"/>
      </w:pPr>
      <w:r>
        <w:t>مولانا، اگلا سوال جے پور سے ہے فہیم صاحب نے کیا ہے۔ انہوں نے لکھا ہے: "مولانا، ہاؤ ڈو آئی فائنڈ آؤٹ ویدر آئی ایم ا ہپوکریٹ اور ناٹ؟</w:t>
      </w:r>
    </w:p>
    <w:p>
      <w:r>
        <w:rPr>
          <w:b/>
        </w:rPr>
        <w:t xml:space="preserve">[1:02:32] </w:t>
      </w:r>
      <w:r>
        <w:t>this thought always bother me that maybe i am living in hypocrisy but not admitting to it. how can i find out about my hypocrisy?</w:t>
      </w:r>
    </w:p>
    <w:p>
      <w:pPr>
        <w:jc w:val="right"/>
      </w:pPr>
      <w:r>
        <w:t>دس تھاٹ آلویز بادر می دیٹ می بی آئی ایم لیونگ ان ہپوکریسی بٹ ناٹ ایڈمٹنگ ٹو اٹ۔ ہاؤ کین آئی فائنڈ آؤٹ اباؤٹ مائی ہپوکریسی؟</w:t>
      </w:r>
    </w:p>
    <w:p>
      <w:r>
        <w:rPr>
          <w:b/>
        </w:rPr>
        <w:t xml:space="preserve">[1:02:43] </w:t>
      </w:r>
      <w:r>
        <w:t>please guide me in the light of quran and hadith."</w:t>
      </w:r>
    </w:p>
    <w:p>
      <w:pPr>
        <w:jc w:val="right"/>
      </w:pPr>
      <w:r>
        <w:t>پلیز گائیڈ می ان دا لائٹ آف قرآن اینڈ حدیث۔"</w:t>
      </w:r>
    </w:p>
    <w:p>
      <w:r>
        <w:rPr>
          <w:b/>
        </w:rPr>
        <w:t xml:space="preserve">[1:02:52] </w:t>
      </w:r>
      <w:r>
        <w:t>bhai, dekhen, dil ka haal to ya to aadmi khud janega ya allah janega. hum kya bata sakte hain?</w:t>
      </w:r>
    </w:p>
    <w:p>
      <w:pPr>
        <w:jc w:val="right"/>
      </w:pPr>
      <w:r>
        <w:t>بھائی، دیکھیں، دل کا حال تو یا تو آدمی خود جانے گا یا اللہ جانے گا۔ ہم کیا بتا سکتے ہیں؟</w:t>
      </w:r>
    </w:p>
    <w:p>
      <w:r>
        <w:rPr>
          <w:b/>
        </w:rPr>
        <w:t xml:space="preserve">[1:03:03] </w:t>
      </w:r>
      <w:r>
        <w:t>dil ka jo haal hai, wo koi insan ko kya pata? khud aadmi apne bare mein soch kar jaan sakta hai ya phir allah ko khabar is ki hai, doosra aadmi to nahi jaan sakta.</w:t>
      </w:r>
    </w:p>
    <w:p>
      <w:pPr>
        <w:jc w:val="right"/>
      </w:pPr>
      <w:r>
        <w:t>دل کا جو حال ہے، وہ کوئی انسان کو کیا پتا؟ خود آدمی اپنے بارے میں سوچ کر جان سکتا ہے یا پھر اللہ کو خبر اس کی ہے، دوسرا آدمی تو نہیں جان سکتا۔</w:t>
      </w:r>
    </w:p>
    <w:p>
      <w:r>
        <w:rPr>
          <w:b/>
        </w:rPr>
        <w:t xml:space="preserve">[1:03:19] </w:t>
      </w:r>
      <w:r>
        <w:t>baqi hypocrisy jo hai, kya hai? hypocrisy mein hai double standard hone ka, duality ho deen mein, dohra mayar, ek aitbar se kuch, doosre aitbar se kuch.</w:t>
      </w:r>
    </w:p>
    <w:p>
      <w:pPr>
        <w:jc w:val="right"/>
      </w:pPr>
      <w:r>
        <w:t>باقی ہپوکریسی جو ہے، کیا ہے؟ ہپوکریسی میں ہے ڈبل سٹینڈرڈ ہونے کا، ڈوئلٹی ہو دین میں، دہرا معیار، ایک اعتبار سے کچھ، دوسرے اعتبار سے کچھ۔</w:t>
      </w:r>
    </w:p>
    <w:p>
      <w:r>
        <w:rPr>
          <w:b/>
        </w:rPr>
        <w:t xml:space="preserve">[1:03:37] </w:t>
      </w:r>
      <w:r>
        <w:t>to</w:t>
      </w:r>
    </w:p>
    <w:p>
      <w:pPr>
        <w:jc w:val="right"/>
      </w:pPr>
      <w:r>
        <w:t>تو</w:t>
      </w:r>
    </w:p>
    <w:p>
      <w:r>
        <w:rPr>
          <w:b/>
        </w:rPr>
        <w:t xml:space="preserve">[1:03:40] </w:t>
      </w:r>
      <w:r>
        <w:t>agar aadmi ke andar double standard wali mizaj ho to wo khud hi jaan sakta hai aadmi ke dekho, main ek ek aitbar se hi aisi boli bolta hoon, doosre waqt wahi boli bolta hoon.</w:t>
      </w:r>
    </w:p>
    <w:p>
      <w:pPr>
        <w:jc w:val="right"/>
      </w:pPr>
      <w:r>
        <w:t>اگر آدمی کے اندر ڈبل سٹینڈرڈ والی مزاج ہو تو وہ خود ہی جان سکتا ہے آدمی کہ دیکھو، میں ایک ایک اعتبار سے ہی ایسی بولی بولتا ہوں، دوسرے وقت وہی بولی بولتا ہوں۔</w:t>
      </w:r>
    </w:p>
    <w:p>
      <w:r>
        <w:rPr>
          <w:b/>
        </w:rPr>
        <w:t xml:space="preserve">[1:03:57] </w:t>
      </w:r>
      <w:r>
        <w:t>yeh to khud aadmi soch sakta hai ya is ke jo sath rehta hai, wo pakdega. behral, yeh jo mamla hai, yeh koi bhi insan nahi kisi ke bare mein keh sakta hai ke falan aadmi bara fiqah hai,</w:t>
      </w:r>
    </w:p>
    <w:p>
      <w:pPr>
        <w:jc w:val="right"/>
      </w:pPr>
      <w:r>
        <w:t>یہ تو خود آدمی سوچ سکتا ہے یا اس کے جو ساتھ رہتا ہے، وہ پکڑے گا۔ بہرحال، یہ جو معاملہ ہے، یہ کوئی بھی انسان نہیں کسی کے بارے میں کہہ سکتا ہے کہ فلاں آدمی بڑا فقہ ہے،</w:t>
      </w:r>
    </w:p>
    <w:p>
      <w:r>
        <w:rPr>
          <w:b/>
        </w:rPr>
        <w:t xml:space="preserve">[1:04:11] </w:t>
      </w:r>
      <w:r>
        <w:t>hypocrite hai, yeh koi nahi keh sakta. aadmi ya to khud janega ya allah taala akhirat mein is ke bare mein ailan karega ke tum tumhara case munafiqat ka case tha.</w:t>
      </w:r>
    </w:p>
    <w:p>
      <w:pPr>
        <w:jc w:val="right"/>
      </w:pPr>
      <w:r>
        <w:t>ہپوکریٹ ہے، یہ کوئی نہیں کہہ سکتا۔ آدمی یا تو خود جانے گا یا اللہ تعالیٰ آخرت میں اس کے بارے میں اعلان کرے گا کہ تم تمہارا کیس منافقت کا کیس تھا۔</w:t>
      </w:r>
    </w:p>
    <w:p>
      <w:r>
        <w:rPr>
          <w:b/>
        </w:rPr>
        <w:t xml:space="preserve">[1:04:26] </w:t>
      </w:r>
      <w:r>
        <w:t>Maulana, agla sawal Ibrahim sahib ne kiya hai Kolkata se. Unhon ne likha hai: "Maulana, people always take meditation same as contemplation. What is dono alag cheezein hain?</w:t>
      </w:r>
    </w:p>
    <w:p>
      <w:pPr>
        <w:jc w:val="right"/>
      </w:pPr>
      <w:r>
        <w:t>مولانا، اگلا سوال ابراہیم صاحب نے کیا ہے کلکتہ سے۔ انہوں نے لکھا ہے: "مولانا، پیپل آلویز ٹیک میڈیٹیشن سیم ایز کنٹمپلیشن۔" واٹ از دونوں الگ چیزیں ہیں؟</w:t>
      </w:r>
    </w:p>
    <w:p>
      <w:r>
        <w:rPr>
          <w:b/>
        </w:rPr>
        <w:t xml:space="preserve">[1:04:39] </w:t>
      </w:r>
      <w:r>
        <w:t>aap dictionary mein dekh lijie.</w:t>
      </w:r>
    </w:p>
    <w:p>
      <w:pPr>
        <w:jc w:val="right"/>
      </w:pPr>
      <w:r>
        <w:t>آپ ڈکشنری میں دیکھ لیجئے۔</w:t>
      </w:r>
    </w:p>
    <w:p>
      <w:r>
        <w:rPr>
          <w:b/>
        </w:rPr>
        <w:t xml:space="preserve">[1:04:41] </w:t>
      </w:r>
      <w:r>
        <w:t>kon aadmi kehta hai dono ek hain? mujhe to nahi pata. ji, aap dictionary mein bhi dekh lijie. Meditation alag cheez hai, contemplation alag cheez hai. yeh mujh se poochne ki wajah aap dictionary mein dekh lijie.</w:t>
      </w:r>
    </w:p>
    <w:p>
      <w:pPr>
        <w:jc w:val="right"/>
      </w:pPr>
      <w:r>
        <w:t>کون آدمی کہتا ہے دونوں ایک ہیں؟ مجھے تو نہیں پتا۔ جی، آپ ڈکشنری میں بھی دیکھ لیجئے۔ میڈیٹیشن الگ چیز ہے، کنٹمپلیشن الگ چیز ہے۔ یہ مجھ سے پوچھنے کی وجہ آپ ڈکشنری میں دیکھ لیجئے۔</w:t>
      </w:r>
    </w:p>
    <w:p>
      <w:r>
        <w:rPr>
          <w:b/>
        </w:rPr>
        <w:t xml:space="preserve">[1:04:54] </w:t>
      </w:r>
      <w:r>
        <w:t>jo aadmi dono ke ek ka hai, wo wo Quran kis zaban mein bolta hai? wo English language mein dono ke do alag zabanein hain. is se poochien ke kis dictionary mein nikala hai tum ne ke dono ke ek mani hain?</w:t>
      </w:r>
    </w:p>
    <w:p>
      <w:pPr>
        <w:jc w:val="right"/>
      </w:pPr>
      <w:r>
        <w:t>جو آدمی دونوں کے ایک کا ہے، وہ وہ قرآن کس زبان میں بولتا ہے؟ وہ انگلش لینگویج میں دونوں کے دو الگ زبانیں ہیں۔ اس سے پوچھیں کہ کس ڈکشنری میں نکالا ہے تم نے کہ دونوں کے ایک معنی ہیں؟</w:t>
      </w:r>
    </w:p>
    <w:p>
      <w:r>
        <w:rPr>
          <w:b/>
        </w:rPr>
        <w:t xml:space="preserve">[1:05:09] </w:t>
      </w:r>
      <w:r>
        <w:t>ke sahib, yahi yahi na kiya sawal</w:t>
      </w:r>
    </w:p>
    <w:p>
      <w:pPr>
        <w:jc w:val="right"/>
      </w:pPr>
      <w:r>
        <w:t>کہ صاحب، یہی یہی نا کیا سوال</w:t>
      </w:r>
    </w:p>
    <w:p>
      <w:r>
        <w:rPr>
          <w:b/>
        </w:rPr>
        <w:t xml:space="preserve">[1:05:11] </w:t>
      </w:r>
      <w:r>
        <w:t>hai? ji, maulana.</w:t>
      </w:r>
    </w:p>
    <w:p>
      <w:pPr>
        <w:jc w:val="right"/>
      </w:pPr>
      <w:r>
        <w:t>ہے؟ جی، مولانا۔</w:t>
      </w:r>
    </w:p>
    <w:p>
      <w:r>
        <w:rPr>
          <w:b/>
        </w:rPr>
        <w:t xml:space="preserve">[1:05:15] </w:t>
      </w:r>
      <w:r>
        <w:t>maulana, agla sawal lene se pehle ek comment parhna chahenge jo zaheeruddin sahib ne kiya hai raichur se.</w:t>
      </w:r>
    </w:p>
    <w:p>
      <w:pPr>
        <w:jc w:val="right"/>
      </w:pPr>
      <w:r>
        <w:t>مولانا، اگلا سوال لینے سے پہلے ایک کمنٹ پڑھنا چاہیں گے جو ظہیرالدین صاحب نے کیا ہے رائچور سے۔</w:t>
      </w:r>
    </w:p>
    <w:p>
      <w:r>
        <w:rPr>
          <w:b/>
        </w:rPr>
        <w:t xml:space="preserve">[1:05:24] </w:t>
      </w:r>
      <w:r>
        <w:t>unhon ne likha hai: "Maulana, today's lecture was extremely marvelous and enlightening. I used to think and try to understand what is marifat</w:t>
      </w:r>
    </w:p>
    <w:p>
      <w:pPr>
        <w:jc w:val="right"/>
      </w:pPr>
      <w:r>
        <w:t>انہوں نے لکھا ہے: "مولانا، ٹوڈے لیکچر واز ایکسٹریملی مارولس اینڈ انلائٹننگ۔ آئی یوز ٹو تھنک اینڈ ٹرائی ٹو انڈرسٹینڈ واٹ از معرفت</w:t>
      </w:r>
    </w:p>
    <w:p>
      <w:r>
        <w:rPr>
          <w:b/>
        </w:rPr>
        <w:t xml:space="preserve">[1:05:36] </w:t>
      </w:r>
      <w:r>
        <w:t>since long back, and whenever I read this word marifat in any book, this word remained mysterious for me.</w:t>
      </w:r>
    </w:p>
    <w:p>
      <w:pPr>
        <w:jc w:val="right"/>
      </w:pPr>
      <w:r>
        <w:t>سنس لانگ بیک، اینڈ وین ایور آئی ریڈ دس ورڈ معرفت ان اینی بک، دس ورڈ ریمینڈ مسٹیریس فار می۔</w:t>
      </w:r>
    </w:p>
    <w:p>
      <w:r>
        <w:rPr>
          <w:b/>
        </w:rPr>
        <w:t xml:space="preserve">[1:05:46] </w:t>
      </w:r>
      <w:r>
        <w:t>i understood this word only through reading your books, and today lecture was the culmination of the understanding of marifat." maulana, agla sawal bangalore se hai javed sahib ne kiya hai.</w:t>
      </w:r>
    </w:p>
    <w:p>
      <w:pPr>
        <w:jc w:val="right"/>
      </w:pPr>
      <w:r>
        <w:t>آئی انڈرسٹڈ دس ورڈ اونلی تھرو ریڈنگ یور بکس، اینڈ ٹوڈے لیکچر واز دی کلمینیشن اف دی انڈرسٹینڈنگ اف معرفت۔" مولانا، اگلا سوال بینگلور سے ہے جاوید صاحب نے کیا ہے۔</w:t>
      </w:r>
    </w:p>
    <w:p>
      <w:r>
        <w:rPr>
          <w:b/>
        </w:rPr>
        <w:t xml:space="preserve">[1:06:00] </w:t>
      </w:r>
      <w:r>
        <w:t>unhon ne likha hai: "maulana, how can one develop objectivity in one's thinking?"</w:t>
      </w:r>
    </w:p>
    <w:p>
      <w:pPr>
        <w:jc w:val="right"/>
      </w:pPr>
      <w:r>
        <w:t>انہوں نے لکھا ہے: "مولانا، ہاؤ کین ون ڈویلپ ابجیکٹیوٹی ان ونز تھنکنگ؟"</w:t>
      </w:r>
    </w:p>
    <w:p>
      <w:r>
        <w:rPr>
          <w:b/>
        </w:rPr>
        <w:t xml:space="preserve">[1:06:07] </w:t>
      </w:r>
      <w:r>
        <w:t>dekhen, yeh mamla apna hai, kisi doosre ka nahi hai. koi doosra nahi bata sakta. aap apna introspection karen har baat mein.</w:t>
      </w:r>
    </w:p>
    <w:p>
      <w:pPr>
        <w:jc w:val="right"/>
      </w:pPr>
      <w:r>
        <w:t>دیکھیں، یہ معاملہ اپنا ہے، کسی دوسرے کا نہیں ہے۔ کوئی دوسرا نہیں بتا سکتا۔ آپ اپنا انٹراسپیکشن کریں ہر بات میں۔</w:t>
      </w:r>
    </w:p>
    <w:p>
      <w:r>
        <w:rPr>
          <w:b/>
        </w:rPr>
        <w:t xml:space="preserve">[1:06:22] </w:t>
      </w:r>
      <w:r>
        <w:t>sochien ke theek tha ke nahi theek tha. har baat to apna introspection karen aur doosri adat yeh dalen ke doosra aadmi jo aap criticize kare to aap offend na hon.</w:t>
      </w:r>
    </w:p>
    <w:p>
      <w:pPr>
        <w:jc w:val="right"/>
      </w:pPr>
      <w:r>
        <w:t>سوچیں کہ ٹھیک تھا کہ نہیں ٹھیک تھا۔ ہر بات تو اپنا انٹراسپیکشن کریں اور دوسری عادت یہ ڈالیں کہ دوسرا آدمی جو آپ کریٹیسائز کرے تو آپ افنڈ نہ ہوں۔</w:t>
      </w:r>
    </w:p>
    <w:p>
      <w:r>
        <w:rPr>
          <w:b/>
        </w:rPr>
        <w:t xml:space="preserve">[1:06:37] </w:t>
      </w:r>
      <w:r>
        <w:t>yeh two point formula hai. khud bohat zyada sochna</w:t>
      </w:r>
    </w:p>
    <w:p>
      <w:pPr>
        <w:jc w:val="right"/>
      </w:pPr>
      <w:r>
        <w:t>یہ ٹو پوائنٹ فارمولا ہے۔ خود بہت زیادہ سوچنا</w:t>
      </w:r>
    </w:p>
    <w:p>
      <w:r>
        <w:rPr>
          <w:b/>
        </w:rPr>
        <w:t xml:space="preserve">[1:06:45] </w:t>
      </w:r>
      <w:r>
        <w:t>yani merciless introspection apne bare mein. Merciless introspection yani be rehamana muhasba apna.</w:t>
      </w:r>
    </w:p>
    <w:p>
      <w:pPr>
        <w:jc w:val="right"/>
      </w:pPr>
      <w:r>
        <w:t>یعنی مرسی لیس انٹراسپیکشن اپنے بارے میں۔ مرسی لیس انٹراسپیکشن یعنی بے رحمانہ محاسبہ اپنا۔</w:t>
      </w:r>
    </w:p>
    <w:p>
      <w:r>
        <w:rPr>
          <w:b/>
        </w:rPr>
        <w:t xml:space="preserve">[1:06:57] </w:t>
      </w:r>
      <w:r>
        <w:t>aur doosri siftien honi chahiye ke jab koi aadmi criticize kare to aap hargiz hargiz offend na hon, bura na manen. yeh do siftien agar hongi tab aadmi ke andar woh cheez aayegi jo aap chahte hain,</w:t>
      </w:r>
    </w:p>
    <w:p>
      <w:pPr>
        <w:jc w:val="right"/>
      </w:pPr>
      <w:r>
        <w:t>اور دوسری صفتیں ہونی چاہیے کہ جب کوئی آدمی کریٹیسائز کرے تو آپ ہرگز ہرگز افنڈ نہ ہوں، برا نہ مانیں۔ یہ دو صفتیں اگر ہوں گی تب آدمی کے اندر وہ چیز آئے گی جو آپ چاہتے ہیں،</w:t>
      </w:r>
    </w:p>
    <w:p>
      <w:r>
        <w:rPr>
          <w:b/>
        </w:rPr>
        <w:t xml:space="preserve">[1:07:11] </w:t>
      </w:r>
      <w:r>
        <w:t>warna nahin.</w:t>
      </w:r>
    </w:p>
    <w:p>
      <w:pPr>
        <w:jc w:val="right"/>
      </w:pPr>
      <w:r>
        <w:t>ورنہ نہیں۔</w:t>
      </w:r>
    </w:p>
    <w:p>
      <w:r>
        <w:rPr>
          <w:b/>
        </w:rPr>
        <w:t xml:space="preserve">[1:07:16] </w:t>
      </w:r>
      <w:r>
        <w:t>Maulana, agla sawal Faraz sahib ne kiya hai Bhopal se. unhon ne likha hai: "Maulana, one of the reasons for a person not to be able to develop art of thinking is distraction.</w:t>
      </w:r>
    </w:p>
    <w:p>
      <w:pPr>
        <w:jc w:val="right"/>
      </w:pPr>
      <w:r>
        <w:t>مولانا، اگلا سوال فراز صاحب نے کیا ہے بھوپال سے۔ انہوں نے لکھا ہے: "مولانا، ون اف دا ریزن فار ا پرسن ناٹ ٹو بی ایبل ٹو ڈویلپ آرٹ اف تھنکنگ از ڈسٹریکشن۔</w:t>
      </w:r>
    </w:p>
    <w:p>
      <w:r>
        <w:rPr>
          <w:b/>
        </w:rPr>
        <w:t xml:space="preserve">[1:07:31] </w:t>
      </w:r>
      <w:r>
        <w:t>Today office and family life makes it difficult to save oneself from distraction.</w:t>
      </w:r>
    </w:p>
    <w:p>
      <w:pPr>
        <w:jc w:val="right"/>
      </w:pPr>
      <w:r>
        <w:t>ٹوڈے افس اینڈ فیملی لائف میکس اٹ ڈیفیکلٹ ٹو سیو ون سیلف فرام ڈسٹریکشن۔</w:t>
      </w:r>
    </w:p>
    <w:p>
      <w:r>
        <w:rPr>
          <w:b/>
        </w:rPr>
        <w:t xml:space="preserve">[1:07:37] </w:t>
      </w:r>
      <w:r>
        <w:t>How can one develop art of thinking in the jungle of distraction?" is ke bare mein bhai to Allah ka yahi nizam hai.</w:t>
      </w:r>
    </w:p>
    <w:p>
      <w:pPr>
        <w:jc w:val="right"/>
      </w:pPr>
      <w:r>
        <w:t>ہاؤ کین ون ڈویلپ آرٹ اف تھنکنگ ان دا جنگل اف ڈسٹریکشن؟" اس کے بارے میں بھئی تو اللہ کا یہی نظام ہے۔</w:t>
      </w:r>
    </w:p>
    <w:p>
      <w:r>
        <w:rPr>
          <w:b/>
        </w:rPr>
        <w:t xml:space="preserve">[1:07:47] </w:t>
      </w:r>
      <w:r>
        <w:t>Aap chahte hain ke naya nizam aap kaise pa len to woh to possible nahin hai. Quran mein hai ke: "Laqad khalaqnal insana fi kabad".</w:t>
      </w:r>
    </w:p>
    <w:p>
      <w:pPr>
        <w:jc w:val="right"/>
      </w:pPr>
      <w:r>
        <w:t>آپ چاہتے ہیں کہ نیا نظام آپ کیسے پا لیں تو وہ تو پاسیبل نہیں ہے۔ قرآن میں ہے کہ: "لقد خلقنا الانسان فی کبد"۔</w:t>
      </w:r>
    </w:p>
    <w:p>
      <w:r>
        <w:rPr>
          <w:b/>
        </w:rPr>
        <w:t xml:space="preserve">[1:07:57] </w:t>
      </w:r>
      <w:r>
        <w:t>Hum ne insaan ko paida kiya hai problem ke jungle mein. to</w:t>
      </w:r>
    </w:p>
    <w:p>
      <w:pPr>
        <w:jc w:val="right"/>
      </w:pPr>
      <w:r>
        <w:t>ہم نے انسان کو پیدا کیا ہے پرابلم کے جنگل میں۔ تو</w:t>
      </w:r>
    </w:p>
    <w:p>
      <w:r>
        <w:rPr>
          <w:b/>
        </w:rPr>
        <w:t xml:space="preserve">[1:08:01] </w:t>
      </w:r>
      <w:r>
        <w:t>aap apni aqal ko develop kijiye, manage karna seekhiye, apne andar woh siftat paida kijiye jo jis se aap is challenge ka muqabla kar saken.</w:t>
      </w:r>
    </w:p>
    <w:p>
      <w:pPr>
        <w:jc w:val="right"/>
      </w:pPr>
      <w:r>
        <w:t>آپ اپنی عقل کو ڈویلپ کیجئے، مینج کرنا سیکھیے، اپنے اندر وہ صفات پیدا کیجئے جو جس سے آپ اس چیلنج کا مقابلہ کر سکیں۔</w:t>
      </w:r>
    </w:p>
    <w:p>
      <w:r>
        <w:rPr>
          <w:b/>
        </w:rPr>
        <w:t xml:space="preserve">[1:08:14] </w:t>
      </w:r>
      <w:r>
        <w:t>yani take it as a challenge rather than as a problem. yahi hai formula.</w:t>
      </w:r>
    </w:p>
    <w:p>
      <w:pPr>
        <w:jc w:val="right"/>
      </w:pPr>
      <w:r>
        <w:t>یعنی ٹیک اٹ ایز ا چیلنج رادر دین ایز ا پرابلم۔ یہی ہے فارمولا۔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