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Realisation of God December 13, 2015</w:t>
      </w:r>
    </w:p>
    <w:p>
      <w:r>
        <w:t>https://www.youtube.com/watch?v=E6nrPAKAgAQ</w:t>
      </w:r>
    </w:p>
    <w:p>
      <w:r>
        <w:rPr>
          <w:b/>
        </w:rPr>
        <w:t xml:space="preserve">[00:22] </w:t>
      </w:r>
      <w:r>
        <w:t>bismillah rehman rehim,</w:t>
      </w:r>
    </w:p>
    <w:p>
      <w:pPr>
        <w:jc w:val="right"/>
      </w:pPr>
      <w:r>
        <w:t>بسم اللہ الرحمن الرحیم،</w:t>
      </w:r>
    </w:p>
    <w:p>
      <w:r>
        <w:rPr>
          <w:b/>
        </w:rPr>
        <w:t xml:space="preserve">[00:26] </w:t>
      </w:r>
      <w:r>
        <w:t>wa salli Allahu ala al-nabi al-karim.</w:t>
      </w:r>
    </w:p>
    <w:p>
      <w:pPr>
        <w:jc w:val="right"/>
      </w:pPr>
      <w:r>
        <w:t>و صلی اللہ علی النبی الکریم۔</w:t>
      </w:r>
    </w:p>
    <w:p>
      <w:r>
        <w:rPr>
          <w:b/>
        </w:rPr>
        <w:t xml:space="preserve">[00:30] </w:t>
      </w:r>
      <w:r>
        <w:t>rab ishrah li sadri,</w:t>
      </w:r>
    </w:p>
    <w:p>
      <w:pPr>
        <w:jc w:val="right"/>
      </w:pPr>
      <w:r>
        <w:t>رب اشرح لی صدری،</w:t>
      </w:r>
    </w:p>
    <w:p>
      <w:r>
        <w:rPr>
          <w:b/>
        </w:rPr>
        <w:t xml:space="preserve">[00:32] </w:t>
      </w:r>
      <w:r>
        <w:t>wa yassir li amri,</w:t>
      </w:r>
    </w:p>
    <w:p>
      <w:pPr>
        <w:jc w:val="right"/>
      </w:pPr>
      <w:r>
        <w:t>ویسر لی امری،</w:t>
      </w:r>
    </w:p>
    <w:p>
      <w:r>
        <w:rPr>
          <w:b/>
        </w:rPr>
        <w:t xml:space="preserve">[00:35] </w:t>
      </w:r>
      <w:r>
        <w:t>wah al-uqdatan min lisani yafqahu qawli.</w:t>
      </w:r>
    </w:p>
    <w:p>
      <w:pPr>
        <w:jc w:val="right"/>
      </w:pPr>
      <w:r>
        <w:t>واحل العقدۃ من لسانی یفقہ قولی۔</w:t>
      </w:r>
    </w:p>
    <w:p>
      <w:r>
        <w:rPr>
          <w:b/>
        </w:rPr>
        <w:t xml:space="preserve">[00:41] </w:t>
      </w:r>
      <w:r>
        <w:t>13 december 2015.</w:t>
      </w:r>
    </w:p>
    <w:p>
      <w:pPr>
        <w:jc w:val="right"/>
      </w:pPr>
      <w:r>
        <w:t>13 دسمبر 2015۔</w:t>
      </w:r>
    </w:p>
    <w:p>
      <w:r>
        <w:rPr>
          <w:b/>
        </w:rPr>
        <w:t xml:space="preserve">[00:46] </w:t>
      </w:r>
      <w:r>
        <w:t>aaj ka topic hai:</w:t>
      </w:r>
    </w:p>
    <w:p>
      <w:pPr>
        <w:jc w:val="right"/>
      </w:pPr>
      <w:r>
        <w:t>آج کا ٹاپک ہے:</w:t>
      </w:r>
    </w:p>
    <w:p>
      <w:r>
        <w:rPr>
          <w:b/>
        </w:rPr>
        <w:t xml:space="preserve">[00:50] </w:t>
      </w:r>
      <w:r>
        <w:t>taalluq billah, realization of God.</w:t>
      </w:r>
    </w:p>
    <w:p>
      <w:pPr>
        <w:jc w:val="right"/>
      </w:pPr>
      <w:r>
        <w:t>تعلق باللہ، ریئلائزیشن آف گاڈ۔</w:t>
      </w:r>
    </w:p>
    <w:p>
      <w:r>
        <w:rPr>
          <w:b/>
        </w:rPr>
        <w:t xml:space="preserve">[00:59] </w:t>
      </w:r>
      <w:r>
        <w:t>is waqt mein</w:t>
      </w:r>
    </w:p>
    <w:p>
      <w:pPr>
        <w:jc w:val="right"/>
      </w:pPr>
      <w:r>
        <w:t>اس وقت میں</w:t>
      </w:r>
    </w:p>
    <w:p>
      <w:r>
        <w:rPr>
          <w:b/>
        </w:rPr>
        <w:t xml:space="preserve">[01:01] </w:t>
      </w:r>
      <w:r>
        <w:t>Nizamuddin Dosi se bol raha hoon.</w:t>
      </w:r>
    </w:p>
    <w:p>
      <w:pPr>
        <w:jc w:val="right"/>
      </w:pPr>
      <w:r>
        <w:t>نظام الدین ڈویسی سے بول رہا ہوں۔</w:t>
      </w:r>
    </w:p>
    <w:p>
      <w:r>
        <w:rPr>
          <w:b/>
        </w:rPr>
        <w:t xml:space="preserve">[01:05] </w:t>
      </w:r>
      <w:r>
        <w:t>kuch log yahan mojood hain jo yeh baat ko direct sun rahe hain,</w:t>
      </w:r>
    </w:p>
    <w:p>
      <w:pPr>
        <w:jc w:val="right"/>
      </w:pPr>
      <w:r>
        <w:t>کچھ لوگ یہاں موجود ہیں جو یہ بات کو ڈائریکٹ سن رہے ہیں،</w:t>
      </w:r>
    </w:p>
    <w:p>
      <w:r>
        <w:rPr>
          <w:b/>
        </w:rPr>
        <w:t xml:space="preserve">[01:12] </w:t>
      </w:r>
      <w:r>
        <w:t>aur bohat se log dunya ke mukhtalif hisson mein</w:t>
      </w:r>
    </w:p>
    <w:p>
      <w:pPr>
        <w:jc w:val="right"/>
      </w:pPr>
      <w:r>
        <w:t>اور بہت سے لوگ دنیا کے مختلف حصوں میں</w:t>
      </w:r>
    </w:p>
    <w:p>
      <w:r>
        <w:rPr>
          <w:b/>
        </w:rPr>
        <w:t xml:space="preserve">[01:17] </w:t>
      </w:r>
      <w:r>
        <w:t>is ko internet ke zariye sun rahe hain.</w:t>
      </w:r>
    </w:p>
    <w:p>
      <w:pPr>
        <w:jc w:val="right"/>
      </w:pPr>
      <w:r>
        <w:t>اس کو انٹرنیٹ کے ذریعے سن رہے ہیں۔</w:t>
      </w:r>
    </w:p>
    <w:p>
      <w:r>
        <w:rPr>
          <w:b/>
        </w:rPr>
        <w:t xml:space="preserve">[01:22] </w:t>
      </w:r>
      <w:r>
        <w:t>اور اور بھی بہت سے لوگ ہیں جو بات کو download کر کے میری بات کو سنیں</w:t>
      </w:r>
    </w:p>
    <w:p>
      <w:pPr>
        <w:jc w:val="right"/>
      </w:pPr>
      <w:r>
        <w:t>اور اور بھی بہت سے لوگ ہیں جو بات کو ڈاؤن لوڈ کر کے میری بات کو سنیں</w:t>
      </w:r>
    </w:p>
    <w:p>
      <w:r>
        <w:rPr>
          <w:b/>
        </w:rPr>
        <w:t xml:space="preserve">[01:28] </w:t>
      </w:r>
      <w:r>
        <w:t>gaye. To aap sab logon ke liye aaj mere paas ek khushkhabri hai.</w:t>
      </w:r>
    </w:p>
    <w:p>
      <w:pPr>
        <w:jc w:val="right"/>
      </w:pPr>
      <w:r>
        <w:t>گے۔ تو آپ سب لوگوں کے لیے آج میرے پاس ایک خوشخبری ہے۔</w:t>
      </w:r>
    </w:p>
    <w:p>
      <w:r>
        <w:rPr>
          <w:b/>
        </w:rPr>
        <w:t xml:space="preserve">[01:37] </w:t>
      </w:r>
      <w:r>
        <w:t>Aap sab logon ke liye mere paas ek khushkhabri hai.</w:t>
      </w:r>
    </w:p>
    <w:p>
      <w:pPr>
        <w:jc w:val="right"/>
      </w:pPr>
      <w:r>
        <w:t>آپ سب لوگوں کے لیے میرے پاس ایک خوشخبری ہے۔</w:t>
      </w:r>
    </w:p>
    <w:p>
      <w:r>
        <w:rPr>
          <w:b/>
        </w:rPr>
        <w:t xml:space="preserve">[01:43] </w:t>
      </w:r>
      <w:r>
        <w:t>دیکھیے، میرا sole concern ساری زندگی میں یہ رہا ہے</w:t>
      </w:r>
    </w:p>
    <w:p>
      <w:pPr>
        <w:jc w:val="right"/>
      </w:pPr>
      <w:r>
        <w:t>دیکھیے، میرا سول کنسرن ساری زندگی میں یہ رہا ہے</w:t>
      </w:r>
    </w:p>
    <w:p>
      <w:r>
        <w:rPr>
          <w:b/>
        </w:rPr>
        <w:t xml:space="preserve">[01:48] </w:t>
      </w:r>
      <w:r>
        <w:t>Ke aakhirat mein</w:t>
      </w:r>
    </w:p>
    <w:p>
      <w:pPr>
        <w:jc w:val="right"/>
      </w:pPr>
      <w:r>
        <w:t>کہ آخرت میں</w:t>
      </w:r>
    </w:p>
    <w:p>
      <w:r>
        <w:rPr>
          <w:b/>
        </w:rPr>
        <w:t xml:space="preserve">[01:51] </w:t>
      </w:r>
      <w:r>
        <w:t>kis tarah Allah ki blessing mile.</w:t>
      </w:r>
    </w:p>
    <w:p>
      <w:pPr>
        <w:jc w:val="right"/>
      </w:pPr>
      <w:r>
        <w:t>کس طرح اللہ کی بلیسنگ ملے۔</w:t>
      </w:r>
    </w:p>
    <w:p>
      <w:r>
        <w:rPr>
          <w:b/>
        </w:rPr>
        <w:t xml:space="preserve">[01:56] </w:t>
      </w:r>
      <w:r>
        <w:t>Kyunke asal zindagi aakhirat ki zindagi hai.</w:t>
      </w:r>
    </w:p>
    <w:p>
      <w:pPr>
        <w:jc w:val="right"/>
      </w:pPr>
      <w:r>
        <w:t>کیونکہ اصل زندگی آخرت کی زندگی ہے۔</w:t>
      </w:r>
    </w:p>
    <w:p>
      <w:r>
        <w:rPr>
          <w:b/>
        </w:rPr>
        <w:t xml:space="preserve">[02:01] </w:t>
      </w:r>
      <w:r>
        <w:t>Rasool Allah ne farmaya ke: "Allahumma la aish illa aish al-akhirah,</w:t>
      </w:r>
    </w:p>
    <w:p>
      <w:pPr>
        <w:jc w:val="right"/>
      </w:pPr>
      <w:r>
        <w:t>رسول اللہ نے فرمایا کہ: "اللہم لا عیش الا عیش الآخرة،</w:t>
      </w:r>
    </w:p>
    <w:p>
      <w:r>
        <w:rPr>
          <w:b/>
        </w:rPr>
        <w:t xml:space="preserve">[02:08] </w:t>
      </w:r>
      <w:r>
        <w:t>faghfir al-ansar wal-muhajirah".</w:t>
      </w:r>
    </w:p>
    <w:p>
      <w:pPr>
        <w:jc w:val="right"/>
      </w:pPr>
      <w:r>
        <w:t>فاغفر الانسان والمہاجرہ"۔</w:t>
      </w:r>
    </w:p>
    <w:p>
      <w:r>
        <w:rPr>
          <w:b/>
        </w:rPr>
        <w:t xml:space="preserve">[02:11] </w:t>
      </w:r>
      <w:r>
        <w:t>To aakhirat mein</w:t>
      </w:r>
    </w:p>
    <w:p>
      <w:pPr>
        <w:jc w:val="right"/>
      </w:pPr>
      <w:r>
        <w:t>تو آخرت میں</w:t>
      </w:r>
    </w:p>
    <w:p>
      <w:r>
        <w:rPr>
          <w:b/>
        </w:rPr>
        <w:t xml:space="preserve">[02:14] </w:t>
      </w:r>
      <w:r>
        <w:t>jo zindagi shuru hogi</w:t>
      </w:r>
    </w:p>
    <w:p>
      <w:pPr>
        <w:jc w:val="right"/>
      </w:pPr>
      <w:r>
        <w:t>جو زندگی شروع ہوگی</w:t>
      </w:r>
    </w:p>
    <w:p>
      <w:r>
        <w:rPr>
          <w:b/>
        </w:rPr>
        <w:t xml:space="preserve">[02:17] </w:t>
      </w:r>
      <w:r>
        <w:t>wo eternal hogi, eternal.</w:t>
      </w:r>
    </w:p>
    <w:p>
      <w:pPr>
        <w:jc w:val="right"/>
      </w:pPr>
      <w:r>
        <w:t>وہ ایٹرنل ہوگی، ایٹرنل۔</w:t>
      </w:r>
    </w:p>
    <w:p>
      <w:r>
        <w:rPr>
          <w:b/>
        </w:rPr>
        <w:t xml:space="preserve">[02:20] </w:t>
      </w:r>
      <w:r>
        <w:t>Wahan mujhe Allah ki maghfirat,</w:t>
      </w:r>
    </w:p>
    <w:p>
      <w:pPr>
        <w:jc w:val="right"/>
      </w:pPr>
      <w:r>
        <w:t>وہاں مجھے اللہ کی مغفرت،</w:t>
      </w:r>
    </w:p>
    <w:p>
      <w:r>
        <w:rPr>
          <w:b/>
        </w:rPr>
        <w:t xml:space="preserve">[02:23] </w:t>
      </w:r>
      <w:r>
        <w:t>Allah ki blessing mile.</w:t>
      </w:r>
    </w:p>
    <w:p>
      <w:pPr>
        <w:jc w:val="right"/>
      </w:pPr>
      <w:r>
        <w:t>اللہ کی بلیسنگ ملے۔</w:t>
      </w:r>
    </w:p>
    <w:p>
      <w:r>
        <w:rPr>
          <w:b/>
        </w:rPr>
        <w:t xml:space="preserve">[02:26] </w:t>
      </w:r>
      <w:r>
        <w:t>Yeh mera sab se zyada</w:t>
      </w:r>
    </w:p>
    <w:p>
      <w:pPr>
        <w:jc w:val="right"/>
      </w:pPr>
      <w:r>
        <w:t>یہ میرا سب سے زیادہ</w:t>
      </w:r>
    </w:p>
    <w:p>
      <w:r>
        <w:rPr>
          <w:b/>
        </w:rPr>
        <w:t xml:space="preserve">[02:30] </w:t>
      </w:r>
      <w:r>
        <w:t>کنسرن رہا ہے، social concern ساری زندگی۔</w:t>
      </w:r>
    </w:p>
    <w:p>
      <w:pPr>
        <w:jc w:val="right"/>
      </w:pPr>
      <w:r>
        <w:t>کنسرن رہا ہے، سول کنسرن ساری زندگی۔</w:t>
      </w:r>
    </w:p>
    <w:p>
      <w:r>
        <w:rPr>
          <w:b/>
        </w:rPr>
        <w:t xml:space="preserve">[02:36] </w:t>
      </w:r>
      <w:r>
        <w:t>Magar ek sawal tha mere zehen mein,</w:t>
      </w:r>
    </w:p>
    <w:p>
      <w:pPr>
        <w:jc w:val="right"/>
      </w:pPr>
      <w:r>
        <w:t>مگر ایک سوال تھا میرے ذہن میں،</w:t>
      </w:r>
    </w:p>
    <w:p>
      <w:r>
        <w:rPr>
          <w:b/>
        </w:rPr>
        <w:t xml:space="preserve">[02:40] </w:t>
      </w:r>
      <w:r>
        <w:t>jo sirf kal</w:t>
      </w:r>
    </w:p>
    <w:p>
      <w:pPr>
        <w:jc w:val="right"/>
      </w:pPr>
      <w:r>
        <w:t>جو صرف کل</w:t>
      </w:r>
    </w:p>
    <w:p>
      <w:r>
        <w:rPr>
          <w:b/>
        </w:rPr>
        <w:t xml:space="preserve">[02:43] </w:t>
      </w:r>
      <w:r>
        <w:t>iska jawab mila mujhe,</w:t>
      </w:r>
    </w:p>
    <w:p>
      <w:pPr>
        <w:jc w:val="right"/>
      </w:pPr>
      <w:r>
        <w:t>اس کا جواب ملا مجھے،</w:t>
      </w:r>
    </w:p>
    <w:p>
      <w:r>
        <w:rPr>
          <w:b/>
        </w:rPr>
        <w:t xml:space="preserve">[02:47] </w:t>
      </w:r>
      <w:r>
        <w:t>ke hadith mein aata hai ke:</w:t>
      </w:r>
    </w:p>
    <w:p>
      <w:pPr>
        <w:jc w:val="right"/>
      </w:pPr>
      <w:r>
        <w:t>کہ حدیث میں آتا ہے کہ:</w:t>
      </w:r>
    </w:p>
    <w:p>
      <w:r>
        <w:rPr>
          <w:b/>
        </w:rPr>
        <w:t xml:space="preserve">[02:49] </w:t>
      </w:r>
      <w:r>
        <w:t>"Al-iman ban al-raja' wal-khawf".</w:t>
      </w:r>
    </w:p>
    <w:p>
      <w:pPr>
        <w:jc w:val="right"/>
      </w:pPr>
      <w:r>
        <w:t>"الایمان بان الرجاء والخوف"۔</w:t>
      </w:r>
    </w:p>
    <w:p>
      <w:r>
        <w:rPr>
          <w:b/>
        </w:rPr>
        <w:t xml:space="preserve">[02:55] </w:t>
      </w:r>
      <w:r>
        <w:t>Iman umeed aur khauf ke darmiyan hai.</w:t>
      </w:r>
    </w:p>
    <w:p>
      <w:pPr>
        <w:jc w:val="right"/>
      </w:pPr>
      <w:r>
        <w:t>ایمان امید اور خوف کے درمیان ہے۔</w:t>
      </w:r>
    </w:p>
    <w:p>
      <w:r>
        <w:rPr>
          <w:b/>
        </w:rPr>
        <w:t xml:space="preserve">[03:00] </w:t>
      </w:r>
      <w:r>
        <w:t>Is se main yeh samjha tha</w:t>
      </w:r>
    </w:p>
    <w:p>
      <w:pPr>
        <w:jc w:val="right"/>
      </w:pPr>
      <w:r>
        <w:t>اس سے میں یہ سمجھا تھا</w:t>
      </w:r>
    </w:p>
    <w:p>
      <w:r>
        <w:rPr>
          <w:b/>
        </w:rPr>
        <w:t xml:space="preserve">[03:03] </w:t>
      </w:r>
      <w:r>
        <w:t>ke Allah ki maghfirat ka mamla 50-50 ka mamla hai.</w:t>
      </w:r>
    </w:p>
    <w:p>
      <w:pPr>
        <w:jc w:val="right"/>
      </w:pPr>
      <w:r>
        <w:t>کہ اللہ کی مغفرت کا معاملہ 50-50 کا معاملہ ہے۔</w:t>
      </w:r>
    </w:p>
    <w:p>
      <w:r>
        <w:rPr>
          <w:b/>
        </w:rPr>
        <w:t xml:space="preserve">[03:12] </w:t>
      </w:r>
      <w:r>
        <w:t>Yaani 50% hope hai aur 50%</w:t>
      </w:r>
    </w:p>
    <w:p>
      <w:pPr>
        <w:jc w:val="right"/>
      </w:pPr>
      <w:r>
        <w:t>یعنی 50% ہوپ ہے اور 50%</w:t>
      </w:r>
    </w:p>
    <w:p>
      <w:r>
        <w:rPr>
          <w:b/>
        </w:rPr>
        <w:t xml:space="preserve">[03:20] </w:t>
      </w:r>
      <w:r>
        <w:t>doosra pehlu hai.</w:t>
      </w:r>
    </w:p>
    <w:p>
      <w:pPr>
        <w:jc w:val="right"/>
      </w:pPr>
      <w:r>
        <w:t>دوسرا پہلو ہے۔</w:t>
      </w:r>
    </w:p>
    <w:p>
      <w:r>
        <w:rPr>
          <w:b/>
        </w:rPr>
        <w:t xml:space="preserve">[03:25] </w:t>
      </w:r>
      <w:r>
        <w:t>تو یہ بہت ہی زیادہ serious مجھے لگتا تھا۔</w:t>
      </w:r>
    </w:p>
    <w:p>
      <w:pPr>
        <w:jc w:val="right"/>
      </w:pPr>
      <w:r>
        <w:t>تو یہ بہت ہی زیادہ سیریس مجھے لگتا تھا۔</w:t>
      </w:r>
    </w:p>
    <w:p>
      <w:r>
        <w:rPr>
          <w:b/>
        </w:rPr>
        <w:t xml:space="preserve">[03:29] </w:t>
      </w:r>
      <w:r>
        <w:t>Main zindagi bhar yeh sochta raha ke kya koi aisi surat hai ke</w:t>
      </w:r>
    </w:p>
    <w:p>
      <w:pPr>
        <w:jc w:val="right"/>
      </w:pPr>
      <w:r>
        <w:t>میں زندگی بھر یہ سوچتا رہا کہ کیا کوئی ایسی صورت ہے کہ</w:t>
      </w:r>
    </w:p>
    <w:p>
      <w:r>
        <w:rPr>
          <w:b/>
        </w:rPr>
        <w:t xml:space="preserve">[03:37] </w:t>
      </w:r>
      <w:r>
        <w:t>raja' jo hai, hope</w:t>
      </w:r>
    </w:p>
    <w:p>
      <w:pPr>
        <w:jc w:val="right"/>
      </w:pPr>
      <w:r>
        <w:t>رجاء جو ہے، ہوپ</w:t>
      </w:r>
    </w:p>
    <w:p>
      <w:r>
        <w:rPr>
          <w:b/>
        </w:rPr>
        <w:t xml:space="preserve">[03:41] </w:t>
      </w:r>
      <w:r>
        <w:t>ka pehlu 51 ho jaye</w:t>
      </w:r>
    </w:p>
    <w:p>
      <w:pPr>
        <w:jc w:val="right"/>
      </w:pPr>
      <w:r>
        <w:t>کا پہلو 51 ہو جائے</w:t>
      </w:r>
    </w:p>
    <w:p>
      <w:r>
        <w:rPr>
          <w:b/>
        </w:rPr>
        <w:t xml:space="preserve">[03:46] </w:t>
      </w:r>
      <w:r>
        <w:t>aur khauf ka pehlu 49 ho jaye.</w:t>
      </w:r>
    </w:p>
    <w:p>
      <w:pPr>
        <w:jc w:val="right"/>
      </w:pPr>
      <w:r>
        <w:t>اور خوف کا پہلو 49 ہو جائے۔</w:t>
      </w:r>
    </w:p>
    <w:p>
      <w:r>
        <w:rPr>
          <w:b/>
        </w:rPr>
        <w:t xml:space="preserve">[03:51] </w:t>
      </w:r>
      <w:r>
        <w:t>aisa kuch hai?</w:t>
      </w:r>
    </w:p>
    <w:p>
      <w:pPr>
        <w:jc w:val="right"/>
      </w:pPr>
      <w:r>
        <w:t>ایسا کچھ ہے؟</w:t>
      </w:r>
    </w:p>
    <w:p>
      <w:r>
        <w:rPr>
          <w:b/>
        </w:rPr>
        <w:t xml:space="preserve">[03:54] </w:t>
      </w:r>
      <w:r>
        <w:t>main is ko bohat sochta tha, quran aur hadith mein ghor karta tha, lekin mujhe khulta nahi tha</w:t>
      </w:r>
    </w:p>
    <w:p>
      <w:pPr>
        <w:jc w:val="right"/>
      </w:pPr>
      <w:r>
        <w:t>میں اس کو بہت سوچتا تھا، قرآن اور حدیث میں غور کرتا تھا، لیکن مجھے کھلتا نہیں تھا</w:t>
      </w:r>
    </w:p>
    <w:p>
      <w:r>
        <w:rPr>
          <w:b/>
        </w:rPr>
        <w:t xml:space="preserve">[04:01] </w:t>
      </w:r>
      <w:r>
        <w:t>yeh mamla. kal Allah ke fazl se khula.</w:t>
      </w:r>
    </w:p>
    <w:p>
      <w:pPr>
        <w:jc w:val="right"/>
      </w:pPr>
      <w:r>
        <w:t>یہ معاملہ۔ کل اللہ کے فضل سے کھلا۔</w:t>
      </w:r>
    </w:p>
    <w:p>
      <w:r>
        <w:rPr>
          <w:b/>
        </w:rPr>
        <w:t xml:space="preserve">[04:06] </w:t>
      </w:r>
      <w:r>
        <w:t>woh ek hadith ke zariye.</w:t>
      </w:r>
    </w:p>
    <w:p>
      <w:pPr>
        <w:jc w:val="right"/>
      </w:pPr>
      <w:r>
        <w:t>وہ ایک حدیث کے ذریعے۔</w:t>
      </w:r>
    </w:p>
    <w:p>
      <w:r>
        <w:rPr>
          <w:b/>
        </w:rPr>
        <w:t xml:space="preserve">[04:10] </w:t>
      </w:r>
      <w:r>
        <w:t>dekhiye, hadith ki sab se zyada oonchi kitaab maani jati hai sahih al bukhari.</w:t>
      </w:r>
    </w:p>
    <w:p>
      <w:pPr>
        <w:jc w:val="right"/>
      </w:pPr>
      <w:r>
        <w:t>دیکھیے، حدیث کی سب سے زیادہ اونچی کتاب مانی جاتی ہے صحیح البخاری۔</w:t>
      </w:r>
    </w:p>
    <w:p>
      <w:r>
        <w:rPr>
          <w:b/>
        </w:rPr>
        <w:t xml:space="preserve">[04:18] </w:t>
      </w:r>
      <w:r>
        <w:t>to sahih al bukhari mein ek hadith paanch jagah naqal hui hai.</w:t>
      </w:r>
    </w:p>
    <w:p>
      <w:pPr>
        <w:jc w:val="right"/>
      </w:pPr>
      <w:r>
        <w:t>تو صحیح البخاری میں ایک حدیث پانچ جگہ نقل ہوئی ہے۔</w:t>
      </w:r>
    </w:p>
    <w:p>
      <w:r>
        <w:rPr>
          <w:b/>
        </w:rPr>
        <w:t xml:space="preserve">[04:23] </w:t>
      </w:r>
      <w:r>
        <w:t>is ke ilawa doosri kitabon mein bhi maujood hai.</w:t>
      </w:r>
    </w:p>
    <w:p>
      <w:pPr>
        <w:jc w:val="right"/>
      </w:pPr>
      <w:r>
        <w:t>اس کے علاوہ دوسری کتابوں میں بھی موجود ہے۔</w:t>
      </w:r>
    </w:p>
    <w:p>
      <w:r>
        <w:rPr>
          <w:b/>
        </w:rPr>
        <w:t xml:space="preserve">[04:28] </w:t>
      </w:r>
      <w:r>
        <w:t>hadith ki aksar kitabon mein yeh hadith maujood hai, aur sahih al bukhari mein paanch jagah naqal ki gayi</w:t>
      </w:r>
    </w:p>
    <w:p>
      <w:pPr>
        <w:jc w:val="right"/>
      </w:pPr>
      <w:r>
        <w:t>حدیث کی اکثر کتابوں میں یہ حدیث موجود ہے، اور صحیح البخاری میں پانچ جگہ نقل کی گئی</w:t>
      </w:r>
    </w:p>
    <w:p>
      <w:r>
        <w:rPr>
          <w:b/>
        </w:rPr>
        <w:t xml:space="preserve">[04:35] </w:t>
      </w:r>
      <w:r>
        <w:t>hai. is se aap samajh sakte hain ke kitni important hai woh.</w:t>
      </w:r>
    </w:p>
    <w:p>
      <w:pPr>
        <w:jc w:val="right"/>
      </w:pPr>
      <w:r>
        <w:t>ہے۔ اس سے آپ سمجھ سکتے ہیں کہ کتنی امپورٹنٹ ہے وہ۔</w:t>
      </w:r>
    </w:p>
    <w:p>
      <w:r>
        <w:rPr>
          <w:b/>
        </w:rPr>
        <w:t xml:space="preserve">[04:41] </w:t>
      </w:r>
      <w:r>
        <w:t>is hadith mein</w:t>
      </w:r>
    </w:p>
    <w:p>
      <w:pPr>
        <w:jc w:val="right"/>
      </w:pPr>
      <w:r>
        <w:t>اس حدیث میں</w:t>
      </w:r>
    </w:p>
    <w:p>
      <w:r>
        <w:rPr>
          <w:b/>
        </w:rPr>
        <w:t xml:space="preserve">[04:44] </w:t>
      </w:r>
      <w:r>
        <w:t>rasool Allah salallahu alaihi wasallam ne bataya.</w:t>
      </w:r>
    </w:p>
    <w:p>
      <w:pPr>
        <w:jc w:val="right"/>
      </w:pPr>
      <w:r>
        <w:t>رسول اللہ صلی اللہ علیہ وسلم نے بتایا۔</w:t>
      </w:r>
    </w:p>
    <w:p>
      <w:r>
        <w:rPr>
          <w:b/>
        </w:rPr>
        <w:t xml:space="preserve">[04:47] </w:t>
      </w:r>
      <w:r>
        <w:t>yeh hadith qudsi hai.</w:t>
      </w:r>
    </w:p>
    <w:p>
      <w:pPr>
        <w:jc w:val="right"/>
      </w:pPr>
      <w:r>
        <w:t>یہ حدیث قدسی ہے۔</w:t>
      </w:r>
    </w:p>
    <w:p>
      <w:r>
        <w:rPr>
          <w:b/>
        </w:rPr>
        <w:t xml:space="preserve">[04:51] </w:t>
      </w:r>
      <w:r>
        <w:t>hadith qudsi ko is waqt kehte hain ke paighambar ki zuban se</w:t>
      </w:r>
    </w:p>
    <w:p>
      <w:pPr>
        <w:jc w:val="right"/>
      </w:pPr>
      <w:r>
        <w:t>حدیث قدسی کو اس وقت کہتے ہیں کہ پیغمبر کی زبان سے</w:t>
      </w:r>
    </w:p>
    <w:p>
      <w:r>
        <w:rPr>
          <w:b/>
        </w:rPr>
        <w:t xml:space="preserve">[04:57] </w:t>
      </w:r>
      <w:r>
        <w:t>Allah ki baat.</w:t>
      </w:r>
    </w:p>
    <w:p>
      <w:pPr>
        <w:jc w:val="right"/>
      </w:pPr>
      <w:r>
        <w:t>اللہ کی بات۔</w:t>
      </w:r>
    </w:p>
    <w:p>
      <w:r>
        <w:rPr>
          <w:b/>
        </w:rPr>
        <w:t xml:space="preserve">[05:01] </w:t>
      </w:r>
      <w:r>
        <w:t>to is hadith mein bataya gaya hai</w:t>
      </w:r>
    </w:p>
    <w:p>
      <w:pPr>
        <w:jc w:val="right"/>
      </w:pPr>
      <w:r>
        <w:t>تو اس حدیث میں بتایا گیا ہے</w:t>
      </w:r>
    </w:p>
    <w:p>
      <w:r>
        <w:rPr>
          <w:b/>
        </w:rPr>
        <w:t xml:space="preserve">[05:05] </w:t>
      </w:r>
      <w:r>
        <w:t>ke Allah ne jab insan ko khalq kiya,</w:t>
      </w:r>
    </w:p>
    <w:p>
      <w:pPr>
        <w:jc w:val="right"/>
      </w:pPr>
      <w:r>
        <w:t>کہ اللہ نے جب انسان کو خلق کیا،</w:t>
      </w:r>
    </w:p>
    <w:p>
      <w:r>
        <w:rPr>
          <w:b/>
        </w:rPr>
        <w:t xml:space="preserve">[05:10] </w:t>
      </w:r>
      <w:r>
        <w:t>Allah ne jab insan ko paida kiya,</w:t>
      </w:r>
    </w:p>
    <w:p>
      <w:pPr>
        <w:jc w:val="right"/>
      </w:pPr>
      <w:r>
        <w:t>اللہ نے جب انسان کو پیدا کیا،</w:t>
      </w:r>
    </w:p>
    <w:p>
      <w:r>
        <w:rPr>
          <w:b/>
        </w:rPr>
        <w:t xml:space="preserve">[05:19] </w:t>
      </w:r>
      <w:r>
        <w:t>فَكَتَبَ بِيَدِهِ۔ apne hath se ek baat likh di.</w:t>
      </w:r>
    </w:p>
    <w:p>
      <w:pPr>
        <w:jc w:val="right"/>
      </w:pPr>
      <w:r>
        <w:t>فَكَتَبَ بِيَدِهِ۔ اپنے ہاتھ سے ایک بات لکھ دی۔</w:t>
      </w:r>
    </w:p>
    <w:p>
      <w:r>
        <w:rPr>
          <w:b/>
        </w:rPr>
        <w:t xml:space="preserve">[05:34] </w:t>
      </w:r>
      <w:r>
        <w:t>فَهَوَ عِنْدَهُ فَوْقَ الْأَرْضِ۔</w:t>
      </w:r>
    </w:p>
    <w:p>
      <w:pPr>
        <w:jc w:val="right"/>
      </w:pPr>
      <w:r>
        <w:t>فَهَوَ عِنْدَهُ فَوْقَ الْأَرْضِ۔</w:t>
      </w:r>
    </w:p>
    <w:p>
      <w:r>
        <w:rPr>
          <w:b/>
        </w:rPr>
        <w:t xml:space="preserve">[05:39] </w:t>
      </w:r>
      <w:r>
        <w:t>ke baat Allah ke paas hai, arsh ke upar.</w:t>
      </w:r>
    </w:p>
    <w:p>
      <w:pPr>
        <w:jc w:val="right"/>
      </w:pPr>
      <w:r>
        <w:t>کہ بات اللہ کے پاس ہے، عرش کے اوپر۔</w:t>
      </w:r>
    </w:p>
    <w:p>
      <w:r>
        <w:rPr>
          <w:b/>
        </w:rPr>
        <w:t xml:space="preserve">[05:48] </w:t>
      </w:r>
      <w:r>
        <w:t>ghor kijiye kitni</w:t>
      </w:r>
    </w:p>
    <w:p>
      <w:pPr>
        <w:jc w:val="right"/>
      </w:pPr>
      <w:r>
        <w:t>غور کیجیے کتنی</w:t>
      </w:r>
    </w:p>
    <w:p>
      <w:r>
        <w:rPr>
          <w:b/>
        </w:rPr>
        <w:t xml:space="preserve">[05:51] </w:t>
      </w:r>
      <w:r>
        <w:t>important is ki beginning hai.</w:t>
      </w:r>
    </w:p>
    <w:p>
      <w:pPr>
        <w:jc w:val="right"/>
      </w:pPr>
      <w:r>
        <w:t>امپورٹنٹ اس کی بگننگ ہے۔</w:t>
      </w:r>
    </w:p>
    <w:p>
      <w:r>
        <w:rPr>
          <w:b/>
        </w:rPr>
        <w:t xml:space="preserve">[05:54] </w:t>
      </w:r>
      <w:r>
        <w:t>ke Allah ne jab insan ko paida kiya</w:t>
      </w:r>
    </w:p>
    <w:p>
      <w:pPr>
        <w:jc w:val="right"/>
      </w:pPr>
      <w:r>
        <w:t>کہ اللہ نے جب انسان کو پیدا کیا</w:t>
      </w:r>
    </w:p>
    <w:p>
      <w:r>
        <w:rPr>
          <w:b/>
        </w:rPr>
        <w:t xml:space="preserve">[05:59] </w:t>
      </w:r>
      <w:r>
        <w:t>to ek baat likh di apne hath se: faktaba biyadihi.</w:t>
      </w:r>
    </w:p>
    <w:p>
      <w:pPr>
        <w:jc w:val="right"/>
      </w:pPr>
      <w:r>
        <w:t>تو ایک بات لکھ دی اپنے ہاتھ سے: فَكَتَبَ بِيَدِهِ۔</w:t>
      </w:r>
    </w:p>
    <w:p>
      <w:r>
        <w:rPr>
          <w:b/>
        </w:rPr>
        <w:t xml:space="preserve">[06:05] </w:t>
      </w:r>
      <w:r>
        <w:t>aur yeh likha hua:</w:t>
      </w:r>
    </w:p>
    <w:p>
      <w:pPr>
        <w:jc w:val="right"/>
      </w:pPr>
      <w:r>
        <w:t>اور یہ لکھا ہوا:</w:t>
      </w:r>
    </w:p>
    <w:p>
      <w:r>
        <w:rPr>
          <w:b/>
        </w:rPr>
        <w:t xml:space="preserve">[06:08] </w:t>
      </w:r>
      <w:r>
        <w:t>fahawa 'indahu fawqa al-'arḍi.</w:t>
      </w:r>
    </w:p>
    <w:p>
      <w:pPr>
        <w:jc w:val="right"/>
      </w:pPr>
      <w:r>
        <w:t>فَهَوَ عِنْدَهُ فَوْقَ الْأَرْضِ۔</w:t>
      </w:r>
    </w:p>
    <w:p>
      <w:r>
        <w:rPr>
          <w:b/>
        </w:rPr>
        <w:t xml:space="preserve">[06:12] </w:t>
      </w:r>
      <w:r>
        <w:t>yeh likhi hui baat</w:t>
      </w:r>
    </w:p>
    <w:p>
      <w:pPr>
        <w:jc w:val="right"/>
      </w:pPr>
      <w:r>
        <w:t>یہ لکھی ہوئی بات</w:t>
      </w:r>
    </w:p>
    <w:p>
      <w:r>
        <w:rPr>
          <w:b/>
        </w:rPr>
        <w:t xml:space="preserve">[06:15] </w:t>
      </w:r>
      <w:r>
        <w:t>Allah ke paas hai, 'arsh ke upar.</w:t>
      </w:r>
    </w:p>
    <w:p>
      <w:pPr>
        <w:jc w:val="right"/>
      </w:pPr>
      <w:r>
        <w:t>اللہ کے پاس ہے، عرش کے اوپر۔</w:t>
      </w:r>
    </w:p>
    <w:p>
      <w:r>
        <w:rPr>
          <w:b/>
        </w:rPr>
        <w:t xml:space="preserve">[06:24] </w:t>
      </w:r>
      <w:r>
        <w:t>woh baat kya hai? woh baat yeh hai</w:t>
      </w:r>
    </w:p>
    <w:p>
      <w:pPr>
        <w:jc w:val="right"/>
      </w:pPr>
      <w:r>
        <w:t>وہ بات کیا ہے؟ وہ بات یہ ہے</w:t>
      </w:r>
    </w:p>
    <w:p>
      <w:r>
        <w:rPr>
          <w:b/>
        </w:rPr>
        <w:t xml:space="preserve">[06:29] </w:t>
      </w:r>
      <w:r>
        <w:t>ke: 'ghalabat raḥmatī 'ala ghضبī'.</w:t>
      </w:r>
    </w:p>
    <w:p>
      <w:pPr>
        <w:jc w:val="right"/>
      </w:pPr>
      <w:r>
        <w:t>کہ: "غَلَبَتْ رَحْمَتِي عَلَىٰ غَضَبِي"۔</w:t>
      </w:r>
    </w:p>
    <w:p>
      <w:r>
        <w:rPr>
          <w:b/>
        </w:rPr>
        <w:t xml:space="preserve">[06:34] </w:t>
      </w:r>
      <w:r>
        <w:t>meri raḥmat mere ghazab ke upar hai.</w:t>
      </w:r>
    </w:p>
    <w:p>
      <w:pPr>
        <w:jc w:val="right"/>
      </w:pPr>
      <w:r>
        <w:t>میری رحمت میرے غضب کے اوپر ہے۔</w:t>
      </w:r>
    </w:p>
    <w:p>
      <w:r>
        <w:rPr>
          <w:b/>
        </w:rPr>
        <w:t xml:space="preserve">[06:41] </w:t>
      </w:r>
      <w:r>
        <w:t>'ghalabat raḥmatī 'ala ghضبī'.</w:t>
      </w:r>
    </w:p>
    <w:p>
      <w:pPr>
        <w:jc w:val="right"/>
      </w:pPr>
      <w:r>
        <w:t>"غَلَبَتْ رَحْمَتِي عَلَىٰ غَضَبِي"۔</w:t>
      </w:r>
    </w:p>
    <w:p>
      <w:r>
        <w:rPr>
          <w:b/>
        </w:rPr>
        <w:t xml:space="preserve">[06:44] </w:t>
      </w:r>
      <w:r>
        <w:t>meri raḥmat mere ghazab ke upar hai.</w:t>
      </w:r>
    </w:p>
    <w:p>
      <w:pPr>
        <w:jc w:val="right"/>
      </w:pPr>
      <w:r>
        <w:t>میری رحمت میرے غضب کے اوپر ہے۔</w:t>
      </w:r>
    </w:p>
    <w:p>
      <w:r>
        <w:rPr>
          <w:b/>
        </w:rPr>
        <w:t xml:space="preserve">[06:47] </w:t>
      </w:r>
      <w:r>
        <w:t>iska matlab kya hua?</w:t>
      </w:r>
    </w:p>
    <w:p>
      <w:pPr>
        <w:jc w:val="right"/>
      </w:pPr>
      <w:r>
        <w:t>اس کا مطلب کیا ہوا؟</w:t>
      </w:r>
    </w:p>
    <w:p>
      <w:r>
        <w:rPr>
          <w:b/>
        </w:rPr>
        <w:t xml:space="preserve">[06:51] </w:t>
      </w:r>
      <w:r>
        <w:t>iska matlab yeh hua ke</w:t>
      </w:r>
    </w:p>
    <w:p>
      <w:pPr>
        <w:jc w:val="right"/>
      </w:pPr>
      <w:r>
        <w:t>اس کا مطلب یہ ہوا کہ</w:t>
      </w:r>
    </w:p>
    <w:p>
      <w:r>
        <w:rPr>
          <w:b/>
        </w:rPr>
        <w:t xml:space="preserve">[06:54] </w:t>
      </w:r>
      <w:r>
        <w:t>raḥmat ke pehlu more din 50% hain.</w:t>
      </w:r>
    </w:p>
    <w:p>
      <w:pPr>
        <w:jc w:val="right"/>
      </w:pPr>
      <w:r>
        <w:t>رحمت کے پہلو مور دین 50% ہیں۔</w:t>
      </w:r>
    </w:p>
    <w:p>
      <w:r>
        <w:rPr>
          <w:b/>
        </w:rPr>
        <w:t xml:space="preserve">[07:02] </w:t>
      </w:r>
      <w:r>
        <w:t>ghazab ke pehlu les din 50% hain.</w:t>
      </w:r>
    </w:p>
    <w:p>
      <w:pPr>
        <w:jc w:val="right"/>
      </w:pPr>
      <w:r>
        <w:t>غضب کے پہلو لیس دین 50% ہیں۔</w:t>
      </w:r>
    </w:p>
    <w:p>
      <w:r>
        <w:rPr>
          <w:b/>
        </w:rPr>
        <w:t xml:space="preserve">[07:12] </w:t>
      </w:r>
      <w:r>
        <w:t>insan se mawakhza ke mu'amle mein,</w:t>
      </w:r>
    </w:p>
    <w:p>
      <w:pPr>
        <w:jc w:val="right"/>
      </w:pPr>
      <w:r>
        <w:t>انسان سے مواخذہ کے معاملے میں،</w:t>
      </w:r>
    </w:p>
    <w:p>
      <w:r>
        <w:rPr>
          <w:b/>
        </w:rPr>
        <w:t xml:space="preserve">[07:15] </w:t>
      </w:r>
      <w:r>
        <w:t>Allah taala insan ka mawakhza karega.</w:t>
      </w:r>
    </w:p>
    <w:p>
      <w:pPr>
        <w:jc w:val="right"/>
      </w:pPr>
      <w:r>
        <w:t>اللہ تعالی انسان کا مواخذہ کرے گا۔</w:t>
      </w:r>
    </w:p>
    <w:p>
      <w:r>
        <w:rPr>
          <w:b/>
        </w:rPr>
        <w:t xml:space="preserve">[07:18] </w:t>
      </w:r>
      <w:r>
        <w:t>mawakhza ka matlab hisab kitab lega.</w:t>
      </w:r>
    </w:p>
    <w:p>
      <w:pPr>
        <w:jc w:val="right"/>
      </w:pPr>
      <w:r>
        <w:t>مواخذہ کا مطلب حساب کتاب لے گا۔</w:t>
      </w:r>
    </w:p>
    <w:p>
      <w:r>
        <w:rPr>
          <w:b/>
        </w:rPr>
        <w:t xml:space="preserve">[07:22] </w:t>
      </w:r>
      <w:r>
        <w:t>aur phir har ek ke liye jannat ka aur jahannum ka faisla karega.</w:t>
      </w:r>
    </w:p>
    <w:p>
      <w:pPr>
        <w:jc w:val="right"/>
      </w:pPr>
      <w:r>
        <w:t>اور پھر ہر ایک کے لیے جنت کا اور جہنم کا فیصلہ کرے گا۔</w:t>
      </w:r>
    </w:p>
    <w:p>
      <w:r>
        <w:rPr>
          <w:b/>
        </w:rPr>
        <w:t xml:space="preserve">[07:30] </w:t>
      </w:r>
      <w:r>
        <w:t>to aap ghor kijiye kitna zyada yeh serious mu'amla hai.</w:t>
      </w:r>
    </w:p>
    <w:p>
      <w:pPr>
        <w:jc w:val="right"/>
      </w:pPr>
      <w:r>
        <w:t>تو آپ غور کیجیے کتنا زیادہ یہ سیریس معاملہ ہے۔</w:t>
      </w:r>
    </w:p>
    <w:p>
      <w:r>
        <w:rPr>
          <w:b/>
        </w:rPr>
        <w:t xml:space="preserve">[07:35] </w:t>
      </w:r>
      <w:r>
        <w:t>to main is se pehle yeh samajhta tha ke yeh 50-50 ka mu'amla hai.</w:t>
      </w:r>
    </w:p>
    <w:p>
      <w:pPr>
        <w:jc w:val="right"/>
      </w:pPr>
      <w:r>
        <w:t>تو میں اس سے پہلے یہ سمجھتا تھا کہ یہ 50-50 کا معاملہ ہے۔</w:t>
      </w:r>
    </w:p>
    <w:p>
      <w:r>
        <w:rPr>
          <w:b/>
        </w:rPr>
        <w:t xml:space="preserve">[07:40] </w:t>
      </w:r>
      <w:r>
        <w:t>kal mujhe yeh daryaft hui ke nahi,</w:t>
      </w:r>
    </w:p>
    <w:p>
      <w:pPr>
        <w:jc w:val="right"/>
      </w:pPr>
      <w:r>
        <w:t>کل مجھے یہ دریافت ہوئی کہ نہیں،</w:t>
      </w:r>
    </w:p>
    <w:p>
      <w:r>
        <w:rPr>
          <w:b/>
        </w:rPr>
        <w:t xml:space="preserve">[07:44] </w:t>
      </w:r>
      <w:r>
        <w:t>raḥmat ka pehlu more din 50% hai, ghazab ka pehlu les din 50% hai.</w:t>
      </w:r>
    </w:p>
    <w:p>
      <w:pPr>
        <w:jc w:val="right"/>
      </w:pPr>
      <w:r>
        <w:t>رحمت کا پہلو مور دین 50% ہے، غضب کا پہلو لیس دین 50% ہے۔</w:t>
      </w:r>
    </w:p>
    <w:p>
      <w:r>
        <w:rPr>
          <w:b/>
        </w:rPr>
        <w:t xml:space="preserve">[07:53] </w:t>
      </w:r>
      <w:r>
        <w:t>kyunke Allah ne khud apne hath se likha aur usko mustaqil taur par 'arsh ke upar rakh</w:t>
      </w:r>
    </w:p>
    <w:p>
      <w:pPr>
        <w:jc w:val="right"/>
      </w:pPr>
      <w:r>
        <w:t>کیونکہ اللہ نے خود اپنے ہاتھ سے لکھا اور اس کو مستقل طور پر عرش کے اوپر رکھ</w:t>
      </w:r>
    </w:p>
    <w:p>
      <w:r>
        <w:rPr>
          <w:b/>
        </w:rPr>
        <w:t xml:space="preserve">[07:59] </w:t>
      </w:r>
      <w:r>
        <w:t>diya. kaha yeh Allah ka wada hai.</w:t>
      </w:r>
    </w:p>
    <w:p>
      <w:pPr>
        <w:jc w:val="right"/>
      </w:pPr>
      <w:r>
        <w:t>دیا۔ کہا یہ اللہ کا وعدہ ہے۔</w:t>
      </w:r>
    </w:p>
    <w:p>
      <w:r>
        <w:rPr>
          <w:b/>
        </w:rPr>
        <w:t xml:space="preserve">[08:06] </w:t>
      </w:r>
      <w:r>
        <w:t>'ghalabat raḥmatī 'ala ghضبī'.</w:t>
      </w:r>
    </w:p>
    <w:p>
      <w:pPr>
        <w:jc w:val="right"/>
      </w:pPr>
      <w:r>
        <w:t>"غَلَبَتْ رَحْمَتِي عَلَىٰ غَضَبِي"۔</w:t>
      </w:r>
    </w:p>
    <w:p>
      <w:r>
        <w:rPr>
          <w:b/>
        </w:rPr>
        <w:t xml:space="preserve">[08:12] </w:t>
      </w:r>
      <w:r>
        <w:t>meri rehmat mere ghazab ke upar hai.</w:t>
      </w:r>
    </w:p>
    <w:p>
      <w:pPr>
        <w:jc w:val="right"/>
      </w:pPr>
      <w:r>
        <w:t>میری رحمت میرے غضب کے اوپر ہے۔</w:t>
      </w:r>
    </w:p>
    <w:p>
      <w:r>
        <w:rPr>
          <w:b/>
        </w:rPr>
        <w:t xml:space="preserve">[08:18] </w:t>
      </w:r>
      <w:r>
        <w:t>mujhe bohat se qisse maloom hain ke koi baap apne bete se ghussa ho gaya, koi malik apne</w:t>
      </w:r>
    </w:p>
    <w:p>
      <w:pPr>
        <w:jc w:val="right"/>
      </w:pPr>
      <w:r>
        <w:t>مجھے بہت سے قصے معلوم ہیں کہ کوئی باپ اپنے بیٹے سے غصہ ہو گیا، کوئی مالک اپنے</w:t>
      </w:r>
    </w:p>
    <w:p>
      <w:r>
        <w:rPr>
          <w:b/>
        </w:rPr>
        <w:t xml:space="preserve">[08:27] </w:t>
      </w:r>
      <w:r>
        <w:t>sarwar se ghussa ho gaya.</w:t>
      </w:r>
    </w:p>
    <w:p>
      <w:pPr>
        <w:jc w:val="right"/>
      </w:pPr>
      <w:r>
        <w:t>سرور سے غصہ ہو گیا۔</w:t>
      </w:r>
    </w:p>
    <w:p>
      <w:r>
        <w:rPr>
          <w:b/>
        </w:rPr>
        <w:t xml:space="preserve">[08:32] </w:t>
      </w:r>
      <w:r>
        <w:t>lekin is ke baad kya hua?</w:t>
      </w:r>
    </w:p>
    <w:p>
      <w:pPr>
        <w:jc w:val="right"/>
      </w:pPr>
      <w:r>
        <w:t>لیکن اس کے بعد کیا ہوا؟</w:t>
      </w:r>
    </w:p>
    <w:p>
      <w:r>
        <w:rPr>
          <w:b/>
        </w:rPr>
        <w:t xml:space="preserve">[08:38] </w:t>
      </w:r>
      <w:r>
        <w:t>woh beta ya woh sarwar ya woh aadmi bohat ziyada</w:t>
      </w:r>
    </w:p>
    <w:p>
      <w:pPr>
        <w:jc w:val="right"/>
      </w:pPr>
      <w:r>
        <w:t>وہ بیٹا یا وہ سرور یا وہ آدمی بہت زیادہ</w:t>
      </w:r>
    </w:p>
    <w:p>
      <w:r>
        <w:rPr>
          <w:b/>
        </w:rPr>
        <w:t xml:space="preserve">[08:44] </w:t>
      </w:r>
      <w:r>
        <w:t>sharminda hua. repentance aaya is ke andar.</w:t>
      </w:r>
    </w:p>
    <w:p>
      <w:pPr>
        <w:jc w:val="right"/>
      </w:pPr>
      <w:r>
        <w:t>شرمندہ ہوا۔ ریپنٹنس آیا اس کے اندر۔</w:t>
      </w:r>
    </w:p>
    <w:p>
      <w:r>
        <w:rPr>
          <w:b/>
        </w:rPr>
        <w:t xml:space="preserve">[08:48] </w:t>
      </w:r>
      <w:r>
        <w:t>woh bohat roya.</w:t>
      </w:r>
    </w:p>
    <w:p>
      <w:pPr>
        <w:jc w:val="right"/>
      </w:pPr>
      <w:r>
        <w:t>وہ بہت رویا۔</w:t>
      </w:r>
    </w:p>
    <w:p>
      <w:r>
        <w:rPr>
          <w:b/>
        </w:rPr>
        <w:t xml:space="preserve">[08:50] </w:t>
      </w:r>
      <w:r>
        <w:t>aur ja kar woh apne baap ke qadmon mein gir pada</w:t>
      </w:r>
    </w:p>
    <w:p>
      <w:pPr>
        <w:jc w:val="right"/>
      </w:pPr>
      <w:r>
        <w:t>اور جا کر وہ اپنے باپ کے قدموں میں گر پڑا</w:t>
      </w:r>
    </w:p>
    <w:p>
      <w:r>
        <w:rPr>
          <w:b/>
        </w:rPr>
        <w:t xml:space="preserve">[08:56] </w:t>
      </w:r>
      <w:r>
        <w:t>ke baap mujhe maaf farma.</w:t>
      </w:r>
    </w:p>
    <w:p>
      <w:pPr>
        <w:jc w:val="right"/>
      </w:pPr>
      <w:r>
        <w:t>کہ باپ مجھے معاف فرما۔</w:t>
      </w:r>
    </w:p>
    <w:p>
      <w:r>
        <w:rPr>
          <w:b/>
        </w:rPr>
        <w:t xml:space="preserve">[09:00] </w:t>
      </w:r>
      <w:r>
        <w:t>toh wahi baap jis ne ghar se nikaal diya tha,</w:t>
      </w:r>
    </w:p>
    <w:p>
      <w:pPr>
        <w:jc w:val="right"/>
      </w:pPr>
      <w:r>
        <w:t>تو وہی باپ جس نے گھر سے نکال دیا تھا،</w:t>
      </w:r>
    </w:p>
    <w:p>
      <w:r>
        <w:rPr>
          <w:b/>
        </w:rPr>
        <w:t xml:space="preserve">[09:03] </w:t>
      </w:r>
      <w:r>
        <w:t>yeh sacha qissa hai.</w:t>
      </w:r>
    </w:p>
    <w:p>
      <w:pPr>
        <w:jc w:val="right"/>
      </w:pPr>
      <w:r>
        <w:t>یہ سچا قصہ ہے۔</w:t>
      </w:r>
    </w:p>
    <w:p>
      <w:r>
        <w:rPr>
          <w:b/>
        </w:rPr>
        <w:t xml:space="preserve">[09:06] </w:t>
      </w:r>
      <w:r>
        <w:t>wahi baap jis ne jo apne bete se ghussa ho kar ghar se nikaal diya tha.</w:t>
      </w:r>
    </w:p>
    <w:p>
      <w:pPr>
        <w:jc w:val="right"/>
      </w:pPr>
      <w:r>
        <w:t>وہی باپ جس نے جو اپنے بیٹے سے غصہ ہو کر گھر سے نکال دیا تھا۔</w:t>
      </w:r>
    </w:p>
    <w:p>
      <w:r>
        <w:rPr>
          <w:b/>
        </w:rPr>
        <w:t xml:space="preserve">[09:11] </w:t>
      </w:r>
      <w:r>
        <w:t>jab beta gaya</w:t>
      </w:r>
    </w:p>
    <w:p>
      <w:pPr>
        <w:jc w:val="right"/>
      </w:pPr>
      <w:r>
        <w:t>جب بیٹا گیا</w:t>
      </w:r>
    </w:p>
    <w:p>
      <w:r>
        <w:rPr>
          <w:b/>
        </w:rPr>
        <w:t xml:space="preserve">[09:14] </w:t>
      </w:r>
      <w:r>
        <w:t>aur rote hue us ne baap ke qadmon par sar rakh diya aur</w:t>
      </w:r>
    </w:p>
    <w:p>
      <w:pPr>
        <w:jc w:val="right"/>
      </w:pPr>
      <w:r>
        <w:t>اور روتے ہوئے اس نے باپ کے قدموں پر سرک دیا اور</w:t>
      </w:r>
    </w:p>
    <w:p>
      <w:r>
        <w:rPr>
          <w:b/>
        </w:rPr>
        <w:t xml:space="preserve">[09:20] </w:t>
      </w:r>
      <w:r>
        <w:t>kaha ke baap mujhe maaf farma.</w:t>
      </w:r>
    </w:p>
    <w:p>
      <w:pPr>
        <w:jc w:val="right"/>
      </w:pPr>
      <w:r>
        <w:t>کہا کہ باپ مجھے معاف فرما۔</w:t>
      </w:r>
    </w:p>
    <w:p>
      <w:r>
        <w:rPr>
          <w:b/>
        </w:rPr>
        <w:t xml:space="preserve">[09:24] </w:t>
      </w:r>
      <w:r>
        <w:t>toh baap ne us ko utha kar seenay se laga liya.</w:t>
      </w:r>
    </w:p>
    <w:p>
      <w:pPr>
        <w:jc w:val="right"/>
      </w:pPr>
      <w:r>
        <w:t>تو باپ نے اس کو اٹھا کر سینے سے لگا لیا۔</w:t>
      </w:r>
    </w:p>
    <w:p>
      <w:r>
        <w:rPr>
          <w:b/>
        </w:rPr>
        <w:t xml:space="preserve">[09:29] </w:t>
      </w:r>
      <w:r>
        <w:t>yahi hai "ghalabat rahmeti ala ghazabi".</w:t>
      </w:r>
    </w:p>
    <w:p>
      <w:pPr>
        <w:jc w:val="right"/>
      </w:pPr>
      <w:r>
        <w:t>یہی ہے "غَلَبَتْ رَحْمَتِي عَلَىٰ غَضَبِي"۔</w:t>
      </w:r>
    </w:p>
    <w:p>
      <w:r>
        <w:rPr>
          <w:b/>
        </w:rPr>
        <w:t xml:space="preserve">[09:39] </w:t>
      </w:r>
      <w:r>
        <w:t>yahi hai "ghalabat rahmeti ala ghazabi".</w:t>
      </w:r>
    </w:p>
    <w:p>
      <w:pPr>
        <w:jc w:val="right"/>
      </w:pPr>
      <w:r>
        <w:t>یہی ہے "غَلَبَتْ رَحْمَتِي عَلَىٰ غَضَبِي"۔</w:t>
      </w:r>
    </w:p>
    <w:p>
      <w:r>
        <w:rPr>
          <w:b/>
        </w:rPr>
        <w:t xml:space="preserve">[09:45] </w:t>
      </w:r>
      <w:r>
        <w:t>dekhiye yeh saada baat nahi hai.</w:t>
      </w:r>
    </w:p>
    <w:p>
      <w:pPr>
        <w:jc w:val="right"/>
      </w:pPr>
      <w:r>
        <w:t>دیکھیے یہ سادہ بات نہیں ہے۔</w:t>
      </w:r>
    </w:p>
    <w:p>
      <w:r>
        <w:rPr>
          <w:b/>
        </w:rPr>
        <w:t xml:space="preserve">[09:48] </w:t>
      </w:r>
      <w:r>
        <w:t>bohat is ke andar deep meaning hai.</w:t>
      </w:r>
    </w:p>
    <w:p>
      <w:pPr>
        <w:jc w:val="right"/>
      </w:pPr>
      <w:r>
        <w:t>بہت اس کے اندر ڈیپ میننگ ہے۔</w:t>
      </w:r>
    </w:p>
    <w:p>
      <w:r>
        <w:rPr>
          <w:b/>
        </w:rPr>
        <w:t xml:space="preserve">[09:56] </w:t>
      </w:r>
      <w:r>
        <w:t>agar is ka ulta ho</w:t>
      </w:r>
    </w:p>
    <w:p>
      <w:pPr>
        <w:jc w:val="right"/>
      </w:pPr>
      <w:r>
        <w:t>اگر اس کا الٹا ہو</w:t>
      </w:r>
    </w:p>
    <w:p>
      <w:r>
        <w:rPr>
          <w:b/>
        </w:rPr>
        <w:t xml:space="preserve">[10:00] </w:t>
      </w:r>
      <w:r>
        <w:t>ke rehmat ke upar ghazab ghalib hai</w:t>
      </w:r>
    </w:p>
    <w:p>
      <w:pPr>
        <w:jc w:val="right"/>
      </w:pPr>
      <w:r>
        <w:t>کہ رحمت کے اوپر غضب غالب ہے</w:t>
      </w:r>
    </w:p>
    <w:p>
      <w:r>
        <w:rPr>
          <w:b/>
        </w:rPr>
        <w:t xml:space="preserve">[10:03] </w:t>
      </w:r>
      <w:r>
        <w:t>toh kya hoga?</w:t>
      </w:r>
    </w:p>
    <w:p>
      <w:pPr>
        <w:jc w:val="right"/>
      </w:pPr>
      <w:r>
        <w:t>تو کیا ہوگا؟</w:t>
      </w:r>
    </w:p>
    <w:p>
      <w:r>
        <w:rPr>
          <w:b/>
        </w:rPr>
        <w:t xml:space="preserve">[10:06] </w:t>
      </w:r>
      <w:r>
        <w:t>Allah se aap ka ta'alluq mabni par mohabbat kam hoga, mabni par khauf ziyada hoga.</w:t>
      </w:r>
    </w:p>
    <w:p>
      <w:pPr>
        <w:jc w:val="right"/>
      </w:pPr>
      <w:r>
        <w:t>اللہ سے آپ کا تعلق مبنی پر محبت کم ہوگا، مبنی پر خوف زیادہ ہوگا۔</w:t>
      </w:r>
    </w:p>
    <w:p>
      <w:r>
        <w:rPr>
          <w:b/>
        </w:rPr>
        <w:t xml:space="preserve">[10:17] </w:t>
      </w:r>
      <w:r>
        <w:t>یعنی اللہ سے تعلق قائم کریں گے آپ، لیکن fear کی وجہ سے، fear کی وجہ سے۔</w:t>
      </w:r>
    </w:p>
    <w:p>
      <w:pPr>
        <w:jc w:val="right"/>
      </w:pPr>
      <w:r>
        <w:t>یعنی اللہ سے تعلق قائم کریں گے آپ، لیکن فیئر کی وجہ سے، فیئر کی وجہ سے۔</w:t>
      </w:r>
    </w:p>
    <w:p>
      <w:r>
        <w:rPr>
          <w:b/>
        </w:rPr>
        <w:t xml:space="preserve">[10:26] </w:t>
      </w:r>
      <w:r>
        <w:t>lekin ziyada bara ta'alluq yeh hai ke Allah se aap ka ta'alluq</w:t>
      </w:r>
    </w:p>
    <w:p>
      <w:pPr>
        <w:jc w:val="right"/>
      </w:pPr>
      <w:r>
        <w:t>لیکن زیادہ بڑا تعلق یہ ہے کہ اللہ سے آپ کا تعلق</w:t>
      </w:r>
    </w:p>
    <w:p>
      <w:r>
        <w:rPr>
          <w:b/>
        </w:rPr>
        <w:t xml:space="preserve">[10:32] </w:t>
      </w:r>
      <w:r>
        <w:t>muhabbat ki buniyad par ho.</w:t>
      </w:r>
    </w:p>
    <w:p>
      <w:pPr>
        <w:jc w:val="right"/>
      </w:pPr>
      <w:r>
        <w:t>محبت کی بنیاد پر ہو۔</w:t>
      </w:r>
    </w:p>
    <w:p>
      <w:r>
        <w:rPr>
          <w:b/>
        </w:rPr>
        <w:t xml:space="preserve">[10:34] </w:t>
      </w:r>
      <w:r>
        <w:t>jaisa ke quran mein aaya hai:</w:t>
      </w:r>
    </w:p>
    <w:p>
      <w:pPr>
        <w:jc w:val="right"/>
      </w:pPr>
      <w:r>
        <w:t>جیسا کہ قرآن میں آیا ہے:</w:t>
      </w:r>
    </w:p>
    <w:p>
      <w:r>
        <w:rPr>
          <w:b/>
        </w:rPr>
        <w:t xml:space="preserve">[10:40] </w:t>
      </w:r>
      <w:r>
        <w:t>"wa alladhina amanu ashadd hubban lillahi".</w:t>
      </w:r>
    </w:p>
    <w:p>
      <w:pPr>
        <w:jc w:val="right"/>
      </w:pPr>
      <w:r>
        <w:t>"وَالَّذِينَ آمَنُوا أَشَدُّ حُبًّا لِلَّهِ"۔</w:t>
      </w:r>
    </w:p>
    <w:p>
      <w:r>
        <w:rPr>
          <w:b/>
        </w:rPr>
        <w:t xml:space="preserve">[10:42] </w:t>
      </w:r>
      <w:r>
        <w:t>yani allah se hubb shadeed.</w:t>
      </w:r>
    </w:p>
    <w:p>
      <w:pPr>
        <w:jc w:val="right"/>
      </w:pPr>
      <w:r>
        <w:t>یعنی اللہ سے حب شدید۔</w:t>
      </w:r>
    </w:p>
    <w:p>
      <w:r>
        <w:rPr>
          <w:b/>
        </w:rPr>
        <w:t xml:space="preserve">[10:47] </w:t>
      </w:r>
      <w:r>
        <w:t>allah se hubb shadeed.</w:t>
      </w:r>
    </w:p>
    <w:p>
      <w:pPr>
        <w:jc w:val="right"/>
      </w:pPr>
      <w:r>
        <w:t>اللہ سے حب شدید۔</w:t>
      </w:r>
    </w:p>
    <w:p>
      <w:r>
        <w:rPr>
          <w:b/>
        </w:rPr>
        <w:t xml:space="preserve">[10:48] </w:t>
      </w:r>
      <w:r>
        <w:t>allah se bohat ziyada muhabbat.</w:t>
      </w:r>
    </w:p>
    <w:p>
      <w:pPr>
        <w:jc w:val="right"/>
      </w:pPr>
      <w:r>
        <w:t>اللہ سے بہت زیادہ محبت۔</w:t>
      </w:r>
    </w:p>
    <w:p>
      <w:r>
        <w:rPr>
          <w:b/>
        </w:rPr>
        <w:t xml:space="preserve">[10:56] </w:t>
      </w:r>
      <w:r>
        <w:t>to agar aap par yeh chhaya hua ho ke allah to bohat hi khatarnak hai, bohat hi</w:t>
      </w:r>
    </w:p>
    <w:p>
      <w:pPr>
        <w:jc w:val="right"/>
      </w:pPr>
      <w:r>
        <w:t>تو اگر آپ پر یہ چھایا ہوا ہو کہ اللہ تو بہت ہی خطرناک ہے، بہت ہی</w:t>
      </w:r>
    </w:p>
    <w:p>
      <w:r>
        <w:rPr>
          <w:b/>
        </w:rPr>
        <w:t xml:space="preserve">[11:03] </w:t>
      </w:r>
      <w:r>
        <w:t>اس سے fear کرنا ہے ہمیں، تو آپ fear تو کریں گے۔</w:t>
      </w:r>
    </w:p>
    <w:p>
      <w:pPr>
        <w:jc w:val="right"/>
      </w:pPr>
      <w:r>
        <w:t>اس سے فیئر کرنا ہے ہمیں، تو آپ فیئر تو کریں گے۔</w:t>
      </w:r>
    </w:p>
    <w:p>
      <w:r>
        <w:rPr>
          <w:b/>
        </w:rPr>
        <w:t xml:space="preserve">[11:08] </w:t>
      </w:r>
      <w:r>
        <w:t>fear ke upar, yani</w:t>
      </w:r>
    </w:p>
    <w:p>
      <w:pPr>
        <w:jc w:val="right"/>
      </w:pPr>
      <w:r>
        <w:t>فیئر کے اوپر، یعنی</w:t>
      </w:r>
    </w:p>
    <w:p>
      <w:r>
        <w:rPr>
          <w:b/>
        </w:rPr>
        <w:t xml:space="preserve">[11:12] </w:t>
      </w:r>
      <w:r>
        <w:t>Fear par base karte hue aapko talluq hoga Allah se.</w:t>
      </w:r>
    </w:p>
    <w:p>
      <w:pPr>
        <w:jc w:val="right"/>
      </w:pPr>
      <w:r>
        <w:t>فیئر پر بیس کرتے ہوئے آپ کو تعلق ہوگا اللہ سے۔</w:t>
      </w:r>
    </w:p>
    <w:p>
      <w:r>
        <w:rPr>
          <w:b/>
        </w:rPr>
        <w:t xml:space="preserve">[11:17] </w:t>
      </w:r>
      <w:r>
        <w:t>lekin woh ek aur hi taluq hai.</w:t>
      </w:r>
    </w:p>
    <w:p>
      <w:pPr>
        <w:jc w:val="right"/>
      </w:pPr>
      <w:r>
        <w:t>لیکن وہ ایک اور ہی تعلق ہے۔</w:t>
      </w:r>
    </w:p>
    <w:p>
      <w:r>
        <w:rPr>
          <w:b/>
        </w:rPr>
        <w:t xml:space="preserve">[11:23] </w:t>
      </w:r>
      <w:r>
        <w:t>woh ek aur hi taluq hai</w:t>
      </w:r>
    </w:p>
    <w:p>
      <w:pPr>
        <w:jc w:val="right"/>
      </w:pPr>
      <w:r>
        <w:t>وہ ایک اور ہی تعلق ہے</w:t>
      </w:r>
    </w:p>
    <w:p>
      <w:r>
        <w:rPr>
          <w:b/>
        </w:rPr>
        <w:t xml:space="preserve">[11:26] </w:t>
      </w:r>
      <w:r>
        <w:t>jo muhabbat ki buniyad par qaim hota hai.</w:t>
      </w:r>
    </w:p>
    <w:p>
      <w:pPr>
        <w:jc w:val="right"/>
      </w:pPr>
      <w:r>
        <w:t>جو محبت کی بنیاد پر قائم ہوتا ہے۔</w:t>
      </w:r>
    </w:p>
    <w:p>
      <w:r>
        <w:rPr>
          <w:b/>
        </w:rPr>
        <w:t xml:space="preserve">[11:32] </w:t>
      </w:r>
      <w:r>
        <w:t>jaise maine dekha ek martaba ek maa apne baap, ek maa apne chhote bachche ko liye hui</w:t>
      </w:r>
    </w:p>
    <w:p>
      <w:pPr>
        <w:jc w:val="right"/>
      </w:pPr>
      <w:r>
        <w:t>جیسے میں نے دیکھا ایک مرتبہ ایک ماں اپنے باپ، ایک ماں اپنے چھوٹے بچے کو لیے ہوئی</w:t>
      </w:r>
    </w:p>
    <w:p>
      <w:r>
        <w:rPr>
          <w:b/>
        </w:rPr>
        <w:t xml:space="preserve">[11:37] </w:t>
      </w:r>
      <w:r>
        <w:t>thi. kisi baat par maa ko ghussa aa gaya.</w:t>
      </w:r>
    </w:p>
    <w:p>
      <w:pPr>
        <w:jc w:val="right"/>
      </w:pPr>
      <w:r>
        <w:t>تھی۔ کسی بات پر ماں کو غصہ آ گیا۔</w:t>
      </w:r>
    </w:p>
    <w:p>
      <w:r>
        <w:rPr>
          <w:b/>
        </w:rPr>
        <w:t xml:space="preserve">[11:41] </w:t>
      </w:r>
      <w:r>
        <w:t>us ne bete ko maar diya, chhota beta.</w:t>
      </w:r>
    </w:p>
    <w:p>
      <w:pPr>
        <w:jc w:val="right"/>
      </w:pPr>
      <w:r>
        <w:t>اس نے بیٹے کو مار دیا، چھوٹا بیٹا۔</w:t>
      </w:r>
    </w:p>
    <w:p>
      <w:r>
        <w:rPr>
          <w:b/>
        </w:rPr>
        <w:t xml:space="preserve">[11:44] </w:t>
      </w:r>
      <w:r>
        <w:t>to beta daud kar maa se lipat gaya.</w:t>
      </w:r>
    </w:p>
    <w:p>
      <w:pPr>
        <w:jc w:val="right"/>
      </w:pPr>
      <w:r>
        <w:t>تو بیٹا دوڑ کر ماں سے لپٹ گیا۔</w:t>
      </w:r>
    </w:p>
    <w:p>
      <w:r>
        <w:rPr>
          <w:b/>
        </w:rPr>
        <w:t xml:space="preserve">[11:51] </w:t>
      </w:r>
      <w:r>
        <w:t>agar khauf ka maamla hota to beta bhagta, door bhagta.</w:t>
      </w:r>
    </w:p>
    <w:p>
      <w:pPr>
        <w:jc w:val="right"/>
      </w:pPr>
      <w:r>
        <w:t>اگر خوف کا معاملہ ہوتا تو بیٹا بھاگتا، دور بھاگتا۔</w:t>
      </w:r>
    </w:p>
    <w:p>
      <w:r>
        <w:rPr>
          <w:b/>
        </w:rPr>
        <w:t xml:space="preserve">[11:57] </w:t>
      </w:r>
      <w:r>
        <w:t>kyun ke muhabbat ka maamla tha, is liye beta maa se lipat gaya.</w:t>
      </w:r>
    </w:p>
    <w:p>
      <w:pPr>
        <w:jc w:val="right"/>
      </w:pPr>
      <w:r>
        <w:t>کیونکہ محبت کا معاملہ تھا، اس لیے بیٹا ماں سے لپٹ گیا۔</w:t>
      </w:r>
    </w:p>
    <w:p>
      <w:r>
        <w:rPr>
          <w:b/>
        </w:rPr>
        <w:t xml:space="preserve">[12:04] </w:t>
      </w:r>
      <w:r>
        <w:t>isi tarah jo beta</w:t>
      </w:r>
    </w:p>
    <w:p>
      <w:pPr>
        <w:jc w:val="right"/>
      </w:pPr>
      <w:r>
        <w:t>اسی طرح جو بیٹا</w:t>
      </w:r>
    </w:p>
    <w:p>
      <w:r>
        <w:rPr>
          <w:b/>
        </w:rPr>
        <w:t xml:space="preserve">[12:07] </w:t>
      </w:r>
      <w:r>
        <w:t>jisse uska baap ghussa ho gaya tha, phir gaya us ke haan aur us ke paaon</w:t>
      </w:r>
    </w:p>
    <w:p>
      <w:pPr>
        <w:jc w:val="right"/>
      </w:pPr>
      <w:r>
        <w:t>جس سے اس کا باپ غصہ ہو گیا تھا، پھر گیا اس کے ہاں اور اس کے پاؤں</w:t>
      </w:r>
    </w:p>
    <w:p>
      <w:r>
        <w:rPr>
          <w:b/>
        </w:rPr>
        <w:t xml:space="preserve">[12:13] </w:t>
      </w:r>
      <w:r>
        <w:t>par gir pada rote hue aur kaha ke baap mujhe maaf farma.</w:t>
      </w:r>
    </w:p>
    <w:p>
      <w:pPr>
        <w:jc w:val="right"/>
      </w:pPr>
      <w:r>
        <w:t>پر گر پڑا روتے ہوئے اور کہا کہ باپ مجھے معاف فرما۔</w:t>
      </w:r>
    </w:p>
    <w:p>
      <w:r>
        <w:rPr>
          <w:b/>
        </w:rPr>
        <w:t xml:space="preserve">[12:18] </w:t>
      </w:r>
      <w:r>
        <w:t>to yeh yeh</w:t>
      </w:r>
    </w:p>
    <w:p>
      <w:pPr>
        <w:jc w:val="right"/>
      </w:pPr>
      <w:r>
        <w:t>تو یہ یہ</w:t>
      </w:r>
    </w:p>
    <w:p>
      <w:r>
        <w:rPr>
          <w:b/>
        </w:rPr>
        <w:t xml:space="preserve">[12:21] </w:t>
      </w:r>
      <w:r>
        <w:t>yeh muhabbat ka izhaar tha.</w:t>
      </w:r>
    </w:p>
    <w:p>
      <w:pPr>
        <w:jc w:val="right"/>
      </w:pPr>
      <w:r>
        <w:t>یہ محبت کا اظہار تھا۔</w:t>
      </w:r>
    </w:p>
    <w:p>
      <w:r>
        <w:rPr>
          <w:b/>
        </w:rPr>
        <w:t xml:space="preserve">[12:26] </w:t>
      </w:r>
      <w:r>
        <w:t>agar khauf ka maamla hota to beta bhagta,</w:t>
      </w:r>
    </w:p>
    <w:p>
      <w:pPr>
        <w:jc w:val="right"/>
      </w:pPr>
      <w:r>
        <w:t>اگر خوف کا معاملہ ہوتا تو بیٹا بھاگتا،</w:t>
      </w:r>
    </w:p>
    <w:p>
      <w:r>
        <w:rPr>
          <w:b/>
        </w:rPr>
        <w:t xml:space="preserve">[12:31] </w:t>
      </w:r>
      <w:r>
        <w:t>door bhagta. lekin chunke</w:t>
      </w:r>
    </w:p>
    <w:p>
      <w:pPr>
        <w:jc w:val="right"/>
      </w:pPr>
      <w:r>
        <w:t>دور بھاگتا۔ لیکن چونکہ</w:t>
      </w:r>
    </w:p>
    <w:p>
      <w:r>
        <w:rPr>
          <w:b/>
        </w:rPr>
        <w:t xml:space="preserve">[12:35] </w:t>
      </w:r>
      <w:r>
        <w:t>bete ke upar apne baap ki muhabbat ghalib thi,</w:t>
      </w:r>
    </w:p>
    <w:p>
      <w:pPr>
        <w:jc w:val="right"/>
      </w:pPr>
      <w:r>
        <w:t>بیٹے کے اوپر اپنے باپ کی محبت غالب تھی،</w:t>
      </w:r>
    </w:p>
    <w:p>
      <w:r>
        <w:rPr>
          <w:b/>
        </w:rPr>
        <w:t xml:space="preserve">[12:42] </w:t>
      </w:r>
      <w:r>
        <w:t>to ja kar is ke qadmon mein gir pada.</w:t>
      </w:r>
    </w:p>
    <w:p>
      <w:pPr>
        <w:jc w:val="right"/>
      </w:pPr>
      <w:r>
        <w:t>تو جا کر اس کے قدموں میں گر پڑا۔</w:t>
      </w:r>
    </w:p>
    <w:p>
      <w:r>
        <w:rPr>
          <w:b/>
        </w:rPr>
        <w:t xml:space="preserve">[12:49] </w:t>
      </w:r>
      <w:r>
        <w:t>to yeh baat bohat hi zyada gehri baat hai</w:t>
      </w:r>
    </w:p>
    <w:p>
      <w:pPr>
        <w:jc w:val="right"/>
      </w:pPr>
      <w:r>
        <w:t>تو یہ بات بہت ہی زیادہ گہری بات ہے</w:t>
      </w:r>
    </w:p>
    <w:p>
      <w:r>
        <w:rPr>
          <w:b/>
        </w:rPr>
        <w:t xml:space="preserve">[12:54] </w:t>
      </w:r>
      <w:r>
        <w:t>ke insaan ko Allah se ta'alluq</w:t>
      </w:r>
    </w:p>
    <w:p>
      <w:pPr>
        <w:jc w:val="right"/>
      </w:pPr>
      <w:r>
        <w:t>کہ انسان کو اللہ سے تعلق</w:t>
      </w:r>
    </w:p>
    <w:p>
      <w:r>
        <w:rPr>
          <w:b/>
        </w:rPr>
        <w:t xml:space="preserve">[12:59] </w:t>
      </w:r>
      <w:r>
        <w:t>ho to woh is yaqeen par khara ho ke mera</w:t>
      </w:r>
    </w:p>
    <w:p>
      <w:pPr>
        <w:jc w:val="right"/>
      </w:pPr>
      <w:r>
        <w:t>ہو تو وہ اس یقین پر کھڑا ہو کہ میرا</w:t>
      </w:r>
    </w:p>
    <w:p>
      <w:r>
        <w:rPr>
          <w:b/>
        </w:rPr>
        <w:t xml:space="preserve">[13:04] </w:t>
      </w:r>
      <w:r>
        <w:t>Khuda woh hai jis ki sifat hai "ghalabat rahmatī 'alā ghadabī".</w:t>
      </w:r>
    </w:p>
    <w:p>
      <w:pPr>
        <w:jc w:val="right"/>
      </w:pPr>
      <w:r>
        <w:t>خدا وہ ہے جس کی صفت ہے "غَلَبَتْ رَحْمَتِي عَلَىٰ غَضَبِي"۔</w:t>
      </w:r>
    </w:p>
    <w:p>
      <w:r>
        <w:rPr>
          <w:b/>
        </w:rPr>
        <w:t xml:space="preserve">[13:13] </w:t>
      </w:r>
      <w:r>
        <w:t>ab aap sochiye</w:t>
      </w:r>
    </w:p>
    <w:p>
      <w:pPr>
        <w:jc w:val="right"/>
      </w:pPr>
      <w:r>
        <w:t>اب آپ سوچیے</w:t>
      </w:r>
    </w:p>
    <w:p>
      <w:r>
        <w:rPr>
          <w:b/>
        </w:rPr>
        <w:t xml:space="preserve">[13:17] </w:t>
      </w:r>
      <w:r>
        <w:t>ke is ki</w:t>
      </w:r>
    </w:p>
    <w:p>
      <w:pPr>
        <w:jc w:val="right"/>
      </w:pPr>
      <w:r>
        <w:t>کہ اس کی</w:t>
      </w:r>
    </w:p>
    <w:p>
      <w:r>
        <w:rPr>
          <w:b/>
        </w:rPr>
        <w:t xml:space="preserve">[13:20] </w:t>
      </w:r>
      <w:r>
        <w:t>aur gehrai mein jaiye.</w:t>
      </w:r>
    </w:p>
    <w:p>
      <w:pPr>
        <w:jc w:val="right"/>
      </w:pPr>
      <w:r>
        <w:t>اور گہرائی میں جائیے۔</w:t>
      </w:r>
    </w:p>
    <w:p>
      <w:r>
        <w:rPr>
          <w:b/>
        </w:rPr>
        <w:t xml:space="preserve">[13:24] </w:t>
      </w:r>
      <w:r>
        <w:t>abhi aap jante hain ke South India mein tsunami jaisa toofan aaya aur bohat nuqsan hua.</w:t>
      </w:r>
    </w:p>
    <w:p>
      <w:pPr>
        <w:jc w:val="right"/>
      </w:pPr>
      <w:r>
        <w:t>ابھی آپ جانتے ہیں کہ ساؤتھ انڈیا میں سونامی جیسا طوفان آیا اور بہت نقصان ہوا۔</w:t>
      </w:r>
    </w:p>
    <w:p>
      <w:r>
        <w:rPr>
          <w:b/>
        </w:rPr>
        <w:t xml:space="preserve">[13:32] </w:t>
      </w:r>
      <w:r>
        <w:t>lekin is billion trillion se bhi zyada bara is waqt bhi Allah ka</w:t>
      </w:r>
    </w:p>
    <w:p>
      <w:pPr>
        <w:jc w:val="right"/>
      </w:pPr>
      <w:r>
        <w:t>لیکن اس بلین ٹریلین سے بھی زیادہ بڑا اس وقت بھی اللہ کا</w:t>
      </w:r>
    </w:p>
    <w:p>
      <w:r>
        <w:rPr>
          <w:b/>
        </w:rPr>
        <w:t xml:space="preserve">[13:41] </w:t>
      </w:r>
      <w:r>
        <w:t>blessing logon ke upar hai.</w:t>
      </w:r>
    </w:p>
    <w:p>
      <w:pPr>
        <w:jc w:val="right"/>
      </w:pPr>
      <w:r>
        <w:t>بلیسنگ لوگوں کے اوپر ہے۔</w:t>
      </w:r>
    </w:p>
    <w:p>
      <w:r>
        <w:rPr>
          <w:b/>
        </w:rPr>
        <w:t xml:space="preserve">[13:46] </w:t>
      </w:r>
      <w:r>
        <w:t>yeh thoda sa muamla aisa hua ke in ko</w:t>
      </w:r>
    </w:p>
    <w:p>
      <w:pPr>
        <w:jc w:val="right"/>
      </w:pPr>
      <w:r>
        <w:t>یہ تھوڑا سا معاملہ ایسا ہوا کہ ان کو</w:t>
      </w:r>
    </w:p>
    <w:p>
      <w:r>
        <w:rPr>
          <w:b/>
        </w:rPr>
        <w:t xml:space="preserve">[13:52] </w:t>
      </w:r>
      <w:r>
        <w:t>takleef pahunchi. lekin aur dekhiye, suraj isi tarah chamak raha hai, roshni de raha hai.</w:t>
      </w:r>
    </w:p>
    <w:p>
      <w:pPr>
        <w:jc w:val="right"/>
      </w:pPr>
      <w:r>
        <w:t>تکلیف پہنچی۔ لیکن اور دیکھیے، سورج اسی طرح چمک رہا ہے، روشنی دے رہا ہے۔</w:t>
      </w:r>
    </w:p>
    <w:p>
      <w:r>
        <w:rPr>
          <w:b/>
        </w:rPr>
        <w:t xml:space="preserve">[13:59] </w:t>
      </w:r>
      <w:r>
        <w:t>oxygen ki supply isi tarah jari hai.</w:t>
      </w:r>
    </w:p>
    <w:p>
      <w:pPr>
        <w:jc w:val="right"/>
      </w:pPr>
      <w:r>
        <w:t>آکسیجن کی سپلائی اسی طرح جاری ہے۔</w:t>
      </w:r>
    </w:p>
    <w:p>
      <w:r>
        <w:rPr>
          <w:b/>
        </w:rPr>
        <w:t xml:space="preserve">[14:03] </w:t>
      </w:r>
      <w:r>
        <w:t>kheton se ghalla isi tarah ug raha hai.</w:t>
      </w:r>
    </w:p>
    <w:p>
      <w:pPr>
        <w:jc w:val="right"/>
      </w:pPr>
      <w:r>
        <w:t>کھیتوں سے غلہ اسی طرح اگ رہا ہے۔</w:t>
      </w:r>
    </w:p>
    <w:p>
      <w:r>
        <w:rPr>
          <w:b/>
        </w:rPr>
        <w:t xml:space="preserve">[14:07] </w:t>
      </w:r>
      <w:r>
        <w:t>pani ka nizam isi tarah qaim hai.</w:t>
      </w:r>
    </w:p>
    <w:p>
      <w:pPr>
        <w:jc w:val="right"/>
      </w:pPr>
      <w:r>
        <w:t>پانی کا نظام اسی طرح قائم ہے۔</w:t>
      </w:r>
    </w:p>
    <w:p>
      <w:r>
        <w:rPr>
          <w:b/>
        </w:rPr>
        <w:t xml:space="preserve">[14:12] </w:t>
      </w:r>
      <w:r>
        <w:t>aur aisi billion trillion cheezen phir bhi hain.</w:t>
      </w:r>
    </w:p>
    <w:p>
      <w:pPr>
        <w:jc w:val="right"/>
      </w:pPr>
      <w:r>
        <w:t>اور ایسی بلین ٹریلین چیزیں پھر بھی ہیں۔</w:t>
      </w:r>
    </w:p>
    <w:p>
      <w:r>
        <w:rPr>
          <w:b/>
        </w:rPr>
        <w:t xml:space="preserve">[14:17] </w:t>
      </w:r>
      <w:r>
        <w:t>to aap agar sochenge South India ke</w:t>
      </w:r>
    </w:p>
    <w:p>
      <w:pPr>
        <w:jc w:val="right"/>
      </w:pPr>
      <w:r>
        <w:t>تو آپ اگر سوچیں گے ساؤتھ انڈیا کے</w:t>
      </w:r>
    </w:p>
    <w:p>
      <w:r>
        <w:rPr>
          <w:b/>
        </w:rPr>
        <w:t xml:space="preserve">[14:23] </w:t>
      </w:r>
      <w:r>
        <w:t>tsunami ko, is se billion trillion zyada aap sochenge Allah ki blessing ko,</w:t>
      </w:r>
    </w:p>
    <w:p>
      <w:pPr>
        <w:jc w:val="right"/>
      </w:pPr>
      <w:r>
        <w:t>سونامی کو، اس سے بلین ٹریلین زیادہ آپ سوچیں گے اللہ کی بلیسنگ کو،</w:t>
      </w:r>
    </w:p>
    <w:p>
      <w:r>
        <w:rPr>
          <w:b/>
        </w:rPr>
        <w:t xml:space="preserve">[14:29] </w:t>
      </w:r>
      <w:r>
        <w:t>to kya hoga?</w:t>
      </w:r>
    </w:p>
    <w:p>
      <w:pPr>
        <w:jc w:val="right"/>
      </w:pPr>
      <w:r>
        <w:t>تو کیا ہوگا؟</w:t>
      </w:r>
    </w:p>
    <w:p>
      <w:r>
        <w:rPr>
          <w:b/>
        </w:rPr>
        <w:t xml:space="preserve">[14:32] </w:t>
      </w:r>
      <w:r>
        <w:t>aap ke upar fear ke muqable mein hope ghalib rahe gi.</w:t>
      </w:r>
    </w:p>
    <w:p>
      <w:pPr>
        <w:jc w:val="right"/>
      </w:pPr>
      <w:r>
        <w:t>آپ کے اوپر فیئر کے مقابلے میں ہوپ غالب رہے گی۔</w:t>
      </w:r>
    </w:p>
    <w:p>
      <w:r>
        <w:rPr>
          <w:b/>
        </w:rPr>
        <w:t xml:space="preserve">[14:40] </w:t>
      </w:r>
      <w:r>
        <w:t>aap ke upar fear ke muqable mein hope ghalib rahe gi.</w:t>
      </w:r>
    </w:p>
    <w:p>
      <w:pPr>
        <w:jc w:val="right"/>
      </w:pPr>
      <w:r>
        <w:t>آپ کے اوپر فیئر کے مقابلے میں ہوپ غالب رہے گی۔</w:t>
      </w:r>
    </w:p>
    <w:p>
      <w:r>
        <w:rPr>
          <w:b/>
        </w:rPr>
        <w:t xml:space="preserve">[14:47] </w:t>
      </w:r>
      <w:r>
        <w:t>main ne ek martaba ek mazmoon likha tha bohat pehle</w:t>
      </w:r>
    </w:p>
    <w:p>
      <w:pPr>
        <w:jc w:val="right"/>
      </w:pPr>
      <w:r>
        <w:t>میں نے ایک مرتبہ ایک مضمون لکھا تھا بہت پہلے</w:t>
      </w:r>
    </w:p>
    <w:p>
      <w:r>
        <w:rPr>
          <w:b/>
        </w:rPr>
        <w:t xml:space="preserve">[14:50] </w:t>
      </w:r>
      <w:r>
        <w:t>ke Allah se ta'alluq ka muamla bohat ajeeb hai.</w:t>
      </w:r>
    </w:p>
    <w:p>
      <w:pPr>
        <w:jc w:val="right"/>
      </w:pPr>
      <w:r>
        <w:t>کہ اللہ سے تعلق کا معاملہ بہت عجیب ہے۔</w:t>
      </w:r>
    </w:p>
    <w:p>
      <w:r>
        <w:rPr>
          <w:b/>
        </w:rPr>
        <w:t xml:space="preserve">[14:55] </w:t>
      </w:r>
      <w:r>
        <w:t>ke Allah se aadmi darta hai lekin sath sath mohabbat bhi karta hai.</w:t>
      </w:r>
    </w:p>
    <w:p>
      <w:pPr>
        <w:jc w:val="right"/>
      </w:pPr>
      <w:r>
        <w:t>کہ اللہ سے آدمی ڈرتا ہے لیکن ساتھ ساتھ محبت بھی کرتا ہے۔</w:t>
      </w:r>
    </w:p>
    <w:p>
      <w:r>
        <w:rPr>
          <w:b/>
        </w:rPr>
        <w:t xml:space="preserve">[15:00] </w:t>
      </w:r>
      <w:r>
        <w:t>to is mein maine likha tha ek jumla</w:t>
      </w:r>
    </w:p>
    <w:p>
      <w:pPr>
        <w:jc w:val="right"/>
      </w:pPr>
      <w:r>
        <w:t>تو اس میں میں نے لکھا تھا ایک جملہ</w:t>
      </w:r>
    </w:p>
    <w:p>
      <w:r>
        <w:rPr>
          <w:b/>
        </w:rPr>
        <w:t xml:space="preserve">[15:04] </w:t>
      </w:r>
      <w:r>
        <w:t>ke insaan jis se bhagta hai, usi usi se usi is ki taraf daudta bhi hai.</w:t>
      </w:r>
    </w:p>
    <w:p>
      <w:pPr>
        <w:jc w:val="right"/>
      </w:pPr>
      <w:r>
        <w:t>کہ انسان جس سے بھاگتا ہے، اسی اسی سے اسی اس کی طرف دوڑتا بھی ہے۔</w:t>
      </w:r>
    </w:p>
    <w:p>
      <w:r>
        <w:rPr>
          <w:b/>
        </w:rPr>
        <w:t xml:space="preserve">[15:12] </w:t>
      </w:r>
      <w:r>
        <w:t>jis se khauf karta hai, usi se muhabbat</w:t>
      </w:r>
    </w:p>
    <w:p>
      <w:pPr>
        <w:jc w:val="right"/>
      </w:pPr>
      <w:r>
        <w:t>جس سے خوف کرتا ہے، اسی سے محبت</w:t>
      </w:r>
    </w:p>
    <w:p>
      <w:r>
        <w:rPr>
          <w:b/>
        </w:rPr>
        <w:t xml:space="preserve">[15:16] </w:t>
      </w:r>
      <w:r>
        <w:t>ke liye is ki taraf daudta bhi hai.</w:t>
      </w:r>
    </w:p>
    <w:p>
      <w:pPr>
        <w:jc w:val="right"/>
      </w:pPr>
      <w:r>
        <w:t>کے لیے اس کی طرف دوڑتا بھی ہے۔</w:t>
      </w:r>
    </w:p>
    <w:p>
      <w:r>
        <w:rPr>
          <w:b/>
        </w:rPr>
        <w:t xml:space="preserve">[15:20] </w:t>
      </w:r>
      <w:r>
        <w:t>to is tarah jab aap sochenge</w:t>
      </w:r>
    </w:p>
    <w:p>
      <w:pPr>
        <w:jc w:val="right"/>
      </w:pPr>
      <w:r>
        <w:t>تو اس طرح جب آپ سوچیں گے</w:t>
      </w:r>
    </w:p>
    <w:p>
      <w:r>
        <w:rPr>
          <w:b/>
        </w:rPr>
        <w:t xml:space="preserve">[15:23] </w:t>
      </w:r>
      <w:r>
        <w:t>to ek aur hi darja imaan ka aap ko hasil hoga.</w:t>
      </w:r>
    </w:p>
    <w:p>
      <w:pPr>
        <w:jc w:val="right"/>
      </w:pPr>
      <w:r>
        <w:t>تو ایک اور ہی درجہ ایمان کا آپ کو حاصل ہوگا۔</w:t>
      </w:r>
    </w:p>
    <w:p>
      <w:r>
        <w:rPr>
          <w:b/>
        </w:rPr>
        <w:t xml:space="preserve">[15:28] </w:t>
      </w:r>
      <w:r>
        <w:t>ek aur hi</w:t>
      </w:r>
    </w:p>
    <w:p>
      <w:pPr>
        <w:jc w:val="right"/>
      </w:pPr>
      <w:r>
        <w:t>ایک اور ہی</w:t>
      </w:r>
    </w:p>
    <w:p>
      <w:r>
        <w:rPr>
          <w:b/>
        </w:rPr>
        <w:t xml:space="preserve">[15:30] </w:t>
      </w:r>
      <w:r>
        <w:t>muhabbat ilahi aap ko milegi.</w:t>
      </w:r>
    </w:p>
    <w:p>
      <w:pPr>
        <w:jc w:val="right"/>
      </w:pPr>
      <w:r>
        <w:t>محبت الہی آپ کو ملے گی۔</w:t>
      </w:r>
    </w:p>
    <w:p>
      <w:r>
        <w:rPr>
          <w:b/>
        </w:rPr>
        <w:t xml:space="preserve">[15:33] </w:t>
      </w:r>
      <w:r>
        <w:t>aur phir aap ka yaqeen badhega ke khuda ka sifat yeh hai ke rehmat "ghalbat</w:t>
      </w:r>
    </w:p>
    <w:p>
      <w:pPr>
        <w:jc w:val="right"/>
      </w:pPr>
      <w:r>
        <w:t>اور پھر آپ کا یقین بڑھے گا کہ خدا کا صفت یہ ہے کہ رحمت "غَلَبَتْ</w:t>
      </w:r>
    </w:p>
    <w:p>
      <w:r>
        <w:rPr>
          <w:b/>
        </w:rPr>
        <w:t xml:space="preserve">[15:40] </w:t>
      </w:r>
      <w:r>
        <w:t>rahmatī alā ghadaḃī".</w:t>
      </w:r>
    </w:p>
    <w:p>
      <w:pPr>
        <w:jc w:val="right"/>
      </w:pPr>
      <w:r>
        <w:t>رَحْمَتِي عَلَىٰ غَضَبِي"۔</w:t>
      </w:r>
    </w:p>
    <w:p>
      <w:r>
        <w:rPr>
          <w:b/>
        </w:rPr>
        <w:t xml:space="preserve">[15:45] </w:t>
      </w:r>
      <w:r>
        <w:t>to umeed, yaani fear ke upar umeed ghalib aa jayegi.</w:t>
      </w:r>
    </w:p>
    <w:p>
      <w:pPr>
        <w:jc w:val="right"/>
      </w:pPr>
      <w:r>
        <w:t>تو امید، یعنی فیئر کے اوپر امید غالب آ جائے گی۔</w:t>
      </w:r>
    </w:p>
    <w:p>
      <w:r>
        <w:rPr>
          <w:b/>
        </w:rPr>
        <w:t xml:space="preserve">[15:53] </w:t>
      </w:r>
      <w:r>
        <w:t>yahan main ek aur baat kehna chahta hoon ke aksar log mujh se poochte hain ke hum dua</w:t>
      </w:r>
    </w:p>
    <w:p>
      <w:pPr>
        <w:jc w:val="right"/>
      </w:pPr>
      <w:r>
        <w:t>یہاں میں ایک اور بات کہنا چاہتا ہوں کہ اکثر لوگ مجھ سے پوچھتے ہیں کہ ہم دعا</w:t>
      </w:r>
    </w:p>
    <w:p>
      <w:r>
        <w:rPr>
          <w:b/>
        </w:rPr>
        <w:t xml:space="preserve">[15:59] </w:t>
      </w:r>
      <w:r>
        <w:t>karte hain, dua poori nahi hoti.</w:t>
      </w:r>
    </w:p>
    <w:p>
      <w:pPr>
        <w:jc w:val="right"/>
      </w:pPr>
      <w:r>
        <w:t>کرتے ہیں، دعا پوری نہیں ہوتی۔</w:t>
      </w:r>
    </w:p>
    <w:p>
      <w:r>
        <w:rPr>
          <w:b/>
        </w:rPr>
        <w:t xml:space="preserve">[16:03] </w:t>
      </w:r>
      <w:r>
        <w:t>to mayoosi mein pade hue the.</w:t>
      </w:r>
    </w:p>
    <w:p>
      <w:pPr>
        <w:jc w:val="right"/>
      </w:pPr>
      <w:r>
        <w:t>تو مایوسی میں پڑے ہوئے تھے۔</w:t>
      </w:r>
    </w:p>
    <w:p>
      <w:r>
        <w:rPr>
          <w:b/>
        </w:rPr>
        <w:t xml:space="preserve">[16:06] </w:t>
      </w:r>
      <w:r>
        <w:t>main ne aise kai log mile mujhe ke woh mayoosi mein the</w:t>
      </w:r>
    </w:p>
    <w:p>
      <w:pPr>
        <w:jc w:val="right"/>
      </w:pPr>
      <w:r>
        <w:t>میں نے ایسے کئی لوگ ملے مجھے کہ وہ مایوسی میں تھے</w:t>
      </w:r>
    </w:p>
    <w:p>
      <w:r>
        <w:rPr>
          <w:b/>
        </w:rPr>
        <w:t xml:space="preserve">[16:11] </w:t>
      </w:r>
      <w:r>
        <w:t>ke dua karte hain, dua poori nahi hoti.</w:t>
      </w:r>
    </w:p>
    <w:p>
      <w:pPr>
        <w:jc w:val="right"/>
      </w:pPr>
      <w:r>
        <w:t>کہ دعا کرتے ہیں، دعا پوری نہیں ہوتی۔</w:t>
      </w:r>
    </w:p>
    <w:p>
      <w:r>
        <w:rPr>
          <w:b/>
        </w:rPr>
        <w:t xml:space="preserve">[16:15] </w:t>
      </w:r>
      <w:r>
        <w:t>dekhiye Allah ki sunnat ko samjhiye.</w:t>
      </w:r>
    </w:p>
    <w:p>
      <w:pPr>
        <w:jc w:val="right"/>
      </w:pPr>
      <w:r>
        <w:t>دیکھیے اللہ کی سنت کو سمجھئے۔</w:t>
      </w:r>
    </w:p>
    <w:p>
      <w:r>
        <w:rPr>
          <w:b/>
        </w:rPr>
        <w:t xml:space="preserve">[16:17] </w:t>
      </w:r>
      <w:r>
        <w:t>sunnat ilahi ko samjhiye.</w:t>
      </w:r>
    </w:p>
    <w:p>
      <w:pPr>
        <w:jc w:val="right"/>
      </w:pPr>
      <w:r>
        <w:t>سنت الہی کو سمجھئے۔</w:t>
      </w:r>
    </w:p>
    <w:p>
      <w:r>
        <w:rPr>
          <w:b/>
        </w:rPr>
        <w:t xml:space="preserve">[16:24] </w:t>
      </w:r>
      <w:r>
        <w:t>Allah ki sunnat yeh hai ke aap Allah se dua karen.</w:t>
      </w:r>
    </w:p>
    <w:p>
      <w:pPr>
        <w:jc w:val="right"/>
      </w:pPr>
      <w:r>
        <w:t>اللہ کی سنت یہ ہے کہ آپ اللہ سے دعا کریں۔</w:t>
      </w:r>
    </w:p>
    <w:p>
      <w:r>
        <w:rPr>
          <w:b/>
        </w:rPr>
        <w:t xml:space="preserve">[16:29] </w:t>
      </w:r>
      <w:r>
        <w:t>to aap ne jo cheez mangi hai, kabhi woh cheez mil jayegi.</w:t>
      </w:r>
    </w:p>
    <w:p>
      <w:pPr>
        <w:jc w:val="right"/>
      </w:pPr>
      <w:r>
        <w:t>تو آپ نے جو چیز مانگی ہے، کبھی وہ چیز مل جائے گی۔</w:t>
      </w:r>
    </w:p>
    <w:p>
      <w:r>
        <w:rPr>
          <w:b/>
        </w:rPr>
        <w:t xml:space="preserve">[16:32] </w:t>
      </w:r>
      <w:r>
        <w:t>yeh khud hadith mein aaya hai.</w:t>
      </w:r>
    </w:p>
    <w:p>
      <w:pPr>
        <w:jc w:val="right"/>
      </w:pPr>
      <w:r>
        <w:t>یہ خود حدیث میں آیا ہے۔</w:t>
      </w:r>
    </w:p>
    <w:p>
      <w:r>
        <w:rPr>
          <w:b/>
        </w:rPr>
        <w:t xml:space="preserve">[16:36] </w:t>
      </w:r>
      <w:r>
        <w:t>hadith mein aaya hai ke kabhi aisa hota hai ke bande ne jo cheez mangi,</w:t>
      </w:r>
    </w:p>
    <w:p>
      <w:pPr>
        <w:jc w:val="right"/>
      </w:pPr>
      <w:r>
        <w:t>حدیث میں آیا ہے کہ کبھی ایسا ہوتا ہے کہ بندے نے جو چیز مانگی،</w:t>
      </w:r>
    </w:p>
    <w:p>
      <w:r>
        <w:rPr>
          <w:b/>
        </w:rPr>
        <w:t xml:space="preserve">[16:42] </w:t>
      </w:r>
      <w:r>
        <w:t>wohi cheez us ko mil gayi.</w:t>
      </w:r>
    </w:p>
    <w:p>
      <w:pPr>
        <w:jc w:val="right"/>
      </w:pPr>
      <w:r>
        <w:t>وہی چیز اس کو مل گئی۔</w:t>
      </w:r>
    </w:p>
    <w:p>
      <w:r>
        <w:rPr>
          <w:b/>
        </w:rPr>
        <w:t xml:space="preserve">[16:45] </w:t>
      </w:r>
      <w:r>
        <w:t>aur kabhi aisa hota hai ke bande ne jo dua ki, woh dua us ke liye zakhira kar</w:t>
      </w:r>
    </w:p>
    <w:p>
      <w:pPr>
        <w:jc w:val="right"/>
      </w:pPr>
      <w:r>
        <w:t>اور کبھی ایسا ہوتا ہے کہ بندے نے جو دعا کی، وہ دعا اس کے لیے ذخیرہ کر</w:t>
      </w:r>
    </w:p>
    <w:p>
      <w:r>
        <w:rPr>
          <w:b/>
        </w:rPr>
        <w:t xml:space="preserve">[16:51] </w:t>
      </w:r>
      <w:r>
        <w:t>di gayi, store kar di gayi.</w:t>
      </w:r>
    </w:p>
    <w:p>
      <w:pPr>
        <w:jc w:val="right"/>
      </w:pPr>
      <w:r>
        <w:t>دی گئی، اسٹور کر دی گئی۔</w:t>
      </w:r>
    </w:p>
    <w:p>
      <w:r>
        <w:rPr>
          <w:b/>
        </w:rPr>
        <w:t xml:space="preserve">[16:54] </w:t>
      </w:r>
      <w:r>
        <w:t>aur kisi aur shakal mein is ko di gai.</w:t>
      </w:r>
    </w:p>
    <w:p>
      <w:pPr>
        <w:jc w:val="right"/>
      </w:pPr>
      <w:r>
        <w:t>اور کسی اور شکل میں اس کو دی گئی۔</w:t>
      </w:r>
    </w:p>
    <w:p>
      <w:r>
        <w:rPr>
          <w:b/>
        </w:rPr>
        <w:t xml:space="preserve">[17:02] </w:t>
      </w:r>
      <w:r>
        <w:t>is ki mein aik misaal deta hoon.</w:t>
      </w:r>
    </w:p>
    <w:p>
      <w:pPr>
        <w:jc w:val="right"/>
      </w:pPr>
      <w:r>
        <w:t>اس کی میں ایک مثال دیتا ہوں۔</w:t>
      </w:r>
    </w:p>
    <w:p>
      <w:r>
        <w:rPr>
          <w:b/>
        </w:rPr>
        <w:t xml:space="preserve">[17:07] </w:t>
      </w:r>
      <w:r>
        <w:t>rasool Allah ke zamane mein do</w:t>
      </w:r>
    </w:p>
    <w:p>
      <w:pPr>
        <w:jc w:val="right"/>
      </w:pPr>
      <w:r>
        <w:t>رسول اللہ کے زمانے میں دو</w:t>
      </w:r>
    </w:p>
    <w:p>
      <w:r>
        <w:rPr>
          <w:b/>
        </w:rPr>
        <w:t xml:space="preserve">[17:10] </w:t>
      </w:r>
      <w:r>
        <w:t>lraaiyan huien. aik ko kehte hain ghazwa badar, aik ko kehte hain ghazwa uhud.</w:t>
      </w:r>
    </w:p>
    <w:p>
      <w:pPr>
        <w:jc w:val="right"/>
      </w:pPr>
      <w:r>
        <w:t>لڑائیاں ہوئیں۔ ایک کو کہتے ہیں غزوہ بدر، ایک کو کہتے ہیں غزوہ احد۔</w:t>
      </w:r>
    </w:p>
    <w:p>
      <w:r>
        <w:rPr>
          <w:b/>
        </w:rPr>
        <w:t xml:space="preserve">[17:18] </w:t>
      </w:r>
      <w:r>
        <w:t>kitabon mein aata hai ke badar ke mauqe par rasool Allah ne bohat ziyada dua ki, bohat ziyada</w:t>
      </w:r>
    </w:p>
    <w:p>
      <w:pPr>
        <w:jc w:val="right"/>
      </w:pPr>
      <w:r>
        <w:t>کتابوں میں آتا ہے کہ بدر کے موقع پر رسول اللہ نے بہت زیادہ دعا کی، بہت زیادہ</w:t>
      </w:r>
    </w:p>
    <w:p>
      <w:r>
        <w:rPr>
          <w:b/>
        </w:rPr>
        <w:t xml:space="preserve">[17:25] </w:t>
      </w:r>
      <w:r>
        <w:t>dua ki ke khuda ya</w:t>
      </w:r>
    </w:p>
    <w:p>
      <w:pPr>
        <w:jc w:val="right"/>
      </w:pPr>
      <w:r>
        <w:t>دعا کی کہ خدایا</w:t>
      </w:r>
    </w:p>
    <w:p>
      <w:r>
        <w:rPr>
          <w:b/>
        </w:rPr>
        <w:t xml:space="preserve">[17:28] </w:t>
      </w:r>
      <w:r>
        <w:t>yeh jo tere bande yahan ekatha hue hain,</w:t>
      </w:r>
    </w:p>
    <w:p>
      <w:pPr>
        <w:jc w:val="right"/>
      </w:pPr>
      <w:r>
        <w:t>یہ جو تیرے بندے یہاں اکٹھا ہوئے ہیں،</w:t>
      </w:r>
    </w:p>
    <w:p>
      <w:r>
        <w:rPr>
          <w:b/>
        </w:rPr>
        <w:t xml:space="preserve">[17:32] </w:t>
      </w:r>
      <w:r>
        <w:t>in ko madad farma.</w:t>
      </w:r>
    </w:p>
    <w:p>
      <w:pPr>
        <w:jc w:val="right"/>
      </w:pPr>
      <w:r>
        <w:t>ان کو مدد فرما۔</w:t>
      </w:r>
    </w:p>
    <w:p>
      <w:r>
        <w:rPr>
          <w:b/>
        </w:rPr>
        <w:t xml:space="preserve">[17:36] </w:t>
      </w:r>
      <w:r>
        <w:t>to aap jante hain ke ghazwa badar ke mauqe par Allah ki madad itni ziyada aai</w:t>
      </w:r>
    </w:p>
    <w:p>
      <w:pPr>
        <w:jc w:val="right"/>
      </w:pPr>
      <w:r>
        <w:t>تو آپ جانتے ہیں کہ غزوہ بدر کے موقع پر اللہ کی مدد اتنی زیادہ آئی</w:t>
      </w:r>
    </w:p>
    <w:p>
      <w:r>
        <w:rPr>
          <w:b/>
        </w:rPr>
        <w:t xml:space="preserve">[17:42] </w:t>
      </w:r>
      <w:r>
        <w:t>ke zabardast kamyab hui woh.</w:t>
      </w:r>
    </w:p>
    <w:p>
      <w:pPr>
        <w:jc w:val="right"/>
      </w:pPr>
      <w:r>
        <w:t>کہ زبردست کامیاب ہوئی وہ۔</w:t>
      </w:r>
    </w:p>
    <w:p>
      <w:r>
        <w:rPr>
          <w:b/>
        </w:rPr>
        <w:t xml:space="preserve">[17:46] </w:t>
      </w:r>
      <w:r>
        <w:t>hata ke farishte aa gaye sahaba ki madad karne ke liye.</w:t>
      </w:r>
    </w:p>
    <w:p>
      <w:pPr>
        <w:jc w:val="right"/>
      </w:pPr>
      <w:r>
        <w:t>حتیٰ کہ فرشتے آ گئے صحابہ کی مدد کرنے کے لیے۔</w:t>
      </w:r>
    </w:p>
    <w:p>
      <w:r>
        <w:rPr>
          <w:b/>
        </w:rPr>
        <w:t xml:space="preserve">[17:54] </w:t>
      </w:r>
      <w:r>
        <w:t>to badar ke mauqe par rasool Allah ko wahi cheez mili jis ke liye unhon ne dua ki</w:t>
      </w:r>
    </w:p>
    <w:p>
      <w:pPr>
        <w:jc w:val="right"/>
      </w:pPr>
      <w:r>
        <w:t>تو بدر کے موقع پر رسول اللہ کو وہی چیز ملی جس کے لیے انہوں نے دعا کی</w:t>
      </w:r>
    </w:p>
    <w:p>
      <w:r>
        <w:rPr>
          <w:b/>
        </w:rPr>
        <w:t xml:space="preserve">[17:59] </w:t>
      </w:r>
      <w:r>
        <w:t>thi. yani fateh.</w:t>
      </w:r>
    </w:p>
    <w:p>
      <w:pPr>
        <w:jc w:val="right"/>
      </w:pPr>
      <w:r>
        <w:t>تھی۔ یعنی فتح۔</w:t>
      </w:r>
    </w:p>
    <w:p>
      <w:r>
        <w:rPr>
          <w:b/>
        </w:rPr>
        <w:t xml:space="preserve">[18:04] </w:t>
      </w:r>
      <w:r>
        <w:t>fateh.</w:t>
      </w:r>
    </w:p>
    <w:p>
      <w:pPr>
        <w:jc w:val="right"/>
      </w:pPr>
      <w:r>
        <w:t>فتح۔</w:t>
      </w:r>
    </w:p>
    <w:p>
      <w:r>
        <w:rPr>
          <w:b/>
        </w:rPr>
        <w:t xml:space="preserve">[18:07] </w:t>
      </w:r>
      <w:r>
        <w:t>ab dekhiye uhud mein kya hua? uhud ke mauqe par bhi aap ne duaen keen.</w:t>
      </w:r>
    </w:p>
    <w:p>
      <w:pPr>
        <w:jc w:val="right"/>
      </w:pPr>
      <w:r>
        <w:t>اب دیکھیے احد میں کیا ہوا؟ احد کے موقع پر بھی آپ نے دعائیں کیں۔</w:t>
      </w:r>
    </w:p>
    <w:p>
      <w:r>
        <w:rPr>
          <w:b/>
        </w:rPr>
        <w:t xml:space="preserve">[18:15] </w:t>
      </w:r>
      <w:r>
        <w:t>uhud ke mauqe par bhi ghazwa uhud ke mauqe par bhi aap ne duaen keen.</w:t>
      </w:r>
    </w:p>
    <w:p>
      <w:pPr>
        <w:jc w:val="right"/>
      </w:pPr>
      <w:r>
        <w:t>احد کے موقع پر بھی غزوہ احد کے موقع پر بھی آپ نے دعائیں کیں۔</w:t>
      </w:r>
    </w:p>
    <w:p>
      <w:r>
        <w:rPr>
          <w:b/>
        </w:rPr>
        <w:t xml:space="preserve">[18:18] </w:t>
      </w:r>
      <w:r>
        <w:t>lekin hua kya?</w:t>
      </w:r>
    </w:p>
    <w:p>
      <w:pPr>
        <w:jc w:val="right"/>
      </w:pPr>
      <w:r>
        <w:t>لیکن ہوا کیا؟</w:t>
      </w:r>
    </w:p>
    <w:p>
      <w:r>
        <w:rPr>
          <w:b/>
        </w:rPr>
        <w:t xml:space="preserve">[18:21] </w:t>
      </w:r>
      <w:r>
        <w:t>aap jante hain ke taqreeban 70 sahaba is mein mare gaye.</w:t>
      </w:r>
    </w:p>
    <w:p>
      <w:pPr>
        <w:jc w:val="right"/>
      </w:pPr>
      <w:r>
        <w:t>آپ جانتے ہیں کہ تقریباً 70 صحابہ اس میں مارے گئے۔</w:t>
      </w:r>
    </w:p>
    <w:p>
      <w:r>
        <w:rPr>
          <w:b/>
        </w:rPr>
        <w:t xml:space="preserve">[18:27] </w:t>
      </w:r>
      <w:r>
        <w:t>اور زبردست defeat ہوئی صحابہ کو۔</w:t>
      </w:r>
    </w:p>
    <w:p>
      <w:pPr>
        <w:jc w:val="right"/>
      </w:pPr>
      <w:r>
        <w:t>اور زبردست ڈیفیٹ ہوئی صحابہ کو۔</w:t>
      </w:r>
    </w:p>
    <w:p>
      <w:r>
        <w:rPr>
          <w:b/>
        </w:rPr>
        <w:t xml:space="preserve">[18:32] </w:t>
      </w:r>
      <w:r>
        <w:t>yani dua kiya, is ke bawajood</w:t>
      </w:r>
    </w:p>
    <w:p>
      <w:pPr>
        <w:jc w:val="right"/>
      </w:pPr>
      <w:r>
        <w:t>یعنی دعا کیا، اس کے باوجود</w:t>
      </w:r>
    </w:p>
    <w:p>
      <w:r>
        <w:rPr>
          <w:b/>
        </w:rPr>
        <w:t xml:space="preserve">[18:36] </w:t>
      </w:r>
      <w:r>
        <w:t>bazaahir ulta ho gaya.</w:t>
      </w:r>
    </w:p>
    <w:p>
      <w:pPr>
        <w:jc w:val="right"/>
      </w:pPr>
      <w:r>
        <w:t>بظاہر الٹا ہو گیا۔</w:t>
      </w:r>
    </w:p>
    <w:p>
      <w:r>
        <w:rPr>
          <w:b/>
        </w:rPr>
        <w:t xml:space="preserve">[18:41] </w:t>
      </w:r>
      <w:r>
        <w:t>aisa nahi hua.</w:t>
      </w:r>
    </w:p>
    <w:p>
      <w:pPr>
        <w:jc w:val="right"/>
      </w:pPr>
      <w:r>
        <w:t>ایسا نہیں ہوا۔</w:t>
      </w:r>
    </w:p>
    <w:p>
      <w:r>
        <w:rPr>
          <w:b/>
        </w:rPr>
        <w:t xml:space="preserve">[18:43] </w:t>
      </w:r>
      <w:r>
        <w:t>woh zakhira kar di gai.</w:t>
      </w:r>
    </w:p>
    <w:p>
      <w:pPr>
        <w:jc w:val="right"/>
      </w:pPr>
      <w:r>
        <w:t>وہ ذخیرہ کر دی گئی۔</w:t>
      </w:r>
    </w:p>
    <w:p>
      <w:r>
        <w:rPr>
          <w:b/>
        </w:rPr>
        <w:t xml:space="preserve">[18:44] </w:t>
      </w:r>
      <w:r>
        <w:t>rasool Allah ki woh dua zakhira kar di gai.</w:t>
      </w:r>
    </w:p>
    <w:p>
      <w:pPr>
        <w:jc w:val="right"/>
      </w:pPr>
      <w:r>
        <w:t>رسول اللہ کی وہ دعا ذخیرہ کر دی گئی۔</w:t>
      </w:r>
    </w:p>
    <w:p>
      <w:r>
        <w:rPr>
          <w:b/>
        </w:rPr>
        <w:t xml:space="preserve">[18:49] </w:t>
      </w:r>
      <w:r>
        <w:t>aur is ke baad woh fateh mubeen ki shakal mein zahir hui.</w:t>
      </w:r>
    </w:p>
    <w:p>
      <w:pPr>
        <w:jc w:val="right"/>
      </w:pPr>
      <w:r>
        <w:t>اور اس کے بعد وہ فتح مبین کی شکل میں ظاہر ہوئی۔</w:t>
      </w:r>
    </w:p>
    <w:p>
      <w:r>
        <w:rPr>
          <w:b/>
        </w:rPr>
        <w:t xml:space="preserve">[18:54] </w:t>
      </w:r>
      <w:r>
        <w:t>yani hudaybiyah. yani uhud mein to fateh nahi hui.</w:t>
      </w:r>
    </w:p>
    <w:p>
      <w:pPr>
        <w:jc w:val="right"/>
      </w:pPr>
      <w:r>
        <w:t>یعنی حدیبیہ۔ یعنی احد میں تو فتح نہیں ہوئی۔</w:t>
      </w:r>
    </w:p>
    <w:p>
      <w:r>
        <w:rPr>
          <w:b/>
        </w:rPr>
        <w:t xml:space="preserve">[19:01] </w:t>
      </w:r>
      <w:r>
        <w:t>is ke baad quran ki surah number 48 mein zikr hai hudaybiya ka.</w:t>
      </w:r>
    </w:p>
    <w:p>
      <w:pPr>
        <w:jc w:val="right"/>
      </w:pPr>
      <w:r>
        <w:t>اس کے بعد قرآن کی سورہ نمبر 48 میں ذکر ہے حدیبیہ کا۔</w:t>
      </w:r>
    </w:p>
    <w:p>
      <w:r>
        <w:rPr>
          <w:b/>
        </w:rPr>
        <w:t xml:space="preserve">[19:08] </w:t>
      </w:r>
      <w:r>
        <w:t>aur wahan par yeh alfaaz atay hain ke "inna fatahna laka fat han ma beena".</w:t>
      </w:r>
    </w:p>
    <w:p>
      <w:pPr>
        <w:jc w:val="right"/>
      </w:pPr>
      <w:r>
        <w:t>اور وہاں پر یہ الفاظ آتے ہیں کہ "إِنَّا فَتَحْنَا لَكَ فَتْحًا مَّبِينًا"۔</w:t>
      </w:r>
    </w:p>
    <w:p>
      <w:r>
        <w:rPr>
          <w:b/>
        </w:rPr>
        <w:t xml:space="preserve">[19:16] </w:t>
      </w:r>
      <w:r>
        <w:t>یعنی ہم نے تم کو open victory، کھلی فتح دے دی۔</w:t>
      </w:r>
    </w:p>
    <w:p>
      <w:pPr>
        <w:jc w:val="right"/>
      </w:pPr>
      <w:r>
        <w:t>یعنی ہم نے تم کو اوپن وکٹری، کھلی فتح دے دی۔</w:t>
      </w:r>
    </w:p>
    <w:p>
      <w:r>
        <w:rPr>
          <w:b/>
        </w:rPr>
        <w:t xml:space="preserve">[19:22] </w:t>
      </w:r>
      <w:r>
        <w:t>khuli fateh.</w:t>
      </w:r>
    </w:p>
    <w:p>
      <w:pPr>
        <w:jc w:val="right"/>
      </w:pPr>
      <w:r>
        <w:t>کھلی فتح۔</w:t>
      </w:r>
    </w:p>
    <w:p>
      <w:r>
        <w:rPr>
          <w:b/>
        </w:rPr>
        <w:t xml:space="preserve">[19:26] </w:t>
      </w:r>
      <w:r>
        <w:t>to yeh yeh wahi wahi baat hai dua ki uhud ke mauqa par.</w:t>
      </w:r>
    </w:p>
    <w:p>
      <w:pPr>
        <w:jc w:val="right"/>
      </w:pPr>
      <w:r>
        <w:t>تو یہ یہ وہی وہی بات ہے دعا کی احد کے موقع پر۔</w:t>
      </w:r>
    </w:p>
    <w:p>
      <w:r>
        <w:rPr>
          <w:b/>
        </w:rPr>
        <w:t xml:space="preserve">[19:31] </w:t>
      </w:r>
      <w:r>
        <w:t>woh zakhira ho gayi aur phir woh</w:t>
      </w:r>
    </w:p>
    <w:p>
      <w:pPr>
        <w:jc w:val="right"/>
      </w:pPr>
      <w:r>
        <w:t>وہ ذخیرہ ہو گئی اور پھر وہ</w:t>
      </w:r>
    </w:p>
    <w:p>
      <w:r>
        <w:rPr>
          <w:b/>
        </w:rPr>
        <w:t xml:space="preserve">[19:35] </w:t>
      </w:r>
      <w:r>
        <w:t>zabardast fateh ke shakal mein mili aap ko.</w:t>
      </w:r>
    </w:p>
    <w:p>
      <w:pPr>
        <w:jc w:val="right"/>
      </w:pPr>
      <w:r>
        <w:t>زبردست فتح کے شکل میں ملی آپ کو۔</w:t>
      </w:r>
    </w:p>
    <w:p>
      <w:r>
        <w:rPr>
          <w:b/>
        </w:rPr>
        <w:t xml:space="preserve">[19:40] </w:t>
      </w:r>
      <w:r>
        <w:t>aur woh kya tha? poora arab islamize ho gaya.</w:t>
      </w:r>
    </w:p>
    <w:p>
      <w:pPr>
        <w:jc w:val="right"/>
      </w:pPr>
      <w:r>
        <w:t>اور وہ کیا تھا؟ پورا عرب اسلامائز ہو گیا۔</w:t>
      </w:r>
    </w:p>
    <w:p>
      <w:r>
        <w:rPr>
          <w:b/>
        </w:rPr>
        <w:t xml:space="preserve">[19:45] </w:t>
      </w:r>
      <w:r>
        <w:t>to hum aap duaen karte hain.</w:t>
      </w:r>
    </w:p>
    <w:p>
      <w:pPr>
        <w:jc w:val="right"/>
      </w:pPr>
      <w:r>
        <w:t>تو ہم آپ دعائیں کرتے ہیں۔</w:t>
      </w:r>
    </w:p>
    <w:p>
      <w:r>
        <w:rPr>
          <w:b/>
        </w:rPr>
        <w:t xml:space="preserve">[19:50] </w:t>
      </w:r>
      <w:r>
        <w:t>har aadmi dua karta hai.</w:t>
      </w:r>
    </w:p>
    <w:p>
      <w:pPr>
        <w:jc w:val="right"/>
      </w:pPr>
      <w:r>
        <w:t>ہر آدمی دعا کرتا ہے۔</w:t>
      </w:r>
    </w:p>
    <w:p>
      <w:r>
        <w:rPr>
          <w:b/>
        </w:rPr>
        <w:t xml:space="preserve">[19:53] </w:t>
      </w:r>
      <w:r>
        <w:t>to is ko janna chahiye ke dua to banda karega lekin dua suni jayegi Allah ki</w:t>
      </w:r>
    </w:p>
    <w:p>
      <w:pPr>
        <w:jc w:val="right"/>
      </w:pPr>
      <w:r>
        <w:t>تو اس کو جاننا چاہیے کہ دعا تو بندہ کرے گا لیکن دعا سنی جائے گی اللہ کی</w:t>
      </w:r>
    </w:p>
    <w:p>
      <w:r>
        <w:rPr>
          <w:b/>
        </w:rPr>
        <w:t xml:space="preserve">[20:00] </w:t>
      </w:r>
      <w:r>
        <w:t>sunnat ke mutabiq.</w:t>
      </w:r>
    </w:p>
    <w:p>
      <w:pPr>
        <w:jc w:val="right"/>
      </w:pPr>
      <w:r>
        <w:t>سنت کے مطابق۔</w:t>
      </w:r>
    </w:p>
    <w:p>
      <w:r>
        <w:rPr>
          <w:b/>
        </w:rPr>
        <w:t xml:space="preserve">[20:04] </w:t>
      </w:r>
      <w:r>
        <w:t>Allah ki sunnat yeh hai ke bande ki dua ko apne ilm ke mutabiq woh poora karta hai</w:t>
      </w:r>
    </w:p>
    <w:p>
      <w:pPr>
        <w:jc w:val="right"/>
      </w:pPr>
      <w:r>
        <w:t>اللہ کی سنت یہ ہے کہ بندے کی دعا کو اپنے علم کے مطابق وہ پورا کرتا ہے</w:t>
      </w:r>
    </w:p>
    <w:p>
      <w:r>
        <w:rPr>
          <w:b/>
        </w:rPr>
        <w:t xml:space="preserve">[20:12] </w:t>
      </w:r>
      <w:r>
        <w:t>na ke bande ke ilm ke mutabiq.</w:t>
      </w:r>
    </w:p>
    <w:p>
      <w:pPr>
        <w:jc w:val="right"/>
      </w:pPr>
      <w:r>
        <w:t>نہ کہ بندے کے علم کے مطابق۔</w:t>
      </w:r>
    </w:p>
    <w:p>
      <w:r>
        <w:rPr>
          <w:b/>
        </w:rPr>
        <w:t xml:space="preserve">[20:15] </w:t>
      </w:r>
      <w:r>
        <w:t>bande ka ilm jo hai bohat mehdood hai.</w:t>
      </w:r>
    </w:p>
    <w:p>
      <w:pPr>
        <w:jc w:val="right"/>
      </w:pPr>
      <w:r>
        <w:t>بندے کا علم جو ہے بہت محدود ہے۔</w:t>
      </w:r>
    </w:p>
    <w:p>
      <w:r>
        <w:rPr>
          <w:b/>
        </w:rPr>
        <w:t xml:space="preserve">[20:20] </w:t>
      </w:r>
      <w:r>
        <w:t>bohat kam is ki samajh hai.</w:t>
      </w:r>
    </w:p>
    <w:p>
      <w:pPr>
        <w:jc w:val="right"/>
      </w:pPr>
      <w:r>
        <w:t>بہت کم اس کی سمجھ ہے۔</w:t>
      </w:r>
    </w:p>
    <w:p>
      <w:r>
        <w:rPr>
          <w:b/>
        </w:rPr>
        <w:t xml:space="preserve">[20:23] </w:t>
      </w:r>
      <w:r>
        <w:t>isi samajh ke andar woh mangta hai.</w:t>
      </w:r>
    </w:p>
    <w:p>
      <w:pPr>
        <w:jc w:val="right"/>
      </w:pPr>
      <w:r>
        <w:t>اسی سمجھ کے اندر وہ مانگتا ہے۔</w:t>
      </w:r>
    </w:p>
    <w:p>
      <w:r>
        <w:rPr>
          <w:b/>
        </w:rPr>
        <w:t xml:space="preserve">[20:27] </w:t>
      </w:r>
      <w:r>
        <w:t>Allah ka ilm bohat ziyada hai.</w:t>
      </w:r>
    </w:p>
    <w:p>
      <w:pPr>
        <w:jc w:val="right"/>
      </w:pPr>
      <w:r>
        <w:t>اللہ کا علم بہت زیادہ ہے۔</w:t>
      </w:r>
    </w:p>
    <w:p>
      <w:r>
        <w:rPr>
          <w:b/>
        </w:rPr>
        <w:t xml:space="preserve">[20:28] </w:t>
      </w:r>
      <w:r>
        <w:t>to agar Allah ko yeh maloom hai ke banda jo mang raha hai is se ziyada bari cheez</w:t>
      </w:r>
    </w:p>
    <w:p>
      <w:pPr>
        <w:jc w:val="right"/>
      </w:pPr>
      <w:r>
        <w:t>تو اگر اللہ کو یہ معلوم ہے کہ بندہ جو مانگ رہا ہے اس سے زیادہ بڑی چیز</w:t>
      </w:r>
    </w:p>
    <w:p>
      <w:r>
        <w:rPr>
          <w:b/>
        </w:rPr>
        <w:t xml:space="preserve">[20:35] </w:t>
      </w:r>
      <w:r>
        <w:t>is ko chahiye</w:t>
      </w:r>
    </w:p>
    <w:p>
      <w:pPr>
        <w:jc w:val="right"/>
      </w:pPr>
      <w:r>
        <w:t>اس کو چاہیے</w:t>
      </w:r>
    </w:p>
    <w:p>
      <w:r>
        <w:rPr>
          <w:b/>
        </w:rPr>
        <w:t xml:space="preserve">[20:38] </w:t>
      </w:r>
      <w:r>
        <w:t>to Allah bande ki dua ke nateejay mein is ko woh bari cheez likh deta hai</w:t>
      </w:r>
    </w:p>
    <w:p>
      <w:pPr>
        <w:jc w:val="right"/>
      </w:pPr>
      <w:r>
        <w:t>تو اللہ بندے کی دعا کے نتیجے میں اس کو وہ بڑی چیز لکھ دیتا ہے</w:t>
      </w:r>
    </w:p>
    <w:p>
      <w:r>
        <w:rPr>
          <w:b/>
        </w:rPr>
        <w:t xml:space="preserve">[20:45] </w:t>
      </w:r>
      <w:r>
        <w:t>jo isi waqt to nahi milti lekin baad ko milti hai.</w:t>
      </w:r>
    </w:p>
    <w:p>
      <w:pPr>
        <w:jc w:val="right"/>
      </w:pPr>
      <w:r>
        <w:t>جو اسی وقت تو نہیں ملتی لیکن بعد کو ملتی ہے۔</w:t>
      </w:r>
    </w:p>
    <w:p>
      <w:r>
        <w:rPr>
          <w:b/>
        </w:rPr>
        <w:t xml:space="preserve">[20:54] </w:t>
      </w:r>
      <w:r>
        <w:t>to dekhiye Allah se talluq, Allah se dua,</w:t>
      </w:r>
    </w:p>
    <w:p>
      <w:pPr>
        <w:jc w:val="right"/>
      </w:pPr>
      <w:r>
        <w:t>تو دیکھیے اللہ سے تعلق، اللہ سے دعا،</w:t>
      </w:r>
    </w:p>
    <w:p>
      <w:r>
        <w:rPr>
          <w:b/>
        </w:rPr>
        <w:t xml:space="preserve">[20:59] </w:t>
      </w:r>
      <w:r>
        <w:t>yeh jo muamla hai</w:t>
      </w:r>
    </w:p>
    <w:p>
      <w:pPr>
        <w:jc w:val="right"/>
      </w:pPr>
      <w:r>
        <w:t>یہ جو معاملہ ہے</w:t>
      </w:r>
    </w:p>
    <w:p>
      <w:r>
        <w:rPr>
          <w:b/>
        </w:rPr>
        <w:t xml:space="preserve">[21:03] </w:t>
      </w:r>
      <w:r>
        <w:t>is mein hamesha yaad rakhiye ke ek hai aap ki taraf se muamla, ek hai Allah ki taraf</w:t>
      </w:r>
    </w:p>
    <w:p>
      <w:pPr>
        <w:jc w:val="right"/>
      </w:pPr>
      <w:r>
        <w:t>اس میں ہمیشہ یاد رکھیے کہ ایک ہے آپ کی طرف سے معاملہ، ایک ہے اللہ کی طرف</w:t>
      </w:r>
    </w:p>
    <w:p>
      <w:r>
        <w:rPr>
          <w:b/>
        </w:rPr>
        <w:t xml:space="preserve">[21:09] </w:t>
      </w:r>
      <w:r>
        <w:t>se muamla. to hum apne</w:t>
      </w:r>
    </w:p>
    <w:p>
      <w:pPr>
        <w:jc w:val="right"/>
      </w:pPr>
      <w:r>
        <w:t>سے معاملہ۔ تو ہم اپنے</w:t>
      </w:r>
    </w:p>
    <w:p>
      <w:r>
        <w:rPr>
          <w:b/>
        </w:rPr>
        <w:t xml:space="preserve">[21:14] </w:t>
      </w:r>
      <w:r>
        <w:t>limited knowledge ki bana par</w:t>
      </w:r>
    </w:p>
    <w:p>
      <w:pPr>
        <w:jc w:val="right"/>
      </w:pPr>
      <w:r>
        <w:t>لمیٹڈ نالج کی بنا پر</w:t>
      </w:r>
    </w:p>
    <w:p>
      <w:r>
        <w:rPr>
          <w:b/>
        </w:rPr>
        <w:t xml:space="preserve">[21:19] </w:t>
      </w:r>
      <w:r>
        <w:t>aik rai bana letay hain ke aisa hona chahiye, waisa hona chahiye.</w:t>
      </w:r>
    </w:p>
    <w:p>
      <w:pPr>
        <w:jc w:val="right"/>
      </w:pPr>
      <w:r>
        <w:t>ایک رائے بنا لیتے ہیں کہ ایسا ہونا چاہیے، ویسا ہونا چاہیے۔</w:t>
      </w:r>
    </w:p>
    <w:p>
      <w:r>
        <w:rPr>
          <w:b/>
        </w:rPr>
        <w:t xml:space="preserve">[21:25] </w:t>
      </w:r>
      <w:r>
        <w:t>to aap duaen karte hain.</w:t>
      </w:r>
    </w:p>
    <w:p>
      <w:pPr>
        <w:jc w:val="right"/>
      </w:pPr>
      <w:r>
        <w:t>تو آپ دعائیں کرتے ہیں۔</w:t>
      </w:r>
    </w:p>
    <w:p>
      <w:r>
        <w:rPr>
          <w:b/>
        </w:rPr>
        <w:t xml:space="preserve">[21:28] </w:t>
      </w:r>
      <w:r>
        <w:t>agar aap ki niyat durust hai, agar aap sachay dil ke sath dua kar rahe hain to zaroor</w:t>
      </w:r>
    </w:p>
    <w:p>
      <w:pPr>
        <w:jc w:val="right"/>
      </w:pPr>
      <w:r>
        <w:t>اگر آپ کی نیت درست ہے، اگر آپ سچے دل کے ساتھ دعا کر رہے ہیں تو ضرور</w:t>
      </w:r>
    </w:p>
    <w:p>
      <w:r>
        <w:rPr>
          <w:b/>
        </w:rPr>
        <w:t xml:space="preserve">[21:33] </w:t>
      </w:r>
      <w:r>
        <w:t>qubool hogi woh.</w:t>
      </w:r>
    </w:p>
    <w:p>
      <w:pPr>
        <w:jc w:val="right"/>
      </w:pPr>
      <w:r>
        <w:t>قبول ہوگی وہ۔</w:t>
      </w:r>
    </w:p>
    <w:p>
      <w:r>
        <w:rPr>
          <w:b/>
        </w:rPr>
        <w:t xml:space="preserve">[21:37] </w:t>
      </w:r>
      <w:r>
        <w:t>zaroor qubool hogi.</w:t>
      </w:r>
    </w:p>
    <w:p>
      <w:pPr>
        <w:jc w:val="right"/>
      </w:pPr>
      <w:r>
        <w:t>ضرور قبول ہوگی۔</w:t>
      </w:r>
    </w:p>
    <w:p>
      <w:r>
        <w:rPr>
          <w:b/>
        </w:rPr>
        <w:t xml:space="preserve">[21:38] </w:t>
      </w:r>
      <w:r>
        <w:t>lekin qubool hone ka matlab yeh nahi hai ke isi waqt woh ho jaye.</w:t>
      </w:r>
    </w:p>
    <w:p>
      <w:pPr>
        <w:jc w:val="right"/>
      </w:pPr>
      <w:r>
        <w:t>لیکن قبول ہونے کا مطلب یہ نہیں ہے کہ اسی وقت وہ ہو جائے۔</w:t>
      </w:r>
    </w:p>
    <w:p>
      <w:r>
        <w:rPr>
          <w:b/>
        </w:rPr>
        <w:t xml:space="preserve">[21:44] </w:t>
      </w:r>
      <w:r>
        <w:t>kabhi is waqt ho jayegi, kabhi baad ko hogi.</w:t>
      </w:r>
    </w:p>
    <w:p>
      <w:pPr>
        <w:jc w:val="right"/>
      </w:pPr>
      <w:r>
        <w:t>کبھی اس وقت ہو جائے گی، کبھی بعد کو ہوگی۔</w:t>
      </w:r>
    </w:p>
    <w:p>
      <w:r>
        <w:rPr>
          <w:b/>
        </w:rPr>
        <w:t xml:space="preserve">[21:47] </w:t>
      </w:r>
      <w:r>
        <w:t>aur wahi aap ke liye zyada acha hoga.</w:t>
      </w:r>
    </w:p>
    <w:p>
      <w:pPr>
        <w:jc w:val="right"/>
      </w:pPr>
      <w:r>
        <w:t>اور وہی آپ کے لیے زیادہ اچھا ہوگا۔</w:t>
      </w:r>
    </w:p>
    <w:p>
      <w:r>
        <w:rPr>
          <w:b/>
        </w:rPr>
        <w:t xml:space="preserve">[21:52] </w:t>
      </w:r>
      <w:r>
        <w:t>wahi aap ke liye zyada acha hoga.</w:t>
      </w:r>
    </w:p>
    <w:p>
      <w:pPr>
        <w:jc w:val="right"/>
      </w:pPr>
      <w:r>
        <w:t>وہی آپ کے لیے زیادہ اچھا ہوگا۔</w:t>
      </w:r>
    </w:p>
    <w:p>
      <w:r>
        <w:rPr>
          <w:b/>
        </w:rPr>
        <w:t xml:space="preserve">[21:57] </w:t>
      </w:r>
      <w:r>
        <w:t>to is dunya mein insan ko sab se bara kaam jo karna hai woh yeh hai</w:t>
      </w:r>
    </w:p>
    <w:p>
      <w:pPr>
        <w:jc w:val="right"/>
      </w:pPr>
      <w:r>
        <w:t>تو اس دنیا میں انسان کو سب سے بڑا کام جو کرنا ہے وہ یہ ہے</w:t>
      </w:r>
    </w:p>
    <w:p>
      <w:r>
        <w:rPr>
          <w:b/>
        </w:rPr>
        <w:t xml:space="preserve">[22:04] </w:t>
      </w:r>
      <w:r>
        <w:t>ke woh apne creator ko discover kare.</w:t>
      </w:r>
    </w:p>
    <w:p>
      <w:pPr>
        <w:jc w:val="right"/>
      </w:pPr>
      <w:r>
        <w:t>کہ وہ اپنے کریٹر کو ڈسکور کرے۔</w:t>
      </w:r>
    </w:p>
    <w:p>
      <w:r>
        <w:rPr>
          <w:b/>
        </w:rPr>
        <w:t xml:space="preserve">[22:10] </w:t>
      </w:r>
      <w:r>
        <w:t>apne khalique o malik ko daryaft kare.</w:t>
      </w:r>
    </w:p>
    <w:p>
      <w:pPr>
        <w:jc w:val="right"/>
      </w:pPr>
      <w:r>
        <w:t>اپنے خالق و مالک کو دریافت کرے۔</w:t>
      </w:r>
    </w:p>
    <w:p>
      <w:r>
        <w:rPr>
          <w:b/>
        </w:rPr>
        <w:t xml:space="preserve">[22:16] </w:t>
      </w:r>
      <w:r>
        <w:t>is ke baad is se woh taluq qaim kare ke jo matlab hai.</w:t>
      </w:r>
    </w:p>
    <w:p>
      <w:pPr>
        <w:jc w:val="right"/>
      </w:pPr>
      <w:r>
        <w:t>اس کے بعد اس سے وہ تعلق قائم کرے کہ جو مطلوب ہے۔</w:t>
      </w:r>
    </w:p>
    <w:p>
      <w:r>
        <w:rPr>
          <w:b/>
        </w:rPr>
        <w:t xml:space="preserve">[22:22] </w:t>
      </w:r>
      <w:r>
        <w:t>yani ibadat ka taluq, mohabbat ka taluq, khauf ka taluq qaim kare.</w:t>
      </w:r>
    </w:p>
    <w:p>
      <w:pPr>
        <w:jc w:val="right"/>
      </w:pPr>
      <w:r>
        <w:t>یعنی عبادت کا تعلق، محبت کا تعلق، خوف کا تعلق قائم کرے۔</w:t>
      </w:r>
    </w:p>
    <w:p>
      <w:r>
        <w:rPr>
          <w:b/>
        </w:rPr>
        <w:t xml:space="preserve">[22:32] </w:t>
      </w:r>
      <w:r>
        <w:t>is ke baad aadmi duaen karega, Allah se mangega.</w:t>
      </w:r>
    </w:p>
    <w:p>
      <w:pPr>
        <w:jc w:val="right"/>
      </w:pPr>
      <w:r>
        <w:t>اس کے بعد آدمی دعائیں کرے گا، اللہ سے مانگے گا۔</w:t>
      </w:r>
    </w:p>
    <w:p>
      <w:r>
        <w:rPr>
          <w:b/>
        </w:rPr>
        <w:t xml:space="preserve">[22:40] </w:t>
      </w:r>
      <w:r>
        <w:t>to insan ko yeh janna chahiye</w:t>
      </w:r>
    </w:p>
    <w:p>
      <w:pPr>
        <w:jc w:val="right"/>
      </w:pPr>
      <w:r>
        <w:t>تو انسان کو یہ جاننا چاہیے</w:t>
      </w:r>
    </w:p>
    <w:p>
      <w:r>
        <w:rPr>
          <w:b/>
        </w:rPr>
        <w:t xml:space="preserve">[22:45] </w:t>
      </w:r>
      <w:r>
        <w:t>ke aap ko agar aap ki niyat durust hai, agar aap sach much</w:t>
      </w:r>
    </w:p>
    <w:p>
      <w:pPr>
        <w:jc w:val="right"/>
      </w:pPr>
      <w:r>
        <w:t>کہ آپ کو اگر آپ کی نیت درست ہے، اگر آپ سچ مچ</w:t>
      </w:r>
    </w:p>
    <w:p>
      <w:r>
        <w:rPr>
          <w:b/>
        </w:rPr>
        <w:t xml:space="preserve">[22:52] </w:t>
      </w:r>
      <w:r>
        <w:t>tamam sharton ko poora kar rahe hain</w:t>
      </w:r>
    </w:p>
    <w:p>
      <w:pPr>
        <w:jc w:val="right"/>
      </w:pPr>
      <w:r>
        <w:t>تمام شرطوں کو پورا کر رہے ہیں</w:t>
      </w:r>
    </w:p>
    <w:p>
      <w:r>
        <w:rPr>
          <w:b/>
        </w:rPr>
        <w:t xml:space="preserve">[22:56] </w:t>
      </w:r>
      <w:r>
        <w:t>to aap ki dua zaroor qubool hogi, zaroor qubool hogi.</w:t>
      </w:r>
    </w:p>
    <w:p>
      <w:pPr>
        <w:jc w:val="right"/>
      </w:pPr>
      <w:r>
        <w:t>تو آپ کی دعا ضرور قبول ہوگی، ضرور قبول ہوگی۔</w:t>
      </w:r>
    </w:p>
    <w:p>
      <w:r>
        <w:rPr>
          <w:b/>
        </w:rPr>
        <w:t xml:space="preserve">[22:59] </w:t>
      </w:r>
      <w:r>
        <w:t>lekin Allah ke ilm ke mutabiq qubool hogi, aap ke manne ke mutabiq nahi.</w:t>
      </w:r>
    </w:p>
    <w:p>
      <w:pPr>
        <w:jc w:val="right"/>
      </w:pPr>
      <w:r>
        <w:t>لیکن اللہ کے علم کے مطابق قبول ہوگی، آپ کے ماننے کے مطابق نہیں۔</w:t>
      </w:r>
    </w:p>
    <w:p>
      <w:r>
        <w:rPr>
          <w:b/>
        </w:rPr>
        <w:t xml:space="preserve">[23:08] </w:t>
      </w:r>
      <w:r>
        <w:t>jaisa ke main ne arz kiya ke peghambar ka is mein exception nahi hai.</w:t>
      </w:r>
    </w:p>
    <w:p>
      <w:pPr>
        <w:jc w:val="right"/>
      </w:pPr>
      <w:r>
        <w:t>جیسا کہ میں نے عرض کیا کہ پیغمبر کا اس میں ایکسیپشن نہیں ہے۔</w:t>
      </w:r>
    </w:p>
    <w:p>
      <w:r>
        <w:rPr>
          <w:b/>
        </w:rPr>
        <w:t xml:space="preserve">[23:15] </w:t>
      </w:r>
      <w:r>
        <w:t>peghambar ka bhi is mein exception nahi hai.</w:t>
      </w:r>
    </w:p>
    <w:p>
      <w:pPr>
        <w:jc w:val="right"/>
      </w:pPr>
      <w:r>
        <w:t>پیغمبر کا بھی اس میں ایکسیپشن نہیں ہے۔</w:t>
      </w:r>
    </w:p>
    <w:p>
      <w:r>
        <w:rPr>
          <w:b/>
        </w:rPr>
        <w:t xml:space="preserve">[23:22] </w:t>
      </w:r>
      <w:r>
        <w:t>main soch raha tha ke Hazrat Yusuf jab kunwein mein reh rahe honge,</w:t>
      </w:r>
    </w:p>
    <w:p>
      <w:pPr>
        <w:jc w:val="right"/>
      </w:pPr>
      <w:r>
        <w:t>میں سوچ رہا تھا کہ حضرت یوسف جب کنویں میں رہ رہے ہوں گے،</w:t>
      </w:r>
    </w:p>
    <w:p>
      <w:r>
        <w:rPr>
          <w:b/>
        </w:rPr>
        <w:t xml:space="preserve">[23:28] </w:t>
      </w:r>
      <w:r>
        <w:t>woh kunwein pani wala kunwein nahi tha, sookha kunwein tha.</w:t>
      </w:r>
    </w:p>
    <w:p>
      <w:pPr>
        <w:jc w:val="right"/>
      </w:pPr>
      <w:r>
        <w:t>وہ کنواں پانی والا کنواں نہیں تھا، سوکھا کنواں تھا۔</w:t>
      </w:r>
    </w:p>
    <w:p>
      <w:r>
        <w:rPr>
          <w:b/>
        </w:rPr>
        <w:t xml:space="preserve">[23:33] </w:t>
      </w:r>
      <w:r>
        <w:t>jab un ke bhaiyon ne daal diya tha kunwein mein to woh sookha kunwaan tha.</w:t>
      </w:r>
    </w:p>
    <w:p>
      <w:pPr>
        <w:jc w:val="right"/>
      </w:pPr>
      <w:r>
        <w:t>جب ان کے بھائیوں نے ڈال دیا تھا کنویں میں تو وہ سوکھا کنواں تھا۔</w:t>
      </w:r>
    </w:p>
    <w:p>
      <w:r>
        <w:rPr>
          <w:b/>
        </w:rPr>
        <w:t xml:space="preserve">[23:39] </w:t>
      </w:r>
      <w:r>
        <w:t>is waqt kya dua karte rahe honge?</w:t>
      </w:r>
    </w:p>
    <w:p>
      <w:pPr>
        <w:jc w:val="right"/>
      </w:pPr>
      <w:r>
        <w:t>اس وقت کیا دعا کرتے رہے ہوں گے؟</w:t>
      </w:r>
    </w:p>
    <w:p>
      <w:r>
        <w:rPr>
          <w:b/>
        </w:rPr>
        <w:t xml:space="preserve">[23:42] </w:t>
      </w:r>
      <w:r>
        <w:t>zaahir hai ke woh dua karte honge ke khuda mujhe is kunwein ki museebat se bacha.</w:t>
      </w:r>
    </w:p>
    <w:p>
      <w:pPr>
        <w:jc w:val="right"/>
      </w:pPr>
      <w:r>
        <w:t>ظاہر ہے کہ وہ دعا کرتے ہوں کہ خدا مجھے اس کنویں کی مصیبت سے بچا۔</w:t>
      </w:r>
    </w:p>
    <w:p>
      <w:r>
        <w:rPr>
          <w:b/>
        </w:rPr>
        <w:t xml:space="preserve">[23:48] </w:t>
      </w:r>
      <w:r>
        <w:t>yahi dua karte rahenge.</w:t>
      </w:r>
    </w:p>
    <w:p>
      <w:pPr>
        <w:jc w:val="right"/>
      </w:pPr>
      <w:r>
        <w:t>یہی دعا کرتے رہیں گے۔</w:t>
      </w:r>
    </w:p>
    <w:p>
      <w:r>
        <w:rPr>
          <w:b/>
        </w:rPr>
        <w:t xml:space="preserve">[23:51] </w:t>
      </w:r>
      <w:r>
        <w:t>koi use bata mujhe family mein wapas kar de.</w:t>
      </w:r>
    </w:p>
    <w:p>
      <w:pPr>
        <w:jc w:val="right"/>
      </w:pPr>
      <w:r>
        <w:t>کوئی اسے بتا مجھے فیملی میں واپس کر دے۔</w:t>
      </w:r>
    </w:p>
    <w:p>
      <w:r>
        <w:rPr>
          <w:b/>
        </w:rPr>
        <w:t xml:space="preserve">[23:56] </w:t>
      </w:r>
      <w:r>
        <w:t>gas karen, aap gas karen to kya sochenge aap?</w:t>
      </w:r>
    </w:p>
    <w:p>
      <w:pPr>
        <w:jc w:val="right"/>
      </w:pPr>
      <w:r>
        <w:t>گیس کریں، آپ گیس کریں تو کیا سوچیں گے آپ؟</w:t>
      </w:r>
    </w:p>
    <w:p>
      <w:r>
        <w:rPr>
          <w:b/>
        </w:rPr>
        <w:t xml:space="preserve">[24:01] </w:t>
      </w:r>
      <w:r>
        <w:t>is waqt hazrat yusuf yeh dua kar rahe hain ke khuda mujhe is kunwein ke museebat se nikaal,</w:t>
      </w:r>
    </w:p>
    <w:p>
      <w:pPr>
        <w:jc w:val="right"/>
      </w:pPr>
      <w:r>
        <w:t>اس وقت حضرت یوسف یہ دعا کر رہے ہیں کہ خدا مجھے اس کنویں کے مصیبت سے نکال،</w:t>
      </w:r>
    </w:p>
    <w:p>
      <w:r>
        <w:rPr>
          <w:b/>
        </w:rPr>
        <w:t xml:space="preserve">[24:05] </w:t>
      </w:r>
      <w:r>
        <w:t>museebat se mujhe apne family mein wapas kar de.</w:t>
      </w:r>
    </w:p>
    <w:p>
      <w:pPr>
        <w:jc w:val="right"/>
      </w:pPr>
      <w:r>
        <w:t>مصیبت سے مجھے اپنے فیملی میں واپس کر دے۔</w:t>
      </w:r>
    </w:p>
    <w:p>
      <w:r>
        <w:rPr>
          <w:b/>
        </w:rPr>
        <w:t xml:space="preserve">[24:12] </w:t>
      </w:r>
      <w:r>
        <w:t>to hazrat yusuf ki dua qubool hui.</w:t>
      </w:r>
    </w:p>
    <w:p>
      <w:pPr>
        <w:jc w:val="right"/>
      </w:pPr>
      <w:r>
        <w:t>تو حضرت یوسف کی دعا قبول ہوئی۔</w:t>
      </w:r>
    </w:p>
    <w:p>
      <w:r>
        <w:rPr>
          <w:b/>
        </w:rPr>
        <w:t xml:space="preserve">[24:16] </w:t>
      </w:r>
      <w:r>
        <w:t>lekin ek aur hi shakal mein</w:t>
      </w:r>
    </w:p>
    <w:p>
      <w:pPr>
        <w:jc w:val="right"/>
      </w:pPr>
      <w:r>
        <w:t>لیکن ایک اور ہی شکل میں</w:t>
      </w:r>
    </w:p>
    <w:p>
      <w:r>
        <w:rPr>
          <w:b/>
        </w:rPr>
        <w:t xml:space="preserve">[24:19] </w:t>
      </w:r>
      <w:r>
        <w:t>woh yeh ke hazrat yusuf ko misr pahuncha diya gaya.</w:t>
      </w:r>
    </w:p>
    <w:p>
      <w:pPr>
        <w:jc w:val="right"/>
      </w:pPr>
      <w:r>
        <w:t>وہ یہ کہ حضرت یوسف کو مصر پہنچا دیا گیا۔</w:t>
      </w:r>
    </w:p>
    <w:p>
      <w:r>
        <w:rPr>
          <w:b/>
        </w:rPr>
        <w:t xml:space="preserve">[24:23] </w:t>
      </w:r>
      <w:r>
        <w:t>aur wahan par un ko ek bohat bada</w:t>
      </w:r>
    </w:p>
    <w:p>
      <w:pPr>
        <w:jc w:val="right"/>
      </w:pPr>
      <w:r>
        <w:t>اور وہاں پر ان کو ایک بہت بڑا</w:t>
      </w:r>
    </w:p>
    <w:p>
      <w:r>
        <w:rPr>
          <w:b/>
        </w:rPr>
        <w:t xml:space="preserve">[24:27] </w:t>
      </w:r>
      <w:r>
        <w:t>darja mil gaya jo badshah ke</w:t>
      </w:r>
    </w:p>
    <w:p>
      <w:pPr>
        <w:jc w:val="right"/>
      </w:pPr>
      <w:r>
        <w:t>درجہ مل گیا جو بادشاہ کے</w:t>
      </w:r>
    </w:p>
    <w:p>
      <w:r>
        <w:rPr>
          <w:b/>
        </w:rPr>
        <w:t xml:space="preserve">[24:33] </w:t>
      </w:r>
      <w:r>
        <w:t>baad number do ka darja tha.</w:t>
      </w:r>
    </w:p>
    <w:p>
      <w:pPr>
        <w:jc w:val="right"/>
      </w:pPr>
      <w:r>
        <w:t>بعد نمبر دو کا درجہ تھا۔</w:t>
      </w:r>
    </w:p>
    <w:p>
      <w:r>
        <w:rPr>
          <w:b/>
        </w:rPr>
        <w:t xml:space="preserve">[24:38] </w:t>
      </w:r>
      <w:r>
        <w:t>to manga, manga hoga yeh baat ke kunwein se nikaal mujhe allah aur mujhe family mein pahuncha de</w:t>
      </w:r>
    </w:p>
    <w:p>
      <w:pPr>
        <w:jc w:val="right"/>
      </w:pPr>
      <w:r>
        <w:t>تو مانگا، مانگا ہوگا یہ بات کہ کنویں سے نکال مجھے اللہ اور مجھے فیملی میں پہنچا دے</w:t>
      </w:r>
    </w:p>
    <w:p>
      <w:r>
        <w:rPr>
          <w:b/>
        </w:rPr>
        <w:t xml:space="preserve">[24:44] </w:t>
      </w:r>
      <w:r>
        <w:t>wapas. lekin mila is se bohat badi baat, badi cheez jo is waqt socha nahi hoga, hazrat yusuf</w:t>
      </w:r>
    </w:p>
    <w:p>
      <w:pPr>
        <w:jc w:val="right"/>
      </w:pPr>
      <w:r>
        <w:t>واپس۔ لیکن ملا اس سے بہت بڑی بات، بڑی چیز جو اس وقت سوچا نہیں ہوگا، حضرت یوسف</w:t>
      </w:r>
    </w:p>
    <w:p>
      <w:r>
        <w:rPr>
          <w:b/>
        </w:rPr>
        <w:t xml:space="preserve">[24:51] </w:t>
      </w:r>
      <w:r>
        <w:t>ne socha nahi hoga.</w:t>
      </w:r>
    </w:p>
    <w:p>
      <w:pPr>
        <w:jc w:val="right"/>
      </w:pPr>
      <w:r>
        <w:t>نے سوچا نہیں ہوگا۔</w:t>
      </w:r>
    </w:p>
    <w:p>
      <w:r>
        <w:rPr>
          <w:b/>
        </w:rPr>
        <w:t xml:space="preserve">[24:54] </w:t>
      </w:r>
      <w:r>
        <w:t>to yaad rakhiye,</w:t>
      </w:r>
    </w:p>
    <w:p>
      <w:pPr>
        <w:jc w:val="right"/>
      </w:pPr>
      <w:r>
        <w:t>تو یاد رکھیے،</w:t>
      </w:r>
    </w:p>
    <w:p>
      <w:r>
        <w:rPr>
          <w:b/>
        </w:rPr>
        <w:t xml:space="preserve">[24:57] </w:t>
      </w:r>
      <w:r>
        <w:t>allah ki daryaft, allah se taalluq, allah se duaen, allah ka shukr karna,</w:t>
      </w:r>
    </w:p>
    <w:p>
      <w:pPr>
        <w:jc w:val="right"/>
      </w:pPr>
      <w:r>
        <w:t>اللہ کی دریافت، اللہ سے تعلق، اللہ سے دعائیں، اللہ کا شکر کرنا،</w:t>
      </w:r>
    </w:p>
    <w:p>
      <w:r>
        <w:rPr>
          <w:b/>
        </w:rPr>
        <w:t xml:space="preserve">[25:05] </w:t>
      </w:r>
      <w:r>
        <w:t>yeh waghera yeh sab cheezen bilashubah</w:t>
      </w:r>
    </w:p>
    <w:p>
      <w:pPr>
        <w:jc w:val="right"/>
      </w:pPr>
      <w:r>
        <w:t>یہ وغیرہ یہ سب چیزیں بلاشبہ</w:t>
      </w:r>
    </w:p>
    <w:p>
      <w:r>
        <w:rPr>
          <w:b/>
        </w:rPr>
        <w:t xml:space="preserve">[25:10] </w:t>
      </w:r>
      <w:r>
        <w:t>matloob hain. yeh asal hai.</w:t>
      </w:r>
    </w:p>
    <w:p>
      <w:pPr>
        <w:jc w:val="right"/>
      </w:pPr>
      <w:r>
        <w:t>مطلوب ہیں۔ یہ اصل ہے۔</w:t>
      </w:r>
    </w:p>
    <w:p>
      <w:r>
        <w:rPr>
          <w:b/>
        </w:rPr>
        <w:t xml:space="preserve">[25:12] </w:t>
      </w:r>
      <w:r>
        <w:t>lekin banda apne apne mindset se raaye bana leta hai, yeh galat hai.</w:t>
      </w:r>
    </w:p>
    <w:p>
      <w:pPr>
        <w:jc w:val="right"/>
      </w:pPr>
      <w:r>
        <w:t>لیکن بندہ اپنے اپنے مائنڈ سیٹ سے رائے بنا لیتا ہے، یہ غلط ہے۔</w:t>
      </w:r>
    </w:p>
    <w:p>
      <w:r>
        <w:rPr>
          <w:b/>
        </w:rPr>
        <w:t xml:space="preserve">[25:21] </w:t>
      </w:r>
      <w:r>
        <w:t>kyunki apne mindset se aap raaye banayenge to aap kai baar aap ko mayoosi hogi ke</w:t>
      </w:r>
    </w:p>
    <w:p>
      <w:pPr>
        <w:jc w:val="right"/>
      </w:pPr>
      <w:r>
        <w:t>کیونکہ اپنے مائنڈ سیٹ سے آپ رائے بنائیں گے تو آپ کئی بار آپ کو مایوسی ہوگی کہ</w:t>
      </w:r>
    </w:p>
    <w:p>
      <w:r>
        <w:rPr>
          <w:b/>
        </w:rPr>
        <w:t xml:space="preserve">[25:26] </w:t>
      </w:r>
      <w:r>
        <w:t>meri to suni nahi gayi, meri to baat to allah ne qabool nahi ki.</w:t>
      </w:r>
    </w:p>
    <w:p>
      <w:pPr>
        <w:jc w:val="right"/>
      </w:pPr>
      <w:r>
        <w:t>میری تو سنی نہیں گئی، میری تو بات تو اللہ نے قبول نہیں کی۔</w:t>
      </w:r>
    </w:p>
    <w:p>
      <w:r>
        <w:rPr>
          <w:b/>
        </w:rPr>
        <w:t xml:space="preserve">[25:34] </w:t>
      </w:r>
      <w:r>
        <w:t>to dua kijiye</w:t>
      </w:r>
    </w:p>
    <w:p>
      <w:pPr>
        <w:jc w:val="right"/>
      </w:pPr>
      <w:r>
        <w:t>تو دعا کیجئے</w:t>
      </w:r>
    </w:p>
    <w:p>
      <w:r>
        <w:rPr>
          <w:b/>
        </w:rPr>
        <w:t xml:space="preserve">[25:38] </w:t>
      </w:r>
      <w:r>
        <w:t>apne mind se,</w:t>
      </w:r>
    </w:p>
    <w:p>
      <w:pPr>
        <w:jc w:val="right"/>
      </w:pPr>
      <w:r>
        <w:t>اپنے مائنڈ سے،</w:t>
      </w:r>
    </w:p>
    <w:p>
      <w:r>
        <w:rPr>
          <w:b/>
        </w:rPr>
        <w:t xml:space="preserve">[25:40] </w:t>
      </w:r>
      <w:r>
        <w:t>apne mindset se.</w:t>
      </w:r>
    </w:p>
    <w:p>
      <w:pPr>
        <w:jc w:val="right"/>
      </w:pPr>
      <w:r>
        <w:t>اپنے مائنڈ سیٹ سے۔</w:t>
      </w:r>
    </w:p>
    <w:p>
      <w:r>
        <w:rPr>
          <w:b/>
        </w:rPr>
        <w:t xml:space="preserve">[25:41] </w:t>
      </w:r>
      <w:r>
        <w:t>lekin qabooliyat ke mamle mein aap bharosa kijiye Allah ke mindset par.</w:t>
      </w:r>
    </w:p>
    <w:p>
      <w:pPr>
        <w:jc w:val="right"/>
      </w:pPr>
      <w:r>
        <w:t>لیکن قبولیت کے معاملے میں آپ بھروسہ کیجئے اللہ کے مائنڈ سیٹ پر۔</w:t>
      </w:r>
    </w:p>
    <w:p>
      <w:r>
        <w:rPr>
          <w:b/>
        </w:rPr>
        <w:t xml:space="preserve">[25:52] </w:t>
      </w:r>
      <w:r>
        <w:t>ek shakla bande ka hai, ek shakla Allah ka hai.</w:t>
      </w:r>
    </w:p>
    <w:p>
      <w:pPr>
        <w:jc w:val="right"/>
      </w:pPr>
      <w:r>
        <w:t>ایک شاکلہ بندے کا ہے، ایک شاکلہ اللہ کا ہے۔</w:t>
      </w:r>
    </w:p>
    <w:p>
      <w:r>
        <w:rPr>
          <w:b/>
        </w:rPr>
        <w:t xml:space="preserve">[25:59] </w:t>
      </w:r>
      <w:r>
        <w:t>to aap dua mangiye apne shakle se.</w:t>
      </w:r>
    </w:p>
    <w:p>
      <w:pPr>
        <w:jc w:val="right"/>
      </w:pPr>
      <w:r>
        <w:t>تو آپ دعا مانگیے اپنے شاکلہ سے۔</w:t>
      </w:r>
    </w:p>
    <w:p>
      <w:r>
        <w:rPr>
          <w:b/>
        </w:rPr>
        <w:t xml:space="preserve">[26:02] </w:t>
      </w:r>
      <w:r>
        <w:t>lekin qabooliyat ke mamle ko aap Allah ke shakle ke hawale kijie.</w:t>
      </w:r>
    </w:p>
    <w:p>
      <w:pPr>
        <w:jc w:val="right"/>
      </w:pPr>
      <w:r>
        <w:t>لیکن قبولیت کے معاملے کو آپ اللہ کے شاکلے کے حوالے کیجئے۔</w:t>
      </w:r>
    </w:p>
    <w:p>
      <w:r>
        <w:rPr>
          <w:b/>
        </w:rPr>
        <w:t xml:space="preserve">[26:09] </w:t>
      </w:r>
      <w:r>
        <w:t>tab aap apne ko mayusi se bacha payenge.</w:t>
      </w:r>
    </w:p>
    <w:p>
      <w:pPr>
        <w:jc w:val="right"/>
      </w:pPr>
      <w:r>
        <w:t>تب آپ اپنے کو مایوسی سے بچا پائیں گے۔</w:t>
      </w:r>
    </w:p>
    <w:p>
      <w:r>
        <w:rPr>
          <w:b/>
        </w:rPr>
        <w:t xml:space="preserve">[26:14] </w:t>
      </w:r>
      <w:r>
        <w:t>mayusi se. kyunke aksar aisa hota hai ke insaan ek situation mein hota hai.</w:t>
      </w:r>
    </w:p>
    <w:p>
      <w:pPr>
        <w:jc w:val="right"/>
      </w:pPr>
      <w:r>
        <w:t>مایوسی سے۔ کیونکہ اکثر ایسا ہوتا ہے کہ انسان ایک سچویشن میں ہوتا ہے۔</w:t>
      </w:r>
    </w:p>
    <w:p>
      <w:r>
        <w:rPr>
          <w:b/>
        </w:rPr>
        <w:t xml:space="preserve">[26:25] </w:t>
      </w:r>
      <w:r>
        <w:t>is situation ke mutabiq</w:t>
      </w:r>
    </w:p>
    <w:p>
      <w:pPr>
        <w:jc w:val="right"/>
      </w:pPr>
      <w:r>
        <w:t>اس سچویشن کے مطابق</w:t>
      </w:r>
    </w:p>
    <w:p>
      <w:r>
        <w:rPr>
          <w:b/>
        </w:rPr>
        <w:t xml:space="preserve">[26:27] </w:t>
      </w:r>
      <w:r>
        <w:t>iska ek mind banta hai.</w:t>
      </w:r>
    </w:p>
    <w:p>
      <w:pPr>
        <w:jc w:val="right"/>
      </w:pPr>
      <w:r>
        <w:t>اس کا ایک مائنڈ بنتا ہے۔</w:t>
      </w:r>
    </w:p>
    <w:p>
      <w:r>
        <w:rPr>
          <w:b/>
        </w:rPr>
        <w:t xml:space="preserve">[26:30] </w:t>
      </w:r>
      <w:r>
        <w:t>wo chahta hai ke mujhe yeh cheez mil jaye, mujhe woh cheez mil jaye.</w:t>
      </w:r>
    </w:p>
    <w:p>
      <w:pPr>
        <w:jc w:val="right"/>
      </w:pPr>
      <w:r>
        <w:t>وہ چاہتا ہے کہ مجھے یہ چیز مل جائے، مجھے وہ چیز مل جائے۔</w:t>
      </w:r>
    </w:p>
    <w:p>
      <w:r>
        <w:rPr>
          <w:b/>
        </w:rPr>
        <w:t xml:space="preserve">[26:37] </w:t>
      </w:r>
      <w:r>
        <w:t>lekin Allah ka ilm jo muheet hai, jo present se le kar future tak ko cover kar raha</w:t>
      </w:r>
    </w:p>
    <w:p>
      <w:pPr>
        <w:jc w:val="right"/>
      </w:pPr>
      <w:r>
        <w:t>لیکن اللہ کا علم جو محیط ہے، جو پریزنٹ سے لے کر فیوچر تک کو کور کر رہا</w:t>
      </w:r>
    </w:p>
    <w:p>
      <w:r>
        <w:rPr>
          <w:b/>
        </w:rPr>
        <w:t xml:space="preserve">[26:44] </w:t>
      </w:r>
      <w:r>
        <w:t>hai. to dekhiye, insaan present ko le kar dua karta hai.</w:t>
      </w:r>
    </w:p>
    <w:p>
      <w:pPr>
        <w:jc w:val="right"/>
      </w:pPr>
      <w:r>
        <w:t>ہے۔ تو دیکھیے، انسان پریزنٹ کو لے کر دعا کرتا ہے۔</w:t>
      </w:r>
    </w:p>
    <w:p>
      <w:r>
        <w:rPr>
          <w:b/>
        </w:rPr>
        <w:t xml:space="preserve">[26:52] </w:t>
      </w:r>
      <w:r>
        <w:t>Allah future ko le kar isko qabool karta hai.</w:t>
      </w:r>
    </w:p>
    <w:p>
      <w:pPr>
        <w:jc w:val="right"/>
      </w:pPr>
      <w:r>
        <w:t>اللہ فیوچر کو لے کر اس کو قبول کرتا ہے۔</w:t>
      </w:r>
    </w:p>
    <w:p>
      <w:r>
        <w:rPr>
          <w:b/>
        </w:rPr>
        <w:t xml:space="preserve">[26:57] </w:t>
      </w:r>
      <w:r>
        <w:t>isko hamesha yaad rakhiye</w:t>
      </w:r>
    </w:p>
    <w:p>
      <w:pPr>
        <w:jc w:val="right"/>
      </w:pPr>
      <w:r>
        <w:t>اس کو ہمیشہ یاد رکھیے</w:t>
      </w:r>
    </w:p>
    <w:p>
      <w:r>
        <w:rPr>
          <w:b/>
        </w:rPr>
        <w:t xml:space="preserve">[27:00] </w:t>
      </w:r>
      <w:r>
        <w:t>ke insaan jab bhi dua karega, jab bhi to wo present ko le kar dua karega.</w:t>
      </w:r>
    </w:p>
    <w:p>
      <w:pPr>
        <w:jc w:val="right"/>
      </w:pPr>
      <w:r>
        <w:t>کہ انسان جب بھی دعا کرے گا، جب بھی تو وہ پریزنٹ کو لے کر دعا کرے گا۔</w:t>
      </w:r>
    </w:p>
    <w:p>
      <w:r>
        <w:rPr>
          <w:b/>
        </w:rPr>
        <w:t xml:space="preserve">[27:08] </w:t>
      </w:r>
      <w:r>
        <w:t>lekin Allah kabhi bhi sirf present ko nahi dekhta, wo future ko dekhta hai.</w:t>
      </w:r>
    </w:p>
    <w:p>
      <w:pPr>
        <w:jc w:val="right"/>
      </w:pPr>
      <w:r>
        <w:t>لیکن اللہ کبھی بھی صرف پریزنٹ کو نہیں دیکھتا، وہ فیوچر کو دیکھتا ہے۔</w:t>
      </w:r>
    </w:p>
    <w:p>
      <w:r>
        <w:rPr>
          <w:b/>
        </w:rPr>
        <w:t xml:space="preserve">[27:15] </w:t>
      </w:r>
      <w:r>
        <w:t>to Allah ne agar aap ki dua ko pasand kiya hai to future ke lehaz se isko</w:t>
      </w:r>
    </w:p>
    <w:p>
      <w:pPr>
        <w:jc w:val="right"/>
      </w:pPr>
      <w:r>
        <w:t>تو اللہ نے اگر آپ کی دعا کو پسند کیا ہے تو فیوچر کے لحاظ سے اس کو</w:t>
      </w:r>
    </w:p>
    <w:p>
      <w:r>
        <w:rPr>
          <w:b/>
        </w:rPr>
        <w:t xml:space="preserve">[27:21] </w:t>
      </w:r>
      <w:r>
        <w:t>qabool karega.</w:t>
      </w:r>
    </w:p>
    <w:p>
      <w:pPr>
        <w:jc w:val="right"/>
      </w:pPr>
      <w:r>
        <w:t>قبول کرے گا۔</w:t>
      </w:r>
    </w:p>
    <w:p>
      <w:r>
        <w:rPr>
          <w:b/>
        </w:rPr>
        <w:t xml:space="preserve">[27:26] </w:t>
      </w:r>
      <w:r>
        <w:t>yani mangenge aap present ke lehaz se, milega aap ko future ke lehaz se.</w:t>
      </w:r>
    </w:p>
    <w:p>
      <w:pPr>
        <w:jc w:val="right"/>
      </w:pPr>
      <w:r>
        <w:t>یعنی مانگیں گے آپ پریزنٹ کے لحاظ سے، ملے گا آپ کو فیوچر کے لحاظ سے۔</w:t>
      </w:r>
    </w:p>
    <w:p>
      <w:r>
        <w:rPr>
          <w:b/>
        </w:rPr>
        <w:t xml:space="preserve">[27:32] </w:t>
      </w:r>
      <w:r>
        <w:t>yeh bohat hi important point hai.</w:t>
      </w:r>
    </w:p>
    <w:p>
      <w:pPr>
        <w:jc w:val="right"/>
      </w:pPr>
      <w:r>
        <w:t>یہ بہت ہی امپورٹنٹ پوائنٹ ہے۔</w:t>
      </w:r>
    </w:p>
    <w:p>
      <w:r>
        <w:rPr>
          <w:b/>
        </w:rPr>
        <w:t xml:space="preserve">[27:37] </w:t>
      </w:r>
      <w:r>
        <w:t>agar koi banda sacha banda hai, sache dil se wo mang raha hai</w:t>
      </w:r>
    </w:p>
    <w:p>
      <w:pPr>
        <w:jc w:val="right"/>
      </w:pPr>
      <w:r>
        <w:t>اگر کوئی بندہ سچا بندہ ہے، سچے دل سے وہ مانگ رہا ہے</w:t>
      </w:r>
    </w:p>
    <w:p>
      <w:r>
        <w:rPr>
          <w:b/>
        </w:rPr>
        <w:t xml:space="preserve">[27:45] </w:t>
      </w:r>
      <w:r>
        <w:t>aur uski dua genuine bhi hai</w:t>
      </w:r>
    </w:p>
    <w:p>
      <w:pPr>
        <w:jc w:val="right"/>
      </w:pPr>
      <w:r>
        <w:t>اور اس کی دعا جینون بھی ہے</w:t>
      </w:r>
    </w:p>
    <w:p>
      <w:r>
        <w:rPr>
          <w:b/>
        </w:rPr>
        <w:t xml:space="preserve">[27:50] </w:t>
      </w:r>
      <w:r>
        <w:t>to zaroor wo qabool hogi, zaroor qabool hogi.</w:t>
      </w:r>
    </w:p>
    <w:p>
      <w:pPr>
        <w:jc w:val="right"/>
      </w:pPr>
      <w:r>
        <w:t>تو ضرور وہ قبول ہوگی، ضرور قبول ہوگی۔</w:t>
      </w:r>
    </w:p>
    <w:p>
      <w:r>
        <w:rPr>
          <w:b/>
        </w:rPr>
        <w:t xml:space="preserve">[27:53] </w:t>
      </w:r>
      <w:r>
        <w:t>lekin isko kabhi mat bhulie</w:t>
      </w:r>
    </w:p>
    <w:p>
      <w:pPr>
        <w:jc w:val="right"/>
      </w:pPr>
      <w:r>
        <w:t>لیکن اس کو کبھی مت بھولیے</w:t>
      </w:r>
    </w:p>
    <w:p>
      <w:r>
        <w:rPr>
          <w:b/>
        </w:rPr>
        <w:t xml:space="preserve">[27:57] </w:t>
      </w:r>
      <w:r>
        <w:t>keh banda mange ga present ke aitbaar se</w:t>
      </w:r>
    </w:p>
    <w:p>
      <w:pPr>
        <w:jc w:val="right"/>
      </w:pPr>
      <w:r>
        <w:t>کہ بندہ مانگے گا پریزنٹ کے اعتبار سے</w:t>
      </w:r>
    </w:p>
    <w:p>
      <w:r>
        <w:rPr>
          <w:b/>
        </w:rPr>
        <w:t xml:space="preserve">[28:02] </w:t>
      </w:r>
      <w:r>
        <w:t>aur Khuda qabool kare ga future ke aitbaar se.</w:t>
      </w:r>
    </w:p>
    <w:p>
      <w:pPr>
        <w:jc w:val="right"/>
      </w:pPr>
      <w:r>
        <w:t>اور خدا قبول کرے گا فیوچر کے اعتبار سے۔</w:t>
      </w:r>
    </w:p>
    <w:p>
      <w:r>
        <w:rPr>
          <w:b/>
        </w:rPr>
        <w:t xml:space="preserve">[28:08] </w:t>
      </w:r>
      <w:r>
        <w:t>jab aap ki soch yeh rahe gi to aap kabhi mayoos nahi honge.</w:t>
      </w:r>
    </w:p>
    <w:p>
      <w:pPr>
        <w:jc w:val="right"/>
      </w:pPr>
      <w:r>
        <w:t>جب آپ کی سوچ یہ رہے گی تو آپ کبھی مایوس نہیں ہوں گے۔</w:t>
      </w:r>
    </w:p>
    <w:p>
      <w:r>
        <w:rPr>
          <w:b/>
        </w:rPr>
        <w:t xml:space="preserve">[28:14] </w:t>
      </w:r>
      <w:r>
        <w:t>aap ki positivity kabhi khatam nahi hogi.</w:t>
      </w:r>
    </w:p>
    <w:p>
      <w:pPr>
        <w:jc w:val="right"/>
      </w:pPr>
      <w:r>
        <w:t>آپ کی پازیٹیوٹی کبھی ختم نہیں ہوگی۔</w:t>
      </w:r>
    </w:p>
    <w:p>
      <w:r>
        <w:rPr>
          <w:b/>
        </w:rPr>
        <w:t xml:space="preserve">[28:19] </w:t>
      </w:r>
      <w:r>
        <w:t>aap ke andar kabhi negative thinking nahi aye gi.</w:t>
      </w:r>
    </w:p>
    <w:p>
      <w:pPr>
        <w:jc w:val="right"/>
      </w:pPr>
      <w:r>
        <w:t>آپ کے اندر کبھی نیگیٹیو تھنکنگ نہیں آئے گی۔</w:t>
      </w:r>
    </w:p>
    <w:p>
      <w:r>
        <w:rPr>
          <w:b/>
        </w:rPr>
        <w:t xml:space="preserve">[28:24] </w:t>
      </w:r>
      <w:r>
        <w:t>sab se zyada</w:t>
      </w:r>
    </w:p>
    <w:p>
      <w:pPr>
        <w:jc w:val="right"/>
      </w:pPr>
      <w:r>
        <w:t>سب سے زیادہ</w:t>
      </w:r>
    </w:p>
    <w:p>
      <w:r>
        <w:rPr>
          <w:b/>
        </w:rPr>
        <w:t xml:space="preserve">[28:27] </w:t>
      </w:r>
      <w:r>
        <w:t>jo insaan jis mein mubtala hai, sari dunya ke log woh negative thinking.</w:t>
      </w:r>
    </w:p>
    <w:p>
      <w:pPr>
        <w:jc w:val="right"/>
      </w:pPr>
      <w:r>
        <w:t>جو انسان جس میں مبتلا ہے، ساری دنیا کے لوگ وہ نیگیٹیو تھنکنگ۔</w:t>
      </w:r>
    </w:p>
    <w:p>
      <w:r>
        <w:rPr>
          <w:b/>
        </w:rPr>
        <w:t xml:space="preserve">[28:32] </w:t>
      </w:r>
      <w:r>
        <w:t>har aadmi kahin na kahin negative ho jata hai.</w:t>
      </w:r>
    </w:p>
    <w:p>
      <w:pPr>
        <w:jc w:val="right"/>
      </w:pPr>
      <w:r>
        <w:t>ہر آدمی کہیں نہ کہیں نیگیٹو ہو جاتا ہے۔</w:t>
      </w:r>
    </w:p>
    <w:p>
      <w:r>
        <w:rPr>
          <w:b/>
        </w:rPr>
        <w:t xml:space="preserve">[28:35] </w:t>
      </w:r>
      <w:r>
        <w:t>har aadmi chota bara</w:t>
      </w:r>
    </w:p>
    <w:p>
      <w:pPr>
        <w:jc w:val="right"/>
      </w:pPr>
      <w:r>
        <w:t>ہر آدمی چھوٹا بڑا</w:t>
      </w:r>
    </w:p>
    <w:p>
      <w:r>
        <w:rPr>
          <w:b/>
        </w:rPr>
        <w:t xml:space="preserve">[28:40] </w:t>
      </w:r>
      <w:r>
        <w:t>jisko dekhiye, kahin na kahin woh negative ho jata hai.</w:t>
      </w:r>
    </w:p>
    <w:p>
      <w:pPr>
        <w:jc w:val="right"/>
      </w:pPr>
      <w:r>
        <w:t>جس کو دیکھیے، کہیں نہ کہیں وہ نیگیٹو ہو جاتا ہے۔</w:t>
      </w:r>
    </w:p>
    <w:p>
      <w:r>
        <w:rPr>
          <w:b/>
        </w:rPr>
        <w:t xml:space="preserve">[28:48] </w:t>
      </w:r>
      <w:r>
        <w:t>kal mere paas ek sahab aaye, kal ki baat hai</w:t>
      </w:r>
    </w:p>
    <w:p>
      <w:pPr>
        <w:jc w:val="right"/>
      </w:pPr>
      <w:r>
        <w:t>کل میرے پاس ایک صاحب آئے، کل کی بات ہے</w:t>
      </w:r>
    </w:p>
    <w:p>
      <w:r>
        <w:rPr>
          <w:b/>
        </w:rPr>
        <w:t xml:space="preserve">[28:55] </w:t>
      </w:r>
      <w:r>
        <w:t>to India par kuch baat hone lagi to kehne lage ke aap ki baat theek hai, sab sab</w:t>
      </w:r>
    </w:p>
    <w:p>
      <w:pPr>
        <w:jc w:val="right"/>
      </w:pPr>
      <w:r>
        <w:t>تو انڈیا پر کچھ بات ہونے لگی تو کہنے لگے کہ آپ کی بات ٹھیک ہے، سب سب</w:t>
      </w:r>
    </w:p>
    <w:p>
      <w:r>
        <w:rPr>
          <w:b/>
        </w:rPr>
        <w:t xml:space="preserve">[29:02] </w:t>
      </w:r>
      <w:r>
        <w:t>ٹھیک ہے لیکن India میں تو description ہوتا ہے، یہاں</w:t>
      </w:r>
    </w:p>
    <w:p>
      <w:pPr>
        <w:jc w:val="right"/>
      </w:pPr>
      <w:r>
        <w:t>ٹھیک ہے لیکن انڈیا میں تو ڈسکرپشن ہوتا ہے، یہاں</w:t>
      </w:r>
    </w:p>
    <w:p>
      <w:r>
        <w:rPr>
          <w:b/>
        </w:rPr>
        <w:t xml:space="preserve">[29:07] </w:t>
      </w:r>
      <w:r>
        <w:t>right hote hain, yahan musalmanon ke sath</w:t>
      </w:r>
    </w:p>
    <w:p>
      <w:pPr>
        <w:jc w:val="right"/>
      </w:pPr>
      <w:r>
        <w:t>رائٹ ہوتے ہیں، یہاں مسلمانوں کے ساتھ</w:t>
      </w:r>
    </w:p>
    <w:p>
      <w:r>
        <w:rPr>
          <w:b/>
        </w:rPr>
        <w:t xml:space="preserve">[29:11] </w:t>
      </w:r>
      <w:r>
        <w:t>taassub muamla kiya jata hai.</w:t>
      </w:r>
    </w:p>
    <w:p>
      <w:pPr>
        <w:jc w:val="right"/>
      </w:pPr>
      <w:r>
        <w:t>تعصب معاملہ کیا جاتا ہے۔</w:t>
      </w:r>
    </w:p>
    <w:p>
      <w:r>
        <w:rPr>
          <w:b/>
        </w:rPr>
        <w:t xml:space="preserve">[29:16] </w:t>
      </w:r>
      <w:r>
        <w:t>to maine un se poocha ke aap ke bachche hain? kaha ke haan.</w:t>
      </w:r>
    </w:p>
    <w:p>
      <w:pPr>
        <w:jc w:val="right"/>
      </w:pPr>
      <w:r>
        <w:t>تو میں نے ان سے پوچھا کہ آپ کے بچے ہیں؟ کہا کہ ہاں۔</w:t>
      </w:r>
    </w:p>
    <w:p>
      <w:r>
        <w:rPr>
          <w:b/>
        </w:rPr>
        <w:t xml:space="preserve">[29:21] </w:t>
      </w:r>
      <w:r>
        <w:t>to maine kaha aap bachchon ke bohat bure baap hain.</w:t>
      </w:r>
    </w:p>
    <w:p>
      <w:pPr>
        <w:jc w:val="right"/>
      </w:pPr>
      <w:r>
        <w:t>تو میں نے کہا آپ بچوں کے بہت برے باپ ہیں۔</w:t>
      </w:r>
    </w:p>
    <w:p>
      <w:r>
        <w:rPr>
          <w:b/>
        </w:rPr>
        <w:t xml:space="preserve">[29:27] </w:t>
      </w:r>
      <w:r>
        <w:t>aap apne bachchon ke bohat bure baap hain.</w:t>
      </w:r>
    </w:p>
    <w:p>
      <w:pPr>
        <w:jc w:val="right"/>
      </w:pPr>
      <w:r>
        <w:t>آپ اپنے بچوں کے بہت برے باپ ہیں۔</w:t>
      </w:r>
    </w:p>
    <w:p>
      <w:r>
        <w:rPr>
          <w:b/>
        </w:rPr>
        <w:t xml:space="preserve">[29:30] </w:t>
      </w:r>
      <w:r>
        <w:t>kyon ghar mein yahi sab kehte honge aap?</w:t>
      </w:r>
    </w:p>
    <w:p>
      <w:pPr>
        <w:jc w:val="right"/>
      </w:pPr>
      <w:r>
        <w:t>کیوں گھر میں یہی سب کہتے ہوں گے آپ؟</w:t>
      </w:r>
    </w:p>
    <w:p>
      <w:r>
        <w:rPr>
          <w:b/>
        </w:rPr>
        <w:t xml:space="preserve">[29:36] </w:t>
      </w:r>
      <w:r>
        <w:t>maine kaha jo dunya bhar mein maseeh naujawan military se phanse hue hain, woh is ke baap</w:t>
      </w:r>
    </w:p>
    <w:p>
      <w:pPr>
        <w:jc w:val="right"/>
      </w:pPr>
      <w:r>
        <w:t>میں نے کہا جو دنیا بھر میں مسیح نوجوان ملٹری سے پھنسے ہوئے ہیں، وہ اس کے باپ</w:t>
      </w:r>
    </w:p>
    <w:p>
      <w:r>
        <w:rPr>
          <w:b/>
        </w:rPr>
        <w:t xml:space="preserve">[29:42] </w:t>
      </w:r>
      <w:r>
        <w:t>ہیں۔ یہ کہا جاتا ہے کہ Muslim youth کیوں militant ہو گیا ہے۔</w:t>
      </w:r>
    </w:p>
    <w:p>
      <w:pPr>
        <w:jc w:val="right"/>
      </w:pPr>
      <w:r>
        <w:t>ہیں۔ یہ کہا جاتا ہے کہ مسلم یوتھ کیوں ملٹنٹ ہو گیا ہے۔</w:t>
      </w:r>
    </w:p>
    <w:p>
      <w:r>
        <w:rPr>
          <w:b/>
        </w:rPr>
        <w:t xml:space="preserve">[29:51] </w:t>
      </w:r>
      <w:r>
        <w:t>to main hamesha yeh kehta hoon ke is ke zimmedaar baap hain, ghar wale hain.</w:t>
      </w:r>
    </w:p>
    <w:p>
      <w:pPr>
        <w:jc w:val="right"/>
      </w:pPr>
      <w:r>
        <w:t>تو میں ہمیشہ یہ کہتا ہوں کہ اس کے ذمہ دار باپ ہیں، گھر والے ہیں۔</w:t>
      </w:r>
    </w:p>
    <w:p>
      <w:r>
        <w:rPr>
          <w:b/>
        </w:rPr>
        <w:t xml:space="preserve">[29:56] </w:t>
      </w:r>
      <w:r>
        <w:t>to maine kaha aap yeh kahenge jab to bachcha negative ho jayega.</w:t>
      </w:r>
    </w:p>
    <w:p>
      <w:pPr>
        <w:jc w:val="right"/>
      </w:pPr>
      <w:r>
        <w:t>تو میں نے کہا آپ یہ کہیں گے جب تو بچہ نیگیٹو ہو جائے گا۔</w:t>
      </w:r>
    </w:p>
    <w:p>
      <w:r>
        <w:rPr>
          <w:b/>
        </w:rPr>
        <w:t xml:space="preserve">[30:01] </w:t>
      </w:r>
      <w:r>
        <w:t>India is ka watan hai lekin is se mohabbat nahi hogi.</w:t>
      </w:r>
    </w:p>
    <w:p>
      <w:pPr>
        <w:jc w:val="right"/>
      </w:pPr>
      <w:r>
        <w:t>انڈیا اس کا وطن ہے لیکن اس سے محبت نہیں ہوگی۔</w:t>
      </w:r>
    </w:p>
    <w:p>
      <w:r>
        <w:rPr>
          <w:b/>
        </w:rPr>
        <w:t xml:space="preserve">[30:08] </w:t>
      </w:r>
      <w:r>
        <w:t>to maine kaha aaj hi se aap toba kijiye ke aisi baat nahi bolenge aap.</w:t>
      </w:r>
    </w:p>
    <w:p>
      <w:pPr>
        <w:jc w:val="right"/>
      </w:pPr>
      <w:r>
        <w:t>تو میں نے کہا آج ہی سے آپ توبہ کیجئے کہ ایسی بات نہیں بولیں گے آپ۔</w:t>
      </w:r>
    </w:p>
    <w:p>
      <w:r>
        <w:rPr>
          <w:b/>
        </w:rPr>
        <w:t xml:space="preserve">[30:13] </w:t>
      </w:r>
      <w:r>
        <w:t>aap khud bhi negative, aap ke bachche bhi negative ho jayenge.</w:t>
      </w:r>
    </w:p>
    <w:p>
      <w:pPr>
        <w:jc w:val="right"/>
      </w:pPr>
      <w:r>
        <w:t>آپ خود بھی نیگیٹو، آپ کے بچے بھی نیگیٹو ہو جائیں گے۔</w:t>
      </w:r>
    </w:p>
    <w:p>
      <w:r>
        <w:rPr>
          <w:b/>
        </w:rPr>
        <w:t xml:space="preserve">[30:17] </w:t>
      </w:r>
      <w:r>
        <w:t>phir woh kya karenge? wohi kar rahe hain.</w:t>
      </w:r>
    </w:p>
    <w:p>
      <w:pPr>
        <w:jc w:val="right"/>
      </w:pPr>
      <w:r>
        <w:t>پھر وہ کیا کریں گے؟ وہی کر رہے ہیں۔</w:t>
      </w:r>
    </w:p>
    <w:p>
      <w:r>
        <w:rPr>
          <w:b/>
        </w:rPr>
        <w:t xml:space="preserve">[30:20] </w:t>
      </w:r>
      <w:r>
        <w:t>sari dunya musalman,</w:t>
      </w:r>
    </w:p>
    <w:p>
      <w:pPr>
        <w:jc w:val="right"/>
      </w:pPr>
      <w:r>
        <w:t>ساری دنیا مسلمان،</w:t>
      </w:r>
    </w:p>
    <w:p>
      <w:r>
        <w:rPr>
          <w:b/>
        </w:rPr>
        <w:t xml:space="preserve">[30:23] </w:t>
      </w:r>
      <w:r>
        <w:t>muslim naujawan. to yaad rakhiye, har baat</w:t>
      </w:r>
    </w:p>
    <w:p>
      <w:pPr>
        <w:jc w:val="right"/>
      </w:pPr>
      <w:r>
        <w:t>مسلم نوجوان۔ تو یاد رکھیے، ہر بات</w:t>
      </w:r>
    </w:p>
    <w:p>
      <w:r>
        <w:rPr>
          <w:b/>
        </w:rPr>
        <w:t xml:space="preserve">[30:32] </w:t>
      </w:r>
      <w:r>
        <w:t>tadabbur kare to samajh mein aati hai.</w:t>
      </w:r>
    </w:p>
    <w:p>
      <w:pPr>
        <w:jc w:val="right"/>
      </w:pPr>
      <w:r>
        <w:t>تدبر کرے تو سمجھ میں آتی ہے۔</w:t>
      </w:r>
    </w:p>
    <w:p>
      <w:r>
        <w:rPr>
          <w:b/>
        </w:rPr>
        <w:t xml:space="preserve">[30:36] </w:t>
      </w:r>
      <w:r>
        <w:t>chahe kisi mulk ke halaat hon ya Allah ki rehmat ho ya dua ki qubooliyat ka mamla ho,</w:t>
      </w:r>
    </w:p>
    <w:p>
      <w:pPr>
        <w:jc w:val="right"/>
      </w:pPr>
      <w:r>
        <w:t>چاہے کسی ملک کے حالات ہوں یا اللہ کی رحمت ہو یا دعا کی قبولیت کا معاملہ ہو،</w:t>
      </w:r>
    </w:p>
    <w:p>
      <w:r>
        <w:rPr>
          <w:b/>
        </w:rPr>
        <w:t xml:space="preserve">[30:45] </w:t>
      </w:r>
      <w:r>
        <w:t>har baat har baat ke sath ek ek deep meaning hoti hai.</w:t>
      </w:r>
    </w:p>
    <w:p>
      <w:pPr>
        <w:jc w:val="right"/>
      </w:pPr>
      <w:r>
        <w:t>ہر بات ہر بات کے ساتھ ایک ایک ڈیپ میننگ ہوتی ہے۔</w:t>
      </w:r>
    </w:p>
    <w:p>
      <w:r>
        <w:rPr>
          <w:b/>
        </w:rPr>
        <w:t xml:space="preserve">[30:51] </w:t>
      </w:r>
      <w:r>
        <w:t>wo deep meaning hamesha tadabbur ke zariye samajh mein aati hai.</w:t>
      </w:r>
    </w:p>
    <w:p>
      <w:pPr>
        <w:jc w:val="right"/>
      </w:pPr>
      <w:r>
        <w:t>وہ ڈیپ میننگ ہمیشہ تدبر کے ذریعے سمجھ میں آتی ہے۔</w:t>
      </w:r>
    </w:p>
    <w:p>
      <w:r>
        <w:rPr>
          <w:b/>
        </w:rPr>
        <w:t xml:space="preserve">[30:58] </w:t>
      </w:r>
      <w:r>
        <w:t>to jo log negative thinking mein mubtala hote hain, wo isi liye ke unke andar negative thinking</w:t>
      </w:r>
    </w:p>
    <w:p>
      <w:pPr>
        <w:jc w:val="right"/>
      </w:pPr>
      <w:r>
        <w:t>تو جو لوگ نیگیٹیو تھنکنگ میں مبتلا ہوتے ہیں، وہ اسی لیے کہ ان کے اندر نیگیٹیو تھنکنگ</w:t>
      </w:r>
    </w:p>
    <w:p>
      <w:r>
        <w:rPr>
          <w:b/>
        </w:rPr>
        <w:t xml:space="preserve">[31:03] </w:t>
      </w:r>
      <w:r>
        <w:t>nahi hui. yaad rakhiye, jo bhi shakhs mile aap ko</w:t>
      </w:r>
    </w:p>
    <w:p>
      <w:pPr>
        <w:jc w:val="right"/>
      </w:pPr>
      <w:r>
        <w:t>نہیں ہوئی۔ یاد رکھیے، جو بھی شخص ملے آپ کو</w:t>
      </w:r>
    </w:p>
    <w:p>
      <w:r>
        <w:rPr>
          <w:b/>
        </w:rPr>
        <w:t xml:space="preserve">[31:09] </w:t>
      </w:r>
      <w:r>
        <w:t>aisa jo negative baat karta ho, negative ka matlab hai ke heet ki baat, mayusi ki baat,</w:t>
      </w:r>
    </w:p>
    <w:p>
      <w:pPr>
        <w:jc w:val="right"/>
      </w:pPr>
      <w:r>
        <w:t>ایسا جو نیگیٹیو بات کرتا ہو، نیگیٹیو کا مطلب ہے کہ ہیٹ کی بات، مایوسی کی بات،</w:t>
      </w:r>
    </w:p>
    <w:p>
      <w:r>
        <w:rPr>
          <w:b/>
        </w:rPr>
        <w:t xml:space="preserve">[31:19] </w:t>
      </w:r>
      <w:r>
        <w:t>shikayat ki baat karta ho to samajh lijiye ke iske andar deep thinking nahi hai.</w:t>
      </w:r>
    </w:p>
    <w:p>
      <w:pPr>
        <w:jc w:val="right"/>
      </w:pPr>
      <w:r>
        <w:t>شکایت کی بات کرتا ہو تو سمجھ لیجئے کہ اس کے اندر ڈیپ تھنکنگ نہیں ہے۔</w:t>
      </w:r>
    </w:p>
    <w:p>
      <w:r>
        <w:rPr>
          <w:b/>
        </w:rPr>
        <w:t xml:space="preserve">[31:29] </w:t>
      </w:r>
      <w:r>
        <w:t>jo bhi aadmi mile, chahe wo degree yafta ho, chahe wo badi badi degreeyan iske paas hon,</w:t>
      </w:r>
    </w:p>
    <w:p>
      <w:pPr>
        <w:jc w:val="right"/>
      </w:pPr>
      <w:r>
        <w:t>جو بھی آدمی ملے، چاہے وہ ڈگری یافتہ ہو، چاہے وہ بڑی بڑی ڈگریاں اس کے پاس ہوں،</w:t>
      </w:r>
    </w:p>
    <w:p>
      <w:r>
        <w:rPr>
          <w:b/>
        </w:rPr>
        <w:t xml:space="preserve">[31:35] </w:t>
      </w:r>
      <w:r>
        <w:t>lekin baat kar raha hai wo shikayat ki.</w:t>
      </w:r>
    </w:p>
    <w:p>
      <w:pPr>
        <w:jc w:val="right"/>
      </w:pPr>
      <w:r>
        <w:t>لیکن بات کر رہا ہے وہ شکایت کی۔</w:t>
      </w:r>
    </w:p>
    <w:p>
      <w:r>
        <w:rPr>
          <w:b/>
        </w:rPr>
        <w:t xml:space="preserve">[31:44] </w:t>
      </w:r>
      <w:r>
        <w:t>ji raha hai wo plain complaint mein to yaqeen kar lijiye ke wo iske andar deep thinking</w:t>
      </w:r>
    </w:p>
    <w:p>
      <w:pPr>
        <w:jc w:val="right"/>
      </w:pPr>
      <w:r>
        <w:t>جی رہا ہے وہ پلین کمپلینٹ میں تو یقین کر لیجئے کہ وہ اس کے اندر ڈیپ تھنکنگ</w:t>
      </w:r>
    </w:p>
    <w:p>
      <w:r>
        <w:rPr>
          <w:b/>
        </w:rPr>
        <w:t xml:space="preserve">[31:51] </w:t>
      </w:r>
      <w:r>
        <w:t>نہیں ہے۔ He is victim of his own unawareness،</w:t>
      </w:r>
    </w:p>
    <w:p>
      <w:pPr>
        <w:jc w:val="right"/>
      </w:pPr>
      <w:r>
        <w:t>نہیں ہے۔ ہی وکٹو اف ہز اون ان ایویرنس،</w:t>
      </w:r>
    </w:p>
    <w:p>
      <w:r>
        <w:rPr>
          <w:b/>
        </w:rPr>
        <w:t xml:space="preserve">[31:58] </w:t>
      </w:r>
      <w:r>
        <w:t>apni bekhabari ka</w:t>
      </w:r>
    </w:p>
    <w:p>
      <w:pPr>
        <w:jc w:val="right"/>
      </w:pPr>
      <w:r>
        <w:t>اپنی بے خبری کا</w:t>
      </w:r>
    </w:p>
    <w:p>
      <w:r>
        <w:rPr>
          <w:b/>
        </w:rPr>
        <w:t xml:space="preserve">[32:01] </w:t>
      </w:r>
      <w:r>
        <w:t>wo shikar hua hai.</w:t>
      </w:r>
    </w:p>
    <w:p>
      <w:pPr>
        <w:jc w:val="right"/>
      </w:pPr>
      <w:r>
        <w:t>وہ شکار ہوا ہے۔</w:t>
      </w:r>
    </w:p>
    <w:p>
      <w:r>
        <w:rPr>
          <w:b/>
        </w:rPr>
        <w:t xml:space="preserve">[32:08] </w:t>
      </w:r>
      <w:r>
        <w:t>to jaise maine arz kiya ke aaj mujhe ek khushkhabri mere paas hai aap ke liye to</w:t>
      </w:r>
    </w:p>
    <w:p>
      <w:pPr>
        <w:jc w:val="right"/>
      </w:pPr>
      <w:r>
        <w:t>تو جیسے میں نے عرض کیا کہ آج مجھے ایک خوشخبری میرے پاس ہے آپ کے لیے تو</w:t>
      </w:r>
    </w:p>
    <w:p>
      <w:r>
        <w:rPr>
          <w:b/>
        </w:rPr>
        <w:t xml:space="preserve">[32:12] </w:t>
      </w:r>
      <w:r>
        <w:t>bahut dinon ke tadabbur ke baad mere samne ye baat aayi.</w:t>
      </w:r>
    </w:p>
    <w:p>
      <w:pPr>
        <w:jc w:val="right"/>
      </w:pPr>
      <w:r>
        <w:t>بہت دنوں کے تدبر کے بعد میرے سامنے یہ بات آئی۔</w:t>
      </w:r>
    </w:p>
    <w:p>
      <w:r>
        <w:rPr>
          <w:b/>
        </w:rPr>
        <w:t xml:space="preserve">[32:17] </w:t>
      </w:r>
      <w:r>
        <w:t>bahut dinon sochte sochte sochte sochte ye baat samajh mein aayi.</w:t>
      </w:r>
    </w:p>
    <w:p>
      <w:pPr>
        <w:jc w:val="right"/>
      </w:pPr>
      <w:r>
        <w:t>بہت دنوں سوچتے سوچتے سوچتے سوچتے یہ بات سمجھ میں آئی۔</w:t>
      </w:r>
    </w:p>
    <w:p>
      <w:r>
        <w:rPr>
          <w:b/>
        </w:rPr>
        <w:t xml:space="preserve">[32:22] </w:t>
      </w:r>
      <w:r>
        <w:t>hata ke ye jo hadith maine sunai, wo hadith mein bahut dinon jaanta hoon.</w:t>
      </w:r>
    </w:p>
    <w:p>
      <w:pPr>
        <w:jc w:val="right"/>
      </w:pPr>
      <w:r>
        <w:t>حتی کہ یہ جو حدیث میں نے سنائی، وہ حدیث میں بہت دنوں جانتا ہوں۔</w:t>
      </w:r>
    </w:p>
    <w:p>
      <w:r>
        <w:rPr>
          <w:b/>
        </w:rPr>
        <w:t xml:space="preserve">[32:29] </w:t>
      </w:r>
      <w:r>
        <w:t>ghalbat rehmeti ala ghazbi, ye hadith bahut door jaanta hoon.</w:t>
      </w:r>
    </w:p>
    <w:p>
      <w:pPr>
        <w:jc w:val="right"/>
      </w:pPr>
      <w:r>
        <w:t>غلبت رحمتی علی غضبی، یہ حدیث بہت دور جانتا ہوں۔</w:t>
      </w:r>
    </w:p>
    <w:p>
      <w:r>
        <w:rPr>
          <w:b/>
        </w:rPr>
        <w:t xml:space="preserve">[32:34] </w:t>
      </w:r>
      <w:r>
        <w:t>lekin iski deep meaning mujhe abhi kal samajh mein aayi.</w:t>
      </w:r>
    </w:p>
    <w:p>
      <w:pPr>
        <w:jc w:val="right"/>
      </w:pPr>
      <w:r>
        <w:t>لیکن اس کی ڈیپ میننگ مجھے ابھی کل سمجھ میں آئی۔</w:t>
      </w:r>
    </w:p>
    <w:p>
      <w:r>
        <w:rPr>
          <w:b/>
        </w:rPr>
        <w:t xml:space="preserve">[32:40] </w:t>
      </w:r>
      <w:r>
        <w:t>to jani hui baat ko bhi aap ko sochna padta hai.</w:t>
      </w:r>
    </w:p>
    <w:p>
      <w:pPr>
        <w:jc w:val="right"/>
      </w:pPr>
      <w:r>
        <w:t>تو جانی ہوئی بات کو بھی آپ کو سوچنا پڑتا ہے۔</w:t>
      </w:r>
    </w:p>
    <w:p>
      <w:r>
        <w:rPr>
          <w:b/>
        </w:rPr>
        <w:t xml:space="preserve">[32:46] </w:t>
      </w:r>
      <w:r>
        <w:t>jani hui baat ko bhi aap is waqt jaan paate hain jab aap sochen, sochen, sochen.</w:t>
      </w:r>
    </w:p>
    <w:p>
      <w:pPr>
        <w:jc w:val="right"/>
      </w:pPr>
      <w:r>
        <w:t>جانی ہوئی بات کو بھی آپ اس وقت جان پاتے ہیں جب آپ سوچیں، سوچیں، سوچیں۔</w:t>
      </w:r>
    </w:p>
    <w:p>
      <w:r>
        <w:rPr>
          <w:b/>
        </w:rPr>
        <w:t xml:space="preserve">[32:51] </w:t>
      </w:r>
      <w:r>
        <w:t>agar nahi sochen ge to super aap ke andar super flush thinking aayegi.</w:t>
      </w:r>
    </w:p>
    <w:p>
      <w:pPr>
        <w:jc w:val="right"/>
      </w:pPr>
      <w:r>
        <w:t>اگر نہیں سوچیں گے تو سپر آپ کے اندر سپر فلش تھنکنگ آئے گی۔</w:t>
      </w:r>
    </w:p>
    <w:p>
      <w:r>
        <w:rPr>
          <w:b/>
        </w:rPr>
        <w:t xml:space="preserve">[32:57] </w:t>
      </w:r>
      <w:r>
        <w:t>sachi baaten janen ge aap</w:t>
      </w:r>
    </w:p>
    <w:p>
      <w:pPr>
        <w:jc w:val="right"/>
      </w:pPr>
      <w:r>
        <w:t>سچی باتیں جانیں گے آپ</w:t>
      </w:r>
    </w:p>
    <w:p>
      <w:r>
        <w:rPr>
          <w:b/>
        </w:rPr>
        <w:t xml:space="preserve">[33:01] </w:t>
      </w:r>
      <w:r>
        <w:t>to negative thinking, negative boli yeh sab sachi baat hai.</w:t>
      </w:r>
    </w:p>
    <w:p>
      <w:pPr>
        <w:jc w:val="right"/>
      </w:pPr>
      <w:r>
        <w:t>تو نیگیٹیو تھنکنگ، نیگیٹیو بولی یہ سب سچی بات ہے۔</w:t>
      </w:r>
    </w:p>
    <w:p>
      <w:r>
        <w:rPr>
          <w:b/>
        </w:rPr>
        <w:t xml:space="preserve">[33:05] </w:t>
      </w:r>
      <w:r>
        <w:t>superficial thinking ka nateeja hai.</w:t>
      </w:r>
    </w:p>
    <w:p>
      <w:pPr>
        <w:jc w:val="right"/>
      </w:pPr>
      <w:r>
        <w:t>سپر فلش تھنکنگ کا نتیجہ ہے۔</w:t>
      </w:r>
    </w:p>
    <w:p>
      <w:r>
        <w:rPr>
          <w:b/>
        </w:rPr>
        <w:t xml:space="preserve">[33:08] </w:t>
      </w:r>
      <w:r>
        <w:t>jaise maine aap ko badr uhud ka qissa bataya.</w:t>
      </w:r>
    </w:p>
    <w:p>
      <w:pPr>
        <w:jc w:val="right"/>
      </w:pPr>
      <w:r>
        <w:t>جیسے میں نے آپ کو بدر احد کا قصہ بتایا۔</w:t>
      </w:r>
    </w:p>
    <w:p>
      <w:r>
        <w:rPr>
          <w:b/>
        </w:rPr>
        <w:t xml:space="preserve">[33:14] </w:t>
      </w:r>
      <w:r>
        <w:t>uhud ke jang mein jab shikast hui to kai log mayoos ho gaye ke Allah ke liye hum</w:t>
      </w:r>
    </w:p>
    <w:p>
      <w:pPr>
        <w:jc w:val="right"/>
      </w:pPr>
      <w:r>
        <w:t>احد کے جنگ میں جب شکست ہوئی تو کئی لوگ مایوس ہو گئے کہ اللہ کے لیے ہم</w:t>
      </w:r>
    </w:p>
    <w:p>
      <w:r>
        <w:rPr>
          <w:b/>
        </w:rPr>
        <w:t xml:space="preserve">[33:23] </w:t>
      </w:r>
      <w:r>
        <w:t>aaye, Allah ke liye lade aur hum ko shikast ho gayi.</w:t>
      </w:r>
    </w:p>
    <w:p>
      <w:pPr>
        <w:jc w:val="right"/>
      </w:pPr>
      <w:r>
        <w:t>آئے، اللہ کے لیے لڑے اور ہم کو شکست ہو گئی۔</w:t>
      </w:r>
    </w:p>
    <w:p>
      <w:r>
        <w:rPr>
          <w:b/>
        </w:rPr>
        <w:t xml:space="preserve">[33:28] </w:t>
      </w:r>
      <w:r>
        <w:t>yeh bhi kya tha? yeh superficial thinking thi.</w:t>
      </w:r>
    </w:p>
    <w:p>
      <w:pPr>
        <w:jc w:val="right"/>
      </w:pPr>
      <w:r>
        <w:t>یہ بھی کیا تھا؟ یہ سپر فلش تھنکنگ تھی۔</w:t>
      </w:r>
    </w:p>
    <w:p>
      <w:r>
        <w:rPr>
          <w:b/>
        </w:rPr>
        <w:t xml:space="preserve">[33:31] </w:t>
      </w:r>
      <w:r>
        <w:t>wohi baat thi yeh ke unhon ne present ko le kar socha</w:t>
      </w:r>
    </w:p>
    <w:p>
      <w:pPr>
        <w:jc w:val="right"/>
      </w:pPr>
      <w:r>
        <w:t>وہی بات تھی یہ کہ انہوں نے پریزنٹ کو لے کر سوچا</w:t>
      </w:r>
    </w:p>
    <w:p>
      <w:r>
        <w:rPr>
          <w:b/>
        </w:rPr>
        <w:t xml:space="preserve">[33:37] </w:t>
      </w:r>
      <w:r>
        <w:t>aur Allah ka mamla future ko le kar hua tha.</w:t>
      </w:r>
    </w:p>
    <w:p>
      <w:pPr>
        <w:jc w:val="right"/>
      </w:pPr>
      <w:r>
        <w:t>اور اللہ کا معاملہ فیوچر کو لے کر ہوا تھا۔</w:t>
      </w:r>
    </w:p>
    <w:p>
      <w:r>
        <w:rPr>
          <w:b/>
        </w:rPr>
        <w:t xml:space="preserve">[33:42] </w:t>
      </w:r>
      <w:r>
        <w:t>yani ghazwa uhud ke baad jin logon ko</w:t>
      </w:r>
    </w:p>
    <w:p>
      <w:pPr>
        <w:jc w:val="right"/>
      </w:pPr>
      <w:r>
        <w:t>یعنی غزوہ احد کے بعد جن لوگوں کو</w:t>
      </w:r>
    </w:p>
    <w:p>
      <w:r>
        <w:rPr>
          <w:b/>
        </w:rPr>
        <w:t xml:space="preserve">[33:46] </w:t>
      </w:r>
      <w:r>
        <w:t>mayoosi hui, woh mayoosi ki wajah kya thi? ke unhon ne present ko le kar socha</w:t>
      </w:r>
    </w:p>
    <w:p>
      <w:pPr>
        <w:jc w:val="right"/>
      </w:pPr>
      <w:r>
        <w:t>مایوسی ہوئی، وہ مایوسی کی وجہ کیا تھی؟ کہ انہوں نے پریزنٹ کو لے کر سوچا</w:t>
      </w:r>
    </w:p>
    <w:p>
      <w:r>
        <w:rPr>
          <w:b/>
        </w:rPr>
        <w:t xml:space="preserve">[33:57] </w:t>
      </w:r>
      <w:r>
        <w:t>jabke Allah ka jo faisla hua tha woh future ko le kar hua tha.</w:t>
      </w:r>
    </w:p>
    <w:p>
      <w:pPr>
        <w:jc w:val="right"/>
      </w:pPr>
      <w:r>
        <w:t>جبکہ اللہ کا جو فیصلہ ہوا تھا وہ فیوچر کو لے کر ہوا تھا۔</w:t>
      </w:r>
    </w:p>
    <w:p>
      <w:r>
        <w:rPr>
          <w:b/>
        </w:rPr>
        <w:t xml:space="preserve">[34:05] </w:t>
      </w:r>
      <w:r>
        <w:t>chunaanche baat ko logon ko samajh mein aaya.</w:t>
      </w:r>
    </w:p>
    <w:p>
      <w:pPr>
        <w:jc w:val="right"/>
      </w:pPr>
      <w:r>
        <w:t>چنانچہ بات کو لوگوں کو سمجھ میں آیا۔</w:t>
      </w:r>
    </w:p>
    <w:p>
      <w:r>
        <w:rPr>
          <w:b/>
        </w:rPr>
        <w:t xml:space="preserve">[34:07] </w:t>
      </w:r>
      <w:r>
        <w:t>us waqt kuch log samjhe, kuch log nahi samjhe.</w:t>
      </w:r>
    </w:p>
    <w:p>
      <w:pPr>
        <w:jc w:val="right"/>
      </w:pPr>
      <w:r>
        <w:t>اس وقت کچھ لوگ سمجھے، کچھ لوگ نہیں سمجھے۔</w:t>
      </w:r>
    </w:p>
    <w:p>
      <w:r>
        <w:rPr>
          <w:b/>
        </w:rPr>
        <w:t xml:space="preserve">[34:12] </w:t>
      </w:r>
      <w:r>
        <w:t>to yaad rakhiye,</w:t>
      </w:r>
    </w:p>
    <w:p>
      <w:pPr>
        <w:jc w:val="right"/>
      </w:pPr>
      <w:r>
        <w:t>تو یاد رکھیے،</w:t>
      </w:r>
    </w:p>
    <w:p>
      <w:r>
        <w:rPr>
          <w:b/>
        </w:rPr>
        <w:t xml:space="preserve">[34:16] </w:t>
      </w:r>
      <w:r>
        <w:t>Allah par imaan</w:t>
      </w:r>
    </w:p>
    <w:p>
      <w:pPr>
        <w:jc w:val="right"/>
      </w:pPr>
      <w:r>
        <w:t>اللہ پر ایمان</w:t>
      </w:r>
    </w:p>
    <w:p>
      <w:r>
        <w:rPr>
          <w:b/>
        </w:rPr>
        <w:t xml:space="preserve">[34:19] </w:t>
      </w:r>
      <w:r>
        <w:t>yeh kalma ka talaffuz ka</w:t>
      </w:r>
    </w:p>
    <w:p>
      <w:pPr>
        <w:jc w:val="right"/>
      </w:pPr>
      <w:r>
        <w:t>یہ کلمہ کا تلفظ کا</w:t>
      </w:r>
    </w:p>
    <w:p>
      <w:r>
        <w:rPr>
          <w:b/>
        </w:rPr>
        <w:t xml:space="preserve">[34:24] </w:t>
      </w:r>
      <w:r>
        <w:t>naam imaan nahi hai</w:t>
      </w:r>
    </w:p>
    <w:p>
      <w:pPr>
        <w:jc w:val="right"/>
      </w:pPr>
      <w:r>
        <w:t>نام ایمان نہیں ہے</w:t>
      </w:r>
    </w:p>
    <w:p>
      <w:r>
        <w:rPr>
          <w:b/>
        </w:rPr>
        <w:t xml:space="preserve">[34:28] </w:t>
      </w:r>
      <w:r>
        <w:t>ke aap kuch alfaaz hain kalma ke, woh padh liye aap ne, bas aap ko imaan haasil ho</w:t>
      </w:r>
    </w:p>
    <w:p>
      <w:pPr>
        <w:jc w:val="right"/>
      </w:pPr>
      <w:r>
        <w:t>کہ آپ کچھ الفاظ ہیں کلمہ کے، وہ پڑھ لیے آپ نے، بس آپ کو ایمان حاصل ہو</w:t>
      </w:r>
    </w:p>
    <w:p>
      <w:r>
        <w:rPr>
          <w:b/>
        </w:rPr>
        <w:t xml:space="preserve">[34:35] </w:t>
      </w:r>
      <w:r>
        <w:t>gaya. yeh imaan ko adjust karna hai.</w:t>
      </w:r>
    </w:p>
    <w:p>
      <w:pPr>
        <w:jc w:val="right"/>
      </w:pPr>
      <w:r>
        <w:t>گیا۔ یہ ایمان کو ایڈجسٹ کرنا ہے۔</w:t>
      </w:r>
    </w:p>
    <w:p>
      <w:r>
        <w:rPr>
          <w:b/>
        </w:rPr>
        <w:t xml:space="preserve">[34:42] </w:t>
      </w:r>
      <w:r>
        <w:t>agar aap samjhein ke</w:t>
      </w:r>
    </w:p>
    <w:p>
      <w:pPr>
        <w:jc w:val="right"/>
      </w:pPr>
      <w:r>
        <w:t>اگر آپ سمجھیں کہ</w:t>
      </w:r>
    </w:p>
    <w:p>
      <w:r>
        <w:rPr>
          <w:b/>
        </w:rPr>
        <w:t xml:space="preserve">[34:45] </w:t>
      </w:r>
      <w:r>
        <w:t>kalma ke jo alfaaz hain, la ilaha illallah Muhammadur Rasulullah, us ko zabaan saada kar diya</w:t>
      </w:r>
    </w:p>
    <w:p>
      <w:pPr>
        <w:jc w:val="right"/>
      </w:pPr>
      <w:r>
        <w:t>کلمہ کے جو الفاظ ہیں، لا الہ الا اللہ محمد رسول اللہ، اس کو زبان سادہ کر دیا</w:t>
      </w:r>
    </w:p>
    <w:p>
      <w:r>
        <w:rPr>
          <w:b/>
        </w:rPr>
        <w:t xml:space="preserve">[34:52] </w:t>
      </w:r>
      <w:r>
        <w:t>to aap ko imaan mil gaya.</w:t>
      </w:r>
    </w:p>
    <w:p>
      <w:pPr>
        <w:jc w:val="right"/>
      </w:pPr>
      <w:r>
        <w:t>تو آپ کو ایمان مل گیا۔</w:t>
      </w:r>
    </w:p>
    <w:p>
      <w:r>
        <w:rPr>
          <w:b/>
        </w:rPr>
        <w:t xml:space="preserve">[34:53] </w:t>
      </w:r>
      <w:r>
        <w:t>to aap imaan ko adjust kar rahe hain.</w:t>
      </w:r>
    </w:p>
    <w:p>
      <w:pPr>
        <w:jc w:val="right"/>
      </w:pPr>
      <w:r>
        <w:t>تو آپ ایمان کو ایڈجسٹ کر رہے ہیں۔</w:t>
      </w:r>
    </w:p>
    <w:p>
      <w:r>
        <w:rPr>
          <w:b/>
        </w:rPr>
        <w:t xml:space="preserve">[34:57] </w:t>
      </w:r>
      <w:r>
        <w:t>yeh imaan ki tasgheer hai.</w:t>
      </w:r>
    </w:p>
    <w:p>
      <w:pPr>
        <w:jc w:val="right"/>
      </w:pPr>
      <w:r>
        <w:t>یہ ایمان کی تصغیر ہے۔</w:t>
      </w:r>
    </w:p>
    <w:p>
      <w:r>
        <w:rPr>
          <w:b/>
        </w:rPr>
        <w:t xml:space="preserve">[35:03] </w:t>
      </w:r>
      <w:r>
        <w:t>yeh kalma ek ek discovery ka kalma hai.</w:t>
      </w:r>
    </w:p>
    <w:p>
      <w:pPr>
        <w:jc w:val="right"/>
      </w:pPr>
      <w:r>
        <w:t>یہ کلمہ ایک ایک ڈسکوری کا کلمہ ہے۔</w:t>
      </w:r>
    </w:p>
    <w:p>
      <w:r>
        <w:rPr>
          <w:b/>
        </w:rPr>
        <w:t xml:space="preserve">[35:07] </w:t>
      </w:r>
      <w:r>
        <w:t>yeh eureka eureka jaisa muamla hai.</w:t>
      </w:r>
    </w:p>
    <w:p>
      <w:pPr>
        <w:jc w:val="right"/>
      </w:pPr>
      <w:r>
        <w:t>یہ یوریکا یوریکا جیسا معاملہ ہے۔</w:t>
      </w:r>
    </w:p>
    <w:p>
      <w:r>
        <w:rPr>
          <w:b/>
        </w:rPr>
        <w:t xml:space="preserve">[35:14] </w:t>
      </w:r>
      <w:r>
        <w:t>aap seeker bante hain, aap ghor phir karte hain,</w:t>
      </w:r>
    </w:p>
    <w:p>
      <w:pPr>
        <w:jc w:val="right"/>
      </w:pPr>
      <w:r>
        <w:t>آپ سیکر بنتے ہیں، آپ غور پھر کرتے ہیں،</w:t>
      </w:r>
    </w:p>
    <w:p>
      <w:r>
        <w:rPr>
          <w:b/>
        </w:rPr>
        <w:t xml:space="preserve">[35:19] </w:t>
      </w:r>
      <w:r>
        <w:t>duaen karte hain,</w:t>
      </w:r>
    </w:p>
    <w:p>
      <w:pPr>
        <w:jc w:val="right"/>
      </w:pPr>
      <w:r>
        <w:t>دعائیں کرتے ہیں،</w:t>
      </w:r>
    </w:p>
    <w:p>
      <w:r>
        <w:rPr>
          <w:b/>
        </w:rPr>
        <w:t xml:space="preserve">[35:22] </w:t>
      </w:r>
      <w:r>
        <w:t>study karte hain.</w:t>
      </w:r>
    </w:p>
    <w:p>
      <w:pPr>
        <w:jc w:val="right"/>
      </w:pPr>
      <w:r>
        <w:t>اسٹڈی کرتے ہیں۔</w:t>
      </w:r>
    </w:p>
    <w:p>
      <w:r>
        <w:rPr>
          <w:b/>
        </w:rPr>
        <w:t xml:space="preserve">[35:24] </w:t>
      </w:r>
      <w:r>
        <w:t>yahan tak ke aap ko ek cheez discover hoti hai.</w:t>
      </w:r>
    </w:p>
    <w:p>
      <w:pPr>
        <w:jc w:val="right"/>
      </w:pPr>
      <w:r>
        <w:t>یہاں تک کہ آپ کو ایک چیز ڈسکور ہوتی ہے۔</w:t>
      </w:r>
    </w:p>
    <w:p>
      <w:r>
        <w:rPr>
          <w:b/>
        </w:rPr>
        <w:t xml:space="preserve">[35:28] </w:t>
      </w:r>
      <w:r>
        <w:t>Allah, Allah aap ko discover hota hai to aap kehte hain, keh padte hain ke eureka eureka, main</w:t>
      </w:r>
    </w:p>
    <w:p>
      <w:pPr>
        <w:jc w:val="right"/>
      </w:pPr>
      <w:r>
        <w:t>اللہ، اللہ آپ کو ڈسکور ہوتا ہے تو آپ کہتے ہیں، کہہ پڑتے ہیں کہ یوریکا یوریکا، میں</w:t>
      </w:r>
    </w:p>
    <w:p>
      <w:r>
        <w:rPr>
          <w:b/>
        </w:rPr>
        <w:t xml:space="preserve">[35:35] </w:t>
      </w:r>
      <w:r>
        <w:t>ne pa liya, main ne pa liya.</w:t>
      </w:r>
    </w:p>
    <w:p>
      <w:pPr>
        <w:jc w:val="right"/>
      </w:pPr>
      <w:r>
        <w:t>نے پا لیا، میں نے پا لیا۔</w:t>
      </w:r>
    </w:p>
    <w:p>
      <w:r>
        <w:rPr>
          <w:b/>
        </w:rPr>
        <w:t xml:space="preserve">[35:39] </w:t>
      </w:r>
      <w:r>
        <w:t>yahi hai, yahi kalma.</w:t>
      </w:r>
    </w:p>
    <w:p>
      <w:pPr>
        <w:jc w:val="right"/>
      </w:pPr>
      <w:r>
        <w:t>یہی ہے، یہی کلمہ۔</w:t>
      </w:r>
    </w:p>
    <w:p>
      <w:r>
        <w:rPr>
          <w:b/>
        </w:rPr>
        <w:t xml:space="preserve">[35:45] </w:t>
      </w:r>
      <w:r>
        <w:t>kalma munh se kuch alfaaz ko ada karne ka naam nahi hai, balke dil ki pukaar ka naam</w:t>
      </w:r>
    </w:p>
    <w:p>
      <w:pPr>
        <w:jc w:val="right"/>
      </w:pPr>
      <w:r>
        <w:t>کلمہ منہ سے کچھ الفاظ کو ادا کرنے کا نام نہیں ہے، بلکہ دل کی پکار کا نام</w:t>
      </w:r>
    </w:p>
    <w:p>
      <w:r>
        <w:rPr>
          <w:b/>
        </w:rPr>
        <w:t xml:space="preserve">[35:54] </w:t>
      </w:r>
      <w:r>
        <w:t>hai. Dil ki pukaar ka naam hai.</w:t>
      </w:r>
    </w:p>
    <w:p>
      <w:pPr>
        <w:jc w:val="right"/>
      </w:pPr>
      <w:r>
        <w:t>ہے۔ دل کی پکار کا نام ہے۔</w:t>
      </w:r>
    </w:p>
    <w:p>
      <w:r>
        <w:rPr>
          <w:b/>
        </w:rPr>
        <w:t xml:space="preserve">[36:02] </w:t>
      </w:r>
      <w:r>
        <w:t>jab kalma dil ki pukaar ki hesiyat se aap ko milega,</w:t>
      </w:r>
    </w:p>
    <w:p>
      <w:pPr>
        <w:jc w:val="right"/>
      </w:pPr>
      <w:r>
        <w:t>جب کلمہ دل کی پکار کی حیثیت سے آپ کو ملے گا،</w:t>
      </w:r>
    </w:p>
    <w:p>
      <w:r>
        <w:rPr>
          <w:b/>
        </w:rPr>
        <w:t xml:space="preserve">[36:07] </w:t>
      </w:r>
      <w:r>
        <w:t>tabhi yeh saari baaten aap ko haasil hongi.</w:t>
      </w:r>
    </w:p>
    <w:p>
      <w:pPr>
        <w:jc w:val="right"/>
      </w:pPr>
      <w:r>
        <w:t>تبھی یہ ساری باتیں آپ کو حاصل ہوں گی۔</w:t>
      </w:r>
    </w:p>
    <w:p>
      <w:r>
        <w:rPr>
          <w:b/>
        </w:rPr>
        <w:t xml:space="preserve">[36:13] </w:t>
      </w:r>
      <w:r>
        <w:t>phir sacha shukr, sacha hamd</w:t>
      </w:r>
    </w:p>
    <w:p>
      <w:pPr>
        <w:jc w:val="right"/>
      </w:pPr>
      <w:r>
        <w:t>پھر سچا شکر، سچا حمد</w:t>
      </w:r>
    </w:p>
    <w:p>
      <w:r>
        <w:rPr>
          <w:b/>
        </w:rPr>
        <w:t xml:space="preserve">[36:17] </w:t>
      </w:r>
      <w:r>
        <w:t>aur jitni baaten hain iman se mutalliq, woh sab aap ko haasil hongi.</w:t>
      </w:r>
    </w:p>
    <w:p>
      <w:pPr>
        <w:jc w:val="right"/>
      </w:pPr>
      <w:r>
        <w:t>اور جتنی باتیں ہیں ایمان سے متعلق، وہ سب آپ کو حاصل ہوں گی۔</w:t>
      </w:r>
    </w:p>
    <w:p>
      <w:r>
        <w:rPr>
          <w:b/>
        </w:rPr>
        <w:t xml:space="preserve">[36:24] </w:t>
      </w:r>
      <w:r>
        <w:t>to is waqt khaas taur par main jis par zor dena chahta hoon,</w:t>
      </w:r>
    </w:p>
    <w:p>
      <w:pPr>
        <w:jc w:val="right"/>
      </w:pPr>
      <w:r>
        <w:t>تو اس وقت خاص طور پر میں جس پر زور دینا چاہتا ہوں،</w:t>
      </w:r>
    </w:p>
    <w:p>
      <w:r>
        <w:rPr>
          <w:b/>
        </w:rPr>
        <w:t xml:space="preserve">[36:29] </w:t>
      </w:r>
      <w:r>
        <w:t>jo aksar mujh se log poochte hain dua ke baare mein ke dua kya hai? Hum duaen karte</w:t>
      </w:r>
    </w:p>
    <w:p>
      <w:pPr>
        <w:jc w:val="right"/>
      </w:pPr>
      <w:r>
        <w:t>جو اکثر مجھ سے لوگ پوچھتے ہیں دعا کے بارے میں کہ دعا کیا ہے؟ ہم دعائیں کرتے</w:t>
      </w:r>
    </w:p>
    <w:p>
      <w:r>
        <w:rPr>
          <w:b/>
        </w:rPr>
        <w:t xml:space="preserve">[36:35] </w:t>
      </w:r>
      <w:r>
        <w:t>rehte hain, qubool nahi hoti.</w:t>
      </w:r>
    </w:p>
    <w:p>
      <w:pPr>
        <w:jc w:val="right"/>
      </w:pPr>
      <w:r>
        <w:t>رہتے ہیں، قبول نہیں ہوتی۔</w:t>
      </w:r>
    </w:p>
    <w:p>
      <w:r>
        <w:rPr>
          <w:b/>
        </w:rPr>
        <w:t xml:space="preserve">[36:40] </w:t>
      </w:r>
      <w:r>
        <w:t>to main apne mutaleh aur apne tajrube ki buniyad par yeh kehta hoon</w:t>
      </w:r>
    </w:p>
    <w:p>
      <w:pPr>
        <w:jc w:val="right"/>
      </w:pPr>
      <w:r>
        <w:t>تو میں اپنے مطالعہ اور اپنے تجربے کی بنیاد پر یہ کہتا ہوں</w:t>
      </w:r>
    </w:p>
    <w:p>
      <w:r>
        <w:rPr>
          <w:b/>
        </w:rPr>
        <w:t xml:space="preserve">[36:47] </w:t>
      </w:r>
      <w:r>
        <w:t>ke dua ko present ke aitbaar se judge mat kijiye, future ke aitbaar se judge kijiye.</w:t>
      </w:r>
    </w:p>
    <w:p>
      <w:pPr>
        <w:jc w:val="right"/>
      </w:pPr>
      <w:r>
        <w:t>کہ دعا کو پریزنٹ کے اعتبار سے جج مت کیجئے، فیوچر کے اعتبار سے جج کیجئے۔</w:t>
      </w:r>
    </w:p>
    <w:p>
      <w:r>
        <w:rPr>
          <w:b/>
        </w:rPr>
        <w:t xml:space="preserve">[36:54] </w:t>
      </w:r>
      <w:r>
        <w:t>kyunki dua karne wala ek insaan hota hai.</w:t>
      </w:r>
    </w:p>
    <w:p>
      <w:pPr>
        <w:jc w:val="right"/>
      </w:pPr>
      <w:r>
        <w:t>کیونکہ دعا کرنے والا ایک انسان ہوتا ہے۔</w:t>
      </w:r>
    </w:p>
    <w:p>
      <w:r>
        <w:rPr>
          <w:b/>
        </w:rPr>
        <w:t xml:space="preserve">[36:57] </w:t>
      </w:r>
      <w:r>
        <w:t>insaan ko sirf present ki khabar hoti hai.</w:t>
      </w:r>
    </w:p>
    <w:p>
      <w:pPr>
        <w:jc w:val="right"/>
      </w:pPr>
      <w:r>
        <w:t>انسان کو صرف پریزنٹ کی خبر ہوتی ہے۔</w:t>
      </w:r>
    </w:p>
    <w:p>
      <w:r>
        <w:rPr>
          <w:b/>
        </w:rPr>
        <w:t xml:space="preserve">[37:01] </w:t>
      </w:r>
      <w:r>
        <w:t>iska mind present ko le kar sochta hai.</w:t>
      </w:r>
    </w:p>
    <w:p>
      <w:pPr>
        <w:jc w:val="right"/>
      </w:pPr>
      <w:r>
        <w:t>اس کا مائنڈ پریزنٹ کو لے کر سوچتا ہے۔</w:t>
      </w:r>
    </w:p>
    <w:p>
      <w:r>
        <w:rPr>
          <w:b/>
        </w:rPr>
        <w:t xml:space="preserve">[37:05] </w:t>
      </w:r>
      <w:r>
        <w:t>lekin jo dua ko qubool karne wala hai, woh to Khuda hai.</w:t>
      </w:r>
    </w:p>
    <w:p>
      <w:pPr>
        <w:jc w:val="right"/>
      </w:pPr>
      <w:r>
        <w:t>لیکن جو دعا کو قبول کرنے والا ہے، وہ تو خدا ہے۔</w:t>
      </w:r>
    </w:p>
    <w:p>
      <w:r>
        <w:rPr>
          <w:b/>
        </w:rPr>
        <w:t xml:space="preserve">[37:10] </w:t>
      </w:r>
      <w:r>
        <w:t>dua ki nazar future tak phaili hui hai.</w:t>
      </w:r>
    </w:p>
    <w:p>
      <w:pPr>
        <w:jc w:val="right"/>
      </w:pPr>
      <w:r>
        <w:t>دعا کی نظر فیوچر تک پھیلی ہوئی ہے۔</w:t>
      </w:r>
    </w:p>
    <w:p>
      <w:r>
        <w:rPr>
          <w:b/>
        </w:rPr>
        <w:t xml:space="preserve">[37:16] </w:t>
      </w:r>
      <w:r>
        <w:t>to kaha ke mangne wala</w:t>
      </w:r>
    </w:p>
    <w:p>
      <w:pPr>
        <w:jc w:val="right"/>
      </w:pPr>
      <w:r>
        <w:t>تو کہا کہ مانگنے والا</w:t>
      </w:r>
    </w:p>
    <w:p>
      <w:r>
        <w:rPr>
          <w:b/>
        </w:rPr>
        <w:t xml:space="preserve">[37:19] </w:t>
      </w:r>
      <w:r>
        <w:t>present ke aitbaar se mangta hai.</w:t>
      </w:r>
    </w:p>
    <w:p>
      <w:pPr>
        <w:jc w:val="right"/>
      </w:pPr>
      <w:r>
        <w:t>پریزنٹ کے اعتبار سے مانگتا ہے۔</w:t>
      </w:r>
    </w:p>
    <w:p>
      <w:r>
        <w:rPr>
          <w:b/>
        </w:rPr>
        <w:t xml:space="preserve">[37:21] </w:t>
      </w:r>
      <w:r>
        <w:t>lekin dene wala is ko future ke aitbaar se deta hai.</w:t>
      </w:r>
    </w:p>
    <w:p>
      <w:pPr>
        <w:jc w:val="right"/>
      </w:pPr>
      <w:r>
        <w:t>لیکن دینے والا اس کو فیوچر کے اعتبار سے دیتا ہے۔</w:t>
      </w:r>
    </w:p>
    <w:p>
      <w:r>
        <w:rPr>
          <w:b/>
        </w:rPr>
        <w:t xml:space="preserve">[37:29] </w:t>
      </w:r>
      <w:r>
        <w:t>is tarah agar aap sochen to kabhi aap mayoosi ka shikar na hon.</w:t>
      </w:r>
    </w:p>
    <w:p>
      <w:pPr>
        <w:jc w:val="right"/>
      </w:pPr>
      <w:r>
        <w:t>اس طرح اگر آپ سوچیں تو کبھی آپ مایوسی کا شکار نہ ہوں۔</w:t>
      </w:r>
    </w:p>
    <w:p>
      <w:r>
        <w:rPr>
          <w:b/>
        </w:rPr>
        <w:t xml:space="preserve">[37:34] </w:t>
      </w:r>
      <w:r>
        <w:t>kabhi aap ko tension,</w:t>
      </w:r>
    </w:p>
    <w:p>
      <w:pPr>
        <w:jc w:val="right"/>
      </w:pPr>
      <w:r>
        <w:t>کبھی آپ کو ٹینشن،</w:t>
      </w:r>
    </w:p>
    <w:p>
      <w:r>
        <w:rPr>
          <w:b/>
        </w:rPr>
        <w:t xml:space="preserve">[37:39] </w:t>
      </w:r>
      <w:r>
        <w:t>kabhi aap tension mein mubtala na hon.</w:t>
      </w:r>
    </w:p>
    <w:p>
      <w:pPr>
        <w:jc w:val="right"/>
      </w:pPr>
      <w:r>
        <w:t>کبھی آپ ٹینشن میں مبتلا نہ ہوں۔</w:t>
      </w:r>
    </w:p>
    <w:p>
      <w:r>
        <w:rPr>
          <w:b/>
        </w:rPr>
        <w:t xml:space="preserve">[37:43] </w:t>
      </w:r>
      <w:r>
        <w:t>hamesha aap ka hosla bana rahe.</w:t>
      </w:r>
    </w:p>
    <w:p>
      <w:pPr>
        <w:jc w:val="right"/>
      </w:pPr>
      <w:r>
        <w:t>ہمیشہ آپ کا حوصلہ بنا رہے۔</w:t>
      </w:r>
    </w:p>
    <w:p>
      <w:r>
        <w:rPr>
          <w:b/>
        </w:rPr>
        <w:t xml:space="preserve">[37:46] </w:t>
      </w:r>
      <w:r>
        <w:t>aap ka shukr ka jazba aap ke andar baqi rahe.</w:t>
      </w:r>
    </w:p>
    <w:p>
      <w:pPr>
        <w:jc w:val="right"/>
      </w:pPr>
      <w:r>
        <w:t>آپ کا شکر کا جذبہ آپ کے اندر باقی رہے۔</w:t>
      </w:r>
    </w:p>
    <w:p>
      <w:r>
        <w:rPr>
          <w:b/>
        </w:rPr>
        <w:t xml:space="preserve">[37:54] </w:t>
      </w:r>
      <w:r>
        <w:t>aap ki negativity ka, aap ki aap ki positivity kabhi khatam na ho.</w:t>
      </w:r>
    </w:p>
    <w:p>
      <w:pPr>
        <w:jc w:val="right"/>
      </w:pPr>
      <w:r>
        <w:t>آپ کی نیگیٹیوٹی کا، آپ کی آپ کی پازیٹیوٹی کبھی ختم نہ ہو۔</w:t>
      </w:r>
    </w:p>
    <w:p>
      <w:r>
        <w:rPr>
          <w:b/>
        </w:rPr>
        <w:t xml:space="preserve">[38:03] </w:t>
      </w:r>
      <w:r>
        <w:t>aur is dunya mein yaad rakhiye,</w:t>
      </w:r>
    </w:p>
    <w:p>
      <w:pPr>
        <w:jc w:val="right"/>
      </w:pPr>
      <w:r>
        <w:t>اور اس دنیا میں یاد رکھیے،</w:t>
      </w:r>
    </w:p>
    <w:p>
      <w:r>
        <w:rPr>
          <w:b/>
        </w:rPr>
        <w:t xml:space="preserve">[38:07] </w:t>
      </w:r>
      <w:r>
        <w:t>sab se zaroori cheez yeh hai ke aap ki positivity kabhi khatam na ho.</w:t>
      </w:r>
    </w:p>
    <w:p>
      <w:pPr>
        <w:jc w:val="right"/>
      </w:pPr>
      <w:r>
        <w:t>سب سے ضروری چیز یہ ہے کہ آپ کی پازیٹیوٹی کبھی ختم نہ ہو۔</w:t>
      </w:r>
    </w:p>
    <w:p>
      <w:r>
        <w:rPr>
          <w:b/>
        </w:rPr>
        <w:t xml:space="preserve">[38:13] </w:t>
      </w:r>
      <w:r>
        <w:t>aap poore maanon mein, poore maanon mein aik positive thinker hon.</w:t>
      </w:r>
    </w:p>
    <w:p>
      <w:pPr>
        <w:jc w:val="right"/>
      </w:pPr>
      <w:r>
        <w:t>آپ پورے معنوں میں، پورے معنوں میں ایک پازیٹیو تھنکر ہوں۔</w:t>
      </w:r>
    </w:p>
    <w:p>
      <w:r>
        <w:rPr>
          <w:b/>
        </w:rPr>
        <w:t xml:space="preserve">[38:19] </w:t>
      </w:r>
      <w:r>
        <w:t>mere tajrube ke mutabiq,</w:t>
      </w:r>
    </w:p>
    <w:p>
      <w:pPr>
        <w:jc w:val="right"/>
      </w:pPr>
      <w:r>
        <w:t>میرے تجربے کے مطابق،</w:t>
      </w:r>
    </w:p>
    <w:p>
      <w:r>
        <w:rPr>
          <w:b/>
        </w:rPr>
        <w:t xml:space="preserve">[38:22] </w:t>
      </w:r>
      <w:r>
        <w:t>positive thinking کرکس کرکس سارے معاملات کو</w:t>
      </w:r>
    </w:p>
    <w:p>
      <w:pPr>
        <w:jc w:val="right"/>
      </w:pPr>
      <w:r>
        <w:t>پازیٹیو تھنکنگ کرکس کرکس سارے معاملات کو</w:t>
      </w:r>
    </w:p>
    <w:p>
      <w:r>
        <w:rPr>
          <w:b/>
        </w:rPr>
        <w:t xml:space="preserve">[38:30] </w:t>
      </w:r>
      <w:r>
        <w:t>positive thinking, misbat soch</w:t>
      </w:r>
    </w:p>
    <w:p>
      <w:pPr>
        <w:jc w:val="right"/>
      </w:pPr>
      <w:r>
        <w:t>پازیٹیو تھنکنگ، مثبت سوچ</w:t>
      </w:r>
    </w:p>
    <w:p>
      <w:r>
        <w:rPr>
          <w:b/>
        </w:rPr>
        <w:t xml:space="preserve">[38:35] </w:t>
      </w:r>
      <w:r>
        <w:t>crux hai saare mamlaat ka.</w:t>
      </w:r>
    </w:p>
    <w:p>
      <w:pPr>
        <w:jc w:val="right"/>
      </w:pPr>
      <w:r>
        <w:t>کرکس ہے سارے معاملات کا۔</w:t>
      </w:r>
    </w:p>
    <w:p>
      <w:r>
        <w:rPr>
          <w:b/>
        </w:rPr>
        <w:t xml:space="preserve">[38:40] </w:t>
      </w:r>
      <w:r>
        <w:t>positive thinking hai to sab kuch hai.</w:t>
      </w:r>
    </w:p>
    <w:p>
      <w:pPr>
        <w:jc w:val="right"/>
      </w:pPr>
      <w:r>
        <w:t>پازیٹیو تھنکنگ ہے تو سب کچھ ہے۔</w:t>
      </w:r>
    </w:p>
    <w:p>
      <w:r>
        <w:rPr>
          <w:b/>
        </w:rPr>
        <w:t xml:space="preserve">[38:43] </w:t>
      </w:r>
      <w:r>
        <w:t>positive thinking nahi to kuch bhi nahi.</w:t>
      </w:r>
    </w:p>
    <w:p>
      <w:pPr>
        <w:jc w:val="right"/>
      </w:pPr>
      <w:r>
        <w:t>پازیٹیو تھنکنگ نہیں تو کچھ بھی نہیں۔</w:t>
      </w:r>
    </w:p>
    <w:p>
      <w:r>
        <w:rPr>
          <w:b/>
        </w:rPr>
        <w:t xml:space="preserve">[38:49] </w:t>
      </w:r>
      <w:r>
        <w:t>main yeh samjha hoon ke jannat kya hai? jannat positive thinkers ka ki aik colony hai.</w:t>
      </w:r>
    </w:p>
    <w:p>
      <w:pPr>
        <w:jc w:val="right"/>
      </w:pPr>
      <w:r>
        <w:t>میں یہ سمجھا ہوں کہ جنت کیا ہے؟ جنت پازیٹیو تھنکرز کا کی ایک کالونی ہے۔</w:t>
      </w:r>
    </w:p>
    <w:p>
      <w:r>
        <w:rPr>
          <w:b/>
        </w:rPr>
        <w:t xml:space="preserve">[38:59] </w:t>
      </w:r>
      <w:r>
        <w:t>jannat kya hai?</w:t>
      </w:r>
    </w:p>
    <w:p>
      <w:pPr>
        <w:jc w:val="right"/>
      </w:pPr>
      <w:r>
        <w:t>جنت کیا ہے؟</w:t>
      </w:r>
    </w:p>
    <w:p>
      <w:r>
        <w:rPr>
          <w:b/>
        </w:rPr>
        <w:t xml:space="preserve">[39:01] </w:t>
      </w:r>
      <w:r>
        <w:t>positive thinkers ki aik bohat hi refined colony.</w:t>
      </w:r>
    </w:p>
    <w:p>
      <w:pPr>
        <w:jc w:val="right"/>
      </w:pPr>
      <w:r>
        <w:t>پازیٹیو تھنکرز کی ایک بہت ہی ریفائنڈ کالونی۔</w:t>
      </w:r>
    </w:p>
    <w:p>
      <w:r>
        <w:rPr>
          <w:b/>
        </w:rPr>
        <w:t xml:space="preserve">[39:07] </w:t>
      </w:r>
      <w:r>
        <w:t>jannat koi mysterious cheez nahi hai,</w:t>
      </w:r>
    </w:p>
    <w:p>
      <w:pPr>
        <w:jc w:val="right"/>
      </w:pPr>
      <w:r>
        <w:t>جنت کوئی مسٹیریس چیز نہیں ہے،</w:t>
      </w:r>
    </w:p>
    <w:p>
      <w:r>
        <w:rPr>
          <w:b/>
        </w:rPr>
        <w:t xml:space="preserve">[39:11] </w:t>
      </w:r>
      <w:r>
        <w:t>koi asrar cheez nahi hai.</w:t>
      </w:r>
    </w:p>
    <w:p>
      <w:pPr>
        <w:jc w:val="right"/>
      </w:pPr>
      <w:r>
        <w:t>کوئی پراسرار چیز نہیں ہے۔</w:t>
      </w:r>
    </w:p>
    <w:p>
      <w:r>
        <w:rPr>
          <w:b/>
        </w:rPr>
        <w:t xml:space="preserve">[39:16] </w:t>
      </w:r>
      <w:r>
        <w:t>aur positive thinking wale logon ka aik bohat hi, aik mein yahi kahunga ke aik refined colony</w:t>
      </w:r>
    </w:p>
    <w:p>
      <w:pPr>
        <w:jc w:val="right"/>
      </w:pPr>
      <w:r>
        <w:t>اور پازیٹیو تھنکنگ والے لوگوں کا ایک بہت ہی، ایک میں یہی کہوں گا کہ ایک ریفائنڈ کالونی</w:t>
      </w:r>
    </w:p>
    <w:p>
      <w:r>
        <w:rPr>
          <w:b/>
        </w:rPr>
        <w:t xml:space="preserve">[39:24] </w:t>
      </w:r>
      <w:r>
        <w:t>hai, jahan woh log basaye jayenge jinhone dunya ki zindagi mein yeh saboot diya</w:t>
      </w:r>
    </w:p>
    <w:p>
      <w:pPr>
        <w:jc w:val="right"/>
      </w:pPr>
      <w:r>
        <w:t>ہے، جہاں وہ لوگ بسائے جائیں گے جنہوں نے دنیا کی زندگی میں یہ ثبوت دیا</w:t>
      </w:r>
    </w:p>
    <w:p>
      <w:r>
        <w:rPr>
          <w:b/>
        </w:rPr>
        <w:t xml:space="preserve">[39:32] </w:t>
      </w:r>
      <w:r>
        <w:t>ke woh negative halaat mein bhi</w:t>
      </w:r>
    </w:p>
    <w:p>
      <w:pPr>
        <w:jc w:val="right"/>
      </w:pPr>
      <w:r>
        <w:t>کہ وہ نیگیٹیو حالات میں بھی</w:t>
      </w:r>
    </w:p>
    <w:p>
      <w:r>
        <w:rPr>
          <w:b/>
        </w:rPr>
        <w:t xml:space="preserve">[39:36] </w:t>
      </w:r>
      <w:r>
        <w:t>positive thinker bane rahe.</w:t>
      </w:r>
    </w:p>
    <w:p>
      <w:pPr>
        <w:jc w:val="right"/>
      </w:pPr>
      <w:r>
        <w:t>پازیٹیو تھنکر بنے رہے۔</w:t>
      </w:r>
    </w:p>
    <w:p>
      <w:r>
        <w:rPr>
          <w:b/>
        </w:rPr>
        <w:t xml:space="preserve">[39:41] </w:t>
      </w:r>
      <w:r>
        <w:t>kyunke isi se aur sari cheezen paida hoti hain.</w:t>
      </w:r>
    </w:p>
    <w:p>
      <w:pPr>
        <w:jc w:val="right"/>
      </w:pPr>
      <w:r>
        <w:t>کیونکہ اسی سے اور ساری چیزیں پیدا ہوتی ہیں۔</w:t>
      </w:r>
    </w:p>
    <w:p>
      <w:r>
        <w:rPr>
          <w:b/>
        </w:rPr>
        <w:t xml:space="preserve">[39:46] </w:t>
      </w:r>
      <w:r>
        <w:t>agar aap ke andar yeh sifat hai</w:t>
      </w:r>
    </w:p>
    <w:p>
      <w:pPr>
        <w:jc w:val="right"/>
      </w:pPr>
      <w:r>
        <w:t>اگر آپ کے اندر یہ صفت ہے</w:t>
      </w:r>
    </w:p>
    <w:p>
      <w:r>
        <w:rPr>
          <w:b/>
        </w:rPr>
        <w:t xml:space="preserve">[39:49] </w:t>
      </w:r>
      <w:r>
        <w:t>ke negative halaat mein bhi aap ki positive thinking</w:t>
      </w:r>
    </w:p>
    <w:p>
      <w:pPr>
        <w:jc w:val="right"/>
      </w:pPr>
      <w:r>
        <w:t>کہ نیگیٹیو حالات میں بھی آپ کی پازیٹیو تھنکنگ</w:t>
      </w:r>
    </w:p>
    <w:p>
      <w:r>
        <w:rPr>
          <w:b/>
        </w:rPr>
        <w:t xml:space="preserve">[39:55] </w:t>
      </w:r>
      <w:r>
        <w:t>phank na ho,</w:t>
      </w:r>
    </w:p>
    <w:p>
      <w:pPr>
        <w:jc w:val="right"/>
      </w:pPr>
      <w:r>
        <w:t>پھنک نہ ہو،</w:t>
      </w:r>
    </w:p>
    <w:p>
      <w:r>
        <w:rPr>
          <w:b/>
        </w:rPr>
        <w:t xml:space="preserve">[39:57] </w:t>
      </w:r>
      <w:r>
        <w:t>khatam na ho,</w:t>
      </w:r>
    </w:p>
    <w:p>
      <w:pPr>
        <w:jc w:val="right"/>
      </w:pPr>
      <w:r>
        <w:t>ختم نہ ہو،</w:t>
      </w:r>
    </w:p>
    <w:p>
      <w:r>
        <w:rPr>
          <w:b/>
        </w:rPr>
        <w:t xml:space="preserve">[39:59] </w:t>
      </w:r>
      <w:r>
        <w:t>tab doosri tamam qualities aap ke andar aayengi.</w:t>
      </w:r>
    </w:p>
    <w:p>
      <w:pPr>
        <w:jc w:val="right"/>
      </w:pPr>
      <w:r>
        <w:t>تب دوسری تمام کوالٹیز آپ کے اندر آئیں گی۔</w:t>
      </w:r>
    </w:p>
    <w:p>
      <w:r>
        <w:rPr>
          <w:b/>
        </w:rPr>
        <w:t xml:space="preserve">[40:02] </w:t>
      </w:r>
      <w:r>
        <w:t>yahi jar ki baat hai.</w:t>
      </w:r>
    </w:p>
    <w:p>
      <w:pPr>
        <w:jc w:val="right"/>
      </w:pPr>
      <w:r>
        <w:t>یہی جڑ کی بات ہے۔</w:t>
      </w:r>
    </w:p>
    <w:p>
      <w:r>
        <w:rPr>
          <w:b/>
        </w:rPr>
        <w:t xml:space="preserve">[40:06] </w:t>
      </w:r>
      <w:r>
        <w:t>yeh nahin to doosri, doosri, doosri tamam qualities bhi nahin.</w:t>
      </w:r>
    </w:p>
    <w:p>
      <w:pPr>
        <w:jc w:val="right"/>
      </w:pPr>
      <w:r>
        <w:t>یہ نہیں تو دوسری، دوسری، دوسری تمام کوالٹیز بھی نہیں۔</w:t>
      </w:r>
    </w:p>
    <w:p>
      <w:r>
        <w:rPr>
          <w:b/>
        </w:rPr>
        <w:t xml:space="preserve">[40:13] </w:t>
      </w:r>
      <w:r>
        <w:t>jaise Quran mein hai ke wal hidu dar as salam, dar as salam ke maane hain home of peace.</w:t>
      </w:r>
    </w:p>
    <w:p>
      <w:pPr>
        <w:jc w:val="right"/>
      </w:pPr>
      <w:r>
        <w:t>جیسے قرآن میں ہے کہ واللہیدو ال دار السلام، دار السلام کے معنی ہیں ہوم اف پیس۔</w:t>
      </w:r>
    </w:p>
    <w:p>
      <w:r>
        <w:rPr>
          <w:b/>
        </w:rPr>
        <w:t xml:space="preserve">[40:22] </w:t>
      </w:r>
      <w:r>
        <w:t>yahan jannat ko home of peace kaha gaya hai.</w:t>
      </w:r>
    </w:p>
    <w:p>
      <w:pPr>
        <w:jc w:val="right"/>
      </w:pPr>
      <w:r>
        <w:t>یہاں جنت کو ہوم اف پیس کہا گیا ہے۔</w:t>
      </w:r>
    </w:p>
    <w:p>
      <w:r>
        <w:rPr>
          <w:b/>
        </w:rPr>
        <w:t xml:space="preserve">[40:28] </w:t>
      </w:r>
      <w:r>
        <w:t>yaani yun keh sakte hain ke aap</w:t>
      </w:r>
    </w:p>
    <w:p>
      <w:pPr>
        <w:jc w:val="right"/>
      </w:pPr>
      <w:r>
        <w:t>یعنی یوں کہہ سکتے ہیں کہ آپ</w:t>
      </w:r>
    </w:p>
    <w:p>
      <w:r>
        <w:rPr>
          <w:b/>
        </w:rPr>
        <w:t xml:space="preserve">[40:36] </w:t>
      </w:r>
      <w:r>
        <w:t>world of peace</w:t>
      </w:r>
    </w:p>
    <w:p>
      <w:pPr>
        <w:jc w:val="right"/>
      </w:pPr>
      <w:r>
        <w:t>ورلڈ اف پیس</w:t>
      </w:r>
    </w:p>
    <w:p>
      <w:r>
        <w:rPr>
          <w:b/>
        </w:rPr>
        <w:t xml:space="preserve">[40:41] </w:t>
      </w:r>
      <w:r>
        <w:t>to wahan par kis ko basaya jayega? Un ko basaya jayega jo duniya mein peaceful</w:t>
      </w:r>
    </w:p>
    <w:p>
      <w:pPr>
        <w:jc w:val="right"/>
      </w:pPr>
      <w:r>
        <w:t>تو وہاں پر کس کو بسایا جائے گا؟ ان کو بسایا جائے گا جو دنیا میں پیس فل</w:t>
      </w:r>
    </w:p>
    <w:p>
      <w:r>
        <w:rPr>
          <w:b/>
        </w:rPr>
        <w:t xml:space="preserve">[40:45] </w:t>
      </w:r>
      <w:r>
        <w:t>rahe. Peaceful kaise rahenge? Aap jab aap ke andar positive thinking ho.</w:t>
      </w:r>
    </w:p>
    <w:p>
      <w:pPr>
        <w:jc w:val="right"/>
      </w:pPr>
      <w:r>
        <w:t>رہے۔ پیس فل کیسے رہیں گے؟ آپ جب آپ کے اندر پازیٹیو تھنکنگ ہو۔</w:t>
      </w:r>
    </w:p>
    <w:p>
      <w:r>
        <w:rPr>
          <w:b/>
        </w:rPr>
        <w:t xml:space="preserve">[40:52] </w:t>
      </w:r>
      <w:r>
        <w:t>kyunke duniya mein to jhaad jhankad hai, duniya mein to bohat inward situation hai.</w:t>
      </w:r>
    </w:p>
    <w:p>
      <w:pPr>
        <w:jc w:val="right"/>
      </w:pPr>
      <w:r>
        <w:t>کیونکہ دنیا میں تو جھاڑ جھنکاڑ ہے، دنیا میں تو بہت انوارڈ سچویشن ہے۔</w:t>
      </w:r>
    </w:p>
    <w:p>
      <w:r>
        <w:rPr>
          <w:b/>
        </w:rPr>
        <w:t xml:space="preserve">[41:03] </w:t>
      </w:r>
      <w:r>
        <w:t>to meri dua hai ke Allah taala mujh ko aur aap ko tofeeq de ke hum</w:t>
      </w:r>
    </w:p>
    <w:p>
      <w:pPr>
        <w:jc w:val="right"/>
      </w:pPr>
      <w:r>
        <w:t>تو میری دعا ہے کہ اللہ تعالی مجھ کو اور آپ کو توفیق دے کہ ہم</w:t>
      </w:r>
    </w:p>
    <w:p>
      <w:r>
        <w:rPr>
          <w:b/>
        </w:rPr>
        <w:t xml:space="preserve">[41:09] </w:t>
      </w:r>
      <w:r>
        <w:t>Allah ke sirat e mustaqeem ko daryaft karen</w:t>
      </w:r>
    </w:p>
    <w:p>
      <w:pPr>
        <w:jc w:val="right"/>
      </w:pPr>
      <w:r>
        <w:t>اللہ کے صراط مستقیم کو دریافت کریں</w:t>
      </w:r>
    </w:p>
    <w:p>
      <w:r>
        <w:rPr>
          <w:b/>
        </w:rPr>
        <w:t xml:space="preserve">[41:16] </w:t>
      </w:r>
      <w:r>
        <w:t>aur us par hum poori tarah qaim ho jayen.</w:t>
      </w:r>
    </w:p>
    <w:p>
      <w:pPr>
        <w:jc w:val="right"/>
      </w:pPr>
      <w:r>
        <w:t>اور اس پر ہم پوری طرح قائم ہو جائیں۔</w:t>
      </w:r>
    </w:p>
    <w:p>
      <w:r>
        <w:rPr>
          <w:b/>
        </w:rPr>
        <w:t xml:space="preserve">[41:22] </w:t>
      </w:r>
      <w:r>
        <w:t>Allah ki marzi ko daryaft karen aur Allah ki marzi ko follow karen.</w:t>
      </w:r>
    </w:p>
    <w:p>
      <w:pPr>
        <w:jc w:val="right"/>
      </w:pPr>
      <w:r>
        <w:t>اللہ کی مرضی کو دریافت کریں اور اللہ کی مرضی کو فالو کریں۔</w:t>
      </w:r>
    </w:p>
    <w:p>
      <w:r>
        <w:rPr>
          <w:b/>
        </w:rPr>
        <w:t xml:space="preserve">[41:30] </w:t>
      </w:r>
      <w:r>
        <w:t>yeh dohri dua hai meri apne liye aur aap logon ke liye.</w:t>
      </w:r>
    </w:p>
    <w:p>
      <w:pPr>
        <w:jc w:val="right"/>
      </w:pPr>
      <w:r>
        <w:t>یہ دوہری دعا ہے میری اپنے لیے اور آپ لوگوں کے لیے۔</w:t>
      </w:r>
    </w:p>
    <w:p>
      <w:r>
        <w:rPr>
          <w:b/>
        </w:rPr>
        <w:t xml:space="preserve">[41:34] </w:t>
      </w:r>
      <w:r>
        <w:t>assalamu alaikum wa rahmatullah.</w:t>
      </w:r>
    </w:p>
    <w:p>
      <w:pPr>
        <w:jc w:val="right"/>
      </w:pPr>
      <w:r>
        <w:t>السلام علیکم ورحمۃ اللہ۔</w:t>
      </w:r>
    </w:p>
    <w:p>
      <w:r>
        <w:rPr>
          <w:b/>
        </w:rPr>
        <w:t xml:space="preserve">[41:37] </w:t>
      </w:r>
      <w:r>
        <w:t>Okay, we want to make a very important announcement today.</w:t>
      </w:r>
    </w:p>
    <w:p>
      <w:pPr>
        <w:jc w:val="right"/>
      </w:pPr>
      <w:r>
        <w:t>اوکے، وی وانٹ ٹو میک ویری امپورٹنٹ اناؤنسمنٹ ٹوڈے۔</w:t>
      </w:r>
    </w:p>
    <w:p>
      <w:r>
        <w:rPr>
          <w:b/>
        </w:rPr>
        <w:t xml:space="preserve">[41:42] </w:t>
      </w:r>
      <w:r>
        <w:t>مولانا صاحب would be launching the Android app of Spirit of Islam magazine.</w:t>
      </w:r>
    </w:p>
    <w:p>
      <w:pPr>
        <w:jc w:val="right"/>
      </w:pPr>
      <w:r>
        <w:t>مولانا صاحب وڈ بی لانچنگ دی اینڈرائڈ ایپ اف سپرٹ اف اسلام میگزین۔</w:t>
      </w:r>
    </w:p>
    <w:p>
      <w:r>
        <w:rPr>
          <w:b/>
        </w:rPr>
        <w:t xml:space="preserve">[41:49] </w:t>
      </w:r>
      <w:r>
        <w:t>If you all remember, about four years back, on 30th December 2012,</w:t>
      </w:r>
    </w:p>
    <w:p>
      <w:pPr>
        <w:jc w:val="right"/>
      </w:pPr>
      <w:r>
        <w:t>اف یو ال ریممبر، اباؤٹ فور ایئرز بیک، ان تھرٹی دسمبر 2012،</w:t>
      </w:r>
    </w:p>
    <w:p>
      <w:r>
        <w:rPr>
          <w:b/>
        </w:rPr>
        <w:t xml:space="preserve">[41:55] </w:t>
      </w:r>
      <w:r>
        <w:t>مولانا had launched the first issue of Spirit of Islam magazine, which had replaced the Spiritual Message.</w:t>
      </w:r>
    </w:p>
    <w:p>
      <w:pPr>
        <w:jc w:val="right"/>
      </w:pPr>
      <w:r>
        <w:t>مولانا ہیڈ لانچ دی فرسٹ ایشو اف سپرٹ اف اسلام میگزین، وچ ہیڈ ریپلیس دی سپرچول میسج۔</w:t>
      </w:r>
    </w:p>
    <w:p>
      <w:r>
        <w:rPr>
          <w:b/>
        </w:rPr>
        <w:t xml:space="preserve">[42:02] </w:t>
      </w:r>
      <w:r>
        <w:t>the magazine is being published by the Bangalore chapter, headed by Fatima Sarah and Ejaz bhai.</w:t>
      </w:r>
    </w:p>
    <w:p>
      <w:pPr>
        <w:jc w:val="right"/>
      </w:pPr>
      <w:r>
        <w:t>دی میگزین از بینگ پبلش بائی دی بینگلور چیپٹر، ہیڈڈ بائے فاطمہ سارہ اینڈ اعجاز بھائی۔</w:t>
      </w:r>
    </w:p>
    <w:p>
      <w:r>
        <w:rPr>
          <w:b/>
        </w:rPr>
        <w:t xml:space="preserve">[42:10] </w:t>
      </w:r>
      <w:r>
        <w:t>And since the launch of the first issue, The Spirit of Islam magazine has increased, has seen the</w:t>
      </w:r>
    </w:p>
    <w:p>
      <w:pPr>
        <w:jc w:val="right"/>
      </w:pPr>
      <w:r>
        <w:t>اینڈ سنس دی لانچ اف دی فرسٹ ایشو، دی سپرٹ اف اسلام میگزین ہیز انکریز، ہیز سین دی</w:t>
      </w:r>
    </w:p>
    <w:p>
      <w:r>
        <w:rPr>
          <w:b/>
        </w:rPr>
        <w:t xml:space="preserve">[42:17] </w:t>
      </w:r>
      <w:r>
        <w:t>increasing of subscription manifold,</w:t>
      </w:r>
    </w:p>
    <w:p>
      <w:pPr>
        <w:jc w:val="right"/>
      </w:pPr>
      <w:r>
        <w:t>انکریزنگ اف سبسکرپشن مینی فولڈ،</w:t>
      </w:r>
    </w:p>
    <w:p>
      <w:r>
        <w:rPr>
          <w:b/>
        </w:rPr>
        <w:t xml:space="preserve">[42:20] </w:t>
      </w:r>
      <w:r>
        <w:t>not only in places like africa, it is now being subscribed from as far as places like the us, australia, and new zealand.</w:t>
      </w:r>
    </w:p>
    <w:p>
      <w:pPr>
        <w:jc w:val="right"/>
      </w:pPr>
      <w:r>
        <w:t>Not only in places like Africa, it is now being subscribed from as far as places like the US, Australia, and New Zealand.</w:t>
      </w:r>
    </w:p>
    <w:p>
      <w:r>
        <w:rPr>
          <w:b/>
        </w:rPr>
        <w:t xml:space="preserve">[42:29] </w:t>
      </w:r>
      <w:r>
        <w:t>and, and particularly, it has been liked and appreciated by many youths, academicians, interfaith leaders.</w:t>
      </w:r>
    </w:p>
    <w:p>
      <w:pPr>
        <w:jc w:val="right"/>
      </w:pPr>
      <w:r>
        <w:t>ینڈ۔ اینڈ پرٹیکولرلی، اٹ ہیز بین لائکڈ اینڈ ایپریشیٹڈ بائے مینی یوتھس، ایکیڈمیشنز، انٹرفیتھ لیڈرز۔</w:t>
      </w:r>
    </w:p>
    <w:p>
      <w:r>
        <w:rPr>
          <w:b/>
        </w:rPr>
        <w:t xml:space="preserve">[42:38] </w:t>
      </w:r>
      <w:r>
        <w:t>So there has been increasing demand to make it more easily accessible and convenient to read.</w:t>
      </w:r>
    </w:p>
    <w:p>
      <w:pPr>
        <w:jc w:val="right"/>
      </w:pPr>
      <w:r>
        <w:t>سو دیر ہیز بین انکریزنگ ڈیمانڈ ٹو میک اٹ مور ایزیلی ایکسیسیبل اینڈ کنوینینٹ ٹو ریڈ۔</w:t>
      </w:r>
    </w:p>
    <w:p>
      <w:r>
        <w:rPr>
          <w:b/>
        </w:rPr>
        <w:t xml:space="preserve">[42:45] </w:t>
      </w:r>
      <w:r>
        <w:t>Therefore, the Bangalore team has developed the Android app of Spirit of Islam magazine, which Maulana sahib</w:t>
      </w:r>
    </w:p>
    <w:p>
      <w:pPr>
        <w:jc w:val="right"/>
      </w:pPr>
      <w:r>
        <w:t>دیئر فور، دی بینگلور ٹیم ہیز ڈیویلپ دی اینڈرائڈ ایپ اف سپرٹ اف اسلام میگزین، وچ مولانا صاحب</w:t>
      </w:r>
    </w:p>
    <w:p>
      <w:r>
        <w:rPr>
          <w:b/>
        </w:rPr>
        <w:t xml:space="preserve">[42:51] </w:t>
      </w:r>
      <w:r>
        <w:t>would be launching today.</w:t>
      </w:r>
    </w:p>
    <w:p>
      <w:pPr>
        <w:jc w:val="right"/>
      </w:pPr>
      <w:r>
        <w:t>وڈ بی لانچنگ ٹوڈے۔</w:t>
      </w:r>
    </w:p>
    <w:p>
      <w:r>
        <w:rPr>
          <w:b/>
        </w:rPr>
        <w:t xml:space="preserve">[42:53] </w:t>
      </w:r>
      <w:r>
        <w:t>You can also download it from the Google Play Store.</w:t>
      </w:r>
    </w:p>
    <w:p>
      <w:pPr>
        <w:jc w:val="right"/>
      </w:pPr>
      <w:r>
        <w:t>یو کین ال ڈاؤن لوڈ اٹ فرام دی گوگل پلے سٹور۔</w:t>
      </w:r>
    </w:p>
    <w:p>
      <w:r>
        <w:rPr>
          <w:b/>
        </w:rPr>
        <w:t xml:space="preserve">[42:57] </w:t>
      </w:r>
      <w:r>
        <w:t>It can also be seen from the image of the poster that the CPS team has</w:t>
      </w:r>
    </w:p>
    <w:p>
      <w:pPr>
        <w:jc w:val="right"/>
      </w:pPr>
      <w:r>
        <w:t>اٹ کین السو بی سکین فرام دی امیج اف دا پوسٹر دیٹ دا سی پی ایس ٹیم ہیز</w:t>
      </w:r>
    </w:p>
    <w:p>
      <w:r>
        <w:rPr>
          <w:b/>
        </w:rPr>
        <w:t xml:space="preserve">[43:02] </w:t>
      </w:r>
      <w:r>
        <w:t>developed and increase and spread it as far as possible</w:t>
      </w:r>
    </w:p>
    <w:p>
      <w:pPr>
        <w:jc w:val="right"/>
      </w:pPr>
      <w:r>
        <w:t>ڈیویلپڈ اینڈ انکریز اینڈ سپریڈ اٹ ایز فار ایز پوسیبل</w:t>
      </w:r>
    </w:p>
    <w:p>
      <w:r>
        <w:rPr>
          <w:b/>
        </w:rPr>
        <w:t xml:space="preserve">[43:07] </w:t>
      </w:r>
      <w:r>
        <w:t>so i would now request maulana sahib to launch the google app of spirit of islam magazine. dekhen, yeh jo spirit of islam hai, yeh hamare mission ka angrezi tarjuman hai. aap sab logon ko yeh karna hai ke is ko phailayen. aap sab logon ko jo meri baat sun rahe hain, kyun ke dekhen, yeh mission global mission hai. is zamane mein angrezi jo hai, dunya mein sab se zyada boli aur samjhi jane wali zuban hai. yeh sab log jante hain. to international mission ki international ishai ke liye zaroori hai ke is ko angrezi mein. to hum ne angrezi mein bohat si kitabein chhapi hain. lekin ek period, ek monthly ke taur par yeh spirit of islam nikala gaya hai. is mein khaas taur par mr ejaz aur ms sarah fatima ki qurbaniyon ka dakhal hai. to hum sab log is ki kamyabi ke liye dua karte hain. aur main aap sab logon ko yeh request karta hoon ke spirit of islam ko phailane ke liye aap jo bhi kar sakte hain, kijiye. jo waqt ki sab se zyada developed zuban hai. Allah taala aap ko tofeeq de ke aap is mission mein apna hissa ada karen. aur aap logon ke role ko, aap logon ki hissa dari ko Allah qubool kar ke is parche ko spirit of islam ko dunya bhar mein phaila de. yeh meri dua hai. aap sab log yeh dua karen. aur jo aap basic jo bhi kar sakta hai, woh kare is ke liye. jazakum Allah.</w:t>
      </w:r>
    </w:p>
    <w:p>
      <w:pPr>
        <w:jc w:val="right"/>
      </w:pPr>
      <w:r>
        <w:t>So I would now request مولانا صاحب to launch the Google app of Spirit of Islam magazine. دیکھیں، یہ جو Spirit of Islam ہے، یہ ہمارے مشن کا انگلش ترجمان ہے۔ آپ سب لوگوں کو یہ کرنا ہے کہ اس کو پھیلائیں۔ آپ سب لوگوں کو جو میری بات سن رہے ہیں، کیونکہ دیکھیں، یہ مشن گلوبل مشن ہے۔ اس زمانے میں انگلش جو ہے، دنیا میں سب سے زیادہ بولی اور سمجھی جانے والی زبان ہے۔ یہ سب لوگ جانتے ہیں۔ تو International مشن کی International اشاعت کے لیے ضروری ہے کہ اس کو انگلش میں۔ تو ہم نے انگلش میں بہت سی کتابیں چھاپی ہیں۔ لیکن ایک Periodical، ایک Monthly کے طور پر یہ Spirit of Islam نکالا گیا ہے۔ اس میں خاص طور پر مسٹر اعجاز اور مس سارہ فاطمہ کی قربانیوں کا دخل ہے۔ تو ہم سب لوگ اس کی کامیابی کے لیے دعا کرتے ہیں۔ اور میں آپ سب لوگوں کو یہ Request کرتا ہوں کہ Spirit of Islam کو پھیلانے کے لیے آپ جو بھی کر سکتے ہیں، کیجیے۔ جو وقت کی سب سے زیادہ Developed زبان ہے۔ اللہ تعالیٰ آپ کو توفیق دے کہ آپ اس مشن میں اپنا حصہ ادا کریں۔ اور آپ لوگوں کے Role کو، آپ لوگوں کی حصہ داری کو اللہ قبول کر کے اس پرچے کو Spirit of Islam کو دنیا بھر میں پھیلا دے۔ یہ میری دعا ہے۔ آپ سب لوگ یہ دعا کریں۔ اور جو آپ Basic جو بھی کر سکتا ہے، وہ کرے اس کے لیے۔ جزاکم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