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Example of the Prophet March 20, 2016</w:t>
      </w:r>
    </w:p>
    <w:p>
      <w:r>
        <w:t>https://www.youtube.com/watch?v=79HmhzXU41w</w:t>
      </w:r>
    </w:p>
    <w:p>
      <w:r>
        <w:rPr>
          <w:b/>
        </w:rPr>
        <w:t xml:space="preserve">[00:21] </w:t>
      </w:r>
      <w:r>
        <w:t>bismillah hir rahman nir rahim,</w:t>
      </w:r>
    </w:p>
    <w:p>
      <w:pPr>
        <w:jc w:val="right"/>
      </w:pPr>
      <w:r>
        <w:t>بسم اللہ الرحمن الرحیم،</w:t>
      </w:r>
    </w:p>
    <w:p>
      <w:r>
        <w:rPr>
          <w:b/>
        </w:rPr>
        <w:t xml:space="preserve">[00:25] </w:t>
      </w:r>
      <w:r>
        <w:t>wa salli Allahu ala nabiyyil karim.</w:t>
      </w:r>
    </w:p>
    <w:p>
      <w:pPr>
        <w:jc w:val="right"/>
      </w:pPr>
      <w:r>
        <w:t>وصلی اللہ علی النبی الکریم۔</w:t>
      </w:r>
    </w:p>
    <w:p>
      <w:r>
        <w:rPr>
          <w:b/>
        </w:rPr>
        <w:t xml:space="preserve">[00:28] </w:t>
      </w:r>
      <w:r>
        <w:t>rab ishrah li sadri, wa yassir li amri,</w:t>
      </w:r>
    </w:p>
    <w:p>
      <w:pPr>
        <w:jc w:val="right"/>
      </w:pPr>
      <w:r>
        <w:t>رب اشرح لی صدری، ویسر لی امری،</w:t>
      </w:r>
    </w:p>
    <w:p>
      <w:r>
        <w:rPr>
          <w:b/>
        </w:rPr>
        <w:t xml:space="preserve">[00:33] </w:t>
      </w:r>
      <w:r>
        <w:t>wah-lul uqdatan min lisani yafqahu qawli.</w:t>
      </w:r>
    </w:p>
    <w:p>
      <w:pPr>
        <w:jc w:val="right"/>
      </w:pPr>
      <w:r>
        <w:t>واحل العقدۃ من لسانی یفقہ قولی۔</w:t>
      </w:r>
    </w:p>
    <w:p>
      <w:r>
        <w:rPr>
          <w:b/>
        </w:rPr>
        <w:t xml:space="preserve">[00:41] </w:t>
      </w:r>
      <w:r>
        <w:t>20 march 2016.</w:t>
      </w:r>
    </w:p>
    <w:p>
      <w:pPr>
        <w:jc w:val="right"/>
      </w:pPr>
      <w:r>
        <w:t>20 مارچ 2016۔</w:t>
      </w:r>
    </w:p>
    <w:p>
      <w:r>
        <w:rPr>
          <w:b/>
        </w:rPr>
        <w:t xml:space="preserve">[00:45] </w:t>
      </w:r>
      <w:r>
        <w:t>aaj ka topic hai:</w:t>
      </w:r>
    </w:p>
    <w:p>
      <w:pPr>
        <w:jc w:val="right"/>
      </w:pPr>
      <w:r>
        <w:t>آج کا ٹاپک ہے:</w:t>
      </w:r>
    </w:p>
    <w:p>
      <w:r>
        <w:rPr>
          <w:b/>
        </w:rPr>
        <w:t xml:space="preserve">[00:48] </w:t>
      </w:r>
      <w:r>
        <w:t>"uswa-e-rasool", yaani example of the prophet.</w:t>
      </w:r>
    </w:p>
    <w:p>
      <w:pPr>
        <w:jc w:val="right"/>
      </w:pPr>
      <w:r>
        <w:t>"اسوہ رسول"، یعنی Example of the Prophet۔</w:t>
      </w:r>
    </w:p>
    <w:p>
      <w:r>
        <w:rPr>
          <w:b/>
        </w:rPr>
        <w:t xml:space="preserve">[00:56] </w:t>
      </w:r>
      <w:r>
        <w:t>aaj jab main yahan aa kar baitha,</w:t>
      </w:r>
    </w:p>
    <w:p>
      <w:pPr>
        <w:jc w:val="right"/>
      </w:pPr>
      <w:r>
        <w:t>آج جب میں یہاں آ کر بیٹھا،</w:t>
      </w:r>
    </w:p>
    <w:p>
      <w:r>
        <w:rPr>
          <w:b/>
        </w:rPr>
        <w:t xml:space="preserve">[01:00] </w:t>
      </w:r>
      <w:r>
        <w:t>aaj ke lecture ke liye,</w:t>
      </w:r>
    </w:p>
    <w:p>
      <w:pPr>
        <w:jc w:val="right"/>
      </w:pPr>
      <w:r>
        <w:t>آج کے لیکچر کے لیے،</w:t>
      </w:r>
    </w:p>
    <w:p>
      <w:r>
        <w:rPr>
          <w:b/>
        </w:rPr>
        <w:t xml:space="preserve">[01:02] </w:t>
      </w:r>
      <w:r>
        <w:t>to ek ajeeb shukr ka ehsaas mere dil mein paida hua.</w:t>
      </w:r>
    </w:p>
    <w:p>
      <w:pPr>
        <w:jc w:val="right"/>
      </w:pPr>
      <w:r>
        <w:t>تو ایک عجیب شکر کا احساس میرے دل میں پیدا ہوا۔</w:t>
      </w:r>
    </w:p>
    <w:p>
      <w:r>
        <w:rPr>
          <w:b/>
        </w:rPr>
        <w:t xml:space="preserve">[01:08] </w:t>
      </w:r>
      <w:r>
        <w:t>ek universe, universal shukr.</w:t>
      </w:r>
    </w:p>
    <w:p>
      <w:pPr>
        <w:jc w:val="right"/>
      </w:pPr>
      <w:r>
        <w:t>ایک یونیورس، یونیورسل شکر۔</w:t>
      </w:r>
    </w:p>
    <w:p>
      <w:r>
        <w:rPr>
          <w:b/>
        </w:rPr>
        <w:t xml:space="preserve">[01:14] </w:t>
      </w:r>
      <w:r>
        <w:t>mujhe quran ki woh ayat yaad aayi</w:t>
      </w:r>
    </w:p>
    <w:p>
      <w:pPr>
        <w:jc w:val="right"/>
      </w:pPr>
      <w:r>
        <w:t>مجھے قرآن کی وہ آیت یاد آئی</w:t>
      </w:r>
    </w:p>
    <w:p>
      <w:r>
        <w:rPr>
          <w:b/>
        </w:rPr>
        <w:t xml:space="preserve">[01:18] </w:t>
      </w:r>
      <w:r>
        <w:t>jo surah furqan ke aaghaz mein hai:</w:t>
      </w:r>
    </w:p>
    <w:p>
      <w:pPr>
        <w:jc w:val="right"/>
      </w:pPr>
      <w:r>
        <w:t>جو سورہ الفرقان کے آغاز میں ہے:</w:t>
      </w:r>
    </w:p>
    <w:p>
      <w:r>
        <w:rPr>
          <w:b/>
        </w:rPr>
        <w:t xml:space="preserve">[01:22] </w:t>
      </w:r>
      <w:r>
        <w:t>nazzal-al-furqan ala abdihi</w:t>
      </w:r>
    </w:p>
    <w:p>
      <w:pPr>
        <w:jc w:val="right"/>
      </w:pPr>
      <w:r>
        <w:t>نزل الفرقان علی عبدہ</w:t>
      </w:r>
    </w:p>
    <w:p>
      <w:r>
        <w:rPr>
          <w:b/>
        </w:rPr>
        <w:t xml:space="preserve">[01:26] </w:t>
      </w:r>
      <w:r>
        <w:t>liyakun lil-alamin nazeera</w:t>
      </w:r>
    </w:p>
    <w:p>
      <w:pPr>
        <w:jc w:val="right"/>
      </w:pPr>
      <w:r>
        <w:t>لیکون للعالمین نذیرا</w:t>
      </w:r>
    </w:p>
    <w:p>
      <w:r>
        <w:rPr>
          <w:b/>
        </w:rPr>
        <w:t xml:space="preserve">[01:31] </w:t>
      </w:r>
      <w:r>
        <w:t>allah ne utara yeh quran, yeh quran,</w:t>
      </w:r>
    </w:p>
    <w:p>
      <w:pPr>
        <w:jc w:val="right"/>
      </w:pPr>
      <w:r>
        <w:t>اللہ نے اتارا یہ قر، یہ قرآن،</w:t>
      </w:r>
    </w:p>
    <w:p>
      <w:r>
        <w:rPr>
          <w:b/>
        </w:rPr>
        <w:t xml:space="preserve">[01:36] </w:t>
      </w:r>
      <w:r>
        <w:t>taake woh saare alam ke liye,</w:t>
      </w:r>
    </w:p>
    <w:p>
      <w:pPr>
        <w:jc w:val="right"/>
      </w:pPr>
      <w:r>
        <w:t>تاکہ وہ سارے عالم کے لیے،</w:t>
      </w:r>
    </w:p>
    <w:p>
      <w:r>
        <w:rPr>
          <w:b/>
        </w:rPr>
        <w:t xml:space="preserve">[01:39] </w:t>
      </w:r>
      <w:r>
        <w:t>saare alam ke liye</w:t>
      </w:r>
    </w:p>
    <w:p>
      <w:pPr>
        <w:jc w:val="right"/>
      </w:pPr>
      <w:r>
        <w:t>سارے عالم کے لیے</w:t>
      </w:r>
    </w:p>
    <w:p>
      <w:r>
        <w:rPr>
          <w:b/>
        </w:rPr>
        <w:t xml:space="preserve">[01:42] </w:t>
      </w:r>
      <w:r>
        <w:t>warner bane, batane wala bane.</w:t>
      </w:r>
    </w:p>
    <w:p>
      <w:pPr>
        <w:jc w:val="right"/>
      </w:pPr>
      <w:r>
        <w:t>وارنر بنے، بتانے والا بنے۔</w:t>
      </w:r>
    </w:p>
    <w:p>
      <w:r>
        <w:rPr>
          <w:b/>
        </w:rPr>
        <w:t xml:space="preserve">[01:49] </w:t>
      </w:r>
      <w:r>
        <w:t>dekhiye, yeh ayat utri thi</w:t>
      </w:r>
    </w:p>
    <w:p>
      <w:pPr>
        <w:jc w:val="right"/>
      </w:pPr>
      <w:r>
        <w:t>دیکھیے، یہ آیت اتری تھی</w:t>
      </w:r>
    </w:p>
    <w:p>
      <w:r>
        <w:rPr>
          <w:b/>
        </w:rPr>
        <w:t xml:space="preserve">[01:53] </w:t>
      </w:r>
      <w:r>
        <w:t>saatvi sadi isvi mein,</w:t>
      </w:r>
    </w:p>
    <w:p>
      <w:pPr>
        <w:jc w:val="right"/>
      </w:pPr>
      <w:r>
        <w:t>ساتویں صدی عیسوی میں،</w:t>
      </w:r>
    </w:p>
    <w:p>
      <w:r>
        <w:rPr>
          <w:b/>
        </w:rPr>
        <w:t xml:space="preserve">[01:56] </w:t>
      </w:r>
      <w:r>
        <w:t>seventh century AD mein.</w:t>
      </w:r>
    </w:p>
    <w:p>
      <w:pPr>
        <w:jc w:val="right"/>
      </w:pPr>
      <w:r>
        <w:t>سیونتھ سنچری ایڈی میں۔</w:t>
      </w:r>
    </w:p>
    <w:p>
      <w:r>
        <w:rPr>
          <w:b/>
        </w:rPr>
        <w:t xml:space="preserve">[01:59] </w:t>
      </w:r>
      <w:r>
        <w:t>ab hum twenty-first century mein hain.</w:t>
      </w:r>
    </w:p>
    <w:p>
      <w:pPr>
        <w:jc w:val="right"/>
      </w:pPr>
      <w:r>
        <w:t>اب ہم ٹوئنٹی فرسٹ سنچری میں ہیں۔</w:t>
      </w:r>
    </w:p>
    <w:p>
      <w:r>
        <w:rPr>
          <w:b/>
        </w:rPr>
        <w:t xml:space="preserve">[02:04] </w:t>
      </w:r>
      <w:r>
        <w:t>jab yeh ayat utri thi, us waqt yeh ayat</w:t>
      </w:r>
    </w:p>
    <w:p>
      <w:pPr>
        <w:jc w:val="right"/>
      </w:pPr>
      <w:r>
        <w:t>جب یہ آیت اتری تھی، اس وقت یہ آیت</w:t>
      </w:r>
    </w:p>
    <w:p>
      <w:r>
        <w:rPr>
          <w:b/>
        </w:rPr>
        <w:t xml:space="preserve">[02:08] </w:t>
      </w:r>
      <w:r>
        <w:t>future ke aitbaar se thi, kyunke us waqt yeh possible nahi tha ke quran ke message ko</w:t>
      </w:r>
    </w:p>
    <w:p>
      <w:pPr>
        <w:jc w:val="right"/>
      </w:pPr>
      <w:r>
        <w:t>فیوچر کے اعتبار سے تھی، کیونکہ اس وقت یہ پاسیبل نہیں تھا کہ قرآن کے میسج کو</w:t>
      </w:r>
    </w:p>
    <w:p>
      <w:r>
        <w:rPr>
          <w:b/>
        </w:rPr>
        <w:t xml:space="preserve">[02:16] </w:t>
      </w:r>
      <w:r>
        <w:t>saare alam tak pahunchaya ja sake.</w:t>
      </w:r>
    </w:p>
    <w:p>
      <w:pPr>
        <w:jc w:val="right"/>
      </w:pPr>
      <w:r>
        <w:t>سارے عالم تک پہنچایا جائے۔</w:t>
      </w:r>
    </w:p>
    <w:p>
      <w:r>
        <w:rPr>
          <w:b/>
        </w:rPr>
        <w:t xml:space="preserve">[02:20] </w:t>
      </w:r>
      <w:r>
        <w:t>us waqt to saare alam ka geography bhi nahi bani thi, na communication ka age aaya tha.</w:t>
      </w:r>
    </w:p>
    <w:p>
      <w:pPr>
        <w:jc w:val="right"/>
      </w:pPr>
      <w:r>
        <w:t>اس وقت تو سارے عالم کا کی جیوگرافی بھی نہیں بنی تھی، نہ کمیونیکیشن کا ایج آیا تھا۔</w:t>
      </w:r>
    </w:p>
    <w:p>
      <w:r>
        <w:rPr>
          <w:b/>
        </w:rPr>
        <w:t xml:space="preserve">[02:32] </w:t>
      </w:r>
      <w:r>
        <w:t>aaj hum is position mein hain ke quran ke paigham ko</w:t>
      </w:r>
    </w:p>
    <w:p>
      <w:pPr>
        <w:jc w:val="right"/>
      </w:pPr>
      <w:r>
        <w:t>آج ہم اس پوزیشن میں ہیں کہ قرآن کے پیغام کو</w:t>
      </w:r>
    </w:p>
    <w:p>
      <w:r>
        <w:rPr>
          <w:b/>
        </w:rPr>
        <w:t xml:space="preserve">[02:38] </w:t>
      </w:r>
      <w:r>
        <w:t>سارے عالم تک پہنچا سکیں، without any restriction.</w:t>
      </w:r>
    </w:p>
    <w:p>
      <w:pPr>
        <w:jc w:val="right"/>
      </w:pPr>
      <w:r>
        <w:t>سارے عالم تک پہنچا سکیں، وِد آؤٹ اینی ریسٹرکشن۔</w:t>
      </w:r>
    </w:p>
    <w:p>
      <w:r>
        <w:rPr>
          <w:b/>
        </w:rPr>
        <w:t xml:space="preserve">[02:44] </w:t>
      </w:r>
      <w:r>
        <w:t>kesi ajeeb baat hai ke Allah taala ne</w:t>
      </w:r>
    </w:p>
    <w:p>
      <w:pPr>
        <w:jc w:val="right"/>
      </w:pPr>
      <w:r>
        <w:t>کیسی عجیب بات ہے کہ اللہ تعالی نے</w:t>
      </w:r>
    </w:p>
    <w:p>
      <w:r>
        <w:rPr>
          <w:b/>
        </w:rPr>
        <w:t xml:space="preserve">[02:50] </w:t>
      </w:r>
      <w:r>
        <w:t>age of communication paida kiya, age of printing press paida kiya,</w:t>
      </w:r>
    </w:p>
    <w:p>
      <w:pPr>
        <w:jc w:val="right"/>
      </w:pPr>
      <w:r>
        <w:t>ایج آف کمیونیکیشن پیدا کیا، ایج آف پرنٹنگ پریس پیدا کیا،</w:t>
      </w:r>
    </w:p>
    <w:p>
      <w:r>
        <w:rPr>
          <w:b/>
        </w:rPr>
        <w:t xml:space="preserve">[02:57] </w:t>
      </w:r>
      <w:r>
        <w:t>age of openness paida kiya, bohat sari cheezen,</w:t>
      </w:r>
    </w:p>
    <w:p>
      <w:pPr>
        <w:jc w:val="right"/>
      </w:pPr>
      <w:r>
        <w:t>ایج آف اوپننس پیدا کیا، بہت ساری چیزیں،</w:t>
      </w:r>
    </w:p>
    <w:p>
      <w:r>
        <w:rPr>
          <w:b/>
        </w:rPr>
        <w:t xml:space="preserve">[03:01] </w:t>
      </w:r>
      <w:r>
        <w:t>aur sath sath religious persecution ke daur ko hamesha ke liye khatam kar diya.</w:t>
      </w:r>
    </w:p>
    <w:p>
      <w:pPr>
        <w:jc w:val="right"/>
      </w:pPr>
      <w:r>
        <w:t>اور ساتھ ساتھ ریلجیس پرسیکیوشن کے دور کو ہمیشہ کے لیے ختم کر دیا۔</w:t>
      </w:r>
    </w:p>
    <w:p>
      <w:r>
        <w:rPr>
          <w:b/>
        </w:rPr>
        <w:t xml:space="preserve">[03:08] </w:t>
      </w:r>
      <w:r>
        <w:t>ab har taraf religious freedom hai.</w:t>
      </w:r>
    </w:p>
    <w:p>
      <w:pPr>
        <w:jc w:val="right"/>
      </w:pPr>
      <w:r>
        <w:t>اب ہر طرف ریلجیس فریڈم ہے۔</w:t>
      </w:r>
    </w:p>
    <w:p>
      <w:r>
        <w:rPr>
          <w:b/>
        </w:rPr>
        <w:t xml:space="preserve">[03:13] </w:t>
      </w:r>
      <w:r>
        <w:t>is waqt jabke yahan bol raha hoon mein, to Allah ke fazl se Pakistan mein</w:t>
      </w:r>
    </w:p>
    <w:p>
      <w:pPr>
        <w:jc w:val="right"/>
      </w:pPr>
      <w:r>
        <w:t>اس وقت جبکہ یہاں بول رہا ہوں میں، تو اللہ کے فضل سے پاکستان میں</w:t>
      </w:r>
    </w:p>
    <w:p>
      <w:r>
        <w:rPr>
          <w:b/>
        </w:rPr>
        <w:t xml:space="preserve">[03:20] </w:t>
      </w:r>
      <w:r>
        <w:t>bohat se log theek theek usi waqt hamari taqreer sun rahe hain, ain usi waqt.</w:t>
      </w:r>
    </w:p>
    <w:p>
      <w:pPr>
        <w:jc w:val="right"/>
      </w:pPr>
      <w:r>
        <w:t>بہت سے لوگ ٹھیک اسی وقت ہماری تقریر سن رہے ہیں، عین اسی وقت۔</w:t>
      </w:r>
    </w:p>
    <w:p>
      <w:r>
        <w:rPr>
          <w:b/>
        </w:rPr>
        <w:t xml:space="preserve">[03:27] </w:t>
      </w:r>
      <w:r>
        <w:t>pehlay aisa kahan ho sakta tha?</w:t>
      </w:r>
    </w:p>
    <w:p>
      <w:pPr>
        <w:jc w:val="right"/>
      </w:pPr>
      <w:r>
        <w:t>پہلے ایسا کہاں ہو سکتا تھا؟</w:t>
      </w:r>
    </w:p>
    <w:p>
      <w:r>
        <w:rPr>
          <w:b/>
        </w:rPr>
        <w:t xml:space="preserve">[03:30] </w:t>
      </w:r>
      <w:r>
        <w:t>na sirf Pakistan mein, balkay America mein, Europe mein, Arab mein, Ajam mein, jagah jagah.</w:t>
      </w:r>
    </w:p>
    <w:p>
      <w:pPr>
        <w:jc w:val="right"/>
      </w:pPr>
      <w:r>
        <w:t>نہ صرف پاکستان میں، بلکہ امریکہ میں، یورپ میں، عرب میں، عجم میں، جگہ جگہ۔</w:t>
      </w:r>
    </w:p>
    <w:p>
      <w:r>
        <w:rPr>
          <w:b/>
        </w:rPr>
        <w:t xml:space="preserve">[03:39] </w:t>
      </w:r>
      <w:r>
        <w:t>تو potentially ہماری بات سارا عالم سن رہا ہے۔</w:t>
      </w:r>
    </w:p>
    <w:p>
      <w:pPr>
        <w:jc w:val="right"/>
      </w:pPr>
      <w:r>
        <w:t>تو پوٹینشلی ہماری بات سارا عالم سن رہا ہے۔</w:t>
      </w:r>
    </w:p>
    <w:p>
      <w:r>
        <w:rPr>
          <w:b/>
        </w:rPr>
        <w:t xml:space="preserve">[03:44] </w:t>
      </w:r>
      <w:r>
        <w:t>potentially. yeh kitna bara shukr ka item hai.</w:t>
      </w:r>
    </w:p>
    <w:p>
      <w:pPr>
        <w:jc w:val="right"/>
      </w:pPr>
      <w:r>
        <w:t>پوٹینشلی۔ یہ کتنا بڑا شکر کا آئٹم ہے۔</w:t>
      </w:r>
    </w:p>
    <w:p>
      <w:r>
        <w:rPr>
          <w:b/>
        </w:rPr>
        <w:t xml:space="preserve">[03:52] </w:t>
      </w:r>
      <w:r>
        <w:t>agar aap sochain</w:t>
      </w:r>
    </w:p>
    <w:p>
      <w:pPr>
        <w:jc w:val="right"/>
      </w:pPr>
      <w:r>
        <w:t>اگر آپ سوچیں</w:t>
      </w:r>
    </w:p>
    <w:p>
      <w:r>
        <w:rPr>
          <w:b/>
        </w:rPr>
        <w:t xml:space="preserve">[03:54] </w:t>
      </w:r>
      <w:r>
        <w:t>ke Allah taala ne hamari kisi apni koshish ke baghair</w:t>
      </w:r>
    </w:p>
    <w:p>
      <w:pPr>
        <w:jc w:val="right"/>
      </w:pPr>
      <w:r>
        <w:t>کہ اللہ تعالی نے ہماری کسی اپنی کوشش کے بغیر</w:t>
      </w:r>
    </w:p>
    <w:p>
      <w:r>
        <w:rPr>
          <w:b/>
        </w:rPr>
        <w:t xml:space="preserve">[03:59] </w:t>
      </w:r>
      <w:r>
        <w:t>itna bara aik global darwaza hamare liye khol diya,</w:t>
      </w:r>
    </w:p>
    <w:p>
      <w:pPr>
        <w:jc w:val="right"/>
      </w:pPr>
      <w:r>
        <w:t>اتنا بڑا ایک گلوبل دروازہ ہمارے لیے کھول دیا،</w:t>
      </w:r>
    </w:p>
    <w:p>
      <w:r>
        <w:rPr>
          <w:b/>
        </w:rPr>
        <w:t xml:space="preserve">[04:04] </w:t>
      </w:r>
      <w:r>
        <w:t>to aap ke andar itna zyada shukr aaye ga ke sari negativity khatam ho jaye gi.</w:t>
      </w:r>
    </w:p>
    <w:p>
      <w:pPr>
        <w:jc w:val="right"/>
      </w:pPr>
      <w:r>
        <w:t>تو آپ کے اندر اتنا زیادہ شکر آئے گا کہ ساری نیگیٹیوٹی ختم ہو جائے گی۔</w:t>
      </w:r>
    </w:p>
    <w:p>
      <w:r>
        <w:rPr>
          <w:b/>
        </w:rPr>
        <w:t xml:space="preserve">[04:11] </w:t>
      </w:r>
      <w:r>
        <w:t>complaint culture ka khatma ho jaye ga.</w:t>
      </w:r>
    </w:p>
    <w:p>
      <w:pPr>
        <w:jc w:val="right"/>
      </w:pPr>
      <w:r>
        <w:t>کمپلینٹ کلچر کا خاتمہ ہو جائے گا۔</w:t>
      </w:r>
    </w:p>
    <w:p>
      <w:r>
        <w:rPr>
          <w:b/>
        </w:rPr>
        <w:t xml:space="preserve">[04:14] </w:t>
      </w:r>
      <w:r>
        <w:t>koi aap ke dil mein enmity, kisi ko aap enemy nahi samjhen ge.</w:t>
      </w:r>
    </w:p>
    <w:p>
      <w:pPr>
        <w:jc w:val="right"/>
      </w:pPr>
      <w:r>
        <w:t>کوئی آپ کے دل میں اینمیٹی، کسی کو آپ اینمی نہیں سمجھیں گے۔</w:t>
      </w:r>
    </w:p>
    <w:p>
      <w:r>
        <w:rPr>
          <w:b/>
        </w:rPr>
        <w:t xml:space="preserve">[04:20] </w:t>
      </w:r>
      <w:r>
        <w:t>kyunke jin ko aap enemy kahain ge, unhi logon ne to yeh age paida kiya hai.</w:t>
      </w:r>
    </w:p>
    <w:p>
      <w:pPr>
        <w:jc w:val="right"/>
      </w:pPr>
      <w:r>
        <w:t>کیونکہ جن کو آپ اینمی کہیں گے، انہی لوگوں نے تو یہ ایج پیدا کیا ہے۔</w:t>
      </w:r>
    </w:p>
    <w:p>
      <w:r>
        <w:rPr>
          <w:b/>
        </w:rPr>
        <w:t xml:space="preserve">[04:27] </w:t>
      </w:r>
      <w:r>
        <w:t>یہ جو آج ہمیں opportunity مل رہی ہے کہ ہم دلی میں بولیں، اور potentially ساری دنیا اس</w:t>
      </w:r>
    </w:p>
    <w:p>
      <w:pPr>
        <w:jc w:val="right"/>
      </w:pPr>
      <w:r>
        <w:t>یہ جو آج ہمیں اپرچونٹی مل رہی ہے کہ ہم دلی میں بولیں، اور پوٹینشلی ساری دنیا اس</w:t>
      </w:r>
    </w:p>
    <w:p>
      <w:r>
        <w:rPr>
          <w:b/>
        </w:rPr>
        <w:t xml:space="preserve">[04:35] </w:t>
      </w:r>
      <w:r>
        <w:t>ko dekhe, sune, aur dekhe, yeh kis ne paida kiya? modern civilization ne.</w:t>
      </w:r>
    </w:p>
    <w:p>
      <w:pPr>
        <w:jc w:val="right"/>
      </w:pPr>
      <w:r>
        <w:t>کو دیکھے، سنے، اور دیکھے، یہ کس نے پیدا کیا؟ ماڈرن سویلائزیشن نے۔</w:t>
      </w:r>
    </w:p>
    <w:p>
      <w:r>
        <w:rPr>
          <w:b/>
        </w:rPr>
        <w:t xml:space="preserve">[04:46] </w:t>
      </w:r>
      <w:r>
        <w:t>to woh, woh to hamari benefactor hain.</w:t>
      </w:r>
    </w:p>
    <w:p>
      <w:pPr>
        <w:jc w:val="right"/>
      </w:pPr>
      <w:r>
        <w:t>تو وہ، وہ تو ہماری بینیفیکٹر ہیں۔</w:t>
      </w:r>
    </w:p>
    <w:p>
      <w:r>
        <w:rPr>
          <w:b/>
        </w:rPr>
        <w:t xml:space="preserve">[04:50] </w:t>
      </w:r>
      <w:r>
        <w:t>yeh jo western nations hain, unhon ne to yeh sab kiya hai.</w:t>
      </w:r>
    </w:p>
    <w:p>
      <w:pPr>
        <w:jc w:val="right"/>
      </w:pPr>
      <w:r>
        <w:t>یہ جو ویسٹرن نیشنز ہیں، انہوں نے تو یہ سب کیا ہے۔</w:t>
      </w:r>
    </w:p>
    <w:p>
      <w:r>
        <w:rPr>
          <w:b/>
        </w:rPr>
        <w:t xml:space="preserve">[04:53] </w:t>
      </w:r>
      <w:r>
        <w:t>woh hamari benefactor hain, woh hamari enemy nahi hain.</w:t>
      </w:r>
    </w:p>
    <w:p>
      <w:pPr>
        <w:jc w:val="right"/>
      </w:pPr>
      <w:r>
        <w:t>وہ ہماری بینیفیکٹر ہیں، وہ ہماری اینمی نہیں ہیں۔</w:t>
      </w:r>
    </w:p>
    <w:p>
      <w:r>
        <w:rPr>
          <w:b/>
        </w:rPr>
        <w:t xml:space="preserve">[04:59] </w:t>
      </w:r>
      <w:r>
        <w:t>to Hazrat Masih ne kaha tha ke "love your enemy", yeh bhi future ki baat thi.</w:t>
      </w:r>
    </w:p>
    <w:p>
      <w:pPr>
        <w:jc w:val="right"/>
      </w:pPr>
      <w:r>
        <w:t>تو حضرت مسیح نے کہا تھا کہ "لو یور اینمی"، یہ بھی فیوچر کی بات تھی۔</w:t>
      </w:r>
    </w:p>
    <w:p>
      <w:r>
        <w:rPr>
          <w:b/>
        </w:rPr>
        <w:t xml:space="preserve">[05:08] </w:t>
      </w:r>
      <w:r>
        <w:t>jis waqt unhon ne kaha tha, tab tak sari duniya ko aap friend group mein dekh nahi sakte</w:t>
      </w:r>
    </w:p>
    <w:p>
      <w:pPr>
        <w:jc w:val="right"/>
      </w:pPr>
      <w:r>
        <w:t>جس وقت انہوں نے کہا تھا، تب تک ساری دنیا کو آپ فرینڈ گروپ میں دیکھ نہیں سکتے</w:t>
      </w:r>
    </w:p>
    <w:p>
      <w:r>
        <w:rPr>
          <w:b/>
        </w:rPr>
        <w:t xml:space="preserve">[05:14] </w:t>
      </w:r>
      <w:r>
        <w:t>the. us waqt to duniya mein religious persecution tha, kingship thi,</w:t>
      </w:r>
    </w:p>
    <w:p>
      <w:pPr>
        <w:jc w:val="right"/>
      </w:pPr>
      <w:r>
        <w:t>تھے۔ اس وقت تو دنیا میں ریلجیس پرسیکیوشن تھا، کنگ شپ تھی،</w:t>
      </w:r>
    </w:p>
    <w:p>
      <w:r>
        <w:rPr>
          <w:b/>
        </w:rPr>
        <w:t xml:space="preserve">[05:23] </w:t>
      </w:r>
      <w:r>
        <w:t>aur kuch log ruler thay, kuch log rolled thay,</w:t>
      </w:r>
    </w:p>
    <w:p>
      <w:pPr>
        <w:jc w:val="right"/>
      </w:pPr>
      <w:r>
        <w:t>اور کچھ لوگ رولر تھے، کچھ لوگ رولڈ تھے،</w:t>
      </w:r>
    </w:p>
    <w:p>
      <w:r>
        <w:rPr>
          <w:b/>
        </w:rPr>
        <w:t xml:space="preserve">[05:28] </w:t>
      </w:r>
      <w:r>
        <w:t>kuch log hakim thay, kuch log subject thay.</w:t>
      </w:r>
    </w:p>
    <w:p>
      <w:pPr>
        <w:jc w:val="right"/>
      </w:pPr>
      <w:r>
        <w:t>کچھ لوگ حاکم تھے، کچھ لوگ سبجیکٹ تھے۔</w:t>
      </w:r>
    </w:p>
    <w:p>
      <w:r>
        <w:rPr>
          <w:b/>
        </w:rPr>
        <w:t xml:space="preserve">[05:32] </w:t>
      </w:r>
      <w:r>
        <w:t>woh daur toh adawati ka daur tha.</w:t>
      </w:r>
    </w:p>
    <w:p>
      <w:pPr>
        <w:jc w:val="right"/>
      </w:pPr>
      <w:r>
        <w:t>وہ دور تو عداوتی کا دور تھا۔</w:t>
      </w:r>
    </w:p>
    <w:p>
      <w:r>
        <w:rPr>
          <w:b/>
        </w:rPr>
        <w:t xml:space="preserve">[05:36] </w:t>
      </w:r>
      <w:r>
        <w:t>is waqt unhon ne kaha tha ke "love your enemy",</w:t>
      </w:r>
    </w:p>
    <w:p>
      <w:pPr>
        <w:jc w:val="right"/>
      </w:pPr>
      <w:r>
        <w:t>اس وقت انہوں نے کہا تھا کہ "لو یور اینمی"،</w:t>
      </w:r>
    </w:p>
    <w:p>
      <w:r>
        <w:rPr>
          <w:b/>
        </w:rPr>
        <w:t xml:space="preserve">[05:39] </w:t>
      </w:r>
      <w:r>
        <w:t>yeh bhi future ke aitbar se thi.</w:t>
      </w:r>
    </w:p>
    <w:p>
      <w:pPr>
        <w:jc w:val="right"/>
      </w:pPr>
      <w:r>
        <w:t>یہ بھی فیوچر کے اعتبار سے تھی۔</w:t>
      </w:r>
    </w:p>
    <w:p>
      <w:r>
        <w:rPr>
          <w:b/>
        </w:rPr>
        <w:t xml:space="preserve">[05:42] </w:t>
      </w:r>
      <w:r>
        <w:t>aaj yeh cheez waqea ban chuki hai.</w:t>
      </w:r>
    </w:p>
    <w:p>
      <w:pPr>
        <w:jc w:val="right"/>
      </w:pPr>
      <w:r>
        <w:t>آج یہ چیز واقعہ بن چکی ہے۔</w:t>
      </w:r>
    </w:p>
    <w:p>
      <w:r>
        <w:rPr>
          <w:b/>
        </w:rPr>
        <w:t xml:space="preserve">[05:47] </w:t>
      </w:r>
      <w:r>
        <w:t>toh sab shukr hi shukr hai.</w:t>
      </w:r>
    </w:p>
    <w:p>
      <w:pPr>
        <w:jc w:val="right"/>
      </w:pPr>
      <w:r>
        <w:t>تو سب شکر ہی شکر ہے۔</w:t>
      </w:r>
    </w:p>
    <w:p>
      <w:r>
        <w:rPr>
          <w:b/>
        </w:rPr>
        <w:t xml:space="preserve">[05:50] </w:t>
      </w:r>
      <w:r>
        <w:t>dushman aap ka dost ban gaya, dori aap ke liye qareeb, qurbat ban gayi.</w:t>
      </w:r>
    </w:p>
    <w:p>
      <w:pPr>
        <w:jc w:val="right"/>
      </w:pPr>
      <w:r>
        <w:t>دشمن آپ کا دوست بن گیا، دوری آپ کے لیے قریب، قربت بن گئی۔</w:t>
      </w:r>
    </w:p>
    <w:p>
      <w:r>
        <w:rPr>
          <w:b/>
        </w:rPr>
        <w:t xml:space="preserve">[05:56] </w:t>
      </w:r>
      <w:r>
        <w:t>Impossible aapke liye possible ho gaya.</w:t>
      </w:r>
    </w:p>
    <w:p>
      <w:pPr>
        <w:jc w:val="right"/>
      </w:pPr>
      <w:r>
        <w:t>امپاسیبل آپ کے لیے پاسیبل ہو گیا۔</w:t>
      </w:r>
    </w:p>
    <w:p>
      <w:r>
        <w:rPr>
          <w:b/>
        </w:rPr>
        <w:t xml:space="preserve">[06:00] </w:t>
      </w:r>
      <w:r>
        <w:t>kitni ajeeb ghareeb qism ki yeh nemat hai Allah taala ki,</w:t>
      </w:r>
    </w:p>
    <w:p>
      <w:pPr>
        <w:jc w:val="right"/>
      </w:pPr>
      <w:r>
        <w:t>کتنی عجیب غریب قسم کی یہ نعمت ہے اللہ تعالی کی،</w:t>
      </w:r>
    </w:p>
    <w:p>
      <w:r>
        <w:rPr>
          <w:b/>
        </w:rPr>
        <w:t xml:space="preserve">[06:05] </w:t>
      </w:r>
      <w:r>
        <w:t>jo aap ko shukr ke samandar mein gharaq kar de.</w:t>
      </w:r>
    </w:p>
    <w:p>
      <w:pPr>
        <w:jc w:val="right"/>
      </w:pPr>
      <w:r>
        <w:t>جو آپ کو شکر کے سمندر میں غرق کر دے۔</w:t>
      </w:r>
    </w:p>
    <w:p>
      <w:r>
        <w:rPr>
          <w:b/>
        </w:rPr>
        <w:t xml:space="preserve">[06:12] </w:t>
      </w:r>
      <w:r>
        <w:t>ab mein kuch baat kahunga rasool Allah jo deen laye thay, us ki nisbat se.</w:t>
      </w:r>
    </w:p>
    <w:p>
      <w:pPr>
        <w:jc w:val="right"/>
      </w:pPr>
      <w:r>
        <w:t>اب میں کچھ بات کہوں گا رسول اللہ جو دین لائے تھے، اس کی نسبت سے۔</w:t>
      </w:r>
    </w:p>
    <w:p>
      <w:r>
        <w:rPr>
          <w:b/>
        </w:rPr>
        <w:t xml:space="preserve">[06:18] </w:t>
      </w:r>
      <w:r>
        <w:t>dekhiye, Hazrat Aisha ki ek riwayat aayi hai sahih al Bukhari mein,</w:t>
      </w:r>
    </w:p>
    <w:p>
      <w:pPr>
        <w:jc w:val="right"/>
      </w:pPr>
      <w:r>
        <w:t>دیکھیے، حضرت عائشہ کی ایک روایت آئی ہے صحیح البخاری میں،</w:t>
      </w:r>
    </w:p>
    <w:p>
      <w:r>
        <w:rPr>
          <w:b/>
        </w:rPr>
        <w:t xml:space="preserve">[06:26] </w:t>
      </w:r>
      <w:r>
        <w:t>bohat lambi riwayat hai.</w:t>
      </w:r>
    </w:p>
    <w:p>
      <w:pPr>
        <w:jc w:val="right"/>
      </w:pPr>
      <w:r>
        <w:t>بہت لمبی روایت ہے۔</w:t>
      </w:r>
    </w:p>
    <w:p>
      <w:r>
        <w:rPr>
          <w:b/>
        </w:rPr>
        <w:t xml:space="preserve">[06:29] </w:t>
      </w:r>
      <w:r>
        <w:t>is mein woh kehti hain ke</w:t>
      </w:r>
    </w:p>
    <w:p>
      <w:pPr>
        <w:jc w:val="right"/>
      </w:pPr>
      <w:r>
        <w:t>اس میں وہ کہتی ہیں کہ</w:t>
      </w:r>
    </w:p>
    <w:p>
      <w:r>
        <w:rPr>
          <w:b/>
        </w:rPr>
        <w:t xml:space="preserve">[06:32] </w:t>
      </w:r>
      <w:r>
        <w:t>nubuwat se pehle rasool Allah sal Allah alayh wasallam jaya karte thay ghar e hira.</w:t>
      </w:r>
    </w:p>
    <w:p>
      <w:pPr>
        <w:jc w:val="right"/>
      </w:pPr>
      <w:r>
        <w:t>نبوت سے پہلے رسول اللہ صلی اللہ علیہ وسلم جایا کرتے تھے غار حرا۔</w:t>
      </w:r>
    </w:p>
    <w:p>
      <w:r>
        <w:rPr>
          <w:b/>
        </w:rPr>
        <w:t xml:space="preserve">[06:37] </w:t>
      </w:r>
      <w:r>
        <w:t>wahan par woh</w:t>
      </w:r>
    </w:p>
    <w:p>
      <w:pPr>
        <w:jc w:val="right"/>
      </w:pPr>
      <w:r>
        <w:t>وہاں پر وہ</w:t>
      </w:r>
    </w:p>
    <w:p>
      <w:r>
        <w:rPr>
          <w:b/>
        </w:rPr>
        <w:t xml:space="preserve">[06:41] </w:t>
      </w:r>
      <w:r>
        <w:t>soch bichar karte thay,</w:t>
      </w:r>
    </w:p>
    <w:p>
      <w:pPr>
        <w:jc w:val="right"/>
      </w:pPr>
      <w:r>
        <w:t>سوچ بچار کرتے تھے،</w:t>
      </w:r>
    </w:p>
    <w:p>
      <w:r>
        <w:rPr>
          <w:b/>
        </w:rPr>
        <w:t xml:space="preserve">[06:44] </w:t>
      </w:r>
      <w:r>
        <w:t>jis ko keh sakte hain aap contemplation.</w:t>
      </w:r>
    </w:p>
    <w:p>
      <w:pPr>
        <w:jc w:val="right"/>
      </w:pPr>
      <w:r>
        <w:t>جس کو کہہ سکتے ہیں آپ کنٹمپلیشن۔</w:t>
      </w:r>
    </w:p>
    <w:p>
      <w:r>
        <w:rPr>
          <w:b/>
        </w:rPr>
        <w:t xml:space="preserve">[06:47] </w:t>
      </w:r>
      <w:r>
        <w:t>That was a period of contemplation for the Prophet.</w:t>
      </w:r>
    </w:p>
    <w:p>
      <w:pPr>
        <w:jc w:val="right"/>
      </w:pPr>
      <w:r>
        <w:t>That was a period of contemplation for the Prophet.</w:t>
      </w:r>
    </w:p>
    <w:p>
      <w:r>
        <w:rPr>
          <w:b/>
        </w:rPr>
        <w:t xml:space="preserve">[06:53] </w:t>
      </w:r>
      <w:r>
        <w:t>toh phir aap jab 40 saal ke ho chuke thay, toh farishta Jibrael wahan par aaya, ghar e hira</w:t>
      </w:r>
    </w:p>
    <w:p>
      <w:pPr>
        <w:jc w:val="right"/>
      </w:pPr>
      <w:r>
        <w:t>تو پھر آپ جب 40 سال کے ہو چکے تھے، تو فرشتہ جبرائیل وہاں پر آیا، غار حرا</w:t>
      </w:r>
    </w:p>
    <w:p>
      <w:r>
        <w:rPr>
          <w:b/>
        </w:rPr>
        <w:t xml:space="preserve">[07:00] </w:t>
      </w:r>
      <w:r>
        <w:t>mein. Is ne bataya ke أنت نبي وهاذي الأمم tum ko Allah ne is qom ke liye nabi</w:t>
      </w:r>
    </w:p>
    <w:p>
      <w:pPr>
        <w:jc w:val="right"/>
      </w:pPr>
      <w:r>
        <w:t>میں۔ اس نے بتایا کہ أنت نبي وهاذي الأمم تم کو اللہ نے اس قوم کے لیے نبی</w:t>
      </w:r>
    </w:p>
    <w:p>
      <w:r>
        <w:rPr>
          <w:b/>
        </w:rPr>
        <w:t xml:space="preserve">[07:07] </w:t>
      </w:r>
      <w:r>
        <w:t>banaya hai. Toh riwayat mein aata hai ke rasool Allah jab wahan se, is ki tafseel aap dekh</w:t>
      </w:r>
    </w:p>
    <w:p>
      <w:pPr>
        <w:jc w:val="right"/>
      </w:pPr>
      <w:r>
        <w:t>بنایا ہے۔ تو روایت میں آتا ہے کہ رسول اللہ جب وہاں سے، اس کی تفصیل آپ دیکھ</w:t>
      </w:r>
    </w:p>
    <w:p>
      <w:r>
        <w:rPr>
          <w:b/>
        </w:rPr>
        <w:t xml:space="preserve">[07:16] </w:t>
      </w:r>
      <w:r>
        <w:t>sakte hain aap kitabon mein, ke jab wahan se lote toh aap roo' ki halat mein thay,</w:t>
      </w:r>
    </w:p>
    <w:p>
      <w:pPr>
        <w:jc w:val="right"/>
      </w:pPr>
      <w:r>
        <w:t>سکتے ہیں آپ کتابوں میں، کہ جب وہاں سے لوٹے تو آپ روؤ کی حالت میں تھے،</w:t>
      </w:r>
    </w:p>
    <w:p>
      <w:r>
        <w:rPr>
          <w:b/>
        </w:rPr>
        <w:t xml:space="preserve">[07:23] </w:t>
      </w:r>
      <w:r>
        <w:t>yani zimmedari ke ehsas se geeraapaar ho rahe thay.</w:t>
      </w:r>
    </w:p>
    <w:p>
      <w:pPr>
        <w:jc w:val="right"/>
      </w:pPr>
      <w:r>
        <w:t>یعنی ذمہ داری کے احساس سے گیراپار ہو رہے تھے۔</w:t>
      </w:r>
    </w:p>
    <w:p>
      <w:r>
        <w:rPr>
          <w:b/>
        </w:rPr>
        <w:t xml:space="preserve">[07:29] </w:t>
      </w:r>
      <w:r>
        <w:t>roo' ka matlab yeh nahi ke khauf taari tha aap ke upar, nahi,</w:t>
      </w:r>
    </w:p>
    <w:p>
      <w:pPr>
        <w:jc w:val="right"/>
      </w:pPr>
      <w:r>
        <w:t>روؤ کا مطلب یہ نہیں کہ خوف طاری تھا آپ کے اوپر، نہیں،</w:t>
      </w:r>
    </w:p>
    <w:p>
      <w:r>
        <w:rPr>
          <w:b/>
        </w:rPr>
        <w:t xml:space="preserve">[07:33] </w:t>
      </w:r>
      <w:r>
        <w:t>aik sense of responsibility ki waja se aap geerpar ho rahay thay.</w:t>
      </w:r>
    </w:p>
    <w:p>
      <w:pPr>
        <w:jc w:val="right"/>
      </w:pPr>
      <w:r>
        <w:t>ایک سینس آف ریسپانسبیلٹی کی وجہ سے آپ گیراپار ہو رہے تھے۔</w:t>
      </w:r>
    </w:p>
    <w:p>
      <w:r>
        <w:rPr>
          <w:b/>
        </w:rPr>
        <w:t xml:space="preserve">[07:39] </w:t>
      </w:r>
      <w:r>
        <w:t>to is waqt aap rehtay thay khadija ke ghar mein,</w:t>
      </w:r>
    </w:p>
    <w:p>
      <w:pPr>
        <w:jc w:val="right"/>
      </w:pPr>
      <w:r>
        <w:t>تو اس وقت آپ رہتے تھے خدیجہ کے گھر میں،</w:t>
      </w:r>
    </w:p>
    <w:p>
      <w:r>
        <w:rPr>
          <w:b/>
        </w:rPr>
        <w:t xml:space="preserve">[07:43] </w:t>
      </w:r>
      <w:r>
        <w:t>makka mein. aap wahan pohanchay</w:t>
      </w:r>
    </w:p>
    <w:p>
      <w:pPr>
        <w:jc w:val="right"/>
      </w:pPr>
      <w:r>
        <w:t>مکہ میں۔ آپ وہاں پہنچے</w:t>
      </w:r>
    </w:p>
    <w:p>
      <w:r>
        <w:rPr>
          <w:b/>
        </w:rPr>
        <w:t xml:space="preserve">[07:47] </w:t>
      </w:r>
      <w:r>
        <w:t>to aap ne kaha ke zimbroni zimbroni</w:t>
      </w:r>
    </w:p>
    <w:p>
      <w:pPr>
        <w:jc w:val="right"/>
      </w:pPr>
      <w:r>
        <w:t>تو آپ نے کہا کہ زمبرونی زمبرونی</w:t>
      </w:r>
    </w:p>
    <w:p>
      <w:r>
        <w:rPr>
          <w:b/>
        </w:rPr>
        <w:t xml:space="preserve">[07:52] </w:t>
      </w:r>
      <w:r>
        <w:t>mujko urhao, mujko urhao.</w:t>
      </w:r>
    </w:p>
    <w:p>
      <w:pPr>
        <w:jc w:val="right"/>
      </w:pPr>
      <w:r>
        <w:t>مجھ کو اڑھاؤ، مجھ کو اڑھاؤ۔</w:t>
      </w:r>
    </w:p>
    <w:p>
      <w:r>
        <w:rPr>
          <w:b/>
        </w:rPr>
        <w:t xml:space="preserve">[07:55] </w:t>
      </w:r>
      <w:r>
        <w:t>yani aap bistar par lait gaye, aur lait kar kaha ke mujhe urhao.</w:t>
      </w:r>
    </w:p>
    <w:p>
      <w:pPr>
        <w:jc w:val="right"/>
      </w:pPr>
      <w:r>
        <w:t>یعنی آپ بستر پر لیٹ گئے، اور لیٹ کر کہا کہ مجھے اڑھاؤ۔</w:t>
      </w:r>
    </w:p>
    <w:p>
      <w:r>
        <w:rPr>
          <w:b/>
        </w:rPr>
        <w:t xml:space="preserve">[08:03] </w:t>
      </w:r>
      <w:r>
        <w:t>yeh, yeh jo tajurba tha, yahan se nabuwat ka aaghaz hua hai.</w:t>
      </w:r>
    </w:p>
    <w:p>
      <w:pPr>
        <w:jc w:val="right"/>
      </w:pPr>
      <w:r>
        <w:t>یہ، یہ جو تجربہ تھا، یہاں سے نبوت کا آغاز ہوا ہے۔</w:t>
      </w:r>
    </w:p>
    <w:p>
      <w:r>
        <w:rPr>
          <w:b/>
        </w:rPr>
        <w:t xml:space="preserve">[08:11] </w:t>
      </w:r>
      <w:r>
        <w:t>is ke baad aik Allah taala ne quran ki woh surah utari jis ko hum kehtay hain al mudassir.</w:t>
      </w:r>
    </w:p>
    <w:p>
      <w:pPr>
        <w:jc w:val="right"/>
      </w:pPr>
      <w:r>
        <w:t>اس کے بعد ایک اللہ تعالی نے قرآن کی وہ سورہ اتاری جس کو ہم کہتے ہیں المدثر۔</w:t>
      </w:r>
    </w:p>
    <w:p>
      <w:r>
        <w:rPr>
          <w:b/>
        </w:rPr>
        <w:t xml:space="preserve">[08:20] </w:t>
      </w:r>
      <w:r>
        <w:t>al mudassir mein aaghaz yeh hai: ya ayuha al mudassir kun fanthazr rabbaka fakbir</w:t>
      </w:r>
    </w:p>
    <w:p>
      <w:pPr>
        <w:jc w:val="right"/>
      </w:pPr>
      <w:r>
        <w:t>المدثر میں آغاز یہ ہے: يا أيها المدثر كن فانظر ربك فكبر</w:t>
      </w:r>
    </w:p>
    <w:p>
      <w:r>
        <w:rPr>
          <w:b/>
        </w:rPr>
        <w:t xml:space="preserve">[08:27] </w:t>
      </w:r>
      <w:r>
        <w:t>wasabiq al futahu wa al rajfa jarr</w:t>
      </w:r>
    </w:p>
    <w:p>
      <w:pPr>
        <w:jc w:val="right"/>
      </w:pPr>
      <w:r>
        <w:t>وسابق الفتاح والرجفاجر</w:t>
      </w:r>
    </w:p>
    <w:p>
      <w:r>
        <w:rPr>
          <w:b/>
        </w:rPr>
        <w:t xml:space="preserve">[08:32] </w:t>
      </w:r>
      <w:r>
        <w:t>al mudassir ka lafz duthar se bana hai, duthar mani blanket.</w:t>
      </w:r>
    </w:p>
    <w:p>
      <w:pPr>
        <w:jc w:val="right"/>
      </w:pPr>
      <w:r>
        <w:t>المدثر کا لفظ دثار سے بنا ہے، دثار معنی بلینکٹ۔</w:t>
      </w:r>
    </w:p>
    <w:p>
      <w:r>
        <w:rPr>
          <w:b/>
        </w:rPr>
        <w:t xml:space="preserve">[08:39] </w:t>
      </w:r>
      <w:r>
        <w:t>ae blanket orhnay walay,</w:t>
      </w:r>
    </w:p>
    <w:p>
      <w:pPr>
        <w:jc w:val="right"/>
      </w:pPr>
      <w:r>
        <w:t>اے بلینکٹ اوڑھنے والے،</w:t>
      </w:r>
    </w:p>
    <w:p>
      <w:r>
        <w:rPr>
          <w:b/>
        </w:rPr>
        <w:t xml:space="preserve">[08:42] </w:t>
      </w:r>
      <w:r>
        <w:t>uth aur intazar kar.</w:t>
      </w:r>
    </w:p>
    <w:p>
      <w:pPr>
        <w:jc w:val="right"/>
      </w:pPr>
      <w:r>
        <w:t>اٹھ اور انتظار کر۔</w:t>
      </w:r>
    </w:p>
    <w:p>
      <w:r>
        <w:rPr>
          <w:b/>
        </w:rPr>
        <w:t xml:space="preserve">[08:50] </w:t>
      </w:r>
      <w:r>
        <w:t>intazar ke mani wahi hain, intazar ke lafzi mani to hain ke yani logon ko</w:t>
      </w:r>
    </w:p>
    <w:p>
      <w:pPr>
        <w:jc w:val="right"/>
      </w:pPr>
      <w:r>
        <w:t>انتظار کے معنی وہی ہیں، انتظار کے لفظی معنی تو ہیں کہ یعنی لوگوں کو</w:t>
      </w:r>
    </w:p>
    <w:p>
      <w:r>
        <w:rPr>
          <w:b/>
        </w:rPr>
        <w:t xml:space="preserve">[08:56] </w:t>
      </w:r>
      <w:r>
        <w:t>warn kar, warning day.</w:t>
      </w:r>
    </w:p>
    <w:p>
      <w:pPr>
        <w:jc w:val="right"/>
      </w:pPr>
      <w:r>
        <w:t>وارن کر، وارننگ دے۔</w:t>
      </w:r>
    </w:p>
    <w:p>
      <w:r>
        <w:rPr>
          <w:b/>
        </w:rPr>
        <w:t xml:space="preserve">[08:59] </w:t>
      </w:r>
      <w:r>
        <w:t>lekin haqeeqat mein is ka matlab hai</w:t>
      </w:r>
    </w:p>
    <w:p>
      <w:pPr>
        <w:jc w:val="right"/>
      </w:pPr>
      <w:r>
        <w:t>لیکن حقیقت میں اس کا مطلب ہے</w:t>
      </w:r>
    </w:p>
    <w:p>
      <w:r>
        <w:rPr>
          <w:b/>
        </w:rPr>
        <w:t xml:space="preserve">[09:03] </w:t>
      </w:r>
      <w:r>
        <w:t>logon ko creation plan of god se ba khabar karo.</w:t>
      </w:r>
    </w:p>
    <w:p>
      <w:pPr>
        <w:jc w:val="right"/>
      </w:pPr>
      <w:r>
        <w:t>لوگوں کو کی کریشن پلان آف گاڈ سے باخبر کرو۔</w:t>
      </w:r>
    </w:p>
    <w:p>
      <w:r>
        <w:rPr>
          <w:b/>
        </w:rPr>
        <w:t xml:space="preserve">[09:09] </w:t>
      </w:r>
      <w:r>
        <w:t>Make people aware of the creation plan of God log jannay ke un ke paida karnay walay ne</w:t>
      </w:r>
    </w:p>
    <w:p>
      <w:pPr>
        <w:jc w:val="right"/>
      </w:pPr>
      <w:r>
        <w:t>Make people aware of the creation plan of God لوگ جانیں کہ ان کے پیدا کرنے والے نے</w:t>
      </w:r>
    </w:p>
    <w:p>
      <w:r>
        <w:rPr>
          <w:b/>
        </w:rPr>
        <w:t xml:space="preserve">[09:16] </w:t>
      </w:r>
      <w:r>
        <w:t>un ko kis liye paida kiya hai.</w:t>
      </w:r>
    </w:p>
    <w:p>
      <w:pPr>
        <w:jc w:val="right"/>
      </w:pPr>
      <w:r>
        <w:t>ان کو کس لیے پیدا کیا ہے۔</w:t>
      </w:r>
    </w:p>
    <w:p>
      <w:r>
        <w:rPr>
          <w:b/>
        </w:rPr>
        <w:t xml:space="preserve">[09:22] </w:t>
      </w:r>
      <w:r>
        <w:t>What is</w:t>
      </w:r>
    </w:p>
    <w:p>
      <w:pPr>
        <w:jc w:val="right"/>
      </w:pPr>
      <w:r>
        <w:t>What is</w:t>
      </w:r>
    </w:p>
    <w:p>
      <w:r>
        <w:rPr>
          <w:b/>
        </w:rPr>
        <w:t xml:space="preserve">[09:23] </w:t>
      </w:r>
      <w:r>
        <w:t>What is life? What is death? What is pre-death period? What is post-death period?</w:t>
      </w:r>
    </w:p>
    <w:p>
      <w:pPr>
        <w:jc w:val="right"/>
      </w:pPr>
      <w:r>
        <w:t>What is life? What is death? What is pre-death period? What is post-death period?</w:t>
      </w:r>
    </w:p>
    <w:p>
      <w:r>
        <w:rPr>
          <w:b/>
        </w:rPr>
        <w:t xml:space="preserve">[09:31] </w:t>
      </w:r>
      <w:r>
        <w:t>un sab baton se ba khabar karo un ko.</w:t>
      </w:r>
    </w:p>
    <w:p>
      <w:pPr>
        <w:jc w:val="right"/>
      </w:pPr>
      <w:r>
        <w:t>ان سب باتوں سے باخبر کرو ان کو۔</w:t>
      </w:r>
    </w:p>
    <w:p>
      <w:r>
        <w:rPr>
          <w:b/>
        </w:rPr>
        <w:t xml:space="preserve">[09:35] </w:t>
      </w:r>
      <w:r>
        <w:t>aur is mein yeh aata hai ke wa al rajfa jarr, raj ko chor do.</w:t>
      </w:r>
    </w:p>
    <w:p>
      <w:pPr>
        <w:jc w:val="right"/>
      </w:pPr>
      <w:r>
        <w:t>اور اس میں یہ آتا ہے کہ والرجفاجر، رج کو چھوڑ دو۔</w:t>
      </w:r>
    </w:p>
    <w:p>
      <w:r>
        <w:rPr>
          <w:b/>
        </w:rPr>
        <w:t xml:space="preserve">[09:39] </w:t>
      </w:r>
      <w:r>
        <w:t>raj ke mani kiya hotay hain? gandagi, dirt.</w:t>
      </w:r>
    </w:p>
    <w:p>
      <w:pPr>
        <w:jc w:val="right"/>
      </w:pPr>
      <w:r>
        <w:t>رج کے معنی کیا ہوتے ہیں؟ گندگی، ڈرٹ۔</w:t>
      </w:r>
    </w:p>
    <w:p>
      <w:r>
        <w:rPr>
          <w:b/>
        </w:rPr>
        <w:t xml:space="preserve">[09:44] </w:t>
      </w:r>
      <w:r>
        <w:t>yani dirty practice ko chor do.</w:t>
      </w:r>
    </w:p>
    <w:p>
      <w:pPr>
        <w:jc w:val="right"/>
      </w:pPr>
      <w:r>
        <w:t>یعنی ڈرٹی پریکٹس کو چھوڑ دو۔</w:t>
      </w:r>
    </w:p>
    <w:p>
      <w:r>
        <w:rPr>
          <w:b/>
        </w:rPr>
        <w:t xml:space="preserve">[09:47] </w:t>
      </w:r>
      <w:r>
        <w:t>dirty practice ka matlab kiya hai?</w:t>
      </w:r>
    </w:p>
    <w:p>
      <w:pPr>
        <w:jc w:val="right"/>
      </w:pPr>
      <w:r>
        <w:t>ڈرٹی پریکٹس کا مطلب کیا ہے؟</w:t>
      </w:r>
    </w:p>
    <w:p>
      <w:r>
        <w:rPr>
          <w:b/>
        </w:rPr>
        <w:t xml:space="preserve">[09:51] </w:t>
      </w:r>
      <w:r>
        <w:t>jab aap mission le ke khare honge wahan par, to aap mukhalifeen honge,</w:t>
      </w:r>
    </w:p>
    <w:p>
      <w:pPr>
        <w:jc w:val="right"/>
      </w:pPr>
      <w:r>
        <w:t>جب آپ مشن لے کے کھڑے ہوں گے وہاں پر، تو آپ مخالفین ہوں گے،</w:t>
      </w:r>
    </w:p>
    <w:p>
      <w:r>
        <w:rPr>
          <w:b/>
        </w:rPr>
        <w:t xml:space="preserve">[09:57] </w:t>
      </w:r>
      <w:r>
        <w:t>aap se khilaf,</w:t>
      </w:r>
    </w:p>
    <w:p>
      <w:pPr>
        <w:jc w:val="right"/>
      </w:pPr>
      <w:r>
        <w:t>آپ سے خلاف،</w:t>
      </w:r>
    </w:p>
    <w:p>
      <w:r>
        <w:rPr>
          <w:b/>
        </w:rPr>
        <w:t xml:space="preserve">[10:00] </w:t>
      </w:r>
      <w:r>
        <w:t>aap propaganda karenge, tarah tarah ke record dalenge.</w:t>
      </w:r>
    </w:p>
    <w:p>
      <w:pPr>
        <w:jc w:val="right"/>
      </w:pPr>
      <w:r>
        <w:t>آپ پروپیگنڈا کریں گے، طرح طرح کے ریکارڈ ڈالیں گے۔</w:t>
      </w:r>
    </w:p>
    <w:p>
      <w:r>
        <w:rPr>
          <w:b/>
        </w:rPr>
        <w:t xml:space="preserve">[10:06] </w:t>
      </w:r>
      <w:r>
        <w:t>to yahan dirty practice ka matlab hai ke in se takrao mat karo.</w:t>
      </w:r>
    </w:p>
    <w:p>
      <w:pPr>
        <w:jc w:val="right"/>
      </w:pPr>
      <w:r>
        <w:t>تو یہاں ڈرٹی پریکٹس کا مطلب ہے کہ ان سے ٹکراؤ مت کرو۔</w:t>
      </w:r>
    </w:p>
    <w:p>
      <w:r>
        <w:rPr>
          <w:b/>
        </w:rPr>
        <w:t xml:space="preserve">[10:14] </w:t>
      </w:r>
      <w:r>
        <w:t>conflictation ki policy ikhtiyar na karo.</w:t>
      </w:r>
    </w:p>
    <w:p>
      <w:pPr>
        <w:jc w:val="right"/>
      </w:pPr>
      <w:r>
        <w:t>کنفلکٹیشن کی پالیسی اختیار نہ کرو۔</w:t>
      </w:r>
    </w:p>
    <w:p>
      <w:r>
        <w:rPr>
          <w:b/>
        </w:rPr>
        <w:t xml:space="preserve">[10:18] </w:t>
      </w:r>
      <w:r>
        <w:t>yeh matlab hai is ka.</w:t>
      </w:r>
    </w:p>
    <w:p>
      <w:pPr>
        <w:jc w:val="right"/>
      </w:pPr>
      <w:r>
        <w:t>یہ مطلب ہے اس کا۔</w:t>
      </w:r>
    </w:p>
    <w:p>
      <w:r>
        <w:rPr>
          <w:b/>
        </w:rPr>
        <w:t xml:space="preserve">[10:22] </w:t>
      </w:r>
      <w:r>
        <w:t>to yeh bohat zyada sochne ki baat hai ke Allah taala ne farmaya ke كن فانظر utho aur</w:t>
      </w:r>
    </w:p>
    <w:p>
      <w:pPr>
        <w:jc w:val="right"/>
      </w:pPr>
      <w:r>
        <w:t>تو یہ بہت زیادہ سوچنے کی بات ہے کہ اللہ تعالی نے فرمایا کہ كن فانظر اٹھو اور</w:t>
      </w:r>
    </w:p>
    <w:p>
      <w:r>
        <w:rPr>
          <w:b/>
        </w:rPr>
        <w:t xml:space="preserve">[10:28] </w:t>
      </w:r>
      <w:r>
        <w:t>intezar karo. Yeh nahi farmaya ke كن</w:t>
      </w:r>
    </w:p>
    <w:p>
      <w:pPr>
        <w:jc w:val="right"/>
      </w:pPr>
      <w:r>
        <w:t>انتظار کرو۔ یہ نہیں فرمایا کہ كن</w:t>
      </w:r>
    </w:p>
    <w:p>
      <w:r>
        <w:rPr>
          <w:b/>
        </w:rPr>
        <w:t xml:space="preserve">[10:33] </w:t>
      </w:r>
      <w:r>
        <w:t>فاقم دولت الاسلام utho aur Islam mein hukumat qaim karo.</w:t>
      </w:r>
    </w:p>
    <w:p>
      <w:pPr>
        <w:jc w:val="right"/>
      </w:pPr>
      <w:r>
        <w:t>فاقم دولت الاسلام اٹھو اور اسلام میں حکومت قائم کرو۔</w:t>
      </w:r>
    </w:p>
    <w:p>
      <w:r>
        <w:rPr>
          <w:b/>
        </w:rPr>
        <w:t xml:space="preserve">[10:40] </w:t>
      </w:r>
      <w:r>
        <w:t>كن ونفذ شريعة الاسلامية</w:t>
      </w:r>
    </w:p>
    <w:p>
      <w:pPr>
        <w:jc w:val="right"/>
      </w:pPr>
      <w:r>
        <w:t>كن ونفذ شريعة الاسلامية</w:t>
      </w:r>
    </w:p>
    <w:p>
      <w:r>
        <w:rPr>
          <w:b/>
        </w:rPr>
        <w:t xml:space="preserve">[10:45] </w:t>
      </w:r>
      <w:r>
        <w:t>utho aur Islam mein shariat nafez karo.</w:t>
      </w:r>
    </w:p>
    <w:p>
      <w:pPr>
        <w:jc w:val="right"/>
      </w:pPr>
      <w:r>
        <w:t>اٹھو اور اسلام میں شریعت نافذ کرو۔</w:t>
      </w:r>
    </w:p>
    <w:p>
      <w:r>
        <w:rPr>
          <w:b/>
        </w:rPr>
        <w:t xml:space="preserve">[10:47] </w:t>
      </w:r>
      <w:r>
        <w:t>yeh nahi farmaya.</w:t>
      </w:r>
    </w:p>
    <w:p>
      <w:pPr>
        <w:jc w:val="right"/>
      </w:pPr>
      <w:r>
        <w:t>یہ نہیں فرمایا۔</w:t>
      </w:r>
    </w:p>
    <w:p>
      <w:r>
        <w:rPr>
          <w:b/>
        </w:rPr>
        <w:t xml:space="preserve">[10:49] </w:t>
      </w:r>
      <w:r>
        <w:t>farmaya ke utho aur intezar karo.</w:t>
      </w:r>
    </w:p>
    <w:p>
      <w:pPr>
        <w:jc w:val="right"/>
      </w:pPr>
      <w:r>
        <w:t>فرمایا کہ اٹھو اور انتظار کرو۔</w:t>
      </w:r>
    </w:p>
    <w:p>
      <w:r>
        <w:rPr>
          <w:b/>
        </w:rPr>
        <w:t xml:space="preserve">[10:54] </w:t>
      </w:r>
      <w:r>
        <w:t>yani Allah ka jo, Allah Rab ul Alameen ka jo creation plan hai, jo schema of things hai, us</w:t>
      </w:r>
    </w:p>
    <w:p>
      <w:pPr>
        <w:jc w:val="right"/>
      </w:pPr>
      <w:r>
        <w:t>یعنی اللہ کا جو، اللہ رب العالمین کا جو کریشن پلان ہے، جو اسکیما آف تھنگز ہے، اس</w:t>
      </w:r>
    </w:p>
    <w:p>
      <w:r>
        <w:rPr>
          <w:b/>
        </w:rPr>
        <w:t xml:space="preserve">[11:01] </w:t>
      </w:r>
      <w:r>
        <w:t>se logon ko ba-khabar karo.</w:t>
      </w:r>
    </w:p>
    <w:p>
      <w:pPr>
        <w:jc w:val="right"/>
      </w:pPr>
      <w:r>
        <w:t>سے لوگوں کو باخبر کرو۔</w:t>
      </w:r>
    </w:p>
    <w:p>
      <w:r>
        <w:rPr>
          <w:b/>
        </w:rPr>
        <w:t xml:space="preserve">[11:04] </w:t>
      </w:r>
      <w:r>
        <w:t>taake duniya mein woh zindagi guzaren to ghaflat ke sath na guzaren,</w:t>
      </w:r>
    </w:p>
    <w:p>
      <w:pPr>
        <w:jc w:val="right"/>
      </w:pPr>
      <w:r>
        <w:t>تاکہ دنیا میں وہ زندگی گزاریں تو غفلت کے ساتھ نہ گزاریں،</w:t>
      </w:r>
    </w:p>
    <w:p>
      <w:r>
        <w:rPr>
          <w:b/>
        </w:rPr>
        <w:t xml:space="preserve">[11:09] </w:t>
      </w:r>
      <w:r>
        <w:t>jaankar, ba-khabar ho kar guzaren.</w:t>
      </w:r>
    </w:p>
    <w:p>
      <w:pPr>
        <w:jc w:val="right"/>
      </w:pPr>
      <w:r>
        <w:t>جان کر، باخبر ہو کر گزاریں۔</w:t>
      </w:r>
    </w:p>
    <w:p>
      <w:r>
        <w:rPr>
          <w:b/>
        </w:rPr>
        <w:t xml:space="preserve">[11:12] </w:t>
      </w:r>
      <w:r>
        <w:t>taake aakhir mein woh Allah ki rehmat ke mustahiq qarar payen, un ko jannat mein dakhla mile.</w:t>
      </w:r>
    </w:p>
    <w:p>
      <w:pPr>
        <w:jc w:val="right"/>
      </w:pPr>
      <w:r>
        <w:t>تاکہ آخر میں وہ اللہ کی رحمت کے مستحق قرار پائیں، ان کو جنت میں داخلہ ملے۔</w:t>
      </w:r>
    </w:p>
    <w:p>
      <w:r>
        <w:rPr>
          <w:b/>
        </w:rPr>
        <w:t xml:space="preserve">[11:22] </w:t>
      </w:r>
      <w:r>
        <w:t>yeh tha is ka matlab.</w:t>
      </w:r>
    </w:p>
    <w:p>
      <w:pPr>
        <w:jc w:val="right"/>
      </w:pPr>
      <w:r>
        <w:t>یہ تھا اس کا مطلب۔</w:t>
      </w:r>
    </w:p>
    <w:p>
      <w:r>
        <w:rPr>
          <w:b/>
        </w:rPr>
        <w:t xml:space="preserve">[11:24] </w:t>
      </w:r>
      <w:r>
        <w:t>is par maine ghaur kiya to bohat aik ajeeb baat samajh aayi.</w:t>
      </w:r>
    </w:p>
    <w:p>
      <w:pPr>
        <w:jc w:val="right"/>
      </w:pPr>
      <w:r>
        <w:t>اس پر میں نے غور کیا تو بہت ایک عجیب بات سمجھ آئی۔</w:t>
      </w:r>
    </w:p>
    <w:p>
      <w:r>
        <w:rPr>
          <w:b/>
        </w:rPr>
        <w:t xml:space="preserve">[11:28] </w:t>
      </w:r>
      <w:r>
        <w:t>aap jante hain ke bohat mashhoor qaul hai ke "In comparison that we understand"</w:t>
      </w:r>
    </w:p>
    <w:p>
      <w:pPr>
        <w:jc w:val="right"/>
      </w:pPr>
      <w:r>
        <w:t>آپ جانتے ہیں کہ بہت مشہور قول ہے کہ "In comparison that we understand"</w:t>
      </w:r>
    </w:p>
    <w:p>
      <w:r>
        <w:rPr>
          <w:b/>
        </w:rPr>
        <w:t xml:space="preserve">[11:37] </w:t>
      </w:r>
      <w:r>
        <w:t>طورف الاشیاء باضادہ۔</w:t>
      </w:r>
    </w:p>
    <w:p>
      <w:pPr>
        <w:jc w:val="right"/>
      </w:pPr>
      <w:r>
        <w:t>طورف الاشیاء باضادہ۔</w:t>
      </w:r>
    </w:p>
    <w:p>
      <w:r>
        <w:rPr>
          <w:b/>
        </w:rPr>
        <w:t xml:space="preserve">[11:41] </w:t>
      </w:r>
      <w:r>
        <w:t>to maine is ko is nazar se dekha,</w:t>
      </w:r>
    </w:p>
    <w:p>
      <w:pPr>
        <w:jc w:val="right"/>
      </w:pPr>
      <w:r>
        <w:t>تو میں نے اس کو اس نظر سے دیکھا،</w:t>
      </w:r>
    </w:p>
    <w:p>
      <w:r>
        <w:rPr>
          <w:b/>
        </w:rPr>
        <w:t xml:space="preserve">[11:45] </w:t>
      </w:r>
      <w:r>
        <w:t>to maine socha</w:t>
      </w:r>
    </w:p>
    <w:p>
      <w:pPr>
        <w:jc w:val="right"/>
      </w:pPr>
      <w:r>
        <w:t>تو میں نے سوچا</w:t>
      </w:r>
    </w:p>
    <w:p>
      <w:r>
        <w:rPr>
          <w:b/>
        </w:rPr>
        <w:t xml:space="preserve">[11:47] </w:t>
      </w:r>
      <w:r>
        <w:t>ke is mein aik bohat bari hikmat chupi hui hai, bohat bari wisdom.</w:t>
      </w:r>
    </w:p>
    <w:p>
      <w:pPr>
        <w:jc w:val="right"/>
      </w:pPr>
      <w:r>
        <w:t>کہ اس میں ایک بہت بڑی حکمت چھپی ہوئی ہے، بہت بڑی وزڈم۔</w:t>
      </w:r>
    </w:p>
    <w:p>
      <w:r>
        <w:rPr>
          <w:b/>
        </w:rPr>
        <w:t xml:space="preserve">[11:55] </w:t>
      </w:r>
      <w:r>
        <w:t>yani Allah ta'ala ne jo kaam diya Rasool Allah ko karne ke liye, us ne</w:t>
      </w:r>
    </w:p>
    <w:p>
      <w:pPr>
        <w:jc w:val="right"/>
      </w:pPr>
      <w:r>
        <w:t>یعنی اللہ تعالی نے جو کام دیا رسول اللہ کو کرنے کے لیے، اس نے</w:t>
      </w:r>
    </w:p>
    <w:p>
      <w:r>
        <w:rPr>
          <w:b/>
        </w:rPr>
        <w:t xml:space="preserve">[12:04] </w:t>
      </w:r>
      <w:r>
        <w:t>First concern ek positive target ban gaya.</w:t>
      </w:r>
    </w:p>
    <w:p>
      <w:pPr>
        <w:jc w:val="right"/>
      </w:pPr>
      <w:r>
        <w:t>فرسٹ کنسرن ایک پازیٹو ٹارگٹ بن گیا۔</w:t>
      </w:r>
    </w:p>
    <w:p>
      <w:r>
        <w:rPr>
          <w:b/>
        </w:rPr>
        <w:t xml:space="preserve">[12:08] </w:t>
      </w:r>
      <w:r>
        <w:t>ek positive target, in logon ko batana.</w:t>
      </w:r>
    </w:p>
    <w:p>
      <w:pPr>
        <w:jc w:val="right"/>
      </w:pPr>
      <w:r>
        <w:t>ایک پازیٹو ٹارگٹ، ان لوگوں کو بتانا۔</w:t>
      </w:r>
    </w:p>
    <w:p>
      <w:r>
        <w:rPr>
          <w:b/>
        </w:rPr>
        <w:t xml:space="preserve">[12:13] </w:t>
      </w:r>
      <w:r>
        <w:t>agar Allah ta'ala yeh hukum dete ke hukoomat qaim karo, qanoon nafiz karo, to first target kya banta?</w:t>
      </w:r>
    </w:p>
    <w:p>
      <w:pPr>
        <w:jc w:val="right"/>
      </w:pPr>
      <w:r>
        <w:t>اگر اللہ تعالی یہ حکم دیتے کہ حکومت قائم کرو، قانون نافذ کرو، تو فرسٹ ٹارگٹ کیا بنتا؟</w:t>
      </w:r>
    </w:p>
    <w:p>
      <w:r>
        <w:rPr>
          <w:b/>
        </w:rPr>
        <w:t xml:space="preserve">[12:21] </w:t>
      </w:r>
      <w:r>
        <w:t>negative, first concern negative, negative target ban jata.</w:t>
      </w:r>
    </w:p>
    <w:p>
      <w:pPr>
        <w:jc w:val="right"/>
      </w:pPr>
      <w:r>
        <w:t>نیگیٹ، فرسٹ کنسرن نیگیٹو، نیگیٹو ٹارگٹ بن جاتا۔</w:t>
      </w:r>
    </w:p>
    <w:p>
      <w:r>
        <w:rPr>
          <w:b/>
        </w:rPr>
        <w:t xml:space="preserve">[12:28] </w:t>
      </w:r>
      <w:r>
        <w:t>yeh bohat ajeeb baat thi.</w:t>
      </w:r>
    </w:p>
    <w:p>
      <w:pPr>
        <w:jc w:val="right"/>
      </w:pPr>
      <w:r>
        <w:t>یہ بہت عجیب بات تھی۔</w:t>
      </w:r>
    </w:p>
    <w:p>
      <w:r>
        <w:rPr>
          <w:b/>
        </w:rPr>
        <w:t xml:space="preserve">[12:30] </w:t>
      </w:r>
      <w:r>
        <w:t>jab Allah ta'ala ne yeh kaha ke tum ko yeh kaam karna hai ke logon ko creation plan</w:t>
      </w:r>
    </w:p>
    <w:p>
      <w:pPr>
        <w:jc w:val="right"/>
      </w:pPr>
      <w:r>
        <w:t>جب اللہ تعالی نے یہ کہا کہ تم کو یہ کام کرنا ہے کہ لوگوں کو کریشن پلان</w:t>
      </w:r>
    </w:p>
    <w:p>
      <w:r>
        <w:rPr>
          <w:b/>
        </w:rPr>
        <w:t xml:space="preserve">[12:36] </w:t>
      </w:r>
      <w:r>
        <w:t>of God se ba-khabar karo,</w:t>
      </w:r>
    </w:p>
    <w:p>
      <w:pPr>
        <w:jc w:val="right"/>
      </w:pPr>
      <w:r>
        <w:t>آف گاڈ سے باخبر کرو،</w:t>
      </w:r>
    </w:p>
    <w:p>
      <w:r>
        <w:rPr>
          <w:b/>
        </w:rPr>
        <w:t xml:space="preserve">[12:39] </w:t>
      </w:r>
      <w:r>
        <w:t>to aap ka first concern kya ban gaya? ek positive target.</w:t>
      </w:r>
    </w:p>
    <w:p>
      <w:pPr>
        <w:jc w:val="right"/>
      </w:pPr>
      <w:r>
        <w:t>تو آپ کا فرسٹ کنسرن کیا بن گیا؟ ایک پازیٹو ٹارگٹ۔</w:t>
      </w:r>
    </w:p>
    <w:p>
      <w:r>
        <w:rPr>
          <w:b/>
        </w:rPr>
        <w:t xml:space="preserve">[12:44] </w:t>
      </w:r>
      <w:r>
        <w:t>agar Allah ta'ala yeh kehte ke hukoomat qaim karo, qanoon nafiz karo, to kya hota? first, first concern</w:t>
      </w:r>
    </w:p>
    <w:p>
      <w:pPr>
        <w:jc w:val="right"/>
      </w:pPr>
      <w:r>
        <w:t>اگر اللہ تعالی یہ کہتے کہ حکومت قائم کرو، قانون نافذ کرو، تو کیا ہوتا؟ فرسٹ، فرسٹ کنسرن</w:t>
      </w:r>
    </w:p>
    <w:p>
      <w:r>
        <w:rPr>
          <w:b/>
        </w:rPr>
        <w:t xml:space="preserve">[12:52] </w:t>
      </w:r>
      <w:r>
        <w:t>negative target ban jata.</w:t>
      </w:r>
    </w:p>
    <w:p>
      <w:pPr>
        <w:jc w:val="right"/>
      </w:pPr>
      <w:r>
        <w:t>نیگیٹو ٹارگٹ بن جاتا۔</w:t>
      </w:r>
    </w:p>
    <w:p>
      <w:r>
        <w:rPr>
          <w:b/>
        </w:rPr>
        <w:t xml:space="preserve">[12:55] </w:t>
      </w:r>
      <w:r>
        <w:t>kyun? jab aap ko batana hai creation plan of God ka, is se ba-khabar karna hai, to aap</w:t>
      </w:r>
    </w:p>
    <w:p>
      <w:pPr>
        <w:jc w:val="right"/>
      </w:pPr>
      <w:r>
        <w:t>کیوں؟ جب آپ کو بتانا ہے کریشن پلان آف گاڈ کا، اس سے باخبر کرنا ہے، تو آپ</w:t>
      </w:r>
    </w:p>
    <w:p>
      <w:r>
        <w:rPr>
          <w:b/>
        </w:rPr>
        <w:t xml:space="preserve">[13:02] </w:t>
      </w:r>
      <w:r>
        <w:t>ka koi rival nahi hai.</w:t>
      </w:r>
    </w:p>
    <w:p>
      <w:pPr>
        <w:jc w:val="right"/>
      </w:pPr>
      <w:r>
        <w:t>کا کوئی رائیول نہیں ہے۔</w:t>
      </w:r>
    </w:p>
    <w:p>
      <w:r>
        <w:rPr>
          <w:b/>
        </w:rPr>
        <w:t xml:space="preserve">[13:06] </w:t>
      </w:r>
      <w:r>
        <w:t>aap ka koi rival nahi hai.</w:t>
      </w:r>
    </w:p>
    <w:p>
      <w:pPr>
        <w:jc w:val="right"/>
      </w:pPr>
      <w:r>
        <w:t>آپ کا کوئی رائیول نہیں ہے۔</w:t>
      </w:r>
    </w:p>
    <w:p>
      <w:r>
        <w:rPr>
          <w:b/>
        </w:rPr>
        <w:t xml:space="preserve">[13:07] </w:t>
      </w:r>
      <w:r>
        <w:t>lekin jaise aap kahein ke is ko political target banayein, ya hukoomat qaim karna hai, qanoon nafiz karna</w:t>
      </w:r>
    </w:p>
    <w:p>
      <w:pPr>
        <w:jc w:val="right"/>
      </w:pPr>
      <w:r>
        <w:t>لیکن جیسے آپ کہیں کہ اس کو سیاسی ٹارگٹ بنائیں، یا حکومت قائم کرنا ہے، قانون نافذ کرنا</w:t>
      </w:r>
    </w:p>
    <w:p>
      <w:r>
        <w:rPr>
          <w:b/>
        </w:rPr>
        <w:t xml:space="preserve">[13:14] </w:t>
      </w:r>
      <w:r>
        <w:t>hai, to fauran hi aap ka ek rival khada hua hota hai.</w:t>
      </w:r>
    </w:p>
    <w:p>
      <w:pPr>
        <w:jc w:val="right"/>
      </w:pPr>
      <w:r>
        <w:t>ہے، تو فوراً ہی آپ کا ایک رائیول کھڑا ہوا ہوتا ہے۔</w:t>
      </w:r>
    </w:p>
    <w:p>
      <w:r>
        <w:rPr>
          <w:b/>
        </w:rPr>
        <w:t xml:space="preserve">[13:20] </w:t>
      </w:r>
      <w:r>
        <w:t>یہ رائیول کون ہے؟ وہ جو already occupy کر کیا ہوا ہے اس پاور کی سیٹ کو۔</w:t>
      </w:r>
    </w:p>
    <w:p>
      <w:pPr>
        <w:jc w:val="right"/>
      </w:pPr>
      <w:r>
        <w:t>یہ رائیول کون ہے؟ وہ جو الریڈی اکوپائی کر کیا ہوا ہے اس پاور کی سیٹ کو۔</w:t>
      </w:r>
    </w:p>
    <w:p>
      <w:r>
        <w:rPr>
          <w:b/>
        </w:rPr>
        <w:t xml:space="preserve">[13:28] </w:t>
      </w:r>
      <w:r>
        <w:t>جو پولیٹیکل پاور کی جو سیٹ ہے، جو لوگ occupy کیے ہوئے ہیں، وہ آپ کے rival بن</w:t>
      </w:r>
    </w:p>
    <w:p>
      <w:pPr>
        <w:jc w:val="right"/>
      </w:pPr>
      <w:r>
        <w:t>جو پولیٹیکل پاور کی جو سیٹ ہے، جو لوگ اکوپائی کیے ہوئے ہیں، وہ آپ کے رائیول بن</w:t>
      </w:r>
    </w:p>
    <w:p>
      <w:r>
        <w:rPr>
          <w:b/>
        </w:rPr>
        <w:t xml:space="preserve">[13:34] </w:t>
      </w:r>
      <w:r>
        <w:t>jaate hain. kyunke pehle aap un ko hatane ki koshish karein ge, un se ladein ge.</w:t>
      </w:r>
    </w:p>
    <w:p>
      <w:pPr>
        <w:jc w:val="right"/>
      </w:pPr>
      <w:r>
        <w:t>جاتے ہیں۔ کیونکہ پہلے آپ ان کو ہٹانے کی کوشش کریں گے، ان سے لڑیں گے۔</w:t>
      </w:r>
    </w:p>
    <w:p>
      <w:r>
        <w:rPr>
          <w:b/>
        </w:rPr>
        <w:t xml:space="preserve">[13:40] </w:t>
      </w:r>
      <w:r>
        <w:t>political target pehle hi din se</w:t>
      </w:r>
    </w:p>
    <w:p>
      <w:pPr>
        <w:jc w:val="right"/>
      </w:pPr>
      <w:r>
        <w:t>پولیٹیکل ٹارگٹ پہلے ہی دن سے</w:t>
      </w:r>
    </w:p>
    <w:p>
      <w:r>
        <w:rPr>
          <w:b/>
        </w:rPr>
        <w:t xml:space="preserve">[13:44] </w:t>
      </w:r>
      <w:r>
        <w:t>takrao ka target ban jata hai.</w:t>
      </w:r>
    </w:p>
    <w:p>
      <w:pPr>
        <w:jc w:val="right"/>
      </w:pPr>
      <w:r>
        <w:t>ٹکراؤ کا ٹارگٹ بن جاتا ہے۔</w:t>
      </w:r>
    </w:p>
    <w:p>
      <w:r>
        <w:rPr>
          <w:b/>
        </w:rPr>
        <w:t xml:space="preserve">[13:46] </w:t>
      </w:r>
      <w:r>
        <w:t>kyunke kisi na kisi ko aap ko hatana hai, tab aap wahan par jagah paayein ge.</w:t>
      </w:r>
    </w:p>
    <w:p>
      <w:pPr>
        <w:jc w:val="right"/>
      </w:pPr>
      <w:r>
        <w:t>کیونکہ کسی نہ کسی کو آپ کو ہٹانا ہے، تب آپ وہاں پر جگہ پائیں گے۔</w:t>
      </w:r>
    </w:p>
    <w:p>
      <w:r>
        <w:rPr>
          <w:b/>
        </w:rPr>
        <w:t xml:space="preserve">[13:52] </w:t>
      </w:r>
      <w:r>
        <w:t>lekin yeh jo target diya Rasool Allah sal'lallaho alaihe wasallam ko,</w:t>
      </w:r>
    </w:p>
    <w:p>
      <w:pPr>
        <w:jc w:val="right"/>
      </w:pPr>
      <w:r>
        <w:t>لیکن یہ جو ٹارگٹ دیا رسول اللہ صلی اللہ علیہ وسلم کو،</w:t>
      </w:r>
    </w:p>
    <w:p>
      <w:r>
        <w:rPr>
          <w:b/>
        </w:rPr>
        <w:t xml:space="preserve">[13:56] </w:t>
      </w:r>
      <w:r>
        <w:t>intezar ka, is mein koi rival nahi, koi takrao nahi.</w:t>
      </w:r>
    </w:p>
    <w:p>
      <w:pPr>
        <w:jc w:val="right"/>
      </w:pPr>
      <w:r>
        <w:t>انتظار کا، اس میں کوئی رائیول نہیں، کوئی ٹکراؤ نہیں۔</w:t>
      </w:r>
    </w:p>
    <w:p>
      <w:r>
        <w:rPr>
          <w:b/>
        </w:rPr>
        <w:t xml:space="preserve">[14:02] </w:t>
      </w:r>
      <w:r>
        <w:t>yeh pehle din hi se yeh ek,</w:t>
      </w:r>
    </w:p>
    <w:p>
      <w:pPr>
        <w:jc w:val="right"/>
      </w:pPr>
      <w:r>
        <w:t>یہ پہلے دن ہی سے یہ ایک،</w:t>
      </w:r>
    </w:p>
    <w:p>
      <w:r>
        <w:rPr>
          <w:b/>
        </w:rPr>
        <w:t xml:space="preserve">[14:06] </w:t>
      </w:r>
      <w:r>
        <w:t>ek aisa concern bana hai, jis mein positive target pehle din se tha.</w:t>
      </w:r>
    </w:p>
    <w:p>
      <w:pPr>
        <w:jc w:val="right"/>
      </w:pPr>
      <w:r>
        <w:t>ایک ایسا کنسرن بنا ہے، جس میں پازیٹو ٹارگٹ پہلے دن سے تھا۔</w:t>
      </w:r>
    </w:p>
    <w:p>
      <w:r>
        <w:rPr>
          <w:b/>
        </w:rPr>
        <w:t xml:space="preserve">[14:12] </w:t>
      </w:r>
      <w:r>
        <w:t>جبکہ سیاسی اگر ہوتا تو پہلے دن سے negative، negative ٹارگٹ بن جاتا۔</w:t>
      </w:r>
    </w:p>
    <w:p>
      <w:pPr>
        <w:jc w:val="right"/>
      </w:pPr>
      <w:r>
        <w:t>جبکہ سیاسی اگر ہوتا تو پہلے دن سے نیگیٹو، نیگیٹو ٹارگٹ بن جاتا۔</w:t>
      </w:r>
    </w:p>
    <w:p>
      <w:r>
        <w:rPr>
          <w:b/>
        </w:rPr>
        <w:t xml:space="preserve">[14:19] </w:t>
      </w:r>
      <w:r>
        <w:t>phir nafrat, tashaddud, ladai.</w:t>
      </w:r>
    </w:p>
    <w:p>
      <w:pPr>
        <w:jc w:val="right"/>
      </w:pPr>
      <w:r>
        <w:t>پھر نفرت، تشدد، لڑائی۔</w:t>
      </w:r>
    </w:p>
    <w:p>
      <w:r>
        <w:rPr>
          <w:b/>
        </w:rPr>
        <w:t xml:space="preserve">[14:24] </w:t>
      </w:r>
      <w:r>
        <w:t>yani political target mein inherent hai nafrat, tashaddud.</w:t>
      </w:r>
    </w:p>
    <w:p>
      <w:pPr>
        <w:jc w:val="right"/>
      </w:pPr>
      <w:r>
        <w:t>یعنی پولیٹیکل ٹارگٹ میں انہیرنٹ ہے نفرت، تشدد۔</w:t>
      </w:r>
    </w:p>
    <w:p>
      <w:r>
        <w:rPr>
          <w:b/>
        </w:rPr>
        <w:t xml:space="preserve">[14:32] </w:t>
      </w:r>
      <w:r>
        <w:t>aur yeh jo aap ko diya gaya, is ko main kahunga yeh spiritual target tha.</w:t>
      </w:r>
    </w:p>
    <w:p>
      <w:pPr>
        <w:jc w:val="right"/>
      </w:pPr>
      <w:r>
        <w:t>اور یہ جو آپ کو دیا گیا، اس کو میں کہوں گا یہ اسپرچول ٹارگٹ تھا۔</w:t>
      </w:r>
    </w:p>
    <w:p>
      <w:r>
        <w:rPr>
          <w:b/>
        </w:rPr>
        <w:t xml:space="preserve">[14:37] </w:t>
      </w:r>
      <w:r>
        <w:t>is mein kya hai?</w:t>
      </w:r>
    </w:p>
    <w:p>
      <w:pPr>
        <w:jc w:val="right"/>
      </w:pPr>
      <w:r>
        <w:t>اس میں کیا ہے؟</w:t>
      </w:r>
    </w:p>
    <w:p>
      <w:r>
        <w:rPr>
          <w:b/>
        </w:rPr>
        <w:t xml:space="preserve">[14:41] </w:t>
      </w:r>
      <w:r>
        <w:t>positive he, positive he, positivity hai.</w:t>
      </w:r>
    </w:p>
    <w:p>
      <w:pPr>
        <w:jc w:val="right"/>
      </w:pPr>
      <w:r>
        <w:t>پازیٹو ہی، پازیٹو ہی، پازیٹوٹی ہے۔</w:t>
      </w:r>
    </w:p>
    <w:p>
      <w:r>
        <w:rPr>
          <w:b/>
        </w:rPr>
        <w:t xml:space="preserve">[14:46] </w:t>
      </w:r>
      <w:r>
        <w:t>hadith mein aata hai ke</w:t>
      </w:r>
    </w:p>
    <w:p>
      <w:pPr>
        <w:jc w:val="right"/>
      </w:pPr>
      <w:r>
        <w:t>حدیث میں آتا ہے کہ</w:t>
      </w:r>
    </w:p>
    <w:p>
      <w:r>
        <w:rPr>
          <w:b/>
        </w:rPr>
        <w:t xml:space="preserve">[14:49] </w:t>
      </w:r>
      <w:r>
        <w:t>aldin alnasihah deen khair khwahi ka naam hai.</w:t>
      </w:r>
    </w:p>
    <w:p>
      <w:pPr>
        <w:jc w:val="right"/>
      </w:pPr>
      <w:r>
        <w:t>الدين النصیحہ دین خیر خواہی کا نام ہے۔</w:t>
      </w:r>
    </w:p>
    <w:p>
      <w:r>
        <w:rPr>
          <w:b/>
        </w:rPr>
        <w:t xml:space="preserve">[14:57] </w:t>
      </w:r>
      <w:r>
        <w:t>aldin alnasihah deen khair khwahi ka naam hai.</w:t>
      </w:r>
    </w:p>
    <w:p>
      <w:pPr>
        <w:jc w:val="right"/>
      </w:pPr>
      <w:r>
        <w:t>الدين النصیحہ دین خیر خواہی کا نام ہے۔</w:t>
      </w:r>
    </w:p>
    <w:p>
      <w:r>
        <w:rPr>
          <w:b/>
        </w:rPr>
        <w:t xml:space="preserve">[15:01] </w:t>
      </w:r>
      <w:r>
        <w:t>agar rasool Allah ko yeh target diya jata ke hukoomat qaim karo aur qanoon nafiz karo, to doosri</w:t>
      </w:r>
    </w:p>
    <w:p>
      <w:pPr>
        <w:jc w:val="right"/>
      </w:pPr>
      <w:r>
        <w:t>اگر رسول اللہ کو یہ ٹارگٹ دیا جاتا کہ حکومت قائم کرو اور قانون نافذ کرو، تو دوسری</w:t>
      </w:r>
    </w:p>
    <w:p>
      <w:r>
        <w:rPr>
          <w:b/>
        </w:rPr>
        <w:t xml:space="preserve">[15:09] </w:t>
      </w:r>
      <w:r>
        <w:t>hadith hoti aldin</w:t>
      </w:r>
    </w:p>
    <w:p>
      <w:pPr>
        <w:jc w:val="right"/>
      </w:pPr>
      <w:r>
        <w:t>حدیث ہوتی الدين</w:t>
      </w:r>
    </w:p>
    <w:p>
      <w:r>
        <w:rPr>
          <w:b/>
        </w:rPr>
        <w:t xml:space="preserve">[15:11] </w:t>
      </w:r>
      <w:r>
        <w:t>aladawah kyunke jab aap siyasi target aap ka hoga to ek rival aap ko dikhai dega, jo</w:t>
      </w:r>
    </w:p>
    <w:p>
      <w:pPr>
        <w:jc w:val="right"/>
      </w:pPr>
      <w:r>
        <w:t>العداوة کیونکہ جب آپ سیاسی ٹارگٹ آپ کا ہوگا تو ایک رائیول آپ کو دکھائی دے گا، جو</w:t>
      </w:r>
    </w:p>
    <w:p>
      <w:r>
        <w:rPr>
          <w:b/>
        </w:rPr>
        <w:t xml:space="preserve">[15:20] </w:t>
      </w:r>
      <w:r>
        <w:t>seat ko occupy kiye hue hai, us ko hatana hai, us se ladna hai, us ko in seat</w:t>
      </w:r>
    </w:p>
    <w:p>
      <w:pPr>
        <w:jc w:val="right"/>
      </w:pPr>
      <w:r>
        <w:t>سیٹ کو اکوپائی کیے ہوئے ہے، اس کو ہٹانا ہے، اس سے لڑنا ہے، اس کو ان سیٹ</w:t>
      </w:r>
    </w:p>
    <w:p>
      <w:r>
        <w:rPr>
          <w:b/>
        </w:rPr>
        <w:t xml:space="preserve">[15:26] </w:t>
      </w:r>
      <w:r>
        <w:t>karna hai. Phir to aldin aladawah ban jata hai.</w:t>
      </w:r>
    </w:p>
    <w:p>
      <w:pPr>
        <w:jc w:val="right"/>
      </w:pPr>
      <w:r>
        <w:t>کرنا ہے۔ پھر تو الدين العداوة بن جاتا ہے۔</w:t>
      </w:r>
    </w:p>
    <w:p>
      <w:r>
        <w:rPr>
          <w:b/>
        </w:rPr>
        <w:t xml:space="preserve">[15:30] </w:t>
      </w:r>
      <w:r>
        <w:t>deen dushmani ka naam hai.</w:t>
      </w:r>
    </w:p>
    <w:p>
      <w:pPr>
        <w:jc w:val="right"/>
      </w:pPr>
      <w:r>
        <w:t>دین دشمنی کا نام ہے۔</w:t>
      </w:r>
    </w:p>
    <w:p>
      <w:r>
        <w:rPr>
          <w:b/>
        </w:rPr>
        <w:t xml:space="preserve">[15:34] </w:t>
      </w:r>
      <w:r>
        <w:t>kaise ajeeb baat hai.</w:t>
      </w:r>
    </w:p>
    <w:p>
      <w:pPr>
        <w:jc w:val="right"/>
      </w:pPr>
      <w:r>
        <w:t>کیسے عجیب بات ہے۔</w:t>
      </w:r>
    </w:p>
    <w:p>
      <w:r>
        <w:rPr>
          <w:b/>
        </w:rPr>
        <w:t xml:space="preserve">[15:37] </w:t>
      </w:r>
      <w:r>
        <w:t>agar Allah taala ne rasool Allah ko diya hota political target, tab hadith mein hota aldin aladawah.</w:t>
      </w:r>
    </w:p>
    <w:p>
      <w:pPr>
        <w:jc w:val="right"/>
      </w:pPr>
      <w:r>
        <w:t>اگر اللہ تعالی نے رسول اللہ کو دیا ہوتا پولیٹیکل ٹارگٹ، تب حدیث میں ہوتا الدين العداوة۔</w:t>
      </w:r>
    </w:p>
    <w:p>
      <w:r>
        <w:rPr>
          <w:b/>
        </w:rPr>
        <w:t xml:space="preserve">[15:47] </w:t>
      </w:r>
      <w:r>
        <w:t>deen naam hai dushmani ka.</w:t>
      </w:r>
    </w:p>
    <w:p>
      <w:pPr>
        <w:jc w:val="right"/>
      </w:pPr>
      <w:r>
        <w:t>دین نام ہے دشمنی کا۔</w:t>
      </w:r>
    </w:p>
    <w:p>
      <w:r>
        <w:rPr>
          <w:b/>
        </w:rPr>
        <w:t xml:space="preserve">[15:50] </w:t>
      </w:r>
      <w:r>
        <w:t>yaani koi ek, ek, ek hai jo occupy ki hui hai seat ko, us ko hatao, us ko</w:t>
      </w:r>
    </w:p>
    <w:p>
      <w:pPr>
        <w:jc w:val="right"/>
      </w:pPr>
      <w:r>
        <w:t>یعنی کوئی ایک، ایک، ایک ہے جو اکوپائی کی ہوئی ہے سیٹ کو، اس کو ہٹاؤ، اس کو</w:t>
      </w:r>
    </w:p>
    <w:p>
      <w:r>
        <w:rPr>
          <w:b/>
        </w:rPr>
        <w:t xml:space="preserve">[15:55] </w:t>
      </w:r>
      <w:r>
        <w:t>maro, us ko kill karo, us ko, us ko apna dushman samjho.</w:t>
      </w:r>
    </w:p>
    <w:p>
      <w:pPr>
        <w:jc w:val="right"/>
      </w:pPr>
      <w:r>
        <w:t>مارو، اس کو کل کرو، اس کو، اس کو اپنا دشمن سمجھو۔</w:t>
      </w:r>
    </w:p>
    <w:p>
      <w:r>
        <w:rPr>
          <w:b/>
        </w:rPr>
        <w:t xml:space="preserve">[16:01] </w:t>
      </w:r>
      <w:r>
        <w:t>lekin farmaya aldin alnasihah deen khair khwahi ka naam hai.</w:t>
      </w:r>
    </w:p>
    <w:p>
      <w:pPr>
        <w:jc w:val="right"/>
      </w:pPr>
      <w:r>
        <w:t>لیکن فرمایا الدين النصیحہ دین خیر خواہی کا نام ہے۔</w:t>
      </w:r>
    </w:p>
    <w:p>
      <w:r>
        <w:rPr>
          <w:b/>
        </w:rPr>
        <w:t xml:space="preserve">[16:07] </w:t>
      </w:r>
      <w:r>
        <w:t>iske mani koi rival nahi, aap ka koi raqib nahi, koi dushman nahi.</w:t>
      </w:r>
    </w:p>
    <w:p>
      <w:pPr>
        <w:jc w:val="right"/>
      </w:pPr>
      <w:r>
        <w:t>اس کے معنی کوئی رائیول نہیں، آپ کا کوئی رقیب نہیں، کوئی دشمن نہیں۔</w:t>
      </w:r>
    </w:p>
    <w:p>
      <w:r>
        <w:rPr>
          <w:b/>
        </w:rPr>
        <w:t xml:space="preserve">[16:13] </w:t>
      </w:r>
      <w:r>
        <w:t>woh bhi, woh bhi Allah ke makhlooq, aap bhi akhlaq makhlooq.</w:t>
      </w:r>
    </w:p>
    <w:p>
      <w:pPr>
        <w:jc w:val="right"/>
      </w:pPr>
      <w:r>
        <w:t>وہ بھی، وہ بھی اللہ کے مخلوق، آپ بھی اخلاق مخلوق۔</w:t>
      </w:r>
    </w:p>
    <w:p>
      <w:r>
        <w:rPr>
          <w:b/>
        </w:rPr>
        <w:t xml:space="preserve">[16:17] </w:t>
      </w:r>
      <w:r>
        <w:t>donon ko yeh janna hai ke Allah ka naqsha takhleeq kiya hai.</w:t>
      </w:r>
    </w:p>
    <w:p>
      <w:pPr>
        <w:jc w:val="right"/>
      </w:pPr>
      <w:r>
        <w:t>دونوں کو یہ جاننا ہے کہ اللہ کا نقشہ تخلیق کیا ہے۔</w:t>
      </w:r>
    </w:p>
    <w:p>
      <w:r>
        <w:rPr>
          <w:b/>
        </w:rPr>
        <w:t xml:space="preserve">[16:23] </w:t>
      </w:r>
      <w:r>
        <w:t>donon ko yeh janna hai, yaani daai aur madu, donon ko yeh janna hai ke hamein kya karna</w:t>
      </w:r>
    </w:p>
    <w:p>
      <w:pPr>
        <w:jc w:val="right"/>
      </w:pPr>
      <w:r>
        <w:t>دونوں کو یہ جاننا ہے، یعنی داعی اور مدعو، دونوں کو یہ جاننا ہے کہ ہمیں کیا کرنا</w:t>
      </w:r>
    </w:p>
    <w:p>
      <w:r>
        <w:rPr>
          <w:b/>
        </w:rPr>
        <w:t xml:space="preserve">[16:31] </w:t>
      </w:r>
      <w:r>
        <w:t>hai duniya mein, jis ki wajah se hamein Allah ki blessing mile, jis ki wajah se Allah hamein</w:t>
      </w:r>
    </w:p>
    <w:p>
      <w:pPr>
        <w:jc w:val="right"/>
      </w:pPr>
      <w:r>
        <w:t>ہے دنیا میں، جس کی وجہ سے ہمیں اللہ کی بلیسنگ ملے، جس کی وجہ سے اللہ ہمیں</w:t>
      </w:r>
    </w:p>
    <w:p>
      <w:r>
        <w:rPr>
          <w:b/>
        </w:rPr>
        <w:t xml:space="preserve">[16:36] </w:t>
      </w:r>
      <w:r>
        <w:t>paradise dakhil kare.</w:t>
      </w:r>
    </w:p>
    <w:p>
      <w:pPr>
        <w:jc w:val="right"/>
      </w:pPr>
      <w:r>
        <w:t>پارڈائز داخل کرے۔</w:t>
      </w:r>
    </w:p>
    <w:p>
      <w:r>
        <w:rPr>
          <w:b/>
        </w:rPr>
        <w:t xml:space="preserve">[16:37] </w:t>
      </w:r>
      <w:r>
        <w:t>donon ko yeh janna hai.</w:t>
      </w:r>
    </w:p>
    <w:p>
      <w:pPr>
        <w:jc w:val="right"/>
      </w:pPr>
      <w:r>
        <w:t>دونوں کو یہ جاننا ہے۔</w:t>
      </w:r>
    </w:p>
    <w:p>
      <w:r>
        <w:rPr>
          <w:b/>
        </w:rPr>
        <w:t xml:space="preserve">[16:42] </w:t>
      </w:r>
      <w:r>
        <w:t>yahan koi, yahan koi rivalry nahi,</w:t>
      </w:r>
    </w:p>
    <w:p>
      <w:pPr>
        <w:jc w:val="right"/>
      </w:pPr>
      <w:r>
        <w:t>یہاں کوئی، یہاں کوئی رائیولری نہیں،</w:t>
      </w:r>
    </w:p>
    <w:p>
      <w:r>
        <w:rPr>
          <w:b/>
        </w:rPr>
        <w:t xml:space="preserve">[16:47] </w:t>
      </w:r>
      <w:r>
        <w:t>yahan koi dushman nahi.</w:t>
      </w:r>
    </w:p>
    <w:p>
      <w:pPr>
        <w:jc w:val="right"/>
      </w:pPr>
      <w:r>
        <w:t>یہاں کوئی دشمن نہیں۔</w:t>
      </w:r>
    </w:p>
    <w:p>
      <w:r>
        <w:rPr>
          <w:b/>
        </w:rPr>
        <w:t xml:space="preserve">[16:51] </w:t>
      </w:r>
      <w:r>
        <w:t>yeh hai islam.</w:t>
      </w:r>
    </w:p>
    <w:p>
      <w:pPr>
        <w:jc w:val="right"/>
      </w:pPr>
      <w:r>
        <w:t>یہ ہے اسلام۔</w:t>
      </w:r>
    </w:p>
    <w:p>
      <w:r>
        <w:rPr>
          <w:b/>
        </w:rPr>
        <w:t xml:space="preserve">[16:54] </w:t>
      </w:r>
      <w:r>
        <w:t>ab dekhiye. woh jo maine arz kiya tha ke walrajfajr</w:t>
      </w:r>
    </w:p>
    <w:p>
      <w:pPr>
        <w:jc w:val="right"/>
      </w:pPr>
      <w:r>
        <w:t>اب دیکھیے۔ وہ جو میں نے عرض کیا تھا کہ والرجفاجر</w:t>
      </w:r>
    </w:p>
    <w:p>
      <w:r>
        <w:rPr>
          <w:b/>
        </w:rPr>
        <w:t xml:space="preserve">[17:01] </w:t>
      </w:r>
      <w:r>
        <w:t>yani takrao ki policy chhod do, jo ke Allah ki nazar mein dirty practice hai.</w:t>
      </w:r>
    </w:p>
    <w:p>
      <w:pPr>
        <w:jc w:val="right"/>
      </w:pPr>
      <w:r>
        <w:t>یعنی ٹکراؤ کی پالیسی چھوڑ دو، جو کہ اللہ کی نظر میں ڈرٹی پریکٹس ہے۔</w:t>
      </w:r>
    </w:p>
    <w:p>
      <w:r>
        <w:rPr>
          <w:b/>
        </w:rPr>
        <w:t xml:space="preserve">[17:08] </w:t>
      </w:r>
      <w:r>
        <w:t>kyun? is ki wajah se sara mamla jhapta ho jata hai.</w:t>
      </w:r>
    </w:p>
    <w:p>
      <w:pPr>
        <w:jc w:val="right"/>
      </w:pPr>
      <w:r>
        <w:t>کیوں؟ اس کی وجہ سے سارا معاملہ جھپٹا ہو جاتا ہے۔</w:t>
      </w:r>
    </w:p>
    <w:p>
      <w:r>
        <w:rPr>
          <w:b/>
        </w:rPr>
        <w:t xml:space="preserve">[17:15] </w:t>
      </w:r>
      <w:r>
        <w:t>جس کو انگریزی میں کہتے ہیں topsy-turvy۔</w:t>
      </w:r>
    </w:p>
    <w:p>
      <w:pPr>
        <w:jc w:val="right"/>
      </w:pPr>
      <w:r>
        <w:t>جس کو انگریز میں کہتے ہیں ٹاپسی ٹیروری۔</w:t>
      </w:r>
    </w:p>
    <w:p>
      <w:r>
        <w:rPr>
          <w:b/>
        </w:rPr>
        <w:t xml:space="preserve">[17:19] </w:t>
      </w:r>
      <w:r>
        <w:t>jab aap target ko political target bana dein, political target, bajaye spiritual target ke, to wahi hoga jo</w:t>
      </w:r>
    </w:p>
    <w:p>
      <w:pPr>
        <w:jc w:val="right"/>
      </w:pPr>
      <w:r>
        <w:t>جب آپ ٹارگٹ کو پولیٹیکل ٹارگٹ بنا دیں، پولیٹیکل ٹارگٹ، بجائے اسپرچول ٹارگٹ کے، تو وہی ہوگا جو</w:t>
      </w:r>
    </w:p>
    <w:p>
      <w:r>
        <w:rPr>
          <w:b/>
        </w:rPr>
        <w:t xml:space="preserve">[17:26] </w:t>
      </w:r>
      <w:r>
        <w:t>جس کو انگریزی میں کہتے ہیں topsy-turvy۔</w:t>
      </w:r>
    </w:p>
    <w:p>
      <w:pPr>
        <w:jc w:val="right"/>
      </w:pPr>
      <w:r>
        <w:t>جس کو انگریز میں کہتے ہیں ٹاپسی ٹیروری۔</w:t>
      </w:r>
    </w:p>
    <w:p>
      <w:r>
        <w:rPr>
          <w:b/>
        </w:rPr>
        <w:t xml:space="preserve">[17:28] </w:t>
      </w:r>
      <w:r>
        <w:t>sab ult pad jayega.</w:t>
      </w:r>
    </w:p>
    <w:p>
      <w:pPr>
        <w:jc w:val="right"/>
      </w:pPr>
      <w:r>
        <w:t>سب الٹ پڑ جائے گا۔</w:t>
      </w:r>
    </w:p>
    <w:p>
      <w:r>
        <w:rPr>
          <w:b/>
        </w:rPr>
        <w:t xml:space="preserve">[17:33] </w:t>
      </w:r>
      <w:r>
        <w:t>log aap ke rival, aap log aap ko rival dikhai denge, dushman dikhai denge,</w:t>
      </w:r>
    </w:p>
    <w:p>
      <w:pPr>
        <w:jc w:val="right"/>
      </w:pPr>
      <w:r>
        <w:t>لوگ آپ کے رائیول، آپ لوگ آپ کو رائیول دکھائی دیں گے، دشمن دکھائی دیں گے،</w:t>
      </w:r>
    </w:p>
    <w:p>
      <w:r>
        <w:rPr>
          <w:b/>
        </w:rPr>
        <w:t xml:space="preserve">[17:40] </w:t>
      </w:r>
      <w:r>
        <w:t>conspirators dikhai denge, saazi dikhai denge.</w:t>
      </w:r>
    </w:p>
    <w:p>
      <w:pPr>
        <w:jc w:val="right"/>
      </w:pPr>
      <w:r>
        <w:t>کانسپریٹرز دکھائی دیں گے، سازشی دکھائی دیں گے۔</w:t>
      </w:r>
    </w:p>
    <w:p>
      <w:r>
        <w:rPr>
          <w:b/>
        </w:rPr>
        <w:t xml:space="preserve">[17:44] </w:t>
      </w:r>
      <w:r>
        <w:t>sab topsy turvy ka mamla ho jayega.</w:t>
      </w:r>
    </w:p>
    <w:p>
      <w:pPr>
        <w:jc w:val="right"/>
      </w:pPr>
      <w:r>
        <w:t>سب ٹاپسی ٹیروری کا معاملہ ہو جائے گا۔</w:t>
      </w:r>
    </w:p>
    <w:p>
      <w:r>
        <w:rPr>
          <w:b/>
        </w:rPr>
        <w:t xml:space="preserve">[17:48] </w:t>
      </w:r>
      <w:r>
        <w:t>is ke baraks agar aap woh dein jo waqeatan Rasool Allah ka mission tha, yani Allah ke bando</w:t>
      </w:r>
    </w:p>
    <w:p>
      <w:pPr>
        <w:jc w:val="right"/>
      </w:pPr>
      <w:r>
        <w:t>اس کے برعکس اگر آپ وہ دیں جو واقعتا رسول اللہ کا مشن تھا، یعنی اللہ کے بندوں</w:t>
      </w:r>
    </w:p>
    <w:p>
      <w:r>
        <w:rPr>
          <w:b/>
        </w:rPr>
        <w:t xml:space="preserve">[17:55] </w:t>
      </w:r>
      <w:r>
        <w:t>ko Allah ki rehmat mein lane ki koshish karna,</w:t>
      </w:r>
    </w:p>
    <w:p>
      <w:pPr>
        <w:jc w:val="right"/>
      </w:pPr>
      <w:r>
        <w:t>کو اللہ کی رحمت میں لانے کی کوشش کرنا،</w:t>
      </w:r>
    </w:p>
    <w:p>
      <w:r>
        <w:rPr>
          <w:b/>
        </w:rPr>
        <w:t xml:space="preserve">[18:01] </w:t>
      </w:r>
      <w:r>
        <w:t>Allah ke bando ko Allah ke paradise ka rasta dikhana,</w:t>
      </w:r>
    </w:p>
    <w:p>
      <w:pPr>
        <w:jc w:val="right"/>
      </w:pPr>
      <w:r>
        <w:t>اللہ کے بندوں کو اللہ کے پارڈائز کا راستہ دکھانا،</w:t>
      </w:r>
    </w:p>
    <w:p>
      <w:r>
        <w:rPr>
          <w:b/>
        </w:rPr>
        <w:t xml:space="preserve">[18:09] </w:t>
      </w:r>
      <w:r>
        <w:t>yahi hai ad-deen an- Naseehah deen khair khwahi ka naam hai.</w:t>
      </w:r>
    </w:p>
    <w:p>
      <w:pPr>
        <w:jc w:val="right"/>
      </w:pPr>
      <w:r>
        <w:t>یہی ہے الدين النصیحہ دین خیر خواہی کا نام ہے۔</w:t>
      </w:r>
    </w:p>
    <w:p>
      <w:r>
        <w:rPr>
          <w:b/>
        </w:rPr>
        <w:t xml:space="preserve">[18:14] </w:t>
      </w:r>
      <w:r>
        <w:t>tab topsy-turvy ka mamla nahin hoga.</w:t>
      </w:r>
    </w:p>
    <w:p>
      <w:pPr>
        <w:jc w:val="right"/>
      </w:pPr>
      <w:r>
        <w:t>تب ٹاپسی ٹیروری کا معاملہ نہیں ہوگا۔</w:t>
      </w:r>
    </w:p>
    <w:p>
      <w:r>
        <w:rPr>
          <w:b/>
        </w:rPr>
        <w:t xml:space="preserve">[18:17] </w:t>
      </w:r>
      <w:r>
        <w:t>تب تو ہر طرف peace, peace ہوگی، ہر طرف positive thinking ہوگی، ہر طرف</w:t>
      </w:r>
    </w:p>
    <w:p>
      <w:pPr>
        <w:jc w:val="right"/>
      </w:pPr>
      <w:r>
        <w:t>تب تو ہر طرف پیس، پیس ہوگی، ہر طرف پازیٹو تھنکنگ ہوگی، ہر طرف</w:t>
      </w:r>
    </w:p>
    <w:p>
      <w:r>
        <w:rPr>
          <w:b/>
        </w:rPr>
        <w:t xml:space="preserve">[18:25] </w:t>
      </w:r>
      <w:r>
        <w:t>ٹالرنس ہوگا۔ ایک شکل میں tolerance ہر طرف آتا ہے، دوسری شکل میں intolerance ہر طرف آتا ہے۔</w:t>
      </w:r>
    </w:p>
    <w:p>
      <w:pPr>
        <w:jc w:val="right"/>
      </w:pPr>
      <w:r>
        <w:t>ٹالرنس ہوگا۔ ایک شکل میں ٹالرنس ہر طرف آتا ہے، دوسری شکل میں انٹالرنس ہر طرف آتا ہے۔</w:t>
      </w:r>
    </w:p>
    <w:p>
      <w:r>
        <w:rPr>
          <w:b/>
        </w:rPr>
        <w:t xml:space="preserve">[18:36] </w:t>
      </w:r>
      <w:r>
        <w:t>ab dekhiye, jab Rasool Allah sal-lal-lahu alaihi wasallam ne is is zehan ke sath kaam shuru kiya</w:t>
      </w:r>
    </w:p>
    <w:p>
      <w:pPr>
        <w:jc w:val="right"/>
      </w:pPr>
      <w:r>
        <w:t>اب دیکھیے، جب رسول اللہ صلی اللہ علیہ وسلم نے اس اس ذہن کے ساتھ کام شروع کیا</w:t>
      </w:r>
    </w:p>
    <w:p>
      <w:r>
        <w:rPr>
          <w:b/>
        </w:rPr>
        <w:t xml:space="preserve">[18:42] </w:t>
      </w:r>
      <w:r>
        <w:t>to kaise kaise breaking hui.</w:t>
      </w:r>
    </w:p>
    <w:p>
      <w:pPr>
        <w:jc w:val="right"/>
      </w:pPr>
      <w:r>
        <w:t>تو کیسے کیسے بریکنگ ہوئی۔</w:t>
      </w:r>
    </w:p>
    <w:p>
      <w:r>
        <w:rPr>
          <w:b/>
        </w:rPr>
        <w:t xml:space="preserve">[18:45] </w:t>
      </w:r>
      <w:r>
        <w:t>dekhiye, Makka mein saatvi sadi Isai ke zamana ko samne rakhiye, us waqt Makka mein kya tha?</w:t>
      </w:r>
    </w:p>
    <w:p>
      <w:pPr>
        <w:jc w:val="right"/>
      </w:pPr>
      <w:r>
        <w:t>دیکھیے، مکہ میں ساتویں صدی عیسوی کے زمانہ کو سامنے رکھیے، اس وقت مکہ میں کیا تھا؟</w:t>
      </w:r>
    </w:p>
    <w:p>
      <w:r>
        <w:rPr>
          <w:b/>
        </w:rPr>
        <w:t xml:space="preserve">[18:55] </w:t>
      </w:r>
      <w:r>
        <w:t>ab se chaar hazar saal pehle Hazrat Ibrahim ne jo paida hue Iraq mein, wahan se aaye, woh</w:t>
      </w:r>
    </w:p>
    <w:p>
      <w:pPr>
        <w:jc w:val="right"/>
      </w:pPr>
      <w:r>
        <w:t>اب سے چار ہزار سال پہلے حضرت ابراہیم نے جو پیدا ہوئے عراق میں، وہاں سے آئے، وہ</w:t>
      </w:r>
    </w:p>
    <w:p>
      <w:r>
        <w:rPr>
          <w:b/>
        </w:rPr>
        <w:t xml:space="preserve">[19:02] </w:t>
      </w:r>
      <w:r>
        <w:t>Makka jo us waqt desert tha, tab Makka koi shahar nahi tha, desert tha.</w:t>
      </w:r>
    </w:p>
    <w:p>
      <w:pPr>
        <w:jc w:val="right"/>
      </w:pPr>
      <w:r>
        <w:t>مکہ جو اس وقت ڈیزرٹ تھا، تب مکہ کوئی شہر نہیں تھا، ڈیزرٹ تھا۔</w:t>
      </w:r>
    </w:p>
    <w:p>
      <w:r>
        <w:rPr>
          <w:b/>
        </w:rPr>
        <w:t xml:space="preserve">[19:09] </w:t>
      </w:r>
      <w:r>
        <w:t>wahan par aap ne ek masjid banai, jis ko hum Kaaba kehte hain.</w:t>
      </w:r>
    </w:p>
    <w:p>
      <w:pPr>
        <w:jc w:val="right"/>
      </w:pPr>
      <w:r>
        <w:t>وہاں پر آپ نے ایک مسجد بنائی، جس کو ہم کعبہ کہتے ہیں۔</w:t>
      </w:r>
    </w:p>
    <w:p>
      <w:r>
        <w:rPr>
          <w:b/>
        </w:rPr>
        <w:t xml:space="preserve">[19:16] </w:t>
      </w:r>
      <w:r>
        <w:t>awwal baitun wudi'a lin-nas</w:t>
      </w:r>
    </w:p>
    <w:p>
      <w:pPr>
        <w:jc w:val="right"/>
      </w:pPr>
      <w:r>
        <w:t>أول بيتٍ وُضِعَ للناس</w:t>
      </w:r>
    </w:p>
    <w:p>
      <w:r>
        <w:rPr>
          <w:b/>
        </w:rPr>
        <w:t xml:space="preserve">[19:20] </w:t>
      </w:r>
      <w:r>
        <w:t>to yeh jo Kaaba banaya gaya tha, ek Allah ki</w:t>
      </w:r>
    </w:p>
    <w:p>
      <w:pPr>
        <w:jc w:val="right"/>
      </w:pPr>
      <w:r>
        <w:t>تو یہ جو کعبہ بنایا گیا تھا، ایک اللہ کی</w:t>
      </w:r>
    </w:p>
    <w:p>
      <w:r>
        <w:rPr>
          <w:b/>
        </w:rPr>
        <w:t xml:space="preserve">[19:26] </w:t>
      </w:r>
      <w:r>
        <w:t>worship ke liye bana tha, yani tauheed ke center ke taur par.</w:t>
      </w:r>
    </w:p>
    <w:p>
      <w:pPr>
        <w:jc w:val="right"/>
      </w:pPr>
      <w:r>
        <w:t>ورشپ کے لیے بنا تھا، یعنی توحید کے سینٹر کے طور پر۔</w:t>
      </w:r>
    </w:p>
    <w:p>
      <w:r>
        <w:rPr>
          <w:b/>
        </w:rPr>
        <w:t xml:space="preserve">[19:31] </w:t>
      </w:r>
      <w:r>
        <w:t>Kaaba tauheed ka center tha, ek Allah ki parastish ka center tha.</w:t>
      </w:r>
    </w:p>
    <w:p>
      <w:pPr>
        <w:jc w:val="right"/>
      </w:pPr>
      <w:r>
        <w:t>کعبہ توحید کا سینٹر تھا، ایک اللہ کی پرستش کا سینٹر تھا۔</w:t>
      </w:r>
    </w:p>
    <w:p>
      <w:r>
        <w:rPr>
          <w:b/>
        </w:rPr>
        <w:t xml:space="preserve">[19:38] </w:t>
      </w:r>
      <w:r>
        <w:t>to kuch din tak rehaye,</w:t>
      </w:r>
    </w:p>
    <w:p>
      <w:pPr>
        <w:jc w:val="right"/>
      </w:pPr>
      <w:r>
        <w:t>تو کچھ دن تک رہائیے،</w:t>
      </w:r>
    </w:p>
    <w:p>
      <w:r>
        <w:rPr>
          <w:b/>
        </w:rPr>
        <w:t xml:space="preserve">[19:41] </w:t>
      </w:r>
      <w:r>
        <w:t>dheere dheere baad ko in mein agli generation mein bigad aaya,</w:t>
      </w:r>
    </w:p>
    <w:p>
      <w:pPr>
        <w:jc w:val="right"/>
      </w:pPr>
      <w:r>
        <w:t>دھیرے دھیرے بعد کو ان میں اگلی جنریشن میں بگاڑ آیا،</w:t>
      </w:r>
    </w:p>
    <w:p>
      <w:r>
        <w:rPr>
          <w:b/>
        </w:rPr>
        <w:t xml:space="preserve">[19:47] </w:t>
      </w:r>
      <w:r>
        <w:t>jaisa ke har jagah bigaad aata hai.</w:t>
      </w:r>
    </w:p>
    <w:p>
      <w:pPr>
        <w:jc w:val="right"/>
      </w:pPr>
      <w:r>
        <w:t>جیسا کہ ہر جگہ بگاڑ آتا ہے۔</w:t>
      </w:r>
    </w:p>
    <w:p>
      <w:r>
        <w:rPr>
          <w:b/>
        </w:rPr>
        <w:t xml:space="preserve">[19:50] </w:t>
      </w:r>
      <w:r>
        <w:t>aur makka mein</w:t>
      </w:r>
    </w:p>
    <w:p>
      <w:pPr>
        <w:jc w:val="right"/>
      </w:pPr>
      <w:r>
        <w:t>اور مکہ میں</w:t>
      </w:r>
    </w:p>
    <w:p>
      <w:r>
        <w:rPr>
          <w:b/>
        </w:rPr>
        <w:t xml:space="preserve">[19:53] </w:t>
      </w:r>
      <w:r>
        <w:t>mushrik log chha gaye,</w:t>
      </w:r>
    </w:p>
    <w:p>
      <w:pPr>
        <w:jc w:val="right"/>
      </w:pPr>
      <w:r>
        <w:t>مشرک لوگ چھا گئے،</w:t>
      </w:r>
    </w:p>
    <w:p>
      <w:r>
        <w:rPr>
          <w:b/>
        </w:rPr>
        <w:t xml:space="preserve">[19:56] </w:t>
      </w:r>
      <w:r>
        <w:t>yani majority wahan par ho gayi mushrikeen ki.</w:t>
      </w:r>
    </w:p>
    <w:p>
      <w:pPr>
        <w:jc w:val="right"/>
      </w:pPr>
      <w:r>
        <w:t>یعنی میجورٹی وہاں پر ہو گئی مشرکین کی۔</w:t>
      </w:r>
    </w:p>
    <w:p>
      <w:r>
        <w:rPr>
          <w:b/>
        </w:rPr>
        <w:t xml:space="preserve">[20:01] </w:t>
      </w:r>
      <w:r>
        <w:t>to unhon ne kya kiya ke kaaba ka jo structure tha, kaaba ki jo building thi, is mein</w:t>
      </w:r>
    </w:p>
    <w:p>
      <w:pPr>
        <w:jc w:val="right"/>
      </w:pPr>
      <w:r>
        <w:t>تو انہوں نے کیا کیا کہ کعبہ کا جو سٹرکچر تھا، کعبہ کی جو بلڈنگ تھی، اس میں</w:t>
      </w:r>
    </w:p>
    <w:p>
      <w:r>
        <w:rPr>
          <w:b/>
        </w:rPr>
        <w:t xml:space="preserve">[20:07] </w:t>
      </w:r>
      <w:r>
        <w:t>laala ke but rakhna shuru kar diye.</w:t>
      </w:r>
    </w:p>
    <w:p>
      <w:pPr>
        <w:jc w:val="right"/>
      </w:pPr>
      <w:r>
        <w:t>لالہ کے بت رکھنا شروع کر دیے۔</w:t>
      </w:r>
    </w:p>
    <w:p>
      <w:r>
        <w:rPr>
          <w:b/>
        </w:rPr>
        <w:t xml:space="preserve">[20:12] </w:t>
      </w:r>
      <w:r>
        <w:t>mukhtalif qabail jo thay arab mein, to un ke alag alag alag but thay,</w:t>
      </w:r>
    </w:p>
    <w:p>
      <w:pPr>
        <w:jc w:val="right"/>
      </w:pPr>
      <w:r>
        <w:t>مختلف قبائل جو تھے عرب میں، تو ان کے الگ الگ الگ بت تھے،</w:t>
      </w:r>
    </w:p>
    <w:p>
      <w:r>
        <w:rPr>
          <w:b/>
        </w:rPr>
        <w:t xml:space="preserve">[20:20] </w:t>
      </w:r>
      <w:r>
        <w:t>mukhtalif qabail mukhtalif buton ki pooja karte thay, jo poore yani arab mein phailay hue thay.</w:t>
      </w:r>
    </w:p>
    <w:p>
      <w:pPr>
        <w:jc w:val="right"/>
      </w:pPr>
      <w:r>
        <w:t>مختلف قبائل مختلف بتوں کی پوجا کرتے تھے، جو پورے یعنی عرب میں پھیلے ہوئے تھے۔</w:t>
      </w:r>
    </w:p>
    <w:p>
      <w:r>
        <w:rPr>
          <w:b/>
        </w:rPr>
        <w:t xml:space="preserve">[20:28] </w:t>
      </w:r>
      <w:r>
        <w:t>to makka mein quraish ka qabeela tha, jo zyada powerful tha, to unhon ne chaha ke saare qabail</w:t>
      </w:r>
    </w:p>
    <w:p>
      <w:pPr>
        <w:jc w:val="right"/>
      </w:pPr>
      <w:r>
        <w:t>تو مکہ میں قریش کا قبیلہ تھا، جو زیادہ پاورفل تھا، تو انہوں نے چاہا کہ سارے قبائل</w:t>
      </w:r>
    </w:p>
    <w:p>
      <w:r>
        <w:rPr>
          <w:b/>
        </w:rPr>
        <w:t xml:space="preserve">[20:37] </w:t>
      </w:r>
      <w:r>
        <w:t>کا ہم کعبہ کو سارے قبائل کا سینٹر بنا دیں، سارے قبیلے کا tribal سینٹر۔</w:t>
      </w:r>
    </w:p>
    <w:p>
      <w:pPr>
        <w:jc w:val="right"/>
      </w:pPr>
      <w:r>
        <w:t>کا ہم کعبہ کو سارے قبائل کا سینٹر بنا دیں، سارے قبیلے کا ٹرائبل سینٹر۔</w:t>
      </w:r>
    </w:p>
    <w:p>
      <w:r>
        <w:rPr>
          <w:b/>
        </w:rPr>
        <w:t xml:space="preserve">[20:46] </w:t>
      </w:r>
      <w:r>
        <w:t>to phir kya hoga? sab log hamari muthi mein honge.</w:t>
      </w:r>
    </w:p>
    <w:p>
      <w:pPr>
        <w:jc w:val="right"/>
      </w:pPr>
      <w:r>
        <w:t>تو پھر کیا ہوگا؟ سب لوگ ہماری مٹھی میں ہوں گے۔</w:t>
      </w:r>
    </w:p>
    <w:p>
      <w:r>
        <w:rPr>
          <w:b/>
        </w:rPr>
        <w:t xml:space="preserve">[20:49] </w:t>
      </w:r>
      <w:r>
        <w:t>to unhon ne taqreeban 360 but la kar rakh diye makka mein.</w:t>
      </w:r>
    </w:p>
    <w:p>
      <w:pPr>
        <w:jc w:val="right"/>
      </w:pPr>
      <w:r>
        <w:t>تو انہوں نے تقریباً 360 بت لا کر رکھ دیے مکہ میں۔</w:t>
      </w:r>
    </w:p>
    <w:p>
      <w:r>
        <w:rPr>
          <w:b/>
        </w:rPr>
        <w:t xml:space="preserve">[20:54] </w:t>
      </w:r>
      <w:r>
        <w:t>yeh sab but kaun se? yeh quraish ka nahi thay, yeh different different tribes ke thay.</w:t>
      </w:r>
    </w:p>
    <w:p>
      <w:pPr>
        <w:jc w:val="right"/>
      </w:pPr>
      <w:r>
        <w:t>یہ سب بت کون سے؟ یہ قریش کا نہیں تھے، یہ ڈفرنٹ ڈفرنٹ ٹرائبز کے تھے۔</w:t>
      </w:r>
    </w:p>
    <w:p>
      <w:r>
        <w:rPr>
          <w:b/>
        </w:rPr>
        <w:t xml:space="preserve">[21:03] </w:t>
      </w:r>
      <w:r>
        <w:t>is tarah se kaaba center ban gaya,</w:t>
      </w:r>
    </w:p>
    <w:p>
      <w:pPr>
        <w:jc w:val="right"/>
      </w:pPr>
      <w:r>
        <w:t>اس طرح سے کعبہ سینٹر بن گیا،</w:t>
      </w:r>
    </w:p>
    <w:p>
      <w:r>
        <w:rPr>
          <w:b/>
        </w:rPr>
        <w:t xml:space="preserve">[21:08] </w:t>
      </w:r>
      <w:r>
        <w:t>iska worship ka.</w:t>
      </w:r>
    </w:p>
    <w:p>
      <w:pPr>
        <w:jc w:val="right"/>
      </w:pPr>
      <w:r>
        <w:t>اس کا ارڈر ورشپ کا۔</w:t>
      </w:r>
    </w:p>
    <w:p>
      <w:r>
        <w:rPr>
          <w:b/>
        </w:rPr>
        <w:t xml:space="preserve">[21:10] </w:t>
      </w:r>
      <w:r>
        <w:t>aur wahan par</w:t>
      </w:r>
    </w:p>
    <w:p>
      <w:pPr>
        <w:jc w:val="right"/>
      </w:pPr>
      <w:r>
        <w:t>اور وہاں پر</w:t>
      </w:r>
    </w:p>
    <w:p>
      <w:r>
        <w:rPr>
          <w:b/>
        </w:rPr>
        <w:t xml:space="preserve">[21:13] </w:t>
      </w:r>
      <w:r>
        <w:t>ek ajeeb ghareeb soorat paida ho gayi ke jis kaaba ko banaya tha Hazrat Ibrahim ne, toheed ka</w:t>
      </w:r>
    </w:p>
    <w:p>
      <w:pPr>
        <w:jc w:val="right"/>
      </w:pPr>
      <w:r>
        <w:t>ایک عجیب غریب صورت پیدا ہو گئی کہ جس کعبہ کو بنایا تھا حضرت ابراہیم نے، توحید کا</w:t>
      </w:r>
    </w:p>
    <w:p>
      <w:r>
        <w:rPr>
          <w:b/>
        </w:rPr>
        <w:t xml:space="preserve">[21:19] </w:t>
      </w:r>
      <w:r>
        <w:t>center, woh ban gaya shirk ka center.</w:t>
      </w:r>
    </w:p>
    <w:p>
      <w:pPr>
        <w:jc w:val="right"/>
      </w:pPr>
      <w:r>
        <w:t>سینٹر، وہ بن گیا شرک کا سینٹر۔</w:t>
      </w:r>
    </w:p>
    <w:p>
      <w:r>
        <w:rPr>
          <w:b/>
        </w:rPr>
        <w:t xml:space="preserve">[21:23] </w:t>
      </w:r>
      <w:r>
        <w:t>is waqt. Thank you so much for joining here.</w:t>
      </w:r>
    </w:p>
    <w:p>
      <w:pPr>
        <w:jc w:val="right"/>
      </w:pPr>
      <w:r>
        <w:t>اس وقت۔ Thank you so much for joining here.</w:t>
      </w:r>
    </w:p>
    <w:p>
      <w:r>
        <w:rPr>
          <w:b/>
        </w:rPr>
        <w:t xml:space="preserve">[21:33] </w:t>
      </w:r>
      <w:r>
        <w:t>ab aap compare kijiye,</w:t>
      </w:r>
    </w:p>
    <w:p>
      <w:pPr>
        <w:jc w:val="right"/>
      </w:pPr>
      <w:r>
        <w:t>اب آپ کمپیئر کیجیے،</w:t>
      </w:r>
    </w:p>
    <w:p>
      <w:r>
        <w:rPr>
          <w:b/>
        </w:rPr>
        <w:t xml:space="preserve">[21:36] </w:t>
      </w:r>
      <w:r>
        <w:t>compare kijiye. 1992 mein</w:t>
      </w:r>
    </w:p>
    <w:p>
      <w:pPr>
        <w:jc w:val="right"/>
      </w:pPr>
      <w:r>
        <w:t>کمپیئر کیجیے۔ 1992 میں</w:t>
      </w:r>
    </w:p>
    <w:p>
      <w:r>
        <w:rPr>
          <w:b/>
        </w:rPr>
        <w:t xml:space="preserve">[21:41] </w:t>
      </w:r>
      <w:r>
        <w:t>india ke kuch logon ne</w:t>
      </w:r>
    </w:p>
    <w:p>
      <w:pPr>
        <w:jc w:val="right"/>
      </w:pPr>
      <w:r>
        <w:t>انڈیا کے کچھ لوگوں نے</w:t>
      </w:r>
    </w:p>
    <w:p>
      <w:r>
        <w:rPr>
          <w:b/>
        </w:rPr>
        <w:t xml:space="preserve">[21:44] </w:t>
      </w:r>
      <w:r>
        <w:t>ajdah ki masjid mein teen but rakh diye, but buton ki tasveerein thi woh.</w:t>
      </w:r>
    </w:p>
    <w:p>
      <w:pPr>
        <w:jc w:val="right"/>
      </w:pPr>
      <w:r>
        <w:t>اجدہ کی مسجد میں تین بت رکھ دیے، بت بتوں کی تصویریں تھیں وہ۔</w:t>
      </w:r>
    </w:p>
    <w:p>
      <w:r>
        <w:rPr>
          <w:b/>
        </w:rPr>
        <w:t xml:space="preserve">[21:53] </w:t>
      </w:r>
      <w:r>
        <w:t>to saare india mein nahi, saari duniya mein hungama khada kar diya gaya.</w:t>
      </w:r>
    </w:p>
    <w:p>
      <w:pPr>
        <w:jc w:val="right"/>
      </w:pPr>
      <w:r>
        <w:t>تو سارے انڈیا میں نہیں، ساری دنیا میں ہنگامہ کھڑا کر دیا گیا۔</w:t>
      </w:r>
    </w:p>
    <w:p>
      <w:r>
        <w:rPr>
          <w:b/>
        </w:rPr>
        <w:t xml:space="preserve">[21:58] </w:t>
      </w:r>
      <w:r>
        <w:t>sab se bada hungama wahan khada hua hai is is issue ko le kar, saari muslim duniya mein.</w:t>
      </w:r>
    </w:p>
    <w:p>
      <w:pPr>
        <w:jc w:val="right"/>
      </w:pPr>
      <w:r>
        <w:t>سب سے بڑا ہنگامہ وہاں کھڑا ہوا ہے اس اس ایشو کو لے کر، ساری مسلم دنیا میں۔</w:t>
      </w:r>
    </w:p>
    <w:p>
      <w:r>
        <w:rPr>
          <w:b/>
        </w:rPr>
        <w:t xml:space="preserve">[22:07] </w:t>
      </w:r>
      <w:r>
        <w:t>rasool Allah salallaho alaihi wasallam ko aap dekhiye, kya kiya aap ne notice bhi nahi liya is</w:t>
      </w:r>
    </w:p>
    <w:p>
      <w:pPr>
        <w:jc w:val="right"/>
      </w:pPr>
      <w:r>
        <w:t>رسول اللہ صلی اللہ علیہ وسلم کو آپ دیکھیں، کیا کیا آپ نے نوٹس بھی نہیں لیا اس</w:t>
      </w:r>
    </w:p>
    <w:p>
      <w:r>
        <w:rPr>
          <w:b/>
        </w:rPr>
        <w:t xml:space="preserve">[22:11] </w:t>
      </w:r>
      <w:r>
        <w:t>ka. taqreeban 50 hazar hadeesein hain kitabon mein, aap sab ka mutala karain, koi aik hadees aap nahi</w:t>
      </w:r>
    </w:p>
    <w:p>
      <w:pPr>
        <w:jc w:val="right"/>
      </w:pPr>
      <w:r>
        <w:t>کا۔ تقریباً 50 ہزار حدیثیں ہیں کتابوں میں، آپ سب کا مطالعہ کیجیے، کوئی ایک حدیث آپ نہیں</w:t>
      </w:r>
    </w:p>
    <w:p>
      <w:r>
        <w:rPr>
          <w:b/>
        </w:rPr>
        <w:t xml:space="preserve">[22:20] </w:t>
      </w:r>
      <w:r>
        <w:t>paengay ke rasool Allah sal Allah aleh wasallam ne protest kiya ho ke yeh kya mazak hai</w:t>
      </w:r>
    </w:p>
    <w:p>
      <w:pPr>
        <w:jc w:val="right"/>
      </w:pPr>
      <w:r>
        <w:t>پائیں گے کہ رسول اللہ صلی اللہ علیہ وسلم نے پروٹیسٹ کیا ہو کہ یہ کیا مذاق ہے</w:t>
      </w:r>
    </w:p>
    <w:p>
      <w:r>
        <w:rPr>
          <w:b/>
        </w:rPr>
        <w:t xml:space="preserve">[22:26] </w:t>
      </w:r>
      <w:r>
        <w:t>ke kaaba bana tha toheed ke liye, tum ne is ko shirk ka markaz bana diya.</w:t>
      </w:r>
    </w:p>
    <w:p>
      <w:pPr>
        <w:jc w:val="right"/>
      </w:pPr>
      <w:r>
        <w:t>کہ کعبہ بنا تھا توحید کے لیے، تم نے اس کو شرک کا مرکز بنا دیا۔</w:t>
      </w:r>
    </w:p>
    <w:p>
      <w:r>
        <w:rPr>
          <w:b/>
        </w:rPr>
        <w:t xml:space="preserve">[22:32] </w:t>
      </w:r>
      <w:r>
        <w:t>aik bhi hadees aisi nahi hai,</w:t>
      </w:r>
    </w:p>
    <w:p>
      <w:pPr>
        <w:jc w:val="right"/>
      </w:pPr>
      <w:r>
        <w:t>ایک بھی حدیث ایسی نہیں ہے،</w:t>
      </w:r>
    </w:p>
    <w:p>
      <w:r>
        <w:rPr>
          <w:b/>
        </w:rPr>
        <w:t xml:space="preserve">[22:34] </w:t>
      </w:r>
      <w:r>
        <w:t>kaisi ajeeb cheez hai yeh.</w:t>
      </w:r>
    </w:p>
    <w:p>
      <w:pPr>
        <w:jc w:val="right"/>
      </w:pPr>
      <w:r>
        <w:t>کیسی عجیب چیز ہے یہ۔</w:t>
      </w:r>
    </w:p>
    <w:p>
      <w:r>
        <w:rPr>
          <w:b/>
        </w:rPr>
        <w:t xml:space="preserve">[22:36] </w:t>
      </w:r>
      <w:r>
        <w:t>kyun yeh yeh Allah taala ne keh diya ke yeh raj hoga, raj dirty practice hai.</w:t>
      </w:r>
    </w:p>
    <w:p>
      <w:pPr>
        <w:jc w:val="right"/>
      </w:pPr>
      <w:r>
        <w:t>کیوں یہ یہ اللہ تعالی نے کہہ دیا کہ یہ رج ہوگا، رج ڈرٹی پریکٹس ہے۔</w:t>
      </w:r>
    </w:p>
    <w:p>
      <w:r>
        <w:rPr>
          <w:b/>
        </w:rPr>
        <w:t xml:space="preserve">[22:43] </w:t>
      </w:r>
      <w:r>
        <w:t>to dekhiye, is ka matlab kya hota hai? insan jab raj ko chhodta hai to aik aik aur</w:t>
      </w:r>
    </w:p>
    <w:p>
      <w:pPr>
        <w:jc w:val="right"/>
      </w:pPr>
      <w:r>
        <w:t>تو دیکھیے، اس کا مطلب کیا ہوتا ہے؟ انسان جب رجس کو چھوڑتا ہے تو ایک ایک اور</w:t>
      </w:r>
    </w:p>
    <w:p>
      <w:r>
        <w:rPr>
          <w:b/>
        </w:rPr>
        <w:t xml:space="preserve">[22:50] </w:t>
      </w:r>
      <w:r>
        <w:t>option dhoondta hai, woh hamesha aisa hai.</w:t>
      </w:r>
    </w:p>
    <w:p>
      <w:pPr>
        <w:jc w:val="right"/>
      </w:pPr>
      <w:r>
        <w:t>آپشن ڈھونڈتا ہے، وہ ہمیشہ ایسا ہے۔</w:t>
      </w:r>
    </w:p>
    <w:p>
      <w:r>
        <w:rPr>
          <w:b/>
        </w:rPr>
        <w:t xml:space="preserve">[22:54] </w:t>
      </w:r>
      <w:r>
        <w:t>aap aik rasta chhodengay to is ka option dhoondengay, aap doosra rasta.</w:t>
      </w:r>
    </w:p>
    <w:p>
      <w:pPr>
        <w:jc w:val="right"/>
      </w:pPr>
      <w:r>
        <w:t>آپ ایک راستہ چھوڑیں گے تو اس کا آپشن ڈھونڈیں گے، آپ دوسرا راستہ۔</w:t>
      </w:r>
    </w:p>
    <w:p>
      <w:r>
        <w:rPr>
          <w:b/>
        </w:rPr>
        <w:t xml:space="preserve">[22:59] </w:t>
      </w:r>
      <w:r>
        <w:t>aap job kar rahe hain to business aap ka option banayengay, business kar rahe hain to job</w:t>
      </w:r>
    </w:p>
    <w:p>
      <w:pPr>
        <w:jc w:val="right"/>
      </w:pPr>
      <w:r>
        <w:t>آپ جاب کر رہے ہیں تو بزنس آپ کا آپشن بنائیں گے، بزنس کر رہے ہیں تو جاب</w:t>
      </w:r>
    </w:p>
    <w:p>
      <w:r>
        <w:rPr>
          <w:b/>
        </w:rPr>
        <w:t xml:space="preserve">[23:04] </w:t>
      </w:r>
      <w:r>
        <w:t>ko apna option banayengay.</w:t>
      </w:r>
    </w:p>
    <w:p>
      <w:pPr>
        <w:jc w:val="right"/>
      </w:pPr>
      <w:r>
        <w:t>کو اپنا آپشن بنائیں گے۔</w:t>
      </w:r>
    </w:p>
    <w:p>
      <w:r>
        <w:rPr>
          <w:b/>
        </w:rPr>
        <w:t xml:space="preserve">[23:06] </w:t>
      </w:r>
      <w:r>
        <w:t>to raj ko jab chhodengay to koi doosra option talash karengay aap.</w:t>
      </w:r>
    </w:p>
    <w:p>
      <w:pPr>
        <w:jc w:val="right"/>
      </w:pPr>
      <w:r>
        <w:t>تو رجس کو جب چھوڑیں گے تو کوئی دوسرا آپشن تلاش کریں گے آپ۔</w:t>
      </w:r>
    </w:p>
    <w:p>
      <w:r>
        <w:rPr>
          <w:b/>
        </w:rPr>
        <w:t xml:space="preserve">[23:10] </w:t>
      </w:r>
      <w:r>
        <w:t>aur yahi wahan hua,</w:t>
      </w:r>
    </w:p>
    <w:p>
      <w:pPr>
        <w:jc w:val="right"/>
      </w:pPr>
      <w:r>
        <w:t>اور یہی وہاں ہوا،</w:t>
      </w:r>
    </w:p>
    <w:p>
      <w:r>
        <w:rPr>
          <w:b/>
        </w:rPr>
        <w:t xml:space="preserve">[23:12] </w:t>
      </w:r>
      <w:r>
        <w:t>aap ne bohat hi normal zehan ke sath study ki,</w:t>
      </w:r>
    </w:p>
    <w:p>
      <w:pPr>
        <w:jc w:val="right"/>
      </w:pPr>
      <w:r>
        <w:t>آپ نے بہت ہی نارمل ذہن کے ساتھ اسٹڈی کی،</w:t>
      </w:r>
    </w:p>
    <w:p>
      <w:r>
        <w:rPr>
          <w:b/>
        </w:rPr>
        <w:t xml:space="preserve">[23:19] </w:t>
      </w:r>
      <w:r>
        <w:t>study ki to aap ne discover kiya,</w:t>
      </w:r>
    </w:p>
    <w:p>
      <w:pPr>
        <w:jc w:val="right"/>
      </w:pPr>
      <w:r>
        <w:t>اسٹڈی کی تو آپ نے ڈسکور کیا،</w:t>
      </w:r>
    </w:p>
    <w:p>
      <w:r>
        <w:rPr>
          <w:b/>
        </w:rPr>
        <w:t xml:space="preserve">[23:24] </w:t>
      </w:r>
      <w:r>
        <w:t>discover kiya ke in beton ki wajah se, in do beton ki presence ki wajah se aik bohat</w:t>
      </w:r>
    </w:p>
    <w:p>
      <w:pPr>
        <w:jc w:val="right"/>
      </w:pPr>
      <w:r>
        <w:t>ڈسکور کیا کہ ان بتوں کی وجہ سے، ان دو بتوں کی پریزنس کی وجہ سے ایک بہت</w:t>
      </w:r>
    </w:p>
    <w:p>
      <w:r>
        <w:rPr>
          <w:b/>
        </w:rPr>
        <w:t xml:space="preserve">[23:31] </w:t>
      </w:r>
      <w:r>
        <w:t>bara waqia ho raha hai yahan.</w:t>
      </w:r>
    </w:p>
    <w:p>
      <w:pPr>
        <w:jc w:val="right"/>
      </w:pPr>
      <w:r>
        <w:t>بڑا واقعہ ہو رہا ہے یہاں۔</w:t>
      </w:r>
    </w:p>
    <w:p>
      <w:r>
        <w:rPr>
          <w:b/>
        </w:rPr>
        <w:t xml:space="preserve">[23:33] </w:t>
      </w:r>
      <w:r>
        <w:t>woh hai mushrikeen ki daily gathering, mushrikeen ki daily assembly.</w:t>
      </w:r>
    </w:p>
    <w:p>
      <w:pPr>
        <w:jc w:val="right"/>
      </w:pPr>
      <w:r>
        <w:t>وہ ہے مشرکین کی ڈیلی گیدرنگ، مشرکین کی ڈیلی اسمبلی۔</w:t>
      </w:r>
    </w:p>
    <w:p>
      <w:r>
        <w:rPr>
          <w:b/>
        </w:rPr>
        <w:t xml:space="preserve">[23:40] </w:t>
      </w:r>
      <w:r>
        <w:t>yani sare arab ke qabail</w:t>
      </w:r>
    </w:p>
    <w:p>
      <w:pPr>
        <w:jc w:val="right"/>
      </w:pPr>
      <w:r>
        <w:t>یعنی سارے عرب کے قبائل</w:t>
      </w:r>
    </w:p>
    <w:p>
      <w:r>
        <w:rPr>
          <w:b/>
        </w:rPr>
        <w:t xml:space="preserve">[23:44] </w:t>
      </w:r>
      <w:r>
        <w:t>wohan atay thay apne apne beton ko poojne ke liye, to wahan aik qism ka mela lag raha</w:t>
      </w:r>
    </w:p>
    <w:p>
      <w:pPr>
        <w:jc w:val="right"/>
      </w:pPr>
      <w:r>
        <w:t>وہاں آتے تھے اپنے اپنے بتوں کو پوجنے کے لیے، تو وہاں ایک قسم کا میلہ لگ رہا</w:t>
      </w:r>
    </w:p>
    <w:p>
      <w:r>
        <w:rPr>
          <w:b/>
        </w:rPr>
        <w:t xml:space="preserve">[23:50] </w:t>
      </w:r>
      <w:r>
        <w:t>tha, mela. aik daily gathering wahan hoti thi.</w:t>
      </w:r>
    </w:p>
    <w:p>
      <w:pPr>
        <w:jc w:val="right"/>
      </w:pPr>
      <w:r>
        <w:t>تھا، میلہ۔ ایک ڈیلی گیدرنگ وہاں ہوتی تھی۔</w:t>
      </w:r>
    </w:p>
    <w:p>
      <w:r>
        <w:rPr>
          <w:b/>
        </w:rPr>
        <w:t xml:space="preserve">[23:56] </w:t>
      </w:r>
      <w:r>
        <w:t>to aap ne bohat hi wisdom ke sath</w:t>
      </w:r>
    </w:p>
    <w:p>
      <w:pPr>
        <w:jc w:val="right"/>
      </w:pPr>
      <w:r>
        <w:t>تو آپ نے بہت ہی وزڈم کے ساتھ</w:t>
      </w:r>
    </w:p>
    <w:p>
      <w:r>
        <w:rPr>
          <w:b/>
        </w:rPr>
        <w:t xml:space="preserve">[24:00] </w:t>
      </w:r>
      <w:r>
        <w:t>yeh faisla kiya ke main beton ko ignore karoon, father yani</w:t>
      </w:r>
    </w:p>
    <w:p>
      <w:pPr>
        <w:jc w:val="right"/>
      </w:pPr>
      <w:r>
        <w:t>یہ فیصلہ کیا کہ میں بتوں کو اگنور کروں، فادر یعنی</w:t>
      </w:r>
    </w:p>
    <w:p>
      <w:r>
        <w:rPr>
          <w:b/>
        </w:rPr>
        <w:t xml:space="preserve">[24:10] </w:t>
      </w:r>
      <w:r>
        <w:t>waqti tor par,</w:t>
      </w:r>
    </w:p>
    <w:p>
      <w:pPr>
        <w:jc w:val="right"/>
      </w:pPr>
      <w:r>
        <w:t>وقتی طور پر،</w:t>
      </w:r>
    </w:p>
    <w:p>
      <w:r>
        <w:rPr>
          <w:b/>
        </w:rPr>
        <w:t xml:space="preserve">[24:13] </w:t>
      </w:r>
      <w:r>
        <w:t>aur is gathering ko main audience ke tor par avail karoon.</w:t>
      </w:r>
    </w:p>
    <w:p>
      <w:pPr>
        <w:jc w:val="right"/>
      </w:pPr>
      <w:r>
        <w:t>اور اس گادری کو میں اڈینس کے طور پر اویل کروں۔</w:t>
      </w:r>
    </w:p>
    <w:p>
      <w:r>
        <w:rPr>
          <w:b/>
        </w:rPr>
        <w:t xml:space="preserve">[24:20] </w:t>
      </w:r>
      <w:r>
        <w:t>yeh jo hadith mein aata hai ke ittaqu firasa al momin</w:t>
      </w:r>
    </w:p>
    <w:p>
      <w:pPr>
        <w:jc w:val="right"/>
      </w:pPr>
      <w:r>
        <w:t>یہ جو حدیث میں آتا ہے کہ اتقوا فراس المومن</w:t>
      </w:r>
    </w:p>
    <w:p>
      <w:r>
        <w:rPr>
          <w:b/>
        </w:rPr>
        <w:t xml:space="preserve">[24:26] </w:t>
      </w:r>
      <w:r>
        <w:t>momin ki wisdom se bacho,</w:t>
      </w:r>
    </w:p>
    <w:p>
      <w:pPr>
        <w:jc w:val="right"/>
      </w:pPr>
      <w:r>
        <w:t>مومن کی وزڈم سے بچو،</w:t>
      </w:r>
    </w:p>
    <w:p>
      <w:r>
        <w:rPr>
          <w:b/>
        </w:rPr>
        <w:t xml:space="preserve">[24:30] </w:t>
      </w:r>
      <w:r>
        <w:t>momin ki wisdom se bacho.</w:t>
      </w:r>
    </w:p>
    <w:p>
      <w:pPr>
        <w:jc w:val="right"/>
      </w:pPr>
      <w:r>
        <w:t>مومن کی وزڈم سے بچو۔</w:t>
      </w:r>
    </w:p>
    <w:p>
      <w:r>
        <w:rPr>
          <w:b/>
        </w:rPr>
        <w:t xml:space="preserve">[24:33] </w:t>
      </w:r>
      <w:r>
        <w:t>kyunke batata hai ke wisdom jo hai, is ke andar bohat great wisdom hoti hai, wisdom.</w:t>
      </w:r>
    </w:p>
    <w:p>
      <w:pPr>
        <w:jc w:val="right"/>
      </w:pPr>
      <w:r>
        <w:t>کیونکہ بتاتا ہے کہ وزڈم جو ہے، اس کے اندر بہت گریٹ وزڈنس ہوتی ہے، وزڈم۔</w:t>
      </w:r>
    </w:p>
    <w:p>
      <w:r>
        <w:rPr>
          <w:b/>
        </w:rPr>
        <w:t xml:space="preserve">[24:40] </w:t>
      </w:r>
      <w:r>
        <w:t>to rasool Allah sal Allah aleh wasalam ne kya kiya</w:t>
      </w:r>
    </w:p>
    <w:p>
      <w:pPr>
        <w:jc w:val="right"/>
      </w:pPr>
      <w:r>
        <w:t>تو رسول اللہ صلی اللہ علیہ وسلم نے کیا کیا</w:t>
      </w:r>
    </w:p>
    <w:p>
      <w:r>
        <w:rPr>
          <w:b/>
        </w:rPr>
        <w:t xml:space="preserve">[24:43] </w:t>
      </w:r>
      <w:r>
        <w:t>ke buton ka presence jo tha kaba mein, us ko for the time being ignore kiya.</w:t>
      </w:r>
    </w:p>
    <w:p>
      <w:pPr>
        <w:jc w:val="right"/>
      </w:pPr>
      <w:r>
        <w:t>کہ بتوں کا پریزنس جو تھا کعبہ میں، اس کو فار دا ٹائم بینگ اگنور کیا۔</w:t>
      </w:r>
    </w:p>
    <w:p>
      <w:r>
        <w:rPr>
          <w:b/>
        </w:rPr>
        <w:t xml:space="preserve">[24:51] </w:t>
      </w:r>
      <w:r>
        <w:t>aur jo wahan par</w:t>
      </w:r>
    </w:p>
    <w:p>
      <w:pPr>
        <w:jc w:val="right"/>
      </w:pPr>
      <w:r>
        <w:t>اور جو وہاں پر</w:t>
      </w:r>
    </w:p>
    <w:p>
      <w:r>
        <w:rPr>
          <w:b/>
        </w:rPr>
        <w:t xml:space="preserve">[24:56] </w:t>
      </w:r>
      <w:r>
        <w:t>but ke liye, but ke naam par jo wahan gathering hoti thi, us ko as an audience istemal</w:t>
      </w:r>
    </w:p>
    <w:p>
      <w:pPr>
        <w:jc w:val="right"/>
      </w:pPr>
      <w:r>
        <w:t>بت کے لیے، بت کے نام پر جو وہاں گیدرنگ ہوتی تھی، اس کو ایز این اڈینس استعمال</w:t>
      </w:r>
    </w:p>
    <w:p>
      <w:r>
        <w:rPr>
          <w:b/>
        </w:rPr>
        <w:t xml:space="preserve">[25:01] </w:t>
      </w:r>
      <w:r>
        <w:t>kiya. Kaisi ajeeb wisdom thi yeh.</w:t>
      </w:r>
    </w:p>
    <w:p>
      <w:pPr>
        <w:jc w:val="right"/>
      </w:pPr>
      <w:r>
        <w:t>کیا۔ کیسی عجیب وزڈم تھی یہ۔</w:t>
      </w:r>
    </w:p>
    <w:p>
      <w:r>
        <w:rPr>
          <w:b/>
        </w:rPr>
        <w:t xml:space="preserve">[25:10] </w:t>
      </w:r>
      <w:r>
        <w:t>wahan aap jate rozana, aur kitabon mein aata hai ke</w:t>
      </w:r>
    </w:p>
    <w:p>
      <w:pPr>
        <w:jc w:val="right"/>
      </w:pPr>
      <w:r>
        <w:t>وہاں آپ جاتے روزانہ، اور کتابوں میں آتا ہے کہ</w:t>
      </w:r>
    </w:p>
    <w:p>
      <w:r>
        <w:rPr>
          <w:b/>
        </w:rPr>
        <w:t xml:space="preserve">[25:16] </w:t>
      </w:r>
      <w:r>
        <w:t>ke wahan aap ja kar aap kehte the ke</w:t>
      </w:r>
    </w:p>
    <w:p>
      <w:pPr>
        <w:jc w:val="right"/>
      </w:pPr>
      <w:r>
        <w:t>کہ وہاں آپ جا کر آپ کہتے تھے کہ</w:t>
      </w:r>
    </w:p>
    <w:p>
      <w:r>
        <w:rPr>
          <w:b/>
        </w:rPr>
        <w:t xml:space="preserve">[25:20] </w:t>
      </w:r>
      <w:r>
        <w:t>qoolu la ilaha illallah tuflihu ya yeh aata hai ke fa a'rid alaihim al islam wa tala alaihim al quran wahan</w:t>
      </w:r>
    </w:p>
    <w:p>
      <w:pPr>
        <w:jc w:val="right"/>
      </w:pPr>
      <w:r>
        <w:t>قولوا لا الہ الا اللہ تفلحوا یا یہ آتا ہے کہ فاعرض عليهم الاسلام وتلا عليهم القران وہاں</w:t>
      </w:r>
    </w:p>
    <w:p>
      <w:r>
        <w:rPr>
          <w:b/>
        </w:rPr>
        <w:t xml:space="preserve">[25:29] </w:t>
      </w:r>
      <w:r>
        <w:t>jate aap logon ko tauheed ka paigham dete aur quran ki ayaten padh kar sunate.</w:t>
      </w:r>
    </w:p>
    <w:p>
      <w:pPr>
        <w:jc w:val="right"/>
      </w:pPr>
      <w:r>
        <w:t>جاتے آپ لوگوں کو توحید کا پیغام دیتے اور قران کی آیتیں پڑھ کر سناتے۔</w:t>
      </w:r>
    </w:p>
    <w:p>
      <w:r>
        <w:rPr>
          <w:b/>
        </w:rPr>
        <w:t xml:space="preserve">[25:38] </w:t>
      </w:r>
      <w:r>
        <w:t>کیسی عجیب بات ہے یعنی رسول اللہ بن گئے muqri of the Quran جیسے آج ہم بنے ہوئے</w:t>
      </w:r>
    </w:p>
    <w:p>
      <w:pPr>
        <w:jc w:val="right"/>
      </w:pPr>
      <w:r>
        <w:t>کیسی عجیب بات ہے یعنی رسول اللہ بن گئے مقری اف دا قران جیسے آج ہم بنے ہوئے</w:t>
      </w:r>
    </w:p>
    <w:p>
      <w:r>
        <w:rPr>
          <w:b/>
        </w:rPr>
        <w:t xml:space="preserve">[25:43] </w:t>
      </w:r>
      <w:r>
        <w:t>ہیں، اللہ کے فضل سے distributor of the Quran۔</w:t>
      </w:r>
    </w:p>
    <w:p>
      <w:pPr>
        <w:jc w:val="right"/>
      </w:pPr>
      <w:r>
        <w:t>ہیں، اللہ کے فضل سے ڈسٹریبیوٹر اف دا قران۔</w:t>
      </w:r>
    </w:p>
    <w:p>
      <w:r>
        <w:rPr>
          <w:b/>
        </w:rPr>
        <w:t xml:space="preserve">[25:49] </w:t>
      </w:r>
      <w:r>
        <w:t>yeh kaam aap 13 saal tak karte rahe,</w:t>
      </w:r>
    </w:p>
    <w:p>
      <w:pPr>
        <w:jc w:val="right"/>
      </w:pPr>
      <w:r>
        <w:t>یہ کام آپ 13 سال تک کرتے رہے،</w:t>
      </w:r>
    </w:p>
    <w:p>
      <w:r>
        <w:rPr>
          <w:b/>
        </w:rPr>
        <w:t xml:space="preserve">[25:54] </w:t>
      </w:r>
      <w:r>
        <w:t>یہ great wisdom تھی، great prophetic wisdom۔</w:t>
      </w:r>
    </w:p>
    <w:p>
      <w:pPr>
        <w:jc w:val="right"/>
      </w:pPr>
      <w:r>
        <w:t>یہ گریٹ وزڈم تھی، گریٹ پرافٹک وزڈم۔</w:t>
      </w:r>
    </w:p>
    <w:p>
      <w:r>
        <w:rPr>
          <w:b/>
        </w:rPr>
        <w:t xml:space="preserve">[25:58] </w:t>
      </w:r>
      <w:r>
        <w:t>is mein nateeja kya nikla? Breakless</w:t>
      </w:r>
    </w:p>
    <w:p>
      <w:pPr>
        <w:jc w:val="right"/>
      </w:pPr>
      <w:r>
        <w:t>اس میں نتیجہ کیا نکلا؟ بریکلس</w:t>
      </w:r>
    </w:p>
    <w:p>
      <w:r>
        <w:rPr>
          <w:b/>
        </w:rPr>
        <w:t xml:space="preserve">[26:02] </w:t>
      </w:r>
      <w:r>
        <w:t>tamam woh log jin ko hum kehte hain ajal sahaba, yani top ke sahabi, Abu Bakr, Umar, Usman, Ali,</w:t>
      </w:r>
    </w:p>
    <w:p>
      <w:pPr>
        <w:jc w:val="right"/>
      </w:pPr>
      <w:r>
        <w:t>تمام وہ لوگ جن کو ہم کہتے ہیں اجل صحابہ، یعنی ٹاپ کے صحابی، ابوبکر، عمر، عثمان، علی،</w:t>
      </w:r>
    </w:p>
    <w:p>
      <w:r>
        <w:rPr>
          <w:b/>
        </w:rPr>
        <w:t xml:space="preserve">[26:10] </w:t>
      </w:r>
      <w:r>
        <w:t>Abu Jarrah, Mu'adh bin Jabal, Khalid Walid, yeh sare yahin to mile is zamane mein.</w:t>
      </w:r>
    </w:p>
    <w:p>
      <w:pPr>
        <w:jc w:val="right"/>
      </w:pPr>
      <w:r>
        <w:t>ابو جراح، معاذ بن جبل، خالد ولید، یہ سارے یہیں تو ملے اس زمانے میں۔</w:t>
      </w:r>
    </w:p>
    <w:p>
      <w:r>
        <w:rPr>
          <w:b/>
        </w:rPr>
        <w:t xml:space="preserve">[26:18] </w:t>
      </w:r>
      <w:r>
        <w:t>یہ جو 13 سال آپ کا ایک wise planning تھی، wise planning</w:t>
      </w:r>
    </w:p>
    <w:p>
      <w:pPr>
        <w:jc w:val="right"/>
      </w:pPr>
      <w:r>
        <w:t>یہ جو 13 سال آپ کا ایک وائس پلاننگ تھی، وائس پلاننگ</w:t>
      </w:r>
    </w:p>
    <w:p>
      <w:r>
        <w:rPr>
          <w:b/>
        </w:rPr>
        <w:t xml:space="preserve">[26:24] </w:t>
      </w:r>
      <w:r>
        <w:t>کہ کعبہ جیسے مقدس گھر میں بت رکھے ہوئے ہیں، اب اس کو ignore کر رہے ہیں for</w:t>
      </w:r>
    </w:p>
    <w:p>
      <w:pPr>
        <w:jc w:val="right"/>
      </w:pPr>
      <w:r>
        <w:t>کہ کعبہ جیسے مقدس گھر میں بت رکھے ہوئے ہیں، اب اس کو اگنور کر رہے ہیں فار</w:t>
      </w:r>
    </w:p>
    <w:p>
      <w:r>
        <w:rPr>
          <w:b/>
        </w:rPr>
        <w:t xml:space="preserve">[26:31] </w:t>
      </w:r>
      <w:r>
        <w:t>the time being, اور at the same time آپ ان کی گیدرنگ کو as an audience استعمال کر</w:t>
      </w:r>
    </w:p>
    <w:p>
      <w:pPr>
        <w:jc w:val="right"/>
      </w:pPr>
      <w:r>
        <w:t>دا ٹائم بینگ، اور ایٹ دا سیم ٹائم آپ ان کی گیدرنگ کو ایز این اڈینس استعمال کر</w:t>
      </w:r>
    </w:p>
    <w:p>
      <w:r>
        <w:rPr>
          <w:b/>
        </w:rPr>
        <w:t xml:space="preserve">[26:39] </w:t>
      </w:r>
      <w:r>
        <w:t>رہے ہیں۔ بہت ہی peaceful طریقے سے، peaceful طریقے سے، peaceful طریقے سے۔</w:t>
      </w:r>
    </w:p>
    <w:p>
      <w:pPr>
        <w:jc w:val="right"/>
      </w:pPr>
      <w:r>
        <w:t>رہے ہیں۔ بہت ہی پیس فل طریقے سے، پیس فل طریقے سے، پیس فل طریقے سے۔</w:t>
      </w:r>
    </w:p>
    <w:p>
      <w:r>
        <w:rPr>
          <w:b/>
        </w:rPr>
        <w:t xml:space="preserve">[26:44] </w:t>
      </w:r>
      <w:r>
        <w:t>yahin tak ke jitne wahan behtareen log the Makkah mein,</w:t>
      </w:r>
    </w:p>
    <w:p>
      <w:pPr>
        <w:jc w:val="right"/>
      </w:pPr>
      <w:r>
        <w:t>یہاں تک کہ جتنے وہاں بہترین لوگ تھے مکہ میں،</w:t>
      </w:r>
    </w:p>
    <w:p>
      <w:r>
        <w:rPr>
          <w:b/>
        </w:rPr>
        <w:t xml:space="preserve">[26:49] </w:t>
      </w:r>
      <w:r>
        <w:t>behtareen log Makkah mein jo the, woh sab toot kar aap ke paas aa gaye, aap ke fold</w:t>
      </w:r>
    </w:p>
    <w:p>
      <w:pPr>
        <w:jc w:val="right"/>
      </w:pPr>
      <w:r>
        <w:t>بہترین لوگ مکہ میں جو تھے، وہ سب ٹوٹ کر آپ کے پاس آ گئے، آپ کے فولڈ</w:t>
      </w:r>
    </w:p>
    <w:p>
      <w:r>
        <w:rPr>
          <w:b/>
        </w:rPr>
        <w:t xml:space="preserve">[26:54] </w:t>
      </w:r>
      <w:r>
        <w:t>mein shamil ho gaye.</w:t>
      </w:r>
    </w:p>
    <w:p>
      <w:pPr>
        <w:jc w:val="right"/>
      </w:pPr>
      <w:r>
        <w:t>میں شامل ہو گئے۔</w:t>
      </w:r>
    </w:p>
    <w:p>
      <w:r>
        <w:rPr>
          <w:b/>
        </w:rPr>
        <w:t xml:space="preserve">[26:57] </w:t>
      </w:r>
      <w:r>
        <w:t>yeh hai prophetic wisdom, yeh hai Quranic wisdom.</w:t>
      </w:r>
    </w:p>
    <w:p>
      <w:pPr>
        <w:jc w:val="right"/>
      </w:pPr>
      <w:r>
        <w:t>یہ ہے پرافٹک وزڈم، یہ ہے قرانک وزڈم۔</w:t>
      </w:r>
    </w:p>
    <w:p>
      <w:r>
        <w:rPr>
          <w:b/>
        </w:rPr>
        <w:t xml:space="preserve">[27:03] </w:t>
      </w:r>
      <w:r>
        <w:t>phir aap dekhiye,</w:t>
      </w:r>
    </w:p>
    <w:p>
      <w:pPr>
        <w:jc w:val="right"/>
      </w:pPr>
      <w:r>
        <w:t>پھر آپ دیکھیے،</w:t>
      </w:r>
    </w:p>
    <w:p>
      <w:r>
        <w:rPr>
          <w:b/>
        </w:rPr>
        <w:t xml:space="preserve">[27:06] </w:t>
      </w:r>
      <w:r>
        <w:t>dheere dheere shuru mein to mukhalifat nahi thi, dheere dheere mukhalifat hui jab unhon ne dekha ke hamare</w:t>
      </w:r>
    </w:p>
    <w:p>
      <w:pPr>
        <w:jc w:val="right"/>
      </w:pPr>
      <w:r>
        <w:t>دھیرے دھیرے شروع میں تو مخالفت نہیں تھی، دھیرے دھیرے مخالفت ہوئی جب انہوں نے دیکھا کہ ہمارے</w:t>
      </w:r>
    </w:p>
    <w:p>
      <w:r>
        <w:rPr>
          <w:b/>
        </w:rPr>
        <w:t xml:space="preserve">[27:11] </w:t>
      </w:r>
      <w:r>
        <w:t>aadmi un ke paas chale ja rahe hain</w:t>
      </w:r>
    </w:p>
    <w:p>
      <w:pPr>
        <w:jc w:val="right"/>
      </w:pPr>
      <w:r>
        <w:t>آدمی ان کے پاس چلے جا رہے ہیں</w:t>
      </w:r>
    </w:p>
    <w:p>
      <w:r>
        <w:rPr>
          <w:b/>
        </w:rPr>
        <w:t xml:space="preserve">[27:14] </w:t>
      </w:r>
      <w:r>
        <w:t>to mukhalifat shuru hui.</w:t>
      </w:r>
    </w:p>
    <w:p>
      <w:pPr>
        <w:jc w:val="right"/>
      </w:pPr>
      <w:r>
        <w:t>تو مخالفت شروع ہوئی۔</w:t>
      </w:r>
    </w:p>
    <w:p>
      <w:r>
        <w:rPr>
          <w:b/>
        </w:rPr>
        <w:t xml:space="preserve">[27:16] </w:t>
      </w:r>
      <w:r>
        <w:t>yahan tak ke 13 saal ke baad unhon ne ultimatum de diya ke aap ko Makkah chhodna hoga</w:t>
      </w:r>
    </w:p>
    <w:p>
      <w:pPr>
        <w:jc w:val="right"/>
      </w:pPr>
      <w:r>
        <w:t>یہاں تک کہ 13 سال کے بعد انہوں نے الٹرمیٹم دے دیا کہ آپ کو مکہ چھوڑنا ہوگا</w:t>
      </w:r>
    </w:p>
    <w:p>
      <w:r>
        <w:rPr>
          <w:b/>
        </w:rPr>
        <w:t xml:space="preserve">[27:21] </w:t>
      </w:r>
      <w:r>
        <w:t>warna aap ko hum maar dalenge.</w:t>
      </w:r>
    </w:p>
    <w:p>
      <w:pPr>
        <w:jc w:val="right"/>
      </w:pPr>
      <w:r>
        <w:t>ورنہ آپ کو ہم مار ڈالیں گے۔</w:t>
      </w:r>
    </w:p>
    <w:p>
      <w:r>
        <w:rPr>
          <w:b/>
        </w:rPr>
        <w:t xml:space="preserve">[27:24] </w:t>
      </w:r>
      <w:r>
        <w:t>to is waqt aap ke paas kafi log ho chuke the</w:t>
      </w:r>
    </w:p>
    <w:p>
      <w:pPr>
        <w:jc w:val="right"/>
      </w:pPr>
      <w:r>
        <w:t>تو اس وقت آپ کے پاس کافی لوگ ہو چکے تھے</w:t>
      </w:r>
    </w:p>
    <w:p>
      <w:r>
        <w:rPr>
          <w:b/>
        </w:rPr>
        <w:t xml:space="preserve">[27:28] </w:t>
      </w:r>
      <w:r>
        <w:t>aur Hazrat Umar ne kaha tha ke hum ladenge un se, hamara haq hai Makkah mein rehna,</w:t>
      </w:r>
    </w:p>
    <w:p>
      <w:pPr>
        <w:jc w:val="right"/>
      </w:pPr>
      <w:r>
        <w:t>اور حضرت عمر نے کہا تھا کہ ہم لڑیں گے ان سے، ہمارا حق ہے مکہ میں رہنا،</w:t>
      </w:r>
    </w:p>
    <w:p>
      <w:r>
        <w:rPr>
          <w:b/>
        </w:rPr>
        <w:t xml:space="preserve">[27:33] </w:t>
      </w:r>
      <w:r>
        <w:t>Makkah hamara watan hai, hum rahenge yahan par, hum ladenge.</w:t>
      </w:r>
    </w:p>
    <w:p>
      <w:pPr>
        <w:jc w:val="right"/>
      </w:pPr>
      <w:r>
        <w:t>مکہ ہمارا وطن ہے، ہم رہیں یہاں پر، ہم لڑیں گے۔</w:t>
      </w:r>
    </w:p>
    <w:p>
      <w:r>
        <w:rPr>
          <w:b/>
        </w:rPr>
        <w:t xml:space="preserve">[27:38] </w:t>
      </w:r>
      <w:r>
        <w:t>aap ne kaha nahin,</w:t>
      </w:r>
    </w:p>
    <w:p>
      <w:pPr>
        <w:jc w:val="right"/>
      </w:pPr>
      <w:r>
        <w:t>آپ نے کہا نہیں،</w:t>
      </w:r>
    </w:p>
    <w:p>
      <w:r>
        <w:rPr>
          <w:b/>
        </w:rPr>
        <w:t xml:space="preserve">[27:42] </w:t>
      </w:r>
      <w:r>
        <w:t>aap ne kaha nahin.</w:t>
      </w:r>
    </w:p>
    <w:p>
      <w:pPr>
        <w:jc w:val="right"/>
      </w:pPr>
      <w:r>
        <w:t>آپ نے کہا نہیں۔</w:t>
      </w:r>
    </w:p>
    <w:p>
      <w:r>
        <w:rPr>
          <w:b/>
        </w:rPr>
        <w:t xml:space="preserve">[27:43] </w:t>
      </w:r>
      <w:r>
        <w:t>آپ بہت ہی خاموشی، secretly،</w:t>
      </w:r>
    </w:p>
    <w:p>
      <w:pPr>
        <w:jc w:val="right"/>
      </w:pPr>
      <w:r>
        <w:t>آپ بہت ہی خاموشی، سیکرٹ، سیکرٹلی،</w:t>
      </w:r>
    </w:p>
    <w:p>
      <w:r>
        <w:rPr>
          <w:b/>
        </w:rPr>
        <w:t xml:space="preserve">[27:47] </w:t>
      </w:r>
      <w:r>
        <w:t>secretly raat ke waqt Makkah se nikle aur ek lamba safar tay kar ke aap Madinah dakhil ho</w:t>
      </w:r>
    </w:p>
    <w:p>
      <w:pPr>
        <w:jc w:val="right"/>
      </w:pPr>
      <w:r>
        <w:t>سیکرٹلی رات کے وقت مکہ سے نکلے اور ایک لمبا سفر طے کر کے آپ مدینہ داخل ہو</w:t>
      </w:r>
    </w:p>
    <w:p>
      <w:r>
        <w:rPr>
          <w:b/>
        </w:rPr>
        <w:t xml:space="preserve">[27:53] </w:t>
      </w:r>
      <w:r>
        <w:t>gaye. Ab yahan par dekhiye, Madinah pahunch kar aap ne aaj kal kya hota hai, agar kisi ke</w:t>
      </w:r>
    </w:p>
    <w:p>
      <w:pPr>
        <w:jc w:val="right"/>
      </w:pPr>
      <w:r>
        <w:t>گئے۔ اب یہاں پر دیکھیے، مدینہ پہنچ کر آپ نے آج کل کیا ہوتا ہے، اگر کسی کے</w:t>
      </w:r>
    </w:p>
    <w:p>
      <w:r>
        <w:rPr>
          <w:b/>
        </w:rPr>
        <w:t xml:space="preserve">[28:04] </w:t>
      </w:r>
      <w:r>
        <w:t>saath aisa ho,</w:t>
      </w:r>
    </w:p>
    <w:p>
      <w:pPr>
        <w:jc w:val="right"/>
      </w:pPr>
      <w:r>
        <w:t>ساتھ ایسا ہو،</w:t>
      </w:r>
    </w:p>
    <w:p>
      <w:r>
        <w:rPr>
          <w:b/>
        </w:rPr>
        <w:t xml:space="preserve">[28:06] </w:t>
      </w:r>
      <w:r>
        <w:t>isko apne watan ko zabardasti chhudwaya jaye to kahin jo pahunchega, wo sab se pehla kaam</w:t>
      </w:r>
    </w:p>
    <w:p>
      <w:pPr>
        <w:jc w:val="right"/>
      </w:pPr>
      <w:r>
        <w:t>اس کو اپنے وطن کو زبردستی چھڑوایا جائے تو کہیں جو پہنچے گا، وہ سب سے پہلا کام</w:t>
      </w:r>
    </w:p>
    <w:p>
      <w:r>
        <w:rPr>
          <w:b/>
        </w:rPr>
        <w:t xml:space="preserve">[28:13] </w:t>
      </w:r>
      <w:r>
        <w:t>karega, wo apni complaint register karega, shikayat, complaint yahi karega ke wo dushman hai, wo</w:t>
      </w:r>
    </w:p>
    <w:p>
      <w:pPr>
        <w:jc w:val="right"/>
      </w:pPr>
      <w:r>
        <w:t>کرے گا، وہ اپنی کمپلینٹ رجسٹر کرے گا، شکایت، کمپلین یہی کرے گا کہ وہ دشمن ہے، وہ</w:t>
      </w:r>
    </w:p>
    <w:p>
      <w:r>
        <w:rPr>
          <w:b/>
        </w:rPr>
        <w:t xml:space="preserve">[28:20] </w:t>
      </w:r>
      <w:r>
        <w:t>aise hai, wo waise hai.</w:t>
      </w:r>
    </w:p>
    <w:p>
      <w:pPr>
        <w:jc w:val="right"/>
      </w:pPr>
      <w:r>
        <w:t>ایسے ہے، وہ ویسے ہے۔</w:t>
      </w:r>
    </w:p>
    <w:p>
      <w:r>
        <w:rPr>
          <w:b/>
        </w:rPr>
        <w:t xml:space="preserve">[28:23] </w:t>
      </w:r>
      <w:r>
        <w:t>aap Madinah ke zamane ki jitni bhi hadith hain, wo sab mehfooz hain Allah ke fazl se.</w:t>
      </w:r>
    </w:p>
    <w:p>
      <w:pPr>
        <w:jc w:val="right"/>
      </w:pPr>
      <w:r>
        <w:t>آپ مدینے کے زمانے کی جتنی بھی حدیثیں ہیں، وہ سب محفوظ ہیں اللہ کے فضل سے۔</w:t>
      </w:r>
    </w:p>
    <w:p>
      <w:r>
        <w:rPr>
          <w:b/>
        </w:rPr>
        <w:t xml:space="preserve">[28:29] </w:t>
      </w:r>
      <w:r>
        <w:t>aap sari hadith padh lijiyega, kisi hadith mein aap nahin paayenge ke is mein Makkah walon ki</w:t>
      </w:r>
    </w:p>
    <w:p>
      <w:pPr>
        <w:jc w:val="right"/>
      </w:pPr>
      <w:r>
        <w:t>آپ ساری حدیثیں پڑھ لیجئے، کسی حدیث میں آپ نہیں پائیں گے کہ اس میں مکہ والوں کی</w:t>
      </w:r>
    </w:p>
    <w:p>
      <w:r>
        <w:rPr>
          <w:b/>
        </w:rPr>
        <w:t xml:space="preserve">[28:35] </w:t>
      </w:r>
      <w:r>
        <w:t>shikayat ho, kuch nahin, koi protest ho, kuch nahin.</w:t>
      </w:r>
    </w:p>
    <w:p>
      <w:pPr>
        <w:jc w:val="right"/>
      </w:pPr>
      <w:r>
        <w:t>شکایت ہو، کچھ نہیں، کوئی پروٹیسٹ ہو، کچھ نہیں۔</w:t>
      </w:r>
    </w:p>
    <w:p>
      <w:r>
        <w:rPr>
          <w:b/>
        </w:rPr>
        <w:t xml:space="preserve">[28:42] </w:t>
      </w:r>
      <w:r>
        <w:t>wahan ja kar aap ne jo kaam shuru kiya, wo kya tha? Wahi Quran sun raha hoon.</w:t>
      </w:r>
    </w:p>
    <w:p>
      <w:pPr>
        <w:jc w:val="right"/>
      </w:pPr>
      <w:r>
        <w:t>وہاں جا کر آپ نے جو کام شروع کیا، وہ کیا تھا؟ وہی قران سن رہا ہوں۔</w:t>
      </w:r>
    </w:p>
    <w:p>
      <w:r>
        <w:rPr>
          <w:b/>
        </w:rPr>
        <w:t xml:space="preserve">[28:48] </w:t>
      </w:r>
      <w:r>
        <w:t>pehli taqreer mein aap ne kaha tha ataqoo an-naara walaw bi shaqqi thawra</w:t>
      </w:r>
    </w:p>
    <w:p>
      <w:pPr>
        <w:jc w:val="right"/>
      </w:pPr>
      <w:r>
        <w:t>پہلی تقریر میں آپ نے کہا تھا اتقوا النار ولو بشق ثورہ</w:t>
      </w:r>
    </w:p>
    <w:p>
      <w:r>
        <w:rPr>
          <w:b/>
        </w:rPr>
        <w:t xml:space="preserve">[28:56] </w:t>
      </w:r>
      <w:r>
        <w:t>ye hai wisdom,</w:t>
      </w:r>
    </w:p>
    <w:p>
      <w:pPr>
        <w:jc w:val="right"/>
      </w:pPr>
      <w:r>
        <w:t>یہ ہے وزڈم،</w:t>
      </w:r>
    </w:p>
    <w:p>
      <w:r>
        <w:rPr>
          <w:b/>
        </w:rPr>
        <w:t xml:space="preserve">[29:00] </w:t>
      </w:r>
      <w:r>
        <w:t>ye hai wisdom.</w:t>
      </w:r>
    </w:p>
    <w:p>
      <w:pPr>
        <w:jc w:val="right"/>
      </w:pPr>
      <w:r>
        <w:t>یہ ہے وزڈم۔</w:t>
      </w:r>
    </w:p>
    <w:p>
      <w:r>
        <w:rPr>
          <w:b/>
        </w:rPr>
        <w:t xml:space="preserve">[29:02] </w:t>
      </w:r>
      <w:r>
        <w:t>is wisdom ka anokha faida hai ke ke</w:t>
      </w:r>
    </w:p>
    <w:p>
      <w:pPr>
        <w:jc w:val="right"/>
      </w:pPr>
      <w:r>
        <w:t>اس وزڈم کا انوکھا فائدہ ہے کہ کہ</w:t>
      </w:r>
    </w:p>
    <w:p>
      <w:r>
        <w:rPr>
          <w:b/>
        </w:rPr>
        <w:t xml:space="preserve">[29:08] </w:t>
      </w:r>
      <w:r>
        <w:t>pehlay hi qadam par aap ko start mil jata hai.</w:t>
      </w:r>
    </w:p>
    <w:p>
      <w:pPr>
        <w:jc w:val="right"/>
      </w:pPr>
      <w:r>
        <w:t>پہلے ہی قدم پر آپ کو اسٹارٹ مل جاتا ہے۔</w:t>
      </w:r>
    </w:p>
    <w:p>
      <w:r>
        <w:rPr>
          <w:b/>
        </w:rPr>
        <w:t xml:space="preserve">[29:14] </w:t>
      </w:r>
      <w:r>
        <w:t>kisi philosopher ne kaha tha ke aise maqam se apna safar shuru karo ke tumhara pehla qadam bhi</w:t>
      </w:r>
    </w:p>
    <w:p>
      <w:pPr>
        <w:jc w:val="right"/>
      </w:pPr>
      <w:r>
        <w:t>کسی فلاسفر نے کہا تھا کہ ایسے مقام سے اپنا سفر شروع کرو کہ تمہارا پہلا قدم بھی</w:t>
      </w:r>
    </w:p>
    <w:p>
      <w:r>
        <w:rPr>
          <w:b/>
        </w:rPr>
        <w:t xml:space="preserve">[29:23] </w:t>
      </w:r>
      <w:r>
        <w:t>agla qadam ban jaye tumhare liye.</w:t>
      </w:r>
    </w:p>
    <w:p>
      <w:pPr>
        <w:jc w:val="right"/>
      </w:pPr>
      <w:r>
        <w:t>اگلا قدم بن جائے تمہارے لیے۔</w:t>
      </w:r>
    </w:p>
    <w:p>
      <w:r>
        <w:rPr>
          <w:b/>
        </w:rPr>
        <w:t xml:space="preserve">[29:27] </w:t>
      </w:r>
      <w:r>
        <w:t>aise maqam se apna safar shuru karo ke pehla qadam bhi tumhara aage ki taraf barhne wala qadam</w:t>
      </w:r>
    </w:p>
    <w:p>
      <w:pPr>
        <w:jc w:val="right"/>
      </w:pPr>
      <w:r>
        <w:t>ایسے مقام سے اپنا سفر شروع کرو کہ پہلا قدم بھی تمہارا اگے کی طرف بڑھنے والا قدم</w:t>
      </w:r>
    </w:p>
    <w:p>
      <w:r>
        <w:rPr>
          <w:b/>
        </w:rPr>
        <w:t xml:space="preserve">[29:35] </w:t>
      </w:r>
      <w:r>
        <w:t>ban jae. yahi to hai wo.</w:t>
      </w:r>
    </w:p>
    <w:p>
      <w:pPr>
        <w:jc w:val="right"/>
      </w:pPr>
      <w:r>
        <w:t>بن جائے۔ یہی تو ہے وہ۔</w:t>
      </w:r>
    </w:p>
    <w:p>
      <w:r>
        <w:rPr>
          <w:b/>
        </w:rPr>
        <w:t xml:space="preserve">[29:42] </w:t>
      </w:r>
      <w:r>
        <w:t>to yeh is wisdom ko aap follow karte rahe aur madine mein aap nihayat hi khamoshi ke sath</w:t>
      </w:r>
    </w:p>
    <w:p>
      <w:pPr>
        <w:jc w:val="right"/>
      </w:pPr>
      <w:r>
        <w:t>تو یہ اس وزڈم کو آپ فالو کرتے رہے اور مدینے میں آپ نہایت ہی خاموشی کے ساتھ</w:t>
      </w:r>
    </w:p>
    <w:p>
      <w:r>
        <w:rPr>
          <w:b/>
        </w:rPr>
        <w:t xml:space="preserve">[29:49] </w:t>
      </w:r>
      <w:r>
        <w:t>dawat o kaam phailate rahe, madine mein aur madine ke اطراف mein bhi.</w:t>
      </w:r>
    </w:p>
    <w:p>
      <w:pPr>
        <w:jc w:val="right"/>
      </w:pPr>
      <w:r>
        <w:t>دعوت و کام پھیلاتے رہے، مدینے میں اور مدینے کے اطراف میں بھی۔</w:t>
      </w:r>
    </w:p>
    <w:p>
      <w:r>
        <w:rPr>
          <w:b/>
        </w:rPr>
        <w:t xml:space="preserve">[29:53] </w:t>
      </w:r>
      <w:r>
        <w:t>yahan tak ke</w:t>
      </w:r>
    </w:p>
    <w:p>
      <w:pPr>
        <w:jc w:val="right"/>
      </w:pPr>
      <w:r>
        <w:t>یہاں تک کہ</w:t>
      </w:r>
    </w:p>
    <w:p>
      <w:r>
        <w:rPr>
          <w:b/>
        </w:rPr>
        <w:t xml:space="preserve">[29:56] </w:t>
      </w:r>
      <w:r>
        <w:t>jo quraish the makke wale, unhon ne dekha ke yeh to barh</w:t>
      </w:r>
    </w:p>
    <w:p>
      <w:pPr>
        <w:jc w:val="right"/>
      </w:pPr>
      <w:r>
        <w:t>جو قریش تھے مکہ والے، انہوں نے دیکھا کہ یہ تو بڑھ</w:t>
      </w:r>
    </w:p>
    <w:p>
      <w:r>
        <w:rPr>
          <w:b/>
        </w:rPr>
        <w:t xml:space="preserve">[30:01] </w:t>
      </w:r>
      <w:r>
        <w:t>rahe hain, un ki taqat barh rahi hai.</w:t>
      </w:r>
    </w:p>
    <w:p>
      <w:pPr>
        <w:jc w:val="right"/>
      </w:pPr>
      <w:r>
        <w:t>رہے ہیں، ان کی طاقت بڑھ رہی ہے۔</w:t>
      </w:r>
    </w:p>
    <w:p>
      <w:r>
        <w:rPr>
          <w:b/>
        </w:rPr>
        <w:t xml:space="preserve">[30:05] </w:t>
      </w:r>
      <w:r>
        <w:t>to woh attack kiya, unhon ne kai bar, unhon ne attack kiya.</w:t>
      </w:r>
    </w:p>
    <w:p>
      <w:pPr>
        <w:jc w:val="right"/>
      </w:pPr>
      <w:r>
        <w:t>تو وہ اٹیک کیا، انہوں نے کئی بار، انہوں نے اٹیک کیا۔</w:t>
      </w:r>
    </w:p>
    <w:p>
      <w:r>
        <w:rPr>
          <w:b/>
        </w:rPr>
        <w:t xml:space="preserve">[30:10] </w:t>
      </w:r>
      <w:r>
        <w:t>lekin yahan pe dekhiye, aap ki hikmat, aap ke zamane mein jo chand laraaiyan huin, un mein se</w:t>
      </w:r>
    </w:p>
    <w:p>
      <w:pPr>
        <w:jc w:val="right"/>
      </w:pPr>
      <w:r>
        <w:t>لیکن یہاں پہ دیکھیے، آپ کی حکمت، آپ کے زمانے میں جو چند لڑائیاں ہوئیں، ان میں سے</w:t>
      </w:r>
    </w:p>
    <w:p>
      <w:r>
        <w:rPr>
          <w:b/>
        </w:rPr>
        <w:t xml:space="preserve">[30:15] </w:t>
      </w:r>
      <w:r>
        <w:t>koi bhi full fledge larai nahi thi,</w:t>
      </w:r>
    </w:p>
    <w:p>
      <w:pPr>
        <w:jc w:val="right"/>
      </w:pPr>
      <w:r>
        <w:t>کوئی بھی فل فلیج لڑائی نہیں تھی،</w:t>
      </w:r>
    </w:p>
    <w:p>
      <w:r>
        <w:rPr>
          <w:b/>
        </w:rPr>
        <w:t xml:space="preserve">[30:20] </w:t>
      </w:r>
      <w:r>
        <w:t>koi bhi full fledge larai nahi thi.</w:t>
      </w:r>
    </w:p>
    <w:p>
      <w:pPr>
        <w:jc w:val="right"/>
      </w:pPr>
      <w:r>
        <w:t>کوئی بھی فل فلیج لڑائی نہیں تھی۔</w:t>
      </w:r>
    </w:p>
    <w:p>
      <w:r>
        <w:rPr>
          <w:b/>
        </w:rPr>
        <w:t xml:space="preserve">[30:23] </w:t>
      </w:r>
      <w:r>
        <w:t>kyun? har har un ke attack ko aap ne</w:t>
      </w:r>
    </w:p>
    <w:p>
      <w:pPr>
        <w:jc w:val="right"/>
      </w:pPr>
      <w:r>
        <w:t>کیوں؟ ہر ہر ان کے اٹیک کو آپ نے</w:t>
      </w:r>
    </w:p>
    <w:p>
      <w:r>
        <w:rPr>
          <w:b/>
        </w:rPr>
        <w:t xml:space="preserve">[30:29] </w:t>
      </w:r>
      <w:r>
        <w:t>manage kiya, manage kar ke ye saare jo unke show ka ladaiyaan hain, woh sab skirmishes hain,</w:t>
      </w:r>
    </w:p>
    <w:p>
      <w:pPr>
        <w:jc w:val="right"/>
      </w:pPr>
      <w:r>
        <w:t>مینج کیا، مینج کر کے یہ سارے جو ان کے شو کا لڑائیاں ہیں، وہ سب اسکرمشز ہیں،</w:t>
      </w:r>
    </w:p>
    <w:p>
      <w:r>
        <w:rPr>
          <w:b/>
        </w:rPr>
        <w:t xml:space="preserve">[30:38] </w:t>
      </w:r>
      <w:r>
        <w:t>larai nahi hai, woh skirmishes.</w:t>
      </w:r>
    </w:p>
    <w:p>
      <w:pPr>
        <w:jc w:val="right"/>
      </w:pPr>
      <w:r>
        <w:t>لڑائی نہیں ہے، وہ اسکرمشز۔</w:t>
      </w:r>
    </w:p>
    <w:p>
      <w:r>
        <w:rPr>
          <w:b/>
        </w:rPr>
        <w:t xml:space="preserve">[30:42] </w:t>
      </w:r>
      <w:r>
        <w:t>to aap ne is ko ek jharap ka darja de diya, bajaye is ko larai ka darja de,</w:t>
      </w:r>
    </w:p>
    <w:p>
      <w:pPr>
        <w:jc w:val="right"/>
      </w:pPr>
      <w:r>
        <w:t>تو آپ نے اس کو ایک جھڑپ کا درجہ دے دیا، بجائے اس کو لڑائی کا درجہ دے،</w:t>
      </w:r>
    </w:p>
    <w:p>
      <w:r>
        <w:rPr>
          <w:b/>
        </w:rPr>
        <w:t xml:space="preserve">[30:47] </w:t>
      </w:r>
      <w:r>
        <w:t>itna deduce kiya is ko aap ne.</w:t>
      </w:r>
    </w:p>
    <w:p>
      <w:pPr>
        <w:jc w:val="right"/>
      </w:pPr>
      <w:r>
        <w:t>اتنا ڈیڈوس کیا اس کو آپ نے۔</w:t>
      </w:r>
    </w:p>
    <w:p>
      <w:r>
        <w:rPr>
          <w:b/>
        </w:rPr>
        <w:t xml:space="preserve">[30:49] </w:t>
      </w:r>
      <w:r>
        <w:t>kyun? aap ko positive mission apna chalana tha,</w:t>
      </w:r>
    </w:p>
    <w:p>
      <w:pPr>
        <w:jc w:val="right"/>
      </w:pPr>
      <w:r>
        <w:t>کیوں؟ آپ کو پازیٹیو مشن اپنا چلانا تھا،</w:t>
      </w:r>
    </w:p>
    <w:p>
      <w:r>
        <w:rPr>
          <w:b/>
        </w:rPr>
        <w:t xml:space="preserve">[30:55] </w:t>
      </w:r>
      <w:r>
        <w:t>yani positive mission jo tha, Allah ki taraf diya gaya tha aap ko ke Allah ka jo naqsha</w:t>
      </w:r>
    </w:p>
    <w:p>
      <w:pPr>
        <w:jc w:val="right"/>
      </w:pPr>
      <w:r>
        <w:t>یعنی پازیٹیو مشن جو تھا، اللہ کی طرف دیا گیا تھا آپ کو کہ اللہ کا جو نقشہ</w:t>
      </w:r>
    </w:p>
    <w:p>
      <w:r>
        <w:rPr>
          <w:b/>
        </w:rPr>
        <w:t xml:space="preserve">[31:01] </w:t>
      </w:r>
      <w:r>
        <w:t>takleeq hai, jo creation plan hai, is se logon ko ba-khabar karna, yeh tha positive mission.</w:t>
      </w:r>
    </w:p>
    <w:p>
      <w:pPr>
        <w:jc w:val="right"/>
      </w:pPr>
      <w:r>
        <w:t>تخلیق ہے، جو کریشن پلان ہے، اس سے لوگوں کو باخبر کرنا، یہ تھا پازیٹیو مشن۔</w:t>
      </w:r>
    </w:p>
    <w:p>
      <w:r>
        <w:rPr>
          <w:b/>
        </w:rPr>
        <w:t xml:space="preserve">[31:08] </w:t>
      </w:r>
      <w:r>
        <w:t>to is ko jari rakhne ke liye zaroori tha ke aap race se bachen,</w:t>
      </w:r>
    </w:p>
    <w:p>
      <w:pPr>
        <w:jc w:val="right"/>
      </w:pPr>
      <w:r>
        <w:t>تو اس کو جاری رکھنے کے لیے ضروری تھا کہ آپ ریس سے بچیں،</w:t>
      </w:r>
    </w:p>
    <w:p>
      <w:r>
        <w:rPr>
          <w:b/>
        </w:rPr>
        <w:t xml:space="preserve">[31:13] </w:t>
      </w:r>
      <w:r>
        <w:t>dirty practice se bachen, confrontation se bachen.</w:t>
      </w:r>
    </w:p>
    <w:p>
      <w:pPr>
        <w:jc w:val="right"/>
      </w:pPr>
      <w:r>
        <w:t>ڈرٹی پریکٹس سے بچیں، کنفرنٹیشن سے بچیں۔</w:t>
      </w:r>
    </w:p>
    <w:p>
      <w:r>
        <w:rPr>
          <w:b/>
        </w:rPr>
        <w:t xml:space="preserve">[31:19] </w:t>
      </w:r>
      <w:r>
        <w:t>is se bohat zyada aap ne apne ko bachaya.</w:t>
      </w:r>
    </w:p>
    <w:p>
      <w:pPr>
        <w:jc w:val="right"/>
      </w:pPr>
      <w:r>
        <w:t>اس سے بہت زیادہ آپ نے اپنے کو بچایا۔</w:t>
      </w:r>
    </w:p>
    <w:p>
      <w:r>
        <w:rPr>
          <w:b/>
        </w:rPr>
        <w:t xml:space="preserve">[31:24] </w:t>
      </w:r>
      <w:r>
        <w:t>to aap ne larai ko, kisi larai ko full fledge war banne nahi diya.</w:t>
      </w:r>
    </w:p>
    <w:p>
      <w:pPr>
        <w:jc w:val="right"/>
      </w:pPr>
      <w:r>
        <w:t>تو آپ نے لڑائی کو، کسی لڑائی کو فل فلیج وار بننے نہیں دیا۔</w:t>
      </w:r>
    </w:p>
    <w:p>
      <w:r>
        <w:rPr>
          <w:b/>
        </w:rPr>
        <w:t xml:space="preserve">[31:31] </w:t>
      </w:r>
      <w:r>
        <w:t>phir aap ne kiya kiya?</w:t>
      </w:r>
    </w:p>
    <w:p>
      <w:pPr>
        <w:jc w:val="right"/>
      </w:pPr>
      <w:r>
        <w:t>پھر آپ نے کیا کیا؟</w:t>
      </w:r>
    </w:p>
    <w:p>
      <w:r>
        <w:rPr>
          <w:b/>
        </w:rPr>
        <w:t xml:space="preserve">[31:34] </w:t>
      </w:r>
      <w:r>
        <w:t>bohat hi zyada ek wise planning,</w:t>
      </w:r>
    </w:p>
    <w:p>
      <w:pPr>
        <w:jc w:val="right"/>
      </w:pPr>
      <w:r>
        <w:t>بہت ہی زیادہ ایک وائز پلاننگ،</w:t>
      </w:r>
    </w:p>
    <w:p>
      <w:r>
        <w:rPr>
          <w:b/>
        </w:rPr>
        <w:t xml:space="preserve">[31:37] </w:t>
      </w:r>
      <w:r>
        <w:t>wise planning, jis ko hum kehte hain sulah hudaybiyah.</w:t>
      </w:r>
    </w:p>
    <w:p>
      <w:pPr>
        <w:jc w:val="right"/>
      </w:pPr>
      <w:r>
        <w:t>وائز پلاننگ، جس کو ہم کہتے ہیں صلح حدیبیہ۔</w:t>
      </w:r>
    </w:p>
    <w:p>
      <w:r>
        <w:rPr>
          <w:b/>
        </w:rPr>
        <w:t xml:space="preserve">[31:44] </w:t>
      </w:r>
      <w:r>
        <w:t>aap ne makke se, aap ne madine se apne sathiyon ke hamrah march kiya, yeh bata kar ke</w:t>
      </w:r>
    </w:p>
    <w:p>
      <w:pPr>
        <w:jc w:val="right"/>
      </w:pPr>
      <w:r>
        <w:t>آپ نے مکے سے، آپ نے مدینے سے اپنے ساتھیوں کے ہمراہ مارچ کیا، یہ بتا کر کہ</w:t>
      </w:r>
    </w:p>
    <w:p>
      <w:r>
        <w:rPr>
          <w:b/>
        </w:rPr>
        <w:t xml:space="preserve">[31:50] </w:t>
      </w:r>
      <w:r>
        <w:t>hum ja rahe hain makka umrah ke liye, yaani aap madina se chale, yeh is ailaan ke saath</w:t>
      </w:r>
    </w:p>
    <w:p>
      <w:pPr>
        <w:jc w:val="right"/>
      </w:pPr>
      <w:r>
        <w:t>ہم جا رہے ہیں مکہ عمرہ کے لیے، یعنی آپ مدینہ سے چلے، یہ اس اعلان کے ساتھ</w:t>
      </w:r>
    </w:p>
    <w:p>
      <w:r>
        <w:rPr>
          <w:b/>
        </w:rPr>
        <w:t xml:space="preserve">[31:57] </w:t>
      </w:r>
      <w:r>
        <w:t>keh hum ja rahe hain makka umrah ke liye, aur phir wapas aa jayenge.</w:t>
      </w:r>
    </w:p>
    <w:p>
      <w:pPr>
        <w:jc w:val="right"/>
      </w:pPr>
      <w:r>
        <w:t>کہ ہم جا رہے ہیں مکہ عمرہ کے لیے، اور پھر واپس آ جائیں گے۔</w:t>
      </w:r>
    </w:p>
    <w:p>
      <w:r>
        <w:rPr>
          <w:b/>
        </w:rPr>
        <w:t xml:space="preserve">[32:03] </w:t>
      </w:r>
      <w:r>
        <w:t>to makka walon ko khabar hui to unhon ne aage badh kar hudaybiya ke maqam par roka, jo</w:t>
      </w:r>
    </w:p>
    <w:p>
      <w:pPr>
        <w:jc w:val="right"/>
      </w:pPr>
      <w:r>
        <w:t>تو مکہ والوں کو خبر ہوئی تو انہوں نے آگے بڑھ کر حدیبیہ کے مقام پر رکا، جو</w:t>
      </w:r>
    </w:p>
    <w:p>
      <w:r>
        <w:rPr>
          <w:b/>
        </w:rPr>
        <w:t xml:space="preserve">[32:09] </w:t>
      </w:r>
      <w:r>
        <w:t>jo madina makka ke qareeb hai, keh aap ko aage nahi badhne denge.</w:t>
      </w:r>
    </w:p>
    <w:p>
      <w:pPr>
        <w:jc w:val="right"/>
      </w:pPr>
      <w:r>
        <w:t>جو مدینہ مکہ کے قریب ہے، کہ آپ کو آگے نہیں بڑھنے دیں گے۔</w:t>
      </w:r>
    </w:p>
    <w:p>
      <w:r>
        <w:rPr>
          <w:b/>
        </w:rPr>
        <w:t xml:space="preserve">[32:14] </w:t>
      </w:r>
      <w:r>
        <w:t>to taqreeban 15 din tak negotiation hui.</w:t>
      </w:r>
    </w:p>
    <w:p>
      <w:pPr>
        <w:jc w:val="right"/>
      </w:pPr>
      <w:r>
        <w:t>تو تقریباً 15 دن تک نیگوشی ایشن ہوئی۔</w:t>
      </w:r>
    </w:p>
    <w:p>
      <w:r>
        <w:rPr>
          <w:b/>
        </w:rPr>
        <w:t xml:space="preserve">[32:19] </w:t>
      </w:r>
      <w:r>
        <w:t>to rasool Allah ne kaha keh theek hai, hamare aur tumhare darmiyan jo yeh ladai ka mahaul</w:t>
      </w:r>
    </w:p>
    <w:p>
      <w:pPr>
        <w:jc w:val="right"/>
      </w:pPr>
      <w:r>
        <w:t>تو رسول اللہ نے کہا کہ ٹھیک ہے، ہمارے اور تمہارے درمیان جو یہ لڑائی کا ماحول</w:t>
      </w:r>
    </w:p>
    <w:p>
      <w:r>
        <w:rPr>
          <w:b/>
        </w:rPr>
        <w:t xml:space="preserve">[32:26] </w:t>
      </w:r>
      <w:r>
        <w:t>paida ho gaya, is ko khatam karo.</w:t>
      </w:r>
    </w:p>
    <w:p>
      <w:pPr>
        <w:jc w:val="right"/>
      </w:pPr>
      <w:r>
        <w:t>پیدا ہو گیا، اس کو ختم کرو۔</w:t>
      </w:r>
    </w:p>
    <w:p>
      <w:r>
        <w:rPr>
          <w:b/>
        </w:rPr>
        <w:t xml:space="preserve">[32:29] </w:t>
      </w:r>
      <w:r>
        <w:t>to aap ne peaceful agreement ka ishara diya, wahan par peaceful agreement, hudaybiya was a peace</w:t>
      </w:r>
    </w:p>
    <w:p>
      <w:pPr>
        <w:jc w:val="right"/>
      </w:pPr>
      <w:r>
        <w:t>تو آپ نے پیس فل ایگریمنٹ کا نشانہ دیا، وہاں پر پیس فل ایگریمنٹ، حدیبیہ واز ا پیس</w:t>
      </w:r>
    </w:p>
    <w:p>
      <w:r>
        <w:rPr>
          <w:b/>
        </w:rPr>
        <w:t xml:space="preserve">[32:37] </w:t>
      </w:r>
      <w:r>
        <w:t>ful agreement for 10 years.</w:t>
      </w:r>
    </w:p>
    <w:p>
      <w:pPr>
        <w:jc w:val="right"/>
      </w:pPr>
      <w:r>
        <w:t>فل ایگریمنٹ فار 10 ایرز۔</w:t>
      </w:r>
    </w:p>
    <w:p>
      <w:r>
        <w:rPr>
          <w:b/>
        </w:rPr>
        <w:t xml:space="preserve">[32:41] </w:t>
      </w:r>
      <w:r>
        <w:t>to unhon ne itni qadi shartein leen keh hum tayyar hain peaceful agreement ke liye, lekin hum</w:t>
      </w:r>
    </w:p>
    <w:p>
      <w:pPr>
        <w:jc w:val="right"/>
      </w:pPr>
      <w:r>
        <w:t>تو انہوں نے اتنی کڑی شرطیں لیں کہ ہم تیار ہیں پیس فل ایگریمنٹ کے لیے، لیکن ہم</w:t>
      </w:r>
    </w:p>
    <w:p>
      <w:r>
        <w:rPr>
          <w:b/>
        </w:rPr>
        <w:t xml:space="preserve">[32:49] </w:t>
      </w:r>
      <w:r>
        <w:t>apni sharton par karenge.</w:t>
      </w:r>
    </w:p>
    <w:p>
      <w:pPr>
        <w:jc w:val="right"/>
      </w:pPr>
      <w:r>
        <w:t>اپنی شرطوں پر کریں گے۔</w:t>
      </w:r>
    </w:p>
    <w:p>
      <w:r>
        <w:rPr>
          <w:b/>
        </w:rPr>
        <w:t xml:space="preserve">[32:52] </w:t>
      </w:r>
      <w:r>
        <w:t>yeh kitabon mein woh shartein, shartein likhi hui hain, aap padhiye is ko.</w:t>
      </w:r>
    </w:p>
    <w:p>
      <w:pPr>
        <w:jc w:val="right"/>
      </w:pPr>
      <w:r>
        <w:t>یہ کتابوں میں وہ شرائط، شرطیں لکھی ہوئی ہیں، آپ پڑھیے اس کو۔</w:t>
      </w:r>
    </w:p>
    <w:p>
      <w:r>
        <w:rPr>
          <w:b/>
        </w:rPr>
        <w:t xml:space="preserve">[32:55] </w:t>
      </w:r>
      <w:r>
        <w:t>ek bhi shart jo hai aisi nahi hai jo pro islam ho, sari shartein pro quraish hain, sari</w:t>
      </w:r>
    </w:p>
    <w:p>
      <w:pPr>
        <w:jc w:val="right"/>
      </w:pPr>
      <w:r>
        <w:t>ایک بھی شرط جو ہے ایسی نہیں ہے جو پرو اسلام ہو، ساری شرطیں پرو قریش ہیں، ساری</w:t>
      </w:r>
    </w:p>
    <w:p>
      <w:r>
        <w:rPr>
          <w:b/>
        </w:rPr>
        <w:t xml:space="preserve">[33:02] </w:t>
      </w:r>
      <w:r>
        <w:t>shartein. Yaani hudaybiya agreement hua tha</w:t>
      </w:r>
    </w:p>
    <w:p>
      <w:pPr>
        <w:jc w:val="right"/>
      </w:pPr>
      <w:r>
        <w:t>شرطیں۔ یعنی حدیبیہ ایگریمنٹ ہوا تھا</w:t>
      </w:r>
    </w:p>
    <w:p>
      <w:r>
        <w:rPr>
          <w:b/>
        </w:rPr>
        <w:t xml:space="preserve">[33:07] </w:t>
      </w:r>
      <w:r>
        <w:t>unilateral basis par,</w:t>
      </w:r>
    </w:p>
    <w:p>
      <w:pPr>
        <w:jc w:val="right"/>
      </w:pPr>
      <w:r>
        <w:t>یونلیٹرل بیسس پر،</w:t>
      </w:r>
    </w:p>
    <w:p>
      <w:r>
        <w:rPr>
          <w:b/>
        </w:rPr>
        <w:t xml:space="preserve">[33:11] </w:t>
      </w:r>
      <w:r>
        <w:t>aur ek bohat anokha waqia is mein yeh hua keh jab negotiation ke baad</w:t>
      </w:r>
    </w:p>
    <w:p>
      <w:pPr>
        <w:jc w:val="right"/>
      </w:pPr>
      <w:r>
        <w:t>اور ایک بہت انوکھا واقعہ اس میں یہ ہوا کہ جب نیگوشیشن کے بعد</w:t>
      </w:r>
    </w:p>
    <w:p>
      <w:r>
        <w:rPr>
          <w:b/>
        </w:rPr>
        <w:t xml:space="preserve">[33:19] </w:t>
      </w:r>
      <w:r>
        <w:t>terms aur conditions tay ho gaye to aap ne kaghaz par likhwana shuru kiya.</w:t>
      </w:r>
    </w:p>
    <w:p>
      <w:pPr>
        <w:jc w:val="right"/>
      </w:pPr>
      <w:r>
        <w:t>ٹرمز اور کنڈیشنز طے ہو گئے تو آپ نے کاغذ پر لکھوانا شروع کیا۔</w:t>
      </w:r>
    </w:p>
    <w:p>
      <w:r>
        <w:rPr>
          <w:b/>
        </w:rPr>
        <w:t xml:space="preserve">[33:25] </w:t>
      </w:r>
      <w:r>
        <w:t>Ali us waqt is zamane mein</w:t>
      </w:r>
    </w:p>
    <w:p>
      <w:pPr>
        <w:jc w:val="right"/>
      </w:pPr>
      <w:r>
        <w:t>علی اس وقت اس زمانے میں</w:t>
      </w:r>
    </w:p>
    <w:p>
      <w:r>
        <w:rPr>
          <w:b/>
        </w:rPr>
        <w:t xml:space="preserve">[33:29] </w:t>
      </w:r>
      <w:r>
        <w:t>unke aap ke saath the, to aap ne dictate karte hue kaha ya Ali aktebhada</w:t>
      </w:r>
    </w:p>
    <w:p>
      <w:pPr>
        <w:jc w:val="right"/>
      </w:pPr>
      <w:r>
        <w:t>ان کے آپ کے ساتھ تھے، تو آپ نے ڈکٹیٹ کرتے ہوئے کہا یا علی اکتبھذا</w:t>
      </w:r>
    </w:p>
    <w:p>
      <w:r>
        <w:rPr>
          <w:b/>
        </w:rPr>
        <w:t xml:space="preserve">[33:38] </w:t>
      </w:r>
      <w:r>
        <w:t>ma saal alaih Muhammad Rasool Allah</w:t>
      </w:r>
    </w:p>
    <w:p>
      <w:pPr>
        <w:jc w:val="right"/>
      </w:pPr>
      <w:r>
        <w:t>ما سال علیہ محمد رسول اللہ</w:t>
      </w:r>
    </w:p>
    <w:p>
      <w:r>
        <w:rPr>
          <w:b/>
        </w:rPr>
        <w:t xml:space="preserve">[33:42] </w:t>
      </w:r>
      <w:r>
        <w:t>ya Ali aktebhada</w:t>
      </w:r>
    </w:p>
    <w:p>
      <w:pPr>
        <w:jc w:val="right"/>
      </w:pPr>
      <w:r>
        <w:t>یا علی اکتبھذا</w:t>
      </w:r>
    </w:p>
    <w:p>
      <w:r>
        <w:rPr>
          <w:b/>
        </w:rPr>
        <w:t xml:space="preserve">[33:44] </w:t>
      </w:r>
      <w:r>
        <w:t>ma saal alaih Muhammad Rasool Allah</w:t>
      </w:r>
    </w:p>
    <w:p>
      <w:pPr>
        <w:jc w:val="right"/>
      </w:pPr>
      <w:r>
        <w:t>ما سال علیہ محمد رسول اللہ</w:t>
      </w:r>
    </w:p>
    <w:p>
      <w:r>
        <w:rPr>
          <w:b/>
        </w:rPr>
        <w:t xml:space="preserve">[33:48] </w:t>
      </w:r>
      <w:r>
        <w:t>to wahan quraish ke, yaani makka walon ke, ek baithe hue the numainda Suhail ibn Umar.</w:t>
      </w:r>
    </w:p>
    <w:p>
      <w:pPr>
        <w:jc w:val="right"/>
      </w:pPr>
      <w:r>
        <w:t>تو وہاں قریش کے، یعنی مکہ والوں کے، ایک بیٹھے ہوئے تھے نمائندہ سہیل ابن عمر۔</w:t>
      </w:r>
    </w:p>
    <w:p>
      <w:r>
        <w:rPr>
          <w:b/>
        </w:rPr>
        <w:t xml:space="preserve">[33:55] </w:t>
      </w:r>
      <w:r>
        <w:t>unhon ne kaha keh hum nahi mante is ko, hum aap ko Rasool mante hi nahi, hum kaise</w:t>
      </w:r>
    </w:p>
    <w:p>
      <w:pPr>
        <w:jc w:val="right"/>
      </w:pPr>
      <w:r>
        <w:t>انہوں نے کہا کہ ہم نہیں مانتے اس کو، ہم آپ کو رسول مانتے ہی نہیں، ہم کیسے</w:t>
      </w:r>
    </w:p>
    <w:p>
      <w:r>
        <w:rPr>
          <w:b/>
        </w:rPr>
        <w:t xml:space="preserve">[34:02] </w:t>
      </w:r>
      <w:r>
        <w:t>do tarafah muahida jo ho raha hai, is mein hum kaise is ko bardasht karein keh is par</w:t>
      </w:r>
    </w:p>
    <w:p>
      <w:pPr>
        <w:jc w:val="right"/>
      </w:pPr>
      <w:r>
        <w:t>دو طرفہ معاہدہ جو ہو رہا ہے، اس میں ہم کیسے اس کو برداشت کریں کہ اس پر</w:t>
      </w:r>
    </w:p>
    <w:p>
      <w:r>
        <w:rPr>
          <w:b/>
        </w:rPr>
        <w:t xml:space="preserve">[34:07] </w:t>
      </w:r>
      <w:r>
        <w:t>rasool Allah likha jaye.</w:t>
      </w:r>
    </w:p>
    <w:p>
      <w:pPr>
        <w:jc w:val="right"/>
      </w:pPr>
      <w:r>
        <w:t>رسول اللہ لکھا جائے۔</w:t>
      </w:r>
    </w:p>
    <w:p>
      <w:r>
        <w:rPr>
          <w:b/>
        </w:rPr>
        <w:t xml:space="preserve">[34:09] </w:t>
      </w:r>
      <w:r>
        <w:t>to bohat hi anokhi baat yeh hai ke ek second bhi aap ne argument nahi kiya,</w:t>
      </w:r>
    </w:p>
    <w:p>
      <w:pPr>
        <w:jc w:val="right"/>
      </w:pPr>
      <w:r>
        <w:t>تو بہت ہی انوکھی بات یہ ہے کہ ایک سیکنڈ بھی آپ نے ارگومنٹ نہیں کیا،</w:t>
      </w:r>
    </w:p>
    <w:p>
      <w:r>
        <w:rPr>
          <w:b/>
        </w:rPr>
        <w:t xml:space="preserve">[34:15] </w:t>
      </w:r>
      <w:r>
        <w:t>ek second ke liye argument nahi kiya,</w:t>
      </w:r>
    </w:p>
    <w:p>
      <w:pPr>
        <w:jc w:val="right"/>
      </w:pPr>
      <w:r>
        <w:t>ایک سیکنڈ کے لیے ارگومنٹ نہیں کیا،</w:t>
      </w:r>
    </w:p>
    <w:p>
      <w:r>
        <w:rPr>
          <w:b/>
        </w:rPr>
        <w:t xml:space="preserve">[34:18] </w:t>
      </w:r>
      <w:r>
        <w:t>instantly aap ne kaha ya ali akatbhaza</w:t>
      </w:r>
    </w:p>
    <w:p>
      <w:pPr>
        <w:jc w:val="right"/>
      </w:pPr>
      <w:r>
        <w:t>انسٹنٹلی آپ نے کہا یا علی اکتبھذا</w:t>
      </w:r>
    </w:p>
    <w:p>
      <w:r>
        <w:rPr>
          <w:b/>
        </w:rPr>
        <w:t xml:space="preserve">[34:22] </w:t>
      </w:r>
      <w:r>
        <w:t>ma sal alaih Muhammad Rabbi Allah</w:t>
      </w:r>
    </w:p>
    <w:p>
      <w:pPr>
        <w:jc w:val="right"/>
      </w:pPr>
      <w:r>
        <w:t>ما سال علیہ محمد ربی اللہ</w:t>
      </w:r>
    </w:p>
    <w:p>
      <w:r>
        <w:rPr>
          <w:b/>
        </w:rPr>
        <w:t xml:space="preserve">[34:26] </w:t>
      </w:r>
      <w:r>
        <w:t>kaisi anokhi baat hai,</w:t>
      </w:r>
    </w:p>
    <w:p>
      <w:pPr>
        <w:jc w:val="right"/>
      </w:pPr>
      <w:r>
        <w:t>کیسی انوکھی بات ہے،</w:t>
      </w:r>
    </w:p>
    <w:p>
      <w:r>
        <w:rPr>
          <w:b/>
        </w:rPr>
        <w:t xml:space="preserve">[34:29] </w:t>
      </w:r>
      <w:r>
        <w:t>ek second ke andar aap ne badal diya.</w:t>
      </w:r>
    </w:p>
    <w:p>
      <w:pPr>
        <w:jc w:val="right"/>
      </w:pPr>
      <w:r>
        <w:t>ایک سیکنڈ کے اندر آپ نے بدل دیا۔</w:t>
      </w:r>
    </w:p>
    <w:p>
      <w:r>
        <w:rPr>
          <w:b/>
        </w:rPr>
        <w:t xml:space="preserve">[34:39] </w:t>
      </w:r>
      <w:r>
        <w:t>mein ek martaba gaya ek ek karkhane mein to iska jo order tha, bohat pehle ki baat</w:t>
      </w:r>
    </w:p>
    <w:p>
      <w:pPr>
        <w:jc w:val="right"/>
      </w:pPr>
      <w:r>
        <w:t>میں ایک مرتبہ گیا ایک ایک کارخانے میں تو اس کا جو آرڈر تھا، بہت پہلے کی بات</w:t>
      </w:r>
    </w:p>
    <w:p>
      <w:r>
        <w:rPr>
          <w:b/>
        </w:rPr>
        <w:t xml:space="preserve">[34:46] </w:t>
      </w:r>
      <w:r>
        <w:t>hai, ab to machine bohat naye model ke aa gayi, us waqt itna taraqqi nahi hui thi.</w:t>
      </w:r>
    </w:p>
    <w:p>
      <w:pPr>
        <w:jc w:val="right"/>
      </w:pPr>
      <w:r>
        <w:t>ہے، اب تو مشینیں بہت نئے ماڈل کے آ گئی، اس وقت اتنا ترقی نہیں ہوئی تھی۔</w:t>
      </w:r>
    </w:p>
    <w:p>
      <w:r>
        <w:rPr>
          <w:b/>
        </w:rPr>
        <w:t xml:space="preserve">[34:52] </w:t>
      </w:r>
      <w:r>
        <w:t>to is ne ek machine</w:t>
      </w:r>
    </w:p>
    <w:p>
      <w:pPr>
        <w:jc w:val="right"/>
      </w:pPr>
      <w:r>
        <w:t>تو اس نے ایک مشین</w:t>
      </w:r>
    </w:p>
    <w:p>
      <w:r>
        <w:rPr>
          <w:b/>
        </w:rPr>
        <w:t xml:space="preserve">[34:55] </w:t>
      </w:r>
      <w:r>
        <w:t>mangaai thi, shayad bahar se,</w:t>
      </w:r>
    </w:p>
    <w:p>
      <w:pPr>
        <w:jc w:val="right"/>
      </w:pPr>
      <w:r>
        <w:t>منگائی تھی، شاید باہر سے،</w:t>
      </w:r>
    </w:p>
    <w:p>
      <w:r>
        <w:rPr>
          <w:b/>
        </w:rPr>
        <w:t xml:space="preserve">[34:58] </w:t>
      </w:r>
      <w:r>
        <w:t>to is ne ek switch dabai to is ka jo wheel tha</w:t>
      </w:r>
    </w:p>
    <w:p>
      <w:pPr>
        <w:jc w:val="right"/>
      </w:pPr>
      <w:r>
        <w:t>تو اس نے ایک سوئچ دبائی تو اس کا جو ویل تھا</w:t>
      </w:r>
    </w:p>
    <w:p>
      <w:r>
        <w:rPr>
          <w:b/>
        </w:rPr>
        <w:t xml:space="preserve">[35:03] </w:t>
      </w:r>
      <w:r>
        <w:t>chalne laga. phir is ne kaha ke dekhiye, abhi mein ek aur kaam karta hoon.</w:t>
      </w:r>
    </w:p>
    <w:p>
      <w:pPr>
        <w:jc w:val="right"/>
      </w:pPr>
      <w:r>
        <w:t>چلنے لگا۔ پھر اس نے کہا کہ دیکھیے، ابھی میں ایک اور کام کرتا ہوں۔</w:t>
      </w:r>
    </w:p>
    <w:p>
      <w:r>
        <w:rPr>
          <w:b/>
        </w:rPr>
        <w:t xml:space="preserve">[35:09] </w:t>
      </w:r>
      <w:r>
        <w:t>to doosri switch dabai to within second woh use ulti direction chalne laga,</w:t>
      </w:r>
    </w:p>
    <w:p>
      <w:pPr>
        <w:jc w:val="right"/>
      </w:pPr>
      <w:r>
        <w:t>تو دوسری سوئچ دبائی تو ود ان سیکنڈ وہ اسے الٹی ڈائریکشن چلنے لگا،</w:t>
      </w:r>
    </w:p>
    <w:p>
      <w:r>
        <w:rPr>
          <w:b/>
        </w:rPr>
        <w:t xml:space="preserve">[35:16] </w:t>
      </w:r>
      <w:r>
        <w:t>yani abhi aise chal raha tha, within second aise chalne laga.</w:t>
      </w:r>
    </w:p>
    <w:p>
      <w:pPr>
        <w:jc w:val="right"/>
      </w:pPr>
      <w:r>
        <w:t>یعنی ابھی ایسے چل رہا تھا، ود ان سیکنڈ ایسے چلنے لگا۔</w:t>
      </w:r>
    </w:p>
    <w:p>
      <w:r>
        <w:rPr>
          <w:b/>
        </w:rPr>
        <w:t xml:space="preserve">[35:21] </w:t>
      </w:r>
      <w:r>
        <w:t>to mein ne kaha ke yeh hai momin ka, momin ki shaan, momin is qabil hota hai ke</w:t>
      </w:r>
    </w:p>
    <w:p>
      <w:pPr>
        <w:jc w:val="right"/>
      </w:pPr>
      <w:r>
        <w:t>تو میں نے کہا کہ یہ ہے مومن کا، مومن کی شان، مومن اس قابل ہوتا ہے کہ</w:t>
      </w:r>
    </w:p>
    <w:p>
      <w:r>
        <w:rPr>
          <w:b/>
        </w:rPr>
        <w:t xml:space="preserve">[35:26] </w:t>
      </w:r>
      <w:r>
        <w:t>within second apni direction change kar sake.</w:t>
      </w:r>
    </w:p>
    <w:p>
      <w:pPr>
        <w:jc w:val="right"/>
      </w:pPr>
      <w:r>
        <w:t>ود ان سیکنڈ اپنی ڈائریکشن چینج کر سکے۔</w:t>
      </w:r>
    </w:p>
    <w:p>
      <w:r>
        <w:rPr>
          <w:b/>
        </w:rPr>
        <w:t xml:space="preserve">[35:30] </w:t>
      </w:r>
      <w:r>
        <w:t>is ki best misaal rasool Allah ki misaal hai ke abhi aap kehte hain ke aey Ali likho,</w:t>
      </w:r>
    </w:p>
    <w:p>
      <w:pPr>
        <w:jc w:val="right"/>
      </w:pPr>
      <w:r>
        <w:t>اس کی بیسٹ مثال رسول اللہ کی مثال ہے کہ ابھی آپ کہتے ہیں کہ اے علی لکھو،</w:t>
      </w:r>
    </w:p>
    <w:p>
      <w:r>
        <w:rPr>
          <w:b/>
        </w:rPr>
        <w:t xml:space="preserve">[35:37] </w:t>
      </w:r>
      <w:r>
        <w:t>yeh muahida ho raha hai Muhammad rasool Allah aur Quraish ke darmiyan, aur jab aap se hota hai</w:t>
      </w:r>
    </w:p>
    <w:p>
      <w:pPr>
        <w:jc w:val="right"/>
      </w:pPr>
      <w:r>
        <w:t>یہ معاہدہ ہو رہا ہے محمد رسول اللہ اور قریش کے درمیان، اور جب آپ سے ہوتا ہے</w:t>
      </w:r>
    </w:p>
    <w:p>
      <w:r>
        <w:rPr>
          <w:b/>
        </w:rPr>
        <w:t xml:space="preserve">[35:45] </w:t>
      </w:r>
      <w:r>
        <w:t>to within second aap kehte hain likho, is tarah badal do,</w:t>
      </w:r>
    </w:p>
    <w:p>
      <w:pPr>
        <w:jc w:val="right"/>
      </w:pPr>
      <w:r>
        <w:t>تو ود ان سیکنڈ آپ کہتے ہیں لکھو، اس طرح بدل دو،</w:t>
      </w:r>
    </w:p>
    <w:p>
      <w:r>
        <w:rPr>
          <w:b/>
        </w:rPr>
        <w:t xml:space="preserve">[35:50] </w:t>
      </w:r>
      <w:r>
        <w:t>yeh muahida ho raha hai Muhammad ibn Abdullah ke sath aur Quraish ke sath.</w:t>
      </w:r>
    </w:p>
    <w:p>
      <w:pPr>
        <w:jc w:val="right"/>
      </w:pPr>
      <w:r>
        <w:t>یہ معاہدہ ہو رہا ہے محمد ابن عبداللہ کے ساتھ اور قریش کے ساتھ۔</w:t>
      </w:r>
    </w:p>
    <w:p>
      <w:r>
        <w:rPr>
          <w:b/>
        </w:rPr>
        <w:t xml:space="preserve">[35:56] </w:t>
      </w:r>
      <w:r>
        <w:t>yeh jo sifat hai ke within second apni direction ko change kar lena, yeh rasool Allah ki</w:t>
      </w:r>
    </w:p>
    <w:p>
      <w:pPr>
        <w:jc w:val="right"/>
      </w:pPr>
      <w:r>
        <w:t>یہ جو صفت ہے کہ ود ان سیکنڈ اپنی ڈائریکشن کو چینج کر لینا، یہ رسول اللہ کی</w:t>
      </w:r>
    </w:p>
    <w:p>
      <w:r>
        <w:rPr>
          <w:b/>
        </w:rPr>
        <w:t xml:space="preserve">[36:03] </w:t>
      </w:r>
      <w:r>
        <w:t>sifat thi aur musalmanon ko is sifat ko ki pairvi karni hai,</w:t>
      </w:r>
    </w:p>
    <w:p>
      <w:pPr>
        <w:jc w:val="right"/>
      </w:pPr>
      <w:r>
        <w:t>صفت تھی اور مسلمانوں کو اس صفت کو کی پیروی کرنی ہے،</w:t>
      </w:r>
    </w:p>
    <w:p>
      <w:r>
        <w:rPr>
          <w:b/>
        </w:rPr>
        <w:t xml:space="preserve">[36:10] </w:t>
      </w:r>
      <w:r>
        <w:t>tab ja kar ke bara</w:t>
      </w:r>
    </w:p>
    <w:p>
      <w:pPr>
        <w:jc w:val="right"/>
      </w:pPr>
      <w:r>
        <w:t>تب جا کر کے بڑا</w:t>
      </w:r>
    </w:p>
    <w:p>
      <w:r>
        <w:rPr>
          <w:b/>
        </w:rPr>
        <w:t xml:space="preserve">[36:13] </w:t>
      </w:r>
      <w:r>
        <w:t>bara result aayega.</w:t>
      </w:r>
    </w:p>
    <w:p>
      <w:pPr>
        <w:jc w:val="right"/>
      </w:pPr>
      <w:r>
        <w:t>بڑا رزلٹ آئے گا۔</w:t>
      </w:r>
    </w:p>
    <w:p>
      <w:r>
        <w:rPr>
          <w:b/>
        </w:rPr>
        <w:t xml:space="preserve">[36:18] </w:t>
      </w:r>
      <w:r>
        <w:t>to aap jante hain ke jab muahida ho gaya, muahida ho gaya to us ke baad hi yeh</w:t>
      </w:r>
    </w:p>
    <w:p>
      <w:pPr>
        <w:jc w:val="right"/>
      </w:pPr>
      <w:r>
        <w:t>تو آپ جانتے ہیں کہ جب معاہدہ ہو گیا، معاہدہ ہو گیا تو اس کے بعد ہی یہ</w:t>
      </w:r>
    </w:p>
    <w:p>
      <w:r>
        <w:rPr>
          <w:b/>
        </w:rPr>
        <w:t xml:space="preserve">[36:23] </w:t>
      </w:r>
      <w:r>
        <w:t>ayat utri thi quran mein, alfatah ki surah inna fatahna laka fatah mubeena,</w:t>
      </w:r>
    </w:p>
    <w:p>
      <w:pPr>
        <w:jc w:val="right"/>
      </w:pPr>
      <w:r>
        <w:t>آیت اتری تھی قرآن میں، الفتح کی سورہ انا فتحنا لک فتح مبینہ،</w:t>
      </w:r>
    </w:p>
    <w:p>
      <w:r>
        <w:rPr>
          <w:b/>
        </w:rPr>
        <w:t xml:space="preserve">[36:34] </w:t>
      </w:r>
      <w:r>
        <w:t>hum ne tum ko de di victory, yani open victory.</w:t>
      </w:r>
    </w:p>
    <w:p>
      <w:pPr>
        <w:jc w:val="right"/>
      </w:pPr>
      <w:r>
        <w:t>ہم نے تم کو دے دی وک، یعنی اوپن وکٹری۔</w:t>
      </w:r>
    </w:p>
    <w:p>
      <w:r>
        <w:rPr>
          <w:b/>
        </w:rPr>
        <w:t xml:space="preserve">[36:41] </w:t>
      </w:r>
      <w:r>
        <w:t>aap use sochen, is ke background ko sochen</w:t>
      </w:r>
    </w:p>
    <w:p>
      <w:pPr>
        <w:jc w:val="right"/>
      </w:pPr>
      <w:r>
        <w:t>آپ اسے سوچیں، اس کے بیک گراؤنڈ کو سوچیں</w:t>
      </w:r>
    </w:p>
    <w:p>
      <w:r>
        <w:rPr>
          <w:b/>
        </w:rPr>
        <w:t xml:space="preserve">[36:46] </w:t>
      </w:r>
      <w:r>
        <w:t>ke rasool Allah umrah ke liye gaye the, baghair umrah kiye wapas ja rahe hain madina.</w:t>
      </w:r>
    </w:p>
    <w:p>
      <w:pPr>
        <w:jc w:val="right"/>
      </w:pPr>
      <w:r>
        <w:t>کہ رسول اللہ عمرہ کے لیے گئے تھے، بغیر عمرہ کیے واپس جا رہے ہیں مدینہ۔</w:t>
      </w:r>
    </w:p>
    <w:p>
      <w:r>
        <w:rPr>
          <w:b/>
        </w:rPr>
        <w:t xml:space="preserve">[36:53] </w:t>
      </w:r>
      <w:r>
        <w:t>rasool Allah ne muahida karna chaha to unilateral buniyadon par unhein muahida karna pada.</w:t>
      </w:r>
    </w:p>
    <w:p>
      <w:pPr>
        <w:jc w:val="right"/>
      </w:pPr>
      <w:r>
        <w:t>رسول اللہ نے معاہدہ کرنا چاہا تو یونی لیٹرل بنیادوں پر انہیں معاہدہ کرنا پڑا۔</w:t>
      </w:r>
    </w:p>
    <w:p>
      <w:r>
        <w:rPr>
          <w:b/>
        </w:rPr>
        <w:t xml:space="preserve">[37:02] </w:t>
      </w:r>
      <w:r>
        <w:t>rasool Allah likhna chahte the to is mein Muhammad rasool Allah badal kar ke Muhammad ibn Abdullah likhna</w:t>
      </w:r>
    </w:p>
    <w:p>
      <w:pPr>
        <w:jc w:val="right"/>
      </w:pPr>
      <w:r>
        <w:t>رسول اللہ لکھنا چاہتے تھے تو اس میں محمد رسول اللہ بدل کر کے محمد ابن عبداللہ لکھنا</w:t>
      </w:r>
    </w:p>
    <w:p>
      <w:r>
        <w:rPr>
          <w:b/>
        </w:rPr>
        <w:t xml:space="preserve">[37:08] </w:t>
      </w:r>
      <w:r>
        <w:t>pada. to yeh yeh fatah kaisi thi?</w:t>
      </w:r>
    </w:p>
    <w:p>
      <w:pPr>
        <w:jc w:val="right"/>
      </w:pPr>
      <w:r>
        <w:t>پڑا۔ تو یہ یہ فتح کیسی تھی؟</w:t>
      </w:r>
    </w:p>
    <w:p>
      <w:r>
        <w:rPr>
          <w:b/>
        </w:rPr>
        <w:t xml:space="preserve">[37:15] </w:t>
      </w:r>
      <w:r>
        <w:t>it was open defeat, open defeat ko Allah taala ne keh diya open victory.</w:t>
      </w:r>
    </w:p>
    <w:p>
      <w:pPr>
        <w:jc w:val="right"/>
      </w:pPr>
      <w:r>
        <w:t>اٹ واز اوپن ڈیفیٹ، اوپن ڈیفیٹ کو اللہ تعالی نے کہہ دیا اوپن وکٹری۔</w:t>
      </w:r>
    </w:p>
    <w:p>
      <w:r>
        <w:rPr>
          <w:b/>
        </w:rPr>
        <w:t xml:space="preserve">[37:22] </w:t>
      </w:r>
      <w:r>
        <w:t>sochen is ko,</w:t>
      </w:r>
    </w:p>
    <w:p>
      <w:pPr>
        <w:jc w:val="right"/>
      </w:pPr>
      <w:r>
        <w:t>سوچیے اس کو،</w:t>
      </w:r>
    </w:p>
    <w:p>
      <w:r>
        <w:rPr>
          <w:b/>
        </w:rPr>
        <w:t xml:space="preserve">[37:24] </w:t>
      </w:r>
      <w:r>
        <w:t>apparently it was open defeat,</w:t>
      </w:r>
    </w:p>
    <w:p>
      <w:pPr>
        <w:jc w:val="right"/>
      </w:pPr>
      <w:r>
        <w:t>اپرینٹلی اٹ واز اوپن ڈیفیٹ،</w:t>
      </w:r>
    </w:p>
    <w:p>
      <w:r>
        <w:rPr>
          <w:b/>
        </w:rPr>
        <w:t xml:space="preserve">[37:27] </w:t>
      </w:r>
      <w:r>
        <w:t>apparently it was an openly defeat, but Allah subhana wa taala declared that is clear victory.</w:t>
      </w:r>
    </w:p>
    <w:p>
      <w:pPr>
        <w:jc w:val="right"/>
      </w:pPr>
      <w:r>
        <w:t>اپرینٹلی اٹ واز این اوپنلی ڈیفیٹ، بٹ اللہ سبحانہ و تعالی ڈیکلیئرڈ دیٹ از کل وکٹری۔</w:t>
      </w:r>
    </w:p>
    <w:p>
      <w:r>
        <w:rPr>
          <w:b/>
        </w:rPr>
        <w:t xml:space="preserve">[37:37] </w:t>
      </w:r>
      <w:r>
        <w:t>is ke baad hi kya hua</w:t>
      </w:r>
    </w:p>
    <w:p>
      <w:pPr>
        <w:jc w:val="right"/>
      </w:pPr>
      <w:r>
        <w:t>اس کے بعد ہی کیا ہوا</w:t>
      </w:r>
    </w:p>
    <w:p>
      <w:r>
        <w:rPr>
          <w:b/>
        </w:rPr>
        <w:t xml:space="preserve">[37:40] </w:t>
      </w:r>
      <w:r>
        <w:t>ke fatah ka rasta deters ho kar jata hai,</w:t>
      </w:r>
    </w:p>
    <w:p>
      <w:pPr>
        <w:jc w:val="right"/>
      </w:pPr>
      <w:r>
        <w:t>کہ فتح کا راستہ ڈیٹریس ہو کر جاتا ہے،</w:t>
      </w:r>
    </w:p>
    <w:p>
      <w:r>
        <w:rPr>
          <w:b/>
        </w:rPr>
        <w:t xml:space="preserve">[37:45] </w:t>
      </w:r>
      <w:r>
        <w:t>fatah ka rasta apni haar ko manne se jata hai.</w:t>
      </w:r>
    </w:p>
    <w:p>
      <w:pPr>
        <w:jc w:val="right"/>
      </w:pPr>
      <w:r>
        <w:t>فتح کا راستہ اپنی ہار کو ماننے سے جاتا ہے۔</w:t>
      </w:r>
    </w:p>
    <w:p>
      <w:r>
        <w:rPr>
          <w:b/>
        </w:rPr>
        <w:t xml:space="preserve">[37:50] </w:t>
      </w:r>
      <w:r>
        <w:t>pehle apni haar ko mano, tab tum ko fatah mile gi.</w:t>
      </w:r>
    </w:p>
    <w:p>
      <w:pPr>
        <w:jc w:val="right"/>
      </w:pPr>
      <w:r>
        <w:t>پہلے اپنی ہار کو مانو، تب تم کو فتح ملے گی۔</w:t>
      </w:r>
    </w:p>
    <w:p>
      <w:r>
        <w:rPr>
          <w:b/>
        </w:rPr>
        <w:t xml:space="preserve">[37:53] </w:t>
      </w:r>
      <w:r>
        <w:t>yani pehle peeche hatto,</w:t>
      </w:r>
    </w:p>
    <w:p>
      <w:pPr>
        <w:jc w:val="right"/>
      </w:pPr>
      <w:r>
        <w:t>یعنی پہلے پیچھے ہٹو،</w:t>
      </w:r>
    </w:p>
    <w:p>
      <w:r>
        <w:rPr>
          <w:b/>
        </w:rPr>
        <w:t xml:space="preserve">[37:57] </w:t>
      </w:r>
      <w:r>
        <w:t>takrao ko chodo, nafrat ko chodo, tashaddud ko chodo, jang ko chodo,</w:t>
      </w:r>
    </w:p>
    <w:p>
      <w:pPr>
        <w:jc w:val="right"/>
      </w:pPr>
      <w:r>
        <w:t>ٹکراؤ کو چھوڑو، نفرت کو چھوڑو، تشدد کو چھوڑو، جنگ کو چھوڑو،</w:t>
      </w:r>
    </w:p>
    <w:p>
      <w:r>
        <w:rPr>
          <w:b/>
        </w:rPr>
        <w:t xml:space="preserve">[38:03] </w:t>
      </w:r>
      <w:r>
        <w:t>tab woh manzil aaye gi jab tum ko fatah hasil ho.</w:t>
      </w:r>
    </w:p>
    <w:p>
      <w:pPr>
        <w:jc w:val="right"/>
      </w:pPr>
      <w:r>
        <w:t>تب وہ منزل آئے گی جب تم کو فتح حاصل ہو۔</w:t>
      </w:r>
    </w:p>
    <w:p>
      <w:r>
        <w:rPr>
          <w:b/>
        </w:rPr>
        <w:t xml:space="preserve">[38:10] </w:t>
      </w:r>
      <w:r>
        <w:t>yani fatah ka rasta shikast ko tasleem karne ki taraf jata hai.</w:t>
      </w:r>
    </w:p>
    <w:p>
      <w:pPr>
        <w:jc w:val="right"/>
      </w:pPr>
      <w:r>
        <w:t>یعنی فتح کا راستہ شکست کو تسلیم کرنے کی طرف جاتا ہے۔</w:t>
      </w:r>
    </w:p>
    <w:p>
      <w:r>
        <w:rPr>
          <w:b/>
        </w:rPr>
        <w:t xml:space="preserve">[38:16] </w:t>
      </w:r>
      <w:r>
        <w:t>yeh to nikla is se.</w:t>
      </w:r>
    </w:p>
    <w:p>
      <w:pPr>
        <w:jc w:val="right"/>
      </w:pPr>
      <w:r>
        <w:t>یہ تو نکلا اس سے۔</w:t>
      </w:r>
    </w:p>
    <w:p>
      <w:r>
        <w:rPr>
          <w:b/>
        </w:rPr>
        <w:t xml:space="preserve">[38:19] </w:t>
      </w:r>
      <w:r>
        <w:t>is zamane mein musalman jo shikayaten karte hain, har jagah jahan jayen wahan shikayat, shikayat to shikayat ka</w:t>
      </w:r>
    </w:p>
    <w:p>
      <w:pPr>
        <w:jc w:val="right"/>
      </w:pPr>
      <w:r>
        <w:t>اس زمانے میں مسلمان جو شکایتیں کرتے ہیں، ہر جگہ جہاں جائیں وہاں شکایت، شکایت تو شکایت کا</w:t>
      </w:r>
    </w:p>
    <w:p>
      <w:r>
        <w:rPr>
          <w:b/>
        </w:rPr>
        <w:t xml:space="preserve">[38:24] </w:t>
      </w:r>
      <w:r>
        <w:t>ma'na kya hai?</w:t>
      </w:r>
    </w:p>
    <w:p>
      <w:pPr>
        <w:jc w:val="right"/>
      </w:pPr>
      <w:r>
        <w:t>معنی کیا ہے؟</w:t>
      </w:r>
    </w:p>
    <w:p>
      <w:r>
        <w:rPr>
          <w:b/>
        </w:rPr>
        <w:t xml:space="preserve">[38:27] </w:t>
      </w:r>
      <w:r>
        <w:t>shikayat kar ke woh yeh ailan kar rahe hain ke hum apne prophet ke raste ko ikhtiyar nahin</w:t>
      </w:r>
    </w:p>
    <w:p>
      <w:pPr>
        <w:jc w:val="right"/>
      </w:pPr>
      <w:r>
        <w:t>شکایت کر کے وہ یہ اعلان کر رہے ہیں کہ ہم اپنے پرافٹ کے راستے کو اختیار نہیں</w:t>
      </w:r>
    </w:p>
    <w:p>
      <w:r>
        <w:rPr>
          <w:b/>
        </w:rPr>
        <w:t xml:space="preserve">[38:33] </w:t>
      </w:r>
      <w:r>
        <w:t>کر سکے، اس لیے ہمیں open victory بھی نہیں ملی۔</w:t>
      </w:r>
    </w:p>
    <w:p>
      <w:pPr>
        <w:jc w:val="right"/>
      </w:pPr>
      <w:r>
        <w:t>کر سکے، اس لیے ہمیں اوپن وکٹری بھی نہیں ملی۔</w:t>
      </w:r>
    </w:p>
    <w:p>
      <w:r>
        <w:rPr>
          <w:b/>
        </w:rPr>
        <w:t xml:space="preserve">[38:39] </w:t>
      </w:r>
      <w:r>
        <w:t>har jagah shikayat, jahan mein jahan jata hoon, arab mein jaiye, ajam mein jaiye, Europe jaiye, America jaiye,</w:t>
      </w:r>
    </w:p>
    <w:p>
      <w:pPr>
        <w:jc w:val="right"/>
      </w:pPr>
      <w:r>
        <w:t>ہر جگہ شکایت، جہاں میں جہاں جاتا ہوں، عرب میں جائیے، عجم میں جائیے، یورپ جائیے، امریکہ جائیے،</w:t>
      </w:r>
    </w:p>
    <w:p>
      <w:r>
        <w:rPr>
          <w:b/>
        </w:rPr>
        <w:t xml:space="preserve">[38:45] </w:t>
      </w:r>
      <w:r>
        <w:t>musalman to har jagah hain.</w:t>
      </w:r>
    </w:p>
    <w:p>
      <w:pPr>
        <w:jc w:val="right"/>
      </w:pPr>
      <w:r>
        <w:t>مسلمان تو ہر جگہ ہیں۔</w:t>
      </w:r>
    </w:p>
    <w:p>
      <w:r>
        <w:rPr>
          <w:b/>
        </w:rPr>
        <w:t xml:space="preserve">[38:48] </w:t>
      </w:r>
      <w:r>
        <w:t>aaj kal dunya mein 194</w:t>
      </w:r>
    </w:p>
    <w:p>
      <w:pPr>
        <w:jc w:val="right"/>
      </w:pPr>
      <w:r>
        <w:t>آج کل دنیا میں 194</w:t>
      </w:r>
    </w:p>
    <w:p>
      <w:r>
        <w:rPr>
          <w:b/>
        </w:rPr>
        <w:t xml:space="preserve">[38:53] </w:t>
      </w:r>
      <w:r>
        <w:t>countries hain, 194</w:t>
      </w:r>
    </w:p>
    <w:p>
      <w:pPr>
        <w:jc w:val="right"/>
      </w:pPr>
      <w:r>
        <w:t>کنٹریز ہیں، 194</w:t>
      </w:r>
    </w:p>
    <w:p>
      <w:r>
        <w:rPr>
          <w:b/>
        </w:rPr>
        <w:t xml:space="preserve">[38:56] </w:t>
      </w:r>
      <w:r>
        <w:t>aur so har jagah musalman base hue hain.</w:t>
      </w:r>
    </w:p>
    <w:p>
      <w:pPr>
        <w:jc w:val="right"/>
      </w:pPr>
      <w:r>
        <w:t>اور سو ہر جگہ مسلمان بسے ہوئے ہیں۔</w:t>
      </w:r>
    </w:p>
    <w:p>
      <w:r>
        <w:rPr>
          <w:b/>
        </w:rPr>
        <w:t xml:space="preserve">[39:00] </w:t>
      </w:r>
      <w:r>
        <w:t>jahan bhi aap jaiye, musalman shikayat ki boli bolega.</w:t>
      </w:r>
    </w:p>
    <w:p>
      <w:pPr>
        <w:jc w:val="right"/>
      </w:pPr>
      <w:r>
        <w:t>جہاں بھی آپ جائیے، مسلمان شکایت کی بولی بولے گا۔</w:t>
      </w:r>
    </w:p>
    <w:p>
      <w:r>
        <w:rPr>
          <w:b/>
        </w:rPr>
        <w:t xml:space="preserve">[39:05] </w:t>
      </w:r>
      <w:r>
        <w:t>is ka matlab kya hoga?</w:t>
      </w:r>
    </w:p>
    <w:p>
      <w:pPr>
        <w:jc w:val="right"/>
      </w:pPr>
      <w:r>
        <w:t>اس کا مطلب کیا ہوگا؟</w:t>
      </w:r>
    </w:p>
    <w:p>
      <w:r>
        <w:rPr>
          <w:b/>
        </w:rPr>
        <w:t xml:space="preserve">[39:07] </w:t>
      </w:r>
      <w:r>
        <w:t>is ka matlab kya hoga? is ka matlab yeh hua ke hum profit wali policy ko ikhtiyar nahi</w:t>
      </w:r>
    </w:p>
    <w:p>
      <w:pPr>
        <w:jc w:val="right"/>
      </w:pPr>
      <w:r>
        <w:t>اس کا مطلب کیا ہوگا؟ اس کا مطلب یہ ہوا کہ ہم پرافٹ والی پالیسی کو اختیار نہیں</w:t>
      </w:r>
    </w:p>
    <w:p>
      <w:r>
        <w:rPr>
          <w:b/>
        </w:rPr>
        <w:t xml:space="preserve">[39:13] </w:t>
      </w:r>
      <w:r>
        <w:t>کر سکے، اس لیے ہم کو ہر جگہ open defeat ہو رہی ہے، open victory ہمیں کہیں نہیں</w:t>
      </w:r>
    </w:p>
    <w:p>
      <w:pPr>
        <w:jc w:val="right"/>
      </w:pPr>
      <w:r>
        <w:t>کر سکے، اس لیے ہم کو ہر جگہ اوپن ڈیفیٹ ہو رہی ہے، اوپن وکٹری ہمیں کہیں نہیں</w:t>
      </w:r>
    </w:p>
    <w:p>
      <w:r>
        <w:rPr>
          <w:b/>
        </w:rPr>
        <w:t xml:space="preserve">[39:19] </w:t>
      </w:r>
      <w:r>
        <w:t>mil rahi hai.</w:t>
      </w:r>
    </w:p>
    <w:p>
      <w:pPr>
        <w:jc w:val="right"/>
      </w:pPr>
      <w:r>
        <w:t>مل رہی ہے۔</w:t>
      </w:r>
    </w:p>
    <w:p>
      <w:r>
        <w:rPr>
          <w:b/>
        </w:rPr>
        <w:t xml:space="preserve">[39:23] </w:t>
      </w:r>
      <w:r>
        <w:t>to agar musalmanon ko</w:t>
      </w:r>
    </w:p>
    <w:p>
      <w:pPr>
        <w:jc w:val="right"/>
      </w:pPr>
      <w:r>
        <w:t>تو اگر مسلمانوں کو</w:t>
      </w:r>
    </w:p>
    <w:p>
      <w:r>
        <w:rPr>
          <w:b/>
        </w:rPr>
        <w:t xml:space="preserve">[39:26] </w:t>
      </w:r>
      <w:r>
        <w:t>yeh matloob hai</w:t>
      </w:r>
    </w:p>
    <w:p>
      <w:pPr>
        <w:jc w:val="right"/>
      </w:pPr>
      <w:r>
        <w:t>یہ مطلوب ہے</w:t>
      </w:r>
    </w:p>
    <w:p>
      <w:r>
        <w:rPr>
          <w:b/>
        </w:rPr>
        <w:t xml:space="preserve">[39:29] </w:t>
      </w:r>
      <w:r>
        <w:t>ke history in ke liye repeat kare,</w:t>
      </w:r>
    </w:p>
    <w:p>
      <w:pPr>
        <w:jc w:val="right"/>
      </w:pPr>
      <w:r>
        <w:t>کہ ہسٹری ان کے لیے ریپیٹ کرے،</w:t>
      </w:r>
    </w:p>
    <w:p>
      <w:r>
        <w:rPr>
          <w:b/>
        </w:rPr>
        <w:t xml:space="preserve">[39:34] </w:t>
      </w:r>
      <w:r>
        <w:t>history dobara fateh ki</w:t>
      </w:r>
    </w:p>
    <w:p>
      <w:pPr>
        <w:jc w:val="right"/>
      </w:pPr>
      <w:r>
        <w:t>ہسٹری دوبارہ فتح کی</w:t>
      </w:r>
    </w:p>
    <w:p>
      <w:r>
        <w:rPr>
          <w:b/>
        </w:rPr>
        <w:t xml:space="preserve">[39:41] </w:t>
      </w:r>
      <w:r>
        <w:t>tareekh bane, history in ke liye dobara fateh ki tareekh banaye, to un ko rasool Allah ke namune</w:t>
      </w:r>
    </w:p>
    <w:p>
      <w:pPr>
        <w:jc w:val="right"/>
      </w:pPr>
      <w:r>
        <w:t>تاریخ بنے، ہسٹری ان کے لیے دوبارہ فتح کی تاریخ بنائے، تو ان کو رسول اللہ کے نمونے</w:t>
      </w:r>
    </w:p>
    <w:p>
      <w:r>
        <w:rPr>
          <w:b/>
        </w:rPr>
        <w:t xml:space="preserve">[39:47] </w:t>
      </w:r>
      <w:r>
        <w:t>par chalna hoga,</w:t>
      </w:r>
    </w:p>
    <w:p>
      <w:pPr>
        <w:jc w:val="right"/>
      </w:pPr>
      <w:r>
        <w:t>پر چلنا ہوگا،</w:t>
      </w:r>
    </w:p>
    <w:p>
      <w:r>
        <w:rPr>
          <w:b/>
        </w:rPr>
        <w:t xml:space="preserve">[39:51] </w:t>
      </w:r>
      <w:r>
        <w:t>rasool Allah ke namune par chalna hoga.</w:t>
      </w:r>
    </w:p>
    <w:p>
      <w:pPr>
        <w:jc w:val="right"/>
      </w:pPr>
      <w:r>
        <w:t>رسول اللہ کے نمونے پر چلنا ہوگا۔</w:t>
      </w:r>
    </w:p>
    <w:p>
      <w:r>
        <w:rPr>
          <w:b/>
        </w:rPr>
        <w:t xml:space="preserve">[39:56] </w:t>
      </w:r>
      <w:r>
        <w:t>is ke baghair mumkin nahi, kyunke quran mein khud yeh dekhiye laqad kaana lakum fi rasool Allah uswa</w:t>
      </w:r>
    </w:p>
    <w:p>
      <w:pPr>
        <w:jc w:val="right"/>
      </w:pPr>
      <w:r>
        <w:t>اس کے بغیر ممکن نہیں، کیونکہ قرآن میں خود یہ دیکھیے لقد کان لکم فی رسول اللہ اسوة</w:t>
      </w:r>
    </w:p>
    <w:p>
      <w:r>
        <w:rPr>
          <w:b/>
        </w:rPr>
        <w:t xml:space="preserve">[40:03] </w:t>
      </w:r>
      <w:r>
        <w:t>hasana tumhare liye behtareen namuna rasool Allah ki zindagi mein hai,</w:t>
      </w:r>
    </w:p>
    <w:p>
      <w:pPr>
        <w:jc w:val="right"/>
      </w:pPr>
      <w:r>
        <w:t>حسنہ تمہارے لیے بہترین نمونہ رسول اللہ کی زندگی میں ہے،</w:t>
      </w:r>
    </w:p>
    <w:p>
      <w:r>
        <w:rPr>
          <w:b/>
        </w:rPr>
        <w:t xml:space="preserve">[40:10] </w:t>
      </w:r>
      <w:r>
        <w:t>tumhare liye behtareen namuna rasool Allah ki zindagi mein hai.</w:t>
      </w:r>
    </w:p>
    <w:p>
      <w:pPr>
        <w:jc w:val="right"/>
      </w:pPr>
      <w:r>
        <w:t>تمہارے لیے بہترین نمونہ رسول اللہ کی زندگی میں ہے۔</w:t>
      </w:r>
    </w:p>
    <w:p>
      <w:r>
        <w:rPr>
          <w:b/>
        </w:rPr>
        <w:t xml:space="preserve">[40:14] </w:t>
      </w:r>
      <w:r>
        <w:t>yahi to hai rasool Allah ki zindagi,</w:t>
      </w:r>
    </w:p>
    <w:p>
      <w:pPr>
        <w:jc w:val="right"/>
      </w:pPr>
      <w:r>
        <w:t>یہی تو ہے رسول اللہ کی زندگی،</w:t>
      </w:r>
    </w:p>
    <w:p>
      <w:r>
        <w:rPr>
          <w:b/>
        </w:rPr>
        <w:t xml:space="preserve">[40:17] </w:t>
      </w:r>
      <w:r>
        <w:t>yahi to hai example,</w:t>
      </w:r>
    </w:p>
    <w:p>
      <w:pPr>
        <w:jc w:val="right"/>
      </w:pPr>
      <w:r>
        <w:t>یہی تو ہے ایگزیمپل،</w:t>
      </w:r>
    </w:p>
    <w:p>
      <w:r>
        <w:rPr>
          <w:b/>
        </w:rPr>
        <w:t xml:space="preserve">[40:20] </w:t>
      </w:r>
      <w:r>
        <w:t>tumhare liye behtareen example rasool Allah ki zindagi mein hai.</w:t>
      </w:r>
    </w:p>
    <w:p>
      <w:pPr>
        <w:jc w:val="right"/>
      </w:pPr>
      <w:r>
        <w:t>تمہارے لیے بہترین ایگزیمپل رسول اللہ کی زندگی میں ہے۔</w:t>
      </w:r>
    </w:p>
    <w:p>
      <w:r>
        <w:rPr>
          <w:b/>
        </w:rPr>
        <w:t xml:space="preserve">[40:24] </w:t>
      </w:r>
      <w:r>
        <w:t>yahi to hai, yahi to hai example.</w:t>
      </w:r>
    </w:p>
    <w:p>
      <w:pPr>
        <w:jc w:val="right"/>
      </w:pPr>
      <w:r>
        <w:t>یہی تو ہے، یہی تو ہے ایگزیمپل۔</w:t>
      </w:r>
    </w:p>
    <w:p>
      <w:r>
        <w:rPr>
          <w:b/>
        </w:rPr>
        <w:t xml:space="preserve">[40:31] </w:t>
      </w:r>
      <w:r>
        <w:t>poori zindagi aap ne non confrontational approach ikhtiyar kiya,</w:t>
      </w:r>
    </w:p>
    <w:p>
      <w:pPr>
        <w:jc w:val="right"/>
      </w:pPr>
      <w:r>
        <w:t>پوری زندگی آپ نے نان کنفرنٹیشنل اپروچ اختیار کیا،</w:t>
      </w:r>
    </w:p>
    <w:p>
      <w:r>
        <w:rPr>
          <w:b/>
        </w:rPr>
        <w:t xml:space="preserve">[40:39] </w:t>
      </w:r>
      <w:r>
        <w:t>aap ne kabhi yeh nahi kaha ke woh dushman hain, hamare un ko hamein marna hai.</w:t>
      </w:r>
    </w:p>
    <w:p>
      <w:pPr>
        <w:jc w:val="right"/>
      </w:pPr>
      <w:r>
        <w:t>آپ نے کبھی یہ نہیں کہا کہ وہ دشمن ہیں، ہمارے ان کو ہمیں مارنا ہے۔</w:t>
      </w:r>
    </w:p>
    <w:p>
      <w:r>
        <w:rPr>
          <w:b/>
        </w:rPr>
        <w:t xml:space="preserve">[40:45] </w:t>
      </w:r>
      <w:r>
        <w:t>یعنی رسول اللہ کا جو approach تھا، when they کا approach نہیں تھا،</w:t>
      </w:r>
    </w:p>
    <w:p>
      <w:pPr>
        <w:jc w:val="right"/>
      </w:pPr>
      <w:r>
        <w:t>یعنی رسول اللہ کا جو اپروچ تھا، وی این دے کا اپروچ نہیں تھا،</w:t>
      </w:r>
    </w:p>
    <w:p>
      <w:r>
        <w:rPr>
          <w:b/>
        </w:rPr>
        <w:t xml:space="preserve">[40:50] </w:t>
      </w:r>
      <w:r>
        <w:t>win win ka approach tha.</w:t>
      </w:r>
    </w:p>
    <w:p>
      <w:pPr>
        <w:jc w:val="right"/>
      </w:pPr>
      <w:r>
        <w:t>وی این وی کا اپروچ تھا۔</w:t>
      </w:r>
    </w:p>
    <w:p>
      <w:r>
        <w:rPr>
          <w:b/>
        </w:rPr>
        <w:t xml:space="preserve">[40:55] </w:t>
      </w:r>
      <w:r>
        <w:t>رسول اللہ کا جو approach تھا، VN-day کا approach نہیں تھا، VN-V کا approach</w:t>
      </w:r>
    </w:p>
    <w:p>
      <w:pPr>
        <w:jc w:val="right"/>
      </w:pPr>
      <w:r>
        <w:t>رسول اللہ کا جو اپروچ تھا، وی این دے کا اپروچ نہیں تھا، وی این وی کا اپروچ</w:t>
      </w:r>
    </w:p>
    <w:p>
      <w:r>
        <w:rPr>
          <w:b/>
        </w:rPr>
        <w:t xml:space="preserve">[41:00] </w:t>
      </w:r>
      <w:r>
        <w:t>tha. ek yahudi ke liye aap ne ek martaba uth khade ho gaye,</w:t>
      </w:r>
    </w:p>
    <w:p>
      <w:pPr>
        <w:jc w:val="right"/>
      </w:pPr>
      <w:r>
        <w:t>تھا۔ ایک یہودی کے لیے آپ نے ایک مرتبہ اٹھ کھڑے ہو گئے،</w:t>
      </w:r>
    </w:p>
    <w:p>
      <w:r>
        <w:rPr>
          <w:b/>
        </w:rPr>
        <w:t xml:space="preserve">[41:05] </w:t>
      </w:r>
      <w:r>
        <w:t>is ki respect mein khade ho gaye.</w:t>
      </w:r>
    </w:p>
    <w:p>
      <w:pPr>
        <w:jc w:val="right"/>
      </w:pPr>
      <w:r>
        <w:t>اس کی ریسپیکٹ میں کھڑے ہو گئے۔</w:t>
      </w:r>
    </w:p>
    <w:p>
      <w:r>
        <w:rPr>
          <w:b/>
        </w:rPr>
        <w:t xml:space="preserve">[41:08] </w:t>
      </w:r>
      <w:r>
        <w:t>kisi ne kaha ke yeh to yahudi ka mamla tha, aap ne farmaya alaisa dafsa</w:t>
      </w:r>
    </w:p>
    <w:p>
      <w:pPr>
        <w:jc w:val="right"/>
      </w:pPr>
      <w:r>
        <w:t>کسی نے کہا کہ یہ تو یہودی کا معاملہ تھا، آپ نے فرمایا اليس دفسا</w:t>
      </w:r>
    </w:p>
    <w:p>
      <w:r>
        <w:rPr>
          <w:b/>
        </w:rPr>
        <w:t xml:space="preserve">[41:16] </w:t>
      </w:r>
      <w:r>
        <w:t>kya woh insaan nahi? kya woh human being nahi?</w:t>
      </w:r>
    </w:p>
    <w:p>
      <w:pPr>
        <w:jc w:val="right"/>
      </w:pPr>
      <w:r>
        <w:t>کیا وہ انسان نہیں؟ کیا وہ ہیومن بینگ نہیں؟</w:t>
      </w:r>
    </w:p>
    <w:p>
      <w:r>
        <w:rPr>
          <w:b/>
        </w:rPr>
        <w:t xml:space="preserve">[41:22] </w:t>
      </w:r>
      <w:r>
        <w:t>yani unhon ne jis ko aap yahudi kehte hain, us ke sath rasool Allah ne commonality daryaft ki,</w:t>
      </w:r>
    </w:p>
    <w:p>
      <w:pPr>
        <w:jc w:val="right"/>
      </w:pPr>
      <w:r>
        <w:t>یعنی انہوں نے جس کو آپ یہودی کہتے ہیں، اس کے ساتھ رسول اللہ نے کامنلٹی دریافت کی،</w:t>
      </w:r>
    </w:p>
    <w:p>
      <w:r>
        <w:rPr>
          <w:b/>
        </w:rPr>
        <w:t xml:space="preserve">[41:31] </w:t>
      </w:r>
      <w:r>
        <w:t>jis ko aap kehte hain yahudi, us ke sath rasool Allah ne commonality daryaft ki</w:t>
      </w:r>
    </w:p>
    <w:p>
      <w:pPr>
        <w:jc w:val="right"/>
      </w:pPr>
      <w:r>
        <w:t>جس کو آپ کہتے ہیں یہودی، اس کے ساتھ رسول اللہ نے کامنلٹی دریافت کی</w:t>
      </w:r>
    </w:p>
    <w:p>
      <w:r>
        <w:rPr>
          <w:b/>
        </w:rPr>
        <w:t xml:space="preserve">[41:37] </w:t>
      </w:r>
      <w:r>
        <w:t>ke mein bhi insaan, woh bhi insaan.</w:t>
      </w:r>
    </w:p>
    <w:p>
      <w:pPr>
        <w:jc w:val="right"/>
      </w:pPr>
      <w:r>
        <w:t>کہ میں بھی انسان، وہ بھی انسان۔</w:t>
      </w:r>
    </w:p>
    <w:p>
      <w:r>
        <w:rPr>
          <w:b/>
        </w:rPr>
        <w:t xml:space="preserve">[41:41] </w:t>
      </w:r>
      <w:r>
        <w:t>tab ja kar ke fateh mubeen mili.</w:t>
      </w:r>
    </w:p>
    <w:p>
      <w:pPr>
        <w:jc w:val="right"/>
      </w:pPr>
      <w:r>
        <w:t>تب جا کر کے فتح مبین ملی۔</w:t>
      </w:r>
    </w:p>
    <w:p>
      <w:r>
        <w:rPr>
          <w:b/>
        </w:rPr>
        <w:t xml:space="preserve">[41:47] </w:t>
      </w:r>
      <w:r>
        <w:t>yani rasool Allah ka uswa ek lafz wahi tha ke addeen al naseeha, deen naam hai khair khwahi ka.</w:t>
      </w:r>
    </w:p>
    <w:p>
      <w:pPr>
        <w:jc w:val="right"/>
      </w:pPr>
      <w:r>
        <w:t>یعنی رسول اللہ کا اسوہ ایک لفظ وہی تھا کہ الدین النصیحہ، دین نام ہے خیر خواہی کا۔</w:t>
      </w:r>
    </w:p>
    <w:p>
      <w:r>
        <w:rPr>
          <w:b/>
        </w:rPr>
        <w:t xml:space="preserve">[41:53] </w:t>
      </w:r>
      <w:r>
        <w:t>aaj musalmanon ne kaha rakha hai, bana rakha hai addeen al adawa, deen naam hai adawat ka.</w:t>
      </w:r>
    </w:p>
    <w:p>
      <w:pPr>
        <w:jc w:val="right"/>
      </w:pPr>
      <w:r>
        <w:t>آج مسلمانوں نے کہا رکھا ہے، بنا رکھا ہے الدین العداوة، دین نام ہے عداوت کا۔</w:t>
      </w:r>
    </w:p>
    <w:p>
      <w:r>
        <w:rPr>
          <w:b/>
        </w:rPr>
        <w:t xml:space="preserve">[42:05] </w:t>
      </w:r>
      <w:r>
        <w:t>yani majmooi jo policy musalmanon ki sari dunya mein hai, woh sab jo hai addeen al adawa ke usool</w:t>
      </w:r>
    </w:p>
    <w:p>
      <w:pPr>
        <w:jc w:val="right"/>
      </w:pPr>
      <w:r>
        <w:t>یعنی مجموعی جو پالیسی مسلمانوں کی ساری دنیا میں ہے، وہ سب جو ہے الدین العداوة کے اصول</w:t>
      </w:r>
    </w:p>
    <w:p>
      <w:r>
        <w:rPr>
          <w:b/>
        </w:rPr>
        <w:t xml:space="preserve">[42:10] </w:t>
      </w:r>
      <w:r>
        <w:t>peh chal rahi hai,</w:t>
      </w:r>
    </w:p>
    <w:p>
      <w:pPr>
        <w:jc w:val="right"/>
      </w:pPr>
      <w:r>
        <w:t>پہ چل رہی ہے،</w:t>
      </w:r>
    </w:p>
    <w:p>
      <w:r>
        <w:rPr>
          <w:b/>
        </w:rPr>
        <w:t xml:space="preserve">[42:13] </w:t>
      </w:r>
      <w:r>
        <w:t>jab ke rasool Allah ka tha addeen al naseeha.</w:t>
      </w:r>
    </w:p>
    <w:p>
      <w:pPr>
        <w:jc w:val="right"/>
      </w:pPr>
      <w:r>
        <w:t>جبکہ رسول اللہ کا تھا الدین النصیحہ۔</w:t>
      </w:r>
    </w:p>
    <w:p>
      <w:r>
        <w:rPr>
          <w:b/>
        </w:rPr>
        <w:t xml:space="preserve">[42:16] </w:t>
      </w:r>
      <w:r>
        <w:t>yani aap ka jo way of thinking tha, woh yeh tha ke deen khair khwahi ka naam hai.</w:t>
      </w:r>
    </w:p>
    <w:p>
      <w:pPr>
        <w:jc w:val="right"/>
      </w:pPr>
      <w:r>
        <w:t>یعنی آپ کا جو وے آف تھنکنگ تھا، وہ یہ تھا کہ دین خیر خواہی کا نام ہے۔</w:t>
      </w:r>
    </w:p>
    <w:p>
      <w:r>
        <w:rPr>
          <w:b/>
        </w:rPr>
        <w:t xml:space="preserve">[42:24] </w:t>
      </w:r>
      <w:r>
        <w:t>aaj jo way of thinking musalmanon ka hai, woh yeh hai ke deen adawat ka naam hai.</w:t>
      </w:r>
    </w:p>
    <w:p>
      <w:pPr>
        <w:jc w:val="right"/>
      </w:pPr>
      <w:r>
        <w:t>آج جو وے آف تھنکنگ مسلمانوں کا ہے، وہ یہ ہے کہ دین عداوت کا نام ہے۔</w:t>
      </w:r>
    </w:p>
    <w:p>
      <w:r>
        <w:rPr>
          <w:b/>
        </w:rPr>
        <w:t xml:space="preserve">[42:29] </w:t>
      </w:r>
      <w:r>
        <w:t>sab ko dushman declare karo aur sab se ladai chhod do, sab se nafrat karo.</w:t>
      </w:r>
    </w:p>
    <w:p>
      <w:pPr>
        <w:jc w:val="right"/>
      </w:pPr>
      <w:r>
        <w:t>سب کو دشمن ڈیکلیئر کرو اور سب سے لڑائی چھوڑ دو، سب سے نفرت کرو۔</w:t>
      </w:r>
    </w:p>
    <w:p>
      <w:r>
        <w:rPr>
          <w:b/>
        </w:rPr>
        <w:t xml:space="preserve">[42:38] </w:t>
      </w:r>
      <w:r>
        <w:t>to dekhen, aaj 21st century mein hamein kya karna hai?</w:t>
      </w:r>
    </w:p>
    <w:p>
      <w:pPr>
        <w:jc w:val="right"/>
      </w:pPr>
      <w:r>
        <w:t>تو دیکھیں، آج 21st century میں ہمیں کیا کرنا ہے؟</w:t>
      </w:r>
    </w:p>
    <w:p>
      <w:r>
        <w:rPr>
          <w:b/>
        </w:rPr>
        <w:t xml:space="preserve">[42:45] </w:t>
      </w:r>
      <w:r>
        <w:t>ہمیں rethinking کرنا ہے، reassessment کرنا ہے،</w:t>
      </w:r>
    </w:p>
    <w:p>
      <w:pPr>
        <w:jc w:val="right"/>
      </w:pPr>
      <w:r>
        <w:t>ہمیں ری تھنکنگ کرنا ہے، ری اسسمنٹ کرنا ہے،</w:t>
      </w:r>
    </w:p>
    <w:p>
      <w:r>
        <w:rPr>
          <w:b/>
        </w:rPr>
        <w:t xml:space="preserve">[42:51] </w:t>
      </w:r>
      <w:r>
        <w:t>re planning karni hai,</w:t>
      </w:r>
    </w:p>
    <w:p>
      <w:pPr>
        <w:jc w:val="right"/>
      </w:pPr>
      <w:r>
        <w:t>ری پلاننگ کرنی ہے،</w:t>
      </w:r>
    </w:p>
    <w:p>
      <w:r>
        <w:rPr>
          <w:b/>
        </w:rPr>
        <w:t xml:space="preserve">[42:55] </w:t>
      </w:r>
      <w:r>
        <w:t>aur re planning kisi ke baghair nahi ho sakti ke apni ghalti ka</w:t>
      </w:r>
    </w:p>
    <w:p>
      <w:pPr>
        <w:jc w:val="right"/>
      </w:pPr>
      <w:r>
        <w:t>اور ری پلاننگ کسی کے بغیر نہیں ہو سکتی کہ اپنی غلطی کا</w:t>
      </w:r>
    </w:p>
    <w:p>
      <w:r>
        <w:rPr>
          <w:b/>
        </w:rPr>
        <w:t xml:space="preserve">[43:00] </w:t>
      </w:r>
      <w:r>
        <w:t>ko manen. we were wrong, yeh kehna padega.</w:t>
      </w:r>
    </w:p>
    <w:p>
      <w:pPr>
        <w:jc w:val="right"/>
      </w:pPr>
      <w:r>
        <w:t>کو مانیں۔ وی ویر رونگ، یہ کہنا پڑے گا۔</w:t>
      </w:r>
    </w:p>
    <w:p>
      <w:r>
        <w:rPr>
          <w:b/>
        </w:rPr>
        <w:t xml:space="preserve">[43:07] </w:t>
      </w:r>
      <w:r>
        <w:t>یعنی in the previous planning, we were wrong, yeh kehna padega.</w:t>
      </w:r>
    </w:p>
    <w:p>
      <w:pPr>
        <w:jc w:val="right"/>
      </w:pPr>
      <w:r>
        <w:t>یعنی ان دی پریویس پلاننگ، وی ویر رونگ، یہ کہنا پڑے گا۔</w:t>
      </w:r>
    </w:p>
    <w:p>
      <w:r>
        <w:rPr>
          <w:b/>
        </w:rPr>
        <w:t xml:space="preserve">[43:15] </w:t>
      </w:r>
      <w:r>
        <w:t>hamari pichhli planning ghalt planning thi, yeh kehna padega.</w:t>
      </w:r>
    </w:p>
    <w:p>
      <w:pPr>
        <w:jc w:val="right"/>
      </w:pPr>
      <w:r>
        <w:t>ہماری پچھلی پلاننگ غلط پلاننگ تھی، یہ کہنا پڑے گا۔</w:t>
      </w:r>
    </w:p>
    <w:p>
      <w:r>
        <w:rPr>
          <w:b/>
        </w:rPr>
        <w:t xml:space="preserve">[43:22] </w:t>
      </w:r>
      <w:r>
        <w:t>yani woh planning yeh is addeen adeen al adawa pe base karti thi, jab ke hamein banana hai addeen al naseeha</w:t>
      </w:r>
    </w:p>
    <w:p>
      <w:pPr>
        <w:jc w:val="right"/>
      </w:pPr>
      <w:r>
        <w:t>یعنی وہ پلاننگ یہ اس الدین الدین العداوة پہ بیس کرتی تھی، جبکہ ہمیں بنانا ہے الدین النصیحہ</w:t>
      </w:r>
    </w:p>
    <w:p>
      <w:r>
        <w:rPr>
          <w:b/>
        </w:rPr>
        <w:t xml:space="preserve">[43:29] </w:t>
      </w:r>
      <w:r>
        <w:t>peh planning karni hai apni.</w:t>
      </w:r>
    </w:p>
    <w:p>
      <w:pPr>
        <w:jc w:val="right"/>
      </w:pPr>
      <w:r>
        <w:t>پر پلاننگ کرنی ہے اپنی۔</w:t>
      </w:r>
    </w:p>
    <w:p>
      <w:r>
        <w:rPr>
          <w:b/>
        </w:rPr>
        <w:t xml:space="preserve">[43:35] </w:t>
      </w:r>
      <w:r>
        <w:t>to is waqt sab pehla kaam sari dunya ke musalmanon ke liye kya hai ke woh re assess</w:t>
      </w:r>
    </w:p>
    <w:p>
      <w:pPr>
        <w:jc w:val="right"/>
      </w:pPr>
      <w:r>
        <w:t>تو اس وقت سب پہلا کام ساری دنیا کے مسلمانوں کے لیے کیا ہے کہ وہ ری اسس</w:t>
      </w:r>
    </w:p>
    <w:p>
      <w:r>
        <w:rPr>
          <w:b/>
        </w:rPr>
        <w:t xml:space="preserve">[43:41] </w:t>
      </w:r>
      <w:r>
        <w:t>karen, revise karen,</w:t>
      </w:r>
    </w:p>
    <w:p>
      <w:pPr>
        <w:jc w:val="right"/>
      </w:pPr>
      <w:r>
        <w:t>کریں، ریوائز کریں،</w:t>
      </w:r>
    </w:p>
    <w:p>
      <w:r>
        <w:rPr>
          <w:b/>
        </w:rPr>
        <w:t xml:space="preserve">[43:44] </w:t>
      </w:r>
      <w:r>
        <w:t>replanning karen, phir se apna naqsha amal banaen.</w:t>
      </w:r>
    </w:p>
    <w:p>
      <w:pPr>
        <w:jc w:val="right"/>
      </w:pPr>
      <w:r>
        <w:t>ری پلاننگ کریں، پھر سے اپنا نقشہ عمل بنائیں۔</w:t>
      </w:r>
    </w:p>
    <w:p>
      <w:r>
        <w:rPr>
          <w:b/>
        </w:rPr>
        <w:t xml:space="preserve">[43:50] </w:t>
      </w:r>
      <w:r>
        <w:t>lekin naqsha amal banane ke liye zaruri hai ke maana yeh yeh maana jae ke woh galat tha.</w:t>
      </w:r>
    </w:p>
    <w:p>
      <w:pPr>
        <w:jc w:val="right"/>
      </w:pPr>
      <w:r>
        <w:t>لیکن نقشہ عمل بنانے کے لیے ضروری ہے کہ مانا یہ یہ مانا جائے کہ وہ غلط تھا۔</w:t>
      </w:r>
    </w:p>
    <w:p>
      <w:r>
        <w:rPr>
          <w:b/>
        </w:rPr>
        <w:t xml:space="preserve">[43:56] </w:t>
      </w:r>
      <w:r>
        <w:t>dekhen, sahi o galat ko pehchanne ka amli muamla ek hai, ideological muamla</w:t>
      </w:r>
    </w:p>
    <w:p>
      <w:pPr>
        <w:jc w:val="right"/>
      </w:pPr>
      <w:r>
        <w:t>دیکھیں، صحیح و غلط کو پہچاننے کا عملی معاملہ ایک ہے، ائیڈیالوجیکل معاملہ</w:t>
      </w:r>
    </w:p>
    <w:p>
      <w:r>
        <w:rPr>
          <w:b/>
        </w:rPr>
        <w:t xml:space="preserve">[44:03] </w:t>
      </w:r>
      <w:r>
        <w:t>woh alag muamla hota hai, ideology ya belief system woh alag muamla hota hai.</w:t>
      </w:r>
    </w:p>
    <w:p>
      <w:pPr>
        <w:jc w:val="right"/>
      </w:pPr>
      <w:r>
        <w:t>وہ الگ معاملہ ہوتا ہے، ائیڈیالوجی یا بیلیف سسٹم وہ الگ معاملہ ہوتا ہے۔</w:t>
      </w:r>
    </w:p>
    <w:p>
      <w:r>
        <w:rPr>
          <w:b/>
        </w:rPr>
        <w:t xml:space="preserve">[44:09] </w:t>
      </w:r>
      <w:r>
        <w:t>lekin practical muamla jo hota hai, practical muamla is mein</w:t>
      </w:r>
    </w:p>
    <w:p>
      <w:pPr>
        <w:jc w:val="right"/>
      </w:pPr>
      <w:r>
        <w:t>لیکن پریکٹیکل معاملہ جو ہوتا ہے، پریکٹیکل معاملہ اس میں</w:t>
      </w:r>
    </w:p>
    <w:p>
      <w:r>
        <w:rPr>
          <w:b/>
        </w:rPr>
        <w:t xml:space="preserve">[44:15] </w:t>
      </w:r>
      <w:r>
        <w:t>criterion kya hai? woh sirf ek criterion hai, woh hai result ko dekhna.</w:t>
      </w:r>
    </w:p>
    <w:p>
      <w:pPr>
        <w:jc w:val="right"/>
      </w:pPr>
      <w:r>
        <w:t>کرائٹیرین کیا ہے؟ وہ صرف ایک کرائٹیرین ہے، وہ ہے رزلٹ کو دیکھنا۔</w:t>
      </w:r>
    </w:p>
    <w:p>
      <w:r>
        <w:rPr>
          <w:b/>
        </w:rPr>
        <w:t xml:space="preserve">[44:22] </w:t>
      </w:r>
      <w:r>
        <w:t>result hadith mein aata hai ke mun hasan islam mar turka ala yani</w:t>
      </w:r>
    </w:p>
    <w:p>
      <w:pPr>
        <w:jc w:val="right"/>
      </w:pPr>
      <w:r>
        <w:t>رزلٹ حدیث میں آتا ہے کہ من حسن اسلام مر ترکہ بالا یعنی</w:t>
      </w:r>
    </w:p>
    <w:p>
      <w:r>
        <w:rPr>
          <w:b/>
        </w:rPr>
        <w:t xml:space="preserve">[44:30] </w:t>
      </w:r>
      <w:r>
        <w:t>is ka matlab yeh hua ke agar</w:t>
      </w:r>
    </w:p>
    <w:p>
      <w:pPr>
        <w:jc w:val="right"/>
      </w:pPr>
      <w:r>
        <w:t>اس کا مطلب یہ ہوا کہ اگر</w:t>
      </w:r>
    </w:p>
    <w:p>
      <w:r>
        <w:rPr>
          <w:b/>
        </w:rPr>
        <w:t xml:space="preserve">[44:33] </w:t>
      </w:r>
      <w:r>
        <w:t>result nikle positive result, tab tumhara amal sahi tha.</w:t>
      </w:r>
    </w:p>
    <w:p>
      <w:pPr>
        <w:jc w:val="right"/>
      </w:pPr>
      <w:r>
        <w:t>رزلٹ نکلے پازیٹیو رزلٹ، تب تمہارا عمل صحیح تھا۔</w:t>
      </w:r>
    </w:p>
    <w:p>
      <w:r>
        <w:rPr>
          <w:b/>
        </w:rPr>
        <w:t xml:space="preserve">[44:38] </w:t>
      </w:r>
      <w:r>
        <w:t>agar positive amal na nikle, tumhari planning galat thi.</w:t>
      </w:r>
    </w:p>
    <w:p>
      <w:pPr>
        <w:jc w:val="right"/>
      </w:pPr>
      <w:r>
        <w:t>اگر پازیٹیو عمل نہ نکلے، تمہاری پلاننگ غلط تھی۔</w:t>
      </w:r>
    </w:p>
    <w:p>
      <w:r>
        <w:rPr>
          <w:b/>
        </w:rPr>
        <w:t xml:space="preserve">[44:47] </w:t>
      </w:r>
      <w:r>
        <w:t>mun hasan islam mar turka ala yani</w:t>
      </w:r>
    </w:p>
    <w:p>
      <w:pPr>
        <w:jc w:val="right"/>
      </w:pPr>
      <w:r>
        <w:t>من حسن اسلام مر ترکہ بالا یعنی</w:t>
      </w:r>
    </w:p>
    <w:p>
      <w:r>
        <w:rPr>
          <w:b/>
        </w:rPr>
        <w:t xml:space="preserve">[44:51] </w:t>
      </w:r>
      <w:r>
        <w:t>is ka matlab yahi hai</w:t>
      </w:r>
    </w:p>
    <w:p>
      <w:pPr>
        <w:jc w:val="right"/>
      </w:pPr>
      <w:r>
        <w:t>اس کا مطلب یہی ہے</w:t>
      </w:r>
    </w:p>
    <w:p>
      <w:r>
        <w:rPr>
          <w:b/>
        </w:rPr>
        <w:t xml:space="preserve">[44:55] </w:t>
      </w:r>
      <w:r>
        <w:t>ke tumhara amal jo hai, woh jaancha jaega, woh is ko judge kiya jaega result se.</w:t>
      </w:r>
    </w:p>
    <w:p>
      <w:pPr>
        <w:jc w:val="right"/>
      </w:pPr>
      <w:r>
        <w:t>کہ تمہارا عمل جو ہے، وہ جانچا جائے گا، وہ اس کو جج کیا جائے گا رزلٹ سے۔</w:t>
      </w:r>
    </w:p>
    <w:p>
      <w:r>
        <w:rPr>
          <w:b/>
        </w:rPr>
        <w:t xml:space="preserve">[45:01] </w:t>
      </w:r>
      <w:r>
        <w:t>to tumhari planning result oriented planning honi chahiye.</w:t>
      </w:r>
    </w:p>
    <w:p>
      <w:pPr>
        <w:jc w:val="right"/>
      </w:pPr>
      <w:r>
        <w:t>تو تمہاری پلاننگ رزلٹ اورینٹڈ پلاننگ ہونی چاہیے۔</w:t>
      </w:r>
    </w:p>
    <w:p>
      <w:r>
        <w:rPr>
          <w:b/>
        </w:rPr>
        <w:t xml:space="preserve">[45:07] </w:t>
      </w:r>
      <w:r>
        <w:t>yani right planning wahi hai jo result oriented planning ho, jis planning ka koi koi faida na mile,</w:t>
      </w:r>
    </w:p>
    <w:p>
      <w:pPr>
        <w:jc w:val="right"/>
      </w:pPr>
      <w:r>
        <w:t>یعنی رائٹ پلاننگ وہی ہے جو رزلٹ اورینٹڈ پلاننگ ہو، جس پلاننگ کا کوئی کوئی فائدہ نہ ملے،</w:t>
      </w:r>
    </w:p>
    <w:p>
      <w:r>
        <w:rPr>
          <w:b/>
        </w:rPr>
        <w:t xml:space="preserve">[45:16] </w:t>
      </w:r>
      <w:r>
        <w:t>ulta nuqsan ho jae, hamare nuqsan mein ko badha de.</w:t>
      </w:r>
    </w:p>
    <w:p>
      <w:pPr>
        <w:jc w:val="right"/>
      </w:pPr>
      <w:r>
        <w:t>الٹا نقصان ہو جائے، ہمارے نقصان میں کو بڑھا دے۔</w:t>
      </w:r>
    </w:p>
    <w:p>
      <w:r>
        <w:rPr>
          <w:b/>
        </w:rPr>
        <w:t xml:space="preserve">[45:20] </w:t>
      </w:r>
      <w:r>
        <w:t>woh to aap ko is ko reassess karna hai ya maana hai ke ke hamari planning galat</w:t>
      </w:r>
    </w:p>
    <w:p>
      <w:pPr>
        <w:jc w:val="right"/>
      </w:pPr>
      <w:r>
        <w:t>وہ تو آپ کو اس کو ری اسس کرنا ہے یا ماننا ہے کہ کہ ہماری پلاننگ غلط</w:t>
      </w:r>
    </w:p>
    <w:p>
      <w:r>
        <w:rPr>
          <w:b/>
        </w:rPr>
        <w:t xml:space="preserve">[45:27] </w:t>
      </w:r>
      <w:r>
        <w:t>thi, yeh maana hai.</w:t>
      </w:r>
    </w:p>
    <w:p>
      <w:pPr>
        <w:jc w:val="right"/>
      </w:pPr>
      <w:r>
        <w:t>تھی، یہ ماننا ہے۔</w:t>
      </w:r>
    </w:p>
    <w:p>
      <w:r>
        <w:rPr>
          <w:b/>
        </w:rPr>
        <w:t xml:space="preserve">[45:32] </w:t>
      </w:r>
      <w:r>
        <w:t>to meri dua hai ke Allah taala mujh ko aur aap ko aur tamam musalmanon ko tofeeq de</w:t>
      </w:r>
    </w:p>
    <w:p>
      <w:pPr>
        <w:jc w:val="right"/>
      </w:pPr>
      <w:r>
        <w:t>تو میری دعا ہے کہ اللہ تعالی مجھ کو اور آپ کو اور تمام مسلمانوں کو توفیق دے</w:t>
      </w:r>
    </w:p>
    <w:p>
      <w:r>
        <w:rPr>
          <w:b/>
        </w:rPr>
        <w:t xml:space="preserve">[45:39] </w:t>
      </w:r>
      <w:r>
        <w:t>ke hum reassess karen</w:t>
      </w:r>
    </w:p>
    <w:p>
      <w:pPr>
        <w:jc w:val="right"/>
      </w:pPr>
      <w:r>
        <w:t>کہ ہم ری اسس کریں</w:t>
      </w:r>
    </w:p>
    <w:p>
      <w:r>
        <w:rPr>
          <w:b/>
        </w:rPr>
        <w:t xml:space="preserve">[45:43] </w:t>
      </w:r>
      <w:r>
        <w:t>aur apni ghalti maante hue replanning karen.</w:t>
      </w:r>
    </w:p>
    <w:p>
      <w:pPr>
        <w:jc w:val="right"/>
      </w:pPr>
      <w:r>
        <w:t>اور اپنی غلطی مانتے ہوئے ری پلاننگ کریں۔</w:t>
      </w:r>
    </w:p>
    <w:p>
      <w:r>
        <w:rPr>
          <w:b/>
        </w:rPr>
        <w:t xml:space="preserve">[45:50] </w:t>
      </w:r>
      <w:r>
        <w:t>blame others ka culture chhod kar blame daiseif ka culture ikhtiyar karen</w:t>
      </w:r>
    </w:p>
    <w:p>
      <w:pPr>
        <w:jc w:val="right"/>
      </w:pPr>
      <w:r>
        <w:t>بلیم ادرز کا کلچر چھوڑ کر بلیم دائی سیلف کا کلچر اختیار کریں</w:t>
      </w:r>
    </w:p>
    <w:p>
      <w:r>
        <w:rPr>
          <w:b/>
        </w:rPr>
        <w:t xml:space="preserve">[45:59] </w:t>
      </w:r>
      <w:r>
        <w:t>aur jab hum</w:t>
      </w:r>
    </w:p>
    <w:p>
      <w:pPr>
        <w:jc w:val="right"/>
      </w:pPr>
      <w:r>
        <w:t>اور جب ہم</w:t>
      </w:r>
    </w:p>
    <w:p>
      <w:r>
        <w:rPr>
          <w:b/>
        </w:rPr>
        <w:t xml:space="preserve">[46:01] </w:t>
      </w:r>
      <w:r>
        <w:t>right planning ke sath kaam karenge to</w:t>
      </w:r>
    </w:p>
    <w:p>
      <w:pPr>
        <w:jc w:val="right"/>
      </w:pPr>
      <w:r>
        <w:t>رائٹ پلاننگ کے ساتھ کام کریں گے تو</w:t>
      </w:r>
    </w:p>
    <w:p>
      <w:r>
        <w:rPr>
          <w:b/>
        </w:rPr>
        <w:t xml:space="preserve">[46:05] </w:t>
      </w:r>
      <w:r>
        <w:t>Allah taala ka wada hai ke hamari kamyabi hogi antum alawloon in kuntum momineen</w:t>
      </w:r>
    </w:p>
    <w:p>
      <w:pPr>
        <w:jc w:val="right"/>
      </w:pPr>
      <w:r>
        <w:t>اللہ تعالی کا وعدہ ہے کہ ہماری کامیابی ہوگی انتم الاولون ان کنتم مومنین</w:t>
      </w:r>
    </w:p>
    <w:p>
      <w:r>
        <w:rPr>
          <w:b/>
        </w:rPr>
        <w:t xml:space="preserve">[46:13] </w:t>
      </w:r>
      <w:r>
        <w:t>an kuntum antum al-awwaloon an kuntum mani yahi hai.</w:t>
      </w:r>
    </w:p>
    <w:p>
      <w:pPr>
        <w:jc w:val="right"/>
      </w:pPr>
      <w:r>
        <w:t>ان کنتم انتم الاولون ان کنتم معنی یہی ہے۔</w:t>
      </w:r>
    </w:p>
    <w:p>
      <w:r>
        <w:rPr>
          <w:b/>
        </w:rPr>
        <w:t xml:space="preserve">[46:18] </w:t>
      </w:r>
      <w:r>
        <w:t>an jo hai, shart ka harf-e-shart hai to an kyon aaya? agar kyon aaya?</w:t>
      </w:r>
    </w:p>
    <w:p>
      <w:pPr>
        <w:jc w:val="right"/>
      </w:pPr>
      <w:r>
        <w:t>ان جو ہے، شرط کا حرف شرط ہے تو ان کیوں آیا؟ اگر کیوں آیا؟</w:t>
      </w:r>
    </w:p>
    <w:p>
      <w:r>
        <w:rPr>
          <w:b/>
        </w:rPr>
        <w:t xml:space="preserve">[46:27] </w:t>
      </w:r>
      <w:r>
        <w:t>antum al-awwaloon an kuntum momineen is ka mani hai ke agar tumhari planning right planning hui, tab warna</w:t>
      </w:r>
    </w:p>
    <w:p>
      <w:pPr>
        <w:jc w:val="right"/>
      </w:pPr>
      <w:r>
        <w:t>انتم الاولون ان کنتم مومنین اس کا معنی ہے کہ اگر تمہاری پلاننگ رائٹ پلاننگ ہوئی، تب ورنہ</w:t>
      </w:r>
    </w:p>
    <w:p>
      <w:r>
        <w:rPr>
          <w:b/>
        </w:rPr>
        <w:t xml:space="preserve">[46:34] </w:t>
      </w:r>
      <w:r>
        <w:t>nahin. to Allah taala mujh ko aur aap ko</w:t>
      </w:r>
    </w:p>
    <w:p>
      <w:pPr>
        <w:jc w:val="right"/>
      </w:pPr>
      <w:r>
        <w:t>نہیں۔ تو اللہ تعالی مجھ کو اور آپ کو</w:t>
      </w:r>
    </w:p>
    <w:p>
      <w:r>
        <w:rPr>
          <w:b/>
        </w:rPr>
        <w:t xml:space="preserve">[46:40] </w:t>
      </w:r>
      <w:r>
        <w:t>apni rehmaton ke saaye mein le aur dunya aur aakhirat mein hamein apni madad se nawaze.</w:t>
      </w:r>
    </w:p>
    <w:p>
      <w:pPr>
        <w:jc w:val="right"/>
      </w:pPr>
      <w:r>
        <w:t>اپنی رحمتوں کے سائے میں لے اور دنیا اور آخرت میں ہمیں اپنی مدد سے نوازے۔</w:t>
      </w:r>
    </w:p>
    <w:p>
      <w:r>
        <w:rPr>
          <w:b/>
        </w:rPr>
        <w:t xml:space="preserve">[46:48] </w:t>
      </w:r>
      <w:r>
        <w:t>assalam o alaikum wa rehmatullah</w:t>
      </w:r>
    </w:p>
    <w:p>
      <w:pPr>
        <w:jc w:val="right"/>
      </w:pPr>
      <w:r>
        <w:t>السلام علیکم ورحمۃ اللہ</w:t>
      </w:r>
    </w:p>
    <w:p>
      <w:r>
        <w:rPr>
          <w:b/>
        </w:rPr>
        <w:t xml:space="preserve">[46:50] </w:t>
      </w:r>
      <w:r>
        <w:t>Okay, so we would be starting with the question-answer session. All the online viewers are requested to send their questions on info@cpsglobal.org.</w:t>
      </w:r>
    </w:p>
    <w:p>
      <w:pPr>
        <w:jc w:val="right"/>
      </w:pPr>
      <w:r>
        <w:t>Okay, so we would be starting with the question-answer session. All the online viewers are requested to send their questions on info@cpsglobal.org.</w:t>
      </w:r>
    </w:p>
    <w:p>
      <w:r>
        <w:rPr>
          <w:b/>
        </w:rPr>
        <w:t xml:space="preserve">[47:02] </w:t>
      </w:r>
      <w:r>
        <w:t>So, as Maulana Sahab mentioned, you know, at the start of the talk, that there is a large</w:t>
      </w:r>
    </w:p>
    <w:p>
      <w:pPr>
        <w:jc w:val="right"/>
      </w:pPr>
      <w:r>
        <w:t>So, as Maulana Sahab mentioned, you know, at the start of the talk, that there is a large</w:t>
      </w:r>
    </w:p>
    <w:p>
      <w:r>
        <w:rPr>
          <w:b/>
        </w:rPr>
        <w:t xml:space="preserve">[47:08] </w:t>
      </w:r>
      <w:r>
        <w:t>number of people who've gathered in Lahore today to witness this screening of Maulana's talk.</w:t>
      </w:r>
    </w:p>
    <w:p>
      <w:pPr>
        <w:jc w:val="right"/>
      </w:pPr>
      <w:r>
        <w:t>number of people who've gathered in Lahore today to witness this screening of Maulana's talk.</w:t>
      </w:r>
    </w:p>
    <w:p>
      <w:r>
        <w:rPr>
          <w:b/>
        </w:rPr>
        <w:t xml:space="preserve">[47:15] </w:t>
      </w:r>
      <w:r>
        <w:t>So, we would like to also share a very big development with all the online viewers and everyone</w:t>
      </w:r>
    </w:p>
    <w:p>
      <w:pPr>
        <w:jc w:val="right"/>
      </w:pPr>
      <w:r>
        <w:t>So, we would like to also share a very big development with all the online viewers and everyone</w:t>
      </w:r>
    </w:p>
    <w:p>
      <w:r>
        <w:rPr>
          <w:b/>
        </w:rPr>
        <w:t xml:space="preserve">[47:21] </w:t>
      </w:r>
      <w:r>
        <w:t>who are watching this program and will watch it later, that</w:t>
      </w:r>
    </w:p>
    <w:p>
      <w:pPr>
        <w:jc w:val="right"/>
      </w:pPr>
      <w:r>
        <w:t>who are watching this program and will watch it later, that</w:t>
      </w:r>
    </w:p>
    <w:p>
      <w:r>
        <w:rPr>
          <w:b/>
        </w:rPr>
        <w:t xml:space="preserve">[47:26] </w:t>
      </w:r>
      <w:r>
        <w:t>the CPS chapter would also be inaugurated today in Lahore, and Brother Nadir Shah has dedicated</w:t>
      </w:r>
    </w:p>
    <w:p>
      <w:pPr>
        <w:jc w:val="right"/>
      </w:pPr>
      <w:r>
        <w:t>the CPS chapter would also be inaugurated today in Lahore, and Brother Nadir Shah has dedicated</w:t>
      </w:r>
    </w:p>
    <w:p>
      <w:r>
        <w:rPr>
          <w:b/>
        </w:rPr>
        <w:t xml:space="preserve">[47:36] </w:t>
      </w:r>
      <w:r>
        <w:t>his building for the inauguration of the CPS chapter.</w:t>
      </w:r>
    </w:p>
    <w:p>
      <w:pPr>
        <w:jc w:val="right"/>
      </w:pPr>
      <w:r>
        <w:t>his building for the inauguration of the CPS chapter.</w:t>
      </w:r>
    </w:p>
    <w:p>
      <w:r>
        <w:rPr>
          <w:b/>
        </w:rPr>
        <w:t xml:space="preserve">[47:40] </w:t>
      </w:r>
      <w:r>
        <w:t>So, I would request Maulana Sahab to make a special dua for Brother Nadir Shah.</w:t>
      </w:r>
    </w:p>
    <w:p>
      <w:pPr>
        <w:jc w:val="right"/>
      </w:pPr>
      <w:r>
        <w:t>So, I would request Maulana Sahab to make a special dua for Brother Nadir Shah.</w:t>
      </w:r>
    </w:p>
    <w:p>
      <w:r>
        <w:rPr>
          <w:b/>
        </w:rPr>
        <w:t xml:space="preserve">[47:46] </w:t>
      </w:r>
      <w:r>
        <w:t>mein Brother Nadir Shah ke liye</w:t>
      </w:r>
    </w:p>
    <w:p>
      <w:pPr>
        <w:jc w:val="right"/>
      </w:pPr>
      <w:r>
        <w:t>میں Brother Nadir Shah کے لیے</w:t>
      </w:r>
    </w:p>
    <w:p>
      <w:r>
        <w:rPr>
          <w:b/>
        </w:rPr>
        <w:t xml:space="preserve">[47:50] </w:t>
      </w:r>
      <w:r>
        <w:t>dua karta hoon.</w:t>
      </w:r>
    </w:p>
    <w:p>
      <w:pPr>
        <w:jc w:val="right"/>
      </w:pPr>
      <w:r>
        <w:t>دعا کرتا ہوں۔</w:t>
      </w:r>
    </w:p>
    <w:p>
      <w:r>
        <w:rPr>
          <w:b/>
        </w:rPr>
        <w:t xml:space="preserve">[47:53] </w:t>
      </w:r>
      <w:r>
        <w:t>Brother Nadir Shah ne bilashuba</w:t>
      </w:r>
    </w:p>
    <w:p>
      <w:pPr>
        <w:jc w:val="right"/>
      </w:pPr>
      <w:r>
        <w:t>Brother Nadir Shah نے بلاشبہ</w:t>
      </w:r>
    </w:p>
    <w:p>
      <w:r>
        <w:rPr>
          <w:b/>
        </w:rPr>
        <w:t xml:space="preserve">[47:56] </w:t>
      </w:r>
      <w:r>
        <w:t>bohat bara kaam kiya.</w:t>
      </w:r>
    </w:p>
    <w:p>
      <w:pPr>
        <w:jc w:val="right"/>
      </w:pPr>
      <w:r>
        <w:t>بہت بڑا کام کیا۔</w:t>
      </w:r>
    </w:p>
    <w:p>
      <w:r>
        <w:rPr>
          <w:b/>
        </w:rPr>
        <w:t xml:space="preserve">[47:58] </w:t>
      </w:r>
      <w:r>
        <w:t>meri un se kabhi mulaqat nahin hui.</w:t>
      </w:r>
    </w:p>
    <w:p>
      <w:pPr>
        <w:jc w:val="right"/>
      </w:pPr>
      <w:r>
        <w:t>میری ان سے کبھی ملاقات نہیں ہوئی۔</w:t>
      </w:r>
    </w:p>
    <w:p>
      <w:r>
        <w:rPr>
          <w:b/>
        </w:rPr>
        <w:t xml:space="preserve">[48:01] </w:t>
      </w:r>
      <w:r>
        <w:t>aaj se pehle un ka naam mein nahin jaanta tha, is liye woh jo kaam kiya hai, unhon</w:t>
      </w:r>
    </w:p>
    <w:p>
      <w:pPr>
        <w:jc w:val="right"/>
      </w:pPr>
      <w:r>
        <w:t>آج سے پہلے ان کا نام میں نہیں جانتا تھا، اس لیے وہ جو کام کیا ہے، انہوں</w:t>
      </w:r>
    </w:p>
    <w:p>
      <w:r>
        <w:rPr>
          <w:b/>
        </w:rPr>
        <w:t xml:space="preserve">[48:07] </w:t>
      </w:r>
      <w:r>
        <w:t>ne woh sirf Allah ke liye kiya hai, sirf Allah ke liye.</w:t>
      </w:r>
    </w:p>
    <w:p>
      <w:pPr>
        <w:jc w:val="right"/>
      </w:pPr>
      <w:r>
        <w:t>نے وہ صرف اللہ کے لیے کیا ہے، صرف اللہ کے لیے۔</w:t>
      </w:r>
    </w:p>
    <w:p>
      <w:r>
        <w:rPr>
          <w:b/>
        </w:rPr>
        <w:t xml:space="preserve">[48:13] </w:t>
      </w:r>
      <w:r>
        <w:t>yeh waqea hai ke aaj se pehle mein un ka naam nahin jaanta tha,</w:t>
      </w:r>
    </w:p>
    <w:p>
      <w:pPr>
        <w:jc w:val="right"/>
      </w:pPr>
      <w:r>
        <w:t>یہ واقعہ ہے کہ آج سے پہلے میں ان کا نام نہیں جانتا تھا،</w:t>
      </w:r>
    </w:p>
    <w:p>
      <w:r>
        <w:rPr>
          <w:b/>
        </w:rPr>
        <w:t xml:space="preserve">[48:17] </w:t>
      </w:r>
      <w:r>
        <w:t>lekin ghaur kijiye ke ek insaan jo doosre mulk mein hai, woh is mission ke liye apne aap</w:t>
      </w:r>
    </w:p>
    <w:p>
      <w:pPr>
        <w:jc w:val="right"/>
      </w:pPr>
      <w:r>
        <w:t>لیکن غور کیجیے کہ ایک انسان جو دوسرے ملک میں ہے، وہ اس مشن کے لیے اپنے آپ</w:t>
      </w:r>
    </w:p>
    <w:p>
      <w:r>
        <w:rPr>
          <w:b/>
        </w:rPr>
        <w:t xml:space="preserve">[48:24] </w:t>
      </w:r>
      <w:r>
        <w:t>ko dedicate karta hai.</w:t>
      </w:r>
    </w:p>
    <w:p>
      <w:pPr>
        <w:jc w:val="right"/>
      </w:pPr>
      <w:r>
        <w:t>کو ڈیڈیکیٹ کرتا ہے۔</w:t>
      </w:r>
    </w:p>
    <w:p>
      <w:r>
        <w:rPr>
          <w:b/>
        </w:rPr>
        <w:t xml:space="preserve">[48:29] </w:t>
      </w:r>
      <w:r>
        <w:t>to meri dua hai ke Allah taala un ke is is amal ko qabool farmaye</w:t>
      </w:r>
    </w:p>
    <w:p>
      <w:pPr>
        <w:jc w:val="right"/>
      </w:pPr>
      <w:r>
        <w:t>تو میری دعا ہے کہ اللہ تعالی ان کے اس اس عمل کو قبول فرمائے</w:t>
      </w:r>
    </w:p>
    <w:p>
      <w:r>
        <w:rPr>
          <w:b/>
        </w:rPr>
        <w:t xml:space="preserve">[48:36] </w:t>
      </w:r>
      <w:r>
        <w:t>aur un ke is amal ko</w:t>
      </w:r>
    </w:p>
    <w:p>
      <w:pPr>
        <w:jc w:val="right"/>
      </w:pPr>
      <w:r>
        <w:t>اور ان کے اس عمل کو</w:t>
      </w:r>
    </w:p>
    <w:p>
      <w:r>
        <w:rPr>
          <w:b/>
        </w:rPr>
        <w:t xml:space="preserve">[48:42] </w:t>
      </w:r>
      <w:r>
        <w:t>nah sirf pakistan mein balkeh poori dunya mein aik naye aaghaz ka, aik nai shuruaat ka aaghaz bana</w:t>
      </w:r>
    </w:p>
    <w:p>
      <w:pPr>
        <w:jc w:val="right"/>
      </w:pPr>
      <w:r>
        <w:t>نہ صرف پاکستان میں بلکہ پوری دنیا میں ایک نئے آغاز کا، ایک نئی شروعات کا آغاز بنا</w:t>
      </w:r>
    </w:p>
    <w:p>
      <w:r>
        <w:rPr>
          <w:b/>
        </w:rPr>
        <w:t xml:space="preserve">[48:51] </w:t>
      </w:r>
      <w:r>
        <w:t>de. Allah ta'ala Brother Nadir Shah sahib ko aur un ke sab saathi'on ko</w:t>
      </w:r>
    </w:p>
    <w:p>
      <w:pPr>
        <w:jc w:val="right"/>
      </w:pPr>
      <w:r>
        <w:t>دے۔ اللہ تعالی Brother Nadir Shah صاحب کو اور ان کے سب ساتھیوں کو</w:t>
      </w:r>
    </w:p>
    <w:p>
      <w:r>
        <w:rPr>
          <w:b/>
        </w:rPr>
        <w:t xml:space="preserve">[48:59] </w:t>
      </w:r>
      <w:r>
        <w:t>apni rehmat se nawazay.</w:t>
      </w:r>
    </w:p>
    <w:p>
      <w:pPr>
        <w:jc w:val="right"/>
      </w:pPr>
      <w:r>
        <w:t>اپنی رحمت سے نوازے۔</w:t>
      </w:r>
    </w:p>
    <w:p>
      <w:r>
        <w:rPr>
          <w:b/>
        </w:rPr>
        <w:t xml:space="preserve">[49:01] </w:t>
      </w:r>
      <w:r>
        <w:t>Uh, also Maulana, I would like to mention that there are senior members in Pakistan who are committed</w:t>
      </w:r>
    </w:p>
    <w:p>
      <w:pPr>
        <w:jc w:val="right"/>
      </w:pPr>
      <w:r>
        <w:t>Uh, also Maulana, I would like to mention that there are senior members in Pakistan who are committed</w:t>
      </w:r>
    </w:p>
    <w:p>
      <w:r>
        <w:rPr>
          <w:b/>
        </w:rPr>
        <w:t xml:space="preserve">[49:07] </w:t>
      </w:r>
      <w:r>
        <w:t>to the Al-Risala mission, and they are working with full commitment</w:t>
      </w:r>
    </w:p>
    <w:p>
      <w:pPr>
        <w:jc w:val="right"/>
      </w:pPr>
      <w:r>
        <w:t>to the Al-Risala mission, and they are working with full commitment</w:t>
      </w:r>
    </w:p>
    <w:p>
      <w:r>
        <w:rPr>
          <w:b/>
        </w:rPr>
        <w:t xml:space="preserve">[49:12] </w:t>
      </w:r>
      <w:r>
        <w:t>, and they are also doing networking to increase and spread of the literature in Pakistan.</w:t>
      </w:r>
    </w:p>
    <w:p>
      <w:pPr>
        <w:jc w:val="right"/>
      </w:pPr>
      <w:r>
        <w:t>, and they are also doing networking to increase and spread of the literature in Pakistan.</w:t>
      </w:r>
    </w:p>
    <w:p>
      <w:r>
        <w:rPr>
          <w:b/>
        </w:rPr>
        <w:t xml:space="preserve">[49:18] </w:t>
      </w:r>
      <w:r>
        <w:t>And they are, I would like to name some of the strong representatives there: Tariq Badr Sahab, Abdul</w:t>
      </w:r>
    </w:p>
    <w:p>
      <w:pPr>
        <w:jc w:val="right"/>
      </w:pPr>
      <w:r>
        <w:t>And they are, I would like to name some of the strong representatives there: Tariq Badr Sahab, Abdul</w:t>
      </w:r>
    </w:p>
    <w:p>
      <w:r>
        <w:rPr>
          <w:b/>
        </w:rPr>
        <w:t xml:space="preserve">[49:24] </w:t>
      </w:r>
      <w:r>
        <w:t>Latif Sahab, Nadir Shah Sahab, Saifullah Sahab, Mrs.</w:t>
      </w:r>
    </w:p>
    <w:p>
      <w:pPr>
        <w:jc w:val="right"/>
      </w:pPr>
      <w:r>
        <w:t>Latif Sahab, Nadir Shah Sahab, Saifullah Sahab, Mrs.</w:t>
      </w:r>
    </w:p>
    <w:p>
      <w:r>
        <w:rPr>
          <w:b/>
        </w:rPr>
        <w:t xml:space="preserve">[49:28] </w:t>
      </w:r>
      <w:r>
        <w:t>Akhtar, and Ms.</w:t>
      </w:r>
    </w:p>
    <w:p>
      <w:pPr>
        <w:jc w:val="right"/>
      </w:pPr>
      <w:r>
        <w:t>Akhtar, and Ms.</w:t>
      </w:r>
    </w:p>
    <w:p>
      <w:r>
        <w:rPr>
          <w:b/>
        </w:rPr>
        <w:t xml:space="preserve">[49:29] </w:t>
      </w:r>
      <w:r>
        <w:t>Salma. So, all the people who are watching this program in Pakistan or would watch it later, they</w:t>
      </w:r>
    </w:p>
    <w:p>
      <w:pPr>
        <w:jc w:val="right"/>
      </w:pPr>
      <w:r>
        <w:t>Salma. So, all the people who are watching this program in Pakistan or would watch it later, they</w:t>
      </w:r>
    </w:p>
    <w:p>
      <w:r>
        <w:rPr>
          <w:b/>
        </w:rPr>
        <w:t xml:space="preserve">[49:36] </w:t>
      </w:r>
      <w:r>
        <w:t>can connect with them locally.</w:t>
      </w:r>
    </w:p>
    <w:p>
      <w:pPr>
        <w:jc w:val="right"/>
      </w:pPr>
      <w:r>
        <w:t>can connect with them locally.</w:t>
      </w:r>
    </w:p>
    <w:p>
      <w:r>
        <w:rPr>
          <w:b/>
        </w:rPr>
        <w:t xml:space="preserve">[49:39] </w:t>
      </w:r>
      <w:r>
        <w:t>You can send your contact on info@cpsglobal.org,</w:t>
      </w:r>
    </w:p>
    <w:p>
      <w:pPr>
        <w:jc w:val="right"/>
      </w:pPr>
      <w:r>
        <w:t>You can send your contact on info@cpsglobal.org,</w:t>
      </w:r>
    </w:p>
    <w:p>
      <w:r>
        <w:rPr>
          <w:b/>
        </w:rPr>
        <w:t xml:space="preserve">[49:45] </w:t>
      </w:r>
      <w:r>
        <w:t>and we will connect you locally with the Pakistan team.</w:t>
      </w:r>
    </w:p>
    <w:p>
      <w:pPr>
        <w:jc w:val="right"/>
      </w:pPr>
      <w:r>
        <w:t>and we will connect you locally with the Pakistan team.</w:t>
      </w:r>
    </w:p>
    <w:p>
      <w:r>
        <w:rPr>
          <w:b/>
        </w:rPr>
        <w:t xml:space="preserve">[49:49] </w:t>
      </w:r>
      <w:r>
        <w:t>main Maulana Sahab se kehna chahunga ke Pakistan awam ke liye agar aap koi message dena chahein, iske</w:t>
      </w:r>
    </w:p>
    <w:p>
      <w:pPr>
        <w:jc w:val="right"/>
      </w:pPr>
      <w:r>
        <w:t>मैं Maulana Sahab से कहना चाहूंगा कि पाकिस्तान आवाम के लिए अगर आप कोई मैसेज देना चाहें, इसके</w:t>
      </w:r>
    </w:p>
    <w:p>
      <w:r>
        <w:rPr>
          <w:b/>
        </w:rPr>
        <w:t xml:space="preserve">[49:57] </w:t>
      </w:r>
      <w:r>
        <w:t>iske iske lihaaz se.</w:t>
      </w:r>
    </w:p>
    <w:p>
      <w:pPr>
        <w:jc w:val="right"/>
      </w:pPr>
      <w:r>
        <w:t>इसके इसके लिहाज से।</w:t>
      </w:r>
    </w:p>
    <w:p>
      <w:r>
        <w:rPr>
          <w:b/>
        </w:rPr>
        <w:t xml:space="preserve">[50:01] </w:t>
      </w:r>
      <w:r>
        <w:t>main abhi sab se pehle to main in sab saathi'on ke liye dua karta hoon</w:t>
      </w:r>
    </w:p>
    <w:p>
      <w:pPr>
        <w:jc w:val="right"/>
      </w:pPr>
      <w:r>
        <w:t>میں ابھی سب سے پہلے تو میں ان سب ساتھیوں کے لیے دعا کرتا ہوں</w:t>
      </w:r>
    </w:p>
    <w:p>
      <w:r>
        <w:rPr>
          <w:b/>
        </w:rPr>
        <w:t xml:space="preserve">[50:07] </w:t>
      </w:r>
      <w:r>
        <w:t>jo wahan is mission ke liye kaam kar rahe hain jin</w:t>
      </w:r>
    </w:p>
    <w:p>
      <w:pPr>
        <w:jc w:val="right"/>
      </w:pPr>
      <w:r>
        <w:t>جو وہاں اس مشن کے لیے کام کر رہے ہیں جن</w:t>
      </w:r>
    </w:p>
    <w:p>
      <w:r>
        <w:rPr>
          <w:b/>
        </w:rPr>
        <w:t xml:space="preserve">[50:13] </w:t>
      </w:r>
      <w:r>
        <w:t>ka naam liya aap ne, aur doosre jo log is mission mein jure hue hain, un sab ke</w:t>
      </w:r>
    </w:p>
    <w:p>
      <w:pPr>
        <w:jc w:val="right"/>
      </w:pPr>
      <w:r>
        <w:t>کا نام لیا آپ نے، اور دوسرے جو لوگ اس مشن میں جڑے ہوئے ہیں، ان سب کے</w:t>
      </w:r>
    </w:p>
    <w:p>
      <w:r>
        <w:rPr>
          <w:b/>
        </w:rPr>
        <w:t xml:space="preserve">[50:18] </w:t>
      </w:r>
      <w:r>
        <w:t>liye main dua karta hoon.</w:t>
      </w:r>
    </w:p>
    <w:p>
      <w:pPr>
        <w:jc w:val="right"/>
      </w:pPr>
      <w:r>
        <w:t>لیے میں دعا کرتا ہوں۔</w:t>
      </w:r>
    </w:p>
    <w:p>
      <w:r>
        <w:rPr>
          <w:b/>
        </w:rPr>
        <w:t xml:space="preserve">[50:26] </w:t>
      </w:r>
      <w:r>
        <w:t>Allah ta'ala un ko</w:t>
      </w:r>
    </w:p>
    <w:p>
      <w:pPr>
        <w:jc w:val="right"/>
      </w:pPr>
      <w:r>
        <w:t>اللہ تعالی ان کو</w:t>
      </w:r>
    </w:p>
    <w:p>
      <w:r>
        <w:rPr>
          <w:b/>
        </w:rPr>
        <w:t xml:space="preserve">[50:30] </w:t>
      </w:r>
      <w:r>
        <w:t>dunya mein bhi kamyabi ata farmaye aur aakhirat mein un ko un sab ko jannat naseeb farmaye.</w:t>
      </w:r>
    </w:p>
    <w:p>
      <w:pPr>
        <w:jc w:val="right"/>
      </w:pPr>
      <w:r>
        <w:t>دنیا میں بھی کامیابی عطا فرمائے اور آخرت میں ان کو ان سب کو جنت نصیب فرمائے۔</w:t>
      </w:r>
    </w:p>
    <w:p>
      <w:r>
        <w:rPr>
          <w:b/>
        </w:rPr>
        <w:t xml:space="preserve">[50:41] </w:t>
      </w:r>
      <w:r>
        <w:t>Pakistan ka jab zikr aata hai to mujhe yaad aata hai</w:t>
      </w:r>
    </w:p>
    <w:p>
      <w:pPr>
        <w:jc w:val="right"/>
      </w:pPr>
      <w:r>
        <w:t>پاکستان کا جب ذکر آتا ہے تو مجھے یاد آتا ہے</w:t>
      </w:r>
    </w:p>
    <w:p>
      <w:r>
        <w:rPr>
          <w:b/>
        </w:rPr>
        <w:t xml:space="preserve">[50:46] </w:t>
      </w:r>
      <w:r>
        <w:t>Professor Smith ki kitaab</w:t>
      </w:r>
    </w:p>
    <w:p>
      <w:pPr>
        <w:jc w:val="right"/>
      </w:pPr>
      <w:r>
        <w:t>پروفیسر اسمتھ کی کتاب</w:t>
      </w:r>
    </w:p>
    <w:p>
      <w:r>
        <w:rPr>
          <w:b/>
        </w:rPr>
        <w:t xml:space="preserve">[50:49] </w:t>
      </w:r>
      <w:r>
        <w:t>"Islam in the Modern Age".</w:t>
      </w:r>
    </w:p>
    <w:p>
      <w:pPr>
        <w:jc w:val="right"/>
      </w:pPr>
      <w:r>
        <w:t>"اسلام ان دا ماڈرن ایج"۔</w:t>
      </w:r>
    </w:p>
    <w:p>
      <w:r>
        <w:rPr>
          <w:b/>
        </w:rPr>
        <w:t xml:space="preserve">[50:52] </w:t>
      </w:r>
      <w:r>
        <w:t>is kitaab mein unhon ne Pakistan ko alamat qarar diya hai Islamic Revolution ka.</w:t>
      </w:r>
    </w:p>
    <w:p>
      <w:pPr>
        <w:jc w:val="right"/>
      </w:pPr>
      <w:r>
        <w:t>اس کتاب میں انہوں نے پاکستان کو علامت قرار دیا ہے اسلامک ریولوشن کا۔</w:t>
      </w:r>
    </w:p>
    <w:p>
      <w:r>
        <w:rPr>
          <w:b/>
        </w:rPr>
        <w:t xml:space="preserve">[51:02] </w:t>
      </w:r>
      <w:r>
        <w:t>professor smith ko aap sab log jantay hain, un ki kitab bhi bohat mashhoor hai "islam in da</w:t>
      </w:r>
    </w:p>
    <w:p>
      <w:pPr>
        <w:jc w:val="right"/>
      </w:pPr>
      <w:r>
        <w:t>پروفیسر اسمتھ کو آپ سب لوگ جانتے ہیں، ان کی کتاب بھی بہت مشہور ہے "اسلام ان دا</w:t>
      </w:r>
    </w:p>
    <w:p>
      <w:r>
        <w:rPr>
          <w:b/>
        </w:rPr>
        <w:t xml:space="preserve">[51:07] </w:t>
      </w:r>
      <w:r>
        <w:t>modern age". to pakistan ka aik bara darja hai na sirf musalmanon ke darmiyan balkay doosron ke darmiyan</w:t>
      </w:r>
    </w:p>
    <w:p>
      <w:pPr>
        <w:jc w:val="right"/>
      </w:pPr>
      <w:r>
        <w:t>ماڈرن ایج"۔ تو پاکستان کا ایک بڑا درجہ ہے نہ صرف مسلمانوں کے درمیان بلکہ دوسروں کے درمیان</w:t>
      </w:r>
    </w:p>
    <w:p>
      <w:r>
        <w:rPr>
          <w:b/>
        </w:rPr>
        <w:t xml:space="preserve">[51:15] </w:t>
      </w:r>
      <w:r>
        <w:t>bhi ke woh islamic revolution ki alamat bana hua hai logon ke liye.</w:t>
      </w:r>
    </w:p>
    <w:p>
      <w:pPr>
        <w:jc w:val="right"/>
      </w:pPr>
      <w:r>
        <w:t>بھی کہ وہ اسلامک ریولوشن کی علامت بنا ہوا ہے لوگوں کے لیے۔</w:t>
      </w:r>
    </w:p>
    <w:p>
      <w:r>
        <w:rPr>
          <w:b/>
        </w:rPr>
        <w:t xml:space="preserve">[51:22] </w:t>
      </w:r>
      <w:r>
        <w:t>to meri dua hai ke Allah taala</w:t>
      </w:r>
    </w:p>
    <w:p>
      <w:pPr>
        <w:jc w:val="right"/>
      </w:pPr>
      <w:r>
        <w:t>تو میری دعا ہے کہ اللہ تعالی</w:t>
      </w:r>
    </w:p>
    <w:p>
      <w:r>
        <w:rPr>
          <w:b/>
        </w:rPr>
        <w:t xml:space="preserve">[51:26] </w:t>
      </w:r>
      <w:r>
        <w:t>pakistan se islam ki almi dawat uthaye,</w:t>
      </w:r>
    </w:p>
    <w:p>
      <w:pPr>
        <w:jc w:val="right"/>
      </w:pPr>
      <w:r>
        <w:t>پاکستان سے اسلام کی عالمی دعوت اٹھائے،</w:t>
      </w:r>
    </w:p>
    <w:p>
      <w:r>
        <w:rPr>
          <w:b/>
        </w:rPr>
        <w:t xml:space="preserve">[51:32] </w:t>
      </w:r>
      <w:r>
        <w:t>pakistan se islam ki almi paigham sari dunya mein pohanchaye.</w:t>
      </w:r>
    </w:p>
    <w:p>
      <w:pPr>
        <w:jc w:val="right"/>
      </w:pPr>
      <w:r>
        <w:t>پاکستان سے اسلام کی عالمی پیغام ساری دنیا میں پہنچائے۔</w:t>
      </w:r>
    </w:p>
    <w:p>
      <w:r>
        <w:rPr>
          <w:b/>
        </w:rPr>
        <w:t xml:space="preserve">[51:40] </w:t>
      </w:r>
      <w:r>
        <w:t>pakistaniyon ko Allah taala qabool farmaye is ke liye ke jis quran ko Allah taala ne utara tha</w:t>
      </w:r>
    </w:p>
    <w:p>
      <w:pPr>
        <w:jc w:val="right"/>
      </w:pPr>
      <w:r>
        <w:t>پاکستانیوں کو اللہ تعالی قبول فرمائے اس کے لیے کہ جس قرآن کو اللہ تعالی نے اتارا تھا</w:t>
      </w:r>
    </w:p>
    <w:p>
      <w:r>
        <w:rPr>
          <w:b/>
        </w:rPr>
        <w:t xml:space="preserve">[51:46] </w:t>
      </w:r>
      <w:r>
        <w:t>sare alam ke liye, woh waqatan panch saal alam tak pohanchay.</w:t>
      </w:r>
    </w:p>
    <w:p>
      <w:pPr>
        <w:jc w:val="right"/>
      </w:pPr>
      <w:r>
        <w:t>سارے عالم کے لیے، وہ واقعتا پانچ سال عالم تک پہنچے۔</w:t>
      </w:r>
    </w:p>
    <w:p>
      <w:r>
        <w:rPr>
          <w:b/>
        </w:rPr>
        <w:t xml:space="preserve">[51:51] </w:t>
      </w:r>
      <w:r>
        <w:t>is ke liye Allah taala qabool farmaye hamaray sab sathiyon ko aur sare pakistaniyon ko.</w:t>
      </w:r>
    </w:p>
    <w:p>
      <w:pPr>
        <w:jc w:val="right"/>
      </w:pPr>
      <w:r>
        <w:t>اس کے لیے اللہ تعالی قبول فرمائے ہمارے سب ساتھیوں کو اور سارے پاکستانیوں کو۔</w:t>
      </w:r>
    </w:p>
    <w:p>
      <w:r>
        <w:rPr>
          <w:b/>
        </w:rPr>
        <w:t xml:space="preserve">[51:57] </w:t>
      </w:r>
      <w:r>
        <w:t>isi ke liye mein dua karta hoon, Allah taala meri dua qabool farmaye.</w:t>
      </w:r>
    </w:p>
    <w:p>
      <w:pPr>
        <w:jc w:val="right"/>
      </w:pPr>
      <w:r>
        <w:t>اسی کے لیے میں دعا کرتا ہوں، اللہ تعالی میری دعا قبول فرمائے۔</w:t>
      </w:r>
    </w:p>
    <w:p>
      <w:r>
        <w:rPr>
          <w:b/>
        </w:rPr>
        <w:t xml:space="preserve">[52:05] </w:t>
      </w:r>
      <w:r>
        <w:t>Maulana, ab sawal lena chahenge jo kafi sawal aaj pakistan se aa rahe hain aur jo program</w:t>
      </w:r>
    </w:p>
    <w:p>
      <w:pPr>
        <w:jc w:val="right"/>
      </w:pPr>
      <w:r>
        <w:t>Maulana، اب سوال لینا چاہیں گے جو کافی سوال آج پاکستان سے آ رہے ہیں اور جو پروگرام</w:t>
      </w:r>
    </w:p>
    <w:p>
      <w:r>
        <w:rPr>
          <w:b/>
        </w:rPr>
        <w:t xml:space="preserve">[52:12] </w:t>
      </w:r>
      <w:r>
        <w:t>dekh rahe hain.</w:t>
      </w:r>
    </w:p>
    <w:p>
      <w:pPr>
        <w:jc w:val="right"/>
      </w:pPr>
      <w:r>
        <w:t>دیکھ رہے ہیں۔</w:t>
      </w:r>
    </w:p>
    <w:p>
      <w:r>
        <w:rPr>
          <w:b/>
        </w:rPr>
        <w:t xml:space="preserve">[52:13] </w:t>
      </w:r>
      <w:r>
        <w:t>pehla sawal hai altaf hussain sahib ka pakistan mianwali se, aur unhon ne likha hai ke kya aik</w:t>
      </w:r>
    </w:p>
    <w:p>
      <w:pPr>
        <w:jc w:val="right"/>
      </w:pPr>
      <w:r>
        <w:t>پہلا سوال ہے الطاف حسین صاحب کا پاکستان میاولی سے، اور انہوں نے لکھا ہے کہ کیا ایک</w:t>
      </w:r>
    </w:p>
    <w:p>
      <w:r>
        <w:rPr>
          <w:b/>
        </w:rPr>
        <w:t xml:space="preserve">[52:22] </w:t>
      </w:r>
      <w:r>
        <w:t>islahi society tashkeel dena zaroori hai ya riyasat ki islaah zyada aham hai? is ke baray mein batayen.</w:t>
      </w:r>
    </w:p>
    <w:p>
      <w:pPr>
        <w:jc w:val="right"/>
      </w:pPr>
      <w:r>
        <w:t>اصلاحی سوسائٹی تشکیل دینا ضروری ہے یا ریاست کی اصلاح زیادہ اہم ہے؟ اس کے بارے میں بتائیں۔</w:t>
      </w:r>
    </w:p>
    <w:p>
      <w:r>
        <w:rPr>
          <w:b/>
        </w:rPr>
        <w:t xml:space="preserve">[52:32] </w:t>
      </w:r>
      <w:r>
        <w:t>dekhen, islami riyasat koi mission hi nahi hai.</w:t>
      </w:r>
    </w:p>
    <w:p>
      <w:pPr>
        <w:jc w:val="right"/>
      </w:pPr>
      <w:r>
        <w:t>دیکھیں، اسلامی ریاست کوئی مشن ہی نہیں ہے۔</w:t>
      </w:r>
    </w:p>
    <w:p>
      <w:r>
        <w:rPr>
          <w:b/>
        </w:rPr>
        <w:t xml:space="preserve">[52:35] </w:t>
      </w:r>
      <w:r>
        <w:t>islam mein koi na quran mein ayat hai, na koi hadith hai jis mein kaha gaya ho ke</w:t>
      </w:r>
    </w:p>
    <w:p>
      <w:pPr>
        <w:jc w:val="right"/>
      </w:pPr>
      <w:r>
        <w:t>اسلام میں کوئی نہ قرآن میں آیت ہے، نہ کوئی حدیث ہے جس میں کہا گیا ہو کہ</w:t>
      </w:r>
    </w:p>
    <w:p>
      <w:r>
        <w:rPr>
          <w:b/>
        </w:rPr>
        <w:t xml:space="preserve">[52:40] </w:t>
      </w:r>
      <w:r>
        <w:t>ab musalmano tum islam hukoomat qaim karo.</w:t>
      </w:r>
    </w:p>
    <w:p>
      <w:pPr>
        <w:jc w:val="right"/>
      </w:pPr>
      <w:r>
        <w:t>اب مسلمانوں تم اسلام حکومت قائم کرو۔</w:t>
      </w:r>
    </w:p>
    <w:p>
      <w:r>
        <w:rPr>
          <w:b/>
        </w:rPr>
        <w:t xml:space="preserve">[52:43] </w:t>
      </w:r>
      <w:r>
        <w:t>yeh to sarray se mission hi nahi hai.</w:t>
      </w:r>
    </w:p>
    <w:p>
      <w:pPr>
        <w:jc w:val="right"/>
      </w:pPr>
      <w:r>
        <w:t>یہ تو سرے سے مشن ہی نہیں ہے۔</w:t>
      </w:r>
    </w:p>
    <w:p>
      <w:r>
        <w:rPr>
          <w:b/>
        </w:rPr>
        <w:t xml:space="preserve">[52:47] </w:t>
      </w:r>
      <w:r>
        <w:t>mission jo bhi quran mein bataya gaya, a a insan to apna tazkiya kar, kyunke tazkiya ke zariye</w:t>
      </w:r>
    </w:p>
    <w:p>
      <w:pPr>
        <w:jc w:val="right"/>
      </w:pPr>
      <w:r>
        <w:t>مشن جو بھی قرآن میں بتایا گیا، اے اے انسان تو اپنا تزکیہ کر، کیونکہ تزکیہ کے ذریعے</w:t>
      </w:r>
    </w:p>
    <w:p>
      <w:r>
        <w:rPr>
          <w:b/>
        </w:rPr>
        <w:t xml:space="preserve">[52:54] </w:t>
      </w:r>
      <w:r>
        <w:t>jannat milegi.</w:t>
      </w:r>
    </w:p>
    <w:p>
      <w:pPr>
        <w:jc w:val="right"/>
      </w:pPr>
      <w:r>
        <w:t>جنت ملے گی۔</w:t>
      </w:r>
    </w:p>
    <w:p>
      <w:r>
        <w:rPr>
          <w:b/>
        </w:rPr>
        <w:t xml:space="preserve">[52:57] </w:t>
      </w:r>
      <w:r>
        <w:t>to islam ka jo mission hai, woh fard ka tazkiya yaad rakhiye.</w:t>
      </w:r>
    </w:p>
    <w:p>
      <w:pPr>
        <w:jc w:val="right"/>
      </w:pPr>
      <w:r>
        <w:t>تو اسلام کا جو مشن ہے، وہ فرد کا تزکیہ یاد رکھیے۔</w:t>
      </w:r>
    </w:p>
    <w:p>
      <w:r>
        <w:rPr>
          <w:b/>
        </w:rPr>
        <w:t xml:space="preserve">[53:04] </w:t>
      </w:r>
      <w:r>
        <w:t>alhamdulillah rabbil alameen jo hai, woh kahan waqe hota hai? fard ka dar waqe hota hai.</w:t>
      </w:r>
    </w:p>
    <w:p>
      <w:pPr>
        <w:jc w:val="right"/>
      </w:pPr>
      <w:r>
        <w:t>الحمد لله رب العالمين جو ہے، وہ کہاں واقع ہوتا ہے؟ فرد کا در واقع ہوتا ہے۔</w:t>
      </w:r>
    </w:p>
    <w:p>
      <w:r>
        <w:rPr>
          <w:b/>
        </w:rPr>
        <w:t xml:space="preserve">[53:13] </w:t>
      </w:r>
      <w:r>
        <w:t>yeh bohat hi important baat is ko hamein samajhna chahiye ke islam ka nishana fard hai.</w:t>
      </w:r>
    </w:p>
    <w:p>
      <w:pPr>
        <w:jc w:val="right"/>
      </w:pPr>
      <w:r>
        <w:t>یہ بہت ہی امپورٹنٹ بات اس کو ہمیں سمجھنا چاہیے کہ اسلام کا نشانہ فرد ہے۔</w:t>
      </w:r>
    </w:p>
    <w:p>
      <w:r>
        <w:rPr>
          <w:b/>
        </w:rPr>
        <w:t xml:space="preserve">[53:20] </w:t>
      </w:r>
      <w:r>
        <w:t>koi system ya koi hukoomat yeh hai hi nahi.</w:t>
      </w:r>
    </w:p>
    <w:p>
      <w:pPr>
        <w:jc w:val="right"/>
      </w:pPr>
      <w:r>
        <w:t>کوئی سسٹم یا کوئی حکومت یہ ہے ہی نہیں۔</w:t>
      </w:r>
    </w:p>
    <w:p>
      <w:r>
        <w:rPr>
          <w:b/>
        </w:rPr>
        <w:t xml:space="preserve">[53:23] </w:t>
      </w:r>
      <w:r>
        <w:t>islam ka nishana woh to halaat ke process ke tehat kabhi hoga, kabhi nahi hoga, lekin nishana nahi</w:t>
      </w:r>
    </w:p>
    <w:p>
      <w:pPr>
        <w:jc w:val="right"/>
      </w:pPr>
      <w:r>
        <w:t>اسلام کا نشانہ وہ تو حالات کے پراسس کے تحت کبھی ہوگا، کبھی نہیں ہوگا، لیکن نشانہ نہیں</w:t>
      </w:r>
    </w:p>
    <w:p>
      <w:r>
        <w:rPr>
          <w:b/>
        </w:rPr>
        <w:t xml:space="preserve">[53:30] </w:t>
      </w:r>
      <w:r>
        <w:t>he. woh nishana yeh hai ke har aadmi alhamdulillah rabbul alameen ki speed pe jiye.</w:t>
      </w:r>
    </w:p>
    <w:p>
      <w:pPr>
        <w:jc w:val="right"/>
      </w:pPr>
      <w:r>
        <w:t>ہے۔ وہ نشانہ یہ ہے کہ ہر آدمی الحمدللہ رب العالمین کی سپیڈ پہ جیے۔</w:t>
      </w:r>
    </w:p>
    <w:p>
      <w:r>
        <w:rPr>
          <w:b/>
        </w:rPr>
        <w:t xml:space="preserve">[53:38] </w:t>
      </w:r>
      <w:r>
        <w:t>har aadmi ke andar</w:t>
      </w:r>
    </w:p>
    <w:p>
      <w:pPr>
        <w:jc w:val="right"/>
      </w:pPr>
      <w:r>
        <w:t>ہر آدمی کے اندر</w:t>
      </w:r>
    </w:p>
    <w:p>
      <w:r>
        <w:rPr>
          <w:b/>
        </w:rPr>
        <w:t xml:space="preserve">[53:40] </w:t>
      </w:r>
      <w:r>
        <w:t>wo cheez paida ho jis ko quran mein kaha gaya hai: allah se hubb shadeed aur khauf shadeed.</w:t>
      </w:r>
    </w:p>
    <w:p>
      <w:pPr>
        <w:jc w:val="right"/>
      </w:pPr>
      <w:r>
        <w:t>وہ چیز پیدا ہو جس کو قرآن میں کہا گیا ہے: اللہ سے حب شدید اور خوف شدید۔</w:t>
      </w:r>
    </w:p>
    <w:p>
      <w:r>
        <w:rPr>
          <w:b/>
        </w:rPr>
        <w:t xml:space="preserve">[53:47] </w:t>
      </w:r>
      <w:r>
        <w:t>har aadmi apna tazkiya kare, kyunke aise afraad jab paida honge tab society banegi.</w:t>
      </w:r>
    </w:p>
    <w:p>
      <w:pPr>
        <w:jc w:val="right"/>
      </w:pPr>
      <w:r>
        <w:t>ہر آدمی اپنا تزکیہ کرے، کیونکہ ایسے افراد جب پیدا ہوں گے تب سوسائٹی بنے گی۔</w:t>
      </w:r>
    </w:p>
    <w:p>
      <w:r>
        <w:rPr>
          <w:b/>
        </w:rPr>
        <w:t xml:space="preserve">[53:53] </w:t>
      </w:r>
      <w:r>
        <w:t>aur society banegi tab saleh hukoomat banegi.</w:t>
      </w:r>
    </w:p>
    <w:p>
      <w:pPr>
        <w:jc w:val="right"/>
      </w:pPr>
      <w:r>
        <w:t>اور سوسائٹی بنے گی تب صالح حکومت بنے گی۔</w:t>
      </w:r>
    </w:p>
    <w:p>
      <w:r>
        <w:rPr>
          <w:b/>
        </w:rPr>
        <w:t xml:space="preserve">[53:57] </w:t>
      </w:r>
      <w:r>
        <w:t>ke hadees mein hai: kama takoonu kazalika yuwalla alaikum</w:t>
      </w:r>
    </w:p>
    <w:p>
      <w:pPr>
        <w:jc w:val="right"/>
      </w:pPr>
      <w:r>
        <w:t>کہ حدیث میں ہے: کما تکون کذالک یول علیکم</w:t>
      </w:r>
    </w:p>
    <w:p>
      <w:r>
        <w:rPr>
          <w:b/>
        </w:rPr>
        <w:t xml:space="preserve">[54:01] </w:t>
      </w:r>
      <w:r>
        <w:t>saleh afraad se saleh muashra aur saleh muashre se saleh hukoomat.</w:t>
      </w:r>
    </w:p>
    <w:p>
      <w:pPr>
        <w:jc w:val="right"/>
      </w:pPr>
      <w:r>
        <w:t>صالح افراد سے صالح معاشرہ اور صالح معاشرہ سے صالح حکومت۔</w:t>
      </w:r>
    </w:p>
    <w:p>
      <w:r>
        <w:rPr>
          <w:b/>
        </w:rPr>
        <w:t xml:space="preserve">[54:07] </w:t>
      </w:r>
      <w:r>
        <w:t>agar aap na fard banayein na society banayein, aap jump kar dein, hamein hukoomat qaim karna hai to</w:t>
      </w:r>
    </w:p>
    <w:p>
      <w:pPr>
        <w:jc w:val="right"/>
      </w:pPr>
      <w:r>
        <w:t>اگر آپ نہ فرد بنائیں نہ سوسائٹی بنائیں، آپ جمپ کر دیں، ہمیں حکومت قائم کرنا ہے تو</w:t>
      </w:r>
    </w:p>
    <w:p>
      <w:r>
        <w:rPr>
          <w:b/>
        </w:rPr>
        <w:t xml:space="preserve">[54:13] </w:t>
      </w:r>
      <w:r>
        <w:t>kuch bhi nahi hone wala siwaye siwaye takhreeb kari ke.</w:t>
      </w:r>
    </w:p>
    <w:p>
      <w:pPr>
        <w:jc w:val="right"/>
      </w:pPr>
      <w:r>
        <w:t>کچھ بھی نہیں ہونے والا سوائے سوائے تخریب کاری کے۔</w:t>
      </w:r>
    </w:p>
    <w:p>
      <w:r>
        <w:rPr>
          <w:b/>
        </w:rPr>
        <w:t xml:space="preserve">[54:21] </w:t>
      </w:r>
      <w:r>
        <w:t>yeh mere mutalliq ka khulasa hai.</w:t>
      </w:r>
    </w:p>
    <w:p>
      <w:pPr>
        <w:jc w:val="right"/>
      </w:pPr>
      <w:r>
        <w:t>یہ میرے متعلق کا خلاصہ ہے۔</w:t>
      </w:r>
    </w:p>
    <w:p>
      <w:r>
        <w:rPr>
          <w:b/>
        </w:rPr>
        <w:t xml:space="preserve">[54:24] </w:t>
      </w:r>
      <w:r>
        <w:t>Maulana, agla sawal bhi mianwali pakistan se hai, zulfiqar khan sahab ka, aur unhone likha hai: What</w:t>
      </w:r>
    </w:p>
    <w:p>
      <w:pPr>
        <w:jc w:val="right"/>
      </w:pPr>
      <w:r>
        <w:t>Maulana، اگلا سوال بھی میاولی پاکستان سے ہے، ذوالفقار خان صاحب کا، اور انہوں نے لکھا ہے: What</w:t>
      </w:r>
    </w:p>
    <w:p>
      <w:r>
        <w:rPr>
          <w:b/>
        </w:rPr>
        <w:t xml:space="preserve">[54:32] </w:t>
      </w:r>
      <w:r>
        <w:t>is the concept of kafir in Islam</w:t>
      </w:r>
    </w:p>
    <w:p>
      <w:pPr>
        <w:jc w:val="right"/>
      </w:pPr>
      <w:r>
        <w:t>is the concept of کافر in Islam</w:t>
      </w:r>
    </w:p>
    <w:p>
      <w:r>
        <w:rPr>
          <w:b/>
        </w:rPr>
        <w:t xml:space="preserve">[54:36] </w:t>
      </w:r>
      <w:r>
        <w:t>Because nowadays many Muslims declare کافر to one another and also to non-Muslims. What is your comment on this?</w:t>
      </w:r>
    </w:p>
    <w:p>
      <w:pPr>
        <w:jc w:val="right"/>
      </w:pPr>
      <w:r>
        <w:t>Because nowadays many Muslims declare کافر to one another and also to non-Muslims. What is your comment on this?</w:t>
      </w:r>
    </w:p>
    <w:p>
      <w:r>
        <w:rPr>
          <w:b/>
        </w:rPr>
        <w:t xml:space="preserve">[54:47] </w:t>
      </w:r>
      <w:r>
        <w:t>dekhein, kafir ka lafzi maani hai munkir.</w:t>
      </w:r>
    </w:p>
    <w:p>
      <w:pPr>
        <w:jc w:val="right"/>
      </w:pPr>
      <w:r>
        <w:t>دیکھیں، کافر کا لفظی معنی ہے منکر۔</w:t>
      </w:r>
    </w:p>
    <w:p>
      <w:r>
        <w:rPr>
          <w:b/>
        </w:rPr>
        <w:t xml:space="preserve">[54:51] </w:t>
      </w:r>
      <w:r>
        <w:t>kafir koi qaum nahi hai, kafir koi community nahi hai.</w:t>
      </w:r>
    </w:p>
    <w:p>
      <w:pPr>
        <w:jc w:val="right"/>
      </w:pPr>
      <w:r>
        <w:t>کافر کوئی قوم نہیں ہے، کافر کوئی کمیونٹی نہیں ہے۔</w:t>
      </w:r>
    </w:p>
    <w:p>
      <w:r>
        <w:rPr>
          <w:b/>
        </w:rPr>
        <w:t xml:space="preserve">[54:55] </w:t>
      </w:r>
      <w:r>
        <w:t>aaj kal jo istemal karte hain woh bilkul galat hai, iska islam se koi talluq nahi.</w:t>
      </w:r>
    </w:p>
    <w:p>
      <w:pPr>
        <w:jc w:val="right"/>
      </w:pPr>
      <w:r>
        <w:t>آج کل جو استعمال کرتے ہیں وہ بالکل غلط ہے، اس کا اسلام سے کوئی تعلق نہیں۔</w:t>
      </w:r>
    </w:p>
    <w:p>
      <w:r>
        <w:rPr>
          <w:b/>
        </w:rPr>
        <w:t xml:space="preserve">[55:02] </w:t>
      </w:r>
      <w:r>
        <w:t>kafir ek saada lafz hai munkir ke maani mein.</w:t>
      </w:r>
    </w:p>
    <w:p>
      <w:pPr>
        <w:jc w:val="right"/>
      </w:pPr>
      <w:r>
        <w:t>کافر ایک سادہ لفظ ہے منکر کے معنی میں۔</w:t>
      </w:r>
    </w:p>
    <w:p>
      <w:r>
        <w:rPr>
          <w:b/>
        </w:rPr>
        <w:t xml:space="preserve">[55:07] </w:t>
      </w:r>
      <w:r>
        <w:t>aisa kuch nahi ke yeh muslim community hai, woh kafir community hai.</w:t>
      </w:r>
    </w:p>
    <w:p>
      <w:pPr>
        <w:jc w:val="right"/>
      </w:pPr>
      <w:r>
        <w:t>ایسا کچھ نہیں کہ یہ مسلم کمیونٹی ہے، وہ کافر کمیونٹی ہے۔</w:t>
      </w:r>
    </w:p>
    <w:p>
      <w:r>
        <w:rPr>
          <w:b/>
        </w:rPr>
        <w:t xml:space="preserve">[55:10] </w:t>
      </w:r>
      <w:r>
        <w:t>yeh bilkul galat hai, bilkul galat hai, bilkul galat hai.</w:t>
      </w:r>
    </w:p>
    <w:p>
      <w:pPr>
        <w:jc w:val="right"/>
      </w:pPr>
      <w:r>
        <w:t>یہ بالکل غلط ہے، بالکل غلط ہے، بالکل غلط ہے۔</w:t>
      </w:r>
    </w:p>
    <w:p>
      <w:r>
        <w:rPr>
          <w:b/>
        </w:rPr>
        <w:t xml:space="preserve">[55:16] </w:t>
      </w:r>
      <w:r>
        <w:t>quran mein kafir ka lafz community ke maani mein nahi aaya, inkaar karne wale ke maani mein aaya.</w:t>
      </w:r>
    </w:p>
    <w:p>
      <w:pPr>
        <w:jc w:val="right"/>
      </w:pPr>
      <w:r>
        <w:t>قرآن میں کافر کا لفظ کمیونٹی کے معنی میں نہیں آیا، انکار کرنے والے کے معنی میں آیا۔</w:t>
      </w:r>
    </w:p>
    <w:p>
      <w:r>
        <w:rPr>
          <w:b/>
        </w:rPr>
        <w:t xml:space="preserve">[55:21] </w:t>
      </w:r>
      <w:r>
        <w:t>to koi aadmi agar inkaar kare to aap kahenge ke inkaar kar raha hai.</w:t>
      </w:r>
    </w:p>
    <w:p>
      <w:pPr>
        <w:jc w:val="right"/>
      </w:pPr>
      <w:r>
        <w:t>تو کوئی آدمی اگر انکار کرے تو آپ کہیں گے کہ انکار کر رہا ہے۔</w:t>
      </w:r>
    </w:p>
    <w:p>
      <w:r>
        <w:rPr>
          <w:b/>
        </w:rPr>
        <w:t xml:space="preserve">[55:26] </w:t>
      </w:r>
      <w:r>
        <w:t>ek saada baat hogi woh.</w:t>
      </w:r>
    </w:p>
    <w:p>
      <w:pPr>
        <w:jc w:val="right"/>
      </w:pPr>
      <w:r>
        <w:t>ایک سادہ بات ہوگی وہ۔</w:t>
      </w:r>
    </w:p>
    <w:p>
      <w:r>
        <w:rPr>
          <w:b/>
        </w:rPr>
        <w:t xml:space="preserve">[55:29] </w:t>
      </w:r>
      <w:r>
        <w:t>abhi kafir ka lafz derogatory sense mein ban gaya hai.</w:t>
      </w:r>
    </w:p>
    <w:p>
      <w:pPr>
        <w:jc w:val="right"/>
      </w:pPr>
      <w:r>
        <w:t>ابھی کافر کا لفظ ڈیریگٹری سینس میں بن گیا ہے۔</w:t>
      </w:r>
    </w:p>
    <w:p>
      <w:r>
        <w:rPr>
          <w:b/>
        </w:rPr>
        <w:t xml:space="preserve">[55:34] </w:t>
      </w:r>
      <w:r>
        <w:t>kafir ka lafz hai derogatory sense mein ban gaya hai.</w:t>
      </w:r>
    </w:p>
    <w:p>
      <w:pPr>
        <w:jc w:val="right"/>
      </w:pPr>
      <w:r>
        <w:t>کافر کا لفظ ہے ڈیریگٹری سینس میں بن گیا ہے۔</w:t>
      </w:r>
    </w:p>
    <w:p>
      <w:r>
        <w:rPr>
          <w:b/>
        </w:rPr>
        <w:t xml:space="preserve">[55:38] </w:t>
      </w:r>
      <w:r>
        <w:t>yeh bilkul hi ghair islami hai.</w:t>
      </w:r>
    </w:p>
    <w:p>
      <w:pPr>
        <w:jc w:val="right"/>
      </w:pPr>
      <w:r>
        <w:t>یہ بالکل ہی غیر اسلامی ہے۔</w:t>
      </w:r>
    </w:p>
    <w:p>
      <w:r>
        <w:rPr>
          <w:b/>
        </w:rPr>
        <w:t xml:space="preserve">[55:43] </w:t>
      </w:r>
      <w:r>
        <w:t>islam mein yeh hai ke aap apni baat kahiye,</w:t>
      </w:r>
    </w:p>
    <w:p>
      <w:pPr>
        <w:jc w:val="right"/>
      </w:pPr>
      <w:r>
        <w:t>اسلام میں یہ ہے کہ آپ اپنی بات کہیے،</w:t>
      </w:r>
    </w:p>
    <w:p>
      <w:r>
        <w:rPr>
          <w:b/>
        </w:rPr>
        <w:t xml:space="preserve">[55:47] </w:t>
      </w:r>
      <w:r>
        <w:t>koi maane to maane, na maane to na maane, na maane to phir dua kijiye.</w:t>
      </w:r>
    </w:p>
    <w:p>
      <w:pPr>
        <w:jc w:val="right"/>
      </w:pPr>
      <w:r>
        <w:t>کوئی مانے تو مانے، نہ مانے تو نہ مانے، نہ مانے تو پھر دعا کیجیے۔</w:t>
      </w:r>
    </w:p>
    <w:p>
      <w:r>
        <w:rPr>
          <w:b/>
        </w:rPr>
        <w:t xml:space="preserve">[55:52] </w:t>
      </w:r>
      <w:r>
        <w:t>yani takfeer islam mein hai hi nahi hai.</w:t>
      </w:r>
    </w:p>
    <w:p>
      <w:pPr>
        <w:jc w:val="right"/>
      </w:pPr>
      <w:r>
        <w:t>یعنی تکفیر اسلام میں ہے ہی نہیں ہے۔</w:t>
      </w:r>
    </w:p>
    <w:p>
      <w:r>
        <w:rPr>
          <w:b/>
        </w:rPr>
        <w:t xml:space="preserve">[55:56] </w:t>
      </w:r>
      <w:r>
        <w:t>yeh to takfeer ka riwaj pada hua hai, yeh bilkul hi islam ke khilaf hai.</w:t>
      </w:r>
    </w:p>
    <w:p>
      <w:pPr>
        <w:jc w:val="right"/>
      </w:pPr>
      <w:r>
        <w:t>یہ تو تکفیر کا رواج پڑا ہوا ہے، یہ بالکل ہی اسلام کے خلاف ہے۔</w:t>
      </w:r>
    </w:p>
    <w:p>
      <w:r>
        <w:rPr>
          <w:b/>
        </w:rPr>
        <w:t xml:space="preserve">[56:00] </w:t>
      </w:r>
      <w:r>
        <w:t>kabhi takfeer nahi ki, takfeer ki thi islam mein pehli baar khawarij ne.</w:t>
      </w:r>
    </w:p>
    <w:p>
      <w:pPr>
        <w:jc w:val="right"/>
      </w:pPr>
      <w:r>
        <w:t>کبھی تکفیر نہیں کی، تکفیر کی تھی اسلام میں پہلی بار خوارج نے۔</w:t>
      </w:r>
    </w:p>
    <w:p>
      <w:r>
        <w:rPr>
          <w:b/>
        </w:rPr>
        <w:t xml:space="preserve">[56:06] </w:t>
      </w:r>
      <w:r>
        <w:t>islam ki tareekh mein pehli baar takfeer kiya khawarij ne jin ko ulma khud kafir kehte hain, un</w:t>
      </w:r>
    </w:p>
    <w:p>
      <w:pPr>
        <w:jc w:val="right"/>
      </w:pPr>
      <w:r>
        <w:t>اسلام کی تاریخ میں پہلی بار تکفیر کیا خوارج نے جن کو علماء خود کافر کہتے ہیں، ان</w:t>
      </w:r>
    </w:p>
    <w:p>
      <w:r>
        <w:rPr>
          <w:b/>
        </w:rPr>
        <w:t xml:space="preserve">[56:11] </w:t>
      </w:r>
      <w:r>
        <w:t>ko to takfeer ka tareeqa islam mein hargiz nahi hai.</w:t>
      </w:r>
    </w:p>
    <w:p>
      <w:pPr>
        <w:jc w:val="right"/>
      </w:pPr>
      <w:r>
        <w:t>کو تو تکفیر کا طریقہ اسلام میں ہرگز نہیں ہے۔</w:t>
      </w:r>
    </w:p>
    <w:p>
      <w:r>
        <w:rPr>
          <w:b/>
        </w:rPr>
        <w:t xml:space="preserve">[56:17] </w:t>
      </w:r>
      <w:r>
        <w:t>islam mein tablegh hai, dawat hai, bas.</w:t>
      </w:r>
    </w:p>
    <w:p>
      <w:pPr>
        <w:jc w:val="right"/>
      </w:pPr>
      <w:r>
        <w:t>اسلام میں تبلیغ ہے، دعوت ہے، بس۔</w:t>
      </w:r>
    </w:p>
    <w:p>
      <w:r>
        <w:rPr>
          <w:b/>
        </w:rPr>
        <w:t xml:space="preserve">[56:20] </w:t>
      </w:r>
      <w:r>
        <w:t>wo agar manta hai to uska feal hai, na maane to uska feal hai.</w:t>
      </w:r>
    </w:p>
    <w:p>
      <w:pPr>
        <w:jc w:val="right"/>
      </w:pPr>
      <w:r>
        <w:t>وہ اگر مانتا ہے تو اس کا فعل ہے، نہ مانے تو اس کا فعل ہے۔</w:t>
      </w:r>
    </w:p>
    <w:p>
      <w:r>
        <w:rPr>
          <w:b/>
        </w:rPr>
        <w:t xml:space="preserve">[56:26] </w:t>
      </w:r>
      <w:r>
        <w:t>faman shaa falyoumin, faman shaa falyukfir yeh allah ka muamla hai.</w:t>
      </w:r>
    </w:p>
    <w:p>
      <w:pPr>
        <w:jc w:val="right"/>
      </w:pPr>
      <w:r>
        <w:t>فمن شاء فليؤمن، فمن شاء فليكفر یہ اللہ کا معاملہ ہے۔</w:t>
      </w:r>
    </w:p>
    <w:p>
      <w:r>
        <w:rPr>
          <w:b/>
        </w:rPr>
        <w:t xml:space="preserve">[56:31] </w:t>
      </w:r>
      <w:r>
        <w:t>yeh sara jo culture musalmanon mein chala hua hai ke kafir kehna, takfeer karna, yeh sab culture islam</w:t>
      </w:r>
    </w:p>
    <w:p>
      <w:pPr>
        <w:jc w:val="right"/>
      </w:pPr>
      <w:r>
        <w:t>یہ سارا جو کلچر مسلمانوں میں چلا ہوا ہے کہ کافر کہنا، تکفیر کرنا، یہ سب کلچر اسلام</w:t>
      </w:r>
    </w:p>
    <w:p>
      <w:r>
        <w:rPr>
          <w:b/>
        </w:rPr>
        <w:t xml:space="preserve">[56:37] </w:t>
      </w:r>
      <w:r>
        <w:t>ke khilaf hai.</w:t>
      </w:r>
    </w:p>
    <w:p>
      <w:pPr>
        <w:jc w:val="right"/>
      </w:pPr>
      <w:r>
        <w:t>کے خلاف ہے۔</w:t>
      </w:r>
    </w:p>
    <w:p>
      <w:r>
        <w:rPr>
          <w:b/>
        </w:rPr>
        <w:t xml:space="preserve">[56:39] </w:t>
      </w:r>
      <w:r>
        <w:t>Maulana, in ka ek aur sawal hai, unhon ne likha hai ke islami hukumat se kya murad hai?</w:t>
      </w:r>
    </w:p>
    <w:p>
      <w:pPr>
        <w:jc w:val="right"/>
      </w:pPr>
      <w:r>
        <w:t>Maulana، ان کا ایک اور سوال ہے، انہوں نے لکھا ہے کہ اسلامی حکومت سے کیا مراد ہے؟</w:t>
      </w:r>
    </w:p>
    <w:p>
      <w:r>
        <w:rPr>
          <w:b/>
        </w:rPr>
        <w:t xml:space="preserve">[56:46] </w:t>
      </w:r>
      <w:r>
        <w:t>kya yeh koi haqeeqi cheez hai ya mufrada?</w:t>
      </w:r>
    </w:p>
    <w:p>
      <w:pPr>
        <w:jc w:val="right"/>
      </w:pPr>
      <w:r>
        <w:t>کیا یہ کوئی حقیقی چیز ہے یا مفروضہ؟</w:t>
      </w:r>
    </w:p>
    <w:p>
      <w:r>
        <w:rPr>
          <w:b/>
        </w:rPr>
        <w:t xml:space="preserve">[56:50] </w:t>
      </w:r>
      <w:r>
        <w:t>islami hukumat mufrada hi hai, kyunke na quran mein kahin islam hukumat ka lafz hai, na hadith mein.</w:t>
      </w:r>
    </w:p>
    <w:p>
      <w:pPr>
        <w:jc w:val="right"/>
      </w:pPr>
      <w:r>
        <w:t>اسلامی حکومت مفروضہ ہی ہے، کیونکہ نہ قرآن میں کہیں اسلام حکومت کا لفظ ہے، نہ حدیث میں۔</w:t>
      </w:r>
    </w:p>
    <w:p>
      <w:r>
        <w:rPr>
          <w:b/>
        </w:rPr>
        <w:t xml:space="preserve">[56:59] </w:t>
      </w:r>
      <w:r>
        <w:t>dawat-e-islam batai kahan hai quran mein, kahan hadith mein hai? yeh baad ke zamaney mein musalmanon ne</w:t>
      </w:r>
    </w:p>
    <w:p>
      <w:pPr>
        <w:jc w:val="right"/>
      </w:pPr>
      <w:r>
        <w:t>دعوت الاسلام بتائی کہاں ہے قرآن میں، کہاں حدیث میں ہے؟ یہ بعد کے زمانے میں مسلمانوں نے</w:t>
      </w:r>
    </w:p>
    <w:p>
      <w:r>
        <w:rPr>
          <w:b/>
        </w:rPr>
        <w:t xml:space="preserve">[57:06] </w:t>
      </w:r>
      <w:r>
        <w:t>yeh sab woh kiya hai, yani term banaye hain.</w:t>
      </w:r>
    </w:p>
    <w:p>
      <w:pPr>
        <w:jc w:val="right"/>
      </w:pPr>
      <w:r>
        <w:t>یہ سب وہ کیا ہے، یعنی ٹرم بنائے ہیں۔</w:t>
      </w:r>
    </w:p>
    <w:p>
      <w:r>
        <w:rPr>
          <w:b/>
        </w:rPr>
        <w:t xml:space="preserve">[57:13] </w:t>
      </w:r>
      <w:r>
        <w:t>islam mein to sirf yeh hai ke</w:t>
      </w:r>
    </w:p>
    <w:p>
      <w:pPr>
        <w:jc w:val="right"/>
      </w:pPr>
      <w:r>
        <w:t>اسلام میں تو صرف یہ ہے کہ</w:t>
      </w:r>
    </w:p>
    <w:p>
      <w:r>
        <w:rPr>
          <w:b/>
        </w:rPr>
        <w:t xml:space="preserve">[57:16] </w:t>
      </w:r>
      <w:r>
        <w:t>aadmi apne aap ko allah ka itaat guzar banaye,</w:t>
      </w:r>
    </w:p>
    <w:p>
      <w:pPr>
        <w:jc w:val="right"/>
      </w:pPr>
      <w:r>
        <w:t>آدمی اپنے آپ کو اللہ کا اطاعت گزار بنائے،</w:t>
      </w:r>
    </w:p>
    <w:p>
      <w:r>
        <w:rPr>
          <w:b/>
        </w:rPr>
        <w:t xml:space="preserve">[57:21] </w:t>
      </w:r>
      <w:r>
        <w:t>peaceful dawat de,</w:t>
      </w:r>
    </w:p>
    <w:p>
      <w:pPr>
        <w:jc w:val="right"/>
      </w:pPr>
      <w:r>
        <w:t>پیس فل دعوت دے،</w:t>
      </w:r>
    </w:p>
    <w:p>
      <w:r>
        <w:rPr>
          <w:b/>
        </w:rPr>
        <w:t xml:space="preserve">[57:24] </w:t>
      </w:r>
      <w:r>
        <w:t>jannat ke liye amal kare,</w:t>
      </w:r>
    </w:p>
    <w:p>
      <w:pPr>
        <w:jc w:val="right"/>
      </w:pPr>
      <w:r>
        <w:t>جنت کے لیے عمل کرے،</w:t>
      </w:r>
    </w:p>
    <w:p>
      <w:r>
        <w:rPr>
          <w:b/>
        </w:rPr>
        <w:t xml:space="preserve">[57:26] </w:t>
      </w:r>
      <w:r>
        <w:t>yeh hi sab hai.</w:t>
      </w:r>
    </w:p>
    <w:p>
      <w:pPr>
        <w:jc w:val="right"/>
      </w:pPr>
      <w:r>
        <w:t>یہی سب ہے۔</w:t>
      </w:r>
    </w:p>
    <w:p>
      <w:r>
        <w:rPr>
          <w:b/>
        </w:rPr>
        <w:t xml:space="preserve">[57:28] </w:t>
      </w:r>
      <w:r>
        <w:t>agar halaat ke tehat kabhi</w:t>
      </w:r>
    </w:p>
    <w:p>
      <w:pPr>
        <w:jc w:val="right"/>
      </w:pPr>
      <w:r>
        <w:t>اگر حالات کے تحت کبھی</w:t>
      </w:r>
    </w:p>
    <w:p>
      <w:r>
        <w:rPr>
          <w:b/>
        </w:rPr>
        <w:t xml:space="preserve">[57:32] </w:t>
      </w:r>
      <w:r>
        <w:t>aisa hota hai ke muashre ke</w:t>
      </w:r>
    </w:p>
    <w:p>
      <w:pPr>
        <w:jc w:val="right"/>
      </w:pPr>
      <w:r>
        <w:t>ایسا ہوتا ہے کہ معاشرے کے</w:t>
      </w:r>
    </w:p>
    <w:p>
      <w:r>
        <w:rPr>
          <w:b/>
        </w:rPr>
        <w:t xml:space="preserve">[57:36] </w:t>
      </w:r>
      <w:r>
        <w:t>overwhelming majority kisi tarz ki hukumat chahti hai to woh hukumat ban jaye gi wahan par.</w:t>
      </w:r>
    </w:p>
    <w:p>
      <w:pPr>
        <w:jc w:val="right"/>
      </w:pPr>
      <w:r>
        <w:t>اوور ویلمنگ میجورٹی کسی طرز کی حکومت چاہتی ہے تو وہ حکومت بن جائے گی وہاں پر۔</w:t>
      </w:r>
    </w:p>
    <w:p>
      <w:r>
        <w:rPr>
          <w:b/>
        </w:rPr>
        <w:t xml:space="preserve">[57:41] </w:t>
      </w:r>
      <w:r>
        <w:t>kama takoon kazalik youla alaikum baqi target hargiz nahi hai.</w:t>
      </w:r>
    </w:p>
    <w:p>
      <w:pPr>
        <w:jc w:val="right"/>
      </w:pPr>
      <w:r>
        <w:t>کما تکون کذالک یول علیکم باقی ٹارگٹ ہرگز نہیں ہے۔</w:t>
      </w:r>
    </w:p>
    <w:p>
      <w:r>
        <w:rPr>
          <w:b/>
        </w:rPr>
        <w:t xml:space="preserve">[57:46] </w:t>
      </w:r>
      <w:r>
        <w:t>jaisa ke maine arz kiya ke Allah Rasool Allah ne sahih nahi kaha gaya tha ke aqqam</w:t>
      </w:r>
    </w:p>
    <w:p>
      <w:pPr>
        <w:jc w:val="right"/>
      </w:pPr>
      <w:r>
        <w:t>جیسا کہ میں نے عرض کیا کہ اللہ رسول اللہ نے صحیح نہیں کہا گیا تھا کہ اقم</w:t>
      </w:r>
    </w:p>
    <w:p>
      <w:r>
        <w:rPr>
          <w:b/>
        </w:rPr>
        <w:t xml:space="preserve">[57:51] </w:t>
      </w:r>
      <w:r>
        <w:t>dawat-e-islami nafs-e-shariat-e-islamiya yeh nahi kaha gaya tha.</w:t>
      </w:r>
    </w:p>
    <w:p>
      <w:pPr>
        <w:jc w:val="right"/>
      </w:pPr>
      <w:r>
        <w:t>دعوت الاسلام نفش شریعت الاسلامیہ یہ نہیں کہا گیا تھا۔</w:t>
      </w:r>
    </w:p>
    <w:p>
      <w:r>
        <w:rPr>
          <w:b/>
        </w:rPr>
        <w:t xml:space="preserve">[57:56] </w:t>
      </w:r>
      <w:r>
        <w:t>toh yeh target hi nahi hai, yeh toh</w:t>
      </w:r>
    </w:p>
    <w:p>
      <w:pPr>
        <w:jc w:val="right"/>
      </w:pPr>
      <w:r>
        <w:t>تو یہ ٹارگٹ ہی نہیں ہے، یہ تو</w:t>
      </w:r>
    </w:p>
    <w:p>
      <w:r>
        <w:rPr>
          <w:b/>
        </w:rPr>
        <w:t xml:space="preserve">[57:59] </w:t>
      </w:r>
      <w:r>
        <w:t>mubtada target hai.</w:t>
      </w:r>
    </w:p>
    <w:p>
      <w:pPr>
        <w:jc w:val="right"/>
      </w:pPr>
      <w:r>
        <w:t>مبتدا ٹارگٹ ہے۔</w:t>
      </w:r>
    </w:p>
    <w:p>
      <w:r>
        <w:rPr>
          <w:b/>
        </w:rPr>
        <w:t xml:space="preserve">[58:02] </w:t>
      </w:r>
      <w:r>
        <w:t>yeh mubtada target Islam ka target nahi hai.</w:t>
      </w:r>
    </w:p>
    <w:p>
      <w:pPr>
        <w:jc w:val="right"/>
      </w:pPr>
      <w:r>
        <w:t>یہ مبتدا ٹارگٹ اسلام کا ٹارگٹ نہیں ہے۔</w:t>
      </w:r>
    </w:p>
    <w:p>
      <w:r>
        <w:rPr>
          <w:b/>
        </w:rPr>
        <w:t xml:space="preserve">[58:05] </w:t>
      </w:r>
      <w:r>
        <w:t>is par maine bohat kaafi likha apni kitabon mein, aap parh sakte hain is ko.</w:t>
      </w:r>
    </w:p>
    <w:p>
      <w:pPr>
        <w:jc w:val="right"/>
      </w:pPr>
      <w:r>
        <w:t>اس پر میں نے بہت کافی لکھا اپنی کتابوں میں، آپ پڑھ سکتے ہیں اس کو۔</w:t>
      </w:r>
    </w:p>
    <w:p>
      <w:r>
        <w:rPr>
          <w:b/>
        </w:rPr>
        <w:t xml:space="preserve">[58:10] </w:t>
      </w:r>
      <w:r>
        <w:t>Maulana, ek aur sawal aaya hai jo Pakistan team se jo us waqt dekh rahe hain, unhon ne</w:t>
      </w:r>
    </w:p>
    <w:p>
      <w:pPr>
        <w:jc w:val="right"/>
      </w:pPr>
      <w:r>
        <w:t>Maulana، ایک اور سوال آیا ہے جو پاکستان ٹیم سے جو اس وقت دیکھ رہے ہیں، انہوں نے</w:t>
      </w:r>
    </w:p>
    <w:p>
      <w:r>
        <w:rPr>
          <w:b/>
        </w:rPr>
        <w:t xml:space="preserve">[58:15] </w:t>
      </w:r>
      <w:r>
        <w:t>likha hai ke What is the process of developing clarity of mind about truth as we are living</w:t>
      </w:r>
    </w:p>
    <w:p>
      <w:pPr>
        <w:jc w:val="right"/>
      </w:pPr>
      <w:r>
        <w:t>لکھا ہے کہ What is the process of developing clarity of mind about truth as we are living</w:t>
      </w:r>
    </w:p>
    <w:p>
      <w:r>
        <w:rPr>
          <w:b/>
        </w:rPr>
        <w:t xml:space="preserve">[58:23] </w:t>
      </w:r>
      <w:r>
        <w:t>in a society where many sects exist and each claims that he isright</w:t>
      </w:r>
    </w:p>
    <w:p>
      <w:pPr>
        <w:jc w:val="right"/>
      </w:pPr>
      <w:r>
        <w:t>in a society where many sects exist and each claims that he isright</w:t>
      </w:r>
    </w:p>
    <w:p>
      <w:r>
        <w:rPr>
          <w:b/>
        </w:rPr>
        <w:t xml:space="preserve">[58:29] </w:t>
      </w:r>
      <w:r>
        <w:t>what is your opinion on this? haan yeh bohat acha sawal hai mashallah. apne jo mera experience hai woh main samajhta hoon ke yeh ek ek do is ke pehlu hain. it is a two-fold mission.</w:t>
      </w:r>
    </w:p>
    <w:p>
      <w:pPr>
        <w:jc w:val="right"/>
      </w:pPr>
      <w:r>
        <w:t>What is your opinion on this? ہاں یہ بہت اچھا سوال ہے ماشاءاللہ۔ اپنے جو میرا experience ہے وہ میں سمجھتا ہوں کہ یہ ایک ایک دو اس کے پہلو ہیں۔ It is a two-fold mission.</w:t>
      </w:r>
    </w:p>
    <w:p>
      <w:r>
        <w:rPr>
          <w:b/>
        </w:rPr>
        <w:t xml:space="preserve">[58:51] </w:t>
      </w:r>
      <w:r>
        <w:t>number one. apne aap ko deconditioning karna. pehli cheez hai conditioning todna. deconditioning karna.</w:t>
      </w:r>
    </w:p>
    <w:p>
      <w:pPr>
        <w:jc w:val="right"/>
      </w:pPr>
      <w:r>
        <w:t>Number one. اپنے آپ کو deconditioning کرنا۔ پہلی چیز ہے conditioning توڑنا۔ Deconditioning کرنا.</w:t>
      </w:r>
    </w:p>
    <w:p>
      <w:r>
        <w:rPr>
          <w:b/>
        </w:rPr>
        <w:t xml:space="preserve">[59:01] </w:t>
      </w:r>
      <w:r>
        <w:t>ing karna number one, aur number do is study.</w:t>
      </w:r>
    </w:p>
    <w:p>
      <w:pPr>
        <w:jc w:val="right"/>
      </w:pPr>
      <w:r>
        <w:t>نگ کرنا نمبر ون، اور نمبر دو اس اسٹڈی۔</w:t>
      </w:r>
    </w:p>
    <w:p>
      <w:r>
        <w:rPr>
          <w:b/>
        </w:rPr>
        <w:t xml:space="preserve">[59:06] </w:t>
      </w:r>
      <w:r>
        <w:t>deconditioning aur study hi woh cheez hai jis se aap is target ko achieve kar sakte hain.</w:t>
      </w:r>
    </w:p>
    <w:p>
      <w:pPr>
        <w:jc w:val="right"/>
      </w:pPr>
      <w:r>
        <w:t>ڈی کنڈیشننگ اور اسٹڈی ہی وہ چیز ہے جس سے آپ اس ٹارگٹ کو اچیو کر سکتے ہیں۔</w:t>
      </w:r>
    </w:p>
    <w:p>
      <w:r>
        <w:rPr>
          <w:b/>
        </w:rPr>
        <w:t xml:space="preserve">[59:13] </w:t>
      </w:r>
      <w:r>
        <w:t>isi se personality banegi, is se intellectual development hoga, is se tazkiya hoga, sab kuch is se</w:t>
      </w:r>
    </w:p>
    <w:p>
      <w:pPr>
        <w:jc w:val="right"/>
      </w:pPr>
      <w:r>
        <w:t>اسی سے پرسنیلٹی بنے گی، اس سے انٹلیکچول ڈیولپمنٹ ہوگا، اس سے تزکیہ ہوگا، سب کچھ اس سے</w:t>
      </w:r>
    </w:p>
    <w:p>
      <w:r>
        <w:rPr>
          <w:b/>
        </w:rPr>
        <w:t xml:space="preserve">[59:21] </w:t>
      </w:r>
      <w:r>
        <w:t>hoga. Toh deconditioning aur study, bas aur koi mere tajrube mein aur koi cheez nahi hai.</w:t>
      </w:r>
    </w:p>
    <w:p>
      <w:pPr>
        <w:jc w:val="right"/>
      </w:pPr>
      <w:r>
        <w:t>ہوگا۔ تو ڈی کنڈیشننگ اور اسٹڈی، بس اور کوئی میرے تجربے میں اور کوئی چیز نہیں ہے۔</w:t>
      </w:r>
    </w:p>
    <w:p>
      <w:r>
        <w:rPr>
          <w:b/>
        </w:rPr>
        <w:t xml:space="preserve">[59:33] </w:t>
      </w:r>
      <w:r>
        <w:t>Maulana, agla sawal abhi Pakistan se hai aur unhon ne likha hai ke Quran ko samajhne ke liye</w:t>
      </w:r>
    </w:p>
    <w:p>
      <w:pPr>
        <w:jc w:val="right"/>
      </w:pPr>
      <w:r>
        <w:t>Maulana، اگلا سوال ابھی پاکستان سے ہے اور انہوں نے لکھا ہے کہ قرآن کو سمجھنے کے لیے</w:t>
      </w:r>
    </w:p>
    <w:p>
      <w:r>
        <w:rPr>
          <w:b/>
        </w:rPr>
        <w:t xml:space="preserve">[59:40] </w:t>
      </w:r>
      <w:r>
        <w:t>kya hadith ki zaroorat hai, is ko wazeh karen.</w:t>
      </w:r>
    </w:p>
    <w:p>
      <w:pPr>
        <w:jc w:val="right"/>
      </w:pPr>
      <w:r>
        <w:t>کیا حدیث کی ضرورت ہے، اس کو واضح کریں۔</w:t>
      </w:r>
    </w:p>
    <w:p>
      <w:r>
        <w:rPr>
          <w:b/>
        </w:rPr>
        <w:t xml:space="preserve">[59:44] </w:t>
      </w:r>
      <w:r>
        <w:t>zaroorat kya hai, woh toh lazim hai.</w:t>
      </w:r>
    </w:p>
    <w:p>
      <w:pPr>
        <w:jc w:val="right"/>
      </w:pPr>
      <w:r>
        <w:t>ضرورت کیا ہے، وہ تو لازم ہے۔</w:t>
      </w:r>
    </w:p>
    <w:p>
      <w:r>
        <w:rPr>
          <w:b/>
        </w:rPr>
        <w:t xml:space="preserve">[59:47] </w:t>
      </w:r>
      <w:r>
        <w:t>jo hadith ko Quran se alag karte hain, woh yaani un ke paas na toh deen ka ilm</w:t>
      </w:r>
    </w:p>
    <w:p>
      <w:pPr>
        <w:jc w:val="right"/>
      </w:pPr>
      <w:r>
        <w:t>جو حدیث کو قرآن سے الگ کرتے ہیں، وہ یعنی ان کے پاس نہ تو دین کا علم</w:t>
      </w:r>
    </w:p>
    <w:p>
      <w:r>
        <w:rPr>
          <w:b/>
        </w:rPr>
        <w:t xml:space="preserve">[59:55] </w:t>
      </w:r>
      <w:r>
        <w:t>hai, na wisdom bhi nahi hai.</w:t>
      </w:r>
    </w:p>
    <w:p>
      <w:pPr>
        <w:jc w:val="right"/>
      </w:pPr>
      <w:r>
        <w:t>ہے، نہ وزڈم بھی نہیں ہے۔</w:t>
      </w:r>
    </w:p>
    <w:p>
      <w:r>
        <w:rPr>
          <w:b/>
        </w:rPr>
        <w:t xml:space="preserve">[1:00:00] </w:t>
      </w:r>
      <w:r>
        <w:t>aap ghaur kijiye ke Allah taala ne jis insaan ko</w:t>
      </w:r>
    </w:p>
    <w:p>
      <w:pPr>
        <w:jc w:val="right"/>
      </w:pPr>
      <w:r>
        <w:t>آپ غور کیجئے کہ اللہ تعالی نے جس انسان کو</w:t>
      </w:r>
    </w:p>
    <w:p>
      <w:r>
        <w:rPr>
          <w:b/>
        </w:rPr>
        <w:t xml:space="preserve">[1:00:06] </w:t>
      </w:r>
      <w:r>
        <w:t>select kiya ke is par aakhri kitab utarein,</w:t>
      </w:r>
    </w:p>
    <w:p>
      <w:pPr>
        <w:jc w:val="right"/>
      </w:pPr>
      <w:r>
        <w:t>سلیکٹ کیا کہ اس پر آخری کتاب اتاریں،</w:t>
      </w:r>
    </w:p>
    <w:p>
      <w:r>
        <w:rPr>
          <w:b/>
        </w:rPr>
        <w:t xml:space="preserve">[1:00:11] </w:t>
      </w:r>
      <w:r>
        <w:t>us ko alag kar ke aap Quran ko samajh sakte hain? Aap</w:t>
      </w:r>
    </w:p>
    <w:p>
      <w:pPr>
        <w:jc w:val="right"/>
      </w:pPr>
      <w:r>
        <w:t>اس کو الگ کر کے آپ قرآن کو سمجھ سکتے ہیں؟ آپ</w:t>
      </w:r>
    </w:p>
    <w:p>
      <w:r>
        <w:rPr>
          <w:b/>
        </w:rPr>
        <w:t xml:space="preserve">[1:00:17] </w:t>
      </w:r>
      <w:r>
        <w:t>Quran ka mutala karen toh Quran mein sirf basic</w:t>
      </w:r>
    </w:p>
    <w:p>
      <w:pPr>
        <w:jc w:val="right"/>
      </w:pPr>
      <w:r>
        <w:t>قرآن کا مطالعہ کریں تو قرآن میں صرف بیسک</w:t>
      </w:r>
    </w:p>
    <w:p>
      <w:r>
        <w:rPr>
          <w:b/>
        </w:rPr>
        <w:t xml:space="preserve">[1:00:23] </w:t>
      </w:r>
      <w:r>
        <w:t>teachings hain, detail hai hi nahi Quran mein kisi bhi cheez ki,</w:t>
      </w:r>
    </w:p>
    <w:p>
      <w:pPr>
        <w:jc w:val="right"/>
      </w:pPr>
      <w:r>
        <w:t>ٹیچنگز ہیں، ڈیٹیل ہے ہی نہیں قرآن میں کسی بھی چیز کی،</w:t>
      </w:r>
    </w:p>
    <w:p>
      <w:r>
        <w:rPr>
          <w:b/>
        </w:rPr>
        <w:t xml:space="preserve">[1:00:29] </w:t>
      </w:r>
      <w:r>
        <w:t>kisi bhi cheez ki detail nahi.</w:t>
      </w:r>
    </w:p>
    <w:p>
      <w:pPr>
        <w:jc w:val="right"/>
      </w:pPr>
      <w:r>
        <w:t>کسی بھی چیز کی ڈیٹیل نہیں۔</w:t>
      </w:r>
    </w:p>
    <w:p>
      <w:r>
        <w:rPr>
          <w:b/>
        </w:rPr>
        <w:t xml:space="preserve">[1:00:31] </w:t>
      </w:r>
      <w:r>
        <w:t>yahan tak ke ek shakhs jab Islam qabool karta hai toh jo kalma parhta hai, woh bhi nahi</w:t>
      </w:r>
    </w:p>
    <w:p>
      <w:pPr>
        <w:jc w:val="right"/>
      </w:pPr>
      <w:r>
        <w:t>یہاں تک کہ ایک شخص جب اسلام قبول کرتا ہے تو جو کلمہ پڑھتا ہے، وہ بھی نہیں</w:t>
      </w:r>
    </w:p>
    <w:p>
      <w:r>
        <w:rPr>
          <w:b/>
        </w:rPr>
        <w:t xml:space="preserve">[1:00:36] </w:t>
      </w:r>
      <w:r>
        <w:t>maujood hai quran majeed mein.</w:t>
      </w:r>
    </w:p>
    <w:p>
      <w:pPr>
        <w:jc w:val="right"/>
      </w:pPr>
      <w:r>
        <w:t>موجود ہے قرآن مجید میں۔</w:t>
      </w:r>
    </w:p>
    <w:p>
      <w:r>
        <w:rPr>
          <w:b/>
        </w:rPr>
        <w:t xml:space="preserve">[1:00:38] </w:t>
      </w:r>
      <w:r>
        <w:t>ashhadu an la ilaha illallah wa ashhadu an Muhammad abduhu rasool kahan hai quran mein?</w:t>
      </w:r>
    </w:p>
    <w:p>
      <w:pPr>
        <w:jc w:val="right"/>
      </w:pPr>
      <w:r>
        <w:t>اشھد ان لا الہ الا اللہ واشہد ان محمد عبدہ رسول کہاں ہے قرآن میں؟</w:t>
      </w:r>
    </w:p>
    <w:p>
      <w:r>
        <w:rPr>
          <w:b/>
        </w:rPr>
        <w:t xml:space="preserve">[1:00:44] </w:t>
      </w:r>
      <w:r>
        <w:t>na namaz ki tafseer, zakat ki, haj ki, kisi ki bhi kuch bhi nahi, kyunke basic teachings hain</w:t>
      </w:r>
    </w:p>
    <w:p>
      <w:pPr>
        <w:jc w:val="right"/>
      </w:pPr>
      <w:r>
        <w:t>نہ نماز کی تفسیر، زکوۃ کی، حج کی، کسی کی بھی کچھ بھی نہیں، کیونکہ بیسک ٹیچنگز ہیں</w:t>
      </w:r>
    </w:p>
    <w:p>
      <w:r>
        <w:rPr>
          <w:b/>
        </w:rPr>
        <w:t xml:space="preserve">[1:00:51] </w:t>
      </w:r>
      <w:r>
        <w:t>quran majeed mein.</w:t>
      </w:r>
    </w:p>
    <w:p>
      <w:pPr>
        <w:jc w:val="right"/>
      </w:pPr>
      <w:r>
        <w:t>قرآن مجید میں۔</w:t>
      </w:r>
    </w:p>
    <w:p>
      <w:r>
        <w:rPr>
          <w:b/>
        </w:rPr>
        <w:t xml:space="preserve">[1:00:52] </w:t>
      </w:r>
      <w:r>
        <w:t>basic teach to basic teachings ki tafseer kaun bataye?</w:t>
      </w:r>
    </w:p>
    <w:p>
      <w:pPr>
        <w:jc w:val="right"/>
      </w:pPr>
      <w:r>
        <w:t>بیسک ٹیچنگ تو بیسک ٹیچنگز کی تفسیر کون بتائے؟</w:t>
      </w:r>
    </w:p>
    <w:p>
      <w:r>
        <w:rPr>
          <w:b/>
        </w:rPr>
        <w:t xml:space="preserve">[1:01:00] </w:t>
      </w:r>
      <w:r>
        <w:t>jo basic teachings quran majeed mein hain, uski tafseer kaun bataye? zahir hai koi batayega jis</w:t>
      </w:r>
    </w:p>
    <w:p>
      <w:pPr>
        <w:jc w:val="right"/>
      </w:pPr>
      <w:r>
        <w:t>جو بیسک ٹیچنگز قرآن مجید میں ہیں، اس کی تفسیر کون بتائے؟ ظاہر ہے کوئی بتائے گا جس</w:t>
      </w:r>
    </w:p>
    <w:p>
      <w:r>
        <w:rPr>
          <w:b/>
        </w:rPr>
        <w:t xml:space="preserve">[1:01:05] </w:t>
      </w:r>
      <w:r>
        <w:t>peh utra hai woh.</w:t>
      </w:r>
    </w:p>
    <w:p>
      <w:pPr>
        <w:jc w:val="right"/>
      </w:pPr>
      <w:r>
        <w:t>پہ اترا ہے وہ۔</w:t>
      </w:r>
    </w:p>
    <w:p>
      <w:r>
        <w:rPr>
          <w:b/>
        </w:rPr>
        <w:t xml:space="preserve">[1:01:07] </w:t>
      </w:r>
      <w:r>
        <w:t>to main samajhta hoon ke rasool Allah quran ka integral part hain.</w:t>
      </w:r>
    </w:p>
    <w:p>
      <w:pPr>
        <w:jc w:val="right"/>
      </w:pPr>
      <w:r>
        <w:t>تو میں سمجھتا ہوں کہ رسول اللہ قرآن کا انٹیگرل پارٹ ہیں۔</w:t>
      </w:r>
    </w:p>
    <w:p>
      <w:r>
        <w:rPr>
          <w:b/>
        </w:rPr>
        <w:t xml:space="preserve">[1:01:13] </w:t>
      </w:r>
      <w:r>
        <w:t>jo kahe ke hum rasool Allah ko alag kar ke, hadith ko alag kar ke quran ko samjhein</w:t>
      </w:r>
    </w:p>
    <w:p>
      <w:pPr>
        <w:jc w:val="right"/>
      </w:pPr>
      <w:r>
        <w:t>جو کہے کہ ہم رسول اللہ کو الگ کر کے، حدیث کو الگ کر کے قرآن کو سمجھیں</w:t>
      </w:r>
    </w:p>
    <w:p>
      <w:r>
        <w:rPr>
          <w:b/>
        </w:rPr>
        <w:t xml:space="preserve">[1:01:17] </w:t>
      </w:r>
      <w:r>
        <w:t>ge, mujhe to uski sensitivity pe shak hota hai.</w:t>
      </w:r>
    </w:p>
    <w:p>
      <w:pPr>
        <w:jc w:val="right"/>
      </w:pPr>
      <w:r>
        <w:t>گے، مجھے تو اس کی سینسٹیوٹی پہ شک ہوتا ہے۔</w:t>
      </w:r>
    </w:p>
    <w:p>
      <w:r>
        <w:rPr>
          <w:b/>
        </w:rPr>
        <w:t xml:space="preserve">[1:01:20] </w:t>
      </w:r>
      <w:r>
        <w:t>sensitivity pe shak hota hai.</w:t>
      </w:r>
    </w:p>
    <w:p>
      <w:pPr>
        <w:jc w:val="right"/>
      </w:pPr>
      <w:r>
        <w:t>سینسٹیوٹی پہ شک ہوتا ہے۔</w:t>
      </w:r>
    </w:p>
    <w:p>
      <w:r>
        <w:rPr>
          <w:b/>
        </w:rPr>
        <w:t xml:space="preserve">[1:01:25] </w:t>
      </w:r>
      <w:r>
        <w:t>yani koi bhi reason</w:t>
      </w:r>
    </w:p>
    <w:p>
      <w:pPr>
        <w:jc w:val="right"/>
      </w:pPr>
      <w:r>
        <w:t>یعنی کوئی بھی ریزن</w:t>
      </w:r>
    </w:p>
    <w:p>
      <w:r>
        <w:rPr>
          <w:b/>
        </w:rPr>
        <w:t xml:space="preserve">[1:01:28] </w:t>
      </w:r>
      <w:r>
        <w:t>isko allow nahi kar sakti ke aap dono ko alag karein aap.</w:t>
      </w:r>
    </w:p>
    <w:p>
      <w:pPr>
        <w:jc w:val="right"/>
      </w:pPr>
      <w:r>
        <w:t>اس کو الاؤ نہیں کر سکتی کہ آپ دونوں کو الگ کریں آپ۔</w:t>
      </w:r>
    </w:p>
    <w:p>
      <w:r>
        <w:rPr>
          <w:b/>
        </w:rPr>
        <w:t xml:space="preserve">[1:01:32] </w:t>
      </w:r>
      <w:r>
        <w:t>Maulana, agla sawal naseer aslam sahib ne kiya hai lahore se aur unka sawal hai ke musalmanon</w:t>
      </w:r>
    </w:p>
    <w:p>
      <w:pPr>
        <w:jc w:val="right"/>
      </w:pPr>
      <w:r>
        <w:t>Maulana، اگلا سوال نصیر اسلم صاحب نے کیا ہے لاہور سے اور ان کا سوال ہے کہ مسلمانوں</w:t>
      </w:r>
    </w:p>
    <w:p>
      <w:r>
        <w:rPr>
          <w:b/>
        </w:rPr>
        <w:t xml:space="preserve">[1:01:39] </w:t>
      </w:r>
      <w:r>
        <w:t>mein bohat zyada firqe hain, itne firqe ki maujoodgi mein ittehad e millat kaise ho sakti hai, iske</w:t>
      </w:r>
    </w:p>
    <w:p>
      <w:pPr>
        <w:jc w:val="right"/>
      </w:pPr>
      <w:r>
        <w:t>میں بہت زیادہ فرقے ہیں، اتنے فرقے کی موجودگی میں اتحاد ملت کیسے ہو سکتی ہے، اس کے</w:t>
      </w:r>
    </w:p>
    <w:p>
      <w:r>
        <w:rPr>
          <w:b/>
        </w:rPr>
        <w:t xml:space="preserve">[1:01:48] </w:t>
      </w:r>
      <w:r>
        <w:t>bare mein batayein.</w:t>
      </w:r>
    </w:p>
    <w:p>
      <w:pPr>
        <w:jc w:val="right"/>
      </w:pPr>
      <w:r>
        <w:t>بارے میں بتائیں۔</w:t>
      </w:r>
    </w:p>
    <w:p>
      <w:r>
        <w:rPr>
          <w:b/>
        </w:rPr>
        <w:t xml:space="preserve">[1:01:50] </w:t>
      </w:r>
      <w:r>
        <w:t>dekhiye, is par hamari kitab maujood hai, aap isko padhiye.</w:t>
      </w:r>
    </w:p>
    <w:p>
      <w:pPr>
        <w:jc w:val="right"/>
      </w:pPr>
      <w:r>
        <w:t>دیکھیے، اس پر ہماری کتاب موجود ہے، آپ اس کو پڑھیے۔</w:t>
      </w:r>
    </w:p>
    <w:p>
      <w:r>
        <w:rPr>
          <w:b/>
        </w:rPr>
        <w:t xml:space="preserve">[1:01:55] </w:t>
      </w:r>
      <w:r>
        <w:t>tajdeed e deen, dekhiye, ittehad ka talluq</w:t>
      </w:r>
    </w:p>
    <w:p>
      <w:pPr>
        <w:jc w:val="right"/>
      </w:pPr>
      <w:r>
        <w:t>تجدید دین، دیکھیے، اتحاد کا تعلق</w:t>
      </w:r>
    </w:p>
    <w:p>
      <w:r>
        <w:rPr>
          <w:b/>
        </w:rPr>
        <w:t xml:space="preserve">[1:02:00] </w:t>
      </w:r>
      <w:r>
        <w:t>is se nahi hai ke differences logon mein hain, is se kuch bhi talluq nahi.</w:t>
      </w:r>
    </w:p>
    <w:p>
      <w:pPr>
        <w:jc w:val="right"/>
      </w:pPr>
      <w:r>
        <w:t>اس سے نہیں ہے کہ ڈفرنسز لوگوں میں ہیں، اس سے کچھ بھی تعلق نہیں۔</w:t>
      </w:r>
    </w:p>
    <w:p>
      <w:r>
        <w:rPr>
          <w:b/>
        </w:rPr>
        <w:t xml:space="preserve">[1:02:06] </w:t>
      </w:r>
      <w:r>
        <w:t>differences to hote hi hote hain, sahaba mein bhi differences the, hatta ke dunya mein agar back waqt</w:t>
      </w:r>
    </w:p>
    <w:p>
      <w:pPr>
        <w:jc w:val="right"/>
      </w:pPr>
      <w:r>
        <w:t>ڈفرنسز تو ہوتے ہی ہوتے ہیں، صحابہ میں بھی ڈفرنسز تھے، حتیٰ کہ دنیا میں اگر بیک وقت</w:t>
      </w:r>
    </w:p>
    <w:p>
      <w:r>
        <w:rPr>
          <w:b/>
        </w:rPr>
        <w:t xml:space="preserve">[1:02:12] </w:t>
      </w:r>
      <w:r>
        <w:t>do paighambar hon tab bhi difference ho jata hai, jaisa ke Hazrat Haroon mein, Hazrat Musa mein hua.</w:t>
      </w:r>
    </w:p>
    <w:p>
      <w:pPr>
        <w:jc w:val="right"/>
      </w:pPr>
      <w:r>
        <w:t>دو پیغمبر ہوں تب بھی ڈفرنس ہو جاتا ہے، جیسا کہ حضرت ہارون میں، حضرت موسیٰ میں ہوا۔</w:t>
      </w:r>
    </w:p>
    <w:p>
      <w:r>
        <w:rPr>
          <w:b/>
        </w:rPr>
        <w:t xml:space="preserve">[1:02:20] </w:t>
      </w:r>
      <w:r>
        <w:t>to difference koi excuse nahi hai.</w:t>
      </w:r>
    </w:p>
    <w:p>
      <w:pPr>
        <w:jc w:val="right"/>
      </w:pPr>
      <w:r>
        <w:t>تو ڈفرنس کوئی ایکسکیوز نہیں ہے۔</w:t>
      </w:r>
    </w:p>
    <w:p>
      <w:r>
        <w:rPr>
          <w:b/>
        </w:rPr>
        <w:t xml:space="preserve">[1:02:25] </w:t>
      </w:r>
      <w:r>
        <w:t>difference se kya hota hai? difference to rahenge, difference to zindagi ki alamat hai.</w:t>
      </w:r>
    </w:p>
    <w:p>
      <w:pPr>
        <w:jc w:val="right"/>
      </w:pPr>
      <w:r>
        <w:t>ڈفرنس سے کیا ہوتا ہے؟ ڈفرنس تو رہیں گے، ڈفرنس تو زندگی کی علامت ہے۔</w:t>
      </w:r>
    </w:p>
    <w:p>
      <w:r>
        <w:rPr>
          <w:b/>
        </w:rPr>
        <w:t xml:space="preserve">[1:02:29] </w:t>
      </w:r>
      <w:r>
        <w:t>difference ki wajah se discussion hota hai, dialogue hota hai, intellectual development hota hai.</w:t>
      </w:r>
    </w:p>
    <w:p>
      <w:pPr>
        <w:jc w:val="right"/>
      </w:pPr>
      <w:r>
        <w:t>ڈفرنس کی وجہ سے ڈسکشن ہوتا ہے، ڈائیلاگ ہوتا ہے، انٹلیکچول ڈیولپمنٹ ہوتا ہے۔</w:t>
      </w:r>
    </w:p>
    <w:p>
      <w:r>
        <w:rPr>
          <w:b/>
        </w:rPr>
        <w:t xml:space="preserve">[1:02:37] </w:t>
      </w:r>
      <w:r>
        <w:t>jo cheez jo ghalat hai, wo difference nahi hai, wo hai ghalu, yani extremism.</w:t>
      </w:r>
    </w:p>
    <w:p>
      <w:pPr>
        <w:jc w:val="right"/>
      </w:pPr>
      <w:r>
        <w:t>جو چیز جو غلطی ہے، وہ ڈفرنس نہیں ہے، وہ ہے غلو، یعنی ایکسٹریمزم۔</w:t>
      </w:r>
    </w:p>
    <w:p>
      <w:r>
        <w:rPr>
          <w:b/>
        </w:rPr>
        <w:t xml:space="preserve">[1:02:45] </w:t>
      </w:r>
      <w:r>
        <w:t>extremism aur extremism ki sab se zyada</w:t>
      </w:r>
    </w:p>
    <w:p>
      <w:pPr>
        <w:jc w:val="right"/>
      </w:pPr>
      <w:r>
        <w:t>ایکسٹریمزم اور ایکسٹریمزم کی سب سے زیادہ</w:t>
      </w:r>
    </w:p>
    <w:p>
      <w:r>
        <w:rPr>
          <w:b/>
        </w:rPr>
        <w:t xml:space="preserve">[1:02:51] </w:t>
      </w:r>
      <w:r>
        <w:t>khatarnak shakal yeh hai jis ko kehte hain kisi cheez ko logical end tak pohanchana.</w:t>
      </w:r>
    </w:p>
    <w:p>
      <w:pPr>
        <w:jc w:val="right"/>
      </w:pPr>
      <w:r>
        <w:t>خطرناک شکل یہ ہے جس کو کہتے ہیں کسی چیز کو لاجیکل اینڈ تک پہنچانا۔</w:t>
      </w:r>
    </w:p>
    <w:p>
      <w:r>
        <w:rPr>
          <w:b/>
        </w:rPr>
        <w:t xml:space="preserve">[1:02:58] </w:t>
      </w:r>
      <w:r>
        <w:t>misalan hadees mein aata hai ke la salata illa bi fatihat al-kitab</w:t>
      </w:r>
    </w:p>
    <w:p>
      <w:pPr>
        <w:jc w:val="right"/>
      </w:pPr>
      <w:r>
        <w:t>مثلاً حدیث میں آتا ہے کہ لا صلاۃ الا بفاتحۃ الکتاب</w:t>
      </w:r>
    </w:p>
    <w:p>
      <w:r>
        <w:rPr>
          <w:b/>
        </w:rPr>
        <w:t xml:space="preserve">[1:03:05] </w:t>
      </w:r>
      <w:r>
        <w:t>yani surah fatiha parhe ke baad koi namaz namaz nahin.</w:t>
      </w:r>
    </w:p>
    <w:p>
      <w:pPr>
        <w:jc w:val="right"/>
      </w:pPr>
      <w:r>
        <w:t>یعنی سورہ فاتحہ پڑھے کے بعد کوئی نماز نماز نہیں۔</w:t>
      </w:r>
    </w:p>
    <w:p>
      <w:r>
        <w:rPr>
          <w:b/>
        </w:rPr>
        <w:t xml:space="preserve">[1:03:09] </w:t>
      </w:r>
      <w:r>
        <w:t>to yahan par is ko logon ne is logical end tak le gaye ke har harf, har harf</w:t>
      </w:r>
    </w:p>
    <w:p>
      <w:pPr>
        <w:jc w:val="right"/>
      </w:pPr>
      <w:r>
        <w:t>تو یہاں پر اس کو لوگوں نے اس لاجیکل اینڈ تک لے گئے کہ ہر حرف، ہر حرف</w:t>
      </w:r>
    </w:p>
    <w:p>
      <w:r>
        <w:rPr>
          <w:b/>
        </w:rPr>
        <w:t xml:space="preserve">[1:03:14] </w:t>
      </w:r>
      <w:r>
        <w:t>musalli ko parhna chahiye warna namaz hi nahin hogi.</w:t>
      </w:r>
    </w:p>
    <w:p>
      <w:pPr>
        <w:jc w:val="right"/>
      </w:pPr>
      <w:r>
        <w:t>مصلی کو پڑھنا چاہیے ورنہ نماز ہی نہیں ہوگی۔</w:t>
      </w:r>
    </w:p>
    <w:p>
      <w:r>
        <w:rPr>
          <w:b/>
        </w:rPr>
        <w:t xml:space="preserve">[1:03:18] </w:t>
      </w:r>
      <w:r>
        <w:t>jab hamara ek imam samne woh hamara represent kar raha hai to is ka parhna hamara parhna hai,</w:t>
      </w:r>
    </w:p>
    <w:p>
      <w:pPr>
        <w:jc w:val="right"/>
      </w:pPr>
      <w:r>
        <w:t>جب ہمارا ایک امام سامنے وہ ہمارا ریپریزنٹ کر رہا ہے تو اس کا پڑھنا ہمارا پڑھنا ہے،</w:t>
      </w:r>
    </w:p>
    <w:p>
      <w:r>
        <w:rPr>
          <w:b/>
        </w:rPr>
        <w:t xml:space="preserve">[1:03:23] </w:t>
      </w:r>
      <w:r>
        <w:t>lekin is ko logical end tak le gaye ke mujhe personally khud parhna pare ga, nahin to meri</w:t>
      </w:r>
    </w:p>
    <w:p>
      <w:pPr>
        <w:jc w:val="right"/>
      </w:pPr>
      <w:r>
        <w:t>لیکن اس کو لاجیکل اینڈ تک لے گئے کہ مجھے پرسنلی خود پڑھنا پڑے گا، نہیں تو میری</w:t>
      </w:r>
    </w:p>
    <w:p>
      <w:r>
        <w:rPr>
          <w:b/>
        </w:rPr>
        <w:t xml:space="preserve">[1:03:28] </w:t>
      </w:r>
      <w:r>
        <w:t>namaz nahin hogi.</w:t>
      </w:r>
    </w:p>
    <w:p>
      <w:pPr>
        <w:jc w:val="right"/>
      </w:pPr>
      <w:r>
        <w:t>نماز نہیں ہوگی۔</w:t>
      </w:r>
    </w:p>
    <w:p>
      <w:r>
        <w:rPr>
          <w:b/>
        </w:rPr>
        <w:t xml:space="preserve">[1:03:31] </w:t>
      </w:r>
      <w:r>
        <w:t>to difference buri cheez nahin hai,</w:t>
      </w:r>
    </w:p>
    <w:p>
      <w:pPr>
        <w:jc w:val="right"/>
      </w:pPr>
      <w:r>
        <w:t>تو ڈفرنس بری چیز نہیں ہے،</w:t>
      </w:r>
    </w:p>
    <w:p>
      <w:r>
        <w:rPr>
          <w:b/>
        </w:rPr>
        <w:t xml:space="preserve">[1:03:35] </w:t>
      </w:r>
      <w:r>
        <w:t>buri cheez hai ghalu, extremism, cheezon ko logical end tak le jana.</w:t>
      </w:r>
    </w:p>
    <w:p>
      <w:pPr>
        <w:jc w:val="right"/>
      </w:pPr>
      <w:r>
        <w:t>بری چیز ہے غلو، ایکسٹریمزم، چیزوں کو لاجیکل اینڈ تک لے جانا۔</w:t>
      </w:r>
    </w:p>
    <w:p>
      <w:r>
        <w:rPr>
          <w:b/>
        </w:rPr>
        <w:t xml:space="preserve">[1:03:41] </w:t>
      </w:r>
      <w:r>
        <w:t>warna difference to bohat si nemmat hai,</w:t>
      </w:r>
    </w:p>
    <w:p>
      <w:pPr>
        <w:jc w:val="right"/>
      </w:pPr>
      <w:r>
        <w:t>ورنہ ڈفرنس تو بہت سی نعمت ہے،</w:t>
      </w:r>
    </w:p>
    <w:p>
      <w:r>
        <w:rPr>
          <w:b/>
        </w:rPr>
        <w:t xml:space="preserve">[1:03:45] </w:t>
      </w:r>
      <w:r>
        <w:t>ikhtilaf ummati ki wajah se dialogue hota hai, discussion hota hai, aur thinking barhti hai.</w:t>
      </w:r>
    </w:p>
    <w:p>
      <w:pPr>
        <w:jc w:val="right"/>
      </w:pPr>
      <w:r>
        <w:t>اختلاف امتی کی وجہ سے ڈائیلاگ ہوتا ہے، ڈسکشن ہوتا ہے، اور تھنکنگ بڑھتی ہے۔</w:t>
      </w:r>
    </w:p>
    <w:p>
      <w:r>
        <w:rPr>
          <w:b/>
        </w:rPr>
        <w:t xml:space="preserve">[1:03:55] </w:t>
      </w:r>
      <w:r>
        <w:t>har aadmi ek sath sochta hai to koi zyada nahin soch raha hai.</w:t>
      </w:r>
    </w:p>
    <w:p>
      <w:pPr>
        <w:jc w:val="right"/>
      </w:pPr>
      <w:r>
        <w:t>ہر آدمی ایک ساتھ سوچتا ہے تو کوئی زیادہ نہیں سوچ رہا ہے۔</w:t>
      </w:r>
    </w:p>
    <w:p>
      <w:r>
        <w:rPr>
          <w:b/>
        </w:rPr>
        <w:t xml:space="preserve">[1:04:03] </w:t>
      </w:r>
      <w:r>
        <w:t>to main samajhta hoon ke difference koi evil nahin hai, difference koi problem nahin hai,</w:t>
      </w:r>
    </w:p>
    <w:p>
      <w:pPr>
        <w:jc w:val="right"/>
      </w:pPr>
      <w:r>
        <w:t>تو میں سمجھتا ہوں کہ ڈفرنس کوئی ایول نہیں ہے، ڈفرنس کوئی پرابلم نہیں ہے،</w:t>
      </w:r>
    </w:p>
    <w:p>
      <w:r>
        <w:rPr>
          <w:b/>
        </w:rPr>
        <w:t xml:space="preserve">[1:04:10] </w:t>
      </w:r>
      <w:r>
        <w:t>balke difference blessing hai.</w:t>
      </w:r>
    </w:p>
    <w:p>
      <w:pPr>
        <w:jc w:val="right"/>
      </w:pPr>
      <w:r>
        <w:t>بلکہ ڈفرنس بلیسنگ ہے۔</w:t>
      </w:r>
    </w:p>
    <w:p>
      <w:r>
        <w:rPr>
          <w:b/>
        </w:rPr>
        <w:t xml:space="preserve">[1:04:12] </w:t>
      </w:r>
      <w:r>
        <w:t>jo problem hai woh hai ghalu, jis ko kehte hain extremism,</w:t>
      </w:r>
    </w:p>
    <w:p>
      <w:pPr>
        <w:jc w:val="right"/>
      </w:pPr>
      <w:r>
        <w:t>جو پرابلم ہے وہ ہے غلو، جس کو کہتے ہیں ایکسٹریمزم،</w:t>
      </w:r>
    </w:p>
    <w:p>
      <w:r>
        <w:rPr>
          <w:b/>
        </w:rPr>
        <w:t xml:space="preserve">[1:04:18] </w:t>
      </w:r>
      <w:r>
        <w:t>cheezon ko logical end tak pohanchana.</w:t>
      </w:r>
    </w:p>
    <w:p>
      <w:pPr>
        <w:jc w:val="right"/>
      </w:pPr>
      <w:r>
        <w:t>چیزوں کو لاجیکل اینڈ تک پہنچانا۔</w:t>
      </w:r>
    </w:p>
    <w:p>
      <w:r>
        <w:rPr>
          <w:b/>
        </w:rPr>
        <w:t xml:space="preserve">[1:04:21] </w:t>
      </w:r>
      <w:r>
        <w:t>Maulana, agla sawal Tariq Badr Sahab ne kiya hai Lahore se aur unhon ne likha hai ke Musalmanon</w:t>
      </w:r>
    </w:p>
    <w:p>
      <w:pPr>
        <w:jc w:val="right"/>
      </w:pPr>
      <w:r>
        <w:t>Maulana، اگلا سوال طارق بدر صاحب نے کیا ہے لاہور سے اور انہوں نے لکھا ہے کہ مسلمانوں</w:t>
      </w:r>
    </w:p>
    <w:p>
      <w:r>
        <w:rPr>
          <w:b/>
        </w:rPr>
        <w:t xml:space="preserve">[1:04:29] </w:t>
      </w:r>
      <w:r>
        <w:t>ke different firqay khud ko sahi samajhte hain, ek aam Musalman kis tarah hadees ko ikhtiyar kar ke</w:t>
      </w:r>
    </w:p>
    <w:p>
      <w:pPr>
        <w:jc w:val="right"/>
      </w:pPr>
      <w:r>
        <w:t>کے ڈفرنٹ فرقے خود کو صحیح سمجھتے ہیں، ایک عام مسلمان کس طرح حدیث کو اختیار کر کے</w:t>
      </w:r>
    </w:p>
    <w:p>
      <w:r>
        <w:rPr>
          <w:b/>
        </w:rPr>
        <w:t xml:space="preserve">[1:04:37] </w:t>
      </w:r>
      <w:r>
        <w:t>apni dunyavi aur akhravi falah o nijat hasil kar sakta hai?</w:t>
      </w:r>
    </w:p>
    <w:p>
      <w:pPr>
        <w:jc w:val="right"/>
      </w:pPr>
      <w:r>
        <w:t>اپنی دنیاوی اور آخروی فلاح و نجات حاصل کر سکتا ہے؟</w:t>
      </w:r>
    </w:p>
    <w:p>
      <w:r>
        <w:rPr>
          <w:b/>
        </w:rPr>
        <w:t xml:space="preserve">[1:04:44] </w:t>
      </w:r>
      <w:r>
        <w:t>sahi samajhta hai, aap samajhne dijiye.</w:t>
      </w:r>
    </w:p>
    <w:p>
      <w:pPr>
        <w:jc w:val="right"/>
      </w:pPr>
      <w:r>
        <w:t>صحیح سمجھتا ہے، آپ سمجھنے دیجیے۔</w:t>
      </w:r>
    </w:p>
    <w:p>
      <w:r>
        <w:rPr>
          <w:b/>
        </w:rPr>
        <w:t xml:space="preserve">[1:04:47] </w:t>
      </w:r>
      <w:r>
        <w:t>sahi samajhna evil nahin hai,</w:t>
      </w:r>
    </w:p>
    <w:p>
      <w:pPr>
        <w:jc w:val="right"/>
      </w:pPr>
      <w:r>
        <w:t>صحیح سمجھنا ایول نہیں ہے،</w:t>
      </w:r>
    </w:p>
    <w:p>
      <w:r>
        <w:rPr>
          <w:b/>
        </w:rPr>
        <w:t xml:space="preserve">[1:04:51] </w:t>
      </w:r>
      <w:r>
        <w:t>ghalu karna evil hai.</w:t>
      </w:r>
    </w:p>
    <w:p>
      <w:pPr>
        <w:jc w:val="right"/>
      </w:pPr>
      <w:r>
        <w:t>غلو کرنا ایول ہے۔</w:t>
      </w:r>
    </w:p>
    <w:p>
      <w:r>
        <w:rPr>
          <w:b/>
        </w:rPr>
        <w:t xml:space="preserve">[1:04:56] </w:t>
      </w:r>
      <w:r>
        <w:t>donon mein farq hai.</w:t>
      </w:r>
    </w:p>
    <w:p>
      <w:pPr>
        <w:jc w:val="right"/>
      </w:pPr>
      <w:r>
        <w:t>دونوں میں فرق ہے۔</w:t>
      </w:r>
    </w:p>
    <w:p>
      <w:r>
        <w:rPr>
          <w:b/>
        </w:rPr>
        <w:t xml:space="preserve">[1:04:57] </w:t>
      </w:r>
      <w:r>
        <w:t>agar mein apne ko sahi samajhta hoon to yeh koi evil nahi hai.</w:t>
      </w:r>
    </w:p>
    <w:p>
      <w:pPr>
        <w:jc w:val="right"/>
      </w:pPr>
      <w:r>
        <w:t>اگر میں اپنے کو صحیح سمجھتا ہوں تو یہ کوئی ایول نہیں ہے۔</w:t>
      </w:r>
    </w:p>
    <w:p>
      <w:r>
        <w:rPr>
          <w:b/>
        </w:rPr>
        <w:t xml:space="preserve">[1:05:01] </w:t>
      </w:r>
      <w:r>
        <w:t>evil yeh hai ke mein samajhta hoon doosra aadmi jahanum mein jaye ga,</w:t>
      </w:r>
    </w:p>
    <w:p>
      <w:pPr>
        <w:jc w:val="right"/>
      </w:pPr>
      <w:r>
        <w:t>ایول یہ ہے کہ میں سمجھتا ہوں دوسرا آدمی جہنم میں جائے گا،</w:t>
      </w:r>
    </w:p>
    <w:p>
      <w:r>
        <w:rPr>
          <w:b/>
        </w:rPr>
        <w:t xml:space="preserve">[1:05:06] </w:t>
      </w:r>
      <w:r>
        <w:t>mein elahi ko mera saath de, yeh ghalu hai.</w:t>
      </w:r>
    </w:p>
    <w:p>
      <w:pPr>
        <w:jc w:val="right"/>
      </w:pPr>
      <w:r>
        <w:t>میں الہی کو میرا ساتھ دے، یہ غلو ہے۔</w:t>
      </w:r>
    </w:p>
    <w:p>
      <w:r>
        <w:rPr>
          <w:b/>
        </w:rPr>
        <w:t xml:space="preserve">[1:05:09] </w:t>
      </w:r>
      <w:r>
        <w:t>to koi samajhta hai sahi, samajhne dijiye us ko.</w:t>
      </w:r>
    </w:p>
    <w:p>
      <w:pPr>
        <w:jc w:val="right"/>
      </w:pPr>
      <w:r>
        <w:t>تو کوئی سمجھتا ہے صحیح، سمجھنے دیجیے اس کو۔</w:t>
      </w:r>
    </w:p>
    <w:p>
      <w:r>
        <w:rPr>
          <w:b/>
        </w:rPr>
        <w:t xml:space="preserve">[1:05:12] </w:t>
      </w:r>
      <w:r>
        <w:t>aap is se baat cheet kar sakte hain, lekin kisi ko yeh right nahi hai ke mein</w:t>
      </w:r>
    </w:p>
    <w:p>
      <w:pPr>
        <w:jc w:val="right"/>
      </w:pPr>
      <w:r>
        <w:t>آپ اس سے بات چیت کر سکتے ہیں، لیکن کسی کو یہ رائٹ نہیں ہے کہ میں</w:t>
      </w:r>
    </w:p>
    <w:p>
      <w:r>
        <w:rPr>
          <w:b/>
        </w:rPr>
        <w:t xml:space="preserve">[1:05:18] </w:t>
      </w:r>
      <w:r>
        <w:t>jannat mein jaon ga aur doosre sab jahanum mein jayen ga.</w:t>
      </w:r>
    </w:p>
    <w:p>
      <w:pPr>
        <w:jc w:val="right"/>
      </w:pPr>
      <w:r>
        <w:t>جنت میں جاؤں گا اور دوسرے سب جہنم میں جائیں گے۔</w:t>
      </w:r>
    </w:p>
    <w:p>
      <w:r>
        <w:rPr>
          <w:b/>
        </w:rPr>
        <w:t xml:space="preserve">[1:05:21] </w:t>
      </w:r>
      <w:r>
        <w:t>mein muslim hoon, baqi sab kafir hain, yeh sab ghalu hai.</w:t>
      </w:r>
    </w:p>
    <w:p>
      <w:pPr>
        <w:jc w:val="right"/>
      </w:pPr>
      <w:r>
        <w:t>میں مسلم ہوں، باقی سب کافر ہیں، یہ سب غلو ہے۔</w:t>
      </w:r>
    </w:p>
    <w:p>
      <w:r>
        <w:rPr>
          <w:b/>
        </w:rPr>
        <w:t xml:space="preserve">[1:05:24] </w:t>
      </w:r>
      <w:r>
        <w:t>to jo cheez buri hai woh ghalu hai, na ke</w:t>
      </w:r>
    </w:p>
    <w:p>
      <w:pPr>
        <w:jc w:val="right"/>
      </w:pPr>
      <w:r>
        <w:t>تو جو چیز بری ہے وہ غلو ہے، نہ کہ</w:t>
      </w:r>
    </w:p>
    <w:p>
      <w:r>
        <w:rPr>
          <w:b/>
        </w:rPr>
        <w:t xml:space="preserve">[1:05:29] </w:t>
      </w:r>
      <w:r>
        <w:t>difference. koi apne ko sahi samajhta hai to woh bhi koi right nahi, samajhne dijiye.</w:t>
      </w:r>
    </w:p>
    <w:p>
      <w:pPr>
        <w:jc w:val="right"/>
      </w:pPr>
      <w:r>
        <w:t>ڈفرنس۔ کوئی اپنے کو صحیح سمجھتا ہے تو وہ بھی کوئی رائٹ نہیں، سمجھنے دیجیے۔</w:t>
      </w:r>
    </w:p>
    <w:p>
      <w:r>
        <w:rPr>
          <w:b/>
        </w:rPr>
        <w:t xml:space="preserve">[1:05:35] </w:t>
      </w:r>
      <w:r>
        <w:t>jab tak woh extremist na bane,</w:t>
      </w:r>
    </w:p>
    <w:p>
      <w:pPr>
        <w:jc w:val="right"/>
      </w:pPr>
      <w:r>
        <w:t>جب تک وہ ایکسٹریمسٹ نہ بنے،</w:t>
      </w:r>
    </w:p>
    <w:p>
      <w:r>
        <w:rPr>
          <w:b/>
        </w:rPr>
        <w:t xml:space="preserve">[1:05:39] </w:t>
      </w:r>
      <w:r>
        <w:t>extremist na ban jaye, ghali na ban jaye.</w:t>
      </w:r>
    </w:p>
    <w:p>
      <w:pPr>
        <w:jc w:val="right"/>
      </w:pPr>
      <w:r>
        <w:t>ایکسٹریمسٹ نہ بن جائے، غالی نہ بن جائے۔</w:t>
      </w:r>
    </w:p>
    <w:p>
      <w:r>
        <w:rPr>
          <w:b/>
        </w:rPr>
        <w:t xml:space="preserve">[1:05:43] </w:t>
      </w:r>
      <w:r>
        <w:t>log ghair zaroori tor par in cheezon ko masla bana dete hain.</w:t>
      </w:r>
    </w:p>
    <w:p>
      <w:pPr>
        <w:jc w:val="right"/>
      </w:pPr>
      <w:r>
        <w:t>لوگ غیر ضروری طور پر ان چیزوں کو مسئلہ بنا دیتے ہیں۔</w:t>
      </w:r>
    </w:p>
    <w:p>
      <w:r>
        <w:rPr>
          <w:b/>
        </w:rPr>
        <w:t xml:space="preserve">[1:05:47] </w:t>
      </w:r>
      <w:r>
        <w:t>masla jo cheez hai, us ko samajh lijiye ke masla ghalu hai.</w:t>
      </w:r>
    </w:p>
    <w:p>
      <w:pPr>
        <w:jc w:val="right"/>
      </w:pPr>
      <w:r>
        <w:t>مسئلہ جو چیز ہے، اس کو سمجھ لیجیے کہ مسئلہ غلو ہے۔</w:t>
      </w:r>
    </w:p>
    <w:p>
      <w:r>
        <w:rPr>
          <w:b/>
        </w:rPr>
        <w:t xml:space="preserve">[1:05:51] </w:t>
      </w:r>
      <w:r>
        <w:t>yeh sab cheezein masla nahi hain.</w:t>
      </w:r>
    </w:p>
    <w:p>
      <w:pPr>
        <w:jc w:val="right"/>
      </w:pPr>
      <w:r>
        <w:t>یہ سب چیزیں مسئلہ نہیں ہیں۔</w:t>
      </w:r>
    </w:p>
    <w:p>
      <w:r>
        <w:rPr>
          <w:b/>
        </w:rPr>
        <w:t xml:space="preserve">[1:05:58] </w:t>
      </w:r>
      <w:r>
        <w:t>koi agar sahi samajhta hai apne aap ko, tabhi to us ke andar determination aye ga, tabhi to</w:t>
      </w:r>
    </w:p>
    <w:p>
      <w:pPr>
        <w:jc w:val="right"/>
      </w:pPr>
      <w:r>
        <w:t>کوئی اگر صحیح سمجھتا ہے اپنے آپ کو، تبھی تو اس کے اندر ڈیٹرمنیشن آئے گا، تبھی تو</w:t>
      </w:r>
    </w:p>
    <w:p>
      <w:r>
        <w:rPr>
          <w:b/>
        </w:rPr>
        <w:t xml:space="preserve">[1:06:03] </w:t>
      </w:r>
      <w:r>
        <w:t>kuch kaam kare ga woh.</w:t>
      </w:r>
    </w:p>
    <w:p>
      <w:pPr>
        <w:jc w:val="right"/>
      </w:pPr>
      <w:r>
        <w:t>کچھ کام کرے گا وہ۔</w:t>
      </w:r>
    </w:p>
    <w:p>
      <w:r>
        <w:rPr>
          <w:b/>
        </w:rPr>
        <w:t xml:space="preserve">[1:06:06] </w:t>
      </w:r>
      <w:r>
        <w:t>to samajhne dijiye us ko.</w:t>
      </w:r>
    </w:p>
    <w:p>
      <w:pPr>
        <w:jc w:val="right"/>
      </w:pPr>
      <w:r>
        <w:t>تو سمجھنے دیجیے اس کو۔</w:t>
      </w:r>
    </w:p>
    <w:p>
      <w:r>
        <w:rPr>
          <w:b/>
        </w:rPr>
        <w:t xml:space="preserve">[1:06:09] </w:t>
      </w:r>
      <w:r>
        <w:t>us ko jis cheez se rok rahi hai, woh yahi ke cheezon ko logical end tak na pahunchao,</w:t>
      </w:r>
    </w:p>
    <w:p>
      <w:pPr>
        <w:jc w:val="right"/>
      </w:pPr>
      <w:r>
        <w:t>اس کو جس چیز سے روک رہی ہے، وہ یہی کہ چیزوں کو لاجیکل اینڈ تک نہ پہنچاؤ،</w:t>
      </w:r>
    </w:p>
    <w:p>
      <w:r>
        <w:rPr>
          <w:b/>
        </w:rPr>
        <w:t xml:space="preserve">[1:06:15] </w:t>
      </w:r>
      <w:r>
        <w:t>ghalu mat karo, extremist mat bano, violent mat karo,</w:t>
      </w:r>
    </w:p>
    <w:p>
      <w:pPr>
        <w:jc w:val="right"/>
      </w:pPr>
      <w:r>
        <w:t>غلو مت کرو، ایکسٹریمسٹ مت بنو، وائلنٹ مت کرو،</w:t>
      </w:r>
    </w:p>
    <w:p>
      <w:r>
        <w:rPr>
          <w:b/>
        </w:rPr>
        <w:t xml:space="preserve">[1:06:20] </w:t>
      </w:r>
      <w:r>
        <w:t>intolerance ko chhod do.</w:t>
      </w:r>
    </w:p>
    <w:p>
      <w:pPr>
        <w:jc w:val="right"/>
      </w:pPr>
      <w:r>
        <w:t>انٹالرنس کو چھوڑ دو۔</w:t>
      </w:r>
    </w:p>
    <w:p>
      <w:r>
        <w:rPr>
          <w:b/>
        </w:rPr>
        <w:t xml:space="preserve">[1:06:21] </w:t>
      </w:r>
      <w:r>
        <w:t>yeh kahiye. yani bajaye yeh kehne ke ke tum different, yani tum ko doosri rai rakhne ka haq</w:t>
      </w:r>
    </w:p>
    <w:p>
      <w:pPr>
        <w:jc w:val="right"/>
      </w:pPr>
      <w:r>
        <w:t>یہ کہیے۔ یعنی بجائے یہ کہنے کے کہ تم ڈفرنٹ، یعنی تم کو دوسری رائے رکھنے کا حق</w:t>
      </w:r>
    </w:p>
    <w:p>
      <w:r>
        <w:rPr>
          <w:b/>
        </w:rPr>
        <w:t xml:space="preserve">[1:06:30] </w:t>
      </w:r>
      <w:r>
        <w:t>nahi hai, yeh mat kahiye.</w:t>
      </w:r>
    </w:p>
    <w:p>
      <w:pPr>
        <w:jc w:val="right"/>
      </w:pPr>
      <w:r>
        <w:t>نہیں ہے، یہ مت کہیے۔</w:t>
      </w:r>
    </w:p>
    <w:p>
      <w:r>
        <w:rPr>
          <w:b/>
        </w:rPr>
        <w:t xml:space="preserve">[1:06:32] </w:t>
      </w:r>
      <w:r>
        <w:t>doosri rai rakhne ka us ko ijazat de dijiye, lekin us ki ijazat mat dijiye ke woh cheezon</w:t>
      </w:r>
    </w:p>
    <w:p>
      <w:pPr>
        <w:jc w:val="right"/>
      </w:pPr>
      <w:r>
        <w:t>دوسری رائے رکھنے کا اس کو اجازت دے دیجیے، لیکن اس کی اجازت مت دیجیے کہ وہ چیزوں</w:t>
      </w:r>
    </w:p>
    <w:p>
      <w:r>
        <w:rPr>
          <w:b/>
        </w:rPr>
        <w:t xml:space="preserve">[1:06:38] </w:t>
      </w:r>
      <w:r>
        <w:t>ko logical end tak pahunchaye aur apne ko muslim, doosre ko kafir kehne lage, yeh ghalu hai.</w:t>
      </w:r>
    </w:p>
    <w:p>
      <w:pPr>
        <w:jc w:val="right"/>
      </w:pPr>
      <w:r>
        <w:t>کو لاجیکل اینڈ تک پہنچائے اور اپنے کو مسلم، دوسرے کو کافر کہنے لگے، یہ غلو ہے۔</w:t>
      </w:r>
    </w:p>
    <w:p>
      <w:r>
        <w:rPr>
          <w:b/>
        </w:rPr>
        <w:t xml:space="preserve">[1:06:49] </w:t>
      </w:r>
      <w:r>
        <w:t>Maulana, un ka ek aur sawal hai, unhon ne aap se poocha hai ke apne tajrube ki roshni</w:t>
      </w:r>
    </w:p>
    <w:p>
      <w:pPr>
        <w:jc w:val="right"/>
      </w:pPr>
      <w:r>
        <w:t>Maulana، ان کا ایک اور سوال ہے، انہوں نے آپ سے پوچھا ہے کہ اپنے تجربے کی روشنی</w:t>
      </w:r>
    </w:p>
    <w:p>
      <w:r>
        <w:rPr>
          <w:b/>
        </w:rPr>
        <w:t xml:space="preserve">[1:06:54] </w:t>
      </w:r>
      <w:r>
        <w:t>mein farmayen ke dawat ka mo'asir tareen tareeqa kya hai? dekhiye, mo'asir tareeqa wahi hai jo quran mein</w:t>
      </w:r>
    </w:p>
    <w:p>
      <w:pPr>
        <w:jc w:val="right"/>
      </w:pPr>
      <w:r>
        <w:t>میں فرمائیں کہ دعوت کا موثر ترین طریقہ کیا ہے؟ دیکھیے، موثر طریقہ وہی ہے جو قرآن میں</w:t>
      </w:r>
    </w:p>
    <w:p>
      <w:r>
        <w:rPr>
          <w:b/>
        </w:rPr>
        <w:t xml:space="preserve">[1:07:02] </w:t>
      </w:r>
      <w:r>
        <w:t>bataya gaya, inni lakum naasih.</w:t>
      </w:r>
    </w:p>
    <w:p>
      <w:pPr>
        <w:jc w:val="right"/>
      </w:pPr>
      <w:r>
        <w:t>بتایا گیا، انی لکم ناصح۔</w:t>
      </w:r>
    </w:p>
    <w:p>
      <w:r>
        <w:rPr>
          <w:b/>
        </w:rPr>
        <w:t xml:space="preserve">[1:07:06] </w:t>
      </w:r>
      <w:r>
        <w:t>yani da'i ka kalma yeh hona chahiye ke mein tumhara khair khwah hoon.</w:t>
      </w:r>
    </w:p>
    <w:p>
      <w:pPr>
        <w:jc w:val="right"/>
      </w:pPr>
      <w:r>
        <w:t>یعنی داعی کا کلمہ یہ ہونا چاہیے کہ میں تمہارا خیر خواہ ہوں۔</w:t>
      </w:r>
    </w:p>
    <w:p>
      <w:r>
        <w:rPr>
          <w:b/>
        </w:rPr>
        <w:t xml:space="preserve">[1:07:11] </w:t>
      </w:r>
      <w:r>
        <w:t>inni lakum naasih.</w:t>
      </w:r>
    </w:p>
    <w:p>
      <w:pPr>
        <w:jc w:val="right"/>
      </w:pPr>
      <w:r>
        <w:t>انی لکم ناصح۔</w:t>
      </w:r>
    </w:p>
    <w:p>
      <w:r>
        <w:rPr>
          <w:b/>
        </w:rPr>
        <w:t xml:space="preserve">[1:07:13] </w:t>
      </w:r>
      <w:r>
        <w:t>is ka mani yeh hai ke da'i aakhri had tak positive ho, kabhi woh kisi baat, mad'u ki</w:t>
      </w:r>
    </w:p>
    <w:p>
      <w:pPr>
        <w:jc w:val="right"/>
      </w:pPr>
      <w:r>
        <w:t>اس کا معنی یہ ہے کہ داعی آخری حد تک پازیٹو ہو، کبھی وہ کسی بات، مدعو کی</w:t>
      </w:r>
    </w:p>
    <w:p>
      <w:r>
        <w:rPr>
          <w:b/>
        </w:rPr>
        <w:t xml:space="preserve">[1:07:20] </w:t>
      </w:r>
      <w:r>
        <w:t>koi baat par offend na ho,</w:t>
      </w:r>
    </w:p>
    <w:p>
      <w:pPr>
        <w:jc w:val="right"/>
      </w:pPr>
      <w:r>
        <w:t>کوئی بات پر افینڈ نہ ہو،</w:t>
      </w:r>
    </w:p>
    <w:p>
      <w:r>
        <w:rPr>
          <w:b/>
        </w:rPr>
        <w:t xml:space="preserve">[1:07:23] </w:t>
      </w:r>
      <w:r>
        <w:t>woh negative thinking is ke andar na pai jaye.</w:t>
      </w:r>
    </w:p>
    <w:p>
      <w:pPr>
        <w:jc w:val="right"/>
      </w:pPr>
      <w:r>
        <w:t>وہ نیگٹو تھنکنگ اس کے اندر نہ پائی جائے۔</w:t>
      </w:r>
    </w:p>
    <w:p>
      <w:r>
        <w:rPr>
          <w:b/>
        </w:rPr>
        <w:t xml:space="preserve">[1:07:28] </w:t>
      </w:r>
      <w:r>
        <w:t>yahi sab. ab mujhe to bohat ziyada faida hua hai apne is mizaj ki wajah se ke mein</w:t>
      </w:r>
    </w:p>
    <w:p>
      <w:pPr>
        <w:jc w:val="right"/>
      </w:pPr>
      <w:r>
        <w:t>یہی سب۔ اب مجھے تو بہت زیادہ فائدہ ہوا ہے اپنے اس مزاج کی وجہ سے کہ میں</w:t>
      </w:r>
    </w:p>
    <w:p>
      <w:r>
        <w:rPr>
          <w:b/>
        </w:rPr>
        <w:t xml:space="preserve">[1:07:34] </w:t>
      </w:r>
      <w:r>
        <w:t>kisi ki baaton se kabhi, yani offend nahi hota, kabhi bhi nahi.</w:t>
      </w:r>
    </w:p>
    <w:p>
      <w:pPr>
        <w:jc w:val="right"/>
      </w:pPr>
      <w:r>
        <w:t>کسی کی باتوں سے کبھی، یعنی افینڈ نہیں ہوتا، کبھی بھی نہیں۔</w:t>
      </w:r>
    </w:p>
    <w:p>
      <w:r>
        <w:rPr>
          <w:b/>
        </w:rPr>
        <w:t xml:space="preserve">[1:07:40] </w:t>
      </w:r>
      <w:r>
        <w:t>sochta hoon, jaise ek misaal maine batayi thi is se pehle yahan ke mein lucknow mein ek</w:t>
      </w:r>
    </w:p>
    <w:p>
      <w:pPr>
        <w:jc w:val="right"/>
      </w:pPr>
      <w:r>
        <w:t>سوچتا ہوں، جیسے ایک مثال میں نے بتائی تھی اس سے پہلے یہاں کہ میں لکھنو میں ایک</w:t>
      </w:r>
    </w:p>
    <w:p>
      <w:r>
        <w:rPr>
          <w:b/>
        </w:rPr>
        <w:t xml:space="preserve">[1:07:47] </w:t>
      </w:r>
      <w:r>
        <w:t>patr bla ek sahib se, bohat hi</w:t>
      </w:r>
    </w:p>
    <w:p>
      <w:pPr>
        <w:jc w:val="right"/>
      </w:pPr>
      <w:r>
        <w:t>پتر بلا ایک صاحب سے، بہت ہی</w:t>
      </w:r>
    </w:p>
    <w:p>
      <w:r>
        <w:rPr>
          <w:b/>
        </w:rPr>
        <w:t xml:space="preserve">[1:07:51] </w:t>
      </w:r>
      <w:r>
        <w:t>ultra modern thay woh, woh</w:t>
      </w:r>
    </w:p>
    <w:p>
      <w:pPr>
        <w:jc w:val="right"/>
      </w:pPr>
      <w:r>
        <w:t>الٹرا ماڈرن تھے وہ، وہ</w:t>
      </w:r>
    </w:p>
    <w:p>
      <w:r>
        <w:rPr>
          <w:b/>
        </w:rPr>
        <w:t xml:space="preserve">[1:07:55] </w:t>
      </w:r>
      <w:r>
        <w:t>philosophy ki study ki thi unhon ne</w:t>
      </w:r>
    </w:p>
    <w:p>
      <w:pPr>
        <w:jc w:val="right"/>
      </w:pPr>
      <w:r>
        <w:t>فلاسفی کی اسٹڈی کی تھی انہوں نے</w:t>
      </w:r>
    </w:p>
    <w:p>
      <w:r>
        <w:rPr>
          <w:b/>
        </w:rPr>
        <w:t xml:space="preserve">[1:07:59] </w:t>
      </w:r>
      <w:r>
        <w:t>aur history bhi parhi thi unhon ne.</w:t>
      </w:r>
    </w:p>
    <w:p>
      <w:pPr>
        <w:jc w:val="right"/>
      </w:pPr>
      <w:r>
        <w:t>اور ہسٹری بھی پڑھی تھی انہوں نے۔</w:t>
      </w:r>
    </w:p>
    <w:p>
      <w:r>
        <w:rPr>
          <w:b/>
        </w:rPr>
        <w:t xml:space="preserve">[1:08:02] </w:t>
      </w:r>
      <w:r>
        <w:t>to unhon ne baat cheet ke douran kaha ke agar muhammad ko,</w:t>
      </w:r>
    </w:p>
    <w:p>
      <w:pPr>
        <w:jc w:val="right"/>
      </w:pPr>
      <w:r>
        <w:t>تو انہوں نے بات چیت کے دوران کہا کہ اگر محمد کو،</w:t>
      </w:r>
    </w:p>
    <w:p>
      <w:r>
        <w:rPr>
          <w:b/>
        </w:rPr>
        <w:t xml:space="preserve">[1:08:09] </w:t>
      </w:r>
      <w:r>
        <w:t>sirf muhammad kaha tha unhon ne, yahan to mujhe maloom hua ke dilli mein ek sath gaye baat</w:t>
      </w:r>
    </w:p>
    <w:p>
      <w:pPr>
        <w:jc w:val="right"/>
      </w:pPr>
      <w:r>
        <w:t>صرف محمد کہا تھا انہوں نے، یہاں تو مجھے معلوم ہوا کہ دلی میں ایک ساتھ گئے بات</w:t>
      </w:r>
    </w:p>
    <w:p>
      <w:r>
        <w:rPr>
          <w:b/>
        </w:rPr>
        <w:t xml:space="preserve">[1:08:14] </w:t>
      </w:r>
      <w:r>
        <w:t>karne ke liye islam ke bare mein, unhon ne kaha muhammad sahib, muhammad sahib.</w:t>
      </w:r>
    </w:p>
    <w:p>
      <w:pPr>
        <w:jc w:val="right"/>
      </w:pPr>
      <w:r>
        <w:t>کرنے کے لیے اسلام کے بارے میں، انہوں نے کہا محمد صاحب، محمد صاحب۔</w:t>
      </w:r>
    </w:p>
    <w:p>
      <w:r>
        <w:rPr>
          <w:b/>
        </w:rPr>
        <w:t xml:space="preserve">[1:08:18] </w:t>
      </w:r>
      <w:r>
        <w:t>to woh musalman bigar gaye is se, tum muhammad sahib kehte ho, hamare paighambar ki gustakhi karte ho.</w:t>
      </w:r>
    </w:p>
    <w:p>
      <w:pPr>
        <w:jc w:val="right"/>
      </w:pPr>
      <w:r>
        <w:t>تو وہ مسلمان بگڑ گئے اس سے، تم محمد صاحب کہتے ہو، ہمارے پیغمبر کی گستاخی کرتے ہو۔</w:t>
      </w:r>
    </w:p>
    <w:p>
      <w:r>
        <w:rPr>
          <w:b/>
        </w:rPr>
        <w:t xml:space="preserve">[1:08:26] </w:t>
      </w:r>
      <w:r>
        <w:t>to mein, unhon ne muhammad kaha tha sirf, unhon ne kaha tha ke</w:t>
      </w:r>
    </w:p>
    <w:p>
      <w:pPr>
        <w:jc w:val="right"/>
      </w:pPr>
      <w:r>
        <w:t>تو میں، انہوں نے محمد کہا تھا صرف، انہوں نے کہا تھا کہ</w:t>
      </w:r>
    </w:p>
    <w:p>
      <w:r>
        <w:rPr>
          <w:b/>
        </w:rPr>
        <w:t xml:space="preserve">[1:08:31] </w:t>
      </w:r>
      <w:r>
        <w:t>muhammad ko agar tareekh se nikal liya jaye to tareekh mein kya kami reh jaye gi?</w:t>
      </w:r>
    </w:p>
    <w:p>
      <w:pPr>
        <w:jc w:val="right"/>
      </w:pPr>
      <w:r>
        <w:t>محمد کو اگر تاریخ سے نکال لیا جائے تو تاریخ میں کیا کمی رہ جائے گی؟</w:t>
      </w:r>
    </w:p>
    <w:p>
      <w:r>
        <w:rPr>
          <w:b/>
        </w:rPr>
        <w:t xml:space="preserve">[1:08:40] </w:t>
      </w:r>
      <w:r>
        <w:t>muhammad ko agar history se nikal liya jaye to history mein kya kami reh jaye gi? to apparently</w:t>
      </w:r>
    </w:p>
    <w:p>
      <w:pPr>
        <w:jc w:val="right"/>
      </w:pPr>
      <w:r>
        <w:t>محمد کو اگر ہسٹری سے نکال لیا جائے تو ہسٹری میں کیا کمی رہ جائے گی؟ تو اپرینٹلی</w:t>
      </w:r>
    </w:p>
    <w:p>
      <w:r>
        <w:rPr>
          <w:b/>
        </w:rPr>
        <w:t xml:space="preserve">[1:08:45] </w:t>
      </w:r>
      <w:r>
        <w:t>it was</w:t>
      </w:r>
    </w:p>
    <w:p>
      <w:pPr>
        <w:jc w:val="right"/>
      </w:pPr>
      <w:r>
        <w:t>اٹ واز</w:t>
      </w:r>
    </w:p>
    <w:p>
      <w:r>
        <w:rPr>
          <w:b/>
        </w:rPr>
        <w:t xml:space="preserve">[1:08:46] </w:t>
      </w:r>
      <w:r>
        <w:t>And it was a provocative statement, پر مجھے کچھ نہیں ہوا۔</w:t>
      </w:r>
    </w:p>
    <w:p>
      <w:pPr>
        <w:jc w:val="right"/>
      </w:pPr>
      <w:r>
        <w:t>اینڈ اٹ واز ا پروووکٹیو سٹیٹمنٹ، پر مجھے کچھ نہیں ہوا۔</w:t>
      </w:r>
    </w:p>
    <w:p>
      <w:r>
        <w:rPr>
          <w:b/>
        </w:rPr>
        <w:t xml:space="preserve">[1:08:52] </w:t>
      </w:r>
      <w:r>
        <w:t>mein sochne laga, yaqeen kijiye ke mein do saal tak socha maine is par aur study ki</w:t>
      </w:r>
    </w:p>
    <w:p>
      <w:pPr>
        <w:jc w:val="right"/>
      </w:pPr>
      <w:r>
        <w:t>میں سوچنے لگا، یقین کیجیے کہ میں دو سال تک سوچا میں نے اس پر اور اسٹڈی کی</w:t>
      </w:r>
    </w:p>
    <w:p>
      <w:r>
        <w:rPr>
          <w:b/>
        </w:rPr>
        <w:t xml:space="preserve">[1:08:58] </w:t>
      </w:r>
      <w:r>
        <w:t>maine. do saal tak socha aur study ki, phir meri woh kitab ek chhap kitab chhap chuki</w:t>
      </w:r>
    </w:p>
    <w:p>
      <w:pPr>
        <w:jc w:val="right"/>
      </w:pPr>
      <w:r>
        <w:t>میں نے۔ دو سال تک سوچا اور اسٹڈی کی، پھر میری وہ کتاب ایک چھپ کتاب چھپ چکی</w:t>
      </w:r>
    </w:p>
    <w:p>
      <w:r>
        <w:rPr>
          <w:b/>
        </w:rPr>
        <w:t xml:space="preserve">[1:09:04] </w:t>
      </w:r>
      <w:r>
        <w:t>hai urdu mein, english mein,</w:t>
      </w:r>
    </w:p>
    <w:p>
      <w:pPr>
        <w:jc w:val="right"/>
      </w:pPr>
      <w:r>
        <w:t>ہے اردو میں، انگلش میں،</w:t>
      </w:r>
    </w:p>
    <w:p>
      <w:r>
        <w:rPr>
          <w:b/>
        </w:rPr>
        <w:t xml:space="preserve">[1:09:07] </w:t>
      </w:r>
      <w:r>
        <w:t>islam islam dor khalq, english mein hai islam the creator of modern age.</w:t>
      </w:r>
    </w:p>
    <w:p>
      <w:pPr>
        <w:jc w:val="right"/>
      </w:pPr>
      <w:r>
        <w:t>اسلام اسلام دور خالق، انگلش میں ہے اسلام دی کریٹر اف ماڈرن ایج۔</w:t>
      </w:r>
    </w:p>
    <w:p>
      <w:r>
        <w:rPr>
          <w:b/>
        </w:rPr>
        <w:t xml:space="preserve">[1:09:18] </w:t>
      </w:r>
      <w:r>
        <w:t>to ab koi aadmi, doosra aadmi hai to woh apni rai bolega, apni rai sochega, bolne</w:t>
      </w:r>
    </w:p>
    <w:p>
      <w:pPr>
        <w:jc w:val="right"/>
      </w:pPr>
      <w:r>
        <w:t>تو اب کوئی آدمی، دوسرا آدمی ہے تو وہ اپنی رائے بولے گا، اپنی رائے سوچے گا، بولنے</w:t>
      </w:r>
    </w:p>
    <w:p>
      <w:r>
        <w:rPr>
          <w:b/>
        </w:rPr>
        <w:t xml:space="preserve">[1:09:25] </w:t>
      </w:r>
      <w:r>
        <w:t>dijiye, sochne dijiye is ko.</w:t>
      </w:r>
    </w:p>
    <w:p>
      <w:pPr>
        <w:jc w:val="right"/>
      </w:pPr>
      <w:r>
        <w:t>دیجیے، سوچنے دیجیے اس کو۔</w:t>
      </w:r>
    </w:p>
    <w:p>
      <w:r>
        <w:rPr>
          <w:b/>
        </w:rPr>
        <w:t xml:space="preserve">[1:09:27] </w:t>
      </w:r>
      <w:r>
        <w:t>aap is ki baat ko</w:t>
      </w:r>
    </w:p>
    <w:p>
      <w:pPr>
        <w:jc w:val="right"/>
      </w:pPr>
      <w:r>
        <w:t>آپ اس کی بات کو</w:t>
      </w:r>
    </w:p>
    <w:p>
      <w:r>
        <w:rPr>
          <w:b/>
        </w:rPr>
        <w:t xml:space="preserve">[1:09:30] </w:t>
      </w:r>
      <w:r>
        <w:t>sun kar ke</w:t>
      </w:r>
    </w:p>
    <w:p>
      <w:pPr>
        <w:jc w:val="right"/>
      </w:pPr>
      <w:r>
        <w:t>سن کر کے</w:t>
      </w:r>
    </w:p>
    <w:p>
      <w:r>
        <w:rPr>
          <w:b/>
        </w:rPr>
        <w:t xml:space="preserve">[1:09:32] </w:t>
      </w:r>
      <w:r>
        <w:t>sirf, yani khair khwahi ka andaaz mein lijiye is ki baat ko aur gehrai mein jaiye.</w:t>
      </w:r>
    </w:p>
    <w:p>
      <w:pPr>
        <w:jc w:val="right"/>
      </w:pPr>
      <w:r>
        <w:t>صرف، یعنی خیر خواہی کا انداز میں لیجیے اس کی بات کو اور گہرائی میں جائیے۔</w:t>
      </w:r>
    </w:p>
    <w:p>
      <w:r>
        <w:rPr>
          <w:b/>
        </w:rPr>
        <w:t xml:space="preserve">[1:09:42] </w:t>
      </w:r>
      <w:r>
        <w:t>mere bohat se article aise hain jo</w:t>
      </w:r>
    </w:p>
    <w:p>
      <w:pPr>
        <w:jc w:val="right"/>
      </w:pPr>
      <w:r>
        <w:t>میرے بہت سے آرٹیکل ایسے ہیں جو</w:t>
      </w:r>
    </w:p>
    <w:p>
      <w:r>
        <w:rPr>
          <w:b/>
        </w:rPr>
        <w:t xml:space="preserve">[1:09:45] </w:t>
      </w:r>
      <w:r>
        <w:t>bane hain isi tareeqe se ke kisi ne ab koi remark diya islam ke khilaaf ya rasool Allah</w:t>
      </w:r>
    </w:p>
    <w:p>
      <w:pPr>
        <w:jc w:val="right"/>
      </w:pPr>
      <w:r>
        <w:t>بنے ہیں اسی طریقے سے کہ کسی نے اب کوئی ریمارک دیا اسلام کے خلاف یا رسول اللہ</w:t>
      </w:r>
    </w:p>
    <w:p>
      <w:r>
        <w:rPr>
          <w:b/>
        </w:rPr>
        <w:t xml:space="preserve">[1:09:53] </w:t>
      </w:r>
      <w:r>
        <w:t>ke khilaaf, to mein ghussa nahi hua, mein is par sochne laga, study karne laga mein.</w:t>
      </w:r>
    </w:p>
    <w:p>
      <w:pPr>
        <w:jc w:val="right"/>
      </w:pPr>
      <w:r>
        <w:t>کے خلاف، تو میں غصہ نہیں ہوا، میں اس پر سوچنے لگا، اسٹڈی کرنے لگا میں۔</w:t>
      </w:r>
    </w:p>
    <w:p>
      <w:r>
        <w:rPr>
          <w:b/>
        </w:rPr>
        <w:t xml:space="preserve">[1:09:59] </w:t>
      </w:r>
      <w:r>
        <w:t>yahan tak ke bohat bari bari haqiqaten mere samne aain.</w:t>
      </w:r>
    </w:p>
    <w:p>
      <w:pPr>
        <w:jc w:val="right"/>
      </w:pPr>
      <w:r>
        <w:t>یہاں تک کہ بہت بڑی بڑی حقیقتیں میرے سامنے آئیں۔</w:t>
      </w:r>
    </w:p>
    <w:p>
      <w:r>
        <w:rPr>
          <w:b/>
        </w:rPr>
        <w:t xml:space="preserve">[1:10:06] </w:t>
      </w:r>
      <w:r>
        <w:t>to mein sochta hoon ke dawat ka tareeqa</w:t>
      </w:r>
    </w:p>
    <w:p>
      <w:pPr>
        <w:jc w:val="right"/>
      </w:pPr>
      <w:r>
        <w:t>تو میں سوچتا ہوں کہ دعوت کا طریقہ</w:t>
      </w:r>
    </w:p>
    <w:p>
      <w:r>
        <w:rPr>
          <w:b/>
        </w:rPr>
        <w:t xml:space="preserve">[1:10:10] </w:t>
      </w:r>
      <w:r>
        <w:t>ke do hi point hain, yeh hai ke dawat ko khalis quran o hadees ki roshni mein pesh</w:t>
      </w:r>
    </w:p>
    <w:p>
      <w:pPr>
        <w:jc w:val="right"/>
      </w:pPr>
      <w:r>
        <w:t>کے دو ہی پوائنٹ ہیں، یہ ہے کہ دعوت کو خالص قرآن و حدیث کی روشنی میں پیش</w:t>
      </w:r>
    </w:p>
    <w:p>
      <w:r>
        <w:rPr>
          <w:b/>
        </w:rPr>
        <w:t xml:space="preserve">[1:10:16] </w:t>
      </w:r>
      <w:r>
        <w:t>kia jaye. Hamari aik qaumi jo soch hai, is ko alag kar ke,</w:t>
      </w:r>
    </w:p>
    <w:p>
      <w:pPr>
        <w:jc w:val="right"/>
      </w:pPr>
      <w:r>
        <w:t>کیا جائے۔ ہماری ایک قومی جو سوچ ہے، اس کو الگ کر کے،</w:t>
      </w:r>
    </w:p>
    <w:p>
      <w:r>
        <w:rPr>
          <w:b/>
        </w:rPr>
        <w:t xml:space="preserve">[1:10:22] </w:t>
      </w:r>
      <w:r>
        <w:t>hamari apni jo qaumi soch hai, is se bilkul alag kar ke, sirf quran o hadees ki roshni</w:t>
      </w:r>
    </w:p>
    <w:p>
      <w:pPr>
        <w:jc w:val="right"/>
      </w:pPr>
      <w:r>
        <w:t>ہماری اپنی جو قومی سوچ ہے، اس سے بالکل الگ کر کے، صرف قرآن و حدیث کی روشنی</w:t>
      </w:r>
    </w:p>
    <w:p>
      <w:r>
        <w:rPr>
          <w:b/>
        </w:rPr>
        <w:t xml:space="preserve">[1:10:27] </w:t>
      </w:r>
      <w:r>
        <w:t>mein dawat pesh pesh karna.</w:t>
      </w:r>
    </w:p>
    <w:p>
      <w:pPr>
        <w:jc w:val="right"/>
      </w:pPr>
      <w:r>
        <w:t>میں دعوت پیش پیش کرنا۔</w:t>
      </w:r>
    </w:p>
    <w:p>
      <w:r>
        <w:rPr>
          <w:b/>
        </w:rPr>
        <w:t xml:space="preserve">[1:10:30] </w:t>
      </w:r>
      <w:r>
        <w:t>aur doosri yeh hai ke hum</w:t>
      </w:r>
    </w:p>
    <w:p>
      <w:pPr>
        <w:jc w:val="right"/>
      </w:pPr>
      <w:r>
        <w:t>اور دوسری یہ ہے کہ ہم</w:t>
      </w:r>
    </w:p>
    <w:p>
      <w:r>
        <w:rPr>
          <w:b/>
        </w:rPr>
        <w:t xml:space="preserve">[1:10:33] </w:t>
      </w:r>
      <w:r>
        <w:t>madu ko poora ijazat dijiye, jo chahe kahe woh, aap kabhi bhi ghussa na hon is ke upar,</w:t>
      </w:r>
    </w:p>
    <w:p>
      <w:pPr>
        <w:jc w:val="right"/>
      </w:pPr>
      <w:r>
        <w:t>مدعو کو پورا اجازت دیجیے، جو چاہے کہے وہ، آپ کبھی بھی غصہ نہ ہوں اس کے اوپر،</w:t>
      </w:r>
    </w:p>
    <w:p>
      <w:r>
        <w:rPr>
          <w:b/>
        </w:rPr>
        <w:t xml:space="preserve">[1:10:40] </w:t>
      </w:r>
      <w:r>
        <w:t>aur thande tareeqe se sochen.</w:t>
      </w:r>
    </w:p>
    <w:p>
      <w:pPr>
        <w:jc w:val="right"/>
      </w:pPr>
      <w:r>
        <w:t>اور ٹھنڈے طریقے سے سوچیں۔</w:t>
      </w:r>
    </w:p>
    <w:p>
      <w:r>
        <w:rPr>
          <w:b/>
        </w:rPr>
        <w:t xml:space="preserve">[1:10:43] </w:t>
      </w:r>
      <w:r>
        <w:t>yeh do point hain mere nazdeek, yani effective dawah work ka.</w:t>
      </w:r>
    </w:p>
    <w:p>
      <w:pPr>
        <w:jc w:val="right"/>
      </w:pPr>
      <w:r>
        <w:t>یہ دو پوائنٹ ہیں میرے نزدیک، یعنی ایفیکٹیو دعا ورک کا۔</w:t>
      </w:r>
    </w:p>
    <w:p>
      <w:r>
        <w:rPr>
          <w:b/>
        </w:rPr>
        <w:t xml:space="preserve">[1:10:49] </w:t>
      </w:r>
      <w:r>
        <w:t>Maulana, before we proceed with more questions, I would also like, I would also request you to make</w:t>
      </w:r>
    </w:p>
    <w:p>
      <w:pPr>
        <w:jc w:val="right"/>
      </w:pPr>
      <w:r>
        <w:t>Maulana، بیفور وی پروسیڈ ود مور کویسچنز، آئی وڈ السو لائک، آئی وڈ السو ریکویسٹ یو ٹو میک</w:t>
      </w:r>
    </w:p>
    <w:p>
      <w:r>
        <w:rPr>
          <w:b/>
        </w:rPr>
        <w:t xml:space="preserve">[1:10:56] </w:t>
      </w:r>
      <w:r>
        <w:t>Special dua for Dr. Waqar Alam Sahab and Khwaja Qalibuddin Sahab from USA, as it</w:t>
      </w:r>
    </w:p>
    <w:p>
      <w:pPr>
        <w:jc w:val="right"/>
      </w:pPr>
      <w:r>
        <w:t>سپیشل دعا فار ڈاکٹر وقار عالم صاحب اینڈ خواجہ قلیب الدین صاحب فرام یو ایس اے، ایز اٹ</w:t>
      </w:r>
    </w:p>
    <w:p>
      <w:r>
        <w:rPr>
          <w:b/>
        </w:rPr>
        <w:t xml:space="preserve">[1:11:04] </w:t>
      </w:r>
      <w:r>
        <w:t>was initially Dr. Waqar Alam who made his trip to Pakistan and to identify your followers in Islam</w:t>
      </w:r>
    </w:p>
    <w:p>
      <w:pPr>
        <w:jc w:val="right"/>
      </w:pPr>
      <w:r>
        <w:t>واز انیشلی ڈاکٹر وقار عالم ہو میڈ ہز ٹرپ ٹو پاکستان اینڈ ٹو آئیڈینٹیفائی یور فالوورز ان اسلام</w:t>
      </w:r>
    </w:p>
    <w:p>
      <w:r>
        <w:rPr>
          <w:b/>
        </w:rPr>
        <w:t xml:space="preserve">[1:11:11] </w:t>
      </w:r>
      <w:r>
        <w:t>abad, Peshawar, Karachi, Lahore, and then after that Khawaja Qalibuddin Sahab and Dr. Alam, they both went</w:t>
      </w:r>
    </w:p>
    <w:p>
      <w:pPr>
        <w:jc w:val="right"/>
      </w:pPr>
      <w:r>
        <w:t>آباد، پشاور، کراچی، لاہور، اینڈ دین افٹر دیٹ خواجہ قلیب الدین صاحب اینڈ ڈاکٹر عالم، دے بوتھ وینٹ</w:t>
      </w:r>
    </w:p>
    <w:p>
      <w:r>
        <w:rPr>
          <w:b/>
        </w:rPr>
        <w:t xml:space="preserve">[1:11:19] </w:t>
      </w:r>
      <w:r>
        <w:t>They, they connected the Ar-Risala readers, participated in book fairs, donated the books in libraries, and today alhamdulillah</w:t>
      </w:r>
    </w:p>
    <w:p>
      <w:pPr>
        <w:jc w:val="right"/>
      </w:pPr>
      <w:r>
        <w:t>دیر، دے کنیکٹڈ دی الرسالہ ریڈرز، پارٹیسپیٹڈ ان بک فیئرز، ڈونیٹڈ دا بکس ان لائبریریز، اینڈ ٹوڈے الحمدللہ</w:t>
      </w:r>
    </w:p>
    <w:p>
      <w:r>
        <w:rPr>
          <w:b/>
        </w:rPr>
        <w:t xml:space="preserve">[1:11:27] </w:t>
      </w:r>
      <w:r>
        <w:t>Everybody is working in very organized way.</w:t>
      </w:r>
    </w:p>
    <w:p>
      <w:pPr>
        <w:jc w:val="right"/>
      </w:pPr>
      <w:r>
        <w:t>ایوری باڈی از ورکنگ ان ویری ارگنائزڈ وے۔</w:t>
      </w:r>
    </w:p>
    <w:p>
      <w:r>
        <w:rPr>
          <w:b/>
        </w:rPr>
        <w:t xml:space="preserve">[1:11:30] </w:t>
      </w:r>
      <w:r>
        <w:t>So I would request you to do also special dua for both of them, inshallah.</w:t>
      </w:r>
    </w:p>
    <w:p>
      <w:pPr>
        <w:jc w:val="right"/>
      </w:pPr>
      <w:r>
        <w:t>سو آئی وڈ ریکویسٹ یو ٹو ڈو السو سپیشل دعا فار بوتھ اف دیم، انشاءاللہ۔</w:t>
      </w:r>
    </w:p>
    <w:p>
      <w:r>
        <w:rPr>
          <w:b/>
        </w:rPr>
        <w:t xml:space="preserve">[1:11:36] </w:t>
      </w:r>
      <w:r>
        <w:t>Maulana, agla sawal</w:t>
      </w:r>
    </w:p>
    <w:p>
      <w:pPr>
        <w:jc w:val="right"/>
      </w:pPr>
      <w:r>
        <w:t>Maulana، اگلا سوال</w:t>
      </w:r>
    </w:p>
    <w:p>
      <w:r>
        <w:rPr>
          <w:b/>
        </w:rPr>
        <w:t xml:space="preserve">[1:11:38] </w:t>
      </w:r>
      <w:r>
        <w:t>Ahmed sahib ka hai Pakistan se, aur unhon ne likha hai aap ne aik tehreer aur bayan mein</w:t>
      </w:r>
    </w:p>
    <w:p>
      <w:pPr>
        <w:jc w:val="right"/>
      </w:pPr>
      <w:r>
        <w:t>احمد صاحب کا ہے پاکستان سے، اور انہوں نے لکھا ہے آپ نے ایک تحریر اور بیان میں</w:t>
      </w:r>
    </w:p>
    <w:p>
      <w:r>
        <w:rPr>
          <w:b/>
        </w:rPr>
        <w:t xml:space="preserve">[1:11:46] </w:t>
      </w:r>
      <w:r>
        <w:t>shafaat ke tasawwur ka manfi impact ka jaiza liya aur bataya ke is concept se insaan mein laziness</w:t>
      </w:r>
    </w:p>
    <w:p>
      <w:pPr>
        <w:jc w:val="right"/>
      </w:pPr>
      <w:r>
        <w:t>شفاعت کے تصور کا منفی امپیکٹ کا جائزہ لیا اور بتایا کہ اس کانسیپٹ سے انسان میں لیزینس</w:t>
      </w:r>
    </w:p>
    <w:p>
      <w:r>
        <w:rPr>
          <w:b/>
        </w:rPr>
        <w:t xml:space="preserve">[1:11:54] </w:t>
      </w:r>
      <w:r>
        <w:t>aur be amli paida hoti hai.</w:t>
      </w:r>
    </w:p>
    <w:p>
      <w:pPr>
        <w:jc w:val="right"/>
      </w:pPr>
      <w:r>
        <w:t>اور بے عملی پیدا ہوتی ہے۔</w:t>
      </w:r>
    </w:p>
    <w:p>
      <w:r>
        <w:rPr>
          <w:b/>
        </w:rPr>
        <w:t xml:space="preserve">[1:11:57] </w:t>
      </w:r>
      <w:r>
        <w:t>aap ne farmaya ke is</w:t>
      </w:r>
    </w:p>
    <w:p>
      <w:pPr>
        <w:jc w:val="right"/>
      </w:pPr>
      <w:r>
        <w:t>آپ نے فرمایا کہ اس</w:t>
      </w:r>
    </w:p>
    <w:p>
      <w:r>
        <w:rPr>
          <w:b/>
        </w:rPr>
        <w:t xml:space="preserve">[1:11:59] </w:t>
      </w:r>
      <w:r>
        <w:t>is mein shafaat jaise islam mein shafaat jaise concept ki koi jagah nahi, but quran aur hadees mein</w:t>
      </w:r>
    </w:p>
    <w:p>
      <w:pPr>
        <w:jc w:val="right"/>
      </w:pPr>
      <w:r>
        <w:t>اس میں شفاعت جیسے اسلام میں شفاعت جیسے کانسیپٹ کی کوئی جگہ نہیں، بٹ قرآن اور حدیث میں</w:t>
      </w:r>
    </w:p>
    <w:p>
      <w:r>
        <w:rPr>
          <w:b/>
        </w:rPr>
        <w:t xml:space="preserve">[1:12:07] </w:t>
      </w:r>
      <w:r>
        <w:t>shafaat ka wazeh bayan hai, yani Allah ki ijazat se shafaat hogi.</w:t>
      </w:r>
    </w:p>
    <w:p>
      <w:pPr>
        <w:jc w:val="right"/>
      </w:pPr>
      <w:r>
        <w:t>شفاعت کا واضح بیان ہے، یعنی اللہ کی اجازت سے شفاعت ہوگی۔</w:t>
      </w:r>
    </w:p>
    <w:p>
      <w:r>
        <w:rPr>
          <w:b/>
        </w:rPr>
        <w:t xml:space="preserve">[1:12:14] </w:t>
      </w:r>
      <w:r>
        <w:t>is ki wazahat karen.</w:t>
      </w:r>
    </w:p>
    <w:p>
      <w:pPr>
        <w:jc w:val="right"/>
      </w:pPr>
      <w:r>
        <w:t>اس کی وضاحت کریں۔</w:t>
      </w:r>
    </w:p>
    <w:p>
      <w:r>
        <w:rPr>
          <w:b/>
        </w:rPr>
        <w:t xml:space="preserve">[1:12:17] </w:t>
      </w:r>
      <w:r>
        <w:t>dekhiye, shafaat ke bare mein</w:t>
      </w:r>
    </w:p>
    <w:p>
      <w:pPr>
        <w:jc w:val="right"/>
      </w:pPr>
      <w:r>
        <w:t>دیکھیے، شفاعت کے بارے میں</w:t>
      </w:r>
    </w:p>
    <w:p>
      <w:r>
        <w:rPr>
          <w:b/>
        </w:rPr>
        <w:t xml:space="preserve">[1:12:21] </w:t>
      </w:r>
      <w:r>
        <w:t>yani do qism ki raay hain.</w:t>
      </w:r>
    </w:p>
    <w:p>
      <w:pPr>
        <w:jc w:val="right"/>
      </w:pPr>
      <w:r>
        <w:t>یعنی دو قسم کی رائے ہیں۔</w:t>
      </w:r>
    </w:p>
    <w:p>
      <w:r>
        <w:rPr>
          <w:b/>
        </w:rPr>
        <w:t xml:space="preserve">[1:12:24] </w:t>
      </w:r>
      <w:r>
        <w:t>kuch ulma shafaat ko isi mani mein lete hain, jaisa ke aam taur par samajhte hain log, lekin</w:t>
      </w:r>
    </w:p>
    <w:p>
      <w:pPr>
        <w:jc w:val="right"/>
      </w:pPr>
      <w:r>
        <w:t>کچھ علماء شفاعت کو اسی معنی میں لیتے ہیں، جیسا کہ عام طور پر سمجھتے ہیں لوگ، لیکن</w:t>
      </w:r>
    </w:p>
    <w:p>
      <w:r>
        <w:rPr>
          <w:b/>
        </w:rPr>
        <w:t xml:space="preserve">[1:12:29] </w:t>
      </w:r>
      <w:r>
        <w:t>jo zyada mutabahir ulma hain, woh shafaat ko recommendation ke mani mein lete hain, bilkul nahi lete ke</w:t>
      </w:r>
    </w:p>
    <w:p>
      <w:pPr>
        <w:jc w:val="right"/>
      </w:pPr>
      <w:r>
        <w:t>جو زیادہ متباہر علماء ہیں، وہ شفاعت کو ریکمنڈیشن کے معنی میں لیتے ہیں، بالکل نہیں لیتے کہ</w:t>
      </w:r>
    </w:p>
    <w:p>
      <w:r>
        <w:rPr>
          <w:b/>
        </w:rPr>
        <w:t xml:space="preserve">[1:12:38] </w:t>
      </w:r>
      <w:r>
        <w:t>kisi ki recommendation se jannat milegi.</w:t>
      </w:r>
    </w:p>
    <w:p>
      <w:pPr>
        <w:jc w:val="right"/>
      </w:pPr>
      <w:r>
        <w:t>کسی کی ریکمنڈیشن سے جنت ملے گی۔</w:t>
      </w:r>
    </w:p>
    <w:p>
      <w:r>
        <w:rPr>
          <w:b/>
        </w:rPr>
        <w:t xml:space="preserve">[1:12:40] </w:t>
      </w:r>
      <w:r>
        <w:t>yeh tasawwur mutabahir ulma ke nazdeek galat hai.</w:t>
      </w:r>
    </w:p>
    <w:p>
      <w:pPr>
        <w:jc w:val="right"/>
      </w:pPr>
      <w:r>
        <w:t>یہ تصور متباہر علماء کے نزدیک غلط ہے۔</w:t>
      </w:r>
    </w:p>
    <w:p>
      <w:r>
        <w:rPr>
          <w:b/>
        </w:rPr>
        <w:t xml:space="preserve">[1:12:45] </w:t>
      </w:r>
      <w:r>
        <w:t>jannat ka talluq zalik jaza o muntazak ka bar bar Quran mein yeh hai ke laisa lil insani illa</w:t>
      </w:r>
    </w:p>
    <w:p>
      <w:pPr>
        <w:jc w:val="right"/>
      </w:pPr>
      <w:r>
        <w:t>جنت کا تعلق ذالک جزا و منتزک کا بار بار قرآن میں یہ ہے کہ لیس الانسان الا</w:t>
      </w:r>
    </w:p>
    <w:p>
      <w:r>
        <w:rPr>
          <w:b/>
        </w:rPr>
        <w:t xml:space="preserve">[1:12:53] </w:t>
      </w:r>
      <w:r>
        <w:t>ma ke har fard ke liye jannat ka faisla us ke apne zaati amal ki buniyad par hoga,</w:t>
      </w:r>
    </w:p>
    <w:p>
      <w:pPr>
        <w:jc w:val="right"/>
      </w:pPr>
      <w:r>
        <w:t>ما کہ ہر فرد کے لیے جنت کا فیصلہ اس کے اپنے ذاتی عمل کی بنیاد پر ہوگا،</w:t>
      </w:r>
    </w:p>
    <w:p>
      <w:r>
        <w:rPr>
          <w:b/>
        </w:rPr>
        <w:t xml:space="preserve">[1:13:01] </w:t>
      </w:r>
      <w:r>
        <w:t>kisi recommendation ki buniyad par nahi hoga.</w:t>
      </w:r>
    </w:p>
    <w:p>
      <w:pPr>
        <w:jc w:val="right"/>
      </w:pPr>
      <w:r>
        <w:t>کسی ریکمنڈیشن کی بنیاد پر نہیں ہوگا۔</w:t>
      </w:r>
    </w:p>
    <w:p>
      <w:r>
        <w:rPr>
          <w:b/>
        </w:rPr>
        <w:t xml:space="preserve">[1:13:04] </w:t>
      </w:r>
      <w:r>
        <w:t>toh mutabahir ulma ki raay yahi hai.</w:t>
      </w:r>
    </w:p>
    <w:p>
      <w:pPr>
        <w:jc w:val="right"/>
      </w:pPr>
      <w:r>
        <w:t>تو متباہر علماء کی رائے یہی ہے۔</w:t>
      </w:r>
    </w:p>
    <w:p>
      <w:r>
        <w:rPr>
          <w:b/>
        </w:rPr>
        <w:t xml:space="preserve">[1:13:05] </w:t>
      </w:r>
      <w:r>
        <w:t>haan, kuch log doosri raay bhi rakhte hain toh theek hai, unhein bhi ijazat rakhne ki, lekin mere</w:t>
      </w:r>
    </w:p>
    <w:p>
      <w:pPr>
        <w:jc w:val="right"/>
      </w:pPr>
      <w:r>
        <w:t>ہاں، کچھ لوگ دوسری رائے بھی رکھتے ہیں تو ٹھیک ہے، انہیں بھی اجازت رکھنے کی، لیکن میرے</w:t>
      </w:r>
    </w:p>
    <w:p>
      <w:r>
        <w:rPr>
          <w:b/>
        </w:rPr>
        <w:t xml:space="preserve">[1:13:11] </w:t>
      </w:r>
      <w:r>
        <w:t>nazdeek woh log Quran ki aayaton ko ya hadithon ko galat interpretation dete hain,</w:t>
      </w:r>
    </w:p>
    <w:p>
      <w:pPr>
        <w:jc w:val="right"/>
      </w:pPr>
      <w:r>
        <w:t>نزدیک وہ لوگ قرآن کی آیتوں کو یا حدیثوں کو غلط انٹرپریشن دیتے ہیں،</w:t>
      </w:r>
    </w:p>
    <w:p>
      <w:r>
        <w:rPr>
          <w:b/>
        </w:rPr>
        <w:t xml:space="preserve">[1:13:18] </w:t>
      </w:r>
      <w:r>
        <w:t>woh sahi interpretation nahi dete.</w:t>
      </w:r>
    </w:p>
    <w:p>
      <w:pPr>
        <w:jc w:val="right"/>
      </w:pPr>
      <w:r>
        <w:t>وہ صحیح انٹرپریشن نہیں دیتے۔</w:t>
      </w:r>
    </w:p>
    <w:p>
      <w:r>
        <w:rPr>
          <w:b/>
        </w:rPr>
        <w:t xml:space="preserve">[1:13:20] </w:t>
      </w:r>
      <w:r>
        <w:t>zyada interpretation wohi hai jo mutabahir ulma ne diya hai.</w:t>
      </w:r>
    </w:p>
    <w:p>
      <w:pPr>
        <w:jc w:val="right"/>
      </w:pPr>
      <w:r>
        <w:t>زیادہ انٹرپریشن وہی ہے جو متباہر علماء نے دیا ہے۔</w:t>
      </w:r>
    </w:p>
    <w:p>
      <w:r>
        <w:rPr>
          <w:b/>
        </w:rPr>
        <w:t xml:space="preserve">[1:13:24] </w:t>
      </w:r>
      <w:r>
        <w:t>Maulana, agla sawal Zulfiqar Khan Sahab ka hai Pakistan se, aur unhon ne likha hai How can one</w:t>
      </w:r>
    </w:p>
    <w:p>
      <w:pPr>
        <w:jc w:val="right"/>
      </w:pPr>
      <w:r>
        <w:t>Maulana، اگلا سوال ذوالفقار خان صاحب کا ہے پاکستان سے، اور انہوں نے لکھا ہے ہاؤ کین ون</w:t>
      </w:r>
    </w:p>
    <w:p>
      <w:r>
        <w:rPr>
          <w:b/>
        </w:rPr>
        <w:t xml:space="preserve">[1:13:32] </w:t>
      </w:r>
      <w:r>
        <w:t>start learning about Islam as there are so many sects, thousands of literature and point of views, especially</w:t>
      </w:r>
    </w:p>
    <w:p>
      <w:pPr>
        <w:jc w:val="right"/>
      </w:pPr>
      <w:r>
        <w:t>سٹارٹ لرننگ اباؤٹ اسلام ایز دیر ار سو مینی سیکٹس، تھاؤزنڈز اف لٹریچر اینڈ پوائنٹ اف ویوز، اسپیشلی</w:t>
      </w:r>
    </w:p>
    <w:p>
      <w:r>
        <w:rPr>
          <w:b/>
        </w:rPr>
        <w:t xml:space="preserve">[1:13:40] </w:t>
      </w:r>
      <w:r>
        <w:t>for people born in Islamic country like Pakistan,</w:t>
      </w:r>
    </w:p>
    <w:p>
      <w:pPr>
        <w:jc w:val="right"/>
      </w:pPr>
      <w:r>
        <w:t>فار پیپل بورن ان اسلامک کنٹری لائک پاکستان،</w:t>
      </w:r>
    </w:p>
    <w:p>
      <w:r>
        <w:rPr>
          <w:b/>
        </w:rPr>
        <w:t xml:space="preserve">[1:13:45] </w:t>
      </w:r>
      <w:r>
        <w:t>what would be your advice to all of us?</w:t>
      </w:r>
    </w:p>
    <w:p>
      <w:pPr>
        <w:jc w:val="right"/>
      </w:pPr>
      <w:r>
        <w:t>واٹ وڈ بی یور ایڈوائس ٹو ال اف اس؟</w:t>
      </w:r>
    </w:p>
    <w:p>
      <w:r>
        <w:rPr>
          <w:b/>
        </w:rPr>
        <w:t xml:space="preserve">[1:13:50] </w:t>
      </w:r>
      <w:r>
        <w:t>dekhiye, Islam koi aisi baat nahi ke ek aadmi ne bataya, aap ne maan liya ke saare log</w:t>
      </w:r>
    </w:p>
    <w:p>
      <w:pPr>
        <w:jc w:val="right"/>
      </w:pPr>
      <w:r>
        <w:t>دیکھیے، اسلام کوئی ایسی بات نہیں کہ ایک آدمی نے بتایا، آپ نے مان لیا کہ سارے لوگ</w:t>
      </w:r>
    </w:p>
    <w:p>
      <w:r>
        <w:rPr>
          <w:b/>
        </w:rPr>
        <w:t xml:space="preserve">[1:13:56] </w:t>
      </w:r>
      <w:r>
        <w:t>ek hi baat kahein aur aap us ko sun kar maan lein.</w:t>
      </w:r>
    </w:p>
    <w:p>
      <w:pPr>
        <w:jc w:val="right"/>
      </w:pPr>
      <w:r>
        <w:t>ایک ہی بات کہیں اور آپ اس کو سن کر مان لیں۔</w:t>
      </w:r>
    </w:p>
    <w:p>
      <w:r>
        <w:rPr>
          <w:b/>
        </w:rPr>
        <w:t xml:space="preserve">[1:14:00] </w:t>
      </w:r>
      <w:r>
        <w:t>yeh hai hi nahi.</w:t>
      </w:r>
    </w:p>
    <w:p>
      <w:pPr>
        <w:jc w:val="right"/>
      </w:pPr>
      <w:r>
        <w:t>یہ ہے ہی نہیں۔</w:t>
      </w:r>
    </w:p>
    <w:p>
      <w:r>
        <w:rPr>
          <w:b/>
        </w:rPr>
        <w:t xml:space="preserve">[1:14:00] </w:t>
      </w:r>
      <w:r>
        <w:t>Islam Islam self discovered, is</w:t>
      </w:r>
    </w:p>
    <w:p>
      <w:pPr>
        <w:jc w:val="right"/>
      </w:pPr>
      <w:r>
        <w:t>اسلام اسلام سیلف ڈسکورڈ، اس</w:t>
      </w:r>
    </w:p>
    <w:p>
      <w:r>
        <w:rPr>
          <w:b/>
        </w:rPr>
        <w:t xml:space="preserve">[1:14:06] </w:t>
      </w:r>
      <w:r>
        <w:t>daryaft ka naam hai.</w:t>
      </w:r>
    </w:p>
    <w:p>
      <w:pPr>
        <w:jc w:val="right"/>
      </w:pPr>
      <w:r>
        <w:t>دریافت کا نام ہے۔</w:t>
      </w:r>
    </w:p>
    <w:p>
      <w:r>
        <w:rPr>
          <w:b/>
        </w:rPr>
        <w:t xml:space="preserve">[1:14:09] </w:t>
      </w:r>
      <w:r>
        <w:t>Quran mein is ko kaha gaya marifat,</w:t>
      </w:r>
    </w:p>
    <w:p>
      <w:pPr>
        <w:jc w:val="right"/>
      </w:pPr>
      <w:r>
        <w:t>قرآن میں اس کو کہا گیا معرفت،</w:t>
      </w:r>
    </w:p>
    <w:p>
      <w:r>
        <w:rPr>
          <w:b/>
        </w:rPr>
        <w:t xml:space="preserve">[1:14:13] </w:t>
      </w:r>
      <w:r>
        <w:t>marifat ka naam Islam hai.</w:t>
      </w:r>
    </w:p>
    <w:p>
      <w:pPr>
        <w:jc w:val="right"/>
      </w:pPr>
      <w:r>
        <w:t>معرفت کا نام اسلام ہے۔</w:t>
      </w:r>
    </w:p>
    <w:p>
      <w:r>
        <w:rPr>
          <w:b/>
        </w:rPr>
        <w:t xml:space="preserve">[1:14:15] </w:t>
      </w:r>
      <w:r>
        <w:t>yani islam wahi hai jo aap ne khud discover kiya ho,</w:t>
      </w:r>
    </w:p>
    <w:p>
      <w:pPr>
        <w:jc w:val="right"/>
      </w:pPr>
      <w:r>
        <w:t>یعنی اسلام وہی ہے جو آپ نے خود ڈسکور کیا ہو،</w:t>
      </w:r>
    </w:p>
    <w:p>
      <w:r>
        <w:rPr>
          <w:b/>
        </w:rPr>
        <w:t xml:space="preserve">[1:14:21] </w:t>
      </w:r>
      <w:r>
        <w:t>khud discover kiya ho, tab woh islam hai, warna islam hi nahi hai.</w:t>
      </w:r>
    </w:p>
    <w:p>
      <w:pPr>
        <w:jc w:val="right"/>
      </w:pPr>
      <w:r>
        <w:t>خود ڈسکور کیا ہو، تب وہ اسلام ہے، ورنہ اسلام ہی نہیں ہے۔</w:t>
      </w:r>
    </w:p>
    <w:p>
      <w:r>
        <w:rPr>
          <w:b/>
        </w:rPr>
        <w:t xml:space="preserve">[1:14:23] </w:t>
      </w:r>
      <w:r>
        <w:t>woh toh dunya mein ikhtilaf toh rahega.</w:t>
      </w:r>
    </w:p>
    <w:p>
      <w:pPr>
        <w:jc w:val="right"/>
      </w:pPr>
      <w:r>
        <w:t>وہ تو دنیا میں اختلاف تو رہے گا۔</w:t>
      </w:r>
    </w:p>
    <w:p>
      <w:r>
        <w:rPr>
          <w:b/>
        </w:rPr>
        <w:t xml:space="preserve">[1:14:30] </w:t>
      </w:r>
      <w:r>
        <w:t>aap chahte hain ikhtilafat na hon, toh yeh possible nahi hai.</w:t>
      </w:r>
    </w:p>
    <w:p>
      <w:pPr>
        <w:jc w:val="right"/>
      </w:pPr>
      <w:r>
        <w:t>آپ چاہتے ہیں اختلافات نہ ہوں، تو یہ پاسیبل نہیں ہے۔</w:t>
      </w:r>
    </w:p>
    <w:p>
      <w:r>
        <w:rPr>
          <w:b/>
        </w:rPr>
        <w:t xml:space="preserve">[1:14:33] </w:t>
      </w:r>
      <w:r>
        <w:t>Allah ne sab ko ijazat de di hai</w:t>
      </w:r>
    </w:p>
    <w:p>
      <w:pPr>
        <w:jc w:val="right"/>
      </w:pPr>
      <w:r>
        <w:t>اللہ نے سب کو اجازت دے دی ہے</w:t>
      </w:r>
    </w:p>
    <w:p>
      <w:r>
        <w:rPr>
          <w:b/>
        </w:rPr>
        <w:t xml:space="preserve">[1:14:36] </w:t>
      </w:r>
      <w:r>
        <w:t>ke apne jo jo</w:t>
      </w:r>
    </w:p>
    <w:p>
      <w:pPr>
        <w:jc w:val="right"/>
      </w:pPr>
      <w:r>
        <w:t>کہ اپنے جو جو</w:t>
      </w:r>
    </w:p>
    <w:p>
      <w:r>
        <w:rPr>
          <w:b/>
        </w:rPr>
        <w:t xml:space="preserve">[1:14:38] </w:t>
      </w:r>
      <w:r>
        <w:t>jo chahe bole, jo chahe soche,</w:t>
      </w:r>
    </w:p>
    <w:p>
      <w:pPr>
        <w:jc w:val="right"/>
      </w:pPr>
      <w:r>
        <w:t>جو چاہے بولے، جو چاہے سوچے،</w:t>
      </w:r>
    </w:p>
    <w:p>
      <w:r>
        <w:rPr>
          <w:b/>
        </w:rPr>
        <w:t xml:space="preserve">[1:14:42] </w:t>
      </w:r>
      <w:r>
        <w:t>virus na kare.</w:t>
      </w:r>
    </w:p>
    <w:p>
      <w:pPr>
        <w:jc w:val="right"/>
      </w:pPr>
      <w:r>
        <w:t>وائرس نہ کرے۔</w:t>
      </w:r>
    </w:p>
    <w:p>
      <w:r>
        <w:rPr>
          <w:b/>
        </w:rPr>
        <w:t xml:space="preserve">[1:14:43] </w:t>
      </w:r>
      <w:r>
        <w:t>bas yeh hai toh ikhtilafat hain aur rahenge, hamesha qayamat tak rahenge.</w:t>
      </w:r>
    </w:p>
    <w:p>
      <w:pPr>
        <w:jc w:val="right"/>
      </w:pPr>
      <w:r>
        <w:t>بس یہ ہے تو اختلافات ہیں اور رہیں گے، ہمیشہ قیامت تک رہیں گے۔</w:t>
      </w:r>
    </w:p>
    <w:p>
      <w:r>
        <w:rPr>
          <w:b/>
        </w:rPr>
        <w:t xml:space="preserve">[1:14:48] </w:t>
      </w:r>
      <w:r>
        <w:t>aur islam yeh hai hi nahi ke muttafiqa taur par sab log ek baat kahein aur usko</w:t>
      </w:r>
    </w:p>
    <w:p>
      <w:pPr>
        <w:jc w:val="right"/>
      </w:pPr>
      <w:r>
        <w:t>اور اسلام یہ ہے ہی نہیں کہ متفقہ طور پر سب لوگ ایک بات کہیں اور اس کو</w:t>
      </w:r>
    </w:p>
    <w:p>
      <w:r>
        <w:rPr>
          <w:b/>
        </w:rPr>
        <w:t xml:space="preserve">[1:14:53] </w:t>
      </w:r>
      <w:r>
        <w:t>maan lein, aap woh islam hi nahi hai.</w:t>
      </w:r>
    </w:p>
    <w:p>
      <w:pPr>
        <w:jc w:val="right"/>
      </w:pPr>
      <w:r>
        <w:t>مان لیں، آپ وہ اسلام ہی نہیں ہے۔</w:t>
      </w:r>
    </w:p>
    <w:p>
      <w:r>
        <w:rPr>
          <w:b/>
        </w:rPr>
        <w:t xml:space="preserve">[1:14:56] </w:t>
      </w:r>
      <w:r>
        <w:t>islam naam hai self discovered, daryaft ka naam.</w:t>
      </w:r>
    </w:p>
    <w:p>
      <w:pPr>
        <w:jc w:val="right"/>
      </w:pPr>
      <w:r>
        <w:t>اسلام نام ہے سیلف ڈسکورڈ، دریافت کا نام۔</w:t>
      </w:r>
    </w:p>
    <w:p>
      <w:r>
        <w:rPr>
          <w:b/>
        </w:rPr>
        <w:t xml:space="preserve">[1:15:00] </w:t>
      </w:r>
      <w:r>
        <w:t>aap khud apne mutale se daryaft karein ke is dunya ka ek aalim, ek ek khaliq hai, ek</w:t>
      </w:r>
    </w:p>
    <w:p>
      <w:pPr>
        <w:jc w:val="right"/>
      </w:pPr>
      <w:r>
        <w:t>آپ خود اپنے مطالعے سے دریافت کریں کہ اس دنیا کا ایک عالم، ایک ایک خالق ہے، ایک</w:t>
      </w:r>
    </w:p>
    <w:p>
      <w:r>
        <w:rPr>
          <w:b/>
        </w:rPr>
        <w:t xml:space="preserve">[1:15:07] </w:t>
      </w:r>
      <w:r>
        <w:t>ek ek bohat bari hasti hai jo sare aalam ko apne control mein liye hue hai.</w:t>
      </w:r>
    </w:p>
    <w:p>
      <w:pPr>
        <w:jc w:val="right"/>
      </w:pPr>
      <w:r>
        <w:t>ایک ایک بہت بڑی ہستی ہے جو سارے عالم کو اپنے کنٹرول میں لیے ہوئے ہیں۔</w:t>
      </w:r>
    </w:p>
    <w:p>
      <w:r>
        <w:rPr>
          <w:b/>
        </w:rPr>
        <w:t xml:space="preserve">[1:15:12] </w:t>
      </w:r>
      <w:r>
        <w:t>aap ke rongte khade ho jayein, aap ke body ke yeh sochte hue ke kaisa ajeeb hoga, Khuda</w:t>
      </w:r>
    </w:p>
    <w:p>
      <w:pPr>
        <w:jc w:val="right"/>
      </w:pPr>
      <w:r>
        <w:t>آپ کے رونگٹے کھڑے ہو جائیں، آپ کے باڈی کے یہ سوچتے ہوئے کہ کیسا عجیب ہوگا، خدا</w:t>
      </w:r>
    </w:p>
    <w:p>
      <w:r>
        <w:rPr>
          <w:b/>
        </w:rPr>
        <w:t xml:space="preserve">[1:15:18] </w:t>
      </w:r>
      <w:r>
        <w:t>yeh itni itni bari dunya banai.</w:t>
      </w:r>
    </w:p>
    <w:p>
      <w:pPr>
        <w:jc w:val="right"/>
      </w:pPr>
      <w:r>
        <w:t>یہ اتنی اتنی بڑی دنیا بنائی۔</w:t>
      </w:r>
    </w:p>
    <w:p>
      <w:r>
        <w:rPr>
          <w:b/>
        </w:rPr>
        <w:t xml:space="preserve">[1:15:21] </w:t>
      </w:r>
      <w:r>
        <w:t>yeh koi islam hai ke sab logon ne mil kar kaha ke ek baat, aap ne usko</w:t>
      </w:r>
    </w:p>
    <w:p>
      <w:pPr>
        <w:jc w:val="right"/>
      </w:pPr>
      <w:r>
        <w:t>یہ کوئی اسلام ہے کہ سب لوگوں نے مل کر کہا کہ ایک بات، آپ نے اس کو</w:t>
      </w:r>
    </w:p>
    <w:p>
      <w:r>
        <w:rPr>
          <w:b/>
        </w:rPr>
        <w:t xml:space="preserve">[1:15:25] </w:t>
      </w:r>
      <w:r>
        <w:t>maan liya. Islam koi legal point hai? Islam legal point nahi hai, islam ek discovery hai, ek marifat</w:t>
      </w:r>
    </w:p>
    <w:p>
      <w:pPr>
        <w:jc w:val="right"/>
      </w:pPr>
      <w:r>
        <w:t>مان لیا۔ اسلام کوئی لیگل پوائنٹ ہے؟ اسلام لیگل پوائنٹ نہیں ہے، اسلام ایک ڈسکوری ہے، ایک معرفت</w:t>
      </w:r>
    </w:p>
    <w:p>
      <w:r>
        <w:rPr>
          <w:b/>
        </w:rPr>
        <w:t xml:space="preserve">[1:15:32] </w:t>
      </w:r>
      <w:r>
        <w:t>hai, ek daryaft hai.</w:t>
      </w:r>
    </w:p>
    <w:p>
      <w:pPr>
        <w:jc w:val="right"/>
      </w:pPr>
      <w:r>
        <w:t>ہے، ایک دریافت ہے۔</w:t>
      </w:r>
    </w:p>
    <w:p>
      <w:r>
        <w:rPr>
          <w:b/>
        </w:rPr>
        <w:t xml:space="preserve">[1:15:35] </w:t>
      </w:r>
      <w:r>
        <w:t>toh ikhtilafat hain toh rehne dijiye, aap khud sochein, khud discover kijiye, khud mutala kijiye, aur self discovered</w:t>
      </w:r>
    </w:p>
    <w:p>
      <w:pPr>
        <w:jc w:val="right"/>
      </w:pPr>
      <w:r>
        <w:t>تو اختلافات ہیں تو رہنے دیجیے، آپ خود سوچیے، خود ڈسکور کیجیے، خود مطالعہ کیجیے، اور سیلف ڈسکورڈ</w:t>
      </w:r>
    </w:p>
    <w:p>
      <w:r>
        <w:rPr>
          <w:b/>
        </w:rPr>
        <w:t xml:space="preserve">[1:15:45] </w:t>
      </w:r>
      <w:r>
        <w:t>marifat pe khade hona koshish kijiye.</w:t>
      </w:r>
    </w:p>
    <w:p>
      <w:pPr>
        <w:jc w:val="right"/>
      </w:pPr>
      <w:r>
        <w:t>معرفت پہ کھڑے ہونا کوشش کیجیے۔</w:t>
      </w:r>
    </w:p>
    <w:p>
      <w:r>
        <w:rPr>
          <w:b/>
        </w:rPr>
        <w:t xml:space="preserve">[1:15:48] </w:t>
      </w:r>
      <w:r>
        <w:t>har har fard ko self discovered marifat pe khada hona hai.</w:t>
      </w:r>
    </w:p>
    <w:p>
      <w:pPr>
        <w:jc w:val="right"/>
      </w:pPr>
      <w:r>
        <w:t>ہر ہر فرد کو سیلف ڈسکورڈ معرفت پہ کھڑا ہونا ہے۔</w:t>
      </w:r>
    </w:p>
    <w:p>
      <w:r>
        <w:rPr>
          <w:b/>
        </w:rPr>
        <w:t xml:space="preserve">[1:15:53] </w:t>
      </w:r>
      <w:r>
        <w:t>agar suni hui baaton ko le kar ke woh maan lega toh woh manna manna nahi hai,</w:t>
      </w:r>
    </w:p>
    <w:p>
      <w:pPr>
        <w:jc w:val="right"/>
      </w:pPr>
      <w:r>
        <w:t>اگر سنی ہوئی باتوں کو لے کر کے وہ مان لے گا تو وہ ماننا ماننا نہیں ہے،</w:t>
      </w:r>
    </w:p>
    <w:p>
      <w:r>
        <w:rPr>
          <w:b/>
        </w:rPr>
        <w:t xml:space="preserve">[1:15:59] </w:t>
      </w:r>
      <w:r>
        <w:t>woh kuch bhi nahi, nothing hai.</w:t>
      </w:r>
    </w:p>
    <w:p>
      <w:pPr>
        <w:jc w:val="right"/>
      </w:pPr>
      <w:r>
        <w:t>وہ کچھ بھی نہیں، نتھنگ ہے۔</w:t>
      </w:r>
    </w:p>
    <w:p>
      <w:r>
        <w:rPr>
          <w:b/>
        </w:rPr>
        <w:t xml:space="preserve">[1:16:04] </w:t>
      </w:r>
      <w:r>
        <w:t>Maulana, agla sawal Muhammad Wajihuddin sahib ne kiya hai Mumbai se, aur unhone likha hai Maulana</w:t>
      </w:r>
    </w:p>
    <w:p>
      <w:pPr>
        <w:jc w:val="right"/>
      </w:pPr>
      <w:r>
        <w:t>Maulana، اگلا سوال محمد وجیہ الدین صاحب نے کیا ہے ممبئی سے، اور انہوں نے لکھا ہے مولانا</w:t>
      </w:r>
    </w:p>
    <w:p>
      <w:r>
        <w:rPr>
          <w:b/>
        </w:rPr>
        <w:t xml:space="preserve">[1:16:12] </w:t>
      </w:r>
      <w:r>
        <w:t>Sahib, there are groups who use the name of prophet and the prophet's seal and stamp on their</w:t>
      </w:r>
    </w:p>
    <w:p>
      <w:pPr>
        <w:jc w:val="right"/>
      </w:pPr>
      <w:r>
        <w:t>صاحب، دیر ار گروپس ہو یوز دا نیم اف پرافٹ اینڈ دا پرافٹ سیل اینڈ سٹیمپ ان دیر</w:t>
      </w:r>
    </w:p>
    <w:p>
      <w:r>
        <w:rPr>
          <w:b/>
        </w:rPr>
        <w:t xml:space="preserve">[1:16:19] </w:t>
      </w:r>
      <w:r>
        <w:t>fleighz and spread violence in da name of Islam,</w:t>
      </w:r>
    </w:p>
    <w:p>
      <w:pPr>
        <w:jc w:val="right"/>
      </w:pPr>
      <w:r>
        <w:t>فلیگز اینڈ سپریڈ وائیلنس ان دا نیم اف اسلام،</w:t>
      </w:r>
    </w:p>
    <w:p>
      <w:r>
        <w:rPr>
          <w:b/>
        </w:rPr>
        <w:t xml:space="preserve">[1:16:23] </w:t>
      </w:r>
      <w:r>
        <w:t>Can this be called an Islamic war especially when they use the seal of Prophet on their flags?</w:t>
      </w:r>
    </w:p>
    <w:p>
      <w:pPr>
        <w:jc w:val="right"/>
      </w:pPr>
      <w:r>
        <w:t>Can this be called an Islamic war especially when they use the seal of Prophet on their flags?</w:t>
      </w:r>
    </w:p>
    <w:p>
      <w:r>
        <w:rPr>
          <w:b/>
        </w:rPr>
        <w:t xml:space="preserve">[1:16:30] </w:t>
      </w:r>
      <w:r>
        <w:t>hargiz nahin, yeh to un Islamic hai, hargiz nahin, hargiz nahin.</w:t>
      </w:r>
    </w:p>
    <w:p>
      <w:pPr>
        <w:jc w:val="right"/>
      </w:pPr>
      <w:r>
        <w:t>ہرگز نہیں، یہ تو ان اسلامک ہے، ہرگز نہیں، ہرگز نہیں۔</w:t>
      </w:r>
    </w:p>
    <w:p>
      <w:r>
        <w:rPr>
          <w:b/>
        </w:rPr>
        <w:t xml:space="preserve">[1:16:35] </w:t>
      </w:r>
      <w:r>
        <w:t>yeh logon ko Allah ke hath pakra jayega, kisi ko right kiya hai ke woh aisa kare?</w:t>
      </w:r>
    </w:p>
    <w:p>
      <w:pPr>
        <w:jc w:val="right"/>
      </w:pPr>
      <w:r>
        <w:t>یہ لوگوں کو اللہ کے ہاتھ پکڑا جائے گا، کسی کو رائٹ کیا ہے کہ وہ ایسا کرے؟</w:t>
      </w:r>
    </w:p>
    <w:p>
      <w:r>
        <w:rPr>
          <w:b/>
        </w:rPr>
        <w:t xml:space="preserve">[1:16:40] </w:t>
      </w:r>
      <w:r>
        <w:t>Islam mein war hai hi nahin, Islam mein sirf peace hai.</w:t>
      </w:r>
    </w:p>
    <w:p>
      <w:pPr>
        <w:jc w:val="right"/>
      </w:pPr>
      <w:r>
        <w:t>اسلام میں وار ہے ہی نہیں، اسلام میں صرف پیس ہے۔</w:t>
      </w:r>
    </w:p>
    <w:p>
      <w:r>
        <w:rPr>
          <w:b/>
        </w:rPr>
        <w:t xml:space="preserve">[1:16:47] </w:t>
      </w:r>
      <w:r>
        <w:t>mein poore apni zindagi mein jo study ki hai, mein kehta hoon ke Islam mein war hai hi</w:t>
      </w:r>
    </w:p>
    <w:p>
      <w:pPr>
        <w:jc w:val="right"/>
      </w:pPr>
      <w:r>
        <w:t>میں پورے اپنی زندگی میں جو اسٹڈی کی ہے، میں کہتا ہوں کہ اسلام میں وار ہے ہی</w:t>
      </w:r>
    </w:p>
    <w:p>
      <w:r>
        <w:rPr>
          <w:b/>
        </w:rPr>
        <w:t xml:space="preserve">[1:16:51] </w:t>
      </w:r>
      <w:r>
        <w:t>nahin, Islam mein sirf peace hai.</w:t>
      </w:r>
    </w:p>
    <w:p>
      <w:pPr>
        <w:jc w:val="right"/>
      </w:pPr>
      <w:r>
        <w:t>نہیں، اسلام میں صرف پیس ہے۔</w:t>
      </w:r>
    </w:p>
    <w:p>
      <w:r>
        <w:rPr>
          <w:b/>
        </w:rPr>
        <w:t xml:space="preserve">[1:16:56] </w:t>
      </w:r>
      <w:r>
        <w:t>kabhi kabhi koi establishment government as a defence, limited sense mein</w:t>
      </w:r>
    </w:p>
    <w:p>
      <w:pPr>
        <w:jc w:val="right"/>
      </w:pPr>
      <w:r>
        <w:t>کبھی کبھی کوئی اسٹیبلش گورنمنٹ ایز ا ڈیفنس، لمیٹڈ سینس میں</w:t>
      </w:r>
    </w:p>
    <w:p>
      <w:r>
        <w:rPr>
          <w:b/>
        </w:rPr>
        <w:t xml:space="preserve">[1:17:04] </w:t>
      </w:r>
      <w:r>
        <w:t>hath hath utha sakti hai, limited sense mein full fledge war to Islam mein hai hi nahin.</w:t>
      </w:r>
    </w:p>
    <w:p>
      <w:pPr>
        <w:jc w:val="right"/>
      </w:pPr>
      <w:r>
        <w:t>ہاتھ ہاتھ اٹھا سکتی ہے، لمیٹڈ سینس میں فل فلیج وار تو اسلام میں ہے ہی نہیں۔</w:t>
      </w:r>
    </w:p>
    <w:p>
      <w:r>
        <w:rPr>
          <w:b/>
        </w:rPr>
        <w:t xml:space="preserve">[1:17:11] </w:t>
      </w:r>
      <w:r>
        <w:t>aur jo log aaj kal ke zamane mein jo Islam ke naam par war kar rahe hain, is</w:t>
      </w:r>
    </w:p>
    <w:p>
      <w:pPr>
        <w:jc w:val="right"/>
      </w:pPr>
      <w:r>
        <w:t>اور جو لوگ آج کل کے زمانے میں جو اسلام کے نام پر وار کر رہے ہیں، اس</w:t>
      </w:r>
    </w:p>
    <w:p>
      <w:r>
        <w:rPr>
          <w:b/>
        </w:rPr>
        <w:t xml:space="preserve">[1:17:16] </w:t>
      </w:r>
      <w:r>
        <w:t>ka Islam se kuch bhi ta'alluq nahin hai, one percent bhi ta'alluq nahin hai.</w:t>
      </w:r>
    </w:p>
    <w:p>
      <w:pPr>
        <w:jc w:val="right"/>
      </w:pPr>
      <w:r>
        <w:t>کا اسلام سے کچھ بھی تعلق نہیں ہے، ون پرسنٹ بھی تعلق نہیں ہے۔</w:t>
      </w:r>
    </w:p>
    <w:p>
      <w:r>
        <w:rPr>
          <w:b/>
        </w:rPr>
        <w:t xml:space="preserve">[1:17:24] </w:t>
      </w:r>
      <w:r>
        <w:t>is par bohat likha hai hum ne ke Islam sarta sar peace hai, peace, peace, peace.</w:t>
      </w:r>
    </w:p>
    <w:p>
      <w:pPr>
        <w:jc w:val="right"/>
      </w:pPr>
      <w:r>
        <w:t>اس پر بہت لکھا ہے ہم نے کہ اسلام سرتاسر پیس ہے، پیس، پیس، پیس۔</w:t>
      </w:r>
    </w:p>
    <w:p>
      <w:r>
        <w:rPr>
          <w:b/>
        </w:rPr>
        <w:t xml:space="preserve">[1:17:31] </w:t>
      </w:r>
      <w:r>
        <w:t>tashaddud aur war hai hi nahin,</w:t>
      </w:r>
    </w:p>
    <w:p>
      <w:pPr>
        <w:jc w:val="right"/>
      </w:pPr>
      <w:r>
        <w:t>تشدد اور وار ہے ہی نہیں،</w:t>
      </w:r>
    </w:p>
    <w:p>
      <w:r>
        <w:rPr>
          <w:b/>
        </w:rPr>
        <w:t xml:space="preserve">[1:17:34] </w:t>
      </w:r>
      <w:r>
        <w:t>sirf sirf aik establishment government ke liye</w:t>
      </w:r>
    </w:p>
    <w:p>
      <w:pPr>
        <w:jc w:val="right"/>
      </w:pPr>
      <w:r>
        <w:t>صرف صرف ایک اسٹیبلش گورنمنٹ کے لیے</w:t>
      </w:r>
    </w:p>
    <w:p>
      <w:r>
        <w:rPr>
          <w:b/>
        </w:rPr>
        <w:t xml:space="preserve">[1:17:41] </w:t>
      </w:r>
      <w:r>
        <w:t>as a defence,</w:t>
      </w:r>
    </w:p>
    <w:p>
      <w:pPr>
        <w:jc w:val="right"/>
      </w:pPr>
      <w:r>
        <w:t>ایز ا ڈیفنس،</w:t>
      </w:r>
    </w:p>
    <w:p>
      <w:r>
        <w:rPr>
          <w:b/>
        </w:rPr>
        <w:t xml:space="preserve">[1:17:43] </w:t>
      </w:r>
      <w:r>
        <w:t>woh bhi limited sense mein war mein jana jaiz hai.</w:t>
      </w:r>
    </w:p>
    <w:p>
      <w:pPr>
        <w:jc w:val="right"/>
      </w:pPr>
      <w:r>
        <w:t>وہ بھی لمیٹڈ سینس میں وار میں جانا جائز ہے۔</w:t>
      </w:r>
    </w:p>
    <w:p>
      <w:r>
        <w:rPr>
          <w:b/>
        </w:rPr>
        <w:t xml:space="preserve">[1:17:49] </w:t>
      </w:r>
      <w:r>
        <w:t>limited sense mein full fledge war chherna Islam mein to bilkul hi jaiz nahin, is tarah se koi</w:t>
      </w:r>
    </w:p>
    <w:p>
      <w:pPr>
        <w:jc w:val="right"/>
      </w:pPr>
      <w:r>
        <w:t>لمیٹڈ سینس میں فل فلیج وار چھیڑنا اسلام میں تو بالکل ہی جائز نہیں، اس طرح سے کوئی</w:t>
      </w:r>
    </w:p>
    <w:p>
      <w:r>
        <w:rPr>
          <w:b/>
        </w:rPr>
        <w:t xml:space="preserve">[1:17:55] </w:t>
      </w:r>
      <w:r>
        <w:t>koi jagah hi nahin hai is ke liye.</w:t>
      </w:r>
    </w:p>
    <w:p>
      <w:pPr>
        <w:jc w:val="right"/>
      </w:pPr>
      <w:r>
        <w:t>کوئی جگہ ہی نہیں ہے اس کے لیے۔</w:t>
      </w:r>
    </w:p>
    <w:p>
      <w:r>
        <w:rPr>
          <w:b/>
        </w:rPr>
        <w:t xml:space="preserve">[1:17:58] </w:t>
      </w:r>
      <w:r>
        <w:t>Islam ka jo mission jo hai, insan ko insan banana hai, is ka war se kia ta'alluq?</w:t>
      </w:r>
    </w:p>
    <w:p>
      <w:pPr>
        <w:jc w:val="right"/>
      </w:pPr>
      <w:r>
        <w:t>اسلام کا جو مشن جو ہے، انسان کو انسان بنانا ہے، اس کا وار سے کیا تعلق؟</w:t>
      </w:r>
    </w:p>
    <w:p>
      <w:r>
        <w:rPr>
          <w:b/>
        </w:rPr>
        <w:t xml:space="preserve">[1:18:05] </w:t>
      </w:r>
      <w:r>
        <w:t>insan ko insan banana, yeh mission hai Islam ka, is ka is ka ladaai se kia ta'alluq?</w:t>
      </w:r>
    </w:p>
    <w:p>
      <w:pPr>
        <w:jc w:val="right"/>
      </w:pPr>
      <w:r>
        <w:t>انسان کو انسان بنانا، یہ مشن ہے اسلام کا، اس کا اس کا لڑائی سے کیا تعلق؟</w:t>
      </w:r>
    </w:p>
    <w:p>
      <w:r>
        <w:rPr>
          <w:b/>
        </w:rPr>
        <w:t xml:space="preserve">[1:18:12] </w:t>
      </w:r>
      <w:r>
        <w:t>lad ke kisi ko banayenge aap, Islam woh to samjhana bujhana se hoga ke Islam</w:t>
      </w:r>
    </w:p>
    <w:p>
      <w:pPr>
        <w:jc w:val="right"/>
      </w:pPr>
      <w:r>
        <w:t>لڑ کے کسی کو بنائیں گے آپ، اسلام وہ تو سمجھانا بجھانا سے ہوگا کہ اسلام</w:t>
      </w:r>
    </w:p>
    <w:p>
      <w:r>
        <w:rPr>
          <w:b/>
        </w:rPr>
        <w:t xml:space="preserve">[1:18:19] </w:t>
      </w:r>
      <w:r>
        <w:t>sirf aik peace hi peace hai.</w:t>
      </w:r>
    </w:p>
    <w:p>
      <w:pPr>
        <w:jc w:val="right"/>
      </w:pPr>
      <w:r>
        <w:t>صرف ایک پیس ہی پیس ہے۔</w:t>
      </w:r>
    </w:p>
    <w:p>
      <w:r>
        <w:rPr>
          <w:b/>
        </w:rPr>
        <w:t xml:space="preserve">[1:18:22] </w:t>
      </w:r>
      <w:r>
        <w:t>Islam mein shuru se akhir tak</w:t>
      </w:r>
    </w:p>
    <w:p>
      <w:pPr>
        <w:jc w:val="right"/>
      </w:pPr>
      <w:r>
        <w:t>اسلام میں شروع سے آخر تک</w:t>
      </w:r>
    </w:p>
    <w:p>
      <w:r>
        <w:rPr>
          <w:b/>
        </w:rPr>
        <w:t xml:space="preserve">[1:18:26] </w:t>
      </w:r>
      <w:r>
        <w:t>yeh mein ne bohat kitabein likhi hain, ab latest book meri hai Age of Peace, is mein bhi</w:t>
      </w:r>
    </w:p>
    <w:p>
      <w:pPr>
        <w:jc w:val="right"/>
      </w:pPr>
      <w:r>
        <w:t>یہ میں نے بہت کتابیں لکھی ہیں، اب لیٹسٹ بک میری ہے ایج اف پیس، اس میں بھی</w:t>
      </w:r>
    </w:p>
    <w:p>
      <w:r>
        <w:rPr>
          <w:b/>
        </w:rPr>
        <w:t xml:space="preserve">[1:18:32] </w:t>
      </w:r>
      <w:r>
        <w:t>is ki mein ne wazahat ki hai.</w:t>
      </w:r>
    </w:p>
    <w:p>
      <w:pPr>
        <w:jc w:val="right"/>
      </w:pPr>
      <w:r>
        <w:t>اس کی میں نے وضاحت کی ہے۔</w:t>
      </w:r>
    </w:p>
    <w:p>
      <w:r>
        <w:rPr>
          <w:b/>
        </w:rPr>
        <w:t xml:space="preserve">[1:18:36] </w:t>
      </w:r>
      <w:r>
        <w:t>Maulana, agla sawal kia hai Tariq Badar Sahab ne Lahore Pakistan se, aur unhon ne likha hai Quran</w:t>
      </w:r>
    </w:p>
    <w:p>
      <w:pPr>
        <w:jc w:val="right"/>
      </w:pPr>
      <w:r>
        <w:t>Maulana، اگلا سوال کیا ہے طارق بدر صاحب نے لاہور پاکستان سے، اور انہوں نے لکھا ہے قرآن</w:t>
      </w:r>
    </w:p>
    <w:p>
      <w:r>
        <w:rPr>
          <w:b/>
        </w:rPr>
        <w:t xml:space="preserve">[1:18:44] </w:t>
      </w:r>
      <w:r>
        <w:t>ki rooh se mayusi ki waja aur ilaj tajweez farmayen.</w:t>
      </w:r>
    </w:p>
    <w:p>
      <w:pPr>
        <w:jc w:val="right"/>
      </w:pPr>
      <w:r>
        <w:t>کی روح سے مایوسی کی وجہ اور علاج تجویز فرما دیں۔</w:t>
      </w:r>
    </w:p>
    <w:p>
      <w:r>
        <w:rPr>
          <w:b/>
        </w:rPr>
        <w:t xml:space="preserve">[1:18:52] </w:t>
      </w:r>
      <w:r>
        <w:t>pehli baat to yeh hai ke islam mein mayusi haram hai, quran mein hai ke la ta'yasu min</w:t>
      </w:r>
    </w:p>
    <w:p>
      <w:pPr>
        <w:jc w:val="right"/>
      </w:pPr>
      <w:r>
        <w:t>پہلی بات تو یہ ہے کہ اسلام میں مایوسی حرام ہے، قرآن میں ہے کہ لا تائسو من</w:t>
      </w:r>
    </w:p>
    <w:p>
      <w:r>
        <w:rPr>
          <w:b/>
        </w:rPr>
        <w:t xml:space="preserve">[1:18:58] </w:t>
      </w:r>
      <w:r>
        <w:t>rah allah, allah ki rehmat se mayus na ho, yeh hukum ke taur par.</w:t>
      </w:r>
    </w:p>
    <w:p>
      <w:pPr>
        <w:jc w:val="right"/>
      </w:pPr>
      <w:r>
        <w:t>راہ اللہ، اللہ کی رحمت سے مایوس نہ ہو، یہ حکم کے طور پر۔</w:t>
      </w:r>
    </w:p>
    <w:p>
      <w:r>
        <w:rPr>
          <w:b/>
        </w:rPr>
        <w:t xml:space="preserve">[1:19:05] </w:t>
      </w:r>
      <w:r>
        <w:t>to mayusi to siray se islam mein jaiz hi nahi hai,</w:t>
      </w:r>
    </w:p>
    <w:p>
      <w:pPr>
        <w:jc w:val="right"/>
      </w:pPr>
      <w:r>
        <w:t>تو مایوسی تو سرے سے اسلام میں جائز ہی نہیں ہے،</w:t>
      </w:r>
    </w:p>
    <w:p>
      <w:r>
        <w:rPr>
          <w:b/>
        </w:rPr>
        <w:t xml:space="preserve">[1:19:12] </w:t>
      </w:r>
      <w:r>
        <w:t>dosri baat yeh hai ke mayusi kyun hoti hai</w:t>
      </w:r>
    </w:p>
    <w:p>
      <w:pPr>
        <w:jc w:val="right"/>
      </w:pPr>
      <w:r>
        <w:t>دوسری بات یہ ہے کہ مایوسی کیوں ہوتی ہے</w:t>
      </w:r>
    </w:p>
    <w:p>
      <w:r>
        <w:rPr>
          <w:b/>
        </w:rPr>
        <w:t xml:space="preserve">[1:19:16] </w:t>
      </w:r>
      <w:r>
        <w:t>aur is ka ilaj kya hai?</w:t>
      </w:r>
    </w:p>
    <w:p>
      <w:pPr>
        <w:jc w:val="right"/>
      </w:pPr>
      <w:r>
        <w:t>اور اس کا علاج کیا ہے؟</w:t>
      </w:r>
    </w:p>
    <w:p>
      <w:r>
        <w:rPr>
          <w:b/>
        </w:rPr>
        <w:t xml:space="preserve">[1:19:19] </w:t>
      </w:r>
      <w:r>
        <w:t>to dekhiye, mayusi hoti hai asal mein</w:t>
      </w:r>
    </w:p>
    <w:p>
      <w:pPr>
        <w:jc w:val="right"/>
      </w:pPr>
      <w:r>
        <w:t>تو دیکھیے، مایوسی ہوتی ہے اصل میں</w:t>
      </w:r>
    </w:p>
    <w:p>
      <w:r>
        <w:rPr>
          <w:b/>
        </w:rPr>
        <w:t xml:space="preserve">[1:19:23] </w:t>
      </w:r>
      <w:r>
        <w:t>jahan tak mein samajh paya hoon,</w:t>
      </w:r>
    </w:p>
    <w:p>
      <w:pPr>
        <w:jc w:val="right"/>
      </w:pPr>
      <w:r>
        <w:t>جہاں تک میں سمجھ پایا ہوں،</w:t>
      </w:r>
    </w:p>
    <w:p>
      <w:r>
        <w:rPr>
          <w:b/>
        </w:rPr>
        <w:t xml:space="preserve">[1:19:27] </w:t>
      </w:r>
      <w:r>
        <w:t>yani deep thinking na hone ki waja se,</w:t>
      </w:r>
    </w:p>
    <w:p>
      <w:pPr>
        <w:jc w:val="right"/>
      </w:pPr>
      <w:r>
        <w:t>یعنی ڈیپ تھنکنگ نہ ہونے کی وجہ سے،</w:t>
      </w:r>
    </w:p>
    <w:p>
      <w:r>
        <w:rPr>
          <w:b/>
        </w:rPr>
        <w:t xml:space="preserve">[1:19:35] </w:t>
      </w:r>
      <w:r>
        <w:t>deep thinking na hone ki waja se</w:t>
      </w:r>
    </w:p>
    <w:p>
      <w:pPr>
        <w:jc w:val="right"/>
      </w:pPr>
      <w:r>
        <w:t>ڈیپ تھنکنگ نہ ہونے کی وجہ سے</w:t>
      </w:r>
    </w:p>
    <w:p>
      <w:r>
        <w:rPr>
          <w:b/>
        </w:rPr>
        <w:t xml:space="preserve">[1:19:39] </w:t>
      </w:r>
      <w:r>
        <w:t>mayusi aati hai.</w:t>
      </w:r>
    </w:p>
    <w:p>
      <w:pPr>
        <w:jc w:val="right"/>
      </w:pPr>
      <w:r>
        <w:t>مایوسی آتی ہے۔</w:t>
      </w:r>
    </w:p>
    <w:p>
      <w:r>
        <w:rPr>
          <w:b/>
        </w:rPr>
        <w:t xml:space="preserve">[1:19:42] </w:t>
      </w:r>
      <w:r>
        <w:t>misal ke taur par mein apna case batata hoon aap ko ke itni lambi meri umar ho gayi</w:t>
      </w:r>
    </w:p>
    <w:p>
      <w:pPr>
        <w:jc w:val="right"/>
      </w:pPr>
      <w:r>
        <w:t>مثلاً میں اپنا کیس بتاتا ہوں آپ کو کہ اتنی لمبی میری عمر ہو گئی</w:t>
      </w:r>
    </w:p>
    <w:p>
      <w:r>
        <w:rPr>
          <w:b/>
        </w:rPr>
        <w:t xml:space="preserve">[1:19:48] </w:t>
      </w:r>
      <w:r>
        <w:t>aur zindagi bhar mujhe bhi yeh daura pada ke falan waqea hoga, is se mayusi, falan waqea hoga,</w:t>
      </w:r>
    </w:p>
    <w:p>
      <w:pPr>
        <w:jc w:val="right"/>
      </w:pPr>
      <w:r>
        <w:t>اور زندگی بھر مجھے بھی یہ دورہ پڑا کہ فلاں واقعہ ہوگا، اس سے مایوسی، فلاں واقعہ ہوگا،</w:t>
      </w:r>
    </w:p>
    <w:p>
      <w:r>
        <w:rPr>
          <w:b/>
        </w:rPr>
        <w:t xml:space="preserve">[1:19:54] </w:t>
      </w:r>
      <w:r>
        <w:t>is se mayusi.</w:t>
      </w:r>
    </w:p>
    <w:p>
      <w:pPr>
        <w:jc w:val="right"/>
      </w:pPr>
      <w:r>
        <w:t>اس سے مایوسی۔</w:t>
      </w:r>
    </w:p>
    <w:p>
      <w:r>
        <w:rPr>
          <w:b/>
        </w:rPr>
        <w:t xml:space="preserve">[1:19:55] </w:t>
      </w:r>
      <w:r>
        <w:t>ek do nahi,</w:t>
      </w:r>
    </w:p>
    <w:p>
      <w:pPr>
        <w:jc w:val="right"/>
      </w:pPr>
      <w:r>
        <w:t>ایک دو نہیں،</w:t>
      </w:r>
    </w:p>
    <w:p>
      <w:r>
        <w:rPr>
          <w:b/>
        </w:rPr>
        <w:t xml:space="preserve">[1:19:58] </w:t>
      </w:r>
      <w:r>
        <w:t>aaj mein sochta hoon to woh sab jo hua tha, wahi mere liye best tha.</w:t>
      </w:r>
    </w:p>
    <w:p>
      <w:pPr>
        <w:jc w:val="right"/>
      </w:pPr>
      <w:r>
        <w:t>آج میں سوچتا ہوں تو وہ سب جو ہوا تھا، وہی میرے لیے بیسٹ تھا۔</w:t>
      </w:r>
    </w:p>
    <w:p>
      <w:r>
        <w:rPr>
          <w:b/>
        </w:rPr>
        <w:t xml:space="preserve">[1:20:04] </w:t>
      </w:r>
      <w:r>
        <w:t>yahan se wahan tak jitne bhi waqeat mein ne sochta hoon, woh jo hua, wahi best tha.</w:t>
      </w:r>
    </w:p>
    <w:p>
      <w:pPr>
        <w:jc w:val="right"/>
      </w:pPr>
      <w:r>
        <w:t>یہاں سے وہاں تک جتنے بھی واقعات میں نے سوچتا ہوں، وہ جو ہوا، وہی بیسٹ تھا۔</w:t>
      </w:r>
    </w:p>
    <w:p>
      <w:r>
        <w:rPr>
          <w:b/>
        </w:rPr>
        <w:t xml:space="preserve">[1:20:09] </w:t>
      </w:r>
      <w:r>
        <w:t>koi mujh se mulaqat kisi ko to mein aap ko ek sau ek qisse bataunga.</w:t>
      </w:r>
    </w:p>
    <w:p>
      <w:pPr>
        <w:jc w:val="right"/>
      </w:pPr>
      <w:r>
        <w:t>کوئی مجھ سے ملاقات کسی کو تو میں آپ کو ایک سو ایک قصے بتاؤں گا۔</w:t>
      </w:r>
    </w:p>
    <w:p>
      <w:r>
        <w:rPr>
          <w:b/>
        </w:rPr>
        <w:t xml:space="preserve">[1:20:14] </w:t>
      </w:r>
      <w:r>
        <w:t>kyun hota kya hai? insan ki limitations hain, aur sab se bari baat yeh hai ke insan future</w:t>
      </w:r>
    </w:p>
    <w:p>
      <w:pPr>
        <w:jc w:val="right"/>
      </w:pPr>
      <w:r>
        <w:t>کیوں ہوتا کیا ہے؟ انسان کی لیمیٹیشنز ہیں، اور سب سے بڑی بات یہ ہے کہ انسان فیوچر</w:t>
      </w:r>
    </w:p>
    <w:p>
      <w:r>
        <w:rPr>
          <w:b/>
        </w:rPr>
        <w:t xml:space="preserve">[1:20:23] </w:t>
      </w:r>
      <w:r>
        <w:t>ko nahi janta,</w:t>
      </w:r>
    </w:p>
    <w:p>
      <w:pPr>
        <w:jc w:val="right"/>
      </w:pPr>
      <w:r>
        <w:t>کو نہیں جانتا،</w:t>
      </w:r>
    </w:p>
    <w:p>
      <w:r>
        <w:rPr>
          <w:b/>
        </w:rPr>
        <w:t xml:space="preserve">[1:20:25] </w:t>
      </w:r>
      <w:r>
        <w:t>future ko nahi janta.</w:t>
      </w:r>
    </w:p>
    <w:p>
      <w:pPr>
        <w:jc w:val="right"/>
      </w:pPr>
      <w:r>
        <w:t>فیوچر کو نہیں جانتا۔</w:t>
      </w:r>
    </w:p>
    <w:p>
      <w:r>
        <w:rPr>
          <w:b/>
        </w:rPr>
        <w:t xml:space="preserve">[1:20:27] </w:t>
      </w:r>
      <w:r>
        <w:t>to jis waqey ko mein ne ek kisi waqt samjhaya tha ke mere</w:t>
      </w:r>
    </w:p>
    <w:p>
      <w:pPr>
        <w:jc w:val="right"/>
      </w:pPr>
      <w:r>
        <w:t>تو جس واقعے کو میں نے ایک کسی وقت سمجھایا تھا کہ میرے</w:t>
      </w:r>
    </w:p>
    <w:p>
      <w:r>
        <w:rPr>
          <w:b/>
        </w:rPr>
        <w:t xml:space="preserve">[1:20:34] </w:t>
      </w:r>
      <w:r>
        <w:t>yeh mera kaam nahi hua, mera kaam bigad gaya,</w:t>
      </w:r>
    </w:p>
    <w:p>
      <w:pPr>
        <w:jc w:val="right"/>
      </w:pPr>
      <w:r>
        <w:t>یہ میرا کام نہیں ہوا، میرا کام بگڑ گیا،</w:t>
      </w:r>
    </w:p>
    <w:p>
      <w:r>
        <w:rPr>
          <w:b/>
        </w:rPr>
        <w:t xml:space="preserve">[1:20:39] </w:t>
      </w:r>
      <w:r>
        <w:t>lekin baad ko mila, wahi to, wahi to, isi mein to meri kamyabi ka raaz tha, wahi mere</w:t>
      </w:r>
    </w:p>
    <w:p>
      <w:pPr>
        <w:jc w:val="right"/>
      </w:pPr>
      <w:r>
        <w:t>لیکن بعد کو ملا، وہی تو، وہی تو، اسی میں تو میری کامیابی کا راز تھا، وہی میرے</w:t>
      </w:r>
    </w:p>
    <w:p>
      <w:r>
        <w:rPr>
          <w:b/>
        </w:rPr>
        <w:t xml:space="preserve">[1:20:45] </w:t>
      </w:r>
      <w:r>
        <w:t>liye best tha.</w:t>
      </w:r>
    </w:p>
    <w:p>
      <w:pPr>
        <w:jc w:val="right"/>
      </w:pPr>
      <w:r>
        <w:t>لیے بیسٹ تھا۔</w:t>
      </w:r>
    </w:p>
    <w:p>
      <w:r>
        <w:rPr>
          <w:b/>
        </w:rPr>
        <w:t xml:space="preserve">[1:20:48] </w:t>
      </w:r>
      <w:r>
        <w:t>to sab se,</w:t>
      </w:r>
    </w:p>
    <w:p>
      <w:pPr>
        <w:jc w:val="right"/>
      </w:pPr>
      <w:r>
        <w:t>تو سب سے،</w:t>
      </w:r>
    </w:p>
    <w:p>
      <w:r>
        <w:rPr>
          <w:b/>
        </w:rPr>
        <w:t xml:space="preserve">[1:20:50] </w:t>
      </w:r>
      <w:r>
        <w:t>yani sab se zyada effective tareeqa yeh hai ke aadmi Allah par yaqeen rakhe ke jo ho raha</w:t>
      </w:r>
    </w:p>
    <w:p>
      <w:pPr>
        <w:jc w:val="right"/>
      </w:pPr>
      <w:r>
        <w:t>یعنی سب سے زیادہ ایفیکٹیو طریقہ یہ ہے کہ آدمی اللہ پر یقین رکھے کہ جو ہو رہا</w:t>
      </w:r>
    </w:p>
    <w:p>
      <w:r>
        <w:rPr>
          <w:b/>
        </w:rPr>
        <w:t xml:space="preserve">[1:20:57] </w:t>
      </w:r>
      <w:r>
        <w:t>hai, woh yani woh jo kaha Hazrat Ali ne, al khair fi ma waqa, yani what happened happened</w:t>
      </w:r>
    </w:p>
    <w:p>
      <w:pPr>
        <w:jc w:val="right"/>
      </w:pPr>
      <w:r>
        <w:t>ہے، وہ یعنی وہ جو کہا حضرت علی نے، الخیر فی ما وقع، یعنی واٹ ہیپنڈ ہیپنڈ</w:t>
      </w:r>
    </w:p>
    <w:p>
      <w:r>
        <w:rPr>
          <w:b/>
        </w:rPr>
        <w:t xml:space="preserve">[1:21:05] </w:t>
      </w:r>
      <w:r>
        <w:t>for my, for my betterment,</w:t>
      </w:r>
    </w:p>
    <w:p>
      <w:pPr>
        <w:jc w:val="right"/>
      </w:pPr>
      <w:r>
        <w:t>فار مائی، فار مائی بیٹرمنٹ،</w:t>
      </w:r>
    </w:p>
    <w:p>
      <w:r>
        <w:rPr>
          <w:b/>
        </w:rPr>
        <w:t xml:space="preserve">[1:21:10] </w:t>
      </w:r>
      <w:r>
        <w:t>jo hua mere, mere, aur chounke bohat se insaanon ki misalein milein gi aap ko, insaanon ki bohat</w:t>
      </w:r>
    </w:p>
    <w:p>
      <w:pPr>
        <w:jc w:val="right"/>
      </w:pPr>
      <w:r>
        <w:t>جو ہوا میرے، میرے، اور چونکہ بہت سے انسانوں کی مثالیں ملیں گی آپ کو، انسانوں کی بہت</w:t>
      </w:r>
    </w:p>
    <w:p>
      <w:r>
        <w:rPr>
          <w:b/>
        </w:rPr>
        <w:t xml:space="preserve">[1:21:17] </w:t>
      </w:r>
      <w:r>
        <w:t>se insaanon ki misalein milein gi ke jo kisi cheez ko le kar mayoos ho gaye thay, aur</w:t>
      </w:r>
    </w:p>
    <w:p>
      <w:pPr>
        <w:jc w:val="right"/>
      </w:pPr>
      <w:r>
        <w:t>سے انسانوں کی مثالیں ملیں گی کہ جو کسی چیز کو لے کر مایوس ہو گئے تھے، اور</w:t>
      </w:r>
    </w:p>
    <w:p>
      <w:r>
        <w:rPr>
          <w:b/>
        </w:rPr>
        <w:t xml:space="preserve">[1:21:21] </w:t>
      </w:r>
      <w:r>
        <w:t>baad ke un ke betterment mein tha, woh</w:t>
      </w:r>
    </w:p>
    <w:p>
      <w:pPr>
        <w:jc w:val="right"/>
      </w:pPr>
      <w:r>
        <w:t>بعد کے ان کے بیٹرمنٹ میں تھا، وہ</w:t>
      </w:r>
    </w:p>
    <w:p>
      <w:r>
        <w:rPr>
          <w:b/>
        </w:rPr>
        <w:t xml:space="preserve">[1:21:26] </w:t>
      </w:r>
      <w:r>
        <w:t>to khud apne baray mein aap sochein.</w:t>
      </w:r>
    </w:p>
    <w:p>
      <w:pPr>
        <w:jc w:val="right"/>
      </w:pPr>
      <w:r>
        <w:t>تو خود اپنے بارے میں آپ سوچیں۔</w:t>
      </w:r>
    </w:p>
    <w:p>
      <w:r>
        <w:rPr>
          <w:b/>
        </w:rPr>
        <w:t xml:space="preserve">[1:21:29] </w:t>
      </w:r>
      <w:r>
        <w:t>har aadmi mein sochta hoon ke agar soche to kabhi kisi cheez ko le kar woh jahan mayoos</w:t>
      </w:r>
    </w:p>
    <w:p>
      <w:pPr>
        <w:jc w:val="right"/>
      </w:pPr>
      <w:r>
        <w:t>ہر آدمی میں سوچتا ہوں کہ اگر سوچے تو کبھی کسی چیز کو لے کر وہ جہاں مایوس</w:t>
      </w:r>
    </w:p>
    <w:p>
      <w:r>
        <w:rPr>
          <w:b/>
        </w:rPr>
        <w:t xml:space="preserve">[1:21:35] </w:t>
      </w:r>
      <w:r>
        <w:t>ho gaya tha, aaj jo dekha to lage ga ke woh to bohat acha tha mere liye.</w:t>
      </w:r>
    </w:p>
    <w:p>
      <w:pPr>
        <w:jc w:val="right"/>
      </w:pPr>
      <w:r>
        <w:t>ہو گیا تھا، آج جو دیکھا تو لگے گا کہ وہ تو بہت اچھا تھا میرے لیے۔</w:t>
      </w:r>
    </w:p>
    <w:p>
      <w:r>
        <w:rPr>
          <w:b/>
        </w:rPr>
        <w:t xml:space="preserve">[1:21:41] </w:t>
      </w:r>
      <w:r>
        <w:t>to yeh jo qoul hai, al khair fi ma waqa, what happened happened for my betterment, bohat hi sahih</w:t>
      </w:r>
    </w:p>
    <w:p>
      <w:pPr>
        <w:jc w:val="right"/>
      </w:pPr>
      <w:r>
        <w:t>تو یہ جو قول ہے، الخیر فی ما وقع، واٹ ہیپنڈ ہیپنڈ فار مائی بیٹرمنٹ، بہت ہی صحیح</w:t>
      </w:r>
    </w:p>
    <w:p>
      <w:r>
        <w:rPr>
          <w:b/>
        </w:rPr>
        <w:t xml:space="preserve">[1:21:49] </w:t>
      </w:r>
      <w:r>
        <w:t>hai, is ko hamesha yaad rakhna chahiye aadmi ko.</w:t>
      </w:r>
    </w:p>
    <w:p>
      <w:pPr>
        <w:jc w:val="right"/>
      </w:pPr>
      <w:r>
        <w:t>ہے، اس کو ہمیشہ یاد رکھنا چاہیے آدمی کو۔</w:t>
      </w:r>
    </w:p>
    <w:p>
      <w:r>
        <w:rPr>
          <w:b/>
        </w:rPr>
        <w:t xml:space="preserve">[1:21:53] </w:t>
      </w:r>
      <w:r>
        <w:t>to wajah yeh hai ke aadmi mustaqbil ko, future ko nahi janta,</w:t>
      </w:r>
    </w:p>
    <w:p>
      <w:pPr>
        <w:jc w:val="right"/>
      </w:pPr>
      <w:r>
        <w:t>تو وجہ یہ ہے کہ آدمی مستقبل کو، فیوچر کو نہیں جانتا،</w:t>
      </w:r>
    </w:p>
    <w:p>
      <w:r>
        <w:rPr>
          <w:b/>
        </w:rPr>
        <w:t xml:space="preserve">[1:22:01] </w:t>
      </w:r>
      <w:r>
        <w:t>kal kya hone wala hai, is ko nahi janta, is liye aaj woh samajhta hai ke mera baat,</w:t>
      </w:r>
    </w:p>
    <w:p>
      <w:pPr>
        <w:jc w:val="right"/>
      </w:pPr>
      <w:r>
        <w:t>کل کیا ہونے والا ہے، اس کو نہیں جانتا، اس لیے آج وہ سمجھتا ہے کہ میرا بات،</w:t>
      </w:r>
    </w:p>
    <w:p>
      <w:r>
        <w:rPr>
          <w:b/>
        </w:rPr>
        <w:t xml:space="preserve">[1:22:06] </w:t>
      </w:r>
      <w:r>
        <w:t>mera kaam bigar gaya.</w:t>
      </w:r>
    </w:p>
    <w:p>
      <w:pPr>
        <w:jc w:val="right"/>
      </w:pPr>
      <w:r>
        <w:t>میرا کام بگڑ گیا۔</w:t>
      </w:r>
    </w:p>
    <w:p>
      <w:r>
        <w:rPr>
          <w:b/>
        </w:rPr>
        <w:t xml:space="preserve">[1:22:09] </w:t>
      </w:r>
      <w:r>
        <w:t>to wajah to hoti hai future ko na janna,</w:t>
      </w:r>
    </w:p>
    <w:p>
      <w:pPr>
        <w:jc w:val="right"/>
      </w:pPr>
      <w:r>
        <w:t>تو وجہ تو ہوتی ہے فیوچر کو نہ جاننا،</w:t>
      </w:r>
    </w:p>
    <w:p>
      <w:r>
        <w:rPr>
          <w:b/>
        </w:rPr>
        <w:t xml:space="preserve">[1:22:13] </w:t>
      </w:r>
      <w:r>
        <w:t>aur ilaaj yeh hai ke is is jo sahabi ka yeh qoul hai, al khair fi ma waqa, what</w:t>
      </w:r>
    </w:p>
    <w:p>
      <w:pPr>
        <w:jc w:val="right"/>
      </w:pPr>
      <w:r>
        <w:t>اور علاج یہ ہے کہ اس اس جو صحابی کا یہ قول ہے، الخیر فی ما وقع، واٹ</w:t>
      </w:r>
    </w:p>
    <w:p>
      <w:r>
        <w:rPr>
          <w:b/>
        </w:rPr>
        <w:t xml:space="preserve">[1:22:19] </w:t>
      </w:r>
      <w:r>
        <w:t>happened happened for my betterment, is par yaqeen karna,</w:t>
      </w:r>
    </w:p>
    <w:p>
      <w:pPr>
        <w:jc w:val="right"/>
      </w:pPr>
      <w:r>
        <w:t>ہیپنڈ ہیپنڈ فار مائی بیٹرمنٹ، اس پر یقین کرنا،</w:t>
      </w:r>
    </w:p>
    <w:p>
      <w:r>
        <w:rPr>
          <w:b/>
        </w:rPr>
        <w:t xml:space="preserve">[1:22:23] </w:t>
      </w:r>
      <w:r>
        <w:t>is par yaqeen karna.</w:t>
      </w:r>
    </w:p>
    <w:p>
      <w:pPr>
        <w:jc w:val="right"/>
      </w:pPr>
      <w:r>
        <w:t>اس پر یقین کرنا۔</w:t>
      </w:r>
    </w:p>
    <w:p>
      <w:r>
        <w:rPr>
          <w:b/>
        </w:rPr>
        <w:t xml:space="preserve">[1:22:26] </w:t>
      </w:r>
      <w:r>
        <w:t>mein samajhta hoon ke yeh two point formula hai.</w:t>
      </w:r>
    </w:p>
    <w:p>
      <w:pPr>
        <w:jc w:val="right"/>
      </w:pPr>
      <w:r>
        <w:t>میں سمجھتا ہوں کہ یہ ٹو پوائنٹ فارمولا ہے۔</w:t>
      </w:r>
    </w:p>
    <w:p>
      <w:r>
        <w:rPr>
          <w:b/>
        </w:rPr>
        <w:t xml:space="preserve">[1:22:30] </w:t>
      </w:r>
      <w:r>
        <w:t>yeh Maulana, agla sawal lete hain jo Pakistan se hai, aur unhon ne likha hai</w:t>
      </w:r>
    </w:p>
    <w:p>
      <w:pPr>
        <w:jc w:val="right"/>
      </w:pPr>
      <w:r>
        <w:t>یہ مولانا، اگلا سوال لیتے ہیں جو پاکستان سے ہے، اور انہوں نے لکھا ہے</w:t>
      </w:r>
    </w:p>
    <w:p>
      <w:r>
        <w:rPr>
          <w:b/>
        </w:rPr>
        <w:t xml:space="preserve">[1:22:37] </w:t>
      </w:r>
      <w:r>
        <w:t>aap ka literature taqreeban saara read kar chuka hoon, aap secularism ko ain Islam qarar dete hain, mazhab</w:t>
      </w:r>
    </w:p>
    <w:p>
      <w:pPr>
        <w:jc w:val="right"/>
      </w:pPr>
      <w:r>
        <w:t>آپ کا لٹریچر تقریباً سارا ریڈ کر چکا ہوں، آپ سیکولرزم کو عین اسلام قرار دیتے ہیں، مذہب</w:t>
      </w:r>
    </w:p>
    <w:p>
      <w:r>
        <w:rPr>
          <w:b/>
        </w:rPr>
        <w:t xml:space="preserve">[1:22:46] </w:t>
      </w:r>
      <w:r>
        <w:t>ko infiradi matter tak mehdood samajhte hain, jabke ijtimai matters ke liye aap insani aql o shaoor par</w:t>
      </w:r>
    </w:p>
    <w:p>
      <w:pPr>
        <w:jc w:val="right"/>
      </w:pPr>
      <w:r>
        <w:t>کو انفرادی میٹر تک محدود سمجھتے ہیں، جبکہ اجتماعی میٹرز کے لیے آپ انسانی عقل و شعور پر</w:t>
      </w:r>
    </w:p>
    <w:p>
      <w:r>
        <w:rPr>
          <w:b/>
        </w:rPr>
        <w:t xml:space="preserve">[1:22:55] </w:t>
      </w:r>
      <w:r>
        <w:t>aitmad karne ka hukum dete hain.</w:t>
      </w:r>
    </w:p>
    <w:p>
      <w:pPr>
        <w:jc w:val="right"/>
      </w:pPr>
      <w:r>
        <w:t>اعتماد کرنے کا حکم دیتے ہیں۔</w:t>
      </w:r>
    </w:p>
    <w:p>
      <w:r>
        <w:rPr>
          <w:b/>
        </w:rPr>
        <w:t xml:space="preserve">[1:22:57] </w:t>
      </w:r>
      <w:r>
        <w:t>aap ki yeh ta'beer deen kya sari Muslim countries ke liye hai ya sirf India aur deegar countries</w:t>
      </w:r>
    </w:p>
    <w:p>
      <w:pPr>
        <w:jc w:val="right"/>
      </w:pPr>
      <w:r>
        <w:t>آپ کی یہ تعبیر دین کیا ساری مسلم کنٹریز کے لیے ہے یا صرف انڈیا اور دیگر کنٹریز</w:t>
      </w:r>
    </w:p>
    <w:p>
      <w:r>
        <w:rPr>
          <w:b/>
        </w:rPr>
        <w:t xml:space="preserve">[1:23:05] </w:t>
      </w:r>
      <w:r>
        <w:t>ke liye, jahan musalman aqalliyat mein hain? is ko wazeh karen.</w:t>
      </w:r>
    </w:p>
    <w:p>
      <w:pPr>
        <w:jc w:val="right"/>
      </w:pPr>
      <w:r>
        <w:t>کے لیے، جہاں مسلمان اقلیت میں ہیں؟ اس کو واضح کریں۔</w:t>
      </w:r>
    </w:p>
    <w:p>
      <w:r>
        <w:rPr>
          <w:b/>
        </w:rPr>
        <w:t xml:space="preserve">[1:23:13] </w:t>
      </w:r>
      <w:r>
        <w:t>dekhiye, kuch log jo extremism ka shikar hain, ghulu ka, wo secularism ko ek ek muqaddas nazariya mante</w:t>
      </w:r>
    </w:p>
    <w:p>
      <w:pPr>
        <w:jc w:val="right"/>
      </w:pPr>
      <w:r>
        <w:t>دیکھیے، کچھ لوگ جو ایکسٹریمزم کا شکار ہیں، غلو کا، وہ سیکولرزم کو ایک ایک مقدس نظریہ مانتے</w:t>
      </w:r>
    </w:p>
    <w:p>
      <w:r>
        <w:rPr>
          <w:b/>
        </w:rPr>
        <w:t xml:space="preserve">[1:23:23] </w:t>
      </w:r>
      <w:r>
        <w:t>hain, is liye wo taraqqi karte hain.</w:t>
      </w:r>
    </w:p>
    <w:p>
      <w:pPr>
        <w:jc w:val="right"/>
      </w:pPr>
      <w:r>
        <w:t>ہیں، اس لیے وہ ترقی کرتے ہیں۔</w:t>
      </w:r>
    </w:p>
    <w:p>
      <w:r>
        <w:rPr>
          <w:b/>
        </w:rPr>
        <w:t xml:space="preserve">[1:23:24] </w:t>
      </w:r>
      <w:r>
        <w:t>wo jis tarah mazhab ek aqida hai, samajhte hain ke secularism bhi ek aqida hai, yeh bilkul, yani</w:t>
      </w:r>
    </w:p>
    <w:p>
      <w:pPr>
        <w:jc w:val="right"/>
      </w:pPr>
      <w:r>
        <w:t>وہ جس طرح مذہب ایک عقیدہ ہے، سمجھتے ہیں کہ سیکولرزم بھی ایک عقیدہ ہے، یہ بالکل، یعنی</w:t>
      </w:r>
    </w:p>
    <w:p>
      <w:r>
        <w:rPr>
          <w:b/>
        </w:rPr>
        <w:t xml:space="preserve">[1:23:33] </w:t>
      </w:r>
      <w:r>
        <w:t>it is wrong, completely wrong.</w:t>
      </w:r>
    </w:p>
    <w:p>
      <w:pPr>
        <w:jc w:val="right"/>
      </w:pPr>
      <w:r>
        <w:t>اٹ از رونگ، کمپلیٹلی رونگ۔</w:t>
      </w:r>
    </w:p>
    <w:p>
      <w:r>
        <w:rPr>
          <w:b/>
        </w:rPr>
        <w:t xml:space="preserve">[1:23:35] </w:t>
      </w:r>
      <w:r>
        <w:t>koi bhi aqida nahi samajhta is ko, secularism method hai, method, wo aqida nahi hai.</w:t>
      </w:r>
    </w:p>
    <w:p>
      <w:pPr>
        <w:jc w:val="right"/>
      </w:pPr>
      <w:r>
        <w:t>کوئی بھی عقیدہ نہیں سمجھتا اس کو، سیکولرزم میتھڈ ہے، میتھڈ، وہ عقیدہ نہیں ہے۔</w:t>
      </w:r>
    </w:p>
    <w:p>
      <w:r>
        <w:rPr>
          <w:b/>
        </w:rPr>
        <w:t xml:space="preserve">[1:23:41] </w:t>
      </w:r>
      <w:r>
        <w:t>there is difference between method and aqida.</w:t>
      </w:r>
    </w:p>
    <w:p>
      <w:pPr>
        <w:jc w:val="right"/>
      </w:pPr>
      <w:r>
        <w:t>دیر از ڈیفرنس بیٹو میتھڈ اینڈ عقیدہ۔</w:t>
      </w:r>
    </w:p>
    <w:p>
      <w:r>
        <w:rPr>
          <w:b/>
        </w:rPr>
        <w:t xml:space="preserve">[1:23:46] </w:t>
      </w:r>
      <w:r>
        <w:t>rasool Allah ne jab lafz rasool ko mita diya tha, to is ko aap aqida banayein to lage</w:t>
      </w:r>
    </w:p>
    <w:p>
      <w:pPr>
        <w:jc w:val="right"/>
      </w:pPr>
      <w:r>
        <w:t>رسول اللہ نے جب لفظ رسول کو مٹا دیا تھا، تو اس کو آپ عقیدہ بنائیں تو لگے</w:t>
      </w:r>
    </w:p>
    <w:p>
      <w:r>
        <w:rPr>
          <w:b/>
        </w:rPr>
        <w:t xml:space="preserve">[1:23:50] </w:t>
      </w:r>
      <w:r>
        <w:t>ke yeh bohat galat kaam hua.</w:t>
      </w:r>
    </w:p>
    <w:p>
      <w:pPr>
        <w:jc w:val="right"/>
      </w:pPr>
      <w:r>
        <w:t>کہ یہ بہت غلط کام ہوا۔</w:t>
      </w:r>
    </w:p>
    <w:p>
      <w:r>
        <w:rPr>
          <w:b/>
        </w:rPr>
        <w:t xml:space="preserve">[1:23:53] </w:t>
      </w:r>
      <w:r>
        <w:t>kaba but rakhe hue the, is ko aqida banayein to aap kahenge to bohat galat kaam hua.</w:t>
      </w:r>
    </w:p>
    <w:p>
      <w:pPr>
        <w:jc w:val="right"/>
      </w:pPr>
      <w:r>
        <w:t>کعبہ بت رکھے ہوئے تھے، اس کو عقیدہ بنائیں تو آپ کہیں گے تو بہت غلط کام ہوا۔</w:t>
      </w:r>
    </w:p>
    <w:p>
      <w:r>
        <w:rPr>
          <w:b/>
        </w:rPr>
        <w:t xml:space="preserve">[1:23:58] </w:t>
      </w:r>
      <w:r>
        <w:t>to cheezon ko, har cheez ko aqida banana, isi ko to main kehta hoon ke cheezon ko logical</w:t>
      </w:r>
    </w:p>
    <w:p>
      <w:pPr>
        <w:jc w:val="right"/>
      </w:pPr>
      <w:r>
        <w:t>تو چیزوں کو، ہر چیز کو عقیدہ بنانا، اسی کو تو میں کہتا ہوں کہ چیزوں کو لاجیکل</w:t>
      </w:r>
    </w:p>
    <w:p>
      <w:r>
        <w:rPr>
          <w:b/>
        </w:rPr>
        <w:t xml:space="preserve">[1:24:05] </w:t>
      </w:r>
      <w:r>
        <w:t>end tak le jana.</w:t>
      </w:r>
    </w:p>
    <w:p>
      <w:pPr>
        <w:jc w:val="right"/>
      </w:pPr>
      <w:r>
        <w:t>اینڈ تک لے جانا۔</w:t>
      </w:r>
    </w:p>
    <w:p>
      <w:r>
        <w:rPr>
          <w:b/>
        </w:rPr>
        <w:t xml:space="preserve">[1:24:07] </w:t>
      </w:r>
      <w:r>
        <w:t>secularism ek method hai.</w:t>
      </w:r>
    </w:p>
    <w:p>
      <w:pPr>
        <w:jc w:val="right"/>
      </w:pPr>
      <w:r>
        <w:t>سیکولرزم ایک میتھڈ ہے۔</w:t>
      </w:r>
    </w:p>
    <w:p>
      <w:r>
        <w:rPr>
          <w:b/>
        </w:rPr>
        <w:t xml:space="preserve">[1:24:09] </w:t>
      </w:r>
      <w:r>
        <w:t>logon ne dekha ke is zamane mein khas taur par jab ke, yani log yahan wahan jate hain,</w:t>
      </w:r>
    </w:p>
    <w:p>
      <w:pPr>
        <w:jc w:val="right"/>
      </w:pPr>
      <w:r>
        <w:t>لوگوں نے دیکھا کہ اس زمانے میں خاص طور پر جب کہ، یعنی لوگ یہاں وہاں جاتے ہیں،</w:t>
      </w:r>
    </w:p>
    <w:p>
      <w:r>
        <w:rPr>
          <w:b/>
        </w:rPr>
        <w:t xml:space="preserve">[1:24:18] </w:t>
      </w:r>
      <w:r>
        <w:t>bohat zyada samaj mein phaila hua hai, to har har mulk mein, har har society mein, tarah tarah</w:t>
      </w:r>
    </w:p>
    <w:p>
      <w:pPr>
        <w:jc w:val="right"/>
      </w:pPr>
      <w:r>
        <w:t>بہت زیادہ سماج میں پھیلا ہوا ہے، تو ہر ہر ملک میں، ہر ہر سوسائٹی میں، طرح طرح</w:t>
      </w:r>
    </w:p>
    <w:p>
      <w:r>
        <w:rPr>
          <w:b/>
        </w:rPr>
        <w:t xml:space="preserve">[1:24:24] </w:t>
      </w:r>
      <w:r>
        <w:t>ke religion, tarah tarah ke culture wale jama ho gaye hain.</w:t>
      </w:r>
    </w:p>
    <w:p>
      <w:pPr>
        <w:jc w:val="right"/>
      </w:pPr>
      <w:r>
        <w:t>کے ریلیجن، طرح طرح کے کلچر والے جمع ہو گئے ہیں۔</w:t>
      </w:r>
    </w:p>
    <w:p>
      <w:r>
        <w:rPr>
          <w:b/>
        </w:rPr>
        <w:t xml:space="preserve">[1:24:30] </w:t>
      </w:r>
      <w:r>
        <w:t>to how to establish harmony among these people? to is ke liye secularism ka formula ijad hua.</w:t>
      </w:r>
    </w:p>
    <w:p>
      <w:pPr>
        <w:jc w:val="right"/>
      </w:pPr>
      <w:r>
        <w:t>تو ہاؤ ٹو اسٹیبلش ہارمونی امنگ دیز پیپل؟ تو اس کے لیے سیکولرزم کا فارمولا ایجاد ہوا۔</w:t>
      </w:r>
    </w:p>
    <w:p>
      <w:r>
        <w:rPr>
          <w:b/>
        </w:rPr>
        <w:t xml:space="preserve">[1:24:39] </w:t>
      </w:r>
      <w:r>
        <w:t>to secularism ka matlab, secularism ek ek method hai, wo aqida nahi hai kabhi bhi,</w:t>
      </w:r>
    </w:p>
    <w:p>
      <w:pPr>
        <w:jc w:val="right"/>
      </w:pPr>
      <w:r>
        <w:t>تو سیکولرزم کا مطلب، سیکولرزم ایک ایک میتھڈ ہے، وہ عقیدہ نہیں ہے کبھی بھی،</w:t>
      </w:r>
    </w:p>
    <w:p>
      <w:r>
        <w:rPr>
          <w:b/>
        </w:rPr>
        <w:t xml:space="preserve">[1:24:46] </w:t>
      </w:r>
      <w:r>
        <w:t>aur method ke taur par best hai.</w:t>
      </w:r>
    </w:p>
    <w:p>
      <w:pPr>
        <w:jc w:val="right"/>
      </w:pPr>
      <w:r>
        <w:t>اور میتھڈ کے طور پر بیسٹ ہے۔</w:t>
      </w:r>
    </w:p>
    <w:p>
      <w:r>
        <w:rPr>
          <w:b/>
        </w:rPr>
        <w:t xml:space="preserve">[1:24:48] </w:t>
      </w:r>
      <w:r>
        <w:t>wo main samajhta hoon, kyunke aap kya karen, jab ek society mein differences hain to aap ladenge,</w:t>
      </w:r>
    </w:p>
    <w:p>
      <w:pPr>
        <w:jc w:val="right"/>
      </w:pPr>
      <w:r>
        <w:t>وہ میں سمجھتا ہوں، کیونکہ آپ کیا کریں، جب ایک سوسائٹی میں ڈیفرنسز ہیں تو آپ لڑیں گے،</w:t>
      </w:r>
    </w:p>
    <w:p>
      <w:r>
        <w:rPr>
          <w:b/>
        </w:rPr>
        <w:t xml:space="preserve">[1:24:54] </w:t>
      </w:r>
      <w:r>
        <w:t>ladenge to khoon kharaba hoga.</w:t>
      </w:r>
    </w:p>
    <w:p>
      <w:pPr>
        <w:jc w:val="right"/>
      </w:pPr>
      <w:r>
        <w:t>لڑیں گے تو خون خرابہ ہوگا۔</w:t>
      </w:r>
    </w:p>
    <w:p>
      <w:r>
        <w:rPr>
          <w:b/>
        </w:rPr>
        <w:t xml:space="preserve">[1:24:56] </w:t>
      </w:r>
      <w:r>
        <w:t>is se acha yeh hai ke har ek ko, yani har ek ko mauqa dijiye,</w:t>
      </w:r>
    </w:p>
    <w:p>
      <w:pPr>
        <w:jc w:val="right"/>
      </w:pPr>
      <w:r>
        <w:t>اس سے اچھا یہ ہے کہ ہر ایک کو، یعنی ہر ایک کو موقع دیجیے،</w:t>
      </w:r>
    </w:p>
    <w:p>
      <w:r>
        <w:rPr>
          <w:b/>
        </w:rPr>
        <w:t xml:space="preserve">[1:25:02] </w:t>
      </w:r>
      <w:r>
        <w:t>aur main samajhta hoon ke yeh yeh khud rasool Allah ne ikhtiyar farmaya tha.</w:t>
      </w:r>
    </w:p>
    <w:p>
      <w:pPr>
        <w:jc w:val="right"/>
      </w:pPr>
      <w:r>
        <w:t>اور میں سمجھتا ہوں کہ یہ یہ خود رسول اللہ نے اختیار فرمایا تھا۔</w:t>
      </w:r>
    </w:p>
    <w:p>
      <w:r>
        <w:rPr>
          <w:b/>
        </w:rPr>
        <w:t xml:space="preserve">[1:25:07] </w:t>
      </w:r>
      <w:r>
        <w:t>madine mein jab aaye aap to us waqt madina ek ek multi-religious society tha, yani muslim the</w:t>
      </w:r>
    </w:p>
    <w:p>
      <w:pPr>
        <w:jc w:val="right"/>
      </w:pPr>
      <w:r>
        <w:t>مدینے میں جب آئے آپ تو اس وقت مدینہ ایک ایک ملٹی ریل سوسائٹی تھا، یعنی مسلم تھے</w:t>
      </w:r>
    </w:p>
    <w:p>
      <w:r>
        <w:rPr>
          <w:b/>
        </w:rPr>
        <w:t xml:space="preserve">[1:25:14] </w:t>
      </w:r>
      <w:r>
        <w:t>aur yahudi the, roughly half half the.</w:t>
      </w:r>
    </w:p>
    <w:p>
      <w:pPr>
        <w:jc w:val="right"/>
      </w:pPr>
      <w:r>
        <w:t>اور یہودی تھے، رفلی ہاف ہاف تھے۔</w:t>
      </w:r>
    </w:p>
    <w:p>
      <w:r>
        <w:rPr>
          <w:b/>
        </w:rPr>
        <w:t xml:space="preserve">[1:25:17] </w:t>
      </w:r>
      <w:r>
        <w:t>to aap ne ek ek charter jaari kiya, jis ka tha, jis mein likha gaya tha ke lill</w:t>
      </w:r>
    </w:p>
    <w:p>
      <w:pPr>
        <w:jc w:val="right"/>
      </w:pPr>
      <w:r>
        <w:t>تو آپ نے ایک ایک چارٹر جاری کیا، جس کا تھا، جس میں لکھا گیا تھا کہ لل</w:t>
      </w:r>
    </w:p>
    <w:p>
      <w:r>
        <w:rPr>
          <w:b/>
        </w:rPr>
        <w:t xml:space="preserve">[1:25:24] </w:t>
      </w:r>
      <w:r>
        <w:t>yahood deen wa al muslimeen deen,</w:t>
      </w:r>
    </w:p>
    <w:p>
      <w:pPr>
        <w:jc w:val="right"/>
      </w:pPr>
      <w:r>
        <w:t>یہود دین ول المسلمین دین،</w:t>
      </w:r>
    </w:p>
    <w:p>
      <w:r>
        <w:rPr>
          <w:b/>
        </w:rPr>
        <w:t xml:space="preserve">[1:25:27] </w:t>
      </w:r>
      <w:r>
        <w:t>musalman ke liye musalman ka deen, yahoodi ke liye yahoodi ka deen.</w:t>
      </w:r>
    </w:p>
    <w:p>
      <w:pPr>
        <w:jc w:val="right"/>
      </w:pPr>
      <w:r>
        <w:t>مسلمان کے لیے مسلمان کا دین، یہودی کے لیے یہودی کا دین۔</w:t>
      </w:r>
    </w:p>
    <w:p>
      <w:r>
        <w:rPr>
          <w:b/>
        </w:rPr>
        <w:t xml:space="preserve">[1:25:31] </w:t>
      </w:r>
      <w:r>
        <w:t>yahi to hai, yahi spirit hai secularism ki, yahi spirit hai secularism ki</w:t>
      </w:r>
    </w:p>
    <w:p>
      <w:pPr>
        <w:jc w:val="right"/>
      </w:pPr>
      <w:r>
        <w:t>یہی تو ہے، یہی سپرٹ ہے سیکولرزم کی، یہی سپرٹ ہے سیکولرزم کی</w:t>
      </w:r>
    </w:p>
    <w:p>
      <w:r>
        <w:rPr>
          <w:b/>
        </w:rPr>
        <w:t xml:space="preserve">[1:25:37] </w:t>
      </w:r>
      <w:r>
        <w:t>ke ittifaq wale daire mein hum sab mil ke kaam karein, aur baqi jo daire hai, yaani jis</w:t>
      </w:r>
    </w:p>
    <w:p>
      <w:pPr>
        <w:jc w:val="right"/>
      </w:pPr>
      <w:r>
        <w:t>کہ اتفاق والے دائرے میں ہم سب مل کے کام کریں، اور باقی جو دائرہ ہے، یعنی جس</w:t>
      </w:r>
    </w:p>
    <w:p>
      <w:r>
        <w:rPr>
          <w:b/>
        </w:rPr>
        <w:t xml:space="preserve">[1:25:45] </w:t>
      </w:r>
      <w:r>
        <w:t>mein ittifaq nahi, to wahan tum apna karo, tum apna karo.</w:t>
      </w:r>
    </w:p>
    <w:p>
      <w:pPr>
        <w:jc w:val="right"/>
      </w:pPr>
      <w:r>
        <w:t>میں اتفاق نہیں، تو وہاں تم اپنا کرو، تم اپنا کرو۔</w:t>
      </w:r>
    </w:p>
    <w:p>
      <w:r>
        <w:rPr>
          <w:b/>
        </w:rPr>
        <w:t xml:space="preserve">[1:25:49] </w:t>
      </w:r>
      <w:r>
        <w:t>misalan economic development,</w:t>
      </w:r>
    </w:p>
    <w:p>
      <w:pPr>
        <w:jc w:val="right"/>
      </w:pPr>
      <w:r>
        <w:t>مثلاً اکنامک ڈیولپمنٹ،</w:t>
      </w:r>
    </w:p>
    <w:p>
      <w:r>
        <w:rPr>
          <w:b/>
        </w:rPr>
        <w:t xml:space="preserve">[1:25:53] </w:t>
      </w:r>
      <w:r>
        <w:t>city planning, industry, ye sab aise idare hain jo sab ke faide ke liye hain.</w:t>
      </w:r>
    </w:p>
    <w:p>
      <w:pPr>
        <w:jc w:val="right"/>
      </w:pPr>
      <w:r>
        <w:t>سٹی پلاننگ، انڈسٹری، یہ سب ایسے ادارے ہیں جو سب کے فائدے کے لیے ہیں۔</w:t>
      </w:r>
    </w:p>
    <w:p>
      <w:r>
        <w:rPr>
          <w:b/>
        </w:rPr>
        <w:t xml:space="preserve">[1:26:00] </w:t>
      </w:r>
      <w:r>
        <w:t>to wahan sab log ek mil kar ke</w:t>
      </w:r>
    </w:p>
    <w:p>
      <w:pPr>
        <w:jc w:val="right"/>
      </w:pPr>
      <w:r>
        <w:t>تو وہاں سب لوگ ایک مل کر کے</w:t>
      </w:r>
    </w:p>
    <w:p>
      <w:r>
        <w:rPr>
          <w:b/>
        </w:rPr>
        <w:t xml:space="preserve">[1:26:05] </w:t>
      </w:r>
      <w:r>
        <w:t>wo mutahid ho jayein, ye secular daire yahi hai.</w:t>
      </w:r>
    </w:p>
    <w:p>
      <w:pPr>
        <w:jc w:val="right"/>
      </w:pPr>
      <w:r>
        <w:t>وہ متحد ہو جائیں، یہ سیکولر دائرہ یہی ہے۔</w:t>
      </w:r>
    </w:p>
    <w:p>
      <w:r>
        <w:rPr>
          <w:b/>
        </w:rPr>
        <w:t xml:space="preserve">[1:26:08] </w:t>
      </w:r>
      <w:r>
        <w:t>aur doosra daire hai ke aap ki abad ka tareeqa kya ho, aap ka mazhabi aqeedah kya ho,</w:t>
      </w:r>
    </w:p>
    <w:p>
      <w:pPr>
        <w:jc w:val="right"/>
      </w:pPr>
      <w:r>
        <w:t>اور دوسرا دائرہ ہے کہ آپ کی آباد کا طریقہ کیا ہو، آپ کا مذہبی عقیدہ کیا ہو،</w:t>
      </w:r>
    </w:p>
    <w:p>
      <w:r>
        <w:rPr>
          <w:b/>
        </w:rPr>
        <w:t xml:space="preserve">[1:26:15] </w:t>
      </w:r>
      <w:r>
        <w:t>ye is ye mazhabi daire hai.</w:t>
      </w:r>
    </w:p>
    <w:p>
      <w:pPr>
        <w:jc w:val="right"/>
      </w:pPr>
      <w:r>
        <w:t>یہ اس یہ مذہبی دائرہ ہے۔</w:t>
      </w:r>
    </w:p>
    <w:p>
      <w:r>
        <w:rPr>
          <w:b/>
        </w:rPr>
        <w:t xml:space="preserve">[1:26:18] </w:t>
      </w:r>
      <w:r>
        <w:t>to secularism ek ek settlement ka naam hai, aqeedah ka naam nahi hai.</w:t>
      </w:r>
    </w:p>
    <w:p>
      <w:pPr>
        <w:jc w:val="right"/>
      </w:pPr>
      <w:r>
        <w:t>تو سیکولرزم ایک ایک سیٹلمنٹ کا نام ہے، عقیدے کا نام نہیں ہے۔</w:t>
      </w:r>
    </w:p>
    <w:p>
      <w:r>
        <w:rPr>
          <w:b/>
        </w:rPr>
        <w:t xml:space="preserve">[1:26:24] </w:t>
      </w:r>
      <w:r>
        <w:t>mein samajhta hoon ke best settlement ye hai, khud rasool Allah ne ye settlement kiya tha madine mein,</w:t>
      </w:r>
    </w:p>
    <w:p>
      <w:pPr>
        <w:jc w:val="right"/>
      </w:pPr>
      <w:r>
        <w:t>میں سمجھتا ہوں کہ بیسٹ سیٹلمنٹ یہ ہے، خود رسول اللہ نے یہ سیٹلمنٹ کیا تھا مدینے میں،</w:t>
      </w:r>
    </w:p>
    <w:p>
      <w:r>
        <w:rPr>
          <w:b/>
        </w:rPr>
        <w:t xml:space="preserve">[1:26:30] </w:t>
      </w:r>
      <w:r>
        <w:t>lill yahood deen wa al muslimeen deen,</w:t>
      </w:r>
    </w:p>
    <w:p>
      <w:pPr>
        <w:jc w:val="right"/>
      </w:pPr>
      <w:r>
        <w:t>لل یہود دین ول المسلمین دین،</w:t>
      </w:r>
    </w:p>
    <w:p>
      <w:r>
        <w:rPr>
          <w:b/>
        </w:rPr>
        <w:t xml:space="preserve">[1:26:34] </w:t>
      </w:r>
      <w:r>
        <w:t>un ke liye un ka deen, un ke liye un ka deen.</w:t>
      </w:r>
    </w:p>
    <w:p>
      <w:pPr>
        <w:jc w:val="right"/>
      </w:pPr>
      <w:r>
        <w:t>ان کے لیے ان کا دین، ان کے لیے ان کا دین۔</w:t>
      </w:r>
    </w:p>
    <w:p>
      <w:r>
        <w:rPr>
          <w:b/>
        </w:rPr>
        <w:t xml:space="preserve">[1:26:37] </w:t>
      </w:r>
      <w:r>
        <w:t>is ka matlab kya? yahood ka deen bhi hote hi sachha tha, musalman ka deen sachha tha, ye</w:t>
      </w:r>
    </w:p>
    <w:p>
      <w:pPr>
        <w:jc w:val="right"/>
      </w:pPr>
      <w:r>
        <w:t>اس کا معنی کیا؟ یہود کا دین بھی ہوتے ہی سچا تھا، مسلمان کا دین سچا تھا، یہ</w:t>
      </w:r>
    </w:p>
    <w:p>
      <w:r>
        <w:rPr>
          <w:b/>
        </w:rPr>
        <w:t xml:space="preserve">[1:26:41] </w:t>
      </w:r>
      <w:r>
        <w:t>matlab nikalenge aap,</w:t>
      </w:r>
    </w:p>
    <w:p>
      <w:pPr>
        <w:jc w:val="right"/>
      </w:pPr>
      <w:r>
        <w:t>مطلب نکالیں گے آپ،</w:t>
      </w:r>
    </w:p>
    <w:p>
      <w:r>
        <w:rPr>
          <w:b/>
        </w:rPr>
        <w:t xml:space="preserve">[1:26:44] </w:t>
      </w:r>
      <w:r>
        <w:t>ye matlab nahi hai is ka.</w:t>
      </w:r>
    </w:p>
    <w:p>
      <w:pPr>
        <w:jc w:val="right"/>
      </w:pPr>
      <w:r>
        <w:t>یہ مطلب نہیں ہے اس کا۔</w:t>
      </w:r>
    </w:p>
    <w:p>
      <w:r>
        <w:rPr>
          <w:b/>
        </w:rPr>
        <w:t xml:space="preserve">[1:26:46] </w:t>
      </w:r>
      <w:r>
        <w:t>to secularism ek settlement hai, social settlement ya political settlement, bas is se to aur kuch nahi hai,</w:t>
      </w:r>
    </w:p>
    <w:p>
      <w:pPr>
        <w:jc w:val="right"/>
      </w:pPr>
      <w:r>
        <w:t>تو سیکولرزم ایک سیٹلمنٹ ہے، سوشل سیٹلمنٹ یا پولیٹیکل سیٹلمنٹ، بس اس سے تو اور کچھ نہیں ہے،</w:t>
      </w:r>
    </w:p>
    <w:p>
      <w:r>
        <w:rPr>
          <w:b/>
        </w:rPr>
        <w:t xml:space="preserve">[1:26:54] </w:t>
      </w:r>
      <w:r>
        <w:t>wo aqeedah nahi hai.</w:t>
      </w:r>
    </w:p>
    <w:p>
      <w:pPr>
        <w:jc w:val="right"/>
      </w:pPr>
      <w:r>
        <w:t>وہ عقیدہ نہیں ہے۔</w:t>
      </w:r>
    </w:p>
    <w:p>
      <w:r>
        <w:rPr>
          <w:b/>
        </w:rPr>
        <w:t xml:space="preserve">[1:26:58] </w:t>
      </w:r>
      <w:r>
        <w:t>maulana, Pakistan se sister Salma ne aap se sawal kiya hai aur poocha hai ke what is the</w:t>
      </w:r>
    </w:p>
    <w:p>
      <w:pPr>
        <w:jc w:val="right"/>
      </w:pPr>
      <w:r>
        <w:t>مولانا، پاکستان سے سسٹر سلمہ نے آپ سے سوال کیا ہے اور پوچھا ہے کہ واٹ از دا</w:t>
      </w:r>
    </w:p>
    <w:p>
      <w:r>
        <w:rPr>
          <w:b/>
        </w:rPr>
        <w:t xml:space="preserve">[1:27:05] </w:t>
      </w:r>
      <w:r>
        <w:t>role of women in da'wah work? is ke bare mein bataein.</w:t>
      </w:r>
    </w:p>
    <w:p>
      <w:pPr>
        <w:jc w:val="right"/>
      </w:pPr>
      <w:r>
        <w:t>رول اف وومن ان دعوی ورک؟ اس کے بارے میں بتائیں۔</w:t>
      </w:r>
    </w:p>
    <w:p>
      <w:r>
        <w:rPr>
          <w:b/>
        </w:rPr>
        <w:t xml:space="preserve">[1:27:11] </w:t>
      </w:r>
      <w:r>
        <w:t>bhai, women ka role to bohat hi bara hai,</w:t>
      </w:r>
    </w:p>
    <w:p>
      <w:pPr>
        <w:jc w:val="right"/>
      </w:pPr>
      <w:r>
        <w:t>بھائی، وومن کا رول تو بہت ہی بڑا ہے،</w:t>
      </w:r>
    </w:p>
    <w:p>
      <w:r>
        <w:rPr>
          <w:b/>
        </w:rPr>
        <w:t xml:space="preserve">[1:27:15] </w:t>
      </w:r>
      <w:r>
        <w:t>hamare mission mein is waqt jo hai, mein to apne ko secretary samajhta hoon, jo primary role hai,</w:t>
      </w:r>
    </w:p>
    <w:p>
      <w:pPr>
        <w:jc w:val="right"/>
      </w:pPr>
      <w:r>
        <w:t>ہمارے مشن میں اس وقت جو ہے، میں تو اپنے کو سیکرٹری سمجھتا ہوں، جو پرائمری رول ہے،</w:t>
      </w:r>
    </w:p>
    <w:p>
      <w:r>
        <w:rPr>
          <w:b/>
        </w:rPr>
        <w:t xml:space="preserve">[1:27:22] </w:t>
      </w:r>
      <w:r>
        <w:t>sab women kar rahi hain.</w:t>
      </w:r>
    </w:p>
    <w:p>
      <w:pPr>
        <w:jc w:val="right"/>
      </w:pPr>
      <w:r>
        <w:t>سب وومن کر رہی ہیں۔</w:t>
      </w:r>
    </w:p>
    <w:p>
      <w:r>
        <w:rPr>
          <w:b/>
        </w:rPr>
        <w:t xml:space="preserve">[1:27:24] </w:t>
      </w:r>
      <w:r>
        <w:t>hamara jo mission hai, dawah mission in India mein, aur India mein nahi, balkeh dunya bhar mein, masha Allah.</w:t>
      </w:r>
    </w:p>
    <w:p>
      <w:pPr>
        <w:jc w:val="right"/>
      </w:pPr>
      <w:r>
        <w:t>ہمارا جو مشن ہے، دعوی مشن ان انڈیا میں، اور انڈیا میں نہیں، بلکہ دنیا بھر میں، ماشاءاللہ۔</w:t>
      </w:r>
    </w:p>
    <w:p>
      <w:r>
        <w:rPr>
          <w:b/>
        </w:rPr>
        <w:t xml:space="preserve">[1:27:31] </w:t>
      </w:r>
      <w:r>
        <w:t>to is mein jo</w:t>
      </w:r>
    </w:p>
    <w:p>
      <w:pPr>
        <w:jc w:val="right"/>
      </w:pPr>
      <w:r>
        <w:t>تو اس میں جو</w:t>
      </w:r>
    </w:p>
    <w:p>
      <w:r>
        <w:rPr>
          <w:b/>
        </w:rPr>
        <w:t xml:space="preserve">[1:27:33] </w:t>
      </w:r>
      <w:r>
        <w:t>primary role hai, woh women ka hai, aur mera role to secondary hai.</w:t>
      </w:r>
    </w:p>
    <w:p>
      <w:pPr>
        <w:jc w:val="right"/>
      </w:pPr>
      <w:r>
        <w:t>پرائمری رول ہے، وہ وومن کا ہے، اور میرا رول تو سیکنڈری ہے۔</w:t>
      </w:r>
    </w:p>
    <w:p>
      <w:r>
        <w:rPr>
          <w:b/>
        </w:rPr>
        <w:t xml:space="preserve">[1:27:38] </w:t>
      </w:r>
      <w:r>
        <w:t>mein to kaha karta hoon ke mein kursi pe baitha hoon, dua karne ke liye, bas.</w:t>
      </w:r>
    </w:p>
    <w:p>
      <w:pPr>
        <w:jc w:val="right"/>
      </w:pPr>
      <w:r>
        <w:t>میں تو کہا کرتا ہوں کہ میں کرسی پہ بیٹھا ہوں، دعا کرنے کے لیے، بس۔</w:t>
      </w:r>
    </w:p>
    <w:p>
      <w:r>
        <w:rPr>
          <w:b/>
        </w:rPr>
        <w:t xml:space="preserve">[1:27:43] </w:t>
      </w:r>
      <w:r>
        <w:t>to is mein mein to samajhta hoon ke Allah taala ne paida kiya hai, to women ke jo</w:t>
      </w:r>
    </w:p>
    <w:p>
      <w:pPr>
        <w:jc w:val="right"/>
      </w:pPr>
      <w:r>
        <w:t>تو اس میں میں تو سمجھتا ہوں کہ اللہ تعالی نے پیدا کیا ہے، تو وومن کے جو</w:t>
      </w:r>
    </w:p>
    <w:p>
      <w:r>
        <w:rPr>
          <w:b/>
        </w:rPr>
        <w:t xml:space="preserve">[1:27:50] </w:t>
      </w:r>
      <w:r>
        <w:t>quality hain, woh bohat zyada, yaani</w:t>
      </w:r>
    </w:p>
    <w:p>
      <w:pPr>
        <w:jc w:val="right"/>
      </w:pPr>
      <w:r>
        <w:t>کوالٹی ہیں، وہ بہت زیادہ، یعنی</w:t>
      </w:r>
    </w:p>
    <w:p>
      <w:r>
        <w:rPr>
          <w:b/>
        </w:rPr>
        <w:t xml:space="preserve">[1:27:54] </w:t>
      </w:r>
      <w:r>
        <w:t>dawah ke liye bohat hi favorable hain, bohat zyada.</w:t>
      </w:r>
    </w:p>
    <w:p>
      <w:pPr>
        <w:jc w:val="right"/>
      </w:pPr>
      <w:r>
        <w:t>دعوت کے لیے بہت ہی فیوریبل ہیں، بہت زیادہ۔</w:t>
      </w:r>
    </w:p>
    <w:p>
      <w:r>
        <w:rPr>
          <w:b/>
        </w:rPr>
        <w:t xml:space="preserve">[1:28:00] </w:t>
      </w:r>
      <w:r>
        <w:t>auraton mein, yaani</w:t>
      </w:r>
    </w:p>
    <w:p>
      <w:pPr>
        <w:jc w:val="right"/>
      </w:pPr>
      <w:r>
        <w:t>عورتوں میں، یعنی</w:t>
      </w:r>
    </w:p>
    <w:p>
      <w:r>
        <w:rPr>
          <w:b/>
        </w:rPr>
        <w:t xml:space="preserve">[1:28:04] </w:t>
      </w:r>
      <w:r>
        <w:t>aurat ko, aurat to paidaishi dai hai, mein to samajhta hoon.</w:t>
      </w:r>
    </w:p>
    <w:p>
      <w:pPr>
        <w:jc w:val="right"/>
      </w:pPr>
      <w:r>
        <w:t>عورت کو، عورت تو پیدائشی دائی ہے، میں تو سمجھتا ہوں۔</w:t>
      </w:r>
    </w:p>
    <w:p>
      <w:r>
        <w:rPr>
          <w:b/>
        </w:rPr>
        <w:t xml:space="preserve">[1:28:10] </w:t>
      </w:r>
      <w:r>
        <w:t>is bare mein hum ne apni kitab, hamari ek kitab hai ke is ka naam hai</w:t>
      </w:r>
    </w:p>
    <w:p>
      <w:pPr>
        <w:jc w:val="right"/>
      </w:pPr>
      <w:r>
        <w:t>اس بارے میں ہم نے اپنی کتاب، ہماری ایک کتاب ہے کہ اس کا نام ہے</w:t>
      </w:r>
    </w:p>
    <w:p>
      <w:r>
        <w:rPr>
          <w:b/>
        </w:rPr>
        <w:t xml:space="preserve">[1:28:15] </w:t>
      </w:r>
      <w:r>
        <w:t>Aurat Ma'maar-e-Insaniyat aap us ko padh lijiye aur woh jo maqoolah hai ke there is a woman at the beginning of all great things us ko main bilkul sahi maanta hoon there is a woman at the beginning of all great things to us ki detail aap chahen to us bare ki kitab mein ek is kitab ko dekhiye Aurat Ma'maar-e-Insaniyat.</w:t>
      </w:r>
    </w:p>
    <w:p>
      <w:pPr>
        <w:jc w:val="right"/>
      </w:pPr>
      <w:r>
        <w:t>عورت معمار انسانیت آپ اس کو پڑھ لیجیے اور وہ جو مقولہ ہے کہ there is a woman at the beginning of all great things اس کو میں بالکل صحیح مانتا ہوں there is a woman at the beginning of all great things تو اس کی detail آپ چاہیں تو اس بارے کی کتاب میں ایک اس کتاب کو دیکھیے عورت معمار انسانیت.</w:t>
      </w:r>
    </w:p>
    <w:p>
      <w:r>
        <w:rPr>
          <w:b/>
        </w:rPr>
        <w:t xml:space="preserve">[1:28:43] </w:t>
      </w:r>
      <w:r>
        <w:t>Maulana, agla sawal Dr. Fareeda Khanam ne kiya hai Delhi se, aur unhon ne likha hai Muslims</w:t>
      </w:r>
    </w:p>
    <w:p>
      <w:pPr>
        <w:jc w:val="right"/>
      </w:pPr>
      <w:r>
        <w:t>مولانا، اگلا سوال ڈاکٹر فریدہ خانم نے کیا ہے دلی سے، اور انہوں نے لکھا ہے مسلمز</w:t>
      </w:r>
    </w:p>
    <w:p>
      <w:r>
        <w:rPr>
          <w:b/>
        </w:rPr>
        <w:t xml:space="preserve">[1:28:49] </w:t>
      </w:r>
      <w:r>
        <w:t>have become intolerant towards the faith of others,</w:t>
      </w:r>
    </w:p>
    <w:p>
      <w:pPr>
        <w:jc w:val="right"/>
      </w:pPr>
      <w:r>
        <w:t>ہیو بیکم ان ٹولرینٹ ٹورڈز دا فیتھ اف ادرز،</w:t>
      </w:r>
    </w:p>
    <w:p>
      <w:r>
        <w:rPr>
          <w:b/>
        </w:rPr>
        <w:t xml:space="preserve">[1:28:54] </w:t>
      </w:r>
      <w:r>
        <w:t>whether other Muslim sects or non Muslims.</w:t>
      </w:r>
    </w:p>
    <w:p>
      <w:pPr>
        <w:jc w:val="right"/>
      </w:pPr>
      <w:r>
        <w:t>ویدر ادر مسلم سیکٹس اور نان مسلمز۔</w:t>
      </w:r>
    </w:p>
    <w:p>
      <w:r>
        <w:rPr>
          <w:b/>
        </w:rPr>
        <w:t xml:space="preserve">[1:28:57] </w:t>
      </w:r>
      <w:r>
        <w:t>Please tell us as to how Muslims should be made tolerant of the faith of others, while at</w:t>
      </w:r>
    </w:p>
    <w:p>
      <w:pPr>
        <w:jc w:val="right"/>
      </w:pPr>
      <w:r>
        <w:t>پلیز ٹیل اس ایز ٹو ہاؤ مسلمز شوڈ بی میڈ ٹولرینٹ اف دا فیتھ اف ادرز، وائل ایٹ</w:t>
      </w:r>
    </w:p>
    <w:p>
      <w:r>
        <w:rPr>
          <w:b/>
        </w:rPr>
        <w:t xml:space="preserve">[1:29:03] </w:t>
      </w:r>
      <w:r>
        <w:t>the same time peacefully communicating their own views.</w:t>
      </w:r>
    </w:p>
    <w:p>
      <w:pPr>
        <w:jc w:val="right"/>
      </w:pPr>
      <w:r>
        <w:t>دا سیم ٹائم پیس فلی کمیونیکیٹنگ دیر اون ویوز۔</w:t>
      </w:r>
    </w:p>
    <w:p>
      <w:r>
        <w:rPr>
          <w:b/>
        </w:rPr>
        <w:t xml:space="preserve">[1:29:09] </w:t>
      </w:r>
      <w:r>
        <w:t>dekhiye, is ka hal bohat hi clear</w:t>
      </w:r>
    </w:p>
    <w:p>
      <w:pPr>
        <w:jc w:val="right"/>
      </w:pPr>
      <w:r>
        <w:t>دیکھیے، اس کا حل بہت ہی کلیئر</w:t>
      </w:r>
    </w:p>
    <w:p>
      <w:r>
        <w:rPr>
          <w:b/>
        </w:rPr>
        <w:t xml:space="preserve">[1:29:13] </w:t>
      </w:r>
      <w:r>
        <w:t>hai ke kyunke Islam mein yeh aqeedah bataya gaya hai ke final judgment Allah ka hoga, dunya mein</w:t>
      </w:r>
    </w:p>
    <w:p>
      <w:pPr>
        <w:jc w:val="right"/>
      </w:pPr>
      <w:r>
        <w:t>ہے کہ کیونکہ اسلام میں یہ عقیدہ بتایا گیا ہے کہ فائنل ججمنٹ اللہ کا ہوگا، دنیا میں</w:t>
      </w:r>
    </w:p>
    <w:p>
      <w:r>
        <w:rPr>
          <w:b/>
        </w:rPr>
        <w:t xml:space="preserve">[1:29:22] </w:t>
      </w:r>
      <w:r>
        <w:t>nahi hoga. Hatta ke Rasool Allah ne apne bare mein farmaya ke "Wallah al-Adri, Wallah al-Adri, Wallah al-Adri".</w:t>
      </w:r>
    </w:p>
    <w:p>
      <w:pPr>
        <w:jc w:val="right"/>
      </w:pPr>
      <w:r>
        <w:t>نہیں ہوگا۔ حتی کہ رسول اللہ نے اپنے بارے میں فرمایا کہ "واللہ العادری، واللہ العادری، واللہ العادری"۔</w:t>
      </w:r>
    </w:p>
    <w:p>
      <w:r>
        <w:rPr>
          <w:b/>
        </w:rPr>
        <w:t xml:space="preserve">[1:29:31] </w:t>
      </w:r>
      <w:r>
        <w:t>Ma ye follow bi wilabkum.</w:t>
      </w:r>
    </w:p>
    <w:p>
      <w:pPr>
        <w:jc w:val="right"/>
      </w:pPr>
      <w:r>
        <w:t>ما یہ فالو بی ولابکم۔</w:t>
      </w:r>
    </w:p>
    <w:p>
      <w:r>
        <w:rPr>
          <w:b/>
        </w:rPr>
        <w:t xml:space="preserve">[1:29:34] </w:t>
      </w:r>
      <w:r>
        <w:t>to jab mamla yahan tak ho ke sab kuch faisla aakhirat mein hoga, to phir</w:t>
      </w:r>
    </w:p>
    <w:p>
      <w:pPr>
        <w:jc w:val="right"/>
      </w:pPr>
      <w:r>
        <w:t>تو جب معاملہ یہاں تک ہو کہ سب کچھ فیصلہ اخرت میں ہوگا، تو پھر</w:t>
      </w:r>
    </w:p>
    <w:p>
      <w:r>
        <w:rPr>
          <w:b/>
        </w:rPr>
        <w:t xml:space="preserve">[1:29:40] </w:t>
      </w:r>
      <w:r>
        <w:t>is ka nateeja jo chahe woh tolerance hi to hoga.</w:t>
      </w:r>
    </w:p>
    <w:p>
      <w:pPr>
        <w:jc w:val="right"/>
      </w:pPr>
      <w:r>
        <w:t>اس کا نتیجہ جو چاہے وہ ٹالرنس ہی تو ہوگا۔</w:t>
      </w:r>
    </w:p>
    <w:p>
      <w:r>
        <w:rPr>
          <w:b/>
        </w:rPr>
        <w:t xml:space="preserve">[1:29:43] </w:t>
      </w:r>
      <w:r>
        <w:t>intolerance aata hai is waqt jab ke hum samjhein ke mein,</w:t>
      </w:r>
    </w:p>
    <w:p>
      <w:pPr>
        <w:jc w:val="right"/>
      </w:pPr>
      <w:r>
        <w:t>ان ٹالرنس اتا ہے اس وقت جب کہ ہم سمجھیں کہ میں،</w:t>
      </w:r>
    </w:p>
    <w:p>
      <w:r>
        <w:rPr>
          <w:b/>
        </w:rPr>
        <w:t xml:space="preserve">[1:29:48] </w:t>
      </w:r>
      <w:r>
        <w:t>yaani absolute right hoon, absolute right ko hai hi nahi, woh to Allah taala ka faisla hoga.</w:t>
      </w:r>
    </w:p>
    <w:p>
      <w:pPr>
        <w:jc w:val="right"/>
      </w:pPr>
      <w:r>
        <w:t>یعنی ایبسولیوٹ رائٹ ہوں، ایبسولیوٹ رائٹ کو ہے ہی نہیں، وہ تو اللہ تعالی کا فیصلہ ہوگا۔</w:t>
      </w:r>
    </w:p>
    <w:p>
      <w:r>
        <w:rPr>
          <w:b/>
        </w:rPr>
        <w:t xml:space="preserve">[1:29:55] </w:t>
      </w:r>
      <w:r>
        <w:t>to yeh jo Islam mein aqeedah rakha gaya ke faisla aakhri Allah ka hoga,</w:t>
      </w:r>
    </w:p>
    <w:p>
      <w:pPr>
        <w:jc w:val="right"/>
      </w:pPr>
      <w:r>
        <w:t>تو یہ جو اسلام میں عقیدہ رکھا گیا کہ فیصلہ اخری اللہ کا ہوگا،</w:t>
      </w:r>
    </w:p>
    <w:p>
      <w:r>
        <w:rPr>
          <w:b/>
        </w:rPr>
        <w:t xml:space="preserve">[1:30:00] </w:t>
      </w:r>
      <w:r>
        <w:t>woh woh admi, woh musalmanon ke andar sab se zyada, yaani strong factor hai, yaani</w:t>
      </w:r>
    </w:p>
    <w:p>
      <w:pPr>
        <w:jc w:val="right"/>
      </w:pPr>
      <w:r>
        <w:t>وہ وہ ادمی، وہ مسلمانوں کے اندر سب سے زیادہ، یعنی اسٹرانگ فیکٹر ہے، یعنی</w:t>
      </w:r>
    </w:p>
    <w:p>
      <w:r>
        <w:rPr>
          <w:b/>
        </w:rPr>
        <w:t xml:space="preserve">[1:30:10] </w:t>
      </w:r>
      <w:r>
        <w:t>tolerance banane ka.</w:t>
      </w:r>
    </w:p>
    <w:p>
      <w:pPr>
        <w:jc w:val="right"/>
      </w:pPr>
      <w:r>
        <w:t>ٹالرنس بنانے کا۔</w:t>
      </w:r>
    </w:p>
    <w:p>
      <w:r>
        <w:rPr>
          <w:b/>
        </w:rPr>
        <w:t xml:space="preserve">[1:30:14] </w:t>
      </w:r>
      <w:r>
        <w:t>muslim ka mizaj jo hai, us ke andar bohat zyada tolerance hona chahiye.</w:t>
      </w:r>
    </w:p>
    <w:p>
      <w:pPr>
        <w:jc w:val="right"/>
      </w:pPr>
      <w:r>
        <w:t>مسلم کا مزاج جو ہے، اس کے اندر بہت زیادہ ٹالرنس ہونا چاہیے۔</w:t>
      </w:r>
    </w:p>
    <w:p>
      <w:r>
        <w:rPr>
          <w:b/>
        </w:rPr>
        <w:t xml:space="preserve">[1:30:18] </w:t>
      </w:r>
      <w:r>
        <w:t>intolerance to ghair islami mizaj hai.</w:t>
      </w:r>
    </w:p>
    <w:p>
      <w:pPr>
        <w:jc w:val="right"/>
      </w:pPr>
      <w:r>
        <w:t>ان ٹالرنس تو غیر اسلامی مزاج ہے۔</w:t>
      </w:r>
    </w:p>
    <w:p>
      <w:r>
        <w:rPr>
          <w:b/>
        </w:rPr>
        <w:t xml:space="preserve">[1:30:24] </w:t>
      </w:r>
      <w:r>
        <w:t>ek hadith hai ke rasool Allah ne yeh farmaya ke koi bhi shakhs apne amal ki wajah se</w:t>
      </w:r>
    </w:p>
    <w:p>
      <w:pPr>
        <w:jc w:val="right"/>
      </w:pPr>
      <w:r>
        <w:t>ایک حدیث ہے کہ رسول اللہ نے یہ فرمایا کہ کوئی بھی شخص اپنے عمل کی وجہ سے</w:t>
      </w:r>
    </w:p>
    <w:p>
      <w:r>
        <w:rPr>
          <w:b/>
        </w:rPr>
        <w:t xml:space="preserve">[1:30:28] </w:t>
      </w:r>
      <w:r>
        <w:t>jannat mein nahi jayega.</w:t>
      </w:r>
    </w:p>
    <w:p>
      <w:pPr>
        <w:jc w:val="right"/>
      </w:pPr>
      <w:r>
        <w:t>جنت میں نہیں جائے گا۔</w:t>
      </w:r>
    </w:p>
    <w:p>
      <w:r>
        <w:rPr>
          <w:b/>
        </w:rPr>
        <w:t xml:space="preserve">[1:30:30] </w:t>
      </w:r>
      <w:r>
        <w:t>koi bhi shakhs apne amal ki buniyad par jannat mein nahi jayega.</w:t>
      </w:r>
    </w:p>
    <w:p>
      <w:pPr>
        <w:jc w:val="right"/>
      </w:pPr>
      <w:r>
        <w:t>کوئی بھی شخص اپنے عمل کی بنیاد پر جنت میں نہیں جائے گا۔</w:t>
      </w:r>
    </w:p>
    <w:p>
      <w:r>
        <w:rPr>
          <w:b/>
        </w:rPr>
        <w:t xml:space="preserve">[1:30:35] </w:t>
      </w:r>
      <w:r>
        <w:t>to ayesha ne poocha ke kya aap bhi?</w:t>
      </w:r>
    </w:p>
    <w:p>
      <w:pPr>
        <w:jc w:val="right"/>
      </w:pPr>
      <w:r>
        <w:t>تو عائشہ نے پوچھا کہ کیا آپ بھی؟</w:t>
      </w:r>
    </w:p>
    <w:p>
      <w:r>
        <w:rPr>
          <w:b/>
        </w:rPr>
        <w:t xml:space="preserve">[1:30:39] </w:t>
      </w:r>
      <w:r>
        <w:t>to aap ne farmaya ke haan, mein bhi.</w:t>
      </w:r>
    </w:p>
    <w:p>
      <w:pPr>
        <w:jc w:val="right"/>
      </w:pPr>
      <w:r>
        <w:t>تو آپ نے فرمایا کہ ہاں، میں بھی۔</w:t>
      </w:r>
    </w:p>
    <w:p>
      <w:r>
        <w:rPr>
          <w:b/>
        </w:rPr>
        <w:t xml:space="preserve">[1:30:47] </w:t>
      </w:r>
      <w:r>
        <w:t>to yeh kis liye?</w:t>
      </w:r>
    </w:p>
    <w:p>
      <w:pPr>
        <w:jc w:val="right"/>
      </w:pPr>
      <w:r>
        <w:t>تو یہ کس لیے؟</w:t>
      </w:r>
    </w:p>
    <w:p>
      <w:r>
        <w:rPr>
          <w:b/>
        </w:rPr>
        <w:t xml:space="preserve">[1:30:50] </w:t>
      </w:r>
      <w:r>
        <w:t>sab kuch ab aap Allah ke upar dalen ke woh faisla usi ke hath mein hai.</w:t>
      </w:r>
    </w:p>
    <w:p>
      <w:pPr>
        <w:jc w:val="right"/>
      </w:pPr>
      <w:r>
        <w:t>سب کچھ اب آپ اللہ کے اوپر ڈالیں کہ وہ فیصلہ اسی کے ہاتھ میں ہے۔</w:t>
      </w:r>
    </w:p>
    <w:p>
      <w:r>
        <w:rPr>
          <w:b/>
        </w:rPr>
        <w:t xml:space="preserve">[1:30:57] </w:t>
      </w:r>
      <w:r>
        <w:t>to is ke nateejay mein kya ayega? tolerance ayega,</w:t>
      </w:r>
    </w:p>
    <w:p>
      <w:pPr>
        <w:jc w:val="right"/>
      </w:pPr>
      <w:r>
        <w:t>تو اس کے نتیجے میں کیا آئے گا؟ ٹالرنس آئے گا،</w:t>
      </w:r>
    </w:p>
    <w:p>
      <w:r>
        <w:rPr>
          <w:b/>
        </w:rPr>
        <w:t xml:space="preserve">[1:31:03] </w:t>
      </w:r>
      <w:r>
        <w:t>doosron ko bhi woh sab manen ge to aap apne ko mante hain.</w:t>
      </w:r>
    </w:p>
    <w:p>
      <w:pPr>
        <w:jc w:val="right"/>
      </w:pPr>
      <w:r>
        <w:t>دوسروں کو بھی وہ سب مانیں گے تو آپ اپنے کو مانتے ہیں۔</w:t>
      </w:r>
    </w:p>
    <w:p>
      <w:r>
        <w:rPr>
          <w:b/>
        </w:rPr>
        <w:t xml:space="preserve">[1:31:07] </w:t>
      </w:r>
      <w:r>
        <w:t>intolerance to bilkul islami aqeeday ke khilaf hai.</w:t>
      </w:r>
    </w:p>
    <w:p>
      <w:pPr>
        <w:jc w:val="right"/>
      </w:pPr>
      <w:r>
        <w:t>ان ٹالرنس تو بالکل اسلامی عقیدے کے خلاف ہے۔</w:t>
      </w:r>
    </w:p>
    <w:p>
      <w:r>
        <w:rPr>
          <w:b/>
        </w:rPr>
        <w:t xml:space="preserve">[1:31:12] </w:t>
      </w:r>
      <w:r>
        <w:t>maulana, agla sawal lahore se doctor tanveer ahmed sahab ne kiya hai, aur unhon ne aap se poocha</w:t>
      </w:r>
    </w:p>
    <w:p>
      <w:pPr>
        <w:jc w:val="right"/>
      </w:pPr>
      <w:r>
        <w:t>مولانا، اگلا سوال لاہور سے ڈاکٹر تنویر احمد صاحب نے کیا ہے، اور انہوں نے آپ سے پوچھا</w:t>
      </w:r>
    </w:p>
    <w:p>
      <w:r>
        <w:rPr>
          <w:b/>
        </w:rPr>
        <w:t xml:space="preserve">[1:31:18] </w:t>
      </w:r>
      <w:r>
        <w:t>hai ke ek daai kis tarah quran ko bator dawat istemal kare, us ke bare mein batayen.</w:t>
      </w:r>
    </w:p>
    <w:p>
      <w:pPr>
        <w:jc w:val="right"/>
      </w:pPr>
      <w:r>
        <w:t>ہے کہ ایک داعی کس طرح قرآن کو بطور دعوت استعمال کرے، اس کے بارے میں بتائیں۔</w:t>
      </w:r>
    </w:p>
    <w:p>
      <w:r>
        <w:rPr>
          <w:b/>
        </w:rPr>
        <w:t xml:space="preserve">[1:31:29] </w:t>
      </w:r>
      <w:r>
        <w:t>bhai, hum to yeh kar rahe hain ke is ka har zaban mein tayyar kar rahe hain, is</w:t>
      </w:r>
    </w:p>
    <w:p>
      <w:pPr>
        <w:jc w:val="right"/>
      </w:pPr>
      <w:r>
        <w:t>بھئی، ہم تو یہ کر رہے ہیں کہ اس کا ہر زبان میں تیار کر رہے ہیں، اس</w:t>
      </w:r>
    </w:p>
    <w:p>
      <w:r>
        <w:rPr>
          <w:b/>
        </w:rPr>
        <w:t xml:space="preserve">[1:31:33] </w:t>
      </w:r>
      <w:r>
        <w:t>ko phailate hain.</w:t>
      </w:r>
    </w:p>
    <w:p>
      <w:pPr>
        <w:jc w:val="right"/>
      </w:pPr>
      <w:r>
        <w:t>کو پھیلاتے ہیں۔</w:t>
      </w:r>
    </w:p>
    <w:p>
      <w:r>
        <w:rPr>
          <w:b/>
        </w:rPr>
        <w:t xml:space="preserve">[1:31:36] </w:t>
      </w:r>
      <w:r>
        <w:t>to pehli kitab jo dawat ki quraani hai,</w:t>
      </w:r>
    </w:p>
    <w:p>
      <w:pPr>
        <w:jc w:val="right"/>
      </w:pPr>
      <w:r>
        <w:t>تو پہلی کتاب جو دعوت کی قرآنی ہے،</w:t>
      </w:r>
    </w:p>
    <w:p>
      <w:r>
        <w:rPr>
          <w:b/>
        </w:rPr>
        <w:t xml:space="preserve">[1:31:41] </w:t>
      </w:r>
      <w:r>
        <w:t>hum do cheezen phailate hain: ek quran jo asal kitab dawat hai, doosre literature jis ko hum supporting</w:t>
      </w:r>
    </w:p>
    <w:p>
      <w:pPr>
        <w:jc w:val="right"/>
      </w:pPr>
      <w:r>
        <w:t>ہم دو چیزیں پھیلاتے ہیں: ایک قرآن جو اصل کتاب دعوت ہے، دوسرے لٹریچر جس کو ہم سپورٹنگ</w:t>
      </w:r>
    </w:p>
    <w:p>
      <w:r>
        <w:rPr>
          <w:b/>
        </w:rPr>
        <w:t xml:space="preserve">[1:31:50] </w:t>
      </w:r>
      <w:r>
        <w:t>literature kehte hain.</w:t>
      </w:r>
    </w:p>
    <w:p>
      <w:pPr>
        <w:jc w:val="right"/>
      </w:pPr>
      <w:r>
        <w:t>لٹریچر کہتے ہیں۔</w:t>
      </w:r>
    </w:p>
    <w:p>
      <w:r>
        <w:rPr>
          <w:b/>
        </w:rPr>
        <w:t xml:space="preserve">[1:31:51] </w:t>
      </w:r>
      <w:r>
        <w:t>yeh aap bhi kijiye,</w:t>
      </w:r>
    </w:p>
    <w:p>
      <w:pPr>
        <w:jc w:val="right"/>
      </w:pPr>
      <w:r>
        <w:t>یہ آپ بھی کیجیے،</w:t>
      </w:r>
    </w:p>
    <w:p>
      <w:r>
        <w:rPr>
          <w:b/>
        </w:rPr>
        <w:t xml:space="preserve">[1:31:54] </w:t>
      </w:r>
      <w:r>
        <w:t>quran ke tarjume phailaiye, kyunke quran jo hai wohi kitab dawat hai, aur doosri kitab hai phailaiye jis</w:t>
      </w:r>
    </w:p>
    <w:p>
      <w:pPr>
        <w:jc w:val="right"/>
      </w:pPr>
      <w:r>
        <w:t>قرآن کے ترجمے پھیلائیے، کیونکہ قرآن جو ہے وہی کتاب دعوت ہے، اور دوسری کتاب ہے پھیلائیے جس</w:t>
      </w:r>
    </w:p>
    <w:p>
      <w:r>
        <w:rPr>
          <w:b/>
        </w:rPr>
        <w:t xml:space="preserve">[1:32:02] </w:t>
      </w:r>
      <w:r>
        <w:t>ko hum kehte hain supporting literature.</w:t>
      </w:r>
    </w:p>
    <w:p>
      <w:pPr>
        <w:jc w:val="right"/>
      </w:pPr>
      <w:r>
        <w:t>کو ہم کہتے ہیں سپورٹنگ لٹریچر۔</w:t>
      </w:r>
    </w:p>
    <w:p>
      <w:r>
        <w:rPr>
          <w:b/>
        </w:rPr>
        <w:t xml:space="preserve">[1:32:05] </w:t>
      </w:r>
      <w:r>
        <w:t>yeh aap bhi kijiye,</w:t>
      </w:r>
    </w:p>
    <w:p>
      <w:pPr>
        <w:jc w:val="right"/>
      </w:pPr>
      <w:r>
        <w:t>یہ آپ بھی کیجیے،</w:t>
      </w:r>
    </w:p>
    <w:p>
      <w:r>
        <w:rPr>
          <w:b/>
        </w:rPr>
        <w:t xml:space="preserve">[1:32:08] </w:t>
      </w:r>
      <w:r>
        <w:t>yeh is ka fitri tareeqa yahi hai.</w:t>
      </w:r>
    </w:p>
    <w:p>
      <w:pPr>
        <w:jc w:val="right"/>
      </w:pPr>
      <w:r>
        <w:t>یہ اس کا فطری طریقہ یہی ہے۔</w:t>
      </w:r>
    </w:p>
    <w:p>
      <w:r>
        <w:rPr>
          <w:b/>
        </w:rPr>
        <w:t xml:space="preserve">[1:32:14] </w:t>
      </w:r>
      <w:r>
        <w:t>Maulana, agla sawal Lahore se hi hai, Affan sahib ne kiya hai, aur unhon ne likha hai ke</w:t>
      </w:r>
    </w:p>
    <w:p>
      <w:pPr>
        <w:jc w:val="right"/>
      </w:pPr>
      <w:r>
        <w:t>مولانا، اگلا سوال لاہور سے ہی ہے، عفان صاحب نے کیا ہے، اور انہوں نے لکھا ہے کہ</w:t>
      </w:r>
    </w:p>
    <w:p>
      <w:r>
        <w:rPr>
          <w:b/>
        </w:rPr>
        <w:t xml:space="preserve">[1:32:21] </w:t>
      </w:r>
      <w:r>
        <w:t>agar waqt guzarne ke sath sath insan mein deen, deen ke dawat ya Khuda ki ibadat aur itaat</w:t>
      </w:r>
    </w:p>
    <w:p>
      <w:pPr>
        <w:jc w:val="right"/>
      </w:pPr>
      <w:r>
        <w:t>اگر وقت گزارنے کے ساتھ ساتھ انسان میں دین، دین کے دعوت یا خدا کی عبادت اور اطاعت</w:t>
      </w:r>
    </w:p>
    <w:p>
      <w:r>
        <w:rPr>
          <w:b/>
        </w:rPr>
        <w:t xml:space="preserve">[1:32:29] </w:t>
      </w:r>
      <w:r>
        <w:t>ka jazba kam ho jaye to is ki kya wajah ho sakti hai, aur is ka kya ilaaj</w:t>
      </w:r>
    </w:p>
    <w:p>
      <w:pPr>
        <w:jc w:val="right"/>
      </w:pPr>
      <w:r>
        <w:t>کا جذبہ کم ہو جائے تو اس کی کیا وجہ ہو سکتی ہے، اور اس کا کیا علاج</w:t>
      </w:r>
    </w:p>
    <w:p>
      <w:r>
        <w:rPr>
          <w:b/>
        </w:rPr>
        <w:t xml:space="preserve">[1:32:35] </w:t>
      </w:r>
      <w:r>
        <w:t>hai, is ke baray mein batayen.</w:t>
      </w:r>
    </w:p>
    <w:p>
      <w:pPr>
        <w:jc w:val="right"/>
      </w:pPr>
      <w:r>
        <w:t>ہے، اس کے بارے میں بتائیں۔</w:t>
      </w:r>
    </w:p>
    <w:p>
      <w:r>
        <w:rPr>
          <w:b/>
        </w:rPr>
        <w:t xml:space="preserve">[1:32:38] </w:t>
      </w:r>
      <w:r>
        <w:t>Dekhiye, main jahan tak</w:t>
      </w:r>
    </w:p>
    <w:p>
      <w:pPr>
        <w:jc w:val="right"/>
      </w:pPr>
      <w:r>
        <w:t>دیکھیے، میں جہاں تک</w:t>
      </w:r>
    </w:p>
    <w:p>
      <w:r>
        <w:rPr>
          <w:b/>
        </w:rPr>
        <w:t xml:space="preserve">[1:32:44] </w:t>
      </w:r>
      <w:r>
        <w:t>tajurba hai, mustaqil tor par kam nahi hota,</w:t>
      </w:r>
    </w:p>
    <w:p>
      <w:pPr>
        <w:jc w:val="right"/>
      </w:pPr>
      <w:r>
        <w:t>تجربہ ہے، مستقل طور پر کم نہیں ہوتا،</w:t>
      </w:r>
    </w:p>
    <w:p>
      <w:r>
        <w:rPr>
          <w:b/>
        </w:rPr>
        <w:t xml:space="preserve">[1:32:49] </w:t>
      </w:r>
      <w:r>
        <w:t>magar mustaqil tor par kam ho jaye to phir tha hi nahi.</w:t>
      </w:r>
    </w:p>
    <w:p>
      <w:pPr>
        <w:jc w:val="right"/>
      </w:pPr>
      <w:r>
        <w:t>مگر مستقل طور پر کم ہو جائے تو پھر تھا ہی نہیں۔</w:t>
      </w:r>
    </w:p>
    <w:p>
      <w:r>
        <w:rPr>
          <w:b/>
        </w:rPr>
        <w:t xml:space="preserve">[1:32:51] </w:t>
      </w:r>
      <w:r>
        <w:t>Woh dawat ka jazba agar mustaqil tor par kam ho jaye to samajh lein ke woh tha hi</w:t>
      </w:r>
    </w:p>
    <w:p>
      <w:pPr>
        <w:jc w:val="right"/>
      </w:pPr>
      <w:r>
        <w:t>وہ دعوت کا جذبہ اگر مستقل طور پر کم ہو جائے تو سمجھ لیں کہ وہ تھا ہی</w:t>
      </w:r>
    </w:p>
    <w:p>
      <w:r>
        <w:rPr>
          <w:b/>
        </w:rPr>
        <w:t xml:space="preserve">[1:32:58] </w:t>
      </w:r>
      <w:r>
        <w:t>nahi, woh kuch aur cheez thi, woh</w:t>
      </w:r>
    </w:p>
    <w:p>
      <w:pPr>
        <w:jc w:val="right"/>
      </w:pPr>
      <w:r>
        <w:t>نہیں، وہ کچھ اور چیز تھی، وہ</w:t>
      </w:r>
    </w:p>
    <w:p>
      <w:r>
        <w:rPr>
          <w:b/>
        </w:rPr>
        <w:t xml:space="preserve">[1:33:02] </w:t>
      </w:r>
      <w:r>
        <w:t>kuch aur cheez thi.</w:t>
      </w:r>
    </w:p>
    <w:p>
      <w:pPr>
        <w:jc w:val="right"/>
      </w:pPr>
      <w:r>
        <w:t>کچھ اور چیز تھی۔</w:t>
      </w:r>
    </w:p>
    <w:p>
      <w:r>
        <w:rPr>
          <w:b/>
        </w:rPr>
        <w:t xml:space="preserve">[1:33:06] </w:t>
      </w:r>
      <w:r>
        <w:t>باقی fluctuation تو حدیث صاحب ثابت ہے، fluctuation ہوگا کبھی کم، کبھی زیادہ، کبھی کم، کبھی زیادہ۔</w:t>
      </w:r>
    </w:p>
    <w:p>
      <w:pPr>
        <w:jc w:val="right"/>
      </w:pPr>
      <w:r>
        <w:t>باقی فلکچویشن تو حدیث صاحب ثابت ہے، فلکچویشن ہوگا کبھی کم، کبھی زیادہ، کبھی کم، کبھی زیادہ۔</w:t>
      </w:r>
    </w:p>
    <w:p>
      <w:r>
        <w:rPr>
          <w:b/>
        </w:rPr>
        <w:t xml:space="preserve">[1:33:16] </w:t>
      </w:r>
      <w:r>
        <w:t>To do cheezen alag alag hain: ek hai fluctuation,</w:t>
      </w:r>
    </w:p>
    <w:p>
      <w:pPr>
        <w:jc w:val="right"/>
      </w:pPr>
      <w:r>
        <w:t>تو دو چیزیں الگ الگ ہیں: ایک ہے فلکچویشن،</w:t>
      </w:r>
    </w:p>
    <w:p>
      <w:r>
        <w:rPr>
          <w:b/>
        </w:rPr>
        <w:t xml:space="preserve">[1:33:20] </w:t>
      </w:r>
      <w:r>
        <w:t>وہ it is but natural، اور ایک ہے کہ مستقل طور پر دعوت کا جذبہ ختم ہو جائے</w:t>
      </w:r>
    </w:p>
    <w:p>
      <w:pPr>
        <w:jc w:val="right"/>
      </w:pPr>
      <w:r>
        <w:t>وہ اٹ از بٹ نیچرل، اور ایک ہے کہ مستقل طور پر دعوت کا جذبہ ختم ہو جائے</w:t>
      </w:r>
    </w:p>
    <w:p>
      <w:r>
        <w:rPr>
          <w:b/>
        </w:rPr>
        <w:t xml:space="preserve">[1:33:27] </w:t>
      </w:r>
      <w:r>
        <w:t>to main kahunga woh phir dawat tha hi, jazba tha hi nahi, pehle bhi nahi tha.</w:t>
      </w:r>
    </w:p>
    <w:p>
      <w:pPr>
        <w:jc w:val="right"/>
      </w:pPr>
      <w:r>
        <w:t>تو میں کہوں گا وہ پھر دعوت تھا ہی، جذبہ تھا ہی نہیں، پہلے بھی نہیں تھا۔</w:t>
      </w:r>
    </w:p>
    <w:p>
      <w:r>
        <w:rPr>
          <w:b/>
        </w:rPr>
        <w:t xml:space="preserve">[1:33:34] </w:t>
      </w:r>
      <w:r>
        <w:t>Mera tajurba yahi hai ke agar fluctuation hai to woh bilkul fitrat ke mutabiq hai, aur agar mustaqil</w:t>
      </w:r>
    </w:p>
    <w:p>
      <w:pPr>
        <w:jc w:val="right"/>
      </w:pPr>
      <w:r>
        <w:t>میرا تجربہ یہی ہے کہ اگر فلکچویشن ہے تو وہ بالکل فطرت کے مطابق ہے، اور اگر مستقل</w:t>
      </w:r>
    </w:p>
    <w:p>
      <w:r>
        <w:rPr>
          <w:b/>
        </w:rPr>
        <w:t xml:space="preserve">[1:33:43] </w:t>
      </w:r>
      <w:r>
        <w:t>khatam ho gaya hai to woh tha hi nahi.</w:t>
      </w:r>
    </w:p>
    <w:p>
      <w:pPr>
        <w:jc w:val="right"/>
      </w:pPr>
      <w:r>
        <w:t>ختم ہو گیا ہے تو وہ تھا ہی نہیں۔</w:t>
      </w:r>
    </w:p>
    <w:p>
      <w:r>
        <w:rPr>
          <w:b/>
        </w:rPr>
        <w:t xml:space="preserve">[1:33:46] </w:t>
      </w:r>
      <w:r>
        <w:t>Phir se aadmi ko chahiye ke phir se paida kare, phir se study kare, phir se apne andar</w:t>
      </w:r>
    </w:p>
    <w:p>
      <w:pPr>
        <w:jc w:val="right"/>
      </w:pPr>
      <w:r>
        <w:t>پھر سے آدمی کو چاہیے کہ پھر سے پیدا کرے، پھر سے اسٹڈی کرے، پھر سے اپنے اندر</w:t>
      </w:r>
    </w:p>
    <w:p>
      <w:r>
        <w:rPr>
          <w:b/>
        </w:rPr>
        <w:t xml:space="preserve">[1:33:52] </w:t>
      </w:r>
      <w:r>
        <w:t>is ko jagaye.</w:t>
      </w:r>
    </w:p>
    <w:p>
      <w:pPr>
        <w:jc w:val="right"/>
      </w:pPr>
      <w:r>
        <w:t>اس کو جگائے۔</w:t>
      </w:r>
    </w:p>
    <w:p>
      <w:r>
        <w:rPr>
          <w:b/>
        </w:rPr>
        <w:t xml:space="preserve">[1:33:56] </w:t>
      </w:r>
      <w:r>
        <w:t>Maulana, agla sawal Abdul Latif sahib ne kiya hai, Karachi se, aur unhon ne likha hai ke maash ke</w:t>
      </w:r>
    </w:p>
    <w:p>
      <w:pPr>
        <w:jc w:val="right"/>
      </w:pPr>
      <w:r>
        <w:t>مولانا، اگلا سوال عبداللطیف صاحب نے کیا ہے، کراچی سے، اور انہوں نے لکھا ہے کہ معاش کے</w:t>
      </w:r>
    </w:p>
    <w:p>
      <w:r>
        <w:rPr>
          <w:b/>
        </w:rPr>
        <w:t xml:space="preserve">[1:34:03] </w:t>
      </w:r>
      <w:r>
        <w:t>hasool ke liye apne watan ko chhod kar bain-ul-mulk jaane ki kya wajah honi chahiye? Kya insan</w:t>
      </w:r>
    </w:p>
    <w:p>
      <w:pPr>
        <w:jc w:val="right"/>
      </w:pPr>
      <w:r>
        <w:t>حصول کے لیے اپنے وطن کو چھوڑ کر بیرون ملک جانے کی کیا وجہ ہونی چاہیے؟ کیا انسان</w:t>
      </w:r>
    </w:p>
    <w:p>
      <w:r>
        <w:rPr>
          <w:b/>
        </w:rPr>
        <w:t xml:space="preserve">[1:34:11] </w:t>
      </w:r>
      <w:r>
        <w:t>agar qana'at pasand ban jaye to yeh nabat aayegi?</w:t>
      </w:r>
    </w:p>
    <w:p>
      <w:pPr>
        <w:jc w:val="right"/>
      </w:pPr>
      <w:r>
        <w:t>اگر قناعت پسند بن جائے تو یہ نوبت آئے گی؟</w:t>
      </w:r>
    </w:p>
    <w:p>
      <w:r>
        <w:rPr>
          <w:b/>
        </w:rPr>
        <w:t xml:space="preserve">[1:34:17] </w:t>
      </w:r>
      <w:r>
        <w:t>Dekhiye, Sahih Bukhari jo kitaab hai, us ki pehli hadith jo hai, bilkul pehli hadith, us ko padhiye,</w:t>
      </w:r>
    </w:p>
    <w:p>
      <w:pPr>
        <w:jc w:val="right"/>
      </w:pPr>
      <w:r>
        <w:t>دیکھیے، صحیح البخاری جو کتاب ہے، اس کی پہلی حدیث جو ہے، بالکل پہلی حدیث، اس کو پڑھیے،</w:t>
      </w:r>
    </w:p>
    <w:p>
      <w:r>
        <w:rPr>
          <w:b/>
        </w:rPr>
        <w:t xml:space="preserve">[1:34:27] </w:t>
      </w:r>
      <w:r>
        <w:t>us ko padhiye.</w:t>
      </w:r>
    </w:p>
    <w:p>
      <w:pPr>
        <w:jc w:val="right"/>
      </w:pPr>
      <w:r>
        <w:t>اس کو پڑھیے۔</w:t>
      </w:r>
    </w:p>
    <w:p>
      <w:r>
        <w:rPr>
          <w:b/>
        </w:rPr>
        <w:t xml:space="preserve">[1:34:28] </w:t>
      </w:r>
      <w:r>
        <w:t>Us ke mutabiq to ek apna mulk chhod kar doosre mulk jaana sahi tor par sirf ek hi</w:t>
      </w:r>
    </w:p>
    <w:p>
      <w:pPr>
        <w:jc w:val="right"/>
      </w:pPr>
      <w:r>
        <w:t>اس کے مطابق تو ایک اپنا ملک چھوڑ کر دوسرے ملک جانا صحیح طور پر صرف ایک ہی</w:t>
      </w:r>
    </w:p>
    <w:p>
      <w:r>
        <w:rPr>
          <w:b/>
        </w:rPr>
        <w:t xml:space="preserve">[1:34:35] </w:t>
      </w:r>
      <w:r>
        <w:t>wajah hai, wahi dawat hai.</w:t>
      </w:r>
    </w:p>
    <w:p>
      <w:pPr>
        <w:jc w:val="right"/>
      </w:pPr>
      <w:r>
        <w:t>وجہ ہے، وہی دعوت ہے۔</w:t>
      </w:r>
    </w:p>
    <w:p>
      <w:r>
        <w:rPr>
          <w:b/>
        </w:rPr>
        <w:t xml:space="preserve">[1:34:39] </w:t>
      </w:r>
      <w:r>
        <w:t>Zimnan aap wahan kamayenge, jayenge to kamayenge bhi, khane ke liye.</w:t>
      </w:r>
    </w:p>
    <w:p>
      <w:pPr>
        <w:jc w:val="right"/>
      </w:pPr>
      <w:r>
        <w:t>ضمناً آپ وہاں کمائیں گے، جائیں گے تو کمائیں گے بھی، کھانے کے لیے۔</w:t>
      </w:r>
    </w:p>
    <w:p>
      <w:r>
        <w:rPr>
          <w:b/>
        </w:rPr>
        <w:t xml:space="preserve">[1:34:43] </w:t>
      </w:r>
      <w:r>
        <w:t>lekin asal jo jo</w:t>
      </w:r>
    </w:p>
    <w:p>
      <w:pPr>
        <w:jc w:val="right"/>
      </w:pPr>
      <w:r>
        <w:t>لیکن اصل جو جو</w:t>
      </w:r>
    </w:p>
    <w:p>
      <w:r>
        <w:rPr>
          <w:b/>
        </w:rPr>
        <w:t xml:space="preserve">[1:34:47] </w:t>
      </w:r>
      <w:r>
        <w:t>har jo insaint hona chahiye, woh dawat hai.</w:t>
      </w:r>
    </w:p>
    <w:p>
      <w:pPr>
        <w:jc w:val="right"/>
      </w:pPr>
      <w:r>
        <w:t>ہر جو انسینٹو ہونا چاہیے، وہ دعوت ہے۔</w:t>
      </w:r>
    </w:p>
    <w:p>
      <w:r>
        <w:rPr>
          <w:b/>
        </w:rPr>
        <w:t xml:space="preserve">[1:34:53] </w:t>
      </w:r>
      <w:r>
        <w:t>bohat clear hai, bukhari ki pehli riwayat is mamle mein</w:t>
      </w:r>
    </w:p>
    <w:p>
      <w:pPr>
        <w:jc w:val="right"/>
      </w:pPr>
      <w:r>
        <w:t>بہت کلیئر ہے، بخاری کی پہلی روایت اس معاملے میں</w:t>
      </w:r>
    </w:p>
    <w:p>
      <w:r>
        <w:rPr>
          <w:b/>
        </w:rPr>
        <w:t xml:space="preserve">[1:34:59] </w:t>
      </w:r>
      <w:r>
        <w:t>sirf kamane ke liye jayen, sirf dollar kamane ke liye.</w:t>
      </w:r>
    </w:p>
    <w:p>
      <w:pPr>
        <w:jc w:val="right"/>
      </w:pPr>
      <w:r>
        <w:t>صرف کمانے کے لیے جائیں، صرف ڈالر کمانے کے لیے۔</w:t>
      </w:r>
    </w:p>
    <w:p>
      <w:r>
        <w:rPr>
          <w:b/>
        </w:rPr>
        <w:t xml:space="preserve">[1:35:03] </w:t>
      </w:r>
      <w:r>
        <w:t>un ka to case hi hai, yani islam ka case nahi hai,</w:t>
      </w:r>
    </w:p>
    <w:p>
      <w:pPr>
        <w:jc w:val="right"/>
      </w:pPr>
      <w:r>
        <w:t>ان کا تو کیس ہی ہے، یعنی اسلام کا کیس نہیں ہے،</w:t>
      </w:r>
    </w:p>
    <w:p>
      <w:r>
        <w:rPr>
          <w:b/>
        </w:rPr>
        <w:t xml:space="preserve">[1:35:08] </w:t>
      </w:r>
      <w:r>
        <w:t>case islam ka case nahi hai.</w:t>
      </w:r>
    </w:p>
    <w:p>
      <w:pPr>
        <w:jc w:val="right"/>
      </w:pPr>
      <w:r>
        <w:t>کیس اسلام کا کیس نہیں ہے۔</w:t>
      </w:r>
    </w:p>
    <w:p>
      <w:r>
        <w:rPr>
          <w:b/>
        </w:rPr>
        <w:t xml:space="preserve">[1:35:11] </w:t>
      </w:r>
      <w:r>
        <w:t>islam case in logon ka hai jo aslan to jayen dawat ke liye, zamnan woh apna maash bhi</w:t>
      </w:r>
    </w:p>
    <w:p>
      <w:pPr>
        <w:jc w:val="right"/>
      </w:pPr>
      <w:r>
        <w:t>اسلام کیس ان لوگوں کا ہے جو اصلاً تو جائیں دعوت کے لیے، ضمناً وہ اپنا معاش بھی</w:t>
      </w:r>
    </w:p>
    <w:p>
      <w:r>
        <w:rPr>
          <w:b/>
        </w:rPr>
        <w:t xml:space="preserve">[1:35:17] </w:t>
      </w:r>
      <w:r>
        <w:t>kama rahe hain wahan par, kyunke maash to chahiye aadmi ko, zarurat hai is ki.</w:t>
      </w:r>
    </w:p>
    <w:p>
      <w:pPr>
        <w:jc w:val="right"/>
      </w:pPr>
      <w:r>
        <w:t>کما رہے ہیں وہاں پر، کیونکہ معاش تو چاہیے آدمی کو، ضرورت ہے اس کی۔</w:t>
      </w:r>
    </w:p>
    <w:p>
      <w:r>
        <w:rPr>
          <w:b/>
        </w:rPr>
        <w:t xml:space="preserve">[1:35:22] </w:t>
      </w:r>
      <w:r>
        <w:t>sirf kamane ke liye jayen, sirf dollar ke liye jayen to un ka case islami case hi nahi</w:t>
      </w:r>
    </w:p>
    <w:p>
      <w:pPr>
        <w:jc w:val="right"/>
      </w:pPr>
      <w:r>
        <w:t>صرف کمانے کے لیے جائیں، صرف ڈالر کے لیے جائیں تو ان کا کیس اسلامی کیس ہی نہیں</w:t>
      </w:r>
    </w:p>
    <w:p>
      <w:r>
        <w:rPr>
          <w:b/>
        </w:rPr>
        <w:t xml:space="preserve">[1:35:26] </w:t>
      </w:r>
      <w:r>
        <w:t>hai. is mein jis ko shakk ho to bukhari ki pehli jo hadith hai, us ko parhen.</w:t>
      </w:r>
    </w:p>
    <w:p>
      <w:pPr>
        <w:jc w:val="right"/>
      </w:pPr>
      <w:r>
        <w:t>ہے۔ اس میں جس کو شک ہو تو بخاری کی پہلی جو حدیث ہے، اس کو پڑھیں۔</w:t>
      </w:r>
    </w:p>
    <w:p>
      <w:r>
        <w:rPr>
          <w:b/>
        </w:rPr>
        <w:t xml:space="preserve">[1:35:35] </w:t>
      </w:r>
      <w:r>
        <w:t>maulana, agla sawal lahore se abdul hakim khan sahab ne kiya hai, aur unhon ne poocha hai aap se</w:t>
      </w:r>
    </w:p>
    <w:p>
      <w:pPr>
        <w:jc w:val="right"/>
      </w:pPr>
      <w:r>
        <w:t>مولانا، اگلا سوال لاہور سے عبدالحکیم خان صاحب نے کیا ہے، اور انہوں نے پوچھا ہے آپ سے</w:t>
      </w:r>
    </w:p>
    <w:p>
      <w:r>
        <w:rPr>
          <w:b/>
        </w:rPr>
        <w:t xml:space="preserve">[1:35:41] </w:t>
      </w:r>
      <w:r>
        <w:t>ke tehzeeb ki jangain jari hain, musalman kaam ka aaghaz kahan se kari</w:t>
      </w:r>
    </w:p>
    <w:p>
      <w:pPr>
        <w:jc w:val="right"/>
      </w:pPr>
      <w:r>
        <w:t>کہ تہذیب کی جنگیں جاری ہیں، مسلمان کام کا آغاز کہاں سے کری</w:t>
      </w:r>
    </w:p>
    <w:p>
      <w:r>
        <w:rPr>
          <w:b/>
        </w:rPr>
        <w:t xml:space="preserve">[1:35:48] </w:t>
      </w:r>
      <w:r>
        <w:t>n? is kitab ka title hi galat hai,</w:t>
      </w:r>
    </w:p>
    <w:p>
      <w:pPr>
        <w:jc w:val="right"/>
      </w:pPr>
      <w:r>
        <w:t>ں؟ اس کتاب کا ٹائٹل ہی غلط ہے،</w:t>
      </w:r>
    </w:p>
    <w:p>
      <w:r>
        <w:rPr>
          <w:b/>
        </w:rPr>
        <w:t xml:space="preserve">[1:35:52] </w:t>
      </w:r>
      <w:r>
        <w:t>seerat ka koi clash nahi, interest clash hai, clash of interest hai.</w:t>
      </w:r>
    </w:p>
    <w:p>
      <w:pPr>
        <w:jc w:val="right"/>
      </w:pPr>
      <w:r>
        <w:t>سیرت کا کوئی کلیش نہیں، انٹرسٹ کلیش ہے، کلیش آف انٹرسٹ ہے۔</w:t>
      </w:r>
    </w:p>
    <w:p>
      <w:r>
        <w:rPr>
          <w:b/>
        </w:rPr>
        <w:t xml:space="preserve">[1:35:59] </w:t>
      </w:r>
      <w:r>
        <w:t>yeh is musannif ne is ko secularize karne ke liye keh diya, clash of seerat.</w:t>
      </w:r>
    </w:p>
    <w:p>
      <w:pPr>
        <w:jc w:val="right"/>
      </w:pPr>
      <w:r>
        <w:t>یہ اس مصنف نے اس کو سلسلائز کرنے کے لیے کہہ دیا، کلیش آف سیرت۔</w:t>
      </w:r>
    </w:p>
    <w:p>
      <w:r>
        <w:rPr>
          <w:b/>
        </w:rPr>
        <w:t xml:space="preserve">[1:36:07] </w:t>
      </w:r>
      <w:r>
        <w:t>mein is kitab ke bare mein yahi be lagaya ke woh naam is ka hai clash of seerat,</w:t>
      </w:r>
    </w:p>
    <w:p>
      <w:pPr>
        <w:jc w:val="right"/>
      </w:pPr>
      <w:r>
        <w:t>میں اس کتاب کے بارے میں یہی بے لگایا کہ وہ نام اس کا ہے کلیش آف سیرت،</w:t>
      </w:r>
    </w:p>
    <w:p>
      <w:r>
        <w:rPr>
          <w:b/>
        </w:rPr>
        <w:t xml:space="preserve">[1:36:15] </w:t>
      </w:r>
      <w:r>
        <w:t>haqeeqat mein woh hai clash of interest.</w:t>
      </w:r>
    </w:p>
    <w:p>
      <w:pPr>
        <w:jc w:val="right"/>
      </w:pPr>
      <w:r>
        <w:t>حقیقت میں وہ ہے کلیش آف انٹرسٹ۔</w:t>
      </w:r>
    </w:p>
    <w:p>
      <w:r>
        <w:rPr>
          <w:b/>
        </w:rPr>
        <w:t xml:space="preserve">[1:36:20] </w:t>
      </w:r>
      <w:r>
        <w:t>seerat clash hoti hai to bari achi baat hai,</w:t>
      </w:r>
    </w:p>
    <w:p>
      <w:pPr>
        <w:jc w:val="right"/>
      </w:pPr>
      <w:r>
        <w:t>سیرت کلیش ہوتی ہے تو بڑی اچھی بات ہے،</w:t>
      </w:r>
    </w:p>
    <w:p>
      <w:r>
        <w:rPr>
          <w:b/>
        </w:rPr>
        <w:t xml:space="preserve">[1:36:23] </w:t>
      </w:r>
      <w:r>
        <w:t>woh to hum ko moqa deta hai ke hum apne point of view ko logon ke samne pesh</w:t>
      </w:r>
    </w:p>
    <w:p>
      <w:pPr>
        <w:jc w:val="right"/>
      </w:pPr>
      <w:r>
        <w:t>وہ تو ہم کو موقع دیتا ہے کہ ہم اپنے پوائنٹ آف ویو کو لوگوں کے سامنے پیش</w:t>
      </w:r>
    </w:p>
    <w:p>
      <w:r>
        <w:rPr>
          <w:b/>
        </w:rPr>
        <w:t xml:space="preserve">[1:36:27] </w:t>
      </w:r>
      <w:r>
        <w:t>karen, woh to bari achi baat hai.</w:t>
      </w:r>
    </w:p>
    <w:p>
      <w:pPr>
        <w:jc w:val="right"/>
      </w:pPr>
      <w:r>
        <w:t>کریں، وہ تو بڑی اچھی بات ہے۔</w:t>
      </w:r>
    </w:p>
    <w:p>
      <w:r>
        <w:rPr>
          <w:b/>
        </w:rPr>
        <w:t xml:space="preserve">[1:36:32] </w:t>
      </w:r>
      <w:r>
        <w:t>tehzeeb ki jang kabhi bhi violent jang nahi hogi,</w:t>
      </w:r>
    </w:p>
    <w:p>
      <w:pPr>
        <w:jc w:val="right"/>
      </w:pPr>
      <w:r>
        <w:t>تہذیب کی جنگ کبھی بھی وائلنٹ جنگ نہیں ہوگی،</w:t>
      </w:r>
    </w:p>
    <w:p>
      <w:r>
        <w:rPr>
          <w:b/>
        </w:rPr>
        <w:t xml:space="preserve">[1:36:38] </w:t>
      </w:r>
      <w:r>
        <w:t>kabhi bhi violent jang agar hai to woh interest ki jang hai,</w:t>
      </w:r>
    </w:p>
    <w:p>
      <w:pPr>
        <w:jc w:val="right"/>
      </w:pPr>
      <w:r>
        <w:t>کبھی بھی وائلنٹ جنگ اگر ہے تو وہ انٹرسٹ کی جنگ ہے،</w:t>
      </w:r>
    </w:p>
    <w:p>
      <w:r>
        <w:rPr>
          <w:b/>
        </w:rPr>
        <w:t xml:space="preserve">[1:36:43] </w:t>
      </w:r>
      <w:r>
        <w:t>violent jang agar hai to woh interest ki jang hai.</w:t>
      </w:r>
    </w:p>
    <w:p>
      <w:pPr>
        <w:jc w:val="right"/>
      </w:pPr>
      <w:r>
        <w:t>وائلنٹ جنگ اگر ہے تو وہ انٹرسٹ کی جنگ ہے۔</w:t>
      </w:r>
    </w:p>
    <w:p>
      <w:r>
        <w:rPr>
          <w:b/>
        </w:rPr>
        <w:t xml:space="preserve">[1:36:47] </w:t>
      </w:r>
      <w:r>
        <w:t>tehzeeb, tehzeeb ke naam par ho to is se koi farq nahi parta.</w:t>
      </w:r>
    </w:p>
    <w:p>
      <w:pPr>
        <w:jc w:val="right"/>
      </w:pPr>
      <w:r>
        <w:t>تہذیب، تہذیب کے نام پر ہو تو اس سے کوئی فرق نہیں پڑتا۔</w:t>
      </w:r>
    </w:p>
    <w:p>
      <w:r>
        <w:rPr>
          <w:b/>
        </w:rPr>
        <w:t xml:space="preserve">[1:36:52] </w:t>
      </w:r>
      <w:r>
        <w:t>maulana, agla sawal kiya hai inam ul haq sahab ne lahore se, aur unhon ne likha hai marifat ilahi</w:t>
      </w:r>
    </w:p>
    <w:p>
      <w:pPr>
        <w:jc w:val="right"/>
      </w:pPr>
      <w:r>
        <w:t>مولانا، اگلا سوال کیا ہے انعام الحق صاحب نے لاہور سے، اور انہوں نے لکھا ہے معرفت الہی</w:t>
      </w:r>
    </w:p>
    <w:p>
      <w:r>
        <w:rPr>
          <w:b/>
        </w:rPr>
        <w:t xml:space="preserve">[1:37:00] </w:t>
      </w:r>
      <w:r>
        <w:t>kaise hasil hoti hai, aur tasawwuf ke islam mein, tasawwuf ki islam mein kya hesiyat hai, wazahat farmayen.</w:t>
      </w:r>
    </w:p>
    <w:p>
      <w:pPr>
        <w:jc w:val="right"/>
      </w:pPr>
      <w:r>
        <w:t>کیسے حاصل ہوتی ہے، اور تصوف کے اسلام میں، تصوف کی اسلام میں کیا حیثیت ہے، وضاحت فرمائیں۔</w:t>
      </w:r>
    </w:p>
    <w:p>
      <w:r>
        <w:rPr>
          <w:b/>
        </w:rPr>
        <w:t xml:space="preserve">[1:37:11] </w:t>
      </w:r>
      <w:r>
        <w:t>is par hamari kitab hai, is ka naam hai kitab marifat,</w:t>
      </w:r>
    </w:p>
    <w:p>
      <w:pPr>
        <w:jc w:val="right"/>
      </w:pPr>
      <w:r>
        <w:t>اس پر ہماری کتاب ہے، اس کا نام ہے کتاب معرفت،</w:t>
      </w:r>
    </w:p>
    <w:p>
      <w:r>
        <w:rPr>
          <w:b/>
        </w:rPr>
        <w:t xml:space="preserve">[1:37:16] </w:t>
      </w:r>
      <w:r>
        <w:t>is ko aap parhiye,</w:t>
      </w:r>
    </w:p>
    <w:p>
      <w:pPr>
        <w:jc w:val="right"/>
      </w:pPr>
      <w:r>
        <w:t>اس کو آپ پڑھیے،</w:t>
      </w:r>
    </w:p>
    <w:p>
      <w:r>
        <w:rPr>
          <w:b/>
        </w:rPr>
        <w:t xml:space="preserve">[1:37:19] </w:t>
      </w:r>
      <w:r>
        <w:t>bahut achhi, bahut achhi kitab hai, kitab marifat.</w:t>
      </w:r>
    </w:p>
    <w:p>
      <w:pPr>
        <w:jc w:val="right"/>
      </w:pPr>
      <w:r>
        <w:t>بہت اچھی، بہت اچھی کتاب ہے، کتاب معرفت۔</w:t>
      </w:r>
    </w:p>
    <w:p>
      <w:r>
        <w:rPr>
          <w:b/>
        </w:rPr>
        <w:t xml:space="preserve">[1:37:26] </w:t>
      </w:r>
      <w:r>
        <w:t>aur mukhtasar mein yeh kahunga ke marifat ka sab se bada rukawat jo hai, woh hai distraction.</w:t>
      </w:r>
    </w:p>
    <w:p>
      <w:pPr>
        <w:jc w:val="right"/>
      </w:pPr>
      <w:r>
        <w:t>اور مختصر میں یہ کہوں گا کہ معرفت کا سب سے بڑا رکاوٹ جو ہے، وہ ہے ڈسٹریکشن۔</w:t>
      </w:r>
    </w:p>
    <w:p>
      <w:r>
        <w:rPr>
          <w:b/>
        </w:rPr>
        <w:t xml:space="preserve">[1:37:36] </w:t>
      </w:r>
      <w:r>
        <w:t>agar aap ko marifat ilahi chahiye to aap ko apne aap ko distraction se bachana hoga,</w:t>
      </w:r>
    </w:p>
    <w:p>
      <w:pPr>
        <w:jc w:val="right"/>
      </w:pPr>
      <w:r>
        <w:t>اگر آپ کو معرفت الہی چاہیے تو آپ کو اپنے آپ کو ڈسٹریکشن سے بچانا ہوگا،</w:t>
      </w:r>
    </w:p>
    <w:p>
      <w:r>
        <w:rPr>
          <w:b/>
        </w:rPr>
        <w:t xml:space="preserve">[1:37:43] </w:t>
      </w:r>
      <w:r>
        <w:t>ڈسٹریکشن میں بھی پھنسے رہیں، اور معرفت میں ہو جائے، یہ یہ possible ہے۔</w:t>
      </w:r>
    </w:p>
    <w:p>
      <w:pPr>
        <w:jc w:val="right"/>
      </w:pPr>
      <w:r>
        <w:t>ڈسٹریکشن میں بھی پھنسے رہیں، اور معرفت میں ہو جائے، یہ یہ پاسیبل ہے۔</w:t>
      </w:r>
    </w:p>
    <w:p>
      <w:r>
        <w:rPr>
          <w:b/>
        </w:rPr>
        <w:t xml:space="preserve">[1:37:48] </w:t>
      </w:r>
      <w:r>
        <w:t>maulana, agla sawal lene se pehle ek comment padhna chahenge jo saifullah sahab ne bheja hai</w:t>
      </w:r>
    </w:p>
    <w:p>
      <w:pPr>
        <w:jc w:val="right"/>
      </w:pPr>
      <w:r>
        <w:t>مولانا، اگلا سوال لینے سے پہلے ایک کمنٹ پڑھنا چاہیں گے جو سیف اللہ صاحب نے بھیجا ہے</w:t>
      </w:r>
    </w:p>
    <w:p>
      <w:r>
        <w:rPr>
          <w:b/>
        </w:rPr>
        <w:t xml:space="preserve">[1:37:54] </w:t>
      </w:r>
      <w:r>
        <w:t>lahore pakistan se, aur unhon ne likha hai maulana, aap ka aaj ka lecture bahut zyada spirituality aur</w:t>
      </w:r>
    </w:p>
    <w:p>
      <w:pPr>
        <w:jc w:val="right"/>
      </w:pPr>
      <w:r>
        <w:t>لاہور پاکستان سے، اور انہوں نے لکھا ہے مولانا، آپ کا آج کا لیکچر بہت زیادہ سپرچویلٹی اور</w:t>
      </w:r>
    </w:p>
    <w:p>
      <w:r>
        <w:rPr>
          <w:b/>
        </w:rPr>
        <w:t xml:space="preserve">[1:38:03] </w:t>
      </w:r>
      <w:r>
        <w:t>wisdom se bharpoor tha.</w:t>
      </w:r>
    </w:p>
    <w:p>
      <w:pPr>
        <w:jc w:val="right"/>
      </w:pPr>
      <w:r>
        <w:t>وزڈم سے بھرپور تھا۔</w:t>
      </w:r>
    </w:p>
    <w:p>
      <w:r>
        <w:rPr>
          <w:b/>
        </w:rPr>
        <w:t xml:space="preserve">[1:38:05] </w:t>
      </w:r>
      <w:r>
        <w:t>aaj maine jana ke musalman ki asal zimmedari dawat aur khair khwahi hai.</w:t>
      </w:r>
    </w:p>
    <w:p>
      <w:pPr>
        <w:jc w:val="right"/>
      </w:pPr>
      <w:r>
        <w:t>آج میں نے جانا کہ مسلمان کی اصل ذمہ داری دعوت اور خیر خواہی ہے۔</w:t>
      </w:r>
    </w:p>
    <w:p>
      <w:r>
        <w:rPr>
          <w:b/>
        </w:rPr>
        <w:t xml:space="preserve">[1:38:13] </w:t>
      </w:r>
      <w:r>
        <w:t>maulana Allah aap ko jaza de.</w:t>
      </w:r>
    </w:p>
    <w:p>
      <w:pPr>
        <w:jc w:val="right"/>
      </w:pPr>
      <w:r>
        <w:t>مولانا اللہ آپ کو جزا دے۔</w:t>
      </w:r>
    </w:p>
    <w:p>
      <w:r>
        <w:rPr>
          <w:b/>
        </w:rPr>
        <w:t xml:space="preserve">[1:38:18] </w:t>
      </w:r>
      <w:r>
        <w:t>agla sawal maulana iqbal umri ka hai chennai se, aur unhon ne likha hai</w:t>
      </w:r>
    </w:p>
    <w:p>
      <w:pPr>
        <w:jc w:val="right"/>
      </w:pPr>
      <w:r>
        <w:t>اگلا سوال مولانا اقبال عمری کا ہے چنئی سے، اور انہوں نے لکھا ہے</w:t>
      </w:r>
    </w:p>
    <w:p>
      <w:r>
        <w:rPr>
          <w:b/>
        </w:rPr>
        <w:t xml:space="preserve">[1:38:25] </w:t>
      </w:r>
      <w:r>
        <w:t>maulana ek sahab ne kaha ke aaj dawat toheed ko inqalab ke darje tak pahunchana hai.</w:t>
      </w:r>
    </w:p>
    <w:p>
      <w:pPr>
        <w:jc w:val="right"/>
      </w:pPr>
      <w:r>
        <w:t>مولانا ایک صاحب نے کہا کہ آج دعوت توحید کو انقلاب کے درجے تک پہنچانا ہے۔</w:t>
      </w:r>
    </w:p>
    <w:p>
      <w:r>
        <w:rPr>
          <w:b/>
        </w:rPr>
        <w:t xml:space="preserve">[1:38:32] </w:t>
      </w:r>
      <w:r>
        <w:t>inqalab ka matlab unhon ne kaha ke iqtadar ke darje tak.</w:t>
      </w:r>
    </w:p>
    <w:p>
      <w:pPr>
        <w:jc w:val="right"/>
      </w:pPr>
      <w:r>
        <w:t>انقلاب کا مطلب انہوں نے کہا کہ اقتدار کے درجے تک۔</w:t>
      </w:r>
    </w:p>
    <w:p>
      <w:r>
        <w:rPr>
          <w:b/>
        </w:rPr>
        <w:t xml:space="preserve">[1:38:37] </w:t>
      </w:r>
      <w:r>
        <w:t>maulana is mein jo mughalta hai, us ko wazeh karen.</w:t>
      </w:r>
    </w:p>
    <w:p>
      <w:pPr>
        <w:jc w:val="right"/>
      </w:pPr>
      <w:r>
        <w:t>مولانا اس میں جو مغالطہ ہے، اس کو واضح کریں۔</w:t>
      </w:r>
    </w:p>
    <w:p>
      <w:r>
        <w:rPr>
          <w:b/>
        </w:rPr>
        <w:t xml:space="preserve">[1:38:41] </w:t>
      </w:r>
      <w:r>
        <w:t>Nahi yeh to khud sakhta baat hai kahan likha hua hai Quran mein Hadees mein aur kis paighambar ne pahunchaya iqtidaar ke darje par kisi paighambar ne nahi pahunchaya yaani agar.</w:t>
      </w:r>
    </w:p>
    <w:p>
      <w:pPr>
        <w:jc w:val="right"/>
      </w:pPr>
      <w:r>
        <w:t>نہیں یہ تو خود ساختہ بات ہے کہاں لکھا ہوا ہے قرآن میں حدیث میں اور کس پیغمبر نے پہنچایا اقتدار کے درجے پر کسی پیغمبر نے نہیں پہنچایا یعنی اگر.</w:t>
      </w:r>
    </w:p>
    <w:p>
      <w:r>
        <w:rPr>
          <w:b/>
        </w:rPr>
        <w:t xml:space="preserve">[1:38:53] </w:t>
      </w:r>
      <w:r>
        <w:t>yani agar dawat ka matlab hai is ko iqtadar tak pahunchaya jaye to sare peghambar nek kaam the.</w:t>
      </w:r>
    </w:p>
    <w:p>
      <w:pPr>
        <w:jc w:val="right"/>
      </w:pPr>
      <w:r>
        <w:t>یعنی اگر دعوت کا مطلب ہے اس کو اقتدار تک پہنچایا جائے تو سارے پیغمبر نیک کام تھے۔</w:t>
      </w:r>
    </w:p>
    <w:p>
      <w:r>
        <w:rPr>
          <w:b/>
        </w:rPr>
        <w:t xml:space="preserve">[1:39:01] </w:t>
      </w:r>
      <w:r>
        <w:t>yeh yeh to khud sakhta baaten hain.</w:t>
      </w:r>
    </w:p>
    <w:p>
      <w:pPr>
        <w:jc w:val="right"/>
      </w:pPr>
      <w:r>
        <w:t>یہ یہ تو خود ساختہ باتیں ہیں۔</w:t>
      </w:r>
    </w:p>
    <w:p>
      <w:r>
        <w:rPr>
          <w:b/>
        </w:rPr>
        <w:t xml:space="preserve">[1:39:04] </w:t>
      </w:r>
      <w:r>
        <w:t>aap bilkul jo log</w:t>
      </w:r>
    </w:p>
    <w:p>
      <w:pPr>
        <w:jc w:val="right"/>
      </w:pPr>
      <w:r>
        <w:t>آپ بالکل جو لوگ</w:t>
      </w:r>
    </w:p>
    <w:p>
      <w:r>
        <w:rPr>
          <w:b/>
        </w:rPr>
        <w:t xml:space="preserve">[1:39:07] </w:t>
      </w:r>
      <w:r>
        <w:t>sanjida na hon, wahi is waqt keh sakte hain.</w:t>
      </w:r>
    </w:p>
    <w:p>
      <w:pPr>
        <w:jc w:val="right"/>
      </w:pPr>
      <w:r>
        <w:t>سنجیدہ نہ ہوں، وہی اس وقت کہہ سکتے ہیں۔</w:t>
      </w:r>
    </w:p>
    <w:p>
      <w:r>
        <w:rPr>
          <w:b/>
        </w:rPr>
        <w:t xml:space="preserve">[1:39:11] </w:t>
      </w:r>
      <w:r>
        <w:t>un ko kehne ke liye sab se pehle quran o hadees ko padhna chahiye, aur is ka hawala</w:t>
      </w:r>
    </w:p>
    <w:p>
      <w:pPr>
        <w:jc w:val="right"/>
      </w:pPr>
      <w:r>
        <w:t>ان کو کہنے کے لیے سب سے پہلے قرآن و حدیث کو پڑھنا چاہیے، اور اس کا حوالہ</w:t>
      </w:r>
    </w:p>
    <w:p>
      <w:r>
        <w:rPr>
          <w:b/>
        </w:rPr>
        <w:t xml:space="preserve">[1:39:15] </w:t>
      </w:r>
      <w:r>
        <w:t>dena chahiye. yeh baat kehne se pehle woh</w:t>
      </w:r>
    </w:p>
    <w:p>
      <w:pPr>
        <w:jc w:val="right"/>
      </w:pPr>
      <w:r>
        <w:t>دینا چاہیے۔ یہ بات کہنے سے پہلے وہ</w:t>
      </w:r>
    </w:p>
    <w:p>
      <w:r>
        <w:rPr>
          <w:b/>
        </w:rPr>
        <w:t xml:space="preserve">[1:39:20] </w:t>
      </w:r>
      <w:r>
        <w:t>aitkaf mein baith kar ke quran o hadees ko padhen, aur phir is mein se reference nikal kar</w:t>
      </w:r>
    </w:p>
    <w:p>
      <w:pPr>
        <w:jc w:val="right"/>
      </w:pPr>
      <w:r>
        <w:t>اعتکاف میں بیٹھ کر کے قرآن و حدیث کو پڑھیں، اور پھر اس میں سے ریفرنس نکال کر</w:t>
      </w:r>
    </w:p>
    <w:p>
      <w:r>
        <w:rPr>
          <w:b/>
        </w:rPr>
        <w:t xml:space="preserve">[1:39:25] </w:t>
      </w:r>
      <w:r>
        <w:t>bataen. aise kehna to yeh bahut hi ghair zimmedari ki baat hai.</w:t>
      </w:r>
    </w:p>
    <w:p>
      <w:pPr>
        <w:jc w:val="right"/>
      </w:pPr>
      <w:r>
        <w:t>بتائیں۔ ایسے کہنا تو یہ بہت ہی غیر ذمہ داری کی بات ہے۔</w:t>
      </w:r>
    </w:p>
    <w:p>
      <w:r>
        <w:rPr>
          <w:b/>
        </w:rPr>
        <w:t xml:space="preserve">[1:39:30] </w:t>
      </w:r>
      <w:r>
        <w:t>main samajhta hoon ke is par yani mawkhaza hoga insan ka, aisi baaton ko kare.</w:t>
      </w:r>
    </w:p>
    <w:p>
      <w:pPr>
        <w:jc w:val="right"/>
      </w:pPr>
      <w:r>
        <w:t>میں سمجھتا ہوں کہ اس پر یعنی ماخذہ ہوگا انسان کا، ایسی باتوں کو کرے۔</w:t>
      </w:r>
    </w:p>
    <w:p>
      <w:r>
        <w:rPr>
          <w:b/>
        </w:rPr>
        <w:t xml:space="preserve">[1:39:36] </w:t>
      </w:r>
      <w:r>
        <w:t>maulana, agla sawal lahore se ghulam nabi sahab ne kiya hai, aur unhon ne likha hai kya mard</w:t>
      </w:r>
    </w:p>
    <w:p>
      <w:pPr>
        <w:jc w:val="right"/>
      </w:pPr>
      <w:r>
        <w:t>مولانا، اگلا سوال لاہور سے غلام نبی صاحب نے کیا ہے، اور انہوں نے لکھا ہے کیا مرد</w:t>
      </w:r>
    </w:p>
    <w:p>
      <w:r>
        <w:rPr>
          <w:b/>
        </w:rPr>
        <w:t xml:space="preserve">[1:39:42] </w:t>
      </w:r>
      <w:r>
        <w:t>aur aurat Allah ke nazdeek barabar hain? kya mard aur aurat ke huqooq aur farayez Allah ke haan</w:t>
      </w:r>
    </w:p>
    <w:p>
      <w:pPr>
        <w:jc w:val="right"/>
      </w:pPr>
      <w:r>
        <w:t>اور عورت اللہ کے نزدیک برابر ہیں؟ کیا مرد اور عورت کے حقوق اور فرائض اللہ کے ہاں</w:t>
      </w:r>
    </w:p>
    <w:p>
      <w:r>
        <w:rPr>
          <w:b/>
        </w:rPr>
        <w:t xml:space="preserve">[1:39:50] </w:t>
      </w:r>
      <w:r>
        <w:t>barabar hain? is ke baray mein bataein.</w:t>
      </w:r>
    </w:p>
    <w:p>
      <w:pPr>
        <w:jc w:val="right"/>
      </w:pPr>
      <w:r>
        <w:t>برابر ہیں؟ اس کے بارے میں بتائیں۔</w:t>
      </w:r>
    </w:p>
    <w:p>
      <w:r>
        <w:rPr>
          <w:b/>
        </w:rPr>
        <w:t xml:space="preserve">[1:39:53] </w:t>
      </w:r>
      <w:r>
        <w:t>bilkul barabar hain.</w:t>
      </w:r>
    </w:p>
    <w:p>
      <w:pPr>
        <w:jc w:val="right"/>
      </w:pPr>
      <w:r>
        <w:t>بالکل برابر ہیں۔</w:t>
      </w:r>
    </w:p>
    <w:p>
      <w:r>
        <w:rPr>
          <w:b/>
        </w:rPr>
        <w:t xml:space="preserve">[1:39:55] </w:t>
      </w:r>
      <w:r>
        <w:t>Qur'an Surah Aal-e-Imran mein baaz hukm baaz,</w:t>
      </w:r>
    </w:p>
    <w:p>
      <w:pPr>
        <w:jc w:val="right"/>
      </w:pPr>
      <w:r>
        <w:t>قرآن سورہ آل عمران میں بعض حکم بعض،</w:t>
      </w:r>
    </w:p>
    <w:p>
      <w:r>
        <w:rPr>
          <w:b/>
        </w:rPr>
        <w:t xml:space="preserve">[1:40:00] </w:t>
      </w:r>
      <w:r>
        <w:t>aap Surah Aal-e-Imran ke aakhir mein parh lijiye.</w:t>
      </w:r>
    </w:p>
    <w:p>
      <w:pPr>
        <w:jc w:val="right"/>
      </w:pPr>
      <w:r>
        <w:t>آپ سورہ آل عمران کے آخر میں پڑھ لیجیے۔</w:t>
      </w:r>
    </w:p>
    <w:p>
      <w:r>
        <w:rPr>
          <w:b/>
        </w:rPr>
        <w:t xml:space="preserve">[1:40:03] </w:t>
      </w:r>
      <w:r>
        <w:t>baaz baaz Hadees mein aata hai ke</w:t>
      </w:r>
    </w:p>
    <w:p>
      <w:pPr>
        <w:jc w:val="right"/>
      </w:pPr>
      <w:r>
        <w:t>بعض بعض حدیث میں آتا ہے کہ</w:t>
      </w:r>
    </w:p>
    <w:p>
      <w:r>
        <w:rPr>
          <w:b/>
        </w:rPr>
        <w:t xml:space="preserve">[1:40:07] </w:t>
      </w:r>
      <w:r>
        <w:t>al-nisa aur shafaq al-rajul</w:t>
      </w:r>
    </w:p>
    <w:p>
      <w:pPr>
        <w:jc w:val="right"/>
      </w:pPr>
      <w:r>
        <w:t>النساء اور شفاق الرجال</w:t>
      </w:r>
    </w:p>
    <w:p>
      <w:r>
        <w:rPr>
          <w:b/>
        </w:rPr>
        <w:t xml:space="preserve">[1:40:10] </w:t>
      </w:r>
      <w:r>
        <w:t>barabar kyon nahin ho gaye? ji, Allah ko yani kisi ko kam banaya, kisi ko zyada banayega.</w:t>
      </w:r>
    </w:p>
    <w:p>
      <w:pPr>
        <w:jc w:val="right"/>
      </w:pPr>
      <w:r>
        <w:t>برابر کیوں نہیں ہو گئے؟ جی، اللہ کو یعنی کسی کو کم بنایا، کسی کو زیادہ بنائے گا۔</w:t>
      </w:r>
    </w:p>
    <w:p>
      <w:r>
        <w:rPr>
          <w:b/>
        </w:rPr>
        <w:t xml:space="preserve">[1:40:17] </w:t>
      </w:r>
      <w:r>
        <w:t>Allah ka nabarabarri nahin ho sakti, Allah ki shan ke khilaf hai.</w:t>
      </w:r>
    </w:p>
    <w:p>
      <w:pPr>
        <w:jc w:val="right"/>
      </w:pPr>
      <w:r>
        <w:t>اللہ کا نابرابری نہیں ہو سکتی، اللہ کی شان کے خلاف ہے۔</w:t>
      </w:r>
    </w:p>
    <w:p>
      <w:r>
        <w:rPr>
          <w:b/>
        </w:rPr>
        <w:t xml:space="preserve">[1:40:22] </w:t>
      </w:r>
      <w:r>
        <w:t>yeh Allah ki shan ke khilaf hai ke ke</w:t>
      </w:r>
    </w:p>
    <w:p>
      <w:pPr>
        <w:jc w:val="right"/>
      </w:pPr>
      <w:r>
        <w:t>یہ اللہ کی شان کے خلاف ہے کہ کہ</w:t>
      </w:r>
    </w:p>
    <w:p>
      <w:r>
        <w:rPr>
          <w:b/>
        </w:rPr>
        <w:t xml:space="preserve">[1:40:28] </w:t>
      </w:r>
      <w:r>
        <w:t>nabarabarri takhleeq ke aitbaar se.</w:t>
      </w:r>
    </w:p>
    <w:p>
      <w:pPr>
        <w:jc w:val="right"/>
      </w:pPr>
      <w:r>
        <w:t>نابرابری تخلیق کے اعتبار سے۔</w:t>
      </w:r>
    </w:p>
    <w:p>
      <w:r>
        <w:rPr>
          <w:b/>
        </w:rPr>
        <w:t xml:space="preserve">[1:40:35] </w:t>
      </w:r>
      <w:r>
        <w:t>dekhiye, nabarabarri aati hai apne amal ke aitbaar se, takhleeq ke aitbaar se nahin.</w:t>
      </w:r>
    </w:p>
    <w:p>
      <w:pPr>
        <w:jc w:val="right"/>
      </w:pPr>
      <w:r>
        <w:t>دیکھیے، نابرابری آتی ہے اپنے عمل کے اعتبار سے، تخلیق کے اعتبار سے نہیں۔</w:t>
      </w:r>
    </w:p>
    <w:p>
      <w:r>
        <w:rPr>
          <w:b/>
        </w:rPr>
        <w:t xml:space="preserve">[1:40:40] </w:t>
      </w:r>
      <w:r>
        <w:t>ek hai in terms of takhleeq, ek hai in terms of amal.</w:t>
      </w:r>
    </w:p>
    <w:p>
      <w:pPr>
        <w:jc w:val="right"/>
      </w:pPr>
      <w:r>
        <w:t>ایک ہے ان ٹرمز آف تخلیق، ایک ہے ان ٹرمز آف عمل۔</w:t>
      </w:r>
    </w:p>
    <w:p>
      <w:r>
        <w:rPr>
          <w:b/>
        </w:rPr>
        <w:t xml:space="preserve">[1:40:45] </w:t>
      </w:r>
      <w:r>
        <w:t>to Allah ki jo takhleeq hai, jo Allah ki jo creation hai, us mein sab ko barabari hasil</w:t>
      </w:r>
    </w:p>
    <w:p>
      <w:pPr>
        <w:jc w:val="right"/>
      </w:pPr>
      <w:r>
        <w:t>تو اللہ کی جو تخلیق ہے، جو اللہ کی جو کریشن ہے، اس میں سب کو برابری حاصل</w:t>
      </w:r>
    </w:p>
    <w:p>
      <w:r>
        <w:rPr>
          <w:b/>
        </w:rPr>
        <w:t xml:space="preserve">[1:40:51] </w:t>
      </w:r>
      <w:r>
        <w:t>hai. apne amal ke lehaz se koi aisa banega, woh banega, woh to uska apna</w:t>
      </w:r>
    </w:p>
    <w:p>
      <w:pPr>
        <w:jc w:val="right"/>
      </w:pPr>
      <w:r>
        <w:t>ہے۔ اپنے عمل کے لحاظ سے کوئی ایسا بنے گا، وہ بنے گا، وہ تو اس کا اپنا</w:t>
      </w:r>
    </w:p>
    <w:p>
      <w:r>
        <w:rPr>
          <w:b/>
        </w:rPr>
        <w:t xml:space="preserve">[1:40:56] </w:t>
      </w:r>
      <w:r>
        <w:t>fi'l hai. Maulana, agla sawal Faeq Sahab ka hai, aur unhon ne apna sawal Maulana aap ke ek</w:t>
      </w:r>
    </w:p>
    <w:p>
      <w:pPr>
        <w:jc w:val="right"/>
      </w:pPr>
      <w:r>
        <w:t>فعل ہے۔ مولانا، اگلا سوال فائق صاحب کا ہے، اور انہوں نے اپنا سوال مولانا آپ کے ایک</w:t>
      </w:r>
    </w:p>
    <w:p>
      <w:r>
        <w:rPr>
          <w:b/>
        </w:rPr>
        <w:t xml:space="preserve">[1:41:05] </w:t>
      </w:r>
      <w:r>
        <w:t>quote ko le ke poocha hai.</w:t>
      </w:r>
    </w:p>
    <w:p>
      <w:pPr>
        <w:jc w:val="right"/>
      </w:pPr>
      <w:r>
        <w:t>کوٹ کو لے کے پوچھا ہے۔</w:t>
      </w:r>
    </w:p>
    <w:p>
      <w:r>
        <w:rPr>
          <w:b/>
        </w:rPr>
        <w:t xml:space="preserve">[1:41:07] </w:t>
      </w:r>
      <w:r>
        <w:t>پہلے آپ کا کوٹ پڑھیں گے، جس کا ٹائٹل ہے "The Myth of Injustice"۔</w:t>
      </w:r>
    </w:p>
    <w:p>
      <w:pPr>
        <w:jc w:val="right"/>
      </w:pPr>
      <w:r>
        <w:t>پہلے آپ کا کوٹ پڑھیں گے، جس کا ٹائٹل ہے "دا متھ آف ان جسٹس"۔</w:t>
      </w:r>
    </w:p>
    <w:p>
      <w:r>
        <w:rPr>
          <w:b/>
        </w:rPr>
        <w:t xml:space="preserve">[1:41:13] </w:t>
      </w:r>
      <w:r>
        <w:t>اس میں آپ نے لکھا تھا کہ "throughout history, thinkers and reformers have struggled to eliminate in</w:t>
      </w:r>
    </w:p>
    <w:p>
      <w:pPr>
        <w:jc w:val="right"/>
      </w:pPr>
      <w:r>
        <w:t>اس میں آپ نے لکھا تھا کہ "تھرو آؤٹ ہسٹری تھنکرز اینڈ ریفارمرز ہیو سٹرگل ٹو ایلیمینیٹ ان</w:t>
      </w:r>
    </w:p>
    <w:p>
      <w:r>
        <w:rPr>
          <w:b/>
        </w:rPr>
        <w:t xml:space="preserve">[1:41:19] </w:t>
      </w:r>
      <w:r>
        <w:t>justice from society, but no one succeeded in achieving this goal.</w:t>
      </w:r>
    </w:p>
    <w:p>
      <w:pPr>
        <w:jc w:val="right"/>
      </w:pPr>
      <w:r>
        <w:t>جسٹس فرام سوسائٹی، بٹ نو ون سکسیڈڈ ان اچیونگ دس گول۔</w:t>
      </w:r>
    </w:p>
    <w:p>
      <w:r>
        <w:rPr>
          <w:b/>
        </w:rPr>
        <w:t xml:space="preserve">[1:41:26] </w:t>
      </w:r>
      <w:r>
        <w:t>Their failures to eliminate injustice prevented them from living with peace of mind in the world.</w:t>
      </w:r>
    </w:p>
    <w:p>
      <w:pPr>
        <w:jc w:val="right"/>
      </w:pPr>
      <w:r>
        <w:t>دیر فیلیرز ٹو ایلیمینیٹ ان جسٹس پریوینٹڈ دیم فرام لیونگ ود پیس آف مائنڈ ان دا ورلڈ۔</w:t>
      </w:r>
    </w:p>
    <w:p>
      <w:r>
        <w:rPr>
          <w:b/>
        </w:rPr>
        <w:t xml:space="preserve">[1:41:33] </w:t>
      </w:r>
      <w:r>
        <w:t>the truth is that what is termed injustice is actually a matter of misuse of freedom by man. god has granted freedom to man to put him to the test in this world. it is the misuse of freedom that creates all kinds of problems. we must accept this state of affairs as a part of the creation plan of god.</w:t>
      </w:r>
    </w:p>
    <w:p>
      <w:pPr>
        <w:jc w:val="right"/>
      </w:pPr>
      <w:r>
        <w:t>The truth is that what is termed injustice is actually a matter of misuse of freedom by man. God has granted freedom to man to put him to the test in this world. It is the misuse of freedom that creates all kinds of problems. We must accept this state of affairs as a part of the creation plan of God.</w:t>
      </w:r>
    </w:p>
    <w:p>
      <w:r>
        <w:rPr>
          <w:b/>
        </w:rPr>
        <w:t xml:space="preserve">[1:41:56] </w:t>
      </w:r>
      <w:r>
        <w:t>maulana, does this mean that we accept injustice as the creation plan of god and do nothing about it? we see someone hurting, abusing an innocent soul, and we mind our own business and do nothing to stop that injustice. would we not be accountable for inaction within our capacity at the day of judgment?</w:t>
      </w:r>
    </w:p>
    <w:p>
      <w:pPr>
        <w:jc w:val="right"/>
      </w:pPr>
      <w:r>
        <w:t>Maulana, does this mean that we accept injustice as the creation plan of God and do nothing about it? We see someone hurting, abusing an innocent soul, and we mind our own business and do nothing to stop that injustice. Would we not be accountable for inaction within our capacity at the day of judgment?</w:t>
      </w:r>
    </w:p>
    <w:p>
      <w:r>
        <w:rPr>
          <w:b/>
        </w:rPr>
        <w:t xml:space="preserve">[1:42:22] </w:t>
      </w:r>
      <w:r>
        <w:t>please comment. dekhiye, accountability aadmi Khuda ke samne hai, insaan ke samne nahin hai.</w:t>
      </w:r>
    </w:p>
    <w:p>
      <w:pPr>
        <w:jc w:val="right"/>
      </w:pPr>
      <w:r>
        <w:t>پلیز کمنٹ۔ دیکھیے، اکاؤنٹیبلٹی آدمی خدا کے سامنے ہے، انسان کے سامنے نہیں ہے۔</w:t>
      </w:r>
    </w:p>
    <w:p>
      <w:r>
        <w:rPr>
          <w:b/>
        </w:rPr>
        <w:t xml:space="preserve">[1:42:28] </w:t>
      </w:r>
      <w:r>
        <w:t>aap jhanda uthaye ke mujhe is se khatm karna hai to aap nahin kar payein.</w:t>
      </w:r>
    </w:p>
    <w:p>
      <w:pPr>
        <w:jc w:val="right"/>
      </w:pPr>
      <w:r>
        <w:t>آپ جھنڈا اٹھائے کہ مجھے اس سے ختم کرنا ہے تو آپ نہیں کر پائیں۔</w:t>
      </w:r>
    </w:p>
    <w:p>
      <w:r>
        <w:rPr>
          <w:b/>
        </w:rPr>
        <w:t xml:space="preserve">[1:42:35] </w:t>
      </w:r>
      <w:r>
        <w:t>yani insaan accountable hai bila shukwa, lekin Allah ke samne, hamare samne nahin.</w:t>
      </w:r>
    </w:p>
    <w:p>
      <w:pPr>
        <w:jc w:val="right"/>
      </w:pPr>
      <w:r>
        <w:t>یعنی انسان اکاؤنٹیبل ہے بلا شکوہ، لیکن اللہ کے سامنے، ہمارے سامنے نہیں۔</w:t>
      </w:r>
    </w:p>
    <w:p>
      <w:r>
        <w:rPr>
          <w:b/>
        </w:rPr>
        <w:t xml:space="preserve">[1:42:46] </w:t>
      </w:r>
      <w:r>
        <w:t>jo maine baat kahi hai, woh yeh hai ke chounke Allah ne di hai logon ko azadi,</w:t>
      </w:r>
    </w:p>
    <w:p>
      <w:pPr>
        <w:jc w:val="right"/>
      </w:pPr>
      <w:r>
        <w:t>جو میں نے بات کہی ہے، وہ یہ ہے کہ چونکہ اللہ نے دی ہے لوگوں کو آزادی،</w:t>
      </w:r>
    </w:p>
    <w:p>
      <w:r>
        <w:rPr>
          <w:b/>
        </w:rPr>
        <w:t xml:space="preserve">[1:42:53] </w:t>
      </w:r>
      <w:r>
        <w:t>to azadi mein yeh bhi shamil hai ke woh misuse kare ya proper use kare.</w:t>
      </w:r>
    </w:p>
    <w:p>
      <w:pPr>
        <w:jc w:val="right"/>
      </w:pPr>
      <w:r>
        <w:t>تو آزادی میں یہ بھی شامل ہے کہ وہ مس یوز کرے یا پراپر یوز کرے۔</w:t>
      </w:r>
    </w:p>
    <w:p>
      <w:r>
        <w:rPr>
          <w:b/>
        </w:rPr>
        <w:t xml:space="preserve">[1:42:57] </w:t>
      </w:r>
      <w:r>
        <w:t>iska apna right hai ke azadi ko proper use kare, misuse kare.</w:t>
      </w:r>
    </w:p>
    <w:p>
      <w:pPr>
        <w:jc w:val="right"/>
      </w:pPr>
      <w:r>
        <w:t>اس کا اپنا رائٹ ہے کہ آزادی کو پراپر یوز کرے، مس یوز کرے۔</w:t>
      </w:r>
    </w:p>
    <w:p>
      <w:r>
        <w:rPr>
          <w:b/>
        </w:rPr>
        <w:t xml:space="preserve">[1:43:04] </w:t>
      </w:r>
      <w:r>
        <w:t>yani Hazrat Umar jaise khaleefa ko qatal bhi kar sakta hai,</w:t>
      </w:r>
    </w:p>
    <w:p>
      <w:pPr>
        <w:jc w:val="right"/>
      </w:pPr>
      <w:r>
        <w:t>یعنی حضرت عمر جیسے خلیفہ کو قتل بھی کر سکتا ہے،</w:t>
      </w:r>
    </w:p>
    <w:p>
      <w:r>
        <w:rPr>
          <w:b/>
        </w:rPr>
        <w:t xml:space="preserve">[1:43:08] </w:t>
      </w:r>
      <w:r>
        <w:t>Allah unka haath nahin pakda.</w:t>
      </w:r>
    </w:p>
    <w:p>
      <w:pPr>
        <w:jc w:val="right"/>
      </w:pPr>
      <w:r>
        <w:t>اللہ ان کا ہاتھ نہیں پکڑا۔</w:t>
      </w:r>
    </w:p>
    <w:p>
      <w:r>
        <w:rPr>
          <w:b/>
        </w:rPr>
        <w:t xml:space="preserve">[1:43:10] </w:t>
      </w:r>
      <w:r>
        <w:t>jab ek shakhs hazrat umar ko qatl kar raha tha to allah farishta bhej kar hath pakad li ta,</w:t>
      </w:r>
    </w:p>
    <w:p>
      <w:pPr>
        <w:jc w:val="right"/>
      </w:pPr>
      <w:r>
        <w:t>جب ایک شخص حضرت عمر کو قتل کر رہا تھا تو اللہ فرشتہ بھیج کر ہاتھ پکڑ لیتا،</w:t>
      </w:r>
    </w:p>
    <w:p>
      <w:r>
        <w:rPr>
          <w:b/>
        </w:rPr>
        <w:t xml:space="preserve">[1:43:15] </w:t>
      </w:r>
      <w:r>
        <w:t>is ka hath pakad li ta.</w:t>
      </w:r>
    </w:p>
    <w:p>
      <w:pPr>
        <w:jc w:val="right"/>
      </w:pPr>
      <w:r>
        <w:t>اس کا ہاتھ پکڑ لیتا۔</w:t>
      </w:r>
    </w:p>
    <w:p>
      <w:r>
        <w:rPr>
          <w:b/>
        </w:rPr>
        <w:t xml:space="preserve">[1:43:18] </w:t>
      </w:r>
      <w:r>
        <w:t>hata ke peghambar</w:t>
      </w:r>
    </w:p>
    <w:p>
      <w:pPr>
        <w:jc w:val="right"/>
      </w:pPr>
      <w:r>
        <w:t>حتیٰ کہ پیغمبر</w:t>
      </w:r>
    </w:p>
    <w:p>
      <w:r>
        <w:rPr>
          <w:b/>
        </w:rPr>
        <w:t xml:space="preserve">[1:43:20] </w:t>
      </w:r>
      <w:r>
        <w:t>hazrat yahya peghambar the, un ko bhi qatl kiya</w:t>
      </w:r>
    </w:p>
    <w:p>
      <w:pPr>
        <w:jc w:val="right"/>
      </w:pPr>
      <w:r>
        <w:t>حضرت یحییٰ پیغمبر تھے، ان کو بھی قتل کیا</w:t>
      </w:r>
    </w:p>
    <w:p>
      <w:r>
        <w:rPr>
          <w:b/>
        </w:rPr>
        <w:t xml:space="preserve">[1:43:25] </w:t>
      </w:r>
      <w:r>
        <w:t>to wahan allah ne bheja nahi farishte ke is ka hath pakad lo, qatl na karne par.</w:t>
      </w:r>
    </w:p>
    <w:p>
      <w:pPr>
        <w:jc w:val="right"/>
      </w:pPr>
      <w:r>
        <w:t>تو وہاں اللہ نے بھیجا نہیں فرشتے کہ اس کا ہاتھ پکڑ لو، قتل نہ کرنے پر۔</w:t>
      </w:r>
    </w:p>
    <w:p>
      <w:r>
        <w:rPr>
          <w:b/>
        </w:rPr>
        <w:t xml:space="preserve">[1:43:32] </w:t>
      </w:r>
      <w:r>
        <w:t>dekhiye, insan ko allah ne azadi di hai to allah un ka hath pakadne wala nahi hai.</w:t>
      </w:r>
    </w:p>
    <w:p>
      <w:pPr>
        <w:jc w:val="right"/>
      </w:pPr>
      <w:r>
        <w:t>دیکھیے، انسان کو اللہ نے آزادی دی ہے تو اللہ ان کا ہاتھ پکڑنے والا نہیں ہے۔</w:t>
      </w:r>
    </w:p>
    <w:p>
      <w:r>
        <w:rPr>
          <w:b/>
        </w:rPr>
        <w:t xml:space="preserve">[1:43:38] </w:t>
      </w:r>
      <w:r>
        <w:t>aakhirat mein zaroor allah taala logon ko janche ga, jinho ne proper use kiya hai, un ko reward</w:t>
      </w:r>
    </w:p>
    <w:p>
      <w:pPr>
        <w:jc w:val="right"/>
      </w:pPr>
      <w:r>
        <w:t>آخرت میں ضرور اللہ تعالی لوگوں کو جانچے گا، جنہوں نے پراپر یوز کیا ہے، ان کو ریوارڈ</w:t>
      </w:r>
    </w:p>
    <w:p>
      <w:r>
        <w:rPr>
          <w:b/>
        </w:rPr>
        <w:t xml:space="preserve">[1:43:47] </w:t>
      </w:r>
      <w:r>
        <w:t>de ga, jinho ne misuse kiya,</w:t>
      </w:r>
    </w:p>
    <w:p>
      <w:pPr>
        <w:jc w:val="right"/>
      </w:pPr>
      <w:r>
        <w:t>دے گا، جنہوں نے مس یوز کیا،</w:t>
      </w:r>
    </w:p>
    <w:p>
      <w:r>
        <w:rPr>
          <w:b/>
        </w:rPr>
        <w:t xml:space="preserve">[1:43:49] </w:t>
      </w:r>
      <w:r>
        <w:t>un ko pakde ga.</w:t>
      </w:r>
    </w:p>
    <w:p>
      <w:pPr>
        <w:jc w:val="right"/>
      </w:pPr>
      <w:r>
        <w:t>ان کو پکڑے گا۔</w:t>
      </w:r>
    </w:p>
    <w:p>
      <w:r>
        <w:rPr>
          <w:b/>
        </w:rPr>
        <w:t xml:space="preserve">[1:43:51] </w:t>
      </w:r>
      <w:r>
        <w:t>duniya mein zaroor jhanda uthaen ke hamein in justice khatam karna hai,</w:t>
      </w:r>
    </w:p>
    <w:p>
      <w:pPr>
        <w:jc w:val="right"/>
      </w:pPr>
      <w:r>
        <w:t>دنیا میں ضرور جھنڈا اٹھائیں کہ ہمیں ان جسٹس ختم کرنا ہے،</w:t>
      </w:r>
    </w:p>
    <w:p>
      <w:r>
        <w:rPr>
          <w:b/>
        </w:rPr>
        <w:t xml:space="preserve">[1:43:56] </w:t>
      </w:r>
      <w:r>
        <w:t>yeh un ko koi right nahi hai aur na khatam bhi.</w:t>
      </w:r>
    </w:p>
    <w:p>
      <w:pPr>
        <w:jc w:val="right"/>
      </w:pPr>
      <w:r>
        <w:t>یہ ان کو کوئی رائٹ نہیں ہے اور نہ ختم بھی۔</w:t>
      </w:r>
    </w:p>
    <w:p>
      <w:r>
        <w:rPr>
          <w:b/>
        </w:rPr>
        <w:t xml:space="preserve">[1:44:00] </w:t>
      </w:r>
      <w:r>
        <w:t>tareekh mein kabhi koi khatam nahi kar saka,</w:t>
      </w:r>
    </w:p>
    <w:p>
      <w:pPr>
        <w:jc w:val="right"/>
      </w:pPr>
      <w:r>
        <w:t>تاریخ میں کبھی کوئی ختم نہیں کر سکا،</w:t>
      </w:r>
    </w:p>
    <w:p>
      <w:r>
        <w:rPr>
          <w:b/>
        </w:rPr>
        <w:t xml:space="preserve">[1:44:03] </w:t>
      </w:r>
      <w:r>
        <w:t>sirf in justice ke naam par uthe aur us ko aage phaila diya.</w:t>
      </w:r>
    </w:p>
    <w:p>
      <w:pPr>
        <w:jc w:val="right"/>
      </w:pPr>
      <w:r>
        <w:t>صرف ان جسٹس کے نام پر اٹھے اور اس کو آگے پھیلا دیا۔</w:t>
      </w:r>
    </w:p>
    <w:p>
      <w:r>
        <w:rPr>
          <w:b/>
        </w:rPr>
        <w:t xml:space="preserve">[1:44:08] </w:t>
      </w:r>
      <w:r>
        <w:t>jo log bhi khade hue hain in justice khatam karne ke liye, unho ne bohat sari justice burai</w:t>
      </w:r>
    </w:p>
    <w:p>
      <w:pPr>
        <w:jc w:val="right"/>
      </w:pPr>
      <w:r>
        <w:t>جو لوگ بھی کھڑے ہوئے ہیں ان جسٹس ختم کرنے کے لیے، انہوں نے بہت ساری جسٹس برائی</w:t>
      </w:r>
    </w:p>
    <w:p>
      <w:r>
        <w:rPr>
          <w:b/>
        </w:rPr>
        <w:t xml:space="preserve">[1:44:15] </w:t>
      </w:r>
      <w:r>
        <w:t>paida ki, chahe safar log hon ya muslim log hon.</w:t>
      </w:r>
    </w:p>
    <w:p>
      <w:pPr>
        <w:jc w:val="right"/>
      </w:pPr>
      <w:r>
        <w:t>پیدا کی، چاہے سفر لوگ ہوں یا مسلم لوگ ہوں۔</w:t>
      </w:r>
    </w:p>
    <w:p>
      <w:r>
        <w:rPr>
          <w:b/>
        </w:rPr>
        <w:t xml:space="preserve">[1:44:20] </w:t>
      </w:r>
      <w:r>
        <w:t>koi ek exception mujhe bata dijiye ke uthao in justice ko khatam karne ke naam par aur sach</w:t>
      </w:r>
    </w:p>
    <w:p>
      <w:pPr>
        <w:jc w:val="right"/>
      </w:pPr>
      <w:r>
        <w:t>کوئی ایک ایکسیپشن مجھے بتا دیجیے کہ اٹھاؤ ان جسٹس کو ختم کرنے کے نام پر اور سچ</w:t>
      </w:r>
    </w:p>
    <w:p>
      <w:r>
        <w:rPr>
          <w:b/>
        </w:rPr>
        <w:t xml:space="preserve">[1:44:25] </w:t>
      </w:r>
      <w:r>
        <w:t>chamach chor ne in justice khatam kar diya ho,</w:t>
      </w:r>
    </w:p>
    <w:p>
      <w:pPr>
        <w:jc w:val="right"/>
      </w:pPr>
      <w:r>
        <w:t>چمچ چور نے ان جسٹس ختم کر دیا ہو،</w:t>
      </w:r>
    </w:p>
    <w:p>
      <w:r>
        <w:rPr>
          <w:b/>
        </w:rPr>
        <w:t xml:space="preserve">[1:44:29] </w:t>
      </w:r>
      <w:r>
        <w:t>aur koi hai nahi, koi insan talib nahi hai.</w:t>
      </w:r>
    </w:p>
    <w:p>
      <w:pPr>
        <w:jc w:val="right"/>
      </w:pPr>
      <w:r>
        <w:t>اور کوئی ہے نہیں، کوئی انسان طالب نہیں ہے۔</w:t>
      </w:r>
    </w:p>
    <w:p>
      <w:r>
        <w:rPr>
          <w:b/>
        </w:rPr>
        <w:t xml:space="preserve">[1:44:34] </w:t>
      </w:r>
      <w:r>
        <w:t>to jo cheez jo allah ke domain ki cheez hai, us ko insan apne domain mein laye, to</w:t>
      </w:r>
    </w:p>
    <w:p>
      <w:pPr>
        <w:jc w:val="right"/>
      </w:pPr>
      <w:r>
        <w:t>تو جو چیز جو اللہ کے ڈومین کی چیز ہے، اس کو انسان اپنے ڈومین میں لائے، تو</w:t>
      </w:r>
    </w:p>
    <w:p>
      <w:r>
        <w:rPr>
          <w:b/>
        </w:rPr>
        <w:t xml:space="preserve">[1:44:40] </w:t>
      </w:r>
      <w:r>
        <w:t>yeh possible hi nahi hai.</w:t>
      </w:r>
    </w:p>
    <w:p>
      <w:pPr>
        <w:jc w:val="right"/>
      </w:pPr>
      <w:r>
        <w:t>یہ پاسیبل ہی نہیں ہے۔</w:t>
      </w:r>
    </w:p>
    <w:p>
      <w:r>
        <w:rPr>
          <w:b/>
        </w:rPr>
        <w:t xml:space="preserve">[1:44:44] </w:t>
      </w:r>
      <w:r>
        <w:t>Okay, so before we end the session, there are two announcements.</w:t>
      </w:r>
    </w:p>
    <w:p>
      <w:pPr>
        <w:jc w:val="right"/>
      </w:pPr>
      <w:r>
        <w:t>اوکے، سو بیفور وی اینڈ دی سیشن، دیر ار ٹو اناؤنسمنٹس۔</w:t>
      </w:r>
    </w:p>
    <w:p>
      <w:r>
        <w:rPr>
          <w:b/>
        </w:rPr>
        <w:t xml:space="preserve">[1:44:50] </w:t>
      </w:r>
      <w:r>
        <w:t>Firstly, next week which is Sunday, we will be having short session of Maulana Sahab, because there is</w:t>
      </w:r>
    </w:p>
    <w:p>
      <w:pPr>
        <w:jc w:val="right"/>
      </w:pPr>
      <w:r>
        <w:t>فرسٹلی، نیکسٹ ویک وچ از سنڈے، وی ویل بی ہیونگ شارٹ سیشن اف مولانا صاحب، بیکاز دیر از</w:t>
      </w:r>
    </w:p>
    <w:p>
      <w:r>
        <w:rPr>
          <w:b/>
        </w:rPr>
        <w:t xml:space="preserve">[1:44:58] </w:t>
      </w:r>
      <w:r>
        <w:t>program at India Habitat Centre, which is being organized by Life Positive.</w:t>
      </w:r>
    </w:p>
    <w:p>
      <w:pPr>
        <w:jc w:val="right"/>
      </w:pPr>
      <w:r>
        <w:t>پروگرام ایٹ انڈیا ہیبیلٹ سینٹر، وچ از بینگ ارگنائز بائی لائف پوزیٹیو۔</w:t>
      </w:r>
    </w:p>
    <w:p>
      <w:r>
        <w:rPr>
          <w:b/>
        </w:rPr>
        <w:t xml:space="preserve">[1:45:04] </w:t>
      </w:r>
      <w:r>
        <w:t>And Maulana would be in panel along with the editor and chief of Life Positive, Ms. Soma Varghese.</w:t>
      </w:r>
    </w:p>
    <w:p>
      <w:pPr>
        <w:jc w:val="right"/>
      </w:pPr>
      <w:r>
        <w:t>اینڈ مولانا وڈ بی ان پینل الونگ ود دی ایڈیٹر اینڈ چیف اف لائف پوزیٹیو، مس سوما ورگس</w:t>
      </w:r>
    </w:p>
    <w:p>
      <w:r>
        <w:rPr>
          <w:b/>
        </w:rPr>
        <w:t xml:space="preserve">[1:45:12] </w:t>
      </w:r>
      <w:r>
        <w:t>and dr karan singh.</w:t>
      </w:r>
    </w:p>
    <w:p>
      <w:pPr>
        <w:jc w:val="right"/>
      </w:pPr>
      <w:r>
        <w:t>اینڈ ڈاکٹر کرن سنگھ۔</w:t>
      </w:r>
    </w:p>
    <w:p>
      <w:r>
        <w:rPr>
          <w:b/>
        </w:rPr>
        <w:t xml:space="preserve">[1:45:14] </w:t>
      </w:r>
      <w:r>
        <w:t>So at 11 o'clock, we would be moving from here to India Habitat Centre at Jacaranda Hall,</w:t>
      </w:r>
    </w:p>
    <w:p>
      <w:pPr>
        <w:jc w:val="right"/>
      </w:pPr>
      <w:r>
        <w:t>سو ایٹ الیون او کلاک، وی وڈ بی موونگ فرام ہیر ٹو انڈیا ہیبلیٹ سینٹر ایٹ جکرندہ ہال،</w:t>
      </w:r>
    </w:p>
    <w:p>
      <w:r>
        <w:rPr>
          <w:b/>
        </w:rPr>
        <w:t xml:space="preserve">[1:45:21] </w:t>
      </w:r>
      <w:r>
        <w:t>And all of you can join us in Maulana's session next Sunday.</w:t>
      </w:r>
    </w:p>
    <w:p>
      <w:pPr>
        <w:jc w:val="right"/>
      </w:pPr>
      <w:r>
        <w:t>اینڈ ال اف یو کین جوائن اس ان مولانا سیشن نیکسٹ سنڈے۔</w:t>
      </w:r>
    </w:p>
    <w:p>
      <w:r>
        <w:rPr>
          <w:b/>
        </w:rPr>
        <w:t xml:space="preserve">[1:45:26] </w:t>
      </w:r>
      <w:r>
        <w:t>And the second important announcement is that, as you all know, that CPS has been launching</w:t>
      </w:r>
    </w:p>
    <w:p>
      <w:pPr>
        <w:jc w:val="right"/>
      </w:pPr>
      <w:r>
        <w:t>اینڈ دا سیکنڈ امپورٹنٹ اناؤنسمنٹ از دیٹ، ایز یو آل نو، دیٹ سی پی ایس ہیز بین لانچنگ</w:t>
      </w:r>
    </w:p>
    <w:p>
      <w:r>
        <w:rPr>
          <w:b/>
        </w:rPr>
        <w:t xml:space="preserve">[1:45:32] </w:t>
      </w:r>
      <w:r>
        <w:t>new initiatives on continuous basis.</w:t>
      </w:r>
    </w:p>
    <w:p>
      <w:pPr>
        <w:jc w:val="right"/>
      </w:pPr>
      <w:r>
        <w:t>نیو انیشیٹیوز ان کنٹینیوس بیسز۔</w:t>
      </w:r>
    </w:p>
    <w:p>
      <w:r>
        <w:rPr>
          <w:b/>
        </w:rPr>
        <w:t xml:space="preserve">[1:45:35] </w:t>
      </w:r>
      <w:r>
        <w:t>So with the blessings of God Almighty, we would be launching Wahiduddin Khan Foundation on April 2nd.</w:t>
      </w:r>
    </w:p>
    <w:p>
      <w:pPr>
        <w:jc w:val="right"/>
      </w:pPr>
      <w:r>
        <w:t>سو ود دی بلیسنگز اف گاڈ المائٹی، وی وڈ بی لانچنگ وحید الدین خان فاؤنڈیشن ان اپریل سیکنڈ</w:t>
      </w:r>
    </w:p>
    <w:p>
      <w:r>
        <w:rPr>
          <w:b/>
        </w:rPr>
        <w:t xml:space="preserve">[1:45:44] </w:t>
      </w:r>
      <w:r>
        <w:t>at five pm at c 29.</w:t>
      </w:r>
    </w:p>
    <w:p>
      <w:pPr>
        <w:jc w:val="right"/>
      </w:pPr>
      <w:r>
        <w:t>ایٹ فائیو پی ایم ایٹ سی 29۔</w:t>
      </w:r>
    </w:p>
    <w:p>
      <w:r>
        <w:rPr>
          <w:b/>
        </w:rPr>
        <w:t xml:space="preserve">[1:45:47] </w:t>
      </w:r>
      <w:r>
        <w:t>Maulana would be addressing everyone. We would be streaming this talk, and daily team can join.</w:t>
      </w:r>
    </w:p>
    <w:p>
      <w:pPr>
        <w:jc w:val="right"/>
      </w:pPr>
      <w:r>
        <w:t>مولانا وڈ بی ایڈریسنگ ایوری ون، وی وڈ بی یو سٹریمنگ دس ٹاک، اینڈ ڈیلی ٹیم کین جوائن</w:t>
      </w:r>
    </w:p>
    <w:p>
      <w:r>
        <w:rPr>
          <w:b/>
        </w:rPr>
        <w:t xml:space="preserve">[1:45:52] </w:t>
      </w:r>
      <w:r>
        <w:t>is c 29 at five pm.</w:t>
      </w:r>
    </w:p>
    <w:p>
      <w:pPr>
        <w:jc w:val="right"/>
      </w:pPr>
      <w:r>
        <w:t>اس ایٹ سی 29 ایٹ فائیو پی ایم۔</w:t>
      </w:r>
    </w:p>
    <w:p>
      <w:r>
        <w:rPr>
          <w:b/>
        </w:rPr>
        <w:t xml:space="preserve">[1:45:56] </w:t>
      </w:r>
      <w:r>
        <w:t>So we would end the session, and in the end, I would request Maulana Sahab to do dua.</w:t>
      </w:r>
    </w:p>
    <w:p>
      <w:pPr>
        <w:jc w:val="right"/>
      </w:pPr>
      <w:r>
        <w:t>سو وی وڈ اینڈ دی سیشن، اینڈ ان دی اینڈ، ائی وڈ ریکویسٹ مولانا صاحب ٹو ڈو دعا</w:t>
      </w:r>
    </w:p>
    <w:p>
      <w:r>
        <w:rPr>
          <w:b/>
        </w:rPr>
        <w:t xml:space="preserve">[1:46:02] </w:t>
      </w:r>
      <w:r>
        <w:t>for everyone, especially for all the da'is who gathered at Lahore, and are watching this program right</w:t>
      </w:r>
    </w:p>
    <w:p>
      <w:pPr>
        <w:jc w:val="right"/>
      </w:pPr>
      <w:r>
        <w:t>فار ایوری ون، اسپیشلی فار ال دی دائیز ہو گیدرڈ ایٹ لاہور، اینڈ ار واچنگ دس پروگرام رائٹ</w:t>
      </w:r>
    </w:p>
    <w:p>
      <w:r>
        <w:rPr>
          <w:b/>
        </w:rPr>
        <w:t xml:space="preserve">[1:46:10] </w:t>
      </w:r>
      <w:r>
        <w:t>now.</w:t>
      </w:r>
    </w:p>
    <w:p>
      <w:pPr>
        <w:jc w:val="right"/>
      </w:pPr>
      <w:r>
        <w:t>ناؤ۔</w:t>
      </w:r>
    </w:p>
    <w:p>
      <w:r>
        <w:rPr>
          <w:b/>
        </w:rPr>
        <w:t xml:space="preserve">[1:46:12] </w:t>
      </w:r>
      <w:r>
        <w:t>jo log aaj baat ko sun rahe hain aap yahan Delhi mein ya Delhi ke bahar mein in sab ke liye dua karta hoon Allah taala in ko raton ko sonh kar chalne ki tofeeq de in ko dunya mein apni rehmat se nawaze aur akhirat mein in ko jannat ka inaam de rabana atina fi al-dunya hasanah wa fi al-akhira hasanah waqina adhab al-nar rabana taqabbal minna innaka anta al-samiy al-alim wa ashhad annaka anta al-tawwab al-rahim wa salla Allahu taala ala khayri khalqi Muhammadin wa alihi wa ashhabihi ajmaiyina wa rahmatullahi al-kamila.</w:t>
      </w:r>
    </w:p>
    <w:p>
      <w:pPr>
        <w:jc w:val="right"/>
      </w:pPr>
      <w:r>
        <w:t>جو لوگ آج بات کو سن رہے ہیں آپ یہاں دہلی میں یا دہلی کے باہر میں ان سب کے لیے دعا کرتا ہوں اللہ تعالیٰ ان کو راتوں کو سونگھ کر چلنے کی توفیق دے ان کو دنیا میں اپنی رحمت سے نوازے اور آخرت میں ان کو جنت کا انعام دے ربنا آتنا فی الدنیا حسنہ وفی الآخرة حسنہ وقنا العذاب الرجیم ربنا تقبل منا انک انت السرور العلیم واشہد انک انت التواب الرحیم وصلی اللہ تعالی علی خیر الخلق محمد والہ واصحابہ اجمعین ورحمۃ اللہ الکاملہ.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