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Problem and Shukr March 15, 2015</w:t>
      </w:r>
    </w:p>
    <w:p>
      <w:r>
        <w:t>https://www.youtube.com/watch?v=O4gfXHtntcc</w:t>
      </w:r>
    </w:p>
    <w:p>
      <w:r>
        <w:rPr>
          <w:b/>
        </w:rPr>
        <w:t xml:space="preserve">[00:21] </w:t>
      </w:r>
      <w:r>
        <w:t>bismillah rahman rahim,</w:t>
      </w:r>
    </w:p>
    <w:p>
      <w:pPr>
        <w:jc w:val="right"/>
      </w:pPr>
      <w:r>
        <w:t>بسم اللہ الرحمن الرحیم،</w:t>
      </w:r>
    </w:p>
    <w:p>
      <w:r>
        <w:rPr>
          <w:b/>
        </w:rPr>
        <w:t xml:space="preserve">[00:25] </w:t>
      </w:r>
      <w:r>
        <w:t>wasallallahu ala nabiyyil kareem.</w:t>
      </w:r>
    </w:p>
    <w:p>
      <w:pPr>
        <w:jc w:val="right"/>
      </w:pPr>
      <w:r>
        <w:t>وصلی اللہ علی النبی الکریم۔</w:t>
      </w:r>
    </w:p>
    <w:p>
      <w:r>
        <w:rPr>
          <w:b/>
        </w:rPr>
        <w:t xml:space="preserve">[00:29] </w:t>
      </w:r>
      <w:r>
        <w:t>rab ishrah li sadri,</w:t>
      </w:r>
    </w:p>
    <w:p>
      <w:pPr>
        <w:jc w:val="right"/>
      </w:pPr>
      <w:r>
        <w:t>رب اشرح لی صدری،</w:t>
      </w:r>
    </w:p>
    <w:p>
      <w:r>
        <w:rPr>
          <w:b/>
        </w:rPr>
        <w:t xml:space="preserve">[00:32] </w:t>
      </w:r>
      <w:r>
        <w:t>wa yassir li amri,</w:t>
      </w:r>
    </w:p>
    <w:p>
      <w:pPr>
        <w:jc w:val="right"/>
      </w:pPr>
      <w:r>
        <w:t>ویسر لی امری،</w:t>
      </w:r>
    </w:p>
    <w:p>
      <w:r>
        <w:rPr>
          <w:b/>
        </w:rPr>
        <w:t xml:space="preserve">[00:35] </w:t>
      </w:r>
      <w:r>
        <w:t>wah lul uqdata min lisani</w:t>
      </w:r>
    </w:p>
    <w:p>
      <w:pPr>
        <w:jc w:val="right"/>
      </w:pPr>
      <w:r>
        <w:t>واحل العقدۃ من لسانی</w:t>
      </w:r>
    </w:p>
    <w:p>
      <w:r>
        <w:rPr>
          <w:b/>
        </w:rPr>
        <w:t xml:space="preserve">[00:38] </w:t>
      </w:r>
      <w:r>
        <w:t>yafqa qawli. 15 March 2015.</w:t>
      </w:r>
    </w:p>
    <w:p>
      <w:pPr>
        <w:jc w:val="right"/>
      </w:pPr>
      <w:r>
        <w:t>یفقہ قولی۔ 15 مارچ 2015۔</w:t>
      </w:r>
    </w:p>
    <w:p>
      <w:r>
        <w:rPr>
          <w:b/>
        </w:rPr>
        <w:t xml:space="preserve">[00:47] </w:t>
      </w:r>
      <w:r>
        <w:t>mein bohat din se quran ki do ayaton par</w:t>
      </w:r>
    </w:p>
    <w:p>
      <w:pPr>
        <w:jc w:val="right"/>
      </w:pPr>
      <w:r>
        <w:t>میں بہت دن سے قرآن کی دو آیتوں پر</w:t>
      </w:r>
    </w:p>
    <w:p>
      <w:r>
        <w:rPr>
          <w:b/>
        </w:rPr>
        <w:t xml:space="preserve">[00:52] </w:t>
      </w:r>
      <w:r>
        <w:t>soch raha tha,</w:t>
      </w:r>
    </w:p>
    <w:p>
      <w:pPr>
        <w:jc w:val="right"/>
      </w:pPr>
      <w:r>
        <w:t>سوچ رہا تھا،</w:t>
      </w:r>
    </w:p>
    <w:p>
      <w:r>
        <w:rPr>
          <w:b/>
        </w:rPr>
        <w:t xml:space="preserve">[00:55] </w:t>
      </w:r>
      <w:r>
        <w:t>bohat din se.</w:t>
      </w:r>
    </w:p>
    <w:p>
      <w:pPr>
        <w:jc w:val="right"/>
      </w:pPr>
      <w:r>
        <w:t>بہت دن سے۔</w:t>
      </w:r>
    </w:p>
    <w:p>
      <w:r>
        <w:rPr>
          <w:b/>
        </w:rPr>
        <w:t xml:space="preserve">[00:58] </w:t>
      </w:r>
      <w:r>
        <w:t>to is ke bare mein kuch baat meri samajh mein aayi hai, wo aaj mein kehna chahta hoon.</w:t>
      </w:r>
    </w:p>
    <w:p>
      <w:pPr>
        <w:jc w:val="right"/>
      </w:pPr>
      <w:r>
        <w:t>تو اس کے بارے میں کچھ بات میری سمجھ میں آئی ہے، وہ آج میں کہنا چاہتا ہوں۔</w:t>
      </w:r>
    </w:p>
    <w:p>
      <w:r>
        <w:rPr>
          <w:b/>
        </w:rPr>
        <w:t xml:space="preserve">[01:06] </w:t>
      </w:r>
      <w:r>
        <w:t>dekhiye, quran ki</w:t>
      </w:r>
    </w:p>
    <w:p>
      <w:pPr>
        <w:jc w:val="right"/>
      </w:pPr>
      <w:r>
        <w:t>دیکھیے، قرآن کی</w:t>
      </w:r>
    </w:p>
    <w:p>
      <w:r>
        <w:rPr>
          <w:b/>
        </w:rPr>
        <w:t xml:space="preserve">[01:10] </w:t>
      </w:r>
      <w:r>
        <w:t>pehli ayat yeh hai: "Alhamdu lillahi Rabbil alameen".</w:t>
      </w:r>
    </w:p>
    <w:p>
      <w:pPr>
        <w:jc w:val="right"/>
      </w:pPr>
      <w:r>
        <w:t>پہلی آیت یہ ہے: "الحمد للہ رب العالمین"۔</w:t>
      </w:r>
    </w:p>
    <w:p>
      <w:r>
        <w:rPr>
          <w:b/>
        </w:rPr>
        <w:t xml:space="preserve">[01:19] </w:t>
      </w:r>
      <w:r>
        <w:t>hamd ke maani hote hain shukr.</w:t>
      </w:r>
    </w:p>
    <w:p>
      <w:pPr>
        <w:jc w:val="right"/>
      </w:pPr>
      <w:r>
        <w:t>حمد کے معنی ہوتے ہیں شکر۔</w:t>
      </w:r>
    </w:p>
    <w:p>
      <w:r>
        <w:rPr>
          <w:b/>
        </w:rPr>
        <w:t xml:space="preserve">[01:21] </w:t>
      </w:r>
      <w:r>
        <w:t>haqeeqat hamd ki haqeeqat shukr hai, pareshani nahi hai.</w:t>
      </w:r>
    </w:p>
    <w:p>
      <w:pPr>
        <w:jc w:val="right"/>
      </w:pPr>
      <w:r>
        <w:t>حقیقت حمد کی حقیقت شکر ہے، پریز نہیں ہے۔</w:t>
      </w:r>
    </w:p>
    <w:p>
      <w:r>
        <w:rPr>
          <w:b/>
        </w:rPr>
        <w:t xml:space="preserve">[01:29] </w:t>
      </w:r>
      <w:r>
        <w:t>to "Alhamdu lillahi Rabbil alameen" ka matlab hai: Ash-shukru lillahi Rabbil alameen.</w:t>
      </w:r>
    </w:p>
    <w:p>
      <w:pPr>
        <w:jc w:val="right"/>
      </w:pPr>
      <w:r>
        <w:t>تو "الحمد للہ رب العالمین" کا مطلب ہے: الشکر للہ رب العالمین۔</w:t>
      </w:r>
    </w:p>
    <w:p>
      <w:r>
        <w:rPr>
          <w:b/>
        </w:rPr>
        <w:t xml:space="preserve">[01:38] </w:t>
      </w:r>
      <w:r>
        <w:t>to shukr aap karte hain kab? jab aap ko</w:t>
      </w:r>
    </w:p>
    <w:p>
      <w:pPr>
        <w:jc w:val="right"/>
      </w:pPr>
      <w:r>
        <w:t>تو شکر آپ کرتے ہیں کب؟ جب آپ کو</w:t>
      </w:r>
    </w:p>
    <w:p>
      <w:r>
        <w:rPr>
          <w:b/>
        </w:rPr>
        <w:t xml:space="preserve">[01:43] </w:t>
      </w:r>
      <w:r>
        <w:t>comfortable life ho, sab cheez aap ki durust ho,</w:t>
      </w:r>
    </w:p>
    <w:p>
      <w:pPr>
        <w:jc w:val="right"/>
      </w:pPr>
      <w:r>
        <w:t>کمفرٹبل لائف ہو، سب چیز آپ کی درست ہو،</w:t>
      </w:r>
    </w:p>
    <w:p>
      <w:r>
        <w:rPr>
          <w:b/>
        </w:rPr>
        <w:t xml:space="preserve">[01:49] </w:t>
      </w:r>
      <w:r>
        <w:t>koi masla aap ko pareshan na kar raha ho.</w:t>
      </w:r>
    </w:p>
    <w:p>
      <w:pPr>
        <w:jc w:val="right"/>
      </w:pPr>
      <w:r>
        <w:t>کوئی مسئلہ آپ کو پریشان نہ کر رہا ہو۔</w:t>
      </w:r>
    </w:p>
    <w:p>
      <w:r>
        <w:rPr>
          <w:b/>
        </w:rPr>
        <w:t xml:space="preserve">[01:53] </w:t>
      </w:r>
      <w:r>
        <w:t>tab aap kehte hain ke Allah ka shukr hai.</w:t>
      </w:r>
    </w:p>
    <w:p>
      <w:pPr>
        <w:jc w:val="right"/>
      </w:pPr>
      <w:r>
        <w:t>تب آپ کہتے ہیں کہ اللہ کا شکر ہے۔</w:t>
      </w:r>
    </w:p>
    <w:p>
      <w:r>
        <w:rPr>
          <w:b/>
        </w:rPr>
        <w:t xml:space="preserve">[01:57] </w:t>
      </w:r>
      <w:r>
        <w:t>lekin dekhiye, doosri taraf isi quran mein</w:t>
      </w:r>
    </w:p>
    <w:p>
      <w:pPr>
        <w:jc w:val="right"/>
      </w:pPr>
      <w:r>
        <w:t>لیکن دیکھیے، دوسری طرف اسی قرآن میں</w:t>
      </w:r>
    </w:p>
    <w:p>
      <w:r>
        <w:rPr>
          <w:b/>
        </w:rPr>
        <w:t xml:space="preserve">[02:01] </w:t>
      </w:r>
      <w:r>
        <w:t>yeh ayat bhi hai ke "Laqad khalaqnal insana fi qabad".</w:t>
      </w:r>
    </w:p>
    <w:p>
      <w:pPr>
        <w:jc w:val="right"/>
      </w:pPr>
      <w:r>
        <w:t>یہ آیت بھی ہے کہ "لقد خلقنا الإنسان فی قبد"۔</w:t>
      </w:r>
    </w:p>
    <w:p>
      <w:r>
        <w:rPr>
          <w:b/>
        </w:rPr>
        <w:t xml:space="preserve">[02:08] </w:t>
      </w:r>
      <w:r>
        <w:t>insan ko paida kiya hai hum ne qabad mein.</w:t>
      </w:r>
    </w:p>
    <w:p>
      <w:pPr>
        <w:jc w:val="right"/>
      </w:pPr>
      <w:r>
        <w:t>انسان کو پیدا کیا ہے ہم نے قبد میں۔</w:t>
      </w:r>
    </w:p>
    <w:p>
      <w:r>
        <w:rPr>
          <w:b/>
        </w:rPr>
        <w:t xml:space="preserve">[02:12] </w:t>
      </w:r>
      <w:r>
        <w:t>qabad ka matlab hota hai problem.</w:t>
      </w:r>
    </w:p>
    <w:p>
      <w:pPr>
        <w:jc w:val="right"/>
      </w:pPr>
      <w:r>
        <w:t>قبد کا مطلب ہوتا ہے پرابلم۔</w:t>
      </w:r>
    </w:p>
    <w:p>
      <w:r>
        <w:rPr>
          <w:b/>
        </w:rPr>
        <w:t xml:space="preserve">[02:17] </w:t>
      </w:r>
      <w:r>
        <w:t>to ek aitbaar se dunya dar-ush-shukr hai, aur doosre aitbaar se dunya dar-ul-qabad hai.</w:t>
      </w:r>
    </w:p>
    <w:p>
      <w:pPr>
        <w:jc w:val="right"/>
      </w:pPr>
      <w:r>
        <w:t>تو ایک اعتبار سے دنیا دارالشکر ہے، اور دوسرے اعتبار سے دنیا دارالقبض ہے۔</w:t>
      </w:r>
    </w:p>
    <w:p>
      <w:r>
        <w:rPr>
          <w:b/>
        </w:rPr>
        <w:t xml:space="preserve">[02:25] </w:t>
      </w:r>
      <w:r>
        <w:t>اب دیکھیے، دو contradictory باتیں ہیں۔</w:t>
      </w:r>
    </w:p>
    <w:p>
      <w:pPr>
        <w:jc w:val="right"/>
      </w:pPr>
      <w:r>
        <w:t>اب دیکھیے، دو کنٹراڈکٹری باتیں ہیں۔</w:t>
      </w:r>
    </w:p>
    <w:p>
      <w:r>
        <w:rPr>
          <w:b/>
        </w:rPr>
        <w:t xml:space="preserve">[02:30] </w:t>
      </w:r>
      <w:r>
        <w:t>jab dunya dar-ul-qabad ho, yani problem ho, mushaqqat ho, to shukr kaise karenge aap?</w:t>
      </w:r>
    </w:p>
    <w:p>
      <w:pPr>
        <w:jc w:val="right"/>
      </w:pPr>
      <w:r>
        <w:t>جب دنیا دارالقبض ہو، یعنی پرابلم ہو، مشقت ہو، تو شکر کیسے کریں گے آپ؟</w:t>
      </w:r>
    </w:p>
    <w:p>
      <w:r>
        <w:rPr>
          <w:b/>
        </w:rPr>
        <w:t xml:space="preserve">[02:40] </w:t>
      </w:r>
      <w:r>
        <w:t>bilkul contradictory soorat-e-haal hai yeh.</w:t>
      </w:r>
    </w:p>
    <w:p>
      <w:pPr>
        <w:jc w:val="right"/>
      </w:pPr>
      <w:r>
        <w:t>بالکل کنٹراڈکٹری صورتحال ہے یہ۔</w:t>
      </w:r>
    </w:p>
    <w:p>
      <w:r>
        <w:rPr>
          <w:b/>
        </w:rPr>
        <w:t xml:space="preserve">[02:43] </w:t>
      </w:r>
      <w:r>
        <w:t>ke ek taraf</w:t>
      </w:r>
    </w:p>
    <w:p>
      <w:pPr>
        <w:jc w:val="right"/>
      </w:pPr>
      <w:r>
        <w:t>کہ ایک طرف</w:t>
      </w:r>
    </w:p>
    <w:p>
      <w:r>
        <w:rPr>
          <w:b/>
        </w:rPr>
        <w:t xml:space="preserve">[02:46] </w:t>
      </w:r>
      <w:r>
        <w:t>quran yeh kehta hai ke tum shukr ke nafsiyat mein jio,</w:t>
      </w:r>
    </w:p>
    <w:p>
      <w:pPr>
        <w:jc w:val="right"/>
      </w:pPr>
      <w:r>
        <w:t>قرآن یہ کہتا ہے کہ تم شکر کے نفسیات میں جیو،</w:t>
      </w:r>
    </w:p>
    <w:p>
      <w:r>
        <w:rPr>
          <w:b/>
        </w:rPr>
        <w:t xml:space="preserve">[02:53] </w:t>
      </w:r>
      <w:r>
        <w:t>shukr karte hue dunya mein raho,</w:t>
      </w:r>
    </w:p>
    <w:p>
      <w:pPr>
        <w:jc w:val="right"/>
      </w:pPr>
      <w:r>
        <w:t>شکر کرتے ہوئے دنیا میں رہو،</w:t>
      </w:r>
    </w:p>
    <w:p>
      <w:r>
        <w:rPr>
          <w:b/>
        </w:rPr>
        <w:t xml:space="preserve">[02:57] </w:t>
      </w:r>
      <w:r>
        <w:t>shukr ke ehsas mein tumhari subah shaam guzren.</w:t>
      </w:r>
    </w:p>
    <w:p>
      <w:pPr>
        <w:jc w:val="right"/>
      </w:pPr>
      <w:r>
        <w:t>شکر کے احساس میں تمہاری صبح شام گزریں۔</w:t>
      </w:r>
    </w:p>
    <w:p>
      <w:r>
        <w:rPr>
          <w:b/>
        </w:rPr>
        <w:t xml:space="preserve">[03:00] </w:t>
      </w:r>
      <w:r>
        <w:t>ek taraf yeh kehta hai.</w:t>
      </w:r>
    </w:p>
    <w:p>
      <w:pPr>
        <w:jc w:val="right"/>
      </w:pPr>
      <w:r>
        <w:t>ایک طرف یہ کہتا ہے۔</w:t>
      </w:r>
    </w:p>
    <w:p>
      <w:r>
        <w:rPr>
          <w:b/>
        </w:rPr>
        <w:t xml:space="preserve">[03:02] </w:t>
      </w:r>
      <w:r>
        <w:t>dusri taraf wahi quran yeh kehta hai ke dunya jo hai tumhare liye mashaqqat ka</w:t>
      </w:r>
    </w:p>
    <w:p>
      <w:pPr>
        <w:jc w:val="right"/>
      </w:pPr>
      <w:r>
        <w:t>دوسری طرف وہی قرآن یہ کہتا ہے کہ دنیا جو ہے تمہارے لیے مشقت کا</w:t>
      </w:r>
    </w:p>
    <w:p>
      <w:r>
        <w:rPr>
          <w:b/>
        </w:rPr>
        <w:t xml:space="preserve">[03:08] </w:t>
      </w:r>
      <w:r>
        <w:t>alam hai, masla, problem ki jagah hai.</w:t>
      </w:r>
    </w:p>
    <w:p>
      <w:pPr>
        <w:jc w:val="right"/>
      </w:pPr>
      <w:r>
        <w:t>عالم ہے، مسئلہ، پرابلم کی جگہ ہے۔</w:t>
      </w:r>
    </w:p>
    <w:p>
      <w:r>
        <w:rPr>
          <w:b/>
        </w:rPr>
        <w:t xml:space="preserve">[03:14] </w:t>
      </w:r>
      <w:r>
        <w:t>to kaise shukr karega aadmi?</w:t>
      </w:r>
    </w:p>
    <w:p>
      <w:pPr>
        <w:jc w:val="right"/>
      </w:pPr>
      <w:r>
        <w:t>تو کیسے شکر کرے گا آدمی؟</w:t>
      </w:r>
    </w:p>
    <w:p>
      <w:r>
        <w:rPr>
          <w:b/>
        </w:rPr>
        <w:t xml:space="preserve">[03:18] </w:t>
      </w:r>
      <w:r>
        <w:t>yeh ek bahut bada sawal tha mere zehen mein.</w:t>
      </w:r>
    </w:p>
    <w:p>
      <w:pPr>
        <w:jc w:val="right"/>
      </w:pPr>
      <w:r>
        <w:t>یہ ایک بہت بڑا سوال تھا میرے ذہن میں۔</w:t>
      </w:r>
    </w:p>
    <w:p>
      <w:r>
        <w:rPr>
          <w:b/>
        </w:rPr>
        <w:t xml:space="preserve">[03:22] </w:t>
      </w:r>
      <w:r>
        <w:t>to Allah ke fazl se aaj hi subah ko mujhe iska jawab mila.</w:t>
      </w:r>
    </w:p>
    <w:p>
      <w:pPr>
        <w:jc w:val="right"/>
      </w:pPr>
      <w:r>
        <w:t>تو اللہ کے فضل سے آج ہی صبح کو مجھے اس کا جواب ملا۔</w:t>
      </w:r>
    </w:p>
    <w:p>
      <w:r>
        <w:rPr>
          <w:b/>
        </w:rPr>
        <w:t xml:space="preserve">[03:27] </w:t>
      </w:r>
      <w:r>
        <w:t>وہ جواب یہ ہے کہ انسان کو دنیا میں دو different</w:t>
      </w:r>
    </w:p>
    <w:p>
      <w:pPr>
        <w:jc w:val="right"/>
      </w:pPr>
      <w:r>
        <w:t>وہ جواب یہ ہے کہ انسان کو دنیا میں دو ڈفرنٹ</w:t>
      </w:r>
    </w:p>
    <w:p>
      <w:r>
        <w:rPr>
          <w:b/>
        </w:rPr>
        <w:t xml:space="preserve">[03:34] </w:t>
      </w:r>
      <w:r>
        <w:t>pehluon ke darmiyan rehna padta hai.</w:t>
      </w:r>
    </w:p>
    <w:p>
      <w:pPr>
        <w:jc w:val="right"/>
      </w:pPr>
      <w:r>
        <w:t>پہلوؤں کے درمیان رہنا پڑتا ہے۔</w:t>
      </w:r>
    </w:p>
    <w:p>
      <w:r>
        <w:rPr>
          <w:b/>
        </w:rPr>
        <w:t xml:space="preserve">[03:37] </w:t>
      </w:r>
      <w:r>
        <w:t>ek taraf yeh ke Allah ke muqable mein iska response kya ho,</w:t>
      </w:r>
    </w:p>
    <w:p>
      <w:pPr>
        <w:jc w:val="right"/>
      </w:pPr>
      <w:r>
        <w:t>ایک طرف یہ کہ اللہ کے مقابلے میں اس کا رسپانس کیا ہو،</w:t>
      </w:r>
    </w:p>
    <w:p>
      <w:r>
        <w:rPr>
          <w:b/>
        </w:rPr>
        <w:t xml:space="preserve">[03:43] </w:t>
      </w:r>
      <w:r>
        <w:t>dusri taraf insano ke bare mein iska response kya ho.</w:t>
      </w:r>
    </w:p>
    <w:p>
      <w:pPr>
        <w:jc w:val="right"/>
      </w:pPr>
      <w:r>
        <w:t>دوسری طرف انسانوں کے بارے میں اس کا رسپانس کیا ہو۔</w:t>
      </w:r>
    </w:p>
    <w:p>
      <w:r>
        <w:rPr>
          <w:b/>
        </w:rPr>
        <w:t xml:space="preserve">[03:47] </w:t>
      </w:r>
      <w:r>
        <w:t>yani ek taraf hum rehte hain society mein, insano ke darmiyan,</w:t>
      </w:r>
    </w:p>
    <w:p>
      <w:pPr>
        <w:jc w:val="right"/>
      </w:pPr>
      <w:r>
        <w:t>یعنی ایک طرف ہم رہتے ہیں سوسائٹی میں، انسانوں کے درمیان،</w:t>
      </w:r>
    </w:p>
    <w:p>
      <w:r>
        <w:rPr>
          <w:b/>
        </w:rPr>
        <w:t xml:space="preserve">[03:53] </w:t>
      </w:r>
      <w:r>
        <w:t>to hamara response insano ke bare mein kya ho? dusri taraf hum</w:t>
      </w:r>
    </w:p>
    <w:p>
      <w:pPr>
        <w:jc w:val="right"/>
      </w:pPr>
      <w:r>
        <w:t>تو ہمارا رسپانس انسانوں کے بارے میں کیا ہو؟ دوسری طرف ہم</w:t>
      </w:r>
    </w:p>
    <w:p>
      <w:r>
        <w:rPr>
          <w:b/>
        </w:rPr>
        <w:t xml:space="preserve">[03:59] </w:t>
      </w:r>
      <w:r>
        <w:t>Allah ke rububiyat mein jeete hain, to Allah ke muqable mein hamara response kya ho?</w:t>
      </w:r>
    </w:p>
    <w:p>
      <w:pPr>
        <w:jc w:val="right"/>
      </w:pPr>
      <w:r>
        <w:t>اللہ کے ربوبیت میں جیتے ہیں، تو اللہ کے مقابلے میں ہمارا رسپانس کیا ہو؟</w:t>
      </w:r>
    </w:p>
    <w:p>
      <w:r>
        <w:rPr>
          <w:b/>
        </w:rPr>
        <w:t xml:space="preserve">[04:07] </w:t>
      </w:r>
      <w:r>
        <w:t>to is par sochte hue meri samajh mein aaya</w:t>
      </w:r>
    </w:p>
    <w:p>
      <w:pPr>
        <w:jc w:val="right"/>
      </w:pPr>
      <w:r>
        <w:t>تو اس پر سوچتے ہوئے میری سمجھ میں آیا</w:t>
      </w:r>
    </w:p>
    <w:p>
      <w:r>
        <w:rPr>
          <w:b/>
        </w:rPr>
        <w:t xml:space="preserve">[04:11] </w:t>
      </w:r>
      <w:r>
        <w:t>ke insan ko</w:t>
      </w:r>
    </w:p>
    <w:p>
      <w:pPr>
        <w:jc w:val="right"/>
      </w:pPr>
      <w:r>
        <w:t>کہ انسان کو</w:t>
      </w:r>
    </w:p>
    <w:p>
      <w:r>
        <w:rPr>
          <w:b/>
        </w:rPr>
        <w:t xml:space="preserve">[04:14] </w:t>
      </w:r>
      <w:r>
        <w:t>Allah taala ne ek aisi zindagi di hai jis mein</w:t>
      </w:r>
    </w:p>
    <w:p>
      <w:pPr>
        <w:jc w:val="right"/>
      </w:pPr>
      <w:r>
        <w:t>اللہ تعالی نے ایک ایسی زندگی دی ہے جس میں</w:t>
      </w:r>
    </w:p>
    <w:p>
      <w:r>
        <w:rPr>
          <w:b/>
        </w:rPr>
        <w:t xml:space="preserve">[04:19] </w:t>
      </w:r>
      <w:r>
        <w:t>baik waqt isko do taqazon ke darmiyan jeena padta hai.</w:t>
      </w:r>
    </w:p>
    <w:p>
      <w:pPr>
        <w:jc w:val="right"/>
      </w:pPr>
      <w:r>
        <w:t>بیک وقت اس کو دو تقاضوں کے درمیان جینا پڑتا ہے۔</w:t>
      </w:r>
    </w:p>
    <w:p>
      <w:r>
        <w:rPr>
          <w:b/>
        </w:rPr>
        <w:t xml:space="preserve">[04:23] </w:t>
      </w:r>
      <w:r>
        <w:t>yani Allah ki nisbat se shukr, insan ki nisbat se</w:t>
      </w:r>
    </w:p>
    <w:p>
      <w:pPr>
        <w:jc w:val="right"/>
      </w:pPr>
      <w:r>
        <w:t>یعنی اللہ کی نسبت سے شکر، انسان کی نسبت سے</w:t>
      </w:r>
    </w:p>
    <w:p>
      <w:r>
        <w:rPr>
          <w:b/>
        </w:rPr>
        <w:t xml:space="preserve">[04:29] </w:t>
      </w:r>
      <w:r>
        <w:t>problem ka tajurba.</w:t>
      </w:r>
    </w:p>
    <w:p>
      <w:pPr>
        <w:jc w:val="right"/>
      </w:pPr>
      <w:r>
        <w:t>پرابلم کا تجربہ۔</w:t>
      </w:r>
    </w:p>
    <w:p>
      <w:r>
        <w:rPr>
          <w:b/>
        </w:rPr>
        <w:t xml:space="preserve">[04:31] </w:t>
      </w:r>
      <w:r>
        <w:t>to kya karna hai?</w:t>
      </w:r>
    </w:p>
    <w:p>
      <w:pPr>
        <w:jc w:val="right"/>
      </w:pPr>
      <w:r>
        <w:t>تو کیا کرنا ہے؟</w:t>
      </w:r>
    </w:p>
    <w:p>
      <w:r>
        <w:rPr>
          <w:b/>
        </w:rPr>
        <w:t xml:space="preserve">[04:34] </w:t>
      </w:r>
      <w:r>
        <w:t>jo quran mein aaya hai ke sabr karo, sabr karo, sabr karo, bahut zyada sabr ki baat hai.</w:t>
      </w:r>
    </w:p>
    <w:p>
      <w:pPr>
        <w:jc w:val="right"/>
      </w:pPr>
      <w:r>
        <w:t>جو قرآن میں آیا ہے کہ صبر کرو، صبر کرو، صبر کرو، بہت زیادہ صبر کی بات ہے۔</w:t>
      </w:r>
    </w:p>
    <w:p>
      <w:r>
        <w:rPr>
          <w:b/>
        </w:rPr>
        <w:t xml:space="preserve">[04:38] </w:t>
      </w:r>
      <w:r>
        <w:t>to sabr aap kis ke bare mein karenge? Allah ke khilaf? Allah ke mamle mein sabr ka</w:t>
      </w:r>
    </w:p>
    <w:p>
      <w:pPr>
        <w:jc w:val="right"/>
      </w:pPr>
      <w:r>
        <w:t>تو صبر آپ کس کے بارے میں کریں گے؟ اللہ کے خلاف؟ اللہ کے معاملے میں صبر کا</w:t>
      </w:r>
    </w:p>
    <w:p>
      <w:r>
        <w:rPr>
          <w:b/>
        </w:rPr>
        <w:t xml:space="preserve">[04:43] </w:t>
      </w:r>
      <w:r>
        <w:t>koi sawal nahi hai.</w:t>
      </w:r>
    </w:p>
    <w:p>
      <w:pPr>
        <w:jc w:val="right"/>
      </w:pPr>
      <w:r>
        <w:t>کوئی سوال نہیں ہے۔</w:t>
      </w:r>
    </w:p>
    <w:p>
      <w:r>
        <w:rPr>
          <w:b/>
        </w:rPr>
        <w:t xml:space="preserve">[04:46] </w:t>
      </w:r>
      <w:r>
        <w:t>to Allah ke mamle mein shukr, insan ke mamle mein sabr.</w:t>
      </w:r>
    </w:p>
    <w:p>
      <w:pPr>
        <w:jc w:val="right"/>
      </w:pPr>
      <w:r>
        <w:t>تو اللہ کے معاملے میں شکر، انسان کے معاملے میں صبر۔</w:t>
      </w:r>
    </w:p>
    <w:p>
      <w:r>
        <w:rPr>
          <w:b/>
        </w:rPr>
        <w:t xml:space="preserve">[04:52] </w:t>
      </w:r>
      <w:r>
        <w:t>yeh meri samajh mein aaya.</w:t>
      </w:r>
    </w:p>
    <w:p>
      <w:pPr>
        <w:jc w:val="right"/>
      </w:pPr>
      <w:r>
        <w:t>یہ میری سمجھ میں آیا۔</w:t>
      </w:r>
    </w:p>
    <w:p>
      <w:r>
        <w:rPr>
          <w:b/>
        </w:rPr>
        <w:t xml:space="preserve">[04:55] </w:t>
      </w:r>
      <w:r>
        <w:t>insan ko shukr ke ehsas mein jeena hai, Allah ki nisbat se.</w:t>
      </w:r>
    </w:p>
    <w:p>
      <w:pPr>
        <w:jc w:val="right"/>
      </w:pPr>
      <w:r>
        <w:t>انسان کو شکر کے احساس میں جینا ہے، اللہ کی نسبت سے۔</w:t>
      </w:r>
    </w:p>
    <w:p>
      <w:r>
        <w:rPr>
          <w:b/>
        </w:rPr>
        <w:t xml:space="preserve">[05:00] </w:t>
      </w:r>
      <w:r>
        <w:t>aur insan ko</w:t>
      </w:r>
    </w:p>
    <w:p>
      <w:pPr>
        <w:jc w:val="right"/>
      </w:pPr>
      <w:r>
        <w:t>اور انسان کو</w:t>
      </w:r>
    </w:p>
    <w:p>
      <w:r>
        <w:rPr>
          <w:b/>
        </w:rPr>
        <w:t xml:space="preserve">[05:03] </w:t>
      </w:r>
      <w:r>
        <w:t>sabr ke, sabr karte hue rehna hai insani duniya mein.</w:t>
      </w:r>
    </w:p>
    <w:p>
      <w:pPr>
        <w:jc w:val="right"/>
      </w:pPr>
      <w:r>
        <w:t>صبر کے، صبر کرتے ہوئے رہنا ہے انسانی دنیا میں۔</w:t>
      </w:r>
    </w:p>
    <w:p>
      <w:r>
        <w:rPr>
          <w:b/>
        </w:rPr>
        <w:t xml:space="preserve">[05:10] </w:t>
      </w:r>
      <w:r>
        <w:t>yeh hai raaz-e-hayat.</w:t>
      </w:r>
    </w:p>
    <w:p>
      <w:pPr>
        <w:jc w:val="right"/>
      </w:pPr>
      <w:r>
        <w:t>یہ ہے رازِ حیات۔</w:t>
      </w:r>
    </w:p>
    <w:p>
      <w:r>
        <w:rPr>
          <w:b/>
        </w:rPr>
        <w:t xml:space="preserve">[05:13] </w:t>
      </w:r>
      <w:r>
        <w:t>aur agar aap is raaz ko na jaane</w:t>
      </w:r>
    </w:p>
    <w:p>
      <w:pPr>
        <w:jc w:val="right"/>
      </w:pPr>
      <w:r>
        <w:t>اور اگر آپ اس راز کو نہ جانیں</w:t>
      </w:r>
    </w:p>
    <w:p>
      <w:r>
        <w:rPr>
          <w:b/>
        </w:rPr>
        <w:t xml:space="preserve">[05:16] </w:t>
      </w:r>
      <w:r>
        <w:t>to aap namaz ada kar ke bhi aap mahroom rahenge deen se.</w:t>
      </w:r>
    </w:p>
    <w:p>
      <w:pPr>
        <w:jc w:val="right"/>
      </w:pPr>
      <w:r>
        <w:t>تو آپ نماز ادا کر کے بھی آپ محروم رہیں گے دین سے۔</w:t>
      </w:r>
    </w:p>
    <w:p>
      <w:r>
        <w:rPr>
          <w:b/>
        </w:rPr>
        <w:t xml:space="preserve">[05:22] </w:t>
      </w:r>
      <w:r>
        <w:t>kyunki Alhamdulillah kahenge aap list service ke taur par, aur haqeeqat mein aap</w:t>
      </w:r>
    </w:p>
    <w:p>
      <w:pPr>
        <w:jc w:val="right"/>
      </w:pPr>
      <w:r>
        <w:t>کیونکہ الحمدللہ کہیں گے آپ لسٹ سروس کے طور پر، اور حقیقت میں آپ</w:t>
      </w:r>
    </w:p>
    <w:p>
      <w:r>
        <w:rPr>
          <w:b/>
        </w:rPr>
        <w:t xml:space="preserve">[05:29] </w:t>
      </w:r>
      <w:r>
        <w:t>insanon ke paida ki hui problem ki wajah se</w:t>
      </w:r>
    </w:p>
    <w:p>
      <w:pPr>
        <w:jc w:val="right"/>
      </w:pPr>
      <w:r>
        <w:t>انسانوں کے پیدا کی ہوئی پرابلم کی وجہ سے</w:t>
      </w:r>
    </w:p>
    <w:p>
      <w:r>
        <w:rPr>
          <w:b/>
        </w:rPr>
        <w:t xml:space="preserve">[05:33] </w:t>
      </w:r>
      <w:r>
        <w:t>negative thinking mein rahenge, ghussa karenge, shikayat karenge, protest karenge.</w:t>
      </w:r>
    </w:p>
    <w:p>
      <w:pPr>
        <w:jc w:val="right"/>
      </w:pPr>
      <w:r>
        <w:t>نیگیٹو تھنکنگ میں رہیں گے، غصہ کریں گے، شکایت کریں گے، پروٹیسٹ کریں گے۔</w:t>
      </w:r>
    </w:p>
    <w:p>
      <w:r>
        <w:rPr>
          <w:b/>
        </w:rPr>
        <w:t xml:space="preserve">[05:41] </w:t>
      </w:r>
      <w:r>
        <w:t>to poori deeni zindagi aap ki jeopardise ho jayegi.</w:t>
      </w:r>
    </w:p>
    <w:p>
      <w:pPr>
        <w:jc w:val="right"/>
      </w:pPr>
      <w:r>
        <w:t>تو پوری دینی زندگی آپ کی جیپوٹائز ہو جائے گی۔</w:t>
      </w:r>
    </w:p>
    <w:p>
      <w:r>
        <w:rPr>
          <w:b/>
        </w:rPr>
        <w:t xml:space="preserve">[05:47] </w:t>
      </w:r>
      <w:r>
        <w:t>yeh bahut bada yaani raaz hai zindagi ka, jis ko hamein samajhna hai.</w:t>
      </w:r>
    </w:p>
    <w:p>
      <w:pPr>
        <w:jc w:val="right"/>
      </w:pPr>
      <w:r>
        <w:t>یہ بہت بڑا یعنی راز ہے زندگی کا، جس کو ہمیں سمجھنا ہے۔</w:t>
      </w:r>
    </w:p>
    <w:p>
      <w:r>
        <w:rPr>
          <w:b/>
        </w:rPr>
        <w:t xml:space="preserve">[05:56] </w:t>
      </w:r>
      <w:r>
        <w:t>to dekhiye, Allah ka shukr karne ka matlab kya hai?</w:t>
      </w:r>
    </w:p>
    <w:p>
      <w:pPr>
        <w:jc w:val="right"/>
      </w:pPr>
      <w:r>
        <w:t>تو دیکھیے، اللہ کا شکر کرنے کا مطلب کیا ہے؟</w:t>
      </w:r>
    </w:p>
    <w:p>
      <w:r>
        <w:rPr>
          <w:b/>
        </w:rPr>
        <w:t xml:space="preserve">[06:03] </w:t>
      </w:r>
      <w:r>
        <w:t>Allah ka shukr karna hai aap ko yeh jo duniya di hai Allah taala ne.</w:t>
      </w:r>
    </w:p>
    <w:p>
      <w:pPr>
        <w:jc w:val="right"/>
      </w:pPr>
      <w:r>
        <w:t>اللہ کا شکر کرنا ہے آپ کو یہ جو دنیا دی ہے اللہ تعالی نے۔</w:t>
      </w:r>
    </w:p>
    <w:p>
      <w:r>
        <w:rPr>
          <w:b/>
        </w:rPr>
        <w:t xml:space="preserve">[06:08] </w:t>
      </w:r>
      <w:r>
        <w:t>yeh jo zameen hai, is zameen mein bahut sare halaat hain, woh halaat agar na rahein to aap</w:t>
      </w:r>
    </w:p>
    <w:p>
      <w:pPr>
        <w:jc w:val="right"/>
      </w:pPr>
      <w:r>
        <w:t>یہ جو زمین ہے، اس زمین میں بہت سارے حالات ہیں، وہ حالات اگر نہ رہیں تو آپ</w:t>
      </w:r>
    </w:p>
    <w:p>
      <w:r>
        <w:rPr>
          <w:b/>
        </w:rPr>
        <w:t xml:space="preserve">[06:15] </w:t>
      </w:r>
      <w:r>
        <w:t>zameen par reh nahi sakte.</w:t>
      </w:r>
    </w:p>
    <w:p>
      <w:pPr>
        <w:jc w:val="right"/>
      </w:pPr>
      <w:r>
        <w:t>زمین پر رہ نہیں سکتے۔</w:t>
      </w:r>
    </w:p>
    <w:p>
      <w:r>
        <w:rPr>
          <w:b/>
        </w:rPr>
        <w:t xml:space="preserve">[06:17] </w:t>
      </w:r>
      <w:r>
        <w:t>is ke andar bahut hi,</w:t>
      </w:r>
    </w:p>
    <w:p>
      <w:pPr>
        <w:jc w:val="right"/>
      </w:pPr>
      <w:r>
        <w:t>اس کے اندر بہت ہی،</w:t>
      </w:r>
    </w:p>
    <w:p>
      <w:r>
        <w:rPr>
          <w:b/>
        </w:rPr>
        <w:t xml:space="preserve">[06:20] </w:t>
      </w:r>
      <w:r>
        <w:t>bahut hi yaani</w:t>
      </w:r>
    </w:p>
    <w:p>
      <w:pPr>
        <w:jc w:val="right"/>
      </w:pPr>
      <w:r>
        <w:t>بہت ہی یعنی</w:t>
      </w:r>
    </w:p>
    <w:p>
      <w:r>
        <w:rPr>
          <w:b/>
        </w:rPr>
        <w:t xml:space="preserve">[06:24] </w:t>
      </w:r>
      <w:r>
        <w:t>right proportion mein yahan par woh hai kashish, yaani</w:t>
      </w:r>
    </w:p>
    <w:p>
      <w:pPr>
        <w:jc w:val="right"/>
      </w:pPr>
      <w:r>
        <w:t>رائٹ پروپورشن میں یہاں پر وہ ہے کشش، یعنی</w:t>
      </w:r>
    </w:p>
    <w:p>
      <w:r>
        <w:rPr>
          <w:b/>
        </w:rPr>
        <w:t xml:space="preserve">[06:32] </w:t>
      </w:r>
      <w:r>
        <w:t>gravity. Jo gravitational pull zameen ke andar hai, woh bahut hi right proportion mein hai.</w:t>
      </w:r>
    </w:p>
    <w:p>
      <w:pPr>
        <w:jc w:val="right"/>
      </w:pPr>
      <w:r>
        <w:t>گریوٹی۔ جو گریویٹیشنل پل زمین کے اندر ہے، وہ بہت ہی رائٹ پروپورشن میں ہے۔</w:t>
      </w:r>
    </w:p>
    <w:p>
      <w:r>
        <w:rPr>
          <w:b/>
        </w:rPr>
        <w:t xml:space="preserve">[06:41] </w:t>
      </w:r>
      <w:r>
        <w:t>is tarah se suraj ki roshni bahut hi right proportion mein aap ki taraf aati hai.</w:t>
      </w:r>
    </w:p>
    <w:p>
      <w:pPr>
        <w:jc w:val="right"/>
      </w:pPr>
      <w:r>
        <w:t>اس طرح سے سورج کی روشنی بہت ہی رائٹ پروپورشن میں آپ کی طرف آتی ہے۔</w:t>
      </w:r>
    </w:p>
    <w:p>
      <w:r>
        <w:rPr>
          <w:b/>
        </w:rPr>
        <w:t xml:space="preserve">[06:47] </w:t>
      </w:r>
      <w:r>
        <w:t>barish hoti hai, woh bhi bahut hi right proportion mein hoti hai.</w:t>
      </w:r>
    </w:p>
    <w:p>
      <w:pPr>
        <w:jc w:val="right"/>
      </w:pPr>
      <w:r>
        <w:t>بارش ہوتی ہے، وہ بھی بہت ہی رائٹ پروپورشن میں ہوتی ہے۔</w:t>
      </w:r>
    </w:p>
    <w:p>
      <w:r>
        <w:rPr>
          <w:b/>
        </w:rPr>
        <w:t xml:space="preserve">[06:50] </w:t>
      </w:r>
      <w:r>
        <w:t>agar zara sa proportion bigad jaye to aap sara mamla kharab ho jayega aap ka.</w:t>
      </w:r>
    </w:p>
    <w:p>
      <w:pPr>
        <w:jc w:val="right"/>
      </w:pPr>
      <w:r>
        <w:t>اگر ذرا سا پروپورشن بگڑ جائے تو آپ سارا معاملہ خراب ہو جائے گا آپ کا۔</w:t>
      </w:r>
    </w:p>
    <w:p>
      <w:r>
        <w:rPr>
          <w:b/>
        </w:rPr>
        <w:t xml:space="preserve">[06:57] </w:t>
      </w:r>
      <w:r>
        <w:t>to poori kainat ko Allah taala ne aap ke liye custom made corner bana diya.</w:t>
      </w:r>
    </w:p>
    <w:p>
      <w:pPr>
        <w:jc w:val="right"/>
      </w:pPr>
      <w:r>
        <w:t>تو پوری کائنات کو اللہ تعالی نے آپ کے لیے کسٹم میڈ کارنر بنا دیا۔</w:t>
      </w:r>
    </w:p>
    <w:p>
      <w:r>
        <w:rPr>
          <w:b/>
        </w:rPr>
        <w:t xml:space="preserve">[07:02] </w:t>
      </w:r>
      <w:r>
        <w:t>kisi scientist ne sahi kaha hai ke universe is a custom made universe.</w:t>
      </w:r>
    </w:p>
    <w:p>
      <w:pPr>
        <w:jc w:val="right"/>
      </w:pPr>
      <w:r>
        <w:t>کسی سائنٹسٹ نے صحیح کہا ہے کہ یونیورس از اے کسٹم میڈ یونیورس۔</w:t>
      </w:r>
    </w:p>
    <w:p>
      <w:r>
        <w:rPr>
          <w:b/>
        </w:rPr>
        <w:t xml:space="preserve">[07:09] </w:t>
      </w:r>
      <w:r>
        <w:t>puri universe ko Allah ne insan ke liye custom made universe bana diya, jis ka tajurba har lamha</w:t>
      </w:r>
    </w:p>
    <w:p>
      <w:pPr>
        <w:jc w:val="right"/>
      </w:pPr>
      <w:r>
        <w:t>پوری یونیورس کو اللہ نے انسان کے لیے کسٹم میڈ یونیورس بنا دیا، جس کا تجربہ ہر لمحہ</w:t>
      </w:r>
    </w:p>
    <w:p>
      <w:r>
        <w:rPr>
          <w:b/>
        </w:rPr>
        <w:t xml:space="preserve">[07:16] </w:t>
      </w:r>
      <w:r>
        <w:t>insan ko hota hai.</w:t>
      </w:r>
    </w:p>
    <w:p>
      <w:pPr>
        <w:jc w:val="right"/>
      </w:pPr>
      <w:r>
        <w:t>انسان کو ہوتا ہے۔</w:t>
      </w:r>
    </w:p>
    <w:p>
      <w:r>
        <w:rPr>
          <w:b/>
        </w:rPr>
        <w:t xml:space="preserve">[07:20] </w:t>
      </w:r>
      <w:r>
        <w:t>isko light chahiye to suraj light de raha hai, isko oxygen chahiye to hawa oxygen pohncha</w:t>
      </w:r>
    </w:p>
    <w:p>
      <w:pPr>
        <w:jc w:val="right"/>
      </w:pPr>
      <w:r>
        <w:t>اس کو لائٹ چاہیے تو سورج لائٹ دے رہا ہے، اس کو آکسیجن چاہیے تو ہوا آکسیجن پہنچا</w:t>
      </w:r>
    </w:p>
    <w:p>
      <w:r>
        <w:rPr>
          <w:b/>
        </w:rPr>
        <w:t xml:space="preserve">[07:27] </w:t>
      </w:r>
      <w:r>
        <w:t>rahi hai, isko ghiza chahiye to zameen mein ghizayen ug rahi hain, isko phal chahiye to</w:t>
      </w:r>
    </w:p>
    <w:p>
      <w:pPr>
        <w:jc w:val="right"/>
      </w:pPr>
      <w:r>
        <w:t>رہی ہے، اس کو غذا چاہیے تو زمین میں غذائیں اگ رہی ہیں، اس کو پھل چاہیے تو</w:t>
      </w:r>
    </w:p>
    <w:p>
      <w:r>
        <w:rPr>
          <w:b/>
        </w:rPr>
        <w:t xml:space="preserve">[07:33] </w:t>
      </w:r>
      <w:r>
        <w:t>darakht se phal latak rahe hain.</w:t>
      </w:r>
    </w:p>
    <w:p>
      <w:pPr>
        <w:jc w:val="right"/>
      </w:pPr>
      <w:r>
        <w:t>درخت سے پھل لٹک رہے ہیں۔</w:t>
      </w:r>
    </w:p>
    <w:p>
      <w:r>
        <w:rPr>
          <w:b/>
        </w:rPr>
        <w:t xml:space="preserve">[07:39] </w:t>
      </w:r>
      <w:r>
        <w:t>billion billion cheezen hain jo insan ke liye Allah ne paida ki hain.</w:t>
      </w:r>
    </w:p>
    <w:p>
      <w:pPr>
        <w:jc w:val="right"/>
      </w:pPr>
      <w:r>
        <w:t>بلین بلین چیزیں ہیں جو انسان کے لیے اللہ نے پیدا کی ہیں۔</w:t>
      </w:r>
    </w:p>
    <w:p>
      <w:r>
        <w:rPr>
          <w:b/>
        </w:rPr>
        <w:t xml:space="preserve">[07:45] </w:t>
      </w:r>
      <w:r>
        <w:t>to yeh cheezen aap ko batati hain ke Allah ka shukr kar ke is dunya mein raho.</w:t>
      </w:r>
    </w:p>
    <w:p>
      <w:pPr>
        <w:jc w:val="right"/>
      </w:pPr>
      <w:r>
        <w:t>تو یہ چیزیں آپ کو بتاتی ہیں کہ اللہ کا شکر کر کے اس دنیا میں رہو۔</w:t>
      </w:r>
    </w:p>
    <w:p>
      <w:r>
        <w:rPr>
          <w:b/>
        </w:rPr>
        <w:t xml:space="preserve">[07:51] </w:t>
      </w:r>
      <w:r>
        <w:t>یہ ورلڈ تمہارے لیے blessing کی دنیا ہے۔</w:t>
      </w:r>
    </w:p>
    <w:p>
      <w:pPr>
        <w:jc w:val="right"/>
      </w:pPr>
      <w:r>
        <w:t>یہ ورلڈ تمہارے لیے بلیسنگ کی دنیا ہے۔</w:t>
      </w:r>
    </w:p>
    <w:p>
      <w:r>
        <w:rPr>
          <w:b/>
        </w:rPr>
        <w:t xml:space="preserve">[07:54] </w:t>
      </w:r>
      <w:r>
        <w:t>yeh dunya jo hai tumhare liye blessing ki dunya hai.</w:t>
      </w:r>
    </w:p>
    <w:p>
      <w:pPr>
        <w:jc w:val="right"/>
      </w:pPr>
      <w:r>
        <w:t>یہ دنیا جو ہے تمہارے لیے بلیسنگ کی دنیا ہے۔</w:t>
      </w:r>
    </w:p>
    <w:p>
      <w:r>
        <w:rPr>
          <w:b/>
        </w:rPr>
        <w:t xml:space="preserve">[07:58] </w:t>
      </w:r>
      <w:r>
        <w:t>to shukr ke ehsas mein jiyo.</w:t>
      </w:r>
    </w:p>
    <w:p>
      <w:pPr>
        <w:jc w:val="right"/>
      </w:pPr>
      <w:r>
        <w:t>تو شکر کے احساس میں جیو۔</w:t>
      </w:r>
    </w:p>
    <w:p>
      <w:r>
        <w:rPr>
          <w:b/>
        </w:rPr>
        <w:t xml:space="preserve">[08:01] </w:t>
      </w:r>
      <w:r>
        <w:t>ab sawal doosra aata hai</w:t>
      </w:r>
    </w:p>
    <w:p>
      <w:pPr>
        <w:jc w:val="right"/>
      </w:pPr>
      <w:r>
        <w:t>اب سوال دوسرا آتا ہے</w:t>
      </w:r>
    </w:p>
    <w:p>
      <w:r>
        <w:rPr>
          <w:b/>
        </w:rPr>
        <w:t xml:space="preserve">[08:04] </w:t>
      </w:r>
      <w:r>
        <w:t>کہ جب انسانی دنیا world of problem ہے، تو کیسے ہم اپنے شکر کو مینٹین کریں؟</w:t>
      </w:r>
    </w:p>
    <w:p>
      <w:pPr>
        <w:jc w:val="right"/>
      </w:pPr>
      <w:r>
        <w:t>کہ جب انسانی دنیا ورلڈ آف پرابلم ہے، تو کیسے ہم اپنے شکر کو مینٹین کریں؟</w:t>
      </w:r>
    </w:p>
    <w:p>
      <w:r>
        <w:rPr>
          <w:b/>
        </w:rPr>
        <w:t xml:space="preserve">[08:12] </w:t>
      </w:r>
      <w:r>
        <w:t>shukr ke jazbat ko kaise rakhen hum? to dekhiye,</w:t>
      </w:r>
    </w:p>
    <w:p>
      <w:pPr>
        <w:jc w:val="right"/>
      </w:pPr>
      <w:r>
        <w:t>شکر کے جذبات کو کیسے رکھیں ہم؟ تو دیکھیے،</w:t>
      </w:r>
    </w:p>
    <w:p>
      <w:r>
        <w:rPr>
          <w:b/>
        </w:rPr>
        <w:t xml:space="preserve">[08:17] </w:t>
      </w:r>
      <w:r>
        <w:t>ایک طرف آپ کو problem management کا art سیکھنا ہے، اور اللہ کے بارے میں acknowledge کرنے کا</w:t>
      </w:r>
    </w:p>
    <w:p>
      <w:pPr>
        <w:jc w:val="right"/>
      </w:pPr>
      <w:r>
        <w:t>ایک طرف آپ کو پرابلم مینجمنٹ کا آرٹ سیکھنا ہے، اور اللہ کے بارے میں ایکنالج کرنے کا</w:t>
      </w:r>
    </w:p>
    <w:p>
      <w:r>
        <w:rPr>
          <w:b/>
        </w:rPr>
        <w:t xml:space="preserve">[08:24] </w:t>
      </w:r>
      <w:r>
        <w:t>zehan banana hai.</w:t>
      </w:r>
    </w:p>
    <w:p>
      <w:pPr>
        <w:jc w:val="right"/>
      </w:pPr>
      <w:r>
        <w:t>ذہن بنانا ہے۔</w:t>
      </w:r>
    </w:p>
    <w:p>
      <w:r>
        <w:rPr>
          <w:b/>
        </w:rPr>
        <w:t xml:space="preserve">[08:26] </w:t>
      </w:r>
      <w:r>
        <w:t>yani Allah ki blessing ko humein acknowledge karna hai, yeh hai shukr.</w:t>
      </w:r>
    </w:p>
    <w:p>
      <w:pPr>
        <w:jc w:val="right"/>
      </w:pPr>
      <w:r>
        <w:t>یعنی اللہ کی بلیسنگ کو ہمیں ایکنالج کرنا ہے، یہ ہے شکر۔</w:t>
      </w:r>
    </w:p>
    <w:p>
      <w:r>
        <w:rPr>
          <w:b/>
        </w:rPr>
        <w:t xml:space="preserve">[08:31] </w:t>
      </w:r>
      <w:r>
        <w:t>aur insan ki taraf se jo kuch pesh aaye aap ko, us ko aap manage karna hai.</w:t>
      </w:r>
    </w:p>
    <w:p>
      <w:pPr>
        <w:jc w:val="right"/>
      </w:pPr>
      <w:r>
        <w:t>اور انسان کی طرف سے جو کچھ پیش آئے آپ کو، اس کو آپ مینج کرنا ہے۔</w:t>
      </w:r>
    </w:p>
    <w:p>
      <w:r>
        <w:rPr>
          <w:b/>
        </w:rPr>
        <w:t xml:space="preserve">[08:35] </w:t>
      </w:r>
      <w:r>
        <w:t>You have to learn the art of management.</w:t>
      </w:r>
    </w:p>
    <w:p>
      <w:pPr>
        <w:jc w:val="right"/>
      </w:pPr>
      <w:r>
        <w:t>یو ہیو ٹو لرن دا آرٹ آف مینجمنٹ۔</w:t>
      </w:r>
    </w:p>
    <w:p>
      <w:r>
        <w:rPr>
          <w:b/>
        </w:rPr>
        <w:t xml:space="preserve">[08:39] </w:t>
      </w:r>
      <w:r>
        <w:t>tab ja kar ke aap maintain kar payenge apne shukr ke ehsas ko.</w:t>
      </w:r>
    </w:p>
    <w:p>
      <w:pPr>
        <w:jc w:val="right"/>
      </w:pPr>
      <w:r>
        <w:t>تب جا کر کے آپ مینٹین کر پائیں گے اپنے شکر کے احساس کو۔</w:t>
      </w:r>
    </w:p>
    <w:p>
      <w:r>
        <w:rPr>
          <w:b/>
        </w:rPr>
        <w:t xml:space="preserve">[08:45] </w:t>
      </w:r>
      <w:r>
        <w:t>yahan par mein aap ko yaad dilaoonga ke</w:t>
      </w:r>
    </w:p>
    <w:p>
      <w:pPr>
        <w:jc w:val="right"/>
      </w:pPr>
      <w:r>
        <w:t>یہاں پر میں آپ کو یاد دلاؤں گا کہ</w:t>
      </w:r>
    </w:p>
    <w:p>
      <w:r>
        <w:rPr>
          <w:b/>
        </w:rPr>
        <w:t xml:space="preserve">[08:51] </w:t>
      </w:r>
      <w:r>
        <w:t>al-Tirmidhi jo hadith ki ek kitab hai, yani chhe kitaben jo Sahah kahi jati hain, un mein se</w:t>
      </w:r>
    </w:p>
    <w:p>
      <w:pPr>
        <w:jc w:val="right"/>
      </w:pPr>
      <w:r>
        <w:t>الترمذی جو حدیث کی ایک کتاب ہے، یعنی چھ کتابیں جو صحاح کہی جاتی ہیں، ان میں سے</w:t>
      </w:r>
    </w:p>
    <w:p>
      <w:r>
        <w:rPr>
          <w:b/>
        </w:rPr>
        <w:t xml:space="preserve">[08:58] </w:t>
      </w:r>
      <w:r>
        <w:t>ek hai woh.</w:t>
      </w:r>
    </w:p>
    <w:p>
      <w:pPr>
        <w:jc w:val="right"/>
      </w:pPr>
      <w:r>
        <w:t>ایک ہے وہ۔</w:t>
      </w:r>
    </w:p>
    <w:p>
      <w:r>
        <w:rPr>
          <w:b/>
        </w:rPr>
        <w:t xml:space="preserve">[09:00] </w:t>
      </w:r>
      <w:r>
        <w:t>to is ki ek riwayat Sunan</w:t>
      </w:r>
    </w:p>
    <w:p>
      <w:pPr>
        <w:jc w:val="right"/>
      </w:pPr>
      <w:r>
        <w:t>تو اس کی ایک روایت سنن</w:t>
      </w:r>
    </w:p>
    <w:p>
      <w:r>
        <w:rPr>
          <w:b/>
        </w:rPr>
        <w:t xml:space="preserve">[09:08] </w:t>
      </w:r>
      <w:r>
        <w:t>al-Tirmidhi kahi jati hai, woh kitab.</w:t>
      </w:r>
    </w:p>
    <w:p>
      <w:pPr>
        <w:jc w:val="right"/>
      </w:pPr>
      <w:r>
        <w:t>الترمذی کہی جاتی ہے، وہ کتاب۔</w:t>
      </w:r>
    </w:p>
    <w:p>
      <w:r>
        <w:rPr>
          <w:b/>
        </w:rPr>
        <w:t xml:space="preserve">[09:10] </w:t>
      </w:r>
      <w:r>
        <w:t>is mein ek riwayat in alfaz mein aayi hai: "man lam yashkur al-nas lam yashkur Allah".</w:t>
      </w:r>
    </w:p>
    <w:p>
      <w:pPr>
        <w:jc w:val="right"/>
      </w:pPr>
      <w:r>
        <w:t>اس میں ایک روایت ان الفاظ میں آئی ہے: "من لم یشکر الناس لم یشکر اللہ"۔</w:t>
      </w:r>
    </w:p>
    <w:p>
      <w:r>
        <w:rPr>
          <w:b/>
        </w:rPr>
        <w:t xml:space="preserve">[09:18] </w:t>
      </w:r>
      <w:r>
        <w:t>man lam yashkur al-nas lam yashkur Allah.</w:t>
      </w:r>
    </w:p>
    <w:p>
      <w:pPr>
        <w:jc w:val="right"/>
      </w:pPr>
      <w:r>
        <w:t>من لم یشکر الناس لم یشکر اللہ۔</w:t>
      </w:r>
    </w:p>
    <w:p>
      <w:r>
        <w:rPr>
          <w:b/>
        </w:rPr>
        <w:t xml:space="preserve">[09:22] </w:t>
      </w:r>
      <w:r>
        <w:t>jo shakhs insan ka shukr nahi karega, woh Allah ka shukr bhi nahi karega.</w:t>
      </w:r>
    </w:p>
    <w:p>
      <w:pPr>
        <w:jc w:val="right"/>
      </w:pPr>
      <w:r>
        <w:t>جو شخص انسان کا شکر نہیں کرے گا، وہ اللہ کا شکر بھی نہیں کرے گا۔</w:t>
      </w:r>
    </w:p>
    <w:p>
      <w:r>
        <w:rPr>
          <w:b/>
        </w:rPr>
        <w:t xml:space="preserve">[09:33] </w:t>
      </w:r>
      <w:r>
        <w:t>isko hi mein bohat dinon se sochta tha, kya matlab hai is ka?</w:t>
      </w:r>
    </w:p>
    <w:p>
      <w:pPr>
        <w:jc w:val="right"/>
      </w:pPr>
      <w:r>
        <w:t>اس کو ہی میں بہت دنوں سے سوچتا تھا، کیا مطلب ہے اس کا؟</w:t>
      </w:r>
    </w:p>
    <w:p>
      <w:r>
        <w:rPr>
          <w:b/>
        </w:rPr>
        <w:t xml:space="preserve">[09:38] </w:t>
      </w:r>
      <w:r>
        <w:t>is ka matlab yeh hai ke jo aadmi</w:t>
      </w:r>
    </w:p>
    <w:p>
      <w:pPr>
        <w:jc w:val="right"/>
      </w:pPr>
      <w:r>
        <w:t>اس کا مطلب یہ ہے کہ جو آدمی</w:t>
      </w:r>
    </w:p>
    <w:p>
      <w:r>
        <w:rPr>
          <w:b/>
        </w:rPr>
        <w:t xml:space="preserve">[09:42] </w:t>
      </w:r>
      <w:r>
        <w:t>insaan ke baray mein nashukri mein jiye ga, nashukri mein, yani complaint mein jiye ga, nafrat mein jiye</w:t>
      </w:r>
    </w:p>
    <w:p>
      <w:pPr>
        <w:jc w:val="right"/>
      </w:pPr>
      <w:r>
        <w:t>انسان کے بارے میں ناشکری میں جیے گا، ناشکری میں، یعنی کمپلینٹ میں جیے گا، نفرت میں جیے</w:t>
      </w:r>
    </w:p>
    <w:p>
      <w:r>
        <w:rPr>
          <w:b/>
        </w:rPr>
        <w:t xml:space="preserve">[09:48] </w:t>
      </w:r>
      <w:r>
        <w:t>ga, ghusay mein jiye ga, nashukri mein jiye ga, insaan ke baray mein,</w:t>
      </w:r>
    </w:p>
    <w:p>
      <w:pPr>
        <w:jc w:val="right"/>
      </w:pPr>
      <w:r>
        <w:t>گا، غصے میں جیے گا، ناشکری میں جیے گا، انسان کے بارے میں،</w:t>
      </w:r>
    </w:p>
    <w:p>
      <w:r>
        <w:rPr>
          <w:b/>
        </w:rPr>
        <w:t xml:space="preserve">[09:54] </w:t>
      </w:r>
      <w:r>
        <w:t>to is ki poori personality negative ho jaye gi.</w:t>
      </w:r>
    </w:p>
    <w:p>
      <w:pPr>
        <w:jc w:val="right"/>
      </w:pPr>
      <w:r>
        <w:t>تو اس کی پوری پرسنیلٹی نیگیٹو ہو جائے گی۔</w:t>
      </w:r>
    </w:p>
    <w:p>
      <w:r>
        <w:rPr>
          <w:b/>
        </w:rPr>
        <w:t xml:space="preserve">[09:59] </w:t>
      </w:r>
      <w:r>
        <w:t>to bazahir aap apni personality ko negative banayein ge insaan ki nisbat se, lekin woh extend kar ke</w:t>
      </w:r>
    </w:p>
    <w:p>
      <w:pPr>
        <w:jc w:val="right"/>
      </w:pPr>
      <w:r>
        <w:t>تو بظاہر آپ اپنی پرسنیلٹی کو نیگیٹو بنائیں گے انسان کی نسبت سے، لیکن وہ ایکسٹینڈ کر کے</w:t>
      </w:r>
    </w:p>
    <w:p>
      <w:r>
        <w:rPr>
          <w:b/>
        </w:rPr>
        <w:t xml:space="preserve">[10:07] </w:t>
      </w:r>
      <w:r>
        <w:t>Allah tak pohnch jaye gi.</w:t>
      </w:r>
    </w:p>
    <w:p>
      <w:pPr>
        <w:jc w:val="right"/>
      </w:pPr>
      <w:r>
        <w:t>اللہ تک پہنچ جائے گی۔</w:t>
      </w:r>
    </w:p>
    <w:p>
      <w:r>
        <w:rPr>
          <w:b/>
        </w:rPr>
        <w:t xml:space="preserve">[10:10] </w:t>
      </w:r>
      <w:r>
        <w:t>to kya hoga?</w:t>
      </w:r>
    </w:p>
    <w:p>
      <w:pPr>
        <w:jc w:val="right"/>
      </w:pPr>
      <w:r>
        <w:t>تو کیا ہوگا؟</w:t>
      </w:r>
    </w:p>
    <w:p>
      <w:r>
        <w:rPr>
          <w:b/>
        </w:rPr>
        <w:t xml:space="preserve">[10:13] </w:t>
      </w:r>
      <w:r>
        <w:t>nashukri mein ka obsession ban jaye ga aap ka.</w:t>
      </w:r>
    </w:p>
    <w:p>
      <w:pPr>
        <w:jc w:val="right"/>
      </w:pPr>
      <w:r>
        <w:t>ناشکری میں کا ابسیشن بن جائے گا آپ کا۔</w:t>
      </w:r>
    </w:p>
    <w:p>
      <w:r>
        <w:rPr>
          <w:b/>
        </w:rPr>
        <w:t xml:space="preserve">[10:16] </w:t>
      </w:r>
      <w:r>
        <w:t>yani shikayat, nashukri, negative thinking, yeh aap ka obsession ban jaye ga.</w:t>
      </w:r>
    </w:p>
    <w:p>
      <w:pPr>
        <w:jc w:val="right"/>
      </w:pPr>
      <w:r>
        <w:t>یعنی شکایت، ناشکری، نیگیٹو تھنکنگ، یہ آپ کا ابسیشن بن جائے گا۔</w:t>
      </w:r>
    </w:p>
    <w:p>
      <w:r>
        <w:rPr>
          <w:b/>
        </w:rPr>
        <w:t xml:space="preserve">[10:21] </w:t>
      </w:r>
      <w:r>
        <w:t>is obsession ki wajah se kuch dikhai nahi de ga aap ko ke nemat'on mein Allah taala ne</w:t>
      </w:r>
    </w:p>
    <w:p>
      <w:pPr>
        <w:jc w:val="right"/>
      </w:pPr>
      <w:r>
        <w:t>اس ابسیشن کی وجہ سے کچھ دکھائی نہیں دے گا آپ کو کہ نعمتوں میں اللہ تعالی نے</w:t>
      </w:r>
    </w:p>
    <w:p>
      <w:r>
        <w:rPr>
          <w:b/>
        </w:rPr>
        <w:t xml:space="preserve">[10:26] </w:t>
      </w:r>
      <w:r>
        <w:t>rakha aap ko.</w:t>
      </w:r>
    </w:p>
    <w:p>
      <w:pPr>
        <w:jc w:val="right"/>
      </w:pPr>
      <w:r>
        <w:t>رکھا آپ کو۔</w:t>
      </w:r>
    </w:p>
    <w:p>
      <w:r>
        <w:rPr>
          <w:b/>
        </w:rPr>
        <w:t xml:space="preserve">[10:30] </w:t>
      </w:r>
      <w:r>
        <w:t>jaise kal mere paas aik Muslim</w:t>
      </w:r>
    </w:p>
    <w:p>
      <w:pPr>
        <w:jc w:val="right"/>
      </w:pPr>
      <w:r>
        <w:t>جیسے کل میرے پاس ایک مسلم</w:t>
      </w:r>
    </w:p>
    <w:p>
      <w:r>
        <w:rPr>
          <w:b/>
        </w:rPr>
        <w:t xml:space="preserve">[10:35] </w:t>
      </w:r>
      <w:r>
        <w:t>mahnama aaya, mota sa number nikala unhon ne.</w:t>
      </w:r>
    </w:p>
    <w:p>
      <w:pPr>
        <w:jc w:val="right"/>
      </w:pPr>
      <w:r>
        <w:t>ماہ نامہ آیا، موٹا سا نمبر نکالا انہوں نے۔</w:t>
      </w:r>
    </w:p>
    <w:p>
      <w:r>
        <w:rPr>
          <w:b/>
        </w:rPr>
        <w:t xml:space="preserve">[10:40] </w:t>
      </w:r>
      <w:r>
        <w:t>saara parcha bhara hua hai</w:t>
      </w:r>
    </w:p>
    <w:p>
      <w:pPr>
        <w:jc w:val="right"/>
      </w:pPr>
      <w:r>
        <w:t>سارا پرچہ بھرا ہوا ہے</w:t>
      </w:r>
    </w:p>
    <w:p>
      <w:r>
        <w:rPr>
          <w:b/>
        </w:rPr>
        <w:t xml:space="preserve">[10:43] </w:t>
      </w:r>
      <w:r>
        <w:t>shikayat'on ke baais.</w:t>
      </w:r>
    </w:p>
    <w:p>
      <w:pPr>
        <w:jc w:val="right"/>
      </w:pPr>
      <w:r>
        <w:t>شکایتوں کے باعث۔</w:t>
      </w:r>
    </w:p>
    <w:p>
      <w:r>
        <w:rPr>
          <w:b/>
        </w:rPr>
        <w:t xml:space="preserve">[10:45] </w:t>
      </w:r>
      <w:r>
        <w:t>jo hukoomat ki taraf se yeh shikayat, woh shikayat, party'on ki taraf se yeh shikayat, woh shikayat, majority</w:t>
      </w:r>
    </w:p>
    <w:p>
      <w:pPr>
        <w:jc w:val="right"/>
      </w:pPr>
      <w:r>
        <w:t>جو حکومت کی طرف سے یہ شکایت، وہ شکایت، پارٹیوں کی طرف سے یہ شکایت، وہ شکایت، میجورٹی</w:t>
      </w:r>
    </w:p>
    <w:p>
      <w:r>
        <w:rPr>
          <w:b/>
        </w:rPr>
        <w:t xml:space="preserve">[10:53] </w:t>
      </w:r>
      <w:r>
        <w:t>company ki taraf se yeh shikayat, woh shikayat.</w:t>
      </w:r>
    </w:p>
    <w:p>
      <w:pPr>
        <w:jc w:val="right"/>
      </w:pPr>
      <w:r>
        <w:t>کمپنی کی طرف سے یہ شکایت، وہ شکایت۔</w:t>
      </w:r>
    </w:p>
    <w:p>
      <w:r>
        <w:rPr>
          <w:b/>
        </w:rPr>
        <w:t xml:space="preserve">[10:58] </w:t>
      </w:r>
      <w:r>
        <w:t>poore parche mein kahin bhi Khuda ke shukr ki baat nahi.</w:t>
      </w:r>
    </w:p>
    <w:p>
      <w:pPr>
        <w:jc w:val="right"/>
      </w:pPr>
      <w:r>
        <w:t>پورے پرچے میں کہیں بھی خدا کے شکر کی بات نہیں۔</w:t>
      </w:r>
    </w:p>
    <w:p>
      <w:r>
        <w:rPr>
          <w:b/>
        </w:rPr>
        <w:t xml:space="preserve">[11:03] </w:t>
      </w:r>
      <w:r>
        <w:t>woh mota sa hai, lekin poore parche mein kahin bhi Khuda ke shukr ki baat nahi.</w:t>
      </w:r>
    </w:p>
    <w:p>
      <w:pPr>
        <w:jc w:val="right"/>
      </w:pPr>
      <w:r>
        <w:t>وہ موٹا سا ہے، لیکن پورے پرچے میں کہیں بھی خدا کے شکر کی بات نہیں۔</w:t>
      </w:r>
    </w:p>
    <w:p>
      <w:r>
        <w:rPr>
          <w:b/>
        </w:rPr>
        <w:t xml:space="preserve">[11:06] </w:t>
      </w:r>
      <w:r>
        <w:t>kyun? dekhiye, yeh insaan ki nafsiyat hai ke jo cheez aap ka obsession ban jaye, obsession,</w:t>
      </w:r>
    </w:p>
    <w:p>
      <w:pPr>
        <w:jc w:val="right"/>
      </w:pPr>
      <w:r>
        <w:t>کیوں؟ دیکھیے، یہ انسان کی نفسیات ہے کہ جو چیز آپ کا ابسیشن بن جائے، ابسیشن،</w:t>
      </w:r>
    </w:p>
    <w:p>
      <w:r>
        <w:rPr>
          <w:b/>
        </w:rPr>
        <w:t xml:space="preserve">[11:15] </w:t>
      </w:r>
      <w:r>
        <w:t>woh aap ko blind banata hai, blind bana deta hai doosri cheezon ko samajhne ke liye.</w:t>
      </w:r>
    </w:p>
    <w:p>
      <w:pPr>
        <w:jc w:val="right"/>
      </w:pPr>
      <w:r>
        <w:t>وہ آپ کو بلائنڈ بناتا ہے، بلائنڈ بنا دیتا ہے دوسری چیزوں کو سمجھنے کے لیے۔</w:t>
      </w:r>
    </w:p>
    <w:p>
      <w:r>
        <w:rPr>
          <w:b/>
        </w:rPr>
        <w:t xml:space="preserve">[11:20] </w:t>
      </w:r>
      <w:r>
        <w:t>to aap jeete hain nashukri ke obsession mein, nafrat ke obsession mein, ke hum ko hamare khilaaf saazishein</w:t>
      </w:r>
    </w:p>
    <w:p>
      <w:pPr>
        <w:jc w:val="right"/>
      </w:pPr>
      <w:r>
        <w:t>تو آپ جیتے ہیں ناشکری کے ابسیشن میں، نفرت کے ابسیشن میں، کہ ہم کو ہمارے خلاف سازشیں</w:t>
      </w:r>
    </w:p>
    <w:p>
      <w:r>
        <w:rPr>
          <w:b/>
        </w:rPr>
        <w:t xml:space="preserve">[11:30] </w:t>
      </w:r>
      <w:r>
        <w:t>ho rahi hain, yeh obsession hai aap ka.</w:t>
      </w:r>
    </w:p>
    <w:p>
      <w:pPr>
        <w:jc w:val="right"/>
      </w:pPr>
      <w:r>
        <w:t>ہو رہی ہیں، یہ ابسیشن ہے آپ کا۔</w:t>
      </w:r>
    </w:p>
    <w:p>
      <w:r>
        <w:rPr>
          <w:b/>
        </w:rPr>
        <w:t xml:space="preserve">[11:32] </w:t>
      </w:r>
      <w:r>
        <w:t>to yeh obsession aap ko doosri cheezon ke baray mein bekhabar bana de ga, blind bana de</w:t>
      </w:r>
    </w:p>
    <w:p>
      <w:pPr>
        <w:jc w:val="right"/>
      </w:pPr>
      <w:r>
        <w:t>تو یہ ابسیشن آپ کو دوسری چیزوں کے بارے میں بے خبر بنا دے گا، بلائنڈ بنا دے</w:t>
      </w:r>
    </w:p>
    <w:p>
      <w:r>
        <w:rPr>
          <w:b/>
        </w:rPr>
        <w:t xml:space="preserve">[11:38] </w:t>
      </w:r>
      <w:r>
        <w:t>ga. to yeh jo hadith hai "man lam yashkur al-nas lam</w:t>
      </w:r>
    </w:p>
    <w:p>
      <w:pPr>
        <w:jc w:val="right"/>
      </w:pPr>
      <w:r>
        <w:t>گا۔ تو یہ جو حدیث ہے "من لم یشکر الناس لم</w:t>
      </w:r>
    </w:p>
    <w:p>
      <w:r>
        <w:rPr>
          <w:b/>
        </w:rPr>
        <w:t xml:space="preserve">[11:46] </w:t>
      </w:r>
      <w:r>
        <w:t>yashkar allah", is ka matlab yeh hai ke jo aadmi insaan ke baray mein nashukri mein par jaye</w:t>
      </w:r>
    </w:p>
    <w:p>
      <w:pPr>
        <w:jc w:val="right"/>
      </w:pPr>
      <w:r>
        <w:t>یشکر اللہ"، اس کا مطلب یہ ہے کہ جو آدمی انسان کے بارے میں ناشکری میں پڑ جائے</w:t>
      </w:r>
    </w:p>
    <w:p>
      <w:r>
        <w:rPr>
          <w:b/>
        </w:rPr>
        <w:t xml:space="preserve">[11:52] </w:t>
      </w:r>
      <w:r>
        <w:t>ga, to khuda ka shukr is se nikal jaye ga.</w:t>
      </w:r>
    </w:p>
    <w:p>
      <w:pPr>
        <w:jc w:val="right"/>
      </w:pPr>
      <w:r>
        <w:t>گا، تو خدا کا شکر اس سے نکل جائے گا۔</w:t>
      </w:r>
    </w:p>
    <w:p>
      <w:r>
        <w:rPr>
          <w:b/>
        </w:rPr>
        <w:t xml:space="preserve">[11:56] </w:t>
      </w:r>
      <w:r>
        <w:t>khuda ka shukr nahi kar sakta woh.</w:t>
      </w:r>
    </w:p>
    <w:p>
      <w:pPr>
        <w:jc w:val="right"/>
      </w:pPr>
      <w:r>
        <w:t>خدا کا شکر نہیں کر سکتا وہ۔</w:t>
      </w:r>
    </w:p>
    <w:p>
      <w:r>
        <w:rPr>
          <w:b/>
        </w:rPr>
        <w:t xml:space="preserve">[11:58] </w:t>
      </w:r>
      <w:r>
        <w:t>isi liye taleem di gayi hai ke insaan ke baray mein sabr ka tareeqa ikhtiyar karo.</w:t>
      </w:r>
    </w:p>
    <w:p>
      <w:pPr>
        <w:jc w:val="right"/>
      </w:pPr>
      <w:r>
        <w:t>اسی لیے تعلیم دی گئی ہے کہ انسان کے بارے میں صبر کا طریقہ اختیار کرو۔</w:t>
      </w:r>
    </w:p>
    <w:p>
      <w:r>
        <w:rPr>
          <w:b/>
        </w:rPr>
        <w:t xml:space="preserve">[12:04] </w:t>
      </w:r>
      <w:r>
        <w:t>sabr. insaan kya kar raha hai, is par sabr karo.</w:t>
      </w:r>
    </w:p>
    <w:p>
      <w:pPr>
        <w:jc w:val="right"/>
      </w:pPr>
      <w:r>
        <w:t>صبر۔ انسان کیا کر رہا ہے، اس پر صبر کرو۔</w:t>
      </w:r>
    </w:p>
    <w:p>
      <w:r>
        <w:rPr>
          <w:b/>
        </w:rPr>
        <w:t xml:space="preserve">[12:08] </w:t>
      </w:r>
      <w:r>
        <w:t>woh kya keh raha hai? kya is ki sazish hai? kya is ki planning hai? kis tarah woh</w:t>
      </w:r>
    </w:p>
    <w:p>
      <w:pPr>
        <w:jc w:val="right"/>
      </w:pPr>
      <w:r>
        <w:t>وہ کیا کہہ رہا ہے؟ کیا اس کی سازش ہے؟ کیا اس کی پلاننگ ہے؟ کس طرح وہ</w:t>
      </w:r>
    </w:p>
    <w:p>
      <w:r>
        <w:rPr>
          <w:b/>
        </w:rPr>
        <w:t xml:space="preserve">[12:14] </w:t>
      </w:r>
      <w:r>
        <w:t>discriminate kar raha hai tumhare sath? yeh sab cheezon ko sabr ke khane mein daal do.</w:t>
      </w:r>
    </w:p>
    <w:p>
      <w:pPr>
        <w:jc w:val="right"/>
      </w:pPr>
      <w:r>
        <w:t>ڈسکریمینیٹ کر رہا ہے تمہارے ساتھ؟ یہ سب چیزوں کو صبر کے خانے میں ڈال دو۔</w:t>
      </w:r>
    </w:p>
    <w:p>
      <w:r>
        <w:rPr>
          <w:b/>
        </w:rPr>
        <w:t xml:space="preserve">[12:21] </w:t>
      </w:r>
      <w:r>
        <w:t>yeh kyun? taake aap allah ka shukr kar saken.</w:t>
      </w:r>
    </w:p>
    <w:p>
      <w:pPr>
        <w:jc w:val="right"/>
      </w:pPr>
      <w:r>
        <w:t>یہ کیوں؟ تاکہ آپ اللہ کا شکر کر سکیں۔</w:t>
      </w:r>
    </w:p>
    <w:p>
      <w:r>
        <w:rPr>
          <w:b/>
        </w:rPr>
        <w:t xml:space="preserve">[12:26] </w:t>
      </w:r>
      <w:r>
        <w:t>taake aap allah ka shukr kar saken.</w:t>
      </w:r>
    </w:p>
    <w:p>
      <w:pPr>
        <w:jc w:val="right"/>
      </w:pPr>
      <w:r>
        <w:t>تاکہ آپ اللہ کا شکر کر سکیں۔</w:t>
      </w:r>
    </w:p>
    <w:p>
      <w:r>
        <w:rPr>
          <w:b/>
        </w:rPr>
        <w:t xml:space="preserve">[12:28] </w:t>
      </w:r>
      <w:r>
        <w:t>agar aap insaan ki atrocities ko, insaan ki bazahir sazishon ko, insaan ke zulm ko sabr ke khane</w:t>
      </w:r>
    </w:p>
    <w:p>
      <w:pPr>
        <w:jc w:val="right"/>
      </w:pPr>
      <w:r>
        <w:t>اگر آپ انسان کی اٹراسٹیز کو، انسان کی بظاہر سازشوں کو، انسان کے ظلم کو صبر کے خانے</w:t>
      </w:r>
    </w:p>
    <w:p>
      <w:r>
        <w:rPr>
          <w:b/>
        </w:rPr>
        <w:t xml:space="preserve">[12:37] </w:t>
      </w:r>
      <w:r>
        <w:t>mein na dalen, to ek bohat bari price deni parti hai.</w:t>
      </w:r>
    </w:p>
    <w:p>
      <w:pPr>
        <w:jc w:val="right"/>
      </w:pPr>
      <w:r>
        <w:t>میں نہ ڈالیں، تو ایک بہت بڑی پرائس دینی پڑتی ہے۔</w:t>
      </w:r>
    </w:p>
    <w:p>
      <w:r>
        <w:rPr>
          <w:b/>
        </w:rPr>
        <w:t xml:space="preserve">[12:42] </w:t>
      </w:r>
      <w:r>
        <w:t>yeh price ke allah ka shukr karne ke qabil nahi rehte aap.</w:t>
      </w:r>
    </w:p>
    <w:p>
      <w:pPr>
        <w:jc w:val="right"/>
      </w:pPr>
      <w:r>
        <w:t>یہ پرائس کہ اللہ کا شکر کرنے کے قابل نہیں رہتے آپ۔</w:t>
      </w:r>
    </w:p>
    <w:p>
      <w:r>
        <w:rPr>
          <w:b/>
        </w:rPr>
        <w:t xml:space="preserve">[12:46] </w:t>
      </w:r>
      <w:r>
        <w:t>aap is qabil nahi rehte ke allah ka shukr kar saken.</w:t>
      </w:r>
    </w:p>
    <w:p>
      <w:pPr>
        <w:jc w:val="right"/>
      </w:pPr>
      <w:r>
        <w:t>آپ اس قابل نہیں رہتے کہ اللہ کا شکر کر سکیں۔</w:t>
      </w:r>
    </w:p>
    <w:p>
      <w:r>
        <w:rPr>
          <w:b/>
        </w:rPr>
        <w:t xml:space="preserve">[12:52] </w:t>
      </w:r>
      <w:r>
        <w:t>to dekhiye, quran ki ek ayat hai sabr ke baray mein</w:t>
      </w:r>
    </w:p>
    <w:p>
      <w:pPr>
        <w:jc w:val="right"/>
      </w:pPr>
      <w:r>
        <w:t>تو دیکھیے، قرآن کی ایک آیت ہے صبر کے بارے میں</w:t>
      </w:r>
    </w:p>
    <w:p>
      <w:r>
        <w:rPr>
          <w:b/>
        </w:rPr>
        <w:t xml:space="preserve">[12:57] </w:t>
      </w:r>
      <w:r>
        <w:t>ke "inma yufis al-sabirun ajrahum bi ghair hisab".</w:t>
      </w:r>
    </w:p>
    <w:p>
      <w:pPr>
        <w:jc w:val="right"/>
      </w:pPr>
      <w:r>
        <w:t>کہ "إنما يؤفس الصابرون أجرهم بغير حساب"۔</w:t>
      </w:r>
    </w:p>
    <w:p>
      <w:r>
        <w:rPr>
          <w:b/>
        </w:rPr>
        <w:t xml:space="preserve">[13:06] </w:t>
      </w:r>
      <w:r>
        <w:t>sabr karne walay bila hisab inaam payen gay.</w:t>
      </w:r>
    </w:p>
    <w:p>
      <w:pPr>
        <w:jc w:val="right"/>
      </w:pPr>
      <w:r>
        <w:t>صبر کرنے والے بلا حساب انعام پائیں گے۔</w:t>
      </w:r>
    </w:p>
    <w:p>
      <w:r>
        <w:rPr>
          <w:b/>
        </w:rPr>
        <w:t xml:space="preserve">[13:12] </w:t>
      </w:r>
      <w:r>
        <w:t>to yeh kyun hai? yeh is mein result ki baat yahan par hai.</w:t>
      </w:r>
    </w:p>
    <w:p>
      <w:pPr>
        <w:jc w:val="right"/>
      </w:pPr>
      <w:r>
        <w:t>تو یہ کیوں ہے؟ یہ اس میں رزلٹ کی بات یہاں پر ہے۔</w:t>
      </w:r>
    </w:p>
    <w:p>
      <w:r>
        <w:rPr>
          <w:b/>
        </w:rPr>
        <w:t xml:space="preserve">[13:16] </w:t>
      </w:r>
      <w:r>
        <w:t>yani sabr khud,</w:t>
      </w:r>
    </w:p>
    <w:p>
      <w:pPr>
        <w:jc w:val="right"/>
      </w:pPr>
      <w:r>
        <w:t>یعنی صبر خود،</w:t>
      </w:r>
    </w:p>
    <w:p>
      <w:r>
        <w:rPr>
          <w:b/>
        </w:rPr>
        <w:t xml:space="preserve">[13:19] </w:t>
      </w:r>
      <w:r>
        <w:t>sabr khud koi aisi cheez nahi ke is par aap ko reward diya jaye.</w:t>
      </w:r>
    </w:p>
    <w:p>
      <w:pPr>
        <w:jc w:val="right"/>
      </w:pPr>
      <w:r>
        <w:t>صبر خود کوئی ایسی چیز نہیں کہ اس پر آپ کو ریوارڈ دیا جائے۔</w:t>
      </w:r>
    </w:p>
    <w:p>
      <w:r>
        <w:rPr>
          <w:b/>
        </w:rPr>
        <w:t xml:space="preserve">[13:23] </w:t>
      </w:r>
      <w:r>
        <w:t>sabr ki wajah se aap is qabil ho jayen gay ke sab se bara rewardable kaam woh kar</w:t>
      </w:r>
    </w:p>
    <w:p>
      <w:pPr>
        <w:jc w:val="right"/>
      </w:pPr>
      <w:r>
        <w:t>صبر کی وجہ سے آپ اس قابل ہو جائیں گے کہ سب سے بڑا ریوارڈیبل کام وہ کر</w:t>
      </w:r>
    </w:p>
    <w:p>
      <w:r>
        <w:rPr>
          <w:b/>
        </w:rPr>
        <w:t xml:space="preserve">[13:28] </w:t>
      </w:r>
      <w:r>
        <w:t>saken aap. yani allah ka shukr.</w:t>
      </w:r>
    </w:p>
    <w:p>
      <w:pPr>
        <w:jc w:val="right"/>
      </w:pPr>
      <w:r>
        <w:t>سکیں آپ۔ یعنی اللہ کا شکر۔</w:t>
      </w:r>
    </w:p>
    <w:p>
      <w:r>
        <w:rPr>
          <w:b/>
        </w:rPr>
        <w:t xml:space="preserve">[13:33] </w:t>
      </w:r>
      <w:r>
        <w:t>yeh bohat bari baat hai jo samajhna chahiye.</w:t>
      </w:r>
    </w:p>
    <w:p>
      <w:pPr>
        <w:jc w:val="right"/>
      </w:pPr>
      <w:r>
        <w:t>یہ بہت بڑی بات ہے جو سمجھنا چاہیے۔</w:t>
      </w:r>
    </w:p>
    <w:p>
      <w:r>
        <w:rPr>
          <w:b/>
        </w:rPr>
        <w:t xml:space="preserve">[13:36] </w:t>
      </w:r>
      <w:r>
        <w:t>"inma yufis al-sabirun ajrahum bi ghair hisab".</w:t>
      </w:r>
    </w:p>
    <w:p>
      <w:pPr>
        <w:jc w:val="right"/>
      </w:pPr>
      <w:r>
        <w:t>"إنما يؤفس الصابرون أجرهم بغير حساب"۔</w:t>
      </w:r>
    </w:p>
    <w:p>
      <w:r>
        <w:rPr>
          <w:b/>
        </w:rPr>
        <w:t xml:space="preserve">[13:39] </w:t>
      </w:r>
      <w:r>
        <w:t>yani sabr karne ki wajah se woh is kaam ko kar payen gay jis par sab se ziyada</w:t>
      </w:r>
    </w:p>
    <w:p>
      <w:pPr>
        <w:jc w:val="right"/>
      </w:pPr>
      <w:r>
        <w:t>یعنی صبر کرنے کی وجہ سے وہ اس کام کو کر پائیں گے جس پر سب سے زیادہ</w:t>
      </w:r>
    </w:p>
    <w:p>
      <w:r>
        <w:rPr>
          <w:b/>
        </w:rPr>
        <w:t xml:space="preserve">[13:46] </w:t>
      </w:r>
      <w:r>
        <w:t>inaam milta hai.</w:t>
      </w:r>
    </w:p>
    <w:p>
      <w:pPr>
        <w:jc w:val="right"/>
      </w:pPr>
      <w:r>
        <w:t>انعام ملتا ہے۔</w:t>
      </w:r>
    </w:p>
    <w:p>
      <w:r>
        <w:rPr>
          <w:b/>
        </w:rPr>
        <w:t xml:space="preserve">[13:47] </w:t>
      </w:r>
      <w:r>
        <w:t>yani shukr, hamd.</w:t>
      </w:r>
    </w:p>
    <w:p>
      <w:pPr>
        <w:jc w:val="right"/>
      </w:pPr>
      <w:r>
        <w:t>یعنی شکر، حمد۔</w:t>
      </w:r>
    </w:p>
    <w:p>
      <w:r>
        <w:rPr>
          <w:b/>
        </w:rPr>
        <w:t xml:space="preserve">[13:53] </w:t>
      </w:r>
      <w:r>
        <w:t>to yeh bohat hi bari baat hai jis ko samajhna chahiye ke Allah ne dunya ko banaya ek</w:t>
      </w:r>
    </w:p>
    <w:p>
      <w:pPr>
        <w:jc w:val="right"/>
      </w:pPr>
      <w:r>
        <w:t>تو یہ بہت ہی بڑی بات ہے جس کو سمجھنا چاہیے کہ اللہ نے دنیا کو بنایا ایک</w:t>
      </w:r>
    </w:p>
    <w:p>
      <w:r>
        <w:rPr>
          <w:b/>
        </w:rPr>
        <w:t xml:space="preserve">[13:58] </w:t>
      </w:r>
      <w:r>
        <w:t>aitbar se dar-ul-hamd, doosre aitbar se bana diya is ko dar-ul-qabz.</w:t>
      </w:r>
    </w:p>
    <w:p>
      <w:pPr>
        <w:jc w:val="right"/>
      </w:pPr>
      <w:r>
        <w:t>اعتبار سے دارالحمد، دوسرے اعتبار سے بنا دیا اس کو دارالقبض۔</w:t>
      </w:r>
    </w:p>
    <w:p>
      <w:r>
        <w:rPr>
          <w:b/>
        </w:rPr>
        <w:t xml:space="preserve">[14:05] </w:t>
      </w:r>
      <w:r>
        <w:t>insan ki nisbat se dar-ul-qabz hai, aur Allah ki nisbat se dar-ul-hamd hai woh.</w:t>
      </w:r>
    </w:p>
    <w:p>
      <w:pPr>
        <w:jc w:val="right"/>
      </w:pPr>
      <w:r>
        <w:t>انسان کی نسبت سے دارالقبض ہے، اور اللہ کی نسبت سے دارالحمد ہے وہ۔</w:t>
      </w:r>
    </w:p>
    <w:p>
      <w:r>
        <w:rPr>
          <w:b/>
        </w:rPr>
        <w:t xml:space="preserve">[14:10] </w:t>
      </w:r>
      <w:r>
        <w:t>donon alag alag nisbatein hain.</w:t>
      </w:r>
    </w:p>
    <w:p>
      <w:pPr>
        <w:jc w:val="right"/>
      </w:pPr>
      <w:r>
        <w:t>دونوں الگ الگ نسبتیں ہیں۔</w:t>
      </w:r>
    </w:p>
    <w:p>
      <w:r>
        <w:rPr>
          <w:b/>
        </w:rPr>
        <w:t xml:space="preserve">[14:15] </w:t>
      </w:r>
      <w:r>
        <w:t>yani dar-ul-qabz hai woh insan ki nisbat se, aur dar-ul-hamd hai woh Allah ki nisbat se.</w:t>
      </w:r>
    </w:p>
    <w:p>
      <w:pPr>
        <w:jc w:val="right"/>
      </w:pPr>
      <w:r>
        <w:t>یعنی دارالقبض ہے وہ انسان کی نسبت سے، اور دارالحمد ہے وہ اللہ کی نسبت سے۔</w:t>
      </w:r>
    </w:p>
    <w:p>
      <w:r>
        <w:rPr>
          <w:b/>
        </w:rPr>
        <w:t xml:space="preserve">[14:22] </w:t>
      </w:r>
      <w:r>
        <w:t>ab dekhiye, ek aur pehlu se aap dekhiye.</w:t>
      </w:r>
    </w:p>
    <w:p>
      <w:pPr>
        <w:jc w:val="right"/>
      </w:pPr>
      <w:r>
        <w:t>اب دیکھیے، ایک اور پہلو سے آپ دیکھیے۔</w:t>
      </w:r>
    </w:p>
    <w:p>
      <w:r>
        <w:rPr>
          <w:b/>
        </w:rPr>
        <w:t xml:space="preserve">[14:26] </w:t>
      </w:r>
      <w:r>
        <w:t>Allah ne kyun dunya ko dar-ul-qabz banaya? Kya Allah ko insan se koi zid thi?</w:t>
      </w:r>
    </w:p>
    <w:p>
      <w:pPr>
        <w:jc w:val="right"/>
      </w:pPr>
      <w:r>
        <w:t>اللہ نے کیوں دنیا کو دارالقبض بنایا؟ کیا اللہ کو انسان سے کوئی ضد تھی؟</w:t>
      </w:r>
    </w:p>
    <w:p>
      <w:r>
        <w:rPr>
          <w:b/>
        </w:rPr>
        <w:t xml:space="preserve">[14:35] </w:t>
      </w:r>
      <w:r>
        <w:t>Kya Allah insan ke bare mein kuch zalim tha? Accha, zahir hai ke hum aur aqeedah hai ke</w:t>
      </w:r>
    </w:p>
    <w:p>
      <w:pPr>
        <w:jc w:val="right"/>
      </w:pPr>
      <w:r>
        <w:t>کیا اللہ انسان کے بارے میں کچھ ظالم تھا؟ اچھا، ظاہر ہے کہ ہم اور عقیدہ ہے کہ</w:t>
      </w:r>
    </w:p>
    <w:p>
      <w:r>
        <w:rPr>
          <w:b/>
        </w:rPr>
        <w:t xml:space="preserve">[14:41] </w:t>
      </w:r>
      <w:r>
        <w:t>aisa nahi ho sakta.</w:t>
      </w:r>
    </w:p>
    <w:p>
      <w:pPr>
        <w:jc w:val="right"/>
      </w:pPr>
      <w:r>
        <w:t>ایسا نہیں ہو سکتا۔</w:t>
      </w:r>
    </w:p>
    <w:p>
      <w:r>
        <w:rPr>
          <w:b/>
        </w:rPr>
        <w:t xml:space="preserve">[14:44] </w:t>
      </w:r>
      <w:r>
        <w:t>nahi. Cheez yeh hai ke Allah taala ne insan ko paida kiya hai is tareeqe se ke woh</w:t>
      </w:r>
    </w:p>
    <w:p>
      <w:pPr>
        <w:jc w:val="right"/>
      </w:pPr>
      <w:r>
        <w:t>نہیں۔ چیز یہ ہے کہ اللہ تعالی نے انسان کو پیدا کیا ہے اس طریقے سے کہ وہ</w:t>
      </w:r>
    </w:p>
    <w:p>
      <w:r>
        <w:rPr>
          <w:b/>
        </w:rPr>
        <w:t xml:space="preserve">[14:51] </w:t>
      </w:r>
      <w:r>
        <w:t>sari cheezein is ke andar potential ke roop mein hain.</w:t>
      </w:r>
    </w:p>
    <w:p>
      <w:pPr>
        <w:jc w:val="right"/>
      </w:pPr>
      <w:r>
        <w:t>ساری چیزیں اس کے اندر پوٹینشل کے روپ میں ہیں۔</w:t>
      </w:r>
    </w:p>
    <w:p>
      <w:r>
        <w:rPr>
          <w:b/>
        </w:rPr>
        <w:t xml:space="preserve">[14:56] </w:t>
      </w:r>
      <w:r>
        <w:t>potential ke roop mein.</w:t>
      </w:r>
    </w:p>
    <w:p>
      <w:pPr>
        <w:jc w:val="right"/>
      </w:pPr>
      <w:r>
        <w:t>پوٹینشل کے روپ میں۔</w:t>
      </w:r>
    </w:p>
    <w:p>
      <w:r>
        <w:rPr>
          <w:b/>
        </w:rPr>
        <w:t xml:space="preserve">[14:58] </w:t>
      </w:r>
      <w:r>
        <w:t>jaise pathar hai, pathar mein jo cheez hai woh hai.</w:t>
      </w:r>
    </w:p>
    <w:p>
      <w:pPr>
        <w:jc w:val="right"/>
      </w:pPr>
      <w:r>
        <w:t>جیسے پتھر ہے، پتھر میں جو چیز ہے وہ ہے۔</w:t>
      </w:r>
    </w:p>
    <w:p>
      <w:r>
        <w:rPr>
          <w:b/>
        </w:rPr>
        <w:t xml:space="preserve">[15:02] </w:t>
      </w:r>
      <w:r>
        <w:t>is mein koi cheez potential ke roop mein nahi hai koi.</w:t>
      </w:r>
    </w:p>
    <w:p>
      <w:pPr>
        <w:jc w:val="right"/>
      </w:pPr>
      <w:r>
        <w:t>اس میں کوئی چیز پوٹینشل کے روپ میں نہیں ہے کوئی۔</w:t>
      </w:r>
    </w:p>
    <w:p>
      <w:r>
        <w:rPr>
          <w:b/>
        </w:rPr>
        <w:t xml:space="preserve">[15:06] </w:t>
      </w:r>
      <w:r>
        <w:t>jaisa pathar hai waisa hai.</w:t>
      </w:r>
    </w:p>
    <w:p>
      <w:pPr>
        <w:jc w:val="right"/>
      </w:pPr>
      <w:r>
        <w:t>جیسا پتھر ہے ویسا ہے۔</w:t>
      </w:r>
    </w:p>
    <w:p>
      <w:r>
        <w:rPr>
          <w:b/>
        </w:rPr>
        <w:t xml:space="preserve">[15:09] </w:t>
      </w:r>
      <w:r>
        <w:t>loha jaisa hai waisa hai.</w:t>
      </w:r>
    </w:p>
    <w:p>
      <w:pPr>
        <w:jc w:val="right"/>
      </w:pPr>
      <w:r>
        <w:t>لوہا جیسا ہے ویسا ہے۔</w:t>
      </w:r>
    </w:p>
    <w:p>
      <w:r>
        <w:rPr>
          <w:b/>
        </w:rPr>
        <w:t xml:space="preserve">[15:12] </w:t>
      </w:r>
      <w:r>
        <w:t>shir jaisa hai waisa hai.</w:t>
      </w:r>
    </w:p>
    <w:p>
      <w:pPr>
        <w:jc w:val="right"/>
      </w:pPr>
      <w:r>
        <w:t>شیر جیسا ہے ویسا ہے۔</w:t>
      </w:r>
    </w:p>
    <w:p>
      <w:r>
        <w:rPr>
          <w:b/>
        </w:rPr>
        <w:t xml:space="preserve">[15:14] </w:t>
      </w:r>
      <w:r>
        <w:t>insan ka mamla yeh hai ke is ke andar beshumar cheezein hain, lekin woh sab potential ke</w:t>
      </w:r>
    </w:p>
    <w:p>
      <w:pPr>
        <w:jc w:val="right"/>
      </w:pPr>
      <w:r>
        <w:t>انسان کا معاملہ یہ ہے کہ اس کے اندر بے شمار چیزیں ہیں، لیکن وہ سب پوٹینشل کے</w:t>
      </w:r>
    </w:p>
    <w:p>
      <w:r>
        <w:rPr>
          <w:b/>
        </w:rPr>
        <w:t xml:space="preserve">[15:21] </w:t>
      </w:r>
      <w:r>
        <w:t>roop mein hain.</w:t>
      </w:r>
    </w:p>
    <w:p>
      <w:pPr>
        <w:jc w:val="right"/>
      </w:pPr>
      <w:r>
        <w:t>روپ میں ہیں۔</w:t>
      </w:r>
    </w:p>
    <w:p>
      <w:r>
        <w:rPr>
          <w:b/>
        </w:rPr>
        <w:t xml:space="preserve">[15:22] </w:t>
      </w:r>
      <w:r>
        <w:t>yani bil-quwwa is ko kehte hain, bil-quwwa ke andaaz mein hain.</w:t>
      </w:r>
    </w:p>
    <w:p>
      <w:pPr>
        <w:jc w:val="right"/>
      </w:pPr>
      <w:r>
        <w:t>یعنی بالقوہ اس کو کہتے ہیں، بالقوہ کے انداز میں ہیں۔</w:t>
      </w:r>
    </w:p>
    <w:p>
      <w:r>
        <w:rPr>
          <w:b/>
        </w:rPr>
        <w:t xml:space="preserve">[15:26] </w:t>
      </w:r>
      <w:r>
        <w:t>yeh bil-quwwa, bil-fi'l kaise bane? Yani potential jo hai woh actual kaise bane?</w:t>
      </w:r>
    </w:p>
    <w:p>
      <w:pPr>
        <w:jc w:val="right"/>
      </w:pPr>
      <w:r>
        <w:t>یہ بالقوہ، بالفعل کیسے بنے؟ یعنی پوٹینشل جو ہے وہ ایکچول کیسے بنے؟</w:t>
      </w:r>
    </w:p>
    <w:p>
      <w:r>
        <w:rPr>
          <w:b/>
        </w:rPr>
        <w:t xml:space="preserve">[15:32] </w:t>
      </w:r>
      <w:r>
        <w:t>is ka tareeqa Allah taala ne kaha hai shock treatment.</w:t>
      </w:r>
    </w:p>
    <w:p>
      <w:pPr>
        <w:jc w:val="right"/>
      </w:pPr>
      <w:r>
        <w:t>اس کا طریقہ اللہ تعالی نے کہا ہے شاک ٹریٹمنٹ۔</w:t>
      </w:r>
    </w:p>
    <w:p>
      <w:r>
        <w:rPr>
          <w:b/>
        </w:rPr>
        <w:t xml:space="preserve">[15:38] </w:t>
      </w:r>
      <w:r>
        <w:t>shock treatment aap ke potential ko actual banata hai.</w:t>
      </w:r>
    </w:p>
    <w:p>
      <w:pPr>
        <w:jc w:val="right"/>
      </w:pPr>
      <w:r>
        <w:t>شاک ٹریٹمنٹ آپ کے پوٹینشل کو ایکچول بناتا ہے۔</w:t>
      </w:r>
    </w:p>
    <w:p>
      <w:r>
        <w:rPr>
          <w:b/>
        </w:rPr>
        <w:t xml:space="preserve">[15:43] </w:t>
      </w:r>
      <w:r>
        <w:t>jab aap ko shock lagta hai, jab aap ko problem</w:t>
      </w:r>
    </w:p>
    <w:p>
      <w:pPr>
        <w:jc w:val="right"/>
      </w:pPr>
      <w:r>
        <w:t>جب آپ کو شاک لگتا ہے، جب آپ کو پرابلم</w:t>
      </w:r>
    </w:p>
    <w:p>
      <w:r>
        <w:rPr>
          <w:b/>
        </w:rPr>
        <w:t xml:space="preserve">[15:48] </w:t>
      </w:r>
      <w:r>
        <w:t>ko face karte hain, jab aap ko challenge pesh aata hai, tab aap ke potential, tab aap ka</w:t>
      </w:r>
    </w:p>
    <w:p>
      <w:pPr>
        <w:jc w:val="right"/>
      </w:pPr>
      <w:r>
        <w:t>کو فیس کرتے ہیں، جب آپ کو چیلنج پیش آتا ہے، تب آپ کے پوٹینشل، تب آپ کا</w:t>
      </w:r>
    </w:p>
    <w:p>
      <w:r>
        <w:rPr>
          <w:b/>
        </w:rPr>
        <w:t xml:space="preserve">[15:55] </w:t>
      </w:r>
      <w:r>
        <w:t>mind activate hota hai, tab aap ke potential jo hain woh actual bante hain.</w:t>
      </w:r>
    </w:p>
    <w:p>
      <w:pPr>
        <w:jc w:val="right"/>
      </w:pPr>
      <w:r>
        <w:t>مائنڈ ایکٹیویٹ ہوتا ہے، تب آپ کے پوٹینشل جو ہیں وہ ایکچول بنتے ہیں۔</w:t>
      </w:r>
    </w:p>
    <w:p>
      <w:r>
        <w:rPr>
          <w:b/>
        </w:rPr>
        <w:t xml:space="preserve">[16:03] </w:t>
      </w:r>
      <w:r>
        <w:t>in baaton mein bohat dinon se sochta tha.</w:t>
      </w:r>
    </w:p>
    <w:p>
      <w:pPr>
        <w:jc w:val="right"/>
      </w:pPr>
      <w:r>
        <w:t>ان باتوں میں بہت دنوں سے سوچتا تھا۔</w:t>
      </w:r>
    </w:p>
    <w:p>
      <w:r>
        <w:rPr>
          <w:b/>
        </w:rPr>
        <w:t xml:space="preserve">[16:05] </w:t>
      </w:r>
      <w:r>
        <w:t>sab se pehle mujhe is mein jo clue mila, clue,</w:t>
      </w:r>
    </w:p>
    <w:p>
      <w:pPr>
        <w:jc w:val="right"/>
      </w:pPr>
      <w:r>
        <w:t>سب سے پہلے مجھے اس میں جو کلو ملا، کلو،</w:t>
      </w:r>
    </w:p>
    <w:p>
      <w:r>
        <w:rPr>
          <w:b/>
        </w:rPr>
        <w:t xml:space="preserve">[16:09] </w:t>
      </w:r>
      <w:r>
        <w:t>woh Alan Tynes B ki</w:t>
      </w:r>
    </w:p>
    <w:p>
      <w:pPr>
        <w:jc w:val="right"/>
      </w:pPr>
      <w:r>
        <w:t>وہ آلن ٹائنز بی کی</w:t>
      </w:r>
    </w:p>
    <w:p>
      <w:r>
        <w:rPr>
          <w:b/>
        </w:rPr>
        <w:t xml:space="preserve">[16:13] </w:t>
      </w:r>
      <w:r>
        <w:t>tareekh se. Is ne yeh baat likhi hai ke jo</w:t>
      </w:r>
    </w:p>
    <w:p>
      <w:pPr>
        <w:jc w:val="right"/>
      </w:pPr>
      <w:r>
        <w:t>تاریخ سے۔ اس نے یہ بات لکھی ہے کہ جو</w:t>
      </w:r>
    </w:p>
    <w:p>
      <w:r>
        <w:rPr>
          <w:b/>
        </w:rPr>
        <w:t xml:space="preserve">[16:18] </w:t>
      </w:r>
      <w:r>
        <w:t>qaumein ya jo communities taraqqi karti hain ya tehzeeb, civilization banati hain,</w:t>
      </w:r>
    </w:p>
    <w:p>
      <w:pPr>
        <w:jc w:val="right"/>
      </w:pPr>
      <w:r>
        <w:t>قومیں یا جو کمیونٹیز ترقی کرتی ہیں یا تہذیب، سویلائزیشن بناتی ہیں،</w:t>
      </w:r>
    </w:p>
    <w:p>
      <w:r>
        <w:rPr>
          <w:b/>
        </w:rPr>
        <w:t xml:space="preserve">[16:27] </w:t>
      </w:r>
      <w:r>
        <w:t>woh wahi hoti hain jo majority mein hoti hain.</w:t>
      </w:r>
    </w:p>
    <w:p>
      <w:pPr>
        <w:jc w:val="right"/>
      </w:pPr>
      <w:r>
        <w:t>وہ وہی ہوتی ہیں جو میجورٹی میں ہوتی ہیں۔</w:t>
      </w:r>
    </w:p>
    <w:p>
      <w:r>
        <w:rPr>
          <w:b/>
        </w:rPr>
        <w:t xml:space="preserve">[16:31] </w:t>
      </w:r>
      <w:r>
        <w:t>kyun ke woh hamesha majority ki taraf se in ko challenge pesh aata hai musalsal.</w:t>
      </w:r>
    </w:p>
    <w:p>
      <w:pPr>
        <w:jc w:val="right"/>
      </w:pPr>
      <w:r>
        <w:t>کیونکہ وہ ہمیشہ میجورٹی کی طرف سے ان کو چیلنج پیش آتا ہے مسلسل۔</w:t>
      </w:r>
    </w:p>
    <w:p>
      <w:r>
        <w:rPr>
          <w:b/>
        </w:rPr>
        <w:t xml:space="preserve">[16:38] </w:t>
      </w:r>
      <w:r>
        <w:t>to is ne likha hai ke challenge response mechanism woh cheez hai jis se koi community is qabil</w:t>
      </w:r>
    </w:p>
    <w:p>
      <w:pPr>
        <w:jc w:val="right"/>
      </w:pPr>
      <w:r>
        <w:t>تو اس نے لکھا ہے کہ چیلنج رسپانس میکنزم وہ چیز ہے جس سے کوئی کمیونٹی اس قابل</w:t>
      </w:r>
    </w:p>
    <w:p>
      <w:r>
        <w:rPr>
          <w:b/>
        </w:rPr>
        <w:t xml:space="preserve">[16:46] </w:t>
      </w:r>
      <w:r>
        <w:t>banti hai ke woh ek civilization create kare.</w:t>
      </w:r>
    </w:p>
    <w:p>
      <w:pPr>
        <w:jc w:val="right"/>
      </w:pPr>
      <w:r>
        <w:t>بنتی ہے کہ وہ ایک سویلائزیشن کریئیٹ کرے۔</w:t>
      </w:r>
    </w:p>
    <w:p>
      <w:r>
        <w:rPr>
          <w:b/>
        </w:rPr>
        <w:t xml:space="preserve">[16:52] </w:t>
      </w:r>
      <w:r>
        <w:t>to yeh mein samajhta hoon ke jo law of nature hai Allah ka, jo Allah ka jo keyche</w:t>
      </w:r>
    </w:p>
    <w:p>
      <w:pPr>
        <w:jc w:val="right"/>
      </w:pPr>
      <w:r>
        <w:t>تو یہ میں سمجھتا ہوں کہ جو لاء آف نیچر ہے اللہ کا، جو اللہ کا جو کیچے</w:t>
      </w:r>
    </w:p>
    <w:p>
      <w:r>
        <w:rPr>
          <w:b/>
        </w:rPr>
        <w:t xml:space="preserve">[16:57] </w:t>
      </w:r>
      <w:r>
        <w:t>plant hai, isi ko is ne apne alfaaz mein bayan kiya hai.</w:t>
      </w:r>
    </w:p>
    <w:p>
      <w:pPr>
        <w:jc w:val="right"/>
      </w:pPr>
      <w:r>
        <w:t>پلانٹ ہے، اسی کو اس نے اپنے الفاظ میں بیان کیا ہے۔</w:t>
      </w:r>
    </w:p>
    <w:p>
      <w:r>
        <w:rPr>
          <w:b/>
        </w:rPr>
        <w:t xml:space="preserve">[17:01] </w:t>
      </w:r>
      <w:r>
        <w:t>ek historian ki zuban mein.</w:t>
      </w:r>
    </w:p>
    <w:p>
      <w:pPr>
        <w:jc w:val="right"/>
      </w:pPr>
      <w:r>
        <w:t>ایک ہسٹورین کی زبان میں۔</w:t>
      </w:r>
    </w:p>
    <w:p>
      <w:r>
        <w:rPr>
          <w:b/>
        </w:rPr>
        <w:t xml:space="preserve">[17:05] </w:t>
      </w:r>
      <w:r>
        <w:t>kyun ke Quran mein likhi hai ke "Innama Adam al-asmaa kullaha".</w:t>
      </w:r>
    </w:p>
    <w:p>
      <w:pPr>
        <w:jc w:val="right"/>
      </w:pPr>
      <w:r>
        <w:t>کیونکہ قرآن میں لکھی ہے کہ "إنما آدم الأسماء كلا"۔</w:t>
      </w:r>
    </w:p>
    <w:p>
      <w:r>
        <w:rPr>
          <w:b/>
        </w:rPr>
        <w:t xml:space="preserve">[17:10] </w:t>
      </w:r>
      <w:r>
        <w:t>"Innama Adam al-asmaa kullaha" ka matlab yeh hai ke insaan ke andar saari baaton ka ilm bhar diya.</w:t>
      </w:r>
    </w:p>
    <w:p>
      <w:pPr>
        <w:jc w:val="right"/>
      </w:pPr>
      <w:r>
        <w:t>"إنما آدم الأسماء كلا" کا مطلب یہ ہے کہ انسان کے اندر ساری باتوں کا علم بھر دیا۔</w:t>
      </w:r>
    </w:p>
    <w:p>
      <w:r>
        <w:rPr>
          <w:b/>
        </w:rPr>
        <w:t xml:space="preserve">[17:16] </w:t>
      </w:r>
      <w:r>
        <w:t>potential ke taur par.</w:t>
      </w:r>
    </w:p>
    <w:p>
      <w:pPr>
        <w:jc w:val="right"/>
      </w:pPr>
      <w:r>
        <w:t>پوٹینشل کے طور پر۔</w:t>
      </w:r>
    </w:p>
    <w:p>
      <w:r>
        <w:rPr>
          <w:b/>
        </w:rPr>
        <w:t xml:space="preserve">[17:19] </w:t>
      </w:r>
      <w:r>
        <w:t>insaan ke andar saari baaton ka ilm bhar diya.</w:t>
      </w:r>
    </w:p>
    <w:p>
      <w:pPr>
        <w:jc w:val="right"/>
      </w:pPr>
      <w:r>
        <w:t>انسان کے اندر ساری باتوں کا علم بھر دیا۔</w:t>
      </w:r>
    </w:p>
    <w:p>
      <w:r>
        <w:rPr>
          <w:b/>
        </w:rPr>
        <w:t xml:space="preserve">[17:24] </w:t>
      </w:r>
      <w:r>
        <w:t>potential ke taur par.</w:t>
      </w:r>
    </w:p>
    <w:p>
      <w:pPr>
        <w:jc w:val="right"/>
      </w:pPr>
      <w:r>
        <w:t>پوٹینشل کے طور پر۔</w:t>
      </w:r>
    </w:p>
    <w:p>
      <w:r>
        <w:rPr>
          <w:b/>
        </w:rPr>
        <w:t xml:space="preserve">[17:25] </w:t>
      </w:r>
      <w:r>
        <w:t>yaani jis tarah se aap ko bhook ka ehsaas rakh diya gaya hai aap ke andar, pyaas ka</w:t>
      </w:r>
    </w:p>
    <w:p>
      <w:pPr>
        <w:jc w:val="right"/>
      </w:pPr>
      <w:r>
        <w:t>یعنی جس طرح سے آپ کو بھوک کا احساس رکھ دیا گیا ہے آپ کے اندر، پیاس کا</w:t>
      </w:r>
    </w:p>
    <w:p>
      <w:r>
        <w:rPr>
          <w:b/>
        </w:rPr>
        <w:t xml:space="preserve">[17:30] </w:t>
      </w:r>
      <w:r>
        <w:t>ehsaas rakh diya aap ke andar, isi tarah aap ko jo yeh jo discoveries hain, chahe car ho,</w:t>
      </w:r>
    </w:p>
    <w:p>
      <w:pPr>
        <w:jc w:val="right"/>
      </w:pPr>
      <w:r>
        <w:t>احساس رکھ دیا آپ کے اندر، اسی طرح آپ کو جو یہ جو ڈسکوریز ہیں، چاہے کار ہو،</w:t>
      </w:r>
    </w:p>
    <w:p>
      <w:r>
        <w:rPr>
          <w:b/>
        </w:rPr>
        <w:t xml:space="preserve">[17:37] </w:t>
      </w:r>
      <w:r>
        <w:t>hawai jahaz ho, machine ho, sab potential ke taur par aap ke andar maujood theen.</w:t>
      </w:r>
    </w:p>
    <w:p>
      <w:pPr>
        <w:jc w:val="right"/>
      </w:pPr>
      <w:r>
        <w:t>ہوائی جہاز ہو، مشین ہو، سب پوٹینشل کے طور پر آپ کے اندر موجود تھیں۔</w:t>
      </w:r>
    </w:p>
    <w:p>
      <w:r>
        <w:rPr>
          <w:b/>
        </w:rPr>
        <w:t xml:space="preserve">[17:43] </w:t>
      </w:r>
      <w:r>
        <w:t>scientiston ne is ko</w:t>
      </w:r>
    </w:p>
    <w:p>
      <w:pPr>
        <w:jc w:val="right"/>
      </w:pPr>
      <w:r>
        <w:t>سائنسدانوں نے اس کو</w:t>
      </w:r>
    </w:p>
    <w:p>
      <w:r>
        <w:rPr>
          <w:b/>
        </w:rPr>
        <w:t xml:space="preserve">[17:47] </w:t>
      </w:r>
      <w:r>
        <w:t>study kar ke is ko discover kiya, aur phir to hum cheezein banayein.</w:t>
      </w:r>
    </w:p>
    <w:p>
      <w:pPr>
        <w:jc w:val="right"/>
      </w:pPr>
      <w:r>
        <w:t>اسٹڈی کر کے اس کو ڈسکور کیا، اور پھر تو ہم چیزیں بنائیں۔</w:t>
      </w:r>
    </w:p>
    <w:p>
      <w:r>
        <w:rPr>
          <w:b/>
        </w:rPr>
        <w:t xml:space="preserve">[17:53] </w:t>
      </w:r>
      <w:r>
        <w:t>agar yeh maujood na hota, jaise sher ke andar maujood nahin hain yeh cheezein, to sher kabhi, is</w:t>
      </w:r>
    </w:p>
    <w:p>
      <w:pPr>
        <w:jc w:val="right"/>
      </w:pPr>
      <w:r>
        <w:t>اگر یہ موجود نہ ہوتا، جیسے شیر کے اندر موجود نہیں ہیں یہ چیزیں، تو شیر کبھی، اس</w:t>
      </w:r>
    </w:p>
    <w:p>
      <w:r>
        <w:rPr>
          <w:b/>
        </w:rPr>
        <w:t xml:space="preserve">[18:00] </w:t>
      </w:r>
      <w:r>
        <w:t>ne kabhi koi motor car nahin banai.</w:t>
      </w:r>
    </w:p>
    <w:p>
      <w:pPr>
        <w:jc w:val="right"/>
      </w:pPr>
      <w:r>
        <w:t>نے کبھی کوئی موٹر کار نہیں بنائی۔</w:t>
      </w:r>
    </w:p>
    <w:p>
      <w:r>
        <w:rPr>
          <w:b/>
        </w:rPr>
        <w:t xml:space="preserve">[18:02] </w:t>
      </w:r>
      <w:r>
        <w:t>hathi ke andar yeh cheezen maujood nahin hain, to kisi hathi ne hawai jahaz nahin banaya.</w:t>
      </w:r>
    </w:p>
    <w:p>
      <w:pPr>
        <w:jc w:val="right"/>
      </w:pPr>
      <w:r>
        <w:t>ہاتھی کے اندر یہ چیزیں موجود نہیں ہیں، تو کسی ہاتھی نے ہوائی جہاز نہیں بنائے۔</w:t>
      </w:r>
    </w:p>
    <w:p>
      <w:r>
        <w:rPr>
          <w:b/>
        </w:rPr>
        <w:t xml:space="preserve">[18:10] </w:t>
      </w:r>
      <w:r>
        <w:t>kisi pahad ke andar yeh cheezen nahin hain, kisi pahad ne kabhi koi machine nahin banai.</w:t>
      </w:r>
    </w:p>
    <w:p>
      <w:pPr>
        <w:jc w:val="right"/>
      </w:pPr>
      <w:r>
        <w:t>کسی پہاڑ کے اندر یہ چیزیں نہیں ہیں، کسی پہاڑ نے کبھی کوئی مشین نہیں بنائی۔</w:t>
      </w:r>
    </w:p>
    <w:p>
      <w:r>
        <w:rPr>
          <w:b/>
        </w:rPr>
        <w:t xml:space="preserve">[18:16] </w:t>
      </w:r>
      <w:r>
        <w:t>to insan ke andar jo kaha gaya hai ke ilm-e-asmaa, sari baton ka ilm bhar diya, woh</w:t>
      </w:r>
    </w:p>
    <w:p>
      <w:pPr>
        <w:jc w:val="right"/>
      </w:pPr>
      <w:r>
        <w:t>تو انسان کے اندر جو کہا گیا ہے کہ علم اسماء، ساری باتوں کا علم بھر دیا، وہ</w:t>
      </w:r>
    </w:p>
    <w:p>
      <w:r>
        <w:rPr>
          <w:b/>
        </w:rPr>
        <w:t xml:space="preserve">[18:24] </w:t>
      </w:r>
      <w:r>
        <w:t>yahi hai ke sari baaten, sari baaten jo universal knowledge jo hai, insan ke andar potential ke roop</w:t>
      </w:r>
    </w:p>
    <w:p>
      <w:pPr>
        <w:jc w:val="right"/>
      </w:pPr>
      <w:r>
        <w:t>یہی ہے کہ ساری باتیں، ساری باتیں جو یونیورسل نالج جو ہے، انسان کے اندر پوٹینشل کے روپ</w:t>
      </w:r>
    </w:p>
    <w:p>
      <w:r>
        <w:rPr>
          <w:b/>
        </w:rPr>
        <w:t xml:space="preserve">[18:33] </w:t>
      </w:r>
      <w:r>
        <w:t>mein maujood hai.</w:t>
      </w:r>
    </w:p>
    <w:p>
      <w:pPr>
        <w:jc w:val="right"/>
      </w:pPr>
      <w:r>
        <w:t>میں موجود ہے۔</w:t>
      </w:r>
    </w:p>
    <w:p>
      <w:r>
        <w:rPr>
          <w:b/>
        </w:rPr>
        <w:t xml:space="preserve">[18:35] </w:t>
      </w:r>
      <w:r>
        <w:t>ab sawal hai is ko actual banane ka.</w:t>
      </w:r>
    </w:p>
    <w:p>
      <w:pPr>
        <w:jc w:val="right"/>
      </w:pPr>
      <w:r>
        <w:t>اب سوال ہے اس کو ایکچول بنانے کا۔</w:t>
      </w:r>
    </w:p>
    <w:p>
      <w:r>
        <w:rPr>
          <w:b/>
        </w:rPr>
        <w:t xml:space="preserve">[18:39] </w:t>
      </w:r>
      <w:r>
        <w:t>to is potential ko actual banane ke liye Allah taala ne yeh nizam rakha hai ke</w:t>
      </w:r>
    </w:p>
    <w:p>
      <w:pPr>
        <w:jc w:val="right"/>
      </w:pPr>
      <w:r>
        <w:t>تو اس پوٹینشل کو ایکچول بنانے کے لیے اللہ تعالی نے یہ نظام رکھا ہے کہ</w:t>
      </w:r>
    </w:p>
    <w:p>
      <w:r>
        <w:rPr>
          <w:b/>
        </w:rPr>
        <w:t xml:space="preserve">[18:45] </w:t>
      </w:r>
      <w:r>
        <w:t>dunya ko bana diya, yani dar-ul-qabz, yani problem ki dunya.</w:t>
      </w:r>
    </w:p>
    <w:p>
      <w:pPr>
        <w:jc w:val="right"/>
      </w:pPr>
      <w:r>
        <w:t>دنیا کو بنا دیا، یعنی دارالقبض، یعنی پرابلم کی دنیا۔</w:t>
      </w:r>
    </w:p>
    <w:p>
      <w:r>
        <w:rPr>
          <w:b/>
        </w:rPr>
        <w:t xml:space="preserve">[18:53] </w:t>
      </w:r>
      <w:r>
        <w:t>achha, dunya problem ki dunya kyun banti hai?</w:t>
      </w:r>
    </w:p>
    <w:p>
      <w:pPr>
        <w:jc w:val="right"/>
      </w:pPr>
      <w:r>
        <w:t>اچھا، دنیا پرابلم کی دنیا کیوں بنتی ہے؟</w:t>
      </w:r>
    </w:p>
    <w:p>
      <w:r>
        <w:rPr>
          <w:b/>
        </w:rPr>
        <w:t xml:space="preserve">[18:57] </w:t>
      </w:r>
      <w:r>
        <w:t>yeh is liye ke insan ko Allah ne azadi di hai.</w:t>
      </w:r>
    </w:p>
    <w:p>
      <w:pPr>
        <w:jc w:val="right"/>
      </w:pPr>
      <w:r>
        <w:t>یہ اس لیے کہ انسان کو اللہ نے آزادی دی ہے۔</w:t>
      </w:r>
    </w:p>
    <w:p>
      <w:r>
        <w:rPr>
          <w:b/>
        </w:rPr>
        <w:t xml:space="preserve">[19:00] </w:t>
      </w:r>
      <w:r>
        <w:t>azadi, total freedom, total freedom di hai.</w:t>
      </w:r>
    </w:p>
    <w:p>
      <w:pPr>
        <w:jc w:val="right"/>
      </w:pPr>
      <w:r>
        <w:t>آزادی، ٹوٹل فریڈم، ٹوٹل فریڈم دی ہے۔</w:t>
      </w:r>
    </w:p>
    <w:p>
      <w:r>
        <w:rPr>
          <w:b/>
        </w:rPr>
        <w:t xml:space="preserve">[19:06] </w:t>
      </w:r>
      <w:r>
        <w:t>تو جب آزادی دی ہے تو انسان آزادی کو کبھی proper use کرے گا، کبھی misuse کرے</w:t>
      </w:r>
    </w:p>
    <w:p>
      <w:pPr>
        <w:jc w:val="right"/>
      </w:pPr>
      <w:r>
        <w:t>تو جب آزادی دی ہے تو انسان آزادی کو کبھی پراپر یوز کرے گا، کبھی مس یوز کرے</w:t>
      </w:r>
    </w:p>
    <w:p>
      <w:r>
        <w:rPr>
          <w:b/>
        </w:rPr>
        <w:t xml:space="preserve">[19:13] </w:t>
      </w:r>
      <w:r>
        <w:t>ga is ko.</w:t>
      </w:r>
    </w:p>
    <w:p>
      <w:pPr>
        <w:jc w:val="right"/>
      </w:pPr>
      <w:r>
        <w:t>گا اس کو۔</w:t>
      </w:r>
    </w:p>
    <w:p>
      <w:r>
        <w:rPr>
          <w:b/>
        </w:rPr>
        <w:t xml:space="preserve">[19:14] </w:t>
      </w:r>
      <w:r>
        <w:t>to jab misuse karega to doosre ke liye problem create honge.</w:t>
      </w:r>
    </w:p>
    <w:p>
      <w:pPr>
        <w:jc w:val="right"/>
      </w:pPr>
      <w:r>
        <w:t>تو جب مس یوز کرے گا تو دوسرے کے لیے پرابلم کریئیٹ ہوں گے۔</w:t>
      </w:r>
    </w:p>
    <w:p>
      <w:r>
        <w:rPr>
          <w:b/>
        </w:rPr>
        <w:t xml:space="preserve">[19:19] </w:t>
      </w:r>
      <w:r>
        <w:t>yani ek insan jab apni azadi ko misuse karega to doosre insan ke liye woh problem</w:t>
      </w:r>
    </w:p>
    <w:p>
      <w:pPr>
        <w:jc w:val="right"/>
      </w:pPr>
      <w:r>
        <w:t>یعنی ایک انسان جب اپنی آزادی کو مس یوز کرے گا تو دوسرے انسان کے لیے وہ پرابلم</w:t>
      </w:r>
    </w:p>
    <w:p>
      <w:r>
        <w:rPr>
          <w:b/>
        </w:rPr>
        <w:t xml:space="preserve">[19:24] </w:t>
      </w:r>
      <w:r>
        <w:t>creator ban jayega.</w:t>
      </w:r>
    </w:p>
    <w:p>
      <w:pPr>
        <w:jc w:val="right"/>
      </w:pPr>
      <w:r>
        <w:t>کریئیٹر بن جائے گا۔</w:t>
      </w:r>
    </w:p>
    <w:p>
      <w:r>
        <w:rPr>
          <w:b/>
        </w:rPr>
        <w:t xml:space="preserve">[19:29] </w:t>
      </w:r>
      <w:r>
        <w:t>تو اللہ نے انسان کو آزادی کیوں دی ہے؟ تاکہ وہ اپنے potential کو actual بنائے۔</w:t>
      </w:r>
    </w:p>
    <w:p>
      <w:pPr>
        <w:jc w:val="right"/>
      </w:pPr>
      <w:r>
        <w:t>تو اللہ نے انسان کو آزادی کیوں دی ہے؟ تاکہ وہ اپنے پوٹینشل کو ایکچول بنائے۔</w:t>
      </w:r>
    </w:p>
    <w:p>
      <w:r>
        <w:rPr>
          <w:b/>
        </w:rPr>
        <w:t xml:space="preserve">[19:35] </w:t>
      </w:r>
      <w:r>
        <w:t>woh soche, woh ghaur kare.</w:t>
      </w:r>
    </w:p>
    <w:p>
      <w:pPr>
        <w:jc w:val="right"/>
      </w:pPr>
      <w:r>
        <w:t>وہ سوچے، وہ غور کرے۔</w:t>
      </w:r>
    </w:p>
    <w:p>
      <w:r>
        <w:rPr>
          <w:b/>
        </w:rPr>
        <w:t xml:space="preserve">[19:39] </w:t>
      </w:r>
      <w:r>
        <w:t>apne andar chhupe hue jo treasure hain, us ko daryaft kare.</w:t>
      </w:r>
    </w:p>
    <w:p>
      <w:pPr>
        <w:jc w:val="right"/>
      </w:pPr>
      <w:r>
        <w:t>اپنے اندر چھپے ہوئے جو ٹریژر ہیں، اس کو دریافت کرے۔</w:t>
      </w:r>
    </w:p>
    <w:p>
      <w:r>
        <w:rPr>
          <w:b/>
        </w:rPr>
        <w:t xml:space="preserve">[19:45] </w:t>
      </w:r>
      <w:r>
        <w:t>azadi na hoti to yeh nahin ho sakta tha.</w:t>
      </w:r>
    </w:p>
    <w:p>
      <w:pPr>
        <w:jc w:val="right"/>
      </w:pPr>
      <w:r>
        <w:t>آزادی نہ ہوتی تو یہ نہیں ہو سکتا تھا۔</w:t>
      </w:r>
    </w:p>
    <w:p>
      <w:r>
        <w:rPr>
          <w:b/>
        </w:rPr>
        <w:t xml:space="preserve">[19:49] </w:t>
      </w:r>
      <w:r>
        <w:t>chunaanche aap dekhiye,</w:t>
      </w:r>
    </w:p>
    <w:p>
      <w:pPr>
        <w:jc w:val="right"/>
      </w:pPr>
      <w:r>
        <w:t>چنانچہ آپ دیکھیے،</w:t>
      </w:r>
    </w:p>
    <w:p>
      <w:r>
        <w:rPr>
          <w:b/>
        </w:rPr>
        <w:t xml:space="preserve">[19:51] </w:t>
      </w:r>
      <w:r>
        <w:t>pichhle zamanon mein jab ke dunya mein kingship thi, azadi nahin hua karti thi, to koi discovery</w:t>
      </w:r>
    </w:p>
    <w:p>
      <w:pPr>
        <w:jc w:val="right"/>
      </w:pPr>
      <w:r>
        <w:t>پچھلے زمانوں میں جب کہ دنیا میں کنگ شپ تھی، آزادی نہیں ہوا کرتی تھی، تو کوئی ڈسکوری</w:t>
      </w:r>
    </w:p>
    <w:p>
      <w:r>
        <w:rPr>
          <w:b/>
        </w:rPr>
        <w:t xml:space="preserve">[19:58] </w:t>
      </w:r>
      <w:r>
        <w:t>nahin hui. pure kingship ka zamana jo hai, us mein koi discovery nahin hui.</w:t>
      </w:r>
    </w:p>
    <w:p>
      <w:pPr>
        <w:jc w:val="right"/>
      </w:pPr>
      <w:r>
        <w:t>نہیں ہوئی۔ پورے کنگ شپ کا زمانہ جو ہے، اس میں کوئی ڈسکوری نہیں ہوئی۔</w:t>
      </w:r>
    </w:p>
    <w:p>
      <w:r>
        <w:rPr>
          <w:b/>
        </w:rPr>
        <w:t xml:space="preserve">[20:06] </w:t>
      </w:r>
      <w:r>
        <w:t>sari discoveries hui hain jab, jab kingship khatm hui.</w:t>
      </w:r>
    </w:p>
    <w:p>
      <w:pPr>
        <w:jc w:val="right"/>
      </w:pPr>
      <w:r>
        <w:t>ساری ڈسکوریز ہوئی ہیں جب، جب کنگ شپ ختم ہوئی۔</w:t>
      </w:r>
    </w:p>
    <w:p>
      <w:r>
        <w:rPr>
          <w:b/>
        </w:rPr>
        <w:t xml:space="preserve">[20:09] </w:t>
      </w:r>
      <w:r>
        <w:t>yani French Revolution ke baad.</w:t>
      </w:r>
    </w:p>
    <w:p>
      <w:pPr>
        <w:jc w:val="right"/>
      </w:pPr>
      <w:r>
        <w:t>یعنی فرنچ ریولوشن کے بعد۔</w:t>
      </w:r>
    </w:p>
    <w:p>
      <w:r>
        <w:rPr>
          <w:b/>
        </w:rPr>
        <w:t xml:space="preserve">[20:12] </w:t>
      </w:r>
      <w:r>
        <w:t>kingship khatm hui to azadi ka zamana aaya.</w:t>
      </w:r>
    </w:p>
    <w:p>
      <w:pPr>
        <w:jc w:val="right"/>
      </w:pPr>
      <w:r>
        <w:t>کنگ شپ ختم ہوئی تو آزادی کا زمانہ آیا۔</w:t>
      </w:r>
    </w:p>
    <w:p>
      <w:r>
        <w:rPr>
          <w:b/>
        </w:rPr>
        <w:t xml:space="preserve">[20:17] </w:t>
      </w:r>
      <w:r>
        <w:t>insaan aazadana taur par sochne laga.</w:t>
      </w:r>
    </w:p>
    <w:p>
      <w:pPr>
        <w:jc w:val="right"/>
      </w:pPr>
      <w:r>
        <w:t>انسان آزادانہ طور پر سوچنے لگا۔</w:t>
      </w:r>
    </w:p>
    <w:p>
      <w:r>
        <w:rPr>
          <w:b/>
        </w:rPr>
        <w:t xml:space="preserve">[20:22] </w:t>
      </w:r>
      <w:r>
        <w:t>tab ja kar ke discovery hui.</w:t>
      </w:r>
    </w:p>
    <w:p>
      <w:pPr>
        <w:jc w:val="right"/>
      </w:pPr>
      <w:r>
        <w:t>تب جا کر کے ڈسکوری ہوئی۔</w:t>
      </w:r>
    </w:p>
    <w:p>
      <w:r>
        <w:rPr>
          <w:b/>
        </w:rPr>
        <w:t xml:space="preserve">[20:25] </w:t>
      </w:r>
      <w:r>
        <w:t>tab ja kar insaan ke</w:t>
      </w:r>
    </w:p>
    <w:p>
      <w:pPr>
        <w:jc w:val="right"/>
      </w:pPr>
      <w:r>
        <w:t>تب جا کر انسان کے</w:t>
      </w:r>
    </w:p>
    <w:p>
      <w:r>
        <w:rPr>
          <w:b/>
        </w:rPr>
        <w:t xml:space="preserve">[20:28] </w:t>
      </w:r>
      <w:r>
        <w:t>potential unfold hue.</w:t>
      </w:r>
    </w:p>
    <w:p>
      <w:pPr>
        <w:jc w:val="right"/>
      </w:pPr>
      <w:r>
        <w:t>پوٹینشل ان فولڈ ہوئے۔</w:t>
      </w:r>
    </w:p>
    <w:p>
      <w:r>
        <w:rPr>
          <w:b/>
        </w:rPr>
        <w:t xml:space="preserve">[20:32] </w:t>
      </w:r>
      <w:r>
        <w:t>تو جب اللہ تعالی کا یہ cosmic plan ہے، یہ اس طریقے سے انسان کو اللہ تعالی نے،</w:t>
      </w:r>
    </w:p>
    <w:p>
      <w:pPr>
        <w:jc w:val="right"/>
      </w:pPr>
      <w:r>
        <w:t>تو جب اللہ تعالی کا یہ کیچے پلانٹ ہے، یہ اس طریقے سے انسان کو اللہ تعالی نے،</w:t>
      </w:r>
    </w:p>
    <w:p>
      <w:r>
        <w:rPr>
          <w:b/>
        </w:rPr>
        <w:t xml:space="preserve">[20:40] </w:t>
      </w:r>
      <w:r>
        <w:t>انسان کے، یعنی اللہ تعالی کی منشا ہے کہ اس طرح سے انسان کا development ہو، تو ضرور</w:t>
      </w:r>
    </w:p>
    <w:p>
      <w:pPr>
        <w:jc w:val="right"/>
      </w:pPr>
      <w:r>
        <w:t>انسان کے، یعنی اللہ تعالی کی منشا ہے کہ اس طرح سے انسان کا ڈیولپمنٹ ہو، تو ضرور</w:t>
      </w:r>
    </w:p>
    <w:p>
      <w:r>
        <w:rPr>
          <w:b/>
        </w:rPr>
        <w:t xml:space="preserve">[20:46] </w:t>
      </w:r>
      <w:r>
        <w:t>problem paida hoga.</w:t>
      </w:r>
    </w:p>
    <w:p>
      <w:pPr>
        <w:jc w:val="right"/>
      </w:pPr>
      <w:r>
        <w:t>پرابلم پیدا ہوگا۔</w:t>
      </w:r>
    </w:p>
    <w:p>
      <w:r>
        <w:rPr>
          <w:b/>
        </w:rPr>
        <w:t xml:space="preserve">[20:47] </w:t>
      </w:r>
      <w:r>
        <w:t>kyun ke ek insaan aap se poochega nahin ke main apni aazadi ko kis tarah istemal karoon?</w:t>
      </w:r>
    </w:p>
    <w:p>
      <w:pPr>
        <w:jc w:val="right"/>
      </w:pPr>
      <w:r>
        <w:t>کیونکہ ایک انسان آپ سے پوچھے گا نہیں کہ میں اپنی آزادی کو کس طرح استعمال کروں؟</w:t>
      </w:r>
    </w:p>
    <w:p>
      <w:r>
        <w:rPr>
          <w:b/>
        </w:rPr>
        <w:t xml:space="preserve">[20:53] </w:t>
      </w:r>
      <w:r>
        <w:t>ek insaan poochega nahin aap se.</w:t>
      </w:r>
    </w:p>
    <w:p>
      <w:pPr>
        <w:jc w:val="right"/>
      </w:pPr>
      <w:r>
        <w:t>ایک انسان پوچھے گا نہیں آپ سے۔</w:t>
      </w:r>
    </w:p>
    <w:p>
      <w:r>
        <w:rPr>
          <w:b/>
        </w:rPr>
        <w:t xml:space="preserve">[20:57] </w:t>
      </w:r>
      <w:r>
        <w:t>woh khud karega.</w:t>
      </w:r>
    </w:p>
    <w:p>
      <w:pPr>
        <w:jc w:val="right"/>
      </w:pPr>
      <w:r>
        <w:t>وہ خود کرے گا۔</w:t>
      </w:r>
    </w:p>
    <w:p>
      <w:r>
        <w:rPr>
          <w:b/>
        </w:rPr>
        <w:t xml:space="preserve">[20:59] </w:t>
      </w:r>
      <w:r>
        <w:t>apni soch se karega woh.</w:t>
      </w:r>
    </w:p>
    <w:p>
      <w:pPr>
        <w:jc w:val="right"/>
      </w:pPr>
      <w:r>
        <w:t>اپنی سوچ سے کرے گا وہ۔</w:t>
      </w:r>
    </w:p>
    <w:p>
      <w:r>
        <w:rPr>
          <w:b/>
        </w:rPr>
        <w:t xml:space="preserve">[21:01] </w:t>
      </w:r>
      <w:r>
        <w:t>aap ke liye problem paida ho to aap janiye.</w:t>
      </w:r>
    </w:p>
    <w:p>
      <w:pPr>
        <w:jc w:val="right"/>
      </w:pPr>
      <w:r>
        <w:t>آپ کے لیے پرابلم پیدا ہو تو آپ جانیے۔</w:t>
      </w:r>
    </w:p>
    <w:p>
      <w:r>
        <w:rPr>
          <w:b/>
        </w:rPr>
        <w:t xml:space="preserve">[21:05] </w:t>
      </w:r>
      <w:r>
        <w:t>is liye dekhiye,</w:t>
      </w:r>
    </w:p>
    <w:p>
      <w:pPr>
        <w:jc w:val="right"/>
      </w:pPr>
      <w:r>
        <w:t>اس لیے دیکھیے،</w:t>
      </w:r>
    </w:p>
    <w:p>
      <w:r>
        <w:rPr>
          <w:b/>
        </w:rPr>
        <w:t xml:space="preserve">[21:07] </w:t>
      </w:r>
      <w:r>
        <w:t>yeh hum ko manna hoga ke dunya ke jitne bhi problem hote hain, sab insaan ki aazadi ki</w:t>
      </w:r>
    </w:p>
    <w:p>
      <w:pPr>
        <w:jc w:val="right"/>
      </w:pPr>
      <w:r>
        <w:t>یہ ہم کو ماننا ہوگا کہ دنیا کے جتنے بھی پرابلم ہوتے ہیں، سب انسان کی آزادی کی</w:t>
      </w:r>
    </w:p>
    <w:p>
      <w:r>
        <w:rPr>
          <w:b/>
        </w:rPr>
        <w:t xml:space="preserve">[21:13] </w:t>
      </w:r>
      <w:r>
        <w:t>wajah se hote hain.</w:t>
      </w:r>
    </w:p>
    <w:p>
      <w:pPr>
        <w:jc w:val="right"/>
      </w:pPr>
      <w:r>
        <w:t>وجہ سے ہوتے ہیں۔</w:t>
      </w:r>
    </w:p>
    <w:p>
      <w:r>
        <w:rPr>
          <w:b/>
        </w:rPr>
        <w:t xml:space="preserve">[21:16] </w:t>
      </w:r>
      <w:r>
        <w:t>to Allah ki nisbat se dunya daarul hamd hai.</w:t>
      </w:r>
    </w:p>
    <w:p>
      <w:pPr>
        <w:jc w:val="right"/>
      </w:pPr>
      <w:r>
        <w:t>تو اللہ کی نسبت سے دنیا دارالحمد ہے۔</w:t>
      </w:r>
    </w:p>
    <w:p>
      <w:r>
        <w:rPr>
          <w:b/>
        </w:rPr>
        <w:t xml:space="preserve">[21:19] </w:t>
      </w:r>
      <w:r>
        <w:t>insaan ki nisbat se dunya daarul qabz hai.</w:t>
      </w:r>
    </w:p>
    <w:p>
      <w:pPr>
        <w:jc w:val="right"/>
      </w:pPr>
      <w:r>
        <w:t>انسان کی نسبت سے دنیا دارالقبض ہے۔</w:t>
      </w:r>
    </w:p>
    <w:p>
      <w:r>
        <w:rPr>
          <w:b/>
        </w:rPr>
        <w:t xml:space="preserve">[21:23] </w:t>
      </w:r>
      <w:r>
        <w:t>insaan ki nisbat se woh problem ki dunya hai.</w:t>
      </w:r>
    </w:p>
    <w:p>
      <w:pPr>
        <w:jc w:val="right"/>
      </w:pPr>
      <w:r>
        <w:t>انسان کی نسبت سے وہ پرابلم کی دنیا ہے۔</w:t>
      </w:r>
    </w:p>
    <w:p>
      <w:r>
        <w:rPr>
          <w:b/>
        </w:rPr>
        <w:t xml:space="preserve">[21:27] </w:t>
      </w:r>
      <w:r>
        <w:t>Allah ki nisbat se woh hamd aur shukr ki dunya hai.</w:t>
      </w:r>
    </w:p>
    <w:p>
      <w:pPr>
        <w:jc w:val="right"/>
      </w:pPr>
      <w:r>
        <w:t>اللہ کی نسبت سے وہ حمد اور شکر کی دنیا ہے۔</w:t>
      </w:r>
    </w:p>
    <w:p>
      <w:r>
        <w:rPr>
          <w:b/>
        </w:rPr>
        <w:t xml:space="preserve">[21:35] </w:t>
      </w:r>
      <w:r>
        <w:t>to in baaton ko jab aap janenge, tab aap sabr karenge.</w:t>
      </w:r>
    </w:p>
    <w:p>
      <w:pPr>
        <w:jc w:val="right"/>
      </w:pPr>
      <w:r>
        <w:t>تو ان باتوں کو جب آپ جانیں گے، تب آپ صبر کریں گے۔</w:t>
      </w:r>
    </w:p>
    <w:p>
      <w:r>
        <w:rPr>
          <w:b/>
        </w:rPr>
        <w:t xml:space="preserve">[21:38] </w:t>
      </w:r>
      <w:r>
        <w:t>صبر کا معنی کیا ہے؟ Acceptance of reality.</w:t>
      </w:r>
    </w:p>
    <w:p>
      <w:pPr>
        <w:jc w:val="right"/>
      </w:pPr>
      <w:r>
        <w:t>صبر کا معنی کیا ہے؟ ایکسیپٹنس آف ریلیٹی۔</w:t>
      </w:r>
    </w:p>
    <w:p>
      <w:r>
        <w:rPr>
          <w:b/>
        </w:rPr>
        <w:t xml:space="preserve">[21:42] </w:t>
      </w:r>
      <w:r>
        <w:t>yaani sabr koi negative baat nahin hai.</w:t>
      </w:r>
    </w:p>
    <w:p>
      <w:pPr>
        <w:jc w:val="right"/>
      </w:pPr>
      <w:r>
        <w:t>یعنی صبر کوئی نیگیٹیو بات نہیں ہے۔</w:t>
      </w:r>
    </w:p>
    <w:p>
      <w:r>
        <w:rPr>
          <w:b/>
        </w:rPr>
        <w:t xml:space="preserve">[21:47] </w:t>
      </w:r>
      <w:r>
        <w:t>sabr koi negative baat nahin hai.</w:t>
      </w:r>
    </w:p>
    <w:p>
      <w:pPr>
        <w:jc w:val="right"/>
      </w:pPr>
      <w:r>
        <w:t>صبر کوئی نیگیٹیو بات نہیں ہے۔</w:t>
      </w:r>
    </w:p>
    <w:p>
      <w:r>
        <w:rPr>
          <w:b/>
        </w:rPr>
        <w:t xml:space="preserve">[21:50] </w:t>
      </w:r>
      <w:r>
        <w:t>sabr means acceptance of reality.</w:t>
      </w:r>
    </w:p>
    <w:p>
      <w:pPr>
        <w:jc w:val="right"/>
      </w:pPr>
      <w:r>
        <w:t>صبر مینز ایکسیپٹنس آف ریلیٹی۔</w:t>
      </w:r>
    </w:p>
    <w:p>
      <w:r>
        <w:rPr>
          <w:b/>
        </w:rPr>
        <w:t xml:space="preserve">[21:54] </w:t>
      </w:r>
      <w:r>
        <w:t>yaani aap is baat ko accept karen ke Allah ne jo plant banaya hai, woh behtareen plant hai.</w:t>
      </w:r>
    </w:p>
    <w:p>
      <w:pPr>
        <w:jc w:val="right"/>
      </w:pPr>
      <w:r>
        <w:t>یعنی آپ اس بات کو ایکسیپٹ کریں کہ اللہ نے جو پلانٹ بنایا ہے، وہ بہترین پلانٹ ہے۔</w:t>
      </w:r>
    </w:p>
    <w:p>
      <w:r>
        <w:rPr>
          <w:b/>
        </w:rPr>
        <w:t xml:space="preserve">[22:02] </w:t>
      </w:r>
      <w:r>
        <w:t>is ki wajah se agar problem aate hain to mujhe is ko manage karna chahiye.</w:t>
      </w:r>
    </w:p>
    <w:p>
      <w:pPr>
        <w:jc w:val="right"/>
      </w:pPr>
      <w:r>
        <w:t>اس کی وجہ سے اگر پرابلم آتے ہیں تو مجھے اس کو مینج کرنا چاہیے۔</w:t>
      </w:r>
    </w:p>
    <w:p>
      <w:r>
        <w:rPr>
          <w:b/>
        </w:rPr>
        <w:t xml:space="preserve">[22:08] </w:t>
      </w:r>
      <w:r>
        <w:t>mujhe react nahin karna chahiye.</w:t>
      </w:r>
    </w:p>
    <w:p>
      <w:pPr>
        <w:jc w:val="right"/>
      </w:pPr>
      <w:r>
        <w:t>مجھے ری ایکٹ نہیں کرنا چاہیے۔</w:t>
      </w:r>
    </w:p>
    <w:p>
      <w:r>
        <w:rPr>
          <w:b/>
        </w:rPr>
        <w:t xml:space="preserve">[22:11] </w:t>
      </w:r>
      <w:r>
        <w:t>yaani aap yeh jab karenge ke sabr ko, yaani sabr ki shakal mein aap reality ko accept</w:t>
      </w:r>
    </w:p>
    <w:p>
      <w:pPr>
        <w:jc w:val="right"/>
      </w:pPr>
      <w:r>
        <w:t>یعنی آپ یہ جب کریں گے کہ صبر کو، یعنی صبر کی شکل میں آپ ریلیٹی کو ایکسیپٹ</w:t>
      </w:r>
    </w:p>
    <w:p>
      <w:r>
        <w:rPr>
          <w:b/>
        </w:rPr>
        <w:t xml:space="preserve">[22:18] </w:t>
      </w:r>
      <w:r>
        <w:t>karenge, to kya hoga? aap ke andar reaction nahin paida hoga.</w:t>
      </w:r>
    </w:p>
    <w:p>
      <w:pPr>
        <w:jc w:val="right"/>
      </w:pPr>
      <w:r>
        <w:t>کریں گے، تو کیا ہوگا؟ آپ کے اندر ری ایکشن نہیں پیدا ہوگا۔</w:t>
      </w:r>
    </w:p>
    <w:p>
      <w:r>
        <w:rPr>
          <w:b/>
        </w:rPr>
        <w:t xml:space="preserve">[22:24] </w:t>
      </w:r>
      <w:r>
        <w:t>aap ke andar</w:t>
      </w:r>
    </w:p>
    <w:p>
      <w:pPr>
        <w:jc w:val="right"/>
      </w:pPr>
      <w:r>
        <w:t>آپ کے اندر</w:t>
      </w:r>
    </w:p>
    <w:p>
      <w:r>
        <w:rPr>
          <w:b/>
        </w:rPr>
        <w:t xml:space="preserve">[22:26] </w:t>
      </w:r>
      <w:r>
        <w:t>negative thought nahin aayenge.</w:t>
      </w:r>
    </w:p>
    <w:p>
      <w:pPr>
        <w:jc w:val="right"/>
      </w:pPr>
      <w:r>
        <w:t>نیگیٹیو تھاٹ نہیں آئیں گے۔</w:t>
      </w:r>
    </w:p>
    <w:p>
      <w:r>
        <w:rPr>
          <w:b/>
        </w:rPr>
        <w:t xml:space="preserve">[22:28] </w:t>
      </w:r>
      <w:r>
        <w:t>aap ko ghussa nahin aayega.</w:t>
      </w:r>
    </w:p>
    <w:p>
      <w:pPr>
        <w:jc w:val="right"/>
      </w:pPr>
      <w:r>
        <w:t>آپ کو غصہ نہیں آئے گا۔</w:t>
      </w:r>
    </w:p>
    <w:p>
      <w:r>
        <w:rPr>
          <w:b/>
        </w:rPr>
        <w:t xml:space="preserve">[22:30] </w:t>
      </w:r>
      <w:r>
        <w:t>aap protest nahin karenge.</w:t>
      </w:r>
    </w:p>
    <w:p>
      <w:pPr>
        <w:jc w:val="right"/>
      </w:pPr>
      <w:r>
        <w:t>آپ پروٹیسٹ نہیں کریں گے۔</w:t>
      </w:r>
    </w:p>
    <w:p>
      <w:r>
        <w:rPr>
          <w:b/>
        </w:rPr>
        <w:t xml:space="preserve">[22:31] </w:t>
      </w:r>
      <w:r>
        <w:t>aap complaint nahin karenge.</w:t>
      </w:r>
    </w:p>
    <w:p>
      <w:pPr>
        <w:jc w:val="right"/>
      </w:pPr>
      <w:r>
        <w:t>آپ کمپلینٹ نہیں کریں گے۔</w:t>
      </w:r>
    </w:p>
    <w:p>
      <w:r>
        <w:rPr>
          <w:b/>
        </w:rPr>
        <w:t xml:space="preserve">[22:34] </w:t>
      </w:r>
      <w:r>
        <w:t>kyunki jo kuchh ho raha hai, woh to Allah ke plant ke mutabiq hai.</w:t>
      </w:r>
    </w:p>
    <w:p>
      <w:pPr>
        <w:jc w:val="right"/>
      </w:pPr>
      <w:r>
        <w:t>کیونکہ جو کچھ ہو رہا ہے، وہ تو اللہ کے پلانٹ کے مطابق ہے۔</w:t>
      </w:r>
    </w:p>
    <w:p>
      <w:r>
        <w:rPr>
          <w:b/>
        </w:rPr>
        <w:t xml:space="preserve">[22:41] </w:t>
      </w:r>
      <w:r>
        <w:t>to jab aap aisa karenge, tab aap kya hoga? ki aap ka mind jo hai,</w:t>
      </w:r>
    </w:p>
    <w:p>
      <w:pPr>
        <w:jc w:val="right"/>
      </w:pPr>
      <w:r>
        <w:t>تو جب آپ ایسا کریں گے، تب آپ کیا ہوگا؟ کہ آپ کا مائنڈ جو ہے،</w:t>
      </w:r>
    </w:p>
    <w:p>
      <w:r>
        <w:rPr>
          <w:b/>
        </w:rPr>
        <w:t xml:space="preserve">[22:49] </w:t>
      </w:r>
      <w:r>
        <w:t>development ke raste pe chalega.</w:t>
      </w:r>
    </w:p>
    <w:p>
      <w:pPr>
        <w:jc w:val="right"/>
      </w:pPr>
      <w:r>
        <w:t>ڈیولپمنٹ کے راستے پہ چلے گا۔</w:t>
      </w:r>
    </w:p>
    <w:p>
      <w:r>
        <w:rPr>
          <w:b/>
        </w:rPr>
        <w:t xml:space="preserve">[22:51] </w:t>
      </w:r>
      <w:r>
        <w:t>aap kisi insaan ko dekhiye jo shikayatein karta ho, jo complaint jeeta ho, jo zulm ki dastanain bayan</w:t>
      </w:r>
    </w:p>
    <w:p>
      <w:pPr>
        <w:jc w:val="right"/>
      </w:pPr>
      <w:r>
        <w:t>آپ کسی انسان کو دیکھیے جو شکایتیں کرتا ہو، جو کمپلینٹ جیتا ہو، جو ظلم کی داستانیں بیان</w:t>
      </w:r>
    </w:p>
    <w:p>
      <w:r>
        <w:rPr>
          <w:b/>
        </w:rPr>
        <w:t xml:space="preserve">[23:00] </w:t>
      </w:r>
      <w:r>
        <w:t>karta ho, us ke paas baithiye aap ek ghante.</w:t>
      </w:r>
    </w:p>
    <w:p>
      <w:pPr>
        <w:jc w:val="right"/>
      </w:pPr>
      <w:r>
        <w:t>کرتا ہو، اس کے پاس بیٹھیے آپ ایک گھنٹہ۔</w:t>
      </w:r>
    </w:p>
    <w:p>
      <w:r>
        <w:rPr>
          <w:b/>
        </w:rPr>
        <w:t xml:space="preserve">[23:03] </w:t>
      </w:r>
      <w:r>
        <w:t>aap dekhenge ki us ke andar koi creativity nahin.</w:t>
      </w:r>
    </w:p>
    <w:p>
      <w:pPr>
        <w:jc w:val="right"/>
      </w:pPr>
      <w:r>
        <w:t>آپ دیکھیں گے کہ اس کے اندر کوئی کریئیٹیوٹی نہیں۔</w:t>
      </w:r>
    </w:p>
    <w:p>
      <w:r>
        <w:rPr>
          <w:b/>
        </w:rPr>
        <w:t xml:space="preserve">[23:07] </w:t>
      </w:r>
      <w:r>
        <w:t>us ke mind mein koi development nahin hua.</w:t>
      </w:r>
    </w:p>
    <w:p>
      <w:pPr>
        <w:jc w:val="right"/>
      </w:pPr>
      <w:r>
        <w:t>اس کے مائنڈ میں کوئی ڈیولپمنٹ نہیں ہوا۔</w:t>
      </w:r>
    </w:p>
    <w:p>
      <w:r>
        <w:rPr>
          <w:b/>
        </w:rPr>
        <w:t xml:space="preserve">[23:11] </w:t>
      </w:r>
      <w:r>
        <w:t>main ne bar bar is ka tajurba kiya.</w:t>
      </w:r>
    </w:p>
    <w:p>
      <w:pPr>
        <w:jc w:val="right"/>
      </w:pPr>
      <w:r>
        <w:t>میں نے بار بار اس کا تجربہ کیا۔</w:t>
      </w:r>
    </w:p>
    <w:p>
      <w:r>
        <w:rPr>
          <w:b/>
        </w:rPr>
        <w:t xml:space="preserve">[23:14] </w:t>
      </w:r>
      <w:r>
        <w:t>jo log zulm ki dastanain sunate hain, jo shikayati baatein karte hain, protest aur complaint jeete hain, un</w:t>
      </w:r>
    </w:p>
    <w:p>
      <w:pPr>
        <w:jc w:val="right"/>
      </w:pPr>
      <w:r>
        <w:t>جو لوگ ظلم کی داستانیں سناتے ہیں، جو شکایتی باتیں کرتے ہیں، پروٹیسٹ اور کمپلینٹ جیتے ہیں، ان</w:t>
      </w:r>
    </w:p>
    <w:p>
      <w:r>
        <w:rPr>
          <w:b/>
        </w:rPr>
        <w:t xml:space="preserve">[23:21] </w:t>
      </w:r>
      <w:r>
        <w:t>ke paas mein baitha, kuchh bhi un ke paas kehne ke liye nahin tha.</w:t>
      </w:r>
    </w:p>
    <w:p>
      <w:pPr>
        <w:jc w:val="right"/>
      </w:pPr>
      <w:r>
        <w:t>کے پاس میں بیٹھا، کچھ بھی ان کے پاس کہنے کے لیے نہیں تھا۔</w:t>
      </w:r>
    </w:p>
    <w:p>
      <w:r>
        <w:rPr>
          <w:b/>
        </w:rPr>
        <w:t xml:space="preserve">[23:26] </w:t>
      </w:r>
      <w:r>
        <w:t>kuchh bhi nahin tha.</w:t>
      </w:r>
    </w:p>
    <w:p>
      <w:pPr>
        <w:jc w:val="right"/>
      </w:pPr>
      <w:r>
        <w:t>کچھ بھی نہیں تھا۔</w:t>
      </w:r>
    </w:p>
    <w:p>
      <w:r>
        <w:rPr>
          <w:b/>
        </w:rPr>
        <w:t xml:space="preserve">[23:30] </w:t>
      </w:r>
      <w:r>
        <w:t>kuchh bhi nahin tha un se kehne ke liye.</w:t>
      </w:r>
    </w:p>
    <w:p>
      <w:pPr>
        <w:jc w:val="right"/>
      </w:pPr>
      <w:r>
        <w:t>کچھ بھی نہیں تھا ان سے کہنے کے لیے۔</w:t>
      </w:r>
    </w:p>
    <w:p>
      <w:r>
        <w:rPr>
          <w:b/>
        </w:rPr>
        <w:t xml:space="preserve">[23:31] </w:t>
      </w:r>
      <w:r>
        <w:t>kyon? jab aap doosron ke bare mein react karenge, negative thinking aap ke andar aayegi.</w:t>
      </w:r>
    </w:p>
    <w:p>
      <w:pPr>
        <w:jc w:val="right"/>
      </w:pPr>
      <w:r>
        <w:t>کیوں؟ جب آپ دوسروں کے بارے میں ری ایکٹ کریں گے، نیگیٹیو تھنکنگ آپ کے اندر آئے گی۔</w:t>
      </w:r>
    </w:p>
    <w:p>
      <w:r>
        <w:rPr>
          <w:b/>
        </w:rPr>
        <w:t xml:space="preserve">[23:40] </w:t>
      </w:r>
      <w:r>
        <w:t>aap doosron ke bare mein nafrat karenge.</w:t>
      </w:r>
    </w:p>
    <w:p>
      <w:pPr>
        <w:jc w:val="right"/>
      </w:pPr>
      <w:r>
        <w:t>آپ دوسروں کے بارے میں نفرت کریں گے۔</w:t>
      </w:r>
    </w:p>
    <w:p>
      <w:r>
        <w:rPr>
          <w:b/>
        </w:rPr>
        <w:t xml:space="preserve">[23:44] </w:t>
      </w:r>
      <w:r>
        <w:t>to is ka matlab ki aap apne mind ko unfold nahin kar paenge.</w:t>
      </w:r>
    </w:p>
    <w:p>
      <w:pPr>
        <w:jc w:val="right"/>
      </w:pPr>
      <w:r>
        <w:t>تو اس کا معنی کہ آپ اپنے مائنڈ کو ان فولڈ نہیں کر پائیں گے۔</w:t>
      </w:r>
    </w:p>
    <w:p>
      <w:r>
        <w:rPr>
          <w:b/>
        </w:rPr>
        <w:t xml:space="preserve">[23:48] </w:t>
      </w:r>
      <w:r>
        <w:t>aap ka mind waise ka waise hi rahega.</w:t>
      </w:r>
    </w:p>
    <w:p>
      <w:pPr>
        <w:jc w:val="right"/>
      </w:pPr>
      <w:r>
        <w:t>آپ کا مائنڈ ویسے کا ویسے ہی رہے گا۔</w:t>
      </w:r>
    </w:p>
    <w:p>
      <w:r>
        <w:rPr>
          <w:b/>
        </w:rPr>
        <w:t xml:space="preserve">[23:51] </w:t>
      </w:r>
      <w:r>
        <w:t>to aap ke andar se creative thinking nahin aayegi aap ke andar.</w:t>
      </w:r>
    </w:p>
    <w:p>
      <w:pPr>
        <w:jc w:val="right"/>
      </w:pPr>
      <w:r>
        <w:t>تو آپ کے اندر سے کریئیٹیو تھنکنگ نہیں آئے گی آپ کے اندر۔</w:t>
      </w:r>
    </w:p>
    <w:p>
      <w:r>
        <w:rPr>
          <w:b/>
        </w:rPr>
        <w:t xml:space="preserve">[23:54] </w:t>
      </w:r>
      <w:r>
        <w:t>positive thinking nahin aayegi aap ke andar.</w:t>
      </w:r>
    </w:p>
    <w:p>
      <w:pPr>
        <w:jc w:val="right"/>
      </w:pPr>
      <w:r>
        <w:t>پازیٹیو تھنکنگ نہیں آئے گی آپ کے اندر۔</w:t>
      </w:r>
    </w:p>
    <w:p>
      <w:r>
        <w:rPr>
          <w:b/>
        </w:rPr>
        <w:t xml:space="preserve">[23:57] </w:t>
      </w:r>
      <w:r>
        <w:t>intellectual awareness nahin aayegi aap ke andar.</w:t>
      </w:r>
    </w:p>
    <w:p>
      <w:pPr>
        <w:jc w:val="right"/>
      </w:pPr>
      <w:r>
        <w:t>انٹلیکچول اویرنی نہیں آئے گی آپ کے اندر۔</w:t>
      </w:r>
    </w:p>
    <w:p>
      <w:r>
        <w:rPr>
          <w:b/>
        </w:rPr>
        <w:t xml:space="preserve">[24:01] </w:t>
      </w:r>
      <w:r>
        <w:t>is liye sabr ka jo falsafa quran mein hai, is ka matlab yeh hai: aakhri had tak shikayat</w:t>
      </w:r>
    </w:p>
    <w:p>
      <w:pPr>
        <w:jc w:val="right"/>
      </w:pPr>
      <w:r>
        <w:t>اس لیے صبر کا جو فلسفہ قرآن میں ہے، اس کا مطلب یہ ہے: آخری حد تک شکایت</w:t>
      </w:r>
    </w:p>
    <w:p>
      <w:r>
        <w:rPr>
          <w:b/>
        </w:rPr>
        <w:t xml:space="preserve">[24:07] </w:t>
      </w:r>
      <w:r>
        <w:t>se bacho, aakhri had tak complaint se bacho, aakhri had tak protest se bacho,</w:t>
      </w:r>
    </w:p>
    <w:p>
      <w:pPr>
        <w:jc w:val="right"/>
      </w:pPr>
      <w:r>
        <w:t>سے بچو، آخری حد تک کمپلینٹ سے بچو، آخری حد تک پروٹیسٹ سے بچو،</w:t>
      </w:r>
    </w:p>
    <w:p>
      <w:r>
        <w:rPr>
          <w:b/>
        </w:rPr>
        <w:t xml:space="preserve">[24:13] </w:t>
      </w:r>
      <w:r>
        <w:t>aakhri had tak negative thinking se bacho.</w:t>
      </w:r>
    </w:p>
    <w:p>
      <w:pPr>
        <w:jc w:val="right"/>
      </w:pPr>
      <w:r>
        <w:t>آخری حد تک نیگیٹیو تھنکنگ سے بچو۔</w:t>
      </w:r>
    </w:p>
    <w:p>
      <w:r>
        <w:rPr>
          <w:b/>
        </w:rPr>
        <w:t xml:space="preserve">[24:16] </w:t>
      </w:r>
      <w:r>
        <w:t>yeh hai sabr.</w:t>
      </w:r>
    </w:p>
    <w:p>
      <w:pPr>
        <w:jc w:val="right"/>
      </w:pPr>
      <w:r>
        <w:t>یہ ہے صبر۔</w:t>
      </w:r>
    </w:p>
    <w:p>
      <w:r>
        <w:rPr>
          <w:b/>
        </w:rPr>
        <w:t xml:space="preserve">[24:18] </w:t>
      </w:r>
      <w:r>
        <w:t>to phir kya hoga? ke aap ka mind unfold hone lage ga.</w:t>
      </w:r>
    </w:p>
    <w:p>
      <w:pPr>
        <w:jc w:val="right"/>
      </w:pPr>
      <w:r>
        <w:t>تو پھر کیا ہوگا؟ کہ آپ کا مائنڈ ان فولڈ ہونے لگے گا۔</w:t>
      </w:r>
    </w:p>
    <w:p>
      <w:r>
        <w:rPr>
          <w:b/>
        </w:rPr>
        <w:t xml:space="preserve">[24:22] </w:t>
      </w:r>
      <w:r>
        <w:t>آپ کے مائنڈ میں creative thinking آئے گی۔</w:t>
      </w:r>
    </w:p>
    <w:p>
      <w:pPr>
        <w:jc w:val="right"/>
      </w:pPr>
      <w:r>
        <w:t>آپ کے مائنڈ میں کریئیٹیو تھنکنگ آئے گی۔</w:t>
      </w:r>
    </w:p>
    <w:p>
      <w:r>
        <w:rPr>
          <w:b/>
        </w:rPr>
        <w:t xml:space="preserve">[24:28] </w:t>
      </w:r>
      <w:r>
        <w:t>to sabr karte hain aap doosron ke</w:t>
      </w:r>
    </w:p>
    <w:p>
      <w:pPr>
        <w:jc w:val="right"/>
      </w:pPr>
      <w:r>
        <w:t>تو صبر کرتے ہیں آپ دوسروں کے</w:t>
      </w:r>
    </w:p>
    <w:p>
      <w:r>
        <w:rPr>
          <w:b/>
        </w:rPr>
        <w:t xml:space="preserve">[24:32] </w:t>
      </w:r>
      <w:r>
        <w:t>maamle mein, lekin faida aap ko milta hai.</w:t>
      </w:r>
    </w:p>
    <w:p>
      <w:pPr>
        <w:jc w:val="right"/>
      </w:pPr>
      <w:r>
        <w:t>معاملے میں، لیکن فائدہ آپ کو ملتا ہے۔</w:t>
      </w:r>
    </w:p>
    <w:p>
      <w:r>
        <w:rPr>
          <w:b/>
        </w:rPr>
        <w:t xml:space="preserve">[24:37] </w:t>
      </w:r>
      <w:r>
        <w:t>sabr karte hain aap doosron ke maamle mein, faida aap ko milta hai.</w:t>
      </w:r>
    </w:p>
    <w:p>
      <w:pPr>
        <w:jc w:val="right"/>
      </w:pPr>
      <w:r>
        <w:t>صبر کرتے ہیں آپ دوسروں کے معاملے میں، فائدہ آپ کو ملتا ہے۔</w:t>
      </w:r>
    </w:p>
    <w:p>
      <w:r>
        <w:rPr>
          <w:b/>
        </w:rPr>
        <w:t xml:space="preserve">[24:45] </w:t>
      </w:r>
      <w:r>
        <w:t>agar aap sabr na karein to kya hoga? aap shikayat mein jiyenge, protest mein jiyenge, nafrat</w:t>
      </w:r>
    </w:p>
    <w:p>
      <w:pPr>
        <w:jc w:val="right"/>
      </w:pPr>
      <w:r>
        <w:t>اگر آپ صبر نہ کریں تو کیا ہوگا؟ آپ شکایت میں جئیں گے، پروٹیسٹ میں جئیں گے، نفرت</w:t>
      </w:r>
    </w:p>
    <w:p>
      <w:r>
        <w:rPr>
          <w:b/>
        </w:rPr>
        <w:t xml:space="preserve">[24:50] </w:t>
      </w:r>
      <w:r>
        <w:t>mein jiyenge.</w:t>
      </w:r>
    </w:p>
    <w:p>
      <w:pPr>
        <w:jc w:val="right"/>
      </w:pPr>
      <w:r>
        <w:t>میں جئیں گے۔</w:t>
      </w:r>
    </w:p>
    <w:p>
      <w:r>
        <w:rPr>
          <w:b/>
        </w:rPr>
        <w:t xml:space="preserve">[24:54] </w:t>
      </w:r>
      <w:r>
        <w:t>is ehsas mein jiyenge ke saari duniya zalim hai.</w:t>
      </w:r>
    </w:p>
    <w:p>
      <w:pPr>
        <w:jc w:val="right"/>
      </w:pPr>
      <w:r>
        <w:t>اس احساس میں جئیں گے کہ ساری دنیا ظالم ہے۔</w:t>
      </w:r>
    </w:p>
    <w:p>
      <w:r>
        <w:rPr>
          <w:b/>
        </w:rPr>
        <w:t xml:space="preserve">[24:57] </w:t>
      </w:r>
      <w:r>
        <w:t>to insaan se mohabbat hi nikal jayegi.</w:t>
      </w:r>
    </w:p>
    <w:p>
      <w:pPr>
        <w:jc w:val="right"/>
      </w:pPr>
      <w:r>
        <w:t>تو انسان سے محبت ہی نکل جائے گی۔</w:t>
      </w:r>
    </w:p>
    <w:p>
      <w:r>
        <w:rPr>
          <w:b/>
        </w:rPr>
        <w:t xml:space="preserve">[24:59] </w:t>
      </w:r>
      <w:r>
        <w:t>aap ghor kijiye ke jin insanon ke darmiyan aap ko rehna hai, jin insanon ke darmiyan aap ko</w:t>
      </w:r>
    </w:p>
    <w:p>
      <w:pPr>
        <w:jc w:val="right"/>
      </w:pPr>
      <w:r>
        <w:t>آپ غور کیجیے کہ جن انسانوں کے درمیان آپ کو رہنا ہے، جن انسانوں کے درمیان آپ کو</w:t>
      </w:r>
    </w:p>
    <w:p>
      <w:r>
        <w:rPr>
          <w:b/>
        </w:rPr>
        <w:t xml:space="preserve">[25:04] </w:t>
      </w:r>
      <w:r>
        <w:t>apna trust dena hai, un se aap ke andar nafrat aa jaye to kya hoga aap ka haal?</w:t>
      </w:r>
    </w:p>
    <w:p>
      <w:pPr>
        <w:jc w:val="right"/>
      </w:pPr>
      <w:r>
        <w:t>اپنا ٹرسٹ دینا ہے، ان سے آپ کے اندر نفرت آ جائے تو کیا ہوگا آپ کا حال؟</w:t>
      </w:r>
    </w:p>
    <w:p>
      <w:r>
        <w:rPr>
          <w:b/>
        </w:rPr>
        <w:t xml:space="preserve">[25:14] </w:t>
      </w:r>
      <w:r>
        <w:t>yeh aap majboor hain ke society mein rahein.</w:t>
      </w:r>
    </w:p>
    <w:p>
      <w:pPr>
        <w:jc w:val="right"/>
      </w:pPr>
      <w:r>
        <w:t>یہ آپ مجبور ہیں کہ سوسائٹی میں رہیں۔</w:t>
      </w:r>
    </w:p>
    <w:p>
      <w:r>
        <w:rPr>
          <w:b/>
        </w:rPr>
        <w:t xml:space="preserve">[25:17] </w:t>
      </w:r>
      <w:r>
        <w:t>aap majboor hain ke doosre logon ke saath rahein.</w:t>
      </w:r>
    </w:p>
    <w:p>
      <w:pPr>
        <w:jc w:val="right"/>
      </w:pPr>
      <w:r>
        <w:t>آپ مجبور ہیں کہ دوسرے لوگوں کے ساتھ رہیں۔</w:t>
      </w:r>
    </w:p>
    <w:p>
      <w:r>
        <w:rPr>
          <w:b/>
        </w:rPr>
        <w:t xml:space="preserve">[25:20] </w:t>
      </w:r>
      <w:r>
        <w:t>aap majboor hain ke doosre mazhab wale, doosre culture wale, doosre soch wale jo hain, duniya mein rahein</w:t>
      </w:r>
    </w:p>
    <w:p>
      <w:pPr>
        <w:jc w:val="right"/>
      </w:pPr>
      <w:r>
        <w:t>آپ مجبور ہیں کہ دوسرے مذہب والے، دوسرے کلچر والے، دوسرے سوچ والے جو ہیں، دنیا میں رہیں</w:t>
      </w:r>
    </w:p>
    <w:p>
      <w:r>
        <w:rPr>
          <w:b/>
        </w:rPr>
        <w:t xml:space="preserve">[25:27] </w:t>
      </w:r>
      <w:r>
        <w:t>aur aap un ke saath zindagi guzarein.</w:t>
      </w:r>
    </w:p>
    <w:p>
      <w:pPr>
        <w:jc w:val="right"/>
      </w:pPr>
      <w:r>
        <w:t>اور آپ ان کے ساتھ زندگی گزاریں۔</w:t>
      </w:r>
    </w:p>
    <w:p>
      <w:r>
        <w:rPr>
          <w:b/>
        </w:rPr>
        <w:t xml:space="preserve">[25:30] </w:t>
      </w:r>
      <w:r>
        <w:t>yeh majboor hain aap.</w:t>
      </w:r>
    </w:p>
    <w:p>
      <w:pPr>
        <w:jc w:val="right"/>
      </w:pPr>
      <w:r>
        <w:t>یہ مجبور ہیں آپ۔</w:t>
      </w:r>
    </w:p>
    <w:p>
      <w:r>
        <w:rPr>
          <w:b/>
        </w:rPr>
        <w:t xml:space="preserve">[25:31] </w:t>
      </w:r>
      <w:r>
        <w:t>kyun ke aap kisi</w:t>
      </w:r>
    </w:p>
    <w:p>
      <w:pPr>
        <w:jc w:val="right"/>
      </w:pPr>
      <w:r>
        <w:t>کیونکہ آپ کسی</w:t>
      </w:r>
    </w:p>
    <w:p>
      <w:r>
        <w:rPr>
          <w:b/>
        </w:rPr>
        <w:t xml:space="preserve">[25:34] </w:t>
      </w:r>
      <w:r>
        <w:t>khala mein nahi ja sakte.</w:t>
      </w:r>
    </w:p>
    <w:p>
      <w:pPr>
        <w:jc w:val="right"/>
      </w:pPr>
      <w:r>
        <w:t>خلا میں نہیں جا سکتے۔</w:t>
      </w:r>
    </w:p>
    <w:p>
      <w:r>
        <w:rPr>
          <w:b/>
        </w:rPr>
        <w:t xml:space="preserve">[25:38] </w:t>
      </w:r>
      <w:r>
        <w:t>aap kisi jangal mein ja kar nahi reh sakte.</w:t>
      </w:r>
    </w:p>
    <w:p>
      <w:pPr>
        <w:jc w:val="right"/>
      </w:pPr>
      <w:r>
        <w:t>آپ کسی جنگل میں جا کر نہیں رہ سکتے۔</w:t>
      </w:r>
    </w:p>
    <w:p>
      <w:r>
        <w:rPr>
          <w:b/>
        </w:rPr>
        <w:t xml:space="preserve">[25:41] </w:t>
      </w:r>
      <w:r>
        <w:t>isi duniya mein rehna hoga logon ke saath.</w:t>
      </w:r>
    </w:p>
    <w:p>
      <w:pPr>
        <w:jc w:val="right"/>
      </w:pPr>
      <w:r>
        <w:t>اسی دنیا میں رہنا ہوگا لوگوں کے ساتھ۔</w:t>
      </w:r>
    </w:p>
    <w:p>
      <w:r>
        <w:rPr>
          <w:b/>
        </w:rPr>
        <w:t xml:space="preserve">[25:45] </w:t>
      </w:r>
      <w:r>
        <w:t>to jin logon ke saath aap ko rehne ke liye paida kiya gaya hai, un ke bare mein</w:t>
      </w:r>
    </w:p>
    <w:p>
      <w:pPr>
        <w:jc w:val="right"/>
      </w:pPr>
      <w:r>
        <w:t>تو جن لوگوں کے ساتھ آپ کو رہنے کے لیے پیدا کیا گیا ہے، ان کے بارے میں</w:t>
      </w:r>
    </w:p>
    <w:p>
      <w:r>
        <w:rPr>
          <w:b/>
        </w:rPr>
        <w:t xml:space="preserve">[25:51] </w:t>
      </w:r>
      <w:r>
        <w:t>aap shikayat liye rahein, complaint liye rahein, nafrat liye rahein, to kya hoga? aap ka development khatam ho</w:t>
      </w:r>
    </w:p>
    <w:p>
      <w:pPr>
        <w:jc w:val="right"/>
      </w:pPr>
      <w:r>
        <w:t>آپ شکایت لیے رہیں، کمپلینٹ لیے رہیں، نفرت لیے رہیں، تو کیا ہوگا؟ آپ کا ڈیولپمنٹ ختم ہو</w:t>
      </w:r>
    </w:p>
    <w:p>
      <w:r>
        <w:rPr>
          <w:b/>
        </w:rPr>
        <w:t xml:space="preserve">[26:01] </w:t>
      </w:r>
      <w:r>
        <w:t>jaaye ga. aap ke andar spiritual development nahi aaye ga.</w:t>
      </w:r>
    </w:p>
    <w:p>
      <w:pPr>
        <w:jc w:val="right"/>
      </w:pPr>
      <w:r>
        <w:t>جائے گا۔ آپ کے اندر اسپرچول ڈیولپمنٹ نہیں آئے گا۔</w:t>
      </w:r>
    </w:p>
    <w:p>
      <w:r>
        <w:rPr>
          <w:b/>
        </w:rPr>
        <w:t xml:space="preserve">[26:05] </w:t>
      </w:r>
      <w:r>
        <w:t>aap ke andar intellectual development nahi aaye ga.</w:t>
      </w:r>
    </w:p>
    <w:p>
      <w:pPr>
        <w:jc w:val="right"/>
      </w:pPr>
      <w:r>
        <w:t>آپ کے اندر انٹلیکچول ڈیولپمنٹ نہیں آئے گا۔</w:t>
      </w:r>
    </w:p>
    <w:p>
      <w:r>
        <w:rPr>
          <w:b/>
        </w:rPr>
        <w:t xml:space="preserve">[26:08] </w:t>
      </w:r>
      <w:r>
        <w:t>آپ کے اندر creative thinking نہیں آئے گی۔</w:t>
      </w:r>
    </w:p>
    <w:p>
      <w:pPr>
        <w:jc w:val="right"/>
      </w:pPr>
      <w:r>
        <w:t>آپ کے اندر کریئیٹیو تھنکنگ نہیں آئے گی۔</w:t>
      </w:r>
    </w:p>
    <w:p>
      <w:r>
        <w:rPr>
          <w:b/>
        </w:rPr>
        <w:t xml:space="preserve">[26:13] </w:t>
      </w:r>
      <w:r>
        <w:t>aur phir is se bada fayda kya hoga? Is se bada fayda yeh hoga ke aap Allah se</w:t>
      </w:r>
    </w:p>
    <w:p>
      <w:pPr>
        <w:jc w:val="right"/>
      </w:pPr>
      <w:r>
        <w:t>اور پھر اس سے بڑا فائدہ کیا ہوگا؟ اس سے بڑا فائدہ یہ ہوگا کہ آپ اللہ سے</w:t>
      </w:r>
    </w:p>
    <w:p>
      <w:r>
        <w:rPr>
          <w:b/>
        </w:rPr>
        <w:t xml:space="preserve">[26:18] </w:t>
      </w:r>
      <w:r>
        <w:t>aap ka ta'alluq nahi banega.</w:t>
      </w:r>
    </w:p>
    <w:p>
      <w:pPr>
        <w:jc w:val="right"/>
      </w:pPr>
      <w:r>
        <w:t>آپ کا تعلق نہیں بنے گا۔</w:t>
      </w:r>
    </w:p>
    <w:p>
      <w:r>
        <w:rPr>
          <w:b/>
        </w:rPr>
        <w:t xml:space="preserve">[26:21] </w:t>
      </w:r>
      <w:r>
        <w:t>sab se bara nuqsan,</w:t>
      </w:r>
    </w:p>
    <w:p>
      <w:pPr>
        <w:jc w:val="right"/>
      </w:pPr>
      <w:r>
        <w:t>سب سے بڑا نقصان،</w:t>
      </w:r>
    </w:p>
    <w:p>
      <w:r>
        <w:rPr>
          <w:b/>
        </w:rPr>
        <w:t xml:space="preserve">[26:25] </w:t>
      </w:r>
      <w:r>
        <w:t>sab se bara faida nahi hai, sab se bara nuqsan.</w:t>
      </w:r>
    </w:p>
    <w:p>
      <w:pPr>
        <w:jc w:val="right"/>
      </w:pPr>
      <w:r>
        <w:t>سب سے بڑا فائدہ نہیں ہے، سب سے بڑا نقصان۔</w:t>
      </w:r>
    </w:p>
    <w:p>
      <w:r>
        <w:rPr>
          <w:b/>
        </w:rPr>
        <w:t xml:space="preserve">[26:28] </w:t>
      </w:r>
      <w:r>
        <w:t>apne is mizaj ka sab se bara jo aap</w:t>
      </w:r>
    </w:p>
    <w:p>
      <w:pPr>
        <w:jc w:val="right"/>
      </w:pPr>
      <w:r>
        <w:t>اپنے اس مزاج کا سب سے بڑا جو آپ</w:t>
      </w:r>
    </w:p>
    <w:p>
      <w:r>
        <w:rPr>
          <w:b/>
        </w:rPr>
        <w:t xml:space="preserve">[26:33] </w:t>
      </w:r>
      <w:r>
        <w:t>ko nuqsan hoga, woh yeh hoga ke Allah ki nisbat se aap hamd ka ta'alluq nahi banega</w:t>
      </w:r>
    </w:p>
    <w:p>
      <w:pPr>
        <w:jc w:val="right"/>
      </w:pPr>
      <w:r>
        <w:t>کو نقصان ہوگا، وہ یہ ہوگا کہ اللہ کی نسبت سے آپ حمد کا تعلق نہیں بنے گا</w:t>
      </w:r>
    </w:p>
    <w:p>
      <w:r>
        <w:rPr>
          <w:b/>
        </w:rPr>
        <w:t xml:space="preserve">[26:38] </w:t>
      </w:r>
      <w:r>
        <w:t>aap ka. har waqt aap ke zehen mein bhara rahe ga shikayatein.</w:t>
      </w:r>
    </w:p>
    <w:p>
      <w:pPr>
        <w:jc w:val="right"/>
      </w:pPr>
      <w:r>
        <w:t>آپ کا۔ ہر وقت آپ کے ذہن میں بھرا رہے گا شکایتیں۔</w:t>
      </w:r>
    </w:p>
    <w:p>
      <w:r>
        <w:rPr>
          <w:b/>
        </w:rPr>
        <w:t xml:space="preserve">[26:45] </w:t>
      </w:r>
      <w:r>
        <w:t>jaise kal maine arz kiya ke kal maine parcha.</w:t>
      </w:r>
    </w:p>
    <w:p>
      <w:pPr>
        <w:jc w:val="right"/>
      </w:pPr>
      <w:r>
        <w:t>جیسے کل میں نے عرض کیا کہ کل میں نے پرچہ.</w:t>
      </w:r>
    </w:p>
    <w:p>
      <w:r>
        <w:rPr>
          <w:b/>
        </w:rPr>
        <w:t xml:space="preserve">[26:49] </w:t>
      </w:r>
      <w:r>
        <w:t>saare ulama ke mazameen hain is ke andar.</w:t>
      </w:r>
    </w:p>
    <w:p>
      <w:pPr>
        <w:jc w:val="right"/>
      </w:pPr>
      <w:r>
        <w:t>سارے علماء کے مضامین ہیں اس کے اندر۔</w:t>
      </w:r>
    </w:p>
    <w:p>
      <w:r>
        <w:rPr>
          <w:b/>
        </w:rPr>
        <w:t xml:space="preserve">[26:52] </w:t>
      </w:r>
      <w:r>
        <w:t>yani jo maroof ulama hain un ke mazameen hain is ke andar.</w:t>
      </w:r>
    </w:p>
    <w:p>
      <w:pPr>
        <w:jc w:val="right"/>
      </w:pPr>
      <w:r>
        <w:t>یعنی جو معروف علماء ہیں ان کے مضامین ہیں اس کے اندر۔</w:t>
      </w:r>
    </w:p>
    <w:p>
      <w:r>
        <w:rPr>
          <w:b/>
        </w:rPr>
        <w:t xml:space="preserve">[26:55] </w:t>
      </w:r>
      <w:r>
        <w:t>lekin kisi mein Khuda ka shukr nahi.</w:t>
      </w:r>
    </w:p>
    <w:p>
      <w:pPr>
        <w:jc w:val="right"/>
      </w:pPr>
      <w:r>
        <w:t>لیکن کسی میں خدا کا شکر نہیں۔</w:t>
      </w:r>
    </w:p>
    <w:p>
      <w:r>
        <w:rPr>
          <w:b/>
        </w:rPr>
        <w:t xml:space="preserve">[26:57] </w:t>
      </w:r>
      <w:r>
        <w:t>bas shikayati ki baatein hain.</w:t>
      </w:r>
    </w:p>
    <w:p>
      <w:pPr>
        <w:jc w:val="right"/>
      </w:pPr>
      <w:r>
        <w:t>بس شکایتی کی باتیں ہیں۔</w:t>
      </w:r>
    </w:p>
    <w:p>
      <w:r>
        <w:rPr>
          <w:b/>
        </w:rPr>
        <w:t xml:space="preserve">[27:00] </w:t>
      </w:r>
      <w:r>
        <w:t>hukumat ki shikayat, partiyon ki shikayat,</w:t>
      </w:r>
    </w:p>
    <w:p>
      <w:pPr>
        <w:jc w:val="right"/>
      </w:pPr>
      <w:r>
        <w:t>حکومت کی شکایت، پارٹیوں کی شکایت،</w:t>
      </w:r>
    </w:p>
    <w:p>
      <w:r>
        <w:rPr>
          <w:b/>
        </w:rPr>
        <w:t xml:space="preserve">[27:04] </w:t>
      </w:r>
      <w:r>
        <w:t>majority ki shikayat.</w:t>
      </w:r>
    </w:p>
    <w:p>
      <w:pPr>
        <w:jc w:val="right"/>
      </w:pPr>
      <w:r>
        <w:t>میجورٹی کی شکایت۔</w:t>
      </w:r>
    </w:p>
    <w:p>
      <w:r>
        <w:rPr>
          <w:b/>
        </w:rPr>
        <w:t xml:space="preserve">[27:06] </w:t>
      </w:r>
      <w:r>
        <w:t>aur Khuda ka shukr hi nahi is ke andar.</w:t>
      </w:r>
    </w:p>
    <w:p>
      <w:pPr>
        <w:jc w:val="right"/>
      </w:pPr>
      <w:r>
        <w:t>اور خدا کا شکر ہی نہیں اس کے اندر۔</w:t>
      </w:r>
    </w:p>
    <w:p>
      <w:r>
        <w:rPr>
          <w:b/>
        </w:rPr>
        <w:t xml:space="preserve">[27:09] </w:t>
      </w:r>
      <w:r>
        <w:t>mere paas parcha maujood hai, aap dekh sakte hain is ko.</w:t>
      </w:r>
    </w:p>
    <w:p>
      <w:pPr>
        <w:jc w:val="right"/>
      </w:pPr>
      <w:r>
        <w:t>میرے پاس پرچہ موجود ہے، آپ دیکھ سکتے ہیں اس کو۔</w:t>
      </w:r>
    </w:p>
    <w:p>
      <w:r>
        <w:rPr>
          <w:b/>
        </w:rPr>
        <w:t xml:space="preserve">[27:13] </w:t>
      </w:r>
      <w:r>
        <w:t>to jab aap insano ke bare mein shikayat mein jiyenge to is ki price yeh deni padegi</w:t>
      </w:r>
    </w:p>
    <w:p>
      <w:pPr>
        <w:jc w:val="right"/>
      </w:pPr>
      <w:r>
        <w:t>تو جب آپ انسانوں کے بارے میں شکایت میں جئیں گے تو اس کی پرائس یہ دینی پڑے</w:t>
      </w:r>
    </w:p>
    <w:p>
      <w:r>
        <w:rPr>
          <w:b/>
        </w:rPr>
        <w:t xml:space="preserve">[27:19] </w:t>
      </w:r>
      <w:r>
        <w:t>gi aap ko ke aap Allah ke bare mein shukr mein jeena</w:t>
      </w:r>
    </w:p>
    <w:p>
      <w:pPr>
        <w:jc w:val="right"/>
      </w:pPr>
      <w:r>
        <w:t>گی آپ کو کہ آپ اللہ کے بارے میں شکر میں جینا</w:t>
      </w:r>
    </w:p>
    <w:p>
      <w:r>
        <w:rPr>
          <w:b/>
        </w:rPr>
        <w:t xml:space="preserve">[27:24] </w:t>
      </w:r>
      <w:r>
        <w:t>se mehroom ho jayenge.</w:t>
      </w:r>
    </w:p>
    <w:p>
      <w:pPr>
        <w:jc w:val="right"/>
      </w:pPr>
      <w:r>
        <w:t>سے محروم ہو جائیں گے۔</w:t>
      </w:r>
    </w:p>
    <w:p>
      <w:r>
        <w:rPr>
          <w:b/>
        </w:rPr>
        <w:t xml:space="preserve">[27:26] </w:t>
      </w:r>
      <w:r>
        <w:t>hamd spirit se aap mehroom ho jayenge.</w:t>
      </w:r>
    </w:p>
    <w:p>
      <w:pPr>
        <w:jc w:val="right"/>
      </w:pPr>
      <w:r>
        <w:t>حمد اسپرٹ سے آپ محروم ہو جائیں گے۔</w:t>
      </w:r>
    </w:p>
    <w:p>
      <w:r>
        <w:rPr>
          <w:b/>
        </w:rPr>
        <w:t xml:space="preserve">[27:31] </w:t>
      </w:r>
      <w:r>
        <w:t>kaisa ajeeb ghareeb hai yeh muamla.</w:t>
      </w:r>
    </w:p>
    <w:p>
      <w:pPr>
        <w:jc w:val="right"/>
      </w:pPr>
      <w:r>
        <w:t>کیسا عجیب غریب ہے یہ معاملہ۔</w:t>
      </w:r>
    </w:p>
    <w:p>
      <w:r>
        <w:rPr>
          <w:b/>
        </w:rPr>
        <w:t xml:space="preserve">[27:36] </w:t>
      </w:r>
      <w:r>
        <w:t>aur yeh aap dekhiye is waqt jo</w:t>
      </w:r>
    </w:p>
    <w:p>
      <w:pPr>
        <w:jc w:val="right"/>
      </w:pPr>
      <w:r>
        <w:t>اور یہ آپ دیکھیے اس وقت جو</w:t>
      </w:r>
    </w:p>
    <w:p>
      <w:r>
        <w:rPr>
          <w:b/>
        </w:rPr>
        <w:t xml:space="preserve">[27:39] </w:t>
      </w:r>
      <w:r>
        <w:t>aap ke aas paas jo log rehte hain un se aap kabhi bhi tajruba kar lijiyega.</w:t>
      </w:r>
    </w:p>
    <w:p>
      <w:pPr>
        <w:jc w:val="right"/>
      </w:pPr>
      <w:r>
        <w:t>آپ کے آس پاس جو لوگ رہتے ہیں ان سے آپ کبھی بھی تجربہ کر لیجیے۔</w:t>
      </w:r>
    </w:p>
    <w:p>
      <w:r>
        <w:rPr>
          <w:b/>
        </w:rPr>
        <w:t xml:space="preserve">[27:46] </w:t>
      </w:r>
      <w:r>
        <w:t>woh shikayatein to karenge insaan ki.</w:t>
      </w:r>
    </w:p>
    <w:p>
      <w:pPr>
        <w:jc w:val="right"/>
      </w:pPr>
      <w:r>
        <w:t>وہ شکایتیں تو کریں گے انسان کی۔</w:t>
      </w:r>
    </w:p>
    <w:p>
      <w:r>
        <w:rPr>
          <w:b/>
        </w:rPr>
        <w:t xml:space="preserve">[27:48] </w:t>
      </w:r>
      <w:r>
        <w:t>allah ka shukr nahin karenge.</w:t>
      </w:r>
    </w:p>
    <w:p>
      <w:pPr>
        <w:jc w:val="right"/>
      </w:pPr>
      <w:r>
        <w:t>اللہ کا شکر نہیں کریں گے۔</w:t>
      </w:r>
    </w:p>
    <w:p>
      <w:r>
        <w:rPr>
          <w:b/>
        </w:rPr>
        <w:t xml:space="preserve">[27:50] </w:t>
      </w:r>
      <w:r>
        <w:t>allah ka shukr nahin karenge.</w:t>
      </w:r>
    </w:p>
    <w:p>
      <w:pPr>
        <w:jc w:val="right"/>
      </w:pPr>
      <w:r>
        <w:t>اللہ کا شکر نہیں کریں گے۔</w:t>
      </w:r>
    </w:p>
    <w:p>
      <w:r>
        <w:rPr>
          <w:b/>
        </w:rPr>
        <w:t xml:space="preserve">[27:53] </w:t>
      </w:r>
      <w:r>
        <w:t>bas shikayatein karenge.</w:t>
      </w:r>
    </w:p>
    <w:p>
      <w:pPr>
        <w:jc w:val="right"/>
      </w:pPr>
      <w:r>
        <w:t>بس شکایتیں کریں گے۔</w:t>
      </w:r>
    </w:p>
    <w:p>
      <w:r>
        <w:rPr>
          <w:b/>
        </w:rPr>
        <w:t xml:space="preserve">[27:57] </w:t>
      </w:r>
      <w:r>
        <w:t>aur dekhiye ek baat yeh bhi arz karoon main ke shikayati zehan hai kya?</w:t>
      </w:r>
    </w:p>
    <w:p>
      <w:pPr>
        <w:jc w:val="right"/>
      </w:pPr>
      <w:r>
        <w:t>اور دیکھیے ایک بات یہ بھی عرض کروں میں کہ شکایتی ذہن ہے کیا؟</w:t>
      </w:r>
    </w:p>
    <w:p>
      <w:r>
        <w:rPr>
          <w:b/>
        </w:rPr>
        <w:t xml:space="preserve">[28:03] </w:t>
      </w:r>
      <w:r>
        <w:t>shikayati zehan yeh hai ke kuch negative item ko nikaal nikaal kar ke usi ko badhana chadhana.</w:t>
      </w:r>
    </w:p>
    <w:p>
      <w:pPr>
        <w:jc w:val="right"/>
      </w:pPr>
      <w:r>
        <w:t>شکایتی ذہن یہ ہے کہ کچھ نیگیٹیو آئٹم کو نکال نکال کر کے اسی کو بڑھانا چڑھانا۔</w:t>
      </w:r>
    </w:p>
    <w:p>
      <w:r>
        <w:rPr>
          <w:b/>
        </w:rPr>
        <w:t xml:space="preserve">[28:11] </w:t>
      </w:r>
      <w:r>
        <w:t>jabke positive item bohat maujood ho.</w:t>
      </w:r>
    </w:p>
    <w:p>
      <w:pPr>
        <w:jc w:val="right"/>
      </w:pPr>
      <w:r>
        <w:t>جبکہ پازیٹیو آئٹم بہت موجود ہوں۔</w:t>
      </w:r>
    </w:p>
    <w:p>
      <w:r>
        <w:rPr>
          <w:b/>
        </w:rPr>
        <w:t xml:space="preserve">[28:15] </w:t>
      </w:r>
      <w:r>
        <w:t>dekhiye yeh kabhi bhi mumkin nahin hai ke insaan</w:t>
      </w:r>
    </w:p>
    <w:p>
      <w:pPr>
        <w:jc w:val="right"/>
      </w:pPr>
      <w:r>
        <w:t>دیکھیے یہ کبھی بھی ممکن نہیں ہے کہ انسان</w:t>
      </w:r>
    </w:p>
    <w:p>
      <w:r>
        <w:rPr>
          <w:b/>
        </w:rPr>
        <w:t xml:space="preserve">[28:18] </w:t>
      </w:r>
      <w:r>
        <w:t>itna zyada duniya ko haavi ho jaye, duniya ko itna bigaad de ke positive item khatma ho jaye.</w:t>
      </w:r>
    </w:p>
    <w:p>
      <w:pPr>
        <w:jc w:val="right"/>
      </w:pPr>
      <w:r>
        <w:t>اتنا زیادہ دنیا کو حاوی ہو جائے، دنیا کو اتنا بگاڑ دے کہ پازیٹیو آئٹم خاتمہ ہو جائے۔</w:t>
      </w:r>
    </w:p>
    <w:p>
      <w:r>
        <w:rPr>
          <w:b/>
        </w:rPr>
        <w:t xml:space="preserve">[28:26] </w:t>
      </w:r>
      <w:r>
        <w:t>sirf negative item rahein duniya mein.</w:t>
      </w:r>
    </w:p>
    <w:p>
      <w:pPr>
        <w:jc w:val="right"/>
      </w:pPr>
      <w:r>
        <w:t>صرف نیگیٹیو آئٹم رہیں دنیا میں۔</w:t>
      </w:r>
    </w:p>
    <w:p>
      <w:r>
        <w:rPr>
          <w:b/>
        </w:rPr>
        <w:t xml:space="preserve">[28:29] </w:t>
      </w:r>
      <w:r>
        <w:t>positive item ka matlab yeh hai ke aap ke liye kamane ka mauqa na ho.</w:t>
      </w:r>
    </w:p>
    <w:p>
      <w:pPr>
        <w:jc w:val="right"/>
      </w:pPr>
      <w:r>
        <w:t>پازیٹیو آئٹم کا مطلب یہ ہے کہ آپ کے لیے کمانے کا موقع نہ ہو۔</w:t>
      </w:r>
    </w:p>
    <w:p>
      <w:r>
        <w:rPr>
          <w:b/>
        </w:rPr>
        <w:t xml:space="preserve">[28:33] </w:t>
      </w:r>
      <w:r>
        <w:t>aap ke liye khane peene ka mauqa na ho.</w:t>
      </w:r>
    </w:p>
    <w:p>
      <w:pPr>
        <w:jc w:val="right"/>
      </w:pPr>
      <w:r>
        <w:t>آپ کے لیے کھانے پینے کا موقع نہ ہو۔</w:t>
      </w:r>
    </w:p>
    <w:p>
      <w:r>
        <w:rPr>
          <w:b/>
        </w:rPr>
        <w:t xml:space="preserve">[28:35] </w:t>
      </w:r>
      <w:r>
        <w:t>aap ke paas ghar na ho.</w:t>
      </w:r>
    </w:p>
    <w:p>
      <w:pPr>
        <w:jc w:val="right"/>
      </w:pPr>
      <w:r>
        <w:t>آپ کے پاس گھر نہ ہو۔</w:t>
      </w:r>
    </w:p>
    <w:p>
      <w:r>
        <w:rPr>
          <w:b/>
        </w:rPr>
        <w:t xml:space="preserve">[28:36] </w:t>
      </w:r>
      <w:r>
        <w:t>aap ke paas gaadi na ho.</w:t>
      </w:r>
    </w:p>
    <w:p>
      <w:pPr>
        <w:jc w:val="right"/>
      </w:pPr>
      <w:r>
        <w:t>آپ کے پاس گاڑی نہ ہو۔</w:t>
      </w:r>
    </w:p>
    <w:p>
      <w:r>
        <w:rPr>
          <w:b/>
        </w:rPr>
        <w:t xml:space="preserve">[28:39] </w:t>
      </w:r>
      <w:r>
        <w:t>aap ke paas sukoon se jeene ke liye koi kamra na ho.</w:t>
      </w:r>
    </w:p>
    <w:p>
      <w:pPr>
        <w:jc w:val="right"/>
      </w:pPr>
      <w:r>
        <w:t>آپ کے پاس سکون سے جینے کے لیے کوئی کمرہ نہ ہو۔</w:t>
      </w:r>
    </w:p>
    <w:p>
      <w:r>
        <w:rPr>
          <w:b/>
        </w:rPr>
        <w:t xml:space="preserve">[28:42] </w:t>
      </w:r>
      <w:r>
        <w:t>yeh kabhi ho nahin sakta.</w:t>
      </w:r>
    </w:p>
    <w:p>
      <w:pPr>
        <w:jc w:val="right"/>
      </w:pPr>
      <w:r>
        <w:t>یہ کبھی ہو نہیں سکتا۔</w:t>
      </w:r>
    </w:p>
    <w:p>
      <w:r>
        <w:rPr>
          <w:b/>
        </w:rPr>
        <w:t xml:space="preserve">[28:45] </w:t>
      </w:r>
      <w:r>
        <w:t>yaani is duniya ka jo creator hai, kabhi insaan ko itni chhoot nahin dega.</w:t>
      </w:r>
    </w:p>
    <w:p>
      <w:pPr>
        <w:jc w:val="right"/>
      </w:pPr>
      <w:r>
        <w:t>یعنی اس دنیا کا جو کریئیٹر ہے، کبھی انسان کو اتنی چھوٹ نہیں دے گا۔</w:t>
      </w:r>
    </w:p>
    <w:p>
      <w:r>
        <w:rPr>
          <w:b/>
        </w:rPr>
        <w:t xml:space="preserve">[28:51] </w:t>
      </w:r>
      <w:r>
        <w:t>insaan ko allah ne azaadi zaroor di hai.</w:t>
      </w:r>
    </w:p>
    <w:p>
      <w:pPr>
        <w:jc w:val="right"/>
      </w:pPr>
      <w:r>
        <w:t>انسان کو اللہ نے آزادی ضرور دی ہے۔</w:t>
      </w:r>
    </w:p>
    <w:p>
      <w:r>
        <w:rPr>
          <w:b/>
        </w:rPr>
        <w:t xml:space="preserve">[28:53] </w:t>
      </w:r>
      <w:r>
        <w:t>lekin phir bhi allah taala manage kar raha hai.</w:t>
      </w:r>
    </w:p>
    <w:p>
      <w:pPr>
        <w:jc w:val="right"/>
      </w:pPr>
      <w:r>
        <w:t>لیکن پھر بھی اللہ تعالی مینج کر رہا ہے۔</w:t>
      </w:r>
    </w:p>
    <w:p>
      <w:r>
        <w:rPr>
          <w:b/>
        </w:rPr>
        <w:t xml:space="preserve">[28:57] </w:t>
      </w:r>
      <w:r>
        <w:t>azaadi di hai lekin woh tareekh ko manage kar raha hai.</w:t>
      </w:r>
    </w:p>
    <w:p>
      <w:pPr>
        <w:jc w:val="right"/>
      </w:pPr>
      <w:r>
        <w:t>آزادی دی ہے لیکن وہ تاریخ کو مینج کر رہا ہے۔</w:t>
      </w:r>
    </w:p>
    <w:p>
      <w:r>
        <w:rPr>
          <w:b/>
        </w:rPr>
        <w:t xml:space="preserve">[28:59] </w:t>
      </w:r>
      <w:r>
        <w:t>insaan ko manage kar raha hai woh.</w:t>
      </w:r>
    </w:p>
    <w:p>
      <w:pPr>
        <w:jc w:val="right"/>
      </w:pPr>
      <w:r>
        <w:t>انسان کو مینج کر رہا ہے وہ۔</w:t>
      </w:r>
    </w:p>
    <w:p>
      <w:r>
        <w:rPr>
          <w:b/>
        </w:rPr>
        <w:t xml:space="preserve">[29:02] </w:t>
      </w:r>
      <w:r>
        <w:t>toh poore maanon mein woh kabhi bhi yeh mauqa nahin dega insaan ko ke apni azaadi ko</w:t>
      </w:r>
    </w:p>
    <w:p>
      <w:pPr>
        <w:jc w:val="right"/>
      </w:pPr>
      <w:r>
        <w:t>تو پورے معنوں میں وہ کبھی بھی یہ موقع نہیں دے گا انسان کو کہ اپنی آزادی کو</w:t>
      </w:r>
    </w:p>
    <w:p>
      <w:r>
        <w:rPr>
          <w:b/>
        </w:rPr>
        <w:t xml:space="preserve">[29:07] </w:t>
      </w:r>
      <w:r>
        <w:t>istemaal karte karte woh aap ki sab kuch chheen le.</w:t>
      </w:r>
    </w:p>
    <w:p>
      <w:pPr>
        <w:jc w:val="right"/>
      </w:pPr>
      <w:r>
        <w:t>استعمال کرتے کرتے وہ آپ کی سب کچھ چھین لے۔</w:t>
      </w:r>
    </w:p>
    <w:p>
      <w:r>
        <w:rPr>
          <w:b/>
        </w:rPr>
        <w:t xml:space="preserve">[29:11] </w:t>
      </w:r>
      <w:r>
        <w:t>aap ko bilkul mehroom bana de.</w:t>
      </w:r>
    </w:p>
    <w:p>
      <w:pPr>
        <w:jc w:val="right"/>
      </w:pPr>
      <w:r>
        <w:t>آپ کو بالکل محروم بنا دے۔</w:t>
      </w:r>
    </w:p>
    <w:p>
      <w:r>
        <w:rPr>
          <w:b/>
        </w:rPr>
        <w:t xml:space="preserve">[29:13] </w:t>
      </w:r>
      <w:r>
        <w:t>aisa ho nahin sakta.</w:t>
      </w:r>
    </w:p>
    <w:p>
      <w:pPr>
        <w:jc w:val="right"/>
      </w:pPr>
      <w:r>
        <w:t>ایسا ہو نہیں سکتا۔</w:t>
      </w:r>
    </w:p>
    <w:p>
      <w:r>
        <w:rPr>
          <w:b/>
        </w:rPr>
        <w:t xml:space="preserve">[29:14] </w:t>
      </w:r>
      <w:r>
        <w:t>impossible hai. nateeja yeh hai ke</w:t>
      </w:r>
    </w:p>
    <w:p>
      <w:pPr>
        <w:jc w:val="right"/>
      </w:pPr>
      <w:r>
        <w:t>امپاسیبل ہے۔ نتیجہ یہ ہے کہ</w:t>
      </w:r>
    </w:p>
    <w:p>
      <w:r>
        <w:rPr>
          <w:b/>
        </w:rPr>
        <w:t xml:space="preserve">[29:19] </w:t>
      </w:r>
      <w:r>
        <w:t>hum yani saare jo log hain sab agar ghor se sochen to in ko ninety ninety nine percent</w:t>
      </w:r>
    </w:p>
    <w:p>
      <w:pPr>
        <w:jc w:val="right"/>
      </w:pPr>
      <w:r>
        <w:t>ہم یعنی سارے جو لوگ ہیں سب اگر غور سے سوچیں تو ان کو نائنٹی نائنٹی نائن پرسنٹ</w:t>
      </w:r>
    </w:p>
    <w:p>
      <w:r>
        <w:rPr>
          <w:b/>
        </w:rPr>
        <w:t xml:space="preserve">[29:30] </w:t>
      </w:r>
      <w:r>
        <w:t>in ko positive item mila hua hai.</w:t>
      </w:r>
    </w:p>
    <w:p>
      <w:pPr>
        <w:jc w:val="right"/>
      </w:pPr>
      <w:r>
        <w:t>ان کو پازیٹیو آئٹم ملا ہوا ہے۔</w:t>
      </w:r>
    </w:p>
    <w:p>
      <w:r>
        <w:rPr>
          <w:b/>
        </w:rPr>
        <w:t xml:space="preserve">[29:33] </w:t>
      </w:r>
      <w:r>
        <w:t>achhe item. one percent sirf shikayat ki baat hai.</w:t>
      </w:r>
    </w:p>
    <w:p>
      <w:pPr>
        <w:jc w:val="right"/>
      </w:pPr>
      <w:r>
        <w:t>اچھے آئٹم۔ ون پرسنٹ صرف شکایت کی بات ہے۔</w:t>
      </w:r>
    </w:p>
    <w:p>
      <w:r>
        <w:rPr>
          <w:b/>
        </w:rPr>
        <w:t xml:space="preserve">[29:39] </w:t>
      </w:r>
      <w:r>
        <w:t>jo log bhi shikayat karte hain, jo log bhi zulm ki baaten karte hain, aap un ke paas</w:t>
      </w:r>
    </w:p>
    <w:p>
      <w:pPr>
        <w:jc w:val="right"/>
      </w:pPr>
      <w:r>
        <w:t>جو لوگ بھی شکایت کرتے ہیں، جو لوگ بھی ظلم کی باتیں کرتے ہیں، آپ ان کے پاس</w:t>
      </w:r>
    </w:p>
    <w:p>
      <w:r>
        <w:rPr>
          <w:b/>
        </w:rPr>
        <w:t xml:space="preserve">[29:44] </w:t>
      </w:r>
      <w:r>
        <w:t>بیٹھیے، وہ جو باتیں refer کرتے ہیں اس کو غور کیجیے اس کے اوپر۔</w:t>
      </w:r>
    </w:p>
    <w:p>
      <w:pPr>
        <w:jc w:val="right"/>
      </w:pPr>
      <w:r>
        <w:t>بیٹھیے، وہ جو باتیں ریفر کرتے ہیں اس کو غور کیجیے اس کے اوپر۔</w:t>
      </w:r>
    </w:p>
    <w:p>
      <w:r>
        <w:rPr>
          <w:b/>
        </w:rPr>
        <w:t xml:space="preserve">[29:50] </w:t>
      </w:r>
      <w:r>
        <w:t>to kya hoga? woh yeh karte honge, hamesha yeh karte hain ke ninety nine</w:t>
      </w:r>
    </w:p>
    <w:p>
      <w:pPr>
        <w:jc w:val="right"/>
      </w:pPr>
      <w:r>
        <w:t>تو کیا ہوگا؟ وہ یہ کرتے ہوں گے، ہمیشہ یہ کرتے ہیں کہ نائنٹی نائن</w:t>
      </w:r>
    </w:p>
    <w:p>
      <w:r>
        <w:rPr>
          <w:b/>
        </w:rPr>
        <w:t xml:space="preserve">[29:59] </w:t>
      </w:r>
      <w:r>
        <w:t>jo positive item hai us ka zikr nahin karenge.</w:t>
      </w:r>
    </w:p>
    <w:p>
      <w:pPr>
        <w:jc w:val="right"/>
      </w:pPr>
      <w:r>
        <w:t>جو پازیٹیو آئٹم ہے اس کا ذکر نہیں کریں گے۔</w:t>
      </w:r>
    </w:p>
    <w:p>
      <w:r>
        <w:rPr>
          <w:b/>
        </w:rPr>
        <w:t xml:space="preserve">[30:03] </w:t>
      </w:r>
      <w:r>
        <w:t>ek item jo negative hai us ka zikr karenge.</w:t>
      </w:r>
    </w:p>
    <w:p>
      <w:pPr>
        <w:jc w:val="right"/>
      </w:pPr>
      <w:r>
        <w:t>ایک آئٹم جو نیگیٹیو ہے اس کا ذکر کریں گے۔</w:t>
      </w:r>
    </w:p>
    <w:p>
      <w:r>
        <w:rPr>
          <w:b/>
        </w:rPr>
        <w:t xml:space="preserve">[30:06] </w:t>
      </w:r>
      <w:r>
        <w:t>aap ghor kijiye ke kitni badi</w:t>
      </w:r>
    </w:p>
    <w:p>
      <w:pPr>
        <w:jc w:val="right"/>
      </w:pPr>
      <w:r>
        <w:t>آپ غور کیجیے کہ کتنی بڑی</w:t>
      </w:r>
    </w:p>
    <w:p>
      <w:r>
        <w:rPr>
          <w:b/>
        </w:rPr>
        <w:t xml:space="preserve">[30:10] </w:t>
      </w:r>
      <w:r>
        <w:t>mehroomi hai. yeh to dishonesty hai.</w:t>
      </w:r>
    </w:p>
    <w:p>
      <w:pPr>
        <w:jc w:val="right"/>
      </w:pPr>
      <w:r>
        <w:t>محرومی ہے۔ یہ تو ڈس ہونیسٹی ہے۔</w:t>
      </w:r>
    </w:p>
    <w:p>
      <w:r>
        <w:rPr>
          <w:b/>
        </w:rPr>
        <w:t xml:space="preserve">[30:15] </w:t>
      </w:r>
      <w:r>
        <w:t>jab aap aisa karen ke ninety nine item ko aap ignore karen, ek item ko le kar usi</w:t>
      </w:r>
    </w:p>
    <w:p>
      <w:pPr>
        <w:jc w:val="right"/>
      </w:pPr>
      <w:r>
        <w:t>جب آپ ایسا کریں کہ نائنٹی نائن آئٹم کو آپ اگنور کریں، ایک آئٹم کو لے کر اسی</w:t>
      </w:r>
    </w:p>
    <w:p>
      <w:r>
        <w:rPr>
          <w:b/>
        </w:rPr>
        <w:t xml:space="preserve">[30:21] </w:t>
      </w:r>
      <w:r>
        <w:t>ko badhayen charhayen to is ka matlab hai ke aap ke andar dishonesty aa gayi.</w:t>
      </w:r>
    </w:p>
    <w:p>
      <w:pPr>
        <w:jc w:val="right"/>
      </w:pPr>
      <w:r>
        <w:t>کو بڑھائیں چڑھائیں تو اس کا معنی ہے کہ آپ کے اندر ڈس ہونیسٹی آ گئی۔</w:t>
      </w:r>
    </w:p>
    <w:p>
      <w:r>
        <w:rPr>
          <w:b/>
        </w:rPr>
        <w:t xml:space="preserve">[30:26] </w:t>
      </w:r>
      <w:r>
        <w:t>dishonesty. aap ke andar se insaaf khatam ho gaya, justice khatam ho gaya.</w:t>
      </w:r>
    </w:p>
    <w:p>
      <w:pPr>
        <w:jc w:val="right"/>
      </w:pPr>
      <w:r>
        <w:t>ڈس ہونیسٹی۔ آپ کے اندر سے انصاف ختم ہو گیا، جسٹس ختم ہو گیا۔</w:t>
      </w:r>
    </w:p>
    <w:p>
      <w:r>
        <w:rPr>
          <w:b/>
        </w:rPr>
        <w:t xml:space="preserve">[30:33] </w:t>
      </w:r>
      <w:r>
        <w:t>to aap ghor kijiye ke kitni badi mehroomi yeh hai.</w:t>
      </w:r>
    </w:p>
    <w:p>
      <w:pPr>
        <w:jc w:val="right"/>
      </w:pPr>
      <w:r>
        <w:t>تو آپ غور کیجیے کہ کتنی بڑی محرومی یہ ہے۔</w:t>
      </w:r>
    </w:p>
    <w:p>
      <w:r>
        <w:rPr>
          <w:b/>
        </w:rPr>
        <w:t xml:space="preserve">[30:37] </w:t>
      </w:r>
      <w:r>
        <w:t>kitni badi mehroomi hai.</w:t>
      </w:r>
    </w:p>
    <w:p>
      <w:pPr>
        <w:jc w:val="right"/>
      </w:pPr>
      <w:r>
        <w:t>کتنی بڑی محرومی ہے۔</w:t>
      </w:r>
    </w:p>
    <w:p>
      <w:r>
        <w:rPr>
          <w:b/>
        </w:rPr>
        <w:t xml:space="preserve">[30:39] </w:t>
      </w:r>
      <w:r>
        <w:t>ke aap ek dishonesty insan ban gaye.</w:t>
      </w:r>
    </w:p>
    <w:p>
      <w:pPr>
        <w:jc w:val="right"/>
      </w:pPr>
      <w:r>
        <w:t>کہ آپ ایک ڈس ہونیسٹی انسان بن گئے۔</w:t>
      </w:r>
    </w:p>
    <w:p>
      <w:r>
        <w:rPr>
          <w:b/>
        </w:rPr>
        <w:t xml:space="preserve">[30:43] </w:t>
      </w:r>
      <w:r>
        <w:t>aap ek ghair adil insan ban gaye.</w:t>
      </w:r>
    </w:p>
    <w:p>
      <w:pPr>
        <w:jc w:val="right"/>
      </w:pPr>
      <w:r>
        <w:t>آپ ایک غیر عادل انسان بن گئے۔</w:t>
      </w:r>
    </w:p>
    <w:p>
      <w:r>
        <w:rPr>
          <w:b/>
        </w:rPr>
        <w:t xml:space="preserve">[30:48] </w:t>
      </w:r>
      <w:r>
        <w:t>aap se justice ka</w:t>
      </w:r>
    </w:p>
    <w:p>
      <w:pPr>
        <w:jc w:val="right"/>
      </w:pPr>
      <w:r>
        <w:t>آپ سے جسٹس کا</w:t>
      </w:r>
    </w:p>
    <w:p>
      <w:r>
        <w:rPr>
          <w:b/>
        </w:rPr>
        <w:t xml:space="preserve">[30:53] </w:t>
      </w:r>
      <w:r>
        <w:t>spirit nikal gayi.</w:t>
      </w:r>
    </w:p>
    <w:p>
      <w:pPr>
        <w:jc w:val="right"/>
      </w:pPr>
      <w:r>
        <w:t>اسپرٹ نکل گئی۔</w:t>
      </w:r>
    </w:p>
    <w:p>
      <w:r>
        <w:rPr>
          <w:b/>
        </w:rPr>
        <w:t xml:space="preserve">[30:55] </w:t>
      </w:r>
      <w:r>
        <w:t>to kitna bada nuqsan hai yeh.</w:t>
      </w:r>
    </w:p>
    <w:p>
      <w:pPr>
        <w:jc w:val="right"/>
      </w:pPr>
      <w:r>
        <w:t>تو کتنا بڑا نقصان ہے یہ۔</w:t>
      </w:r>
    </w:p>
    <w:p>
      <w:r>
        <w:rPr>
          <w:b/>
        </w:rPr>
        <w:t xml:space="preserve">[30:58] </w:t>
      </w:r>
      <w:r>
        <w:t>aisa to haiwan bhi koi nahin hota.</w:t>
      </w:r>
    </w:p>
    <w:p>
      <w:pPr>
        <w:jc w:val="right"/>
      </w:pPr>
      <w:r>
        <w:t>ایسا تو حیوان بھی کوئی نہیں ہوتا۔</w:t>
      </w:r>
    </w:p>
    <w:p>
      <w:r>
        <w:rPr>
          <w:b/>
        </w:rPr>
        <w:t xml:space="preserve">[31:03] </w:t>
      </w:r>
      <w:r>
        <w:t>to jitne log baat karte hain zulm ki</w:t>
      </w:r>
    </w:p>
    <w:p>
      <w:pPr>
        <w:jc w:val="right"/>
      </w:pPr>
      <w:r>
        <w:t>تو جتنے لوگ بات کرتے ہیں ظلم کی</w:t>
      </w:r>
    </w:p>
    <w:p>
      <w:r>
        <w:rPr>
          <w:b/>
        </w:rPr>
        <w:t xml:space="preserve">[31:07] </w:t>
      </w:r>
      <w:r>
        <w:t>اور ڈسکریمینیشن کی اور atrocities کی ان سب کے بارے میں آپ میں کہتا ہوں، without any</w:t>
      </w:r>
    </w:p>
    <w:p>
      <w:pPr>
        <w:jc w:val="right"/>
      </w:pPr>
      <w:r>
        <w:t>اور ڈسکریمیشن کی اور اٹراسٹیز کی ان سب کے بارے میں آپ میں کہتا ہوں، ودا آؤٹ اینی</w:t>
      </w:r>
    </w:p>
    <w:p>
      <w:r>
        <w:rPr>
          <w:b/>
        </w:rPr>
        <w:t xml:space="preserve">[31:14] </w:t>
      </w:r>
      <w:r>
        <w:t>exception mein kehta hoon, woh sab ke sab yahi karte hain ke ninety nine achhe item ko bayan</w:t>
      </w:r>
    </w:p>
    <w:p>
      <w:pPr>
        <w:jc w:val="right"/>
      </w:pPr>
      <w:r>
        <w:t>ایکسیپشن میں کہتا ہوں، وہ سب کے سب یہی کرتے ہیں کہ نائنٹی نائن اچھے آئٹم کو بیان</w:t>
      </w:r>
    </w:p>
    <w:p>
      <w:r>
        <w:rPr>
          <w:b/>
        </w:rPr>
        <w:t xml:space="preserve">[31:21] </w:t>
      </w:r>
      <w:r>
        <w:t>nahin karenge.</w:t>
      </w:r>
    </w:p>
    <w:p>
      <w:pPr>
        <w:jc w:val="right"/>
      </w:pPr>
      <w:r>
        <w:t>نہیں کریں گے۔</w:t>
      </w:r>
    </w:p>
    <w:p>
      <w:r>
        <w:rPr>
          <w:b/>
        </w:rPr>
        <w:t xml:space="preserve">[31:21] </w:t>
      </w:r>
      <w:r>
        <w:t>ek item jo un ke nazdeek achha nahin usi ko khoob badhayen charhayenge.</w:t>
      </w:r>
    </w:p>
    <w:p>
      <w:pPr>
        <w:jc w:val="right"/>
      </w:pPr>
      <w:r>
        <w:t>ایک آئٹم جو ان کے نزدیک اچھا نہیں اسی کو خوب بڑھائیں چڑھائیں گے۔</w:t>
      </w:r>
    </w:p>
    <w:p>
      <w:r>
        <w:rPr>
          <w:b/>
        </w:rPr>
        <w:t xml:space="preserve">[31:28] </w:t>
      </w:r>
      <w:r>
        <w:t>sab yahi karte hain.</w:t>
      </w:r>
    </w:p>
    <w:p>
      <w:pPr>
        <w:jc w:val="right"/>
      </w:pPr>
      <w:r>
        <w:t>سب یہی کرتے ہیں۔</w:t>
      </w:r>
    </w:p>
    <w:p>
      <w:r>
        <w:rPr>
          <w:b/>
        </w:rPr>
        <w:t xml:space="preserve">[31:30] </w:t>
      </w:r>
      <w:r>
        <w:t>mein kisi aise insaan ko nahin jaanta jo shikayat ki boli bolta ho aur</w:t>
      </w:r>
    </w:p>
    <w:p>
      <w:pPr>
        <w:jc w:val="right"/>
      </w:pPr>
      <w:r>
        <w:t>میں کسی ایسے انسان کو نہیں جانتا جو شکایت کی بولی بولتا ہو اور</w:t>
      </w:r>
    </w:p>
    <w:p>
      <w:r>
        <w:rPr>
          <w:b/>
        </w:rPr>
        <w:t xml:space="preserve">[31:37] </w:t>
      </w:r>
      <w:r>
        <w:t>zulm ki dastaanain bayan karta ho.</w:t>
      </w:r>
    </w:p>
    <w:p>
      <w:pPr>
        <w:jc w:val="right"/>
      </w:pPr>
      <w:r>
        <w:t>ظلم کی داستانیں بیان کرتا ہو۔</w:t>
      </w:r>
    </w:p>
    <w:p>
      <w:r>
        <w:rPr>
          <w:b/>
        </w:rPr>
        <w:t xml:space="preserve">[31:39] </w:t>
      </w:r>
      <w:r>
        <w:t>woh is se</w:t>
      </w:r>
    </w:p>
    <w:p>
      <w:pPr>
        <w:jc w:val="right"/>
      </w:pPr>
      <w:r>
        <w:t>وہ اس سے</w:t>
      </w:r>
    </w:p>
    <w:p>
      <w:r>
        <w:rPr>
          <w:b/>
        </w:rPr>
        <w:t xml:space="preserve">[31:41] </w:t>
      </w:r>
      <w:r>
        <w:t>is maamle mein kuch aur karta ho.</w:t>
      </w:r>
    </w:p>
    <w:p>
      <w:pPr>
        <w:jc w:val="right"/>
      </w:pPr>
      <w:r>
        <w:t>اس معاملے میں کچھ اور کرتا ہو۔</w:t>
      </w:r>
    </w:p>
    <w:p>
      <w:r>
        <w:rPr>
          <w:b/>
        </w:rPr>
        <w:t xml:space="preserve">[31:43] </w:t>
      </w:r>
      <w:r>
        <w:t>yahi karta hai.</w:t>
      </w:r>
    </w:p>
    <w:p>
      <w:pPr>
        <w:jc w:val="right"/>
      </w:pPr>
      <w:r>
        <w:t>یہی کرتا ہے۔</w:t>
      </w:r>
    </w:p>
    <w:p>
      <w:r>
        <w:rPr>
          <w:b/>
        </w:rPr>
        <w:t xml:space="preserve">[31:45] </w:t>
      </w:r>
      <w:r>
        <w:t>kyun? Allah taala ne is duniya ko jab banaya hai toh woh is ko manage bhi kar raha</w:t>
      </w:r>
    </w:p>
    <w:p>
      <w:pPr>
        <w:jc w:val="right"/>
      </w:pPr>
      <w:r>
        <w:t>کیوں؟ اللہ تعالی نے اس دنیا کو جب بنایا ہے تو وہ اس کو مینج بھی کر رہا</w:t>
      </w:r>
    </w:p>
    <w:p>
      <w:r>
        <w:rPr>
          <w:b/>
        </w:rPr>
        <w:t xml:space="preserve">[31:48] </w:t>
      </w:r>
      <w:r>
        <w:t>hai. Is ko control bhi ki hui hai.</w:t>
      </w:r>
    </w:p>
    <w:p>
      <w:pPr>
        <w:jc w:val="right"/>
      </w:pPr>
      <w:r>
        <w:t>ہے۔ اس کو کنٹرول بھی کی ہوئی ہے۔</w:t>
      </w:r>
    </w:p>
    <w:p>
      <w:r>
        <w:rPr>
          <w:b/>
        </w:rPr>
        <w:t xml:space="preserve">[31:53] </w:t>
      </w:r>
      <w:r>
        <w:t>insaan ko azaadi di hai toh azaadi</w:t>
      </w:r>
    </w:p>
    <w:p>
      <w:pPr>
        <w:jc w:val="right"/>
      </w:pPr>
      <w:r>
        <w:t>انسان کو آزادی دی ہے تو آزادی</w:t>
      </w:r>
    </w:p>
    <w:p>
      <w:r>
        <w:rPr>
          <w:b/>
        </w:rPr>
        <w:t xml:space="preserve">[31:57] </w:t>
      </w:r>
      <w:r>
        <w:t>ka matlab yeh nahin ke woh is ko mauqa de diya ke jo chahe karo.</w:t>
      </w:r>
    </w:p>
    <w:p>
      <w:pPr>
        <w:jc w:val="right"/>
      </w:pPr>
      <w:r>
        <w:t>کا مطلب یہ نہیں کہ وہ اس کو موقع دے دیا کہ جو چاہے کرو۔</w:t>
      </w:r>
    </w:p>
    <w:p>
      <w:r>
        <w:rPr>
          <w:b/>
        </w:rPr>
        <w:t xml:space="preserve">[32:02] </w:t>
      </w:r>
      <w:r>
        <w:t>phir bhi woh control karta hai Allah taala.</w:t>
      </w:r>
    </w:p>
    <w:p>
      <w:pPr>
        <w:jc w:val="right"/>
      </w:pPr>
      <w:r>
        <w:t>پھر بھی وہ کنٹرول کرتا ہے اللہ تعالی۔</w:t>
      </w:r>
    </w:p>
    <w:p>
      <w:r>
        <w:rPr>
          <w:b/>
        </w:rPr>
        <w:t xml:space="preserve">[32:06] </w:t>
      </w:r>
      <w:r>
        <w:t>toh control karne ki bina par aisa hota hai ke duniya mein hamesha</w:t>
      </w:r>
    </w:p>
    <w:p>
      <w:pPr>
        <w:jc w:val="right"/>
      </w:pPr>
      <w:r>
        <w:t>تو کنٹرول کرنے کی بنا پر ایسا ہوتا ہے کہ دنیا میں ہمیشہ</w:t>
      </w:r>
    </w:p>
    <w:p>
      <w:r>
        <w:rPr>
          <w:b/>
        </w:rPr>
        <w:t xml:space="preserve">[32:12] </w:t>
      </w:r>
      <w:r>
        <w:t>evil one percent hoti hai aur khair ninety nine percent hota hai.</w:t>
      </w:r>
    </w:p>
    <w:p>
      <w:pPr>
        <w:jc w:val="right"/>
      </w:pPr>
      <w:r>
        <w:t>ایول ون پرسنٹ ہوتی ہے اور خیر نائنٹی نائن پرسنٹ ہوتا ہے۔</w:t>
      </w:r>
    </w:p>
    <w:p>
      <w:r>
        <w:rPr>
          <w:b/>
        </w:rPr>
        <w:t xml:space="preserve">[32:17] </w:t>
      </w:r>
      <w:r>
        <w:t>lekin yeh log kya karte hain?</w:t>
      </w:r>
    </w:p>
    <w:p>
      <w:pPr>
        <w:jc w:val="right"/>
      </w:pPr>
      <w:r>
        <w:t>لیکن یہ لوگ کیا کرتے ہیں؟</w:t>
      </w:r>
    </w:p>
    <w:p>
      <w:r>
        <w:rPr>
          <w:b/>
        </w:rPr>
        <w:t xml:space="preserve">[32:20] </w:t>
      </w:r>
      <w:r>
        <w:t>zulm ko koi item talaash kar ke is ko barhaaye charhaaye ge aur doosri baat ko ignore karein</w:t>
      </w:r>
    </w:p>
    <w:p>
      <w:pPr>
        <w:jc w:val="right"/>
      </w:pPr>
      <w:r>
        <w:t>ظلم کو کوئی آئٹم تلاش کر کے اس کو بڑھائیں چڑھائیں گے اور دوسری بات کو اگنور کریں</w:t>
      </w:r>
    </w:p>
    <w:p>
      <w:r>
        <w:rPr>
          <w:b/>
        </w:rPr>
        <w:t xml:space="preserve">[32:26] </w:t>
      </w:r>
      <w:r>
        <w:t>ge. Toh yeh intellectual dishonesty hai.</w:t>
      </w:r>
    </w:p>
    <w:p>
      <w:pPr>
        <w:jc w:val="right"/>
      </w:pPr>
      <w:r>
        <w:t>گے۔ تو یہ انٹلیکچول ڈس ہونیسٹی ہے۔</w:t>
      </w:r>
    </w:p>
    <w:p>
      <w:r>
        <w:rPr>
          <w:b/>
        </w:rPr>
        <w:t xml:space="preserve">[32:32] </w:t>
      </w:r>
      <w:r>
        <w:t>yaani aisa karna ke zyada baaton ko bayan na karna aur kisi ek do cheez ko bayan karna</w:t>
      </w:r>
    </w:p>
    <w:p>
      <w:pPr>
        <w:jc w:val="right"/>
      </w:pPr>
      <w:r>
        <w:t>یعنی ایسا کرنا کہ زیادہ باتوں کو بیان نہ کرنا اور کسی ایک دو چیز کو بیان کرنا</w:t>
      </w:r>
    </w:p>
    <w:p>
      <w:r>
        <w:rPr>
          <w:b/>
        </w:rPr>
        <w:t xml:space="preserve">[32:39] </w:t>
      </w:r>
      <w:r>
        <w:t>yeh hai intellectual dishonesty.</w:t>
      </w:r>
    </w:p>
    <w:p>
      <w:pPr>
        <w:jc w:val="right"/>
      </w:pPr>
      <w:r>
        <w:t>یہ ہے انٹلیکچول ڈس ہونیسٹی۔</w:t>
      </w:r>
    </w:p>
    <w:p>
      <w:r>
        <w:rPr>
          <w:b/>
        </w:rPr>
        <w:t xml:space="preserve">[32:42] </w:t>
      </w:r>
      <w:r>
        <w:t>aap ghaur kijiye ke intellectual dishonesty ka case jis ka ban jaaye woh kitni badi gunaah mein</w:t>
      </w:r>
    </w:p>
    <w:p>
      <w:pPr>
        <w:jc w:val="right"/>
      </w:pPr>
      <w:r>
        <w:t>آپ غور کیجیے کہ انٹلیکچول ڈس ہونیسٹی کا کیس جس کا بن جائے وہ کتنی بڑی گناہ میں</w:t>
      </w:r>
    </w:p>
    <w:p>
      <w:r>
        <w:rPr>
          <w:b/>
        </w:rPr>
        <w:t xml:space="preserve">[32:48] </w:t>
      </w:r>
      <w:r>
        <w:t>mubtala hai. Intellectual dishonesty toh greatest crime hai.</w:t>
      </w:r>
    </w:p>
    <w:p>
      <w:pPr>
        <w:jc w:val="right"/>
      </w:pPr>
      <w:r>
        <w:t>مبتلا ہے۔ انٹلیکچول ڈس ہونیسٹی تو گریٹسٹ کرائم ہے۔</w:t>
      </w:r>
    </w:p>
    <w:p>
      <w:r>
        <w:rPr>
          <w:b/>
        </w:rPr>
        <w:t xml:space="preserve">[32:55] </w:t>
      </w:r>
      <w:r>
        <w:t>intellectual dishonesty greatest crime hai.</w:t>
      </w:r>
    </w:p>
    <w:p>
      <w:pPr>
        <w:jc w:val="right"/>
      </w:pPr>
      <w:r>
        <w:t>انٹلیکچول ڈس ہونیسٹی گریٹسٹ کرائم ہے۔</w:t>
      </w:r>
    </w:p>
    <w:p>
      <w:r>
        <w:rPr>
          <w:b/>
        </w:rPr>
        <w:t xml:space="preserve">[32:59] </w:t>
      </w:r>
      <w:r>
        <w:t>is ka na duniya mein koi is ki jagah hai na aakhirat mein is ki koi jagah hai.</w:t>
      </w:r>
    </w:p>
    <w:p>
      <w:pPr>
        <w:jc w:val="right"/>
      </w:pPr>
      <w:r>
        <w:t>اس کا نہ دنیا میں کوئی اس کی جگہ ہے نہ آخرت میں اس کی کوئی جگہ ہے۔</w:t>
      </w:r>
    </w:p>
    <w:p>
      <w:r>
        <w:rPr>
          <w:b/>
        </w:rPr>
        <w:t xml:space="preserve">[33:07] </w:t>
      </w:r>
      <w:r>
        <w:t>toh yeh saari baatein mujhe is par sochte hue samajh aayin ke kyun Allah ne duniya ko ek</w:t>
      </w:r>
    </w:p>
    <w:p>
      <w:pPr>
        <w:jc w:val="right"/>
      </w:pPr>
      <w:r>
        <w:t>تو یہ ساری باتیں مجھے اس پر سوچتے ہوئے سمجھ آئیں کہ کیوں اللہ نے دنیا کو ایک</w:t>
      </w:r>
    </w:p>
    <w:p>
      <w:r>
        <w:rPr>
          <w:b/>
        </w:rPr>
        <w:t xml:space="preserve">[33:13] </w:t>
      </w:r>
      <w:r>
        <w:t>aitbaar se daar-ul-hamd banaya hai aur doosri taraf kaha ke duniya jo hai daar-ul-karb-at hai.</w:t>
      </w:r>
    </w:p>
    <w:p>
      <w:pPr>
        <w:jc w:val="right"/>
      </w:pPr>
      <w:r>
        <w:t>اعتبار سے دارالحمد بنایا ہے اور دوسری طرف کہا کہ دنیا جو ہے دارالکربت ہے۔</w:t>
      </w:r>
    </w:p>
    <w:p>
      <w:r>
        <w:rPr>
          <w:b/>
        </w:rPr>
        <w:t xml:space="preserve">[33:22] </w:t>
      </w:r>
      <w:r>
        <w:t>toh agar aadmi karb mein sochega</w:t>
      </w:r>
    </w:p>
    <w:p>
      <w:pPr>
        <w:jc w:val="right"/>
      </w:pPr>
      <w:r>
        <w:t>تو اگر آدمی کبد میں سوچے گا</w:t>
      </w:r>
    </w:p>
    <w:p>
      <w:r>
        <w:rPr>
          <w:b/>
        </w:rPr>
        <w:t xml:space="preserve">[33:28] </w:t>
      </w:r>
      <w:r>
        <w:t>mashaqqat ki baaton mein woh jiye ga, woh problem wali baaton ko zyada</w:t>
      </w:r>
    </w:p>
    <w:p>
      <w:pPr>
        <w:jc w:val="right"/>
      </w:pPr>
      <w:r>
        <w:t>مشقت کی باتوں میں وہ جیے گا، وہ پرابلم والی باتوں کو زیادہ</w:t>
      </w:r>
    </w:p>
    <w:p>
      <w:r>
        <w:rPr>
          <w:b/>
        </w:rPr>
        <w:t xml:space="preserve">[33:35] </w:t>
      </w:r>
      <w:r>
        <w:t>isi mein dhiyan lagaye ga to woh hamd ke pehlu ko</w:t>
      </w:r>
    </w:p>
    <w:p>
      <w:pPr>
        <w:jc w:val="right"/>
      </w:pPr>
      <w:r>
        <w:t>اسی میں دھیان لگائے گا تو وہ حمد کے پہلو کو</w:t>
      </w:r>
    </w:p>
    <w:p>
      <w:r>
        <w:rPr>
          <w:b/>
        </w:rPr>
        <w:t xml:space="preserve">[33:43] </w:t>
      </w:r>
      <w:r>
        <w:t>discover nahi kar paye ga.</w:t>
      </w:r>
    </w:p>
    <w:p>
      <w:pPr>
        <w:jc w:val="right"/>
      </w:pPr>
      <w:r>
        <w:t>ڈسکور نہیں کر پائے گا۔</w:t>
      </w:r>
    </w:p>
    <w:p>
      <w:r>
        <w:rPr>
          <w:b/>
        </w:rPr>
        <w:t xml:space="preserve">[33:46] </w:t>
      </w:r>
      <w:r>
        <w:t>phir hamd is ke liye lift service ho gi.</w:t>
      </w:r>
    </w:p>
    <w:p>
      <w:pPr>
        <w:jc w:val="right"/>
      </w:pPr>
      <w:r>
        <w:t>پھر حمد اس کے لیے لفٹ سروس ہو گی۔</w:t>
      </w:r>
    </w:p>
    <w:p>
      <w:r>
        <w:rPr>
          <w:b/>
        </w:rPr>
        <w:t xml:space="preserve">[33:49] </w:t>
      </w:r>
      <w:r>
        <w:t>zulm ki baat hai to dhoom kare ga woh aur hamd ki baat ke liye is ke upar</w:t>
      </w:r>
    </w:p>
    <w:p>
      <w:pPr>
        <w:jc w:val="right"/>
      </w:pPr>
      <w:r>
        <w:t>ظلم کی بات ہے تو دھوم کرے گا وہ اور حمد کی بات کے لیے اس کے اوپر</w:t>
      </w:r>
    </w:p>
    <w:p>
      <w:r>
        <w:rPr>
          <w:b/>
        </w:rPr>
        <w:t xml:space="preserve">[33:54] </w:t>
      </w:r>
      <w:r>
        <w:t>lift service ho gi.</w:t>
      </w:r>
    </w:p>
    <w:p>
      <w:pPr>
        <w:jc w:val="right"/>
      </w:pPr>
      <w:r>
        <w:t>لفٹ سروس ہو گی۔</w:t>
      </w:r>
    </w:p>
    <w:p>
      <w:r>
        <w:rPr>
          <w:b/>
        </w:rPr>
        <w:t xml:space="preserve">[33:55] </w:t>
      </w:r>
      <w:r>
        <w:t>yani lafzi tor par keh de ga alhamdulillah.</w:t>
      </w:r>
    </w:p>
    <w:p>
      <w:pPr>
        <w:jc w:val="right"/>
      </w:pPr>
      <w:r>
        <w:t>یعنی لفظی طور پر کہہ دے گا الحمدللہ۔</w:t>
      </w:r>
    </w:p>
    <w:p>
      <w:r>
        <w:rPr>
          <w:b/>
        </w:rPr>
        <w:t xml:space="preserve">[34:00] </w:t>
      </w:r>
      <w:r>
        <w:t>to dekhiye yeh bohat ziyada zimmedari ki baat hai kyunke mamla sirf is dunya ka nahi hai.</w:t>
      </w:r>
    </w:p>
    <w:p>
      <w:pPr>
        <w:jc w:val="right"/>
      </w:pPr>
      <w:r>
        <w:t>تو دیکھیے یہ بہت زیادہ ذمہ داری کی بات ہے کیونکہ معاملہ صرف اس دنیا کا نہیں ہے۔</w:t>
      </w:r>
    </w:p>
    <w:p>
      <w:r>
        <w:rPr>
          <w:b/>
        </w:rPr>
        <w:t xml:space="preserve">[34:08] </w:t>
      </w:r>
      <w:r>
        <w:t>aakhirat ka mamla hai.</w:t>
      </w:r>
    </w:p>
    <w:p>
      <w:pPr>
        <w:jc w:val="right"/>
      </w:pPr>
      <w:r>
        <w:t>آخرت کا معاملہ ہے۔</w:t>
      </w:r>
    </w:p>
    <w:p>
      <w:r>
        <w:rPr>
          <w:b/>
        </w:rPr>
        <w:t xml:space="preserve">[34:11] </w:t>
      </w:r>
      <w:r>
        <w:t>is dunya ka mamla nahi hai aakhirat ka mamla hai.</w:t>
      </w:r>
    </w:p>
    <w:p>
      <w:pPr>
        <w:jc w:val="right"/>
      </w:pPr>
      <w:r>
        <w:t>اس دنیا کا معاملہ نہیں ہے آخرت کا معاملہ ہے۔</w:t>
      </w:r>
    </w:p>
    <w:p>
      <w:r>
        <w:rPr>
          <w:b/>
        </w:rPr>
        <w:t xml:space="preserve">[34:14] </w:t>
      </w:r>
      <w:r>
        <w:t>agar is dunya mein aap</w:t>
      </w:r>
    </w:p>
    <w:p>
      <w:pPr>
        <w:jc w:val="right"/>
      </w:pPr>
      <w:r>
        <w:t>اگر اس دنیا میں آپ</w:t>
      </w:r>
    </w:p>
    <w:p>
      <w:r>
        <w:rPr>
          <w:b/>
        </w:rPr>
        <w:t xml:space="preserve">[34:17] </w:t>
      </w:r>
      <w:r>
        <w:t>intellectual dishonesty ka shikar hain,</w:t>
      </w:r>
    </w:p>
    <w:p>
      <w:pPr>
        <w:jc w:val="right"/>
      </w:pPr>
      <w:r>
        <w:t>انٹلیکچول ڈس ہونیسٹی کا شکار ہیں،</w:t>
      </w:r>
    </w:p>
    <w:p>
      <w:r>
        <w:rPr>
          <w:b/>
        </w:rPr>
        <w:t xml:space="preserve">[34:22] </w:t>
      </w:r>
      <w:r>
        <w:t>agar is dunya mein aap intellectual dishonesty ka shikar ho gaye aur isi haal mein mar bhi</w:t>
      </w:r>
    </w:p>
    <w:p>
      <w:pPr>
        <w:jc w:val="right"/>
      </w:pPr>
      <w:r>
        <w:t>اگر اس دنیا میں آپ انٹلیکچول ڈس ہونیسٹی کا شکار ہو گئے اور اسی حال میں مر بھی</w:t>
      </w:r>
    </w:p>
    <w:p>
      <w:r>
        <w:rPr>
          <w:b/>
        </w:rPr>
        <w:t xml:space="preserve">[34:27] </w:t>
      </w:r>
      <w:r>
        <w:t>gaye to aakhirat mein kya hoga aap ka anjam?</w:t>
      </w:r>
    </w:p>
    <w:p>
      <w:pPr>
        <w:jc w:val="right"/>
      </w:pPr>
      <w:r>
        <w:t>گئے تو آخرت میں کیا ہوگا آپ کا انجام؟</w:t>
      </w:r>
    </w:p>
    <w:p>
      <w:r>
        <w:rPr>
          <w:b/>
        </w:rPr>
        <w:t xml:space="preserve">[34:34] </w:t>
      </w:r>
      <w:r>
        <w:t>kya hoga anjam?</w:t>
      </w:r>
    </w:p>
    <w:p>
      <w:pPr>
        <w:jc w:val="right"/>
      </w:pPr>
      <w:r>
        <w:t>کیا ہوگا انجام؟</w:t>
      </w:r>
    </w:p>
    <w:p>
      <w:r>
        <w:rPr>
          <w:b/>
        </w:rPr>
        <w:t xml:space="preserve">[34:37] </w:t>
      </w:r>
      <w:r>
        <w:t>to bohat ziyada zaroori hai ke insan</w:t>
      </w:r>
    </w:p>
    <w:p>
      <w:pPr>
        <w:jc w:val="right"/>
      </w:pPr>
      <w:r>
        <w:t>تو بہت زیادہ ضروری ہے کہ انسان</w:t>
      </w:r>
    </w:p>
    <w:p>
      <w:r>
        <w:rPr>
          <w:b/>
        </w:rPr>
        <w:t xml:space="preserve">[34:40] </w:t>
      </w:r>
      <w:r>
        <w:t>soche Allah ke kisi ne quran ko le kar ke aur quran ke bayan par ghor kare.</w:t>
      </w:r>
    </w:p>
    <w:p>
      <w:pPr>
        <w:jc w:val="right"/>
      </w:pPr>
      <w:r>
        <w:t>سوچے اللہ کے کسی نے قرآن کو لے کر کے اور قرآن کے بیانات پر غور کرے۔</w:t>
      </w:r>
    </w:p>
    <w:p>
      <w:r>
        <w:rPr>
          <w:b/>
        </w:rPr>
        <w:t xml:space="preserve">[34:48] </w:t>
      </w:r>
      <w:r>
        <w:t>ek ek cheez ki gehrai mein utre</w:t>
      </w:r>
    </w:p>
    <w:p>
      <w:pPr>
        <w:jc w:val="right"/>
      </w:pPr>
      <w:r>
        <w:t>ایک ایک چیز کی گہرائی میں اترے</w:t>
      </w:r>
    </w:p>
    <w:p>
      <w:r>
        <w:rPr>
          <w:b/>
        </w:rPr>
        <w:t xml:space="preserve">[34:52] </w:t>
      </w:r>
      <w:r>
        <w:t>taake woh dunya mein is tarah rahe jis tarah Allah ko manzoor hai rehna.</w:t>
      </w:r>
    </w:p>
    <w:p>
      <w:pPr>
        <w:jc w:val="right"/>
      </w:pPr>
      <w:r>
        <w:t>تاکہ وہ دنیا میں اس طرح رہے جس طرح اللہ کو منظور ہے رہنا۔</w:t>
      </w:r>
    </w:p>
    <w:p>
      <w:r>
        <w:rPr>
          <w:b/>
        </w:rPr>
        <w:t xml:space="preserve">[35:00] </w:t>
      </w:r>
      <w:r>
        <w:t>jaise dekhiye ek hadith hai</w:t>
      </w:r>
    </w:p>
    <w:p>
      <w:pPr>
        <w:jc w:val="right"/>
      </w:pPr>
      <w:r>
        <w:t>جیسے دیکھیے ایک حدیث ہے</w:t>
      </w:r>
    </w:p>
    <w:p>
      <w:r>
        <w:rPr>
          <w:b/>
        </w:rPr>
        <w:t xml:space="preserve">[35:03] </w:t>
      </w:r>
      <w:r>
        <w:t>ma rait misr jannat naam talib</w:t>
      </w:r>
    </w:p>
    <w:p>
      <w:pPr>
        <w:jc w:val="right"/>
      </w:pPr>
      <w:r>
        <w:t>ما ریت مصر جنت نام طالب</w:t>
      </w:r>
    </w:p>
    <w:p>
      <w:r>
        <w:rPr>
          <w:b/>
        </w:rPr>
        <w:t xml:space="preserve">[35:09] </w:t>
      </w:r>
      <w:r>
        <w:t>wa ma rait misr nar naam harib</w:t>
      </w:r>
    </w:p>
    <w:p>
      <w:pPr>
        <w:jc w:val="right"/>
      </w:pPr>
      <w:r>
        <w:t>وما ریت مصر نار نام حارب</w:t>
      </w:r>
    </w:p>
    <w:p>
      <w:r>
        <w:rPr>
          <w:b/>
        </w:rPr>
        <w:t xml:space="preserve">[35:13] </w:t>
      </w:r>
      <w:r>
        <w:t>yani aap ne farmaya ke maine dekha ke insan ke liye jannat itni qeemti cheez hai lekin</w:t>
      </w:r>
    </w:p>
    <w:p>
      <w:pPr>
        <w:jc w:val="right"/>
      </w:pPr>
      <w:r>
        <w:t>یعنی آپ نے فرمایا کہ میں نے دیکھا کہ انسان کے لیے جنت اتنی قیمتی چیز ہے لیکن</w:t>
      </w:r>
    </w:p>
    <w:p>
      <w:r>
        <w:rPr>
          <w:b/>
        </w:rPr>
        <w:t xml:space="preserve">[35:20] </w:t>
      </w:r>
      <w:r>
        <w:t>woh is ke baray mein so gaya hai</w:t>
      </w:r>
    </w:p>
    <w:p>
      <w:pPr>
        <w:jc w:val="right"/>
      </w:pPr>
      <w:r>
        <w:t>وہ اس کے بارے میں سو گیا ہے</w:t>
      </w:r>
    </w:p>
    <w:p>
      <w:r>
        <w:rPr>
          <w:b/>
        </w:rPr>
        <w:t xml:space="preserve">[35:23] </w:t>
      </w:r>
      <w:r>
        <w:t>aur jahannum itni ziyada bachne ki cheez hai lekin is ke baad is ke sath dor raha hai</w:t>
      </w:r>
    </w:p>
    <w:p>
      <w:pPr>
        <w:jc w:val="right"/>
      </w:pPr>
      <w:r>
        <w:t>اور جہنم اتنی زیادہ بچنے کی چیز ہے لیکن اس کے بعد اس کے ساتھ دوڑ رہا ہے</w:t>
      </w:r>
    </w:p>
    <w:p>
      <w:r>
        <w:rPr>
          <w:b/>
        </w:rPr>
        <w:t xml:space="preserve">[35:27] </w:t>
      </w:r>
      <w:r>
        <w:t>woh to kyun aisa hota hai?</w:t>
      </w:r>
    </w:p>
    <w:p>
      <w:pPr>
        <w:jc w:val="right"/>
      </w:pPr>
      <w:r>
        <w:t>وہ تو کیوں ایسا ہوتا ہے؟</w:t>
      </w:r>
    </w:p>
    <w:p>
      <w:r>
        <w:rPr>
          <w:b/>
        </w:rPr>
        <w:t xml:space="preserve">[35:32] </w:t>
      </w:r>
      <w:r>
        <w:t>kyun log jahannum ki taraf dor rahe hain aur jannat ke bare mein ghafil bani hui hain? is</w:t>
      </w:r>
    </w:p>
    <w:p>
      <w:pPr>
        <w:jc w:val="right"/>
      </w:pPr>
      <w:r>
        <w:t>کیوں لوگ جہنم کی طرف دوڑ رہے ہیں اور جنت کے بارے میں غافل بنی ہوئی ہیں؟ اس</w:t>
      </w:r>
    </w:p>
    <w:p>
      <w:r>
        <w:rPr>
          <w:b/>
        </w:rPr>
        <w:t xml:space="preserve">[35:37] </w:t>
      </w:r>
      <w:r>
        <w:t>ki wajah yahi hai</w:t>
      </w:r>
    </w:p>
    <w:p>
      <w:pPr>
        <w:jc w:val="right"/>
      </w:pPr>
      <w:r>
        <w:t>کی وجہ یہی ہے</w:t>
      </w:r>
    </w:p>
    <w:p>
      <w:r>
        <w:rPr>
          <w:b/>
        </w:rPr>
        <w:t xml:space="preserve">[35:40] </w:t>
      </w:r>
      <w:r>
        <w:t>ke woh yeh samajh nahi sake ke dunya mein unhein kis tarah rehna hai.</w:t>
      </w:r>
    </w:p>
    <w:p>
      <w:pPr>
        <w:jc w:val="right"/>
      </w:pPr>
      <w:r>
        <w:t>کہ وہ یہ سمجھ نہیں سکے کہ دنیا میں انہیں کس طرح رہنا ہے۔</w:t>
      </w:r>
    </w:p>
    <w:p>
      <w:r>
        <w:rPr>
          <w:b/>
        </w:rPr>
        <w:t xml:space="preserve">[35:45] </w:t>
      </w:r>
      <w:r>
        <w:t>jo Allah ka jo creation plan hai us ko samajh nahi sake.</w:t>
      </w:r>
    </w:p>
    <w:p>
      <w:pPr>
        <w:jc w:val="right"/>
      </w:pPr>
      <w:r>
        <w:t>جو اللہ کا جو کریشن پلان ہے اس کو سمجھ نہیں سکے۔</w:t>
      </w:r>
    </w:p>
    <w:p>
      <w:r>
        <w:rPr>
          <w:b/>
        </w:rPr>
        <w:t xml:space="preserve">[35:49] </w:t>
      </w:r>
      <w:r>
        <w:t>to aisa lifestyle unhon ne apna liya jo Allah ke naqshe ke mutabiq nahi.</w:t>
      </w:r>
    </w:p>
    <w:p>
      <w:pPr>
        <w:jc w:val="right"/>
      </w:pPr>
      <w:r>
        <w:t>تو ایسا لائف اسٹائل انہوں نے اپنا لیا جو اللہ کے نقشے کے مطابق نہیں۔</w:t>
      </w:r>
    </w:p>
    <w:p>
      <w:r>
        <w:rPr>
          <w:b/>
        </w:rPr>
        <w:t xml:space="preserve">[35:56] </w:t>
      </w:r>
      <w:r>
        <w:t>to kitni bari mehroomi hai, kitni bari</w:t>
      </w:r>
    </w:p>
    <w:p>
      <w:pPr>
        <w:jc w:val="right"/>
      </w:pPr>
      <w:r>
        <w:t>تو کتنی بڑی محرومی ہے، کتنی بڑی</w:t>
      </w:r>
    </w:p>
    <w:p>
      <w:r>
        <w:rPr>
          <w:b/>
        </w:rPr>
        <w:t xml:space="preserve">[36:00] </w:t>
      </w:r>
      <w:r>
        <w:t>badbakhti hai. aur jab hum yeh sochein ke isi dunya mein</w:t>
      </w:r>
    </w:p>
    <w:p>
      <w:pPr>
        <w:jc w:val="right"/>
      </w:pPr>
      <w:r>
        <w:t>بدبختی ہے۔ اور جب ہم یہ سوچیں کہ اسی دنیا میں</w:t>
      </w:r>
    </w:p>
    <w:p>
      <w:r>
        <w:rPr>
          <w:b/>
        </w:rPr>
        <w:t xml:space="preserve">[36:05] </w:t>
      </w:r>
      <w:r>
        <w:t>kuch din jee kar mar jana hai, aisa nahi hai balkeh akhirat mein jana hai aur eternity ko</w:t>
      </w:r>
    </w:p>
    <w:p>
      <w:pPr>
        <w:jc w:val="right"/>
      </w:pPr>
      <w:r>
        <w:t>کچھ دن جی کر مر جانا ہے، ایسا نہیں ہے بلکہ آخرت میں جانا ہے اور ایٹرنٹی کو</w:t>
      </w:r>
    </w:p>
    <w:p>
      <w:r>
        <w:rPr>
          <w:b/>
        </w:rPr>
        <w:t xml:space="preserve">[36:12] </w:t>
      </w:r>
      <w:r>
        <w:t>bhugtana hai to yeh baat kitni serious ho jati hai.</w:t>
      </w:r>
    </w:p>
    <w:p>
      <w:pPr>
        <w:jc w:val="right"/>
      </w:pPr>
      <w:r>
        <w:t>بھگتنا ہے تو یہ بات کتنی سیریس ہو جاتی ہے۔</w:t>
      </w:r>
    </w:p>
    <w:p>
      <w:r>
        <w:rPr>
          <w:b/>
        </w:rPr>
        <w:t xml:space="preserve">[36:17] </w:t>
      </w:r>
      <w:r>
        <w:t>kitni zyada serious.</w:t>
      </w:r>
    </w:p>
    <w:p>
      <w:pPr>
        <w:jc w:val="right"/>
      </w:pPr>
      <w:r>
        <w:t>کتنی زیادہ سیریس۔</w:t>
      </w:r>
    </w:p>
    <w:p>
      <w:r>
        <w:rPr>
          <w:b/>
        </w:rPr>
        <w:t xml:space="preserve">[36:22] </w:t>
      </w:r>
      <w:r>
        <w:t>to mein mein ne jitna quran ko, hadith ko aur history ko parha hai, mein yeh keh sakta</w:t>
      </w:r>
    </w:p>
    <w:p>
      <w:pPr>
        <w:jc w:val="right"/>
      </w:pPr>
      <w:r>
        <w:t>تو میں میں نے جتنا قرآن کو، حدیث کو اور ہسٹری کو پڑھا ہے، میں یہ کہہ سکتا</w:t>
      </w:r>
    </w:p>
    <w:p>
      <w:r>
        <w:rPr>
          <w:b/>
        </w:rPr>
        <w:t xml:space="preserve">[36:28] </w:t>
      </w:r>
      <w:r>
        <w:t>hoon ke mein yeh keh sakta hoon ke</w:t>
      </w:r>
    </w:p>
    <w:p>
      <w:pPr>
        <w:jc w:val="right"/>
      </w:pPr>
      <w:r>
        <w:t>ہوں کہ میں یہ کہہ سکتا ہوں کہ</w:t>
      </w:r>
    </w:p>
    <w:p>
      <w:r>
        <w:rPr>
          <w:b/>
        </w:rPr>
        <w:t xml:space="preserve">[36:32] </w:t>
      </w:r>
      <w:r>
        <w:t>yani shikayat haram hai, protest haram hai,</w:t>
      </w:r>
    </w:p>
    <w:p>
      <w:pPr>
        <w:jc w:val="right"/>
      </w:pPr>
      <w:r>
        <w:t>یعنی شکایت حرام ہے، پروٹیسٹ حرام ہے،</w:t>
      </w:r>
    </w:p>
    <w:p>
      <w:r>
        <w:rPr>
          <w:b/>
        </w:rPr>
        <w:t xml:space="preserve">[36:38] </w:t>
      </w:r>
      <w:r>
        <w:t>zulm ki dastanain batana haram hai, doosron ke bare mein buraiyan bayan karna yeh haram hai.</w:t>
      </w:r>
    </w:p>
    <w:p>
      <w:pPr>
        <w:jc w:val="right"/>
      </w:pPr>
      <w:r>
        <w:t>ظلم کی داستانیں بتانا حرام ہے، دوسروں کے بارے میں برائیاں بیان کرنا یہ حرام ہے۔</w:t>
      </w:r>
    </w:p>
    <w:p>
      <w:r>
        <w:rPr>
          <w:b/>
        </w:rPr>
        <w:t xml:space="preserve">[36:46] </w:t>
      </w:r>
      <w:r>
        <w:t>chahe woh bismillah rahman rahim kar ke bola jaye tab bhi woh haram rahe ga.</w:t>
      </w:r>
    </w:p>
    <w:p>
      <w:pPr>
        <w:jc w:val="right"/>
      </w:pPr>
      <w:r>
        <w:t>چاہے وہ بسم اللہ الرحمن الرحیم کر کے بولا جائے تب بھی وہ حرام رہے گا۔</w:t>
      </w:r>
    </w:p>
    <w:p>
      <w:r>
        <w:rPr>
          <w:b/>
        </w:rPr>
        <w:t xml:space="preserve">[36:55] </w:t>
      </w:r>
      <w:r>
        <w:t>phir mein ek ayat ko le kar soch raha tha</w:t>
      </w:r>
    </w:p>
    <w:p>
      <w:pPr>
        <w:jc w:val="right"/>
      </w:pPr>
      <w:r>
        <w:t>پھر میں ایک آیت کو لے کر سوچ رہا تھا</w:t>
      </w:r>
    </w:p>
    <w:p>
      <w:r>
        <w:rPr>
          <w:b/>
        </w:rPr>
        <w:t xml:space="preserve">[37:00] </w:t>
      </w:r>
      <w:r>
        <w:t>ke is ka matlab kya hai?</w:t>
      </w:r>
    </w:p>
    <w:p>
      <w:pPr>
        <w:jc w:val="right"/>
      </w:pPr>
      <w:r>
        <w:t>کہ اس کا مطلب کیا ہے؟</w:t>
      </w:r>
    </w:p>
    <w:p>
      <w:r>
        <w:rPr>
          <w:b/>
        </w:rPr>
        <w:t xml:space="preserve">[37:02] </w:t>
      </w:r>
      <w:r>
        <w:t>quran mein hai ke</w:t>
      </w:r>
    </w:p>
    <w:p>
      <w:pPr>
        <w:jc w:val="right"/>
      </w:pPr>
      <w:r>
        <w:t>قرآن میں ہے کہ</w:t>
      </w:r>
    </w:p>
    <w:p>
      <w:r>
        <w:rPr>
          <w:b/>
        </w:rPr>
        <w:t xml:space="preserve">[37:09] </w:t>
      </w:r>
      <w:r>
        <w:t>is ka tarjuma yeh hai ke ho sakta hai ke tum ek cheez ko napasand karo lekin woh</w:t>
      </w:r>
    </w:p>
    <w:p>
      <w:pPr>
        <w:jc w:val="right"/>
      </w:pPr>
      <w:r>
        <w:t>اس کا ترجمہ یہ ہے کہ ہو سکتا ہے کہ تم ایک چیز کو ناپسند کرو لیکن وہ</w:t>
      </w:r>
    </w:p>
    <w:p>
      <w:r>
        <w:rPr>
          <w:b/>
        </w:rPr>
        <w:t xml:space="preserve">[37:14] </w:t>
      </w:r>
      <w:r>
        <w:t>tumhare liye khair ho.</w:t>
      </w:r>
    </w:p>
    <w:p>
      <w:pPr>
        <w:jc w:val="right"/>
      </w:pPr>
      <w:r>
        <w:t>تمہارے لیے خیر ہو۔</w:t>
      </w:r>
    </w:p>
    <w:p>
      <w:r>
        <w:rPr>
          <w:b/>
        </w:rPr>
        <w:t xml:space="preserve">[37:19] </w:t>
      </w:r>
      <w:r>
        <w:t>is par soch raha tha mein ke ho sakta hai ke tum ek cheez ko napasand karo magar</w:t>
      </w:r>
    </w:p>
    <w:p>
      <w:pPr>
        <w:jc w:val="right"/>
      </w:pPr>
      <w:r>
        <w:t>اس پر سوچ رہا تھا میں کہ ہو سکتا ہے کہ تم ایک چیز کو ناپسند کرو مگر</w:t>
      </w:r>
    </w:p>
    <w:p>
      <w:r>
        <w:rPr>
          <w:b/>
        </w:rPr>
        <w:t xml:space="preserve">[37:24] </w:t>
      </w:r>
      <w:r>
        <w:t>woh tumhare liye khair ho.</w:t>
      </w:r>
    </w:p>
    <w:p>
      <w:pPr>
        <w:jc w:val="right"/>
      </w:pPr>
      <w:r>
        <w:t>وہ تمہارے لیے خیر ہو۔</w:t>
      </w:r>
    </w:p>
    <w:p>
      <w:r>
        <w:rPr>
          <w:b/>
        </w:rPr>
        <w:t xml:space="preserve">[37:26] </w:t>
      </w:r>
      <w:r>
        <w:t>to mujhe samajh mein aya ke yeh ek usloob ki baat hai, ek style ki baat hai.</w:t>
      </w:r>
    </w:p>
    <w:p>
      <w:pPr>
        <w:jc w:val="right"/>
      </w:pPr>
      <w:r>
        <w:t>تو مجھے سمجھ میں آیا کہ یہ ایک اسلوب کی بات ہے، ایک اسٹائل کی بات ہے۔</w:t>
      </w:r>
    </w:p>
    <w:p>
      <w:r>
        <w:rPr>
          <w:b/>
        </w:rPr>
        <w:t xml:space="preserve">[37:31] </w:t>
      </w:r>
      <w:r>
        <w:t>is ke mani yeh hain ke tum jis koi bhi cheez jis ko tum napasand kar rahe ho</w:t>
      </w:r>
    </w:p>
    <w:p>
      <w:pPr>
        <w:jc w:val="right"/>
      </w:pPr>
      <w:r>
        <w:t>اس کے معنی یہ ہیں کہ تم جس کوئی بھی چیز جس کو تم ناپسند کر رہے ہو</w:t>
      </w:r>
    </w:p>
    <w:p>
      <w:r>
        <w:rPr>
          <w:b/>
        </w:rPr>
        <w:t xml:space="preserve">[37:37] </w:t>
      </w:r>
      <w:r>
        <w:t>woh tumhare liye khair hi hai.</w:t>
      </w:r>
    </w:p>
    <w:p>
      <w:pPr>
        <w:jc w:val="right"/>
      </w:pPr>
      <w:r>
        <w:t>وہ تمہارے لیے خیر ہی ہے۔</w:t>
      </w:r>
    </w:p>
    <w:p>
      <w:r>
        <w:rPr>
          <w:b/>
        </w:rPr>
        <w:t xml:space="preserve">[37:40] </w:t>
      </w:r>
      <w:r>
        <w:t>yeh absolute sense mein hai.</w:t>
      </w:r>
    </w:p>
    <w:p>
      <w:pPr>
        <w:jc w:val="right"/>
      </w:pPr>
      <w:r>
        <w:t>یہ ایبسولیوٹ سینس میں ہے۔</w:t>
      </w:r>
    </w:p>
    <w:p>
      <w:r>
        <w:rPr>
          <w:b/>
        </w:rPr>
        <w:t xml:space="preserve">[37:43] </w:t>
      </w:r>
      <w:r>
        <w:t>yeh is maani mein nahin ke koi aisa hoga koi vaisa hoga.</w:t>
      </w:r>
    </w:p>
    <w:p>
      <w:pPr>
        <w:jc w:val="right"/>
      </w:pPr>
      <w:r>
        <w:t>یہ اس معنی میں نہیں کہ کوئی ایسا ہوگا کوئی ویسا ہوگا۔</w:t>
      </w:r>
    </w:p>
    <w:p>
      <w:r>
        <w:rPr>
          <w:b/>
        </w:rPr>
        <w:t xml:space="preserve">[37:48] </w:t>
      </w:r>
      <w:r>
        <w:t>yani lafzi tarjume ko aap lein to aap sab kahenge bhai koi baat aisi ho sakti hai.</w:t>
      </w:r>
    </w:p>
    <w:p>
      <w:pPr>
        <w:jc w:val="right"/>
      </w:pPr>
      <w:r>
        <w:t>یعنی لفظی ترجمے کو آپ لیں تو آپ سب کہیں گے بھئی کوئی بات ایسی ہو سکتی ہے۔</w:t>
      </w:r>
    </w:p>
    <w:p>
      <w:r>
        <w:rPr>
          <w:b/>
        </w:rPr>
        <w:t xml:space="preserve">[37:53] </w:t>
      </w:r>
      <w:r>
        <w:t>nahin. Aap is ko style ke maani mein lijiye, usloob ke maani mein lije.</w:t>
      </w:r>
    </w:p>
    <w:p>
      <w:pPr>
        <w:jc w:val="right"/>
      </w:pPr>
      <w:r>
        <w:t>نہیں۔ آپ اس کو اسٹائل کے معنی میں لیجیے، اسلوب کے معنی میں لیجیے۔</w:t>
      </w:r>
    </w:p>
    <w:p>
      <w:r>
        <w:rPr>
          <w:b/>
        </w:rPr>
        <w:t xml:space="preserve">[37:59] </w:t>
      </w:r>
      <w:r>
        <w:t>to is ka matlab hai ke Allah taala ne is duniya ko is tarah banaya hai ke koi</w:t>
      </w:r>
    </w:p>
    <w:p>
      <w:pPr>
        <w:jc w:val="right"/>
      </w:pPr>
      <w:r>
        <w:t>تو اس کا مطلب ہے کہ اللہ تعالی نے اس دنیا کو اس طرح بنایا ہے کہ کوئی</w:t>
      </w:r>
    </w:p>
    <w:p>
      <w:r>
        <w:rPr>
          <w:b/>
        </w:rPr>
        <w:t xml:space="preserve">[38:03] </w:t>
      </w:r>
      <w:r>
        <w:t>cheez jo tum ko napasand ho, bazahir maloom ho, woh bhi khair hi hai is mein.</w:t>
      </w:r>
    </w:p>
    <w:p>
      <w:pPr>
        <w:jc w:val="right"/>
      </w:pPr>
      <w:r>
        <w:t>چیز جو تم کو ناپسند ہو، بظاہر معلوم ہو، وہ بھی خیر ہی ہے اس میں۔</w:t>
      </w:r>
    </w:p>
    <w:p>
      <w:r>
        <w:rPr>
          <w:b/>
        </w:rPr>
        <w:t xml:space="preserve">[38:08] </w:t>
      </w:r>
      <w:r>
        <w:t>khair hi hai is mein.</w:t>
      </w:r>
    </w:p>
    <w:p>
      <w:pPr>
        <w:jc w:val="right"/>
      </w:pPr>
      <w:r>
        <w:t>خیر ہی ہے اس میں۔</w:t>
      </w:r>
    </w:p>
    <w:p>
      <w:r>
        <w:rPr>
          <w:b/>
        </w:rPr>
        <w:t xml:space="preserve">[38:10] </w:t>
      </w:r>
      <w:r>
        <w:t>to phir bataiye ke jab aisa maamla hai to shikayat jaiz kaise hogi? Protest kaise jaiz hoga? Zulm</w:t>
      </w:r>
    </w:p>
    <w:p>
      <w:pPr>
        <w:jc w:val="right"/>
      </w:pPr>
      <w:r>
        <w:t>تو پھر بتائیے کہ جب ایسا معاملہ ہے تو شکایت جائز کیسے ہوگی؟ پروٹیسٹ کیسے جائز ہوگا؟ ظلم</w:t>
      </w:r>
    </w:p>
    <w:p>
      <w:r>
        <w:rPr>
          <w:b/>
        </w:rPr>
        <w:t xml:space="preserve">[38:17] </w:t>
      </w:r>
      <w:r>
        <w:t>ki dastaan'en bayan karna kaise haraam hoga?</w:t>
      </w:r>
    </w:p>
    <w:p>
      <w:pPr>
        <w:jc w:val="right"/>
      </w:pPr>
      <w:r>
        <w:t>کی داستانیں بیان کرنا کیسے حرام ہوگا؟</w:t>
      </w:r>
    </w:p>
    <w:p>
      <w:r>
        <w:rPr>
          <w:b/>
        </w:rPr>
        <w:t xml:space="preserve">[38:20] </w:t>
      </w:r>
      <w:r>
        <w:t>to main dekh yeh sab cheezein jo hain ghair mehram haraam hain.</w:t>
      </w:r>
    </w:p>
    <w:p>
      <w:pPr>
        <w:jc w:val="right"/>
      </w:pPr>
      <w:r>
        <w:t>تو میں دیکھ یہ سب چیزیں جو ہیں غیر محرم حرام ہیں۔</w:t>
      </w:r>
    </w:p>
    <w:p>
      <w:r>
        <w:rPr>
          <w:b/>
        </w:rPr>
        <w:t xml:space="preserve">[38:25] </w:t>
      </w:r>
      <w:r>
        <w:t>main yeh kaha karta hoon ke kuch cheezein aisi hain jo clear taur par haraam hain jaise sharab</w:t>
      </w:r>
    </w:p>
    <w:p>
      <w:pPr>
        <w:jc w:val="right"/>
      </w:pPr>
      <w:r>
        <w:t>میں یہ کہا کرتا ہوں کہ کچھ چیزیں ایسی ہیں جو کلیئر طور پر حرام ہیں جیسے شراب</w:t>
      </w:r>
    </w:p>
    <w:p>
      <w:r>
        <w:rPr>
          <w:b/>
        </w:rPr>
        <w:t xml:space="preserve">[38:31] </w:t>
      </w:r>
      <w:r>
        <w:t>haraam hai, khinzir haraam hai.</w:t>
      </w:r>
    </w:p>
    <w:p>
      <w:pPr>
        <w:jc w:val="right"/>
      </w:pPr>
      <w:r>
        <w:t>حرام ہے، خنزیر حرام ہے۔</w:t>
      </w:r>
    </w:p>
    <w:p>
      <w:r>
        <w:rPr>
          <w:b/>
        </w:rPr>
        <w:t xml:space="preserve">[38:33] </w:t>
      </w:r>
      <w:r>
        <w:t>lekin kuch aisi cheezein bhi hain jo jin ke liye haraam ka lafz nahin bola gaya lekin woh</w:t>
      </w:r>
    </w:p>
    <w:p>
      <w:pPr>
        <w:jc w:val="right"/>
      </w:pPr>
      <w:r>
        <w:t>لیکن کچھ ایسی چیزیں بھی ہیں جو جن کے لیے حرام کا لفظ نہیں بولا گیا لیکن وہ</w:t>
      </w:r>
    </w:p>
    <w:p>
      <w:r>
        <w:rPr>
          <w:b/>
        </w:rPr>
        <w:t xml:space="preserve">[38:38] </w:t>
      </w:r>
      <w:r>
        <w:t>bhi haraam hain.</w:t>
      </w:r>
    </w:p>
    <w:p>
      <w:pPr>
        <w:jc w:val="right"/>
      </w:pPr>
      <w:r>
        <w:t>بھی حرام ہیں۔</w:t>
      </w:r>
    </w:p>
    <w:p>
      <w:r>
        <w:rPr>
          <w:b/>
        </w:rPr>
        <w:t xml:space="preserve">[38:41] </w:t>
      </w:r>
      <w:r>
        <w:t>woh ghair mehram haraam hain.</w:t>
      </w:r>
    </w:p>
    <w:p>
      <w:pPr>
        <w:jc w:val="right"/>
      </w:pPr>
      <w:r>
        <w:t>وہ غیر محرم حرام ہیں۔</w:t>
      </w:r>
    </w:p>
    <w:p>
      <w:r>
        <w:rPr>
          <w:b/>
        </w:rPr>
        <w:t xml:space="preserve">[38:42] </w:t>
      </w:r>
      <w:r>
        <w:t>misalan Quran mein kaha yeh nahin ke munafiqana rosh haraam hai.</w:t>
      </w:r>
    </w:p>
    <w:p>
      <w:pPr>
        <w:jc w:val="right"/>
      </w:pPr>
      <w:r>
        <w:t>مثلاً قرآن میں کہا یہ نہیں کہ منافقانہ روش حرام ہے۔</w:t>
      </w:r>
    </w:p>
    <w:p>
      <w:r>
        <w:rPr>
          <w:b/>
        </w:rPr>
        <w:t xml:space="preserve">[38:46] </w:t>
      </w:r>
      <w:r>
        <w:t>yeh lafz nahin aaya Quran mein kahin lekin phir bhi munafiqat haraam hai.</w:t>
      </w:r>
    </w:p>
    <w:p>
      <w:pPr>
        <w:jc w:val="right"/>
      </w:pPr>
      <w:r>
        <w:t>یہ لفظ نہیں آیا قرآن میں کہیں لیکن پھر بھی منافقت حرام ہے۔</w:t>
      </w:r>
    </w:p>
    <w:p>
      <w:r>
        <w:rPr>
          <w:b/>
        </w:rPr>
        <w:t xml:space="preserve">[38:52] </w:t>
      </w:r>
      <w:r>
        <w:t>aap saare Quran mein padhiye kahin bhi aap yeh nahin paayenge ke aye logo munafiqana rosh haraam</w:t>
      </w:r>
    </w:p>
    <w:p>
      <w:pPr>
        <w:jc w:val="right"/>
      </w:pPr>
      <w:r>
        <w:t>آپ سارے قرآن میں پڑھیے کہیں بھی آپ یہ نہیں پائیں گے کہ اے لوگو منافقانہ روش حرام</w:t>
      </w:r>
    </w:p>
    <w:p>
      <w:r>
        <w:rPr>
          <w:b/>
        </w:rPr>
        <w:t xml:space="preserve">[38:58] </w:t>
      </w:r>
      <w:r>
        <w:t>hai. Yeh lafz nahin paayenge aap.</w:t>
      </w:r>
    </w:p>
    <w:p>
      <w:pPr>
        <w:jc w:val="right"/>
      </w:pPr>
      <w:r>
        <w:t>ہے۔ یہ لفظ نہیں پائیں گے آپ۔</w:t>
      </w:r>
    </w:p>
    <w:p>
      <w:r>
        <w:rPr>
          <w:b/>
        </w:rPr>
        <w:t xml:space="preserve">[39:02] </w:t>
      </w:r>
      <w:r>
        <w:t>lekin munafiqat haraam hai.</w:t>
      </w:r>
    </w:p>
    <w:p>
      <w:pPr>
        <w:jc w:val="right"/>
      </w:pPr>
      <w:r>
        <w:t>لیکن منافقت حرام ہے۔</w:t>
      </w:r>
    </w:p>
    <w:p>
      <w:r>
        <w:rPr>
          <w:b/>
        </w:rPr>
        <w:t xml:space="preserve">[39:05] </w:t>
      </w:r>
      <w:r>
        <w:t>is mein bohat saari cheezein hain.</w:t>
      </w:r>
    </w:p>
    <w:p>
      <w:pPr>
        <w:jc w:val="right"/>
      </w:pPr>
      <w:r>
        <w:t>اس میں بہت ساری چیزیں ہیں۔</w:t>
      </w:r>
    </w:p>
    <w:p>
      <w:r>
        <w:rPr>
          <w:b/>
        </w:rPr>
        <w:t xml:space="preserve">[39:07] </w:t>
      </w:r>
      <w:r>
        <w:t>to main yeh manta hoon ke bohat si kuch cheezein yani</w:t>
      </w:r>
    </w:p>
    <w:p>
      <w:pPr>
        <w:jc w:val="right"/>
      </w:pPr>
      <w:r>
        <w:t>تو میں یہ مانتا ہوں کہ بہت سی کچھ چیزیں یعنی</w:t>
      </w:r>
    </w:p>
    <w:p>
      <w:r>
        <w:rPr>
          <w:b/>
        </w:rPr>
        <w:t xml:space="preserve">[39:12] </w:t>
      </w:r>
      <w:r>
        <w:t>haraam declare ki gayi hain.</w:t>
      </w:r>
    </w:p>
    <w:p>
      <w:pPr>
        <w:jc w:val="right"/>
      </w:pPr>
      <w:r>
        <w:t>حرام ڈیکلیئر کی گئی ہیں۔</w:t>
      </w:r>
    </w:p>
    <w:p>
      <w:r>
        <w:rPr>
          <w:b/>
        </w:rPr>
        <w:t xml:space="preserve">[39:14] </w:t>
      </w:r>
      <w:r>
        <w:t>lekin bohat si aur cheezein hain jo ghair mehram haraam hain.</w:t>
      </w:r>
    </w:p>
    <w:p>
      <w:pPr>
        <w:jc w:val="right"/>
      </w:pPr>
      <w:r>
        <w:t>لیکن بہت سی اور چیزیں ہیں جو غیر محرم حرام ہیں۔</w:t>
      </w:r>
    </w:p>
    <w:p>
      <w:r>
        <w:rPr>
          <w:b/>
        </w:rPr>
        <w:t xml:space="preserve">[39:20] </w:t>
      </w:r>
      <w:r>
        <w:t>isi mein se yeh bhi hai.</w:t>
      </w:r>
    </w:p>
    <w:p>
      <w:pPr>
        <w:jc w:val="right"/>
      </w:pPr>
      <w:r>
        <w:t>اسی میں سے یہ بھی ہے۔</w:t>
      </w:r>
    </w:p>
    <w:p>
      <w:r>
        <w:rPr>
          <w:b/>
        </w:rPr>
        <w:t xml:space="preserve">[39:22] </w:t>
      </w:r>
      <w:r>
        <w:t>shikayat, protest, nafrat,</w:t>
      </w:r>
    </w:p>
    <w:p>
      <w:pPr>
        <w:jc w:val="right"/>
      </w:pPr>
      <w:r>
        <w:t>شکایت، پروٹیسٹ، نفرت،</w:t>
      </w:r>
    </w:p>
    <w:p>
      <w:r>
        <w:rPr>
          <w:b/>
        </w:rPr>
        <w:t xml:space="preserve">[39:26] </w:t>
      </w:r>
      <w:r>
        <w:t>Negative thinking, these are all non-mahram, haram.</w:t>
      </w:r>
    </w:p>
    <w:p>
      <w:pPr>
        <w:jc w:val="right"/>
      </w:pPr>
      <w:r>
        <w:t>نیگیٹیو تھنکنگ یہ سب کے سب غیر محرم حرام ہیں۔</w:t>
      </w:r>
    </w:p>
    <w:p>
      <w:r>
        <w:rPr>
          <w:b/>
        </w:rPr>
        <w:t xml:space="preserve">[39:30] </w:t>
      </w:r>
      <w:r>
        <w:t>aur un cheezon ka nuqsan</w:t>
      </w:r>
    </w:p>
    <w:p>
      <w:pPr>
        <w:jc w:val="right"/>
      </w:pPr>
      <w:r>
        <w:t>اور ان چیزوں کا نقصان</w:t>
      </w:r>
    </w:p>
    <w:p>
      <w:r>
        <w:rPr>
          <w:b/>
        </w:rPr>
        <w:t xml:space="preserve">[39:33] </w:t>
      </w:r>
      <w:r>
        <w:t>itna zyada hota hai ke aadmi ki dunya bhi kho jaye, akhirat bhi kho jaye.</w:t>
      </w:r>
    </w:p>
    <w:p>
      <w:pPr>
        <w:jc w:val="right"/>
      </w:pPr>
      <w:r>
        <w:t>اتنا زیادہ ہوتا ہے کہ آدمی کی دنیا بھی کھو جائے، آخرت بھی کھو جائے۔</w:t>
      </w:r>
    </w:p>
    <w:p>
      <w:r>
        <w:rPr>
          <w:b/>
        </w:rPr>
        <w:t xml:space="preserve">[39:40] </w:t>
      </w:r>
      <w:r>
        <w:t>akhirat bhi kho jaye, dunya bhi kho jaye.</w:t>
      </w:r>
    </w:p>
    <w:p>
      <w:pPr>
        <w:jc w:val="right"/>
      </w:pPr>
      <w:r>
        <w:t>آخرت بھی کھو جائے، دنیا بھی کھو جائے۔</w:t>
      </w:r>
    </w:p>
    <w:p>
      <w:r>
        <w:rPr>
          <w:b/>
        </w:rPr>
        <w:t xml:space="preserve">[39:44] </w:t>
      </w:r>
      <w:r>
        <w:t>to main samajhta hoon ke yeh yeh zindagi ki master key hai.</w:t>
      </w:r>
    </w:p>
    <w:p>
      <w:pPr>
        <w:jc w:val="right"/>
      </w:pPr>
      <w:r>
        <w:t>تو میں سمجھتا ہوں کہ یہ یہ زندگی کی ماسٹر کی ہے۔</w:t>
      </w:r>
    </w:p>
    <w:p>
      <w:r>
        <w:rPr>
          <w:b/>
        </w:rPr>
        <w:t xml:space="preserve">[39:51] </w:t>
      </w:r>
      <w:r>
        <w:t>zindagi sahi taur par guzarnay ke liye master key hai ke aap yeh samjhein</w:t>
      </w:r>
    </w:p>
    <w:p>
      <w:pPr>
        <w:jc w:val="right"/>
      </w:pPr>
      <w:r>
        <w:t>زندگی صحیح طور پر گزارنے کے لیے ماسٹر کی ہے کہ آپ یہ سمجھیں</w:t>
      </w:r>
    </w:p>
    <w:p>
      <w:r>
        <w:rPr>
          <w:b/>
        </w:rPr>
        <w:t xml:space="preserve">[39:57] </w:t>
      </w:r>
      <w:r>
        <w:t>ke dunya darulالحمد hai Allah ki nisbat se aur dunya darulkabt hai insaan ki nisbat se.</w:t>
      </w:r>
    </w:p>
    <w:p>
      <w:pPr>
        <w:jc w:val="right"/>
      </w:pPr>
      <w:r>
        <w:t>کہ دنیا دارالحمد ہے اللہ کی نسبت سے اور دنیا دارالکبت ہے انسان کی نسبت سے۔</w:t>
      </w:r>
    </w:p>
    <w:p>
      <w:r>
        <w:rPr>
          <w:b/>
        </w:rPr>
        <w:t xml:space="preserve">[40:05] </w:t>
      </w:r>
      <w:r>
        <w:t>aur doosri baat yeh hai ke Allah ke baray mein aap ko yeh karna hai ke us ke</w:t>
      </w:r>
    </w:p>
    <w:p>
      <w:pPr>
        <w:jc w:val="right"/>
      </w:pPr>
      <w:r>
        <w:t>اور دوسری بات یہ ہے کہ اللہ کے بارے میں آپ کو یہ کرنا ہے کہ اس کے</w:t>
      </w:r>
    </w:p>
    <w:p>
      <w:r>
        <w:rPr>
          <w:b/>
        </w:rPr>
        <w:t xml:space="preserve">[40:11] </w:t>
      </w:r>
      <w:r>
        <w:t>blessing ko us ke us ke jo</w:t>
      </w:r>
    </w:p>
    <w:p>
      <w:pPr>
        <w:jc w:val="right"/>
      </w:pPr>
      <w:r>
        <w:t>بلیسنگ کو اس کے اس کے جو</w:t>
      </w:r>
    </w:p>
    <w:p>
      <w:r>
        <w:rPr>
          <w:b/>
        </w:rPr>
        <w:t xml:space="preserve">[40:16] </w:t>
      </w:r>
      <w:r>
        <w:t>is ki jo atiyat hain aap ko jo us ke inaamaat hain us ko acknowledge karen.</w:t>
      </w:r>
    </w:p>
    <w:p>
      <w:pPr>
        <w:jc w:val="right"/>
      </w:pPr>
      <w:r>
        <w:t>اس کی جو عطیات ہیں آپ کو جو اس کے انعامات ہیں اس کو ایکنالج کریں۔</w:t>
      </w:r>
    </w:p>
    <w:p>
      <w:r>
        <w:rPr>
          <w:b/>
        </w:rPr>
        <w:t xml:space="preserve">[40:20] </w:t>
      </w:r>
      <w:r>
        <w:t>to insaan ki nisbat se jo</w:t>
      </w:r>
    </w:p>
    <w:p>
      <w:pPr>
        <w:jc w:val="right"/>
      </w:pPr>
      <w:r>
        <w:t>تو انسان کی نسبت سے جو</w:t>
      </w:r>
    </w:p>
    <w:p>
      <w:r>
        <w:rPr>
          <w:b/>
        </w:rPr>
        <w:t xml:space="preserve">[40:23] </w:t>
      </w:r>
      <w:r>
        <w:t>to Allah ki nisbat se jo rasumat matloob hai woh acknowledge karna Allah ka.</w:t>
      </w:r>
    </w:p>
    <w:p>
      <w:pPr>
        <w:jc w:val="right"/>
      </w:pPr>
      <w:r>
        <w:t>تو اللہ کی نسبت سے جو رسمات مطلوب ہے وہ ایکنالج کرنا اللہ کا۔</w:t>
      </w:r>
    </w:p>
    <w:p>
      <w:r>
        <w:rPr>
          <w:b/>
        </w:rPr>
        <w:t xml:space="preserve">[40:29] </w:t>
      </w:r>
      <w:r>
        <w:t>aur lekin insaan ki nisbat se kya cheez matloob hai woh sabr hai.</w:t>
      </w:r>
    </w:p>
    <w:p>
      <w:pPr>
        <w:jc w:val="right"/>
      </w:pPr>
      <w:r>
        <w:t>اور لیکن انسان کی نسبت سے کیا چیز مطلوب ہے وہ صبر ہے۔</w:t>
      </w:r>
    </w:p>
    <w:p>
      <w:r>
        <w:rPr>
          <w:b/>
        </w:rPr>
        <w:t xml:space="preserve">[40:35] </w:t>
      </w:r>
      <w:r>
        <w:t>yani insaan ki nisbat se aap ko sabr karna hai.</w:t>
      </w:r>
    </w:p>
    <w:p>
      <w:pPr>
        <w:jc w:val="right"/>
      </w:pPr>
      <w:r>
        <w:t>یعنی انسان کی نسبت سے آپ کو صبر کرنا ہے۔</w:t>
      </w:r>
    </w:p>
    <w:p>
      <w:r>
        <w:rPr>
          <w:b/>
        </w:rPr>
        <w:t xml:space="preserve">[40:38] </w:t>
      </w:r>
      <w:r>
        <w:t>Allah ki nisbat se aap ko acknowledge karna hai.</w:t>
      </w:r>
    </w:p>
    <w:p>
      <w:pPr>
        <w:jc w:val="right"/>
      </w:pPr>
      <w:r>
        <w:t>اللہ کی نسبت سے آپ کو ایکنالج کرنا ہے۔</w:t>
      </w:r>
    </w:p>
    <w:p>
      <w:r>
        <w:rPr>
          <w:b/>
        </w:rPr>
        <w:t xml:space="preserve">[40:42] </w:t>
      </w:r>
      <w:r>
        <w:t>tab ja kar aisa hoga ke aap dunya mein woh zindagi guzarenge jo tazkiya ki zindagi hai.</w:t>
      </w:r>
    </w:p>
    <w:p>
      <w:pPr>
        <w:jc w:val="right"/>
      </w:pPr>
      <w:r>
        <w:t>تب جا کر ایسا ہوگا کہ آپ دنیا میں وہ زندگی گزاریں گے جو تزکیہ کی زندگی ہے۔</w:t>
      </w:r>
    </w:p>
    <w:p>
      <w:r>
        <w:rPr>
          <w:b/>
        </w:rPr>
        <w:t xml:space="preserve">[40:48] </w:t>
      </w:r>
      <w:r>
        <w:t>jo sache momin ki zindagi hai.</w:t>
      </w:r>
    </w:p>
    <w:p>
      <w:pPr>
        <w:jc w:val="right"/>
      </w:pPr>
      <w:r>
        <w:t>جو سچے مومن کی زندگی ہے۔</w:t>
      </w:r>
    </w:p>
    <w:p>
      <w:r>
        <w:rPr>
          <w:b/>
        </w:rPr>
        <w:t xml:space="preserve">[40:50] </w:t>
      </w:r>
      <w:r>
        <w:t>aur phir akhirat mein aap ko jannat mein dakhla milega.</w:t>
      </w:r>
    </w:p>
    <w:p>
      <w:pPr>
        <w:jc w:val="right"/>
      </w:pPr>
      <w:r>
        <w:t>اور پھر آخرت میں آپ کو جنت میں داخلہ ملے گا۔</w:t>
      </w:r>
    </w:p>
    <w:p>
      <w:r>
        <w:rPr>
          <w:b/>
        </w:rPr>
        <w:t xml:space="preserve">[40:55] </w:t>
      </w:r>
      <w:r>
        <w:t>warna yahan aap</w:t>
      </w:r>
    </w:p>
    <w:p>
      <w:pPr>
        <w:jc w:val="right"/>
      </w:pPr>
      <w:r>
        <w:t>ورنہ یہاں آپ</w:t>
      </w:r>
    </w:p>
    <w:p>
      <w:r>
        <w:rPr>
          <w:b/>
        </w:rPr>
        <w:t xml:space="preserve">[40:58] </w:t>
      </w:r>
      <w:r>
        <w:t>warna is ayat ka misdaq ban jayenge khisalat ad-dunya wal-akhirah</w:t>
      </w:r>
    </w:p>
    <w:p>
      <w:pPr>
        <w:jc w:val="right"/>
      </w:pPr>
      <w:r>
        <w:t>ورنہ اس آیت کا مصداق بن جائیں گے خصلت دنیا والاخرہ</w:t>
      </w:r>
    </w:p>
    <w:p>
      <w:r>
        <w:rPr>
          <w:b/>
        </w:rPr>
        <w:t xml:space="preserve">[41:05] </w:t>
      </w:r>
      <w:r>
        <w:t>khisalat ad-dunya wal-akhirah yani dunya bhi khoyi gayi akhirat bhi khoyi gayi</w:t>
      </w:r>
    </w:p>
    <w:p>
      <w:pPr>
        <w:jc w:val="right"/>
      </w:pPr>
      <w:r>
        <w:t>خصلت دنیا والاخرہ یعنی دنیا بھی کھوئی گئی آخرت بھی کھوئی گئی</w:t>
      </w:r>
    </w:p>
    <w:p>
      <w:r>
        <w:rPr>
          <w:b/>
        </w:rPr>
        <w:t xml:space="preserve">[41:11] </w:t>
      </w:r>
      <w:r>
        <w:t>yani dunya mein aap ko mili kya</w:t>
      </w:r>
    </w:p>
    <w:p>
      <w:pPr>
        <w:jc w:val="right"/>
      </w:pPr>
      <w:r>
        <w:t>یعنی دنیا میں آپ کو ملی کیا</w:t>
      </w:r>
    </w:p>
    <w:p>
      <w:r>
        <w:rPr>
          <w:b/>
        </w:rPr>
        <w:t xml:space="preserve">[41:15] </w:t>
      </w:r>
      <w:r>
        <w:t>dishonesty akhirat mein kya mila.</w:t>
      </w:r>
    </w:p>
    <w:p>
      <w:pPr>
        <w:jc w:val="right"/>
      </w:pPr>
      <w:r>
        <w:t>ڈس ہونیسٹی آخرت میں کیا ملا.</w:t>
      </w:r>
    </w:p>
    <w:p>
      <w:r>
        <w:rPr>
          <w:b/>
        </w:rPr>
        <w:t xml:space="preserve">[41:17] </w:t>
      </w:r>
      <w:r>
        <w:t>dekhiye jo log zulm ki aur</w:t>
      </w:r>
    </w:p>
    <w:p>
      <w:pPr>
        <w:jc w:val="right"/>
      </w:pPr>
      <w:r>
        <w:t>دیکھیے جو لوگ ظلم کی اور</w:t>
      </w:r>
    </w:p>
    <w:p>
      <w:r>
        <w:rPr>
          <w:b/>
        </w:rPr>
        <w:t xml:space="preserve">[41:23] </w:t>
      </w:r>
      <w:r>
        <w:t>sazish ki baatein karte hain apni samajh se woh samajhte hain ke woh insaan ke baray mein bol</w:t>
      </w:r>
    </w:p>
    <w:p>
      <w:pPr>
        <w:jc w:val="right"/>
      </w:pPr>
      <w:r>
        <w:t>سازش کی باتیں کرتے ہیں اپنی سمجھ سے وہ سمجھتے ہیں کہ وہ انسان کے بارے میں بول</w:t>
      </w:r>
    </w:p>
    <w:p>
      <w:r>
        <w:rPr>
          <w:b/>
        </w:rPr>
        <w:t xml:space="preserve">[41:28] </w:t>
      </w:r>
      <w:r>
        <w:t>rahe hain lekin lekin nahi woh Allah ke kisi plan ke khilaaf</w:t>
      </w:r>
    </w:p>
    <w:p>
      <w:pPr>
        <w:jc w:val="right"/>
      </w:pPr>
      <w:r>
        <w:t>رہے ہیں لیکن لیکن نہیں وہ اللہ کے کسی پلان کے خلاف</w:t>
      </w:r>
    </w:p>
    <w:p>
      <w:r>
        <w:rPr>
          <w:b/>
        </w:rPr>
        <w:t xml:space="preserve">[41:34] </w:t>
      </w:r>
      <w:r>
        <w:t>bol rahe hain woh kyunke jo kuch ho raha hai woh Allah ke krishn plan ke mutabiq hai</w:t>
      </w:r>
    </w:p>
    <w:p>
      <w:pPr>
        <w:jc w:val="right"/>
      </w:pPr>
      <w:r>
        <w:t>بول رہے ہیں وہ کیونکہ جو کچھ ہو رہا ہے وہ اللہ کے کرشن پلان کے مطابق ہے</w:t>
      </w:r>
    </w:p>
    <w:p>
      <w:r>
        <w:rPr>
          <w:b/>
        </w:rPr>
        <w:t xml:space="preserve">[41:40] </w:t>
      </w:r>
      <w:r>
        <w:t>is liye aap ki baat jo hai Allah ke krishn plan par jaati hai woh insaan par nahi</w:t>
      </w:r>
    </w:p>
    <w:p>
      <w:pPr>
        <w:jc w:val="right"/>
      </w:pPr>
      <w:r>
        <w:t>اس لیے آپ کی بات جو ہے اللہ کے کرشن پلان پر جاتی ہے وہ انسان پر نہیں</w:t>
      </w:r>
    </w:p>
    <w:p>
      <w:r>
        <w:rPr>
          <w:b/>
        </w:rPr>
        <w:t xml:space="preserve">[41:45] </w:t>
      </w:r>
      <w:r>
        <w:t>jaati toh main dua karta hoon ke Allah taala mujh ko aur aap ko tofeeq de ke hum</w:t>
      </w:r>
    </w:p>
    <w:p>
      <w:pPr>
        <w:jc w:val="right"/>
      </w:pPr>
      <w:r>
        <w:t>جاتی تو میں دعا کرتا ہوں کہ اللہ تعالی مجھ کو اور آپ کو توفیق دے کہ ہم</w:t>
      </w:r>
    </w:p>
    <w:p>
      <w:r>
        <w:rPr>
          <w:b/>
        </w:rPr>
        <w:t xml:space="preserve">[41:53] </w:t>
      </w:r>
      <w:r>
        <w:t>sahih dhang par cheezon ko samjhein aur aur Allah</w:t>
      </w:r>
    </w:p>
    <w:p>
      <w:pPr>
        <w:jc w:val="right"/>
      </w:pPr>
      <w:r>
        <w:t>صحیح ڈھنگ پر چیزوں کو سمجھیں اور اور اللہ</w:t>
      </w:r>
    </w:p>
    <w:p>
      <w:r>
        <w:rPr>
          <w:b/>
        </w:rPr>
        <w:t xml:space="preserve">[41:59] </w:t>
      </w:r>
      <w:r>
        <w:t>jis tareeqe se yaani woh jo ek ek ban Allah Allah ki roshni Allah ki roshni se hum</w:t>
      </w:r>
    </w:p>
    <w:p>
      <w:pPr>
        <w:jc w:val="right"/>
      </w:pPr>
      <w:r>
        <w:t>جس طریقے سے یعنی وہ جو ایک ایک بن اللہ اللہ کی روشنی اللہ کی روشنی سے ہم</w:t>
      </w:r>
    </w:p>
    <w:p>
      <w:r>
        <w:rPr>
          <w:b/>
        </w:rPr>
        <w:t xml:space="preserve">[42:10] </w:t>
      </w:r>
      <w:r>
        <w:t>cheezon ko dekhein tab hamare andar sahi imaan paida hoga sahi taqwa paida hoga hum apna tazkiya kar</w:t>
      </w:r>
    </w:p>
    <w:p>
      <w:pPr>
        <w:jc w:val="right"/>
      </w:pPr>
      <w:r>
        <w:t>چیزوں کو دیکھیں تب ہمارے اندر صحیح ایمان پیدا ہوگا صحیح تقوی پیدا ہوگا ہم اپنا تزکیہ کر</w:t>
      </w:r>
    </w:p>
    <w:p>
      <w:r>
        <w:rPr>
          <w:b/>
        </w:rPr>
        <w:t xml:space="preserve">[42:18] </w:t>
      </w:r>
      <w:r>
        <w:t>payenge apne andar muzakhar shakhsiyat bana payenge</w:t>
      </w:r>
    </w:p>
    <w:p>
      <w:pPr>
        <w:jc w:val="right"/>
      </w:pPr>
      <w:r>
        <w:t>پائیں گے اپنے اندر مذکر شخصیت بنا پائیں گے</w:t>
      </w:r>
    </w:p>
    <w:p>
      <w:r>
        <w:rPr>
          <w:b/>
        </w:rPr>
        <w:t xml:space="preserve">[42:23] </w:t>
      </w:r>
      <w:r>
        <w:t>apne andar woh is shakhsiyat ki taameer kar payenge jis ko jannati shakhsiyat kaha gaya hai jo</w:t>
      </w:r>
    </w:p>
    <w:p>
      <w:pPr>
        <w:jc w:val="right"/>
      </w:pPr>
      <w:r>
        <w:t>اپنے اندر وہ اس شخصیت کی تعمیر کر پائیں گے جس کو جنتی شخصیت کہا گیا ہے جو</w:t>
      </w:r>
    </w:p>
    <w:p>
      <w:r>
        <w:rPr>
          <w:b/>
        </w:rPr>
        <w:t xml:space="preserve">[42:31] </w:t>
      </w:r>
      <w:r>
        <w:t>jannat ke eternal baghon mein jo kuch jagah milegi</w:t>
      </w:r>
    </w:p>
    <w:p>
      <w:pPr>
        <w:jc w:val="right"/>
      </w:pPr>
      <w:r>
        <w:t>جنت کے ایٹرنل باغوں میں جو کچھ جگہ ملے گی</w:t>
      </w:r>
    </w:p>
    <w:p>
      <w:r>
        <w:rPr>
          <w:b/>
        </w:rPr>
        <w:t xml:space="preserve">[42:36] </w:t>
      </w:r>
      <w:r>
        <w:t>toh meri dua hai ke Allah taala mujh ko aur aap ko</w:t>
      </w:r>
    </w:p>
    <w:p>
      <w:pPr>
        <w:jc w:val="right"/>
      </w:pPr>
      <w:r>
        <w:t>تو میری دعا ہے کہ اللہ تعالی مجھ کو اور آپ کو</w:t>
      </w:r>
    </w:p>
    <w:p>
      <w:r>
        <w:rPr>
          <w:b/>
        </w:rPr>
        <w:t xml:space="preserve">[42:42] </w:t>
      </w:r>
      <w:r>
        <w:t>yeh samajh de ke hum is maamle mein</w:t>
      </w:r>
    </w:p>
    <w:p>
      <w:pPr>
        <w:jc w:val="right"/>
      </w:pPr>
      <w:r>
        <w:t>یہ سمجھ دے کہ ہم اس معاملے میں</w:t>
      </w:r>
    </w:p>
    <w:p>
      <w:r>
        <w:rPr>
          <w:b/>
        </w:rPr>
        <w:t xml:space="preserve">[42:48] </w:t>
      </w:r>
      <w:r>
        <w:t>gumrahi se bachein aur Allah ki pakad se mehfooz rahein yeh bohat hi nazuk baat hai aur hamein</w:t>
      </w:r>
    </w:p>
    <w:p>
      <w:pPr>
        <w:jc w:val="right"/>
      </w:pPr>
      <w:r>
        <w:t>گمراہی سے بچیں اور اللہ کی پکڑ سے محفوظ رہیں یہ بہت ہی نازک بات ہے اور ہمیں</w:t>
      </w:r>
    </w:p>
    <w:p>
      <w:r>
        <w:rPr>
          <w:b/>
        </w:rPr>
        <w:t xml:space="preserve">[42:55] </w:t>
      </w:r>
      <w:r>
        <w:t>is maamle mein bohat zyada hassas hona chahiye</w:t>
      </w:r>
    </w:p>
    <w:p>
      <w:pPr>
        <w:jc w:val="right"/>
      </w:pPr>
      <w:r>
        <w:t>اس معاملے میں بہت زیادہ حساس ہونا چاہیے</w:t>
      </w:r>
    </w:p>
    <w:p>
      <w:r>
        <w:rPr>
          <w:b/>
        </w:rPr>
        <w:t xml:space="preserve">[42:59] </w:t>
      </w:r>
      <w:r>
        <w:t>assalam o alaikum wa rehmatullahi wa barakatuh</w:t>
      </w:r>
    </w:p>
    <w:p>
      <w:pPr>
        <w:jc w:val="right"/>
      </w:pPr>
      <w:r>
        <w:t>السلام علیکم ورحمۃ اللہ وبرکاتہ</w:t>
      </w:r>
    </w:p>
    <w:p>
      <w:r>
        <w:rPr>
          <w:b/>
        </w:rPr>
        <w:t xml:space="preserve">[43:04] </w:t>
      </w:r>
      <w:r>
        <w:t>maulana yeh sawal jo aaya hai woh noida se hai muhammad amir siddiqui sahib ka aur unhone</w:t>
      </w:r>
    </w:p>
    <w:p>
      <w:pPr>
        <w:jc w:val="right"/>
      </w:pPr>
      <w:r>
        <w:t>مولانا یہ سوال جو آیا ہے وہ نوئیڈا سے ہے محمد امیر صدیقی صاحب کا اور انہوں نے</w:t>
      </w:r>
    </w:p>
    <w:p>
      <w:r>
        <w:rPr>
          <w:b/>
        </w:rPr>
        <w:t xml:space="preserve">[43:12] </w:t>
      </w:r>
      <w:r>
        <w:t>likha hai ke maulana aap ne 8 march ki taqreer mein yeh kaha tha ke but khana jo</w:t>
      </w:r>
    </w:p>
    <w:p>
      <w:pPr>
        <w:jc w:val="right"/>
      </w:pPr>
      <w:r>
        <w:t>لکھا ہے کہ مولانا آپ نے 8 مارچ کی تقریر میں یہ کہا تھا کہ بت کھانا جو</w:t>
      </w:r>
    </w:p>
    <w:p>
      <w:r>
        <w:rPr>
          <w:b/>
        </w:rPr>
        <w:t xml:space="preserve">[43:19] </w:t>
      </w:r>
      <w:r>
        <w:t>aaj kal taliban ya isis wale tod rahe hain woh galat hai magar seerat se</w:t>
      </w:r>
    </w:p>
    <w:p>
      <w:pPr>
        <w:jc w:val="right"/>
      </w:pPr>
      <w:r>
        <w:t>آج کل طالبان یا آئی ایس آئی ایس والے توڑ رہے ہیں وہ غلط ہے مگر سیرت سے</w:t>
      </w:r>
    </w:p>
    <w:p>
      <w:r>
        <w:rPr>
          <w:b/>
        </w:rPr>
        <w:t xml:space="preserve">[43:27] </w:t>
      </w:r>
      <w:r>
        <w:t>yeh maloom hota hai ke fateh makkah ke baad rasool Allah ne apne kuch sahaba ko arab ke</w:t>
      </w:r>
    </w:p>
    <w:p>
      <w:pPr>
        <w:jc w:val="right"/>
      </w:pPr>
      <w:r>
        <w:t>یہ معلوم ہوتا ہے کہ فتح مکہ کے بعد رسول اللہ نے اپنے کچھ صحابہ کو عرب کے</w:t>
      </w:r>
    </w:p>
    <w:p>
      <w:r>
        <w:rPr>
          <w:b/>
        </w:rPr>
        <w:t xml:space="preserve">[43:34] </w:t>
      </w:r>
      <w:r>
        <w:t>but khano ko todne ke liye bheja tha mislan khalid bin waleed ko uzza ka but todne ke</w:t>
      </w:r>
    </w:p>
    <w:p>
      <w:pPr>
        <w:jc w:val="right"/>
      </w:pPr>
      <w:r>
        <w:t>بت خانوں کو توڑنے کے لیے بھیجا تھا مثلاً خالد بن ولید کو عزہ کا بت توڑنے کے</w:t>
      </w:r>
    </w:p>
    <w:p>
      <w:r>
        <w:rPr>
          <w:b/>
        </w:rPr>
        <w:t xml:space="preserve">[43:40] </w:t>
      </w:r>
      <w:r>
        <w:t>liye bheja umar bin al aass ko suba ke liye abu sufyan aur mughira ko mughira bin shuba ko</w:t>
      </w:r>
    </w:p>
    <w:p>
      <w:pPr>
        <w:jc w:val="right"/>
      </w:pPr>
      <w:r>
        <w:t>لیے بھیجا عمر بن العاص کو صوبہ کے لیے ابو صفیان اور مغیرہ کو مغیرہ بن شبہ کو</w:t>
      </w:r>
    </w:p>
    <w:p>
      <w:r>
        <w:rPr>
          <w:b/>
        </w:rPr>
        <w:t xml:space="preserve">[43:49] </w:t>
      </w:r>
      <w:r>
        <w:t>lat ke liye waghera</w:t>
      </w:r>
    </w:p>
    <w:p>
      <w:pPr>
        <w:jc w:val="right"/>
      </w:pPr>
      <w:r>
        <w:t>لات کے لیے وغیرہ</w:t>
      </w:r>
    </w:p>
    <w:p>
      <w:r>
        <w:rPr>
          <w:b/>
        </w:rPr>
        <w:t xml:space="preserve">[43:52] </w:t>
      </w:r>
      <w:r>
        <w:t>in tamam logon ne arbon ke but khano ko destroy kar diya is ki wazahat farmayein yeh waqiyat</w:t>
      </w:r>
    </w:p>
    <w:p>
      <w:pPr>
        <w:jc w:val="right"/>
      </w:pPr>
      <w:r>
        <w:t>ان تمام لوگوں نے عربوں کے بت خانوں کو ڈسٹروئے کر دیا اس کی وضاحت فرمائیں یہ واقعات</w:t>
      </w:r>
    </w:p>
    <w:p>
      <w:r>
        <w:rPr>
          <w:b/>
        </w:rPr>
        <w:t xml:space="preserve">[44:00] </w:t>
      </w:r>
      <w:r>
        <w:t>sirat un nabi shibli nomani volume one page 339 mein maujood hai dekhiye is se koi talluq nahi hai</w:t>
      </w:r>
    </w:p>
    <w:p>
      <w:pPr>
        <w:jc w:val="right"/>
      </w:pPr>
      <w:r>
        <w:t>صراط النبی شبلی نعمانی والیوم ون پیج 339 میں موجود ہے دیکھیے اس سے کوئی تعلق نہیں ہے</w:t>
      </w:r>
    </w:p>
    <w:p>
      <w:r>
        <w:rPr>
          <w:b/>
        </w:rPr>
        <w:t xml:space="preserve">[44:07] </w:t>
      </w:r>
      <w:r>
        <w:t>historical monument ka maamla alag hai woh maamla alag hai woh aqeedah ka maamla hai jis ko toda</w:t>
      </w:r>
    </w:p>
    <w:p>
      <w:pPr>
        <w:jc w:val="right"/>
      </w:pPr>
      <w:r>
        <w:t>ہسٹاریکل مونومنٹ کا معاملہ الگ ہے وہ معاملہ الگ ہے وہ عقیدہ کا معاملہ ہے جس کو توڑا</w:t>
      </w:r>
    </w:p>
    <w:p>
      <w:r>
        <w:rPr>
          <w:b/>
        </w:rPr>
        <w:t xml:space="preserve">[44:14] </w:t>
      </w:r>
      <w:r>
        <w:t>hai unhon ne wahan na aqeedah ka mamla tha na shirk ka mamla tha wahan kuch bhi nahi</w:t>
      </w:r>
    </w:p>
    <w:p>
      <w:pPr>
        <w:jc w:val="right"/>
      </w:pPr>
      <w:r>
        <w:t>ہے انہوں نے وہاں نہ عقیدہ کا معاملہ تھا نہ شرک کا معاملہ تھا وہاں کچھ بھی نہیں</w:t>
      </w:r>
    </w:p>
    <w:p>
      <w:r>
        <w:rPr>
          <w:b/>
        </w:rPr>
        <w:t xml:space="preserve">[44:18] </w:t>
      </w:r>
      <w:r>
        <w:t>tha woh to sirf aik khandar tha woh aur wahan jo tha woh yani shirk ko ko khatam</w:t>
      </w:r>
    </w:p>
    <w:p>
      <w:pPr>
        <w:jc w:val="right"/>
      </w:pPr>
      <w:r>
        <w:t>تھا وہ تو صرف ایک کھڈر تھا وہ اور وہاں جو تھا وہ یعنی شرک کو کو ختم</w:t>
      </w:r>
    </w:p>
    <w:p>
      <w:r>
        <w:rPr>
          <w:b/>
        </w:rPr>
        <w:t xml:space="preserve">[44:25] </w:t>
      </w:r>
      <w:r>
        <w:t>karna Allah ka rasool ka nishana tha to woh living shirk ke adday thay woh aur woh kiya</w:t>
      </w:r>
    </w:p>
    <w:p>
      <w:pPr>
        <w:jc w:val="right"/>
      </w:pPr>
      <w:r>
        <w:t>کرنا اللہ کا رسول کا نشانہ تھا تو وہ لیونگ شرک کے اڈے تھے وہ اور وہ کیا</w:t>
      </w:r>
    </w:p>
    <w:p>
      <w:r>
        <w:rPr>
          <w:b/>
        </w:rPr>
        <w:t xml:space="preserve">[44:33] </w:t>
      </w:r>
      <w:r>
        <w:t>woh to kuch bhi woh to khandar hai</w:t>
      </w:r>
    </w:p>
    <w:p>
      <w:pPr>
        <w:jc w:val="right"/>
      </w:pPr>
      <w:r>
        <w:t>وہ تو کچھ بھی وہ تو کھڈر ہے</w:t>
      </w:r>
    </w:p>
    <w:p>
      <w:r>
        <w:rPr>
          <w:b/>
        </w:rPr>
        <w:t xml:space="preserve">[44:36] </w:t>
      </w:r>
      <w:r>
        <w:t>ya aap log jo hai ghalat tareekhein parhte hain ghalat tareekhein parh kar ke yeh sab zehn banta</w:t>
      </w:r>
    </w:p>
    <w:p>
      <w:pPr>
        <w:jc w:val="right"/>
      </w:pPr>
      <w:r>
        <w:t>یا آپ لوگ جو ہے غلط تاریخیں پڑھتے ہیں غلط تاریخیں پڑھ کر کے یہ سب ذہن بنتا</w:t>
      </w:r>
    </w:p>
    <w:p>
      <w:r>
        <w:rPr>
          <w:b/>
        </w:rPr>
        <w:t xml:space="preserve">[44:40] </w:t>
      </w:r>
      <w:r>
        <w:t>hai aap ko main kahunga meri kitab parhiye peghambar e inqilab aur</w:t>
      </w:r>
    </w:p>
    <w:p>
      <w:pPr>
        <w:jc w:val="right"/>
      </w:pPr>
      <w:r>
        <w:t>ہے آپ کو میں کہوں گا میری کتاب پڑھیے پیغمبر انقلاب اور</w:t>
      </w:r>
    </w:p>
    <w:p>
      <w:r>
        <w:rPr>
          <w:b/>
        </w:rPr>
        <w:t xml:space="preserve">[44:47] </w:t>
      </w:r>
      <w:r>
        <w:t>woh seerat par meri kai kitabein hain us ko parhiye yeh ghalat tareekhein parh parh ke aap ko</w:t>
      </w:r>
    </w:p>
    <w:p>
      <w:pPr>
        <w:jc w:val="right"/>
      </w:pPr>
      <w:r>
        <w:t>وہ سیرت پر میری کئی کتابیں ہیں اس کو پڑھیے یہ غلط تاریخیں پڑھ پڑھ کے آپ کو</w:t>
      </w:r>
    </w:p>
    <w:p>
      <w:r>
        <w:rPr>
          <w:b/>
        </w:rPr>
        <w:t xml:space="preserve">[44:54] </w:t>
      </w:r>
      <w:r>
        <w:t>zehn yeh banaya khulasa yeh hai ke arab mein jo but khanay thay woh living adday thay zinda</w:t>
      </w:r>
    </w:p>
    <w:p>
      <w:pPr>
        <w:jc w:val="right"/>
      </w:pPr>
      <w:r>
        <w:t>ذہن یہ بنایا خلاصہ یہ ہے کہ عرب میں جو بت خانے تھے وہ لیونگ اڈے تھے زندہ</w:t>
      </w:r>
    </w:p>
    <w:p>
      <w:r>
        <w:rPr>
          <w:b/>
        </w:rPr>
        <w:t xml:space="preserve">[45:01] </w:t>
      </w:r>
      <w:r>
        <w:t>adday thay shirk ke aur iraq mein jo toda gaya hai woh to taqreeban teen hazar saal pehle</w:t>
      </w:r>
    </w:p>
    <w:p>
      <w:pPr>
        <w:jc w:val="right"/>
      </w:pPr>
      <w:r>
        <w:t>اڈے تھے شرک کے اور عراق میں جو توڑا گیا ہے وہ تو تقریبا تین ہزار سال پہلے</w:t>
      </w:r>
    </w:p>
    <w:p>
      <w:r>
        <w:rPr>
          <w:b/>
        </w:rPr>
        <w:t xml:space="preserve">[45:09] </w:t>
      </w:r>
      <w:r>
        <w:t>ka khandar tha is ka koi shirk se koi talluq nahi tha ab to woh sirf seyyahon ki</w:t>
      </w:r>
    </w:p>
    <w:p>
      <w:pPr>
        <w:jc w:val="right"/>
      </w:pPr>
      <w:r>
        <w:t>کا کھڑا تھا اس کا کوئی شرک سے کوئی تعلق نہیں تھا اب تو وہ صرف سیاحوں کی</w:t>
      </w:r>
    </w:p>
    <w:p>
      <w:r>
        <w:rPr>
          <w:b/>
        </w:rPr>
        <w:t xml:space="preserve">[45:14] </w:t>
      </w:r>
      <w:r>
        <w:t>cheez thi woh seyyahon ki cheez thi maulana agla sawal lene se pehle aik comment parhna chahenge</w:t>
      </w:r>
    </w:p>
    <w:p>
      <w:pPr>
        <w:jc w:val="right"/>
      </w:pPr>
      <w:r>
        <w:t>چیز تھی وہ سیاحوں کی چیز تھی مولانا اگلا سوال لینے سے پہلے ایک کمنٹ پڑھنا چاہیں گے</w:t>
      </w:r>
    </w:p>
    <w:p>
      <w:r>
        <w:rPr>
          <w:b/>
        </w:rPr>
        <w:t xml:space="preserve">[45:21] </w:t>
      </w:r>
      <w:r>
        <w:t>jo maulana iqbal umri ne bheja hai chennai se aur unhon ne likha hai ke</w:t>
      </w:r>
    </w:p>
    <w:p>
      <w:pPr>
        <w:jc w:val="right"/>
      </w:pPr>
      <w:r>
        <w:t>جو مولانا اقبال عمری نے بھیجا ہے چنئی سے اور انہوں نے لکھا ہے کہ</w:t>
      </w:r>
    </w:p>
    <w:p>
      <w:r>
        <w:rPr>
          <w:b/>
        </w:rPr>
        <w:t xml:space="preserve">[45:28] </w:t>
      </w:r>
      <w:r>
        <w:t>maulana aaj hi pata chala ke sabr ka sabr ka matlab hai men made problem ko men manage karne</w:t>
      </w:r>
    </w:p>
    <w:p>
      <w:pPr>
        <w:jc w:val="right"/>
      </w:pPr>
      <w:r>
        <w:t>مولانا آج ہی پتہ چلا کہ صبر کا صبر کا مطلب ہے مین میڈ پرابلم کو مینج کرنے</w:t>
      </w:r>
    </w:p>
    <w:p>
      <w:r>
        <w:rPr>
          <w:b/>
        </w:rPr>
        <w:t xml:space="preserve">[45:35] </w:t>
      </w:r>
      <w:r>
        <w:t>ka formula insan ki nisbat se sabir hona aur Khuda ki nisbat se shakir hona yeh aaj hi</w:t>
      </w:r>
    </w:p>
    <w:p>
      <w:pPr>
        <w:jc w:val="right"/>
      </w:pPr>
      <w:r>
        <w:t>کا فارمولا انسان کی نسبت سے صابر ہونا اور خدا کی نسبت سے شاکر ہونا یہ آج ہی</w:t>
      </w:r>
    </w:p>
    <w:p>
      <w:r>
        <w:rPr>
          <w:b/>
        </w:rPr>
        <w:t xml:space="preserve">[45:44] </w:t>
      </w:r>
      <w:r>
        <w:t>samajh mein aaya jazak Allah</w:t>
      </w:r>
    </w:p>
    <w:p>
      <w:pPr>
        <w:jc w:val="right"/>
      </w:pPr>
      <w:r>
        <w:t>سمجھ میں آیا جزاک اللہ</w:t>
      </w:r>
    </w:p>
    <w:p>
      <w:r>
        <w:rPr>
          <w:b/>
        </w:rPr>
        <w:t xml:space="preserve">[45:49] </w:t>
      </w:r>
      <w:r>
        <w:t>maulana agla sawal miss naghma siddiqui ka hai dilli se aur unhon ne aap se poocha hai ke</w:t>
      </w:r>
    </w:p>
    <w:p>
      <w:pPr>
        <w:jc w:val="right"/>
      </w:pPr>
      <w:r>
        <w:t>مولانا اگلا سوال مس نغمہ صدیقی کا ہے دلی سے اور انہوں نے آپ سے پوچھا ہے کہ</w:t>
      </w:r>
    </w:p>
    <w:p>
      <w:r>
        <w:rPr>
          <w:b/>
        </w:rPr>
        <w:t xml:space="preserve">[45:57] </w:t>
      </w:r>
      <w:r>
        <w:t>How important is it, how important is forgiveness in keeping patience and</w:t>
      </w:r>
    </w:p>
    <w:p>
      <w:pPr>
        <w:jc w:val="right"/>
      </w:pPr>
      <w:r>
        <w:t>ہاؤ امپورٹنٹ از اٹ ہاؤ امپورٹنٹ از فورگیونس ان کیپنگ پیشنس اینڈ</w:t>
      </w:r>
    </w:p>
    <w:p>
      <w:r>
        <w:rPr>
          <w:b/>
        </w:rPr>
        <w:t xml:space="preserve">[46:04] </w:t>
      </w:r>
      <w:r>
        <w:t>positivity dekhiye forgiveness ke baghair to</w:t>
      </w:r>
    </w:p>
    <w:p>
      <w:pPr>
        <w:jc w:val="right"/>
      </w:pPr>
      <w:r>
        <w:t>پوزیٹیوٹی دیکھیے فورگیونس کے بغیر تو</w:t>
      </w:r>
    </w:p>
    <w:p>
      <w:r>
        <w:rPr>
          <w:b/>
        </w:rPr>
        <w:t xml:space="preserve">[46:08] </w:t>
      </w:r>
      <w:r>
        <w:t>sab kuch kho deta hai aadmi kyun ke dunya mein to insan ki taraf se aap ko</w:t>
      </w:r>
    </w:p>
    <w:p>
      <w:pPr>
        <w:jc w:val="right"/>
      </w:pPr>
      <w:r>
        <w:t>سب کچھ کھو دیتا ہے آدمی کیونکہ دنیا میں تو انسان کی طرف سے آپ کو</w:t>
      </w:r>
    </w:p>
    <w:p>
      <w:r>
        <w:rPr>
          <w:b/>
        </w:rPr>
        <w:t xml:space="preserve">[46:15] </w:t>
      </w:r>
      <w:r>
        <w:t>unpleasant cheezein pesh aayengi aayengi yeh to bilkul mumkin nahi ke sab kuch smooth ho</w:t>
      </w:r>
    </w:p>
    <w:p>
      <w:pPr>
        <w:jc w:val="right"/>
      </w:pPr>
      <w:r>
        <w:t>ان پریزنٹ چیزیں پیش آئیں گی آئیں گی یہ تو بالکل ممکن نہیں کہ سب کچھ سموتھ ہو</w:t>
      </w:r>
    </w:p>
    <w:p>
      <w:r>
        <w:rPr>
          <w:b/>
        </w:rPr>
        <w:t xml:space="preserve">[46:21] </w:t>
      </w:r>
      <w:r>
        <w:t>jaye to forgiveness to bilkul must hai is baat ke liye ke aap ke andar shukr ka jazba</w:t>
      </w:r>
    </w:p>
    <w:p>
      <w:pPr>
        <w:jc w:val="right"/>
      </w:pPr>
      <w:r>
        <w:t>جائے تو فارگیونس تو بالکل مست ہے اس بات کے لیے کہ آپ کے اندر شکر کا جذبہ</w:t>
      </w:r>
    </w:p>
    <w:p>
      <w:r>
        <w:rPr>
          <w:b/>
        </w:rPr>
        <w:t xml:space="preserve">[46:31] </w:t>
      </w:r>
      <w:r>
        <w:t>baqi rahe aur aur positive thinking baqi rahe baghair forgiveness ke kuch bhi nahi ho sakta</w:t>
      </w:r>
    </w:p>
    <w:p>
      <w:pPr>
        <w:jc w:val="right"/>
      </w:pPr>
      <w:r>
        <w:t>باقی رہے اور اور پازیٹو تھنکنگ باقی رہے بغیر فارگیونس کے کچھ بھی نہیں ہو سکتا</w:t>
      </w:r>
    </w:p>
    <w:p>
      <w:r>
        <w:rPr>
          <w:b/>
        </w:rPr>
        <w:t xml:space="preserve">[46:39] </w:t>
      </w:r>
      <w:r>
        <w:t>islam ka aik usool yeh bhi hai</w:t>
      </w:r>
    </w:p>
    <w:p>
      <w:pPr>
        <w:jc w:val="right"/>
      </w:pPr>
      <w:r>
        <w:t>اسلام کا ایک اصول یہ بھی ہے</w:t>
      </w:r>
    </w:p>
    <w:p>
      <w:r>
        <w:rPr>
          <w:b/>
        </w:rPr>
        <w:t xml:space="preserve">[46:43] </w:t>
      </w:r>
      <w:r>
        <w:t>ke living evil ke baray mein islam koi</w:t>
      </w:r>
    </w:p>
    <w:p>
      <w:pPr>
        <w:jc w:val="right"/>
      </w:pPr>
      <w:r>
        <w:t>کہ لیونگ ایول کے بارے میں اسلام کوئی</w:t>
      </w:r>
    </w:p>
    <w:p>
      <w:r>
        <w:rPr>
          <w:b/>
        </w:rPr>
        <w:t xml:space="preserve">[46:49] </w:t>
      </w:r>
      <w:r>
        <w:t>ikhtitam karta hai living evil lekin dead evil par koi is ka nahi hota islam ka ikhtitam aik</w:t>
      </w:r>
    </w:p>
    <w:p>
      <w:pPr>
        <w:jc w:val="right"/>
      </w:pPr>
      <w:r>
        <w:t>اختتام کرتا ہے لیونگ ایول لیکن ڈیڈ ایول پر کوئی اس کا نہیں ہوتا اسلام کا اقدام ایک</w:t>
      </w:r>
    </w:p>
    <w:p>
      <w:r>
        <w:rPr>
          <w:b/>
        </w:rPr>
        <w:t xml:space="preserve">[46:58] </w:t>
      </w:r>
      <w:r>
        <w:t>hai living evil aik hai dead evil mein aap ko misaal deta hoon</w:t>
      </w:r>
    </w:p>
    <w:p>
      <w:pPr>
        <w:jc w:val="right"/>
      </w:pPr>
      <w:r>
        <w:t>ہے لیونگ ایول ایک ہے ڈیڈ ایول میں آپ کو مثال دیتا ہوں</w:t>
      </w:r>
    </w:p>
    <w:p>
      <w:r>
        <w:rPr>
          <w:b/>
        </w:rPr>
        <w:t xml:space="preserve">[47:04] </w:t>
      </w:r>
      <w:r>
        <w:t>keh rasool Allah ne jab makkah fatah kiya aur kaaba par aap ko poora ikhtiyar hasil ho gaya</w:t>
      </w:r>
    </w:p>
    <w:p>
      <w:pPr>
        <w:jc w:val="right"/>
      </w:pPr>
      <w:r>
        <w:t>کہ رسول اللہ نے جب مکہ فتح کیا اور کعبہ پر آپ کو پورا اختیار حاصل ہو گیا</w:t>
      </w:r>
    </w:p>
    <w:p>
      <w:r>
        <w:rPr>
          <w:b/>
        </w:rPr>
        <w:t xml:space="preserve">[47:11] </w:t>
      </w:r>
      <w:r>
        <w:t>to us waqt kaaba ke ooper ek parda dala hua tha ek parda yeh parda mushrikeen ne dala</w:t>
      </w:r>
    </w:p>
    <w:p>
      <w:pPr>
        <w:jc w:val="right"/>
      </w:pPr>
      <w:r>
        <w:t>تو اس وقت کعبہ کے اوپر ایک پردہ ڈالا ہوا تھا ایک پردہ یہ پردہ مشرکین نے ڈالا</w:t>
      </w:r>
    </w:p>
    <w:p>
      <w:r>
        <w:rPr>
          <w:b/>
        </w:rPr>
        <w:t xml:space="preserve">[47:20] </w:t>
      </w:r>
      <w:r>
        <w:t>tha yani mushrikeen ka paisa mushrikeen ki sab kuch mushrikeen ka tha woh us dala hua tha aaj</w:t>
      </w:r>
    </w:p>
    <w:p>
      <w:pPr>
        <w:jc w:val="right"/>
      </w:pPr>
      <w:r>
        <w:t>تھا یعنی مشرکین کا پیسہ مشرکین کی سب کچھ مشرکین کا تھا وہ اس ڈالا ہوا تھا آج</w:t>
      </w:r>
    </w:p>
    <w:p>
      <w:r>
        <w:rPr>
          <w:b/>
        </w:rPr>
        <w:t xml:space="preserve">[47:28] </w:t>
      </w:r>
      <w:r>
        <w:t>kal jo mizaj hai musalmanon ka woh kya kahenge yeh mushrikeen ka parda hai is ko hatao</w:t>
      </w:r>
    </w:p>
    <w:p>
      <w:pPr>
        <w:jc w:val="right"/>
      </w:pPr>
      <w:r>
        <w:t>کل جو مزاج ہے مسلمانوں کا وہ کیا کہیں گے یہ مشرکین کا پردہ ہے اس کو ہٹاؤ</w:t>
      </w:r>
    </w:p>
    <w:p>
      <w:r>
        <w:rPr>
          <w:b/>
        </w:rPr>
        <w:t xml:space="preserve">[47:34] </w:t>
      </w:r>
      <w:r>
        <w:t>rasool Allah ne nahi hataya is ko</w:t>
      </w:r>
    </w:p>
    <w:p>
      <w:pPr>
        <w:jc w:val="right"/>
      </w:pPr>
      <w:r>
        <w:t>رسول اللہ نے نہیں ہٹایا اس کو</w:t>
      </w:r>
    </w:p>
    <w:p>
      <w:r>
        <w:rPr>
          <w:b/>
        </w:rPr>
        <w:t xml:space="preserve">[47:36] </w:t>
      </w:r>
      <w:r>
        <w:t>kyunkeh ab woh ab woh un ka iqtadar khatm ho gaya tha ab woh koi living problem nahi</w:t>
      </w:r>
    </w:p>
    <w:p>
      <w:pPr>
        <w:jc w:val="right"/>
      </w:pPr>
      <w:r>
        <w:t>کیونکہ اب وہ اب وہ ان کا اقتدار ختم ہو گیا تھا اب وہ کوئی لیونگ پرابلم نہیں</w:t>
      </w:r>
    </w:p>
    <w:p>
      <w:r>
        <w:rPr>
          <w:b/>
        </w:rPr>
        <w:t xml:space="preserve">[47:42] </w:t>
      </w:r>
      <w:r>
        <w:t>tha woh parda</w:t>
      </w:r>
    </w:p>
    <w:p>
      <w:pPr>
        <w:jc w:val="right"/>
      </w:pPr>
      <w:r>
        <w:t>تھا وہ پردہ</w:t>
      </w:r>
    </w:p>
    <w:p>
      <w:r>
        <w:rPr>
          <w:b/>
        </w:rPr>
        <w:t xml:space="preserve">[47:44] </w:t>
      </w:r>
      <w:r>
        <w:t>baad ko kya hua keh ek aurat wahan par woh jo dhon dena woh loban jala kar kya</w:t>
      </w:r>
    </w:p>
    <w:p>
      <w:pPr>
        <w:jc w:val="right"/>
      </w:pPr>
      <w:r>
        <w:t>بعد کو کیا ہوا کہ ایک عورت وہاں پر وہ جو دھون دینا وہ لوبان جلا کر کیا</w:t>
      </w:r>
    </w:p>
    <w:p>
      <w:r>
        <w:rPr>
          <w:b/>
        </w:rPr>
        <w:t xml:space="preserve">[47:51] </w:t>
      </w:r>
      <w:r>
        <w:t>karte hain woh wahan kar rahi thi is se parde mein aag lag gayi to parda jal gaya</w:t>
      </w:r>
    </w:p>
    <w:p>
      <w:pPr>
        <w:jc w:val="right"/>
      </w:pPr>
      <w:r>
        <w:t>کرتے ہیں وہ وہاں کر رہی تھی اس سے پردے میں آگ لگ گئی تو پردہ جل گیا</w:t>
      </w:r>
    </w:p>
    <w:p>
      <w:r>
        <w:rPr>
          <w:b/>
        </w:rPr>
        <w:t xml:space="preserve">[47:59] </w:t>
      </w:r>
      <w:r>
        <w:t>to ab ek ek ek real problem ban gaya keh parde ko doosre replace kiya jaye to jab</w:t>
      </w:r>
    </w:p>
    <w:p>
      <w:pPr>
        <w:jc w:val="right"/>
      </w:pPr>
      <w:r>
        <w:t>تو اب ایک ایک ایک ریئل پرابلم بن گیا کہ پردے کو دوسرے ریپلیس کیا جائے تو جب</w:t>
      </w:r>
    </w:p>
    <w:p>
      <w:r>
        <w:rPr>
          <w:b/>
        </w:rPr>
        <w:t xml:space="preserve">[48:07] </w:t>
      </w:r>
      <w:r>
        <w:t>tak parda koi yani koi living evil nahi tha us waqt aap ne is baqi rakha aur jab</w:t>
      </w:r>
    </w:p>
    <w:p>
      <w:pPr>
        <w:jc w:val="right"/>
      </w:pPr>
      <w:r>
        <w:t>تک پردہ کوئی یعنی کوئی لیونگ ایول نہیں تھا اس وقت آپ نے اس باقی رکھا اور جب</w:t>
      </w:r>
    </w:p>
    <w:p>
      <w:r>
        <w:rPr>
          <w:b/>
        </w:rPr>
        <w:t xml:space="preserve">[48:13] </w:t>
      </w:r>
      <w:r>
        <w:t>dekha keh parda to jal gaya to ab ek naya parda dalna hai to phir aap ne wahan</w:t>
      </w:r>
    </w:p>
    <w:p>
      <w:pPr>
        <w:jc w:val="right"/>
      </w:pPr>
      <w:r>
        <w:t>دیکھا کہ پردہ تو جل گیا تو اب ایک نیا پردہ ڈالنا ہے تو پھر آپ نے وہاں</w:t>
      </w:r>
    </w:p>
    <w:p>
      <w:r>
        <w:rPr>
          <w:b/>
        </w:rPr>
        <w:t xml:space="preserve">[48:18] </w:t>
      </w:r>
      <w:r>
        <w:t>par ek naya parda dhalwaya</w:t>
      </w:r>
    </w:p>
    <w:p>
      <w:pPr>
        <w:jc w:val="right"/>
      </w:pPr>
      <w:r>
        <w:t>پر ایک نیا پردہ ڈلوایا</w:t>
      </w:r>
    </w:p>
    <w:p>
      <w:r>
        <w:rPr>
          <w:b/>
        </w:rPr>
        <w:t xml:space="preserve">[48:20] </w:t>
      </w:r>
      <w:r>
        <w:t>to is baat ko bohat yani aur bhi misalein hain is ki keh Islam living</w:t>
      </w:r>
    </w:p>
    <w:p>
      <w:pPr>
        <w:jc w:val="right"/>
      </w:pPr>
      <w:r>
        <w:t>تو اس بات کو بہت یعنی اور بھی مثالیں ہیں اس کی کہ اسلام لیونگ</w:t>
      </w:r>
    </w:p>
    <w:p>
      <w:r>
        <w:rPr>
          <w:b/>
        </w:rPr>
        <w:t xml:space="preserve">[48:28] </w:t>
      </w:r>
      <w:r>
        <w:t>living evil ko problem samajhta hai dead evil ko Islam problem nahi samajhta</w:t>
      </w:r>
    </w:p>
    <w:p>
      <w:pPr>
        <w:jc w:val="right"/>
      </w:pPr>
      <w:r>
        <w:t>لیونگ ایول کو پرابلم سمجھتا ہے ڈیڈ ایول کو اسلام پرابلم نہیں سمجھتا</w:t>
      </w:r>
    </w:p>
    <w:p>
      <w:r>
        <w:rPr>
          <w:b/>
        </w:rPr>
        <w:t xml:space="preserve">[48:34] </w:t>
      </w:r>
      <w:r>
        <w:t>dead evil ko nazar andaz karna yeh Islam ka tareeqa hai aur living evil ke bare mein sochna</w:t>
      </w:r>
    </w:p>
    <w:p>
      <w:pPr>
        <w:jc w:val="right"/>
      </w:pPr>
      <w:r>
        <w:t>ڈیڈ ایول کو نظر انداز کرنا یہ اسلام کا طریقہ ہے اور لیونگ ایول کے بارے میں سوچنا</w:t>
      </w:r>
    </w:p>
    <w:p>
      <w:r>
        <w:rPr>
          <w:b/>
        </w:rPr>
        <w:t xml:space="preserve">[48:39] </w:t>
      </w:r>
      <w:r>
        <w:t>padega humein keh hum kya kya karein Maulana agla sawal lene se pehle ek comment padhna chahein</w:t>
      </w:r>
    </w:p>
    <w:p>
      <w:pPr>
        <w:jc w:val="right"/>
      </w:pPr>
      <w:r>
        <w:t>پڑے گا ہمیں کہ ہم کیا کیا کریں مولانا اگلا سوال لینے سے پہلے ایک کمنٹ پڑھنا چاہیں</w:t>
      </w:r>
    </w:p>
    <w:p>
      <w:r>
        <w:rPr>
          <w:b/>
        </w:rPr>
        <w:t xml:space="preserve">[48:45] </w:t>
      </w:r>
      <w:r>
        <w:t>ge jo doctor safeena tabassum ne bheja hai ajmer se aur unhon ne likha hai keh Maulana sahib</w:t>
      </w:r>
    </w:p>
    <w:p>
      <w:pPr>
        <w:jc w:val="right"/>
      </w:pPr>
      <w:r>
        <w:t>گے جو ڈاکٹر سفینہ تبسم نے بھیجا ہے اجمیر سے اور انہوں نے لکھا ہے کہ مولانا صاحب</w:t>
      </w:r>
    </w:p>
    <w:p>
      <w:r>
        <w:rPr>
          <w:b/>
        </w:rPr>
        <w:t xml:space="preserve">[48:53] </w:t>
      </w:r>
      <w:r>
        <w:t>Today for the first time it has become clear to me that why sabr has been given such</w:t>
      </w:r>
    </w:p>
    <w:p>
      <w:pPr>
        <w:jc w:val="right"/>
      </w:pPr>
      <w:r>
        <w:t>ٹوڈے فار دا فرسٹ ٹائم اٹ ہیز بیکم کلیئر ٹو می دیٹ وائی صبر ہیز بین گیون سچ</w:t>
      </w:r>
    </w:p>
    <w:p>
      <w:r>
        <w:rPr>
          <w:b/>
        </w:rPr>
        <w:t xml:space="preserve">[48:59] </w:t>
      </w:r>
      <w:r>
        <w:t>great importance in Quran. It actually helps us to do the most rewardable act and that is to</w:t>
      </w:r>
    </w:p>
    <w:p>
      <w:pPr>
        <w:jc w:val="right"/>
      </w:pPr>
      <w:r>
        <w:t>گریٹ امپورٹنس ان قران اٹ ایکچولی ہیلپس اس ٹو ڈو دا موسٹ ریوارڈیبل ایکٹ اینڈ دیٹ از ٹو</w:t>
      </w:r>
    </w:p>
    <w:p>
      <w:r>
        <w:rPr>
          <w:b/>
        </w:rPr>
        <w:t xml:space="preserve">[49:07] </w:t>
      </w:r>
      <w:r>
        <w:t>live in humble spirit. Thanks a lot for making all of us understand this.</w:t>
      </w:r>
    </w:p>
    <w:p>
      <w:pPr>
        <w:jc w:val="right"/>
      </w:pPr>
      <w:r>
        <w:t>لیو ان حمد سپرٹ تھینکس ا لاٹ فار میکنگ ال اف اس انڈرسٹینڈ دس</w:t>
      </w:r>
    </w:p>
    <w:p>
      <w:r>
        <w:rPr>
          <w:b/>
        </w:rPr>
        <w:t xml:space="preserve">[49:16] </w:t>
      </w:r>
      <w:r>
        <w:t>Maulana agla sawal kya hai bhopal se tosiq sahib ne aur woh aap se janna chahte hain keh</w:t>
      </w:r>
    </w:p>
    <w:p>
      <w:pPr>
        <w:jc w:val="right"/>
      </w:pPr>
      <w:r>
        <w:t>مولانا اگلا سوال کیا ہے بھوپال سے توسیق صاحب نے اور وہ آپ سے جاننا چاہتے ہیں کہ</w:t>
      </w:r>
    </w:p>
    <w:p>
      <w:r>
        <w:rPr>
          <w:b/>
        </w:rPr>
        <w:t xml:space="preserve">[49:24] </w:t>
      </w:r>
      <w:r>
        <w:t>How do we identify our shortcomings? What is how do we identify our shortcomings?</w:t>
      </w:r>
    </w:p>
    <w:p>
      <w:pPr>
        <w:jc w:val="right"/>
      </w:pPr>
      <w:r>
        <w:t>ہاؤ ڈو وی ائیڈینٹیفائی اور شارٹ کمنگز واٹ از ہاؤ ڈو وی ائیڈینٹیفائی اور شارٹ کمنگز</w:t>
      </w:r>
    </w:p>
    <w:p>
      <w:r>
        <w:rPr>
          <w:b/>
        </w:rPr>
        <w:t xml:space="preserve">[49:33] </w:t>
      </w:r>
      <w:r>
        <w:t>jo Maulana insan ke andar kamiyan hoti hain is ko kaise identify kar sakte hain shortcomings ko</w:t>
      </w:r>
    </w:p>
    <w:p>
      <w:pPr>
        <w:jc w:val="right"/>
      </w:pPr>
      <w:r>
        <w:t>جو مولانا انسان کے اندر کمیاں ہوتی ہیں اس کو کیسے ائیڈینٹیفائی کر سکتے ہیں شارٹ کمنگز کو</w:t>
      </w:r>
    </w:p>
    <w:p>
      <w:r>
        <w:rPr>
          <w:b/>
        </w:rPr>
        <w:t xml:space="preserve">[49:39] </w:t>
      </w:r>
      <w:r>
        <w:t>kaise identify kar sakte hain is ka koi method hai ya koi formula hai muhasba ek hi formula</w:t>
      </w:r>
    </w:p>
    <w:p>
      <w:pPr>
        <w:jc w:val="right"/>
      </w:pPr>
      <w:r>
        <w:t>کیسے ائیڈینٹیفائی کر سکتے ہیں اس کا کوئی میتھڈ ہے یا کوئی فارمولا ہے محاسبہ ایک ہی فارمولا</w:t>
      </w:r>
    </w:p>
    <w:p>
      <w:r>
        <w:rPr>
          <w:b/>
        </w:rPr>
        <w:t xml:space="preserve">[49:45] </w:t>
      </w:r>
      <w:r>
        <w:t>bataya gaya hai Quran o Hadees mein muhasba yani introspection</w:t>
      </w:r>
    </w:p>
    <w:p>
      <w:pPr>
        <w:jc w:val="right"/>
      </w:pPr>
      <w:r>
        <w:t>بتایا گیا ہے قران و حدیث میں محاسبہ یعنی انٹراسپیکشن</w:t>
      </w:r>
    </w:p>
    <w:p>
      <w:r>
        <w:rPr>
          <w:b/>
        </w:rPr>
        <w:t xml:space="preserve">[49:51] </w:t>
      </w:r>
      <w:r>
        <w:t>woh aadmi ke andar itna zyada dakhil hota hai keh woh aadmi khud hi discuss kar sakta hai</w:t>
      </w:r>
    </w:p>
    <w:p>
      <w:pPr>
        <w:jc w:val="right"/>
      </w:pPr>
      <w:r>
        <w:t>وہ آدمی کے اندر اتنا زیادہ داخل ہوتا ہے کہ وہ آدمی خود ہی ڈسکس کر سکتا ہے</w:t>
      </w:r>
    </w:p>
    <w:p>
      <w:r>
        <w:rPr>
          <w:b/>
        </w:rPr>
        <w:t xml:space="preserve">[49:57] </w:t>
      </w:r>
      <w:r>
        <w:t>doosra aadmi is ko identify nahi kar sakta is ke soch mein is ke jazbat mein is ki</w:t>
      </w:r>
    </w:p>
    <w:p>
      <w:pPr>
        <w:jc w:val="right"/>
      </w:pPr>
      <w:r>
        <w:t>دوسرا آدمی اس کو ائیڈینٹیفائی نہیں کر سکتا اس کے سوچ میں اس کے جذبات میں اس کی</w:t>
      </w:r>
    </w:p>
    <w:p>
      <w:r>
        <w:rPr>
          <w:b/>
        </w:rPr>
        <w:t xml:space="preserve">[50:04] </w:t>
      </w:r>
      <w:r>
        <w:t>personality mein ghusa hua hota hai woh to kaun doosra is ko identify karega aap karenge</w:t>
      </w:r>
    </w:p>
    <w:p>
      <w:pPr>
        <w:jc w:val="right"/>
      </w:pPr>
      <w:r>
        <w:t>پرسنیلٹی میں گھسا ہوا ہوتا ہے وہ تو کون دوسرا اس کو ائیڈینٹیفائی کرے گا آپ کریں گے</w:t>
      </w:r>
    </w:p>
    <w:p>
      <w:r>
        <w:rPr>
          <w:b/>
        </w:rPr>
        <w:t xml:space="preserve">[50:10] </w:t>
      </w:r>
      <w:r>
        <w:t>to is ke liye quran mein aur hadith mein jo cheez batai gayi hai woh hai muhasba</w:t>
      </w:r>
    </w:p>
    <w:p>
      <w:pPr>
        <w:jc w:val="right"/>
      </w:pPr>
      <w:r>
        <w:t>تو اس کے لیے قران میں اور حدیث میں جو چیز بتائی گئی ہے وہ ہے محاسبہ</w:t>
      </w:r>
    </w:p>
    <w:p>
      <w:r>
        <w:rPr>
          <w:b/>
        </w:rPr>
        <w:t xml:space="preserve">[50:16] </w:t>
      </w:r>
      <w:r>
        <w:t>muhasba ka matlab hota hai introspection yani apne apne khilaf sochna apne apne bare mein sochna</w:t>
      </w:r>
    </w:p>
    <w:p>
      <w:pPr>
        <w:jc w:val="right"/>
      </w:pPr>
      <w:r>
        <w:t>محاسبہ کا مطلب ہوتا ہے انٹراسپیکشن یعنی اپنے اپنے خلاف سوچنا اپنے اپنے بارے میں سوچنا</w:t>
      </w:r>
    </w:p>
    <w:p>
      <w:r>
        <w:rPr>
          <w:b/>
        </w:rPr>
        <w:t xml:space="preserve">[50:25] </w:t>
      </w:r>
      <w:r>
        <w:t>yani anti self thinking mein samajhta hoon ke ek hi cheez hai jo aap ko bata sakti hai</w:t>
      </w:r>
    </w:p>
    <w:p>
      <w:pPr>
        <w:jc w:val="right"/>
      </w:pPr>
      <w:r>
        <w:t>یعنی اینٹی سیلف تھنکنگ میں سمجھتا ہوں کہ ایک ہی چیز ہے جو آپ کو بتا سکتی ہے</w:t>
      </w:r>
    </w:p>
    <w:p>
      <w:r>
        <w:rPr>
          <w:b/>
        </w:rPr>
        <w:t xml:space="preserve">[50:31] </w:t>
      </w:r>
      <w:r>
        <w:t>ke aap ke andar kya kamiyan hain woh hai anti self thinking to jis ko allah ka jis</w:t>
      </w:r>
    </w:p>
    <w:p>
      <w:pPr>
        <w:jc w:val="right"/>
      </w:pPr>
      <w:r>
        <w:t>کہ آپ کے اندر کیا کمیاں ہیں وہ ہے اینٹی سیلف تھنکنگ تو جس کو اللہ کا جس</w:t>
      </w:r>
    </w:p>
    <w:p>
      <w:r>
        <w:rPr>
          <w:b/>
        </w:rPr>
        <w:t xml:space="preserve">[50:36] </w:t>
      </w:r>
      <w:r>
        <w:t>ko jo aadmi yeh chahta ho ke woh allah ki rehmaton ka mustahiq bane to us ko anti</w:t>
      </w:r>
    </w:p>
    <w:p>
      <w:pPr>
        <w:jc w:val="right"/>
      </w:pPr>
      <w:r>
        <w:t>کو جو آدمی یہ چاہتا ہو کہ وہ اللہ کی رحمتوں کا مستحق بنے تو اس کو اینٹی</w:t>
      </w:r>
    </w:p>
    <w:p>
      <w:r>
        <w:rPr>
          <w:b/>
        </w:rPr>
        <w:t xml:space="preserve">[50:42] </w:t>
      </w:r>
      <w:r>
        <w:t>self thinking karna hi karna hai yeh to sab bari ibadat hai anti self thinking sab se bari</w:t>
      </w:r>
    </w:p>
    <w:p>
      <w:pPr>
        <w:jc w:val="right"/>
      </w:pPr>
      <w:r>
        <w:t>سیلف تھنکنگ کرنا ہی کرنا ہے یہ تو سب بڑی عبادت ہے اینٹی سیلف تھنکنگ سب سے بڑی</w:t>
      </w:r>
    </w:p>
    <w:p>
      <w:r>
        <w:rPr>
          <w:b/>
        </w:rPr>
        <w:t xml:space="preserve">[50:49] </w:t>
      </w:r>
      <w:r>
        <w:t>ibadat hai maulana agla sawal feheem sahab ne kiya hai nagpur se aur unhon ne likha hai ke</w:t>
      </w:r>
    </w:p>
    <w:p>
      <w:pPr>
        <w:jc w:val="right"/>
      </w:pPr>
      <w:r>
        <w:t>عبادت ہے مولانا اگلا سوال فہیم صاحب نے کیا ہے ناگپور سے اور انہوں نے لکھا ہے کہ</w:t>
      </w:r>
    </w:p>
    <w:p>
      <w:r>
        <w:rPr>
          <w:b/>
        </w:rPr>
        <w:t xml:space="preserve">[50:57] </w:t>
      </w:r>
      <w:r>
        <w:t>مولانا I want to develop strong conviction in God but find myself lacking in it</w:t>
      </w:r>
    </w:p>
    <w:p>
      <w:pPr>
        <w:jc w:val="right"/>
      </w:pPr>
      <w:r>
        <w:t>مولانا آئی وانٹ ٹو ڈیویلپ سٹرونگ کنوکشن ان گاڈ بٹ فائنڈ مائی سیلف لیکنگ ان اٹ</w:t>
      </w:r>
    </w:p>
    <w:p>
      <w:r>
        <w:rPr>
          <w:b/>
        </w:rPr>
        <w:t xml:space="preserve">[51:04] </w:t>
      </w:r>
      <w:r>
        <w:t>How can I create strong conviction like you have please advise me</w:t>
      </w:r>
    </w:p>
    <w:p>
      <w:pPr>
        <w:jc w:val="right"/>
      </w:pPr>
      <w:r>
        <w:t>ہاؤ کین آئی کریٹ سٹرونگ کنوکشن لائک یو ہیو پلیز ایڈوائز می</w:t>
      </w:r>
    </w:p>
    <w:p>
      <w:r>
        <w:rPr>
          <w:b/>
        </w:rPr>
        <w:t xml:space="preserve">[51:11] </w:t>
      </w:r>
      <w:r>
        <w:t>ke khuda ke upar jo conviction hai woh chahte hain ke aap un ko koi formula batayen jaise</w:t>
      </w:r>
    </w:p>
    <w:p>
      <w:pPr>
        <w:jc w:val="right"/>
      </w:pPr>
      <w:r>
        <w:t>کہ خدا کے اوپر جو کنوکشن ہے وہ چاہتے ہیں کہ آپ ان کو کوئی فارمولا بتائیں جیسے</w:t>
      </w:r>
    </w:p>
    <w:p>
      <w:r>
        <w:rPr>
          <w:b/>
        </w:rPr>
        <w:t xml:space="preserve">[51:17] </w:t>
      </w:r>
      <w:r>
        <w:t>aap ka strong conviction hai khuda pe waise woh develop kar saken</w:t>
      </w:r>
    </w:p>
    <w:p>
      <w:pPr>
        <w:jc w:val="right"/>
      </w:pPr>
      <w:r>
        <w:t>آپ کا سٹرونگ کنوکشن ہے خدا پہ ویسے وہ ڈیویلپ کر سکیں</w:t>
      </w:r>
    </w:p>
    <w:p>
      <w:r>
        <w:rPr>
          <w:b/>
        </w:rPr>
        <w:t xml:space="preserve">[51:23] </w:t>
      </w:r>
      <w:r>
        <w:t>dekhen sirf ek hi formula hai woh hai apne aap ko distraction se bachana</w:t>
      </w:r>
    </w:p>
    <w:p>
      <w:pPr>
        <w:jc w:val="right"/>
      </w:pPr>
      <w:r>
        <w:t>دیکھیں صرف ایک ہی فارمولا ہے وہ ہے اپنے آپ کو ڈسٹریکشن سے بچانا</w:t>
      </w:r>
    </w:p>
    <w:p>
      <w:r>
        <w:rPr>
          <w:b/>
        </w:rPr>
        <w:t xml:space="preserve">[51:29] </w:t>
      </w:r>
      <w:r>
        <w:t>bas ek hi cheez hai distraction se bachana log phanse rehte hain</w:t>
      </w:r>
    </w:p>
    <w:p>
      <w:pPr>
        <w:jc w:val="right"/>
      </w:pPr>
      <w:r>
        <w:t>بس ایک ہی چیز ہے ڈسٹریکشن سے بچانا لوگ پھنسے رہتے ہیں</w:t>
      </w:r>
    </w:p>
    <w:p>
      <w:r>
        <w:rPr>
          <w:b/>
        </w:rPr>
        <w:t xml:space="preserve">[51:35] </w:t>
      </w:r>
      <w:r>
        <w:t>idhar udhar god mein aur chahte hain ke god ka ki marifat unhein hasil ho yeh impossible hai</w:t>
      </w:r>
    </w:p>
    <w:p>
      <w:pPr>
        <w:jc w:val="right"/>
      </w:pPr>
      <w:r>
        <w:t>ادھر ادھر گاڈ میں اور چاہتے ہیں کہ گاڈ کا کی معرفت انہیں حاصل ہو یہ امپاسیبل ہے</w:t>
      </w:r>
    </w:p>
    <w:p>
      <w:r>
        <w:rPr>
          <w:b/>
        </w:rPr>
        <w:t xml:space="preserve">[51:45] </w:t>
      </w:r>
      <w:r>
        <w:t>kisi ka shair hai ke</w:t>
      </w:r>
    </w:p>
    <w:p>
      <w:pPr>
        <w:jc w:val="right"/>
      </w:pPr>
      <w:r>
        <w:t>کسی کا شعر ہے کہ</w:t>
      </w:r>
    </w:p>
    <w:p>
      <w:r>
        <w:rPr>
          <w:b/>
        </w:rPr>
        <w:t xml:space="preserve">[51:49] </w:t>
      </w:r>
      <w:r>
        <w:t>ke hum khuda khwahi o hum dunya doon ay khayalast o muhalast o junoon</w:t>
      </w:r>
    </w:p>
    <w:p>
      <w:pPr>
        <w:jc w:val="right"/>
      </w:pPr>
      <w:r>
        <w:t>کہ ہم خدا خواہی و ہم دنیا دوں ای خیالست و محالست و جنوں</w:t>
      </w:r>
    </w:p>
    <w:p>
      <w:r>
        <w:rPr>
          <w:b/>
        </w:rPr>
        <w:t xml:space="preserve">[51:55] </w:t>
      </w:r>
      <w:r>
        <w:t>to apne ko aap jab tak distract nahi karenge doosri cheezon se hata kar ke allah par</w:t>
      </w:r>
    </w:p>
    <w:p>
      <w:pPr>
        <w:jc w:val="right"/>
      </w:pPr>
      <w:r>
        <w:t>تو اپنے کو آپ جب تک ڈسٹریکٹ نہیں کریں گے دوسری چیزوں سے ہٹا کر کے اللہ پر</w:t>
      </w:r>
    </w:p>
    <w:p>
      <w:r>
        <w:rPr>
          <w:b/>
        </w:rPr>
        <w:t xml:space="preserve">[52:01] </w:t>
      </w:r>
      <w:r>
        <w:t>apna focus nahi karenge tab tak kuch nahi hone wala distraction se bachane ka matlab hai apna</w:t>
      </w:r>
    </w:p>
    <w:p>
      <w:pPr>
        <w:jc w:val="right"/>
      </w:pPr>
      <w:r>
        <w:t>اپنا فوکس نہیں کریں گے تب تک کچھ نہیں ہونے والا ڈسٹریکشن سے بچانے کا مطلب ہے اپنا</w:t>
      </w:r>
    </w:p>
    <w:p>
      <w:r>
        <w:rPr>
          <w:b/>
        </w:rPr>
        <w:t xml:space="preserve">[52:07] </w:t>
      </w:r>
      <w:r>
        <w:t>focus other god se hatana aur god par focus dalna yeh to aap ko khud karna padega</w:t>
      </w:r>
    </w:p>
    <w:p>
      <w:pPr>
        <w:jc w:val="right"/>
      </w:pPr>
      <w:r>
        <w:t>فوکس ادر گاڈ سے ہٹانا اور گاڈ پر فوکس ڈالنا یہ تو آپ کو خود کرنا پڑے گا</w:t>
      </w:r>
    </w:p>
    <w:p>
      <w:r>
        <w:rPr>
          <w:b/>
        </w:rPr>
        <w:t xml:space="preserve">[52:14] </w:t>
      </w:r>
      <w:r>
        <w:t>koi bahar se aadmi ko aap ko koi technique nahi bata sakta maulana agla sawal kya hai</w:t>
      </w:r>
    </w:p>
    <w:p>
      <w:pPr>
        <w:jc w:val="right"/>
      </w:pPr>
      <w:r>
        <w:t>کوئی باہر سے آدمی کو آپ کو کوئی ٹیکنیک نہیں بتا سکتا مولانا اگلا سوال کیا ہے</w:t>
      </w:r>
    </w:p>
    <w:p>
      <w:r>
        <w:rPr>
          <w:b/>
        </w:rPr>
        <w:t xml:space="preserve">[52:22] </w:t>
      </w:r>
      <w:r>
        <w:t>shaan sahab ne london se aur unhon ne likha hai</w:t>
      </w:r>
    </w:p>
    <w:p>
      <w:pPr>
        <w:jc w:val="right"/>
      </w:pPr>
      <w:r>
        <w:t>شان صاحب نے لندن سے اور انہوں نے لکھا ہے</w:t>
      </w:r>
    </w:p>
    <w:p>
      <w:r>
        <w:rPr>
          <w:b/>
        </w:rPr>
        <w:t xml:space="preserve">[52:29] </w:t>
      </w:r>
      <w:r>
        <w:t>maulana i am doctor heena's cousin and visiting her from wales with my newly wed wife she invited</w:t>
      </w:r>
    </w:p>
    <w:p>
      <w:pPr>
        <w:jc w:val="right"/>
      </w:pPr>
      <w:r>
        <w:t>مولانا آئی ایم ڈاکٹر ہیناز کزن اینڈ وزٹنگ ہر فرام ویلز ود مائی نیولی ویڈ وائف شی انوائٹڈ</w:t>
      </w:r>
    </w:p>
    <w:p>
      <w:r>
        <w:rPr>
          <w:b/>
        </w:rPr>
        <w:t xml:space="preserve">[52:36] </w:t>
      </w:r>
      <w:r>
        <w:t>us this morning to listen to you and mashallah i liked it so much may allah reward you</w:t>
      </w:r>
    </w:p>
    <w:p>
      <w:pPr>
        <w:jc w:val="right"/>
      </w:pPr>
      <w:r>
        <w:t>اس دس مارننگ ٹو لسن ٹو یو اینڈ ماشاءاللہ آئی لائکڈ اٹ سو مچ می اللہ ریوارڈ یو</w:t>
      </w:r>
    </w:p>
    <w:p>
      <w:r>
        <w:rPr>
          <w:b/>
        </w:rPr>
        <w:t xml:space="preserve">[52:45] </w:t>
      </w:r>
      <w:r>
        <w:t>maulana i have question i want to know what if we have problem or complaint not from human</w:t>
      </w:r>
    </w:p>
    <w:p>
      <w:pPr>
        <w:jc w:val="right"/>
      </w:pPr>
      <w:r>
        <w:t>مولانا آئی ہیو کوسچن آئی وانٹ ٹو نو واٹ اف وی ہیو پرابلم اور کمپلینٹ ناٹ فرام ہیومن</w:t>
      </w:r>
    </w:p>
    <w:p>
      <w:r>
        <w:rPr>
          <w:b/>
        </w:rPr>
        <w:t xml:space="preserve">[52:53] </w:t>
      </w:r>
      <w:r>
        <w:t>but from system or group which is doing wrong and affecting nation</w:t>
      </w:r>
    </w:p>
    <w:p>
      <w:pPr>
        <w:jc w:val="right"/>
      </w:pPr>
      <w:r>
        <w:t>بٹ فرام سسٹم اور گروپ وچ از ڈوئنگ رونگ اینڈ افیکٹنگ نیشن</w:t>
      </w:r>
    </w:p>
    <w:p>
      <w:r>
        <w:rPr>
          <w:b/>
        </w:rPr>
        <w:t xml:space="preserve">[53:00] </w:t>
      </w:r>
      <w:r>
        <w:t>what is your advice on that</w:t>
      </w:r>
    </w:p>
    <w:p>
      <w:pPr>
        <w:jc w:val="right"/>
      </w:pPr>
      <w:r>
        <w:t>واٹ از یور ایڈوائس ان دیٹ</w:t>
      </w:r>
    </w:p>
    <w:p>
      <w:r>
        <w:rPr>
          <w:b/>
        </w:rPr>
        <w:t xml:space="preserve">[53:02] </w:t>
      </w:r>
      <w:r>
        <w:t>dekhiye yeh to aap ne sirf lafz badal diya system kaun banata hai insan banata hai woh bhi</w:t>
      </w:r>
    </w:p>
    <w:p>
      <w:pPr>
        <w:jc w:val="right"/>
      </w:pPr>
      <w:r>
        <w:t>دیکھیے یہ تو آپ نے صرف لفظ بدل دیا سسٹم کون بناتا ہے انسان بناتا ہے وہ بھی</w:t>
      </w:r>
    </w:p>
    <w:p>
      <w:r>
        <w:rPr>
          <w:b/>
        </w:rPr>
        <w:t xml:space="preserve">[53:09] </w:t>
      </w:r>
      <w:r>
        <w:t>insan ke khilaaf shikayat hai</w:t>
      </w:r>
    </w:p>
    <w:p>
      <w:pPr>
        <w:jc w:val="right"/>
      </w:pPr>
      <w:r>
        <w:t>انسان کے خلاف شکایت ہے</w:t>
      </w:r>
    </w:p>
    <w:p>
      <w:r>
        <w:rPr>
          <w:b/>
        </w:rPr>
        <w:t xml:space="preserve">[53:12] </w:t>
      </w:r>
      <w:r>
        <w:t>system banane wala kaun hai</w:t>
      </w:r>
    </w:p>
    <w:p>
      <w:pPr>
        <w:jc w:val="right"/>
      </w:pPr>
      <w:r>
        <w:t>سسٹم بنانے والا کون ہے</w:t>
      </w:r>
    </w:p>
    <w:p>
      <w:r>
        <w:rPr>
          <w:b/>
        </w:rPr>
        <w:t xml:space="preserve">[53:16] </w:t>
      </w:r>
      <w:r>
        <w:t>to system mein wohi cheezein aayengi jo insan ke andar hain</w:t>
      </w:r>
    </w:p>
    <w:p>
      <w:pPr>
        <w:jc w:val="right"/>
      </w:pPr>
      <w:r>
        <w:t>تو سسٹم میں وہی چیزیں آئیں گی جو انسان کے اندر ہیں</w:t>
      </w:r>
    </w:p>
    <w:p>
      <w:r>
        <w:rPr>
          <w:b/>
        </w:rPr>
        <w:t xml:space="preserve">[53:22] </w:t>
      </w:r>
      <w:r>
        <w:t>system jo hai insan ka yani extended form hai</w:t>
      </w:r>
    </w:p>
    <w:p>
      <w:pPr>
        <w:jc w:val="right"/>
      </w:pPr>
      <w:r>
        <w:t>سسٹم جو ہے انسان کا یعنی ایکسٹینڈڈ فارم ہے</w:t>
      </w:r>
    </w:p>
    <w:p>
      <w:r>
        <w:rPr>
          <w:b/>
        </w:rPr>
        <w:t xml:space="preserve">[53:28] </w:t>
      </w:r>
      <w:r>
        <w:t>system alag se koi cheez hai nahi to system ke khilaaf aap bolenge to phir insan ke</w:t>
      </w:r>
    </w:p>
    <w:p>
      <w:pPr>
        <w:jc w:val="right"/>
      </w:pPr>
      <w:r>
        <w:t>سسٹم الگ سے کوئی چیز ہے نہیں تو سسٹم کے خلاف آپ بولیں گے تو پھر انسان کے</w:t>
      </w:r>
    </w:p>
    <w:p>
      <w:r>
        <w:rPr>
          <w:b/>
        </w:rPr>
        <w:t xml:space="preserve">[53:33] </w:t>
      </w:r>
      <w:r>
        <w:t>upar jayegi woh aur yeh bhi samajh lein ke kabhi bhi is duniya mein koi system ideal</w:t>
      </w:r>
    </w:p>
    <w:p>
      <w:pPr>
        <w:jc w:val="right"/>
      </w:pPr>
      <w:r>
        <w:t>اوپر جائے گی وہ اور یہ بھی سمجھ لیں کہ کبھی بھی اس دنیا میں کوئی سسٹم ائیڈیل</w:t>
      </w:r>
    </w:p>
    <w:p>
      <w:r>
        <w:rPr>
          <w:b/>
        </w:rPr>
        <w:t xml:space="preserve">[53:38] </w:t>
      </w:r>
      <w:r>
        <w:t>nahi ho sakta impossible hai hatta ke jo islam ka jo golden period hai wahan bhi yeh bas</w:t>
      </w:r>
    </w:p>
    <w:p>
      <w:pPr>
        <w:jc w:val="right"/>
      </w:pPr>
      <w:r>
        <w:t>نہیں ہو سکتا امپاسیبل ہے حتی کہ جو اسلام کا جو گولڈن پیریڈ ہے وہاں بھی یہ بس</w:t>
      </w:r>
    </w:p>
    <w:p>
      <w:r>
        <w:rPr>
          <w:b/>
        </w:rPr>
        <w:t xml:space="preserve">[53:45] </w:t>
      </w:r>
      <w:r>
        <w:t>wajah ke wahan system jo tha bilkul ideal tha aisa nahi tha misaal ke taur par dekhiye ek</w:t>
      </w:r>
    </w:p>
    <w:p>
      <w:pPr>
        <w:jc w:val="right"/>
      </w:pPr>
      <w:r>
        <w:t>وجہ کہ وہاں سسٹم جو تھا بالکل ائیڈیل تھا ایسا نہیں تھا مثال کے طور پر دیکھیے ایک</w:t>
      </w:r>
    </w:p>
    <w:p>
      <w:r>
        <w:rPr>
          <w:b/>
        </w:rPr>
        <w:t xml:space="preserve">[53:51] </w:t>
      </w:r>
      <w:r>
        <w:t>sahabi madine mein rasool Allah ke paas aata hai woh munh dar munh kehta hai ke wallah maadalta</w:t>
      </w:r>
    </w:p>
    <w:p>
      <w:pPr>
        <w:jc w:val="right"/>
      </w:pPr>
      <w:r>
        <w:t>صحابی مدینے میں رسول اللہ کے پاس آتا ہے وہ منہ در منہ کہتا ہے کہ واللہ معادلتا</w:t>
      </w:r>
    </w:p>
    <w:p>
      <w:r>
        <w:rPr>
          <w:b/>
        </w:rPr>
        <w:t xml:space="preserve">[54:00] </w:t>
      </w:r>
      <w:r>
        <w:t>Khuda ki qasam aap ne justice nahi kiya</w:t>
      </w:r>
    </w:p>
    <w:p>
      <w:pPr>
        <w:jc w:val="right"/>
      </w:pPr>
      <w:r>
        <w:t>خدا کی قسم آپ نے جسٹس نہیں کیا</w:t>
      </w:r>
    </w:p>
    <w:p>
      <w:r>
        <w:rPr>
          <w:b/>
        </w:rPr>
        <w:t xml:space="preserve">[54:04] </w:t>
      </w:r>
      <w:r>
        <w:t>to very that ideal system</w:t>
      </w:r>
    </w:p>
    <w:p>
      <w:pPr>
        <w:jc w:val="right"/>
      </w:pPr>
      <w:r>
        <w:t>تو ویری دیٹ ائیڈیل سسٹم</w:t>
      </w:r>
    </w:p>
    <w:p>
      <w:r>
        <w:rPr>
          <w:b/>
        </w:rPr>
        <w:t xml:space="preserve">[54:07] </w:t>
      </w:r>
      <w:r>
        <w:t>to system par jo log bolte hain woh creation plan ke khilaaf bolte hain</w:t>
      </w:r>
    </w:p>
    <w:p>
      <w:pPr>
        <w:jc w:val="right"/>
      </w:pPr>
      <w:r>
        <w:t>تو سسٹم پر جو لوگ بولتے ہیں وہ کرشن پلان کے خلاف بولتے ہیں</w:t>
      </w:r>
    </w:p>
    <w:p>
      <w:r>
        <w:rPr>
          <w:b/>
        </w:rPr>
        <w:t xml:space="preserve">[54:15] </w:t>
      </w:r>
      <w:r>
        <w:t>jo Allah ka jo creation plan hai uske mutabiq jab duniya mein ideal system ban nahi sakta</w:t>
      </w:r>
    </w:p>
    <w:p>
      <w:pPr>
        <w:jc w:val="right"/>
      </w:pPr>
      <w:r>
        <w:t>جو اللہ کا جو کرشن پلان ہے اس کے مطابق جب دنیا میں ائیڈیل سسٹم بن نہیں سکتا</w:t>
      </w:r>
    </w:p>
    <w:p>
      <w:r>
        <w:rPr>
          <w:b/>
        </w:rPr>
        <w:t xml:space="preserve">[54:20] </w:t>
      </w:r>
      <w:r>
        <w:t>ideal government government ban nahi sakti to aap ko wahan kya karna hai usko manage karna hai</w:t>
      </w:r>
    </w:p>
    <w:p>
      <w:pPr>
        <w:jc w:val="right"/>
      </w:pPr>
      <w:r>
        <w:t>ائیڈیل گورنمنٹ گورنمنٹ بن نہیں سکتی تو آپ کو وہاں کیا کرنا ہے اس کو مینج کرنا ہے</w:t>
      </w:r>
    </w:p>
    <w:p>
      <w:r>
        <w:rPr>
          <w:b/>
        </w:rPr>
        <w:t xml:space="preserve">[54:27] </w:t>
      </w:r>
      <w:r>
        <w:t>jo problem aata hai usko manage kijiye shikayat karna usko todna uske khilaaf us ka</w:t>
      </w:r>
    </w:p>
    <w:p>
      <w:pPr>
        <w:jc w:val="right"/>
      </w:pPr>
      <w:r>
        <w:t>جو پرابلم آتا ہے اس کو مینج کیجئے شکایت کرنا اس کو توڑنا اس کے خلاف اس کا</w:t>
      </w:r>
    </w:p>
    <w:p>
      <w:r>
        <w:rPr>
          <w:b/>
        </w:rPr>
        <w:t xml:space="preserve">[54:33] </w:t>
      </w:r>
      <w:r>
        <w:t>oppose karna hungama karna kuch bhi nahi hone wala uski misaal dekhiye aap Egypt mein Egypt mein</w:t>
      </w:r>
    </w:p>
    <w:p>
      <w:pPr>
        <w:jc w:val="right"/>
      </w:pPr>
      <w:r>
        <w:t>اپوز کرنا ہنگامہ کرنا کچھ بھی نہیں ہونے والا اس کی مثال دیکھیے آپ ایجپٹ میں ایجپٹ میں</w:t>
      </w:r>
    </w:p>
    <w:p>
      <w:r>
        <w:rPr>
          <w:b/>
        </w:rPr>
        <w:t xml:space="preserve">[54:41] </w:t>
      </w:r>
      <w:r>
        <w:t>60 baras se system ke khilaaf lad rahe hain log aaj tak kuch bhi nahi hua kai naslein</w:t>
      </w:r>
    </w:p>
    <w:p>
      <w:pPr>
        <w:jc w:val="right"/>
      </w:pPr>
      <w:r>
        <w:t>60 برس سے سسٹم کے خلاف لڑ رہے ہیں لوگ آج تک کچھ بھی نہیں ہوا کئی نسلیں</w:t>
      </w:r>
    </w:p>
    <w:p>
      <w:r>
        <w:rPr>
          <w:b/>
        </w:rPr>
        <w:t xml:space="preserve">[54:46] </w:t>
      </w:r>
      <w:r>
        <w:t>khatm ho gayin aur tabahi tabahi hai</w:t>
      </w:r>
    </w:p>
    <w:p>
      <w:pPr>
        <w:jc w:val="right"/>
      </w:pPr>
      <w:r>
        <w:t>ختم ہو گئیں اور تباہی تباہی ہے</w:t>
      </w:r>
    </w:p>
    <w:p>
      <w:r>
        <w:rPr>
          <w:b/>
        </w:rPr>
        <w:t xml:space="preserve">[54:51] </w:t>
      </w:r>
      <w:r>
        <w:t>to system jo hai woh khud yani woh human phenomena hai insan se alag koi cheez nahi hai</w:t>
      </w:r>
    </w:p>
    <w:p>
      <w:pPr>
        <w:jc w:val="right"/>
      </w:pPr>
      <w:r>
        <w:t>تو سسٹم جو ہے وہ خود یعنی وہ ہیومن فیناومینا ہے انسان سے الگ کوئی چیز نہیں ہے</w:t>
      </w:r>
    </w:p>
    <w:p>
      <w:r>
        <w:rPr>
          <w:b/>
        </w:rPr>
        <w:t xml:space="preserve">[54:58] </w:t>
      </w:r>
      <w:r>
        <w:t>molana agla sawal kya hai</w:t>
      </w:r>
    </w:p>
    <w:p>
      <w:pPr>
        <w:jc w:val="right"/>
      </w:pPr>
      <w:r>
        <w:t>مولانا اگلا سوال کیا ہے</w:t>
      </w:r>
    </w:p>
    <w:p>
      <w:r>
        <w:rPr>
          <w:b/>
        </w:rPr>
        <w:t xml:space="preserve">[55:02] </w:t>
      </w:r>
      <w:r>
        <w:t>adil muhammad sahib ne murad abad se aur unhone likha hai molana i agree with you in</w:t>
      </w:r>
    </w:p>
    <w:p>
      <w:pPr>
        <w:jc w:val="right"/>
      </w:pPr>
      <w:r>
        <w:t>عادل محمد صاحب نے مراد اباد سے اور انہوں نے لکھا ہے مولانا آئی ایگری ود یو ان</w:t>
      </w:r>
    </w:p>
    <w:p>
      <w:r>
        <w:rPr>
          <w:b/>
        </w:rPr>
        <w:t xml:space="preserve">[55:09] </w:t>
      </w:r>
      <w:r>
        <w:t>what you said today that we should accept Allah plan and be patient towards men and thankful</w:t>
      </w:r>
    </w:p>
    <w:p>
      <w:pPr>
        <w:jc w:val="right"/>
      </w:pPr>
      <w:r>
        <w:t>واٹ یو سیڈ ٹوڈے دیٹ وی شوڈ ایکسیپٹ اللہ پلان اینڈ بی پیشنٹ ٹورڈز مین اینڈ تھینک فل</w:t>
      </w:r>
    </w:p>
    <w:p>
      <w:r>
        <w:rPr>
          <w:b/>
        </w:rPr>
        <w:t xml:space="preserve">[55:16] </w:t>
      </w:r>
      <w:r>
        <w:t>towards Allah</w:t>
      </w:r>
    </w:p>
    <w:p>
      <w:pPr>
        <w:jc w:val="right"/>
      </w:pPr>
      <w:r>
        <w:t>ٹورڈز اللہ</w:t>
      </w:r>
    </w:p>
    <w:p>
      <w:r>
        <w:rPr>
          <w:b/>
        </w:rPr>
        <w:t xml:space="preserve">[55:18] </w:t>
      </w:r>
      <w:r>
        <w:t>But Maulana, practically when I try to implement this, then I lose patience in certain situations, even though mentally I want to follow and agree with what you just said today. How can I correct myself as I want to exercise patience and earn the reward of Allah? Please guide me from where to begin as I really want to change myself.</w:t>
      </w:r>
    </w:p>
    <w:p>
      <w:pPr>
        <w:jc w:val="right"/>
      </w:pPr>
      <w:r>
        <w:t>But مولانا، practically when I try to implement this, then I lose patience in certain situations, even though mentally I want to follow and agree with what you just said today. How can I correct myself as I want to exercise patience and earn the reward of Allah? Please guide me from where to begin as I really want to change myself.</w:t>
      </w:r>
    </w:p>
    <w:p>
      <w:r>
        <w:rPr>
          <w:b/>
        </w:rPr>
        <w:t xml:space="preserve">[55:45] </w:t>
      </w:r>
      <w:r>
        <w:t>dekhen, patience jo hai, wohi to price hai. Patience jo hai, wohi price hai duniya mein hum par shukr ke sath jeene ke liye. to aap price nahi denge to cheez milegi kaise aap ko? aap ko ek car kharidna hai to kya aap baghair price diye car mil jayegi aap ko? to woh to price hai. kyunke duniya mein qabt hi rahega, problem hi rahega, challenge hi rahenge, unwanted situation hi rahen gi. achha, us ko aap badal nahi sakte kyunke woh to Khuda ki God given yaani freedom ki wajah se hai. to patience jo price hai, is price ko diye baghair aap ko kabhi bhi apne andar positive personality nahi bana payein ge. aap jab positive personality nahi bana payein ge to na shukr hoga na hamd hoga. to is ke to aap ko kuch aur dhoondna hi nahi hai. us ko yeh samajh kar ada karna hai ke yeh to price hai jo mujhe dena hi dena hai. jis tarah car kharidne ke liye mujhe price deni parti hai, tab mujhe car milti hai. aise hi price yahan bhi mamla hai ke patience ki price to deni hi paregi. is ka koi doosra shortcut nahi hai. is ka Maulana, agla comment aaya hai Kashmir se Shad Hussain sahib ka, aur unhone likha hai ke Maulana, thank you for unfolding the meanings of hamd and qabt in a wonderful contrast. Your explanation gives us thrilling perception about Quranic terms. May God reward you.</w:t>
      </w:r>
    </w:p>
    <w:p>
      <w:pPr>
        <w:jc w:val="right"/>
      </w:pPr>
      <w:r>
        <w:t>دیکھیں، patience جو ہے، وہی تو price ہے۔ Patience جو ہے، وہی price ہے دنیا میں ہم پر شکر کے ساتھ جینے کے لیے۔ تو آپ price نہیں دیں گے تو چیز ملے گی کیسے آپ کو؟ آپ کو ایک کار خریدنا ہے تو کیا آپ بغیر price دیے کار مل جائے گی آپ کو؟ تو وہ تو price ہے۔ کیونکہ دنیا میں قبط ہی رہے گا، problem ہی رہے گا، challenge ہی رہیں گے، unwanted situation ہی رہے گی۔ اچھا، اس کو آپ بدل نہیں سکتے کیونکہ وہ تو خدا کی God given یعنی freedom کی وجہ سے ہے۔ تو patience جو price ہے، اس price کو دیے بغیر آپ کو کبھی بھی اپنے اندر positive personality نہیں بنا پائیں گے۔ آپ جب positive personality نہیں بنا پائیں گے تو نہ شکر ہوگا نہ حمد ہوگا۔ تو اس کے تو آپ کو کچھ اور ڈھونڈنا ہی نہیں ہے۔ اس کو یہ سمجھ کر ادا کرنا ہے کہ یہ تو price ہے جو مجھے دینا ہی دینا ہے۔ جس طرح کار خریدنے کے لیے مجھے price دینی پڑتی ہے، تب مجھے کار ملتی ہے۔ ایسے ہی price یہاں بھی معاملہ ہے کہ patience کی price تو دینی ہی پڑے گی۔ اس کا کوئی دوسرا shortcut نہیں ہے۔ اس کا مولانا، اگلا کمنٹ آیا ہے کشمیر سے شاد حسین صاحب کا، اور انہوں نے لکھا ہے کہ مولانا، thank you for unfolding the meanings of حمد and قبط in a wonderful contrast۔ Your explanation gives us thrilling perception about Quranic terms. May God reward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