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 of Loss | May 31, 2015</w:t>
      </w:r>
    </w:p>
    <w:p>
      <w:r>
        <w:t>https://www.youtube.com/watch?v=IEf7QfU3BmY</w:t>
      </w:r>
    </w:p>
    <w:p>
      <w:r>
        <w:rPr>
          <w:b/>
        </w:rPr>
        <w:t xml:space="preserve">[00:21] </w:t>
      </w:r>
      <w:r>
        <w:t>bismillah hir rahman nir rahim, wa salallahu ala nabiyyil karim.</w:t>
      </w:r>
    </w:p>
    <w:p>
      <w:pPr>
        <w:jc w:val="right"/>
      </w:pPr>
      <w:r>
        <w:t>بسم اللہ الرحمن الرحیم، وصلی اللہ علی النبی الکریم۔</w:t>
      </w:r>
    </w:p>
    <w:p>
      <w:r>
        <w:rPr>
          <w:b/>
        </w:rPr>
        <w:t xml:space="preserve">[00:31]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[00:41] </w:t>
      </w:r>
      <w:r>
        <w:t>31 may 2015. aaj ka</w:t>
      </w:r>
    </w:p>
    <w:p>
      <w:pPr>
        <w:jc w:val="right"/>
      </w:pPr>
      <w:r>
        <w:t>31 مئی 2015۔ آج کا</w:t>
      </w:r>
    </w:p>
    <w:p>
      <w:r>
        <w:rPr>
          <w:b/>
        </w:rPr>
        <w:t xml:space="preserve">[00:51] </w:t>
      </w:r>
      <w:r>
        <w:t>topic hai: nuqs ka usool, yani principle of loss.</w:t>
      </w:r>
    </w:p>
    <w:p>
      <w:pPr>
        <w:jc w:val="right"/>
      </w:pPr>
      <w:r>
        <w:t>ٹاپک ہے: نقص کا اصول، یعنی پرنسپل آف لاس۔</w:t>
      </w:r>
    </w:p>
    <w:p>
      <w:r>
        <w:rPr>
          <w:b/>
        </w:rPr>
        <w:t xml:space="preserve">[00:58] </w:t>
      </w:r>
      <w:r>
        <w:t>quran mein bataya gaya hai ke har aadmi ki zindagi mein zaroor aisa hoga ke uski jaan</w:t>
      </w:r>
    </w:p>
    <w:p>
      <w:pPr>
        <w:jc w:val="right"/>
      </w:pPr>
      <w:r>
        <w:t>قرآن میں بتایا گیا ہے کہ ہر آدمی کی زندگی میں ضرور ایسا ہوگا کہ اس کی جان</w:t>
      </w:r>
    </w:p>
    <w:p>
      <w:r>
        <w:rPr>
          <w:b/>
        </w:rPr>
        <w:t xml:space="preserve">[01:06] </w:t>
      </w:r>
      <w:r>
        <w:t>aur maal mein nuqs hoga.</w:t>
      </w:r>
    </w:p>
    <w:p>
      <w:pPr>
        <w:jc w:val="right"/>
      </w:pPr>
      <w:r>
        <w:t>اور مال میں نقص ہوگا۔</w:t>
      </w:r>
    </w:p>
    <w:p>
      <w:r>
        <w:rPr>
          <w:b/>
        </w:rPr>
        <w:t xml:space="preserve">[01:13] </w:t>
      </w:r>
      <w:r>
        <w:t>wa nuqs min al-abali wal-anfus wal-tharawaat, yani loss of life, loss</w:t>
      </w:r>
    </w:p>
    <w:p>
      <w:pPr>
        <w:jc w:val="right"/>
      </w:pPr>
      <w:r>
        <w:t>ونقص من الأبالي والأنفس والثمرات، یعنی لاس آف لائف، لاس</w:t>
      </w:r>
    </w:p>
    <w:p>
      <w:r>
        <w:rPr>
          <w:b/>
        </w:rPr>
        <w:t xml:space="preserve">[01:21] </w:t>
      </w:r>
      <w:r>
        <w:t>of money. Yeh ek principle hai jis mein koi exception nahi. Har aadmi ko yeh zaroor hota hai, chahe woh paighambari kyun na ho. To us ko le kar main sochta tha, us Quran ki is aayat ko le kar main soch raha tha, phir mera dimagh trigger hua to ajeeb o ghareeb tor par ek tasawwur zehan mein aaya. Main sochne laga Ka'aba ke baare mein</w:t>
      </w:r>
    </w:p>
    <w:p>
      <w:pPr>
        <w:jc w:val="right"/>
      </w:pPr>
      <w:r>
        <w:t>آف منی۔ یہ ایک پرنسپل ہے جس میں کوئی ایکسیپشن نہیں۔ ہر آدمی کو یہ ضرور ہوتا ہے، چاہے وہ پیغمبری کیوں نہ ہو۔ تو اس کو لے کر میں سوچتا تھا، اس قرآن کی اس آیت کو لے کر میں سوچ رہا تھا، پھر میرا دماغ ٹرگر ہوا تو عجیب و غریب طور پر ایک تصور ذہن میں آیا۔ میں سوچنے لگا کعبہ کے بارے میں</w:t>
      </w:r>
    </w:p>
    <w:p>
      <w:r>
        <w:rPr>
          <w:b/>
        </w:rPr>
        <w:t xml:space="preserve">[01:51] </w:t>
      </w:r>
      <w:r>
        <w:t>—</w:t>
      </w:r>
    </w:p>
    <w:p>
      <w:pPr>
        <w:jc w:val="right"/>
      </w:pPr>
      <w:r>
        <w:t>۔</w:t>
      </w:r>
    </w:p>
    <w:p>
      <w:r>
        <w:rPr>
          <w:b/>
        </w:rPr>
        <w:t xml:space="preserve">[01:57] </w:t>
      </w:r>
      <w:r>
        <w:t>kaba ke bare mein hum ne parha tha kitabon mein ke kaba ki jo building hai, ab chokor</w:t>
      </w:r>
    </w:p>
    <w:p>
      <w:pPr>
        <w:jc w:val="right"/>
      </w:pPr>
      <w:r>
        <w:t>کعبہ کے بارے میں ہم نے پڑھا تھا کتابوں میں کہ کعبہ کی جو بلڈنگ ہے، اب چوکور</w:t>
      </w:r>
    </w:p>
    <w:p>
      <w:r>
        <w:rPr>
          <w:b/>
        </w:rPr>
        <w:t xml:space="preserve">[02:03] </w:t>
      </w:r>
      <w:r>
        <w:t>hai woh, lekin jo hazrat ibrahim ne banaya tha 4000 saal pehle, to woh chokor nahi thi, woh</w:t>
      </w:r>
    </w:p>
    <w:p>
      <w:pPr>
        <w:jc w:val="right"/>
      </w:pPr>
      <w:r>
        <w:t>ہے وہ، لیکن جو حضرت ابراہیم نے بنایا تھا 4000 سال پہلے، تو وہ چوکور نہیں تھی، وہ</w:t>
      </w:r>
    </w:p>
    <w:p>
      <w:r>
        <w:rPr>
          <w:b/>
        </w:rPr>
        <w:t xml:space="preserve">[02:09] </w:t>
      </w:r>
      <w:r>
        <w:t>lambi thi, jaise yeh hall lamba hai.</w:t>
      </w:r>
    </w:p>
    <w:p>
      <w:pPr>
        <w:jc w:val="right"/>
      </w:pPr>
      <w:r>
        <w:t>لمبی تھی، جیسے یہ ہال لمبا ہے۔</w:t>
      </w:r>
    </w:p>
    <w:p>
      <w:r>
        <w:rPr>
          <w:b/>
        </w:rPr>
        <w:t xml:space="preserve">[02:15] </w:t>
      </w:r>
      <w:r>
        <w:t>to phir main jab</w:t>
      </w:r>
    </w:p>
    <w:p>
      <w:pPr>
        <w:jc w:val="right"/>
      </w:pPr>
      <w:r>
        <w:t>تو پھر میں جب</w:t>
      </w:r>
    </w:p>
    <w:p>
      <w:r>
        <w:rPr>
          <w:b/>
        </w:rPr>
        <w:t xml:space="preserve">[02:21] </w:t>
      </w:r>
      <w:r>
        <w:t>1982 mein hajj kiya, main ne to main ne dekha is ko apni aankh se ke wahan par</w:t>
      </w:r>
    </w:p>
    <w:p>
      <w:pPr>
        <w:jc w:val="right"/>
      </w:pPr>
      <w:r>
        <w:t>1982 میں حج کیا، میں نے تو میں نے دیکھا اس کو اپنی آنکھ سے کہ وہاں پر</w:t>
      </w:r>
    </w:p>
    <w:p>
      <w:r>
        <w:rPr>
          <w:b/>
        </w:rPr>
        <w:t xml:space="preserve">[02:29] </w:t>
      </w:r>
      <w:r>
        <w:t>aisa hai ke ek taraf to chokor kaba khara hua hai, doosri taraf usi se mila hua ek</w:t>
      </w:r>
    </w:p>
    <w:p>
      <w:pPr>
        <w:jc w:val="right"/>
      </w:pPr>
      <w:r>
        <w:t>ایسا ہے کہ ایک طرف تو چوکور کعبہ کھڑا ہوا ہے، دوسری طرف اسی سے ملا ہوا ایک</w:t>
      </w:r>
    </w:p>
    <w:p>
      <w:r>
        <w:rPr>
          <w:b/>
        </w:rPr>
        <w:t xml:space="preserve">[02:37] </w:t>
      </w:r>
      <w:r>
        <w:t>hissa hai jis ko kehte hain hatim.</w:t>
      </w:r>
    </w:p>
    <w:p>
      <w:pPr>
        <w:jc w:val="right"/>
      </w:pPr>
      <w:r>
        <w:t>حصہ ہے جس کو کہتے ہیں حتیم۔</w:t>
      </w:r>
    </w:p>
    <w:p>
      <w:r>
        <w:rPr>
          <w:b/>
        </w:rPr>
        <w:t xml:space="preserve">[02:45] </w:t>
      </w:r>
      <w:r>
        <w:t>to kitabon mein likha hua hai, yeh hadith bukhari ki mein bhi aayi hai, ke</w:t>
      </w:r>
    </w:p>
    <w:p>
      <w:pPr>
        <w:jc w:val="right"/>
      </w:pPr>
      <w:r>
        <w:t>تو کتابوں میں لکھا ہوا ہے، یہ حدیث بخاری کی میں بھی آئی ہے، کہ</w:t>
      </w:r>
    </w:p>
    <w:p>
      <w:r>
        <w:rPr>
          <w:b/>
        </w:rPr>
        <w:t xml:space="preserve">[02:53] </w:t>
      </w:r>
      <w:r>
        <w:t>bohat baad ko aisa hua ke kaba ki buniyad, kaba ki imarat gir gayi kisi wajah se.</w:t>
      </w:r>
    </w:p>
    <w:p>
      <w:pPr>
        <w:jc w:val="right"/>
      </w:pPr>
      <w:r>
        <w:t>بہت بعد کو ایسا ہوا کہ کعبہ کی بنیاد، کعبہ کی عمارت گر گئی کسی وجہ سے۔</w:t>
      </w:r>
    </w:p>
    <w:p>
      <w:r>
        <w:rPr>
          <w:b/>
        </w:rPr>
        <w:t xml:space="preserve">[03:00] </w:t>
      </w:r>
      <w:r>
        <w:t>to us waqt mushrikeen ka ghalba tha kaba pe aur makkah mein.</w:t>
      </w:r>
    </w:p>
    <w:p>
      <w:pPr>
        <w:jc w:val="right"/>
      </w:pPr>
      <w:r>
        <w:t>تو اس وقت مشرکین کا غلبہ تھا کعبہ پہ اور مکہ میں۔</w:t>
      </w:r>
    </w:p>
    <w:p>
      <w:r>
        <w:rPr>
          <w:b/>
        </w:rPr>
        <w:t xml:space="preserve">[03:08] </w:t>
      </w:r>
      <w:r>
        <w:t>to unhon ne jab dobara banaya to kisi wajah se unhon ne pehle ki tarah nahi banaya, yani</w:t>
      </w:r>
    </w:p>
    <w:p>
      <w:pPr>
        <w:jc w:val="right"/>
      </w:pPr>
      <w:r>
        <w:t>تو انہوں نے جب دوبارہ بنایا تو کسی وجہ سے انہوں نے پہلے کی طرح نہیں بنایا، یعنی</w:t>
      </w:r>
    </w:p>
    <w:p>
      <w:r>
        <w:rPr>
          <w:b/>
        </w:rPr>
        <w:t xml:space="preserve">[03:15] </w:t>
      </w:r>
      <w:r>
        <w:t>lamba nahi banaya, chokor kar diya is ko. aur</w:t>
      </w:r>
    </w:p>
    <w:p>
      <w:pPr>
        <w:jc w:val="right"/>
      </w:pPr>
      <w:r>
        <w:t>لمبا نہیں بنایا، چوکور کر دیا اس کو۔ اور</w:t>
      </w:r>
    </w:p>
    <w:p>
      <w:r>
        <w:rPr>
          <w:b/>
        </w:rPr>
        <w:t xml:space="preserve">[03:23] </w:t>
      </w:r>
      <w:r>
        <w:t>jo hissa is mein shamil nahi kiya, woh bhi jaise ek ruwein ke taur par baqi rakh chhod</w:t>
      </w:r>
    </w:p>
    <w:p>
      <w:pPr>
        <w:jc w:val="right"/>
      </w:pPr>
      <w:r>
        <w:t>جو حصہ اس میں شامل نہیں کیا، وہ بھی جیسے ایک روئین کے طور پر باقی رکھ چھوڑ</w:t>
      </w:r>
    </w:p>
    <w:p>
      <w:r>
        <w:rPr>
          <w:b/>
        </w:rPr>
        <w:t xml:space="preserve">[03:30] </w:t>
      </w:r>
      <w:r>
        <w:t>diya, woh aaj tak baqi hai.</w:t>
      </w:r>
    </w:p>
    <w:p>
      <w:pPr>
        <w:jc w:val="right"/>
      </w:pPr>
      <w:r>
        <w:t>دیا، وہ آج تک باقی ہے۔</w:t>
      </w:r>
    </w:p>
    <w:p>
      <w:r>
        <w:rPr>
          <w:b/>
        </w:rPr>
        <w:t xml:space="preserve">[03:38] </w:t>
      </w:r>
      <w:r>
        <w:t>to main sochne laga ke aisa kyun hai? kyun chhod diya gaya woh? yani aap jante hain ke</w:t>
      </w:r>
    </w:p>
    <w:p>
      <w:pPr>
        <w:jc w:val="right"/>
      </w:pPr>
      <w:r>
        <w:t>تو میں سوچنے لگا کہ ایسا کیوں ہے؟ کیوں چھوڑ دیا گیا وہ؟ یعنی آپ جانتے ہیں کہ</w:t>
      </w:r>
    </w:p>
    <w:p>
      <w:r>
        <w:rPr>
          <w:b/>
        </w:rPr>
        <w:t xml:space="preserve">[03:46] </w:t>
      </w:r>
      <w:r>
        <w:t>kaba sab se zyada muqaddas jagah hai islam mein, aur kaba hi wahid imarat hai</w:t>
      </w:r>
    </w:p>
    <w:p>
      <w:pPr>
        <w:jc w:val="right"/>
      </w:pPr>
      <w:r>
        <w:t>کعبہ سب سے زیادہ مقدس جگہ ہے اسلام میں، اور کعبہ ہی واحد عمارت ہے</w:t>
      </w:r>
    </w:p>
    <w:p>
      <w:r>
        <w:rPr>
          <w:b/>
        </w:rPr>
        <w:t xml:space="preserve">[03:53] </w:t>
      </w:r>
      <w:r>
        <w:t>jo kisi nabi ki yaadgar hai.</w:t>
      </w:r>
    </w:p>
    <w:p>
      <w:pPr>
        <w:jc w:val="right"/>
      </w:pPr>
      <w:r>
        <w:t>جو کسی نبی کی یادگار ہے۔</w:t>
      </w:r>
    </w:p>
    <w:p>
      <w:r>
        <w:rPr>
          <w:b/>
        </w:rPr>
        <w:t xml:space="preserve">[03:59] </w:t>
      </w:r>
      <w:r>
        <w:t>kisi bhi nabi ki asal yaadgar maujood nahi hai, siwaye kaba ke.</w:t>
      </w:r>
    </w:p>
    <w:p>
      <w:pPr>
        <w:jc w:val="right"/>
      </w:pPr>
      <w:r>
        <w:t>کسی بھی نبی کی اصل یادگار موجود نہیں ہے، سوائے کعبہ کے۔</w:t>
      </w:r>
    </w:p>
    <w:p>
      <w:r>
        <w:rPr>
          <w:b/>
        </w:rPr>
        <w:t xml:space="preserve">[04:05] </w:t>
      </w:r>
      <w:r>
        <w:t>to is mein yeh khandAT kyun? aur hazrat ayesha ne kaha tha rasool allah se ke aap bana</w:t>
      </w:r>
    </w:p>
    <w:p>
      <w:pPr>
        <w:jc w:val="right"/>
      </w:pPr>
      <w:r>
        <w:t>تو اس میں یہ کھنڈت کیوں؟ اور حضرت عائشہ نے کہا تھا رسول اللہ سے کہ آپ بنا</w:t>
      </w:r>
    </w:p>
    <w:p>
      <w:r>
        <w:rPr>
          <w:b/>
        </w:rPr>
        <w:t xml:space="preserve">[04:11] </w:t>
      </w:r>
      <w:r>
        <w:t>dijiye un ko kaba ko pehle wali tareeqe se, hazrat ibrahim ke tareeqe se, to rasool allah ne banaya.</w:t>
      </w:r>
    </w:p>
    <w:p>
      <w:pPr>
        <w:jc w:val="right"/>
      </w:pPr>
      <w:r>
        <w:t>دیجیے ان کو کعبہ کو پہلے والی طریقے سے، حضرت ابراہیم کے طریقے سے، تو رسول اللہ نے بنایا۔</w:t>
      </w:r>
    </w:p>
    <w:p>
      <w:r>
        <w:rPr>
          <w:b/>
        </w:rPr>
        <w:t xml:space="preserve">[04:17] </w:t>
      </w:r>
      <w:r>
        <w:t>to mein sochne laga ke is ke andar koi</w:t>
      </w:r>
    </w:p>
    <w:p>
      <w:pPr>
        <w:jc w:val="right"/>
      </w:pPr>
      <w:r>
        <w:t>تو میں سوچنے لگا کہ اس کے اندر کوئی</w:t>
      </w:r>
    </w:p>
    <w:p>
      <w:r>
        <w:rPr>
          <w:b/>
        </w:rPr>
        <w:t xml:space="preserve">[04:23] </w:t>
      </w:r>
      <w:r>
        <w:t>bohat bari wisdom honi chahiye, yeh khamkhwah nahi ho sakta.</w:t>
      </w:r>
    </w:p>
    <w:p>
      <w:pPr>
        <w:jc w:val="right"/>
      </w:pPr>
      <w:r>
        <w:t>بہت بڑی وزڈم ہونی چاہیے، یہ خامخواہ نہیں ہو سکتا۔</w:t>
      </w:r>
    </w:p>
    <w:p>
      <w:r>
        <w:rPr>
          <w:b/>
        </w:rPr>
        <w:t xml:space="preserve">[04:30] </w:t>
      </w:r>
      <w:r>
        <w:t>kitabon mein itna likha hua hai ke in ke paas saman kam tha, to unhon ne aadha banaya,</w:t>
      </w:r>
    </w:p>
    <w:p>
      <w:pPr>
        <w:jc w:val="right"/>
      </w:pPr>
      <w:r>
        <w:t>کتابوں میں اتنا لکھا ہوا ہے کہ ان کے پاس سامان کم تھا، تو انہوں نے آدھا بنایا،</w:t>
      </w:r>
    </w:p>
    <w:p>
      <w:r>
        <w:rPr>
          <w:b/>
        </w:rPr>
        <w:t xml:space="preserve">[04:36] </w:t>
      </w:r>
      <w:r>
        <w:t>aadha chhod diya.</w:t>
      </w:r>
    </w:p>
    <w:p>
      <w:pPr>
        <w:jc w:val="right"/>
      </w:pPr>
      <w:r>
        <w:t>آدھا چھوڑ دیا۔</w:t>
      </w:r>
    </w:p>
    <w:p>
      <w:r>
        <w:rPr>
          <w:b/>
        </w:rPr>
        <w:t xml:space="preserve">[04:43] </w:t>
      </w:r>
      <w:r>
        <w:t>lekin yeh koi aisi baat nahi hai jo is ki tawjeeh kare.</w:t>
      </w:r>
    </w:p>
    <w:p>
      <w:pPr>
        <w:jc w:val="right"/>
      </w:pPr>
      <w:r>
        <w:t>لیکن یہ کوئی ایسی بات نہیں ہے جو اس کی توجیح کرے۔</w:t>
      </w:r>
    </w:p>
    <w:p>
      <w:r>
        <w:rPr>
          <w:b/>
        </w:rPr>
        <w:t xml:space="preserve">[04:49] </w:t>
      </w:r>
      <w:r>
        <w:t>yani aap ghor kijiye ke Allah ko maloom tha, khud Rasool Allah ko bhi Allah ne zaroor bataya hoga</w:t>
      </w:r>
    </w:p>
    <w:p>
      <w:pPr>
        <w:jc w:val="right"/>
      </w:pPr>
      <w:r>
        <w:t>یعنی آپ غور کیجیے کہ اللہ کو معلوم تھا، خود رسول اللہ کو بھی اللہ نے ضرور بتایا ہوگا</w:t>
      </w:r>
    </w:p>
    <w:p>
      <w:r>
        <w:rPr>
          <w:b/>
        </w:rPr>
        <w:t xml:space="preserve">[04:56] </w:t>
      </w:r>
      <w:r>
        <w:t>ke Kaaba qayamat tak markaz rahega Islam ka.</w:t>
      </w:r>
    </w:p>
    <w:p>
      <w:pPr>
        <w:jc w:val="right"/>
      </w:pPr>
      <w:r>
        <w:t>کہ کعبہ قیامت تک مرکز رہے گا اسلام کا۔</w:t>
      </w:r>
    </w:p>
    <w:p>
      <w:r>
        <w:rPr>
          <w:b/>
        </w:rPr>
        <w:t xml:space="preserve">[05:01] </w:t>
      </w:r>
      <w:r>
        <w:t>saari duniya ke log wahan aayenge.</w:t>
      </w:r>
    </w:p>
    <w:p>
      <w:pPr>
        <w:jc w:val="right"/>
      </w:pPr>
      <w:r>
        <w:t>ساری دنیا کے لوگ وہاں آئیں گے۔</w:t>
      </w:r>
    </w:p>
    <w:p>
      <w:r>
        <w:rPr>
          <w:b/>
        </w:rPr>
        <w:t xml:space="preserve">[05:06] </w:t>
      </w:r>
      <w:r>
        <w:t>Hajj mein to salana aate hain, lekin Umrah bhi aap jante hain ke kiya jata hai.</w:t>
      </w:r>
    </w:p>
    <w:p>
      <w:pPr>
        <w:jc w:val="right"/>
      </w:pPr>
      <w:r>
        <w:t>حج میں تو سالانہ آتے ہیں، لیکن عمرہ بھی آپ جانتے ہیں کہ کیا جاتا ہے۔</w:t>
      </w:r>
    </w:p>
    <w:p>
      <w:r>
        <w:rPr>
          <w:b/>
        </w:rPr>
        <w:t xml:space="preserve">[05:11] </w:t>
      </w:r>
      <w:r>
        <w:t>to amalan dekhen, duniya bhar ke log saare saare saal aate hain.</w:t>
      </w:r>
    </w:p>
    <w:p>
      <w:pPr>
        <w:jc w:val="right"/>
      </w:pPr>
      <w:r>
        <w:t>تو عملاً دیکھیں، دنیا بھر کے لوگ سارے سارے سال آتے ہیں۔</w:t>
      </w:r>
    </w:p>
    <w:p>
      <w:r>
        <w:rPr>
          <w:b/>
        </w:rPr>
        <w:t xml:space="preserve">[05:16] </w:t>
      </w:r>
      <w:r>
        <w:t>Hajj ke liye aate hain, saal mein ek bar, Umre ke liye saal bhar aate rehte hain.</w:t>
      </w:r>
    </w:p>
    <w:p>
      <w:pPr>
        <w:jc w:val="right"/>
      </w:pPr>
      <w:r>
        <w:t>حج کے لیے آتے ہیں، سال میں ایک بار، عمرے کے لیے سال بھر آتے رہتے ہیں۔</w:t>
      </w:r>
    </w:p>
    <w:p>
      <w:r>
        <w:rPr>
          <w:b/>
        </w:rPr>
        <w:t xml:space="preserve">[05:21] </w:t>
      </w:r>
      <w:r>
        <w:t>to kaha saari duniya ke log aa kar wahan dekhne wale the</w:t>
      </w:r>
    </w:p>
    <w:p>
      <w:pPr>
        <w:jc w:val="right"/>
      </w:pPr>
      <w:r>
        <w:t>تو کہا ساری دنیا کے لوگ آ کر وہاں دیکھنے والے تھے</w:t>
      </w:r>
    </w:p>
    <w:p>
      <w:r>
        <w:rPr>
          <w:b/>
        </w:rPr>
        <w:t xml:space="preserve">[05:26] </w:t>
      </w:r>
      <w:r>
        <w:t>ke Kaaba jo hai natamam hai.</w:t>
      </w:r>
    </w:p>
    <w:p>
      <w:pPr>
        <w:jc w:val="right"/>
      </w:pPr>
      <w:r>
        <w:t>کہ کعبہ جو ہے ناتمام ہے۔</w:t>
      </w:r>
    </w:p>
    <w:p>
      <w:r>
        <w:rPr>
          <w:b/>
        </w:rPr>
        <w:t xml:space="preserve">[05:32] </w:t>
      </w:r>
      <w:r>
        <w:t>تو یہ کیوں ایسا ہوا؟ کہ they missed wisdom، یعنی وہ ختم بھی نہیں کر دیا گیا کہ</w:t>
      </w:r>
    </w:p>
    <w:p>
      <w:pPr>
        <w:jc w:val="right"/>
      </w:pPr>
      <w:r>
        <w:t>تو یہ کیوں ایسا ہوا؟ کہ دیر مسڈ وزڈم، یعنی وہ ختم بھی نہیں کر دیا گیا کہ</w:t>
      </w:r>
    </w:p>
    <w:p>
      <w:r>
        <w:rPr>
          <w:b/>
        </w:rPr>
        <w:t xml:space="preserve">[05:38] </w:t>
      </w:r>
      <w:r>
        <w:t>wohan wahan ki zameen level kar di jaye aur sirf Kaaba hi rahe, wahan Hatim na rahe.</w:t>
      </w:r>
    </w:p>
    <w:p>
      <w:pPr>
        <w:jc w:val="right"/>
      </w:pPr>
      <w:r>
        <w:t>وہاں وہاں کی زمین لیول کر دی جائے اور صرف کعبہ ہی رہے، وہاں حتیم نہ رہے۔</w:t>
      </w:r>
    </w:p>
    <w:p>
      <w:r>
        <w:rPr>
          <w:b/>
        </w:rPr>
        <w:t xml:space="preserve">[05:44] </w:t>
      </w:r>
      <w:r>
        <w:t>yeh kyun hai? to mera mizaj yeh hai ke har cheez ki mein jis ko kehte hain 'kan',</w:t>
      </w:r>
    </w:p>
    <w:p>
      <w:pPr>
        <w:jc w:val="right"/>
      </w:pPr>
      <w:r>
        <w:t>یہ کیوں ہے؟ تو میرا مزاج یہ ہے کہ ہر چیز کی میں جس کو کہتے ہیں کن،</w:t>
      </w:r>
    </w:p>
    <w:p>
      <w:r>
        <w:rPr>
          <w:b/>
        </w:rPr>
        <w:t xml:space="preserve">[05:50] </w:t>
      </w:r>
      <w:r>
        <w:t>yani har cheez ka</w:t>
      </w:r>
    </w:p>
    <w:p>
      <w:pPr>
        <w:jc w:val="right"/>
      </w:pPr>
      <w:r>
        <w:t>یعنی ہر چیز کا</w:t>
      </w:r>
    </w:p>
    <w:p>
      <w:r>
        <w:rPr>
          <w:b/>
        </w:rPr>
        <w:t xml:space="preserve">[05:56] </w:t>
      </w:r>
      <w:r>
        <w:t>sabab janna chahta hoon.</w:t>
      </w:r>
    </w:p>
    <w:p>
      <w:pPr>
        <w:jc w:val="right"/>
      </w:pPr>
      <w:r>
        <w:t>سبب جاننا چاہتا ہوں۔</w:t>
      </w:r>
    </w:p>
    <w:p>
      <w:r>
        <w:rPr>
          <w:b/>
        </w:rPr>
        <w:t xml:space="preserve">[06:02] </w:t>
      </w:r>
      <w:r>
        <w:t>to sochta raha, sochta raha, sochta raha.</w:t>
      </w:r>
    </w:p>
    <w:p>
      <w:pPr>
        <w:jc w:val="right"/>
      </w:pPr>
      <w:r>
        <w:t>تو سوچتا رہا، سوچتا رہا، سوچتا رہا۔</w:t>
      </w:r>
    </w:p>
    <w:p>
      <w:r>
        <w:rPr>
          <w:b/>
        </w:rPr>
        <w:t xml:space="preserve">[06:09] </w:t>
      </w:r>
      <w:r>
        <w:t>تو ایک عجیب و غریب wisdom دریافت ہوئی کہ خامخواہ ایسا نہیں ہے۔</w:t>
      </w:r>
    </w:p>
    <w:p>
      <w:pPr>
        <w:jc w:val="right"/>
      </w:pPr>
      <w:r>
        <w:t>تو ایک عجیب و غریب وزڈم دریافت ہوئی کہ خامخواہ ایسا نہیں ہے۔</w:t>
      </w:r>
    </w:p>
    <w:p>
      <w:r>
        <w:rPr>
          <w:b/>
        </w:rPr>
        <w:t xml:space="preserve">[06:15] </w:t>
      </w:r>
      <w:r>
        <w:t>khamkhwah aisa nahi hai.</w:t>
      </w:r>
    </w:p>
    <w:p>
      <w:pPr>
        <w:jc w:val="right"/>
      </w:pPr>
      <w:r>
        <w:t>خامخواہ ایسا نہیں ہے۔</w:t>
      </w:r>
    </w:p>
    <w:p>
      <w:r>
        <w:rPr>
          <w:b/>
        </w:rPr>
        <w:t xml:space="preserve">[06:22] </w:t>
      </w:r>
      <w:r>
        <w:t>yeh ek demonstration hai is baat ka jo ayat mein kahi gayi hai.</w:t>
      </w:r>
    </w:p>
    <w:p>
      <w:pPr>
        <w:jc w:val="right"/>
      </w:pPr>
      <w:r>
        <w:t>یہ ایک ڈیمونسٹریشن ہے اس بات کا جو آیت میں کہی گئی ہے۔</w:t>
      </w:r>
    </w:p>
    <w:p>
      <w:r>
        <w:rPr>
          <w:b/>
        </w:rPr>
        <w:t xml:space="preserve">[06:28] </w:t>
      </w:r>
      <w:r>
        <w:t>to yeh nuqs jo hai, nuqs mani hote hain loss, jaan ka loss aur maal ka loss.</w:t>
      </w:r>
    </w:p>
    <w:p>
      <w:pPr>
        <w:jc w:val="right"/>
      </w:pPr>
      <w:r>
        <w:t>تو یہ نقص جو ہے، نقص معنی ہوتے ہیں لاس، جان کا لاس اور مال کا لاس۔</w:t>
      </w:r>
    </w:p>
    <w:p>
      <w:r>
        <w:rPr>
          <w:b/>
        </w:rPr>
        <w:t xml:space="preserve">[06:34] </w:t>
      </w:r>
      <w:r>
        <w:t>yeh as a principle Quran mein bataya gaya hai.</w:t>
      </w:r>
    </w:p>
    <w:p>
      <w:pPr>
        <w:jc w:val="right"/>
      </w:pPr>
      <w:r>
        <w:t>یہ ایز اے پرنسپل قرآن میں بتایا گیا ہے۔</w:t>
      </w:r>
    </w:p>
    <w:p>
      <w:r>
        <w:rPr>
          <w:b/>
        </w:rPr>
        <w:t xml:space="preserve">[06:40] </w:t>
      </w:r>
      <w:r>
        <w:t>aur Kaaba is ka demonstration hai qayamat tak ke liye.</w:t>
      </w:r>
    </w:p>
    <w:p>
      <w:pPr>
        <w:jc w:val="right"/>
      </w:pPr>
      <w:r>
        <w:t>اور کعبہ اس کا ڈیمونسٹریشن ہے قیامت تک کے لیے۔</w:t>
      </w:r>
    </w:p>
    <w:p>
      <w:r>
        <w:rPr>
          <w:b/>
        </w:rPr>
        <w:t xml:space="preserve">[06:46] </w:t>
      </w:r>
      <w:r>
        <w:t>aur har har Musalman dekha hai aisi aisi jagah yeh waqea keh diya gaya, farz kiya ke Nooruddin</w:t>
      </w:r>
    </w:p>
    <w:p>
      <w:pPr>
        <w:jc w:val="right"/>
      </w:pPr>
      <w:r>
        <w:t>اور ہر ہر مسلمان دیکھا ہے ایسی ایسی جگہ یہ واقعہ کہہ دیا گیا، فرض کیا کہ نورالدین</w:t>
      </w:r>
    </w:p>
    <w:p>
      <w:r>
        <w:rPr>
          <w:b/>
        </w:rPr>
        <w:t xml:space="preserve">[06:52] </w:t>
      </w:r>
      <w:r>
        <w:t>mein hota koi aisa maamla to yahan kaun dekhta? lekin Ka</w:t>
      </w:r>
    </w:p>
    <w:p>
      <w:pPr>
        <w:jc w:val="right"/>
      </w:pPr>
      <w:r>
        <w:t>میں ہوتا کوئی ایسا معاملہ تو یہاں کون دیکھتا؟ لیکن ک</w:t>
      </w:r>
    </w:p>
    <w:p>
      <w:r>
        <w:rPr>
          <w:b/>
        </w:rPr>
        <w:t xml:space="preserve">[06:58] </w:t>
      </w:r>
      <w:r>
        <w:t>ubah mein har aadmi dekh raha hai ke kaba aisa tha pehle, phir toda gaya, phir hatim shakal</w:t>
      </w:r>
    </w:p>
    <w:p>
      <w:pPr>
        <w:jc w:val="right"/>
      </w:pPr>
      <w:r>
        <w:t>عبہ میں ہر آدمی دیکھ رہا ہے کہ کعبہ ایسا تھا پہلے، پھر توڑا گیا، پھر حتیم شکل</w:t>
      </w:r>
    </w:p>
    <w:p>
      <w:r>
        <w:rPr>
          <w:b/>
        </w:rPr>
        <w:t xml:space="preserve">[07:04] </w:t>
      </w:r>
      <w:r>
        <w:t>mein chhod diya gaya.</w:t>
      </w:r>
    </w:p>
    <w:p>
      <w:pPr>
        <w:jc w:val="right"/>
      </w:pPr>
      <w:r>
        <w:t>میں چھوڑ دیا گیا۔</w:t>
      </w:r>
    </w:p>
    <w:p>
      <w:r>
        <w:rPr>
          <w:b/>
        </w:rPr>
        <w:t xml:space="preserve">[07:10] </w:t>
      </w:r>
      <w:r>
        <w:t>mein sochate sochate mujhe ek aur baat yaad aai, woh yeh ke 1947 mein india ka partition hua</w:t>
      </w:r>
    </w:p>
    <w:p>
      <w:pPr>
        <w:jc w:val="right"/>
      </w:pPr>
      <w:r>
        <w:t>یہ سوچتے سوچتے مجھے ایک اور بات یاد آئی، وہ یہ کہ 1947 میں انڈیا کا پارٹیشن ہوا</w:t>
      </w:r>
    </w:p>
    <w:p>
      <w:r>
        <w:rPr>
          <w:b/>
        </w:rPr>
        <w:t xml:space="preserve">[07:17] </w:t>
      </w:r>
      <w:r>
        <w:t>aur pakistan bana.</w:t>
      </w:r>
    </w:p>
    <w:p>
      <w:pPr>
        <w:jc w:val="right"/>
      </w:pPr>
      <w:r>
        <w:t>اور پاکستان بنا۔</w:t>
      </w:r>
    </w:p>
    <w:p>
      <w:r>
        <w:rPr>
          <w:b/>
        </w:rPr>
        <w:t xml:space="preserve">[07:23] </w:t>
      </w:r>
      <w:r>
        <w:t>to is ke jo</w:t>
      </w:r>
    </w:p>
    <w:p>
      <w:pPr>
        <w:jc w:val="right"/>
      </w:pPr>
      <w:r>
        <w:t>تو اس کے جو</w:t>
      </w:r>
    </w:p>
    <w:p>
      <w:r>
        <w:rPr>
          <w:b/>
        </w:rPr>
        <w:t xml:space="preserve">[07:29] </w:t>
      </w:r>
      <w:r>
        <w:t>leader the muhammad ali jinnah, unhon ne kaha tha ke hum jo chahte the pakistan woh waqt hum</w:t>
      </w:r>
    </w:p>
    <w:p>
      <w:pPr>
        <w:jc w:val="right"/>
      </w:pPr>
      <w:r>
        <w:t>لیڈر تھے محمد علی جناح، انہوں نے کہا تھا کہ ہم جو چاہتے تھے پاکستان وہ وقت ہم</w:t>
      </w:r>
    </w:p>
    <w:p>
      <w:r>
        <w:rPr>
          <w:b/>
        </w:rPr>
        <w:t xml:space="preserve">[07:34] </w:t>
      </w:r>
      <w:r>
        <w:t>nahin mila hum ko.</w:t>
      </w:r>
    </w:p>
    <w:p>
      <w:pPr>
        <w:jc w:val="right"/>
      </w:pPr>
      <w:r>
        <w:t>نہیں ملا ہم کو۔</w:t>
      </w:r>
    </w:p>
    <w:p>
      <w:r>
        <w:rPr>
          <w:b/>
        </w:rPr>
        <w:t xml:space="preserve">[07:39] </w:t>
      </w:r>
      <w:r>
        <w:t>yeh to truncated pakistan hai.</w:t>
      </w:r>
    </w:p>
    <w:p>
      <w:pPr>
        <w:jc w:val="right"/>
      </w:pPr>
      <w:r>
        <w:t>یہ تو ٹرنکیٹڈ پاکستان ہے۔</w:t>
      </w:r>
    </w:p>
    <w:p>
      <w:r>
        <w:rPr>
          <w:b/>
        </w:rPr>
        <w:t xml:space="preserve">[07:44] </w:t>
      </w:r>
      <w:r>
        <w:t>truncated pakistan ka matlab hua kata phata pakistan. kata phata.</w:t>
      </w:r>
    </w:p>
    <w:p>
      <w:pPr>
        <w:jc w:val="right"/>
      </w:pPr>
      <w:r>
        <w:t>ٹرنکیٹڈ پاکستان کا مطلب ہوا کٹا پھٹا پاکستان۔ کٹا پھٹا۔</w:t>
      </w:r>
    </w:p>
    <w:p>
      <w:r>
        <w:rPr>
          <w:b/>
        </w:rPr>
        <w:t xml:space="preserve">[07:49] </w:t>
      </w:r>
      <w:r>
        <w:t>woh zyada bada raqba chahte the, pakistan ke naam se zyada bada area chahte the woh, lekin kam</w:t>
      </w:r>
    </w:p>
    <w:p>
      <w:pPr>
        <w:jc w:val="right"/>
      </w:pPr>
      <w:r>
        <w:t>وہ زیادہ بڑا رقبہ چاہتے تھے، پاکستان کے نام سے زیادہ بڑا ایریا چاہتے تھے وہ، لیکن کم</w:t>
      </w:r>
    </w:p>
    <w:p>
      <w:r>
        <w:rPr>
          <w:b/>
        </w:rPr>
        <w:t xml:space="preserve">[07:54] </w:t>
      </w:r>
      <w:r>
        <w:t>area mila un ko.</w:t>
      </w:r>
    </w:p>
    <w:p>
      <w:pPr>
        <w:jc w:val="right"/>
      </w:pPr>
      <w:r>
        <w:t>ایریا ملا ان کو۔</w:t>
      </w:r>
    </w:p>
    <w:p>
      <w:r>
        <w:rPr>
          <w:b/>
        </w:rPr>
        <w:t xml:space="preserve">[07:59] </w:t>
      </w:r>
      <w:r>
        <w:t>تو انہوں نے کہا کہ ہم کو truncated پاکستان ملا ہے۔</w:t>
      </w:r>
    </w:p>
    <w:p>
      <w:pPr>
        <w:jc w:val="right"/>
      </w:pPr>
      <w:r>
        <w:t>تو انہوں نے کہا کہ ہم کو ٹرنکیٹڈ پاکستان ملا ہے۔</w:t>
      </w:r>
    </w:p>
    <w:p>
      <w:r>
        <w:rPr>
          <w:b/>
        </w:rPr>
        <w:t xml:space="preserve">[08:05] </w:t>
      </w:r>
      <w:r>
        <w:t>achha jinnah sahib ne yeh nahin socha, khud india ko bhi to truncated india mila hai.</w:t>
      </w:r>
    </w:p>
    <w:p>
      <w:pPr>
        <w:jc w:val="right"/>
      </w:pPr>
      <w:r>
        <w:t>اچھا جناح صاحب نے یہ نہیں سوچا، خود انڈیا کو بھی تو ٹرنکیٹڈ انڈیا ملا ہے۔</w:t>
      </w:r>
    </w:p>
    <w:p>
      <w:r>
        <w:rPr>
          <w:b/>
        </w:rPr>
        <w:t xml:space="preserve">[08:11] </w:t>
      </w:r>
      <w:r>
        <w:t>india ke jitne leader the, jawaharlal nehru muhammad ali jinnah aur ghazi waghera, sab ke sab poora poora india chahte the.</w:t>
      </w:r>
    </w:p>
    <w:p>
      <w:pPr>
        <w:jc w:val="right"/>
      </w:pPr>
      <w:r>
        <w:t>انڈیا کے جتنے لیڈر تھے، جوال نارو محمد اور غازی وغیرہ، سب کے سب پورا پورا انڈیا چاہتے تھے۔</w:t>
      </w:r>
    </w:p>
    <w:p>
      <w:r>
        <w:rPr>
          <w:b/>
        </w:rPr>
        <w:t xml:space="preserve">[08:18] </w:t>
      </w:r>
      <w:r>
        <w:t>poora poora india aazad india banana chahte the.</w:t>
      </w:r>
    </w:p>
    <w:p>
      <w:pPr>
        <w:jc w:val="right"/>
      </w:pPr>
      <w:r>
        <w:t>پورا پورا انڈیا آزاد انڈیا بنانا چاہتے تھے۔</w:t>
      </w:r>
    </w:p>
    <w:p>
      <w:r>
        <w:rPr>
          <w:b/>
        </w:rPr>
        <w:t xml:space="preserve">[08:24] </w:t>
      </w:r>
      <w:r>
        <w:t>lekin un ko bhi dekhiye, idhar pakistan kat gaya, idhar bangladesh kat gaya.</w:t>
      </w:r>
    </w:p>
    <w:p>
      <w:pPr>
        <w:jc w:val="right"/>
      </w:pPr>
      <w:r>
        <w:t>لیکن ان کو بھی دیکھیے، ادھر پاکستان کٹ گیا، ادھر بنگلہ دیش کٹ گیا۔</w:t>
      </w:r>
    </w:p>
    <w:p>
      <w:r>
        <w:rPr>
          <w:b/>
        </w:rPr>
        <w:t xml:space="preserve">[08:30] </w:t>
      </w:r>
      <w:r>
        <w:t>to india ke leaderon ko bhi to truncated india mila.</w:t>
      </w:r>
    </w:p>
    <w:p>
      <w:pPr>
        <w:jc w:val="right"/>
      </w:pPr>
      <w:r>
        <w:t>تو انڈیا کے لیڈروں کو بھی تو ٹرنکیٹڈ انڈیا ملا۔</w:t>
      </w:r>
    </w:p>
    <w:p>
      <w:r>
        <w:rPr>
          <w:b/>
        </w:rPr>
        <w:t xml:space="preserve">[08:34] </w:t>
      </w:r>
      <w:r>
        <w:t>yeh sirf jinnah ki baat nahin thi.</w:t>
      </w:r>
    </w:p>
    <w:p>
      <w:pPr>
        <w:jc w:val="right"/>
      </w:pPr>
      <w:r>
        <w:t>یہ صرف جناح کی بات نہیں تھی۔</w:t>
      </w:r>
    </w:p>
    <w:p>
      <w:r>
        <w:rPr>
          <w:b/>
        </w:rPr>
        <w:t xml:space="preserve">[08:39] </w:t>
      </w:r>
      <w:r>
        <w:t>to jinnah sahib agar yeh sochte to bohat bade usool ko daryaft karte.</w:t>
      </w:r>
    </w:p>
    <w:p>
      <w:pPr>
        <w:jc w:val="right"/>
      </w:pPr>
      <w:r>
        <w:t>تو جناح صاحب اگر یہ سوچتے تو بہت بڑے اصول کو دریافت کرتے۔</w:t>
      </w:r>
    </w:p>
    <w:p>
      <w:r>
        <w:rPr>
          <w:b/>
        </w:rPr>
        <w:t xml:space="preserve">[08:43] </w:t>
      </w:r>
      <w:r>
        <w:t>nahin, woh nahin kar sake.</w:t>
      </w:r>
    </w:p>
    <w:p>
      <w:pPr>
        <w:jc w:val="right"/>
      </w:pPr>
      <w:r>
        <w:t>نہیں، وہ نہیں کر سکے۔</w:t>
      </w:r>
    </w:p>
    <w:p>
      <w:r>
        <w:rPr>
          <w:b/>
        </w:rPr>
        <w:t xml:space="preserve">[08:47] </w:t>
      </w:r>
      <w:r>
        <w:t>ab jab unhon ne yeh keh diya ke hum ko truncated pakistan mila hai, to unhon ne ek</w:t>
      </w:r>
    </w:p>
    <w:p>
      <w:pPr>
        <w:jc w:val="right"/>
      </w:pPr>
      <w:r>
        <w:t>اب جب انہوں نے یہ کہہ دیا کہ ہم کو ٹرنکیٹڈ پاکستان ملا ہے، تو انہوں نے ایک</w:t>
      </w:r>
    </w:p>
    <w:p>
      <w:r>
        <w:rPr>
          <w:b/>
        </w:rPr>
        <w:t xml:space="preserve">[08:52] </w:t>
      </w:r>
      <w:r>
        <w:t>trend set kar diya.</w:t>
      </w:r>
    </w:p>
    <w:p>
      <w:pPr>
        <w:jc w:val="right"/>
      </w:pPr>
      <w:r>
        <w:t>ٹرینڈ سیٹ کر دیا۔</w:t>
      </w:r>
    </w:p>
    <w:p>
      <w:r>
        <w:rPr>
          <w:b/>
        </w:rPr>
        <w:t xml:space="preserve">[08:56] </w:t>
      </w:r>
      <w:r>
        <w:t>jinnah sab se bare leader the pakistan ke, woh founder the is ke</w:t>
      </w:r>
    </w:p>
    <w:p>
      <w:pPr>
        <w:jc w:val="right"/>
      </w:pPr>
      <w:r>
        <w:t>جواں جناح سب سے بڑے لیڈر تھے پاکستان کے، وہ فاؤنڈر تھے اس کے</w:t>
      </w:r>
    </w:p>
    <w:p>
      <w:r>
        <w:rPr>
          <w:b/>
        </w:rPr>
        <w:t xml:space="preserve">[09:00] </w:t>
      </w:r>
      <w:r>
        <w:t>.</w:t>
      </w:r>
    </w:p>
    <w:p>
      <w:pPr>
        <w:jc w:val="right"/>
      </w:pPr>
      <w:r>
        <w:t>۔</w:t>
      </w:r>
    </w:p>
    <w:p>
      <w:r>
        <w:rPr>
          <w:b/>
        </w:rPr>
        <w:t xml:space="preserve">[09:04] </w:t>
      </w:r>
      <w:r>
        <w:t>to woh trend setter ban gaye.</w:t>
      </w:r>
    </w:p>
    <w:p>
      <w:pPr>
        <w:jc w:val="right"/>
      </w:pPr>
      <w:r>
        <w:t>تو وہ ٹرینڈ سیٹر بن گئے۔</w:t>
      </w:r>
    </w:p>
    <w:p>
      <w:r>
        <w:rPr>
          <w:b/>
        </w:rPr>
        <w:t xml:space="preserve">[09:09] </w:t>
      </w:r>
      <w:r>
        <w:t>یعنی سارے پاکستانی لوگ کا ذہن یہ بن گیا کہ ہمیں detonate کرنا ہے۔</w:t>
      </w:r>
    </w:p>
    <w:p>
      <w:pPr>
        <w:jc w:val="right"/>
      </w:pPr>
      <w:r>
        <w:t>یعنی سارے پاکستانی لوگ کا ذہن یہ بن گیا کہ ہمیں ڈی ٹرنکیٹ کرنا ہے۔</w:t>
      </w:r>
    </w:p>
    <w:p>
      <w:r>
        <w:rPr>
          <w:b/>
        </w:rPr>
        <w:t xml:space="preserve">[09:13] </w:t>
      </w:r>
      <w:r>
        <w:t>yaani truncated pakistan ko dobara humein de-truncated pakistan banana hai.</w:t>
      </w:r>
    </w:p>
    <w:p>
      <w:pPr>
        <w:jc w:val="right"/>
      </w:pPr>
      <w:r>
        <w:t>یعنی ٹرنکیٹڈ پاکستان کو دوبارہ ہمیں ڈی ٹرنکیٹڈ پاکستان بنانا ہے۔</w:t>
      </w:r>
    </w:p>
    <w:p>
      <w:r>
        <w:rPr>
          <w:b/>
        </w:rPr>
        <w:t xml:space="preserve">[09:17] </w:t>
      </w:r>
      <w:r>
        <w:t>yeh yeh trend diya unhon ne.</w:t>
      </w:r>
    </w:p>
    <w:p>
      <w:pPr>
        <w:jc w:val="right"/>
      </w:pPr>
      <w:r>
        <w:t>یہ یہ ٹرینڈ دیا انہوں نے۔</w:t>
      </w:r>
    </w:p>
    <w:p>
      <w:r>
        <w:rPr>
          <w:b/>
        </w:rPr>
        <w:t xml:space="preserve">[09:22] </w:t>
      </w:r>
      <w:r>
        <w:t>aur aaj tak wahi wahi trend Pakistan ke logon ka hai ke jo hissa unke nazdeek Pakistan</w:t>
      </w:r>
    </w:p>
    <w:p>
      <w:pPr>
        <w:jc w:val="right"/>
      </w:pPr>
      <w:r>
        <w:t>اور آج تک وہی وہی ٹرینڈ پاکستان کے لوگوں کا ہے کہ جو حصہ ان کے نزدیک پاکستان</w:t>
      </w:r>
    </w:p>
    <w:p>
      <w:r>
        <w:rPr>
          <w:b/>
        </w:rPr>
        <w:t xml:space="preserve">[09:26] </w:t>
      </w:r>
      <w:r>
        <w:t>ka mein shamil nahi hua</w:t>
      </w:r>
    </w:p>
    <w:p>
      <w:pPr>
        <w:jc w:val="right"/>
      </w:pPr>
      <w:r>
        <w:t>کا میں شامل نہیں ہوا</w:t>
      </w:r>
    </w:p>
    <w:p>
      <w:r>
        <w:rPr>
          <w:b/>
        </w:rPr>
        <w:t xml:space="preserve">[09:30] </w:t>
      </w:r>
      <w:r>
        <w:t>, is ke larr rahe hain, larr rahe hain, larr rahe hain.</w:t>
      </w:r>
    </w:p>
    <w:p>
      <w:pPr>
        <w:jc w:val="right"/>
      </w:pPr>
      <w:r>
        <w:t>، اس کے لڑ رہے ہیں، لڑ رہے ہیں، لڑ رہے ہیں۔</w:t>
      </w:r>
    </w:p>
    <w:p>
      <w:r>
        <w:rPr>
          <w:b/>
        </w:rPr>
        <w:t xml:space="preserve">[09:35] </w:t>
      </w:r>
      <w:r>
        <w:t>aur yahan tak ke Pakistan aik failed state ban gaya.</w:t>
      </w:r>
    </w:p>
    <w:p>
      <w:pPr>
        <w:jc w:val="right"/>
      </w:pPr>
      <w:r>
        <w:t>اور یہاں تک کہ پاکستان ایک فیلڈ اسٹیٹ بن گیا۔</w:t>
      </w:r>
    </w:p>
    <w:p>
      <w:r>
        <w:rPr>
          <w:b/>
        </w:rPr>
        <w:t xml:space="preserve">[09:39] </w:t>
      </w:r>
      <w:r>
        <w:t>تو اس کو سوچتے ہوئے مجھے سمجھ آیا کہ اس دنیا میں انسان کو truncated Pakistan ہی ملے گا۔</w:t>
      </w:r>
    </w:p>
    <w:p>
      <w:pPr>
        <w:jc w:val="right"/>
      </w:pPr>
      <w:r>
        <w:t>تو اس کو سوچتے ہوئے مجھے سمجھ آیا کہ اس دنیا میں انسان کو ٹرنکیٹڈ پاکستان ہی ملے گا۔</w:t>
      </w:r>
    </w:p>
    <w:p>
      <w:r>
        <w:rPr>
          <w:b/>
        </w:rPr>
        <w:t xml:space="preserve">[09:43] </w:t>
      </w:r>
      <w:r>
        <w:t>حتی کہ کعبہ بھی truncated کعبہ ملے گا۔</w:t>
      </w:r>
    </w:p>
    <w:p>
      <w:pPr>
        <w:jc w:val="right"/>
      </w:pPr>
      <w:r>
        <w:t>حتی کہ کعبہ بھی ٹرنکیٹڈ کعبہ ملے گا۔</w:t>
      </w:r>
    </w:p>
    <w:p>
      <w:r>
        <w:rPr>
          <w:b/>
        </w:rPr>
        <w:t xml:space="preserve">[09:48] </w:t>
      </w:r>
      <w:r>
        <w:t>yeh Allah ka batana tha.</w:t>
      </w:r>
    </w:p>
    <w:p>
      <w:pPr>
        <w:jc w:val="right"/>
      </w:pPr>
      <w:r>
        <w:t>یہ اللہ کا بتانا تھا۔</w:t>
      </w:r>
    </w:p>
    <w:p>
      <w:r>
        <w:rPr>
          <w:b/>
        </w:rPr>
        <w:t xml:space="preserve">[09:52] </w:t>
      </w:r>
      <w:r>
        <w:t>maal mein aur jaan mein nuqs ka jo principle Quran mein bataya gaya hai, woh yahi to hai.</w:t>
      </w:r>
    </w:p>
    <w:p>
      <w:pPr>
        <w:jc w:val="right"/>
      </w:pPr>
      <w:r>
        <w:t>مال میں اور جان میں نقص کا جو پرنسپل قرآن میں بتایا گیا ہے، وہ یہی تو ہے۔</w:t>
      </w:r>
    </w:p>
    <w:p>
      <w:r>
        <w:rPr>
          <w:b/>
        </w:rPr>
        <w:t xml:space="preserve">[09:56] </w:t>
      </w:r>
      <w:r>
        <w:t>to Allah taala ka matloob</w:t>
      </w:r>
    </w:p>
    <w:p>
      <w:pPr>
        <w:jc w:val="right"/>
      </w:pPr>
      <w:r>
        <w:t>تو اللہ تعالی کا مطلوب</w:t>
      </w:r>
    </w:p>
    <w:p>
      <w:r>
        <w:rPr>
          <w:b/>
        </w:rPr>
        <w:t xml:space="preserve">[10:00] </w:t>
      </w:r>
      <w:r>
        <w:t>tha ke sari dunya ke musalman aain, dekhen, aain dekhen ke is dunya mein tum ko Kaba bhi</w:t>
      </w:r>
    </w:p>
    <w:p>
      <w:pPr>
        <w:jc w:val="right"/>
      </w:pPr>
      <w:r>
        <w:t>تھا کہ ساری دنیا کے مسلمان آئیں، دیکھیں، آئیں دیکھیں کہ اس دنیا میں تم کو کعبہ بھی</w:t>
      </w:r>
    </w:p>
    <w:p>
      <w:r>
        <w:rPr>
          <w:b/>
        </w:rPr>
        <w:t xml:space="preserve">[10:06] </w:t>
      </w:r>
      <w:r>
        <w:t>truncated Kaaba ki shakal mein milega.</w:t>
      </w:r>
    </w:p>
    <w:p>
      <w:pPr>
        <w:jc w:val="right"/>
      </w:pPr>
      <w:r>
        <w:t>ٹرنکیٹڈ کعبہ کی شکل میں ملے گا۔</w:t>
      </w:r>
    </w:p>
    <w:p>
      <w:r>
        <w:rPr>
          <w:b/>
        </w:rPr>
        <w:t xml:space="preserve">[10:12] </w:t>
      </w:r>
      <w:r>
        <w:t>yeh mat samajhna ke poora poora mil sakta hai tum ko koi cheez.</w:t>
      </w:r>
    </w:p>
    <w:p>
      <w:pPr>
        <w:jc w:val="right"/>
      </w:pPr>
      <w:r>
        <w:t>یہ مت سمجھنا کہ پورا پورا مل سکتا ہے تم کو کوئی چیز۔</w:t>
      </w:r>
    </w:p>
    <w:p>
      <w:r>
        <w:rPr>
          <w:b/>
        </w:rPr>
        <w:t xml:space="preserve">[10:18] </w:t>
      </w:r>
      <w:r>
        <w:t>agar musalman is sabaq ko jaan lete to koi larrhai nahi, koi terrorism nahi, kuch nahi, koi violence nahi.</w:t>
      </w:r>
    </w:p>
    <w:p>
      <w:pPr>
        <w:jc w:val="right"/>
      </w:pPr>
      <w:r>
        <w:t>اگر مسلمان اس سبق کو جان لیتے تو کوئی لڑائی نہیں، کوئی ٹیررزم نہیں، کچھ نہیں، کوئی وائلنس نہیں۔</w:t>
      </w:r>
    </w:p>
    <w:p>
      <w:r>
        <w:rPr>
          <w:b/>
        </w:rPr>
        <w:t xml:space="preserve">[10:24] </w:t>
      </w:r>
      <w:r>
        <w:t>kyunke sara violence jo hai aap dekhiye, isi isi liye ho raha hai ke woh t</w:t>
      </w:r>
    </w:p>
    <w:p>
      <w:pPr>
        <w:jc w:val="right"/>
      </w:pPr>
      <w:r>
        <w:t>کیونکہ سارا وائلنس جو ہے آپ دیکھیے، اسی اسی لیے ہو رہا ہے کہ وہ ٹ</w:t>
      </w:r>
    </w:p>
    <w:p>
      <w:r>
        <w:rPr>
          <w:b/>
        </w:rPr>
        <w:t xml:space="preserve">[10:30] </w:t>
      </w:r>
      <w:r>
        <w:t>runcation ko de-truncate karna chahte hain. sab isi liye hai. misaal ke taur par dekhiye, falasteen mein 60 baras ladai ho rahi hai. kyun ho rahi hai? balfour declaration ke tehat 1948 mein falasteen ko banta gaya tha. indefinitely aadha israel ko</w:t>
      </w:r>
    </w:p>
    <w:p>
      <w:pPr>
        <w:jc w:val="right"/>
      </w:pPr>
      <w:r>
        <w:t>رنکیشن کو ڈی ٹرنکیٹ کرنا چاہتے ہیں۔ سب اسی لیے ہے۔ مثلاً دیکھیے، فلسطین میں 60 برس لڑائی ہو رہی ہے۔ کیوں ہو رہی ہے؟ بالفورڈ آرڈر کے تحت 1948 میں فلسطین کو بانٹا گیا تھا۔ انڈیفینٹلی آدھا اسرائیل کو</w:t>
      </w:r>
    </w:p>
    <w:p>
      <w:r>
        <w:rPr>
          <w:b/>
        </w:rPr>
        <w:t xml:space="preserve">[11:00] </w:t>
      </w:r>
      <w:r>
        <w:t>aur aadha arabon ko. lekin usi waqt jhanda le ke khade ho gaye hassan al banna, syed qutb aur yasser arafat, sare log ke humein truncated pakistan nahi chahiye, humein poora pakistan chahiye. yani falasteen jo mila tha un ko, that was truncated falasteen.</w:t>
      </w:r>
    </w:p>
    <w:p>
      <w:pPr>
        <w:jc w:val="right"/>
      </w:pPr>
      <w:r>
        <w:t>اور آدھا عربوں کو۔ لیکن اسی وقت جھنڈا لے کے کھڑے ہو گئے حسن البنا، سید قطب اور یاسر عرفات، سارے لوگ کہ ہمیں ٹرنکیٹڈ پاکستان نہیں چاہیے، ہمیں پورا پاکستان چاہیے۔ یعنی فلسطین جو ملا تھا ان کو، دیٹ واز ٹرنکیٹڈ فلسطین۔</w:t>
      </w:r>
    </w:p>
    <w:p>
      <w:r>
        <w:rPr>
          <w:b/>
        </w:rPr>
        <w:t xml:space="preserve">[11:30] </w:t>
      </w:r>
      <w:r>
        <w:t>lekin un ka humein manzoor nahi hai, humein poora chahiye. to yeh jo demand thi, that was against against creation plan of god. yeh bohat ajib cheez mujhe sochte sochte daryaft hui ke allah taala ne quran mein likh diya kaba ki shakal mein, is ko ek demonstration de diya is ka, aur bata diya ke dekho is dunya mein jo milega tum ko,</w:t>
      </w:r>
    </w:p>
    <w:p>
      <w:pPr>
        <w:jc w:val="right"/>
      </w:pPr>
      <w:r>
        <w:t>لیکن ان کا ہمیں منظور نہیں ہے، ہمیں پورا چاہیے۔ تو یہ جو ڈیمانڈ تھی، دیٹ واز اگینسٹ اگینسٹ کرشن پلان اف گاڈ۔ یہ بہت عجیب چیز مجھے سوچتے سوچتے دریافت ہوئی کہ اللہ تعالی نے قرآن میں لکھ دیا کعبہ کی شکل میں، اس کو ایک ڈیمونسٹریشن دے دیا اس کا، اور بتا دیا کہ دیکھو اس دنیا میں جو ملے گا تم کو،</w:t>
      </w:r>
    </w:p>
    <w:p>
      <w:r>
        <w:rPr>
          <w:b/>
        </w:rPr>
        <w:t xml:space="preserve">[12:00] </w:t>
      </w:r>
      <w:r>
        <w:t>woh truncated way mein milega. chahe job ho, chahe business ho ya family ho, har jagah koi na koi truncation ka waqia hoga. yani kami ka waqia kuch hoga. to is ko bardasht karo, is ko is pe lado mat is ke liye. yeh bari ajib baat meri samajh mein aayi. jitni bhi dunya, yani sabhi log is hisab se samajh</w:t>
      </w:r>
    </w:p>
    <w:p>
      <w:pPr>
        <w:jc w:val="right"/>
      </w:pPr>
      <w:r>
        <w:t>وہ ٹرنکیٹڈ وے ملے گا۔ چاہے جاب ہو، چاہے بزنس ہو یا فیملی ہو، ہر جگہ کوئی نہ کوئی ٹرنکیشن کا واقعہ ہوگا۔ یعنی کمی کا واقعہ کچھ ہوگا۔ تو اس کو برداشت کرو، اس کو اس پہ لڑو مت اس کے لیے۔ یہ بڑی عجیب بات میری سمجھ میں آئی۔ جتنی بھی دنیا، یعنی سبھی لوگ اس حساب سے سمجھ</w:t>
      </w:r>
    </w:p>
    <w:p>
      <w:r>
        <w:rPr>
          <w:b/>
        </w:rPr>
        <w:t xml:space="preserve">[12:30] </w:t>
      </w:r>
      <w:r>
        <w:t>rahe hain, aur musalman khas tor par mein kahoon ga, kyunke musalman ko to Quran mein bataya gaya</w:t>
      </w:r>
    </w:p>
    <w:p>
      <w:pPr>
        <w:jc w:val="right"/>
      </w:pPr>
      <w:r>
        <w:t>رہے ہیں، اور مسلمان خاص طور پر میں کہوں گا، کیونکہ مسلمان کو تو قرآن میں بتایا گیا</w:t>
      </w:r>
    </w:p>
    <w:p>
      <w:r>
        <w:rPr>
          <w:b/>
        </w:rPr>
        <w:t xml:space="preserve">[12:37] </w:t>
      </w:r>
      <w:r>
        <w:t>تھا کہ یہاں نقص ہوگا، یہاں loss کا تجربہ پیش آئے گا، اور یہاں ہمیشہ truncated کعبہ ملے</w:t>
      </w:r>
    </w:p>
    <w:p>
      <w:pPr>
        <w:jc w:val="right"/>
      </w:pPr>
      <w:r>
        <w:t>تھا کہ یہاں نقص ہوگا، یہاں لاس کا تجربہ پیش آئے گا، اور یہاں ہمیشہ ٹرنکیٹڈ کعبہ ملے</w:t>
      </w:r>
    </w:p>
    <w:p>
      <w:r>
        <w:rPr>
          <w:b/>
        </w:rPr>
        <w:t xml:space="preserve">[12:43] </w:t>
      </w:r>
      <w:r>
        <w:t>ga tum ko.</w:t>
      </w:r>
    </w:p>
    <w:p>
      <w:pPr>
        <w:jc w:val="right"/>
      </w:pPr>
      <w:r>
        <w:t>گا تم کو۔</w:t>
      </w:r>
    </w:p>
    <w:p>
      <w:r>
        <w:rPr>
          <w:b/>
        </w:rPr>
        <w:t xml:space="preserve">[12:49] </w:t>
      </w:r>
      <w:r>
        <w:t>تو پیغمبر نے برداشت کیا truncated Kaaba ko.</w:t>
      </w:r>
    </w:p>
    <w:p>
      <w:pPr>
        <w:jc w:val="right"/>
      </w:pPr>
      <w:r>
        <w:t>تو پیغمبر نے برداشت کیا ٹرنکیٹڈ کعبہ کو۔</w:t>
      </w:r>
    </w:p>
    <w:p>
      <w:r>
        <w:rPr>
          <w:b/>
        </w:rPr>
        <w:t xml:space="preserve">[12:55] </w:t>
      </w:r>
      <w:r>
        <w:t>aap ghor kijiye, aik tareekh ka aik waqea mein aap ko yaad dila</w:t>
      </w:r>
    </w:p>
    <w:p>
      <w:pPr>
        <w:jc w:val="right"/>
      </w:pPr>
      <w:r>
        <w:t>آپ غور کیجیے، ایک تاریخ کا ایک واقعہ میں آپ کو یاد دل</w:t>
      </w:r>
    </w:p>
    <w:p>
      <w:r>
        <w:rPr>
          <w:b/>
        </w:rPr>
        <w:t xml:space="preserve">[13:01] </w:t>
      </w:r>
      <w:r>
        <w:t>chahta hoon ke allah taala ko itna zyada manzoor tha ke kaba isi shakal mein rahay. bohat ajib baat hai yeh ke rasool allah ke zamane mein is ko dobara rebuild nahi kiya gaya, aur khaleefa abubakar ke zamane mein is ko dobara rebuild nahi kiya gaya, de-truncate nahi kiya gaya. hazrat umar ke zamane mein is ko</w:t>
      </w:r>
    </w:p>
    <w:p>
      <w:pPr>
        <w:jc w:val="right"/>
      </w:pPr>
      <w:r>
        <w:t>انا چاہتا ہوں کہ اللہ تعالی کو اتنا زیادہ منظور تھا کہ کعبہ اسی شکل میں رہے۔ بہت عجیب بات ہے یہ کہ رسول اللہ کے زمانے میں اس کو دوبارہ ریبٹ نہیں کیا گیا، اور خلیفہ ابوبکر کے زمانے میں اس کو دوبارہ دوبارہ ریبٹ نہیں کیا گیا، ڈی ٹرنکیٹ نہیں کیا گیا۔ حضرت عمر کے زمانے میں اس کو</w:t>
      </w:r>
    </w:p>
    <w:p>
      <w:r>
        <w:rPr>
          <w:b/>
        </w:rPr>
        <w:t xml:space="preserve">[13:31] </w:t>
      </w:r>
      <w:r>
        <w:t>de truncate nahi kiya gaya.</w:t>
      </w:r>
    </w:p>
    <w:p>
      <w:pPr>
        <w:jc w:val="right"/>
      </w:pPr>
      <w:r>
        <w:t>ڈی ٹرنکیٹ نہیں کیا گیا۔</w:t>
      </w:r>
    </w:p>
    <w:p>
      <w:r>
        <w:rPr>
          <w:b/>
        </w:rPr>
        <w:t xml:space="preserve">[13:35] </w:t>
      </w:r>
      <w:r>
        <w:t>is ke baad zamana aata hai, Abdullah ibn Zubair aik sahib thay, jo aik Sahabi ke sahibzade thay,</w:t>
      </w:r>
    </w:p>
    <w:p>
      <w:pPr>
        <w:jc w:val="right"/>
      </w:pPr>
      <w:r>
        <w:t>اس کے بعد زمانہ آتا ہے، عبداللہ ابن زبیر ایک صاحب تھے، جو ایک صحابی کے صاحبزادے تھے،</w:t>
      </w:r>
    </w:p>
    <w:p>
      <w:r>
        <w:rPr>
          <w:b/>
        </w:rPr>
        <w:t xml:space="preserve">[13:39] </w:t>
      </w:r>
      <w:r>
        <w:t>woh unhon ne kuch dinon ke liye un ka is ilaqe mein, Makkah ke jo ilaqah tha, wahan</w:t>
      </w:r>
    </w:p>
    <w:p>
      <w:pPr>
        <w:jc w:val="right"/>
      </w:pPr>
      <w:r>
        <w:t>وہ انہوں نے کچھ دنوں کے لیے ان کا اس علاقے میں، مکہ کے جو علاقہ تھا، وہاں</w:t>
      </w:r>
    </w:p>
    <w:p>
      <w:r>
        <w:rPr>
          <w:b/>
        </w:rPr>
        <w:t xml:space="preserve">[13:43] </w:t>
      </w:r>
      <w:r>
        <w:t>unki hukumat ho gayi thi.</w:t>
      </w:r>
    </w:p>
    <w:p>
      <w:pPr>
        <w:jc w:val="right"/>
      </w:pPr>
      <w:r>
        <w:t>ان کی حکومت ہو گئی تھی۔</w:t>
      </w:r>
    </w:p>
    <w:p>
      <w:r>
        <w:rPr>
          <w:b/>
        </w:rPr>
        <w:t xml:space="preserve">[13:48] </w:t>
      </w:r>
      <w:r>
        <w:t>jab aapas mein larrhaiyan shuru ho gayi thin, musalmanon ki, us zamane ki baat hai.</w:t>
      </w:r>
    </w:p>
    <w:p>
      <w:pPr>
        <w:jc w:val="right"/>
      </w:pPr>
      <w:r>
        <w:t>جب آپس میں لڑائیاں شروع ہو گئی تھیں، مسلمانوں کی، اس زمانے کی بات ہے۔</w:t>
      </w:r>
    </w:p>
    <w:p>
      <w:r>
        <w:rPr>
          <w:b/>
        </w:rPr>
        <w:t xml:space="preserve">[13:52] </w:t>
      </w:r>
      <w:r>
        <w:t>to woh Kaba ke hakim ban gaye thay, woh Makkah ke hakim ban gaye thay is area ke.</w:t>
      </w:r>
    </w:p>
    <w:p>
      <w:pPr>
        <w:jc w:val="right"/>
      </w:pPr>
      <w:r>
        <w:t>تو وہ کعبہ کے حاکم بن گئے تھے، وہ مکہ کے حاکم بن گئے تھے اس ایریا کے۔</w:t>
      </w:r>
    </w:p>
    <w:p>
      <w:r>
        <w:rPr>
          <w:b/>
        </w:rPr>
        <w:t xml:space="preserve">[13:56] </w:t>
      </w:r>
      <w:r>
        <w:t>to Abdullah bin Z</w:t>
      </w:r>
    </w:p>
    <w:p>
      <w:pPr>
        <w:jc w:val="right"/>
      </w:pPr>
      <w:r>
        <w:t>تو عبداللہ بن ز</w:t>
      </w:r>
    </w:p>
    <w:p>
      <w:r>
        <w:rPr>
          <w:b/>
        </w:rPr>
        <w:t xml:space="preserve">[14:01] </w:t>
      </w:r>
      <w:r>
        <w:t>ubair ne kiya kiya ke is Kaba ko jo chowkor tha, us ko utha diya aur Hazrat Ibrahim</w:t>
      </w:r>
    </w:p>
    <w:p>
      <w:pPr>
        <w:jc w:val="right"/>
      </w:pPr>
      <w:r>
        <w:t>بیر نے کیا کیا کہ اس کعبہ کو جو چوکور تھا، اس کو اٹھا دیا اور حضرت ابراہیم</w:t>
      </w:r>
    </w:p>
    <w:p>
      <w:r>
        <w:rPr>
          <w:b/>
        </w:rPr>
        <w:t xml:space="preserve">[14:07] </w:t>
      </w:r>
      <w:r>
        <w:t>wali surat mein us ko bana diya.</w:t>
      </w:r>
    </w:p>
    <w:p>
      <w:pPr>
        <w:jc w:val="right"/>
      </w:pPr>
      <w:r>
        <w:t>والی صورت میں اس کو بنا دیا۔</w:t>
      </w:r>
    </w:p>
    <w:p>
      <w:r>
        <w:rPr>
          <w:b/>
        </w:rPr>
        <w:t xml:space="preserve">[14:13] </w:t>
      </w:r>
      <w:r>
        <w:t>to jante hain kya hua? Hajjaj se un ki larrhai hui, Hajjaj ne un ko qatal kar diya,</w:t>
      </w:r>
    </w:p>
    <w:p>
      <w:pPr>
        <w:jc w:val="right"/>
      </w:pPr>
      <w:r>
        <w:t>تو جانتے ہیں کیا ہوا؟ حجاج سے ان کی لڑائی ہوئی، حجاج نے ان کو قتل کر دیا،</w:t>
      </w:r>
    </w:p>
    <w:p>
      <w:r>
        <w:rPr>
          <w:b/>
        </w:rPr>
        <w:t xml:space="preserve">[14:19] </w:t>
      </w:r>
      <w:r>
        <w:t>aur phir dobara Kaba ko waise hi bana diya, chowkor.</w:t>
      </w:r>
    </w:p>
    <w:p>
      <w:pPr>
        <w:jc w:val="right"/>
      </w:pPr>
      <w:r>
        <w:t>اور پھر دوبارہ کعبہ کو ویسے ہی بنا دیا، چوکور۔</w:t>
      </w:r>
    </w:p>
    <w:p>
      <w:r>
        <w:rPr>
          <w:b/>
        </w:rPr>
        <w:t xml:space="preserve">[14:25] </w:t>
      </w:r>
      <w:r>
        <w:t>yeh mein samajhta hoon ke Allah ki planning thi.</w:t>
      </w:r>
    </w:p>
    <w:p>
      <w:pPr>
        <w:jc w:val="right"/>
      </w:pPr>
      <w:r>
        <w:t>یہ میں سمجھتا ہوں کہ اللہ کی پلاننگ تھی۔</w:t>
      </w:r>
    </w:p>
    <w:p>
      <w:r>
        <w:rPr>
          <w:b/>
        </w:rPr>
        <w:t xml:space="preserve">[14:31] </w:t>
      </w:r>
      <w:r>
        <w:t>Allah ko yeh manzoor nahi tha ke Kaba jo hai waisa banaya jaye dobara.</w:t>
      </w:r>
    </w:p>
    <w:p>
      <w:pPr>
        <w:jc w:val="right"/>
      </w:pPr>
      <w:r>
        <w:t>اللہ کو یہ منظور نہیں تھا کہ کعبہ جو ہے ویسا بنایا جائے دوبارہ۔</w:t>
      </w:r>
    </w:p>
    <w:p>
      <w:r>
        <w:rPr>
          <w:b/>
        </w:rPr>
        <w:t xml:space="preserve">[14:36] </w:t>
      </w:r>
      <w:r>
        <w:t>Allah ko manzoor tha ke Kaba truncated Kaba hi banaye.</w:t>
      </w:r>
    </w:p>
    <w:p>
      <w:pPr>
        <w:jc w:val="right"/>
      </w:pPr>
      <w:r>
        <w:t>اللہ کو منظور تھا کہ کعبہ ٹرنکیٹڈ کعبہ ہی بنائے۔</w:t>
      </w:r>
    </w:p>
    <w:p>
      <w:r>
        <w:rPr>
          <w:b/>
        </w:rPr>
        <w:t xml:space="preserve">[14:41] </w:t>
      </w:r>
      <w:r>
        <w:t>aap ghore kijiye, is zameen ke upar jitne spot hain, jitni buildings hain, is mein sab se zyada</w:t>
      </w:r>
    </w:p>
    <w:p>
      <w:pPr>
        <w:jc w:val="right"/>
      </w:pPr>
      <w:r>
        <w:t>آپ غور کیجیے، اس زمین کے اوپر جتنے سپاٹ ہیں، جتنی بلڈنگیں ہیں، اس میں سب سے زیادہ</w:t>
      </w:r>
    </w:p>
    <w:p>
      <w:r>
        <w:rPr>
          <w:b/>
        </w:rPr>
        <w:t xml:space="preserve">[14:46] </w:t>
      </w:r>
      <w:r>
        <w:t>mehboob Allah taala ka Kaba hai.</w:t>
      </w:r>
    </w:p>
    <w:p>
      <w:pPr>
        <w:jc w:val="right"/>
      </w:pPr>
      <w:r>
        <w:t>محبوب اللہ تعالی کا کعبہ ہے۔</w:t>
      </w:r>
    </w:p>
    <w:p>
      <w:r>
        <w:rPr>
          <w:b/>
        </w:rPr>
        <w:t xml:space="preserve">[14:51] </w:t>
      </w:r>
      <w:r>
        <w:t>yeh to hamara aqeedah hai.</w:t>
      </w:r>
    </w:p>
    <w:p>
      <w:pPr>
        <w:jc w:val="right"/>
      </w:pPr>
      <w:r>
        <w:t>یہ تو ہمارا عقیدہ ہے۔</w:t>
      </w:r>
    </w:p>
    <w:p>
      <w:r>
        <w:rPr>
          <w:b/>
        </w:rPr>
        <w:t xml:space="preserve">[14:56] </w:t>
      </w:r>
      <w:r>
        <w:t>jitni bhi buildings hain, koi bhi building itni</w:t>
      </w:r>
    </w:p>
    <w:p>
      <w:pPr>
        <w:jc w:val="right"/>
      </w:pPr>
      <w:r>
        <w:t>جتنی بھی بلڈنگیں ہیں، کوئی بھی بلڈنگ اتنی</w:t>
      </w:r>
    </w:p>
    <w:p>
      <w:r>
        <w:rPr>
          <w:b/>
        </w:rPr>
        <w:t xml:space="preserve">[15:02] </w:t>
      </w:r>
      <w:r>
        <w:t>zyada muqaddas nahi hai jitni muqaddas Kaba hai.</w:t>
      </w:r>
    </w:p>
    <w:p>
      <w:pPr>
        <w:jc w:val="right"/>
      </w:pPr>
      <w:r>
        <w:t>زیادہ مقدس نہیں ہے جتنی مقدس کعبہ ہے۔</w:t>
      </w:r>
    </w:p>
    <w:p>
      <w:r>
        <w:rPr>
          <w:b/>
        </w:rPr>
        <w:t xml:space="preserve">[15:07] </w:t>
      </w:r>
      <w:r>
        <w:t>yeh to hamara aap ka aqeedah hai.</w:t>
      </w:r>
    </w:p>
    <w:p>
      <w:pPr>
        <w:jc w:val="right"/>
      </w:pPr>
      <w:r>
        <w:t>یہ تو ہمارا آپ کا عقیدہ ہے۔</w:t>
      </w:r>
    </w:p>
    <w:p>
      <w:r>
        <w:rPr>
          <w:b/>
        </w:rPr>
        <w:t xml:space="preserve">[15:12] </w:t>
      </w:r>
      <w:r>
        <w:t>to kya Allah taala ko yeh yeh manzoor nahi hoga ke is ki original shakal baqi rakhi jaye?</w:t>
      </w:r>
    </w:p>
    <w:p>
      <w:pPr>
        <w:jc w:val="right"/>
      </w:pPr>
      <w:r>
        <w:t>تو کیا اللہ تعالی کو یہ یہ منظور نہیں ہوگا کہ اس کی اوریجنل شکل باقی رکھی جائے؟</w:t>
      </w:r>
    </w:p>
    <w:p>
      <w:r>
        <w:rPr>
          <w:b/>
        </w:rPr>
        <w:t xml:space="preserve">[15:17] </w:t>
      </w:r>
      <w:r>
        <w:t>yeh manzoor nahi hoga.</w:t>
      </w:r>
    </w:p>
    <w:p>
      <w:pPr>
        <w:jc w:val="right"/>
      </w:pPr>
      <w:r>
        <w:t>یہ منظور نہیں ہوگا۔</w:t>
      </w:r>
    </w:p>
    <w:p>
      <w:r>
        <w:rPr>
          <w:b/>
        </w:rPr>
        <w:t xml:space="preserve">[15:22] </w:t>
      </w:r>
      <w:r>
        <w:t>lekin original shakal matloob hi nahi hai Allah taala ko.</w:t>
      </w:r>
    </w:p>
    <w:p>
      <w:pPr>
        <w:jc w:val="right"/>
      </w:pPr>
      <w:r>
        <w:t>لیکن اوریجنل شکل مطلوب ہی نہیں ہے اللہ تعالی کو۔</w:t>
      </w:r>
    </w:p>
    <w:p>
      <w:r>
        <w:rPr>
          <w:b/>
        </w:rPr>
        <w:t xml:space="preserve">[15:27] </w:t>
      </w:r>
      <w:r>
        <w:t>Allah taala ko yahi matloob hai ke ek turn</w:t>
      </w:r>
    </w:p>
    <w:p>
      <w:pPr>
        <w:jc w:val="right"/>
      </w:pPr>
      <w:r>
        <w:t>اللہ تعالی کو یہی مطلوب ہے کہ ایک ٹرن</w:t>
      </w:r>
    </w:p>
    <w:p>
      <w:r>
        <w:rPr>
          <w:b/>
        </w:rPr>
        <w:t xml:space="preserve">[15:32] </w:t>
      </w:r>
      <w:r>
        <w:t>kated Kaba khara rahe aur dunya ko batata rahe, batata rahe, batata rahe ke tum ko raazi hona</w:t>
      </w:r>
    </w:p>
    <w:p>
      <w:pPr>
        <w:jc w:val="right"/>
      </w:pPr>
      <w:r>
        <w:t>کیٹڈ کعبہ کھڑا رہے اور دنیا کو بتاتا رہے، بتاتا رہے، بتاتا رہے کہ تم کو راضی ہونا</w:t>
      </w:r>
    </w:p>
    <w:p>
      <w:r>
        <w:rPr>
          <w:b/>
        </w:rPr>
        <w:t xml:space="preserve">[15:38] </w:t>
      </w:r>
      <w:r>
        <w:t>parhega truncation par, loss par, kate phute par raazi hona parhega.</w:t>
      </w:r>
    </w:p>
    <w:p>
      <w:pPr>
        <w:jc w:val="right"/>
      </w:pPr>
      <w:r>
        <w:t>پڑے گا ٹرنکیشن پر، لاس پر، کٹے پھوٹے پر راضی ہونا پڑے گا۔</w:t>
      </w:r>
    </w:p>
    <w:p>
      <w:r>
        <w:rPr>
          <w:b/>
        </w:rPr>
        <w:t xml:space="preserve">[15:45] </w:t>
      </w:r>
      <w:r>
        <w:t>agar nahi raazi ho ge aur chaho ge de-truncation karna to tum khud tabah ho gaye.</w:t>
      </w:r>
    </w:p>
    <w:p>
      <w:pPr>
        <w:jc w:val="right"/>
      </w:pPr>
      <w:r>
        <w:t>اگر نہیں راضی ہو گے اور چاہو گے ڈی ٹرنکیٹ کرنا تو تم خود تباہ ہو گئے۔</w:t>
      </w:r>
    </w:p>
    <w:p>
      <w:r>
        <w:rPr>
          <w:b/>
        </w:rPr>
        <w:t xml:space="preserve">[15:51] </w:t>
      </w:r>
      <w:r>
        <w:t>Abdullah Zubair, Abdullah Zubair jaise qatal kiye gaye aur phir zindagi ka dhara waise hi rahe ga jaisa</w:t>
      </w:r>
    </w:p>
    <w:p>
      <w:pPr>
        <w:jc w:val="right"/>
      </w:pPr>
      <w:r>
        <w:t>عبداللہ زبیر، عبداللہ زبیر جیسے قتل کیے گئے اور پھر زندگی کا دھارا ویسے ہی رہے گا جیسا</w:t>
      </w:r>
    </w:p>
    <w:p>
      <w:r>
        <w:rPr>
          <w:b/>
        </w:rPr>
        <w:t xml:space="preserve">[15:58] </w:t>
      </w:r>
      <w:r>
        <w:t>ke Allah ka mansoob hai.</w:t>
      </w:r>
    </w:p>
    <w:p>
      <w:pPr>
        <w:jc w:val="right"/>
      </w:pPr>
      <w:r>
        <w:t>کہ اللہ کا منسوب ہے۔</w:t>
      </w:r>
    </w:p>
    <w:p>
      <w:r>
        <w:rPr>
          <w:b/>
        </w:rPr>
        <w:t xml:space="preserve">[16:04] </w:t>
      </w:r>
      <w:r>
        <w:t>kaisi ajeeb baat hai yeh.</w:t>
      </w:r>
    </w:p>
    <w:p>
      <w:pPr>
        <w:jc w:val="right"/>
      </w:pPr>
      <w:r>
        <w:t>کیسی عجیب بات ہے یہ۔</w:t>
      </w:r>
    </w:p>
    <w:p>
      <w:r>
        <w:rPr>
          <w:b/>
        </w:rPr>
        <w:t xml:space="preserve">[16:09] </w:t>
      </w:r>
      <w:r>
        <w:t>kaisi ajeeb baat hai ke yaani Kaba ko truncate kiya gaya, is ko is mein toot phoot ki gayi.</w:t>
      </w:r>
    </w:p>
    <w:p>
      <w:pPr>
        <w:jc w:val="right"/>
      </w:pPr>
      <w:r>
        <w:t>کیسی عجیب بات ہے کہ یعنی کعبہ کو ٹرنکیٹ کیا گیا، اس کو اس میں ٹوٹ پھوٹ کی گئی۔</w:t>
      </w:r>
    </w:p>
    <w:p>
      <w:r>
        <w:rPr>
          <w:b/>
        </w:rPr>
        <w:t xml:space="preserve">[16:13] </w:t>
      </w:r>
      <w:r>
        <w:t>Rasool Allah ne is ko correction nahi kiya.</w:t>
      </w:r>
    </w:p>
    <w:p>
      <w:pPr>
        <w:jc w:val="right"/>
      </w:pPr>
      <w:r>
        <w:t>رسول اللہ نے اس کو کریکشن نہیں کیا۔</w:t>
      </w:r>
    </w:p>
    <w:p>
      <w:r>
        <w:rPr>
          <w:b/>
        </w:rPr>
        <w:t xml:space="preserve">[16:17] </w:t>
      </w:r>
      <w:r>
        <w:t>Rasool Allah ke baad Hazrat Abu Bakr ne correction nahi kiya.</w:t>
      </w:r>
    </w:p>
    <w:p>
      <w:pPr>
        <w:jc w:val="right"/>
      </w:pPr>
      <w:r>
        <w:t>رسول اللہ کے بعد حضرت ابوبکر نے کریکشن نہیں کیا۔</w:t>
      </w:r>
    </w:p>
    <w:p>
      <w:r>
        <w:rPr>
          <w:b/>
        </w:rPr>
        <w:t xml:space="preserve">[16:22] </w:t>
      </w:r>
      <w:r>
        <w:t>Umar ne is ka correction nahi kiya.</w:t>
      </w:r>
    </w:p>
    <w:p>
      <w:pPr>
        <w:jc w:val="right"/>
      </w:pPr>
      <w:r>
        <w:t>عمر نے اس کا کریکشن نہیں کیا۔</w:t>
      </w:r>
    </w:p>
    <w:p>
      <w:r>
        <w:rPr>
          <w:b/>
        </w:rPr>
        <w:t xml:space="preserve">[16:26] </w:t>
      </w:r>
      <w:r>
        <w:t>woh aise hi khara raha hua.</w:t>
      </w:r>
    </w:p>
    <w:p>
      <w:pPr>
        <w:jc w:val="right"/>
      </w:pPr>
      <w:r>
        <w:t>وہ ایسے ہی کھڑا رہا ہوا۔</w:t>
      </w:r>
    </w:p>
    <w:p>
      <w:r>
        <w:rPr>
          <w:b/>
        </w:rPr>
        <w:t xml:space="preserve">[16:30] </w:t>
      </w:r>
      <w:r>
        <w:t>baad ko Abdullah Zubair ne is ko correction kiya.</w:t>
      </w:r>
    </w:p>
    <w:p>
      <w:pPr>
        <w:jc w:val="right"/>
      </w:pPr>
      <w:r>
        <w:t>بعد کو عبداللہ زبیر نے اس کو کریکشن کیا۔</w:t>
      </w:r>
    </w:p>
    <w:p>
      <w:r>
        <w:rPr>
          <w:b/>
        </w:rPr>
        <w:t xml:space="preserve">[16:35] </w:t>
      </w:r>
      <w:r>
        <w:t>yani ke Allah taala ko correction manzoor nahi tha.</w:t>
      </w:r>
    </w:p>
    <w:p>
      <w:pPr>
        <w:jc w:val="right"/>
      </w:pPr>
      <w:r>
        <w:t>یعنی کہ اللہ تعالی کو کریکشن منظور نہیں تھا۔</w:t>
      </w:r>
    </w:p>
    <w:p>
      <w:r>
        <w:rPr>
          <w:b/>
        </w:rPr>
        <w:t xml:space="preserve">[16:39] </w:t>
      </w:r>
      <w:r>
        <w:t>is ko phir utha diya gaya.</w:t>
      </w:r>
    </w:p>
    <w:p>
      <w:pPr>
        <w:jc w:val="right"/>
      </w:pPr>
      <w:r>
        <w:t>اس کو پھر اٹھا دیا گیا۔</w:t>
      </w:r>
    </w:p>
    <w:p>
      <w:r>
        <w:rPr>
          <w:b/>
        </w:rPr>
        <w:t xml:space="preserve">[16:43] </w:t>
      </w:r>
      <w:r>
        <w:t>phir waise hi banaya gaya.</w:t>
      </w:r>
    </w:p>
    <w:p>
      <w:pPr>
        <w:jc w:val="right"/>
      </w:pPr>
      <w:r>
        <w:t>پھر ویسے ہی بنایا گیا۔</w:t>
      </w:r>
    </w:p>
    <w:p>
      <w:r>
        <w:rPr>
          <w:b/>
        </w:rPr>
        <w:t xml:space="preserve">[16:48] </w:t>
      </w:r>
      <w:r>
        <w:t>main samajhta hoon ke yeh Allah taala ko bohat ziyada manzoor hai yeh baat ke log chah rahe</w:t>
      </w:r>
    </w:p>
    <w:p>
      <w:pPr>
        <w:jc w:val="right"/>
      </w:pPr>
      <w:r>
        <w:t>میں سمجھتا ہوں کہ یہ اللہ تعالی کو بہت زیادہ منظور ہے یہ بات کہ لوگ چاہ رہے</w:t>
      </w:r>
    </w:p>
    <w:p>
      <w:r>
        <w:rPr>
          <w:b/>
        </w:rPr>
        <w:t xml:space="preserve">[16:52] </w:t>
      </w:r>
      <w:r>
        <w:t>hain is baat ko ke is dunya mein nuqs hoga, dunya mein loss hoga, is dunya mein truncation</w:t>
      </w:r>
    </w:p>
    <w:p>
      <w:pPr>
        <w:jc w:val="right"/>
      </w:pPr>
      <w:r>
        <w:t>ہیں اس بات کو کہ اس دنیا میں نقص ہوگا، دنیا میں لاس ہوگا، اس دنیا میں ٹرنکیشن</w:t>
      </w:r>
    </w:p>
    <w:p>
      <w:r>
        <w:rPr>
          <w:b/>
        </w:rPr>
        <w:t xml:space="preserve">[16:56] </w:t>
      </w:r>
      <w:r>
        <w:t>hoga aur isi ko tumhein bardasht karna hai.</w:t>
      </w:r>
    </w:p>
    <w:p>
      <w:pPr>
        <w:jc w:val="right"/>
      </w:pPr>
      <w:r>
        <w:t>ہوگا اور اسی کو تمہیں برداشت کرنا ہے۔</w:t>
      </w:r>
    </w:p>
    <w:p>
      <w:r>
        <w:rPr>
          <w:b/>
        </w:rPr>
        <w:t xml:space="preserve">[17:01] </w:t>
      </w:r>
      <w:r>
        <w:t>nahi bardasht karoge to kya hoga</w:t>
      </w:r>
    </w:p>
    <w:p>
      <w:pPr>
        <w:jc w:val="right"/>
      </w:pPr>
      <w:r>
        <w:t>نہیں برداشت کرو گے تو کیا ہوگا</w:t>
      </w:r>
    </w:p>
    <w:p>
      <w:r>
        <w:rPr>
          <w:b/>
        </w:rPr>
        <w:t xml:space="preserve">[17:05] </w:t>
      </w:r>
      <w:r>
        <w:t>? asal jo kaam matloob hai wahi nahi ho payega.</w:t>
      </w:r>
    </w:p>
    <w:p>
      <w:pPr>
        <w:jc w:val="right"/>
      </w:pPr>
      <w:r>
        <w:t>؟ اصل جو کام مطلوب ہے وہی نہیں ہو پائے گا۔</w:t>
      </w:r>
    </w:p>
    <w:p>
      <w:r>
        <w:rPr>
          <w:b/>
        </w:rPr>
        <w:t xml:space="preserve">[17:10] </w:t>
      </w:r>
      <w:r>
        <w:t>yani marifat ka sabaq, marifat ka safar, dawat ka safar, yeh jo asal kaam hai, Quran ki khidmat,</w:t>
      </w:r>
    </w:p>
    <w:p>
      <w:pPr>
        <w:jc w:val="right"/>
      </w:pPr>
      <w:r>
        <w:t>یعنی معرفت کا سبق، معرفت کا سفر، دعوت کا سفر، یہ جو اصل کام ہے، قرآن کی خدمت،</w:t>
      </w:r>
    </w:p>
    <w:p>
      <w:r>
        <w:rPr>
          <w:b/>
        </w:rPr>
        <w:t xml:space="preserve">[17:15] </w:t>
      </w:r>
      <w:r>
        <w:t>hadees ki khidmat, asal kaam to woh hai.</w:t>
      </w:r>
    </w:p>
    <w:p>
      <w:pPr>
        <w:jc w:val="right"/>
      </w:pPr>
      <w:r>
        <w:t>حدیث کی خدمت، اصل کام تو وہ ہے۔</w:t>
      </w:r>
    </w:p>
    <w:p>
      <w:r>
        <w:rPr>
          <w:b/>
        </w:rPr>
        <w:t xml:space="preserve">[17:20] </w:t>
      </w:r>
      <w:r>
        <w:t>wahi nahi hoga.</w:t>
      </w:r>
    </w:p>
    <w:p>
      <w:pPr>
        <w:jc w:val="right"/>
      </w:pPr>
      <w:r>
        <w:t>وہی نہیں ہوگا۔</w:t>
      </w:r>
    </w:p>
    <w:p>
      <w:r>
        <w:rPr>
          <w:b/>
        </w:rPr>
        <w:t xml:space="preserve">[17:25] </w:t>
      </w:r>
      <w:r>
        <w:t>to in cheezon mein tum status quest par jao.</w:t>
      </w:r>
    </w:p>
    <w:p>
      <w:pPr>
        <w:jc w:val="right"/>
      </w:pPr>
      <w:r>
        <w:t>تو ان چیزوں میں تم اسٹریٹ کوئسٹ پر جاؤ۔</w:t>
      </w:r>
    </w:p>
    <w:p>
      <w:r>
        <w:rPr>
          <w:b/>
        </w:rPr>
        <w:t xml:space="preserve">[17:31] </w:t>
      </w:r>
      <w:r>
        <w:t>status quest yani aaj kal ki zaban mein kahunga ke</w:t>
      </w:r>
    </w:p>
    <w:p>
      <w:pPr>
        <w:jc w:val="right"/>
      </w:pPr>
      <w:r>
        <w:t>اسٹریٹ کوئسٹ یعنی آج کل کی زبان میں کہوں گا کہ</w:t>
      </w:r>
    </w:p>
    <w:p>
      <w:r>
        <w:rPr>
          <w:b/>
        </w:rPr>
        <w:t xml:space="preserve">[17:36] </w:t>
      </w:r>
      <w:r>
        <w:t>doosri jo tamam cheezein hain, doosri material cheezein hain, material cheezein, material cheezon ke muamle mein status quest par jao.</w:t>
      </w:r>
    </w:p>
    <w:p>
      <w:pPr>
        <w:jc w:val="right"/>
      </w:pPr>
      <w:r>
        <w:t>دوسری جو تمام چیزیں ہیں، دوسری مٹیریل چیزیں ہیں، مٹیریل چیزیں، مٹیریل چیزوں کے معاملے میں اسٹیٹس کوئسٹ پر جاؤ۔</w:t>
      </w:r>
    </w:p>
    <w:p>
      <w:r>
        <w:rPr>
          <w:b/>
        </w:rPr>
        <w:t xml:space="preserve">[17:41] </w:t>
      </w:r>
      <w:r>
        <w:t>is mein is mein change ki koshish mat karo.</w:t>
      </w:r>
    </w:p>
    <w:p>
      <w:pPr>
        <w:jc w:val="right"/>
      </w:pPr>
      <w:r>
        <w:t>اس میں اس میں چینج کی کوشش مت کرو۔</w:t>
      </w:r>
    </w:p>
    <w:p>
      <w:r>
        <w:rPr>
          <w:b/>
        </w:rPr>
        <w:t xml:space="preserve">[17:46] </w:t>
      </w:r>
      <w:r>
        <w:t>jaise Misr mein dekhiye, 60 baras lad rahe hain log, kitne log faasid pouncha diye gaye.</w:t>
      </w:r>
    </w:p>
    <w:p>
      <w:pPr>
        <w:jc w:val="right"/>
      </w:pPr>
      <w:r>
        <w:t>جیسے مصر میں دیکھیے، 60 برس لڑ رہے ہیں لوگ، کتنے لوگ فاسد پہنچا دیے گئے۔</w:t>
      </w:r>
    </w:p>
    <w:p>
      <w:r>
        <w:rPr>
          <w:b/>
        </w:rPr>
        <w:t xml:space="preserve">[17:51] </w:t>
      </w:r>
      <w:r>
        <w:t>is raaz ko jante nahi hain woh.</w:t>
      </w:r>
    </w:p>
    <w:p>
      <w:pPr>
        <w:jc w:val="right"/>
      </w:pPr>
      <w:r>
        <w:t>اس راز کو جانتے نہیں ہیں وہ۔</w:t>
      </w:r>
    </w:p>
    <w:p>
      <w:r>
        <w:rPr>
          <w:b/>
        </w:rPr>
        <w:t xml:space="preserve">[17:56] </w:t>
      </w:r>
      <w:r>
        <w:t>woh log parhe likhe hain, arabi zaban jante hain.</w:t>
      </w:r>
    </w:p>
    <w:p>
      <w:pPr>
        <w:jc w:val="right"/>
      </w:pPr>
      <w:r>
        <w:t>وہ لوگ پڑھے لکھے ہیں، عربی زبان جانتے ہیں۔</w:t>
      </w:r>
    </w:p>
    <w:p>
      <w:r>
        <w:rPr>
          <w:b/>
        </w:rPr>
        <w:t xml:space="preserve">[18:01] </w:t>
      </w:r>
      <w:r>
        <w:t>bar bar unhon ne Kaba ko dekha hai.</w:t>
      </w:r>
    </w:p>
    <w:p>
      <w:pPr>
        <w:jc w:val="right"/>
      </w:pPr>
      <w:r>
        <w:t>بار بار انہوں نے کعبہ کو دیکھا ہے۔</w:t>
      </w:r>
    </w:p>
    <w:p>
      <w:r>
        <w:rPr>
          <w:b/>
        </w:rPr>
        <w:t xml:space="preserve">[18:07] </w:t>
      </w:r>
      <w:r>
        <w:t>kyunke bohat ziyada hajj karte hain, log umrah karte hain.</w:t>
      </w:r>
    </w:p>
    <w:p>
      <w:pPr>
        <w:jc w:val="right"/>
      </w:pPr>
      <w:r>
        <w:t>کیونکہ بہت زیادہ حج کرتے ہیں، لوگ عمرہ کرتے ہیں۔</w:t>
      </w:r>
    </w:p>
    <w:p>
      <w:r>
        <w:rPr>
          <w:b/>
        </w:rPr>
        <w:t xml:space="preserve">[18:13] </w:t>
      </w:r>
      <w:r>
        <w:t>lekin lad rahe hain 60 baras.</w:t>
      </w:r>
    </w:p>
    <w:p>
      <w:pPr>
        <w:jc w:val="right"/>
      </w:pPr>
      <w:r>
        <w:t>لیکن لڑ رہے ہیں 60 برس۔</w:t>
      </w:r>
    </w:p>
    <w:p>
      <w:r>
        <w:rPr>
          <w:b/>
        </w:rPr>
        <w:t xml:space="preserve">[18:19] </w:t>
      </w:r>
      <w:r>
        <w:t>kyun? is raaz ko nahi jante woh ke hamein truncated system, truncated politics, truncated government, truncated samaj par</w:t>
      </w:r>
    </w:p>
    <w:p>
      <w:pPr>
        <w:jc w:val="right"/>
      </w:pPr>
      <w:r>
        <w:t>کیوں؟ اس راز کو نہیں جانتے وہ کہ ہمیں ٹرنکیٹڈ سسٹم، ٹرنکیٹڈ پولیٹکس، ٹرنکیٹڈ گورنمنٹ، ٹرنکیٹڈ سماج پر</w:t>
      </w:r>
    </w:p>
    <w:p>
      <w:r>
        <w:rPr>
          <w:b/>
        </w:rPr>
        <w:t xml:space="preserve">[18:25] </w:t>
      </w:r>
      <w:r>
        <w:t>razi hona hai.</w:t>
      </w:r>
    </w:p>
    <w:p>
      <w:pPr>
        <w:jc w:val="right"/>
      </w:pPr>
      <w:r>
        <w:t>راضی ہونا ہے۔</w:t>
      </w:r>
    </w:p>
    <w:p>
      <w:r>
        <w:rPr>
          <w:b/>
        </w:rPr>
        <w:t xml:space="preserve">[18:31] </w:t>
      </w:r>
      <w:r>
        <w:t>warna main do bar gaya hoon Misr, khoob khate peete hain log, bohat acha wahan</w:t>
      </w:r>
    </w:p>
    <w:p>
      <w:pPr>
        <w:jc w:val="right"/>
      </w:pPr>
      <w:r>
        <w:t>ورنہ میں دو بار گیا ہوں مصر، خوب کھاتے پیتے ہیں لوگ، بہت اچھا وہاں</w:t>
      </w:r>
    </w:p>
    <w:p>
      <w:r>
        <w:rPr>
          <w:b/>
        </w:rPr>
        <w:t xml:space="preserve">[18:37] </w:t>
      </w:r>
      <w:r>
        <w:t>har cheez hoti hai, khoob tandrust hote hain.</w:t>
      </w:r>
    </w:p>
    <w:p>
      <w:pPr>
        <w:jc w:val="right"/>
      </w:pPr>
      <w:r>
        <w:t>ہر چیز ہوتی ہے، خوب تندرست ہوتے ہیں۔</w:t>
      </w:r>
    </w:p>
    <w:p>
      <w:r>
        <w:rPr>
          <w:b/>
        </w:rPr>
        <w:t xml:space="preserve">[18:42] </w:t>
      </w:r>
      <w:r>
        <w:t>to unhein sab kuch mila hua hai.</w:t>
      </w:r>
    </w:p>
    <w:p>
      <w:pPr>
        <w:jc w:val="right"/>
      </w:pPr>
      <w:r>
        <w:t>تو انہیں سب کچھ ملا ہوا ہے۔</w:t>
      </w:r>
    </w:p>
    <w:p>
      <w:r>
        <w:rPr>
          <w:b/>
        </w:rPr>
        <w:t xml:space="preserve">[18:47] </w:t>
      </w:r>
      <w:r>
        <w:t>lekin ek cheez koi nahi mili hui thi, isi ke liye ladte hain.</w:t>
      </w:r>
    </w:p>
    <w:p>
      <w:pPr>
        <w:jc w:val="right"/>
      </w:pPr>
      <w:r>
        <w:t>لیکن ایک چیز کوئی نہیں ملی ہوئی تھی، اسی کے لیے لڑتے ہیں۔</w:t>
      </w:r>
    </w:p>
    <w:p>
      <w:r>
        <w:rPr>
          <w:b/>
        </w:rPr>
        <w:t xml:space="preserve">[18:52] </w:t>
      </w:r>
      <w:r>
        <w:t>isi ke liye woh jo nahi mila hua hai, woh woh law of nature hai.</w:t>
      </w:r>
    </w:p>
    <w:p>
      <w:pPr>
        <w:jc w:val="right"/>
      </w:pPr>
      <w:r>
        <w:t>اسی کے لیے وہ جو نہیں ملا ہوا ہے، وہ وہ لا اف نیچر ہے۔</w:t>
      </w:r>
    </w:p>
    <w:p>
      <w:r>
        <w:rPr>
          <w:b/>
        </w:rPr>
        <w:t xml:space="preserve">[18:57] </w:t>
      </w:r>
      <w:r>
        <w:t>law of truncation ki wajah se ho raha hai.</w:t>
      </w:r>
    </w:p>
    <w:p>
      <w:pPr>
        <w:jc w:val="right"/>
      </w:pPr>
      <w:r>
        <w:t>لا اف ٹرنکیشن کی وجہ سے ہو رہا ہے۔</w:t>
      </w:r>
    </w:p>
    <w:p>
      <w:r>
        <w:rPr>
          <w:b/>
        </w:rPr>
        <w:t xml:space="preserve">[19:02] </w:t>
      </w:r>
      <w:r>
        <w:t>misalan king farooq tha, uske baad najeeb aaye, uske baad</w:t>
      </w:r>
    </w:p>
    <w:p>
      <w:pPr>
        <w:jc w:val="right"/>
      </w:pPr>
      <w:r>
        <w:t>مثلاً کنگ فاروق تھا، اس کے بعد نجیب آئے، اس کے بعد</w:t>
      </w:r>
    </w:p>
    <w:p>
      <w:r>
        <w:rPr>
          <w:b/>
        </w:rPr>
        <w:t xml:space="preserve">[19:07] </w:t>
      </w:r>
      <w:r>
        <w:t>jawaduddin, jawaduddin nasser aaye, phir wahan par anwar sadat aaye, hussain warq aaye.</w:t>
      </w:r>
    </w:p>
    <w:p>
      <w:pPr>
        <w:jc w:val="right"/>
      </w:pPr>
      <w:r>
        <w:t>جواب الدین، جواب الدین ناصر آئے، پھر وہاں پر انور سادات آئے، حسین وارق آئے۔</w:t>
      </w:r>
    </w:p>
    <w:p>
      <w:r>
        <w:rPr>
          <w:b/>
        </w:rPr>
        <w:t xml:space="preserve">[19:13] </w:t>
      </w:r>
      <w:r>
        <w:t>is poori muddat mein jo cheez nahi mili thi, woh sirf yeh thi ke hukoomat ki kursi par</w:t>
      </w:r>
    </w:p>
    <w:p>
      <w:pPr>
        <w:jc w:val="right"/>
      </w:pPr>
      <w:r>
        <w:t>اس پوری مدت میں جو چیز نہیں ملی تھی، وہ صرف یہ تھی کہ حکومت کی کرسی پر</w:t>
      </w:r>
    </w:p>
    <w:p>
      <w:r>
        <w:rPr>
          <w:b/>
        </w:rPr>
        <w:t xml:space="preserve">[19:18] </w:t>
      </w:r>
      <w:r>
        <w:t>koi aur baitha hua tha.</w:t>
      </w:r>
    </w:p>
    <w:p>
      <w:pPr>
        <w:jc w:val="right"/>
      </w:pPr>
      <w:r>
        <w:t>کوئی اور بیٹھا ہوا تھا۔</w:t>
      </w:r>
    </w:p>
    <w:p>
      <w:r>
        <w:rPr>
          <w:b/>
        </w:rPr>
        <w:t xml:space="preserve">[19:23] </w:t>
      </w:r>
      <w:r>
        <w:t>baqi sab azadi thi wahan par.</w:t>
      </w:r>
    </w:p>
    <w:p>
      <w:pPr>
        <w:jc w:val="right"/>
      </w:pPr>
      <w:r>
        <w:t>باقی سب آزادی تھی وہاں پر۔</w:t>
      </w:r>
    </w:p>
    <w:p>
      <w:r>
        <w:rPr>
          <w:b/>
        </w:rPr>
        <w:t xml:space="preserve">[19:28] </w:t>
      </w:r>
      <w:r>
        <w:t>khane peene ki azadi, job ki azadi, ghar banane ki azadi, business, business ki azadi, dawat ki azadi,</w:t>
      </w:r>
    </w:p>
    <w:p>
      <w:pPr>
        <w:jc w:val="right"/>
      </w:pPr>
      <w:r>
        <w:t>کھانے پینے کی آزادی، جاب کی آزادی، گھر بنانے کی آزادی، بزنس، بزنس کی آزادی، دعوت کی آزادی،</w:t>
      </w:r>
    </w:p>
    <w:p>
      <w:r>
        <w:rPr>
          <w:b/>
        </w:rPr>
        <w:t xml:space="preserve">[19:33] </w:t>
      </w:r>
      <w:r>
        <w:t>sab bharpoor tor par thi logon ko.</w:t>
      </w:r>
    </w:p>
    <w:p>
      <w:pPr>
        <w:jc w:val="right"/>
      </w:pPr>
      <w:r>
        <w:t>سب بھرپور طور پر تھی لوگوں کو۔</w:t>
      </w:r>
    </w:p>
    <w:p>
      <w:r>
        <w:rPr>
          <w:b/>
        </w:rPr>
        <w:t xml:space="preserve">[19:38] </w:t>
      </w:r>
      <w:r>
        <w:t>To ab in ko kya, woh kursi mujhe milni chahiye. Lekin woh unhone yeh socha nahi ke woh to yani principle of nurse ki wajah se hai, woh principle of loss ki wajah se hai ke koi na koi cheez nahi milegi tum ko, koi na koi kami reh jayegi. To jo hai us ko raazi ho jao, jo hai us ko raazi ho jao. To mujhe bari anokhi yeh daryaft hui</w:t>
      </w:r>
    </w:p>
    <w:p>
      <w:pPr>
        <w:jc w:val="right"/>
      </w:pPr>
      <w:r>
        <w:t>تو اب ان کو کیا، وہ کرسی مجھے ملنی چاہیے۔ لیکن وہ انہوں نے یہ سوچا نہیں کہ وہ تو یعنی پرنسپل اف نرس کی وجہ سے ہے، وہ پرنسپل اف لاس کی وجہ سے ہے کہ کوئی نہ کوئی چیز نہیں ملے گی تم کو، کوئی نہ کوئی کمی رہ جائے گی۔ تو جو ہے اس کو راضی ہو جاؤ، جو ہے اس کو راضی ہو جاؤ۔ تو مجھے بڑی انوکھی یہ دریافت ہوئی</w:t>
      </w:r>
    </w:p>
    <w:p>
      <w:r>
        <w:rPr>
          <w:b/>
        </w:rPr>
        <w:t xml:space="preserve">[20:08] </w:t>
      </w:r>
      <w:r>
        <w:t>ke Allah taala ne insaan ko kitna zyada rehnumai di hai, aakhri had tak rehnumai de di hai.</w:t>
      </w:r>
    </w:p>
    <w:p>
      <w:pPr>
        <w:jc w:val="right"/>
      </w:pPr>
      <w:r>
        <w:t>کہ اللہ تعالی نے انسان کو کتنا زیادہ رہنمائی دی ہے، آخری حد تک رہنمائی دے دی ہے۔</w:t>
      </w:r>
    </w:p>
    <w:p>
      <w:r>
        <w:rPr>
          <w:b/>
        </w:rPr>
        <w:t xml:space="preserve">[20:16] </w:t>
      </w:r>
      <w:r>
        <w:t>yani kaba jo muqaddas tareen maqam tha Allah ke nazdeek, usko tod toot phoot hone diya wahan.</w:t>
      </w:r>
    </w:p>
    <w:p>
      <w:pPr>
        <w:jc w:val="right"/>
      </w:pPr>
      <w:r>
        <w:t>یعنی کعبہ جو مقدس ترین مقام تھا اللہ کے نزدیک، اس کو توڑ ٹوٹ پھوٹ ہونے دیا وہاں۔</w:t>
      </w:r>
    </w:p>
    <w:p>
      <w:r>
        <w:rPr>
          <w:b/>
        </w:rPr>
        <w:t xml:space="preserve">[20:24] </w:t>
      </w:r>
      <w:r>
        <w:t>usko toot phoot hone diya kyunke Allah taala ko yeh manzoor tha ke insaan jaane ke toot</w:t>
      </w:r>
    </w:p>
    <w:p>
      <w:pPr>
        <w:jc w:val="right"/>
      </w:pPr>
      <w:r>
        <w:t>اس کو ٹوٹ پھوٹ ہونے دیا کیونکہ اللہ تعالی کو یہ منظور تھا کہ انسان جانے کہ ٹوٹ</w:t>
      </w:r>
    </w:p>
    <w:p>
      <w:r>
        <w:rPr>
          <w:b/>
        </w:rPr>
        <w:t xml:space="preserve">[20:31] </w:t>
      </w:r>
      <w:r>
        <w:t>phoot toh ho gayi hai duniya mein, toot phoot raazi hona padega tum ko.</w:t>
      </w:r>
    </w:p>
    <w:p>
      <w:pPr>
        <w:jc w:val="right"/>
      </w:pPr>
      <w:r>
        <w:t>پھوٹ تو ہو گئی ہے دنیا میں، ٹوٹ پھوٹ راضی ہونا پڑے گا تم کو۔</w:t>
      </w:r>
    </w:p>
    <w:p>
      <w:r>
        <w:rPr>
          <w:b/>
        </w:rPr>
        <w:t xml:space="preserve">[20:39] </w:t>
      </w:r>
      <w:r>
        <w:t>wajah kya hai? dekhiye, wajah yeh hai ke Allah taala ne insaan ko azadi di hai jis ko</w:t>
      </w:r>
    </w:p>
    <w:p>
      <w:pPr>
        <w:jc w:val="right"/>
      </w:pPr>
      <w:r>
        <w:t>وجہ کیا ہے؟ دیکھیے، وجہ یہ ہے کہ اللہ تعالی نے انسان کو آزادی دی ہے جس کو</w:t>
      </w:r>
    </w:p>
    <w:p>
      <w:r>
        <w:rPr>
          <w:b/>
        </w:rPr>
        <w:t xml:space="preserve">[20:45] </w:t>
      </w:r>
      <w:r>
        <w:t>quran mein amanat kaha gaya.</w:t>
      </w:r>
    </w:p>
    <w:p>
      <w:pPr>
        <w:jc w:val="right"/>
      </w:pPr>
      <w:r>
        <w:t>قرآن میں امانت کہا گیا۔</w:t>
      </w:r>
    </w:p>
    <w:p>
      <w:r>
        <w:rPr>
          <w:b/>
        </w:rPr>
        <w:t xml:space="preserve">[20:52] </w:t>
      </w:r>
      <w:r>
        <w:t>ana amanat amanat amanat maani woh cheez jo Allah ki cheez hai.</w:t>
      </w:r>
    </w:p>
    <w:p>
      <w:pPr>
        <w:jc w:val="right"/>
      </w:pPr>
      <w:r>
        <w:t>انا امانت امانت امانت معنی وہ چیز جو اللہ کی چیز ہے۔</w:t>
      </w:r>
    </w:p>
    <w:p>
      <w:r>
        <w:rPr>
          <w:b/>
        </w:rPr>
        <w:t xml:space="preserve">[20:58] </w:t>
      </w:r>
      <w:r>
        <w:t>azadi bohat ajeeb o ghareeb cheez hai.</w:t>
      </w:r>
    </w:p>
    <w:p>
      <w:pPr>
        <w:jc w:val="right"/>
      </w:pPr>
      <w:r>
        <w:t>آزادی بہت عجیب و غریب چیز ہے۔</w:t>
      </w:r>
    </w:p>
    <w:p>
      <w:r>
        <w:rPr>
          <w:b/>
        </w:rPr>
        <w:t xml:space="preserve">[21:05] </w:t>
      </w:r>
      <w:r>
        <w:t>is duniya mein aap jante hain kisi star ko azadi nahi, kisi planet ko azadi nahi</w:t>
      </w:r>
    </w:p>
    <w:p>
      <w:pPr>
        <w:jc w:val="right"/>
      </w:pPr>
      <w:r>
        <w:t>اس دنیا میں آپ جانتے ہیں کسی اسٹار کو آزادی نہیں، کسی پلینٹ کو آزادی نہیں</w:t>
      </w:r>
    </w:p>
    <w:p>
      <w:r>
        <w:rPr>
          <w:b/>
        </w:rPr>
        <w:t xml:space="preserve">[21:11] </w:t>
      </w:r>
      <w:r>
        <w:t>, kisi pahad ko azadi nahi, kisi samandar ko azadi nahi, kisi sher aur hathi ko azadi nahi.</w:t>
      </w:r>
    </w:p>
    <w:p>
      <w:pPr>
        <w:jc w:val="right"/>
      </w:pPr>
      <w:r>
        <w:t>، کسی پہاڑ کو آزادی نہیں، کسی سمندر کو آزادی نہیں، کسی شیر اور ہاتھی کو آزادی نہیں۔</w:t>
      </w:r>
    </w:p>
    <w:p>
      <w:r>
        <w:rPr>
          <w:b/>
        </w:rPr>
        <w:t xml:space="preserve">[21:16] </w:t>
      </w:r>
      <w:r>
        <w:t>sirf insaan hai jis ko ke total freedom mila hua hai.</w:t>
      </w:r>
    </w:p>
    <w:p>
      <w:pPr>
        <w:jc w:val="right"/>
      </w:pPr>
      <w:r>
        <w:t>صرف انسان ہے جس کو کہ ٹوٹل فریڈم ملا ہوا ہے۔</w:t>
      </w:r>
    </w:p>
    <w:p>
      <w:r>
        <w:rPr>
          <w:b/>
        </w:rPr>
        <w:t xml:space="preserve">[21:21] </w:t>
      </w:r>
      <w:r>
        <w:t>yeh total freedom jo hai ke jo chahe woh kar sakoon mein.</w:t>
      </w:r>
    </w:p>
    <w:p>
      <w:pPr>
        <w:jc w:val="right"/>
      </w:pPr>
      <w:r>
        <w:t>یہ ٹوٹل فریڈم جو ہے کہ جو چاہے وہ کر سکوں میں۔</w:t>
      </w:r>
    </w:p>
    <w:p>
      <w:r>
        <w:rPr>
          <w:b/>
        </w:rPr>
        <w:t xml:space="preserve">[21:26] </w:t>
      </w:r>
      <w:r>
        <w:t>yeh ek shama hai sifat khudaawandi mein se, mein se ek shama, ek ek bohat hi chhota sa</w:t>
      </w:r>
    </w:p>
    <w:p>
      <w:pPr>
        <w:jc w:val="right"/>
      </w:pPr>
      <w:r>
        <w:t>یہ ایک شمع ہے صفات خداوندی میں سے، میں سے ایک شمع، ایک ایک بہت ہی چھوٹا سا</w:t>
      </w:r>
    </w:p>
    <w:p>
      <w:r>
        <w:rPr>
          <w:b/>
        </w:rPr>
        <w:t xml:space="preserve">[21:31] </w:t>
      </w:r>
      <w:r>
        <w:t>tiny part hai.</w:t>
      </w:r>
    </w:p>
    <w:p>
      <w:pPr>
        <w:jc w:val="right"/>
      </w:pPr>
      <w:r>
        <w:t>ٹائنی پارٹ ہے۔</w:t>
      </w:r>
    </w:p>
    <w:p>
      <w:r>
        <w:rPr>
          <w:b/>
        </w:rPr>
        <w:t xml:space="preserve">[21:36] </w:t>
      </w:r>
      <w:r>
        <w:t>to yeh jo azaadi</w:t>
      </w:r>
    </w:p>
    <w:p>
      <w:pPr>
        <w:jc w:val="right"/>
      </w:pPr>
      <w:r>
        <w:t>تو یہ جو آزادی</w:t>
      </w:r>
    </w:p>
    <w:p>
      <w:r>
        <w:rPr>
          <w:b/>
        </w:rPr>
        <w:t xml:space="preserve">[21:41] </w:t>
      </w:r>
      <w:r>
        <w:t>hai, is ki bana par kya hota hai? insaan ko yeh bhi mauqa hai ke woh proper use</w:t>
      </w:r>
    </w:p>
    <w:p>
      <w:pPr>
        <w:jc w:val="right"/>
      </w:pPr>
      <w:r>
        <w:t>ہے، اس کی بنا پر کیا ہوتا ہے؟ انسان کو یہ بھی موقع ہے کہ وہ پراپر یوز</w:t>
      </w:r>
    </w:p>
    <w:p>
      <w:r>
        <w:rPr>
          <w:b/>
        </w:rPr>
        <w:t xml:space="preserve">[21:47] </w:t>
      </w:r>
      <w:r>
        <w:t>kare azaadi ka ya misuse kare azaadi ko.</w:t>
      </w:r>
    </w:p>
    <w:p>
      <w:pPr>
        <w:jc w:val="right"/>
      </w:pPr>
      <w:r>
        <w:t>کرے آزادی کا یا مس یوز کرے آزادی کو۔</w:t>
      </w:r>
    </w:p>
    <w:p>
      <w:r>
        <w:rPr>
          <w:b/>
        </w:rPr>
        <w:t xml:space="preserve">[21:53] </w:t>
      </w:r>
      <w:r>
        <w:t>to is azaadi ki bana par aisa hota hai ke insaan apni azaadi ko misuse bhi karta hai.</w:t>
      </w:r>
    </w:p>
    <w:p>
      <w:pPr>
        <w:jc w:val="right"/>
      </w:pPr>
      <w:r>
        <w:t>تو اس آزادی کی بنا پر ایسا ہوتا ہے کہ انسان اپنی آزادی کو مس یوز بھی کرتا ہے۔</w:t>
      </w:r>
    </w:p>
    <w:p>
      <w:r>
        <w:rPr>
          <w:b/>
        </w:rPr>
        <w:t xml:space="preserve">[21:59] </w:t>
      </w:r>
      <w:r>
        <w:t>isi ki wajah se competition hota hai, challenge hota hai.</w:t>
      </w:r>
    </w:p>
    <w:p>
      <w:pPr>
        <w:jc w:val="right"/>
      </w:pPr>
      <w:r>
        <w:t>اسی کی وجہ سے کمپیٹیشن ہوتا ہے، چیلنج ہوتا ہے۔</w:t>
      </w:r>
    </w:p>
    <w:p>
      <w:r>
        <w:rPr>
          <w:b/>
        </w:rPr>
        <w:t xml:space="preserve">[22:05] </w:t>
      </w:r>
      <w:r>
        <w:t>aap ki baat mujhe theek nahi lagti, meri baat aap ko theek nahi lagti.</w:t>
      </w:r>
    </w:p>
    <w:p>
      <w:pPr>
        <w:jc w:val="right"/>
      </w:pPr>
      <w:r>
        <w:t>آپ کی بات مجھے ٹھیک نہیں لگتی، میری بات آپ کو ٹھیک نہیں لگتی۔</w:t>
      </w:r>
    </w:p>
    <w:p>
      <w:r>
        <w:rPr>
          <w:b/>
        </w:rPr>
        <w:t xml:space="preserve">[22:11] </w:t>
      </w:r>
      <w:r>
        <w:t>to ek sankharsh jaari rehta hai, sangharsh poori history mein.</w:t>
      </w:r>
    </w:p>
    <w:p>
      <w:pPr>
        <w:jc w:val="right"/>
      </w:pPr>
      <w:r>
        <w:t>تو ایک سنکھرش جاری رہتا ہے، سرگش پوری ہسٹری میں۔</w:t>
      </w:r>
    </w:p>
    <w:p>
      <w:r>
        <w:rPr>
          <w:b/>
        </w:rPr>
        <w:t xml:space="preserve">[22:19] </w:t>
      </w:r>
      <w:r>
        <w:t>to is ki wajah se toot phoot hoga, kabhi bana nuksaan, kabhi aap ko nuksaan.</w:t>
      </w:r>
    </w:p>
    <w:p>
      <w:pPr>
        <w:jc w:val="right"/>
      </w:pPr>
      <w:r>
        <w:t>تو اس کی وجہ سے ٹوٹ پھوٹ ہوگا، کبھی بنا نقصان، کبھی آپ کو نقصان۔</w:t>
      </w:r>
    </w:p>
    <w:p>
      <w:r>
        <w:rPr>
          <w:b/>
        </w:rPr>
        <w:t xml:space="preserve">[22:26] </w:t>
      </w:r>
      <w:r>
        <w:t>jab sangharsh jaari hai jis ko kaha tha zartusht ne perpetual battlefield hai, yeh duniya perpetual battlefield hai.</w:t>
      </w:r>
    </w:p>
    <w:p>
      <w:pPr>
        <w:jc w:val="right"/>
      </w:pPr>
      <w:r>
        <w:t>جب سرگش جاری ہے جس کو کہا تھا زرتشت نے پرپچول بیٹل فیلڈ ہے، یہ دنیا پرپچول بیٹل فیلڈ ہے۔</w:t>
      </w:r>
    </w:p>
    <w:p>
      <w:r>
        <w:rPr>
          <w:b/>
        </w:rPr>
        <w:t xml:space="preserve">[22:34] </w:t>
      </w:r>
      <w:r>
        <w:t>jab perpetual battlefield hai yeh duniya to zahir hai koi kuch na kuch nuksaan</w:t>
      </w:r>
    </w:p>
    <w:p>
      <w:pPr>
        <w:jc w:val="right"/>
      </w:pPr>
      <w:r>
        <w:t>جب پرپچول بیٹل فیلڈ ہے یہ دنیا تو ظاہر ہے کوئی کچھ نہ کچھ نقصان</w:t>
      </w:r>
    </w:p>
    <w:p>
      <w:r>
        <w:rPr>
          <w:b/>
        </w:rPr>
        <w:t xml:space="preserve">[22:41] </w:t>
      </w:r>
      <w:r>
        <w:t>bhugtna parega, kabhi aik ko, kabhi doosre ko.</w:t>
      </w:r>
    </w:p>
    <w:p>
      <w:pPr>
        <w:jc w:val="right"/>
      </w:pPr>
      <w:r>
        <w:t>بھگتنا پڑے گا، کبھی ایک کو، کبھی دوسرے کو۔</w:t>
      </w:r>
    </w:p>
    <w:p>
      <w:r>
        <w:rPr>
          <w:b/>
        </w:rPr>
        <w:t xml:space="preserve">[22:47] </w:t>
      </w:r>
      <w:r>
        <w:t>to nuksaan waqe hoga.</w:t>
      </w:r>
    </w:p>
    <w:p>
      <w:pPr>
        <w:jc w:val="right"/>
      </w:pPr>
      <w:r>
        <w:t>تو نقص واقع ہوگا۔</w:t>
      </w:r>
    </w:p>
    <w:p>
      <w:r>
        <w:rPr>
          <w:b/>
        </w:rPr>
        <w:t xml:space="preserve">[22:53] </w:t>
      </w:r>
      <w:r>
        <w:t>to aap ko jo cheez milegi woh truncated shakal mein milegi.</w:t>
      </w:r>
    </w:p>
    <w:p>
      <w:pPr>
        <w:jc w:val="right"/>
      </w:pPr>
      <w:r>
        <w:t>تو آپ کو جو چیز ملے گی وہ ٹرنکیٹڈ شکل میں ملے گی۔</w:t>
      </w:r>
    </w:p>
    <w:p>
      <w:r>
        <w:rPr>
          <w:b/>
        </w:rPr>
        <w:t xml:space="preserve">[22:59] </w:t>
      </w:r>
      <w:r>
        <w:t>aur yeh yeh muslim ki baat nahi hai, sab ki baat hai.</w:t>
      </w:r>
    </w:p>
    <w:p>
      <w:pPr>
        <w:jc w:val="right"/>
      </w:pPr>
      <w:r>
        <w:t>اور یہ یہ مسلم کی بات نہیں ہے، سب کی بات ہے۔</w:t>
      </w:r>
    </w:p>
    <w:p>
      <w:r>
        <w:rPr>
          <w:b/>
        </w:rPr>
        <w:t xml:space="preserve">[23:05] </w:t>
      </w:r>
      <w:r>
        <w:t>dekhiye, younan mein yaani Greece mein badshah tha Alexander the Great kaha jata</w:t>
      </w:r>
    </w:p>
    <w:p>
      <w:pPr>
        <w:jc w:val="right"/>
      </w:pPr>
      <w:r>
        <w:t>دیکھیے، یونان میں یعنی گریس میں بادشاہ تھا الیگزینڈر دی گریٹ کہا جاتا</w:t>
      </w:r>
    </w:p>
    <w:p>
      <w:r>
        <w:rPr>
          <w:b/>
        </w:rPr>
        <w:t xml:space="preserve">[23:11] </w:t>
      </w:r>
      <w:r>
        <w:t>hai, woh to Greece ka woh raja tha, king tha, lekin us ko lagta tha ke yeh to</w:t>
      </w:r>
    </w:p>
    <w:p>
      <w:pPr>
        <w:jc w:val="right"/>
      </w:pPr>
      <w:r>
        <w:t>ہے، وہ تو گریس کا وہ راجہ تھا، کنگ تھا، لیکن اس کو لگتا تھا کہ یہ تو</w:t>
      </w:r>
    </w:p>
    <w:p>
      <w:r>
        <w:rPr>
          <w:b/>
        </w:rPr>
        <w:t xml:space="preserve">[23:19] </w:t>
      </w:r>
      <w:r>
        <w:t>mujhe truncated hai, mera meri badshahat ke mujhe to aur bari cheez chahiye, yeh sirf aik Greece nahi</w:t>
      </w:r>
    </w:p>
    <w:p>
      <w:pPr>
        <w:jc w:val="right"/>
      </w:pPr>
      <w:r>
        <w:t>مجھے ٹرنکیٹڈ ہے، میرا میری بادشاہت کہ مجھے تو اور بڑی چیز چاہیے، یہ صرف ایک گریس نہیں</w:t>
      </w:r>
    </w:p>
    <w:p>
      <w:r>
        <w:rPr>
          <w:b/>
        </w:rPr>
        <w:t xml:space="preserve">[23:26] </w:t>
      </w:r>
      <w:r>
        <w:t>chahiye, mujhe aur bari duniya chahiye, mujhe poora empire chahiye.</w:t>
      </w:r>
    </w:p>
    <w:p>
      <w:pPr>
        <w:jc w:val="right"/>
      </w:pPr>
      <w:r>
        <w:t>چاہیے، مجھے اور بڑی دنیا چاہیے، مجھے پورا ایمپائر چاہیے۔</w:t>
      </w:r>
    </w:p>
    <w:p>
      <w:r>
        <w:rPr>
          <w:b/>
        </w:rPr>
        <w:t xml:space="preserve">[23:34] </w:t>
      </w:r>
      <w:r>
        <w:t>to us ko us ne</w:t>
      </w:r>
    </w:p>
    <w:p>
      <w:pPr>
        <w:jc w:val="right"/>
      </w:pPr>
      <w:r>
        <w:t>تو اس کو اس نے</w:t>
      </w:r>
    </w:p>
    <w:p>
      <w:r>
        <w:rPr>
          <w:b/>
        </w:rPr>
        <w:t xml:space="preserve">[23:42] </w:t>
      </w:r>
      <w:r>
        <w:t>mukammal karne ke liye duniya par hamla kar diya.</w:t>
      </w:r>
    </w:p>
    <w:p>
      <w:pPr>
        <w:jc w:val="right"/>
      </w:pPr>
      <w:r>
        <w:t>مکمل کرنے کے لیے دنیا پر حملہ کر دیا۔</w:t>
      </w:r>
    </w:p>
    <w:p>
      <w:r>
        <w:rPr>
          <w:b/>
        </w:rPr>
        <w:t xml:space="preserve">[23:48] </w:t>
      </w:r>
      <w:r>
        <w:t>lekin aakhir mein kya kiya hua ke Iraq ke ilaqay Iraq tak puhanchte puhanchte us ki death ho gayi.</w:t>
      </w:r>
    </w:p>
    <w:p>
      <w:pPr>
        <w:jc w:val="right"/>
      </w:pPr>
      <w:r>
        <w:t>لیکن آخر میں کیا کیا ہوا کہ عراق کے علاقے عراق تک پہنچتے پہنچتے اس کی ڈیتھ ہو گئی۔</w:t>
      </w:r>
    </w:p>
    <w:p>
      <w:r>
        <w:rPr>
          <w:b/>
        </w:rPr>
        <w:t xml:space="preserve">[23:54] </w:t>
      </w:r>
      <w:r>
        <w:t>abhi woh 40 saal ka bhi nahi hua tha, 40 saal se bhi kam tha us ke upar.</w:t>
      </w:r>
    </w:p>
    <w:p>
      <w:pPr>
        <w:jc w:val="right"/>
      </w:pPr>
      <w:r>
        <w:t>ابھی وہ 40 سال کا بھی نہیں ہوا تھا، 40 سال سے بھی کم تھا اس کے اوپر۔</w:t>
      </w:r>
    </w:p>
    <w:p>
      <w:r>
        <w:rPr>
          <w:b/>
        </w:rPr>
        <w:t xml:space="preserve">[24:00] </w:t>
      </w:r>
      <w:r>
        <w:t>to de truncated karne ki koshish mein woh khud hi khud hi is ka khatma ho gaya.</w:t>
      </w:r>
    </w:p>
    <w:p>
      <w:pPr>
        <w:jc w:val="right"/>
      </w:pPr>
      <w:r>
        <w:t>تو ڈی ٹرنکیٹ کرنے کی کوشش میں وہ خود ہی خود ہی اس کا خاتمہ ہو گیا۔</w:t>
      </w:r>
    </w:p>
    <w:p>
      <w:r>
        <w:rPr>
          <w:b/>
        </w:rPr>
        <w:t xml:space="preserve">[24:06] </w:t>
      </w:r>
      <w:r>
        <w:t>us waqt se ab tak yeh chala ja raha hai.</w:t>
      </w:r>
    </w:p>
    <w:p>
      <w:pPr>
        <w:jc w:val="right"/>
      </w:pPr>
      <w:r>
        <w:t>اس وقت سے اب تک یہ چلا جا رہا ہے۔</w:t>
      </w:r>
    </w:p>
    <w:p>
      <w:r>
        <w:rPr>
          <w:b/>
        </w:rPr>
        <w:t xml:space="preserve">[24:12] </w:t>
      </w:r>
      <w:r>
        <w:t>saari duniya mein yeh hua ke logon ko milta hai koi cheez, woh truncated shakal mein milti hai,</w:t>
      </w:r>
    </w:p>
    <w:p>
      <w:pPr>
        <w:jc w:val="right"/>
      </w:pPr>
      <w:r>
        <w:t>ساری دنیا میں یہ ہوا کہ لوگوں کو ملتا ہے کوئی چیز، وہ ٹرنکیٹڈ شکل میں ملتی ہے،</w:t>
      </w:r>
    </w:p>
    <w:p>
      <w:r>
        <w:rPr>
          <w:b/>
        </w:rPr>
        <w:t xml:space="preserve">[24:19] </w:t>
      </w:r>
      <w:r>
        <w:t>lekin woh chahte hain ke is ko de tranket karen.</w:t>
      </w:r>
    </w:p>
    <w:p>
      <w:pPr>
        <w:jc w:val="right"/>
      </w:pPr>
      <w:r>
        <w:t>لیکن وہ چاہتے ہیں کہ اس کو ڈی ٹرنکیٹ کریں۔</w:t>
      </w:r>
    </w:p>
    <w:p>
      <w:r>
        <w:rPr>
          <w:b/>
        </w:rPr>
        <w:t xml:space="preserve">[24:25] </w:t>
      </w:r>
      <w:r>
        <w:t>isi mein ladte marte ladte marte hain, aate hi khatm ho jaate hain, khatm ho jaate hain.</w:t>
      </w:r>
    </w:p>
    <w:p>
      <w:pPr>
        <w:jc w:val="right"/>
      </w:pPr>
      <w:r>
        <w:t>اسی میں لڑتے مرتے لڑتے مرتے ہیں، آتے ہی ختم ہو جاتے ہیں، ختم ہو جاتے ہیں۔</w:t>
      </w:r>
    </w:p>
    <w:p>
      <w:r>
        <w:rPr>
          <w:b/>
        </w:rPr>
        <w:t xml:space="preserve">[24:31] </w:t>
      </w:r>
      <w:r>
        <w:t>aur is waqt jo musalman jihad ke naam par ladai lad rahe hain, woh bhi isi liye hai.</w:t>
      </w:r>
    </w:p>
    <w:p>
      <w:pPr>
        <w:jc w:val="right"/>
      </w:pPr>
      <w:r>
        <w:t>اور اس وقت جو مسلمان جہاد کے نام پر لڑائی لڑ رہے ہیں، وہ بھی اسی لیے ہے۔</w:t>
      </w:r>
    </w:p>
    <w:p>
      <w:r>
        <w:rPr>
          <w:b/>
        </w:rPr>
        <w:t xml:space="preserve">[24:37] </w:t>
      </w:r>
      <w:r>
        <w:t>mere paas ek kitaab hai</w:t>
      </w:r>
    </w:p>
    <w:p>
      <w:pPr>
        <w:jc w:val="right"/>
      </w:pPr>
      <w:r>
        <w:t>میرے پاس ایک کتاب ہے</w:t>
      </w:r>
    </w:p>
    <w:p>
      <w:r>
        <w:rPr>
          <w:b/>
        </w:rPr>
        <w:t xml:space="preserve">[24:43] </w:t>
      </w:r>
      <w:r>
        <w:t>jo english mein, is mein aap dekh lijiye, is mein kya kehte hain woh ke Asia, Africa, Europe</w:t>
      </w:r>
    </w:p>
    <w:p>
      <w:pPr>
        <w:jc w:val="right"/>
      </w:pPr>
      <w:r>
        <w:t>جو انگلش میں، اس میں آپ دیکھ لیجئے، اس میں کیا کہتے ہیں وہ کہ ایشیا، افریقہ، یورپ</w:t>
      </w:r>
    </w:p>
    <w:p>
      <w:r>
        <w:rPr>
          <w:b/>
        </w:rPr>
        <w:t xml:space="preserve">[24:50] </w:t>
      </w:r>
      <w:r>
        <w:t>ke bohat bade ilaaqe mein Muslim Empire qaim tha ek zamane mein, lekin baad ko jab colonial period</w:t>
      </w:r>
    </w:p>
    <w:p>
      <w:pPr>
        <w:jc w:val="right"/>
      </w:pPr>
      <w:r>
        <w:t>کے بہت بڑے علاقے میں مسلم ایمپائر قائم تھا ایک زمانے میں، لیکن بعد کو جب کلونیل پیریڈ</w:t>
      </w:r>
    </w:p>
    <w:p>
      <w:r>
        <w:rPr>
          <w:b/>
        </w:rPr>
        <w:t xml:space="preserve">[24:58] </w:t>
      </w:r>
      <w:r>
        <w:t>aaya to hamare ilaaqe logon ne chheen liye, to hamein is ko dobara wapas lena hai.</w:t>
      </w:r>
    </w:p>
    <w:p>
      <w:pPr>
        <w:jc w:val="right"/>
      </w:pPr>
      <w:r>
        <w:t>آیا تو ہمارے علاقے لوگوں نے چھین لیے، تو ہمیں اس کو دوبارہ واپس لینا ہے۔</w:t>
      </w:r>
    </w:p>
    <w:p>
      <w:r>
        <w:rPr>
          <w:b/>
        </w:rPr>
        <w:t xml:space="preserve">[25:05] </w:t>
      </w:r>
      <w:r>
        <w:t>yeh jitne terrorist log hain, in ki in ki yeh soch, woh kitaab in</w:t>
      </w:r>
    </w:p>
    <w:p>
      <w:pPr>
        <w:jc w:val="right"/>
      </w:pPr>
      <w:r>
        <w:t>یہ جتنے ٹیررسٹ لوگ ہیں، ان کی ان کی یہ سوچ، وہ کتاب ان</w:t>
      </w:r>
    </w:p>
    <w:p>
      <w:r>
        <w:rPr>
          <w:b/>
        </w:rPr>
        <w:t xml:space="preserve">[25:13] </w:t>
      </w:r>
      <w:r>
        <w:t>ke yani un logon ke mind ko batati hai jo jagah jagah society bombing karte hain, gun culture chalate hain, bomb culture chalate hain. Un ki soch kya hai? Is kitaab mein bataya gaya hai ke woh ab sara area, woh hamara area hai, jahan ke kabhi ab hamare logon ne hukoomat ki thi. Asia mein, Africa mein, Europe mein to un sab ko hamein dobara wahan par Islami hukoomat</w:t>
      </w:r>
    </w:p>
    <w:p>
      <w:pPr>
        <w:jc w:val="right"/>
      </w:pPr>
      <w:r>
        <w:t>کے یعنی ان لوگوں کے مائنڈ کو بتاتی ہے جو جگہ جگہ سوسائٹی بمبنگ کرتے ہیں، گن کلچر چلاتے ہیں، بمب کلچر چلاتے ہیں۔ ان کی سوچ کیا ہے؟ اس کتاب میں بتایا گیا ہے کہ وہ اب سارا ایریا، وہ ہمارا ایریا ہے، جہاں کہ کبھی اب ہمارے لوگوں نے حکومت کی تھی۔ ایشیا میں، افریقہ میں، یورپ میں تو ان سب کو ہمیں دوبارہ وہاں پر اسلامی حکومت</w:t>
      </w:r>
    </w:p>
    <w:p>
      <w:r>
        <w:rPr>
          <w:b/>
        </w:rPr>
        <w:t xml:space="preserve">[25:43] </w:t>
      </w:r>
      <w:r>
        <w:t>qaim karna hai, Muslim hukoomat qaim karna hai.</w:t>
      </w:r>
    </w:p>
    <w:p>
      <w:pPr>
        <w:jc w:val="right"/>
      </w:pPr>
      <w:r>
        <w:t>قائم کرنا ہے، مسلم حکومت قائم کرنا ہے۔</w:t>
      </w:r>
    </w:p>
    <w:p>
      <w:r>
        <w:rPr>
          <w:b/>
        </w:rPr>
        <w:t xml:space="preserve">[25:49] </w:t>
      </w:r>
      <w:r>
        <w:t>to in ke nazdeek hamein jo mila hai ilaaqa, woh tranketed ilaaqa hai, kata phata ilaaqa hai.</w:t>
      </w:r>
    </w:p>
    <w:p>
      <w:pPr>
        <w:jc w:val="right"/>
      </w:pPr>
      <w:r>
        <w:t>تو ان کے نزدیک ہمیں جو ملا ہے علاقہ، وہ ٹرنکیٹڈ علاقہ ہے، کٹا پھٹا علاقہ ہے۔</w:t>
      </w:r>
    </w:p>
    <w:p>
      <w:r>
        <w:rPr>
          <w:b/>
        </w:rPr>
        <w:t xml:space="preserve">[25:55] </w:t>
      </w:r>
      <w:r>
        <w:t>hamein is ko de tranket karna hai, is liye lad rahe hain woh.</w:t>
      </w:r>
    </w:p>
    <w:p>
      <w:pPr>
        <w:jc w:val="right"/>
      </w:pPr>
      <w:r>
        <w:t>ہمیں اس کو ڈی ٹرنکیٹ کرنا ہے، اس لیے لڑ رہے ہیں وہ۔</w:t>
      </w:r>
    </w:p>
    <w:p>
      <w:r>
        <w:rPr>
          <w:b/>
        </w:rPr>
        <w:t xml:space="preserve">[26:01] </w:t>
      </w:r>
      <w:r>
        <w:t>yaani kuch log, kuch mein samajhta hoon ke jo Quran mein kaha gaya ke Quran is liye utara</w:t>
      </w:r>
    </w:p>
    <w:p>
      <w:pPr>
        <w:jc w:val="right"/>
      </w:pPr>
      <w:r>
        <w:t>یعنی کچھ لوگ، کچھ میں سمجھتا ہوں کہ جو قرآن میں کہا گیا کہ قرآن اس لیے اتارا</w:t>
      </w:r>
    </w:p>
    <w:p>
      <w:r>
        <w:rPr>
          <w:b/>
        </w:rPr>
        <w:t xml:space="preserve">[26:07] </w:t>
      </w:r>
      <w:r>
        <w:t>gaya ke tadabbur karo, to yahan se wahan tak kisi ne tadabbur kiya hi nahi shayad</w:t>
      </w:r>
    </w:p>
    <w:p>
      <w:pPr>
        <w:jc w:val="right"/>
      </w:pPr>
      <w:r>
        <w:t>گیا کہ تدبر کرو، تو یہاں سے وہاں تک کسی نے تدبر کیا ہی نہیں شاید</w:t>
      </w:r>
    </w:p>
    <w:p>
      <w:r>
        <w:rPr>
          <w:b/>
        </w:rPr>
        <w:t xml:space="preserve">[26:13] </w:t>
      </w:r>
      <w:r>
        <w:t>. Agar tadabbur karte, yeh yeh sab baat jante, woh yeh sab baat jante jaise maine nuqs par tadabbur kiya, nuqs par tadabbur karte karte itni bari baat daryaft ho gayi. To woh log bhi kar sakte the, lekin jis ko dekho woh lad raha hai. Kyunke is baat ko nahi jaana logon ne ke truncation ka waqe to hoga hi hoga, paighambar ke liye hoga,</w:t>
      </w:r>
    </w:p>
    <w:p>
      <w:pPr>
        <w:jc w:val="right"/>
      </w:pPr>
      <w:r>
        <w:t>۔ اگر تدبر کرتے، یہ یہ سب بات جانتے، وہ یہ سب بات جانتے جیسے میں نے نقص پر تدبر کیا، نقص پر تدبر کرتے کرتے اتنی بڑی بات دریافت ہو گئی۔ تو وہ لوگ بھی کر سکتے تھے، لیکن جس کو دیکھیں وہ لڑ رہا ہے۔ کیونکہ اس بات کو نہیں جانا لوگوں نے کہ ٹرنکیشن کا واقعہ تو ہوگا ہی ہوگا، پیغمبر کے لیے ہوگا،</w:t>
      </w:r>
    </w:p>
    <w:p>
      <w:r>
        <w:rPr>
          <w:b/>
        </w:rPr>
        <w:t xml:space="preserve">[26:43] </w:t>
      </w:r>
      <w:r>
        <w:t>sab ke liye hoga.</w:t>
      </w:r>
    </w:p>
    <w:p>
      <w:pPr>
        <w:jc w:val="right"/>
      </w:pPr>
      <w:r>
        <w:t>سب کے لیے ہوگا۔</w:t>
      </w:r>
    </w:p>
    <w:p>
      <w:r>
        <w:rPr>
          <w:b/>
        </w:rPr>
        <w:t xml:space="preserve">[26:48] </w:t>
      </w:r>
      <w:r>
        <w:t>to trankation ke waaqe ko bardasht karna hai, tolerate karna hai, is ko de tranket karne ki koshish</w:t>
      </w:r>
    </w:p>
    <w:p>
      <w:pPr>
        <w:jc w:val="right"/>
      </w:pPr>
      <w:r>
        <w:t>تو ٹرنکیشن کے واقعے کو برداشت کرنا ہے، ٹولریٹ کرنا ہے، اس کو ڈی ٹرنکیٹ کرنے کی کوشش</w:t>
      </w:r>
    </w:p>
    <w:p>
      <w:r>
        <w:rPr>
          <w:b/>
        </w:rPr>
        <w:t xml:space="preserve">[26:53] </w:t>
      </w:r>
      <w:r>
        <w:t>nahi karna hai.</w:t>
      </w:r>
    </w:p>
    <w:p>
      <w:pPr>
        <w:jc w:val="right"/>
      </w:pPr>
      <w:r>
        <w:t>نہیں کرنا ہے۔</w:t>
      </w:r>
    </w:p>
    <w:p>
      <w:r>
        <w:rPr>
          <w:b/>
        </w:rPr>
        <w:t xml:space="preserve">[26:58] </w:t>
      </w:r>
      <w:r>
        <w:t>ab dekhiye, mera yeh angotha jo hai, yeh kat gaya tha.</w:t>
      </w:r>
    </w:p>
    <w:p>
      <w:pPr>
        <w:jc w:val="right"/>
      </w:pPr>
      <w:r>
        <w:t>اب دیکھیے، میرا یہ انگوٹھا جو ہے، یہ کٹ گیا تھا۔</w:t>
      </w:r>
    </w:p>
    <w:p>
      <w:r>
        <w:rPr>
          <w:b/>
        </w:rPr>
        <w:t xml:space="preserve">[27:03] </w:t>
      </w:r>
      <w:r>
        <w:t>aap dekh rahe hain, yeh angotha bada hai, yeh chhota hai.</w:t>
      </w:r>
    </w:p>
    <w:p>
      <w:pPr>
        <w:jc w:val="right"/>
      </w:pPr>
      <w:r>
        <w:t>آپ دیکھ رہے ہیں، یہ انگوٹھا بڑا ہے، یہ چھوٹا ہے۔</w:t>
      </w:r>
    </w:p>
    <w:p>
      <w:r>
        <w:rPr>
          <w:b/>
        </w:rPr>
        <w:t xml:space="preserve">[27:08] </w:t>
      </w:r>
      <w:r>
        <w:t>yeh yeh angotha tranketed</w:t>
      </w:r>
    </w:p>
    <w:p>
      <w:pPr>
        <w:jc w:val="right"/>
      </w:pPr>
      <w:r>
        <w:t>یہ یہ انگوٹھا ٹرنکیٹڈ</w:t>
      </w:r>
    </w:p>
    <w:p>
      <w:r>
        <w:rPr>
          <w:b/>
        </w:rPr>
        <w:t xml:space="preserve">[27:13] </w:t>
      </w:r>
      <w:r>
        <w:t>thumb hai, tranketed angotha hai.</w:t>
      </w:r>
    </w:p>
    <w:p>
      <w:pPr>
        <w:jc w:val="right"/>
      </w:pPr>
      <w:r>
        <w:t>تھمب ہے، ٹرنکیٹڈ انگوٹھا ہے۔</w:t>
      </w:r>
    </w:p>
    <w:p>
      <w:r>
        <w:rPr>
          <w:b/>
        </w:rPr>
        <w:t xml:space="preserve">[27:19] </w:t>
      </w:r>
      <w:r>
        <w:t>اب اگر میں چاہوں کہ اس کو ڈی ٹرنکیٹ کروں تو impossible ہے۔</w:t>
      </w:r>
    </w:p>
    <w:p>
      <w:pPr>
        <w:jc w:val="right"/>
      </w:pPr>
      <w:r>
        <w:t>اب اگر میں چاہوں کہ اس کو ڈی ٹرنکیٹ کروں تو امپاسیبل ہے۔</w:t>
      </w:r>
    </w:p>
    <w:p>
      <w:r>
        <w:rPr>
          <w:b/>
        </w:rPr>
        <w:t xml:space="preserve">[27:25] </w:t>
      </w:r>
      <w:r>
        <w:t>mein is angothe ko de tranket nahi kar sakta.</w:t>
      </w:r>
    </w:p>
    <w:p>
      <w:pPr>
        <w:jc w:val="right"/>
      </w:pPr>
      <w:r>
        <w:t>میں اس انگوٹھے کو ڈی ٹرنکیٹ نہیں کر سکتا۔</w:t>
      </w:r>
    </w:p>
    <w:p>
      <w:r>
        <w:rPr>
          <w:b/>
        </w:rPr>
        <w:t xml:space="preserve">[27:31] </w:t>
      </w:r>
      <w:r>
        <w:t>yeh har cheez yaani jaan ka maamla ho, maal ka maamla ho, building ka maamla ho, hukoomat ka</w:t>
      </w:r>
    </w:p>
    <w:p>
      <w:pPr>
        <w:jc w:val="right"/>
      </w:pPr>
      <w:r>
        <w:t>یہ ہر چیز یعنی جان کا معاملہ ہو، مال کا معاملہ ہو، بلڈنگ کا معاملہ ہو، حکومت کا</w:t>
      </w:r>
    </w:p>
    <w:p>
      <w:r>
        <w:rPr>
          <w:b/>
        </w:rPr>
        <w:t xml:space="preserve">[27:37] </w:t>
      </w:r>
      <w:r>
        <w:t>maamla ho, har cheez mein zaroor hoga toot phoot, nuqs, loss,</w:t>
      </w:r>
    </w:p>
    <w:p>
      <w:pPr>
        <w:jc w:val="right"/>
      </w:pPr>
      <w:r>
        <w:t>معاملہ ہو، ہر چیز میں ضرور ہوگا ٹوٹ پھوٹ، نقص، لاس،</w:t>
      </w:r>
    </w:p>
    <w:p>
      <w:r>
        <w:rPr>
          <w:b/>
        </w:rPr>
        <w:t xml:space="preserve">[27:43] </w:t>
      </w:r>
      <w:r>
        <w:t>kami.</w:t>
      </w:r>
    </w:p>
    <w:p>
      <w:pPr>
        <w:jc w:val="right"/>
      </w:pPr>
      <w:r>
        <w:t>کمی۔</w:t>
      </w:r>
    </w:p>
    <w:p>
      <w:r>
        <w:rPr>
          <w:b/>
        </w:rPr>
        <w:t xml:space="preserve">[27:51] </w:t>
      </w:r>
      <w:r>
        <w:t>is ko bardasht kijiye, nahi to ladte ladte mar jayenge aur duniya ko tabaah karenge, khud</w:t>
      </w:r>
    </w:p>
    <w:p>
      <w:pPr>
        <w:jc w:val="right"/>
      </w:pPr>
      <w:r>
        <w:t>اس کو برداشت کیجئے، نہیں تو لڑتے لڑتے مر جائیں گے اور دنیا کو تباہ کریں گے، خود</w:t>
      </w:r>
    </w:p>
    <w:p>
      <w:r>
        <w:rPr>
          <w:b/>
        </w:rPr>
        <w:t xml:space="preserve">[27:58] </w:t>
      </w:r>
      <w:r>
        <w:t>bhi tabah honge.</w:t>
      </w:r>
    </w:p>
    <w:p>
      <w:pPr>
        <w:jc w:val="right"/>
      </w:pPr>
      <w:r>
        <w:t>بھی تباہ ہوں گے۔</w:t>
      </w:r>
    </w:p>
    <w:p>
      <w:r>
        <w:rPr>
          <w:b/>
        </w:rPr>
        <w:t xml:space="preserve">[28:05] </w:t>
      </w:r>
      <w:r>
        <w:t>hoga kuch nahi, kyunke quran mein hai: "khuda ka jo qanoon hai, jis ko hum kehte hain la</w:t>
      </w:r>
    </w:p>
    <w:p>
      <w:pPr>
        <w:jc w:val="right"/>
      </w:pPr>
      <w:r>
        <w:t>ہوگا کچھ نہیں، کیونکہ قرآن میں ہے: "خدا کا جو قانون ہے، جس کو ہم کہتے ہیں لا</w:t>
      </w:r>
    </w:p>
    <w:p>
      <w:r>
        <w:rPr>
          <w:b/>
        </w:rPr>
        <w:t xml:space="preserve">[28:12] </w:t>
      </w:r>
      <w:r>
        <w:t>of nature, woh badalne wala nahi, kabhi woh badalne wala nahi hai."</w:t>
      </w:r>
    </w:p>
    <w:p>
      <w:pPr>
        <w:jc w:val="right"/>
      </w:pPr>
      <w:r>
        <w:t>اف نیچر، وہ بدلنے والا نہیں، کبھی وہ بدلنے والا نہیں ہے۔"</w:t>
      </w:r>
    </w:p>
    <w:p>
      <w:r>
        <w:rPr>
          <w:b/>
        </w:rPr>
        <w:t xml:space="preserve">[28:20] </w:t>
      </w:r>
      <w:r>
        <w:t>toh duniya mein dekhein, sirf ladai ki baat nahi hai.</w:t>
      </w:r>
    </w:p>
    <w:p>
      <w:pPr>
        <w:jc w:val="right"/>
      </w:pPr>
      <w:r>
        <w:t>تو دنیا میں دیکھیں، صرف لڑائی کی بات نہیں ہے۔</w:t>
      </w:r>
    </w:p>
    <w:p>
      <w:r>
        <w:rPr>
          <w:b/>
        </w:rPr>
        <w:t xml:space="preserve">[28:26] </w:t>
      </w:r>
      <w:r>
        <w:t>duniya mein jo ghussa hai, duniya mein jo tension hai, duniya mein jo stress hai, duniya mein jo</w:t>
      </w:r>
    </w:p>
    <w:p>
      <w:pPr>
        <w:jc w:val="right"/>
      </w:pPr>
      <w:r>
        <w:t>دنیا میں جو غصہ ہے، دنیا میں جو ٹینشن ہے، دنیا میں جو اسٹریس ہے، دنیا میں جو</w:t>
      </w:r>
    </w:p>
    <w:p>
      <w:r>
        <w:rPr>
          <w:b/>
        </w:rPr>
        <w:t xml:space="preserve">[28:33] </w:t>
      </w:r>
      <w:r>
        <w:t>sense of loss hai, yeh sab kyun hai? isi liye ke aap is ke log is par razi</w:t>
      </w:r>
    </w:p>
    <w:p>
      <w:pPr>
        <w:jc w:val="right"/>
      </w:pPr>
      <w:r>
        <w:t>سینس اف لاس ہے، یہ سب کیوں ہے؟ اسی لیے کہ آپ اس کے لوگ اس پر راضی</w:t>
      </w:r>
    </w:p>
    <w:p>
      <w:r>
        <w:rPr>
          <w:b/>
        </w:rPr>
        <w:t xml:space="preserve">[28:39] </w:t>
      </w:r>
      <w:r>
        <w:t>nahi hain, yaani truncation par razi nahi hain.</w:t>
      </w:r>
    </w:p>
    <w:p>
      <w:pPr>
        <w:jc w:val="right"/>
      </w:pPr>
      <w:r>
        <w:t>نہیں ہیں، یعنی ٹرنکیشن پر راضی نہیں ہیں۔</w:t>
      </w:r>
    </w:p>
    <w:p>
      <w:r>
        <w:rPr>
          <w:b/>
        </w:rPr>
        <w:t xml:space="preserve">[28:45] </w:t>
      </w:r>
      <w:r>
        <w:t>woh chahte hain de-truncation karna.</w:t>
      </w:r>
    </w:p>
    <w:p>
      <w:pPr>
        <w:jc w:val="right"/>
      </w:pPr>
      <w:r>
        <w:t>وہ چاہتے ہیں ڈی ٹرنکیٹ کرنا۔</w:t>
      </w:r>
    </w:p>
    <w:p>
      <w:r>
        <w:rPr>
          <w:b/>
        </w:rPr>
        <w:t xml:space="preserve">[28:52] </w:t>
      </w:r>
      <w:r>
        <w:t>Har aadmi bas isi pe hai ke woh us ke sath jo waqe pesh aaya truncation ka, us ko woh de-truncate kare. Aur sari tareekh isi ka, isi ki misaal hai. Sari tareekh isi ki misaal hai. Aaj tak woh misaal chali ja rahi hai. To Quran mein yeh ayat hai ke: ""</w:t>
      </w:r>
    </w:p>
    <w:p>
      <w:pPr>
        <w:jc w:val="right"/>
      </w:pPr>
      <w:r>
        <w:t>ہر آدمی بس اسی اس پہ ہے کہ وہ اس کے ساتھ جو واقعہ پیش آیا ٹرنکیشن کا، اس کو وہ ڈی ٹرنکیٹ کرے۔ اور ساری تاریخ اسی کا، اسی کی مثال ہے۔ ساری تاریخ اسی کی مثال ہے۔ آج تک وہ مثال چلی جا رہی ہے۔ تو قرآن میں یہ آیت ہے کہ: "</w:t>
      </w:r>
    </w:p>
    <w:p>
      <w:r>
        <w:rPr>
          <w:b/>
        </w:rPr>
        <w:t xml:space="preserve">[29:22] </w:t>
      </w:r>
      <w:r>
        <w:t>fitnatallahi fatana nas alaiha la tabdeela li khalqillah" yaani is duniya ke liye ek la of nature hai.</w:t>
      </w:r>
    </w:p>
    <w:p>
      <w:pPr>
        <w:jc w:val="right"/>
      </w:pPr>
      <w:r>
        <w:t>فتنہ اللہ فتح الناس علیہا لا تبدیل لخلق اللہ" یعنی اس دنیا کے لیے ایک لا اف نیچر ہے۔</w:t>
      </w:r>
    </w:p>
    <w:p>
      <w:r>
        <w:rPr>
          <w:b/>
        </w:rPr>
        <w:t xml:space="preserve">[29:28] </w:t>
      </w:r>
      <w:r>
        <w:t>yeh jo Allah ne banai hai duniya, is ke liye ek la of nature hai.</w:t>
      </w:r>
    </w:p>
    <w:p>
      <w:pPr>
        <w:jc w:val="right"/>
      </w:pPr>
      <w:r>
        <w:t>یہ جو اللہ نے بنائی ہے دنیا، اس کے لیے ایک لا اف نیچر ہے۔</w:t>
      </w:r>
    </w:p>
    <w:p>
      <w:r>
        <w:rPr>
          <w:b/>
        </w:rPr>
        <w:t xml:space="preserve">[29:34] </w:t>
      </w:r>
      <w:r>
        <w:t>woh la of nature atal hai, atal rahega, woh badalne wala nahi hai.</w:t>
      </w:r>
    </w:p>
    <w:p>
      <w:pPr>
        <w:jc w:val="right"/>
      </w:pPr>
      <w:r>
        <w:t>وہ لا اف نیچر اٹل ہے، اٹل رہے گا، وہ بدلنے والا نہیں ہے۔</w:t>
      </w:r>
    </w:p>
    <w:p>
      <w:r>
        <w:rPr>
          <w:b/>
        </w:rPr>
        <w:t xml:space="preserve">[29:40] </w:t>
      </w:r>
      <w:r>
        <w:t>aap ko ise accept hi karna hai.</w:t>
      </w:r>
    </w:p>
    <w:p>
      <w:pPr>
        <w:jc w:val="right"/>
      </w:pPr>
      <w:r>
        <w:t>آپ کو اسے ایکسیپٹ ہی کرنا ہے۔</w:t>
      </w:r>
    </w:p>
    <w:p>
      <w:r>
        <w:rPr>
          <w:b/>
        </w:rPr>
        <w:t xml:space="preserve">[29:46] </w:t>
      </w:r>
      <w:r>
        <w:t>accept nahi karenge toh aap khud apna nuksan uthayenge.</w:t>
      </w:r>
    </w:p>
    <w:p>
      <w:pPr>
        <w:jc w:val="right"/>
      </w:pPr>
      <w:r>
        <w:t>ایکسیپٹ نہیں کریں گے تو آپ خود اپنا نقصان اٹھائیں گے۔</w:t>
      </w:r>
    </w:p>
    <w:p>
      <w:r>
        <w:rPr>
          <w:b/>
        </w:rPr>
        <w:t xml:space="preserve">[29:52] </w:t>
      </w:r>
      <w:r>
        <w:t>toh Allah taala ne is usool ko quran mein bataya, rasool Allah ne is ko bataya, bakht tareeqon</w:t>
      </w:r>
    </w:p>
    <w:p>
      <w:pPr>
        <w:jc w:val="right"/>
      </w:pPr>
      <w:r>
        <w:t>تو اللہ تعالی نے اس اصول کو قرآن میں بتایا، رسول اللہ نے اس کو بتایا، بخت طریقوں</w:t>
      </w:r>
    </w:p>
    <w:p>
      <w:r>
        <w:rPr>
          <w:b/>
        </w:rPr>
        <w:t xml:space="preserve">[29:57] </w:t>
      </w:r>
      <w:r>
        <w:t>se is ko bataya.</w:t>
      </w:r>
    </w:p>
    <w:p>
      <w:pPr>
        <w:jc w:val="right"/>
      </w:pPr>
      <w:r>
        <w:t>سے اس کو بتایا۔</w:t>
      </w:r>
    </w:p>
    <w:p>
      <w:r>
        <w:rPr>
          <w:b/>
        </w:rPr>
        <w:t xml:space="preserve">[30:02] </w:t>
      </w:r>
      <w:r>
        <w:t>aur bas taaoon ke is ki akhri shakal yeh hai ke Kaaba jaise muqaddas maqam ko bhi truncate</w:t>
      </w:r>
    </w:p>
    <w:p>
      <w:pPr>
        <w:jc w:val="right"/>
      </w:pPr>
      <w:r>
        <w:t>اور بس تاؤں کہ اس کی آخری شکل یہ ہے کہ کعبہ جیسے مقدس مقام کو بھی ٹرنکیٹ</w:t>
      </w:r>
    </w:p>
    <w:p>
      <w:r>
        <w:rPr>
          <w:b/>
        </w:rPr>
        <w:t xml:space="preserve">[30:08] </w:t>
      </w:r>
      <w:r>
        <w:t>کر دیا، اس ko bhi toota phoota kar diya.</w:t>
      </w:r>
    </w:p>
    <w:p>
      <w:pPr>
        <w:jc w:val="right"/>
      </w:pPr>
      <w:r>
        <w:t>کر دیا، اس کو بھی ٹوٹا پھوٹا کر دیا۔</w:t>
      </w:r>
    </w:p>
    <w:p>
      <w:r>
        <w:rPr>
          <w:b/>
        </w:rPr>
        <w:t xml:space="preserve">[30:13] </w:t>
      </w:r>
      <w:r>
        <w:t>bahut halki baat hai yeh.</w:t>
      </w:r>
    </w:p>
    <w:p>
      <w:pPr>
        <w:jc w:val="right"/>
      </w:pPr>
      <w:r>
        <w:t>بہت ہلکی بات ہے یہ۔</w:t>
      </w:r>
    </w:p>
    <w:p>
      <w:r>
        <w:rPr>
          <w:b/>
        </w:rPr>
        <w:t xml:space="preserve">[30:18] </w:t>
      </w:r>
      <w:r>
        <w:t>log ro rahe hain ke</w:t>
      </w:r>
    </w:p>
    <w:p>
      <w:pPr>
        <w:jc w:val="right"/>
      </w:pPr>
      <w:r>
        <w:t>لوگ رو رہے ہیں کہ</w:t>
      </w:r>
    </w:p>
    <w:p>
      <w:r>
        <w:rPr>
          <w:b/>
        </w:rPr>
        <w:t xml:space="preserve">[30:23] </w:t>
      </w:r>
      <w:r>
        <w:t>میرا ملک truncate ہو گیا، میری حکومت truncate ہو گئی۔</w:t>
      </w:r>
    </w:p>
    <w:p>
      <w:pPr>
        <w:jc w:val="right"/>
      </w:pPr>
      <w:r>
        <w:t>میرا ملک ٹرنکیٹ ہو گیا، میری حکومت ٹرنکیٹ ہو گئی۔</w:t>
      </w:r>
    </w:p>
    <w:p>
      <w:r>
        <w:rPr>
          <w:b/>
        </w:rPr>
        <w:t xml:space="preserve">[30:29] </w:t>
      </w:r>
      <w:r>
        <w:t>yeh sochein ke rab-ul-alameen jo hai, malik-o-baligh-e-kainat hai, woh apne muqaddas jis ko bait</w:t>
      </w:r>
    </w:p>
    <w:p>
      <w:pPr>
        <w:jc w:val="right"/>
      </w:pPr>
      <w:r>
        <w:t>یہ سوچیے کہ رب العالمین جو ہے، مالک و بالغ کائنات ہے، وہ اپنے مقدس جس کو بیت</w:t>
      </w:r>
    </w:p>
    <w:p>
      <w:r>
        <w:rPr>
          <w:b/>
        </w:rPr>
        <w:t xml:space="preserve">[30:35] </w:t>
      </w:r>
      <w:r>
        <w:t>اللہ کا نام دیا گیا ہے، بیت اللہ، بیت اللہ کا truncation وہ برداشت کر رہا ہے۔</w:t>
      </w:r>
    </w:p>
    <w:p>
      <w:pPr>
        <w:jc w:val="right"/>
      </w:pPr>
      <w:r>
        <w:t>اللہ کا نام دیا گیا ہے، بیت اللہ، بیت اللہ کا ٹرنکیشن وہ برداشت کر رہا ہے۔</w:t>
      </w:r>
    </w:p>
    <w:p>
      <w:r>
        <w:rPr>
          <w:b/>
        </w:rPr>
        <w:t xml:space="preserve">[30:41] </w:t>
      </w:r>
      <w:r>
        <w:t>koi bhi aisa jo umrah kiya, jis ne yeh hajj kiya, woh dekhe, woh jaanta hoga ke aaj</w:t>
      </w:r>
    </w:p>
    <w:p>
      <w:pPr>
        <w:jc w:val="right"/>
      </w:pPr>
      <w:r>
        <w:t>کوئی بھی ایسا جو عمرہ کیا، جس نے یہ حج کیا، وہ دیکھ، وہ جانتا ہوگا کہ آج</w:t>
      </w:r>
    </w:p>
    <w:p>
      <w:r>
        <w:rPr>
          <w:b/>
        </w:rPr>
        <w:t xml:space="preserve">[30:47] </w:t>
      </w:r>
      <w:r>
        <w:t>جو کعبہ ہے، وہاں وہ truncated کعبہ ہے۔</w:t>
      </w:r>
    </w:p>
    <w:p>
      <w:pPr>
        <w:jc w:val="right"/>
      </w:pPr>
      <w:r>
        <w:t>جو کعبہ ہے، وہاں وہ ٹرنکیٹڈ کعبہ ہے۔</w:t>
      </w:r>
    </w:p>
    <w:p>
      <w:r>
        <w:rPr>
          <w:b/>
        </w:rPr>
        <w:t xml:space="preserve">[30:53] </w:t>
      </w:r>
      <w:r>
        <w:t>truncated kaba hai, woh wahi original kaba nahi hai.</w:t>
      </w:r>
    </w:p>
    <w:p>
      <w:pPr>
        <w:jc w:val="right"/>
      </w:pPr>
      <w:r>
        <w:t>ٹرنکیٹڈ کعبہ ہے، وہ وہی اوریجنل کعبہ نہیں ہے۔</w:t>
      </w:r>
    </w:p>
    <w:p>
      <w:r>
        <w:rPr>
          <w:b/>
        </w:rPr>
        <w:t xml:space="preserve">[30:59] </w:t>
      </w:r>
      <w:r>
        <w:t>toh yeh sab sochte hue mujhe jo ek wisdom ki baat samajh aayi, balkeh main kahunga ke</w:t>
      </w:r>
    </w:p>
    <w:p>
      <w:pPr>
        <w:jc w:val="right"/>
      </w:pPr>
      <w:r>
        <w:t>تو یہ سب سوچتے ہوئے مجھے جو ایک وزڈم کی بات سمجھ آئی، بلکہ میں کہوں گا کہ</w:t>
      </w:r>
    </w:p>
    <w:p>
      <w:r>
        <w:rPr>
          <w:b/>
        </w:rPr>
        <w:t xml:space="preserve">[31:05] </w:t>
      </w:r>
      <w:r>
        <w:t>sab public wisdom hai.</w:t>
      </w:r>
    </w:p>
    <w:p>
      <w:pPr>
        <w:jc w:val="right"/>
      </w:pPr>
      <w:r>
        <w:t>سب پبلک وزڈم ہے۔</w:t>
      </w:r>
    </w:p>
    <w:p>
      <w:r>
        <w:rPr>
          <w:b/>
        </w:rPr>
        <w:t xml:space="preserve">[31:11] </w:t>
      </w:r>
      <w:r>
        <w:t>phir is se mujhe woh ayat bhi samajh aayi jo quran mein hai ke: "innama yusabiruna bighair hisab"</w:t>
      </w:r>
    </w:p>
    <w:p>
      <w:pPr>
        <w:jc w:val="right"/>
      </w:pPr>
      <w:r>
        <w:t>پھر اس سے مجھے وہ آیت بھی سمجھ آئی جو قرآن میں ہے کہ: "إنما يفصبرون بغير حساب"</w:t>
      </w:r>
    </w:p>
    <w:p>
      <w:r>
        <w:rPr>
          <w:b/>
        </w:rPr>
        <w:t xml:space="preserve">[31:17] </w:t>
      </w:r>
      <w:r>
        <w:t>ke sabr karne walon ko bahut hi zyada ka</w:t>
      </w:r>
    </w:p>
    <w:p>
      <w:pPr>
        <w:jc w:val="right"/>
      </w:pPr>
      <w:r>
        <w:t>کہ صبر کرنے والوں کو بہت ہی زیادہ کا</w:t>
      </w:r>
    </w:p>
    <w:p>
      <w:r>
        <w:rPr>
          <w:b/>
        </w:rPr>
        <w:t xml:space="preserve">[31:23] </w:t>
      </w:r>
      <w:r>
        <w:t>ountless reward milega.</w:t>
      </w:r>
    </w:p>
    <w:p>
      <w:pPr>
        <w:jc w:val="right"/>
      </w:pPr>
      <w:r>
        <w:t>ؤنٹ لیس ریوارڈ ملے گا۔</w:t>
      </w:r>
    </w:p>
    <w:p>
      <w:r>
        <w:rPr>
          <w:b/>
        </w:rPr>
        <w:t xml:space="preserve">[31:29] </w:t>
      </w:r>
      <w:r>
        <w:t>quran mein aisi ayat kisi aur cheez ke baray mein nahi hai, namaz ke baray mein, hajj ke</w:t>
      </w:r>
    </w:p>
    <w:p>
      <w:pPr>
        <w:jc w:val="right"/>
      </w:pPr>
      <w:r>
        <w:t>قرآن میں ایسی آیت کسی اور چیز کے بارے میں نہیں ہے، نماز کے بارے میں، حج کے</w:t>
      </w:r>
    </w:p>
    <w:p>
      <w:r>
        <w:rPr>
          <w:b/>
        </w:rPr>
        <w:t xml:space="preserve">[31:35] </w:t>
      </w:r>
      <w:r>
        <w:t>baray mein, umrah ke baray mein, kisi aur cheez ke baray mein yeh nahi hai ke count less ajr.</w:t>
      </w:r>
    </w:p>
    <w:p>
      <w:pPr>
        <w:jc w:val="right"/>
      </w:pPr>
      <w:r>
        <w:t>بارے میں، عمرہ کے بارے میں، کسی اور چیز کے بارے میں یہ نہیں ہے کہ کاؤنٹ لیس اجر۔</w:t>
      </w:r>
    </w:p>
    <w:p>
      <w:r>
        <w:rPr>
          <w:b/>
        </w:rPr>
        <w:t xml:space="preserve">[31:41] </w:t>
      </w:r>
      <w:r>
        <w:t>تو یہی تو ہے وہ، کیونکہ اگر آپ صبر کرتے ہیں، تبھی تو آپ tribulation کو برداشت کرتے ہیں۔</w:t>
      </w:r>
    </w:p>
    <w:p>
      <w:pPr>
        <w:jc w:val="right"/>
      </w:pPr>
      <w:r>
        <w:t>تو یہی تو ہے وہ، کیونکہ اگر آپ صبر کرتے ہیں، تبھی تو آپ ٹرنکیشن کو برداشت کرتے ہیں۔</w:t>
      </w:r>
    </w:p>
    <w:p>
      <w:r>
        <w:rPr>
          <w:b/>
        </w:rPr>
        <w:t xml:space="preserve">[31:47] </w:t>
      </w:r>
      <w:r>
        <w:t>to jab aap sabr karen ge</w:t>
      </w:r>
    </w:p>
    <w:p>
      <w:pPr>
        <w:jc w:val="right"/>
      </w:pPr>
      <w:r>
        <w:t>تو جب آپ صبر کریں گے</w:t>
      </w:r>
    </w:p>
    <w:p>
      <w:r>
        <w:rPr>
          <w:b/>
        </w:rPr>
        <w:t xml:space="preserve">[31:54] </w:t>
      </w:r>
      <w:r>
        <w:t>aur khuda ke qanoon ke mutabiq jo truncation ke waqiyat ho rahe hain, usko bardasht karenge</w:t>
      </w:r>
    </w:p>
    <w:p>
      <w:pPr>
        <w:jc w:val="right"/>
      </w:pPr>
      <w:r>
        <w:t>اور خدا کے قانون کے مطابق جو ٹرنکیشن کے واقعات ہو رہے ہیں، اس کو برداشت کریں گے</w:t>
      </w:r>
    </w:p>
    <w:p>
      <w:r>
        <w:rPr>
          <w:b/>
        </w:rPr>
        <w:t xml:space="preserve">[32:01] </w:t>
      </w:r>
      <w:r>
        <w:t>to kya hoga? dunya mein aap ko sakhti mile gi aur akhirat mein jannat mile gi.</w:t>
      </w:r>
    </w:p>
    <w:p>
      <w:pPr>
        <w:jc w:val="right"/>
      </w:pPr>
      <w:r>
        <w:t>تو کیا ہوگا؟ دنیا میں آپ کو سختی ملے گی اور آخرت میں جنت ملے گی۔</w:t>
      </w:r>
    </w:p>
    <w:p>
      <w:r>
        <w:rPr>
          <w:b/>
        </w:rPr>
        <w:t xml:space="preserve">[32:09] </w:t>
      </w:r>
      <w:r>
        <w:t>یعنی دنیا میں اس کو مائنس کیا ہوتا ہے کہ success کا راستہ کھلتا ہے، road to success کھلتا ہے۔</w:t>
      </w:r>
    </w:p>
    <w:p>
      <w:pPr>
        <w:jc w:val="right"/>
      </w:pPr>
      <w:r>
        <w:t>یعنی دنیا میں اس کو مائنس کیا ہوتا ہے کہ سکسیس کا راستہ کھلتا ہے، روڈ ٹو سکسیس کھلتا ہے۔</w:t>
      </w:r>
    </w:p>
    <w:p>
      <w:r>
        <w:rPr>
          <w:b/>
        </w:rPr>
        <w:t xml:space="preserve">[32:16] </w:t>
      </w:r>
      <w:r>
        <w:t>nahi to kya hai? ladiye, mariye, ladiye, mariye, ladiye, mariye. is</w:t>
      </w:r>
    </w:p>
    <w:p>
      <w:pPr>
        <w:jc w:val="right"/>
      </w:pPr>
      <w:r>
        <w:t>نہیں تو کیا ہے؟ لڑیے، مریے، لڑیے، مریے، لڑیے، مریے۔ اس</w:t>
      </w:r>
    </w:p>
    <w:p>
      <w:r>
        <w:rPr>
          <w:b/>
        </w:rPr>
        <w:t xml:space="preserve">[32:24] </w:t>
      </w:r>
      <w:r>
        <w:t>پرنسپل کو، یعنی پرنسپل، principle of loss جو ہے، principle of truncation جو ہے، اس کو آپ برداشت</w:t>
      </w:r>
    </w:p>
    <w:p>
      <w:pPr>
        <w:jc w:val="right"/>
      </w:pPr>
      <w:r>
        <w:t>پرنسپل کو، یعنی پرنسپل، پرنسپل اف لاس جو ہے، پرنسپل اف ٹرنکیشن جو ہے، اس کو آپ برداشت</w:t>
      </w:r>
    </w:p>
    <w:p>
      <w:r>
        <w:rPr>
          <w:b/>
        </w:rPr>
        <w:t xml:space="preserve">[32:34] </w:t>
      </w:r>
      <w:r>
        <w:t>maan len, accept kar len to phir aap ke liye kya hai? taraqqi ka, kamyabi ka darwaza khul</w:t>
      </w:r>
    </w:p>
    <w:p>
      <w:pPr>
        <w:jc w:val="right"/>
      </w:pPr>
      <w:r>
        <w:t>مان لیں، ایکسیپٹ کر لیں تو پھر آپ کے لیے کیا ہے؟ ترقی کا، کامیابی کا دروازہ کھل</w:t>
      </w:r>
    </w:p>
    <w:p>
      <w:r>
        <w:rPr>
          <w:b/>
        </w:rPr>
        <w:t xml:space="preserve">[32:44] </w:t>
      </w:r>
      <w:r>
        <w:t>jayega, kyunke aap apne ko bardasht barbad hone se bachaen ge, apne ko barbad hone se bachaen ge. jaise abhi</w:t>
      </w:r>
    </w:p>
    <w:p>
      <w:pPr>
        <w:jc w:val="right"/>
      </w:pPr>
      <w:r>
        <w:t>جائے گا، کیونکہ آپ اپنے کو برداشت برباد ہونے سے بچائیں گے، اپنے کو برباد ہونے سے بچائیں گے۔ جیسے ابھی</w:t>
      </w:r>
    </w:p>
    <w:p>
      <w:r>
        <w:rPr>
          <w:b/>
        </w:rPr>
        <w:t xml:space="preserve">[32:54] </w:t>
      </w:r>
      <w:r>
        <w:t>jo ho raha hai, jo musalman larr rahe hain, itni lambi muddat se larr rahe hain to barbadi</w:t>
      </w:r>
    </w:p>
    <w:p>
      <w:pPr>
        <w:jc w:val="right"/>
      </w:pPr>
      <w:r>
        <w:t>جو ہو رہا ہے، جو مسلمان لڑ رہے ہیں، اتنی لمبی مدت سے لڑ رہے ہیں تو بربادی</w:t>
      </w:r>
    </w:p>
    <w:p>
      <w:r>
        <w:rPr>
          <w:b/>
        </w:rPr>
        <w:t xml:space="preserve">[33:00] </w:t>
      </w:r>
      <w:r>
        <w:t>ho rahe hain, paat to kuch bhi nahi rahe hain.</w:t>
      </w:r>
    </w:p>
    <w:p>
      <w:pPr>
        <w:jc w:val="right"/>
      </w:pPr>
      <w:r>
        <w:t>ہو رہے ہیں، پات تو کچھ بھی نہیں رہے ہیں۔</w:t>
      </w:r>
    </w:p>
    <w:p>
      <w:r>
        <w:rPr>
          <w:b/>
        </w:rPr>
        <w:t xml:space="preserve">[33:06] </w:t>
      </w:r>
      <w:r>
        <w:t>falasteen ke baad par beshumar dolat barbad ki hai musalmanon ne, janen barbad ki hain, lekin mila</w:t>
      </w:r>
    </w:p>
    <w:p>
      <w:pPr>
        <w:jc w:val="right"/>
      </w:pPr>
      <w:r>
        <w:t>فلسطین کے بعد پر بے شمار دولت برباد کی ہے مسلمانوں نے، جانیں برباد کی ہیں، لیکن ملا</w:t>
      </w:r>
    </w:p>
    <w:p>
      <w:r>
        <w:rPr>
          <w:b/>
        </w:rPr>
        <w:t xml:space="preserve">[33:13] </w:t>
      </w:r>
      <w:r>
        <w:t>kya? mila kuch bhi nahi, balkeh jo tha woh bhi kho gaya.</w:t>
      </w:r>
    </w:p>
    <w:p>
      <w:pPr>
        <w:jc w:val="right"/>
      </w:pPr>
      <w:r>
        <w:t>کیا؟ ملا کچھ بھی نہیں، بلکہ جو تھا وہ بھی کھو گیا۔</w:t>
      </w:r>
    </w:p>
    <w:p>
      <w:r>
        <w:rPr>
          <w:b/>
        </w:rPr>
        <w:t xml:space="preserve">[33:19] </w:t>
      </w:r>
      <w:r>
        <w:t>to agar agar musalman truncated palestine ko par razi ho gaye hote,</w:t>
      </w:r>
    </w:p>
    <w:p>
      <w:pPr>
        <w:jc w:val="right"/>
      </w:pPr>
      <w:r>
        <w:t>تو اگر اگر مسلمان ٹرنکیٹڈ پیلسٹائن کو پر راضی ہو گئے ہوتے،</w:t>
      </w:r>
    </w:p>
    <w:p>
      <w:r>
        <w:rPr>
          <w:b/>
        </w:rPr>
        <w:t xml:space="preserve">[33:25] </w:t>
      </w:r>
      <w:r>
        <w:t>agar musalman truncated pakistan par razi ho jatay, truncated pakistan par razi hotay to aaj pakistan aur falasteen</w:t>
      </w:r>
    </w:p>
    <w:p>
      <w:pPr>
        <w:jc w:val="right"/>
      </w:pPr>
      <w:r>
        <w:t>اگر مسلمان ٹرنکیٹڈ پاکستان پر راضی ہو جاتے، ٹرنکیٹڈ پاکستان پر راضی ہوتے تو آج پاکستان اور فلسطین</w:t>
      </w:r>
    </w:p>
    <w:p>
      <w:r>
        <w:rPr>
          <w:b/>
        </w:rPr>
        <w:t xml:space="preserve">[33:33] </w:t>
      </w:r>
      <w:r>
        <w:t>bohat zabardast country hotay, germany aur france ki tarah zabardast mulk hotay.</w:t>
      </w:r>
    </w:p>
    <w:p>
      <w:pPr>
        <w:jc w:val="right"/>
      </w:pPr>
      <w:r>
        <w:t>بہت زبردست کنٹری ہوتے، جرمنی اور فرانس کی طرح زبردست ملک ہوتے۔</w:t>
      </w:r>
    </w:p>
    <w:p>
      <w:r>
        <w:rPr>
          <w:b/>
        </w:rPr>
        <w:t xml:space="preserve">[33:40] </w:t>
      </w:r>
      <w:r>
        <w:t>aur mein aap ko misaal deta hoon, dekhiye yeh jo jis ko aap kehte hain singapore, woh pehle</w:t>
      </w:r>
    </w:p>
    <w:p>
      <w:pPr>
        <w:jc w:val="right"/>
      </w:pPr>
      <w:r>
        <w:t>اور میں آپ کو مثال دیتا ہوں، دیکھیے یہ جو جس کو آپ کہتے ہیں سنگاپور، وہ پہلے</w:t>
      </w:r>
    </w:p>
    <w:p>
      <w:r>
        <w:rPr>
          <w:b/>
        </w:rPr>
        <w:t xml:space="preserve">[33:48] </w:t>
      </w:r>
      <w:r>
        <w:t>maleshia ka hissa tha,</w:t>
      </w:r>
    </w:p>
    <w:p>
      <w:pPr>
        <w:jc w:val="right"/>
      </w:pPr>
      <w:r>
        <w:t>ملیشیا کا حصہ تھا،</w:t>
      </w:r>
    </w:p>
    <w:p>
      <w:r>
        <w:rPr>
          <w:b/>
        </w:rPr>
        <w:t xml:space="preserve">[33:55] </w:t>
      </w:r>
      <w:r>
        <w:t>aik coaster area tha, chota sa, jo jahan kora dump kiya jata tha, kora dump kiya jata tha,</w:t>
      </w:r>
    </w:p>
    <w:p>
      <w:pPr>
        <w:jc w:val="right"/>
      </w:pPr>
      <w:r>
        <w:t>ایک کوسٹر ایریا تھا، چھوٹا سا، جو جہاں کوڑا ڈمپ کیا جاتا تھا، کوڑا ڈمپ کیا جاتا تھا،</w:t>
      </w:r>
    </w:p>
    <w:p>
      <w:r>
        <w:rPr>
          <w:b/>
        </w:rPr>
        <w:t xml:space="preserve">[34:01] </w:t>
      </w:r>
      <w:r>
        <w:t>woh area aisa tha.</w:t>
      </w:r>
    </w:p>
    <w:p>
      <w:pPr>
        <w:jc w:val="right"/>
      </w:pPr>
      <w:r>
        <w:t>وہ ایریا ایسا تھا۔</w:t>
      </w:r>
    </w:p>
    <w:p>
      <w:r>
        <w:rPr>
          <w:b/>
        </w:rPr>
        <w:t xml:space="preserve">[34:08] </w:t>
      </w:r>
      <w:r>
        <w:t>woh to wahan par mr. lee aik leader paida hua aur us ne tehreek chalai.</w:t>
      </w:r>
    </w:p>
    <w:p>
      <w:pPr>
        <w:jc w:val="right"/>
      </w:pPr>
      <w:r>
        <w:t>وہ تو وہاں پر مسٹر لی ایک لیڈر پیدا ہوا اور اس نے تحریک چلائی۔</w:t>
      </w:r>
    </w:p>
    <w:p>
      <w:r>
        <w:rPr>
          <w:b/>
        </w:rPr>
        <w:t xml:space="preserve">[34:14] </w:t>
      </w:r>
      <w:r>
        <w:t>to is tehreek ke nateejay mein us ko maleshia ka woh part, jis ko aaj hum singapore kehte</w:t>
      </w:r>
    </w:p>
    <w:p>
      <w:pPr>
        <w:jc w:val="right"/>
      </w:pPr>
      <w:r>
        <w:t>تو اس تحریک کے نتیجے میں اس کو ملیشیا کا وہ پارٹ، جس کو آج ہم سنگاپور کہتے</w:t>
      </w:r>
    </w:p>
    <w:p>
      <w:r>
        <w:rPr>
          <w:b/>
        </w:rPr>
        <w:t xml:space="preserve">[34:20] </w:t>
      </w:r>
      <w:r>
        <w:t>hain, us ko bant kar de diya gaya.</w:t>
      </w:r>
    </w:p>
    <w:p>
      <w:pPr>
        <w:jc w:val="right"/>
      </w:pPr>
      <w:r>
        <w:t>ہیں، اس کو بانٹ کر دے دیا گیا۔</w:t>
      </w:r>
    </w:p>
    <w:p>
      <w:r>
        <w:rPr>
          <w:b/>
        </w:rPr>
        <w:t xml:space="preserve">[34:26] </w:t>
      </w:r>
      <w:r>
        <w:t>jis waqt diya gaya tha, us ko us waqt woh ek bilkul hi, yaani under koi development nahi, koi wahan source bhi nahi, na tel, na wahan koi source bhi nahi, bas ek samandari ke kinare ka area tha jahan kooda dump kiya jata tha, woh de diya. yaani doosre lafzon mein Singapore jo tha, ek truncated Singapore tha, jo Singapore chahte the,</w:t>
      </w:r>
    </w:p>
    <w:p>
      <w:pPr>
        <w:jc w:val="right"/>
      </w:pPr>
      <w:r>
        <w:t>جس وقت دیا گیا تھا، اس کو اس وقت وہ ایک بالکل ہی، یعنی انڈر کوئی ڈیولپمنٹ نہیں، کوئی وہاں سورس بھی نہیں، نہ تیل، نہ وہاں کوئی سورس بھی نہیں، بس ایک سمندری کے کنارے کا ایریا تھا جہاں کوڑا ڈمپ کیا جاتا تھا، وہ دے دیا۔ یعنی دوسرے لفظوں میں سنگاپور جو تھا، ایک ٹرنکیٹڈ سنگاپور تھا، جو سنگاپور چاہتے تھے،</w:t>
      </w:r>
    </w:p>
    <w:p>
      <w:r>
        <w:rPr>
          <w:b/>
        </w:rPr>
        <w:t xml:space="preserve">[34:56] </w:t>
      </w:r>
      <w:r>
        <w:t>woh nahi mila tha un ko, kata phata singapore tha.</w:t>
      </w:r>
    </w:p>
    <w:p>
      <w:pPr>
        <w:jc w:val="right"/>
      </w:pPr>
      <w:r>
        <w:t>وہ نہیں ملا تھا ان کو، کٹا پھٹا سنگاپور تھا۔</w:t>
      </w:r>
    </w:p>
    <w:p>
      <w:r>
        <w:rPr>
          <w:b/>
        </w:rPr>
        <w:t xml:space="preserve">[35:02] </w:t>
      </w:r>
      <w:r>
        <w:t>to lee jo tha, bohat hi zabardast aadmi tha, us ki education hui thi harvard university mein, america</w:t>
      </w:r>
    </w:p>
    <w:p>
      <w:pPr>
        <w:jc w:val="right"/>
      </w:pPr>
      <w:r>
        <w:t>تو لی جو تھا، بہت ہی زبردست آدمی تھا، اس کی ایجوکیشن ہوئی تھی ہارڈ یونیورسٹی میں، امریکہ</w:t>
      </w:r>
    </w:p>
    <w:p>
      <w:r>
        <w:rPr>
          <w:b/>
        </w:rPr>
        <w:t xml:space="preserve">[35:08] </w:t>
      </w:r>
      <w:r>
        <w:t>mein, bohat intelligent tha, bohat ziyada learned aadmi tha.</w:t>
      </w:r>
    </w:p>
    <w:p>
      <w:pPr>
        <w:jc w:val="right"/>
      </w:pPr>
      <w:r>
        <w:t>میں، بہت انٹیلیجنٹ تھا، بہت زیادہ لرنڈ آدمی تھا۔</w:t>
      </w:r>
    </w:p>
    <w:p>
      <w:r>
        <w:rPr>
          <w:b/>
        </w:rPr>
        <w:t xml:space="preserve">[35:14] </w:t>
      </w:r>
      <w:r>
        <w:t>mr. lee jo tha, us ka founder jo prime minister tha singapore ka, us ne isi isi raaz</w:t>
      </w:r>
    </w:p>
    <w:p>
      <w:pPr>
        <w:jc w:val="right"/>
      </w:pPr>
      <w:r>
        <w:t>مسٹر لی جو تھا، اس کا فاؤنڈر جو پرائم منسٹر تھا سنگاپور کا، اس نے اسی اسی راز</w:t>
      </w:r>
    </w:p>
    <w:p>
      <w:r>
        <w:rPr>
          <w:b/>
        </w:rPr>
        <w:t xml:space="preserve">[35:20] </w:t>
      </w:r>
      <w:r>
        <w:t>ko pakra ke hamein trnkited singapur hi per</w:t>
      </w:r>
    </w:p>
    <w:p>
      <w:pPr>
        <w:jc w:val="right"/>
      </w:pPr>
      <w:r>
        <w:t>کو پکڑا کہ ہمیں ٹرنکیٹڈ سنگاپور ہی پر</w:t>
      </w:r>
    </w:p>
    <w:p>
      <w:r>
        <w:rPr>
          <w:b/>
        </w:rPr>
        <w:t xml:space="preserve">[35:26] </w:t>
      </w:r>
      <w:r>
        <w:t>razi hona hai, nahi to wo bhi jaye ga.</w:t>
      </w:r>
    </w:p>
    <w:p>
      <w:pPr>
        <w:jc w:val="right"/>
      </w:pPr>
      <w:r>
        <w:t>راضی ہونا ہے، نہیں تو وہ بھی جائے گا۔</w:t>
      </w:r>
    </w:p>
    <w:p>
      <w:r>
        <w:rPr>
          <w:b/>
        </w:rPr>
        <w:t xml:space="preserve">[35:32] </w:t>
      </w:r>
      <w:r>
        <w:t>is ne koi shikait nahi ki malishia ke khilaf, koi malishia ke khilaf, koi is ne koi tehreek</w:t>
      </w:r>
    </w:p>
    <w:p>
      <w:pPr>
        <w:jc w:val="right"/>
      </w:pPr>
      <w:r>
        <w:t>اس نے کوئی شکایت نہیں کی ملیشیا کے خلاف، کوئی ملیشیا کے خلاف، کوئی اس نے کوئی تحریک</w:t>
      </w:r>
    </w:p>
    <w:p>
      <w:r>
        <w:rPr>
          <w:b/>
        </w:rPr>
        <w:t xml:space="preserve">[35:38] </w:t>
      </w:r>
      <w:r>
        <w:t>nahi chalai, kuch bhi nahi kiya, sirf ye kiya ke jo mila tha area, bas us ki development,</w:t>
      </w:r>
    </w:p>
    <w:p>
      <w:pPr>
        <w:jc w:val="right"/>
      </w:pPr>
      <w:r>
        <w:t>نہیں چلائی، کچھ بھی نہیں کیا، صرف یہ کیا کہ جو ملا تھا ایریا، بس اس کی ڈیولپمنٹ،</w:t>
      </w:r>
    </w:p>
    <w:p>
      <w:r>
        <w:rPr>
          <w:b/>
        </w:rPr>
        <w:t xml:space="preserve">[35:44] </w:t>
      </w:r>
      <w:r>
        <w:t>us ki development, us ki development, kuch nahi, us ke us ke age kuch kuch bhi nahi.</w:t>
      </w:r>
    </w:p>
    <w:p>
      <w:pPr>
        <w:jc w:val="right"/>
      </w:pPr>
      <w:r>
        <w:t>اس کی ڈیولپمنٹ، اس کی ڈیولپمنٹ، کچھ نہیں، اس کے اس کے آگے کچھ کچھ بھی نہیں۔</w:t>
      </w:r>
    </w:p>
    <w:p>
      <w:r>
        <w:rPr>
          <w:b/>
        </w:rPr>
        <w:t xml:space="preserve">[35:51] </w:t>
      </w:r>
      <w:r>
        <w:t>aj aap jante hain ke singapur jo hai, aik</w:t>
      </w:r>
    </w:p>
    <w:p>
      <w:pPr>
        <w:jc w:val="right"/>
      </w:pPr>
      <w:r>
        <w:t>آج آپ جانتے ہیں کہ سنگاپور جو ہے، ایک</w:t>
      </w:r>
    </w:p>
    <w:p>
      <w:r>
        <w:rPr>
          <w:b/>
        </w:rPr>
        <w:t xml:space="preserve">[35:57] </w:t>
      </w:r>
      <w:r>
        <w:t>developed country shumar hota hai.</w:t>
      </w:r>
    </w:p>
    <w:p>
      <w:pPr>
        <w:jc w:val="right"/>
      </w:pPr>
      <w:r>
        <w:t>ڈیولپ کنٹری شمار ہوتا ہے۔</w:t>
      </w:r>
    </w:p>
    <w:p>
      <w:r>
        <w:rPr>
          <w:b/>
        </w:rPr>
        <w:t xml:space="preserve">[36:03] </w:t>
      </w:r>
      <w:r>
        <w:t>singapur ki jo singapur ki jo per capita income hai, wo bohat hi ziyada hai.</w:t>
      </w:r>
    </w:p>
    <w:p>
      <w:pPr>
        <w:jc w:val="right"/>
      </w:pPr>
      <w:r>
        <w:t>سنگاپور کی جو سنگاپور کی جو پر کیپیٹا انکم ہے، وہ بہت ہی زیادہ ہے۔</w:t>
      </w:r>
    </w:p>
    <w:p>
      <w:r>
        <w:rPr>
          <w:b/>
        </w:rPr>
        <w:t xml:space="preserve">[36:09] </w:t>
      </w:r>
      <w:r>
        <w:t>singapur safest country mana jata hai.</w:t>
      </w:r>
    </w:p>
    <w:p>
      <w:pPr>
        <w:jc w:val="right"/>
      </w:pPr>
      <w:r>
        <w:t>سنگاپور سیفیسٹ کنٹری مانا جاتا ہے۔</w:t>
      </w:r>
    </w:p>
    <w:p>
      <w:r>
        <w:rPr>
          <w:b/>
        </w:rPr>
        <w:t xml:space="preserve">[36:15] </w:t>
      </w:r>
      <w:r>
        <w:t>singapur mein crime free country hai, singapur.</w:t>
      </w:r>
    </w:p>
    <w:p>
      <w:pPr>
        <w:jc w:val="right"/>
      </w:pPr>
      <w:r>
        <w:t>سنگاپور میں کرائم فری کنٹری ہے، سنگاپور۔</w:t>
      </w:r>
    </w:p>
    <w:p>
      <w:r>
        <w:rPr>
          <w:b/>
        </w:rPr>
        <w:t xml:space="preserve">[36:21] </w:t>
      </w:r>
      <w:r>
        <w:t>to aik aik misal dekhiye falasteen ke pakistan ki hai ke falasteen aur</w:t>
      </w:r>
    </w:p>
    <w:p>
      <w:pPr>
        <w:jc w:val="right"/>
      </w:pPr>
      <w:r>
        <w:t>تو ایک ایک مثال دیکھیے فلسطین کے پاکستان کی ہے کہ فلسطین اور</w:t>
      </w:r>
    </w:p>
    <w:p>
      <w:r>
        <w:rPr>
          <w:b/>
        </w:rPr>
        <w:t xml:space="preserve">[36:27] </w:t>
      </w:r>
      <w:r>
        <w:t>Pakistan mein jo mila tha un ko, woh truncated Falasteen, truncated Pakistan, woh to raazi nahi hue, woh raazi nahi hue to kya hua? tabahi, tabahi, tabahi, tabahi. abhi aaj hi subah khabar thi, aap ne dekha hoga ke 20 aadmi maar dale. to is tarah Singapore jo tha, woh mila tha un ko ek truncated Singapore ki shakal mein, lekin us ko unhon ne accept kiya aur us ko de</w:t>
      </w:r>
    </w:p>
    <w:p>
      <w:pPr>
        <w:jc w:val="right"/>
      </w:pPr>
      <w:r>
        <w:t>پاکستان میں جو ملا تھا ان کو، وہ ٹرنکیٹڈ فلسطین، ٹرنکیٹڈ پاکستان، وہ تو راضی نہیں ہوئے، وہ راضی نہیں ہوئے تو کیا ہوا؟ تباہی، تباہی، تباہی، تباہی۔ ابھی آج ہی صبح خبر تھی، آپ نے دیکھا ہوگا کہ 20 آدمی مار ڈالے۔ تو اس طرح سنگاپور جو تھا، وہ ملا تھا ان کو ایک ٹرنکیٹڈ سنگاپور کی شکل میں، لیکن اس کو انہوں نے ایکسیپٹ کیا اور اس کو ڈی</w:t>
      </w:r>
    </w:p>
    <w:p>
      <w:r>
        <w:rPr>
          <w:b/>
        </w:rPr>
        <w:t xml:space="preserve">[36:57] </w:t>
      </w:r>
      <w:r>
        <w:t>vilap karna shuru kiya.</w:t>
      </w:r>
    </w:p>
    <w:p>
      <w:pPr>
        <w:jc w:val="right"/>
      </w:pPr>
      <w:r>
        <w:t>ولپ کرنا شروع کیا۔</w:t>
      </w:r>
    </w:p>
    <w:p>
      <w:r>
        <w:rPr>
          <w:b/>
        </w:rPr>
        <w:t xml:space="preserve">[37:04] </w:t>
      </w:r>
      <w:r>
        <w:t>to aj singapur ka naam jo hai, development ka naam ban gaya hai.</w:t>
      </w:r>
    </w:p>
    <w:p>
      <w:pPr>
        <w:jc w:val="right"/>
      </w:pPr>
      <w:r>
        <w:t>تو آج سنگاپور کا نام جو ہے، ڈیولپمنٹ کا نام بن گیا ہے۔</w:t>
      </w:r>
    </w:p>
    <w:p>
      <w:r>
        <w:rPr>
          <w:b/>
        </w:rPr>
        <w:t xml:space="preserve">[37:12] </w:t>
      </w:r>
      <w:r>
        <w:t>to chahe secular aadmi ho ya idealist aadmi ho, musalman ho ya doosre log hon, sab ke liye</w:t>
      </w:r>
    </w:p>
    <w:p>
      <w:pPr>
        <w:jc w:val="right"/>
      </w:pPr>
      <w:r>
        <w:t>تو چاہے سیکولر آدمی ہو یا اڈیلس آدمی ہو، مسلمان ہو یا دوسرے لوگ ہوں، سب کے لیے</w:t>
      </w:r>
    </w:p>
    <w:p>
      <w:r>
        <w:rPr>
          <w:b/>
        </w:rPr>
        <w:t xml:space="preserve">[37:20] </w:t>
      </w:r>
      <w:r>
        <w:t>یہ بہت ہی بڑا اصول ہے کہ accept کرو، loss کو accept کرو</w:t>
      </w:r>
    </w:p>
    <w:p>
      <w:pPr>
        <w:jc w:val="right"/>
      </w:pPr>
      <w:r>
        <w:t>یہ بہت ہی بڑا اصول ہے کہ ایکسیپٹ کرو، لاس کو ایکسیپٹ کرو</w:t>
      </w:r>
    </w:p>
    <w:p>
      <w:r>
        <w:rPr>
          <w:b/>
        </w:rPr>
        <w:t xml:space="preserve">[37:27] </w:t>
      </w:r>
      <w:r>
        <w:t>، truncation کو accept کرو، جو کھویا گیا اس کو accept کرو، تب تمہاری ترقی ہوگی، نہیں تو</w:t>
      </w:r>
    </w:p>
    <w:p>
      <w:pPr>
        <w:jc w:val="right"/>
      </w:pPr>
      <w:r>
        <w:t>، ٹرنکیشن کو ایکسیپٹ کرو، جو کھویا گیا اس کو ایکسیپٹ کرو، تب تمہاری ترقی ہوگی، نہیں تو</w:t>
      </w:r>
    </w:p>
    <w:p>
      <w:r>
        <w:rPr>
          <w:b/>
        </w:rPr>
        <w:t xml:space="preserve">[37:33] </w:t>
      </w:r>
      <w:r>
        <w:t>koi taraqi nahi.</w:t>
      </w:r>
    </w:p>
    <w:p>
      <w:pPr>
        <w:jc w:val="right"/>
      </w:pPr>
      <w:r>
        <w:t>کوئی ترقی نہیں۔</w:t>
      </w:r>
    </w:p>
    <w:p>
      <w:r>
        <w:rPr>
          <w:b/>
        </w:rPr>
        <w:t xml:space="preserve">[37:39] </w:t>
      </w:r>
      <w:r>
        <w:t>to allah taala ko ye principle itna important hai allah ki nazar mein, kyunke is pe sara creation</w:t>
      </w:r>
    </w:p>
    <w:p>
      <w:pPr>
        <w:jc w:val="right"/>
      </w:pPr>
      <w:r>
        <w:t>تو اللہ تعالی کو یہ پرنسپل اتنا امپورٹنٹ ہے اللہ کی نظر میں، کیونکہ اس پہ سارا کریشن</w:t>
      </w:r>
    </w:p>
    <w:p>
      <w:r>
        <w:rPr>
          <w:b/>
        </w:rPr>
        <w:t xml:space="preserve">[37:45] </w:t>
      </w:r>
      <w:r>
        <w:t>plan base karta hai.</w:t>
      </w:r>
    </w:p>
    <w:p>
      <w:pPr>
        <w:jc w:val="right"/>
      </w:pPr>
      <w:r>
        <w:t>پلان بیس کرتا ہے۔</w:t>
      </w:r>
    </w:p>
    <w:p>
      <w:r>
        <w:rPr>
          <w:b/>
        </w:rPr>
        <w:t xml:space="preserve">[37:51] </w:t>
      </w:r>
      <w:r>
        <w:t>wo hota is liye ke dunya mein allah ke naqshe ke mutabiq</w:t>
      </w:r>
    </w:p>
    <w:p>
      <w:pPr>
        <w:jc w:val="right"/>
      </w:pPr>
      <w:r>
        <w:t>وہ ہوتا اس لیے کہ دنیا میں اللہ کے نقشے کے مطابق</w:t>
      </w:r>
    </w:p>
    <w:p>
      <w:r>
        <w:rPr>
          <w:b/>
        </w:rPr>
        <w:t xml:space="preserve">[37:57] </w:t>
      </w:r>
      <w:r>
        <w:t>yahan challenge hai, yahan competition hai, yahan ek aadmi doosre aadmi ko chahta hai ke us ko zabt kar ke aage badhe. yeh sab hai aur rahega to is par is ki wajah se truncation hota hai, loss hota hai. to Allah taala ko yeh manzoor hai ke insaan agar chahta hai taraqqi karna to us ko is ko as a fact maan, as a reality maane. you have</w:t>
      </w:r>
    </w:p>
    <w:p>
      <w:pPr>
        <w:jc w:val="right"/>
      </w:pPr>
      <w:r>
        <w:t>یہاں چیلنج ہے، یہاں کمپیٹیشن ہے، یہاں ایک آدمی دوسرے آدمی کو چاہتا ہے کہ اس کو ضبط کر کے آگے بڑھے۔ یہ سب ہے اور رہے گا تو اس پر اس کی وجہ سے ٹرنکیشن ہوتا ہے، لاس ہوتا ہے۔ تو اللہ تعالی کو یہ منظور ہے کہ انسان اگر چاہتا ہے ترقی کرنا تو اس کو اس کو ایز اے فیکٹ مان، ایز اے ریلیٹی مانے۔ یو ہی</w:t>
      </w:r>
    </w:p>
    <w:p>
      <w:r>
        <w:rPr>
          <w:b/>
        </w:rPr>
        <w:t xml:space="preserve">[38:27] </w:t>
      </w:r>
      <w:r>
        <w:t>We have to accept the truncation as a reality, you have to accept the loss as a reality, tab</w:t>
      </w:r>
    </w:p>
    <w:p>
      <w:pPr>
        <w:jc w:val="right"/>
      </w:pPr>
      <w:r>
        <w:t>و ٹو ایکسیپٹ دا ٹرنکیشن ایز ا ریلیٹی، یو ہیو ٹو ایکسیپٹ دا لاس ایز ا ریلیٹی، تب</w:t>
      </w:r>
    </w:p>
    <w:p>
      <w:r>
        <w:rPr>
          <w:b/>
        </w:rPr>
        <w:t xml:space="preserve">[38:34] </w:t>
      </w:r>
      <w:r>
        <w:t>taraqi ke darwaze khulein ge.</w:t>
      </w:r>
    </w:p>
    <w:p>
      <w:pPr>
        <w:jc w:val="right"/>
      </w:pPr>
      <w:r>
        <w:t>ترقی کے دروازے کھلیں گے۔</w:t>
      </w:r>
    </w:p>
    <w:p>
      <w:r>
        <w:rPr>
          <w:b/>
        </w:rPr>
        <w:t xml:space="preserve">[38:40] </w:t>
      </w:r>
      <w:r>
        <w:t>Here, here is the starting point. Jo aadmi isi ko challenge karne lage to kabhi woh usko raasta</w:t>
      </w:r>
    </w:p>
    <w:p>
      <w:pPr>
        <w:jc w:val="right"/>
      </w:pPr>
      <w:r>
        <w:t>ہیئر ہیئر دا سٹارٹنگ پوائنٹ، جو آدمی اسی کو چیلنج کرنے لگے تو کبھی وہ اس کو راستہ</w:t>
      </w:r>
    </w:p>
    <w:p>
      <w:r>
        <w:rPr>
          <w:b/>
        </w:rPr>
        <w:t xml:space="preserve">[38:46] </w:t>
      </w:r>
      <w:r>
        <w:t>ہی نہیں ملے گا، ہمیشہ blind alley پھنسا رہے گا۔</w:t>
      </w:r>
    </w:p>
    <w:p>
      <w:pPr>
        <w:jc w:val="right"/>
      </w:pPr>
      <w:r>
        <w:t>ہی نہیں ملے گا، ہمیشہ بلائنڈ ایلی پھنسا رہے گا۔</w:t>
      </w:r>
    </w:p>
    <w:p>
      <w:r>
        <w:rPr>
          <w:b/>
        </w:rPr>
        <w:t xml:space="preserve">[38:52] </w:t>
      </w:r>
      <w:r>
        <w:t>wo ye kaisi ajeeb baat</w:t>
      </w:r>
    </w:p>
    <w:p>
      <w:pPr>
        <w:jc w:val="right"/>
      </w:pPr>
      <w:r>
        <w:t>وہ یہ کیسی عجیب بات</w:t>
      </w:r>
    </w:p>
    <w:p>
      <w:r>
        <w:rPr>
          <w:b/>
        </w:rPr>
        <w:t xml:space="preserve">[38:58] </w:t>
      </w:r>
      <w:r>
        <w:t>hai jo sochte sochte samajh mein ayi, aur ye kaisi ajeeb baat hai ke allah taala ko ye</w:t>
      </w:r>
    </w:p>
    <w:p>
      <w:pPr>
        <w:jc w:val="right"/>
      </w:pPr>
      <w:r>
        <w:t>ہے جو سوچتے سوچتے سمجھ میں آئی، اور یہ کیسی عجیب بات ہے کہ اللہ تعالی کو یہ</w:t>
      </w:r>
    </w:p>
    <w:p>
      <w:r>
        <w:rPr>
          <w:b/>
        </w:rPr>
        <w:t xml:space="preserve">[39:05] </w:t>
      </w:r>
      <w:r>
        <w:t>usool itna pasand hai, itna pasand hai, itna pasand hai ke baitullah ko, yani wo building jis</w:t>
      </w:r>
    </w:p>
    <w:p>
      <w:pPr>
        <w:jc w:val="right"/>
      </w:pPr>
      <w:r>
        <w:t>اصول اتنا پسند ہے، اتنا پسند ہے، اتنا پسند ہے کہ بیت اللہ کو، یعنی وہ بلڈنگ جس</w:t>
      </w:r>
    </w:p>
    <w:p>
      <w:r>
        <w:rPr>
          <w:b/>
        </w:rPr>
        <w:t xml:space="preserve">[39:13] </w:t>
      </w:r>
      <w:r>
        <w:t>ko baitullah kaha jata hai, allah ghar, us ko us ka misal bana diya, wahan par is</w:t>
      </w:r>
    </w:p>
    <w:p>
      <w:pPr>
        <w:jc w:val="right"/>
      </w:pPr>
      <w:r>
        <w:t>کو بیت اللہ کہا جاتا ہے، اللہ گھر، اس کو اس کا مثال بنا دیا، وہاں پر اس</w:t>
      </w:r>
    </w:p>
    <w:p>
      <w:r>
        <w:rPr>
          <w:b/>
        </w:rPr>
        <w:t xml:space="preserve">[39:20] </w:t>
      </w:r>
      <w:r>
        <w:t>ka demonstration de diya ke kaba bhi</w:t>
      </w:r>
    </w:p>
    <w:p>
      <w:pPr>
        <w:jc w:val="right"/>
      </w:pPr>
      <w:r>
        <w:t>کا ڈیمونسٹریشن دے دیا کہ کعبہ بھی</w:t>
      </w:r>
    </w:p>
    <w:p>
      <w:r>
        <w:rPr>
          <w:b/>
        </w:rPr>
        <w:t xml:space="preserve">[39:28] </w:t>
      </w:r>
      <w:r>
        <w:t>جو خدا گھر ہے، وہ بھی truncated way میں ملے گا تم کو، سوائے جنت کے۔</w:t>
      </w:r>
    </w:p>
    <w:p>
      <w:pPr>
        <w:jc w:val="right"/>
      </w:pPr>
      <w:r>
        <w:t>جو خدا گھر ہے، وہ بھی ٹرنکیٹڈ وے میں ملے گا تم کو، سوائے جنت کے۔</w:t>
      </w:r>
    </w:p>
    <w:p>
      <w:r>
        <w:rPr>
          <w:b/>
        </w:rPr>
        <w:t xml:space="preserve">[39:34] </w:t>
      </w:r>
      <w:r>
        <w:t>yani jannat mein to koi trnkication nahi hoga, jannat mein to sab kuch ideal hoga, perfect hoga.</w:t>
      </w:r>
    </w:p>
    <w:p>
      <w:pPr>
        <w:jc w:val="right"/>
      </w:pPr>
      <w:r>
        <w:t>یعنی جنت میں تو کوئی ٹرنکیشن نہیں ہوگا، جنت میں تو سب کچھ آئیڈیل ہوگا، پرفیکٹ ہوگا۔</w:t>
      </w:r>
    </w:p>
    <w:p>
      <w:r>
        <w:rPr>
          <w:b/>
        </w:rPr>
        <w:t xml:space="preserve">[39:41] </w:t>
      </w:r>
      <w:r>
        <w:t>to jannat ke siwa jo dunya jahan hum reh rahe hain, jannat mein to sab kuch perfect hoga.</w:t>
      </w:r>
    </w:p>
    <w:p>
      <w:pPr>
        <w:jc w:val="right"/>
      </w:pPr>
      <w:r>
        <w:t>تو جنت کے سوا جو دنیا جہاں ہم رہ رہے ہیں، جنت میں تو سب کچھ پرفیکٹ ہوگا۔</w:t>
      </w:r>
    </w:p>
    <w:p>
      <w:r>
        <w:rPr>
          <w:b/>
        </w:rPr>
        <w:t xml:space="preserve">[39:47] </w:t>
      </w:r>
      <w:r>
        <w:t>yeh principle wahan nahi, wahan khatm ho jayega.</w:t>
      </w:r>
    </w:p>
    <w:p>
      <w:pPr>
        <w:jc w:val="right"/>
      </w:pPr>
      <w:r>
        <w:t>یہ پرنسپل وہاں نہیں، وہاں ختم ہو جائے گا۔</w:t>
      </w:r>
    </w:p>
    <w:p>
      <w:r>
        <w:rPr>
          <w:b/>
        </w:rPr>
        <w:t xml:space="preserve">[39:54] </w:t>
      </w:r>
      <w:r>
        <w:t>lekin jannat se pehle ki jo jo dunya hai, wahan to aap ko</w:t>
      </w:r>
    </w:p>
    <w:p>
      <w:pPr>
        <w:jc w:val="right"/>
      </w:pPr>
      <w:r>
        <w:t>لیکن جنت سے پہلے کی جو جو دنیا ہے، وہاں تو آپ کو</w:t>
      </w:r>
    </w:p>
    <w:p>
      <w:r>
        <w:rPr>
          <w:b/>
        </w:rPr>
        <w:t xml:space="preserve">[40:00] </w:t>
      </w:r>
      <w:r>
        <w:t>اسی میں جینا پڑے گا، یعنی last میں truncation میں نقصان میں جینا پڑے گا۔</w:t>
      </w:r>
    </w:p>
    <w:p>
      <w:pPr>
        <w:jc w:val="right"/>
      </w:pPr>
      <w:r>
        <w:t>اسی میں جینا پڑے گا، یعنی لاسٹ میں ٹرنکیشن میں نقصان میں جینا پڑے گا۔</w:t>
      </w:r>
    </w:p>
    <w:p>
      <w:r>
        <w:rPr>
          <w:b/>
        </w:rPr>
        <w:t xml:space="preserve">[40:06] </w:t>
      </w:r>
      <w:r>
        <w:t>ya to jiyo isi mein to rasta milega tum ko, yani jab jiyoge to tum ko</w:t>
      </w:r>
    </w:p>
    <w:p>
      <w:pPr>
        <w:jc w:val="right"/>
      </w:pPr>
      <w:r>
        <w:t>یا تو جیو اسی میں تو راستہ ملے گا تم کو، یعنی جب جیو گے تو تم کو</w:t>
      </w:r>
    </w:p>
    <w:p>
      <w:r>
        <w:rPr>
          <w:b/>
        </w:rPr>
        <w:t xml:space="preserve">[40:12] </w:t>
      </w:r>
      <w:r>
        <w:t>starting point mil jayega, aur nahi jiyoge to is ko lado bhedoge, is se to</w:t>
      </w:r>
    </w:p>
    <w:p>
      <w:pPr>
        <w:jc w:val="right"/>
      </w:pPr>
      <w:r>
        <w:t>سٹارٹنگ پوائنٹ مل جائے گا، اور نہیں جیو گے تو اس کو لڑو بھڑو گے، اس سے تو</w:t>
      </w:r>
    </w:p>
    <w:p>
      <w:r>
        <w:rPr>
          <w:b/>
        </w:rPr>
        <w:t xml:space="preserve">[40:18] </w:t>
      </w:r>
      <w:r>
        <w:t>تم کو starting point بھی نہیں ملے گا۔</w:t>
      </w:r>
    </w:p>
    <w:p>
      <w:pPr>
        <w:jc w:val="right"/>
      </w:pPr>
      <w:r>
        <w:t>تم کو سٹارٹنگ پوائنٹ بھی نہیں ملے گا۔</w:t>
      </w:r>
    </w:p>
    <w:p>
      <w:r>
        <w:rPr>
          <w:b/>
        </w:rPr>
        <w:t xml:space="preserve">[40:24] </w:t>
      </w:r>
      <w:r>
        <w:t>ہمیشہ بھٹکتے رہو گے، blind alley میں ہمیشہ پھنسے رہو گے۔</w:t>
      </w:r>
    </w:p>
    <w:p>
      <w:pPr>
        <w:jc w:val="right"/>
      </w:pPr>
      <w:r>
        <w:t>ہمیشہ بھٹکتے رہو گے، بلائنڈ بلائنڈ ایلی میں ہمیشہ پھنسے رہو گے۔</w:t>
      </w:r>
    </w:p>
    <w:p>
      <w:r>
        <w:rPr>
          <w:b/>
        </w:rPr>
        <w:t xml:space="preserve">[40:30] </w:t>
      </w:r>
      <w:r>
        <w:t>is zamane mein musalmanon ka jo jo back water bataya jata hai ke Muslims are under siege kaha</w:t>
      </w:r>
    </w:p>
    <w:p>
      <w:pPr>
        <w:jc w:val="right"/>
      </w:pPr>
      <w:r>
        <w:t>اس زمانے میں مسلمانوں کا جو جو بیک واٹر بتایا جاتا ہے کہ مسلمز ار انڈر سیج کہا</w:t>
      </w:r>
    </w:p>
    <w:p>
      <w:r>
        <w:rPr>
          <w:b/>
        </w:rPr>
        <w:t xml:space="preserve">[40:38] </w:t>
      </w:r>
      <w:r>
        <w:t>jata hai, aur hum mazloom hain kaha jata hai, yeh kuch bhi nahi, sab yeh sab false explanation hai.</w:t>
      </w:r>
    </w:p>
    <w:p>
      <w:pPr>
        <w:jc w:val="right"/>
      </w:pPr>
      <w:r>
        <w:t>جاتا ہے، اور ہم مظلوم ہیں کہا جاتا ہے، یہ کچھ بھی نہیں، سب یہ سب فالس ایکسپلینیشن ہے۔</w:t>
      </w:r>
    </w:p>
    <w:p>
      <w:r>
        <w:rPr>
          <w:b/>
        </w:rPr>
        <w:t xml:space="preserve">[40:46] </w:t>
      </w:r>
      <w:r>
        <w:t>hazrat cheez ke musalman ko price deni pad rahi hai is is fitrat ke is usool ko na</w:t>
      </w:r>
    </w:p>
    <w:p>
      <w:pPr>
        <w:jc w:val="right"/>
      </w:pPr>
      <w:r>
        <w:t>حضرت چیز کہ مسلمان کو پرائز دینی پڑ رہی ہے اس اس فطرت کے اس اصول کو نہ</w:t>
      </w:r>
    </w:p>
    <w:p>
      <w:r>
        <w:rPr>
          <w:b/>
        </w:rPr>
        <w:t xml:space="preserve">[40:53] </w:t>
      </w:r>
      <w:r>
        <w:t>ماننے کی، یعنی Muslims are pay price of</w:t>
      </w:r>
    </w:p>
    <w:p>
      <w:pPr>
        <w:jc w:val="right"/>
      </w:pPr>
      <w:r>
        <w:t>ماننے کی، یعنی مسلمز ار پے پرائس اف</w:t>
      </w:r>
    </w:p>
    <w:p>
      <w:r>
        <w:rPr>
          <w:b/>
        </w:rPr>
        <w:t xml:space="preserve">[41:01] </w:t>
      </w:r>
      <w:r>
        <w:t>non acceptance of reality. reality kya hai? loss ko mano, loss ko accept karo. to jitne bhi is zamane mein Musalmanon ke koi bhi parcha padhiye, koi kitab kitab padhiye, koi kisi majlis mein jaiye, koi kisi seminar mein jaiye, har jagah charcha rahega Musalmanon ki mazloomi ka, Musalmanon ke yaani yeh nuksan woh nuksan yahi charcha rahe</w:t>
      </w:r>
    </w:p>
    <w:p>
      <w:pPr>
        <w:jc w:val="right"/>
      </w:pPr>
      <w:r>
        <w:t>نان ایکسیپٹنس اف ریلیٹی۔ ریلیٹی کیا ہے؟ راس کو مانو، لاس کو ایکسیپٹ کرو۔ تو جتنے بھی اس زمانے میں مسلمانوں کے کوئی بھی پرچہ پڑھیے، کوئی کتاب کتاب پڑھیے، کوئی کسی مجلس میں جائیے، کوئی کسی سیمینار میں جائیے، ہر جگہ چرچا رہے گا مسلمانوں کی مظلومیت کا، مسلمانوں کے یعنی یہ نقصان وہ نقصان یہی چرچا رہ</w:t>
      </w:r>
    </w:p>
    <w:p>
      <w:r>
        <w:rPr>
          <w:b/>
        </w:rPr>
        <w:t xml:space="preserve">[41:31] </w:t>
      </w:r>
      <w:r>
        <w:t>ega har jagah.</w:t>
      </w:r>
    </w:p>
    <w:p>
      <w:pPr>
        <w:jc w:val="right"/>
      </w:pPr>
      <w:r>
        <w:t>ے گا ہر جگہ۔</w:t>
      </w:r>
    </w:p>
    <w:p>
      <w:r>
        <w:rPr>
          <w:b/>
        </w:rPr>
        <w:t xml:space="preserve">[41:37] </w:t>
      </w:r>
      <w:r>
        <w:t>lekin is ko dalte hain kisi zalim ke khane mein.</w:t>
      </w:r>
    </w:p>
    <w:p>
      <w:pPr>
        <w:jc w:val="right"/>
      </w:pPr>
      <w:r>
        <w:t>لیکن اس کو ڈالتے ہیں کسی ظالم کے خانے میں۔</w:t>
      </w:r>
    </w:p>
    <w:p>
      <w:r>
        <w:rPr>
          <w:b/>
        </w:rPr>
        <w:t xml:space="preserve">[41:43] </w:t>
      </w:r>
      <w:r>
        <w:t>yeh jo musalmanon ke sath pesh aa raha hai, kisi zalim ka zulm nahi hai, woh khud musalman</w:t>
      </w:r>
    </w:p>
    <w:p>
      <w:pPr>
        <w:jc w:val="right"/>
      </w:pPr>
      <w:r>
        <w:t>یہ جو مسلمانوں کے ساتھ پیش آ رہا ہے، کسی ظالم کا ظلم نہیں ہے، وہ خود مسلمانوں</w:t>
      </w:r>
    </w:p>
    <w:p>
      <w:r>
        <w:rPr>
          <w:b/>
        </w:rPr>
        <w:t xml:space="preserve">[41:49] </w:t>
      </w:r>
      <w:r>
        <w:t>ka ki yeh kotahi hai ke unhon ne khalique ke qanoon ko nahi samjha, is ko accept nahi</w:t>
      </w:r>
    </w:p>
    <w:p>
      <w:pPr>
        <w:jc w:val="right"/>
      </w:pPr>
      <w:r>
        <w:t>کا کی یہ کوتاہی ہے کہ انہوں نے خالق کے قانون کو نہیں سمجھا، اس کو ایکسیپٹ نہیں</w:t>
      </w:r>
    </w:p>
    <w:p>
      <w:r>
        <w:rPr>
          <w:b/>
        </w:rPr>
        <w:t xml:space="preserve">[41:56] </w:t>
      </w:r>
      <w:r>
        <w:t>کیا، اور ہر جگہ انہوں نے یہ کیا کہ truncated</w:t>
      </w:r>
    </w:p>
    <w:p>
      <w:pPr>
        <w:jc w:val="right"/>
      </w:pPr>
      <w:r>
        <w:t>کیا، اور ہر جگہ انہوں نے یہ کیا کہ ٹرنکیٹڈ</w:t>
      </w:r>
    </w:p>
    <w:p>
      <w:r>
        <w:rPr>
          <w:b/>
        </w:rPr>
        <w:t xml:space="preserve">[42:02] </w:t>
      </w:r>
      <w:r>
        <w:t>country ko detonate karne ki koshish ki, jo possible nahin tha, possible nahin tha.</w:t>
      </w:r>
    </w:p>
    <w:p>
      <w:pPr>
        <w:jc w:val="right"/>
      </w:pPr>
      <w:r>
        <w:t>کنٹری کو ڈی ٹرنکیٹ کرنے کی کوشش کی، جو پاسیبل نہیں تھا، پاسیبل نہیں تھا۔</w:t>
      </w:r>
    </w:p>
    <w:p>
      <w:r>
        <w:rPr>
          <w:b/>
        </w:rPr>
        <w:t xml:space="preserve">[42:08] </w:t>
      </w:r>
      <w:r>
        <w:t>darja ke nuqsan, tabahi har aadmi ke is pass ki zindagi mein is ki misalein maujood hain.</w:t>
      </w:r>
    </w:p>
    <w:p>
      <w:pPr>
        <w:jc w:val="right"/>
      </w:pPr>
      <w:r>
        <w:t>درجہ کے نقصان، تباہی ہر آدمی کے اس پاس کی زندگی میں اس کی مثالیں موجود ہیں۔</w:t>
      </w:r>
    </w:p>
    <w:p>
      <w:r>
        <w:rPr>
          <w:b/>
        </w:rPr>
        <w:t xml:space="preserve">[42:14] </w:t>
      </w:r>
      <w:r>
        <w:t>jaise maine bataya ke mera jo angotha hai, yeh meri bohat hi qareebi misaal hai, har subah</w:t>
      </w:r>
    </w:p>
    <w:p>
      <w:pPr>
        <w:jc w:val="right"/>
      </w:pPr>
      <w:r>
        <w:t>جیسے میں نے بتایا کہ میرا جو انگوٹھا ہے، یہ میری بہت ہی قریبی مثال ہے، ہر صبح</w:t>
      </w:r>
    </w:p>
    <w:p>
      <w:r>
        <w:rPr>
          <w:b/>
        </w:rPr>
        <w:t xml:space="preserve">[42:21] </w:t>
      </w:r>
      <w:r>
        <w:t>shaam dekhta hoon is ko.</w:t>
      </w:r>
    </w:p>
    <w:p>
      <w:pPr>
        <w:jc w:val="right"/>
      </w:pPr>
      <w:r>
        <w:t>شام دیکھتا ہوں اس کو۔</w:t>
      </w:r>
    </w:p>
    <w:p>
      <w:r>
        <w:rPr>
          <w:b/>
        </w:rPr>
        <w:t xml:space="preserve">[42:27] </w:t>
      </w:r>
      <w:r>
        <w:t>mein yeh truncated angotha hai,</w:t>
      </w:r>
    </w:p>
    <w:p>
      <w:pPr>
        <w:jc w:val="right"/>
      </w:pPr>
      <w:r>
        <w:t>میں یہ ٹرنکیٹڈ انگوٹھا ہے،</w:t>
      </w:r>
    </w:p>
    <w:p>
      <w:r>
        <w:rPr>
          <w:b/>
        </w:rPr>
        <w:t xml:space="preserve">[42:33] </w:t>
      </w:r>
      <w:r>
        <w:t>truncated thumb hai, mein is ko de-truncate nahin kar sakta.</w:t>
      </w:r>
    </w:p>
    <w:p>
      <w:pPr>
        <w:jc w:val="right"/>
      </w:pPr>
      <w:r>
        <w:t>ٹرنکیٹڈ تھمب ہے، میں اس کو ڈی ٹرنکیٹ نہیں کر سکتا۔</w:t>
      </w:r>
    </w:p>
    <w:p>
      <w:r>
        <w:rPr>
          <w:b/>
        </w:rPr>
        <w:t xml:space="preserve">[42:39] </w:t>
      </w:r>
      <w:r>
        <w:t>to har aadmi ki zindagi mein agar sochein, agar sochein to har aadmi ki zindagi mein is tarah</w:t>
      </w:r>
    </w:p>
    <w:p>
      <w:pPr>
        <w:jc w:val="right"/>
      </w:pPr>
      <w:r>
        <w:t>تو ہر آدمی کی زندگی میں اگر سوچیں، اگر سوچیں تو ہر آدمی کی زندگی میں اس طرح</w:t>
      </w:r>
    </w:p>
    <w:p>
      <w:r>
        <w:rPr>
          <w:b/>
        </w:rPr>
        <w:t xml:space="preserve">[42:45] </w:t>
      </w:r>
      <w:r>
        <w:t>ki misalein maujood hain.</w:t>
      </w:r>
    </w:p>
    <w:p>
      <w:pPr>
        <w:jc w:val="right"/>
      </w:pPr>
      <w:r>
        <w:t>کی مثالیں موجود ہیں۔</w:t>
      </w:r>
    </w:p>
    <w:p>
      <w:r>
        <w:rPr>
          <w:b/>
        </w:rPr>
        <w:t xml:space="preserve">[42:51] </w:t>
      </w:r>
      <w:r>
        <w:t>magar jahan tak mein janta hoon, sari dunya mein koi is tarah sochta nahi.</w:t>
      </w:r>
    </w:p>
    <w:p>
      <w:pPr>
        <w:jc w:val="right"/>
      </w:pPr>
      <w:r>
        <w:t>مگر جہاں تک میں جانتا ہوں، ساری دنیا میں کوئی اس طرح سوچتا نہیں۔</w:t>
      </w:r>
    </w:p>
    <w:p>
      <w:r>
        <w:rPr>
          <w:b/>
        </w:rPr>
        <w:t xml:space="preserve">[42:57] </w:t>
      </w:r>
      <w:r>
        <w:t>اس لیے ساری دنیا میں لوگ شکایت میں جیتے ہیں، complain</w:t>
      </w:r>
    </w:p>
    <w:p>
      <w:pPr>
        <w:jc w:val="right"/>
      </w:pPr>
      <w:r>
        <w:t>اس لیے ساری دنیا میں لوگ شکایت میں جیتے ہیں، کمپ</w:t>
      </w:r>
    </w:p>
    <w:p>
      <w:r>
        <w:rPr>
          <w:b/>
        </w:rPr>
        <w:t xml:space="preserve">[43:03] </w:t>
      </w:r>
      <w:r>
        <w:t>lent mein jeete hain, protest mein jeete hain, aur stress mein jeete hain, frustration mein jeete hain, aur</w:t>
      </w:r>
    </w:p>
    <w:p>
      <w:pPr>
        <w:jc w:val="right"/>
      </w:pPr>
      <w:r>
        <w:t>لینٹ میں جیتے ہیں، پروٹیسٹ میں جیتے ہیں، اور اسٹریس میں جیتے ہیں، فرسٹریشن میں جیتے ہیں، اور</w:t>
      </w:r>
    </w:p>
    <w:p>
      <w:r>
        <w:rPr>
          <w:b/>
        </w:rPr>
        <w:t xml:space="preserve">[43:11] </w:t>
      </w:r>
      <w:r>
        <w:t>isi mein mar jate hain, isi mein mar jate hain.</w:t>
      </w:r>
    </w:p>
    <w:p>
      <w:pPr>
        <w:jc w:val="right"/>
      </w:pPr>
      <w:r>
        <w:t>اسی میں مر جاتے ہیں، اسی میں مر جاتے ہیں۔</w:t>
      </w:r>
    </w:p>
    <w:p>
      <w:r>
        <w:rPr>
          <w:b/>
        </w:rPr>
        <w:t xml:space="preserve">[43:19] </w:t>
      </w:r>
      <w:r>
        <w:t>to yeh yeh jo qanoon hai, isi mein is ka raaz hai ke kaise happiness hasil ki jaye,</w:t>
      </w:r>
    </w:p>
    <w:p>
      <w:pPr>
        <w:jc w:val="right"/>
      </w:pPr>
      <w:r>
        <w:t>تو یہ یہ جو قانون ہے، اسی میں اس کا راز ہے کہ کیسے ہیپینس حاصل کی جائے،</w:t>
      </w:r>
    </w:p>
    <w:p>
      <w:r>
        <w:rPr>
          <w:b/>
        </w:rPr>
        <w:t xml:space="preserve">[43:27] </w:t>
      </w:r>
      <w:r>
        <w:t>kaise de-stress kiya jaye apne aap ko, kaise</w:t>
      </w:r>
    </w:p>
    <w:p>
      <w:pPr>
        <w:jc w:val="right"/>
      </w:pPr>
      <w:r>
        <w:t>کیسے ڈی اسٹریس کیا جائے اپنے آپ کو، کیسے</w:t>
      </w:r>
    </w:p>
    <w:p>
      <w:r>
        <w:rPr>
          <w:b/>
        </w:rPr>
        <w:t xml:space="preserve">[43:34] </w:t>
      </w:r>
      <w:r>
        <w:t>tension free zindagi hasil ki jaye.</w:t>
      </w:r>
    </w:p>
    <w:p>
      <w:pPr>
        <w:jc w:val="right"/>
      </w:pPr>
      <w:r>
        <w:t>ٹینشن فری زندگی حاصل کی جائے۔</w:t>
      </w:r>
    </w:p>
    <w:p>
      <w:r>
        <w:rPr>
          <w:b/>
        </w:rPr>
        <w:t xml:space="preserve">[43:39] </w:t>
      </w:r>
      <w:r>
        <w:t>isi mein is ka raaz chupa hua hai.</w:t>
      </w:r>
    </w:p>
    <w:p>
      <w:pPr>
        <w:jc w:val="right"/>
      </w:pPr>
      <w:r>
        <w:t>اسی میں اس کا راز چھپا ہوا ہے۔</w:t>
      </w:r>
    </w:p>
    <w:p>
      <w:r>
        <w:rPr>
          <w:b/>
        </w:rPr>
        <w:t xml:space="preserve">[43:43] </w:t>
      </w:r>
      <w:r>
        <w:t>aaj sari dunya mein ek sabak aaya tha ke sab ka masla stress ka masla hai, aur dunya</w:t>
      </w:r>
    </w:p>
    <w:p>
      <w:pPr>
        <w:jc w:val="right"/>
      </w:pPr>
      <w:r>
        <w:t>آج ساری دنیا میں ایک سبق آیا تھا کہ سب کا مسئلہ اسٹریس کا مسئلہ ہے، اور دنیا</w:t>
      </w:r>
    </w:p>
    <w:p>
      <w:r>
        <w:rPr>
          <w:b/>
        </w:rPr>
        <w:t xml:space="preserve">[43:47] </w:t>
      </w:r>
      <w:r>
        <w:t>bhar mein jagah jagah dukaanen khuli hui hain jo de-stress ki ki art batati hain ke koi</w:t>
      </w:r>
    </w:p>
    <w:p>
      <w:pPr>
        <w:jc w:val="right"/>
      </w:pPr>
      <w:r>
        <w:t>بھر میں جگہ جگہ دکانیں کھلی ہوئی ہیں جو ڈی اسٹریس کی کی آرٹ بتاتی ہیں کہ کوئی</w:t>
      </w:r>
    </w:p>
    <w:p>
      <w:r>
        <w:rPr>
          <w:b/>
        </w:rPr>
        <w:t xml:space="preserve">[43:52] </w:t>
      </w:r>
      <w:r>
        <w:t>de-stress hota nahin.</w:t>
      </w:r>
    </w:p>
    <w:p>
      <w:pPr>
        <w:jc w:val="right"/>
      </w:pPr>
      <w:r>
        <w:t>ڈی اسٹریس ہوتا نہیں۔</w:t>
      </w:r>
    </w:p>
    <w:p>
      <w:r>
        <w:rPr>
          <w:b/>
        </w:rPr>
        <w:t xml:space="preserve">[43:56] </w:t>
      </w:r>
      <w:r>
        <w:t>stress ke sath jate hain wahan, stress ke sath lotte hain wahan, kyunke asal asal baat jo hai</w:t>
      </w:r>
    </w:p>
    <w:p>
      <w:pPr>
        <w:jc w:val="right"/>
      </w:pPr>
      <w:r>
        <w:t>اسٹریس کے ساتھ جاتے ہیں وہاں، اسٹریس کے ساتھ لوٹتے ہیں وہاں، کیونکہ اصل اصل بات جو ہے</w:t>
      </w:r>
    </w:p>
    <w:p>
      <w:r>
        <w:rPr>
          <w:b/>
        </w:rPr>
        <w:t xml:space="preserve">[44:00] </w:t>
      </w:r>
      <w:r>
        <w:t>wahi wahan nahin,</w:t>
      </w:r>
    </w:p>
    <w:p>
      <w:pPr>
        <w:jc w:val="right"/>
      </w:pPr>
      <w:r>
        <w:t>وہی وہاں نہیں،</w:t>
      </w:r>
    </w:p>
    <w:p>
      <w:r>
        <w:rPr>
          <w:b/>
        </w:rPr>
        <w:t xml:space="preserve">[44:04] </w:t>
      </w:r>
      <w:r>
        <w:t>asal baat jo hai wahi wahan ghayeb hai ke jo ke wajah yeh hai ke tum ne reality</w:t>
      </w:r>
    </w:p>
    <w:p>
      <w:pPr>
        <w:jc w:val="right"/>
      </w:pPr>
      <w:r>
        <w:t>اصل بات جو ہے وہی وہاں غائب ہے کہ جو کہ وجہ یہ ہے کہ تم نے ریلیٹی</w:t>
      </w:r>
    </w:p>
    <w:p>
      <w:r>
        <w:rPr>
          <w:b/>
        </w:rPr>
        <w:t xml:space="preserve">[44:09] </w:t>
      </w:r>
      <w:r>
        <w:t>ko accept nahin kiya.</w:t>
      </w:r>
    </w:p>
    <w:p>
      <w:pPr>
        <w:jc w:val="right"/>
      </w:pPr>
      <w:r>
        <w:t>کو ایکسیپٹ نہیں کیا۔</w:t>
      </w:r>
    </w:p>
    <w:p>
      <w:r>
        <w:rPr>
          <w:b/>
        </w:rPr>
        <w:t xml:space="preserve">[44:14] </w:t>
      </w:r>
      <w:r>
        <w:t>to meri dua hai ke Allah taala mujh ko aur aap ko tofeeq de ke hum is raat</w:t>
      </w:r>
    </w:p>
    <w:p>
      <w:pPr>
        <w:jc w:val="right"/>
      </w:pPr>
      <w:r>
        <w:t>تو میری دعا ہے کہ اللہ تعالی مجھ کو اور آپ کو توفیق دے کہ ہم اس رات</w:t>
      </w:r>
    </w:p>
    <w:p>
      <w:r>
        <w:rPr>
          <w:b/>
        </w:rPr>
        <w:t xml:space="preserve">[44:19] </w:t>
      </w:r>
      <w:r>
        <w:t>ko samjhein aur Allah ke sath mustaqil par chalain taake dunya mein hamein Allah ki rehmat mile aur</w:t>
      </w:r>
    </w:p>
    <w:p>
      <w:pPr>
        <w:jc w:val="right"/>
      </w:pPr>
      <w:r>
        <w:t>کو سمجھیں اور اللہ کے ساتھ مستقل پر چلیں تاکہ دنیا میں ہمیں اللہ کی رحمت ملے اور</w:t>
      </w:r>
    </w:p>
    <w:p>
      <w:r>
        <w:rPr>
          <w:b/>
        </w:rPr>
        <w:t xml:space="preserve">[44:24] </w:t>
      </w:r>
      <w:r>
        <w:t>aakhirat mein hamein Allah ki jannat mein dakhla mile.</w:t>
      </w:r>
    </w:p>
    <w:p>
      <w:pPr>
        <w:jc w:val="right"/>
      </w:pPr>
      <w:r>
        <w:t>آخرت میں ہمیں اللہ کی جنت میں داخلہ ملے۔</w:t>
      </w:r>
    </w:p>
    <w:p>
      <w:r>
        <w:rPr>
          <w:b/>
        </w:rPr>
        <w:t xml:space="preserve">[44:29] </w:t>
      </w:r>
      <w:r>
        <w:t>assalam o alaikum wa rehmatullah</w:t>
      </w:r>
    </w:p>
    <w:p>
      <w:pPr>
        <w:jc w:val="right"/>
      </w:pPr>
      <w:r>
        <w:t>السلام علیکم ورحمۃ اللہ</w:t>
      </w:r>
    </w:p>
    <w:p>
      <w:r>
        <w:rPr>
          <w:b/>
        </w:rPr>
        <w:t xml:space="preserve">[44:35] </w:t>
      </w:r>
      <w:r>
        <w:t>. Okay, we'll be starting with the question answer session now. All the online viewers are requested to send their questions on info@cpsglobal.org. Maulana sabse pehle ek comment padhna chahenge sawal se pehle, aur yeh comment bheja hai Dr. Safeena Tabassum ne Ajmer se. unhone likha hai ke Maulana aaj aap ka lecture itna wazeh tha ke pehli baar mujhe yeh pata chala ke naq</w:t>
      </w:r>
    </w:p>
    <w:p>
      <w:pPr>
        <w:jc w:val="right"/>
      </w:pPr>
      <w:r>
        <w:t>۔ اوکے، ویل بی سٹارٹنگ ود دی کوئسچن انسر سیشن ناؤ۔ ال دی ان لائن ویوورز ار ریکویسٹڈ ٹو سینڈ دے کوسچنز ان انفو ایٹ سی پی ایس گلوبل ڈاٹ او ار جی۔ مولانا سب سے پہلے ایک کمنٹ پڑھنا چاہیں گے سوال سے پہلے، اور یہ کمنٹ بھیجا ہے ڈاکٹر سفینہ تبسم نے اجمیر سے۔ انہوں نے لکھا ہے کہ مولانا آج آپ کا لیکچر اتنا واضح تھا کہ پہلی بار مجھے یہ پتہ چلا کہ نق</w:t>
      </w:r>
    </w:p>
    <w:p>
      <w:r>
        <w:rPr>
          <w:b/>
        </w:rPr>
        <w:t xml:space="preserve">[45:05] </w:t>
      </w:r>
      <w:r>
        <w:t>saan ke baad sabr ki be hisab ahmiyat kyun hai. Jazak Allah. Maulana sawal bheja hai Maulana Iqbal Sahab ne Tamil Nadu se, aur unhone likha hai ke Maulana aaj hi yaqeen hua ke taqdeer par raazi hona kya hai, taqdeer par imaan kyun? Aaj hi pata chala ke truncation law of nature hai, isi ko</w:t>
      </w:r>
    </w:p>
    <w:p>
      <w:pPr>
        <w:jc w:val="right"/>
      </w:pPr>
      <w:r>
        <w:t>صان کے بعد صبر کی بے حساب اہمیت کیوں ہے۔ جزاک اللہ۔ مولانا سوال بھیجا ہے مولانا اقبال صاحب نے تمل ناڈو سے، اور انہوں نے لکھا ہے کہ مولانا آج ہی یقین ہوا کہ تقدیر پر راضی ہونا کیا ہے، تقدیر پر ایمان کیوں؟ آج ہی پتہ چلا کہ ٹرنکیشن لاء اف نیچر ہے، اسی کو</w:t>
      </w:r>
    </w:p>
    <w:p>
      <w:r>
        <w:rPr>
          <w:b/>
        </w:rPr>
        <w:t xml:space="preserve">[45:35] </w:t>
      </w:r>
      <w:r>
        <w:t>taqdeer kaha gaya hai. Maulana kya yeh sahi hai? Theek theek kaha aap ne, sahi kaha aap ne, bilkul durust hai. Maulana agla sawal Dhampur se bheja hai Mahtab Sahab ne, aur unhone aapse poocha hai ke Maulana Sahab Umrah ka matlab kya hai aur kyun kiya jata hai, aur kya yeh karna zaroori hai? Iske bare mein batayein. Nahi, zaroori nahi hai. Farz to sirf Hajj hai,</w:t>
      </w:r>
    </w:p>
    <w:p>
      <w:pPr>
        <w:jc w:val="right"/>
      </w:pPr>
      <w:r>
        <w:t>تقدیر کہا گیا ہے۔ مولانا کیا یہ صحیح ہے؟ ٹھیک ٹھیک کہا آپ نے، صحیح کہا آپ نے، بالکل درست ہے۔ مولانا اگلا سوال دھامپور سے بھیجا ہے مہتاب صاحب نے، اور انہوں نے آپ سے پوچھا ہے کہ مولانا صاحب عمرے کا مطلب کیا ہے اور کیوں کیا جاتا ہے، اور کیا یہ کرنا ضروری ہے؟ اس کے بارے میں بتائیں۔ نہیں، ضروری نہیں ہے۔ فرض تو صرف حج ہے،</w:t>
      </w:r>
    </w:p>
    <w:p>
      <w:r>
        <w:rPr>
          <w:b/>
        </w:rPr>
        <w:t xml:space="preserve">[46:05] </w:t>
      </w:r>
      <w:r>
        <w:t>umrah farz nahin hai, lekin haj ke ayyam ke ilawa ek momin chahta hai ke woh kaaba ko</w:t>
      </w:r>
    </w:p>
    <w:p>
      <w:pPr>
        <w:jc w:val="right"/>
      </w:pPr>
      <w:r>
        <w:t>عمرہ فرض نہیں ہے، لیکن حج کے ایام کے علاوہ ایک مومن چاہتا ہے کہ وہ کعبہ کو</w:t>
      </w:r>
    </w:p>
    <w:p>
      <w:r>
        <w:rPr>
          <w:b/>
        </w:rPr>
        <w:t xml:space="preserve">[46:12] </w:t>
      </w:r>
      <w:r>
        <w:t>dekhe, kaaba ka tawaf kare, to yeh us ki is tabarruan ek jaiz tabarruan hai.</w:t>
      </w:r>
    </w:p>
    <w:p>
      <w:pPr>
        <w:jc w:val="right"/>
      </w:pPr>
      <w:r>
        <w:t>دیکھے، کعبہ کا طواف کرے، تو یہ اس کی اس تبرنا ایک جائز تبرنا ہے۔</w:t>
      </w:r>
    </w:p>
    <w:p>
      <w:r>
        <w:rPr>
          <w:b/>
        </w:rPr>
        <w:t xml:space="preserve">[46:20] </w:t>
      </w:r>
      <w:r>
        <w:t>us ke liye umrah rakh diya gaya hai, yaani isi liye kaha jata hai ke umrah chota haj</w:t>
      </w:r>
    </w:p>
    <w:p>
      <w:pPr>
        <w:jc w:val="right"/>
      </w:pPr>
      <w:r>
        <w:t>اس کے لیے عمرہ رکھ دیا گیا ہے، یعنی اسی لیے کہا جاتا ہے کہ عمرہ چھوٹا حج</w:t>
      </w:r>
    </w:p>
    <w:p>
      <w:r>
        <w:rPr>
          <w:b/>
        </w:rPr>
        <w:t xml:space="preserve">[46:27] </w:t>
      </w:r>
      <w:r>
        <w:t>hai, haj bada haj hai, umr</w:t>
      </w:r>
    </w:p>
    <w:p>
      <w:pPr>
        <w:jc w:val="right"/>
      </w:pPr>
      <w:r>
        <w:t>ہے، حج بڑا حج ہے، عمر</w:t>
      </w:r>
    </w:p>
    <w:p>
      <w:r>
        <w:rPr>
          <w:b/>
        </w:rPr>
        <w:t xml:space="preserve">[46:35] </w:t>
      </w:r>
      <w:r>
        <w:t>ah chota haj hai.</w:t>
      </w:r>
    </w:p>
    <w:p>
      <w:pPr>
        <w:jc w:val="right"/>
      </w:pPr>
      <w:r>
        <w:t>ہ چھوٹا حج ہے۔</w:t>
      </w:r>
    </w:p>
    <w:p>
      <w:r>
        <w:rPr>
          <w:b/>
        </w:rPr>
        <w:t xml:space="preserve">[46:39] </w:t>
      </w:r>
      <w:r>
        <w:t>yeh to ek momin ki ek ek tabarruan hai jis ki takmeel ka saman kiya gaya hai umre</w:t>
      </w:r>
    </w:p>
    <w:p>
      <w:pPr>
        <w:jc w:val="right"/>
      </w:pPr>
      <w:r>
        <w:t>یہ تو ایک مومن کی ایک ایک تبرنا ہے جس کی تکمیل کا سامان کیا گیا ہے عمرے</w:t>
      </w:r>
    </w:p>
    <w:p>
      <w:r>
        <w:rPr>
          <w:b/>
        </w:rPr>
        <w:t xml:space="preserve">[46:44] </w:t>
      </w:r>
      <w:r>
        <w:t>ki shakal mein.</w:t>
      </w:r>
    </w:p>
    <w:p>
      <w:pPr>
        <w:jc w:val="right"/>
      </w:pPr>
      <w:r>
        <w:t>کی شکل میں۔</w:t>
      </w:r>
    </w:p>
    <w:p>
      <w:r>
        <w:rPr>
          <w:b/>
        </w:rPr>
        <w:t xml:space="preserve">[46:48] </w:t>
      </w:r>
      <w:r>
        <w:t>maulana agla sawal doctor Owais Siddiqui ne Delhi se kiya hai, aur unhon ne likha hai ke thank</w:t>
      </w:r>
    </w:p>
    <w:p>
      <w:pPr>
        <w:jc w:val="right"/>
      </w:pPr>
      <w:r>
        <w:t>مولانا اگلا سوال ڈاکٹر اویس صدیقی نے دلی سے کیا ہے، اور انہوں نے لکھا ہے کہ تھینک</w:t>
      </w:r>
    </w:p>
    <w:p>
      <w:r>
        <w:rPr>
          <w:b/>
        </w:rPr>
        <w:t xml:space="preserve">[46:53] </w:t>
      </w:r>
      <w:r>
        <w:t>You, Maulana, you very well explain the loss, the law of loss or the law of truncation.</w:t>
      </w:r>
    </w:p>
    <w:p>
      <w:pPr>
        <w:jc w:val="right"/>
      </w:pPr>
      <w:r>
        <w:t>یو مولانا، یو ویری ویل ایکسپلین دی لاس، دی لاء اف لاس اور دی لاء اف ٹرنکیشن۔</w:t>
      </w:r>
    </w:p>
    <w:p>
      <w:r>
        <w:rPr>
          <w:b/>
        </w:rPr>
        <w:t xml:space="preserve">[46:57] </w:t>
      </w:r>
      <w:r>
        <w:t>I want to ask that if the whether the same principle can be applied to the individuals in</w:t>
      </w:r>
    </w:p>
    <w:p>
      <w:pPr>
        <w:jc w:val="right"/>
      </w:pPr>
      <w:r>
        <w:t>ائی وانٹ ٹو اسک دیٹ اف دا ویدر دا سیم پرنسپل کین بی اپلائیڈ ٹو دی انڈیویجولز ان</w:t>
      </w:r>
    </w:p>
    <w:p>
      <w:r>
        <w:rPr>
          <w:b/>
        </w:rPr>
        <w:t xml:space="preserve">[47:02] </w:t>
      </w:r>
      <w:r>
        <w:t>you for personal life.</w:t>
      </w:r>
    </w:p>
    <w:p>
      <w:pPr>
        <w:jc w:val="right"/>
      </w:pPr>
      <w:r>
        <w:t>دیر پرسنل لائف۔</w:t>
      </w:r>
    </w:p>
    <w:p>
      <w:r>
        <w:rPr>
          <w:b/>
        </w:rPr>
        <w:t xml:space="preserve">[47:06] </w:t>
      </w:r>
      <w:r>
        <w:t>please comment.</w:t>
      </w:r>
    </w:p>
    <w:p>
      <w:pPr>
        <w:jc w:val="right"/>
      </w:pPr>
      <w:r>
        <w:t>پلیز کمنٹ۔</w:t>
      </w:r>
    </w:p>
    <w:p>
      <w:r>
        <w:rPr>
          <w:b/>
        </w:rPr>
        <w:t xml:space="preserve">[47:10] </w:t>
      </w:r>
      <w:r>
        <w:t>yeh to bohat hi reversal hai, yeh individual ke liye hai, nation ke liye hai, sab ke liye</w:t>
      </w:r>
    </w:p>
    <w:p>
      <w:pPr>
        <w:jc w:val="right"/>
      </w:pPr>
      <w:r>
        <w:t>یہ تو بہت ہی ریورسل ہے، یہ انڈیویجول کے لیے ہے، نیشن کے لیے ہے، سب کے لیے</w:t>
      </w:r>
    </w:p>
    <w:p>
      <w:r>
        <w:rPr>
          <w:b/>
        </w:rPr>
        <w:t xml:space="preserve">[47:15] </w:t>
      </w:r>
      <w:r>
        <w:t>hai, mere liye hai, sab ke liye hai.</w:t>
      </w:r>
    </w:p>
    <w:p>
      <w:pPr>
        <w:jc w:val="right"/>
      </w:pPr>
      <w:r>
        <w:t>ہے، میرے لیے ہے، سب کے لیے ہے۔</w:t>
      </w:r>
    </w:p>
    <w:p>
      <w:r>
        <w:rPr>
          <w:b/>
        </w:rPr>
        <w:t xml:space="preserve">[47:19] </w:t>
      </w:r>
      <w:r>
        <w:t>یہ تو یونیورسل لاء اف نیچر ہے، اور میں کہوں تو یہ سب بڑی wisdom ہے جس کو</w:t>
      </w:r>
    </w:p>
    <w:p>
      <w:pPr>
        <w:jc w:val="right"/>
      </w:pPr>
      <w:r>
        <w:t>یہ تو یونیورسل لاء اف نیچر ہے، اور میں کہوں تو یہ سب بڑی وزڈم ہے جس کو</w:t>
      </w:r>
    </w:p>
    <w:p>
      <w:r>
        <w:rPr>
          <w:b/>
        </w:rPr>
        <w:t xml:space="preserve">[47:24] </w:t>
      </w:r>
      <w:r>
        <w:t>جانیں گے تو success ملیں گے، نہیں جانیں گے تو stress، tension میں جئیں گے، frustration میں جئیں</w:t>
      </w:r>
    </w:p>
    <w:p>
      <w:pPr>
        <w:jc w:val="right"/>
      </w:pPr>
      <w:r>
        <w:t>جانیں گے تو سکسیس ملیں گے، نہیں جانیں گے تو اسٹریس، ٹینشن میں جئیں گے، فریشن میں جئیں</w:t>
      </w:r>
    </w:p>
    <w:p>
      <w:r>
        <w:rPr>
          <w:b/>
        </w:rPr>
        <w:t xml:space="preserve">[47:28] </w:t>
      </w:r>
      <w:r>
        <w:t>ge, mar jayenge.</w:t>
      </w:r>
    </w:p>
    <w:p>
      <w:pPr>
        <w:jc w:val="right"/>
      </w:pPr>
      <w:r>
        <w:t>گے، مر جائیں گے۔</w:t>
      </w:r>
    </w:p>
    <w:p>
      <w:r>
        <w:rPr>
          <w:b/>
        </w:rPr>
        <w:t xml:space="preserve">[47:33] </w:t>
      </w:r>
      <w:r>
        <w:t>greatest wisdom of life mere nazdeek yahi hai.</w:t>
      </w:r>
    </w:p>
    <w:p>
      <w:pPr>
        <w:jc w:val="right"/>
      </w:pPr>
      <w:r>
        <w:t>گریٹسٹ وزڈم اف لائف میرے نزدیک یہی ہے۔</w:t>
      </w:r>
    </w:p>
    <w:p>
      <w:r>
        <w:rPr>
          <w:b/>
        </w:rPr>
        <w:t xml:space="preserve">[47:37] </w:t>
      </w:r>
      <w:r>
        <w:t>Maulana agla sawal Fawad Sahab ne kiya hai Bhopal se, aur unhone likha hai ke Maulana what is the starting point of breaking one's conditioning so that the person can re engineer his or her mind? What is your advice on this? Dekhiye, yeh kaam aadmi ko apne aap hi karna padta hai, aur main kai baar yeh baat kahi ke iska araz hai introspection, yani</w:t>
      </w:r>
    </w:p>
    <w:p>
      <w:pPr>
        <w:jc w:val="right"/>
      </w:pPr>
      <w:r>
        <w:t>مولانا اگلا سوال فواد صاحب نے کیا ہے بھوپال سے، اور انہوں نے لکھا ہے کہ مولانا واٹ از دا سٹارٹنگ پوائنٹ اف بریکنگ ونز کنڈیشننگ سو دیٹ دا پرسن کین ری انجینئر ہز اور ہر مائنڈ؟ واٹ از یور ایڈوائس ان دس؟ دیکھیے، یہ کام آدمی کو اپنے آپ ہی کرنا پڑتا ہے، اور میں کئی بار یہ بات کہی کہ اس کا اعراض ہے انٹراسپیکشن، یع</w:t>
      </w:r>
    </w:p>
    <w:p>
      <w:r>
        <w:rPr>
          <w:b/>
        </w:rPr>
        <w:t xml:space="preserve">[48:07] </w:t>
      </w:r>
      <w:r>
        <w:t>ni shariat mein is ke jo lafz bola gaya hai woh muhasba hai, aur secular term hai is ka introspection.</w:t>
      </w:r>
    </w:p>
    <w:p>
      <w:pPr>
        <w:jc w:val="right"/>
      </w:pPr>
      <w:r>
        <w:t>نی شریعت میں اس کے جو لفظ بولا گیا ہے وہ محاسبہ ہے، اور سیکولر ٹرم ہے اس کا انٹراسپیکشن۔</w:t>
      </w:r>
    </w:p>
    <w:p>
      <w:r>
        <w:rPr>
          <w:b/>
        </w:rPr>
        <w:t xml:space="preserve">[48:15] </w:t>
      </w:r>
      <w:r>
        <w:t>اپنے آپ میں، اپنے اپنے بارے میں، اپنی self-pity کرنا، اپنے بارے میں بہت زیادہ سوچنا، dispassionately سوچنا،</w:t>
      </w:r>
    </w:p>
    <w:p>
      <w:pPr>
        <w:jc w:val="right"/>
      </w:pPr>
      <w:r>
        <w:t>اپنے آپ میں، اپنے اپنے بارے میں، اپنی اسکرپٹری کرنا، اپنے بارے میں بہت زیادہ سوچنا، ڈسپیشنٹلی سوچنا،</w:t>
      </w:r>
    </w:p>
    <w:p>
      <w:r>
        <w:rPr>
          <w:b/>
        </w:rPr>
        <w:t xml:space="preserve">[48:22] </w:t>
      </w:r>
      <w:r>
        <w:t>یہ تو آدمی کا جو چاہتا ہو اپنے آپ کو develop کرنا، اس کو ہی کرنا پڑے گا،</w:t>
      </w:r>
    </w:p>
    <w:p>
      <w:pPr>
        <w:jc w:val="right"/>
      </w:pPr>
      <w:r>
        <w:t>یہ تو آدمی کا جو چاہتا ہو اپنے آپ کو ڈیولپ کرنا، اس کو ہی کرنا پڑے گا،</w:t>
      </w:r>
    </w:p>
    <w:p>
      <w:r>
        <w:rPr>
          <w:b/>
        </w:rPr>
        <w:t xml:space="preserve">[48:30] </w:t>
      </w:r>
      <w:r>
        <w:t>koi doosra aadmi</w:t>
      </w:r>
    </w:p>
    <w:p>
      <w:pPr>
        <w:jc w:val="right"/>
      </w:pPr>
      <w:r>
        <w:t>کوئی دوسرا آدمی</w:t>
      </w:r>
    </w:p>
    <w:p>
      <w:r>
        <w:rPr>
          <w:b/>
        </w:rPr>
        <w:t xml:space="preserve">[48:37] </w:t>
      </w:r>
      <w:r>
        <w:t>nahin kar sakta.</w:t>
      </w:r>
    </w:p>
    <w:p>
      <w:pPr>
        <w:jc w:val="right"/>
      </w:pPr>
      <w:r>
        <w:t>نہیں کر سکتا۔</w:t>
      </w:r>
    </w:p>
    <w:p>
      <w:r>
        <w:rPr>
          <w:b/>
        </w:rPr>
        <w:t xml:space="preserve">[48:42] </w:t>
      </w:r>
      <w:r>
        <w:t>pehlay zamanay jo samjha jata tha ke khanqah mein jao, wahan par buzurg kar dain gay, to yeh</w:t>
      </w:r>
    </w:p>
    <w:p>
      <w:pPr>
        <w:jc w:val="right"/>
      </w:pPr>
      <w:r>
        <w:t>پہلے زمانے جو سمجھا جاتا تھا کہ خانقاہ میں جاؤ، وہاں پر بزرگ کر دیں گے، تو یہ</w:t>
      </w:r>
    </w:p>
    <w:p>
      <w:r>
        <w:rPr>
          <w:b/>
        </w:rPr>
        <w:t xml:space="preserve">[48:47] </w:t>
      </w:r>
      <w:r>
        <w:t>bilkul mein is ko is ko baseless samajhta hoon, koi buzurg nahin kar de ga, aap ko khud</w:t>
      </w:r>
    </w:p>
    <w:p>
      <w:pPr>
        <w:jc w:val="right"/>
      </w:pPr>
      <w:r>
        <w:t>بالکل میں اس کو اس کو بیسلیس سمجھتا ہوں، کوئی بزرگ نہیں کر دے گا، آپ کو خود</w:t>
      </w:r>
    </w:p>
    <w:p>
      <w:r>
        <w:rPr>
          <w:b/>
        </w:rPr>
        <w:t xml:space="preserve">[48:52] </w:t>
      </w:r>
      <w:r>
        <w:t>karna paray ga.</w:t>
      </w:r>
    </w:p>
    <w:p>
      <w:pPr>
        <w:jc w:val="right"/>
      </w:pPr>
      <w:r>
        <w:t>کرنا پڑے گا۔</w:t>
      </w:r>
    </w:p>
    <w:p>
      <w:r>
        <w:rPr>
          <w:b/>
        </w:rPr>
        <w:t xml:space="preserve">[48:57] </w:t>
      </w:r>
      <w:r>
        <w:t>maulana agla sawal rajouri se kiya gaya hai nisar ahmad qazi sahib ne kiya hai, aur unhon ne</w:t>
      </w:r>
    </w:p>
    <w:p>
      <w:pPr>
        <w:jc w:val="right"/>
      </w:pPr>
      <w:r>
        <w:t>مولانا اگلا سوال رجوری سے کیا گیا ہے نثار احمد قاضی صاحب نے کیا ہے، اور انہوں نے</w:t>
      </w:r>
    </w:p>
    <w:p>
      <w:r>
        <w:rPr>
          <w:b/>
        </w:rPr>
        <w:t xml:space="preserve">[49:02] </w:t>
      </w:r>
      <w:r>
        <w:t>likha hai maulana mein ne aik non muslim bhai ko peace literature dena cha</w:t>
      </w:r>
    </w:p>
    <w:p>
      <w:pPr>
        <w:jc w:val="right"/>
      </w:pPr>
      <w:r>
        <w:t>لکھا ہے مولانا میں نے ایک نان مسلم بھائی کو پیس لٹریچر دینا چ</w:t>
      </w:r>
    </w:p>
    <w:p>
      <w:r>
        <w:rPr>
          <w:b/>
        </w:rPr>
        <w:t xml:space="preserve">[49:07] </w:t>
      </w:r>
      <w:r>
        <w:t>ha to us ne yeh keh ke yeh kaha, us to us ne yeh kaha ke pehle arab</w:t>
      </w:r>
    </w:p>
    <w:p>
      <w:pPr>
        <w:jc w:val="right"/>
      </w:pPr>
      <w:r>
        <w:t>اہا تو اس نے یہ کہہ کے یہ کہا، اس تو اس نے یہ کہا کہ پہلے عرب</w:t>
      </w:r>
    </w:p>
    <w:p>
      <w:r>
        <w:rPr>
          <w:b/>
        </w:rPr>
        <w:t xml:space="preserve">[49:13] </w:t>
      </w:r>
      <w:r>
        <w:t>ko peace ka paigham do jinhon ne dahshat gardi phaila rakhi hai.</w:t>
      </w:r>
    </w:p>
    <w:p>
      <w:pPr>
        <w:jc w:val="right"/>
      </w:pPr>
      <w:r>
        <w:t>کو پیس کا پیغام دو جنہوں نے دہشت گردی پھیلا رکھی ہے۔</w:t>
      </w:r>
    </w:p>
    <w:p>
      <w:r>
        <w:rPr>
          <w:b/>
        </w:rPr>
        <w:t xml:space="preserve">[49:19] </w:t>
      </w:r>
      <w:r>
        <w:t>maulana aise mauqa par hamein kiya karna chahiye ya kiya kehna chahiye? theek hai, aik to wahan bhi</w:t>
      </w:r>
    </w:p>
    <w:p>
      <w:pPr>
        <w:jc w:val="right"/>
      </w:pPr>
      <w:r>
        <w:t>مولانا ایسے موقع پر ہمیں کیا کرنا چاہیے یا کیا کہنا چاہیے؟ ٹھیک ہے، ایک تو وہاں بھی</w:t>
      </w:r>
    </w:p>
    <w:p>
      <w:r>
        <w:rPr>
          <w:b/>
        </w:rPr>
        <w:t xml:space="preserve">[49:25] </w:t>
      </w:r>
      <w:r>
        <w:t>kar rahe hain, yahan bhi kar rahe hain, ab paigham to wahan hi phaila rahe hain, hum yeh</w:t>
      </w:r>
    </w:p>
    <w:p>
      <w:pPr>
        <w:jc w:val="right"/>
      </w:pPr>
      <w:r>
        <w:t>کر رہے ہیں، یہاں بھی کر رہے ہیں، اب پیغام تو وہاں ہی پھیلا رہے ہیں، ہم یہ</w:t>
      </w:r>
    </w:p>
    <w:p>
      <w:r>
        <w:rPr>
          <w:b/>
        </w:rPr>
        <w:t xml:space="preserve">[49:31] </w:t>
      </w:r>
      <w:r>
        <w:t>nahin ke hum un ko, un ko hum ne justify kar rakha hai, aisa to nahin hai,</w:t>
      </w:r>
    </w:p>
    <w:p>
      <w:pPr>
        <w:jc w:val="right"/>
      </w:pPr>
      <w:r>
        <w:t>نہیں کہ ہم ان کو، ان کو ہم نے جسٹیفائی کر رکھا ہے، ایسا تو نہیں ہے،</w:t>
      </w:r>
    </w:p>
    <w:p>
      <w:r>
        <w:rPr>
          <w:b/>
        </w:rPr>
        <w:t xml:space="preserve">[49:37] </w:t>
      </w:r>
      <w:r>
        <w:t>un ko bhi hum paigham de rahe hain.</w:t>
      </w:r>
    </w:p>
    <w:p>
      <w:pPr>
        <w:jc w:val="right"/>
      </w:pPr>
      <w:r>
        <w:t>ان کو بھی ہم پیغام دے رہے ہیں۔</w:t>
      </w:r>
    </w:p>
    <w:p>
      <w:r>
        <w:rPr>
          <w:b/>
        </w:rPr>
        <w:t xml:space="preserve">[49:42] </w:t>
      </w:r>
      <w:r>
        <w:t>abhi mein gaya tha abu dhabi, wahan bhi mein ne yeh baatein kahin, literature wahan hamare saathi le</w:t>
      </w:r>
    </w:p>
    <w:p>
      <w:pPr>
        <w:jc w:val="right"/>
      </w:pPr>
      <w:r>
        <w:t>ابھی میں گیا تھا ابو دھبی، وہاں بھی میں نے یہ باتیں کہیں، لٹریچر وہاں ہمارے ساتھی لے</w:t>
      </w:r>
    </w:p>
    <w:p>
      <w:r>
        <w:rPr>
          <w:b/>
        </w:rPr>
        <w:t xml:space="preserve">[49:47] </w:t>
      </w:r>
      <w:r>
        <w:t>gaye thay, literature wahan taqseem kiya.</w:t>
      </w:r>
    </w:p>
    <w:p>
      <w:pPr>
        <w:jc w:val="right"/>
      </w:pPr>
      <w:r>
        <w:t>گئے تھے، لٹریچر وہاں تقسیم کیا۔</w:t>
      </w:r>
    </w:p>
    <w:p>
      <w:r>
        <w:rPr>
          <w:b/>
        </w:rPr>
        <w:t xml:space="preserve">[49:52] </w:t>
      </w:r>
      <w:r>
        <w:t>yeh to yaani sab ke liye hum kar rahe hain, kisi aik ka masla nahin hai.</w:t>
      </w:r>
    </w:p>
    <w:p>
      <w:pPr>
        <w:jc w:val="right"/>
      </w:pPr>
      <w:r>
        <w:t>یہ تو یعنی سب کے لیے ہم کر رہے ہیں، کسی ایک کا مسئلہ نہیں ہے۔</w:t>
      </w:r>
    </w:p>
    <w:p>
      <w:r>
        <w:rPr>
          <w:b/>
        </w:rPr>
        <w:t xml:space="preserve">[49:57] </w:t>
      </w:r>
      <w:r>
        <w:t>abhi mein latest jo book likh raha hoon, peace duss bonum, is ka khitab bhi sabhi log hain,</w:t>
      </w:r>
    </w:p>
    <w:p>
      <w:pPr>
        <w:jc w:val="right"/>
      </w:pPr>
      <w:r>
        <w:t>ابھی میں لیٹسٹ جو بک لکھ رہا ہوں، پیس دسوم بونم، اس کا خطاب بھی سبھی لوگ ہیں،</w:t>
      </w:r>
    </w:p>
    <w:p>
      <w:r>
        <w:rPr>
          <w:b/>
        </w:rPr>
        <w:t xml:space="preserve">[50:02] </w:t>
      </w:r>
      <w:r>
        <w:t>muslim bhi aur doosre log bhi</w:t>
      </w:r>
    </w:p>
    <w:p>
      <w:pPr>
        <w:jc w:val="right"/>
      </w:pPr>
      <w:r>
        <w:t>مسلم بھی اور دوسرے لوگ بھی</w:t>
      </w:r>
    </w:p>
    <w:p>
      <w:r>
        <w:rPr>
          <w:b/>
        </w:rPr>
        <w:t xml:space="preserve">[50:08] </w:t>
      </w:r>
      <w:r>
        <w:t>.</w:t>
      </w:r>
    </w:p>
    <w:p>
      <w:pPr>
        <w:jc w:val="right"/>
      </w:pPr>
      <w:r>
        <w:t>۔</w:t>
      </w:r>
    </w:p>
    <w:p>
      <w:r>
        <w:rPr>
          <w:b/>
        </w:rPr>
        <w:t xml:space="preserve">[50:12] </w:t>
      </w:r>
      <w:r>
        <w:t>maulana agla sawal lene se pehle aik comment parhna chahenge jo miss naghma siddiqui ne bheja hai</w:t>
      </w:r>
    </w:p>
    <w:p>
      <w:pPr>
        <w:jc w:val="right"/>
      </w:pPr>
      <w:r>
        <w:t>مولانا اگلا سوال لینے سے پہلے ایک کمنٹ پڑھنا چاہیں گے جو مس نغمہ صدیقی نے بھیجا ہے</w:t>
      </w:r>
    </w:p>
    <w:p>
      <w:r>
        <w:rPr>
          <w:b/>
        </w:rPr>
        <w:t xml:space="preserve">[50:16] </w:t>
      </w:r>
      <w:r>
        <w:t>دلی سے، اور انہوں نے لکھا ہے کہ I realize today that I have to accept all in</w:t>
      </w:r>
    </w:p>
    <w:p>
      <w:pPr>
        <w:jc w:val="right"/>
      </w:pPr>
      <w:r>
        <w:t>دلی سے، اور انہوں نے لکھا ہے کہ ائی ریلائز ٹوڈے دیٹ ائی ہیو ٹو ایکسیپٹ ال ان</w:t>
      </w:r>
    </w:p>
    <w:p>
      <w:r>
        <w:rPr>
          <w:b/>
        </w:rPr>
        <w:t xml:space="preserve">[50:20] </w:t>
      </w:r>
      <w:r>
        <w:t>this world in the truncated form to get the truncated paradise.</w:t>
      </w:r>
    </w:p>
    <w:p>
      <w:pPr>
        <w:jc w:val="right"/>
      </w:pPr>
      <w:r>
        <w:t>دس ورلڈ ان دی ٹرنکیٹڈ فارم ٹو گیٹ ڈی ٹرنکیٹڈ پیراڈائز۔</w:t>
      </w:r>
    </w:p>
    <w:p>
      <w:r>
        <w:rPr>
          <w:b/>
        </w:rPr>
        <w:t xml:space="preserve">[50:25] </w:t>
      </w:r>
      <w:r>
        <w:t>this has made me stress free.</w:t>
      </w:r>
    </w:p>
    <w:p>
      <w:pPr>
        <w:jc w:val="right"/>
      </w:pPr>
      <w:r>
        <w:t>دس ہیز میڈ می سٹریس فری۔</w:t>
      </w:r>
    </w:p>
    <w:p>
      <w:r>
        <w:rPr>
          <w:b/>
        </w:rPr>
        <w:t xml:space="preserve">[50:29] </w:t>
      </w:r>
      <w:r>
        <w:t>thank you maulana.</w:t>
      </w:r>
    </w:p>
    <w:p>
      <w:pPr>
        <w:jc w:val="right"/>
      </w:pPr>
      <w:r>
        <w:t>تھینک یو مولانا۔</w:t>
      </w:r>
    </w:p>
    <w:p>
      <w:r>
        <w:rPr>
          <w:b/>
        </w:rPr>
        <w:t xml:space="preserve">[50:33] </w:t>
      </w:r>
      <w:r>
        <w:t>mashallah, jazak allah.</w:t>
      </w:r>
    </w:p>
    <w:p>
      <w:pPr>
        <w:jc w:val="right"/>
      </w:pPr>
      <w:r>
        <w:t>ماشاءاللہ، جزاک اللہ۔</w:t>
      </w:r>
    </w:p>
    <w:p>
      <w:r>
        <w:rPr>
          <w:b/>
        </w:rPr>
        <w:t xml:space="preserve">[50:38] </w:t>
      </w:r>
      <w:r>
        <w:t>molana agla sawal lene se pehle ek aur comment parhna chahenge jo molana farhad umri sahib ne</w:t>
      </w:r>
    </w:p>
    <w:p>
      <w:pPr>
        <w:jc w:val="right"/>
      </w:pPr>
      <w:r>
        <w:t>مولانا اگلا سوال لینے سے پہلے ایک اور کمنٹ پڑھنا چاہیں گے جو مولانا فرہاد عمری صاحب نے</w:t>
      </w:r>
    </w:p>
    <w:p>
      <w:r>
        <w:rPr>
          <w:b/>
        </w:rPr>
        <w:t xml:space="preserve">[50:48] </w:t>
      </w:r>
      <w:r>
        <w:t>بھیجا ہے دلی سے، اور انہوں نے لکھا ہے کہ مولانا I was not feeling good after reading</w:t>
      </w:r>
    </w:p>
    <w:p>
      <w:pPr>
        <w:jc w:val="right"/>
      </w:pPr>
      <w:r>
        <w:t>بھیجا ہے دلی سے، اور انہوں نے لکھا ہے کہ مولانا ائی واز ناٹ فیلنگ گڈ افٹر ریڈنگ</w:t>
      </w:r>
    </w:p>
    <w:p>
      <w:r>
        <w:rPr>
          <w:b/>
        </w:rPr>
        <w:t xml:space="preserve">[50:58] </w:t>
      </w:r>
      <w:r>
        <w:t>news regarding muslims violent activities, but your talk today on principle of loss gave me peace of mind. shukriya molana. mashallah.</w:t>
      </w:r>
    </w:p>
    <w:p>
      <w:pPr>
        <w:jc w:val="right"/>
      </w:pPr>
      <w:r>
        <w:t>نیوز ریگارڈنگ مسلمز وائیلنٹ ایکٹیوٹیز، بٹ یور ٹاک ٹوڈے ان پرنسپل اف لاس گیو می پیس اف مائنڈ۔ شکریہ مولانا۔ ماشاءاللہ۔</w:t>
      </w:r>
    </w:p>
    <w:p>
      <w:r>
        <w:rPr>
          <w:b/>
        </w:rPr>
        <w:t xml:space="preserve">[51:09] </w:t>
      </w:r>
      <w:r>
        <w:t>molana agla sawal kya hai abdul ghani sahib ne mysore se, aur unhone likha hai ke molana der</w:t>
      </w:r>
    </w:p>
    <w:p>
      <w:pPr>
        <w:jc w:val="right"/>
      </w:pPr>
      <w:r>
        <w:t>مولانا اگلا سوال کیا ہے عبدالغنی صاحب نے میسور سے، اور انہوں نے لکھا ہے کہ مولانا دیر</w:t>
      </w:r>
    </w:p>
    <w:p>
      <w:r>
        <w:rPr>
          <w:b/>
        </w:rPr>
        <w:t xml:space="preserve">[51:15] </w:t>
      </w:r>
      <w:r>
        <w:t>as a hadith that iman of a person increases and decreases.</w:t>
      </w:r>
    </w:p>
    <w:p>
      <w:pPr>
        <w:jc w:val="right"/>
      </w:pPr>
      <w:r>
        <w:t>از ا حدیث دیٹ ایمان اف ا پرسن انکریزز اینڈ ڈکریزز۔</w:t>
      </w:r>
    </w:p>
    <w:p>
      <w:r>
        <w:rPr>
          <w:b/>
        </w:rPr>
        <w:t xml:space="preserve">[51:21] </w:t>
      </w:r>
      <w:r>
        <w:t>How can I know that my iman is decreasing or increasing? Is there a way to find that</w:t>
      </w:r>
    </w:p>
    <w:p>
      <w:pPr>
        <w:jc w:val="right"/>
      </w:pPr>
      <w:r>
        <w:t>ہاؤ کین ائی نو دیٹ مائی ایمان از ڈکریزنگ اور انکریزنگ؟ از دیر ا وے ٹو فائنڈ دیٹ</w:t>
      </w:r>
    </w:p>
    <w:p>
      <w:r>
        <w:rPr>
          <w:b/>
        </w:rPr>
        <w:t xml:space="preserve">[51:28] </w:t>
      </w:r>
      <w:r>
        <w:t>out? please advice.</w:t>
      </w:r>
    </w:p>
    <w:p>
      <w:pPr>
        <w:jc w:val="right"/>
      </w:pPr>
      <w:r>
        <w:t>اؤٹ؟ پلیز ایڈوائس۔</w:t>
      </w:r>
    </w:p>
    <w:p>
      <w:r>
        <w:rPr>
          <w:b/>
        </w:rPr>
        <w:t xml:space="preserve">[51:34] </w:t>
      </w:r>
      <w:r>
        <w:t>dekhen, is ko aap lafz badlie, samajh mein aa jayega,</w:t>
      </w:r>
    </w:p>
    <w:p>
      <w:pPr>
        <w:jc w:val="right"/>
      </w:pPr>
      <w:r>
        <w:t>دیکھیں، اس کو اپ لفظ بدلیے، سمجھ میں ا جائے گا،</w:t>
      </w:r>
    </w:p>
    <w:p>
      <w:r>
        <w:rPr>
          <w:b/>
        </w:rPr>
        <w:t xml:space="preserve">[51:40] </w:t>
      </w:r>
      <w:r>
        <w:t>یعنی increase اور decrease کی جگہ ایک لفظ دوسرا استعمال کیجئے، explanatory لفظ وہ ہے spirit، یعنی spirit</w:t>
      </w:r>
    </w:p>
    <w:p>
      <w:pPr>
        <w:jc w:val="right"/>
      </w:pPr>
      <w:r>
        <w:t>یعنی انکریز اور ڈکریز کی جگہ ایک لفظ دوسرا استعمال کیجئے، ایکسپلینیٹری لفظ وہ ہے اسپرٹ، یعنی اسپرٹ</w:t>
      </w:r>
    </w:p>
    <w:p>
      <w:r>
        <w:rPr>
          <w:b/>
        </w:rPr>
        <w:t xml:space="preserve">[51:45] </w:t>
      </w:r>
      <w:r>
        <w:t>ghatti hai aur badhti hai.</w:t>
      </w:r>
    </w:p>
    <w:p>
      <w:pPr>
        <w:jc w:val="right"/>
      </w:pPr>
      <w:r>
        <w:t>گھٹتی ہے اور بڑھتی ہے۔</w:t>
      </w:r>
    </w:p>
    <w:p>
      <w:r>
        <w:rPr>
          <w:b/>
        </w:rPr>
        <w:t xml:space="preserve">[51:50] </w:t>
      </w:r>
      <w:r>
        <w:t>iman form ka naam nahi hai ke ek kuch alfaaz hum munh se bol diya to iman hasil</w:t>
      </w:r>
    </w:p>
    <w:p>
      <w:pPr>
        <w:jc w:val="right"/>
      </w:pPr>
      <w:r>
        <w:t>ایمان فارم کا نام نہیں ہے کہ ایک کچھ الفاظ ہم منہ سے بول دیا تو ایمان حاصل</w:t>
      </w:r>
    </w:p>
    <w:p>
      <w:r>
        <w:rPr>
          <w:b/>
        </w:rPr>
        <w:t xml:space="preserve">[51:55] </w:t>
      </w:r>
      <w:r>
        <w:t>ho gaya, iman haqeeqat mein spirit ka naam hai.</w:t>
      </w:r>
    </w:p>
    <w:p>
      <w:pPr>
        <w:jc w:val="right"/>
      </w:pPr>
      <w:r>
        <w:t>ہو گیا، ایمان حقیقت میں اسپرٹ کا نام ہے۔</w:t>
      </w:r>
    </w:p>
    <w:p>
      <w:r>
        <w:rPr>
          <w:b/>
        </w:rPr>
        <w:t xml:space="preserve">[52:00] </w:t>
      </w:r>
      <w:r>
        <w:t>to spirit jo hai ghatti badhti hai, ghatti badhti hai ka matlab kya hai ke jaise aaj mein</w:t>
      </w:r>
    </w:p>
    <w:p>
      <w:pPr>
        <w:jc w:val="right"/>
      </w:pPr>
      <w:r>
        <w:t>تو اسپرٹ جو ہے گھٹتی بڑھتی ہے، گھٹتی بڑھتی ہے کا مطلب کیا ہے کہ جیسے اج میں</w:t>
      </w:r>
    </w:p>
    <w:p>
      <w:r>
        <w:rPr>
          <w:b/>
        </w:rPr>
        <w:t xml:space="preserve">[52:05] </w:t>
      </w:r>
      <w:r>
        <w:t>ne ek cheez d</w:t>
      </w:r>
    </w:p>
    <w:p>
      <w:pPr>
        <w:jc w:val="right"/>
      </w:pPr>
      <w:r>
        <w:t>نے ایک چیز ڈ</w:t>
      </w:r>
    </w:p>
    <w:p>
      <w:r>
        <w:rPr>
          <w:b/>
        </w:rPr>
        <w:t xml:space="preserve">[52:10] </w:t>
      </w:r>
      <w:r>
        <w:t>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p>
    <w:p>
      <w:pPr>
        <w:jc w:val="right"/>
      </w:pPr>
      <w:r>
        <w:t>سکور کی، یعنی پرنسپل اف یہ جو میں نے بتایا اپ کو، پرنسپل اف لاس، پرنسپل اف ٹرنکیشن۔ تو میں بہت زبردست، مجھے ایک ائے کہ اللہ تعالی نے کیسی کیسی باتیں بتائی ہیں انسان کو، ایک عجیب قسم کی نئی اس پہ پیدا ہوگئی۔ تو یہ مطلب ہے کہ کہ اپ کا ایکسپیرینس، اپ کی سٹڈی، اپ کا غور و فکر، اس سے اپ</w:t>
      </w:r>
    </w:p>
    <w:p>
      <w:r>
        <w:rPr>
          <w:b/>
        </w:rPr>
        <w:t xml:space="preserve">[52:40] </w:t>
      </w:r>
      <w:r>
        <w:t>کو نئے نئے ائٹم ملتے ہیں جو آپ کی اسپیڈ کو بڑھاتے ہیں، اور جب آپ نہ سوچیں</w:t>
      </w:r>
    </w:p>
    <w:p>
      <w:pPr>
        <w:jc w:val="right"/>
      </w:pPr>
      <w:r>
        <w:t>کو نئے نئے ائیٹم ملتے ہیں جو اپ کی اسپیڈ کو بڑھاتے ہیں، اور جب اپ نہ سوچیں</w:t>
      </w:r>
    </w:p>
    <w:p>
      <w:r>
        <w:rPr>
          <w:b/>
        </w:rPr>
        <w:t xml:space="preserve">[52:46] </w:t>
      </w:r>
      <w:r>
        <w:t>to speed ghatti rahegi, to us waqt kami ke level par rahega aap ka iman.</w:t>
      </w:r>
    </w:p>
    <w:p>
      <w:pPr>
        <w:jc w:val="right"/>
      </w:pPr>
      <w:r>
        <w:t>تو اسپیڈ گھٹی رہے گی، تو اس وقت کمی کے لیول پر رہے گا اپ کا ایمان۔</w:t>
      </w:r>
    </w:p>
    <w:p>
      <w:r>
        <w:rPr>
          <w:b/>
        </w:rPr>
        <w:t xml:space="preserve">[52:52] </w:t>
      </w:r>
      <w:r>
        <w:t>to wo hadith mein jo lafz aayi hai, jo lafz aaya hai, us lafz ko aap badlie ke</w:t>
      </w:r>
    </w:p>
    <w:p>
      <w:pPr>
        <w:jc w:val="right"/>
      </w:pPr>
      <w:r>
        <w:t>تو وہ حدیث میں جو لفظ ائی ہے، جو لفظ ایا ہے، اس لفظ کو اپ بدلیے کہ</w:t>
      </w:r>
    </w:p>
    <w:p>
      <w:r>
        <w:rPr>
          <w:b/>
        </w:rPr>
        <w:t xml:space="preserve">[52:58] </w:t>
      </w:r>
      <w:r>
        <w:t>speed mein kami beshi hoti rehti hai, aur is ke sabab yeh hota hai ke aap hamesha is</w:t>
      </w:r>
    </w:p>
    <w:p>
      <w:pPr>
        <w:jc w:val="right"/>
      </w:pPr>
      <w:r>
        <w:t>اسپیڈ میں کمی بیشی ہوتی رہتی ہے، اور اس کے سبب یہ ہوتا ہے کہ اپ ہمیشہ اس</w:t>
      </w:r>
    </w:p>
    <w:p>
      <w:r>
        <w:rPr>
          <w:b/>
        </w:rPr>
        <w:t xml:space="preserve">[53:04] </w:t>
      </w:r>
      <w:r>
        <w:t>tarah se nahi kar pate, g</w:t>
      </w:r>
    </w:p>
    <w:p>
      <w:pPr>
        <w:jc w:val="right"/>
      </w:pPr>
      <w:r>
        <w:t>طرح سے نہیں کر پاتے، غ</w:t>
      </w:r>
    </w:p>
    <w:p>
      <w:r>
        <w:rPr>
          <w:b/>
        </w:rPr>
        <w:t xml:space="preserve">[53:10] </w:t>
      </w:r>
      <w:r>
        <w:t>or o fikr aur zyada cheezon mein zyada dhyan dena, distract ho jate hain.</w:t>
      </w:r>
    </w:p>
    <w:p>
      <w:pPr>
        <w:jc w:val="right"/>
      </w:pPr>
      <w:r>
        <w:t>ور و فکر اور زیادہ چیزوں میں زیادہ دھیان دینا، ڈسٹریکٹ ہو جاتے ہیں۔</w:t>
      </w:r>
    </w:p>
    <w:p>
      <w:r>
        <w:rPr>
          <w:b/>
        </w:rPr>
        <w:t xml:space="preserve">[53:16] </w:t>
      </w:r>
      <w:r>
        <w:t>to jab aap distract ho jayenge to kami ho jayegi, jab ghor o fikr karenge</w:t>
      </w:r>
    </w:p>
    <w:p>
      <w:pPr>
        <w:jc w:val="right"/>
      </w:pPr>
      <w:r>
        <w:t>تو جب اپ ڈسٹریکٹ ہو جائیں گے تو کمی ہو جائے گی، جب غور و فکر کریں گے</w:t>
      </w:r>
    </w:p>
    <w:p>
      <w:r>
        <w:rPr>
          <w:b/>
        </w:rPr>
        <w:t xml:space="preserve">[53:23] </w:t>
      </w:r>
      <w:r>
        <w:t>to speed pe izafa ho jayega, yeh matlab hai is ka.</w:t>
      </w:r>
    </w:p>
    <w:p>
      <w:pPr>
        <w:jc w:val="right"/>
      </w:pPr>
      <w:r>
        <w:t>تو اسپیڈ پہ اضافہ ہو جائے گا، یہ مطلب ہے اس کا۔</w:t>
      </w:r>
    </w:p>
    <w:p>
      <w:r>
        <w:rPr>
          <w:b/>
        </w:rPr>
        <w:t xml:space="preserve">[53:29] </w:t>
      </w:r>
      <w:r>
        <w:t>molana agla sawal merit se farooqi sahib ne kiya hai, aur unhone likha hai ke molana der</w:t>
      </w:r>
    </w:p>
    <w:p>
      <w:pPr>
        <w:jc w:val="right"/>
      </w:pPr>
      <w:r>
        <w:t>مولانا اگلا سوال میرٹ سے فاروقی صاحب نے کیا ہے، اور انہوں نے لکھا ہے کہ مولانا دیر</w:t>
      </w:r>
    </w:p>
    <w:p>
      <w:r>
        <w:rPr>
          <w:b/>
        </w:rPr>
        <w:t xml:space="preserve">[53:35] </w:t>
      </w:r>
      <w:r>
        <w:t>Is it a hadith that a time will come when no one would be able to</w:t>
      </w:r>
    </w:p>
    <w:p>
      <w:pPr>
        <w:jc w:val="right"/>
      </w:pPr>
      <w:r>
        <w:t>از ا حدیث دیٹ ا ٹائم ول کم وین نو ون وڈ بی ایبل ٹو</w:t>
      </w:r>
    </w:p>
    <w:p>
      <w:r>
        <w:rPr>
          <w:b/>
        </w:rPr>
        <w:t xml:space="preserve">[53:41] </w:t>
      </w:r>
      <w:r>
        <w:t>save one self from the evil of time.</w:t>
      </w:r>
    </w:p>
    <w:p>
      <w:pPr>
        <w:jc w:val="right"/>
      </w:pPr>
      <w:r>
        <w:t>سیو ون سیلف فرام دی ایول اف ٹائم۔</w:t>
      </w:r>
    </w:p>
    <w:p>
      <w:r>
        <w:rPr>
          <w:b/>
        </w:rPr>
        <w:t xml:space="preserve">[53:48] </w:t>
      </w:r>
      <w:r>
        <w:t>Maulana, in such a case, how can a person save oneself from the evil of the times?</w:t>
      </w:r>
    </w:p>
    <w:p>
      <w:pPr>
        <w:jc w:val="right"/>
      </w:pPr>
      <w:r>
        <w:t>مولانا ان سچ ا کیس ہاؤ کین ا پرسن سیو ون سیلف فرام دی ایول اف دا ٹائمز؟</w:t>
      </w:r>
    </w:p>
    <w:p>
      <w:r>
        <w:rPr>
          <w:b/>
        </w:rPr>
        <w:t xml:space="preserve">[53:56] </w:t>
      </w:r>
      <w:r>
        <w:t>dekhen, is ka jawab quran mein maujood hai, wo ayat ayat hai: in alhasanat yuzhibn al sayyiat.</w:t>
      </w:r>
    </w:p>
    <w:p>
      <w:pPr>
        <w:jc w:val="right"/>
      </w:pPr>
      <w:r>
        <w:t>دیکھیں، اس کا جواب قران میں موجود ہے، وہ ایت ایت ہے: ان الحسنات یذبن السجاد۔</w:t>
      </w:r>
    </w:p>
    <w:p>
      <w:r>
        <w:rPr>
          <w:b/>
        </w:rPr>
        <w:t xml:space="preserve">[54:03] </w:t>
      </w:r>
      <w:r>
        <w:t>yani yeh bataya gaya hai ek tareeqa ke ke jab aap ko ehsas ho</w:t>
      </w:r>
    </w:p>
    <w:p>
      <w:pPr>
        <w:jc w:val="right"/>
      </w:pPr>
      <w:r>
        <w:t>یعنی یہ بتایا گیا ہے ایک طریقہ کہ کہ جب اپ کو احساس ہو</w:t>
      </w:r>
    </w:p>
    <w:p>
      <w:r>
        <w:rPr>
          <w:b/>
        </w:rPr>
        <w:t xml:space="preserve">[54:11] </w:t>
      </w:r>
      <w:r>
        <w:t>ke aap ek aise evil mein hain ke is se aap, yani is se apne ko bacha nahi</w:t>
      </w:r>
    </w:p>
    <w:p>
      <w:pPr>
        <w:jc w:val="right"/>
      </w:pPr>
      <w:r>
        <w:t>کہ اپ ایک ایسے ایول میں ہیں کہ اس سے اپ، یعنی اس سے اپنے کو بچا نہیں</w:t>
      </w:r>
    </w:p>
    <w:p>
      <w:r>
        <w:rPr>
          <w:b/>
        </w:rPr>
        <w:t xml:space="preserve">[54:18] </w:t>
      </w:r>
      <w:r>
        <w:t>pate, to koi achhai kijiye.</w:t>
      </w:r>
    </w:p>
    <w:p>
      <w:pPr>
        <w:jc w:val="right"/>
      </w:pPr>
      <w:r>
        <w:t>پاتے، تو کوئی اچھائی کیجئے۔</w:t>
      </w:r>
    </w:p>
    <w:p>
      <w:r>
        <w:rPr>
          <w:b/>
        </w:rPr>
        <w:t xml:space="preserve">[54:26] </w:t>
      </w:r>
      <w:r>
        <w:t>jaise mujhe ek waqia yaad aata hai, rampur mein ek sahib the, abdul hayi sahib, bahut mukhlis aadmi the</w:t>
      </w:r>
    </w:p>
    <w:p>
      <w:pPr>
        <w:jc w:val="right"/>
      </w:pPr>
      <w:r>
        <w:t>جیسے مجھے ایک واقعہ یاد اتا ہے، رامپور میں ایک صاحب تھے، عبدالحئی صاحب، بہت مخلص ادمی تھے</w:t>
      </w:r>
    </w:p>
    <w:p>
      <w:r>
        <w:rPr>
          <w:b/>
        </w:rPr>
        <w:t xml:space="preserve">[54:34] </w:t>
      </w:r>
      <w:r>
        <w:t>wo, to wo jo government ka department hota hai, uska excise department</w:t>
      </w:r>
    </w:p>
    <w:p>
      <w:pPr>
        <w:jc w:val="right"/>
      </w:pPr>
      <w:r>
        <w:t>وہ، تو وہ جو جو گورنمنٹ کا ڈیپارٹمنٹ ہوتا ہے، اس کا ایکسائز ڈیپارٹمنٹ</w:t>
      </w:r>
    </w:p>
    <w:p>
      <w:r>
        <w:rPr>
          <w:b/>
        </w:rPr>
        <w:t xml:space="preserve">[54:41] </w:t>
      </w:r>
      <w:r>
        <w:t>, to excise department mein woh service karte thay, to un ko ehsas hua ke excise department jo</w:t>
      </w:r>
    </w:p>
    <w:p>
      <w:pPr>
        <w:jc w:val="right"/>
      </w:pPr>
      <w:r>
        <w:t>، تو ایکسائز ڈیپارٹمنٹ میں وہ سروس کرتے تھے، تو ان کو احساس ہوا کہ ایکسائز ڈیپارٹمنٹ جو</w:t>
      </w:r>
    </w:p>
    <w:p>
      <w:r>
        <w:rPr>
          <w:b/>
        </w:rPr>
        <w:t xml:space="preserve">[54:47] </w:t>
      </w:r>
      <w:r>
        <w:t>hai woh sahi nahi hai, aur mein is mein mulawwis hoon, to is ko unhon ne chhor diya.</w:t>
      </w:r>
    </w:p>
    <w:p>
      <w:pPr>
        <w:jc w:val="right"/>
      </w:pPr>
      <w:r>
        <w:t>ہے وہ صحیح نہیں ہے، اور میں اس میں ملوث ہوں، تو اس کو انہوں نے چھوڑ دیا۔</w:t>
      </w:r>
    </w:p>
    <w:p>
      <w:r>
        <w:rPr>
          <w:b/>
        </w:rPr>
        <w:t xml:space="preserve">[54:53] </w:t>
      </w:r>
      <w:r>
        <w:t>Is ke baad un ko aik khayal hua ke mein ab kya karoon, to unhon ne aik percha</w:t>
      </w:r>
    </w:p>
    <w:p>
      <w:pPr>
        <w:jc w:val="right"/>
      </w:pPr>
      <w:r>
        <w:t>اس کے بعد ان کو ایک خیال ہوا کہ میں اب کیا کروں، تو انہوں نے ایک پرچہ</w:t>
      </w:r>
    </w:p>
    <w:p>
      <w:r>
        <w:rPr>
          <w:b/>
        </w:rPr>
        <w:t xml:space="preserve">[54:59] </w:t>
      </w:r>
      <w:r>
        <w:t>nikala, is ka naam tha Alhasnat, Alhasnat isi se liya tha unhon ne, in Alhasnat yudhbun Alsujjad ke</w:t>
      </w:r>
    </w:p>
    <w:p>
      <w:pPr>
        <w:jc w:val="right"/>
      </w:pPr>
      <w:r>
        <w:t>نکالا، اس کا نام تھا الحسنات، الحسنات اسی سے لیا تھا انہوں نے، ان الحسنات یذبن السجاد کہ</w:t>
      </w:r>
    </w:p>
    <w:p>
      <w:r>
        <w:rPr>
          <w:b/>
        </w:rPr>
        <w:t xml:space="preserve">[55:05] </w:t>
      </w:r>
      <w:r>
        <w:t>ab tak mein ne siyah kiya hai,</w:t>
      </w:r>
    </w:p>
    <w:p>
      <w:pPr>
        <w:jc w:val="right"/>
      </w:pPr>
      <w:r>
        <w:t>اب تک میں نے سیاہ کیا ہے،</w:t>
      </w:r>
    </w:p>
    <w:p>
      <w:r>
        <w:rPr>
          <w:b/>
        </w:rPr>
        <w:t xml:space="preserve">[55:11] </w:t>
      </w:r>
      <w:r>
        <w:t>mein ne to ab percha nikal kar ke mein is ko, yani hasna karoon ga, logon ko sachai</w:t>
      </w:r>
    </w:p>
    <w:p>
      <w:pPr>
        <w:jc w:val="right"/>
      </w:pPr>
      <w:r>
        <w:t>میں نے تو اب پرچہ نکال کر کے میں اس کو، یعنی حسنہ کروں گا، لوگوں کو سچائی</w:t>
      </w:r>
    </w:p>
    <w:p>
      <w:r>
        <w:rPr>
          <w:b/>
        </w:rPr>
        <w:t xml:space="preserve">[55:17] </w:t>
      </w:r>
      <w:r>
        <w:t>pohanchaoon ga, is se mein door ho jaye gi meri.</w:t>
      </w:r>
    </w:p>
    <w:p>
      <w:pPr>
        <w:jc w:val="right"/>
      </w:pPr>
      <w:r>
        <w:t>پہنچاؤں گا، اس سے میں دور ہو جائے گی میری۔</w:t>
      </w:r>
    </w:p>
    <w:p>
      <w:r>
        <w:rPr>
          <w:b/>
        </w:rPr>
        <w:t xml:space="preserve">[55:23] </w:t>
      </w:r>
      <w:r>
        <w:t>تو میں سمجھتا ہوں کہ اکثر لوگ مجھ سے پوچھتے ہیں کہ ہم بینک کی ملازمت جائز</w:t>
      </w:r>
    </w:p>
    <w:p>
      <w:pPr>
        <w:jc w:val="right"/>
      </w:pPr>
      <w:r>
        <w:t>تو میں سمجھتا ہوں کہ اکثر لوگ مجھ سے پوچھتے ہیں کہ ہم بینک پہ کے ملازمت جائز</w:t>
      </w:r>
    </w:p>
    <w:p>
      <w:r>
        <w:rPr>
          <w:b/>
        </w:rPr>
        <w:t xml:space="preserve">[55:29] </w:t>
      </w:r>
      <w:r>
        <w:t>hai, hum bank mein kaam karte hain, main logon se kehta hoon ke yeh soch, yeh poochhna ghalat</w:t>
      </w:r>
    </w:p>
    <w:p>
      <w:pPr>
        <w:jc w:val="right"/>
      </w:pPr>
      <w:r>
        <w:t>ہے، ہم بینک میں کام کرتے ہیں، میں لوگوں سے کہتا ہوں کہ یہ سوچ، یہ پوچھنا غلط</w:t>
      </w:r>
    </w:p>
    <w:p>
      <w:r>
        <w:rPr>
          <w:b/>
        </w:rPr>
        <w:t xml:space="preserve">[55:35] </w:t>
      </w:r>
      <w:r>
        <w:t>hai, bank ke bahir bhi bank hai, koi jagah bain</w:t>
      </w:r>
    </w:p>
    <w:p>
      <w:pPr>
        <w:jc w:val="right"/>
      </w:pPr>
      <w:r>
        <w:t>ہے، بینک کے باہر بھی بینک ہے، کوئی جگہ بین</w:t>
      </w:r>
    </w:p>
    <w:p>
      <w:r>
        <w:rPr>
          <w:b/>
        </w:rPr>
        <w:t xml:space="preserve">[55:41] </w:t>
      </w:r>
      <w:r>
        <w:t>k se khali nahi hai, jo masjid hai, masjidain hain, madaris hain, jamaatein hain, har jagah woh chhaya</w:t>
      </w:r>
    </w:p>
    <w:p>
      <w:pPr>
        <w:jc w:val="right"/>
      </w:pPr>
      <w:r>
        <w:t>ک سے خالی نہیں ہے، جو مسجد ہے، مسجدیں ہیں، مدرسے ہیں، جماعتیں ہیں، ہر جگہ وہ چھایا</w:t>
      </w:r>
    </w:p>
    <w:p>
      <w:r>
        <w:rPr>
          <w:b/>
        </w:rPr>
        <w:t xml:space="preserve">[55:48] </w:t>
      </w:r>
      <w:r>
        <w:t>ہوا ہے، اور حدیث میں تو یہاں تک اتا ہے کہ ایک زمانہ ائے گا کہ interest جو</w:t>
      </w:r>
    </w:p>
    <w:p>
      <w:pPr>
        <w:jc w:val="right"/>
      </w:pPr>
      <w:r>
        <w:t>ہوا ہے، اور حدیث میں تو یہاں تک اتا ہے کہ ایک زمانہ ائے گا کہ انٹرسٹ جو</w:t>
      </w:r>
    </w:p>
    <w:p>
      <w:r>
        <w:rPr>
          <w:b/>
        </w:rPr>
        <w:t xml:space="preserve">[55:54] </w:t>
      </w:r>
      <w:r>
        <w:t>hai hawa aur pani mein shamil ho jaye ga, tum pani piyo ge, tab bhi is ka aik</w:t>
      </w:r>
    </w:p>
    <w:p>
      <w:pPr>
        <w:jc w:val="right"/>
      </w:pPr>
      <w:r>
        <w:t>ہے ہوا اور پانی میں شامل ہو جائے گا، تم پانی پیو گے، تب بھی اس کا ایک</w:t>
      </w:r>
    </w:p>
    <w:p>
      <w:r>
        <w:rPr>
          <w:b/>
        </w:rPr>
        <w:t xml:space="preserve">[56:00] </w:t>
      </w:r>
      <w:r>
        <w:t>hissa tumhare andar jaye ga, sans lo ge to is ka aik hissa jaye ga, to aap kaise</w:t>
      </w:r>
    </w:p>
    <w:p>
      <w:pPr>
        <w:jc w:val="right"/>
      </w:pPr>
      <w:r>
        <w:t>حصہ تمہارے اندر جائے گا، سانس لو گے تو اس کا ایک حصہ جائے گا، تو اپ کیسے</w:t>
      </w:r>
    </w:p>
    <w:p>
      <w:r>
        <w:rPr>
          <w:b/>
        </w:rPr>
        <w:t xml:space="preserve">[56:06] </w:t>
      </w:r>
      <w:r>
        <w:t>bach jayen ge? To is se yeh</w:t>
      </w:r>
    </w:p>
    <w:p>
      <w:pPr>
        <w:jc w:val="right"/>
      </w:pPr>
      <w:r>
        <w:t>بچ جائیں گے؟ تو اس سے یہ</w:t>
      </w:r>
    </w:p>
    <w:p>
      <w:r>
        <w:rPr>
          <w:b/>
        </w:rPr>
        <w:t xml:space="preserve">[56:12] </w:t>
      </w:r>
      <w:r>
        <w:t>mat sochiye ke aap is se bachen, bachna possible nahi hai, yeh sochiye ke aap kuch acha kaam</w:t>
      </w:r>
    </w:p>
    <w:p>
      <w:pPr>
        <w:jc w:val="right"/>
      </w:pPr>
      <w:r>
        <w:t>مت سوچیے کہ اپ اس سے بچیں، بچنا پاسیبل نہیں ہے، یہ سوچیے کہ اپ کچھ اچھا کام</w:t>
      </w:r>
    </w:p>
    <w:p>
      <w:r>
        <w:rPr>
          <w:b/>
        </w:rPr>
        <w:t xml:space="preserve">[56:18] </w:t>
      </w:r>
      <w:r>
        <w:t>karen, aur woh sab se acha kaam hai dawat, yani bank ka, mein logon se kaha karta hoon</w:t>
      </w:r>
    </w:p>
    <w:p>
      <w:pPr>
        <w:jc w:val="right"/>
      </w:pPr>
      <w:r>
        <w:t>کریں، اور وہ سب سے اچھا کام ہے دعوت، یعنی بینک کا، میں لوگوں سے کہا کرتا ہوں</w:t>
      </w:r>
    </w:p>
    <w:p>
      <w:r>
        <w:rPr>
          <w:b/>
        </w:rPr>
        <w:t xml:space="preserve">[56:24] </w:t>
      </w:r>
      <w:r>
        <w:t>ke bank se aap raza mat kijiye, dawat ka kaam kijiye, mislan yeh ke aap apni mez par</w:t>
      </w:r>
    </w:p>
    <w:p>
      <w:pPr>
        <w:jc w:val="right"/>
      </w:pPr>
      <w:r>
        <w:t>کہ بینک سے اپ رضا مت کیجئے، دعوت کا کام کیجئے، مثلاً یہ کہ اپ اپنی میز پر</w:t>
      </w:r>
    </w:p>
    <w:p>
      <w:r>
        <w:rPr>
          <w:b/>
        </w:rPr>
        <w:t xml:space="preserve">[56:31] </w:t>
      </w:r>
      <w:r>
        <w:t>ya apni bag mein literature rakhiye, Islami literature un ko dete rahey.</w:t>
      </w:r>
    </w:p>
    <w:p>
      <w:pPr>
        <w:jc w:val="right"/>
      </w:pPr>
      <w:r>
        <w:t>یا اپنی بیگ میں لٹریچر رکھیے، اسلامی لٹریچر ان کو دیتے رہیے۔</w:t>
      </w:r>
    </w:p>
    <w:p>
      <w:r>
        <w:rPr>
          <w:b/>
        </w:rPr>
        <w:t xml:space="preserve">[56:37] </w:t>
      </w:r>
      <w:r>
        <w:t>To is zamane mein khas tor par</w:t>
      </w:r>
    </w:p>
    <w:p>
      <w:pPr>
        <w:jc w:val="right"/>
      </w:pPr>
      <w:r>
        <w:t>تو اس زمانے میں خاص طور پر</w:t>
      </w:r>
    </w:p>
    <w:p>
      <w:r>
        <w:rPr>
          <w:b/>
        </w:rPr>
        <w:t xml:space="preserve">[56:43] </w:t>
      </w:r>
      <w:r>
        <w:t>yahi karna hai ke bajaye is ke ke aap resign karen, is se chhor ke bhagen, use chhor</w:t>
      </w:r>
    </w:p>
    <w:p>
      <w:pPr>
        <w:jc w:val="right"/>
      </w:pPr>
      <w:r>
        <w:t>یہی کرنا ہے کہ بجائے اس کے کہ اپ ریزائن کریں، اس سے چھوڑ کے بھاگیں، اسے چھوڑ</w:t>
      </w:r>
    </w:p>
    <w:p>
      <w:r>
        <w:rPr>
          <w:b/>
        </w:rPr>
        <w:t xml:space="preserve">[56:51] </w:t>
      </w:r>
      <w:r>
        <w:t>ke bhagen, yeh mat kijiye, jahan bhi aap hain wahin kaam kijiye, lekin sath sath dawat ka kaam</w:t>
      </w:r>
    </w:p>
    <w:p>
      <w:pPr>
        <w:jc w:val="right"/>
      </w:pPr>
      <w:r>
        <w:t>کے بھاگیں، یہ مت کیجئے، جہاں بھی اپ ہیں وہیں کام کیجئے، لیکن ساتھ ساتھ دعوت کا کام</w:t>
      </w:r>
    </w:p>
    <w:p>
      <w:r>
        <w:rPr>
          <w:b/>
        </w:rPr>
        <w:t xml:space="preserve">[56:59] </w:t>
      </w:r>
      <w:r>
        <w:t>kijiye, dawat ko apni zindagi mein shamil kar lijiye, wahi hai in Alhasnat yudhbun Alsujjad.</w:t>
      </w:r>
    </w:p>
    <w:p>
      <w:pPr>
        <w:jc w:val="right"/>
      </w:pPr>
      <w:r>
        <w:t>کیجئے، دعوت کو اپنی زندگی میں شامل کر لیجئے، وہی ہے ان الحسنات یذبن السجاد۔</w:t>
      </w:r>
    </w:p>
    <w:p>
      <w:r>
        <w:rPr>
          <w:b/>
        </w:rPr>
        <w:t xml:space="preserve">[57:06] </w:t>
      </w:r>
      <w:r>
        <w:t>Maulana agla sawal Dr Aslam Khan ne kiya hai Saharanpur se, aur unhon ne likha hai Maulana aaj ka</w:t>
      </w:r>
    </w:p>
    <w:p>
      <w:pPr>
        <w:jc w:val="right"/>
      </w:pPr>
      <w:r>
        <w:t>مولانا اگلا سوال ڈاکٹر اسلم خان نے کیا ہے سہارن پور سے، اور انہوں نے لکھا ہے مولانا اج کا</w:t>
      </w:r>
    </w:p>
    <w:p>
      <w:r>
        <w:rPr>
          <w:b/>
        </w:rPr>
        <w:t xml:space="preserve">[57:14] </w:t>
      </w:r>
      <w:r>
        <w:t>lecture hamein yeh batata hai ke hamari mental approach reality based honi chahiye, aisa lagta hai ke Allah</w:t>
      </w:r>
    </w:p>
    <w:p>
      <w:pPr>
        <w:jc w:val="right"/>
      </w:pPr>
      <w:r>
        <w:t>لیکچر ہمیں یہ بتاتا ہے کہ ہماری مینٹل اپروچ ریلیٹی بیسڈ ہونی چاہیے، ایسا لگتا ہے کہ اللہ</w:t>
      </w:r>
    </w:p>
    <w:p>
      <w:r>
        <w:rPr>
          <w:b/>
        </w:rPr>
        <w:t xml:space="preserve">[57:21] </w:t>
      </w:r>
      <w:r>
        <w:t>ki lanat jin logon par hoti hai, un ka mental vision confined ho jata hai, woh kabhi reality</w:t>
      </w:r>
    </w:p>
    <w:p>
      <w:pPr>
        <w:jc w:val="right"/>
      </w:pPr>
      <w:r>
        <w:t>کی لعنت جن لوگوں پر ہوتی ہے، ان کا مینٹل ویژن کنفائنڈ ہو جاتا ہے، وہ کبھی ریلیٹی</w:t>
      </w:r>
    </w:p>
    <w:p>
      <w:r>
        <w:rPr>
          <w:b/>
        </w:rPr>
        <w:t xml:space="preserve">[57:29] </w:t>
      </w:r>
      <w:r>
        <w:t>based soch nahi pate, unhein jitna samjhaya jata hai, woh aur bhi zyada negative ho jatay hain.</w:t>
      </w:r>
    </w:p>
    <w:p>
      <w:pPr>
        <w:jc w:val="right"/>
      </w:pPr>
      <w:r>
        <w:t>بیس سوچ نہیں پاتے، انہیں جتنا سمجھایا جاتا ہے، وہ اور بھی زیادہ نیگیٹیو ہو جاتے ہیں۔</w:t>
      </w:r>
    </w:p>
    <w:p>
      <w:r>
        <w:rPr>
          <w:b/>
        </w:rPr>
        <w:t xml:space="preserve">[57:36] </w:t>
      </w:r>
      <w:r>
        <w:t>Maulana kya present Muslims Allah ki isi lanat mein mubtala nahi hain?</w:t>
      </w:r>
    </w:p>
    <w:p>
      <w:pPr>
        <w:jc w:val="right"/>
      </w:pPr>
      <w:r>
        <w:t>مولانا کیا پریزنٹ مسلمز اللہ کی اسی لعنت میں مبتلا نہیں ہیں؟</w:t>
      </w:r>
    </w:p>
    <w:p>
      <w:r>
        <w:rPr>
          <w:b/>
        </w:rPr>
        <w:t xml:space="preserve">[57:44] </w:t>
      </w:r>
      <w:r>
        <w:t>please elaborate on the same, Allah CPS team ko lanat se mehfooz rakhay.</w:t>
      </w:r>
    </w:p>
    <w:p>
      <w:pPr>
        <w:jc w:val="right"/>
      </w:pPr>
      <w:r>
        <w:t>پلیز الیبریٹ ان دا سیم، اللہ سی پی ایس ٹیم کو لعنت سے محفوظ رکھے۔</w:t>
      </w:r>
    </w:p>
    <w:p>
      <w:r>
        <w:rPr>
          <w:b/>
        </w:rPr>
        <w:t xml:space="preserve">[57:50] </w:t>
      </w:r>
      <w:r>
        <w:t>bhai dekhiye, baat to aap ki sahi hai, lekin main kisi ko apply nahi kar sakta, ek hai</w:t>
      </w:r>
    </w:p>
    <w:p>
      <w:pPr>
        <w:jc w:val="right"/>
      </w:pPr>
      <w:r>
        <w:t>بھائی دیکھیے، بات تو اپ کی صحیح ہے، لیکن میں کسی کو اپلائی نہیں کر سکتا، ایک ہے</w:t>
      </w:r>
    </w:p>
    <w:p>
      <w:r>
        <w:rPr>
          <w:b/>
        </w:rPr>
        <w:t xml:space="preserve">[57:56] </w:t>
      </w:r>
      <w:r>
        <w:t>as a principal baat ko manna, ek hai apply karna, to main apply to nahi karunga, lekin</w:t>
      </w:r>
    </w:p>
    <w:p>
      <w:pPr>
        <w:jc w:val="right"/>
      </w:pPr>
      <w:r>
        <w:t>ایز اے پرنسپل بات کو ماننا، ایک ہے اپلائی کرنا، تو میں اپلائی تو نہیں کروں گا، لیکن</w:t>
      </w:r>
    </w:p>
    <w:p>
      <w:r>
        <w:rPr>
          <w:b/>
        </w:rPr>
        <w:t xml:space="preserve">[58:02] </w:t>
      </w:r>
      <w:r>
        <w:t>main yeh kahunga aap ne jo baat kahi hai bilkul apni jagah sahi hai, as a principal</w:t>
      </w:r>
    </w:p>
    <w:p>
      <w:pPr>
        <w:jc w:val="right"/>
      </w:pPr>
      <w:r>
        <w:t>میں یہ کہوں گا اپ نے جو بات کہی ہے بالکل اپنی جگہ صحیح ہے، ایز اے پرنسپل</w:t>
      </w:r>
    </w:p>
    <w:p>
      <w:r>
        <w:rPr>
          <w:b/>
        </w:rPr>
        <w:t xml:space="preserve">[58:08] </w:t>
      </w:r>
      <w:r>
        <w:t>bilkul durust hai woh. Maulana agla</w:t>
      </w:r>
    </w:p>
    <w:p>
      <w:pPr>
        <w:jc w:val="right"/>
      </w:pPr>
      <w:r>
        <w:t>بالکل درست ہے وہ۔ مولانا اگلا</w:t>
      </w:r>
    </w:p>
    <w:p>
      <w:r>
        <w:rPr>
          <w:b/>
        </w:rPr>
        <w:t xml:space="preserve">[58:14] </w:t>
      </w:r>
      <w:r>
        <w:t>sawal Moeenuddin sahib ne Delhi se kiya hai, aur unhon ne likha hai ke Maulana mera sawal</w:t>
      </w:r>
    </w:p>
    <w:p>
      <w:pPr>
        <w:jc w:val="right"/>
      </w:pPr>
      <w:r>
        <w:t>سوال معین الدین صاحب نے دلی سے کیا ہے، اور انہوں نے لکھا ہے کہ مولانا میرا سوال</w:t>
      </w:r>
    </w:p>
    <w:p>
      <w:r>
        <w:rPr>
          <w:b/>
        </w:rPr>
        <w:t xml:space="preserve">[58:20] </w:t>
      </w:r>
      <w:r>
        <w:t>yeh hai ke Allah ne insaan ke dil dil ko do hisson mein banta hai, good part jis</w:t>
      </w:r>
    </w:p>
    <w:p>
      <w:pPr>
        <w:jc w:val="right"/>
      </w:pPr>
      <w:r>
        <w:t>یہ ہے کہ اللہ نے انسان کے دل دل کو دو حصوں میں بانٹا ہے، گڈ پارٹ جس</w:t>
      </w:r>
    </w:p>
    <w:p>
      <w:r>
        <w:rPr>
          <w:b/>
        </w:rPr>
        <w:t xml:space="preserve">[58:26] </w:t>
      </w:r>
      <w:r>
        <w:t>se woh achhe kaam karta hai, aur doosra bad part jis se woh kharab kaam karta hai, kya</w:t>
      </w:r>
    </w:p>
    <w:p>
      <w:pPr>
        <w:jc w:val="right"/>
      </w:pPr>
      <w:r>
        <w:t>سے وہ اچھے کام کرتا ہے، اور دوسرا بیڈ پارٹ جس سے وہ خراب کام کرتا ہے، کیا</w:t>
      </w:r>
    </w:p>
    <w:p>
      <w:r>
        <w:rPr>
          <w:b/>
        </w:rPr>
        <w:t xml:space="preserve">[58:32] </w:t>
      </w:r>
      <w:r>
        <w:t>yeh sahi hai? Nahi, yeh koi na science hai na kisi Quran o Hadees mein, yeh ke do</w:t>
      </w:r>
    </w:p>
    <w:p>
      <w:pPr>
        <w:jc w:val="right"/>
      </w:pPr>
      <w:r>
        <w:t>یہ صحیح ہے؟ نہیں، یہ کوئی نہ سائنس ہے نہ کسی قران و حدیث میں، یہ کہ دو</w:t>
      </w:r>
    </w:p>
    <w:p>
      <w:r>
        <w:rPr>
          <w:b/>
        </w:rPr>
        <w:t xml:space="preserve">[58:38] </w:t>
      </w:r>
      <w:r>
        <w:t>hisse banta hai, yeh to koi baat</w:t>
      </w:r>
    </w:p>
    <w:p>
      <w:pPr>
        <w:jc w:val="right"/>
      </w:pPr>
      <w:r>
        <w:t>حصے بانٹا ہے، یہ تو کوئی بات</w:t>
      </w:r>
    </w:p>
    <w:p>
      <w:r>
        <w:rPr>
          <w:b/>
        </w:rPr>
        <w:t xml:space="preserve">[58:44] </w:t>
      </w:r>
      <w:r>
        <w:t>nahi hai, dil ko do hisse banta hai, yeh to na koi science se maloom hota hai, aur</w:t>
      </w:r>
    </w:p>
    <w:p>
      <w:pPr>
        <w:jc w:val="right"/>
      </w:pPr>
      <w:r>
        <w:t>نہیں ہے، دل کو دو حصے بانٹا ہے، یہ تو نہ کوئی سائنس سے معلوم ہوتا ہے، اور</w:t>
      </w:r>
    </w:p>
    <w:p>
      <w:r>
        <w:rPr>
          <w:b/>
        </w:rPr>
        <w:t xml:space="preserve">[58:50] </w:t>
      </w:r>
      <w:r>
        <w:t>na Quran o Hadees mein kahin aisa likha hua hai.</w:t>
      </w:r>
    </w:p>
    <w:p>
      <w:pPr>
        <w:jc w:val="right"/>
      </w:pPr>
      <w:r>
        <w:t>نہ قران و حدیث میں کہیں ایسا لکھا ہوا ہے۔</w:t>
      </w:r>
    </w:p>
    <w:p>
      <w:r>
        <w:rPr>
          <w:b/>
        </w:rPr>
        <w:t xml:space="preserve">[58:56] </w:t>
      </w:r>
      <w:r>
        <w:t>Maulana agla sawal lene se pehle ek comment padhna chahenge jo Dr. Najma Siddiqui ne bheja hai,</w:t>
      </w:r>
    </w:p>
    <w:p>
      <w:pPr>
        <w:jc w:val="right"/>
      </w:pPr>
      <w:r>
        <w:t>مولانا اگلا سوال لینے سے پہلے ایک کمنٹ پڑھنا چاہیں گے جو ڈاکٹر نجمہ صدیقی نے بھیجا ہے،</w:t>
      </w:r>
    </w:p>
    <w:p>
      <w:r>
        <w:rPr>
          <w:b/>
        </w:rPr>
        <w:t xml:space="preserve">[59:02] </w:t>
      </w:r>
      <w:r>
        <w:t>aur unhon ne likha hai ke Maulana sahib today you have given such a great example and lesson</w:t>
      </w:r>
    </w:p>
    <w:p>
      <w:pPr>
        <w:jc w:val="right"/>
      </w:pPr>
      <w:r>
        <w:t>اور انہوں نے لکھا ہے کہ مولانا صاحب ٹوڈے یو ہیو گیون سچ ا گریٹ ایگزمپل اینڈ لیسن</w:t>
      </w:r>
    </w:p>
    <w:p>
      <w:r>
        <w:rPr>
          <w:b/>
        </w:rPr>
        <w:t xml:space="preserve">[59:08] </w:t>
      </w:r>
      <w:r>
        <w:t>from Kaaba, which could be beautifully applied by</w:t>
      </w:r>
    </w:p>
    <w:p>
      <w:pPr>
        <w:jc w:val="right"/>
      </w:pPr>
      <w:r>
        <w:t>فرام کعبہ، وچ کڈ بی بیوٹیفلی اپلائیڈ بائی</w:t>
      </w:r>
    </w:p>
    <w:p>
      <w:r>
        <w:rPr>
          <w:b/>
        </w:rPr>
        <w:t xml:space="preserve">[59:14] </w:t>
      </w:r>
      <w:r>
        <w:t>focusing towards success and progress, so that we remain stress free, may allah help us apply this principle in our life and behaviour. masha allah. maulana agla sawal agra se bheja hai muhammad usman sahib ne, aur unhon ne likha hai ke maulana you always say that every person has a role to play, but the role play will depend upon one str</w:t>
      </w:r>
    </w:p>
    <w:p>
      <w:pPr>
        <w:jc w:val="right"/>
      </w:pPr>
      <w:r>
        <w:t>فوکسنگ ٹوورڈز سکسیس اینڈ پروگریس، سو دیٹ وی ریمین سٹریس فری، می اللہ ہیلپ اس اپلائی دس پرنسپل ان اور لائف اینڈ بیہیویئر۔ ماشاءاللہ۔ مولانا اگلا سوال اگرہ سے بھیجا ہے محمد عثمان صاحب نے، اور انہوں نے لکھا ہے کہ مولانا یو الویز سے دیٹ ایوری پرسن ہیز ا رول ٹو پلے، بٹ دا رول پلے ول ڈیپینڈ اپون ون سٹر</w:t>
      </w:r>
    </w:p>
    <w:p>
      <w:r>
        <w:rPr>
          <w:b/>
        </w:rPr>
        <w:t xml:space="preserve">[59:44] </w:t>
      </w:r>
      <w:r>
        <w:t>ength, so the question is how can i identify my strength, so that i can play my role more effectively, i need your guidance in this. dekhiye, yeh bilkul asan hai, har aadmi janta hai ke mujhe flan khana pasand hai, flan ka pasand nahin hai, jab yeh jaan paate hain to yeh kyon nahin jaan lete ke khuda ki pasand ke mutabiq kaun se role karna hai aap ko, yani har aadmi ko pata hai ke kaun si dish mujhe pasand</w:t>
      </w:r>
    </w:p>
    <w:p>
      <w:pPr>
        <w:jc w:val="right"/>
      </w:pPr>
      <w:r>
        <w:t>ینتھ، سو دا کوسچن از ہاؤ کین ائی ائیڈینٹیفائی مائی سٹرینتھ، سو دیٹ ائی کین پلے مائی رول مور ایفیکٹیولی، ائی نیڈ یور گائیڈنس ان دس۔ دیکھیے، یہ بالکل اسان ہے، ہر ادمی جانتا ہے کہ مجھے فلاں کھانا پسند ہے، فلاں کا پسند نہیں ہے، جب یہ جان پاتے ہیں تو یہ کیوں نہیں جان لیتے کہ خدا کی پسند کے مطابق کون سے رول کرنا ہے اپ کو، یعنی ہر ادمی کو پتہ ہے کہ کون سی ڈش مجھے پسند</w:t>
      </w:r>
    </w:p>
    <w:p>
      <w:r>
        <w:rPr>
          <w:b/>
        </w:rPr>
        <w:t xml:space="preserve">[1:00:14] </w:t>
      </w:r>
      <w:r>
        <w:t>hai, kaun si dish mujhe pasand nahi hai, yahi ek cheez yani under discoverable hai, nahi, yeh agar</w:t>
      </w:r>
    </w:p>
    <w:p>
      <w:pPr>
        <w:jc w:val="right"/>
      </w:pPr>
      <w:r>
        <w:t>ہے، کون سی ڈش مجھے پسند نہیں ہے، یہی ایک چیز یعنی انڈر ڈسکوریبل ہے، نہیں، یہ اگر</w:t>
      </w:r>
    </w:p>
    <w:p>
      <w:r>
        <w:rPr>
          <w:b/>
        </w:rPr>
        <w:t xml:space="preserve">[1:00:22] </w:t>
      </w:r>
      <w:r>
        <w:t>sincere ho aadmi aur sach much woh yani bias ke baghair dispassionately woh gaur kare to bilkul clear</w:t>
      </w:r>
    </w:p>
    <w:p>
      <w:pPr>
        <w:jc w:val="right"/>
      </w:pPr>
      <w:r>
        <w:t>سنسیئر ہو ادمی اور سچ مچ وہ یعنی بائس کے بغیر ڈسپیشنٹلی وہ غور کرے تو بالکل کلیئر</w:t>
      </w:r>
    </w:p>
    <w:p>
      <w:r>
        <w:rPr>
          <w:b/>
        </w:rPr>
        <w:t xml:space="preserve">[1:00:29] </w:t>
      </w:r>
      <w:r>
        <w:t>ho jayega mamla us ke samne, kaise nahi clear hoga, Allah taala ne dimaag is liye diya</w:t>
      </w:r>
    </w:p>
    <w:p>
      <w:pPr>
        <w:jc w:val="right"/>
      </w:pPr>
      <w:r>
        <w:t>ہو جائے گا معاملہ اس کے سامنے، کیسے نہیں کلیئر ہوگا، اللہ تعالی نے دماغ اس لیے دیا</w:t>
      </w:r>
    </w:p>
    <w:p>
      <w:r>
        <w:rPr>
          <w:b/>
        </w:rPr>
        <w:t xml:space="preserve">[1:00:37] </w:t>
      </w:r>
      <w:r>
        <w:t>hai ke aap is ko apply karen aur daryaft karen baaton ko</w:t>
      </w:r>
    </w:p>
    <w:p>
      <w:pPr>
        <w:jc w:val="right"/>
      </w:pPr>
      <w:r>
        <w:t>ہے کہ اپ اس کو اپلائی کریں اور دریافت کریں باتوں کو</w:t>
      </w:r>
    </w:p>
    <w:p>
      <w:r>
        <w:rPr>
          <w:b/>
        </w:rPr>
        <w:t xml:space="preserve">[1:00:44] </w:t>
      </w:r>
      <w:r>
        <w:t>۔</w:t>
      </w:r>
    </w:p>
    <w:p>
      <w:pPr>
        <w:jc w:val="right"/>
      </w:pPr>
      <w:r>
        <w:t>۔</w:t>
      </w:r>
    </w:p>
    <w:p>
      <w:r>
        <w:rPr>
          <w:b/>
        </w:rPr>
        <w:t xml:space="preserve">[1:00:50] </w:t>
      </w:r>
      <w:r>
        <w:t>Maulana agla sawal Tariq Badar sahib ne bheja hai Lahore Pakistan se, aur unhon ne likha hai ke</w:t>
      </w:r>
    </w:p>
    <w:p>
      <w:pPr>
        <w:jc w:val="right"/>
      </w:pPr>
      <w:r>
        <w:t>مولانا اگلا سوال طارق بدر صاحب نے بھیجا ہے لاہور پاکستان سے، اور انہوں نے لکھا ہے کہ</w:t>
      </w:r>
    </w:p>
    <w:p>
      <w:r>
        <w:rPr>
          <w:b/>
        </w:rPr>
        <w:t xml:space="preserve">[1:00:56] </w:t>
      </w:r>
      <w:r>
        <w:t>Today's lecture added another dimension to understand the issues in life as well as in the world and</w:t>
      </w:r>
    </w:p>
    <w:p>
      <w:pPr>
        <w:jc w:val="right"/>
      </w:pPr>
      <w:r>
        <w:t>ٹوڈےز لیکچر ایڈڈ انادر ڈائمنشن ٹو انڈرسٹینڈ دا ایشوز ان لائف ایز ویل ایز ان دا ورلڈ اینڈ</w:t>
      </w:r>
    </w:p>
    <w:p>
      <w:r>
        <w:rPr>
          <w:b/>
        </w:rPr>
        <w:t xml:space="preserve">[1:01:02] </w:t>
      </w:r>
      <w:r>
        <w:t>the creation plan of God, jazak Allah, my question is why non Muslims are not allowed to visit</w:t>
      </w:r>
    </w:p>
    <w:p>
      <w:pPr>
        <w:jc w:val="right"/>
      </w:pPr>
      <w:r>
        <w:t>دی کریشن پلان اف گاڈ، جزاک اللہ، مائی کوسچن از وائی نان مسلمز ار ناٹ الاؤڈ ٹو وزٹ</w:t>
      </w:r>
    </w:p>
    <w:p>
      <w:r>
        <w:rPr>
          <w:b/>
        </w:rPr>
        <w:t xml:space="preserve">[1:01:08] </w:t>
      </w:r>
      <w:r>
        <w:t>Mecca and Medina, and what is</w:t>
      </w:r>
    </w:p>
    <w:p>
      <w:pPr>
        <w:jc w:val="right"/>
      </w:pPr>
      <w:r>
        <w:t>مکہ اینڈ مدینہ، اینڈ واٹ از</w:t>
      </w:r>
    </w:p>
    <w:p>
      <w:r>
        <w:rPr>
          <w:b/>
        </w:rPr>
        <w:t xml:space="preserve">[1:01:14] </w:t>
      </w:r>
      <w:r>
        <w:t>the background of this law? Dekhiye, is se pehle main bata chuka hoon ke pehle aisa nahi</w:t>
      </w:r>
    </w:p>
    <w:p>
      <w:pPr>
        <w:jc w:val="right"/>
      </w:pPr>
      <w:r>
        <w:t>دا بیک گراؤنڈ اف دس لاء؟ دیکھیے، اس سے پہلے میں بتا چکا ہوں کہ پہلے ایسا نہیں</w:t>
      </w:r>
    </w:p>
    <w:p>
      <w:r>
        <w:rPr>
          <w:b/>
        </w:rPr>
        <w:t xml:space="preserve">[1:01:22] </w:t>
      </w:r>
      <w:r>
        <w:t>tha, pehle sabhi log aate the, is ka saboot yeh hai ke Kaaba mein but pahunch gaya to</w:t>
      </w:r>
    </w:p>
    <w:p>
      <w:pPr>
        <w:jc w:val="right"/>
      </w:pPr>
      <w:r>
        <w:t>تھا، پہلے سبھی لوگ اتے تھے، اس کا ثبوت یہ ہے کہ کعبہ میں بت پہنچ گیا تو</w:t>
      </w:r>
    </w:p>
    <w:p>
      <w:r>
        <w:rPr>
          <w:b/>
        </w:rPr>
        <w:t xml:space="preserve">[1:01:30] </w:t>
      </w:r>
      <w:r>
        <w:t>mushrikeen to pohnchayen ge, but muhadd kaise but pohnchaye ga, kaba mein jo but pohncha kai so ki</w:t>
      </w:r>
    </w:p>
    <w:p>
      <w:pPr>
        <w:jc w:val="right"/>
      </w:pPr>
      <w:r>
        <w:t>مشرکین تو پہنچائیں گے، بت محد کیسے بت پہنچائے گا، کعبہ میں جو بت پہنچا کئی سو کی</w:t>
      </w:r>
    </w:p>
    <w:p>
      <w:r>
        <w:rPr>
          <w:b/>
        </w:rPr>
        <w:t xml:space="preserve">[1:01:37] </w:t>
      </w:r>
      <w:r>
        <w:t>tadad mein to mushrikeen to thay, woh jo pohnchaya unhon ne, muhadd ko pohnchaye ga woh, to</w:t>
      </w:r>
    </w:p>
    <w:p>
      <w:pPr>
        <w:jc w:val="right"/>
      </w:pPr>
      <w:r>
        <w:t>تعداد میں تو مشرکین تو تھے، وہ جو پہنچایا انہوں نے، محد کو پہنچائے گا وہ، تو</w:t>
      </w:r>
    </w:p>
    <w:p>
      <w:r>
        <w:rPr>
          <w:b/>
        </w:rPr>
        <w:t xml:space="preserve">[1:01:45] </w:t>
      </w:r>
      <w:r>
        <w:t>yeh dekha gaya ke log is is azadi ko misuse karte hain, yaani yeh nahi kaha ke</w:t>
      </w:r>
    </w:p>
    <w:p>
      <w:pPr>
        <w:jc w:val="right"/>
      </w:pPr>
      <w:r>
        <w:t>یہ دیکھا گیا کہ لوگ اس اس ازادی کو مس یوز کرتے ہیں، یعنی یہ نہیں کہا کہ</w:t>
      </w:r>
    </w:p>
    <w:p>
      <w:r>
        <w:rPr>
          <w:b/>
        </w:rPr>
        <w:t xml:space="preserve">[1:01:51] </w:t>
      </w:r>
      <w:r>
        <w:t>dekh kar chale jayen, wahan apna but rakh dete hain, woh but jo thay wahan kaba bohat chhote</w:t>
      </w:r>
    </w:p>
    <w:p>
      <w:pPr>
        <w:jc w:val="right"/>
      </w:pPr>
      <w:r>
        <w:t>دیکھ کر چلے جائیں، وہاں اپنا بت رکھ دیتے ہیں، وہ بت جو تھے وہاں کعبہ بہت چھوٹے</w:t>
      </w:r>
    </w:p>
    <w:p>
      <w:r>
        <w:rPr>
          <w:b/>
        </w:rPr>
        <w:t xml:space="preserve">[1:01:57] </w:t>
      </w:r>
      <w:r>
        <w:t>chhote thay, yaani bara bara abu lahore ki tarah nahi tha, woh aap jeeb mein rakh ke le</w:t>
      </w:r>
    </w:p>
    <w:p>
      <w:pPr>
        <w:jc w:val="right"/>
      </w:pPr>
      <w:r>
        <w:t>چھوٹے تھے، یعنی بڑا بڑا ابو لاہور کی طرح نہیں تھا، وہ اپ جیب میں رکھ کے لے</w:t>
      </w:r>
    </w:p>
    <w:p>
      <w:r>
        <w:rPr>
          <w:b/>
        </w:rPr>
        <w:t xml:space="preserve">[1:02:03] </w:t>
      </w:r>
      <w:r>
        <w:t>ja sakte hain, aisa tha woh, jitne but thay kaba mein woh abu lahore ki tarah thay, nahi</w:t>
      </w:r>
    </w:p>
    <w:p>
      <w:pPr>
        <w:jc w:val="right"/>
      </w:pPr>
      <w:r>
        <w:t>جا سکتے ہیں، ایسا تھا وہ، جتنے بت تھے کعبہ میں وہ ابو لاہور کی طرح تھے، نہیں</w:t>
      </w:r>
    </w:p>
    <w:p>
      <w:r>
        <w:rPr>
          <w:b/>
        </w:rPr>
        <w:t xml:space="preserve">[1:02:09] </w:t>
      </w:r>
      <w:r>
        <w:t>thay bare bare, to adam</w:t>
      </w:r>
    </w:p>
    <w:p>
      <w:pPr>
        <w:jc w:val="right"/>
      </w:pPr>
      <w:r>
        <w:t>تھے بڑے بڑے، تو ادم</w:t>
      </w:r>
    </w:p>
    <w:p>
      <w:r>
        <w:rPr>
          <w:b/>
        </w:rPr>
        <w:t xml:space="preserve">[1:02:15] </w:t>
      </w:r>
      <w:r>
        <w:t>jaye jeeb mein rakhe hue hain, wahan rakh ke chala gaya, to us ki precaution ke taur par is tajrube ke baad aisa kiya gaya, aur main samajhta hoon ke bilkul sahi sahi kiya gaya, warna aaj bhi wahi mamla baqi rehta, insaan ajeeb ghareeb makhlooq hai, azadi ko misuse karna jo hai us ki burai ko janta hi nahin. Okay, so we will end the session now, thank</w:t>
      </w:r>
    </w:p>
    <w:p>
      <w:pPr>
        <w:jc w:val="right"/>
      </w:pPr>
      <w:r>
        <w:t>ی جائے جیب میں رکھے ہوئے ہیں، وہاں رکھ کے چلا گیا، تو اس کی پریکاشن کے طور پر اس تجربے کے بعد ایسا کیا گیا، اور میں سمجھتا ہوں کہ بالکل صحیح صحیح کیا گیا، ورنہ اج بھی وہی معاملہ باقی رہتا، انسان عجیب غریب مخلوق ہے، ازادی کو مس یوز کرنا جو ہے اس کی برائی کو جانتا ہی نہیں۔ اوکے، سو وی ول اینڈ دی سیشن ناو، تھینک</w:t>
      </w:r>
    </w:p>
    <w:p>
      <w:r>
        <w:rPr>
          <w:b/>
        </w:rPr>
        <w:t xml:space="preserve">[1:02:45] </w:t>
      </w:r>
      <w:r>
        <w:t>you.</w:t>
      </w:r>
    </w:p>
    <w:p>
      <w:pPr>
        <w:jc w:val="right"/>
      </w:pPr>
      <w:r>
        <w:t>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