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of Mind April 19, 2015 Maulana Wahiduddin Khan</w:t>
      </w:r>
    </w:p>
    <w:p>
      <w:r>
        <w:t>https://www.youtube.com/watch?v=bGLY0ALNtjw</w:t>
      </w:r>
    </w:p>
    <w:p>
      <w:r>
        <w:rPr>
          <w:b/>
        </w:rPr>
        <w:t xml:space="preserve">[00:21] </w:t>
      </w:r>
      <w:r>
        <w:t>bismillah rahman rahim,</w:t>
      </w:r>
    </w:p>
    <w:p>
      <w:pPr>
        <w:jc w:val="right"/>
      </w:pPr>
      <w:r>
        <w:t>بسم اللہ الرحمن الرحیم،</w:t>
      </w:r>
    </w:p>
    <w:p>
      <w:r>
        <w:rPr>
          <w:b/>
        </w:rPr>
        <w:t xml:space="preserve">[00:25] </w:t>
      </w:r>
      <w:r>
        <w:t>wasalli Allahu ala nabiyil karim.</w:t>
      </w:r>
    </w:p>
    <w:p>
      <w:pPr>
        <w:jc w:val="right"/>
      </w:pPr>
      <w:r>
        <w:t>وصلی اللہ علی النبی الکریم۔</w:t>
      </w:r>
    </w:p>
    <w:p>
      <w:r>
        <w:rPr>
          <w:b/>
        </w:rPr>
        <w:t xml:space="preserve">[00:29] </w:t>
      </w:r>
      <w:r>
        <w:t>rab ishrah li sadri,</w:t>
      </w:r>
    </w:p>
    <w:p>
      <w:pPr>
        <w:jc w:val="right"/>
      </w:pPr>
      <w:r>
        <w:t>رب اشرح لی صدری،</w:t>
      </w:r>
    </w:p>
    <w:p>
      <w:r>
        <w:rPr>
          <w:b/>
        </w:rPr>
        <w:t xml:space="preserve">[00:33] </w:t>
      </w:r>
      <w:r>
        <w:t>wassar li amri,</w:t>
      </w:r>
    </w:p>
    <w:p>
      <w:pPr>
        <w:jc w:val="right"/>
      </w:pPr>
      <w:r>
        <w:t>ویسر لی امری،</w:t>
      </w:r>
    </w:p>
    <w:p>
      <w:r>
        <w:rPr>
          <w:b/>
        </w:rPr>
        <w:t xml:space="preserve">[00:35] </w:t>
      </w:r>
      <w:r>
        <w:t>wahul uqdata min lisani</w:t>
      </w:r>
    </w:p>
    <w:p>
      <w:pPr>
        <w:jc w:val="right"/>
      </w:pPr>
      <w:r>
        <w:t>واحل العقدۃ من لسانی</w:t>
      </w:r>
    </w:p>
    <w:p>
      <w:r>
        <w:rPr>
          <w:b/>
        </w:rPr>
        <w:t xml:space="preserve">[00:38] </w:t>
      </w:r>
      <w:r>
        <w:t>yafqa qawli. 19</w:t>
      </w:r>
    </w:p>
    <w:p>
      <w:pPr>
        <w:jc w:val="right"/>
      </w:pPr>
      <w:r>
        <w:t>یفقہ قولی۔ 19</w:t>
      </w:r>
    </w:p>
    <w:p>
      <w:r>
        <w:rPr>
          <w:b/>
        </w:rPr>
        <w:t xml:space="preserve">[00:43] </w:t>
      </w:r>
      <w:r>
        <w:t>april 2015. aaj ka topic hai:</w:t>
      </w:r>
    </w:p>
    <w:p>
      <w:pPr>
        <w:jc w:val="right"/>
      </w:pPr>
      <w:r>
        <w:t>اپریل 2015۔ آج کا ٹاپک ہے:</w:t>
      </w:r>
    </w:p>
    <w:p>
      <w:r>
        <w:rPr>
          <w:b/>
        </w:rPr>
        <w:t xml:space="preserve">[00:52] </w:t>
      </w:r>
      <w:r>
        <w:t>peace of mind,</w:t>
      </w:r>
    </w:p>
    <w:p>
      <w:pPr>
        <w:jc w:val="right"/>
      </w:pPr>
      <w:r>
        <w:t>پیس آف مائنڈ،</w:t>
      </w:r>
    </w:p>
    <w:p>
      <w:r>
        <w:rPr>
          <w:b/>
        </w:rPr>
        <w:t xml:space="preserve">[00:54] </w:t>
      </w:r>
      <w:r>
        <w:t>ya rohani sukoon.</w:t>
      </w:r>
    </w:p>
    <w:p>
      <w:pPr>
        <w:jc w:val="right"/>
      </w:pPr>
      <w:r>
        <w:t>یا روحانی سکون۔</w:t>
      </w:r>
    </w:p>
    <w:p>
      <w:r>
        <w:rPr>
          <w:b/>
        </w:rPr>
        <w:t xml:space="preserve">[00:56] </w:t>
      </w:r>
      <w:r>
        <w:t>meri zindagi ka aik</w:t>
      </w:r>
    </w:p>
    <w:p>
      <w:pPr>
        <w:jc w:val="right"/>
      </w:pPr>
      <w:r>
        <w:t>میری زندگی کا ایک</w:t>
      </w:r>
    </w:p>
    <w:p>
      <w:r>
        <w:rPr>
          <w:b/>
        </w:rPr>
        <w:t xml:space="preserve">[01:00] </w:t>
      </w:r>
      <w:r>
        <w:t>experience yeh hai</w:t>
      </w:r>
    </w:p>
    <w:p>
      <w:pPr>
        <w:jc w:val="right"/>
      </w:pPr>
      <w:r>
        <w:t>ایکسپیرینس یہ ہے</w:t>
      </w:r>
    </w:p>
    <w:p>
      <w:r>
        <w:rPr>
          <w:b/>
        </w:rPr>
        <w:t xml:space="preserve">[01:02] </w:t>
      </w:r>
      <w:r>
        <w:t>keh aadmi ko</w:t>
      </w:r>
    </w:p>
    <w:p>
      <w:pPr>
        <w:jc w:val="right"/>
      </w:pPr>
      <w:r>
        <w:t>کہ آدمی کو</w:t>
      </w:r>
    </w:p>
    <w:p>
      <w:r>
        <w:rPr>
          <w:b/>
        </w:rPr>
        <w:t xml:space="preserve">[01:05] </w:t>
      </w:r>
      <w:r>
        <w:t>har cheez parhna chahiye, har mazhab ko, har discipline ko.</w:t>
      </w:r>
    </w:p>
    <w:p>
      <w:pPr>
        <w:jc w:val="right"/>
      </w:pPr>
      <w:r>
        <w:t>ہر چیز پڑھنا چاہیے، ہر مذہب کو، ہر ڈسپلن کو۔</w:t>
      </w:r>
    </w:p>
    <w:p>
      <w:r>
        <w:rPr>
          <w:b/>
        </w:rPr>
        <w:t xml:space="preserve">[01:11] </w:t>
      </w:r>
      <w:r>
        <w:t>Woh kisi ek discipline mein, kisi ek tradition mein yaqeen rakhta ho, tab bhi parhna chahiye.</w:t>
      </w:r>
    </w:p>
    <w:p>
      <w:pPr>
        <w:jc w:val="right"/>
      </w:pPr>
      <w:r>
        <w:t>وہ کسی ایک ڈسپلن میں، کسی ایک ٹریڈیشن میں یقین رکھتا ہو، تب بھی پڑھنا چاہیے۔</w:t>
      </w:r>
    </w:p>
    <w:p>
      <w:r>
        <w:rPr>
          <w:b/>
        </w:rPr>
        <w:t xml:space="preserve">[01:20] </w:t>
      </w:r>
      <w:r>
        <w:t>Aur har cheez aap ko</w:t>
      </w:r>
    </w:p>
    <w:p>
      <w:pPr>
        <w:jc w:val="right"/>
      </w:pPr>
      <w:r>
        <w:t>اور ہر چیز آپ کو</w:t>
      </w:r>
    </w:p>
    <w:p>
      <w:r>
        <w:rPr>
          <w:b/>
        </w:rPr>
        <w:t xml:space="preserve">[01:24] </w:t>
      </w:r>
      <w:r>
        <w:t>faida degi.</w:t>
      </w:r>
    </w:p>
    <w:p>
      <w:pPr>
        <w:jc w:val="right"/>
      </w:pPr>
      <w:r>
        <w:t>فائدہ دے گی۔</w:t>
      </w:r>
    </w:p>
    <w:p>
      <w:r>
        <w:rPr>
          <w:b/>
        </w:rPr>
        <w:t xml:space="preserve">[01:27] </w:t>
      </w:r>
      <w:r>
        <w:t>Lekin ek condition hai, woh yeh keh aap empty mind ho kar</w:t>
      </w:r>
    </w:p>
    <w:p>
      <w:pPr>
        <w:jc w:val="right"/>
      </w:pPr>
      <w:r>
        <w:t>لیکن ایک کنڈیشن ہے، وہ یہ کہ آپ ایمپٹی مائنڈ ہو کر</w:t>
      </w:r>
    </w:p>
    <w:p>
      <w:r>
        <w:rPr>
          <w:b/>
        </w:rPr>
        <w:t xml:space="preserve">[01:34] </w:t>
      </w:r>
      <w:r>
        <w:t>doosri cheezon ko parhein.</w:t>
      </w:r>
    </w:p>
    <w:p>
      <w:pPr>
        <w:jc w:val="right"/>
      </w:pPr>
      <w:r>
        <w:t>دوسری چیزوں کو پڑھیں۔</w:t>
      </w:r>
    </w:p>
    <w:p>
      <w:r>
        <w:rPr>
          <w:b/>
        </w:rPr>
        <w:t xml:space="preserve">[01:36] </w:t>
      </w:r>
      <w:r>
        <w:t>Agar aap ka andar</w:t>
      </w:r>
    </w:p>
    <w:p>
      <w:pPr>
        <w:jc w:val="right"/>
      </w:pPr>
      <w:r>
        <w:t>اگر آپ کا اندر</w:t>
      </w:r>
    </w:p>
    <w:p>
      <w:r>
        <w:rPr>
          <w:b/>
        </w:rPr>
        <w:t xml:space="preserve">[01:39] </w:t>
      </w:r>
      <w:r>
        <w:t>bias hoga toh aap ko aap ki study faida nahi degi.</w:t>
      </w:r>
    </w:p>
    <w:p>
      <w:pPr>
        <w:jc w:val="right"/>
      </w:pPr>
      <w:r>
        <w:t>بایس ہوگا تو آپ کو آپ کی اسٹڈی فائدہ نہیں دے گی۔</w:t>
      </w:r>
    </w:p>
    <w:p>
      <w:r>
        <w:rPr>
          <w:b/>
        </w:rPr>
        <w:t xml:space="preserve">[01:49] </w:t>
      </w:r>
      <w:r>
        <w:t>Mujhe ek waqia yaad aata hai</w:t>
      </w:r>
    </w:p>
    <w:p>
      <w:pPr>
        <w:jc w:val="right"/>
      </w:pPr>
      <w:r>
        <w:t>مجھے ایک واقعہ یاد آتا ہے</w:t>
      </w:r>
    </w:p>
    <w:p>
      <w:r>
        <w:rPr>
          <w:b/>
        </w:rPr>
        <w:t xml:space="preserve">[01:51] </w:t>
      </w:r>
      <w:r>
        <w:t>keh Swami Vivekanand ek martaba</w:t>
      </w:r>
    </w:p>
    <w:p>
      <w:pPr>
        <w:jc w:val="right"/>
      </w:pPr>
      <w:r>
        <w:t>کہ سوامی ویویکانند ایک مرتبہ</w:t>
      </w:r>
    </w:p>
    <w:p>
      <w:r>
        <w:rPr>
          <w:b/>
        </w:rPr>
        <w:t xml:space="preserve">[01:56] </w:t>
      </w:r>
      <w:r>
        <w:t>kisi conference mein thay,</w:t>
      </w:r>
    </w:p>
    <w:p>
      <w:pPr>
        <w:jc w:val="right"/>
      </w:pPr>
      <w:r>
        <w:t>کسی کانفرنس میں تھے،</w:t>
      </w:r>
    </w:p>
    <w:p>
      <w:r>
        <w:rPr>
          <w:b/>
        </w:rPr>
        <w:t xml:space="preserve">[02:03] </w:t>
      </w:r>
      <w:r>
        <w:t>toh un se poocha gaya keh Indian philosophy ka</w:t>
      </w:r>
    </w:p>
    <w:p>
      <w:pPr>
        <w:jc w:val="right"/>
      </w:pPr>
      <w:r>
        <w:t>تو ان سے پوچھا گیا کہ انڈین فلاسفی کا</w:t>
      </w:r>
    </w:p>
    <w:p>
      <w:r>
        <w:rPr>
          <w:b/>
        </w:rPr>
        <w:t xml:space="preserve">[02:08] </w:t>
      </w:r>
      <w:r>
        <w:t>khulasa kya hai.</w:t>
      </w:r>
    </w:p>
    <w:p>
      <w:pPr>
        <w:jc w:val="right"/>
      </w:pPr>
      <w:r>
        <w:t>خلاصہ کیا ہے۔</w:t>
      </w:r>
    </w:p>
    <w:p>
      <w:r>
        <w:rPr>
          <w:b/>
        </w:rPr>
        <w:t xml:space="preserve">[02:11] </w:t>
      </w:r>
      <w:r>
        <w:t>Toh wahan blackboard tha, blackboard par unhon ne ek bohat bara zero laga diya, 0 likh</w:t>
      </w:r>
    </w:p>
    <w:p>
      <w:pPr>
        <w:jc w:val="right"/>
      </w:pPr>
      <w:r>
        <w:t>تو وہاں بلیک بورڈ تھا، بلیک بورڈ پر انہوں نے ایک بہت بڑا زیرو لگا دیا، 0 لکھ</w:t>
      </w:r>
    </w:p>
    <w:p>
      <w:r>
        <w:rPr>
          <w:b/>
        </w:rPr>
        <w:t xml:space="preserve">[02:17] </w:t>
      </w:r>
      <w:r>
        <w:t>diya, keh Indian philosophy ka khulasa hai zero.</w:t>
      </w:r>
    </w:p>
    <w:p>
      <w:pPr>
        <w:jc w:val="right"/>
      </w:pPr>
      <w:r>
        <w:t>دیا، کہ انڈین فلاسفی کا خلاصہ ہے زیرو۔</w:t>
      </w:r>
    </w:p>
    <w:p>
      <w:r>
        <w:rPr>
          <w:b/>
        </w:rPr>
        <w:t xml:space="preserve">[02:26] </w:t>
      </w:r>
      <w:r>
        <w:t>Dekhiye, main is ko manta hoon.</w:t>
      </w:r>
    </w:p>
    <w:p>
      <w:pPr>
        <w:jc w:val="right"/>
      </w:pPr>
      <w:r>
        <w:t>دیکھیے، میں اس کو مانتا ہوں۔</w:t>
      </w:r>
    </w:p>
    <w:p>
      <w:r>
        <w:rPr>
          <w:b/>
        </w:rPr>
        <w:t xml:space="preserve">[02:30] </w:t>
      </w:r>
      <w:r>
        <w:t>Zero ka matlab yeh nahi keh aap</w:t>
      </w:r>
    </w:p>
    <w:p>
      <w:pPr>
        <w:jc w:val="right"/>
      </w:pPr>
      <w:r>
        <w:t>زیرو کا مطلب یہ نہیں کہ آپ</w:t>
      </w:r>
    </w:p>
    <w:p>
      <w:r>
        <w:rPr>
          <w:b/>
        </w:rPr>
        <w:t xml:space="preserve">[02:34] </w:t>
      </w:r>
      <w:r>
        <w:t>apne mind ko</w:t>
      </w:r>
    </w:p>
    <w:p>
      <w:pPr>
        <w:jc w:val="right"/>
      </w:pPr>
      <w:r>
        <w:t>اپنے مائنڈ کو</w:t>
      </w:r>
    </w:p>
    <w:p>
      <w:r>
        <w:rPr>
          <w:b/>
        </w:rPr>
        <w:t xml:space="preserve">[02:37] </w:t>
      </w:r>
      <w:r>
        <w:t>khali kar lein.</w:t>
      </w:r>
    </w:p>
    <w:p>
      <w:pPr>
        <w:jc w:val="right"/>
      </w:pPr>
      <w:r>
        <w:t>خالی کر لیں۔</w:t>
      </w:r>
    </w:p>
    <w:p>
      <w:r>
        <w:rPr>
          <w:b/>
        </w:rPr>
        <w:t xml:space="preserve">[02:38] </w:t>
      </w:r>
      <w:r>
        <w:t>Nahi, mind ko empty karein is sense mein keh aap poore mani mein objective</w:t>
      </w:r>
    </w:p>
    <w:p>
      <w:pPr>
        <w:jc w:val="right"/>
      </w:pPr>
      <w:r>
        <w:t>نہیں، مائنڈ کو ایمپٹی کریں اس سینس میں کہ آپ پورے معنی میں آبجیکٹو</w:t>
      </w:r>
    </w:p>
    <w:p>
      <w:r>
        <w:rPr>
          <w:b/>
        </w:rPr>
        <w:t xml:space="preserve">[02:47] </w:t>
      </w:r>
      <w:r>
        <w:t>ban jayein. Yani objective mind se cheezon ko parhna.</w:t>
      </w:r>
    </w:p>
    <w:p>
      <w:pPr>
        <w:jc w:val="right"/>
      </w:pPr>
      <w:r>
        <w:t>بن جائیں۔ یعنی آبجیکٹو مائنڈ سے چیزوں کو پڑھنا۔</w:t>
      </w:r>
    </w:p>
    <w:p>
      <w:r>
        <w:rPr>
          <w:b/>
        </w:rPr>
        <w:t xml:space="preserve">[02:52] </w:t>
      </w:r>
      <w:r>
        <w:t>Tab har cheez mein faida hota hai aap ko.</w:t>
      </w:r>
    </w:p>
    <w:p>
      <w:pPr>
        <w:jc w:val="right"/>
      </w:pPr>
      <w:r>
        <w:t>تب ہر چیز میں فائدہ ہوتا ہے آپ کو۔</w:t>
      </w:r>
    </w:p>
    <w:p>
      <w:r>
        <w:rPr>
          <w:b/>
        </w:rPr>
        <w:t xml:space="preserve">[02:56] </w:t>
      </w:r>
      <w:r>
        <w:t>Toh aaj ke ek misaal mein deta hoon, is silsile mein.</w:t>
      </w:r>
    </w:p>
    <w:p>
      <w:pPr>
        <w:jc w:val="right"/>
      </w:pPr>
      <w:r>
        <w:t>تو آج کے ایک مثال میں دیتا ہوں، اس سلسلے میں۔</w:t>
      </w:r>
    </w:p>
    <w:p>
      <w:r>
        <w:rPr>
          <w:b/>
        </w:rPr>
        <w:t xml:space="preserve">[03:01] </w:t>
      </w:r>
      <w:r>
        <w:t>dekhiye, yeh aaj ka daily news paper hai.</w:t>
      </w:r>
    </w:p>
    <w:p>
      <w:pPr>
        <w:jc w:val="right"/>
      </w:pPr>
      <w:r>
        <w:t>دیکھیے، یہ آج کا ڈیلی نیوز پیپر ہے۔</w:t>
      </w:r>
    </w:p>
    <w:p>
      <w:r>
        <w:rPr>
          <w:b/>
        </w:rPr>
        <w:t xml:space="preserve">[03:08] </w:t>
      </w:r>
      <w:r>
        <w:t>is mein aik article chapa hai:</w:t>
      </w:r>
    </w:p>
    <w:p>
      <w:pPr>
        <w:jc w:val="right"/>
      </w:pPr>
      <w:r>
        <w:t>اس میں ایک آرٹیکل چھپا ہے:</w:t>
      </w:r>
    </w:p>
    <w:p>
      <w:r>
        <w:rPr>
          <w:b/>
        </w:rPr>
        <w:t xml:space="preserve">[03:11] </w:t>
      </w:r>
      <w:r>
        <w:t>"why live a boring life".</w:t>
      </w:r>
    </w:p>
    <w:p>
      <w:pPr>
        <w:jc w:val="right"/>
      </w:pPr>
      <w:r>
        <w:t>"وائی لیو ا بورنگ لائف"۔</w:t>
      </w:r>
    </w:p>
    <w:p>
      <w:r>
        <w:rPr>
          <w:b/>
        </w:rPr>
        <w:t xml:space="preserve">[03:17] </w:t>
      </w:r>
      <w:r>
        <w:t>why live a boring life.</w:t>
      </w:r>
    </w:p>
    <w:p>
      <w:pPr>
        <w:jc w:val="right"/>
      </w:pPr>
      <w:r>
        <w:t>وائی لیو ا بورنگ لائف۔</w:t>
      </w:r>
    </w:p>
    <w:p>
      <w:r>
        <w:rPr>
          <w:b/>
        </w:rPr>
        <w:t xml:space="preserve">[03:23] </w:t>
      </w:r>
      <w:r>
        <w:t>yani kyun hum</w:t>
      </w:r>
    </w:p>
    <w:p>
      <w:pPr>
        <w:jc w:val="right"/>
      </w:pPr>
      <w:r>
        <w:t>یعنی کیوں ہم</w:t>
      </w:r>
    </w:p>
    <w:p>
      <w:r>
        <w:rPr>
          <w:b/>
        </w:rPr>
        <w:t xml:space="preserve">[03:26] </w:t>
      </w:r>
      <w:r>
        <w:t>boring zindagi guzarein?</w:t>
      </w:r>
    </w:p>
    <w:p>
      <w:pPr>
        <w:jc w:val="right"/>
      </w:pPr>
      <w:r>
        <w:t>بورنگ زندگی گزاریں؟</w:t>
      </w:r>
    </w:p>
    <w:p>
      <w:r>
        <w:rPr>
          <w:b/>
        </w:rPr>
        <w:t xml:space="preserve">[03:29] </w:t>
      </w:r>
      <w:r>
        <w:t>is par mein sochne laga.</w:t>
      </w:r>
    </w:p>
    <w:p>
      <w:pPr>
        <w:jc w:val="right"/>
      </w:pPr>
      <w:r>
        <w:t>اس پر میں سوچنے لگا۔</w:t>
      </w:r>
    </w:p>
    <w:p>
      <w:r>
        <w:rPr>
          <w:b/>
        </w:rPr>
        <w:t xml:space="preserve">[03:34] </w:t>
      </w:r>
      <w:r>
        <w:t>mein apne ghar ke bahir, hamare ghar ke bahir jo</w:t>
      </w:r>
    </w:p>
    <w:p>
      <w:pPr>
        <w:jc w:val="right"/>
      </w:pPr>
      <w:r>
        <w:t>میں اپنے گھر کے باہر، ہمارے گھر کے باہر جو</w:t>
      </w:r>
    </w:p>
    <w:p>
      <w:r>
        <w:rPr>
          <w:b/>
        </w:rPr>
        <w:t xml:space="preserve">[03:41] </w:t>
      </w:r>
      <w:r>
        <w:t>jagah hai, khuli, wahan par baitha hua tha.</w:t>
      </w:r>
    </w:p>
    <w:p>
      <w:pPr>
        <w:jc w:val="right"/>
      </w:pPr>
      <w:r>
        <w:t>جگہ ہے، کھلی، وہاں پر بیٹھا ہوا تھا۔</w:t>
      </w:r>
    </w:p>
    <w:p>
      <w:r>
        <w:rPr>
          <w:b/>
        </w:rPr>
        <w:t xml:space="preserve">[03:46] </w:t>
      </w:r>
      <w:r>
        <w:t>to mere samne se gaariyan guzar rahi theen.</w:t>
      </w:r>
    </w:p>
    <w:p>
      <w:pPr>
        <w:jc w:val="right"/>
      </w:pPr>
      <w:r>
        <w:t>تو میرے سامنے سے گاڑیاں گزر رہی تھیں۔</w:t>
      </w:r>
    </w:p>
    <w:p>
      <w:r>
        <w:rPr>
          <w:b/>
        </w:rPr>
        <w:t xml:space="preserve">[03:49] </w:t>
      </w:r>
      <w:r>
        <w:t>carain, motor cycle.</w:t>
      </w:r>
    </w:p>
    <w:p>
      <w:pPr>
        <w:jc w:val="right"/>
      </w:pPr>
      <w:r>
        <w:t>کاریں، موٹر سائیکل۔</w:t>
      </w:r>
    </w:p>
    <w:p>
      <w:r>
        <w:rPr>
          <w:b/>
        </w:rPr>
        <w:t xml:space="preserve">[03:53] </w:t>
      </w:r>
      <w:r>
        <w:t>wo bar bar wo horn baja rahe the, horn.</w:t>
      </w:r>
    </w:p>
    <w:p>
      <w:pPr>
        <w:jc w:val="right"/>
      </w:pPr>
      <w:r>
        <w:t>وہ بار بار وہ ہارن بجا رہے تھے، ہارن۔</w:t>
      </w:r>
    </w:p>
    <w:p>
      <w:r>
        <w:rPr>
          <w:b/>
        </w:rPr>
        <w:t xml:space="preserve">[03:57] </w:t>
      </w:r>
      <w:r>
        <w:t>to horn mujh ko disturb kar raha tha.</w:t>
      </w:r>
    </w:p>
    <w:p>
      <w:pPr>
        <w:jc w:val="right"/>
      </w:pPr>
      <w:r>
        <w:t>تو ہارن مجھ کو ڈسٹرب کر رہا تھا۔</w:t>
      </w:r>
    </w:p>
    <w:p>
      <w:r>
        <w:rPr>
          <w:b/>
        </w:rPr>
        <w:t xml:space="preserve">[04:00] </w:t>
      </w:r>
      <w:r>
        <w:t>to mein is waqt</w:t>
      </w:r>
    </w:p>
    <w:p>
      <w:pPr>
        <w:jc w:val="right"/>
      </w:pPr>
      <w:r>
        <w:t>تو میں اس وقت</w:t>
      </w:r>
    </w:p>
    <w:p>
      <w:r>
        <w:rPr>
          <w:b/>
        </w:rPr>
        <w:t xml:space="preserve">[04:03] </w:t>
      </w:r>
      <w:r>
        <w:t>boarding ke, boredom ke halat mein tha, bore ho raha tha.</w:t>
      </w:r>
    </w:p>
    <w:p>
      <w:pPr>
        <w:jc w:val="right"/>
      </w:pPr>
      <w:r>
        <w:t>بورڈنگ کے، بورڈم کے حالت میں تھا، بور ہو رہا تھا۔</w:t>
      </w:r>
    </w:p>
    <w:p>
      <w:r>
        <w:rPr>
          <w:b/>
        </w:rPr>
        <w:t xml:space="preserve">[04:10] </w:t>
      </w:r>
      <w:r>
        <w:t>to mein ne socha ke dunya to boring experience se bhari hui hai.</w:t>
      </w:r>
    </w:p>
    <w:p>
      <w:pPr>
        <w:jc w:val="right"/>
      </w:pPr>
      <w:r>
        <w:t>تو میں نے سوچا کہ دنیا تو بورنگ ایکسپیرینس سے بھری ہوئی ہے۔</w:t>
      </w:r>
    </w:p>
    <w:p>
      <w:r>
        <w:rPr>
          <w:b/>
        </w:rPr>
        <w:t xml:space="preserve">[04:17] </w:t>
      </w:r>
      <w:r>
        <w:t>to kaise hum apne ko</w:t>
      </w:r>
    </w:p>
    <w:p>
      <w:pPr>
        <w:jc w:val="right"/>
      </w:pPr>
      <w:r>
        <w:t>تو کیسے ہم اپنے کو</w:t>
      </w:r>
    </w:p>
    <w:p>
      <w:r>
        <w:rPr>
          <w:b/>
        </w:rPr>
        <w:t xml:space="preserve">[04:21] </w:t>
      </w:r>
      <w:r>
        <w:t>boredom se bachayein?</w:t>
      </w:r>
    </w:p>
    <w:p>
      <w:pPr>
        <w:jc w:val="right"/>
      </w:pPr>
      <w:r>
        <w:t>بورڈم سے بچائیں؟</w:t>
      </w:r>
    </w:p>
    <w:p>
      <w:r>
        <w:rPr>
          <w:b/>
        </w:rPr>
        <w:t xml:space="preserve">[04:24] </w:t>
      </w:r>
      <w:r>
        <w:t>is par sochne laga mein.</w:t>
      </w:r>
    </w:p>
    <w:p>
      <w:pPr>
        <w:jc w:val="right"/>
      </w:pPr>
      <w:r>
        <w:t>اس پر سوچنے لگا میں۔</w:t>
      </w:r>
    </w:p>
    <w:p>
      <w:r>
        <w:rPr>
          <w:b/>
        </w:rPr>
        <w:t xml:space="preserve">[04:30] </w:t>
      </w:r>
      <w:r>
        <w:t>to meri samajh mein is waqt aik ayat, Quran Majeed ki aik ayat aayi:</w:t>
      </w:r>
    </w:p>
    <w:p>
      <w:pPr>
        <w:jc w:val="right"/>
      </w:pPr>
      <w:r>
        <w:t>تو میری سمجھ میں اس وقت ایک آیت، قرآن مجید کی ایک آیت آئی:</w:t>
      </w:r>
    </w:p>
    <w:p>
      <w:r>
        <w:rPr>
          <w:b/>
        </w:rPr>
        <w:t xml:space="preserve">[04:35] </w:t>
      </w:r>
      <w:r>
        <w:t>"ala bi zikrillah tatmainnal quloob".</w:t>
      </w:r>
    </w:p>
    <w:p>
      <w:pPr>
        <w:jc w:val="right"/>
      </w:pPr>
      <w:r>
        <w:t>"علی بذکر اللہ تطمئن القلوب"۔</w:t>
      </w:r>
    </w:p>
    <w:p>
      <w:r>
        <w:rPr>
          <w:b/>
        </w:rPr>
        <w:t xml:space="preserve">[04:39] </w:t>
      </w:r>
      <w:r>
        <w:t>yaad rakho, Allah ki yaad se dilon ko itminan hasil hota hai.</w:t>
      </w:r>
    </w:p>
    <w:p>
      <w:pPr>
        <w:jc w:val="right"/>
      </w:pPr>
      <w:r>
        <w:t>یاد رکھو، اللہ کی یاد سے دلوں کو اطمینان حاصل ہوتا ہے۔</w:t>
      </w:r>
    </w:p>
    <w:p>
      <w:r>
        <w:rPr>
          <w:b/>
        </w:rPr>
        <w:t xml:space="preserve">[04:51] </w:t>
      </w:r>
      <w:r>
        <w:t>phir mein ne socha ke Allah ko yaad karne se itminan kaise hasil hota hai? Kaise?</w:t>
      </w:r>
    </w:p>
    <w:p>
      <w:pPr>
        <w:jc w:val="right"/>
      </w:pPr>
      <w:r>
        <w:t>پھر میں نے سوچا کہ اللہ کو یاد کرنے سے اطمینان کیسے حاصل ہوتا ہے؟ کیسے؟</w:t>
      </w:r>
    </w:p>
    <w:p>
      <w:r>
        <w:rPr>
          <w:b/>
        </w:rPr>
        <w:t xml:space="preserve">[04:59] </w:t>
      </w:r>
      <w:r>
        <w:t>is ka matlab hai ke God ka jo creation hai,</w:t>
      </w:r>
    </w:p>
    <w:p>
      <w:pPr>
        <w:jc w:val="right"/>
      </w:pPr>
      <w:r>
        <w:t>اس کا مطلب ہے کہ گاڈ کا جو کریشن ہے،</w:t>
      </w:r>
    </w:p>
    <w:p>
      <w:r>
        <w:rPr>
          <w:b/>
        </w:rPr>
        <w:t xml:space="preserve">[05:04] </w:t>
      </w:r>
      <w:r>
        <w:t>God ne jo dunya banai hai, is mein sochna.</w:t>
      </w:r>
    </w:p>
    <w:p>
      <w:pPr>
        <w:jc w:val="right"/>
      </w:pPr>
      <w:r>
        <w:t>گاڈ نے جو دنیا بنائی ہے، اس میں سوچنا۔</w:t>
      </w:r>
    </w:p>
    <w:p>
      <w:r>
        <w:rPr>
          <w:b/>
        </w:rPr>
        <w:t xml:space="preserve">[05:09] </w:t>
      </w:r>
      <w:r>
        <w:t>phir yeh sochte hue</w:t>
      </w:r>
    </w:p>
    <w:p>
      <w:pPr>
        <w:jc w:val="right"/>
      </w:pPr>
      <w:r>
        <w:t>پھر یہ سوچتے ہوئے</w:t>
      </w:r>
    </w:p>
    <w:p>
      <w:r>
        <w:rPr>
          <w:b/>
        </w:rPr>
        <w:t xml:space="preserve">[05:12] </w:t>
      </w:r>
      <w:r>
        <w:t>mere mind mein yeh aaya</w:t>
      </w:r>
    </w:p>
    <w:p>
      <w:pPr>
        <w:jc w:val="right"/>
      </w:pPr>
      <w:r>
        <w:t>میرے مائنڈ میں یہ آیا</w:t>
      </w:r>
    </w:p>
    <w:p>
      <w:r>
        <w:rPr>
          <w:b/>
        </w:rPr>
        <w:t xml:space="preserve">[05:16] </w:t>
      </w:r>
      <w:r>
        <w:t>keh jis tarah hamare road</w:t>
      </w:r>
    </w:p>
    <w:p>
      <w:pPr>
        <w:jc w:val="right"/>
      </w:pPr>
      <w:r>
        <w:t>کہ جس طرح ہمارے روڈ</w:t>
      </w:r>
    </w:p>
    <w:p>
      <w:r>
        <w:rPr>
          <w:b/>
        </w:rPr>
        <w:t xml:space="preserve">[05:19] </w:t>
      </w:r>
      <w:r>
        <w:t>par gaariyan chal rahi hain, woh ek movement hai.</w:t>
      </w:r>
    </w:p>
    <w:p>
      <w:pPr>
        <w:jc w:val="right"/>
      </w:pPr>
      <w:r>
        <w:t>پر گاڑیاں چل رہی ہیں، وہ ایک موومنٹ ہے۔</w:t>
      </w:r>
    </w:p>
    <w:p>
      <w:r>
        <w:rPr>
          <w:b/>
        </w:rPr>
        <w:t xml:space="preserve">[05:25] </w:t>
      </w:r>
      <w:r>
        <w:t>aise hi poore universe mein movement hai.</w:t>
      </w:r>
    </w:p>
    <w:p>
      <w:pPr>
        <w:jc w:val="right"/>
      </w:pPr>
      <w:r>
        <w:t>ایسے ہی پورے یونیورس میں موومنٹ ہے۔</w:t>
      </w:r>
    </w:p>
    <w:p>
      <w:r>
        <w:rPr>
          <w:b/>
        </w:rPr>
        <w:t xml:space="preserve">[05:28] </w:t>
      </w:r>
      <w:r>
        <w:t>aap jante hain keh poori universe on the move hai.</w:t>
      </w:r>
    </w:p>
    <w:p>
      <w:pPr>
        <w:jc w:val="right"/>
      </w:pPr>
      <w:r>
        <w:t>آپ جانتے ہیں کہ پوری یونیورس آن دی موو ہے۔</w:t>
      </w:r>
    </w:p>
    <w:p>
      <w:r>
        <w:rPr>
          <w:b/>
        </w:rPr>
        <w:t xml:space="preserve">[05:33] </w:t>
      </w:r>
      <w:r>
        <w:t>yeh stars chal rahe hain,</w:t>
      </w:r>
    </w:p>
    <w:p>
      <w:pPr>
        <w:jc w:val="right"/>
      </w:pPr>
      <w:r>
        <w:t>یہ سٹارز چل رہے ہیں،</w:t>
      </w:r>
    </w:p>
    <w:p>
      <w:r>
        <w:rPr>
          <w:b/>
        </w:rPr>
        <w:t xml:space="preserve">[05:37] </w:t>
      </w:r>
      <w:r>
        <w:t>planets chal rahe hain, suraj chand chal rahe hain.</w:t>
      </w:r>
    </w:p>
    <w:p>
      <w:pPr>
        <w:jc w:val="right"/>
      </w:pPr>
      <w:r>
        <w:t>پلینٹس چل رہے ہیں، سورج چاند چل رہے ہیں۔</w:t>
      </w:r>
    </w:p>
    <w:p>
      <w:r>
        <w:rPr>
          <w:b/>
        </w:rPr>
        <w:t xml:space="preserve">[05:42] </w:t>
      </w:r>
      <w:r>
        <w:t>aur unki jo speed hai, hamare hawa jahan se zyada tez hai.</w:t>
      </w:r>
    </w:p>
    <w:p>
      <w:pPr>
        <w:jc w:val="right"/>
      </w:pPr>
      <w:r>
        <w:t>اور ان کی جو اسپیڈ ہے، ہمارے ہوا جہاں سے زیادہ تیز ہے۔</w:t>
      </w:r>
    </w:p>
    <w:p>
      <w:r>
        <w:rPr>
          <w:b/>
        </w:rPr>
        <w:t xml:space="preserve">[05:49] </w:t>
      </w:r>
      <w:r>
        <w:t>magar wahan koi shor nahin.</w:t>
      </w:r>
    </w:p>
    <w:p>
      <w:pPr>
        <w:jc w:val="right"/>
      </w:pPr>
      <w:r>
        <w:t>مگر وہاں کوئی شور نہیں۔</w:t>
      </w:r>
    </w:p>
    <w:p>
      <w:r>
        <w:rPr>
          <w:b/>
        </w:rPr>
        <w:t xml:space="preserve">[05:52] </w:t>
      </w:r>
      <w:r>
        <w:t>wahan koi noise nahin.</w:t>
      </w:r>
    </w:p>
    <w:p>
      <w:pPr>
        <w:jc w:val="right"/>
      </w:pPr>
      <w:r>
        <w:t>وہاں کوئی نوائز نہیں۔</w:t>
      </w:r>
    </w:p>
    <w:p>
      <w:r>
        <w:rPr>
          <w:b/>
        </w:rPr>
        <w:t xml:space="preserve">[05:57] </w:t>
      </w:r>
      <w:r>
        <w:t>wahan koi horn nahin bajata.</w:t>
      </w:r>
    </w:p>
    <w:p>
      <w:pPr>
        <w:jc w:val="right"/>
      </w:pPr>
      <w:r>
        <w:t>وہاں کوئی ہارن نہیں بجاتا۔</w:t>
      </w:r>
    </w:p>
    <w:p>
      <w:r>
        <w:rPr>
          <w:b/>
        </w:rPr>
        <w:t xml:space="preserve">[06:01] </w:t>
      </w:r>
      <w:r>
        <w:t>toh main ne socha keh yeh toh hamari bohat choti duniya hai.</w:t>
      </w:r>
    </w:p>
    <w:p>
      <w:pPr>
        <w:jc w:val="right"/>
      </w:pPr>
      <w:r>
        <w:t>تو میں نے سوچا کہ یہ تو ہماری بہت چھوٹی دنیا ہے۔</w:t>
      </w:r>
    </w:p>
    <w:p>
      <w:r>
        <w:rPr>
          <w:b/>
        </w:rPr>
        <w:t xml:space="preserve">[06:04] </w:t>
      </w:r>
      <w:r>
        <w:t>yeh road hai, is par sawariyan guzar rahi hain, toh bohat choti duniya hai.</w:t>
      </w:r>
    </w:p>
    <w:p>
      <w:pPr>
        <w:jc w:val="right"/>
      </w:pPr>
      <w:r>
        <w:t>یہ روڈ ہے، اس پر سواریاں گزر رہی ہیں، تو بہت چھوٹی دنیا ہے۔</w:t>
      </w:r>
    </w:p>
    <w:p>
      <w:r>
        <w:rPr>
          <w:b/>
        </w:rPr>
        <w:t xml:space="preserve">[06:09] </w:t>
      </w:r>
      <w:r>
        <w:t>jo zyada bari duniya hai,</w:t>
      </w:r>
    </w:p>
    <w:p>
      <w:pPr>
        <w:jc w:val="right"/>
      </w:pPr>
      <w:r>
        <w:t>جو زیادہ بڑی دنیا ہے،</w:t>
      </w:r>
    </w:p>
    <w:p>
      <w:r>
        <w:rPr>
          <w:b/>
        </w:rPr>
        <w:t xml:space="preserve">[06:12] </w:t>
      </w:r>
      <w:r>
        <w:t>wahan bhi vehicle chal rahe hain,</w:t>
      </w:r>
    </w:p>
    <w:p>
      <w:pPr>
        <w:jc w:val="right"/>
      </w:pPr>
      <w:r>
        <w:t>وہاں بھی وہیکل چل رہے ہیں،</w:t>
      </w:r>
    </w:p>
    <w:p>
      <w:r>
        <w:rPr>
          <w:b/>
        </w:rPr>
        <w:t xml:space="preserve">[06:15] </w:t>
      </w:r>
      <w:r>
        <w:t>koi shor nahin.</w:t>
      </w:r>
    </w:p>
    <w:p>
      <w:pPr>
        <w:jc w:val="right"/>
      </w:pPr>
      <w:r>
        <w:t>کوئی شور نہیں۔</w:t>
      </w:r>
    </w:p>
    <w:p>
      <w:r>
        <w:rPr>
          <w:b/>
        </w:rPr>
        <w:t xml:space="preserve">[06:18] </w:t>
      </w:r>
      <w:r>
        <w:t>toh is par main ne daryaft kiya creator ko, keh creator kitna bara hai,</w:t>
      </w:r>
    </w:p>
    <w:p>
      <w:pPr>
        <w:jc w:val="right"/>
      </w:pPr>
      <w:r>
        <w:t>تو اس پر میں نے دریافت کیا کریٹر کو، کہ کریٹر کتنا بڑا ہے،</w:t>
      </w:r>
    </w:p>
    <w:p>
      <w:r>
        <w:rPr>
          <w:b/>
        </w:rPr>
        <w:t xml:space="preserve">[06:25] </w:t>
      </w:r>
      <w:r>
        <w:t>kitna zyada taqat wala hai,</w:t>
      </w:r>
    </w:p>
    <w:p>
      <w:pPr>
        <w:jc w:val="right"/>
      </w:pPr>
      <w:r>
        <w:t>کتنا زیادہ طاقت والا ہے،</w:t>
      </w:r>
    </w:p>
    <w:p>
      <w:r>
        <w:rPr>
          <w:b/>
        </w:rPr>
        <w:t xml:space="preserve">[06:31] </w:t>
      </w:r>
      <w:r>
        <w:t>keh itni bari duniya woh chala raha hai.</w:t>
      </w:r>
    </w:p>
    <w:p>
      <w:pPr>
        <w:jc w:val="right"/>
      </w:pPr>
      <w:r>
        <w:t>کہ اتنی بڑی دنیا وہ چلا رہا ہے۔</w:t>
      </w:r>
    </w:p>
    <w:p>
      <w:r>
        <w:rPr>
          <w:b/>
        </w:rPr>
        <w:t xml:space="preserve">[06:34] </w:t>
      </w:r>
      <w:r>
        <w:t>itni bari duniya mein har taraf harkat hai, har taraf movement hai.</w:t>
      </w:r>
    </w:p>
    <w:p>
      <w:pPr>
        <w:jc w:val="right"/>
      </w:pPr>
      <w:r>
        <w:t>اتنی بڑی دنیا میں ہر طرف حرکت ہے، ہر طرف موومنٹ ہے۔</w:t>
      </w:r>
    </w:p>
    <w:p>
      <w:r>
        <w:rPr>
          <w:b/>
        </w:rPr>
        <w:t xml:space="preserve">[06:39] </w:t>
      </w:r>
      <w:r>
        <w:t>magar kahin na koi horn bajata, na koi shor hota, koi noise pollution nahin.</w:t>
      </w:r>
    </w:p>
    <w:p>
      <w:pPr>
        <w:jc w:val="right"/>
      </w:pPr>
      <w:r>
        <w:t>مگر کہیں نہ کوئی ہارن بجاتا، نہ کوئی شور ہوتا، کوئی نوائز پولیوشن نہیں۔</w:t>
      </w:r>
    </w:p>
    <w:p>
      <w:r>
        <w:rPr>
          <w:b/>
        </w:rPr>
        <w:t xml:space="preserve">[06:47] </w:t>
      </w:r>
      <w:r>
        <w:t>toh Khuda ki azmat, Khuda ki badai</w:t>
      </w:r>
    </w:p>
    <w:p>
      <w:pPr>
        <w:jc w:val="right"/>
      </w:pPr>
      <w:r>
        <w:t>تو خدا کی عظمت، خدا کی بڑائی</w:t>
      </w:r>
    </w:p>
    <w:p>
      <w:r>
        <w:rPr>
          <w:b/>
        </w:rPr>
        <w:t xml:space="preserve">[06:50] </w:t>
      </w:r>
      <w:r>
        <w:t>jab main sochne laga toh har cheez benoise ho gayi.</w:t>
      </w:r>
    </w:p>
    <w:p>
      <w:pPr>
        <w:jc w:val="right"/>
      </w:pPr>
      <w:r>
        <w:t>جب میں سوچنے لگا تو ہر چیز بینوائز ہو گئی۔</w:t>
      </w:r>
    </w:p>
    <w:p>
      <w:r>
        <w:rPr>
          <w:b/>
        </w:rPr>
        <w:t xml:space="preserve">[06:54] </w:t>
      </w:r>
      <w:r>
        <w:t>har cheez benoise ho gayi.</w:t>
      </w:r>
    </w:p>
    <w:p>
      <w:pPr>
        <w:jc w:val="right"/>
      </w:pPr>
      <w:r>
        <w:t>ہر چیز بینوائز ہو گئی۔</w:t>
      </w:r>
    </w:p>
    <w:p>
      <w:r>
        <w:rPr>
          <w:b/>
        </w:rPr>
        <w:t xml:space="preserve">[06:57] </w:t>
      </w:r>
      <w:r>
        <w:t>yeh hai peace of mind.</w:t>
      </w:r>
    </w:p>
    <w:p>
      <w:pPr>
        <w:jc w:val="right"/>
      </w:pPr>
      <w:r>
        <w:t>یہ ہے پیس آف مائنڈ۔</w:t>
      </w:r>
    </w:p>
    <w:p>
      <w:r>
        <w:rPr>
          <w:b/>
        </w:rPr>
        <w:t xml:space="preserve">[07:00] </w:t>
      </w:r>
      <w:r>
        <w:t>to mein samajhta hoon ke peace of mind jo hai, woh yeh hai</w:t>
      </w:r>
    </w:p>
    <w:p>
      <w:pPr>
        <w:jc w:val="right"/>
      </w:pPr>
      <w:r>
        <w:t>تو میں سمجھتا ہوں کہ پیس آف مائنڈ جو ہے، وہ یہ ہے</w:t>
      </w:r>
    </w:p>
    <w:p>
      <w:r>
        <w:rPr>
          <w:b/>
        </w:rPr>
        <w:t xml:space="preserve">[07:06] </w:t>
      </w:r>
      <w:r>
        <w:t>ke hum cheezon mein</w:t>
      </w:r>
    </w:p>
    <w:p>
      <w:pPr>
        <w:jc w:val="right"/>
      </w:pPr>
      <w:r>
        <w:t>کہ ہم چیزوں میں</w:t>
      </w:r>
    </w:p>
    <w:p>
      <w:r>
        <w:rPr>
          <w:b/>
        </w:rPr>
        <w:t xml:space="preserve">[07:09] </w:t>
      </w:r>
      <w:r>
        <w:t>ya creation mein creator ko discover karein.</w:t>
      </w:r>
    </w:p>
    <w:p>
      <w:pPr>
        <w:jc w:val="right"/>
      </w:pPr>
      <w:r>
        <w:t>یا کریشن میں کریٹر کو ڈسکور کریں۔</w:t>
      </w:r>
    </w:p>
    <w:p>
      <w:r>
        <w:rPr>
          <w:b/>
        </w:rPr>
        <w:t xml:space="preserve">[07:14] </w:t>
      </w:r>
      <w:r>
        <w:t>isi se, isi se hamein peace of mind milega.</w:t>
      </w:r>
    </w:p>
    <w:p>
      <w:pPr>
        <w:jc w:val="right"/>
      </w:pPr>
      <w:r>
        <w:t>اسی سے، اسی سے ہمیں پیس آف مائنڈ ملے گا۔</w:t>
      </w:r>
    </w:p>
    <w:p>
      <w:r>
        <w:rPr>
          <w:b/>
        </w:rPr>
        <w:t xml:space="preserve">[07:17] </w:t>
      </w:r>
      <w:r>
        <w:t>kyunke iske baad hamein ek, hamare andar ek creative thinking aayegi.</w:t>
      </w:r>
    </w:p>
    <w:p>
      <w:pPr>
        <w:jc w:val="right"/>
      </w:pPr>
      <w:r>
        <w:t>کیونکہ اس کے بعد ہمیں ایک، ہمارے اندر ایک کریٹو تھنکنگ آئے گی۔</w:t>
      </w:r>
    </w:p>
    <w:p>
      <w:r>
        <w:rPr>
          <w:b/>
        </w:rPr>
        <w:t xml:space="preserve">[07:22] </w:t>
      </w:r>
      <w:r>
        <w:t>ek high thinking aayegi.</w:t>
      </w:r>
    </w:p>
    <w:p>
      <w:pPr>
        <w:jc w:val="right"/>
      </w:pPr>
      <w:r>
        <w:t>ایک ہائی تھنکنگ آئے گی۔</w:t>
      </w:r>
    </w:p>
    <w:p>
      <w:r>
        <w:rPr>
          <w:b/>
        </w:rPr>
        <w:t xml:space="preserve">[07:24] </w:t>
      </w:r>
      <w:r>
        <w:t>ek bade level par jeene ke qabil ho jayenge.</w:t>
      </w:r>
    </w:p>
    <w:p>
      <w:pPr>
        <w:jc w:val="right"/>
      </w:pPr>
      <w:r>
        <w:t>ایک بڑے لیول پر جینے کے قابل ہو جائیں گے۔</w:t>
      </w:r>
    </w:p>
    <w:p>
      <w:r>
        <w:rPr>
          <w:b/>
        </w:rPr>
        <w:t xml:space="preserve">[07:27] </w:t>
      </w:r>
      <w:r>
        <w:t>wohi hamein peace of mind dega.</w:t>
      </w:r>
    </w:p>
    <w:p>
      <w:pPr>
        <w:jc w:val="right"/>
      </w:pPr>
      <w:r>
        <w:t>وہی ہمیں پیس آف مائنڈ دے گا۔</w:t>
      </w:r>
    </w:p>
    <w:p>
      <w:r>
        <w:rPr>
          <w:b/>
        </w:rPr>
        <w:t xml:space="preserve">[07:32] </w:t>
      </w:r>
      <w:r>
        <w:t>phir mujhe yaad aaya,</w:t>
      </w:r>
    </w:p>
    <w:p>
      <w:pPr>
        <w:jc w:val="right"/>
      </w:pPr>
      <w:r>
        <w:t>پھر مجھے یاد آیا،</w:t>
      </w:r>
    </w:p>
    <w:p>
      <w:r>
        <w:rPr>
          <w:b/>
        </w:rPr>
        <w:t xml:space="preserve">[07:35] </w:t>
      </w:r>
      <w:r>
        <w:t>Bertrand Russell ne, Bertrand Russell ki ek kitaab hai</w:t>
      </w:r>
    </w:p>
    <w:p>
      <w:pPr>
        <w:jc w:val="right"/>
      </w:pPr>
      <w:r>
        <w:t>برٹ نرسل نے، برٹ نرسل کی ایک کتاب ہے</w:t>
      </w:r>
    </w:p>
    <w:p>
      <w:r>
        <w:rPr>
          <w:b/>
        </w:rPr>
        <w:t xml:space="preserve">[07:41] </w:t>
      </w:r>
      <w:r>
        <w:t>"Human Knowledge". Is mein woh likhta hai ke knowledge ki do qismein hain:</w:t>
      </w:r>
    </w:p>
    <w:p>
      <w:pPr>
        <w:jc w:val="right"/>
      </w:pPr>
      <w:r>
        <w:t>"ہیومن نالج"۔ اس میں وہ لکھتا ہے کہ نالج کی دو قسمیں ہیں:</w:t>
      </w:r>
    </w:p>
    <w:p>
      <w:r>
        <w:rPr>
          <w:b/>
        </w:rPr>
        <w:t xml:space="preserve">[07:49] </w:t>
      </w:r>
      <w:r>
        <w:t>knowledge of things, knowledge of truth.</w:t>
      </w:r>
    </w:p>
    <w:p>
      <w:pPr>
        <w:jc w:val="right"/>
      </w:pPr>
      <w:r>
        <w:t>نالج آف تھنگز، نالج آف ٹروتھ۔</w:t>
      </w:r>
    </w:p>
    <w:p>
      <w:r>
        <w:rPr>
          <w:b/>
        </w:rPr>
        <w:t xml:space="preserve">[07:53] </w:t>
      </w:r>
      <w:r>
        <w:t>cheezon ka ilm aur sachai ka ilm.</w:t>
      </w:r>
    </w:p>
    <w:p>
      <w:pPr>
        <w:jc w:val="right"/>
      </w:pPr>
      <w:r>
        <w:t>چیزوں کا علم اور سچائی کا علم۔</w:t>
      </w:r>
    </w:p>
    <w:p>
      <w:r>
        <w:rPr>
          <w:b/>
        </w:rPr>
        <w:t xml:space="preserve">[07:59] </w:t>
      </w:r>
      <w:r>
        <w:t>is par sochte hue, sochte hue, sochte hue mujhe samajh, mujhe samajh aaya</w:t>
      </w:r>
    </w:p>
    <w:p>
      <w:pPr>
        <w:jc w:val="right"/>
      </w:pPr>
      <w:r>
        <w:t>اس پر سوچتے ہوئے، سوچتے ہوئے، سوچتے ہوئے مجھے سمجھ، مجھے سمجھ آیا</w:t>
      </w:r>
    </w:p>
    <w:p>
      <w:r>
        <w:rPr>
          <w:b/>
        </w:rPr>
        <w:t xml:space="preserve">[08:04] </w:t>
      </w:r>
      <w:r>
        <w:t>ke duniya mein har, jitne bhi things item hain, har cheez mein truth maujood hai.</w:t>
      </w:r>
    </w:p>
    <w:p>
      <w:pPr>
        <w:jc w:val="right"/>
      </w:pPr>
      <w:r>
        <w:t>کہ دنیا میں ہر، جتنے بھی تھنگز آئٹم ہیں، ہر چیز میں ٹروتھ موجود ہے۔</w:t>
      </w:r>
    </w:p>
    <w:p>
      <w:r>
        <w:rPr>
          <w:b/>
        </w:rPr>
        <w:t xml:space="preserve">[08:15] </w:t>
      </w:r>
      <w:r>
        <w:t>hum agar hum sirf thing ko dekhenge to hamein,</w:t>
      </w:r>
    </w:p>
    <w:p>
      <w:pPr>
        <w:jc w:val="right"/>
      </w:pPr>
      <w:r>
        <w:t>ہم اگر ہم صرف تھنگ کو دیکھیں گے تو ہمیں،</w:t>
      </w:r>
    </w:p>
    <w:p>
      <w:r>
        <w:rPr>
          <w:b/>
        </w:rPr>
        <w:t xml:space="preserve">[08:20] </w:t>
      </w:r>
      <w:r>
        <w:t>hum bore ho jayenge.</w:t>
      </w:r>
    </w:p>
    <w:p>
      <w:pPr>
        <w:jc w:val="right"/>
      </w:pPr>
      <w:r>
        <w:t>ہم بور ہو جائیں گے۔</w:t>
      </w:r>
    </w:p>
    <w:p>
      <w:r>
        <w:rPr>
          <w:b/>
        </w:rPr>
        <w:t xml:space="preserve">[08:22] </w:t>
      </w:r>
      <w:r>
        <w:t>lekin agar thing ko dekhte hue hum deeper sense mein lein usko, aur usko hum truth</w:t>
      </w:r>
    </w:p>
    <w:p>
      <w:pPr>
        <w:jc w:val="right"/>
      </w:pPr>
      <w:r>
        <w:t>لیکن اگر تھنگ کو دیکھتے ہوئے ہم ڈیپر سینس میں لیں اس کو، اور اس کو ہم ٹروتھ</w:t>
      </w:r>
    </w:p>
    <w:p>
      <w:r>
        <w:rPr>
          <w:b/>
        </w:rPr>
        <w:t xml:space="preserve">[08:27] </w:t>
      </w:r>
      <w:r>
        <w:t>tak pahunch jayein,</w:t>
      </w:r>
    </w:p>
    <w:p>
      <w:pPr>
        <w:jc w:val="right"/>
      </w:pPr>
      <w:r>
        <w:t>تک پہنچ جائیں،</w:t>
      </w:r>
    </w:p>
    <w:p>
      <w:r>
        <w:rPr>
          <w:b/>
        </w:rPr>
        <w:t xml:space="preserve">[08:30] </w:t>
      </w:r>
      <w:r>
        <w:t>to wahan ek aisi badi duniya mil jayegi hamein jeene ke liye, ke wahan boredom bilkul minimize</w:t>
      </w:r>
    </w:p>
    <w:p>
      <w:pPr>
        <w:jc w:val="right"/>
      </w:pPr>
      <w:r>
        <w:t>تو وہاں ایک ایسی بڑی دنیا مل جائے گی ہمیں جینے کے لیے، کہ وہاں بورڈم بالکل منیمائز</w:t>
      </w:r>
    </w:p>
    <w:p>
      <w:r>
        <w:rPr>
          <w:b/>
        </w:rPr>
        <w:t xml:space="preserve">[08:37] </w:t>
      </w:r>
      <w:r>
        <w:t>ho jayega.</w:t>
      </w:r>
    </w:p>
    <w:p>
      <w:pPr>
        <w:jc w:val="right"/>
      </w:pPr>
      <w:r>
        <w:t>ہو جائے گا۔</w:t>
      </w:r>
    </w:p>
    <w:p>
      <w:r>
        <w:rPr>
          <w:b/>
        </w:rPr>
        <w:t xml:space="preserve">[08:39] </w:t>
      </w:r>
      <w:r>
        <w:t>wahan har cheez minimize ho jayegi.</w:t>
      </w:r>
    </w:p>
    <w:p>
      <w:pPr>
        <w:jc w:val="right"/>
      </w:pPr>
      <w:r>
        <w:t>وہاں ہر چیز منیمائز ہو جائے گی۔</w:t>
      </w:r>
    </w:p>
    <w:p>
      <w:r>
        <w:rPr>
          <w:b/>
        </w:rPr>
        <w:t xml:space="preserve">[08:43] </w:t>
      </w:r>
      <w:r>
        <w:t>وہ اسی حالت کا نام ہے peace of mind.</w:t>
      </w:r>
    </w:p>
    <w:p>
      <w:pPr>
        <w:jc w:val="right"/>
      </w:pPr>
      <w:r>
        <w:t>وہ اسی حالت کا نام ہے پیس آف مائنڈ۔</w:t>
      </w:r>
    </w:p>
    <w:p>
      <w:r>
        <w:rPr>
          <w:b/>
        </w:rPr>
        <w:t xml:space="preserve">[08:48] </w:t>
      </w:r>
      <w:r>
        <w:t>peace of mind,</w:t>
      </w:r>
    </w:p>
    <w:p>
      <w:pPr>
        <w:jc w:val="right"/>
      </w:pPr>
      <w:r>
        <w:t>پیس آف مائنڈ،</w:t>
      </w:r>
    </w:p>
    <w:p>
      <w:r>
        <w:rPr>
          <w:b/>
        </w:rPr>
        <w:t xml:space="preserve">[08:50] </w:t>
      </w:r>
      <w:r>
        <w:t>mein samajhta hoon ke ek, ek,</w:t>
      </w:r>
    </w:p>
    <w:p>
      <w:pPr>
        <w:jc w:val="right"/>
      </w:pPr>
      <w:r>
        <w:t>میں سمجھتا ہوں کہ ایک، ایک،</w:t>
      </w:r>
    </w:p>
    <w:p>
      <w:r>
        <w:rPr>
          <w:b/>
        </w:rPr>
        <w:t xml:space="preserve">[08:55] </w:t>
      </w:r>
      <w:r>
        <w:t>aik zehni halat, aik intellectual state ka naam hai.</w:t>
      </w:r>
    </w:p>
    <w:p>
      <w:pPr>
        <w:jc w:val="right"/>
      </w:pPr>
      <w:r>
        <w:t>ایک ذہنی حالت، ایک انٹیچول اسٹیٹ کا نام ہے۔</w:t>
      </w:r>
    </w:p>
    <w:p>
      <w:r>
        <w:rPr>
          <w:b/>
        </w:rPr>
        <w:t xml:space="preserve">[09:00] </w:t>
      </w:r>
      <w:r>
        <w:t>wo ecstasy ka naam nahi hai.</w:t>
      </w:r>
    </w:p>
    <w:p>
      <w:pPr>
        <w:jc w:val="right"/>
      </w:pPr>
      <w:r>
        <w:t>وہ ایکسٹسی کا نام نہیں ہے۔</w:t>
      </w:r>
    </w:p>
    <w:p>
      <w:r>
        <w:rPr>
          <w:b/>
        </w:rPr>
        <w:t xml:space="preserve">[09:04] </w:t>
      </w:r>
      <w:r>
        <w:t>ecstasy jo hai,</w:t>
      </w:r>
    </w:p>
    <w:p>
      <w:pPr>
        <w:jc w:val="right"/>
      </w:pPr>
      <w:r>
        <w:t>ایکسٹسی جو ہے،</w:t>
      </w:r>
    </w:p>
    <w:p>
      <w:r>
        <w:rPr>
          <w:b/>
        </w:rPr>
        <w:t xml:space="preserve">[09:07] </w:t>
      </w:r>
      <w:r>
        <w:t>wo mein dekh, aik,</w:t>
      </w:r>
    </w:p>
    <w:p>
      <w:pPr>
        <w:jc w:val="right"/>
      </w:pPr>
      <w:r>
        <w:t>وہ میں دیکھ، ایک،</w:t>
      </w:r>
    </w:p>
    <w:p>
      <w:r>
        <w:rPr>
          <w:b/>
        </w:rPr>
        <w:t xml:space="preserve">[09:11] </w:t>
      </w:r>
      <w:r>
        <w:t>aik, aik tasawwurati</w:t>
      </w:r>
    </w:p>
    <w:p>
      <w:pPr>
        <w:jc w:val="right"/>
      </w:pPr>
      <w:r>
        <w:t>ایک، ایک تصوراتی</w:t>
      </w:r>
    </w:p>
    <w:p>
      <w:r>
        <w:rPr>
          <w:b/>
        </w:rPr>
        <w:t xml:space="preserve">[09:14] </w:t>
      </w:r>
      <w:r>
        <w:t>cheez hai. jaise maine aik kitaab parhi,</w:t>
      </w:r>
    </w:p>
    <w:p>
      <w:pPr>
        <w:jc w:val="right"/>
      </w:pPr>
      <w:r>
        <w:t>چیز ہے۔ جیسے میں نے ایک کتاب پڑھی،</w:t>
      </w:r>
    </w:p>
    <w:p>
      <w:r>
        <w:rPr>
          <w:b/>
        </w:rPr>
        <w:t xml:space="preserve">[09:19] </w:t>
      </w:r>
      <w:r>
        <w:t>us ka title tha</w:t>
      </w:r>
    </w:p>
    <w:p>
      <w:pPr>
        <w:jc w:val="right"/>
      </w:pPr>
      <w:r>
        <w:t>اس کا ٹائٹل تھا</w:t>
      </w:r>
    </w:p>
    <w:p>
      <w:r>
        <w:rPr>
          <w:b/>
        </w:rPr>
        <w:t xml:space="preserve">[09:22] </w:t>
      </w:r>
      <w:r>
        <w:t>"umang ho sood hiz friday".</w:t>
      </w:r>
    </w:p>
    <w:p>
      <w:pPr>
        <w:jc w:val="right"/>
      </w:pPr>
      <w:r>
        <w:t>"امنگ ہو سوڈ ہز فرائیڈی"۔</w:t>
      </w:r>
    </w:p>
    <w:p>
      <w:r>
        <w:rPr>
          <w:b/>
        </w:rPr>
        <w:t xml:space="preserve">[09:25] </w:t>
      </w:r>
      <w:r>
        <w:t>تو میں یہ سمجھتا تھا پہلے کہ شاید وہاں کہتا ہے کہ کسی آدمی نے اپنی Friday کو</w:t>
      </w:r>
    </w:p>
    <w:p>
      <w:pPr>
        <w:jc w:val="right"/>
      </w:pPr>
      <w:r>
        <w:t>تو میں یہ سمجھتا تھا پہلے کہ شاید وہاں کہتا ہے کہ کسی آدمی نے اپنی فرائیڈی کو</w:t>
      </w:r>
    </w:p>
    <w:p>
      <w:r>
        <w:rPr>
          <w:b/>
        </w:rPr>
        <w:t xml:space="preserve">[09:30] </w:t>
      </w:r>
      <w:r>
        <w:t>becha aur wo chala gaya paharon mein.</w:t>
      </w:r>
    </w:p>
    <w:p>
      <w:pPr>
        <w:jc w:val="right"/>
      </w:pPr>
      <w:r>
        <w:t>بیچا اور وہ چلا گیا پہاڑوں میں۔</w:t>
      </w:r>
    </w:p>
    <w:p>
      <w:r>
        <w:rPr>
          <w:b/>
        </w:rPr>
        <w:t xml:space="preserve">[09:33] </w:t>
      </w:r>
      <w:r>
        <w:t>baat maloom hua ke yeh fiction hai.</w:t>
      </w:r>
    </w:p>
    <w:p>
      <w:pPr>
        <w:jc w:val="right"/>
      </w:pPr>
      <w:r>
        <w:t>بات معلوم ہوا کہ یہ فکشن ہے۔</w:t>
      </w:r>
    </w:p>
    <w:p>
      <w:r>
        <w:rPr>
          <w:b/>
        </w:rPr>
        <w:t xml:space="preserve">[09:37] </w:t>
      </w:r>
      <w:r>
        <w:t>yani is mein bataya gaya tha ke aik aadmi ke paas friday thi, jo bohat hi mehngi gaari</w:t>
      </w:r>
    </w:p>
    <w:p>
      <w:pPr>
        <w:jc w:val="right"/>
      </w:pPr>
      <w:r>
        <w:t>یعنی اس میں بتایا گیا تھا کہ ایک آدمی کے پاس فرائیڈی تھی، جو بہت ہی مہنگی گاڑی</w:t>
      </w:r>
    </w:p>
    <w:p>
      <w:r>
        <w:rPr>
          <w:b/>
        </w:rPr>
        <w:t xml:space="preserve">[09:43] </w:t>
      </w:r>
      <w:r>
        <w:t>hoti hai. is ko becha, is ne bech ke chala gaya paharon mein.</w:t>
      </w:r>
    </w:p>
    <w:p>
      <w:pPr>
        <w:jc w:val="right"/>
      </w:pPr>
      <w:r>
        <w:t>ہوتی ہے۔ اس کو بیچا، اس نے بیچ کے چلا گیا پہاڑوں میں۔</w:t>
      </w:r>
    </w:p>
    <w:p>
      <w:r>
        <w:rPr>
          <w:b/>
        </w:rPr>
        <w:t xml:space="preserve">[09:48] </w:t>
      </w:r>
      <w:r>
        <w:t>اور وہاں پر اس کو peace of mind مل گیا۔</w:t>
      </w:r>
    </w:p>
    <w:p>
      <w:pPr>
        <w:jc w:val="right"/>
      </w:pPr>
      <w:r>
        <w:t>اور وہاں پر اس کو پیس آف مائنڈ مل گیا۔</w:t>
      </w:r>
    </w:p>
    <w:p>
      <w:r>
        <w:rPr>
          <w:b/>
        </w:rPr>
        <w:t xml:space="preserve">[09:51] </w:t>
      </w:r>
      <w:r>
        <w:t>lekin yeh, yeh fiction tha, waqia nahi tha wo.</w:t>
      </w:r>
    </w:p>
    <w:p>
      <w:pPr>
        <w:jc w:val="right"/>
      </w:pPr>
      <w:r>
        <w:t>لیکن یہ، یہ فکشن تھا، واقعہ نہیں تھا وہ۔</w:t>
      </w:r>
    </w:p>
    <w:p>
      <w:r>
        <w:rPr>
          <w:b/>
        </w:rPr>
        <w:t xml:space="preserve">[09:55] </w:t>
      </w:r>
      <w:r>
        <w:t>yani shuru mein title dekh kar mein samjha tha ke, samjha tha ke shayad yeh waqia ho.</w:t>
      </w:r>
    </w:p>
    <w:p>
      <w:pPr>
        <w:jc w:val="right"/>
      </w:pPr>
      <w:r>
        <w:t>یعنی شروع میں ٹائٹل دیکھ کر میں سمجھا تھا کہ، سمجھا تھا کہ شاید یہ واقعہ ہو۔</w:t>
      </w:r>
    </w:p>
    <w:p>
      <w:r>
        <w:rPr>
          <w:b/>
        </w:rPr>
        <w:t xml:space="preserve">[10:00] </w:t>
      </w:r>
      <w:r>
        <w:t>isi liye maine kitaab ko parha.</w:t>
      </w:r>
    </w:p>
    <w:p>
      <w:pPr>
        <w:jc w:val="right"/>
      </w:pPr>
      <w:r>
        <w:t>اسی لیے میں نے کتاب کو پڑھا۔</w:t>
      </w:r>
    </w:p>
    <w:p>
      <w:r>
        <w:rPr>
          <w:b/>
        </w:rPr>
        <w:t xml:space="preserve">[10:03] </w:t>
      </w:r>
      <w:r>
        <w:t>baat maloom hui ke yeh to fiction hai.</w:t>
      </w:r>
    </w:p>
    <w:p>
      <w:pPr>
        <w:jc w:val="right"/>
      </w:pPr>
      <w:r>
        <w:t>بات معلوم ہوئی کہ یہ تو فکشن ہے۔</w:t>
      </w:r>
    </w:p>
    <w:p>
      <w:r>
        <w:rPr>
          <w:b/>
        </w:rPr>
        <w:t xml:space="preserve">[10:06] </w:t>
      </w:r>
      <w:r>
        <w:t>تو یہ جو peace of mind ہے، یہ peace of mind ایک فکشن میں آپ دیکھ سکتے ہیں،</w:t>
      </w:r>
    </w:p>
    <w:p>
      <w:pPr>
        <w:jc w:val="right"/>
      </w:pPr>
      <w:r>
        <w:t>تو یہ جو پیس آف مائنڈ ہے، یہ پیس آف مائنڈ ایک فکشن میں آپ دیکھ سکتے ہیں،</w:t>
      </w:r>
    </w:p>
    <w:p>
      <w:r>
        <w:rPr>
          <w:b/>
        </w:rPr>
        <w:t xml:space="preserve">[10:12] </w:t>
      </w:r>
      <w:r>
        <w:t>waqia mein nahi.</w:t>
      </w:r>
    </w:p>
    <w:p>
      <w:pPr>
        <w:jc w:val="right"/>
      </w:pPr>
      <w:r>
        <w:t>واقعہ میں نہیں۔</w:t>
      </w:r>
    </w:p>
    <w:p>
      <w:r>
        <w:rPr>
          <w:b/>
        </w:rPr>
        <w:t xml:space="preserve">[10:15] </w:t>
      </w:r>
      <w:r>
        <w:t>waqia mein nahi.</w:t>
      </w:r>
    </w:p>
    <w:p>
      <w:pPr>
        <w:jc w:val="right"/>
      </w:pPr>
      <w:r>
        <w:t>واقعہ میں نہیں۔</w:t>
      </w:r>
    </w:p>
    <w:p>
      <w:r>
        <w:rPr>
          <w:b/>
        </w:rPr>
        <w:t xml:space="preserve">[10:17] </w:t>
      </w:r>
      <w:r>
        <w:t>yani aap jayenge kahin janglon mein, kisi paharon mein, kisi seclusion mein,</w:t>
      </w:r>
    </w:p>
    <w:p>
      <w:pPr>
        <w:jc w:val="right"/>
      </w:pPr>
      <w:r>
        <w:t>یعنی آپ جائیں گے کہیں جنگل میں، کسی پہاڑ میں، کسی سیکلوژن میں،</w:t>
      </w:r>
    </w:p>
    <w:p>
      <w:r>
        <w:rPr>
          <w:b/>
        </w:rPr>
        <w:t xml:space="preserve">[10:25] </w:t>
      </w:r>
      <w:r>
        <w:t>تو جو چیز آپ کو ملے گی وہ کوئی peace of mind نہیں ہوگا۔</w:t>
      </w:r>
    </w:p>
    <w:p>
      <w:pPr>
        <w:jc w:val="right"/>
      </w:pPr>
      <w:r>
        <w:t>تو جو چیز آپ کو ملے گی وہ کوئی پیس آف مائنڈ نہیں ہوگا۔</w:t>
      </w:r>
    </w:p>
    <w:p>
      <w:r>
        <w:rPr>
          <w:b/>
        </w:rPr>
        <w:t xml:space="preserve">[10:30] </w:t>
      </w:r>
      <w:r>
        <w:t>wo aik, aik bhalaawa hoga.</w:t>
      </w:r>
    </w:p>
    <w:p>
      <w:pPr>
        <w:jc w:val="right"/>
      </w:pPr>
      <w:r>
        <w:t>وہ ایک، ایک بھلاوا ہوگا۔</w:t>
      </w:r>
    </w:p>
    <w:p>
      <w:r>
        <w:rPr>
          <w:b/>
        </w:rPr>
        <w:t xml:space="preserve">[10:33] </w:t>
      </w:r>
      <w:r>
        <w:t>jaise aap haqeeqi life mein jo problem hai, jo bitterness hai, is ko bhulane ke liye kahin aap</w:t>
      </w:r>
    </w:p>
    <w:p>
      <w:pPr>
        <w:jc w:val="right"/>
      </w:pPr>
      <w:r>
        <w:t>جیسے آپ حقیقی لائف میں جو پرابلم ہے، جو بٹرننس ہے، اس کو بھلانے کے لیے کہیں آپ</w:t>
      </w:r>
    </w:p>
    <w:p>
      <w:r>
        <w:rPr>
          <w:b/>
        </w:rPr>
        <w:t xml:space="preserve">[10:41] </w:t>
      </w:r>
      <w:r>
        <w:t>چلے جائیں۔ تو دیکھیے، بھلاوا جو ہے وہ peace of mind نہیں ہے۔</w:t>
      </w:r>
    </w:p>
    <w:p>
      <w:pPr>
        <w:jc w:val="right"/>
      </w:pPr>
      <w:r>
        <w:t>چلے جائیں۔ تو دیکھیے، بھلاوا جو ہے وہ پیس آف مائنڈ نہیں ہے۔</w:t>
      </w:r>
    </w:p>
    <w:p>
      <w:r>
        <w:rPr>
          <w:b/>
        </w:rPr>
        <w:t xml:space="preserve">[10:48] </w:t>
      </w:r>
      <w:r>
        <w:t>peace of mind aik intellectual,</w:t>
      </w:r>
    </w:p>
    <w:p>
      <w:pPr>
        <w:jc w:val="right"/>
      </w:pPr>
      <w:r>
        <w:t>پیس آف مائنڈ ایک انٹلیکچول،</w:t>
      </w:r>
    </w:p>
    <w:p>
      <w:r>
        <w:rPr>
          <w:b/>
        </w:rPr>
        <w:t xml:space="preserve">[10:52] </w:t>
      </w:r>
      <w:r>
        <w:t>aik intellectual finding ka naam hai.</w:t>
      </w:r>
    </w:p>
    <w:p>
      <w:pPr>
        <w:jc w:val="right"/>
      </w:pPr>
      <w:r>
        <w:t>ایک انٹلیکچول فائنڈنگ کا نام ہے۔</w:t>
      </w:r>
    </w:p>
    <w:p>
      <w:r>
        <w:rPr>
          <w:b/>
        </w:rPr>
        <w:t xml:space="preserve">[10:55] </w:t>
      </w:r>
      <w:r>
        <w:t>bhulane ka naam nahi hai.</w:t>
      </w:r>
    </w:p>
    <w:p>
      <w:pPr>
        <w:jc w:val="right"/>
      </w:pPr>
      <w:r>
        <w:t>بھلانے کا نام نہیں ہے۔</w:t>
      </w:r>
    </w:p>
    <w:p>
      <w:r>
        <w:rPr>
          <w:b/>
        </w:rPr>
        <w:t xml:space="preserve">[10:57] </w:t>
      </w:r>
      <w:r>
        <w:t>bhula, agar bhulawa ho to phir to, phir to wo anesthesia</w:t>
      </w:r>
    </w:p>
    <w:p>
      <w:pPr>
        <w:jc w:val="right"/>
      </w:pPr>
      <w:r>
        <w:t>بھلا، اگر بھلاوا ہو تو پھر تو، پھر تو وہ انستھیشیا</w:t>
      </w:r>
    </w:p>
    <w:p>
      <w:r>
        <w:rPr>
          <w:b/>
        </w:rPr>
        <w:t xml:space="preserve">[11:02] </w:t>
      </w:r>
      <w:r>
        <w:t>لے لیں آپ، اور آپ کو مل جائے گا peace of mind.</w:t>
      </w:r>
    </w:p>
    <w:p>
      <w:pPr>
        <w:jc w:val="right"/>
      </w:pPr>
      <w:r>
        <w:t>لے لیں آپ، اور آپ کو مل جائے گا پیس آف مائنڈ۔</w:t>
      </w:r>
    </w:p>
    <w:p>
      <w:r>
        <w:rPr>
          <w:b/>
        </w:rPr>
        <w:t xml:space="preserve">[11:06] </w:t>
      </w:r>
      <w:r>
        <w:t>تو intellectual anesthesia نہیں، peace of mind.</w:t>
      </w:r>
    </w:p>
    <w:p>
      <w:pPr>
        <w:jc w:val="right"/>
      </w:pPr>
      <w:r>
        <w:t>تو انٹلیکچول انستھیشیا نہیں، پیس آف مائنڈ۔</w:t>
      </w:r>
    </w:p>
    <w:p>
      <w:r>
        <w:rPr>
          <w:b/>
        </w:rPr>
        <w:t xml:space="preserve">[11:10] </w:t>
      </w:r>
      <w:r>
        <w:t>Peace of mind کسی قسم کے intellectual anesthesia کا نام نہیں ہے۔</w:t>
      </w:r>
    </w:p>
    <w:p>
      <w:pPr>
        <w:jc w:val="right"/>
      </w:pPr>
      <w:r>
        <w:t>پیس آف مائنڈ کسی قسم کے انٹلیکچول انستھیشیا کا نام نہیں ہے۔</w:t>
      </w:r>
    </w:p>
    <w:p>
      <w:r>
        <w:rPr>
          <w:b/>
        </w:rPr>
        <w:t xml:space="preserve">[11:17] </w:t>
      </w:r>
      <w:r>
        <w:t>balkeh high, oonche, bohat hi oonche darje ke intellectual development ka naam hai.</w:t>
      </w:r>
    </w:p>
    <w:p>
      <w:pPr>
        <w:jc w:val="right"/>
      </w:pPr>
      <w:r>
        <w:t>بلکہ ہائی، اونچے، بہت ہی اونچے درجے کے انٹلیکچول ڈیولپمنٹ کا نام ہے۔</w:t>
      </w:r>
    </w:p>
    <w:p>
      <w:r>
        <w:rPr>
          <w:b/>
        </w:rPr>
        <w:t xml:space="preserve">[11:26] </w:t>
      </w:r>
      <w:r>
        <w:t>woh development jahan aap things mein truth ko dekhne lage.</w:t>
      </w:r>
    </w:p>
    <w:p>
      <w:pPr>
        <w:jc w:val="right"/>
      </w:pPr>
      <w:r>
        <w:t>وہ ڈیولپمنٹ جہاں آپ تھنگز میں ٹروتھ کو دیکھنے لگے۔</w:t>
      </w:r>
    </w:p>
    <w:p>
      <w:r>
        <w:rPr>
          <w:b/>
        </w:rPr>
        <w:t xml:space="preserve">[11:32] </w:t>
      </w:r>
      <w:r>
        <w:t>creation mein aap creator ko dekhne lage.</w:t>
      </w:r>
    </w:p>
    <w:p>
      <w:pPr>
        <w:jc w:val="right"/>
      </w:pPr>
      <w:r>
        <w:t>کریشن میں آپ کریٹر کو دیکھنے لگے۔</w:t>
      </w:r>
    </w:p>
    <w:p>
      <w:r>
        <w:rPr>
          <w:b/>
        </w:rPr>
        <w:t xml:space="preserve">[11:37] </w:t>
      </w:r>
      <w:r>
        <w:t>tab jo aap ko jo finding hogi, jo aap ki discovery hogi, jo aap ka realization hoga, us</w:t>
      </w:r>
    </w:p>
    <w:p>
      <w:pPr>
        <w:jc w:val="right"/>
      </w:pPr>
      <w:r>
        <w:t>تب جو آپ کو جو فائنڈنگ ہوگی، جو آپ کی ڈسکوری ہوگی، جو آپ کا ریئلائزیشن ہوگا، اس</w:t>
      </w:r>
    </w:p>
    <w:p>
      <w:r>
        <w:rPr>
          <w:b/>
        </w:rPr>
        <w:t xml:space="preserve">[11:44] </w:t>
      </w:r>
      <w:r>
        <w:t>se aap ko peace of mind milega.</w:t>
      </w:r>
    </w:p>
    <w:p>
      <w:pPr>
        <w:jc w:val="right"/>
      </w:pPr>
      <w:r>
        <w:t>سے آپ کو پیس آف مائنڈ ملے گا۔</w:t>
      </w:r>
    </w:p>
    <w:p>
      <w:r>
        <w:rPr>
          <w:b/>
        </w:rPr>
        <w:t xml:space="preserve">[11:48] </w:t>
      </w:r>
      <w:r>
        <w:t>jaise maine misaal di</w:t>
      </w:r>
    </w:p>
    <w:p>
      <w:pPr>
        <w:jc w:val="right"/>
      </w:pPr>
      <w:r>
        <w:t>جیسے میں نے مثال دی</w:t>
      </w:r>
    </w:p>
    <w:p>
      <w:r>
        <w:rPr>
          <w:b/>
        </w:rPr>
        <w:t xml:space="preserve">[11:51] </w:t>
      </w:r>
      <w:r>
        <w:t>ke road ke</w:t>
      </w:r>
    </w:p>
    <w:p>
      <w:pPr>
        <w:jc w:val="right"/>
      </w:pPr>
      <w:r>
        <w:t>کہ روڈ کے</w:t>
      </w:r>
    </w:p>
    <w:p>
      <w:r>
        <w:rPr>
          <w:b/>
        </w:rPr>
        <w:t xml:space="preserve">[11:54] </w:t>
      </w:r>
      <w:r>
        <w:t>par jo sawariyan, sawariyan chal rahi thin aur horn baja rahi thin aur shor kar rahi thin, to</w:t>
      </w:r>
    </w:p>
    <w:p>
      <w:pPr>
        <w:jc w:val="right"/>
      </w:pPr>
      <w:r>
        <w:t>پر جو سواریاں، سواریاں چل رہی تھیں اور ہارن بجا رہی تھیں اور شور کر رہی تھیں، تو</w:t>
      </w:r>
    </w:p>
    <w:p>
      <w:r>
        <w:rPr>
          <w:b/>
        </w:rPr>
        <w:t xml:space="preserve">[12:01] </w:t>
      </w:r>
      <w:r>
        <w:t>is se ek noise pollution paida ho raha tha.</w:t>
      </w:r>
    </w:p>
    <w:p>
      <w:pPr>
        <w:jc w:val="right"/>
      </w:pPr>
      <w:r>
        <w:t>اس سے ایک نوائز پولیوشن پیدا ہو رہا تھا۔</w:t>
      </w:r>
    </w:p>
    <w:p>
      <w:r>
        <w:rPr>
          <w:b/>
        </w:rPr>
        <w:t xml:space="preserve">[12:04] </w:t>
      </w:r>
      <w:r>
        <w:t>is, woh mujhe disturb kiye hue tha.</w:t>
      </w:r>
    </w:p>
    <w:p>
      <w:pPr>
        <w:jc w:val="right"/>
      </w:pPr>
      <w:r>
        <w:t>اس، وہ مجھے ڈسٹرب کیے ہوئے تھا۔</w:t>
      </w:r>
    </w:p>
    <w:p>
      <w:r>
        <w:rPr>
          <w:b/>
        </w:rPr>
        <w:t xml:space="preserve">[12:07] </w:t>
      </w:r>
      <w:r>
        <w:t>lekin jab main universal thinking mere andar aa gayi, universal thinking, ke poore universe mein</w:t>
      </w:r>
    </w:p>
    <w:p>
      <w:pPr>
        <w:jc w:val="right"/>
      </w:pPr>
      <w:r>
        <w:t>لیکن جب میں یونیورسل تھنکنگ میرے اندر آ گئی، یونیورسل تھنکنگ، کہ پورے یونیورس میں</w:t>
      </w:r>
    </w:p>
    <w:p>
      <w:r>
        <w:rPr>
          <w:b/>
        </w:rPr>
        <w:t xml:space="preserve">[12:16] </w:t>
      </w:r>
      <w:r>
        <w:t>movement jaari hai,</w:t>
      </w:r>
    </w:p>
    <w:p>
      <w:pPr>
        <w:jc w:val="right"/>
      </w:pPr>
      <w:r>
        <w:t>موومنٹ جاری ہے،</w:t>
      </w:r>
    </w:p>
    <w:p>
      <w:r>
        <w:rPr>
          <w:b/>
        </w:rPr>
        <w:t xml:space="preserve">[12:19] </w:t>
      </w:r>
      <w:r>
        <w:t>ab wahan koi noise nahin, koi noise pollution nahin, to woh yeh, yeh finding itni zyada badi thi</w:t>
      </w:r>
    </w:p>
    <w:p>
      <w:pPr>
        <w:jc w:val="right"/>
      </w:pPr>
      <w:r>
        <w:t>اب وہاں کوئی نوائز نہیں، کوئی نوائز پولیوشن نہیں، تو وہ یہ، یہ فائنڈنگ اتنی زیادہ بڑی تھی</w:t>
      </w:r>
    </w:p>
    <w:p>
      <w:r>
        <w:rPr>
          <w:b/>
        </w:rPr>
        <w:t xml:space="preserve">[12:28] </w:t>
      </w:r>
      <w:r>
        <w:t>mere liye ke har cheez minimize ho gayi.</w:t>
      </w:r>
    </w:p>
    <w:p>
      <w:pPr>
        <w:jc w:val="right"/>
      </w:pPr>
      <w:r>
        <w:t>میرے لیے کہ ہر چیز منیمائز ہو گئی۔</w:t>
      </w:r>
    </w:p>
    <w:p>
      <w:r>
        <w:rPr>
          <w:b/>
        </w:rPr>
        <w:t xml:space="preserve">[12:32] </w:t>
      </w:r>
      <w:r>
        <w:t>jaise aap apne ghar se airport jayein</w:t>
      </w:r>
    </w:p>
    <w:p>
      <w:pPr>
        <w:jc w:val="right"/>
      </w:pPr>
      <w:r>
        <w:t>جیسے آپ اپنے گھر سے ایئرپورٹ جائیں</w:t>
      </w:r>
    </w:p>
    <w:p>
      <w:r>
        <w:rPr>
          <w:b/>
        </w:rPr>
        <w:t xml:space="preserve">[12:38] </w:t>
      </w:r>
      <w:r>
        <w:t>to raaste mein aap ko sawariyan milegi, horn ki awaaz sunai degi, tarah tarah ke notions,</w:t>
      </w:r>
    </w:p>
    <w:p>
      <w:pPr>
        <w:jc w:val="right"/>
      </w:pPr>
      <w:r>
        <w:t>تو راستے میں آپ کو سواریاں ملیں گی، ہارن کی آواز سنائی دے گی، طرح طرح کے نیوشنز،</w:t>
      </w:r>
    </w:p>
    <w:p>
      <w:r>
        <w:rPr>
          <w:b/>
        </w:rPr>
        <w:t xml:space="preserve">[12:46] </w:t>
      </w:r>
      <w:r>
        <w:t>ghar se airport tak tarah tarah ke notions se guzrenge aap.</w:t>
      </w:r>
    </w:p>
    <w:p>
      <w:pPr>
        <w:jc w:val="right"/>
      </w:pPr>
      <w:r>
        <w:t>گھر سے ایئرپورٹ تک طرح طرح کے نیوشنز سے گزریں گے آپ۔</w:t>
      </w:r>
    </w:p>
    <w:p>
      <w:r>
        <w:rPr>
          <w:b/>
        </w:rPr>
        <w:t xml:space="preserve">[12:50] </w:t>
      </w:r>
      <w:r>
        <w:t>lekin jab aap hawa jahaz badh jayenge aur 35,000 feet ki bulandi par jab jahaz udne lage</w:t>
      </w:r>
    </w:p>
    <w:p>
      <w:pPr>
        <w:jc w:val="right"/>
      </w:pPr>
      <w:r>
        <w:t>لیکن جب آپ ہوا جہاز بڑھ جائیں گے اور 35,000 فیٹ کی بلندی پر جب جہاز اڑنے لگے</w:t>
      </w:r>
    </w:p>
    <w:p>
      <w:r>
        <w:rPr>
          <w:b/>
        </w:rPr>
        <w:t xml:space="preserve">[12:57] </w:t>
      </w:r>
      <w:r>
        <w:t>ga, to woh sab khatam ho chuka hoga.</w:t>
      </w:r>
    </w:p>
    <w:p>
      <w:pPr>
        <w:jc w:val="right"/>
      </w:pPr>
      <w:r>
        <w:t>گا، تو وہ سب ختم ہو چکا ہوگا۔</w:t>
      </w:r>
    </w:p>
    <w:p>
      <w:r>
        <w:rPr>
          <w:b/>
        </w:rPr>
        <w:t xml:space="preserve">[13:01] </w:t>
      </w:r>
      <w:r>
        <w:t>woh sab minimize ho chuka hoga.</w:t>
      </w:r>
    </w:p>
    <w:p>
      <w:pPr>
        <w:jc w:val="right"/>
      </w:pPr>
      <w:r>
        <w:t>وہ سب منیمائز ہو چکا ہوگا۔</w:t>
      </w:r>
    </w:p>
    <w:p>
      <w:r>
        <w:rPr>
          <w:b/>
        </w:rPr>
        <w:t xml:space="preserve">[13:05] </w:t>
      </w:r>
      <w:r>
        <w:t>to main samajhta hoon ke yahi experience</w:t>
      </w:r>
    </w:p>
    <w:p>
      <w:pPr>
        <w:jc w:val="right"/>
      </w:pPr>
      <w:r>
        <w:t>تو میں سمجھتا ہوں کہ یہی ایکسپیرینس</w:t>
      </w:r>
    </w:p>
    <w:p>
      <w:r>
        <w:rPr>
          <w:b/>
        </w:rPr>
        <w:t xml:space="preserve">[13:08] </w:t>
      </w:r>
      <w:r>
        <w:t>roz, daily life mein agar aap kisi ko mil jaye to that is peace of mind.</w:t>
      </w:r>
    </w:p>
    <w:p>
      <w:pPr>
        <w:jc w:val="right"/>
      </w:pPr>
      <w:r>
        <w:t>روز، ڈیلی لائف میں اگر آپ کسی کو مل جائے تو دیٹ از پیس آف مائنڈ۔</w:t>
      </w:r>
    </w:p>
    <w:p>
      <w:r>
        <w:rPr>
          <w:b/>
        </w:rPr>
        <w:t xml:space="preserve">[13:13] </w:t>
      </w:r>
      <w:r>
        <w:t>to main samajhta hoon ke</w:t>
      </w:r>
    </w:p>
    <w:p>
      <w:pPr>
        <w:jc w:val="right"/>
      </w:pPr>
      <w:r>
        <w:t>تو میں سمجھتا ہوں کہ</w:t>
      </w:r>
    </w:p>
    <w:p>
      <w:r>
        <w:rPr>
          <w:b/>
        </w:rPr>
        <w:t xml:space="preserve">[13:16] </w:t>
      </w:r>
      <w:r>
        <w:t>is duniya ke har particle mein, har atom mein, har thing mein, har thing mein truth hai.</w:t>
      </w:r>
    </w:p>
    <w:p>
      <w:pPr>
        <w:jc w:val="right"/>
      </w:pPr>
      <w:r>
        <w:t>اس دنیا کے ہر پارٹیکل میں، ہر ایٹم میں، ہر تھنگ میں، ہر تھنگ میں ٹروتھ ہے۔</w:t>
      </w:r>
    </w:p>
    <w:p>
      <w:r>
        <w:rPr>
          <w:b/>
        </w:rPr>
        <w:t xml:space="preserve">[13:24] </w:t>
      </w:r>
      <w:r>
        <w:t>yaani har creation mein creator ka</w:t>
      </w:r>
    </w:p>
    <w:p>
      <w:pPr>
        <w:jc w:val="right"/>
      </w:pPr>
      <w:r>
        <w:t>یعنی ہر کریشن میں کریٹر کا</w:t>
      </w:r>
    </w:p>
    <w:p>
      <w:r>
        <w:rPr>
          <w:b/>
        </w:rPr>
        <w:t xml:space="preserve">[13:30] </w:t>
      </w:r>
      <w:r>
        <w:t>jalwa hai. jab is tak pohnch jayen aap, tab aap ko sahi maano mein peace of mind milta</w:t>
      </w:r>
    </w:p>
    <w:p>
      <w:pPr>
        <w:jc w:val="right"/>
      </w:pPr>
      <w:r>
        <w:t>جلوہ ہے۔ جب اس تک پہنچ جائیں آپ، تب آپ کو صحیح معنوں میں پیس آف مائنڈ ملتا</w:t>
      </w:r>
    </w:p>
    <w:p>
      <w:r>
        <w:rPr>
          <w:b/>
        </w:rPr>
        <w:t xml:space="preserve">[13:36] </w:t>
      </w:r>
      <w:r>
        <w:t>hai. warna nahin.</w:t>
      </w:r>
    </w:p>
    <w:p>
      <w:pPr>
        <w:jc w:val="right"/>
      </w:pPr>
      <w:r>
        <w:t>ہے۔ ورنہ نہیں۔</w:t>
      </w:r>
    </w:p>
    <w:p>
      <w:r>
        <w:rPr>
          <w:b/>
        </w:rPr>
        <w:t xml:space="preserve">[13:39] </w:t>
      </w:r>
      <w:r>
        <w:t>phir in baaton ko sochte hue,</w:t>
      </w:r>
    </w:p>
    <w:p>
      <w:pPr>
        <w:jc w:val="right"/>
      </w:pPr>
      <w:r>
        <w:t>پھر ان باتوں کو سوچتے ہوئے،</w:t>
      </w:r>
    </w:p>
    <w:p>
      <w:r>
        <w:rPr>
          <w:b/>
        </w:rPr>
        <w:t xml:space="preserve">[13:42] </w:t>
      </w:r>
      <w:r>
        <w:t>dekhiye, maine is se pehle arz kiya tha yahan par ke aap ko itna prepared mind hona</w:t>
      </w:r>
    </w:p>
    <w:p>
      <w:pPr>
        <w:jc w:val="right"/>
      </w:pPr>
      <w:r>
        <w:t>دیکھیے، میں نے اس سے پہلے عرض کیا تھا یہاں پر کہ آپ کو اتنا پریپیرڈ مائنڈ ہونا</w:t>
      </w:r>
    </w:p>
    <w:p>
      <w:r>
        <w:rPr>
          <w:b/>
        </w:rPr>
        <w:t xml:space="preserve">[13:48] </w:t>
      </w:r>
      <w:r>
        <w:t>chahiye ke aap ka mind cheezon ko dekh kar trigger ho jaye.</w:t>
      </w:r>
    </w:p>
    <w:p>
      <w:pPr>
        <w:jc w:val="right"/>
      </w:pPr>
      <w:r>
        <w:t>چاہیے کہ آپ کا مائنڈ چیزوں کو دیکھ کر ٹریگر ہو جائے۔</w:t>
      </w:r>
    </w:p>
    <w:p>
      <w:r>
        <w:rPr>
          <w:b/>
        </w:rPr>
        <w:t xml:space="preserve">[13:55] </w:t>
      </w:r>
      <w:r>
        <w:t>aap jante hain ke science mein jo discoveries hoti hain, woh isi liye hoti hain ke scientist</w:t>
      </w:r>
    </w:p>
    <w:p>
      <w:pPr>
        <w:jc w:val="right"/>
      </w:pPr>
      <w:r>
        <w:t>آپ جانتے ہیں کہ سائنس میں جو ڈسکوریز ہوتی ہیں، وہ اسی لیے ہوتی ہیں کہ سائنسدان</w:t>
      </w:r>
    </w:p>
    <w:p>
      <w:r>
        <w:rPr>
          <w:b/>
        </w:rPr>
        <w:t xml:space="preserve">[14:04] </w:t>
      </w:r>
      <w:r>
        <w:t>apni laboratory mein kaam kar raha hai, woh koi experiment kar raha hai, is beech mein koi cheez</w:t>
      </w:r>
    </w:p>
    <w:p>
      <w:pPr>
        <w:jc w:val="right"/>
      </w:pPr>
      <w:r>
        <w:t>اپنی لیبارٹری میں کام کر رہا ہے، وہ کوئی ایکسپیریمنٹ کر رہا ہے، اس بیچ میں کوئی چیز</w:t>
      </w:r>
    </w:p>
    <w:p>
      <w:r>
        <w:rPr>
          <w:b/>
        </w:rPr>
        <w:t xml:space="preserve">[14:09] </w:t>
      </w:r>
      <w:r>
        <w:t>flash hoti hai, is se uska mind trigger hota hai, phir woh ek discovery tak pohnchta hai.</w:t>
      </w:r>
    </w:p>
    <w:p>
      <w:pPr>
        <w:jc w:val="right"/>
      </w:pPr>
      <w:r>
        <w:t>فلیش ہوتی ہے، اس سے اس کا مائنڈ ٹریگر ہوتا ہے، پھر وہ ایک ڈسکوری تک پہنچتا ہے۔</w:t>
      </w:r>
    </w:p>
    <w:p>
      <w:r>
        <w:rPr>
          <w:b/>
        </w:rPr>
        <w:t xml:space="preserve">[14:15] </w:t>
      </w:r>
      <w:r>
        <w:t>jaise yeh bijli hai,</w:t>
      </w:r>
    </w:p>
    <w:p>
      <w:pPr>
        <w:jc w:val="right"/>
      </w:pPr>
      <w:r>
        <w:t>جیسے یہ بجلی ہے،</w:t>
      </w:r>
    </w:p>
    <w:p>
      <w:r>
        <w:rPr>
          <w:b/>
        </w:rPr>
        <w:t xml:space="preserve">[14:17] </w:t>
      </w:r>
      <w:r>
        <w:t>Faraday apne is pe kaam kar raha tha, to koi cheez flash hui, is se uska mind</w:t>
      </w:r>
    </w:p>
    <w:p>
      <w:pPr>
        <w:jc w:val="right"/>
      </w:pPr>
      <w:r>
        <w:t>فریڈے اپنے اس پہ کام کر رہا تھا، تو کوئی چیز فلیش ہوئی، اس سے اس کا مائنڈ</w:t>
      </w:r>
    </w:p>
    <w:p>
      <w:r>
        <w:rPr>
          <w:b/>
        </w:rPr>
        <w:t xml:space="preserve">[14:23] </w:t>
      </w:r>
      <w:r>
        <w:t>trigger hua, phir woh is yahan tak pohncha ke is formula daryaft kiya us ne ke electricity means</w:t>
      </w:r>
    </w:p>
    <w:p>
      <w:pPr>
        <w:jc w:val="right"/>
      </w:pPr>
      <w:r>
        <w:t>ٹریگر ہوا، پھر وہ اس یہاں تک پہنچا کہ اس فارمولا دریافت کیا اس نے کہ الیکٹریسٹی مینز</w:t>
      </w:r>
    </w:p>
    <w:p>
      <w:r>
        <w:rPr>
          <w:b/>
        </w:rPr>
        <w:t xml:space="preserve">[14:31] </w:t>
      </w:r>
      <w:r>
        <w:t>flow of electron.</w:t>
      </w:r>
    </w:p>
    <w:p>
      <w:pPr>
        <w:jc w:val="right"/>
      </w:pPr>
      <w:r>
        <w:t>فلو آف الیکٹران۔</w:t>
      </w:r>
    </w:p>
    <w:p>
      <w:r>
        <w:rPr>
          <w:b/>
        </w:rPr>
        <w:t xml:space="preserve">[14:33] </w:t>
      </w:r>
      <w:r>
        <w:t>electricity means flow of electron.</w:t>
      </w:r>
    </w:p>
    <w:p>
      <w:pPr>
        <w:jc w:val="right"/>
      </w:pPr>
      <w:r>
        <w:t>الیکٹریسٹی مینز فلو آف الیکٹران۔</w:t>
      </w:r>
    </w:p>
    <w:p>
      <w:r>
        <w:rPr>
          <w:b/>
        </w:rPr>
        <w:t xml:space="preserve">[14:36] </w:t>
      </w:r>
      <w:r>
        <w:t>to yahi muamla spiritual field ka bhi hai.</w:t>
      </w:r>
    </w:p>
    <w:p>
      <w:pPr>
        <w:jc w:val="right"/>
      </w:pPr>
      <w:r>
        <w:t>تو یہی معاملہ اسپیریچول فیلڈ کا بھی ہے۔</w:t>
      </w:r>
    </w:p>
    <w:p>
      <w:r>
        <w:rPr>
          <w:b/>
        </w:rPr>
        <w:t xml:space="preserve">[14:39] </w:t>
      </w:r>
      <w:r>
        <w:t>jo science mein hota hai, wahi spiritual field mein bhi hota hai.</w:t>
      </w:r>
    </w:p>
    <w:p>
      <w:pPr>
        <w:jc w:val="right"/>
      </w:pPr>
      <w:r>
        <w:t>جو سائنس میں ہوتا ہے، وہی اسپیریچول فیلڈ میں بھی ہوتا ہے۔</w:t>
      </w:r>
    </w:p>
    <w:p>
      <w:r>
        <w:rPr>
          <w:b/>
        </w:rPr>
        <w:t xml:space="preserve">[14:45] </w:t>
      </w:r>
      <w:r>
        <w:t>aadmi ko chahiye ke woh itna zyada,</w:t>
      </w:r>
    </w:p>
    <w:p>
      <w:pPr>
        <w:jc w:val="right"/>
      </w:pPr>
      <w:r>
        <w:t>آدمی کو چاہیے کہ وہ اتنا زیادہ،</w:t>
      </w:r>
    </w:p>
    <w:p>
      <w:r>
        <w:rPr>
          <w:b/>
        </w:rPr>
        <w:t xml:space="preserve">[14:49] </w:t>
      </w:r>
      <w:r>
        <w:t>اس کا مائنڈ اتنا زیادہ پریپیئر ہو،</w:t>
      </w:r>
    </w:p>
    <w:p>
      <w:pPr>
        <w:jc w:val="right"/>
      </w:pPr>
      <w:r>
        <w:t>اس کا مائنڈ اتنا زیادہ پریپیر ہو،</w:t>
      </w:r>
    </w:p>
    <w:p>
      <w:r>
        <w:rPr>
          <w:b/>
        </w:rPr>
        <w:t xml:space="preserve">[14:52] </w:t>
      </w:r>
      <w:r>
        <w:t>وہ اتنا زیادہ prepared mind ہو کہ جب وہ چیزوں کو دیکھے، جب وہ پڑھے، observe کرے، کوئی</w:t>
      </w:r>
    </w:p>
    <w:p>
      <w:pPr>
        <w:jc w:val="right"/>
      </w:pPr>
      <w:r>
        <w:t>وہ اتنا زیادہ پریپیرڈ مائنڈ ہو کہ جب وہ چیزوں کو دیکھے، جب وہ پڑھے، آبزرو کرے، کوئی</w:t>
      </w:r>
    </w:p>
    <w:p>
      <w:r>
        <w:rPr>
          <w:b/>
        </w:rPr>
        <w:t xml:space="preserve">[15:01] </w:t>
      </w:r>
      <w:r>
        <w:t>experience میں گزرے، تو اس کا مائنڈ ٹریگر ہو جائے۔</w:t>
      </w:r>
    </w:p>
    <w:p>
      <w:pPr>
        <w:jc w:val="right"/>
      </w:pPr>
      <w:r>
        <w:t>ایکسپیرینس میں گزرے، تو اس کا مائنڈ ٹریگر ہو جائے۔</w:t>
      </w:r>
    </w:p>
    <w:p>
      <w:r>
        <w:rPr>
          <w:b/>
        </w:rPr>
        <w:t xml:space="preserve">[15:06] </w:t>
      </w:r>
      <w:r>
        <w:t>is ka mind jab trigger hoga to bari bari cheezain daryaft hongi is ko.</w:t>
      </w:r>
    </w:p>
    <w:p>
      <w:pPr>
        <w:jc w:val="right"/>
      </w:pPr>
      <w:r>
        <w:t>اس کا مائنڈ جب ٹریگر ہوگا تو بڑی بڑی چیزیں دریافت ہوں گی اس کو۔</w:t>
      </w:r>
    </w:p>
    <w:p>
      <w:r>
        <w:rPr>
          <w:b/>
        </w:rPr>
        <w:t xml:space="preserve">[15:12] </w:t>
      </w:r>
      <w:r>
        <w:t>bari bari cheezain daryaft hongi.</w:t>
      </w:r>
    </w:p>
    <w:p>
      <w:pPr>
        <w:jc w:val="right"/>
      </w:pPr>
      <w:r>
        <w:t>بڑی بڑی چیزیں دریافت ہوں گی۔</w:t>
      </w:r>
    </w:p>
    <w:p>
      <w:r>
        <w:rPr>
          <w:b/>
        </w:rPr>
        <w:t xml:space="preserve">[15:14] </w:t>
      </w:r>
      <w:r>
        <w:t>جیسے آج جو میں نے بتایا آپ کو، میرا mind trigger ہو گیا۔</w:t>
      </w:r>
    </w:p>
    <w:p>
      <w:pPr>
        <w:jc w:val="right"/>
      </w:pPr>
      <w:r>
        <w:t>جیسے آج جو میں نے بتایا آپ کو، میرا مائنڈ ٹریگر ہو گیا۔</w:t>
      </w:r>
    </w:p>
    <w:p>
      <w:r>
        <w:rPr>
          <w:b/>
        </w:rPr>
        <w:t xml:space="preserve">[15:19] </w:t>
      </w:r>
      <w:r>
        <w:t>تو trigger ہوا تو میرا مائنڈ لگا سوچنے، لگا سوچنے، لگا سوچنے۔</w:t>
      </w:r>
    </w:p>
    <w:p>
      <w:pPr>
        <w:jc w:val="right"/>
      </w:pPr>
      <w:r>
        <w:t>تو ٹریگر ہوا تو میرا مائنڈ لگا سوچنے، لگا سوچنے، لگا سوچنے۔</w:t>
      </w:r>
    </w:p>
    <w:p>
      <w:r>
        <w:rPr>
          <w:b/>
        </w:rPr>
        <w:t xml:space="preserve">[15:24] </w:t>
      </w:r>
      <w:r>
        <w:t>ek bari anokhi baat daryaft hui.</w:t>
      </w:r>
    </w:p>
    <w:p>
      <w:pPr>
        <w:jc w:val="right"/>
      </w:pPr>
      <w:r>
        <w:t>ایک بڑی انوکھی بات دریافت ہوئی۔</w:t>
      </w:r>
    </w:p>
    <w:p>
      <w:r>
        <w:rPr>
          <w:b/>
        </w:rPr>
        <w:t xml:space="preserve">[15:28] </w:t>
      </w:r>
      <w:r>
        <w:t>ek bohat hi anokhi baat</w:t>
      </w:r>
    </w:p>
    <w:p>
      <w:pPr>
        <w:jc w:val="right"/>
      </w:pPr>
      <w:r>
        <w:t>ایک بہت ہی انوکھی بات</w:t>
      </w:r>
    </w:p>
    <w:p>
      <w:r>
        <w:rPr>
          <w:b/>
        </w:rPr>
        <w:t xml:space="preserve">[15:31] </w:t>
      </w:r>
      <w:r>
        <w:t>ke maine musalmanon ki kitabein parhi hain aur</w:t>
      </w:r>
    </w:p>
    <w:p>
      <w:pPr>
        <w:jc w:val="right"/>
      </w:pPr>
      <w:r>
        <w:t>کہ میں نے مسلمانوں کی کتابیں پڑھی ہیں اور</w:t>
      </w:r>
    </w:p>
    <w:p>
      <w:r>
        <w:rPr>
          <w:b/>
        </w:rPr>
        <w:t xml:space="preserve">[15:37] </w:t>
      </w:r>
      <w:r>
        <w:t>muslim mulkon mein safar kar ke gaya hoon, aur yahan bhi daily musalmanon se mulaqatein hoti hain.</w:t>
      </w:r>
    </w:p>
    <w:p>
      <w:pPr>
        <w:jc w:val="right"/>
      </w:pPr>
      <w:r>
        <w:t>مسلم ملکوں میں سفر کر کے گیا ہوں، اور یہاں بھی ڈیلی مسلمانوں سے ملاقاتیں ہوتی ہیں۔</w:t>
      </w:r>
    </w:p>
    <w:p>
      <w:r>
        <w:rPr>
          <w:b/>
        </w:rPr>
        <w:t xml:space="preserve">[15:43] </w:t>
      </w:r>
      <w:r>
        <w:t>میں نے پایا ہے کہ تمام مسلمان، perhaps without exception،</w:t>
      </w:r>
    </w:p>
    <w:p>
      <w:pPr>
        <w:jc w:val="right"/>
      </w:pPr>
      <w:r>
        <w:t>میں نے پایا ہے کہ تمام مسلمان، پرہیپس ودا آؤٹ ایکسیپشن،</w:t>
      </w:r>
    </w:p>
    <w:p>
      <w:r>
        <w:rPr>
          <w:b/>
        </w:rPr>
        <w:t xml:space="preserve">[15:50] </w:t>
      </w:r>
      <w:r>
        <w:t>West ke baray mein, Western world ke baray mein negative hain.</w:t>
      </w:r>
    </w:p>
    <w:p>
      <w:pPr>
        <w:jc w:val="right"/>
      </w:pPr>
      <w:r>
        <w:t>ویسٹ کے بارے میں، ویسٹرن ورلڈ کے بارے میں نیگیٹو ہیں۔</w:t>
      </w:r>
    </w:p>
    <w:p>
      <w:r>
        <w:rPr>
          <w:b/>
        </w:rPr>
        <w:t xml:space="preserve">[15:56] </w:t>
      </w:r>
      <w:r>
        <w:t>Western world ke bare mein negative hain.</w:t>
      </w:r>
    </w:p>
    <w:p>
      <w:pPr>
        <w:jc w:val="right"/>
      </w:pPr>
      <w:r>
        <w:t>ویسٹرن ورلڈ کے بارے میں نیگیٹو ہیں۔</w:t>
      </w:r>
    </w:p>
    <w:p>
      <w:r>
        <w:rPr>
          <w:b/>
        </w:rPr>
        <w:t xml:space="preserve">[15:58] </w:t>
      </w:r>
      <w:r>
        <w:t>woh Western civilization ke baray mein negative hain.</w:t>
      </w:r>
    </w:p>
    <w:p>
      <w:pPr>
        <w:jc w:val="right"/>
      </w:pPr>
      <w:r>
        <w:t>وہ ویسٹرن سویلائزیشن کے بارے میں نیگیٹو ہیں۔</w:t>
      </w:r>
    </w:p>
    <w:p>
      <w:r>
        <w:rPr>
          <w:b/>
        </w:rPr>
        <w:t xml:space="preserve">[16:04] </w:t>
      </w:r>
      <w:r>
        <w:t>kyun? woh kuch baaton ko jante hain.</w:t>
      </w:r>
    </w:p>
    <w:p>
      <w:pPr>
        <w:jc w:val="right"/>
      </w:pPr>
      <w:r>
        <w:t>کیوں؟ وہ کچھ باتوں کو جانتے ہیں۔</w:t>
      </w:r>
    </w:p>
    <w:p>
      <w:r>
        <w:rPr>
          <w:b/>
        </w:rPr>
        <w:t xml:space="preserve">[16:08] </w:t>
      </w:r>
      <w:r>
        <w:t>kuch baaton ko jante hain.</w:t>
      </w:r>
    </w:p>
    <w:p>
      <w:pPr>
        <w:jc w:val="right"/>
      </w:pPr>
      <w:r>
        <w:t>کچھ باتوں کو جانتے ہیں۔</w:t>
      </w:r>
    </w:p>
    <w:p>
      <w:r>
        <w:rPr>
          <w:b/>
        </w:rPr>
        <w:t xml:space="preserve">[16:10] </w:t>
      </w:r>
      <w:r>
        <w:t>mislan yeh ke amreeka israel ko support kyun karta hai?</w:t>
      </w:r>
    </w:p>
    <w:p>
      <w:pPr>
        <w:jc w:val="right"/>
      </w:pPr>
      <w:r>
        <w:t>مثلاً یہ کہ امریکہ اسرائیل کو سپورٹ کیوں کرتا ہے؟</w:t>
      </w:r>
    </w:p>
    <w:p>
      <w:r>
        <w:rPr>
          <w:b/>
        </w:rPr>
        <w:t xml:space="preserve">[16:16] </w:t>
      </w:r>
      <w:r>
        <w:t>colonial powers ne kyun otman park ko khatam kiya? is tarah kuch cheezon ko jante hain.</w:t>
      </w:r>
    </w:p>
    <w:p>
      <w:pPr>
        <w:jc w:val="right"/>
      </w:pPr>
      <w:r>
        <w:t>کلونیل پاورز نے کیوں اٹمان پارک کو ختم کیا؟ اس طرح کچھ چیزوں کو جانتے ہیں۔</w:t>
      </w:r>
    </w:p>
    <w:p>
      <w:r>
        <w:rPr>
          <w:b/>
        </w:rPr>
        <w:t xml:space="preserve">[16:25] </w:t>
      </w:r>
      <w:r>
        <w:t>lekin agar woh</w:t>
      </w:r>
    </w:p>
    <w:p>
      <w:pPr>
        <w:jc w:val="right"/>
      </w:pPr>
      <w:r>
        <w:t>لیکن اگر وہ</w:t>
      </w:r>
    </w:p>
    <w:p>
      <w:r>
        <w:rPr>
          <w:b/>
        </w:rPr>
        <w:t xml:space="preserve">[16:28] </w:t>
      </w:r>
      <w:r>
        <w:t>prepared mind ہوں تو ایک بہت بڑی چیز دریافت کریں گے۔</w:t>
      </w:r>
    </w:p>
    <w:p>
      <w:pPr>
        <w:jc w:val="right"/>
      </w:pPr>
      <w:r>
        <w:t>پریپیرڈ مائنڈ ہوں تو ایک بہت بڑی چیز دریافت کریں گے۔</w:t>
      </w:r>
    </w:p>
    <w:p>
      <w:r>
        <w:rPr>
          <w:b/>
        </w:rPr>
        <w:t xml:space="preserve">[16:33] </w:t>
      </w:r>
      <w:r>
        <w:t>kyunke unhon ne kaise, aisa, is tarah ke waqeat kaise hue? kaise woh kamyab hue aisa karne mein?</w:t>
      </w:r>
    </w:p>
    <w:p>
      <w:pPr>
        <w:jc w:val="right"/>
      </w:pPr>
      <w:r>
        <w:t>کیونکہ انہوں نے کیسے، ایسا، اس طرح کے واقعات کیسے ہوئے؟ کیسے وہ کامیاب ہوئے ایسا کرنے میں؟</w:t>
      </w:r>
    </w:p>
    <w:p>
      <w:r>
        <w:rPr>
          <w:b/>
        </w:rPr>
        <w:t xml:space="preserve">[16:42] </w:t>
      </w:r>
      <w:r>
        <w:t>اس کا راز تھا کہ انہوں نے nature میں جو hidden treasure تھا، technology کی شکل میں، اس</w:t>
      </w:r>
    </w:p>
    <w:p>
      <w:pPr>
        <w:jc w:val="right"/>
      </w:pPr>
      <w:r>
        <w:t>اس کا راز تھا کہ انہوں نے نیچر میں جو ہڈن ٹریژر تھا، ٹیکنالوجی کی شکل میں، اس</w:t>
      </w:r>
    </w:p>
    <w:p>
      <w:r>
        <w:rPr>
          <w:b/>
        </w:rPr>
        <w:t xml:space="preserve">[16:49] </w:t>
      </w:r>
      <w:r>
        <w:t>ko daryaft kiya.</w:t>
      </w:r>
    </w:p>
    <w:p>
      <w:pPr>
        <w:jc w:val="right"/>
      </w:pPr>
      <w:r>
        <w:t>کو دریافت کیا۔</w:t>
      </w:r>
    </w:p>
    <w:p>
      <w:r>
        <w:rPr>
          <w:b/>
        </w:rPr>
        <w:t xml:space="preserve">[16:51] </w:t>
      </w:r>
      <w:r>
        <w:t>yeh technology jo hai, woh kya hai? nature mein chupi hui thi.</w:t>
      </w:r>
    </w:p>
    <w:p>
      <w:pPr>
        <w:jc w:val="right"/>
      </w:pPr>
      <w:r>
        <w:t>یہ ٹیکنالوجی جو ہے، وہ کیا ہے؟ نیچر میں چھپی ہوئی تھی۔</w:t>
      </w:r>
    </w:p>
    <w:p>
      <w:r>
        <w:rPr>
          <w:b/>
        </w:rPr>
        <w:t xml:space="preserve">[16:58] </w:t>
      </w:r>
      <w:r>
        <w:t>ٹیکنالوجی میں as a hidden treasure وہ چھپی ہوئی تھی۔</w:t>
      </w:r>
    </w:p>
    <w:p>
      <w:pPr>
        <w:jc w:val="right"/>
      </w:pPr>
      <w:r>
        <w:t>ٹیکنالوجی میں ایز اے ہڈن ٹریژر وہ چھپی ہوئی تھی۔</w:t>
      </w:r>
    </w:p>
    <w:p>
      <w:r>
        <w:rPr>
          <w:b/>
        </w:rPr>
        <w:t xml:space="preserve">[17:02] </w:t>
      </w:r>
      <w:r>
        <w:t>is ko daryaft kiya unhon ne.</w:t>
      </w:r>
    </w:p>
    <w:p>
      <w:pPr>
        <w:jc w:val="right"/>
      </w:pPr>
      <w:r>
        <w:t>اس کو دریافت کیا انہوں نے۔</w:t>
      </w:r>
    </w:p>
    <w:p>
      <w:r>
        <w:rPr>
          <w:b/>
        </w:rPr>
        <w:t xml:space="preserve">[17:04] </w:t>
      </w:r>
      <w:r>
        <w:t>toh sab cheezein banai unhon ne.</w:t>
      </w:r>
    </w:p>
    <w:p>
      <w:pPr>
        <w:jc w:val="right"/>
      </w:pPr>
      <w:r>
        <w:t>تو سب چیزیں بنائی انہوں نے۔</w:t>
      </w:r>
    </w:p>
    <w:p>
      <w:r>
        <w:rPr>
          <w:b/>
        </w:rPr>
        <w:t xml:space="preserve">[17:06] </w:t>
      </w:r>
      <w:r>
        <w:t>technology develop ki unhon ne.</w:t>
      </w:r>
    </w:p>
    <w:p>
      <w:pPr>
        <w:jc w:val="right"/>
      </w:pPr>
      <w:r>
        <w:t>ٹیکنالوجی ڈیولپ کی انہوں نے۔</w:t>
      </w:r>
    </w:p>
    <w:p>
      <w:r>
        <w:rPr>
          <w:b/>
        </w:rPr>
        <w:t xml:space="preserve">[17:09] </w:t>
      </w:r>
      <w:r>
        <w:t>unhon ne hawa jahaz banaye, car banai,</w:t>
      </w:r>
    </w:p>
    <w:p>
      <w:pPr>
        <w:jc w:val="right"/>
      </w:pPr>
      <w:r>
        <w:t>انہوں نے ہوا جہاز بنائے، کار بنائی،</w:t>
      </w:r>
    </w:p>
    <w:p>
      <w:r>
        <w:rPr>
          <w:b/>
        </w:rPr>
        <w:t xml:space="preserve">[17:13] </w:t>
      </w:r>
      <w:r>
        <w:t>spaceship banaye, engine banaye, factoryan banai, industry lagai.</w:t>
      </w:r>
    </w:p>
    <w:p>
      <w:pPr>
        <w:jc w:val="right"/>
      </w:pPr>
      <w:r>
        <w:t>اسٹیپ شپ بنائے، انجن بنائے، فیکٹریاں بنائیں، انڈسٹری لگائی۔</w:t>
      </w:r>
    </w:p>
    <w:p>
      <w:r>
        <w:rPr>
          <w:b/>
        </w:rPr>
        <w:t xml:space="preserve">[17:17] </w:t>
      </w:r>
      <w:r>
        <w:t>woh sab kya tha?</w:t>
      </w:r>
    </w:p>
    <w:p>
      <w:pPr>
        <w:jc w:val="right"/>
      </w:pPr>
      <w:r>
        <w:t>وہ سب کیا تھا؟</w:t>
      </w:r>
    </w:p>
    <w:p>
      <w:r>
        <w:rPr>
          <w:b/>
        </w:rPr>
        <w:t xml:space="preserve">[17:20] </w:t>
      </w:r>
      <w:r>
        <w:t>وہ سب تھا نیچر میں جو hidden technology تھی، اس کو دریافت کرنے کے نتیجے میں یہ ہوا۔</w:t>
      </w:r>
    </w:p>
    <w:p>
      <w:pPr>
        <w:jc w:val="right"/>
      </w:pPr>
      <w:r>
        <w:t>وہ سب تھا نیچر میں جو ہڈن ٹیکنالوجی تھی، اس کو دریافت کرنے کے نتیجے میں یہ ہوا۔</w:t>
      </w:r>
    </w:p>
    <w:p>
      <w:r>
        <w:rPr>
          <w:b/>
        </w:rPr>
        <w:t xml:space="preserve">[17:27] </w:t>
      </w:r>
      <w:r>
        <w:t>toh sara jo karishma hai, woh</w:t>
      </w:r>
    </w:p>
    <w:p>
      <w:pPr>
        <w:jc w:val="right"/>
      </w:pPr>
      <w:r>
        <w:t>تو سارا جو کرشمہ ہے، وہ</w:t>
      </w:r>
    </w:p>
    <w:p>
      <w:r>
        <w:rPr>
          <w:b/>
        </w:rPr>
        <w:t xml:space="preserve">[17:31] </w:t>
      </w:r>
      <w:r>
        <w:t>nature mein chupi hui</w:t>
      </w:r>
    </w:p>
    <w:p>
      <w:pPr>
        <w:jc w:val="right"/>
      </w:pPr>
      <w:r>
        <w:t>نیچر میں چھپی ہوئی</w:t>
      </w:r>
    </w:p>
    <w:p>
      <w:r>
        <w:rPr>
          <w:b/>
        </w:rPr>
        <w:t xml:space="preserve">[17:35] </w:t>
      </w:r>
      <w:r>
        <w:t>technology ko daryaft karne ka.</w:t>
      </w:r>
    </w:p>
    <w:p>
      <w:pPr>
        <w:jc w:val="right"/>
      </w:pPr>
      <w:r>
        <w:t>ٹیکنالوجی کو دریافت کرنے کا۔</w:t>
      </w:r>
    </w:p>
    <w:p>
      <w:r>
        <w:rPr>
          <w:b/>
        </w:rPr>
        <w:t xml:space="preserve">[17:39] </w:t>
      </w:r>
      <w:r>
        <w:t>toh maine socha ke yeh, yeh jo technology unhon ne daryaft ki hai,</w:t>
      </w:r>
    </w:p>
    <w:p>
      <w:pPr>
        <w:jc w:val="right"/>
      </w:pPr>
      <w:r>
        <w:t>تو میں نے سوچا کہ یہ، یہ جو ٹیکنالوجی انہوں نے دریافت کی ہے،</w:t>
      </w:r>
    </w:p>
    <w:p>
      <w:r>
        <w:rPr>
          <w:b/>
        </w:rPr>
        <w:t xml:space="preserve">[17:46] </w:t>
      </w:r>
      <w:r>
        <w:t>mislan main yahan bol raha hoon dilli mein, aur potentially dunya bhar mein meri baat sun rahe hain</w:t>
      </w:r>
    </w:p>
    <w:p>
      <w:pPr>
        <w:jc w:val="right"/>
      </w:pPr>
      <w:r>
        <w:t>مثلاً میں یہاں بول رہا ہوں دلی میں، اور پوٹینشلی دنیا بھر میں میری بات سن رہے ہیں</w:t>
      </w:r>
    </w:p>
    <w:p>
      <w:r>
        <w:rPr>
          <w:b/>
        </w:rPr>
        <w:t xml:space="preserve">[17:51] </w:t>
      </w:r>
      <w:r>
        <w:t>log. potentially. yani meri tasveer, meri awaz, sab kuch har jagah pahunch rahi hai.</w:t>
      </w:r>
    </w:p>
    <w:p>
      <w:pPr>
        <w:jc w:val="right"/>
      </w:pPr>
      <w:r>
        <w:t>لوگ۔ پوٹینشلی۔ یعنی میری تصویر، میری آواز، سب کچھ ہر جگہ پہنچ رہی ہے۔</w:t>
      </w:r>
    </w:p>
    <w:p>
      <w:r>
        <w:rPr>
          <w:b/>
        </w:rPr>
        <w:t xml:space="preserve">[18:00] </w:t>
      </w:r>
      <w:r>
        <w:t>potentially. toh yeh jo hai, agar musalmanon ke andar dawat ka mizaj ho, woh jante hon ke musalman</w:t>
      </w:r>
    </w:p>
    <w:p>
      <w:pPr>
        <w:jc w:val="right"/>
      </w:pPr>
      <w:r>
        <w:t>پوٹینشلی۔ تو یہ جو ہے، اگر مسلمانوں کے اندر دعوت کا مزاج ہو، وہ جانتے ہوں کہ مسلمان</w:t>
      </w:r>
    </w:p>
    <w:p>
      <w:r>
        <w:rPr>
          <w:b/>
        </w:rPr>
        <w:t xml:space="preserve">[18:11] </w:t>
      </w:r>
      <w:r>
        <w:t>ka mission dawat ka mission hai,</w:t>
      </w:r>
    </w:p>
    <w:p>
      <w:pPr>
        <w:jc w:val="right"/>
      </w:pPr>
      <w:r>
        <w:t>کا مشن دعوت کا مشن ہے،</w:t>
      </w:r>
    </w:p>
    <w:p>
      <w:r>
        <w:rPr>
          <w:b/>
        </w:rPr>
        <w:t xml:space="preserve">[18:14] </w:t>
      </w:r>
      <w:r>
        <w:t>toh woh kya sochenge?</w:t>
      </w:r>
    </w:p>
    <w:p>
      <w:pPr>
        <w:jc w:val="right"/>
      </w:pPr>
      <w:r>
        <w:t>تو وہ کیا سوچیں گے؟</w:t>
      </w:r>
    </w:p>
    <w:p>
      <w:r>
        <w:rPr>
          <w:b/>
        </w:rPr>
        <w:t xml:space="preserve">[18:17] </w:t>
      </w:r>
      <w:r>
        <w:t>woh yeh sochenge ke western civilization ka license share toh hum ko mil raha hai.</w:t>
      </w:r>
    </w:p>
    <w:p>
      <w:pPr>
        <w:jc w:val="right"/>
      </w:pPr>
      <w:r>
        <w:t>وہ یہ سوچیں گے کہ ویسٹرن سویلائزیشن کا لائنس شیئر تو ہم کو مل رہا ہے۔</w:t>
      </w:r>
    </w:p>
    <w:p>
      <w:r>
        <w:rPr>
          <w:b/>
        </w:rPr>
        <w:t xml:space="preserve">[18:22] </w:t>
      </w:r>
      <w:r>
        <w:t>license share. kyunke agar hum un, is technology ko istemal karein dawat ke liye, dawat ka matlab hai,</w:t>
      </w:r>
    </w:p>
    <w:p>
      <w:pPr>
        <w:jc w:val="right"/>
      </w:pPr>
      <w:r>
        <w:t>لائنس شیئر۔ کیونکہ اگر ہم ان، اس ٹیکنالوجی کو استعمال کریں دعوت کے لیے، دعوت کا مطلب ہے،</w:t>
      </w:r>
    </w:p>
    <w:p>
      <w:r>
        <w:rPr>
          <w:b/>
        </w:rPr>
        <w:t xml:space="preserve">[18:32] </w:t>
      </w:r>
      <w:r>
        <w:t>yani god ke message ko sari dunya mein pahunchana, peaceful message ko pahunchana.</w:t>
      </w:r>
    </w:p>
    <w:p>
      <w:pPr>
        <w:jc w:val="right"/>
      </w:pPr>
      <w:r>
        <w:t>یعنی گاڈ کے میسج کو ساری دنیا میں پہنچانا، پیس فل میسج کو پہنچانا۔</w:t>
      </w:r>
    </w:p>
    <w:p>
      <w:r>
        <w:rPr>
          <w:b/>
        </w:rPr>
        <w:t xml:space="preserve">[18:42] </w:t>
      </w:r>
      <w:r>
        <w:t>to aap jante hain ke</w:t>
      </w:r>
    </w:p>
    <w:p>
      <w:pPr>
        <w:jc w:val="right"/>
      </w:pPr>
      <w:r>
        <w:t>تو آپ جانتے ہیں کہ</w:t>
      </w:r>
    </w:p>
    <w:p>
      <w:r>
        <w:rPr>
          <w:b/>
        </w:rPr>
        <w:t xml:space="preserve">[18:45] </w:t>
      </w:r>
      <w:r>
        <w:t>western civilization se pehle yeh possible nahi tha ke dunya bhar mein yeh message pohanchaya jaye.</w:t>
      </w:r>
    </w:p>
    <w:p>
      <w:pPr>
        <w:jc w:val="right"/>
      </w:pPr>
      <w:r>
        <w:t>ویسٹرن سویلائزیشن سے پہلے یہ پاسیبل نہیں تھا کہ دنیا بھر میں یہ میسج پہنچایا جائے۔</w:t>
      </w:r>
    </w:p>
    <w:p>
      <w:r>
        <w:rPr>
          <w:b/>
        </w:rPr>
        <w:t xml:space="preserve">[18:51] </w:t>
      </w:r>
      <w:r>
        <w:t>jo divine message hai,</w:t>
      </w:r>
    </w:p>
    <w:p>
      <w:pPr>
        <w:jc w:val="right"/>
      </w:pPr>
      <w:r>
        <w:t>جو ڈیوائن میسج ہے،</w:t>
      </w:r>
    </w:p>
    <w:p>
      <w:r>
        <w:rPr>
          <w:b/>
        </w:rPr>
        <w:t xml:space="preserve">[18:55] </w:t>
      </w:r>
      <w:r>
        <w:t>jo peaceful message hai creator ka, us ko sirf local level par hum pohancha sakte thay.</w:t>
      </w:r>
    </w:p>
    <w:p>
      <w:pPr>
        <w:jc w:val="right"/>
      </w:pPr>
      <w:r>
        <w:t>جو پیس فل میسج ہے کریٹر کا، اس کو صرف لوکل لیول پر ہم پہنچا سکتے تھے۔</w:t>
      </w:r>
    </w:p>
    <w:p>
      <w:r>
        <w:rPr>
          <w:b/>
        </w:rPr>
        <w:t xml:space="preserve">[19:03] </w:t>
      </w:r>
      <w:r>
        <w:t>global level par nahi.</w:t>
      </w:r>
    </w:p>
    <w:p>
      <w:pPr>
        <w:jc w:val="right"/>
      </w:pPr>
      <w:r>
        <w:t>گلوبل لیول پر نہیں۔</w:t>
      </w:r>
    </w:p>
    <w:p>
      <w:r>
        <w:rPr>
          <w:b/>
        </w:rPr>
        <w:t xml:space="preserve">[19:06] </w:t>
      </w:r>
      <w:r>
        <w:t>to yeh western civilization hai</w:t>
      </w:r>
    </w:p>
    <w:p>
      <w:pPr>
        <w:jc w:val="right"/>
      </w:pPr>
      <w:r>
        <w:t>تو یہ ویسٹرن سویلائزیشن ہے</w:t>
      </w:r>
    </w:p>
    <w:p>
      <w:r>
        <w:rPr>
          <w:b/>
        </w:rPr>
        <w:t xml:space="preserve">[19:11] </w:t>
      </w:r>
      <w:r>
        <w:t>jinhon ne is ko possible banaya.</w:t>
      </w:r>
    </w:p>
    <w:p>
      <w:pPr>
        <w:jc w:val="right"/>
      </w:pPr>
      <w:r>
        <w:t>جنہوں نے اس کو پاسیبل بنایا۔</w:t>
      </w:r>
    </w:p>
    <w:p>
      <w:r>
        <w:rPr>
          <w:b/>
        </w:rPr>
        <w:t xml:space="preserve">[19:13] </w:t>
      </w:r>
      <w:r>
        <w:t>misal aap jante hain ke</w:t>
      </w:r>
    </w:p>
    <w:p>
      <w:pPr>
        <w:jc w:val="right"/>
      </w:pPr>
      <w:r>
        <w:t>مثلاً آپ جانتے ہیں کہ</w:t>
      </w:r>
    </w:p>
    <w:p>
      <w:r>
        <w:rPr>
          <w:b/>
        </w:rPr>
        <w:t xml:space="preserve">[19:18] </w:t>
      </w:r>
      <w:r>
        <w:t>hawai jahaz ki sanat</w:t>
      </w:r>
    </w:p>
    <w:p>
      <w:pPr>
        <w:jc w:val="right"/>
      </w:pPr>
      <w:r>
        <w:t>ہوا جہاز کی صنعت</w:t>
      </w:r>
    </w:p>
    <w:p>
      <w:r>
        <w:rPr>
          <w:b/>
        </w:rPr>
        <w:t xml:space="preserve">[19:21] </w:t>
      </w:r>
      <w:r>
        <w:t>develop hui zyada tar first world war ke darmiyan.</w:t>
      </w:r>
    </w:p>
    <w:p>
      <w:pPr>
        <w:jc w:val="right"/>
      </w:pPr>
      <w:r>
        <w:t>ڈیولپ ہوئی زیادہ تر فرسٹ ورلڈ وار کے دوران۔</w:t>
      </w:r>
    </w:p>
    <w:p>
      <w:r>
        <w:rPr>
          <w:b/>
        </w:rPr>
        <w:t xml:space="preserve">[19:26] </w:t>
      </w:r>
      <w:r>
        <w:t>aise hi yeh jo communication hai,</w:t>
      </w:r>
    </w:p>
    <w:p>
      <w:pPr>
        <w:jc w:val="right"/>
      </w:pPr>
      <w:r>
        <w:t>ایسے ہی یہ جو کمیونیکیشن ہے،</w:t>
      </w:r>
    </w:p>
    <w:p>
      <w:r>
        <w:rPr>
          <w:b/>
        </w:rPr>
        <w:t xml:space="preserve">[19:31] </w:t>
      </w:r>
      <w:r>
        <w:t>yeh zyada tar develop hua second world war ke darmiyan.</w:t>
      </w:r>
    </w:p>
    <w:p>
      <w:pPr>
        <w:jc w:val="right"/>
      </w:pPr>
      <w:r>
        <w:t>یہ زیادہ تر ڈیولپ ہوا سیکنڈ ورلڈ وار کے دوران۔</w:t>
      </w:r>
    </w:p>
    <w:p>
      <w:r>
        <w:rPr>
          <w:b/>
        </w:rPr>
        <w:t xml:space="preserve">[19:36] </w:t>
      </w:r>
      <w:r>
        <w:t>yeh kal unhon ne kiya, western world ne kiya, unhon ne kiya apne maqsad ke liye, apne commercial</w:t>
      </w:r>
    </w:p>
    <w:p>
      <w:pPr>
        <w:jc w:val="right"/>
      </w:pPr>
      <w:r>
        <w:t>یہ کل انہوں نے کیا، ویسٹرن ورلڈ نے کیا، انہوں نے کیا اپنے مقصد کے لیے، اپنے کمرشل</w:t>
      </w:r>
    </w:p>
    <w:p>
      <w:r>
        <w:rPr>
          <w:b/>
        </w:rPr>
        <w:t xml:space="preserve">[19:42] </w:t>
      </w:r>
      <w:r>
        <w:t>purpose ke liye ya worldly purpose ke liye.</w:t>
      </w:r>
    </w:p>
    <w:p>
      <w:pPr>
        <w:jc w:val="right"/>
      </w:pPr>
      <w:r>
        <w:t>پرپز کے لیے یا ورلڈلی پرپز کے لیے۔</w:t>
      </w:r>
    </w:p>
    <w:p>
      <w:r>
        <w:rPr>
          <w:b/>
        </w:rPr>
        <w:t xml:space="preserve">[19:45] </w:t>
      </w:r>
      <w:r>
        <w:t>lekin jo daai hai,</w:t>
      </w:r>
    </w:p>
    <w:p>
      <w:pPr>
        <w:jc w:val="right"/>
      </w:pPr>
      <w:r>
        <w:t>لیکن جو داعی ہے،</w:t>
      </w:r>
    </w:p>
    <w:p>
      <w:r>
        <w:rPr>
          <w:b/>
        </w:rPr>
        <w:t xml:space="preserve">[19:48] </w:t>
      </w:r>
      <w:r>
        <w:t>us ko istemal karta hai is technology ko, is communication ko,</w:t>
      </w:r>
    </w:p>
    <w:p>
      <w:pPr>
        <w:jc w:val="right"/>
      </w:pPr>
      <w:r>
        <w:t>اس کو استعمال کرتا ہے اس ٹیکنالوجی کو، اس کمیونیکیشن کو،</w:t>
      </w:r>
    </w:p>
    <w:p>
      <w:r>
        <w:rPr>
          <w:b/>
        </w:rPr>
        <w:t xml:space="preserve">[19:56] </w:t>
      </w:r>
      <w:r>
        <w:t>God ke mission ke liye, God ke mission ko phailane ke liye.</w:t>
      </w:r>
    </w:p>
    <w:p>
      <w:pPr>
        <w:jc w:val="right"/>
      </w:pPr>
      <w:r>
        <w:t>گاڈ کے مشن کے لیے، گاڈ کے مشن کو پھیلانے کے لیے۔</w:t>
      </w:r>
    </w:p>
    <w:p>
      <w:r>
        <w:rPr>
          <w:b/>
        </w:rPr>
        <w:t xml:space="preserve">[20:00] </w:t>
      </w:r>
      <w:r>
        <w:t>yani ek aise kaam ke liye jis ka bohat bara reward is ko akhirat mein milega.</w:t>
      </w:r>
    </w:p>
    <w:p>
      <w:pPr>
        <w:jc w:val="right"/>
      </w:pPr>
      <w:r>
        <w:t>یعنی ایک ایسے کام کے لیے جس کا بہت بڑا ریوارڈ اس کو آخرت میں ملے گا۔</w:t>
      </w:r>
    </w:p>
    <w:p>
      <w:r>
        <w:rPr>
          <w:b/>
        </w:rPr>
        <w:t xml:space="preserve">[20:06] </w:t>
      </w:r>
      <w:r>
        <w:t>us ko paradise milegi.</w:t>
      </w:r>
    </w:p>
    <w:p>
      <w:pPr>
        <w:jc w:val="right"/>
      </w:pPr>
      <w:r>
        <w:t>اس کو پیرائز ملے گی۔</w:t>
      </w:r>
    </w:p>
    <w:p>
      <w:r>
        <w:rPr>
          <w:b/>
        </w:rPr>
        <w:t xml:space="preserve">[20:10] </w:t>
      </w:r>
      <w:r>
        <w:t>yani ek believer</w:t>
      </w:r>
    </w:p>
    <w:p>
      <w:pPr>
        <w:jc w:val="right"/>
      </w:pPr>
      <w:r>
        <w:t>یعنی ایک بیلیور</w:t>
      </w:r>
    </w:p>
    <w:p>
      <w:r>
        <w:rPr>
          <w:b/>
        </w:rPr>
        <w:t xml:space="preserve">[20:12] </w:t>
      </w:r>
      <w:r>
        <w:t>jo sacha daai ho, us ke dil mein logon ki khair khwahi ho,</w:t>
      </w:r>
    </w:p>
    <w:p>
      <w:pPr>
        <w:jc w:val="right"/>
      </w:pPr>
      <w:r>
        <w:t>جو سچا داعی ہو، اس کے دل میں لوگوں کی خیرخواہی ہو،</w:t>
      </w:r>
    </w:p>
    <w:p>
      <w:r>
        <w:rPr>
          <w:b/>
        </w:rPr>
        <w:t xml:space="preserve">[20:18] </w:t>
      </w:r>
      <w:r>
        <w:t>aur logon ki khair khwahi ke liye peaceful andaaz mein</w:t>
      </w:r>
    </w:p>
    <w:p>
      <w:pPr>
        <w:jc w:val="right"/>
      </w:pPr>
      <w:r>
        <w:t>اور لوگوں کی خیرخواہی کے لیے پیس فل انداز میں</w:t>
      </w:r>
    </w:p>
    <w:p>
      <w:r>
        <w:rPr>
          <w:b/>
        </w:rPr>
        <w:t xml:space="preserve">[20:23] </w:t>
      </w:r>
      <w:r>
        <w:t>woh Khuda ke paigham ko pohanchaye,</w:t>
      </w:r>
    </w:p>
    <w:p>
      <w:pPr>
        <w:jc w:val="right"/>
      </w:pPr>
      <w:r>
        <w:t>وہ خدا کے پیغام کو پہنچائے،</w:t>
      </w:r>
    </w:p>
    <w:p>
      <w:r>
        <w:rPr>
          <w:b/>
        </w:rPr>
        <w:t xml:space="preserve">[20:27] </w:t>
      </w:r>
      <w:r>
        <w:t>divine mission ko phailaye,</w:t>
      </w:r>
    </w:p>
    <w:p>
      <w:pPr>
        <w:jc w:val="right"/>
      </w:pPr>
      <w:r>
        <w:t>ڈیوائن مشن کو پھیلائے،</w:t>
      </w:r>
    </w:p>
    <w:p>
      <w:r>
        <w:rPr>
          <w:b/>
        </w:rPr>
        <w:t xml:space="preserve">[20:33] </w:t>
      </w:r>
      <w:r>
        <w:t>to woh akhirat mein bohat hi bara eternal reward payega, eternal reward.</w:t>
      </w:r>
    </w:p>
    <w:p>
      <w:pPr>
        <w:jc w:val="right"/>
      </w:pPr>
      <w:r>
        <w:t>تو وہ آخرت میں بہت ہی بڑا ایٹرنل ریوارڈ پائے گا، ایٹرنل ریوارڈ۔</w:t>
      </w:r>
    </w:p>
    <w:p>
      <w:r>
        <w:rPr>
          <w:b/>
        </w:rPr>
        <w:t xml:space="preserve">[20:40] </w:t>
      </w:r>
      <w:r>
        <w:t>to istemal to karega yahi, yahi communication,</w:t>
      </w:r>
    </w:p>
    <w:p>
      <w:pPr>
        <w:jc w:val="right"/>
      </w:pPr>
      <w:r>
        <w:t>تو استعمال تو کرے گا یہی، یہی کمیونیکیشن،</w:t>
      </w:r>
    </w:p>
    <w:p>
      <w:r>
        <w:rPr>
          <w:b/>
        </w:rPr>
        <w:t xml:space="preserve">[20:45] </w:t>
      </w:r>
      <w:r>
        <w:t>yahi technology. To western, west ke log jo is ko istemal kar rahe hain, wo apne worldly purpose</w:t>
      </w:r>
    </w:p>
    <w:p>
      <w:pPr>
        <w:jc w:val="right"/>
      </w:pPr>
      <w:r>
        <w:t>یہی ٹیکنالوجی۔ تو ویسٹرن، ویسٹ کے لوگ جو اس کو استعمال کر رہے ہیں، وہ اپنے ورلڈلی پرپز</w:t>
      </w:r>
    </w:p>
    <w:p>
      <w:r>
        <w:rPr>
          <w:b/>
        </w:rPr>
        <w:t xml:space="preserve">[20:54] </w:t>
      </w:r>
      <w:r>
        <w:t>ke liye istemal kar rahe hain.</w:t>
      </w:r>
    </w:p>
    <w:p>
      <w:pPr>
        <w:jc w:val="right"/>
      </w:pPr>
      <w:r>
        <w:t>کے لیے استعمال کر رہے ہیں۔</w:t>
      </w:r>
    </w:p>
    <w:p>
      <w:r>
        <w:rPr>
          <w:b/>
        </w:rPr>
        <w:t xml:space="preserve">[20:56] </w:t>
      </w:r>
      <w:r>
        <w:t>Aur daai istemal karega to is ko akhirat mein reward milega.</w:t>
      </w:r>
    </w:p>
    <w:p>
      <w:pPr>
        <w:jc w:val="right"/>
      </w:pPr>
      <w:r>
        <w:t>اور داعی استعمال کرے گا تو اس کو آخرت میں ریوارڈ ملے گا۔</w:t>
      </w:r>
    </w:p>
    <w:p>
      <w:r>
        <w:rPr>
          <w:b/>
        </w:rPr>
        <w:t xml:space="preserve">[21:01] </w:t>
      </w:r>
      <w:r>
        <w:t>To isi ko main keh raha hoon ke licence share to isi ko milta hai.</w:t>
      </w:r>
    </w:p>
    <w:p>
      <w:pPr>
        <w:jc w:val="right"/>
      </w:pPr>
      <w:r>
        <w:t>تو اسی کو میں کہہ رہا ہوں کہ لائنس شیئر تو اسی کو ملتا ہے۔</w:t>
      </w:r>
    </w:p>
    <w:p>
      <w:r>
        <w:rPr>
          <w:b/>
        </w:rPr>
        <w:t xml:space="preserve">[21:06] </w:t>
      </w:r>
      <w:r>
        <w:t>In ko to bohat chota faida milta hai, aur daai ko bohat bara faida milta hai.</w:t>
      </w:r>
    </w:p>
    <w:p>
      <w:pPr>
        <w:jc w:val="right"/>
      </w:pPr>
      <w:r>
        <w:t>ان کو تو بہت چھوٹا فائدہ ملتا ہے، اور داعی کو بہت بڑا فائدہ ملتا ہے۔</w:t>
      </w:r>
    </w:p>
    <w:p>
      <w:r>
        <w:rPr>
          <w:b/>
        </w:rPr>
        <w:t xml:space="preserve">[21:12] </w:t>
      </w:r>
      <w:r>
        <w:t>Aik ajeeb ghareeb khayal mere zehan mein aaya ke jo log west ke dushman ho gaye hain, wo</w:t>
      </w:r>
    </w:p>
    <w:p>
      <w:pPr>
        <w:jc w:val="right"/>
      </w:pPr>
      <w:r>
        <w:t>ایک عجیب غریب خیال میرے ذہن میں آیا کہ جو لوگ ویسٹ کے دشمن ہو گئے ہیں، وہ</w:t>
      </w:r>
    </w:p>
    <w:p>
      <w:r>
        <w:rPr>
          <w:b/>
        </w:rPr>
        <w:t xml:space="preserve">[21:20] </w:t>
      </w:r>
      <w:r>
        <w:t>agar is jaan lein is baat ko, to west ko apna benefactor samjhein.</w:t>
      </w:r>
    </w:p>
    <w:p>
      <w:pPr>
        <w:jc w:val="right"/>
      </w:pPr>
      <w:r>
        <w:t>اگر اس جان لیں اس بات کو، تو ویسٹ کو اپنا بینیفیکٹر سمجھیں۔</w:t>
      </w:r>
    </w:p>
    <w:p>
      <w:r>
        <w:rPr>
          <w:b/>
        </w:rPr>
        <w:t xml:space="preserve">[21:25] </w:t>
      </w:r>
      <w:r>
        <w:t>Benefactor. Ke west ki wajah se yeh mumkin hua ke hum Khuda ke message ko</w:t>
      </w:r>
    </w:p>
    <w:p>
      <w:pPr>
        <w:jc w:val="right"/>
      </w:pPr>
      <w:r>
        <w:t>بینیفیکٹر۔ کہ ویسٹ کی وجہ سے یہ ممکن ہوا کہ ہم خدا کے میسج کو</w:t>
      </w:r>
    </w:p>
    <w:p>
      <w:r>
        <w:rPr>
          <w:b/>
        </w:rPr>
        <w:t xml:space="preserve">[21:34] </w:t>
      </w:r>
      <w:r>
        <w:t>global level pouncha sakein.</w:t>
      </w:r>
    </w:p>
    <w:p>
      <w:pPr>
        <w:jc w:val="right"/>
      </w:pPr>
      <w:r>
        <w:t>گلوبل لیول پہنچا سکیں۔</w:t>
      </w:r>
    </w:p>
    <w:p>
      <w:r>
        <w:rPr>
          <w:b/>
        </w:rPr>
        <w:t xml:space="preserve">[21:37] </w:t>
      </w:r>
      <w:r>
        <w:t>Kyunke aap dekhiye, predicate place unhon ne develop kiya,</w:t>
      </w:r>
    </w:p>
    <w:p>
      <w:pPr>
        <w:jc w:val="right"/>
      </w:pPr>
      <w:r>
        <w:t>کیونکہ آپ دیکھیے، پریڈک پلیس انہوں نے ڈیولپ کیا،</w:t>
      </w:r>
    </w:p>
    <w:p>
      <w:r>
        <w:rPr>
          <w:b/>
        </w:rPr>
        <w:t xml:space="preserve">[21:42] </w:t>
      </w:r>
      <w:r>
        <w:t>camera unhon ne develop kiya, computer unhon ne develop kiya, hawai jahaz unhon ne develop kiya, modern communication</w:t>
      </w:r>
    </w:p>
    <w:p>
      <w:pPr>
        <w:jc w:val="right"/>
      </w:pPr>
      <w:r>
        <w:t>کیمرہ انہوں نے ڈیولپ کیا، کمپیوٹر انہوں نے ڈیولپ کیا، ہوا جہاز انہوں نے ڈیولپ کیا، ماڈرن کمیونیکیشن</w:t>
      </w:r>
    </w:p>
    <w:p>
      <w:r>
        <w:rPr>
          <w:b/>
        </w:rPr>
        <w:t xml:space="preserve">[21:49] </w:t>
      </w:r>
      <w:r>
        <w:t>saara unhon ne develop kiya.</w:t>
      </w:r>
    </w:p>
    <w:p>
      <w:pPr>
        <w:jc w:val="right"/>
      </w:pPr>
      <w:r>
        <w:t>سارا انہوں نے ڈیولپ کیا۔</w:t>
      </w:r>
    </w:p>
    <w:p>
      <w:r>
        <w:rPr>
          <w:b/>
        </w:rPr>
        <w:t xml:space="preserve">[21:51] </w:t>
      </w:r>
      <w:r>
        <w:t>Is mein Muslim qaumon ka to koi dakhal nahi hai.</w:t>
      </w:r>
    </w:p>
    <w:p>
      <w:pPr>
        <w:jc w:val="right"/>
      </w:pPr>
      <w:r>
        <w:t>اس میں مسلم قوموں کا تو کوئی دخل نہیں ہے۔</w:t>
      </w:r>
    </w:p>
    <w:p>
      <w:r>
        <w:rPr>
          <w:b/>
        </w:rPr>
        <w:t xml:space="preserve">[21:55] </w:t>
      </w:r>
      <w:r>
        <w:t>Koi bhi cheez nahi hai jo ke Muslim mulkon mein ya Arab mein develop hui ho.</w:t>
      </w:r>
    </w:p>
    <w:p>
      <w:pPr>
        <w:jc w:val="right"/>
      </w:pPr>
      <w:r>
        <w:t>کوئی بھی چیز نہیں ہے جو کہ مسلم ملکوں میں یا عرب میں ڈیولپ ہوئی ہو۔</w:t>
      </w:r>
    </w:p>
    <w:p>
      <w:r>
        <w:rPr>
          <w:b/>
        </w:rPr>
        <w:t xml:space="preserve">[22:00] </w:t>
      </w:r>
      <w:r>
        <w:t>Saari cheezein develop hui hain western world mein.</w:t>
      </w:r>
    </w:p>
    <w:p>
      <w:pPr>
        <w:jc w:val="right"/>
      </w:pPr>
      <w:r>
        <w:t>ساری چیزیں ڈیولپ ہوئی ہیں ویسٹرن ورلڈ میں۔</w:t>
      </w:r>
    </w:p>
    <w:p>
      <w:r>
        <w:rPr>
          <w:b/>
        </w:rPr>
        <w:t xml:space="preserve">[22:03] </w:t>
      </w:r>
      <w:r>
        <w:t>To unhon ne kiya is ko apne commercial purpose ke liye, worldly purpose ke liye.</w:t>
      </w:r>
    </w:p>
    <w:p>
      <w:pPr>
        <w:jc w:val="right"/>
      </w:pPr>
      <w:r>
        <w:t>تو انہوں نے کیا اس کو اپنے کمرشل پرپز کے لیے، ورلڈلی پرپز کے لیے۔</w:t>
      </w:r>
    </w:p>
    <w:p>
      <w:r>
        <w:rPr>
          <w:b/>
        </w:rPr>
        <w:t xml:space="preserve">[22:10] </w:t>
      </w:r>
      <w:r>
        <w:t>Ab aik believer is ko istemal kare dawat ke liye,</w:t>
      </w:r>
    </w:p>
    <w:p>
      <w:pPr>
        <w:jc w:val="right"/>
      </w:pPr>
      <w:r>
        <w:t>اب ایک بیلیور اس کو استعمال کرے دعوت کے لیے،</w:t>
      </w:r>
    </w:p>
    <w:p>
      <w:r>
        <w:rPr>
          <w:b/>
        </w:rPr>
        <w:t xml:space="preserve">[22:14] </w:t>
      </w:r>
      <w:r>
        <w:t>to is ka matlab ke wo aik aisay mission ke liye is ko istemal kar raha hai jis</w:t>
      </w:r>
    </w:p>
    <w:p>
      <w:pPr>
        <w:jc w:val="right"/>
      </w:pPr>
      <w:r>
        <w:t>تو اس کا معنی کہ وہ ایک ایسے مشن کے لیے اس کو استعمال کر رہا ہے جس</w:t>
      </w:r>
    </w:p>
    <w:p>
      <w:r>
        <w:rPr>
          <w:b/>
        </w:rPr>
        <w:t xml:space="preserve">[22:19] </w:t>
      </w:r>
      <w:r>
        <w:t>ka reward is ko eternal life mein milega, eternally.</w:t>
      </w:r>
    </w:p>
    <w:p>
      <w:pPr>
        <w:jc w:val="right"/>
      </w:pPr>
      <w:r>
        <w:t>کا ریوارڈ اس کو ایٹرنل لائف میں ملے گا، ایٹرنلی۔</w:t>
      </w:r>
    </w:p>
    <w:p>
      <w:r>
        <w:rPr>
          <w:b/>
        </w:rPr>
        <w:t xml:space="preserve">[22:25] </w:t>
      </w:r>
      <w:r>
        <w:t>To is ko, is ko main keh raha hoon ke licence share to isi ko hua.</w:t>
      </w:r>
    </w:p>
    <w:p>
      <w:pPr>
        <w:jc w:val="right"/>
      </w:pPr>
      <w:r>
        <w:t>تو اس کو، اس کو میں کہہ رہا ہوں کہ لائنس شیئر تو اسی کو ہوا۔</w:t>
      </w:r>
    </w:p>
    <w:p>
      <w:r>
        <w:rPr>
          <w:b/>
        </w:rPr>
        <w:t xml:space="preserve">[22:31] </w:t>
      </w:r>
      <w:r>
        <w:t>Zyada bara in ko less than one percent mila, aur believers ko to more than ninety nine percent</w:t>
      </w:r>
    </w:p>
    <w:p>
      <w:pPr>
        <w:jc w:val="right"/>
      </w:pPr>
      <w:r>
        <w:t>زیادہ بڑا ان کو لیس دین ون پرسنٹ ملا، اور بیلیورز کو تو مور دین نائنٹی نائن پرسنٹ</w:t>
      </w:r>
    </w:p>
    <w:p>
      <w:r>
        <w:rPr>
          <w:b/>
        </w:rPr>
        <w:t xml:space="preserve">[22:39] </w:t>
      </w:r>
      <w:r>
        <w:t>mila. Agar yeh sochein to western world</w:t>
      </w:r>
    </w:p>
    <w:p>
      <w:pPr>
        <w:jc w:val="right"/>
      </w:pPr>
      <w:r>
        <w:t>ملا۔ اگر یہ سوچیں تو ویسٹرن ورلڈ</w:t>
      </w:r>
    </w:p>
    <w:p>
      <w:r>
        <w:rPr>
          <w:b/>
        </w:rPr>
        <w:t xml:space="preserve">[22:45] </w:t>
      </w:r>
      <w:r>
        <w:t>ko hum samjhein ke yeh to benefactor hamara hai.</w:t>
      </w:r>
    </w:p>
    <w:p>
      <w:pPr>
        <w:jc w:val="right"/>
      </w:pPr>
      <w:r>
        <w:t>کو ہم سمجھیں کہ یہ تو بینیفیکٹر ہمارا ہے۔</w:t>
      </w:r>
    </w:p>
    <w:p>
      <w:r>
        <w:rPr>
          <w:b/>
        </w:rPr>
        <w:t xml:space="preserve">[22:48] </w:t>
      </w:r>
      <w:r>
        <w:t>To main samajhta hoon ke insaan is liye paida nahi kiya gaya hai ke wo jungle mein chala</w:t>
      </w:r>
    </w:p>
    <w:p>
      <w:pPr>
        <w:jc w:val="right"/>
      </w:pPr>
      <w:r>
        <w:t>تو میں سمجھتا ہوں کہ انسان اس لیے پیدا نہیں کیا گیا ہے کہ وہ جنگل میں چلا</w:t>
      </w:r>
    </w:p>
    <w:p>
      <w:r>
        <w:rPr>
          <w:b/>
        </w:rPr>
        <w:t xml:space="preserve">[22:53] </w:t>
      </w:r>
      <w:r>
        <w:t>jaaye, ecstasy mein jiye.</w:t>
      </w:r>
    </w:p>
    <w:p>
      <w:pPr>
        <w:jc w:val="right"/>
      </w:pPr>
      <w:r>
        <w:t>جائے، ایکسٹسی میں جیے۔</w:t>
      </w:r>
    </w:p>
    <w:p>
      <w:r>
        <w:rPr>
          <w:b/>
        </w:rPr>
        <w:t xml:space="preserve">[22:57] </w:t>
      </w:r>
      <w:r>
        <w:t>nahin, woh is liye paida kiya hoga ke apne mind ko unfold kare.</w:t>
      </w:r>
    </w:p>
    <w:p>
      <w:pPr>
        <w:jc w:val="right"/>
      </w:pPr>
      <w:r>
        <w:t>نہیں، وہ اس لیے پیدا کیا ہوگا کہ اپنے مائنڈ کو انفولڈ کرے۔</w:t>
      </w:r>
    </w:p>
    <w:p>
      <w:r>
        <w:rPr>
          <w:b/>
        </w:rPr>
        <w:t xml:space="preserve">[23:02] </w:t>
      </w:r>
      <w:r>
        <w:t>yeh mind jo hai, is ke andar bohat ziyada capacity hai.</w:t>
      </w:r>
    </w:p>
    <w:p>
      <w:pPr>
        <w:jc w:val="right"/>
      </w:pPr>
      <w:r>
        <w:t>یہ مائنڈ جو ہے، اس کے اندر بہت زیادہ کیپیسٹی ہے۔</w:t>
      </w:r>
    </w:p>
    <w:p>
      <w:r>
        <w:rPr>
          <w:b/>
        </w:rPr>
        <w:t xml:space="preserve">[23:07] </w:t>
      </w:r>
      <w:r>
        <w:t>is mind ko unfold kar ke logon ne telescope banaya, microscope banaya, hawa jahaz banaya.</w:t>
      </w:r>
    </w:p>
    <w:p>
      <w:pPr>
        <w:jc w:val="right"/>
      </w:pPr>
      <w:r>
        <w:t>اس مائنڈ کو انفولڈ کر کے لوگوں نے ٹیلیسکوپ بنایا، مائیکروسکوپ بنایا، ہوا جہاز بنایا۔</w:t>
      </w:r>
    </w:p>
    <w:p>
      <w:r>
        <w:rPr>
          <w:b/>
        </w:rPr>
        <w:t xml:space="preserve">[23:15] </w:t>
      </w:r>
      <w:r>
        <w:t>to hum is mind ko, yaani</w:t>
      </w:r>
    </w:p>
    <w:p>
      <w:pPr>
        <w:jc w:val="right"/>
      </w:pPr>
      <w:r>
        <w:t>تو ہم اس مائنڈ کو، یعنی</w:t>
      </w:r>
    </w:p>
    <w:p>
      <w:r>
        <w:rPr>
          <w:b/>
        </w:rPr>
        <w:t xml:space="preserve">[23:19] </w:t>
      </w:r>
      <w:r>
        <w:t>le ke jangall mein koi chala jaaye,</w:t>
      </w:r>
    </w:p>
    <w:p>
      <w:pPr>
        <w:jc w:val="right"/>
      </w:pPr>
      <w:r>
        <w:t>لے کے جنگل میں کوئی چلا جائے،</w:t>
      </w:r>
    </w:p>
    <w:p>
      <w:r>
        <w:rPr>
          <w:b/>
        </w:rPr>
        <w:t xml:space="preserve">[23:22] </w:t>
      </w:r>
      <w:r>
        <w:t>to mein samajhta hoon ke creator ka jo plan hai, woh hai mind ko unfold karna,</w:t>
      </w:r>
    </w:p>
    <w:p>
      <w:pPr>
        <w:jc w:val="right"/>
      </w:pPr>
      <w:r>
        <w:t>تو میں سمجھتا ہوں کہ کریٹر کا جو پلان ہے، وہ ہے مائنڈ کو انفولڈ کرنا،</w:t>
      </w:r>
    </w:p>
    <w:p>
      <w:r>
        <w:rPr>
          <w:b/>
        </w:rPr>
        <w:t xml:space="preserve">[23:30] </w:t>
      </w:r>
      <w:r>
        <w:t>taake is ke andar hidden treasure jo hai zahir ho.</w:t>
      </w:r>
    </w:p>
    <w:p>
      <w:pPr>
        <w:jc w:val="right"/>
      </w:pPr>
      <w:r>
        <w:t>تاکہ اس کے اندر ہڈن ٹریژر جو ہے ظاہر ہو۔</w:t>
      </w:r>
    </w:p>
    <w:p>
      <w:r>
        <w:rPr>
          <w:b/>
        </w:rPr>
        <w:t xml:space="preserve">[23:32] </w:t>
      </w:r>
      <w:r>
        <w:t>yeh saara jo, jo nature mein jo technology thi, us ko daryaft kaise kiya gaya? Mind ke zariye</w:t>
      </w:r>
    </w:p>
    <w:p>
      <w:pPr>
        <w:jc w:val="right"/>
      </w:pPr>
      <w:r>
        <w:t>یہ سارا جو، جو نیچر میں جو ٹیکنالوجی تھی، اس کو دریافت کیسے کیا گیا؟ مائنڈ کے ذریعے</w:t>
      </w:r>
    </w:p>
    <w:p>
      <w:r>
        <w:rPr>
          <w:b/>
        </w:rPr>
        <w:t xml:space="preserve">[23:39] </w:t>
      </w:r>
      <w:r>
        <w:t>se. Mind ke zariye se.</w:t>
      </w:r>
    </w:p>
    <w:p>
      <w:pPr>
        <w:jc w:val="right"/>
      </w:pPr>
      <w:r>
        <w:t>سے۔ مائنڈ کے ذریعے سے۔</w:t>
      </w:r>
    </w:p>
    <w:p>
      <w:r>
        <w:rPr>
          <w:b/>
        </w:rPr>
        <w:t xml:space="preserve">[23:43] </w:t>
      </w:r>
      <w:r>
        <w:t>agar mind ko istemal na karte to yeh technology poori ki poori nature mein chupi hui pari rehti.</w:t>
      </w:r>
    </w:p>
    <w:p>
      <w:pPr>
        <w:jc w:val="right"/>
      </w:pPr>
      <w:r>
        <w:t>اگر مائنڈ کو استعمال نہ کرتے تو یہ ٹیکنالوجی پوری کی پوری نیچر میں چھپی ہوئی پڑی رہتی۔</w:t>
      </w:r>
    </w:p>
    <w:p>
      <w:r>
        <w:rPr>
          <w:b/>
        </w:rPr>
        <w:t xml:space="preserve">[23:53] </w:t>
      </w:r>
      <w:r>
        <w:t>to mein samajhta hoon ke sab se bara jo insaan ka</w:t>
      </w:r>
    </w:p>
    <w:p>
      <w:pPr>
        <w:jc w:val="right"/>
      </w:pPr>
      <w:r>
        <w:t>تو میں سمجھتا ہوں کہ سب سے بڑا جو انسان کا</w:t>
      </w:r>
    </w:p>
    <w:p>
      <w:r>
        <w:rPr>
          <w:b/>
        </w:rPr>
        <w:t xml:space="preserve">[23:58] </w:t>
      </w:r>
      <w:r>
        <w:t>jo kaam hai, woh hai apne mind ko unfold karna.</w:t>
      </w:r>
    </w:p>
    <w:p>
      <w:pPr>
        <w:jc w:val="right"/>
      </w:pPr>
      <w:r>
        <w:t>جو کام ہے، وہ ہے اپنے مائنڈ کو انفولڈ کرنا۔</w:t>
      </w:r>
    </w:p>
    <w:p>
      <w:r>
        <w:rPr>
          <w:b/>
        </w:rPr>
        <w:t xml:space="preserve">[24:04] </w:t>
      </w:r>
      <w:r>
        <w:t>aur unfold karne ke liye zaroori hai ke aap ke paas,</w:t>
      </w:r>
    </w:p>
    <w:p>
      <w:pPr>
        <w:jc w:val="right"/>
      </w:pPr>
      <w:r>
        <w:t>اور انفولڈ کرنے کے لیے ضروری ہے کہ آپ کے پاس،</w:t>
      </w:r>
    </w:p>
    <w:p>
      <w:r>
        <w:rPr>
          <w:b/>
        </w:rPr>
        <w:t xml:space="preserve">[24:08] </w:t>
      </w:r>
      <w:r>
        <w:t>aap, aap ek, ek aur wisdom aap ke andar ho.</w:t>
      </w:r>
    </w:p>
    <w:p>
      <w:pPr>
        <w:jc w:val="right"/>
      </w:pPr>
      <w:r>
        <w:t>آپ، آپ ایک، ایک اور وزڈم آپ کے اندر ہو۔</w:t>
      </w:r>
    </w:p>
    <w:p>
      <w:r>
        <w:rPr>
          <w:b/>
        </w:rPr>
        <w:t xml:space="preserve">[24:13] </w:t>
      </w:r>
      <w:r>
        <w:t>ek aur wisdom.</w:t>
      </w:r>
    </w:p>
    <w:p>
      <w:pPr>
        <w:jc w:val="right"/>
      </w:pPr>
      <w:r>
        <w:t>ایک اور وزڈم۔</w:t>
      </w:r>
    </w:p>
    <w:p>
      <w:r>
        <w:rPr>
          <w:b/>
        </w:rPr>
        <w:t xml:space="preserve">[24:14] </w:t>
      </w:r>
      <w:r>
        <w:t>woh yeh hai ke aap kisi negative experience se disturb na hon.</w:t>
      </w:r>
    </w:p>
    <w:p>
      <w:pPr>
        <w:jc w:val="right"/>
      </w:pPr>
      <w:r>
        <w:t>وہ یہ ہے کہ آپ کسی نیگیٹیو ایکسپیرینس سے ڈسٹرب نہ ہوں۔</w:t>
      </w:r>
    </w:p>
    <w:p>
      <w:r>
        <w:rPr>
          <w:b/>
        </w:rPr>
        <w:t xml:space="preserve">[24:20] </w:t>
      </w:r>
      <w:r>
        <w:t>negative experience se aap negative na ho jaayen.</w:t>
      </w:r>
    </w:p>
    <w:p>
      <w:pPr>
        <w:jc w:val="right"/>
      </w:pPr>
      <w:r>
        <w:t>نیگیٹیو ایکسپیرینس سے آپ نیگیٹیو نہ ہو جائیں۔</w:t>
      </w:r>
    </w:p>
    <w:p>
      <w:r>
        <w:rPr>
          <w:b/>
        </w:rPr>
        <w:t xml:space="preserve">[24:23] </w:t>
      </w:r>
      <w:r>
        <w:t>reaction mein na pad jaayen.</w:t>
      </w:r>
    </w:p>
    <w:p>
      <w:pPr>
        <w:jc w:val="right"/>
      </w:pPr>
      <w:r>
        <w:t>ری ایکشن میں نہ پڑ جائیں۔</w:t>
      </w:r>
    </w:p>
    <w:p>
      <w:r>
        <w:rPr>
          <w:b/>
        </w:rPr>
        <w:t xml:space="preserve">[24:28] </w:t>
      </w:r>
      <w:r>
        <w:t>jaise mein ne misaal di ke musalman saari duniya mein</w:t>
      </w:r>
    </w:p>
    <w:p>
      <w:pPr>
        <w:jc w:val="right"/>
      </w:pPr>
      <w:r>
        <w:t>جیسے میں نے مثال دی کہ مسلمان ساری دنیا میں</w:t>
      </w:r>
    </w:p>
    <w:p>
      <w:r>
        <w:rPr>
          <w:b/>
        </w:rPr>
        <w:t xml:space="preserve">[24:36] </w:t>
      </w:r>
      <w:r>
        <w:t>west ke khilaaf ho rahe hain.</w:t>
      </w:r>
    </w:p>
    <w:p>
      <w:pPr>
        <w:jc w:val="right"/>
      </w:pPr>
      <w:r>
        <w:t>ویسٹ کے خلاف ہو رہے ہیں۔</w:t>
      </w:r>
    </w:p>
    <w:p>
      <w:r>
        <w:rPr>
          <w:b/>
        </w:rPr>
        <w:t xml:space="preserve">[24:38] </w:t>
      </w:r>
      <w:r>
        <w:t>sab ke sab samajhte hain ke west hamara enemy hai.</w:t>
      </w:r>
    </w:p>
    <w:p>
      <w:pPr>
        <w:jc w:val="right"/>
      </w:pPr>
      <w:r>
        <w:t>سب کے سب سمجھتے ہیں کہ ویسٹ ہمارا اینیمی ہے۔</w:t>
      </w:r>
    </w:p>
    <w:p>
      <w:r>
        <w:rPr>
          <w:b/>
        </w:rPr>
        <w:t xml:space="preserve">[24:44] </w:t>
      </w:r>
      <w:r>
        <w:t>is ki wajah se woh bohat bari baat</w:t>
      </w:r>
    </w:p>
    <w:p>
      <w:pPr>
        <w:jc w:val="right"/>
      </w:pPr>
      <w:r>
        <w:t>اس کی وجہ سے وہ بہت بڑی بات</w:t>
      </w:r>
    </w:p>
    <w:p>
      <w:r>
        <w:rPr>
          <w:b/>
        </w:rPr>
        <w:t xml:space="preserve">[24:47] </w:t>
      </w:r>
      <w:r>
        <w:t>daryaft nahin kar paa rahe ke west un ka benefactor hai.</w:t>
      </w:r>
    </w:p>
    <w:p>
      <w:pPr>
        <w:jc w:val="right"/>
      </w:pPr>
      <w:r>
        <w:t>دریافت نہیں کر پا رہے کہ ویسٹ ان کا بینیفیکٹر ہے۔</w:t>
      </w:r>
    </w:p>
    <w:p>
      <w:r>
        <w:rPr>
          <w:b/>
        </w:rPr>
        <w:t xml:space="preserve">[24:52] </w:t>
      </w:r>
      <w:r>
        <w:t>west ne un ko yeh mauqa diya ke woh apne mission ko,</w:t>
      </w:r>
    </w:p>
    <w:p>
      <w:pPr>
        <w:jc w:val="right"/>
      </w:pPr>
      <w:r>
        <w:t>ویسٹ نے ان کو یہ موقع دیا کہ وہ اپنے مشن کو،</w:t>
      </w:r>
    </w:p>
    <w:p>
      <w:r>
        <w:rPr>
          <w:b/>
        </w:rPr>
        <w:t xml:space="preserve">[24:59] </w:t>
      </w:r>
      <w:r>
        <w:t>apne mission ko global level par phailaa sakain.</w:t>
      </w:r>
    </w:p>
    <w:p>
      <w:pPr>
        <w:jc w:val="right"/>
      </w:pPr>
      <w:r>
        <w:t>اپنے مشن کو گلوبل لیول پر پھیلا سکیں۔</w:t>
      </w:r>
    </w:p>
    <w:p>
      <w:r>
        <w:rPr>
          <w:b/>
        </w:rPr>
        <w:t xml:space="preserve">[25:02] </w:t>
      </w:r>
      <w:r>
        <w:t>is se pehle possible hi nahin tha.</w:t>
      </w:r>
    </w:p>
    <w:p>
      <w:pPr>
        <w:jc w:val="right"/>
      </w:pPr>
      <w:r>
        <w:t>اس سے پہلے پاسیبل ہی نہیں تھا۔</w:t>
      </w:r>
    </w:p>
    <w:p>
      <w:r>
        <w:rPr>
          <w:b/>
        </w:rPr>
        <w:t xml:space="preserve">[25:05] </w:t>
      </w:r>
      <w:r>
        <w:t>is se pehle possible nahin tha.</w:t>
      </w:r>
    </w:p>
    <w:p>
      <w:pPr>
        <w:jc w:val="right"/>
      </w:pPr>
      <w:r>
        <w:t>اس سے پہلے پاسیبل نہیں تھا۔</w:t>
      </w:r>
    </w:p>
    <w:p>
      <w:r>
        <w:rPr>
          <w:b/>
        </w:rPr>
        <w:t xml:space="preserve">[25:11] </w:t>
      </w:r>
      <w:r>
        <w:t>misalan ek, ek tabai thay, woh arab se niklay.</w:t>
      </w:r>
    </w:p>
    <w:p>
      <w:pPr>
        <w:jc w:val="right"/>
      </w:pPr>
      <w:r>
        <w:t>مثلاً ایک، ایک تابعی تھے، وہ عرب سے نکلے۔</w:t>
      </w:r>
    </w:p>
    <w:p>
      <w:r>
        <w:rPr>
          <w:b/>
        </w:rPr>
        <w:t xml:space="preserve">[25:16] </w:t>
      </w:r>
      <w:r>
        <w:t>un ka shauq yeh tha ke quran ke message ko sari dunya mein pahunchain.</w:t>
      </w:r>
    </w:p>
    <w:p>
      <w:pPr>
        <w:jc w:val="right"/>
      </w:pPr>
      <w:r>
        <w:t>ان کا شوق یہ تھا کہ قرآن کے میسج کو ساری دنیا میں پہنچائیں۔</w:t>
      </w:r>
    </w:p>
    <w:p>
      <w:r>
        <w:rPr>
          <w:b/>
        </w:rPr>
        <w:t xml:space="preserve">[25:21] </w:t>
      </w:r>
      <w:r>
        <w:t>is waqt un ko pata nahin tha dunya kitni bari hai.</w:t>
      </w:r>
    </w:p>
    <w:p>
      <w:pPr>
        <w:jc w:val="right"/>
      </w:pPr>
      <w:r>
        <w:t>اس وقت ان کو پتہ نہیں تھا دنیا کتنی بڑی ہے۔</w:t>
      </w:r>
    </w:p>
    <w:p>
      <w:r>
        <w:rPr>
          <w:b/>
        </w:rPr>
        <w:t xml:space="preserve">[25:26] </w:t>
      </w:r>
      <w:r>
        <w:t>to apne sathiyon ke sath woh arab se niklay.</w:t>
      </w:r>
    </w:p>
    <w:p>
      <w:pPr>
        <w:jc w:val="right"/>
      </w:pPr>
      <w:r>
        <w:t>تو اپنے ساتھیوں کے ساتھ وہ عرب سے نکلے۔</w:t>
      </w:r>
    </w:p>
    <w:p>
      <w:r>
        <w:rPr>
          <w:b/>
        </w:rPr>
        <w:t xml:space="preserve">[25:29] </w:t>
      </w:r>
      <w:r>
        <w:t>phir woh hotay hotay africa mein pahunchay.</w:t>
      </w:r>
    </w:p>
    <w:p>
      <w:pPr>
        <w:jc w:val="right"/>
      </w:pPr>
      <w:r>
        <w:t>پھر وہ ہوتے ہوتے افریقہ میں پہنچے۔</w:t>
      </w:r>
    </w:p>
    <w:p>
      <w:r>
        <w:rPr>
          <w:b/>
        </w:rPr>
        <w:t xml:space="preserve">[25:33] </w:t>
      </w:r>
      <w:r>
        <w:t>africa mein chalte hue ghoṛe par sawaar thay woh.</w:t>
      </w:r>
    </w:p>
    <w:p>
      <w:pPr>
        <w:jc w:val="right"/>
      </w:pPr>
      <w:r>
        <w:t>افریقہ میں چلتے ہوئے گھوڑے پر سوار تھے وہ۔</w:t>
      </w:r>
    </w:p>
    <w:p>
      <w:r>
        <w:rPr>
          <w:b/>
        </w:rPr>
        <w:t xml:space="preserve">[25:37] </w:t>
      </w:r>
      <w:r>
        <w:t>atlantic ke kinare pahunch gay.</w:t>
      </w:r>
    </w:p>
    <w:p>
      <w:pPr>
        <w:jc w:val="right"/>
      </w:pPr>
      <w:r>
        <w:t>اٹلانٹک کے کنارے پہنچ گئے۔</w:t>
      </w:r>
    </w:p>
    <w:p>
      <w:r>
        <w:rPr>
          <w:b/>
        </w:rPr>
        <w:t xml:space="preserve">[25:39] </w:t>
      </w:r>
      <w:r>
        <w:t>jahan samandar tha.</w:t>
      </w:r>
    </w:p>
    <w:p>
      <w:pPr>
        <w:jc w:val="right"/>
      </w:pPr>
      <w:r>
        <w:t>جہاں سمندر تھا۔</w:t>
      </w:r>
    </w:p>
    <w:p>
      <w:r>
        <w:rPr>
          <w:b/>
        </w:rPr>
        <w:t xml:space="preserve">[25:41] </w:t>
      </w:r>
      <w:r>
        <w:t>ab un ko pata nahin ke atlantic is paar kya hai.</w:t>
      </w:r>
    </w:p>
    <w:p>
      <w:pPr>
        <w:jc w:val="right"/>
      </w:pPr>
      <w:r>
        <w:t>اب ان کو پتہ نہیں کہ اٹلانٹک اس پار کیا ہے۔</w:t>
      </w:r>
    </w:p>
    <w:p>
      <w:r>
        <w:rPr>
          <w:b/>
        </w:rPr>
        <w:t xml:space="preserve">[25:45] </w:t>
      </w:r>
      <w:r>
        <w:t>to wahan woh kharay ho gay.</w:t>
      </w:r>
    </w:p>
    <w:p>
      <w:pPr>
        <w:jc w:val="right"/>
      </w:pPr>
      <w:r>
        <w:t>تو وہاں وہ کھڑے ہو گئے۔</w:t>
      </w:r>
    </w:p>
    <w:p>
      <w:r>
        <w:rPr>
          <w:b/>
        </w:rPr>
        <w:t xml:space="preserve">[25:48] </w:t>
      </w:r>
      <w:r>
        <w:t>aur is waqt unhon ne kaha tha ke khudaaya agar mujhe maloom hota ke is samandar ke is</w:t>
      </w:r>
    </w:p>
    <w:p>
      <w:pPr>
        <w:jc w:val="right"/>
      </w:pPr>
      <w:r>
        <w:t>اور اس وقت انہوں نے کہا تھا کہ خدایا اگر مجھے معلوم ہوتا کہ اس سمندر کے اس</w:t>
      </w:r>
    </w:p>
    <w:p>
      <w:r>
        <w:rPr>
          <w:b/>
        </w:rPr>
        <w:t xml:space="preserve">[25:53] </w:t>
      </w:r>
      <w:r>
        <w:t>paar bhi koi dunya hai to main apna ghoṛa samandar mein daal deta.</w:t>
      </w:r>
    </w:p>
    <w:p>
      <w:pPr>
        <w:jc w:val="right"/>
      </w:pPr>
      <w:r>
        <w:t>پار بھی کوئی دنیا ہے تو میں اپنا گھوڑا سمندر میں ڈال دیتا۔</w:t>
      </w:r>
    </w:p>
    <w:p>
      <w:r>
        <w:rPr>
          <w:b/>
        </w:rPr>
        <w:t xml:space="preserve">[25:59] </w:t>
      </w:r>
      <w:r>
        <w:t>to yeh, to aaj woh, aaj woh cheez kis ne khatam ki?</w:t>
      </w:r>
    </w:p>
    <w:p>
      <w:pPr>
        <w:jc w:val="right"/>
      </w:pPr>
      <w:r>
        <w:t>تو یہ، تو آج وہ، آج وہ چیز کس نے ختم کی؟</w:t>
      </w:r>
    </w:p>
    <w:p>
      <w:r>
        <w:rPr>
          <w:b/>
        </w:rPr>
        <w:t xml:space="preserve">[26:04] </w:t>
      </w:r>
      <w:r>
        <w:t>geography ka ilm kis ne diya?</w:t>
      </w:r>
    </w:p>
    <w:p>
      <w:pPr>
        <w:jc w:val="right"/>
      </w:pPr>
      <w:r>
        <w:t>جیوگرافی کا علم کس نے دیا؟</w:t>
      </w:r>
    </w:p>
    <w:p>
      <w:r>
        <w:rPr>
          <w:b/>
        </w:rPr>
        <w:t xml:space="preserve">[26:07] </w:t>
      </w:r>
      <w:r>
        <w:t>sawariyan kis ne din? communication kis ne diya? kis ne is ko possible banaya ke hum kitaben chhap</w:t>
      </w:r>
    </w:p>
    <w:p>
      <w:pPr>
        <w:jc w:val="right"/>
      </w:pPr>
      <w:r>
        <w:t>سواریاں کس نے دیں؟ کمیونیکیشن کس نے دیا؟ کس نے اس کو پاسیبل بنایا کہ ہم کتابیں چھاپ</w:t>
      </w:r>
    </w:p>
    <w:p>
      <w:r>
        <w:rPr>
          <w:b/>
        </w:rPr>
        <w:t xml:space="preserve">[26:13] </w:t>
      </w:r>
      <w:r>
        <w:t>kar dunya mein pahunchayen? yeh west ne kiya.</w:t>
      </w:r>
    </w:p>
    <w:p>
      <w:pPr>
        <w:jc w:val="right"/>
      </w:pPr>
      <w:r>
        <w:t>کر دنیا میں پہنچائیں؟ یہ ویسٹ نے کیا۔</w:t>
      </w:r>
    </w:p>
    <w:p>
      <w:r>
        <w:rPr>
          <w:b/>
        </w:rPr>
        <w:t xml:space="preserve">[26:17] </w:t>
      </w:r>
      <w:r>
        <w:t>to kya west hamara supporter ban gaya?</w:t>
      </w:r>
    </w:p>
    <w:p>
      <w:pPr>
        <w:jc w:val="right"/>
      </w:pPr>
      <w:r>
        <w:t>تو کیا ویسٹ ہمارا سپورٹر بن گیا؟</w:t>
      </w:r>
    </w:p>
    <w:p>
      <w:r>
        <w:rPr>
          <w:b/>
        </w:rPr>
        <w:t xml:space="preserve">[26:22] </w:t>
      </w:r>
      <w:r>
        <w:t>west jo hai woh hamara supporter ban gaya.</w:t>
      </w:r>
    </w:p>
    <w:p>
      <w:pPr>
        <w:jc w:val="right"/>
      </w:pPr>
      <w:r>
        <w:t>ویسٹ جو ہے وہ ہمارا سپورٹر بن گیا۔</w:t>
      </w:r>
    </w:p>
    <w:p>
      <w:r>
        <w:rPr>
          <w:b/>
        </w:rPr>
        <w:t xml:space="preserve">[26:26] </w:t>
      </w:r>
      <w:r>
        <w:t>lekin chuna ke musalmanon par yeh wazeh nahin ke un ka mission kya hai,</w:t>
      </w:r>
    </w:p>
    <w:p>
      <w:pPr>
        <w:jc w:val="right"/>
      </w:pPr>
      <w:r>
        <w:t>لیکن چونکہ مسلمانوں پر یہ واضح نہیں کہ ان کا مشن کیا ہے،</w:t>
      </w:r>
    </w:p>
    <w:p>
      <w:r>
        <w:rPr>
          <w:b/>
        </w:rPr>
        <w:t xml:space="preserve">[26:33] </w:t>
      </w:r>
      <w:r>
        <w:t>kal ek bohat lamba maqala maine parha, is mein unhon ne bataya ke musalmanon ka mission hai</w:t>
      </w:r>
    </w:p>
    <w:p>
      <w:pPr>
        <w:jc w:val="right"/>
      </w:pPr>
      <w:r>
        <w:t>کل ایک بہت لمبا مقالہ میں نے پڑھا، اس میں انہوں نے بتایا کہ مسلمانوں کا مشن ہے</w:t>
      </w:r>
    </w:p>
    <w:p>
      <w:r>
        <w:rPr>
          <w:b/>
        </w:rPr>
        <w:t xml:space="preserve">[26:39] </w:t>
      </w:r>
      <w:r>
        <w:t>ke sari dunya mein islam ka hukm qaim karen.</w:t>
      </w:r>
    </w:p>
    <w:p>
      <w:pPr>
        <w:jc w:val="right"/>
      </w:pPr>
      <w:r>
        <w:t>کہ ساری دنیا میں اسلام کا حکم قائم کریں۔</w:t>
      </w:r>
    </w:p>
    <w:p>
      <w:r>
        <w:rPr>
          <w:b/>
        </w:rPr>
        <w:t xml:space="preserve">[26:42] </w:t>
      </w:r>
      <w:r>
        <w:t>bilkul treatable baat yeh hai.</w:t>
      </w:r>
    </w:p>
    <w:p>
      <w:pPr>
        <w:jc w:val="right"/>
      </w:pPr>
      <w:r>
        <w:t>بالکل ٹریٹیبلس بات یہ ہے۔</w:t>
      </w:r>
    </w:p>
    <w:p>
      <w:r>
        <w:rPr>
          <w:b/>
        </w:rPr>
        <w:t xml:space="preserve">[26:45] </w:t>
      </w:r>
      <w:r>
        <w:t>mein ne socha ke sari dunya mein islam ki hukoomat to kabhi qaim nahi hui, aur na ho</w:t>
      </w:r>
    </w:p>
    <w:p>
      <w:pPr>
        <w:jc w:val="right"/>
      </w:pPr>
      <w:r>
        <w:t>میں نے سوچا کہ ساری دنیا میں اسلام کی حکومت تو کبھی قائم نہیں ہوئی، اور نہ ہو</w:t>
      </w:r>
    </w:p>
    <w:p>
      <w:r>
        <w:rPr>
          <w:b/>
        </w:rPr>
        <w:t xml:space="preserve">[26:50] </w:t>
      </w:r>
      <w:r>
        <w:t>سکتی ہے۔ تو کیا خدا ایک ایسا مشن دے گا اپنے ماننے والوں کو جو سرے سے achievable</w:t>
      </w:r>
    </w:p>
    <w:p>
      <w:pPr>
        <w:jc w:val="right"/>
      </w:pPr>
      <w:r>
        <w:t>سکتی ہے۔ تو کیا خدا ایک ایسا مشن دے گا اپنے ماننے والوں کو جو سرے سے اچیویبل</w:t>
      </w:r>
    </w:p>
    <w:p>
      <w:r>
        <w:rPr>
          <w:b/>
        </w:rPr>
        <w:t xml:space="preserve">[26:58] </w:t>
      </w:r>
      <w:r>
        <w:t>na ho? agar mission yeh hai ke sari dunya mein islam ki hukoomat,</w:t>
      </w:r>
    </w:p>
    <w:p>
      <w:pPr>
        <w:jc w:val="right"/>
      </w:pPr>
      <w:r>
        <w:t>نہ ہو؟ اگر مشن یہ ہے کہ ساری دنیا میں اسلام کی حکومت،</w:t>
      </w:r>
    </w:p>
    <w:p>
      <w:r>
        <w:rPr>
          <w:b/>
        </w:rPr>
        <w:t xml:space="preserve">[27:04] </w:t>
      </w:r>
      <w:r>
        <w:t>aur islam ki hukoomat ka lafz hi ghalat hai.</w:t>
      </w:r>
    </w:p>
    <w:p>
      <w:pPr>
        <w:jc w:val="right"/>
      </w:pPr>
      <w:r>
        <w:t>اور اسلام کی حکومت کا لفظ ہی غلط ہے۔</w:t>
      </w:r>
    </w:p>
    <w:p>
      <w:r>
        <w:rPr>
          <w:b/>
        </w:rPr>
        <w:t xml:space="preserve">[27:08] </w:t>
      </w:r>
      <w:r>
        <w:t>islam ko aadmi to aadmi to hai nahi.</w:t>
      </w:r>
    </w:p>
    <w:p>
      <w:pPr>
        <w:jc w:val="right"/>
      </w:pPr>
      <w:r>
        <w:t>اسلام کو آدمی تو آدمی تو ہے نہیں۔</w:t>
      </w:r>
    </w:p>
    <w:p>
      <w:r>
        <w:rPr>
          <w:b/>
        </w:rPr>
        <w:t xml:space="preserve">[27:11] </w:t>
      </w:r>
      <w:r>
        <w:t>islam to ek ideology hai.</w:t>
      </w:r>
    </w:p>
    <w:p>
      <w:pPr>
        <w:jc w:val="right"/>
      </w:pPr>
      <w:r>
        <w:t>اسلام تو ایک آئیڈیالوجی ہے۔</w:t>
      </w:r>
    </w:p>
    <w:p>
      <w:r>
        <w:rPr>
          <w:b/>
        </w:rPr>
        <w:t xml:space="preserve">[27:13] </w:t>
      </w:r>
      <w:r>
        <w:t>hukoomat to insanon ki qaim hoti hai.</w:t>
      </w:r>
    </w:p>
    <w:p>
      <w:pPr>
        <w:jc w:val="right"/>
      </w:pPr>
      <w:r>
        <w:t>حکومت تو انسانوں کی قائم ہوتی ہے۔</w:t>
      </w:r>
    </w:p>
    <w:p>
      <w:r>
        <w:rPr>
          <w:b/>
        </w:rPr>
        <w:t xml:space="preserve">[27:17] </w:t>
      </w:r>
      <w:r>
        <w:t>jo so called</w:t>
      </w:r>
    </w:p>
    <w:p>
      <w:pPr>
        <w:jc w:val="right"/>
      </w:pPr>
      <w:r>
        <w:t>جو سو کالڈ</w:t>
      </w:r>
    </w:p>
    <w:p>
      <w:r>
        <w:rPr>
          <w:b/>
        </w:rPr>
        <w:t xml:space="preserve">[27:20] </w:t>
      </w:r>
      <w:r>
        <w:t>Age hai Islami hukoomat ka, woh Islami hukoomat ka age nahin hai woh.</w:t>
      </w:r>
    </w:p>
    <w:p>
      <w:pPr>
        <w:jc w:val="right"/>
      </w:pPr>
      <w:r>
        <w:t>ایج ہے اسلامی حکومت کا، وہ اسلامی حکومت کا ایج نہیں ہے وہ۔</w:t>
      </w:r>
    </w:p>
    <w:p>
      <w:r>
        <w:rPr>
          <w:b/>
        </w:rPr>
        <w:t xml:space="preserve">[27:26] </w:t>
      </w:r>
      <w:r>
        <w:t>yani rasool Allah ke baad dunya mein jo</w:t>
      </w:r>
    </w:p>
    <w:p>
      <w:pPr>
        <w:jc w:val="right"/>
      </w:pPr>
      <w:r>
        <w:t>یعنی رسول اللہ کے بعد دنیا میں جو</w:t>
      </w:r>
    </w:p>
    <w:p>
      <w:r>
        <w:rPr>
          <w:b/>
        </w:rPr>
        <w:t xml:space="preserve">[27:31] </w:t>
      </w:r>
      <w:r>
        <w:t>taqreeban ek hazar tak, ek hazar saal tak musalmanon ki hukoomatein qaim huin,</w:t>
      </w:r>
    </w:p>
    <w:p>
      <w:pPr>
        <w:jc w:val="right"/>
      </w:pPr>
      <w:r>
        <w:t>تقریباً ایک ہزار تک، ایک ہزار سال تک مسلمانوں کی حکومتیں قائم ہوئیں،</w:t>
      </w:r>
    </w:p>
    <w:p>
      <w:r>
        <w:rPr>
          <w:b/>
        </w:rPr>
        <w:t xml:space="preserve">[27:38] </w:t>
      </w:r>
      <w:r>
        <w:t>empire banaye musalmanon ne, jagah jagah un ki hukoomatein qaim huin.</w:t>
      </w:r>
    </w:p>
    <w:p>
      <w:pPr>
        <w:jc w:val="right"/>
      </w:pPr>
      <w:r>
        <w:t>ایمپائر بنائے مسلمانوں نے، جگہ جگہ ان کی حکومتیں قائم ہوئیں۔</w:t>
      </w:r>
    </w:p>
    <w:p>
      <w:r>
        <w:rPr>
          <w:b/>
        </w:rPr>
        <w:t xml:space="preserve">[27:42] </w:t>
      </w:r>
      <w:r>
        <w:t>تو وہ اسلامی حکومتیں تھیں، وہ تو dynasty تھی۔</w:t>
      </w:r>
    </w:p>
    <w:p>
      <w:pPr>
        <w:jc w:val="right"/>
      </w:pPr>
      <w:r>
        <w:t>تو وہ اسلامی حکومتیں تھیں، وہ تو ڈائنسٹی تھی۔</w:t>
      </w:r>
    </w:p>
    <w:p>
      <w:r>
        <w:rPr>
          <w:b/>
        </w:rPr>
        <w:t xml:space="preserve">[27:46] </w:t>
      </w:r>
      <w:r>
        <w:t>yani muawiya ke baad jo dynasty ka daur shuru hua, to kabhi khatam nahi hua.</w:t>
      </w:r>
    </w:p>
    <w:p>
      <w:pPr>
        <w:jc w:val="right"/>
      </w:pPr>
      <w:r>
        <w:t>یعنی معاویہ کے بعد جو ڈائنسٹی کا دور شروع ہوا، تو کبھی ختم نہیں ہوا۔</w:t>
      </w:r>
    </w:p>
    <w:p>
      <w:r>
        <w:rPr>
          <w:b/>
        </w:rPr>
        <w:t xml:space="preserve">[27:53] </w:t>
      </w:r>
      <w:r>
        <w:t>moghul hukoomat dynasty ki hukoomat thi.</w:t>
      </w:r>
    </w:p>
    <w:p>
      <w:pPr>
        <w:jc w:val="right"/>
      </w:pPr>
      <w:r>
        <w:t>مغل حکومت ڈائنسٹی کی حکومت تھی۔</w:t>
      </w:r>
    </w:p>
    <w:p>
      <w:r>
        <w:rPr>
          <w:b/>
        </w:rPr>
        <w:t xml:space="preserve">[27:56] </w:t>
      </w:r>
      <w:r>
        <w:t>ottoman empire dynasty ki thi.</w:t>
      </w:r>
    </w:p>
    <w:p>
      <w:pPr>
        <w:jc w:val="right"/>
      </w:pPr>
      <w:r>
        <w:t>آٹومان ایمپائر ڈائنسٹی کی تھی۔</w:t>
      </w:r>
    </w:p>
    <w:p>
      <w:r>
        <w:rPr>
          <w:b/>
        </w:rPr>
        <w:t xml:space="preserve">[27:58] </w:t>
      </w:r>
      <w:r>
        <w:t>jitne bhi hukoomatein hain, woh sab dynasty theen.</w:t>
      </w:r>
    </w:p>
    <w:p>
      <w:pPr>
        <w:jc w:val="right"/>
      </w:pPr>
      <w:r>
        <w:t>جتنے بھی حکومتیں ہیں، وہ سب ڈائنسٹی تھیں۔</w:t>
      </w:r>
    </w:p>
    <w:p>
      <w:r>
        <w:rPr>
          <w:b/>
        </w:rPr>
        <w:t xml:space="preserve">[28:01] </w:t>
      </w:r>
      <w:r>
        <w:t>yani khandan ki hukoomat.</w:t>
      </w:r>
    </w:p>
    <w:p>
      <w:pPr>
        <w:jc w:val="right"/>
      </w:pPr>
      <w:r>
        <w:t>یعنی خاندان کی حکومت۔</w:t>
      </w:r>
    </w:p>
    <w:p>
      <w:r>
        <w:rPr>
          <w:b/>
        </w:rPr>
        <w:t xml:space="preserve">[28:03] </w:t>
      </w:r>
      <w:r>
        <w:t>iska islami hukoomat kahan nahi ghalat hai?</w:t>
      </w:r>
    </w:p>
    <w:p>
      <w:pPr>
        <w:jc w:val="right"/>
      </w:pPr>
      <w:r>
        <w:t>اس کا اسلامی حکومت کہاں نہیں غلط ہے؟</w:t>
      </w:r>
    </w:p>
    <w:p>
      <w:r>
        <w:rPr>
          <w:b/>
        </w:rPr>
        <w:t xml:space="preserve">[28:07] </w:t>
      </w:r>
      <w:r>
        <w:t>yeh jo muddat hai, itni lambi,</w:t>
      </w:r>
    </w:p>
    <w:p>
      <w:pPr>
        <w:jc w:val="right"/>
      </w:pPr>
      <w:r>
        <w:t>یہ جو مدت ہے، اتنی لمبی،</w:t>
      </w:r>
    </w:p>
    <w:p>
      <w:r>
        <w:rPr>
          <w:b/>
        </w:rPr>
        <w:t xml:space="preserve">[28:12] </w:t>
      </w:r>
      <w:r>
        <w:t>isko yeh kehna ke islami hukoomat thi, yeh musalmanon ki hukoomat bhi nahi keh sakte aap is</w:t>
      </w:r>
    </w:p>
    <w:p>
      <w:pPr>
        <w:jc w:val="right"/>
      </w:pPr>
      <w:r>
        <w:t>اس کو یہ کہنا کہ اسلامی حکومت تھی، یہ مسلمانوں کی حکومت بھی نہیں کہہ سکتے آپ اس</w:t>
      </w:r>
    </w:p>
    <w:p>
      <w:r>
        <w:rPr>
          <w:b/>
        </w:rPr>
        <w:t xml:space="preserve">[28:19] </w:t>
      </w:r>
      <w:r>
        <w:t>ko. is ko kahein ke dynasty,</w:t>
      </w:r>
    </w:p>
    <w:p>
      <w:pPr>
        <w:jc w:val="right"/>
      </w:pPr>
      <w:r>
        <w:t>کو۔ اس کو کہیں کہ ڈائنسٹی،</w:t>
      </w:r>
    </w:p>
    <w:p>
      <w:r>
        <w:rPr>
          <w:b/>
        </w:rPr>
        <w:t xml:space="preserve">[28:23] </w:t>
      </w:r>
      <w:r>
        <w:t>dynasty rule. تو اسلامی حکومت کا تصور ایک بالکل ہی ایک ridiculous تصور ہے، کیونکہ وہ کبھی achievable</w:t>
      </w:r>
    </w:p>
    <w:p>
      <w:pPr>
        <w:jc w:val="right"/>
      </w:pPr>
      <w:r>
        <w:t>ڈائنسٹی رول۔ تو اسلامی حکومت کا تصور ایک بالکل ہی ایک ریڈیکولس تصور ہے، کیونکہ وہ کبھی اچیویبل</w:t>
      </w:r>
    </w:p>
    <w:p>
      <w:r>
        <w:rPr>
          <w:b/>
        </w:rPr>
        <w:t xml:space="preserve">[28:32] </w:t>
      </w:r>
      <w:r>
        <w:t>nahi woh. to islam ki ideology ko phailana hai, na ke islam ke rule ko phailana hai.</w:t>
      </w:r>
    </w:p>
    <w:p>
      <w:pPr>
        <w:jc w:val="right"/>
      </w:pPr>
      <w:r>
        <w:t>نہیں وہ۔ تو اسلام کی آئیڈیالوجی کو پھیلانا ہے، نہ کہ اسلام کے رول کو پھیلانا ہے۔</w:t>
      </w:r>
    </w:p>
    <w:p>
      <w:r>
        <w:rPr>
          <w:b/>
        </w:rPr>
        <w:t xml:space="preserve">[28:41] </w:t>
      </w:r>
      <w:r>
        <w:t>yani hamara jo mission hai, woh yeh nahi ke hum</w:t>
      </w:r>
    </w:p>
    <w:p>
      <w:pPr>
        <w:jc w:val="right"/>
      </w:pPr>
      <w:r>
        <w:t>یعنی ہمارا جو مشن ہے، وہ یہ نہیں کہ ہم</w:t>
      </w:r>
    </w:p>
    <w:p>
      <w:r>
        <w:rPr>
          <w:b/>
        </w:rPr>
        <w:t xml:space="preserve">[28:45] </w:t>
      </w:r>
      <w:r>
        <w:t>islami hukoomat ke naam par sari dunya se ladein.</w:t>
      </w:r>
    </w:p>
    <w:p>
      <w:pPr>
        <w:jc w:val="right"/>
      </w:pPr>
      <w:r>
        <w:t>اسلامی حکومت کے نام پر ساری دنیا سے لڑیں۔</w:t>
      </w:r>
    </w:p>
    <w:p>
      <w:r>
        <w:rPr>
          <w:b/>
        </w:rPr>
        <w:t xml:space="preserve">[28:48] </w:t>
      </w:r>
      <w:r>
        <w:t>yeh, yeh mission hi nahi hai.</w:t>
      </w:r>
    </w:p>
    <w:p>
      <w:pPr>
        <w:jc w:val="right"/>
      </w:pPr>
      <w:r>
        <w:t>یہ، یہ مشن ہی نہیں ہے۔</w:t>
      </w:r>
    </w:p>
    <w:p>
      <w:r>
        <w:rPr>
          <w:b/>
        </w:rPr>
        <w:t xml:space="preserve">[28:50] </w:t>
      </w:r>
      <w:r>
        <w:t>hamara kaam hai ke islam ka jo paigham hai, tauheed ka jo paigham hai, oneness of god ka</w:t>
      </w:r>
    </w:p>
    <w:p>
      <w:pPr>
        <w:jc w:val="right"/>
      </w:pPr>
      <w:r>
        <w:t>ہمارا کام ہے کہ اسلام کا جو پیغام ہے، توحید کا جو پیغام ہے، ونڈس آف گاڈ کا</w:t>
      </w:r>
    </w:p>
    <w:p>
      <w:r>
        <w:rPr>
          <w:b/>
        </w:rPr>
        <w:t xml:space="preserve">[28:56] </w:t>
      </w:r>
      <w:r>
        <w:t>jo paigham hai, us ko sari dunya tak pohnchayein.</w:t>
      </w:r>
    </w:p>
    <w:p>
      <w:pPr>
        <w:jc w:val="right"/>
      </w:pPr>
      <w:r>
        <w:t>جو پیغام ہے، اس کو ساری دنیا تک پہنچائیں۔</w:t>
      </w:r>
    </w:p>
    <w:p>
      <w:r>
        <w:rPr>
          <w:b/>
        </w:rPr>
        <w:t xml:space="preserve">[29:04] </w:t>
      </w:r>
      <w:r>
        <w:t>تو اس لحاظ سے آپ سوچیے کہ پورے پچھلے ہزار سال کے دوران کبھی یہ possible نہیں ہوا</w:t>
      </w:r>
    </w:p>
    <w:p>
      <w:pPr>
        <w:jc w:val="right"/>
      </w:pPr>
      <w:r>
        <w:t>تو اس لحاظ سے آپ سوچیے کہ پورے پچھلے ہزار سال کے دوران کبھی یہ پاسیبل نہیں ہوا</w:t>
      </w:r>
    </w:p>
    <w:p>
      <w:r>
        <w:rPr>
          <w:b/>
        </w:rPr>
        <w:t xml:space="preserve">[29:10] </w:t>
      </w:r>
      <w:r>
        <w:t>tha ke islam ke paigham ko ya tauheed ke paigham ko global level pohanchaya jaye.</w:t>
      </w:r>
    </w:p>
    <w:p>
      <w:pPr>
        <w:jc w:val="right"/>
      </w:pPr>
      <w:r>
        <w:t>تھا کہ اسلام کے پیغام کو یا توحید کے پیغام کو گلوبل لیول پہنچایا جائے۔</w:t>
      </w:r>
    </w:p>
    <w:p>
      <w:r>
        <w:rPr>
          <w:b/>
        </w:rPr>
        <w:t xml:space="preserve">[29:20] </w:t>
      </w:r>
      <w:r>
        <w:t>wo to western civilization ke douran possible hua.</w:t>
      </w:r>
    </w:p>
    <w:p>
      <w:pPr>
        <w:jc w:val="right"/>
      </w:pPr>
      <w:r>
        <w:t>وہ تو ویسٹرن سویلائزیشن کے دوران پاسیبل ہوا۔</w:t>
      </w:r>
    </w:p>
    <w:p>
      <w:r>
        <w:rPr>
          <w:b/>
        </w:rPr>
        <w:t xml:space="preserve">[29:26] </w:t>
      </w:r>
      <w:r>
        <w:t>to western civilization jo hamari benefactor hai, us ne hum ko yeh mauqa diya.</w:t>
      </w:r>
    </w:p>
    <w:p>
      <w:pPr>
        <w:jc w:val="right"/>
      </w:pPr>
      <w:r>
        <w:t>تو ویسٹرن سویلائزیشن جو ہماری بینیفیکٹر ہے، اس نے ہم کو یہ موقع دیا۔</w:t>
      </w:r>
    </w:p>
    <w:p>
      <w:r>
        <w:rPr>
          <w:b/>
        </w:rPr>
        <w:t xml:space="preserve">[29:35] </w:t>
      </w:r>
      <w:r>
        <w:t>to mein samajhta hoon ke peace of mind ka sab se bara formula yeh hai ke hum negative</w:t>
      </w:r>
    </w:p>
    <w:p>
      <w:pPr>
        <w:jc w:val="right"/>
      </w:pPr>
      <w:r>
        <w:t>تو میں سمجھتا ہوں کہ پیس آف مائنڈ کا سب سے بڑا فارمولا یہ ہے کہ ہم نیگیٹیو</w:t>
      </w:r>
    </w:p>
    <w:p>
      <w:r>
        <w:rPr>
          <w:b/>
        </w:rPr>
        <w:t xml:space="preserve">[29:40] </w:t>
      </w:r>
      <w:r>
        <w:t>thought ko, negative experience ko positive thought mein badal saken.</w:t>
      </w:r>
    </w:p>
    <w:p>
      <w:pPr>
        <w:jc w:val="right"/>
      </w:pPr>
      <w:r>
        <w:t>تھاٹ کو، نیگیٹیو ایکسپیرینس کو پازیٹیو تھاٹ میں بدل سکیں۔</w:t>
      </w:r>
    </w:p>
    <w:p>
      <w:r>
        <w:rPr>
          <w:b/>
        </w:rPr>
        <w:t xml:space="preserve">[29:47] </w:t>
      </w:r>
      <w:r>
        <w:t>aur koi doosra nahin.</w:t>
      </w:r>
    </w:p>
    <w:p>
      <w:pPr>
        <w:jc w:val="right"/>
      </w:pPr>
      <w:r>
        <w:t>اور کوئی دوسرا نہیں۔</w:t>
      </w:r>
    </w:p>
    <w:p>
      <w:r>
        <w:rPr>
          <w:b/>
        </w:rPr>
        <w:t xml:space="preserve">[29:50] </w:t>
      </w:r>
      <w:r>
        <w:t>aap jungle chale jayen, tab bhi aap ko peace nahin milega.</w:t>
      </w:r>
    </w:p>
    <w:p>
      <w:pPr>
        <w:jc w:val="right"/>
      </w:pPr>
      <w:r>
        <w:t>آپ جنگل چلے جائیں، تب بھی آپ کو پیس نہیں ملے گا۔</w:t>
      </w:r>
    </w:p>
    <w:p>
      <w:r>
        <w:rPr>
          <w:b/>
        </w:rPr>
        <w:t xml:space="preserve">[29:53] </w:t>
      </w:r>
      <w:r>
        <w:t>aap secularism mein chale jayen, tab bhi peace nahin milne wala hai.</w:t>
      </w:r>
    </w:p>
    <w:p>
      <w:pPr>
        <w:jc w:val="right"/>
      </w:pPr>
      <w:r>
        <w:t>آپ سیکولرزم میں چلے جائیں، تب بھی پیس نہیں ملنے والا ہے۔</w:t>
      </w:r>
    </w:p>
    <w:p>
      <w:r>
        <w:rPr>
          <w:b/>
        </w:rPr>
        <w:t xml:space="preserve">[29:57] </w:t>
      </w:r>
      <w:r>
        <w:t>agar, agar, yani bil farz koi cheez milegi to woh ecstasy, ecstasy hogi.</w:t>
      </w:r>
    </w:p>
    <w:p>
      <w:pPr>
        <w:jc w:val="right"/>
      </w:pPr>
      <w:r>
        <w:t>اگر، اگر، یعنی بالفرض کوئی چیز ملے گی تو وہ ایکسٹسی، ایکسٹسی ہوگی۔</w:t>
      </w:r>
    </w:p>
    <w:p>
      <w:r>
        <w:rPr>
          <w:b/>
        </w:rPr>
        <w:t xml:space="preserve">[30:06] </w:t>
      </w:r>
      <w:r>
        <w:t>ecstasy jo hai, wo to</w:t>
      </w:r>
    </w:p>
    <w:p>
      <w:pPr>
        <w:jc w:val="right"/>
      </w:pPr>
      <w:r>
        <w:t>ایکسٹسی جو ہے، وہ تو</w:t>
      </w:r>
    </w:p>
    <w:p>
      <w:r>
        <w:rPr>
          <w:b/>
        </w:rPr>
        <w:t xml:space="preserve">[30:10] </w:t>
      </w:r>
      <w:r>
        <w:t>bohat hi choti baat hai.</w:t>
      </w:r>
    </w:p>
    <w:p>
      <w:pPr>
        <w:jc w:val="right"/>
      </w:pPr>
      <w:r>
        <w:t>بہت ہی چھوٹی بات ہے۔</w:t>
      </w:r>
    </w:p>
    <w:p>
      <w:r>
        <w:rPr>
          <w:b/>
        </w:rPr>
        <w:t xml:space="preserve">[30:13] </w:t>
      </w:r>
      <w:r>
        <w:t>intellectual development milna chahiye.</w:t>
      </w:r>
    </w:p>
    <w:p>
      <w:pPr>
        <w:jc w:val="right"/>
      </w:pPr>
      <w:r>
        <w:t>انٹلیکچول ڈیولپمنٹ ملنا چاہیے۔</w:t>
      </w:r>
    </w:p>
    <w:p>
      <w:r>
        <w:rPr>
          <w:b/>
        </w:rPr>
        <w:t xml:space="preserve">[30:16] </w:t>
      </w:r>
      <w:r>
        <w:t>insan ke level ki baat yeh hai ke us ko, us ko, us ke andar creative thinking aaye,</w:t>
      </w:r>
    </w:p>
    <w:p>
      <w:pPr>
        <w:jc w:val="right"/>
      </w:pPr>
      <w:r>
        <w:t>انسان کے لیول کی بات یہ ہے کہ اس کو، اس کو، اس کے اندر کریٹیو تھنکنگ آئے،</w:t>
      </w:r>
    </w:p>
    <w:p>
      <w:r>
        <w:rPr>
          <w:b/>
        </w:rPr>
        <w:t xml:space="preserve">[30:23] </w:t>
      </w:r>
      <w:r>
        <w:t>us ke andar intellectual development ho,</w:t>
      </w:r>
    </w:p>
    <w:p>
      <w:pPr>
        <w:jc w:val="right"/>
      </w:pPr>
      <w:r>
        <w:t>اس کے اندر انٹلیکچول ڈیولپمنٹ ہو،</w:t>
      </w:r>
    </w:p>
    <w:p>
      <w:r>
        <w:rPr>
          <w:b/>
        </w:rPr>
        <w:t xml:space="preserve">[30:27] </w:t>
      </w:r>
      <w:r>
        <w:t>us ke andar high thinking aaye.</w:t>
      </w:r>
    </w:p>
    <w:p>
      <w:pPr>
        <w:jc w:val="right"/>
      </w:pPr>
      <w:r>
        <w:t>اس کے اندر ہائی تھنکنگ آئے۔</w:t>
      </w:r>
    </w:p>
    <w:p>
      <w:r>
        <w:rPr>
          <w:b/>
        </w:rPr>
        <w:t xml:space="preserve">[30:30] </w:t>
      </w:r>
      <w:r>
        <w:t>ecstasy to ek animal ki bhi ho sakti hai.</w:t>
      </w:r>
    </w:p>
    <w:p>
      <w:pPr>
        <w:jc w:val="right"/>
      </w:pPr>
      <w:r>
        <w:t>ایکسٹسی تو ایک اینیمل کی بھی ہو سکتی ہے۔</w:t>
      </w:r>
    </w:p>
    <w:p>
      <w:r>
        <w:rPr>
          <w:b/>
        </w:rPr>
        <w:t xml:space="preserve">[30:35] </w:t>
      </w:r>
      <w:r>
        <w:t>to hamara goal ecstasy nahin hai, hamara goal intellectual development hai.</w:t>
      </w:r>
    </w:p>
    <w:p>
      <w:pPr>
        <w:jc w:val="right"/>
      </w:pPr>
      <w:r>
        <w:t>تو ہمارا گول ایکسٹسی نہیں ہے، ہمارا گول انٹلیکچول ڈیولپمنٹ ہے۔</w:t>
      </w:r>
    </w:p>
    <w:p>
      <w:r>
        <w:rPr>
          <w:b/>
        </w:rPr>
        <w:t xml:space="preserve">[30:41] </w:t>
      </w:r>
      <w:r>
        <w:t>to intellectual development ke zariye se jo peace mile, wahi real peace hai.</w:t>
      </w:r>
    </w:p>
    <w:p>
      <w:pPr>
        <w:jc w:val="right"/>
      </w:pPr>
      <w:r>
        <w:t>تو انٹلیکچول ڈیولپمنٹ کے ذریعے سے جو پیس ملے، وہی ریئل پیس ہے۔</w:t>
      </w:r>
    </w:p>
    <w:p>
      <w:r>
        <w:rPr>
          <w:b/>
        </w:rPr>
        <w:t xml:space="preserve">[30:47] </w:t>
      </w:r>
      <w:r>
        <w:t>is peace ka raaz kya hai? thing mein truth ko discover karna.</w:t>
      </w:r>
    </w:p>
    <w:p>
      <w:pPr>
        <w:jc w:val="right"/>
      </w:pPr>
      <w:r>
        <w:t>اس پیس کا راز کیا ہے؟ تھنگ میں ٹروتھ کو ڈسکور کرنا۔</w:t>
      </w:r>
    </w:p>
    <w:p>
      <w:r>
        <w:rPr>
          <w:b/>
        </w:rPr>
        <w:t xml:space="preserve">[30:54] </w:t>
      </w:r>
      <w:r>
        <w:t>thing mein truth ko discover karna.</w:t>
      </w:r>
    </w:p>
    <w:p>
      <w:pPr>
        <w:jc w:val="right"/>
      </w:pPr>
      <w:r>
        <w:t>تھنگ میں ٹروتھ کو ڈسکور کرنا۔</w:t>
      </w:r>
    </w:p>
    <w:p>
      <w:r>
        <w:rPr>
          <w:b/>
        </w:rPr>
        <w:t xml:space="preserve">[30:56] </w:t>
      </w:r>
      <w:r>
        <w:t>creation mein creator ko discover karna.</w:t>
      </w:r>
    </w:p>
    <w:p>
      <w:pPr>
        <w:jc w:val="right"/>
      </w:pPr>
      <w:r>
        <w:t>کریشن میں کریٹر کو ڈسکور کرنا۔</w:t>
      </w:r>
    </w:p>
    <w:p>
      <w:r>
        <w:rPr>
          <w:b/>
        </w:rPr>
        <w:t xml:space="preserve">[31:01] </w:t>
      </w:r>
      <w:r>
        <w:t>aur yeh is waqt mumkin hoga jab ke aap negative experience ko positive thought mein convert kar saken.</w:t>
      </w:r>
    </w:p>
    <w:p>
      <w:pPr>
        <w:jc w:val="right"/>
      </w:pPr>
      <w:r>
        <w:t>اور یہ اس وقت ممکن ہوگا جب کہ آپ نیگیٹیو ایکسپیرینس کو پازیٹیو تھاٹ میں کنورٹ کر سکیں۔</w:t>
      </w:r>
    </w:p>
    <w:p>
      <w:r>
        <w:rPr>
          <w:b/>
        </w:rPr>
        <w:t xml:space="preserve">[31:08] </w:t>
      </w:r>
      <w:r>
        <w:t>is ke baghair nahin ho sakta.</w:t>
      </w:r>
    </w:p>
    <w:p>
      <w:pPr>
        <w:jc w:val="right"/>
      </w:pPr>
      <w:r>
        <w:t>اس کے بغیر نہیں ہو سکتا۔</w:t>
      </w:r>
    </w:p>
    <w:p>
      <w:r>
        <w:rPr>
          <w:b/>
        </w:rPr>
        <w:t xml:space="preserve">[31:10] </w:t>
      </w:r>
      <w:r>
        <w:t>mein samajhta hoon ke is duniya mein</w:t>
      </w:r>
    </w:p>
    <w:p>
      <w:pPr>
        <w:jc w:val="right"/>
      </w:pPr>
      <w:r>
        <w:t>میں سمجھتا ہوں کہ اس دنیا میں</w:t>
      </w:r>
    </w:p>
    <w:p>
      <w:r>
        <w:rPr>
          <w:b/>
        </w:rPr>
        <w:t xml:space="preserve">[31:14] </w:t>
      </w:r>
      <w:r>
        <w:t>sab kuch jo hai, wo intellectual level par hota hai.</w:t>
      </w:r>
    </w:p>
    <w:p>
      <w:pPr>
        <w:jc w:val="right"/>
      </w:pPr>
      <w:r>
        <w:t>سب کچھ جو ہے، وہ انٹلیکچول لیول پر ہوتا ہے۔</w:t>
      </w:r>
    </w:p>
    <w:p>
      <w:r>
        <w:rPr>
          <w:b/>
        </w:rPr>
        <w:t xml:space="preserve">[31:19] </w:t>
      </w:r>
      <w:r>
        <w:t>intelectual level par.</w:t>
      </w:r>
    </w:p>
    <w:p>
      <w:pPr>
        <w:jc w:val="right"/>
      </w:pPr>
      <w:r>
        <w:t>انٹلیکچول لیول پر۔</w:t>
      </w:r>
    </w:p>
    <w:p>
      <w:r>
        <w:rPr>
          <w:b/>
        </w:rPr>
        <w:t xml:space="preserve">[31:20] </w:t>
      </w:r>
      <w:r>
        <w:t>unesco ka dictum hai ke wallace begins from mind.</w:t>
      </w:r>
    </w:p>
    <w:p>
      <w:pPr>
        <w:jc w:val="right"/>
      </w:pPr>
      <w:r>
        <w:t>یونیسکو کا ڈکٹم ہے کہ والیس بیگنز فرام مائنڈ۔</w:t>
      </w:r>
    </w:p>
    <w:p>
      <w:r>
        <w:rPr>
          <w:b/>
        </w:rPr>
        <w:t xml:space="preserve">[31:28] </w:t>
      </w:r>
      <w:r>
        <w:t>main kehta hoon har cheez mind se shuru hoti hai.</w:t>
      </w:r>
    </w:p>
    <w:p>
      <w:pPr>
        <w:jc w:val="right"/>
      </w:pPr>
      <w:r>
        <w:t>میں کہتا ہوں ہر چیز مائنڈ سے شروع ہوتی ہے۔</w:t>
      </w:r>
    </w:p>
    <w:p>
      <w:r>
        <w:rPr>
          <w:b/>
        </w:rPr>
        <w:t xml:space="preserve">[31:30] </w:t>
      </w:r>
      <w:r>
        <w:t>wallace ki baat nahi hai.</w:t>
      </w:r>
    </w:p>
    <w:p>
      <w:pPr>
        <w:jc w:val="right"/>
      </w:pPr>
      <w:r>
        <w:t>والیس کی بات نہیں ہے۔</w:t>
      </w:r>
    </w:p>
    <w:p>
      <w:r>
        <w:rPr>
          <w:b/>
        </w:rPr>
        <w:t xml:space="preserve">[31:33] </w:t>
      </w:r>
      <w:r>
        <w:t>yani agar aap chahte hain ke aap ko</w:t>
      </w:r>
    </w:p>
    <w:p>
      <w:pPr>
        <w:jc w:val="right"/>
      </w:pPr>
      <w:r>
        <w:t>یعنی اگر آپ چاہتے ہیں کہ آپ کو</w:t>
      </w:r>
    </w:p>
    <w:p>
      <w:r>
        <w:rPr>
          <w:b/>
        </w:rPr>
        <w:t xml:space="preserve">[31:38] </w:t>
      </w:r>
      <w:r>
        <w:t>peace ho, peaceful mind aap ke andar ho, tab bhi woh soch ki satah se shuru hoga.</w:t>
      </w:r>
    </w:p>
    <w:p>
      <w:pPr>
        <w:jc w:val="right"/>
      </w:pPr>
      <w:r>
        <w:t>پیس ہو، پیس فل مائنڈ آپ کے اندر ہو، تب بھی وہ سوچ کی سطح سے شروع ہوگا۔</w:t>
      </w:r>
    </w:p>
    <w:p>
      <w:r>
        <w:rPr>
          <w:b/>
        </w:rPr>
        <w:t xml:space="preserve">[31:43] </w:t>
      </w:r>
      <w:r>
        <w:t>apni soch ko aap peaceful banayenge, tab aap ko peace milega.</w:t>
      </w:r>
    </w:p>
    <w:p>
      <w:pPr>
        <w:jc w:val="right"/>
      </w:pPr>
      <w:r>
        <w:t>اپنی سوچ کو آپ پیس فل بنائیں گے، تب آپ کو پیس ملے گا۔</w:t>
      </w:r>
    </w:p>
    <w:p>
      <w:r>
        <w:rPr>
          <w:b/>
        </w:rPr>
        <w:t xml:space="preserve">[31:49] </w:t>
      </w:r>
      <w:r>
        <w:t>sab kuch milti hai aap ko peace ki satah par.</w:t>
      </w:r>
    </w:p>
    <w:p>
      <w:pPr>
        <w:jc w:val="right"/>
      </w:pPr>
      <w:r>
        <w:t>سب کچھ ملتی ہے آپ کو پیس کی سطح پر۔</w:t>
      </w:r>
    </w:p>
    <w:p>
      <w:r>
        <w:rPr>
          <w:b/>
        </w:rPr>
        <w:t xml:space="preserve">[31:56] </w:t>
      </w:r>
      <w:r>
        <w:t>aur sab se bara, main samajhta hoon ke jo kaam karna hai kisi insan ko, woh yeh hai</w:t>
      </w:r>
    </w:p>
    <w:p>
      <w:pPr>
        <w:jc w:val="right"/>
      </w:pPr>
      <w:r>
        <w:t>اور سب سے بڑا، میں سمجھتا ہوں کہ جو کام کرنا ہے کسی انسان کو، وہ یہ ہے</w:t>
      </w:r>
    </w:p>
    <w:p>
      <w:r>
        <w:rPr>
          <w:b/>
        </w:rPr>
        <w:t xml:space="preserve">[32:06] </w:t>
      </w:r>
      <w:r>
        <w:t>ke woh negative,</w:t>
      </w:r>
    </w:p>
    <w:p>
      <w:pPr>
        <w:jc w:val="right"/>
      </w:pPr>
      <w:r>
        <w:t>کہ وہ نیگیٹیو،</w:t>
      </w:r>
    </w:p>
    <w:p>
      <w:r>
        <w:rPr>
          <w:b/>
        </w:rPr>
        <w:t xml:space="preserve">[32:10] </w:t>
      </w:r>
      <w:r>
        <w:t>dekhiye, is dunya mein negative experience to hoga hi.</w:t>
      </w:r>
    </w:p>
    <w:p>
      <w:pPr>
        <w:jc w:val="right"/>
      </w:pPr>
      <w:r>
        <w:t>دیکھیے، اس دنیا میں نیگیٹیو ایکسپیرینس تو ہوگا ہی۔</w:t>
      </w:r>
    </w:p>
    <w:p>
      <w:r>
        <w:rPr>
          <w:b/>
        </w:rPr>
        <w:t xml:space="preserve">[32:13] </w:t>
      </w:r>
      <w:r>
        <w:t>yeh mumkin nahi ke negative experience na ho.</w:t>
      </w:r>
    </w:p>
    <w:p>
      <w:pPr>
        <w:jc w:val="right"/>
      </w:pPr>
      <w:r>
        <w:t>یہ ممکن نہیں کہ نیگیٹیو ایکسپیرینس نہ ہو۔</w:t>
      </w:r>
    </w:p>
    <w:p>
      <w:r>
        <w:rPr>
          <w:b/>
        </w:rPr>
        <w:t xml:space="preserve">[32:16] </w:t>
      </w:r>
      <w:r>
        <w:t>lekin is ko aap positivity mein convert kar saken.</w:t>
      </w:r>
    </w:p>
    <w:p>
      <w:pPr>
        <w:jc w:val="right"/>
      </w:pPr>
      <w:r>
        <w:t>لیکن اس کو آپ پازیٹیوٹی میں کنورٹ کر سکیں۔</w:t>
      </w:r>
    </w:p>
    <w:p>
      <w:r>
        <w:rPr>
          <w:b/>
        </w:rPr>
        <w:t xml:space="preserve">[32:20] </w:t>
      </w:r>
      <w:r>
        <w:t>misalan ek, abhi ek sahab mujh se mile, woh ek,</w:t>
      </w:r>
    </w:p>
    <w:p>
      <w:pPr>
        <w:jc w:val="right"/>
      </w:pPr>
      <w:r>
        <w:t>مثلاً ایک، ابھی ایک صاحب مجھ سے ملے، وہ ایک،</w:t>
      </w:r>
    </w:p>
    <w:p>
      <w:r>
        <w:rPr>
          <w:b/>
        </w:rPr>
        <w:t xml:space="preserve">[32:25] </w:t>
      </w:r>
      <w:r>
        <w:t>ek multinational company mein kaam,</w:t>
      </w:r>
    </w:p>
    <w:p>
      <w:pPr>
        <w:jc w:val="right"/>
      </w:pPr>
      <w:r>
        <w:t>ایک ملٹی نیشنل کمپنی میں کام،</w:t>
      </w:r>
    </w:p>
    <w:p>
      <w:r>
        <w:rPr>
          <w:b/>
        </w:rPr>
        <w:t xml:space="preserve">[32:29] </w:t>
      </w:r>
      <w:r>
        <w:t>un ko job karte hain.</w:t>
      </w:r>
    </w:p>
    <w:p>
      <w:pPr>
        <w:jc w:val="right"/>
      </w:pPr>
      <w:r>
        <w:t>ان کو جاب کرتے ہیں۔</w:t>
      </w:r>
    </w:p>
    <w:p>
      <w:r>
        <w:rPr>
          <w:b/>
        </w:rPr>
        <w:t xml:space="preserve">[32:31] </w:t>
      </w:r>
      <w:r>
        <w:t>to lage shikayat karne.</w:t>
      </w:r>
    </w:p>
    <w:p>
      <w:pPr>
        <w:jc w:val="right"/>
      </w:pPr>
      <w:r>
        <w:t>تو لگے شکایت کرنے۔</w:t>
      </w:r>
    </w:p>
    <w:p>
      <w:r>
        <w:rPr>
          <w:b/>
        </w:rPr>
        <w:t xml:space="preserve">[32:33] </w:t>
      </w:r>
      <w:r>
        <w:t>unhone shikayat kiya, kya thi? ke sahab, promotion mein mujhe, mere sath discrimination hua.</w:t>
      </w:r>
    </w:p>
    <w:p>
      <w:pPr>
        <w:jc w:val="right"/>
      </w:pPr>
      <w:r>
        <w:t>انہوں نے شکایت کیا، کیا تھی؟ کہ صاحب، پروموشن میں مجھے، میرے ساتھ ڈسکریمنیشن ہوا۔</w:t>
      </w:r>
    </w:p>
    <w:p>
      <w:r>
        <w:rPr>
          <w:b/>
        </w:rPr>
        <w:t xml:space="preserve">[32:42] </w:t>
      </w:r>
      <w:r>
        <w:t>promotion mein mere sath discrimination hua.</w:t>
      </w:r>
    </w:p>
    <w:p>
      <w:pPr>
        <w:jc w:val="right"/>
      </w:pPr>
      <w:r>
        <w:t>پروموشن میں میرے ساتھ ڈسکریمنیشن ہوا۔</w:t>
      </w:r>
    </w:p>
    <w:p>
      <w:r>
        <w:rPr>
          <w:b/>
        </w:rPr>
        <w:t xml:space="preserve">[32:44] </w:t>
      </w:r>
      <w:r>
        <w:t>aur falan ko promote kar diya gaya, mujhe nahi kiya gaya.</w:t>
      </w:r>
    </w:p>
    <w:p>
      <w:pPr>
        <w:jc w:val="right"/>
      </w:pPr>
      <w:r>
        <w:t>اور فلاں کو پروموٹ کر دیا گیا، مجھے نہیں کیا گیا۔</w:t>
      </w:r>
    </w:p>
    <w:p>
      <w:r>
        <w:rPr>
          <w:b/>
        </w:rPr>
        <w:t xml:space="preserve">[32:49] </w:t>
      </w:r>
      <w:r>
        <w:t>to main ne kaha ke yeh bataiye</w:t>
      </w:r>
    </w:p>
    <w:p>
      <w:pPr>
        <w:jc w:val="right"/>
      </w:pPr>
      <w:r>
        <w:t>تو میں نے کہا کہ یہ بتائیے</w:t>
      </w:r>
    </w:p>
    <w:p>
      <w:r>
        <w:rPr>
          <w:b/>
        </w:rPr>
        <w:t xml:space="preserve">[32:51] </w:t>
      </w:r>
      <w:r>
        <w:t>ke aap company mein job milne se pehle aap ki jo economic position thi, us se aaj better</w:t>
      </w:r>
    </w:p>
    <w:p>
      <w:pPr>
        <w:jc w:val="right"/>
      </w:pPr>
      <w:r>
        <w:t>کہ آپ کمپنی میں جاب ملنے سے پہلے آپ کی جو اکانومک پوزیشن تھی، اس سے آج بیٹر</w:t>
      </w:r>
    </w:p>
    <w:p>
      <w:r>
        <w:rPr>
          <w:b/>
        </w:rPr>
        <w:t xml:space="preserve">[32:59] </w:t>
      </w:r>
      <w:r>
        <w:t>hai ke nahi? us se kharab hai aap ki? kaha is se to bohat better hai.</w:t>
      </w:r>
    </w:p>
    <w:p>
      <w:pPr>
        <w:jc w:val="right"/>
      </w:pPr>
      <w:r>
        <w:t>ہے کہ نہیں؟ اس سے خراب ہے آپ کی؟ کہا اس سے تو بہت بیٹر ہے۔</w:t>
      </w:r>
    </w:p>
    <w:p>
      <w:r>
        <w:rPr>
          <w:b/>
        </w:rPr>
        <w:t xml:space="preserve">[33:03] </w:t>
      </w:r>
      <w:r>
        <w:t>yani company mein job milne se pehle jo un ki halat thi, maashi,</w:t>
      </w:r>
    </w:p>
    <w:p>
      <w:pPr>
        <w:jc w:val="right"/>
      </w:pPr>
      <w:r>
        <w:t>یعنی کمپنی میں جاب ملنے سے پہلے جو ان کی حالت تھی، معاشی،</w:t>
      </w:r>
    </w:p>
    <w:p>
      <w:r>
        <w:rPr>
          <w:b/>
        </w:rPr>
        <w:t xml:space="preserve">[33:10] </w:t>
      </w:r>
      <w:r>
        <w:t>to aaj us se hum bohat better hain.</w:t>
      </w:r>
    </w:p>
    <w:p>
      <w:pPr>
        <w:jc w:val="right"/>
      </w:pPr>
      <w:r>
        <w:t>تو آج اس سے ہم بہت بیٹر ہیں۔</w:t>
      </w:r>
    </w:p>
    <w:p>
      <w:r>
        <w:rPr>
          <w:b/>
        </w:rPr>
        <w:t xml:space="preserve">[33:12] </w:t>
      </w:r>
      <w:r>
        <w:t>unho ne kaha is par shor kyon nahin karte?</w:t>
      </w:r>
    </w:p>
    <w:p>
      <w:pPr>
        <w:jc w:val="right"/>
      </w:pPr>
      <w:r>
        <w:t>انہوں نے کہا اس پر شور کیوں نہیں کرتے؟</w:t>
      </w:r>
    </w:p>
    <w:p>
      <w:r>
        <w:rPr>
          <w:b/>
        </w:rPr>
        <w:t xml:space="preserve">[33:15] </w:t>
      </w:r>
      <w:r>
        <w:t>is par shor kyon nahin karte?</w:t>
      </w:r>
    </w:p>
    <w:p>
      <w:pPr>
        <w:jc w:val="right"/>
      </w:pPr>
      <w:r>
        <w:t>اس پر شور کیوں نہیں کرتے؟</w:t>
      </w:r>
    </w:p>
    <w:p>
      <w:r>
        <w:rPr>
          <w:b/>
        </w:rPr>
        <w:t xml:space="preserve">[33:19] </w:t>
      </w:r>
      <w:r>
        <w:t>isi ko main kehta hoon thing mein truth ko daryaft karna.</w:t>
      </w:r>
    </w:p>
    <w:p>
      <w:pPr>
        <w:jc w:val="right"/>
      </w:pPr>
      <w:r>
        <w:t>اسی کو میں کہتا ہوں تھنگ میں ٹروتھ کو دریافت کرنا۔</w:t>
      </w:r>
    </w:p>
    <w:p>
      <w:r>
        <w:rPr>
          <w:b/>
        </w:rPr>
        <w:t xml:space="preserve">[33:23] </w:t>
      </w:r>
      <w:r>
        <w:t>nashukri mein shukr ke item ko daryaft karna.</w:t>
      </w:r>
    </w:p>
    <w:p>
      <w:pPr>
        <w:jc w:val="right"/>
      </w:pPr>
      <w:r>
        <w:t>ناشکری میں شکر کے آئٹم کو دریافت کرنا۔</w:t>
      </w:r>
    </w:p>
    <w:p>
      <w:r>
        <w:rPr>
          <w:b/>
        </w:rPr>
        <w:t xml:space="preserve">[33:28] </w:t>
      </w:r>
      <w:r>
        <w:t>hamesha aadmi kya karta hai?</w:t>
      </w:r>
    </w:p>
    <w:p>
      <w:pPr>
        <w:jc w:val="right"/>
      </w:pPr>
      <w:r>
        <w:t>ہمیشہ آدمی کیا کرتا ہے؟</w:t>
      </w:r>
    </w:p>
    <w:p>
      <w:r>
        <w:rPr>
          <w:b/>
        </w:rPr>
        <w:t xml:space="preserve">[33:32] </w:t>
      </w:r>
      <w:r>
        <w:t>ke yeh main yeh kahunga ke sara muamla angle of vision ka hai.</w:t>
      </w:r>
    </w:p>
    <w:p>
      <w:pPr>
        <w:jc w:val="right"/>
      </w:pPr>
      <w:r>
        <w:t>کہ یہ میں یہ کہوں گا کہ سارا معاملہ اینگل آف ویژن کا ہے۔</w:t>
      </w:r>
    </w:p>
    <w:p>
      <w:r>
        <w:rPr>
          <w:b/>
        </w:rPr>
        <w:t xml:space="preserve">[33:38] </w:t>
      </w:r>
      <w:r>
        <w:t>angle of vision.</w:t>
      </w:r>
    </w:p>
    <w:p>
      <w:pPr>
        <w:jc w:val="right"/>
      </w:pPr>
      <w:r>
        <w:t>اینگل آف ویژن۔</w:t>
      </w:r>
    </w:p>
    <w:p>
      <w:r>
        <w:rPr>
          <w:b/>
        </w:rPr>
        <w:t xml:space="preserve">[33:40] </w:t>
      </w:r>
      <w:r>
        <w:t>agar aap ka angle of vision aik ho to aap ko idhar shukr aayega, peace aayega.</w:t>
      </w:r>
    </w:p>
    <w:p>
      <w:pPr>
        <w:jc w:val="right"/>
      </w:pPr>
      <w:r>
        <w:t>اگر آپ کا اینگل آف ویژن ایک ہو تو آپ کو ادھر شکر آئے گا، پیس آئے گا۔</w:t>
      </w:r>
    </w:p>
    <w:p>
      <w:r>
        <w:rPr>
          <w:b/>
        </w:rPr>
        <w:t xml:space="preserve">[33:47] </w:t>
      </w:r>
      <w:r>
        <w:t>angle of vision, angle of vision doosra ho to aap ke andar negative thought aayenge, nafrat aaye</w:t>
      </w:r>
    </w:p>
    <w:p>
      <w:pPr>
        <w:jc w:val="right"/>
      </w:pPr>
      <w:r>
        <w:t>اینگل آف ویژن، اینگل آف ویژن دوسرا ہو تو آپ کے اندر نیگیٹیو تھاٹ آئیں گے، نفرت آئے</w:t>
      </w:r>
    </w:p>
    <w:p>
      <w:r>
        <w:rPr>
          <w:b/>
        </w:rPr>
        <w:t xml:space="preserve">[33:52] </w:t>
      </w:r>
      <w:r>
        <w:t>gi. aur aap</w:t>
      </w:r>
    </w:p>
    <w:p>
      <w:pPr>
        <w:jc w:val="right"/>
      </w:pPr>
      <w:r>
        <w:t>گی۔ اور آپ</w:t>
      </w:r>
    </w:p>
    <w:p>
      <w:r>
        <w:rPr>
          <w:b/>
        </w:rPr>
        <w:t xml:space="preserve">[33:55] </w:t>
      </w:r>
      <w:r>
        <w:t>ghussa, ghusse mein jeene lagenge.</w:t>
      </w:r>
    </w:p>
    <w:p>
      <w:pPr>
        <w:jc w:val="right"/>
      </w:pPr>
      <w:r>
        <w:t>غصہ، غصے میں جینے لگیں گے۔</w:t>
      </w:r>
    </w:p>
    <w:p>
      <w:r>
        <w:rPr>
          <w:b/>
        </w:rPr>
        <w:t xml:space="preserve">[33:58] </w:t>
      </w:r>
      <w:r>
        <w:t>to apne angle of vision ko sahi karna chahiye.</w:t>
      </w:r>
    </w:p>
    <w:p>
      <w:pPr>
        <w:jc w:val="right"/>
      </w:pPr>
      <w:r>
        <w:t>تو اپنے اینگل آف ویژن کو صحیح کرنا چاہیے۔</w:t>
      </w:r>
    </w:p>
    <w:p>
      <w:r>
        <w:rPr>
          <w:b/>
        </w:rPr>
        <w:t xml:space="preserve">[34:02] </w:t>
      </w:r>
      <w:r>
        <w:t>cheezon ko sahi angle se dekhna seekhein.</w:t>
      </w:r>
    </w:p>
    <w:p>
      <w:pPr>
        <w:jc w:val="right"/>
      </w:pPr>
      <w:r>
        <w:t>چیزوں کو صحیح اینگل سے دیکھنا سیکھیں۔</w:t>
      </w:r>
    </w:p>
    <w:p>
      <w:r>
        <w:rPr>
          <w:b/>
        </w:rPr>
        <w:t xml:space="preserve">[34:08] </w:t>
      </w:r>
      <w:r>
        <w:t>cheezon ko sahi angle se dekhna seekhein.</w:t>
      </w:r>
    </w:p>
    <w:p>
      <w:pPr>
        <w:jc w:val="right"/>
      </w:pPr>
      <w:r>
        <w:t>چیزوں کو صحیح اینگل سے دیکھنا سیکھیں۔</w:t>
      </w:r>
    </w:p>
    <w:p>
      <w:r>
        <w:rPr>
          <w:b/>
        </w:rPr>
        <w:t xml:space="preserve">[34:12] </w:t>
      </w:r>
      <w:r>
        <w:t>is ke baad aap ko</w:t>
      </w:r>
    </w:p>
    <w:p>
      <w:pPr>
        <w:jc w:val="right"/>
      </w:pPr>
      <w:r>
        <w:t>اس کے بعد آپ کو</w:t>
      </w:r>
    </w:p>
    <w:p>
      <w:r>
        <w:rPr>
          <w:b/>
        </w:rPr>
        <w:t xml:space="preserve">[34:15] </w:t>
      </w:r>
      <w:r>
        <w:t>peace of mind hasil ho jayega.</w:t>
      </w:r>
    </w:p>
    <w:p>
      <w:pPr>
        <w:jc w:val="right"/>
      </w:pPr>
      <w:r>
        <w:t>پیس آف مائنڈ حاصل ہو جائے گا۔</w:t>
      </w:r>
    </w:p>
    <w:p>
      <w:r>
        <w:rPr>
          <w:b/>
        </w:rPr>
        <w:t xml:space="preserve">[34:18] </w:t>
      </w:r>
      <w:r>
        <w:t>to main boredom ko, main samajhta hoon ke aik,</w:t>
      </w:r>
    </w:p>
    <w:p>
      <w:pPr>
        <w:jc w:val="right"/>
      </w:pPr>
      <w:r>
        <w:t>تو میں بورڈم کو، میں سمجھتا ہوں کہ ایک،</w:t>
      </w:r>
    </w:p>
    <w:p>
      <w:r>
        <w:rPr>
          <w:b/>
        </w:rPr>
        <w:t xml:space="preserve">[34:23] </w:t>
      </w:r>
      <w:r>
        <w:t>aap boredom jis ko hum kehte hain, woh kya hai?</w:t>
      </w:r>
    </w:p>
    <w:p>
      <w:pPr>
        <w:jc w:val="right"/>
      </w:pPr>
      <w:r>
        <w:t>آپ بورڈم جس کو ہم کہتے ہیں، وہ کیا ہے؟</w:t>
      </w:r>
    </w:p>
    <w:p>
      <w:r>
        <w:rPr>
          <w:b/>
        </w:rPr>
        <w:t xml:space="preserve">[34:27] </w:t>
      </w:r>
      <w:r>
        <w:t>yani failure, fail, yani</w:t>
      </w:r>
    </w:p>
    <w:p>
      <w:pPr>
        <w:jc w:val="right"/>
      </w:pPr>
      <w:r>
        <w:t>یعنی فیلیر، فیل، یعنی</w:t>
      </w:r>
    </w:p>
    <w:p>
      <w:r>
        <w:rPr>
          <w:b/>
        </w:rPr>
        <w:t xml:space="preserve">[34:33] </w:t>
      </w:r>
      <w:r>
        <w:t>zindagi ki jo creation plan Allah taala ka hai, us ko daryaft na karna.</w:t>
      </w:r>
    </w:p>
    <w:p>
      <w:pPr>
        <w:jc w:val="right"/>
      </w:pPr>
      <w:r>
        <w:t>زندگی کی جو کریشن پلان اللہ تعالیٰ کا ہے، اس کو دریافت نہ کرنا۔</w:t>
      </w:r>
    </w:p>
    <w:p>
      <w:r>
        <w:rPr>
          <w:b/>
        </w:rPr>
        <w:t xml:space="preserve">[34:40] </w:t>
      </w:r>
      <w:r>
        <w:t>creation plan ko aap daryaft na karenge to kahin boredom aayega, kahin aap react karenge</w:t>
      </w:r>
    </w:p>
    <w:p>
      <w:pPr>
        <w:jc w:val="right"/>
      </w:pPr>
      <w:r>
        <w:t>کریشن پلان کو آپ دریافت نہ کریں گے تو کہیں بورڈم آئے گا، کہیں آپ ری ایکٹ کریں</w:t>
      </w:r>
    </w:p>
    <w:p>
      <w:r>
        <w:rPr>
          <w:b/>
        </w:rPr>
        <w:t xml:space="preserve">[34:45] </w:t>
      </w:r>
      <w:r>
        <w:t>ge, kahin aap negative ho jayenge.</w:t>
      </w:r>
    </w:p>
    <w:p>
      <w:pPr>
        <w:jc w:val="right"/>
      </w:pPr>
      <w:r>
        <w:t>گے، کہیں آپ نیگیٹیو ہو جائیں گے۔</w:t>
      </w:r>
    </w:p>
    <w:p>
      <w:r>
        <w:rPr>
          <w:b/>
        </w:rPr>
        <w:t xml:space="preserve">[34:49] </w:t>
      </w:r>
      <w:r>
        <w:t>to sara muamla yeh hai ke, woh yeh hai ke aap</w:t>
      </w:r>
    </w:p>
    <w:p>
      <w:pPr>
        <w:jc w:val="right"/>
      </w:pPr>
      <w:r>
        <w:t>تو سارا معاملہ یہ ہے کہ، وہ یہ ہے کہ آپ</w:t>
      </w:r>
    </w:p>
    <w:p>
      <w:r>
        <w:rPr>
          <w:b/>
        </w:rPr>
        <w:t xml:space="preserve">[34:52] </w:t>
      </w:r>
      <w:r>
        <w:t>creation plan of God ko daryaft kar saken.</w:t>
      </w:r>
    </w:p>
    <w:p>
      <w:pPr>
        <w:jc w:val="right"/>
      </w:pPr>
      <w:r>
        <w:t>کریشن پلان آف گاڈ کو دریافت کر سکیں۔</w:t>
      </w:r>
    </w:p>
    <w:p>
      <w:r>
        <w:rPr>
          <w:b/>
        </w:rPr>
        <w:t xml:space="preserve">[35:00] </w:t>
      </w:r>
      <w:r>
        <w:t>misal ke taur par aik misal main deta hoon</w:t>
      </w:r>
    </w:p>
    <w:p>
      <w:pPr>
        <w:jc w:val="right"/>
      </w:pPr>
      <w:r>
        <w:t>مثلاً ایک مثال میں دیتا ہوں</w:t>
      </w:r>
    </w:p>
    <w:p>
      <w:r>
        <w:rPr>
          <w:b/>
        </w:rPr>
        <w:t xml:space="preserve">[35:03] </w:t>
      </w:r>
      <w:r>
        <w:t>keh aksar philosopher yeh mante hain keh dunya mein evil hai, jis ko problem evil kehte hain.</w:t>
      </w:r>
    </w:p>
    <w:p>
      <w:pPr>
        <w:jc w:val="right"/>
      </w:pPr>
      <w:r>
        <w:t>کہ اکثر فلاسفر یہ مانتے ہیں کہ دنیا میں ایول ہے، جس کو پرابلم ایول کہتے ہیں۔</w:t>
      </w:r>
    </w:p>
    <w:p>
      <w:r>
        <w:rPr>
          <w:b/>
        </w:rPr>
        <w:t xml:space="preserve">[35:15] </w:t>
      </w:r>
      <w:r>
        <w:t>to problem evil kya hai? main kehta hoon problem evil nahi, woh hai problem of challenge.</w:t>
      </w:r>
    </w:p>
    <w:p>
      <w:pPr>
        <w:jc w:val="right"/>
      </w:pPr>
      <w:r>
        <w:t>تو پرابلم ایول کیا ہے؟ میں کہتا ہوں پرابلم ایول نہیں، وہ ہے پرابلم آف چیلنج۔</w:t>
      </w:r>
    </w:p>
    <w:p>
      <w:r>
        <w:rPr>
          <w:b/>
        </w:rPr>
        <w:t xml:space="preserve">[35:22] </w:t>
      </w:r>
      <w:r>
        <w:t>yani is ko aik ghalat naam de rakha hai.</w:t>
      </w:r>
    </w:p>
    <w:p>
      <w:pPr>
        <w:jc w:val="right"/>
      </w:pPr>
      <w:r>
        <w:t>یعنی اس کو ایک غلط نام دے رکھا ہے۔</w:t>
      </w:r>
    </w:p>
    <w:p>
      <w:r>
        <w:rPr>
          <w:b/>
        </w:rPr>
        <w:t xml:space="preserve">[35:26] </w:t>
      </w:r>
      <w:r>
        <w:t>bad naam de rakha hai keh problem of challenge ko kehte hain problem of evil.</w:t>
      </w:r>
    </w:p>
    <w:p>
      <w:pPr>
        <w:jc w:val="right"/>
      </w:pPr>
      <w:r>
        <w:t>بیڈ نام دے رکھا ہے کہ پرابلم آف چیلنج کو کہتے ہیں پرابلم آف ایول۔</w:t>
      </w:r>
    </w:p>
    <w:p>
      <w:r>
        <w:rPr>
          <w:b/>
        </w:rPr>
        <w:t xml:space="preserve">[35:34] </w:t>
      </w:r>
      <w:r>
        <w:t>jo creator hai, us ne dunya ka jo banaya hai, naqsha, woh base karta hai competition par, challenge</w:t>
      </w:r>
    </w:p>
    <w:p>
      <w:pPr>
        <w:jc w:val="right"/>
      </w:pPr>
      <w:r>
        <w:t>جو کریٹر ہے، اس نے دنیا کا جو بنایا ہے، نقشہ، وہ بیس کرتا ہے کمپیٹیشن پر، چیلنج</w:t>
      </w:r>
    </w:p>
    <w:p>
      <w:r>
        <w:rPr>
          <w:b/>
        </w:rPr>
        <w:t xml:space="preserve">[35:43] </w:t>
      </w:r>
      <w:r>
        <w:t>par. to jab azadi par, jab logon ko azadi hogi to dunya mein competition hoga, aik se doosre</w:t>
      </w:r>
    </w:p>
    <w:p>
      <w:pPr>
        <w:jc w:val="right"/>
      </w:pPr>
      <w:r>
        <w:t>پر۔ تو جب آزادی پر، جب لوگوں کو آزادی ہوگی تو دنیا میں کمپیٹیشن ہوگا، ایک سے دوسرے</w:t>
      </w:r>
    </w:p>
    <w:p>
      <w:r>
        <w:rPr>
          <w:b/>
        </w:rPr>
        <w:t xml:space="preserve">[35:53] </w:t>
      </w:r>
      <w:r>
        <w:t>ko challenge hoga.</w:t>
      </w:r>
    </w:p>
    <w:p>
      <w:pPr>
        <w:jc w:val="right"/>
      </w:pPr>
      <w:r>
        <w:t>کو چیلنج ہوگا۔</w:t>
      </w:r>
    </w:p>
    <w:p>
      <w:r>
        <w:rPr>
          <w:b/>
        </w:rPr>
        <w:t xml:space="preserve">[35:55] </w:t>
      </w:r>
      <w:r>
        <w:t>to zahir hai keh kahin kisi ke baad banegi, kisi ki bigregi.</w:t>
      </w:r>
    </w:p>
    <w:p>
      <w:pPr>
        <w:jc w:val="right"/>
      </w:pPr>
      <w:r>
        <w:t>تو ظاہر ہے کہ کہیں کسی کے بعد بنے گی، کسی کی بگڑے گی۔</w:t>
      </w:r>
    </w:p>
    <w:p>
      <w:r>
        <w:rPr>
          <w:b/>
        </w:rPr>
        <w:t xml:space="preserve">[35:59] </w:t>
      </w:r>
      <w:r>
        <w:t>kahin, kahin kisi ko kuch hoga, kahin kisi ko kuch hoga.</w:t>
      </w:r>
    </w:p>
    <w:p>
      <w:pPr>
        <w:jc w:val="right"/>
      </w:pPr>
      <w:r>
        <w:t>کہیں، کہیں کسی کو کچھ ہوگا، کہیں کسی کو کچھ ہوگا۔</w:t>
      </w:r>
    </w:p>
    <w:p>
      <w:r>
        <w:rPr>
          <w:b/>
        </w:rPr>
        <w:t xml:space="preserve">[36:02] </w:t>
      </w:r>
      <w:r>
        <w:t>to that is due to,</w:t>
      </w:r>
    </w:p>
    <w:p>
      <w:pPr>
        <w:jc w:val="right"/>
      </w:pPr>
      <w:r>
        <w:t>تو دیٹ از ڈیو ٹو،</w:t>
      </w:r>
    </w:p>
    <w:p>
      <w:r>
        <w:rPr>
          <w:b/>
        </w:rPr>
        <w:t xml:space="preserve">[36:05] </w:t>
      </w:r>
      <w:r>
        <w:t>is baat ka nateeja hai keh dunya mein, dunya ka nizam challenge par qaim hai.</w:t>
      </w:r>
    </w:p>
    <w:p>
      <w:pPr>
        <w:jc w:val="right"/>
      </w:pPr>
      <w:r>
        <w:t>اس بات کا نتیجہ ہے کہ دنیا میں، دنیا کا نظام چیلنج پر قائم ہے۔</w:t>
      </w:r>
    </w:p>
    <w:p>
      <w:r>
        <w:rPr>
          <w:b/>
        </w:rPr>
        <w:t xml:space="preserve">[36:11] </w:t>
      </w:r>
      <w:r>
        <w:t>agar aap yeh samajh lein keh dunya ka nizam challenge par qaim hai, aur challenge se hi taraqqi</w:t>
      </w:r>
    </w:p>
    <w:p>
      <w:pPr>
        <w:jc w:val="right"/>
      </w:pPr>
      <w:r>
        <w:t>اگر آپ یہ سمجھ لیں کہ دنیا کا نظام چیلنج پر قائم ہے، اور چیلنج سے ہی ترقی</w:t>
      </w:r>
    </w:p>
    <w:p>
      <w:r>
        <w:rPr>
          <w:b/>
        </w:rPr>
        <w:t xml:space="preserve">[36:17] </w:t>
      </w:r>
      <w:r>
        <w:t>ہوتی ہے۔ No challenge, no development.</w:t>
      </w:r>
    </w:p>
    <w:p>
      <w:pPr>
        <w:jc w:val="right"/>
      </w:pPr>
      <w:r>
        <w:t>ہوتی ہے۔ نو چیلنج، نو ڈیولپمنٹ۔</w:t>
      </w:r>
    </w:p>
    <w:p>
      <w:r>
        <w:rPr>
          <w:b/>
        </w:rPr>
        <w:t xml:space="preserve">[36:22] </w:t>
      </w:r>
      <w:r>
        <w:t>no competition, no development.</w:t>
      </w:r>
    </w:p>
    <w:p>
      <w:pPr>
        <w:jc w:val="right"/>
      </w:pPr>
      <w:r>
        <w:t>نو کمپیٹیشن، نو ڈیولپمنٹ۔</w:t>
      </w:r>
    </w:p>
    <w:p>
      <w:r>
        <w:rPr>
          <w:b/>
        </w:rPr>
        <w:t xml:space="preserve">[36:24] </w:t>
      </w:r>
      <w:r>
        <w:t>تو آپ بالکل، آپ کو peace، آپ کے مائنڈ میں peace آ جائے گا۔</w:t>
      </w:r>
    </w:p>
    <w:p>
      <w:pPr>
        <w:jc w:val="right"/>
      </w:pPr>
      <w:r>
        <w:t>تو آپ بالکل، آپ کو پیس، آپ کے مائنڈ میں پیس آ جائے گا۔</w:t>
      </w:r>
    </w:p>
    <w:p>
      <w:r>
        <w:rPr>
          <w:b/>
        </w:rPr>
        <w:t xml:space="preserve">[36:29] </w:t>
      </w:r>
      <w:r>
        <w:t>agar, lekin agar aap is tarah na sochein,</w:t>
      </w:r>
    </w:p>
    <w:p>
      <w:pPr>
        <w:jc w:val="right"/>
      </w:pPr>
      <w:r>
        <w:t>اگر، لیکن اگر آپ اس طرح نہ سوچیں،</w:t>
      </w:r>
    </w:p>
    <w:p>
      <w:r>
        <w:rPr>
          <w:b/>
        </w:rPr>
        <w:t xml:space="preserve">[36:33] </w:t>
      </w:r>
      <w:r>
        <w:t>یعنی اس کو چیلنج کے اینگل سے نہ دیکھیں، تو آپ کو evil, evil نظر آئے گا، evil.</w:t>
      </w:r>
    </w:p>
    <w:p>
      <w:pPr>
        <w:jc w:val="right"/>
      </w:pPr>
      <w:r>
        <w:t>یعنی اس کو چیلنج کے اینگل سے نہ دیکھیں، تو آپ کو ایول، ایول نظر آئے گا، ایول۔</w:t>
      </w:r>
    </w:p>
    <w:p>
      <w:r>
        <w:rPr>
          <w:b/>
        </w:rPr>
        <w:t xml:space="preserve">[36:41] </w:t>
      </w:r>
      <w:r>
        <w:t>تو میں سمجھتا ہوں کہ جو لوگ یہ کہتے ہیں کہ دنیا میں problem of evil ہے، وہ</w:t>
      </w:r>
    </w:p>
    <w:p>
      <w:pPr>
        <w:jc w:val="right"/>
      </w:pPr>
      <w:r>
        <w:t>تو میں سمجھتا ہوں کہ جو لوگ یہ کہتے ہیں کہ دنیا میں پرابلم آف ایول ہے، وہ</w:t>
      </w:r>
    </w:p>
    <w:p>
      <w:r>
        <w:rPr>
          <w:b/>
        </w:rPr>
        <w:t xml:space="preserve">[36:46] </w:t>
      </w:r>
      <w:r>
        <w:t>wrong angle say dekh rahe hain duniya ko.</w:t>
      </w:r>
    </w:p>
    <w:p>
      <w:pPr>
        <w:jc w:val="right"/>
      </w:pPr>
      <w:r>
        <w:t>رانگ اینگل سے دیکھ رہے ہیں دنیا کو۔</w:t>
      </w:r>
    </w:p>
    <w:p>
      <w:r>
        <w:rPr>
          <w:b/>
        </w:rPr>
        <w:t xml:space="preserve">[36:50] </w:t>
      </w:r>
      <w:r>
        <w:t>jo log kehte hain keh dunya mein,</w:t>
      </w:r>
    </w:p>
    <w:p>
      <w:pPr>
        <w:jc w:val="right"/>
      </w:pPr>
      <w:r>
        <w:t>جو لوگ کہتے ہیں کہ دنیا میں،</w:t>
      </w:r>
    </w:p>
    <w:p>
      <w:r>
        <w:rPr>
          <w:b/>
        </w:rPr>
        <w:t xml:space="preserve">[36:54] </w:t>
      </w:r>
      <w:r>
        <w:t>aise jo human rights activist hain, woh bhi isi ghalati karte hain keh woh</w:t>
      </w:r>
    </w:p>
    <w:p>
      <w:pPr>
        <w:jc w:val="right"/>
      </w:pPr>
      <w:r>
        <w:t>ایسے جو ہیومن رائٹ ایکٹیوسٹ ہیں، وہ بھی اسی غلطی کرتے ہیں کہ وہ</w:t>
      </w:r>
    </w:p>
    <w:p>
      <w:r>
        <w:rPr>
          <w:b/>
        </w:rPr>
        <w:t xml:space="preserve">[37:00] </w:t>
      </w:r>
      <w:r>
        <w:t>right ko dekhte hain, duty ko nahi dekhte.</w:t>
      </w:r>
    </w:p>
    <w:p>
      <w:pPr>
        <w:jc w:val="right"/>
      </w:pPr>
      <w:r>
        <w:t>رائٹ کو دیکھتے ہیں، ڈیوٹی کو نہیں دیکھتے۔</w:t>
      </w:r>
    </w:p>
    <w:p>
      <w:r>
        <w:rPr>
          <w:b/>
        </w:rPr>
        <w:t xml:space="preserve">[37:04] </w:t>
      </w:r>
      <w:r>
        <w:t>aur jitne human rights activist</w:t>
      </w:r>
    </w:p>
    <w:p>
      <w:pPr>
        <w:jc w:val="right"/>
      </w:pPr>
      <w:r>
        <w:t>اور جتنے ہیومن رائٹ ایکٹیوسٹ</w:t>
      </w:r>
    </w:p>
    <w:p>
      <w:r>
        <w:rPr>
          <w:b/>
        </w:rPr>
        <w:t xml:space="preserve">[37:07] </w:t>
      </w:r>
      <w:r>
        <w:t>کو میں جانتا ہوں، وہ سب negative، سب protestant ہوتے ہیں۔</w:t>
      </w:r>
    </w:p>
    <w:p>
      <w:pPr>
        <w:jc w:val="right"/>
      </w:pPr>
      <w:r>
        <w:t>کو میں جانتا ہوں، وہ سب نیگیٹیو، سب پروٹیسٹنٹ ہوتے ہیں۔</w:t>
      </w:r>
    </w:p>
    <w:p>
      <w:r>
        <w:rPr>
          <w:b/>
        </w:rPr>
        <w:t xml:space="preserve">[37:13] </w:t>
      </w:r>
      <w:r>
        <w:t>یعنی human rights کو لے کر پروٹیسٹنٹ بنے رہتے ہیں وہ۔</w:t>
      </w:r>
    </w:p>
    <w:p>
      <w:pPr>
        <w:jc w:val="right"/>
      </w:pPr>
      <w:r>
        <w:t>یعنی ہیومن رائٹس کو لے کر پروٹیسٹنٹ بنے رہتے ہیں وہ۔</w:t>
      </w:r>
    </w:p>
    <w:p>
      <w:r>
        <w:rPr>
          <w:b/>
        </w:rPr>
        <w:t xml:space="preserve">[37:17] </w:t>
      </w:r>
      <w:r>
        <w:t>critic bane rehte hain.</w:t>
      </w:r>
    </w:p>
    <w:p>
      <w:pPr>
        <w:jc w:val="right"/>
      </w:pPr>
      <w:r>
        <w:t>کریٹک بنے رہتے ہیں۔</w:t>
      </w:r>
    </w:p>
    <w:p>
      <w:r>
        <w:rPr>
          <w:b/>
        </w:rPr>
        <w:t xml:space="preserve">[37:20] </w:t>
      </w:r>
      <w:r>
        <w:t>to human rights ka violation jis ko kehte hain log, woh haqeeqatan competition ka phenomenon hai, challenge ka</w:t>
      </w:r>
    </w:p>
    <w:p>
      <w:pPr>
        <w:jc w:val="right"/>
      </w:pPr>
      <w:r>
        <w:t>تو ہیومن رائٹس کا وائلیشن جس کو کہتے ہیں لوگ، وہ حقیقتاً کمپیٹیشن کا فینامینا ہے، چیلنج کا</w:t>
      </w:r>
    </w:p>
    <w:p>
      <w:r>
        <w:rPr>
          <w:b/>
        </w:rPr>
        <w:t xml:space="preserve">[37:28] </w:t>
      </w:r>
      <w:r>
        <w:t>phenomena ہے۔ تو لوگوں کے اندر یہ مزاج بنائیں کہ وہ چیلنج کو beat کرنا سیکھیں۔</w:t>
      </w:r>
    </w:p>
    <w:p>
      <w:pPr>
        <w:jc w:val="right"/>
      </w:pPr>
      <w:r>
        <w:t>فینامینا ہے۔ تو لوگوں کے اندر یہ مزاج بنائیں کہ وہ چیلنج کو بیٹ کرنا سیکھیں۔</w:t>
      </w:r>
    </w:p>
    <w:p>
      <w:r>
        <w:rPr>
          <w:b/>
        </w:rPr>
        <w:t xml:space="preserve">[37:36] </w:t>
      </w:r>
      <w:r>
        <w:t>اپنے آپ کو competition میں stand کر سکیں، یہ ان کے اندر مزاج پیدا کیجیے۔</w:t>
      </w:r>
    </w:p>
    <w:p>
      <w:pPr>
        <w:jc w:val="right"/>
      </w:pPr>
      <w:r>
        <w:t>اپنے آپ کو کمپیٹیشن میں اسٹینڈ کر سکیں، یہ ان کے اندر مزاج پیدا کیجیے۔</w:t>
      </w:r>
    </w:p>
    <w:p>
      <w:r>
        <w:rPr>
          <w:b/>
        </w:rPr>
        <w:t xml:space="preserve">[37:46] </w:t>
      </w:r>
      <w:r>
        <w:t>main samajhta hoon keh sab se bara reformer woh nahi hai jo dunya mein</w:t>
      </w:r>
    </w:p>
    <w:p>
      <w:pPr>
        <w:jc w:val="right"/>
      </w:pPr>
      <w:r>
        <w:t>میں سمجھتا ہوں کہ سب سے بڑا ریفارمر وہ نہیں ہے جو دنیا میں</w:t>
      </w:r>
    </w:p>
    <w:p>
      <w:r>
        <w:rPr>
          <w:b/>
        </w:rPr>
        <w:t xml:space="preserve">[37:53] </w:t>
      </w:r>
      <w:r>
        <w:t>zulm ka point out kare keh dekho yeh zulm ho raha hai, dekho yeh</w:t>
      </w:r>
    </w:p>
    <w:p>
      <w:pPr>
        <w:jc w:val="right"/>
      </w:pPr>
      <w:r>
        <w:t>ظلم کا پوائنٹ آؤٹ کرے کہ دیکھو یہ ظلم ہو رہا ہے، دیکھو یہ</w:t>
      </w:r>
    </w:p>
    <w:p>
      <w:r>
        <w:rPr>
          <w:b/>
        </w:rPr>
        <w:t xml:space="preserve">[38:03] </w:t>
      </w:r>
      <w:r>
        <w:t>Rights, human rights ka violation ho raha hai.</w:t>
      </w:r>
    </w:p>
    <w:p>
      <w:pPr>
        <w:jc w:val="right"/>
      </w:pPr>
      <w:r>
        <w:t>رائٹس، ہیومن رائٹس کا وائلیشن ہو رہا ہے۔</w:t>
      </w:r>
    </w:p>
    <w:p>
      <w:r>
        <w:rPr>
          <w:b/>
        </w:rPr>
        <w:t xml:space="preserve">[38:06] </w:t>
      </w:r>
      <w:r>
        <w:t>main nahi samajhta woh bara reformer hai.</w:t>
      </w:r>
    </w:p>
    <w:p>
      <w:pPr>
        <w:jc w:val="right"/>
      </w:pPr>
      <w:r>
        <w:t>میں نہیں سمجھتا وہ بڑا ریفارمر ہے۔</w:t>
      </w:r>
    </w:p>
    <w:p>
      <w:r>
        <w:rPr>
          <w:b/>
        </w:rPr>
        <w:t xml:space="preserve">[38:11] </w:t>
      </w:r>
      <w:r>
        <w:t>bara reformer woh hai jo bataye keh yeh to creation plan of God hai, is mein tum apna</w:t>
      </w:r>
    </w:p>
    <w:p>
      <w:pPr>
        <w:jc w:val="right"/>
      </w:pPr>
      <w:r>
        <w:t>بڑا ریفارمر وہ ہے جو بتائے کہ یہ تو کریشن پلان آف گاڈ ہے، اس میں تم اپنا</w:t>
      </w:r>
    </w:p>
    <w:p>
      <w:r>
        <w:rPr>
          <w:b/>
        </w:rPr>
        <w:t xml:space="preserve">[38:15] </w:t>
      </w:r>
      <w:r>
        <w:t>rasta banao. apne ko is qabil banao keh tum challenge ko meet kar sako.</w:t>
      </w:r>
    </w:p>
    <w:p>
      <w:pPr>
        <w:jc w:val="right"/>
      </w:pPr>
      <w:r>
        <w:t>راستہ بناؤ۔ اپنے کو اس قابل بناؤ کہ تم چیلنج کو میٹ کر سکو۔</w:t>
      </w:r>
    </w:p>
    <w:p>
      <w:r>
        <w:rPr>
          <w:b/>
        </w:rPr>
        <w:t xml:space="preserve">[38:20] </w:t>
      </w:r>
      <w:r>
        <w:t>woh hai, woh hai reformer.</w:t>
      </w:r>
    </w:p>
    <w:p>
      <w:pPr>
        <w:jc w:val="right"/>
      </w:pPr>
      <w:r>
        <w:t>وہ ہے، وہ ہے ریفارمر۔</w:t>
      </w:r>
    </w:p>
    <w:p>
      <w:r>
        <w:rPr>
          <w:b/>
        </w:rPr>
        <w:t xml:space="preserve">[38:25] </w:t>
      </w:r>
      <w:r>
        <w:t>yeh wajah hai ke jitne bhi human right activist hotay hain, sab negative hotay hain, sab protestant hotay</w:t>
      </w:r>
    </w:p>
    <w:p>
      <w:pPr>
        <w:jc w:val="right"/>
      </w:pPr>
      <w:r>
        <w:t>یہ وجہ ہے کہ جتنے بھی ہیومن رائٹ ایکٹیوسٹ ہوتے ہیں، سب نیگیٹیو ہوتے ہیں، سب پروٹیسٹنٹ ہوتے</w:t>
      </w:r>
    </w:p>
    <w:p>
      <w:r>
        <w:rPr>
          <w:b/>
        </w:rPr>
        <w:t xml:space="preserve">[38:30] </w:t>
      </w:r>
      <w:r>
        <w:t>hain, sab sirf complaint karte rehte hain.</w:t>
      </w:r>
    </w:p>
    <w:p>
      <w:pPr>
        <w:jc w:val="right"/>
      </w:pPr>
      <w:r>
        <w:t>ہیں، سب صرف کمپلینٹ کرتے رہتے ہیں۔</w:t>
      </w:r>
    </w:p>
    <w:p>
      <w:r>
        <w:rPr>
          <w:b/>
        </w:rPr>
        <w:t xml:space="preserve">[38:33] </w:t>
      </w:r>
      <w:r>
        <w:t>complaint, complaint, complaint.</w:t>
      </w:r>
    </w:p>
    <w:p>
      <w:pPr>
        <w:jc w:val="right"/>
      </w:pPr>
      <w:r>
        <w:t>کمپلینٹ، کمپلینٹ، کمپلینٹ۔</w:t>
      </w:r>
    </w:p>
    <w:p>
      <w:r>
        <w:rPr>
          <w:b/>
        </w:rPr>
        <w:t xml:space="preserve">[38:39] </w:t>
      </w:r>
      <w:r>
        <w:t>toh cheezon ko</w:t>
      </w:r>
    </w:p>
    <w:p>
      <w:pPr>
        <w:jc w:val="right"/>
      </w:pPr>
      <w:r>
        <w:t>تو چیزوں کو</w:t>
      </w:r>
    </w:p>
    <w:p>
      <w:r>
        <w:rPr>
          <w:b/>
        </w:rPr>
        <w:t xml:space="preserve">[38:41] </w:t>
      </w:r>
      <w:r>
        <w:t>right angle se dekhna</w:t>
      </w:r>
    </w:p>
    <w:p>
      <w:pPr>
        <w:jc w:val="right"/>
      </w:pPr>
      <w:r>
        <w:t>رائٹ اینگل سے دیکھنا</w:t>
      </w:r>
    </w:p>
    <w:p>
      <w:r>
        <w:rPr>
          <w:b/>
        </w:rPr>
        <w:t xml:space="preserve">[38:44] </w:t>
      </w:r>
      <w:r>
        <w:t>seekh leejie, toh aap ko peace of mind ho jaye ga.</w:t>
      </w:r>
    </w:p>
    <w:p>
      <w:pPr>
        <w:jc w:val="right"/>
      </w:pPr>
      <w:r>
        <w:t>سیکھ لیجیے، تو آپ کو پیس آف مائنڈ ہو جائے گا۔</w:t>
      </w:r>
    </w:p>
    <w:p>
      <w:r>
        <w:rPr>
          <w:b/>
        </w:rPr>
        <w:t xml:space="preserve">[38:49] </w:t>
      </w:r>
      <w:r>
        <w:t>agar right angle se na dekhen ge toh, toh aap ko peace of mind nahi rahe ga.</w:t>
      </w:r>
    </w:p>
    <w:p>
      <w:pPr>
        <w:jc w:val="right"/>
      </w:pPr>
      <w:r>
        <w:t>اگر رائٹ اینگل سے نہ دیکھیں گے تو، تو آپ کو پیس آف مائنڈ نہیں رہے گا۔</w:t>
      </w:r>
    </w:p>
    <w:p>
      <w:r>
        <w:rPr>
          <w:b/>
        </w:rPr>
        <w:t xml:space="preserve">[38:58] </w:t>
      </w:r>
      <w:r>
        <w:t>toh mein samajhta hoon ke jitni bhi cheezen hain ke boredom hai, negative thinking hai, anger hai, hate</w:t>
      </w:r>
    </w:p>
    <w:p>
      <w:pPr>
        <w:jc w:val="right"/>
      </w:pPr>
      <w:r>
        <w:t>تو میں سمجھتا ہوں کہ جتنی بھی چیزیں ہیں کہ بورڈم ہے، نیگیٹیو تھنکنگ ہے، اینگر ہے، ہیٹ</w:t>
      </w:r>
    </w:p>
    <w:p>
      <w:r>
        <w:rPr>
          <w:b/>
        </w:rPr>
        <w:t xml:space="preserve">[39:06] </w:t>
      </w:r>
      <w:r>
        <w:t>hai, yeh jitni bhi negative cheezen hain, sab ke sab mere nazdeek nateeja hain wrong angle se cheezon</w:t>
      </w:r>
    </w:p>
    <w:p>
      <w:pPr>
        <w:jc w:val="right"/>
      </w:pPr>
      <w:r>
        <w:t>ہے، یہ جتنی بھی نیگیٹیو چیزیں ہیں، سب کے سب میرے نزدیک نتیجہ ہیں رانگ اینگل سے چیزوں</w:t>
      </w:r>
    </w:p>
    <w:p>
      <w:r>
        <w:rPr>
          <w:b/>
        </w:rPr>
        <w:t xml:space="preserve">[39:17] </w:t>
      </w:r>
      <w:r>
        <w:t>ko dekhna. agar aap right angle se cheezon ko dekhen toh yeh sab apne aap dis, disappear</w:t>
      </w:r>
    </w:p>
    <w:p>
      <w:pPr>
        <w:jc w:val="right"/>
      </w:pPr>
      <w:r>
        <w:t>کو دیکھنا۔ اگر آپ رائٹ اینگل سے چیزوں کو دیکھیں تو یہ سب اپنے آپ ڈس، ڈس اپیئر</w:t>
      </w:r>
    </w:p>
    <w:p>
      <w:r>
        <w:rPr>
          <w:b/>
        </w:rPr>
        <w:t xml:space="preserve">[39:23] </w:t>
      </w:r>
      <w:r>
        <w:t>ho jayen gi.</w:t>
      </w:r>
    </w:p>
    <w:p>
      <w:pPr>
        <w:jc w:val="right"/>
      </w:pPr>
      <w:r>
        <w:t>ہو جائیں گی۔</w:t>
      </w:r>
    </w:p>
    <w:p>
      <w:r>
        <w:rPr>
          <w:b/>
        </w:rPr>
        <w:t xml:space="preserve">[39:26] </w:t>
      </w:r>
      <w:r>
        <w:t>aur apne aap ko, aap, apne aap ko, aap ko peace of mind hasil ho jaye ga.</w:t>
      </w:r>
    </w:p>
    <w:p>
      <w:pPr>
        <w:jc w:val="right"/>
      </w:pPr>
      <w:r>
        <w:t>اور اپنے آپ کو، آپ، اپنے آپ کو، آپ کو پیس آف مائنڈ حاصل ہو جائے گا۔</w:t>
      </w:r>
    </w:p>
    <w:p>
      <w:r>
        <w:rPr>
          <w:b/>
        </w:rPr>
        <w:t xml:space="preserve">[39:36] </w:t>
      </w:r>
      <w:r>
        <w:t>yehi woh raaz hai jis ko</w:t>
      </w:r>
    </w:p>
    <w:p>
      <w:pPr>
        <w:jc w:val="right"/>
      </w:pPr>
      <w:r>
        <w:t>یہی وہ راز ہے جس کو</w:t>
      </w:r>
    </w:p>
    <w:p>
      <w:r>
        <w:rPr>
          <w:b/>
        </w:rPr>
        <w:t xml:space="preserve">[39:40] </w:t>
      </w:r>
      <w:r>
        <w:t>janne ka naam wisdom hai.</w:t>
      </w:r>
    </w:p>
    <w:p>
      <w:pPr>
        <w:jc w:val="right"/>
      </w:pPr>
      <w:r>
        <w:t>جاننے کا نام وزڈم ہے۔</w:t>
      </w:r>
    </w:p>
    <w:p>
      <w:r>
        <w:rPr>
          <w:b/>
        </w:rPr>
        <w:t xml:space="preserve">[39:44] </w:t>
      </w:r>
      <w:r>
        <w:t>wisdom. jaise muslim mulkon mein aap akhbar mein parhte hon ge ke, ke log bomb marte hain aur</w:t>
      </w:r>
    </w:p>
    <w:p>
      <w:pPr>
        <w:jc w:val="right"/>
      </w:pPr>
      <w:r>
        <w:t>وزڈم۔ جیسے مسلم ملکوں میں آپ اخبار میں پڑھتے ہوں گے کہ، کہ لوگ بم مارتے ہیں اور</w:t>
      </w:r>
    </w:p>
    <w:p>
      <w:r>
        <w:rPr>
          <w:b/>
        </w:rPr>
        <w:t xml:space="preserve">[39:55] </w:t>
      </w:r>
      <w:r>
        <w:t>tarah tarah ki violence karte hain.</w:t>
      </w:r>
    </w:p>
    <w:p>
      <w:pPr>
        <w:jc w:val="right"/>
      </w:pPr>
      <w:r>
        <w:t>طرح طرح کی وائلنس کرتے ہیں۔</w:t>
      </w:r>
    </w:p>
    <w:p>
      <w:r>
        <w:rPr>
          <w:b/>
        </w:rPr>
        <w:t xml:space="preserve">[39:57] </w:t>
      </w:r>
      <w:r>
        <w:t>kyunke kuch shikayatein un ko hain.</w:t>
      </w:r>
    </w:p>
    <w:p>
      <w:pPr>
        <w:jc w:val="right"/>
      </w:pPr>
      <w:r>
        <w:t>کیونکہ کچھ شکایتیں ان کو ہیں۔</w:t>
      </w:r>
    </w:p>
    <w:p>
      <w:r>
        <w:rPr>
          <w:b/>
        </w:rPr>
        <w:t xml:space="preserve">[39:59] </w:t>
      </w:r>
      <w:r>
        <w:t>lekin woh shikayatein kya hain? mere nazdeek woh shikayatein nahi hain, woh challenge ke waqiyat hain.</w:t>
      </w:r>
    </w:p>
    <w:p>
      <w:pPr>
        <w:jc w:val="right"/>
      </w:pPr>
      <w:r>
        <w:t>لیکن وہ شکایتیں کیا ہیں؟ میرے نزدیک وہ شکایتیں نہیں ہیں، وہ چیلنج کے واقعات ہیں۔</w:t>
      </w:r>
    </w:p>
    <w:p>
      <w:r>
        <w:rPr>
          <w:b/>
        </w:rPr>
        <w:t xml:space="preserve">[40:07] </w:t>
      </w:r>
      <w:r>
        <w:t>mere nazdeek yahan na koi zalim hai na koi mazloom hai.</w:t>
      </w:r>
    </w:p>
    <w:p>
      <w:pPr>
        <w:jc w:val="right"/>
      </w:pPr>
      <w:r>
        <w:t>میرے نزدیک یہاں نہ کوئی ظالم ہے نہ کوئی مظلوم ہے۔</w:t>
      </w:r>
    </w:p>
    <w:p>
      <w:r>
        <w:rPr>
          <w:b/>
        </w:rPr>
        <w:t xml:space="preserve">[40:12] </w:t>
      </w:r>
      <w:r>
        <w:t>yeh duniya challenge par base karti hai.</w:t>
      </w:r>
    </w:p>
    <w:p>
      <w:pPr>
        <w:jc w:val="right"/>
      </w:pPr>
      <w:r>
        <w:t>یہ دنیا چیلنج پر بیس کرتی ہے۔</w:t>
      </w:r>
    </w:p>
    <w:p>
      <w:r>
        <w:rPr>
          <w:b/>
        </w:rPr>
        <w:t xml:space="preserve">[40:15] </w:t>
      </w:r>
      <w:r>
        <w:t>challenge hai, competition hai, freedom hai.</w:t>
      </w:r>
    </w:p>
    <w:p>
      <w:pPr>
        <w:jc w:val="right"/>
      </w:pPr>
      <w:r>
        <w:t>چیلنج ہے، کمپیٹیشن ہے، فریڈم ہے۔</w:t>
      </w:r>
    </w:p>
    <w:p>
      <w:r>
        <w:rPr>
          <w:b/>
        </w:rPr>
        <w:t xml:space="preserve">[40:18] </w:t>
      </w:r>
      <w:r>
        <w:t>is liye yeh sab waqiyat ho rahe hain.</w:t>
      </w:r>
    </w:p>
    <w:p>
      <w:pPr>
        <w:jc w:val="right"/>
      </w:pPr>
      <w:r>
        <w:t>اس لیے یہ سب واقعات ہو رہے ہیں۔</w:t>
      </w:r>
    </w:p>
    <w:p>
      <w:r>
        <w:rPr>
          <w:b/>
        </w:rPr>
        <w:t xml:space="preserve">[40:25] </w:t>
      </w:r>
      <w:r>
        <w:t>toh khulasa yeh hai ke agar aap duniya ko positive angle se dekhen toh aap ke andar peace</w:t>
      </w:r>
    </w:p>
    <w:p>
      <w:pPr>
        <w:jc w:val="right"/>
      </w:pPr>
      <w:r>
        <w:t>تو خلاصہ یہ ہے کہ اگر آپ دنیا کو پازیٹیو اینگل سے دیکھیں تو آپ کے اندر پیس</w:t>
      </w:r>
    </w:p>
    <w:p>
      <w:r>
        <w:rPr>
          <w:b/>
        </w:rPr>
        <w:t xml:space="preserve">[40:31] </w:t>
      </w:r>
      <w:r>
        <w:t>ful mind banega.</w:t>
      </w:r>
    </w:p>
    <w:p>
      <w:pPr>
        <w:jc w:val="right"/>
      </w:pPr>
      <w:r>
        <w:t>فل مائنڈ بنے گا۔</w:t>
      </w:r>
    </w:p>
    <w:p>
      <w:r>
        <w:rPr>
          <w:b/>
        </w:rPr>
        <w:t xml:space="preserve">[40:33] </w:t>
      </w:r>
      <w:r>
        <w:t>negative angle se dekhen, dekhen ge to aap ka peace of mind jo hai bhang ho jayega.</w:t>
      </w:r>
    </w:p>
    <w:p>
      <w:pPr>
        <w:jc w:val="right"/>
      </w:pPr>
      <w:r>
        <w:t>نیگیٹیو اینگل سے دیکھیں، دیکھیں گے تو آپ کا پیس آف مائنڈ جو ہے بھنگ ہو جائے گا۔</w:t>
      </w:r>
    </w:p>
    <w:p>
      <w:r>
        <w:rPr>
          <w:b/>
        </w:rPr>
        <w:t xml:space="preserve">[40:41] </w:t>
      </w:r>
      <w:r>
        <w:t>yeh main samjha hoon zindagi ka khulasa.</w:t>
      </w:r>
    </w:p>
    <w:p>
      <w:pPr>
        <w:jc w:val="right"/>
      </w:pPr>
      <w:r>
        <w:t>یہ میں سمجھا ہوں زندگی کا خلاصہ۔</w:t>
      </w:r>
    </w:p>
    <w:p>
      <w:r>
        <w:rPr>
          <w:b/>
        </w:rPr>
        <w:t xml:space="preserve">[40:45] </w:t>
      </w:r>
      <w:r>
        <w:t>aur isi ko main wisdom samajhta hoon.</w:t>
      </w:r>
    </w:p>
    <w:p>
      <w:pPr>
        <w:jc w:val="right"/>
      </w:pPr>
      <w:r>
        <w:t>اور اسی کو میں وزڈم سمجھتا ہوں۔</w:t>
      </w:r>
    </w:p>
    <w:p>
      <w:r>
        <w:rPr>
          <w:b/>
        </w:rPr>
        <w:t xml:space="preserve">[40:51] </w:t>
      </w:r>
      <w:r>
        <w:t>ek hadith hai ke riyaz al hikmat makhafat allah,</w:t>
      </w:r>
    </w:p>
    <w:p>
      <w:pPr>
        <w:jc w:val="right"/>
      </w:pPr>
      <w:r>
        <w:t>ایک حدیث ہے کہ ریاض الحکمت مخافت اللہ،</w:t>
      </w:r>
    </w:p>
    <w:p>
      <w:r>
        <w:rPr>
          <w:b/>
        </w:rPr>
        <w:t xml:space="preserve">[40:56] </w:t>
      </w:r>
      <w:r>
        <w:t>is ka literal translation yeh hai ke sab se bari wisdom hai allah ka dar.</w:t>
      </w:r>
    </w:p>
    <w:p>
      <w:pPr>
        <w:jc w:val="right"/>
      </w:pPr>
      <w:r>
        <w:t>اس کا لٹرل ٹرانسلیشن یہ ہے کہ سب سے بڑی وزڈم ہے اللہ کا ڈر۔</w:t>
      </w:r>
    </w:p>
    <w:p>
      <w:r>
        <w:rPr>
          <w:b/>
        </w:rPr>
        <w:t xml:space="preserve">[41:04] </w:t>
      </w:r>
      <w:r>
        <w:t>sab se bari wisdom hai allah ka dar.</w:t>
      </w:r>
    </w:p>
    <w:p>
      <w:pPr>
        <w:jc w:val="right"/>
      </w:pPr>
      <w:r>
        <w:t>سب سے بڑی وزڈم ہے اللہ کا ڈر۔</w:t>
      </w:r>
    </w:p>
    <w:p>
      <w:r>
        <w:rPr>
          <w:b/>
        </w:rPr>
        <w:t xml:space="preserve">[41:06] </w:t>
      </w:r>
      <w:r>
        <w:t>to dar yahan par, is ko literal mani mein na lijie.</w:t>
      </w:r>
    </w:p>
    <w:p>
      <w:pPr>
        <w:jc w:val="right"/>
      </w:pPr>
      <w:r>
        <w:t>تو ڈر یہاں پر، اس کو لٹرل معنی میں نہ لیجیے۔</w:t>
      </w:r>
    </w:p>
    <w:p>
      <w:r>
        <w:rPr>
          <w:b/>
        </w:rPr>
        <w:t xml:space="preserve">[41:12] </w:t>
      </w:r>
      <w:r>
        <w:t>dar ka matlab hai, yani divine angle se cheezon ko dekhna.</w:t>
      </w:r>
    </w:p>
    <w:p>
      <w:pPr>
        <w:jc w:val="right"/>
      </w:pPr>
      <w:r>
        <w:t>ڈر کا مطلب ہے، یعنی ڈیوائن اینگل سے چیزوں کو دیکھنا۔</w:t>
      </w:r>
    </w:p>
    <w:p>
      <w:r>
        <w:rPr>
          <w:b/>
        </w:rPr>
        <w:t xml:space="preserve">[41:18] </w:t>
      </w:r>
      <w:r>
        <w:t>divine angle se cheezon ko dekhna.</w:t>
      </w:r>
    </w:p>
    <w:p>
      <w:pPr>
        <w:jc w:val="right"/>
      </w:pPr>
      <w:r>
        <w:t>ڈیوائن اینگل سے چیزوں کو دیکھنا۔</w:t>
      </w:r>
    </w:p>
    <w:p>
      <w:r>
        <w:rPr>
          <w:b/>
        </w:rPr>
        <w:t xml:space="preserve">[41:20] </w:t>
      </w:r>
      <w:r>
        <w:t>yeh, yeh agar paida ho jaye to aadmi bilkul positive ho jayega.</w:t>
      </w:r>
    </w:p>
    <w:p>
      <w:pPr>
        <w:jc w:val="right"/>
      </w:pPr>
      <w:r>
        <w:t>یہ، یہ اگر پیدا ہو جائے تو آدمی بالکل پازیٹیو ہو جائے گا۔</w:t>
      </w:r>
    </w:p>
    <w:p>
      <w:r>
        <w:rPr>
          <w:b/>
        </w:rPr>
        <w:t xml:space="preserve">[41:30] </w:t>
      </w:r>
      <w:r>
        <w:t>to yeh us waqt hota hai jab aap bohat zyada sochen,</w:t>
      </w:r>
    </w:p>
    <w:p>
      <w:pPr>
        <w:jc w:val="right"/>
      </w:pPr>
      <w:r>
        <w:t>تو یہ اس وقت ہوتا ہے جب آپ بہت زیادہ سوچیں،</w:t>
      </w:r>
    </w:p>
    <w:p>
      <w:r>
        <w:rPr>
          <w:b/>
        </w:rPr>
        <w:t xml:space="preserve">[41:35] </w:t>
      </w:r>
      <w:r>
        <w:t>bohat zyada, sirf akhbar mein ek cheez parha aur us ke baad aap ghussa ho gaye ke dekho</w:t>
      </w:r>
    </w:p>
    <w:p>
      <w:pPr>
        <w:jc w:val="right"/>
      </w:pPr>
      <w:r>
        <w:t>بہت زیادہ، صرف اخبار میں ایک چیز پڑھا اور اس کے بعد آپ غصہ ہو گئے کہ دیکھو</w:t>
      </w:r>
    </w:p>
    <w:p>
      <w:r>
        <w:rPr>
          <w:b/>
        </w:rPr>
        <w:t xml:space="preserve">[41:41] </w:t>
      </w:r>
      <w:r>
        <w:t>aisa ho raha hai.</w:t>
      </w:r>
    </w:p>
    <w:p>
      <w:pPr>
        <w:jc w:val="right"/>
      </w:pPr>
      <w:r>
        <w:t>ایسا ہو رہا ہے۔</w:t>
      </w:r>
    </w:p>
    <w:p>
      <w:r>
        <w:rPr>
          <w:b/>
        </w:rPr>
        <w:t xml:space="preserve">[41:42] </w:t>
      </w:r>
      <w:r>
        <w:t>is ki teh tak jaiye.</w:t>
      </w:r>
    </w:p>
    <w:p>
      <w:pPr>
        <w:jc w:val="right"/>
      </w:pPr>
      <w:r>
        <w:t>اس کی تہہ تک جائیے۔</w:t>
      </w:r>
    </w:p>
    <w:p>
      <w:r>
        <w:rPr>
          <w:b/>
        </w:rPr>
        <w:t xml:space="preserve">[41:45] </w:t>
      </w:r>
      <w:r>
        <w:t>is ki teh tak jaiye.</w:t>
      </w:r>
    </w:p>
    <w:p>
      <w:pPr>
        <w:jc w:val="right"/>
      </w:pPr>
      <w:r>
        <w:t>اس کی تہہ تک جائیے۔</w:t>
      </w:r>
    </w:p>
    <w:p>
      <w:r>
        <w:rPr>
          <w:b/>
        </w:rPr>
        <w:t xml:space="preserve">[41:48] </w:t>
      </w:r>
      <w:r>
        <w:t>misalan ek jagah ek company right hua, bohat zyada khabron mein chapa.</w:t>
      </w:r>
    </w:p>
    <w:p>
      <w:pPr>
        <w:jc w:val="right"/>
      </w:pPr>
      <w:r>
        <w:t>مثلاً ایک جگہ ایک کمپنی رائٹ ہوا، بہت زیادہ خبروں میں چھپا۔</w:t>
      </w:r>
    </w:p>
    <w:p>
      <w:r>
        <w:rPr>
          <w:b/>
        </w:rPr>
        <w:t xml:space="preserve">[41:52] </w:t>
      </w:r>
      <w:r>
        <w:t>to main wahan gaya,</w:t>
      </w:r>
    </w:p>
    <w:p>
      <w:pPr>
        <w:jc w:val="right"/>
      </w:pPr>
      <w:r>
        <w:t>تو میں وہاں گیا،</w:t>
      </w:r>
    </w:p>
    <w:p>
      <w:r>
        <w:rPr>
          <w:b/>
        </w:rPr>
        <w:t xml:space="preserve">[41:54] </w:t>
      </w:r>
      <w:r>
        <w:t>tahqeeq ki. to maloom hua ke company right jo tha, woh right nahi tha, woh retaliation tha.</w:t>
      </w:r>
    </w:p>
    <w:p>
      <w:pPr>
        <w:jc w:val="right"/>
      </w:pPr>
      <w:r>
        <w:t>تحقیق کی۔ تو معلوم ہوا کہ کمپنی رائٹ جو تھا، وہ رائٹ نہیں تھا، وہ ریٹیلی ایشن تھا۔</w:t>
      </w:r>
    </w:p>
    <w:p>
      <w:r>
        <w:rPr>
          <w:b/>
        </w:rPr>
        <w:t xml:space="preserve">[42:02] </w:t>
      </w:r>
      <w:r>
        <w:t>yani ek committee ne kuch kiya, doosri committee ne retaliate kiya.</w:t>
      </w:r>
    </w:p>
    <w:p>
      <w:pPr>
        <w:jc w:val="right"/>
      </w:pPr>
      <w:r>
        <w:t>یعنی ایک کمیٹی نے کچھ کیا، دوسری کمیٹی نے ریٹیلیٹ کیا۔</w:t>
      </w:r>
    </w:p>
    <w:p>
      <w:r>
        <w:rPr>
          <w:b/>
        </w:rPr>
        <w:t xml:space="preserve">[42:08] </w:t>
      </w:r>
      <w:r>
        <w:t>tumhare logon ko samjhaya ke tum, tum apni taraf se jo tum ne kiya woh na karte to</w:t>
      </w:r>
    </w:p>
    <w:p>
      <w:pPr>
        <w:jc w:val="right"/>
      </w:pPr>
      <w:r>
        <w:t>تمہارے لوگوں کو سمجھایا کہ تم، تم اپنی طرف سے جو تم نے کیا وہ نہ کرتے تو</w:t>
      </w:r>
    </w:p>
    <w:p>
      <w:r>
        <w:rPr>
          <w:b/>
        </w:rPr>
        <w:t xml:space="preserve">[42:13] </w:t>
      </w:r>
      <w:r>
        <w:t>retaliation bhi na hota.</w:t>
      </w:r>
    </w:p>
    <w:p>
      <w:pPr>
        <w:jc w:val="right"/>
      </w:pPr>
      <w:r>
        <w:t>ریٹیلی ایشن بھی نہ ہوتا۔</w:t>
      </w:r>
    </w:p>
    <w:p>
      <w:r>
        <w:rPr>
          <w:b/>
        </w:rPr>
        <w:t xml:space="preserve">[42:15] </w:t>
      </w:r>
      <w:r>
        <w:t>is ko right kyun kehte ho?</w:t>
      </w:r>
    </w:p>
    <w:p>
      <w:pPr>
        <w:jc w:val="right"/>
      </w:pPr>
      <w:r>
        <w:t>اس کو رائٹ کیوں کہتے ہو؟</w:t>
      </w:r>
    </w:p>
    <w:p>
      <w:r>
        <w:rPr>
          <w:b/>
        </w:rPr>
        <w:t xml:space="preserve">[42:20] </w:t>
      </w:r>
      <w:r>
        <w:t>yeh isi ka naam wisdom hai.</w:t>
      </w:r>
    </w:p>
    <w:p>
      <w:pPr>
        <w:jc w:val="right"/>
      </w:pPr>
      <w:r>
        <w:t>یہ اسی کا نام وزڈم ہے۔</w:t>
      </w:r>
    </w:p>
    <w:p>
      <w:r>
        <w:rPr>
          <w:b/>
        </w:rPr>
        <w:t xml:space="preserve">[42:22] </w:t>
      </w:r>
      <w:r>
        <w:t>to jab khuda ke angle se hum cheezon ko dekhen ge to hamare wisdom ho jayegi hamare</w:t>
      </w:r>
    </w:p>
    <w:p>
      <w:pPr>
        <w:jc w:val="right"/>
      </w:pPr>
      <w:r>
        <w:t>تو جب خدا کے اینگل سے ہم چیزوں کو دیکھیں گے تو ہمارے وزڈم ہو جائے گی ہمارے</w:t>
      </w:r>
    </w:p>
    <w:p>
      <w:r>
        <w:rPr>
          <w:b/>
        </w:rPr>
        <w:t xml:space="preserve">[42:27] </w:t>
      </w:r>
      <w:r>
        <w:t>andar. main samajhta hoon ke yahi</w:t>
      </w:r>
    </w:p>
    <w:p>
      <w:pPr>
        <w:jc w:val="right"/>
      </w:pPr>
      <w:r>
        <w:t>اندر۔ میں سمجھتا ہوں کہ یہی</w:t>
      </w:r>
    </w:p>
    <w:p>
      <w:r>
        <w:rPr>
          <w:b/>
        </w:rPr>
        <w:t xml:space="preserve">[42:32] </w:t>
      </w:r>
      <w:r>
        <w:t>hikmat ka sira hai, yahi wisdom ki baat hai.</w:t>
      </w:r>
    </w:p>
    <w:p>
      <w:pPr>
        <w:jc w:val="right"/>
      </w:pPr>
      <w:r>
        <w:t>حکمت کا سرا ہے، یہی وزڈم کی بات ہے۔</w:t>
      </w:r>
    </w:p>
    <w:p>
      <w:r>
        <w:rPr>
          <w:b/>
        </w:rPr>
        <w:t xml:space="preserve">[42:36] </w:t>
      </w:r>
      <w:r>
        <w:t>to meri dua hai ke Allah taala hum sab ko tofeeq de ke hum cheezon ko right angle</w:t>
      </w:r>
    </w:p>
    <w:p>
      <w:pPr>
        <w:jc w:val="right"/>
      </w:pPr>
      <w:r>
        <w:t>تو میری دعا ہے کہ اللہ تعالیٰ ہم سب کو توفیق دے کہ ہم چیزوں کو رائٹ اینگل</w:t>
      </w:r>
    </w:p>
    <w:p>
      <w:r>
        <w:rPr>
          <w:b/>
        </w:rPr>
        <w:t xml:space="preserve">[42:41] </w:t>
      </w:r>
      <w:r>
        <w:t>se dekhen. Assalam o alaikum wa rehmatullah.</w:t>
      </w:r>
    </w:p>
    <w:p>
      <w:pPr>
        <w:jc w:val="right"/>
      </w:pPr>
      <w:r>
        <w:t>سے دیکھیں۔ السلام علیکم ورحمۃ اللہ۔</w:t>
      </w:r>
    </w:p>
    <w:p>
      <w:r>
        <w:rPr>
          <w:b/>
        </w:rPr>
        <w:t xml:space="preserve">[42:45] </w:t>
      </w:r>
      <w:r>
        <w:t>Okay, we will start with the question answer session now</w:t>
      </w:r>
    </w:p>
    <w:p>
      <w:pPr>
        <w:jc w:val="right"/>
      </w:pPr>
      <w:r>
        <w:t>اوکے، وی ویل سٹارٹ ود دی کوئسچن انسر سیشن ناؤ</w:t>
      </w:r>
    </w:p>
    <w:p>
      <w:r>
        <w:rPr>
          <w:b/>
        </w:rPr>
        <w:t xml:space="preserve">[42:48] </w:t>
      </w:r>
      <w:r>
        <w:t>All the online viewers are requested to send their questions on info@cpsglobal.org.</w:t>
      </w:r>
    </w:p>
    <w:p>
      <w:pPr>
        <w:jc w:val="right"/>
      </w:pPr>
      <w:r>
        <w:t>All the online viewers are requested to send their questions on info@cpsglobal.org.</w:t>
      </w:r>
    </w:p>
    <w:p>
      <w:r>
        <w:rPr>
          <w:b/>
        </w:rPr>
        <w:t xml:space="preserve">[42:56] </w:t>
      </w:r>
      <w:r>
        <w:t>Please mention your location clearly when you send your questions.</w:t>
      </w:r>
    </w:p>
    <w:p>
      <w:pPr>
        <w:jc w:val="right"/>
      </w:pPr>
      <w:r>
        <w:t>پلیز مینشن یور لوکیشن کلیرلی وین یو سینڈ یور کوئسچنز۔</w:t>
      </w:r>
    </w:p>
    <w:p>
      <w:r>
        <w:rPr>
          <w:b/>
        </w:rPr>
        <w:t xml:space="preserve">[43:02] </w:t>
      </w:r>
      <w:r>
        <w:t>Maulana yeh sawal aaya hai Assam se, aur Faheem sahib ne kiya hai yeh sawal.</w:t>
      </w:r>
    </w:p>
    <w:p>
      <w:pPr>
        <w:jc w:val="right"/>
      </w:pPr>
      <w:r>
        <w:t>مولانا یہ سوال آیا ہے آسام سے، اور فہیم صاحب نے کیا ہے یہ سوال۔</w:t>
      </w:r>
    </w:p>
    <w:p>
      <w:r>
        <w:rPr>
          <w:b/>
        </w:rPr>
        <w:t xml:space="preserve">[43:08] </w:t>
      </w:r>
      <w:r>
        <w:t>Unhon ne likha hai:</w:t>
      </w:r>
    </w:p>
    <w:p>
      <w:pPr>
        <w:jc w:val="right"/>
      </w:pPr>
      <w:r>
        <w:t>انہوں نے لکھا ہے:</w:t>
      </w:r>
    </w:p>
    <w:p>
      <w:r>
        <w:rPr>
          <w:b/>
        </w:rPr>
        <w:t xml:space="preserve">[43:11] </w:t>
      </w:r>
      <w:r>
        <w:t>Maulana a great source of unrest is that every person lives in the fear of facing poverty, and</w:t>
      </w:r>
    </w:p>
    <w:p>
      <w:pPr>
        <w:jc w:val="right"/>
      </w:pPr>
      <w:r>
        <w:t>مولانا ا گریٹ سورس آف انریسٹ از دیٹ ایوری پرسن لیوز ان دا فیئر آف فیسنگ پاورٹی، اینڈ</w:t>
      </w:r>
    </w:p>
    <w:p>
      <w:r>
        <w:rPr>
          <w:b/>
        </w:rPr>
        <w:t xml:space="preserve">[43:19] </w:t>
      </w:r>
      <w:r>
        <w:t>so he gets into the rat race of the world, and gradually becomes an earning animal.</w:t>
      </w:r>
    </w:p>
    <w:p>
      <w:pPr>
        <w:jc w:val="right"/>
      </w:pPr>
      <w:r>
        <w:t>سو ہی گیٹس انٹو دا ریٹ ریس آف دا ورلڈ، اینڈ گریجولی بیکمز این ارننگ اینیمل۔</w:t>
      </w:r>
    </w:p>
    <w:p>
      <w:r>
        <w:rPr>
          <w:b/>
        </w:rPr>
        <w:t xml:space="preserve">[43:27] </w:t>
      </w:r>
      <w:r>
        <w:t>Maulana how to address such fe</w:t>
      </w:r>
    </w:p>
    <w:p>
      <w:pPr>
        <w:jc w:val="right"/>
      </w:pPr>
      <w:r>
        <w:t>مولانا ہاؤ ٹو ایڈریس سچ فی</w:t>
      </w:r>
    </w:p>
    <w:p>
      <w:r>
        <w:rPr>
          <w:b/>
        </w:rPr>
        <w:t xml:space="preserve">[43:29] </w:t>
      </w:r>
      <w:r>
        <w:t>ars, as these days from medicines to food to everything is very expensive, and if you don't</w:t>
      </w:r>
    </w:p>
    <w:p>
      <w:pPr>
        <w:jc w:val="right"/>
      </w:pPr>
      <w:r>
        <w:t>ئرز، ایز دیز ڈیز فرام میڈیسنز ٹو فوڈ ٹو ایوری تھنگ از ویری ایکسپینسو، اینڈ اف یو ڈونٹ</w:t>
      </w:r>
    </w:p>
    <w:p>
      <w:r>
        <w:rPr>
          <w:b/>
        </w:rPr>
        <w:t xml:space="preserve">[43:36] </w:t>
      </w:r>
      <w:r>
        <w:t>have money then one can get into serious trouble?</w:t>
      </w:r>
    </w:p>
    <w:p>
      <w:pPr>
        <w:jc w:val="right"/>
      </w:pPr>
      <w:r>
        <w:t>ہیو منی دین ون کین گیٹ انٹو سیریس ٹربل؟</w:t>
      </w:r>
    </w:p>
    <w:p>
      <w:r>
        <w:rPr>
          <w:b/>
        </w:rPr>
        <w:t xml:space="preserve">[43:41] </w:t>
      </w:r>
      <w:r>
        <w:t>Bhai mera to tajurba yeh nahi hai.</w:t>
      </w:r>
    </w:p>
    <w:p>
      <w:pPr>
        <w:jc w:val="right"/>
      </w:pPr>
      <w:r>
        <w:t>بھائی میرا تو تجربہ یہ نہیں ہے۔</w:t>
      </w:r>
    </w:p>
    <w:p>
      <w:r>
        <w:rPr>
          <w:b/>
        </w:rPr>
        <w:t xml:space="preserve">[43:44] </w:t>
      </w:r>
      <w:r>
        <w:t>Mera experience yeh hai ke</w:t>
      </w:r>
    </w:p>
    <w:p>
      <w:pPr>
        <w:jc w:val="right"/>
      </w:pPr>
      <w:r>
        <w:t>میرا ایکسپیرینس یہ ہے کہ</w:t>
      </w:r>
    </w:p>
    <w:p>
      <w:r>
        <w:rPr>
          <w:b/>
        </w:rPr>
        <w:t xml:space="preserve">[43:48] </w:t>
      </w:r>
      <w:r>
        <w:t>asal masla yeh hai ke log apni income se apna kharch barhaye rehte hain.</w:t>
      </w:r>
    </w:p>
    <w:p>
      <w:pPr>
        <w:jc w:val="right"/>
      </w:pPr>
      <w:r>
        <w:t>اصل مسئلہ یہ ہے کہ لوگ اپنی انکم سے اپنا خرچ بڑھائے رہتے ہیں۔</w:t>
      </w:r>
    </w:p>
    <w:p>
      <w:r>
        <w:rPr>
          <w:b/>
        </w:rPr>
        <w:t xml:space="preserve">[43:54] </w:t>
      </w:r>
      <w:r>
        <w:t>Income ke hisab se kharch nahi karte.</w:t>
      </w:r>
    </w:p>
    <w:p>
      <w:pPr>
        <w:jc w:val="right"/>
      </w:pPr>
      <w:r>
        <w:t>انکم کے حساب سے خرچ نہیں کرتے۔</w:t>
      </w:r>
    </w:p>
    <w:p>
      <w:r>
        <w:rPr>
          <w:b/>
        </w:rPr>
        <w:t xml:space="preserve">[43:59] </w:t>
      </w:r>
      <w:r>
        <w:t>Poverty mere nazdeek ek relative term hai.</w:t>
      </w:r>
    </w:p>
    <w:p>
      <w:pPr>
        <w:jc w:val="right"/>
      </w:pPr>
      <w:r>
        <w:t>پاورٹی میرے نزدیک ایک ریلیٹیو ٹرم ہے۔</w:t>
      </w:r>
    </w:p>
    <w:p>
      <w:r>
        <w:rPr>
          <w:b/>
        </w:rPr>
        <w:t xml:space="preserve">[44:02] </w:t>
      </w:r>
      <w:r>
        <w:t>Relative term bhi yeh hai.</w:t>
      </w:r>
    </w:p>
    <w:p>
      <w:pPr>
        <w:jc w:val="right"/>
      </w:pPr>
      <w:r>
        <w:t>ریلیٹیو ٹرم بھی یہ ہے۔</w:t>
      </w:r>
    </w:p>
    <w:p>
      <w:r>
        <w:rPr>
          <w:b/>
        </w:rPr>
        <w:t xml:space="preserve">[44:07] </w:t>
      </w:r>
      <w:r>
        <w:t>Agar aap apne kharch ko</w:t>
      </w:r>
    </w:p>
    <w:p>
      <w:pPr>
        <w:jc w:val="right"/>
      </w:pPr>
      <w:r>
        <w:t>اگر آپ اپنے خرچ کو</w:t>
      </w:r>
    </w:p>
    <w:p>
      <w:r>
        <w:rPr>
          <w:b/>
        </w:rPr>
        <w:t xml:space="preserve">[44:10] </w:t>
      </w:r>
      <w:r>
        <w:t>hote hi rakhen itna ke</w:t>
      </w:r>
    </w:p>
    <w:p>
      <w:pPr>
        <w:jc w:val="right"/>
      </w:pPr>
      <w:r>
        <w:t>ہوتے ہی رکھیں اتنا کہ</w:t>
      </w:r>
    </w:p>
    <w:p>
      <w:r>
        <w:rPr>
          <w:b/>
        </w:rPr>
        <w:t xml:space="preserve">[44:13] </w:t>
      </w:r>
      <w:r>
        <w:t>aap ne, aap ki earning ho rahi hai, to koi masla nahi paida hoga.</w:t>
      </w:r>
    </w:p>
    <w:p>
      <w:pPr>
        <w:jc w:val="right"/>
      </w:pPr>
      <w:r>
        <w:t>آپ نے، آپ کی ارننگ ہو رہی ہے، تو کوئی مسئلہ نہیں پیدا ہوگا۔</w:t>
      </w:r>
    </w:p>
    <w:p>
      <w:r>
        <w:rPr>
          <w:b/>
        </w:rPr>
        <w:t xml:space="preserve">[44:21] </w:t>
      </w:r>
      <w:r>
        <w:t>Main ek qissa batata hoon.</w:t>
      </w:r>
    </w:p>
    <w:p>
      <w:pPr>
        <w:jc w:val="right"/>
      </w:pPr>
      <w:r>
        <w:t>میں ایک قصہ بتاتا ہوں۔</w:t>
      </w:r>
    </w:p>
    <w:p>
      <w:r>
        <w:rPr>
          <w:b/>
        </w:rPr>
        <w:t xml:space="preserve">[44:22] </w:t>
      </w:r>
      <w:r>
        <w:t>Main jab Wadi e Gun mein tha</w:t>
      </w:r>
    </w:p>
    <w:p>
      <w:pPr>
        <w:jc w:val="right"/>
      </w:pPr>
      <w:r>
        <w:t>میں جب وادی گن میں تھا</w:t>
      </w:r>
    </w:p>
    <w:p>
      <w:r>
        <w:rPr>
          <w:b/>
        </w:rPr>
        <w:t xml:space="preserve">[44:25] </w:t>
      </w:r>
      <w:r>
        <w:t>to ek sahib</w:t>
      </w:r>
    </w:p>
    <w:p>
      <w:pPr>
        <w:jc w:val="right"/>
      </w:pPr>
      <w:r>
        <w:t>تو ایک صاحب</w:t>
      </w:r>
    </w:p>
    <w:p>
      <w:r>
        <w:rPr>
          <w:b/>
        </w:rPr>
        <w:t xml:space="preserve">[44:29] </w:t>
      </w:r>
      <w:r>
        <w:t>mujh se milte the, to un ko ek job mila.</w:t>
      </w:r>
    </w:p>
    <w:p>
      <w:pPr>
        <w:jc w:val="right"/>
      </w:pPr>
      <w:r>
        <w:t>مجھ سے ملتے تھے، تو ان کو ایک جاب ملا۔</w:t>
      </w:r>
    </w:p>
    <w:p>
      <w:r>
        <w:rPr>
          <w:b/>
        </w:rPr>
        <w:t xml:space="preserve">[44:34] </w:t>
      </w:r>
      <w:r>
        <w:t>yeh bohat pehle ki baat hai.</w:t>
      </w:r>
    </w:p>
    <w:p>
      <w:pPr>
        <w:jc w:val="right"/>
      </w:pPr>
      <w:r>
        <w:t>یہ بہت پہلے کی بات ہے۔</w:t>
      </w:r>
    </w:p>
    <w:p>
      <w:r>
        <w:rPr>
          <w:b/>
        </w:rPr>
        <w:t xml:space="preserve">[44:35] </w:t>
      </w:r>
      <w:r>
        <w:t>is waqt in ke job mein in ko 300 per month paisa milta tha.</w:t>
      </w:r>
    </w:p>
    <w:p>
      <w:pPr>
        <w:jc w:val="right"/>
      </w:pPr>
      <w:r>
        <w:t>اس وقت ان کے جاب میں ان کو 300 پر منتھ پیسہ ملتا تھا۔</w:t>
      </w:r>
    </w:p>
    <w:p>
      <w:r>
        <w:rPr>
          <w:b/>
        </w:rPr>
        <w:t xml:space="preserve">[44:40] </w:t>
      </w:r>
      <w:r>
        <w:t>300 per month.</w:t>
      </w:r>
    </w:p>
    <w:p>
      <w:pPr>
        <w:jc w:val="right"/>
      </w:pPr>
      <w:r>
        <w:t>300 پر منتھ۔</w:t>
      </w:r>
    </w:p>
    <w:p>
      <w:r>
        <w:rPr>
          <w:b/>
        </w:rPr>
        <w:t xml:space="preserve">[44:43] </w:t>
      </w:r>
      <w:r>
        <w:t>to maine in ko mashwara diya ke aap apni aab bandi ko aadha samjhein.</w:t>
      </w:r>
    </w:p>
    <w:p>
      <w:pPr>
        <w:jc w:val="right"/>
      </w:pPr>
      <w:r>
        <w:t>تو میں نے ان کو مشورہ دیا کہ آپ اپنی آب بندی کو آدھا سمجھیں۔</w:t>
      </w:r>
    </w:p>
    <w:p>
      <w:r>
        <w:rPr>
          <w:b/>
        </w:rPr>
        <w:t xml:space="preserve">[44:48] </w:t>
      </w:r>
      <w:r>
        <w:t>aap samjhein ke aap ko derh so rupay mil raha hai.</w:t>
      </w:r>
    </w:p>
    <w:p>
      <w:pPr>
        <w:jc w:val="right"/>
      </w:pPr>
      <w:r>
        <w:t>آپ سمجھیں کہ آپ کو ڈیڑھ سو روپے مل رہا ہے۔</w:t>
      </w:r>
    </w:p>
    <w:p>
      <w:r>
        <w:rPr>
          <w:b/>
        </w:rPr>
        <w:t xml:space="preserve">[44:51] </w:t>
      </w:r>
      <w:r>
        <w:t>isi mein apna kharch chalayein.</w:t>
      </w:r>
    </w:p>
    <w:p>
      <w:pPr>
        <w:jc w:val="right"/>
      </w:pPr>
      <w:r>
        <w:t>اسی میں اپنا خرچ چلائیں۔</w:t>
      </w:r>
    </w:p>
    <w:p>
      <w:r>
        <w:rPr>
          <w:b/>
        </w:rPr>
        <w:t xml:space="preserve">[44:52] </w:t>
      </w:r>
      <w:r>
        <w:t>aur derh so rupay aap saving mein rakhein.</w:t>
      </w:r>
    </w:p>
    <w:p>
      <w:pPr>
        <w:jc w:val="right"/>
      </w:pPr>
      <w:r>
        <w:t>اور ڈیڑھ سو روپے آپ سیونگ میں رکھیں۔</w:t>
      </w:r>
    </w:p>
    <w:p>
      <w:r>
        <w:rPr>
          <w:b/>
        </w:rPr>
        <w:t xml:space="preserve">[44:56] </w:t>
      </w:r>
      <w:r>
        <w:t>to baat ko, to is par amal kiya unhone.</w:t>
      </w:r>
    </w:p>
    <w:p>
      <w:pPr>
        <w:jc w:val="right"/>
      </w:pPr>
      <w:r>
        <w:t>تو بات کو، تو اس پر عمل کیا انہوں نے۔</w:t>
      </w:r>
    </w:p>
    <w:p>
      <w:r>
        <w:rPr>
          <w:b/>
        </w:rPr>
        <w:t xml:space="preserve">[45:01] </w:t>
      </w:r>
      <w:r>
        <w:t>to yeh bohat pehle ki baat hai.</w:t>
      </w:r>
    </w:p>
    <w:p>
      <w:pPr>
        <w:jc w:val="right"/>
      </w:pPr>
      <w:r>
        <w:t>تو یہ بہت پہلے کی بات ہے۔</w:t>
      </w:r>
    </w:p>
    <w:p>
      <w:r>
        <w:rPr>
          <w:b/>
        </w:rPr>
        <w:t xml:space="preserve">[45:03] </w:t>
      </w:r>
      <w:r>
        <w:t>is waqt 300 bhi bari raqam hoti thi.</w:t>
      </w:r>
    </w:p>
    <w:p>
      <w:pPr>
        <w:jc w:val="right"/>
      </w:pPr>
      <w:r>
        <w:t>اس وقت 300 بھی بڑی رقم ہوتی تھی۔</w:t>
      </w:r>
    </w:p>
    <w:p>
      <w:r>
        <w:rPr>
          <w:b/>
        </w:rPr>
        <w:t xml:space="preserve">[45:08] </w:t>
      </w:r>
      <w:r>
        <w:t>to itna saving kar liya ke unhone ek acha business shuru kiya is ke baad.</w:t>
      </w:r>
    </w:p>
    <w:p>
      <w:pPr>
        <w:jc w:val="right"/>
      </w:pPr>
      <w:r>
        <w:t>تو اتنا سیونگ کر لیا کہ انہوں نے ایک اچھا بزنس شروع کیا اس کے بعد۔</w:t>
      </w:r>
    </w:p>
    <w:p>
      <w:r>
        <w:rPr>
          <w:b/>
        </w:rPr>
        <w:t xml:space="preserve">[45:13] </w:t>
      </w:r>
      <w:r>
        <w:t>aur kafi kamai ki unhone.</w:t>
      </w:r>
    </w:p>
    <w:p>
      <w:pPr>
        <w:jc w:val="right"/>
      </w:pPr>
      <w:r>
        <w:t>اور کافی کمائی کی انہوں نے۔</w:t>
      </w:r>
    </w:p>
    <w:p>
      <w:r>
        <w:rPr>
          <w:b/>
        </w:rPr>
        <w:t xml:space="preserve">[45:16] </w:t>
      </w:r>
      <w:r>
        <w:t>to log apne kharch ko barhaye rehte hain.</w:t>
      </w:r>
    </w:p>
    <w:p>
      <w:pPr>
        <w:jc w:val="right"/>
      </w:pPr>
      <w:r>
        <w:t>تو لوگ اپنے خرچ کو بڑھائے رہتے ہیں۔</w:t>
      </w:r>
    </w:p>
    <w:p>
      <w:r>
        <w:rPr>
          <w:b/>
        </w:rPr>
        <w:t xml:space="preserve">[45:22] </w:t>
      </w:r>
      <w:r>
        <w:t>aab bandi ke hisab se kharch nahi karte.</w:t>
      </w:r>
    </w:p>
    <w:p>
      <w:pPr>
        <w:jc w:val="right"/>
      </w:pPr>
      <w:r>
        <w:t>آب بندی کے حساب سے خرچ نہیں کرتے۔</w:t>
      </w:r>
    </w:p>
    <w:p>
      <w:r>
        <w:rPr>
          <w:b/>
        </w:rPr>
        <w:t xml:space="preserve">[45:24] </w:t>
      </w:r>
      <w:r>
        <w:t>is ke baad kehte hain ke hum, hum, hamein problem hai.</w:t>
      </w:r>
    </w:p>
    <w:p>
      <w:pPr>
        <w:jc w:val="right"/>
      </w:pPr>
      <w:r>
        <w:t>اس کے بعد کہتے ہیں کہ ہم، ہم، ہمیں پرابلم ہے۔</w:t>
      </w:r>
    </w:p>
    <w:p>
      <w:r>
        <w:rPr>
          <w:b/>
        </w:rPr>
        <w:t xml:space="preserve">[45:29] </w:t>
      </w:r>
      <w:r>
        <w:t>dekhein har problem jo hai kisi apni,</w:t>
      </w:r>
    </w:p>
    <w:p>
      <w:pPr>
        <w:jc w:val="right"/>
      </w:pPr>
      <w:r>
        <w:t>دیکھیں ہر پرابلم جو ہے کسی اپنی،</w:t>
      </w:r>
    </w:p>
    <w:p>
      <w:r>
        <w:rPr>
          <w:b/>
        </w:rPr>
        <w:t xml:space="preserve">[45:36] </w:t>
      </w:r>
      <w:r>
        <w:t>kisi apni kami, apni kami ki wajah se hota hai.</w:t>
      </w:r>
    </w:p>
    <w:p>
      <w:pPr>
        <w:jc w:val="right"/>
      </w:pPr>
      <w:r>
        <w:t>کسی اپنی کمی، اپنی کمی کی وجہ سے ہوتا ہے۔</w:t>
      </w:r>
    </w:p>
    <w:p>
      <w:r>
        <w:rPr>
          <w:b/>
        </w:rPr>
        <w:t xml:space="preserve">[45:40] </w:t>
      </w:r>
      <w:r>
        <w:t>mera tajurba to yahi hai.</w:t>
      </w:r>
    </w:p>
    <w:p>
      <w:pPr>
        <w:jc w:val="right"/>
      </w:pPr>
      <w:r>
        <w:t>میرا تجربہ تو یہی ہے۔</w:t>
      </w:r>
    </w:p>
    <w:p>
      <w:r>
        <w:rPr>
          <w:b/>
        </w:rPr>
        <w:t xml:space="preserve">[45:42] </w:t>
      </w:r>
      <w:r>
        <w:t>main bhi isi dunya mein</w:t>
      </w:r>
    </w:p>
    <w:p>
      <w:pPr>
        <w:jc w:val="right"/>
      </w:pPr>
      <w:r>
        <w:t>میں بھی اسی دنیا میں</w:t>
      </w:r>
    </w:p>
    <w:p>
      <w:r>
        <w:rPr>
          <w:b/>
        </w:rPr>
        <w:t xml:space="preserve">[45:45] </w:t>
      </w:r>
      <w:r>
        <w:t>jeeta hoon. isi dunya mein mujhe bhi tarah tarah ke halaat pesh aaye hain.</w:t>
      </w:r>
    </w:p>
    <w:p>
      <w:pPr>
        <w:jc w:val="right"/>
      </w:pPr>
      <w:r>
        <w:t>جیتا ہوں۔ اسی دنیا میں مجھے بھی طرح طرح کے حالات پیش آئے ہیں۔</w:t>
      </w:r>
    </w:p>
    <w:p>
      <w:r>
        <w:rPr>
          <w:b/>
        </w:rPr>
        <w:t xml:space="preserve">[45:51] </w:t>
      </w:r>
      <w:r>
        <w:t>to hamesha maine yahi paya hai ke meri kami hai jo problem barh jati hai.</w:t>
      </w:r>
    </w:p>
    <w:p>
      <w:pPr>
        <w:jc w:val="right"/>
      </w:pPr>
      <w:r>
        <w:t>تو ہمیشہ میں نے یہی پایا ہے کہ میری کمی ہے جو پرابلم بڑھ جاتی ہے۔</w:t>
      </w:r>
    </w:p>
    <w:p>
      <w:r>
        <w:rPr>
          <w:b/>
        </w:rPr>
        <w:t xml:space="preserve">[45:57] </w:t>
      </w:r>
      <w:r>
        <w:t>meri apni ghalti hai jo problem barh jati hai.</w:t>
      </w:r>
    </w:p>
    <w:p>
      <w:pPr>
        <w:jc w:val="right"/>
      </w:pPr>
      <w:r>
        <w:t>میری اپنی غلطی ہے جو پرابلم بڑھ جاتی ہے۔</w:t>
      </w:r>
    </w:p>
    <w:p>
      <w:r>
        <w:rPr>
          <w:b/>
        </w:rPr>
        <w:t xml:space="preserve">[46:00] </w:t>
      </w:r>
      <w:r>
        <w:t>agar main apne, apne aap ko manage karna seekh loon to koi problem, problem nahi.</w:t>
      </w:r>
    </w:p>
    <w:p>
      <w:pPr>
        <w:jc w:val="right"/>
      </w:pPr>
      <w:r>
        <w:t>اگر میں اپنے، اپنے آپ کو مینج کرنا سیکھ لوں تو کوئی پرابلم، پرابلم نہیں۔</w:t>
      </w:r>
    </w:p>
    <w:p>
      <w:r>
        <w:rPr>
          <w:b/>
        </w:rPr>
        <w:t xml:space="preserve">[46:08] </w:t>
      </w:r>
      <w:r>
        <w:t>aur doosri baat yeh hai ke poverty koi, koi eternal halat nahi hai.</w:t>
      </w:r>
    </w:p>
    <w:p>
      <w:pPr>
        <w:jc w:val="right"/>
      </w:pPr>
      <w:r>
        <w:t>اور دوسری بات یہ ہے کہ پاورٹی کوئی، کوئی ایٹرنل حالت نہیں ہے۔</w:t>
      </w:r>
    </w:p>
    <w:p>
      <w:r>
        <w:rPr>
          <w:b/>
        </w:rPr>
        <w:t xml:space="preserve">[46:15] </w:t>
      </w:r>
      <w:r>
        <w:t>eternal halat nahi, poverty hai.</w:t>
      </w:r>
    </w:p>
    <w:p>
      <w:pPr>
        <w:jc w:val="right"/>
      </w:pPr>
      <w:r>
        <w:t>ایٹرنل حالت نہیں، پاورٹی ہے۔</w:t>
      </w:r>
    </w:p>
    <w:p>
      <w:r>
        <w:rPr>
          <w:b/>
        </w:rPr>
        <w:t xml:space="preserve">[46:17] </w:t>
      </w:r>
      <w:r>
        <w:t>aaj aadmi ghareeb hai, kaamyaab hai, badalta rehta hai.</w:t>
      </w:r>
    </w:p>
    <w:p>
      <w:pPr>
        <w:jc w:val="right"/>
      </w:pPr>
      <w:r>
        <w:t>آج آدمی غریب ہے، کامیاب ہے، بدلتا رہتا ہے۔</w:t>
      </w:r>
    </w:p>
    <w:p>
      <w:r>
        <w:rPr>
          <w:b/>
        </w:rPr>
        <w:t xml:space="preserve">[46:20] </w:t>
      </w:r>
      <w:r>
        <w:t>jaise hamare office mein ek saahab kaam karte the,</w:t>
      </w:r>
    </w:p>
    <w:p>
      <w:pPr>
        <w:jc w:val="right"/>
      </w:pPr>
      <w:r>
        <w:t>جیسے ہمارے آفس میں ایک صاحب کام کرتے تھے،</w:t>
      </w:r>
    </w:p>
    <w:p>
      <w:r>
        <w:rPr>
          <w:b/>
        </w:rPr>
        <w:t xml:space="preserve">[46:25] </w:t>
      </w:r>
      <w:r>
        <w:t>kuch saal pehle ki baat hai.</w:t>
      </w:r>
    </w:p>
    <w:p>
      <w:pPr>
        <w:jc w:val="right"/>
      </w:pPr>
      <w:r>
        <w:t>کچھ سال پہلے کی بات ہے۔</w:t>
      </w:r>
    </w:p>
    <w:p>
      <w:r>
        <w:rPr>
          <w:b/>
        </w:rPr>
        <w:t xml:space="preserve">[46:28] </w:t>
      </w:r>
      <w:r>
        <w:t>to woh oopar se chhat mein se gir pade, aur woh itne sakht choot aayi ke mar gaye</w:t>
      </w:r>
    </w:p>
    <w:p>
      <w:pPr>
        <w:jc w:val="right"/>
      </w:pPr>
      <w:r>
        <w:t>تو وہ اوپر سے چھت میں سے گر پڑے، اور وہ اتنے سخت چوٹ آئی کہ مر گئے</w:t>
      </w:r>
    </w:p>
    <w:p>
      <w:r>
        <w:rPr>
          <w:b/>
        </w:rPr>
        <w:t xml:space="preserve">[46:37] </w:t>
      </w:r>
      <w:r>
        <w:t>woh. un ke bachche the.</w:t>
      </w:r>
    </w:p>
    <w:p>
      <w:pPr>
        <w:jc w:val="right"/>
      </w:pPr>
      <w:r>
        <w:t>وہ۔ ان کے بچے تھے۔</w:t>
      </w:r>
    </w:p>
    <w:p>
      <w:r>
        <w:rPr>
          <w:b/>
        </w:rPr>
        <w:t xml:space="preserve">[46:40] </w:t>
      </w:r>
      <w:r>
        <w:t>to hum sab log bohat pareshan the ke bachche chhod kar un ka death ho gayi, kya hoga?</w:t>
      </w:r>
    </w:p>
    <w:p>
      <w:pPr>
        <w:jc w:val="right"/>
      </w:pPr>
      <w:r>
        <w:t>تو ہم سب لوگ بہت پریشان تھے کہ بچے چھوڑ کر ان کا ڈیتھ ہو گئی، کیا ہوگا؟</w:t>
      </w:r>
    </w:p>
    <w:p>
      <w:r>
        <w:rPr>
          <w:b/>
        </w:rPr>
        <w:t xml:space="preserve">[46:46] </w:t>
      </w:r>
      <w:r>
        <w:t>aaj un ke bachche jo hain hero bane hue hain.</w:t>
      </w:r>
    </w:p>
    <w:p>
      <w:pPr>
        <w:jc w:val="right"/>
      </w:pPr>
      <w:r>
        <w:t>آج ان کے بچے جو ہیں ہیرو بنے ہوئے ہیں۔</w:t>
      </w:r>
    </w:p>
    <w:p>
      <w:r>
        <w:rPr>
          <w:b/>
        </w:rPr>
        <w:t xml:space="preserve">[46:49] </w:t>
      </w:r>
      <w:r>
        <w:t>yaani is baap ki death se un ke andar ek incentive aaya, incentive ke humein karna hai, humein</w:t>
      </w:r>
    </w:p>
    <w:p>
      <w:pPr>
        <w:jc w:val="right"/>
      </w:pPr>
      <w:r>
        <w:t>یعنی اس باپ کی ڈیتھ سے ان کے اندر ایک انسینٹو آیا، انسینٹو کہ ہمیں کرنا ہے، ہمیں</w:t>
      </w:r>
    </w:p>
    <w:p>
      <w:r>
        <w:rPr>
          <w:b/>
        </w:rPr>
        <w:t xml:space="preserve">[46:56] </w:t>
      </w:r>
      <w:r>
        <w:t>karna hai, humein karna hai.</w:t>
      </w:r>
    </w:p>
    <w:p>
      <w:pPr>
        <w:jc w:val="right"/>
      </w:pPr>
      <w:r>
        <w:t>کرنا ہے، ہمیں کرنا ہے۔</w:t>
      </w:r>
    </w:p>
    <w:p>
      <w:r>
        <w:rPr>
          <w:b/>
        </w:rPr>
        <w:t xml:space="preserve">[46:59] </w:t>
      </w:r>
      <w:r>
        <w:t>baap ke zamane mein woh ek chhote se rented ghar mein rehte the.</w:t>
      </w:r>
    </w:p>
    <w:p>
      <w:pPr>
        <w:jc w:val="right"/>
      </w:pPr>
      <w:r>
        <w:t>باپ کے زمانے میں وہ ایک چھوٹے سے رینٹڈ گھر میں رہتے تھے۔</w:t>
      </w:r>
    </w:p>
    <w:p>
      <w:r>
        <w:rPr>
          <w:b/>
        </w:rPr>
        <w:t xml:space="preserve">[47:05] </w:t>
      </w:r>
      <w:r>
        <w:t>aaj woh apna ghar khareed liya unhon ne.</w:t>
      </w:r>
    </w:p>
    <w:p>
      <w:pPr>
        <w:jc w:val="right"/>
      </w:pPr>
      <w:r>
        <w:t>آج وہ اپنا گھر خرید لیا انہوں نے۔</w:t>
      </w:r>
    </w:p>
    <w:p>
      <w:r>
        <w:rPr>
          <w:b/>
        </w:rPr>
        <w:t xml:space="preserve">[47:08] </w:t>
      </w:r>
      <w:r>
        <w:t>aur sab kama rahe hain aur sab aaraam kar rahe hain.</w:t>
      </w:r>
    </w:p>
    <w:p>
      <w:pPr>
        <w:jc w:val="right"/>
      </w:pPr>
      <w:r>
        <w:t>اور سب کما رہے ہیں اور سب آرام کر رہے ہیں۔</w:t>
      </w:r>
    </w:p>
    <w:p>
      <w:r>
        <w:rPr>
          <w:b/>
        </w:rPr>
        <w:t xml:space="preserve">[47:11] </w:t>
      </w:r>
      <w:r>
        <w:t>to yeh poverty koi, koi aisi cheez hai jo eternally baaqi rahe.</w:t>
      </w:r>
    </w:p>
    <w:p>
      <w:pPr>
        <w:jc w:val="right"/>
      </w:pPr>
      <w:r>
        <w:t>تو یہ پاورٹی کوئی، کوئی ایسی چیز ہے جو ایٹرنلی باقی رہے۔</w:t>
      </w:r>
    </w:p>
    <w:p>
      <w:r>
        <w:rPr>
          <w:b/>
        </w:rPr>
        <w:t xml:space="preserve">[47:17] </w:t>
      </w:r>
      <w:r>
        <w:t>aaj aisi haalat hai, kal doosri haalat hai.</w:t>
      </w:r>
    </w:p>
    <w:p>
      <w:pPr>
        <w:jc w:val="right"/>
      </w:pPr>
      <w:r>
        <w:t>آج ایسی حالت ہے، کل دوسری حالت ہے۔</w:t>
      </w:r>
    </w:p>
    <w:p>
      <w:r>
        <w:rPr>
          <w:b/>
        </w:rPr>
        <w:t xml:space="preserve">[47:21] </w:t>
      </w:r>
      <w:r>
        <w:t>to poverty ko main leta hoon incentive ke maamle mein.</w:t>
      </w:r>
    </w:p>
    <w:p>
      <w:pPr>
        <w:jc w:val="right"/>
      </w:pPr>
      <w:r>
        <w:t>تو پاورٹی کو میں لیتا ہوں انسینٹو کے معاملے میں۔</w:t>
      </w:r>
    </w:p>
    <w:p>
      <w:r>
        <w:rPr>
          <w:b/>
        </w:rPr>
        <w:t xml:space="preserve">[47:25] </w:t>
      </w:r>
      <w:r>
        <w:t>lekin log, log jo poverty ko bas ek burai ke roop mein batate hain logon ko, wahi sab</w:t>
      </w:r>
    </w:p>
    <w:p>
      <w:pPr>
        <w:jc w:val="right"/>
      </w:pPr>
      <w:r>
        <w:t>لیکن لوگ، لوگ جو پاورٹی کو بس ایک برائی کے روپ میں بتاتے ہیں لوگوں کو، وہی سب</w:t>
      </w:r>
    </w:p>
    <w:p>
      <w:r>
        <w:rPr>
          <w:b/>
        </w:rPr>
        <w:t xml:space="preserve">[47:30] </w:t>
      </w:r>
      <w:r>
        <w:t>سے بڑا، یعنی responsible ہیں اس کے۔</w:t>
      </w:r>
    </w:p>
    <w:p>
      <w:pPr>
        <w:jc w:val="right"/>
      </w:pPr>
      <w:r>
        <w:t>سے بڑا، یعنی ریسپانسبل ہیں اس کے۔</w:t>
      </w:r>
    </w:p>
    <w:p>
      <w:r>
        <w:rPr>
          <w:b/>
        </w:rPr>
        <w:t xml:space="preserve">[47:35] </w:t>
      </w:r>
      <w:r>
        <w:t>aap un ko incentive badhaiye, un ke andar, un ke kahiye ke tum mehnat karo, padho.</w:t>
      </w:r>
    </w:p>
    <w:p>
      <w:pPr>
        <w:jc w:val="right"/>
      </w:pPr>
      <w:r>
        <w:t>آپ ان کو انسینٹو بڑھائیے، ان کے اندر، ان کے کہیے کہ تم محنت کرو، پڑھو۔</w:t>
      </w:r>
    </w:p>
    <w:p>
      <w:r>
        <w:rPr>
          <w:b/>
        </w:rPr>
        <w:t xml:space="preserve">[47:41] </w:t>
      </w:r>
      <w:r>
        <w:t>to apni zindagi mein bohat mein ne dekha logon ko ke kal woh ghareeb the, aaj ameer ho</w:t>
      </w:r>
    </w:p>
    <w:p>
      <w:pPr>
        <w:jc w:val="right"/>
      </w:pPr>
      <w:r>
        <w:t>تو اپنی زندگی میں بہت میں نے دیکھا لوگوں کو کہ کل وہ غریب تھے، آج امیر ہو</w:t>
      </w:r>
    </w:p>
    <w:p>
      <w:r>
        <w:rPr>
          <w:b/>
        </w:rPr>
        <w:t xml:space="preserve">[47:48] </w:t>
      </w:r>
      <w:r>
        <w:t>gaye. kal ko un ke paas kuch nahi tha, aaj un ke paas sab kuch hai.</w:t>
      </w:r>
    </w:p>
    <w:p>
      <w:pPr>
        <w:jc w:val="right"/>
      </w:pPr>
      <w:r>
        <w:t>گئے۔ کل کو ان کے پاس کچھ نہیں تھا، آج ان کے پاس سب کچھ ہے۔</w:t>
      </w:r>
    </w:p>
    <w:p>
      <w:r>
        <w:rPr>
          <w:b/>
        </w:rPr>
        <w:t xml:space="preserve">[47:51] </w:t>
      </w:r>
      <w:r>
        <w:t>to poverty koi eternal haalat nahi hai.</w:t>
      </w:r>
    </w:p>
    <w:p>
      <w:pPr>
        <w:jc w:val="right"/>
      </w:pPr>
      <w:r>
        <w:t>تو پاورٹی کوئی ایٹرنل حالت نہیں ہے۔</w:t>
      </w:r>
    </w:p>
    <w:p>
      <w:r>
        <w:rPr>
          <w:b/>
        </w:rPr>
        <w:t xml:space="preserve">[47:53] </w:t>
      </w:r>
      <w:r>
        <w:t>ke jo poverty mein paida hua to bas zindagi mein is ke muqaddar hai ke poverty mein rahe.</w:t>
      </w:r>
    </w:p>
    <w:p>
      <w:pPr>
        <w:jc w:val="right"/>
      </w:pPr>
      <w:r>
        <w:t>کہ جو پاورٹی میں پیدا ہوا تو بس زندگی میں اس کے مقدر ہے کہ پاورٹی میں رہے۔</w:t>
      </w:r>
    </w:p>
    <w:p>
      <w:r>
        <w:rPr>
          <w:b/>
        </w:rPr>
        <w:t xml:space="preserve">[47:59] </w:t>
      </w:r>
      <w:r>
        <w:t>yeh is, is theory se main agree nahi karta.</w:t>
      </w:r>
    </w:p>
    <w:p>
      <w:pPr>
        <w:jc w:val="right"/>
      </w:pPr>
      <w:r>
        <w:t>یہ اس، اس تھیوری سے میں ایگری نہیں کرتا۔</w:t>
      </w:r>
    </w:p>
    <w:p>
      <w:r>
        <w:rPr>
          <w:b/>
        </w:rPr>
        <w:t xml:space="preserve">[48:06] </w:t>
      </w:r>
      <w:r>
        <w:t>maulana, maulana agla sawaal Chennai se hai.</w:t>
      </w:r>
    </w:p>
    <w:p>
      <w:pPr>
        <w:jc w:val="right"/>
      </w:pPr>
      <w:r>
        <w:t>مولانا، مولانا اگلا سوال چنئی سے ہے۔</w:t>
      </w:r>
    </w:p>
    <w:p>
      <w:r>
        <w:rPr>
          <w:b/>
        </w:rPr>
        <w:t xml:space="preserve">[48:10] </w:t>
      </w:r>
      <w:r>
        <w:t>aur maulana Iqbal Umri ne kiya hai.</w:t>
      </w:r>
    </w:p>
    <w:p>
      <w:pPr>
        <w:jc w:val="right"/>
      </w:pPr>
      <w:r>
        <w:t>اور مولانا اقبال عمری نے کیا ہے۔</w:t>
      </w:r>
    </w:p>
    <w:p>
      <w:r>
        <w:rPr>
          <w:b/>
        </w:rPr>
        <w:t xml:space="preserve">[48:12] </w:t>
      </w:r>
      <w:r>
        <w:t>انہوں نے لکھا ہے: جب بھی آپ Western development کا positive response دیتے ہیں، اور اس کو دعوت</w:t>
      </w:r>
    </w:p>
    <w:p>
      <w:pPr>
        <w:jc w:val="right"/>
      </w:pPr>
      <w:r>
        <w:t>انہوں نے لکھا ہے: جب بھی آپ ویسٹرن ڈیولپمنٹ کا پازیٹیو رسپانس دیتے ہیں، اور اس کو دعوت</w:t>
      </w:r>
    </w:p>
    <w:p>
      <w:r>
        <w:rPr>
          <w:b/>
        </w:rPr>
        <w:t xml:space="preserve">[48:20] </w:t>
      </w:r>
      <w:r>
        <w:t>aur marifat se relate karte hain, to kyun ulama yeh kehte hain ke agar ulama aur madaris na</w:t>
      </w:r>
    </w:p>
    <w:p>
      <w:pPr>
        <w:jc w:val="right"/>
      </w:pPr>
      <w:r>
        <w:t>اور معرفت سے ریلیٹ کرتے ہیں، تو کیوں علماء یہ کہتے ہیں کہ اگر علماء اور مدارس نہ</w:t>
      </w:r>
    </w:p>
    <w:p>
      <w:r>
        <w:rPr>
          <w:b/>
        </w:rPr>
        <w:t xml:space="preserve">[48:27] </w:t>
      </w:r>
      <w:r>
        <w:t>rehte to na islam rehta, na dawat rehti.</w:t>
      </w:r>
    </w:p>
    <w:p>
      <w:pPr>
        <w:jc w:val="right"/>
      </w:pPr>
      <w:r>
        <w:t>رہتے تو نہ اسلام رہتا، نہ دعوت رہتی۔</w:t>
      </w:r>
    </w:p>
    <w:p>
      <w:r>
        <w:rPr>
          <w:b/>
        </w:rPr>
        <w:t xml:space="preserve">[48:32] </w:t>
      </w:r>
      <w:r>
        <w:t>maazi mein islam sar buland tha, ab kahan hai?</w:t>
      </w:r>
    </w:p>
    <w:p>
      <w:pPr>
        <w:jc w:val="right"/>
      </w:pPr>
      <w:r>
        <w:t>ماضی میں اسلام سر بلند تھا، اب کہاں ہے؟</w:t>
      </w:r>
    </w:p>
    <w:p>
      <w:r>
        <w:rPr>
          <w:b/>
        </w:rPr>
        <w:t xml:space="preserve">[48:38] </w:t>
      </w:r>
      <w:r>
        <w:t>yeh to kehne ki baat hai.</w:t>
      </w:r>
    </w:p>
    <w:p>
      <w:pPr>
        <w:jc w:val="right"/>
      </w:pPr>
      <w:r>
        <w:t>یہ تو کہنے کی بات ہے۔</w:t>
      </w:r>
    </w:p>
    <w:p>
      <w:r>
        <w:rPr>
          <w:b/>
        </w:rPr>
        <w:t xml:space="preserve">[48:41] </w:t>
      </w:r>
      <w:r>
        <w:t>yeh to kehne ki baat hai.</w:t>
      </w:r>
    </w:p>
    <w:p>
      <w:pPr>
        <w:jc w:val="right"/>
      </w:pPr>
      <w:r>
        <w:t>یہ تو کہنے کی بات ہے۔</w:t>
      </w:r>
    </w:p>
    <w:p>
      <w:r>
        <w:rPr>
          <w:b/>
        </w:rPr>
        <w:t xml:space="preserve">[48:43] </w:t>
      </w:r>
      <w:r>
        <w:t>agar madaris se sara kaam ho raha hai to yahi, yahi ulma shikayat kyun karte hain? inhi ulma</w:t>
      </w:r>
    </w:p>
    <w:p>
      <w:pPr>
        <w:jc w:val="right"/>
      </w:pPr>
      <w:r>
        <w:t>اگر مدارس سے سارا کام ہو رہا ہے تو یہی، یہی علماء شکایت کیوں کرتے ہیں؟ انہی علماء</w:t>
      </w:r>
    </w:p>
    <w:p>
      <w:r>
        <w:rPr>
          <w:b/>
        </w:rPr>
        <w:t xml:space="preserve">[48:49] </w:t>
      </w:r>
      <w:r>
        <w:t>ki taqreerein suniye aap.</w:t>
      </w:r>
    </w:p>
    <w:p>
      <w:pPr>
        <w:jc w:val="right"/>
      </w:pPr>
      <w:r>
        <w:t>کی تقریریں سنیے آپ۔</w:t>
      </w:r>
    </w:p>
    <w:p>
      <w:r>
        <w:rPr>
          <w:b/>
        </w:rPr>
        <w:t xml:space="preserve">[48:51] </w:t>
      </w:r>
      <w:r>
        <w:t>yeh to musalmanon ka bura haal batayenge, zulm batayenge logon ka, tarah tarah ke masle bayan</w:t>
      </w:r>
    </w:p>
    <w:p>
      <w:pPr>
        <w:jc w:val="right"/>
      </w:pPr>
      <w:r>
        <w:t>یہ تو مسلمانوں کا برا حال بتائیں گے، ظلم بتائیں گے لوگوں کا، طرح طرح کے مسئلے بیان</w:t>
      </w:r>
    </w:p>
    <w:p>
      <w:r>
        <w:rPr>
          <w:b/>
        </w:rPr>
        <w:t xml:space="preserve">[48:58] </w:t>
      </w:r>
      <w:r>
        <w:t>karenge. to madaris se agar sare masle hal ho rahe hain to yahi ulma aisi taqreerein kyun</w:t>
      </w:r>
    </w:p>
    <w:p>
      <w:pPr>
        <w:jc w:val="right"/>
      </w:pPr>
      <w:r>
        <w:t>کریں گے۔ تو مدارس سے اگر سارے مسئلے حل ہو رہے ہیں تو یہی علماء ایسی تقریریں کیوں</w:t>
      </w:r>
    </w:p>
    <w:p>
      <w:r>
        <w:rPr>
          <w:b/>
        </w:rPr>
        <w:t xml:space="preserve">[49:03] </w:t>
      </w:r>
      <w:r>
        <w:t>karte hain? mislan sare ulma yeh taqreerein karte hain ke musalmanon mein ittehad nahi hai.</w:t>
      </w:r>
    </w:p>
    <w:p>
      <w:pPr>
        <w:jc w:val="right"/>
      </w:pPr>
      <w:r>
        <w:t>کرتے ہیں؟ مثلاً سارے علماء یہ تقریریں کرتے ہیں کہ مسلمانوں میں اتحاد نہیں ہے۔</w:t>
      </w:r>
    </w:p>
    <w:p>
      <w:r>
        <w:rPr>
          <w:b/>
        </w:rPr>
        <w:t xml:space="preserve">[49:08] </w:t>
      </w:r>
      <w:r>
        <w:t>sare ulma, sare ulma karte hain ke musalman aapas mein lad rahe hain.</w:t>
      </w:r>
    </w:p>
    <w:p>
      <w:pPr>
        <w:jc w:val="right"/>
      </w:pPr>
      <w:r>
        <w:t>سارے علماء، سارے علماء کرتے ہیں کہ مسلمان آپس میں لڑ رہے ہیں۔</w:t>
      </w:r>
    </w:p>
    <w:p>
      <w:r>
        <w:rPr>
          <w:b/>
        </w:rPr>
        <w:t xml:space="preserve">[49:12] </w:t>
      </w:r>
      <w:r>
        <w:t>to yeh sab kyun hai?</w:t>
      </w:r>
    </w:p>
    <w:p>
      <w:pPr>
        <w:jc w:val="right"/>
      </w:pPr>
      <w:r>
        <w:t>تو یہ سب کیوں ہے؟</w:t>
      </w:r>
    </w:p>
    <w:p>
      <w:r>
        <w:rPr>
          <w:b/>
        </w:rPr>
        <w:t xml:space="preserve">[49:15] </w:t>
      </w:r>
      <w:r>
        <w:t>yahi ulma ittehad conference karte hain aur is mein shikayatein karte hain ke musalmanon mein ittehad nahi hai.</w:t>
      </w:r>
    </w:p>
    <w:p>
      <w:pPr>
        <w:jc w:val="right"/>
      </w:pPr>
      <w:r>
        <w:t>یہی علماء اتحاد کانفرنس کرتے ہیں اور اس میں شکایتیں کرتے ہیں کہ مسلمانوں میں اتحاد نہیں ہے۔</w:t>
      </w:r>
    </w:p>
    <w:p>
      <w:r>
        <w:rPr>
          <w:b/>
        </w:rPr>
        <w:t xml:space="preserve">[49:22] </w:t>
      </w:r>
      <w:r>
        <w:t>to kyun, kyun yeh hai? agar madarse se sab kuch ho raha hai to aisa kyun hai?</w:t>
      </w:r>
    </w:p>
    <w:p>
      <w:pPr>
        <w:jc w:val="right"/>
      </w:pPr>
      <w:r>
        <w:t>تو کیوں، کیوں یہ ہے؟ اگر مدرسے سے سب کچھ ہو رہا ہے تو ایسا کیوں ہے؟</w:t>
      </w:r>
    </w:p>
    <w:p>
      <w:r>
        <w:rPr>
          <w:b/>
        </w:rPr>
        <w:t xml:space="preserve">[49:28] </w:t>
      </w:r>
      <w:r>
        <w:t>to yeh mein samajhta hoon ke, yani deep thinking na hone ka nateeja hai.</w:t>
      </w:r>
    </w:p>
    <w:p>
      <w:pPr>
        <w:jc w:val="right"/>
      </w:pPr>
      <w:r>
        <w:t>تو یہ میں سمجھتا ہوں کہ، یعنی ڈیپ تھنکنگ نہ ہونے کا نتیجہ ہے۔</w:t>
      </w:r>
    </w:p>
    <w:p>
      <w:r>
        <w:rPr>
          <w:b/>
        </w:rPr>
        <w:t xml:space="preserve">[49:38] </w:t>
      </w:r>
      <w:r>
        <w:t>maulana unka ek aur sawal hai.</w:t>
      </w:r>
    </w:p>
    <w:p>
      <w:pPr>
        <w:jc w:val="right"/>
      </w:pPr>
      <w:r>
        <w:t>مولانا ان کا ایک اور سوال ہے۔</w:t>
      </w:r>
    </w:p>
    <w:p>
      <w:r>
        <w:rPr>
          <w:b/>
        </w:rPr>
        <w:t xml:space="preserve">[49:40] </w:t>
      </w:r>
      <w:r>
        <w:t>unhon ne aap se poocha hai ke aalami conversion matloob hai ya aalami taur par khuda ke word</w:t>
      </w:r>
    </w:p>
    <w:p>
      <w:pPr>
        <w:jc w:val="right"/>
      </w:pPr>
      <w:r>
        <w:t>انہوں نے آپ سے پوچھا ہے کہ عالمی کنورژن مطلوب ہے یا عالمی طور پر خدا کے ورڈ</w:t>
      </w:r>
    </w:p>
    <w:p>
      <w:r>
        <w:rPr>
          <w:b/>
        </w:rPr>
        <w:t xml:space="preserve">[49:47] </w:t>
      </w:r>
      <w:r>
        <w:t>ko convey karna? is ko wazeh karen.</w:t>
      </w:r>
    </w:p>
    <w:p>
      <w:pPr>
        <w:jc w:val="right"/>
      </w:pPr>
      <w:r>
        <w:t>کو کنوے کرنا؟ اس کو واضح کریں۔</w:t>
      </w:r>
    </w:p>
    <w:p>
      <w:r>
        <w:rPr>
          <w:b/>
        </w:rPr>
        <w:t xml:space="preserve">[49:52] </w:t>
      </w:r>
      <w:r>
        <w:t>conversion hai hi nahi.</w:t>
      </w:r>
    </w:p>
    <w:p>
      <w:pPr>
        <w:jc w:val="right"/>
      </w:pPr>
      <w:r>
        <w:t>کنورژن ہے ہی نہیں۔</w:t>
      </w:r>
    </w:p>
    <w:p>
      <w:r>
        <w:rPr>
          <w:b/>
        </w:rPr>
        <w:t xml:space="preserve">[49:54] </w:t>
      </w:r>
      <w:r>
        <w:t>conversion ka tasawwur hi nahi hai</w:t>
      </w:r>
    </w:p>
    <w:p>
      <w:pPr>
        <w:jc w:val="right"/>
      </w:pPr>
      <w:r>
        <w:t>کنورژن کا تصور ہی نہیں ہے</w:t>
      </w:r>
    </w:p>
    <w:p>
      <w:r>
        <w:rPr>
          <w:b/>
        </w:rPr>
        <w:t xml:space="preserve">[49:58] </w:t>
      </w:r>
      <w:r>
        <w:t>mere nazdeek. kyunke mazhab mere nazdeek, jo maine samjha hai, woh personal choice ka naam hai.</w:t>
      </w:r>
    </w:p>
    <w:p>
      <w:pPr>
        <w:jc w:val="right"/>
      </w:pPr>
      <w:r>
        <w:t>میرے نزدیک۔ کیونکہ مذہب میرے نزدیک، جو میں نے سمجھا ہے، وہ پرسنل چوائس کا نام ہے۔</w:t>
      </w:r>
    </w:p>
    <w:p>
      <w:r>
        <w:rPr>
          <w:b/>
        </w:rPr>
        <w:t xml:space="preserve">[50:05] </w:t>
      </w:r>
      <w:r>
        <w:t>conversion to ek koi doosra hai jo aap ko convert karta hai.</w:t>
      </w:r>
    </w:p>
    <w:p>
      <w:pPr>
        <w:jc w:val="right"/>
      </w:pPr>
      <w:r>
        <w:t>کنورژن تو ایک کوئی دوسرا ہے جو آپ کو کنورٹ کرتا ہے۔</w:t>
      </w:r>
    </w:p>
    <w:p>
      <w:r>
        <w:rPr>
          <w:b/>
        </w:rPr>
        <w:t xml:space="preserve">[50:09] </w:t>
      </w:r>
      <w:r>
        <w:t>woh hai hi nahi.</w:t>
      </w:r>
    </w:p>
    <w:p>
      <w:pPr>
        <w:jc w:val="right"/>
      </w:pPr>
      <w:r>
        <w:t>وہ ہے ہی نہیں۔</w:t>
      </w:r>
    </w:p>
    <w:p>
      <w:r>
        <w:rPr>
          <w:b/>
        </w:rPr>
        <w:t xml:space="preserve">[50:11] </w:t>
      </w:r>
      <w:r>
        <w:t>yeh aap ka personal choice hai.</w:t>
      </w:r>
    </w:p>
    <w:p>
      <w:pPr>
        <w:jc w:val="right"/>
      </w:pPr>
      <w:r>
        <w:t>یہ آپ کا پرسنل چوائس ہے۔</w:t>
      </w:r>
    </w:p>
    <w:p>
      <w:r>
        <w:rPr>
          <w:b/>
        </w:rPr>
        <w:t xml:space="preserve">[50:13] </w:t>
      </w:r>
      <w:r>
        <w:t>aap study karen, aap mutala karen, aur jis cheez ko aap sachai samjhen us ko maan len.</w:t>
      </w:r>
    </w:p>
    <w:p>
      <w:pPr>
        <w:jc w:val="right"/>
      </w:pPr>
      <w:r>
        <w:t>آپ اسٹڈی کریں، آپ مطالعہ کریں، اور جس چیز کو آپ سچائی سمجھیں اس کو مان لیں۔</w:t>
      </w:r>
    </w:p>
    <w:p>
      <w:r>
        <w:rPr>
          <w:b/>
        </w:rPr>
        <w:t xml:space="preserve">[50:22] </w:t>
      </w:r>
      <w:r>
        <w:t>to yeh personal choice ka naam hai.</w:t>
      </w:r>
    </w:p>
    <w:p>
      <w:pPr>
        <w:jc w:val="right"/>
      </w:pPr>
      <w:r>
        <w:t>تو یہ پرسنل چوائس کا نام ہے۔</w:t>
      </w:r>
    </w:p>
    <w:p>
      <w:r>
        <w:rPr>
          <w:b/>
        </w:rPr>
        <w:t xml:space="preserve">[50:25] </w:t>
      </w:r>
      <w:r>
        <w:t>aur jahan tak dawat hai, mere nazdeek dawat naam hai pounchanay ka, pounchanay ka, pounchanay ka.</w:t>
      </w:r>
    </w:p>
    <w:p>
      <w:pPr>
        <w:jc w:val="right"/>
      </w:pPr>
      <w:r>
        <w:t>اور جہاں تک دعوت ہے، میرے نزدیک دعوت نام ہے پہنچانے کا، پہنچانے کا، پہنچانے کا۔</w:t>
      </w:r>
    </w:p>
    <w:p>
      <w:r>
        <w:rPr>
          <w:b/>
        </w:rPr>
        <w:t xml:space="preserve">[50:30] </w:t>
      </w:r>
      <w:r>
        <w:t>yeh logon ka apna kaam hai ke woh</w:t>
      </w:r>
    </w:p>
    <w:p>
      <w:pPr>
        <w:jc w:val="right"/>
      </w:pPr>
      <w:r>
        <w:t>یہ لوگوں کا اپنا کام ہے کہ وہ</w:t>
      </w:r>
    </w:p>
    <w:p>
      <w:r>
        <w:rPr>
          <w:b/>
        </w:rPr>
        <w:t xml:space="preserve">[50:34] </w:t>
      </w:r>
      <w:r>
        <w:t>apne liye kis cheez ka</w:t>
      </w:r>
    </w:p>
    <w:p>
      <w:pPr>
        <w:jc w:val="right"/>
      </w:pPr>
      <w:r>
        <w:t>اپنے لیے کس چیز کا</w:t>
      </w:r>
    </w:p>
    <w:p>
      <w:r>
        <w:rPr>
          <w:b/>
        </w:rPr>
        <w:t xml:space="preserve">[50:37] </w:t>
      </w:r>
      <w:r>
        <w:t>intekhab karte hain.</w:t>
      </w:r>
    </w:p>
    <w:p>
      <w:pPr>
        <w:jc w:val="right"/>
      </w:pPr>
      <w:r>
        <w:t>انتخاب کرتے ہیں۔</w:t>
      </w:r>
    </w:p>
    <w:p>
      <w:r>
        <w:rPr>
          <w:b/>
        </w:rPr>
        <w:t xml:space="preserve">[50:41] </w:t>
      </w:r>
      <w:r>
        <w:t>maulana agla sawal lene se pehle ek comment parhna chahenge jo miss shabana ne bheja hai rai</w:t>
      </w:r>
    </w:p>
    <w:p>
      <w:pPr>
        <w:jc w:val="right"/>
      </w:pPr>
      <w:r>
        <w:t>مولانا اگلا سوال لینے سے پہلے ایک کمنٹ پڑھنا چاہیں گے جو مس شبانہ نے بھیجا ہے رائے</w:t>
      </w:r>
    </w:p>
    <w:p>
      <w:r>
        <w:rPr>
          <w:b/>
        </w:rPr>
        <w:t xml:space="preserve">[50:47] </w:t>
      </w:r>
      <w:r>
        <w:t>پور سے۔ اور انہوں نے لکھا ہے کہ مولانا صاحب، I always get peace of mind after listening</w:t>
      </w:r>
    </w:p>
    <w:p>
      <w:pPr>
        <w:jc w:val="right"/>
      </w:pPr>
      <w:r>
        <w:t>پور سے۔ اور انہوں نے لکھا ہے کہ مولانا صاحب، آئی آلویز گیٹ پیس آف مائنڈ آفٹر لسننگ</w:t>
      </w:r>
    </w:p>
    <w:p>
      <w:r>
        <w:rPr>
          <w:b/>
        </w:rPr>
        <w:t xml:space="preserve">[50:54] </w:t>
      </w:r>
      <w:r>
        <w:t>to your program every sunday.</w:t>
      </w:r>
    </w:p>
    <w:p>
      <w:pPr>
        <w:jc w:val="right"/>
      </w:pPr>
      <w:r>
        <w:t>ٹو یور پروگرام ایوری سنڈے۔</w:t>
      </w:r>
    </w:p>
    <w:p>
      <w:r>
        <w:rPr>
          <w:b/>
        </w:rPr>
        <w:t xml:space="preserve">[50:57] </w:t>
      </w:r>
      <w:r>
        <w:t>jazak Allah. Maulana agla sawal dilli se aya hai, naam nahi likha hai question karne wale ne.</w:t>
      </w:r>
    </w:p>
    <w:p>
      <w:pPr>
        <w:jc w:val="right"/>
      </w:pPr>
      <w:r>
        <w:t>جزاک اللہ۔ مولانا اگلا سوال دلی سے آیا ہے، نام نہیں لکھا ہے کوئسچن کرنے والے نے۔</w:t>
      </w:r>
    </w:p>
    <w:p>
      <w:r>
        <w:rPr>
          <w:b/>
        </w:rPr>
        <w:t xml:space="preserve">[51:06] </w:t>
      </w:r>
      <w:r>
        <w:t>unka sawal yeh hai:</w:t>
      </w:r>
    </w:p>
    <w:p>
      <w:pPr>
        <w:jc w:val="right"/>
      </w:pPr>
      <w:r>
        <w:t>ان کا سوال یہ ہے:</w:t>
      </w:r>
    </w:p>
    <w:p>
      <w:r>
        <w:rPr>
          <w:b/>
        </w:rPr>
        <w:t xml:space="preserve">[51:08] </w:t>
      </w:r>
      <w:r>
        <w:t>مولانا صاحب، you say that human rights activists take a negative approach by criticizing or protesting against human</w:t>
      </w:r>
    </w:p>
    <w:p>
      <w:pPr>
        <w:jc w:val="right"/>
      </w:pPr>
      <w:r>
        <w:t>مولانا صاحب، یو سے دیٹ ہیومن رائٹ ایکٹیوسٹ ٹیک ان نیگیٹیو اپروچ بائی کریٹیسائزنگ اور پروٹیسٹنگ اگینسٹ ہیومن</w:t>
      </w:r>
    </w:p>
    <w:p>
      <w:r>
        <w:rPr>
          <w:b/>
        </w:rPr>
        <w:t xml:space="preserve">[51:17] </w:t>
      </w:r>
      <w:r>
        <w:t>rights violation. I have a question in this regard: If innocent people are killed, does it mean that one</w:t>
      </w:r>
    </w:p>
    <w:p>
      <w:pPr>
        <w:jc w:val="right"/>
      </w:pPr>
      <w:r>
        <w:t>رائٹس وائلیشن۔ آئی ہیو کوئسچن ان دس ریگارڈ: اف انوسنٹ پیپل آر کلڈ، ڈز اٹ مین دیٹ ون</w:t>
      </w:r>
    </w:p>
    <w:p>
      <w:r>
        <w:rPr>
          <w:b/>
        </w:rPr>
        <w:t xml:space="preserve">[51:27] </w:t>
      </w:r>
      <w:r>
        <w:t>should remain silent and not demand justice, that the perpetrators of the crime be brought to justice?</w:t>
      </w:r>
    </w:p>
    <w:p>
      <w:pPr>
        <w:jc w:val="right"/>
      </w:pPr>
      <w:r>
        <w:t>شوڈ ریمین سائلنٹ اینڈ ناٹ ڈیمانڈ جسٹس، دیٹ دی پرپریٹرز آف دا کرائم بی براٹ ٹو جسٹس؟</w:t>
      </w:r>
    </w:p>
    <w:p>
      <w:r>
        <w:rPr>
          <w:b/>
        </w:rPr>
        <w:t xml:space="preserve">[51:35] </w:t>
      </w:r>
      <w:r>
        <w:t>Secondly, it can also be argued that if one keeps silent on such persecution, it would only further legitimize operation and embolden people to violate other rights. What is your view on this?"</w:t>
      </w:r>
    </w:p>
    <w:p>
      <w:pPr>
        <w:jc w:val="right"/>
      </w:pPr>
      <w:r>
        <w:t>Secondly, it can also be argued that if one keeps silent on such persecution, it would only further legitimize operation and embolden people to violate other rights. What is your view on this?</w:t>
      </w:r>
    </w:p>
    <w:p>
      <w:r>
        <w:rPr>
          <w:b/>
        </w:rPr>
        <w:t xml:space="preserve">[51:53] </w:t>
      </w:r>
      <w:r>
        <w:t>dekhiye, yeh sahi angle se sochna nahi hai.</w:t>
      </w:r>
    </w:p>
    <w:p>
      <w:pPr>
        <w:jc w:val="right"/>
      </w:pPr>
      <w:r>
        <w:t>دیکھیے، یہ صحیح اینگل سے سوچنا نہیں ہے۔</w:t>
      </w:r>
    </w:p>
    <w:p>
      <w:r>
        <w:rPr>
          <w:b/>
        </w:rPr>
        <w:t xml:space="preserve">[51:57] </w:t>
      </w:r>
      <w:r>
        <w:t>sahi angle se yeh sochani hai ke human right</w:t>
      </w:r>
    </w:p>
    <w:p>
      <w:pPr>
        <w:jc w:val="right"/>
      </w:pPr>
      <w:r>
        <w:t>صحیح اینگل سے یہ سوچنی ہے کہ ہیومن رائٹ</w:t>
      </w:r>
    </w:p>
    <w:p>
      <w:r>
        <w:rPr>
          <w:b/>
        </w:rPr>
        <w:t xml:space="preserve">[52:02] </w:t>
      </w:r>
      <w:r>
        <w:t>ka concept chal raha hai so baras se, aur yeh saare ab bhi protest hi kiye chale ja</w:t>
      </w:r>
    </w:p>
    <w:p>
      <w:pPr>
        <w:jc w:val="right"/>
      </w:pPr>
      <w:r>
        <w:t>کا کانسیپٹ چل رہا ہے سو برس سے، اور یہ سارے اب بھی پروٹیسٹ ہی کیے چلے جا</w:t>
      </w:r>
    </w:p>
    <w:p>
      <w:r>
        <w:rPr>
          <w:b/>
        </w:rPr>
        <w:t xml:space="preserve">[52:08] </w:t>
      </w:r>
      <w:r>
        <w:t>رہے ہیں۔ یعنی human rights activism جو ہے، اس سے اگر حالات سدھرتے ہیں تو ابھی کیوں جاری</w:t>
      </w:r>
    </w:p>
    <w:p>
      <w:pPr>
        <w:jc w:val="right"/>
      </w:pPr>
      <w:r>
        <w:t>رہے ہیں۔ یعنی ہیومن رائٹ ایکٹیوزم جو ہے، اس سے اگر حالات سدھرتے ہیں تو ابھی کیوں جاری</w:t>
      </w:r>
    </w:p>
    <w:p>
      <w:r>
        <w:rPr>
          <w:b/>
        </w:rPr>
        <w:t xml:space="preserve">[52:14] </w:t>
      </w:r>
      <w:r>
        <w:t>ہے وہ؟ مجھے کوئی ایک بھی نہیں معلوم ہے human rights activist جو so-called، جو یہ کہے</w:t>
      </w:r>
    </w:p>
    <w:p>
      <w:pPr>
        <w:jc w:val="right"/>
      </w:pPr>
      <w:r>
        <w:t>ہے وہ؟ مجھے کوئی ایک بھی نہیں معلوم ہے ہیومن رائٹ ایکٹیوسٹ جو سو کالڈ، جو یہ کہے</w:t>
      </w:r>
    </w:p>
    <w:p>
      <w:r>
        <w:rPr>
          <w:b/>
        </w:rPr>
        <w:t xml:space="preserve">[52:22] </w:t>
      </w:r>
      <w:r>
        <w:t>کہ اب ہم سو سال کے بعد ہم نے human rights کو حاصل کر لیا۔</w:t>
      </w:r>
    </w:p>
    <w:p>
      <w:pPr>
        <w:jc w:val="right"/>
      </w:pPr>
      <w:r>
        <w:t>کہ اب ہم سو سال کے بعد ہم نے ہیومن رائٹس کو حاصل کر لیا۔</w:t>
      </w:r>
    </w:p>
    <w:p>
      <w:r>
        <w:rPr>
          <w:b/>
        </w:rPr>
        <w:t xml:space="preserve">[52:28] </w:t>
      </w:r>
      <w:r>
        <w:t>is liye main is ko in natural samajhta hoon.</w:t>
      </w:r>
    </w:p>
    <w:p>
      <w:pPr>
        <w:jc w:val="right"/>
      </w:pPr>
      <w:r>
        <w:t>اس لیے میں اس کو ان نیچرل سمجھتا ہوں۔</w:t>
      </w:r>
    </w:p>
    <w:p>
      <w:r>
        <w:rPr>
          <w:b/>
        </w:rPr>
        <w:t xml:space="preserve">[52:30] </w:t>
      </w:r>
      <w:r>
        <w:t>sahi hai human duties ka concept.</w:t>
      </w:r>
    </w:p>
    <w:p>
      <w:pPr>
        <w:jc w:val="right"/>
      </w:pPr>
      <w:r>
        <w:t>صحیح ہے ہیومن ڈیوٹیز کا کانسیپٹ۔</w:t>
      </w:r>
    </w:p>
    <w:p>
      <w:r>
        <w:rPr>
          <w:b/>
        </w:rPr>
        <w:t xml:space="preserve">[52:33] </w:t>
      </w:r>
      <w:r>
        <w:t>aap logon ko kehte hain human duties ka concept laiye, to is ke baad sab tarqqiyan hongi.</w:t>
      </w:r>
    </w:p>
    <w:p>
      <w:pPr>
        <w:jc w:val="right"/>
      </w:pPr>
      <w:r>
        <w:t>آپ لوگوں کو کہتے ہیں ہیومن ڈیوٹیز کا کانسیپٹ لائیے، تو اس کے بعد سب ترقیاں ہوں گی۔</w:t>
      </w:r>
    </w:p>
    <w:p>
      <w:r>
        <w:rPr>
          <w:b/>
        </w:rPr>
        <w:t xml:space="preserve">[52:40] </w:t>
      </w:r>
      <w:r>
        <w:t>jaise aap dekhiye ke singapore mein koi human right activism nahi hai wahan, kuch bhi nahi hai.</w:t>
      </w:r>
    </w:p>
    <w:p>
      <w:pPr>
        <w:jc w:val="right"/>
      </w:pPr>
      <w:r>
        <w:t>جیسے آپ دیکھیے کہ سنگاپور میں کوئی ہیومن رائٹ ایکٹیوزم نہیں ہے وہاں، کچھ بھی نہیں ہے۔</w:t>
      </w:r>
    </w:p>
    <w:p>
      <w:r>
        <w:rPr>
          <w:b/>
        </w:rPr>
        <w:t xml:space="preserve">[52:46] </w:t>
      </w:r>
      <w:r>
        <w:t>lekin duty ka concept wahan bohat zyada hai.</w:t>
      </w:r>
    </w:p>
    <w:p>
      <w:pPr>
        <w:jc w:val="right"/>
      </w:pPr>
      <w:r>
        <w:t>لیکن ڈیوٹی کا کانسیپٹ وہاں بہت زیادہ ہے۔</w:t>
      </w:r>
    </w:p>
    <w:p>
      <w:r>
        <w:rPr>
          <w:b/>
        </w:rPr>
        <w:t xml:space="preserve">[52:50] </w:t>
      </w:r>
      <w:r>
        <w:t>to wahan bohat taraqqi ho rahi hai.</w:t>
      </w:r>
    </w:p>
    <w:p>
      <w:pPr>
        <w:jc w:val="right"/>
      </w:pPr>
      <w:r>
        <w:t>تو وہاں بہت ترقی ہو رہی ہے۔</w:t>
      </w:r>
    </w:p>
    <w:p>
      <w:r>
        <w:rPr>
          <w:b/>
        </w:rPr>
        <w:t xml:space="preserve">[52:53] </w:t>
      </w:r>
      <w:r>
        <w:t>human right duties se tarqqiyan hoti hain.</w:t>
      </w:r>
    </w:p>
    <w:p>
      <w:pPr>
        <w:jc w:val="right"/>
      </w:pPr>
      <w:r>
        <w:t>ہیومن رائٹ ڈیوٹیز سے ترقیاں ہوتی ہیں۔</w:t>
      </w:r>
    </w:p>
    <w:p>
      <w:r>
        <w:rPr>
          <w:b/>
        </w:rPr>
        <w:t xml:space="preserve">[52:55] </w:t>
      </w:r>
      <w:r>
        <w:t>human right ke ka wailes ho raha hai, is pe aap shor karte rahiye, kuch hone wala nahi.</w:t>
      </w:r>
    </w:p>
    <w:p>
      <w:pPr>
        <w:jc w:val="right"/>
      </w:pPr>
      <w:r>
        <w:t>ہیومن رائٹ کے کا وائلیس ہو رہا ہے، اس پہ آپ شور کرتے رہیے، کچھ ہونے والا نہیں۔</w:t>
      </w:r>
    </w:p>
    <w:p>
      <w:r>
        <w:rPr>
          <w:b/>
        </w:rPr>
        <w:t xml:space="preserve">[53:01] </w:t>
      </w:r>
      <w:r>
        <w:t>jaise ab tak nahi hua.</w:t>
      </w:r>
    </w:p>
    <w:p>
      <w:pPr>
        <w:jc w:val="right"/>
      </w:pPr>
      <w:r>
        <w:t>جیسے اب تک نہیں ہوا۔</w:t>
      </w:r>
    </w:p>
    <w:p>
      <w:r>
        <w:rPr>
          <w:b/>
        </w:rPr>
        <w:t xml:space="preserve">[53:03] </w:t>
      </w:r>
      <w:r>
        <w:t>main singapore ke model ko bohat sahi model samajhta hoon.</w:t>
      </w:r>
    </w:p>
    <w:p>
      <w:pPr>
        <w:jc w:val="right"/>
      </w:pPr>
      <w:r>
        <w:t>میں سنگاپور کے ماڈل کو بہت صحیح ماڈل سمجھتا ہوں۔</w:t>
      </w:r>
    </w:p>
    <w:p>
      <w:r>
        <w:rPr>
          <w:b/>
        </w:rPr>
        <w:t xml:space="preserve">[53:07] </w:t>
      </w:r>
      <w:r>
        <w:t>aap singapore ka mutalia kijiye.</w:t>
      </w:r>
    </w:p>
    <w:p>
      <w:pPr>
        <w:jc w:val="right"/>
      </w:pPr>
      <w:r>
        <w:t>آپ سنگاپور کا مطالعہ کیجیے۔</w:t>
      </w:r>
    </w:p>
    <w:p>
      <w:r>
        <w:rPr>
          <w:b/>
        </w:rPr>
        <w:t xml:space="preserve">[53:10] </w:t>
      </w:r>
      <w:r>
        <w:t>wahan par sara focus duty par diya gaya, right par focus nahi diya gaya.</w:t>
      </w:r>
    </w:p>
    <w:p>
      <w:pPr>
        <w:jc w:val="right"/>
      </w:pPr>
      <w:r>
        <w:t>وہاں پر سارا فوکس ڈیوٹی پر دیا گیا، رائٹ پر فوکس نہیں دیا گیا۔</w:t>
      </w:r>
    </w:p>
    <w:p>
      <w:r>
        <w:rPr>
          <w:b/>
        </w:rPr>
        <w:t xml:space="preserve">[53:15] </w:t>
      </w:r>
      <w:r>
        <w:t>to woh ek developed country ban gaya woh.</w:t>
      </w:r>
    </w:p>
    <w:p>
      <w:pPr>
        <w:jc w:val="right"/>
      </w:pPr>
      <w:r>
        <w:t>تو وہ ایک ڈیولپ کنٹری بن گیا وہ۔</w:t>
      </w:r>
    </w:p>
    <w:p>
      <w:r>
        <w:rPr>
          <w:b/>
        </w:rPr>
        <w:t xml:space="preserve">[53:20] </w:t>
      </w:r>
      <w:r>
        <w:t>maulana agla sawal UK se kiya hai doctor hina khan ne.</w:t>
      </w:r>
    </w:p>
    <w:p>
      <w:pPr>
        <w:jc w:val="right"/>
      </w:pPr>
      <w:r>
        <w:t>مولانا اگلا سوال یو کے سے کیا ہے ڈاکٹر ہینا خان نے۔</w:t>
      </w:r>
    </w:p>
    <w:p>
      <w:r>
        <w:rPr>
          <w:b/>
        </w:rPr>
        <w:t xml:space="preserve">[53:25] </w:t>
      </w:r>
      <w:r>
        <w:t>aur unhon ne likha hai:</w:t>
      </w:r>
    </w:p>
    <w:p>
      <w:pPr>
        <w:jc w:val="right"/>
      </w:pPr>
      <w:r>
        <w:t>اور انہوں نے لکھا ہے:</w:t>
      </w:r>
    </w:p>
    <w:p>
      <w:r>
        <w:rPr>
          <w:b/>
        </w:rPr>
        <w:t xml:space="preserve">[53:28] </w:t>
      </w:r>
      <w:r>
        <w:t>There will always be good and evil, injustice will always be there until Day of Judgment, when complete</w:t>
      </w:r>
    </w:p>
    <w:p>
      <w:pPr>
        <w:jc w:val="right"/>
      </w:pPr>
      <w:r>
        <w:t>دیر ول آلویز بی گڈ اینڈ ایول، انجسٹس ول آلویز بی دیر انٹل ڈے آف ججمنٹ، وین کمپلیٹ</w:t>
      </w:r>
    </w:p>
    <w:p>
      <w:r>
        <w:rPr>
          <w:b/>
        </w:rPr>
        <w:t xml:space="preserve">[53:36] </w:t>
      </w:r>
      <w:r>
        <w:t>justice will be given by god himself.</w:t>
      </w:r>
    </w:p>
    <w:p>
      <w:pPr>
        <w:jc w:val="right"/>
      </w:pPr>
      <w:r>
        <w:t>جسٹس ول بی گیون بائی گاڈ ہم سیلف۔</w:t>
      </w:r>
    </w:p>
    <w:p>
      <w:r>
        <w:rPr>
          <w:b/>
        </w:rPr>
        <w:t xml:space="preserve">[53:39] </w:t>
      </w:r>
      <w:r>
        <w:t>who will hold the heavens in his right hand, and the earth will be held in his hand.</w:t>
      </w:r>
    </w:p>
    <w:p>
      <w:pPr>
        <w:jc w:val="right"/>
      </w:pPr>
      <w:r>
        <w:t>ہو ول ہولڈ دا ہیونز ان ہز رائٹ ہینڈ، اینڈ دی ارتھ ول بی ہیلڈ ان ہز ہینڈ۔</w:t>
      </w:r>
    </w:p>
    <w:p>
      <w:r>
        <w:rPr>
          <w:b/>
        </w:rPr>
        <w:t xml:space="preserve">[53:45] </w:t>
      </w:r>
      <w:r>
        <w:t>The Prophet also said that help zalim and mazloom both, and the help of zalim is to stop him from zulm.</w:t>
      </w:r>
    </w:p>
    <w:p>
      <w:pPr>
        <w:jc w:val="right"/>
      </w:pPr>
      <w:r>
        <w:t>The prophet also said that help ظالم and مظلوم both, and the help of ظالم is to stop him from ظلم.</w:t>
      </w:r>
    </w:p>
    <w:p>
      <w:r>
        <w:rPr>
          <w:b/>
        </w:rPr>
        <w:t xml:space="preserve">[53:55] </w:t>
      </w:r>
      <w:r>
        <w:t>maulana please explain how to differentiate this from complaining and protesting.</w:t>
      </w:r>
    </w:p>
    <w:p>
      <w:pPr>
        <w:jc w:val="right"/>
      </w:pPr>
      <w:r>
        <w:t>مولانا پلیز ایکسپلین ہاؤ ٹو ڈفرینشیٹ دس فرام کمپلیننگ اینڈ پروٹیسٹنگ۔</w:t>
      </w:r>
    </w:p>
    <w:p>
      <w:r>
        <w:rPr>
          <w:b/>
        </w:rPr>
        <w:t xml:space="preserve">[54:00] </w:t>
      </w:r>
      <w:r>
        <w:t>Bhai, mein toh yahi baat aaj kahi hai ke jo cheez challenge aur comprehension ka jo phenomena hai,</w:t>
      </w:r>
    </w:p>
    <w:p>
      <w:pPr>
        <w:jc w:val="right"/>
      </w:pPr>
      <w:r>
        <w:t>بھائی میں تو یہی بات آج کہی ہے کہ جو چیز چیلنج اور کمپریشن کا جو فینامینا ہے،</w:t>
      </w:r>
    </w:p>
    <w:p>
      <w:r>
        <w:rPr>
          <w:b/>
        </w:rPr>
        <w:t xml:space="preserve">[54:09] </w:t>
      </w:r>
      <w:r>
        <w:t>اس کو وہ zulm ka phenomena بتاتے ہیں۔</w:t>
      </w:r>
    </w:p>
    <w:p>
      <w:pPr>
        <w:jc w:val="right"/>
      </w:pPr>
      <w:r>
        <w:t>اس کو وہ ظلم کا فینامینا بتاتے ہیں۔</w:t>
      </w:r>
    </w:p>
    <w:p>
      <w:r>
        <w:rPr>
          <w:b/>
        </w:rPr>
        <w:t xml:space="preserve">[54:12] </w:t>
      </w:r>
      <w:r>
        <w:t>challenge to rahega, compression to rahega.</w:t>
      </w:r>
    </w:p>
    <w:p>
      <w:pPr>
        <w:jc w:val="right"/>
      </w:pPr>
      <w:r>
        <w:t>چیلنج تو رہے گا، کمپریشن تو رہے گا۔</w:t>
      </w:r>
    </w:p>
    <w:p>
      <w:r>
        <w:rPr>
          <w:b/>
        </w:rPr>
        <w:t xml:space="preserve">[54:14] </w:t>
      </w:r>
      <w:r>
        <w:t>is liye yeh bhi, yeh soorat-e-haal bhi rahegi.</w:t>
      </w:r>
    </w:p>
    <w:p>
      <w:pPr>
        <w:jc w:val="right"/>
      </w:pPr>
      <w:r>
        <w:t>اس لیے یہ بھی، یہ صورتحال بھی رہے گی۔</w:t>
      </w:r>
    </w:p>
    <w:p>
      <w:r>
        <w:rPr>
          <w:b/>
        </w:rPr>
        <w:t xml:space="preserve">[54:18] </w:t>
      </w:r>
      <w:r>
        <w:t>اور جہاں کوئی آدمی پچھڑ جاتا ہے تو اس کا incentive جاگتا ہے۔</w:t>
      </w:r>
    </w:p>
    <w:p>
      <w:pPr>
        <w:jc w:val="right"/>
      </w:pPr>
      <w:r>
        <w:t>اور جہاں کوئی آدمی پچھڑ جاتا ہے تو اس کا انسینٹو جاگتا ہے۔</w:t>
      </w:r>
    </w:p>
    <w:p>
      <w:r>
        <w:rPr>
          <w:b/>
        </w:rPr>
        <w:t xml:space="preserve">[54:23] </w:t>
      </w:r>
      <w:r>
        <w:t>har aadmi apne aas paas dekh sakta hai ke jo log, yaani pichhad gaye, kisi wajah se ghareeb</w:t>
      </w:r>
    </w:p>
    <w:p>
      <w:pPr>
        <w:jc w:val="right"/>
      </w:pPr>
      <w:r>
        <w:t>ہر آدمی اپنے آس پاس دیکھ سکتا ہے کہ جو لوگ، یعنی پچھڑ گئے، کسی وجہ سے غریب</w:t>
      </w:r>
    </w:p>
    <w:p>
      <w:r>
        <w:rPr>
          <w:b/>
        </w:rPr>
        <w:t xml:space="preserve">[54:30] </w:t>
      </w:r>
      <w:r>
        <w:t>ہو گئے، ان کے اندر incentive جاگا، ان میں نہیں تو بچوں میں جاگا، اور انہوں نے بڑی</w:t>
      </w:r>
    </w:p>
    <w:p>
      <w:pPr>
        <w:jc w:val="right"/>
      </w:pPr>
      <w:r>
        <w:t>ہو گئے، ان کے اندر انسینٹو جاگا، ان میں نہیں تو بچوں میں جاگا، اور انہوں نے بڑی</w:t>
      </w:r>
    </w:p>
    <w:p>
      <w:r>
        <w:rPr>
          <w:b/>
        </w:rPr>
        <w:t xml:space="preserve">[54:34] </w:t>
      </w:r>
      <w:r>
        <w:t>badi taraqqiyan keen.</w:t>
      </w:r>
    </w:p>
    <w:p>
      <w:pPr>
        <w:jc w:val="right"/>
      </w:pPr>
      <w:r>
        <w:t>بڑی ترقیاں کیں۔</w:t>
      </w:r>
    </w:p>
    <w:p>
      <w:r>
        <w:rPr>
          <w:b/>
        </w:rPr>
        <w:t xml:space="preserve">[54:37] </w:t>
      </w:r>
      <w:r>
        <w:t>تو دنیا میں جو ہے وہ سب سے امپورٹنٹ چیز ہے incentive.</w:t>
      </w:r>
    </w:p>
    <w:p>
      <w:pPr>
        <w:jc w:val="right"/>
      </w:pPr>
      <w:r>
        <w:t>تو دنیا میں جو ہے وہ سب سے امپورٹنٹ چیز ہے انسینٹو۔</w:t>
      </w:r>
    </w:p>
    <w:p>
      <w:r>
        <w:rPr>
          <w:b/>
        </w:rPr>
        <w:t xml:space="preserve">[54:42] </w:t>
      </w:r>
      <w:r>
        <w:t>Incentive sabse badi important cheez hai.</w:t>
      </w:r>
    </w:p>
    <w:p>
      <w:pPr>
        <w:jc w:val="right"/>
      </w:pPr>
      <w:r>
        <w:t>انسینٹو سب سے بڑی امپورٹنٹ چیز ہے۔</w:t>
      </w:r>
    </w:p>
    <w:p>
      <w:r>
        <w:rPr>
          <w:b/>
        </w:rPr>
        <w:t xml:space="preserve">[54:45] </w:t>
      </w:r>
      <w:r>
        <w:t>to is par zor dijiye.</w:t>
      </w:r>
    </w:p>
    <w:p>
      <w:pPr>
        <w:jc w:val="right"/>
      </w:pPr>
      <w:r>
        <w:t>تو اس پر زور دیجیے۔</w:t>
      </w:r>
    </w:p>
    <w:p>
      <w:r>
        <w:rPr>
          <w:b/>
        </w:rPr>
        <w:t xml:space="preserve">[54:47] </w:t>
      </w:r>
      <w:r>
        <w:t>is par zor dijiye ke log jo hain sahi rukh se cheezon ko dekhen.</w:t>
      </w:r>
    </w:p>
    <w:p>
      <w:pPr>
        <w:jc w:val="right"/>
      </w:pPr>
      <w:r>
        <w:t>اس پر زور دیجیے کہ لوگ جو ہیں صحیح رخ سے چیزوں کو دیکھیں۔</w:t>
      </w:r>
    </w:p>
    <w:p>
      <w:r>
        <w:rPr>
          <w:b/>
        </w:rPr>
        <w:t xml:space="preserve">[54:52] </w:t>
      </w:r>
      <w:r>
        <w:t>aur duty ko focus kijiye.</w:t>
      </w:r>
    </w:p>
    <w:p>
      <w:pPr>
        <w:jc w:val="right"/>
      </w:pPr>
      <w:r>
        <w:t>اور ڈیوٹی کو فوکس کیجیے۔</w:t>
      </w:r>
    </w:p>
    <w:p>
      <w:r>
        <w:rPr>
          <w:b/>
        </w:rPr>
        <w:t xml:space="preserve">[54:58] </w:t>
      </w:r>
      <w:r>
        <w:t>duty ko focus kijiye.</w:t>
      </w:r>
    </w:p>
    <w:p>
      <w:pPr>
        <w:jc w:val="right"/>
      </w:pPr>
      <w:r>
        <w:t>ڈیوٹی کو فوکس کیجیے۔</w:t>
      </w:r>
    </w:p>
    <w:p>
      <w:r>
        <w:rPr>
          <w:b/>
        </w:rPr>
        <w:t xml:space="preserve">[54:59] </w:t>
      </w:r>
      <w:r>
        <w:t>right ko focus karenge to ab tak kuch nahi hua, aindah bhi kuch nahi hone wala.</w:t>
      </w:r>
    </w:p>
    <w:p>
      <w:pPr>
        <w:jc w:val="right"/>
      </w:pPr>
      <w:r>
        <w:t>رائٹ کو فوکس کریں گے تو اب تک کچھ نہیں ہوا، آئندہ بھی کچھ نہیں ہونے والا۔</w:t>
      </w:r>
    </w:p>
    <w:p>
      <w:r>
        <w:rPr>
          <w:b/>
        </w:rPr>
        <w:t xml:space="preserve">[55:05] </w:t>
      </w:r>
      <w:r>
        <w:t>right ko focus karna, mein samajhta hoon ke is se kuch, siwaye protest karne ke, kuch milta nahin.</w:t>
      </w:r>
    </w:p>
    <w:p>
      <w:pPr>
        <w:jc w:val="right"/>
      </w:pPr>
      <w:r>
        <w:t>رائٹ کو فوکس کرنا، میں سمجھتا ہوں کہ اس سے کچھ، سوائے پروٹیسٹ کرنے کے، کچھ ملتا نہیں۔</w:t>
      </w:r>
    </w:p>
    <w:p>
      <w:r>
        <w:rPr>
          <w:b/>
        </w:rPr>
        <w:t xml:space="preserve">[55:11] </w:t>
      </w:r>
      <w:r>
        <w:t>لیکن duty کو اگر focus کریں تو بڑی بڑی ترقیاں ہو سکتی ہیں۔</w:t>
      </w:r>
    </w:p>
    <w:p>
      <w:pPr>
        <w:jc w:val="right"/>
      </w:pPr>
      <w:r>
        <w:t>لیکن ڈیوٹی کو اگر فوکس کریں تو بڑی بڑی ترقیاں ہو سکتی ہیں۔</w:t>
      </w:r>
    </w:p>
    <w:p>
      <w:r>
        <w:rPr>
          <w:b/>
        </w:rPr>
        <w:t xml:space="preserve">[55:15] </w:t>
      </w:r>
      <w:r>
        <w:t>aur jaisa ke maine arz kiya, singapore is ki ek behtareen misaal hai.</w:t>
      </w:r>
    </w:p>
    <w:p>
      <w:pPr>
        <w:jc w:val="right"/>
      </w:pPr>
      <w:r>
        <w:t>اور جیسا کہ میں نے عرض کیا، سنگاپور اس کی ایک بہترین مثال ہے۔</w:t>
      </w:r>
    </w:p>
    <w:p>
      <w:r>
        <w:rPr>
          <w:b/>
        </w:rPr>
        <w:t xml:space="preserve">[55:20] </w:t>
      </w:r>
      <w:r>
        <w:t>maulana agla sawal ajmer se kya hai doctor safina tabassum ne.</w:t>
      </w:r>
    </w:p>
    <w:p>
      <w:pPr>
        <w:jc w:val="right"/>
      </w:pPr>
      <w:r>
        <w:t>مولانا اگلا سوال اجمیر سے کیا ہے ڈاکٹر سفینہ تبسم نے۔</w:t>
      </w:r>
    </w:p>
    <w:p>
      <w:r>
        <w:rPr>
          <w:b/>
        </w:rPr>
        <w:t xml:space="preserve">[55:24] </w:t>
      </w:r>
      <w:r>
        <w:t>aur unhone aap se pucha hai ki Maulana Sahab ye kaise jaane ki jo pareshani hum par</w:t>
      </w:r>
    </w:p>
    <w:p>
      <w:pPr>
        <w:jc w:val="right"/>
      </w:pPr>
      <w:r>
        <w:t>اور انہوں نے آپ سے پوچھا ہے کہ مولانا صاحب یہ کیسے جانیں کہ جو پریشانی ہم پر</w:t>
      </w:r>
    </w:p>
    <w:p>
      <w:r>
        <w:rPr>
          <w:b/>
        </w:rPr>
        <w:t xml:space="preserve">[55:31] </w:t>
      </w:r>
      <w:r>
        <w:t>aayi hai woh bator-e-imtihaan hai ya bator-e-punishment? is ko wazeh karen.</w:t>
      </w:r>
    </w:p>
    <w:p>
      <w:pPr>
        <w:jc w:val="right"/>
      </w:pPr>
      <w:r>
        <w:t>آئی ہے وہ بطور امتحان ہے یا بطور پنشمنٹ؟ اس کو واضح کریں۔</w:t>
      </w:r>
    </w:p>
    <w:p>
      <w:r>
        <w:rPr>
          <w:b/>
        </w:rPr>
        <w:t xml:space="preserve">[55:43] </w:t>
      </w:r>
      <w:r>
        <w:t>main dekh to na bator-e-imtihaan hai, na bator-e-punishment hai.</w:t>
      </w:r>
    </w:p>
    <w:p>
      <w:pPr>
        <w:jc w:val="right"/>
      </w:pPr>
      <w:r>
        <w:t>میں دیکھ تو نہ بطور امتحان ہے، نہ بطور پنشمنٹ ہے۔</w:t>
      </w:r>
    </w:p>
    <w:p>
      <w:r>
        <w:rPr>
          <w:b/>
        </w:rPr>
        <w:t xml:space="preserve">[55:47] </w:t>
      </w:r>
      <w:r>
        <w:t>woh due to,</w:t>
      </w:r>
    </w:p>
    <w:p>
      <w:pPr>
        <w:jc w:val="right"/>
      </w:pPr>
      <w:r>
        <w:t>وہ ڈیو ٹو،</w:t>
      </w:r>
    </w:p>
    <w:p>
      <w:r>
        <w:rPr>
          <w:b/>
        </w:rPr>
        <w:t xml:space="preserve">[55:49] </w:t>
      </w:r>
      <w:r>
        <w:t>due to the creation plan of god hai.</w:t>
      </w:r>
    </w:p>
    <w:p>
      <w:pPr>
        <w:jc w:val="right"/>
      </w:pPr>
      <w:r>
        <w:t>ڈیو ٹو دی کرشن پلان آف گاڈ ہے۔</w:t>
      </w:r>
    </w:p>
    <w:p>
      <w:r>
        <w:rPr>
          <w:b/>
        </w:rPr>
        <w:t xml:space="preserve">[55:51] </w:t>
      </w:r>
      <w:r>
        <w:t>woh hai challenge.</w:t>
      </w:r>
    </w:p>
    <w:p>
      <w:pPr>
        <w:jc w:val="right"/>
      </w:pPr>
      <w:r>
        <w:t>وہ ہے چیلنج۔</w:t>
      </w:r>
    </w:p>
    <w:p>
      <w:r>
        <w:rPr>
          <w:b/>
        </w:rPr>
        <w:t xml:space="preserve">[55:53] </w:t>
      </w:r>
      <w:r>
        <w:t>khuda ne is duniya ko banaya hai challenge par base karke bhi.</w:t>
      </w:r>
    </w:p>
    <w:p>
      <w:pPr>
        <w:jc w:val="right"/>
      </w:pPr>
      <w:r>
        <w:t>خدا نے اس دنیا کو بنایا ہے چیلنج پر بیس کر کے بھی۔</w:t>
      </w:r>
    </w:p>
    <w:p>
      <w:r>
        <w:rPr>
          <w:b/>
        </w:rPr>
        <w:t xml:space="preserve">[55:58] </w:t>
      </w:r>
      <w:r>
        <w:t>is ki wajah se kisi ko kuch milta hai, kisi ko kuch milta hai.</w:t>
      </w:r>
    </w:p>
    <w:p>
      <w:pPr>
        <w:jc w:val="right"/>
      </w:pPr>
      <w:r>
        <w:t>اس کی وجہ سے کسی کو کچھ ملتا ہے، کسی کو کچھ ملتا ہے۔</w:t>
      </w:r>
    </w:p>
    <w:p>
      <w:r>
        <w:rPr>
          <w:b/>
        </w:rPr>
        <w:t xml:space="preserve">[56:01] </w:t>
      </w:r>
      <w:r>
        <w:t>to main samajhta hoon ke</w:t>
      </w:r>
    </w:p>
    <w:p>
      <w:pPr>
        <w:jc w:val="right"/>
      </w:pPr>
      <w:r>
        <w:t>تو میں سمجھتا ہوں کہ</w:t>
      </w:r>
    </w:p>
    <w:p>
      <w:r>
        <w:rPr>
          <w:b/>
        </w:rPr>
        <w:t xml:space="preserve">[56:05] </w:t>
      </w:r>
      <w:r>
        <w:t>مصیبت یا آرام دونوں relative term ہیں۔</w:t>
      </w:r>
    </w:p>
    <w:p>
      <w:pPr>
        <w:jc w:val="right"/>
      </w:pPr>
      <w:r>
        <w:t>مصیبت یا آرام دونوں ریلیٹو ٹرم ہیں۔</w:t>
      </w:r>
    </w:p>
    <w:p>
      <w:r>
        <w:rPr>
          <w:b/>
        </w:rPr>
        <w:t xml:space="preserve">[56:10] </w:t>
      </w:r>
      <w:r>
        <w:t>relative terms hain.</w:t>
      </w:r>
    </w:p>
    <w:p>
      <w:pPr>
        <w:jc w:val="right"/>
      </w:pPr>
      <w:r>
        <w:t>ریلیٹو ٹرم ہیں۔</w:t>
      </w:r>
    </w:p>
    <w:p>
      <w:r>
        <w:rPr>
          <w:b/>
        </w:rPr>
        <w:t xml:space="preserve">[56:11] </w:t>
      </w:r>
      <w:r>
        <w:t>asal cheez yeh hai ke duniya mein challenge rahega, azaadi rahegi, compression rahega.</w:t>
      </w:r>
    </w:p>
    <w:p>
      <w:pPr>
        <w:jc w:val="right"/>
      </w:pPr>
      <w:r>
        <w:t>اصل چیز یہ ہے کہ دنیا میں چیلنج رہے گا، آزادی رہے گی، کمپریشن رہے گا۔</w:t>
      </w:r>
    </w:p>
    <w:p>
      <w:r>
        <w:rPr>
          <w:b/>
        </w:rPr>
        <w:t xml:space="preserve">[56:16] </w:t>
      </w:r>
      <w:r>
        <w:t>is beech mein aap apni duty anjaam dete rahen.</w:t>
      </w:r>
    </w:p>
    <w:p>
      <w:pPr>
        <w:jc w:val="right"/>
      </w:pPr>
      <w:r>
        <w:t>اس بیچ میں آپ اپنی ڈیوٹی انجام دیتے رہیں۔</w:t>
      </w:r>
    </w:p>
    <w:p>
      <w:r>
        <w:rPr>
          <w:b/>
        </w:rPr>
        <w:t xml:space="preserve">[56:19] </w:t>
      </w:r>
      <w:r>
        <w:t>bas. maulana agla sawal ghazi abad se kiya hai zuber sahab ne.</w:t>
      </w:r>
    </w:p>
    <w:p>
      <w:pPr>
        <w:jc w:val="right"/>
      </w:pPr>
      <w:r>
        <w:t>بس۔ مولانا اگلا سوال غازی آباد سے کیا ہے زبیر صاحب نے۔</w:t>
      </w:r>
    </w:p>
    <w:p>
      <w:r>
        <w:rPr>
          <w:b/>
        </w:rPr>
        <w:t xml:space="preserve">[56:29] </w:t>
      </w:r>
      <w:r>
        <w:t>اور انہوں نے لکھا ہے کہ seeing that in the last 15 years some one million Muslims have</w:t>
      </w:r>
    </w:p>
    <w:p>
      <w:pPr>
        <w:jc w:val="right"/>
      </w:pPr>
      <w:r>
        <w:t>اور انہوں نے لکھا ہے کہ سینگ دیٹ ان دا لاسٹ 15 ایئرز سم ون ملین مسلمز ہیو</w:t>
      </w:r>
    </w:p>
    <w:p>
      <w:r>
        <w:rPr>
          <w:b/>
        </w:rPr>
        <w:t xml:space="preserve">[56:35] </w:t>
      </w:r>
      <w:r>
        <w:t>bein killed by da west.</w:t>
      </w:r>
    </w:p>
    <w:p>
      <w:pPr>
        <w:jc w:val="right"/>
      </w:pPr>
      <w:r>
        <w:t>بین کلڈ بائی دا ویسٹ۔</w:t>
      </w:r>
    </w:p>
    <w:p>
      <w:r>
        <w:rPr>
          <w:b/>
        </w:rPr>
        <w:t xml:space="preserve">[56:38] </w:t>
      </w:r>
      <w:r>
        <w:t>so but natural negative and hate mindset develops towards da west.</w:t>
      </w:r>
    </w:p>
    <w:p>
      <w:pPr>
        <w:jc w:val="right"/>
      </w:pPr>
      <w:r>
        <w:t>سو بٹ نیچرل نیگیٹیو اینڈ ہیٹ مائنڈ سیٹ ڈویلپس ٹوورڈز دا ویسٹ۔</w:t>
      </w:r>
    </w:p>
    <w:p>
      <w:r>
        <w:rPr>
          <w:b/>
        </w:rPr>
        <w:t xml:space="preserve">[56:44] </w:t>
      </w:r>
      <w:r>
        <w:t>in such a scenario how to remain positive?</w:t>
      </w:r>
    </w:p>
    <w:p>
      <w:pPr>
        <w:jc w:val="right"/>
      </w:pPr>
      <w:r>
        <w:t>ان سچ ا سیناریو ہاؤ ٹو ریمین پوزیٹیو؟</w:t>
      </w:r>
    </w:p>
    <w:p>
      <w:r>
        <w:rPr>
          <w:b/>
        </w:rPr>
        <w:t xml:space="preserve">[56:48] </w:t>
      </w:r>
      <w:r>
        <w:t>dekhiye yeh bilkul galat baat hai.</w:t>
      </w:r>
    </w:p>
    <w:p>
      <w:pPr>
        <w:jc w:val="right"/>
      </w:pPr>
      <w:r>
        <w:t>دیکھیے یہ بالکل غلط بات ہے۔</w:t>
      </w:r>
    </w:p>
    <w:p>
      <w:r>
        <w:rPr>
          <w:b/>
        </w:rPr>
        <w:t xml:space="preserve">[56:51] </w:t>
      </w:r>
      <w:r>
        <w:t>aap ne hamari cheezein padhi nahin, is liye baatein ghuma rahe hain.</w:t>
      </w:r>
    </w:p>
    <w:p>
      <w:pPr>
        <w:jc w:val="right"/>
      </w:pPr>
      <w:r>
        <w:t>آپ نے ہماری چیزیں پڑھی نہیں، اس لیے باتیں گھما رہے ہیں۔</w:t>
      </w:r>
    </w:p>
    <w:p>
      <w:r>
        <w:rPr>
          <w:b/>
        </w:rPr>
        <w:t xml:space="preserve">[56:54] </w:t>
      </w:r>
      <w:r>
        <w:t>ke west ne mara hai, musalmanon ne jo mara hai is ko aap ko</w:t>
      </w:r>
    </w:p>
    <w:p>
      <w:pPr>
        <w:jc w:val="right"/>
      </w:pPr>
      <w:r>
        <w:t>کہ ویسٹ نے مارا ہے، مسلمانوں نے جو مارا ہے اس کو آپ کو</w:t>
      </w:r>
    </w:p>
    <w:p>
      <w:r>
        <w:rPr>
          <w:b/>
        </w:rPr>
        <w:t xml:space="preserve">[56:59] </w:t>
      </w:r>
      <w:r>
        <w:t>marne ka kaam to sahaba ke zamane se shuru ho chuka hai.</w:t>
      </w:r>
    </w:p>
    <w:p>
      <w:pPr>
        <w:jc w:val="right"/>
      </w:pPr>
      <w:r>
        <w:t>مارنے کا کام تو صحابہ کے زمانے سے شروع ہو چکا ہے۔</w:t>
      </w:r>
    </w:p>
    <w:p>
      <w:r>
        <w:rPr>
          <w:b/>
        </w:rPr>
        <w:t xml:space="preserve">[57:04] </w:t>
      </w:r>
      <w:r>
        <w:t>yani muawiya aur ali, ali aur muawiya ki jang mein itne log mare gaye, wahan se shuru ki</w:t>
      </w:r>
    </w:p>
    <w:p>
      <w:pPr>
        <w:jc w:val="right"/>
      </w:pPr>
      <w:r>
        <w:t>یعنی معاویہ اور علی، علی اور معاویہ کی جنگ میں اتنے لوگ مارے گئے، وہاں سے شروع کی</w:t>
      </w:r>
    </w:p>
    <w:p>
      <w:r>
        <w:rPr>
          <w:b/>
        </w:rPr>
        <w:t xml:space="preserve">[57:08] </w:t>
      </w:r>
      <w:r>
        <w:t>gayi kahani. yahan se kyun shuru karte hain?</w:t>
      </w:r>
    </w:p>
    <w:p>
      <w:pPr>
        <w:jc w:val="right"/>
      </w:pPr>
      <w:r>
        <w:t>گئی کہانی۔ یہاں سے کیوں شروع کرتے ہیں؟</w:t>
      </w:r>
    </w:p>
    <w:p>
      <w:r>
        <w:rPr>
          <w:b/>
        </w:rPr>
        <w:t xml:space="preserve">[57:14] </w:t>
      </w:r>
      <w:r>
        <w:t>yeh jaise ke west koi shaitan hai, woh is ko marta ja kar, aisa nahin hai.</w:t>
      </w:r>
    </w:p>
    <w:p>
      <w:pPr>
        <w:jc w:val="right"/>
      </w:pPr>
      <w:r>
        <w:t>یہ جیسے کہ ویسٹ کوئی شیطان ہے، وہ اس کو مارتا جا کر، ایسا نہیں ہے۔</w:t>
      </w:r>
    </w:p>
    <w:p>
      <w:r>
        <w:rPr>
          <w:b/>
        </w:rPr>
        <w:t xml:space="preserve">[57:20] </w:t>
      </w:r>
      <w:r>
        <w:t>yeh to real, yeh sab saare waqiyat retaliation ke waqiyat hain.</w:t>
      </w:r>
    </w:p>
    <w:p>
      <w:pPr>
        <w:jc w:val="right"/>
      </w:pPr>
      <w:r>
        <w:t>یہ تو ریئل، یہ سب سارے واقعات ریٹیلی ایشن کے واقعات ہیں۔</w:t>
      </w:r>
    </w:p>
    <w:p>
      <w:r>
        <w:rPr>
          <w:b/>
        </w:rPr>
        <w:t xml:space="preserve">[57:26] </w:t>
      </w:r>
      <w:r>
        <w:t>aap aise hisab na paida kijiye.</w:t>
      </w:r>
    </w:p>
    <w:p>
      <w:pPr>
        <w:jc w:val="right"/>
      </w:pPr>
      <w:r>
        <w:t>آپ ایسے حساب نہ پیدا کیجیے۔</w:t>
      </w:r>
    </w:p>
    <w:p>
      <w:r>
        <w:rPr>
          <w:b/>
        </w:rPr>
        <w:t xml:space="preserve">[57:28] </w:t>
      </w:r>
      <w:r>
        <w:t>aap nine eleven ka waqia karenge, aap chahenge woh retaliate na karein.</w:t>
      </w:r>
    </w:p>
    <w:p>
      <w:pPr>
        <w:jc w:val="right"/>
      </w:pPr>
      <w:r>
        <w:t>آپ نائن الیون کا واقعہ کریں گے، آپ چاہیں گے وہ ریٹیلیٹ نہ کریں۔</w:t>
      </w:r>
    </w:p>
    <w:p>
      <w:r>
        <w:rPr>
          <w:b/>
        </w:rPr>
        <w:t xml:space="preserve">[57:32] </w:t>
      </w:r>
      <w:r>
        <w:t>yeh kaise ho sakta hai?</w:t>
      </w:r>
    </w:p>
    <w:p>
      <w:pPr>
        <w:jc w:val="right"/>
      </w:pPr>
      <w:r>
        <w:t>یہ کیسے ہو سکتا ہے؟</w:t>
      </w:r>
    </w:p>
    <w:p>
      <w:r>
        <w:rPr>
          <w:b/>
        </w:rPr>
        <w:t xml:space="preserve">[57:36] </w:t>
      </w:r>
      <w:r>
        <w:t>aap nine eleven ka waqia karenge aur phir chahenge ke woh retaliate na karein, aur kahein</w:t>
      </w:r>
    </w:p>
    <w:p>
      <w:pPr>
        <w:jc w:val="right"/>
      </w:pPr>
      <w:r>
        <w:t>آپ نائن الیون کا واقعہ کریں گے اور پھر چاہیں گے کہ وہ ریٹیلیٹ نہ کریں، اور کہیں</w:t>
      </w:r>
    </w:p>
    <w:p>
      <w:r>
        <w:rPr>
          <w:b/>
        </w:rPr>
        <w:t xml:space="preserve">[57:41] </w:t>
      </w:r>
      <w:r>
        <w:t>ge yeh zulm ho raha hai.</w:t>
      </w:r>
    </w:p>
    <w:p>
      <w:pPr>
        <w:jc w:val="right"/>
      </w:pPr>
      <w:r>
        <w:t>گے یہ ظلم ہو رہا ہے۔</w:t>
      </w:r>
    </w:p>
    <w:p>
      <w:r>
        <w:rPr>
          <w:b/>
        </w:rPr>
        <w:t xml:space="preserve">[57:43] </w:t>
      </w:r>
      <w:r>
        <w:t>aap jo karein woh zulm nahin hai.</w:t>
      </w:r>
    </w:p>
    <w:p>
      <w:pPr>
        <w:jc w:val="right"/>
      </w:pPr>
      <w:r>
        <w:t>آپ جو کریں وہ ظلم نہیں ہے۔</w:t>
      </w:r>
    </w:p>
    <w:p>
      <w:r>
        <w:rPr>
          <w:b/>
        </w:rPr>
        <w:t xml:space="preserve">[57:45] </w:t>
      </w:r>
      <w:r>
        <w:t>woh jo karein woh zulm hai.</w:t>
      </w:r>
    </w:p>
    <w:p>
      <w:pPr>
        <w:jc w:val="right"/>
      </w:pPr>
      <w:r>
        <w:t>وہ جو کریں وہ ظلم ہے۔</w:t>
      </w:r>
    </w:p>
    <w:p>
      <w:r>
        <w:rPr>
          <w:b/>
        </w:rPr>
        <w:t xml:space="preserve">[57:47] </w:t>
      </w:r>
      <w:r>
        <w:t>yeh bilkul main samajhta hoon ke musalmanon ki yeh soch jo hai woh galat hai.</w:t>
      </w:r>
    </w:p>
    <w:p>
      <w:pPr>
        <w:jc w:val="right"/>
      </w:pPr>
      <w:r>
        <w:t>یہ بالکل میں سمجھتا ہوں کہ مسلمانوں کی یہ سوچ جو ہے وہ غلط ہے۔</w:t>
      </w:r>
    </w:p>
    <w:p>
      <w:r>
        <w:rPr>
          <w:b/>
        </w:rPr>
        <w:t xml:space="preserve">[57:51] </w:t>
      </w:r>
      <w:r>
        <w:t>aur yeh khuda ka jo creation plan tha uske khilaf hai.</w:t>
      </w:r>
    </w:p>
    <w:p>
      <w:pPr>
        <w:jc w:val="right"/>
      </w:pPr>
      <w:r>
        <w:t>اور یہ خدا کا جو کرشن پلان تھا اس کے خلاف ہے۔</w:t>
      </w:r>
    </w:p>
    <w:p>
      <w:r>
        <w:rPr>
          <w:b/>
        </w:rPr>
        <w:t xml:space="preserve">[57:59] </w:t>
      </w:r>
      <w:r>
        <w:t>maulana agla sawal faiz sahab ne bheja hai california se.</w:t>
      </w:r>
    </w:p>
    <w:p>
      <w:pPr>
        <w:jc w:val="right"/>
      </w:pPr>
      <w:r>
        <w:t>مولانا اگلا سوال فائق صاحب نے بھیجا ہے کیلیفورنیا سے۔</w:t>
      </w:r>
    </w:p>
    <w:p>
      <w:r>
        <w:rPr>
          <w:b/>
        </w:rPr>
        <w:t xml:space="preserve">[58:04] </w:t>
      </w:r>
      <w:r>
        <w:t>aur unhon ne likha hai:</w:t>
      </w:r>
    </w:p>
    <w:p>
      <w:pPr>
        <w:jc w:val="right"/>
      </w:pPr>
      <w:r>
        <w:t>اور انہوں نے لکھا ہے:</w:t>
      </w:r>
    </w:p>
    <w:p>
      <w:r>
        <w:rPr>
          <w:b/>
        </w:rPr>
        <w:t xml:space="preserve">[58:07] </w:t>
      </w:r>
      <w:r>
        <w:t>only Allah will decide who will enter jannat.</w:t>
      </w:r>
    </w:p>
    <w:p>
      <w:pPr>
        <w:jc w:val="right"/>
      </w:pPr>
      <w:r>
        <w:t>اونلی اللہ ول ڈیسائیڈ ہو ول انٹر جنت۔</w:t>
      </w:r>
    </w:p>
    <w:p>
      <w:r>
        <w:rPr>
          <w:b/>
        </w:rPr>
        <w:t xml:space="preserve">[58:11] </w:t>
      </w:r>
      <w:r>
        <w:t>However, Maulana, based on your knowledge, would the modern-time Christians believing in Trinity are committing shirk?</w:t>
      </w:r>
    </w:p>
    <w:p>
      <w:pPr>
        <w:jc w:val="right"/>
      </w:pPr>
      <w:r>
        <w:t>ہاؤ ایور مولانا بیسڈ آن یور نالج، وڈ دا ماڈرن ٹائم کرسچنز بیلیونگ ان ٹرینٹی آر کمیٹنگ شرک</w:t>
      </w:r>
    </w:p>
    <w:p>
      <w:r>
        <w:rPr>
          <w:b/>
        </w:rPr>
        <w:t xml:space="preserve">[58:19] </w:t>
      </w:r>
      <w:r>
        <w:t>Would they be eligible for entering Jannah if they are excellent human beings in this life? What is your comment on this?"</w:t>
      </w:r>
    </w:p>
    <w:p>
      <w:pPr>
        <w:jc w:val="right"/>
      </w:pPr>
      <w:r>
        <w:t>Would they be eligible for entering Jannah if they are excellent human beings in this life? What is your comment on this?</w:t>
      </w:r>
    </w:p>
    <w:p>
      <w:r>
        <w:rPr>
          <w:b/>
        </w:rPr>
        <w:t xml:space="preserve">[58:29] </w:t>
      </w:r>
      <w:r>
        <w:t>dekhiye yeh main samajhta hoon ke jannat ya jahannum yeh kisi insan ke faisle se nahin hogi.</w:t>
      </w:r>
    </w:p>
    <w:p>
      <w:pPr>
        <w:jc w:val="right"/>
      </w:pPr>
      <w:r>
        <w:t>دیکھیے یہ میں سمجھتا ہوں کہ جنت یا جہنم یہ کسی انسان کے فیصلے سے نہیں ہوگی۔</w:t>
      </w:r>
    </w:p>
    <w:p>
      <w:r>
        <w:rPr>
          <w:b/>
        </w:rPr>
        <w:t xml:space="preserve">[58:36] </w:t>
      </w:r>
      <w:r>
        <w:t>iska mamla tartil akhirat ka mamla hai, Allah ka faisla.</w:t>
      </w:r>
    </w:p>
    <w:p>
      <w:pPr>
        <w:jc w:val="right"/>
      </w:pPr>
      <w:r>
        <w:t>اس کا معاملہ ترتل آخرت کا معاملہ ہے، اللہ کا فیصلہ۔</w:t>
      </w:r>
    </w:p>
    <w:p>
      <w:r>
        <w:rPr>
          <w:b/>
        </w:rPr>
        <w:t xml:space="preserve">[58:41] </w:t>
      </w:r>
      <w:r>
        <w:t>ek hadith hai,</w:t>
      </w:r>
    </w:p>
    <w:p>
      <w:pPr>
        <w:jc w:val="right"/>
      </w:pPr>
      <w:r>
        <w:t>ایک حدیث ہے،</w:t>
      </w:r>
    </w:p>
    <w:p>
      <w:r>
        <w:rPr>
          <w:b/>
        </w:rPr>
        <w:t xml:space="preserve">[58:44] </w:t>
      </w:r>
      <w:r>
        <w:t>wohi mein sunata hoon us ko, us se aap samajh sakte hain ke wallah ul adri, wallah ul adri, wallah</w:t>
      </w:r>
    </w:p>
    <w:p>
      <w:pPr>
        <w:jc w:val="right"/>
      </w:pPr>
      <w:r>
        <w:t>وہی میں سناتا ہوں اس کو، اس سے آپ سمجھ سکتے ہیں کہ واللہ العادری، واللہ العادری، واللہ</w:t>
      </w:r>
    </w:p>
    <w:p>
      <w:r>
        <w:rPr>
          <w:b/>
        </w:rPr>
        <w:t xml:space="preserve">[58:52] </w:t>
      </w:r>
      <w:r>
        <w:t>ul adri, wa ana rasool Allah, ma yaf al bi wa lakum.</w:t>
      </w:r>
    </w:p>
    <w:p>
      <w:pPr>
        <w:jc w:val="right"/>
      </w:pPr>
      <w:r>
        <w:t>العادری، وانا رسول اللہ، ما یفعل بی ولابکم۔</w:t>
      </w:r>
    </w:p>
    <w:p>
      <w:r>
        <w:rPr>
          <w:b/>
        </w:rPr>
        <w:t xml:space="preserve">[58:58] </w:t>
      </w:r>
      <w:r>
        <w:t>khuda ki qasam mein nahin janta, khuda ki qasam mein nahin janta, khuda ki qasam mein nahin janta.</w:t>
      </w:r>
    </w:p>
    <w:p>
      <w:pPr>
        <w:jc w:val="right"/>
      </w:pPr>
      <w:r>
        <w:t>خدا کی قسم میں نہیں جانتا، خدا کی قسم میں نہیں جانتا، خدا کی قسم میں نہیں جانتا۔</w:t>
      </w:r>
    </w:p>
    <w:p>
      <w:r>
        <w:rPr>
          <w:b/>
        </w:rPr>
        <w:t xml:space="preserve">[59:04] </w:t>
      </w:r>
      <w:r>
        <w:t>agarche mein khuda ka rasool hoon.</w:t>
      </w:r>
    </w:p>
    <w:p>
      <w:pPr>
        <w:jc w:val="right"/>
      </w:pPr>
      <w:r>
        <w:t>اگرچہ میں خدا کا رسول ہوں۔</w:t>
      </w:r>
    </w:p>
    <w:p>
      <w:r>
        <w:rPr>
          <w:b/>
        </w:rPr>
        <w:t xml:space="preserve">[59:07] </w:t>
      </w:r>
      <w:r>
        <w:t>kya kya jaye ga mere sath, kya kya jaye ga tumhare sath? to musalman yeh samajhte hain ke</w:t>
      </w:r>
    </w:p>
    <w:p>
      <w:pPr>
        <w:jc w:val="right"/>
      </w:pPr>
      <w:r>
        <w:t>کیا کیا جائے گا میرے ساتھ، کیا کیا جائے گا تمہارے ساتھ؟ تو مسلمان یہ سمجھتے ہیں کہ</w:t>
      </w:r>
    </w:p>
    <w:p>
      <w:r>
        <w:rPr>
          <w:b/>
        </w:rPr>
        <w:t xml:space="preserve">[59:12] </w:t>
      </w:r>
      <w:r>
        <w:t>hamari jannat reserve hai.</w:t>
      </w:r>
    </w:p>
    <w:p>
      <w:pPr>
        <w:jc w:val="right"/>
      </w:pPr>
      <w:r>
        <w:t>ہماری جنت ریزرو ہے۔</w:t>
      </w:r>
    </w:p>
    <w:p>
      <w:r>
        <w:rPr>
          <w:b/>
        </w:rPr>
        <w:t xml:space="preserve">[59:15] </w:t>
      </w:r>
      <w:r>
        <w:t>ajeeb o ghareeb soch musalmanon mein aa gayi hai ke apni jannat ko reserve samajhte hain.</w:t>
      </w:r>
    </w:p>
    <w:p>
      <w:pPr>
        <w:jc w:val="right"/>
      </w:pPr>
      <w:r>
        <w:t>عجیب و غریب سوچ مسلمانوں میں آ گئی ہے کہ اپنی جنت کو ریزرو سمجھتے ہیں۔</w:t>
      </w:r>
    </w:p>
    <w:p>
      <w:r>
        <w:rPr>
          <w:b/>
        </w:rPr>
        <w:t xml:space="preserve">[59:20] </w:t>
      </w:r>
      <w:r>
        <w:t>sirf doosron ki jannat mushtak hai.</w:t>
      </w:r>
    </w:p>
    <w:p>
      <w:pPr>
        <w:jc w:val="right"/>
      </w:pPr>
      <w:r>
        <w:t>صرف دوسروں کی جنت مشتف ہے۔</w:t>
      </w:r>
    </w:p>
    <w:p>
      <w:r>
        <w:rPr>
          <w:b/>
        </w:rPr>
        <w:t xml:space="preserve">[59:22] </w:t>
      </w:r>
      <w:r>
        <w:t>yeh soch na islam mein hai,</w:t>
      </w:r>
    </w:p>
    <w:p>
      <w:pPr>
        <w:jc w:val="right"/>
      </w:pPr>
      <w:r>
        <w:t>یہ سوچ نہ اسلام میں ہے،</w:t>
      </w:r>
    </w:p>
    <w:p>
      <w:r>
        <w:rPr>
          <w:b/>
        </w:rPr>
        <w:t xml:space="preserve">[59:26] </w:t>
      </w:r>
      <w:r>
        <w:t>na quran mein hai, na hadith mein hai.</w:t>
      </w:r>
    </w:p>
    <w:p>
      <w:pPr>
        <w:jc w:val="right"/>
      </w:pPr>
      <w:r>
        <w:t>نہ قرآن میں ہے، نہ حدیث میں ہے۔</w:t>
      </w:r>
    </w:p>
    <w:p>
      <w:r>
        <w:rPr>
          <w:b/>
        </w:rPr>
        <w:t xml:space="preserve">[59:31] </w:t>
      </w:r>
      <w:r>
        <w:t>maulana in ka ek aur sawal hai.</w:t>
      </w:r>
    </w:p>
    <w:p>
      <w:pPr>
        <w:jc w:val="right"/>
      </w:pPr>
      <w:r>
        <w:t>مولانا ان کا ایک اور سوال ہے۔</w:t>
      </w:r>
    </w:p>
    <w:p>
      <w:r>
        <w:rPr>
          <w:b/>
        </w:rPr>
        <w:t xml:space="preserve">[59:33] </w:t>
      </w:r>
      <w:r>
        <w:t>انہوں نے آپ سے پوچھا ہے کہ why was Ibrahim (علیہ السلام) admonished in Surah Tawbah for asking</w:t>
      </w:r>
    </w:p>
    <w:p>
      <w:pPr>
        <w:jc w:val="right"/>
      </w:pPr>
      <w:r>
        <w:t>انہوں نے آپ سے پوچھا ہے کہ وائی واز ابراہیم علیہ السلام ایڈمونشڈ ان سورۃ توبہ فار آسکنگ</w:t>
      </w:r>
    </w:p>
    <w:p>
      <w:r>
        <w:rPr>
          <w:b/>
        </w:rPr>
        <w:t xml:space="preserve">[59:41] </w:t>
      </w:r>
      <w:r>
        <w:t>forgiveness for his mushrik father?</w:t>
      </w:r>
    </w:p>
    <w:p>
      <w:pPr>
        <w:jc w:val="right"/>
      </w:pPr>
      <w:r>
        <w:t>فورگیونس فار ہز مشرک فادر؟</w:t>
      </w:r>
    </w:p>
    <w:p>
      <w:r>
        <w:rPr>
          <w:b/>
        </w:rPr>
        <w:t xml:space="preserve">[59:46] </w:t>
      </w:r>
      <w:r>
        <w:t>bhai yeh to quran mein is ka jawab maujood hai.</w:t>
      </w:r>
    </w:p>
    <w:p>
      <w:pPr>
        <w:jc w:val="right"/>
      </w:pPr>
      <w:r>
        <w:t>بھئی یہ تو قرآن میں اس کا جواب موجود ہے۔</w:t>
      </w:r>
    </w:p>
    <w:p>
      <w:r>
        <w:rPr>
          <w:b/>
        </w:rPr>
        <w:t xml:space="preserve">[59:51] </w:t>
      </w:r>
      <w:r>
        <w:t>ke yeh in ke ijtihadi ghalati thi.</w:t>
      </w:r>
    </w:p>
    <w:p>
      <w:pPr>
        <w:jc w:val="right"/>
      </w:pPr>
      <w:r>
        <w:t>کہ یہ ان کے اجتہادی غلطی تھی۔</w:t>
      </w:r>
    </w:p>
    <w:p>
      <w:r>
        <w:rPr>
          <w:b/>
        </w:rPr>
        <w:t xml:space="preserve">[59:54] </w:t>
      </w:r>
      <w:r>
        <w:t>quran mein is ka aap pura parhiye is ko.</w:t>
      </w:r>
    </w:p>
    <w:p>
      <w:pPr>
        <w:jc w:val="right"/>
      </w:pPr>
      <w:r>
        <w:t>قرآن میں اس کا آپ پورا پڑھیے اس کو۔</w:t>
      </w:r>
    </w:p>
    <w:p>
      <w:r>
        <w:rPr>
          <w:b/>
        </w:rPr>
        <w:t xml:space="preserve">[1:00:00] </w:t>
      </w:r>
      <w:r>
        <w:t>yeh to out, yani ek taluq hota hai to hazrat nooh ne apne bete ke liye kaha, hazrat</w:t>
      </w:r>
    </w:p>
    <w:p>
      <w:pPr>
        <w:jc w:val="right"/>
      </w:pPr>
      <w:r>
        <w:t>یہ تو آؤٹ، یعنی ایک تعلق ہوتا ہے تو حضرت نوح نے اپنے بیٹے کے لیے کہا، حضرت</w:t>
      </w:r>
    </w:p>
    <w:p>
      <w:r>
        <w:rPr>
          <w:b/>
        </w:rPr>
        <w:t xml:space="preserve">[1:00:05] </w:t>
      </w:r>
      <w:r>
        <w:t>ibrahim ne apne father ke liye kaha, rasool Allah ne apne chacha ke liye kaha, lekin woh dua</w:t>
      </w:r>
    </w:p>
    <w:p>
      <w:pPr>
        <w:jc w:val="right"/>
      </w:pPr>
      <w:r>
        <w:t>ابراہیم نے اپنے فادر کے لیے کہا، رسول اللہ نے اپنے چچا کے لیے کہا، لیکن وہ دعا</w:t>
      </w:r>
    </w:p>
    <w:p>
      <w:r>
        <w:rPr>
          <w:b/>
        </w:rPr>
        <w:t xml:space="preserve">[1:00:11] </w:t>
      </w:r>
      <w:r>
        <w:t>qubool nahin hui.</w:t>
      </w:r>
    </w:p>
    <w:p>
      <w:pPr>
        <w:jc w:val="right"/>
      </w:pPr>
      <w:r>
        <w:t>قبول نہیں ہوئی۔</w:t>
      </w:r>
    </w:p>
    <w:p>
      <w:r>
        <w:rPr>
          <w:b/>
        </w:rPr>
        <w:t xml:space="preserve">[1:00:14] </w:t>
      </w:r>
      <w:r>
        <w:t>yeh to is ko hum ijtihadi khata samajhte hain.</w:t>
      </w:r>
    </w:p>
    <w:p>
      <w:pPr>
        <w:jc w:val="right"/>
      </w:pPr>
      <w:r>
        <w:t>یہ تو اس کو ہم اجتہادی خطا سمجھتے ہیں۔</w:t>
      </w:r>
    </w:p>
    <w:p>
      <w:r>
        <w:rPr>
          <w:b/>
        </w:rPr>
        <w:t xml:space="preserve">[1:00:17] </w:t>
      </w:r>
      <w:r>
        <w:t>ijtihadi khata kisi bhi ho sakti hai.</w:t>
      </w:r>
    </w:p>
    <w:p>
      <w:pPr>
        <w:jc w:val="right"/>
      </w:pPr>
      <w:r>
        <w:t>اجتہادی خطا کسی بھی ہو سکتی ہے۔</w:t>
      </w:r>
    </w:p>
    <w:p>
      <w:r>
        <w:rPr>
          <w:b/>
        </w:rPr>
        <w:t xml:space="preserve">[1:00:21] </w:t>
      </w:r>
      <w:r>
        <w:t>maulana agla sawal jodhpur rajasthan se muhammad khalid sahib ne poocha hai.</w:t>
      </w:r>
    </w:p>
    <w:p>
      <w:pPr>
        <w:jc w:val="right"/>
      </w:pPr>
      <w:r>
        <w:t>مولانا اگلا سوال جودھپور راجستھان سے محمد خالد صاحب نے پوچھا ہے۔</w:t>
      </w:r>
    </w:p>
    <w:p>
      <w:r>
        <w:rPr>
          <w:b/>
        </w:rPr>
        <w:t xml:space="preserve">[1:00:27] </w:t>
      </w:r>
      <w:r>
        <w:t>unhon ne likha hai ke kisi amal ko karte waqt hum jo feel karte hain, kya wohi hamari</w:t>
      </w:r>
    </w:p>
    <w:p>
      <w:pPr>
        <w:jc w:val="right"/>
      </w:pPr>
      <w:r>
        <w:t>انہوں نے لکھا ہے کہ کسی عمل کو کرتے وقت ہم جو فیل کرتے ہیں، کیا وہی ہماری</w:t>
      </w:r>
    </w:p>
    <w:p>
      <w:r>
        <w:rPr>
          <w:b/>
        </w:rPr>
        <w:t xml:space="preserve">[1:00:33] </w:t>
      </w:r>
      <w:r>
        <w:t>niyat hoti hai? maulana is ko wazeh karen.</w:t>
      </w:r>
    </w:p>
    <w:p>
      <w:pPr>
        <w:jc w:val="right"/>
      </w:pPr>
      <w:r>
        <w:t>نیت ہوتی ہے؟ مولانا اس کو واضح کریں۔</w:t>
      </w:r>
    </w:p>
    <w:p>
      <w:r>
        <w:rPr>
          <w:b/>
        </w:rPr>
        <w:t xml:space="preserve">[1:00:38] </w:t>
      </w:r>
      <w:r>
        <w:t>yeh meri samajh, yeh sawal meri samajh aaya.</w:t>
      </w:r>
    </w:p>
    <w:p>
      <w:pPr>
        <w:jc w:val="right"/>
      </w:pPr>
      <w:r>
        <w:t>یہ میری سمجھ، یہ سوال میری سمجھ آیا۔</w:t>
      </w:r>
    </w:p>
    <w:p>
      <w:r>
        <w:rPr>
          <w:b/>
        </w:rPr>
        <w:t xml:space="preserve">[1:00:41] </w:t>
      </w:r>
      <w:r>
        <w:t>niyat to, yani niyat ka matlab hai intention.</w:t>
      </w:r>
    </w:p>
    <w:p>
      <w:pPr>
        <w:jc w:val="right"/>
      </w:pPr>
      <w:r>
        <w:t>نیت تو، یعنی نیت کا مطلب ہے انٹینشن۔</w:t>
      </w:r>
    </w:p>
    <w:p>
      <w:r>
        <w:rPr>
          <w:b/>
        </w:rPr>
        <w:t xml:space="preserve">[1:00:47] </w:t>
      </w:r>
      <w:r>
        <w:t>yani kisi, kisi cheez ko aap jaise aap infaq farz karte hain, infaq karein ke</w:t>
      </w:r>
    </w:p>
    <w:p>
      <w:pPr>
        <w:jc w:val="right"/>
      </w:pPr>
      <w:r>
        <w:t>یعنی کسی، کسی چیز کو آپ جیسے آپ انفاق فرض کرتے ہیں، انفاق کریں کہ</w:t>
      </w:r>
    </w:p>
    <w:p>
      <w:r>
        <w:rPr>
          <w:b/>
        </w:rPr>
        <w:t xml:space="preserve">[1:00:56] </w:t>
      </w:r>
      <w:r>
        <w:t>is liye ke aap ka naam ho ke bara sakhi hai, to aap ki niyat doosri ho gayi.</w:t>
      </w:r>
    </w:p>
    <w:p>
      <w:pPr>
        <w:jc w:val="right"/>
      </w:pPr>
      <w:r>
        <w:t>اس لیے کہ آپ کا نام ہو کہ بڑا سخی ہے، تو آپ کی نیت دوسری ہو گئی۔</w:t>
      </w:r>
    </w:p>
    <w:p>
      <w:r>
        <w:rPr>
          <w:b/>
        </w:rPr>
        <w:t xml:space="preserve">[1:01:03] </w:t>
      </w:r>
      <w:r>
        <w:t>aur agar aap Allah ke liye karein to niyat doosri ho gayi.</w:t>
      </w:r>
    </w:p>
    <w:p>
      <w:pPr>
        <w:jc w:val="right"/>
      </w:pPr>
      <w:r>
        <w:t>اور اگر آپ اللہ کے لیے کریں تو نیت دوسری ہو گئی۔</w:t>
      </w:r>
    </w:p>
    <w:p>
      <w:r>
        <w:rPr>
          <w:b/>
        </w:rPr>
        <w:t xml:space="preserve">[1:01:07] </w:t>
      </w:r>
      <w:r>
        <w:t>aur Bukhari ki riwayat mein hai ke, yani ek shakhs ne Rasool Allah ke saath hijrat ki Makkah</w:t>
      </w:r>
    </w:p>
    <w:p>
      <w:pPr>
        <w:jc w:val="right"/>
      </w:pPr>
      <w:r>
        <w:t>اور بخاری کی روایت میں ہے کہ، یعنی ایک شخص نے رسول اللہ کے ساتھ ہجرت کی مکہ</w:t>
      </w:r>
    </w:p>
    <w:p>
      <w:r>
        <w:rPr>
          <w:b/>
        </w:rPr>
        <w:t xml:space="preserve">[1:01:14] </w:t>
      </w:r>
      <w:r>
        <w:t>se Madine ke liye, us ki niyat yeh thi ke Madine mein woh ek aurat se shadi karna</w:t>
      </w:r>
    </w:p>
    <w:p>
      <w:pPr>
        <w:jc w:val="right"/>
      </w:pPr>
      <w:r>
        <w:t>سے مدینے کے لیے، اس کی نیت یہ تھی کہ مدینے میں وہ ایک عورت سے شادی کرنا</w:t>
      </w:r>
    </w:p>
    <w:p>
      <w:r>
        <w:rPr>
          <w:b/>
        </w:rPr>
        <w:t xml:space="preserve">[1:01:19] </w:t>
      </w:r>
      <w:r>
        <w:t>chah raha tha.</w:t>
      </w:r>
    </w:p>
    <w:p>
      <w:pPr>
        <w:jc w:val="right"/>
      </w:pPr>
      <w:r>
        <w:t>چاہ رہا تھا۔</w:t>
      </w:r>
    </w:p>
    <w:p>
      <w:r>
        <w:rPr>
          <w:b/>
        </w:rPr>
        <w:t xml:space="preserve">[1:01:20] </w:t>
      </w:r>
      <w:r>
        <w:t>to yeh us ka naam niyat hai.</w:t>
      </w:r>
    </w:p>
    <w:p>
      <w:pPr>
        <w:jc w:val="right"/>
      </w:pPr>
      <w:r>
        <w:t>تو یہ اس کا نام نیت ہے۔</w:t>
      </w:r>
    </w:p>
    <w:p>
      <w:r>
        <w:rPr>
          <w:b/>
        </w:rPr>
        <w:t xml:space="preserve">[1:01:22] </w:t>
      </w:r>
      <w:r>
        <w:t>feeling ka naam niyat nahi.</w:t>
      </w:r>
    </w:p>
    <w:p>
      <w:pPr>
        <w:jc w:val="right"/>
      </w:pPr>
      <w:r>
        <w:t>فیلنگ کا نام نیت نہیں۔</w:t>
      </w:r>
    </w:p>
    <w:p>
      <w:r>
        <w:rPr>
          <w:b/>
        </w:rPr>
        <w:t xml:space="preserve">[1:01:23] </w:t>
      </w:r>
      <w:r>
        <w:t>yeh main samjha nahi is baat ko.</w:t>
      </w:r>
    </w:p>
    <w:p>
      <w:pPr>
        <w:jc w:val="right"/>
      </w:pPr>
      <w:r>
        <w:t>یہ میں سمجھا نہیں اس بات کو۔</w:t>
      </w:r>
    </w:p>
    <w:p>
      <w:r>
        <w:rPr>
          <w:b/>
        </w:rPr>
        <w:t xml:space="preserve">[1:01:26] </w:t>
      </w:r>
      <w:r>
        <w:t>ji. Maulana agla sawal Shahnawaz Zafar sahib ne kiya hai Delhi se.</w:t>
      </w:r>
    </w:p>
    <w:p>
      <w:pPr>
        <w:jc w:val="right"/>
      </w:pPr>
      <w:r>
        <w:t>جی۔ مولانا اگلا سوال شاہنواز ظفر صاحب نے کیا ہے دلی سے۔</w:t>
      </w:r>
    </w:p>
    <w:p>
      <w:r>
        <w:rPr>
          <w:b/>
        </w:rPr>
        <w:t xml:space="preserve">[1:01:33] </w:t>
      </w:r>
      <w:r>
        <w:t>aur unhon ne likha hai: dunya ke shar, buraiyan ya negativities hamare apne aamal ya soch, soch ka</w:t>
      </w:r>
    </w:p>
    <w:p>
      <w:pPr>
        <w:jc w:val="right"/>
      </w:pPr>
      <w:r>
        <w:t>اور انہوں نے لکھا ہے: دنیا کے شر، برائیاں یا نیگیٹیوٹیز ہمارے اپنے اعمال یا سوچ، سوچ کا</w:t>
      </w:r>
    </w:p>
    <w:p>
      <w:r>
        <w:rPr>
          <w:b/>
        </w:rPr>
        <w:t xml:space="preserve">[1:01:42] </w:t>
      </w:r>
      <w:r>
        <w:t>natija hoti hain.</w:t>
      </w:r>
    </w:p>
    <w:p>
      <w:pPr>
        <w:jc w:val="right"/>
      </w:pPr>
      <w:r>
        <w:t>نتیجہ ہوتی ہیں۔</w:t>
      </w:r>
    </w:p>
    <w:p>
      <w:r>
        <w:rPr>
          <w:b/>
        </w:rPr>
        <w:t xml:space="preserve">[1:01:44] </w:t>
      </w:r>
      <w:r>
        <w:t>lekin Surah Naas ya Surah Falaq ke zariye jab hum Allah ki panah mangte hain un buraiyon se</w:t>
      </w:r>
    </w:p>
    <w:p>
      <w:pPr>
        <w:jc w:val="right"/>
      </w:pPr>
      <w:r>
        <w:t>لیکن سورہ ناس یا سورہ فلق کے ذریعے جب ہم اللہ کی پناہ مانگتے ہیں ان برائیوں سے</w:t>
      </w:r>
    </w:p>
    <w:p>
      <w:r>
        <w:rPr>
          <w:b/>
        </w:rPr>
        <w:t xml:space="preserve">[1:01:50] </w:t>
      </w:r>
      <w:r>
        <w:t>jo us ne paida ki, to yahan woh kon se shar ya buraiyan hain jo Khuda ne paida</w:t>
      </w:r>
    </w:p>
    <w:p>
      <w:pPr>
        <w:jc w:val="right"/>
      </w:pPr>
      <w:r>
        <w:t>جو اس نے پیدا کی، تو یہاں وہ کون سے شر یا برائیاں ہیں جو خدا نے پیدا</w:t>
      </w:r>
    </w:p>
    <w:p>
      <w:r>
        <w:rPr>
          <w:b/>
        </w:rPr>
        <w:t xml:space="preserve">[1:01:56] </w:t>
      </w:r>
      <w:r>
        <w:t>karein? kya kuch buraiyan aisi bhi hain jo Khuda ne hamare imtehan ki maslehat se paida ki hain?</w:t>
      </w:r>
    </w:p>
    <w:p>
      <w:pPr>
        <w:jc w:val="right"/>
      </w:pPr>
      <w:r>
        <w:t>کیں؟ کیا کچھ برائیاں ایسی بھی ہیں جو خدا نے ہمارے امتحان کی مصلحت سے پیدا کی ہیں؟</w:t>
      </w:r>
    </w:p>
    <w:p>
      <w:r>
        <w:rPr>
          <w:b/>
        </w:rPr>
        <w:t xml:space="preserve">[1:02:03] </w:t>
      </w:r>
      <w:r>
        <w:t>is ko wazeh karein.</w:t>
      </w:r>
    </w:p>
    <w:p>
      <w:pPr>
        <w:jc w:val="right"/>
      </w:pPr>
      <w:r>
        <w:t>اس کو واضح کریں۔</w:t>
      </w:r>
    </w:p>
    <w:p>
      <w:r>
        <w:rPr>
          <w:b/>
        </w:rPr>
        <w:t xml:space="preserve">[1:02:05] </w:t>
      </w:r>
      <w:r>
        <w:t>wazeh karne ki zaroorat nahi, is ko aap tafseer mein parhiye.</w:t>
      </w:r>
    </w:p>
    <w:p>
      <w:pPr>
        <w:jc w:val="right"/>
      </w:pPr>
      <w:r>
        <w:t>واضح کرنے کی ضرورت نہیں، اس کو آپ تفسیر میں پڑھیے۔</w:t>
      </w:r>
    </w:p>
    <w:p>
      <w:r>
        <w:rPr>
          <w:b/>
        </w:rPr>
        <w:t xml:space="preserve">[1:02:07] </w:t>
      </w:r>
      <w:r>
        <w:t>tafseer mein is ka jawab maujood hai.</w:t>
      </w:r>
    </w:p>
    <w:p>
      <w:pPr>
        <w:jc w:val="right"/>
      </w:pPr>
      <w:r>
        <w:t>تفسیر میں اس کا جواب موجود ہے۔</w:t>
      </w:r>
    </w:p>
    <w:p>
      <w:r>
        <w:rPr>
          <w:b/>
        </w:rPr>
        <w:t xml:space="preserve">[1:02:09] </w:t>
      </w:r>
      <w:r>
        <w:t>yeh technical, technical sawal hai yeh.</w:t>
      </w:r>
    </w:p>
    <w:p>
      <w:pPr>
        <w:jc w:val="right"/>
      </w:pPr>
      <w:r>
        <w:t>یہ ٹیکنیکل، ٹیکنیکل سوال ہے یہ۔</w:t>
      </w:r>
    </w:p>
    <w:p>
      <w:r>
        <w:rPr>
          <w:b/>
        </w:rPr>
        <w:t xml:space="preserve">[1:02:12] </w:t>
      </w:r>
      <w:r>
        <w:t>hum da'wati sawalat lete hain yahan par.</w:t>
      </w:r>
    </w:p>
    <w:p>
      <w:pPr>
        <w:jc w:val="right"/>
      </w:pPr>
      <w:r>
        <w:t>ہم دعوتی سوالات لیتے ہیں یہاں پر۔</w:t>
      </w:r>
    </w:p>
    <w:p>
      <w:r>
        <w:rPr>
          <w:b/>
        </w:rPr>
        <w:t xml:space="preserve">[1:02:18] </w:t>
      </w:r>
      <w:r>
        <w:t>aap tafseer mein parhiye.</w:t>
      </w:r>
    </w:p>
    <w:p>
      <w:pPr>
        <w:jc w:val="right"/>
      </w:pPr>
      <w:r>
        <w:t>آپ تفسیر میں پڑھیے۔</w:t>
      </w:r>
    </w:p>
    <w:p>
      <w:r>
        <w:rPr>
          <w:b/>
        </w:rPr>
        <w:t xml:space="preserve">[1:02:21] </w:t>
      </w:r>
      <w:r>
        <w:t>Maulana agla sawal Miss Naghma Siddiqui ne poocha hai Delhi se.</w:t>
      </w:r>
    </w:p>
    <w:p>
      <w:pPr>
        <w:jc w:val="right"/>
      </w:pPr>
      <w:r>
        <w:t>مولانا اگلا سوال مس نغمہ صدیقی نے پوچھا ہے دلی سے۔</w:t>
      </w:r>
    </w:p>
    <w:p>
      <w:r>
        <w:rPr>
          <w:b/>
        </w:rPr>
        <w:t xml:space="preserve">[1:02:26] </w:t>
      </w:r>
      <w:r>
        <w:t>اور انہوں نے لکھا ہے: Can we say that peace of mind is a complaint-free mind by</w:t>
      </w:r>
    </w:p>
    <w:p>
      <w:pPr>
        <w:jc w:val="right"/>
      </w:pPr>
      <w:r>
        <w:t>اور انہوں نے لکھا ہے: کین وی سے دیٹ پیس آف مائنڈ از ا کمپلینٹ فری مائنڈ بائی</w:t>
      </w:r>
    </w:p>
    <w:p>
      <w:r>
        <w:rPr>
          <w:b/>
        </w:rPr>
        <w:t xml:space="preserve">[1:02:33] </w:t>
      </w:r>
      <w:r>
        <w:t>knowing the creation plan of God?</w:t>
      </w:r>
    </w:p>
    <w:p>
      <w:pPr>
        <w:jc w:val="right"/>
      </w:pPr>
      <w:r>
        <w:t>نوئنگ دی کرشن پلان آف گاڈ؟</w:t>
      </w:r>
    </w:p>
    <w:p>
      <w:r>
        <w:rPr>
          <w:b/>
        </w:rPr>
        <w:t xml:space="preserve">[1:02:36] </w:t>
      </w:r>
      <w:r>
        <w:t>haan sahi, bilkul sahi baat hai.</w:t>
      </w:r>
    </w:p>
    <w:p>
      <w:pPr>
        <w:jc w:val="right"/>
      </w:pPr>
      <w:r>
        <w:t>ہاں صحیح، بالکل صحیح بات ہے۔</w:t>
      </w:r>
    </w:p>
    <w:p>
      <w:r>
        <w:rPr>
          <w:b/>
        </w:rPr>
        <w:t xml:space="preserve">[1:02:38] </w:t>
      </w:r>
      <w:r>
        <w:t>sehi hai. maulana agla sawal</w:t>
      </w:r>
    </w:p>
    <w:p>
      <w:pPr>
        <w:jc w:val="right"/>
      </w:pPr>
      <w:r>
        <w:t>صحیح ہے۔ مولانا اگلا سوال</w:t>
      </w:r>
    </w:p>
    <w:p>
      <w:r>
        <w:rPr>
          <w:b/>
        </w:rPr>
        <w:t xml:space="preserve">[1:02:44] </w:t>
      </w:r>
      <w:r>
        <w:t>bhopal se hai.</w:t>
      </w:r>
    </w:p>
    <w:p>
      <w:pPr>
        <w:jc w:val="right"/>
      </w:pPr>
      <w:r>
        <w:t>بھوپال سے ہے۔</w:t>
      </w:r>
    </w:p>
    <w:p>
      <w:r>
        <w:rPr>
          <w:b/>
        </w:rPr>
        <w:t xml:space="preserve">[1:02:46] </w:t>
      </w:r>
      <w:r>
        <w:t>firoze sahib ne kiya hai.</w:t>
      </w:r>
    </w:p>
    <w:p>
      <w:pPr>
        <w:jc w:val="right"/>
      </w:pPr>
      <w:r>
        <w:t>فیروز صاحب نے کیا ہے۔</w:t>
      </w:r>
    </w:p>
    <w:p>
      <w:r>
        <w:rPr>
          <w:b/>
        </w:rPr>
        <w:t xml:space="preserve">[1:02:47] </w:t>
      </w:r>
      <w:r>
        <w:t>اور انہوں نے لکھا ہے: مولانا، you always mention about West being our benefactor and that we should</w:t>
      </w:r>
    </w:p>
    <w:p>
      <w:pPr>
        <w:jc w:val="right"/>
      </w:pPr>
      <w:r>
        <w:t>اور انہوں نے لکھا ہے: مولانا یو آلویز مینشن اباؤٹ ویسٹ بینگ اور بینیفیکٹر، اینڈ دیٹ وی شوڈ</w:t>
      </w:r>
    </w:p>
    <w:p>
      <w:r>
        <w:rPr>
          <w:b/>
        </w:rPr>
        <w:t xml:space="preserve">[1:02:54] </w:t>
      </w:r>
      <w:r>
        <w:t>acknowledge the civilization contribution.</w:t>
      </w:r>
    </w:p>
    <w:p>
      <w:pPr>
        <w:jc w:val="right"/>
      </w:pPr>
      <w:r>
        <w:t>ایکنالج دا سیولائزیشن کنٹریبیوشن۔</w:t>
      </w:r>
    </w:p>
    <w:p>
      <w:r>
        <w:rPr>
          <w:b/>
        </w:rPr>
        <w:t xml:space="preserve">[1:02:58] </w:t>
      </w:r>
      <w:r>
        <w:t>But some people, whom we try to convey this, tell us that West did it out of commercial</w:t>
      </w:r>
    </w:p>
    <w:p>
      <w:pPr>
        <w:jc w:val="right"/>
      </w:pPr>
      <w:r>
        <w:t>بٹ سم پیپل ہوم وی ٹرائی ٹو کنوے دس، ٹیل اس دیٹ ویسٹ ڈیڈ اٹ آؤٹ آف کمرشل</w:t>
      </w:r>
    </w:p>
    <w:p>
      <w:r>
        <w:rPr>
          <w:b/>
        </w:rPr>
        <w:t xml:space="preserve">[1:03:04] </w:t>
      </w:r>
      <w:r>
        <w:t>interest, and not out of any well-wishingness for humanity.</w:t>
      </w:r>
    </w:p>
    <w:p>
      <w:pPr>
        <w:jc w:val="right"/>
      </w:pPr>
      <w:r>
        <w:t>انٹرسٹ، اینڈ ناٹ آؤٹ آف اینی ویل وشنگ نیس فار ہیومینٹی۔</w:t>
      </w:r>
    </w:p>
    <w:p>
      <w:r>
        <w:rPr>
          <w:b/>
        </w:rPr>
        <w:t xml:space="preserve">[1:03:09] </w:t>
      </w:r>
      <w:r>
        <w:t>So why to give them credit for something when their interest was always material progress, and not</w:t>
      </w:r>
    </w:p>
    <w:p>
      <w:pPr>
        <w:jc w:val="right"/>
      </w:pPr>
      <w:r>
        <w:t>سو وائی ٹو گیو دیم کریڈٹ فار سم تھنگ وین دیر انٹرسٹ واز آلویز مٹیریل پروگریس، اینڈ ناٹ</w:t>
      </w:r>
    </w:p>
    <w:p>
      <w:r>
        <w:rPr>
          <w:b/>
        </w:rPr>
        <w:t xml:space="preserve">[1:03:16] </w:t>
      </w:r>
      <w:r>
        <w:t>too benefit main kain</w:t>
      </w:r>
    </w:p>
    <w:p>
      <w:pPr>
        <w:jc w:val="right"/>
      </w:pPr>
      <w:r>
        <w:t>ٹو بینیفٹ مین کائن</w:t>
      </w:r>
    </w:p>
    <w:p>
      <w:r>
        <w:rPr>
          <w:b/>
        </w:rPr>
        <w:t xml:space="preserve">[1:03:18] </w:t>
      </w:r>
      <w:r>
        <w:t>d? dekhiye yeh koi sawal nahi hai.</w:t>
      </w:r>
    </w:p>
    <w:p>
      <w:pPr>
        <w:jc w:val="right"/>
      </w:pPr>
      <w:r>
        <w:t>ڈ؟ دیکھیے یہ کوئی سوال نہیں ہے۔</w:t>
      </w:r>
    </w:p>
    <w:p>
      <w:r>
        <w:rPr>
          <w:b/>
        </w:rPr>
        <w:t xml:space="preserve">[1:03:20] </w:t>
      </w:r>
      <w:r>
        <w:t>ہر آدمی، آپ سوال کرنے والے بھی اپنے، اپنے، اپنے اس کے لیے، اپنے interest کے لیے کرتے</w:t>
      </w:r>
    </w:p>
    <w:p>
      <w:pPr>
        <w:jc w:val="right"/>
      </w:pPr>
      <w:r>
        <w:t>ہر آدمی، آپ سوال کرنے والے بھی اپنے، اپنے، اپنے اس کے لیے، اپنے انٹرسٹ کے لیے کرتے</w:t>
      </w:r>
    </w:p>
    <w:p>
      <w:r>
        <w:rPr>
          <w:b/>
        </w:rPr>
        <w:t xml:space="preserve">[1:03:28] </w:t>
      </w:r>
      <w:r>
        <w:t>honge. har interest sab se zyada taqatwar jazba hai insan ke andar.</w:t>
      </w:r>
    </w:p>
    <w:p>
      <w:pPr>
        <w:jc w:val="right"/>
      </w:pPr>
      <w:r>
        <w:t>ہوں گے۔ ہر انٹرسٹ سب سے زیادہ طاقتور جذبہ ہے انسان کے اندر۔</w:t>
      </w:r>
    </w:p>
    <w:p>
      <w:r>
        <w:rPr>
          <w:b/>
        </w:rPr>
        <w:t xml:space="preserve">[1:03:32] </w:t>
      </w:r>
      <w:r>
        <w:t>har aadmi interest is liye karta hai.</w:t>
      </w:r>
    </w:p>
    <w:p>
      <w:pPr>
        <w:jc w:val="right"/>
      </w:pPr>
      <w:r>
        <w:t>ہر آدمی انٹرسٹ اس لیے کرتا ہے۔</w:t>
      </w:r>
    </w:p>
    <w:p>
      <w:r>
        <w:rPr>
          <w:b/>
        </w:rPr>
        <w:t xml:space="preserve">[1:03:35] </w:t>
      </w:r>
      <w:r>
        <w:t>yeh koi sawal nahi hai.</w:t>
      </w:r>
    </w:p>
    <w:p>
      <w:pPr>
        <w:jc w:val="right"/>
      </w:pPr>
      <w:r>
        <w:t>یہ کوئی سوال نہیں ہے۔</w:t>
      </w:r>
    </w:p>
    <w:p>
      <w:r>
        <w:rPr>
          <w:b/>
        </w:rPr>
        <w:t xml:space="preserve">[1:03:36] </w:t>
      </w:r>
      <w:r>
        <w:t>sawal yeh hai ke in terms of result is ka faida pohancha.</w:t>
      </w:r>
    </w:p>
    <w:p>
      <w:pPr>
        <w:jc w:val="right"/>
      </w:pPr>
      <w:r>
        <w:t>سوال یہ ہے کہ ان ٹرمز آف رزلٹ اس کا فائدہ پہنچا۔</w:t>
      </w:r>
    </w:p>
    <w:p>
      <w:r>
        <w:rPr>
          <w:b/>
        </w:rPr>
        <w:t xml:space="preserve">[1:03:40] </w:t>
      </w:r>
      <w:r>
        <w:t>har musalman jo is dunya mein taraqqi ki hui hai, inhi ke, inhi ke cheezon ko istemal kar</w:t>
      </w:r>
    </w:p>
    <w:p>
      <w:pPr>
        <w:jc w:val="right"/>
      </w:pPr>
      <w:r>
        <w:t>ہر مسلمان جو اس دنیا میں ترقی کی ہوئی ہے، انہی کے، انہی کے چیزوں کو استعمال کر</w:t>
      </w:r>
    </w:p>
    <w:p>
      <w:r>
        <w:rPr>
          <w:b/>
        </w:rPr>
        <w:t xml:space="preserve">[1:03:45] </w:t>
      </w:r>
      <w:r>
        <w:t>ke taraqqi ki hui hai.</w:t>
      </w:r>
    </w:p>
    <w:p>
      <w:pPr>
        <w:jc w:val="right"/>
      </w:pPr>
      <w:r>
        <w:t>کے ترقی کی ہوئی ہے۔</w:t>
      </w:r>
    </w:p>
    <w:p>
      <w:r>
        <w:rPr>
          <w:b/>
        </w:rPr>
        <w:t xml:space="preserve">[1:03:46] </w:t>
      </w:r>
      <w:r>
        <w:t>sawal karne wale ne bhi agar taraqqi ki hogi to isi ko istemal kar ke taraqqi ki hogi.</w:t>
      </w:r>
    </w:p>
    <w:p>
      <w:pPr>
        <w:jc w:val="right"/>
      </w:pPr>
      <w:r>
        <w:t>سوال کرنے والے نے بھی اگر ترقی کی ہوگی تو اسی کو استعمال کر کے ترقی کی ہوگی۔</w:t>
      </w:r>
    </w:p>
    <w:p>
      <w:r>
        <w:rPr>
          <w:b/>
        </w:rPr>
        <w:t xml:space="preserve">[1:03:51] </w:t>
      </w:r>
      <w:r>
        <w:t>inhi ki technology.</w:t>
      </w:r>
    </w:p>
    <w:p>
      <w:pPr>
        <w:jc w:val="right"/>
      </w:pPr>
      <w:r>
        <w:t>انہی کی ٹیکنالوجی۔</w:t>
      </w:r>
    </w:p>
    <w:p>
      <w:r>
        <w:rPr>
          <w:b/>
        </w:rPr>
        <w:t xml:space="preserve">[1:03:54] </w:t>
      </w:r>
      <w:r>
        <w:t>to yeh self interest ka jazba to har ahlak mein hota hi hota hai.</w:t>
      </w:r>
    </w:p>
    <w:p>
      <w:pPr>
        <w:jc w:val="right"/>
      </w:pPr>
      <w:r>
        <w:t>تو یہ سیلف انٹرسٹ کا جذبہ تو ہر اہلک میں ہوتا ہی ہوتا ہے۔</w:t>
      </w:r>
    </w:p>
    <w:p>
      <w:r>
        <w:rPr>
          <w:b/>
        </w:rPr>
        <w:t xml:space="preserve">[1:03:59] </w:t>
      </w:r>
      <w:r>
        <w:t>result kya hai, woh dekhiye aap.</w:t>
      </w:r>
    </w:p>
    <w:p>
      <w:pPr>
        <w:jc w:val="right"/>
      </w:pPr>
      <w:r>
        <w:t>رزلٹ کیا ہے، وہ دیکھیے آپ۔</w:t>
      </w:r>
    </w:p>
    <w:p>
      <w:r>
        <w:rPr>
          <w:b/>
        </w:rPr>
        <w:t xml:space="preserve">[1:04:01] </w:t>
      </w:r>
      <w:r>
        <w:t>result. to result ke aitbar se woh benefactor hai hamare liye.</w:t>
      </w:r>
    </w:p>
    <w:p>
      <w:pPr>
        <w:jc w:val="right"/>
      </w:pPr>
      <w:r>
        <w:t>رزلٹ۔ تو رزلٹ کے اعتبار سے وہ بینیفیکٹر ہے ہمارے لیے۔</w:t>
      </w:r>
    </w:p>
    <w:p>
      <w:r>
        <w:rPr>
          <w:b/>
        </w:rPr>
        <w:t xml:space="preserve">[1:04:06] </w:t>
      </w:r>
      <w:r>
        <w:t>maulana agla sawal pani pat se kiya hai abdullah sahib ne.</w:t>
      </w:r>
    </w:p>
    <w:p>
      <w:pPr>
        <w:jc w:val="right"/>
      </w:pPr>
      <w:r>
        <w:t>مولانا اگلا سوال پانی پت سے کیا ہے عبداللہ صاحب نے۔</w:t>
      </w:r>
    </w:p>
    <w:p>
      <w:r>
        <w:rPr>
          <w:b/>
        </w:rPr>
        <w:t xml:space="preserve">[1:04:10] </w:t>
      </w:r>
      <w:r>
        <w:t>aur unhon ne likha hai:</w:t>
      </w:r>
    </w:p>
    <w:p>
      <w:pPr>
        <w:jc w:val="right"/>
      </w:pPr>
      <w:r>
        <w:t>اور انہوں نے لکھا ہے:</w:t>
      </w:r>
    </w:p>
    <w:p>
      <w:r>
        <w:rPr>
          <w:b/>
        </w:rPr>
        <w:t xml:space="preserve">[1:04:13] </w:t>
      </w:r>
      <w:r>
        <w:t>مولانا, you once talked about the importance of silence.</w:t>
      </w:r>
    </w:p>
    <w:p>
      <w:pPr>
        <w:jc w:val="right"/>
      </w:pPr>
      <w:r>
        <w:t>مولانا یو ونس ٹاکڈ اباؤٹ دا امپورٹنس آف سائلنس</w:t>
      </w:r>
    </w:p>
    <w:p>
      <w:r>
        <w:rPr>
          <w:b/>
        </w:rPr>
        <w:t xml:space="preserve">[1:04:17] </w:t>
      </w:r>
      <w:r>
        <w:t>You had mentioned that when one is in silence, then he or she is absorbing and learning. Maulana, can you elaborate on it and let me know the importance of silence? As by nature, I am a very talkative person.</w:t>
      </w:r>
    </w:p>
    <w:p>
      <w:pPr>
        <w:jc w:val="right"/>
      </w:pPr>
      <w:r>
        <w:t>You had mentioned that when one is in silence, then he or she is absorbing and learning. مولانا، can you elaborate on it and let me know the importance of silence? As by nature, I am a very talkative person.</w:t>
      </w:r>
    </w:p>
    <w:p>
      <w:r>
        <w:rPr>
          <w:b/>
        </w:rPr>
        <w:t xml:space="preserve">[1:04:35] </w:t>
      </w:r>
      <w:r>
        <w:t>bhai yeh to aap khud tajurba kar ke dekh lijiyega.</w:t>
      </w:r>
    </w:p>
    <w:p>
      <w:pPr>
        <w:jc w:val="right"/>
      </w:pPr>
      <w:r>
        <w:t>بھئی یہ تو آپ خود تجربہ کر کے دیکھ لیجیے۔</w:t>
      </w:r>
    </w:p>
    <w:p>
      <w:r>
        <w:rPr>
          <w:b/>
        </w:rPr>
        <w:t xml:space="preserve">[1:04:40] </w:t>
      </w:r>
      <w:r>
        <w:t>yeh to aisi baat hai ke khud tajurba kar ke aap samajh sakte hain.</w:t>
      </w:r>
    </w:p>
    <w:p>
      <w:pPr>
        <w:jc w:val="right"/>
      </w:pPr>
      <w:r>
        <w:t>یہ تو ایسی بات ہے کہ خود تجربہ کر کے آپ سمجھ سکتے ہیں۔</w:t>
      </w:r>
    </w:p>
    <w:p>
      <w:r>
        <w:rPr>
          <w:b/>
        </w:rPr>
        <w:t xml:space="preserve">[1:04:44] </w:t>
      </w:r>
      <w:r>
        <w:t>is ke liye elaborate karne ki zarurat hi nahi hai.</w:t>
      </w:r>
    </w:p>
    <w:p>
      <w:pPr>
        <w:jc w:val="right"/>
      </w:pPr>
      <w:r>
        <w:t>اس کے لیے ایلیبریٹ کرنے کی ضرورت ہی نہیں ہے۔</w:t>
      </w:r>
    </w:p>
    <w:p>
      <w:r>
        <w:rPr>
          <w:b/>
        </w:rPr>
        <w:t xml:space="preserve">[1:04:46] </w:t>
      </w:r>
      <w:r>
        <w:t>kabhi bhi tajurba kar ke dekhiye aap.</w:t>
      </w:r>
    </w:p>
    <w:p>
      <w:pPr>
        <w:jc w:val="right"/>
      </w:pPr>
      <w:r>
        <w:t>کبھی بھی تجربہ کر کے دیکھیے آپ۔</w:t>
      </w:r>
    </w:p>
    <w:p>
      <w:r>
        <w:rPr>
          <w:b/>
        </w:rPr>
        <w:t xml:space="preserve">[1:04:53] </w:t>
      </w:r>
      <w:r>
        <w:t>maulana agla sawal pune se kiya hai tabish sahib ne.</w:t>
      </w:r>
    </w:p>
    <w:p>
      <w:pPr>
        <w:jc w:val="right"/>
      </w:pPr>
      <w:r>
        <w:t>مولانا اگلا سوال پونے سے کیا ہے تابش صاحب نے۔</w:t>
      </w:r>
    </w:p>
    <w:p>
      <w:r>
        <w:rPr>
          <w:b/>
        </w:rPr>
        <w:t xml:space="preserve">[1:04:57] </w:t>
      </w:r>
      <w:r>
        <w:t>aur unhon ne likha hai:</w:t>
      </w:r>
    </w:p>
    <w:p>
      <w:pPr>
        <w:jc w:val="right"/>
      </w:pPr>
      <w:r>
        <w:t>اور انہوں نے لکھا ہے:</w:t>
      </w:r>
    </w:p>
    <w:p>
      <w:r>
        <w:rPr>
          <w:b/>
        </w:rPr>
        <w:t xml:space="preserve">[1:05:00] </w:t>
      </w:r>
      <w:r>
        <w:t>maulana you said today that if one is a prepared mind, then it gives the person a trigger</w:t>
      </w:r>
    </w:p>
    <w:p>
      <w:pPr>
        <w:jc w:val="right"/>
      </w:pPr>
      <w:r>
        <w:t>مولانا یو سیڈ ٹوڈے دیٹ اف ون از ا پریپیئرڈ مائنڈ، دین اٹ گیوز دا پرسن ا ٹریگر</w:t>
      </w:r>
    </w:p>
    <w:p>
      <w:r>
        <w:rPr>
          <w:b/>
        </w:rPr>
        <w:t xml:space="preserve">[1:05:06] </w:t>
      </w:r>
      <w:r>
        <w:t>too move ahead.</w:t>
      </w:r>
    </w:p>
    <w:p>
      <w:pPr>
        <w:jc w:val="right"/>
      </w:pPr>
      <w:r>
        <w:t>ٹو موو اہیڈ۔</w:t>
      </w:r>
    </w:p>
    <w:p>
      <w:r>
        <w:rPr>
          <w:b/>
        </w:rPr>
        <w:t xml:space="preserve">[1:05:08] </w:t>
      </w:r>
      <w:r>
        <w:t>my question is how to make myself a prepared mind so that i can progress intellectual</w:t>
      </w:r>
    </w:p>
    <w:p>
      <w:pPr>
        <w:jc w:val="right"/>
      </w:pPr>
      <w:r>
        <w:t>مائی کویسچن از ہاؤ ٹو میک مائی سیلف ا پریپیئرڈ مائنڈ سو دیٹ آئی کین پروگریس انٹلیکچول</w:t>
      </w:r>
    </w:p>
    <w:p>
      <w:r>
        <w:rPr>
          <w:b/>
        </w:rPr>
        <w:t xml:space="preserve">[1:05:15] </w:t>
      </w:r>
      <w:r>
        <w:t>y? please give me guidance in this regard.</w:t>
      </w:r>
    </w:p>
    <w:p>
      <w:pPr>
        <w:jc w:val="right"/>
      </w:pPr>
      <w:r>
        <w:t>ی؟ پلیز گیو می گائیڈنس ان دس ریگارڈ۔</w:t>
      </w:r>
    </w:p>
    <w:p>
      <w:r>
        <w:rPr>
          <w:b/>
        </w:rPr>
        <w:t xml:space="preserve">[1:05:20] </w:t>
      </w:r>
      <w:r>
        <w:t>bhai is ka tareeqa wahi hai ke study karen aur apnay andar objectivity paida karen, objectivity.</w:t>
      </w:r>
    </w:p>
    <w:p>
      <w:pPr>
        <w:jc w:val="right"/>
      </w:pPr>
      <w:r>
        <w:t>بھئی اس کا طریقہ وہی ہے کہ اسٹڈی کریں اور اپنے اندر آبجیکٹیوٹی پیدا کریں، آبجیکٹیوٹی۔</w:t>
      </w:r>
    </w:p>
    <w:p>
      <w:r>
        <w:rPr>
          <w:b/>
        </w:rPr>
        <w:t xml:space="preserve">[1:05:27] </w:t>
      </w:r>
      <w:r>
        <w:t>is ka koi manual kind ka, manual jaisa koi tareeqa nahi hai mere nazdeek.</w:t>
      </w:r>
    </w:p>
    <w:p>
      <w:pPr>
        <w:jc w:val="right"/>
      </w:pPr>
      <w:r>
        <w:t>اس کا کوئی مینول کائنڈ کا، مینول جیسا کوئی طریقہ نہیں ہے میرے نزدیک۔</w:t>
      </w:r>
    </w:p>
    <w:p>
      <w:r>
        <w:rPr>
          <w:b/>
        </w:rPr>
        <w:t xml:space="preserve">[1:05:34] </w:t>
      </w:r>
      <w:r>
        <w:t>aap jitna study karen ge, jitna aap</w:t>
      </w:r>
    </w:p>
    <w:p>
      <w:pPr>
        <w:jc w:val="right"/>
      </w:pPr>
      <w:r>
        <w:t>آپ جتنا اسٹڈی کریں گے، جتنا آپ</w:t>
      </w:r>
    </w:p>
    <w:p>
      <w:r>
        <w:rPr>
          <w:b/>
        </w:rPr>
        <w:t xml:space="preserve">[1:05:38] </w:t>
      </w:r>
      <w:r>
        <w:t>tadabbur karen ge, jitna aap apnay ko objective banayen ge, utna hi aap ko faida hoga.</w:t>
      </w:r>
    </w:p>
    <w:p>
      <w:pPr>
        <w:jc w:val="right"/>
      </w:pPr>
      <w:r>
        <w:t>تدبر کریں گے، جتنا آپ اپنے کو آبجیکٹیو بنائیں گے، اتنا ہی آپ کو فائدہ ہوگا۔</w:t>
      </w:r>
    </w:p>
    <w:p>
      <w:r>
        <w:rPr>
          <w:b/>
        </w:rPr>
        <w:t xml:space="preserve">[1:05:49] </w:t>
      </w:r>
      <w:r>
        <w:t>okay so we will end the session now</w:t>
      </w:r>
    </w:p>
    <w:p>
      <w:pPr>
        <w:jc w:val="right"/>
      </w:pPr>
      <w:r>
        <w:t>اوکے سو وی ویل اینڈ دی سیشن نا</w:t>
      </w:r>
    </w:p>
    <w:p>
      <w:r>
        <w:rPr>
          <w:b/>
        </w:rPr>
        <w:t xml:space="preserve">[1:05:52]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