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Beginning of The End April 20, 2008</w:t>
      </w:r>
    </w:p>
    <w:p>
      <w:r>
        <w:t>https://youtu.be/6atQ8muQDUk</w:t>
      </w:r>
    </w:p>
    <w:p>
      <w:r>
        <w:rPr>
          <w:b/>
        </w:rPr>
        <w:t xml:space="preserve">[00:13] </w:t>
      </w:r>
      <w:r>
        <w:t>Bismillah hir rehman nir rahim, wa salli Allahu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wahlul uqdatan min lisani yafqahu qawli.</w:t>
      </w:r>
    </w:p>
    <w:p>
      <w:pPr>
        <w:jc w:val="right"/>
      </w:pPr>
      <w:r>
        <w:t>واحل العقدۃ من لسانی یفقہ قولی۔</w:t>
      </w:r>
    </w:p>
    <w:p>
      <w:r>
        <w:rPr>
          <w:b/>
        </w:rPr>
        <w:t xml:space="preserve">[00:38] </w:t>
      </w:r>
      <w:r>
        <w:t>Aaj ka jo topic hai woh hai "Beginning of the End".</w:t>
      </w:r>
    </w:p>
    <w:p>
      <w:pPr>
        <w:jc w:val="right"/>
      </w:pPr>
      <w:r>
        <w:t>آج کا جو ٹاپک ہے وہ ہے "بگننگ آف دا اینڈ"۔</w:t>
      </w:r>
    </w:p>
    <w:p>
      <w:r>
        <w:rPr>
          <w:b/>
        </w:rPr>
        <w:t xml:space="preserve">[00:50] </w:t>
      </w:r>
      <w:r>
        <w:t>Beginning of the end ka matlab hai ke insani history ka ek end hone wala hai, aur is end ki beginning shuru ho gayi hai.</w:t>
      </w:r>
    </w:p>
    <w:p>
      <w:pPr>
        <w:jc w:val="right"/>
      </w:pPr>
      <w:r>
        <w:t>بگننگ آف دا اینڈ کا مطلب ہے کہ انسانی ہسٹری کا ایک اینڈ ہونے والا ہے، اور اس اینڈ کی بگننگ شروع ہو گئی ہے۔</w:t>
      </w:r>
    </w:p>
    <w:p>
      <w:r>
        <w:rPr>
          <w:b/>
        </w:rPr>
        <w:t xml:space="preserve">[01:08] </w:t>
      </w:r>
      <w:r>
        <w:t>Aap jante hain ke jo aaj ki scientific community hai, jo</w:t>
      </w:r>
    </w:p>
    <w:p>
      <w:pPr>
        <w:jc w:val="right"/>
      </w:pPr>
      <w:r>
        <w:t>آپ جانتے ہیں کہ جو آج کی سائنٹیفک کمیونٹی ہے، جو</w:t>
      </w:r>
    </w:p>
    <w:p>
      <w:r>
        <w:rPr>
          <w:b/>
        </w:rPr>
        <w:t xml:space="preserve">[01:17] </w:t>
      </w:r>
      <w:r>
        <w:t>bahut zyada is ke paas well equipped hai, yani zameen se ooper apne satellite bhej kar woh cheezon ko observe kar sakte hain,</w:t>
      </w:r>
    </w:p>
    <w:p>
      <w:pPr>
        <w:jc w:val="right"/>
      </w:pPr>
      <w:r>
        <w:t>بہت زیادہ اس کے پاس ویل ایکوپڈ ہے، یعنی زمین سے اوپر اپنے سیٹلائٹ بھیج کر وہ چیزوں کو ابزرو کر سکتے ہیں،</w:t>
      </w:r>
    </w:p>
    <w:p>
      <w:r>
        <w:rPr>
          <w:b/>
        </w:rPr>
        <w:t xml:space="preserve">[01:31] </w:t>
      </w:r>
      <w:r>
        <w:t>to observation ke jo naye naye method hain us ko istemal karte hue woh bata rahe hain ke zameen mein itna zyada changes aa rahe hain, climatic change,</w:t>
      </w:r>
    </w:p>
    <w:p>
      <w:pPr>
        <w:jc w:val="right"/>
      </w:pPr>
      <w:r>
        <w:t>تو ابزرویشن کے جو نئے نئے میتھڈ ہیں اس کو استعمال کرتے ہوئے وہ بتا رہے ہیں کہ زمین میں اتنا زیادہ چینجز آ رہے ہیں، کلائمیٹک چینج،</w:t>
      </w:r>
    </w:p>
    <w:p>
      <w:r>
        <w:rPr>
          <w:b/>
        </w:rPr>
        <w:t xml:space="preserve">[01:49] </w:t>
      </w:r>
      <w:r>
        <w:t>lifestyle ab disturb ho raha hai ke 10 saal ke andar andar aisa ho sakta hai, with in 10 years,</w:t>
      </w:r>
    </w:p>
    <w:p>
      <w:pPr>
        <w:jc w:val="right"/>
      </w:pPr>
      <w:r>
        <w:t>لائف اسٹائلز اب ڈسٹرب ہو رہا ہے کہ 10 سال کے اندر اندر ایسا ہو سکتا ہے، ود ان 10 ایئرز،</w:t>
      </w:r>
    </w:p>
    <w:p>
      <w:r>
        <w:rPr>
          <w:b/>
        </w:rPr>
        <w:t xml:space="preserve">[02:02] </w:t>
      </w:r>
      <w:r>
        <w:t>ke zameen inhabitable ho jaye,</w:t>
      </w:r>
    </w:p>
    <w:p>
      <w:pPr>
        <w:jc w:val="right"/>
      </w:pPr>
      <w:r>
        <w:t>کہ زمین ان ہیبیٹیبل ہو جائے،</w:t>
      </w:r>
    </w:p>
    <w:p>
      <w:r>
        <w:rPr>
          <w:b/>
        </w:rPr>
        <w:t xml:space="preserve">[02:07] </w:t>
      </w:r>
      <w:r>
        <w:t>yani rehne ke qabil na rahe. itna serious mamla hai. agarche log apne hooha culture mein lage hue hain,</w:t>
      </w:r>
    </w:p>
    <w:p>
      <w:pPr>
        <w:jc w:val="right"/>
      </w:pPr>
      <w:r>
        <w:t>یعنی رہنے کے قابل نہ رہے۔ اتنا سیریس معاملہ ہے۔ اگرچہ لوگ اپنے ہوہا کلچر میں لگے ہوئے ہیں،</w:t>
      </w:r>
    </w:p>
    <w:p>
      <w:r>
        <w:rPr>
          <w:b/>
        </w:rPr>
        <w:t xml:space="preserve">[02:22] </w:t>
      </w:r>
      <w:r>
        <w:t>logon ke andar koi is ka aap asar nahin dek</w:t>
      </w:r>
    </w:p>
    <w:p>
      <w:pPr>
        <w:jc w:val="right"/>
      </w:pPr>
      <w:r>
        <w:t>لوگوں کے اندر کوئی اس کا آپ اثر نہیں دیک</w:t>
      </w:r>
    </w:p>
    <w:p>
      <w:r>
        <w:rPr>
          <w:b/>
        </w:rPr>
        <w:t xml:space="preserve">[02:27] </w:t>
      </w:r>
      <w:r>
        <w:t>henge,</w:t>
      </w:r>
    </w:p>
    <w:p>
      <w:pPr>
        <w:jc w:val="right"/>
      </w:pPr>
      <w:r>
        <w:t>ھیں گے،</w:t>
      </w:r>
    </w:p>
    <w:p>
      <w:r>
        <w:rPr>
          <w:b/>
        </w:rPr>
        <w:t xml:space="preserve">[02:31] </w:t>
      </w:r>
      <w:r>
        <w:t>wohi culture jo entertainment aur enjoy ko sab kuch samajhta hai, usi mein log abhi tak pade hue hain.</w:t>
      </w:r>
    </w:p>
    <w:p>
      <w:pPr>
        <w:jc w:val="right"/>
      </w:pPr>
      <w:r>
        <w:t>وہی کلچر جو انٹرٹینمنٹ اور انجوائے کو سب کچھ سمجھتا ہے، اسی میں لوگ ابھی تک پڑے ہوئے ہیں۔</w:t>
      </w:r>
    </w:p>
    <w:p>
      <w:r>
        <w:rPr>
          <w:b/>
        </w:rPr>
        <w:t xml:space="preserve">[02:43] </w:t>
      </w:r>
      <w:r>
        <w:t>Lekin scientific community jo hai woh bahut zyada pareshan hai. daily aata hai un ka, un ki baatein daily aa rahi hain media mein,</w:t>
      </w:r>
    </w:p>
    <w:p>
      <w:pPr>
        <w:jc w:val="right"/>
      </w:pPr>
      <w:r>
        <w:t>لیکن سائنٹیفک کمیونٹی جو ہے وہ بہت زیادہ پریشان ہے۔ ڈیلی آتا ہے ان کا، ان کی باتیں ڈیلی آ رہی ہیں میڈیا میں،</w:t>
      </w:r>
    </w:p>
    <w:p>
      <w:r>
        <w:rPr>
          <w:b/>
        </w:rPr>
        <w:t xml:space="preserve">[02:57] </w:t>
      </w:r>
      <w:r>
        <w:t>aap jante honge.</w:t>
      </w:r>
    </w:p>
    <w:p>
      <w:pPr>
        <w:jc w:val="right"/>
      </w:pPr>
      <w:r>
        <w:t>آپ جانتے ہوں گے۔</w:t>
      </w:r>
    </w:p>
    <w:p>
      <w:r>
        <w:rPr>
          <w:b/>
        </w:rPr>
        <w:t xml:space="preserve">[03:01] </w:t>
      </w:r>
      <w:r>
        <w:t>To isi ko le kar main ne aaj chaha ke kuch baat kahoon ke ab history ka end jo hone wala tha to us ki beginning shuru ho gayi.</w:t>
      </w:r>
    </w:p>
    <w:p>
      <w:pPr>
        <w:jc w:val="right"/>
      </w:pPr>
      <w:r>
        <w:t>تو اسی کو لے کر میں نے آج چاہا کہ کچھ بات کہوں کہ اب ہسٹری کا اینڈ جو ہونے والا تھا تو اس کی بگننگ شروع ہو گئی۔</w:t>
      </w:r>
    </w:p>
    <w:p>
      <w:r>
        <w:rPr>
          <w:b/>
        </w:rPr>
        <w:t xml:space="preserve">[03:13] </w:t>
      </w:r>
      <w:r>
        <w:t>beginning ka matlab yeh hai ke is ke signs, is ki nishaniyan zahir ho gayeen.</w:t>
      </w:r>
    </w:p>
    <w:p>
      <w:pPr>
        <w:jc w:val="right"/>
      </w:pPr>
      <w:r>
        <w:t>بگننگ کا مطلب یہ ہے کہ اس کے سائنز، اس کی نشانیاں ظاہر ہو گئیں۔</w:t>
      </w:r>
    </w:p>
    <w:p>
      <w:r>
        <w:rPr>
          <w:b/>
        </w:rPr>
        <w:t xml:space="preserve">[03:26] </w:t>
      </w:r>
      <w:r>
        <w:t>aaj kya hua</w:t>
      </w:r>
    </w:p>
    <w:p>
      <w:pPr>
        <w:jc w:val="right"/>
      </w:pPr>
      <w:r>
        <w:t>آج کیا ہوا</w:t>
      </w:r>
    </w:p>
    <w:p>
      <w:r>
        <w:rPr>
          <w:b/>
        </w:rPr>
        <w:t xml:space="preserve">[03:27] </w:t>
      </w:r>
      <w:r>
        <w:t>aaj subah mere paas telephone aaya Mr. Rajat ka, to unhon ne bataya ke aap ko maloom hoga ke har roz subah ko</w:t>
      </w:r>
    </w:p>
    <w:p>
      <w:pPr>
        <w:jc w:val="right"/>
      </w:pPr>
      <w:r>
        <w:t>؟ آج صبح میرے پاس ٹیلی فون آیا مسٹر رجت کا، تو انہوں نے بتایا کہ آپ کو معلوم ہوگا کہ ہر روز صبح کو</w:t>
      </w:r>
    </w:p>
    <w:p>
      <w:r>
        <w:rPr>
          <w:b/>
        </w:rPr>
        <w:t xml:space="preserve">[03:42] </w:t>
      </w:r>
      <w:r>
        <w:t>hamara ek program aata hai TV par.</w:t>
      </w:r>
    </w:p>
    <w:p>
      <w:pPr>
        <w:jc w:val="right"/>
      </w:pPr>
      <w:r>
        <w:t>ہمارا ایک پروگرام آتا ہے ٹی وی پر۔</w:t>
      </w:r>
    </w:p>
    <w:p>
      <w:r>
        <w:rPr>
          <w:b/>
        </w:rPr>
        <w:t xml:space="preserve">[03:49] </w:t>
      </w:r>
      <w:r>
        <w:t>to aaj ka jo program hai, ek ek Hindu ne suna, Maharashtra ke Hindu, jin ka naam hai Mr. Shivaji Iyer.</w:t>
      </w:r>
    </w:p>
    <w:p>
      <w:pPr>
        <w:jc w:val="right"/>
      </w:pPr>
      <w:r>
        <w:t>تو آج کا جو پروگرام ہے، ایک ایک ہندو نے سنا، مہاراشٹر کے ہندو، جن کا نام ہے مسٹر شیوا جی ائر۔</w:t>
      </w:r>
    </w:p>
    <w:p>
      <w:r>
        <w:rPr>
          <w:b/>
        </w:rPr>
        <w:t xml:space="preserve">[04:06] </w:t>
      </w:r>
      <w:r>
        <w:t>to unhon ne telephone kiya aaj ke program ko sun kar ke mujhe bohat pasand aaya aur mujhe Quran ki ek copy chahiye.</w:t>
      </w:r>
    </w:p>
    <w:p>
      <w:pPr>
        <w:jc w:val="right"/>
      </w:pPr>
      <w:r>
        <w:t>تو انہوں نے ٹیلی فون کیا آج کے پروگرام کو سن کر کہ مجھے بہت پسند آیا اور مجھے قرآن کی ایک کاپی چاہیے۔</w:t>
      </w:r>
    </w:p>
    <w:p>
      <w:r>
        <w:rPr>
          <w:b/>
        </w:rPr>
        <w:t xml:space="preserve">[04:21] </w:t>
      </w:r>
      <w:r>
        <w:t>to is ko jab jab is jab yeh news mere samne aayi to mujhe achanak yeh laga ke dabba to zahir ho chuka.</w:t>
      </w:r>
    </w:p>
    <w:p>
      <w:pPr>
        <w:jc w:val="right"/>
      </w:pPr>
      <w:r>
        <w:t>تو اس کو جب جب اس جب یہ نیوز میرے سامنے آئی تو مجھے اچانک یہ لگا کہ دابا تو ظاہر ہو چکا۔</w:t>
      </w:r>
    </w:p>
    <w:p>
      <w:r>
        <w:rPr>
          <w:b/>
        </w:rPr>
        <w:t xml:space="preserve">[04:33] </w:t>
      </w:r>
      <w:r>
        <w:t>Quran mein hai ke jab qayamat qareeb aa jaye gi to ek dabba zahir hoga.</w:t>
      </w:r>
    </w:p>
    <w:p>
      <w:pPr>
        <w:jc w:val="right"/>
      </w:pPr>
      <w:r>
        <w:t>قرآن میں ہے کہ جب قیامت قریب آ جائے گی تو ایک دابا ظاہر ہوگا۔</w:t>
      </w:r>
    </w:p>
    <w:p>
      <w:r>
        <w:rPr>
          <w:b/>
        </w:rPr>
        <w:t xml:space="preserve">[04:47] </w:t>
      </w:r>
      <w:r>
        <w:t>wa idha qala qaulun alayhim akhra dabbatun min al-ardi tukallimuhum inna al-nasa kanu bi ayatina la yooqinoon ke jab qayamat qareeb aa jaye gi to Allah taala zameen se ek dabba nikalen ge</w:t>
      </w:r>
    </w:p>
    <w:p>
      <w:pPr>
        <w:jc w:val="right"/>
      </w:pPr>
      <w:r>
        <w:t>ویزا وقال قول علیہم اخرین دابۃ من الارض تکلمہم ان الناس کانو بایاتنا لا یوقنون کہ جب قیامت قریب آ جائے گی تو اللہ تعالی زمین سے ایک دابا نکالیں گے</w:t>
      </w:r>
    </w:p>
    <w:p>
      <w:r>
        <w:rPr>
          <w:b/>
        </w:rPr>
        <w:t xml:space="preserve">[05:13] </w:t>
      </w:r>
      <w:r>
        <w:t>jo bol kar kahe ga ke log Khuda ki nishaniyon, Khuda ke signs par vishwas nahi karte the.</w:t>
      </w:r>
    </w:p>
    <w:p>
      <w:pPr>
        <w:jc w:val="right"/>
      </w:pPr>
      <w:r>
        <w:t>جو بول کر کہے گا کہ لوگ خدا کی نشانیوں، خدا کے سائنز پر وشواس نہیں کرتے تھے۔</w:t>
      </w:r>
    </w:p>
    <w:p>
      <w:r>
        <w:rPr>
          <w:b/>
        </w:rPr>
        <w:t xml:space="preserve">[05:26] </w:t>
      </w:r>
      <w:r>
        <w:t>dabba ka matlab kya hai? dabba ke maani hain creeper, rengne wala. literal meaning dabba ki hai creeper, rengne wala.</w:t>
      </w:r>
    </w:p>
    <w:p>
      <w:pPr>
        <w:jc w:val="right"/>
      </w:pPr>
      <w:r>
        <w:t>دابا کا مطلب کیا ہے؟ دابا کے معنی ہیں کریپر، رینگنے والا۔ لٹرل میننگ دابا کی ہے کریپر، رینگنے والا۔</w:t>
      </w:r>
    </w:p>
    <w:p>
      <w:r>
        <w:rPr>
          <w:b/>
        </w:rPr>
        <w:t xml:space="preserve">[05:39] </w:t>
      </w:r>
      <w:r>
        <w:t>to dabba ka matlab yahan par hai ke aap ki jo awaz hai wo reng kar door door tak pohche. main arz karta hoon ke dabba asal mein naam hai tele age of tele communication ka.</w:t>
      </w:r>
    </w:p>
    <w:p>
      <w:pPr>
        <w:jc w:val="right"/>
      </w:pPr>
      <w:r>
        <w:t>تو دابا کا مطلب یہاں پر ہے کہ آپ کی جو آواز ہے وہ رینگ کر دور دور تک پہنچے۔ میں عرض کرتا ہوں کہ دابا اصل میں نام ہے ٹیلی ایج آف ٹیلی کمیونیکیشن کا۔</w:t>
      </w:r>
    </w:p>
    <w:p>
      <w:r>
        <w:rPr>
          <w:b/>
        </w:rPr>
        <w:t xml:space="preserve">[05:58] </w:t>
      </w:r>
      <w:r>
        <w:t>pehlay zamanay mein aap jante hain ke aadmi jab bolta tha to paas ke aadmi sirf sun sakte the is ko, door ke aadmi aap ki awaz ko nahi sun sakte the.</w:t>
      </w:r>
    </w:p>
    <w:p>
      <w:pPr>
        <w:jc w:val="right"/>
      </w:pPr>
      <w:r>
        <w:t>پہلے زمانے میں آپ جانتے ہیں کہ آدمی جب بولتا تھا تو پاس کے آدمی صرف سن سکتے تھے اس کو، دور کے آدمی آپ کی آواز کو نہیں سن سکتے تھے۔</w:t>
      </w:r>
    </w:p>
    <w:p>
      <w:r>
        <w:rPr>
          <w:b/>
        </w:rPr>
        <w:t xml:space="preserve">[06:10] </w:t>
      </w:r>
      <w:r>
        <w:t>yeh pehli baar 20th century mein tahakkuk hua hai ke aap yahan bolen aur sari dunya mein wo suna jaye jis ko kehte hain tele communication.</w:t>
      </w:r>
    </w:p>
    <w:p>
      <w:pPr>
        <w:jc w:val="right"/>
      </w:pPr>
      <w:r>
        <w:t>یہ پہلی بار 20 سینچری میں تحسب ہوا ہے کہ آپ یہاں بولیں اور ساری دنیا میں وہ سنا جائے جس کو کہتے ہیں ٹیلی کمیونیکیشن۔</w:t>
      </w:r>
    </w:p>
    <w:p>
      <w:r>
        <w:rPr>
          <w:b/>
        </w:rPr>
        <w:t xml:space="preserve">[06:25] </w:t>
      </w:r>
      <w:r>
        <w:t>to dabba ka matlab yahi hai ke aap ki awaz reng kar ke, chal kar ke door door tak pohche gi.</w:t>
      </w:r>
    </w:p>
    <w:p>
      <w:pPr>
        <w:jc w:val="right"/>
      </w:pPr>
      <w:r>
        <w:t>تو دابا کا مطلب یہی ہے کہ آپ کی آواز رینگ کر کے، چل کر کے دور دور تک پہنچے گی۔</w:t>
      </w:r>
    </w:p>
    <w:p>
      <w:r>
        <w:rPr>
          <w:b/>
        </w:rPr>
        <w:t xml:space="preserve">[06:38] </w:t>
      </w:r>
      <w:r>
        <w:t>to</w:t>
      </w:r>
    </w:p>
    <w:p>
      <w:pPr>
        <w:jc w:val="right"/>
      </w:pPr>
      <w:r>
        <w:t>تو</w:t>
      </w:r>
    </w:p>
    <w:p>
      <w:r>
        <w:rPr>
          <w:b/>
        </w:rPr>
        <w:t xml:space="preserve">[06:39] </w:t>
      </w:r>
      <w:r>
        <w:t>is door door tak ke log jaan len ge</w:t>
      </w:r>
    </w:p>
    <w:p>
      <w:pPr>
        <w:jc w:val="right"/>
      </w:pPr>
      <w:r>
        <w:t>اس دور دور تک کے لوگ جان لیں گے</w:t>
      </w:r>
    </w:p>
    <w:p>
      <w:r>
        <w:rPr>
          <w:b/>
        </w:rPr>
        <w:t xml:space="preserve">[06:44] </w:t>
      </w:r>
      <w:r>
        <w:t>in baton ko jis ko sirf pehle paas ke log hi sun sakte the.</w:t>
      </w:r>
    </w:p>
    <w:p>
      <w:pPr>
        <w:jc w:val="right"/>
      </w:pPr>
      <w:r>
        <w:t>ان باتوں کو جس کو صرف پہلے پاس کے لوگ ہی سن سکتے تھے۔</w:t>
      </w:r>
    </w:p>
    <w:p>
      <w:r>
        <w:rPr>
          <w:b/>
        </w:rPr>
        <w:t xml:space="preserve">[06:53] </w:t>
      </w:r>
      <w:r>
        <w:t>to main samajhta hoon ke yeh in nishaniyon mein se ek nishani hai jo qayamat se pehle zahir hone wali thi aur wo zahir ho gayi.</w:t>
      </w:r>
    </w:p>
    <w:p>
      <w:pPr>
        <w:jc w:val="right"/>
      </w:pPr>
      <w:r>
        <w:t>تو میں سمجھتا ہوں کہ یہ ان نشانیوں میں سے ایک نشانی ہے جو قیامت سے پہلے ظاہر ہونے والی تھی اور وہ ظاہر ہو گئی۔</w:t>
      </w:r>
    </w:p>
    <w:p>
      <w:r>
        <w:rPr>
          <w:b/>
        </w:rPr>
        <w:t xml:space="preserve">[07:08] </w:t>
      </w:r>
      <w:r>
        <w:t>dekhen, yeh qissa shuru hota hai Yajuj Majuj se. Yajuj Majuj ka zikr Quran mein do jagah aaya hai, Hadees mein aaya hai, Bible mein aaya hai,</w:t>
      </w:r>
    </w:p>
    <w:p>
      <w:pPr>
        <w:jc w:val="right"/>
      </w:pPr>
      <w:r>
        <w:t>دیکھیں، یہ قصہ شروع ہوتا ہے یاجوج ماجوج سے۔ یاجوج ماجوج کا ذکر قرآن میں دو جگہ آیا ہے، حدیث میں آیا ہے، بائبل میں آیا ہے،</w:t>
      </w:r>
    </w:p>
    <w:p>
      <w:r>
        <w:rPr>
          <w:b/>
        </w:rPr>
        <w:t xml:space="preserve">[07:24] </w:t>
      </w:r>
      <w:r>
        <w:t>Hindu Puran mein aaya hai aur bhi kai jagah aaya hai.</w:t>
      </w:r>
    </w:p>
    <w:p>
      <w:pPr>
        <w:jc w:val="right"/>
      </w:pPr>
      <w:r>
        <w:t>ہندو پران میں آیا ہے اور بھی کئی جگہ آیا ہے۔</w:t>
      </w:r>
    </w:p>
    <w:p>
      <w:r>
        <w:rPr>
          <w:b/>
        </w:rPr>
        <w:t xml:space="preserve">[07:30] </w:t>
      </w:r>
      <w:r>
        <w:t>is se andaza hota hai ke har zamanay ke prophet, har zamanay ke peghambar yeh batate rahe ke ek zamanay ayega jab ke Yajuj Majuj zahir honge.</w:t>
      </w:r>
    </w:p>
    <w:p>
      <w:pPr>
        <w:jc w:val="right"/>
      </w:pPr>
      <w:r>
        <w:t>اس سے اندازہ ہوتا ہے کہ ہر زمانے کے پرافٹ، ہر زمانے کے پیغمبر یہ بتاتے رہے کہ ایک زمانہ آئے گا جب کہ یاجوج ماجوج ظاہر ہوں گے۔</w:t>
      </w:r>
    </w:p>
    <w:p>
      <w:r>
        <w:rPr>
          <w:b/>
        </w:rPr>
        <w:t xml:space="preserve">[07:44] </w:t>
      </w:r>
      <w:r>
        <w:t>kyun ke Yajuj Majuj se history mein ek naya age shuru hone wala tha.</w:t>
      </w:r>
    </w:p>
    <w:p>
      <w:pPr>
        <w:jc w:val="right"/>
      </w:pPr>
      <w:r>
        <w:t>کیونکہ یاجوج ماجوج سے ہسٹری میں ایک نیا ایج شروع ہونے والا تھا۔</w:t>
      </w:r>
    </w:p>
    <w:p>
      <w:r>
        <w:rPr>
          <w:b/>
        </w:rPr>
        <w:t xml:space="preserve">[07:53] </w:t>
      </w:r>
      <w:r>
        <w:t>wo kya</w:t>
      </w:r>
    </w:p>
    <w:p>
      <w:pPr>
        <w:jc w:val="right"/>
      </w:pPr>
      <w:r>
        <w:t>وہ کیا</w:t>
      </w:r>
    </w:p>
    <w:p>
      <w:r>
        <w:rPr>
          <w:b/>
        </w:rPr>
        <w:t xml:space="preserve">[07:54] </w:t>
      </w:r>
      <w:r>
        <w:t>dekhen, Yajuj Majuj ko aap dekhen agar kisi book mein to wo Bible ke lehaz se is ka naam hota hai Gog Magog.</w:t>
      </w:r>
    </w:p>
    <w:p>
      <w:pPr>
        <w:jc w:val="right"/>
      </w:pPr>
      <w:r>
        <w:t>؟ دیکھیں، یاجوج ماجوج کو آپ دیکھیں اگر کسی بک میں تو وہ بائبل کے لحاظ سے اس کا نام ہوتا ہے گاگ میگاگ۔</w:t>
      </w:r>
    </w:p>
    <w:p>
      <w:r>
        <w:rPr>
          <w:b/>
        </w:rPr>
        <w:t xml:space="preserve">[08:05] </w:t>
      </w:r>
      <w:r>
        <w:t>Gog Magog, ya Yajuj Majuj, kaun log hain? Is ke bare mein maine kafi parha, kafi parha. To jo maine paya wo arz karta hoon.</w:t>
      </w:r>
    </w:p>
    <w:p>
      <w:pPr>
        <w:jc w:val="right"/>
      </w:pPr>
      <w:r>
        <w:t>گاگ میگاگ یا یاجوج ماجوج کون لوگ ہیں؟ اس کے بارے میں میں نے کافی پڑھا، کافی پڑھا۔ تو جو میں نے پایا وہ عرض کرتا ہوں۔</w:t>
      </w:r>
    </w:p>
    <w:p>
      <w:r>
        <w:rPr>
          <w:b/>
        </w:rPr>
        <w:t xml:space="preserve">[08:18] </w:t>
      </w:r>
      <w:r>
        <w:t>asal mein ye log samajhte hain ke aaj yaajooj maajooj koi bohat hi anokhe cheez honge, un ke sir par seengh hon gi, un ke hath jo hain wo taar ki tarah lambe honge.</w:t>
      </w:r>
    </w:p>
    <w:p>
      <w:pPr>
        <w:jc w:val="right"/>
      </w:pPr>
      <w:r>
        <w:t>اصل میں یہ لوگ سمجھتے ہیں کہ آج یاجوج ماجوج کوئی بہت ہی انوکھے چیز ہوں گے، ان کے سر پر سینگ ہوں گی، ان کے ہاتھ جو ہیں وہ تار کی طرح لمبے ہوں گے۔</w:t>
      </w:r>
    </w:p>
    <w:p>
      <w:r>
        <w:rPr>
          <w:b/>
        </w:rPr>
        <w:t xml:space="preserve">[08:31] </w:t>
      </w:r>
      <w:r>
        <w:t>ye sab kuch bhi nahin. yaajooj maajooj hamare jaise hi insan.</w:t>
      </w:r>
    </w:p>
    <w:p>
      <w:pPr>
        <w:jc w:val="right"/>
      </w:pPr>
      <w:r>
        <w:t>یہ سب کچھ بھی نہیں۔ یاجوج ماجوج ہمارے جیسے ہی انسان۔</w:t>
      </w:r>
    </w:p>
    <w:p>
      <w:r>
        <w:rPr>
          <w:b/>
        </w:rPr>
        <w:t xml:space="preserve">[08:40] </w:t>
      </w:r>
      <w:r>
        <w:t>to hazrat nooh se ye kahani shuru hoti hai.</w:t>
      </w:r>
    </w:p>
    <w:p>
      <w:pPr>
        <w:jc w:val="right"/>
      </w:pPr>
      <w:r>
        <w:t>تو حضرت نوح سے یہ کہانی شروع ہوتی ہے۔</w:t>
      </w:r>
    </w:p>
    <w:p>
      <w:r>
        <w:rPr>
          <w:b/>
        </w:rPr>
        <w:t xml:space="preserve">[08:43] </w:t>
      </w:r>
      <w:r>
        <w:t>aap jante hain ke hazrat nooh ke zamane mein flood aaya, ye mausam meso mesopotamia ke area mein jis ko hum iraq kehte hain.</w:t>
      </w:r>
    </w:p>
    <w:p>
      <w:pPr>
        <w:jc w:val="right"/>
      </w:pPr>
      <w:r>
        <w:t>آپ جانتے ہیں کہ حضرت نوح کے زمانے میں فلڈ آیا، یہ موسم میسو میسوپوٹیمیا کے ایریا میں جس کو ہم عراق کہتے ہیں۔</w:t>
      </w:r>
    </w:p>
    <w:p>
      <w:r>
        <w:rPr>
          <w:b/>
        </w:rPr>
        <w:t xml:space="preserve">[08:54] </w:t>
      </w:r>
      <w:r>
        <w:t>pehle insan wahin hua karta tha. to thorre se insano ko chhod kar sare log is mein doob kar khatm ho gaye. to hazrat nooh ke do teen bete the: haam, saam, yaafath.</w:t>
      </w:r>
    </w:p>
    <w:p>
      <w:pPr>
        <w:jc w:val="right"/>
      </w:pPr>
      <w:r>
        <w:t>پہلے انسان وہیں ہوا کرتا تھا۔ تو تھوڑے سے انسانوں کو چھوڑ کر سارے لوگ اس میں ڈوب کر ختم ہو گئے۔ تو حضرت نوح کے دو تین بیٹے تھے: ہام، سام، یافث۔</w:t>
      </w:r>
    </w:p>
    <w:p>
      <w:r>
        <w:rPr>
          <w:b/>
        </w:rPr>
        <w:t xml:space="preserve">[09:11] </w:t>
      </w:r>
      <w:r>
        <w:t>to haam aur saam jo hain ye asia mein base aur yaafath jo hain yahi log the jo europe mein base.</w:t>
      </w:r>
    </w:p>
    <w:p>
      <w:pPr>
        <w:jc w:val="right"/>
      </w:pPr>
      <w:r>
        <w:t>تو ہام اور سام جو ہیں یہ ایشیا میں بسے اور یافث جو ہیں یہی لوگ تھے جو یورپ میں بسے۔</w:t>
      </w:r>
    </w:p>
    <w:p>
      <w:r>
        <w:rPr>
          <w:b/>
        </w:rPr>
        <w:t xml:space="preserve">[09:22] </w:t>
      </w:r>
      <w:r>
        <w:t>kyun ke jo kashti thi un ki, quran mein bataya gaya hai ke joodi pahad par thehri, wahin log utre. joodi pahad turki ke kust, turki ke kinare hai.</w:t>
      </w:r>
    </w:p>
    <w:p>
      <w:pPr>
        <w:jc w:val="right"/>
      </w:pPr>
      <w:r>
        <w:t>کیونکہ جو کشتی تھی ان کی، قرآن میں بتایا گیا ہے کہ جودی پہاڑ پر ٹھہری، وہیں لوگ اترے۔ جودی پہاڑ ترکی کے کوست، ترکی کے کنارے ہے۔</w:t>
      </w:r>
    </w:p>
    <w:p>
      <w:r>
        <w:rPr>
          <w:b/>
        </w:rPr>
        <w:t xml:space="preserve">[09:38] </w:t>
      </w:r>
      <w:r>
        <w:t>ab is ki satellite se is ki kashti bhi dekhi ja chuki hai. to yaafath jo the wo turki mein, phir russia mein un ki naslein gayeen,</w:t>
      </w:r>
    </w:p>
    <w:p>
      <w:pPr>
        <w:jc w:val="right"/>
      </w:pPr>
      <w:r>
        <w:t>اب اس کی سیٹلائٹ سے اس کی کشتی بھی دیکھی جا چکی ہے۔ تو یافث جو تھے وہ ترکی میں، پھر رشیا میں ان کی نسلیں گئیں،</w:t>
      </w:r>
    </w:p>
    <w:p>
      <w:r>
        <w:rPr>
          <w:b/>
        </w:rPr>
        <w:t xml:space="preserve">[09:52] </w:t>
      </w:r>
      <w:r>
        <w:t>phir britain mein, germany mein, france mein ye log phailay. yahi hain yaajooj maajooj, yani western nations jo hain wahi yaajooj maajooj hain.</w:t>
      </w:r>
    </w:p>
    <w:p>
      <w:pPr>
        <w:jc w:val="right"/>
      </w:pPr>
      <w:r>
        <w:t>پھر برٹن میں، جرمنی میں، فرانس میں یہ لوگ پھیلے۔ یہی ہیں یاجوج ماجوج، یعنی ویسٹرن نیشنز جو ہیں وہی یاجوج ماجوج ہیں۔</w:t>
      </w:r>
    </w:p>
    <w:p>
      <w:r>
        <w:rPr>
          <w:b/>
        </w:rPr>
        <w:t xml:space="preserve">[10:03] </w:t>
      </w:r>
      <w:r>
        <w:t>is par detail agar aap janna chahenge references ke sath to main ek book likhi hai, maine 50 pages ki, is mein sare references hain, is ko aap dekh sakte hain, wo jaldi chhape gi.</w:t>
      </w:r>
    </w:p>
    <w:p>
      <w:pPr>
        <w:jc w:val="right"/>
      </w:pPr>
      <w:r>
        <w:t>اس پر ڈیٹیل اگر آپ جاننا چاہیں گے ریفرنسز کے ساتھ تو میں ایک بک لکھی ہے، میں نے 50 پیجز کی، اس میں سارے ریفرنسز ہیں، اس کو آپ دیکھ سکتے ہیں، وہ جلدی چھپے گی۔</w:t>
      </w:r>
    </w:p>
    <w:p>
      <w:r>
        <w:rPr>
          <w:b/>
        </w:rPr>
        <w:t xml:space="preserve">[10:16] </w:t>
      </w:r>
      <w:r>
        <w:t>is ko main likh chuka hoon lekin chhapne mein ek do mahina lagega abhi. to is mein sare references maine de diye hain. abhi main sirf narrative way mein bata raha hoon aap ko.</w:t>
      </w:r>
    </w:p>
    <w:p>
      <w:pPr>
        <w:jc w:val="right"/>
      </w:pPr>
      <w:r>
        <w:t>اس کو میں لکھ چکا ہوں لیکن چھپنے میں ایک دو مہینہ لگے گا ابھی۔ تو اس میں سارے ریفرنسز میں نے دے دیے ہیں۔ ابھی میں صرف نیریٹیو وے میں بتا رہا ہوں آپ کو۔</w:t>
      </w:r>
    </w:p>
    <w:p>
      <w:r>
        <w:rPr>
          <w:b/>
        </w:rPr>
        <w:t xml:space="preserve">[10:26] </w:t>
      </w:r>
      <w:r>
        <w:t>to ye log jo hain western europe jis ko hum kehte hain, ye western nations, inhi ki aulad hain ye.</w:t>
      </w:r>
    </w:p>
    <w:p>
      <w:pPr>
        <w:jc w:val="right"/>
      </w:pPr>
      <w:r>
        <w:t>تو یہ لوگ جو ہیں ویسٹرن یورپ جس کو ہم کہتے ہیں، یہ ویسٹرن نیشنز، انہی کی اولاد ہیں یہ۔</w:t>
      </w:r>
    </w:p>
    <w:p>
      <w:r>
        <w:rPr>
          <w:b/>
        </w:rPr>
        <w:t xml:space="preserve">[10:37] </w:t>
      </w:r>
      <w:r>
        <w:t>to kya hua ke in ke do period hain: ek zulqarnain ke zamane ka aur doosra jab hatta fatah yaajooj o maajooj hai, yani jab khol diye gaye wo.</w:t>
      </w:r>
    </w:p>
    <w:p>
      <w:pPr>
        <w:jc w:val="right"/>
      </w:pPr>
      <w:r>
        <w:t>تو کیا ہوا کہ ان کے دو پیریڈ ہیں: ایک ذوالقرنین کے زمانے کا اور دوسرا جب حتیٰ فتح تاجوج و ماجوج ہے، یعنی جب کھول دیے گئے وہ۔</w:t>
      </w:r>
    </w:p>
    <w:p>
      <w:r>
        <w:rPr>
          <w:b/>
        </w:rPr>
        <w:t xml:space="preserve">[10:52] </w:t>
      </w:r>
      <w:r>
        <w:t>ye zulqarnain ne ek ek bana diya tha, ek wall bohat bari, lambi, bohat lambi chaudi un ko rokne ke liye, lekin wo dheere dheere toot gayi.</w:t>
      </w:r>
    </w:p>
    <w:p>
      <w:pPr>
        <w:jc w:val="right"/>
      </w:pPr>
      <w:r>
        <w:t>یہ ذوالقرنین نے ایک ایک بنا دیا تھا، ایک وال بہت بڑی، لمبی، بہت لمبی چوڑی ان کو روکنے کے لیے، لیکن وہ دھیرے دھیرے ٹوٹ گئی۔</w:t>
      </w:r>
    </w:p>
    <w:p>
      <w:r>
        <w:rPr>
          <w:b/>
        </w:rPr>
        <w:t xml:space="preserve">[11:05] </w:t>
      </w:r>
      <w:r>
        <w:t>jab toot gayi to wo nikal kar europe mein phail gaye jis ko quran mein bataya gaya hai ke fatah yaajooj o maajooj min kuloob</w:t>
      </w:r>
    </w:p>
    <w:p>
      <w:pPr>
        <w:jc w:val="right"/>
      </w:pPr>
      <w:r>
        <w:t>جب ٹوٹ گئی تو وہ نکل کر یورپ میں پھیل گئے جس کو قرآن میں بتایا گیا ہے کہ فتح یاجوج و ماجوج من کلون</w:t>
      </w:r>
    </w:p>
    <w:p>
      <w:r>
        <w:rPr>
          <w:b/>
        </w:rPr>
        <w:t xml:space="preserve">[11:15] </w:t>
      </w:r>
      <w:r>
        <w:t>. yahan par jo mujhe qulo mila, wo qulo ye hai ke rasool Allah salallahu alaihi wasallam arab mein jab idelity ka khatma ho gaya, shirk ka khatma ho gaya,</w:t>
      </w:r>
    </w:p>
    <w:p>
      <w:pPr>
        <w:jc w:val="right"/>
      </w:pPr>
      <w:r>
        <w:t>۔ یہاں پر جو مجھے قلو ملا، وہ قلو یہ ہے کہ رسول اللہ صلی اللہ علیہ وسلم عرب میں جب ائیڈیلٹی کا خاتمہ ہو گیا، شرک کا خاتمہ ہو گیا،</w:t>
      </w:r>
    </w:p>
    <w:p>
      <w:r>
        <w:rPr>
          <w:b/>
        </w:rPr>
        <w:t xml:space="preserve">[11:29] </w:t>
      </w:r>
      <w:r>
        <w:t>us waqt ki baat hai ke aap madina mein the, aap ki ahliya thin zainab, un ke ghar par so rahe the.</w:t>
      </w:r>
    </w:p>
    <w:p>
      <w:pPr>
        <w:jc w:val="right"/>
      </w:pPr>
      <w:r>
        <w:t>اس وقت کی بات ہے کہ آپ مدینہ میں تھے، آپ کی اہلیہ تھیں زینب، ان کے گھر پر سو رہے تھے۔</w:t>
      </w:r>
    </w:p>
    <w:p>
      <w:r>
        <w:rPr>
          <w:b/>
        </w:rPr>
        <w:t xml:space="preserve">[11:41] </w:t>
      </w:r>
      <w:r>
        <w:t>aap neend se uthe, aap to aap ne kaha ke us waqt aap ne farmaya ke aaj maine mujhe yeh baat neend mein batai gayi, shayad khwab ke zariye se ke yaajooj maajooj ki deewar toot gayi, is mein shigaaf ho gaya.</w:t>
      </w:r>
    </w:p>
    <w:p>
      <w:pPr>
        <w:jc w:val="right"/>
      </w:pPr>
      <w:r>
        <w:t>آپ نیند سے اٹھے، آپ تو آپ نے کہا کہ اس وقت آپ نے فرمایا کہ آج میں نے مجھے یہ بات نیند میں بتائی گئی، شاید خواب کے ذریعے سے کہ یاجوج ماجوج کی دیوار ٹوٹ گئی، اس میں شگاف ہو گیا۔</w:t>
      </w:r>
    </w:p>
    <w:p>
      <w:r>
        <w:rPr>
          <w:b/>
        </w:rPr>
        <w:t xml:space="preserve">[12:01] </w:t>
      </w:r>
      <w:r>
        <w:t>aaj is mein aaj ka lafz hai,</w:t>
      </w:r>
    </w:p>
    <w:p>
      <w:pPr>
        <w:jc w:val="right"/>
      </w:pPr>
      <w:r>
        <w:t>آج اس میں آج کا لفظ ہے،</w:t>
      </w:r>
    </w:p>
    <w:p>
      <w:r>
        <w:rPr>
          <w:b/>
        </w:rPr>
        <w:t xml:space="preserve">[12:05] </w:t>
      </w:r>
      <w:r>
        <w:t>aaj yaajooj maajooj ki deewar mein shigaaf ho gaya. is par maine socha ke wo kya cheez hai? wo haqeeqat mein hai nature worship ka khatma,</w:t>
      </w:r>
    </w:p>
    <w:p>
      <w:pPr>
        <w:jc w:val="right"/>
      </w:pPr>
      <w:r>
        <w:t>آج یاجوج ماجوج کی دیوار میں شگاف ہو گیا۔ اس پر میں نے سوچا کہ وہ کیا چیز ہے؟ وہ حقیقت میں ہے نیچر ورشپ کا خاتمہ،</w:t>
      </w:r>
    </w:p>
    <w:p>
      <w:r>
        <w:rPr>
          <w:b/>
        </w:rPr>
        <w:t xml:space="preserve">[12:18] </w:t>
      </w:r>
      <w:r>
        <w:t>yani nature worship jo thi hazaron saal se duniya mein</w:t>
      </w:r>
    </w:p>
    <w:p>
      <w:pPr>
        <w:jc w:val="right"/>
      </w:pPr>
      <w:r>
        <w:t>یعنی نیچر ورشپ جو تھی ہزاروں سال سے دنیا میں</w:t>
      </w:r>
    </w:p>
    <w:p>
      <w:r>
        <w:rPr>
          <w:b/>
        </w:rPr>
        <w:t xml:space="preserve">[12:23] </w:t>
      </w:r>
      <w:r>
        <w:t>pai jati thi.</w:t>
      </w:r>
    </w:p>
    <w:p>
      <w:pPr>
        <w:jc w:val="right"/>
      </w:pPr>
      <w:r>
        <w:t>پائی جاتی تھی۔</w:t>
      </w:r>
    </w:p>
    <w:p>
      <w:r>
        <w:rPr>
          <w:b/>
        </w:rPr>
        <w:t xml:space="preserve">[12:25] </w:t>
      </w:r>
      <w:r>
        <w:t>yani yeh jo nature jis ko hum kehte hain khuda ki creation, us ke andar</w:t>
      </w:r>
    </w:p>
    <w:p>
      <w:pPr>
        <w:jc w:val="right"/>
      </w:pPr>
      <w:r>
        <w:t>یعنی یہ جو نیچر جس کو ہم کہتے ہیں خدا کی کریشن، اس کے اندر</w:t>
      </w:r>
    </w:p>
    <w:p>
      <w:r>
        <w:rPr>
          <w:b/>
        </w:rPr>
        <w:t xml:space="preserve">[12:31] </w:t>
      </w:r>
      <w:r>
        <w:t>saare wo cheezein chupi hui thi jis ko aaj hum kehte hain civilization,</w:t>
      </w:r>
    </w:p>
    <w:p>
      <w:pPr>
        <w:jc w:val="right"/>
      </w:pPr>
      <w:r>
        <w:t>سارے وہ چیزیں چھپی ہوئی تھیں جس کو آج ہم کہتے ہیں سویلائزیشن،</w:t>
      </w:r>
    </w:p>
    <w:p>
      <w:r>
        <w:rPr>
          <w:b/>
        </w:rPr>
        <w:t xml:space="preserve">[12:37] </w:t>
      </w:r>
      <w:r>
        <w:t>maslan electricity aur</w:t>
      </w:r>
    </w:p>
    <w:p>
      <w:pPr>
        <w:jc w:val="right"/>
      </w:pPr>
      <w:r>
        <w:t>مثلاً الیکٹریسٹی اور</w:t>
      </w:r>
    </w:p>
    <w:p>
      <w:r>
        <w:rPr>
          <w:b/>
        </w:rPr>
        <w:t xml:space="preserve">[12:42] </w:t>
      </w:r>
      <w:r>
        <w:t>tele communication aur aviation, koi bhi cheez jis ko aaj hum jante hain taraqqi ke cheezain, woh</w:t>
      </w:r>
    </w:p>
    <w:p>
      <w:pPr>
        <w:jc w:val="right"/>
      </w:pPr>
      <w:r>
        <w:t>ٹیلی کمیونیکیشن اور ایوی ایشن، کوئی بھی چیز جس کو آج ہم جانتے ہیں ترقی کے چیزیں، وہ</w:t>
      </w:r>
    </w:p>
    <w:p>
      <w:r>
        <w:rPr>
          <w:b/>
        </w:rPr>
        <w:t xml:space="preserve">[12:50] </w:t>
      </w:r>
      <w:r>
        <w:t>sab chupi hui theen nature mein.</w:t>
      </w:r>
    </w:p>
    <w:p>
      <w:pPr>
        <w:jc w:val="right"/>
      </w:pPr>
      <w:r>
        <w:t>سب چھپی ہوئی تھیں نیچر میں۔</w:t>
      </w:r>
    </w:p>
    <w:p>
      <w:r>
        <w:rPr>
          <w:b/>
        </w:rPr>
        <w:t xml:space="preserve">[12:53] </w:t>
      </w:r>
      <w:r>
        <w:t>to nature ko chunke aadmi poochta tha ke at that time nature was an object of worship for mankind,</w:t>
      </w:r>
    </w:p>
    <w:p>
      <w:pPr>
        <w:jc w:val="right"/>
      </w:pPr>
      <w:r>
        <w:t>تو نیچر کو چونکہ آدمی پوچھتا تھا کہ ایٹ دیٹ ٹائم نیچر واز ا اینڈ این ابجیکٹ آف ورشپ فار مین کائنڈ،</w:t>
      </w:r>
    </w:p>
    <w:p>
      <w:r>
        <w:rPr>
          <w:b/>
        </w:rPr>
        <w:t xml:space="preserve">[13:08] </w:t>
      </w:r>
      <w:r>
        <w:t>us waqt insan ne nature ko poojne ka object bana rakha tha. to</w:t>
      </w:r>
    </w:p>
    <w:p>
      <w:pPr>
        <w:jc w:val="right"/>
      </w:pPr>
      <w:r>
        <w:t>اس وقت انسان نے نیچر کو پوجنے کا ابجیکٹ بنا رکھا تھا۔ تو</w:t>
      </w:r>
    </w:p>
    <w:p>
      <w:r>
        <w:rPr>
          <w:b/>
        </w:rPr>
        <w:t xml:space="preserve">[13:16] </w:t>
      </w:r>
      <w:r>
        <w:t>aap aap jaan sakte hain ke jis cheez ko aadmi poochta ho, Khuda samajhta ho, us ko wo conquer karne ko nahin sochega, us ko explore karne ko nahin sochega.</w:t>
      </w:r>
    </w:p>
    <w:p>
      <w:pPr>
        <w:jc w:val="right"/>
      </w:pPr>
      <w:r>
        <w:t>آپ آپ جان سکتے ہیں کہ جس چیز کو آدمی پوچھتا ہو، خدا سمجھتا ہو، اس کو وہ کانکر کرنے کو نہیں سوچے گا، اس کو ایکسپلور کرنے کو نہیں سوچے گا۔</w:t>
      </w:r>
    </w:p>
    <w:p>
      <w:r>
        <w:rPr>
          <w:b/>
        </w:rPr>
        <w:t xml:space="preserve">[13:26] </w:t>
      </w:r>
      <w:r>
        <w:t>to pehli baar jab yeh hua ke nature ko displace kiya gaya, nature ko divinity se hataya gaya, tab woh cheez aayi jab jisko kehte hain taskheer-e-fitrat, yani explore karna nature ko.</w:t>
      </w:r>
    </w:p>
    <w:p>
      <w:pPr>
        <w:jc w:val="right"/>
      </w:pPr>
      <w:r>
        <w:t>تو پہلی بار جب یہ ہوا کہ نیچر کو ڈسپلیس کیا گیا، نیچر کو ڈیوینیٹی سے ہٹایا گیا، تب وہ چیز آئی جب جس کو کہتے ہیں تسخیر فطرت، یعنی ایکسپلور کرنا نیچر کو۔</w:t>
      </w:r>
    </w:p>
    <w:p>
      <w:r>
        <w:rPr>
          <w:b/>
        </w:rPr>
        <w:t xml:space="preserve">[13:43] </w:t>
      </w:r>
      <w:r>
        <w:t>yeh saara kaam Yajuj Majuj ne kiya, matlab western nations ne, aur is mein sankron sankron saal lagay.</w:t>
      </w:r>
    </w:p>
    <w:p>
      <w:pPr>
        <w:jc w:val="right"/>
      </w:pPr>
      <w:r>
        <w:t>یہ سارا کام یاجوج ماجوج نے کیا، مطلب ویسٹرن نیشنز نے، اور اس میں سینکڑوں سینکڑوں سال لگے۔</w:t>
      </w:r>
    </w:p>
    <w:p>
      <w:r>
        <w:rPr>
          <w:b/>
        </w:rPr>
        <w:t xml:space="preserve">[13:54] </w:t>
      </w:r>
      <w:r>
        <w:t>to Renaissance ke baad jo inqilab aaya, woh asal mein yahi log hain jinhone woh inqilab barpa kiya ke nature ko explore kiya, industrial civilization paida kiya,</w:t>
      </w:r>
    </w:p>
    <w:p>
      <w:pPr>
        <w:jc w:val="right"/>
      </w:pPr>
      <w:r>
        <w:t>تو رینیساں کے بعد جو انقلاب آیا، وہ اصل میں یہی لوگ ہیں جنہوں نے وہ انقلاب برپا کیا کہ نیچر کو ایکسپلور کیا، انڈسٹریل سویلائزیشن پیدا کیا،</w:t>
      </w:r>
    </w:p>
    <w:p>
      <w:r>
        <w:rPr>
          <w:b/>
        </w:rPr>
        <w:t xml:space="preserve">[14:07] </w:t>
      </w:r>
      <w:r>
        <w:t>aur jo kuch bhi hum jante hain, telecommunication, electricity, aviation, jo kuch bhi hum jante hain aaj development ke naam se, woh sab inhi logon ne kiya.</w:t>
      </w:r>
    </w:p>
    <w:p>
      <w:pPr>
        <w:jc w:val="right"/>
      </w:pPr>
      <w:r>
        <w:t>اور جو کچھ بھی ہم جانتے ہیں، ٹیلی کمیونیکیشن، الیکٹریسٹی، ایوی ایشن، جو کچھ بھی ہم جانتے ہیں آج ڈیولپمنٹ کے نام سے، وہ سب انہی لوگوں نے کیا۔</w:t>
      </w:r>
    </w:p>
    <w:p>
      <w:r>
        <w:rPr>
          <w:b/>
        </w:rPr>
        <w:t xml:space="preserve">[14:19] </w:t>
      </w:r>
      <w:r>
        <w:t>to</w:t>
      </w:r>
    </w:p>
    <w:p>
      <w:pPr>
        <w:jc w:val="right"/>
      </w:pPr>
      <w:r>
        <w:t>تو</w:t>
      </w:r>
    </w:p>
    <w:p>
      <w:r>
        <w:rPr>
          <w:b/>
        </w:rPr>
        <w:t xml:space="preserve">[14:20] </w:t>
      </w:r>
      <w:r>
        <w:t>yahan se shuru hoti hai ek nayi kahani, nayi kahani, nayi kahani kya? Naye qism ki opportunities ka saamne aana.</w:t>
      </w:r>
    </w:p>
    <w:p>
      <w:pPr>
        <w:jc w:val="right"/>
      </w:pPr>
      <w:r>
        <w:t>یہاں سے شروع ہوتی ہے ایک نئی کہانی، نئی کہانی، نئی کہانی کیا؟ نئے قسم کی اپرچونیٹیز کا سامنے آنا۔</w:t>
      </w:r>
    </w:p>
    <w:p>
      <w:r>
        <w:rPr>
          <w:b/>
        </w:rPr>
        <w:t xml:space="preserve">[14:31] </w:t>
      </w:r>
      <w:r>
        <w:t>pehlay jo tha, jo traditional zamana tha, ab ko hum kehte hain scientific age, traditional age aur scientific age. To traditional age mein jo tha, sirf sab traditional cheezein hua karti theen.</w:t>
      </w:r>
    </w:p>
    <w:p>
      <w:pPr>
        <w:jc w:val="right"/>
      </w:pPr>
      <w:r>
        <w:t>پہلے جو تھا، جو ٹریڈیشنل زمانہ تھا، اب کو ہم کہتے ہیں سائنٹیفک ایج، ٹریڈیشنل ایج اور سائنٹیفک ایج۔ تو ٹریڈیشنل ایج میں جو تھا، صرف سب ٹریڈیشنل چیزیں ہوا کرتی تھیں۔</w:t>
      </w:r>
    </w:p>
    <w:p>
      <w:r>
        <w:rPr>
          <w:b/>
        </w:rPr>
        <w:t xml:space="preserve">[14:47] </w:t>
      </w:r>
      <w:r>
        <w:t>jab scientific age aaya to nayi opportunities khulien. Is waqt opportunities bohat hi limited theen, bohat limited. Nayi opportunities jo theen, is mein uska negative aspect bhi tha aur positive aspect bhi tha.</w:t>
      </w:r>
    </w:p>
    <w:p>
      <w:pPr>
        <w:jc w:val="right"/>
      </w:pPr>
      <w:r>
        <w:t>جب سائنٹیفک ایج آیا تو نئی اپرچونیٹیز کھلیں۔ اس وقت اپرچونیٹیز بہت ہی لمیٹڈ تھیں، بہت لمیٹڈ۔ نئی اپرچونیٹیز جو تھیں، اس میں اس کا نیگیٹیو اسپیکٹ بھی تھا اور پاس پازیٹیو اسپیکٹ بھی تھا۔</w:t>
      </w:r>
    </w:p>
    <w:p>
      <w:r>
        <w:rPr>
          <w:b/>
        </w:rPr>
        <w:t xml:space="preserve">[15:02] </w:t>
      </w:r>
      <w:r>
        <w:t>yahi waqt hai jab ke do personalities ubharti hain, hadith ke alfaaz mein, Dajjal aur Mahdi.</w:t>
      </w:r>
    </w:p>
    <w:p>
      <w:pPr>
        <w:jc w:val="right"/>
      </w:pPr>
      <w:r>
        <w:t>یہی وقت ہے جب کہ دو پرسنیلٹیز ابھرتی ہیں، حدیث کے الفاظ میں، دجال اور مہدی۔</w:t>
      </w:r>
    </w:p>
    <w:p>
      <w:r>
        <w:rPr>
          <w:b/>
        </w:rPr>
        <w:t xml:space="preserve">[15:09] </w:t>
      </w:r>
      <w:r>
        <w:t>Dajjal aur Mahdi ka jo phenomena hai, woh haqeeqatan nayi opportunities, opportunities ko avail karne ka phenomena hai. Nayi opportunities ko jisne avail kiya negative sense mein, woh Dajjal kaha gaya,</w:t>
      </w:r>
    </w:p>
    <w:p>
      <w:pPr>
        <w:jc w:val="right"/>
      </w:pPr>
      <w:r>
        <w:t>دجال اور مہدی کا جو فیناومینا ہے، وہ حقیقتاً نئی اپرچونیٹیز، اپرچونیٹیز کو اویل کرنے کا فیناومینا ہے۔ نئی اپرچونیٹیز کو جس نے اویل کیا نیگیٹیو سینس میں، وہ دجال کہا گیا،</w:t>
      </w:r>
    </w:p>
    <w:p>
      <w:r>
        <w:rPr>
          <w:b/>
        </w:rPr>
        <w:t xml:space="preserve">[15:25] </w:t>
      </w:r>
      <w:r>
        <w:t>aur nayi opportunities ko jisne avail kiya positive sense mein, usko Mahdi kaha gaya. Yaad rakhein, koi bhi aadmi, chahe prophet kyun na ho, kuch opportunities ko avail karta hai.</w:t>
      </w:r>
    </w:p>
    <w:p>
      <w:pPr>
        <w:jc w:val="right"/>
      </w:pPr>
      <w:r>
        <w:t>اور نئی اپرچونیٹیز کو جس نے اویل کیا پازیٹیو سینس میں، اس کو مہدی کہا گیا۔ یاد رکھیں، کوئی بھی آدمی، چاہے پرافٹی کیوں نہ ہو، کچھ اپرچونیٹیز کو اویل کرتا ہے۔</w:t>
      </w:r>
    </w:p>
    <w:p>
      <w:r>
        <w:rPr>
          <w:b/>
        </w:rPr>
        <w:t xml:space="preserve">[15:39] </w:t>
      </w:r>
      <w:r>
        <w:t>koi bhi insaan, chahe woh leader ho ya thinker ho ya reformer ho ya prophet ho, 50 percent role hota hai uska, 50 percent hota hai opportunities ka role.</w:t>
      </w:r>
    </w:p>
    <w:p>
      <w:pPr>
        <w:jc w:val="right"/>
      </w:pPr>
      <w:r>
        <w:t>کوئی بھی انسان، چاہے چاہے وہ لیڈر ہو یا تھنکر ہو یا ریفارمر ہو یا پرافٹ ہو، 50 پرسنٹ رول ہوتا ہے اس کا، 50 پرسنٹ ہوتا ہے اپرچونیٹیز کا رول۔</w:t>
      </w:r>
    </w:p>
    <w:p>
      <w:r>
        <w:rPr>
          <w:b/>
        </w:rPr>
        <w:t xml:space="preserve">[15:53] </w:t>
      </w:r>
      <w:r>
        <w:t>to Dajjal aur Mahdi dono hi 50 percent role hai inka. To nayi opportunities jo khuli theen, khuli theen western Europe aur phir poore Europe mein, phir America aur mein phaila, woh industrial revolution</w:t>
      </w:r>
    </w:p>
    <w:p>
      <w:pPr>
        <w:jc w:val="right"/>
      </w:pPr>
      <w:r>
        <w:t>تو دجال اور مہدی دونوں ہی 50 پرسنٹ رول ہے ان کا۔ تو نئی اپرچونیٹیز جو کھلی تھیں، کھلی تھیں ویسٹرن یورپ اور پھر پورے یورپ میں، پھر امریکہ اور میں پھیلا، وہ انڈسٹریل ریولوشن</w:t>
      </w:r>
    </w:p>
    <w:p>
      <w:r>
        <w:rPr>
          <w:b/>
        </w:rPr>
        <w:t xml:space="preserve">[16:09] </w:t>
      </w:r>
      <w:r>
        <w:t>. To industrial revolution ke zariye jo naye mawaqay, nayi opportunities, naye scope khule, unko avail karne ke liye log uthe. To ek woh hain jinhone negative sense mein avail kiya, doosre woh hain jinhone positive sense mein avail kiya.</w:t>
      </w:r>
    </w:p>
    <w:p>
      <w:pPr>
        <w:jc w:val="right"/>
      </w:pPr>
      <w:r>
        <w:t>۔ تو انڈسٹریل ریولوشن کے ذریعے جو نئے مواقع، نئی اپرچونیٹیز، نئے سکوپ کھلے، ان کو اویل کرنے کے لیے لوگ اٹھے۔ تو ایک وہ ہیں جنہوں نے نیگیٹیو سینس میں اویل کیا، دوسرے وہ ہیں جنہوں نے پازیٹیو سینس میں اویل کیا۔</w:t>
      </w:r>
    </w:p>
    <w:p>
      <w:r>
        <w:rPr>
          <w:b/>
        </w:rPr>
        <w:t xml:space="preserve">[16:24] </w:t>
      </w:r>
      <w:r>
        <w:t>to ek ko Dajjal kaha gaya, ek ko Mahdi kaha gaya.</w:t>
      </w:r>
    </w:p>
    <w:p>
      <w:pPr>
        <w:jc w:val="right"/>
      </w:pPr>
      <w:r>
        <w:t>تو ایک کو دجال کہا گیا، ایک کو مہدی کہا گیا۔</w:t>
      </w:r>
    </w:p>
    <w:p>
      <w:r>
        <w:rPr>
          <w:b/>
        </w:rPr>
        <w:t xml:space="preserve">[16:30] </w:t>
      </w:r>
      <w:r>
        <w:t>yeh kahani shuru hui.</w:t>
      </w:r>
    </w:p>
    <w:p>
      <w:pPr>
        <w:jc w:val="right"/>
      </w:pPr>
      <w:r>
        <w:t>یہ کہانی شروع ہوئی۔</w:t>
      </w:r>
    </w:p>
    <w:p>
      <w:r>
        <w:rPr>
          <w:b/>
        </w:rPr>
        <w:t xml:space="preserve">[16:34] </w:t>
      </w:r>
      <w:r>
        <w:t>to mein ek misaal doon ke Dajjal jo hai, kis tarah usne Dajjal ki Dajjal kiya hai?</w:t>
      </w:r>
    </w:p>
    <w:p>
      <w:pPr>
        <w:jc w:val="right"/>
      </w:pPr>
      <w:r>
        <w:t>تو میں ایک مثال دوں کہ دجال جو ہے، کس طرح اس نے دجال کی دجالی کیا ہے؟</w:t>
      </w:r>
    </w:p>
    <w:p>
      <w:r>
        <w:rPr>
          <w:b/>
        </w:rPr>
        <w:t xml:space="preserve">[16:43] </w:t>
      </w:r>
      <w:r>
        <w:t>woh sach poochein to woh hai misinterpretation, misinterpretation yani galat ta'beer.</w:t>
      </w:r>
    </w:p>
    <w:p>
      <w:pPr>
        <w:jc w:val="right"/>
      </w:pPr>
      <w:r>
        <w:t>وہ سچ پوچھیں تو وہ ہے مس انٹرپریٹیشن، مس انٹرپریٹیشن یعنی غلط تعبیر۔</w:t>
      </w:r>
    </w:p>
    <w:p>
      <w:r>
        <w:rPr>
          <w:b/>
        </w:rPr>
        <w:t xml:space="preserve">[16:52] </w:t>
      </w:r>
      <w:r>
        <w:t>misal ke tor par Sigmund Freud ko lijiye. Sigmund Freud bohat hi intelligent aadmi tha. Usne kya nazariya banaya?</w:t>
      </w:r>
    </w:p>
    <w:p>
      <w:pPr>
        <w:jc w:val="right"/>
      </w:pPr>
      <w:r>
        <w:t>مثال کے طور پر سگن فرائیڈ کو لیجئے۔ سگمنڈ فرائیڈ بہت ہی انٹیلیجنٹ آدمی تھا۔ اس نے کیا نظریہ بنایا؟</w:t>
      </w:r>
    </w:p>
    <w:p>
      <w:r>
        <w:rPr>
          <w:b/>
        </w:rPr>
        <w:t xml:space="preserve">[17:03] </w:t>
      </w:r>
      <w:r>
        <w:t>usne nazariya banaya ke sab kuch insaan ki personality ka jo development hai, they are based on desires. Insaan ke andar desires hain, is desires ko aap agar suppress karein to aap ki personality ka growth nahi hoga,</w:t>
      </w:r>
    </w:p>
    <w:p>
      <w:pPr>
        <w:jc w:val="right"/>
      </w:pPr>
      <w:r>
        <w:t>اس نے نظریہ بنایا کہ سب کچھ انسان کی پرسنیلٹی کا جو ڈیویلپمنٹ ہے، دے از بیسڈ ان ڈیزائرز۔ انسان کے اندر ڈیزائرز ہیں، اس ڈیزائرز کو آپ اگر سپریس کریں تو آپ کی پرسنیلٹی کا گروتھ نہیں ہوگا،</w:t>
      </w:r>
    </w:p>
    <w:p>
      <w:r>
        <w:rPr>
          <w:b/>
        </w:rPr>
        <w:t xml:space="preserve">[17:20] </w:t>
      </w:r>
      <w:r>
        <w:t>growth nahi hoga. To aap isko unlimited way mein isko ubharne dijiye.</w:t>
      </w:r>
    </w:p>
    <w:p>
      <w:pPr>
        <w:jc w:val="right"/>
      </w:pPr>
      <w:r>
        <w:t>گروتھ نہیں ہوگا۔ تو آپ اس کو ان لمیٹڈ وے میں اس کو ابھرنے دیجئے۔</w:t>
      </w:r>
    </w:p>
    <w:p>
      <w:r>
        <w:rPr>
          <w:b/>
        </w:rPr>
        <w:t xml:space="preserve">[17:25] </w:t>
      </w:r>
      <w:r>
        <w:t>har desire ko, koi bhi desire jo hai, desire ko aap unlimited way mein ubharne dijiye, tab aap ka personality development hoga, aap ki shakhsiyat growth hoga.</w:t>
      </w:r>
    </w:p>
    <w:p>
      <w:pPr>
        <w:jc w:val="right"/>
      </w:pPr>
      <w:r>
        <w:t>ہر ڈیزائر کو، کوئی بھی ڈیزائر جو ہے، ڈیزائر کو آپ ان لمیٹڈ وے میں ابھرنے دیجئے، تب آپ کا پرسنیلٹی ڈیولپمنٹ ہوگا، آپ کی شخصیت گروتھ ہوگا۔</w:t>
      </w:r>
    </w:p>
    <w:p>
      <w:r>
        <w:rPr>
          <w:b/>
        </w:rPr>
        <w:t xml:space="preserve">[17:36] </w:t>
      </w:r>
      <w:r>
        <w:t>to aise bohat se log paida hue. Ab mein alamat ke tor par Sigmund Freud ka naam le raha hoon. Isi se yeh culture aaya jis ko aap dekh rahe hain, aaj entertainment culture, enjoy culture,</w:t>
      </w:r>
    </w:p>
    <w:p>
      <w:pPr>
        <w:jc w:val="right"/>
      </w:pPr>
      <w:r>
        <w:t>تو ایسے بہت سے لوگ پیدا ہوئے۔ اب میں علامت کے طور پر سگمنڈ فرائیڈ کا نام لے رہا ہوں۔ اسی سے یہ کلچر آیا جس کو آپ دیکھ رہے ہیں، آج انٹرٹینمنٹ کلچر، انجوائے کلچر،</w:t>
      </w:r>
    </w:p>
    <w:p>
      <w:r>
        <w:rPr>
          <w:b/>
        </w:rPr>
        <w:t xml:space="preserve">[17:50] </w:t>
      </w:r>
      <w:r>
        <w:t>right here, right now ka culture ke bas khushiyan manao, ho ha karo, khoob enjoy karo.</w:t>
      </w:r>
    </w:p>
    <w:p>
      <w:pPr>
        <w:jc w:val="right"/>
      </w:pPr>
      <w:r>
        <w:t>رائٹ ہیر، رائٹ ناو کا کلچر کہ بس خوشیاں مناؤ، ہو ہا کرو، خوب انجوائے کرو۔</w:t>
      </w:r>
    </w:p>
    <w:p>
      <w:r>
        <w:rPr>
          <w:b/>
        </w:rPr>
        <w:t xml:space="preserve">[18:00] </w:t>
      </w:r>
      <w:r>
        <w:t>kyun? Isi mein, yani iski ek philosophy diya, isko Sigmund Freud ne aur doosre logon ne ke isi se aap ka development hoga. Is mein kitni bara yeh fallacy thi ke insaan ki sab se bari cheez desire nahi hai, sab se bara is cheez uska mind hai.</w:t>
      </w:r>
    </w:p>
    <w:p>
      <w:pPr>
        <w:jc w:val="right"/>
      </w:pPr>
      <w:r>
        <w:t>کیوں؟ اسی میں، یعنی اس کی ایک فلاسفی دیا، اس کو سگمنڈ فرائیڈ نے اور دوسرے لوگوں نے کہ اسی سے آپ کا ڈیولپمنٹ ہوگا۔ اس میں کتنی بڑا یہ فلیسی تھی کہ انسان کی سب سے بڑی چیز ڈیزائر نہیں ہے، سب سے بڑا اس چیز اس کا مائنڈ ہے۔</w:t>
      </w:r>
    </w:p>
    <w:p>
      <w:r>
        <w:rPr>
          <w:b/>
        </w:rPr>
        <w:t xml:space="preserve">[18:17] </w:t>
      </w:r>
      <w:r>
        <w:t>to mind in avel reh gaya</w:t>
      </w:r>
    </w:p>
    <w:p>
      <w:pPr>
        <w:jc w:val="right"/>
      </w:pPr>
      <w:r>
        <w:t>تو مائنڈ ان اویل رہ گیا</w:t>
      </w:r>
    </w:p>
    <w:p>
      <w:r>
        <w:rPr>
          <w:b/>
        </w:rPr>
        <w:t xml:space="preserve">[18:19] </w:t>
      </w:r>
      <w:r>
        <w:t>mind ke jo opportunities hain, wo all avel reh gayeen aur desire ke peechay log dornay lagay. Isi liye aap dekhen, aaj kal jo hai, aaj kal jo insan hain, wo kya hain?</w:t>
      </w:r>
    </w:p>
    <w:p>
      <w:pPr>
        <w:jc w:val="right"/>
      </w:pPr>
      <w:r>
        <w:t>، مائنڈ کے جو اپرچونیٹیز ہیں، وہ ال اویل رہ گئیں اور ڈیزائر کے پیچھے لوگ دوڑنے لگے۔ اسی لیے آپ دیکھیں، آج کل جو ہے، آج کل جو انسان ہیں، وہ کیا ہیں؟</w:t>
      </w:r>
    </w:p>
    <w:p>
      <w:r>
        <w:rPr>
          <w:b/>
        </w:rPr>
        <w:t xml:space="preserve">[18:30] </w:t>
      </w:r>
      <w:r>
        <w:t>achhay kapray pehnay huay animal hain. Animal jo hai, wo car par nahi bethay, yeh log car par bethay hain. Animal achhay kapray nahi pehnatay, yeh log achhay kapray pehnatay</w:t>
      </w:r>
    </w:p>
    <w:p>
      <w:pPr>
        <w:jc w:val="right"/>
      </w:pPr>
      <w:r>
        <w:t>اچھے کپڑے پہنے ہوئے اینیمل ہیں۔ اینیمل جو ہے، وہ کار پر نہیں بیٹھتے، یہ لوگ کار پر بیٹھتے ہیں۔ اینیمل اچھے کپڑے نہیں پہنتے، یہ لوگ اچھے کپڑے پہنتے</w:t>
      </w:r>
    </w:p>
    <w:p>
      <w:r>
        <w:rPr>
          <w:b/>
        </w:rPr>
        <w:t xml:space="preserve">[18:40] </w:t>
      </w:r>
      <w:r>
        <w:t>hain. Animal achhay achhay khanay nahi khatay, yeh log achhay achhay khanay khatay hain. Yani insan ko, yani sigmund freud ka jo nazariya tha, wo that was animalization of man, animalization of man.</w:t>
      </w:r>
    </w:p>
    <w:p>
      <w:pPr>
        <w:jc w:val="right"/>
      </w:pPr>
      <w:r>
        <w:t>ہیں۔ اینیمل اچھے اچھے کھانے نہیں کھاتے، یہ لوگ اچھے اچھے کھانے کھاتے ہیں۔ یعنی انسان کو، یعنی سگمنڈ فرائیڈ کا جو نظریہ تھا، وہ دیٹ واز اینیملائزیشن آف مین، اینیملائزیشن آف مین۔</w:t>
      </w:r>
    </w:p>
    <w:p>
      <w:r>
        <w:rPr>
          <w:b/>
        </w:rPr>
        <w:t xml:space="preserve">[18:56] </w:t>
      </w:r>
      <w:r>
        <w:t>to yeh kya hai? Yeh hua kaise? Yeh aik fallacy ke zariye hua, yahi dajjali keh desire ko yeh darja de diya keh isi se growth hota hai, isi se development hot</w:t>
      </w:r>
    </w:p>
    <w:p>
      <w:pPr>
        <w:jc w:val="right"/>
      </w:pPr>
      <w:r>
        <w:t>تو یہ کیا ہے؟ یہ ہوا کیسے؟ یہ ایک فلیسی کے ذریعے ہوا، یہی دجالی کہ ڈیزائر کو یہ درجہ دے دیا کہ اسی سے گروتھ ہوتا ہے، اسی سے ڈیولپمنٹ ہوت</w:t>
      </w:r>
    </w:p>
    <w:p>
      <w:r>
        <w:rPr>
          <w:b/>
        </w:rPr>
        <w:t xml:space="preserve">[19:09] </w:t>
      </w:r>
      <w:r>
        <w:t>a hai. Desire ko suppress karogay to growth ruk jayega tumhara. Haalankeh yeh bilkul stupid baat thi. Yani moti si baat dekhen, aap jab yeh yeh falsafa nahi tha desire ka, jab log principle par raha kartay thay to saray baray baray mind isi waqt paida huay.</w:t>
      </w:r>
    </w:p>
    <w:p>
      <w:pPr>
        <w:jc w:val="right"/>
      </w:pPr>
      <w:r>
        <w:t>ا ہے۔ ڈیزائر کو سپریس کرو گے تو گروتھ رک جائے گا تمہارا۔ حالانکہ یہ بالکل اسٹیبٹ بات تھی۔ یعنی موٹی سی بات دیکھیں، آپ جب یہ یہ فلسفہ نہیں تھا ڈیزائر کا، جب لوگ پرنسپل پر رہا کرتے تھے تو سارے بڑے بڑے مائنڈ اسی وقت پیدا ہوئے۔</w:t>
      </w:r>
    </w:p>
    <w:p>
      <w:r>
        <w:rPr>
          <w:b/>
        </w:rPr>
        <w:t xml:space="preserve">[19:28] </w:t>
      </w:r>
      <w:r>
        <w:t>ab jo culture chala hai, entertainment culture, ab kon bara bara mind paida ho raha hai?</w:t>
      </w:r>
    </w:p>
    <w:p>
      <w:pPr>
        <w:jc w:val="right"/>
      </w:pPr>
      <w:r>
        <w:t>اب جو کلچر چلا ہے، انٹرٹینمنٹ کلچر، اب کون بڑا بڑا مائنڈ پیدا ہو رہا ہے؟</w:t>
      </w:r>
    </w:p>
    <w:p>
      <w:r>
        <w:rPr>
          <w:b/>
        </w:rPr>
        <w:t xml:space="preserve">[19:33] </w:t>
      </w:r>
      <w:r>
        <w:t>jitni baray baray scientific discoveries hain, wo sab kab paida huien? Jab keh desire based culture chala hi nahi tha. To insan yeh yeh aisay beautiful alfaaz diye keh us ko growth keh diya.</w:t>
      </w:r>
    </w:p>
    <w:p>
      <w:pPr>
        <w:jc w:val="right"/>
      </w:pPr>
      <w:r>
        <w:t>جتنی بڑی بڑی سائنٹیفک ڈسکوریز ہیں، وہ سب کب پیدا ہوئیں؟ جب کہ ڈیزائر بیسڈ کلچر چلا ہی نہیں تھا۔ تو انسان یہ یہ ایسے بیوٹی فل الفاظ دیے کہ اس کو گروتھ کہہ دیا۔</w:t>
      </w:r>
    </w:p>
    <w:p>
      <w:r>
        <w:rPr>
          <w:b/>
        </w:rPr>
        <w:t xml:space="preserve">[19:48] </w:t>
      </w:r>
      <w:r>
        <w:t>yani jo cheez thi animalization, yani insan ko reduce kar kay animal banana, us ko keh diya personality ka growth, personality ka development.</w:t>
      </w:r>
    </w:p>
    <w:p>
      <w:pPr>
        <w:jc w:val="right"/>
      </w:pPr>
      <w:r>
        <w:t>یعنی جو چیز تھی اینیملائزیشن، یعنی انسان کو ریڈیوس کر کے اینیمل بنانا، اس کو کہہ دیا پرسنیلٹی کا گروتھ، پرسنیلٹی کا ڈیولپمنٹ۔</w:t>
      </w:r>
    </w:p>
    <w:p>
      <w:r>
        <w:rPr>
          <w:b/>
        </w:rPr>
        <w:t xml:space="preserve">[19:57] </w:t>
      </w:r>
      <w:r>
        <w:t>that was a fallacy, mughalta, misinterpretation.</w:t>
      </w:r>
    </w:p>
    <w:p>
      <w:pPr>
        <w:jc w:val="right"/>
      </w:pPr>
      <w:r>
        <w:t>دیٹ واز ا فلیسی، مغالطہ، مس انٹرپریٹیشن۔</w:t>
      </w:r>
    </w:p>
    <w:p>
      <w:r>
        <w:rPr>
          <w:b/>
        </w:rPr>
        <w:t xml:space="preserve">[20:03] </w:t>
      </w:r>
      <w:r>
        <w:t>yeh hai dajjali. Dajjali ka matlab yeh hai keh aik aik force, aik aik jhooti baat ko beautiful words mein bayan karna aur log us se fascinated ho kar us ke liye dornay lagay.</w:t>
      </w:r>
    </w:p>
    <w:p>
      <w:pPr>
        <w:jc w:val="right"/>
      </w:pPr>
      <w:r>
        <w:t>یہ ہے دجالی۔ دجالی کا مطلب یہ ہے کہ ایک ایک فورس، ایک ایک جھوٹی بات کو بیوٹی فل ورڈز میں بیان کرنا اور لوگ اس سے فیسینیٹ ہو کر اس کے لیے دوڑنے لگے۔</w:t>
      </w:r>
    </w:p>
    <w:p>
      <w:r>
        <w:rPr>
          <w:b/>
        </w:rPr>
        <w:t xml:space="preserve">[20:16] </w:t>
      </w:r>
      <w:r>
        <w:t>us ko</w:t>
      </w:r>
    </w:p>
    <w:p>
      <w:pPr>
        <w:jc w:val="right"/>
      </w:pPr>
      <w:r>
        <w:t>اس کو</w:t>
      </w:r>
    </w:p>
    <w:p>
      <w:r>
        <w:rPr>
          <w:b/>
        </w:rPr>
        <w:t xml:space="preserve">[20:20] </w:t>
      </w:r>
      <w:r>
        <w:t>yahi kaam darwin ne kiya. Us ne jo study ki to maloom hua keh jo species hain, species aap jantay hain keh millions hain, millions hain.</w:t>
      </w:r>
    </w:p>
    <w:p>
      <w:pPr>
        <w:jc w:val="right"/>
      </w:pPr>
      <w:r>
        <w:t>یہی کام ڈارون نے کیا۔ اس نے جو اسٹڈی کی تو معلوم ہوا کہ جو اسپیشیز ہیں، اسپیشیز آپ جانتے ہیں کہ ملینز ہیں، ملینز ہیں۔</w:t>
      </w:r>
    </w:p>
    <w:p>
      <w:r>
        <w:rPr>
          <w:b/>
        </w:rPr>
        <w:t xml:space="preserve">[20:30] </w:t>
      </w:r>
      <w:r>
        <w:t>to species mein aik in ke jo form hota hai, us mein aik uniformity hai, uniformity hai. To us se kya nikala?</w:t>
      </w:r>
    </w:p>
    <w:p>
      <w:pPr>
        <w:jc w:val="right"/>
      </w:pPr>
      <w:r>
        <w:t>تو اسپیشیز میں ایک ان کے جو فارم ہوتا ہے، اس میں ایک انفارمیٹی ہے، انفارمیٹی ہے۔ تو اس سے کیا نکالا؟</w:t>
      </w:r>
    </w:p>
    <w:p>
      <w:r>
        <w:rPr>
          <w:b/>
        </w:rPr>
        <w:t xml:space="preserve">[20:38] </w:t>
      </w:r>
      <w:r>
        <w:t>us ne uniformity se us se woh nikla, us se woh nikla. Yani yani yani us se cat se tiger nikal aya.</w:t>
      </w:r>
    </w:p>
    <w:p>
      <w:pPr>
        <w:jc w:val="right"/>
      </w:pPr>
      <w:r>
        <w:t>اس نے انفارمیٹی سے اس سے وہ نکلا، اس سے وہ نکلا۔ یعنی یعنی یعنی اس سے کیٹ سے ٹائیگر نکل آیا۔</w:t>
      </w:r>
    </w:p>
    <w:p>
      <w:r>
        <w:rPr>
          <w:b/>
        </w:rPr>
        <w:t xml:space="preserve">[20:49] </w:t>
      </w:r>
      <w:r>
        <w:t>phir cat aik alag species hai aur tiger aik alag qisam hai. Yani yeh us se maloom hota hai keh nature mein variety bohat ziyada hai.</w:t>
      </w:r>
    </w:p>
    <w:p>
      <w:pPr>
        <w:jc w:val="right"/>
      </w:pPr>
      <w:r>
        <w:t>پھر کیٹ ایک الگ اسپیشی ہے اور ٹائیگر ایک الگ قسم ہے۔ یعنی یہ اس سے معلوم ہوتا ہے کہ نیچر میں ورائٹی بہت زیادہ ہے۔</w:t>
      </w:r>
    </w:p>
    <w:p>
      <w:r>
        <w:rPr>
          <w:b/>
        </w:rPr>
        <w:t xml:space="preserve">[21:00] </w:t>
      </w:r>
      <w:r>
        <w:t>us se yeh nahi nikal raha tha keh us se woh nikla, us se woh nikla. Us se variety ka bohat ziyada hona nikal raha tha. Yani unlimited variety hai nature mein.</w:t>
      </w:r>
    </w:p>
    <w:p>
      <w:pPr>
        <w:jc w:val="right"/>
      </w:pPr>
      <w:r>
        <w:t>اس سے یہ نہیں نکل رہا تھا کہ اس سے وہ نکلا، اس سے وہ نکلا۔ اس سے ورائٹی کا بہت زیادہ ہونا نکل رہا تھا۔ یعنی ان لمیٹڈ ورائٹی ہے نیچر میں۔</w:t>
      </w:r>
    </w:p>
    <w:p>
      <w:r>
        <w:rPr>
          <w:b/>
        </w:rPr>
        <w:t xml:space="preserve">[21:13] </w:t>
      </w:r>
      <w:r>
        <w:t>to yeh kya? Aik fallacy ke zariye se yeh nikal liya gaya keh yeh evolutional process se cat jo hai, wo tiger ban gayi, goat jo hai, wo zerafa ban gaya, fish jo hai, wo chirya ban gayi.</w:t>
      </w:r>
    </w:p>
    <w:p>
      <w:pPr>
        <w:jc w:val="right"/>
      </w:pPr>
      <w:r>
        <w:t>تو یہ کیا؟ ایک فلیسی کے ذریعے سے یہ نکال لیا گیا کہ یہ ایولوشنل پروسیس سے بلی جو ہے، وہ ٹائیگر بن گئی، گوٹ جو ہے، وہ زرافہ بن گیا، فش جو ہے، وہ چڑیا بن گئی۔</w:t>
      </w:r>
    </w:p>
    <w:p>
      <w:r>
        <w:rPr>
          <w:b/>
        </w:rPr>
        <w:t xml:space="preserve">[21:27] </w:t>
      </w:r>
      <w:r>
        <w:t>that was misinterpretation, that was a fallacy. Yahi hai dajjali.</w:t>
      </w:r>
    </w:p>
    <w:p>
      <w:pPr>
        <w:jc w:val="right"/>
      </w:pPr>
      <w:r>
        <w:t>دیٹ واز مس انٹرپریشن، دیٹ واز ا فلیسی۔ یہی ہے دجالی۔</w:t>
      </w:r>
    </w:p>
    <w:p>
      <w:r>
        <w:rPr>
          <w:b/>
        </w:rPr>
        <w:t xml:space="preserve">[21:34] </w:t>
      </w:r>
      <w:r>
        <w:t>to dekhen, is zamanay mein jo yani nature ko explore kar kay jo batain samnay aayen thi, wo that was divine signs.</w:t>
      </w:r>
    </w:p>
    <w:p>
      <w:pPr>
        <w:jc w:val="right"/>
      </w:pPr>
      <w:r>
        <w:t>تو دیکھیں، اس زمانے میں جو یعنی نیچر کو ایکسپلور کر کے جو باتیں سامنے آئیں تھیں، وہ دیٹ واز ڈیوائن سائنز۔</w:t>
      </w:r>
    </w:p>
    <w:p>
      <w:r>
        <w:rPr>
          <w:b/>
        </w:rPr>
        <w:t xml:space="preserve">[21:46] </w:t>
      </w:r>
      <w:r>
        <w:t>aur quran mein paishgi yeh bata diya gaya tha keh aik zamanay ayega keh jab tum nature mein ghhor karogay, us se khuda ki nishaniyan zahir hongi.</w:t>
      </w:r>
    </w:p>
    <w:p>
      <w:pPr>
        <w:jc w:val="right"/>
      </w:pPr>
      <w:r>
        <w:t>اور قرآن میں پیشگی یہ بتا دیا گیا تھا کہ ایک زمانہ آئے گا کہ جب تم نیچر میں غور کرو گے، اس سے خدا کی نشانیاں ظاہر ہوں گی۔</w:t>
      </w:r>
    </w:p>
    <w:p>
      <w:r>
        <w:rPr>
          <w:b/>
        </w:rPr>
        <w:t xml:space="preserve">[22:02] </w:t>
      </w:r>
      <w:r>
        <w:t>keh aisa honay wala hai</w:t>
      </w:r>
    </w:p>
    <w:p>
      <w:pPr>
        <w:jc w:val="right"/>
      </w:pPr>
      <w:r>
        <w:t>کہ ایسا ہونے والا ہے</w:t>
      </w:r>
    </w:p>
    <w:p>
      <w:r>
        <w:rPr>
          <w:b/>
        </w:rPr>
        <w:t xml:space="preserve">[22:04] </w:t>
      </w:r>
      <w:r>
        <w:t>keh hidden nishaniyan samnay aa jayengi. Ain isi waqt yeh dajjali shuru ho gayi keh in nishaniyon ko jo samnay aayen thi, un ko mis mis interpretation ke zariye se, fallacy ke zariye se aik aur hi maani bata diye gaye.</w:t>
      </w:r>
    </w:p>
    <w:p>
      <w:pPr>
        <w:jc w:val="right"/>
      </w:pPr>
      <w:r>
        <w:t>کہ ہڈن نشانیاں سامنے آ جائیں گی۔ عین اسی وقت یہ دجالی شروع ہوگئی کہ ان نشانیوں کو جو سامنے آئیں تھیں، ان کو مس مس انٹرپریشن کے ذریعے سے، فلیسی کے ذریعے سے ایک اور ہی معنی بتا دیے گئے۔</w:t>
      </w:r>
    </w:p>
    <w:p>
      <w:r>
        <w:rPr>
          <w:b/>
        </w:rPr>
        <w:t xml:space="preserve">[22:21] </w:t>
      </w:r>
      <w:r>
        <w:t>jaisay misal ke tor par science danon ne jo daryaft kiya tha, to us mein yeh tha keh aik jis ko kehtay hain wo log causation, aik causation ka silsila tha.</w:t>
      </w:r>
    </w:p>
    <w:p>
      <w:pPr>
        <w:jc w:val="right"/>
      </w:pPr>
      <w:r>
        <w:t>جیسے مثال کے طور پر سائنس دانوں نے جو دریافت کیا تھا، تو اس میں یہ تھا کہ ایک جس کو کہتے ہیں وہ لوگ کازیشن، ایک کازیشن کا سلسلہ تھا۔</w:t>
      </w:r>
    </w:p>
    <w:p>
      <w:r>
        <w:rPr>
          <w:b/>
        </w:rPr>
        <w:t xml:space="preserve">[22:34] </w:t>
      </w:r>
      <w:r>
        <w:t>causation to science danon ne mis lead nahi kiya. Mis lead kiya hai? Philosophers ne, thinkers ne.</w:t>
      </w:r>
    </w:p>
    <w:p>
      <w:pPr>
        <w:jc w:val="right"/>
      </w:pPr>
      <w:r>
        <w:t>کازیشن تو سائنس دانوں نے مس لیڈ نہیں کیا۔ مس لیڈ کیا ہے؟ فلاسفرز نے، تھنکرز نے۔</w:t>
      </w:r>
    </w:p>
    <w:p>
      <w:r>
        <w:rPr>
          <w:b/>
        </w:rPr>
        <w:t xml:space="preserve">[22:44] </w:t>
      </w:r>
      <w:r>
        <w:t>science danon ne to sirf yeh hai ke data de diya, facts bata diye. is ko in logon ne mis interpretation ke zariye se is ko koi matlab bana liya hai.</w:t>
      </w:r>
    </w:p>
    <w:p>
      <w:pPr>
        <w:jc w:val="right"/>
      </w:pPr>
      <w:r>
        <w:t>سائنس دانوں نے تو صرف یہ ہے کہ ڈیٹا دے دیا، فیکٹس بتا دیے۔ اس کو ان لوگوں نے مس انٹرپریشن کے ذریعے سے اس کو کوئی مطلب بنا لیا ہے۔</w:t>
      </w:r>
    </w:p>
    <w:p>
      <w:r>
        <w:rPr>
          <w:b/>
        </w:rPr>
        <w:t xml:space="preserve">[22:56] </w:t>
      </w:r>
      <w:r>
        <w:t>to misalan science dan yahan tak bataya bataya tha unhon ne ke har cheez ka aik aik cause hai, har cheez ke peechay aik sabab hai.</w:t>
      </w:r>
    </w:p>
    <w:p>
      <w:pPr>
        <w:jc w:val="right"/>
      </w:pPr>
      <w:r>
        <w:t>تو مثلاً سائنس دان یہاں تک بتایا بتایا تھا انہوں نے کہ ہر چیز کا ایک ایک کاز ہے، ہر چیز کے پیچھے ایک سبب ہے۔</w:t>
      </w:r>
    </w:p>
    <w:p>
      <w:r>
        <w:rPr>
          <w:b/>
        </w:rPr>
        <w:t xml:space="preserve">[23:07] </w:t>
      </w:r>
      <w:r>
        <w:t>to</w:t>
      </w:r>
    </w:p>
    <w:p>
      <w:pPr>
        <w:jc w:val="right"/>
      </w:pPr>
      <w:r>
        <w:t>تو</w:t>
      </w:r>
    </w:p>
    <w:p>
      <w:r>
        <w:rPr>
          <w:b/>
        </w:rPr>
        <w:t xml:space="preserve">[23:09] </w:t>
      </w:r>
      <w:r>
        <w:t>is par add kar ke aik aur aadmi ne, misalan julian julian huxley ne bataya ke ke if events are due to natural causes, they are not due to super natural causes.</w:t>
      </w:r>
    </w:p>
    <w:p>
      <w:pPr>
        <w:jc w:val="right"/>
      </w:pPr>
      <w:r>
        <w:t>اس پر ایڈ کر کے ایک اور آدمی نے، مثلاً جولن جولن ہکسلے نے بتایا کہ کہ اف ایونٹس آر ڈیو ٹو نیچرل کازز، دے آر ناٹ ڈیو ٹو سپر نیچرل کازز۔</w:t>
      </w:r>
    </w:p>
    <w:p>
      <w:r>
        <w:rPr>
          <w:b/>
        </w:rPr>
        <w:t xml:space="preserve">[23:25] </w:t>
      </w:r>
      <w:r>
        <w:t>yani agar agar aik cause se aik baat ho rahi hai ke matlab pani ko aap ne heat diya aur us se us ke molecule system jo hai, toot gaya aur steam generate hui, to aik aik cause tha jis se ke steam paida ho gayi.</w:t>
      </w:r>
    </w:p>
    <w:p>
      <w:pPr>
        <w:jc w:val="right"/>
      </w:pPr>
      <w:r>
        <w:t>یعنی اگر اگر ایک کاز سے ایک بات ہو رہی ہے کہ مطلب پانی کو آپ نے ہیٹ دیا اور اس سے اس کے مالیکیول سسٹم جو ہے، ٹوٹ گیا اور اسٹیم جنریٹ ہوئی، تو ایک ایک کاز تھا جس سے کہ اسٹیم پیدا ہوگئی۔</w:t>
      </w:r>
    </w:p>
    <w:p>
      <w:r>
        <w:rPr>
          <w:b/>
        </w:rPr>
        <w:t xml:space="preserve">[23:41] </w:t>
      </w:r>
      <w:r>
        <w:t>to is ne keh diya ke if events are due to natural causes, they are not due to super natural causes. yani khuda ki zaroorat nahi hai. halankeh yeh aik fallacy thi.</w:t>
      </w:r>
    </w:p>
    <w:p>
      <w:pPr>
        <w:jc w:val="right"/>
      </w:pPr>
      <w:r>
        <w:t>تو اس نے کہہ دیا کہ اف ایونٹس آر ڈیو ٹو نیچرل کازز، دے آر ناٹ ڈیو ٹو سپر نیچرل کازز۔ یعنی خدا کی ضرورت نہیں ہے۔ حالانکہ یہ ایک فلیسی تھی۔</w:t>
      </w:r>
    </w:p>
    <w:p>
      <w:r>
        <w:rPr>
          <w:b/>
        </w:rPr>
        <w:t xml:space="preserve">[23:53] </w:t>
      </w:r>
      <w:r>
        <w:t>sawal yeh hai ke yeh system kis ne banaya? kis ne is system ko establish kiya? woh to sirf aik function jo hai, us ko science danon ne bataya tha.</w:t>
      </w:r>
    </w:p>
    <w:p>
      <w:pPr>
        <w:jc w:val="right"/>
      </w:pPr>
      <w:r>
        <w:t>سوال یہ ہے کہ یہ سسٹم کس نے بنایا؟ کس نے اس سسٹم کو اسٹیبلش کیا؟ وہ تو صرف ایک فنکشن جو ہے، اس کو سائنس دانوں نے بتایا تھا۔</w:t>
      </w:r>
    </w:p>
    <w:p>
      <w:r>
        <w:rPr>
          <w:b/>
        </w:rPr>
        <w:t xml:space="preserve">[24:05] </w:t>
      </w:r>
      <w:r>
        <w:t>function ko na yeh ke is function ko kon control kar raha hai. to aik fallacy ke zariye se yeh nikal liya gaya ke is se yeh prove hota hai ke khuda hi nahi hai, koi creator nahi hai.</w:t>
      </w:r>
    </w:p>
    <w:p>
      <w:pPr>
        <w:jc w:val="right"/>
      </w:pPr>
      <w:r>
        <w:t>فنکشن کو نہ یہ کہ اس فنکشن کو کون کنٹرول کر رہا ہے۔ تو ایک فلیسی کے ذریعے سے یہ نکال لیا گیا کہ اس سے یہ پروف ہوتا ہے کہ خدا ہی نہیں ہے، کوئی کریٹر نہیں ہے۔</w:t>
      </w:r>
    </w:p>
    <w:p>
      <w:r>
        <w:rPr>
          <w:b/>
        </w:rPr>
        <w:t xml:space="preserve">[24:17] </w:t>
      </w:r>
      <w:r>
        <w:t>if events, if events are due to natural causes, they are not due to super natural causes.</w:t>
      </w:r>
    </w:p>
    <w:p>
      <w:pPr>
        <w:jc w:val="right"/>
      </w:pPr>
      <w:r>
        <w:t>اف ایونٹس، اف ایونٹس آر ڈیو ٹو نیچرل کازز، دے آر ناٹ ڈیو ٹو سپر نیچرل کازز۔</w:t>
      </w:r>
    </w:p>
    <w:p>
      <w:r>
        <w:rPr>
          <w:b/>
        </w:rPr>
        <w:t xml:space="preserve">[24:22] </w:t>
      </w:r>
      <w:r>
        <w:t>halankeh phir bhi yeh sawal baqi tha ke kis ne banaya? kis ne yeh system qaim kiya? apni jagah baqi tha. yeh hai fallacy.</w:t>
      </w:r>
    </w:p>
    <w:p>
      <w:pPr>
        <w:jc w:val="right"/>
      </w:pPr>
      <w:r>
        <w:t>حالانکہ پھر بھی یہ سوال باقی تھا کہ کس نے بنایا؟ کس نے یہ سسٹم قائم کیا؟ اپنی جگہ باقی تھا۔ یہ ہے فلیسی۔</w:t>
      </w:r>
    </w:p>
    <w:p>
      <w:r>
        <w:rPr>
          <w:b/>
        </w:rPr>
        <w:t xml:space="preserve">[24:34] </w:t>
      </w:r>
      <w:r>
        <w:t>isi liye aik mein ne likhi hai aik kitab, us mein mein ne bataya hai ke ke nature does not explain. she is her self, she her self is in need of explanation.</w:t>
      </w:r>
    </w:p>
    <w:p>
      <w:pPr>
        <w:jc w:val="right"/>
      </w:pPr>
      <w:r>
        <w:t>اسی لیے ایک میں نے لکھی ہے ایک کتاب، اس میں میں نے بتایا ہے کہ کہ نیچر ڈز ناٹ ایکسپلین۔ شی از ہر سیلف، شی ہر سیلف از ان نیڈ اف ایکسپلینیشن۔</w:t>
      </w:r>
    </w:p>
    <w:p>
      <w:r>
        <w:rPr>
          <w:b/>
        </w:rPr>
        <w:t xml:space="preserve">[24:46] </w:t>
      </w:r>
      <w:r>
        <w:t>yani yeh system kaisay bana? yeh khud aik explanation chahta hai.</w:t>
      </w:r>
    </w:p>
    <w:p>
      <w:pPr>
        <w:jc w:val="right"/>
      </w:pPr>
      <w:r>
        <w:t>یعنی یہ سسٹم کیسے بنا؟ یہ خود ایک ایکسپلینیشن چاہتا ہے۔</w:t>
      </w:r>
    </w:p>
    <w:p>
      <w:r>
        <w:rPr>
          <w:b/>
        </w:rPr>
        <w:t xml:space="preserve">[24:52] </w:t>
      </w:r>
      <w:r>
        <w:t>to yeh hai fallacy. to is cheez ko yani aik aur insan darkar hai khuda ke nazdeek, jo is dajali se alag kar ke nature ke baatein jo samnay aayi hain, un ko sahi istemal kare.</w:t>
      </w:r>
    </w:p>
    <w:p>
      <w:pPr>
        <w:jc w:val="right"/>
      </w:pPr>
      <w:r>
        <w:t>تو یہ ہے فلیسی۔ تو اس چیز کو یعنی ایک اور انسان درکار ہے خدا کے نزدیک، جو اس دجالی سے الگ کر کے نیچر کے باتیں جو سامنے آئیں ہیں، ان کو صحیح استعمال کرے۔</w:t>
      </w:r>
    </w:p>
    <w:p>
      <w:r>
        <w:rPr>
          <w:b/>
        </w:rPr>
        <w:t xml:space="preserve">[25:11] </w:t>
      </w:r>
      <w:r>
        <w:t>un ka yani is ko khuda ke liye istemal kare.</w:t>
      </w:r>
    </w:p>
    <w:p>
      <w:pPr>
        <w:jc w:val="right"/>
      </w:pPr>
      <w:r>
        <w:t>ان کا یعنی اس کو خدا کے لیے استعمال کرے۔</w:t>
      </w:r>
    </w:p>
    <w:p>
      <w:r>
        <w:rPr>
          <w:b/>
        </w:rPr>
        <w:t xml:space="preserve">[25:15] </w:t>
      </w:r>
      <w:r>
        <w:t>yeh saray haqeeqat hain jo nature ko explore kar ke samnay aayi hain, woh apnay aap mein khuda ke sign hain, divine sign hain.</w:t>
      </w:r>
    </w:p>
    <w:p>
      <w:pPr>
        <w:jc w:val="right"/>
      </w:pPr>
      <w:r>
        <w:t>یہ سارے حقیقت ہیں جو نیچر کو ایکسپلور کر کے سامنے آئیں ہیں، وہ اپنے آپ میں خدا کے سائن ہیں، ڈیوائن سائن ہیں۔</w:t>
      </w:r>
    </w:p>
    <w:p>
      <w:r>
        <w:rPr>
          <w:b/>
        </w:rPr>
        <w:t xml:space="preserve">[25:27] </w:t>
      </w:r>
      <w:r>
        <w:t>apnay aap mein woh ka sirf data ki hesiyat rakhte hain. is ko sawal hai istemal karne ka.</w:t>
      </w:r>
    </w:p>
    <w:p>
      <w:pPr>
        <w:jc w:val="right"/>
      </w:pPr>
      <w:r>
        <w:t>اپنے آپ میں وہ کا اہ صرف ڈیٹا کی حیثیت رکھتے ہیں۔ اس کو سوال ہے استعمال کرنے کا۔</w:t>
      </w:r>
    </w:p>
    <w:p>
      <w:r>
        <w:rPr>
          <w:b/>
        </w:rPr>
        <w:t xml:space="preserve">[25:39] </w:t>
      </w:r>
      <w:r>
        <w:t>to bad qismati yeh hui is poore period mein ke jo dajjalay thay, hadith mein aata hai ke 30 dajjal hon ge.</w:t>
      </w:r>
    </w:p>
    <w:p>
      <w:pPr>
        <w:jc w:val="right"/>
      </w:pPr>
      <w:r>
        <w:t>تو بدقسمتی یہ ہوئی اس پورے پیریڈ میں کہ جو دجاجلے تھے، حدیث میں آتا ہے کہ 30 دجال ہوں گے۔</w:t>
      </w:r>
    </w:p>
    <w:p>
      <w:r>
        <w:rPr>
          <w:b/>
        </w:rPr>
        <w:t xml:space="preserve">[25:49] </w:t>
      </w:r>
      <w:r>
        <w:t>30 dajjal ke mani hain ke yeh nahi ke 30 hi hon ge. yani 30 jo hai head hon ge dajjal ke, baray dajjal. warna dajjal to bohat saray hon ge.</w:t>
      </w:r>
    </w:p>
    <w:p>
      <w:pPr>
        <w:jc w:val="right"/>
      </w:pPr>
      <w:r>
        <w:t>30 دجال کے معنی ہیں کہ یہ نہیں کہ 30 ہی ہوں گے۔ یعنی 30 جو ہے ہیڈ ہوں گے دجال کے، بڑبے دجال۔ ورنہ دجال تو بہت سارے ہوں گے۔</w:t>
      </w:r>
    </w:p>
    <w:p>
      <w:r>
        <w:rPr>
          <w:b/>
        </w:rPr>
        <w:t xml:space="preserve">[25:59] </w:t>
      </w:r>
      <w:r>
        <w:t>to unhon ne hijack kar liya.</w:t>
      </w:r>
    </w:p>
    <w:p>
      <w:pPr>
        <w:jc w:val="right"/>
      </w:pPr>
      <w:r>
        <w:t>تو انہوں نے ہائی جیک کر لیا۔</w:t>
      </w:r>
    </w:p>
    <w:p>
      <w:r>
        <w:rPr>
          <w:b/>
        </w:rPr>
        <w:t xml:space="preserve">[26:02] </w:t>
      </w:r>
      <w:r>
        <w:t>in logon ne scientific discoveries ko hijack kar ke is ko istemal kiya atheism ke liye. aur poori poori civilization jo aayi, hamari bani to woh atheism par base karti thi.</w:t>
      </w:r>
    </w:p>
    <w:p>
      <w:pPr>
        <w:jc w:val="right"/>
      </w:pPr>
      <w:r>
        <w:t>ان لوگوں نے سائنٹیفک ڈسکوریز کو ہائی جیک کر کے اس کو استعمال کیا ایتھیزم کے لیے۔ اور پوری پوری سویلائزیشن جو آئی، ہماری بنی تو وہ ایتھیز پر بیس کرتی تھی۔</w:t>
      </w:r>
    </w:p>
    <w:p>
      <w:r>
        <w:rPr>
          <w:b/>
        </w:rPr>
        <w:t xml:space="preserve">[26:18] </w:t>
      </w:r>
      <w:r>
        <w:t>to dajjal ka ghalba ho gaya. yani mis interpretation jo hai, wohi ghalib aa gaya.</w:t>
      </w:r>
    </w:p>
    <w:p>
      <w:pPr>
        <w:jc w:val="right"/>
      </w:pPr>
      <w:r>
        <w:t>تو دجال کا غلبہ ہو گیا۔ یعنی مس انٹرپریٹیشن جو ہے، وہی غالب آ گیا۔</w:t>
      </w:r>
    </w:p>
    <w:p>
      <w:r>
        <w:rPr>
          <w:b/>
        </w:rPr>
        <w:t xml:space="preserve">[26:24] </w:t>
      </w:r>
      <w:r>
        <w:t>yeh jo daur aaya, hamara printing press ka zamana aur electronic media aur print media ka zamana, is ko bharpoor tor par istemal kiya dajjal ne aur is poori dunya ko mubtala kar diya isi mein ke ke khuda se hata diya.</w:t>
      </w:r>
    </w:p>
    <w:p>
      <w:pPr>
        <w:jc w:val="right"/>
      </w:pPr>
      <w:r>
        <w:t>یہ جو دور آیا، ہمارا پرنٹنگ پریس کا زمانہ اور الیکٹرانک میڈیا اور پرنٹ میڈیا کا زمانہ، اس کو بھرپور طور پر استعمال کیا دجال نے اور اس پوری دنیا کو مبتلا کر دیا اسی میں کہ کہ خدا سے ہٹا دیا۔</w:t>
      </w:r>
    </w:p>
    <w:p>
      <w:r>
        <w:rPr>
          <w:b/>
        </w:rPr>
        <w:t xml:space="preserve">[26:43] </w:t>
      </w:r>
      <w:r>
        <w:t>yani science ki haqeeqatain jo hain, woh focus kar rahi theen khuda ki taraf. itnay marvelous nature kis ne banai? khuda ne banai.</w:t>
      </w:r>
    </w:p>
    <w:p>
      <w:pPr>
        <w:jc w:val="right"/>
      </w:pPr>
      <w:r>
        <w:t>یعنی سائنس کی حقیقتیں جو ہیں، وہ فوکس کر رہی تھیں خدا کی طرف۔ اتنے مارولس نیچر کس نے بنائی؟ خدا نے بنائی۔</w:t>
      </w:r>
    </w:p>
    <w:p>
      <w:r>
        <w:rPr>
          <w:b/>
        </w:rPr>
        <w:t xml:space="preserve">[26:54] </w:t>
      </w:r>
      <w:r>
        <w:t>to jo jo marvelous nature mein daryaft hui theen, woh indicate kar rahi theen ke is ka creator koi bohat bara creator hai.</w:t>
      </w:r>
    </w:p>
    <w:p>
      <w:pPr>
        <w:jc w:val="right"/>
      </w:pPr>
      <w:r>
        <w:t>تو جو جو مارولس نیچر میں دریافت ہوئی تھیں، وہ انڈیکیٹ کر رہی تھیں کہ اس کا کریٹر کوئی بہت بڑا کریٹر ہے۔</w:t>
      </w:r>
    </w:p>
    <w:p>
      <w:r>
        <w:rPr>
          <w:b/>
        </w:rPr>
        <w:t xml:space="preserve">[27:04] </w:t>
      </w:r>
      <w:r>
        <w:t>to indicate kar rahi theen creator ki taraf, yani focus daal rahi theen khuda ki taraf. lekin wrong interpretation ke zariye se focus daal diya gaya doosri taraf, jis ko mein kahoon ke material material interpretation.</w:t>
      </w:r>
    </w:p>
    <w:p>
      <w:pPr>
        <w:jc w:val="right"/>
      </w:pPr>
      <w:r>
        <w:t>تو انڈیکیٹ کر رہی تھیں کریٹر کی طرف، یعنی فوکس ڈال رہی تھیں خدا کی طرف۔ لیکن رونگ انٹرپریشن کے ذریعے سے فوکس ڈال دیا گیا دوسری طرف، جس کو میں کہوں کہ مٹیریل مٹیریل انٹرپریشن۔</w:t>
      </w:r>
    </w:p>
    <w:p>
      <w:r>
        <w:rPr>
          <w:b/>
        </w:rPr>
        <w:t xml:space="preserve">[27:22] </w:t>
      </w:r>
      <w:r>
        <w:t>material interpretation ke zariye se focus ko pher diya gaya Khuda se aur us ko doosri taraf daal diya gaya.</w:t>
      </w:r>
    </w:p>
    <w:p>
      <w:pPr>
        <w:jc w:val="right"/>
      </w:pPr>
      <w:r>
        <w:t>مٹیریل انٹرپریشن کے ذریعے سے فوکس کو پھیر دیا گیا خدا سے اور اس کو دوسری طرف ڈال دیا گیا۔</w:t>
      </w:r>
    </w:p>
    <w:p>
      <w:r>
        <w:rPr>
          <w:b/>
        </w:rPr>
        <w:t xml:space="preserve">[27:34] </w:t>
      </w:r>
      <w:r>
        <w:t>isi isi situation ko correct karne ke liye jo insaan aayega, isi ko hadith mein Mahdi kaha gaya hai. Dekhein, Mahdi ke maani kya hain?</w:t>
      </w:r>
    </w:p>
    <w:p>
      <w:pPr>
        <w:jc w:val="right"/>
      </w:pPr>
      <w:r>
        <w:t>اسی اسی سچویشن کو کریکٹ کرنے کے لیے جو انسان آئے گا، اسی کو حدیث میں مہدی کہا گیا ہے۔ دیکھیں، مہدی کے معنی کیا ہیں؟</w:t>
      </w:r>
    </w:p>
    <w:p>
      <w:r>
        <w:rPr>
          <w:b/>
        </w:rPr>
        <w:t xml:space="preserve">[27:44] </w:t>
      </w:r>
      <w:r>
        <w:t>Mahdi ke maani hain guided person</w:t>
      </w:r>
    </w:p>
    <w:p>
      <w:pPr>
        <w:jc w:val="right"/>
      </w:pPr>
      <w:r>
        <w:t>مہدی کے معنی ہیں گائیڈڈ پرسن</w:t>
      </w:r>
    </w:p>
    <w:p>
      <w:r>
        <w:rPr>
          <w:b/>
        </w:rPr>
        <w:t xml:space="preserve">[27:47] </w:t>
      </w:r>
      <w:r>
        <w:t>. Guided ke maani yaani hidayat dene wala nahi hai, balke hidayat paya hua hai. Hidayat paya hua.</w:t>
      </w:r>
    </w:p>
    <w:p>
      <w:pPr>
        <w:jc w:val="right"/>
      </w:pPr>
      <w:r>
        <w:t>۔ گائیڈڈ کے معنی یعنی ہدایت دینے والا نہیں ہے، بلکہ ہدایت پایا ہوا ہے۔ ہدایت پایا ہوا۔</w:t>
      </w:r>
    </w:p>
    <w:p>
      <w:r>
        <w:rPr>
          <w:b/>
        </w:rPr>
        <w:t xml:space="preserve">[27:57] </w:t>
      </w:r>
      <w:r>
        <w:t>to yahan par bohat bari bhool yeh hui hai ke logon ne Mahdi ka jo concept banaya, woh apne aap hadi kar hadi ke sense mein bana liya.</w:t>
      </w:r>
    </w:p>
    <w:p>
      <w:pPr>
        <w:jc w:val="right"/>
      </w:pPr>
      <w:r>
        <w:t>تو یہاں پر بہت بڑی بھول یہ ہوئی ہے کہ لوگوں نے مہدی کا جو کانسیپٹ بنایا، وہ اپنے آپ ہادی کر ہادی کے سینس میں بنا لیا۔</w:t>
      </w:r>
    </w:p>
    <w:p>
      <w:r>
        <w:rPr>
          <w:b/>
        </w:rPr>
        <w:t xml:space="preserve">[28:09] </w:t>
      </w:r>
      <w:r>
        <w:t>yaani dunya ko hidayat dene wala.</w:t>
      </w:r>
    </w:p>
    <w:p>
      <w:pPr>
        <w:jc w:val="right"/>
      </w:pPr>
      <w:r>
        <w:t>یعنی دنیا کو ہدایت دینے والا۔</w:t>
      </w:r>
    </w:p>
    <w:p>
      <w:r>
        <w:rPr>
          <w:b/>
        </w:rPr>
        <w:t xml:space="preserve">[28:11] </w:t>
      </w:r>
      <w:r>
        <w:t>to ek sahib ne likha ke Mahdi jo hai, woh modern zamane ka ek inqilabi leader hoga, revolutionary leader hoga.</w:t>
      </w:r>
    </w:p>
    <w:p>
      <w:pPr>
        <w:jc w:val="right"/>
      </w:pPr>
      <w:r>
        <w:t>تو ایک صاحب نے لکھا کہ مہدی جو ہے، وہ ماڈرن زمانے کا ایک انقلابی لیڈر ہوگا، ریولیوشنری لیڈر ہوگا۔</w:t>
      </w:r>
    </w:p>
    <w:p>
      <w:r>
        <w:rPr>
          <w:b/>
        </w:rPr>
        <w:t xml:space="preserve">[28:22] </w:t>
      </w:r>
      <w:r>
        <w:t>yeh is baat aayi nahi is ke andar kyunke woh hadi nahi hai, woh lafz aaya hai, Mahdi ka lafz aaya hai. To Mahdi ka maani yeh hai ke main main samajhta hoon yahan tak ke woh discover karega is cheez ko jo Dajjal ne chupa chupa diya tha.</w:t>
      </w:r>
    </w:p>
    <w:p>
      <w:pPr>
        <w:jc w:val="right"/>
      </w:pPr>
      <w:r>
        <w:t>یہ اس بات آئی نہیں اس کے اندر کیونکہ وہ ہادی نہیں ہے، وہ لفظ آیا ہے، مہدی کا لفظ آیا ہے۔ تو مہدی کا معنی یہ ہے کہ میں میں سمجھتا ہوں یہاں تک کہ وہ ڈسکور کرے گا اس چیز کو جو دجال نے چھپا چھپا دیا تھا۔</w:t>
      </w:r>
    </w:p>
    <w:p>
      <w:r>
        <w:rPr>
          <w:b/>
        </w:rPr>
        <w:t xml:space="preserve">[28:39] </w:t>
      </w:r>
      <w:r>
        <w:t>yaani is ke is ke mis interpretation ko se hat kar, hata hat kar ke, usay us se apne ko, yaani ab us ke is se bacha kar apne aap ko in haqiqaton ko dobara daryaft karega.</w:t>
      </w:r>
    </w:p>
    <w:p>
      <w:pPr>
        <w:jc w:val="right"/>
      </w:pPr>
      <w:r>
        <w:t>یعنی اس کے اس کے مس انٹرپریشن کو سے ہٹ کر، ہٹا ہٹ کر کے، اسے اس سے اپنے کو، یعنی اب اس کے اس سے بچا کر اپنے آپ کو ان حقیقتوں کو دوبارہ دریافت کرے گا۔</w:t>
      </w:r>
    </w:p>
    <w:p>
      <w:r>
        <w:rPr>
          <w:b/>
        </w:rPr>
        <w:t xml:space="preserve">[28:54] </w:t>
      </w:r>
      <w:r>
        <w:t>hata yani in haqiqaton ko jo science ne daryaft ki hain, un ko daryaft kar ke, un ko discover kar ke, aur phir us ko focus karega Khuda ki taraf.</w:t>
      </w:r>
    </w:p>
    <w:p>
      <w:pPr>
        <w:jc w:val="right"/>
      </w:pPr>
      <w:r>
        <w:t>حتیٰ یعنی ان حقیقتوں کو جو سائنس نے دریافت کی ہیں، ان کو دریافت کر کے، ان کو ڈسکور کر کے، اور پھر اس کو فوکس کرے گا خدا کی طرف۔</w:t>
      </w:r>
    </w:p>
    <w:p>
      <w:r>
        <w:rPr>
          <w:b/>
        </w:rPr>
        <w:t xml:space="preserve">[29:09] </w:t>
      </w:r>
      <w:r>
        <w:t>yeh yeh kaam hai Mahdi ka. Yahi is waqt matloob hai. Is waqt jo kaam Khuda ko matloob hai, woh yeh hai ke Dajjal ne bhar diya dunya ko buraiyon se.</w:t>
      </w:r>
    </w:p>
    <w:p>
      <w:pPr>
        <w:jc w:val="right"/>
      </w:pPr>
      <w:r>
        <w:t>یہ یہ کام ہے مہدی کا۔ یہی اس وقت مطلوب ہے۔ اس وقت جو کام خدا کو مطلوب ہے، وہ یہ ہے کہ دجال نے بھر دیا دنیا کو برائیوں سے۔</w:t>
      </w:r>
    </w:p>
    <w:p>
      <w:r>
        <w:rPr>
          <w:b/>
        </w:rPr>
        <w:t xml:space="preserve">[29:23] </w:t>
      </w:r>
      <w:r>
        <w:t>Dajjal ke bare mein aata hai hadith mein ke is woh jab bolay ga to East aur West tak us ki awaz sunai degi.</w:t>
      </w:r>
    </w:p>
    <w:p>
      <w:pPr>
        <w:jc w:val="right"/>
      </w:pPr>
      <w:r>
        <w:t>دجال کے بارے میں آتا ہے حدیث میں کہ اس وہ جب بولے گا تو ایسٹ اور ویسٹ تک اس کی آواز سنائی دے گی۔</w:t>
      </w:r>
    </w:p>
    <w:p>
      <w:r>
        <w:rPr>
          <w:b/>
        </w:rPr>
        <w:t xml:space="preserve">[29:33] </w:t>
      </w:r>
      <w:r>
        <w:t>to log samajhte hain ke itna zor se chalayega woh ke us ki awaz hi wahan tak pohanch</w:t>
      </w:r>
    </w:p>
    <w:p>
      <w:pPr>
        <w:jc w:val="right"/>
      </w:pPr>
      <w:r>
        <w:t>تو لوگ سمجھتے ہیں کہ اتنا زور سے چلائے گا وہ کہ اس کی آواز ہی وہاں تک پہنچ</w:t>
      </w:r>
    </w:p>
    <w:p>
      <w:r>
        <w:rPr>
          <w:b/>
        </w:rPr>
        <w:t xml:space="preserve">[29:39] </w:t>
      </w:r>
      <w:r>
        <w:t>jaye gi. Halanke yeh galat hai. Yeh dekhein, scientifically yeh bilkul galat baat hai kyunke agar awaz agar itni tez ho ke khud awaz hi sunai de East se West tak to dunya khatam ho jayegi.</w:t>
      </w:r>
    </w:p>
    <w:p>
      <w:pPr>
        <w:jc w:val="right"/>
      </w:pPr>
      <w:r>
        <w:t>جائے گی۔ حالانکہ یہ غلط ہے۔ یہ دیکھیں، سائنٹیفیکلی یہ بالکل غلط بات ہے کیونکہ اگر آواز اگر اتنی تیز ہو کہ خود آواز ہی سنائی دے ایسٹ سے ویسٹ تک تو دنیا ختم ہو جائے گی۔</w:t>
      </w:r>
    </w:p>
    <w:p>
      <w:r>
        <w:rPr>
          <w:b/>
        </w:rPr>
        <w:t xml:space="preserve">[29:52] </w:t>
      </w:r>
      <w:r>
        <w:t>kyunke awaz destroy karne wali cheez hai. Awaz destroy kar deti hai har cheez ko. Yahi ko agar hum bohat zor se bol bol saken, is tarah ki awaz mein to sab deewarein toot jayengi.</w:t>
      </w:r>
    </w:p>
    <w:p>
      <w:pPr>
        <w:jc w:val="right"/>
      </w:pPr>
      <w:r>
        <w:t>کیونکہ آواز ڈسٹروئے کرنے والی چیز ہے۔ آواز ڈسٹروئے کر دیتی ہے ہر چیز کو۔ یہی کو اگر ہم بہت زور سے بول بول سکیں، اس طرح کی آواز میں تو سب دیواریں ٹوٹ جائیں گی۔</w:t>
      </w:r>
    </w:p>
    <w:p>
      <w:r>
        <w:rPr>
          <w:b/>
        </w:rPr>
        <w:t xml:space="preserve">[30:04] </w:t>
      </w:r>
      <w:r>
        <w:t>deewarein toot jayengi. Sound waves jo hain, sab tod denge us ko. Itna strong agar ho jayen to</w:t>
      </w:r>
    </w:p>
    <w:p>
      <w:pPr>
        <w:jc w:val="right"/>
      </w:pPr>
      <w:r>
        <w:t>دیواریں ٹوٹ جائیں گی۔ ساؤنڈ ویوز جو ہیں، سب توڑ دیں گے اس کو۔ اتنا سٹرانگ اگر ہو جائیں تو</w:t>
      </w:r>
    </w:p>
    <w:p>
      <w:r>
        <w:rPr>
          <w:b/>
        </w:rPr>
        <w:t xml:space="preserve">[30:09] </w:t>
      </w:r>
      <w:r>
        <w:t>. To yeh matlab nahi hai is ka. Is ka matlab hai ke through telecommunication. Wahi matlab hai. Yaani woh Dajjal ke age ko bata raha hai.</w:t>
      </w:r>
    </w:p>
    <w:p>
      <w:pPr>
        <w:jc w:val="right"/>
      </w:pPr>
      <w:r>
        <w:t>۔ تو یہ مطلب نہیں ہے اس کا۔ اس کا مطلب ہے کہ تھرو ٹیلی کمیونیکیشن۔ وہی مطلب ہے۔ یعنی وہ دجال کے ایج کو بتا رہا ہے۔</w:t>
      </w:r>
    </w:p>
    <w:p>
      <w:r>
        <w:rPr>
          <w:b/>
        </w:rPr>
        <w:t xml:space="preserve">[30:20] </w:t>
      </w:r>
      <w:r>
        <w:t>Dajjal ek aise zamane mein aayega jab ke yeh possible ho jayega ke aap ki awaz East se West, East se West tak sunai de.</w:t>
      </w:r>
    </w:p>
    <w:p>
      <w:pPr>
        <w:jc w:val="right"/>
      </w:pPr>
      <w:r>
        <w:t>دجال ایک ایسے زمانے میں آئے گا جب کہ یہ پاسیبل ہو جائے گا کہ آپ کی آواز ایسٹ سے ویسٹ، ایسٹ سے ویسٹ تک سنائی دے۔</w:t>
      </w:r>
    </w:p>
    <w:p>
      <w:r>
        <w:rPr>
          <w:b/>
        </w:rPr>
        <w:t xml:space="preserve">[30:28] </w:t>
      </w:r>
      <w:r>
        <w:t>is ka matlab sirf yeh hai ke Dajjal ek aise zamane mein aayega jab ke through media, through telecommunication, yeh mumkin ho jayega, yeh possible ho jayega ke aap ki awaz poori dunya mein phail jaye, poore globe mein sunai de, har jagah.</w:t>
      </w:r>
    </w:p>
    <w:p>
      <w:pPr>
        <w:jc w:val="right"/>
      </w:pPr>
      <w:r>
        <w:t>اس کا مطلب صرف یہ ہے کہ دجال ایک ایسے زمانے میں آئے گا جب کہ تھرو میڈیا، تھرو ٹیلی کمیونیکیشن، یہ ممکن ہو جائے گا، یہ پاسیبل ہو جائے گا کہ آپ کی آواز پوری دنیا میں پھیل جائے، پورے گلوب میں سنائی دے، ہر جگہ۔</w:t>
      </w:r>
    </w:p>
    <w:p>
      <w:r>
        <w:rPr>
          <w:b/>
        </w:rPr>
        <w:t xml:space="preserve">[30:47] </w:t>
      </w:r>
      <w:r>
        <w:t>is zamane mein Dajjal ka phenomena samne aayega.</w:t>
      </w:r>
    </w:p>
    <w:p>
      <w:pPr>
        <w:jc w:val="right"/>
      </w:pPr>
      <w:r>
        <w:t>اس زمانے میں دجال کا فیناومینا سامنے آئے گا۔</w:t>
      </w:r>
    </w:p>
    <w:p>
      <w:r>
        <w:rPr>
          <w:b/>
        </w:rPr>
        <w:t xml:space="preserve">[30:51] </w:t>
      </w:r>
      <w:r>
        <w:t>to in sari cheezon ko Dajjal istemal karega negative maqsad ke liye aur aap ko istemal karna hai us ko positive maqsad ke liye.</w:t>
      </w:r>
    </w:p>
    <w:p>
      <w:pPr>
        <w:jc w:val="right"/>
      </w:pPr>
      <w:r>
        <w:t>تو ان ساری چیزوں کو دجال استعمال کرے گا نیگیٹیو مقصد کے لیے اور آپ کو استعمال کرنا ہے اس کو پازیٹیو مقصد کے لیے۔</w:t>
      </w:r>
    </w:p>
    <w:p>
      <w:r>
        <w:rPr>
          <w:b/>
        </w:rPr>
        <w:t xml:space="preserve">[31:03] </w:t>
      </w:r>
      <w:r>
        <w:t>jaise aaj ka main ne jo qissa bataya, hum aap to yahan Delhi mein hain aur TV par ek cheez aayi, us ko dunya bhar mein logon ne suna aur usay sun kar us ne telephone kiya ke mujhe Quran ki copy chahiye.</w:t>
      </w:r>
    </w:p>
    <w:p>
      <w:pPr>
        <w:jc w:val="right"/>
      </w:pPr>
      <w:r>
        <w:t>جیسے آج کا میں نے جو قصہ بتایا، ہم آپ تو یہاں دلی میں ہیں اور ٹی وی پر ایک چیز آئی، اس کو دنیا بھر میں لوگوں نے سنا اور اسے سن کر اس نے ٹیلی فون کیا کہ مجھے قرآن کی کاپی چاہیے۔</w:t>
      </w:r>
    </w:p>
    <w:p>
      <w:r>
        <w:rPr>
          <w:b/>
        </w:rPr>
        <w:t xml:space="preserve">[31:17] </w:t>
      </w:r>
      <w:r>
        <w:t>to</w:t>
      </w:r>
    </w:p>
    <w:p>
      <w:pPr>
        <w:jc w:val="right"/>
      </w:pPr>
      <w:r>
        <w:t>تو</w:t>
      </w:r>
    </w:p>
    <w:p>
      <w:r>
        <w:rPr>
          <w:b/>
        </w:rPr>
        <w:t xml:space="preserve">[31:18] </w:t>
      </w:r>
      <w:r>
        <w:t>yeh hai in in opportunities ka positive tor par avail karna. Yahi aap ko karna hai.</w:t>
      </w:r>
    </w:p>
    <w:p>
      <w:pPr>
        <w:jc w:val="right"/>
      </w:pPr>
      <w:r>
        <w:t>یہ ہے ان ان اپرچونیٹیز کا پازیٹیو طور پر اویل کرنا۔ یہی آپ کو کرنا ہے۔</w:t>
      </w:r>
    </w:p>
    <w:p>
      <w:r>
        <w:rPr>
          <w:b/>
        </w:rPr>
        <w:t xml:space="preserve">[31:29] </w:t>
      </w:r>
      <w:r>
        <w:t>Yahi aap ko karna hai. Kal main kisi se baat kar raha tha to yahan se jo woh chhote chhote brochure shop pe gaye hain to us ko main ne dekha to mujhe bohat hi ek ajeeb ehsas hua.</w:t>
      </w:r>
    </w:p>
    <w:p>
      <w:pPr>
        <w:jc w:val="right"/>
      </w:pPr>
      <w:r>
        <w:t>یہی آپ کو کرنا ہے۔ کل میں کسی سے بات کر رہا تھا تو یہاں سے جو وہ چھوٹے چھوٹے بروشر شاپ پہ گئے ہیں تو اس کو میں نے دیکھا تو مجھے بہت ہی ایک عجیب احساس ہوا۔</w:t>
      </w:r>
    </w:p>
    <w:p>
      <w:r>
        <w:rPr>
          <w:b/>
        </w:rPr>
        <w:t xml:space="preserve">[31:43] </w:t>
      </w:r>
      <w:r>
        <w:t>mein ne kaha aaj ka kaam sirf yeh hai ke is brochures ko flat kar diya jaye sari dunya mein. bas yahi kaam karna hai kyunke sari baatein is mein kahi aa chuki hain. yeh jo kitabein hain, jo pamphlets hain, jo brochures hain, sari baatein is mein aa chuki hain.</w:t>
      </w:r>
    </w:p>
    <w:p>
      <w:pPr>
        <w:jc w:val="right"/>
      </w:pPr>
      <w:r>
        <w:t>میں نے کہا آج کا کام صرف یہ ہے کہ اس بروشرز کو فلیٹ کر دیا جائے ساری دنیا میں۔ بس یہی کام کرنا ہے کیونکہ ساری باتیں اس میں کہی آ چکی ہیں۔ یہ جو کتابیں ہیں، جو پمفلیٹ ہیں، جو بروشرز ہیں، ساری باتیں اس میں آ چکی ہیں۔</w:t>
      </w:r>
    </w:p>
    <w:p>
      <w:r>
        <w:rPr>
          <w:b/>
        </w:rPr>
        <w:t xml:space="preserve">[31:58] </w:t>
      </w:r>
      <w:r>
        <w:t>wohi baatein jo ke yani industrial civilization mein zahir hui theen khuda ke science ke tor</w:t>
      </w:r>
    </w:p>
    <w:p>
      <w:pPr>
        <w:jc w:val="right"/>
      </w:pPr>
      <w:r>
        <w:t>وہی باتیں جو کہ یعنی انڈسٹریل سویلائزیشن میں ظاہر ہوئی تھیں خدا کے سائنس کے طور</w:t>
      </w:r>
    </w:p>
    <w:p>
      <w:r>
        <w:rPr>
          <w:b/>
        </w:rPr>
        <w:t xml:space="preserve">[32:07] </w:t>
      </w:r>
      <w:r>
        <w:t>par, in sab ko le kar ke yeh banaya gaya hai aur is ko sari dunya mein pahunchana hai.</w:t>
      </w:r>
    </w:p>
    <w:p>
      <w:pPr>
        <w:jc w:val="right"/>
      </w:pPr>
      <w:r>
        <w:t>پر، ان سب کو لے کر کے یہ بنایا گیا ہے اور اس کو ساری دنیا میں پہنچانا ہے۔</w:t>
      </w:r>
    </w:p>
    <w:p>
      <w:r>
        <w:rPr>
          <w:b/>
        </w:rPr>
        <w:t xml:space="preserve">[32:16] </w:t>
      </w:r>
      <w:r>
        <w:t>to mein samajhta hoon ke yahi yahi hamara sab se bara kaam hai. yahi hamara sab se bara kaam hai ke in as yeh jo is pamphlet ko, is brochure ko, in books ko flat kar dein sari dunya mein.</w:t>
      </w:r>
    </w:p>
    <w:p>
      <w:pPr>
        <w:jc w:val="right"/>
      </w:pPr>
      <w:r>
        <w:t>تو میں سمجھتا ہوں کہ یہی یہی ہمارا سب سے بڑا کام ہے۔ یہی ہمارا سب سے بڑا کام ہے کہ ان اس یہ جو اس پمفلیٹ کو، اس بروشر کو، ان بکس کو فلیٹ کر دیں ساری دنیا میں۔</w:t>
      </w:r>
    </w:p>
    <w:p>
      <w:r>
        <w:rPr>
          <w:b/>
        </w:rPr>
        <w:t xml:space="preserve">[32:30] </w:t>
      </w:r>
      <w:r>
        <w:t>ab dekhein, internet ke zariye se ek sahib ne bataya ke internet se woh isi din magazine le lete hain wahan par peshawar mein, yani yahan magazine chapa aur us ko daal diya gaya internet mein.</w:t>
      </w:r>
    </w:p>
    <w:p>
      <w:pPr>
        <w:jc w:val="right"/>
      </w:pPr>
      <w:r>
        <w:t>اب دیکھیں، انٹرنیٹ کے ذریعے سے ایک صاحب نے بتایا کہ انٹرنیٹ سے وہ اسی دن میگزین لے لیتے ہیں وہاں پر پشاور میں، یعنی یہاں میگزین چھپا اور اس کو ڈال دیا گیا انٹرنیٹ میں۔</w:t>
      </w:r>
    </w:p>
    <w:p>
      <w:r>
        <w:rPr>
          <w:b/>
        </w:rPr>
        <w:t xml:space="preserve">[32:47] </w:t>
      </w:r>
      <w:r>
        <w:t>to same din woh wahan par nikaal lete hain is mein se, yani abhi by post woh pahuncha bhi nahi hota doosron ke paas aur internet se woh nikaal lete hain. woh yeh zamana hai.</w:t>
      </w:r>
    </w:p>
    <w:p>
      <w:pPr>
        <w:jc w:val="right"/>
      </w:pPr>
      <w:r>
        <w:t>تو سیم دن وہ وہاں پر نکال لیتے ہیں اس میں سے، یعنی ابھی بائی پوسٹ وہ پہنچا بھی نہیں ہوتا دوسروں کے پاس اور انٹرنیٹ سے وہ نکال لیتے ہیں۔ وہ یہ زمانہ ہے۔</w:t>
      </w:r>
    </w:p>
    <w:p>
      <w:r>
        <w:rPr>
          <w:b/>
        </w:rPr>
        <w:t xml:space="preserve">[32:59] </w:t>
      </w:r>
      <w:r>
        <w:t>to jo role hai doosra, ek positive role, is role ke liye koi anokha aindah aadmi nahi hamare paas se niklega.</w:t>
      </w:r>
    </w:p>
    <w:p>
      <w:pPr>
        <w:jc w:val="right"/>
      </w:pPr>
      <w:r>
        <w:t>تو جو رول ہے دوسرا، ایک پازیٹیو رول، اس رول کے لیے کوئی انوکھا آئندہ آدمی نہیں ہمارے پاس سے نکلے گا۔</w:t>
      </w:r>
    </w:p>
    <w:p>
      <w:r>
        <w:rPr>
          <w:b/>
        </w:rPr>
        <w:t xml:space="preserve">[33:09] </w:t>
      </w:r>
      <w:r>
        <w:t>aisa nahi ke koi woh jo role hai mehdi ka, us ke liye koi aasman se aadmi tapkega ya pahad se niklega ya koi samandar se baramad hoga.</w:t>
      </w:r>
    </w:p>
    <w:p>
      <w:pPr>
        <w:jc w:val="right"/>
      </w:pPr>
      <w:r>
        <w:t>ایسا نہیں کہ کوئی وہ جو رول ہے مہدی کا، اس کے لیے کوئی آسمان سے آدمی ٹپکے گا یا پہاڑ سے نکلے گا یا کوئی سمندر سے برآمد ہوگا۔</w:t>
      </w:r>
    </w:p>
    <w:p>
      <w:r>
        <w:rPr>
          <w:b/>
        </w:rPr>
        <w:t xml:space="preserve">[33:18] </w:t>
      </w:r>
      <w:r>
        <w:t>aisa kuch bhi nahi hai. aap hi ko woh role karna hai. mehdi ek role ka naam hai ya dajjal ek role ka naam hai.</w:t>
      </w:r>
    </w:p>
    <w:p>
      <w:pPr>
        <w:jc w:val="right"/>
      </w:pPr>
      <w:r>
        <w:t>ایسا کچھ بھی نہیں ہے۔ آپ ہی کو وہ رول کرنا ہے۔ مہدی ایک رول کا نام ہے یا دجال ایک رول کا نام ہے۔</w:t>
      </w:r>
    </w:p>
    <w:p>
      <w:r>
        <w:rPr>
          <w:b/>
        </w:rPr>
        <w:t xml:space="preserve">[33:27] </w:t>
      </w:r>
      <w:r>
        <w:t>dajjal bhi yaad rakhiye, kisi ek shakhs ka naam nahi hai, ek role ka naam hai. yeh negative role dajjal ek shakhs ka naam nahi hai, woh naam hai negative role ka.</w:t>
      </w:r>
    </w:p>
    <w:p>
      <w:pPr>
        <w:jc w:val="right"/>
      </w:pPr>
      <w:r>
        <w:t>دجال بھی یاد رکھیے، کسی ایک شخص کا نام نہیں ہے، ایک رول کا نام ہے۔ یہ نیگیٹیو رول دجال ایک شخص کا نام نہیں ہے، وہ نام ہے نیگیٹیو رول کا۔</w:t>
      </w:r>
    </w:p>
    <w:p>
      <w:r>
        <w:rPr>
          <w:b/>
        </w:rPr>
        <w:t xml:space="preserve">[33:39] </w:t>
      </w:r>
      <w:r>
        <w:t>aise mehdi bhi jo hai, ek ek positive role ka naam hai. woh aap hi ko karna hai, woh kaam ke aap yeh kar rahe hain, karna hai aap ko ke aadha kaam science ne kar diya hai.</w:t>
      </w:r>
    </w:p>
    <w:p>
      <w:pPr>
        <w:jc w:val="right"/>
      </w:pPr>
      <w:r>
        <w:t>ایسے مہدی بھی جو ہے، ایک ایک پازیٹیو رول کا نام ہے۔ وہ آپ ہی کو کرنا ہے، وہ کام کہ آپ یہ کر رہے ہیں، کرنا ہے آپ کو کہ آدھا کام سائنس نے کر دیا ہے۔</w:t>
      </w:r>
    </w:p>
    <w:p>
      <w:r>
        <w:rPr>
          <w:b/>
        </w:rPr>
        <w:t xml:space="preserve">[33:53] </w:t>
      </w:r>
      <w:r>
        <w:t>aadha kaam yani yaajooj maajooj, jin ko mein ne kaha ke yeh western nations theen, unhon ne aadha kaam kar diya.</w:t>
      </w:r>
    </w:p>
    <w:p>
      <w:pPr>
        <w:jc w:val="right"/>
      </w:pPr>
      <w:r>
        <w:t>آدھا کام یعنی یاجوج ماجوج، جن کو میں نے کہا کہ یہ ویسٹرن نیشنز تھیں، انہوں نے آدھا کام کر دیا۔</w:t>
      </w:r>
    </w:p>
    <w:p>
      <w:r>
        <w:rPr>
          <w:b/>
        </w:rPr>
        <w:t xml:space="preserve">[33:59] </w:t>
      </w:r>
      <w:r>
        <w:t>nature ko explore kar ke nature ke andar jo khuda ki nishaniyan, jin ko ayat kaha gaya quran majeed mein,</w:t>
      </w:r>
    </w:p>
    <w:p>
      <w:pPr>
        <w:jc w:val="right"/>
      </w:pPr>
      <w:r>
        <w:t>نیچر کو ایکسپلور کر کے نیچر کے اندر جو خدا کی نشانیاں، جن کو آیات کہا گیا قرآن مجید میں،</w:t>
      </w:r>
    </w:p>
    <w:p>
      <w:r>
        <w:rPr>
          <w:b/>
        </w:rPr>
        <w:t xml:space="preserve">[34:12] </w:t>
      </w:r>
      <w:r>
        <w:t>to nature mein khuda ne woh sari cheezein bhar di theen, woh sare argument, woh sare science, sari nishaniyan, lekin woh abhi tak woh un explored padi hui thi kyunke shirk ke parde daal rakha tha.</w:t>
      </w:r>
    </w:p>
    <w:p>
      <w:pPr>
        <w:jc w:val="right"/>
      </w:pPr>
      <w:r>
        <w:t>تو نیچر میں خدا نے وہ ساری چیزیں بھر دی تھیں، وہ سارے ارگیومنٹ، وہ سارے سائنس، ساری نشانیاں، لیکن وہ ابھی تک وہ ان ایکسپلورڈ پڑی ہوئی تھی کیونکہ شرک کے پردہ ڈال رکھا تھا۔</w:t>
      </w:r>
    </w:p>
    <w:p>
      <w:r>
        <w:rPr>
          <w:b/>
        </w:rPr>
        <w:t xml:space="preserve">[34:28] </w:t>
      </w:r>
      <w:r>
        <w:t>ab phir ek naya rasool Allah ke zariye jo inqilab aaya, us mein us ke baad jo ek naya process jaari hua history mein,</w:t>
      </w:r>
    </w:p>
    <w:p>
      <w:pPr>
        <w:jc w:val="right"/>
      </w:pPr>
      <w:r>
        <w:t>اب پھر ایک نیا رسول اللہ کے ذریعے جو انقلاب آیا، اس میں اس کے بعد جو ایک نیا پروسیس جاری ہوا ہسٹری میں،</w:t>
      </w:r>
    </w:p>
    <w:p>
      <w:r>
        <w:rPr>
          <w:b/>
        </w:rPr>
        <w:t xml:space="preserve">[34:35] </w:t>
      </w:r>
      <w:r>
        <w:t>isi process ka culmination hai ke yeh sari sachaiyan saamne aa gayeen. agar nature ko divinity se hataya na gaya tha to phir koi us ko explore bhi nahi kar sakta tha.</w:t>
      </w:r>
    </w:p>
    <w:p>
      <w:pPr>
        <w:jc w:val="right"/>
      </w:pPr>
      <w:r>
        <w:t>اسی پروسیس کا کلمنیشن ہے کہ یہ ساری سچائیاں سامنے آ گئیں۔ اگر نیچر کو ڈیوینیٹی سے ہٹایا نہ گیا تھا تو پھر کوئی اس کو ایکسپلور بھی نہیں کر سکتا تھا۔</w:t>
      </w:r>
    </w:p>
    <w:p>
      <w:r>
        <w:rPr>
          <w:b/>
        </w:rPr>
        <w:t xml:space="preserve">[34:49] </w:t>
      </w:r>
      <w:r>
        <w:t>to ab explore kar ke woh sari baatein saamne aa chuki hain. nature mein jo khuda ki jhalakiyan chupi hui theen, nature mein jo khuda ki nishaniyan chupi hui theen, nature mein jo khuda ke dil</w:t>
      </w:r>
    </w:p>
    <w:p>
      <w:pPr>
        <w:jc w:val="right"/>
      </w:pPr>
      <w:r>
        <w:t>تو اب ایکسپلور کر کے وہ ساری باتیں سامنے آ چکی ہیں۔ نیچر میں جو خدا کی جھلکیاں چھپی ہوئی تھیں، نیچر میں جو خدا کی نشانیاں چھپی ہوئی تھیں، نیچر میں جو خدا کے دل</w:t>
      </w:r>
    </w:p>
    <w:p>
      <w:r>
        <w:rPr>
          <w:b/>
        </w:rPr>
        <w:t xml:space="preserve">[35:03] </w:t>
      </w:r>
      <w:r>
        <w:t>dil chhpe hue the, woh sab saamne aa chuke hain. lekin dajjal ne hijack kar liya tha us ko, us ko galat tareeqe se istemal kar raha tha.</w:t>
      </w:r>
    </w:p>
    <w:p>
      <w:pPr>
        <w:jc w:val="right"/>
      </w:pPr>
      <w:r>
        <w:t>ائل چھپے ہوئے تھے، وہ سب سامنے آ چکے ہیں۔ لیکن دجال نے ہائی جیک کر لیا تھا اس کو، اس کو غلط طریقے سے استعمال کر رہا تھا۔</w:t>
      </w:r>
    </w:p>
    <w:p>
      <w:r>
        <w:rPr>
          <w:b/>
        </w:rPr>
        <w:t xml:space="preserve">[35:11] </w:t>
      </w:r>
      <w:r>
        <w:t>woh har cheez ko, press ko, TV ko, har cheez ko.</w:t>
      </w:r>
    </w:p>
    <w:p>
      <w:pPr>
        <w:jc w:val="right"/>
      </w:pPr>
      <w:r>
        <w:t>وہ ہر چیز کو، پریس کو، ٹی وی کو، ہر چیز کو۔</w:t>
      </w:r>
    </w:p>
    <w:p>
      <w:r>
        <w:rPr>
          <w:b/>
        </w:rPr>
        <w:t xml:space="preserve">[35:17] </w:t>
      </w:r>
      <w:r>
        <w:t>ab jo role hai doosra, positive role, to in logon ko yeh kaam karna hai ke ke in nishaniyon ko woh khuda ke liye istemal karein, the work ke liye istemal karein,</w:t>
      </w:r>
    </w:p>
    <w:p>
      <w:pPr>
        <w:jc w:val="right"/>
      </w:pPr>
      <w:r>
        <w:t>اب جو رول ہے دوسرا، پازیٹیو رول، تو ان لوگوں کو یہ کام کرنا ہے کہ کہ ان نشانیوں کو وہ خدا کے لیے استعمال کریں، دا ورک کے لیے استعمال کریں،</w:t>
      </w:r>
    </w:p>
    <w:p>
      <w:r>
        <w:rPr>
          <w:b/>
        </w:rPr>
        <w:t xml:space="preserve">[35:32] </w:t>
      </w:r>
      <w:r>
        <w:t>aur in nishaniyon se jo aala marifat, realization of god ka jo bohat hi oonche level hai, woh is se hasil hota hai, woh hasil karein.</w:t>
      </w:r>
    </w:p>
    <w:p>
      <w:pPr>
        <w:jc w:val="right"/>
      </w:pPr>
      <w:r>
        <w:t>اور ان نشانیوں سے جو اعلیٰ معرفت، ریلائزیشن آف گاڈ کا جو بہت ہی اونچے لیول ہے، وہ اس سے حاصل ہوتا ہے، وہ حاصل کریں۔</w:t>
      </w:r>
    </w:p>
    <w:p>
      <w:r>
        <w:rPr>
          <w:b/>
        </w:rPr>
        <w:t xml:space="preserve">[35:45] </w:t>
      </w:r>
      <w:r>
        <w:t>aur oonche level ka jo the work hai, us ko karein. yani daba ke level ka kiya, aap ka paigham reach reach ka har jagah pahunch raha hai, har jagah pahunch raha hai.</w:t>
      </w:r>
    </w:p>
    <w:p>
      <w:pPr>
        <w:jc w:val="right"/>
      </w:pPr>
      <w:r>
        <w:t>اور اونچے لیول کا جو دا ورک ہے، اس کو کریں۔ یعنی دابا کے لیول کا کیا، آپ کا پیغام ریک ریک کا ہر جگہ پہنچ رہا ہے، ہر جگہ پہنچ رہا ہے۔</w:t>
      </w:r>
    </w:p>
    <w:p>
      <w:r>
        <w:rPr>
          <w:b/>
        </w:rPr>
        <w:t xml:space="preserve">[35:56] </w:t>
      </w:r>
      <w:r>
        <w:t>yani printing material ke zariye, aur TV ke zariye, radio ke zariye, cassette ke zariye, har zariye se yeh sab kaam karna hai.</w:t>
      </w:r>
    </w:p>
    <w:p>
      <w:pPr>
        <w:jc w:val="right"/>
      </w:pPr>
      <w:r>
        <w:t>یعنی پرنٹنگ مٹیریل کے ذریعے، اور ٹی وی کے ذریعے، ریڈیو کے ذریعے، کیسٹ کے ذریعے، ہر ذریعے سے یہ سب کام کرنا ہے۔</w:t>
      </w:r>
    </w:p>
    <w:p>
      <w:r>
        <w:rPr>
          <w:b/>
        </w:rPr>
        <w:t xml:space="preserve">[36:06] </w:t>
      </w:r>
      <w:r>
        <w:t>to yahi hai woh role.</w:t>
      </w:r>
    </w:p>
    <w:p>
      <w:pPr>
        <w:jc w:val="right"/>
      </w:pPr>
      <w:r>
        <w:t>تو یہی ہے وہ رول۔</w:t>
      </w:r>
    </w:p>
    <w:p>
      <w:r>
        <w:rPr>
          <w:b/>
        </w:rPr>
        <w:t xml:space="preserve">[36:10] </w:t>
      </w:r>
      <w:r>
        <w:t>to yaad rakhein, ek role kiya tha in logon ne jinhon ne nature ko explore kiya, ab doosra role kiya dajjal ne ke us ko galat istemal kar ke dunya ko bhatkaya.</w:t>
      </w:r>
    </w:p>
    <w:p>
      <w:pPr>
        <w:jc w:val="right"/>
      </w:pPr>
      <w:r>
        <w:t>تو یاد رکھیں، ایک رول کیا تھا ان لوگوں نے جنہوں نے نیچر کو ایکسپلور کیا، اب دوسرا رول کیا دجال نے کہ اس کو غلط استعمال کر کے دنیا کو بھٹکایا۔</w:t>
      </w:r>
    </w:p>
    <w:p>
      <w:r>
        <w:rPr>
          <w:b/>
        </w:rPr>
        <w:t xml:space="preserve">[36:23] </w:t>
      </w:r>
      <w:r>
        <w:t>ab teesra role jo hai, woh hai positive role, woh aap ko karna hai. ab bohat ziyada yeh yani time bohat kam reh gaya hai.</w:t>
      </w:r>
    </w:p>
    <w:p>
      <w:pPr>
        <w:jc w:val="right"/>
      </w:pPr>
      <w:r>
        <w:t>اب تیسرا رول جو ہے، وہ ہے پازیٹیو رول، وہ آپ کو کرنا ہے۔ اب بہت زیادہ یہ یعنی ٹائم بہت کم رہ گیا ہے۔</w:t>
      </w:r>
    </w:p>
    <w:p>
      <w:r>
        <w:rPr>
          <w:b/>
        </w:rPr>
        <w:t xml:space="preserve">[36:35] </w:t>
      </w:r>
      <w:r>
        <w:t>abhi hamare paas aik telephone aaya aik sahab ka jo bohat hi naik aadmi hain, woh Pakistan ke hain, woh hamare paas aaye thay, yahan bohat hi naik aadmi hain.</w:t>
      </w:r>
    </w:p>
    <w:p>
      <w:pPr>
        <w:jc w:val="right"/>
      </w:pPr>
      <w:r>
        <w:t>ابھی ہمارے پاس ایک ٹیلی فون آیا ایک صاحب کا جو بہت ہی نیک آدمی ہیں، وہ پاکستان کے ہیں، وہ ہمارے پاس آئے تھے، یہاں بہت ہی نیک آدمی ہیں۔</w:t>
      </w:r>
    </w:p>
    <w:p>
      <w:r>
        <w:rPr>
          <w:b/>
        </w:rPr>
        <w:t xml:space="preserve">[36:45] </w:t>
      </w:r>
      <w:r>
        <w:t>to unhon ne khwab dekha, abhi do teen din ki baat hai, to woh unhon ne likha hai ke main ne dekha ke qayamat az hovering over our head,</w:t>
      </w:r>
    </w:p>
    <w:p>
      <w:pPr>
        <w:jc w:val="right"/>
      </w:pPr>
      <w:r>
        <w:t>تو انہوں نے خواب دیکھا، ابھی دو تین دن کی بات ہے، تو وہ انہوں نے لکھا ہے کہ میں نے دیکھا کہ قیامت از ہاورنگ اوور اور ہیڈ،</w:t>
      </w:r>
    </w:p>
    <w:p>
      <w:r>
        <w:rPr>
          <w:b/>
        </w:rPr>
        <w:t xml:space="preserve">[37:01] </w:t>
      </w:r>
      <w:r>
        <w:t>doomsday is hovering over our head.</w:t>
      </w:r>
    </w:p>
    <w:p>
      <w:pPr>
        <w:jc w:val="right"/>
      </w:pPr>
      <w:r>
        <w:t>ڈومز ڈے از ہاورنگ اوور اور ہیڈ۔</w:t>
      </w:r>
    </w:p>
    <w:p>
      <w:r>
        <w:rPr>
          <w:b/>
        </w:rPr>
        <w:t xml:space="preserve">[37:04] </w:t>
      </w:r>
      <w:r>
        <w:t>yani qayamat hamare sar itni qareeb aa chuki hai ke sar tak pahunch chuki hai. qayamat itni qareeb aa chuki hai ke hamare sar tak pahunch chuki hai.</w:t>
      </w:r>
    </w:p>
    <w:p>
      <w:pPr>
        <w:jc w:val="right"/>
      </w:pPr>
      <w:r>
        <w:t>یعنی قیامت ہمارے سر اتنی قریب آ چکی ہے کہ سر تک پہنچ چکی ہے۔ قیامت اتنی قریب آ چکی ہے کہ ہمارے سر تک پہنچ چکی ہے۔</w:t>
      </w:r>
    </w:p>
    <w:p>
      <w:r>
        <w:rPr>
          <w:b/>
        </w:rPr>
        <w:t xml:space="preserve">[37:13] </w:t>
      </w:r>
      <w:r>
        <w:t>to ab time kahan hai? ab time kahan hai?</w:t>
      </w:r>
    </w:p>
    <w:p>
      <w:pPr>
        <w:jc w:val="right"/>
      </w:pPr>
      <w:r>
        <w:t>تو اب ٹائم کہاں ہے؟ اب ٹائم کہاں ہے؟</w:t>
      </w:r>
    </w:p>
    <w:p>
      <w:r>
        <w:rPr>
          <w:b/>
        </w:rPr>
        <w:t xml:space="preserve">[37:20] </w:t>
      </w:r>
      <w:r>
        <w:t>to aik kaam karna tha un logon ko jinhon ne ke nature ka explore kiya, woh kaam woh aakhri had tak kar chukay.</w:t>
      </w:r>
    </w:p>
    <w:p>
      <w:pPr>
        <w:jc w:val="right"/>
      </w:pPr>
      <w:r>
        <w:t>تو ایک کام کرنا تھا ان لوگوں کو جنہوں نے کہ نیچر کا ایکسپلور کیا، وہ کام وہ آخری حد تک کر چکے۔</w:t>
      </w:r>
    </w:p>
    <w:p>
      <w:r>
        <w:rPr>
          <w:b/>
        </w:rPr>
        <w:t xml:space="preserve">[37:28] </w:t>
      </w:r>
      <w:r>
        <w:t>doosra kaam kiya dajjal ne ke high jack kar ke un ko negative maqsad ke liye istemal kiya. ab teesra role abhi karna hai aap ko ke in cheezon ko positive simt mein istemal karen,</w:t>
      </w:r>
    </w:p>
    <w:p>
      <w:pPr>
        <w:jc w:val="right"/>
      </w:pPr>
      <w:r>
        <w:t>دوسرا کام کیا دجال نے کہ ہائی جیک کر کے ان کو نیگیٹیو مقصد کے لیے استعمال کیا۔ اب تیسرا رول ابھی کرنا ہے آپ کو کہ ان چیزوں کو پازیٹیو سمت میں استعمال کریں،</w:t>
      </w:r>
    </w:p>
    <w:p>
      <w:r>
        <w:rPr>
          <w:b/>
        </w:rPr>
        <w:t xml:space="preserve">[37:44] </w:t>
      </w:r>
      <w:r>
        <w:t>warna aap ab kya, aap ab kya qayamat ka intezar karenge? aap jab qayamat aa jayegi, us us waqt to kaam ka waqt hi khatam ho chuka hoga, kyunke</w:t>
      </w:r>
    </w:p>
    <w:p>
      <w:pPr>
        <w:jc w:val="right"/>
      </w:pPr>
      <w:r>
        <w:t>ورنہ آپ اب کیا، آپ اب کیا قیامت کا انتظار کریں گے؟ آپ جب قیامت آ جائے گی، اس اس وقت تو کام کا وقت ہی ختم ہو چکا ہوگا، کیونکہ</w:t>
      </w:r>
    </w:p>
    <w:p>
      <w:r>
        <w:rPr>
          <w:b/>
        </w:rPr>
        <w:t xml:space="preserve">[37:56] </w:t>
      </w:r>
      <w:r>
        <w:t>jab sur phoonk diya jayega to sab sab maamla khatam. jo baat aap ko batani thi, woh Khuda direct bata dega logon ko.</w:t>
      </w:r>
    </w:p>
    <w:p>
      <w:pPr>
        <w:jc w:val="right"/>
      </w:pPr>
      <w:r>
        <w:t>جب سور پھونک دیا جائے گا تو سب سب معاملہ ختم۔ جو بات آپ کو بتانی تھی، وہ خدا ڈائریکٹ بتا دے گا لوگوں کو۔</w:t>
      </w:r>
    </w:p>
    <w:p>
      <w:r>
        <w:rPr>
          <w:b/>
        </w:rPr>
        <w:t xml:space="preserve">[38:06] </w:t>
      </w:r>
      <w:r>
        <w:t>to kya aap is ka intezar kar rahe hain ke Khuda khud zahir ho kar bataye? to Khuda agar zahir ho kar khud batayega to aap bhi discreet ho jayenge.</w:t>
      </w:r>
    </w:p>
    <w:p>
      <w:pPr>
        <w:jc w:val="right"/>
      </w:pPr>
      <w:r>
        <w:t>تو کیا آپ اس کا انتظار کر رہے ہیں کہ خدا خود ظاہر ہو کر بتائے؟ تو خدا اگر ظاہر ہو کر خود بتائے گا تو آپ بھی ڈسکریٹ ہو جائیں گے۔</w:t>
      </w:r>
    </w:p>
    <w:p>
      <w:r>
        <w:rPr>
          <w:b/>
        </w:rPr>
        <w:t xml:space="preserve">[38:15] </w:t>
      </w:r>
      <w:r>
        <w:t>yani aik woh log honge jinhon ne ke is se kuch lesson le liya, woh bhatakte rahe, phir bhi</w:t>
      </w:r>
    </w:p>
    <w:p>
      <w:pPr>
        <w:jc w:val="right"/>
      </w:pPr>
      <w:r>
        <w:t>یعنی ایک وہ لوگ ہوں گے جنہوں نے کہ اس سے کچھ لیسن لے لیا، وہ بھٹکتے رہے، پھر بھی</w:t>
      </w:r>
    </w:p>
    <w:p>
      <w:r>
        <w:rPr>
          <w:b/>
        </w:rPr>
        <w:t xml:space="preserve">[38:23] </w:t>
      </w:r>
      <w:r>
        <w:t>doosre woh log bhi honge jinhon ne jinhon ne batane mein batane ka kaam karna nahi kiya, jinhon ne batane ka kaam karna tha, woh batane ka kaam nahi kiya.</w:t>
      </w:r>
    </w:p>
    <w:p>
      <w:pPr>
        <w:jc w:val="right"/>
      </w:pPr>
      <w:r>
        <w:t>دوسرے وہ لوگ بھی ہوں گے جنہوں نے جنہوں نے بتانے میں بتانے کا کام کرنا نہیں کیا، جنہوں نے بتانے کا کام کرنا تھا، وہ بتانے کا کام نہیں کیا۔</w:t>
      </w:r>
    </w:p>
    <w:p>
      <w:r>
        <w:rPr>
          <w:b/>
        </w:rPr>
        <w:t xml:space="preserve">[38:34] </w:t>
      </w:r>
      <w:r>
        <w:t>to is ka unhein bhugtna padega. jinhon ne nahi mana, aik to woh log hain, aur jin logon ne nahi pahunchaya, unhein bhi Khuda ke haan pakda jayega ke tum ne pahunchaya kyun nahi?</w:t>
      </w:r>
    </w:p>
    <w:p>
      <w:pPr>
        <w:jc w:val="right"/>
      </w:pPr>
      <w:r>
        <w:t>تو اس کا انہیں بھگتنا پڑے گا۔ جنہوں نے نہیں مانا، ایک تو وہ لوگ ہیں، اور جن لوگوں نے نہیں پہنچایا، انہیں بھی خدا کے ہاں پکڑا جائے گا کہ تم نے پہنچایا کیوں نہیں؟</w:t>
      </w:r>
    </w:p>
    <w:p>
      <w:r>
        <w:rPr>
          <w:b/>
        </w:rPr>
        <w:t xml:space="preserve">[38:49] </w:t>
      </w:r>
      <w:r>
        <w:t>un</w:t>
      </w:r>
    </w:p>
    <w:p>
      <w:pPr>
        <w:jc w:val="right"/>
      </w:pPr>
      <w:r>
        <w:t>ان</w:t>
      </w:r>
    </w:p>
    <w:p>
      <w:r>
        <w:rPr>
          <w:b/>
        </w:rPr>
        <w:t xml:space="preserve">[38:50] </w:t>
      </w:r>
      <w:r>
        <w:t>ko follow na karne ka agar milega punishment to jo logon ne pahunchaya nahi hai, woh bhi bachenge?</w:t>
      </w:r>
    </w:p>
    <w:p>
      <w:pPr>
        <w:jc w:val="right"/>
      </w:pPr>
      <w:r>
        <w:t>کو فالو نہ کرنے کا اگر ملے گا پنشمنٹ تو جو لوگوں نے پہنچایا نہیں ہے، وہ بھی بچیں گے؟</w:t>
      </w:r>
    </w:p>
    <w:p>
      <w:r>
        <w:rPr>
          <w:b/>
        </w:rPr>
        <w:t xml:space="preserve">[38:58] </w:t>
      </w:r>
      <w:r>
        <w:t>nahi, woh safe side pe nahi hain. woh to yaad rakhiye, time bohat hi kam hai, bohat hi kam hai, bohat hi kam hai, bohat hi kam hai.</w:t>
      </w:r>
    </w:p>
    <w:p>
      <w:pPr>
        <w:jc w:val="right"/>
      </w:pPr>
      <w:r>
        <w:t>نہیں، وہ سیف سائیڈ پہ نہیں ہیں۔ وہ تو یاد رکھیے، ٹائم بہت ہی کم ہے، بہت ہی کم ہے، بہت ہی کم ہے، بہت ہی کم ہے۔</w:t>
      </w:r>
    </w:p>
    <w:p>
      <w:r>
        <w:rPr>
          <w:b/>
        </w:rPr>
        <w:t xml:space="preserve">[39:08] </w:t>
      </w:r>
      <w:r>
        <w:t>time</w:t>
      </w:r>
    </w:p>
    <w:p>
      <w:pPr>
        <w:jc w:val="right"/>
      </w:pPr>
      <w:r>
        <w:t>ٹائم</w:t>
      </w:r>
    </w:p>
    <w:p>
      <w:r>
        <w:rPr>
          <w:b/>
        </w:rPr>
        <w:t xml:space="preserve">[39:12] </w:t>
      </w:r>
      <w:r>
        <w:t>yani Quran ke lehaz se aap dekhen, Rasool Allah ne jo main ne khwab bataya aap ko, Rasool Allah ka, to aap ne kaha tha ke qayamat ab itni qareeb aa chuki hai jaise meri do ungliyan, do ungliyan itni qareeb aa chuki hain.</w:t>
      </w:r>
    </w:p>
    <w:p>
      <w:pPr>
        <w:jc w:val="right"/>
      </w:pPr>
      <w:r>
        <w:t>یعنی قرآن کے لحاظ سے آپ دیکھیں، رسول اللہ نے جو میں نے خواب بتایا آپ کو، رسول اللہ کا، تو آپ نے کہا تھا کہ قیامت اب اتنی قریب آ چکی ہے جیسے میری دو انگلیاں، دو انگلیاں اتنی قریب آ چکی ہے۔</w:t>
      </w:r>
    </w:p>
    <w:p>
      <w:r>
        <w:rPr>
          <w:b/>
        </w:rPr>
        <w:t xml:space="preserve">[39:32] </w:t>
      </w:r>
      <w:r>
        <w:t>to main samajhta hoon ke</w:t>
      </w:r>
    </w:p>
    <w:p>
      <w:pPr>
        <w:jc w:val="right"/>
      </w:pPr>
      <w:r>
        <w:t>تو میں سمجھتا ہوں کہ</w:t>
      </w:r>
    </w:p>
    <w:p>
      <w:r>
        <w:rPr>
          <w:b/>
        </w:rPr>
        <w:t xml:space="preserve">[39:36] </w:t>
      </w:r>
      <w:r>
        <w:t>aaj kal ke halaat ko aap dekhiye, jo philosophy, jo philosophy chalai gayi, entertainment aur enjoy ki philosophy, to insan itna ziyada is mein door ja chuka hai ke ab woh waqt aa gaya hai ke waladyu illa fazalan kuffara.</w:t>
      </w:r>
    </w:p>
    <w:p>
      <w:pPr>
        <w:jc w:val="right"/>
      </w:pPr>
      <w:r>
        <w:t>آج کل کے حالات کو آپ دیکھیے، جو فلسفہ، جو فلاسفی چلائی گئی، انٹرٹینمنٹ اور انجوائے کی فلاسفی، تو انسان اتنا زیادہ اس میں دور جا چکا ہے کہ اب وہ وقت آ گیا ہے کہ ولایلدو الا فاضلا کفارا۔</w:t>
      </w:r>
    </w:p>
    <w:p>
      <w:r>
        <w:rPr>
          <w:b/>
        </w:rPr>
        <w:t xml:space="preserve">[39:54] </w:t>
      </w:r>
      <w:r>
        <w:t>jo paida hota hai, waise hi ki waise hi ban jata hai. woh</w:t>
      </w:r>
    </w:p>
    <w:p>
      <w:pPr>
        <w:jc w:val="right"/>
      </w:pPr>
      <w:r>
        <w:t>جو پیدا ہوتا ہے، ویسے ہی کی ویسے ہی بن جاتا ہے۔ وہ</w:t>
      </w:r>
    </w:p>
    <w:p>
      <w:r>
        <w:rPr>
          <w:b/>
        </w:rPr>
        <w:t xml:space="preserve">[39:58] </w:t>
      </w:r>
      <w:r>
        <w:t>jab mahol itna bigad chuka ho, jaisa ke aaj kal bigda hua hai, itna ziyada bigad chuka ho, to jo paida hoga, woh bigdega. jo paida hoga, bigdega. aap kya karenge?</w:t>
      </w:r>
    </w:p>
    <w:p>
      <w:pPr>
        <w:jc w:val="right"/>
      </w:pPr>
      <w:r>
        <w:t>جب ماحول اتنا بگڑ چکا ہو، جیسا کہ آج کل بگڑا ہوا ہے، اتنا زیادہ بگڑ چکا ہو، تو جو پیدا ہوگا، وہ بگڑے گا۔ جو پیدا ہوگا، بگڑے گا۔ آپ کیا کریں گے؟</w:t>
      </w:r>
    </w:p>
    <w:p>
      <w:r>
        <w:rPr>
          <w:b/>
        </w:rPr>
        <w:t xml:space="preserve">[40:06] </w:t>
      </w:r>
      <w:r>
        <w:t>is ko aap apni companies band kar ke nahi reh sakte. aap poori society kharab ho gayi, sare institutions kharab ho gaye.</w:t>
      </w:r>
    </w:p>
    <w:p>
      <w:pPr>
        <w:jc w:val="right"/>
      </w:pPr>
      <w:r>
        <w:t>اس کو آپ اپنی کمپنیاں بند کر کے نہیں رہ سکتے۔ آپ پوری سوسائٹی خراب ہو گئی، سارے انسٹیٹیوشنز خراب ہو گئے۔</w:t>
      </w:r>
    </w:p>
    <w:p>
      <w:r>
        <w:rPr>
          <w:b/>
        </w:rPr>
        <w:t xml:space="preserve">[40:17] </w:t>
      </w:r>
      <w:r>
        <w:t>jahan aadmi jata hai, wahan pe us ko dajjal ki awaz sunai deti hai. yeh halat hai.</w:t>
      </w:r>
    </w:p>
    <w:p>
      <w:pPr>
        <w:jc w:val="right"/>
      </w:pPr>
      <w:r>
        <w:t>جہاں آدمی جاتا ہے، وہاں پہ اس کو دجال کی آواز سنائی دیتی ہے۔ یہ حالت ہے۔</w:t>
      </w:r>
    </w:p>
    <w:p>
      <w:r>
        <w:rPr>
          <w:b/>
        </w:rPr>
        <w:t xml:space="preserve">[40:24] </w:t>
      </w:r>
      <w:r>
        <w:t>mein apnay baray mein arz karoon ke mein ne radio sunna shuru kiya tha, ghaliban yaani 1967 se, 1967 radio.</w:t>
      </w:r>
    </w:p>
    <w:p>
      <w:pPr>
        <w:jc w:val="right"/>
      </w:pPr>
      <w:r>
        <w:t>میں اپنے بارے میں عرض کروں کہ میں نے ریڈیو سننا شروع کیا تھا، غالباً یعنی 1967 سے، 1967 ریڈیو۔</w:t>
      </w:r>
    </w:p>
    <w:p>
      <w:r>
        <w:rPr>
          <w:b/>
        </w:rPr>
        <w:t xml:space="preserve">[40:39] </w:t>
      </w:r>
      <w:r>
        <w:t>mein TV nahi dekhta, radio sunta hoon. 67 mein radio jo tha, aik bohat hi achhay achhay program hotay thay, sun kar acha lagta tha, yahan tak ganay bhi achhay hotay thay.</w:t>
      </w:r>
    </w:p>
    <w:p>
      <w:pPr>
        <w:jc w:val="right"/>
      </w:pPr>
      <w:r>
        <w:t>میں ٹی وی نہیں دیکھتا، ریڈیو سنتا ہوں۔ 67 میں ریڈیو جو تھا، ایک بہت ہی اچھے اچھے پروگرام ہوتے تھے، سن کر اچھا لگتا تھا، یہاں تک گانے بھی اچھے ہوتے تھے۔</w:t>
      </w:r>
    </w:p>
    <w:p>
      <w:r>
        <w:rPr>
          <w:b/>
        </w:rPr>
        <w:t xml:space="preserve">[40:51] </w:t>
      </w:r>
      <w:r>
        <w:t>zamane mein</w:t>
      </w:r>
    </w:p>
    <w:p>
      <w:pPr>
        <w:jc w:val="right"/>
      </w:pPr>
      <w:r>
        <w:t>زمانے میں</w:t>
      </w:r>
    </w:p>
    <w:p>
      <w:r>
        <w:rPr>
          <w:b/>
        </w:rPr>
        <w:t xml:space="preserve">[40:54] </w:t>
      </w:r>
      <w:r>
        <w:t>ab to news bhi sunnay ka jee nahi chahta. itnay ziyada yaani third class ke program atay hain, yaani har cheez third class ki.</w:t>
      </w:r>
    </w:p>
    <w:p>
      <w:pPr>
        <w:jc w:val="right"/>
      </w:pPr>
      <w:r>
        <w:t>اب تو نیوز بھی سننے کا جی نہیں چاہتا۔ اتنے زیادہ یعنی تھرڈ کلاس کے پروگرام آتے ہیں، یعنی ہر چیز تھرڈ کلاس کی۔</w:t>
      </w:r>
    </w:p>
    <w:p>
      <w:r>
        <w:rPr>
          <w:b/>
        </w:rPr>
        <w:t xml:space="preserve">[41:07] </w:t>
      </w:r>
      <w:r>
        <w:t>news ka bhi standard third class ka program, sab third class ke, har cheez third class ki hoti hai. itna girawat aayi hai, itni girawat aayi hai.</w:t>
      </w:r>
    </w:p>
    <w:p>
      <w:pPr>
        <w:jc w:val="right"/>
      </w:pPr>
      <w:r>
        <w:t>نیوز کا بھی اسٹینڈرڈ تھرڈ کلاس کا پروگرام، سب تھرڈ کلاس کے، ہر چیز تھرڈ کلاس کی ہوتی ہے۔ اتنا گراوٹ آئی ہے، اتنی گراوٹ آئی ہے۔</w:t>
      </w:r>
    </w:p>
    <w:p>
      <w:r>
        <w:rPr>
          <w:b/>
        </w:rPr>
        <w:t xml:space="preserve">[41:19] </w:t>
      </w:r>
      <w:r>
        <w:t>to isi mahol mein log paida ho rahay hain, isi mahol mein jee rahay hain, isi mahol mein saans le rahay hain.</w:t>
      </w:r>
    </w:p>
    <w:p>
      <w:pPr>
        <w:jc w:val="right"/>
      </w:pPr>
      <w:r>
        <w:t>تو اسی ماحول میں لوگ پیدا ہو رہے ہیں، اسی ماحول میں جی رہے ہیں، اسی ماحول میں سانس لے رہے ہیں۔</w:t>
      </w:r>
    </w:p>
    <w:p>
      <w:r>
        <w:rPr>
          <w:b/>
        </w:rPr>
        <w:t xml:space="preserve">[41:29] </w:t>
      </w:r>
      <w:r>
        <w:t>yeh jo aata hai hadith mein ke ke yaajooj majooj sari dunya ka pani pee jayen ge, to log samajhtay hain ke koi anokhi cheez hogi ke sach much hi pee jaye gi sari dunya ka pani.</w:t>
      </w:r>
    </w:p>
    <w:p>
      <w:pPr>
        <w:jc w:val="right"/>
      </w:pPr>
      <w:r>
        <w:t>یہ جو آتا ہے حدیث میں کہ کہ یاجوج ماجوج ساری دنیا کا پانی پی جائیں گے، تو لوگ سمجھتے ہیں کہ کوئی انوکھی چیز ہوگی کہ سچ مچ ہی پی جائے گی ساری دنیا کا پانی۔</w:t>
      </w:r>
    </w:p>
    <w:p>
      <w:r>
        <w:rPr>
          <w:b/>
        </w:rPr>
        <w:t xml:space="preserve">[41:42] </w:t>
      </w:r>
      <w:r>
        <w:t>yeh matlab nahi hai. is ka</w:t>
      </w:r>
    </w:p>
    <w:p>
      <w:pPr>
        <w:jc w:val="right"/>
      </w:pPr>
      <w:r>
        <w:t>یہ مطلب نہیں ہے۔ اس کا</w:t>
      </w:r>
    </w:p>
    <w:p>
      <w:r>
        <w:rPr>
          <w:b/>
        </w:rPr>
        <w:t xml:space="preserve">[41:45] </w:t>
      </w:r>
      <w:r>
        <w:t>pani ka matlab yeh hai ke woh jo jo jo civilization paida karen ge, jo industrial revolution layen ge, us ki wajah se un ke liye possible ho jaye ga ke jo economic sources hain dunya bhar mein, us ko exploit kar sakay.</w:t>
      </w:r>
    </w:p>
    <w:p>
      <w:pPr>
        <w:jc w:val="right"/>
      </w:pPr>
      <w:r>
        <w:t>پانی کا معنی یہ ہے کہ وہ جو جو جو سویلائزیشن پیدا کریں گے، جو انڈسٹریل ریولوشن لائیں گے، اس کی وجہ سے ان کے لیے پاسیبل ہو جائے گا کہ جو اکنامک سورسز ہیں دنیا بھر میں، اس کو ایکسپلائٹ کر سکے۔</w:t>
      </w:r>
    </w:p>
    <w:p>
      <w:r>
        <w:rPr>
          <w:b/>
        </w:rPr>
        <w:t xml:space="preserve">[41:58] </w:t>
      </w:r>
      <w:r>
        <w:t>woh us ko exploit kar sakay. woh woh economic exploitation ke sense mein hai na ke ke sara pani pee jayen ge.</w:t>
      </w:r>
    </w:p>
    <w:p>
      <w:pPr>
        <w:jc w:val="right"/>
      </w:pPr>
      <w:r>
        <w:t>وہ اس کو ایکسپلائٹ کر سکے۔ وہ وہ اکنامک ایکسپلائزیشن کے سینس میں ہے نہ کہ کہ سارا پانی پی جائیں گے۔</w:t>
      </w:r>
    </w:p>
    <w:p>
      <w:r>
        <w:rPr>
          <w:b/>
        </w:rPr>
        <w:t xml:space="preserve">[42:08] </w:t>
      </w:r>
      <w:r>
        <w:t>woh sab kya hua? un logon ne</w:t>
      </w:r>
    </w:p>
    <w:p>
      <w:pPr>
        <w:jc w:val="right"/>
      </w:pPr>
      <w:r>
        <w:t>وہ سب کیا ہوا؟ ان لوگوں نے</w:t>
      </w:r>
    </w:p>
    <w:p>
      <w:r>
        <w:rPr>
          <w:b/>
        </w:rPr>
        <w:t xml:space="preserve">[42:10] </w:t>
      </w:r>
      <w:r>
        <w:t>zahir hai ke jab unhon ne nayi cheezon ko discover kiya, nayi technology paida ki, to zahir hai woh karen ge, us ko exploit karen ge.</w:t>
      </w:r>
    </w:p>
    <w:p>
      <w:pPr>
        <w:jc w:val="right"/>
      </w:pPr>
      <w:r>
        <w:t>ظاہر ہے کہ جب انہوں نے نئی چیزوں کو ڈسکور کیا، نئی ٹیکنالوجی پیدا کی، تو ظاہر ہے وہ کریں گے، اس کو ایکسپلائٹ کریں گے۔</w:t>
      </w:r>
    </w:p>
    <w:p>
      <w:r>
        <w:rPr>
          <w:b/>
        </w:rPr>
        <w:t xml:space="preserve">[42:20] </w:t>
      </w:r>
      <w:r>
        <w:t>woh to woh jo hai ke sari dunya ka pani pee jayen ge, to woh lateral sense mein nahi hai. woh isi sense mein hai ke un ko economic exploitation ke naye naye,</w:t>
      </w:r>
    </w:p>
    <w:p>
      <w:pPr>
        <w:jc w:val="right"/>
      </w:pPr>
      <w:r>
        <w:t>وہ تو وہ جو ہے کہ ساری دنیا کا پانی پی جائیں گے، تو وہ لیٹرل سینس میں نہیں ہے۔ وہ اسی سینس میں ہے کہ ان کو اکنامک ایکسپلائٹیشن کے نئے نئے،</w:t>
      </w:r>
    </w:p>
    <w:p>
      <w:r>
        <w:rPr>
          <w:b/>
        </w:rPr>
        <w:t xml:space="preserve">[42:33] </w:t>
      </w:r>
      <w:r>
        <w:t>woh un ke hath mein aa jayen ge, naye naye tareeqay, naye naye</w:t>
      </w:r>
    </w:p>
    <w:p>
      <w:pPr>
        <w:jc w:val="right"/>
      </w:pPr>
      <w:r>
        <w:t>وہ ان کے ہاتھ میں آ جائیں گے، نئے نئے طریقے، نئے نئے</w:t>
      </w:r>
    </w:p>
    <w:p>
      <w:r>
        <w:rPr>
          <w:b/>
        </w:rPr>
        <w:t xml:space="preserve">[42:38] </w:t>
      </w:r>
      <w:r>
        <w:t>zariye. to sari dunya ko woh exploit karen ge is sense mein. woh kya unhon ne? lekin kar ke unhon ne aik positive bhi aspect is ka hai.</w:t>
      </w:r>
    </w:p>
    <w:p>
      <w:pPr>
        <w:jc w:val="right"/>
      </w:pPr>
      <w:r>
        <w:t>ذریعے۔ تو ساری دنیا کو وہ ایکسپلائٹ کریں گے اس سینس میں۔ وہ کیا انہوں نے؟ لیکن کر کے انہوں نے ایک پازیٹیو بھی اسپیکٹ اس کا ہے۔</w:t>
      </w:r>
    </w:p>
    <w:p>
      <w:r>
        <w:rPr>
          <w:b/>
        </w:rPr>
        <w:t xml:space="preserve">[42:49] </w:t>
      </w:r>
      <w:r>
        <w:t>positive aspect yeh hai ke unhon ne nature mein jo jo Khuda ke science chhupe hue thay, khol diya. us ko us ko khol diya.</w:t>
      </w:r>
    </w:p>
    <w:p>
      <w:pPr>
        <w:jc w:val="right"/>
      </w:pPr>
      <w:r>
        <w:t>پازیٹیو اسپیکٹ یہ ہے کہ انہوں نے نیچر میں جو جو خدا کے سائنس چھپے ہوئے تھے، کھول دیا۔ اس کو اس کو کھول دیا۔</w:t>
      </w:r>
    </w:p>
    <w:p>
      <w:r>
        <w:rPr>
          <w:b/>
        </w:rPr>
        <w:t xml:space="preserve">[43:02] </w:t>
      </w:r>
      <w:r>
        <w:t>jaisay misaal ke tor par unhon ne pani ko convert kiya aur steam engine insteam power banaya.</w:t>
      </w:r>
    </w:p>
    <w:p>
      <w:pPr>
        <w:jc w:val="right"/>
      </w:pPr>
      <w:r>
        <w:t>جیسے مثال کے طور پر انہوں نے پانی کو کنورٹ کیا اور اسٹیم انجین ان سٹیم پاور بنایا۔</w:t>
      </w:r>
    </w:p>
    <w:p>
      <w:r>
        <w:rPr>
          <w:b/>
        </w:rPr>
        <w:t xml:space="preserve">[43:09] </w:t>
      </w:r>
      <w:r>
        <w:t>pani ko convert kar ke steam power banaya, steam power bana kar ke steam ship banaye, aur sari dunya mein un ke jahaz dorne lagay. pehlay jahaz samundaron mein bohat nahi ja patay thay, choti choti jaghon pe jatay thay, woh kyunke mila chalatay thay.</w:t>
      </w:r>
    </w:p>
    <w:p>
      <w:pPr>
        <w:jc w:val="right"/>
      </w:pPr>
      <w:r>
        <w:t>پانی کو کنورٹ کر کے اسٹیم پاور بنایا، اسٹیم پاور بنا کر کے اسٹیم شپ بنائے، اور ساری دنیا میں ان کے جہاز دوڑنے لگے۔ پہلے جہاز سمندروں میں بہت نہیں جا پاتے تھے، چھوٹی چھوٹی جگہوں پہ جاتے تھے، وہ کیونکہ ملا چلاتے تھے۔</w:t>
      </w:r>
    </w:p>
    <w:p>
      <w:r>
        <w:rPr>
          <w:b/>
        </w:rPr>
        <w:t xml:space="preserve">[43:24] </w:t>
      </w:r>
      <w:r>
        <w:t>lekin ab jo un ke paas jab steam engine ban gaya, to un ke ship dorne lagay sari samundaron mein har taraf.</w:t>
      </w:r>
    </w:p>
    <w:p>
      <w:pPr>
        <w:jc w:val="right"/>
      </w:pPr>
      <w:r>
        <w:t>لیکن اب جو ان کے پاس جب اسٹیم انجن بن گیا، تو ان کے شپ دوڑنے لگے سارے سمندروں میں ہر طرف۔</w:t>
      </w:r>
    </w:p>
    <w:p>
      <w:r>
        <w:rPr>
          <w:b/>
        </w:rPr>
        <w:t xml:space="preserve">[43:31] </w:t>
      </w:r>
      <w:r>
        <w:t>to is mein unhon ne is ke power ko daryaft kar ke samandari jo yaani business tha, us ko qabza kar liya unhon ne.</w:t>
      </w:r>
    </w:p>
    <w:p>
      <w:pPr>
        <w:jc w:val="right"/>
      </w:pPr>
      <w:r>
        <w:t>تو اس میں انہوں نے اس کے پاور کو دریافت کر کے سمندری جو یعنی بزنس تھا، اس کو قبضہ کر لیا انہوں نے۔</w:t>
      </w:r>
    </w:p>
    <w:p>
      <w:r>
        <w:rPr>
          <w:b/>
        </w:rPr>
        <w:t xml:space="preserve">[43:42] </w:t>
      </w:r>
      <w:r>
        <w:t>lekin kitni aur bari baat is ne batayi, unhon ne kitni bari baat ke Khuda ne kis tarah se banaya hai pani ko.</w:t>
      </w:r>
    </w:p>
    <w:p>
      <w:pPr>
        <w:jc w:val="right"/>
      </w:pPr>
      <w:r>
        <w:t>لیکن کتنی اور بڑی بات اس نے بتائی، انہوں نے کتنی بڑی بات کہ خدا نے کس طرح سے بنایا ہے پانی کو۔</w:t>
      </w:r>
    </w:p>
    <w:p>
      <w:r>
        <w:rPr>
          <w:b/>
        </w:rPr>
        <w:t xml:space="preserve">[43:50] </w:t>
      </w:r>
      <w:r>
        <w:t>yeh yeh unhon ne hum is se pehlay jantay nahi thay, dunya janti nahi thi ke pani kaise banta hai, pani ka kya nizam hai</w:t>
      </w:r>
    </w:p>
    <w:p>
      <w:pPr>
        <w:jc w:val="right"/>
      </w:pPr>
      <w:r>
        <w:t>یہ یہ انہوں نے ہم اس سے پہلے جانتے نہیں تھے، دنیا جانتی نہیں تھی کہ پانی کیسے بنتا ہے، پانی کا کیا نظام ہے</w:t>
      </w:r>
    </w:p>
    <w:p>
      <w:r>
        <w:rPr>
          <w:b/>
        </w:rPr>
        <w:t xml:space="preserve">[44:00] </w:t>
      </w:r>
      <w:r>
        <w:t>ke pani aap jantay hain ke sab se ziyada dunya mein pani hai samundaron mein. lekin is mein us ko us ka preservative ke tor par us mein namak mila hua hota hai.</w:t>
      </w:r>
    </w:p>
    <w:p>
      <w:pPr>
        <w:jc w:val="right"/>
      </w:pPr>
      <w:r>
        <w:t>کہ پانی آپ جانتے ہیں کہ سب سے زیادہ دنیا میں پانی ہے سمندروں میں۔ لیکن اس میں اس کو اس کا پریزرویٹیو کے طور پر اس میں نمک ملا ہوا ہوتا ہے۔</w:t>
      </w:r>
    </w:p>
    <w:p>
      <w:r>
        <w:rPr>
          <w:b/>
        </w:rPr>
        <w:t xml:space="preserve">[44:13] </w:t>
      </w:r>
      <w:r>
        <w:t>ab namak walay pani ko aap istemal nahi kar saktay. to kya hota hai ke suraj ki garmi parti hai, ab bhap uthti hai. to namak jo hai, woh heavy hai, is wajah se namak neechay reh jata hai aur fresh water oopar chala jata hai.</w:t>
      </w:r>
    </w:p>
    <w:p>
      <w:pPr>
        <w:jc w:val="right"/>
      </w:pPr>
      <w:r>
        <w:t>اب نمک والے پانی کو آپ استعمال نہیں کر سکتے۔ تو کیا ہوتا ہے کہ سورج کی گرمی پڑتی ہے، اب بھاپ اٹھتی ہے۔ تو نمک جو ہے، وہ ہیوی ہے، اس وجہ سے نمک نیچے رہ جاتا ہے اور فریش واٹر اوپر چلا جاتا ہے۔</w:t>
      </w:r>
    </w:p>
    <w:p>
      <w:r>
        <w:rPr>
          <w:b/>
        </w:rPr>
        <w:t xml:space="preserve">[44:29] </w:t>
      </w:r>
      <w:r>
        <w:t>oopar ja kar ke wahan par phir sari fiza mein yaani fiza ret ke particle se bhari hui hai.</w:t>
      </w:r>
    </w:p>
    <w:p>
      <w:pPr>
        <w:jc w:val="right"/>
      </w:pPr>
      <w:r>
        <w:t>اوپر جا کر کے وہاں پر پھر ساری فضا میں یعنی فضا ریت کے پارٹیکل سے بھری ہوئی ہے۔</w:t>
      </w:r>
    </w:p>
    <w:p>
      <w:r>
        <w:rPr>
          <w:b/>
        </w:rPr>
        <w:t xml:space="preserve">[44:40] </w:t>
      </w:r>
      <w:r>
        <w:t>phir wahan ja kar phir woh bojhal hota hai, phir woh zameen par barta hai. ab yeh hamein kab pata tha ke yeh de-salination ka jo nizam hai, universal level par, yeh kab insaan ko pata tha?</w:t>
      </w:r>
    </w:p>
    <w:p>
      <w:pPr>
        <w:jc w:val="right"/>
      </w:pPr>
      <w:r>
        <w:t>پھر وہاں جا کر پھر وہ بوجھل ہوتا ہے، پھر وہ زمین پر برستا ہے۔ اب یہ ہمیں کب پتہ تھا کہ یہ ڈی سائلینیشن کا جو نظام ہے، یونیورسل لیول پر، یہ کب انسان کو پتہ تھا؟</w:t>
      </w:r>
    </w:p>
    <w:p>
      <w:r>
        <w:rPr>
          <w:b/>
        </w:rPr>
        <w:t xml:space="preserve">[44:53] </w:t>
      </w:r>
      <w:r>
        <w:t>ek bohat baray universal level par de-salination ho raha hai, tab woh fresh water milta hai, tab fresh water milta hai.</w:t>
      </w:r>
    </w:p>
    <w:p>
      <w:pPr>
        <w:jc w:val="right"/>
      </w:pPr>
      <w:r>
        <w:t>ایک بہت بڑے یونیورسل لیول پر ڈی سائلینیشن ہو رہا ہے، تب وہ فریش واٹر ملتا ہے، تب فریش واٹر ملتا ہے۔</w:t>
      </w:r>
    </w:p>
    <w:p>
      <w:r>
        <w:rPr>
          <w:b/>
        </w:rPr>
        <w:t xml:space="preserve">[45:03] </w:t>
      </w:r>
      <w:r>
        <w:t>to unhon ne woh tareeq yaani apne jo technology daryaft ki, us technology ko daryaft karte hue unhon ne Khuda ki nishani bhi bata di.</w:t>
      </w:r>
    </w:p>
    <w:p>
      <w:pPr>
        <w:jc w:val="right"/>
      </w:pPr>
      <w:r>
        <w:t>تو انہوں نے وہ طریق یعنی اپنے جو ٹیکنالوجی دریافت کی، اس ٹیکنالوجی کو دریافت کرتے ہوئے انہوں نے خدا کی نشانی بھی بتا دی۔</w:t>
      </w:r>
    </w:p>
    <w:p>
      <w:r>
        <w:rPr>
          <w:b/>
        </w:rPr>
        <w:t xml:space="preserve">[45:15] </w:t>
      </w:r>
      <w:r>
        <w:t>hum ko Khuda ki nishaniyan</w:t>
      </w:r>
    </w:p>
    <w:p>
      <w:pPr>
        <w:jc w:val="right"/>
      </w:pPr>
      <w:r>
        <w:t>ہم کو خدا کی نشانیاں</w:t>
      </w:r>
    </w:p>
    <w:p>
      <w:r>
        <w:rPr>
          <w:b/>
        </w:rPr>
        <w:t xml:space="preserve">[45:18] </w:t>
      </w:r>
      <w:r>
        <w:t>, is ko aap agar chahein parhna to meri kitab hai "God Arises", is mein aap parh sakte hain. is mein bohat sari baatein is qism ki hain.</w:t>
      </w:r>
    </w:p>
    <w:p>
      <w:pPr>
        <w:jc w:val="right"/>
      </w:pPr>
      <w:r>
        <w:t>، اس کو آپ اگر چاہیں پڑھنا تو میری کتاب ہے "گاڈ ارائزز"، اس میں آپ پڑھ سکتے ہیں۔ اس میں بہت ساری باتیں اس قسم کی ہیں۔</w:t>
      </w:r>
    </w:p>
    <w:p>
      <w:r>
        <w:rPr>
          <w:b/>
        </w:rPr>
        <w:t xml:space="preserve">[45:29] </w:t>
      </w:r>
      <w:r>
        <w:t>to science unhon ne paida ki, technology paida ki, is ko unhon ne yaani exploitation ka zariya banaya.</w:t>
      </w:r>
    </w:p>
    <w:p>
      <w:pPr>
        <w:jc w:val="right"/>
      </w:pPr>
      <w:r>
        <w:t>تو سائنس انہوں نے پیدا کی، ٹیکنالوجی پیدا کی، اس کو انہوں نے یعنی ایکسپلائٹیشن کا ذریعہ بنایا۔</w:t>
      </w:r>
    </w:p>
    <w:p>
      <w:r>
        <w:rPr>
          <w:b/>
        </w:rPr>
        <w:t xml:space="preserve">[45:38] </w:t>
      </w:r>
      <w:r>
        <w:t>lekin isi mein yeh sari baatein to samne aayin, yeh sari baatein isi mein samne aayin humein. to is ka ek istemal tha economic exploitation,</w:t>
      </w:r>
    </w:p>
    <w:p>
      <w:pPr>
        <w:jc w:val="right"/>
      </w:pPr>
      <w:r>
        <w:t>لیکن اسی میں یہ ساری باتیں تو سامنے آئیں، یہ ساری باتیں اسی میں سامنے آئیں ہمیں۔ تو اس کا ایک استعمال تھا اکنامک ایکسپلائٹیشن،</w:t>
      </w:r>
    </w:p>
    <w:p>
      <w:r>
        <w:rPr>
          <w:b/>
        </w:rPr>
        <w:t xml:space="preserve">[45:48] </w:t>
      </w:r>
      <w:r>
        <w:t>dusra istemal tha is ka yeh theology ke liye, Khuda ke saboot ke liye, aur mazhabi haqiqaton ko scientific argument ke zariye pesh karne ke liye.</w:t>
      </w:r>
    </w:p>
    <w:p>
      <w:pPr>
        <w:jc w:val="right"/>
      </w:pPr>
      <w:r>
        <w:t>دوسرا استعمال تھا اس کا یہ تھیالوجی کے لیے، خدا کے ثبوت کے لیے، اور مذہبی حقیقتوں کو سائنٹیفک ارگیومنٹ کے ذریعے پیش کرنے کے لیے۔</w:t>
      </w:r>
    </w:p>
    <w:p>
      <w:r>
        <w:rPr>
          <w:b/>
        </w:rPr>
        <w:t xml:space="preserve">[45:58] </w:t>
      </w:r>
      <w:r>
        <w:t>yeh dusra is ka istemal tha. to dusra istemal nahi hua, pehle istemal hua kyunke dajjal ne highjack kar liya sari taraqqiyon ko.</w:t>
      </w:r>
    </w:p>
    <w:p>
      <w:pPr>
        <w:jc w:val="right"/>
      </w:pPr>
      <w:r>
        <w:t>یہ دوسرا اس کا استعمال تھا۔ تو دوسرا استعمال نہیں ہوا، پہلے استعمال ہوا کیونکہ دجال نے ہائی جیک کر لیا ساری ترقیوں کو۔</w:t>
      </w:r>
    </w:p>
    <w:p>
      <w:r>
        <w:rPr>
          <w:b/>
        </w:rPr>
        <w:t xml:space="preserve">[46:11] </w:t>
      </w:r>
      <w:r>
        <w:t>to ab aap ko yeh kaam karna hai ke aap is ka jo positive istemal karna tha, jo ab tak nahi ho saka tha, us ko karein. yahi duty hai hamari, yeh hamari duty hai, is ke siwa koi aur duty nahi hai.</w:t>
      </w:r>
    </w:p>
    <w:p>
      <w:pPr>
        <w:jc w:val="right"/>
      </w:pPr>
      <w:r>
        <w:t>تو اب آپ کو یہ کام کرنا ہے کہ آپ اس کا جو پازیٹیو استعمال کرنا تھا، جو اب تک نہیں ہو سکا تھا، اس کو کریں۔ یہی ڈیوٹی ہے ہماری، یہ ہماری ڈیوٹی ہے، اس کے سوا کوئی اور ڈیوٹی نہیں ہے۔</w:t>
      </w:r>
    </w:p>
    <w:p>
      <w:r>
        <w:rPr>
          <w:b/>
        </w:rPr>
        <w:t xml:space="preserve">[46:26] </w:t>
      </w:r>
      <w:r>
        <w:t>har dusra kaam jo hai, is ke muqable mein secondary hai, har dusra kaam secondary hai.</w:t>
      </w:r>
    </w:p>
    <w:p>
      <w:pPr>
        <w:jc w:val="right"/>
      </w:pPr>
      <w:r>
        <w:t>ہر دوسرا کام جو ہے، اس کے مقابلے میں سیکنڈری ہے، ہر دوسرا کام سیکنڈری ہے۔</w:t>
      </w:r>
    </w:p>
    <w:p>
      <w:r>
        <w:rPr>
          <w:b/>
        </w:rPr>
        <w:t xml:space="preserve">[46:39] </w:t>
      </w:r>
      <w:r>
        <w:t>to yahi baat hai jis ko mein jis ki taraf mein aap ko tawajjuh dilana chahta hoon, aur hamein apne time ko manage karna hai, apne har cheez, apni energy ko manage karna hai taake hum ziyada se ziyada apne ko devote kar sakein is kaam mein.</w:t>
      </w:r>
    </w:p>
    <w:p>
      <w:pPr>
        <w:jc w:val="right"/>
      </w:pPr>
      <w:r>
        <w:t>تو یہی بات ہے جس کو میں جس کی طرف میں آپ کو توجہ دلانا چاہتا ہوں، اور ہمیں اپنے ٹائم کو مینج کرنا ہے، اپنے ہر چیز، اپنی انرجی کو مینج کرنا ہے تاکہ ہم زیادہ سے زیادہ اپنے کو ڈیووٹ کر سکیں اس کام میں۔</w:t>
      </w:r>
    </w:p>
    <w:p>
      <w:r>
        <w:rPr>
          <w:b/>
        </w:rPr>
        <w:t xml:space="preserve">[47:01] </w:t>
      </w:r>
      <w:r>
        <w:t>har aadmi phansa rehta hai, kahin na kahin, kahin na kahin phansa rehta hai.</w:t>
      </w:r>
    </w:p>
    <w:p>
      <w:pPr>
        <w:jc w:val="right"/>
      </w:pPr>
      <w:r>
        <w:t>ہر آدمی پھنسا رہتا ہے، کہیں نہ کہیں، کہیں نہ کہیں پھنسا رہتا ہے۔</w:t>
      </w:r>
    </w:p>
    <w:p>
      <w:r>
        <w:rPr>
          <w:b/>
        </w:rPr>
        <w:t xml:space="preserve">[47:08] </w:t>
      </w:r>
      <w:r>
        <w:t>ab ek sahab abhi chand din hua mere pas aaye, bohat paise wale hain woh, to unhon ne ek bohat bara banaya hai social service ka.</w:t>
      </w:r>
    </w:p>
    <w:p>
      <w:pPr>
        <w:jc w:val="right"/>
      </w:pPr>
      <w:r>
        <w:t>اب ایک صاحب ابھی چند دن ہوا میرے پاس آئے، بہت پیسے والے ہیں وہ، تو انہوں نے ایک بہت بڑا بنایا ہے سوشل سروس کا۔</w:t>
      </w:r>
    </w:p>
    <w:p>
      <w:r>
        <w:rPr>
          <w:b/>
        </w:rPr>
        <w:t xml:space="preserve">[47:19] </w:t>
      </w:r>
      <w:r>
        <w:t>social service, is mein bohat paisa laga rakha hai unhon ne. to maine kaha ke aap ke paise ka istemal aap samajhte hain ke social service hai?</w:t>
      </w:r>
    </w:p>
    <w:p>
      <w:pPr>
        <w:jc w:val="right"/>
      </w:pPr>
      <w:r>
        <w:t>سوشل سروس، اس میں بہت پیسہ لگا رکھا ہے انہوں نے۔ تو میں نے کہا کہ آپ کے پیسے کا استعمال آپ سمجھتے ہیں کہ سوشل سروس ہے؟</w:t>
      </w:r>
    </w:p>
    <w:p>
      <w:r>
        <w:rPr>
          <w:b/>
        </w:rPr>
        <w:t xml:space="preserve">[47:30] </w:t>
      </w:r>
      <w:r>
        <w:t>nahi, da'wa work hai is ka istemal. to unhon ne kaha yeh bhi to Khuda ka kaam</w:t>
      </w:r>
    </w:p>
    <w:p>
      <w:pPr>
        <w:jc w:val="right"/>
      </w:pPr>
      <w:r>
        <w:t>نہیں، دعویٰ ورک ہے اس کا استعمال۔ تو انہوں نے کہا یہ بھی تو خدا کا کام</w:t>
      </w:r>
    </w:p>
    <w:p>
      <w:r>
        <w:rPr>
          <w:b/>
        </w:rPr>
        <w:t xml:space="preserve">[47:37] </w:t>
      </w:r>
      <w:r>
        <w:t>hai. maine kaha ke sab se bara kaam social service ka kya hai? Mother Teresa ne jo is ka ek model ban gayi hai, lekin aap ko pata hai ke is ka anjam kya hua?</w:t>
      </w:r>
    </w:p>
    <w:p>
      <w:pPr>
        <w:jc w:val="right"/>
      </w:pPr>
      <w:r>
        <w:t>ہے۔ میں نے کہا کہ سب سے بڑا کام سوشل سروس کا کیا ہے؟ مدر ٹریسا نے جو اس کا ایک ماڈل بن گئی ہے، لیکن آپ کو پتہ ہے کہ اس کا انجام کیا ہوا؟</w:t>
      </w:r>
    </w:p>
    <w:p>
      <w:r>
        <w:rPr>
          <w:b/>
        </w:rPr>
        <w:t xml:space="preserve">[47:51] </w:t>
      </w:r>
      <w:r>
        <w:t>aap parh lijiye is ko, is ke bare mein jo chupa hai, book chupi hai, us us book ko summarize kiya hai Time Times mein, jo woh America ka jo Time magazine hai, ke us ne khud iqrar kiya hai apne aakhri zamane mein ke maine apne is kaam mein Khuda ko dhoondhna chaha tha, lekin mujhe Khuda nahi mila.</w:t>
      </w:r>
    </w:p>
    <w:p>
      <w:pPr>
        <w:jc w:val="right"/>
      </w:pPr>
      <w:r>
        <w:t>آپ پڑھ لیجئے اس کو، اس کے بارے میں جو چھپا ہے، بک چھپی ہے، اس اس بک کو سمرائز کیا ہے ٹائم ٹائمز میں، جو وہ امریکہ کا جو ٹائم میگزین ہے، کہ اس نے خود اقرار کیا ہے اپنے آخری زمانے میں کہ میں نے اپنے اس کام میں خدا کو ڈھونڈنا چاہا تھا، لیکن مجھے خدا نہیں ملا۔</w:t>
      </w:r>
    </w:p>
    <w:p>
      <w:r>
        <w:rPr>
          <w:b/>
        </w:rPr>
        <w:t xml:space="preserve">[48:15] </w:t>
      </w:r>
      <w:r>
        <w:t>social service mein Khuda nahi mila us ko.</w:t>
      </w:r>
    </w:p>
    <w:p>
      <w:pPr>
        <w:jc w:val="right"/>
      </w:pPr>
      <w:r>
        <w:t>سوشل سروس میں خدا نہیں ملا اس کو۔</w:t>
      </w:r>
    </w:p>
    <w:p>
      <w:r>
        <w:rPr>
          <w:b/>
        </w:rPr>
        <w:t xml:space="preserve">[48:19] </w:t>
      </w:r>
      <w:r>
        <w:t>"She died in agony" yeh likha hai us ne parche mein. "She died in agony" to us ne us ko Khuda nahi mila is mein.</w:t>
      </w:r>
    </w:p>
    <w:p>
      <w:pPr>
        <w:jc w:val="right"/>
      </w:pPr>
      <w:r>
        <w:t>"شی ڈائیڈ ان ایگنی" یہ لکھا ہے اس نے پرچے میں۔ "شی ڈائیڈ ان ایگنی" تو اس نے اس کو خدا نہیں ملا اس میں۔</w:t>
      </w:r>
    </w:p>
    <w:p>
      <w:r>
        <w:rPr>
          <w:b/>
        </w:rPr>
        <w:t xml:space="preserve">[48:29] </w:t>
      </w:r>
      <w:r>
        <w:t>to maine kaha wahi wahi aap kar rahe hain.</w:t>
      </w:r>
    </w:p>
    <w:p>
      <w:pPr>
        <w:jc w:val="right"/>
      </w:pPr>
      <w:r>
        <w:t>تو میں نے کہا وہی وہی آپ کر رہے ہیں۔</w:t>
      </w:r>
    </w:p>
    <w:p>
      <w:r>
        <w:rPr>
          <w:b/>
        </w:rPr>
        <w:t xml:space="preserve">[48:35] </w:t>
      </w:r>
      <w:r>
        <w:t>phir maine kaha ke dekhein social service jo hai, mein is ko bilkul bekar kaam samajhta hoon. aap logon ko incentive dijiye, incentive yeh help jo hai, logon ka apahij bana deti hai.</w:t>
      </w:r>
    </w:p>
    <w:p>
      <w:pPr>
        <w:jc w:val="right"/>
      </w:pPr>
      <w:r>
        <w:t>پھر میں نے کہا کہ دیکھیں سوشل سروس جو ہے، میں اس کو بالکل بیکار کام سمجھتا ہوں۔ آپ لوگوں کو انسنٹیو دیجئے، انسنٹیو یہ ہیلپ جو ہے، لوگوں کا اپاہج بنا دیتی ہے۔</w:t>
      </w:r>
    </w:p>
    <w:p>
      <w:r>
        <w:rPr>
          <w:b/>
        </w:rPr>
        <w:t xml:space="preserve">[48:47] </w:t>
      </w:r>
      <w:r>
        <w:t>yaani Khuda ki scheme jo hai, woh yeh nahi hai ke aap help logon ko dein. is tarah is tarah ki help logon ke incentive ko barhaein, aap logon ko motivate karein.</w:t>
      </w:r>
    </w:p>
    <w:p>
      <w:pPr>
        <w:jc w:val="right"/>
      </w:pPr>
      <w:r>
        <w:t>یعنی خدا کی اسکیم جو ہے، وہ یہ نہیں ہے کہ آپ ہیلپ لوگوں کو دیں۔ اس طرح اس طرح کی ہیلپ لوگوں کے انسنٹیو کو بڑھائیں، آپ لوگوں کو موٹیویٹ کریں۔</w:t>
      </w:r>
    </w:p>
    <w:p>
      <w:r>
        <w:rPr>
          <w:b/>
        </w:rPr>
        <w:t xml:space="preserve">[48:58] </w:t>
      </w:r>
      <w:r>
        <w:t>ab ghar baithe baithe aap ko un ko aap allowance bhej rahe hain aur un ko provide kar rahe hain baghair mehnat ke un ko paisa.</w:t>
      </w:r>
    </w:p>
    <w:p>
      <w:pPr>
        <w:jc w:val="right"/>
      </w:pPr>
      <w:r>
        <w:t>اب گھر بیٹھے بیٹھے آپ کو ان کو آپ الاوننس بھیج رہے ہیں اور ان کو پرووائیڈ کر رہے ہیں بغیر محنت کے ان کو پیسہ۔</w:t>
      </w:r>
    </w:p>
    <w:p>
      <w:r>
        <w:rPr>
          <w:b/>
        </w:rPr>
        <w:t xml:space="preserve">[49:08] </w:t>
      </w:r>
      <w:r>
        <w:t>to aap to un ke incentive ko kill kar rahe hain, un ke incentive ko kill kar rahe hain. aap</w:t>
      </w:r>
    </w:p>
    <w:p>
      <w:pPr>
        <w:jc w:val="right"/>
      </w:pPr>
      <w:r>
        <w:t>تو آپ تو ان کے انسنٹیو کو کل کر رہے ہیں، ان کے انسنٹیو کو کل کر رہے ہیں۔ آپ</w:t>
      </w:r>
    </w:p>
    <w:p>
      <w:r>
        <w:rPr>
          <w:b/>
        </w:rPr>
        <w:t xml:space="preserve">[49:14] </w:t>
      </w:r>
      <w:r>
        <w:t>to khuda ka jo scheme hai, woh yeh hai ke logon ke incentive ko jagaya jaye, un ko motivate kiya jaye taake log struggle karein, mehnat karein, apne haath paon ko chalayein.</w:t>
      </w:r>
    </w:p>
    <w:p>
      <w:pPr>
        <w:jc w:val="right"/>
      </w:pPr>
      <w:r>
        <w:t>تو خدا کا جو اسکیم ہے، وہ یہ ہے کہ لوگوں کے انسنٹیو کو جگایا جائے، ان کو موٹیویٹ کیا جائے تاکہ لوگ اسٹرگل کریں، محنت کریں، اپنے ہاتھ پاؤں کو چلائیں۔</w:t>
      </w:r>
    </w:p>
    <w:p>
      <w:r>
        <w:rPr>
          <w:b/>
        </w:rPr>
        <w:t xml:space="preserve">[49:25] </w:t>
      </w:r>
      <w:r>
        <w:t>wahan to khuda ne yeh bana rakha hai, aur jo aap ko jo kaam karna hai, woh hai dawah work. to apni sari energy ko, apne sare time ko aap lagaiye dawah work mein.</w:t>
      </w:r>
    </w:p>
    <w:p>
      <w:pPr>
        <w:jc w:val="right"/>
      </w:pPr>
      <w:r>
        <w:t>وہاں تو خدا نے یہ بنا رکھا ہے، اور جو آپ کو جو کام کرنا ہے، وہ ہے دعویٰ ورک۔ تو اپنی ساری انرجی کو، اپنے سارے ٹائم کو آپ لگائیے دعویٰ ورک میں۔</w:t>
      </w:r>
    </w:p>
    <w:p>
      <w:r>
        <w:rPr>
          <w:b/>
        </w:rPr>
        <w:t xml:space="preserve">[49:41] </w:t>
      </w:r>
      <w:r>
        <w:t>to logon ne is tareeqe se apni taqaton ko kahan kahan lagaye hue hain, aur jo asal kaam hai karne ka, us ko chhode hue hain.</w:t>
      </w:r>
    </w:p>
    <w:p>
      <w:pPr>
        <w:jc w:val="right"/>
      </w:pPr>
      <w:r>
        <w:t>تو لوگوں نے اس طریقے سے اپنی طاقتوں کو کہاں کہاں لگائے ہوئے ہیں، اور جو اصل کام ہے کرنے کا، اس کو چھوڑے ہوئے ہیں۔</w:t>
      </w:r>
    </w:p>
    <w:p>
      <w:r>
        <w:rPr>
          <w:b/>
        </w:rPr>
        <w:t xml:space="preserve">[49:53] </w:t>
      </w:r>
      <w:r>
        <w:t>asal jo kaam hai karne ka, us ko chhode hue hain.</w:t>
      </w:r>
    </w:p>
    <w:p>
      <w:pPr>
        <w:jc w:val="right"/>
      </w:pPr>
      <w:r>
        <w:t>اصل جو کام ہے کرنے کا، اس کو چھوڑے ہوئے ہیں۔</w:t>
      </w:r>
    </w:p>
    <w:p>
      <w:r>
        <w:rPr>
          <w:b/>
        </w:rPr>
        <w:t xml:space="preserve">[49:58] </w:t>
      </w:r>
      <w:r>
        <w:t>to hum sab ko chahiye ke hum is par sochein apni zindagi ke bare mein, aur kya karna hai.</w:t>
      </w:r>
    </w:p>
    <w:p>
      <w:pPr>
        <w:jc w:val="right"/>
      </w:pPr>
      <w:r>
        <w:t>تو ہم سب کو چاہیے کہ ہم اس پر سوچیں اپنی زندگی کے بارے میں، اور کیا کرنا ہے۔</w:t>
      </w:r>
    </w:p>
    <w:p>
      <w:r>
        <w:rPr>
          <w:b/>
        </w:rPr>
        <w:t xml:space="preserve">[50:05] </w:t>
      </w:r>
      <w:r>
        <w:t>apne apni har cheez ko hum manage karna jaanein, plan karna jaanein,</w:t>
      </w:r>
    </w:p>
    <w:p>
      <w:pPr>
        <w:jc w:val="right"/>
      </w:pPr>
      <w:r>
        <w:t>اپنے اپنی ہر چیز کو ہم مینج کرنا جانیں، پلان کرنا جانیں،</w:t>
      </w:r>
    </w:p>
    <w:p>
      <w:r>
        <w:rPr>
          <w:b/>
        </w:rPr>
        <w:t xml:space="preserve">[50:13] </w:t>
      </w:r>
      <w:r>
        <w:t>warna aisi zindagi guzarti jayegi, guzarti jayegi, aur aur aakhir kar maut aa jayegi. kyunke maut ke baad to phir wapas nahi aane wale, koi aadmi mar gaya to khatam.</w:t>
      </w:r>
    </w:p>
    <w:p>
      <w:pPr>
        <w:jc w:val="right"/>
      </w:pPr>
      <w:r>
        <w:t>ورنہ ایسی زندگی گزرتی جائے گی، گزرتی جائے گی، اور اور آخر کار موت آ جائے گی۔ کیونکہ موت کے بعد تو پھر واپس نہیں آنے والے، کوئی آدمی مر گیا تو ختم۔</w:t>
      </w:r>
    </w:p>
    <w:p>
      <w:r>
        <w:rPr>
          <w:b/>
        </w:rPr>
        <w:t xml:space="preserve">[50:25] </w:t>
      </w:r>
      <w:r>
        <w:t>yaani yahan se aap jante hain ke point of no return par maut aati hai, phir yahan wapsi nahi hogi.</w:t>
      </w:r>
    </w:p>
    <w:p>
      <w:pPr>
        <w:jc w:val="right"/>
      </w:pPr>
      <w:r>
        <w:t>یعنی یہاں سے آپ جانتے ہیں کہ پوائنٹ آف نو ریٹرن پر موت آتی ہے، پھر یہاں واپسی نہیں ہوگی۔</w:t>
      </w:r>
    </w:p>
    <w:p>
      <w:r>
        <w:rPr>
          <w:b/>
        </w:rPr>
        <w:t xml:space="preserve">[50:34] </w:t>
      </w:r>
      <w:r>
        <w:t>to ek hi chance hai, doosra chance milne wala nahi hai,</w:t>
      </w:r>
    </w:p>
    <w:p>
      <w:pPr>
        <w:jc w:val="right"/>
      </w:pPr>
      <w:r>
        <w:t>تو ایک ہی چانس ہے، دوسرا چانس ملنے والا نہیں ہے،</w:t>
      </w:r>
    </w:p>
    <w:p>
      <w:r>
        <w:rPr>
          <w:b/>
        </w:rPr>
        <w:t xml:space="preserve">[50:40] </w:t>
      </w:r>
      <w:r>
        <w:t>doosra chance nahi milne wala hai. to meri baat ka khulasa yeh hai ke log jo hain, un cheezon ko mysterious samjhe hue hain.</w:t>
      </w:r>
    </w:p>
    <w:p>
      <w:pPr>
        <w:jc w:val="right"/>
      </w:pPr>
      <w:r>
        <w:t>دوسرا چانس نہیں ملنے والا ہے۔ تو میری بات کا خلاصہ یہ ہے کہ لوگ جو ہیں، ان چیزوں کو مسٹیریس سمجھے ہوئے ہیں۔</w:t>
      </w:r>
    </w:p>
    <w:p>
      <w:r>
        <w:rPr>
          <w:b/>
        </w:rPr>
        <w:t xml:space="preserve">[50:50] </w:t>
      </w:r>
      <w:r>
        <w:t>yajooj majooj ko, mehdi ko, dajjal ko, har cheez ko ek ek mysterious group diye hue hain,</w:t>
      </w:r>
    </w:p>
    <w:p>
      <w:pPr>
        <w:jc w:val="right"/>
      </w:pPr>
      <w:r>
        <w:t>یاجوج ماجوج کو، مہدی کو، دجال کو، ہر چیز کو ایک ایک مسٹیریس گروپ دیے ہوئے ہیں،</w:t>
      </w:r>
    </w:p>
    <w:p>
      <w:r>
        <w:rPr>
          <w:b/>
        </w:rPr>
        <w:t xml:space="preserve">[50:58] </w:t>
      </w:r>
      <w:r>
        <w:t>anokha. ab woh anokha, anokha, anokhi personality kahin nikal nahi rahi, kisi pahad se, kisi samandar se.</w:t>
      </w:r>
    </w:p>
    <w:p>
      <w:pPr>
        <w:jc w:val="right"/>
      </w:pPr>
      <w:r>
        <w:t>انوکھا۔ اب وہ انوکھا، انوکھا، انوکھی پرسنیلٹی کہیں نکل نہیں رہی، کسی پہاڑ سے، کسی سمندر سے۔</w:t>
      </w:r>
    </w:p>
    <w:p>
      <w:r>
        <w:rPr>
          <w:b/>
        </w:rPr>
        <w:t xml:space="preserve">[51:07] </w:t>
      </w:r>
      <w:r>
        <w:t>to ab abhi wait kiye chale ja rahe hain. jis ko bhi dekhein, ek us ke mind mein ek mysterious picture hai, mysterious ek anokhi picture, yajooj majooj ki bhi, aur dajjal ki bhi, aur mehdi ki bhi, sab ki.</w:t>
      </w:r>
    </w:p>
    <w:p>
      <w:pPr>
        <w:jc w:val="right"/>
      </w:pPr>
      <w:r>
        <w:t>تو اب ابھی ویٹ کیے چلے جا رہے ہیں۔ جس کو بھی دیکھیں، ایک اس کے مائنڈ میں ایک مسٹیریس پکچر ہے، مسٹیریس ایک انوکھی پکچر، یاجوج ماجوج کی بھی، اور دجال کی بھی، اور مہدی کی بھی، سب کی۔</w:t>
      </w:r>
    </w:p>
    <w:p>
      <w:r>
        <w:rPr>
          <w:b/>
        </w:rPr>
        <w:t xml:space="preserve">[51:24] </w:t>
      </w:r>
      <w:r>
        <w:t>yeh yeh is qism ki chhoot jo hai, color hai, color ke ek ek aise dajjal ka aap intezar kar rahe hain, aise yajooj majooj ka, aur aise mehdi ka jo aane wala nahi hai.</w:t>
      </w:r>
    </w:p>
    <w:p>
      <w:pPr>
        <w:jc w:val="right"/>
      </w:pPr>
      <w:r>
        <w:t>یہ یہ اس قسم کی چھوٹ جو ہے، کلر ہے، کلر کہ ایک ایک ایسے دجال کا آپ انتظار کر رہے ہیں، ایسے یاجوج ماجوج کا، اور ایسے مہدی کا جو آنے والا نہیں ہے۔</w:t>
      </w:r>
    </w:p>
    <w:p>
      <w:r>
        <w:rPr>
          <w:b/>
        </w:rPr>
        <w:t xml:space="preserve">[51:38] </w:t>
      </w:r>
      <w:r>
        <w:t>kyunke yajooj majooj bhi hamare jaise insaan the, dajjal bhi hamare jaisa insaan, mehdi bhi hamare jaisa insaan. to log jo logon ne ek mysterious picture bana rakhi hai, aur samajhte hain abhi to aaye nahi.</w:t>
      </w:r>
    </w:p>
    <w:p>
      <w:pPr>
        <w:jc w:val="right"/>
      </w:pPr>
      <w:r>
        <w:t>کیونکہ یاجوج ماجوج بھی ہمارے جیسے انسان تھے، دجال بھی ہمارے جیسا انسان، مہدی بھی ہمارے جیسا انسان۔ تو لوگ جو لوگوں نے ایک مسٹیریس پکچر بنا رکھی ہے، اور سمجھتے ہیں ابھی تو آئے نہیں۔</w:t>
      </w:r>
    </w:p>
    <w:p>
      <w:r>
        <w:rPr>
          <w:b/>
        </w:rPr>
        <w:t xml:space="preserve">[51:54] </w:t>
      </w:r>
      <w:r>
        <w:t>main ne ek sahib se kaha ke aap jante hain ke aaj kal scientist kya bata rahe hain? union union masle bata rahe hain ke qayamat bohat qareeb hai.</w:t>
      </w:r>
    </w:p>
    <w:p>
      <w:pPr>
        <w:jc w:val="right"/>
      </w:pPr>
      <w:r>
        <w:t>میں نے ایک صاحب سے کہا کہ آپ جانتے ہیں کہ آج کل سائنٹسٹ کیا بتا رہے ہیں؟ یونین یونین مسئلے بتا رہے ہیں کہ قیامت بہت قریب ہے۔</w:t>
      </w:r>
    </w:p>
    <w:p>
      <w:r>
        <w:rPr>
          <w:b/>
        </w:rPr>
        <w:t xml:space="preserve">[52:05] </w:t>
      </w:r>
      <w:r>
        <w:t>abhi ek report chhapi thi, "doomsday not far". to main ne dikhaya un ko, to kya kehte hain? woh aey sahib, abhi to yajooj majooj nahi nikle, abhi to dajjal nahi aaya, abhi to mehdi nahi aaya, abhi kahan se hoga?</w:t>
      </w:r>
    </w:p>
    <w:p>
      <w:pPr>
        <w:jc w:val="right"/>
      </w:pPr>
      <w:r>
        <w:t>ابھی ایک رپورٹ چھپی تھی، "ڈومز ڈے ناٹ فار"۔ تو میں نے دکھایا ان کو، تو کیا کہتے ہیں؟ وہ اے صاحب، ابھی تو یاجوج ماجوج نہیں نکلے، ابھی تو دجال نہیں آیا، ابھی تو مہدی نہیں آیا، ابھی کہاں سے ہوگا؟</w:t>
      </w:r>
    </w:p>
    <w:p>
      <w:r>
        <w:rPr>
          <w:b/>
        </w:rPr>
        <w:t xml:space="preserve">[52:23] </w:t>
      </w:r>
      <w:r>
        <w:t>to main ne kaha ke dekhein kitni bari bhool mein log pade hue hain. self style ek picture bana rakhi hai is ki, mysterious qism ki.</w:t>
      </w:r>
    </w:p>
    <w:p>
      <w:pPr>
        <w:jc w:val="right"/>
      </w:pPr>
      <w:r>
        <w:t>تو میں نے کہا کہ دیکھیں کتنی بڑی بھول میں لوگ پڑے ہوئے ہیں۔ سیلف اسٹائل ایک پکچر بنا رکھی ہے اس کی، مسٹیریس قسم کی۔</w:t>
      </w:r>
    </w:p>
    <w:p>
      <w:r>
        <w:rPr>
          <w:b/>
        </w:rPr>
        <w:t xml:space="preserve">[52:34] </w:t>
      </w:r>
      <w:r>
        <w:t>samajhte hain ke dajjal jo hoga, sach pooche, itne dost cheekhega, awaz us ki pohnchegi yahan se wahan tak. to aisa koi cheekhne wala to abhi tak paida hua nahi. sach pooche, yajooj kaise logon ke sara pani pee jayenge?</w:t>
      </w:r>
    </w:p>
    <w:p>
      <w:pPr>
        <w:jc w:val="right"/>
      </w:pPr>
      <w:r>
        <w:t>سمجھتے ہیں کہ دجال جو ہوگا، سچ پوچھے، اتنے دوست چیخے گا، آواز اس کی پہنچے گی یہاں سے وہاں تک۔ تو ایسا کوئی چیخنے والا تو ابھی تک پیدا ہوا نہیں۔ سچ پوچھ، یاجوج کیسے لوگوں کے سارا پانی پی جائیں گے؟</w:t>
      </w:r>
    </w:p>
    <w:p>
      <w:r>
        <w:rPr>
          <w:b/>
        </w:rPr>
        <w:t xml:space="preserve">[52:46] </w:t>
      </w:r>
      <w:r>
        <w:t>woh to aisa pani peene wala to abhi koi aaya nahi.</w:t>
      </w:r>
    </w:p>
    <w:p>
      <w:pPr>
        <w:jc w:val="right"/>
      </w:pPr>
      <w:r>
        <w:t>وہ تو ایسا پانی پینے والا تو ابھی کوئی آیا نہیں۔</w:t>
      </w:r>
    </w:p>
    <w:p>
      <w:r>
        <w:rPr>
          <w:b/>
        </w:rPr>
        <w:t xml:space="preserve">[52:50] </w:t>
      </w:r>
      <w:r>
        <w:t>abhi intezar kar rahe hain ke aisa koi paida ho jo duniya par ek pani pee jaye, aisa koi paida ho jo yahan bole to us ki apni awaz hi har jagah sunai de.</w:t>
      </w:r>
    </w:p>
    <w:p>
      <w:pPr>
        <w:jc w:val="right"/>
      </w:pPr>
      <w:r>
        <w:t>ابھی انتظار کر رہے ہیں کہ ایسا کوئی پیدا ہو جو دنیا پر ایک پانی پی جائے، ایسا کوئی پیدا ہو جو یہاں بولے تو اس کی اپنی آواز ہی ہر جگہ سنائی دے۔</w:t>
      </w:r>
    </w:p>
    <w:p>
      <w:r>
        <w:rPr>
          <w:b/>
        </w:rPr>
        <w:t xml:space="preserve">[53:02] </w:t>
      </w:r>
      <w:r>
        <w:t>yeh sab bilkul yaani abstract baatein hain. to sab se bara jo main samajhta hoon ke jo nuqsan hua hai, woh yeh hai ke hum ne in cheezon ka ek mysterious roop de rakha hai,</w:t>
      </w:r>
    </w:p>
    <w:p>
      <w:pPr>
        <w:jc w:val="right"/>
      </w:pPr>
      <w:r>
        <w:t>یہ سب بالکل یعنی ایبسٹریکٹ باتیں ہیں۔ تو سب سے بڑا جو میں سمجھتا ہوں کہ جو نقصان ہوا ہے، وہ یہ ہے کہ ہم نے ان چیزوں کا ایک مسٹیریس روپ دے رکھا ہے،</w:t>
      </w:r>
    </w:p>
    <w:p>
      <w:r>
        <w:rPr>
          <w:b/>
        </w:rPr>
        <w:t xml:space="preserve">[53:18] </w:t>
      </w:r>
      <w:r>
        <w:t>mysterious ek picture bana rakhi hai in cheezon ki. yeh sab kuch ho chuka jo hone wala tha, ho chuka.</w:t>
      </w:r>
    </w:p>
    <w:p>
      <w:pPr>
        <w:jc w:val="right"/>
      </w:pPr>
      <w:r>
        <w:t>مسٹیریس ایک پکچر بنا رکھی ہے ان چیزوں کی۔ یہ سب کچھ ہو چکا جو ہونے والا تھا، ہو چکا۔</w:t>
      </w:r>
    </w:p>
    <w:p>
      <w:r>
        <w:rPr>
          <w:b/>
        </w:rPr>
        <w:t xml:space="preserve">[53:28] </w:t>
      </w:r>
      <w:r>
        <w:t>ab to qayamat ka time aa gaya, yaani qayamat se pehle jo kuch hone wala tha, woh ho chuka. aap agar nahi pehante hain, aap to aap blind hain, kyunke aap ne yeh samajh liya ke woh aayega to koi ek mysterious cheez hogi.</w:t>
      </w:r>
    </w:p>
    <w:p>
      <w:pPr>
        <w:jc w:val="right"/>
      </w:pPr>
      <w:r>
        <w:t>اب تو قیامت کا ٹائم آ گیا، یعنی قیامت سے پہلے جو کچھ ہونے والا تھا، وہ ہو چکا۔ آپ اگر نہیں پہچانتے ہیں، آپ تو آپ بلائنڈ ہیں، کیونکہ آپ نے یہ سمجھ لیا کہ وہ آئے گا تو کوئی ایک مسٹیریس چیز ہوگی۔</w:t>
      </w:r>
    </w:p>
    <w:p>
      <w:r>
        <w:rPr>
          <w:b/>
        </w:rPr>
        <w:t xml:space="preserve">[53:47] </w:t>
      </w:r>
      <w:r>
        <w:t>woh</w:t>
      </w:r>
    </w:p>
    <w:p>
      <w:pPr>
        <w:jc w:val="right"/>
      </w:pPr>
      <w:r>
        <w:t>وہ</w:t>
      </w:r>
    </w:p>
    <w:p>
      <w:r>
        <w:rPr>
          <w:b/>
        </w:rPr>
        <w:t xml:space="preserve">[53:48] </w:t>
      </w:r>
      <w:r>
        <w:t>jaise ke main ne arz kiya ke woh aisa hoga ke saath mein ek pani pi jaye, aisa hoga ke bole to us ki chekh itni zabardast hogi ke us ki chekh jo hai, har jagah sunai de. to aisa to koi aanay wala nahi hai,</w:t>
      </w:r>
    </w:p>
    <w:p>
      <w:pPr>
        <w:jc w:val="right"/>
      </w:pPr>
      <w:r>
        <w:t>جیسے کہ میں نے عرض کیا کہ وہ ایسا ہوگا کہ ساتھ میں ایک پانی پی جائے، ایسا ہوگا کہ بولے تو اس کی چیخ اتنی زبردست ہوگی کہ اس کی چیخ جو ہے، ہر جگہ سنائی دے۔ تو ایسا تو کوئی آنے والا نہیں ہے،</w:t>
      </w:r>
    </w:p>
    <w:p>
      <w:r>
        <w:rPr>
          <w:b/>
        </w:rPr>
        <w:t xml:space="preserve">[54:01] </w:t>
      </w:r>
      <w:r>
        <w:t>aisa koi aanay wala nahi hai bilkul. to yeh yeh sab se pehle is ko apne zehn se is ko nikaliye ke yeh sab cheezein jo hain, koi mysterious cheezein hain.</w:t>
      </w:r>
    </w:p>
    <w:p>
      <w:pPr>
        <w:jc w:val="right"/>
      </w:pPr>
      <w:r>
        <w:t>ایسا کوئی آنے والا نہیں ہے بالکل۔ تو یہ یہ سب سے پہلے اس کو اپنے ذہن سے اس کو نکالیے کہ یہ سب چیزیں جو ہیں، کوئی مسٹیریس چیزیں ہیں۔</w:t>
      </w:r>
    </w:p>
    <w:p>
      <w:r>
        <w:rPr>
          <w:b/>
        </w:rPr>
        <w:t xml:space="preserve">[54:15] </w:t>
      </w:r>
      <w:r>
        <w:t>sab se pehle is ko nikaliye,</w:t>
      </w:r>
    </w:p>
    <w:p>
      <w:pPr>
        <w:jc w:val="right"/>
      </w:pPr>
      <w:r>
        <w:t>سب سے پہلے اس کو نکالیے،</w:t>
      </w:r>
    </w:p>
    <w:p>
      <w:r>
        <w:rPr>
          <w:b/>
        </w:rPr>
        <w:t xml:space="preserve">[54:18] </w:t>
      </w:r>
      <w:r>
        <w:t>jab tak aap is se bahar nahi ayenge, tab tak baat samajh mein nahi ayegi. sab se zaroori, sab se zyada zaroori hai ke jo sainkaron saal se logon ke mind mein basa hua hai,</w:t>
      </w:r>
    </w:p>
    <w:p>
      <w:pPr>
        <w:jc w:val="right"/>
      </w:pPr>
      <w:r>
        <w:t>جب تک آپ اس سے باہر نہیں آئیں گے، تب تک بات سمجھ میں نہیں آئے گی۔ سب سے ضروری، سب سے زیادہ ضروری ہے کہ جو سینکڑوں سال سے لوگوں کے مائنڈ میں بسا ہوا ہے،</w:t>
      </w:r>
    </w:p>
    <w:p>
      <w:r>
        <w:rPr>
          <w:b/>
        </w:rPr>
        <w:t xml:space="preserve">[54:33] </w:t>
      </w:r>
      <w:r>
        <w:t>ek mysterious roop, is ko khatam karna parega. yeh manna parega ke yeh sab normal cheezein hain, normal bilkul, jaise hum aap normal hain.</w:t>
      </w:r>
    </w:p>
    <w:p>
      <w:pPr>
        <w:jc w:val="right"/>
      </w:pPr>
      <w:r>
        <w:t>ایک مسٹیریس روپ، اس کو ختم کرنا پڑے گا۔ یہ ماننا پڑے گا کہ یہ سب نارمل چیزیں ہیں، نارمل بالکل، جیسے ہم آپ نارمل ہیں۔</w:t>
      </w:r>
    </w:p>
    <w:p>
      <w:r>
        <w:rPr>
          <w:b/>
        </w:rPr>
        <w:t xml:space="preserve">[54:45] </w:t>
      </w:r>
      <w:r>
        <w:t>tab aap yaajooj maajooj ko samjhenge, tab aap mehdi ko samjhenge, tab aap dajjal ko samjhenge, aur tab aap yeh discover karenge ke mera role kya hai is mein.</w:t>
      </w:r>
    </w:p>
    <w:p>
      <w:pPr>
        <w:jc w:val="right"/>
      </w:pPr>
      <w:r>
        <w:t>تب آپ یاجوج ماجوج کو سمجھیں گے، تب آپ مہدی کو سمجھیں گے، تب آپ دجال کو سمجھیں گے، اور تب آپ یہ ڈسکور کریں گے کہ میرا رول کیا ہے اس میں۔</w:t>
      </w:r>
    </w:p>
    <w:p>
      <w:r>
        <w:rPr>
          <w:b/>
        </w:rPr>
        <w:t xml:space="preserve">[54:58] </w:t>
      </w:r>
      <w:r>
        <w:t>abhi aap ne apna role hi discover nahi kiya, abhi aap ne apna role discover nahi kiya.</w:t>
      </w:r>
    </w:p>
    <w:p>
      <w:pPr>
        <w:jc w:val="right"/>
      </w:pPr>
      <w:r>
        <w:t>ابھی آپ نے اپنا رول ہی ڈسکور نہیں کیا، ابھی آپ نے اپنا رول ڈسکور نہیں کیا۔</w:t>
      </w:r>
    </w:p>
    <w:p>
      <w:r>
        <w:rPr>
          <w:b/>
        </w:rPr>
        <w:t xml:space="preserve">[55:06] </w:t>
      </w:r>
      <w:r>
        <w:t>dekhein, har zamane mein aisa hua, aap jante hain, quran mein likha hua hai ke jo bhi nabi aya, jo bhi prophet aya, to logon ne us ko ridicule kiya, us ka mazak uraya.</w:t>
      </w:r>
    </w:p>
    <w:p>
      <w:pPr>
        <w:jc w:val="right"/>
      </w:pPr>
      <w:r>
        <w:t>دیکھیں، ہر زمانے میں ایسا ہوا، آپ جانتے ہیں، قرآن میں لکھا ہوا ہے کہ جو بھی نبی آیا، جو بھی پرافٹ آیا، تو لوگوں نے اس کو ریٹیکول کیا، اس کا مذاق اڑایا۔</w:t>
      </w:r>
    </w:p>
    <w:p>
      <w:r>
        <w:rPr>
          <w:b/>
        </w:rPr>
        <w:t xml:space="preserve">[55:18] </w:t>
      </w:r>
      <w:r>
        <w:t>har paighambar ko quran mein bataya gaya hai ke unhone ridicule kiya, kyun? un ke mind mein yeh tha ke prophet jab ayega to us ke saath angel lage hue honge, aur woh jahan chalega to sara pahad saath chalta chalta rahega.</w:t>
      </w:r>
    </w:p>
    <w:p>
      <w:pPr>
        <w:jc w:val="right"/>
      </w:pPr>
      <w:r>
        <w:t>ہر پیغمبر کو قرآن میں بتایا گیا ہے کہ انہوں نے ریٹیکول کیا، کیوں؟ ان کے مائنڈ میں یہ تھا کہ پرافٹ جب آئے گا تو اس کے ساتھ اینجل لگے ہوئے ہوں گے، اور وہ جہاں چلے گا تو سارا پہاڑ ساتھ چلتا چلتا رہے گا۔</w:t>
      </w:r>
    </w:p>
    <w:p>
      <w:r>
        <w:rPr>
          <w:b/>
        </w:rPr>
        <w:t xml:space="preserve">[55:32] </w:t>
      </w:r>
      <w:r>
        <w:t>jab chalega to sara zameen o aasman hilne lag</w:t>
      </w:r>
    </w:p>
    <w:p>
      <w:pPr>
        <w:jc w:val="right"/>
      </w:pPr>
      <w:r>
        <w:t>جب چلے گا تو سارا زمین و آسمان ہلنے لگ</w:t>
      </w:r>
    </w:p>
    <w:p>
      <w:r>
        <w:rPr>
          <w:b/>
        </w:rPr>
        <w:t xml:space="preserve">[55:35] </w:t>
      </w:r>
      <w:r>
        <w:t>enge. matlab ek mysterious picture tha prophet ka. to jo prophet aye, woh to insan jaise thay. to ridicule kiya unhone?</w:t>
      </w:r>
    </w:p>
    <w:p>
      <w:pPr>
        <w:jc w:val="right"/>
      </w:pPr>
      <w:r>
        <w:t>یں گے۔ مطلب ایک مسٹیریس پکچر تھا پرافٹ کا۔ تو جو پرافٹ آئے، وہ تو انسان جیسے تھے۔ تو ریٹیکول کیا انہوں نے؟</w:t>
      </w:r>
    </w:p>
    <w:p>
      <w:r>
        <w:rPr>
          <w:b/>
        </w:rPr>
        <w:t xml:space="preserve">[55:43] </w:t>
      </w:r>
      <w:r>
        <w:t>arey, aisa koi prophet hota hai? yeh kitni bari fallacy hai is mein. aaj tak log jee rahe hain, aaj tak jee rahe hain. prophet ek insan ke roop mein aata hai</w:t>
      </w:r>
    </w:p>
    <w:p>
      <w:pPr>
        <w:jc w:val="right"/>
      </w:pPr>
      <w:r>
        <w:t>ارے، ایسا کوئی پرافٹ ہوتا ہے؟ یہ کتنی بڑی فلیسی ہے اس میں۔ آج تک لوگ جی رہے ہیں، آج تک جی رہے ہیں۔ پرافٹ ایک انسان کے روپ میں آتا ہے</w:t>
      </w:r>
    </w:p>
    <w:p>
      <w:r>
        <w:rPr>
          <w:b/>
        </w:rPr>
        <w:t xml:space="preserve">[55:55] </w:t>
      </w:r>
      <w:r>
        <w:t>to chunchke log ek anokha, us ka ek anokhi image banaye hue thay, ek mysterious type ka roop banaye hue thay, to prophet samne aya aur pehchana nahi us ko.</w:t>
      </w:r>
    </w:p>
    <w:p>
      <w:pPr>
        <w:jc w:val="right"/>
      </w:pPr>
      <w:r>
        <w:t>تو چونکہ لوگ ایک انوکھا، اس کا ایک انوکھی امیج بنائے ہوئے تھے، ایک مسٹیریس ٹائپ کا روپ بنائے ہوئے تھے، تو پرافٹ سامنے آیا اور پہچانا نہیں اس کو۔</w:t>
      </w:r>
    </w:p>
    <w:p>
      <w:r>
        <w:rPr>
          <w:b/>
        </w:rPr>
        <w:t xml:space="preserve">[56:08] </w:t>
      </w:r>
      <w:r>
        <w:t>is ka inkar karte rahe ya</w:t>
      </w:r>
    </w:p>
    <w:p>
      <w:pPr>
        <w:jc w:val="right"/>
      </w:pPr>
      <w:r>
        <w:t>اس کا انکار کرتے رہے یا</w:t>
      </w:r>
    </w:p>
    <w:p>
      <w:r>
        <w:rPr>
          <w:b/>
        </w:rPr>
        <w:t xml:space="preserve">[56:13] </w:t>
      </w:r>
      <w:r>
        <w:t>hasrat nal labad mayati rasool Allah kaanon ki ustadon</w:t>
      </w:r>
    </w:p>
    <w:p>
      <w:pPr>
        <w:jc w:val="right"/>
      </w:pPr>
      <w:r>
        <w:t>حسرت نال لباد مایاتی رسول اللہ کانوں کی استادون</w:t>
      </w:r>
    </w:p>
    <w:p>
      <w:r>
        <w:rPr>
          <w:b/>
        </w:rPr>
        <w:t xml:space="preserve">[56:17] </w:t>
      </w:r>
      <w:r>
        <w:t>. bandoon par afsos hai ke woh prophet jo bhi aya, us ko ridicule karte rahe.</w:t>
      </w:r>
    </w:p>
    <w:p>
      <w:pPr>
        <w:jc w:val="right"/>
      </w:pPr>
      <w:r>
        <w:t>۔ بندوں پر افسوس ہے کہ وہ پرافٹ جو بھی آیا، اس کو ریٹیکول کرتے رہے۔</w:t>
      </w:r>
    </w:p>
    <w:p>
      <w:r>
        <w:rPr>
          <w:b/>
        </w:rPr>
        <w:t xml:space="preserve">[56:27] </w:t>
      </w:r>
      <w:r>
        <w:t>to quran mein ek jagah kaha gaya hai ke yeh log chahte hain, woh woh woh un ki mang hoti thi ke prophet ko angel ke, yani angel ko prophet bankar aana chahiye.</w:t>
      </w:r>
    </w:p>
    <w:p>
      <w:pPr>
        <w:jc w:val="right"/>
      </w:pPr>
      <w:r>
        <w:t>تو قرآن میں ایک جگہ کہا گیا ہے کہ یہ لوگ چاہتے ہیں، وہ وہ وہ ان کی مانگ ہوتی تھی کہ پرافٹ کو اینجل کے، یعنی اینجل کو پرافٹ بن کر آنا چاہیے۔</w:t>
      </w:r>
    </w:p>
    <w:p>
      <w:r>
        <w:rPr>
          <w:b/>
        </w:rPr>
        <w:t xml:space="preserve">[56:38] </w:t>
      </w:r>
      <w:r>
        <w:t>angel farishta, farishta kyun nahi aya? khuda ki taraf se message lekar farishta kyun nahi aya? angel kyun nahi aye?</w:t>
      </w:r>
    </w:p>
    <w:p>
      <w:pPr>
        <w:jc w:val="right"/>
      </w:pPr>
      <w:r>
        <w:t>اینجل فرشتہ، فرشتہ کیوں نہیں آیا؟ خدا کی طرف سے میسج لے کر فرشتہ کیوں نہیں آیا؟ اینجل کیوں نہیں آئے؟</w:t>
      </w:r>
    </w:p>
    <w:p>
      <w:r>
        <w:rPr>
          <w:b/>
        </w:rPr>
        <w:t xml:space="preserve">[56:46] </w:t>
      </w:r>
      <w:r>
        <w:t>to quran mein hai ke agar hum farishta bhejte, agar hum angel bhejte, labasna alaihim ma yalbsoona to un ko bhi hum insan jaise roop mein bhejte.</w:t>
      </w:r>
    </w:p>
    <w:p>
      <w:pPr>
        <w:jc w:val="right"/>
      </w:pPr>
      <w:r>
        <w:t>تو قرآن میں ہے کہ اگر ہم فرشتہ بھیجتے، اگر ہم اینجل بھیجتے، لبسنا علیہم مایلبسون تو ان کو بھی ہم انسان جیسے روپ میں بھیجتے۔</w:t>
      </w:r>
    </w:p>
    <w:p>
      <w:r>
        <w:rPr>
          <w:b/>
        </w:rPr>
        <w:t xml:space="preserve">[57:00] </w:t>
      </w:r>
      <w:r>
        <w:t>yani ek element of doubt phir bhi baqi rehta. yaad rakhiye, yeh khuda ka qanoon hai ke element of doubt hamesha baqi rehta hai, hamesha baqi reh</w:t>
      </w:r>
    </w:p>
    <w:p>
      <w:pPr>
        <w:jc w:val="right"/>
      </w:pPr>
      <w:r>
        <w:t>یعنی ایک ایلیمنٹ آف ڈاؤٹ پھر بھی باقی رہتا۔ یاد رکھیے، یہ خدا کا قانون ہے کہ ایلیمنٹ آف ڈاؤٹ ہمیشہ باقی رہتا ہے، ہمیشہ باقی رہ</w:t>
      </w:r>
    </w:p>
    <w:p>
      <w:r>
        <w:rPr>
          <w:b/>
        </w:rPr>
        <w:t xml:space="preserve">[57:15] </w:t>
      </w:r>
      <w:r>
        <w:t>ta hai. har prophet ke saath baqi tha element of doubt. yeh kabhi nahi ho sakta ke element of doubt ko khatam karke koi aye, aanay wala.</w:t>
      </w:r>
    </w:p>
    <w:p>
      <w:pPr>
        <w:jc w:val="right"/>
      </w:pPr>
      <w:r>
        <w:t>تا ہے۔ ہر پرافٹ کے ساتھ باقی تھا ایلیمنٹ آف ڈاؤٹ۔ یہ کبھی نہیں ہو سکتا کہ ایلیمنٹ آف ڈاؤٹ کو ختم کر کے کوئی آئے، آنے والا۔</w:t>
      </w:r>
    </w:p>
    <w:p>
      <w:r>
        <w:rPr>
          <w:b/>
        </w:rPr>
        <w:t xml:space="preserve">[57:24] </w:t>
      </w:r>
      <w:r>
        <w:t>is element of doubt jo hota hai, us ko aap ko hatana parta hai. jo log nahi hata paye to kabhi pehchan nahi pate aur inkar inkar karte rehte hain.</w:t>
      </w:r>
    </w:p>
    <w:p>
      <w:pPr>
        <w:jc w:val="right"/>
      </w:pPr>
      <w:r>
        <w:t>اس ایلیمنٹ آف ڈاؤٹ جو ہوتا ہے، اس کو آپ کو ہٹانا پڑتا ہے۔ جو لوگ نہیں ہٹا پائے تو کبھی پہچان نہیں پاتے اور انکار انکار کرتے رہتے ہیں۔</w:t>
      </w:r>
    </w:p>
    <w:p>
      <w:r>
        <w:rPr>
          <w:b/>
        </w:rPr>
        <w:t xml:space="preserve">[57:37] </w:t>
      </w:r>
      <w:r>
        <w:t>to yeh jo har cheez ko mystery ka roop de diya gaya hai, har cheez ko mysterious bana diya gaya hai,</w:t>
      </w:r>
    </w:p>
    <w:p>
      <w:pPr>
        <w:jc w:val="right"/>
      </w:pPr>
      <w:r>
        <w:t>تو یہ جو ہر چیز کو مسٹری کا روپ دے دیا گیا ہے، ہر چیز کو مسٹیریس بنا دیا گیا ہے،</w:t>
      </w:r>
    </w:p>
    <w:p>
      <w:r>
        <w:rPr>
          <w:b/>
        </w:rPr>
        <w:t xml:space="preserve">[57:45] </w:t>
      </w:r>
      <w:r>
        <w:t>yeh bohat bara parda hai, bohat bara parda hai. to hamein is parde ko hatana hai. yaad rakhiye, koi cheez mystery nahi hai, koi koi cheez mysterious roop mein nahi hai, yahan par normal roop mein hai.</w:t>
      </w:r>
    </w:p>
    <w:p>
      <w:pPr>
        <w:jc w:val="right"/>
      </w:pPr>
      <w:r>
        <w:t>یہ بہت بڑا پردہ ہے، بہت بڑا پردہ ہے۔ تو ہمیں اس پردے کو ہٹانا ہے۔ یاد رکھیے، کوئی چیز مسٹری نہیں ہے، کوئی کوئی چیز مسٹیریس روپ میں نہیں ہے، یہاں پر نارمل روپ میں ہے۔</w:t>
      </w:r>
    </w:p>
    <w:p>
      <w:r>
        <w:rPr>
          <w:b/>
        </w:rPr>
        <w:t xml:space="preserve">[58:00] </w:t>
      </w:r>
      <w:r>
        <w:t>har cheez hai. to yaajooj maajooj bhi koi mysterious nahi thay, dajjal koi mysterious nahi, mehdi koi mysterious nahi, sab normal character hain, sab ke sab.</w:t>
      </w:r>
    </w:p>
    <w:p>
      <w:pPr>
        <w:jc w:val="right"/>
      </w:pPr>
      <w:r>
        <w:t>ہر چیز ہے۔ تو یاجوج ماجوج بھی کوئی مسٹیریس نہیں تھے، دجال کوئی مسٹیریس نہیں، مہدی کوئی مسٹیریس نہیں، سب نارمل کریکٹر ہیں، سب کے سب۔</w:t>
      </w:r>
    </w:p>
    <w:p>
      <w:r>
        <w:rPr>
          <w:b/>
        </w:rPr>
        <w:t xml:space="preserve">[58:14] </w:t>
      </w:r>
      <w:r>
        <w:t>is par maine tafseel se likha hai, apne 20, 25 page ki ya shayad is se zyada ki book hogi. woh type hone ke baad aap use padh lijiyega, main saare references is mein de diye hain.</w:t>
      </w:r>
    </w:p>
    <w:p>
      <w:pPr>
        <w:jc w:val="right"/>
      </w:pPr>
      <w:r>
        <w:t>اس پر میں نے تفصیل سے لکھا ہے، اپنے 20، 25 پیج کی یا شاید اس سے زیادہ کی بک ہوگی۔ وہ ٹائپ ہونے کے بعد آپ اسے پڑھ لیجئے گا، میں سارے ریفرنسز اس میں دے دیے ہیں۔</w:t>
      </w:r>
    </w:p>
    <w:p>
      <w:r>
        <w:rPr>
          <w:b/>
        </w:rPr>
        <w:t xml:space="preserve">[58:28] </w:t>
      </w:r>
      <w:r>
        <w:t>toh yeh bohat hi zaroori hai ke log is is se bahar aayen ke jo aanay wala hai, woh koi mysterious type ka personality hoga nahi, woh normal personality hoga.</w:t>
      </w:r>
    </w:p>
    <w:p>
      <w:pPr>
        <w:jc w:val="right"/>
      </w:pPr>
      <w:r>
        <w:t>تو یہ بہت ہی ضروری ہے کہ لوگ اس اس سے باہر آئیں کہ جو آنے والا ہے، وہ کوئی مسٹیریس ٹائپ کا پرسنیلٹی ہوگا نہیں، وہ نارمل پرسنیلٹی ہوگا۔</w:t>
      </w:r>
    </w:p>
    <w:p>
      <w:r>
        <w:rPr>
          <w:b/>
        </w:rPr>
        <w:t xml:space="preserve">[58:43] </w:t>
      </w:r>
      <w:r>
        <w:t>toh normal roop mein jab aap pehchanne ki shakal aap ke andar hogi, tab aap pehchanenge, warna nahi pehchan sakenge aur isi haal mein marenge.</w:t>
      </w:r>
    </w:p>
    <w:p>
      <w:pPr>
        <w:jc w:val="right"/>
      </w:pPr>
      <w:r>
        <w:t>تو نارمل روپ میں جب آپ پہچاننے کی شکل آپ کے اندر ہوگی، تب آپ پہچانیں گے، ورنہ نہیں پہچان سکیں گے اور اسی حال میں مر جائیں گے۔</w:t>
      </w:r>
    </w:p>
    <w:p>
      <w:r>
        <w:rPr>
          <w:b/>
        </w:rPr>
        <w:t xml:space="preserve">[58:55] </w:t>
      </w:r>
      <w:r>
        <w:t>toh marr jayen, mere nazdeek ab time bohat hi kam hai, sab kuch ho chuka hai, koi aur aanay wala nahi hai jis ke liye aap intezar karen, koi aanay wala nahi hai jis ka aap intezar karen.</w:t>
      </w:r>
    </w:p>
    <w:p>
      <w:pPr>
        <w:jc w:val="right"/>
      </w:pPr>
      <w:r>
        <w:t>تو مرے جائیں، میرے نزدیک اب ٹائم بہت ہی کم ہے، سب کچھ ہو چکا ہے، کوئی اور آنے والا نہیں ہے جس کے لیے آپ انتظار کریں، کوئی آنے والا نہیں ہے جس کا آپ انتظار کریں۔</w:t>
      </w:r>
    </w:p>
    <w:p>
      <w:r>
        <w:rPr>
          <w:b/>
        </w:rPr>
        <w:t xml:space="preserve">[59:10] </w:t>
      </w:r>
      <w:r>
        <w:t>jo kuch hona tha, ho chuka,</w:t>
      </w:r>
    </w:p>
    <w:p>
      <w:pPr>
        <w:jc w:val="right"/>
      </w:pPr>
      <w:r>
        <w:t>جو کچھ ہونا تھا، ہو چکا،</w:t>
      </w:r>
    </w:p>
    <w:p>
      <w:r>
        <w:rPr>
          <w:b/>
        </w:rPr>
        <w:t xml:space="preserve">[59:13] </w:t>
      </w:r>
      <w:r>
        <w:t>jo aanay wale the, woh aa chuke. ab toh sirf aap ko yeh janna hai ke mera role kya hai, aap ka role kya hai. toh apne role ko janiye, bas discover your role,</w:t>
      </w:r>
    </w:p>
    <w:p>
      <w:pPr>
        <w:jc w:val="right"/>
      </w:pPr>
      <w:r>
        <w:t>جو آنے والے تھے، وہ آ چکے۔ اب تو صرف آپ کو یہ جاننا ہے کہ میرا رول کیا ہے، آپ کا رول کیا ہے۔ تو اپنے رول کو جانیے، بس ڈسکور یور رول،</w:t>
      </w:r>
    </w:p>
    <w:p>
      <w:r>
        <w:rPr>
          <w:b/>
        </w:rPr>
        <w:t xml:space="preserve">[59:31] </w:t>
      </w:r>
      <w:r>
        <w:t>yahi kaam hai aap ka aur is role ko anjaam dijiye.</w:t>
      </w:r>
    </w:p>
    <w:p>
      <w:pPr>
        <w:jc w:val="right"/>
      </w:pPr>
      <w:r>
        <w:t>یہی کام ہے آپ کا اور اس رول کو انجام دیجئے۔</w:t>
      </w:r>
    </w:p>
    <w:p>
      <w:r>
        <w:rPr>
          <w:b/>
        </w:rPr>
        <w:t xml:space="preserve">[59:36] </w:t>
      </w:r>
      <w:r>
        <w:t>meri dua hai ke Allah taala aap ko madad farmaye aur aap apni zimmedari ko poora kar saken.</w:t>
      </w:r>
    </w:p>
    <w:p>
      <w:pPr>
        <w:jc w:val="right"/>
      </w:pPr>
      <w:r>
        <w:t>میری دعا ہے کہ اللہ تعالی آپ کو مدد فرمائے اور آپ اپنی ذمہ داری کو پورا کر سکیں۔</w:t>
      </w:r>
    </w:p>
    <w:p>
      <w:r>
        <w:rPr>
          <w:b/>
        </w:rPr>
        <w:t xml:space="preserve">[59:46] </w:t>
      </w:r>
      <w:r>
        <w:t>aqool qooli haza wastaghfirullah li walakum ajmaeen.</w:t>
      </w:r>
    </w:p>
    <w:p>
      <w:pPr>
        <w:jc w:val="right"/>
      </w:pPr>
      <w:r>
        <w:t>اقول قولیھذا واستغفراللہ لولکم اجمعین۔</w:t>
      </w:r>
    </w:p>
    <w:p>
      <w:r>
        <w:rPr>
          <w:b/>
        </w:rPr>
        <w:t xml:space="preserve">[1:00:01] </w:t>
      </w:r>
      <w:r>
        <w:t>This question is from Dr. Faridah Khanam</w:t>
      </w:r>
    </w:p>
    <w:p>
      <w:pPr>
        <w:jc w:val="right"/>
      </w:pPr>
      <w:r>
        <w:t>This question is from Dr. Faridah Khanam</w:t>
      </w:r>
    </w:p>
    <w:p>
      <w:r>
        <w:rPr>
          <w:b/>
        </w:rPr>
        <w:t xml:space="preserve">[1:00:05] </w:t>
      </w:r>
      <w:r>
        <w:t>: Does political interpretation of Islam also come under Dajjaliyat, as it has misled the whole world?</w:t>
      </w:r>
    </w:p>
    <w:p>
      <w:pPr>
        <w:jc w:val="right"/>
      </w:pPr>
      <w:r>
        <w:t>: Does political interpretation of Islam also come under Dajjaliyat, as it has misled the whole world?</w:t>
      </w:r>
    </w:p>
    <w:p>
      <w:r>
        <w:rPr>
          <w:b/>
        </w:rPr>
        <w:t xml:space="preserve">[1:00:14] </w:t>
      </w:r>
      <w:r>
        <w:t>Islam has become a religion of violence rather than a religion of peace.</w:t>
      </w:r>
    </w:p>
    <w:p>
      <w:pPr>
        <w:jc w:val="right"/>
      </w:pPr>
      <w:r>
        <w:t>Islam has become a religion of violence rather than a religion of peace۔</w:t>
      </w:r>
    </w:p>
    <w:p>
      <w:r>
        <w:rPr>
          <w:b/>
        </w:rPr>
        <w:t xml:space="preserve">[1:00:23] </w:t>
      </w:r>
      <w:r>
        <w:t>haan, main samajhta hoon ke yeh baat theek hai,</w:t>
      </w:r>
    </w:p>
    <w:p>
      <w:pPr>
        <w:jc w:val="right"/>
      </w:pPr>
      <w:r>
        <w:t>ہاں، میں سمجھتا ہوں کہ یہ بات ٹھیک ہے،</w:t>
      </w:r>
    </w:p>
    <w:p>
      <w:r>
        <w:rPr>
          <w:b/>
        </w:rPr>
        <w:t xml:space="preserve">[1:00:30] </w:t>
      </w:r>
      <w:r>
        <w:t>is liye ke Islam ka political interpretation yeh bohat hi zyada dangerous cheez hai.</w:t>
      </w:r>
    </w:p>
    <w:p>
      <w:pPr>
        <w:jc w:val="right"/>
      </w:pPr>
      <w:r>
        <w:t>اس لیے کہ اسلام کا پولیٹیکل انٹرپریشن یہ بہت ہی زیادہ ڈینجرس چیز ہے۔</w:t>
      </w:r>
    </w:p>
    <w:p>
      <w:r>
        <w:rPr>
          <w:b/>
        </w:rPr>
        <w:t xml:space="preserve">[1:00:42] </w:t>
      </w:r>
      <w:r>
        <w:t>dekhen, aap is ko samjhiye ke Islam ke</w:t>
      </w:r>
    </w:p>
    <w:p>
      <w:pPr>
        <w:jc w:val="right"/>
      </w:pPr>
      <w:r>
        <w:t>دیکھیں، آپ اس کو سمجھیے کہ اسلام کے</w:t>
      </w:r>
    </w:p>
    <w:p>
      <w:r>
        <w:rPr>
          <w:b/>
        </w:rPr>
        <w:t xml:space="preserve">[1:00:49] </w:t>
      </w:r>
      <w:r>
        <w:t>ek part woh hai jis ko hum kehte hain phir ibadat Khuda se, communion.</w:t>
      </w:r>
    </w:p>
    <w:p>
      <w:pPr>
        <w:jc w:val="right"/>
      </w:pPr>
      <w:r>
        <w:t>ایک پارٹ وہ ہے جس کو ہم کہتے ہیں پھر عبادت خدا سے، کمیونین۔</w:t>
      </w:r>
    </w:p>
    <w:p>
      <w:r>
        <w:rPr>
          <w:b/>
        </w:rPr>
        <w:t xml:space="preserve">[1:01:01] </w:t>
      </w:r>
      <w:r>
        <w:t>yeh sab cheezen jo hain, jis ko kaha jata hai aqeedah aur ibadat.</w:t>
      </w:r>
    </w:p>
    <w:p>
      <w:pPr>
        <w:jc w:val="right"/>
      </w:pPr>
      <w:r>
        <w:t>یہ سب چیزیں جو ہیں، جس کو کہا جاتا ہے عقیدہ اور عبادت۔</w:t>
      </w:r>
    </w:p>
    <w:p>
      <w:r>
        <w:rPr>
          <w:b/>
        </w:rPr>
        <w:t xml:space="preserve">[1:01:07] </w:t>
      </w:r>
      <w:r>
        <w:t>toh is ko agar aap len toh yeh aap ko khud hi karna hai, is mein kisi se ladna nahi, kisi se. aur khud hi Khuda ko maniye, Khuda se ka aqeedah dil mein bithaiye, Khuda ki ibadat kijiye.</w:t>
      </w:r>
    </w:p>
    <w:p>
      <w:pPr>
        <w:jc w:val="right"/>
      </w:pPr>
      <w:r>
        <w:t>تو اس کو اگر آپ لیں تو یہ آپ کو خود ہی کرنا ہے، اس میں کسی سے لڑنا نہیں، کسی سے۔ اور خود ہی خدا کو مانیے، خدا سے کا عقیدہ دل میں بٹھائیے، خدا کی عبادت کیجئے۔</w:t>
      </w:r>
    </w:p>
    <w:p>
      <w:r>
        <w:rPr>
          <w:b/>
        </w:rPr>
        <w:t xml:space="preserve">[1:01:22] </w:t>
      </w:r>
      <w:r>
        <w:t>lekin political interpretation kya hua? unhon ne ek banaya, ek theory, mukammal Islam, mukammal Islam ke Islam jo hai, ek ek complete system hai aur poore poore system ko lena hai.</w:t>
      </w:r>
    </w:p>
    <w:p>
      <w:pPr>
        <w:jc w:val="right"/>
      </w:pPr>
      <w:r>
        <w:t>لیکن پولیٹیکل انٹرپریشن کیا ہوا؟ انہوں نے ایک بنایا، ایک تھیوری، مکمل اسلام، مکمل اسلام کہ اسلام جو ہے، ایک ایک کمپلیٹ سسٹم ہے اور پورے پورے سسٹم کو لینا ہے۔</w:t>
      </w:r>
    </w:p>
    <w:p>
      <w:r>
        <w:rPr>
          <w:b/>
        </w:rPr>
        <w:t xml:space="preserve">[1:01:39] </w:t>
      </w:r>
      <w:r>
        <w:t>is mein agar aap ne koi cheez chhodi toh aap Islam nahi maane jayenge, aap ko Islam par nahi maana</w:t>
      </w:r>
    </w:p>
    <w:p>
      <w:pPr>
        <w:jc w:val="right"/>
      </w:pPr>
      <w:r>
        <w:t>اس میں اگر آپ نے کوئی چیز چھوڑی تو آپ اسلام نہیں مانے جائیں گے، آپ کو اسلام پر نہیں مانا</w:t>
      </w:r>
    </w:p>
    <w:p>
      <w:r>
        <w:rPr>
          <w:b/>
        </w:rPr>
        <w:t xml:space="preserve">[1:01:47] </w:t>
      </w:r>
      <w:r>
        <w:t>jayega. is ka matlab kya hua? ke woh cheez jo hum apne, yani personal irade se karne wale kar sakte hain, us ko aur jo cheez jis ke liye political power chahiye, dono ko ek kar diya unhon ne.</w:t>
      </w:r>
    </w:p>
    <w:p>
      <w:pPr>
        <w:jc w:val="right"/>
      </w:pPr>
      <w:r>
        <w:t>جائے گا۔ اس کا مطلب کیا ہوا؟ کہ وہ چیز جو ہم اپنے، یعنی پرسنل ارادے سے کرنے والے کر سکتے ہیں، اس کو اور جو چیز جس کے لیے پولیٹیکل پاور چاہیے، دونوں کو ایک کر دیا انہوں نے۔</w:t>
      </w:r>
    </w:p>
    <w:p>
      <w:r>
        <w:rPr>
          <w:b/>
        </w:rPr>
        <w:t xml:space="preserve">[1:02:03] </w:t>
      </w:r>
      <w:r>
        <w:t>kyun ke aap is mein yeh shamil kar diya ke Islam ka jo law hai, yani jo criminal law hai ya jo aur jo doosre laws hain,</w:t>
      </w:r>
    </w:p>
    <w:p>
      <w:pPr>
        <w:jc w:val="right"/>
      </w:pPr>
      <w:r>
        <w:t>کیونکہ آپ اس میں یہ شامل کر دیا کہ اسلام کا جو لاء ہے، یعنی جو کریمنل لاء ہے یا جو اور جو دوسرے لاز ہیں،</w:t>
      </w:r>
    </w:p>
    <w:p>
      <w:r>
        <w:rPr>
          <w:b/>
        </w:rPr>
        <w:t xml:space="preserve">[1:02:20] </w:t>
      </w:r>
      <w:r>
        <w:t>un ko bhi aap ko implement karna hai. nahi implement karenge toh aap ka Islam jo hai, adhoora reh jayega.</w:t>
      </w:r>
    </w:p>
    <w:p>
      <w:pPr>
        <w:jc w:val="right"/>
      </w:pPr>
      <w:r>
        <w:t>ان کو بھی آپ کو امپلیمنٹ کرنا ہے۔ نہیں امپلیمنٹ کریں گے تو آپ کا اسلام جو ہے، ادھورا رہ جائے گا۔</w:t>
      </w:r>
    </w:p>
    <w:p>
      <w:r>
        <w:rPr>
          <w:b/>
        </w:rPr>
        <w:t xml:space="preserve">[1:02:27] </w:t>
      </w:r>
      <w:r>
        <w:t>toh aap is ko implement karne ke liye zahir hai ke power chahiye. aap kaise karenge? toh jab unhon ne yeh kar diya ke sirf Khuda ko manane se, Khuda ki ibadat karne se kaam nahi chalega, aap ko Islam ke jo laws hain, us ko implement karna padega logon ke upar.</w:t>
      </w:r>
    </w:p>
    <w:p>
      <w:pPr>
        <w:jc w:val="right"/>
      </w:pPr>
      <w:r>
        <w:t>تو آپ اس کو امپلیمنٹ کرنے کے لیے ظاہر ہے کہ پاور چاہیے۔ آپ کیسے کریں گے؟ تو جب انہوں نے یہ کر دیا کہ صرف خدا کو ماننے سے، خدا کی عبادت کرنے سے کام نہیں چلے گا، آپ کو اسلام کے جو لاز ہیں، اس کو امپلیمنٹ کرنا پڑے گا لوگوں کے اوپر۔</w:t>
      </w:r>
    </w:p>
    <w:p>
      <w:r>
        <w:rPr>
          <w:b/>
        </w:rPr>
        <w:t xml:space="preserve">[1:02:49] </w:t>
      </w:r>
      <w:r>
        <w:t>is ka maani hai ke aap ne yeh zaroori bana bana diya ke aap political power ko capture karen. yahan se takrao shuru ho gaya.</w:t>
      </w:r>
    </w:p>
    <w:p>
      <w:pPr>
        <w:jc w:val="right"/>
      </w:pPr>
      <w:r>
        <w:t>اس کا معنی ہے کہ آپ نے یہ ضروری بنا بنا دیا کہ آپ پولیٹیکل پاور کو کیپچر کریں۔ یہاں سے ٹکراؤ شروع ہو گیا۔</w:t>
      </w:r>
    </w:p>
    <w:p>
      <w:r>
        <w:rPr>
          <w:b/>
        </w:rPr>
        <w:t xml:space="preserve">[1:02:57] </w:t>
      </w:r>
      <w:r>
        <w:t>aap hazar baras tak ibadat karte rahe, khuda ke hath takrao kisi se nahi hoga. lekin jab yeh aap ko bataya gaya ke aap ko farz hai aap ke upar ke aap islam ke laaz ko implement karen,</w:t>
      </w:r>
    </w:p>
    <w:p>
      <w:pPr>
        <w:jc w:val="right"/>
      </w:pPr>
      <w:r>
        <w:t>آپ ہزار برس تک عبادت کرتے رہے، خدا کے ہاتھ ٹکراؤ کسی سے نہیں ہوگا۔ لیکن جب یہ آپ کو بتایا گیا کہ آپ کو فرض ہے آپ کے اوپر کہ آپ اسلام کے لاز کو امپلیمنٹ کریں،</w:t>
      </w:r>
    </w:p>
    <w:p>
      <w:r>
        <w:rPr>
          <w:b/>
        </w:rPr>
        <w:t xml:space="preserve">[1:03:11] </w:t>
      </w:r>
      <w:r>
        <w:t>to aap ke mind mein aa gaya ke phir mujhe to political power ko capture karna hai.</w:t>
      </w:r>
    </w:p>
    <w:p>
      <w:pPr>
        <w:jc w:val="right"/>
      </w:pPr>
      <w:r>
        <w:t>تو آپ کے مائنڈ میں آ گیا کہ پھر مجھے تو پولیٹیکل پاور کو کیپچر کرنا ہے۔</w:t>
      </w:r>
    </w:p>
    <w:p>
      <w:r>
        <w:rPr>
          <w:b/>
        </w:rPr>
        <w:t xml:space="preserve">[1:03:16] </w:t>
      </w:r>
      <w:r>
        <w:t>yeh dunya bhar mein aap dekhiye ke jo log is se influence hue hain, har jagah woh lad rahe hain is se.</w:t>
      </w:r>
    </w:p>
    <w:p>
      <w:pPr>
        <w:jc w:val="right"/>
      </w:pPr>
      <w:r>
        <w:t>یہ دنیا بھر میں آپ دیکھیے کہ جو لوگ اس سے انفلوئنس ہوئے ہیں، ہر جگہ وہ لڑ رہے ہیں اس سے۔</w:t>
      </w:r>
    </w:p>
    <w:p>
      <w:r>
        <w:rPr>
          <w:b/>
        </w:rPr>
        <w:t xml:space="preserve">[1:03:26] </w:t>
      </w:r>
      <w:r>
        <w:t>ruler, ruler har jagah, muslim country bhi, non muslim country bhi, bomb maar rahe hain, suicide kar rahe hain. kyu? yeh yeh sab kyu ho raha hai?</w:t>
      </w:r>
    </w:p>
    <w:p>
      <w:pPr>
        <w:jc w:val="right"/>
      </w:pPr>
      <w:r>
        <w:t>رولر، رولر ہر جگہ، مسلم کنٹری بھی، نان مسلم کنٹری بھی، بم مار رہے ہیں، سوسائیڈ کر رہے ہیں۔ کیوں؟ یہ یہ سب کیوں ہو رہا ہے؟</w:t>
      </w:r>
    </w:p>
    <w:p>
      <w:r>
        <w:rPr>
          <w:b/>
        </w:rPr>
        <w:t xml:space="preserve">[1:03:35] </w:t>
      </w:r>
      <w:r>
        <w:t>kyu gun culture chala hua hai? kyu bib culture chal chal raha hai? kyu suicide bombing ho rahi hai? political power ko capture karne ke liye, aur jahan woh capture karne ki koshish mein nahi hua, woh kehte hain ke hum is ko destabilize karen,</w:t>
      </w:r>
    </w:p>
    <w:p>
      <w:pPr>
        <w:jc w:val="right"/>
      </w:pPr>
      <w:r>
        <w:t>کیوں گن کلچر چلا ہوا ہے؟ کیوں بب کلچر چل چل رہا ہے؟ کیوں سوسائیڈ بمبنگ ہو رہی ہے؟ پولیٹیکل پاور کو کیپچر کرنے کے لیے، اور جہاں وہ کیپچر کرنے کی کوشش میں نہیں ہوا، وہ کہتے ہیں کہ ہم اس کو ڈی سٹیبلائز کریں،</w:t>
      </w:r>
    </w:p>
    <w:p>
      <w:r>
        <w:rPr>
          <w:b/>
        </w:rPr>
        <w:t xml:space="preserve">[1:03:51] </w:t>
      </w:r>
      <w:r>
        <w:t>destabilize karen taake phir aage stage mein hum is ka qabza kar saken.</w:t>
      </w:r>
    </w:p>
    <w:p>
      <w:pPr>
        <w:jc w:val="right"/>
      </w:pPr>
      <w:r>
        <w:t>ڈی سٹیبلائز کریں تاکہ پھر آگے اسٹیج میں ہم اس کا قبضہ کر سکیں۔</w:t>
      </w:r>
    </w:p>
    <w:p>
      <w:r>
        <w:rPr>
          <w:b/>
        </w:rPr>
        <w:t xml:space="preserve">[1:03:55] </w:t>
      </w:r>
      <w:r>
        <w:t>to political interpretation jo tha, woh sach poochien to violent interpretation ban gaya. woh isi se violence nikal aaya. yeh islam mein, mere nazdeek, kisi yeh dajali se kam nahi hai.</w:t>
      </w:r>
    </w:p>
    <w:p>
      <w:pPr>
        <w:jc w:val="right"/>
      </w:pPr>
      <w:r>
        <w:t>تو پولیٹیکل انٹرپریشن جو تھا، وہ سچ پوچھیں تو وائلنٹ انٹرپریشن بن گیا۔ وہ اسی سے وائلنس نکل آیا۔ یہ اسلام میں، میرے نزدیک، کسی یہ دجالی سے کم نہیں ہے۔</w:t>
      </w:r>
    </w:p>
    <w:p>
      <w:r>
        <w:rPr>
          <w:b/>
        </w:rPr>
        <w:t xml:space="preserve">[1:04:07] </w:t>
      </w:r>
      <w:r>
        <w:t>yeh political interpretation islam ka dajali se kam nahi hai. yeh sara ek ek fallacy base karta hai.</w:t>
      </w:r>
    </w:p>
    <w:p>
      <w:pPr>
        <w:jc w:val="right"/>
      </w:pPr>
      <w:r>
        <w:t>یہ پولیٹیکل انٹرپریشن اسلام کا دجالی سے کم نہیں ہے۔ یہ سارا ایک ایک فلیسی بیس کرتا ہے۔</w:t>
      </w:r>
    </w:p>
    <w:p>
      <w:r>
        <w:rPr>
          <w:b/>
        </w:rPr>
        <w:t xml:space="preserve">[1:04:16] </w:t>
      </w:r>
      <w:r>
        <w:t>fallacy par yeh bilashuba mis interpretation hai, bohat hi ghajis type ka mis interpretation hai.</w:t>
      </w:r>
    </w:p>
    <w:p>
      <w:pPr>
        <w:jc w:val="right"/>
      </w:pPr>
      <w:r>
        <w:t>فلیسی پر یہ بلاشبہ مس انٹرپریشن ہے، بہت ہی گیجس ٹائپ کا مس انٹرپریشن ہے۔</w:t>
      </w:r>
    </w:p>
    <w:p>
      <w:r>
        <w:rPr>
          <w:b/>
        </w:rPr>
        <w:t xml:space="preserve">[1:04:23] </w:t>
      </w:r>
      <w:r>
        <w:t>sara dunya mein jo aaj kal islam jo hai, jo absurd bana hua hai, religious violence bana hua hai, is sab ki jar bhi yahi hai. yeh theory ke islam ek mukammal system hai, is ko is ko dunya mein implement karna hai.</w:t>
      </w:r>
    </w:p>
    <w:p>
      <w:pPr>
        <w:jc w:val="right"/>
      </w:pPr>
      <w:r>
        <w:t>سارا دنیا میں جو آج کل اسلام جو ہے، جو افسورڈ بنا ہوا ہے، ریلیجس وائلنس بنا ہوا ہے، اس سب کی جڑ بھی یہی ہے۔ یہ تھیوری کہ اسلام ایک مکمل سسٹم ہے، اس کو اس کو دنیا میں امپلیمنٹ کرنا ہے۔</w:t>
      </w:r>
    </w:p>
    <w:p>
      <w:r>
        <w:rPr>
          <w:b/>
        </w:rPr>
        <w:t xml:space="preserve">[1:04:36] </w:t>
      </w:r>
      <w:r>
        <w:t>implement karne ke liye political power ko capture karna hai. hum khuda ke khalifa hain. yeh bilkul, yani main samajhta hoon ke, yani more than baseless hai.</w:t>
      </w:r>
    </w:p>
    <w:p>
      <w:pPr>
        <w:jc w:val="right"/>
      </w:pPr>
      <w:r>
        <w:t>امپلیمنٹ کرنے کے لیے پولیٹیکل پاور کو کیپچر کرنا ہے۔ ہم خدا کے خلیفہ ہیں۔ یہ بالکل، یعنی میں سمجھتا ہوں کہ، یعنی مور دین بیسلیس ہے۔</w:t>
      </w:r>
    </w:p>
    <w:p>
      <w:r>
        <w:rPr>
          <w:b/>
        </w:rPr>
        <w:t xml:space="preserve">[1:04:47] </w:t>
      </w:r>
      <w:r>
        <w:t>yeh lekin is ko ek beautiful philosophy bana kar ke logon ke mind mein daal diya gaya. ab chahe kitne saal log mar rahe hain, mar rahe hain, mar rahe hain, kyu?</w:t>
      </w:r>
    </w:p>
    <w:p>
      <w:pPr>
        <w:jc w:val="right"/>
      </w:pPr>
      <w:r>
        <w:t>یہ لیکن اس کو ایک بیوٹی فل فلاسفی بنا کر کے لوگوں کے مائنڈ میں ڈال دیا گیا۔ اب چاہے کتنے سال لوگ مر رہے ہیں، مر رہے ہیں، مر رہے ہیں، کیوں؟</w:t>
      </w:r>
    </w:p>
    <w:p>
      <w:r>
        <w:rPr>
          <w:b/>
        </w:rPr>
        <w:t xml:space="preserve">[1:04:56] </w:t>
      </w:r>
      <w:r>
        <w:t>is liye ke islam ka unho ne hukumat qaim karna hai.</w:t>
      </w:r>
    </w:p>
    <w:p>
      <w:pPr>
        <w:jc w:val="right"/>
      </w:pPr>
      <w:r>
        <w:t>اس لیے کہ اسلام کا انہوں نے حکومت قائم کرنا ہے۔</w:t>
      </w:r>
    </w:p>
    <w:p>
      <w:r>
        <w:rPr>
          <w:b/>
        </w:rPr>
        <w:t xml:space="preserve">[1:05:01] </w:t>
      </w:r>
      <w:r>
        <w:t>to main samajhta hoon ke ek hai secular dajali, ek hai religious dajali. abhi speech mein jo main ne bataya, woh secular dajali thi aur yeh jo hai, yeh religious dajali hai.</w:t>
      </w:r>
    </w:p>
    <w:p>
      <w:pPr>
        <w:jc w:val="right"/>
      </w:pPr>
      <w:r>
        <w:t>تو میں سمجھتا ہوں کہ ایک ہے سیکولر دجالی، ایک ہے ریلیجس دجالی۔ ابھی اسپیچ میں جو میں نے بتایا، وہ سیکولر دجالی تھی اور یہ جو ہے، یہ ریلیجس دجالی ہے۔</w:t>
      </w:r>
    </w:p>
    <w:p>
      <w:r>
        <w:rPr>
          <w:b/>
        </w:rPr>
        <w:t xml:space="preserve">[1:05:16] </w:t>
      </w:r>
      <w:r>
        <w:t>main samajhta hoon ke dono, yani equally dangerous hain aur hamein jis tarike se secular dajali ko khatam karna hai, usi tarah se hamara mission hai ke hum is religious dajali ko bhi khatam karen.</w:t>
      </w:r>
    </w:p>
    <w:p>
      <w:pPr>
        <w:jc w:val="right"/>
      </w:pPr>
      <w:r>
        <w:t>میں سمجھتا ہوں کہ دونوں، یعنی ایکولی ڈینجرس ہیں اور ہمیں جس طریقے سے سیکولر دجالی کو ختم کرنا ہے، اسی طرح سے ہمارا مشن ہے کہ ہم اس ریلیجس دجالی کو بھی ختم کریں۔</w:t>
      </w:r>
    </w:p>
    <w:p>
      <w:r>
        <w:rPr>
          <w:b/>
        </w:rPr>
        <w:t xml:space="preserve">[1:05:29] </w:t>
      </w:r>
      <w:r>
        <w:t>hamari dunya mein na peace aayega aur na sachcha khuda ka deen aa sakta hai. This question is from Muhammad Ghufran Maulana.</w:t>
      </w:r>
    </w:p>
    <w:p>
      <w:pPr>
        <w:jc w:val="right"/>
      </w:pPr>
      <w:r>
        <w:t>ہماری دنیا میں نہ پیس آئے گا اور نہ سچا خدا کا دین آ سکتا ہے۔ This question is from محمد گفران مولانا۔</w:t>
      </w:r>
    </w:p>
    <w:p>
      <w:r>
        <w:rPr>
          <w:b/>
        </w:rPr>
        <w:t xml:space="preserve">[1:05:41] </w:t>
      </w:r>
      <w:r>
        <w:t>I want to know about arriving of Isa Alaihissalam.</w:t>
      </w:r>
    </w:p>
    <w:p>
      <w:pPr>
        <w:jc w:val="right"/>
      </w:pPr>
      <w:r>
        <w:t>I want to know about arriving of عیسیٰ علیہ السلام۔</w:t>
      </w:r>
    </w:p>
    <w:p>
      <w:r>
        <w:rPr>
          <w:b/>
        </w:rPr>
        <w:t xml:space="preserve">[1:05:49] </w:t>
      </w:r>
      <w:r>
        <w:t>dekhiye, yeh bhi ek ek bohat bari, yani bohat bari ghalatfehmi hai.</w:t>
      </w:r>
    </w:p>
    <w:p>
      <w:pPr>
        <w:jc w:val="right"/>
      </w:pPr>
      <w:r>
        <w:t>دیکھیے، یہ بھی ایک ایک بہت بڑی، یعنی بہت بڑی غلط فہمی ہے۔</w:t>
      </w:r>
    </w:p>
    <w:p>
      <w:r>
        <w:rPr>
          <w:b/>
        </w:rPr>
        <w:t xml:space="preserve">[1:05:59] </w:t>
      </w:r>
      <w:r>
        <w:t>is mein bhi chupi hui hai. log samajhte hain ke Isa Alaihissalam aasman se aayenge. main sari hadithien padhein, taqreeban do darja hadithien hain. do darja, ek mein bhi aasman ka koi naam hi nahi.</w:t>
      </w:r>
    </w:p>
    <w:p>
      <w:pPr>
        <w:jc w:val="right"/>
      </w:pPr>
      <w:r>
        <w:t>اس میں بھی چھپی ہوئی ہے۔ لوگ سمجھتے ہیں کہ عیسیٰ علیہ السلام آسمان سے آئیں گے۔ میں ساری حدیثیں پڑھیں، تقریباً دو درجہ حدیثیں ہیں۔ دو درجہ، ایک میں بھی آسمان کا کوئی نام ہی نہیں۔</w:t>
      </w:r>
    </w:p>
    <w:p>
      <w:r>
        <w:rPr>
          <w:b/>
        </w:rPr>
        <w:t xml:space="preserve">[1:06:11] </w:t>
      </w:r>
      <w:r>
        <w:t>aasman se utarna, yeh sab logon ne khud bana bana liya hai.</w:t>
      </w:r>
    </w:p>
    <w:p>
      <w:pPr>
        <w:jc w:val="right"/>
      </w:pPr>
      <w:r>
        <w:t>آسمان سے اترنا، یہ سب لوگوں نے خود بنا بنا لیا ہے۔</w:t>
      </w:r>
    </w:p>
    <w:p>
      <w:r>
        <w:rPr>
          <w:b/>
        </w:rPr>
        <w:t xml:space="preserve">[1:06:15] </w:t>
      </w:r>
      <w:r>
        <w:t>koi ek bhi hadith aisi nahi hai jis mein bataya gaya ho ke aasman se utrenge. kisi ko shak ho to hadithon mein dekh len. ek bhi hadith aisi nahi hai jis mein bataya gaya ho ke Masih jo hain, Isa jo hain, woh aasman se utrenge.</w:t>
      </w:r>
    </w:p>
    <w:p>
      <w:pPr>
        <w:jc w:val="right"/>
      </w:pPr>
      <w:r>
        <w:t>کوئی ایک بھی حدیث ایسی نہیں ہے جس میں بتایا گیا ہو کہ آسمان سے اتریں گے۔ کسی کو شک ہو تو حدیثوں میں دیکھ لیں۔ ایک بھی حدیث ایسی نہیں ہے جس میں بتایا گیا ہو کہ مسیح جو ہیں، عیسیٰ جو ہیں، وہ آسمان سے اتریں گے۔</w:t>
      </w:r>
    </w:p>
    <w:p>
      <w:r>
        <w:rPr>
          <w:b/>
        </w:rPr>
        <w:t xml:space="preserve">[1:06:31] </w:t>
      </w:r>
      <w:r>
        <w:t>pata nahi kahan se bana liya logon ne khud hi khud. bas aayenge. bas yeh hai. is wajah se ulama mein bohat se log hain, main akela nahi hoon, jo is ko nahi mante.</w:t>
      </w:r>
    </w:p>
    <w:p>
      <w:pPr>
        <w:jc w:val="right"/>
      </w:pPr>
      <w:r>
        <w:t>پتہ نہیں کہاں سے بنا لیا لوگوں نے خود ہی خود۔ بس آئیں گے۔ بس یہ ہے۔ اس وجہ سے علماء میں بہت سے لوگ ہیں، میں اکیلا نہیں ہوں، جو اس کو نہیں مانتے۔</w:t>
      </w:r>
    </w:p>
    <w:p>
      <w:r>
        <w:rPr>
          <w:b/>
        </w:rPr>
        <w:t xml:space="preserve">[1:06:44] </w:t>
      </w:r>
      <w:r>
        <w:t>jo hadith hai, woh hai hi nahi. woh hadith mein to maane, bohat se logon ko jo nahi mante. kuch logon ko bohat ajuba acha lagta hai, ajuba ke aasman se utar rahe hain aur samandar se nikal rahe hain, pahad ko tod kar bahar aa rahe hain.</w:t>
      </w:r>
    </w:p>
    <w:p>
      <w:pPr>
        <w:jc w:val="right"/>
      </w:pPr>
      <w:r>
        <w:t>جو حدیث ہے، وہ ہے ہی نہیں۔ وہ حدیث میں تو مانے، بہت سے لوگوں کو جو نہیں مانتے۔ کچھ لوگوں کو بہت عجوبہ اچھا لگتا ہے، عجوبہ کہ آسمان سے اتر رہے ہیں اور سمندر سے نکل رہے ہیں، پہاڑ کو توڑ کر باہر آ رہے ہیں۔</w:t>
      </w:r>
    </w:p>
    <w:p>
      <w:r>
        <w:rPr>
          <w:b/>
        </w:rPr>
        <w:t xml:space="preserve">[1:06:58] </w:t>
      </w:r>
      <w:r>
        <w:t>to bara acha lagta hai in ko. to aise bana lete hain log. logon ko anokhi cheezen achi lagti hain. bana liya logon ne ke pahad se niklenge aur samandar se niklenge aur aasman se utrenge.</w:t>
      </w:r>
    </w:p>
    <w:p>
      <w:pPr>
        <w:jc w:val="right"/>
      </w:pPr>
      <w:r>
        <w:t>تو بڑا اچھا لگتا ہے ان کو۔ تو ایسے بنا لیتے ہیں لوگ۔ لوگوں کو انوکھی چیزیں اچھی لگتی ہیں۔ بنا لیا لوگوں نے کہ پہاڑ سے نکلیں گے اور سمندر سے نکلیں گے اور آسمان سے اتریں گے۔</w:t>
      </w:r>
    </w:p>
    <w:p>
      <w:r>
        <w:rPr>
          <w:b/>
        </w:rPr>
        <w:t xml:space="preserve">[1:07:11] </w:t>
      </w:r>
      <w:r>
        <w:t>yeh sab bilkul hai nahi, na Quran mein, na hadith mein.</w:t>
      </w:r>
    </w:p>
    <w:p>
      <w:pPr>
        <w:jc w:val="right"/>
      </w:pPr>
      <w:r>
        <w:t>یہ سب بالکل ہے نہیں، نہ قرآن میں، نہ حدیث میں۔</w:t>
      </w:r>
    </w:p>
    <w:p>
      <w:r>
        <w:rPr>
          <w:b/>
        </w:rPr>
        <w:t xml:space="preserve">[1:07:16] </w:t>
      </w:r>
      <w:r>
        <w:t>to mere nazdeek woh ek role hai. Hazrat Isa, ayat-e-Maseeh ka jo aaya hai Quran mein, woh ek role ka zikr hai. Yeh nahi ke woh aasman mein hain, chothe aasman par wahan se utrenge.</w:t>
      </w:r>
    </w:p>
    <w:p>
      <w:pPr>
        <w:jc w:val="right"/>
      </w:pPr>
      <w:r>
        <w:t>تو میرے نزدیک وہ ایک رول ہے۔ حضرت عیسیٰ، آیت مسیح کا جو آیا ہے قرآن میں، وہ ایک رول کا ذکر ہے۔ یہ نہیں کہ وہ آسمان میں ہیں، چوتھے آسمان پر وہاں سے اتریں گے۔</w:t>
      </w:r>
    </w:p>
    <w:p>
      <w:r>
        <w:rPr>
          <w:b/>
        </w:rPr>
        <w:t xml:space="preserve">[1:07:25] </w:t>
      </w:r>
      <w:r>
        <w:t>woh hai hi nahi. Woh kisi hadith mein, kisi Quran mein. Is par bhi maine likha hai, inshallah, woh chhapega.</w:t>
      </w:r>
    </w:p>
    <w:p>
      <w:pPr>
        <w:jc w:val="right"/>
      </w:pPr>
      <w:r>
        <w:t>وہ ہے ہی نہیں۔ وہ کسی حدیث میں، کسی قرآن میں۔ اس پر بھی میں نے لکھا ہے، انشاءاللہ، وہ چھپے گا۔</w:t>
      </w:r>
    </w:p>
    <w:p>
      <w:r>
        <w:rPr>
          <w:b/>
        </w:rPr>
        <w:t xml:space="preserve">[1:07:33] </w:t>
      </w:r>
      <w:r>
        <w:t>aap padh lijiyega is ko.</w:t>
      </w:r>
    </w:p>
    <w:p>
      <w:pPr>
        <w:jc w:val="right"/>
      </w:pPr>
      <w:r>
        <w:t>آپ پڑھ لیجئے گا اس کو۔</w:t>
      </w:r>
    </w:p>
    <w:p>
      <w:r>
        <w:rPr>
          <w:b/>
        </w:rPr>
        <w:t xml:space="preserve">[1:07:35] </w:t>
      </w:r>
      <w:r>
        <w:t>aur main Maseeh ko, main nahi manta ke aasman se koi aata hai, utrega. Woh ek role hai jo jo ke qayamat se pehle zahir hoga.</w:t>
      </w:r>
    </w:p>
    <w:p>
      <w:pPr>
        <w:jc w:val="right"/>
      </w:pPr>
      <w:r>
        <w:t>اور میں مسیح کو، میں نہیں مانتا کہ آسمان سے کوئی آتا ہے، اترے گا۔ وہ ایک رول ہے جو جو کہ قیامت سے پہلے ظاہر ہوگا۔</w:t>
      </w:r>
    </w:p>
    <w:p>
      <w:r>
        <w:rPr>
          <w:b/>
        </w:rPr>
        <w:t xml:space="preserve">[1:07:48] </w:t>
      </w:r>
      <w:r>
        <w:t>woh bhi pehchanne wale pehchanenge. Woh bhi ek aisa nahi, koi bahut lamba sing hoga aur bahut lamba hath hoga. Kuch bhi nahi,</w:t>
      </w:r>
    </w:p>
    <w:p>
      <w:pPr>
        <w:jc w:val="right"/>
      </w:pPr>
      <w:r>
        <w:t>وہ بھی پہچاننے والے پہچانیں گے۔ وہ بھی ایک ایسا نہیں، کوئی بہت لمبا سینگ ہوگا اور بہت لمبا ہاتھ ہوگا۔ کچھ بھی نہیں،</w:t>
      </w:r>
    </w:p>
    <w:p>
      <w:r>
        <w:rPr>
          <w:b/>
        </w:rPr>
        <w:t xml:space="preserve">[1:07:57] </w:t>
      </w:r>
      <w:r>
        <w:t>aisa kuch bhi nahi hai. Woh bhi ek normal insaan jaisa role hoga. Woh to woh bhi aap ka pehchanne ki baat hai. Yeh insano ki mizaj hai yeh ke woh anokha ek ek picture bana lete hain cheezon ki.</w:t>
      </w:r>
    </w:p>
    <w:p>
      <w:pPr>
        <w:jc w:val="right"/>
      </w:pPr>
      <w:r>
        <w:t>ایسا کچھ بھی نہیں ہے۔ وہ بھی ایک نارمل انسان جیسا رول ہوگا۔ وہ تو وہ بھی آپ کا پہچاننے کی بات ہے۔ یہ انسانوں کی مزاج ہے یہ کہ وہ انوکھا ایک ایک پکچر بنا لیتے ہیں چیزوں کی۔</w:t>
      </w:r>
    </w:p>
    <w:p>
      <w:r>
        <w:rPr>
          <w:b/>
        </w:rPr>
        <w:t xml:space="preserve">[1:08:10] </w:t>
      </w:r>
      <w:r>
        <w:t>anokhi, ek anokhi picture bana lete hain.</w:t>
      </w:r>
    </w:p>
    <w:p>
      <w:pPr>
        <w:jc w:val="right"/>
      </w:pPr>
      <w:r>
        <w:t>انوکھی، ایک انوکھی پکچر بنا لیتے ہیں۔</w:t>
      </w:r>
    </w:p>
    <w:p>
      <w:r>
        <w:rPr>
          <w:b/>
        </w:rPr>
        <w:t xml:space="preserve">[1:08:17] </w:t>
      </w:r>
      <w:r>
        <w:t>yeh har mazhab mein hai, Islami mein nahi, har mazhab mein hai. Yeh sab story tellers ke qisse hote hain. Story tellers ke</w:t>
      </w:r>
    </w:p>
    <w:p>
      <w:pPr>
        <w:jc w:val="right"/>
      </w:pPr>
      <w:r>
        <w:t>یہ ہر مذہب میں ہے، اسلامی میں نہیں، ہر مذہب میں ہے۔ یہ سب اسٹوری ٹیلرز کے قصے ہوتے ہیں۔ اسٹوری ٹیلرز کے</w:t>
      </w:r>
    </w:p>
    <w:p>
      <w:r>
        <w:rPr>
          <w:b/>
        </w:rPr>
        <w:t xml:space="preserve">[1:08:26] </w:t>
      </w:r>
      <w:r>
        <w:t>baad baqi haqeeqat kuch bhi nahi is ki hai. Na Quran se sabit hai, na na hadithon mein is ka koi zikr hai. This question is from Farah.</w:t>
      </w:r>
    </w:p>
    <w:p>
      <w:pPr>
        <w:jc w:val="right"/>
      </w:pPr>
      <w:r>
        <w:t>بعد باقی حقیقت کچھ بھی نہیں اس کی ہے۔ نہ قرآن سے ثابت ہے، نہ نہ حدیثوں میں اس کا کوئی ذکر ہے۔ This question is from فرح۔</w:t>
      </w:r>
    </w:p>
    <w:p>
      <w:r>
        <w:rPr>
          <w:b/>
        </w:rPr>
        <w:t xml:space="preserve">[1:08:37] </w:t>
      </w:r>
      <w:r>
        <w:t>People also believe that a big political war will be fought and Muslim rule will be established before doomsday.</w:t>
      </w:r>
    </w:p>
    <w:p>
      <w:pPr>
        <w:jc w:val="right"/>
      </w:pPr>
      <w:r>
        <w:t>People also believe that a big political war will be fought and مسلم rule will be established before doomsday.</w:t>
      </w:r>
    </w:p>
    <w:p>
      <w:r>
        <w:rPr>
          <w:b/>
        </w:rPr>
        <w:t xml:space="preserve">[1:08:46] </w:t>
      </w:r>
      <w:r>
        <w:t>Please throw light on the authenticity of this statement. Yeh sab myth hai, myth.</w:t>
      </w:r>
    </w:p>
    <w:p>
      <w:pPr>
        <w:jc w:val="right"/>
      </w:pPr>
      <w:r>
        <w:t>Please throw light on the authenticity of this statement۔ یہ سب متھ ہے، متھ۔</w:t>
      </w:r>
    </w:p>
    <w:p>
      <w:r>
        <w:rPr>
          <w:b/>
        </w:rPr>
        <w:t xml:space="preserve">[1:08:52] </w:t>
      </w:r>
      <w:r>
        <w:t>saari duniya mein woh role ho jayega. Yeh bilkul myth ki baat hai. Koi sir, koi sir hai na pair. Sab baseless baatein hain. Aap sochiye, jo sab se bade paighambar paida hue, Rasool Allah sallallahu alaihi wasallam, woh to saari duniya mein role nahi qaim kar sake.</w:t>
      </w:r>
    </w:p>
    <w:p>
      <w:pPr>
        <w:jc w:val="right"/>
      </w:pPr>
      <w:r>
        <w:t>ساری دنیا میں وہ رول ہو جائے گا۔ یہ بالکل متھ کی بات ہے۔ کوئی سر، کوئی سر ہے نہ پیر۔ سب بیسلیس باتیں ہیں۔ آپ سوچیے، جو سب سے بڑے پیغمبر پیدا ہوئے، رسول اللہ صلی اللہ علیہ وسلم، وہ تو ساری دنیا میں رول نہیں قائم کر سکے۔</w:t>
      </w:r>
    </w:p>
    <w:p>
      <w:r>
        <w:rPr>
          <w:b/>
        </w:rPr>
        <w:t xml:space="preserve">[1:09:07] </w:t>
      </w:r>
      <w:r>
        <w:t>ab qaum is se bhi bada paida hone wala hai? Koi</w:t>
      </w:r>
    </w:p>
    <w:p>
      <w:pPr>
        <w:jc w:val="right"/>
      </w:pPr>
      <w:r>
        <w:t>اب قوم اس سے بھی بڑا پیدا ہونے والا ہے؟ کوئی</w:t>
      </w:r>
    </w:p>
    <w:p>
      <w:r>
        <w:rPr>
          <w:b/>
        </w:rPr>
        <w:t xml:space="preserve">[1:09:10] </w:t>
      </w:r>
      <w:r>
        <w:t>kaise log hain jo aisi baatein samajh maan lete hain? Ab is se bhi bada koi paida hone wala hai? Aur according to the law of nature, yeh bilkul possible hi nahi hai ke ek aadmi kahin baitha hua hai, saari duniya mein role kar raha hai.</w:t>
      </w:r>
    </w:p>
    <w:p>
      <w:pPr>
        <w:jc w:val="right"/>
      </w:pPr>
      <w:r>
        <w:t>کیسے لوگ ہیں جو ایسی باتیں سمجھ مان لیتے ہیں؟ اب اس سے بھی بڑا کوئی پیدا ہونے والا ہے؟ اور اکارڈنگ ٹو دا لاء آف نیچر، یہ بالکل پاسیبل ہی نہیں ہے کہ ایک آدمی کہیں بیٹھا ہوا ہے، ساری دنیا میں رول کر رہا ہے۔</w:t>
      </w:r>
    </w:p>
    <w:p>
      <w:r>
        <w:rPr>
          <w:b/>
        </w:rPr>
        <w:t xml:space="preserve">[1:09:25] </w:t>
      </w:r>
      <w:r>
        <w:t>bilkul absurd, baseless baatein hain. Is waqt jo cheez hai, woh sirf yeh hai hadith mein ke sachai ka paigham duniya mein pahunch jayega.</w:t>
      </w:r>
    </w:p>
    <w:p>
      <w:pPr>
        <w:jc w:val="right"/>
      </w:pPr>
      <w:r>
        <w:t>بالکل ایبسرڈ، بیسلیس باتیں ہیں۔ اس وقت جو چیز ہے، وہ صرف یہ ہے حدیث میں کہ سچائی کا پیغام دنیا میں پہنچ جائے گا۔</w:t>
      </w:r>
    </w:p>
    <w:p>
      <w:r>
        <w:rPr>
          <w:b/>
        </w:rPr>
        <w:t xml:space="preserve">[1:09:35] </w:t>
      </w:r>
      <w:r>
        <w:t>yahan pe logon ne kya kiya?</w:t>
      </w:r>
    </w:p>
    <w:p>
      <w:pPr>
        <w:jc w:val="right"/>
      </w:pPr>
      <w:r>
        <w:t>یہاں پہ لوگوں نے کیا کیا؟</w:t>
      </w:r>
    </w:p>
    <w:p>
      <w:r>
        <w:rPr>
          <w:b/>
        </w:rPr>
        <w:t xml:space="preserve">[1:09:38] </w:t>
      </w:r>
      <w:r>
        <w:t>ek yaani ek fallacy daal di ke sachai ka paigham duniya mein pahunchna, is ko kar diya ke ke sachai hukumat duniya mein qaim hona.</w:t>
      </w:r>
    </w:p>
    <w:p>
      <w:pPr>
        <w:jc w:val="right"/>
      </w:pPr>
      <w:r>
        <w:t>ایک یعنی ایک فلیسی ڈال دی کہ سچائی کا پیغام دنیا میں پہنچنا، اس کو کر دیا کہ کہ سچائی حکومت دنیا میں قائم ہونا۔</w:t>
      </w:r>
    </w:p>
    <w:p>
      <w:r>
        <w:rPr>
          <w:b/>
        </w:rPr>
        <w:t xml:space="preserve">[1:09:47] </w:t>
      </w:r>
      <w:r>
        <w:t>kahin bhi is ka koi Quran o hadith mein kahin bhi is ka zikr nahi hai. To yaad rakhiye, jo log is ka intezar kar rahe hain, saari duniya mein Muslim rule hoga, woh sirf aise ek din ka intezar kar rahe hain jo kabhi aane wala nahi hai.</w:t>
      </w:r>
    </w:p>
    <w:p>
      <w:pPr>
        <w:jc w:val="right"/>
      </w:pPr>
      <w:r>
        <w:t>کہیں بھی اس کا کوئی قرآن و حدیث میں کہیں بھی اس کا ذکر نہیں ہے۔ تو یاد رکھیے، جو لوگ اس کا انتظار کر رہے ہیں، ساری دنیا میں مسلم رول ہوگا، وہ صرف ایسے ایک دن کا انتظار کر رہے ہیں جو کبھی آنے والا نہیں ہے۔</w:t>
      </w:r>
    </w:p>
    <w:p>
      <w:r>
        <w:rPr>
          <w:b/>
        </w:rPr>
        <w:t xml:space="preserve">[1:10:00] </w:t>
      </w:r>
      <w:r>
        <w:t>kabhi aane wala nahi hai. Qayamat aayegi aur yeh intezari karte rahenge. Koi Muslim rule nahi, koi Muslim saltanat nahi, koi Muslim empire nahi.</w:t>
      </w:r>
    </w:p>
    <w:p>
      <w:pPr>
        <w:jc w:val="right"/>
      </w:pPr>
      <w:r>
        <w:t>کبھی آنے والا نہیں ہے۔ قیامت آئے گی اور یہ انتظاری کرتے رہیں گے۔ کوئی مسلم رول نہیں، کوئی مسلم سلطنت نہیں، کوئی مسلم ایمپائر نہیں۔</w:t>
      </w:r>
    </w:p>
    <w:p>
      <w:r>
        <w:rPr>
          <w:b/>
        </w:rPr>
        <w:t xml:space="preserve">[1:10:09] </w:t>
      </w:r>
      <w:r>
        <w:t>woh baat sirf yeh hai ke Allah taala ka jo paigham hai, qayamat se pehle pehle</w:t>
      </w:r>
    </w:p>
    <w:p>
      <w:pPr>
        <w:jc w:val="right"/>
      </w:pPr>
      <w:r>
        <w:t>وہ بات صرف یہ ہے کہ اللہ تعالیٰ کا جو پیغام ہے، قیامت سے پہلے پہلے</w:t>
      </w:r>
    </w:p>
    <w:p>
      <w:r>
        <w:rPr>
          <w:b/>
        </w:rPr>
        <w:t xml:space="preserve">[1:10:15] </w:t>
      </w:r>
      <w:r>
        <w:t>saari duniya mein har insaan tak pahunch jaye. Aur is ke liye dekhiye, communication, jo modern communication hai, us ki wajah se woh possible ho gaya hai.</w:t>
      </w:r>
    </w:p>
    <w:p>
      <w:pPr>
        <w:jc w:val="right"/>
      </w:pPr>
      <w:r>
        <w:t>ساری دنیا میں ہر انسان تک پہنچ جائے۔ اور اس کے لیے دیکھیے، کمیونیکیشن، جو ماڈرن کمیونیکیشن ہے، اس کی وجہ سے وہ پاسیبل ہو گیا ہے۔</w:t>
      </w:r>
    </w:p>
    <w:p>
      <w:r>
        <w:rPr>
          <w:b/>
        </w:rPr>
        <w:t xml:space="preserve">[1:10:25] </w:t>
      </w:r>
      <w:r>
        <w:t>hamari team jo hai, Khuda ka fazl se, hamare jo saathi hain, woh yahi kar rahe hain kaam. Abhi dekhiye, hamare ek saathi jo Hyderabad mein rehte hain, abhi safar kiya unhone to train mein, hawai jahaz mein, har jagah woh yeh sab brochure rakhe hue the.</w:t>
      </w:r>
    </w:p>
    <w:p>
      <w:pPr>
        <w:jc w:val="right"/>
      </w:pPr>
      <w:r>
        <w:t>ہماری ٹیم جو ہے، خدا کا فضل سے، ہمارے جو ساتھی ہیں، وہ یہی کر رہے ہیں کام۔ ابھی دیکھیے، ہمارے ایک ساتھی جو حیدرآباد میں رہتے ہیں، ابھی سفر کیا انہوں نے تو ٹرین میں، ہوائی جہاز میں، ہر جگہ وہ یہ سب بروشر رکھے ہوئے تھے۔</w:t>
      </w:r>
    </w:p>
    <w:p>
      <w:r>
        <w:rPr>
          <w:b/>
        </w:rPr>
        <w:t xml:space="preserve">[1:10:40] </w:t>
      </w:r>
      <w:r>
        <w:t>to kehte hain ke log use loot te the. Is ko</w:t>
      </w:r>
    </w:p>
    <w:p>
      <w:pPr>
        <w:jc w:val="right"/>
      </w:pPr>
      <w:r>
        <w:t>تو کہتے ہیں کہ لوگ اسے لوٹتے تھے۔ اس کو</w:t>
      </w:r>
    </w:p>
    <w:p>
      <w:r>
        <w:rPr>
          <w:b/>
        </w:rPr>
        <w:t xml:space="preserve">[1:10:44] </w:t>
      </w:r>
      <w:r>
        <w:t>yahi kaam karna hai. Koi role ki baat jo kare, woh to main samajhta hoon ke kuch ABCD bhi nahi jaanta. Islam ki role kya cheez hoti hai?</w:t>
      </w:r>
    </w:p>
    <w:p>
      <w:pPr>
        <w:jc w:val="right"/>
      </w:pPr>
      <w:r>
        <w:t>یہی کام کرنا ہے۔ کوئی رول کی بات جو کرے، وہ تو میں سمجھتا ہوں کہ کچھ اے بی سی ڈی بھی نہیں جانتا۔ اسلام کی رول کیا چیز ہوتی ہے؟</w:t>
      </w:r>
    </w:p>
    <w:p>
      <w:r>
        <w:rPr>
          <w:b/>
        </w:rPr>
        <w:t xml:space="preserve">[1:10:55] </w:t>
      </w:r>
      <w:r>
        <w:t>role asal cheez nahi hai. Asal cheez sachai ka logon tak pahunchana hai. Sachai ko logon tak pahunchana yeh asal cheez hai. Bas role aur hukumat aur empire, yeh sab bilkul baseless baatein hain.</w:t>
      </w:r>
    </w:p>
    <w:p>
      <w:pPr>
        <w:jc w:val="right"/>
      </w:pPr>
      <w:r>
        <w:t>رول اصل چیز نہیں ہے۔ اصل چیز سچائی کا لوگوں تک پہنچانا ہے۔ سچائی کو لوگوں تک پہنچانا یہ اصل چیز ہے۔ بس رول اور حکومت اور ایمپائر، یہ سب بالکل بیسلیس باتیں ہیں۔</w:t>
      </w:r>
    </w:p>
    <w:p>
      <w:r>
        <w:rPr>
          <w:b/>
        </w:rPr>
        <w:t xml:space="preserve">[1:11:09] </w:t>
      </w:r>
      <w:r>
        <w:t>to aap ko jo kaam karna hai, woh yahi kaam karna hai ke sachai ka message jo hai, woh sab logon tak pohnchay. bas yahi kal kaam hai. aur maine arz kiya ke yeh jo hamare haan se jo chhpe hain, jo brochure aur pamphlet, is ko filter kar diay.</w:t>
      </w:r>
    </w:p>
    <w:p>
      <w:pPr>
        <w:jc w:val="right"/>
      </w:pPr>
      <w:r>
        <w:t>تو آپ کو جو کام کرنا ہے، وہ یہی کام کرنا ہے کہ سچائی کا میسج جو ہے، وہ سب لوگوں تک پہنچ جائے۔ بس یہی کل کام ہے۔ اور میں نے عرض کیا کہ یہ جو ہمارے ہاں سے جو چھپے ہیں، جو بروشر اور پمفلٹ، اس کو فلٹ کر دیے۔</w:t>
      </w:r>
    </w:p>
    <w:p>
      <w:r>
        <w:rPr>
          <w:b/>
        </w:rPr>
        <w:t xml:space="preserve">[1:11:24] </w:t>
      </w:r>
      <w:r>
        <w:t>filter! mujhe bohat pasand aaya. hamare hyderabad mein saathi hain, woh safar kiya, unhon ne to kai hawai jahaz mein chalna pada, kai train mein chalna pada.</w:t>
      </w:r>
    </w:p>
    <w:p>
      <w:pPr>
        <w:jc w:val="right"/>
      </w:pPr>
      <w:r>
        <w:t>فلٹ! مجھے بہت پسند آیا۔ ہمارے حیدرآباد میں ساتھی ہیں، وہ سفر کیا، انہوں نے تو کئی ہوائی جہاز میں چلنا پڑا، کئی ٹرین میں چلنا پڑا۔</w:t>
      </w:r>
    </w:p>
    <w:p>
      <w:r>
        <w:rPr>
          <w:b/>
        </w:rPr>
        <w:t xml:space="preserve">[1:11:33] </w:t>
      </w:r>
      <w:r>
        <w:t>koi jahan bhi jatay thay, woh brochure sath hotay thay, un ke kitabain, aur log loot loot kar laitay thay. log to dunya p</w:t>
      </w:r>
    </w:p>
    <w:p>
      <w:pPr>
        <w:jc w:val="right"/>
      </w:pPr>
      <w:r>
        <w:t>کوئی جہاں بھی جاتے تھے، وہ بروشر ساتھ ہوتے تھے، ان کے کتابیں، اور لوگ لوٹ لوٹ کر لیتے تھے۔ لوگ تو دنیا پ</w:t>
      </w:r>
    </w:p>
    <w:p>
      <w:r>
        <w:rPr>
          <w:b/>
        </w:rPr>
        <w:t xml:space="preserve">[1:11:40] </w:t>
      </w:r>
      <w:r>
        <w:t>yaasi hai, dunya chahti hai ke is ko sachai ka message milay. to bas is ki pyas ko bujhaiye, yeh asal kaam hai.</w:t>
      </w:r>
    </w:p>
    <w:p>
      <w:pPr>
        <w:jc w:val="right"/>
      </w:pPr>
      <w:r>
        <w:t>یاسی ہے، دنیا چاہتی ہے کہ اس کو سچائی کا میسج ملے۔ تو بس اس کی پیاس کو بجھائیے، یہ اصل کام ہے۔</w:t>
      </w:r>
    </w:p>
    <w:p>
      <w:r>
        <w:rPr>
          <w:b/>
        </w:rPr>
        <w:t xml:space="preserve">[1:11:50] </w:t>
      </w:r>
      <w:r>
        <w:t>she has more questions. why did god not make things simple to understand for man? kyon?</w:t>
      </w:r>
    </w:p>
    <w:p>
      <w:pPr>
        <w:jc w:val="right"/>
      </w:pPr>
      <w:r>
        <w:t>شی ہیز مور کوئسچنز۔ وائی ڈیڈ گاڈ ناٹ میک تھنگز سمپل ٹو انڈرسٹینڈ فار مین؟ کیوں؟</w:t>
      </w:r>
    </w:p>
    <w:p>
      <w:r>
        <w:rPr>
          <w:b/>
        </w:rPr>
        <w:t xml:space="preserve">[1:11:58] </w:t>
      </w:r>
      <w:r>
        <w:t>simple hai, aap complete apply kar rahay hain, to is ka zimmedari aap ke upar hai. kya cheez simple nahi hai? mujhe bataiye.</w:t>
      </w:r>
    </w:p>
    <w:p>
      <w:pPr>
        <w:jc w:val="right"/>
      </w:pPr>
      <w:r>
        <w:t>سمپلی ہے، آپ کمپلیٹ اپلیکیٹ کر رہے ہیں، تو اس کا ذمہ داری آپ کے اوپر ہے۔ کیا چیز سمپل نہیں ہے؟ مجھے بتائیے۔</w:t>
      </w:r>
    </w:p>
    <w:p>
      <w:r>
        <w:rPr>
          <w:b/>
        </w:rPr>
        <w:t xml:space="preserve">[1:12:09] </w:t>
      </w:r>
      <w:r>
        <w:t>bohat hi simple hai. quran mein hai ke quran mein mutafiq hai. quran ko hum ne aasan bana diya samajhnay ke liye. mujhe aap bataiye, kon si complicated hai?</w:t>
      </w:r>
    </w:p>
    <w:p>
      <w:pPr>
        <w:jc w:val="right"/>
      </w:pPr>
      <w:r>
        <w:t>بہت ہی سمپل ہے۔ قرآن میں ہے کہ قرآن میں متفق ہے۔ قرآن کو ہم نے آسان بنا دیا سمجھنے کے لیے۔ مجھے آپ بتائیے، کون سی کمپلیکیٹڈ ہے؟</w:t>
      </w:r>
    </w:p>
    <w:p>
      <w:r>
        <w:rPr>
          <w:b/>
        </w:rPr>
        <w:t xml:space="preserve">[1:12:18] </w:t>
      </w:r>
      <w:r>
        <w:t>kon si hai? koi complicated nahi hai. aap misaal dijiye to bata sakta hoon. main koi complication nahi hai deen ko samajhnay ke liye.</w:t>
      </w:r>
    </w:p>
    <w:p>
      <w:pPr>
        <w:jc w:val="right"/>
      </w:pPr>
      <w:r>
        <w:t>کون سی ہے؟ کوئی کمپلیکیٹڈ نہیں ہے۔ آپ مثال دیجیے تو بتا سکتا ہوں۔ میں کوئی کمپلیکیشن نہیں ہے دین کو سمجھنے کے لیے۔</w:t>
      </w:r>
    </w:p>
    <w:p>
      <w:r>
        <w:rPr>
          <w:b/>
        </w:rPr>
        <w:t xml:space="preserve">[1:12:27] </w:t>
      </w:r>
      <w:r>
        <w:t>bilkul simple, sada talimat hain. agar koi na manta ho to mujhe bataiye, is ki misaal dein. falan padri kehti hai complicated hai. tab main arz karunga, inshallah.</w:t>
      </w:r>
    </w:p>
    <w:p>
      <w:pPr>
        <w:jc w:val="right"/>
      </w:pPr>
      <w:r>
        <w:t>بالکل سمپل، سادہ تعلیمات ہیں۔ اگر کوئی نہ مانتا ہو تو مجھے بتائیں، اس کی مثال دیں۔ فلاں پادری کہتی ہے کمپلیکیٹڈ ہے۔ تب میں عرض کروں گا، انشاءاللہ۔</w:t>
      </w:r>
    </w:p>
    <w:p>
      <w:r>
        <w:rPr>
          <w:b/>
        </w:rPr>
        <w:t xml:space="preserve">[1:12:39] </w:t>
      </w:r>
      <w:r>
        <w:t>with reference to social work versus dawah work, how is the concept of zakat any different? nahi, zakat to aik farz hai.</w:t>
      </w:r>
    </w:p>
    <w:p>
      <w:pPr>
        <w:jc w:val="right"/>
      </w:pPr>
      <w:r>
        <w:t>ود ریفرنس ٹو سوشل ورک ورسز دعویٰ ورک، ہاؤ از دا کانسیپٹ آف زکوٰۃ اینی ڈفرنٹ؟ نہیں، زکوٰۃ تو ایک فرض ہے۔</w:t>
      </w:r>
    </w:p>
    <w:p>
      <w:r>
        <w:rPr>
          <w:b/>
        </w:rPr>
        <w:t xml:space="preserve">[1:12:51] </w:t>
      </w:r>
      <w:r>
        <w:t>aaj kal jo kaha jata hai social work, woh aik alag hi cheez hai. woh aik alag hi cheez hai. zakat jo hai, jab aap ne kamai kiya, us kamai mein aap khuda ka aik hissa nikalein</w:t>
      </w:r>
    </w:p>
    <w:p>
      <w:pPr>
        <w:jc w:val="right"/>
      </w:pPr>
      <w:r>
        <w:t>آج کل جو کہا جاتا ہے سوشل ورک، وہ ایک الگ ہی چیز ہے۔ وہ ایک الگ ہی چیز ہے۔ زکوٰۃ جو ہے، جب آپ نے کمائی کیا، اس کمائی میں آپ خدا کا ایک حصہ نکالیں</w:t>
      </w:r>
    </w:p>
    <w:p>
      <w:r>
        <w:rPr>
          <w:b/>
        </w:rPr>
        <w:t xml:space="preserve">[1:13:05] </w:t>
      </w:r>
      <w:r>
        <w:t>ke khuda ne mujhe taqat di, mujhe yeh dunya di, yeh dunya mein sari cheezain di, sari wasail diye, tab main kama saka. to aik hissa aap khuda ke naam par nikalein.</w:t>
      </w:r>
    </w:p>
    <w:p>
      <w:pPr>
        <w:jc w:val="right"/>
      </w:pPr>
      <w:r>
        <w:t>کہ خدا نے مجھے طاقت دی، مجھے یہ دنیا دی، یہ دنیا میں ساری چیزیں دی، سارے وسائل دیے، تب میں کما سکا۔ تو ایک حصہ آپ خدا کے نام پر نکالیں۔</w:t>
      </w:r>
    </w:p>
    <w:p>
      <w:r>
        <w:rPr>
          <w:b/>
        </w:rPr>
        <w:t xml:space="preserve">[1:13:16] </w:t>
      </w:r>
      <w:r>
        <w:t>is ke bhi ath madain hain. ath madon mein do mad to dawah ki, dawah mad hai, dawah ki hai. zakat ki jo mad hai, do mad aisi hain jo jo ke dawah se talluq rakhti hain.</w:t>
      </w:r>
    </w:p>
    <w:p>
      <w:pPr>
        <w:jc w:val="right"/>
      </w:pPr>
      <w:r>
        <w:t>اس کے بھی اٹھ مدیں ہیں۔ اٹھ مدوں میں دو مد تو دعوت کی، دعویٰ مد ہے، دعوت کی ہے۔ زکوٰۃ کی جو مد ہے، دو مد ایسی ہیں جو جو کہ دعوت سے تعلق رکھتی ہیں۔</w:t>
      </w:r>
    </w:p>
    <w:p>
      <w:r>
        <w:rPr>
          <w:b/>
        </w:rPr>
        <w:t xml:space="preserve">[1:13:29] </w:t>
      </w:r>
      <w:r>
        <w:t>aik hai fi sabilillah, aik hai al quloob, yeh talif e qalb ke liye aur allah ke rastay mein. yeh yeh bilkul dawah ki mad hai.</w:t>
      </w:r>
    </w:p>
    <w:p>
      <w:pPr>
        <w:jc w:val="right"/>
      </w:pPr>
      <w:r>
        <w:t>ایک ہے فی سبیل اللہ، ایک ہے البلفۃ القلوب، یہ تالیف قلب کے لیے اور اللہ کے راستے میں۔ یہ یہ بالکل دعوت کی مد ہے۔</w:t>
      </w:r>
    </w:p>
    <w:p>
      <w:r>
        <w:rPr>
          <w:b/>
        </w:rPr>
        <w:t xml:space="preserve">[1:13:38] </w:t>
      </w:r>
      <w:r>
        <w:t>aur ath mein do mad dawah ki mad hai. is mein to behrahal woh zakat jo hai, allah ko acknowledge karna hai ke khuda ya to ne mujhe taqat di, to ne mujhe yeh sari opportunity di, tab main paisa kama saka.</w:t>
      </w:r>
    </w:p>
    <w:p>
      <w:pPr>
        <w:jc w:val="right"/>
      </w:pPr>
      <w:r>
        <w:t>اور اٹھ میں دو مد دعوت کی مد ہے۔ اس میں تو بہرحال وہ زکوٰۃ جو ہے، اللہ کا کو اکنالج کرنا ہے کہ خدایا تو نے مجھے طاقت دی، تو نے مجھے یہ ساری اپرچونیٹی دی، تب میں پیسہ کما سکا۔</w:t>
      </w:r>
    </w:p>
    <w:p>
      <w:r>
        <w:rPr>
          <w:b/>
        </w:rPr>
        <w:t xml:space="preserve">[1:13:52] </w:t>
      </w:r>
      <w:r>
        <w:t>to ne main kama nahi sakta tha. to zakat ka asal spirit social social service nahi</w:t>
      </w:r>
    </w:p>
    <w:p>
      <w:pPr>
        <w:jc w:val="right"/>
      </w:pPr>
      <w:r>
        <w:t>تو نے میں کما نہیں سکتا تھا۔ تو زکوٰۃ کا اصل اسپرٹ سوشل سوشل سروس نہیں</w:t>
      </w:r>
    </w:p>
    <w:p>
      <w:r>
        <w:rPr>
          <w:b/>
        </w:rPr>
        <w:t xml:space="preserve">[1:13:57] </w:t>
      </w:r>
      <w:r>
        <w:t>hai. zakat ka asal spirit hai khuda ko acknowledge karna, khuda ka shukar ada karna. yeh hai zakat ki tareeqa.</w:t>
      </w:r>
    </w:p>
    <w:p>
      <w:pPr>
        <w:jc w:val="right"/>
      </w:pPr>
      <w:r>
        <w:t>ہے۔ زکوٰۃ کا اصل اسپرٹ ہے خدا کو اکنالج کرنا، خدا کا شکر ادا کرنا۔ یہ ہے زکوٰۃ کی طریقہ۔</w:t>
      </w:r>
    </w:p>
    <w:p>
      <w:r>
        <w:rPr>
          <w:b/>
        </w:rPr>
        <w:t xml:space="preserve">[1:14:07] </w:t>
      </w:r>
      <w:r>
        <w:t>this question is from vikrant. some people believe strongly that astrology governs our way of life. kindly comment.</w:t>
      </w:r>
    </w:p>
    <w:p>
      <w:pPr>
        <w:jc w:val="right"/>
      </w:pPr>
      <w:r>
        <w:t>دس کوئسچن از فرام وکرانت۔ سم پیپل بیلیو سٹرونگلی دیٹ اسٹرالوجی گورنز اور وے آف لائف۔ کائنڈلی کمنٹ۔</w:t>
      </w:r>
    </w:p>
    <w:p>
      <w:r>
        <w:rPr>
          <w:b/>
        </w:rPr>
        <w:t xml:space="preserve">[1:14:16] </w:t>
      </w:r>
      <w:r>
        <w:t>nahi, bilkul aik superstition hai. yeh believe karne se kya hota hai?</w:t>
      </w:r>
    </w:p>
    <w:p>
      <w:pPr>
        <w:jc w:val="right"/>
      </w:pPr>
      <w:r>
        <w:t>نہیں، بالکل ایک سپرسیشن ہے۔ یہ بیلیو کرنے سے کیا ہوتا ہے؟</w:t>
      </w:r>
    </w:p>
    <w:p>
      <w:r>
        <w:rPr>
          <w:b/>
        </w:rPr>
        <w:t xml:space="preserve">[1:14:23] </w:t>
      </w:r>
      <w:r>
        <w:t>yeh superstition hai. koi scientific theory nahi hai, yeh koi scientific nazariya nahi hai. koi bhi ilm nahi hai jo is ko prove karta ho, siwaye qissay kahani.</w:t>
      </w:r>
    </w:p>
    <w:p>
      <w:pPr>
        <w:jc w:val="right"/>
      </w:pPr>
      <w:r>
        <w:t>یہ سپرسیشن ہے۔ کوئی سائنٹیفک تھیوری نہیں ہے، یہ کوئی سائنٹیفک نظریہ نہیں ہے۔ کوئی بھی علم نہیں ہے جو اس کو پروف کرتا ہو، سوائے قصے کہانی۔</w:t>
      </w:r>
    </w:p>
    <w:p>
      <w:r>
        <w:rPr>
          <w:b/>
        </w:rPr>
        <w:t xml:space="preserve">[1:14:36] </w:t>
      </w:r>
      <w:r>
        <w:t>astrology jo hai, astrology ab astronomy ban chuki hai. astrology jo thi pehle, woh ab astronomy ban chuki hai. ab astronomy ke zamanay mein jo log astrology ki baat karein, to kahunga woh superstition mein jee rahay hain,</w:t>
      </w:r>
    </w:p>
    <w:p>
      <w:pPr>
        <w:jc w:val="right"/>
      </w:pPr>
      <w:r>
        <w:t>اسٹرالوجی جو ہے، اسٹرالوجی اب اسٹرانومی بن چکی ہے۔ اسٹرالوجی جو تھی پہلے، وہ اب اسٹرانومی بن چکی ہے۔ اب اسٹرانومی کے زمانے میں جو لوگ اسٹرالوجی کی بات کریں، تو کہوں گا وہ سپرسیشن میں جی رہے ہیں،</w:t>
      </w:r>
    </w:p>
    <w:p>
      <w:r>
        <w:rPr>
          <w:b/>
        </w:rPr>
        <w:t xml:space="preserve">[1:14:50] </w:t>
      </w:r>
      <w:r>
        <w:t>superstition mein jee rahay hain, kuch bhi nahi.</w:t>
      </w:r>
    </w:p>
    <w:p>
      <w:pPr>
        <w:jc w:val="right"/>
      </w:pPr>
      <w:r>
        <w:t>سپرسیشن میں جی رہے ہیں، کچھ بھی نہیں۔</w:t>
      </w:r>
    </w:p>
    <w:p>
      <w:r>
        <w:rPr>
          <w:b/>
        </w:rPr>
        <w:t xml:space="preserve">[1:14:53] </w:t>
      </w:r>
      <w:r>
        <w:t>main aik sahib ke ghar mein gaya, aik lady gayi hain dilli mein, to bohat sara un ke ghar mein woh tha. woh nahi, woh pehle hui thi.</w:t>
      </w:r>
    </w:p>
    <w:p>
      <w:pPr>
        <w:jc w:val="right"/>
      </w:pPr>
      <w:r>
        <w:t>میں ایک صاحب کے گھر میں گیا، ایک لیڈی گئی ہیں دلی میں، تو بہت سارا ان کے گھر میں وہ تھا۔ وہ نہیں، وہ پہلے ہوئی تھی۔</w:t>
      </w:r>
    </w:p>
    <w:p>
      <w:r>
        <w:rPr>
          <w:b/>
        </w:rPr>
        <w:t xml:space="preserve">[1:15:01] </w:t>
      </w:r>
      <w:r>
        <w:t>har har ungli mein woh ring, ring, yeh yeh ring jo hai, is ki aik ring, is ki aik ring, is ki stone bohat se hotay thay.</w:t>
      </w:r>
    </w:p>
    <w:p>
      <w:pPr>
        <w:jc w:val="right"/>
      </w:pPr>
      <w:r>
        <w:t>ہر ہر انگلی میں وہ رنگ، رنگ، یہ یہ رنگ جو ہے، اس کی ایک رنگ، اس کی ایک رنگ، اس کی اسٹون بہت سے ہوتے تھے۔</w:t>
      </w:r>
    </w:p>
    <w:p>
      <w:r>
        <w:rPr>
          <w:b/>
        </w:rPr>
        <w:t xml:space="preserve">[1:15:12] </w:t>
      </w:r>
      <w:r>
        <w:t>to woh samajhti thi ke yeh ring jo pehnay rahay ge, tab tak bachi rahay gi. woh ring nikal den ge to pata nahi kya aafat aa jaye gi.</w:t>
      </w:r>
    </w:p>
    <w:p>
      <w:pPr>
        <w:jc w:val="right"/>
      </w:pPr>
      <w:r>
        <w:t>تو وہ سمجھتی تھی کہ یہ رنگ جو پہلے رہیں گے، تب تک بچی رہیں گی۔ وہ رنگ نکال دیں گے تو پتہ نہیں کیا افت آ جائے گی۔</w:t>
      </w:r>
    </w:p>
    <w:p>
      <w:r>
        <w:rPr>
          <w:b/>
        </w:rPr>
        <w:t xml:space="preserve">[1:15:21] </w:t>
      </w:r>
      <w:r>
        <w:t>to mein ne kaha ab mein yeh mere samne nikal ke nikal dijiye aur dekhiye kya ift aati hai. jo ift mein apne upar leta hoon, koi ift agar hai to mein apne upar leta hoon.</w:t>
      </w:r>
    </w:p>
    <w:p>
      <w:pPr>
        <w:jc w:val="right"/>
      </w:pPr>
      <w:r>
        <w:t>تو میں نے کہا اب میں یہ میرے سامنے نکال کے نکال دیجیے اور دیکھیے کیا افت آتی ہے۔ جو افت میں اپنے اوپر لیتا ہوں، کوئی افت اگر ہے تو میں اپنے اوپر لیتا ہوں۔</w:t>
      </w:r>
    </w:p>
    <w:p>
      <w:r>
        <w:rPr>
          <w:b/>
        </w:rPr>
        <w:t xml:space="preserve">[1:15:31] </w:t>
      </w:r>
      <w:r>
        <w:t>to unhon ne nikal diya sab ka sab, koi ift nahi aayi, aaj tak bhi nahi aayi. ift mein apne samne kai log maujood the, wahan par shayad mein se rijt bhi rahe hon.</w:t>
      </w:r>
    </w:p>
    <w:p>
      <w:pPr>
        <w:jc w:val="right"/>
      </w:pPr>
      <w:r>
        <w:t>تو انہوں نے نکال دیا سب کا سب، کوئی افت نہیں آئی، آج تک بھی نہیں آئی۔ افت میں اپنے سامنے کئی لوگ موجود تھے، وہاں پر شاید میں سے رجعت بھی رہے ہوں۔</w:t>
      </w:r>
    </w:p>
    <w:p>
      <w:r>
        <w:rPr>
          <w:b/>
        </w:rPr>
        <w:t xml:space="preserve">[1:15:42] </w:t>
      </w:r>
      <w:r>
        <w:t>mein ne kaha ke aap jo ift aayegi, woh mere upar aao. nikaliye, aap har ungli mein utha hua stone ka woh tha,</w:t>
      </w:r>
    </w:p>
    <w:p>
      <w:pPr>
        <w:jc w:val="right"/>
      </w:pPr>
      <w:r>
        <w:t>میں نے کہا کہ آپ جو افت آئے گی، وہ میرے اوپر آؤ۔ نکالیے، آپ ہر انگلی میں اٹھا ہوا اسٹون کا وہ تھا،</w:t>
      </w:r>
    </w:p>
    <w:p>
      <w:r>
        <w:rPr>
          <w:b/>
        </w:rPr>
        <w:t xml:space="preserve">[1:15:50] </w:t>
      </w:r>
      <w:r>
        <w:t>kya kehte hain is ko? rings, stone rings ji, pehne hui thi. woh isi liye ke ift se bache rahein. mein ne kaha sab ift mere upar nikali.</w:t>
      </w:r>
    </w:p>
    <w:p>
      <w:pPr>
        <w:jc w:val="right"/>
      </w:pPr>
      <w:r>
        <w:t>کیا کہتے ہیں اس کو؟ رنگز، اسٹون رنگ جی، پہنے ہوئی تھی۔ وہ اسی لیے کہ افت سے بچے رہیں۔ میں نے کہا سب افت میرے اوپر نکالی۔</w:t>
      </w:r>
    </w:p>
    <w:p>
      <w:r>
        <w:rPr>
          <w:b/>
        </w:rPr>
        <w:t xml:space="preserve">[1:16:00] </w:t>
      </w:r>
      <w:r>
        <w:t>is yeh baat ho gayi ke shayad do saal ki, aaj tak koi ift to nahi aayi. yeh sab myth hai, myth sab superstition hai aur kuch nahi.</w:t>
      </w:r>
    </w:p>
    <w:p>
      <w:pPr>
        <w:jc w:val="right"/>
      </w:pPr>
      <w:r>
        <w:t>اس یہ بات ہو گئی کہ شاید دو سال کی، آج تک کوئی افت تو نہیں آئی۔ یہ سب متھ ہے، متھ سب سپرسیشن ہے اور کچھ نہیں۔</w:t>
      </w:r>
    </w:p>
    <w:p>
      <w:r>
        <w:rPr>
          <w:b/>
        </w:rPr>
        <w:t xml:space="preserve">[1:16:12] </w:t>
      </w:r>
      <w:r>
        <w:t>das question is from doctor farida khanam. how dajjal will be able to mislead the majority of the people</w:t>
      </w:r>
    </w:p>
    <w:p>
      <w:pPr>
        <w:jc w:val="right"/>
      </w:pPr>
      <w:r>
        <w:t>دس کوئسچن از فرام ڈاکٹر فریدہ خانم۔ ہاؤ دجال ول بی ایبل ٹو مس لیڈ دا میجورٹی اف دا پیپل</w:t>
      </w:r>
    </w:p>
    <w:p>
      <w:r>
        <w:rPr>
          <w:b/>
        </w:rPr>
        <w:t xml:space="preserve">[1:16:20] </w:t>
      </w:r>
      <w:r>
        <w:t>? kindly explain.</w:t>
      </w:r>
    </w:p>
    <w:p>
      <w:pPr>
        <w:jc w:val="right"/>
      </w:pPr>
      <w:r>
        <w:t>؟ کائنڈلی ایکسپلین۔</w:t>
      </w:r>
    </w:p>
    <w:p>
      <w:r>
        <w:rPr>
          <w:b/>
        </w:rPr>
        <w:t xml:space="preserve">[1:16:25] </w:t>
      </w:r>
      <w:r>
        <w:t>adam, mein samajhta hoon ke baat yeh hai ke log generally kya hota hai, log sochte nahi. sochte hain sirf apni jo bohat hi personal interest ki cheezein hain.</w:t>
      </w:r>
    </w:p>
    <w:p>
      <w:pPr>
        <w:jc w:val="right"/>
      </w:pPr>
      <w:r>
        <w:t>عدم، میں سمجھتا ہوں کہ بات یہ ہے کہ لوگ جنرلی کیا ہوتا ہے، لوگ سوچتے نہیں۔ سوچتے ہیں صرف اپنی جو بہت ہی پرسنل انٹرسٹ کی چیزیں ہیں۔</w:t>
      </w:r>
    </w:p>
    <w:p>
      <w:r>
        <w:rPr>
          <w:b/>
        </w:rPr>
        <w:t xml:space="preserve">[1:16:35] </w:t>
      </w:r>
      <w:r>
        <w:t>matlab bachche ko pampering karna hai, woh to sochen</w:t>
      </w:r>
    </w:p>
    <w:p>
      <w:pPr>
        <w:jc w:val="right"/>
      </w:pPr>
      <w:r>
        <w:t>مطلب بچے کو پیمپرنگ کرنا ہے، وہ تو سوچیں</w:t>
      </w:r>
    </w:p>
    <w:p>
      <w:r>
        <w:rPr>
          <w:b/>
        </w:rPr>
        <w:t xml:space="preserve">[1:16:38] </w:t>
      </w:r>
      <w:r>
        <w:t>ge. bachche ke liye bhaka daalo ke woh khush ho jaye aur business chalana hai, wahan sochenge. aur jo baat hai, us mein sochte nahi hain.</w:t>
      </w:r>
    </w:p>
    <w:p>
      <w:pPr>
        <w:jc w:val="right"/>
      </w:pPr>
      <w:r>
        <w:t>گے۔ بچے کے لیے بھکاکا ڈالو کہ وہ خوش ہو جائے اور بزنس چلانا ہے، وہاں سوچیں گے۔ اور جو بات ہے، اس میں سوچتے نہیں ہیں۔</w:t>
      </w:r>
    </w:p>
    <w:p>
      <w:r>
        <w:rPr>
          <w:b/>
        </w:rPr>
        <w:t xml:space="preserve">[1:16:48] </w:t>
      </w:r>
      <w:r>
        <w:t>to woh jo misinterpretation hai, us ko maan lete hain. shayad sahi hoga kyunke woh apna mind one nahi lagate. mind lagate hain do char cheezon mein, bas apni family ke liye, apni business ke liye, apne job ke liye, bas.</w:t>
      </w:r>
    </w:p>
    <w:p>
      <w:pPr>
        <w:jc w:val="right"/>
      </w:pPr>
      <w:r>
        <w:t>تو وہ جو مس انٹرپریٹیشن ہے، اس کو مان لیتے ہیں۔ شاید صحیح ہوگا کیونکہ وہ اپنا مائنڈ ون نہیں لگاتے۔ مائنڈ لگاتے ہیں دو چار چیزوں میں، بس اپنی فیملی کے لیے، اپنی بزنس کے لیے، اپنے جاب کے لیے، بس۔</w:t>
      </w:r>
    </w:p>
    <w:p>
      <w:r>
        <w:rPr>
          <w:b/>
        </w:rPr>
        <w:t xml:space="preserve">[1:17:01] </w:t>
      </w:r>
      <w:r>
        <w:t>aur kahin mind nahi lagate, balkeh us mein bhi nahi mind lagate. mere paas ek tel pur aa gayi, parson aaya dubai.</w:t>
      </w:r>
    </w:p>
    <w:p>
      <w:pPr>
        <w:jc w:val="right"/>
      </w:pPr>
      <w:r>
        <w:t>اور کہیں مائنڈ نہیں لگاتے، بلکہ اس میں بھی نہیں مائنڈ لگاتے۔ میرے پاس ایک تیل پور آ گئی، پرسوں آیا دبئی۔</w:t>
      </w:r>
    </w:p>
    <w:p>
      <w:r>
        <w:rPr>
          <w:b/>
        </w:rPr>
        <w:t xml:space="preserve">[1:17:08] </w:t>
      </w:r>
      <w:r>
        <w:t>ek sahab jo hain, ek company mein kaam karte hain, padhe likhe aadmi hain, msc waghera hain. to ab kya tha, wahan par woh bohat hi negativity mein jee rahe the.</w:t>
      </w:r>
    </w:p>
    <w:p>
      <w:pPr>
        <w:jc w:val="right"/>
      </w:pPr>
      <w:r>
        <w:t>ایک صاحب جو ہیں، ایک کمپنی میں کام کرتے ہیں، پڑھے لکھے آدمی ہیں، ایم ایس سی وغیرہ ہیں۔ تو اب کیا تھا، وہاں پر وہ بہت ہی نیگیٹیوٹی میں جی رہے تھے۔</w:t>
      </w:r>
    </w:p>
    <w:p>
      <w:r>
        <w:rPr>
          <w:b/>
        </w:rPr>
        <w:t xml:space="preserve">[1:17:20] </w:t>
      </w:r>
      <w:r>
        <w:t>koi baatein aisi hoti to wahan par ghussa aata tha un ko. to ghar apni biwi se bhi un ka banao nahi tha, wahan bhi ghussa aur company mein bhi ghussa.</w:t>
      </w:r>
    </w:p>
    <w:p>
      <w:pPr>
        <w:jc w:val="right"/>
      </w:pPr>
      <w:r>
        <w:t>کوئی باتیں ایسی ہوتی تو وہاں پر غصہ آتا تھا ان کو۔ تو گھر اپنی بیوی سے بھی ان کا بناؤ نہیں تھا، وہاں بھی غصہ اور کمپنی میں بھی غصہ۔</w:t>
      </w:r>
    </w:p>
    <w:p>
      <w:r>
        <w:rPr>
          <w:b/>
        </w:rPr>
        <w:t xml:space="preserve">[1:17:31] </w:t>
      </w:r>
      <w:r>
        <w:t>to mere paas tel phone aaya, abhi parson ki baat hai, kaha ke mein kya karoon? aur mujhe samajh nahi aata ke mein kya</w:t>
      </w:r>
    </w:p>
    <w:p>
      <w:pPr>
        <w:jc w:val="right"/>
      </w:pPr>
      <w:r>
        <w:t>تو میرے پاس ٹیل فون آیا، ابھی پرسوں کی بات ہے، کہا کہ میں کیا کروں؟ اور مجھے سمجھ نہیں آتا کہ میں کیا</w:t>
      </w:r>
    </w:p>
    <w:p>
      <w:r>
        <w:rPr>
          <w:b/>
        </w:rPr>
        <w:t xml:space="preserve">[1:17:37] </w:t>
      </w:r>
      <w:r>
        <w:t>karoon. mein ne kaha you have to learn the art of anger management. simply si baat hai, simply si baat hai.</w:t>
      </w:r>
    </w:p>
    <w:p>
      <w:pPr>
        <w:jc w:val="right"/>
      </w:pPr>
      <w:r>
        <w:t>کروں۔ میں نے کہا یو ہیو ٹو لرن دا آرٹ آف اینگر مینجمنٹ۔ سمپلی سی بات ہے، سمپلی سی بات ہے۔</w:t>
      </w:r>
    </w:p>
    <w:p>
      <w:r>
        <w:rPr>
          <w:b/>
        </w:rPr>
        <w:t xml:space="preserve">[1:17:48] </w:t>
      </w:r>
      <w:r>
        <w:t>mein ne kaha jis duniya mein aap ko rehna hai, aap ne to banayi nahi hai, yeh to khuda ne create kiya hai. to khuda ne jo create kiya hai, to khuda ne insaan ko freedom diya hai.</w:t>
      </w:r>
    </w:p>
    <w:p>
      <w:pPr>
        <w:jc w:val="right"/>
      </w:pPr>
      <w:r>
        <w:t>میں نے کہا جس دنیا میں آپ کو رہنا ہے، آپ نے تو بنائی نہیں ہے، یہ تو خدا نے کریٹ کیا ہے۔ تو خدا نے جو کریٹ کیا ہے، تو خدا نے انسان کو فریڈم دیا ہے۔</w:t>
      </w:r>
    </w:p>
    <w:p>
      <w:r>
        <w:rPr>
          <w:b/>
        </w:rPr>
        <w:t xml:space="preserve">[1:17:59] </w:t>
      </w:r>
      <w:r>
        <w:t>freedom diya hai to woh misuse karta hai, karega. us ko haq right hai ke misuse karne ka bhi.</w:t>
      </w:r>
    </w:p>
    <w:p>
      <w:pPr>
        <w:jc w:val="right"/>
      </w:pPr>
      <w:r>
        <w:t>فریڈم دیا ہے تو وہ مس یوز کرتا ہے، کرے گا۔ اس کو حق رائٹ ہے کہ مس یوز کرنے کا بھی۔</w:t>
      </w:r>
    </w:p>
    <w:p>
      <w:r>
        <w:rPr>
          <w:b/>
        </w:rPr>
        <w:t xml:space="preserve">[1:18:06] </w:t>
      </w:r>
      <w:r>
        <w:t>to aap ko koi option nahi is ke siwa ke aap khuda ke creation plan jo hai, us se adjust karein. to mein ne kaha ke jab ek aadmi aap ko ghussa dilata hai to woh khuda ki di hui azadi ko misuse kar raha hota hai.</w:t>
      </w:r>
    </w:p>
    <w:p>
      <w:pPr>
        <w:jc w:val="right"/>
      </w:pPr>
      <w:r>
        <w:t>تو آپ کو کوئی آپشن نہیں اس کے سوا کہ آپ خدا کے کریشن پلان جو ہے، اس سے ایڈجسٹ کریں۔ تو میں نے کہا کہ جب ایک آدمی آپ کو غصہ دلاتا ہے تو وہ خدا کی دی ہوئی آزادی کو مس یوز کر رہا ہوتا ہے۔</w:t>
      </w:r>
    </w:p>
    <w:p>
      <w:r>
        <w:rPr>
          <w:b/>
        </w:rPr>
        <w:t xml:space="preserve">[1:18:22] </w:t>
      </w:r>
      <w:r>
        <w:t>to kya khuda se lad sakte hain? aap khuda se nahi lad sakte to aap us ko adjust kijiye.</w:t>
      </w:r>
    </w:p>
    <w:p>
      <w:pPr>
        <w:jc w:val="right"/>
      </w:pPr>
      <w:r>
        <w:t>تو کیا خدا سے لڑ سکتے ہیں؟ آپ خدا سے نہیں لڑ سکتے تو آپ اس کو ایڈجسٹ کیجیے۔</w:t>
      </w:r>
    </w:p>
    <w:p>
      <w:r>
        <w:rPr>
          <w:b/>
        </w:rPr>
        <w:t xml:space="preserve">[1:18:30] </w:t>
      </w:r>
      <w:r>
        <w:t>to</w:t>
      </w:r>
    </w:p>
    <w:p>
      <w:pPr>
        <w:jc w:val="right"/>
      </w:pPr>
      <w:r>
        <w:t>تو</w:t>
      </w:r>
    </w:p>
    <w:p>
      <w:r>
        <w:rPr>
          <w:b/>
        </w:rPr>
        <w:t xml:space="preserve">[1:18:31] </w:t>
      </w:r>
      <w:r>
        <w:t>woh yeh samajhte the ke bas ghussa aa gaya to ghusse ko nikalna hai, us ko, ah, us ko lesson sikhana hai, us ko daba ke rakhna hai. yeh sab se ladai un ki hoti thi.</w:t>
      </w:r>
    </w:p>
    <w:p>
      <w:pPr>
        <w:jc w:val="right"/>
      </w:pPr>
      <w:r>
        <w:t>وہ یہ سمجھتے تھے کہ بس غصہ آ گیا تو غصے کو نکالنا ہے، اس کو، اہ، اس کو لیسن سکھانا ہے، اس کو دبا کے رکھنا ہے۔ یہ سب سے لڑائی ان کی ہوتی تھی۔</w:t>
      </w:r>
    </w:p>
    <w:p>
      <w:r>
        <w:rPr>
          <w:b/>
        </w:rPr>
        <w:t xml:space="preserve">[1:18:44] </w:t>
      </w:r>
      <w:r>
        <w:t>mein ne kaha kuch bhi nahi, aap bas simply yeh kahiye ke apne ghusse ko manage kar lijiye.</w:t>
      </w:r>
    </w:p>
    <w:p>
      <w:pPr>
        <w:jc w:val="right"/>
      </w:pPr>
      <w:r>
        <w:t>میں نے کہا کچھ بھی نہیں، آپ بس سمپلی یہ کہیے کہ اپنے غصے کو مینج کر لیجئے۔</w:t>
      </w:r>
    </w:p>
    <w:p>
      <w:r>
        <w:rPr>
          <w:b/>
        </w:rPr>
        <w:t xml:space="preserve">[1:18:50] </w:t>
      </w:r>
      <w:r>
        <w:t>to mein ne kaha mera to haal yeh hai ke mein, mein jab se yeh mujhe pata chala ke it is a matter of thirty second, psychologically yeh cheez prove ho chuki hai ke agar aap ghussa aap ko aaya to thirty second mein to aap badh jayenge, aur agar aap us ko boost na karein to downward jane lagega.</w:t>
      </w:r>
    </w:p>
    <w:p>
      <w:pPr>
        <w:jc w:val="right"/>
      </w:pPr>
      <w:r>
        <w:t>تو میں نے کہا میرا تو حال یہ ہے کہ میں، میں جب سے یہ مجھے پتہ چلا کہ اٹ از ا میٹر آف تھرٹی سیکنڈ، سائیکلوجیکلی یہ چیز پروف ہو چکی ہے کہ اگر آپ غصہ آپ کو آیا تو تھرٹی سیکنڈ میں تو آپ بڑھ جائیں گے، اور اگر آپ اس کو بوسٹ نہ کریں تو ڈاؤن ورڈ جانے لگے گا۔</w:t>
      </w:r>
    </w:p>
    <w:p>
      <w:r>
        <w:rPr>
          <w:b/>
        </w:rPr>
        <w:t xml:space="preserve">[1:19:13] </w:t>
      </w:r>
      <w:r>
        <w:t>to hum boost kar ke us ko badhate hain, boost na karein to aap thori der mein khatam.</w:t>
      </w:r>
    </w:p>
    <w:p>
      <w:pPr>
        <w:jc w:val="right"/>
      </w:pPr>
      <w:r>
        <w:t>تو ہم بوسٹ کر کے اس کو بڑھاتے ہیں، بوسٹ نہ کریں تو آپ تھوڑی دیر میں ختم۔</w:t>
      </w:r>
    </w:p>
    <w:p>
      <w:r>
        <w:rPr>
          <w:b/>
        </w:rPr>
        <w:t xml:space="preserve">[1:19:21] </w:t>
      </w:r>
      <w:r>
        <w:t>boost karte hain kaise? isi ko sochna, isi par charcha karna, isi ke bare mein plan banana. to yeh aap, aap yeh boost jo karte hain, woh boost karna chhod dijiye.</w:t>
      </w:r>
    </w:p>
    <w:p>
      <w:pPr>
        <w:jc w:val="right"/>
      </w:pPr>
      <w:r>
        <w:t>بوسٹ کرتے ہیں کیسے؟ اسی کو سوچنا، اسی پر چرچا کرنا، اسی کے بارے میں پلان بنانا۔ تو یہ آپ، آپ یہ بوسٹ جو کرتے ہیں، وہ بوسٹ کرنا چھوڑ دیجیے۔</w:t>
      </w:r>
    </w:p>
    <w:p>
      <w:r>
        <w:rPr>
          <w:b/>
        </w:rPr>
        <w:t xml:space="preserve">[1:19:32] </w:t>
      </w:r>
      <w:r>
        <w:t>to nature apne aap control karti hai, isko thirty second mein isko downward kar deti hai. to unhon ne kaha yeh sab baatein hum ko kisi ne batai nahin.</w:t>
      </w:r>
    </w:p>
    <w:p>
      <w:pPr>
        <w:jc w:val="right"/>
      </w:pPr>
      <w:r>
        <w:t>تو نیچر اپنے آپ کنٹرول کرتی ہے، اس کو تھرٹی سیکنڈ میں اس کو ڈاؤن ورڈ کر دیتی ہے۔ تو انہوں نے کہا یہ سب باتیں ہم کو کسی نے بتائی نہیں۔</w:t>
      </w:r>
    </w:p>
    <w:p>
      <w:r>
        <w:rPr>
          <w:b/>
        </w:rPr>
        <w:t xml:space="preserve">[1:19:41] </w:t>
      </w:r>
      <w:r>
        <w:t>unhon ne kaha aaj, aaj mein ne bata raha hoon, aaj ko, aaj se pakad lijiye aap is ko</w:t>
      </w:r>
    </w:p>
    <w:p>
      <w:pPr>
        <w:jc w:val="right"/>
      </w:pPr>
      <w:r>
        <w:t>انہوں نے کہا آج، آج میں نے بتا رہا ہوں، آج کو، آج سے پکڑ لیجئے آپ اس کو</w:t>
      </w:r>
    </w:p>
    <w:p>
      <w:r>
        <w:rPr>
          <w:b/>
        </w:rPr>
        <w:t xml:space="preserve">[1:19:44] </w:t>
      </w:r>
      <w:r>
        <w:t>. to cheez yeh hai ke log sochte nahin hain, is wajah se is ke log unhein dhoke mein daal dete hain. sochte hain sirf kis mein?</w:t>
      </w:r>
    </w:p>
    <w:p>
      <w:pPr>
        <w:jc w:val="right"/>
      </w:pPr>
      <w:r>
        <w:t>۔ تو چیز یہ ہے کہ لوگ سوچتے نہیں ہیں، اس وجہ سے اس کے لوگ انہیں دھوکے میں ڈال دیتے ہیں۔ سوچتے ہیں صرف کس میں؟</w:t>
      </w:r>
    </w:p>
    <w:p>
      <w:r>
        <w:rPr>
          <w:b/>
        </w:rPr>
        <w:t xml:space="preserve">[1:19:54] </w:t>
      </w:r>
      <w:r>
        <w:t>apne bachchon ke liye, apni family ke liye, apne business ke liye, apne job ke liye, apne mind ko wahan istemal nahin karte.</w:t>
      </w:r>
    </w:p>
    <w:p>
      <w:pPr>
        <w:jc w:val="right"/>
      </w:pPr>
      <w:r>
        <w:t>اپنے بچوں کے لیے، اپنی فیملی کے لیے، اپنے بزنس کے لیے، اپنے جاب کے لیے، اپنے مائنڈ کو وہاں استعمال نہیں کرتے۔</w:t>
      </w:r>
    </w:p>
    <w:p>
      <w:r>
        <w:rPr>
          <w:b/>
        </w:rPr>
        <w:t xml:space="preserve">[1:20:02] </w:t>
      </w:r>
      <w:r>
        <w:t>warna yeh mein, mein yaani bohat se evolution ke top ke jo log hain, un se mein ne baatein ki hain. ek Canada ka ek professor tha, evolution hi research kiya tha, us ne evolution hi uska special subject tha.</w:t>
      </w:r>
    </w:p>
    <w:p>
      <w:pPr>
        <w:jc w:val="right"/>
      </w:pPr>
      <w:r>
        <w:t>ورنہ یہ میں، میں یعنی بہت سے ایولوشن کے ٹاپ کے جو لوگ ہیں، ان سے میں نے باتیں کی ہیں۔ ایک کینیڈا کا ایک پروفیسر تھا، ایولوشن ہی ریسرچ کیا تھا، اس نے ایولوشن ہی اس کا اسپیشل سبجیکٹ تھا۔</w:t>
      </w:r>
    </w:p>
    <w:p>
      <w:r>
        <w:rPr>
          <w:b/>
        </w:rPr>
        <w:t xml:space="preserve">[1:20:18] </w:t>
      </w:r>
      <w:r>
        <w:t>to mein ne kaha ke yeh kya fallacy aap ne daal rakhi hai? aap ke yeh wahi baat jo aaj mein ne kahi hai ke aap log jis cheez ko refer kar rahe hain, woh kya hai?</w:t>
      </w:r>
    </w:p>
    <w:p>
      <w:pPr>
        <w:jc w:val="right"/>
      </w:pPr>
      <w:r>
        <w:t>تو میں نے کہا کہ یہ کیا فیلیسی آپ نے ڈال رکھی ہے؟ آپ کہ یہ وہی بات جو آج میں نے کہی ہے کہ آپ لوگ جس چیز کو ریفر کر رہے ہیں، وہ کیا ہے؟</w:t>
      </w:r>
    </w:p>
    <w:p>
      <w:r>
        <w:rPr>
          <w:b/>
        </w:rPr>
        <w:t xml:space="preserve">[1:20:28] </w:t>
      </w:r>
      <w:r>
        <w:t>woh similarity, yaani, yaani specially similarity. to mein ne kaha similarity se kaise prove ho jata hai evolution? is se, is se to diversity prove hoti hai.</w:t>
      </w:r>
    </w:p>
    <w:p>
      <w:pPr>
        <w:jc w:val="right"/>
      </w:pPr>
      <w:r>
        <w:t>وہ سیمیلریٹی، یعنی، یعنی اسپیشلی سیمیلریٹی۔ تو میں نے کہا سیمیلریٹی سے کیسے پروف ہو جاتا ہے ایولوشن؟ اس سے، اس سے تو ڈائیورسٹی پروف ہوتی ہے۔</w:t>
      </w:r>
    </w:p>
    <w:p>
      <w:r>
        <w:rPr>
          <w:b/>
        </w:rPr>
        <w:t xml:space="preserve">[1:20:40] </w:t>
      </w:r>
      <w:r>
        <w:t>jo jo jis cheez se diversity prove ho rahi hai, us se aap evolutionary process nikaal rahe hain. woh hairaan reh gaya.</w:t>
      </w:r>
    </w:p>
    <w:p>
      <w:pPr>
        <w:jc w:val="right"/>
      </w:pPr>
      <w:r>
        <w:t>جو جو جس چیز سے ڈائیورسٹی پروف ہو رہی ہے، اس سے آپ ایولوشنری پراسیس نکال رہے ہیں۔ وہ حیران رہ گیا۔</w:t>
      </w:r>
    </w:p>
    <w:p>
      <w:r>
        <w:rPr>
          <w:b/>
        </w:rPr>
        <w:t xml:space="preserve">[1:20:51] </w:t>
      </w:r>
      <w:r>
        <w:t>mein Chandigarh gaya, Chandigarh mein isi ka museum bana hua hai, hamare India mein isi ka museum, natural history museum, wahan par saare lage hue hain, koi similar skeletons.</w:t>
      </w:r>
    </w:p>
    <w:p>
      <w:pPr>
        <w:jc w:val="right"/>
      </w:pPr>
      <w:r>
        <w:t>میں چندی گڑھ گیا، چندی گڑھ میں اسی کا میوزیم بنا ہوا ہے، ہمارے انڈیا میں اسی کا میوزیم، نیچرل ہسٹری میوزیم، وہاں پر سارے لگے ہوئے ہیں، کوئی سیمیلر اسکلٹنز۔</w:t>
      </w:r>
    </w:p>
    <w:p>
      <w:r>
        <w:rPr>
          <w:b/>
        </w:rPr>
        <w:t xml:space="preserve">[1:21:04] </w:t>
      </w:r>
      <w:r>
        <w:t>mein ne kaha is similarity se aap nikaal lein ke is se woh nikla, is se woh nikla, is se woh nikla. bhai, woh to alag, woh alag creation hai, woh alag creation hai.</w:t>
      </w:r>
    </w:p>
    <w:p>
      <w:pPr>
        <w:jc w:val="right"/>
      </w:pPr>
      <w:r>
        <w:t>میں نے کہا اس سیمیلریٹی سے آپ نکال لیں کہ اس سے وہ نکلا، اس سے وہ نکلا، اس سے وہ نکلا۔ بھئی، وہ تو الگ، وہ الگ کریشن ہے، وہ الگ کریشن ہے۔</w:t>
      </w:r>
    </w:p>
    <w:p>
      <w:r>
        <w:rPr>
          <w:b/>
        </w:rPr>
        <w:t xml:space="preserve">[1:21:12] </w:t>
      </w:r>
      <w:r>
        <w:t>to variety se aap evolutionary process nikaal rahe hain. ab saari saari duniya isi, isi mein, yaani isi bhagao mein aa gayi.</w:t>
      </w:r>
    </w:p>
    <w:p>
      <w:pPr>
        <w:jc w:val="right"/>
      </w:pPr>
      <w:r>
        <w:t>تو ورائٹی سے آپ ایولوشنری پراسیس نکال رہے ہیں۔ اب ساری ساری دنیا اسی، اسی میں، یعنی اسی بھاگاؤ میں آ گئی۔</w:t>
      </w:r>
    </w:p>
    <w:p>
      <w:r>
        <w:rPr>
          <w:b/>
        </w:rPr>
        <w:t xml:space="preserve">[1:21:21] </w:t>
      </w:r>
      <w:r>
        <w:t>duniya bhar mein log evolution ko maante hain, abhi bhi maante hain, haalanke koi is ka scientific proof nahin hai, siwaye ek fallacy ke.</w:t>
      </w:r>
    </w:p>
    <w:p>
      <w:pPr>
        <w:jc w:val="right"/>
      </w:pPr>
      <w:r>
        <w:t>دنیا بھر میں لوگ ایولوشن کو مانتے ہیں، ابھی بھی مانتے ہیں، حالانکہ کوئی اس کا سائنٹیفک پروف نہیں ہے، سوائے ایک فیلیسی کے۔</w:t>
      </w:r>
    </w:p>
    <w:p>
      <w:r>
        <w:rPr>
          <w:b/>
        </w:rPr>
        <w:t xml:space="preserve">[1:21:31] </w:t>
      </w:r>
      <w:r>
        <w:t>poori theory ek fallacy pesh karti hai. to sochte nahin, kuch nahin sochte. to yahi, yahi insaan ki jo kamzori hai ke apne personal interest ko sochta hai, baqi cheezon ko sochta nahin</w:t>
      </w:r>
    </w:p>
    <w:p>
      <w:pPr>
        <w:jc w:val="right"/>
      </w:pPr>
      <w:r>
        <w:t>پوری تھیوری ایک فیلیسی پیش کرتی ہے۔ تو سوچتے نہیں، کچھ نہیں سوچتے۔ تو یہی، یہی انسان کی جو کمزوری ہے کہ اپنے پرسنل انٹرسٹ کو سوچتا ہے، باقی چیزوں کو سوچتا نہیں</w:t>
      </w:r>
    </w:p>
    <w:p>
      <w:r>
        <w:rPr>
          <w:b/>
        </w:rPr>
        <w:t xml:space="preserve">[1:21:43] </w:t>
      </w:r>
      <w:r>
        <w:t>, apne mind ko wahan pe apply nahin karta. isi liye log bhaag jaate hain.</w:t>
      </w:r>
    </w:p>
    <w:p>
      <w:pPr>
        <w:jc w:val="right"/>
      </w:pPr>
      <w:r>
        <w:t>، اپنے مائنڈ کو وہاں پہ اپلائی نہیں کرتا۔ اسی لیے لوگ بھاگ جاتے ہیں۔</w:t>
      </w:r>
    </w:p>
    <w:p>
      <w:r>
        <w:rPr>
          <w:b/>
        </w:rPr>
        <w:t xml:space="preserve">[1:21:50] </w:t>
      </w:r>
      <w:r>
        <w:t>das question is from Mudassir Amin. is Sufism the another way to bring people towards Islam? or can we say Sufism is the another way of dawah work?</w:t>
      </w:r>
    </w:p>
    <w:p>
      <w:pPr>
        <w:jc w:val="right"/>
      </w:pPr>
      <w:r>
        <w:t>دس کوئسچن از فرام مدثر امین۔ از صوفزم دا انادر وے ٹو برنگ پیپل ٹورڈز اسلام؟ اور کین وی سے صوفزم از دی انادر وے اف دعویٰ ورک؟</w:t>
      </w:r>
    </w:p>
    <w:p>
      <w:r>
        <w:rPr>
          <w:b/>
        </w:rPr>
        <w:t xml:space="preserve">[1:22:03] </w:t>
      </w:r>
      <w:r>
        <w:t>kindly comment. yaar, Sufism ka jo credit hai, woh dawah work nahin kiya. Sufiyon ne kabhi dawah work kabhi bhi nahin kiya.</w:t>
      </w:r>
    </w:p>
    <w:p>
      <w:pPr>
        <w:jc w:val="right"/>
      </w:pPr>
      <w:r>
        <w:t>کائنڈلی کمنٹ۔ یار، صوفیزم کا جو کریڈٹ ہے، وہ دعویٰ ورک نہیں کیا۔ صوفیوں نے کبھی دعویٰ ورک کبھی بھی نہیں کیا۔</w:t>
      </w:r>
    </w:p>
    <w:p>
      <w:r>
        <w:rPr>
          <w:b/>
        </w:rPr>
        <w:t xml:space="preserve">[1:22:13] </w:t>
      </w:r>
      <w:r>
        <w:t>yeh baat samajh lijiye, kisi Sufi ne kabhi bhi dawah work nahin kiya. jaise hamare saathi jo hain, dawati letter le kar nikle aur baant rahe hain logon ko, koi Sufi ne aisa nahin kiya.</w:t>
      </w:r>
    </w:p>
    <w:p>
      <w:pPr>
        <w:jc w:val="right"/>
      </w:pPr>
      <w:r>
        <w:t>یہ بات سمجھ لیجئے، کسی صوفی نے کبھی بھی دعویٰ ورک نہیں کیا۔ جیسے ہمارے ساتھی جو ہیں، دعوتی لیٹر لے کر نکلے اور بانٹ رہے ہیں لوگوں کو، کوئی صوفی نے ایسا نہیں کیا۔</w:t>
      </w:r>
    </w:p>
    <w:p>
      <w:r>
        <w:rPr>
          <w:b/>
        </w:rPr>
        <w:t xml:space="preserve">[1:22:25] </w:t>
      </w:r>
      <w:r>
        <w:t>koi ek bhi Sufi aisa nahin, us ne aisa kiya ho. magar us un ke zamane mein Islam phaila. is ka raaz kya hai?</w:t>
      </w:r>
    </w:p>
    <w:p>
      <w:pPr>
        <w:jc w:val="right"/>
      </w:pPr>
      <w:r>
        <w:t>کوئی ایک بھی صوفی ایسا نہیں، اس نے ایسا کیا ہو۔ مگر اس ان کے زمانے میں اسلام پھیلا۔ اس کا راز کیا ہے؟</w:t>
      </w:r>
    </w:p>
    <w:p>
      <w:r>
        <w:rPr>
          <w:b/>
        </w:rPr>
        <w:t xml:space="preserve">[1:22:33] </w:t>
      </w:r>
      <w:r>
        <w:t>is ka raaz yeh hai ke unhon ne peace qaim ki. peace un ka, un ki philosophy thi ke sulah kul, peace bhi daal, peace bhi daal, peace bhi daal.</w:t>
      </w:r>
    </w:p>
    <w:p>
      <w:pPr>
        <w:jc w:val="right"/>
      </w:pPr>
      <w:r>
        <w:t>اس کا راز یہ ہے کہ انہوں نے پیس قائم کی۔ پیس ان کا، ان کی فلاسفی تھی کہ صلح کل، پیس بھی دال، پیس بھی دال، پیس بھی دال۔</w:t>
      </w:r>
    </w:p>
    <w:p>
      <w:r>
        <w:rPr>
          <w:b/>
        </w:rPr>
        <w:t xml:space="preserve">[1:22:43] </w:t>
      </w:r>
      <w:r>
        <w:t>to dekhiye, jab aap peace qaim kar dete hain to Islam apne aap phailne lagta hai.</w:t>
      </w:r>
    </w:p>
    <w:p>
      <w:pPr>
        <w:jc w:val="right"/>
      </w:pPr>
      <w:r>
        <w:t>تو دیکھیے، جب آپ پیس قائم کر دیتے ہیں تو اسلام اپنے آپ پھیلنے لگتا ہے۔</w:t>
      </w:r>
    </w:p>
    <w:p>
      <w:r>
        <w:rPr>
          <w:b/>
        </w:rPr>
        <w:t xml:space="preserve">[1:22:50] </w:t>
      </w:r>
      <w:r>
        <w:t>Islam ek natural religion hai. Islam itna simple hai, har aadmi foran samajh jaye. har jagah woh hua hai, yaani doosre jo mazahib hain, un mein bohat zyada, yaani changes aa gaye hain, alteration aa gaye hain.</w:t>
      </w:r>
    </w:p>
    <w:p>
      <w:pPr>
        <w:jc w:val="right"/>
      </w:pPr>
      <w:r>
        <w:t>اسلام ایک نیچرل ریلیجن ہے۔ اسلام اتنا سمپل ہے، ہر آدمی فوراً سمجھ جائے۔ ہر جگہ وہ ہوا ہے، یعنی دوسرے جو مذاہب ہیں، ان میں بہت زیادہ، یعنی چینجز آ گئے ہیں، الٹریشن آ گئے ہیں۔</w:t>
      </w:r>
    </w:p>
    <w:p>
      <w:r>
        <w:rPr>
          <w:b/>
        </w:rPr>
        <w:t xml:space="preserve">[1:23:06] </w:t>
      </w:r>
      <w:r>
        <w:t>to woh in natural ho gaye hain, un ko insaan ko samajh nahin pata. un ko Islam bilkul simple hai, natural hai har baat is ki. lekin jab aap jhagda kha kar kisi political interpretation, jo political interpretation ka itna ikhtilaf kyun?</w:t>
      </w:r>
    </w:p>
    <w:p>
      <w:pPr>
        <w:jc w:val="right"/>
      </w:pPr>
      <w:r>
        <w:t>تو وہ ان نیچرل ہو گئے ہیں، ان کو انسان کو سمجھ نہیں پاتا۔ ان کو اسلام بالکل سمپل ہے، نیچرل ہے ہر بات اس کی۔ لیکن جب آپ جھگڑا کھا کر کسی پولیٹیکل انٹرپریشن، جو پولیٹیکل انٹرپریشن کا اتنا اختلاف کیوں؟</w:t>
      </w:r>
    </w:p>
    <w:p>
      <w:r>
        <w:rPr>
          <w:b/>
        </w:rPr>
        <w:t xml:space="preserve">[1:23:21] </w:t>
      </w:r>
      <w:r>
        <w:t>yeh yeh dajali sense mein hai ke us ne dawi mad'u ka ta'alluq tod diya aur us ko, us us ta'alluq ko jo dawi mad'u ka tha, us ko bana diya us ka, yaani opposition ka.</w:t>
      </w:r>
    </w:p>
    <w:p>
      <w:pPr>
        <w:jc w:val="right"/>
      </w:pPr>
      <w:r>
        <w:t>یہ یہ دجالی سینس میں ہے کہ اس نے داعی مدعو کا تعلق توڑ دیا اور اس کو، اس اس تعلق کو جو داعی مدعو کا تھا، اس کو بنا دیا اس کا، یعنی اپوزیشن کا۔</w:t>
      </w:r>
    </w:p>
    <w:p>
      <w:r>
        <w:rPr>
          <w:b/>
        </w:rPr>
        <w:t xml:space="preserve">[1:23:36] </w:t>
      </w:r>
      <w:r>
        <w:t>opposition ka Musalman opposition par khade ho gaye har jagah. is se ab mahaul kharab ho gaya. to Sufiyon ka credit yeh hai ke unhon ne yeh yeh sab nahin kiya,</w:t>
      </w:r>
    </w:p>
    <w:p>
      <w:pPr>
        <w:jc w:val="right"/>
      </w:pPr>
      <w:r>
        <w:t>اپوزیشن کا مسلمان اپوزیشن پر کھڑے ہوگئے ہر جگہ۔ اس سے اب ماحول خراب ہو گیا۔ تو صوفیوں کا کریڈٹ یہ ہے کہ انہوں نے یہ یہ سب نہیں کیا،</w:t>
      </w:r>
    </w:p>
    <w:p>
      <w:r>
        <w:rPr>
          <w:b/>
        </w:rPr>
        <w:t xml:space="preserve">[1:23:49] </w:t>
      </w:r>
      <w:r>
        <w:t>peace qaim kiya. peace, aaj shanti, shanti, peace, peace, peace. jab peace qaim hua to automatically yeh hua ke islam apne aap logon ki duniya mein dakhil hone laga.</w:t>
      </w:r>
    </w:p>
    <w:p>
      <w:pPr>
        <w:jc w:val="right"/>
      </w:pPr>
      <w:r>
        <w:t>پیس قائم کیا۔ پیس، آج شانتی، شانتی، پیس، پیس، پیس۔ جب پیس قائم ہوا تو آٹومیٹکلی یہ ہوا کہ اسلام اپنے آپ لوگوں کی دنیا میں داخل ہونے لگا۔</w:t>
      </w:r>
    </w:p>
    <w:p>
      <w:r>
        <w:rPr>
          <w:b/>
        </w:rPr>
        <w:t xml:space="preserve">[1:24:01] </w:t>
      </w:r>
      <w:r>
        <w:t>to sufiyon ke zariye jo islam phaila, woh sach poochhein to indirect way mein un ko is ka credit milta hai.</w:t>
      </w:r>
    </w:p>
    <w:p>
      <w:pPr>
        <w:jc w:val="right"/>
      </w:pPr>
      <w:r>
        <w:t>تو صوفیوں کے ذریعے جو اسلام پھیلا، وہ سچ پوچھیں تو ان ڈائریکٹ وے میں ان کو اس کا کریڈٹ ملتا ہے۔</w:t>
      </w:r>
    </w:p>
    <w:p>
      <w:r>
        <w:rPr>
          <w:b/>
        </w:rPr>
        <w:t xml:space="preserve">[1:24:10] </w:t>
      </w:r>
      <w:r>
        <w:t>aur bilashuba bohat bara credit, woh bhi bohat bara credit hai. lekin koi samajh lijiye ke woh credit indirect way mein hai, woh ke peace qaim ki to islam ka process jo hai, woh apne aap chalne laga.</w:t>
      </w:r>
    </w:p>
    <w:p>
      <w:pPr>
        <w:jc w:val="right"/>
      </w:pPr>
      <w:r>
        <w:t>اور بلاشبہ بہت بڑا کریڈٹ، وہ بھی بہت بڑا کریڈٹ ہے۔ لیکن کوئی سمجھ لیجئے کہ وہ کریڈٹ ان ڈائریکٹ وے میں ہے، وہ کہ پیس قائم کی تو اسلام کا پراسیس جو ہے، وہ اپنے آپ چلنے لگا۔</w:t>
      </w:r>
    </w:p>
    <w:p>
      <w:r>
        <w:rPr>
          <w:b/>
        </w:rPr>
        <w:t xml:space="preserve">[1:24:23] </w:t>
      </w:r>
      <w:r>
        <w:t>abhi bhi mein yeh kehta hoon ke agar duniya mein peace aa jaye to abhi bhi islam jo hai, phailne lagega har taraf. lekin in logon ne, political interpretation dene walon ne, duniya bhar mein islam ko image kharab kar rakhi hai, ladai bhadai chhed rakhi hai,</w:t>
      </w:r>
    </w:p>
    <w:p>
      <w:pPr>
        <w:jc w:val="right"/>
      </w:pPr>
      <w:r>
        <w:t>ابھی بھی میں یہ کہتا ہوں کہ اگر دنیا میں پیس آ جائے تو ابھی بھی اسلام جو ہے، پھیلنے لگے گا ہر طرف۔ لیکن ان لوگوں نے، پولیٹیکل انٹرپریشن دینے والوں نے، دنیا بھر میں اسلام کو امیج خراب کر رکھی ہے، لڑائی بھڑائی چھیڑ رکھی ہے،</w:t>
      </w:r>
    </w:p>
    <w:p>
      <w:r>
        <w:rPr>
          <w:b/>
        </w:rPr>
        <w:t xml:space="preserve">[1:24:39] </w:t>
      </w:r>
      <w:r>
        <w:t>daai madu ka talluq tod rakha hai. to bohat bara, mein to is ko bohat hi bara crime samajhta hoon ke islam ko ek violent religion bana diya jaye, political religion bana diya jaye, aur is ke andar se,</w:t>
      </w:r>
    </w:p>
    <w:p>
      <w:pPr>
        <w:jc w:val="right"/>
      </w:pPr>
      <w:r>
        <w:t>داعی مدعو کا تعلق توڑ رکھا ہے۔ تو بہت بڑا، میں تو اس کو بہت ہی بڑا کرائم سمجھتا ہوں کہ اسلام کو ایک وائلنٹ ریلیجن بنا دیا جائے، پولیٹیکل ریلیجن بنا دیا جائے، اور اس کے اندر سے،</w:t>
      </w:r>
    </w:p>
    <w:p>
      <w:r>
        <w:rPr>
          <w:b/>
        </w:rPr>
        <w:t xml:space="preserve">[1:24:55] </w:t>
      </w:r>
      <w:r>
        <w:t>yani peace ki bajaye ladai bhadai par daal diya jaye. musalmanon ko bohat</w:t>
      </w:r>
    </w:p>
    <w:p>
      <w:pPr>
        <w:jc w:val="right"/>
      </w:pPr>
      <w:r>
        <w:t>یعنی پیس کی بجائے لڑائی بھڑائی پر ڈال دیا جائے۔ مسلمانوں کو بہت</w:t>
      </w:r>
    </w:p>
    <w:p>
      <w:r>
        <w:rPr>
          <w:b/>
        </w:rPr>
        <w:t xml:space="preserve">[1:25:02] </w:t>
      </w:r>
      <w:r>
        <w:t>bara, mein samajhta hoon ke yeh crime hai jo is zamane mein kiya gaya hai.</w:t>
      </w:r>
    </w:p>
    <w:p>
      <w:pPr>
        <w:jc w:val="right"/>
      </w:pPr>
      <w:r>
        <w:t>بڑا، میں سمجھتا ہوں کہ یہ کرائم ہے جو اس زمانے میں کیا گیا ہے۔</w:t>
      </w:r>
    </w:p>
    <w:p>
      <w:r>
        <w:rPr>
          <w:b/>
        </w:rPr>
        <w:t xml:space="preserve">[1:25:09] </w:t>
      </w:r>
      <w:r>
        <w:t>das question is from nuzhat. is keeping dog as a pet prohibited in islam? if yes, then please explain why.</w:t>
      </w:r>
    </w:p>
    <w:p>
      <w:pPr>
        <w:jc w:val="right"/>
      </w:pPr>
      <w:r>
        <w:t>دس کوئسچن از فرام نزہت۔ از کیپنگ ڈاگ ایز ا پیٹ پروہیبیٹڈ ان اسلام؟ اف یس، دین پلیز ایکسپلین وائی۔</w:t>
      </w:r>
    </w:p>
    <w:p>
      <w:r>
        <w:rPr>
          <w:b/>
        </w:rPr>
        <w:t xml:space="preserve">[1:25:23] </w:t>
      </w:r>
      <w:r>
        <w:t>nahi bhai, nahi janta ke islam mein haram to nahi hai, aisa kuch nahi hai.</w:t>
      </w:r>
    </w:p>
    <w:p>
      <w:pPr>
        <w:jc w:val="right"/>
      </w:pPr>
      <w:r>
        <w:t>نہیں بھائی، نہیں جانتا کہ اسلام میں حرام تو نہیں ہے، ایسا کچھ نہیں ہے۔</w:t>
      </w:r>
    </w:p>
    <w:p>
      <w:r>
        <w:rPr>
          <w:b/>
        </w:rPr>
        <w:t xml:space="preserve">[1:25:28] </w:t>
      </w:r>
      <w:r>
        <w:t>lekin ek baat samajh lijiye ke ek hai haram, ek hai distraction. mein ne kai baar yeh baat kahi hai ke haram to kuch thodi si cheezein hain islam mein, kuch cheezein hain jaise sharab haram hai, khanzir khana haram hai.</w:t>
      </w:r>
    </w:p>
    <w:p>
      <w:pPr>
        <w:jc w:val="right"/>
      </w:pPr>
      <w:r>
        <w:t>لیکن ایک بات سمجھ لیجئے کہ ایک ہے حرام، ایک ہے ڈسٹریکشن۔ میں نے کئی بار یہ بات کہی ہے کہ حرام تو کچھ تھوڑی سی چیزیں ہیں اسلام میں، کچھ چیزیں ہیں جیسے شراب حرام ہے، خنزیر کھانا حرام ہے۔</w:t>
      </w:r>
    </w:p>
    <w:p>
      <w:r>
        <w:rPr>
          <w:b/>
        </w:rPr>
        <w:t xml:space="preserve">[1:25:45] </w:t>
      </w:r>
      <w:r>
        <w:t>lekin bohat sari woh cheezein hain jo aap ko distract karti hain, is liye woh un ko kaha jata hai makrooh. haq makrooh ka matlab kya hai?</w:t>
      </w:r>
    </w:p>
    <w:p>
      <w:pPr>
        <w:jc w:val="right"/>
      </w:pPr>
      <w:r>
        <w:t>لیکن بہت ساری وہ چیزیں ہیں جو آپ کو ڈسٹریکٹ کرتی ہیں، اس لیے وہ ان کو کہا جاتا ہے مکروہ۔ حق مکروہ کا مطلب کیا ہے؟</w:t>
      </w:r>
    </w:p>
    <w:p>
      <w:r>
        <w:rPr>
          <w:b/>
        </w:rPr>
        <w:t xml:space="preserve">[1:25:54] </w:t>
      </w:r>
      <w:r>
        <w:t>woh cheezein hain jo aap ko distract karti hain. distract ka matlab kya hai?</w:t>
      </w:r>
    </w:p>
    <w:p>
      <w:pPr>
        <w:jc w:val="right"/>
      </w:pPr>
      <w:r>
        <w:t>وہ چیزیں ہیں جو آپ کو ڈسٹریکٹ کرتی ہیں۔ ڈسٹریکٹ کا مطلب کیا ہے؟</w:t>
      </w:r>
    </w:p>
    <w:p>
      <w:r>
        <w:rPr>
          <w:b/>
        </w:rPr>
        <w:t xml:space="preserve">[1:25:58] </w:t>
      </w:r>
      <w:r>
        <w:t>ke duniya bohat thoda time hamare paas hai. hamare paas itna time nahi ke hum hazar saal jeene wale hain, 60, 70 saal, 80 saal jeete hain.</w:t>
      </w:r>
    </w:p>
    <w:p>
      <w:pPr>
        <w:jc w:val="right"/>
      </w:pPr>
      <w:r>
        <w:t>کہ دنیا بہت تھوڑا ٹائم ہمارے پاس ہے۔ ہمارے پاس اتنا ٹائم نہیں کہ ہم ہزار سال جینے والے ہیں، 60، 70 سال، 80 سال جیتے ہیں۔</w:t>
      </w:r>
    </w:p>
    <w:p>
      <w:r>
        <w:rPr>
          <w:b/>
        </w:rPr>
        <w:t xml:space="preserve">[1:26:07] </w:t>
      </w:r>
      <w:r>
        <w:t>is time mein hum is is luxury ko afford nahi kar sakte ke hum kutte paalein, billi paalein. is ka ek ek time kahan hai? hamare paas itna zyada,</w:t>
      </w:r>
    </w:p>
    <w:p>
      <w:pPr>
        <w:jc w:val="right"/>
      </w:pPr>
      <w:r>
        <w:t>اس ٹائم میں ہم اس اس لگژری کو افورڈ نہیں کر سکتے کہ ہم کتے پالیں، بلی پالیں۔ اس کا ایک ایک ٹائم کہاں ہے؟ ہمارے پاس اتنا زیادہ،</w:t>
      </w:r>
    </w:p>
    <w:p>
      <w:r>
        <w:rPr>
          <w:b/>
        </w:rPr>
        <w:t xml:space="preserve">[1:26:16] </w:t>
      </w:r>
      <w:r>
        <w:t>itna time kahan hai? aap ko, aap ko sachai ko janne ke liye study karna hai, sachai ko janne ke liye apne aap ko mind ko tayyar karna hai, intellectual development karna hai, aap ka spiritual development karna hai, daawa work karna hai.</w:t>
      </w:r>
    </w:p>
    <w:p>
      <w:pPr>
        <w:jc w:val="right"/>
      </w:pPr>
      <w:r>
        <w:t>اتنا ٹائم کہاں ہے؟ آپ کو، آپ کو سچائی کو جاننے کے لیے اسٹڈی کرنا ہے، سچائی کو جاننے کے لیے اپنے آپ کو مائنڈ کو تیار کرنا ہے، انٹلیکچول ڈیویلپمنٹ کرنا ہے، آپ کا اسپیریچول ڈیویلپمنٹ کرنا ہے، دعویٰ ورک کرنا ہے۔</w:t>
      </w:r>
    </w:p>
    <w:p>
      <w:r>
        <w:rPr>
          <w:b/>
        </w:rPr>
        <w:t xml:space="preserve">[1:26:33] </w:t>
      </w:r>
      <w:r>
        <w:t>yeh sab itna bara kaam hai ke isi mein aap lage rahein, lage rahein aur maut aa jaye gi.</w:t>
      </w:r>
    </w:p>
    <w:p>
      <w:pPr>
        <w:jc w:val="right"/>
      </w:pPr>
      <w:r>
        <w:t>یہ سب اتنا بڑا کام ہے کہ اسی میں آپ لگے رہیں، لگے رہیں اور موت آ جائے گی۔</w:t>
      </w:r>
    </w:p>
    <w:p>
      <w:r>
        <w:rPr>
          <w:b/>
        </w:rPr>
        <w:t xml:space="preserve">[1:26:38] </w:t>
      </w:r>
      <w:r>
        <w:t>to mein yeh kahoon ga ke islam mein haram cheezein to bohat thodi hain, lekin bohat si cheezein woh hain jin ko is liye islam mein mana kiya gaya, yani makrooh bataya gaya hai, kyunke woh distract karti hain.</w:t>
      </w:r>
    </w:p>
    <w:p>
      <w:pPr>
        <w:jc w:val="right"/>
      </w:pPr>
      <w:r>
        <w:t>تو میں یہ کہوں گا کہ اسلام میں حرام چیزیں تو بہت تھوڑی ہیں، لیکن بہت سی چیزیں وہ ہیں جن کو اس لیے اسلام میں منع کیا گیا، یعنی مکروہ بتایا گیا ہے، کیونکہ وہ ڈسٹریکٹ کرتی ہیں۔</w:t>
      </w:r>
    </w:p>
    <w:p>
      <w:r>
        <w:rPr>
          <w:b/>
        </w:rPr>
        <w:t xml:space="preserve">[1:26:49] </w:t>
      </w:r>
      <w:r>
        <w:t>aap ko source of distraction to dog bhi mere nazdeek source of distraction hai. mein ne dekha hai ek sahib ko, ek sahib ka mein thehra tha, yeh india mein ek shehar mein.</w:t>
      </w:r>
    </w:p>
    <w:p>
      <w:pPr>
        <w:jc w:val="right"/>
      </w:pPr>
      <w:r>
        <w:t>آپ کو سورس آف ڈسٹریکشن تو ڈاگ بھی میرے نزدیک سورس آف ڈسٹریکشن ہے۔ میں نے دیکھا ہے ایک صاحب کو، ایک صاحب کا میں ٹھہرا تھا، یہ انڈیا میں ایک شہر میں۔</w:t>
      </w:r>
    </w:p>
    <w:p>
      <w:r>
        <w:rPr>
          <w:b/>
        </w:rPr>
        <w:t xml:space="preserve">[1:27:00] </w:t>
      </w:r>
      <w:r>
        <w:t>mein gaya, baad mein dekha hai mein ne, aur woh upar dog ek tha, usi ko chookte they, kiss karte they, usi chakar pad jate they. woh aur itne un, yani is is chakar mein itna zyada un ki aqal kam ho gayi thi ke apni biwi ko unhone khwamkhwah talaq de diya, aur akele pari hui thi ghar mein.</w:t>
      </w:r>
    </w:p>
    <w:p>
      <w:pPr>
        <w:jc w:val="right"/>
      </w:pPr>
      <w:r>
        <w:t>میں گیا، بعد میں دیکھا ہے میں نے، اور وہ اوپر ڈاگ ایک تھا، اسی کو چوکتے تھے، کس کرتے تھے، اسی چکر پڑ جاتے تھے۔ وہ اور اتنے ان، یعنی اس اس چکر میں اتنا زیادہ ان کی عقل کم ہو گئی تھی کہ اپنی بیوی کو انہوں نے خوامخواہ طلاق دے دیا، اور اکیلے پڑی ہوئی تھی گھر میں۔</w:t>
      </w:r>
    </w:p>
    <w:p>
      <w:r>
        <w:rPr>
          <w:b/>
        </w:rPr>
        <w:t xml:space="preserve">[1:27:20] </w:t>
      </w:r>
      <w:r>
        <w:t>mein ne poocha ke bhai, biwi ko talaq kyun diya? koi reason nahi tha un ke paas tha.</w:t>
      </w:r>
    </w:p>
    <w:p>
      <w:pPr>
        <w:jc w:val="right"/>
      </w:pPr>
      <w:r>
        <w:t>میں نے پوچھا کہ بھئی، بیوی کو طلاق کیوں دیا؟ کوئی ریزن نہیں تھا ان کے پاس تھا۔</w:t>
      </w:r>
    </w:p>
    <w:p>
      <w:r>
        <w:rPr>
          <w:b/>
        </w:rPr>
        <w:t xml:space="preserve">[1:27:24] </w:t>
      </w:r>
      <w:r>
        <w:t>yeh sachi baat hai, woh woh abhi zinda hain, abhi ke ek dog paale hain, aur us ko kiss kar rahe hain, aur subah sham usi chakar pade hue hain.</w:t>
      </w:r>
    </w:p>
    <w:p>
      <w:pPr>
        <w:jc w:val="right"/>
      </w:pPr>
      <w:r>
        <w:t>یہ سچی بات ہے، وہ وہ ابھی زندہ ہیں، ابھی کہ ایک ڈاگ پالے ہیں، اور اس کو کس کر رہے ہیں، اور صبح شام اسی چکر پڑے ہوئے ہیں۔</w:t>
      </w:r>
    </w:p>
    <w:p>
      <w:r>
        <w:rPr>
          <w:b/>
        </w:rPr>
        <w:t xml:space="preserve">[1:27:33] </w:t>
      </w:r>
      <w:r>
        <w:t>aur zindagi ka yeh formula unhein pata nahi tha ke ke biwi ke baghair ghar kuch nahi. un ka ghar mein tha, wahan par itna virani thi ghar mein, virani, kyunke biwi nahi to ghar ghar bhi nahi.</w:t>
      </w:r>
    </w:p>
    <w:p>
      <w:pPr>
        <w:jc w:val="right"/>
      </w:pPr>
      <w:r>
        <w:t>اور زندگی کا یہ فارمولا انہیں پتہ نہیں تھا کہ کہ بیوی کے بغیر گھر کچھ نہیں۔ ان کا گھر میں تھا، وہاں پر اتنا ویرانی تھی گھر میں، ویرانی، کیونکہ بیوی نہیں تو گھر گھر بھی نہیں۔</w:t>
      </w:r>
    </w:p>
    <w:p>
      <w:r>
        <w:rPr>
          <w:b/>
        </w:rPr>
        <w:t xml:space="preserve">[1:27:46] </w:t>
      </w:r>
      <w:r>
        <w:t>aur koi reason ke baghair kisi mamooli si baat ko talaq de diya us ko.</w:t>
      </w:r>
    </w:p>
    <w:p>
      <w:pPr>
        <w:jc w:val="right"/>
      </w:pPr>
      <w:r>
        <w:t>اور کوئی ریزن کے بغیر کسی معمولی سی بات کو طلاق دے دیا اس کو۔</w:t>
      </w:r>
    </w:p>
    <w:p>
      <w:r>
        <w:rPr>
          <w:b/>
        </w:rPr>
        <w:t xml:space="preserve">[1:27:51] </w:t>
      </w:r>
      <w:r>
        <w:t>to dog aap ko aap ke intellectual development mein record banta hai, yeh mein ne apni aankh se dekha. intellectual development mein record banta hai.</w:t>
      </w:r>
    </w:p>
    <w:p>
      <w:pPr>
        <w:jc w:val="right"/>
      </w:pPr>
      <w:r>
        <w:t>تو ڈاگ آپ کو آپ کے انٹلیکچول ڈیویلپمنٹ میں ریکارڈ بنتا ہے، یہ میں نے اپنی آنکھ سے دیکھا۔ انٹلیکچول ڈیویلپمنٹ میں ریکارڈ بنتا ہے۔</w:t>
      </w:r>
    </w:p>
    <w:p>
      <w:r>
        <w:rPr>
          <w:b/>
        </w:rPr>
        <w:t xml:space="preserve">[1:28:01] </w:t>
      </w:r>
      <w:r>
        <w:t>kutta paalna hai, billi paalna, aur khargosh paalna, falan paalna, yeh sab jo hai source of distractions hain. is liye islam mein in ko pasand nahi kiya gaya hai.</w:t>
      </w:r>
    </w:p>
    <w:p>
      <w:pPr>
        <w:jc w:val="right"/>
      </w:pPr>
      <w:r>
        <w:t>کتا پالنا ہے، بلی پالنا، اور خرگوش پالنا، فلاں پالنا، یہ سب جو ہے سورس آف ڈسٹریکشنز ہیں۔ اس لیے اسلام میں ان کو پسند نہیں کیا گیا ہے۔</w:t>
      </w:r>
    </w:p>
    <w:p>
      <w:r>
        <w:rPr>
          <w:b/>
        </w:rPr>
        <w:t xml:space="preserve">[1:28:11] </w:t>
      </w:r>
      <w:r>
        <w:t>This question is from Ramesh. What does Quran say about Dawah work?</w:t>
      </w:r>
    </w:p>
    <w:p>
      <w:pPr>
        <w:jc w:val="right"/>
      </w:pPr>
      <w:r>
        <w:t>دس کوئسچن از فرام رامش۔ واٹ ڈز قرآن سے اباؤٹ دعویٰ ورک؟</w:t>
      </w:r>
    </w:p>
    <w:p>
      <w:r>
        <w:rPr>
          <w:b/>
        </w:rPr>
        <w:t xml:space="preserve">[1:28:21] </w:t>
      </w:r>
      <w:r>
        <w:t>sara quran book of dawah hay, aur quran kay mutabiq sab say bara kam jo hay wo dawah work hay, aur sab say bara inam jo hay wo dawah work par hay.</w:t>
      </w:r>
    </w:p>
    <w:p>
      <w:pPr>
        <w:jc w:val="right"/>
      </w:pPr>
      <w:r>
        <w:t>سارا قرآن بک آف دعویٰ ہے، اور قرآن کے مطابق سب سے بڑا کام جو ہے وہ دعویٰ ورک ہے، اور سب سے بڑا انعام جو ہے وہ دعویٰ ورک پر ہے۔</w:t>
      </w:r>
    </w:p>
    <w:p>
      <w:r>
        <w:rPr>
          <w:b/>
        </w:rPr>
        <w:t xml:space="preserve">[1:28:33] </w:t>
      </w:r>
      <w:r>
        <w:t>dawah ka matlab hay khuda kay message ko saray logon tak pohnchana,</w:t>
      </w:r>
    </w:p>
    <w:p>
      <w:pPr>
        <w:jc w:val="right"/>
      </w:pPr>
      <w:r>
        <w:t>دعویٰ کا مطلب ہے خدا کے میسج کو سارے لوگوں تک پہنچانا،</w:t>
      </w:r>
    </w:p>
    <w:p>
      <w:r>
        <w:rPr>
          <w:b/>
        </w:rPr>
        <w:t xml:space="preserve">[1:28:43] </w:t>
      </w:r>
      <w:r>
        <w:t>saray logon tak pohnchana. ye quran mein aik aik aik aik par farz hay,</w:t>
      </w:r>
    </w:p>
    <w:p>
      <w:pPr>
        <w:jc w:val="right"/>
      </w:pPr>
      <w:r>
        <w:t>سارے لوگوں تک پہنچانا۔ یہ قرآن میں ایک ایک ایک ایک پر فرض ہے،</w:t>
      </w:r>
    </w:p>
    <w:p>
      <w:r>
        <w:rPr>
          <w:b/>
        </w:rPr>
        <w:t xml:space="preserve">[1:28:49] </w:t>
      </w:r>
      <w:r>
        <w:t>is mein koi shuk nahin.</w:t>
      </w:r>
    </w:p>
    <w:p>
      <w:pPr>
        <w:jc w:val="right"/>
      </w:pPr>
      <w:r>
        <w:t>اس میں کوئی شک نہیں۔</w:t>
      </w:r>
    </w:p>
    <w:p>
      <w:r>
        <w:rPr>
          <w:b/>
        </w:rPr>
        <w:t xml:space="preserve">[1:28:53] </w:t>
      </w:r>
      <w:r>
        <w:t>This question is from Shaheen. It is written somewhere that Dajjal has an eye in his forehead. Please make it clear.</w:t>
      </w:r>
    </w:p>
    <w:p>
      <w:pPr>
        <w:jc w:val="right"/>
      </w:pPr>
      <w:r>
        <w:t>دس کوئسچن از فرام شاہین۔ اٹ از رٹن سم ویر دیٹ دجال ہیز این آئی ان فور ہیڈ۔ پلیز میک اٹ کلیئر۔</w:t>
      </w:r>
    </w:p>
    <w:p>
      <w:r>
        <w:rPr>
          <w:b/>
        </w:rPr>
        <w:t xml:space="preserve">[1:29:04] </w:t>
      </w:r>
      <w:r>
        <w:t>also explain about the coming of Imam Mahdi. Dakhain, Dajjal kay baray mein yateem batain aap sab simple language mein hain,</w:t>
      </w:r>
    </w:p>
    <w:p>
      <w:pPr>
        <w:jc w:val="right"/>
      </w:pPr>
      <w:r>
        <w:t>السو ایکسپلین اباؤٹ دا کمنگ آف امام مہدی۔ دیکھیں، دجال کے بارے میں یتیم باتیں آپ سب سمبالک لینگویج میں ہیں،</w:t>
      </w:r>
    </w:p>
    <w:p>
      <w:r>
        <w:rPr>
          <w:b/>
        </w:rPr>
        <w:t xml:space="preserve">[1:29:15] </w:t>
      </w:r>
      <w:r>
        <w:t>isko literal sense mein aap na lijiyay. sab symbolic language hay, ye tamseel ki language mein hay.</w:t>
      </w:r>
    </w:p>
    <w:p>
      <w:pPr>
        <w:jc w:val="right"/>
      </w:pPr>
      <w:r>
        <w:t>اس کو لیٹرل سینس میں آپ نہ لیجئے۔ سب سمبالک لینگویج ہے، یہ تمثیل کی زبان میں ہے۔</w:t>
      </w:r>
    </w:p>
    <w:p>
      <w:r>
        <w:rPr>
          <w:b/>
        </w:rPr>
        <w:t xml:space="preserve">[1:29:25] </w:t>
      </w:r>
      <w:r>
        <w:t>log isko literal sense mein lay latay hain, tabhi ye sab problem atay hain. zahir hay kay normal insan hoga, sirf ye hay kay aap ki salahiyaton ko wo istemal karay ga negative side mein.</w:t>
      </w:r>
    </w:p>
    <w:p>
      <w:pPr>
        <w:jc w:val="right"/>
      </w:pPr>
      <w:r>
        <w:t>لوگ اس کو لیٹرل سینس میں لے لیتے ہیں، تبھی یہ سب پرابلم آتے ہیں۔ ظاہر ہے کہ نارمل انسان ہوگا، صرف یہ ہے کہ آپ کی صلاحیتوں کو وہ استعمال کرے گا نیگیٹیو سائیڈ میں۔</w:t>
      </w:r>
    </w:p>
    <w:p>
      <w:r>
        <w:rPr>
          <w:b/>
        </w:rPr>
        <w:t xml:space="preserve">[1:29:36] </w:t>
      </w:r>
      <w:r>
        <w:t>bas itni si bat hay.</w:t>
      </w:r>
    </w:p>
    <w:p>
      <w:pPr>
        <w:jc w:val="right"/>
      </w:pPr>
      <w:r>
        <w:t>بس اتنی سی بات ہے۔</w:t>
      </w:r>
    </w:p>
    <w:p>
      <w:r>
        <w:rPr>
          <w:b/>
        </w:rPr>
        <w:t xml:space="preserve">[1:29:39] </w:t>
      </w:r>
      <w:r>
        <w:t>imam mahdi ko bhi log aik mysterious cheez banaye huay hain, wo bhi aik normal insan hoga, aur jab ayay ga to aap pachan nahin payain gay. ayay ga bhi, chala bhi jayay ga.</w:t>
      </w:r>
    </w:p>
    <w:p>
      <w:pPr>
        <w:jc w:val="right"/>
      </w:pPr>
      <w:r>
        <w:t>امام مہدی کو بھی لوگ ایک مسٹیریس چیز بنائے ہوئے ہیں، وہ بھی ایک نارمل انسان ہوگا، اور جب آئے گا تو آپ پہچان نہیں پائیں گے۔ آئے گا بھی، چلا بھی جائے گا۔</w:t>
      </w:r>
    </w:p>
    <w:p>
      <w:r>
        <w:rPr>
          <w:b/>
        </w:rPr>
        <w:t xml:space="preserve">[1:29:50] </w:t>
      </w:r>
      <w:r>
        <w:t>ye sab sab say bari musibat jo hay, wo hay mystery ka parda dalay huay hain har cheez par. is waja say time guzar raha hay, time guzar raha hay, aur intizar kar rahay hain, intizar kar rahay hain, yahan tak</w:t>
      </w:r>
    </w:p>
    <w:p>
      <w:pPr>
        <w:jc w:val="right"/>
      </w:pPr>
      <w:r>
        <w:t>یہ سب سب سے بڑی مصیبت جو ہے، وہ ہے مسٹری کا پردہ ڈالے ہوئے ہیں ہر چیز پر۔ اس وجہ سے ٹائم گزر رہا ہے، ٹائم گزر رہا ہے، اور انتظار کر رہے ہیں، انتظار کر رہے ہیں، یہاں تک</w:t>
      </w:r>
    </w:p>
    <w:p>
      <w:r>
        <w:rPr>
          <w:b/>
        </w:rPr>
        <w:t xml:space="preserve">[1:30:02] </w:t>
      </w:r>
      <w:r>
        <w:t>kay qayamat itni qareeb aa gai hay kay ab scientific community jo hay, wo to kehti hay kay bas qayamat bas das sal kay andar aa jayay gi. to ye sab kuch nahin, ye sab bilkul galat hay.</w:t>
      </w:r>
    </w:p>
    <w:p>
      <w:pPr>
        <w:jc w:val="right"/>
      </w:pPr>
      <w:r>
        <w:t>کہ قیامت اتنی قریب آ گئی ہے کہ اب سائنٹیفک کمیونٹی جو ہے، وہ تو کہتی ہے کہ بس قیامت بس دس سال کے اندر آ جائے گی۔ تو یہ سب کچھ نہیں، یہ سب بالکل غلط ہے۔</w:t>
      </w:r>
    </w:p>
    <w:p>
      <w:r>
        <w:rPr>
          <w:b/>
        </w:rPr>
        <w:t xml:space="preserve">[1:30:14] </w:t>
      </w:r>
      <w:r>
        <w:t>waja ye hay kay symbolic language ko logon nay samajh liya kay ye yani sab batain literal sense mein hain. This question is from Raziya.</w:t>
      </w:r>
    </w:p>
    <w:p>
      <w:pPr>
        <w:jc w:val="right"/>
      </w:pPr>
      <w:r>
        <w:t>وجہ یہ ہے کہ سمبالک لینگویج کو لوگوں نے سمجھ لیا کہ یہ یعنی سب باتیں لیٹرل سینس میں ہیں۔ دس کوئسچن از فرام راضیہ۔</w:t>
      </w:r>
    </w:p>
    <w:p>
      <w:r>
        <w:rPr>
          <w:b/>
        </w:rPr>
        <w:t xml:space="preserve">[1:30:26] </w:t>
      </w:r>
      <w:r>
        <w:t>Why are people so rigid in their belief about Yajuj Majuj, Dajjal and Imam Mahdi? Why have they made it so mysterious?</w:t>
      </w:r>
    </w:p>
    <w:p>
      <w:pPr>
        <w:jc w:val="right"/>
      </w:pPr>
      <w:r>
        <w:t>وائی آر پیپل سو ریجڈ ان دیر بیلیف اباؤٹ یاجوج ماجوج، دجال اینڈ امام مہدی؟ وائی ہیو دے میڈ اٹ سو مسٹیریس؟</w:t>
      </w:r>
    </w:p>
    <w:p>
      <w:r>
        <w:rPr>
          <w:b/>
        </w:rPr>
        <w:t xml:space="preserve">[1:30:37] </w:t>
      </w:r>
      <w:r>
        <w:t>main nay arz kiya kay log jo hain sochtay nahin,</w:t>
      </w:r>
    </w:p>
    <w:p>
      <w:pPr>
        <w:jc w:val="right"/>
      </w:pPr>
      <w:r>
        <w:t>میں نے عرض کیا کہ لوگ جو ہیں سوچتے نہیں،</w:t>
      </w:r>
    </w:p>
    <w:p>
      <w:r>
        <w:rPr>
          <w:b/>
        </w:rPr>
        <w:t xml:space="preserve">[1:30:41] </w:t>
      </w:r>
      <w:r>
        <w:t>siwa chand batain jo un kay parsonal intarest ki hoti hain, usi ko sochtay hain, aur kuch sochtay hi nahin. jo suna, man liya, jo suna, man liya. bas itni si bat hay, aur main is ko risarch karta hoon.</w:t>
      </w:r>
    </w:p>
    <w:p>
      <w:pPr>
        <w:jc w:val="right"/>
      </w:pPr>
      <w:r>
        <w:t>سوا چند باتیں جو ان کے پرسنل انٹرسٹ کی ہوتی ہیں، اسی کو سوچتے ہیں، اور کچھ سوچتے ہی نہیں۔ جو سنا، مان لیا، جو سنا، مان لیا۔ بس اتنی سی بات ہے، اور میں اس کو ریسرچ کرتا ہوں۔</w:t>
      </w:r>
    </w:p>
    <w:p>
      <w:r>
        <w:rPr>
          <w:b/>
        </w:rPr>
        <w:t xml:space="preserve">[1:30:54] </w:t>
      </w:r>
      <w:r>
        <w:t>jaisay main nay arz kiya kay samjtay hain kay masih jo hay, asman say utrain gay. ab sari hadisain hum nay chhan dali, aik bhi hadis nahin mili jis mein asman ka lafz bhi ho.</w:t>
      </w:r>
    </w:p>
    <w:p>
      <w:pPr>
        <w:jc w:val="right"/>
      </w:pPr>
      <w:r>
        <w:t>جیسے میں نے عرض کیا کہ سمجھتے ہیں کہ مسیح جو ہے، آسمان سے اتریں گے۔ اب ساری حدیثیں ہم نے چھان ڈالی، ایک بھی حدیث نہیں ملی جس میں آسمان کا لفظ بھی ہو۔</w:t>
      </w:r>
    </w:p>
    <w:p>
      <w:r>
        <w:rPr>
          <w:b/>
        </w:rPr>
        <w:t xml:space="preserve">[1:31:03] </w:t>
      </w:r>
      <w:r>
        <w:t>yani kisi hadis mein ye hay hi nahin kay asman say utrain gay. bas sun liya kisi say, man liya, bas koi manay chlay ja rahay hain, manay chlay ja rahay hain, manay chlay ja rahay hain. hima waraq kasiya gasht mudda ijaz.</w:t>
      </w:r>
    </w:p>
    <w:p>
      <w:pPr>
        <w:jc w:val="right"/>
      </w:pPr>
      <w:r>
        <w:t>یعنی کسی حدیث میں یہ ہے ہی نہیں کہ آسمان سے اتریں گے۔ بس سن لیا کسی سے، مان لیا، بس کوئی مانے چلے جا رہے ہیں، مانے چلے جا رہے ہیں، مانے چلے جا رہے ہیں۔ ہما ورق کسیا گشت مدعا ایجاز۔</w:t>
      </w:r>
    </w:p>
    <w:p>
      <w:r>
        <w:rPr>
          <w:b/>
        </w:rPr>
        <w:t xml:space="preserve">[1:31:14] </w:t>
      </w:r>
      <w:r>
        <w:t>to awam ka mizaj ye hay kay apnay personal interest kay siwa kay apnay mind ko apply nahin kartay.</w:t>
      </w:r>
    </w:p>
    <w:p>
      <w:pPr>
        <w:jc w:val="right"/>
      </w:pPr>
      <w:r>
        <w:t>تو عوام کا مزاج یہ ہے کہ اپنے پرسنل انٹرسٹ کے سوا کہ اپنے مائنڈ کو اپلائی نہیں کرتے۔</w:t>
      </w:r>
    </w:p>
    <w:p>
      <w:r>
        <w:rPr>
          <w:b/>
        </w:rPr>
        <w:t xml:space="preserve">[1:31:23] </w:t>
      </w:r>
      <w:r>
        <w:t>yahan par galti ho rahi hay.</w:t>
      </w:r>
    </w:p>
    <w:p>
      <w:pPr>
        <w:jc w:val="right"/>
      </w:pPr>
      <w:r>
        <w:t>یہاں پر غلطی ہو رہی ہے۔</w:t>
      </w:r>
    </w:p>
    <w:p>
      <w:r>
        <w:rPr>
          <w:b/>
        </w:rPr>
        <w:t xml:space="preserve">[1:31:28] </w:t>
      </w:r>
      <w:r>
        <w:t>This question is from Mr. Hamid. What happens to people after death? If we pray for them, does any sawab reach them?</w:t>
      </w:r>
    </w:p>
    <w:p>
      <w:pPr>
        <w:jc w:val="right"/>
      </w:pPr>
      <w:r>
        <w:t>دس کوئسچن از فرام مسٹر حامد۔ واٹ ہیپنز ٹو پیپل افٹر ڈیتھ؟ اف وی پری فار دیم، ڈز اینی ثواب ریچ دیم؟</w:t>
      </w:r>
    </w:p>
    <w:p>
      <w:r>
        <w:rPr>
          <w:b/>
        </w:rPr>
        <w:t xml:space="preserve">[1:31:39] </w:t>
      </w:r>
      <w:r>
        <w:t>are they also in a position to pray for us? Kindly ik</w:t>
      </w:r>
    </w:p>
    <w:p>
      <w:pPr>
        <w:jc w:val="right"/>
      </w:pPr>
      <w:r>
        <w:t>آر دے السو ان ا پوزیشن ٹو پری فار اس؟ کائنڈلی ایک</w:t>
      </w:r>
    </w:p>
    <w:p>
      <w:r>
        <w:rPr>
          <w:b/>
        </w:rPr>
        <w:t xml:space="preserve">[1:31:43] </w:t>
      </w:r>
      <w:r>
        <w:t>splin. nahin, dakhain, ye bilkul galat hay. sawab ye sawab pohanchatay hain, quran khwani kartay hain kay sawab falan ko pohanchay.</w:t>
      </w:r>
    </w:p>
    <w:p>
      <w:pPr>
        <w:jc w:val="right"/>
      </w:pPr>
      <w:r>
        <w:t>سپلین۔ نہیں، دیکھیں، یہ بالکل غلط ہے۔ ثواب یہ ثواب پہنچاتے ہیں، قرآن خوانی کرتے ہیں کہ ثواب فلاں کو پہنچائے۔</w:t>
      </w:r>
    </w:p>
    <w:p>
      <w:r>
        <w:rPr>
          <w:b/>
        </w:rPr>
        <w:t xml:space="preserve">[1:31:52] </w:t>
      </w:r>
      <w:r>
        <w:t>ye bilkul baislis batain hain. martay hi admi qomon mein alg ho jata hay. aap ka koi bhi kam, yani quran khwani to khud hi aik koi sabit nahin hay.</w:t>
      </w:r>
    </w:p>
    <w:p>
      <w:pPr>
        <w:jc w:val="right"/>
      </w:pPr>
      <w:r>
        <w:t>یہ بالکل بیسلیس باتیں ہیں۔ مرتے ہی آدمی قوموں میں الگ ہو جاتا ہے۔ آپ کا کوئی بھی کام، یعنی قرآن خوانی تو خود ہی ایک کوئی ثابت نہیں ہے۔</w:t>
      </w:r>
    </w:p>
    <w:p>
      <w:r>
        <w:rPr>
          <w:b/>
        </w:rPr>
        <w:t xml:space="preserve">[1:32:03] </w:t>
      </w:r>
      <w:r>
        <w:t>rasool Allah ne quran khwani nahi karwai, sahaba ne koi quran khwani nahi karwai.</w:t>
      </w:r>
    </w:p>
    <w:p>
      <w:pPr>
        <w:jc w:val="right"/>
      </w:pPr>
      <w:r>
        <w:t>رسول اللہ نے قرآن خوانی نہیں کروائی، صحابہ نے کوئی قرآن خوانی نہیں کروائی۔</w:t>
      </w:r>
    </w:p>
    <w:p>
      <w:r>
        <w:rPr>
          <w:b/>
        </w:rPr>
        <w:t xml:space="preserve">[1:32:08] </w:t>
      </w:r>
      <w:r>
        <w:t>abhi bhi arab mein yeh sab nahi hota, isi mein india mein hota hai. yeh sab ke quran khwani jo hai, yeh india mein hoti hai. maine kaha yeh quran, maine hadith, maine arabon mein bhi aaj is ka riwaj nahi koi.</w:t>
      </w:r>
    </w:p>
    <w:p>
      <w:pPr>
        <w:jc w:val="right"/>
      </w:pPr>
      <w:r>
        <w:t>ابھی بھی عرب میں یہ سب نہیں ہوتا، اسی میں انڈیا میں ہوتا ہے۔ یہ سب کہ قرآن خوانی جو ہے، یہ انڈیا میں ہوتی ہے۔ میں نے کہا یہ قرآن، میں نے حدیث، میں نے عربوں میں بھی آج اس کا رواج نہیں کوئی۔</w:t>
      </w:r>
    </w:p>
    <w:p>
      <w:r>
        <w:rPr>
          <w:b/>
        </w:rPr>
        <w:t xml:space="preserve">[1:32:21] </w:t>
      </w:r>
      <w:r>
        <w:t>to yeh manna hai ke aisa kar lo, tum ko sawab pahunch jayega, yeh bilkul baseless baat hai. las lil insani illa ma sa. aadmi ne khud jo kiya ho, khud usi ka us ko milega reward, aur aap ke kiye se us ko kuch milne wala nahi hai.</w:t>
      </w:r>
    </w:p>
    <w:p>
      <w:pPr>
        <w:jc w:val="right"/>
      </w:pPr>
      <w:r>
        <w:t>تو یہ ماننا ہے کہ ایسا کر لو، تم کو ثواب پہنچ جائے گا، یہ بالکل بیسلیس بات ہے۔ لیس للانسان الا ما سا۔ آدمی نے خود جو کیا ہو، خود اسی کا اس کو ملے گا ریوارڈ، اور آپ کے کیے سے اس کو کچھ ملنے والا نہیں ہے۔</w:t>
      </w:r>
    </w:p>
    <w:p>
      <w:r>
        <w:rPr>
          <w:b/>
        </w:rPr>
        <w:t xml:space="preserve">[1:32:39] </w:t>
      </w:r>
      <w:r>
        <w:t>This question is from Doctor Muslema Siddiqui. The appearance of Yajuj and Majuj is called fitna in Islam.</w:t>
      </w:r>
    </w:p>
    <w:p>
      <w:pPr>
        <w:jc w:val="right"/>
      </w:pPr>
      <w:r>
        <w:t>دس کوئسچن از فرام ڈاکٹر مسلمہ صدیقی۔ دا اپیئرنس آف یاجوج اینڈ ماجوج از کالڈ فتنہ ان اسلام۔</w:t>
      </w:r>
    </w:p>
    <w:p>
      <w:r>
        <w:rPr>
          <w:b/>
        </w:rPr>
        <w:t xml:space="preserve">[1:32:49] </w:t>
      </w:r>
      <w:r>
        <w:t>what is meant by it? does it refer to the misuse of all the opportunities? fitna, dekhen, fitna ka matlab yahi hota hai ke woh do aspect hote hain.</w:t>
      </w:r>
    </w:p>
    <w:p>
      <w:pPr>
        <w:jc w:val="right"/>
      </w:pPr>
      <w:r>
        <w:t>واٹ از مینٹ بائے اٹ؟ ڈز اٹ ریفر ٹو دا مس یوز آف آل دی اپرچونیٹیز؟ فتنہ، دیکھیں، فتنہ کا مطلب یہی ہوتا ہے کہ وہ دو اسپیکٹ ہوتے ہیں۔</w:t>
      </w:r>
    </w:p>
    <w:p>
      <w:r>
        <w:rPr>
          <w:b/>
        </w:rPr>
        <w:t xml:space="preserve">[1:33:01] </w:t>
      </w:r>
      <w:r>
        <w:t>is mein</w:t>
      </w:r>
    </w:p>
    <w:p>
      <w:pPr>
        <w:jc w:val="right"/>
      </w:pPr>
      <w:r>
        <w:t>اس میں</w:t>
      </w:r>
    </w:p>
    <w:p>
      <w:r>
        <w:rPr>
          <w:b/>
        </w:rPr>
        <w:t xml:space="preserve">[1:33:02] </w:t>
      </w:r>
      <w:r>
        <w:t>koi bhi cheez duniya mein na, yani na, na 100 fisadi buri hoti hai, na 100 fisadi achhi hoti hai.</w:t>
      </w:r>
    </w:p>
    <w:p>
      <w:pPr>
        <w:jc w:val="right"/>
      </w:pPr>
      <w:r>
        <w:t>کوئی بھی چیز دنیا میں نہ، یعنی نہ، نہ 100 فیصد بری ہوتی ہے، نہ 100 فیصد اچھی ہوتی ہے۔</w:t>
      </w:r>
    </w:p>
    <w:p>
      <w:r>
        <w:rPr>
          <w:b/>
        </w:rPr>
        <w:t xml:space="preserve">[1:33:11] </w:t>
      </w:r>
      <w:r>
        <w:t>har cheez mein dono aspect hain. to yajuj majuj se jo ek nayi duniya samne aayegi, is mein dono aspect honge, negative bhi aur posi</w:t>
      </w:r>
    </w:p>
    <w:p>
      <w:pPr>
        <w:jc w:val="right"/>
      </w:pPr>
      <w:r>
        <w:t>ہر چیز میں دونوں اسپیکٹ ہیں۔ تو یاجوج ماجوج سے جو ایک نئی دنیا سامنے آئے گی، اس میں دونوں اسپیکٹ ہوں گے، نیگیٹیو بھی اور پازی</w:t>
      </w:r>
    </w:p>
    <w:p>
      <w:r>
        <w:rPr>
          <w:b/>
        </w:rPr>
        <w:t xml:space="preserve">[1:33:23] </w:t>
      </w:r>
      <w:r>
        <w:t>tive bhi. jaise ke maine arz kiya ke is ke negative aspect ko dajjal istemal karega, positive aspect ko doosre log istemal karenge.</w:t>
      </w:r>
    </w:p>
    <w:p>
      <w:pPr>
        <w:jc w:val="right"/>
      </w:pPr>
      <w:r>
        <w:t>ٹیو بھی۔ جیسے کہ میں نے عرض کیا کہ اس کے نیگیٹیو اسپیکٹ کو دجال استعمال کرے گا، پازیٹیو اسپیکٹ کو دوسرے لوگ استعمال کریں گے۔</w:t>
      </w:r>
    </w:p>
    <w:p>
      <w:r>
        <w:rPr>
          <w:b/>
        </w:rPr>
        <w:t xml:space="preserve">[1:33:33] </w:t>
      </w:r>
      <w:r>
        <w:t>isi surat mein fitna, fitna ke maani hote hain azmaish, test. to woh test hoga logon ke liye ke is cheez ko kis kaam mein lagayen hain. log har cheez ko anokha ek matlab le lete hain,</w:t>
      </w:r>
    </w:p>
    <w:p>
      <w:pPr>
        <w:jc w:val="right"/>
      </w:pPr>
      <w:r>
        <w:t>اسی صورت میں فتنہ، فتنہ کے معنی ہوتے ہیں آزمائش، ٹیسٹ۔ تو وہ ٹیسٹ ہوگا لوگوں کے لیے کہ اس چیز کو کس کام میں لگائیں ہیں۔ لوگ ہر چیز کو انوکھا ایک مطلب لے لیتے ہیں،</w:t>
      </w:r>
    </w:p>
    <w:p>
      <w:r>
        <w:rPr>
          <w:b/>
        </w:rPr>
        <w:t xml:space="preserve">[1:33:47] </w:t>
      </w:r>
      <w:r>
        <w:t>isi se baat samajh mein nahi aati.</w:t>
      </w:r>
    </w:p>
    <w:p>
      <w:pPr>
        <w:jc w:val="right"/>
      </w:pPr>
      <w:r>
        <w:t>اسی سے بات سمجھ میں نہیں آتی۔</w:t>
      </w:r>
    </w:p>
    <w:p>
      <w:r>
        <w:rPr>
          <w:b/>
        </w:rPr>
        <w:t xml:space="preserve">[1:33:52] </w:t>
      </w:r>
      <w:r>
        <w:t>This question is from Idrees. According to Islam, Doomsday may come any moment which only God has knowledge about.</w:t>
      </w:r>
    </w:p>
    <w:p>
      <w:pPr>
        <w:jc w:val="right"/>
      </w:pPr>
      <w:r>
        <w:t>دس کوئسچن از فرام ادریس۔ اکارڈنگ ٹو اسلام، ڈومز ڈے میک کم اینی مومنٹ وچ اونلی گاڈ ہیز نالج اباؤٹ۔</w:t>
      </w:r>
    </w:p>
    <w:p>
      <w:r>
        <w:rPr>
          <w:b/>
        </w:rPr>
        <w:t xml:space="preserve">[1:34:04] </w:t>
      </w:r>
      <w:r>
        <w:t>if this is so, then why many people claim to predict its nearness for last thousands of years?</w:t>
      </w:r>
    </w:p>
    <w:p>
      <w:pPr>
        <w:jc w:val="right"/>
      </w:pPr>
      <w:r>
        <w:t>اف دس از سو، دین وائی مینی پیپل کلیم ٹو پریڈکٹ اٹس نیئرنس فار لاسٹ تھاؤزنڈز آف ایئرز؟</w:t>
      </w:r>
    </w:p>
    <w:p>
      <w:r>
        <w:rPr>
          <w:b/>
        </w:rPr>
        <w:t xml:space="preserve">[1:34:14] </w:t>
      </w:r>
      <w:r>
        <w:t>woh main doosre kya kar rahe hain, woh main nahi janta, lekin main yeh kahunga ke qayamat Khuda ke hukum se aayegi. lekin Quran mein, hadith mein, dono mein is ki nishaniyan batai gayi hain ke jab aane wali hogi to kuch nishaniyan zahir hongi.</w:t>
      </w:r>
    </w:p>
    <w:p>
      <w:pPr>
        <w:jc w:val="right"/>
      </w:pPr>
      <w:r>
        <w:t>وہ میں دوسرے کیا کر رہے ہیں، وہ میں نہیں جانتا، لیکن میں یہ کہوں گا کہ قیامت خدا کے حکم سے آئے گی۔ لیکن قرآن میں، حدیث میں، دونوں میں اس کی نشانیاں بتائی گئی ہیں کہ جب آنے والی ہوگی تو کچھ نشانیاں ظاہر ہوں گی۔</w:t>
      </w:r>
    </w:p>
    <w:p>
      <w:r>
        <w:rPr>
          <w:b/>
        </w:rPr>
        <w:t xml:space="preserve">[1:34:31] </w:t>
      </w:r>
      <w:r>
        <w:t>in nishaniyon ko le kar hum keh sakte hain ke qayamat qareeb aa gayi hai. yeh koi astrology ki baat nahi hai, yeh koi mystery ki baat nahi hai.</w:t>
      </w:r>
    </w:p>
    <w:p>
      <w:pPr>
        <w:jc w:val="right"/>
      </w:pPr>
      <w:r>
        <w:t>ان نشانیوں کو لے کر ہم کہہ سکتے ہیں کہ قیامت قریب آ گئی ہے۔ یہ کوئی اسٹرالوجی کی بات نہیں ہے، یہ کوئی مسٹری کی بات نہیں ہے۔</w:t>
      </w:r>
    </w:p>
    <w:p>
      <w:r>
        <w:rPr>
          <w:b/>
        </w:rPr>
        <w:t xml:space="preserve">[1:34:41] </w:t>
      </w:r>
      <w:r>
        <w:t>woh nishaniyon ko aap discover kijiye, in signs ko Quran o hadith mein, in nishaniyon ko le kar aap kehne ki koshish mein ho sakte hain ke qayamat qareeb aa gayi hai.</w:t>
      </w:r>
    </w:p>
    <w:p>
      <w:pPr>
        <w:jc w:val="right"/>
      </w:pPr>
      <w:r>
        <w:t>وہ نشانیوں کو آپ ڈسکور کیجئے، ان سائنس کو قرآن و حدیث میں، ان نشانیوں کو لے کر آپ کہنے کی کوشش میں ہو سکتے ہیں کہ قیامت قریب آ گئی ہے۔</w:t>
      </w:r>
    </w:p>
    <w:p>
      <w:r>
        <w:rPr>
          <w:b/>
        </w:rPr>
        <w:t xml:space="preserve">[1:34:51] </w:t>
      </w:r>
      <w:r>
        <w:t>baqi koi astrology, astrologers jo karte rehte hain, woh to bilkul bekar baaten hain. is ki koi haqiqat nahi.</w:t>
      </w:r>
    </w:p>
    <w:p>
      <w:pPr>
        <w:jc w:val="right"/>
      </w:pPr>
      <w:r>
        <w:t>باقی کوئی اسٹرالوجی، اسٹرالوجرز جو کرتے رہتے ہیں، وہ تو بالکل بیکار باتیں ہیں۔ اس کی کوئی حقیقت نہیں۔</w:t>
      </w:r>
    </w:p>
    <w:p>
      <w:r>
        <w:rPr>
          <w:b/>
        </w:rPr>
        <w:t xml:space="preserve">[1:35:01] </w:t>
      </w:r>
      <w:r>
        <w:t>This question is from Dr. Farida Khanam. According to a tradition, Maseeh will fly in the clouds.</w:t>
      </w:r>
    </w:p>
    <w:p>
      <w:pPr>
        <w:jc w:val="right"/>
      </w:pPr>
      <w:r>
        <w:t>دس کوئسچن از فرام ڈاکٹر فریدہ خانم۔ اکارڈنگ ٹو ا ٹریڈیشن، مسیحہ ول فلائی ان دا کلاؤڈز۔</w:t>
      </w:r>
    </w:p>
    <w:p>
      <w:r>
        <w:rPr>
          <w:b/>
        </w:rPr>
        <w:t xml:space="preserve">[1:35:09] </w:t>
      </w:r>
      <w:r>
        <w:t>please comment. main samajhta hoon ke is ka matlab sirf yeh hai ke age of aviation mein aayega. woh is ka jo, yani is ka jo role hai, jis zamane mein woh kaam karega, woh woh woh hoga age of aviation.</w:t>
      </w:r>
    </w:p>
    <w:p>
      <w:pPr>
        <w:jc w:val="right"/>
      </w:pPr>
      <w:r>
        <w:t>پلیز کمنٹ۔ میں سمجھتا ہوں کہ اس کا مطلب صرف یہ ہے کہ ایج آف ایوی ایشن میں آئے گا۔ وہ اس کا جو، یعنی اس کا جو رول ہے، جس زمانے میں وہ کام کرے گا، وہ وہ وہ ہوگا ایج آف ایوی ایشن۔</w:t>
      </w:r>
    </w:p>
    <w:p>
      <w:r>
        <w:rPr>
          <w:b/>
        </w:rPr>
        <w:t xml:space="preserve">[1:35:29] </w:t>
      </w:r>
      <w:r>
        <w:t>bas itna hi is ka matlab hai, is se zyada aur kuch nahi.</w:t>
      </w:r>
    </w:p>
    <w:p>
      <w:pPr>
        <w:jc w:val="right"/>
      </w:pPr>
      <w:r>
        <w:t>بس اتنا ہی اس کا مطلب ہے، اس سے زیادہ اور کچھ نہیں۔</w:t>
      </w:r>
    </w:p>
    <w:p>
      <w:r>
        <w:rPr>
          <w:b/>
        </w:rPr>
        <w:t xml:space="preserve">[1:35:35] </w:t>
      </w:r>
      <w:r>
        <w:t>This question is from Sadia Khan. How should we deal with the thoughts which make us doubt the veracity of concepts such as Dajjal, Yajuj Majuj, etcetera?</w:t>
      </w:r>
    </w:p>
    <w:p>
      <w:pPr>
        <w:jc w:val="right"/>
      </w:pPr>
      <w:r>
        <w:t>دس کوئسچن از فرام سعدیہ خان۔ ہاؤ شوڈ وی ڈیل ود دا تھاٹس وچ میک اس ڈاؤٹ دا ویرسٹی آف کانسیپٹس سچ ایز دجال، یاجوج ماجوج، ایٹسٹرہ؟</w:t>
      </w:r>
    </w:p>
    <w:p>
      <w:r>
        <w:rPr>
          <w:b/>
        </w:rPr>
        <w:t xml:space="preserve">[1:35:50] </w:t>
      </w:r>
      <w:r>
        <w:t>so much so that these appear to be fictional stories.</w:t>
      </w:r>
    </w:p>
    <w:p>
      <w:pPr>
        <w:jc w:val="right"/>
      </w:pPr>
      <w:r>
        <w:t>سو مچ سو دیٹ دیز اپیئر ٹو بی فکشنل سٹوریز۔</w:t>
      </w:r>
    </w:p>
    <w:p>
      <w:r>
        <w:rPr>
          <w:b/>
        </w:rPr>
        <w:t xml:space="preserve">[1:35:54] </w:t>
      </w:r>
      <w:r>
        <w:t>what should be done to convert these belief belief into conviction? ke kisi mamle mein bhi jab aap study karte hain, chahe dajjal ka mamla ho ya koi scientific mamla ho, to is ka ek method hota hai.</w:t>
      </w:r>
    </w:p>
    <w:p>
      <w:pPr>
        <w:jc w:val="right"/>
      </w:pPr>
      <w:r>
        <w:t>واٹ شوڈ بی ڈن ٹو کنورٹ دیز بیلیف بیلیف انٹو کنوکشن؟ کہ کسی معاملے میں بھی جب آپ اسٹڈی کرتے ہیں، چاہے دجال کا معاملہ ہو یا کوئی سائنٹیفک معاملہ ہو، تو اس کا ایک میتھڈ ہوتا ہے۔</w:t>
      </w:r>
    </w:p>
    <w:p>
      <w:r>
        <w:rPr>
          <w:b/>
        </w:rPr>
        <w:t xml:space="preserve">[1:36:09] </w:t>
      </w:r>
      <w:r>
        <w:t>method kya hai? aap pehle available data jo hai, us ko jama karte hain. har cheez ke kuch data hote hain, har cheez ke. yahan pe kuch data hain, to is data ko aap ikattha kijiye</w:t>
      </w:r>
    </w:p>
    <w:p>
      <w:pPr>
        <w:jc w:val="right"/>
      </w:pPr>
      <w:r>
        <w:t>میتھڈ کیا ہے؟ آپ پہلے اویلیبل ڈیٹا جو ہے، اس کو جمع کرتے ہیں۔ ہر چیز کے کچھ ڈیٹا ہوتے ہیں، ہر چیز کے۔ یہاں پہ کچھ ڈیٹا ہیں، تو اس ڈیٹا کو آپ اکٹھا کیجئے</w:t>
      </w:r>
    </w:p>
    <w:p>
      <w:r>
        <w:rPr>
          <w:b/>
        </w:rPr>
        <w:t xml:space="preserve">[1:36:22] </w:t>
      </w:r>
      <w:r>
        <w:t>, us ko le kar ke aap sochiye, study kijiye, aur is mein jo is mein shamil ho gaye, us ko alag kar dijiye, chhanat dijiye.</w:t>
      </w:r>
    </w:p>
    <w:p>
      <w:pPr>
        <w:jc w:val="right"/>
      </w:pPr>
      <w:r>
        <w:t>، اس کو لے کر کے آپ سوچیے، اسٹڈی کیجئے، اور اس میں جو اس میں شامل ہو گئے، اس کو الگ کر دیجئے، چھانٹ دیجئے۔</w:t>
      </w:r>
    </w:p>
    <w:p>
      <w:r>
        <w:rPr>
          <w:b/>
        </w:rPr>
        <w:t xml:space="preserve">[1:36:33] </w:t>
      </w:r>
      <w:r>
        <w:t>is ke data ko ikattha karna aur supression ko alag kar dena, aur phir is par aap study kijiye. to right kaam aap bilkul aap is pahunch jayenge sahih raaye par.</w:t>
      </w:r>
    </w:p>
    <w:p>
      <w:pPr>
        <w:jc w:val="right"/>
      </w:pPr>
      <w:r>
        <w:t>اس کے ڈیٹا کو اکٹھا کرنا اور سپریسنٹ کو الگ کر دینا، اور پھر اس پر آپ اسٹڈی کیجئے۔ تو رائٹ کام آپ بالکل آپ اس پہنچ جائیں گے صحیح رائے پر۔</w:t>
      </w:r>
    </w:p>
    <w:p>
      <w:r>
        <w:rPr>
          <w:b/>
        </w:rPr>
        <w:t xml:space="preserve">[1:36:47] </w:t>
      </w:r>
      <w:r>
        <w:t>yeh main karta hoon. main supression ko nahi jata, main dekhta hoon ke kya cheez haqeeqat mein nikal rahi hai quran o hadees se, aur kya logon ne apna bana rakha hai.</w:t>
      </w:r>
    </w:p>
    <w:p>
      <w:pPr>
        <w:jc w:val="right"/>
      </w:pPr>
      <w:r>
        <w:t>یہ میں کرتا ہوں۔ میں سپریسنٹ کو نہیں جاتا، میں دیکھتا ہوں کہ کیا چیز حقیقت میں نکل رہی ہے قرآن و حدیث سے، اور کیا لوگوں نے اپنا بنا رکھا ہے۔</w:t>
      </w:r>
    </w:p>
    <w:p>
      <w:r>
        <w:rPr>
          <w:b/>
        </w:rPr>
        <w:t xml:space="preserve">[1:36:59] </w:t>
      </w:r>
      <w:r>
        <w:t>to logon ne bana rakha hai, is ko main chhod deta hoon, is ko discard kar deta hoon.</w:t>
      </w:r>
    </w:p>
    <w:p>
      <w:pPr>
        <w:jc w:val="right"/>
      </w:pPr>
      <w:r>
        <w:t>تو لوگوں نے بنا رکھا ہے، اس کو میں چھوڑ دیتا ہوں، اس کو ڈسکارڈ کر دیتا ہوں۔</w:t>
      </w:r>
    </w:p>
    <w:p>
      <w:r>
        <w:rPr>
          <w:b/>
        </w:rPr>
        <w:t xml:space="preserve">[1:37:04] </w:t>
      </w:r>
      <w:r>
        <w:t>to quran o hadees jo cheez hai, usi ke upar data keh raha hoon. to aap data ko collect kijiye, kya kya hai sahih maano mein. jaise misaal logon ne, main ne arz kiya, maan rakha hai ke aasman se utrenge, to woh to hai hi nahi quran mein, na hadees mein hai.</w:t>
      </w:r>
    </w:p>
    <w:p>
      <w:pPr>
        <w:jc w:val="right"/>
      </w:pPr>
      <w:r>
        <w:t>تو قرآن و حدیث جو چیز ہے، اسی کے اوپر ڈیٹا کہہ رہا ہوں۔ تو آپ ڈیٹا کو کلیکٹ کیجئے، کیا کیا ہے صحیح معنوں میں۔ جیسے مثال لوگوں نے، میں نے عرض کیا، مان رکھا ہے کہ آسمان سے اتریں گے، تو وہ تو ہے ہی نہیں قرآن میں، نہ حدیث میں ہے۔</w:t>
      </w:r>
    </w:p>
    <w:p>
      <w:r>
        <w:rPr>
          <w:b/>
        </w:rPr>
        <w:t xml:space="preserve">[1:37:20] </w:t>
      </w:r>
      <w:r>
        <w:t>to wahan to woh data hi galat ho gaya. woh</w:t>
      </w:r>
    </w:p>
    <w:p>
      <w:pPr>
        <w:jc w:val="right"/>
      </w:pPr>
      <w:r>
        <w:t>تو وہاں تو وہ ڈیٹا ہی غلط ہو گیا۔ وہ</w:t>
      </w:r>
    </w:p>
    <w:p>
      <w:r>
        <w:rPr>
          <w:b/>
        </w:rPr>
        <w:t xml:space="preserve">[1:37:25] </w:t>
      </w:r>
      <w:r>
        <w:t>to facts jo hain, un ko ikattha kijiye. fact base par jab aap study karenge, to aap sahih raaye pe pahunch jayenge,</w:t>
      </w:r>
    </w:p>
    <w:p>
      <w:pPr>
        <w:jc w:val="right"/>
      </w:pPr>
      <w:r>
        <w:t>تو فیکٹس جو ہیں، ان کو اکٹھا کیجئے۔ فیکٹ بیس پر جب آپ اسٹڈی کریں گے، تو آپ صحیح رائے پہ پہنچ جائیں گے،</w:t>
      </w:r>
    </w:p>
    <w:p>
      <w:r>
        <w:rPr>
          <w:b/>
        </w:rPr>
        <w:t xml:space="preserve">[1:37:34] </w:t>
      </w:r>
      <w:r>
        <w:t>right conclusion pe pahunch jayenge. aap</w:t>
      </w:r>
    </w:p>
    <w:p>
      <w:pPr>
        <w:jc w:val="right"/>
      </w:pPr>
      <w:r>
        <w:t>رائٹ کنکلوژن پہ پہنچ جائیں گے۔ آپ</w:t>
      </w:r>
    </w:p>
    <w:p>
      <w:r>
        <w:rPr>
          <w:b/>
        </w:rPr>
        <w:t xml:space="preserve">[1:37:39] </w:t>
      </w:r>
      <w:r>
        <w:t>this question is from khalid ansari. people say that as sawab and salam goes to the prophet by reciting durood.</w:t>
      </w:r>
    </w:p>
    <w:p>
      <w:pPr>
        <w:jc w:val="right"/>
      </w:pPr>
      <w:r>
        <w:t>دس کوئسچن از فرام خالد انصاری۔ پیپلز سے دیٹ ایز ثواب اینڈ سلام گوز ٹو دا پرافٹ بائے ریسائٹنگ درود۔</w:t>
      </w:r>
    </w:p>
    <w:p>
      <w:r>
        <w:rPr>
          <w:b/>
        </w:rPr>
        <w:t xml:space="preserve">[1:37:49] </w:t>
      </w:r>
      <w:r>
        <w:t>similarly, sawab through quran khwani reaches the departed souls. please comment. yeh to yeh sab to bilkul baseless baatein hain, yeh koi proof baatein nahi hain.</w:t>
      </w:r>
    </w:p>
    <w:p>
      <w:pPr>
        <w:jc w:val="right"/>
      </w:pPr>
      <w:r>
        <w:t>سمیلرلی، ثواب تھرو قرآن خوانی ریچز دا ڈیپارٹڈ سولز۔ پلیز کمنٹ۔ یہ تو یہ سب تو بالکل بیسلیس باتیں ہیں، یہ کوئی پروف باتیں نہیں ہیں۔</w:t>
      </w:r>
    </w:p>
    <w:p>
      <w:r>
        <w:rPr>
          <w:b/>
        </w:rPr>
        <w:t xml:space="preserve">[1:38:03] </w:t>
      </w:r>
      <w:r>
        <w:t>yaad rakhiye,</w:t>
      </w:r>
    </w:p>
    <w:p>
      <w:pPr>
        <w:jc w:val="right"/>
      </w:pPr>
      <w:r>
        <w:t>یاد رکھیے،</w:t>
      </w:r>
    </w:p>
    <w:p>
      <w:r>
        <w:rPr>
          <w:b/>
        </w:rPr>
        <w:t xml:space="preserve">[1:38:04] </w:t>
      </w:r>
      <w:r>
        <w:t>jaise ek hadees batai jati hai, woh hadees bilkul mauzu hai, bilkul baseless hai ke agar aap rasool Allah ko kahein ke assalam o alaikum ya rasool Allah, to farishte jo hain, woh farishta aap ke munh se niklega, to le ke jayenge wahan, madine mein ja ke pahunchayenge.</w:t>
      </w:r>
    </w:p>
    <w:p>
      <w:pPr>
        <w:jc w:val="right"/>
      </w:pPr>
      <w:r>
        <w:t>جیسے ایک حدیث بتائی جاتی ہے، وہ حدیث بالکل موضوع ہے، بالکل بیسل ہے کہ اگر آپ رسول اللہ کو کہیں کہ السلام علیک یا رسول اللہ، تو فرشتے جو ہیں، وہ فرشتہ آپ کے منہ سے نکلے گا، تو لے کے جائیں گے وہاں، مدینے میں جا کے پہنچائیں گے۔</w:t>
      </w:r>
    </w:p>
    <w:p>
      <w:r>
        <w:rPr>
          <w:b/>
        </w:rPr>
        <w:t xml:space="preserve">[1:38:18] </w:t>
      </w:r>
      <w:r>
        <w:t>aur agar aap wahan ja ke madine jayein, aur wahan par khade hon, aap jahan aap ki grave hai, aap kahein to direct rasool Allah sunenge. yeh sab bilkul baseless hadees hai, mauzu hai.</w:t>
      </w:r>
    </w:p>
    <w:p>
      <w:pPr>
        <w:jc w:val="right"/>
      </w:pPr>
      <w:r>
        <w:t>اور اگر آپ وہاں جا کے مدینے جائیں، اور وہاں پر کھڑے ہوں، آپ جہاں آپ کی گریو ہے، آپ کہیں تو ڈائریکٹ رسول اللہ سنیں گے۔ یہ سب بالکل بیسلیس حدیث ہے، موضوع ہے۔</w:t>
      </w:r>
    </w:p>
    <w:p>
      <w:r>
        <w:rPr>
          <w:b/>
        </w:rPr>
        <w:t xml:space="preserve">[1:38:28] </w:t>
      </w:r>
      <w:r>
        <w:t>yeh</w:t>
      </w:r>
    </w:p>
    <w:p>
      <w:pPr>
        <w:jc w:val="right"/>
      </w:pPr>
      <w:r>
        <w:t>یہ</w:t>
      </w:r>
    </w:p>
    <w:p>
      <w:r>
        <w:rPr>
          <w:b/>
        </w:rPr>
        <w:t xml:space="preserve">[1:38:30] </w:t>
      </w:r>
      <w:r>
        <w:t>yeh yeh hadees hi nahi hai, yeh lekin log sunate hain, taqreer karne wale log, jo awaz khwani karne wale log jo hain, sunate hain. to aisi ek to lakhon hadeesein bana rakhi hain logon ne, lakhon, woh sab mauzu hain.</w:t>
      </w:r>
    </w:p>
    <w:p>
      <w:pPr>
        <w:jc w:val="right"/>
      </w:pPr>
      <w:r>
        <w:t>یہ یہ حدیث ہی نہیں ہے، یہ لیکن لوگ سناتے ہیں، تقریر کرنے والے لوگ، جو آواز خوانی کرنے والے لوگ جو ہیں، سناتے ہیں۔ تو ایسی ایک تو لاکھوں حدیثیں بنا رکھی ہیں لوگوں نے، لاکھوں، وہ سب موضوع ہیں۔</w:t>
      </w:r>
    </w:p>
    <w:p>
      <w:r>
        <w:rPr>
          <w:b/>
        </w:rPr>
        <w:t xml:space="preserve">[1:38:42] </w:t>
      </w:r>
      <w:r>
        <w:t>mauzu matlab fabricated, fabricated hadeesein lakhon ki tadad mein banai gayi, abhi bhi kitabon mein hain. woh yeh sab, yeh yeh jo quran khwani waghera hai, woh isi qism ki cheezein hain.</w:t>
      </w:r>
    </w:p>
    <w:p>
      <w:pPr>
        <w:jc w:val="right"/>
      </w:pPr>
      <w:r>
        <w:t>موضوع مطلب فیبریکیٹڈ، فیبریکیٹڈ حدیثیں لاکھوں کی تعداد میں بنائی گئی، ابھی بھی کتابوں میں ہیں۔ وہ یہ سب، یہ یہ جو قرآن خوانی وغیرہ ہے، وہ اسی قسم کی چیزیں ہیں۔</w:t>
      </w:r>
    </w:p>
    <w:p>
      <w:r>
        <w:rPr>
          <w:b/>
        </w:rPr>
        <w:t xml:space="preserve">[1:38:57] </w:t>
      </w:r>
      <w:r>
        <w:t>jab tak aap fabrication ko alag na karenge, tab tak aap sahih baat samajh nahi sakte. yeh sari fabrications hain.</w:t>
      </w:r>
    </w:p>
    <w:p>
      <w:pPr>
        <w:jc w:val="right"/>
      </w:pPr>
      <w:r>
        <w:t>جب تک آپ فیبریکیشن کو الگ نہ کریں گے، تب تک آپ صحیح بات سمجھ نہیں سکتے۔ یہ ساری فیبریکیشنز ہیں۔</w:t>
      </w:r>
    </w:p>
    <w:p>
      <w:r>
        <w:rPr>
          <w:b/>
        </w:rPr>
        <w:t xml:space="preserve">[1:39:10] </w:t>
      </w:r>
      <w:r>
        <w:t>this question is from doctor wasiq ur rehman. it is about a practice where quranic verses written and then dissolved in water and given to diseased person.</w:t>
      </w:r>
    </w:p>
    <w:p>
      <w:pPr>
        <w:jc w:val="right"/>
      </w:pPr>
      <w:r>
        <w:t>دس کوئسچن از فرام ڈاکٹر وسق الرحمن۔ اٹ از اباؤٹ ا پریکٹس ویئر قرآنک ورسز ریٹرن اینڈ دین ڈیزالوڈ ان واٹر اینڈ گیون ٹو ڈیزیز پرسن۔</w:t>
      </w:r>
    </w:p>
    <w:p>
      <w:r>
        <w:rPr>
          <w:b/>
        </w:rPr>
        <w:t xml:space="preserve">[1:39:23] </w:t>
      </w:r>
      <w:r>
        <w:t>he wants to know whether this has any islamic basis</w:t>
      </w:r>
    </w:p>
    <w:p>
      <w:pPr>
        <w:jc w:val="right"/>
      </w:pPr>
      <w:r>
        <w:t>ہی وانٹس ٹو نو ویدر دس ہیز اینی اسلامک بیسس</w:t>
      </w:r>
    </w:p>
    <w:p>
      <w:r>
        <w:rPr>
          <w:b/>
        </w:rPr>
        <w:t xml:space="preserve">[1:39:27] </w:t>
      </w:r>
      <w:r>
        <w:t>۔ nahi, bilkul nahi. yeh yeh sab, yeh sab woh hai, yani myth hai jo unhone bana rakhi hai. dekhiye, aap ko main arz karoon ke</w:t>
      </w:r>
    </w:p>
    <w:p>
      <w:pPr>
        <w:jc w:val="right"/>
      </w:pPr>
      <w:r>
        <w:t>۔ نہیں، بالکل نہیں۔ یہ یہ سب، یہ سب وہ ہے، یعنی متھ ہے جو انہوں نے بنا رکھی ہے۔ دیکھیں، آپ کو میں عرض کروں کہ</w:t>
      </w:r>
    </w:p>
    <w:p>
      <w:r>
        <w:rPr>
          <w:b/>
        </w:rPr>
        <w:t xml:space="preserve">[1:39:40] </w:t>
      </w:r>
      <w:r>
        <w:t>do hi tareeqe se koi baat proof hoti hai Islam</w:t>
      </w:r>
    </w:p>
    <w:p>
      <w:pPr>
        <w:jc w:val="right"/>
      </w:pPr>
      <w:r>
        <w:t>دو ہی طریقے سے کوئی بات پروف ہوتی ہے اسلام</w:t>
      </w:r>
    </w:p>
    <w:p>
      <w:r>
        <w:rPr>
          <w:b/>
        </w:rPr>
        <w:t xml:space="preserve">[1:39:44] </w:t>
      </w:r>
      <w:r>
        <w:t>mein: ya to written shakal mein ho, woh yani quran o hadees mein likhi hui ho, ya woh rasool aur ashab e rasool, sirf do, unhone aisa kiya ho, un ki practice se nikalta ho.</w:t>
      </w:r>
    </w:p>
    <w:p>
      <w:pPr>
        <w:jc w:val="right"/>
      </w:pPr>
      <w:r>
        <w:t>میں: یا تو ریٹن شکل میں ہو، وہ یعنی قرآن و حدیث میں لکھی ہوئی ہو، یا وہ رسول اور اصحاب رسول، صرف دو، انہوں نے ایسا کیا ہو، ان کی پریکٹس سے نکلتا ہو۔</w:t>
      </w:r>
    </w:p>
    <w:p>
      <w:r>
        <w:rPr>
          <w:b/>
        </w:rPr>
        <w:t xml:space="preserve">[1:39:56] </w:t>
      </w:r>
      <w:r>
        <w:t>yani agar quran o hadees mein likha hua ho, woh to woh mana jayega, ya rasool Allah ne, aap ke sahaba jo the, unhone kiya ho, tab mana jayega, warna kuch bhi nahi mana jayega, sab rejected hoga.</w:t>
      </w:r>
    </w:p>
    <w:p>
      <w:pPr>
        <w:jc w:val="right"/>
      </w:pPr>
      <w:r>
        <w:t>یعنی اگر قرآن و حدیث میں لکھا ہوا ہو، وہ تو وہ مانا جائے گا، یا رسول اللہ نے، آپ کے صحابہ جو تھے، انہوں نے کیا ہو، تب مانا جائے گا، ورنہ کچھ بھی نہیں مانا جائے گا، سب ریجیکٹڈ ہوگا۔</w:t>
      </w:r>
    </w:p>
    <w:p>
      <w:r>
        <w:rPr>
          <w:b/>
        </w:rPr>
        <w:t xml:space="preserve">[1:40:11] </w:t>
      </w:r>
      <w:r>
        <w:t>to yeh sab jo baatein hain, logon ne nikal rakhi hain baat ko, yeh na kahein quran mein hai, na hadees mein hai, na kisi sahabi ne aisa kiya. yeh sab baat ke logon ne banaya hai, yeh sab baseless hain, myth hai, yeh aur yeh superstition hai, yeh yeh Islam se koi ta'alluq is ka nahi hai.</w:t>
      </w:r>
    </w:p>
    <w:p>
      <w:pPr>
        <w:jc w:val="right"/>
      </w:pPr>
      <w:r>
        <w:t>تو یہ سب جو باتیں ہیں، لوگوں نے نکال رکھی ہیں بات کو، یہ نہ کہیں قرآن میں ہے، نہ حدیث میں ہے، نہ کسی صحابی نے ایسا کیا۔ یہ سب بات کے لوگوں نے بنایا ہے، یہ سب بیسلیس ہیں، متھ ہے، یہ اور یہ سپرسیشن ہے، یہ یہ اسلام سے کوئی تعلق اس کا نہیں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