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Paradise March 22, 2015</w:t>
      </w:r>
    </w:p>
    <w:p>
      <w:r>
        <w:t>https://www.youtube.com/watch?v=VkctmOdrRL0</w:t>
      </w:r>
    </w:p>
    <w:p>
      <w:r>
        <w:rPr>
          <w:b/>
        </w:rPr>
        <w:t xml:space="preserve">[00:21]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[00:24] </w:t>
      </w:r>
      <w:r>
        <w:t>wa-salla-llahu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wah-lul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[00:37] </w:t>
      </w:r>
      <w:r>
        <w:t>yaf-qahu qawli. 22 march 2015.</w:t>
      </w:r>
    </w:p>
    <w:p>
      <w:pPr>
        <w:jc w:val="right"/>
      </w:pPr>
      <w:r>
        <w:t>یفقہ قولی۔ 22 مارچ 2015۔</w:t>
      </w:r>
    </w:p>
    <w:p>
      <w:r>
        <w:rPr>
          <w:b/>
        </w:rPr>
        <w:t xml:space="preserve">[00:47] </w:t>
      </w:r>
      <w:r>
        <w:t>aaj ki baat</w:t>
      </w:r>
    </w:p>
    <w:p>
      <w:pPr>
        <w:jc w:val="right"/>
      </w:pPr>
      <w:r>
        <w:t>آج کی بات</w:t>
      </w:r>
    </w:p>
    <w:p>
      <w:r>
        <w:rPr>
          <w:b/>
        </w:rPr>
        <w:t xml:space="preserve">[00:51] </w:t>
      </w:r>
      <w:r>
        <w:t>mein apne aik experience se shuru karna chahta hoon.</w:t>
      </w:r>
    </w:p>
    <w:p>
      <w:pPr>
        <w:jc w:val="right"/>
      </w:pPr>
      <w:r>
        <w:t>میں اپنے ایک ایکسپیرینس سے شروع کرنا چاہتا ہوں۔</w:t>
      </w:r>
    </w:p>
    <w:p>
      <w:r>
        <w:rPr>
          <w:b/>
        </w:rPr>
        <w:t xml:space="preserve">[00:58] </w:t>
      </w:r>
      <w:r>
        <w:t>mere sath aik accident hua</w:t>
      </w:r>
    </w:p>
    <w:p>
      <w:pPr>
        <w:jc w:val="right"/>
      </w:pPr>
      <w:r>
        <w:t>میرے ساتھ ایک ایکسیڈنٹ ہوا</w:t>
      </w:r>
    </w:p>
    <w:p>
      <w:r>
        <w:rPr>
          <w:b/>
        </w:rPr>
        <w:t xml:space="preserve">[01:02] </w:t>
      </w:r>
      <w:r>
        <w:t>12 december 2014 ko,</w:t>
      </w:r>
    </w:p>
    <w:p>
      <w:pPr>
        <w:jc w:val="right"/>
      </w:pPr>
      <w:r>
        <w:t>12 دسمبر 2014 کو،</w:t>
      </w:r>
    </w:p>
    <w:p>
      <w:r>
        <w:rPr>
          <w:b/>
        </w:rPr>
        <w:t xml:space="preserve">[01:08] </w:t>
      </w:r>
      <w:r>
        <w:t>bombay mein. is ke baad taqreeban</w:t>
      </w:r>
    </w:p>
    <w:p>
      <w:pPr>
        <w:jc w:val="right"/>
      </w:pPr>
      <w:r>
        <w:t>بامبے میں۔ اس کے بعد تقریباً</w:t>
      </w:r>
    </w:p>
    <w:p>
      <w:r>
        <w:rPr>
          <w:b/>
        </w:rPr>
        <w:t xml:space="preserve">[01:12] </w:t>
      </w:r>
      <w:r>
        <w:t>3 mahine tak meri zindagi bilkul dhundhalki ho gayi.</w:t>
      </w:r>
    </w:p>
    <w:p>
      <w:pPr>
        <w:jc w:val="right"/>
      </w:pPr>
      <w:r>
        <w:t>3 مہینے تک میری زندگی بالکل دھندھلکی ہو گئی۔</w:t>
      </w:r>
    </w:p>
    <w:p>
      <w:r>
        <w:rPr>
          <w:b/>
        </w:rPr>
        <w:t xml:space="preserve">[01:19] </w:t>
      </w:r>
      <w:r>
        <w:t>dekhiye, mein rehta hoon jamdin west mein, seat 29 mein.</w:t>
      </w:r>
    </w:p>
    <w:p>
      <w:pPr>
        <w:jc w:val="right"/>
      </w:pPr>
      <w:r>
        <w:t>دیکھیے، میں رہتا ہوں جامدین ویسٹ میں، سیٹ 29 میں۔</w:t>
      </w:r>
    </w:p>
    <w:p>
      <w:r>
        <w:rPr>
          <w:b/>
        </w:rPr>
        <w:t xml:space="preserve">[01:25] </w:t>
      </w:r>
      <w:r>
        <w:t>to is ke</w:t>
      </w:r>
    </w:p>
    <w:p>
      <w:pPr>
        <w:jc w:val="right"/>
      </w:pPr>
      <w:r>
        <w:t>تو اس کے</w:t>
      </w:r>
    </w:p>
    <w:p>
      <w:r>
        <w:rPr>
          <w:b/>
        </w:rPr>
        <w:t xml:space="preserve">[01:31] </w:t>
      </w:r>
      <w:r>
        <w:t>sath yahan park hai, park ke samne hamare</w:t>
      </w:r>
    </w:p>
    <w:p>
      <w:pPr>
        <w:jc w:val="right"/>
      </w:pPr>
      <w:r>
        <w:t>ساتھ یہاں پارک ہے، پارک کے سامنے ہمارے</w:t>
      </w:r>
    </w:p>
    <w:p>
      <w:r>
        <w:rPr>
          <w:b/>
        </w:rPr>
        <w:t xml:space="preserve">[01:37] </w:t>
      </w:r>
      <w:r>
        <w:t>ghar mein aik jagah hai jis ko mein "spiritual corner" kehta hoon.</w:t>
      </w:r>
    </w:p>
    <w:p>
      <w:pPr>
        <w:jc w:val="right"/>
      </w:pPr>
      <w:r>
        <w:t>گھر میں ایک جگہ ہے جس کو میں "اسپیچول کارنر" کہتا ہوں۔</w:t>
      </w:r>
    </w:p>
    <w:p>
      <w:r>
        <w:rPr>
          <w:b/>
        </w:rPr>
        <w:t xml:space="preserve">[01:42] </w:t>
      </w:r>
      <w:r>
        <w:t>wahan baith kar mein poore park ko dekhta hoon</w:t>
      </w:r>
    </w:p>
    <w:p>
      <w:pPr>
        <w:jc w:val="right"/>
      </w:pPr>
      <w:r>
        <w:t>وہاں بیٹھ کر میں پورے پارک کو دیکھتا ہوں</w:t>
      </w:r>
    </w:p>
    <w:p>
      <w:r>
        <w:rPr>
          <w:b/>
        </w:rPr>
        <w:t xml:space="preserve">[01:47] </w:t>
      </w:r>
      <w:r>
        <w:t>to mere samne haray bharay darakht hotay hain, is mein chiriyaan urti hain,</w:t>
      </w:r>
    </w:p>
    <w:p>
      <w:pPr>
        <w:jc w:val="right"/>
      </w:pPr>
      <w:r>
        <w:t>تو میرے سامنے ہرے بھرے درخت ہوتے ہیں، اس میں چڑیاں اڑتی ہیں،</w:t>
      </w:r>
    </w:p>
    <w:p>
      <w:r>
        <w:rPr>
          <w:b/>
        </w:rPr>
        <w:t xml:space="preserve">[01:53] </w:t>
      </w:r>
      <w:r>
        <w:t>sooraj ki kirnein phaili hui hoti hain, hawaein chalti hain. yeh poora nature ka</w:t>
      </w:r>
    </w:p>
    <w:p>
      <w:pPr>
        <w:jc w:val="right"/>
      </w:pPr>
      <w:r>
        <w:t>سورج کی کرنیں پھیلی ہوئی ہوتی ہیں، ہوائیں چلتی ہیں۔ یہ پورا نیچر کا</w:t>
      </w:r>
    </w:p>
    <w:p>
      <w:r>
        <w:rPr>
          <w:b/>
        </w:rPr>
        <w:t xml:space="preserve">[02:01] </w:t>
      </w:r>
      <w:r>
        <w:t>mahol hota hai.</w:t>
      </w:r>
    </w:p>
    <w:p>
      <w:pPr>
        <w:jc w:val="right"/>
      </w:pPr>
      <w:r>
        <w:t>ماحول ہوتا ہے۔</w:t>
      </w:r>
    </w:p>
    <w:p>
      <w:r>
        <w:rPr>
          <w:b/>
        </w:rPr>
        <w:t xml:space="preserve">[02:04] </w:t>
      </w:r>
      <w:r>
        <w:t>to mein daily aisa karta tha ke is spiritual corner</w:t>
      </w:r>
    </w:p>
    <w:p>
      <w:pPr>
        <w:jc w:val="right"/>
      </w:pPr>
      <w:r>
        <w:t>تو میں ڈیلی ایسا کرتا تھا کہ اس اسپیچول کارنر</w:t>
      </w:r>
    </w:p>
    <w:p>
      <w:r>
        <w:rPr>
          <w:b/>
        </w:rPr>
        <w:t xml:space="preserve">[02:09] </w:t>
      </w:r>
      <w:r>
        <w:t>mein baithta tha, rozana.</w:t>
      </w:r>
    </w:p>
    <w:p>
      <w:pPr>
        <w:jc w:val="right"/>
      </w:pPr>
      <w:r>
        <w:t>میں بیٹھتا تھا، روزانہ۔</w:t>
      </w:r>
    </w:p>
    <w:p>
      <w:r>
        <w:rPr>
          <w:b/>
        </w:rPr>
        <w:t xml:space="preserve">[02:15] </w:t>
      </w:r>
      <w:r>
        <w:t>aur is mein mujhe special milta tha,</w:t>
      </w:r>
    </w:p>
    <w:p>
      <w:pPr>
        <w:jc w:val="right"/>
      </w:pPr>
      <w:r>
        <w:t>اور اس میں مجھے اسپیشل ملتا تھا،</w:t>
      </w:r>
    </w:p>
    <w:p>
      <w:r>
        <w:rPr>
          <w:b/>
        </w:rPr>
        <w:t xml:space="preserve">[02:19] </w:t>
      </w:r>
      <w:r>
        <w:t>is mein mujhe Khuda ka</w:t>
      </w:r>
    </w:p>
    <w:p>
      <w:pPr>
        <w:jc w:val="right"/>
      </w:pPr>
      <w:r>
        <w:t>اس میں مجھے خدا کا</w:t>
      </w:r>
    </w:p>
    <w:p>
      <w:r>
        <w:rPr>
          <w:b/>
        </w:rPr>
        <w:t xml:space="preserve">[02:25] </w:t>
      </w:r>
      <w:r>
        <w:t>taaruf milta tha, jannat ki jhalak dikhai deti thi.</w:t>
      </w:r>
    </w:p>
    <w:p>
      <w:pPr>
        <w:jc w:val="right"/>
      </w:pPr>
      <w:r>
        <w:t>تعارف ملتا تھا، جنت کی جھلک دکھائی دیتی تھی۔</w:t>
      </w:r>
    </w:p>
    <w:p>
      <w:r>
        <w:rPr>
          <w:b/>
        </w:rPr>
        <w:t xml:space="preserve">[02:31] </w:t>
      </w:r>
      <w:r>
        <w:t>kyun ke nature jo hai woh kya hai? Khuda ki takhleeq hai.</w:t>
      </w:r>
    </w:p>
    <w:p>
      <w:pPr>
        <w:jc w:val="right"/>
      </w:pPr>
      <w:r>
        <w:t>کیونکہ نیچر جو ہے وہ کیا ہے؟ خدا کی تخلیق ہے۔</w:t>
      </w:r>
    </w:p>
    <w:p>
      <w:r>
        <w:rPr>
          <w:b/>
        </w:rPr>
        <w:t xml:space="preserve">[02:36] </w:t>
      </w:r>
      <w:r>
        <w:t>aur takhleeq mein khaliq ko dekhna, yahi marifat hai.</w:t>
      </w:r>
    </w:p>
    <w:p>
      <w:pPr>
        <w:jc w:val="right"/>
      </w:pPr>
      <w:r>
        <w:t>اور تخلیق میں خالق کو دیکھنا، یہی معرفت ہے۔</w:t>
      </w:r>
    </w:p>
    <w:p>
      <w:r>
        <w:rPr>
          <w:b/>
        </w:rPr>
        <w:t xml:space="preserve">[02:42] </w:t>
      </w:r>
      <w:r>
        <w:t>to yeh mein karta tha.</w:t>
      </w:r>
    </w:p>
    <w:p>
      <w:pPr>
        <w:jc w:val="right"/>
      </w:pPr>
      <w:r>
        <w:t>تو یہ میں کرتا تھا۔</w:t>
      </w:r>
    </w:p>
    <w:p>
      <w:r>
        <w:rPr>
          <w:b/>
        </w:rPr>
        <w:t xml:space="preserve">[02:45] </w:t>
      </w:r>
      <w:r>
        <w:t>lekin 12 december ke baad yeh sab chhoot gaya mujh se. mein hospital mein raha, phir</w:t>
      </w:r>
    </w:p>
    <w:p>
      <w:pPr>
        <w:jc w:val="right"/>
      </w:pPr>
      <w:r>
        <w:t>لیکن 12 دسمبر کے بعد یہ سب چھوٹ گیا مجھ سے۔ میں ہاسپٹل میں رہا، پھر</w:t>
      </w:r>
    </w:p>
    <w:p>
      <w:r>
        <w:rPr>
          <w:b/>
        </w:rPr>
        <w:t xml:space="preserve">[02:55] </w:t>
      </w:r>
      <w:r>
        <w:t>aik kamray mein rehna para mujhe.</w:t>
      </w:r>
    </w:p>
    <w:p>
      <w:pPr>
        <w:jc w:val="right"/>
      </w:pPr>
      <w:r>
        <w:t>ایک کمرے میں رہنا پڑا مجھے۔</w:t>
      </w:r>
    </w:p>
    <w:p>
      <w:r>
        <w:rPr>
          <w:b/>
        </w:rPr>
        <w:t xml:space="preserve">[02:59] </w:t>
      </w:r>
      <w:r>
        <w:t>to in dino mein samajhta tha ke ab mera</w:t>
      </w:r>
    </w:p>
    <w:p>
      <w:pPr>
        <w:jc w:val="right"/>
      </w:pPr>
      <w:r>
        <w:t>تو ان دنوں میں سمجھتا تھا کہ اب میرا</w:t>
      </w:r>
    </w:p>
    <w:p>
      <w:r>
        <w:rPr>
          <w:b/>
        </w:rPr>
        <w:t xml:space="preserve">[03:03] </w:t>
      </w:r>
      <w:r>
        <w:t>woh waqt jo hai, ab kabhi wapas nahi aye ga.</w:t>
      </w:r>
    </w:p>
    <w:p>
      <w:pPr>
        <w:jc w:val="right"/>
      </w:pPr>
      <w:r>
        <w:t>وہ وقت جو ہے، اب کبھی واپس نہیں آئے گا۔</w:t>
      </w:r>
    </w:p>
    <w:p>
      <w:r>
        <w:rPr>
          <w:b/>
        </w:rPr>
        <w:t xml:space="preserve">[03:08] </w:t>
      </w:r>
      <w:r>
        <w:t>aksar apni tanhaiyon mein yeh shair parhta tha:</w:t>
      </w:r>
    </w:p>
    <w:p>
      <w:pPr>
        <w:jc w:val="right"/>
      </w:pPr>
      <w:r>
        <w:t>اکثر اپنی تنہائیوں میں یہ شعر پڑھتا تھا:</w:t>
      </w:r>
    </w:p>
    <w:p>
      <w:r>
        <w:rPr>
          <w:b/>
        </w:rPr>
        <w:t xml:space="preserve">[03:13] </w:t>
      </w:r>
      <w:r>
        <w:t>aata yaad mujh ko guzra hua zamana,</w:t>
      </w:r>
    </w:p>
    <w:p>
      <w:pPr>
        <w:jc w:val="right"/>
      </w:pPr>
      <w:r>
        <w:t>"آتا یاد مجھ کو گزرا ہوا زمانہ،</w:t>
      </w:r>
    </w:p>
    <w:p>
      <w:r>
        <w:rPr>
          <w:b/>
        </w:rPr>
        <w:t xml:space="preserve">[03:17] </w:t>
      </w:r>
      <w:r>
        <w:t>woh daaliyan chaman ki, woh mera aashiyana.</w:t>
      </w:r>
    </w:p>
    <w:p>
      <w:pPr>
        <w:jc w:val="right"/>
      </w:pPr>
      <w:r>
        <w:t>وہ ڈالیاں چمن کی، وہ میرا آشیانہ۔"</w:t>
      </w:r>
    </w:p>
    <w:p>
      <w:r>
        <w:rPr>
          <w:b/>
        </w:rPr>
        <w:t xml:space="preserve">[03:23] </w:t>
      </w:r>
      <w:r>
        <w:t>raat din yeh isi ehsaas mein jeeta tha.</w:t>
      </w:r>
    </w:p>
    <w:p>
      <w:pPr>
        <w:jc w:val="right"/>
      </w:pPr>
      <w:r>
        <w:t>رات دن یہ اسی احساس میں جیتا تھا۔</w:t>
      </w:r>
    </w:p>
    <w:p>
      <w:r>
        <w:rPr>
          <w:b/>
        </w:rPr>
        <w:t xml:space="preserve">[03:28] </w:t>
      </w:r>
      <w:r>
        <w:t>aur yeh shair parhta tha: aata yaad mujh ko guzra hua zamana,</w:t>
      </w:r>
    </w:p>
    <w:p>
      <w:pPr>
        <w:jc w:val="right"/>
      </w:pPr>
      <w:r>
        <w:t>اور یہ شعر پڑھتا تھا: "آتا یاد مجھ کو گزرا ہوا زمانہ،</w:t>
      </w:r>
    </w:p>
    <w:p>
      <w:r>
        <w:rPr>
          <w:b/>
        </w:rPr>
        <w:t xml:space="preserve">[03:34] </w:t>
      </w:r>
      <w:r>
        <w:t>woh daaliyan chaman ki, woh mera aashiyana.</w:t>
      </w:r>
    </w:p>
    <w:p>
      <w:pPr>
        <w:jc w:val="right"/>
      </w:pPr>
      <w:r>
        <w:t>وہ ڈالیاں چمن کی، وہ میرا آشیانہ۔"</w:t>
      </w:r>
    </w:p>
    <w:p>
      <w:r>
        <w:rPr>
          <w:b/>
        </w:rPr>
        <w:t xml:space="preserve">[03:38] </w:t>
      </w:r>
      <w:r>
        <w:t>toh ek ajeeb ehsaas hota tha ke kya mera</w:t>
      </w:r>
    </w:p>
    <w:p>
      <w:pPr>
        <w:jc w:val="right"/>
      </w:pPr>
      <w:r>
        <w:t>تو ایک عجیب احساس ہوتا تھا کہ کیا میرا</w:t>
      </w:r>
    </w:p>
    <w:p>
      <w:r>
        <w:rPr>
          <w:b/>
        </w:rPr>
        <w:t xml:space="preserve">[03:42] </w:t>
      </w:r>
      <w:r>
        <w:t>woh spiritual corner mujh se chhoot gaya?</w:t>
      </w:r>
    </w:p>
    <w:p>
      <w:pPr>
        <w:jc w:val="right"/>
      </w:pPr>
      <w:r>
        <w:t>وہ اسپیچول کارنر مجھ سے چھوٹ گیا؟</w:t>
      </w:r>
    </w:p>
    <w:p>
      <w:r>
        <w:rPr>
          <w:b/>
        </w:rPr>
        <w:t xml:space="preserve">[03:45] </w:t>
      </w:r>
      <w:r>
        <w:t>kya woh jagah mujh se chhoot gayi jahan se mein</w:t>
      </w:r>
    </w:p>
    <w:p>
      <w:pPr>
        <w:jc w:val="right"/>
      </w:pPr>
      <w:r>
        <w:t>کیا وہ جگہ مجھ سے چھوٹ گئی جہاں سے میں</w:t>
      </w:r>
    </w:p>
    <w:p>
      <w:r>
        <w:rPr>
          <w:b/>
        </w:rPr>
        <w:t xml:space="preserve">[03:51] </w:t>
      </w:r>
      <w:r>
        <w:t>جنت کی جھلک دیکھتا تھا، جہاں میں God کا تعارف حاصل کرتا تھا،</w:t>
      </w:r>
    </w:p>
    <w:p>
      <w:pPr>
        <w:jc w:val="right"/>
      </w:pPr>
      <w:r>
        <w:t>جنت کی جھلک دیکھتا تھا، جہاں میں گاڈ کا تعارف حاصل کرتا تھا،</w:t>
      </w:r>
    </w:p>
    <w:p>
      <w:r>
        <w:rPr>
          <w:b/>
        </w:rPr>
        <w:t xml:space="preserve">[03:58] </w:t>
      </w:r>
      <w:r>
        <w:t>jahan se mujhe</w:t>
      </w:r>
    </w:p>
    <w:p>
      <w:pPr>
        <w:jc w:val="right"/>
      </w:pPr>
      <w:r>
        <w:t>جہاں سے مجھے</w:t>
      </w:r>
    </w:p>
    <w:p>
      <w:r>
        <w:rPr>
          <w:b/>
        </w:rPr>
        <w:t xml:space="preserve">[04:00] </w:t>
      </w:r>
      <w:r>
        <w:t>spiritual rizq milta tha?</w:t>
      </w:r>
    </w:p>
    <w:p>
      <w:pPr>
        <w:jc w:val="right"/>
      </w:pPr>
      <w:r>
        <w:t>اسپیچول رزق ملتا تھا؟</w:t>
      </w:r>
    </w:p>
    <w:p>
      <w:r>
        <w:rPr>
          <w:b/>
        </w:rPr>
        <w:t xml:space="preserve">[04:05] </w:t>
      </w:r>
      <w:r>
        <w:t>ab, lekin ab Khuda ke fazl se woh poora daur wapas aa gaya hai. ab mein phir wahan</w:t>
      </w:r>
    </w:p>
    <w:p>
      <w:pPr>
        <w:jc w:val="right"/>
      </w:pPr>
      <w:r>
        <w:t>اب، لیکن اب خدا کے فضل سے وہ پورا دور واپس آ گیا ہے۔ اب میں پھر وہاں</w:t>
      </w:r>
    </w:p>
    <w:p>
      <w:r>
        <w:rPr>
          <w:b/>
        </w:rPr>
        <w:t xml:space="preserve">[04:10] </w:t>
      </w:r>
      <w:r>
        <w:t>بیٹھتا ہوں، اب پھر اپنے spiritual corner کو میں استعمال کرتا ہوں۔ اور اسی طرح سے مجھے inspiration</w:t>
      </w:r>
    </w:p>
    <w:p>
      <w:pPr>
        <w:jc w:val="right"/>
      </w:pPr>
      <w:r>
        <w:t>بیٹھتا ہوں، اب پھر اپنے اسپیچول کارنر کو میں استعمال کرتا ہوں۔ اور اسی طرح سے مجھے انسپیریشن</w:t>
      </w:r>
    </w:p>
    <w:p>
      <w:r>
        <w:rPr>
          <w:b/>
        </w:rPr>
        <w:t xml:space="preserve">[04:18] </w:t>
      </w:r>
      <w:r>
        <w:t>mil raha hai.</w:t>
      </w:r>
    </w:p>
    <w:p>
      <w:pPr>
        <w:jc w:val="right"/>
      </w:pPr>
      <w:r>
        <w:t>مل رہا ہے۔</w:t>
      </w:r>
    </w:p>
    <w:p>
      <w:r>
        <w:rPr>
          <w:b/>
        </w:rPr>
        <w:t xml:space="preserve">[04:22] </w:t>
      </w:r>
      <w:r>
        <w:t>toh yeh mere liye ek bohat bara tajruba ban gaya.</w:t>
      </w:r>
    </w:p>
    <w:p>
      <w:pPr>
        <w:jc w:val="right"/>
      </w:pPr>
      <w:r>
        <w:t>تو یہ میرے لیے ایک بہت بڑا تجربہ بن گیا۔</w:t>
      </w:r>
    </w:p>
    <w:p>
      <w:r>
        <w:rPr>
          <w:b/>
        </w:rPr>
        <w:t xml:space="preserve">[04:29] </w:t>
      </w:r>
      <w:r>
        <w:t>tajruba is baat ka</w:t>
      </w:r>
    </w:p>
    <w:p>
      <w:pPr>
        <w:jc w:val="right"/>
      </w:pPr>
      <w:r>
        <w:t>تجربہ اس بات کا</w:t>
      </w:r>
    </w:p>
    <w:p>
      <w:r>
        <w:rPr>
          <w:b/>
        </w:rPr>
        <w:t xml:space="preserve">[04:32] </w:t>
      </w:r>
      <w:r>
        <w:t>ke Allah taala ne jis tarah mujhe</w:t>
      </w:r>
    </w:p>
    <w:p>
      <w:pPr>
        <w:jc w:val="right"/>
      </w:pPr>
      <w:r>
        <w:t>کہ اللہ تعالیٰ نے جس طرح مجھے</w:t>
      </w:r>
    </w:p>
    <w:p>
      <w:r>
        <w:rPr>
          <w:b/>
        </w:rPr>
        <w:t xml:space="preserve">[04:35] </w:t>
      </w:r>
      <w:r>
        <w:t>mere spiritual corner ko dobara lotaya hai, aise hi mujhe dobara jannat lotaye ga.</w:t>
      </w:r>
    </w:p>
    <w:p>
      <w:pPr>
        <w:jc w:val="right"/>
      </w:pPr>
      <w:r>
        <w:t>میرے اسپیچول کارنر کو دوبارہ لوٹایا ہے، ایسے ہی مجھے دوبارہ جنت لوٹائے گا۔</w:t>
      </w:r>
    </w:p>
    <w:p>
      <w:r>
        <w:rPr>
          <w:b/>
        </w:rPr>
        <w:t xml:space="preserve">[04:44] </w:t>
      </w:r>
      <w:r>
        <w:t>dekhiye, hum sab ka case kya hai? Allah ne paida kiya hamare</w:t>
      </w:r>
    </w:p>
    <w:p>
      <w:pPr>
        <w:jc w:val="right"/>
      </w:pPr>
      <w:r>
        <w:t>دیکھیے، ہم سب کا کیس کیا ہے؟ اللہ نے پیدا کیا ہمارے</w:t>
      </w:r>
    </w:p>
    <w:p>
      <w:r>
        <w:rPr>
          <w:b/>
        </w:rPr>
        <w:t xml:space="preserve">[04:50] </w:t>
      </w:r>
      <w:r>
        <w:t>jo ancestor the, Adam aur Hawa, un ko Allah ne</w:t>
      </w:r>
    </w:p>
    <w:p>
      <w:pPr>
        <w:jc w:val="right"/>
      </w:pPr>
      <w:r>
        <w:t>جو انسسٹر تھے، آدم اور حوا، ان کو اللہ نے</w:t>
      </w:r>
    </w:p>
    <w:p>
      <w:r>
        <w:rPr>
          <w:b/>
        </w:rPr>
        <w:t xml:space="preserve">[04:59] </w:t>
      </w:r>
      <w:r>
        <w:t>paida kar ke jannat mein rakha.</w:t>
      </w:r>
    </w:p>
    <w:p>
      <w:pPr>
        <w:jc w:val="right"/>
      </w:pPr>
      <w:r>
        <w:t>پیدا کر کے جنت میں رکھا۔</w:t>
      </w:r>
    </w:p>
    <w:p>
      <w:r>
        <w:rPr>
          <w:b/>
        </w:rPr>
        <w:t xml:space="preserve">[05:02] </w:t>
      </w:r>
      <w:r>
        <w:t>yeh aap jante hain.</w:t>
      </w:r>
    </w:p>
    <w:p>
      <w:pPr>
        <w:jc w:val="right"/>
      </w:pPr>
      <w:r>
        <w:t>یہ آپ جانتے ہیں۔</w:t>
      </w:r>
    </w:p>
    <w:p>
      <w:r>
        <w:rPr>
          <w:b/>
        </w:rPr>
        <w:t xml:space="preserve">[05:05] </w:t>
      </w:r>
      <w:r>
        <w:t>phir kisi wajah se un ko jannat se nikaal diya gaya.</w:t>
      </w:r>
    </w:p>
    <w:p>
      <w:pPr>
        <w:jc w:val="right"/>
      </w:pPr>
      <w:r>
        <w:t>پھر کسی وجہ سے ان کو جنت سے نکال دیا گیا۔</w:t>
      </w:r>
    </w:p>
    <w:p>
      <w:r>
        <w:rPr>
          <w:b/>
        </w:rPr>
        <w:t xml:space="preserve">[05:09] </w:t>
      </w:r>
      <w:r>
        <w:t>ab masla yeh hai jannat mein lotne ka.</w:t>
      </w:r>
    </w:p>
    <w:p>
      <w:pPr>
        <w:jc w:val="right"/>
      </w:pPr>
      <w:r>
        <w:t>اب مسئلہ یہ ہے جنت میں لوٹنے کا۔</w:t>
      </w:r>
    </w:p>
    <w:p>
      <w:r>
        <w:rPr>
          <w:b/>
        </w:rPr>
        <w:t xml:space="preserve">[05:14] </w:t>
      </w:r>
      <w:r>
        <w:t>jannat mein lotne ka. jis jannat se nikaal diya gaya tha,</w:t>
      </w:r>
    </w:p>
    <w:p>
      <w:pPr>
        <w:jc w:val="right"/>
      </w:pPr>
      <w:r>
        <w:t>جنت میں لوٹنے کا۔ جس جنت سے نکال دیا گیا تھا،</w:t>
      </w:r>
    </w:p>
    <w:p>
      <w:r>
        <w:rPr>
          <w:b/>
        </w:rPr>
        <w:t xml:space="preserve">[05:18] </w:t>
      </w:r>
      <w:r>
        <w:t>us mein phir lotne ka.</w:t>
      </w:r>
    </w:p>
    <w:p>
      <w:pPr>
        <w:jc w:val="right"/>
      </w:pPr>
      <w:r>
        <w:t>اس میں پھر لوٹنے کا۔</w:t>
      </w:r>
    </w:p>
    <w:p>
      <w:r>
        <w:rPr>
          <w:b/>
        </w:rPr>
        <w:t xml:space="preserve">[05:21] </w:t>
      </w:r>
      <w:r>
        <w:t>isi ko le kar ke</w:t>
      </w:r>
    </w:p>
    <w:p>
      <w:pPr>
        <w:jc w:val="right"/>
      </w:pPr>
      <w:r>
        <w:t>اسی کو لے کر کے</w:t>
      </w:r>
    </w:p>
    <w:p>
      <w:r>
        <w:rPr>
          <w:b/>
        </w:rPr>
        <w:t xml:space="preserve">[05:24] </w:t>
      </w:r>
      <w:r>
        <w:t>angrezi poet Milton ne</w:t>
      </w:r>
    </w:p>
    <w:p>
      <w:pPr>
        <w:jc w:val="right"/>
      </w:pPr>
      <w:r>
        <w:t>انگلش پوئٹ ملٹن نے</w:t>
      </w:r>
    </w:p>
    <w:p>
      <w:r>
        <w:rPr>
          <w:b/>
        </w:rPr>
        <w:t xml:space="preserve">[05:31] </w:t>
      </w:r>
      <w:r>
        <w:t>do bahut badi kitabein likhin,</w:t>
      </w:r>
    </w:p>
    <w:p>
      <w:pPr>
        <w:jc w:val="right"/>
      </w:pPr>
      <w:r>
        <w:t>دو بہت بڑی کتابیں لکھیں،</w:t>
      </w:r>
    </w:p>
    <w:p>
      <w:r>
        <w:rPr>
          <w:b/>
        </w:rPr>
        <w:t xml:space="preserve">[05:35] </w:t>
      </w:r>
      <w:r>
        <w:t>jo bahut mashhoor hain.</w:t>
      </w:r>
    </w:p>
    <w:p>
      <w:pPr>
        <w:jc w:val="right"/>
      </w:pPr>
      <w:r>
        <w:t>جو بہت مشہور ہیں۔</w:t>
      </w:r>
    </w:p>
    <w:p>
      <w:r>
        <w:rPr>
          <w:b/>
        </w:rPr>
        <w:t xml:space="preserve">[05:39] </w:t>
      </w:r>
      <w:r>
        <w:t>pehlay is ki kitab chhapi thi, is ka naam tha "Paradise Lost",</w:t>
      </w:r>
    </w:p>
    <w:p>
      <w:pPr>
        <w:jc w:val="right"/>
      </w:pPr>
      <w:r>
        <w:t>پہلے اس کی کتاب چھپی تھی، اس کا نام تھا "پیرڈائز لاسٹ"،</w:t>
      </w:r>
    </w:p>
    <w:p>
      <w:r>
        <w:rPr>
          <w:b/>
        </w:rPr>
        <w:t xml:space="preserve">[05:46] </w:t>
      </w:r>
      <w:r>
        <w:t>yani "Gumshuda Paradise",</w:t>
      </w:r>
    </w:p>
    <w:p>
      <w:pPr>
        <w:jc w:val="right"/>
      </w:pPr>
      <w:r>
        <w:t>یعنی "گمشدہ پیرڈائز"،</w:t>
      </w:r>
    </w:p>
    <w:p>
      <w:r>
        <w:rPr>
          <w:b/>
        </w:rPr>
        <w:t xml:space="preserve">[05:49] </w:t>
      </w:r>
      <w:r>
        <w:t>"Firdous Gumgashta". Is mein wahi kahani hai ke Adam kis tarah se paida kar ke jannat mein rakhe</w:t>
      </w:r>
    </w:p>
    <w:p>
      <w:pPr>
        <w:jc w:val="right"/>
      </w:pPr>
      <w:r>
        <w:t>"فردوس گمگشتہ"۔ اس میں وہی کہانی ہے کہ آدم کس طرح سے پیدا کر کے جنت میں رکھے</w:t>
      </w:r>
    </w:p>
    <w:p>
      <w:r>
        <w:rPr>
          <w:b/>
        </w:rPr>
        <w:t xml:space="preserve">[05:58] </w:t>
      </w:r>
      <w:r>
        <w:t>gaye, phir jannat is se khoi gayi.</w:t>
      </w:r>
    </w:p>
    <w:p>
      <w:pPr>
        <w:jc w:val="right"/>
      </w:pPr>
      <w:r>
        <w:t>گئے، پھر جنت اس سے کھوئی گئی۔</w:t>
      </w:r>
    </w:p>
    <w:p>
      <w:r>
        <w:rPr>
          <w:b/>
        </w:rPr>
        <w:t xml:space="preserve">[06:03] </w:t>
      </w:r>
      <w:r>
        <w:t>To hum sab ka case wahi hai, jannat ke hum ne jannat kho rakhi hai.</w:t>
      </w:r>
    </w:p>
    <w:p>
      <w:pPr>
        <w:jc w:val="right"/>
      </w:pPr>
      <w:r>
        <w:t>تو ہم سب کا کیس وہی ہے، جنت کہ ہم نے جنت کھو رکھی ہے۔</w:t>
      </w:r>
    </w:p>
    <w:p>
      <w:r>
        <w:rPr>
          <w:b/>
        </w:rPr>
        <w:t xml:space="preserve">[06:11] </w:t>
      </w:r>
      <w:r>
        <w:t>To phir is ne kitab likhi doosri baat ko, "Paradise Regained".</w:t>
      </w:r>
    </w:p>
    <w:p>
      <w:pPr>
        <w:jc w:val="right"/>
      </w:pPr>
      <w:r>
        <w:t>تو پھر اس نے کتاب لکھی دوسری بات کو، "پیرڈائز ری گین"۔</w:t>
      </w:r>
    </w:p>
    <w:p>
      <w:r>
        <w:rPr>
          <w:b/>
        </w:rPr>
        <w:t xml:space="preserve">[06:19] </w:t>
      </w:r>
      <w:r>
        <w:t>Jannat, yani jannat ki bazyaft.</w:t>
      </w:r>
    </w:p>
    <w:p>
      <w:pPr>
        <w:jc w:val="right"/>
      </w:pPr>
      <w:r>
        <w:t>جنت، یعنی جنت کی بازیافت۔</w:t>
      </w:r>
    </w:p>
    <w:p>
      <w:r>
        <w:rPr>
          <w:b/>
        </w:rPr>
        <w:t xml:space="preserve">[06:24] </w:t>
      </w:r>
      <w:r>
        <w:t>"Paradise Regained". Ke khoi hui jannat phir insan ko mil gayi.</w:t>
      </w:r>
    </w:p>
    <w:p>
      <w:pPr>
        <w:jc w:val="right"/>
      </w:pPr>
      <w:r>
        <w:t>"پیرڈائز ری گین"۔ کہ کھوئی ہوئی جنت پھر انسان کو مل گئی۔</w:t>
      </w:r>
    </w:p>
    <w:p>
      <w:r>
        <w:rPr>
          <w:b/>
        </w:rPr>
        <w:t xml:space="preserve">[06:29] </w:t>
      </w:r>
      <w:r>
        <w:t>To woh to shayari hai,</w:t>
      </w:r>
    </w:p>
    <w:p>
      <w:pPr>
        <w:jc w:val="right"/>
      </w:pPr>
      <w:r>
        <w:t>تو وہ تو شاعری ہے،</w:t>
      </w:r>
    </w:p>
    <w:p>
      <w:r>
        <w:rPr>
          <w:b/>
        </w:rPr>
        <w:t xml:space="preserve">[06:32] </w:t>
      </w:r>
      <w:r>
        <w:t>koi haqeeqat nahi hai.</w:t>
      </w:r>
    </w:p>
    <w:p>
      <w:pPr>
        <w:jc w:val="right"/>
      </w:pPr>
      <w:r>
        <w:t>کوئی حقیقت نہیں ہے۔</w:t>
      </w:r>
    </w:p>
    <w:p>
      <w:r>
        <w:rPr>
          <w:b/>
        </w:rPr>
        <w:t xml:space="preserve">[06:35] </w:t>
      </w:r>
      <w:r>
        <w:t>Lekin mere liye jo yeh tajurba hua, woh mere liye ek dua ban gaya.</w:t>
      </w:r>
    </w:p>
    <w:p>
      <w:pPr>
        <w:jc w:val="right"/>
      </w:pPr>
      <w:r>
        <w:t>لیکن میرے لیے جو یہ تجربہ ہوا، وہ میرے لیے ایک دعا بن گیا۔</w:t>
      </w:r>
    </w:p>
    <w:p>
      <w:r>
        <w:rPr>
          <w:b/>
        </w:rPr>
        <w:t xml:space="preserve">[06:42] </w:t>
      </w:r>
      <w:r>
        <w:t>Ke Khuda, jis tarah tu ne meri khoi hui jannat ko wapas kiya dunya mein, aise hi akhirat</w:t>
      </w:r>
    </w:p>
    <w:p>
      <w:pPr>
        <w:jc w:val="right"/>
      </w:pPr>
      <w:r>
        <w:t>کہ خدا، جس طرح تو نے میری کھوئی ہوئی جنت کو واپس کیا دنیا میں، ایسے ہی آخرت</w:t>
      </w:r>
    </w:p>
    <w:p>
      <w:r>
        <w:rPr>
          <w:b/>
        </w:rPr>
        <w:t xml:space="preserve">[06:50] </w:t>
      </w:r>
      <w:r>
        <w:t>mein to mujhe jannat ko wapas kar de.</w:t>
      </w:r>
    </w:p>
    <w:p>
      <w:pPr>
        <w:jc w:val="right"/>
      </w:pPr>
      <w:r>
        <w:t>میں تو مجھے جنت کو واپس کر دے۔</w:t>
      </w:r>
    </w:p>
    <w:p>
      <w:r>
        <w:rPr>
          <w:b/>
        </w:rPr>
        <w:t xml:space="preserve">[06:54] </w:t>
      </w:r>
      <w:r>
        <w:t>Dobara mujhe paradise de de.</w:t>
      </w:r>
    </w:p>
    <w:p>
      <w:pPr>
        <w:jc w:val="right"/>
      </w:pPr>
      <w:r>
        <w:t>دوبارہ مجھے پیرڈائز دے دے۔</w:t>
      </w:r>
    </w:p>
    <w:p>
      <w:r>
        <w:rPr>
          <w:b/>
        </w:rPr>
        <w:t xml:space="preserve">[06:59] </w:t>
      </w:r>
      <w:r>
        <w:t>To yeh mere liye ek bahut bada tajurba tha.</w:t>
      </w:r>
    </w:p>
    <w:p>
      <w:pPr>
        <w:jc w:val="right"/>
      </w:pPr>
      <w:r>
        <w:t>تو یہ میرے لیے ایک بہت بڑا تجربہ تھا۔</w:t>
      </w:r>
    </w:p>
    <w:p>
      <w:r>
        <w:rPr>
          <w:b/>
        </w:rPr>
        <w:t xml:space="preserve">[07:03] </w:t>
      </w:r>
      <w:r>
        <w:t>Aur is mein, dekhiye, main aap ko ek Quran ki ek ayat yaad dilana chahta hoon.</w:t>
      </w:r>
    </w:p>
    <w:p>
      <w:pPr>
        <w:jc w:val="right"/>
      </w:pPr>
      <w:r>
        <w:t>اور اس میں، دیکھیے، میں آپ کو ایک قرآن کی ایک آیت یاد دلانا چاہتا ہوں۔</w:t>
      </w:r>
    </w:p>
    <w:p>
      <w:r>
        <w:rPr>
          <w:b/>
        </w:rPr>
        <w:t xml:space="preserve">[07:10] </w:t>
      </w:r>
      <w:r>
        <w:t>Woh bahut hi aham ayat hai.</w:t>
      </w:r>
    </w:p>
    <w:p>
      <w:pPr>
        <w:jc w:val="right"/>
      </w:pPr>
      <w:r>
        <w:t>وہ بہت ہی اہم آیت ہے۔</w:t>
      </w:r>
    </w:p>
    <w:p>
      <w:r>
        <w:rPr>
          <w:b/>
        </w:rPr>
        <w:t xml:space="preserve">[07:14] </w:t>
      </w:r>
      <w:r>
        <w:t>Is mein yeh kaha gaya hai ke agar tum mile hue ko</w:t>
      </w:r>
    </w:p>
    <w:p>
      <w:pPr>
        <w:jc w:val="right"/>
      </w:pPr>
      <w:r>
        <w:t>اس میں یہ کہا گیا ہے کہ اگر تم ملے ہوئے کو</w:t>
      </w:r>
    </w:p>
    <w:p>
      <w:r>
        <w:rPr>
          <w:b/>
        </w:rPr>
        <w:t xml:space="preserve">[07:17] </w:t>
      </w:r>
      <w:r>
        <w:t>mile hue par shukr ada karo, to jo cheez nahi mili hui hai, woh tum ko di jayegi</w:t>
      </w:r>
    </w:p>
    <w:p>
      <w:pPr>
        <w:jc w:val="right"/>
      </w:pPr>
      <w:r>
        <w:t>ملے ہوئے پر شکر ادا کرو، تو جو چیز نہیں ملی ہوئی ہے، وہ تم کو دی جائے</w:t>
      </w:r>
    </w:p>
    <w:p>
      <w:r>
        <w:rPr>
          <w:b/>
        </w:rPr>
        <w:t xml:space="preserve">[07:21] </w:t>
      </w:r>
      <w:r>
        <w:t>gi. Yeh bahut badi ayat hai.</w:t>
      </w:r>
    </w:p>
    <w:p>
      <w:pPr>
        <w:jc w:val="right"/>
      </w:pPr>
      <w:r>
        <w:t>گی۔ یہ بہت بڑی آیت ہے۔</w:t>
      </w:r>
    </w:p>
    <w:p>
      <w:r>
        <w:rPr>
          <w:b/>
        </w:rPr>
        <w:t xml:space="preserve">[07:29] </w:t>
      </w:r>
      <w:r>
        <w:t>Bahut badi baat is mein. Kyun ke Allah ki taraf se insan ko kuch na kuch to milta hi</w:t>
      </w:r>
    </w:p>
    <w:p>
      <w:pPr>
        <w:jc w:val="right"/>
      </w:pPr>
      <w:r>
        <w:t>بہت بڑی بات اس میں۔ کیونکہ اللہ کی طرف سے انسان کو کچھ نہ کچھ تو ملتا ہی</w:t>
      </w:r>
    </w:p>
    <w:p>
      <w:r>
        <w:rPr>
          <w:b/>
        </w:rPr>
        <w:t xml:space="preserve">[07:34] </w:t>
      </w:r>
      <w:r>
        <w:t>hai. Is mile hue par agar woh shukr kare, to jo abhi nahi mila hua hai, woh bhi</w:t>
      </w:r>
    </w:p>
    <w:p>
      <w:pPr>
        <w:jc w:val="right"/>
      </w:pPr>
      <w:r>
        <w:t>ہے۔ اس ملے ہوئے پر اگر وہ شکر کرے، تو جو ابھی نہیں ملا ہوا ہے، وہ بھی</w:t>
      </w:r>
    </w:p>
    <w:p>
      <w:r>
        <w:rPr>
          <w:b/>
        </w:rPr>
        <w:t xml:space="preserve">[07:41] </w:t>
      </w:r>
      <w:r>
        <w:t>us ke liye likh diya jayega.</w:t>
      </w:r>
    </w:p>
    <w:p>
      <w:pPr>
        <w:jc w:val="right"/>
      </w:pPr>
      <w:r>
        <w:t>اس کے لیے لکھ دیا جائے گا۔</w:t>
      </w:r>
    </w:p>
    <w:p>
      <w:r>
        <w:rPr>
          <w:b/>
        </w:rPr>
        <w:t xml:space="preserve">[07:47] </w:t>
      </w:r>
      <w:r>
        <w:t>Yeh bohat bari baat hai.</w:t>
      </w:r>
    </w:p>
    <w:p>
      <w:pPr>
        <w:jc w:val="right"/>
      </w:pPr>
      <w:r>
        <w:t>یہ بہت بڑی بات ہے۔</w:t>
      </w:r>
    </w:p>
    <w:p>
      <w:r>
        <w:rPr>
          <w:b/>
        </w:rPr>
        <w:t xml:space="preserve">[07:54] </w:t>
      </w:r>
      <w:r>
        <w:t>To main samajhta hoon. Aur phir ek hadith hai</w:t>
      </w:r>
    </w:p>
    <w:p>
      <w:pPr>
        <w:jc w:val="right"/>
      </w:pPr>
      <w:r>
        <w:t>تو میں سمجھتا ہوں۔ اور پھر ایک حدیث ہے</w:t>
      </w:r>
    </w:p>
    <w:p>
      <w:r>
        <w:rPr>
          <w:b/>
        </w:rPr>
        <w:t xml:space="preserve">[08:01] </w:t>
      </w:r>
      <w:r>
        <w:t>ke "Ana inda zann abdi falyazunn bi khairan".</w:t>
      </w:r>
    </w:p>
    <w:p>
      <w:pPr>
        <w:jc w:val="right"/>
      </w:pPr>
      <w:r>
        <w:t>کہ "أنا عند ظن عبدي فليظن بي خيرا"۔</w:t>
      </w:r>
    </w:p>
    <w:p>
      <w:r>
        <w:rPr>
          <w:b/>
        </w:rPr>
        <w:t xml:space="preserve">[08:08] </w:t>
      </w:r>
      <w:r>
        <w:t>Main bande ke guman ke sath hoon, to mere bare mein acha guman kare.</w:t>
      </w:r>
    </w:p>
    <w:p>
      <w:pPr>
        <w:jc w:val="right"/>
      </w:pPr>
      <w:r>
        <w:t>میں بندے کے گمان کے ساتھ ہوں، تو میرے بارے میں اچھا گمان کرے۔</w:t>
      </w:r>
    </w:p>
    <w:p>
      <w:r>
        <w:rPr>
          <w:b/>
        </w:rPr>
        <w:t xml:space="preserve">[08:18] </w:t>
      </w:r>
      <w:r>
        <w:t>Main bande ke guman ke sath hoon, to banda mere bare mein acha guman kare.</w:t>
      </w:r>
    </w:p>
    <w:p>
      <w:pPr>
        <w:jc w:val="right"/>
      </w:pPr>
      <w:r>
        <w:t>میں بندے کے گمان کے ساتھ ہوں، تو بندہ میرے بارے میں اچھا گمان کرے۔</w:t>
      </w:r>
    </w:p>
    <w:p>
      <w:r>
        <w:rPr>
          <w:b/>
        </w:rPr>
        <w:t xml:space="preserve">[08:27] </w:t>
      </w:r>
      <w:r>
        <w:t>"Ana inda zann abdi falyazunn bi khairan".</w:t>
      </w:r>
    </w:p>
    <w:p>
      <w:pPr>
        <w:jc w:val="right"/>
      </w:pPr>
      <w:r>
        <w:t>"أنا عند ظن عبدي فليظن بي خيرا"۔</w:t>
      </w:r>
    </w:p>
    <w:p>
      <w:r>
        <w:rPr>
          <w:b/>
        </w:rPr>
        <w:t xml:space="preserve">[08:37] </w:t>
      </w:r>
      <w:r>
        <w:t>To yeh ayat jo hai, bohat bari umeed hamare liye hai. Ke dunya mein Allah taala hamein</w:t>
      </w:r>
    </w:p>
    <w:p>
      <w:pPr>
        <w:jc w:val="right"/>
      </w:pPr>
      <w:r>
        <w:t>تو یہ آیت جو ہے، بہت بڑی امید ہمارے لیے ہے۔ کہ دنیا میں اللہ تعالیٰ ہمیں</w:t>
      </w:r>
    </w:p>
    <w:p>
      <w:r>
        <w:rPr>
          <w:b/>
        </w:rPr>
        <w:t xml:space="preserve">[08:47] </w:t>
      </w:r>
      <w:r>
        <w:t>ek cheez de, aur uska hum shukr karein.</w:t>
      </w:r>
    </w:p>
    <w:p>
      <w:pPr>
        <w:jc w:val="right"/>
      </w:pPr>
      <w:r>
        <w:t>ایک چیز دے، اور اس کا ہم شکر کریں۔</w:t>
      </w:r>
    </w:p>
    <w:p>
      <w:r>
        <w:rPr>
          <w:b/>
        </w:rPr>
        <w:t xml:space="preserve">[08:52] </w:t>
      </w:r>
      <w:r>
        <w:t>To hamein yeh</w:t>
      </w:r>
    </w:p>
    <w:p>
      <w:pPr>
        <w:jc w:val="right"/>
      </w:pPr>
      <w:r>
        <w:t>تو ہمیں یہ</w:t>
      </w:r>
    </w:p>
    <w:p>
      <w:r>
        <w:rPr>
          <w:b/>
        </w:rPr>
        <w:t xml:space="preserve">[08:55] </w:t>
      </w:r>
      <w:r>
        <w:t>umeed rakhne ka haq hai ke Allah ki taraf se aur zyada mujhe dega, aur zyada de</w:t>
      </w:r>
    </w:p>
    <w:p>
      <w:pPr>
        <w:jc w:val="right"/>
      </w:pPr>
      <w:r>
        <w:t>امید رکھنے کا حق ہے کہ اللہ کی طرف سے اور زیادہ مجھے دے گا، اور زیادہ دے</w:t>
      </w:r>
    </w:p>
    <w:p>
      <w:r>
        <w:rPr>
          <w:b/>
        </w:rPr>
        <w:t xml:space="preserve">[09:00] </w:t>
      </w:r>
      <w:r>
        <w:t>ga, aur zyada dega. Yani matlab dunya</w:t>
      </w:r>
    </w:p>
    <w:p>
      <w:pPr>
        <w:jc w:val="right"/>
      </w:pPr>
      <w:r>
        <w:t>گا، اور زیادہ دے گا۔ یعنی مطلب دنیا</w:t>
      </w:r>
    </w:p>
    <w:p>
      <w:r>
        <w:rPr>
          <w:b/>
        </w:rPr>
        <w:t xml:space="preserve">[09:03] </w:t>
      </w:r>
      <w:r>
        <w:t>mein diya hai aaj, to akhirat mein hum ko dega jannat.</w:t>
      </w:r>
    </w:p>
    <w:p>
      <w:pPr>
        <w:jc w:val="right"/>
      </w:pPr>
      <w:r>
        <w:t>میں دیا ہے آج، تو آخرت میں ہم کو دے گا جنت۔</w:t>
      </w:r>
    </w:p>
    <w:p>
      <w:r>
        <w:rPr>
          <w:b/>
        </w:rPr>
        <w:t xml:space="preserve">[09:11] </w:t>
      </w:r>
      <w:r>
        <w:t>Ab main aap se kuch baatein karna chahta hoon jannat ke bare mein.</w:t>
      </w:r>
    </w:p>
    <w:p>
      <w:pPr>
        <w:jc w:val="right"/>
      </w:pPr>
      <w:r>
        <w:t>اب میں آپ سے کچھ باتیں کرنا چاہتا ہوں جنت کے بارے میں۔</w:t>
      </w:r>
    </w:p>
    <w:p>
      <w:r>
        <w:rPr>
          <w:b/>
        </w:rPr>
        <w:t xml:space="preserve">[09:16] </w:t>
      </w:r>
      <w:r>
        <w:t>Jannat kya cheez hai?</w:t>
      </w:r>
    </w:p>
    <w:p>
      <w:pPr>
        <w:jc w:val="right"/>
      </w:pPr>
      <w:r>
        <w:t>جنت کیا چیز ہے؟</w:t>
      </w:r>
    </w:p>
    <w:p>
      <w:r>
        <w:rPr>
          <w:b/>
        </w:rPr>
        <w:t xml:space="preserve">[09:20] </w:t>
      </w:r>
      <w:r>
        <w:t>Dekhiye, insan paida hua hai</w:t>
      </w:r>
    </w:p>
    <w:p>
      <w:pPr>
        <w:jc w:val="right"/>
      </w:pPr>
      <w:r>
        <w:t>دیکھیے، انسان پیدا ہوا ہے</w:t>
      </w:r>
    </w:p>
    <w:p>
      <w:r>
        <w:rPr>
          <w:b/>
        </w:rPr>
        <w:t xml:space="preserve">[09:27] </w:t>
      </w:r>
      <w:r>
        <w:t>desire ke sath.</w:t>
      </w:r>
    </w:p>
    <w:p>
      <w:pPr>
        <w:jc w:val="right"/>
      </w:pPr>
      <w:r>
        <w:t>ڈیزائر کے ساتھ۔</w:t>
      </w:r>
    </w:p>
    <w:p>
      <w:r>
        <w:rPr>
          <w:b/>
        </w:rPr>
        <w:t xml:space="preserve">[09:29] </w:t>
      </w:r>
      <w:r>
        <w:t>ہر انسان کے اندر بے شمار ڈیزائر ہیں۔ یعنی کہنا صحیح ہوگا کہ "man is a desire-seeking</w:t>
      </w:r>
    </w:p>
    <w:p>
      <w:pPr>
        <w:jc w:val="right"/>
      </w:pPr>
      <w:r>
        <w:t>ہر انسان کے اندر بے شمار ڈیزائر ہیں۔ یعنی کہنا صحیح ہوگا کہ "من از اے ڈیزائر سیکنگ</w:t>
      </w:r>
    </w:p>
    <w:p>
      <w:r>
        <w:rPr>
          <w:b/>
        </w:rPr>
        <w:t xml:space="preserve">[09:38] </w:t>
      </w:r>
      <w:r>
        <w:t>animal". Har aadmi ke andar desire bhari hui hain.</w:t>
      </w:r>
    </w:p>
    <w:p>
      <w:pPr>
        <w:jc w:val="right"/>
      </w:pPr>
      <w:r>
        <w:t>اینیمل"۔ ہر آدمی کے اندر ڈیزائر بھری ہوئی ہیں۔</w:t>
      </w:r>
    </w:p>
    <w:p>
      <w:r>
        <w:rPr>
          <w:b/>
        </w:rPr>
        <w:t xml:space="preserve">[09:43] </w:t>
      </w:r>
      <w:r>
        <w:t>Woh chahta hai ke woh desire us ko mile,</w:t>
      </w:r>
    </w:p>
    <w:p>
      <w:pPr>
        <w:jc w:val="right"/>
      </w:pPr>
      <w:r>
        <w:t>وہ چاہتا ہے کہ وہ ڈیزائر اس کو ملے،</w:t>
      </w:r>
    </w:p>
    <w:p>
      <w:r>
        <w:rPr>
          <w:b/>
        </w:rPr>
        <w:t xml:space="preserve">[09:47] </w:t>
      </w:r>
      <w:r>
        <w:t>us ko fulfillment mile.</w:t>
      </w:r>
    </w:p>
    <w:p>
      <w:pPr>
        <w:jc w:val="right"/>
      </w:pPr>
      <w:r>
        <w:t>اس کو فلفلمنٹ ملے۔</w:t>
      </w:r>
    </w:p>
    <w:p>
      <w:r>
        <w:rPr>
          <w:b/>
        </w:rPr>
        <w:t xml:space="preserve">[09:52] </w:t>
      </w:r>
      <w:r>
        <w:t>Lekin yeh sari tareekh ka yeh</w:t>
      </w:r>
    </w:p>
    <w:p>
      <w:pPr>
        <w:jc w:val="right"/>
      </w:pPr>
      <w:r>
        <w:t>لیکن یہ ساری تاریخ کا یہ</w:t>
      </w:r>
    </w:p>
    <w:p>
      <w:r>
        <w:rPr>
          <w:b/>
        </w:rPr>
        <w:t xml:space="preserve">[09:57] </w:t>
      </w:r>
      <w:r>
        <w:t>tajurba hai ke is dunya mein kisi ko</w:t>
      </w:r>
    </w:p>
    <w:p>
      <w:pPr>
        <w:jc w:val="right"/>
      </w:pPr>
      <w:r>
        <w:t>تجربہ ہے کہ اس دنیا میں کسی کو</w:t>
      </w:r>
    </w:p>
    <w:p>
      <w:r>
        <w:rPr>
          <w:b/>
        </w:rPr>
        <w:t xml:space="preserve">[10:02] </w:t>
      </w:r>
      <w:r>
        <w:t>wo desired world nahi milta.</w:t>
      </w:r>
    </w:p>
    <w:p>
      <w:pPr>
        <w:jc w:val="right"/>
      </w:pPr>
      <w:r>
        <w:t>وہ ڈیزائرڈ ورلڈ نہیں ملتا۔</w:t>
      </w:r>
    </w:p>
    <w:p>
      <w:r>
        <w:rPr>
          <w:b/>
        </w:rPr>
        <w:t xml:space="preserve">[10:07] </w:t>
      </w:r>
      <w:r>
        <w:t>Nahi milta us ko.</w:t>
      </w:r>
    </w:p>
    <w:p>
      <w:pPr>
        <w:jc w:val="right"/>
      </w:pPr>
      <w:r>
        <w:t>نہیں ملتا اس کو۔</w:t>
      </w:r>
    </w:p>
    <w:p>
      <w:r>
        <w:rPr>
          <w:b/>
        </w:rPr>
        <w:t xml:space="preserve">[10:10] </w:t>
      </w:r>
      <w:r>
        <w:t>To logon ne yeh nazariya banaya</w:t>
      </w:r>
    </w:p>
    <w:p>
      <w:pPr>
        <w:jc w:val="right"/>
      </w:pPr>
      <w:r>
        <w:t>تو لوگوں نے یہ نظریہ بنایا</w:t>
      </w:r>
    </w:p>
    <w:p>
      <w:r>
        <w:rPr>
          <w:b/>
        </w:rPr>
        <w:t xml:space="preserve">[10:14] </w:t>
      </w:r>
      <w:r>
        <w:t>keh isi dunya mein hamein paana hai. aaj kal aam taur par yeh nazariya chala hua hai keh</w:t>
      </w:r>
    </w:p>
    <w:p>
      <w:pPr>
        <w:jc w:val="right"/>
      </w:pPr>
      <w:r>
        <w:t>کہ اسی دنیا میں ہمیں پانا ہے۔ آج کل عام طور پر یہ نظریہ چلا ہوا ہے کہ</w:t>
      </w:r>
    </w:p>
    <w:p>
      <w:r>
        <w:rPr>
          <w:b/>
        </w:rPr>
        <w:t xml:space="preserve">[10:23] </w:t>
      </w:r>
      <w:r>
        <w:t>"right here, right now".</w:t>
      </w:r>
    </w:p>
    <w:p>
      <w:pPr>
        <w:jc w:val="right"/>
      </w:pPr>
      <w:r>
        <w:t>"رائٹ ہیر، رائٹ ناؤ"۔</w:t>
      </w:r>
    </w:p>
    <w:p>
      <w:r>
        <w:rPr>
          <w:b/>
        </w:rPr>
        <w:t xml:space="preserve">[10:27] </w:t>
      </w:r>
      <w:r>
        <w:t>yahi, yahi hamein paana hai, yahi hamein chahiye, isi dunya mein chahiye.</w:t>
      </w:r>
    </w:p>
    <w:p>
      <w:pPr>
        <w:jc w:val="right"/>
      </w:pPr>
      <w:r>
        <w:t>یہی، یہی ہمیں پانا ہے، یہی ہمیں چاہیے، اسی دنیا میں چاہیے۔</w:t>
      </w:r>
    </w:p>
    <w:p>
      <w:r>
        <w:rPr>
          <w:b/>
        </w:rPr>
        <w:t xml:space="preserve">[10:32] </w:t>
      </w:r>
      <w:r>
        <w:t>تو ہر آدمی آج کے پیچھے، یعنی today کے پیچھے دوڑ رہا ہے۔ Today.</w:t>
      </w:r>
    </w:p>
    <w:p>
      <w:pPr>
        <w:jc w:val="right"/>
      </w:pPr>
      <w:r>
        <w:t>تو ہر آدمی آج کے پیچھے، یعنی ٹوڈے کے پیچھے دوڑ رہا ہے۔ ٹوڈے۔</w:t>
      </w:r>
    </w:p>
    <w:p>
      <w:r>
        <w:rPr>
          <w:b/>
        </w:rPr>
        <w:t xml:space="preserve">[10:42] </w:t>
      </w:r>
      <w:r>
        <w:t>lekin koi paata nahin. masla yeh hai keh today kya milta hai kisi ko?</w:t>
      </w:r>
    </w:p>
    <w:p>
      <w:pPr>
        <w:jc w:val="right"/>
      </w:pPr>
      <w:r>
        <w:t>لیکن کوئی پاتا نہیں۔ مسئلہ یہ ہے کہ ٹوڈے کیا ملتا ہے کسی کو؟</w:t>
      </w:r>
    </w:p>
    <w:p>
      <w:r>
        <w:rPr>
          <w:b/>
        </w:rPr>
        <w:t xml:space="preserve">[10:51] </w:t>
      </w:r>
      <w:r>
        <w:t>dor raha hai, dor raha hai, dor raha hai. lekin jab milta hai to maloom hota hai keh</w:t>
      </w:r>
    </w:p>
    <w:p>
      <w:pPr>
        <w:jc w:val="right"/>
      </w:pPr>
      <w:r>
        <w:t>دوڑ رہا ہے، دوڑ رہا ہے، دوڑ رہا ہے۔ لیکن جب ملتا ہے تو معلوم ہوتا ہے کہ</w:t>
      </w:r>
    </w:p>
    <w:p>
      <w:r>
        <w:rPr>
          <w:b/>
        </w:rPr>
        <w:t xml:space="preserve">[10:56] </w:t>
      </w:r>
      <w:r>
        <w:t>is se kam tha yeh jo maine chaha tha.</w:t>
      </w:r>
    </w:p>
    <w:p>
      <w:pPr>
        <w:jc w:val="right"/>
      </w:pPr>
      <w:r>
        <w:t>اس سے کم تھا یہ جو میں نے چاہا تھا۔</w:t>
      </w:r>
    </w:p>
    <w:p>
      <w:r>
        <w:rPr>
          <w:b/>
        </w:rPr>
        <w:t xml:space="preserve">[11:00] </w:t>
      </w:r>
      <w:r>
        <w:t>تو "right here, right now" کا سب سے بڑا مائنس پوائنٹ یہ ہے</w:t>
      </w:r>
    </w:p>
    <w:p>
      <w:pPr>
        <w:jc w:val="right"/>
      </w:pPr>
      <w:r>
        <w:t>تو "رائٹ ہیر، رائٹ ناؤ" کا سب سے بڑا مائنس پوائنٹ یہ ہے</w:t>
      </w:r>
    </w:p>
    <w:p>
      <w:r>
        <w:rPr>
          <w:b/>
        </w:rPr>
        <w:t xml:space="preserve">[11:06] </w:t>
      </w:r>
      <w:r>
        <w:t>keh woh workable nahin hai.</w:t>
      </w:r>
    </w:p>
    <w:p>
      <w:pPr>
        <w:jc w:val="right"/>
      </w:pPr>
      <w:r>
        <w:t>کہ وہ ورک ایبل نہیں ہے۔</w:t>
      </w:r>
    </w:p>
    <w:p>
      <w:r>
        <w:rPr>
          <w:b/>
        </w:rPr>
        <w:t xml:space="preserve">[11:10] </w:t>
      </w:r>
      <w:r>
        <w:t>aap paisa kamayein, aap political position hasil karein,</w:t>
      </w:r>
    </w:p>
    <w:p>
      <w:pPr>
        <w:jc w:val="right"/>
      </w:pPr>
      <w:r>
        <w:t>آپ پیسہ کمائیں، آپ پولیٹیکل پوزیشن حاصل کریں،</w:t>
      </w:r>
    </w:p>
    <w:p>
      <w:r>
        <w:rPr>
          <w:b/>
        </w:rPr>
        <w:t xml:space="preserve">[11:15] </w:t>
      </w:r>
      <w:r>
        <w:t>aap fame hasil karein,</w:t>
      </w:r>
    </w:p>
    <w:p>
      <w:pPr>
        <w:jc w:val="right"/>
      </w:pPr>
      <w:r>
        <w:t>آپ فیم حاصل کریں،</w:t>
      </w:r>
    </w:p>
    <w:p>
      <w:r>
        <w:rPr>
          <w:b/>
        </w:rPr>
        <w:t xml:space="preserve">[11:19] </w:t>
      </w:r>
      <w:r>
        <w:t>jo jo dunya mein cheezein available hain, woh sab ko hasil karein aap. lekin hasil karne se pehle</w:t>
      </w:r>
    </w:p>
    <w:p>
      <w:pPr>
        <w:jc w:val="right"/>
      </w:pPr>
      <w:r>
        <w:t>جو جو دنیا میں چیزیں اویلیبل ہیں، وہ سب کو حاصل کریں آپ۔ لیکن حاصل کرنے سے پہلے</w:t>
      </w:r>
    </w:p>
    <w:p>
      <w:r>
        <w:rPr>
          <w:b/>
        </w:rPr>
        <w:t xml:space="preserve">[11:25] </w:t>
      </w:r>
      <w:r>
        <w:t>to aap ko ek shauq hota hai keh yeh mil jaye to shayad mein</w:t>
      </w:r>
    </w:p>
    <w:p>
      <w:pPr>
        <w:jc w:val="right"/>
      </w:pPr>
      <w:r>
        <w:t>تو آپ کو ایک شوق ہوتا ہے کہ یہ مل جائے تو شاید میں</w:t>
      </w:r>
    </w:p>
    <w:p>
      <w:r>
        <w:rPr>
          <w:b/>
        </w:rPr>
        <w:t xml:space="preserve">[11:30] </w:t>
      </w:r>
      <w:r>
        <w:t>fulfillment ho jaye mujh ko. to paane se pehle to ek shauq hota hai, is mein aap jeete</w:t>
      </w:r>
    </w:p>
    <w:p>
      <w:pPr>
        <w:jc w:val="right"/>
      </w:pPr>
      <w:r>
        <w:t>فلفلمنٹ ہو جائے مجھ کو۔ تو پانے سے پہلے تو ایک شوق ہوتا ہے، اس میں آپ جیتے</w:t>
      </w:r>
    </w:p>
    <w:p>
      <w:r>
        <w:rPr>
          <w:b/>
        </w:rPr>
        <w:t xml:space="preserve">[11:36] </w:t>
      </w:r>
      <w:r>
        <w:t>hain. keh paane ke baad maloom hota hai keh yeh to woh cheez nahin hai jo mein chahta</w:t>
      </w:r>
    </w:p>
    <w:p>
      <w:pPr>
        <w:jc w:val="right"/>
      </w:pPr>
      <w:r>
        <w:t>ہیں۔ کہ پانے کے بعد معلوم ہوتا ہے کہ یہ تو وہ چیز نہیں ہے جو میں چاہتا</w:t>
      </w:r>
    </w:p>
    <w:p>
      <w:r>
        <w:rPr>
          <w:b/>
        </w:rPr>
        <w:t xml:space="preserve">[11:40] </w:t>
      </w:r>
      <w:r>
        <w:t>tha. yeh to woh hai nahin.</w:t>
      </w:r>
    </w:p>
    <w:p>
      <w:pPr>
        <w:jc w:val="right"/>
      </w:pPr>
      <w:r>
        <w:t>تھا۔ یہ تو وہ ہے نہیں۔</w:t>
      </w:r>
    </w:p>
    <w:p>
      <w:r>
        <w:rPr>
          <w:b/>
        </w:rPr>
        <w:t xml:space="preserve">[11:45] </w:t>
      </w:r>
      <w:r>
        <w:t>to "right here, right now" ka jo formula hai, woh workable hi nahin hai.</w:t>
      </w:r>
    </w:p>
    <w:p>
      <w:pPr>
        <w:jc w:val="right"/>
      </w:pPr>
      <w:r>
        <w:t>تو "رائٹ ہیر، رائٹ ناؤ" کا جو فارمولا ہے، وہ ورک ایبل ہی نہیں ہے۔</w:t>
      </w:r>
    </w:p>
    <w:p>
      <w:r>
        <w:rPr>
          <w:b/>
        </w:rPr>
        <w:t xml:space="preserve">[11:51] </w:t>
      </w:r>
      <w:r>
        <w:t>agar sach much dunya mein mil jaye aadmi ko, sab kuch yahin mil jaye,</w:t>
      </w:r>
    </w:p>
    <w:p>
      <w:pPr>
        <w:jc w:val="right"/>
      </w:pPr>
      <w:r>
        <w:t>اگر سچ مچ دنیا میں مل جائے آدمی کو، سب کچھ یہیں مل جائے،</w:t>
      </w:r>
    </w:p>
    <w:p>
      <w:r>
        <w:rPr>
          <w:b/>
        </w:rPr>
        <w:t xml:space="preserve">[11:58] </w:t>
      </w:r>
      <w:r>
        <w:t>to tab yeh formula kaha ja sakta hai keh workable formula hai. lekin abhi to yeh work</w:t>
      </w:r>
    </w:p>
    <w:p>
      <w:pPr>
        <w:jc w:val="right"/>
      </w:pPr>
      <w:r>
        <w:t>تو تب یہ فارمولا کہا جا سکتا ہے کہ ورک ایبل فارمولا ہے۔ لیکن ابھی تو یہ ورک</w:t>
      </w:r>
    </w:p>
    <w:p>
      <w:r>
        <w:rPr>
          <w:b/>
        </w:rPr>
        <w:t xml:space="preserve">[12:05] </w:t>
      </w:r>
      <w:r>
        <w:t>able hi nahin.</w:t>
      </w:r>
    </w:p>
    <w:p>
      <w:pPr>
        <w:jc w:val="right"/>
      </w:pPr>
      <w:r>
        <w:t>ایبل ہی نہیں۔</w:t>
      </w:r>
    </w:p>
    <w:p>
      <w:r>
        <w:rPr>
          <w:b/>
        </w:rPr>
        <w:t xml:space="preserve">[12:10] </w:t>
      </w:r>
      <w:r>
        <w:t>Jahangir jo Mughal badshah tha, woh gaya</w:t>
      </w:r>
    </w:p>
    <w:p>
      <w:pPr>
        <w:jc w:val="right"/>
      </w:pPr>
      <w:r>
        <w:t>جہانگیر جو مغل بادشاہ تھا، وہ گیا</w:t>
      </w:r>
    </w:p>
    <w:p>
      <w:r>
        <w:rPr>
          <w:b/>
        </w:rPr>
        <w:t xml:space="preserve">[12:14] </w:t>
      </w:r>
      <w:r>
        <w:t>Kashmir. to Kashmir is ko bohat pasand aaya.</w:t>
      </w:r>
    </w:p>
    <w:p>
      <w:pPr>
        <w:jc w:val="right"/>
      </w:pPr>
      <w:r>
        <w:t>کشمیر۔ تو کشمیر اس کو بہت پسند آیا۔</w:t>
      </w:r>
    </w:p>
    <w:p>
      <w:r>
        <w:rPr>
          <w:b/>
        </w:rPr>
        <w:t xml:space="preserve">[12:20] </w:t>
      </w:r>
      <w:r>
        <w:t>"agar firdaus bar roo-e zameen ast, hamin ast o hamin ast o hamin</w:t>
      </w:r>
    </w:p>
    <w:p>
      <w:pPr>
        <w:jc w:val="right"/>
      </w:pPr>
      <w:r>
        <w:t>تو اس نے کہا کہ "اگر فردوس بر روی زمین است، ہمین است و ہمین است و ہمین</w:t>
      </w:r>
    </w:p>
    <w:p>
      <w:r>
        <w:rPr>
          <w:b/>
        </w:rPr>
        <w:t xml:space="preserve">[12:26] </w:t>
      </w:r>
      <w:r>
        <w:t>ast". yani jannat agar dunya mein kahin hai to yahin, yahin hai. yani</w:t>
      </w:r>
    </w:p>
    <w:p>
      <w:pPr>
        <w:jc w:val="right"/>
      </w:pPr>
      <w:r>
        <w:t>است"۔ یعنی جنت اگر دنیا میں کہیں ہے تو یہی، یہی ہے۔ یعنی</w:t>
      </w:r>
    </w:p>
    <w:p>
      <w:r>
        <w:rPr>
          <w:b/>
        </w:rPr>
        <w:t xml:space="preserve">[12:35] </w:t>
      </w:r>
      <w:r>
        <w:t>Kashmir, Kashmir, Kashmir.</w:t>
      </w:r>
    </w:p>
    <w:p>
      <w:pPr>
        <w:jc w:val="right"/>
      </w:pPr>
      <w:r>
        <w:t>کشمیر، کشمیر، کشمیر۔</w:t>
      </w:r>
    </w:p>
    <w:p>
      <w:r>
        <w:rPr>
          <w:b/>
        </w:rPr>
        <w:t xml:space="preserve">[12:40] </w:t>
      </w:r>
      <w:r>
        <w:t>mein Kashmir kai baar gaya hoon,</w:t>
      </w:r>
    </w:p>
    <w:p>
      <w:pPr>
        <w:jc w:val="right"/>
      </w:pPr>
      <w:r>
        <w:t>میں کشمیر کئی بار گیا ہوں،</w:t>
      </w:r>
    </w:p>
    <w:p>
      <w:r>
        <w:rPr>
          <w:b/>
        </w:rPr>
        <w:t xml:space="preserve">[12:44] </w:t>
      </w:r>
      <w:r>
        <w:t>aur dekha hai Kashmir kya cheez hai. lekin mera apna tajurba yeh hai keh jis din aap pahunche</w:t>
      </w:r>
    </w:p>
    <w:p>
      <w:pPr>
        <w:jc w:val="right"/>
      </w:pPr>
      <w:r>
        <w:t>اور دیکھا ہے کشمیر کیا چیز ہے۔ لیکن میرا اپنا تجربہ یہ ہے کہ جس دن آپ پہنچتے</w:t>
      </w:r>
    </w:p>
    <w:p>
      <w:r>
        <w:rPr>
          <w:b/>
        </w:rPr>
        <w:t xml:space="preserve">[12:50] </w:t>
      </w:r>
      <w:r>
        <w:t>hain kashmir, to pehle din to lagta hai ke ek bari, ek beautiful jagah hai. is ke</w:t>
      </w:r>
    </w:p>
    <w:p>
      <w:pPr>
        <w:jc w:val="right"/>
      </w:pPr>
      <w:r>
        <w:t>ہیں کشمیر، تو پہلے دن تو لگتا ہے کہ ایک بڑی، ایک بیوٹی فل جگہ ہے۔ اس کے</w:t>
      </w:r>
    </w:p>
    <w:p>
      <w:r>
        <w:rPr>
          <w:b/>
        </w:rPr>
        <w:t xml:space="preserve">[12:55] </w:t>
      </w:r>
      <w:r>
        <w:t>baad phir kuch nahin.</w:t>
      </w:r>
    </w:p>
    <w:p>
      <w:pPr>
        <w:jc w:val="right"/>
      </w:pPr>
      <w:r>
        <w:t>بعد پھر کچھ نہیں۔</w:t>
      </w:r>
    </w:p>
    <w:p>
      <w:r>
        <w:rPr>
          <w:b/>
        </w:rPr>
        <w:t xml:space="preserve">[13:00] </w:t>
      </w:r>
      <w:r>
        <w:t>main ne apna ek tajurba is se pehle bataya tha</w:t>
      </w:r>
    </w:p>
    <w:p>
      <w:pPr>
        <w:jc w:val="right"/>
      </w:pPr>
      <w:r>
        <w:t>میں نے اپنا ایک تجربہ اس سے پہلے بتایا تھا</w:t>
      </w:r>
    </w:p>
    <w:p>
      <w:r>
        <w:rPr>
          <w:b/>
        </w:rPr>
        <w:t xml:space="preserve">[13:05] </w:t>
      </w:r>
      <w:r>
        <w:t>ke kashmir mein main gaya, mere sath Kareemullah Khan sahib the,</w:t>
      </w:r>
    </w:p>
    <w:p>
      <w:pPr>
        <w:jc w:val="right"/>
      </w:pPr>
      <w:r>
        <w:t>کہ کشمیر میں میں گیا، میرے ساتھ کریم اللہ خان صاحب تھے،</w:t>
      </w:r>
    </w:p>
    <w:p>
      <w:r>
        <w:rPr>
          <w:b/>
        </w:rPr>
        <w:t xml:space="preserve">[13:11] </w:t>
      </w:r>
      <w:r>
        <w:t>Professor Kareemullah Khan.</w:t>
      </w:r>
    </w:p>
    <w:p>
      <w:pPr>
        <w:jc w:val="right"/>
      </w:pPr>
      <w:r>
        <w:t>پروفیسر کریم اللہ خان۔</w:t>
      </w:r>
    </w:p>
    <w:p>
      <w:r>
        <w:rPr>
          <w:b/>
        </w:rPr>
        <w:t xml:space="preserve">[13:15] </w:t>
      </w:r>
      <w:r>
        <w:t>to wahan par hum ek pahari chashme, pahari chashma,</w:t>
      </w:r>
    </w:p>
    <w:p>
      <w:pPr>
        <w:jc w:val="right"/>
      </w:pPr>
      <w:r>
        <w:t>تو وہاں پر ہم ایک پہاڑی چشمے، پہاڑی چشمہ،</w:t>
      </w:r>
    </w:p>
    <w:p>
      <w:r>
        <w:rPr>
          <w:b/>
        </w:rPr>
        <w:t xml:space="preserve">[13:21] </w:t>
      </w:r>
      <w:r>
        <w:t>to pani aa raha tha pahar se, bohat saaf suthra, bohat hi</w:t>
      </w:r>
    </w:p>
    <w:p>
      <w:pPr>
        <w:jc w:val="right"/>
      </w:pPr>
      <w:r>
        <w:t>تو پانی آ رہا تھا پہاڑ سے، بہت صاف ستھرا، بہت ہی</w:t>
      </w:r>
    </w:p>
    <w:p>
      <w:r>
        <w:rPr>
          <w:b/>
        </w:rPr>
        <w:t xml:space="preserve">[13:28] </w:t>
      </w:r>
      <w:r>
        <w:t>bilkul fresh water pahar se aa raha tha.</w:t>
      </w:r>
    </w:p>
    <w:p>
      <w:pPr>
        <w:jc w:val="right"/>
      </w:pPr>
      <w:r>
        <w:t>بالکل فریش واٹر پہاڑ سے آ رہا تھا۔</w:t>
      </w:r>
    </w:p>
    <w:p>
      <w:r>
        <w:rPr>
          <w:b/>
        </w:rPr>
        <w:t xml:space="preserve">[13:34] </w:t>
      </w:r>
      <w:r>
        <w:t>to Professor Kareemullah Khan sahib jo mere sath the, un ke sath ek glass tha. to main</w:t>
      </w:r>
    </w:p>
    <w:p>
      <w:pPr>
        <w:jc w:val="right"/>
      </w:pPr>
      <w:r>
        <w:t>تو پروفیسر کریم اللہ خان صاحب جو میرے ساتھ تھے، ان کے ساتھ ایک گلاس تھا۔ تو میں</w:t>
      </w:r>
    </w:p>
    <w:p>
      <w:r>
        <w:rPr>
          <w:b/>
        </w:rPr>
        <w:t xml:space="preserve">[13:41] </w:t>
      </w:r>
      <w:r>
        <w:t>ne un se glass liya.</w:t>
      </w:r>
    </w:p>
    <w:p>
      <w:pPr>
        <w:jc w:val="right"/>
      </w:pPr>
      <w:r>
        <w:t>نے ان سے گلاس لیا۔</w:t>
      </w:r>
    </w:p>
    <w:p>
      <w:r>
        <w:rPr>
          <w:b/>
        </w:rPr>
        <w:t xml:space="preserve">[13:44] </w:t>
      </w:r>
      <w:r>
        <w:t>aur woh ek glass pani le kar piya. to mujhe bohat acha laga. yani Dilli mein jo pani</w:t>
      </w:r>
    </w:p>
    <w:p>
      <w:pPr>
        <w:jc w:val="right"/>
      </w:pPr>
      <w:r>
        <w:t>اور وہ ایک گلاس پانی لے کر پیا۔ تو مجھے بہت اچھا لگا۔ یعنی دلی میں جو پانی</w:t>
      </w:r>
    </w:p>
    <w:p>
      <w:r>
        <w:rPr>
          <w:b/>
        </w:rPr>
        <w:t xml:space="preserve">[13:50] </w:t>
      </w:r>
      <w:r>
        <w:t>hum peete hain, is se bohat acha, bohat acha.</w:t>
      </w:r>
    </w:p>
    <w:p>
      <w:pPr>
        <w:jc w:val="right"/>
      </w:pPr>
      <w:r>
        <w:t>ہم پیتے ہیں، اس سے بہت اچھا، بہت اچھا۔</w:t>
      </w:r>
    </w:p>
    <w:p>
      <w:r>
        <w:rPr>
          <w:b/>
        </w:rPr>
        <w:t xml:space="preserve">[13:54] </w:t>
      </w:r>
      <w:r>
        <w:t>to phir main ne do glass pi liya, teen glass pi liya. yahan tak ke, yahan tak mujhe</w:t>
      </w:r>
    </w:p>
    <w:p>
      <w:pPr>
        <w:jc w:val="right"/>
      </w:pPr>
      <w:r>
        <w:t>تو پھر میں نے دو گلاس پی لیا، تین گلاس پی لیا۔ یہاں تک کہ، یہاں تک مجھے</w:t>
      </w:r>
    </w:p>
    <w:p>
      <w:r>
        <w:rPr>
          <w:b/>
        </w:rPr>
        <w:t xml:space="preserve">[13:59] </w:t>
      </w:r>
      <w:r>
        <w:t>yad hai, main ne chhe glass pani pi liya.</w:t>
      </w:r>
    </w:p>
    <w:p>
      <w:pPr>
        <w:jc w:val="right"/>
      </w:pPr>
      <w:r>
        <w:t>یاد ہے، میں نے چھ گلاس پانی پی لیا۔</w:t>
      </w:r>
    </w:p>
    <w:p>
      <w:r>
        <w:rPr>
          <w:b/>
        </w:rPr>
        <w:t xml:space="preserve">[14:02] </w:t>
      </w:r>
      <w:r>
        <w:t>chhe glass pani.</w:t>
      </w:r>
    </w:p>
    <w:p>
      <w:pPr>
        <w:jc w:val="right"/>
      </w:pPr>
      <w:r>
        <w:t>چھ گلاس پانی۔</w:t>
      </w:r>
    </w:p>
    <w:p>
      <w:r>
        <w:rPr>
          <w:b/>
        </w:rPr>
        <w:t xml:space="preserve">[14:05] </w:t>
      </w:r>
      <w:r>
        <w:t>is ke baad kya hua?</w:t>
      </w:r>
    </w:p>
    <w:p>
      <w:pPr>
        <w:jc w:val="right"/>
      </w:pPr>
      <w:r>
        <w:t>اس کے بعد کیا ہوا؟</w:t>
      </w:r>
    </w:p>
    <w:p>
      <w:r>
        <w:rPr>
          <w:b/>
        </w:rPr>
        <w:t xml:space="preserve">[14:08] </w:t>
      </w:r>
      <w:r>
        <w:t>ke sir mein itna dard shuru ho gaya.</w:t>
      </w:r>
    </w:p>
    <w:p>
      <w:pPr>
        <w:jc w:val="right"/>
      </w:pPr>
      <w:r>
        <w:t>کہ سر میں اتنا درد شروع ہو گیا۔</w:t>
      </w:r>
    </w:p>
    <w:p>
      <w:r>
        <w:rPr>
          <w:b/>
        </w:rPr>
        <w:t xml:space="preserve">[14:12] </w:t>
      </w:r>
      <w:r>
        <w:t>sir mein itna dard shuru ho gaya</w:t>
      </w:r>
    </w:p>
    <w:p>
      <w:pPr>
        <w:jc w:val="right"/>
      </w:pPr>
      <w:r>
        <w:t>سر میں اتنا درد شروع ہو گیا</w:t>
      </w:r>
    </w:p>
    <w:p>
      <w:r>
        <w:rPr>
          <w:b/>
        </w:rPr>
        <w:t xml:space="preserve">[14:15] </w:t>
      </w:r>
      <w:r>
        <w:t>ke main bari musibat se lauta Srinagar.</w:t>
      </w:r>
    </w:p>
    <w:p>
      <w:pPr>
        <w:jc w:val="right"/>
      </w:pPr>
      <w:r>
        <w:t>کہ میں بڑی مصیبت سے لوٹا سری نگر۔</w:t>
      </w:r>
    </w:p>
    <w:p>
      <w:r>
        <w:rPr>
          <w:b/>
        </w:rPr>
        <w:t xml:space="preserve">[14:21] </w:t>
      </w:r>
      <w:r>
        <w:t>wahan par sham ke khane ka intezam tha ek sahib ke ghar par. to main khane mein shareek</w:t>
      </w:r>
    </w:p>
    <w:p>
      <w:pPr>
        <w:jc w:val="right"/>
      </w:pPr>
      <w:r>
        <w:t>وہاں پر شام کے کھانے کا انتظام تھا ایک صاحب کے گھر پر۔ تو میں کھانے میں شریک</w:t>
      </w:r>
    </w:p>
    <w:p>
      <w:r>
        <w:rPr>
          <w:b/>
        </w:rPr>
        <w:t xml:space="preserve">[14:27] </w:t>
      </w:r>
      <w:r>
        <w:t>nahin ho saka.</w:t>
      </w:r>
    </w:p>
    <w:p>
      <w:pPr>
        <w:jc w:val="right"/>
      </w:pPr>
      <w:r>
        <w:t>نہیں ہو سکا۔</w:t>
      </w:r>
    </w:p>
    <w:p>
      <w:r>
        <w:rPr>
          <w:b/>
        </w:rPr>
        <w:t xml:space="preserve">[14:30] </w:t>
      </w:r>
      <w:r>
        <w:t>jis kamre mein khane ka intezam tha, main us ke side ke kamre mein let gaya aur kuch</w:t>
      </w:r>
    </w:p>
    <w:p>
      <w:pPr>
        <w:jc w:val="right"/>
      </w:pPr>
      <w:r>
        <w:t>جس کمرے میں کھانے کا انتظام تھا، میں اس کے سائیڈ کے کمرے میں لیٹ گیا اور کچھ</w:t>
      </w:r>
    </w:p>
    <w:p>
      <w:r>
        <w:rPr>
          <w:b/>
        </w:rPr>
        <w:t xml:space="preserve">[14:36] </w:t>
      </w:r>
      <w:r>
        <w:t>bhi nahin khaya kha saka main.</w:t>
      </w:r>
    </w:p>
    <w:p>
      <w:pPr>
        <w:jc w:val="right"/>
      </w:pPr>
      <w:r>
        <w:t>بھی نہیں کھایا کھا سکا میں۔</w:t>
      </w:r>
    </w:p>
    <w:p>
      <w:r>
        <w:rPr>
          <w:b/>
        </w:rPr>
        <w:t xml:space="preserve">[14:39] </w:t>
      </w:r>
      <w:r>
        <w:t>to kya hai Kashmir?</w:t>
      </w:r>
    </w:p>
    <w:p>
      <w:pPr>
        <w:jc w:val="right"/>
      </w:pPr>
      <w:r>
        <w:t>تو کیا ہے کشمیر؟</w:t>
      </w:r>
    </w:p>
    <w:p>
      <w:r>
        <w:rPr>
          <w:b/>
        </w:rPr>
        <w:t xml:space="preserve">[14:43] </w:t>
      </w:r>
      <w:r>
        <w:t>yani pehli bar jab aap dekhte hain to lagta hai ke Kashmir bari beautiful jagah hai. lekin</w:t>
      </w:r>
    </w:p>
    <w:p>
      <w:pPr>
        <w:jc w:val="right"/>
      </w:pPr>
      <w:r>
        <w:t>یعنی پہلی بار جب آپ دیکھتے ہیں تو لگتا ہے کہ کشمیر بڑی بیوٹی فل جگہ ہے۔ لیکن</w:t>
      </w:r>
    </w:p>
    <w:p>
      <w:r>
        <w:rPr>
          <w:b/>
        </w:rPr>
        <w:t xml:space="preserve">[14:50] </w:t>
      </w:r>
      <w:r>
        <w:t>jab aap jab is mein rehte hain, ek hi din mein aap bor ho jate hain. ek hi</w:t>
      </w:r>
    </w:p>
    <w:p>
      <w:pPr>
        <w:jc w:val="right"/>
      </w:pPr>
      <w:r>
        <w:t>جب آپ جب اس میں رہتے ہیں، ایک ہی دن میں آپ بور ہو جاتے ہیں۔ ایک ہی</w:t>
      </w:r>
    </w:p>
    <w:p>
      <w:r>
        <w:rPr>
          <w:b/>
        </w:rPr>
        <w:t xml:space="preserve">[14:56] </w:t>
      </w:r>
      <w:r>
        <w:t>din mein bor ho jate hain. kyunke aap enjoy nahin kar paate.</w:t>
      </w:r>
    </w:p>
    <w:p>
      <w:pPr>
        <w:jc w:val="right"/>
      </w:pPr>
      <w:r>
        <w:t>دن میں بور ہو جاتے ہیں۔ کیونکہ آپ انجوائے نہیں کر پاتے۔</w:t>
      </w:r>
    </w:p>
    <w:p>
      <w:r>
        <w:rPr>
          <w:b/>
        </w:rPr>
        <w:t xml:space="preserve">[15:01] </w:t>
      </w:r>
      <w:r>
        <w:t>to insaan ka yeh jo tajurba hai,</w:t>
      </w:r>
    </w:p>
    <w:p>
      <w:pPr>
        <w:jc w:val="right"/>
      </w:pPr>
      <w:r>
        <w:t>تو انسان کا یہ جو تجربہ ہے،</w:t>
      </w:r>
    </w:p>
    <w:p>
      <w:r>
        <w:rPr>
          <w:b/>
        </w:rPr>
        <w:t xml:space="preserve">[15:05] </w:t>
      </w:r>
      <w:r>
        <w:t>یہ تجربہ اس کے لیے بہت بڑا clue ہے۔ CLUE, clue.</w:t>
      </w:r>
    </w:p>
    <w:p>
      <w:pPr>
        <w:jc w:val="right"/>
      </w:pPr>
      <w:r>
        <w:t>یہ تجربہ اس کے لیے بہت بڑا کلو ہے۔ سی ایل یو ای، کلو۔</w:t>
      </w:r>
    </w:p>
    <w:p>
      <w:r>
        <w:rPr>
          <w:b/>
        </w:rPr>
        <w:t xml:space="preserve">[15:12] </w:t>
      </w:r>
      <w:r>
        <w:t>bahut bada clue hai.</w:t>
      </w:r>
    </w:p>
    <w:p>
      <w:pPr>
        <w:jc w:val="right"/>
      </w:pPr>
      <w:r>
        <w:t>بہت بڑا کلو ہے۔</w:t>
      </w:r>
    </w:p>
    <w:p>
      <w:r>
        <w:rPr>
          <w:b/>
        </w:rPr>
        <w:t xml:space="preserve">[15:14] </w:t>
      </w:r>
      <w:r>
        <w:t>yaani aap chahte hain perfect world, apni desire ka poora fulfillment,</w:t>
      </w:r>
    </w:p>
    <w:p>
      <w:pPr>
        <w:jc w:val="right"/>
      </w:pPr>
      <w:r>
        <w:t>یعنی آپ چاہتے ہیں پرفیکٹ ورلڈ، اپنی ڈیزائر کا پورا فلفلمنٹ،</w:t>
      </w:r>
    </w:p>
    <w:p>
      <w:r>
        <w:rPr>
          <w:b/>
        </w:rPr>
        <w:t xml:space="preserve">[15:23] </w:t>
      </w:r>
      <w:r>
        <w:t>ek ideal duniya.</w:t>
      </w:r>
    </w:p>
    <w:p>
      <w:pPr>
        <w:jc w:val="right"/>
      </w:pPr>
      <w:r>
        <w:t>ایک آئیڈیل دنیا۔</w:t>
      </w:r>
    </w:p>
    <w:p>
      <w:r>
        <w:rPr>
          <w:b/>
        </w:rPr>
        <w:t xml:space="preserve">[15:25] </w:t>
      </w:r>
      <w:r>
        <w:t>yaani yeh aap ka, har insaan ka, har mard ka, har aurat ka yeh sab se bari desire</w:t>
      </w:r>
    </w:p>
    <w:p>
      <w:pPr>
        <w:jc w:val="right"/>
      </w:pPr>
      <w:r>
        <w:t>یعنی یہ آپ کا، ہر انسان کا، ہر مرد کا، ہر عورت کا یہ سب سے بڑی ڈیزائر</w:t>
      </w:r>
    </w:p>
    <w:p>
      <w:r>
        <w:rPr>
          <w:b/>
        </w:rPr>
        <w:t xml:space="preserve">[15:31] </w:t>
      </w:r>
      <w:r>
        <w:t>hai. woh milti nahin duniya mein.</w:t>
      </w:r>
    </w:p>
    <w:p>
      <w:pPr>
        <w:jc w:val="right"/>
      </w:pPr>
      <w:r>
        <w:t>ہے۔ وہ ملتی نہیں دنیا میں۔</w:t>
      </w:r>
    </w:p>
    <w:p>
      <w:r>
        <w:rPr>
          <w:b/>
        </w:rPr>
        <w:t xml:space="preserve">[15:37] </w:t>
      </w:r>
      <w:r>
        <w:t>woh duniya mein milti nahin.</w:t>
      </w:r>
    </w:p>
    <w:p>
      <w:pPr>
        <w:jc w:val="right"/>
      </w:pPr>
      <w:r>
        <w:t>وہ دنیا میں ملتی نہیں۔</w:t>
      </w:r>
    </w:p>
    <w:p>
      <w:r>
        <w:rPr>
          <w:b/>
        </w:rPr>
        <w:t xml:space="preserve">[15:41] </w:t>
      </w:r>
      <w:r>
        <w:t>yeh sari tareekh ka tajurba hai ke hum insaan paida hota hai bahut zyada desire ke sath. lekin</w:t>
      </w:r>
    </w:p>
    <w:p>
      <w:pPr>
        <w:jc w:val="right"/>
      </w:pPr>
      <w:r>
        <w:t>یہ ساری تاریخ کا تجربہ ہے کہ ہم انسان پیدا ہوتا ہے بہت زیادہ ڈیزائر کے ساتھ۔ لیکن</w:t>
      </w:r>
    </w:p>
    <w:p>
      <w:r>
        <w:rPr>
          <w:b/>
        </w:rPr>
        <w:t xml:space="preserve">[15:48] </w:t>
      </w:r>
      <w:r>
        <w:t>jab duniya mein woh chahta hai hasil karna,</w:t>
      </w:r>
    </w:p>
    <w:p>
      <w:pPr>
        <w:jc w:val="right"/>
      </w:pPr>
      <w:r>
        <w:t>جب دنیا میں وہ چاہتا ہے حاصل کرنا،</w:t>
      </w:r>
    </w:p>
    <w:p>
      <w:r>
        <w:rPr>
          <w:b/>
        </w:rPr>
        <w:t xml:space="preserve">[15:51] </w:t>
      </w:r>
      <w:r>
        <w:t>to woh desire us ko milti nahin.</w:t>
      </w:r>
    </w:p>
    <w:p>
      <w:pPr>
        <w:jc w:val="right"/>
      </w:pPr>
      <w:r>
        <w:t>تو وہ ڈیزائر اس کو ملتی نہیں۔</w:t>
      </w:r>
    </w:p>
    <w:p>
      <w:r>
        <w:rPr>
          <w:b/>
        </w:rPr>
        <w:t xml:space="preserve">[15:56] </w:t>
      </w:r>
      <w:r>
        <w:t>to yeh mein samajhta hoon ke</w:t>
      </w:r>
    </w:p>
    <w:p>
      <w:pPr>
        <w:jc w:val="right"/>
      </w:pPr>
      <w:r>
        <w:t>تو یہ میں سمجھتا ہوں کہ</w:t>
      </w:r>
    </w:p>
    <w:p>
      <w:r>
        <w:rPr>
          <w:b/>
        </w:rPr>
        <w:t xml:space="preserve">[16:01] </w:t>
      </w:r>
      <w:r>
        <w:t>paighambar-e-Islam sal-lal-lahu alaihi wasallam ne is ka ailaan kiya. ke haqeeqat kya hai? yaani kyun contradiction</w:t>
      </w:r>
    </w:p>
    <w:p>
      <w:pPr>
        <w:jc w:val="right"/>
      </w:pPr>
      <w:r>
        <w:t>پیغمبر اسلام صلی اللہ علیہ وسلم نے اس کا اعلان کیا۔ کہ حقیقت کیا ہے؟ یعنی کیوں کنٹراڈکشن</w:t>
      </w:r>
    </w:p>
    <w:p>
      <w:r>
        <w:rPr>
          <w:b/>
        </w:rPr>
        <w:t xml:space="preserve">[16:08] </w:t>
      </w:r>
      <w:r>
        <w:t>ہے انسان کے desire میں اور جو real دنیا ہے جہاں ہمیں desire کو لینا ہے، وہ وہاں</w:t>
      </w:r>
    </w:p>
    <w:p>
      <w:pPr>
        <w:jc w:val="right"/>
      </w:pPr>
      <w:r>
        <w:t>ہے انسان کے ڈیزائر میں اور جو ریئل دنیا ہے جہاں ہمیں ڈیزائر کو لینا ہے، وہ وہاں</w:t>
      </w:r>
    </w:p>
    <w:p>
      <w:r>
        <w:rPr>
          <w:b/>
        </w:rPr>
        <w:t xml:space="preserve">[16:17] </w:t>
      </w:r>
      <w:r>
        <w:t>hum le nahin paate.</w:t>
      </w:r>
    </w:p>
    <w:p>
      <w:pPr>
        <w:jc w:val="right"/>
      </w:pPr>
      <w:r>
        <w:t>ہم لے نہیں پاتے۔</w:t>
      </w:r>
    </w:p>
    <w:p>
      <w:r>
        <w:rPr>
          <w:b/>
        </w:rPr>
        <w:t xml:space="preserve">[16:20] </w:t>
      </w:r>
      <w:r>
        <w:t>why this contradiction?</w:t>
      </w:r>
    </w:p>
    <w:p>
      <w:pPr>
        <w:jc w:val="right"/>
      </w:pPr>
      <w:r>
        <w:t>وائی دس کنٹراڈکشن؟</w:t>
      </w:r>
    </w:p>
    <w:p>
      <w:r>
        <w:rPr>
          <w:b/>
        </w:rPr>
        <w:t xml:space="preserve">[16:23] </w:t>
      </w:r>
      <w:r>
        <w:t>jis duniya mein hum hain, woh duniya hum ko</w:t>
      </w:r>
    </w:p>
    <w:p>
      <w:pPr>
        <w:jc w:val="right"/>
      </w:pPr>
      <w:r>
        <w:t>جس دنیا میں ہم ہیں، وہ دنیا ہم کو</w:t>
      </w:r>
    </w:p>
    <w:p>
      <w:r>
        <w:rPr>
          <w:b/>
        </w:rPr>
        <w:t xml:space="preserve">[16:28] </w:t>
      </w:r>
      <w:r>
        <w:t>imperfect duniya hai. hum chahte hain perfect duniya, aur woh hai imperfect duniya.</w:t>
      </w:r>
    </w:p>
    <w:p>
      <w:pPr>
        <w:jc w:val="right"/>
      </w:pPr>
      <w:r>
        <w:t>امپرفیکٹ دنیا ہے۔ ہم چاہتے ہیں پرفیکٹ دنیا، اور وہ ہے امپرفیکٹ دنیا۔</w:t>
      </w:r>
    </w:p>
    <w:p>
      <w:r>
        <w:rPr>
          <w:b/>
        </w:rPr>
        <w:t xml:space="preserve">[16:35] </w:t>
      </w:r>
      <w:r>
        <w:t>to rasool Allah sal-lal-lahu alaihi wasallam ne kaha tha:</w:t>
      </w:r>
    </w:p>
    <w:p>
      <w:pPr>
        <w:jc w:val="right"/>
      </w:pPr>
      <w:r>
        <w:t>تو رسول اللہ صلی اللہ علیہ وسلم نے کہا تھا:</w:t>
      </w:r>
    </w:p>
    <w:p>
      <w:r>
        <w:rPr>
          <w:b/>
        </w:rPr>
        <w:t xml:space="preserve">[16:42] </w:t>
      </w:r>
      <w:r>
        <w:t>"Allah la aish illa aish-e-aakhirah".</w:t>
      </w:r>
    </w:p>
    <w:p>
      <w:pPr>
        <w:jc w:val="right"/>
      </w:pPr>
      <w:r>
        <w:t>"اللہ لا عیش الا عیش الاخرہ"۔</w:t>
      </w:r>
    </w:p>
    <w:p>
      <w:r>
        <w:rPr>
          <w:b/>
        </w:rPr>
        <w:t xml:space="preserve">[16:50] </w:t>
      </w:r>
      <w:r>
        <w:t>ae Allah! aish to aakhirat ka aish hai. zindagi to aakhirat ki zindagi hai.</w:t>
      </w:r>
    </w:p>
    <w:p>
      <w:pPr>
        <w:jc w:val="right"/>
      </w:pPr>
      <w:r>
        <w:t>اے اللہ! عیش تو آخرت کا عیش ہے۔ زندگی تو آخرت کی زندگی ہے۔</w:t>
      </w:r>
    </w:p>
    <w:p>
      <w:r>
        <w:rPr>
          <w:b/>
        </w:rPr>
        <w:t xml:space="preserve">[16:58] </w:t>
      </w:r>
      <w:r>
        <w:t>to humein bakhsh de. yaani is</w:t>
      </w:r>
    </w:p>
    <w:p>
      <w:pPr>
        <w:jc w:val="right"/>
      </w:pPr>
      <w:r>
        <w:t>تو ہمیں بخش دے۔ یعنی اس</w:t>
      </w:r>
    </w:p>
    <w:p>
      <w:r>
        <w:rPr>
          <w:b/>
        </w:rPr>
        <w:t xml:space="preserve">[17:03] </w:t>
      </w:r>
      <w:r>
        <w:t>duniya tak pahunchne ka raaz,</w:t>
      </w:r>
    </w:p>
    <w:p>
      <w:pPr>
        <w:jc w:val="right"/>
      </w:pPr>
      <w:r>
        <w:t>دنیا تک پہنچنے کا راز،</w:t>
      </w:r>
    </w:p>
    <w:p>
      <w:r>
        <w:rPr>
          <w:b/>
        </w:rPr>
        <w:t xml:space="preserve">[17:06] </w:t>
      </w:r>
      <w:r>
        <w:t>jo perfect duniya hai, jo ideal duniya hai,</w:t>
      </w:r>
    </w:p>
    <w:p>
      <w:pPr>
        <w:jc w:val="right"/>
      </w:pPr>
      <w:r>
        <w:t>جو پرفیکٹ دنیا ہے، جو آئیڈیل دنیا ہے،</w:t>
      </w:r>
    </w:p>
    <w:p>
      <w:r>
        <w:rPr>
          <w:b/>
        </w:rPr>
        <w:t xml:space="preserve">[17:10] </w:t>
      </w:r>
      <w:r>
        <w:t>jo hamare, yaani hum jo chahte hain, is ke mutabiq woh duniya hai, to is ka raaz hai</w:t>
      </w:r>
    </w:p>
    <w:p>
      <w:pPr>
        <w:jc w:val="right"/>
      </w:pPr>
      <w:r>
        <w:t>جو ہمارے، یعنی ہم جو چاہتے ہیں، اس کے مطابق وہ دنیا ہے، تو اس کا راز ہے</w:t>
      </w:r>
    </w:p>
    <w:p>
      <w:r>
        <w:rPr>
          <w:b/>
        </w:rPr>
        <w:t xml:space="preserve">[17:19] </w:t>
      </w:r>
      <w:r>
        <w:t>maghfirat. is ka raaz hai</w:t>
      </w:r>
    </w:p>
    <w:p>
      <w:pPr>
        <w:jc w:val="right"/>
      </w:pPr>
      <w:r>
        <w:t>مغفرت۔ اس کا راز ہے</w:t>
      </w:r>
    </w:p>
    <w:p>
      <w:r>
        <w:rPr>
          <w:b/>
        </w:rPr>
        <w:t xml:space="preserve">[17:22] </w:t>
      </w:r>
      <w:r>
        <w:t>more and more money nahin. aur kamao aur kamao. yeh nahin.</w:t>
      </w:r>
    </w:p>
    <w:p>
      <w:pPr>
        <w:jc w:val="right"/>
      </w:pPr>
      <w:r>
        <w:t>مور اینڈ مور منی نہیں۔ اور کماؤ اور کماؤ۔ یہ نہیں۔</w:t>
      </w:r>
    </w:p>
    <w:p>
      <w:r>
        <w:rPr>
          <w:b/>
        </w:rPr>
        <w:t xml:space="preserve">[17:31] </w:t>
      </w:r>
      <w:r>
        <w:t>kal meri mulaqat ek sahib se hui, kal hi ki baat hai,</w:t>
      </w:r>
    </w:p>
    <w:p>
      <w:pPr>
        <w:jc w:val="right"/>
      </w:pPr>
      <w:r>
        <w:t>کل میری ملاقات ایک صاحب سے ہوئی، کل ہی کی بات ہے،</w:t>
      </w:r>
    </w:p>
    <w:p>
      <w:r>
        <w:rPr>
          <w:b/>
        </w:rPr>
        <w:t xml:space="preserve">[17:35] </w:t>
      </w:r>
      <w:r>
        <w:t>ke india ke ek tycoon hain, bohat hi paisa wale, bohat zyada bara business un ka hai. aur</w:t>
      </w:r>
    </w:p>
    <w:p>
      <w:pPr>
        <w:jc w:val="right"/>
      </w:pPr>
      <w:r>
        <w:t>کہ انڈیا کے ایک ٹائیکون ہیں، بہت ہی پیسہ والے، بہت زیادہ بڑا بزنس ان کا ہے۔ اور</w:t>
      </w:r>
    </w:p>
    <w:p>
      <w:r>
        <w:rPr>
          <w:b/>
        </w:rPr>
        <w:t xml:space="preserve">[17:41] </w:t>
      </w:r>
      <w:r>
        <w:t>dunya bhar mein un ka business hai. har jagah un ke ghar hain.</w:t>
      </w:r>
    </w:p>
    <w:p>
      <w:pPr>
        <w:jc w:val="right"/>
      </w:pPr>
      <w:r>
        <w:t>دنیا بھر میں ان کا بزنس ہے۔ ہر جگہ ان کے گھر ہیں۔</w:t>
      </w:r>
    </w:p>
    <w:p>
      <w:r>
        <w:rPr>
          <w:b/>
        </w:rPr>
        <w:t xml:space="preserve">[17:47] </w:t>
      </w:r>
      <w:r>
        <w:t>to unhon ne bataya ke</w:t>
      </w:r>
    </w:p>
    <w:p>
      <w:pPr>
        <w:jc w:val="right"/>
      </w:pPr>
      <w:r>
        <w:t>تو انہوں نے بتایا کہ</w:t>
      </w:r>
    </w:p>
    <w:p>
      <w:r>
        <w:rPr>
          <w:b/>
        </w:rPr>
        <w:t xml:space="preserve">[17:50] </w:t>
      </w:r>
      <w:r>
        <w:t>taqreeban do ghanta un se meri baat hui.</w:t>
      </w:r>
    </w:p>
    <w:p>
      <w:pPr>
        <w:jc w:val="right"/>
      </w:pPr>
      <w:r>
        <w:t>تقریباً دو گھنٹہ ان سے میری بات ہوئی۔</w:t>
      </w:r>
    </w:p>
    <w:p>
      <w:r>
        <w:rPr>
          <w:b/>
        </w:rPr>
        <w:t xml:space="preserve">[17:55] </w:t>
      </w:r>
      <w:r>
        <w:t>to aakhri kya un ke, unhon ne bataya ke aakhri kya un ka, yani plan hai, aakhri baat</w:t>
      </w:r>
    </w:p>
    <w:p>
      <w:pPr>
        <w:jc w:val="right"/>
      </w:pPr>
      <w:r>
        <w:t>تو آخری کیا ان کے، انہوں نے بتایا کہ آخری کیا ان کا، یعنی پلان ہے، آخری بات</w:t>
      </w:r>
    </w:p>
    <w:p>
      <w:r>
        <w:rPr>
          <w:b/>
        </w:rPr>
        <w:t xml:space="preserve">[18:02] </w:t>
      </w:r>
      <w:r>
        <w:t>kya woh chahte hain? spirituality.</w:t>
      </w:r>
    </w:p>
    <w:p>
      <w:pPr>
        <w:jc w:val="right"/>
      </w:pPr>
      <w:r>
        <w:t>کیا وہ چاہتے ہیں؟ اسپرچولٹی۔</w:t>
      </w:r>
    </w:p>
    <w:p>
      <w:r>
        <w:rPr>
          <w:b/>
        </w:rPr>
        <w:t xml:space="preserve">[18:07] </w:t>
      </w:r>
      <w:r>
        <w:t>اب کوئی spirituality والا کام چاہتے ہیں، جیسے spiritual، ان کو، یعنی ان کی spirituality،</w:t>
      </w:r>
    </w:p>
    <w:p>
      <w:pPr>
        <w:jc w:val="right"/>
      </w:pPr>
      <w:r>
        <w:t>اب کوئی اسپرچولٹی والا کام چاہتے ہیں، جیسے اسپرچول، ان کو، یعنی ان کی اسپرچولٹی،</w:t>
      </w:r>
    </w:p>
    <w:p>
      <w:r>
        <w:rPr>
          <w:b/>
        </w:rPr>
        <w:t xml:space="preserve">[18:14] </w:t>
      </w:r>
      <w:r>
        <w:t>un ki jo spiritual personality hai, us ko kuch mile, kuch taskeen mile.</w:t>
      </w:r>
    </w:p>
    <w:p>
      <w:pPr>
        <w:jc w:val="right"/>
      </w:pPr>
      <w:r>
        <w:t>ان کی جو اسپرچول پرسنیلٹی ہے، اس کو کچھ ملے، کچھ تسکین ملے۔</w:t>
      </w:r>
    </w:p>
    <w:p>
      <w:r>
        <w:rPr>
          <w:b/>
        </w:rPr>
        <w:t xml:space="preserve">[18:20] </w:t>
      </w:r>
      <w:r>
        <w:t>yani daulat ka anbaar un ke paas hai. ab woh talash kar rahe hain spirituality. yeh kal ki</w:t>
      </w:r>
    </w:p>
    <w:p>
      <w:pPr>
        <w:jc w:val="right"/>
      </w:pPr>
      <w:r>
        <w:t>یعنی دولت کا انبار ان کے پاس ہے۔ اب وہ تلاش کر رہے ہیں اسپرچولٹی۔ یہ کل کی</w:t>
      </w:r>
    </w:p>
    <w:p>
      <w:r>
        <w:rPr>
          <w:b/>
        </w:rPr>
        <w:t xml:space="preserve">[18:25] </w:t>
      </w:r>
      <w:r>
        <w:t>baat hai. to</w:t>
      </w:r>
    </w:p>
    <w:p>
      <w:pPr>
        <w:jc w:val="right"/>
      </w:pPr>
      <w:r>
        <w:t>بات ہے۔ تو</w:t>
      </w:r>
    </w:p>
    <w:p>
      <w:r>
        <w:rPr>
          <w:b/>
        </w:rPr>
        <w:t xml:space="preserve">[18:32] </w:t>
      </w:r>
      <w:r>
        <w:t>rasool Allah sal Allah alaihi wasallam ne jo baat kahi ke "Allah ala aish ala aish aakhrah",</w:t>
      </w:r>
    </w:p>
    <w:p>
      <w:pPr>
        <w:jc w:val="right"/>
      </w:pPr>
      <w:r>
        <w:t>رسول اللہ صلی اللہ علیہ وسلم نے جو بات کہی کہ "اللہ الا عیش الا عیش الاخرہ"،</w:t>
      </w:r>
    </w:p>
    <w:p>
      <w:r>
        <w:rPr>
          <w:b/>
        </w:rPr>
        <w:t xml:space="preserve">[18:40] </w:t>
      </w:r>
      <w:r>
        <w:t>یہ بہت بڑی wisdom اس کے اندر ہے۔ wisdom۔</w:t>
      </w:r>
    </w:p>
    <w:p>
      <w:pPr>
        <w:jc w:val="right"/>
      </w:pPr>
      <w:r>
        <w:t>یہ بہت بڑی وزڈم اس کے اندر ہے۔ وزڈم۔</w:t>
      </w:r>
    </w:p>
    <w:p>
      <w:r>
        <w:rPr>
          <w:b/>
        </w:rPr>
        <w:t xml:space="preserve">[18:47] </w:t>
      </w:r>
      <w:r>
        <w:t>ke jis cheez ko tum chahte ho dunya mein,</w:t>
      </w:r>
    </w:p>
    <w:p>
      <w:pPr>
        <w:jc w:val="right"/>
      </w:pPr>
      <w:r>
        <w:t>کہ جس چیز کو تم چاہتے ہو دنیا میں،</w:t>
      </w:r>
    </w:p>
    <w:p>
      <w:r>
        <w:rPr>
          <w:b/>
        </w:rPr>
        <w:t xml:space="preserve">[18:50] </w:t>
      </w:r>
      <w:r>
        <w:t>jo apni pasand ki zindagi,</w:t>
      </w:r>
    </w:p>
    <w:p>
      <w:pPr>
        <w:jc w:val="right"/>
      </w:pPr>
      <w:r>
        <w:t>جو اپنی پسند کی زندگی،</w:t>
      </w:r>
    </w:p>
    <w:p>
      <w:r>
        <w:rPr>
          <w:b/>
        </w:rPr>
        <w:t xml:space="preserve">[18:55] </w:t>
      </w:r>
      <w:r>
        <w:t>apni fulfillment wali zindagi, us ka raaz kya hai?</w:t>
      </w:r>
    </w:p>
    <w:p>
      <w:pPr>
        <w:jc w:val="right"/>
      </w:pPr>
      <w:r>
        <w:t>اپنی فلفلمنٹ والی زندگی، اس کا راز کیا ہے؟</w:t>
      </w:r>
    </w:p>
    <w:p>
      <w:r>
        <w:rPr>
          <w:b/>
        </w:rPr>
        <w:t xml:space="preserve">[19:01] </w:t>
      </w:r>
      <w:r>
        <w:t>maghfirat wala kaam karo. aur phir jannat mein inaam ki taur par, aakhrat mein tum ko jannat inaam</w:t>
      </w:r>
    </w:p>
    <w:p>
      <w:pPr>
        <w:jc w:val="right"/>
      </w:pPr>
      <w:r>
        <w:t>مغفرت والا کام کرو۔ اور پھر جنت میں انعام کی طور پر، آخرت میں تم کو جنت انعام</w:t>
      </w:r>
    </w:p>
    <w:p>
      <w:r>
        <w:rPr>
          <w:b/>
        </w:rPr>
        <w:t xml:space="preserve">[19:07] </w:t>
      </w:r>
      <w:r>
        <w:t>ki shakal mein mile.</w:t>
      </w:r>
    </w:p>
    <w:p>
      <w:pPr>
        <w:jc w:val="right"/>
      </w:pPr>
      <w:r>
        <w:t>کی شکل میں ملے۔</w:t>
      </w:r>
    </w:p>
    <w:p>
      <w:r>
        <w:rPr>
          <w:b/>
        </w:rPr>
        <w:t xml:space="preserve">[19:10] </w:t>
      </w:r>
      <w:r>
        <w:t>yeh bohat, bohat hi anokhi baat hai yeh.</w:t>
      </w:r>
    </w:p>
    <w:p>
      <w:pPr>
        <w:jc w:val="right"/>
      </w:pPr>
      <w:r>
        <w:t>یہ بہت، بہت ہی انوکھی بات ہے یہ۔</w:t>
      </w:r>
    </w:p>
    <w:p>
      <w:r>
        <w:rPr>
          <w:b/>
        </w:rPr>
        <w:t xml:space="preserve">[19:15] </w:t>
      </w:r>
      <w:r>
        <w:t>"Allah la aish ala aish aakhrah".</w:t>
      </w:r>
    </w:p>
    <w:p>
      <w:pPr>
        <w:jc w:val="right"/>
      </w:pPr>
      <w:r>
        <w:t>"اللہ لا عیش الا عیش الاخرہ"۔</w:t>
      </w:r>
    </w:p>
    <w:p>
      <w:r>
        <w:rPr>
          <w:b/>
        </w:rPr>
        <w:t xml:space="preserve">[19:22] </w:t>
      </w:r>
      <w:r>
        <w:t>yani dunya, har insaan jo hai,</w:t>
      </w:r>
    </w:p>
    <w:p>
      <w:pPr>
        <w:jc w:val="right"/>
      </w:pPr>
      <w:r>
        <w:t>یعنی دنیا، ہر انسان جو ہے،</w:t>
      </w:r>
    </w:p>
    <w:p>
      <w:r>
        <w:rPr>
          <w:b/>
        </w:rPr>
        <w:t xml:space="preserve">[19:25] </w:t>
      </w:r>
      <w:r>
        <w:t>chahta hai, yani is lihaaz se kaha ja sakta</w:t>
      </w:r>
    </w:p>
    <w:p>
      <w:pPr>
        <w:jc w:val="right"/>
      </w:pPr>
      <w:r>
        <w:t>چاہتا ہے، یعنی اس لحاظ سے کہا جا سکتا</w:t>
      </w:r>
    </w:p>
    <w:p>
      <w:r>
        <w:rPr>
          <w:b/>
        </w:rPr>
        <w:t xml:space="preserve">[19:30] </w:t>
      </w:r>
      <w:r>
        <w:t>ہے آپ کہ "man is a paradise-seeking animal"۔</w:t>
      </w:r>
    </w:p>
    <w:p>
      <w:pPr>
        <w:jc w:val="right"/>
      </w:pPr>
      <w:r>
        <w:t>ہے آپ کہ "من از اے پیرڈائز سیکنگ اینیمل"۔</w:t>
      </w:r>
    </w:p>
    <w:p>
      <w:r>
        <w:rPr>
          <w:b/>
        </w:rPr>
        <w:t xml:space="preserve">[19:36] </w:t>
      </w:r>
      <w:r>
        <w:t>yani ek perfect world, ek ideal world, jahan mujhe fulfillment mile, fulfillment.</w:t>
      </w:r>
    </w:p>
    <w:p>
      <w:pPr>
        <w:jc w:val="right"/>
      </w:pPr>
      <w:r>
        <w:t>یعنی ایک پرفیکٹ ورلڈ، ایک آئیڈیل ورلڈ، جہاں مجھے فلفلمنٹ ملے، فلفلمنٹ۔</w:t>
      </w:r>
    </w:p>
    <w:p>
      <w:r>
        <w:rPr>
          <w:b/>
        </w:rPr>
        <w:t xml:space="preserve">[19:43] </w:t>
      </w:r>
      <w:r>
        <w:t>to insaan is ki talash mein hai.</w:t>
      </w:r>
    </w:p>
    <w:p>
      <w:pPr>
        <w:jc w:val="right"/>
      </w:pPr>
      <w:r>
        <w:t>تو انسان اس کی تلاش میں ہے۔</w:t>
      </w:r>
    </w:p>
    <w:p>
      <w:r>
        <w:rPr>
          <w:b/>
        </w:rPr>
        <w:t xml:space="preserve">[19:46] </w:t>
      </w:r>
      <w:r>
        <w:t>lekin aap ne kaha ke woh cheez dunya mein milne wali hai nahin.</w:t>
      </w:r>
    </w:p>
    <w:p>
      <w:pPr>
        <w:jc w:val="right"/>
      </w:pPr>
      <w:r>
        <w:t>لیکن آپ نے کہا کہ وہ چیز دنیا میں ملنے والی ہے نہیں۔</w:t>
      </w:r>
    </w:p>
    <w:p>
      <w:r>
        <w:rPr>
          <w:b/>
        </w:rPr>
        <w:t xml:space="preserve">[19:50] </w:t>
      </w:r>
      <w:r>
        <w:t>is ka rasta kya hai? woh kaam karo jis se tum ko Allah ki maghfirat milay.</w:t>
      </w:r>
    </w:p>
    <w:p>
      <w:pPr>
        <w:jc w:val="right"/>
      </w:pPr>
      <w:r>
        <w:t>اس کا راستہ کیا ہے؟ وہ کام کرو جس سے تم کو اللہ کی مغفرت ملے۔</w:t>
      </w:r>
    </w:p>
    <w:p>
      <w:r>
        <w:rPr>
          <w:b/>
        </w:rPr>
        <w:t xml:space="preserve">[19:58] </w:t>
      </w:r>
      <w:r>
        <w:t>yani Allah ki rehmat milay.</w:t>
      </w:r>
    </w:p>
    <w:p>
      <w:pPr>
        <w:jc w:val="right"/>
      </w:pPr>
      <w:r>
        <w:t>یعنی اللہ کی رحمت ملے۔</w:t>
      </w:r>
    </w:p>
    <w:p>
      <w:r>
        <w:rPr>
          <w:b/>
        </w:rPr>
        <w:t xml:space="preserve">[20:02] </w:t>
      </w:r>
      <w:r>
        <w:t>aur phir Allah bator reward tum ko akhirat ki dunya mein</w:t>
      </w:r>
    </w:p>
    <w:p>
      <w:pPr>
        <w:jc w:val="right"/>
      </w:pPr>
      <w:r>
        <w:t>اور پھر اللہ بطور ریوارڈ تم کو آخرت کی دنیا میں</w:t>
      </w:r>
    </w:p>
    <w:p>
      <w:r>
        <w:rPr>
          <w:b/>
        </w:rPr>
        <w:t xml:space="preserve">[20:07] </w:t>
      </w:r>
      <w:r>
        <w:t>jannat, paradise day day. yeh rasta hai.</w:t>
      </w:r>
    </w:p>
    <w:p>
      <w:pPr>
        <w:jc w:val="right"/>
      </w:pPr>
      <w:r>
        <w:t>جنت، پیرڈائز دے دے۔ یہ راستہ ہے۔</w:t>
      </w:r>
    </w:p>
    <w:p>
      <w:r>
        <w:rPr>
          <w:b/>
        </w:rPr>
        <w:t xml:space="preserve">[20:14] </w:t>
      </w:r>
      <w:r>
        <w:t>to yeh dunya mein jo hum ko fulfillment nahi milta, is ko humein bator clue ke dekhna chahiye.</w:t>
      </w:r>
    </w:p>
    <w:p>
      <w:pPr>
        <w:jc w:val="right"/>
      </w:pPr>
      <w:r>
        <w:t>تو یہ دنیا میں جو ہم کو فلفلمنٹ نہیں ملتا، اس کو ہمیں بطور کلو کے دیکھنا چاہیے۔</w:t>
      </w:r>
    </w:p>
    <w:p>
      <w:r>
        <w:rPr>
          <w:b/>
        </w:rPr>
        <w:t xml:space="preserve">[20:23] </w:t>
      </w:r>
      <w:r>
        <w:t>dunya mein hum ko fulfillment nahi milta.</w:t>
      </w:r>
    </w:p>
    <w:p>
      <w:pPr>
        <w:jc w:val="right"/>
      </w:pPr>
      <w:r>
        <w:t>دنیا میں ہم کو فلفلمنٹ نہیں ملتا۔</w:t>
      </w:r>
    </w:p>
    <w:p>
      <w:r>
        <w:rPr>
          <w:b/>
        </w:rPr>
        <w:t xml:space="preserve">[20:26] </w:t>
      </w:r>
      <w:r>
        <w:t>jaise ke maine arz kiya aap ko ke kal ka tajurba,</w:t>
      </w:r>
    </w:p>
    <w:p>
      <w:pPr>
        <w:jc w:val="right"/>
      </w:pPr>
      <w:r>
        <w:t>جیسے کہ میں نے عرض کیا آپ کو کہ کل کا تجربہ،</w:t>
      </w:r>
    </w:p>
    <w:p>
      <w:r>
        <w:rPr>
          <w:b/>
        </w:rPr>
        <w:t xml:space="preserve">[20:30] </w:t>
      </w:r>
      <w:r>
        <w:t>ke ek insan jis ka business dunya mein phaila hua hai,</w:t>
      </w:r>
    </w:p>
    <w:p>
      <w:pPr>
        <w:jc w:val="right"/>
      </w:pPr>
      <w:r>
        <w:t>کہ ایک انسان جس کا بزنس دنیا میں پھیلا ہوا ہے،</w:t>
      </w:r>
    </w:p>
    <w:p>
      <w:r>
        <w:rPr>
          <w:b/>
        </w:rPr>
        <w:t xml:space="preserve">[20:35] </w:t>
      </w:r>
      <w:r>
        <w:t>India mein aur bahir bhi, aur bohat saray, har mulk mein is ke ghar hain.</w:t>
      </w:r>
    </w:p>
    <w:p>
      <w:pPr>
        <w:jc w:val="right"/>
      </w:pPr>
      <w:r>
        <w:t>انڈیا میں اور باہر بھی، اور بہت سارے، ہر ملک میں اس کے گھر ہیں۔</w:t>
      </w:r>
    </w:p>
    <w:p>
      <w:r>
        <w:rPr>
          <w:b/>
        </w:rPr>
        <w:t xml:space="preserve">[20:42] </w:t>
      </w:r>
      <w:r>
        <w:t>doulat ka is ke paas anbaar hai. lekin ab kya cheez talash kar raha hai woh? spirituality.</w:t>
      </w:r>
    </w:p>
    <w:p>
      <w:pPr>
        <w:jc w:val="right"/>
      </w:pPr>
      <w:r>
        <w:t>دولت کا اس کے پاس انبار ہے۔ لیکن اب کیا چیز تلاش کر رہا ہے وہ؟ اسپرچولٹی۔</w:t>
      </w:r>
    </w:p>
    <w:p>
      <w:r>
        <w:rPr>
          <w:b/>
        </w:rPr>
        <w:t xml:space="preserve">[20:51] </w:t>
      </w:r>
      <w:r>
        <w:t>dosray ma'ano mein kaha hai paradise talash kar raha hai woh. yeh dunya mein to is ko nahi</w:t>
      </w:r>
    </w:p>
    <w:p>
      <w:pPr>
        <w:jc w:val="right"/>
      </w:pPr>
      <w:r>
        <w:t>دوسرے معنی میں کہا ہے پیرڈائز تلاش کر رہا ہے وہ۔ یہ دنیا میں تو اس کو نہیں</w:t>
      </w:r>
    </w:p>
    <w:p>
      <w:r>
        <w:rPr>
          <w:b/>
        </w:rPr>
        <w:t xml:space="preserve">[20:55] </w:t>
      </w:r>
      <w:r>
        <w:t>mila, woh baat nahi mili jo woh chahta tha, fulfillment.</w:t>
      </w:r>
    </w:p>
    <w:p>
      <w:pPr>
        <w:jc w:val="right"/>
      </w:pPr>
      <w:r>
        <w:t>ملا، وہ بات نہیں ملی جو وہ چاہتا تھا، فلفلمنٹ۔</w:t>
      </w:r>
    </w:p>
    <w:p>
      <w:r>
        <w:rPr>
          <w:b/>
        </w:rPr>
        <w:t xml:space="preserve">[21:00] </w:t>
      </w:r>
      <w:r>
        <w:t>to ab ek aur dunya ki talash mein hai woh. is ka naam rakha hai is ne spirituality.</w:t>
      </w:r>
    </w:p>
    <w:p>
      <w:pPr>
        <w:jc w:val="right"/>
      </w:pPr>
      <w:r>
        <w:t>تو اب ایک اور دنیا کی تلاش میں ہے وہ۔ اس کا نام رکھا ہے اس نے اسپرچولٹی۔</w:t>
      </w:r>
    </w:p>
    <w:p>
      <w:r>
        <w:rPr>
          <w:b/>
        </w:rPr>
        <w:t xml:space="preserve">[21:05] </w:t>
      </w:r>
      <w:r>
        <w:t>lekin haqeeqat mein woh paradise hai.</w:t>
      </w:r>
    </w:p>
    <w:p>
      <w:pPr>
        <w:jc w:val="right"/>
      </w:pPr>
      <w:r>
        <w:t>لیکن حقیقت میں وہ پیرڈائز ہے۔</w:t>
      </w:r>
    </w:p>
    <w:p>
      <w:r>
        <w:rPr>
          <w:b/>
        </w:rPr>
        <w:t xml:space="preserve">[21:10] </w:t>
      </w:r>
      <w:r>
        <w:t>jis cheez ko woh keh raha hai ke spirituality, woh haqeeqat mein paradise hai.</w:t>
      </w:r>
    </w:p>
    <w:p>
      <w:pPr>
        <w:jc w:val="right"/>
      </w:pPr>
      <w:r>
        <w:t>جس چیز کو وہ کہہ رہا ہے کہ اسپرچولٹی، وہ حقیقت میں پیرڈائز ہے۔</w:t>
      </w:r>
    </w:p>
    <w:p>
      <w:r>
        <w:rPr>
          <w:b/>
        </w:rPr>
        <w:t xml:space="preserve">[21:23] </w:t>
      </w:r>
      <w:r>
        <w:t>to insan ka yeh tajurba</w:t>
      </w:r>
    </w:p>
    <w:p>
      <w:pPr>
        <w:jc w:val="right"/>
      </w:pPr>
      <w:r>
        <w:t>تو انسان کا یہ تجربہ</w:t>
      </w:r>
    </w:p>
    <w:p>
      <w:r>
        <w:rPr>
          <w:b/>
        </w:rPr>
        <w:t xml:space="preserve">[21:26] </w:t>
      </w:r>
      <w:r>
        <w:t>ke is ko fulfillment nahi milta dunya mein.</w:t>
      </w:r>
    </w:p>
    <w:p>
      <w:pPr>
        <w:jc w:val="right"/>
      </w:pPr>
      <w:r>
        <w:t>کہ اس کو فلفلمنٹ نہیں ملتا دنیا میں۔</w:t>
      </w:r>
    </w:p>
    <w:p>
      <w:r>
        <w:rPr>
          <w:b/>
        </w:rPr>
        <w:t xml:space="preserve">[21:30] </w:t>
      </w:r>
      <w:r>
        <w:t>aur sab se bari cheez jis ko woh chahta hai, woh fulfillment hai. to wohi cheez nahi pata.</w:t>
      </w:r>
    </w:p>
    <w:p>
      <w:pPr>
        <w:jc w:val="right"/>
      </w:pPr>
      <w:r>
        <w:t>اور سب سے بڑی چیز جس کو وہ چاہتا ہے، وہ فلفلمنٹ ہے۔ تو وہی چیز نہیں پاتا۔</w:t>
      </w:r>
    </w:p>
    <w:p>
      <w:r>
        <w:rPr>
          <w:b/>
        </w:rPr>
        <w:t xml:space="preserve">[21:36] </w:t>
      </w:r>
      <w:r>
        <w:t>har insan ka, har aurat ka, har mard ka, jo sab se bara jo goal hai, woh yeh</w:t>
      </w:r>
    </w:p>
    <w:p>
      <w:pPr>
        <w:jc w:val="right"/>
      </w:pPr>
      <w:r>
        <w:t>ہر انسان کا، ہر عورت کا، ہر مرد کا، جو سب سے بڑا جو گول ہے، وہ یہ</w:t>
      </w:r>
    </w:p>
    <w:p>
      <w:r>
        <w:rPr>
          <w:b/>
        </w:rPr>
        <w:t xml:space="preserve">[21:42] </w:t>
      </w:r>
      <w:r>
        <w:t>hai ke is ko fulfillment milay.</w:t>
      </w:r>
    </w:p>
    <w:p>
      <w:pPr>
        <w:jc w:val="right"/>
      </w:pPr>
      <w:r>
        <w:t>ہے کہ اس کو فلفلمنٹ ملے۔</w:t>
      </w:r>
    </w:p>
    <w:p>
      <w:r>
        <w:rPr>
          <w:b/>
        </w:rPr>
        <w:t xml:space="preserve">[21:45] </w:t>
      </w:r>
      <w:r>
        <w:t>wohi nahi milta.</w:t>
      </w:r>
    </w:p>
    <w:p>
      <w:pPr>
        <w:jc w:val="right"/>
      </w:pPr>
      <w:r>
        <w:t>وہی نہیں ملتا۔</w:t>
      </w:r>
    </w:p>
    <w:p>
      <w:r>
        <w:rPr>
          <w:b/>
        </w:rPr>
        <w:t xml:space="preserve">[21:49] </w:t>
      </w:r>
      <w:r>
        <w:t>to dekhiye, dunya mein</w:t>
      </w:r>
    </w:p>
    <w:p>
      <w:pPr>
        <w:jc w:val="right"/>
      </w:pPr>
      <w:r>
        <w:t>تو دیکھیے، دنیا میں</w:t>
      </w:r>
    </w:p>
    <w:p>
      <w:r>
        <w:rPr>
          <w:b/>
        </w:rPr>
        <w:t xml:space="preserve">[21:52] </w:t>
      </w:r>
      <w:r>
        <w:t>aur jitnay bhi insan ke siwa jo cheezen hain, woh jo chahte hain, woh un ko mil raha</w:t>
      </w:r>
    </w:p>
    <w:p>
      <w:pPr>
        <w:jc w:val="right"/>
      </w:pPr>
      <w:r>
        <w:t>اور جتنے بھی انسان کے سوا جو چیزیں ہیں، وہ جو چاہتے ہیں، وہ ان کو مل رہا</w:t>
      </w:r>
    </w:p>
    <w:p>
      <w:r>
        <w:rPr>
          <w:b/>
        </w:rPr>
        <w:t xml:space="preserve">[21:57] </w:t>
      </w:r>
      <w:r>
        <w:t>hai. haiwan chahta hai ke is ko hari bhari ghaas ho, to is ko mil rahi hai woh.</w:t>
      </w:r>
    </w:p>
    <w:p>
      <w:pPr>
        <w:jc w:val="right"/>
      </w:pPr>
      <w:r>
        <w:t>ہے۔ حیوان چاہتا ہے کہ اس کو ہری بھری گھاس ہو، تو اس کو مل رہی ہے وہ۔</w:t>
      </w:r>
    </w:p>
    <w:p>
      <w:r>
        <w:rPr>
          <w:b/>
        </w:rPr>
        <w:t xml:space="preserve">[22:06] </w:t>
      </w:r>
      <w:r>
        <w:t>mein ek martaba Chambal ki wadi mein gaya, to Chambal ki wadi mein jo hai, bohat bara jangla</w:t>
      </w:r>
    </w:p>
    <w:p>
      <w:pPr>
        <w:jc w:val="right"/>
      </w:pPr>
      <w:r>
        <w:t>میں ایک مرتبہ چمبل کی وادی میں گیا، تو چمبل کی وادی میں جو ہے، بہت بڑا جنگل</w:t>
      </w:r>
    </w:p>
    <w:p>
      <w:r>
        <w:rPr>
          <w:b/>
        </w:rPr>
        <w:t xml:space="preserve">[22:12] </w:t>
      </w:r>
      <w:r>
        <w:t>he. to is mein mein gaya to jangal ke darmiyan ek chashma tha.</w:t>
      </w:r>
    </w:p>
    <w:p>
      <w:pPr>
        <w:jc w:val="right"/>
      </w:pPr>
      <w:r>
        <w:t>ہے۔ تو اس میں میں گیا تو جنگل کے درمیان ایک چشمہ تھا۔</w:t>
      </w:r>
    </w:p>
    <w:p>
      <w:r>
        <w:rPr>
          <w:b/>
        </w:rPr>
        <w:t xml:space="preserve">[22:20] </w:t>
      </w:r>
      <w:r>
        <w:t>to maine dekha ke wahan par</w:t>
      </w:r>
    </w:p>
    <w:p>
      <w:pPr>
        <w:jc w:val="right"/>
      </w:pPr>
      <w:r>
        <w:t>تو میں نے دیکھا کہ وہاں پر</w:t>
      </w:r>
    </w:p>
    <w:p>
      <w:r>
        <w:rPr>
          <w:b/>
        </w:rPr>
        <w:t xml:space="preserve">[22:22] </w:t>
      </w:r>
      <w:r>
        <w:t>animal aate the, pani peete the. to jangal mein patiyan hain un ke liye, jangal mein ghas hai</w:t>
      </w:r>
    </w:p>
    <w:p>
      <w:pPr>
        <w:jc w:val="right"/>
      </w:pPr>
      <w:r>
        <w:t>اینیمل آتے تھے، پانی پیتے تھے۔ تو جنگل میں پتیاں ہیں ان کے لیے، جنگل میں گھاس ہے</w:t>
      </w:r>
    </w:p>
    <w:p>
      <w:r>
        <w:rPr>
          <w:b/>
        </w:rPr>
        <w:t xml:space="preserve">[22:28] </w:t>
      </w:r>
      <w:r>
        <w:t>un ke liye. woh khaya unhone, wahan aa kar pani pi liya. to bilkul un ko koi</w:t>
      </w:r>
    </w:p>
    <w:p>
      <w:pPr>
        <w:jc w:val="right"/>
      </w:pPr>
      <w:r>
        <w:t>ان کے لیے۔ وہ کھایا انہوں نے، وہاں آ کر پانی پی لیا۔ تو بالکل ان کو کوئی</w:t>
      </w:r>
    </w:p>
    <w:p>
      <w:r>
        <w:rPr>
          <w:b/>
        </w:rPr>
        <w:t xml:space="preserve">[22:33] </w:t>
      </w:r>
      <w:r>
        <w:t>pareshani nahin. animal jo chahta hai, woh us ko mil raha hai.</w:t>
      </w:r>
    </w:p>
    <w:p>
      <w:pPr>
        <w:jc w:val="right"/>
      </w:pPr>
      <w:r>
        <w:t>پریشانی نہیں۔ اینیمل جو چاہتا ہے، وہ اس کو مل رہا ہے۔</w:t>
      </w:r>
    </w:p>
    <w:p>
      <w:r>
        <w:rPr>
          <w:b/>
        </w:rPr>
        <w:t xml:space="preserve">[22:40] </w:t>
      </w:r>
      <w:r>
        <w:t>animal jo chahta hai, woh us ko mil raha hai. insan jo chahta hai, us ko nahin milta.</w:t>
      </w:r>
    </w:p>
    <w:p>
      <w:pPr>
        <w:jc w:val="right"/>
      </w:pPr>
      <w:r>
        <w:t>اینیمل جو چاہتا ہے، وہ اس کو مل رہا ہے۔ انسان جو چاہتا ہے، اس کو نہیں ملتا۔</w:t>
      </w:r>
    </w:p>
    <w:p>
      <w:r>
        <w:rPr>
          <w:b/>
        </w:rPr>
        <w:t xml:space="preserve">[22:46] </w:t>
      </w:r>
      <w:r>
        <w:t>is clue ko le kar aap sochen to aap pahunchenge is haqeeqat tak ke jo cheez is</w:t>
      </w:r>
    </w:p>
    <w:p>
      <w:pPr>
        <w:jc w:val="right"/>
      </w:pPr>
      <w:r>
        <w:t>اس کلو کو لے کر آپ سوچیں تو آپ پہنچیں گے اس حقیقت تک کہ جو چیز اس</w:t>
      </w:r>
    </w:p>
    <w:p>
      <w:r>
        <w:rPr>
          <w:b/>
        </w:rPr>
        <w:t xml:space="preserve">[22:52] </w:t>
      </w:r>
      <w:r>
        <w:t>duniya mein nahin mil rahi, woh milne wali hai akhirat mein. yani zindagi ko aap jab lenge</w:t>
      </w:r>
    </w:p>
    <w:p>
      <w:pPr>
        <w:jc w:val="right"/>
      </w:pPr>
      <w:r>
        <w:t>دنیا میں نہیں مل رہی، وہ ملنے والی ہے آخرت میں۔ یعنی زندگی کو آپ جب لیں گے</w:t>
      </w:r>
    </w:p>
    <w:p>
      <w:r>
        <w:rPr>
          <w:b/>
        </w:rPr>
        <w:t xml:space="preserve">[22:59] </w:t>
      </w:r>
      <w:r>
        <w:t>do period, yani pre death period aur post death period.</w:t>
      </w:r>
    </w:p>
    <w:p>
      <w:pPr>
        <w:jc w:val="right"/>
      </w:pPr>
      <w:r>
        <w:t>دو پیریڈ، یعنی پری ڈیتھ پیریڈ اور پوسٹ ڈیتھ پیریڈ۔</w:t>
      </w:r>
    </w:p>
    <w:p>
      <w:r>
        <w:rPr>
          <w:b/>
        </w:rPr>
        <w:t xml:space="preserve">[23:07] </w:t>
      </w:r>
      <w:r>
        <w:t>pre death period aur post death period. to pre death period mein woh aap woh cheez chahen jo</w:t>
      </w:r>
    </w:p>
    <w:p>
      <w:pPr>
        <w:jc w:val="right"/>
      </w:pPr>
      <w:r>
        <w:t>پری ڈیتھ پیریڈ اور پوسٹ ڈیتھ پیریڈ۔ تو پری ڈیتھ پیریڈ میں وہ آپ وہ چیز چاہیں جو</w:t>
      </w:r>
    </w:p>
    <w:p>
      <w:r>
        <w:rPr>
          <w:b/>
        </w:rPr>
        <w:t xml:space="preserve">[23:14] </w:t>
      </w:r>
      <w:r>
        <w:t>yahan creation plan of god ke mutabiq rakhi nahin gayi hai, to kabhi nahin milega aap ko.</w:t>
      </w:r>
    </w:p>
    <w:p>
      <w:pPr>
        <w:jc w:val="right"/>
      </w:pPr>
      <w:r>
        <w:t>یہاں کریشن پلان آف گاڈ کے مطابق رکھی نہیں گئی ہے، تو کبھی نہیں ملے گا آپ کو۔</w:t>
      </w:r>
    </w:p>
    <w:p>
      <w:r>
        <w:rPr>
          <w:b/>
        </w:rPr>
        <w:t xml:space="preserve">[23:21] </w:t>
      </w:r>
      <w:r>
        <w:t>to creation plan of god ke mutabiq</w:t>
      </w:r>
    </w:p>
    <w:p>
      <w:pPr>
        <w:jc w:val="right"/>
      </w:pPr>
      <w:r>
        <w:t>تو کریشن پلان آف گاڈ کے مطابق</w:t>
      </w:r>
    </w:p>
    <w:p>
      <w:r>
        <w:rPr>
          <w:b/>
        </w:rPr>
        <w:t xml:space="preserve">[23:24] </w:t>
      </w:r>
      <w:r>
        <w:t>woh cheez jis ko hum paradise kehte hain, jahan fulfillment ho insan ko, woh post death period mein</w:t>
      </w:r>
    </w:p>
    <w:p>
      <w:pPr>
        <w:jc w:val="right"/>
      </w:pPr>
      <w:r>
        <w:t>وہ چیز جس کو ہم پیرڈائز کہتے ہیں، جہاں فلفلمنٹ ہو انسان کو، وہ پوسٹ ڈیتھ پیریڈ میں</w:t>
      </w:r>
    </w:p>
    <w:p>
      <w:r>
        <w:rPr>
          <w:b/>
        </w:rPr>
        <w:t xml:space="preserve">[23:31] </w:t>
      </w:r>
      <w:r>
        <w:t>hai, yahan par hai hi nahin.</w:t>
      </w:r>
    </w:p>
    <w:p>
      <w:pPr>
        <w:jc w:val="right"/>
      </w:pPr>
      <w:r>
        <w:t>ہے، یہاں پر ہے ہی نہیں۔</w:t>
      </w:r>
    </w:p>
    <w:p>
      <w:r>
        <w:rPr>
          <w:b/>
        </w:rPr>
        <w:t xml:space="preserve">[23:37] </w:t>
      </w:r>
      <w:r>
        <w:t>تو یہ جو مجھے جو تجربہ ہوا کہ میں نے اپنے spiritual corner کھو دیا، تقریباً تین مہینے</w:t>
      </w:r>
    </w:p>
    <w:p>
      <w:pPr>
        <w:jc w:val="right"/>
      </w:pPr>
      <w:r>
        <w:t>تو یہ جو مجھے جو تجربہ ہوا کہ میں نے اپنے اسپرچول کارنر کھو دیا، تقریباً تین مہینے</w:t>
      </w:r>
    </w:p>
    <w:p>
      <w:r>
        <w:rPr>
          <w:b/>
        </w:rPr>
        <w:t xml:space="preserve">[23:45] </w:t>
      </w:r>
      <w:r>
        <w:t>tak, phir maine us ko paya.</w:t>
      </w:r>
    </w:p>
    <w:p>
      <w:pPr>
        <w:jc w:val="right"/>
      </w:pPr>
      <w:r>
        <w:t>تک، پھر میں نے اس کو پایا۔</w:t>
      </w:r>
    </w:p>
    <w:p>
      <w:r>
        <w:rPr>
          <w:b/>
        </w:rPr>
        <w:t xml:space="preserve">[23:49] </w:t>
      </w:r>
      <w:r>
        <w:t>تو مجھے وہی یاد آیا ملٹن کی نظم، یعنی "Paradise Lost, Paradise Regain"۔</w:t>
      </w:r>
    </w:p>
    <w:p>
      <w:pPr>
        <w:jc w:val="right"/>
      </w:pPr>
      <w:r>
        <w:t>تو مجھے وہی یاد آیا ملٹن کی نظم، یعنی "پیرڈائز لاسٹ، پیرڈائز ری گین"۔</w:t>
      </w:r>
    </w:p>
    <w:p>
      <w:r>
        <w:rPr>
          <w:b/>
        </w:rPr>
        <w:t xml:space="preserve">[23:57] </w:t>
      </w:r>
      <w:r>
        <w:t>yeh cheez mere liye dua ban gayi ke khudaaya duniya mein to ne mujhe yeh tajruba karaya.</w:t>
      </w:r>
    </w:p>
    <w:p>
      <w:pPr>
        <w:jc w:val="right"/>
      </w:pPr>
      <w:r>
        <w:t>یہ چیز میرے لیے دعا بن گئی کہ خدایا دنیا میں تو نے مجھے یہ تجربہ کرایا۔</w:t>
      </w:r>
    </w:p>
    <w:p>
      <w:r>
        <w:rPr>
          <w:b/>
        </w:rPr>
        <w:t xml:space="preserve">[24:04] </w:t>
      </w:r>
      <w:r>
        <w:t>duniya mein to ne mujhe yeh tajruba karaya ke meri pasand ki jagah mujh se khoi gayi thi,</w:t>
      </w:r>
    </w:p>
    <w:p>
      <w:pPr>
        <w:jc w:val="right"/>
      </w:pPr>
      <w:r>
        <w:t>دنیا میں تو نے مجھے یہ تجربہ کرایا کہ میری پسند کی جگہ مجھ سے کھوئی گئی تھی،</w:t>
      </w:r>
    </w:p>
    <w:p>
      <w:r>
        <w:rPr>
          <w:b/>
        </w:rPr>
        <w:t xml:space="preserve">[24:10] </w:t>
      </w:r>
      <w:r>
        <w:t>phir mujhe to ne de di wapas. aise hi to muamla mere sath, mere sath farma akhirat mein.</w:t>
      </w:r>
    </w:p>
    <w:p>
      <w:pPr>
        <w:jc w:val="right"/>
      </w:pPr>
      <w:r>
        <w:t>پھر مجھے تو نے دے دی واپس۔ ایسے ہی تو معاملہ میرے ساتھ، میرے ساتھ فرما آخرت میں۔</w:t>
      </w:r>
    </w:p>
    <w:p>
      <w:r>
        <w:rPr>
          <w:b/>
        </w:rPr>
        <w:t xml:space="preserve">[24:18] </w:t>
      </w:r>
      <w:r>
        <w:t>aur phir maine apne ko joda Adam ke sath.</w:t>
      </w:r>
    </w:p>
    <w:p>
      <w:pPr>
        <w:jc w:val="right"/>
      </w:pPr>
      <w:r>
        <w:t>اور پھر میں نے اپنے کو جوڑا آدم کے ساتھ۔</w:t>
      </w:r>
    </w:p>
    <w:p>
      <w:r>
        <w:rPr>
          <w:b/>
        </w:rPr>
        <w:t xml:space="preserve">[24:22] </w:t>
      </w:r>
      <w:r>
        <w:t>hum sab Adam ki aulad hain.</w:t>
      </w:r>
    </w:p>
    <w:p>
      <w:pPr>
        <w:jc w:val="right"/>
      </w:pPr>
      <w:r>
        <w:t>ہم سب آدم کی اولاد ہیں۔</w:t>
      </w:r>
    </w:p>
    <w:p>
      <w:r>
        <w:rPr>
          <w:b/>
        </w:rPr>
        <w:t xml:space="preserve">[24:27] </w:t>
      </w:r>
      <w:r>
        <w:t>to jis tarah se Adam ke liye aap ne muqaddar kiya ke ek bar rakha jannat mein, phir</w:t>
      </w:r>
    </w:p>
    <w:p>
      <w:pPr>
        <w:jc w:val="right"/>
      </w:pPr>
      <w:r>
        <w:t>تو جس طرح سے آدم کے لیے آپ نے مقدر کیا کہ ایک بار رکھا جنت میں، پھر</w:t>
      </w:r>
    </w:p>
    <w:p>
      <w:r>
        <w:rPr>
          <w:b/>
        </w:rPr>
        <w:t xml:space="preserve">[24:32] </w:t>
      </w:r>
      <w:r>
        <w:t>jannat un ke liye khoi hui cheez ban gayi, phir dobara un ko diya.</w:t>
      </w:r>
    </w:p>
    <w:p>
      <w:pPr>
        <w:jc w:val="right"/>
      </w:pPr>
      <w:r>
        <w:t>جنت ان کے لیے کھوئی ہوئی چیز بن گئی، پھر دوبارہ ان کو دیا۔</w:t>
      </w:r>
    </w:p>
    <w:p>
      <w:r>
        <w:rPr>
          <w:b/>
        </w:rPr>
        <w:t xml:space="preserve">[24:38] </w:t>
      </w:r>
      <w:r>
        <w:t>aise hi muamla to mere sath farma.</w:t>
      </w:r>
    </w:p>
    <w:p>
      <w:pPr>
        <w:jc w:val="right"/>
      </w:pPr>
      <w:r>
        <w:t>ایسے ہی معاملہ تو میرے ساتھ فرما۔</w:t>
      </w:r>
    </w:p>
    <w:p>
      <w:r>
        <w:rPr>
          <w:b/>
        </w:rPr>
        <w:t xml:space="preserve">[24:43] </w:t>
      </w:r>
      <w:r>
        <w:t>to yeh ayat jo quran mein hai ke "la'in</w:t>
      </w:r>
    </w:p>
    <w:p>
      <w:pPr>
        <w:jc w:val="right"/>
      </w:pPr>
      <w:r>
        <w:t>تو یہ آیت جو قرآن میں ہے کہ "لَئِن</w:t>
      </w:r>
    </w:p>
    <w:p>
      <w:r>
        <w:rPr>
          <w:b/>
        </w:rPr>
        <w:t xml:space="preserve">[24:48] </w:t>
      </w:r>
      <w:r>
        <w:t>shakartum la azeedannakum". "la'in shakartum la azeedannakum".</w:t>
      </w:r>
    </w:p>
    <w:p>
      <w:pPr>
        <w:jc w:val="right"/>
      </w:pPr>
      <w:r>
        <w:t>شَكَرْتُمْ لَا أَزِيدَنَّكُمْ"۔ "لَئِن شَكَرْتُمْ لَا أَزِيدَنَّكُمْ"۔</w:t>
      </w:r>
    </w:p>
    <w:p>
      <w:r>
        <w:rPr>
          <w:b/>
        </w:rPr>
        <w:t xml:space="preserve">[24:51] </w:t>
      </w:r>
      <w:r>
        <w:t>dekhen, har insan ki zindagi mein aisa hota hai ke kuch ko kuch cheez milti hai. har insan</w:t>
      </w:r>
    </w:p>
    <w:p>
      <w:pPr>
        <w:jc w:val="right"/>
      </w:pPr>
      <w:r>
        <w:t>دیکھیں، ہر انسان کی زندگی میں ایسا ہوتا ہے کہ کچھ کو کچھ چیز ملتی ہے۔ ہر انسان</w:t>
      </w:r>
    </w:p>
    <w:p>
      <w:r>
        <w:rPr>
          <w:b/>
        </w:rPr>
        <w:t xml:space="preserve">[24:58] </w:t>
      </w:r>
      <w:r>
        <w:t>ke liye kuch cheez kho jati hai, phir milti hai. business mein kabhi loss hota hai, phir faida</w:t>
      </w:r>
    </w:p>
    <w:p>
      <w:pPr>
        <w:jc w:val="right"/>
      </w:pPr>
      <w:r>
        <w:t>کے لیے کچھ چیز کھو جاتی ہے، پھر ملتی ہے۔ بزنس میں کبھی لاس ہوتا ہے، پھر فائدہ</w:t>
      </w:r>
    </w:p>
    <w:p>
      <w:r>
        <w:rPr>
          <w:b/>
        </w:rPr>
        <w:t xml:space="preserve">[25:05] </w:t>
      </w:r>
      <w:r>
        <w:t>hota hai. koi job aap se chhin jata hai, phir ek aur job milta hai.</w:t>
      </w:r>
    </w:p>
    <w:p>
      <w:pPr>
        <w:jc w:val="right"/>
      </w:pPr>
      <w:r>
        <w:t>ہوتا ہے۔ کوئی جاب آپ سے چھن جاتا ہے، پھر ایک اور جاب ملتا ہے۔</w:t>
      </w:r>
    </w:p>
    <w:p>
      <w:r>
        <w:rPr>
          <w:b/>
        </w:rPr>
        <w:t xml:space="preserve">[25:12] </w:t>
      </w:r>
      <w:r>
        <w:t>har insan ko aisa tajurba hota hai.</w:t>
      </w:r>
    </w:p>
    <w:p>
      <w:pPr>
        <w:jc w:val="right"/>
      </w:pPr>
      <w:r>
        <w:t>ہر انسان کو ایسا تجربہ ہوتا ہے۔</w:t>
      </w:r>
    </w:p>
    <w:p>
      <w:r>
        <w:rPr>
          <w:b/>
        </w:rPr>
        <w:t xml:space="preserve">[25:15] </w:t>
      </w:r>
      <w:r>
        <w:t>to "la'in shaqartum la aazidannakum" jo ayat hai, woh bohat bara hope hai is mein.</w:t>
      </w:r>
    </w:p>
    <w:p>
      <w:pPr>
        <w:jc w:val="right"/>
      </w:pPr>
      <w:r>
        <w:t>تو "لَئِن شَكَرْتُمْ لَا أَزِيدَنَّكُمْ" جو آیت ہے، وہ بہت بڑا ہوپ ہے اس میں۔</w:t>
      </w:r>
    </w:p>
    <w:p>
      <w:r>
        <w:rPr>
          <w:b/>
        </w:rPr>
        <w:t xml:space="preserve">[25:22] </w:t>
      </w:r>
      <w:r>
        <w:t>کہ جو چیز تم کو دنیا میں ملی ہے، اس پر تم شکر کرو، شکر، acknowledge کرو۔</w:t>
      </w:r>
    </w:p>
    <w:p>
      <w:pPr>
        <w:jc w:val="right"/>
      </w:pPr>
      <w:r>
        <w:t>کہ جو چیز تم کو دنیا میں ملی ہے، اس پر تم شکر کرو، شکر، اکنالج کرو۔</w:t>
      </w:r>
    </w:p>
    <w:p>
      <w:r>
        <w:rPr>
          <w:b/>
        </w:rPr>
        <w:t xml:space="preserve">[25:30] </w:t>
      </w:r>
      <w:r>
        <w:t>to aur bhi diya jayega, aur diya jayega, aur diya jayega.</w:t>
      </w:r>
    </w:p>
    <w:p>
      <w:pPr>
        <w:jc w:val="right"/>
      </w:pPr>
      <w:r>
        <w:t>تو اور بھی دیا جائے گا، اور دیا جائے گا، اور دیا جائے گا۔</w:t>
      </w:r>
    </w:p>
    <w:p>
      <w:r>
        <w:rPr>
          <w:b/>
        </w:rPr>
        <w:t xml:space="preserve">[25:37] </w:t>
      </w:r>
      <w:r>
        <w:t>isi ko hadith mein maghfirat kaha gaya hai.</w:t>
      </w:r>
    </w:p>
    <w:p>
      <w:pPr>
        <w:jc w:val="right"/>
      </w:pPr>
      <w:r>
        <w:t>اسی کو حدیث میں مغفرت کہا گیا ہے۔</w:t>
      </w:r>
    </w:p>
    <w:p>
      <w:r>
        <w:rPr>
          <w:b/>
        </w:rPr>
        <w:t xml:space="preserve">[25:42] </w:t>
      </w:r>
      <w:r>
        <w:t>maghfirat yahi hai, maghfirat koi purasrar cheez nahi hai, yahi hai maghfirat.</w:t>
      </w:r>
    </w:p>
    <w:p>
      <w:pPr>
        <w:jc w:val="right"/>
      </w:pPr>
      <w:r>
        <w:t>مغفرت یہی ہے، مغفرت کوئی پراسرار چیز نہیں ہے، یہی ہے مغفرت۔</w:t>
      </w:r>
    </w:p>
    <w:p>
      <w:r>
        <w:rPr>
          <w:b/>
        </w:rPr>
        <w:t xml:space="preserve">[25:48] </w:t>
      </w:r>
      <w:r>
        <w:t>to mein samajhta hoon ke hum mein se har shakhs ko</w:t>
      </w:r>
    </w:p>
    <w:p>
      <w:pPr>
        <w:jc w:val="right"/>
      </w:pPr>
      <w:r>
        <w:t>تو میں سمجھتا ہوں کہ ہم میں سے ہر شخص کو</w:t>
      </w:r>
    </w:p>
    <w:p>
      <w:r>
        <w:rPr>
          <w:b/>
        </w:rPr>
        <w:t xml:space="preserve">[25:52] </w:t>
      </w:r>
      <w:r>
        <w:t>bohat ziyada, yaani</w:t>
      </w:r>
    </w:p>
    <w:p>
      <w:pPr>
        <w:jc w:val="right"/>
      </w:pPr>
      <w:r>
        <w:t>بہت زیادہ، یعنی</w:t>
      </w:r>
    </w:p>
    <w:p>
      <w:r>
        <w:rPr>
          <w:b/>
        </w:rPr>
        <w:t xml:space="preserve">[25:55] </w:t>
      </w:r>
      <w:r>
        <w:t>alive rehna parega. awake mind ke sath rehna parega. aur sochna parega, sochna parega,</w:t>
      </w:r>
    </w:p>
    <w:p>
      <w:pPr>
        <w:jc w:val="right"/>
      </w:pPr>
      <w:r>
        <w:t>الائیو رہنا پڑے گا۔ اویکین مائنڈ کے ساتھ رہنا پڑے گا۔ اور سوچنا پڑے گا، سوچنا پڑے گا،</w:t>
      </w:r>
    </w:p>
    <w:p>
      <w:r>
        <w:rPr>
          <w:b/>
        </w:rPr>
        <w:t xml:space="preserve">[26:00] </w:t>
      </w:r>
      <w:r>
        <w:t>sochna parega. jo tajurbaat guzarte hain, un tajurbaat par hamein dhyan karna hoga.</w:t>
      </w:r>
    </w:p>
    <w:p>
      <w:pPr>
        <w:jc w:val="right"/>
      </w:pPr>
      <w:r>
        <w:t>سوچنا پڑے گا۔ جو تجربات گزرتے ہیں، ان تجربات پر ہمیں دھیان کرنا ہوگا۔</w:t>
      </w:r>
    </w:p>
    <w:p>
      <w:r>
        <w:rPr>
          <w:b/>
        </w:rPr>
        <w:t xml:space="preserve">[26:08] </w:t>
      </w:r>
      <w:r>
        <w:t>ہر تجربہ آپ کے mind کو trigger کرنا ہونا چاہیے۔ ہر تجربے کے بعد آپ کا mind trigger</w:t>
      </w:r>
    </w:p>
    <w:p>
      <w:pPr>
        <w:jc w:val="right"/>
      </w:pPr>
      <w:r>
        <w:t>ہر تجربہ آپ کے مائنڈ کو ٹرگر کرنا ہونا چاہیے۔ ہر تجربے کے بعد آپ کا مائنڈ ٹرگر</w:t>
      </w:r>
    </w:p>
    <w:p>
      <w:r>
        <w:rPr>
          <w:b/>
        </w:rPr>
        <w:t xml:space="preserve">[26:14] </w:t>
      </w:r>
      <w:r>
        <w:t>ho. jab mind trigger hoga to aap ko bohat si baatein samajh mein ayengi. tab aap Allah</w:t>
      </w:r>
    </w:p>
    <w:p>
      <w:pPr>
        <w:jc w:val="right"/>
      </w:pPr>
      <w:r>
        <w:t>ہو۔ جب مائنڈ ٹرگر ہوگا تو آپ کو بہت سی باتیں سمجھ میں آئیں گی۔ تب آپ اللہ</w:t>
      </w:r>
    </w:p>
    <w:p>
      <w:r>
        <w:rPr>
          <w:b/>
        </w:rPr>
        <w:t xml:space="preserve">[26:21] </w:t>
      </w:r>
      <w:r>
        <w:t>ko discover karenge. tab aap Allah se duaein karenge. tab aap jannat ka talib banenge.</w:t>
      </w:r>
    </w:p>
    <w:p>
      <w:pPr>
        <w:jc w:val="right"/>
      </w:pPr>
      <w:r>
        <w:t>کو ڈسکور کریں گے۔ تب آپ اللہ سے دعائیں کریں گے۔ تب آپ جنت کا طالب بنیں گے۔</w:t>
      </w:r>
    </w:p>
    <w:p>
      <w:r>
        <w:rPr>
          <w:b/>
        </w:rPr>
        <w:t xml:space="preserve">[26:31] </w:t>
      </w:r>
      <w:r>
        <w:t>تو جو آدمی دنیا میں بیدار ذہن کے ساتھ رہے، یعنی awake mind کے ساتھ رہے، اسی کے</w:t>
      </w:r>
    </w:p>
    <w:p>
      <w:pPr>
        <w:jc w:val="right"/>
      </w:pPr>
      <w:r>
        <w:t>تو جو آدمی دنیا میں بیدار ذہن کے ساتھ رہے، یعنی اویکین مائنڈ کے ساتھ رہے، اسی کے</w:t>
      </w:r>
    </w:p>
    <w:p>
      <w:r>
        <w:rPr>
          <w:b/>
        </w:rPr>
        <w:t xml:space="preserve">[26:41] </w:t>
      </w:r>
      <w:r>
        <w:t>sath aisa pesh ayega ke uska mind trigger hoga, phir yeh sab cheezein us ko hasil</w:t>
      </w:r>
    </w:p>
    <w:p>
      <w:pPr>
        <w:jc w:val="right"/>
      </w:pPr>
      <w:r>
        <w:t>ساتھ ایسا پیش آئے گا کہ اس کا مائنڈ ٹرگر ہوگا، پھر یہ سب چیزیں اس کو حاصل</w:t>
      </w:r>
    </w:p>
    <w:p>
      <w:r>
        <w:rPr>
          <w:b/>
        </w:rPr>
        <w:t xml:space="preserve">[26:47] </w:t>
      </w:r>
      <w:r>
        <w:t>hoti chali jayengi.</w:t>
      </w:r>
    </w:p>
    <w:p>
      <w:pPr>
        <w:jc w:val="right"/>
      </w:pPr>
      <w:r>
        <w:t>ہوتی چلی جائیں گی۔</w:t>
      </w:r>
    </w:p>
    <w:p>
      <w:r>
        <w:rPr>
          <w:b/>
        </w:rPr>
        <w:t xml:space="preserve">[26:51] </w:t>
      </w:r>
      <w:r>
        <w:t>to mein samajhta hoon ke sab se bari cheez jo duniya mein pana hai, woh hai intellectual development.</w:t>
      </w:r>
    </w:p>
    <w:p>
      <w:pPr>
        <w:jc w:val="right"/>
      </w:pPr>
      <w:r>
        <w:t>تو میں سمجھتا ہوں کہ سب سے بڑی چیز جو دنیا میں پانا ہے، وہ ہے انٹلیکچول ڈیولپمنٹ۔</w:t>
      </w:r>
    </w:p>
    <w:p>
      <w:r>
        <w:rPr>
          <w:b/>
        </w:rPr>
        <w:t xml:space="preserve">[27:00] </w:t>
      </w:r>
      <w:r>
        <w:t>sab se bari cheez intellectual development.</w:t>
      </w:r>
    </w:p>
    <w:p>
      <w:pPr>
        <w:jc w:val="right"/>
      </w:pPr>
      <w:r>
        <w:t>سب سے بڑی چیز انٹلیکچول ڈیولپمنٹ۔</w:t>
      </w:r>
    </w:p>
    <w:p>
      <w:r>
        <w:rPr>
          <w:b/>
        </w:rPr>
        <w:t xml:space="preserve">[27:03] </w:t>
      </w:r>
      <w:r>
        <w:t>sab se bari cheez duniya mein money nahi hai, fame nahi hai,</w:t>
      </w:r>
    </w:p>
    <w:p>
      <w:pPr>
        <w:jc w:val="right"/>
      </w:pPr>
      <w:r>
        <w:t>سب سے بڑی چیز دنیا میں منی نہیں ہے، فیم نہیں ہے،</w:t>
      </w:r>
    </w:p>
    <w:p>
      <w:r>
        <w:rPr>
          <w:b/>
        </w:rPr>
        <w:t xml:space="preserve">[27:08] </w:t>
      </w:r>
      <w:r>
        <w:t>political power nahi hai, yeh sab bari cheezein nahi hain.</w:t>
      </w:r>
    </w:p>
    <w:p>
      <w:pPr>
        <w:jc w:val="right"/>
      </w:pPr>
      <w:r>
        <w:t>پولیٹیکل پاور نہیں ہے، یہ سب بڑی چیزیں نہیں ہیں۔</w:t>
      </w:r>
    </w:p>
    <w:p>
      <w:r>
        <w:rPr>
          <w:b/>
        </w:rPr>
        <w:t xml:space="preserve">[27:13] </w:t>
      </w:r>
      <w:r>
        <w:t>sab se bari cheez hai intellectual development.</w:t>
      </w:r>
    </w:p>
    <w:p>
      <w:pPr>
        <w:jc w:val="right"/>
      </w:pPr>
      <w:r>
        <w:t>سب سے بڑی چیز ہے انٹلیکچول ڈیولپمنٹ۔</w:t>
      </w:r>
    </w:p>
    <w:p>
      <w:r>
        <w:rPr>
          <w:b/>
        </w:rPr>
        <w:t xml:space="preserve">[27:20] </w:t>
      </w:r>
      <w:r>
        <w:t>sab se bari cheez hai intellectual development.</w:t>
      </w:r>
    </w:p>
    <w:p>
      <w:pPr>
        <w:jc w:val="right"/>
      </w:pPr>
      <w:r>
        <w:t>سب سے بڑی چیز ہے انٹلیکچول ڈیولپمنٹ۔</w:t>
      </w:r>
    </w:p>
    <w:p>
      <w:r>
        <w:rPr>
          <w:b/>
        </w:rPr>
        <w:t xml:space="preserve">[27:26] </w:t>
      </w:r>
      <w:r>
        <w:t>aur intellectual development, dekhiye,</w:t>
      </w:r>
    </w:p>
    <w:p>
      <w:pPr>
        <w:jc w:val="right"/>
      </w:pPr>
      <w:r>
        <w:t>اور انٹلیکچول ڈیولپمنٹ، دیکھیے،</w:t>
      </w:r>
    </w:p>
    <w:p>
      <w:r>
        <w:rPr>
          <w:b/>
        </w:rPr>
        <w:t xml:space="preserve">[27:29] </w:t>
      </w:r>
      <w:r>
        <w:t>is tarah hota hai ke aap, aap jo Khuda ki jo creation hai, yeh jo duniya hai, is</w:t>
      </w:r>
    </w:p>
    <w:p>
      <w:pPr>
        <w:jc w:val="right"/>
      </w:pPr>
      <w:r>
        <w:t>اس طرح ہوتا ہے کہ آپ، آپ جو خدا کی جو کریشن ہے، یہ جو دنیا ہے، اس</w:t>
      </w:r>
    </w:p>
    <w:p>
      <w:r>
        <w:rPr>
          <w:b/>
        </w:rPr>
        <w:t xml:space="preserve">[27:35] </w:t>
      </w:r>
      <w:r>
        <w:t>par sochen. Khuda ki jo kitaab hai, us ki study karen.</w:t>
      </w:r>
    </w:p>
    <w:p>
      <w:pPr>
        <w:jc w:val="right"/>
      </w:pPr>
      <w:r>
        <w:t>پر سوچیں۔ خدا کی جو کتاب ہے، اس کی اسٹڈی کریں۔</w:t>
      </w:r>
    </w:p>
    <w:p>
      <w:r>
        <w:rPr>
          <w:b/>
        </w:rPr>
        <w:t xml:space="preserve">[27:43] </w:t>
      </w:r>
      <w:r>
        <w:t>logon se aap ka jo interaction hota hai, us mein seekhein.</w:t>
      </w:r>
    </w:p>
    <w:p>
      <w:pPr>
        <w:jc w:val="right"/>
      </w:pPr>
      <w:r>
        <w:t>لوگوں سے آپ کا جو انٹریکشن ہوتا ہے، اس میں سیکھیں۔</w:t>
      </w:r>
    </w:p>
    <w:p>
      <w:r>
        <w:rPr>
          <w:b/>
        </w:rPr>
        <w:t xml:space="preserve">[27:48] </w:t>
      </w:r>
      <w:r>
        <w:t>abhi meri mulaqat ek sahab se hui, to woh, woh un ka shauq hai logon se milna, bare</w:t>
      </w:r>
    </w:p>
    <w:p>
      <w:pPr>
        <w:jc w:val="right"/>
      </w:pPr>
      <w:r>
        <w:t>ابھی میری ملاقات ایک صاحب سے ہوئی، تو وہ، وہ ان کا شوق ہے لوگوں سے ملنا، بڑے</w:t>
      </w:r>
    </w:p>
    <w:p>
      <w:r>
        <w:rPr>
          <w:b/>
        </w:rPr>
        <w:t xml:space="preserve">[27:56] </w:t>
      </w:r>
      <w:r>
        <w:t>bare logon se milna. to kuch qisse bataye unhon ne, main falan se mila, falan se mila, falan</w:t>
      </w:r>
    </w:p>
    <w:p>
      <w:pPr>
        <w:jc w:val="right"/>
      </w:pPr>
      <w:r>
        <w:t>بڑے لوگوں سے ملنا۔ تو کچھ قصے بتائے انہوں نے، میں فلاں سے ملا، فلاں سے ملا، فلاں</w:t>
      </w:r>
    </w:p>
    <w:p>
      <w:r>
        <w:rPr>
          <w:b/>
        </w:rPr>
        <w:t xml:space="preserve">[28:01] </w:t>
      </w:r>
      <w:r>
        <w:t>se mila. to main ne jab, main ne kaha ke aap ko khud kya learning hui hai, bataiye</w:t>
      </w:r>
    </w:p>
    <w:p>
      <w:pPr>
        <w:jc w:val="right"/>
      </w:pPr>
      <w:r>
        <w:t>سے ملا۔ تو میں نے جب، میں نے کہا کہ آپ کو خود کیا لرننگ ہوئی ہے، بتائیے</w:t>
      </w:r>
    </w:p>
    <w:p>
      <w:r>
        <w:rPr>
          <w:b/>
        </w:rPr>
        <w:t xml:space="preserve">[28:07] </w:t>
      </w:r>
      <w:r>
        <w:t>mujhe. un ki achievement kon si suna aap ne?</w:t>
      </w:r>
    </w:p>
    <w:p>
      <w:pPr>
        <w:jc w:val="right"/>
      </w:pPr>
      <w:r>
        <w:t>مجھے۔ ان کی اچیومنٹ کون سی سنا آپ نے؟</w:t>
      </w:r>
    </w:p>
    <w:p>
      <w:r>
        <w:rPr>
          <w:b/>
        </w:rPr>
        <w:t xml:space="preserve">[28:12] </w:t>
      </w:r>
      <w:r>
        <w:t>un ka jo achievement tha, us ko suna aap ne? aap ko apni, apne liye kya learning hui?</w:t>
      </w:r>
    </w:p>
    <w:p>
      <w:pPr>
        <w:jc w:val="right"/>
      </w:pPr>
      <w:r>
        <w:t>ان کا جو اچیومنٹ تھا، اس کو سنا آپ نے؟ آپ کو اپنی، اپنے لیے کیا لرننگ ہوئی؟</w:t>
      </w:r>
    </w:p>
    <w:p>
      <w:r>
        <w:rPr>
          <w:b/>
        </w:rPr>
        <w:t xml:space="preserve">[28:19] </w:t>
      </w:r>
      <w:r>
        <w:t>to un ko main ne bataya ke hamare jo Hazrat Umar the, jo saqeer keh lein, un ke</w:t>
      </w:r>
    </w:p>
    <w:p>
      <w:pPr>
        <w:jc w:val="right"/>
      </w:pPr>
      <w:r>
        <w:t>تو ان کو میں نے بتایا کہ ہمارے جو حضرت عمر تھے، جو سکر کہہ لیں، ان کے</w:t>
      </w:r>
    </w:p>
    <w:p>
      <w:r>
        <w:rPr>
          <w:b/>
        </w:rPr>
        <w:t xml:space="preserve">[28:26] </w:t>
      </w:r>
      <w:r>
        <w:t>bare mein aata hai ke "kaan yata'allamu min kulli ahad". woh har ek se koi learning karte the,</w:t>
      </w:r>
    </w:p>
    <w:p>
      <w:pPr>
        <w:jc w:val="right"/>
      </w:pPr>
      <w:r>
        <w:t>بارے میں آتا ہے کہ "کان یتعلم من کل احد"۔ وہ ہر ایک سے کوئی لرننگ کرتے تھے،</w:t>
      </w:r>
    </w:p>
    <w:p>
      <w:r>
        <w:rPr>
          <w:b/>
        </w:rPr>
        <w:t xml:space="preserve">[28:33] </w:t>
      </w:r>
      <w:r>
        <w:t>har ek se kuch seekhte the.</w:t>
      </w:r>
    </w:p>
    <w:p>
      <w:pPr>
        <w:jc w:val="right"/>
      </w:pPr>
      <w:r>
        <w:t>ہر ایک سے کچھ سیکھتے تھے۔</w:t>
      </w:r>
    </w:p>
    <w:p>
      <w:r>
        <w:rPr>
          <w:b/>
        </w:rPr>
        <w:t xml:space="preserve">[28:36] </w:t>
      </w:r>
      <w:r>
        <w:t>to main ne kaha aap logon se milte hain to aap khud kya seekhte hain?</w:t>
      </w:r>
    </w:p>
    <w:p>
      <w:pPr>
        <w:jc w:val="right"/>
      </w:pPr>
      <w:r>
        <w:t>تو میں نے کہا آپ لوگوں سے ملتے ہیں تو آپ خود کیا سیکھتے ہیں؟</w:t>
      </w:r>
    </w:p>
    <w:p>
      <w:r>
        <w:rPr>
          <w:b/>
        </w:rPr>
        <w:t xml:space="preserve">[28:42] </w:t>
      </w:r>
      <w:r>
        <w:t>to woh koi baat bata nahi sake woh.</w:t>
      </w:r>
    </w:p>
    <w:p>
      <w:pPr>
        <w:jc w:val="right"/>
      </w:pPr>
      <w:r>
        <w:t>تو وہ کوئی بات بتا نہیں سکے وہ۔</w:t>
      </w:r>
    </w:p>
    <w:p>
      <w:r>
        <w:rPr>
          <w:b/>
        </w:rPr>
        <w:t xml:space="preserve">[28:47] </w:t>
      </w:r>
      <w:r>
        <w:t>to dekhiye, study se aadmi seekhta hai, experience se seekhta hai,</w:t>
      </w:r>
    </w:p>
    <w:p>
      <w:pPr>
        <w:jc w:val="right"/>
      </w:pPr>
      <w:r>
        <w:t>تو دیکھیے، اسٹڈی سے آدمی سیکھتا ہے، ایکسپیرینس سے سیکھتا ہے،</w:t>
      </w:r>
    </w:p>
    <w:p>
      <w:r>
        <w:rPr>
          <w:b/>
        </w:rPr>
        <w:t xml:space="preserve">[28:54] </w:t>
      </w:r>
      <w:r>
        <w:t>aur interaction se seekhta hai. yeh saare jo tajrubaat daily guzarte hain aap ke, yeh sab aap ke</w:t>
      </w:r>
    </w:p>
    <w:p>
      <w:pPr>
        <w:jc w:val="right"/>
      </w:pPr>
      <w:r>
        <w:t>اور انٹریکشن سے سیکھتا ہے۔ یہ سارے جو تجربات ڈیلی گزرتے ہیں آپ کے، یہ سب آپ کے</w:t>
      </w:r>
    </w:p>
    <w:p>
      <w:r>
        <w:rPr>
          <w:b/>
        </w:rPr>
        <w:t xml:space="preserve">[29:01] </w:t>
      </w:r>
      <w:r>
        <w:t>liye learning ka course hain.</w:t>
      </w:r>
    </w:p>
    <w:p>
      <w:pPr>
        <w:jc w:val="right"/>
      </w:pPr>
      <w:r>
        <w:t>لیے لرننگ کا کورس ہیں۔</w:t>
      </w:r>
    </w:p>
    <w:p>
      <w:r>
        <w:rPr>
          <w:b/>
        </w:rPr>
        <w:t xml:space="preserve">[29:07] </w:t>
      </w:r>
      <w:r>
        <w:t>isi, yeh sab jab karenge, tab aap ke andar awake mind banega, creative mind banega.</w:t>
      </w:r>
    </w:p>
    <w:p>
      <w:pPr>
        <w:jc w:val="right"/>
      </w:pPr>
      <w:r>
        <w:t>اسی، یہ سب جب کریں گے، تب آپ کے اندر اویکین مائنڈ بنے گا، کریٹیو مائنڈ بنے گا۔</w:t>
      </w:r>
    </w:p>
    <w:p>
      <w:r>
        <w:rPr>
          <w:b/>
        </w:rPr>
        <w:t xml:space="preserve">[29:16] </w:t>
      </w:r>
      <w:r>
        <w:t>aap ka intellectual development hoga.</w:t>
      </w:r>
    </w:p>
    <w:p>
      <w:pPr>
        <w:jc w:val="right"/>
      </w:pPr>
      <w:r>
        <w:t>آپ کا انٹلیکچول ڈیولپمنٹ ہوگا۔</w:t>
      </w:r>
    </w:p>
    <w:p>
      <w:r>
        <w:rPr>
          <w:b/>
        </w:rPr>
        <w:t xml:space="preserve">[29:21] </w:t>
      </w:r>
      <w:r>
        <w:t>phir aap ko discoveries hongi.</w:t>
      </w:r>
    </w:p>
    <w:p>
      <w:pPr>
        <w:jc w:val="right"/>
      </w:pPr>
      <w:r>
        <w:t>پھر آپ کو ڈسکوریز ہوں گی۔</w:t>
      </w:r>
    </w:p>
    <w:p>
      <w:r>
        <w:rPr>
          <w:b/>
        </w:rPr>
        <w:t xml:space="preserve">[29:27] </w:t>
      </w:r>
      <w:r>
        <w:t>aaj main subah soch raha tha, kyun ke aaj ke akhbar mein,</w:t>
      </w:r>
    </w:p>
    <w:p>
      <w:pPr>
        <w:jc w:val="right"/>
      </w:pPr>
      <w:r>
        <w:t>آج میں صبح سوچ رہا تھا، کیونکہ آج کے اخبار میں،</w:t>
      </w:r>
    </w:p>
    <w:p>
      <w:r>
        <w:rPr>
          <w:b/>
        </w:rPr>
        <w:t xml:space="preserve">[29:32] </w:t>
      </w:r>
      <w:r>
        <w:t>aaj ka jo akhbar hai, us mein ek interview hai ek western scholar ka, shayad novelist hai woh,</w:t>
      </w:r>
    </w:p>
    <w:p>
      <w:pPr>
        <w:jc w:val="right"/>
      </w:pPr>
      <w:r>
        <w:t>آج کا جو اخبار ہے، اس میں ایک انٹرویو ہے ایک ویسٹرن اسکالر کا، شاید ناولسٹ ہے وہ،</w:t>
      </w:r>
    </w:p>
    <w:p>
      <w:r>
        <w:rPr>
          <w:b/>
        </w:rPr>
        <w:t xml:space="preserve">[29:44] </w:t>
      </w:r>
      <w:r>
        <w:t>aaj hi ke akhbar mein. us ne kaha ke "I don't believe in God".</w:t>
      </w:r>
    </w:p>
    <w:p>
      <w:pPr>
        <w:jc w:val="right"/>
      </w:pPr>
      <w:r>
        <w:t>آج ہی کے اخبار میں۔ اس نے کہا کہ "I don't believe in God"۔</w:t>
      </w:r>
    </w:p>
    <w:p>
      <w:r>
        <w:rPr>
          <w:b/>
        </w:rPr>
        <w:t xml:space="preserve">[29:51] </w:t>
      </w:r>
      <w:r>
        <w:t>"I don't believe in God".</w:t>
      </w:r>
    </w:p>
    <w:p>
      <w:pPr>
        <w:jc w:val="right"/>
      </w:pPr>
      <w:r>
        <w:t>"I don't believe in God"۔</w:t>
      </w:r>
    </w:p>
    <w:p>
      <w:r>
        <w:rPr>
          <w:b/>
        </w:rPr>
        <w:t xml:space="preserve">[29:55] </w:t>
      </w:r>
      <w:r>
        <w:t>to main ne socha ke kyun aadmi kehta hai ke "I don't believe God"?</w:t>
      </w:r>
    </w:p>
    <w:p>
      <w:pPr>
        <w:jc w:val="right"/>
      </w:pPr>
      <w:r>
        <w:t>تو میں نے سوچا کہ کیوں آدمی کہتا ہے کہ "I don't believe God"؟</w:t>
      </w:r>
    </w:p>
    <w:p>
      <w:r>
        <w:rPr>
          <w:b/>
        </w:rPr>
        <w:t xml:space="preserve">[30:00] </w:t>
      </w:r>
      <w:r>
        <w:t>kya yeh kahega ke main apne, apne upar believe nahi karta ke main hoon? aisa keh sakta</w:t>
      </w:r>
    </w:p>
    <w:p>
      <w:pPr>
        <w:jc w:val="right"/>
      </w:pPr>
      <w:r>
        <w:t>کیا یہ کہے گا کہ میں اپنے، اپنے اوپر بیلیو نہیں کرتا کہ میں ہوں؟ ایسا کہہ سکتا</w:t>
      </w:r>
    </w:p>
    <w:p>
      <w:r>
        <w:rPr>
          <w:b/>
        </w:rPr>
        <w:t xml:space="preserve">[30:05] </w:t>
      </w:r>
      <w:r>
        <w:t>hai woh? main ek, ek aisa insaan hoon jo bol raha hai, jo dekh raha hai, jo interview</w:t>
      </w:r>
    </w:p>
    <w:p>
      <w:pPr>
        <w:jc w:val="right"/>
      </w:pPr>
      <w:r>
        <w:t>ہے وہ؟ میں ایک، ایک ایسا انسان ہوں جو بول رہا ہے، جو دیکھ رہا ہے، جو انٹرویو</w:t>
      </w:r>
    </w:p>
    <w:p>
      <w:r>
        <w:rPr>
          <w:b/>
        </w:rPr>
        <w:t xml:space="preserve">[30:11] </w:t>
      </w:r>
      <w:r>
        <w:t>de raha hai, aisa kahega woh?</w:t>
      </w:r>
    </w:p>
    <w:p>
      <w:pPr>
        <w:jc w:val="right"/>
      </w:pPr>
      <w:r>
        <w:t>دے رہا ہے، ایسا کہے گا وہ؟</w:t>
      </w:r>
    </w:p>
    <w:p>
      <w:r>
        <w:rPr>
          <w:b/>
        </w:rPr>
        <w:t xml:space="preserve">[30:14] </w:t>
      </w:r>
      <w:r>
        <w:t>apne bare mein nahin kahega woh? to kaise woh keh raha hai ke "I don't believe in</w:t>
      </w:r>
    </w:p>
    <w:p>
      <w:pPr>
        <w:jc w:val="right"/>
      </w:pPr>
      <w:r>
        <w:t>اپنے بارے میں نہیں کہے گا وہ؟ تو کیسے وہ کہہ رہا ہے کہ "I don't believe in</w:t>
      </w:r>
    </w:p>
    <w:p>
      <w:r>
        <w:rPr>
          <w:b/>
        </w:rPr>
        <w:t xml:space="preserve">[30:18] </w:t>
      </w:r>
      <w:r>
        <w:t>God"? to phir maine socha ke God ne</w:t>
      </w:r>
    </w:p>
    <w:p>
      <w:pPr>
        <w:jc w:val="right"/>
      </w:pPr>
      <w:r>
        <w:t>God"؟ تو پھر میں نے سوچا کہ گاڈ نے</w:t>
      </w:r>
    </w:p>
    <w:p>
      <w:r>
        <w:rPr>
          <w:b/>
        </w:rPr>
        <w:t xml:space="preserve">[30:29] </w:t>
      </w:r>
      <w:r>
        <w:t>apne aap ko akhirat tak evident bana diya, sirf yeh ke physically woh hamare samne nahin hai.</w:t>
      </w:r>
    </w:p>
    <w:p>
      <w:pPr>
        <w:jc w:val="right"/>
      </w:pPr>
      <w:r>
        <w:t>اپنے آپ کو آخرت تک ایویڈنٹ بنا دیا، صرف یہ کہ فزیکلی وہ ہمارے سامنے نہیں ہے۔</w:t>
      </w:r>
    </w:p>
    <w:p>
      <w:r>
        <w:rPr>
          <w:b/>
        </w:rPr>
        <w:t xml:space="preserve">[30:37] </w:t>
      </w:r>
      <w:r>
        <w:t>Khuda physically hamare samne nahin hai, lekin uska creation, uska act, uske marvels</w:t>
      </w:r>
    </w:p>
    <w:p>
      <w:pPr>
        <w:jc w:val="right"/>
      </w:pPr>
      <w:r>
        <w:t>خدا فزیکلی ہمارے سامنے نہیں ہے، لیکن اس کا کریشن، اس کا ایکٹ، اس کے مارولز</w:t>
      </w:r>
    </w:p>
    <w:p>
      <w:r>
        <w:rPr>
          <w:b/>
        </w:rPr>
        <w:t xml:space="preserve">[30:48] </w:t>
      </w:r>
      <w:r>
        <w:t>hamare samne hain.</w:t>
      </w:r>
    </w:p>
    <w:p>
      <w:pPr>
        <w:jc w:val="right"/>
      </w:pPr>
      <w:r>
        <w:t>ہمارے سامنے ہیں۔</w:t>
      </w:r>
    </w:p>
    <w:p>
      <w:r>
        <w:rPr>
          <w:b/>
        </w:rPr>
        <w:t xml:space="preserve">[30:50] </w:t>
      </w:r>
      <w:r>
        <w:t>yeh galaxy, yeh solar system,</w:t>
      </w:r>
    </w:p>
    <w:p>
      <w:pPr>
        <w:jc w:val="right"/>
      </w:pPr>
      <w:r>
        <w:t>یہ گلیکسی، یہ سولر سسٹم،</w:t>
      </w:r>
    </w:p>
    <w:p>
      <w:r>
        <w:rPr>
          <w:b/>
        </w:rPr>
        <w:t xml:space="preserve">[30:54] </w:t>
      </w:r>
      <w:r>
        <w:t>yeh planet Earth, yeh sari dunya itni bari jo hai, woh kya hai?</w:t>
      </w:r>
    </w:p>
    <w:p>
      <w:pPr>
        <w:jc w:val="right"/>
      </w:pPr>
      <w:r>
        <w:t>یہ پلینٹ ارتھ، یہ ساری دنیا اتنی بڑی جو ہے، وہ کیا ہے؟</w:t>
      </w:r>
    </w:p>
    <w:p>
      <w:r>
        <w:rPr>
          <w:b/>
        </w:rPr>
        <w:t xml:space="preserve">[31:00] </w:t>
      </w:r>
      <w:r>
        <w:t>woh Khuda ka manifestation hai. hum ko yaad dilati hai ke yahan koi creator hai.</w:t>
      </w:r>
    </w:p>
    <w:p>
      <w:pPr>
        <w:jc w:val="right"/>
      </w:pPr>
      <w:r>
        <w:t>وہ خدا کا مینیفیسٹشن ہے۔ ہم کو یاد دلاتی ہے کہ یہاں کوئی کریٹر ہے۔</w:t>
      </w:r>
    </w:p>
    <w:p>
      <w:r>
        <w:rPr>
          <w:b/>
        </w:rPr>
        <w:t xml:space="preserve">[31:07] </w:t>
      </w:r>
      <w:r>
        <w:t>to Khuda agarche unseen hai bظahir, lekin uske jo,</w:t>
      </w:r>
    </w:p>
    <w:p>
      <w:pPr>
        <w:jc w:val="right"/>
      </w:pPr>
      <w:r>
        <w:t>تو خدا اگرچہ ان سین ہے بظاہر، لیکن اس کے جو،</w:t>
      </w:r>
    </w:p>
    <w:p>
      <w:r>
        <w:rPr>
          <w:b/>
        </w:rPr>
        <w:t xml:space="preserve">[31:13] </w:t>
      </w:r>
      <w:r>
        <w:t>uske jo,</w:t>
      </w:r>
    </w:p>
    <w:p>
      <w:pPr>
        <w:jc w:val="right"/>
      </w:pPr>
      <w:r>
        <w:t>اس کے جو،</w:t>
      </w:r>
    </w:p>
    <w:p>
      <w:r>
        <w:rPr>
          <w:b/>
        </w:rPr>
        <w:t xml:space="preserve">[31:15] </w:t>
      </w:r>
      <w:r>
        <w:t>uski jo signs hain,</w:t>
      </w:r>
    </w:p>
    <w:p>
      <w:pPr>
        <w:jc w:val="right"/>
      </w:pPr>
      <w:r>
        <w:t>اس کی جو سائنز ہیں،</w:t>
      </w:r>
    </w:p>
    <w:p>
      <w:r>
        <w:rPr>
          <w:b/>
        </w:rPr>
        <w:t xml:space="preserve">[31:18] </w:t>
      </w:r>
      <w:r>
        <w:t>uski takhleeq ke jo signs hain, woh to hamare samne hain.</w:t>
      </w:r>
    </w:p>
    <w:p>
      <w:pPr>
        <w:jc w:val="right"/>
      </w:pPr>
      <w:r>
        <w:t>اس کی تخلیق کے جو سائنز ہیں، وہ تو ہمارے سامنے ہیں۔</w:t>
      </w:r>
    </w:p>
    <w:p>
      <w:r>
        <w:rPr>
          <w:b/>
        </w:rPr>
        <w:t xml:space="preserve">[31:24] </w:t>
      </w:r>
      <w:r>
        <w:t>to agar aadmi yeh kehna,</w:t>
      </w:r>
    </w:p>
    <w:p>
      <w:pPr>
        <w:jc w:val="right"/>
      </w:pPr>
      <w:r>
        <w:t>تو اگر آدمی یہ کہنا،</w:t>
      </w:r>
    </w:p>
    <w:p>
      <w:r>
        <w:rPr>
          <w:b/>
        </w:rPr>
        <w:t xml:space="preserve">[31:27] </w:t>
      </w:r>
      <w:r>
        <w:t>aadmi yeh nahin keh sakta ke main apne bare mein, main yaqeen nahin karta ke main hoon, apne</w:t>
      </w:r>
    </w:p>
    <w:p>
      <w:pPr>
        <w:jc w:val="right"/>
      </w:pPr>
      <w:r>
        <w:t>آدمی یہ نہیں کہہ سکتا کہ میں اپنے بارے میں، میں یقین نہیں کرتا کہ میں ہوں، اپنے</w:t>
      </w:r>
    </w:p>
    <w:p>
      <w:r>
        <w:rPr>
          <w:b/>
        </w:rPr>
        <w:t xml:space="preserve">[31:34] </w:t>
      </w:r>
      <w:r>
        <w:t>bare mein, to yeh bhi nahin keh sakta ke mujhe yaqeen nahin ke Khuda hai. agar main hoon</w:t>
      </w:r>
    </w:p>
    <w:p>
      <w:pPr>
        <w:jc w:val="right"/>
      </w:pPr>
      <w:r>
        <w:t>بارے میں، تو یہ بھی نہیں کہہ سکتا کہ مجھے یقین نہیں کہ خدا ہے۔ اگر میں ہوں</w:t>
      </w:r>
    </w:p>
    <w:p>
      <w:r>
        <w:rPr>
          <w:b/>
        </w:rPr>
        <w:t xml:space="preserve">[31:39] </w:t>
      </w:r>
      <w:r>
        <w:t>to isi se yeh baat bhi nikalti hai ke mera creator hai. main hoon to mera creator hai.</w:t>
      </w:r>
    </w:p>
    <w:p>
      <w:pPr>
        <w:jc w:val="right"/>
      </w:pPr>
      <w:r>
        <w:t>تو اسی سے یہ بات بھی نکلتی ہے کہ میرا کریٹر ہے۔ میں ہوں تو میرا کریٹر ہے۔</w:t>
      </w:r>
    </w:p>
    <w:p>
      <w:r>
        <w:rPr>
          <w:b/>
        </w:rPr>
        <w:t xml:space="preserve">[31:47] </w:t>
      </w:r>
      <w:r>
        <w:t>kaise mumkin hai ke main hoon aur mera creator na ho?</w:t>
      </w:r>
    </w:p>
    <w:p>
      <w:pPr>
        <w:jc w:val="right"/>
      </w:pPr>
      <w:r>
        <w:t>کیسے ممکن ہے کہ میں ہوں اور میرا کریٹر نہ ہو؟</w:t>
      </w:r>
    </w:p>
    <w:p>
      <w:r>
        <w:rPr>
          <w:b/>
        </w:rPr>
        <w:t xml:space="preserve">[31:53] </w:t>
      </w:r>
      <w:r>
        <w:t>to aaj ke akhbar mein jab maine yeh parha, usne kaha ke "I don't believe in</w:t>
      </w:r>
    </w:p>
    <w:p>
      <w:pPr>
        <w:jc w:val="right"/>
      </w:pPr>
      <w:r>
        <w:t>تو آج کے اخبار میں جب میں نے یہ پڑھا، اس نے کہا کہ "I don't believe in</w:t>
      </w:r>
    </w:p>
    <w:p>
      <w:r>
        <w:rPr>
          <w:b/>
        </w:rPr>
        <w:t xml:space="preserve">[31:57] </w:t>
      </w:r>
      <w:r>
        <w:t>God". to main, maine kaha ke log sochte nahin,</w:t>
      </w:r>
    </w:p>
    <w:p>
      <w:pPr>
        <w:jc w:val="right"/>
      </w:pPr>
      <w:r>
        <w:t>God"۔ تو میں، میں نے کہا کہ لوگ سوچتے نہیں،</w:t>
      </w:r>
    </w:p>
    <w:p>
      <w:r>
        <w:rPr>
          <w:b/>
        </w:rPr>
        <w:t xml:space="preserve">[32:03] </w:t>
      </w:r>
      <w:r>
        <w:t>log sochte nahin.</w:t>
      </w:r>
    </w:p>
    <w:p>
      <w:pPr>
        <w:jc w:val="right"/>
      </w:pPr>
      <w:r>
        <w:t>لوگ سوچتے نہیں۔</w:t>
      </w:r>
    </w:p>
    <w:p>
      <w:r>
        <w:rPr>
          <w:b/>
        </w:rPr>
        <w:t xml:space="preserve">[32:08] </w:t>
      </w:r>
      <w:r>
        <w:t>to sab se bara jo</w:t>
      </w:r>
    </w:p>
    <w:p>
      <w:pPr>
        <w:jc w:val="right"/>
      </w:pPr>
      <w:r>
        <w:t>تو سب سے بڑا جو</w:t>
      </w:r>
    </w:p>
    <w:p>
      <w:r>
        <w:rPr>
          <w:b/>
        </w:rPr>
        <w:t xml:space="preserve">[32:12] </w:t>
      </w:r>
      <w:r>
        <w:t>insan ke liye kaam hai, woh sochna hai.</w:t>
      </w:r>
    </w:p>
    <w:p>
      <w:pPr>
        <w:jc w:val="right"/>
      </w:pPr>
      <w:r>
        <w:t>انسان کے لیے کام ہے، وہ سوچنا ہے۔</w:t>
      </w:r>
    </w:p>
    <w:p>
      <w:r>
        <w:rPr>
          <w:b/>
        </w:rPr>
        <w:t xml:space="preserve">[32:17] </w:t>
      </w:r>
      <w:r>
        <w:t>intellectual, apne, apne andar intellectual process ko jari karna hai.</w:t>
      </w:r>
    </w:p>
    <w:p>
      <w:pPr>
        <w:jc w:val="right"/>
      </w:pPr>
      <w:r>
        <w:t>انٹلیکچول، اپنے، اپنے اندر انٹلیکچول پروسیس کو جاری کرنا ہے۔</w:t>
      </w:r>
    </w:p>
    <w:p>
      <w:r>
        <w:rPr>
          <w:b/>
        </w:rPr>
        <w:t xml:space="preserve">[32:27] </w:t>
      </w:r>
      <w:r>
        <w:t>اسی سے creativity آئے گی، اسی سے discovery ہوگی، اسی سے آپ کا، آپ کا اندر personality development</w:t>
      </w:r>
    </w:p>
    <w:p>
      <w:pPr>
        <w:jc w:val="right"/>
      </w:pPr>
      <w:r>
        <w:t>اسی سے کریٹیری آئے گی، اسی سے ڈسکوری ہوگی، اسی سے آپ کا، آپ کا اندر پرسنیلٹی ڈیولپمنٹ</w:t>
      </w:r>
    </w:p>
    <w:p>
      <w:r>
        <w:rPr>
          <w:b/>
        </w:rPr>
        <w:t xml:space="preserve">[32:35] </w:t>
      </w:r>
      <w:r>
        <w:t>hoga. sab kuch ka raaz hai sochna, thinking.</w:t>
      </w:r>
    </w:p>
    <w:p>
      <w:pPr>
        <w:jc w:val="right"/>
      </w:pPr>
      <w:r>
        <w:t>ہوگا۔ سب کچھ کا راز ہے سوچنا، تھنکنگ۔</w:t>
      </w:r>
    </w:p>
    <w:p>
      <w:r>
        <w:rPr>
          <w:b/>
        </w:rPr>
        <w:t xml:space="preserve">[32:43] </w:t>
      </w:r>
      <w:r>
        <w:t>thinking. kal maine ek article likha hai,</w:t>
      </w:r>
    </w:p>
    <w:p>
      <w:pPr>
        <w:jc w:val="right"/>
      </w:pPr>
      <w:r>
        <w:t>تھنکنگ۔ کل میں نے ایک آرٹیکل لکھا ہے،</w:t>
      </w:r>
    </w:p>
    <w:p>
      <w:r>
        <w:rPr>
          <w:b/>
        </w:rPr>
        <w:t xml:space="preserve">[32:51] </w:t>
      </w:r>
      <w:r>
        <w:t>is par, yaani</w:t>
      </w:r>
    </w:p>
    <w:p>
      <w:pPr>
        <w:jc w:val="right"/>
      </w:pPr>
      <w:r>
        <w:t>اس پر، یعنی</w:t>
      </w:r>
    </w:p>
    <w:p>
      <w:r>
        <w:rPr>
          <w:b/>
        </w:rPr>
        <w:t xml:space="preserve">[32:54] </w:t>
      </w:r>
      <w:r>
        <w:t>is spirituality par, ke hazaron saal se logon ka farad bani hui hai spirituality, lekin spirituality ko kahan dhoondte</w:t>
      </w:r>
    </w:p>
    <w:p>
      <w:pPr>
        <w:jc w:val="right"/>
      </w:pPr>
      <w:r>
        <w:t>اسپرچولٹی پر، کہ ہزاروں سال سے لوگوں کا فرڈ بنی ہوئی ہے اسپرچولٹی، لیکن اسپرچولٹی کو کہاں ڈھونڈتے</w:t>
      </w:r>
    </w:p>
    <w:p>
      <w:r>
        <w:rPr>
          <w:b/>
        </w:rPr>
        <w:t xml:space="preserve">[33:03] </w:t>
      </w:r>
      <w:r>
        <w:t>hain woh? dil mein, yaani heart based spirituality logon ka nishana hai.</w:t>
      </w:r>
    </w:p>
    <w:p>
      <w:pPr>
        <w:jc w:val="right"/>
      </w:pPr>
      <w:r>
        <w:t>ہیں وہ؟ دل میں، یعنی ہارٹ بیسڈ اسپرچولٹی لوگوں کا نشانہ ہے۔</w:t>
      </w:r>
    </w:p>
    <w:p>
      <w:r>
        <w:rPr>
          <w:b/>
        </w:rPr>
        <w:t xml:space="preserve">[33:11] </w:t>
      </w:r>
      <w:r>
        <w:t>heart mein to kuch hai nahin.</w:t>
      </w:r>
    </w:p>
    <w:p>
      <w:pPr>
        <w:jc w:val="right"/>
      </w:pPr>
      <w:r>
        <w:t>ہارٹ میں تو کچھ ہے نہیں۔</w:t>
      </w:r>
    </w:p>
    <w:p>
      <w:r>
        <w:rPr>
          <w:b/>
        </w:rPr>
        <w:t xml:space="preserve">[33:14] </w:t>
      </w:r>
      <w:r>
        <w:t>hazaron saal se insaan jo hai,</w:t>
      </w:r>
    </w:p>
    <w:p>
      <w:pPr>
        <w:jc w:val="right"/>
      </w:pPr>
      <w:r>
        <w:t>ہزاروں سال سے انسان جو ہے،</w:t>
      </w:r>
    </w:p>
    <w:p>
      <w:r>
        <w:rPr>
          <w:b/>
        </w:rPr>
        <w:t xml:space="preserve">[33:18] </w:t>
      </w:r>
      <w:r>
        <w:t>meditation kar ke heart mein dhoond raha tha spirituality, meditation.</w:t>
      </w:r>
    </w:p>
    <w:p>
      <w:pPr>
        <w:jc w:val="right"/>
      </w:pPr>
      <w:r>
        <w:t>میڈیٹیشن کر کے ہارٹ میں ڈھونڈ رہا تھا اسپرچولٹی، میڈیٹیشن۔</w:t>
      </w:r>
    </w:p>
    <w:p>
      <w:r>
        <w:rPr>
          <w:b/>
        </w:rPr>
        <w:t xml:space="preserve">[33:23] </w:t>
      </w:r>
      <w:r>
        <w:t>lekin is ko kuch mila nahin siwaye ecstatic ke, jis ko hum kehte hain wajd.</w:t>
      </w:r>
    </w:p>
    <w:p>
      <w:pPr>
        <w:jc w:val="right"/>
      </w:pPr>
      <w:r>
        <w:t>لیکن اس کو کچھ ملا نہیں سوائے ایکسٹیسک کے، جس کو ہم کہتے ہیں وجد۔</w:t>
      </w:r>
    </w:p>
    <w:p>
      <w:r>
        <w:rPr>
          <w:b/>
        </w:rPr>
        <w:t xml:space="preserve">[33:30] </w:t>
      </w:r>
      <w:r>
        <w:t>ecstatic ke siwa kuch aur nahin paya is ne, kyunke heart mein to kuch tha hi nahin. woh</w:t>
      </w:r>
    </w:p>
    <w:p>
      <w:pPr>
        <w:jc w:val="right"/>
      </w:pPr>
      <w:r>
        <w:t>ایکسٹیسک کے سوا کچھ اور نہیں پایا اس نے، کیونکہ ہارٹ میں تو کچھ تھا ہی نہیں۔ وہ</w:t>
      </w:r>
    </w:p>
    <w:p>
      <w:r>
        <w:rPr>
          <w:b/>
        </w:rPr>
        <w:t xml:space="preserve">[33:35] </w:t>
      </w:r>
      <w:r>
        <w:t>to circulation of blood ka zariya hai bas.</w:t>
      </w:r>
    </w:p>
    <w:p>
      <w:pPr>
        <w:jc w:val="right"/>
      </w:pPr>
      <w:r>
        <w:t>تو سرکولیشن آف بلڈ کا ذریعہ ہے بس۔</w:t>
      </w:r>
    </w:p>
    <w:p>
      <w:r>
        <w:rPr>
          <w:b/>
        </w:rPr>
        <w:t xml:space="preserve">[33:41] </w:t>
      </w:r>
      <w:r>
        <w:t>to main ne kaha ke sahi spirituality woh hai jo mind based spirituality ho.</w:t>
      </w:r>
    </w:p>
    <w:p>
      <w:pPr>
        <w:jc w:val="right"/>
      </w:pPr>
      <w:r>
        <w:t>تو میں نے کہا کہ صحیح اسپرچولٹی وہ ہے جو مائنڈ بیسڈ اسپرچولٹی ہو۔</w:t>
      </w:r>
    </w:p>
    <w:p>
      <w:r>
        <w:rPr>
          <w:b/>
        </w:rPr>
        <w:t xml:space="preserve">[33:47] </w:t>
      </w:r>
      <w:r>
        <w:t>yaani thinking ke zariye aap pahunchna aap ka, chahein aap,</w:t>
      </w:r>
    </w:p>
    <w:p>
      <w:pPr>
        <w:jc w:val="right"/>
      </w:pPr>
      <w:r>
        <w:t>یعنی تھنکنگ کے ذریعے آپ پہنچنا آپ کا، چاہیں آپ،</w:t>
      </w:r>
    </w:p>
    <w:p>
      <w:r>
        <w:rPr>
          <w:b/>
        </w:rPr>
        <w:t xml:space="preserve">[33:51] </w:t>
      </w:r>
      <w:r>
        <w:t>spirituality tak. to meditation nahin, balkeh contemplation</w:t>
      </w:r>
    </w:p>
    <w:p>
      <w:pPr>
        <w:jc w:val="right"/>
      </w:pPr>
      <w:r>
        <w:t>اسپرچولٹی تک۔ تو میڈیٹیشن نہیں، بلکہ کنٹیمپلیشن</w:t>
      </w:r>
    </w:p>
    <w:p>
      <w:r>
        <w:rPr>
          <w:b/>
        </w:rPr>
        <w:t xml:space="preserve">[33:59] </w:t>
      </w:r>
      <w:r>
        <w:t>ke zariye aap pa sakte hain spirituality ko.</w:t>
      </w:r>
    </w:p>
    <w:p>
      <w:pPr>
        <w:jc w:val="right"/>
      </w:pPr>
      <w:r>
        <w:t>کے ذریعے آپ پا سکتے ہیں اسپرچولٹی کو۔</w:t>
      </w:r>
    </w:p>
    <w:p>
      <w:r>
        <w:rPr>
          <w:b/>
        </w:rPr>
        <w:t xml:space="preserve">[34:04] </w:t>
      </w:r>
      <w:r>
        <w:t>meditation se aap pahunch jayenge bohat se, bohat, bohat se, bohat ecstatic tak. lekin contemplation ke zariye</w:t>
      </w:r>
    </w:p>
    <w:p>
      <w:pPr>
        <w:jc w:val="right"/>
      </w:pPr>
      <w:r>
        <w:t>میڈیٹیشن سے آپ پہنچ جائیں گے بہت سے، بہت، بہت سے، بہت ایکسٹیسک تک۔ لیکن کنٹیمپلیشن کے ذریعے</w:t>
      </w:r>
    </w:p>
    <w:p>
      <w:r>
        <w:rPr>
          <w:b/>
        </w:rPr>
        <w:t xml:space="preserve">[34:11] </w:t>
      </w:r>
      <w:r>
        <w:t>aap, aap ka mind</w:t>
      </w:r>
    </w:p>
    <w:p>
      <w:pPr>
        <w:jc w:val="right"/>
      </w:pPr>
      <w:r>
        <w:t>آپ، آپ کا مائنڈ</w:t>
      </w:r>
    </w:p>
    <w:p>
      <w:r>
        <w:rPr>
          <w:b/>
        </w:rPr>
        <w:t xml:space="preserve">[34:15] </w:t>
      </w:r>
      <w:r>
        <w:t>bedar hoga, aap ke andar thinking</w:t>
      </w:r>
    </w:p>
    <w:p>
      <w:pPr>
        <w:jc w:val="right"/>
      </w:pPr>
      <w:r>
        <w:t>بیدار ہوگا، آپ کے اندر تھنکنگ</w:t>
      </w:r>
    </w:p>
    <w:p>
      <w:r>
        <w:rPr>
          <w:b/>
        </w:rPr>
        <w:t xml:space="preserve">[34:20] </w:t>
      </w:r>
      <w:r>
        <w:t>aayegi, aap cheezon ko face value par na le kar, yaani deeper sense mein lenge.</w:t>
      </w:r>
    </w:p>
    <w:p>
      <w:pPr>
        <w:jc w:val="right"/>
      </w:pPr>
      <w:r>
        <w:t>آئے گی، آپ چیزوں کو فیس ویلیو پر نہ لے کر، یعنی ڈیپر سینس میں لیں گے۔</w:t>
      </w:r>
    </w:p>
    <w:p>
      <w:r>
        <w:rPr>
          <w:b/>
        </w:rPr>
        <w:t xml:space="preserve">[34:29] </w:t>
      </w:r>
      <w:r>
        <w:t>yeh sab hoga.</w:t>
      </w:r>
    </w:p>
    <w:p>
      <w:pPr>
        <w:jc w:val="right"/>
      </w:pPr>
      <w:r>
        <w:t>یہ سب ہوگا۔</w:t>
      </w:r>
    </w:p>
    <w:p>
      <w:r>
        <w:rPr>
          <w:b/>
        </w:rPr>
        <w:t xml:space="preserve">[34:32] </w:t>
      </w:r>
      <w:r>
        <w:t>to meri yeh bhi ek discovery hai ke spirituality</w:t>
      </w:r>
    </w:p>
    <w:p>
      <w:pPr>
        <w:jc w:val="right"/>
      </w:pPr>
      <w:r>
        <w:t>تو میری یہ بھی ایک ڈسکوری ہے کہ اسپرچولٹی</w:t>
      </w:r>
    </w:p>
    <w:p>
      <w:r>
        <w:rPr>
          <w:b/>
        </w:rPr>
        <w:t xml:space="preserve">[34:38] </w:t>
      </w:r>
      <w:r>
        <w:t>heart based discipline nahin hai, woh mind based discipline hai.</w:t>
      </w:r>
    </w:p>
    <w:p>
      <w:pPr>
        <w:jc w:val="right"/>
      </w:pPr>
      <w:r>
        <w:t>ہارٹ بیسڈ ڈسپلن نہیں ہے، وہ مائنڈ بیسڈ ڈسپلن ہے۔</w:t>
      </w:r>
    </w:p>
    <w:p>
      <w:r>
        <w:rPr>
          <w:b/>
        </w:rPr>
        <w:t xml:space="preserve">[34:45] </w:t>
      </w:r>
      <w:r>
        <w:t>spirituality ka zariya meditation nahin hai, is ka zariya hai contemplation.</w:t>
      </w:r>
    </w:p>
    <w:p>
      <w:pPr>
        <w:jc w:val="right"/>
      </w:pPr>
      <w:r>
        <w:t>اسپرچولٹی کا ذریعہ میڈیٹیشن نہیں ہے، اس کا ذریعہ ہے کنٹیمپلیشن۔</w:t>
      </w:r>
    </w:p>
    <w:p>
      <w:r>
        <w:rPr>
          <w:b/>
        </w:rPr>
        <w:t xml:space="preserve">[34:51] </w:t>
      </w:r>
      <w:r>
        <w:t>to jab aap is tareeqe se zindagi guzarenge,</w:t>
      </w:r>
    </w:p>
    <w:p>
      <w:pPr>
        <w:jc w:val="right"/>
      </w:pPr>
      <w:r>
        <w:t>تو جب آپ اس طریقے سے زندگی گزاریں گے،</w:t>
      </w:r>
    </w:p>
    <w:p>
      <w:r>
        <w:rPr>
          <w:b/>
        </w:rPr>
        <w:t xml:space="preserve">[34:58] </w:t>
      </w:r>
      <w:r>
        <w:t>to aap ko cheezein daryaft hongi. Quran ki Surah Al-Imran mein jo aakhri ayat hai, jo</w:t>
      </w:r>
    </w:p>
    <w:p>
      <w:pPr>
        <w:jc w:val="right"/>
      </w:pPr>
      <w:r>
        <w:t>تو آپ کو چیزیں دریافت ہوں گی۔ قرآن کی سورہ آل عمران میں جو آخری آیت ہے، جو</w:t>
      </w:r>
    </w:p>
    <w:p>
      <w:r>
        <w:rPr>
          <w:b/>
        </w:rPr>
        <w:t xml:space="preserve">[35:05] </w:t>
      </w:r>
      <w:r>
        <w:t>aakhri ruku hai,</w:t>
      </w:r>
    </w:p>
    <w:p>
      <w:pPr>
        <w:jc w:val="right"/>
      </w:pPr>
      <w:r>
        <w:t>آخری رکوع ہے،</w:t>
      </w:r>
    </w:p>
    <w:p>
      <w:r>
        <w:rPr>
          <w:b/>
        </w:rPr>
        <w:t xml:space="preserve">[35:08] </w:t>
      </w:r>
      <w:r>
        <w:t>aakhri ruku mein yeh kaha gaya hai</w:t>
      </w:r>
    </w:p>
    <w:p>
      <w:pPr>
        <w:jc w:val="right"/>
      </w:pPr>
      <w:r>
        <w:t>آخری رکوع میں یہ کہا گیا ہے</w:t>
      </w:r>
    </w:p>
    <w:p>
      <w:r>
        <w:rPr>
          <w:b/>
        </w:rPr>
        <w:t xml:space="preserve">[35:12] </w:t>
      </w:r>
      <w:r>
        <w:t>keh "inna fi khalqis samawati wal ardi wakti'la'i fil laili wan nahari la ya'tilu alladhina</w:t>
      </w:r>
    </w:p>
    <w:p>
      <w:pPr>
        <w:jc w:val="right"/>
      </w:pPr>
      <w:r>
        <w:t>کہ "إِنَّ فِي خَلْقِ السَّمَاوَاتِ وَالْأَرْضِ وَاقْتَلَاءِ فِي الليلِ وَالنَّهَارِ لَا يَعْتِلُ الَّذِينَ</w:t>
      </w:r>
    </w:p>
    <w:p>
      <w:r>
        <w:rPr>
          <w:b/>
        </w:rPr>
        <w:t xml:space="preserve">[35:19] </w:t>
      </w:r>
      <w:r>
        <w:t>yadhkurunallaha qiyaman wa qu'udan walajnuban wa yatafakkaruna fi khalqis samawati wal ardi rabbana ma khalaqta hadha batilan".</w:t>
      </w:r>
    </w:p>
    <w:p>
      <w:pPr>
        <w:jc w:val="right"/>
      </w:pPr>
      <w:r>
        <w:t>يَذْكُرُونَ اللَّهَ قِيَامًا وَقَوْدًا وَلَجْنُوبًا وَيَتَفَكُّرُونَ فِي خَلْقِ السَّمَاوَاتِ وَالأَرْضِ رَبَّنَا مَا خَلَقْتَ هَٰذَا بَاطِلًا"۔</w:t>
      </w:r>
    </w:p>
    <w:p>
      <w:r>
        <w:rPr>
          <w:b/>
        </w:rPr>
        <w:t xml:space="preserve">[35:31] </w:t>
      </w:r>
      <w:r>
        <w:t>to is mein olo al albab ka lafz hai, aql wale.</w:t>
      </w:r>
    </w:p>
    <w:p>
      <w:pPr>
        <w:jc w:val="right"/>
      </w:pPr>
      <w:r>
        <w:t>تو اس میں اولو الالباب کا لفظ ہے، عقل والے۔</w:t>
      </w:r>
    </w:p>
    <w:p>
      <w:r>
        <w:rPr>
          <w:b/>
        </w:rPr>
        <w:t xml:space="preserve">[35:35] </w:t>
      </w:r>
      <w:r>
        <w:t>to aql walon ka kya bataya gaya hai? keh woh sochte hain</w:t>
      </w:r>
    </w:p>
    <w:p>
      <w:pPr>
        <w:jc w:val="right"/>
      </w:pPr>
      <w:r>
        <w:t>تو عقل والوں کا کیا بتایا گیا ہے؟ کہ وہ سوچتے ہیں</w:t>
      </w:r>
    </w:p>
    <w:p>
      <w:r>
        <w:rPr>
          <w:b/>
        </w:rPr>
        <w:t xml:space="preserve">[35:40] </w:t>
      </w:r>
      <w:r>
        <w:t>zameen ke bare mein, aasman ke bare mein, suraj ke bare mein, sitare ke bare mein.</w:t>
      </w:r>
    </w:p>
    <w:p>
      <w:pPr>
        <w:jc w:val="right"/>
      </w:pPr>
      <w:r>
        <w:t>زمین کے بارے میں، آسمان کے بارے میں، سورج کے بارے میں، ستارے کے بارے میں۔</w:t>
      </w:r>
    </w:p>
    <w:p>
      <w:r>
        <w:rPr>
          <w:b/>
        </w:rPr>
        <w:t xml:space="preserve">[35:46] </w:t>
      </w:r>
      <w:r>
        <w:t>jo yeh, jo world of creation hai, us ke bare mein.</w:t>
      </w:r>
    </w:p>
    <w:p>
      <w:pPr>
        <w:jc w:val="right"/>
      </w:pPr>
      <w:r>
        <w:t>جو یہ، جو ورلڈ آف کریشن ہے، اس کے بارے میں۔</w:t>
      </w:r>
    </w:p>
    <w:p>
      <w:r>
        <w:rPr>
          <w:b/>
        </w:rPr>
        <w:t xml:space="preserve">[35:53] </w:t>
      </w:r>
      <w:r>
        <w:t>to is se un ko haqiqaten samajh mein aati hain. to yahan olo al albab ka lafz hai, yani</w:t>
      </w:r>
    </w:p>
    <w:p>
      <w:pPr>
        <w:jc w:val="right"/>
      </w:pPr>
      <w:r>
        <w:t>تو اس سے ان کو حقیقتیں سمجھ میں آتی ہیں۔ تو یہاں اولو الالباب کا لفظ ہے، یعنی</w:t>
      </w:r>
    </w:p>
    <w:p>
      <w:r>
        <w:rPr>
          <w:b/>
        </w:rPr>
        <w:t xml:space="preserve">[35:58] </w:t>
      </w:r>
      <w:r>
        <w:t>aql ko istemal karna.</w:t>
      </w:r>
    </w:p>
    <w:p>
      <w:pPr>
        <w:jc w:val="right"/>
      </w:pPr>
      <w:r>
        <w:t>عقل کو استعمال کرنا۔</w:t>
      </w:r>
    </w:p>
    <w:p>
      <w:r>
        <w:rPr>
          <w:b/>
        </w:rPr>
        <w:t xml:space="preserve">[36:02] </w:t>
      </w:r>
      <w:r>
        <w:t>olo al albab ka matlab aql wale. to aql ko istemal kar ke jab aap sochte hain universe ke</w:t>
      </w:r>
    </w:p>
    <w:p>
      <w:pPr>
        <w:jc w:val="right"/>
      </w:pPr>
      <w:r>
        <w:t>اولو الالباب کا مطلب عقل والے۔ تو عقل کو استعمال کر کے جب آپ سوچتے ہیں یونیورس کے</w:t>
      </w:r>
    </w:p>
    <w:p>
      <w:r>
        <w:rPr>
          <w:b/>
        </w:rPr>
        <w:t xml:space="preserve">[36:09] </w:t>
      </w:r>
      <w:r>
        <w:t>bare mein, tab aap ko haqiqaten daryaft hoti hain.</w:t>
      </w:r>
    </w:p>
    <w:p>
      <w:pPr>
        <w:jc w:val="right"/>
      </w:pPr>
      <w:r>
        <w:t>بارے میں، تب آپ کو حقیقتیں دریافت ہوتی ہیں۔</w:t>
      </w:r>
    </w:p>
    <w:p>
      <w:r>
        <w:rPr>
          <w:b/>
        </w:rPr>
        <w:t xml:space="preserve">[36:14] </w:t>
      </w:r>
      <w:r>
        <w:t>to Islam mein meditation nahin hai, contemplation hai.</w:t>
      </w:r>
    </w:p>
    <w:p>
      <w:pPr>
        <w:jc w:val="right"/>
      </w:pPr>
      <w:r>
        <w:t>تو اسلام میں میڈیٹیشن نہیں ہے، کنٹیمپلیشن ہے۔</w:t>
      </w:r>
    </w:p>
    <w:p>
      <w:r>
        <w:rPr>
          <w:b/>
        </w:rPr>
        <w:t xml:space="preserve">[36:21] </w:t>
      </w:r>
      <w:r>
        <w:t>meditation jo hai, jis ko murakaba kaha jata hai, dhyan, gyan. to Islam mein marifat ka zariya</w:t>
      </w:r>
    </w:p>
    <w:p>
      <w:pPr>
        <w:jc w:val="right"/>
      </w:pPr>
      <w:r>
        <w:t>میڈیٹیشن جو ہے، جس کو مراقبہ کہا جاتا ہے، دھیان، گیان۔ تو اسلام میں معرفت کا ذریعہ</w:t>
      </w:r>
    </w:p>
    <w:p>
      <w:r>
        <w:rPr>
          <w:b/>
        </w:rPr>
        <w:t xml:space="preserve">[36:30] </w:t>
      </w:r>
      <w:r>
        <w:t>surah Aal Imran ki ayat ki aakhri ruku ko aap padhiye,</w:t>
      </w:r>
    </w:p>
    <w:p>
      <w:pPr>
        <w:jc w:val="right"/>
      </w:pPr>
      <w:r>
        <w:t>سورہ آل عمران کی آیت کی آخری رکوع کو آپ پڑھیے،</w:t>
      </w:r>
    </w:p>
    <w:p>
      <w:r>
        <w:rPr>
          <w:b/>
        </w:rPr>
        <w:t xml:space="preserve">[36:34] </w:t>
      </w:r>
      <w:r>
        <w:t>is mein aap paenge, Islam mein</w:t>
      </w:r>
    </w:p>
    <w:p>
      <w:pPr>
        <w:jc w:val="right"/>
      </w:pPr>
      <w:r>
        <w:t>اس میں آپ پائیں گے، اسلام میں</w:t>
      </w:r>
    </w:p>
    <w:p>
      <w:r>
        <w:rPr>
          <w:b/>
        </w:rPr>
        <w:t xml:space="preserve">[36:38] </w:t>
      </w:r>
      <w:r>
        <w:t>marifat ka zariya meditation nahin hai, Islam mein marifat ka zariya</w:t>
      </w:r>
    </w:p>
    <w:p>
      <w:pPr>
        <w:jc w:val="right"/>
      </w:pPr>
      <w:r>
        <w:t>معرفت کا ذریعہ میڈیٹیشن نہیں ہے، اسلام میں معرفت کا ذریعہ</w:t>
      </w:r>
    </w:p>
    <w:p>
      <w:r>
        <w:rPr>
          <w:b/>
        </w:rPr>
        <w:t xml:space="preserve">[36:44] </w:t>
      </w:r>
      <w:r>
        <w:t>contemplation hai, yani tadabbur.</w:t>
      </w:r>
    </w:p>
    <w:p>
      <w:pPr>
        <w:jc w:val="right"/>
      </w:pPr>
      <w:r>
        <w:t>کنٹیمپلیشن ہے، یعنی تدبر۔</w:t>
      </w:r>
    </w:p>
    <w:p>
      <w:r>
        <w:rPr>
          <w:b/>
        </w:rPr>
        <w:t xml:space="preserve">[36:48] </w:t>
      </w:r>
      <w:r>
        <w:t>is ko tadabbur kaha gaya.</w:t>
      </w:r>
    </w:p>
    <w:p>
      <w:pPr>
        <w:jc w:val="right"/>
      </w:pPr>
      <w:r>
        <w:t>اس کو تدبر کہا گیا۔</w:t>
      </w:r>
    </w:p>
    <w:p>
      <w:r>
        <w:rPr>
          <w:b/>
        </w:rPr>
        <w:t xml:space="preserve">[36:53] </w:t>
      </w:r>
      <w:r>
        <w:t>to sari badi badi baaten jo hain, woh insan tadabbur ke zariye janta hai.</w:t>
      </w:r>
    </w:p>
    <w:p>
      <w:pPr>
        <w:jc w:val="right"/>
      </w:pPr>
      <w:r>
        <w:t>تو ساری بڑی بڑی باتیں جو ہیں، وہ انسان تدبر کے ذریعے جانتا ہے۔</w:t>
      </w:r>
    </w:p>
    <w:p>
      <w:r>
        <w:rPr>
          <w:b/>
        </w:rPr>
        <w:t xml:space="preserve">[36:59] </w:t>
      </w:r>
      <w:r>
        <w:t>meditation ke zariye kuch bhi jaan sakta hai, aadmi</w:t>
      </w:r>
    </w:p>
    <w:p>
      <w:pPr>
        <w:jc w:val="right"/>
      </w:pPr>
      <w:r>
        <w:t>میڈیٹیشن کے ذریعے کچھ بھی جان سکتا ہے، آدمی</w:t>
      </w:r>
    </w:p>
    <w:p>
      <w:r>
        <w:rPr>
          <w:b/>
        </w:rPr>
        <w:t xml:space="preserve">[37:03] </w:t>
      </w:r>
      <w:r>
        <w:t>siwaye is ke keh woh ecstatic hogi, us ko ek wajd aayega. baqi jo badi badi baaten</w:t>
      </w:r>
    </w:p>
    <w:p>
      <w:pPr>
        <w:jc w:val="right"/>
      </w:pPr>
      <w:r>
        <w:t>سوائے اس کے کہ وہ ایکسٹیسک ہوگی، اس کو ایک وجد آئے گا۔ باقی جو بڑی بڑی باتیں</w:t>
      </w:r>
    </w:p>
    <w:p>
      <w:r>
        <w:rPr>
          <w:b/>
        </w:rPr>
        <w:t xml:space="preserve">[37:09] </w:t>
      </w:r>
      <w:r>
        <w:t>hain, jo badi badi haqiqaten hain, apne bare mein, universe ke bare mein,</w:t>
      </w:r>
    </w:p>
    <w:p>
      <w:pPr>
        <w:jc w:val="right"/>
      </w:pPr>
      <w:r>
        <w:t>ہیں، جو بڑی بڑی حقیقتیں ہیں، اپنے بارے میں، یونیورس کے بارے میں،</w:t>
      </w:r>
    </w:p>
    <w:p>
      <w:r>
        <w:rPr>
          <w:b/>
        </w:rPr>
        <w:t xml:space="preserve">[37:16] </w:t>
      </w:r>
      <w:r>
        <w:t>woh to contemplation se maloom hogi, tadabbur ke zariye.</w:t>
      </w:r>
    </w:p>
    <w:p>
      <w:pPr>
        <w:jc w:val="right"/>
      </w:pPr>
      <w:r>
        <w:t>وہ تو کنٹیمپلیشن سے معلوم ہوگی، تدبر کے ذریعے۔</w:t>
      </w:r>
    </w:p>
    <w:p>
      <w:r>
        <w:rPr>
          <w:b/>
        </w:rPr>
        <w:t xml:space="preserve">[37:23] </w:t>
      </w:r>
      <w:r>
        <w:t>to main tadabbur kiya hai, is ka maine apna ek tajruba bataya aap ko.</w:t>
      </w:r>
    </w:p>
    <w:p>
      <w:pPr>
        <w:jc w:val="right"/>
      </w:pPr>
      <w:r>
        <w:t>تو میں تدبر کیا ہے، اس کا میں نے اپنا ایک تجربہ بتایا آپ کو۔</w:t>
      </w:r>
    </w:p>
    <w:p>
      <w:r>
        <w:rPr>
          <w:b/>
        </w:rPr>
        <w:t xml:space="preserve">[37:29] </w:t>
      </w:r>
      <w:r>
        <w:t>tadabbur kiya hai? woh maine jo tajruba bataya aap ne, keh mujh se mera spiritual card chhin</w:t>
      </w:r>
    </w:p>
    <w:p>
      <w:pPr>
        <w:jc w:val="right"/>
      </w:pPr>
      <w:r>
        <w:t>تدبر کیا ہے؟ وہ میں نے جو تجربہ بتایا آپ نے، کہ مجھ سے میرا اسپرچول کارڈ چھن</w:t>
      </w:r>
    </w:p>
    <w:p>
      <w:r>
        <w:rPr>
          <w:b/>
        </w:rPr>
        <w:t xml:space="preserve">[37:35] </w:t>
      </w:r>
      <w:r>
        <w:t>gaya tha, phir teen mahine ke baad wapas mila,</w:t>
      </w:r>
    </w:p>
    <w:p>
      <w:pPr>
        <w:jc w:val="right"/>
      </w:pPr>
      <w:r>
        <w:t>گیا تھا، پھر تین مہینے کے بعد واپس ملا،</w:t>
      </w:r>
    </w:p>
    <w:p>
      <w:r>
        <w:rPr>
          <w:b/>
        </w:rPr>
        <w:t xml:space="preserve">[37:40] </w:t>
      </w:r>
      <w:r>
        <w:t>is se mera mind trigger hua, main ne socha, socha, to main aik dua ban gayi woh. yeh</w:t>
      </w:r>
    </w:p>
    <w:p>
      <w:pPr>
        <w:jc w:val="right"/>
      </w:pPr>
      <w:r>
        <w:t>اس سے میرا مائنڈ ٹریگر ہوا، میں نے سوچا، سوچا، تو میں ایک دعا بن گئی وہ۔ یہ</w:t>
      </w:r>
    </w:p>
    <w:p>
      <w:r>
        <w:rPr>
          <w:b/>
        </w:rPr>
        <w:t xml:space="preserve">[37:46] </w:t>
      </w:r>
      <w:r>
        <w:t>tajurba mere liye aik dua ban gaya ke khudaaya jis tarah se mujhe aik cheez se main mehroom</w:t>
      </w:r>
    </w:p>
    <w:p>
      <w:pPr>
        <w:jc w:val="right"/>
      </w:pPr>
      <w:r>
        <w:t>تجربہ میرے لیے ایک دعا بن گیا کہ خدایا جس طرح سے مجھے ایک چیز سے میں محروم</w:t>
      </w:r>
    </w:p>
    <w:p>
      <w:r>
        <w:rPr>
          <w:b/>
        </w:rPr>
        <w:t xml:space="preserve">[37:53] </w:t>
      </w:r>
      <w:r>
        <w:t>ho gaya tha, us ko dobara to ne diya mujhe. aise hi jannat se mehroom,</w:t>
      </w:r>
    </w:p>
    <w:p>
      <w:pPr>
        <w:jc w:val="right"/>
      </w:pPr>
      <w:r>
        <w:t>ہو گیا تھا، اس کو دوبارہ تو نے دیا مجھے۔ ایسے ہی جنت سے محروم،</w:t>
      </w:r>
    </w:p>
    <w:p>
      <w:r>
        <w:rPr>
          <w:b/>
        </w:rPr>
        <w:t xml:space="preserve">[37:59] </w:t>
      </w:r>
      <w:r>
        <w:t>mehroom ho gaya main, adam ke zamane se, us ko dobara mujhe de de.</w:t>
      </w:r>
    </w:p>
    <w:p>
      <w:pPr>
        <w:jc w:val="right"/>
      </w:pPr>
      <w:r>
        <w:t>محروم ہو گیا میں، آدم کے زمانے سے، اس کو دوبارہ مجھے دے دے۔</w:t>
      </w:r>
    </w:p>
    <w:p>
      <w:r>
        <w:rPr>
          <w:b/>
        </w:rPr>
        <w:t xml:space="preserve">[38:06] </w:t>
      </w:r>
      <w:r>
        <w:t>to is tarah se sochna, is tarah tadabbur karna, is se darwaze khulte hain.</w:t>
      </w:r>
    </w:p>
    <w:p>
      <w:pPr>
        <w:jc w:val="right"/>
      </w:pPr>
      <w:r>
        <w:t>تو اس طرح سے سوچنا، اس طرح تدبر کرنا، اس سے دروازے کھلتے ہیں۔</w:t>
      </w:r>
    </w:p>
    <w:p>
      <w:r>
        <w:rPr>
          <w:b/>
        </w:rPr>
        <w:t xml:space="preserve">[38:15] </w:t>
      </w:r>
      <w:r>
        <w:t>aur yahi maghfirat culture hai. jo hadith mein hai ke "faghfir</w:t>
      </w:r>
    </w:p>
    <w:p>
      <w:pPr>
        <w:jc w:val="right"/>
      </w:pPr>
      <w:r>
        <w:t>اور یہی مغفرت کلچر ہے۔ جو حدیث میں ہے کہ "فَاغْفِرِ</w:t>
      </w:r>
    </w:p>
    <w:p>
      <w:r>
        <w:rPr>
          <w:b/>
        </w:rPr>
        <w:t xml:space="preserve">[38:21] </w:t>
      </w:r>
      <w:r>
        <w:t>al-ansar wal-muhajirah". to maghfirat culture jo hai, woh tadabbur culture hai.</w:t>
      </w:r>
    </w:p>
    <w:p>
      <w:pPr>
        <w:jc w:val="right"/>
      </w:pPr>
      <w:r>
        <w:t>الْأَنْصَارَ وَالْمُؤَهَجِرَةَ"۔ تو مغفرت کلچر جو ہے، وہ تدبر کلچر ہے۔</w:t>
      </w:r>
    </w:p>
    <w:p>
      <w:r>
        <w:rPr>
          <w:b/>
        </w:rPr>
        <w:t xml:space="preserve">[38:30] </w:t>
      </w:r>
      <w:r>
        <w:t>"allahumma la aisha illah aisha al-akhirah faghfir al-ansar wal-muhajirah".</w:t>
      </w:r>
    </w:p>
    <w:p>
      <w:pPr>
        <w:jc w:val="right"/>
      </w:pPr>
      <w:r>
        <w:t>"اللَّهُمَّ اللَّا أَيْشَاءِ اللَّهِ أَيْشَاءُ الْآخِرَةَ فَاغْفِرِ الْأَنْصَارَ وَالْمُؤَهَجِرَةَ"۔</w:t>
      </w:r>
    </w:p>
    <w:p>
      <w:r>
        <w:rPr>
          <w:b/>
        </w:rPr>
        <w:t xml:space="preserve">[38:36] </w:t>
      </w:r>
      <w:r>
        <w:t>to maghfirat koi mysterious cheez nahi hai. maghfirat tadabbur culture hai,</w:t>
      </w:r>
    </w:p>
    <w:p>
      <w:pPr>
        <w:jc w:val="right"/>
      </w:pPr>
      <w:r>
        <w:t>تو مغفرت کوئی مسٹیریس چیز نہیں ہے۔ مغفرت تدبر کلچر ہے،</w:t>
      </w:r>
    </w:p>
    <w:p>
      <w:r>
        <w:rPr>
          <w:b/>
        </w:rPr>
        <w:t xml:space="preserve">[38:43] </w:t>
      </w:r>
      <w:r>
        <w:t>contemplation culture hai.</w:t>
      </w:r>
    </w:p>
    <w:p>
      <w:pPr>
        <w:jc w:val="right"/>
      </w:pPr>
      <w:r>
        <w:t>کنٹیمپلیشن کلچر ہے۔</w:t>
      </w:r>
    </w:p>
    <w:p>
      <w:r>
        <w:rPr>
          <w:b/>
        </w:rPr>
        <w:t xml:space="preserve">[38:47] </w:t>
      </w:r>
      <w:r>
        <w:t>aql ko istemal kar ke haqeeqat tak pohnchanay, pohnchne ka culture hai.</w:t>
      </w:r>
    </w:p>
    <w:p>
      <w:pPr>
        <w:jc w:val="right"/>
      </w:pPr>
      <w:r>
        <w:t>عقل کو استعمال کر کے حقیقت تک پہنچانے، پہنچنے کا کلچر ہے۔</w:t>
      </w:r>
    </w:p>
    <w:p>
      <w:r>
        <w:rPr>
          <w:b/>
        </w:rPr>
        <w:t xml:space="preserve">[38:53] </w:t>
      </w:r>
      <w:r>
        <w:t>aaj jo main ne aap ko zikr kiya, interview ka, jo akhbar mein aaya hai aaj, to is</w:t>
      </w:r>
    </w:p>
    <w:p>
      <w:pPr>
        <w:jc w:val="right"/>
      </w:pPr>
      <w:r>
        <w:t>آج جو میں نے آپ کو ذکر کیا، انٹرویو کا، جو اخبار میں آیا ہے آج، تو اس</w:t>
      </w:r>
    </w:p>
    <w:p>
      <w:r>
        <w:rPr>
          <w:b/>
        </w:rPr>
        <w:t xml:space="preserve">[38:58] </w:t>
      </w:r>
      <w:r>
        <w:t>mein kuch cheezein us ne jo di hain, jis se woh khuda ko nahi manta. ke woh kaisa</w:t>
      </w:r>
    </w:p>
    <w:p>
      <w:pPr>
        <w:jc w:val="right"/>
      </w:pPr>
      <w:r>
        <w:t>میں کچھ چیزیں اس نے جو دی ہیں، جس سے وہ خدا کو نہیں مانتا۔ کہ وہ کیسا</w:t>
      </w:r>
    </w:p>
    <w:p>
      <w:r>
        <w:rPr>
          <w:b/>
        </w:rPr>
        <w:t xml:space="preserve">[39:04] </w:t>
      </w:r>
      <w:r>
        <w:t>khuda hai jo yeh bataye ke hum kya khayein, kya na khayein. woh kaisa khuda hai jo, jo</w:t>
      </w:r>
    </w:p>
    <w:p>
      <w:pPr>
        <w:jc w:val="right"/>
      </w:pPr>
      <w:r>
        <w:t>خدا ہے جو یہ بتائے کہ ہم کیا کھائیں، کیا نہ کھائیں۔ وہ کیسا خدا ہے جو، جو</w:t>
      </w:r>
    </w:p>
    <w:p>
      <w:r>
        <w:rPr>
          <w:b/>
        </w:rPr>
        <w:t xml:space="preserve">[39:10] </w:t>
      </w:r>
      <w:r>
        <w:t>bataye ke hum kya dress hamara ho, kya na ho.</w:t>
      </w:r>
    </w:p>
    <w:p>
      <w:pPr>
        <w:jc w:val="right"/>
      </w:pPr>
      <w:r>
        <w:t>بتائے کہ ہم کیا ڈریس ہمارا ہو، کیا نہ ہو۔</w:t>
      </w:r>
    </w:p>
    <w:p>
      <w:r>
        <w:rPr>
          <w:b/>
        </w:rPr>
        <w:t xml:space="preserve">[39:14] </w:t>
      </w:r>
      <w:r>
        <w:t>to main samajhta hoon ke us ko aik confusion hai ke woh culture ko,</w:t>
      </w:r>
    </w:p>
    <w:p>
      <w:pPr>
        <w:jc w:val="right"/>
      </w:pPr>
      <w:r>
        <w:t>تو میں سمجھتا ہوں کہ اس کو ایک کنفیوژن ہے کہ وہ کلچر کو،</w:t>
      </w:r>
    </w:p>
    <w:p>
      <w:r>
        <w:rPr>
          <w:b/>
        </w:rPr>
        <w:t xml:space="preserve">[39:19] </w:t>
      </w:r>
      <w:r>
        <w:t>culture aur mazhab dono ko aik samajh raha hai.</w:t>
      </w:r>
    </w:p>
    <w:p>
      <w:pPr>
        <w:jc w:val="right"/>
      </w:pPr>
      <w:r>
        <w:t>کلچر اور مذہب دونوں کو ایک سمجھ رہا ہے۔</w:t>
      </w:r>
    </w:p>
    <w:p>
      <w:r>
        <w:rPr>
          <w:b/>
        </w:rPr>
        <w:t xml:space="preserve">[39:23] </w:t>
      </w:r>
      <w:r>
        <w:t>yeh to culture ki baat hai,</w:t>
      </w:r>
    </w:p>
    <w:p>
      <w:pPr>
        <w:jc w:val="right"/>
      </w:pPr>
      <w:r>
        <w:t>یہ تو کلچر کی بات ہے،</w:t>
      </w:r>
    </w:p>
    <w:p>
      <w:r>
        <w:rPr>
          <w:b/>
        </w:rPr>
        <w:t xml:space="preserve">[39:26] </w:t>
      </w:r>
      <w:r>
        <w:t>asal mazhab nahi hai yeh.</w:t>
      </w:r>
    </w:p>
    <w:p>
      <w:pPr>
        <w:jc w:val="right"/>
      </w:pPr>
      <w:r>
        <w:t>اصل مذہب نہیں ہے یہ۔</w:t>
      </w:r>
    </w:p>
    <w:p>
      <w:r>
        <w:rPr>
          <w:b/>
        </w:rPr>
        <w:t xml:space="preserve">[39:30] </w:t>
      </w:r>
      <w:r>
        <w:t>yani jo divine religion hai, divine religion jo hai, woh is, is culture ka naam nahi hai.</w:t>
      </w:r>
    </w:p>
    <w:p>
      <w:pPr>
        <w:jc w:val="right"/>
      </w:pPr>
      <w:r>
        <w:t>یعنی جو ڈیوائن ریلیجن ہے، ڈیوائن ریلیجن جو ہے، وہ اس، اس کلچر کا نام نہیں ہے۔</w:t>
      </w:r>
    </w:p>
    <w:p>
      <w:r>
        <w:rPr>
          <w:b/>
        </w:rPr>
        <w:t xml:space="preserve">[39:39] </w:t>
      </w:r>
      <w:r>
        <w:t>woh khuda ka inkar kar raha hai, yeh keh kar ke khuda</w:t>
      </w:r>
    </w:p>
    <w:p>
      <w:pPr>
        <w:jc w:val="right"/>
      </w:pPr>
      <w:r>
        <w:t>وہ خدا کا انکار کر رہا ہے، یہ کہہ کر کہ خدا</w:t>
      </w:r>
    </w:p>
    <w:p>
      <w:r>
        <w:rPr>
          <w:b/>
        </w:rPr>
        <w:t xml:space="preserve">[39:45] </w:t>
      </w:r>
      <w:r>
        <w:t>bas yeh batane ke liye hai ke main kya kapra pehnoon, kya khana khauon.</w:t>
      </w:r>
    </w:p>
    <w:p>
      <w:pPr>
        <w:jc w:val="right"/>
      </w:pPr>
      <w:r>
        <w:t>بس یہ بتانے کے لیے ہے کہ میں کیا کپڑا پہنوں، کیا کھانا کھاؤں۔</w:t>
      </w:r>
    </w:p>
    <w:p>
      <w:r>
        <w:rPr>
          <w:b/>
        </w:rPr>
        <w:t xml:space="preserve">[39:51] </w:t>
      </w:r>
      <w:r>
        <w:t>to woh us ne,</w:t>
      </w:r>
    </w:p>
    <w:p>
      <w:pPr>
        <w:jc w:val="right"/>
      </w:pPr>
      <w:r>
        <w:t>تو وہ اس نے،</w:t>
      </w:r>
    </w:p>
    <w:p>
      <w:r>
        <w:rPr>
          <w:b/>
        </w:rPr>
        <w:t xml:space="preserve">[39:53] </w:t>
      </w:r>
      <w:r>
        <w:t>yani divine religion ka aik reduce form us ke zehn mein hai, woh hai culture.</w:t>
      </w:r>
    </w:p>
    <w:p>
      <w:pPr>
        <w:jc w:val="right"/>
      </w:pPr>
      <w:r>
        <w:t>یعنی ڈیوائن ریلیجن کا ایک ریڈیوس فارم اس کے ذہن میں ہے، وہ ہے کلچر۔</w:t>
      </w:r>
    </w:p>
    <w:p>
      <w:r>
        <w:rPr>
          <w:b/>
        </w:rPr>
        <w:t xml:space="preserve">[40:02] </w:t>
      </w:r>
      <w:r>
        <w:t>dekhiye, har mazhab mein aik culture ban jata hai kuch dinon ke baad, aur khud Islam mein bhi</w:t>
      </w:r>
    </w:p>
    <w:p>
      <w:pPr>
        <w:jc w:val="right"/>
      </w:pPr>
      <w:r>
        <w:t>دیکھیے، ہر مذہب میں ایک کلچر بن جاتا ہے کچھ دنوں کے بعد، اور خود اسلام میں بھی</w:t>
      </w:r>
    </w:p>
    <w:p>
      <w:r>
        <w:rPr>
          <w:b/>
        </w:rPr>
        <w:t xml:space="preserve">[40:06] </w:t>
      </w:r>
      <w:r>
        <w:t>ban gaya. To aaj jo musalman hain, woh culture par hain, woh deen-e-Islam par nahin hain.</w:t>
      </w:r>
    </w:p>
    <w:p>
      <w:pPr>
        <w:jc w:val="right"/>
      </w:pPr>
      <w:r>
        <w:t>بن گیا۔ تو آج جو مسلمان ہیں، وہ کلچر پر ہیں، وہ دین اسلام پر نہیں ہیں۔</w:t>
      </w:r>
    </w:p>
    <w:p>
      <w:r>
        <w:rPr>
          <w:b/>
        </w:rPr>
        <w:t xml:space="preserve">[40:16] </w:t>
      </w:r>
      <w:r>
        <w:t>khaas tarah ka dress, khaas tarah ka</w:t>
      </w:r>
    </w:p>
    <w:p>
      <w:pPr>
        <w:jc w:val="right"/>
      </w:pPr>
      <w:r>
        <w:t>خاص طرح کا ڈریس، خاص طرح کا</w:t>
      </w:r>
    </w:p>
    <w:p>
      <w:r>
        <w:rPr>
          <w:b/>
        </w:rPr>
        <w:t xml:space="preserve">[40:20] </w:t>
      </w:r>
      <w:r>
        <w:t>ek, jis ko kehte hain waza' qata',</w:t>
      </w:r>
    </w:p>
    <w:p>
      <w:pPr>
        <w:jc w:val="right"/>
      </w:pPr>
      <w:r>
        <w:t>ایک، جس کو کہتے ہیں وضع قطع،</w:t>
      </w:r>
    </w:p>
    <w:p>
      <w:r>
        <w:rPr>
          <w:b/>
        </w:rPr>
        <w:t xml:space="preserve">[40:25] </w:t>
      </w:r>
      <w:r>
        <w:t>is ka naam samajh lijiye aaj daindari, daindari,</w:t>
      </w:r>
    </w:p>
    <w:p>
      <w:pPr>
        <w:jc w:val="right"/>
      </w:pPr>
      <w:r>
        <w:t>اس کا نام سمجھ لیجیے آج دینداری، دینداری،</w:t>
      </w:r>
    </w:p>
    <w:p>
      <w:r>
        <w:rPr>
          <w:b/>
        </w:rPr>
        <w:t xml:space="preserve">[40:29] </w:t>
      </w:r>
      <w:r>
        <w:t>daindari samajh lijiye is ko. To daindari is zamane mein waza' qata' ka naam ban gayi hai, culture</w:t>
      </w:r>
    </w:p>
    <w:p>
      <w:pPr>
        <w:jc w:val="right"/>
      </w:pPr>
      <w:r>
        <w:t>دینداری سمجھ لیجیے اس کو۔ تو دینداری اس زمانے میں وضع قطع کا نام بن گئی ہے، کلچر</w:t>
      </w:r>
    </w:p>
    <w:p>
      <w:r>
        <w:rPr>
          <w:b/>
        </w:rPr>
        <w:t xml:space="preserve">[40:35] </w:t>
      </w:r>
      <w:r>
        <w:t>ka naam ban gayi hai.</w:t>
      </w:r>
    </w:p>
    <w:p>
      <w:pPr>
        <w:jc w:val="right"/>
      </w:pPr>
      <w:r>
        <w:t>کا نام بن گئی ہے۔</w:t>
      </w:r>
    </w:p>
    <w:p>
      <w:r>
        <w:rPr>
          <w:b/>
        </w:rPr>
        <w:t xml:space="preserve">[40:37] </w:t>
      </w:r>
      <w:r>
        <w:t>Magar woh Islam nahin hai.</w:t>
      </w:r>
    </w:p>
    <w:p>
      <w:pPr>
        <w:jc w:val="right"/>
      </w:pPr>
      <w:r>
        <w:t>مگر وہ اسلام نہیں ہے۔</w:t>
      </w:r>
    </w:p>
    <w:p>
      <w:r>
        <w:rPr>
          <w:b/>
        </w:rPr>
        <w:t xml:space="preserve">[40:41] </w:t>
      </w:r>
      <w:r>
        <w:t>Islam to ek ideology hai,</w:t>
      </w:r>
    </w:p>
    <w:p>
      <w:pPr>
        <w:jc w:val="right"/>
      </w:pPr>
      <w:r>
        <w:t>اسلام تو ایک آئیڈیالوجی ہے،</w:t>
      </w:r>
    </w:p>
    <w:p>
      <w:r>
        <w:rPr>
          <w:b/>
        </w:rPr>
        <w:t xml:space="preserve">[40:45] </w:t>
      </w:r>
      <w:r>
        <w:t>ek ideology ko daryaft karna,</w:t>
      </w:r>
    </w:p>
    <w:p>
      <w:pPr>
        <w:jc w:val="right"/>
      </w:pPr>
      <w:r>
        <w:t>ایک آئیڈیالوجی کو دریافت کرنا،</w:t>
      </w:r>
    </w:p>
    <w:p>
      <w:r>
        <w:rPr>
          <w:b/>
        </w:rPr>
        <w:t xml:space="preserve">[40:49] </w:t>
      </w:r>
      <w:r>
        <w:t>aur phir is ideology ke mutabiq apni zindagi ko</w:t>
      </w:r>
    </w:p>
    <w:p>
      <w:pPr>
        <w:jc w:val="right"/>
      </w:pPr>
      <w:r>
        <w:t>اور پھر اس آئیڈیالوجی کے مطابق اپنی زندگی کو</w:t>
      </w:r>
    </w:p>
    <w:p>
      <w:r>
        <w:rPr>
          <w:b/>
        </w:rPr>
        <w:t xml:space="preserve">[40:55] </w:t>
      </w:r>
      <w:r>
        <w:t>sanwarna, woh culture se buland cheez ek hai.</w:t>
      </w:r>
    </w:p>
    <w:p>
      <w:pPr>
        <w:jc w:val="right"/>
      </w:pPr>
      <w:r>
        <w:t>سنوارنا، وہ کلچر سے بلند چیز ایک ہے۔</w:t>
      </w:r>
    </w:p>
    <w:p>
      <w:r>
        <w:rPr>
          <w:b/>
        </w:rPr>
        <w:t xml:space="preserve">[41:02] </w:t>
      </w:r>
      <w:r>
        <w:t>Culture se buland hai.</w:t>
      </w:r>
    </w:p>
    <w:p>
      <w:pPr>
        <w:jc w:val="right"/>
      </w:pPr>
      <w:r>
        <w:t>کلچر سے بلند ہے۔</w:t>
      </w:r>
    </w:p>
    <w:p>
      <w:r>
        <w:rPr>
          <w:b/>
        </w:rPr>
        <w:t xml:space="preserve">[41:05] </w:t>
      </w:r>
      <w:r>
        <w:t>To Islam naam hai tauheed,</w:t>
      </w:r>
    </w:p>
    <w:p>
      <w:pPr>
        <w:jc w:val="right"/>
      </w:pPr>
      <w:r>
        <w:t>تو اسلام نام ہے توحید،</w:t>
      </w:r>
    </w:p>
    <w:p>
      <w:r>
        <w:rPr>
          <w:b/>
        </w:rPr>
        <w:t xml:space="preserve">[41:08] </w:t>
      </w:r>
      <w:r>
        <w:t>ya'ni ideology of tauheed ka, na ke culture ka.</w:t>
      </w:r>
    </w:p>
    <w:p>
      <w:pPr>
        <w:jc w:val="right"/>
      </w:pPr>
      <w:r>
        <w:t>یعنی آئیڈیالوجی آف توحید کا، نہ کہ کلچر کا۔</w:t>
      </w:r>
    </w:p>
    <w:p>
      <w:r>
        <w:rPr>
          <w:b/>
        </w:rPr>
        <w:t xml:space="preserve">[41:14] </w:t>
      </w:r>
      <w:r>
        <w:t>Aap interview ko dekhiye ga, aaj, aaj hi ke parche mein aaya hai woh.</w:t>
      </w:r>
    </w:p>
    <w:p>
      <w:pPr>
        <w:jc w:val="right"/>
      </w:pPr>
      <w:r>
        <w:t>آپ انٹرویو کو دیکھیے گا، آج، آج ہی کے پرچے میں آیا ہے وہ۔</w:t>
      </w:r>
    </w:p>
    <w:p>
      <w:r>
        <w:rPr>
          <w:b/>
        </w:rPr>
        <w:t xml:space="preserve">[41:18] </w:t>
      </w:r>
      <w:r>
        <w:t>To woh culture ko samajh raha hai mazhab, aur us ko ridicule kar raha hai woh.</w:t>
      </w:r>
    </w:p>
    <w:p>
      <w:pPr>
        <w:jc w:val="right"/>
      </w:pPr>
      <w:r>
        <w:t>تو وہ کلچر کو سمجھ رہا ہے مذہب، اور اس کو ریڈیکیول کر رہا ہے وہ۔</w:t>
      </w:r>
    </w:p>
    <w:p>
      <w:r>
        <w:rPr>
          <w:b/>
        </w:rPr>
        <w:t xml:space="preserve">[41:25] </w:t>
      </w:r>
      <w:r>
        <w:t>Ke yeh divine religion hai.</w:t>
      </w:r>
    </w:p>
    <w:p>
      <w:pPr>
        <w:jc w:val="right"/>
      </w:pPr>
      <w:r>
        <w:t>کہ یہ ڈیوائن ریلیجن ہے۔</w:t>
      </w:r>
    </w:p>
    <w:p>
      <w:r>
        <w:rPr>
          <w:b/>
        </w:rPr>
        <w:t xml:space="preserve">[41:30] </w:t>
      </w:r>
      <w:r>
        <w:t>Culture dekhiye, community, culture dekhiye,</w:t>
      </w:r>
    </w:p>
    <w:p>
      <w:pPr>
        <w:jc w:val="right"/>
      </w:pPr>
      <w:r>
        <w:t>کلچر دیکھیے، کمیونٹی، کلچر دیکھیے،</w:t>
      </w:r>
    </w:p>
    <w:p>
      <w:r>
        <w:rPr>
          <w:b/>
        </w:rPr>
        <w:t xml:space="preserve">[41:36] </w:t>
      </w:r>
      <w:r>
        <w:t>community ka phenomena hota hai. Community kisi mulk mein rehti hai, kisi geography mein rehti hai,</w:t>
      </w:r>
    </w:p>
    <w:p>
      <w:pPr>
        <w:jc w:val="right"/>
      </w:pPr>
      <w:r>
        <w:t>کمیونٹی کا فینامینا ہوتا ہے۔ کمیونٹی کسی ملک میں رہتی ہے، کسی جغرافیے میں رہتی ہے،</w:t>
      </w:r>
    </w:p>
    <w:p>
      <w:r>
        <w:rPr>
          <w:b/>
        </w:rPr>
        <w:t xml:space="preserve">[41:45] </w:t>
      </w:r>
      <w:r>
        <w:t>kuch historical halaat mein rehti hai, is se ek culture banta hai.</w:t>
      </w:r>
    </w:p>
    <w:p>
      <w:pPr>
        <w:jc w:val="right"/>
      </w:pPr>
      <w:r>
        <w:t>کچھ ہسٹاریکل حالات میں رہتی ہے، اس سے ایک کلچر بنتا ہے۔</w:t>
      </w:r>
    </w:p>
    <w:p>
      <w:r>
        <w:rPr>
          <w:b/>
        </w:rPr>
        <w:t xml:space="preserve">[41:51] </w:t>
      </w:r>
      <w:r>
        <w:t>To culture hamesha geography se banta hai, mulk ke halaat se banta hai.</w:t>
      </w:r>
    </w:p>
    <w:p>
      <w:pPr>
        <w:jc w:val="right"/>
      </w:pPr>
      <w:r>
        <w:t>تو کلچر ہمیشہ جغرافی سے بنتا ہے، ملک کے حالات سے بنتا ہے۔</w:t>
      </w:r>
    </w:p>
    <w:p>
      <w:r>
        <w:rPr>
          <w:b/>
        </w:rPr>
        <w:t xml:space="preserve">[41:58] </w:t>
      </w:r>
      <w:r>
        <w:t>Lekin jo real mazhab hai, jo divine mazhab hai,</w:t>
      </w:r>
    </w:p>
    <w:p>
      <w:pPr>
        <w:jc w:val="right"/>
      </w:pPr>
      <w:r>
        <w:t>لیکن جو ریئل مذہب ہے، جو ڈیوائن مذہب ہے،</w:t>
      </w:r>
    </w:p>
    <w:p>
      <w:r>
        <w:rPr>
          <w:b/>
        </w:rPr>
        <w:t xml:space="preserve">[42:02] </w:t>
      </w:r>
      <w:r>
        <w:t>woh to is se oopar ek cheez hai.</w:t>
      </w:r>
    </w:p>
    <w:p>
      <w:pPr>
        <w:jc w:val="right"/>
      </w:pPr>
      <w:r>
        <w:t>وہ تو اس سے اوپر ایک چیز ہے۔</w:t>
      </w:r>
    </w:p>
    <w:p>
      <w:r>
        <w:rPr>
          <w:b/>
        </w:rPr>
        <w:t xml:space="preserve">[42:07] </w:t>
      </w:r>
      <w:r>
        <w:t>Woh thinking ke level par banti hai woh.</w:t>
      </w:r>
    </w:p>
    <w:p>
      <w:pPr>
        <w:jc w:val="right"/>
      </w:pPr>
      <w:r>
        <w:t>وہ تھنکنگ کے لیول پر بنتی ہے وہ۔</w:t>
      </w:r>
    </w:p>
    <w:p>
      <w:r>
        <w:rPr>
          <w:b/>
        </w:rPr>
        <w:t xml:space="preserve">[42:10] </w:t>
      </w:r>
      <w:r>
        <w:t>Aap apne mind ko active karte hain, aap</w:t>
      </w:r>
    </w:p>
    <w:p>
      <w:pPr>
        <w:jc w:val="right"/>
      </w:pPr>
      <w:r>
        <w:t>آپ اپنے مائنڈ کو ایکٹیو کرتے ہیں، آپ</w:t>
      </w:r>
    </w:p>
    <w:p>
      <w:r>
        <w:rPr>
          <w:b/>
        </w:rPr>
        <w:t xml:space="preserve">[42:15] </w:t>
      </w:r>
      <w:r>
        <w:t>zindagi ki haqeeqat ko daryaft karte hain,</w:t>
      </w:r>
    </w:p>
    <w:p>
      <w:pPr>
        <w:jc w:val="right"/>
      </w:pPr>
      <w:r>
        <w:t>زندگی کی حقیقت کو دریافت کرتے ہیں،</w:t>
      </w:r>
    </w:p>
    <w:p>
      <w:r>
        <w:rPr>
          <w:b/>
        </w:rPr>
        <w:t xml:space="preserve">[42:19] </w:t>
      </w:r>
      <w:r>
        <w:t>universe ko par ghhor kar ke</w:t>
      </w:r>
    </w:p>
    <w:p>
      <w:pPr>
        <w:jc w:val="right"/>
      </w:pPr>
      <w:r>
        <w:t>یونیورس کو پر غور کر کے</w:t>
      </w:r>
    </w:p>
    <w:p>
      <w:r>
        <w:rPr>
          <w:b/>
        </w:rPr>
        <w:t xml:space="preserve">[42:23] </w:t>
      </w:r>
      <w:r>
        <w:t>is ke baray mein maloomat karte hain,</w:t>
      </w:r>
    </w:p>
    <w:p>
      <w:pPr>
        <w:jc w:val="right"/>
      </w:pPr>
      <w:r>
        <w:t>اس کے بارے میں معلومات کرتے ہیں،</w:t>
      </w:r>
    </w:p>
    <w:p>
      <w:r>
        <w:rPr>
          <w:b/>
        </w:rPr>
        <w:t xml:space="preserve">[42:28] </w:t>
      </w:r>
      <w:r>
        <w:t>is se aap ke andar aik intellectual overcoming aati hai, us ko marifat kaha gaya hai, woh hai</w:t>
      </w:r>
    </w:p>
    <w:p>
      <w:pPr>
        <w:jc w:val="right"/>
      </w:pPr>
      <w:r>
        <w:t>اس سے آپ کے اندر ایک انٹلیکچول اوورکمنگ آتی ہے، اس کو معرفت کہا گیا ہے، وہ ہے</w:t>
      </w:r>
    </w:p>
    <w:p>
      <w:r>
        <w:rPr>
          <w:b/>
        </w:rPr>
        <w:t xml:space="preserve">[42:34] </w:t>
      </w:r>
      <w:r>
        <w:t>mazhab. culture ka naam mazhab nahi hai. aap dekhiye, agar aap india mein dekhen to yahan ke musalman</w:t>
      </w:r>
    </w:p>
    <w:p>
      <w:pPr>
        <w:jc w:val="right"/>
      </w:pPr>
      <w:r>
        <w:t>مذہب۔ کلچر کا نام مذہب نہیں ہے۔ آپ دیکھیے، اگر آپ انڈیا میں دیکھیں تو یہاں کے مسلمانوں</w:t>
      </w:r>
    </w:p>
    <w:p>
      <w:r>
        <w:rPr>
          <w:b/>
        </w:rPr>
        <w:t xml:space="preserve">[42:42] </w:t>
      </w:r>
      <w:r>
        <w:t>ka aik tarz ka culture hoga, afreeqa jaen to wahan doosra culture hoga, aap</w:t>
      </w:r>
    </w:p>
    <w:p>
      <w:pPr>
        <w:jc w:val="right"/>
      </w:pPr>
      <w:r>
        <w:t>کا ایک طرز کا کلچر ہوگا، افریقہ جائیں تو وہاں دوسرا کلچر ہوگا، آپ</w:t>
      </w:r>
    </w:p>
    <w:p>
      <w:r>
        <w:rPr>
          <w:b/>
        </w:rPr>
        <w:t xml:space="preserve">[42:50] </w:t>
      </w:r>
      <w:r>
        <w:t>europe, america jaen to wahan aik aur culture hoga.</w:t>
      </w:r>
    </w:p>
    <w:p>
      <w:pPr>
        <w:jc w:val="right"/>
      </w:pPr>
      <w:r>
        <w:t>یورپ، امریکہ جائیں تو وہاں ایک اور کلچر ہوگا۔</w:t>
      </w:r>
    </w:p>
    <w:p>
      <w:r>
        <w:rPr>
          <w:b/>
        </w:rPr>
        <w:t xml:space="preserve">[42:54] </w:t>
      </w:r>
      <w:r>
        <w:t>yeh to geography hai jo culture ki tashkeel karti hai.</w:t>
      </w:r>
    </w:p>
    <w:p>
      <w:pPr>
        <w:jc w:val="right"/>
      </w:pPr>
      <w:r>
        <w:t>یہ تو جغرافی ہے جو کلچر کی تشکیل کرتی ہے۔</w:t>
      </w:r>
    </w:p>
    <w:p>
      <w:r>
        <w:rPr>
          <w:b/>
        </w:rPr>
        <w:t xml:space="preserve">[43:03] </w:t>
      </w:r>
      <w:r>
        <w:t>aur jo asal mazhab hai, woh is se buland hai.</w:t>
      </w:r>
    </w:p>
    <w:p>
      <w:pPr>
        <w:jc w:val="right"/>
      </w:pPr>
      <w:r>
        <w:t>اور جو اصل مذہب ہے، وہ اس سے بلند ہے۔</w:t>
      </w:r>
    </w:p>
    <w:p>
      <w:r>
        <w:rPr>
          <w:b/>
        </w:rPr>
        <w:t xml:space="preserve">[43:08] </w:t>
      </w:r>
      <w:r>
        <w:t>mazhab mein sab se bari cheez hai, pehli, woh hai Khuda ki marifat,</w:t>
      </w:r>
    </w:p>
    <w:p>
      <w:pPr>
        <w:jc w:val="right"/>
      </w:pPr>
      <w:r>
        <w:t>مذہب میں سب سے بڑی چیز ہے، پہلی، وہ ہے خدا کی معرفت،</w:t>
      </w:r>
    </w:p>
    <w:p>
      <w:r>
        <w:rPr>
          <w:b/>
        </w:rPr>
        <w:t xml:space="preserve">[43:15] </w:t>
      </w:r>
      <w:r>
        <w:t>yani creator ki marifat,</w:t>
      </w:r>
    </w:p>
    <w:p>
      <w:pPr>
        <w:jc w:val="right"/>
      </w:pPr>
      <w:r>
        <w:t>یعنی کریٹر کی معرفت،</w:t>
      </w:r>
    </w:p>
    <w:p>
      <w:r>
        <w:rPr>
          <w:b/>
        </w:rPr>
        <w:t xml:space="preserve">[43:18] </w:t>
      </w:r>
      <w:r>
        <w:t>creator, creator ko discover karna.</w:t>
      </w:r>
    </w:p>
    <w:p>
      <w:pPr>
        <w:jc w:val="right"/>
      </w:pPr>
      <w:r>
        <w:t>کریٹر، کریٹر کو ڈسکور کرنا۔</w:t>
      </w:r>
    </w:p>
    <w:p>
      <w:r>
        <w:rPr>
          <w:b/>
        </w:rPr>
        <w:t xml:space="preserve">[43:22] </w:t>
      </w:r>
      <w:r>
        <w:t>yahan se beginning hoti hai.</w:t>
      </w:r>
    </w:p>
    <w:p>
      <w:pPr>
        <w:jc w:val="right"/>
      </w:pPr>
      <w:r>
        <w:t>یہاں سے بگننگ ہوتی ہے۔</w:t>
      </w:r>
    </w:p>
    <w:p>
      <w:r>
        <w:rPr>
          <w:b/>
        </w:rPr>
        <w:t xml:space="preserve">[43:26] </w:t>
      </w:r>
      <w:r>
        <w:t>jab aap, jab aap ko shaoor milta hai, jab aap</w:t>
      </w:r>
    </w:p>
    <w:p>
      <w:pPr>
        <w:jc w:val="right"/>
      </w:pPr>
      <w:r>
        <w:t>جب آپ، جب آپ کو شعور ملتا ہے، جب آپ</w:t>
      </w:r>
    </w:p>
    <w:p>
      <w:r>
        <w:rPr>
          <w:b/>
        </w:rPr>
        <w:t xml:space="preserve">[43:33] </w:t>
      </w:r>
      <w:r>
        <w:t>modality aati hai aap ke andar, to aap sochna shuru karte hain ke, ke mein kaise paida ho</w:t>
      </w:r>
    </w:p>
    <w:p>
      <w:pPr>
        <w:jc w:val="right"/>
      </w:pPr>
      <w:r>
        <w:t>موڈیٹی آتی ہے آپ کے اندر، تو آپ سوچنا شروع کرتے ہیں کہ، کہ میں کیسے پیدا ہو</w:t>
      </w:r>
    </w:p>
    <w:p>
      <w:r>
        <w:rPr>
          <w:b/>
        </w:rPr>
        <w:t xml:space="preserve">[43:38] </w:t>
      </w:r>
      <w:r>
        <w:t>gaya, yeh duniya kaise ban gayi,</w:t>
      </w:r>
    </w:p>
    <w:p>
      <w:pPr>
        <w:jc w:val="right"/>
      </w:pPr>
      <w:r>
        <w:t>گیا، یہ دنیا کیسے بن گئی،</w:t>
      </w:r>
    </w:p>
    <w:p>
      <w:r>
        <w:rPr>
          <w:b/>
        </w:rPr>
        <w:t xml:space="preserve">[43:42] </w:t>
      </w:r>
      <w:r>
        <w:t>kya hai zindagi, kya hai maut.</w:t>
      </w:r>
    </w:p>
    <w:p>
      <w:pPr>
        <w:jc w:val="right"/>
      </w:pPr>
      <w:r>
        <w:t>کیا ہے زندگی، کیا ہے موت۔</w:t>
      </w:r>
    </w:p>
    <w:p>
      <w:r>
        <w:rPr>
          <w:b/>
        </w:rPr>
        <w:t xml:space="preserve">[43:46] </w:t>
      </w:r>
      <w:r>
        <w:t>to is soch se aap pohnchte hain</w:t>
      </w:r>
    </w:p>
    <w:p>
      <w:pPr>
        <w:jc w:val="right"/>
      </w:pPr>
      <w:r>
        <w:t>تو اس سوچ سے آپ پہنچتے ہیں</w:t>
      </w:r>
    </w:p>
    <w:p>
      <w:r>
        <w:rPr>
          <w:b/>
        </w:rPr>
        <w:t xml:space="preserve">[43:51] </w:t>
      </w:r>
      <w:r>
        <w:t>jis cheez par, jis cheez tak, usi ko kehte hain marifat.</w:t>
      </w:r>
    </w:p>
    <w:p>
      <w:pPr>
        <w:jc w:val="right"/>
      </w:pPr>
      <w:r>
        <w:t>جس چیز پر، جس چیز تک، اسی کو کہتے ہیں معرفت۔</w:t>
      </w:r>
    </w:p>
    <w:p>
      <w:r>
        <w:rPr>
          <w:b/>
        </w:rPr>
        <w:t xml:space="preserve">[43:56] </w:t>
      </w:r>
      <w:r>
        <w:t>to marifat se aghaz hota hai.</w:t>
      </w:r>
    </w:p>
    <w:p>
      <w:pPr>
        <w:jc w:val="right"/>
      </w:pPr>
      <w:r>
        <w:t>تو معرفت سے آغاز ہوتا ہے۔</w:t>
      </w:r>
    </w:p>
    <w:p>
      <w:r>
        <w:rPr>
          <w:b/>
        </w:rPr>
        <w:t xml:space="preserve">[44:02] </w:t>
      </w:r>
      <w:r>
        <w:t>phir sari chezen unfold hoti hain.</w:t>
      </w:r>
    </w:p>
    <w:p>
      <w:pPr>
        <w:jc w:val="right"/>
      </w:pPr>
      <w:r>
        <w:t>پھر ساری چیزیں انفولڈ ہوتی ہیں۔</w:t>
      </w:r>
    </w:p>
    <w:p>
      <w:r>
        <w:rPr>
          <w:b/>
        </w:rPr>
        <w:t xml:space="preserve">[44:07] </w:t>
      </w:r>
      <w:r>
        <w:t>to real mazhab ka aghaz jo hai, marifat hai.</w:t>
      </w:r>
    </w:p>
    <w:p>
      <w:pPr>
        <w:jc w:val="right"/>
      </w:pPr>
      <w:r>
        <w:t>تو ریئل مذہب کا آغاز جو ہے، معرفت ہے۔</w:t>
      </w:r>
    </w:p>
    <w:p>
      <w:r>
        <w:rPr>
          <w:b/>
        </w:rPr>
        <w:t xml:space="preserve">[44:12] </w:t>
      </w:r>
      <w:r>
        <w:t>yeh nahi ke koi doosri cheez nahi hai. aur marifat naam hai discovery ka.</w:t>
      </w:r>
    </w:p>
    <w:p>
      <w:pPr>
        <w:jc w:val="right"/>
      </w:pPr>
      <w:r>
        <w:t>یہ نہیں کہ کوئی دوسری چیز نہیں ہے۔ اور معرفت نام ہے ڈسکوری کا۔</w:t>
      </w:r>
    </w:p>
    <w:p>
      <w:r>
        <w:rPr>
          <w:b/>
        </w:rPr>
        <w:t xml:space="preserve">[44:21] </w:t>
      </w:r>
      <w:r>
        <w:t>aur discovery kaise hoti hai? tadabbur karne se, ghor o fikr karne se,</w:t>
      </w:r>
    </w:p>
    <w:p>
      <w:pPr>
        <w:jc w:val="right"/>
      </w:pPr>
      <w:r>
        <w:t>اور ڈسکوری کیسے ہوتی ہے؟ تدبر کرنے سے، غور و فکر کرنے سے،</w:t>
      </w:r>
    </w:p>
    <w:p>
      <w:r>
        <w:rPr>
          <w:b/>
        </w:rPr>
        <w:t xml:space="preserve">[44:29] </w:t>
      </w:r>
      <w:r>
        <w:t>contemplation ke zariye se hoti hai. aur jis ka aik tajruba mein ne aap ko bataya.</w:t>
      </w:r>
    </w:p>
    <w:p>
      <w:pPr>
        <w:jc w:val="right"/>
      </w:pPr>
      <w:r>
        <w:t>کنٹیمپلیشن کے ذریعے سے ہوتی ہے۔ اور جس کا ایک تجربہ میں نے آپ کو بتایا۔</w:t>
      </w:r>
    </w:p>
    <w:p>
      <w:r>
        <w:rPr>
          <w:b/>
        </w:rPr>
        <w:t xml:space="preserve">[44:37] </w:t>
      </w:r>
      <w:r>
        <w:t>to mein chahta hoon ke yahi soch hum apne andar paida karein,</w:t>
      </w:r>
    </w:p>
    <w:p>
      <w:pPr>
        <w:jc w:val="right"/>
      </w:pPr>
      <w:r>
        <w:t>تو میں چاہتا ہوں کہ یہی سوچ ہم اپنے اندر پیدا کریں،</w:t>
      </w:r>
    </w:p>
    <w:p>
      <w:r>
        <w:rPr>
          <w:b/>
        </w:rPr>
        <w:t xml:space="preserve">[44:42] </w:t>
      </w:r>
      <w:r>
        <w:t>aur yahi soch aap</w:t>
      </w:r>
    </w:p>
    <w:p>
      <w:pPr>
        <w:jc w:val="right"/>
      </w:pPr>
      <w:r>
        <w:t>اور یہی سوچ آپ</w:t>
      </w:r>
    </w:p>
    <w:p>
      <w:r>
        <w:rPr>
          <w:b/>
        </w:rPr>
        <w:t xml:space="preserve">[44:45] </w:t>
      </w:r>
      <w:r>
        <w:t>doosron ke andar inculcate karein.</w:t>
      </w:r>
    </w:p>
    <w:p>
      <w:pPr>
        <w:jc w:val="right"/>
      </w:pPr>
      <w:r>
        <w:t>دوسروں کے اندر انکلکیٹ کریں۔</w:t>
      </w:r>
    </w:p>
    <w:p>
      <w:r>
        <w:rPr>
          <w:b/>
        </w:rPr>
        <w:t xml:space="preserve">[44:48] </w:t>
      </w:r>
      <w:r>
        <w:t>isi ka naam dawat hai, isi ka naam dawat-e-ilahi hai.</w:t>
      </w:r>
    </w:p>
    <w:p>
      <w:pPr>
        <w:jc w:val="right"/>
      </w:pPr>
      <w:r>
        <w:t>اسی کا نام دعوت ہے، اسی کا نام دعوت الہی ہے۔</w:t>
      </w:r>
    </w:p>
    <w:p>
      <w:r>
        <w:rPr>
          <w:b/>
        </w:rPr>
        <w:t xml:space="preserve">[44:55] </w:t>
      </w:r>
      <w:r>
        <w:t>to mein dua karta hoon ke Allah taala mujh ko aur aap ko tofeeq de ke hum</w:t>
      </w:r>
    </w:p>
    <w:p>
      <w:pPr>
        <w:jc w:val="right"/>
      </w:pPr>
      <w:r>
        <w:t>تو میں دعا کرتا ہوں کہ اللہ تعالیٰ مجھ کو اور آپ کو توفیق دے کہ ہم</w:t>
      </w:r>
    </w:p>
    <w:p>
      <w:r>
        <w:rPr>
          <w:b/>
        </w:rPr>
        <w:t xml:space="preserve">[45:03] </w:t>
      </w:r>
      <w:r>
        <w:t>is haqeeqat ko samjhein,</w:t>
      </w:r>
    </w:p>
    <w:p>
      <w:pPr>
        <w:jc w:val="right"/>
      </w:pPr>
      <w:r>
        <w:t>اس حقیقت کو سمجھیں،</w:t>
      </w:r>
    </w:p>
    <w:p>
      <w:r>
        <w:rPr>
          <w:b/>
        </w:rPr>
        <w:t xml:space="preserve">[45:07] </w:t>
      </w:r>
      <w:r>
        <w:t>aur apni zindagi ko is par dhaal lein,</w:t>
      </w:r>
    </w:p>
    <w:p>
      <w:pPr>
        <w:jc w:val="right"/>
      </w:pPr>
      <w:r>
        <w:t>اور اپنی زندگی کو اس پر ڈھا لیں،</w:t>
      </w:r>
    </w:p>
    <w:p>
      <w:r>
        <w:rPr>
          <w:b/>
        </w:rPr>
        <w:t xml:space="preserve">[45:12] </w:t>
      </w:r>
      <w:r>
        <w:t>taakeh hamari dunya bhi kaamyaab ho, aur hamari aakhirat bhi kaamyaab ho. To isi,</w:t>
      </w:r>
    </w:p>
    <w:p>
      <w:pPr>
        <w:jc w:val="right"/>
      </w:pPr>
      <w:r>
        <w:t>تاکہ ہماری دنیا بھی کامیاب ہو، اور ہماری آخرت بھی کامیاب ہو۔ تو اسی،</w:t>
      </w:r>
    </w:p>
    <w:p>
      <w:r>
        <w:rPr>
          <w:b/>
        </w:rPr>
        <w:t xml:space="preserve">[45:21] </w:t>
      </w:r>
      <w:r>
        <w:t>isi par mein apni baat ko khatam karta hoon, aur dua karta hoon ke hum sab ko Allah</w:t>
      </w:r>
    </w:p>
    <w:p>
      <w:pPr>
        <w:jc w:val="right"/>
      </w:pPr>
      <w:r>
        <w:t>اسی پر میں اپنی بات کو ختم کرتا ہوں، اور دعا کرتا ہوں کہ ہم سب کو اللہ</w:t>
      </w:r>
    </w:p>
    <w:p>
      <w:r>
        <w:rPr>
          <w:b/>
        </w:rPr>
        <w:t xml:space="preserve">[45:26] </w:t>
      </w:r>
      <w:r>
        <w:t>taala dunya o aakhirat mein apni rehmat se nawaze.</w:t>
      </w:r>
    </w:p>
    <w:p>
      <w:pPr>
        <w:jc w:val="right"/>
      </w:pPr>
      <w:r>
        <w:t>تعالیٰ دنیا و آخرت میں اپنی رحمت سے نوازے۔</w:t>
      </w:r>
    </w:p>
    <w:p>
      <w:r>
        <w:rPr>
          <w:b/>
        </w:rPr>
        <w:t xml:space="preserve">[45:32] </w:t>
      </w:r>
      <w:r>
        <w:t>Assalam o alaikum wa rehmatullah wa barakatuh</w:t>
      </w:r>
    </w:p>
    <w:p>
      <w:pPr>
        <w:jc w:val="right"/>
      </w:pPr>
      <w:r>
        <w:t>السلام علیکم ورحمۃ اللہ وبرکاتہ</w:t>
      </w:r>
    </w:p>
    <w:p>
      <w:r>
        <w:rPr>
          <w:b/>
        </w:rPr>
        <w:t xml:space="preserve">[45:36] </w:t>
      </w:r>
      <w:r>
        <w:t>. Okay, all the online viewers who want to send their comments or questions to Maulana. Can</w:t>
      </w:r>
    </w:p>
    <w:p>
      <w:pPr>
        <w:jc w:val="right"/>
      </w:pPr>
      <w:r>
        <w:t>۔ اوکے، آل دی آن لائن ویورز ہو وانٹ ٹو سینڈ دیر کمنٹس اور کوئسچنز ٹو مولانا۔ کین</w:t>
      </w:r>
    </w:p>
    <w:p>
      <w:r>
        <w:rPr>
          <w:b/>
        </w:rPr>
        <w:t xml:space="preserve">[45:42] </w:t>
      </w:r>
      <w:r>
        <w:t>send it on info@cpsglobal.org.</w:t>
      </w:r>
    </w:p>
    <w:p>
      <w:pPr>
        <w:jc w:val="right"/>
      </w:pPr>
      <w:r>
        <w:t>سینڈ اٹ آن info@cpsglobal.org۔</w:t>
      </w:r>
    </w:p>
    <w:p>
      <w:r>
        <w:rPr>
          <w:b/>
        </w:rPr>
        <w:t xml:space="preserve">[45:47] </w:t>
      </w:r>
      <w:r>
        <w:t>Maulana, yeh sawal aaya hai Muhammad Abrar sahib ka, Allahabad se, aur unhone aap se poocha</w:t>
      </w:r>
    </w:p>
    <w:p>
      <w:pPr>
        <w:jc w:val="right"/>
      </w:pPr>
      <w:r>
        <w:t>مولانا، یہ سوال آیا ہے محمد ابرار صاحب کا، الہ آباد سے، اور انہوں نے آپ سے پوچھا</w:t>
      </w:r>
    </w:p>
    <w:p>
      <w:r>
        <w:rPr>
          <w:b/>
        </w:rPr>
        <w:t xml:space="preserve">[45:54] </w:t>
      </w:r>
      <w:r>
        <w:t>hai ke Maulana, namaz mein woh Khuda par concentration nahi haasil hota jo Quran ko parhne se ya</w:t>
      </w:r>
    </w:p>
    <w:p>
      <w:pPr>
        <w:jc w:val="right"/>
      </w:pPr>
      <w:r>
        <w:t>ہے کہ مولانا، نماز میں وہ خدا پر کنسنٹریشن نہیں حاصل ہوتا جو قرآن کو پڑھنے سے یا</w:t>
      </w:r>
    </w:p>
    <w:p>
      <w:r>
        <w:rPr>
          <w:b/>
        </w:rPr>
        <w:t xml:space="preserve">[46:03] </w:t>
      </w:r>
      <w:r>
        <w:t>mukhtalif halaat ka jaiza lene se haasil hota hai. Is ka kya reason hai? Dekhiye, aaj kal jo</w:t>
      </w:r>
    </w:p>
    <w:p>
      <w:pPr>
        <w:jc w:val="right"/>
      </w:pPr>
      <w:r>
        <w:t>مختلف حالات کا جائزہ لینے سے حاصل ہوتا ہے۔ اس کا کیا कारण ہے؟ دیکھیے، آج کل جو</w:t>
      </w:r>
    </w:p>
    <w:p>
      <w:r>
        <w:rPr>
          <w:b/>
        </w:rPr>
        <w:t xml:space="preserve">[46:10] </w:t>
      </w:r>
      <w:r>
        <w:t>hai, namaz ko log form samajhne lage hain, form.</w:t>
      </w:r>
    </w:p>
    <w:p>
      <w:pPr>
        <w:jc w:val="right"/>
      </w:pPr>
      <w:r>
        <w:t>ہے، نماز کو لوگ فارم سمجھنے لگے ہیں، فارم۔</w:t>
      </w:r>
    </w:p>
    <w:p>
      <w:r>
        <w:rPr>
          <w:b/>
        </w:rPr>
        <w:t xml:space="preserve">[46:16] </w:t>
      </w:r>
      <w:r>
        <w:t>bas samajhte hain ke, yaani ek form hai, is ko dohra diya to namaz ho gayi. To consciously</w:t>
      </w:r>
    </w:p>
    <w:p>
      <w:pPr>
        <w:jc w:val="right"/>
      </w:pPr>
      <w:r>
        <w:t>بس سمجھتے ہیں کہ، یعنی ایک فارم ہے، اس کو دہرا دیا تو نماز ہو گئی۔ تو کانشسلی</w:t>
      </w:r>
    </w:p>
    <w:p>
      <w:r>
        <w:rPr>
          <w:b/>
        </w:rPr>
        <w:t xml:space="preserve">[46:23] </w:t>
      </w:r>
      <w:r>
        <w:t>ya unconsciously, aadmi ka mind isi form par laga rehta hai.</w:t>
      </w:r>
    </w:p>
    <w:p>
      <w:pPr>
        <w:jc w:val="right"/>
      </w:pPr>
      <w:r>
        <w:t>یا انکانشسلی، آدمی کا مائنڈ اسی فارم پر لگا رہتا ہے۔</w:t>
      </w:r>
    </w:p>
    <w:p>
      <w:r>
        <w:rPr>
          <w:b/>
        </w:rPr>
        <w:t xml:space="preserve">[46:29] </w:t>
      </w:r>
      <w:r>
        <w:t>halankeh form jo hai, secondary cheez hai. Asal cheez hai woh jo aap Quran mein parhte hain, woh</w:t>
      </w:r>
    </w:p>
    <w:p>
      <w:pPr>
        <w:jc w:val="right"/>
      </w:pPr>
      <w:r>
        <w:t>حالانکہ فارم جو ہے، سیکرٹری چیز ہے۔ اصل چیز ہے وہ جو آپ قرآن میں پڑھتے ہیں، وہ</w:t>
      </w:r>
    </w:p>
    <w:p>
      <w:r>
        <w:rPr>
          <w:b/>
        </w:rPr>
        <w:t xml:space="preserve">[46:35] </w:t>
      </w:r>
      <w:r>
        <w:t>jo namaz mein parhte hain.</w:t>
      </w:r>
    </w:p>
    <w:p>
      <w:pPr>
        <w:jc w:val="right"/>
      </w:pPr>
      <w:r>
        <w:t>جو نماز میں پڑھتے ہیں۔</w:t>
      </w:r>
    </w:p>
    <w:p>
      <w:r>
        <w:rPr>
          <w:b/>
        </w:rPr>
        <w:t xml:space="preserve">[46:39] </w:t>
      </w:r>
      <w:r>
        <w:t>Misal ke taur par aap ne farz kijiye ke namaz shuru ki, aur us ke baad kaha ke Allah o Akbar.</w:t>
      </w:r>
    </w:p>
    <w:p>
      <w:pPr>
        <w:jc w:val="right"/>
      </w:pPr>
      <w:r>
        <w:t>مثلاً آپ نے فرض کیجیے کہ نماز شروع کی، اور اس کے بعد کہا کہ اللہ اکبر۔</w:t>
      </w:r>
    </w:p>
    <w:p>
      <w:r>
        <w:rPr>
          <w:b/>
        </w:rPr>
        <w:t xml:space="preserve">[46:45] </w:t>
      </w:r>
      <w:r>
        <w:t>to aap, aap agar aap sochein ke Allah o Akbar kitni badi cheez hai, ke is universe mein sab</w:t>
      </w:r>
    </w:p>
    <w:p>
      <w:pPr>
        <w:jc w:val="right"/>
      </w:pPr>
      <w:r>
        <w:t>تو آپ، آپ اگر آپ سوچیں کہ اللہ اکبر کتنی بڑی چیز ہے، کہ اس یونیورس میں سب</w:t>
      </w:r>
    </w:p>
    <w:p>
      <w:r>
        <w:rPr>
          <w:b/>
        </w:rPr>
        <w:t xml:space="preserve">[46:51] </w:t>
      </w:r>
      <w:r>
        <w:t>se badi cheez Allah hai. Yeh sochte hi aap ko ek dum ek dil ke andar ek nayi</w:t>
      </w:r>
    </w:p>
    <w:p>
      <w:pPr>
        <w:jc w:val="right"/>
      </w:pPr>
      <w:r>
        <w:t>سے بڑی چیز اللہ ہے۔ یہ سوچتے ہی آپ کو ایک دم ایک دل کے اندر ایک نئی</w:t>
      </w:r>
    </w:p>
    <w:p>
      <w:r>
        <w:rPr>
          <w:b/>
        </w:rPr>
        <w:t xml:space="preserve">[46:59] </w:t>
      </w:r>
      <w:r>
        <w:t>kaifiyat paida ho jayegi.</w:t>
      </w:r>
    </w:p>
    <w:p>
      <w:pPr>
        <w:jc w:val="right"/>
      </w:pPr>
      <w:r>
        <w:t>کیفیت پیدا ہو جائے گی۔</w:t>
      </w:r>
    </w:p>
    <w:p>
      <w:r>
        <w:rPr>
          <w:b/>
        </w:rPr>
        <w:t xml:space="preserve">[47:02] </w:t>
      </w:r>
      <w:r>
        <w:t>to yeh jo phenomena hai, yeh form based namaz ka hai,</w:t>
      </w:r>
    </w:p>
    <w:p>
      <w:pPr>
        <w:jc w:val="right"/>
      </w:pPr>
      <w:r>
        <w:t>تو یہ جو فینامینا ہے، یہ فارم بیسڈ نماز کا ہے،</w:t>
      </w:r>
    </w:p>
    <w:p>
      <w:r>
        <w:rPr>
          <w:b/>
        </w:rPr>
        <w:t xml:space="preserve">[47:09] </w:t>
      </w:r>
      <w:r>
        <w:t>ma'rifat based namaz ka nahi hai.</w:t>
      </w:r>
    </w:p>
    <w:p>
      <w:pPr>
        <w:jc w:val="right"/>
      </w:pPr>
      <w:r>
        <w:t>معرفت بیسڈ نماز کا نہیں ہے۔</w:t>
      </w:r>
    </w:p>
    <w:p>
      <w:r>
        <w:rPr>
          <w:b/>
        </w:rPr>
        <w:t xml:space="preserve">[47:12] </w:t>
      </w:r>
      <w:r>
        <w:t>to namaz mein jo aap parhte hain, Allah o Akbar ya Alhamdulillah ya aur jo cheezein hain, us ko</w:t>
      </w:r>
    </w:p>
    <w:p>
      <w:pPr>
        <w:jc w:val="right"/>
      </w:pPr>
      <w:r>
        <w:t>تو نماز میں جو آپ پڑھتے ہیں، اللہ اکبر یا الحمدللہ یا اور جو چیزیں ہیں، اس کو</w:t>
      </w:r>
    </w:p>
    <w:p>
      <w:r>
        <w:rPr>
          <w:b/>
        </w:rPr>
        <w:t xml:space="preserve">[47:21] </w:t>
      </w:r>
      <w:r>
        <w:t>jo itna zyada, us ke ma'ni par jo itna zyada dhyan karenge aap, itna hi aap ke</w:t>
      </w:r>
    </w:p>
    <w:p>
      <w:pPr>
        <w:jc w:val="right"/>
      </w:pPr>
      <w:r>
        <w:t>جو اتنا زیادہ، اس کے معنی پر جو اتنا زیادہ دھیان کریں گے آپ، اتنا ہی آپ کے</w:t>
      </w:r>
    </w:p>
    <w:p>
      <w:r>
        <w:rPr>
          <w:b/>
        </w:rPr>
        <w:t xml:space="preserve">[47:25] </w:t>
      </w:r>
      <w:r>
        <w:t>andar, ya'ni haqeeqi namaz paida hogi. agar sirf form ko aap ne yaad kar liya, usi ko dohra</w:t>
      </w:r>
    </w:p>
    <w:p>
      <w:pPr>
        <w:jc w:val="right"/>
      </w:pPr>
      <w:r>
        <w:t>اندر، یعنی حقیقی نماز پیدا ہوگی۔ اگر صرف فارم کو آپ نے یاد کر لیا، اسی کو دہرا</w:t>
      </w:r>
    </w:p>
    <w:p>
      <w:r>
        <w:rPr>
          <w:b/>
        </w:rPr>
        <w:t xml:space="preserve">[47:33] </w:t>
      </w:r>
      <w:r>
        <w:t>rahe hain, to us se khushbu wali namaz nahi aa sakti. Maulana, agla sawal lene se pehle ek</w:t>
      </w:r>
    </w:p>
    <w:p>
      <w:pPr>
        <w:jc w:val="right"/>
      </w:pPr>
      <w:r>
        <w:t>رہے ہیں، تو اس سے خوشبو والی نماز نہیں آ سکتی۔ مولانا، اگلا سوال لینے سے پہلے ایک</w:t>
      </w:r>
    </w:p>
    <w:p>
      <w:r>
        <w:rPr>
          <w:b/>
        </w:rPr>
        <w:t xml:space="preserve">[47:40] </w:t>
      </w:r>
      <w:r>
        <w:t>comment parhna chahenge, jo Maulana Farhad Umri ne bheja hai, Delhi se, aur unhon ne likha hai:</w:t>
      </w:r>
    </w:p>
    <w:p>
      <w:pPr>
        <w:jc w:val="right"/>
      </w:pPr>
      <w:r>
        <w:t>کمنٹ پڑھنا چاہیں گے، جو مولانا فرہاد عمری نے بھیجا ہے، دلی سے، اور انہوں نے لکھا ہے:</w:t>
      </w:r>
    </w:p>
    <w:p>
      <w:r>
        <w:rPr>
          <w:b/>
        </w:rPr>
        <w:t xml:space="preserve">[47:49] </w:t>
      </w:r>
      <w:r>
        <w:t>Maulana, mere Facebook page par do message aate hain, ek mein Musalman ka rona hota hai, aur</w:t>
      </w:r>
    </w:p>
    <w:p>
      <w:pPr>
        <w:jc w:val="right"/>
      </w:pPr>
      <w:r>
        <w:t>مولانا، میرے فیس بک پیج پر دو میسج آتے ہیں، ایک میں مسلمان کا رونا ہوتا ہے، اور</w:t>
      </w:r>
    </w:p>
    <w:p>
      <w:r>
        <w:rPr>
          <w:b/>
        </w:rPr>
        <w:t xml:space="preserve">[47:57] </w:t>
      </w:r>
      <w:r>
        <w:t>doosre page un logon ka hai jo mazhab ko nahi, jo mazhab ko nahi mante, ya'ni atheist. pehle</w:t>
      </w:r>
    </w:p>
    <w:p>
      <w:pPr>
        <w:jc w:val="right"/>
      </w:pPr>
      <w:r>
        <w:t>دوسرے پیج ان لوگوں کا ہے جو مذہب کو نہیں، جو مذہب کو نہیں مانتے، یعنی ایتھیسٹ۔ پہلے</w:t>
      </w:r>
    </w:p>
    <w:p>
      <w:r>
        <w:rPr>
          <w:b/>
        </w:rPr>
        <w:t xml:space="preserve">[48:04] </w:t>
      </w:r>
      <w:r>
        <w:t>pages se mujhe kuch nahi milta hai, us ke bar'khilaf atheist logon ke messages se mujhe intellectual challenges</w:t>
      </w:r>
    </w:p>
    <w:p>
      <w:pPr>
        <w:jc w:val="right"/>
      </w:pPr>
      <w:r>
        <w:t>پیجز سے مجھے کچھ نہیں ملتا ہے، اس کے برخلاف ایتھیسٹ لوگوں کے میسجز سے مجھے انٹلیکچول چیلنجز</w:t>
      </w:r>
    </w:p>
    <w:p>
      <w:r>
        <w:rPr>
          <w:b/>
        </w:rPr>
        <w:t xml:space="preserve">[48:13] </w:t>
      </w:r>
      <w:r>
        <w:t>milte hain. main samajhta hoon ke aisa CPS mission ki wajah se hai, warna main bhi</w:t>
      </w:r>
    </w:p>
    <w:p>
      <w:pPr>
        <w:jc w:val="right"/>
      </w:pPr>
      <w:r>
        <w:t>ملتے ہیں۔ میں سمجھتا ہوں کہ ایسا سی پی ایس مشن کی وجہ سے ہے، ورنہ میں بھی</w:t>
      </w:r>
    </w:p>
    <w:p>
      <w:r>
        <w:rPr>
          <w:b/>
        </w:rPr>
        <w:t xml:space="preserve">[48:20] </w:t>
      </w:r>
      <w:r>
        <w:t>pro Muslim ho kar manfi ho jata.</w:t>
      </w:r>
    </w:p>
    <w:p>
      <w:pPr>
        <w:jc w:val="right"/>
      </w:pPr>
      <w:r>
        <w:t>پرو مسلم ہو کر منفی ہو جاتا۔</w:t>
      </w:r>
    </w:p>
    <w:p>
      <w:r>
        <w:rPr>
          <w:b/>
        </w:rPr>
        <w:t xml:space="preserve">[48:24] </w:t>
      </w:r>
      <w:r>
        <w:t>Maulana, agla sawal Delhi se hai, Miss Naghma Siddiqui ka, aur unhon ne likha hai:</w:t>
      </w:r>
    </w:p>
    <w:p>
      <w:pPr>
        <w:jc w:val="right"/>
      </w:pPr>
      <w:r>
        <w:t>مولانا، اگلا سوال دلی سے ہے، مس نغمہ صدیقی کا، اور انہوں نے لکھا ہے:</w:t>
      </w:r>
    </w:p>
    <w:p>
      <w:r>
        <w:rPr>
          <w:b/>
        </w:rPr>
        <w:t xml:space="preserve">[48:32] </w:t>
      </w:r>
      <w:r>
        <w:t>When we do not get something in this world, we often fall into frustration in spite of knowing</w:t>
      </w:r>
    </w:p>
    <w:p>
      <w:pPr>
        <w:jc w:val="right"/>
      </w:pPr>
      <w:r>
        <w:t>When we do not get something in this world, we often fall into frustration in spite of knowing</w:t>
      </w:r>
    </w:p>
    <w:p>
      <w:r>
        <w:rPr>
          <w:b/>
        </w:rPr>
        <w:t xml:space="preserve">[48:40] </w:t>
      </w:r>
      <w:r>
        <w:t>the creation plan of God.</w:t>
      </w:r>
    </w:p>
    <w:p>
      <w:pPr>
        <w:jc w:val="right"/>
      </w:pPr>
      <w:r>
        <w:t>the creation plan of God.</w:t>
      </w:r>
    </w:p>
    <w:p>
      <w:r>
        <w:rPr>
          <w:b/>
        </w:rPr>
        <w:t xml:space="preserve">[48:42] </w:t>
      </w:r>
      <w:r>
        <w:t>Please give guidance for this.</w:t>
      </w:r>
    </w:p>
    <w:p>
      <w:pPr>
        <w:jc w:val="right"/>
      </w:pPr>
      <w:r>
        <w:t>Please give guidance for this.</w:t>
      </w:r>
    </w:p>
    <w:p>
      <w:r>
        <w:rPr>
          <w:b/>
        </w:rPr>
        <w:t xml:space="preserve">[48:46] </w:t>
      </w:r>
      <w:r>
        <w:t>mera jo tajurba hai, wo to yeh hai</w:t>
      </w:r>
    </w:p>
    <w:p>
      <w:pPr>
        <w:jc w:val="right"/>
      </w:pPr>
      <w:r>
        <w:t>میرا جو تجربہ ہے، وہ تو یہ ہے</w:t>
      </w:r>
    </w:p>
    <w:p>
      <w:r>
        <w:rPr>
          <w:b/>
        </w:rPr>
        <w:t xml:space="preserve">[48:49] </w:t>
      </w:r>
      <w:r>
        <w:t>ke insaan ki ek kamzori hai ke uska dhyan jab jo cheez mil chuki hai, uska,</w:t>
      </w:r>
    </w:p>
    <w:p>
      <w:pPr>
        <w:jc w:val="right"/>
      </w:pPr>
      <w:r>
        <w:t>کہ انسان کی ایک کمزوری ہے کہ اس کا دھیان جب جو چیز مل چکی ہے، اس کا،</w:t>
      </w:r>
    </w:p>
    <w:p>
      <w:r>
        <w:rPr>
          <w:b/>
        </w:rPr>
        <w:t xml:space="preserve">[48:58] </w:t>
      </w:r>
      <w:r>
        <w:t>us par dhyan nahi rehta uska. jo nayi mili hai, usi par dhyan rehta hai. ya'ni mili</w:t>
      </w:r>
    </w:p>
    <w:p>
      <w:pPr>
        <w:jc w:val="right"/>
      </w:pPr>
      <w:r>
        <w:t>اس پر دھیان نہیں رہتا اس کا۔ جو نئی ملی ہے، اسی پر دھیان رہتا ہے۔ یعنی ملی</w:t>
      </w:r>
    </w:p>
    <w:p>
      <w:r>
        <w:rPr>
          <w:b/>
        </w:rPr>
        <w:t xml:space="preserve">[49:03] </w:t>
      </w:r>
      <w:r>
        <w:t>hui cheez ko forgotten le lena, aur na mili hui cheez ko apna goal samajhna.</w:t>
      </w:r>
    </w:p>
    <w:p>
      <w:pPr>
        <w:jc w:val="right"/>
      </w:pPr>
      <w:r>
        <w:t>ہوئی چیز کو فارگاٹڈ لے لینا، اور نہ ملی ہوئی چیز کو اپنا گول سمجھنا۔</w:t>
      </w:r>
    </w:p>
    <w:p>
      <w:r>
        <w:rPr>
          <w:b/>
        </w:rPr>
        <w:t xml:space="preserve">[49:11] </w:t>
      </w:r>
      <w:r>
        <w:t>usi ka phenomena hai yeh.</w:t>
      </w:r>
    </w:p>
    <w:p>
      <w:pPr>
        <w:jc w:val="right"/>
      </w:pPr>
      <w:r>
        <w:t>اسی کا فینامینا ہے یہ۔</w:t>
      </w:r>
    </w:p>
    <w:p>
      <w:r>
        <w:rPr>
          <w:b/>
        </w:rPr>
        <w:t xml:space="preserve">[49:14] </w:t>
      </w:r>
      <w:r>
        <w:t>yeh aam baat hai ke</w:t>
      </w:r>
    </w:p>
    <w:p>
      <w:pPr>
        <w:jc w:val="right"/>
      </w:pPr>
      <w:r>
        <w:t>یہ عام بات ہے 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