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Complex Free Soul | November 22, 2015</w:t>
      </w:r>
    </w:p>
    <w:p>
      <w:r>
        <w:t>https://www.youtube.com/watch?v=rUQOvN4-mq0</w:t>
      </w:r>
    </w:p>
    <w:p>
      <w:r>
        <w:rPr>
          <w:b/>
        </w:rPr>
        <w:t xml:space="preserve">[00:21] </w:t>
      </w:r>
      <w:r>
        <w:t>bismillah rahman rahim, wa salla Allahu ala nabiyyil karim.</w:t>
      </w:r>
    </w:p>
    <w:p>
      <w:pPr>
        <w:jc w:val="right"/>
      </w:pPr>
      <w:r>
        <w:t>بسم اللہ الرحمن الرحیم، وصلی اللہ علی نبی الکریم۔</w:t>
      </w:r>
    </w:p>
    <w:p>
      <w:r>
        <w:rPr>
          <w:b/>
        </w:rPr>
        <w:t xml:space="preserve">[00:29] </w:t>
      </w:r>
      <w:r>
        <w:t>rab ishrah li sadri, wa yassir li amri, wah lul uqdata min lisani yafqahu qawli.</w:t>
      </w:r>
    </w:p>
    <w:p>
      <w:pPr>
        <w:jc w:val="right"/>
      </w:pPr>
      <w:r>
        <w:t>رب اشرح لی صدری، ویسر لی امری، واحل العقدۃ من لسانی یفقہ قولی۔</w:t>
      </w:r>
    </w:p>
    <w:p>
      <w:r>
        <w:rPr>
          <w:b/>
        </w:rPr>
        <w:t xml:space="preserve">[00:36] </w:t>
      </w:r>
      <w:r>
        <w:t>22 november 2015.</w:t>
      </w:r>
    </w:p>
    <w:p>
      <w:pPr>
        <w:jc w:val="right"/>
      </w:pPr>
      <w:r>
        <w:t>22 نومبر 2015۔</w:t>
      </w:r>
    </w:p>
    <w:p>
      <w:r>
        <w:rPr>
          <w:b/>
        </w:rPr>
        <w:t xml:space="preserve">[00:44] </w:t>
      </w:r>
      <w:r>
        <w:t>aaj ka topic hai: nafs mutmain.</w:t>
      </w:r>
    </w:p>
    <w:p>
      <w:pPr>
        <w:jc w:val="right"/>
      </w:pPr>
      <w:r>
        <w:t>آج کا ٹاپک ہے: نفس مطمئن۔</w:t>
      </w:r>
    </w:p>
    <w:p>
      <w:r>
        <w:rPr>
          <w:b/>
        </w:rPr>
        <w:t xml:space="preserve">[00:52] </w:t>
      </w:r>
      <w:r>
        <w:t>quran mein momin ki sifaat ke liye jo alfaaz aaye hain, un mein se aik khaas lafz hai: itminan.</w:t>
      </w:r>
    </w:p>
    <w:p>
      <w:pPr>
        <w:jc w:val="right"/>
      </w:pPr>
      <w:r>
        <w:t>قرآن میں مومن کی صفات کے لیے جو الفاظ آئے ہیں، ان میں سے ایک خاص لفظ ہے: اطمینان۔</w:t>
      </w:r>
    </w:p>
    <w:p>
      <w:r>
        <w:rPr>
          <w:b/>
        </w:rPr>
        <w:t xml:space="preserve">[01:04] </w:t>
      </w:r>
      <w:r>
        <w:t>yaani woh insaan jis ko itminan hasil ho gaya ho.</w:t>
      </w:r>
    </w:p>
    <w:p>
      <w:pPr>
        <w:jc w:val="right"/>
      </w:pPr>
      <w:r>
        <w:t>یعنی وہ انسان جس کو اطمینان حاصل ہو گیا ہو۔</w:t>
      </w:r>
    </w:p>
    <w:p>
      <w:r>
        <w:rPr>
          <w:b/>
        </w:rPr>
        <w:t xml:space="preserve">[01:16] </w:t>
      </w:r>
      <w:r>
        <w:t>quran mein hai ke: "ya ayyatuhal nafsul mutmainnah".</w:t>
      </w:r>
    </w:p>
    <w:p>
      <w:pPr>
        <w:jc w:val="right"/>
      </w:pPr>
      <w:r>
        <w:t>قرآن میں ہے کہ: "یا ایت النفس المطمئنہ"۔</w:t>
      </w:r>
    </w:p>
    <w:p>
      <w:r>
        <w:rPr>
          <w:b/>
        </w:rPr>
        <w:t xml:space="preserve">[01:28] </w:t>
      </w:r>
      <w:r>
        <w:t>isi tarah se hai: "ala bi zikrillahi tatma innal quloob".</w:t>
      </w:r>
    </w:p>
    <w:p>
      <w:pPr>
        <w:jc w:val="right"/>
      </w:pPr>
      <w:r>
        <w:t>اسی طرح سے ہے: "علی بذکر اللہ تطمئن القلوب"۔</w:t>
      </w:r>
    </w:p>
    <w:p>
      <w:r>
        <w:rPr>
          <w:b/>
        </w:rPr>
        <w:t xml:space="preserve">[01:36] </w:t>
      </w:r>
      <w:r>
        <w:t>hadith mein bhi isi tarah ke alfaaz aaye hain.</w:t>
      </w:r>
    </w:p>
    <w:p>
      <w:pPr>
        <w:jc w:val="right"/>
      </w:pPr>
      <w:r>
        <w:t>حدیث میں بھی اسی طرح کے الفاظ آئے ہیں۔</w:t>
      </w:r>
    </w:p>
    <w:p>
      <w:r>
        <w:rPr>
          <w:b/>
        </w:rPr>
        <w:t xml:space="preserve">[01:45] </w:t>
      </w:r>
      <w:r>
        <w:t>to momin ki sifat yeh batai gayi hai ke is ko Allah ke upar kamil itminan hasil ho jata hai. kamil itminan.</w:t>
      </w:r>
    </w:p>
    <w:p>
      <w:pPr>
        <w:jc w:val="right"/>
      </w:pPr>
      <w:r>
        <w:t>تو مومن کی صفت یہ بتائی گئی ہے کہ اس کو اللہ کے اوپر کامل اطمینان حاصل ہو جاتا ہے۔ کامل اطمینان۔</w:t>
      </w:r>
    </w:p>
    <w:p>
      <w:r>
        <w:rPr>
          <w:b/>
        </w:rPr>
        <w:t xml:space="preserve">[01:53] </w:t>
      </w:r>
      <w:r>
        <w:t>aur isi par is ki maut hoti hai, isi par jeeta hai, isi par marta hai.</w:t>
      </w:r>
    </w:p>
    <w:p>
      <w:pPr>
        <w:jc w:val="right"/>
      </w:pPr>
      <w:r>
        <w:t>اور اسی پر اس کی موت ہوتی ہے، اسی پر جیتا ہے، اسی پر مرتا ہے۔</w:t>
      </w:r>
    </w:p>
    <w:p>
      <w:r>
        <w:rPr>
          <w:b/>
        </w:rPr>
        <w:t xml:space="preserve">[02:01] </w:t>
      </w:r>
      <w:r>
        <w:t>itminan ka lafz arabi zaban mein "thehrav" ke mani mein aata hai. thehrav.</w:t>
      </w:r>
    </w:p>
    <w:p>
      <w:pPr>
        <w:jc w:val="right"/>
      </w:pPr>
      <w:r>
        <w:t>اطمینان کا لفظ عربی زبان میں "ٹھہراؤ" کے معنی میں آتا ہے۔ ٹھہراؤ۔</w:t>
      </w:r>
    </w:p>
    <w:p>
      <w:r>
        <w:rPr>
          <w:b/>
        </w:rPr>
        <w:t xml:space="preserve">[02:07] </w:t>
      </w:r>
      <w:r>
        <w:t>kaha jata hai ke: "itma innal quraan".</w:t>
      </w:r>
    </w:p>
    <w:p>
      <w:pPr>
        <w:jc w:val="right"/>
      </w:pPr>
      <w:r>
        <w:t>کہا جاتا ہے کہ: "اطمعن القرآن"۔</w:t>
      </w:r>
    </w:p>
    <w:p>
      <w:r>
        <w:rPr>
          <w:b/>
        </w:rPr>
        <w:t xml:space="preserve">[02:14] </w:t>
      </w:r>
      <w:r>
        <w:t>quran mani: gend.</w:t>
      </w:r>
    </w:p>
    <w:p>
      <w:pPr>
        <w:jc w:val="right"/>
      </w:pPr>
      <w:r>
        <w:t>قرآن معنی: گیند۔</w:t>
      </w:r>
    </w:p>
    <w:p>
      <w:r>
        <w:rPr>
          <w:b/>
        </w:rPr>
        <w:t xml:space="preserve">[02:20] </w:t>
      </w:r>
      <w:r>
        <w:t>yaani gend aap ne phenki, aur woh nashre faraz se guzarti hui aik jagah bilkul ruk gayi, thehar gayi.</w:t>
      </w:r>
    </w:p>
    <w:p>
      <w:pPr>
        <w:jc w:val="right"/>
      </w:pPr>
      <w:r>
        <w:t>یعنی گیند آپ نے پھینکی، اور وہ نشرِ فراز سے گزرتی ہوئی ایک جگہ بالکل رک گئی، ٹھہر گئی۔</w:t>
      </w:r>
    </w:p>
    <w:p>
      <w:r>
        <w:rPr>
          <w:b/>
        </w:rPr>
        <w:t xml:space="preserve">[02:26] </w:t>
      </w:r>
      <w:r>
        <w:t>is ko kahen ge ke "itma innal quraan".</w:t>
      </w:r>
    </w:p>
    <w:p>
      <w:pPr>
        <w:jc w:val="right"/>
      </w:pPr>
      <w:r>
        <w:t>اس کو کہیں گے کہ اطمعن القرآن۔</w:t>
      </w:r>
    </w:p>
    <w:p>
      <w:r>
        <w:rPr>
          <w:b/>
        </w:rPr>
        <w:t xml:space="preserve">[02:32] </w:t>
      </w:r>
      <w:r>
        <w:t>yaani gend apni mutmain halat par pahunch gaya.</w:t>
      </w:r>
    </w:p>
    <w:p>
      <w:pPr>
        <w:jc w:val="right"/>
      </w:pPr>
      <w:r>
        <w:t>یعنی گیند اپنی مطمئن حالت پر پہنچ گیا۔</w:t>
      </w:r>
    </w:p>
    <w:p>
      <w:r>
        <w:rPr>
          <w:b/>
        </w:rPr>
        <w:t xml:space="preserve">[02:39] </w:t>
      </w:r>
      <w:r>
        <w:t>yeh hai momin ki sifat.</w:t>
      </w:r>
    </w:p>
    <w:p>
      <w:pPr>
        <w:jc w:val="right"/>
      </w:pPr>
      <w:r>
        <w:t>یہ ہے مومن کی صفت۔</w:t>
      </w:r>
    </w:p>
    <w:p>
      <w:r>
        <w:rPr>
          <w:b/>
        </w:rPr>
        <w:t xml:space="preserve">[02:47] </w:t>
      </w:r>
      <w:r>
        <w:t>aur phir is ke liye jannat hai, jannat ki basharat hai.</w:t>
      </w:r>
    </w:p>
    <w:p>
      <w:pPr>
        <w:jc w:val="right"/>
      </w:pPr>
      <w:r>
        <w:t>اور پھر اس کے لیے جنت ہے، جنت کی بشارت ہے۔</w:t>
      </w:r>
    </w:p>
    <w:p>
      <w:r>
        <w:rPr>
          <w:b/>
        </w:rPr>
        <w:t xml:space="preserve">[02:54] </w:t>
      </w:r>
      <w:r>
        <w:t>"ya ayyatul nafsul mutmainnah". ke</w:t>
      </w:r>
    </w:p>
    <w:p>
      <w:pPr>
        <w:jc w:val="right"/>
      </w:pPr>
      <w:r>
        <w:t>"یا ایت النفس المطمئنہ"۔ کہ</w:t>
      </w:r>
    </w:p>
    <w:p>
      <w:r>
        <w:rPr>
          <w:b/>
        </w:rPr>
        <w:t xml:space="preserve">[03:02] </w:t>
      </w:r>
      <w:r>
        <w:t>aise insaan ko jab maut aati hai to farishte us ko jannat ki basharat dete hain.</w:t>
      </w:r>
    </w:p>
    <w:p>
      <w:pPr>
        <w:jc w:val="right"/>
      </w:pPr>
      <w:r>
        <w:t>ایسے انسان کو جب موت آتی ہے تو فرشتے اس کو جنت کی بشارت دیتے ہیں۔</w:t>
      </w:r>
    </w:p>
    <w:p>
      <w:r>
        <w:rPr>
          <w:b/>
        </w:rPr>
        <w:t xml:space="preserve">[03:08] </w:t>
      </w:r>
      <w:r>
        <w:t>is par main ne bohat socha hai.</w:t>
      </w:r>
    </w:p>
    <w:p>
      <w:pPr>
        <w:jc w:val="right"/>
      </w:pPr>
      <w:r>
        <w:t>اس پر میں نے بہت سوچا ہے۔</w:t>
      </w:r>
    </w:p>
    <w:p>
      <w:r>
        <w:rPr>
          <w:b/>
        </w:rPr>
        <w:t xml:space="preserve">[03:14] </w:t>
      </w:r>
      <w:r>
        <w:t>sabhi log sochte hain.</w:t>
      </w:r>
    </w:p>
    <w:p>
      <w:pPr>
        <w:jc w:val="right"/>
      </w:pPr>
      <w:r>
        <w:t>سبھی لوگ سوچتے ہیں۔</w:t>
      </w:r>
    </w:p>
    <w:p>
      <w:r>
        <w:rPr>
          <w:b/>
        </w:rPr>
        <w:t xml:space="preserve">[03:20] </w:t>
      </w:r>
      <w:r>
        <w:t>میں اپنے لفظوں میں کہوں گا کہ نفس مطمئن جو ہے، یہ higher stage of spirituality ہے۔</w:t>
      </w:r>
    </w:p>
    <w:p>
      <w:pPr>
        <w:jc w:val="right"/>
      </w:pPr>
      <w:r>
        <w:t>میں اپنے لفظوں میں کہوں گا کہ نفس مطمئن جو ہے، یہ ہائر اسٹیج آف اسپرچوئلٹی ہے۔</w:t>
      </w:r>
    </w:p>
    <w:p>
      <w:r>
        <w:rPr>
          <w:b/>
        </w:rPr>
        <w:t xml:space="preserve">[03:26] </w:t>
      </w:r>
      <w:r>
        <w:t>yani spiritual development ka sab se</w:t>
      </w:r>
    </w:p>
    <w:p>
      <w:pPr>
        <w:jc w:val="right"/>
      </w:pPr>
      <w:r>
        <w:t>یعنی اسپرچول ڈیولپمنٹ کا سب سے</w:t>
      </w:r>
    </w:p>
    <w:p>
      <w:r>
        <w:rPr>
          <w:b/>
        </w:rPr>
        <w:t xml:space="preserve">[03:33] </w:t>
      </w:r>
      <w:r>
        <w:t>ooncha darja.</w:t>
      </w:r>
    </w:p>
    <w:p>
      <w:pPr>
        <w:jc w:val="right"/>
      </w:pPr>
      <w:r>
        <w:t>اونچا درجہ۔</w:t>
      </w:r>
    </w:p>
    <w:p>
      <w:r>
        <w:rPr>
          <w:b/>
        </w:rPr>
        <w:t xml:space="preserve">[03:41] </w:t>
      </w:r>
      <w:r>
        <w:t>جب آدمی spiritual development میں ترقی کرتا ہے تو آخری درجہ جہاں پہنچتا ہے، وہ قرآن کے لفظوں</w:t>
      </w:r>
    </w:p>
    <w:p>
      <w:pPr>
        <w:jc w:val="right"/>
      </w:pPr>
      <w:r>
        <w:t>جب آدمی اسپرچول ڈیولپمنٹ میں ترقی کرتا ہے تو آخری درجہ جہاں پہنچتا ہے، وہ قرآن کے لفظوں</w:t>
      </w:r>
    </w:p>
    <w:p>
      <w:r>
        <w:rPr>
          <w:b/>
        </w:rPr>
        <w:t xml:space="preserve">[03:48] </w:t>
      </w:r>
      <w:r>
        <w:t>mein woh hota hai: itminan e qalb, nafs mutmain.</w:t>
      </w:r>
    </w:p>
    <w:p>
      <w:pPr>
        <w:jc w:val="right"/>
      </w:pPr>
      <w:r>
        <w:t>میں وہ ہوتا ہے: اطمینان قلب، نفس مطمئن۔</w:t>
      </w:r>
    </w:p>
    <w:p>
      <w:r>
        <w:rPr>
          <w:b/>
        </w:rPr>
        <w:t xml:space="preserve">[03:56] </w:t>
      </w:r>
      <w:r>
        <w:t>yeh kya cheez hai? dekhiye, maamla yeh hai</w:t>
      </w:r>
    </w:p>
    <w:p>
      <w:pPr>
        <w:jc w:val="right"/>
      </w:pPr>
      <w:r>
        <w:t>یہ کیا چیز ہے؟ دیکھیے، معاملہ یہ ہے</w:t>
      </w:r>
    </w:p>
    <w:p>
      <w:r>
        <w:rPr>
          <w:b/>
        </w:rPr>
        <w:t xml:space="preserve">[04:04] </w:t>
      </w:r>
      <w:r>
        <w:t>ke insaan ko paida kiya gaya hai ek poori universe hai, bohat bari.</w:t>
      </w:r>
    </w:p>
    <w:p>
      <w:pPr>
        <w:jc w:val="right"/>
      </w:pPr>
      <w:r>
        <w:t>کہ انسان کو پیدا کیا گیا ہے ایک پوری یونیورس ہے، بہت بڑی۔</w:t>
      </w:r>
    </w:p>
    <w:p>
      <w:r>
        <w:rPr>
          <w:b/>
        </w:rPr>
        <w:t xml:space="preserve">[04:10] </w:t>
      </w:r>
      <w:r>
        <w:t>jis ki barhai mind-boggling hai.</w:t>
      </w:r>
    </w:p>
    <w:p>
      <w:pPr>
        <w:jc w:val="right"/>
      </w:pPr>
      <w:r>
        <w:t>جس کی بڑائی mind-boggling ہے۔</w:t>
      </w:r>
    </w:p>
    <w:p>
      <w:r>
        <w:rPr>
          <w:b/>
        </w:rPr>
        <w:t xml:space="preserve">[04:16] </w:t>
      </w:r>
      <w:r>
        <w:t>bohat hi bari, bohat hi bari.</w:t>
      </w:r>
    </w:p>
    <w:p>
      <w:pPr>
        <w:jc w:val="right"/>
      </w:pPr>
      <w:r>
        <w:t>بہت ہی بڑی، بہت ہی بڑی۔</w:t>
      </w:r>
    </w:p>
    <w:p>
      <w:r>
        <w:rPr>
          <w:b/>
        </w:rPr>
        <w:t xml:space="preserve">[04:22] </w:t>
      </w:r>
      <w:r>
        <w:t>پھر اس میں یعنی billion billion stars ہیں۔</w:t>
      </w:r>
    </w:p>
    <w:p>
      <w:pPr>
        <w:jc w:val="right"/>
      </w:pPr>
      <w:r>
        <w:t>پھر اس میں یعنی بلین بلین اسٹارز ہیں۔</w:t>
      </w:r>
    </w:p>
    <w:p>
      <w:r>
        <w:rPr>
          <w:b/>
        </w:rPr>
        <w:t xml:space="preserve">[04:28] </w:t>
      </w:r>
      <w:r>
        <w:t>phir un ke beech mein aik aik galaxy hai. yani</w:t>
      </w:r>
    </w:p>
    <w:p>
      <w:pPr>
        <w:jc w:val="right"/>
      </w:pPr>
      <w:r>
        <w:t>پھر ان کے بیچ میں ایک ایک گیلیکسی ہے۔ یعنی</w:t>
      </w:r>
    </w:p>
    <w:p>
      <w:r>
        <w:rPr>
          <w:b/>
        </w:rPr>
        <w:t xml:space="preserve">[04:35] </w:t>
      </w:r>
      <w:r>
        <w:t>billion billion galaxies hain.</w:t>
      </w:r>
    </w:p>
    <w:p>
      <w:pPr>
        <w:jc w:val="right"/>
      </w:pPr>
      <w:r>
        <w:t>بلین بلین گیلیکسی ہیں۔</w:t>
      </w:r>
    </w:p>
    <w:p>
      <w:r>
        <w:rPr>
          <w:b/>
        </w:rPr>
        <w:t xml:space="preserve">[04:39] </w:t>
      </w:r>
      <w:r>
        <w:t>phir un mein aik galaxy hai jis ko hum kehte hain milky way.</w:t>
      </w:r>
    </w:p>
    <w:p>
      <w:pPr>
        <w:jc w:val="right"/>
      </w:pPr>
      <w:r>
        <w:t>پھر ان میں ایک گیلیکسی ہے جس کو ہم کہتے ہیں ملکی وے۔</w:t>
      </w:r>
    </w:p>
    <w:p>
      <w:r>
        <w:rPr>
          <w:b/>
        </w:rPr>
        <w:t xml:space="preserve">[04:43] </w:t>
      </w:r>
      <w:r>
        <w:t>is milky way ke kinare hai hamara solar system.</w:t>
      </w:r>
    </w:p>
    <w:p>
      <w:pPr>
        <w:jc w:val="right"/>
      </w:pPr>
      <w:r>
        <w:t>اس ملکی وے کے کنارے ہے ہمارا سولر سسٹم۔</w:t>
      </w:r>
    </w:p>
    <w:p>
      <w:r>
        <w:rPr>
          <w:b/>
        </w:rPr>
        <w:t xml:space="preserve">[04:48] </w:t>
      </w:r>
      <w:r>
        <w:t>is solar system mein kai sayare hain.</w:t>
      </w:r>
    </w:p>
    <w:p>
      <w:pPr>
        <w:jc w:val="right"/>
      </w:pPr>
      <w:r>
        <w:t>اس سولر سسٹم میں کئی سیارے ہیں۔</w:t>
      </w:r>
    </w:p>
    <w:p>
      <w:r>
        <w:rPr>
          <w:b/>
        </w:rPr>
        <w:t xml:space="preserve">[04:52] </w:t>
      </w:r>
      <w:r>
        <w:t>un mein se aik hai zameen, yani planet earth.</w:t>
      </w:r>
    </w:p>
    <w:p>
      <w:pPr>
        <w:jc w:val="right"/>
      </w:pPr>
      <w:r>
        <w:t>ان میں سے ایک ہے زمین، یعنی پلینٹ ارتھ۔</w:t>
      </w:r>
    </w:p>
    <w:p>
      <w:r>
        <w:rPr>
          <w:b/>
        </w:rPr>
        <w:t xml:space="preserve">[04:56] </w:t>
      </w:r>
      <w:r>
        <w:t>is par insaan hai.</w:t>
      </w:r>
    </w:p>
    <w:p>
      <w:pPr>
        <w:jc w:val="right"/>
      </w:pPr>
      <w:r>
        <w:t>اس پر انسان ہے۔</w:t>
      </w:r>
    </w:p>
    <w:p>
      <w:r>
        <w:rPr>
          <w:b/>
        </w:rPr>
        <w:t xml:space="preserve">[05:01] </w:t>
      </w:r>
      <w:r>
        <w:t>yeh hamari jo planet earth hai, pehle</w:t>
      </w:r>
    </w:p>
    <w:p>
      <w:pPr>
        <w:jc w:val="right"/>
      </w:pPr>
      <w:r>
        <w:t>یہ ہماری جو پلینٹ ارتھ ہے، پہلے</w:t>
      </w:r>
    </w:p>
    <w:p>
      <w:r>
        <w:rPr>
          <w:b/>
        </w:rPr>
        <w:t xml:space="preserve">[05:05] </w:t>
      </w:r>
      <w:r>
        <w:t>aag thi, phir thandi hui, phir is par pani barsa, phir is par plants agay, phir is par</w:t>
      </w:r>
    </w:p>
    <w:p>
      <w:pPr>
        <w:jc w:val="right"/>
      </w:pPr>
      <w:r>
        <w:t>آگ تھی، پھر ٹھنڈی ہوئی، پھر اس پر پانی برسا، پھر اس پر پلانٹس اگے، پھر اس پر</w:t>
      </w:r>
    </w:p>
    <w:p>
      <w:r>
        <w:rPr>
          <w:b/>
        </w:rPr>
        <w:t xml:space="preserve">[05:13] </w:t>
      </w:r>
      <w:r>
        <w:t>animal paida kiye gaye, phir insaan paida kiya gaya.</w:t>
      </w:r>
    </w:p>
    <w:p>
      <w:pPr>
        <w:jc w:val="right"/>
      </w:pPr>
      <w:r>
        <w:t>اینیمل پیدا کیے گئے، پھر انسان پیدا کیا گیا۔</w:t>
      </w:r>
    </w:p>
    <w:p>
      <w:r>
        <w:rPr>
          <w:b/>
        </w:rPr>
        <w:t xml:space="preserve">[05:20] </w:t>
      </w:r>
      <w:r>
        <w:t>phir insaan ki civilization chali zameen ke ooper.</w:t>
      </w:r>
    </w:p>
    <w:p>
      <w:pPr>
        <w:jc w:val="right"/>
      </w:pPr>
      <w:r>
        <w:t>پھر انسان کی سیولائزیشن چلی زمین کے اوپر۔</w:t>
      </w:r>
    </w:p>
    <w:p>
      <w:r>
        <w:rPr>
          <w:b/>
        </w:rPr>
        <w:t xml:space="preserve">[05:28] </w:t>
      </w:r>
      <w:r>
        <w:t>insaan paida hota hai hamesha ke liye nahi, balkeh insaan ki umar average jo hai,</w:t>
      </w:r>
    </w:p>
    <w:p>
      <w:pPr>
        <w:jc w:val="right"/>
      </w:pPr>
      <w:r>
        <w:t>انسان پیدا ہوتا ہے ہمیشہ کے لیے نہیں، بلکہ انسان کی عمر ایوریج جو ہے،</w:t>
      </w:r>
    </w:p>
    <w:p>
      <w:r>
        <w:rPr>
          <w:b/>
        </w:rPr>
        <w:t xml:space="preserve">[05:35] </w:t>
      </w:r>
      <w:r>
        <w:t>insan ki umar ka 70 saal hai . to is 70 saal mein woh kaise rahe? 70 saal, 80 saal, is duniya mein woh kaise rahe? isi ke liye yeh lafz hai: itminan, nafs mutma'in . to insan ko Allah ne paida kiya bilkul aazad, total freedom de kar . total freedom . baqi cheezon mein kisi ko freedom nahi hai . galaxy ko freedom</w:t>
      </w:r>
    </w:p>
    <w:p>
      <w:pPr>
        <w:jc w:val="right"/>
      </w:pPr>
      <w:r>
        <w:t>انسان کی عمر کا 70 سال ہے۔ تو اس 70 سال میں وہ کیسے رہے؟ 70 سال، 80 سال، اس دنیا میں وہ کیسے رہے؟ اسی کے لیے یہ لفظ ہے: اطمینان، نفس مطمئن۔ تو انسان کو اللہ نے پیدا کیا بالکل آزاد، ٹوٹل فریڈم دے کر۔ ٹوٹل فریڈم۔ باقی چیزوں میں کسی کو فریڈم نہیں ہے۔ گیلیکسی کو فریڈم</w:t>
      </w:r>
    </w:p>
    <w:p>
      <w:r>
        <w:rPr>
          <w:b/>
        </w:rPr>
        <w:t xml:space="preserve">[06:05] </w:t>
      </w:r>
      <w:r>
        <w:t>nahi hai, solar system ko freedom nahi hai, nabatat ko, haiwanat ko freedom nahi hai . insan ko total freedom hai . to insan is zameen par jab paida hota hai to aankh kholta hai to us ko ek poori duniya dikhai deti hai . yahan par tarah tarah ke halaat se guzarta hai, woh tarah tarah ke experiences hote hain . positive bhi, negative bhi . in sab ke beech mein in</w:t>
      </w:r>
    </w:p>
    <w:p>
      <w:pPr>
        <w:jc w:val="right"/>
      </w:pPr>
      <w:r>
        <w:t>نہیں ہے، سولر سسٹم کو فریڈم نہیں ہے، نباتات کو، حیوانات کو فریڈم نہیں ہے۔ انسان کو ٹوٹل فریڈم ہے۔ تو انسان اس زمین پر جب پیدا ہوتا ہے تو آنکھ کھولتا ہے تو اس کو ایک پوری دنیا دکھائی دیتی ہے۔ یہاں پر طرح طرح کے حالات سے گزرتا ہے، وہ طرح طرح کے ایکسپیرینس ہوتے ہیں۔ پازیٹو بھی، نیگیٹو بھی۔ ان سب کے بیچ میں ان</w:t>
      </w:r>
    </w:p>
    <w:p>
      <w:r>
        <w:rPr>
          <w:b/>
        </w:rPr>
        <w:t xml:space="preserve">[06:35] </w:t>
      </w:r>
      <w:r>
        <w:t>insaan agar bilkul mutmain rahe, yani Allah ke creation plan par raazi rahe, jo kuch ho raha hai</w:t>
      </w:r>
    </w:p>
    <w:p>
      <w:pPr>
        <w:jc w:val="right"/>
      </w:pPr>
      <w:r>
        <w:t>سان اگر بالکل مطمئن رہے، یعنی اللہ کے کریشن پلان پر راضی رہے، جو کچھ ہو رہا ہے</w:t>
      </w:r>
    </w:p>
    <w:p>
      <w:r>
        <w:rPr>
          <w:b/>
        </w:rPr>
        <w:t xml:space="preserve">[06:41] </w:t>
      </w:r>
      <w:r>
        <w:t>woh Allah ke creation plan ke mutabiq ho raha hai.</w:t>
      </w:r>
    </w:p>
    <w:p>
      <w:pPr>
        <w:jc w:val="right"/>
      </w:pPr>
      <w:r>
        <w:t>وہ اللہ کے کریشن پلان کے مطابق ہو رہا ہے۔</w:t>
      </w:r>
    </w:p>
    <w:p>
      <w:r>
        <w:rPr>
          <w:b/>
        </w:rPr>
        <w:t xml:space="preserve">[06:48] </w:t>
      </w:r>
      <w:r>
        <w:t>yani galaxy se le kar ke ek atom tak sab kuch Allah ka jo creation plan hai, is</w:t>
      </w:r>
    </w:p>
    <w:p>
      <w:pPr>
        <w:jc w:val="right"/>
      </w:pPr>
      <w:r>
        <w:t>یعنی گیلیکسی سے لے کر کے ایک ایٹم تک سب کچھ اللہ کا جو کریشن پلان ہے، اس</w:t>
      </w:r>
    </w:p>
    <w:p>
      <w:r>
        <w:rPr>
          <w:b/>
        </w:rPr>
        <w:t xml:space="preserve">[06:54] </w:t>
      </w:r>
      <w:r>
        <w:t>ke mutabiq ho raha hai.</w:t>
      </w:r>
    </w:p>
    <w:p>
      <w:pPr>
        <w:jc w:val="right"/>
      </w:pPr>
      <w:r>
        <w:t>کے مطابق ہو رہا ہے۔</w:t>
      </w:r>
    </w:p>
    <w:p>
      <w:r>
        <w:rPr>
          <w:b/>
        </w:rPr>
        <w:t xml:space="preserve">[07:00] </w:t>
      </w:r>
      <w:r>
        <w:t>toh insaan azadi rakhte hue,</w:t>
      </w:r>
    </w:p>
    <w:p>
      <w:pPr>
        <w:jc w:val="right"/>
      </w:pPr>
      <w:r>
        <w:t>تو انسان آزادی رکھتے ہوئے،</w:t>
      </w:r>
    </w:p>
    <w:p>
      <w:r>
        <w:rPr>
          <w:b/>
        </w:rPr>
        <w:t xml:space="preserve">[07:06] </w:t>
      </w:r>
      <w:r>
        <w:t>yani insaan ko azadi hai ke woh har cheez ka inkar kar de, woh Khuda ka bhi na</w:t>
      </w:r>
    </w:p>
    <w:p>
      <w:pPr>
        <w:jc w:val="right"/>
      </w:pPr>
      <w:r>
        <w:t>یعنی انسان کو آزادی ہے کہ وہ ہر چیز کا انکار کر دے، وہ خدا کا بھی نہ</w:t>
      </w:r>
    </w:p>
    <w:p>
      <w:r>
        <w:rPr>
          <w:b/>
        </w:rPr>
        <w:t xml:space="preserve">[07:12] </w:t>
      </w:r>
      <w:r>
        <w:t>maane, woh creation plan ko bhi na maane.</w:t>
      </w:r>
    </w:p>
    <w:p>
      <w:pPr>
        <w:jc w:val="right"/>
      </w:pPr>
      <w:r>
        <w:t>مانے، وہ کریشن پلان کو بھی نہ مانے۔</w:t>
      </w:r>
    </w:p>
    <w:p>
      <w:r>
        <w:rPr>
          <w:b/>
        </w:rPr>
        <w:t xml:space="preserve">[07:18] </w:t>
      </w:r>
      <w:r>
        <w:t>lekin insaan jo hai, har cheez par raazi ho jaye, har cheez par mutmaeen ho jaye, us halat</w:t>
      </w:r>
    </w:p>
    <w:p>
      <w:pPr>
        <w:jc w:val="right"/>
      </w:pPr>
      <w:r>
        <w:t>لیکن انسان جو ہے، ہر چیز پر راضی ہو جائے، ہر چیز پر مطمئن ہو جائے، اس حالت</w:t>
      </w:r>
    </w:p>
    <w:p>
      <w:r>
        <w:rPr>
          <w:b/>
        </w:rPr>
        <w:t xml:space="preserve">[07:24] </w:t>
      </w:r>
      <w:r>
        <w:t>mein woh is duniya se jaye ke woh Allah ke naqsha takhleeq par raazi ho, toh woh hai</w:t>
      </w:r>
    </w:p>
    <w:p>
      <w:pPr>
        <w:jc w:val="right"/>
      </w:pPr>
      <w:r>
        <w:t>میں وہ اس دنیا سے جائے کہ وہ اللہ کے نقشہ تخلیق پر راضی ہو، تو وہ ہے</w:t>
      </w:r>
    </w:p>
    <w:p>
      <w:r>
        <w:rPr>
          <w:b/>
        </w:rPr>
        <w:t xml:space="preserve">[07:30] </w:t>
      </w:r>
      <w:r>
        <w:t>nafs-e-mutmaeen, aur isi ke liye jannat hai. Yeh</w:t>
      </w:r>
    </w:p>
    <w:p>
      <w:pPr>
        <w:jc w:val="right"/>
      </w:pPr>
      <w:r>
        <w:t>نفس مطمئن، اور اسی کے لیے جنت ہے۔ یہ</w:t>
      </w:r>
    </w:p>
    <w:p>
      <w:r>
        <w:rPr>
          <w:b/>
        </w:rPr>
        <w:t xml:space="preserve">[07:36] </w:t>
      </w:r>
      <w:r>
        <w:t>kaise hota hai? Yeh hota hai intellectual development ke zariye.</w:t>
      </w:r>
    </w:p>
    <w:p>
      <w:pPr>
        <w:jc w:val="right"/>
      </w:pPr>
      <w:r>
        <w:t>کیسے ہوتا ہے؟ یہ ہوتا ہے انٹلیکچول ڈیولپمنٹ کے ذریعے۔</w:t>
      </w:r>
    </w:p>
    <w:p>
      <w:r>
        <w:rPr>
          <w:b/>
        </w:rPr>
        <w:t xml:space="preserve">[07:42] </w:t>
      </w:r>
      <w:r>
        <w:t>yani insaan ko Allah Ta'ala ne jo di hai, mind jo diya hai, mind, us se sochna, sochna,</w:t>
      </w:r>
    </w:p>
    <w:p>
      <w:pPr>
        <w:jc w:val="right"/>
      </w:pPr>
      <w:r>
        <w:t>یعنی انسان کو اللہ تعالیٰ نے جو دی ہے، مائنڈ جو دیا ہے، مائنڈ، اس سے سوچنا، سوچنا،</w:t>
      </w:r>
    </w:p>
    <w:p>
      <w:r>
        <w:rPr>
          <w:b/>
        </w:rPr>
        <w:t xml:space="preserve">[07:48] </w:t>
      </w:r>
      <w:r>
        <w:t>tadabbur karna, contemplation, ghor-o-fikr, us se cheezon ko discover karna.</w:t>
      </w:r>
    </w:p>
    <w:p>
      <w:pPr>
        <w:jc w:val="right"/>
      </w:pPr>
      <w:r>
        <w:t>تدبر کرنا، کنٹمپلیشن، غور و فکر، اس سے چیزوں کو ڈسکور کرنا۔</w:t>
      </w:r>
    </w:p>
    <w:p>
      <w:r>
        <w:rPr>
          <w:b/>
        </w:rPr>
        <w:t xml:space="preserve">[07:55] </w:t>
      </w:r>
      <w:r>
        <w:t>discover kar ke un ki meaning ko daryaft karna.</w:t>
      </w:r>
    </w:p>
    <w:p>
      <w:pPr>
        <w:jc w:val="right"/>
      </w:pPr>
      <w:r>
        <w:t>ڈسکور کر کے ان کی میننگ کو دریافت کرنا۔</w:t>
      </w:r>
    </w:p>
    <w:p>
      <w:r>
        <w:rPr>
          <w:b/>
        </w:rPr>
        <w:t xml:space="preserve">[08:01] </w:t>
      </w:r>
      <w:r>
        <w:t>un ke andar jo wisdom hai,</w:t>
      </w:r>
    </w:p>
    <w:p>
      <w:pPr>
        <w:jc w:val="right"/>
      </w:pPr>
      <w:r>
        <w:t>ان کے اندر جو وزڈم ہے،</w:t>
      </w:r>
    </w:p>
    <w:p>
      <w:r>
        <w:rPr>
          <w:b/>
        </w:rPr>
        <w:t xml:space="preserve">[08:07] </w:t>
      </w:r>
      <w:r>
        <w:t>us ko jaanna.</w:t>
      </w:r>
    </w:p>
    <w:p>
      <w:pPr>
        <w:jc w:val="right"/>
      </w:pPr>
      <w:r>
        <w:t>اس کو جاننا۔</w:t>
      </w:r>
    </w:p>
    <w:p>
      <w:r>
        <w:rPr>
          <w:b/>
        </w:rPr>
        <w:t xml:space="preserve">[08:11] </w:t>
      </w:r>
      <w:r>
        <w:t>jab aap jaanen ge, jab aap ka mind address ho jaye ga, tab bhi aap mutmaeen ho sakte hain.</w:t>
      </w:r>
    </w:p>
    <w:p>
      <w:pPr>
        <w:jc w:val="right"/>
      </w:pPr>
      <w:r>
        <w:t>جب آپ جانیں گے، جب آپ کا مائنڈ ایڈریس ہو جائے گا، تب بھی آپ مطمئن ہو سکتے ہیں۔</w:t>
      </w:r>
    </w:p>
    <w:p>
      <w:r>
        <w:rPr>
          <w:b/>
        </w:rPr>
        <w:t xml:space="preserve">[08:15] </w:t>
      </w:r>
      <w:r>
        <w:t>aisa nahi hai.</w:t>
      </w:r>
    </w:p>
    <w:p>
      <w:pPr>
        <w:jc w:val="right"/>
      </w:pPr>
      <w:r>
        <w:t>ایسا نہیں ہے۔</w:t>
      </w:r>
    </w:p>
    <w:p>
      <w:r>
        <w:rPr>
          <w:b/>
        </w:rPr>
        <w:t xml:space="preserve">[08:18] </w:t>
      </w:r>
      <w:r>
        <w:t>insaan ka mizaj yeh hai ke kisi cheez par woh mutmaeen hota hai us waqt jab ke us</w:t>
      </w:r>
    </w:p>
    <w:p>
      <w:pPr>
        <w:jc w:val="right"/>
      </w:pPr>
      <w:r>
        <w:t>انسان کا مزاج یہ ہے کہ کسی چیز پر وہ مطمئن ہوتا ہے اس وقت جب کہ اس</w:t>
      </w:r>
    </w:p>
    <w:p>
      <w:r>
        <w:rPr>
          <w:b/>
        </w:rPr>
        <w:t xml:space="preserve">[08:22] </w:t>
      </w:r>
      <w:r>
        <w:t>ka mind address ho jaye.</w:t>
      </w:r>
    </w:p>
    <w:p>
      <w:pPr>
        <w:jc w:val="right"/>
      </w:pPr>
      <w:r>
        <w:t>کا مائنڈ ایڈریس ہو جائے۔</w:t>
      </w:r>
    </w:p>
    <w:p>
      <w:r>
        <w:rPr>
          <w:b/>
        </w:rPr>
        <w:t xml:space="preserve">[08:26] </w:t>
      </w:r>
      <w:r>
        <w:t>us ko us ka rational maloom ho jaye.</w:t>
      </w:r>
    </w:p>
    <w:p>
      <w:pPr>
        <w:jc w:val="right"/>
      </w:pPr>
      <w:r>
        <w:t>اس کو اس کا ریشنل معلوم ہو جائے۔</w:t>
      </w:r>
    </w:p>
    <w:p>
      <w:r>
        <w:rPr>
          <w:b/>
        </w:rPr>
        <w:t xml:space="preserve">[08:30] </w:t>
      </w:r>
      <w:r>
        <w:t>us ko us ka, us ko woh, us ko reason raut kar sake.</w:t>
      </w:r>
    </w:p>
    <w:p>
      <w:pPr>
        <w:jc w:val="right"/>
      </w:pPr>
      <w:r>
        <w:t>اس کو اس کا، اس کو وہ، اس کو ریزن راؤٹ کر سکے۔</w:t>
      </w:r>
    </w:p>
    <w:p>
      <w:r>
        <w:rPr>
          <w:b/>
        </w:rPr>
        <w:t xml:space="preserve">[08:34] </w:t>
      </w:r>
      <w:r>
        <w:t>tab mutmaeen hota hai woh.</w:t>
      </w:r>
    </w:p>
    <w:p>
      <w:pPr>
        <w:jc w:val="right"/>
      </w:pPr>
      <w:r>
        <w:t>تب مطمئن ہوتا ہے وہ۔</w:t>
      </w:r>
    </w:p>
    <w:p>
      <w:r>
        <w:rPr>
          <w:b/>
        </w:rPr>
        <w:t xml:space="preserve">[08:38] </w:t>
      </w:r>
      <w:r>
        <w:t>toh nafs-e-mutmaeen woh hai jo duniya mein paida hua, azaad, total freedom ke saath, phir us ne</w:t>
      </w:r>
    </w:p>
    <w:p>
      <w:pPr>
        <w:jc w:val="right"/>
      </w:pPr>
      <w:r>
        <w:t>تو نفس مطمئن وہ ہے جو دنیا میں پیدا ہوا، آزاد، ٹوٹل فریڈم کے ساتھ، پھر اس نے</w:t>
      </w:r>
    </w:p>
    <w:p>
      <w:r>
        <w:rPr>
          <w:b/>
        </w:rPr>
        <w:t xml:space="preserve">[08:45] </w:t>
      </w:r>
      <w:r>
        <w:t>socha, socha, socha, socha, cheezon ko daryaft kiya, Allah ke jo law of nature hai, us ko jaana,</w:t>
      </w:r>
    </w:p>
    <w:p>
      <w:pPr>
        <w:jc w:val="right"/>
      </w:pPr>
      <w:r>
        <w:t>سوچا، سوچا، سوچا، سوچا، چیزوں کو دریافت کیا، اللہ کے جو لا آف نیچر ہے، اس کو جانا،</w:t>
      </w:r>
    </w:p>
    <w:p>
      <w:r>
        <w:rPr>
          <w:b/>
        </w:rPr>
        <w:t xml:space="preserve">[08:53] </w:t>
      </w:r>
      <w:r>
        <w:t>jo creation plan of God hai, us ko jaana.</w:t>
      </w:r>
    </w:p>
    <w:p>
      <w:pPr>
        <w:jc w:val="right"/>
      </w:pPr>
      <w:r>
        <w:t>جو کریشن پلان آف گاڈ ہے، اس کو جانا۔</w:t>
      </w:r>
    </w:p>
    <w:p>
      <w:r>
        <w:rPr>
          <w:b/>
        </w:rPr>
        <w:t xml:space="preserve">[09:01] </w:t>
      </w:r>
      <w:r>
        <w:t>sab kuch ko jaan kar ke is ne</w:t>
      </w:r>
    </w:p>
    <w:p>
      <w:pPr>
        <w:jc w:val="right"/>
      </w:pPr>
      <w:r>
        <w:t>سب کچھ کو جان کر کے اس نے</w:t>
      </w:r>
    </w:p>
    <w:p>
      <w:r>
        <w:rPr>
          <w:b/>
        </w:rPr>
        <w:t xml:space="preserve">[09:09] </w:t>
      </w:r>
      <w:r>
        <w:t>cheezon ko reason out kiya, aur phir is ka mind mutma'in ho gaya Allah ke naqsha takhleeq par.</w:t>
      </w:r>
    </w:p>
    <w:p>
      <w:pPr>
        <w:jc w:val="right"/>
      </w:pPr>
      <w:r>
        <w:t>چیزوں کو ریزن آؤٹ کیا، اور پھر اس کا مائنڈ مطمئن ہو گیا اللہ کے نقشہ تخلیق پر۔</w:t>
      </w:r>
    </w:p>
    <w:p>
      <w:r>
        <w:rPr>
          <w:b/>
        </w:rPr>
        <w:t xml:space="preserve">[09:19] </w:t>
      </w:r>
      <w:r>
        <w:t>goya ke divine wisdom ko discover, divine wisdom ko discover karne ke baad yeh haalat aati hai.</w:t>
      </w:r>
    </w:p>
    <w:p>
      <w:pPr>
        <w:jc w:val="right"/>
      </w:pPr>
      <w:r>
        <w:t>گویا کہ ڈیوائن وزڈم کو ڈسکور، ڈیوائن وزڈم کو ڈسکور کرنے کے بعد یہ حالت آتی ہے۔</w:t>
      </w:r>
    </w:p>
    <w:p>
      <w:r>
        <w:rPr>
          <w:b/>
        </w:rPr>
        <w:t xml:space="preserve">[09:30] </w:t>
      </w:r>
      <w:r>
        <w:t>to goya ke nafs mutma'in woh hua jo divine wisdom ko discover kare.</w:t>
      </w:r>
    </w:p>
    <w:p>
      <w:pPr>
        <w:jc w:val="right"/>
      </w:pPr>
      <w:r>
        <w:t>تو گویا کہ نفس مطمئن وہ ہوا جو ڈیوائن وزڈم کو ڈسکور کرے۔</w:t>
      </w:r>
    </w:p>
    <w:p>
      <w:r>
        <w:rPr>
          <w:b/>
        </w:rPr>
        <w:t xml:space="preserve">[09:41] </w:t>
      </w:r>
      <w:r>
        <w:t>jaise main kal soch raha tha, ek misaal deta hoon ke is poori tareekh mein saare log in</w:t>
      </w:r>
    </w:p>
    <w:p>
      <w:pPr>
        <w:jc w:val="right"/>
      </w:pPr>
      <w:r>
        <w:t>جیسے میں کل سوچ رہا تھا، ایک مثال دیتا ہوں کہ اس پوری تاریخ میں سارے لوگ ان</w:t>
      </w:r>
    </w:p>
    <w:p>
      <w:r>
        <w:rPr>
          <w:b/>
        </w:rPr>
        <w:t xml:space="preserve">[09:47] </w:t>
      </w:r>
      <w:r>
        <w:t>injustice ke khilaaf protest karte rahe.</w:t>
      </w:r>
    </w:p>
    <w:p>
      <w:pPr>
        <w:jc w:val="right"/>
      </w:pPr>
      <w:r>
        <w:t>جسٹس کے خلاف پروٹیسٹ کرتے رہے۔</w:t>
      </w:r>
    </w:p>
    <w:p>
      <w:r>
        <w:rPr>
          <w:b/>
        </w:rPr>
        <w:t xml:space="preserve">[09:53] </w:t>
      </w:r>
      <w:r>
        <w:t>philosopher, reformers, educationist, leader, sab ke sab.</w:t>
      </w:r>
    </w:p>
    <w:p>
      <w:pPr>
        <w:jc w:val="right"/>
      </w:pPr>
      <w:r>
        <w:t>فلاسفر، ریفارمرز، ایجوکیشنسٹ، لیڈر، سب کے سب۔</w:t>
      </w:r>
    </w:p>
    <w:p>
      <w:r>
        <w:rPr>
          <w:b/>
        </w:rPr>
        <w:t xml:space="preserve">[09:59] </w:t>
      </w:r>
      <w:r>
        <w:t>injustice, injustice.</w:t>
      </w:r>
    </w:p>
    <w:p>
      <w:pPr>
        <w:jc w:val="right"/>
      </w:pPr>
      <w:r>
        <w:t>ان جسٹس، ان جسٹس۔</w:t>
      </w:r>
    </w:p>
    <w:p>
      <w:r>
        <w:rPr>
          <w:b/>
        </w:rPr>
        <w:t xml:space="preserve">[10:05] </w:t>
      </w:r>
      <w:r>
        <w:t>koi injustice ke khilaaf protest kar raha, injustice ko khatm kar raha, yeh sab ka goal raha hai.</w:t>
      </w:r>
    </w:p>
    <w:p>
      <w:pPr>
        <w:jc w:val="right"/>
      </w:pPr>
      <w:r>
        <w:t>کوئی ان جسٹس کے خلاف پروٹیسٹ کر رہا، ان جسٹس کو ختم کر رہا، یہ سب کا گول رہا ہے۔</w:t>
      </w:r>
    </w:p>
    <w:p>
      <w:r>
        <w:rPr>
          <w:b/>
        </w:rPr>
        <w:t xml:space="preserve">[10:11] </w:t>
      </w:r>
      <w:r>
        <w:t>phir maine socha ke injustice to kabhi khatm nahi hui . goal to kisi ka poora hua nahi . koi bhi history mein, koi bhi aisa period nahi hai jahan injustice na ho . including Muslim period . to phir saare logon ki koshish ka kya matlab tha? is ka matlab maine yeh nikala ke sab log ghair mutma'in nafs ke sath duniya mein jeete rahe . nafs</w:t>
      </w:r>
    </w:p>
    <w:p>
      <w:pPr>
        <w:jc w:val="right"/>
      </w:pPr>
      <w:r>
        <w:t>پھر میں نے سوچا کہ ان جسٹس تو کبھی ختم نہیں ہوئی۔ گول تو کسی کا پورا ہوا نہیں۔ کوئی بھی ہسٹری میں، کوئی بھی ایسا پیریڈ نہیں ہے جہاں ان جسٹس نہ ہو۔ انکلوڈنگ مسلم پیریڈ۔ تو پھر سارے لوگوں کی کوشش کا کیا مطلب تھا؟ اس کا مطلب میں نے یہ نکالا کہ سب لوگ غیر مطمئن نفس کے ساتھ دنیا میں جیتے رہے۔ نفس</w:t>
      </w:r>
    </w:p>
    <w:p>
      <w:r>
        <w:rPr>
          <w:b/>
        </w:rPr>
        <w:t xml:space="preserve">[10:41] </w:t>
      </w:r>
      <w:r>
        <w:t>mutma'in ke saath nahin.</w:t>
      </w:r>
    </w:p>
    <w:p>
      <w:pPr>
        <w:jc w:val="right"/>
      </w:pPr>
      <w:r>
        <w:t>مطمئنہ کے ساتھ نہیں۔</w:t>
      </w:r>
    </w:p>
    <w:p>
      <w:r>
        <w:rPr>
          <w:b/>
        </w:rPr>
        <w:t xml:space="preserve">[10:45] </w:t>
      </w:r>
      <w:r>
        <w:t>kyun ke jo cheez khatm na ho, saari koshishon ke bawajood, woh khatm hone ke qabil nahin.</w:t>
      </w:r>
    </w:p>
    <w:p>
      <w:pPr>
        <w:jc w:val="right"/>
      </w:pPr>
      <w:r>
        <w:t>کیونکہ جو چیز ختم نہ ہو، ساری کوششوں کے باوجود، وہ ختم ہونے کے قابل نہیں۔</w:t>
      </w:r>
    </w:p>
    <w:p>
      <w:r>
        <w:rPr>
          <w:b/>
        </w:rPr>
        <w:t xml:space="preserve">[10:49] </w:t>
      </w:r>
      <w:r>
        <w:t>woh persist karegi.</w:t>
      </w:r>
    </w:p>
    <w:p>
      <w:pPr>
        <w:jc w:val="right"/>
      </w:pPr>
      <w:r>
        <w:t>وہ پرسیسٹ کرے گی۔</w:t>
      </w:r>
    </w:p>
    <w:p>
      <w:r>
        <w:rPr>
          <w:b/>
        </w:rPr>
        <w:t xml:space="preserve">[10:54] </w:t>
      </w:r>
      <w:r>
        <w:t>poori tareekh mein jab sab log yahi koshish karte rahe ke injustice ko khatm karein, lekin koi</w:t>
      </w:r>
    </w:p>
    <w:p>
      <w:pPr>
        <w:jc w:val="right"/>
      </w:pPr>
      <w:r>
        <w:t>پوری تاریخ میں جب سب لوگ یہی کوشش کرتے رہے کہ ان جسٹس کو ختم کریں، لیکن کوئی</w:t>
      </w:r>
    </w:p>
    <w:p>
      <w:r>
        <w:rPr>
          <w:b/>
        </w:rPr>
        <w:t xml:space="preserve">[10:58] </w:t>
      </w:r>
      <w:r>
        <w:t>khatm nahin kar paya.</w:t>
      </w:r>
    </w:p>
    <w:p>
      <w:pPr>
        <w:jc w:val="right"/>
      </w:pPr>
      <w:r>
        <w:t>ختم نہیں کر پایا۔</w:t>
      </w:r>
    </w:p>
    <w:p>
      <w:r>
        <w:rPr>
          <w:b/>
        </w:rPr>
        <w:t xml:space="preserve">[11:02] </w:t>
      </w:r>
      <w:r>
        <w:t>hamesha injustice baqi raha.</w:t>
      </w:r>
    </w:p>
    <w:p>
      <w:pPr>
        <w:jc w:val="right"/>
      </w:pPr>
      <w:r>
        <w:t>ہمیشہ ان جسٹس باقی رہا۔</w:t>
      </w:r>
    </w:p>
    <w:p>
      <w:r>
        <w:rPr>
          <w:b/>
        </w:rPr>
        <w:t xml:space="preserve">[11:07] </w:t>
      </w:r>
      <w:r>
        <w:t>to yeh maanna padega ke injustice is part of</w:t>
      </w:r>
    </w:p>
    <w:p>
      <w:pPr>
        <w:jc w:val="right"/>
      </w:pPr>
      <w:r>
        <w:t>تو یہ ماننا پڑے گا کہ ان جسٹس از پارٹ آف</w:t>
      </w:r>
    </w:p>
    <w:p>
      <w:r>
        <w:rPr>
          <w:b/>
        </w:rPr>
        <w:t xml:space="preserve">[11:11] </w:t>
      </w:r>
      <w:r>
        <w:t>law of nature.</w:t>
      </w:r>
    </w:p>
    <w:p>
      <w:pPr>
        <w:jc w:val="right"/>
      </w:pPr>
      <w:r>
        <w:t>لا آف نیچر۔</w:t>
      </w:r>
    </w:p>
    <w:p>
      <w:r>
        <w:rPr>
          <w:b/>
        </w:rPr>
        <w:t xml:space="preserve">[11:16] </w:t>
      </w:r>
      <w:r>
        <w:t>yeh injustice jo hai, woh Allah taala ke creation plan of God ka hissa hai.</w:t>
      </w:r>
    </w:p>
    <w:p>
      <w:pPr>
        <w:jc w:val="right"/>
      </w:pPr>
      <w:r>
        <w:t>یہ ان جسٹس جو ہے، وہ اللہ تعالیٰ کے کریشن پلان آف گاڈ کا حصہ ہے۔</w:t>
      </w:r>
    </w:p>
    <w:p>
      <w:r>
        <w:rPr>
          <w:b/>
        </w:rPr>
        <w:t xml:space="preserve">[11:21] </w:t>
      </w:r>
      <w:r>
        <w:t>maanna padega.</w:t>
      </w:r>
    </w:p>
    <w:p>
      <w:pPr>
        <w:jc w:val="right"/>
      </w:pPr>
      <w:r>
        <w:t>ماننا پڑے گا۔</w:t>
      </w:r>
    </w:p>
    <w:p>
      <w:r>
        <w:rPr>
          <w:b/>
        </w:rPr>
        <w:t xml:space="preserve">[11:26] </w:t>
      </w:r>
      <w:r>
        <w:t>to is ke baad kya hua? yeh saare log jo hain, apne andar is cheez ko develop na</w:t>
      </w:r>
    </w:p>
    <w:p>
      <w:pPr>
        <w:jc w:val="right"/>
      </w:pPr>
      <w:r>
        <w:t>تو اس کے بعد کیا ہوا؟ یہ سارے لوگ جو ہیں، اپنے اندر اس چیز کو ڈیولپ نہ</w:t>
      </w:r>
    </w:p>
    <w:p>
      <w:r>
        <w:rPr>
          <w:b/>
        </w:rPr>
        <w:t xml:space="preserve">[11:31] </w:t>
      </w:r>
      <w:r>
        <w:t>kar paye jis ko kehte hain itminan-e-qalb.</w:t>
      </w:r>
    </w:p>
    <w:p>
      <w:pPr>
        <w:jc w:val="right"/>
      </w:pPr>
      <w:r>
        <w:t>کر پائے جس کو کہتے ہیں اطمینان قلب۔</w:t>
      </w:r>
    </w:p>
    <w:p>
      <w:r>
        <w:rPr>
          <w:b/>
        </w:rPr>
        <w:t xml:space="preserve">[11:37] </w:t>
      </w:r>
      <w:r>
        <w:t>yeh jo protest karte rahe, protest karte rahe, aur protest karte karte khayal par mar gaye.</w:t>
      </w:r>
    </w:p>
    <w:p>
      <w:pPr>
        <w:jc w:val="right"/>
      </w:pPr>
      <w:r>
        <w:t>یہ جو پروٹیسٹ کرتے رہے، پروٹیسٹ کرتے رہے، اور پروٹیسٹ کرتے کرتے خیال پر مر گئے۔</w:t>
      </w:r>
    </w:p>
    <w:p>
      <w:r>
        <w:rPr>
          <w:b/>
        </w:rPr>
        <w:t xml:space="preserve">[11:42] </w:t>
      </w:r>
      <w:r>
        <w:t>unhon ne is wisdom ko daryaft nahin kiya.</w:t>
      </w:r>
    </w:p>
    <w:p>
      <w:pPr>
        <w:jc w:val="right"/>
      </w:pPr>
      <w:r>
        <w:t>انہوں نے اس وزڈم کو دریافت نہیں کیا۔</w:t>
      </w:r>
    </w:p>
    <w:p>
      <w:r>
        <w:rPr>
          <w:b/>
        </w:rPr>
        <w:t xml:space="preserve">[11:47] </w:t>
      </w:r>
      <w:r>
        <w:t>dekhiye, fact yeh hai ke injustice ek ek nickname ka case hai.</w:t>
      </w:r>
    </w:p>
    <w:p>
      <w:pPr>
        <w:jc w:val="right"/>
      </w:pPr>
      <w:r>
        <w:t>دیکھیے، فیکٹ یہ ہے کہ ان جسٹس ایک ایک نک نیم کا کیس ہے۔</w:t>
      </w:r>
    </w:p>
    <w:p>
      <w:r>
        <w:rPr>
          <w:b/>
        </w:rPr>
        <w:t xml:space="preserve">[11:52] </w:t>
      </w:r>
      <w:r>
        <w:t>yaani galat naam.</w:t>
      </w:r>
    </w:p>
    <w:p>
      <w:pPr>
        <w:jc w:val="right"/>
      </w:pPr>
      <w:r>
        <w:t>یعنی غلط نام۔</w:t>
      </w:r>
    </w:p>
    <w:p>
      <w:r>
        <w:rPr>
          <w:b/>
        </w:rPr>
        <w:t xml:space="preserve">[11:57] </w:t>
      </w:r>
      <w:r>
        <w:t>yani naman kalichar ka case hai.</w:t>
      </w:r>
    </w:p>
    <w:p>
      <w:pPr>
        <w:jc w:val="right"/>
      </w:pPr>
      <w:r>
        <w:t>یعنی نامن کلیچر کا کیس ہے۔</w:t>
      </w:r>
    </w:p>
    <w:p>
      <w:r>
        <w:rPr>
          <w:b/>
        </w:rPr>
        <w:t xml:space="preserve">[12:02] </w:t>
      </w:r>
      <w:r>
        <w:t>ek surat-haal ko keh diya un justice.</w:t>
      </w:r>
    </w:p>
    <w:p>
      <w:pPr>
        <w:jc w:val="right"/>
      </w:pPr>
      <w:r>
        <w:t>ایک صورتحال کو کہہ دیا ان جسٹس۔</w:t>
      </w:r>
    </w:p>
    <w:p>
      <w:r>
        <w:rPr>
          <w:b/>
        </w:rPr>
        <w:t xml:space="preserve">[12:07] </w:t>
      </w:r>
      <w:r>
        <w:t>wo un justice nahi hai.</w:t>
      </w:r>
    </w:p>
    <w:p>
      <w:pPr>
        <w:jc w:val="right"/>
      </w:pPr>
      <w:r>
        <w:t>وہ ان جسٹس نہیں ہے۔</w:t>
      </w:r>
    </w:p>
    <w:p>
      <w:r>
        <w:rPr>
          <w:b/>
        </w:rPr>
        <w:t xml:space="preserve">[12:13] </w:t>
      </w:r>
      <w:r>
        <w:t>hum ne is ko naam de diya injustice ka . jaise ek sahab hamare is mein aaye class mein, woh gate par khade hue aur dekha ke auratein bhi hain, mard bhi hain, log baithe hue hain . to kuch der dekha, us ke baad dekha ke chale gaye . yeh to koi colour maloom hota hai . yeh to koi colour maloom hota hai . to yeh colour nahi tha . unhone is ko</w:t>
      </w:r>
    </w:p>
    <w:p>
      <w:pPr>
        <w:jc w:val="right"/>
      </w:pPr>
      <w:r>
        <w:t>ہم نے اس کو نام دے دیا ان جسٹس کا۔ جیسے ایک صاحب ہمارے اس میں آئے کلاس میں، وہ گیٹ پر کھڑے ہوئے اور دیکھا کہ عورتیں بھی ہیں، مرد بھی ہیں، لوگ بیٹھے ہوئے ہیں۔ تو کچھ دیر دیکھا، اس کے بعد دیکھا کہ چلے گئے۔ یہ تو کوئی کلر معلوم ہوتا ہے۔ یہ تو کوئی کلر معلوم ہوتا ہے۔ تو یہ کلر نہیں تھا۔ انہوں نے اس کو</w:t>
      </w:r>
    </w:p>
    <w:p>
      <w:r>
        <w:rPr>
          <w:b/>
        </w:rPr>
        <w:t xml:space="preserve">[12:43] </w:t>
      </w:r>
      <w:r>
        <w:t>naam de diya colour . yeh to spiritual class hai . haqeeqat ke aitbar se yeh spiritual class hai . unhone is ko naam de diya colour ka . is tarah se ek surat-e-hal duniya mein qaim hai, us ko naam de diya injustice . halanke woh injustice nahi hai . woh hai problem of freedom . yani insano ko jo azadi di gayi hai, to azadi ko kabhi ek tarike</w:t>
      </w:r>
    </w:p>
    <w:p>
      <w:pPr>
        <w:jc w:val="right"/>
      </w:pPr>
      <w:r>
        <w:t>نام دے دیا کلر۔ یہ تو اسپرچول کلاس ہے۔ حقیقت کے اعتبار سے یہ اسپرچول کلاس ہے۔ انہوں نے اس کو نام دے دیا کلر کا۔ اس طرح سے ایک صورتحال دنیا میں قائم ہے، اس کو نام دے دیا ان جسٹس۔ حالانکہ وہ ان جسٹس نہیں ہے۔ وہ ہے پرابلم آف فریڈم۔ یعنی انسانوں کو جو آزادی دی گئی ہے، تو آزادی کو کبھی ایک طریقے</w:t>
      </w:r>
    </w:p>
    <w:p>
      <w:r>
        <w:rPr>
          <w:b/>
        </w:rPr>
        <w:t xml:space="preserve">[13:13] </w:t>
      </w:r>
      <w:r>
        <w:t>se istemal kar ke, kabhi doosre tareeqe se.</w:t>
      </w:r>
    </w:p>
    <w:p>
      <w:pPr>
        <w:jc w:val="right"/>
      </w:pPr>
      <w:r>
        <w:t>سے استعمال کر کے، کبھی دوسرے طریقے سے۔</w:t>
      </w:r>
    </w:p>
    <w:p>
      <w:r>
        <w:rPr>
          <w:b/>
        </w:rPr>
        <w:t xml:space="preserve">[13:17] </w:t>
      </w:r>
      <w:r>
        <w:t>is ko haq hai ke jaise chahe is tarah se istemal kare.</w:t>
      </w:r>
    </w:p>
    <w:p>
      <w:pPr>
        <w:jc w:val="right"/>
      </w:pPr>
      <w:r>
        <w:t>اس کو حق ہے کہ جیسے چاہے اس طرح سے استعمال کرے۔</w:t>
      </w:r>
    </w:p>
    <w:p>
      <w:r>
        <w:rPr>
          <w:b/>
        </w:rPr>
        <w:t xml:space="preserve">[13:21] </w:t>
      </w:r>
      <w:r>
        <w:t>to istemal karne ki wajah se problem paida hote hain.</w:t>
      </w:r>
    </w:p>
    <w:p>
      <w:pPr>
        <w:jc w:val="right"/>
      </w:pPr>
      <w:r>
        <w:t>تو استعمال کرنے کی وجہ سے پرابلم پیدا ہوتے ہیں۔</w:t>
      </w:r>
    </w:p>
    <w:p>
      <w:r>
        <w:rPr>
          <w:b/>
        </w:rPr>
        <w:t xml:space="preserve">[13:26] </w:t>
      </w:r>
      <w:r>
        <w:t>ye smooth halaat kabhi rehte nahi.</w:t>
      </w:r>
    </w:p>
    <w:p>
      <w:pPr>
        <w:jc w:val="right"/>
      </w:pPr>
      <w:r>
        <w:t>یہ سموتھ حالات کبھی رہتے نہیں۔</w:t>
      </w:r>
    </w:p>
    <w:p>
      <w:r>
        <w:rPr>
          <w:b/>
        </w:rPr>
        <w:t xml:space="preserve">[13:30] </w:t>
      </w:r>
      <w:r>
        <w:t>to problem of freedom ko unhone naam de diya un justice.</w:t>
      </w:r>
    </w:p>
    <w:p>
      <w:pPr>
        <w:jc w:val="right"/>
      </w:pPr>
      <w:r>
        <w:t>تو پرابلم آف فریڈم کو انہوں نے نام دے دیا ان جسٹس۔</w:t>
      </w:r>
    </w:p>
    <w:p>
      <w:r>
        <w:rPr>
          <w:b/>
        </w:rPr>
        <w:t xml:space="preserve">[13:34] </w:t>
      </w:r>
      <w:r>
        <w:t>wo aadmi ke apne dimagh ki baat thi.</w:t>
      </w:r>
    </w:p>
    <w:p>
      <w:pPr>
        <w:jc w:val="right"/>
      </w:pPr>
      <w:r>
        <w:t>وہ آدمی کے اپنے دماغ کی بات تھی۔</w:t>
      </w:r>
    </w:p>
    <w:p>
      <w:r>
        <w:rPr>
          <w:b/>
        </w:rPr>
        <w:t xml:space="preserve">[13:38] </w:t>
      </w:r>
      <w:r>
        <w:t>wo un justice nahi thi.</w:t>
      </w:r>
    </w:p>
    <w:p>
      <w:pPr>
        <w:jc w:val="right"/>
      </w:pPr>
      <w:r>
        <w:t>وہ ان جسٹس نہیں تھی۔</w:t>
      </w:r>
    </w:p>
    <w:p>
      <w:r>
        <w:rPr>
          <w:b/>
        </w:rPr>
        <w:t xml:space="preserve">[13:43] </w:t>
      </w:r>
      <w:r>
        <w:t>misal ke taur par dekhiye, aaj main ek baat soch raha tha, aaj subah ko, ke Quran mein ek ayat hai: wa tilka ayyamun nadawaluha baynan nas . wa tilka ayyamun nadawaluha baynan nas . yani yeh jo duniya mein maal hai, political power hai, yeh kisi ke paas aata hai to mustaqil us ke paas nahi rehta, bad</w:t>
      </w:r>
    </w:p>
    <w:p>
      <w:pPr>
        <w:jc w:val="right"/>
      </w:pPr>
      <w:r>
        <w:t>مثلاً دیکھیے، آج میں ایک بات سوچ رہا تھا، آج صبح کو، کہ قرآن میں ایک آیت ہے: وَتِلْكُلْ أَيَّامٌ وَنَدَارُوا بَنَي الْنَّاسِ۔ وَتِلْكُلْ أَيَّامٌ وَنَدَارُوا بَنَي الْنَّاسِ۔ یعنی یہ جو دنیا میں مال ہے، پولیٹیکل پاور ہے، یہ کسی کے پاس آتا ہے تو مستقل اس کے پاس نہیں رہتا، بد</w:t>
      </w:r>
    </w:p>
    <w:p>
      <w:r>
        <w:rPr>
          <w:b/>
        </w:rPr>
        <w:t xml:space="preserve">[14:13] </w:t>
      </w:r>
      <w:r>
        <w:t>lta rehta hai. aaj ek aadmi daulat mand hai, kal us ke ghar se daulat chali jayegi. aaj ek aadmi ko political power mila hua hai, kal us ke political power nahi rahegi us ke paas. yeh hai: wa tilka ayyamun wa nadaru banay al-nas. turn by turn, kabhi in ko, kabhi in ko, kabhi in ko, kabhi in ko. to is ka raaz kya hai? to jin ki, jin se daulat ya iqtadar ch</w:t>
      </w:r>
    </w:p>
    <w:p>
      <w:pPr>
        <w:jc w:val="right"/>
      </w:pPr>
      <w:r>
        <w:t>لتا رہتا ہے۔ آج ایک آدمی دولت مند ہے، کل اس کے گھر سے دولت چلی جائے گی۔ آج ایک آدمی کو پولیٹیکل پاور ملا ہوا ہے، کل اس کے پولیٹیکل پاور نہیں رہے گی اس کے پاس۔ یہ ہے: وَتِلْكُلْ أَيَّامٌ وَنَدَارُوا بَنَي الْنَّاسِ۔ ٹرن بائی ٹرن، کبھی ان کو، کبھی ان کو، کبھی ان کو، کبھی ان کو۔ تو اس کا راز کیا ہے؟ تو جن کی، جن سے دولت یا اقتدار چھ</w:t>
      </w:r>
    </w:p>
    <w:p>
      <w:r>
        <w:rPr>
          <w:b/>
        </w:rPr>
        <w:t xml:space="preserve">[14:43] </w:t>
      </w:r>
      <w:r>
        <w:t>yena hoga, un se poochein to wo kahenge: un justice tha, un justice nahi tha wo.</w:t>
      </w:r>
    </w:p>
    <w:p>
      <w:pPr>
        <w:jc w:val="right"/>
      </w:pPr>
      <w:r>
        <w:t>ینا ہوگا، ان سے پوچھیں تو وہ کہیں گے: ان جسٹس تھا، ان جسٹس نہیں تھا وہ۔</w:t>
      </w:r>
    </w:p>
    <w:p>
      <w:r>
        <w:rPr>
          <w:b/>
        </w:rPr>
        <w:t xml:space="preserve">[14:49] </w:t>
      </w:r>
      <w:r>
        <w:t>wo Allah ka qanoon tha.</w:t>
      </w:r>
    </w:p>
    <w:p>
      <w:pPr>
        <w:jc w:val="right"/>
      </w:pPr>
      <w:r>
        <w:t>وہ اللہ کا قانون تھا۔</w:t>
      </w:r>
    </w:p>
    <w:p>
      <w:r>
        <w:rPr>
          <w:b/>
        </w:rPr>
        <w:t xml:space="preserve">[14:55] </w:t>
      </w:r>
      <w:r>
        <w:t>kyun? kya hai qanoon? dekhein, jab kisi ke paas, kisi family ke paas bohat zyada daulat aa gayi,</w:t>
      </w:r>
    </w:p>
    <w:p>
      <w:pPr>
        <w:jc w:val="right"/>
      </w:pPr>
      <w:r>
        <w:t>کیوں؟ کیا ہے قانون؟ دیکھیں، جب کسی کے پاس، کسی فیملی کے پاس بہت زیادہ دولت آ گئی،</w:t>
      </w:r>
    </w:p>
    <w:p>
      <w:r>
        <w:rPr>
          <w:b/>
        </w:rPr>
        <w:t xml:space="preserve">[15:01] </w:t>
      </w:r>
      <w:r>
        <w:t>bohat dinon tak wo affluence rahe un ke haan, to kya hota hai? un ke andar incentive ghat jata hai.</w:t>
      </w:r>
    </w:p>
    <w:p>
      <w:pPr>
        <w:jc w:val="right"/>
      </w:pPr>
      <w:r>
        <w:t>بہت دنوں تک وہ افلوئنس رہے ان کے ہاں، تو کیا ہوتا ہے؟ ان کے اندر انسینٹو گھٹ جاتا ہے۔</w:t>
      </w:r>
    </w:p>
    <w:p>
      <w:r>
        <w:rPr>
          <w:b/>
        </w:rPr>
        <w:t xml:space="preserve">[15:07] </w:t>
      </w:r>
      <w:r>
        <w:t>sab kaam ho raha hai, sab kaam ho raha hai, sab kaam ho raha hai. koi, koi</w:t>
      </w:r>
    </w:p>
    <w:p>
      <w:pPr>
        <w:jc w:val="right"/>
      </w:pPr>
      <w:r>
        <w:t>سب کام ہو رہا ہے، سب کام ہو رہا ہے، سب کام ہو رہا ہے۔ کوئی، کوئی</w:t>
      </w:r>
    </w:p>
    <w:p>
      <w:r>
        <w:rPr>
          <w:b/>
        </w:rPr>
        <w:t xml:space="preserve">[15:13] </w:t>
      </w:r>
      <w:r>
        <w:t>, koi, kahin atak-ta nahi koi kaam.</w:t>
      </w:r>
    </w:p>
    <w:p>
      <w:pPr>
        <w:jc w:val="right"/>
      </w:pPr>
      <w:r>
        <w:t>، کوئی، کہیں اٹکتا نہیں کوئی کام۔</w:t>
      </w:r>
    </w:p>
    <w:p>
      <w:r>
        <w:rPr>
          <w:b/>
        </w:rPr>
        <w:t xml:space="preserve">[15:18] </w:t>
      </w:r>
      <w:r>
        <w:t>to un ke haan jo un ke bete, pote, nawase paida hote hain, bilkul wo incentive se khaali hote hain.</w:t>
      </w:r>
    </w:p>
    <w:p>
      <w:pPr>
        <w:jc w:val="right"/>
      </w:pPr>
      <w:r>
        <w:t>تو ان کے ہاں جو ان کے بیٹے، پوتے، نواسے پیدا ہوتے ہیں، بالکل وہ انسینٹو سے خالی ہوتے ہیں۔</w:t>
      </w:r>
    </w:p>
    <w:p>
      <w:r>
        <w:rPr>
          <w:b/>
        </w:rPr>
        <w:t xml:space="preserve">[15:23] </w:t>
      </w:r>
      <w:r>
        <w:t>un ke haan to har kaam munh se bola aur kaam ho gaya.</w:t>
      </w:r>
    </w:p>
    <w:p>
      <w:pPr>
        <w:jc w:val="right"/>
      </w:pPr>
      <w:r>
        <w:t>ان کے ہاں تو ہر کام منہ سے بولا اور کام ہو گیا۔</w:t>
      </w:r>
    </w:p>
    <w:p>
      <w:r>
        <w:rPr>
          <w:b/>
        </w:rPr>
        <w:t xml:space="preserve">[15:28] </w:t>
      </w:r>
      <w:r>
        <w:t>munh se bole to car aa gayi, munh se bole to khana aa gaya, munh se bole to</w:t>
      </w:r>
    </w:p>
    <w:p>
      <w:pPr>
        <w:jc w:val="right"/>
      </w:pPr>
      <w:r>
        <w:t>منہ سے بولے تو کار آ گئی، منہ سے بولے تو کھانا آ گیا، منہ سے بولے تو</w:t>
      </w:r>
    </w:p>
    <w:p>
      <w:r>
        <w:rPr>
          <w:b/>
        </w:rPr>
        <w:t xml:space="preserve">[15:33] </w:t>
      </w:r>
      <w:r>
        <w:t>har kaam ho gaya.</w:t>
      </w:r>
    </w:p>
    <w:p>
      <w:pPr>
        <w:jc w:val="right"/>
      </w:pPr>
      <w:r>
        <w:t>ہر کام ہو گیا۔</w:t>
      </w:r>
    </w:p>
    <w:p>
      <w:r>
        <w:rPr>
          <w:b/>
        </w:rPr>
        <w:t xml:space="preserve">[15:38] </w:t>
      </w:r>
      <w:r>
        <w:t>to un ko, un</w:t>
      </w:r>
    </w:p>
    <w:p>
      <w:pPr>
        <w:jc w:val="right"/>
      </w:pPr>
      <w:r>
        <w:t>تو ان کو، ان</w:t>
      </w:r>
    </w:p>
    <w:p>
      <w:r>
        <w:rPr>
          <w:b/>
        </w:rPr>
        <w:t xml:space="preserve">[15:43] </w:t>
      </w:r>
      <w:r>
        <w:t>ke andar incentive ka, karne ka incentive khatam ho jata hai.</w:t>
      </w:r>
    </w:p>
    <w:p>
      <w:pPr>
        <w:jc w:val="right"/>
      </w:pPr>
      <w:r>
        <w:t>کے اندر انسینٹو کا، کرنے کا انسینٹو ختم ہو جاتا ہے۔</w:t>
      </w:r>
    </w:p>
    <w:p>
      <w:r>
        <w:rPr>
          <w:b/>
        </w:rPr>
        <w:t xml:space="preserve">[15:49] </w:t>
      </w:r>
      <w:r>
        <w:t>ke main karunga tab mujhe khana milega, main karunga tab mujhe car milegi.</w:t>
      </w:r>
    </w:p>
    <w:p>
      <w:pPr>
        <w:jc w:val="right"/>
      </w:pPr>
      <w:r>
        <w:t>کہ میں کروں گا تب مجھے کھانا ملے گا، میں کروں گا تب مجھے کار ملے گی۔</w:t>
      </w:r>
    </w:p>
    <w:p>
      <w:r>
        <w:rPr>
          <w:b/>
        </w:rPr>
        <w:t xml:space="preserve">[15:55] </w:t>
      </w:r>
      <w:r>
        <w:t>ye khatam ho jata hai.</w:t>
      </w:r>
    </w:p>
    <w:p>
      <w:pPr>
        <w:jc w:val="right"/>
      </w:pPr>
      <w:r>
        <w:t>یہ ختم ہو جاتا ہے۔</w:t>
      </w:r>
    </w:p>
    <w:p>
      <w:r>
        <w:rPr>
          <w:b/>
        </w:rPr>
        <w:t xml:space="preserve">[16:01] </w:t>
      </w:r>
      <w:r>
        <w:t>jab incentive khatam hua to kya hua? is ka matlab ke aadmi stagnation aa gaya.</w:t>
      </w:r>
    </w:p>
    <w:p>
      <w:pPr>
        <w:jc w:val="right"/>
      </w:pPr>
      <w:r>
        <w:t>جب انسینٹو ختم ہوا تو کیا ہوا؟ اس کا مطلب کہ آدمی اسٹیگنیشن آ گیا۔</w:t>
      </w:r>
    </w:p>
    <w:p>
      <w:r>
        <w:rPr>
          <w:b/>
        </w:rPr>
        <w:t xml:space="preserve">[16:08] </w:t>
      </w:r>
      <w:r>
        <w:t>jahan incentive na rahe, jahan motivation na rahe, to wahan par kya hoga? stagnation aa jayega.</w:t>
      </w:r>
    </w:p>
    <w:p>
      <w:pPr>
        <w:jc w:val="right"/>
      </w:pPr>
      <w:r>
        <w:t>جہاں انسینٹو نہ رہے، جہاں موٹیویشن نہ رہے، تو وہاں پر کیا ہوگا؟ اسٹیگنیشن آ جائے گا۔</w:t>
      </w:r>
    </w:p>
    <w:p>
      <w:r>
        <w:rPr>
          <w:b/>
        </w:rPr>
        <w:t xml:space="preserve">[16:14] </w:t>
      </w:r>
      <w:r>
        <w:t>yeh mamla political power ka hai.</w:t>
      </w:r>
    </w:p>
    <w:p>
      <w:pPr>
        <w:jc w:val="right"/>
      </w:pPr>
      <w:r>
        <w:t>یہ معاملہ پولیٹیکل پاور کا ہے۔</w:t>
      </w:r>
    </w:p>
    <w:p>
      <w:r>
        <w:rPr>
          <w:b/>
        </w:rPr>
        <w:t xml:space="preserve">[16:20] </w:t>
      </w:r>
      <w:r>
        <w:t>kisi family mein ya kisi party mein bohat dinon tak political power rahe, to aap unka survey</w:t>
      </w:r>
    </w:p>
    <w:p>
      <w:pPr>
        <w:jc w:val="right"/>
      </w:pPr>
      <w:r>
        <w:t>کسی فیملی میں یا کسی پارٹی میں بہت دنوں تک پولیٹیکل پاور رہے، تو آپ ان کا سروے</w:t>
      </w:r>
    </w:p>
    <w:p>
      <w:r>
        <w:rPr>
          <w:b/>
        </w:rPr>
        <w:t xml:space="preserve">[16:26] </w:t>
      </w:r>
      <w:r>
        <w:t>kijiye, un logon mein incentive khatam ho jayega.</w:t>
      </w:r>
    </w:p>
    <w:p>
      <w:pPr>
        <w:jc w:val="right"/>
      </w:pPr>
      <w:r>
        <w:t>کیجیے، ان لوگوں میں انسینٹو ختم ہو جائے گا۔</w:t>
      </w:r>
    </w:p>
    <w:p>
      <w:r>
        <w:rPr>
          <w:b/>
        </w:rPr>
        <w:t xml:space="preserve">[16:32] </w:t>
      </w:r>
      <w:r>
        <w:t>aur incentive jaan hai taraqqi ki.</w:t>
      </w:r>
    </w:p>
    <w:p>
      <w:pPr>
        <w:jc w:val="right"/>
      </w:pPr>
      <w:r>
        <w:t>اور انسینٹو جان ہے ترقی کی۔</w:t>
      </w:r>
    </w:p>
    <w:p>
      <w:r>
        <w:rPr>
          <w:b/>
        </w:rPr>
        <w:t xml:space="preserve">[16:39] </w:t>
      </w:r>
      <w:r>
        <w:t>incentive taraqqi ki jaan hai ke mujhe karna hai, nahi karunga to mujhe nahi milega.</w:t>
      </w:r>
    </w:p>
    <w:p>
      <w:pPr>
        <w:jc w:val="right"/>
      </w:pPr>
      <w:r>
        <w:t>انسینٹو ترقی کی جان ہے کہ مجھے کرنا ہے، نہیں کروں گا تو مجھے نہیں ملے گا۔</w:t>
      </w:r>
    </w:p>
    <w:p>
      <w:r>
        <w:rPr>
          <w:b/>
        </w:rPr>
        <w:t xml:space="preserve">[16:45] </w:t>
      </w:r>
      <w:r>
        <w:t>to Allah taala ki kis ke liye yeh cheez nahi ke logon ko cheezen free milti rahen.</w:t>
      </w:r>
    </w:p>
    <w:p>
      <w:pPr>
        <w:jc w:val="right"/>
      </w:pPr>
      <w:r>
        <w:t>تو اللہ تعالیٰ کی کس کے لیے یہ چیز نہیں کہ لوگوں کو چیزیں فری ملتی رہیں۔</w:t>
      </w:r>
    </w:p>
    <w:p>
      <w:r>
        <w:rPr>
          <w:b/>
        </w:rPr>
        <w:t xml:space="preserve">[16:51] </w:t>
      </w:r>
      <w:r>
        <w:t>doulat bhi free mein, political power free mein.</w:t>
      </w:r>
    </w:p>
    <w:p>
      <w:pPr>
        <w:jc w:val="right"/>
      </w:pPr>
      <w:r>
        <w:t>دولت بھی فری میں، پولیٹیکل پاور فری میں۔</w:t>
      </w:r>
    </w:p>
    <w:p>
      <w:r>
        <w:rPr>
          <w:b/>
        </w:rPr>
        <w:t xml:space="preserve">[16:57] </w:t>
      </w:r>
      <w:r>
        <w:t>to badalta hai, Allah taala badalta hai.</w:t>
      </w:r>
    </w:p>
    <w:p>
      <w:pPr>
        <w:jc w:val="right"/>
      </w:pPr>
      <w:r>
        <w:t>تو بدلتا ہے، اللہ تعالیٰ بدلتا ہے۔</w:t>
      </w:r>
    </w:p>
    <w:p>
      <w:r>
        <w:rPr>
          <w:b/>
        </w:rPr>
        <w:t xml:space="preserve">[17:03] </w:t>
      </w:r>
      <w:r>
        <w:t>wa tilka ayyamun wa nadaru binan nas.</w:t>
      </w:r>
    </w:p>
    <w:p>
      <w:pPr>
        <w:jc w:val="right"/>
      </w:pPr>
      <w:r>
        <w:t>وَتِلْكُلْ أَيَّامٌ وَنَدَارُوا بَنَي الْنَّاسِ۔</w:t>
      </w:r>
    </w:p>
    <w:p>
      <w:r>
        <w:rPr>
          <w:b/>
        </w:rPr>
        <w:t xml:space="preserve">[17:09] </w:t>
      </w:r>
      <w:r>
        <w:t>taake incentive baqi rahe, motivation baqi rahe, challenge baqi rahe, insan stagnation se bacha rahe.</w:t>
      </w:r>
    </w:p>
    <w:p>
      <w:pPr>
        <w:jc w:val="right"/>
      </w:pPr>
      <w:r>
        <w:t>تاکہ انسینٹو باقی رہے، موٹیویشن باقی رہے، چیلنج باقی رہے، انسان اسٹیگنیشن سے بچا رہے۔</w:t>
      </w:r>
    </w:p>
    <w:p>
      <w:r>
        <w:rPr>
          <w:b/>
        </w:rPr>
        <w:t xml:space="preserve">[17:15] </w:t>
      </w:r>
      <w:r>
        <w:t>ab jo is ko na jaane to kahega: dekho, yeh kitna galat hai</w:t>
      </w:r>
    </w:p>
    <w:p>
      <w:pPr>
        <w:jc w:val="right"/>
      </w:pPr>
      <w:r>
        <w:t>اب جو اس کو نہ جانے تو کہے گا: دیکھو، یہ کتنا غلط ہے</w:t>
      </w:r>
    </w:p>
    <w:p>
      <w:r>
        <w:rPr>
          <w:b/>
        </w:rPr>
        <w:t xml:space="preserve">[17:21] </w:t>
      </w:r>
      <w:r>
        <w:t>ke mughal ke, mughalon ke jab iqtadar chhin gaya mughalon se to un ki nasal jo thi woh shikayat karti rahi ke kitne kharab hain yeh British. aise hamesha hota hai ke jis se chhin ta hai to woh shikayat karta hai. halanke woh chhin na jo hai, is liye hai ke un ke andar incentive jagaya jaye, un ko challenge ka samna karna pade. to jo</w:t>
      </w:r>
    </w:p>
    <w:p>
      <w:pPr>
        <w:jc w:val="right"/>
      </w:pPr>
      <w:r>
        <w:t>کہ مغل کے، مغلوں کے جب اقتدار چھن گیا مغلوں سے تو ان کی نسل جو تھی وہ شکایت کرتی رہی کہ کتنے خراب ہیں یہ برٹش۔ ایسے ہمیشہ ہوتا ہے کہ جس سے چھنتا ہے تو وہ شکایت کرتا ہے۔ حالانکہ وہ چھننا جو ہے، اس لیے ہے کہ ان کے اندر انسینٹو جگایا جائے، ان کو چیلنج کا سامنا کرنا پڑے۔ تو جو</w:t>
      </w:r>
    </w:p>
    <w:p>
      <w:r>
        <w:rPr>
          <w:b/>
        </w:rPr>
        <w:t xml:space="preserve">[17:51] </w:t>
      </w:r>
      <w:r>
        <w:t>log is ko jaanein to woh nafs mutmain ban jayenge.</w:t>
      </w:r>
    </w:p>
    <w:p>
      <w:pPr>
        <w:jc w:val="right"/>
      </w:pPr>
      <w:r>
        <w:t>لوگ اس کو جانیں تو وہ نفس مطمئن بن جائیں گے۔</w:t>
      </w:r>
    </w:p>
    <w:p>
      <w:r>
        <w:rPr>
          <w:b/>
        </w:rPr>
        <w:t xml:space="preserve">[18:01] </w:t>
      </w:r>
      <w:r>
        <w:t>jo na jaanein, woh be itminani ki zindagi guzarenge, tension mein rahenge, shikayat karenge, protest karenge.</w:t>
      </w:r>
    </w:p>
    <w:p>
      <w:pPr>
        <w:jc w:val="right"/>
      </w:pPr>
      <w:r>
        <w:t>جو نہ جانیں، وہ بے اطمینانی کی زندگی گزاریں گے، ٹینشن میں رہیں گے، شکایت کریں گے، پروٹیسٹ کریں گے۔</w:t>
      </w:r>
    </w:p>
    <w:p>
      <w:r>
        <w:rPr>
          <w:b/>
        </w:rPr>
        <w:t xml:space="preserve">[18:11] </w:t>
      </w:r>
      <w:r>
        <w:t>yaani lafz badal kar main yeh kahunga ke jab naye khoon zindagi</w:t>
      </w:r>
    </w:p>
    <w:p>
      <w:pPr>
        <w:jc w:val="right"/>
      </w:pPr>
      <w:r>
        <w:t>یعنی لفظ بدل کر میں یہ کہوں گا کہ جب نئے خون زندگی</w:t>
      </w:r>
    </w:p>
    <w:p>
      <w:r>
        <w:rPr>
          <w:b/>
        </w:rPr>
        <w:t xml:space="preserve">[18:21] </w:t>
      </w:r>
      <w:r>
        <w:t>mein, zindagi ke karobar ko chalane ke liye hamesha naye khoon ki zaroorat hoti hai. purana khoon sirf rahe, naya khoon na aaye to taraqqi nahi hogi. jaise aap dekhiye, ek gadha hai, us mein pani bhara hua hai, kuch dinon ke baad us mein aap dekhen ke pollution, polluted water ban gaya, ban gaya woh. lekin jo behta hua chashma hai, behta hua darya hai, us ke pani</w:t>
      </w:r>
    </w:p>
    <w:p>
      <w:pPr>
        <w:jc w:val="right"/>
      </w:pPr>
      <w:r>
        <w:t>میں، زندگی کے کاروبار کو چلانے کے لیے ہمیشہ نئے خون کی ضرورت ہوتی ہے۔ پرانا خون صرف رہے، نیا خون نہ آئے تو ترقی نہیں ہوگی۔ جیسے آپ دیکھیے، ایک گڑھا ہے، اس میں پانی بھرا ہوا ہے، کچھ دنوں کے بعد اس میں آپ دیکھیں کہ پولیوشن، پولیوٹڈ واٹر بن گیا، بن گیا وہ۔ لیکن جو بہتا ہوا چشمہ ہے، بہتا ہوا دریا ہے، اس کے پانی</w:t>
      </w:r>
    </w:p>
    <w:p>
      <w:r>
        <w:rPr>
          <w:b/>
        </w:rPr>
        <w:t xml:space="preserve">[18:51] </w:t>
      </w:r>
      <w:r>
        <w:t>mein kabhi pollution nahi hota.</w:t>
      </w:r>
    </w:p>
    <w:p>
      <w:pPr>
        <w:jc w:val="right"/>
      </w:pPr>
      <w:r>
        <w:t>میں کبھی پولیوشن نہیں ہوتا۔</w:t>
      </w:r>
    </w:p>
    <w:p>
      <w:r>
        <w:rPr>
          <w:b/>
        </w:rPr>
        <w:t xml:space="preserve">[18:56] </w:t>
      </w:r>
      <w:r>
        <w:t>kyunke woh to beh raha hai hamesha.</w:t>
      </w:r>
    </w:p>
    <w:p>
      <w:pPr>
        <w:jc w:val="right"/>
      </w:pPr>
      <w:r>
        <w:t>کیونکہ وہ تو بہہ رہا ہے ہمیشہ۔</w:t>
      </w:r>
    </w:p>
    <w:p>
      <w:r>
        <w:rPr>
          <w:b/>
        </w:rPr>
        <w:t xml:space="preserve">[19:01] </w:t>
      </w:r>
      <w:r>
        <w:t>yaani purane pani ki jagah naya pani aata hai.</w:t>
      </w:r>
    </w:p>
    <w:p>
      <w:pPr>
        <w:jc w:val="right"/>
      </w:pPr>
      <w:r>
        <w:t>یعنی پرانے پانی کی جگہ نیا پانی آتا ہے۔</w:t>
      </w:r>
    </w:p>
    <w:p>
      <w:r>
        <w:rPr>
          <w:b/>
        </w:rPr>
        <w:t xml:space="preserve">[19:06] </w:t>
      </w:r>
      <w:r>
        <w:t>power se chashme chale aa rahe hain, woh hamesha purane ki jagah naya, purane ki jagah naya aata rehta hai.</w:t>
      </w:r>
    </w:p>
    <w:p>
      <w:pPr>
        <w:jc w:val="right"/>
      </w:pPr>
      <w:r>
        <w:t>پاور سے چشمے چلے آ رہے ہیں، وہ ہمیشہ پرانے کی جگہ نیا، پرانے کی جگہ نیا آتا رہتا ہے۔</w:t>
      </w:r>
    </w:p>
    <w:p>
      <w:r>
        <w:rPr>
          <w:b/>
        </w:rPr>
        <w:t xml:space="preserve">[19:11] </w:t>
      </w:r>
      <w:r>
        <w:t>to yeh Khuda ka creation plan hai.</w:t>
      </w:r>
    </w:p>
    <w:p>
      <w:pPr>
        <w:jc w:val="right"/>
      </w:pPr>
      <w:r>
        <w:t>تو یہ خدا کا کریشن پلان ہے۔</w:t>
      </w:r>
    </w:p>
    <w:p>
      <w:r>
        <w:rPr>
          <w:b/>
        </w:rPr>
        <w:t xml:space="preserve">[19:16] </w:t>
      </w:r>
      <w:r>
        <w:t>اب اس میں کسی کو، کسی کو کچھ کام بگڑ جائے، وہ کہے گا: unjust</w:t>
      </w:r>
    </w:p>
    <w:p>
      <w:pPr>
        <w:jc w:val="right"/>
      </w:pPr>
      <w:r>
        <w:t>اب اس میں کسی کو، کسی کو کچھ کام بگڑ جائے، وہ کہے گا: ان جسٹ</w:t>
      </w:r>
    </w:p>
    <w:p>
      <w:r>
        <w:rPr>
          <w:b/>
        </w:rPr>
        <w:t xml:space="preserve">[19:21] </w:t>
      </w:r>
      <w:r>
        <w:t>s hai.</w:t>
      </w:r>
    </w:p>
    <w:p>
      <w:pPr>
        <w:jc w:val="right"/>
      </w:pPr>
      <w:r>
        <w:t>س ہے۔</w:t>
      </w:r>
    </w:p>
    <w:p>
      <w:r>
        <w:rPr>
          <w:b/>
        </w:rPr>
        <w:t xml:space="preserve">[19:27] </w:t>
      </w:r>
      <w:r>
        <w:t>کسی کا کام نہ بنے تو کہے گا: injustice ہے۔</w:t>
      </w:r>
    </w:p>
    <w:p>
      <w:pPr>
        <w:jc w:val="right"/>
      </w:pPr>
      <w:r>
        <w:t>کسی کا کام نہ بنے تو کہے گا: ان جسٹس ہے۔</w:t>
      </w:r>
    </w:p>
    <w:p>
      <w:r>
        <w:rPr>
          <w:b/>
        </w:rPr>
        <w:t xml:space="preserve">[19:32] </w:t>
      </w:r>
      <w:r>
        <w:t>yeh fairer of explanation hai.</w:t>
      </w:r>
    </w:p>
    <w:p>
      <w:pPr>
        <w:jc w:val="right"/>
      </w:pPr>
      <w:r>
        <w:t>یہ فیئرئیر آف ایکسپلینیشن ہے۔</w:t>
      </w:r>
    </w:p>
    <w:p>
      <w:r>
        <w:rPr>
          <w:b/>
        </w:rPr>
        <w:t xml:space="preserve">[19:37] </w:t>
      </w:r>
      <w:r>
        <w:t>injustice nahi hai.</w:t>
      </w:r>
    </w:p>
    <w:p>
      <w:pPr>
        <w:jc w:val="right"/>
      </w:pPr>
      <w:r>
        <w:t>ان جسٹس نہیں ہے۔</w:t>
      </w:r>
    </w:p>
    <w:p>
      <w:r>
        <w:rPr>
          <w:b/>
        </w:rPr>
        <w:t xml:space="preserve">[19:42] </w:t>
      </w:r>
      <w:r>
        <w:t>تو جو، تو راضی ہونے کا مطلب کیا ہے؟ کہ آپ اتنا intellectually awakened ہوں، intellectually آپ اتنے</w:t>
      </w:r>
    </w:p>
    <w:p>
      <w:pPr>
        <w:jc w:val="right"/>
      </w:pPr>
      <w:r>
        <w:t>تو جو، تو راضی ہونے کا مطلب کیا ہے؟ کہ آپ اتنا انٹلیکچولی اویگنڈو ہوں، انٹلیکچولی آپ اتنے</w:t>
      </w:r>
    </w:p>
    <w:p>
      <w:r>
        <w:rPr>
          <w:b/>
        </w:rPr>
        <w:t xml:space="preserve">[19:47] </w:t>
      </w:r>
      <w:r>
        <w:t>o ugando hoon ke aap Allah ke</w:t>
      </w:r>
    </w:p>
    <w:p>
      <w:pPr>
        <w:jc w:val="right"/>
      </w:pPr>
      <w:r>
        <w:t>اویگنڈو ہوں کہ آپ اللہ کے</w:t>
      </w:r>
    </w:p>
    <w:p>
      <w:r>
        <w:rPr>
          <w:b/>
        </w:rPr>
        <w:t xml:space="preserve">[19:52] </w:t>
      </w:r>
      <w:r>
        <w:t>Allah ke jo management hai, us ko samajh saken. aisa kyun hua? waisa kyun hua? Allah history ko manage kar raha hai. Allah history ko manage kar raha hai. woh aap apne tadabbur ke zariye jaan saken. tab aap hain nafs mutmain. warna nafs mutmain nahi hai. aaj dekhiye, phir main soch raha tha ke</w:t>
      </w:r>
    </w:p>
    <w:p>
      <w:pPr>
        <w:jc w:val="right"/>
      </w:pPr>
      <w:r>
        <w:t>، اللہ کے جو مینجمنٹ ہے، اس کو سمجھ سکیں۔ ایسا کیوں ہوا؟ ویسا کیوں ہوا؟ اللہ ہسٹری کو مینج کر رہا ہے۔ اللہ ہسٹری کو مینج کر رہا ہے۔ وہ آپ اپنے تدبر کے ذریعے جان سکیں۔ تب آپ ہیں نفس مطمئن۔ ورنہ نفس مطمئن نہیں ہے۔ آج دیکھیے، پھر میں سوچ رہا تھا کہ</w:t>
      </w:r>
    </w:p>
    <w:p>
      <w:r>
        <w:rPr>
          <w:b/>
        </w:rPr>
        <w:t xml:space="preserve">[20:22] </w:t>
      </w:r>
      <w:r>
        <w:t>مصر میں 60 برس سے justice کے قائم کرنے کی تاریخ شروع ہوئی کہ مصر میں justice لایا</w:t>
      </w:r>
    </w:p>
    <w:p>
      <w:pPr>
        <w:jc w:val="right"/>
      </w:pPr>
      <w:r>
        <w:t>مصر میں 60 برس سے جسٹس کے قائم کرنے کی تاریخ شروع ہوئی کہ مصر میں جسٹس لایا</w:t>
      </w:r>
    </w:p>
    <w:p>
      <w:r>
        <w:rPr>
          <w:b/>
        </w:rPr>
        <w:t xml:space="preserve">[20:27] </w:t>
      </w:r>
      <w:r>
        <w:t>jaye, justice laya jaye.</w:t>
      </w:r>
    </w:p>
    <w:p>
      <w:pPr>
        <w:jc w:val="right"/>
      </w:pPr>
      <w:r>
        <w:t>جائے، جسٹس لایا جائے۔</w:t>
      </w:r>
    </w:p>
    <w:p>
      <w:r>
        <w:rPr>
          <w:b/>
        </w:rPr>
        <w:t xml:space="preserve">[20:31] </w:t>
      </w:r>
      <w:r>
        <w:t>wohan aik baqayda party bani hui hai, justice party.</w:t>
      </w:r>
    </w:p>
    <w:p>
      <w:pPr>
        <w:jc w:val="right"/>
      </w:pPr>
      <w:r>
        <w:t>وہاں ایک باقاعدہ پارٹی بنی ہوئی ہے، جسٹس پارٹی۔</w:t>
      </w:r>
    </w:p>
    <w:p>
      <w:r>
        <w:rPr>
          <w:b/>
        </w:rPr>
        <w:t xml:space="preserve">[20:35] </w:t>
      </w:r>
      <w:r>
        <w:t>yeh kya hai? aur natija yeh hai ke sare log jee rahe hain tension mein, nafs ghayb mutmain</w:t>
      </w:r>
    </w:p>
    <w:p>
      <w:pPr>
        <w:jc w:val="right"/>
      </w:pPr>
      <w:r>
        <w:t>یہ کیا ہے؟ اور نتیجہ یہ ہے کہ سارے لوگ جی رہے ہیں ٹینشن میں، نفس غیب مطمئن</w:t>
      </w:r>
    </w:p>
    <w:p>
      <w:r>
        <w:rPr>
          <w:b/>
        </w:rPr>
        <w:t xml:space="preserve">[20:40] </w:t>
      </w:r>
      <w:r>
        <w:t>bane hue hain.</w:t>
      </w:r>
    </w:p>
    <w:p>
      <w:pPr>
        <w:jc w:val="right"/>
      </w:pPr>
      <w:r>
        <w:t>بنے ہوئے ہیں۔</w:t>
      </w:r>
    </w:p>
    <w:p>
      <w:r>
        <w:rPr>
          <w:b/>
        </w:rPr>
        <w:t xml:space="preserve">[20:44] </w:t>
      </w:r>
      <w:r>
        <w:t>shikayat, protest, kahin ladte hain, kahin kuch karte hain.</w:t>
      </w:r>
    </w:p>
    <w:p>
      <w:pPr>
        <w:jc w:val="right"/>
      </w:pPr>
      <w:r>
        <w:t>شکایت، پروٹیسٹ، کہیں لڑتے ہیں، کہیں کچھ کرتے ہیں۔</w:t>
      </w:r>
    </w:p>
    <w:p>
      <w:r>
        <w:rPr>
          <w:b/>
        </w:rPr>
        <w:t xml:space="preserve">[20:48] </w:t>
      </w:r>
      <w:r>
        <w:t>to yeh bhi kya hai?</w:t>
      </w:r>
    </w:p>
    <w:p>
      <w:pPr>
        <w:jc w:val="right"/>
      </w:pPr>
      <w:r>
        <w:t>تو یہ بھی کیا ہے؟</w:t>
      </w:r>
    </w:p>
    <w:p>
      <w:r>
        <w:rPr>
          <w:b/>
        </w:rPr>
        <w:t xml:space="preserve">[20:53] </w:t>
      </w:r>
      <w:r>
        <w:t>yeh Allah ke, ka jo creation plan hai, us se bekhabari kar di hai.</w:t>
      </w:r>
    </w:p>
    <w:p>
      <w:pPr>
        <w:jc w:val="right"/>
      </w:pPr>
      <w:r>
        <w:t>یہ اللہ کے، کا جو کریشن پلان ہے، اس سے بے خبری کر دی ہے۔</w:t>
      </w:r>
    </w:p>
    <w:p>
      <w:r>
        <w:rPr>
          <w:b/>
        </w:rPr>
        <w:t xml:space="preserve">[20:59] </w:t>
      </w:r>
      <w:r>
        <w:t>dekhiye, Allah taala ki yeh manzoori nahi hai ke dunya mein ideal justice qaim ho jaye.</w:t>
      </w:r>
    </w:p>
    <w:p>
      <w:pPr>
        <w:jc w:val="right"/>
      </w:pPr>
      <w:r>
        <w:t>دیکھیے، اللہ تعالیٰ کی یہ منظوری نہیں ہے کہ دنیا میں آئیڈیل جسٹس قائم ہو جائے۔</w:t>
      </w:r>
    </w:p>
    <w:p>
      <w:r>
        <w:rPr>
          <w:b/>
        </w:rPr>
        <w:t xml:space="preserve">[21:05] </w:t>
      </w:r>
      <w:r>
        <w:t>کیونکہ آئیڈیل جسٹس جہاں قائم ہوگا، وہاں stagnation آ جائے گا۔ intellectual stagnation۔</w:t>
      </w:r>
    </w:p>
    <w:p>
      <w:pPr>
        <w:jc w:val="right"/>
      </w:pPr>
      <w:r>
        <w:t>کیونکہ آئیڈیل جسٹس جہاں قائم ہوگا، وہاں اسٹیگنیشن آ جائے گا۔ انٹلیکچول اسٹیگنیشن۔</w:t>
      </w:r>
    </w:p>
    <w:p>
      <w:r>
        <w:rPr>
          <w:b/>
        </w:rPr>
        <w:t xml:space="preserve">[21:11] </w:t>
      </w:r>
      <w:r>
        <w:t>utar putar nahi rahega, wahan challenge nahi rahega.</w:t>
      </w:r>
    </w:p>
    <w:p>
      <w:pPr>
        <w:jc w:val="right"/>
      </w:pPr>
      <w:r>
        <w:t>اتر پتر نہیں رہے گا، وہاں چیلنج نہیں رہے گا۔</w:t>
      </w:r>
    </w:p>
    <w:p>
      <w:r>
        <w:rPr>
          <w:b/>
        </w:rPr>
        <w:t xml:space="preserve">[21:17] </w:t>
      </w:r>
      <w:r>
        <w:t>to stagnation, Allah taala ki manzoori nahi ke stagnation rahe.</w:t>
      </w:r>
    </w:p>
    <w:p>
      <w:pPr>
        <w:jc w:val="right"/>
      </w:pPr>
      <w:r>
        <w:t>تو اسٹیگنیشن، اللہ تعالیٰ کی منظوری نہیں کہ اسٹیگنیشن رہے۔</w:t>
      </w:r>
    </w:p>
    <w:p>
      <w:r>
        <w:rPr>
          <w:b/>
        </w:rPr>
        <w:t xml:space="preserve">[21:23] </w:t>
      </w:r>
      <w:r>
        <w:t>to chunke insaan ko azadi mili hui hai, is bina par us ko azadi to kabhi khatm nahi ki jati. to azadi ko maintain karte hue Khuda insaan ki history ko manage kar raha hai. azadi ko maintain karte hue Khuda insani history ko manage kar raha hai. isi se kuch aisi baaten hoti hain jo kisi ko shakhsi taur par, jise nuqsan ho jaye,</w:t>
      </w:r>
    </w:p>
    <w:p>
      <w:pPr>
        <w:jc w:val="right"/>
      </w:pPr>
      <w:r>
        <w:t>تو چونکہ انسان کو آزادی ملی ہوئی ہے، اس بنا پر اس کو آزادی تو کبھی ختم نہیں کی جاتی۔ تو آزادی کو مینٹین کرتے ہوئے خدا انسان کی ہسٹری کو مینج کر رہا ہے۔ آزادی کو مینٹین کرتے ہوئے خدا انسانی ہسٹری کو مینج کر رہا ہے۔ اسی سے کچھ ایسی باتیں ہوتی ہیں جو کسی کو شخصی طور پر، جسے نقصان ہو جائے،</w:t>
      </w:r>
    </w:p>
    <w:p>
      <w:r>
        <w:rPr>
          <w:b/>
        </w:rPr>
        <w:t xml:space="preserve">[21:53] </w:t>
      </w:r>
      <w:r>
        <w:t>shakhsi taur par woh bura lage, shakhsi taur par us ko takleef ho jaye, us ko kahin ke</w:t>
      </w:r>
    </w:p>
    <w:p>
      <w:pPr>
        <w:jc w:val="right"/>
      </w:pPr>
      <w:r>
        <w:t>شخصی طور پر وہ برا لگے، شخصی طور پر اس کو تکلیف ہو جائے، اس کو کہیں کہ</w:t>
      </w:r>
    </w:p>
    <w:p>
      <w:r>
        <w:rPr>
          <w:b/>
        </w:rPr>
        <w:t xml:space="preserve">[21:58] </w:t>
      </w:r>
      <w:r>
        <w:t>یہ پرابلم ہے، evil ہے، injustice ہے۔</w:t>
      </w:r>
    </w:p>
    <w:p>
      <w:pPr>
        <w:jc w:val="right"/>
      </w:pPr>
      <w:r>
        <w:t>یہ پرابلم ہے، ایول ہے، ان جسٹس ہے۔</w:t>
      </w:r>
    </w:p>
    <w:p>
      <w:r>
        <w:rPr>
          <w:b/>
        </w:rPr>
        <w:t xml:space="preserve">[22:03] </w:t>
      </w:r>
      <w:r>
        <w:t>aisa kuch bhi nahi hai.</w:t>
      </w:r>
    </w:p>
    <w:p>
      <w:pPr>
        <w:jc w:val="right"/>
      </w:pPr>
      <w:r>
        <w:t>ایسا کچھ بھی نہیں ہے۔</w:t>
      </w:r>
    </w:p>
    <w:p>
      <w:r>
        <w:rPr>
          <w:b/>
        </w:rPr>
        <w:t xml:space="preserve">[22:09] </w:t>
      </w:r>
      <w:r>
        <w:t>woh Allah taala ke nizam ke, yani ke nateejay mein ho raha hai.</w:t>
      </w:r>
    </w:p>
    <w:p>
      <w:pPr>
        <w:jc w:val="right"/>
      </w:pPr>
      <w:r>
        <w:t>وہ اللہ تعالیٰ کے نظام کے، یعنی کے نتیجے میں ہو رہا ہے۔</w:t>
      </w:r>
    </w:p>
    <w:p>
      <w:r>
        <w:rPr>
          <w:b/>
        </w:rPr>
        <w:t xml:space="preserve">[22:14] </w:t>
      </w:r>
      <w:r>
        <w:t>woh na ho to woh intezam na chale, Allah taala ka.</w:t>
      </w:r>
    </w:p>
    <w:p>
      <w:pPr>
        <w:jc w:val="right"/>
      </w:pPr>
      <w:r>
        <w:t>وہ نہ ہو تو وہ انتظام نہ چلے، اللہ تعالیٰ کا۔</w:t>
      </w:r>
    </w:p>
    <w:p>
      <w:r>
        <w:rPr>
          <w:b/>
        </w:rPr>
        <w:t xml:space="preserve">[22:19] </w:t>
      </w:r>
      <w:r>
        <w:t>تو یہ سارے لوگ جو کوئی کہتا ہے problem of evil، کوئی کہتا ہے</w:t>
      </w:r>
    </w:p>
    <w:p>
      <w:pPr>
        <w:jc w:val="right"/>
      </w:pPr>
      <w:r>
        <w:t>تو یہ سارے لوگ جو کوئی کہتا ہے پرابلم آف ول، کوئی کہتا ہے</w:t>
      </w:r>
    </w:p>
    <w:p>
      <w:r>
        <w:rPr>
          <w:b/>
        </w:rPr>
        <w:t xml:space="preserve">[22:24] </w:t>
      </w:r>
      <w:r>
        <w:t>problem of injustice, koi kehta hai violation of rights, violation of human rights, jitne alfaaz hain, sab,</w:t>
      </w:r>
    </w:p>
    <w:p>
      <w:pPr>
        <w:jc w:val="right"/>
      </w:pPr>
      <w:r>
        <w:t>پرابلم آف ان جسٹس، کوئی کہتا ہے وائلیشن آف رائٹس، وائلیشن آف ہیومن رائٹس، جتنے الفاظ ہیں، سب،</w:t>
      </w:r>
    </w:p>
    <w:p>
      <w:r>
        <w:rPr>
          <w:b/>
        </w:rPr>
        <w:t xml:space="preserve">[22:31] </w:t>
      </w:r>
      <w:r>
        <w:t>sab isi liye hain ke log creation ke log creator ka jo naqsha hai, us ko samjhe baghair</w:t>
      </w:r>
    </w:p>
    <w:p>
      <w:pPr>
        <w:jc w:val="right"/>
      </w:pPr>
      <w:r>
        <w:t>سب اسی لیے ہیں کہ لوگ کریشن کہ لوگ کریٹر کا جو نقشہ ہے، اس کو سمجھے بغیر</w:t>
      </w:r>
    </w:p>
    <w:p>
      <w:r>
        <w:rPr>
          <w:b/>
        </w:rPr>
        <w:t xml:space="preserve">[22:39] </w:t>
      </w:r>
      <w:r>
        <w:t>cheezon ko explain karna chahte hain.</w:t>
      </w:r>
    </w:p>
    <w:p>
      <w:pPr>
        <w:jc w:val="right"/>
      </w:pPr>
      <w:r>
        <w:t>چیزوں کو ایکسپلین کرنا چاہتے ہیں۔</w:t>
      </w:r>
    </w:p>
    <w:p>
      <w:r>
        <w:rPr>
          <w:b/>
        </w:rPr>
        <w:t xml:space="preserve">[22:47] </w:t>
      </w:r>
      <w:r>
        <w:t>problem of evil, problem of injustice, is tarah ke jitne alfaaz</w:t>
      </w:r>
    </w:p>
    <w:p>
      <w:pPr>
        <w:jc w:val="right"/>
      </w:pPr>
      <w:r>
        <w:t>پرابلم آف ایول، پرابلم آف ان جسٹس، اس طرح کے جتنے الفاظ</w:t>
      </w:r>
    </w:p>
    <w:p>
      <w:r>
        <w:rPr>
          <w:b/>
        </w:rPr>
        <w:t xml:space="preserve">[22:54] </w:t>
      </w:r>
      <w:r>
        <w:t>hain, woh sab isi liye hain ke log nafs ghair mutmain bane hue hain, nafs mutmain nahi.</w:t>
      </w:r>
    </w:p>
    <w:p>
      <w:pPr>
        <w:jc w:val="right"/>
      </w:pPr>
      <w:r>
        <w:t>ہیں، وہ سب اسی لیے ہیں کہ لوگ نفس غیر مطمئن بنے ہوئے ہیں، نفس مطمئن نہیں۔</w:t>
      </w:r>
    </w:p>
    <w:p>
      <w:r>
        <w:rPr>
          <w:b/>
        </w:rPr>
        <w:t xml:space="preserve">[23:02] </w:t>
      </w:r>
      <w:r>
        <w:t>yani chounke unhon ne creator ke, creator ke, ki jo planning hai, us ke lehaz se mutala nahi</w:t>
      </w:r>
    </w:p>
    <w:p>
      <w:pPr>
        <w:jc w:val="right"/>
      </w:pPr>
      <w:r>
        <w:t>یعنی چونکہ انہوں نے کریٹر کے، کریٹر کے، کی جو پلاننگ ہے، اس کے لحاظ سے مطالعہ نہیں</w:t>
      </w:r>
    </w:p>
    <w:p>
      <w:r>
        <w:rPr>
          <w:b/>
        </w:rPr>
        <w:t xml:space="preserve">[23:09] </w:t>
      </w:r>
      <w:r>
        <w:t>kiya, us ke lehaz se cheezon ko samajhne ki koshish nahi ki.</w:t>
      </w:r>
    </w:p>
    <w:p>
      <w:pPr>
        <w:jc w:val="right"/>
      </w:pPr>
      <w:r>
        <w:t>کیا، اس کے لحاظ سے چیزوں کو سمجھنے کی کوشش نہیں کی۔</w:t>
      </w:r>
    </w:p>
    <w:p>
      <w:r>
        <w:rPr>
          <w:b/>
        </w:rPr>
        <w:t xml:space="preserve">[23:17] </w:t>
      </w:r>
      <w:r>
        <w:t>creator ka jo sk</w:t>
      </w:r>
    </w:p>
    <w:p>
      <w:pPr>
        <w:jc w:val="right"/>
      </w:pPr>
      <w:r>
        <w:t>کریٹر کا جو اسک</w:t>
      </w:r>
    </w:p>
    <w:p>
      <w:r>
        <w:rPr>
          <w:b/>
        </w:rPr>
        <w:t xml:space="preserve">[23:24] </w:t>
      </w:r>
      <w:r>
        <w:t>im of things hai, us ke mutabiq janne ki koshish nahi ki.</w:t>
      </w:r>
    </w:p>
    <w:p>
      <w:pPr>
        <w:jc w:val="right"/>
      </w:pPr>
      <w:r>
        <w:t>یم آف تھنگز ہے، اس کے مطابق جاننے کی کوشش نہیں کی۔</w:t>
      </w:r>
    </w:p>
    <w:p>
      <w:r>
        <w:rPr>
          <w:b/>
        </w:rPr>
        <w:t xml:space="preserve">[23:29] </w:t>
      </w:r>
      <w:r>
        <w:t>apne mind se unhon ne cheezon ko liya.</w:t>
      </w:r>
    </w:p>
    <w:p>
      <w:pPr>
        <w:jc w:val="right"/>
      </w:pPr>
      <w:r>
        <w:t>اپنے مائنڈ سے انہوں نے چیزوں کو لیا۔</w:t>
      </w:r>
    </w:p>
    <w:p>
      <w:r>
        <w:rPr>
          <w:b/>
        </w:rPr>
        <w:t xml:space="preserve">[23:34] </w:t>
      </w:r>
      <w:r>
        <w:t>unhon ne har cheez ko, history ko apne mind se liya.</w:t>
      </w:r>
    </w:p>
    <w:p>
      <w:pPr>
        <w:jc w:val="right"/>
      </w:pPr>
      <w:r>
        <w:t>انہوں نے ہر چیز کو، ہسٹری کو اپنے مائنڈ سے لیا۔</w:t>
      </w:r>
    </w:p>
    <w:p>
      <w:r>
        <w:rPr>
          <w:b/>
        </w:rPr>
        <w:t xml:space="preserve">[23:39] </w:t>
      </w:r>
      <w:r>
        <w:t>to kya hai? phir tension mein pad gaye, shikayat mein pad gaye, protest karne lage.</w:t>
      </w:r>
    </w:p>
    <w:p>
      <w:pPr>
        <w:jc w:val="right"/>
      </w:pPr>
      <w:r>
        <w:t>تو کیا ہے؟ پھر ٹینشن میں پڑ گئے، شکایت میں پڑ گئے، پروٹیسٹ کرنے لگے۔</w:t>
      </w:r>
    </w:p>
    <w:p>
      <w:r>
        <w:rPr>
          <w:b/>
        </w:rPr>
        <w:t xml:space="preserve">[23:44] </w:t>
      </w:r>
      <w:r>
        <w:t>yani nafs ghair mutma'in ban gaye.</w:t>
      </w:r>
    </w:p>
    <w:p>
      <w:pPr>
        <w:jc w:val="right"/>
      </w:pPr>
      <w:r>
        <w:t>یعنی نفس غیر مطمئن بن گئے۔</w:t>
      </w:r>
    </w:p>
    <w:p>
      <w:r>
        <w:rPr>
          <w:b/>
        </w:rPr>
        <w:t xml:space="preserve">[23:49] </w:t>
      </w:r>
      <w:r>
        <w:t>to mein samajhta hoon ke nafs mutma'in jo hai, woh spiritual development ka sab se ooncha</w:t>
      </w:r>
    </w:p>
    <w:p>
      <w:pPr>
        <w:jc w:val="right"/>
      </w:pPr>
      <w:r>
        <w:t>تو میں سمجھتا ہوں کہ نفس مطمئن جو ہے، وہ اسپیریچول ڈیولپمنٹ کا سب سے اونچا</w:t>
      </w:r>
    </w:p>
    <w:p>
      <w:r>
        <w:rPr>
          <w:b/>
        </w:rPr>
        <w:t xml:space="preserve">[23:54] </w:t>
      </w:r>
      <w:r>
        <w:t>darja hai.</w:t>
      </w:r>
    </w:p>
    <w:p>
      <w:pPr>
        <w:jc w:val="right"/>
      </w:pPr>
      <w:r>
        <w:t>درجہ ہے۔</w:t>
      </w:r>
    </w:p>
    <w:p>
      <w:r>
        <w:rPr>
          <w:b/>
        </w:rPr>
        <w:t xml:space="preserve">[23:59] </w:t>
      </w:r>
      <w:r>
        <w:t>spiritual development ka sab se ooncha darja hai.</w:t>
      </w:r>
    </w:p>
    <w:p>
      <w:pPr>
        <w:jc w:val="right"/>
      </w:pPr>
      <w:r>
        <w:t>اسپیریچول ڈیولپمنٹ کا سب سے اونچا درجہ ہے۔</w:t>
      </w:r>
    </w:p>
    <w:p>
      <w:r>
        <w:rPr>
          <w:b/>
        </w:rPr>
        <w:t xml:space="preserve">[24:04] </w:t>
      </w:r>
      <w:r>
        <w:t>ke aadmi creator ke naqsha-e-takhleeq ko jaan le.</w:t>
      </w:r>
    </w:p>
    <w:p>
      <w:pPr>
        <w:jc w:val="right"/>
      </w:pPr>
      <w:r>
        <w:t>کہ آدمی کریٹر کے نقشہ تخلیق کو جان لے۔</w:t>
      </w:r>
    </w:p>
    <w:p>
      <w:r>
        <w:rPr>
          <w:b/>
        </w:rPr>
        <w:t xml:space="preserve">[24:09] </w:t>
      </w:r>
      <w:r>
        <w:t>aadmi creator ke jo scheme of things hai, creator ke jo scheme of things hai, is ko samajh le.</w:t>
      </w:r>
    </w:p>
    <w:p>
      <w:pPr>
        <w:jc w:val="right"/>
      </w:pPr>
      <w:r>
        <w:t>آدمی کریٹر کے جو اسکیم آف تھنگز ہے، کریٹر کے جو اسکیم آف تھنگز ہے، اس کو سمجھ لے۔</w:t>
      </w:r>
    </w:p>
    <w:p>
      <w:r>
        <w:rPr>
          <w:b/>
        </w:rPr>
        <w:t xml:space="preserve">[24:14] </w:t>
      </w:r>
      <w:r>
        <w:t>creator kis tarah manage kar raha hai history ko, is ko samajh le.</w:t>
      </w:r>
    </w:p>
    <w:p>
      <w:pPr>
        <w:jc w:val="right"/>
      </w:pPr>
      <w:r>
        <w:t>کریٹر کس طرح مینج کر رہا ہے ہسٹری کو، اس کو سمجھ لے۔</w:t>
      </w:r>
    </w:p>
    <w:p>
      <w:r>
        <w:rPr>
          <w:b/>
        </w:rPr>
        <w:t xml:space="preserve">[24:19] </w:t>
      </w:r>
      <w:r>
        <w:t>ek lafz mein mein kahoon ga ke creator jo hai, jis tarah se woh</w:t>
      </w:r>
    </w:p>
    <w:p>
      <w:pPr>
        <w:jc w:val="right"/>
      </w:pPr>
      <w:r>
        <w:t>ایک لفظ میں میں کہوں گا کہ کریٹر جو ہے، جس طرح سے وہ</w:t>
      </w:r>
    </w:p>
    <w:p>
      <w:r>
        <w:rPr>
          <w:b/>
        </w:rPr>
        <w:t xml:space="preserve">[24:24] </w:t>
      </w:r>
      <w:r>
        <w:t>galaxy ko manage kar raha hai, solar system ko kar raha hai, aise hi human history ko bhi</w:t>
      </w:r>
    </w:p>
    <w:p>
      <w:pPr>
        <w:jc w:val="right"/>
      </w:pPr>
      <w:r>
        <w:t>گلیکسی کو مینج کر رہا ہے، سولر سسٹم کو کر رہا ہے، ایسے ہی ہیومن ہسٹری کو بھی</w:t>
      </w:r>
    </w:p>
    <w:p>
      <w:r>
        <w:rPr>
          <w:b/>
        </w:rPr>
        <w:t xml:space="preserve">[24:29] </w:t>
      </w:r>
      <w:r>
        <w:t>kar raha hai woh.</w:t>
      </w:r>
    </w:p>
    <w:p>
      <w:pPr>
        <w:jc w:val="right"/>
      </w:pPr>
      <w:r>
        <w:t>کر رہا ہے وہ۔</w:t>
      </w:r>
    </w:p>
    <w:p>
      <w:r>
        <w:rPr>
          <w:b/>
        </w:rPr>
        <w:t xml:space="preserve">[24:34] </w:t>
      </w:r>
      <w:r>
        <w:t>yeh poori universe ko, jo physical universe hai, physical, is ko creator manage kar raha hai.</w:t>
      </w:r>
    </w:p>
    <w:p>
      <w:pPr>
        <w:jc w:val="right"/>
      </w:pPr>
      <w:r>
        <w:t>یہ پوری یونیورس کو، جو فزیکل یونیورس ہے، فزیکل، اس کو کریٹر مینج کر رہا ہے۔</w:t>
      </w:r>
    </w:p>
    <w:p>
      <w:r>
        <w:rPr>
          <w:b/>
        </w:rPr>
        <w:t xml:space="preserve">[24:39] </w:t>
      </w:r>
      <w:r>
        <w:t>is tarah se creator insaan ki history ko bhi manage kar raha hai.</w:t>
      </w:r>
    </w:p>
    <w:p>
      <w:pPr>
        <w:jc w:val="right"/>
      </w:pPr>
      <w:r>
        <w:t>اس طرح سے کریٹر انسان کی ہسٹری کو بھی مینج کر رہا ہے۔</w:t>
      </w:r>
    </w:p>
    <w:p>
      <w:r>
        <w:rPr>
          <w:b/>
        </w:rPr>
        <w:t xml:space="preserve">[24:44] </w:t>
      </w:r>
      <w:r>
        <w:t>lekin ek farq hai.</w:t>
      </w:r>
    </w:p>
    <w:p>
      <w:pPr>
        <w:jc w:val="right"/>
      </w:pPr>
      <w:r>
        <w:t>لیکن ایک فرق ہے۔</w:t>
      </w:r>
    </w:p>
    <w:p>
      <w:r>
        <w:rPr>
          <w:b/>
        </w:rPr>
        <w:t xml:space="preserve">[24:49] </w:t>
      </w:r>
      <w:r>
        <w:t>woh yeh ke physical universe creator ke mukammal control mein</w:t>
      </w:r>
    </w:p>
    <w:p>
      <w:pPr>
        <w:jc w:val="right"/>
      </w:pPr>
      <w:r>
        <w:t>وہ یہ کہ فزیکل یونیورس کریٹر کے مکمل کنٹرول میں</w:t>
      </w:r>
    </w:p>
    <w:p>
      <w:r>
        <w:rPr>
          <w:b/>
        </w:rPr>
        <w:t xml:space="preserve">[24:54] </w:t>
      </w:r>
      <w:r>
        <w:t>hai.</w:t>
      </w:r>
    </w:p>
    <w:p>
      <w:pPr>
        <w:jc w:val="right"/>
      </w:pPr>
      <w:r>
        <w:t>ہے۔</w:t>
      </w:r>
    </w:p>
    <w:p>
      <w:r>
        <w:rPr>
          <w:b/>
        </w:rPr>
        <w:t xml:space="preserve">[24:59] </w:t>
      </w:r>
      <w:r>
        <w:t>physical universe jo hai, woh creator ke mukammal control mein hai.</w:t>
      </w:r>
    </w:p>
    <w:p>
      <w:pPr>
        <w:jc w:val="right"/>
      </w:pPr>
      <w:r>
        <w:t>فزیکل یونیورس جو ہے، وہ کریٹر کے مکمل کنٹرول میں ہے۔</w:t>
      </w:r>
    </w:p>
    <w:p>
      <w:r>
        <w:rPr>
          <w:b/>
        </w:rPr>
        <w:t xml:space="preserve">[25:03] </w:t>
      </w:r>
      <w:r>
        <w:t>is liye wahan bilkul precision hai, precision.</w:t>
      </w:r>
    </w:p>
    <w:p>
      <w:pPr>
        <w:jc w:val="right"/>
      </w:pPr>
      <w:r>
        <w:t>اس لیے وہاں بالکل پریزن ہے، پریزن۔</w:t>
      </w:r>
    </w:p>
    <w:p>
      <w:r>
        <w:rPr>
          <w:b/>
        </w:rPr>
        <w:t xml:space="preserve">[25:07] </w:t>
      </w:r>
      <w:r>
        <w:t>har cheez zero defect ke level pe chal rahi hai.</w:t>
      </w:r>
    </w:p>
    <w:p>
      <w:pPr>
        <w:jc w:val="right"/>
      </w:pPr>
      <w:r>
        <w:t>ہر چیز زیرو ڈیفیکٹ کے لیول پہ چل رہی ہے۔</w:t>
      </w:r>
    </w:p>
    <w:p>
      <w:r>
        <w:rPr>
          <w:b/>
        </w:rPr>
        <w:t xml:space="preserve">[25:12] </w:t>
      </w:r>
      <w:r>
        <w:t>zara bhi koi farq nahin.</w:t>
      </w:r>
    </w:p>
    <w:p>
      <w:pPr>
        <w:jc w:val="right"/>
      </w:pPr>
      <w:r>
        <w:t>ذرا بھی کوئی فرق نہیں۔</w:t>
      </w:r>
    </w:p>
    <w:p>
      <w:r>
        <w:rPr>
          <w:b/>
        </w:rPr>
        <w:t xml:space="preserve">[25:16] </w:t>
      </w:r>
      <w:r>
        <w:t>isi quran mein kaha gaya: "al-tarrab al-futoor".</w:t>
      </w:r>
    </w:p>
    <w:p>
      <w:pPr>
        <w:jc w:val="right"/>
      </w:pPr>
      <w:r>
        <w:t>اسی قرآن میں کہا گیا: "التراب الفطور"۔</w:t>
      </w:r>
    </w:p>
    <w:p>
      <w:r>
        <w:rPr>
          <w:b/>
        </w:rPr>
        <w:t xml:space="preserve">[25:20] </w:t>
      </w:r>
      <w:r>
        <w:t>"al-tarrab al-futoor" ke poori universe mein jahan pe aap study karen</w:t>
      </w:r>
    </w:p>
    <w:p>
      <w:pPr>
        <w:jc w:val="right"/>
      </w:pPr>
      <w:r>
        <w:t>"التراب الفطور" کہ پوری یونیورس میں جہاں پہ آپ اسٹڈی کریں</w:t>
      </w:r>
    </w:p>
    <w:p>
      <w:r>
        <w:rPr>
          <w:b/>
        </w:rPr>
        <w:t xml:space="preserve">[25:25] </w:t>
      </w:r>
      <w:r>
        <w:t>us mein precision hoga. zara bhi koi futoor nahi hoga, koi defect nahi hoga. yeh jo defect hai, woh insaan ki zindagi mein hai. kyun? freedom ki wajah se. chunke insaan ko Allah ne freedom diya hai, to freedom ko istemal karna bhi us ki apni marzi se hota hai. to main</w:t>
      </w:r>
    </w:p>
    <w:p>
      <w:pPr>
        <w:jc w:val="right"/>
      </w:pPr>
      <w:r>
        <w:t>، اس میں پریزن ہوگا۔ ذرا بھی کوئی فتور نہیں ہوگا، کوئی ڈیفیکٹ نہیں ہوگا۔ یہ جو ڈیفیکٹ ہے، وہ انسان کی زندگی میں ہے۔ کیوں؟ فریڈم کی وجہ سے۔ چونکہ انسان کو اللہ نے فریڈم دیا ہے، تو فریڈم کو استعمال کرنا بھی اس کی اپنی مرضی سے ہوتا ہے۔ تو میں</w:t>
      </w:r>
    </w:p>
    <w:p>
      <w:r>
        <w:rPr>
          <w:b/>
        </w:rPr>
        <w:t xml:space="preserve">[25:55] </w:t>
      </w:r>
      <w:r>
        <w:t>karoon ga apne hisab se, to aap ko theek nahin padega.</w:t>
      </w:r>
    </w:p>
    <w:p>
      <w:pPr>
        <w:jc w:val="right"/>
      </w:pPr>
      <w:r>
        <w:t>کروں گا اپنے حساب سے، تو آپ کو ٹھیک نہیں پڑے گا۔</w:t>
      </w:r>
    </w:p>
    <w:p>
      <w:r>
        <w:rPr>
          <w:b/>
        </w:rPr>
        <w:t xml:space="preserve">[25:59] </w:t>
      </w:r>
      <w:r>
        <w:t>aap karen ge apne hisab se, to mujhe theek nahin padega.</w:t>
      </w:r>
    </w:p>
    <w:p>
      <w:pPr>
        <w:jc w:val="right"/>
      </w:pPr>
      <w:r>
        <w:t>آپ کریں گے اپنے حساب سے، تو مجھے ٹھیک نہیں پڑے گا۔</w:t>
      </w:r>
    </w:p>
    <w:p>
      <w:r>
        <w:rPr>
          <w:b/>
        </w:rPr>
        <w:t xml:space="preserve">[26:03] </w:t>
      </w:r>
      <w:r>
        <w:t>to mein keh doon ga ke yeh injustice hai, yeh to evil hai, yeh to human rights</w:t>
      </w:r>
    </w:p>
    <w:p>
      <w:pPr>
        <w:jc w:val="right"/>
      </w:pPr>
      <w:r>
        <w:t>تو میں کہہ دوں گا کہ یہ ان جسٹس ہے، یہ تو ایول ہے، یہ تو ہیومن رائٹس</w:t>
      </w:r>
    </w:p>
    <w:p>
      <w:r>
        <w:rPr>
          <w:b/>
        </w:rPr>
        <w:t xml:space="preserve">[26:07] </w:t>
      </w:r>
      <w:r>
        <w:t>ka violation hai.</w:t>
      </w:r>
    </w:p>
    <w:p>
      <w:pPr>
        <w:jc w:val="right"/>
      </w:pPr>
      <w:r>
        <w:t>کا وائلیشن ہے۔</w:t>
      </w:r>
    </w:p>
    <w:p>
      <w:r>
        <w:rPr>
          <w:b/>
        </w:rPr>
        <w:t xml:space="preserve">[26:12] </w:t>
      </w:r>
      <w:r>
        <w:t>aisa nahi hai yeh.</w:t>
      </w:r>
    </w:p>
    <w:p>
      <w:pPr>
        <w:jc w:val="right"/>
      </w:pPr>
      <w:r>
        <w:t>ایسا نہیں ہے یہ۔</w:t>
      </w:r>
    </w:p>
    <w:p>
      <w:r>
        <w:rPr>
          <w:b/>
        </w:rPr>
        <w:t xml:space="preserve">[26:16] </w:t>
      </w:r>
      <w:r>
        <w:t>is maslehat ko samjhiye, jis maslehat ke tehat creator ne insaan ko azaadi di hai.</w:t>
      </w:r>
    </w:p>
    <w:p>
      <w:pPr>
        <w:jc w:val="right"/>
      </w:pPr>
      <w:r>
        <w:t>اس مصلحت کو سمجھئے، جس مصلحت کے تحت کریٹر نے انسان کو آزادی دی ہے۔</w:t>
      </w:r>
    </w:p>
    <w:p>
      <w:r>
        <w:rPr>
          <w:b/>
        </w:rPr>
        <w:t xml:space="preserve">[26:20] </w:t>
      </w:r>
      <w:r>
        <w:t>tab yeh baat samajh mein aayegi. achha,</w:t>
      </w:r>
    </w:p>
    <w:p>
      <w:pPr>
        <w:jc w:val="right"/>
      </w:pPr>
      <w:r>
        <w:t>تب یہ بات سمجھ میں آئے گی۔ اچھا،</w:t>
      </w:r>
    </w:p>
    <w:p>
      <w:r>
        <w:rPr>
          <w:b/>
        </w:rPr>
        <w:t xml:space="preserve">[26:25] </w:t>
      </w:r>
      <w:r>
        <w:t>azaadi kyun di hai? insaan ko azaadi kyun di hai? Allah taala ko chahiye aise insaan jo self</w:t>
      </w:r>
    </w:p>
    <w:p>
      <w:pPr>
        <w:jc w:val="right"/>
      </w:pPr>
      <w:r>
        <w:t>آزادی کیوں دی ہے؟ انسان کو آزادی کیوں دی ہے؟ اللہ تعالیٰ کو چاہیے ایسے انسان جو سیلف</w:t>
      </w:r>
    </w:p>
    <w:p>
      <w:r>
        <w:rPr>
          <w:b/>
        </w:rPr>
        <w:t xml:space="preserve">[26:31] </w:t>
      </w:r>
      <w:r>
        <w:t>discord truth ki satah par jiyen.</w:t>
      </w:r>
    </w:p>
    <w:p>
      <w:pPr>
        <w:jc w:val="right"/>
      </w:pPr>
      <w:r>
        <w:t>ڈسکورڈ ٹروتھ کی سطح پر جیئیں۔</w:t>
      </w:r>
    </w:p>
    <w:p>
      <w:r>
        <w:rPr>
          <w:b/>
        </w:rPr>
        <w:t xml:space="preserve">[26:37] </w:t>
      </w:r>
      <w:r>
        <w:t>self discord faith, self discord sachai, self discord sachai ki satah par jiyen.</w:t>
      </w:r>
    </w:p>
    <w:p>
      <w:pPr>
        <w:jc w:val="right"/>
      </w:pPr>
      <w:r>
        <w:t>سیلف ڈسکورڈ فیتھ، سیلف ڈسکورڈ سچائی، سیلف ڈسکورڈ سچائی کی سطح پر جیئیں۔</w:t>
      </w:r>
    </w:p>
    <w:p>
      <w:r>
        <w:rPr>
          <w:b/>
        </w:rPr>
        <w:t xml:space="preserve">[26:43] </w:t>
      </w:r>
      <w:r>
        <w:t>khud daryaft karen, khud apni aqal ko istemal karen.</w:t>
      </w:r>
    </w:p>
    <w:p>
      <w:pPr>
        <w:jc w:val="right"/>
      </w:pPr>
      <w:r>
        <w:t>خود دریافت کریں، خود اپنی عقل کو استعمال کریں۔</w:t>
      </w:r>
    </w:p>
    <w:p>
      <w:r>
        <w:rPr>
          <w:b/>
        </w:rPr>
        <w:t xml:space="preserve">[26:49] </w:t>
      </w:r>
      <w:r>
        <w:t>inhi logon ke liye jannat hai. jannat in</w:t>
      </w:r>
    </w:p>
    <w:p>
      <w:pPr>
        <w:jc w:val="right"/>
      </w:pPr>
      <w:r>
        <w:t>انہی لوگوں کے لیے جنت ہے۔ جنت ان</w:t>
      </w:r>
    </w:p>
    <w:p>
      <w:r>
        <w:rPr>
          <w:b/>
        </w:rPr>
        <w:t xml:space="preserve">[26:55] </w:t>
      </w:r>
      <w:r>
        <w:t>logon ke liye hai jo nafs mutmain ki halat mein akhirat mein pahunchen.</w:t>
      </w:r>
    </w:p>
    <w:p>
      <w:pPr>
        <w:jc w:val="right"/>
      </w:pPr>
      <w:r>
        <w:t>لوگوں کے لیے ہے جو نفس مطمئن کی حالت میں آخرت میں پہنچیں۔</w:t>
      </w:r>
    </w:p>
    <w:p>
      <w:r>
        <w:rPr>
          <w:b/>
        </w:rPr>
        <w:t xml:space="preserve">[27:01] </w:t>
      </w:r>
      <w:r>
        <w:t>to nafs mutmain kaun hai? nafs mutmain kaun hai? jinhon ne creator ke naqshe takhleeq ko discover kiya ho.</w:t>
      </w:r>
    </w:p>
    <w:p>
      <w:pPr>
        <w:jc w:val="right"/>
      </w:pPr>
      <w:r>
        <w:t>تو نفس مطمئن کون ہے؟ نفس مطمئن کون ہے؟ جنہوں نے کریٹر کے نقشہ تخلیق کو ڈسکور کیا ہو۔</w:t>
      </w:r>
    </w:p>
    <w:p>
      <w:r>
        <w:rPr>
          <w:b/>
        </w:rPr>
        <w:t xml:space="preserve">[27:07] </w:t>
      </w:r>
      <w:r>
        <w:t>aur discover khud karna padta hai, aap ko apni aqal ko istemal kar ke.</w:t>
      </w:r>
    </w:p>
    <w:p>
      <w:pPr>
        <w:jc w:val="right"/>
      </w:pPr>
      <w:r>
        <w:t>اور ڈسکور خود کرنا پڑتا ہے، آپ کو اپنی عقل کو استعمال کر کے۔</w:t>
      </w:r>
    </w:p>
    <w:p>
      <w:r>
        <w:rPr>
          <w:b/>
        </w:rPr>
        <w:t xml:space="preserve">[27:13] </w:t>
      </w:r>
      <w:r>
        <w:t>self discovery se aata hai nafs mutmain.</w:t>
      </w:r>
    </w:p>
    <w:p>
      <w:pPr>
        <w:jc w:val="right"/>
      </w:pPr>
      <w:r>
        <w:t>سیلف ڈسکوری سے آتا ہے نفس مطمئن۔</w:t>
      </w:r>
    </w:p>
    <w:p>
      <w:r>
        <w:rPr>
          <w:b/>
        </w:rPr>
        <w:t xml:space="preserve">[27:19] </w:t>
      </w:r>
      <w:r>
        <w:t>aur nafs mutmain jo hoga, us ki jannat hai.</w:t>
      </w:r>
    </w:p>
    <w:p>
      <w:pPr>
        <w:jc w:val="right"/>
      </w:pPr>
      <w:r>
        <w:t>اور نفس مطمئن جو ہوگا، اس کی جنت ہے۔</w:t>
      </w:r>
    </w:p>
    <w:p>
      <w:r>
        <w:rPr>
          <w:b/>
        </w:rPr>
        <w:t xml:space="preserve">[27:25] </w:t>
      </w:r>
      <w:r>
        <w:t>to chunke Allah ne chaha ke insaan ko azaadi di jaye, azaadi di, us ko aqal diya ke</w:t>
      </w:r>
    </w:p>
    <w:p>
      <w:pPr>
        <w:jc w:val="right"/>
      </w:pPr>
      <w:r>
        <w:t>تو چونکہ اللہ نے چاہا کہ انسان کو آزادی دی جائے، آزادی دی، اس کو عقل دیا کہ</w:t>
      </w:r>
    </w:p>
    <w:p>
      <w:r>
        <w:rPr>
          <w:b/>
        </w:rPr>
        <w:t xml:space="preserve">[27:33] </w:t>
      </w:r>
      <w:r>
        <w:t>wo self discord truth par khada ho, to is ki wajah se kuch oonch neech hoga.</w:t>
      </w:r>
    </w:p>
    <w:p>
      <w:pPr>
        <w:jc w:val="right"/>
      </w:pPr>
      <w:r>
        <w:t>وہ سیلف ڈسکورڈ ٹروتھ پر کھڑا ہو، تو اس کی وجہ سے کچھ اونچ نیچ ہوگا۔</w:t>
      </w:r>
    </w:p>
    <w:p>
      <w:r>
        <w:rPr>
          <w:b/>
        </w:rPr>
        <w:t xml:space="preserve">[27:40] </w:t>
      </w:r>
      <w:r>
        <w:t>kabhi mujhe, mere lehaz se nahi theek lagega, kabhi aap ke lehaz se theek nahi hoga.</w:t>
      </w:r>
    </w:p>
    <w:p>
      <w:pPr>
        <w:jc w:val="right"/>
      </w:pPr>
      <w:r>
        <w:t>کبھی مجھے، میرے لحاظ سے نہیں ٹھیک لگے گا، کبھی آپ کے لحاظ سے ٹھیک نہیں ہوگا۔</w:t>
      </w:r>
    </w:p>
    <w:p>
      <w:r>
        <w:rPr>
          <w:b/>
        </w:rPr>
        <w:t xml:space="preserve">[27:48] </w:t>
      </w:r>
      <w:r>
        <w:t>lekin jo greater jo maslehat hai, us ke lehaz se sab theek hai wo.</w:t>
      </w:r>
    </w:p>
    <w:p>
      <w:pPr>
        <w:jc w:val="right"/>
      </w:pPr>
      <w:r>
        <w:t>لیکن جو گریٹر جو مصلحت ہے، اس کے لحاظ سے سب ٹھیک ہے وہ۔</w:t>
      </w:r>
    </w:p>
    <w:p>
      <w:r>
        <w:rPr>
          <w:b/>
        </w:rPr>
        <w:t xml:space="preserve">[27:55] </w:t>
      </w:r>
      <w:r>
        <w:t>to yeh insaan ki apni samajhne ki ghalati hai ke wo kehta hai ke human rights ka violation.</w:t>
      </w:r>
    </w:p>
    <w:p>
      <w:pPr>
        <w:jc w:val="right"/>
      </w:pPr>
      <w:r>
        <w:t>تو یہ انسان کی اپنی سمجھنے کی غلطی ہے کہ وہ کہتا ہے کہ ہیومن رائٹس کا وائلیشن۔</w:t>
      </w:r>
    </w:p>
    <w:p>
      <w:r>
        <w:rPr>
          <w:b/>
        </w:rPr>
        <w:t xml:space="preserve">[28:01] </w:t>
      </w:r>
      <w:r>
        <w:t>dekhiye, jis ko kehte hain human rights ka violation, wo kya hai? wo yeh ke ek insaan competition</w:t>
      </w:r>
    </w:p>
    <w:p>
      <w:pPr>
        <w:jc w:val="right"/>
      </w:pPr>
      <w:r>
        <w:t>دیکھیے، جس کو کہتے ہیں ہیومن رائٹس کا وائلیشن، وہ کیا ہے؟ وہ یہ کہ ایک انسان کمپیٹیشن</w:t>
      </w:r>
    </w:p>
    <w:p>
      <w:r>
        <w:rPr>
          <w:b/>
        </w:rPr>
        <w:t xml:space="preserve">[28:07] </w:t>
      </w:r>
      <w:r>
        <w:t>mein kamzor pad gaya.</w:t>
      </w:r>
    </w:p>
    <w:p>
      <w:pPr>
        <w:jc w:val="right"/>
      </w:pPr>
      <w:r>
        <w:t>میں کمزور پڑ گیا۔</w:t>
      </w:r>
    </w:p>
    <w:p>
      <w:r>
        <w:rPr>
          <w:b/>
        </w:rPr>
        <w:t xml:space="preserve">[28:13] </w:t>
      </w:r>
      <w:r>
        <w:t>competition ke jo mahol tha, us mein wo kamzor pad gaya.</w:t>
      </w:r>
    </w:p>
    <w:p>
      <w:pPr>
        <w:jc w:val="right"/>
      </w:pPr>
      <w:r>
        <w:t>کمپیٹیشن کے جو ماحول تھا، اس میں وہ کمزور پڑ گیا۔</w:t>
      </w:r>
    </w:p>
    <w:p>
      <w:r>
        <w:rPr>
          <w:b/>
        </w:rPr>
        <w:t xml:space="preserve">[28:20] </w:t>
      </w:r>
      <w:r>
        <w:t>to kya hua? ke us ko</w:t>
      </w:r>
    </w:p>
    <w:p>
      <w:pPr>
        <w:jc w:val="right"/>
      </w:pPr>
      <w:r>
        <w:t>تو کیا ہوا؟ کہ اس کو</w:t>
      </w:r>
    </w:p>
    <w:p>
      <w:r>
        <w:rPr>
          <w:b/>
        </w:rPr>
        <w:t xml:space="preserve">[28:26] </w:t>
      </w:r>
      <w:r>
        <w:t>kahin laga ke mujhe, mujhe nahi mila jo maine chaha tha, wo nahi mila mujh ko.</w:t>
      </w:r>
    </w:p>
    <w:p>
      <w:pPr>
        <w:jc w:val="right"/>
      </w:pPr>
      <w:r>
        <w:t>کہیں لگا کہ مجھے، مجھے نہیں ملا جو میں نے چاہا تھا، وہ نہیں ملا مجھ کو۔</w:t>
      </w:r>
    </w:p>
    <w:p>
      <w:r>
        <w:rPr>
          <w:b/>
        </w:rPr>
        <w:t xml:space="preserve">[28:31] </w:t>
      </w:r>
      <w:r>
        <w:t>magar wo violation nahi hai, wo aap ke liye impetus hai.</w:t>
      </w:r>
    </w:p>
    <w:p>
      <w:pPr>
        <w:jc w:val="right"/>
      </w:pPr>
      <w:r>
        <w:t>مگر وہ وائلیشن نہیں ہے، وہ آپ کے لیے امپیٹس ہے۔</w:t>
      </w:r>
    </w:p>
    <w:p>
      <w:r>
        <w:rPr>
          <w:b/>
        </w:rPr>
        <w:t xml:space="preserve">[28:36] </w:t>
      </w:r>
      <w:r>
        <w:t>wo aap ke liye shock treatment hai.</w:t>
      </w:r>
    </w:p>
    <w:p>
      <w:pPr>
        <w:jc w:val="right"/>
      </w:pPr>
      <w:r>
        <w:t>وہ آپ کے لیے شاک ٹریٹمنٹ ہے۔</w:t>
      </w:r>
    </w:p>
    <w:p>
      <w:r>
        <w:rPr>
          <w:b/>
        </w:rPr>
        <w:t xml:space="preserve">[28:42] </w:t>
      </w:r>
      <w:r>
        <w:t>aap ke mind ki awakening ke liye hai.</w:t>
      </w:r>
    </w:p>
    <w:p>
      <w:pPr>
        <w:jc w:val="right"/>
      </w:pPr>
      <w:r>
        <w:t>آپ کے مائنڈ کی اویکننگ کے لیے ہے۔</w:t>
      </w:r>
    </w:p>
    <w:p>
      <w:r>
        <w:rPr>
          <w:b/>
        </w:rPr>
        <w:t xml:space="preserve">[28:47] </w:t>
      </w:r>
      <w:r>
        <w:t>aap ke potential ko jaagne ke liye hai. potential.</w:t>
      </w:r>
    </w:p>
    <w:p>
      <w:pPr>
        <w:jc w:val="right"/>
      </w:pPr>
      <w:r>
        <w:t>آپ کے پوٹینشل کو جاگنے کے لیے ہے۔ پوٹینشل۔</w:t>
      </w:r>
    </w:p>
    <w:p>
      <w:r>
        <w:rPr>
          <w:b/>
        </w:rPr>
        <w:t xml:space="preserve">[28:53] </w:t>
      </w:r>
      <w:r>
        <w:t>taake aap ka potential jo hai, woh jaage aur actual bane.</w:t>
      </w:r>
    </w:p>
    <w:p>
      <w:pPr>
        <w:jc w:val="right"/>
      </w:pPr>
      <w:r>
        <w:t>تاکہ آپ کا پوٹینشل جو ہے، وہ جاگے اور ایکچول بنے۔</w:t>
      </w:r>
    </w:p>
    <w:p>
      <w:r>
        <w:rPr>
          <w:b/>
        </w:rPr>
        <w:t xml:space="preserve">[28:58] </w:t>
      </w:r>
      <w:r>
        <w:t>To larger sense mein jo Allah taala ki wasee' tar maslehat hai, us ke lehaz se yahan na koi human rights ka violation hai, na koi injustice hai, na koi evil hai, kuch bhi nahi. Greater plan ke lehaz se sochen aap. Maslan dekhiye, India ko lijiye. India mein Raj</w:t>
      </w:r>
    </w:p>
    <w:p>
      <w:pPr>
        <w:jc w:val="right"/>
      </w:pPr>
      <w:r>
        <w:t>تو لارجر سینس میں جو اللہ تعالیٰ کی وسیع تر مصلحت ہے، اس کے لحاظ سے یہاں نہ کوئی ہیومن رائٹس کا وائلیشن ہے، نہ کوئی ان جسٹس ہے، نہ کوئی ایول ہے، کچھ بھی نہیں۔ گریٹر پلان کے لحاظ سے سوچیں آپ۔ مثلاً دیکھیے، انڈیا کو لیجیے۔ انڈیا میں راج</w:t>
      </w:r>
    </w:p>
    <w:p>
      <w:r>
        <w:rPr>
          <w:b/>
        </w:rPr>
        <w:t xml:space="preserve">[29:28] </w:t>
      </w:r>
      <w:r>
        <w:t>h log hukoomat karte the.</w:t>
      </w:r>
    </w:p>
    <w:p>
      <w:pPr>
        <w:jc w:val="right"/>
      </w:pPr>
      <w:r>
        <w:t>ہ لوگ حکومت کرتے تھے۔</w:t>
      </w:r>
    </w:p>
    <w:p>
      <w:r>
        <w:rPr>
          <w:b/>
        </w:rPr>
        <w:t xml:space="preserve">[29:31] </w:t>
      </w:r>
      <w:r>
        <w:t>phir muslim daur aaya.</w:t>
      </w:r>
    </w:p>
    <w:p>
      <w:pPr>
        <w:jc w:val="right"/>
      </w:pPr>
      <w:r>
        <w:t>پھر مسلم دور آیا۔</w:t>
      </w:r>
    </w:p>
    <w:p>
      <w:r>
        <w:rPr>
          <w:b/>
        </w:rPr>
        <w:t xml:space="preserve">[29:35] </w:t>
      </w:r>
      <w:r>
        <w:t>to is mein naik development ka daur aaya woh.</w:t>
      </w:r>
    </w:p>
    <w:p>
      <w:pPr>
        <w:jc w:val="right"/>
      </w:pPr>
      <w:r>
        <w:t>تو اس میں نیک ڈیویلپمنٹ کا دور آیا وہ۔</w:t>
      </w:r>
    </w:p>
    <w:p>
      <w:r>
        <w:rPr>
          <w:b/>
        </w:rPr>
        <w:t xml:space="preserve">[29:38] </w:t>
      </w:r>
      <w:r>
        <w:t>کیونکہ راجہ لوگ جو ہیں، وہ stagnation ان کا ہو چکا تھا۔</w:t>
      </w:r>
    </w:p>
    <w:p>
      <w:pPr>
        <w:jc w:val="right"/>
      </w:pPr>
      <w:r>
        <w:t>کیونکہ راجہ لوگ جو ہیں، وہ اسٹیگنیشن ان کا ہو چکا تھا۔</w:t>
      </w:r>
    </w:p>
    <w:p>
      <w:r>
        <w:rPr>
          <w:b/>
        </w:rPr>
        <w:t xml:space="preserve">[29:41] </w:t>
      </w:r>
      <w:r>
        <w:t>پھر مسلمانوں کی ریاستوں میں stagnation آیا۔</w:t>
      </w:r>
    </w:p>
    <w:p>
      <w:pPr>
        <w:jc w:val="right"/>
      </w:pPr>
      <w:r>
        <w:t>پھر مسلمانوں کی ریاستوں میں اسٹیگنیشن آیا۔</w:t>
      </w:r>
    </w:p>
    <w:p>
      <w:r>
        <w:rPr>
          <w:b/>
        </w:rPr>
        <w:t xml:space="preserve">[29:45] </w:t>
      </w:r>
      <w:r>
        <w:t>woh jis ko kehte hain saturation point aa gaya.</w:t>
      </w:r>
    </w:p>
    <w:p>
      <w:pPr>
        <w:jc w:val="right"/>
      </w:pPr>
      <w:r>
        <w:t>وہ جس کو کہتے ہیں سیچوریشن پوائنٹ آ گیا۔</w:t>
      </w:r>
    </w:p>
    <w:p>
      <w:r>
        <w:rPr>
          <w:b/>
        </w:rPr>
        <w:t xml:space="preserve">[29:48] </w:t>
      </w:r>
      <w:r>
        <w:t>to british aaye.</w:t>
      </w:r>
    </w:p>
    <w:p>
      <w:pPr>
        <w:jc w:val="right"/>
      </w:pPr>
      <w:r>
        <w:t>تو برٹش آئے۔</w:t>
      </w:r>
    </w:p>
    <w:p>
      <w:r>
        <w:rPr>
          <w:b/>
        </w:rPr>
        <w:t xml:space="preserve">[29:51] </w:t>
      </w:r>
      <w:r>
        <w:t>to unhon ne india ko aage badhaya.</w:t>
      </w:r>
    </w:p>
    <w:p>
      <w:pPr>
        <w:jc w:val="right"/>
      </w:pPr>
      <w:r>
        <w:t>تو انہوں نے انڈیا کو آگے بڑھایا۔</w:t>
      </w:r>
    </w:p>
    <w:p>
      <w:r>
        <w:rPr>
          <w:b/>
        </w:rPr>
        <w:t xml:space="preserve">[29:55] </w:t>
      </w:r>
      <w:r>
        <w:t>aise ek ke baad ek log aa rahe hain.</w:t>
      </w:r>
    </w:p>
    <w:p>
      <w:pPr>
        <w:jc w:val="right"/>
      </w:pPr>
      <w:r>
        <w:t>ایسے ایک کے بعد ایک لوگ آ رہے ہیں۔</w:t>
      </w:r>
    </w:p>
    <w:p>
      <w:r>
        <w:rPr>
          <w:b/>
        </w:rPr>
        <w:t xml:space="preserve">[29:58] </w:t>
      </w:r>
      <w:r>
        <w:t>Isi tareeqe se dekhiye, Crusades hui. Crusades mein Muslim hukumatain jeet gayeen. Aur Christians ko humiliated defeat hui. Lekin result kya nikla? Result yeh nikla ke thode dino ke baad history badal gayi. Musalman jo hain magloob ho gaye aur Christian ghalib aa gaye. Unhon ne</w:t>
      </w:r>
    </w:p>
    <w:p>
      <w:pPr>
        <w:jc w:val="right"/>
      </w:pPr>
      <w:r>
        <w:t>اسی طریقے سے دیکھیے، کروسیئرز ہوئی۔ کروسیئرز میں مسلم حکومتیں جیت گئیں۔ اور کرسچنز کو ہیملیٹڈ ڈیفیٹ ہوئی۔ لیکن رزلٹ کیا نکلا؟ رزلٹ یہ نکلا کہ تھوڑے دنوں کے بعد ہسٹری بدل گئی۔ مسلمان جو ہیں مغلوب ہو گئے اور کرسچن غالب آ گئے۔ انہوں نے</w:t>
      </w:r>
    </w:p>
    <w:p>
      <w:r>
        <w:rPr>
          <w:b/>
        </w:rPr>
        <w:t xml:space="preserve">[30:28] </w:t>
      </w:r>
      <w:r>
        <w:t>civilization banai.</w:t>
      </w:r>
    </w:p>
    <w:p>
      <w:pPr>
        <w:jc w:val="right"/>
      </w:pPr>
      <w:r>
        <w:t>سولائشن بنائی۔</w:t>
      </w:r>
    </w:p>
    <w:p>
      <w:r>
        <w:rPr>
          <w:b/>
        </w:rPr>
        <w:t xml:space="preserve">[30:34] </w:t>
      </w:r>
      <w:r>
        <w:t>musalmanon ne insaan ki tareekh ko jitni taraqqi di thi, us se hazar guna taraqqi di christian qomon ne.</w:t>
      </w:r>
    </w:p>
    <w:p>
      <w:pPr>
        <w:jc w:val="right"/>
      </w:pPr>
      <w:r>
        <w:t>مسلمانوں نے انسان کی تاریخ کو جتنی ترقی دی تھی، اس سے ہزار گنا ترقی دی کرسچن قوموں نے۔</w:t>
      </w:r>
    </w:p>
    <w:p>
      <w:r>
        <w:rPr>
          <w:b/>
        </w:rPr>
        <w:t xml:space="preserve">[30:39] </w:t>
      </w:r>
      <w:r>
        <w:t>to agar woh yeh jo is ko aap kahenge defeat, yeh defeat nahi thi.</w:t>
      </w:r>
    </w:p>
    <w:p>
      <w:pPr>
        <w:jc w:val="right"/>
      </w:pPr>
      <w:r>
        <w:t>تو اگر وہ یہ جو اس کو آپ کہیں گے ڈیفیٹ، یہ ڈیفیٹ نہیں تھی۔</w:t>
      </w:r>
    </w:p>
    <w:p>
      <w:r>
        <w:rPr>
          <w:b/>
        </w:rPr>
        <w:t xml:space="preserve">[30:44] </w:t>
      </w:r>
      <w:r>
        <w:t>yeh shock treatment hota hai.</w:t>
      </w:r>
    </w:p>
    <w:p>
      <w:pPr>
        <w:jc w:val="right"/>
      </w:pPr>
      <w:r>
        <w:t>یہ شاک ٹریٹمنٹ ہوتا ہے۔</w:t>
      </w:r>
    </w:p>
    <w:p>
      <w:r>
        <w:rPr>
          <w:b/>
        </w:rPr>
        <w:t xml:space="preserve">[30:50] </w:t>
      </w:r>
      <w:r>
        <w:t>yeh challenge hota hai.</w:t>
      </w:r>
    </w:p>
    <w:p>
      <w:pPr>
        <w:jc w:val="right"/>
      </w:pPr>
      <w:r>
        <w:t>یہ چیلنج ہوتا ہے۔</w:t>
      </w:r>
    </w:p>
    <w:p>
      <w:r>
        <w:rPr>
          <w:b/>
        </w:rPr>
        <w:t xml:space="preserve">[30:55] </w:t>
      </w:r>
      <w:r>
        <w:t>yeh logon ko jagana hota hai, jagana.</w:t>
      </w:r>
    </w:p>
    <w:p>
      <w:pPr>
        <w:jc w:val="right"/>
      </w:pPr>
      <w:r>
        <w:t>یہ لوگوں کو جگانا ہوتا ہے، جگانا۔</w:t>
      </w:r>
    </w:p>
    <w:p>
      <w:r>
        <w:rPr>
          <w:b/>
        </w:rPr>
        <w:t xml:space="preserve">[31:00] </w:t>
      </w:r>
      <w:r>
        <w:t>To is ke maani ke aap jab yeh daryaft kar len ke jis tareeqe se physical world ko Khuda truest way mein manage kar raha hai, isi tarah history ko bhi truest way mein manage kar raha hai. Jo Khuda physical world ko nihayat hi truest way mein manage kar raha hai. Zero defect ke level par manage kar raha hai. Aise hi insaan ki history ko bhi truest way mein manage kar raha hai. Lekin chunke insaan ko</w:t>
      </w:r>
    </w:p>
    <w:p>
      <w:pPr>
        <w:jc w:val="right"/>
      </w:pPr>
      <w:r>
        <w:t>تو اس کے معنی کہ آپ جب یہ دریافت کر لیں کہ جس طریقے سے فزیکل ورلڈ کو خدا ٹرسائی وے میں مینج کر رہا ہے، اسی طرح ہسٹری کو بھی ٹرسائی وے میں مینج کر رہا ہے۔ جو خدا فزیکل ورلڈ کو نہایت ہی ٹرسائی وے میں مینج کر رہا ہے۔ زیرو ڈیفیکٹ کے لیول پر مینج کر رہا ہے۔ ایسے ہی انسان کی ہسٹری کو بھی ٹرسائی وے میں مینج کر رہا ہے۔ لیکن چونکہ انسان کو</w:t>
      </w:r>
    </w:p>
    <w:p>
      <w:r>
        <w:rPr>
          <w:b/>
        </w:rPr>
        <w:t xml:space="preserve">[31:30] </w:t>
      </w:r>
      <w:r>
        <w:t>آزادی دی گئی ہے، آزادی کو maintain کرتے ہوئے management ہو رہا ہے، اسے آپ سمجھ نہیں پاتے۔</w:t>
      </w:r>
    </w:p>
    <w:p>
      <w:pPr>
        <w:jc w:val="right"/>
      </w:pPr>
      <w:r>
        <w:t>آزادی دی گئی ہے، آزادی کو مینٹین کرتے ہوئے مینجمنٹ ہو رہا ہے، اسے آپ سمجھ نہیں پاتے۔</w:t>
      </w:r>
    </w:p>
    <w:p>
      <w:r>
        <w:rPr>
          <w:b/>
        </w:rPr>
        <w:t xml:space="preserve">[31:36] </w:t>
      </w:r>
      <w:r>
        <w:t>physical world mein koi azaad nahi hai, ya bas problem wahan nahi hai.</w:t>
      </w:r>
    </w:p>
    <w:p>
      <w:pPr>
        <w:jc w:val="right"/>
      </w:pPr>
      <w:r>
        <w:t>فزیکل ورلڈ میں کوئی آزاد نہیں ہے، یا بس پرابلم وہاں نہیں ہے۔</w:t>
      </w:r>
    </w:p>
    <w:p>
      <w:r>
        <w:rPr>
          <w:b/>
        </w:rPr>
        <w:t xml:space="preserve">[31:42] </w:t>
      </w:r>
      <w:r>
        <w:t>wahan total control hai, total control hai.</w:t>
      </w:r>
    </w:p>
    <w:p>
      <w:pPr>
        <w:jc w:val="right"/>
      </w:pPr>
      <w:r>
        <w:t>وہاں ٹوٹل کنٹرول ہے، ٹوٹل کنٹرول ہے۔</w:t>
      </w:r>
    </w:p>
    <w:p>
      <w:r>
        <w:rPr>
          <w:b/>
        </w:rPr>
        <w:t xml:space="preserve">[31:48] </w:t>
      </w:r>
      <w:r>
        <w:t>yahan par insaan ko azaadi hai, to insaan kabhi aisa karta hai, kabhi waisa karta hai.</w:t>
      </w:r>
    </w:p>
    <w:p>
      <w:pPr>
        <w:jc w:val="right"/>
      </w:pPr>
      <w:r>
        <w:t>یہاں پر انسان کو آزادی ہے، تو انسان کبھی ایسا کرتا ہے، کبھی ویسا کرتا ہے۔</w:t>
      </w:r>
    </w:p>
    <w:p>
      <w:r>
        <w:rPr>
          <w:b/>
        </w:rPr>
        <w:t xml:space="preserve">[31:54] </w:t>
      </w:r>
      <w:r>
        <w:t>to insaan ki azaadi ko</w:t>
      </w:r>
    </w:p>
    <w:p>
      <w:pPr>
        <w:jc w:val="right"/>
      </w:pPr>
      <w:r>
        <w:t>تو انسان کی آزادی کو</w:t>
      </w:r>
    </w:p>
    <w:p>
      <w:r>
        <w:rPr>
          <w:b/>
        </w:rPr>
        <w:t xml:space="preserve">[32:00] </w:t>
      </w:r>
      <w:r>
        <w:t>maintain کرتے ہوئے creator انسان کی history کو manage کر رہا ہے۔</w:t>
      </w:r>
    </w:p>
    <w:p>
      <w:pPr>
        <w:jc w:val="right"/>
      </w:pPr>
      <w:r>
        <w:t>مینٹین کرتے ہوئے کریٹر انسان کی ہسٹری کو مینج کر رہا ہے۔</w:t>
      </w:r>
    </w:p>
    <w:p>
      <w:r>
        <w:rPr>
          <w:b/>
        </w:rPr>
        <w:t xml:space="preserve">[32:06] </w:t>
      </w:r>
      <w:r>
        <w:t>yeh hai asal raaz.</w:t>
      </w:r>
    </w:p>
    <w:p>
      <w:pPr>
        <w:jc w:val="right"/>
      </w:pPr>
      <w:r>
        <w:t>یہ ہے اصل راز۔</w:t>
      </w:r>
    </w:p>
    <w:p>
      <w:r>
        <w:rPr>
          <w:b/>
        </w:rPr>
        <w:t xml:space="preserve">[32:13] </w:t>
      </w:r>
      <w:r>
        <w:t>jo is raaz ko samjhe, wahi nafs mutmain hai.</w:t>
      </w:r>
    </w:p>
    <w:p>
      <w:pPr>
        <w:jc w:val="right"/>
      </w:pPr>
      <w:r>
        <w:t>جو اس راز کو سمجھے، وہی نفس مطمئن ہے۔</w:t>
      </w:r>
    </w:p>
    <w:p>
      <w:r>
        <w:rPr>
          <w:b/>
        </w:rPr>
        <w:t xml:space="preserve">[32:19] </w:t>
      </w:r>
      <w:r>
        <w:t>isi ke liye jannat hai. raziyatan mardiyatan.</w:t>
      </w:r>
    </w:p>
    <w:p>
      <w:pPr>
        <w:jc w:val="right"/>
      </w:pPr>
      <w:r>
        <w:t>اسی کے لیے جنت ہے۔ راضیۃ مرضیہ۔</w:t>
      </w:r>
    </w:p>
    <w:p>
      <w:r>
        <w:rPr>
          <w:b/>
        </w:rPr>
        <w:t xml:space="preserve">[32:25] </w:t>
      </w:r>
      <w:r>
        <w:t>yaani raazi ho kar, yaani woh, woh aisa, aisa insaan jab marta hai to woh raazi ho kar marta hai.</w:t>
      </w:r>
    </w:p>
    <w:p>
      <w:pPr>
        <w:jc w:val="right"/>
      </w:pPr>
      <w:r>
        <w:t>یعنی راضی ہو کر، یعنی وہ، وہ ایسا، ایسا انسان جب مرتا ہے تو وہ راضی ہو کر مرتا ہے۔</w:t>
      </w:r>
    </w:p>
    <w:p>
      <w:r>
        <w:rPr>
          <w:b/>
        </w:rPr>
        <w:t xml:space="preserve">[32:31] </w:t>
      </w:r>
      <w:r>
        <w:t>Farishtay, farishtay gawahi dete hain ke aye Allah, yeh insaan woh hai jo teri takhleeq par raazi tha, tere creation plan par raazi tha, teri scheme of things par raazi tha. Is ke andar jo wisdom hai, is wisdom ko us ne daryaft kar liya tha. Jis tarah scientist jo hai, physical world ki wisdom ko daryaft karta hai. To wahan mathematics kaam aa jati hai. Mathematics kaafi</w:t>
      </w:r>
    </w:p>
    <w:p>
      <w:pPr>
        <w:jc w:val="right"/>
      </w:pPr>
      <w:r>
        <w:t>فرشتے، فرشتے گواہی دیتے ہیں کہ اے اللہ، یہ انسان وہ ہے جو تیری تخلیق پر راضی تھا، تیرے کریشن پلان پر راضی تھا، تیری اسکیم آف تھنگز پر راضی تھا۔ اس کے اندر جو وزڈم ہے، اس وزڈم کو اس نے دریافت کر لیا تھا۔ جس طرح سائنٹسٹ جو ہے، فزیکل ورلڈ کی وزڈم کو دریافت کرتا ہے۔ تو وہاں میتھمیٹکس کام آ جاتی ہے۔ میتھمیٹکس کافی</w:t>
      </w:r>
    </w:p>
    <w:p>
      <w:r>
        <w:rPr>
          <w:b/>
        </w:rPr>
        <w:t xml:space="preserve">[33:01] </w:t>
      </w:r>
      <w:r>
        <w:t>hai. Scientist jo hai, physical world ki wisdom ko daryaft karta hai. Through mathematics. Insaan ki, insaan ki history ko, insaan ki zindagi ko aap mathematics se discover nahi kar sakte. Mathematics se aap explain nahi kar sakte. Koi unhon ne koshish ki to fail ho gaye. Jaise Karl Marx hai. Karl Mar</w:t>
      </w:r>
    </w:p>
    <w:p>
      <w:pPr>
        <w:jc w:val="right"/>
      </w:pPr>
      <w:r>
        <w:t>ہے۔ سائنٹسٹ جو ہے، فزیکل ورلڈ کی وزڈم کو دریافت کرتا ہے۔ تھرو میتھمیٹکس۔ انسان کی، انسان کی تاریخ کو، انسان کی زندگی کو آپ میتھمیٹکس سے ڈسکور نہیں کر سکتے۔ میتھمیٹکس سے آپ ایکسپلین نہیں کر سکتے۔ کوئی انہوں نے کوشش کی تو فیل ہو گئے۔ جیسے کارل مارکس ہے۔ کارل مار</w:t>
      </w:r>
    </w:p>
    <w:p>
      <w:r>
        <w:rPr>
          <w:b/>
        </w:rPr>
        <w:t xml:space="preserve">[33:31] </w:t>
      </w:r>
      <w:r>
        <w:t>kis ya darwin.</w:t>
      </w:r>
    </w:p>
    <w:p>
      <w:pPr>
        <w:jc w:val="right"/>
      </w:pPr>
      <w:r>
        <w:t>کس یا ڈارون۔</w:t>
      </w:r>
    </w:p>
    <w:p>
      <w:r>
        <w:rPr>
          <w:b/>
        </w:rPr>
        <w:t xml:space="preserve">[33:37] </w:t>
      </w:r>
      <w:r>
        <w:t>انہوں نے mathematical methods کو apply کیا انسان کے اوپر، وہ فیل ہو گئے۔</w:t>
      </w:r>
    </w:p>
    <w:p>
      <w:pPr>
        <w:jc w:val="right"/>
      </w:pPr>
      <w:r>
        <w:t>انہوں نے میتھمیٹیکل میتھڈز کو اپلائی کیا انسان کے اوپر، وہ فیل ہو گئے۔</w:t>
      </w:r>
    </w:p>
    <w:p>
      <w:r>
        <w:rPr>
          <w:b/>
        </w:rPr>
        <w:t xml:space="preserve">[33:44] </w:t>
      </w:r>
      <w:r>
        <w:t>mathematical method insan par apply nahi hoga.</w:t>
      </w:r>
    </w:p>
    <w:p>
      <w:pPr>
        <w:jc w:val="right"/>
      </w:pPr>
      <w:r>
        <w:t>میتھمیٹیکل میتھڈ انسان پر اپلائی نہیں ہوگا۔</w:t>
      </w:r>
    </w:p>
    <w:p>
      <w:r>
        <w:rPr>
          <w:b/>
        </w:rPr>
        <w:t xml:space="preserve">[33:50] </w:t>
      </w:r>
      <w:r>
        <w:t>yahan doosra method hai.</w:t>
      </w:r>
    </w:p>
    <w:p>
      <w:pPr>
        <w:jc w:val="right"/>
      </w:pPr>
      <w:r>
        <w:t>یہاں دوسرا میتھڈ ہے۔</w:t>
      </w:r>
    </w:p>
    <w:p>
      <w:r>
        <w:rPr>
          <w:b/>
        </w:rPr>
        <w:t xml:space="preserve">[33:57] </w:t>
      </w:r>
      <w:r>
        <w:t>کہ انسان کی آزادی کو maintain کرتے ہوئے ہسٹری کو manage کرنا، ایک، ایک، ایک سوچیں سمجھیں goal کی طرف۔</w:t>
      </w:r>
    </w:p>
    <w:p>
      <w:pPr>
        <w:jc w:val="right"/>
      </w:pPr>
      <w:r>
        <w:t>کہ انسان کی آزادی کو مینٹین کرتے ہوئے ہسٹری کو مینج کرنا، ایک، ایک، ایک سوچیں سمجھیں گول کی طرف۔</w:t>
      </w:r>
    </w:p>
    <w:p>
      <w:r>
        <w:rPr>
          <w:b/>
        </w:rPr>
        <w:t xml:space="preserve">[34:03] </w:t>
      </w:r>
      <w:r>
        <w:t>to koi mathematical method wahan apply nahi hoga.</w:t>
      </w:r>
    </w:p>
    <w:p>
      <w:pPr>
        <w:jc w:val="right"/>
      </w:pPr>
      <w:r>
        <w:t>تو کوئی میتھمیٹیکل میتھڈ وہاں اپلائی نہیں ہوگا۔</w:t>
      </w:r>
    </w:p>
    <w:p>
      <w:r>
        <w:rPr>
          <w:b/>
        </w:rPr>
        <w:t xml:space="preserve">[34:09] </w:t>
      </w:r>
      <w:r>
        <w:t>isi liye karl marx fail ho gaya, method darwin fail ho gaya.</w:t>
      </w:r>
    </w:p>
    <w:p>
      <w:pPr>
        <w:jc w:val="right"/>
      </w:pPr>
      <w:r>
        <w:t>اسی لیے کارل مارکس فیل ہو گیا، میتھڈ ڈارون فیل ہو گیا۔</w:t>
      </w:r>
    </w:p>
    <w:p>
      <w:r>
        <w:rPr>
          <w:b/>
        </w:rPr>
        <w:t xml:space="preserve">[34:15] </w:t>
      </w:r>
      <w:r>
        <w:t>to jo aadmi is criterion par poora utre, jo aadmi is, is shart ko poora kar sake ke</w:t>
      </w:r>
    </w:p>
    <w:p>
      <w:pPr>
        <w:jc w:val="right"/>
      </w:pPr>
      <w:r>
        <w:t>تو جو آدمی اس کرائٹیرین پر پورا اترے، جو آدمی اس، اس شرط کو پورا کر سکے کہ</w:t>
      </w:r>
    </w:p>
    <w:p>
      <w:r>
        <w:rPr>
          <w:b/>
        </w:rPr>
        <w:t xml:space="preserve">[34:21] </w:t>
      </w:r>
      <w:r>
        <w:t>wo wisdom ko daryaft kar le.</w:t>
      </w:r>
    </w:p>
    <w:p>
      <w:pPr>
        <w:jc w:val="right"/>
      </w:pPr>
      <w:r>
        <w:t>وہ وزڈم کو دریافت کر لے۔</w:t>
      </w:r>
    </w:p>
    <w:p>
      <w:r>
        <w:rPr>
          <w:b/>
        </w:rPr>
        <w:t xml:space="preserve">[34:27] </w:t>
      </w:r>
      <w:r>
        <w:t>yani wisdom ka matlab mein yeh kahunga ke kyun dunya</w:t>
      </w:r>
    </w:p>
    <w:p>
      <w:pPr>
        <w:jc w:val="right"/>
      </w:pPr>
      <w:r>
        <w:t>یعنی وزڈم کا مطلب میں یہ کہوں گا کہ کیوں دنیا</w:t>
      </w:r>
    </w:p>
    <w:p>
      <w:r>
        <w:rPr>
          <w:b/>
        </w:rPr>
        <w:t xml:space="preserve">[34:33] </w:t>
      </w:r>
      <w:r>
        <w:t>mein bazahir violation of human rights hai, kyun dunya mein bazahir injustice hai, kyun dunya mein, dunya</w:t>
      </w:r>
    </w:p>
    <w:p>
      <w:pPr>
        <w:jc w:val="right"/>
      </w:pPr>
      <w:r>
        <w:t>میں بظاہر وائلیشن آف ہیومن رائٹس ہے، کیوں دنیا میں بظاہر ان جسٹس ہے، کیوں دنیا میں، دنیا</w:t>
      </w:r>
    </w:p>
    <w:p>
      <w:r>
        <w:rPr>
          <w:b/>
        </w:rPr>
        <w:t xml:space="preserve">[34:38] </w:t>
      </w:r>
      <w:r>
        <w:t>mein bazahir evil hai.</w:t>
      </w:r>
    </w:p>
    <w:p>
      <w:pPr>
        <w:jc w:val="right"/>
      </w:pPr>
      <w:r>
        <w:t>میں بظاہر ایول ہے۔</w:t>
      </w:r>
    </w:p>
    <w:p>
      <w:r>
        <w:rPr>
          <w:b/>
        </w:rPr>
        <w:t xml:space="preserve">[34:42] </w:t>
      </w:r>
      <w:r>
        <w:t>is ko daryaft karein, is ki wisdom ko daryaft karein, is ke peeche ek wisdom hai, is ko</w:t>
      </w:r>
    </w:p>
    <w:p>
      <w:pPr>
        <w:jc w:val="right"/>
      </w:pPr>
      <w:r>
        <w:t>اس کو دریافت کریں، اس کی وزڈم کو دریافت کریں، اس کے پیچھے ایک وزڈم ہے، اس کو</w:t>
      </w:r>
    </w:p>
    <w:p>
      <w:r>
        <w:rPr>
          <w:b/>
        </w:rPr>
        <w:t xml:space="preserve">[34:46] </w:t>
      </w:r>
      <w:r>
        <w:t>daryaft kar lein.</w:t>
      </w:r>
    </w:p>
    <w:p>
      <w:pPr>
        <w:jc w:val="right"/>
      </w:pPr>
      <w:r>
        <w:t>دریافت کر لیں۔</w:t>
      </w:r>
    </w:p>
    <w:p>
      <w:r>
        <w:rPr>
          <w:b/>
        </w:rPr>
        <w:t xml:space="preserve">[34:50] </w:t>
      </w:r>
      <w:r>
        <w:t>yeh, yeh ek evil nahi hai yeh.</w:t>
      </w:r>
    </w:p>
    <w:p>
      <w:pPr>
        <w:jc w:val="right"/>
      </w:pPr>
      <w:r>
        <w:t>یہ، یہ ایک ایول نہیں ہے یہ۔</w:t>
      </w:r>
    </w:p>
    <w:p>
      <w:r>
        <w:rPr>
          <w:b/>
        </w:rPr>
        <w:t xml:space="preserve">[34:55] </w:t>
      </w:r>
      <w:r>
        <w:t>yeh injustice nahi hai yeh.</w:t>
      </w:r>
    </w:p>
    <w:p>
      <w:pPr>
        <w:jc w:val="right"/>
      </w:pPr>
      <w:r>
        <w:t>یہ ان جسٹس نہیں ہے یہ۔</w:t>
      </w:r>
    </w:p>
    <w:p>
      <w:r>
        <w:rPr>
          <w:b/>
        </w:rPr>
        <w:t xml:space="preserve">[34:59] </w:t>
      </w:r>
      <w:r>
        <w:t>yeh violation of human rights nahi</w:t>
      </w:r>
    </w:p>
    <w:p>
      <w:pPr>
        <w:jc w:val="right"/>
      </w:pPr>
      <w:r>
        <w:t>یہ وائلیشن آف ہیومن رائٹس نہیں</w:t>
      </w:r>
    </w:p>
    <w:p>
      <w:r>
        <w:rPr>
          <w:b/>
        </w:rPr>
        <w:t xml:space="preserve">[35:03] </w:t>
      </w:r>
      <w:r>
        <w:t>hai yeh.</w:t>
      </w:r>
    </w:p>
    <w:p>
      <w:pPr>
        <w:jc w:val="right"/>
      </w:pPr>
      <w:r>
        <w:t>ہے یہ۔</w:t>
      </w:r>
    </w:p>
    <w:p>
      <w:r>
        <w:rPr>
          <w:b/>
        </w:rPr>
        <w:t xml:space="preserve">[35:10] </w:t>
      </w:r>
      <w:r>
        <w:t>Apparently it is, but in fact it is not.</w:t>
      </w:r>
    </w:p>
    <w:p>
      <w:pPr>
        <w:jc w:val="right"/>
      </w:pPr>
      <w:r>
        <w:t>اپیئرنسلی اٹ از، بٹ ان فیکٹ اٹ از ناٹ۔</w:t>
      </w:r>
    </w:p>
    <w:p>
      <w:r>
        <w:rPr>
          <w:b/>
        </w:rPr>
        <w:t xml:space="preserve">[35:16] </w:t>
      </w:r>
      <w:r>
        <w:t>تو جو، جس جو اپنے آپ، اپنے intellectual، اپنے، اپنے mind کو اتنا زیادہ develop کرے کہ وہ</w:t>
      </w:r>
    </w:p>
    <w:p>
      <w:pPr>
        <w:jc w:val="right"/>
      </w:pPr>
      <w:r>
        <w:t>تو جو، جس جو اپنے آپ، اپنے انٹلیکچول، اپنے، اپنے مائنڈ کو اتنا زیادہ ڈیولپ کرے کہ وہ</w:t>
      </w:r>
    </w:p>
    <w:p>
      <w:r>
        <w:rPr>
          <w:b/>
        </w:rPr>
        <w:t xml:space="preserve">[35:23] </w:t>
      </w:r>
      <w:r>
        <w:t>اس وزڈم تک پہنچ جائے، یعنی بہت، وہ اس wisdom تک پہنچنے کے لیے آپ کو بہت چیزوں</w:t>
      </w:r>
    </w:p>
    <w:p>
      <w:pPr>
        <w:jc w:val="right"/>
      </w:pPr>
      <w:r>
        <w:t>اس وزڈم تک پہنچ جائے، یعنی بہت، وہ اس وزڈم تک پہنچنے کے لیے آپ کو بہت چیزوں</w:t>
      </w:r>
    </w:p>
    <w:p>
      <w:r>
        <w:rPr>
          <w:b/>
        </w:rPr>
        <w:t xml:space="preserve">[35:29] </w:t>
      </w:r>
      <w:r>
        <w:t>ko eliminate karna parta hai.</w:t>
      </w:r>
    </w:p>
    <w:p>
      <w:pPr>
        <w:jc w:val="right"/>
      </w:pPr>
      <w:r>
        <w:t>کو ایلیمینٹ کرنا پڑتا ہے۔</w:t>
      </w:r>
    </w:p>
    <w:p>
      <w:r>
        <w:rPr>
          <w:b/>
        </w:rPr>
        <w:t xml:space="preserve">[35:36] </w:t>
      </w:r>
      <w:r>
        <w:t>بہت چیزوں کو جب eliminate کریں گے آپ، تب جا کر آپ، آپ اس wisdom تک پہنچیں گے۔</w:t>
      </w:r>
    </w:p>
    <w:p>
      <w:pPr>
        <w:jc w:val="right"/>
      </w:pPr>
      <w:r>
        <w:t>بہت چیزوں کو جب ایلیمینٹ کریں گے آپ، تب جا کر آپ، آپ اس وزڈم تک پہنچیں گے۔</w:t>
      </w:r>
    </w:p>
    <w:p>
      <w:r>
        <w:rPr>
          <w:b/>
        </w:rPr>
        <w:t xml:space="preserve">[35:42] </w:t>
      </w:r>
      <w:r>
        <w:t>nahi to attak kar reh jayenge.</w:t>
      </w:r>
    </w:p>
    <w:p>
      <w:pPr>
        <w:jc w:val="right"/>
      </w:pPr>
      <w:r>
        <w:t>نہیں تو اٹک کر رہ جائیں گے۔</w:t>
      </w:r>
    </w:p>
    <w:p>
      <w:r>
        <w:rPr>
          <w:b/>
        </w:rPr>
        <w:t xml:space="preserve">[35:48] </w:t>
      </w:r>
      <w:r>
        <w:t>yeh matlab hai nafs e mutmainna ka.</w:t>
      </w:r>
    </w:p>
    <w:p>
      <w:pPr>
        <w:jc w:val="right"/>
      </w:pPr>
      <w:r>
        <w:t>یہ مطلب ہے نفس مطمئن کا۔</w:t>
      </w:r>
    </w:p>
    <w:p>
      <w:r>
        <w:rPr>
          <w:b/>
        </w:rPr>
        <w:t xml:space="preserve">[35:55] </w:t>
      </w:r>
      <w:r>
        <w:t>ya ayyuhal nafsul mutmainnah.</w:t>
      </w:r>
    </w:p>
    <w:p>
      <w:pPr>
        <w:jc w:val="right"/>
      </w:pPr>
      <w:r>
        <w:t>یا ایہا النفس المطمئنہ۔</w:t>
      </w:r>
    </w:p>
    <w:p>
      <w:r>
        <w:rPr>
          <w:b/>
        </w:rPr>
        <w:t xml:space="preserve">[36:01] </w:t>
      </w:r>
      <w:r>
        <w:t>yeh hai is ka matlab.</w:t>
      </w:r>
    </w:p>
    <w:p>
      <w:pPr>
        <w:jc w:val="right"/>
      </w:pPr>
      <w:r>
        <w:t>یہ ہے اس کا مطلب۔</w:t>
      </w:r>
    </w:p>
    <w:p>
      <w:r>
        <w:rPr>
          <w:b/>
        </w:rPr>
        <w:t xml:space="preserve">[36:07] </w:t>
      </w:r>
      <w:r>
        <w:t>aap dekhein tareekh mein jitne bhi nikle hain, philosopher, reformer, educationist, sab complaint ke bare mein bolte hain,</w:t>
      </w:r>
    </w:p>
    <w:p>
      <w:pPr>
        <w:jc w:val="right"/>
      </w:pPr>
      <w:r>
        <w:t>آپ دیکھیں تاریخ میں جتنے بھی نکلے ہیں، فلاسفر، ریفارمر، ایجوکیشنسٹ، سب کمپلینٹ کے بارے میں بولتے ہیں،</w:t>
      </w:r>
    </w:p>
    <w:p>
      <w:r>
        <w:rPr>
          <w:b/>
        </w:rPr>
        <w:t xml:space="preserve">[36:14] </w:t>
      </w:r>
      <w:r>
        <w:t>complaint ke bare mein boli bolte rahe.</w:t>
      </w:r>
    </w:p>
    <w:p>
      <w:pPr>
        <w:jc w:val="right"/>
      </w:pPr>
      <w:r>
        <w:t>کمپلینٹ کے بارے میں بولی بولتے رہے۔</w:t>
      </w:r>
    </w:p>
    <w:p>
      <w:r>
        <w:rPr>
          <w:b/>
        </w:rPr>
        <w:t xml:space="preserve">[36:21] </w:t>
      </w:r>
      <w:r>
        <w:t>sab ke sab, jahan tak mein jaanta hoon, complaint ki boli, protest ki boli.</w:t>
      </w:r>
    </w:p>
    <w:p>
      <w:pPr>
        <w:jc w:val="right"/>
      </w:pPr>
      <w:r>
        <w:t>سب کے سب، جہاں تک میں جانتا ہوں، کمپلینٹ کی بولی، پروٹیسٹ کی بولی۔</w:t>
      </w:r>
    </w:p>
    <w:p>
      <w:r>
        <w:rPr>
          <w:b/>
        </w:rPr>
        <w:t xml:space="preserve">[36:28] </w:t>
      </w:r>
      <w:r>
        <w:t>kyun? is, is, is wisdom ko daryaft nahi kar sake jis wisdom ke tehat creator insan ki history</w:t>
      </w:r>
    </w:p>
    <w:p>
      <w:pPr>
        <w:jc w:val="right"/>
      </w:pPr>
      <w:r>
        <w:t>کیوں؟ اس، اس، اس وزڈم کو دریافت نہیں کر سکے جس وزڈم کے تحت کریٹر انسان کی ہسٹری</w:t>
      </w:r>
    </w:p>
    <w:p>
      <w:r>
        <w:rPr>
          <w:b/>
        </w:rPr>
        <w:t xml:space="preserve">[36:34] </w:t>
      </w:r>
      <w:r>
        <w:t>ko manage kar raha hai.</w:t>
      </w:r>
    </w:p>
    <w:p>
      <w:pPr>
        <w:jc w:val="right"/>
      </w:pPr>
      <w:r>
        <w:t>کو مینج کر رہا ہے۔</w:t>
      </w:r>
    </w:p>
    <w:p>
      <w:r>
        <w:rPr>
          <w:b/>
        </w:rPr>
        <w:t xml:space="preserve">[36:41] </w:t>
      </w:r>
      <w:r>
        <w:t>science, science danon ne physical world ki wisdom pata kar li.</w:t>
      </w:r>
    </w:p>
    <w:p>
      <w:pPr>
        <w:jc w:val="right"/>
      </w:pPr>
      <w:r>
        <w:t>سائنس، سائنس دانوں نے فزیکل ورلڈ کی وزڈم پتہ کر لی۔</w:t>
      </w:r>
    </w:p>
    <w:p>
      <w:r>
        <w:rPr>
          <w:b/>
        </w:rPr>
        <w:t xml:space="preserve">[36:47] </w:t>
      </w:r>
      <w:r>
        <w:t>science danon ne physical world ki wisdom ko pata kar liya.</w:t>
      </w:r>
    </w:p>
    <w:p>
      <w:pPr>
        <w:jc w:val="right"/>
      </w:pPr>
      <w:r>
        <w:t>سائنس دانوں نے فزیکل ورلڈ کی وزڈم کو پتہ کر لیا۔</w:t>
      </w:r>
    </w:p>
    <w:p>
      <w:r>
        <w:rPr>
          <w:b/>
        </w:rPr>
        <w:t xml:space="preserve">[36:52] </w:t>
      </w:r>
      <w:r>
        <w:t>kyunke wahan mathematical method kafi hota tha.</w:t>
      </w:r>
    </w:p>
    <w:p>
      <w:pPr>
        <w:jc w:val="right"/>
      </w:pPr>
      <w:r>
        <w:t>کیونکہ وہاں میتھمیٹیکل میتھڈ کافی ہوتا تھا۔</w:t>
      </w:r>
    </w:p>
    <w:p>
      <w:r>
        <w:rPr>
          <w:b/>
        </w:rPr>
        <w:t xml:space="preserve">[36:58] </w:t>
      </w:r>
      <w:r>
        <w:t>lekin insani zindagi mein jo wisdom hai, us ko daryaft nahi kar sake yeh log.</w:t>
      </w:r>
    </w:p>
    <w:p>
      <w:pPr>
        <w:jc w:val="right"/>
      </w:pPr>
      <w:r>
        <w:t>لیکن انسانی زندگی میں جو وزڈم ہے، اس کو دریافت نہیں کر سکے یہ لوگ۔</w:t>
      </w:r>
    </w:p>
    <w:p>
      <w:r>
        <w:rPr>
          <w:b/>
        </w:rPr>
        <w:t xml:space="preserve">[37:03] </w:t>
      </w:r>
      <w:r>
        <w:t>kyunke wahan woh method yahan apply nahi hota tha.</w:t>
      </w:r>
    </w:p>
    <w:p>
      <w:pPr>
        <w:jc w:val="right"/>
      </w:pPr>
      <w:r>
        <w:t>کیونکہ وہاں وہ میتھڈ یہاں اپلائی نہیں ہوتا تھا۔</w:t>
      </w:r>
    </w:p>
    <w:p>
      <w:r>
        <w:rPr>
          <w:b/>
        </w:rPr>
        <w:t xml:space="preserve">[37:09] </w:t>
      </w:r>
      <w:r>
        <w:t>woh method, method yahan apply hota nahi tha.</w:t>
      </w:r>
    </w:p>
    <w:p>
      <w:pPr>
        <w:jc w:val="right"/>
      </w:pPr>
      <w:r>
        <w:t>وہ میتھڈ، میتھڈ یہاں اپلائی ہوتا نہیں تھا۔</w:t>
      </w:r>
    </w:p>
    <w:p>
      <w:r>
        <w:rPr>
          <w:b/>
        </w:rPr>
        <w:t xml:space="preserve">[37:14] </w:t>
      </w:r>
      <w:r>
        <w:t>kuch logon ne apne zehn ke tehat har cheez ko science kehna shuru kar diya.</w:t>
      </w:r>
    </w:p>
    <w:p>
      <w:pPr>
        <w:jc w:val="right"/>
      </w:pPr>
      <w:r>
        <w:t>کچھ لوگوں نے اپنے ذہن کے تحت ہر چیز کو سائنس کہنا شروع کر دیا۔</w:t>
      </w:r>
    </w:p>
    <w:p>
      <w:r>
        <w:rPr>
          <w:b/>
        </w:rPr>
        <w:t xml:space="preserve">[37:18] </w:t>
      </w:r>
      <w:r>
        <w:t>human science, social science, political science.</w:t>
      </w:r>
    </w:p>
    <w:p>
      <w:pPr>
        <w:jc w:val="right"/>
      </w:pPr>
      <w:r>
        <w:t>ہیومن سائنس، سوشل سائنس، پولیٹیکل سائنس۔</w:t>
      </w:r>
    </w:p>
    <w:p>
      <w:r>
        <w:rPr>
          <w:b/>
        </w:rPr>
        <w:t xml:space="preserve">[37:23] </w:t>
      </w:r>
      <w:r>
        <w:t>yeh woh science hai hi nahi yeh sab.</w:t>
      </w:r>
    </w:p>
    <w:p>
      <w:pPr>
        <w:jc w:val="right"/>
      </w:pPr>
      <w:r>
        <w:t>یہ وہ سائنس ہے ہی نہیں یہ سب۔</w:t>
      </w:r>
    </w:p>
    <w:p>
      <w:r>
        <w:rPr>
          <w:b/>
        </w:rPr>
        <w:t xml:space="preserve">[37:27] </w:t>
      </w:r>
      <w:r>
        <w:t>science jo hai, jo, jo mathematical usool par chalti hai, woh alag cheez hai woh.</w:t>
      </w:r>
    </w:p>
    <w:p>
      <w:pPr>
        <w:jc w:val="right"/>
      </w:pPr>
      <w:r>
        <w:t>سائنس جو ہے، جو، جو میتھمیٹیکل اصول پر چلتی ہے، وہ الگ چیز ہے وہ۔</w:t>
      </w:r>
    </w:p>
    <w:p>
      <w:r>
        <w:rPr>
          <w:b/>
        </w:rPr>
        <w:t xml:space="preserve">[37:31] </w:t>
      </w:r>
      <w:r>
        <w:t>jis ko kehte hain exact sciences.</w:t>
      </w:r>
    </w:p>
    <w:p>
      <w:pPr>
        <w:jc w:val="right"/>
      </w:pPr>
      <w:r>
        <w:t>جس کو کہتے ہیں ایگزیکٹ سائنسز۔</w:t>
      </w:r>
    </w:p>
    <w:p>
      <w:r>
        <w:rPr>
          <w:b/>
        </w:rPr>
        <w:t xml:space="preserve">[37:36] </w:t>
      </w:r>
      <w:r>
        <w:t>exact sciences ke liye jo usool hai, woh yahan apply nahi hota.</w:t>
      </w:r>
    </w:p>
    <w:p>
      <w:pPr>
        <w:jc w:val="right"/>
      </w:pPr>
      <w:r>
        <w:t>ایگزیکٹ سائنسز کے لیے جو اصول ہے، وہ یہاں اپلائی نہیں ہوتا۔</w:t>
      </w:r>
    </w:p>
    <w:p>
      <w:r>
        <w:rPr>
          <w:b/>
        </w:rPr>
        <w:t xml:space="preserve">[37:40] </w:t>
      </w:r>
      <w:r>
        <w:t>toh yeh alfaaz hi</w:t>
      </w:r>
    </w:p>
    <w:p>
      <w:pPr>
        <w:jc w:val="right"/>
      </w:pPr>
      <w:r>
        <w:t>تو یہ الفاظ ہی</w:t>
      </w:r>
    </w:p>
    <w:p>
      <w:r>
        <w:rPr>
          <w:b/>
        </w:rPr>
        <w:t xml:space="preserve">[37:44] </w:t>
      </w:r>
      <w:r>
        <w:t>ghalat hain mere nazdeek ke human science aur social science aur political science yeh sab.</w:t>
      </w:r>
    </w:p>
    <w:p>
      <w:pPr>
        <w:jc w:val="right"/>
      </w:pPr>
      <w:r>
        <w:t>غلط ہیں میرے نزدیک کہ ہیومن سائنس اور سوشل سائنس اور پولیٹیکل سائنس یہ سب۔</w:t>
      </w:r>
    </w:p>
    <w:p>
      <w:r>
        <w:rPr>
          <w:b/>
        </w:rPr>
        <w:t xml:space="preserve">[37:49] </w:t>
      </w:r>
      <w:r>
        <w:t>yahan science nahi hai yeh.</w:t>
      </w:r>
    </w:p>
    <w:p>
      <w:pPr>
        <w:jc w:val="right"/>
      </w:pPr>
      <w:r>
        <w:t>یہاں سائنس نہیں ہے یہ۔</w:t>
      </w:r>
    </w:p>
    <w:p>
      <w:r>
        <w:rPr>
          <w:b/>
        </w:rPr>
        <w:t xml:space="preserve">[37:54] </w:t>
      </w:r>
      <w:r>
        <w:t>kyunke yahan par wanted ke sath unwanted shamil hai.</w:t>
      </w:r>
    </w:p>
    <w:p>
      <w:pPr>
        <w:jc w:val="right"/>
      </w:pPr>
      <w:r>
        <w:t>کیونکہ یہاں پر وانٹڈ کے ساتھ انوانٹڈ شامل ہے۔</w:t>
      </w:r>
    </w:p>
    <w:p>
      <w:r>
        <w:rPr>
          <w:b/>
        </w:rPr>
        <w:t xml:space="preserve">[37:59] </w:t>
      </w:r>
      <w:r>
        <w:t>yahan negative, positive ke sath negative shamil hai, apparently.</w:t>
      </w:r>
    </w:p>
    <w:p>
      <w:pPr>
        <w:jc w:val="right"/>
      </w:pPr>
      <w:r>
        <w:t>یہاں نیگیٹو، پازیٹو کے ساتھ نیگیٹو شامل ہے، اپیئرنسلی۔</w:t>
      </w:r>
    </w:p>
    <w:p>
      <w:r>
        <w:rPr>
          <w:b/>
        </w:rPr>
        <w:t xml:space="preserve">[38:04] </w:t>
      </w:r>
      <w:r>
        <w:t>wahan aisa nahi hai.</w:t>
      </w:r>
    </w:p>
    <w:p>
      <w:pPr>
        <w:jc w:val="right"/>
      </w:pPr>
      <w:r>
        <w:t>وہاں ایسا نہیں ہے۔</w:t>
      </w:r>
    </w:p>
    <w:p>
      <w:r>
        <w:rPr>
          <w:b/>
        </w:rPr>
        <w:t xml:space="preserve">[38:09] </w:t>
      </w:r>
      <w:r>
        <w:t>physical sciences mein aisa nahi hai.</w:t>
      </w:r>
    </w:p>
    <w:p>
      <w:pPr>
        <w:jc w:val="right"/>
      </w:pPr>
      <w:r>
        <w:t>فزیکل سائنسز میں ایسا نہیں ہے۔</w:t>
      </w:r>
    </w:p>
    <w:p>
      <w:r>
        <w:rPr>
          <w:b/>
        </w:rPr>
        <w:t xml:space="preserve">[38:14] </w:t>
      </w:r>
      <w:r>
        <w:t>human sciences mein aisa hai.</w:t>
      </w:r>
    </w:p>
    <w:p>
      <w:pPr>
        <w:jc w:val="right"/>
      </w:pPr>
      <w:r>
        <w:t>ہیومن سائنسز میں ایسا ہے۔</w:t>
      </w:r>
    </w:p>
    <w:p>
      <w:r>
        <w:rPr>
          <w:b/>
        </w:rPr>
        <w:t xml:space="preserve">[38:22] </w:t>
      </w:r>
      <w:r>
        <w:t>insan ki history mein aisa hai.</w:t>
      </w:r>
    </w:p>
    <w:p>
      <w:pPr>
        <w:jc w:val="right"/>
      </w:pPr>
      <w:r>
        <w:t>انسان کی ہسٹری میں ایسا ہے۔</w:t>
      </w:r>
    </w:p>
    <w:p>
      <w:r>
        <w:rPr>
          <w:b/>
        </w:rPr>
        <w:t xml:space="preserve">[38:30] </w:t>
      </w:r>
      <w:r>
        <w:t>jaise dekhiye, yeh aaj mein Iqbal ka ek sher mujhe yaad aya ke aasman-e-daulat-e-ghadnaat jab barbaad</w:t>
      </w:r>
    </w:p>
    <w:p>
      <w:pPr>
        <w:jc w:val="right"/>
      </w:pPr>
      <w:r>
        <w:t>جیسے دیکھیے، یہ آج میں اقبال کا ایک شعر مجھے یاد آیا کہ آسمانِ دولتِ غدناۃ جب برباد</w:t>
      </w:r>
    </w:p>
    <w:p>
      <w:r>
        <w:rPr>
          <w:b/>
        </w:rPr>
        <w:t xml:space="preserve">[38:38] </w:t>
      </w:r>
      <w:r>
        <w:t>ki, ibn badron ke dil-e-nishad ne faryad ki,</w:t>
      </w:r>
    </w:p>
    <w:p>
      <w:pPr>
        <w:jc w:val="right"/>
      </w:pPr>
      <w:r>
        <w:t>کی، ابن بدروں کے دلِ نشاد نے فریاد کی،</w:t>
      </w:r>
    </w:p>
    <w:p>
      <w:r>
        <w:rPr>
          <w:b/>
        </w:rPr>
        <w:t xml:space="preserve">[38:45] </w:t>
      </w:r>
      <w:r>
        <w:t>bad naseeb Iqbal ko bakhsha gaya matam tera, bad naseeb Iqbal ko bakhsha gaya matam tera, chun liya</w:t>
      </w:r>
    </w:p>
    <w:p>
      <w:pPr>
        <w:jc w:val="right"/>
      </w:pPr>
      <w:r>
        <w:t>بد نصیب اقبال کو بخشا گیا ماتم تیرا، بد نصیب اقبال کو بخشا گیا ماتم تیرا، چن لیا</w:t>
      </w:r>
    </w:p>
    <w:p>
      <w:r>
        <w:rPr>
          <w:b/>
        </w:rPr>
        <w:t xml:space="preserve">[38:52] </w:t>
      </w:r>
      <w:r>
        <w:t>taqdeer ne woh dil ka tha waram tera.</w:t>
      </w:r>
    </w:p>
    <w:p>
      <w:pPr>
        <w:jc w:val="right"/>
      </w:pPr>
      <w:r>
        <w:t>تقدیر نے وہ دل کا تھا ورم تیرا۔</w:t>
      </w:r>
    </w:p>
    <w:p>
      <w:r>
        <w:rPr>
          <w:b/>
        </w:rPr>
        <w:t xml:space="preserve">[38:58] </w:t>
      </w:r>
      <w:r>
        <w:t>yeh, yeh matam kya hai? matam yahi hai ke aap nafs mutmain nahi ban sakay.</w:t>
      </w:r>
    </w:p>
    <w:p>
      <w:pPr>
        <w:jc w:val="right"/>
      </w:pPr>
      <w:r>
        <w:t>یہ، یہ ماتم کیا ہے؟ ماتم یہی ہے کہ آپ نفس مطمئن نہیں بن سکے۔</w:t>
      </w:r>
    </w:p>
    <w:p>
      <w:r>
        <w:rPr>
          <w:b/>
        </w:rPr>
        <w:t xml:space="preserve">[39:04] </w:t>
      </w:r>
      <w:r>
        <w:t>to koi dilli ki barbadi ka matam kar raha hai, koi ghazna ki barbadi ka matam kar raha</w:t>
      </w:r>
    </w:p>
    <w:p>
      <w:pPr>
        <w:jc w:val="right"/>
      </w:pPr>
      <w:r>
        <w:t>تو کوئی دلی کی بربادی کا ماتم کر رہا ہے، کوئی غدناۃ کی بربادی کا ماتم کر رہا</w:t>
      </w:r>
    </w:p>
    <w:p>
      <w:r>
        <w:rPr>
          <w:b/>
        </w:rPr>
        <w:t xml:space="preserve">[39:10] </w:t>
      </w:r>
      <w:r>
        <w:t>hai, koi turkush empire ki barbadi ka matam kar raha hai. yeh kya</w:t>
      </w:r>
    </w:p>
    <w:p>
      <w:pPr>
        <w:jc w:val="right"/>
      </w:pPr>
      <w:r>
        <w:t>ہے، کوئی ترکش ایمپائر کی بربادی کا ماتم کر رہا ہے۔ یہ کیا</w:t>
      </w:r>
    </w:p>
    <w:p>
      <w:r>
        <w:rPr>
          <w:b/>
        </w:rPr>
        <w:t xml:space="preserve">[39:16] </w:t>
      </w:r>
      <w:r>
        <w:t>hai? ke nafs-e-mutmain nahi ban sake woh. jo kuch hua tha woh creator ki planning ke tehat hua tha. creator ke management ke tehat hua tha. lekin is ko matam bana liya. ke agar aisa na hota to taraqqi ka naya daur in ko na aata. aap turkey jaiye aur turkey ki kitaab tareekh parhiye aap. turkey ki khilafat mein koi taraqqi nahi ho rahi thi. stagn</w:t>
      </w:r>
    </w:p>
    <w:p>
      <w:pPr>
        <w:jc w:val="right"/>
      </w:pPr>
      <w:r>
        <w:t>ہے؟ کہ نفس مطمئن نہیں بن سکے وہ۔ جو کچھ ہوا تھا وہ کریٹر کی پلاننگ کے تحت ہوا تھا۔ کریٹر کے مینجمنٹ کے تحت ہوا تھا۔ لیکن اس کو ماتم بنا لیا۔ کہ اگر ایسا نہ ہوتا تو ترقی کا نیا دور ان کو نہ آتا۔ آپ ترکی جائیے اور ترکی کی کتاب تاریخ پڑھیے آپ۔ ترکی کی خلافت میں کوئی ترقی نہیں ہو رہی تھی۔ اسٹیگنی</w:t>
      </w:r>
    </w:p>
    <w:p>
      <w:r>
        <w:rPr>
          <w:b/>
        </w:rPr>
        <w:t xml:space="preserve">[39:46] </w:t>
      </w:r>
      <w:r>
        <w:t>shun aa gaya tha.</w:t>
      </w:r>
    </w:p>
    <w:p>
      <w:pPr>
        <w:jc w:val="right"/>
      </w:pPr>
      <w:r>
        <w:t>شن آ گیا تھا۔</w:t>
      </w:r>
    </w:p>
    <w:p>
      <w:r>
        <w:rPr>
          <w:b/>
        </w:rPr>
        <w:t xml:space="preserve">[39:51] </w:t>
      </w:r>
      <w:r>
        <w:t>lekin jab turki ki khilafat tooti, aaj ka, aaj ka jo turki hai, woh poori muslim dunya ka</w:t>
      </w:r>
    </w:p>
    <w:p>
      <w:pPr>
        <w:jc w:val="right"/>
      </w:pPr>
      <w:r>
        <w:t>لیکن جب ترکی کی خلافت ٹوٹی، آج کا، آج کا جو ترکی ہے، وہ پوری مسلم دنیا کا</w:t>
      </w:r>
    </w:p>
    <w:p>
      <w:r>
        <w:rPr>
          <w:b/>
        </w:rPr>
        <w:t xml:space="preserve">[39:56] </w:t>
      </w:r>
      <w:r>
        <w:t>number one mulk hai.</w:t>
      </w:r>
    </w:p>
    <w:p>
      <w:pPr>
        <w:jc w:val="right"/>
      </w:pPr>
      <w:r>
        <w:t>نمبر ون ملک ہے۔</w:t>
      </w:r>
    </w:p>
    <w:p>
      <w:r>
        <w:rPr>
          <w:b/>
        </w:rPr>
        <w:t xml:space="preserve">[40:01] </w:t>
      </w:r>
      <w:r>
        <w:t>aaj ka turki jo hai, woh poori muslim dunya ka number one mulk hai.</w:t>
      </w:r>
    </w:p>
    <w:p>
      <w:pPr>
        <w:jc w:val="right"/>
      </w:pPr>
      <w:r>
        <w:t>آج کا ترکی جو ہے، وہ پوری مسلم دنیا کا نمبر ون ملک ہے۔</w:t>
      </w:r>
    </w:p>
    <w:p>
      <w:r>
        <w:rPr>
          <w:b/>
        </w:rPr>
        <w:t xml:space="preserve">[40:07] </w:t>
      </w:r>
      <w:r>
        <w:t>is ki aik misaal yeh hai ke turki ke logon ne america mein bohat se school kholey hain.</w:t>
      </w:r>
    </w:p>
    <w:p>
      <w:pPr>
        <w:jc w:val="right"/>
      </w:pPr>
      <w:r>
        <w:t>اس کی ایک مثال یہ ہے کہ ترکی کے لوگوں نے امریکہ میں بہت سے اسکول کھولے ہیں۔</w:t>
      </w:r>
    </w:p>
    <w:p>
      <w:r>
        <w:rPr>
          <w:b/>
        </w:rPr>
        <w:t xml:space="preserve">[40:12] </w:t>
      </w:r>
      <w:r>
        <w:t>abhi is safar mein mein in ke aik, aik school mein gaya tha.</w:t>
      </w:r>
    </w:p>
    <w:p>
      <w:pPr>
        <w:jc w:val="right"/>
      </w:pPr>
      <w:r>
        <w:t>ابھی اس سفر میں میں ان کے ایک، ایک اسکول میں گیا تھا۔</w:t>
      </w:r>
    </w:p>
    <w:p>
      <w:r>
        <w:rPr>
          <w:b/>
        </w:rPr>
        <w:t xml:space="preserve">[40:17] </w:t>
      </w:r>
      <w:r>
        <w:t>to bohat hi high standard ke school hain.</w:t>
      </w:r>
    </w:p>
    <w:p>
      <w:pPr>
        <w:jc w:val="right"/>
      </w:pPr>
      <w:r>
        <w:t>تو بہت ہی ہائی اسٹینڈرڈ کے اسکول ہیں۔</w:t>
      </w:r>
    </w:p>
    <w:p>
      <w:r>
        <w:rPr>
          <w:b/>
        </w:rPr>
        <w:t xml:space="preserve">[40:23] </w:t>
      </w:r>
      <w:r>
        <w:t>bilkul american standard ke.</w:t>
      </w:r>
    </w:p>
    <w:p>
      <w:pPr>
        <w:jc w:val="right"/>
      </w:pPr>
      <w:r>
        <w:t>بالکل امریکن اسٹینڈرڈ کے۔</w:t>
      </w:r>
    </w:p>
    <w:p>
      <w:r>
        <w:rPr>
          <w:b/>
        </w:rPr>
        <w:t xml:space="preserve">[40:29] </w:t>
      </w:r>
      <w:r>
        <w:t>jo turki ke siwa koi, koi muslim mulk ne aisa nahi kar saka.</w:t>
      </w:r>
    </w:p>
    <w:p>
      <w:pPr>
        <w:jc w:val="right"/>
      </w:pPr>
      <w:r>
        <w:t>جو ترکی کے سوا کوئی، کوئی مسلم ملک نے ایسا نہیں کر سکا۔</w:t>
      </w:r>
    </w:p>
    <w:p>
      <w:r>
        <w:rPr>
          <w:b/>
        </w:rPr>
        <w:t xml:space="preserve">[40:34] </w:t>
      </w:r>
      <w:r>
        <w:t>to agar khilafat todi na gayi hoti to na turki na ubharta.</w:t>
      </w:r>
    </w:p>
    <w:p>
      <w:pPr>
        <w:jc w:val="right"/>
      </w:pPr>
      <w:r>
        <w:t>تو اگر خلافت توڑی نہ گئی ہوتی تو نہ ترکی نہ ابھرتا۔</w:t>
      </w:r>
    </w:p>
    <w:p>
      <w:r>
        <w:rPr>
          <w:b/>
        </w:rPr>
        <w:t xml:space="preserve">[40:40] </w:t>
      </w:r>
      <w:r>
        <w:t>aaj ka jo modern turki hai, woh direct nateeja hai ke old turki ko khuda ne devise kar diya.</w:t>
      </w:r>
    </w:p>
    <w:p>
      <w:pPr>
        <w:jc w:val="right"/>
      </w:pPr>
      <w:r>
        <w:t>آج کا جو ماڈرن ترکی ہے، وہ ڈائریکٹ نتیجہ ہے کہ اولڈ ترکی کو خدا نے ڈیوائس کر دیا۔</w:t>
      </w:r>
    </w:p>
    <w:p>
      <w:r>
        <w:rPr>
          <w:b/>
        </w:rPr>
        <w:t xml:space="preserve">[40:46] </w:t>
      </w:r>
      <w:r>
        <w:t>lekin log isi ke matam kar rahe hain, isi ke matam kar rahe hain, isi ke matam kar rahe hain.</w:t>
      </w:r>
    </w:p>
    <w:p>
      <w:pPr>
        <w:jc w:val="right"/>
      </w:pPr>
      <w:r>
        <w:t>لیکن لوگ اسی کے ماتم کر رہے ہیں، اسی کے ماتم کر رہے ہیں، اسی کے ماتم کر رہے ہیں۔</w:t>
      </w:r>
    </w:p>
    <w:p>
      <w:r>
        <w:rPr>
          <w:b/>
        </w:rPr>
        <w:t xml:space="preserve">[40:52] </w:t>
      </w:r>
      <w:r>
        <w:t>to dekhiye, log history ko explain nahi kar sakay.</w:t>
      </w:r>
    </w:p>
    <w:p>
      <w:pPr>
        <w:jc w:val="right"/>
      </w:pPr>
      <w:r>
        <w:t>تو دیکھیے، لوگ ہسٹری کو ایکسپلین نہیں کر سکے۔</w:t>
      </w:r>
    </w:p>
    <w:p>
      <w:r>
        <w:rPr>
          <w:b/>
        </w:rPr>
        <w:t xml:space="preserve">[40:59] </w:t>
      </w:r>
      <w:r>
        <w:t>کیونکہ انہوں نے explain کرنا چاہا اپنے مائنڈ سیٹ کے مطابق۔</w:t>
      </w:r>
    </w:p>
    <w:p>
      <w:pPr>
        <w:jc w:val="right"/>
      </w:pPr>
      <w:r>
        <w:t>کیونکہ انہوں نے ایکسپلین کرنا چاہا اپنے مائنڈ سیٹ کے مطابق۔</w:t>
      </w:r>
    </w:p>
    <w:p>
      <w:r>
        <w:rPr>
          <w:b/>
        </w:rPr>
        <w:t xml:space="preserve">[41:06] </w:t>
      </w:r>
      <w:r>
        <w:t>لوگوں نے human history کو اپنے مائنڈ سیٹ کے مطابق اپلائی کرنا چاہا۔</w:t>
      </w:r>
    </w:p>
    <w:p>
      <w:pPr>
        <w:jc w:val="right"/>
      </w:pPr>
      <w:r>
        <w:t>لوگوں نے ہیومن ہسٹری کو اپنے مائنڈ سیٹ کے مطابق اپلائی کرنا چاہا۔</w:t>
      </w:r>
    </w:p>
    <w:p>
      <w:r>
        <w:rPr>
          <w:b/>
        </w:rPr>
        <w:t xml:space="preserve">[41:13] </w:t>
      </w:r>
      <w:r>
        <w:t>khuda ka jo mindset tha us ke mutabiq nahi.</w:t>
      </w:r>
    </w:p>
    <w:p>
      <w:pPr>
        <w:jc w:val="right"/>
      </w:pPr>
      <w:r>
        <w:t>خدا کا جو مائنڈ سیٹ تھا اس کے مطابق نہیں۔</w:t>
      </w:r>
    </w:p>
    <w:p>
      <w:r>
        <w:rPr>
          <w:b/>
        </w:rPr>
        <w:t xml:space="preserve">[41:20] </w:t>
      </w:r>
      <w:r>
        <w:t>halankay is ki kal maujood thi quran majeed mein.</w:t>
      </w:r>
    </w:p>
    <w:p>
      <w:pPr>
        <w:jc w:val="right"/>
      </w:pPr>
      <w:r>
        <w:t>حالانکہ اس کی کل موجود تھی قرآن مجید میں۔</w:t>
      </w:r>
    </w:p>
    <w:p>
      <w:r>
        <w:rPr>
          <w:b/>
        </w:rPr>
        <w:t xml:space="preserve">[41:27] </w:t>
      </w:r>
      <w:r>
        <w:t>nida wa laha bin naas maani kya hai? is dunya mein competition hoga, challenge hoga.</w:t>
      </w:r>
    </w:p>
    <w:p>
      <w:pPr>
        <w:jc w:val="right"/>
      </w:pPr>
      <w:r>
        <w:t>ندا و لہا بن الناس معنی کیا ہے؟ اس دنیا میں کمپیٹیشن ہوگا، چیلنج ہوگا۔</w:t>
      </w:r>
    </w:p>
    <w:p>
      <w:r>
        <w:rPr>
          <w:b/>
        </w:rPr>
        <w:t xml:space="preserve">[41:31] </w:t>
      </w:r>
      <w:r>
        <w:t>aik jaye ga, doosra aye ga.</w:t>
      </w:r>
    </w:p>
    <w:p>
      <w:pPr>
        <w:jc w:val="right"/>
      </w:pPr>
      <w:r>
        <w:t>ایک جائے گا، دوسرا آئے گا۔</w:t>
      </w:r>
    </w:p>
    <w:p>
      <w:r>
        <w:rPr>
          <w:b/>
        </w:rPr>
        <w:t xml:space="preserve">[41:36] </w:t>
      </w:r>
      <w:r>
        <w:t>is mein kuch na kuch aisi cheezein hongi jo aap bazahir evil dikhai dengi, injustice</w:t>
      </w:r>
    </w:p>
    <w:p>
      <w:pPr>
        <w:jc w:val="right"/>
      </w:pPr>
      <w:r>
        <w:t>اس میں کچھ نہ کچھ ایسی چیزیں ہوں گی جو آپ بظاہر ایول دکھائی دیں گی، ان جسٹس</w:t>
      </w:r>
    </w:p>
    <w:p>
      <w:r>
        <w:rPr>
          <w:b/>
        </w:rPr>
        <w:t xml:space="preserve">[41:40] </w:t>
      </w:r>
      <w:r>
        <w:t>dikhai dengi, violation dikhai degi.</w:t>
      </w:r>
    </w:p>
    <w:p>
      <w:pPr>
        <w:jc w:val="right"/>
      </w:pPr>
      <w:r>
        <w:t>دکھائی دیں گی، وائلیشن دکھائی دے گی۔</w:t>
      </w:r>
    </w:p>
    <w:p>
      <w:r>
        <w:rPr>
          <w:b/>
        </w:rPr>
        <w:t xml:space="preserve">[41:44] </w:t>
      </w:r>
      <w:r>
        <w:t>lekin haqeeqat mein nahi, aisa nahi hoga.</w:t>
      </w:r>
    </w:p>
    <w:p>
      <w:pPr>
        <w:jc w:val="right"/>
      </w:pPr>
      <w:r>
        <w:t>لیکن حقیقت میں نہیں، ایسا نہیں ہوگا۔</w:t>
      </w:r>
    </w:p>
    <w:p>
      <w:r>
        <w:rPr>
          <w:b/>
        </w:rPr>
        <w:t xml:space="preserve">[41:49] </w:t>
      </w:r>
      <w:r>
        <w:t>woh to change ki wajah se, change lanay ke liye aisa hoga.</w:t>
      </w:r>
    </w:p>
    <w:p>
      <w:pPr>
        <w:jc w:val="right"/>
      </w:pPr>
      <w:r>
        <w:t>وہ تو چینج کی وجہ سے، چینج لانے کے لیے ایسا ہوگا۔</w:t>
      </w:r>
    </w:p>
    <w:p>
      <w:r>
        <w:rPr>
          <w:b/>
        </w:rPr>
        <w:t xml:space="preserve">[41:53] </w:t>
      </w:r>
      <w:r>
        <w:t>nah ke kisi evil ki wajah se ho.</w:t>
      </w:r>
    </w:p>
    <w:p>
      <w:pPr>
        <w:jc w:val="right"/>
      </w:pPr>
      <w:r>
        <w:t>نہ کہ کسی ایول کی وجہ سے ہو۔</w:t>
      </w:r>
    </w:p>
    <w:p>
      <w:r>
        <w:rPr>
          <w:b/>
        </w:rPr>
        <w:t xml:space="preserve">[41:58] </w:t>
      </w:r>
      <w:r>
        <w:t>jahan tak mein janta hoon, koi bhi muslim thinker ya non muslim thinker is raaz ko na samajh saka.</w:t>
      </w:r>
    </w:p>
    <w:p>
      <w:pPr>
        <w:jc w:val="right"/>
      </w:pPr>
      <w:r>
        <w:t>جہاں تک میں جانتا ہوں، کوئی بھی مسلم تھنکر یا نان مسلم تھنکر اس راز کو نہ سمجھ سکا۔</w:t>
      </w:r>
    </w:p>
    <w:p>
      <w:r>
        <w:rPr>
          <w:b/>
        </w:rPr>
        <w:t xml:space="preserve">[42:03] </w:t>
      </w:r>
      <w:r>
        <w:t>is raaz ko nahi samajh saka.</w:t>
      </w:r>
    </w:p>
    <w:p>
      <w:pPr>
        <w:jc w:val="right"/>
      </w:pPr>
      <w:r>
        <w:t>اس راز کو نہیں سمجھ سکا۔</w:t>
      </w:r>
    </w:p>
    <w:p>
      <w:r>
        <w:rPr>
          <w:b/>
        </w:rPr>
        <w:t xml:space="preserve">[42:08] </w:t>
      </w:r>
      <w:r>
        <w:t>yani jitna nakaam hai button russell samajhne mein is raaz ko, utna hi nakaam hai iqbal bhi is</w:t>
      </w:r>
    </w:p>
    <w:p>
      <w:pPr>
        <w:jc w:val="right"/>
      </w:pPr>
      <w:r>
        <w:t>یعنی جتنا ناکام ہے بٹن رسل سمجھنے میں اس راز کو، اتنا ہی ناکام ہے اقبال بھی اس</w:t>
      </w:r>
    </w:p>
    <w:p>
      <w:r>
        <w:rPr>
          <w:b/>
        </w:rPr>
        <w:t xml:space="preserve">[42:13] </w:t>
      </w:r>
      <w:r>
        <w:t>raaz ko samajhne mein.</w:t>
      </w:r>
    </w:p>
    <w:p>
      <w:pPr>
        <w:jc w:val="right"/>
      </w:pPr>
      <w:r>
        <w:t>راز کو سمجھنے میں۔</w:t>
      </w:r>
    </w:p>
    <w:p>
      <w:r>
        <w:rPr>
          <w:b/>
        </w:rPr>
        <w:t xml:space="preserve">[42:18] </w:t>
      </w:r>
      <w:r>
        <w:t>koi farq nahi hai is nakaami mein.</w:t>
      </w:r>
    </w:p>
    <w:p>
      <w:pPr>
        <w:jc w:val="right"/>
      </w:pPr>
      <w:r>
        <w:t>کوئی فرق نہیں ہے اس ناکامی میں۔</w:t>
      </w:r>
    </w:p>
    <w:p>
      <w:r>
        <w:rPr>
          <w:b/>
        </w:rPr>
        <w:t xml:space="preserve">[42:23] </w:t>
      </w:r>
      <w:r>
        <w:t>yani button russell ki nakaami aur iqbal ki nakaami dono ek hi satah ki hain. kyon</w:t>
      </w:r>
    </w:p>
    <w:p>
      <w:pPr>
        <w:jc w:val="right"/>
      </w:pPr>
      <w:r>
        <w:t>یعنی بٹن رسل کی ناکامی اور اقبال کی ناکامی دونوں ایک ہی سطح کی ہیں۔ کیون</w:t>
      </w:r>
    </w:p>
    <w:p>
      <w:r>
        <w:rPr>
          <w:b/>
        </w:rPr>
        <w:t xml:space="preserve">[42:28] </w:t>
      </w:r>
      <w:r>
        <w:t>ke woh is, is kal ko daryaft nahi kar sake jis kal ko le kar ke woh explain karein human history ko. is ka matlab hai ke is dunya mein competition hoga, takrao hoga, challenge hoga. ek jayega, doosra aayega. old blood hataya jayega, naya blood aayega. is sab ke beech mein kuch aisa hoga jo tum ko dekhne mein lagega ke ar</w:t>
      </w:r>
    </w:p>
    <w:p>
      <w:pPr>
        <w:jc w:val="right"/>
      </w:pPr>
      <w:r>
        <w:t>کہ وہ اس، اس کل کو دریافت نہیں کر سکے جس کل کو لے کر کے وہ ایکسپلین کریں ہیومن ہسٹری کو۔ اس کا مطلب ہے کہ اس دنیا میں کمپیٹیشن ہوگا، ٹکراؤ ہوگا، چیلنج ہوگا۔ ایک جائے گا، دوسرا آئے گا۔ اولڈ بلڈ ہٹایا جائے گا، نیا بلڈ آئے گا۔ اس سب کے بیچ میں کچھ ایسا ہوگا جو تم کو دیکھنے میں لگے گا کہ ار</w:t>
      </w:r>
    </w:p>
    <w:p>
      <w:r>
        <w:rPr>
          <w:b/>
        </w:rPr>
        <w:t xml:space="preserve">[42:58] </w:t>
      </w:r>
      <w:r>
        <w:t>e yeh to injustice hai, are yeh to problem hai. real system nahi hai woh. woh to price hai naye development ki, price hai naye change ki. woh hoga. you have to explain it in a positive way. nahi to kya hai? aap jiyenge shikayat mein, tension mein. aap ko t</w:t>
      </w:r>
    </w:p>
    <w:p>
      <w:pPr>
        <w:jc w:val="right"/>
      </w:pPr>
      <w:r>
        <w:t>ے یہ تو ان جسٹس ہے، ارے یہ تو پرابلم ہے۔ ریئل سسٹم نہیں ہے وہ۔ وہ تو پرائس ہے نئے ڈیولپمنٹ کی، پرائس ہے نئے چینج کی۔ وہ ہوگا۔ یو ہیو ٹو ایکسپلین اٹ ان اے پازیٹو وے۔ نہیں تو کیا ہے؟ آپ جئیں گے شکایت میں، ٹینشن میں۔ آپ کو ٹ</w:t>
      </w:r>
    </w:p>
    <w:p>
      <w:r>
        <w:rPr>
          <w:b/>
        </w:rPr>
        <w:t xml:space="preserve">[43:28] </w:t>
      </w:r>
      <w:r>
        <w:t>tension free mind nahi milega.</w:t>
      </w:r>
    </w:p>
    <w:p>
      <w:pPr>
        <w:jc w:val="right"/>
      </w:pPr>
      <w:r>
        <w:t>ینشن فری مائنڈ نہیں ملے گا۔</w:t>
      </w:r>
    </w:p>
    <w:p>
      <w:r>
        <w:rPr>
          <w:b/>
        </w:rPr>
        <w:t xml:space="preserve">[43:34] </w:t>
      </w:r>
      <w:r>
        <w:t>sahi maano mein aap ko spirituality nahi milegi.</w:t>
      </w:r>
    </w:p>
    <w:p>
      <w:pPr>
        <w:jc w:val="right"/>
      </w:pPr>
      <w:r>
        <w:t>صحیح معنوں میں آپ کو اسپیریچولٹی نہیں ملے گی۔</w:t>
      </w:r>
    </w:p>
    <w:p>
      <w:r>
        <w:rPr>
          <w:b/>
        </w:rPr>
        <w:t xml:space="preserve">[43:40] </w:t>
      </w:r>
      <w:r>
        <w:t>sahi maano mein spiritual development aap ko andar nahi hoga.</w:t>
      </w:r>
    </w:p>
    <w:p>
      <w:pPr>
        <w:jc w:val="right"/>
      </w:pPr>
      <w:r>
        <w:t>صحیح معنوں میں اسپیریچول ڈیولپمنٹ آپ کو اندر نہیں ہوگا۔</w:t>
      </w:r>
    </w:p>
    <w:p>
      <w:r>
        <w:rPr>
          <w:b/>
        </w:rPr>
        <w:t xml:space="preserve">[43:47] </w:t>
      </w:r>
      <w:r>
        <w:t>isi liye spiritual development ke liye unhon ne kya kiya? ke contemplation ke bajaye meditation ikhtiyar kar liya.</w:t>
      </w:r>
    </w:p>
    <w:p>
      <w:pPr>
        <w:jc w:val="right"/>
      </w:pPr>
      <w:r>
        <w:t>اسی لیے اسپیریچول ڈیولپمنٹ کے لیے انہوں نے کیا کیا؟ کہ کنٹمپلیشن کے بجائے میڈیٹیشن اختیار کر لیا۔</w:t>
      </w:r>
    </w:p>
    <w:p>
      <w:r>
        <w:rPr>
          <w:b/>
        </w:rPr>
        <w:t xml:space="preserve">[43:53] </w:t>
      </w:r>
      <w:r>
        <w:t>kyun ke contemplation mein yeh sab baatein explain nahi hoti thin.</w:t>
      </w:r>
    </w:p>
    <w:p>
      <w:pPr>
        <w:jc w:val="right"/>
      </w:pPr>
      <w:r>
        <w:t>کیونکہ کنٹمپلیشن میں یہ سب باتیں ایکسپلین نہیں ہوتی تھیں۔</w:t>
      </w:r>
    </w:p>
    <w:p>
      <w:r>
        <w:rPr>
          <w:b/>
        </w:rPr>
        <w:t xml:space="preserve">[43:59] </w:t>
      </w:r>
      <w:r>
        <w:t>to unhon ne is ko chhod diya.</w:t>
      </w:r>
    </w:p>
    <w:p>
      <w:pPr>
        <w:jc w:val="right"/>
      </w:pPr>
      <w:r>
        <w:t>تو انہوں نے اس کو چھوڑ دیا۔</w:t>
      </w:r>
    </w:p>
    <w:p>
      <w:r>
        <w:rPr>
          <w:b/>
        </w:rPr>
        <w:t xml:space="preserve">[44:04] </w:t>
      </w:r>
      <w:r>
        <w:t>aur meditation karne lage.</w:t>
      </w:r>
    </w:p>
    <w:p>
      <w:pPr>
        <w:jc w:val="right"/>
      </w:pPr>
      <w:r>
        <w:t>اور میڈیٹیشن کرنے لگے۔</w:t>
      </w:r>
    </w:p>
    <w:p>
      <w:r>
        <w:rPr>
          <w:b/>
        </w:rPr>
        <w:t xml:space="preserve">[44:10] </w:t>
      </w:r>
      <w:r>
        <w:t>to ecstasy ke level par unhon ne peace daryaft kiya.</w:t>
      </w:r>
    </w:p>
    <w:p>
      <w:pPr>
        <w:jc w:val="right"/>
      </w:pPr>
      <w:r>
        <w:t>تو ایکسٹیسی کے لیول پر انہوں نے پیس دریافت کیا۔</w:t>
      </w:r>
    </w:p>
    <w:p>
      <w:r>
        <w:rPr>
          <w:b/>
        </w:rPr>
        <w:t xml:space="preserve">[44:15] </w:t>
      </w:r>
      <w:r>
        <w:t>yani intellectual development, yani contemplation ka tareeqa yeh hai ke aap intellectual development ke level par peace daryaft karen.</w:t>
      </w:r>
    </w:p>
    <w:p>
      <w:pPr>
        <w:jc w:val="right"/>
      </w:pPr>
      <w:r>
        <w:t>یعنی انٹلیکچول ڈیولپمنٹ، یعنی کنٹمپلیشن کا طریقہ یہ ہے کہ آپ انٹلیکچول ڈیولپمنٹ کے لیول پر پیس دریافت کریں۔</w:t>
      </w:r>
    </w:p>
    <w:p>
      <w:r>
        <w:rPr>
          <w:b/>
        </w:rPr>
        <w:t xml:space="preserve">[44:20] </w:t>
      </w:r>
      <w:r>
        <w:t>to chunke wahan sab fail ho rahe the, fail ho rahe the, fail ho rahe the.</w:t>
      </w:r>
    </w:p>
    <w:p>
      <w:pPr>
        <w:jc w:val="right"/>
      </w:pPr>
      <w:r>
        <w:t>تو چونکہ وہاں سب فیل ہو رہے تھے، فیل ہو رہے تھے، فیل ہو رہے تھے۔</w:t>
      </w:r>
    </w:p>
    <w:p>
      <w:r>
        <w:rPr>
          <w:b/>
        </w:rPr>
        <w:t xml:space="preserve">[44:25] </w:t>
      </w:r>
      <w:r>
        <w:t>to logon ne ecstasy ke level par meditation ke zariye</w:t>
      </w:r>
    </w:p>
    <w:p>
      <w:pPr>
        <w:jc w:val="right"/>
      </w:pPr>
      <w:r>
        <w:t>تو لوگوں نے ایکسٹیسی کے لیول پر میڈیٹیشن کے ذریعے</w:t>
      </w:r>
    </w:p>
    <w:p>
      <w:r>
        <w:rPr>
          <w:b/>
        </w:rPr>
        <w:t xml:space="preserve">[44:30] </w:t>
      </w:r>
      <w:r>
        <w:t>is peace daryaft karne ki koshish ki.</w:t>
      </w:r>
    </w:p>
    <w:p>
      <w:pPr>
        <w:jc w:val="right"/>
      </w:pPr>
      <w:r>
        <w:t>اس پیس دریافت کرنے کی کوشش کی۔</w:t>
      </w:r>
    </w:p>
    <w:p>
      <w:r>
        <w:rPr>
          <w:b/>
        </w:rPr>
        <w:t xml:space="preserve">[44:34] </w:t>
      </w:r>
      <w:r>
        <w:t>that is failure.</w:t>
      </w:r>
    </w:p>
    <w:p>
      <w:pPr>
        <w:jc w:val="right"/>
      </w:pPr>
      <w:r>
        <w:t>دیٹ از فیلیر۔</w:t>
      </w:r>
    </w:p>
    <w:p>
      <w:r>
        <w:rPr>
          <w:b/>
        </w:rPr>
        <w:t xml:space="preserve">[44:38] </w:t>
      </w:r>
      <w:r>
        <w:t>spirituality sahi woh thi jo aap ko contemplation ke level par mile.</w:t>
      </w:r>
    </w:p>
    <w:p>
      <w:pPr>
        <w:jc w:val="right"/>
      </w:pPr>
      <w:r>
        <w:t>اسپیریچولٹی صحیح وہ تھی جو آپ کو کنٹمپلیشن کے لیول پر ملے۔</w:t>
      </w:r>
    </w:p>
    <w:p>
      <w:r>
        <w:rPr>
          <w:b/>
        </w:rPr>
        <w:t xml:space="preserve">[44:43] </w:t>
      </w:r>
      <w:r>
        <w:t>yani soch samajh kar ke, ghaur o fikr ke zariye cheezon ko, cheezon ko reason out kar ke mile.</w:t>
      </w:r>
    </w:p>
    <w:p>
      <w:pPr>
        <w:jc w:val="right"/>
      </w:pPr>
      <w:r>
        <w:t>یعنی سوچ سمجھ کر کے، غور فکر کے ذریعے چیزوں کو، چیزوں کو ریزن آؤٹ کر کے ملے۔</w:t>
      </w:r>
    </w:p>
    <w:p>
      <w:r>
        <w:rPr>
          <w:b/>
        </w:rPr>
        <w:t xml:space="preserve">[44:47] </w:t>
      </w:r>
      <w:r>
        <w:t>woh sahi spirituality thi.</w:t>
      </w:r>
    </w:p>
    <w:p>
      <w:pPr>
        <w:jc w:val="right"/>
      </w:pPr>
      <w:r>
        <w:t>وہ صحیح اسپیریچولٹی تھی۔</w:t>
      </w:r>
    </w:p>
    <w:p>
      <w:r>
        <w:rPr>
          <w:b/>
        </w:rPr>
        <w:t xml:space="preserve">[44:51] </w:t>
      </w:r>
      <w:r>
        <w:t>lekin wahan fail ho gaye.</w:t>
      </w:r>
    </w:p>
    <w:p>
      <w:pPr>
        <w:jc w:val="right"/>
      </w:pPr>
      <w:r>
        <w:t>لیکن وہاں فیل ہو گئے۔</w:t>
      </w:r>
    </w:p>
    <w:p>
      <w:r>
        <w:rPr>
          <w:b/>
        </w:rPr>
        <w:t xml:space="preserve">[44:56] </w:t>
      </w:r>
      <w:r>
        <w:t>explain karne se ke har jagah evil dikhai diya, injustice dikhai diya. to</w:t>
      </w:r>
    </w:p>
    <w:p>
      <w:pPr>
        <w:jc w:val="right"/>
      </w:pPr>
      <w:r>
        <w:t>ایکسپلین کرنے سے کہ ہر جگہ ایول دکھائی دیا، ان جسٹس دکھائی دیا۔ تو</w:t>
      </w:r>
    </w:p>
    <w:p>
      <w:r>
        <w:rPr>
          <w:b/>
        </w:rPr>
        <w:t xml:space="preserve">[45:00] </w:t>
      </w:r>
      <w:r>
        <w:t>ek lower level par unhon ne chaha ke spirituality ko hasil karen.</w:t>
      </w:r>
    </w:p>
    <w:p>
      <w:pPr>
        <w:jc w:val="right"/>
      </w:pPr>
      <w:r>
        <w:t>ایک لوور لیول پر انہوں نے چاہا کہ اسپیریچولٹی کو حاصل کریں۔</w:t>
      </w:r>
    </w:p>
    <w:p>
      <w:r>
        <w:rPr>
          <w:b/>
        </w:rPr>
        <w:t xml:space="preserve">[45:05] </w:t>
      </w:r>
      <w:r>
        <w:t>yeh lower level hai.</w:t>
      </w:r>
    </w:p>
    <w:p>
      <w:pPr>
        <w:jc w:val="right"/>
      </w:pPr>
      <w:r>
        <w:t>یہ لوور لیول ہے۔</w:t>
      </w:r>
    </w:p>
    <w:p>
      <w:r>
        <w:rPr>
          <w:b/>
        </w:rPr>
        <w:t xml:space="preserve">[45:10] </w:t>
      </w:r>
      <w:r>
        <w:t>yani meditation, murakaba.</w:t>
      </w:r>
    </w:p>
    <w:p>
      <w:pPr>
        <w:jc w:val="right"/>
      </w:pPr>
      <w:r>
        <w:t>یعنی میڈیٹیشن، مراقبہ۔</w:t>
      </w:r>
    </w:p>
    <w:p>
      <w:r>
        <w:rPr>
          <w:b/>
        </w:rPr>
        <w:t xml:space="preserve">[45:15] </w:t>
      </w:r>
      <w:r>
        <w:t>is ka nateeja bhi kya mila in ko? ecstasy.</w:t>
      </w:r>
    </w:p>
    <w:p>
      <w:pPr>
        <w:jc w:val="right"/>
      </w:pPr>
      <w:r>
        <w:t>اس کا نتیجہ بھی کیا ملا ان کو؟ ایکسٹیسی۔</w:t>
      </w:r>
    </w:p>
    <w:p>
      <w:r>
        <w:rPr>
          <w:b/>
        </w:rPr>
        <w:t xml:space="preserve">[45:20] </w:t>
      </w:r>
      <w:r>
        <w:t>yeh poori tareekh ka pic h.</w:t>
      </w:r>
    </w:p>
    <w:p>
      <w:pPr>
        <w:jc w:val="right"/>
      </w:pPr>
      <w:r>
        <w:t>یہ پوری تاریخ کا کی پکچر ہے۔</w:t>
      </w:r>
    </w:p>
    <w:p>
      <w:r>
        <w:rPr>
          <w:b/>
        </w:rPr>
        <w:t xml:space="preserve">[45:25] </w:t>
      </w:r>
      <w:r>
        <w:t>to hamara mission yeh hai ke insaan ke andar woh intellectual development aaye</w:t>
      </w:r>
    </w:p>
    <w:p>
      <w:pPr>
        <w:jc w:val="right"/>
      </w:pPr>
      <w:r>
        <w:t>تو ہمارا مشن یہ ہے کہ انسان کے اندر وہ انٹلیکچول ڈیولپمنٹ آئے</w:t>
      </w:r>
    </w:p>
    <w:p>
      <w:r>
        <w:rPr>
          <w:b/>
        </w:rPr>
        <w:t xml:space="preserve">[45:31] </w:t>
      </w:r>
      <w:r>
        <w:t>jis ko quran mein nafs mutmain kaha gaya hai.</w:t>
      </w:r>
    </w:p>
    <w:p>
      <w:pPr>
        <w:jc w:val="right"/>
      </w:pPr>
      <w:r>
        <w:t>جس کو قرآن میں نفس مطمئن کہا گیا ہے۔</w:t>
      </w:r>
    </w:p>
    <w:p>
      <w:r>
        <w:rPr>
          <w:b/>
        </w:rPr>
        <w:t xml:space="preserve">[45:37] </w:t>
      </w:r>
      <w:r>
        <w:t>yehi mission hai hamara, yehi hamara goal hai.</w:t>
      </w:r>
    </w:p>
    <w:p>
      <w:pPr>
        <w:jc w:val="right"/>
      </w:pPr>
      <w:r>
        <w:t>یہی مشن ہے ہمارا، یہی ہمارا گول ہے۔</w:t>
      </w:r>
    </w:p>
    <w:p>
      <w:r>
        <w:rPr>
          <w:b/>
        </w:rPr>
        <w:t xml:space="preserve">[45:43] </w:t>
      </w:r>
      <w:r>
        <w:t>ke insaan ke andar is noiyat ka spiritual development, intellectual development laya jaye.</w:t>
      </w:r>
    </w:p>
    <w:p>
      <w:pPr>
        <w:jc w:val="right"/>
      </w:pPr>
      <w:r>
        <w:t>کہ انسان کے اندر اس نوعیت کا اسپیریچول ڈیولپمنٹ، انٹلیکچول ڈیولپمنٹ لایا جائے۔</w:t>
      </w:r>
    </w:p>
    <w:p>
      <w:r>
        <w:rPr>
          <w:b/>
        </w:rPr>
        <w:t xml:space="preserve">[45:49] </w:t>
      </w:r>
      <w:r>
        <w:t>jis ko quran mein nafs mutmain kaha gaya hai.</w:t>
      </w:r>
    </w:p>
    <w:p>
      <w:pPr>
        <w:jc w:val="right"/>
      </w:pPr>
      <w:r>
        <w:t>جس کو قرآن میں نفس مطمئن کہا گیا ہے۔</w:t>
      </w:r>
    </w:p>
    <w:p>
      <w:r>
        <w:rPr>
          <w:b/>
        </w:rPr>
        <w:t xml:space="preserve">[45:55] </w:t>
      </w:r>
      <w:r>
        <w:t>to meri dua hai ke Allah taala mujh ko aur aap ko tofeeq de ke hum is mission ko</w:t>
      </w:r>
    </w:p>
    <w:p>
      <w:pPr>
        <w:jc w:val="right"/>
      </w:pPr>
      <w:r>
        <w:t>تو میری دعا ہے کہ اللہ تعالیٰ مجھ کو اور آپ کو توفیق دے کہ ہم اس مشن کو</w:t>
      </w:r>
    </w:p>
    <w:p>
      <w:r>
        <w:rPr>
          <w:b/>
        </w:rPr>
        <w:t xml:space="preserve">[46:01] </w:t>
      </w:r>
      <w:r>
        <w:t>aage badha sakein. Allah taala ki madad se hi yeh kaam ho sakta hai. Allah taala hamari madad farmaye. Allah ki madad ke baghair yeh kaam shuru bhi nahi kiya ja sakta. aur khatme tak pahunchna to bohat door ki baat hai. to Allah ta</w:t>
      </w:r>
    </w:p>
    <w:p>
      <w:pPr>
        <w:jc w:val="right"/>
      </w:pPr>
      <w:r>
        <w:t>آگے بڑھا سکیں۔ اللہ تعالیٰ کی مدد سے ہی یہ کام ہو سکتا ہے۔ اللہ تعالیٰ ہماری مدد فرمائے۔ اللہ کی مدد کے بغیر یہ کام شروع بھی نہیں کیا جا سکتا۔ اور خاتمے تک پہنچنا تو بہت دور کی بات ہے۔ تو اللہ تع</w:t>
      </w:r>
    </w:p>
    <w:p>
      <w:r>
        <w:rPr>
          <w:b/>
        </w:rPr>
        <w:t xml:space="preserve">[46:31] </w:t>
      </w:r>
      <w:r>
        <w:t>ila hamari aap ki rehnumai farmaye aur madad farmaye.</w:t>
      </w:r>
    </w:p>
    <w:p>
      <w:pPr>
        <w:jc w:val="right"/>
      </w:pPr>
      <w:r>
        <w:t>الیٰ ہماری آپ کی رہنمائی فرمائے اور مدد فرمائے۔</w:t>
      </w:r>
    </w:p>
    <w:p>
      <w:r>
        <w:rPr>
          <w:b/>
        </w:rPr>
        <w:t xml:space="preserve">[46:39] </w:t>
      </w:r>
      <w:r>
        <w:t>assalam o alaikum warahamtullah.</w:t>
      </w:r>
    </w:p>
    <w:p>
      <w:pPr>
        <w:jc w:val="right"/>
      </w:pPr>
      <w:r>
        <w:t>السلام علیکم ورحمۃ اللہ۔</w:t>
      </w:r>
    </w:p>
    <w:p>
      <w:r>
        <w:rPr>
          <w:b/>
        </w:rPr>
        <w:t xml:space="preserve">[46:48] </w:t>
      </w:r>
      <w:r>
        <w:t>dekhiye, unhon ne sawal kiya hai ke Islam ki tareekh mein organ donation ki koi misaal milti hai?</w:t>
      </w:r>
    </w:p>
    <w:p>
      <w:pPr>
        <w:jc w:val="right"/>
      </w:pPr>
      <w:r>
        <w:t>دیکھیے، انہوں نے سوال کیا ہے کہ اسلام کی تاریخ میں آرگن ڈونیشن کی کوئی مثال ملتی ہے؟</w:t>
      </w:r>
    </w:p>
    <w:p>
      <w:r>
        <w:rPr>
          <w:b/>
        </w:rPr>
        <w:t xml:space="preserve">[46:56] </w:t>
      </w:r>
      <w:r>
        <w:t>to dekhiye, organ donation yeh</w:t>
      </w:r>
    </w:p>
    <w:p>
      <w:pPr>
        <w:jc w:val="right"/>
      </w:pPr>
      <w:r>
        <w:t>تو دیکھیے، آرگن ڈونیشن یہ</w:t>
      </w:r>
    </w:p>
    <w:p>
      <w:r>
        <w:rPr>
          <w:b/>
        </w:rPr>
        <w:t xml:space="preserve">[47:05] </w:t>
      </w:r>
      <w:r>
        <w:t>21st century ki medical research ka phenomenon hai.</w:t>
      </w:r>
    </w:p>
    <w:p>
      <w:pPr>
        <w:jc w:val="right"/>
      </w:pPr>
      <w:r>
        <w:t>21st سنچری کی میڈیکل ریسرچ کا فینومینا ہے۔</w:t>
      </w:r>
    </w:p>
    <w:p>
      <w:r>
        <w:rPr>
          <w:b/>
        </w:rPr>
        <w:t xml:space="preserve">[47:10] </w:t>
      </w:r>
      <w:r>
        <w:t>21st century se pehle yeh research nahi hui thi.</w:t>
      </w:r>
    </w:p>
    <w:p>
      <w:pPr>
        <w:jc w:val="right"/>
      </w:pPr>
      <w:r>
        <w:t>21st سنچری سے پہلے یہ ریسرچ نہیں ہوئی تھی۔</w:t>
      </w:r>
    </w:p>
    <w:p>
      <w:r>
        <w:rPr>
          <w:b/>
        </w:rPr>
        <w:t xml:space="preserve">[47:15] </w:t>
      </w:r>
      <w:r>
        <w:t>yeh insaan janta nahi tha.</w:t>
      </w:r>
    </w:p>
    <w:p>
      <w:pPr>
        <w:jc w:val="right"/>
      </w:pPr>
      <w:r>
        <w:t>یہ انسان جانتا نہیں تھا۔</w:t>
      </w:r>
    </w:p>
    <w:p>
      <w:r>
        <w:rPr>
          <w:b/>
        </w:rPr>
        <w:t xml:space="preserve">[47:20] </w:t>
      </w:r>
      <w:r>
        <w:t>jaise ke maine dekhi, yeh, yeh plastic surgery hui hai.</w:t>
      </w:r>
    </w:p>
    <w:p>
      <w:pPr>
        <w:jc w:val="right"/>
      </w:pPr>
      <w:r>
        <w:t>جیسے کہ میں نے دیکھی، یہ، یہ پلاسٹک سرجری ہوئی ہے۔</w:t>
      </w:r>
    </w:p>
    <w:p>
      <w:r>
        <w:rPr>
          <w:b/>
        </w:rPr>
        <w:t xml:space="preserve">[47:25] </w:t>
      </w:r>
      <w:r>
        <w:t>yani ek doosra khhaal skin nikaal kar ghar lagaya gaya.</w:t>
      </w:r>
    </w:p>
    <w:p>
      <w:pPr>
        <w:jc w:val="right"/>
      </w:pPr>
      <w:r>
        <w:t>یعنی ایک دوسرا کھال اسکن نکال کر گھر لگایا گیا۔</w:t>
      </w:r>
    </w:p>
    <w:p>
      <w:r>
        <w:rPr>
          <w:b/>
        </w:rPr>
        <w:t xml:space="preserve">[47:30] </w:t>
      </w:r>
      <w:r>
        <w:t>aur woh meri body ne is ko</w:t>
      </w:r>
    </w:p>
    <w:p>
      <w:pPr>
        <w:jc w:val="right"/>
      </w:pPr>
      <w:r>
        <w:t>اور وہ میری باڈی نے اس کو</w:t>
      </w:r>
    </w:p>
    <w:p>
      <w:r>
        <w:rPr>
          <w:b/>
        </w:rPr>
        <w:t xml:space="preserve">[47:35] </w:t>
      </w:r>
      <w:r>
        <w:t>accept kar liya.</w:t>
      </w:r>
    </w:p>
    <w:p>
      <w:pPr>
        <w:jc w:val="right"/>
      </w:pPr>
      <w:r>
        <w:t>ایکسیپٹ کر لیا۔</w:t>
      </w:r>
    </w:p>
    <w:p>
      <w:r>
        <w:rPr>
          <w:b/>
        </w:rPr>
        <w:t xml:space="preserve">[47:39] </w:t>
      </w:r>
      <w:r>
        <w:t>aur aaj woh is ka hissa bana hua hai.</w:t>
      </w:r>
    </w:p>
    <w:p>
      <w:pPr>
        <w:jc w:val="right"/>
      </w:pPr>
      <w:r>
        <w:t>اور آج وہ اس کا حصہ بنا ہوا ہے۔</w:t>
      </w:r>
    </w:p>
    <w:p>
      <w:r>
        <w:rPr>
          <w:b/>
        </w:rPr>
        <w:t xml:space="preserve">[47:42] </w:t>
      </w:r>
      <w:r>
        <w:t>to insaan janta nahi tha pehle yeh baat.</w:t>
      </w:r>
    </w:p>
    <w:p>
      <w:pPr>
        <w:jc w:val="right"/>
      </w:pPr>
      <w:r>
        <w:t>تو انسان جانتا نہیں تھا پہلے یہ بات۔</w:t>
      </w:r>
    </w:p>
    <w:p>
      <w:r>
        <w:rPr>
          <w:b/>
        </w:rPr>
        <w:t xml:space="preserve">[47:46] </w:t>
      </w:r>
      <w:r>
        <w:t>ke insaan ki body mein yeh salahiyat hai ke woh koi cheez donate ki jaye aur us ko</w:t>
      </w:r>
    </w:p>
    <w:p>
      <w:pPr>
        <w:jc w:val="right"/>
      </w:pPr>
      <w:r>
        <w:t>کہ انسان کی باڈی میں یہ صلاحیت ہے کہ وہ کوئی چیز ڈونیٹ کی جائے اور اس کو</w:t>
      </w:r>
    </w:p>
    <w:p>
      <w:r>
        <w:rPr>
          <w:b/>
        </w:rPr>
        <w:t xml:space="preserve">[47:50] </w:t>
      </w:r>
      <w:r>
        <w:t>woh accept kar le.</w:t>
      </w:r>
    </w:p>
    <w:p>
      <w:pPr>
        <w:jc w:val="right"/>
      </w:pPr>
      <w:r>
        <w:t>وہ ایکسیپٹ کر لے۔</w:t>
      </w:r>
    </w:p>
    <w:p>
      <w:r>
        <w:rPr>
          <w:b/>
        </w:rPr>
        <w:t xml:space="preserve">[47:54] </w:t>
      </w:r>
      <w:r>
        <w:t>yeh bhi isi ki misaal hai.</w:t>
      </w:r>
    </w:p>
    <w:p>
      <w:pPr>
        <w:jc w:val="right"/>
      </w:pPr>
      <w:r>
        <w:t>یہ بھی اسی کی مثال ہے۔</w:t>
      </w:r>
    </w:p>
    <w:p>
      <w:r>
        <w:rPr>
          <w:b/>
        </w:rPr>
        <w:t xml:space="preserve">[47:57] </w:t>
      </w:r>
      <w:r>
        <w:t>donation, is donation ko accept kar liya meri body ne.</w:t>
      </w:r>
    </w:p>
    <w:p>
      <w:pPr>
        <w:jc w:val="right"/>
      </w:pPr>
      <w:r>
        <w:t>ڈونیشن، اس ڈونیشن کو ایکسیپٹ کر لیا میری باڈی نے۔</w:t>
      </w:r>
    </w:p>
    <w:p>
      <w:r>
        <w:rPr>
          <w:b/>
        </w:rPr>
        <w:t xml:space="preserve">[48:01] </w:t>
      </w:r>
      <w:r>
        <w:t>to pehle yeh science develop nahi hui thi. to yeh,</w:t>
      </w:r>
    </w:p>
    <w:p>
      <w:pPr>
        <w:jc w:val="right"/>
      </w:pPr>
      <w:r>
        <w:t>تو پہلے یہ سائنس ڈیولپ نہیں ہوئی تھی۔ تو یہ،</w:t>
      </w:r>
    </w:p>
    <w:p>
      <w:r>
        <w:rPr>
          <w:b/>
        </w:rPr>
        <w:t xml:space="preserve">[48:05] </w:t>
      </w:r>
      <w:r>
        <w:t>yeh sawal jo hai, yeh, yeh sawal bohat ziyada relevant sawal nahi hai.</w:t>
      </w:r>
    </w:p>
    <w:p>
      <w:pPr>
        <w:jc w:val="right"/>
      </w:pPr>
      <w:r>
        <w:t>یہ سوال جو ہے، یہ، یہ سوال بہت زیادہ ریلیونٹ سوال نہیں ہے۔</w:t>
      </w:r>
    </w:p>
    <w:p>
      <w:r>
        <w:rPr>
          <w:b/>
        </w:rPr>
        <w:t xml:space="preserve">[48:10] </w:t>
      </w:r>
      <w:r>
        <w:t>bohat ziyada relevant sawal nahi hai.</w:t>
      </w:r>
    </w:p>
    <w:p>
      <w:pPr>
        <w:jc w:val="right"/>
      </w:pPr>
      <w:r>
        <w:t>بہت زیادہ ریلیونٹ سوال نہیں ہے۔</w:t>
      </w:r>
    </w:p>
    <w:p>
      <w:r>
        <w:rPr>
          <w:b/>
        </w:rPr>
        <w:t xml:space="preserve">[48:15] </w:t>
      </w:r>
      <w:r>
        <w:t>sirf aap yeh keh sakte hain ke yeh jaiz hai ke najaaiz hai.</w:t>
      </w:r>
    </w:p>
    <w:p>
      <w:pPr>
        <w:jc w:val="right"/>
      </w:pPr>
      <w:r>
        <w:t>صرف آپ یہ کہہ سکتے ہیں کہ یہ جائز ہے کہ ناجائز ہے۔</w:t>
      </w:r>
    </w:p>
    <w:p>
      <w:r>
        <w:rPr>
          <w:b/>
        </w:rPr>
        <w:t xml:space="preserve">[48:20] </w:t>
      </w:r>
      <w:r>
        <w:t>to bilashuba yeh jaiz hai.</w:t>
      </w:r>
    </w:p>
    <w:p>
      <w:pPr>
        <w:jc w:val="right"/>
      </w:pPr>
      <w:r>
        <w:t>تو بلاشبہ یہ جائز ہے۔</w:t>
      </w:r>
    </w:p>
    <w:p>
      <w:r>
        <w:rPr>
          <w:b/>
        </w:rPr>
        <w:t xml:space="preserve">[48:25] </w:t>
      </w:r>
      <w:r>
        <w:t>is ke jaiz hone mein koi shaq nahi.</w:t>
      </w:r>
    </w:p>
    <w:p>
      <w:pPr>
        <w:jc w:val="right"/>
      </w:pPr>
      <w:r>
        <w:t>اس کے جائز ہونے میں کوئی شک نہیں۔</w:t>
      </w:r>
    </w:p>
    <w:p>
      <w:r>
        <w:rPr>
          <w:b/>
        </w:rPr>
        <w:t xml:space="preserve">[48:30] </w:t>
      </w:r>
      <w:r>
        <w:t>aur kyunke Allah taala ki jo creation hai, Allah taala ne jo pa</w:t>
      </w:r>
    </w:p>
    <w:p>
      <w:pPr>
        <w:jc w:val="right"/>
      </w:pPr>
      <w:r>
        <w:t>اور کیونکہ اللہ تعالیٰ کی جو کریشن ہے، اللہ تعالیٰ نے جو پ</w:t>
      </w:r>
    </w:p>
    <w:p>
      <w:r>
        <w:rPr>
          <w:b/>
        </w:rPr>
        <w:t xml:space="preserve">[48:35] </w:t>
      </w:r>
      <w:r>
        <w:t>tential rakha hai, potential hamari body mein, is potential ko aap actual banate hain.</w:t>
      </w:r>
    </w:p>
    <w:p>
      <w:pPr>
        <w:jc w:val="right"/>
      </w:pPr>
      <w:r>
        <w:t>وٹینشل رکھا ہے، پوٹینشل ہماری باڈی میں، اس پوٹینشل کو آپ ایکچول بناتے ہیں۔</w:t>
      </w:r>
    </w:p>
    <w:p>
      <w:r>
        <w:rPr>
          <w:b/>
        </w:rPr>
        <w:t xml:space="preserve">[48:39] </w:t>
      </w:r>
      <w:r>
        <w:t>to ain jaiz hai yeh.</w:t>
      </w:r>
    </w:p>
    <w:p>
      <w:pPr>
        <w:jc w:val="right"/>
      </w:pPr>
      <w:r>
        <w:t>تو عین جائز ہے یہ۔</w:t>
      </w:r>
    </w:p>
    <w:p>
      <w:r>
        <w:rPr>
          <w:b/>
        </w:rPr>
        <w:t xml:space="preserve">[48:44] </w:t>
      </w:r>
      <w:r>
        <w:t>is mein koi najaaiz hone ki baat hi nahi hai.</w:t>
      </w:r>
    </w:p>
    <w:p>
      <w:pPr>
        <w:jc w:val="right"/>
      </w:pPr>
      <w:r>
        <w:t>اس میں کوئی ناجائز ہونے کی بات ہی نہیں ہے۔</w:t>
      </w:r>
    </w:p>
    <w:p>
      <w:r>
        <w:rPr>
          <w:b/>
        </w:rPr>
        <w:t xml:space="preserve">[48:48] </w:t>
      </w:r>
      <w:r>
        <w:t>maulana in ka yeh kehna hai ke yeh donation mein kya hota hai ke scan, bone, aain sab</w:t>
      </w:r>
    </w:p>
    <w:p>
      <w:pPr>
        <w:jc w:val="right"/>
      </w:pPr>
      <w:r>
        <w:t>مولانا ان کا یہ کہنا ہے کہ یہ ڈونیشن میں کیا ہوتا ہے کہ اسکین، بون، آئین سب</w:t>
      </w:r>
    </w:p>
    <w:p>
      <w:r>
        <w:rPr>
          <w:b/>
        </w:rPr>
        <w:t xml:space="preserve">[48:52] </w:t>
      </w:r>
      <w:r>
        <w:t>donate kar diya jaye.</w:t>
      </w:r>
    </w:p>
    <w:p>
      <w:pPr>
        <w:jc w:val="right"/>
      </w:pPr>
      <w:r>
        <w:t>ڈونیٹ کر دیا جائے۔</w:t>
      </w:r>
    </w:p>
    <w:p>
      <w:r>
        <w:rPr>
          <w:b/>
        </w:rPr>
        <w:t xml:space="preserve">[48:56] </w:t>
      </w:r>
      <w:r>
        <w:t>donation jab kar diya jaye ga, mayyat ki cheezein, to phir dafan kiya karein ge aap? dafan? jaise</w:t>
      </w:r>
    </w:p>
    <w:p>
      <w:pPr>
        <w:jc w:val="right"/>
      </w:pPr>
      <w:r>
        <w:t>ڈونیشن جب کر دیا جائے گا، میت کی چیزیں، تو پھر دفن کیا کریں گے آپ؟ دفن؟ جیسے</w:t>
      </w:r>
    </w:p>
    <w:p>
      <w:r>
        <w:rPr>
          <w:b/>
        </w:rPr>
        <w:t xml:space="preserve">[49:01] </w:t>
      </w:r>
      <w:r>
        <w:t>jihad hota tha, to is mein kisi ka haath kaat gaya, kisi ka paon kat gaya,</w:t>
      </w:r>
    </w:p>
    <w:p>
      <w:pPr>
        <w:jc w:val="right"/>
      </w:pPr>
      <w:r>
        <w:t>جہاد ہوتا تھا، تو اس میں کسی کا ہاتھ کاٹ گیا، کسی کا پاؤں کٹ گیا،</w:t>
      </w:r>
    </w:p>
    <w:p>
      <w:r>
        <w:rPr>
          <w:b/>
        </w:rPr>
        <w:t xml:space="preserve">[49:05] </w:t>
      </w:r>
      <w:r>
        <w:t>kisi ka kaan kat gaya, to dafan karte the woh? woh body jo aap ko mil raha hai, woh body dafan karenge aap? yeh to nahi ke jo body pait se nikla hai, usi ko dafan karna hai aap ko? bohat se is ko, yeh to body, aap jaante hain ke har das saal mein body badal jata hai. dafan karne ke liye body rehti nahi aap ke paas. aap jaante hain ke yeh cells hain hamare, badalte rehte hain, badalte rehte hain, badalte rehte hain. to jis body ko aap dafan karte</w:t>
      </w:r>
    </w:p>
    <w:p>
      <w:pPr>
        <w:jc w:val="right"/>
      </w:pPr>
      <w:r>
        <w:t>کسی کا کان کٹ گیا، تو دفن کرتے تھے وہ؟ وہ باڈی جو آپ کو مل رہا ہے، وہ باڈی دفن کریں گے آپ؟ یہ تو نہیں کہ جو باڈی پیٹ سے نکلا ہے، اسی کو دفن کرنا ہے آپ کو؟ بہت سے اس کو، یہ تو باڈی، آپ جانتے ہیں کہ ہر دس سال میں باڈی بدل جاتا ہے۔ دفن کرنے کے لیے باڈی رہتی نہیں آپ کے پاس۔ آپ جانتے ہیں کہ یہ سیلز ہیں ہمارے، بدلتے رہتے ہیں، بدلتے رہتے ہیں، بدلتے رہتے ہیں۔ تو جس باڈی کو آپ دفن کرتے</w:t>
      </w:r>
    </w:p>
    <w:p>
      <w:r>
        <w:rPr>
          <w:b/>
        </w:rPr>
        <w:t xml:space="preserve">[49:35] </w:t>
      </w:r>
      <w:r>
        <w:t>hain, woh to naya body hota hai.</w:t>
      </w:r>
    </w:p>
    <w:p>
      <w:pPr>
        <w:jc w:val="right"/>
      </w:pPr>
      <w:r>
        <w:t>ہیں، وہ تو نیا باڈی ہوتا ہے۔</w:t>
      </w:r>
    </w:p>
    <w:p>
      <w:r>
        <w:rPr>
          <w:b/>
        </w:rPr>
        <w:t xml:space="preserve">[49:38] </w:t>
      </w:r>
      <w:r>
        <w:t>woh body hota hi nahi jo paida hua tha maa ke pait se.</w:t>
      </w:r>
    </w:p>
    <w:p>
      <w:pPr>
        <w:jc w:val="right"/>
      </w:pPr>
      <w:r>
        <w:t>وہ باڈی ہوتا ہی نہیں جو پیدا ہوا تھا ماں کے پیٹ سے۔</w:t>
      </w:r>
    </w:p>
    <w:p>
      <w:r>
        <w:rPr>
          <w:b/>
        </w:rPr>
        <w:t xml:space="preserve">[49:41] </w:t>
      </w:r>
      <w:r>
        <w:t>to yeh koi sawal nahi hai.</w:t>
      </w:r>
    </w:p>
    <w:p>
      <w:pPr>
        <w:jc w:val="right"/>
      </w:pPr>
      <w:r>
        <w:t>تو یہ کوئی سوال نہیں ہے۔</w:t>
      </w:r>
    </w:p>
    <w:p>
      <w:r>
        <w:rPr>
          <w:b/>
        </w:rPr>
        <w:t xml:space="preserve">[49:44] </w:t>
      </w:r>
      <w:r>
        <w:t>woh yeh keh rahe hain ke body disfigure ho jati hai.</w:t>
      </w:r>
    </w:p>
    <w:p>
      <w:pPr>
        <w:jc w:val="right"/>
      </w:pPr>
      <w:r>
        <w:t>وہ یہ کہہ رہے ہیں کہ باڈی ڈسفیگر ہو جاتی ہے۔</w:t>
      </w:r>
    </w:p>
    <w:p>
      <w:r>
        <w:rPr>
          <w:b/>
        </w:rPr>
        <w:t xml:space="preserve">[49:47] </w:t>
      </w:r>
      <w:r>
        <w:t>masla, masla samajh rahe hain. disfigure.</w:t>
      </w:r>
    </w:p>
    <w:p>
      <w:pPr>
        <w:jc w:val="right"/>
      </w:pPr>
      <w:r>
        <w:t>مسئلہ، مسئلہ سمجھ رہے ہیں۔ ڈسفیگر۔</w:t>
      </w:r>
    </w:p>
    <w:p>
      <w:r>
        <w:rPr>
          <w:b/>
        </w:rPr>
        <w:t xml:space="preserve">[49:50] </w:t>
      </w:r>
      <w:r>
        <w:t>yani yeh to kaha nahi unhon ne.</w:t>
      </w:r>
    </w:p>
    <w:p>
      <w:pPr>
        <w:jc w:val="right"/>
      </w:pPr>
      <w:r>
        <w:t>یعنی یہ تو کہا نہیں انہوں نے۔</w:t>
      </w:r>
    </w:p>
    <w:p>
      <w:r>
        <w:rPr>
          <w:b/>
        </w:rPr>
        <w:t xml:space="preserve">[49:53] </w:t>
      </w:r>
      <w:r>
        <w:t>yeh sawal, sawal aap ka doosra hai.</w:t>
      </w:r>
    </w:p>
    <w:p>
      <w:pPr>
        <w:jc w:val="right"/>
      </w:pPr>
      <w:r>
        <w:t>یہ سوال، سوال آپ کا دوسرا ہے۔</w:t>
      </w:r>
    </w:p>
    <w:p>
      <w:r>
        <w:rPr>
          <w:b/>
        </w:rPr>
        <w:t xml:space="preserve">[49:56] </w:t>
      </w:r>
      <w:r>
        <w:t>jo aap sahi tareeqe se nahi kar sake.</w:t>
      </w:r>
    </w:p>
    <w:p>
      <w:pPr>
        <w:jc w:val="right"/>
      </w:pPr>
      <w:r>
        <w:t>جو آپ صحیح طریقے سے نہیں کر سکے۔</w:t>
      </w:r>
    </w:p>
    <w:p>
      <w:r>
        <w:rPr>
          <w:b/>
        </w:rPr>
        <w:t xml:space="preserve">[50:00] </w:t>
      </w:r>
      <w:r>
        <w:t>dekhiye, main batata hoon aap ko.</w:t>
      </w:r>
    </w:p>
    <w:p>
      <w:pPr>
        <w:jc w:val="right"/>
      </w:pPr>
      <w:r>
        <w:t>دیکھیے، میں بتاتا ہوں آپ کو۔</w:t>
      </w:r>
    </w:p>
    <w:p>
      <w:r>
        <w:rPr>
          <w:b/>
        </w:rPr>
        <w:t xml:space="preserve">[50:03] </w:t>
      </w:r>
      <w:r>
        <w:t>keh jo aai donation masla hai,</w:t>
      </w:r>
    </w:p>
    <w:p>
      <w:pPr>
        <w:jc w:val="right"/>
      </w:pPr>
      <w:r>
        <w:t>کہ جو آئی ڈونیشن مسئلہ ہے،</w:t>
      </w:r>
    </w:p>
    <w:p>
      <w:r>
        <w:rPr>
          <w:b/>
        </w:rPr>
        <w:t xml:space="preserve">[50:06] </w:t>
      </w:r>
      <w:r>
        <w:t>to aadmi likh deta hai keh mere marne ke baad meri aai, aai jo hai, kisi ko doniyt</w:t>
      </w:r>
    </w:p>
    <w:p>
      <w:pPr>
        <w:jc w:val="right"/>
      </w:pPr>
      <w:r>
        <w:t>تو آدمی لکھ دیتا ہے کہ میرے مرنے کے بعد میری آئی، آئی جو ہے، کسی کو ڈونیٹ</w:t>
      </w:r>
    </w:p>
    <w:p>
      <w:r>
        <w:rPr>
          <w:b/>
        </w:rPr>
        <w:t xml:space="preserve">[50:10] </w:t>
      </w:r>
      <w:r>
        <w:t>kar di jaaye.</w:t>
      </w:r>
    </w:p>
    <w:p>
      <w:pPr>
        <w:jc w:val="right"/>
      </w:pPr>
      <w:r>
        <w:t>کر دی جائے۔</w:t>
      </w:r>
    </w:p>
    <w:p>
      <w:r>
        <w:rPr>
          <w:b/>
        </w:rPr>
        <w:t xml:space="preserve">[50:14] </w:t>
      </w:r>
      <w:r>
        <w:t>marne ke baad.</w:t>
      </w:r>
    </w:p>
    <w:p>
      <w:pPr>
        <w:jc w:val="right"/>
      </w:pPr>
      <w:r>
        <w:t>مرنے کے بعد۔</w:t>
      </w:r>
    </w:p>
    <w:p>
      <w:r>
        <w:rPr>
          <w:b/>
        </w:rPr>
        <w:t xml:space="preserve">[50:19] </w:t>
      </w:r>
      <w:r>
        <w:t>to is par kuch log, naawaqif log, aitraaz karte hain keh sahib yeh to masla hai.</w:t>
      </w:r>
    </w:p>
    <w:p>
      <w:pPr>
        <w:jc w:val="right"/>
      </w:pPr>
      <w:r>
        <w:t>تو اس پر کچھ لوگ، ناواقف لوگ، اعتراض کرتے ہیں کہ صاحب یہ تو مسئلہ ہے۔</w:t>
      </w:r>
    </w:p>
    <w:p>
      <w:r>
        <w:rPr>
          <w:b/>
        </w:rPr>
        <w:t xml:space="preserve">[50:23] </w:t>
      </w:r>
      <w:r>
        <w:t>masla kehte hain disfigurement ko.</w:t>
      </w:r>
    </w:p>
    <w:p>
      <w:pPr>
        <w:jc w:val="right"/>
      </w:pPr>
      <w:r>
        <w:t>مسئلہ کہتے ہیں ڈسفیگرمنٹ کو۔</w:t>
      </w:r>
    </w:p>
    <w:p>
      <w:r>
        <w:rPr>
          <w:b/>
        </w:rPr>
        <w:t xml:space="preserve">[50:28] </w:t>
      </w:r>
      <w:r>
        <w:t>to disfigurement hai hi nahin woh.</w:t>
      </w:r>
    </w:p>
    <w:p>
      <w:pPr>
        <w:jc w:val="right"/>
      </w:pPr>
      <w:r>
        <w:t>تو ڈسفیگرمنٹ ہے ہی نہیں وہ۔</w:t>
      </w:r>
    </w:p>
    <w:p>
      <w:r>
        <w:rPr>
          <w:b/>
        </w:rPr>
        <w:t xml:space="preserve">[50:32] </w:t>
      </w:r>
      <w:r>
        <w:t>kyunkeh woh nikaalte hain insaan ka</w:t>
      </w:r>
    </w:p>
    <w:p>
      <w:pPr>
        <w:jc w:val="right"/>
      </w:pPr>
      <w:r>
        <w:t>کیونکہ وہ نکالتے ہیں انسان کا</w:t>
      </w:r>
    </w:p>
    <w:p>
      <w:r>
        <w:rPr>
          <w:b/>
        </w:rPr>
        <w:t xml:space="preserve">[50:36] </w:t>
      </w:r>
      <w:r>
        <w:t>, ek hissa nikaalte hain, saari woh nahin.</w:t>
      </w:r>
    </w:p>
    <w:p>
      <w:pPr>
        <w:jc w:val="right"/>
      </w:pPr>
      <w:r>
        <w:t>، ایک حصہ نکالتے ہیں، ساری وہ نہیں۔</w:t>
      </w:r>
    </w:p>
    <w:p>
      <w:r>
        <w:rPr>
          <w:b/>
        </w:rPr>
        <w:t xml:space="preserve">[50:41] </w:t>
      </w:r>
      <w:r>
        <w:t>aur is mein phir fit kar dete hain.</w:t>
      </w:r>
    </w:p>
    <w:p>
      <w:pPr>
        <w:jc w:val="right"/>
      </w:pPr>
      <w:r>
        <w:t>اور اس میں پھر فٹ کر دیتے ہیں۔</w:t>
      </w:r>
    </w:p>
    <w:p>
      <w:r>
        <w:rPr>
          <w:b/>
        </w:rPr>
        <w:t xml:space="preserve">[50:45] </w:t>
      </w:r>
      <w:r>
        <w:t>plastic ka ya shishe ka.</w:t>
      </w:r>
    </w:p>
    <w:p>
      <w:pPr>
        <w:jc w:val="right"/>
      </w:pPr>
      <w:r>
        <w:t>پلاسٹک کا یا شیشے کا۔</w:t>
      </w:r>
    </w:p>
    <w:p>
      <w:r>
        <w:rPr>
          <w:b/>
        </w:rPr>
        <w:t xml:space="preserve">[50:50] </w:t>
      </w:r>
      <w:r>
        <w:t>to dekhne mein lagta hai keh wohi, wohi ab bhi hai, pehle jaisa pehle tha.</w:t>
      </w:r>
    </w:p>
    <w:p>
      <w:pPr>
        <w:jc w:val="right"/>
      </w:pPr>
      <w:r>
        <w:t>تو دیکھنے میں لگتا ہے کہ وہی، وہی اب بھی ہے، پہلے جیسا پہلے تھا۔</w:t>
      </w:r>
    </w:p>
    <w:p>
      <w:r>
        <w:rPr>
          <w:b/>
        </w:rPr>
        <w:t xml:space="preserve">[50:54] </w:t>
      </w:r>
      <w:r>
        <w:t>to disfigurement jo hai, dekhiye, hadith mein aata hai: innama al-awlu bi-niyyah.</w:t>
      </w:r>
    </w:p>
    <w:p>
      <w:pPr>
        <w:jc w:val="right"/>
      </w:pPr>
      <w:r>
        <w:t>تو ڈسفیگرمنٹ جو ہے، دیکھیے، حدیث میں آتا ہے: إِنَّمَا الْأَوْلُ بِالنِّيَاةِ۔</w:t>
      </w:r>
    </w:p>
    <w:p>
      <w:r>
        <w:rPr>
          <w:b/>
        </w:rPr>
        <w:t xml:space="preserve">[50:58] </w:t>
      </w:r>
      <w:r>
        <w:t>disfigurement hota hai kisi ki toheen karne ke liye, kisi ko zaleel karne ke liye.</w:t>
      </w:r>
    </w:p>
    <w:p>
      <w:pPr>
        <w:jc w:val="right"/>
      </w:pPr>
      <w:r>
        <w:t>ڈسفیگرمنٹ ہوتا ہے کسی کی توہین کرنے کے لیے، کسی کو ذلیل کرنے کے لیے۔</w:t>
      </w:r>
    </w:p>
    <w:p>
      <w:r>
        <w:rPr>
          <w:b/>
        </w:rPr>
        <w:t xml:space="preserve">[51:03] </w:t>
      </w:r>
      <w:r>
        <w:t>to disfigurement ka maani hai kisi ko</w:t>
      </w:r>
    </w:p>
    <w:p>
      <w:pPr>
        <w:jc w:val="right"/>
      </w:pPr>
      <w:r>
        <w:t>تو ڈسفیگرمنٹ کا معنی ہے کسی کو</w:t>
      </w:r>
    </w:p>
    <w:p>
      <w:r>
        <w:rPr>
          <w:b/>
        </w:rPr>
        <w:t xml:space="preserve">[51:07] </w:t>
      </w:r>
      <w:r>
        <w:t>zaleel karne ke liye, uske jism ko kaat chhaant karna.</w:t>
      </w:r>
    </w:p>
    <w:p>
      <w:pPr>
        <w:jc w:val="right"/>
      </w:pPr>
      <w:r>
        <w:t>ذلیل کرنے کے لیے، اس کے جسم کو کاٹ چھانٹ کرنا۔</w:t>
      </w:r>
    </w:p>
    <w:p>
      <w:r>
        <w:rPr>
          <w:b/>
        </w:rPr>
        <w:t xml:space="preserve">[51:11] </w:t>
      </w:r>
      <w:r>
        <w:t>yahan disfigurement is sense mein hota hi nahin.</w:t>
      </w:r>
    </w:p>
    <w:p>
      <w:pPr>
        <w:jc w:val="right"/>
      </w:pPr>
      <w:r>
        <w:t>یہاں ڈسفیگرمنٹ اس سینس میں ہوتا ہی نہیں۔</w:t>
      </w:r>
    </w:p>
    <w:p>
      <w:r>
        <w:rPr>
          <w:b/>
        </w:rPr>
        <w:t xml:space="preserve">[51:15] </w:t>
      </w:r>
      <w:r>
        <w:t>kuch bhi nahin.</w:t>
      </w:r>
    </w:p>
    <w:p>
      <w:pPr>
        <w:jc w:val="right"/>
      </w:pPr>
      <w:r>
        <w:t>کچھ بھی نہیں۔</w:t>
      </w:r>
    </w:p>
    <w:p>
      <w:r>
        <w:rPr>
          <w:b/>
        </w:rPr>
        <w:t xml:space="preserve">[51:18] </w:t>
      </w:r>
      <w:r>
        <w:t>balkeh main to kahunga yeh marne wale ke liye ek sadqa jaari hai.</w:t>
      </w:r>
    </w:p>
    <w:p>
      <w:pPr>
        <w:jc w:val="right"/>
      </w:pPr>
      <w:r>
        <w:t>بلکہ میں تو کہوں گا یہ مرنے والے کے لیے ایک صدقہ جاری ہے۔</w:t>
      </w:r>
    </w:p>
    <w:p>
      <w:r>
        <w:rPr>
          <w:b/>
        </w:rPr>
        <w:t xml:space="preserve">[51:22] </w:t>
      </w:r>
      <w:r>
        <w:t>ek concept Islam mein yeh hai keh aadmi aisa kaam kare keh uske marne ke baad bhi</w:t>
      </w:r>
    </w:p>
    <w:p>
      <w:pPr>
        <w:jc w:val="right"/>
      </w:pPr>
      <w:r>
        <w:t>ایک کانسیپٹ اسلام میں یہ ہے کہ آدمی ایسا کام کرے کہ اس کے مرنے کے بعد بھی</w:t>
      </w:r>
    </w:p>
    <w:p>
      <w:r>
        <w:rPr>
          <w:b/>
        </w:rPr>
        <w:t xml:space="preserve">[51:26] </w:t>
      </w:r>
      <w:r>
        <w:t>zindon ko uska faida milta rahe.</w:t>
      </w:r>
    </w:p>
    <w:p>
      <w:pPr>
        <w:jc w:val="right"/>
      </w:pPr>
      <w:r>
        <w:t>زندوں کو اس کا فائدہ ملتا رہے۔</w:t>
      </w:r>
    </w:p>
    <w:p>
      <w:r>
        <w:rPr>
          <w:b/>
        </w:rPr>
        <w:t xml:space="preserve">[51:30] </w:t>
      </w:r>
      <w:r>
        <w:t>usko kehte hain Islam mein sadqa e jariya.</w:t>
      </w:r>
    </w:p>
    <w:p>
      <w:pPr>
        <w:jc w:val="right"/>
      </w:pPr>
      <w:r>
        <w:t>اس کو کہتے ہیں اسلام میں صدقہ جاریہ۔</w:t>
      </w:r>
    </w:p>
    <w:p>
      <w:r>
        <w:rPr>
          <w:b/>
        </w:rPr>
        <w:t xml:space="preserve">[51:33] </w:t>
      </w:r>
      <w:r>
        <w:t>to yeh to best sadqa e jariya hai.</w:t>
      </w:r>
    </w:p>
    <w:p>
      <w:pPr>
        <w:jc w:val="right"/>
      </w:pPr>
      <w:r>
        <w:t>تو یہ تو بیسٹ صدقہ جاریہ ہے۔</w:t>
      </w:r>
    </w:p>
    <w:p>
      <w:r>
        <w:rPr>
          <w:b/>
        </w:rPr>
        <w:t xml:space="preserve">[51:37] </w:t>
      </w:r>
      <w:r>
        <w:t>keh main jo mar gaya aur dafan ho gaya, to meri aankh se koi dekh raha hai? yaani</w:t>
      </w:r>
    </w:p>
    <w:p>
      <w:pPr>
        <w:jc w:val="right"/>
      </w:pPr>
      <w:r>
        <w:t>کہ میں جو مر گیا اور دفن ہو گیا، تو میری آنکھ سے کوئی دیکھ رہا ہے؟ یعنی</w:t>
      </w:r>
    </w:p>
    <w:p>
      <w:r>
        <w:rPr>
          <w:b/>
        </w:rPr>
        <w:t xml:space="preserve">[51:42] </w:t>
      </w:r>
      <w:r>
        <w:t>mare hue insaan ki aankh se koi zinda insaan dekh raha hai, to sab se achha sadqa e jariya yeh hai.</w:t>
      </w:r>
    </w:p>
    <w:p>
      <w:pPr>
        <w:jc w:val="right"/>
      </w:pPr>
      <w:r>
        <w:t>مرے ہوئے انسان کی آنکھ سے کوئی زندہ انسان دیکھ رہا ہے، تو سب سے اچھا صدقہ جاریہ یہ ہے۔</w:t>
      </w:r>
    </w:p>
    <w:p>
      <w:r>
        <w:rPr>
          <w:b/>
        </w:rPr>
        <w:t xml:space="preserve">[51:46] </w:t>
      </w:r>
      <w:r>
        <w:t>to is mein koi burai ka sawal nahi hai.</w:t>
      </w:r>
    </w:p>
    <w:p>
      <w:pPr>
        <w:jc w:val="right"/>
      </w:pPr>
      <w:r>
        <w:t>تو اس میں کوئی برائی کا سوال نہیں ہے۔</w:t>
      </w:r>
    </w:p>
    <w:p>
      <w:r>
        <w:rPr>
          <w:b/>
        </w:rPr>
        <w:t xml:space="preserve">[51:50] </w:t>
      </w:r>
      <w:r>
        <w:t>yeh bohat hi acha kaam hai.</w:t>
      </w:r>
    </w:p>
    <w:p>
      <w:pPr>
        <w:jc w:val="right"/>
      </w:pPr>
      <w:r>
        <w:t>یہ بہت ہی اچھا کام ہے۔</w:t>
      </w:r>
    </w:p>
    <w:p>
      <w:r>
        <w:rPr>
          <w:b/>
        </w:rPr>
        <w:t xml:space="preserve">[51:54] </w:t>
      </w:r>
      <w:r>
        <w:t>aur is mein sawab, mein to samajhta hoon ke jo is mein donate, donate kare, woh sawab ka</w:t>
      </w:r>
    </w:p>
    <w:p>
      <w:pPr>
        <w:jc w:val="right"/>
      </w:pPr>
      <w:r>
        <w:t>اور اس میں ثواب، میں تو سمجھتا ہوں کہ جو اس میں ڈونیٹ، ڈونیٹ کرے، وہ ثواب کا</w:t>
      </w:r>
    </w:p>
    <w:p>
      <w:r>
        <w:rPr>
          <w:b/>
        </w:rPr>
        <w:t xml:space="preserve">[51:59] </w:t>
      </w:r>
      <w:r>
        <w:t>kaam karega.</w:t>
      </w:r>
    </w:p>
    <w:p>
      <w:pPr>
        <w:jc w:val="right"/>
      </w:pPr>
      <w:r>
        <w:t>کام کرے گا۔</w:t>
      </w:r>
    </w:p>
    <w:p>
      <w:r>
        <w:rPr>
          <w:b/>
        </w:rPr>
        <w:t xml:space="preserve">[52:03] </w:t>
      </w:r>
      <w:r>
        <w:t>Maulana, aap yeh keh rahe hain ke ek I speak</w:t>
      </w:r>
    </w:p>
    <w:p>
      <w:pPr>
        <w:jc w:val="right"/>
      </w:pPr>
      <w:r>
        <w:t>مولانا آپ یہ کہہ رہے ہیں کہ ایک آئی اسپی</w:t>
      </w:r>
    </w:p>
    <w:p>
      <w:r>
        <w:rPr>
          <w:b/>
        </w:rPr>
        <w:t xml:space="preserve">[52:07] </w:t>
      </w:r>
      <w:r>
        <w:t>alyst ne un se yeh kaha ke Musalmanon ka masla yeh hai ke woh dene ke liye to tarah tarah ke masail batate hain, lekin lene ki Musalmanon ke andar lambi line hoti hai. dekhiye, yeh to munafiqat hai. munafiqat hai. lene ke liye lambi line hai aur dene ke liye nahin. yeh to munafiqat, yeh Islam nahin hai. yeh Islam nahin hai. Maulana aaj ke, aaj ke topic mein jo aap ne nafs-e-mutmainnah par bataya, to yeh nafs</w:t>
      </w:r>
    </w:p>
    <w:p>
      <w:pPr>
        <w:jc w:val="right"/>
      </w:pPr>
      <w:r>
        <w:t>شلسٹ نے ان سے یہ کہا کہ مسلمانوں کا مسئلہ یہ ہے کہ وہ دینے کے لیے تو طرح طرح کے مسائل بتاتے ہیں، لیکن لینے کی مسلمانوں کے اندر لمبی لائن ہوتی ہے۔ دیکھیے، یہ تو منافقت ہے۔ منافقت ہے۔ لینے کے لیے لمبی لائن ہے اور دینے کے لیے نہیں۔ یہ تو منافقت، یہ اسلام نہیں ہے۔ یہ اسلام نہیں ہے۔ مولانا آج کے، آج کے ٹاپک میں جو آپ نے نفس مطمئنہ پر بتایا، تو یہ نفس</w:t>
      </w:r>
    </w:p>
    <w:p>
      <w:r>
        <w:rPr>
          <w:b/>
        </w:rPr>
        <w:t xml:space="preserve">[52:37] </w:t>
      </w:r>
      <w:r>
        <w:t>mutmainnah jo Quran mein kaha gaya hai, woh bahut hi mysterious tha Maulana mere liye. lekin aaj bahut achhi tarah explain ho gaya ke nafs-e-mutmainnah yeh hai ke divine wisdom ko daryaft kiya jaye zindagi mein. to aise hi aadmi ko itminan hasil hota hai aur woh insaan jannat ka mustahiq hota hai. yeh bahut badi baat jo mujhe aaj clear hui Maulana. Masha Allah. kyunke insaan dekhiye, mutmain is</w:t>
      </w:r>
    </w:p>
    <w:p>
      <w:pPr>
        <w:jc w:val="right"/>
      </w:pPr>
      <w:r>
        <w:t>مطمئنہ جو قرآن میں کہا گیا ہے، وہ بہت ہی مسٹیریس تھا مولانا میرے لیے۔ لیکن آج بہت اچھی طرح ایکسپلین ہو گیا کہ نفس مطمئنہ یہ ہے کہ ڈیوائن وزڈم کو دریافت کیا جائے زندگی میں۔ تو ایسے ہی آدمی کو اطمینان حاصل ہوتا ہے اور وہ انسان جنت کا مستحق ہوتا ہے۔ یہ بہت بڑی بات جو مجھے آج کلیئر ہوئی مولانا۔ ماشاءاللہ۔ کیونکہ انسان دیکھیے، مطمئن اس</w:t>
      </w:r>
    </w:p>
    <w:p>
      <w:r>
        <w:rPr>
          <w:b/>
        </w:rPr>
        <w:t xml:space="preserve">[53:07] </w:t>
      </w:r>
      <w:r>
        <w:t>waqt hota hai jab ke woh kisi cheez ko reason out kar le. jab tak reason out nahin karega, tab to mutmain nahin ho sakta. to nafs-e-mutmainnah jo hota hai, woh poori universe ko reason out karta hai. ek chhote se waqeye ko nahin. yeh to har aadmi janta hai ke insaan ke liye zaroori hai ke woh mutmain hone ke liye, ke woh kisi cheez ko reason out kar le. nahin mutmain</w:t>
      </w:r>
    </w:p>
    <w:p>
      <w:pPr>
        <w:jc w:val="right"/>
      </w:pPr>
      <w:r>
        <w:t>وقت ہوتا ہے جب کہ وہ کسی چیز کو ریزن آؤٹ کر لے۔ جب تک ریزن آؤٹ نہیں کرے گا، تب تو مطمئن نہیں ہو سکتا۔ تو نفس مطمئن جو ہوتا ہے، وہ پوری یونیورس کو ریزن آؤٹ کرتا ہے۔ ایک چھوٹے سے واقعے کو نہیں۔ یہ تو ہر آدمی جانتا ہے کہ انسان کے لیے ضروری ہے کہ وہ مطمئن ہونے کے لیے، کہ وہ کسی چیز کو ریزن آؤٹ کر لے۔ نہیں مطمئن</w:t>
      </w:r>
    </w:p>
    <w:p>
      <w:r>
        <w:rPr>
          <w:b/>
        </w:rPr>
        <w:t xml:space="preserve">[53:37] </w:t>
      </w:r>
      <w:r>
        <w:t>nahi hoga woh.</w:t>
      </w:r>
    </w:p>
    <w:p>
      <w:pPr>
        <w:jc w:val="right"/>
      </w:pPr>
      <w:r>
        <w:t>نہیں ہوگا وہ۔</w:t>
      </w:r>
    </w:p>
    <w:p>
      <w:r>
        <w:rPr>
          <w:b/>
        </w:rPr>
        <w:t xml:space="preserve">[53:42] </w:t>
      </w:r>
      <w:r>
        <w:t>to nafs mutmain woh shakhs hai jo poori universe ko reason out kar le.</w:t>
      </w:r>
    </w:p>
    <w:p>
      <w:pPr>
        <w:jc w:val="right"/>
      </w:pPr>
      <w:r>
        <w:t>تو نفس مطمئن وہ شخص ہے جو پوری یونیورس کو ریزن آؤٹ کر لے۔</w:t>
      </w:r>
    </w:p>
    <w:p>
      <w:r>
        <w:rPr>
          <w:b/>
        </w:rPr>
        <w:t xml:space="preserve">[53:46] </w:t>
      </w:r>
      <w:r>
        <w:t>to kitna bara darje ka yeh itminan hai.</w:t>
      </w:r>
    </w:p>
    <w:p>
      <w:pPr>
        <w:jc w:val="right"/>
      </w:pPr>
      <w:r>
        <w:t>تو کتنا بڑا درجے کا یہ اطمینان ہے۔</w:t>
      </w:r>
    </w:p>
    <w:p>
      <w:r>
        <w:rPr>
          <w:b/>
        </w:rPr>
        <w:t xml:space="preserve">[53:50] </w:t>
      </w:r>
      <w:r>
        <w:t>bohat bara darje ka itminan hai.</w:t>
      </w:r>
    </w:p>
    <w:p>
      <w:pPr>
        <w:jc w:val="right"/>
      </w:pPr>
      <w:r>
        <w:t>بہت بڑا درجے کا اطمینان ہے۔</w:t>
      </w:r>
    </w:p>
    <w:p>
      <w:r>
        <w:rPr>
          <w:b/>
        </w:rPr>
        <w:t xml:space="preserve">[53:55] </w:t>
      </w:r>
      <w:r>
        <w:t>مولانا آج جو آپ نے نفس مطمئن کی بات کری، اس سے انسان اپنے کو بھی evaluate کر</w:t>
      </w:r>
    </w:p>
    <w:p>
      <w:pPr>
        <w:jc w:val="right"/>
      </w:pPr>
      <w:r>
        <w:t>مولانا آج جو آپ نے نفس مطمئن کی بات کری، اس سے انسان اپنے کو بھی ایویلیوئیٹ کر</w:t>
      </w:r>
    </w:p>
    <w:p>
      <w:r>
        <w:rPr>
          <w:b/>
        </w:rPr>
        <w:t xml:space="preserve">[53:59] </w:t>
      </w:r>
      <w:r>
        <w:t>sakta hai ke hum kahan hain.</w:t>
      </w:r>
    </w:p>
    <w:p>
      <w:pPr>
        <w:jc w:val="right"/>
      </w:pPr>
      <w:r>
        <w:t>سکتا ہے کہ ہم کہاں ہیں۔</w:t>
      </w:r>
    </w:p>
    <w:p>
      <w:r>
        <w:rPr>
          <w:b/>
        </w:rPr>
        <w:t xml:space="preserve">[54:04] </w:t>
      </w:r>
      <w:r>
        <w:t>hum kitne mutmain hain aur hamein kitna waqai mein hum</w:t>
      </w:r>
    </w:p>
    <w:p>
      <w:pPr>
        <w:jc w:val="right"/>
      </w:pPr>
      <w:r>
        <w:t>ہم کتنے مطمئن ہیں اور ہمیں کتنا واقعی میں ہم</w:t>
      </w:r>
    </w:p>
    <w:p>
      <w:r>
        <w:rPr>
          <w:b/>
        </w:rPr>
        <w:t xml:space="preserve">[54:08] </w:t>
      </w:r>
      <w:r>
        <w:t>woh complain karte hain, kya karte hain. to is discussion se yeh bahut understanding hui ke hum apne andar kya changes layen. doosre aap ne yeh kaha ke nafs-e-mutmainnah comes from self-discovery. lekin is ke liye batana, jaise aap ke lectures se hamare samajh mein aa raha hai, to yeh bhi to bahut important hai ke log is ke bare mein padhen, sunen. yeh bhi</w:t>
      </w:r>
    </w:p>
    <w:p>
      <w:pPr>
        <w:jc w:val="right"/>
      </w:pPr>
      <w:r>
        <w:t>وہ کمپلین کرتے ہیں، کیا کرتے ہیں۔ تو اس ڈسکشن سے یہ بہت انڈرسٹینڈنگ ہوئی کہ ہم اپنے اندر کیا چینجز لائیں۔ دوسرے آپ نے یہ کہا کہ نفس مطمئن کمز فرام سیلف ڈسکوری۔ لیکن اس کے لیے بتانا، جیسے آپ کے لیکچرز سے ہمارے سمجھ میں آ رہا ہے، تو یہ بھی تو بہت امپورٹنٹ ہے کہ لوگ اس کے بارے میں پڑھیں، سنیں۔ یہ بھی</w:t>
      </w:r>
    </w:p>
    <w:p>
      <w:r>
        <w:rPr>
          <w:b/>
        </w:rPr>
        <w:t xml:space="preserve">[54:38] </w:t>
      </w:r>
      <w:r>
        <w:t>to bohat important hai.</w:t>
      </w:r>
    </w:p>
    <w:p>
      <w:pPr>
        <w:jc w:val="right"/>
      </w:pPr>
      <w:r>
        <w:t>تو بہت امپورٹنٹ ہے۔</w:t>
      </w:r>
    </w:p>
    <w:p>
      <w:r>
        <w:rPr>
          <w:b/>
        </w:rPr>
        <w:t xml:space="preserve">[54:42] </w:t>
      </w:r>
      <w:r>
        <w:t>haan, sahi farmaya aap ne.</w:t>
      </w:r>
    </w:p>
    <w:p>
      <w:pPr>
        <w:jc w:val="right"/>
      </w:pPr>
      <w:r>
        <w:t>ہاں، صحیح فرمایا آپ نے۔</w:t>
      </w:r>
    </w:p>
    <w:p>
      <w:r>
        <w:rPr>
          <w:b/>
        </w:rPr>
        <w:t xml:space="preserve">[54:46] </w:t>
      </w:r>
      <w:r>
        <w:t>یہ لفظ آپ نے بہت اچھا استعمال کیا کہ evaluate کرنا۔</w:t>
      </w:r>
    </w:p>
    <w:p>
      <w:pPr>
        <w:jc w:val="right"/>
      </w:pPr>
      <w:r>
        <w:t>یہ لفظ آپ نے بہت اچھا استعمال کیا کہ ایویلیوئیٹ کرنا۔</w:t>
      </w:r>
    </w:p>
    <w:p>
      <w:r>
        <w:rPr>
          <w:b/>
        </w:rPr>
        <w:t xml:space="preserve">[54:49] </w:t>
      </w:r>
      <w:r>
        <w:t>jo sahi maano mein evaluate kar le ga, tabhi is ko nafs mutmain ka darja mile ga.</w:t>
      </w:r>
    </w:p>
    <w:p>
      <w:pPr>
        <w:jc w:val="right"/>
      </w:pPr>
      <w:r>
        <w:t>جو صحیح معنوں میں ایویلیوئیٹ کر لے گا، تبھی اس کو نفس مطمئن کا درجہ ملے گا۔</w:t>
      </w:r>
    </w:p>
    <w:p>
      <w:r>
        <w:rPr>
          <w:b/>
        </w:rPr>
        <w:t xml:space="preserve">[54:53] </w:t>
      </w:r>
      <w:r>
        <w:t>ایک چیز کا رواج مسلمانوں میں نہیں ہے، وہ ہے intellectual exchange۔</w:t>
      </w:r>
    </w:p>
    <w:p>
      <w:pPr>
        <w:jc w:val="right"/>
      </w:pPr>
      <w:r>
        <w:t>ایک چیز کا رواج مسلمانوں میں نہیں ہے، وہ ہے انٹلیکچول ایکسچینج۔</w:t>
      </w:r>
    </w:p>
    <w:p>
      <w:r>
        <w:rPr>
          <w:b/>
        </w:rPr>
        <w:t xml:space="preserve">[54:57] </w:t>
      </w:r>
      <w:r>
        <w:t>objective tareeqe se.</w:t>
      </w:r>
    </w:p>
    <w:p>
      <w:pPr>
        <w:jc w:val="right"/>
      </w:pPr>
      <w:r>
        <w:t>آبجیکٹو طریقے سے۔</w:t>
      </w:r>
    </w:p>
    <w:p>
      <w:r>
        <w:rPr>
          <w:b/>
        </w:rPr>
        <w:t xml:space="preserve">[55:01] </w:t>
      </w:r>
      <w:r>
        <w:t>bas woh debate karna jante hain.</w:t>
      </w:r>
    </w:p>
    <w:p>
      <w:pPr>
        <w:jc w:val="right"/>
      </w:pPr>
      <w:r>
        <w:t>بس وہ ڈیبیٹ کرنا جانتے ہیں۔</w:t>
      </w:r>
    </w:p>
    <w:p>
      <w:r>
        <w:rPr>
          <w:b/>
        </w:rPr>
        <w:t xml:space="preserve">[55:05] </w:t>
      </w:r>
      <w:r>
        <w:t>apni baat doosron par thopna</w:t>
      </w:r>
    </w:p>
    <w:p>
      <w:pPr>
        <w:jc w:val="right"/>
      </w:pPr>
      <w:r>
        <w:t>اپنی بات دوسروں پر تھوپنا</w:t>
      </w:r>
    </w:p>
    <w:p>
      <w:r>
        <w:rPr>
          <w:b/>
        </w:rPr>
        <w:t xml:space="preserve">[55:09] </w:t>
      </w:r>
      <w:r>
        <w:t>. debate karna.</w:t>
      </w:r>
    </w:p>
    <w:p>
      <w:pPr>
        <w:jc w:val="right"/>
      </w:pPr>
      <w:r>
        <w:t>۔ ڈیبیٹ کرنا۔</w:t>
      </w:r>
    </w:p>
    <w:p>
      <w:r>
        <w:rPr>
          <w:b/>
        </w:rPr>
        <w:t xml:space="preserve">[55:12] </w:t>
      </w:r>
      <w:r>
        <w:t>musalman mizaj ke aitbar se debate karna jante hain.</w:t>
      </w:r>
    </w:p>
    <w:p>
      <w:pPr>
        <w:jc w:val="right"/>
      </w:pPr>
      <w:r>
        <w:t>مسلمان مزاج کے اعتبار سے ڈیبیٹ کرنا جانتے ہیں۔</w:t>
      </w:r>
    </w:p>
    <w:p>
      <w:r>
        <w:rPr>
          <w:b/>
        </w:rPr>
        <w:t xml:space="preserve">[55:16] </w:t>
      </w:r>
      <w:r>
        <w:t>intellectual exchange kar ke learning karna, woh nahi jante.</w:t>
      </w:r>
    </w:p>
    <w:p>
      <w:pPr>
        <w:jc w:val="right"/>
      </w:pPr>
      <w:r>
        <w:t>انٹلیکچول ایکسچینج کر کے لرننگ کرنا، وہ نہیں جانتے۔</w:t>
      </w:r>
    </w:p>
    <w:p>
      <w:r>
        <w:rPr>
          <w:b/>
        </w:rPr>
        <w:t xml:space="preserve">[55:20] </w:t>
      </w:r>
      <w:r>
        <w:t>halankeh Hazrat Umar ke bare mein aata hai ke kaanihā ta'allamūni kulli hādī.</w:t>
      </w:r>
    </w:p>
    <w:p>
      <w:pPr>
        <w:jc w:val="right"/>
      </w:pPr>
      <w:r>
        <w:t>حالانکہ حضرت عمر کے بارے میں آتا ہے کہ کانِہَا تَعَلَّمُوْنِ كُلِّ هَٰدٍ۔</w:t>
      </w:r>
    </w:p>
    <w:p>
      <w:r>
        <w:rPr>
          <w:b/>
        </w:rPr>
        <w:t xml:space="preserve">[55:24] </w:t>
      </w:r>
      <w:r>
        <w:t>har ek se seekhte thay.</w:t>
      </w:r>
    </w:p>
    <w:p>
      <w:pPr>
        <w:jc w:val="right"/>
      </w:pPr>
      <w:r>
        <w:t>ہر ایک سے سیکھتے تھے۔</w:t>
      </w:r>
    </w:p>
    <w:p>
      <w:r>
        <w:rPr>
          <w:b/>
        </w:rPr>
        <w:t xml:space="preserve">[55:28] </w:t>
      </w:r>
      <w:r>
        <w:t>to learning ke liye exchange karna, yeh riwaj hi nahi hai musalmanon mein.</w:t>
      </w:r>
    </w:p>
    <w:p>
      <w:pPr>
        <w:jc w:val="right"/>
      </w:pPr>
      <w:r>
        <w:t>تو لرننگ کے لیے ایکسچینج کرنا، یہ رواج ہی نہیں ہے مسلمانوں میں۔</w:t>
      </w:r>
    </w:p>
    <w:p>
      <w:r>
        <w:rPr>
          <w:b/>
        </w:rPr>
        <w:t xml:space="preserve">[55:32] </w:t>
      </w:r>
      <w:r>
        <w:t>bas debate ka riwaj hai.</w:t>
      </w:r>
    </w:p>
    <w:p>
      <w:pPr>
        <w:jc w:val="right"/>
      </w:pPr>
      <w:r>
        <w:t>بس ڈیبیٹ کا رواج ہے۔</w:t>
      </w:r>
    </w:p>
    <w:p>
      <w:r>
        <w:rPr>
          <w:b/>
        </w:rPr>
        <w:t xml:space="preserve">[55:35] </w:t>
      </w:r>
      <w:r>
        <w:t>yeh koi achi alamat nahi hai.</w:t>
      </w:r>
    </w:p>
    <w:p>
      <w:pPr>
        <w:jc w:val="right"/>
      </w:pPr>
      <w:r>
        <w:t>یہ کوئی اچھی علامت نہیں ہے۔</w:t>
      </w:r>
    </w:p>
    <w:p>
      <w:r>
        <w:rPr>
          <w:b/>
        </w:rPr>
        <w:t xml:space="preserve">[55:39] </w:t>
      </w:r>
      <w:r>
        <w:t>Muslims don't even understand the difference between debate and dialogue. haan, yeh sahi hai. mera zaati tajruba hai. zaati tajruba. maslan main America mein ek martaba tha, to wahan par ek woh tha, dialogue tha. balke trialogue tha. trialogue. yani Muslim, Christian aur jo. to</w:t>
      </w:r>
    </w:p>
    <w:p>
      <w:pPr>
        <w:jc w:val="right"/>
      </w:pPr>
      <w:r>
        <w:t>مسلمز ڈونٹ ایون انڈرسٹینڈ دا ڈیفرنس بٹوین ڈیبیٹ اینڈ ڈائیلاگ۔ ہاں، یہ صحیح ہے۔ میرا ذاتی تجربہ ہے۔ ذاتی تجربہ۔ مثلاً میں امریکہ میں ایک مرتبہ تھا، تو وہاں پر ایک وہ تھا، ڈائیلاگ تھا۔ بلکہ ٹرائلگ تھا۔ ٹرائلگ۔ یعنی مسلم، کرسچن اور جو۔ تو</w:t>
      </w:r>
    </w:p>
    <w:p>
      <w:r>
        <w:rPr>
          <w:b/>
        </w:rPr>
        <w:t xml:space="preserve">[56:09] </w:t>
      </w:r>
      <w:r>
        <w:t>trialog tha.</w:t>
      </w:r>
    </w:p>
    <w:p>
      <w:pPr>
        <w:jc w:val="right"/>
      </w:pPr>
      <w:r>
        <w:t>ٹرائلگ تھا۔</w:t>
      </w:r>
    </w:p>
    <w:p>
      <w:r>
        <w:rPr>
          <w:b/>
        </w:rPr>
        <w:t xml:space="preserve">[56:13] </w:t>
      </w:r>
      <w:r>
        <w:t>tu mujh ko le gaye wahan log.</w:t>
      </w:r>
    </w:p>
    <w:p>
      <w:pPr>
        <w:jc w:val="right"/>
      </w:pPr>
      <w:r>
        <w:t>تو مجھ کو لے گئے وہاں لوگ۔</w:t>
      </w:r>
    </w:p>
    <w:p>
      <w:r>
        <w:rPr>
          <w:b/>
        </w:rPr>
        <w:t xml:space="preserve">[56:17] </w:t>
      </w:r>
      <w:r>
        <w:t>main ne dekha ke jo christian the aur jo the, woh to bohat hi scientific andaz mein bolte thay.</w:t>
      </w:r>
    </w:p>
    <w:p>
      <w:pPr>
        <w:jc w:val="right"/>
      </w:pPr>
      <w:r>
        <w:t>میں نے دیکھا کہ جو کرسچن تھے اور جو تھے، وہ تو بہت ہی سائنٹیفک انداز میں بولتے تھے۔</w:t>
      </w:r>
    </w:p>
    <w:p>
      <w:r>
        <w:rPr>
          <w:b/>
        </w:rPr>
        <w:t xml:space="preserve">[56:21] </w:t>
      </w:r>
      <w:r>
        <w:t>aur musalman jo the, bilkul debate karte thay. chalate thay.</w:t>
      </w:r>
    </w:p>
    <w:p>
      <w:pPr>
        <w:jc w:val="right"/>
      </w:pPr>
      <w:r>
        <w:t>اور مسلمان جو تھے، بالکل ڈیبیٹ کرتے تھے۔ چلاتے تھے۔</w:t>
      </w:r>
    </w:p>
    <w:p>
      <w:r>
        <w:rPr>
          <w:b/>
        </w:rPr>
        <w:t xml:space="preserve">[56:24] </w:t>
      </w:r>
      <w:r>
        <w:t>apni baat karen.</w:t>
      </w:r>
    </w:p>
    <w:p>
      <w:pPr>
        <w:jc w:val="right"/>
      </w:pPr>
      <w:r>
        <w:t>اپنی بات کریں۔</w:t>
      </w:r>
    </w:p>
    <w:p>
      <w:r>
        <w:rPr>
          <w:b/>
        </w:rPr>
        <w:t xml:space="preserve">[56:28] </w:t>
      </w:r>
      <w:r>
        <w:t>yani America mein yeh ho raha tha.</w:t>
      </w:r>
    </w:p>
    <w:p>
      <w:pPr>
        <w:jc w:val="right"/>
      </w:pPr>
      <w:r>
        <w:t>یعنی امریکہ میں یہ ہو رہا تھا۔</w:t>
      </w:r>
    </w:p>
    <w:p>
      <w:r>
        <w:rPr>
          <w:b/>
        </w:rPr>
        <w:t xml:space="preserve">[56:32] </w:t>
      </w:r>
      <w:r>
        <w:t>to woh beech mein uth ke chala aya.</w:t>
      </w:r>
    </w:p>
    <w:p>
      <w:pPr>
        <w:jc w:val="right"/>
      </w:pPr>
      <w:r>
        <w:t>تو وہ بیچ میں اٹھ کے چلا آیا۔</w:t>
      </w:r>
    </w:p>
    <w:p>
      <w:r>
        <w:rPr>
          <w:b/>
        </w:rPr>
        <w:t xml:space="preserve">[56:36] </w:t>
      </w:r>
      <w:r>
        <w:t>itna mujhe, itna to main ziyada pareshan hua. har musalman</w:t>
      </w:r>
    </w:p>
    <w:p>
      <w:pPr>
        <w:jc w:val="right"/>
      </w:pPr>
      <w:r>
        <w:t>اتنا مجھے، اتنا تو میں زیادہ پریشان ہوا۔ ہر مسلمان</w:t>
      </w:r>
    </w:p>
    <w:p>
      <w:r>
        <w:rPr>
          <w:b/>
        </w:rPr>
        <w:t xml:space="preserve">[56:40] </w:t>
      </w:r>
      <w:r>
        <w:t>debater bana hua tha.</w:t>
      </w:r>
    </w:p>
    <w:p>
      <w:pPr>
        <w:jc w:val="right"/>
      </w:pPr>
      <w:r>
        <w:t>ڈیبیٹر بنا ہوا تھا۔</w:t>
      </w:r>
    </w:p>
    <w:p>
      <w:r>
        <w:rPr>
          <w:b/>
        </w:rPr>
        <w:t xml:space="preserve">[56:44] </w:t>
      </w:r>
      <w:r>
        <w:t>jabke isi jagah jo the aur jo christian the, woh objective tor par apni baat karte thay.</w:t>
      </w:r>
    </w:p>
    <w:p>
      <w:pPr>
        <w:jc w:val="right"/>
      </w:pPr>
      <w:r>
        <w:t>جبکہ اسی جگہ جو تھے اور جو کرسچن تھے، وہ آبجیکٹو طور پر اپنی بات کرتے تھے۔</w:t>
      </w:r>
    </w:p>
    <w:p>
      <w:r>
        <w:rPr>
          <w:b/>
        </w:rPr>
        <w:t xml:space="preserve">[56:48] </w:t>
      </w:r>
      <w:r>
        <w:t>to yeh waqia hai ke musalman jo hain, chahe East ke hon ya West ke hon, woh jante</w:t>
      </w:r>
    </w:p>
    <w:p>
      <w:pPr>
        <w:jc w:val="right"/>
      </w:pPr>
      <w:r>
        <w:t>تو یہ واقعہ ہے کہ مسلمان جو ہیں، چاہے ایسٹ کے ہوں یا ویسٹ کے ہوں، وہ جانتے</w:t>
      </w:r>
    </w:p>
    <w:p>
      <w:r>
        <w:rPr>
          <w:b/>
        </w:rPr>
        <w:t xml:space="preserve">[56:53] </w:t>
      </w:r>
      <w:r>
        <w:t>hi nahin intellectual discussion ko.</w:t>
      </w:r>
    </w:p>
    <w:p>
      <w:pPr>
        <w:jc w:val="right"/>
      </w:pPr>
      <w:r>
        <w:t>ہی نہیں انٹلیکچول ڈسکشن کو۔</w:t>
      </w:r>
    </w:p>
    <w:p>
      <w:r>
        <w:rPr>
          <w:b/>
        </w:rPr>
        <w:t xml:space="preserve">[56:57] </w:t>
      </w:r>
      <w:r>
        <w:t>woh debate karna jante hain. debate.</w:t>
      </w:r>
    </w:p>
    <w:p>
      <w:pPr>
        <w:jc w:val="right"/>
      </w:pPr>
      <w:r>
        <w:t>وہ ڈیبیٹ کرنا جانتے ہیں۔ ڈیبیٹ۔</w:t>
      </w:r>
    </w:p>
    <w:p>
      <w:r>
        <w:rPr>
          <w:b/>
        </w:rPr>
        <w:t xml:space="preserve">[57:01] </w:t>
      </w:r>
      <w:r>
        <w:t>bas apni baat bolenge, doosre ka sunenge nahin.</w:t>
      </w:r>
    </w:p>
    <w:p>
      <w:pPr>
        <w:jc w:val="right"/>
      </w:pPr>
      <w:r>
        <w:t>بس اپنی بات بولیں گے، دوسرے کا سنیں گے نہیں۔</w:t>
      </w:r>
    </w:p>
    <w:p>
      <w:r>
        <w:rPr>
          <w:b/>
        </w:rPr>
        <w:t xml:space="preserve">[57:05] </w:t>
      </w:r>
      <w:r>
        <w:t>iska bohat bara, yani nuq</w:t>
      </w:r>
    </w:p>
    <w:p>
      <w:pPr>
        <w:jc w:val="right"/>
      </w:pPr>
      <w:r>
        <w:t>اس کا بہت بڑا، یعنی نق</w:t>
      </w:r>
    </w:p>
    <w:p>
      <w:r>
        <w:rPr>
          <w:b/>
        </w:rPr>
        <w:t xml:space="preserve">[57:10] </w:t>
      </w:r>
      <w:r>
        <w:t>saan hai.</w:t>
      </w:r>
    </w:p>
    <w:p>
      <w:pPr>
        <w:jc w:val="right"/>
      </w:pPr>
      <w:r>
        <w:t>صان ہے۔</w:t>
      </w:r>
    </w:p>
    <w:p>
      <w:r>
        <w:rPr>
          <w:b/>
        </w:rPr>
        <w:t xml:space="preserve">[57:14] </w:t>
      </w:r>
      <w:r>
        <w:t>iski bohat bari prize deni parti hai.</w:t>
      </w:r>
    </w:p>
    <w:p>
      <w:pPr>
        <w:jc w:val="right"/>
      </w:pPr>
      <w:r>
        <w:t>اس کی بہت بڑی پرائز دینی پڑتی ہے۔</w:t>
      </w:r>
    </w:p>
    <w:p>
      <w:r>
        <w:rPr>
          <w:b/>
        </w:rPr>
        <w:t xml:space="preserve">[57:18] </w:t>
      </w:r>
      <w:r>
        <w:t>woh kya hai? musalmanon ke andar intellectual development taqreeban ruk gaya hai.</w:t>
      </w:r>
    </w:p>
    <w:p>
      <w:pPr>
        <w:jc w:val="right"/>
      </w:pPr>
      <w:r>
        <w:t>وہ کیا ہے؟ مسلمانوں کے اندر انٹلیکچول ڈیولپمنٹ تقریباً رک گیا ہے۔</w:t>
      </w:r>
    </w:p>
    <w:p>
      <w:r>
        <w:rPr>
          <w:b/>
        </w:rPr>
        <w:t xml:space="preserve">[57:23] </w:t>
      </w:r>
      <w:r>
        <w:t>main zaati tajurba yeh kahunga ke musalmanon ke andar intellectual development taqreeban ruk gaya hai.</w:t>
      </w:r>
    </w:p>
    <w:p>
      <w:pPr>
        <w:jc w:val="right"/>
      </w:pPr>
      <w:r>
        <w:t>میں ذاتی تجربہ یہ کہوں گا کہ مسلمانوں کے اندر انٹلیکچول ڈیولپمنٹ تقریباً رک گیا ہے۔</w:t>
      </w:r>
    </w:p>
    <w:p>
      <w:r>
        <w:rPr>
          <w:b/>
        </w:rPr>
        <w:t xml:space="preserve">[57:27] </w:t>
      </w:r>
      <w:r>
        <w:t>kyunke woh, woh hota hai wahi jo Hazrat Umar ka jo mutual learning se hota hai.</w:t>
      </w:r>
    </w:p>
    <w:p>
      <w:pPr>
        <w:jc w:val="right"/>
      </w:pPr>
      <w:r>
        <w:t>کیونکہ وہ، وہ ہوتا ہے وہی جو حضرت عمر کا جو میوچول لرننگ سے ہوتا ہے۔</w:t>
      </w:r>
    </w:p>
    <w:p>
      <w:r>
        <w:rPr>
          <w:b/>
        </w:rPr>
        <w:t xml:space="preserve">[57:31] </w:t>
      </w:r>
      <w:r>
        <w:t>mutual learning ki speed hi nahin hoti.</w:t>
      </w:r>
    </w:p>
    <w:p>
      <w:pPr>
        <w:jc w:val="right"/>
      </w:pPr>
      <w:r>
        <w:t>میوچول لرننگ کی اسپیڈ ہی نہیں ہوتی۔</w:t>
      </w:r>
    </w:p>
    <w:p>
      <w:r>
        <w:rPr>
          <w:b/>
        </w:rPr>
        <w:t xml:space="preserve">[57:36] </w:t>
      </w:r>
      <w:r>
        <w:t>bas debate, debate, debate.</w:t>
      </w:r>
    </w:p>
    <w:p>
      <w:pPr>
        <w:jc w:val="right"/>
      </w:pPr>
      <w:r>
        <w:t>بس ڈیبیٹ، ڈیبیٹ، ڈیبیٹ۔</w:t>
      </w:r>
    </w:p>
    <w:p>
      <w:r>
        <w:rPr>
          <w:b/>
        </w:rPr>
        <w:t xml:space="preserve">[57:40] </w:t>
      </w:r>
      <w:r>
        <w:t>yeh mera zaati tajurba hai.</w:t>
      </w:r>
    </w:p>
    <w:p>
      <w:pPr>
        <w:jc w:val="right"/>
      </w:pPr>
      <w:r>
        <w:t>یہ میرا ذاتی تجربہ ہے۔</w:t>
      </w:r>
    </w:p>
    <w:p>
      <w:r>
        <w:rPr>
          <w:b/>
        </w:rPr>
        <w:t xml:space="preserve">[57:45] </w:t>
      </w:r>
      <w:r>
        <w:t>Maulana ek question aya hai Danish Sahab ki taraf se.</w:t>
      </w:r>
    </w:p>
    <w:p>
      <w:pPr>
        <w:jc w:val="right"/>
      </w:pPr>
      <w:r>
        <w:t>مولانا ایک کوئسچن آیا ہے دانش صاحب کی طرف سے۔</w:t>
      </w:r>
    </w:p>
    <w:p>
      <w:r>
        <w:rPr>
          <w:b/>
        </w:rPr>
        <w:t xml:space="preserve">[57:50] </w:t>
      </w:r>
      <w:r>
        <w:t>If someone committed shirk or kufr anywhere in the world, it is a crime and punishable too</w:t>
      </w:r>
    </w:p>
    <w:p>
      <w:pPr>
        <w:jc w:val="right"/>
      </w:pPr>
      <w:r>
        <w:t>اف سم ون کمیٹڈ شرک اور کفر اینی ویر ان ورلڈ، اٹ از ا کرائم اینڈ پنیشیبل ٹو</w:t>
      </w:r>
    </w:p>
    <w:p>
      <w:r>
        <w:rPr>
          <w:b/>
        </w:rPr>
        <w:t xml:space="preserve">[57:56] </w:t>
      </w:r>
      <w:r>
        <w:t>death, and we have the right to implement that punishment.</w:t>
      </w:r>
    </w:p>
    <w:p>
      <w:pPr>
        <w:jc w:val="right"/>
      </w:pPr>
      <w:r>
        <w:t>ڈیتھ، اینڈ وی ہیو دا رائٹ ٹو امپلیمنٹ دیٹ پنشمنٹ۔</w:t>
      </w:r>
    </w:p>
    <w:p>
      <w:r>
        <w:rPr>
          <w:b/>
        </w:rPr>
        <w:t xml:space="preserve">[58:01] </w:t>
      </w:r>
      <w:r>
        <w:t>is this Allah want from us? yeh bilkul galat hai.</w:t>
      </w:r>
    </w:p>
    <w:p>
      <w:pPr>
        <w:jc w:val="right"/>
      </w:pPr>
      <w:r>
        <w:t>از دس اللہ وانٹ فرام اس؟ یہ بالکل غلط ہے۔</w:t>
      </w:r>
    </w:p>
    <w:p>
      <w:r>
        <w:rPr>
          <w:b/>
        </w:rPr>
        <w:t xml:space="preserve">[58:06] </w:t>
      </w:r>
      <w:r>
        <w:t>yeh kahan, kahan Quran mein likha hua hai? ke shirk aur kufr jo kare, us ko maro. punish karo.</w:t>
      </w:r>
    </w:p>
    <w:p>
      <w:pPr>
        <w:jc w:val="right"/>
      </w:pPr>
      <w:r>
        <w:t>یہ کہاں، کہاں قرآن میں لکھا ہوا ہے؟ کہ شرک اور کفر جو کرے، اس کو مارو۔ پنش کرو۔</w:t>
      </w:r>
    </w:p>
    <w:p>
      <w:r>
        <w:rPr>
          <w:b/>
        </w:rPr>
        <w:t xml:space="preserve">[58:11] </w:t>
      </w:r>
      <w:r>
        <w:t>tabligh kar sakte hain aap bas.</w:t>
      </w:r>
    </w:p>
    <w:p>
      <w:pPr>
        <w:jc w:val="right"/>
      </w:pPr>
      <w:r>
        <w:t>تبلیغ کر سکتے ہیں آپ بس۔</w:t>
      </w:r>
    </w:p>
    <w:p>
      <w:r>
        <w:rPr>
          <w:b/>
        </w:rPr>
        <w:t xml:space="preserve">[58:15] </w:t>
      </w:r>
      <w:r>
        <w:t>yeh bilkul hi, bilkul hi intehai had tak base less baat yeh hai.</w:t>
      </w:r>
    </w:p>
    <w:p>
      <w:pPr>
        <w:jc w:val="right"/>
      </w:pPr>
      <w:r>
        <w:t>یہ بالکل ہی، بالکل ہی انتہائی حد تک بیس لیس بات یہ ہے۔</w:t>
      </w:r>
    </w:p>
    <w:p>
      <w:r>
        <w:rPr>
          <w:b/>
        </w:rPr>
        <w:t xml:space="preserve">[58:18] </w:t>
      </w:r>
      <w:r>
        <w:t>aakhri had tak base less hai.</w:t>
      </w:r>
    </w:p>
    <w:p>
      <w:pPr>
        <w:jc w:val="right"/>
      </w:pPr>
      <w:r>
        <w:t>آخری حد تک بیس لیس ہے۔</w:t>
      </w:r>
    </w:p>
    <w:p>
      <w:r>
        <w:rPr>
          <w:b/>
        </w:rPr>
        <w:t xml:space="preserve">[58:21] </w:t>
      </w:r>
      <w:r>
        <w:t>ke shirk aur kufr punishment crime nahi hai.</w:t>
      </w:r>
    </w:p>
    <w:p>
      <w:pPr>
        <w:jc w:val="right"/>
      </w:pPr>
      <w:r>
        <w:t>کہ شرک اور کفر پنشمنٹ کرائم نہیں ہے۔</w:t>
      </w:r>
    </w:p>
    <w:p>
      <w:r>
        <w:rPr>
          <w:b/>
        </w:rPr>
        <w:t xml:space="preserve">[58:25] </w:t>
      </w:r>
      <w:r>
        <w:t>woh deviation hai.</w:t>
      </w:r>
    </w:p>
    <w:p>
      <w:pPr>
        <w:jc w:val="right"/>
      </w:pPr>
      <w:r>
        <w:t>وہ ڈیوی ایشن ہے۔</w:t>
      </w:r>
    </w:p>
    <w:p>
      <w:r>
        <w:rPr>
          <w:b/>
        </w:rPr>
        <w:t xml:space="preserve">[58:28] </w:t>
      </w:r>
      <w:r>
        <w:t>freedom ka deviation hai.</w:t>
      </w:r>
    </w:p>
    <w:p>
      <w:pPr>
        <w:jc w:val="right"/>
      </w:pPr>
      <w:r>
        <w:t>فریڈم کا ڈیوی ایشن ہے۔</w:t>
      </w:r>
    </w:p>
    <w:p>
      <w:r>
        <w:rPr>
          <w:b/>
        </w:rPr>
        <w:t xml:space="preserve">[58:31] </w:t>
      </w:r>
      <w:r>
        <w:t>toh aap is ko samjhaiye.</w:t>
      </w:r>
    </w:p>
    <w:p>
      <w:pPr>
        <w:jc w:val="right"/>
      </w:pPr>
      <w:r>
        <w:t>تو آپ اس کو سمجھائیے۔</w:t>
      </w:r>
    </w:p>
    <w:p>
      <w:r>
        <w:rPr>
          <w:b/>
        </w:rPr>
        <w:t xml:space="preserve">[58:35] </w:t>
      </w:r>
      <w:r>
        <w:t>crime is cheez ka naam hai, is mein social injury ka naam hai.</w:t>
      </w:r>
    </w:p>
    <w:p>
      <w:pPr>
        <w:jc w:val="right"/>
      </w:pPr>
      <w:r>
        <w:t>کرائم اس چیز کا نام ہے، اس میں سوشل انجری کا نام ہے۔</w:t>
      </w:r>
    </w:p>
    <w:p>
      <w:r>
        <w:rPr>
          <w:b/>
        </w:rPr>
        <w:t xml:space="preserve">[58:38] </w:t>
      </w:r>
      <w:r>
        <w:t>aap society mein ek insaan ko koi</w:t>
      </w:r>
    </w:p>
    <w:p>
      <w:pPr>
        <w:jc w:val="right"/>
      </w:pPr>
      <w:r>
        <w:t>آپ سوسائٹی میں ایک انسان کو کوئی</w:t>
      </w:r>
    </w:p>
    <w:p>
      <w:r>
        <w:rPr>
          <w:b/>
        </w:rPr>
        <w:t xml:space="preserve">[58:42] </w:t>
      </w:r>
      <w:r>
        <w:t>injury pohanchayein, that is, maslan qatal kar dein, that is crime.</w:t>
      </w:r>
    </w:p>
    <w:p>
      <w:pPr>
        <w:jc w:val="right"/>
      </w:pPr>
      <w:r>
        <w:t>انجری پہنچائیں، دیٹ از، مثلاً قتل کر دیں، دیٹ از کرائم۔</w:t>
      </w:r>
    </w:p>
    <w:p>
      <w:r>
        <w:rPr>
          <w:b/>
        </w:rPr>
        <w:t xml:space="preserve">[58:45] </w:t>
      </w:r>
      <w:r>
        <w:t>baqi yeh jo shirk, kufr hai, yeh toh deviation hai.</w:t>
      </w:r>
    </w:p>
    <w:p>
      <w:pPr>
        <w:jc w:val="right"/>
      </w:pPr>
      <w:r>
        <w:t>باقی یہ جو شرک، کفر ہے، یہ تو ڈیوی ایشن ہے۔</w:t>
      </w:r>
    </w:p>
    <w:p>
      <w:r>
        <w:rPr>
          <w:b/>
        </w:rPr>
        <w:t xml:space="preserve">[58:49] </w:t>
      </w:r>
      <w:r>
        <w:t>insani azadi ko aadmi galat istemal kar raha hai, toh aap is ko samjhaiye.</w:t>
      </w:r>
    </w:p>
    <w:p>
      <w:pPr>
        <w:jc w:val="right"/>
      </w:pPr>
      <w:r>
        <w:t>انسانی آزادی کو آدمی غلط استعمال کر رہا ہے، تو آپ اس کو سمجھائیے۔</w:t>
      </w:r>
    </w:p>
    <w:p>
      <w:r>
        <w:rPr>
          <w:b/>
        </w:rPr>
        <w:t xml:space="preserve">[58:53] </w:t>
      </w:r>
      <w:r>
        <w:t>lasta alaihi bima shaitara.</w:t>
      </w:r>
    </w:p>
    <w:p>
      <w:pPr>
        <w:jc w:val="right"/>
      </w:pPr>
      <w:r>
        <w:t>لَسْتَ عَلَيْهِ بِمَا شَيْتِرَ۔</w:t>
      </w:r>
    </w:p>
    <w:p>
      <w:r>
        <w:rPr>
          <w:b/>
        </w:rPr>
        <w:t xml:space="preserve">[58:57] </w:t>
      </w:r>
      <w:r>
        <w:t>quran mein is ka ulta likha hua hai.</w:t>
      </w:r>
    </w:p>
    <w:p>
      <w:pPr>
        <w:jc w:val="right"/>
      </w:pPr>
      <w:r>
        <w:t>قرآن میں اس کا الٹا لکھا ہوا ہے۔</w:t>
      </w:r>
    </w:p>
    <w:p>
      <w:r>
        <w:rPr>
          <w:b/>
        </w:rPr>
        <w:t xml:space="preserve">[59:00] </w:t>
      </w:r>
      <w:r>
        <w:t>lasta alaihi bima shaitara.</w:t>
      </w:r>
    </w:p>
    <w:p>
      <w:pPr>
        <w:jc w:val="right"/>
      </w:pPr>
      <w:r>
        <w:t>لَسْتَ عَلَيْهِ بِمَا شَيْتِرَ۔</w:t>
      </w:r>
    </w:p>
    <w:p>
      <w:r>
        <w:rPr>
          <w:b/>
        </w:rPr>
        <w:t xml:space="preserve">[59:04] </w:t>
      </w:r>
      <w:r>
        <w:t>tum, tumhara kaam yeh nahi ke in par woh saza nafiz karo.</w:t>
      </w:r>
    </w:p>
    <w:p>
      <w:pPr>
        <w:jc w:val="right"/>
      </w:pPr>
      <w:r>
        <w:t>تم، تمہارا کام یہ نہیں کہ ان پر وہ سزا نافذ کرو۔</w:t>
      </w:r>
    </w:p>
    <w:p>
      <w:r>
        <w:rPr>
          <w:b/>
        </w:rPr>
        <w:t xml:space="preserve">[59:08] </w:t>
      </w:r>
      <w:r>
        <w:t>al-ghashiya mein parh lijiye. p</w:t>
      </w:r>
    </w:p>
    <w:p>
      <w:pPr>
        <w:jc w:val="right"/>
      </w:pPr>
      <w:r>
        <w:t>الغاشیہ میں پڑھ لیجیے۔ پ</w:t>
      </w:r>
    </w:p>
    <w:p>
      <w:r>
        <w:rPr>
          <w:b/>
        </w:rPr>
        <w:t xml:space="preserve">[59:12] </w:t>
      </w:r>
      <w:r>
        <w:t>rhiye woh hissa.</w:t>
      </w:r>
    </w:p>
    <w:p>
      <w:pPr>
        <w:jc w:val="right"/>
      </w:pPr>
      <w:r>
        <w:t>ڑھیے وہ حصہ۔</w:t>
      </w:r>
    </w:p>
    <w:p>
      <w:r>
        <w:rPr>
          <w:b/>
        </w:rPr>
        <w:t xml:space="preserve">[59:15] </w:t>
      </w:r>
      <w:r>
        <w:t>innama anta muzakkir lasta alaihim bima shaitara.</w:t>
      </w:r>
    </w:p>
    <w:p>
      <w:pPr>
        <w:jc w:val="right"/>
      </w:pPr>
      <w:r>
        <w:t>إِنَّمَا أَنتَ مُذَكِّرٌ لَسْتَ عَلَيْهِمْ بِمَا شَيْتِرَ۔</w:t>
      </w:r>
    </w:p>
    <w:p>
      <w:r>
        <w:rPr>
          <w:b/>
        </w:rPr>
        <w:t xml:space="preserve">[59:18] </w:t>
      </w:r>
      <w:r>
        <w:t>innama anta muzakkir lasta alaihim bima shaitara.</w:t>
      </w:r>
    </w:p>
    <w:p>
      <w:pPr>
        <w:jc w:val="right"/>
      </w:pPr>
      <w:r>
        <w:t>إِنَّمَا أَنتَ مُذَكِّرٌ لَسْتَ عَلَيْهِ بِمَا شَيْتِرَ۔</w:t>
      </w:r>
    </w:p>
    <w:p>
      <w:r>
        <w:rPr>
          <w:b/>
        </w:rPr>
        <w:t xml:space="preserve">[59:21] </w:t>
      </w:r>
      <w:r>
        <w:t>tumhara kaam yaad dehani karna hai.</w:t>
      </w:r>
    </w:p>
    <w:p>
      <w:pPr>
        <w:jc w:val="right"/>
      </w:pPr>
      <w:r>
        <w:t>تمہارا کام یاد دہانی کرنا ہے۔</w:t>
      </w:r>
    </w:p>
    <w:p>
      <w:r>
        <w:rPr>
          <w:b/>
        </w:rPr>
        <w:t xml:space="preserve">[59:24] </w:t>
      </w:r>
      <w:r>
        <w:t>tumhara kaam saza dena nahi hai.</w:t>
      </w:r>
    </w:p>
    <w:p>
      <w:pPr>
        <w:jc w:val="right"/>
      </w:pPr>
      <w:r>
        <w:t>تمہارا کام سزا دینا نہیں ہے۔</w:t>
      </w:r>
    </w:p>
    <w:p>
      <w:r>
        <w:rPr>
          <w:b/>
        </w:rPr>
        <w:t xml:space="preserve">[59:27] </w:t>
      </w:r>
      <w:r>
        <w:t>implement karna nahi hai.</w:t>
      </w:r>
    </w:p>
    <w:p>
      <w:pPr>
        <w:jc w:val="right"/>
      </w:pPr>
      <w:r>
        <w:t>امپلیمنٹ کرنا نہیں ہے۔</w:t>
      </w:r>
    </w:p>
    <w:p>
      <w:r>
        <w:rPr>
          <w:b/>
        </w:rPr>
        <w:t xml:space="preserve">[59:30] </w:t>
      </w:r>
      <w:r>
        <w:t>kallaman tawalla wa kafara fayuazzibuhullahu al-azab al-akhira. haan.</w:t>
      </w:r>
    </w:p>
    <w:p>
      <w:pPr>
        <w:jc w:val="right"/>
      </w:pPr>
      <w:r>
        <w:t>كَلَّمَنْ تَوَلَّىٰ وَكَفَرَ فَيُعَذِّبُهُ اللَّهُ الْعَذَابَ الْأَخِرَ۔ ہاں۔</w:t>
      </w:r>
    </w:p>
    <w:p>
      <w:r>
        <w:rPr>
          <w:b/>
        </w:rPr>
        <w:t xml:space="preserve">[59:33] </w:t>
      </w:r>
      <w:r>
        <w:t>jo, jo shirk kare, kufr kare, toh is ka muamla Allah ke hawale hai.</w:t>
      </w:r>
    </w:p>
    <w:p>
      <w:pPr>
        <w:jc w:val="right"/>
      </w:pPr>
      <w:r>
        <w:t>جو، جو شرک کرے، کفر کرے، تو اس کا معاملہ اللہ کے حوالے ہے۔</w:t>
      </w:r>
    </w:p>
    <w:p>
      <w:r>
        <w:rPr>
          <w:b/>
        </w:rPr>
        <w:t xml:space="preserve">[59:36] </w:t>
      </w:r>
      <w:r>
        <w:t>wahan us ko khuda jo chahega, us ke sath muamla karega.</w:t>
      </w:r>
    </w:p>
    <w:p>
      <w:pPr>
        <w:jc w:val="right"/>
      </w:pPr>
      <w:r>
        <w:t>وہاں اس کو خدا جو چاہے گا، اس کے ساتھ معاملہ کرے گا۔</w:t>
      </w:r>
    </w:p>
    <w:p>
      <w:r>
        <w:rPr>
          <w:b/>
        </w:rPr>
        <w:t xml:space="preserve">[59:39] </w:t>
      </w:r>
      <w:r>
        <w:t>koi insan insan</w:t>
      </w:r>
    </w:p>
    <w:p>
      <w:pPr>
        <w:jc w:val="right"/>
      </w:pPr>
      <w:r>
        <w:t>کوئی انسان انسان</w:t>
      </w:r>
    </w:p>
    <w:p>
      <w:r>
        <w:rPr>
          <w:b/>
        </w:rPr>
        <w:t xml:space="preserve">[59:42] </w:t>
      </w:r>
      <w:r>
        <w:t>ke aage accountable nahi hai. yaad rakhiye.</w:t>
      </w:r>
    </w:p>
    <w:p>
      <w:pPr>
        <w:jc w:val="right"/>
      </w:pPr>
      <w:r>
        <w:t>کے آگے اکاؤنٹیبل نہیں ہے۔ یاد رکھیے۔</w:t>
      </w:r>
    </w:p>
    <w:p>
      <w:r>
        <w:rPr>
          <w:b/>
        </w:rPr>
        <w:t xml:space="preserve">[59:46] </w:t>
      </w:r>
      <w:r>
        <w:t>Allah ke aage accountable hai.</w:t>
      </w:r>
    </w:p>
    <w:p>
      <w:pPr>
        <w:jc w:val="right"/>
      </w:pPr>
      <w:r>
        <w:t>اللہ کے آگے اکاؤنٹیبل ہے۔</w:t>
      </w:r>
    </w:p>
    <w:p>
      <w:r>
        <w:rPr>
          <w:b/>
        </w:rPr>
        <w:t xml:space="preserve">[59:50] </w:t>
      </w:r>
      <w:r>
        <w:t>جو شرک اور کفر کو کہے کہ punishable crime ہوئے، تو وہ بہت ہی بڑا گناہ کرتا ہے، گناہ۔</w:t>
      </w:r>
    </w:p>
    <w:p>
      <w:pPr>
        <w:jc w:val="right"/>
      </w:pPr>
      <w:r>
        <w:t>جو شرک اور کفر کو کہے کہ پنیشیبل کرائی ہوئے، تو وہ بہت ہی بڑا گناہ کرتا ہے، گناہ۔</w:t>
      </w:r>
    </w:p>
    <w:p>
      <w:r>
        <w:rPr>
          <w:b/>
        </w:rPr>
        <w:t xml:space="preserve">[59:55] </w:t>
      </w:r>
      <w:r>
        <w:t>kyunke yeh khuda ke, khuda ke seat par baithe gohan hain.</w:t>
      </w:r>
    </w:p>
    <w:p>
      <w:pPr>
        <w:jc w:val="right"/>
      </w:pPr>
      <w:r>
        <w:t>کیونکہ یہ خدا کے، خدا کے سیٹ پر بیٹھے گوہان ہیں۔</w:t>
      </w:r>
    </w:p>
    <w:p>
      <w:r>
        <w:rPr>
          <w:b/>
        </w:rPr>
        <w:t xml:space="preserve">[59:59] </w:t>
      </w:r>
      <w:r>
        <w:t>khuda ke seat par baith rahe hain aap.</w:t>
      </w:r>
    </w:p>
    <w:p>
      <w:pPr>
        <w:jc w:val="right"/>
      </w:pPr>
      <w:r>
        <w:t>خدا کے سیٹ پر بیٹھ رہے ہیں آپ۔</w:t>
      </w:r>
    </w:p>
    <w:p>
      <w:r>
        <w:rPr>
          <w:b/>
        </w:rPr>
        <w:t xml:space="preserve">[1:00:03] </w:t>
      </w:r>
      <w:r>
        <w:t>shirk aur kufr ka muamla Allah ka muamla hai, woh Allah ke aage woh aadmi accountable hai.</w:t>
      </w:r>
    </w:p>
    <w:p>
      <w:pPr>
        <w:jc w:val="right"/>
      </w:pPr>
      <w:r>
        <w:t>شرک اور کفر کا معاملہ اللہ کا معاملہ ہے، وہ اللہ کے آگے وہ آدمی اکاؤنٹیبل ہے۔</w:t>
      </w:r>
    </w:p>
    <w:p>
      <w:r>
        <w:rPr>
          <w:b/>
        </w:rPr>
        <w:t xml:space="preserve">[1:00:08] </w:t>
      </w:r>
      <w:r>
        <w:t>insan ke samne accountable nahi hai. sirf social</w:t>
      </w:r>
    </w:p>
    <w:p>
      <w:pPr>
        <w:jc w:val="right"/>
      </w:pPr>
      <w:r>
        <w:t>انسان کے سامنے اکاؤنٹیبل نہیں ہے۔ صرف سوشل</w:t>
      </w:r>
    </w:p>
    <w:p>
      <w:r>
        <w:rPr>
          <w:b/>
        </w:rPr>
        <w:t xml:space="preserve">[1:00:12] </w:t>
      </w:r>
      <w:r>
        <w:t>injury jo hoti hai, woh hai crime Islam mein. Maulana yeh Dr. Safina ne comment mein bheja hai. Maulana sahib, bahut clarity se aaj aap ne bataya nafs-e-mutmainnah ka, ke bare mein. magar ek sawal hai. Maulana sahib, agar insaan har situation se razi ho jaye, to us ko as a challenge kaise payega? razi hone ke maani us ko expl</w:t>
      </w:r>
    </w:p>
    <w:p>
      <w:pPr>
        <w:jc w:val="right"/>
      </w:pPr>
      <w:r>
        <w:t>انجری جو ہوتی ہے، وہ ہے کرائم اسلام میں۔ مولانا یہ ڈاکٹر سفینہ نے کمنٹ میں بھیجا ہے۔ مولانا صاحب، بہت کلیرٹی سے آج آپ نے بتایا نفس مطمئن کا، کے بارے میں۔ مگر ایک سوال ہے۔ مولانا صاحب، اگر انسان ہر سچویشن سے راضی ہو جائے، تو اس کو ایز اے چیلنج کیسے پائے گا؟ راضی ہونے کے معنی اس کو ایکسپ</w:t>
      </w:r>
    </w:p>
    <w:p>
      <w:r>
        <w:rPr>
          <w:b/>
        </w:rPr>
        <w:t xml:space="preserve">[1:00:42] </w:t>
      </w:r>
      <w:r>
        <w:t>lean karna. explain karna.</w:t>
      </w:r>
    </w:p>
    <w:p>
      <w:pPr>
        <w:jc w:val="right"/>
      </w:pPr>
      <w:r>
        <w:t>لین کرنا۔ ایکسپلین کرنا۔</w:t>
      </w:r>
    </w:p>
    <w:p>
      <w:r>
        <w:rPr>
          <w:b/>
        </w:rPr>
        <w:t xml:space="preserve">[1:00:46] </w:t>
      </w:r>
      <w:r>
        <w:t>baqi challenge to har lamha challenge hai.</w:t>
      </w:r>
    </w:p>
    <w:p>
      <w:pPr>
        <w:jc w:val="right"/>
      </w:pPr>
      <w:r>
        <w:t>باقی چیلنج تو ہر لمحہ چیلنج ہے۔</w:t>
      </w:r>
    </w:p>
    <w:p>
      <w:r>
        <w:rPr>
          <w:b/>
        </w:rPr>
        <w:t xml:space="preserve">[1:00:49] </w:t>
      </w:r>
      <w:r>
        <w:t>چیلنج کو کوئی eliminate نہیں کر سکتا۔</w:t>
      </w:r>
    </w:p>
    <w:p>
      <w:pPr>
        <w:jc w:val="right"/>
      </w:pPr>
      <w:r>
        <w:t>چیلنج کو کوئی ایلیمینیٹ نہیں کر سکتا۔</w:t>
      </w:r>
    </w:p>
    <w:p>
      <w:r>
        <w:rPr>
          <w:b/>
        </w:rPr>
        <w:t xml:space="preserve">[1:00:53] </w:t>
      </w:r>
      <w:r>
        <w:t>har waqt challenge hai.</w:t>
      </w:r>
    </w:p>
    <w:p>
      <w:pPr>
        <w:jc w:val="right"/>
      </w:pPr>
      <w:r>
        <w:t>ہر وقت چیلنج ہے۔</w:t>
      </w:r>
    </w:p>
    <w:p>
      <w:r>
        <w:rPr>
          <w:b/>
        </w:rPr>
        <w:t xml:space="preserve">[1:00:57] </w:t>
      </w:r>
      <w:r>
        <w:t>abhi mein aa raha tha to ek, ek scooter wala tha, woh hamara ek challenge ban gaya.</w:t>
      </w:r>
    </w:p>
    <w:p>
      <w:pPr>
        <w:jc w:val="right"/>
      </w:pPr>
      <w:r>
        <w:t>ابھی میں آ رہا تھا تو ایک، ایک اسکوٹر والا تھا، وہ ہمارا ایک چیلنج بن گیا۔</w:t>
      </w:r>
    </w:p>
    <w:p>
      <w:r>
        <w:rPr>
          <w:b/>
        </w:rPr>
        <w:t xml:space="preserve">[1:01:01] </w:t>
      </w:r>
      <w:r>
        <w:t>تو چیلنج تو آپ کو لانا ہے نہ eliminate کرنا ہے۔</w:t>
      </w:r>
    </w:p>
    <w:p>
      <w:pPr>
        <w:jc w:val="right"/>
      </w:pPr>
      <w:r>
        <w:t>تو چیلنج تو آپ کو لانا ہے نہ ایلیمینیٹ کرنا ہے۔</w:t>
      </w:r>
    </w:p>
    <w:p>
      <w:r>
        <w:rPr>
          <w:b/>
        </w:rPr>
        <w:t xml:space="preserve">[1:01:04] </w:t>
      </w:r>
      <w:r>
        <w:t>woh all ready it, all ready der.</w:t>
      </w:r>
    </w:p>
    <w:p>
      <w:pPr>
        <w:jc w:val="right"/>
      </w:pPr>
      <w:r>
        <w:t>وہ آل ریڈی اٹ، آل ریڈی دیر۔</w:t>
      </w:r>
    </w:p>
    <w:p>
      <w:r>
        <w:rPr>
          <w:b/>
        </w:rPr>
        <w:t xml:space="preserve">[1:01:08] </w:t>
      </w:r>
      <w:r>
        <w:t>har waqt challenge, har waqt challenge. sirf</w:t>
      </w:r>
    </w:p>
    <w:p>
      <w:pPr>
        <w:jc w:val="right"/>
      </w:pPr>
      <w:r>
        <w:t>ہر وقت چیلنج، ہر وقت چیلنج۔ صرف</w:t>
      </w:r>
    </w:p>
    <w:p>
      <w:r>
        <w:rPr>
          <w:b/>
        </w:rPr>
        <w:t xml:space="preserve">[1:01:12] </w:t>
      </w:r>
      <w:r>
        <w:t>Explain, negative explanation nahi karna chahiye aapko.</w:t>
      </w:r>
    </w:p>
    <w:p>
      <w:pPr>
        <w:jc w:val="right"/>
      </w:pPr>
      <w:r>
        <w:t>ایکسپلین، نیگیٹیو ایکسپلینیشن نہیں کرنا چاہیے آپ کو۔</w:t>
      </w:r>
    </w:p>
    <w:p>
      <w:r>
        <w:rPr>
          <w:b/>
        </w:rPr>
        <w:t xml:space="preserve">[1:01:17] </w:t>
      </w:r>
      <w:r>
        <w:t>negative explanation nahi.</w:t>
      </w:r>
    </w:p>
    <w:p>
      <w:pPr>
        <w:jc w:val="right"/>
      </w:pPr>
      <w:r>
        <w:t>نیگیٹیو ایکسپلینیشن نہیں۔</w:t>
      </w:r>
    </w:p>
    <w:p>
      <w:r>
        <w:rPr>
          <w:b/>
        </w:rPr>
        <w:t xml:space="preserve">[1:01:22] </w:t>
      </w:r>
      <w:r>
        <w:t>ke scooter wala aa gaya to aap ghusa hon, aur kahein ke yeh kya hai, woh kya hai.</w:t>
      </w:r>
    </w:p>
    <w:p>
      <w:pPr>
        <w:jc w:val="right"/>
      </w:pPr>
      <w:r>
        <w:t>کہ اسکوٹر والا آ گیا تو آپ غصہ ہوں، اور کہیں کہ یہ کیا ہے، وہ کیا ہے۔</w:t>
      </w:r>
    </w:p>
    <w:p>
      <w:r>
        <w:rPr>
          <w:b/>
        </w:rPr>
        <w:t xml:space="preserve">[1:01:27] </w:t>
      </w:r>
      <w:r>
        <w:t>challenge to har waqt hai hi hai challenge.</w:t>
      </w:r>
    </w:p>
    <w:p>
      <w:pPr>
        <w:jc w:val="right"/>
      </w:pPr>
      <w:r>
        <w:t>چیلنج تو ہر وقت ہے ہی ہے چیلنج۔</w:t>
      </w:r>
    </w:p>
    <w:p>
      <w:r>
        <w:rPr>
          <w:b/>
        </w:rPr>
        <w:t xml:space="preserve">[1:01:32] </w:t>
      </w:r>
      <w:r>
        <w:t>koi aadmi challenge ko na la sakta hai, na us ko khatam kar sakta hai.</w:t>
      </w:r>
    </w:p>
    <w:p>
      <w:pPr>
        <w:jc w:val="right"/>
      </w:pPr>
      <w:r>
        <w:t>کوئی آدمی چیلنج کو نہ لا سکتا ہے، نہ اس کو ختم کر سکتا ہے۔</w:t>
      </w:r>
    </w:p>
    <w:p>
      <w:r>
        <w:rPr>
          <w:b/>
        </w:rPr>
        <w:t xml:space="preserve">[1:01:37] </w:t>
      </w:r>
      <w:r>
        <w:t>مولانا اس کو جیسے accept کرنا ایک positivity بھی ہے کہ یہ تو ہوتا ہی ہے۔ اور اس</w:t>
      </w:r>
    </w:p>
    <w:p>
      <w:pPr>
        <w:jc w:val="right"/>
      </w:pPr>
      <w:r>
        <w:t>مولانا اس کو جیسے ایکسیپٹ کرنا ایک پازیٹیوٹی بھی ہے کہ یہ تو ہوتا ہی ہے۔ اور اس</w:t>
      </w:r>
    </w:p>
    <w:p>
      <w:r>
        <w:rPr>
          <w:b/>
        </w:rPr>
        <w:t xml:space="preserve">[1:01:42] </w:t>
      </w:r>
      <w:r>
        <w:t>se over react kar ke, over react karna negativity ho jayegi.</w:t>
      </w:r>
    </w:p>
    <w:p>
      <w:pPr>
        <w:jc w:val="right"/>
      </w:pPr>
      <w:r>
        <w:t>سے اوور ری ایکٹ کر کے، اوور ری ایکٹ کرنا نیگیٹیوٹی ہو جائے گی۔</w:t>
      </w:r>
    </w:p>
    <w:p>
      <w:r>
        <w:rPr>
          <w:b/>
        </w:rPr>
        <w:t xml:space="preserve">[1:01:46] </w:t>
      </w:r>
      <w:r>
        <w:t>لیکن اس کو as a challenge لینا will be a positive thing. ٹھیک۔</w:t>
      </w:r>
    </w:p>
    <w:p>
      <w:pPr>
        <w:jc w:val="right"/>
      </w:pPr>
      <w:r>
        <w:t>لیکن اس کو ایز اے چیلنج لینا ول بی اے پازیٹیو تھنگ۔ ٹھیک۔</w:t>
      </w:r>
    </w:p>
    <w:p>
      <w:r>
        <w:rPr>
          <w:b/>
        </w:rPr>
        <w:t xml:space="preserve">[1:01:50] </w:t>
      </w:r>
      <w:r>
        <w:t>theek hai, theek hai. theek hai.</w:t>
      </w:r>
    </w:p>
    <w:p>
      <w:pPr>
        <w:jc w:val="right"/>
      </w:pPr>
      <w:r>
        <w:t>ٹھیک ہے، ٹھیک ہے۔ ٹھیک ہے۔</w:t>
      </w:r>
    </w:p>
    <w:p>
      <w:r>
        <w:rPr>
          <w:b/>
        </w:rPr>
        <w:t xml:space="preserve">[1:01:54] </w:t>
      </w:r>
      <w:r>
        <w:t>maulana yeh keh rahe hain yahan par ke creation plan ko samajhna jo hai, yeh to bohat hi</w:t>
      </w:r>
    </w:p>
    <w:p>
      <w:pPr>
        <w:jc w:val="right"/>
      </w:pPr>
      <w:r>
        <w:t>مولانا یہ کہہ رہے ہیں یہاں پر کہ کریشن پلان کو سمجھنا جو ہے، یہ تو بہت ہی</w:t>
      </w:r>
    </w:p>
    <w:p>
      <w:r>
        <w:rPr>
          <w:b/>
        </w:rPr>
        <w:t xml:space="preserve">[1:01:58] </w:t>
      </w:r>
      <w:r>
        <w:t>deeper kaam hai.</w:t>
      </w:r>
    </w:p>
    <w:p>
      <w:pPr>
        <w:jc w:val="right"/>
      </w:pPr>
      <w:r>
        <w:t>ڈیپر کام ہے۔</w:t>
      </w:r>
    </w:p>
    <w:p>
      <w:r>
        <w:rPr>
          <w:b/>
        </w:rPr>
        <w:t xml:space="preserve">[1:02:02] </w:t>
      </w:r>
      <w:r>
        <w:t>aur bohat hi mushkil kaam hai.</w:t>
      </w:r>
    </w:p>
    <w:p>
      <w:pPr>
        <w:jc w:val="right"/>
      </w:pPr>
      <w:r>
        <w:t>اور بہت ہی مشکل کام ہے۔</w:t>
      </w:r>
    </w:p>
    <w:p>
      <w:r>
        <w:rPr>
          <w:b/>
        </w:rPr>
        <w:t xml:space="preserve">[1:02:06] </w:t>
      </w:r>
      <w:r>
        <w:t>deeper kaam hai to mushkil kaam hai.</w:t>
      </w:r>
    </w:p>
    <w:p>
      <w:pPr>
        <w:jc w:val="right"/>
      </w:pPr>
      <w:r>
        <w:t>ڈیپر کام ہے تو مشکل کام ہے۔</w:t>
      </w:r>
    </w:p>
    <w:p>
      <w:r>
        <w:rPr>
          <w:b/>
        </w:rPr>
        <w:t xml:space="preserve">[1:02:10] </w:t>
      </w:r>
      <w:r>
        <w:t>to itne mushkil mein Allah taala ne insan ko kyun dala?</w:t>
      </w:r>
    </w:p>
    <w:p>
      <w:pPr>
        <w:jc w:val="right"/>
      </w:pPr>
      <w:r>
        <w:t>تو اتنے مشکل میں اللہ تعالی نے انسان کو کیوں ڈالا؟</w:t>
      </w:r>
    </w:p>
    <w:p>
      <w:r>
        <w:rPr>
          <w:b/>
        </w:rPr>
        <w:t xml:space="preserve">[1:02:14] </w:t>
      </w:r>
      <w:r>
        <w:t>achha, dekhiye, har aadmi ka test is ke level par hota hai.</w:t>
      </w:r>
    </w:p>
    <w:p>
      <w:pPr>
        <w:jc w:val="right"/>
      </w:pPr>
      <w:r>
        <w:t>اچھا، دیکھیے، ہر آدمی کا ٹیسٹ اس کے لیول پر ہوتا ہے۔</w:t>
      </w:r>
    </w:p>
    <w:p>
      <w:r>
        <w:rPr>
          <w:b/>
        </w:rPr>
        <w:t xml:space="preserve">[1:02:20] </w:t>
      </w:r>
      <w:r>
        <w:t>jis level ka aadmi hai, usi level ka test.</w:t>
      </w:r>
    </w:p>
    <w:p>
      <w:pPr>
        <w:jc w:val="right"/>
      </w:pPr>
      <w:r>
        <w:t>جس لیول کا آدمی ہے، اسی لیول کا ٹیسٹ۔</w:t>
      </w:r>
    </w:p>
    <w:p>
      <w:r>
        <w:rPr>
          <w:b/>
        </w:rPr>
        <w:t xml:space="preserve">[1:02:26] </w:t>
      </w:r>
      <w:r>
        <w:t>is se zyada nahin.</w:t>
      </w:r>
    </w:p>
    <w:p>
      <w:pPr>
        <w:jc w:val="right"/>
      </w:pPr>
      <w:r>
        <w:t>اس سے زیادہ نہیں۔</w:t>
      </w:r>
    </w:p>
    <w:p>
      <w:r>
        <w:rPr>
          <w:b/>
        </w:rPr>
        <w:t xml:space="preserve">[1:02:32] </w:t>
      </w:r>
      <w:r>
        <w:t>jis level ka, quran mein yeh baat ek jagah padhai hai ke la yakallifullahu nafsan illa wus'aha.</w:t>
      </w:r>
    </w:p>
    <w:p>
      <w:pPr>
        <w:jc w:val="right"/>
      </w:pPr>
      <w:r>
        <w:t>جس لیول کا، قرآن میں یہ بات ایک جگہ پڑھائی ہے کہ لَا يَكَلِّفُ اللَّهُ نَفْسًا إِلَّا وَسَعَهُ۔</w:t>
      </w:r>
    </w:p>
    <w:p>
      <w:r>
        <w:rPr>
          <w:b/>
        </w:rPr>
        <w:t xml:space="preserve">[1:02:38] </w:t>
      </w:r>
      <w:r>
        <w:t>to test hoga har aadmi ka, us ki apni aqal ke lehaz se, apni jo us ke bas</w:t>
      </w:r>
    </w:p>
    <w:p>
      <w:pPr>
        <w:jc w:val="right"/>
      </w:pPr>
      <w:r>
        <w:t>تو ٹیسٹ ہوگا ہر آدمی کا، اس کی اپنی عقل کے لحاظ سے، اپنی جو اس کے بس</w:t>
      </w:r>
    </w:p>
    <w:p>
      <w:r>
        <w:rPr>
          <w:b/>
        </w:rPr>
        <w:t xml:space="preserve">[1:02:44] </w:t>
      </w:r>
      <w:r>
        <w:t>mein hai, us ke lehaz se.</w:t>
      </w:r>
    </w:p>
    <w:p>
      <w:pPr>
        <w:jc w:val="right"/>
      </w:pPr>
      <w:r>
        <w:t>میں ہے، اس کے لحاظ سے۔</w:t>
      </w:r>
    </w:p>
    <w:p>
      <w:r>
        <w:rPr>
          <w:b/>
        </w:rPr>
        <w:t xml:space="preserve">[1:02:49] </w:t>
      </w:r>
      <w:r>
        <w:t>jo bas mein nahin hai, us ke lehaz se nahin.</w:t>
      </w:r>
    </w:p>
    <w:p>
      <w:pPr>
        <w:jc w:val="right"/>
      </w:pPr>
      <w:r>
        <w:t>جو بس میں نہیں ہے، اس کے لحاظ سے نہیں۔</w:t>
      </w:r>
    </w:p>
    <w:p>
      <w:r>
        <w:rPr>
          <w:b/>
        </w:rPr>
        <w:t xml:space="preserve">[1:02:54] </w:t>
      </w:r>
      <w:r>
        <w:t>yeh to bohat maana hua usool hai islam ka.</w:t>
      </w:r>
    </w:p>
    <w:p>
      <w:pPr>
        <w:jc w:val="right"/>
      </w:pPr>
      <w:r>
        <w:t>یہ تو بہت مانا ہوا اصول ہے اسلام کا۔</w:t>
      </w:r>
    </w:p>
    <w:p>
      <w:r>
        <w:rPr>
          <w:b/>
        </w:rPr>
        <w:t xml:space="preserve">[1:02:59] </w:t>
      </w:r>
      <w:r>
        <w:t>maulana yeh iqbal sahib ka yeh comment hai.</w:t>
      </w:r>
    </w:p>
    <w:p>
      <w:pPr>
        <w:jc w:val="right"/>
      </w:pPr>
      <w:r>
        <w:t>مولانا یہ اقبال صاحب کا یہ کمنٹ ہے۔</w:t>
      </w:r>
    </w:p>
    <w:p>
      <w:r>
        <w:rPr>
          <w:b/>
        </w:rPr>
        <w:t xml:space="preserve">[1:03:04] </w:t>
      </w:r>
      <w:r>
        <w:t>maulana nafs mutmainnah kya hai aaj wazeh hua.</w:t>
      </w:r>
    </w:p>
    <w:p>
      <w:pPr>
        <w:jc w:val="right"/>
      </w:pPr>
      <w:r>
        <w:t>مولانا نفس مطمئنہ کیا ہے آج واضح ہوا۔</w:t>
      </w:r>
    </w:p>
    <w:p>
      <w:r>
        <w:rPr>
          <w:b/>
        </w:rPr>
        <w:t xml:space="preserve">[1:03:09] </w:t>
      </w:r>
      <w:r>
        <w:t>creation plan per raazi nafs jo problem of evil mein nahin, balki human history ko positive mind se sochta ho. Negative, negative</w:t>
      </w:r>
    </w:p>
    <w:p>
      <w:pPr>
        <w:jc w:val="right"/>
      </w:pPr>
      <w:r>
        <w:t>کریشن پلان پر راضی نفس جو پرابلم آف ایول میں نہیں، بلکہ ہیومن ہسٹری کو پازیٹیو مائنڈ سے سوچتا ہو۔ نیگیٹیو، نیگیٹیو</w:t>
      </w:r>
    </w:p>
    <w:p>
      <w:r>
        <w:rPr>
          <w:b/>
        </w:rPr>
        <w:t xml:space="preserve">[1:03:14] </w:t>
      </w:r>
      <w:r>
        <w:t>Remarks mein jeena, Khuda se na raazi, naraz ho ke jeena hai. Theek. Theek hai, jazakum Allah. Maulana abhi jo aap ne yeh kaha ke har aadmi ko us ke level ke hisab se jaancha jayega, to hum dekhte hain ke bahut sare log jo mutashaddid mind rakhte hain, tashaddud wala mind rakhte hain, Quran ko bahut zyada padhte hain, to is ko kis level se jaancha jayega? Qura</w:t>
      </w:r>
    </w:p>
    <w:p>
      <w:pPr>
        <w:jc w:val="right"/>
      </w:pPr>
      <w:r>
        <w:t>ریمارکس میں جینا، خدا سے نہ راضی، ناراض ہو کے جینا ہے۔ ٹھیک۔ ٹھیک ہے، جزاکم اللہ۔ مولانا ابھی جو آپ نے یہ کہا کہ ہر آدمی کو اس کے لیول کے حساب سے جانچا جائے گا، تو ہم دیکھتے ہیں کہ بہت سارے لوگ جو متشدد مائنڈ رکھتے ہیں، تشدد والا مائنڈ رکھتے ہیں، قرآن کو بہت زیادہ پڑھتے ہیں، تو اس کو کس لیول سے جانچا جائے گا؟ قر</w:t>
      </w:r>
    </w:p>
    <w:p>
      <w:r>
        <w:rPr>
          <w:b/>
        </w:rPr>
        <w:t xml:space="preserve">[1:03:44] </w:t>
      </w:r>
      <w:r>
        <w:t>aan ko bohat padhte hain lekin woh khuda ke creation plan ko daryaft nahin kar paye.</w:t>
      </w:r>
    </w:p>
    <w:p>
      <w:pPr>
        <w:jc w:val="right"/>
      </w:pPr>
      <w:r>
        <w:t>آن کو بہت پڑھتے ہیں لیکن وہ خدا کے کریشن پلان کو دریافت نہیں کر پائے۔</w:t>
      </w:r>
    </w:p>
    <w:p>
      <w:r>
        <w:rPr>
          <w:b/>
        </w:rPr>
        <w:t xml:space="preserve">[1:03:48] </w:t>
      </w:r>
      <w:r>
        <w:t>is wajah se tashaddud.</w:t>
      </w:r>
    </w:p>
    <w:p>
      <w:pPr>
        <w:jc w:val="right"/>
      </w:pPr>
      <w:r>
        <w:t>اس وجہ سے تشدد۔</w:t>
      </w:r>
    </w:p>
    <w:p>
      <w:r>
        <w:rPr>
          <w:b/>
        </w:rPr>
        <w:t xml:space="preserve">[1:03:53] </w:t>
      </w:r>
      <w:r>
        <w:t>nahin, tashaddud kya hai? azadi ka galat istemal hai. ji.</w:t>
      </w:r>
    </w:p>
    <w:p>
      <w:pPr>
        <w:jc w:val="right"/>
      </w:pPr>
      <w:r>
        <w:t>نہیں، تشدد کیا ہے؟ آزادی کا غلط استعمال ہے۔ جی۔</w:t>
      </w:r>
    </w:p>
    <w:p>
      <w:r>
        <w:rPr>
          <w:b/>
        </w:rPr>
        <w:t xml:space="preserve">[1:03:57] </w:t>
      </w:r>
      <w:r>
        <w:t>kisi ko kaha gaya hai woh tashaddud kare? tashaddud itself is a misuse of freedom.</w:t>
      </w:r>
    </w:p>
    <w:p>
      <w:pPr>
        <w:jc w:val="right"/>
      </w:pPr>
      <w:r>
        <w:t>کسی کو کہا گیا ہے وہ تشدد کرے؟ تشدد اٹ سیلف از اے مس یوز آف فریڈم۔</w:t>
      </w:r>
    </w:p>
    <w:p>
      <w:r>
        <w:rPr>
          <w:b/>
        </w:rPr>
        <w:t xml:space="preserve">[1:04:01] </w:t>
      </w:r>
      <w:r>
        <w:t>kisi ko haq hai azadi ka misuse kare kisi ke upar, kisi ko mare, kisi ko pakde?</w:t>
      </w:r>
    </w:p>
    <w:p>
      <w:pPr>
        <w:jc w:val="right"/>
      </w:pPr>
      <w:r>
        <w:t>کسی کو حق ہے آزادی کا مس یوز کرے کسی کے اوپر، کسی کو مارے، کسی کو پکڑے؟</w:t>
      </w:r>
    </w:p>
    <w:p>
      <w:r>
        <w:rPr>
          <w:b/>
        </w:rPr>
        <w:t xml:space="preserve">[1:04:06] </w:t>
      </w:r>
      <w:r>
        <w:t>yeh right hi nahin hai.</w:t>
      </w:r>
    </w:p>
    <w:p>
      <w:pPr>
        <w:jc w:val="right"/>
      </w:pPr>
      <w:r>
        <w:t>یہ رائٹ ہی نہیں ہے۔</w:t>
      </w:r>
    </w:p>
    <w:p>
      <w:r>
        <w:rPr>
          <w:b/>
        </w:rPr>
        <w:t xml:space="preserve">[1:04:10] </w:t>
      </w:r>
      <w:r>
        <w:t>to is se poocha jayega, tum ne kis right se tashaddud kiya? tashaddud it is a misuse</w:t>
      </w:r>
    </w:p>
    <w:p>
      <w:pPr>
        <w:jc w:val="right"/>
      </w:pPr>
      <w:r>
        <w:t>تو اس سے پوچھا جائے گا، تم نے کس رائٹ سے تشدد کیا؟ تشدد اٹ از اے مس یوز</w:t>
      </w:r>
    </w:p>
    <w:p>
      <w:r>
        <w:rPr>
          <w:b/>
        </w:rPr>
        <w:t xml:space="preserve">[1:04:14] </w:t>
      </w:r>
      <w:r>
        <w:t>of freedom.</w:t>
      </w:r>
    </w:p>
    <w:p>
      <w:pPr>
        <w:jc w:val="right"/>
      </w:pPr>
      <w:r>
        <w:t>آف فریڈم۔</w:t>
      </w:r>
    </w:p>
    <w:p>
      <w:r>
        <w:rPr>
          <w:b/>
        </w:rPr>
        <w:t xml:space="preserve">[1:04:18] </w:t>
      </w:r>
      <w:r>
        <w:t>maulana woh yeh, woh jo hindu concept ke mutabiq yeh hota hai ke har cheez mein khuda hai,</w:t>
      </w:r>
    </w:p>
    <w:p>
      <w:pPr>
        <w:jc w:val="right"/>
      </w:pPr>
      <w:r>
        <w:t>مولانا وہ یہ، وہ جو ہندو کنسیپٹ کے مطابق یہ ہوتا ہے کہ ہر چیز میں خدا ہے،</w:t>
      </w:r>
    </w:p>
    <w:p>
      <w:r>
        <w:rPr>
          <w:b/>
        </w:rPr>
        <w:t xml:space="preserve">[1:04:22] </w:t>
      </w:r>
      <w:r>
        <w:t>sewa karo to khuda milega, usi ke andar khuda hai, to woh bol rahe hain ke phir</w:t>
      </w:r>
    </w:p>
    <w:p>
      <w:pPr>
        <w:jc w:val="right"/>
      </w:pPr>
      <w:r>
        <w:t>سیوا کرو تو خدا ملے گا، اسی کے اندر خدا ہے، تو وہ بول رہے ہیں کہ پھر</w:t>
      </w:r>
    </w:p>
    <w:p>
      <w:r>
        <w:rPr>
          <w:b/>
        </w:rPr>
        <w:t xml:space="preserve">[1:04:26] </w:t>
      </w:r>
      <w:r>
        <w:t>khalik aur makhlooq mein farq kya raha? dekhiye, yeh jo concept hai, is ko kehte hain monism ya ibadat wajood.</w:t>
      </w:r>
    </w:p>
    <w:p>
      <w:pPr>
        <w:jc w:val="right"/>
      </w:pPr>
      <w:r>
        <w:t>خالق اور مخلوق میں فرق کیا رہا؟ دیکھیے، یہ جو کانسیپٹ ہے، اس کو کہتے ہیں مانیزم یا عبادت وجود۔</w:t>
      </w:r>
    </w:p>
    <w:p>
      <w:r>
        <w:rPr>
          <w:b/>
        </w:rPr>
        <w:t xml:space="preserve">[1:04:29] </w:t>
      </w:r>
      <w:r>
        <w:t>yeh to ek philosophy hai, yeh religion nahin hai yeh.</w:t>
      </w:r>
    </w:p>
    <w:p>
      <w:pPr>
        <w:jc w:val="right"/>
      </w:pPr>
      <w:r>
        <w:t>یہ تو ایک فلاسفی ہے، یہ ریلیجن نہیں ہے یہ۔</w:t>
      </w:r>
    </w:p>
    <w:p>
      <w:r>
        <w:rPr>
          <w:b/>
        </w:rPr>
        <w:t xml:space="preserve">[1:04:33] </w:t>
      </w:r>
      <w:r>
        <w:t>na science hai.</w:t>
      </w:r>
    </w:p>
    <w:p>
      <w:pPr>
        <w:jc w:val="right"/>
      </w:pPr>
      <w:r>
        <w:t>نہ سائنس ہے۔</w:t>
      </w:r>
    </w:p>
    <w:p>
      <w:r>
        <w:rPr>
          <w:b/>
        </w:rPr>
        <w:t xml:space="preserve">[1:04:37] </w:t>
      </w:r>
      <w:r>
        <w:t>indian ideology aur vivekanand jo hain, woh sab ne yahi.</w:t>
      </w:r>
    </w:p>
    <w:p>
      <w:pPr>
        <w:jc w:val="right"/>
      </w:pPr>
      <w:r>
        <w:t>انڈین آئیڈیالوجی اور دیویکانند جو ہیں، وہ سب نے یہی۔</w:t>
      </w:r>
    </w:p>
    <w:p>
      <w:r>
        <w:rPr>
          <w:b/>
        </w:rPr>
        <w:t xml:space="preserve">[1:04:41] </w:t>
      </w:r>
      <w:r>
        <w:t>dekhiye, yeh mein</w:t>
      </w:r>
    </w:p>
    <w:p>
      <w:pPr>
        <w:jc w:val="right"/>
      </w:pPr>
      <w:r>
        <w:t>دیکھیے، یہ میں</w:t>
      </w:r>
    </w:p>
    <w:p>
      <w:r>
        <w:rPr>
          <w:b/>
        </w:rPr>
        <w:t xml:space="preserve">[1:04:45] </w:t>
      </w:r>
      <w:r>
        <w:t>arz kar raha hoon ke manizam na to, na to science hai, na mazhab hai. yaad rakhiye, wah na science hai na mazhab hai. wah ek filasafi hai. aur filasafi zehn ki pedawar hoti hai. apne mind se aadmi ne soch liya. koi base is ki koi nahin hoti. to do base do hi hain. ya to science ki base par aap bolen, ya mazhab, revealed mazhab ki base par bolen. to manizam na to reve</w:t>
      </w:r>
    </w:p>
    <w:p>
      <w:pPr>
        <w:jc w:val="right"/>
      </w:pPr>
      <w:r>
        <w:t>عرض کر رہا ہوں کہ مانیزم نہ تو، نہ تو سائنس ہے، نہ مذہب ہے۔ یاد رکھیے، وہ نہ سائنس ہے نہ مذہب ہے۔ وہ ایک فلاسفی ہے۔ اور فلاسفی ذہن کی پیداوار ہوتی ہے۔ اپنے مائنڈ سے آدمی نے سوچ لیا۔ کوئی بیس اس کی کوئی نہیں ہوتی۔ تو دو بیس دو ہی ہیں۔ یا تو سائنس کی بیس پر آپ بولیں، یا مذہب، ریویلڈ مذہب کی بیس پر بولیں۔ تو مانیزم نہ تو ریویل</w:t>
      </w:r>
    </w:p>
    <w:p>
      <w:r>
        <w:rPr>
          <w:b/>
        </w:rPr>
        <w:t xml:space="preserve">[1:05:15] </w:t>
      </w:r>
      <w:r>
        <w:t>d mazhab ki base par hai, aur na science ki base par hai.</w:t>
      </w:r>
    </w:p>
    <w:p>
      <w:pPr>
        <w:jc w:val="right"/>
      </w:pPr>
      <w:r>
        <w:t>ڈ مذہب کی بیس پر ہے، اور نہ سائنس کی بیس پر ہے۔</w:t>
      </w:r>
    </w:p>
    <w:p>
      <w:r>
        <w:rPr>
          <w:b/>
        </w:rPr>
        <w:t xml:space="preserve">[1:05:19] </w:t>
      </w:r>
      <w:r>
        <w:t>ke har cheez Khuda hai.</w:t>
      </w:r>
    </w:p>
    <w:p>
      <w:pPr>
        <w:jc w:val="right"/>
      </w:pPr>
      <w:r>
        <w:t>کہ ہر چیز خدا ہے۔</w:t>
      </w:r>
    </w:p>
    <w:p>
      <w:r>
        <w:rPr>
          <w:b/>
        </w:rPr>
        <w:t xml:space="preserve">[1:05:22] </w:t>
      </w:r>
      <w:r>
        <w:t>yeh to unscientific baat hi hai.</w:t>
      </w:r>
    </w:p>
    <w:p>
      <w:pPr>
        <w:jc w:val="right"/>
      </w:pPr>
      <w:r>
        <w:t>یہ تو انسائنٹیفک بات ہی ہے۔</w:t>
      </w:r>
    </w:p>
    <w:p>
      <w:r>
        <w:rPr>
          <w:b/>
        </w:rPr>
        <w:t xml:space="preserve">[1:05:26] </w:t>
      </w:r>
      <w:r>
        <w:t>ke har zarre mein Khuda hai, yeh to koi baat hi nahin.</w:t>
      </w:r>
    </w:p>
    <w:p>
      <w:pPr>
        <w:jc w:val="right"/>
      </w:pPr>
      <w:r>
        <w:t>کہ ہر ذرے میں خدا ہے، یہ تو کوئی بات ہی نہیں۔</w:t>
      </w:r>
    </w:p>
    <w:p>
      <w:r>
        <w:rPr>
          <w:b/>
        </w:rPr>
        <w:t xml:space="preserve">[1:05:30] </w:t>
      </w:r>
      <w:r>
        <w:t>scientifically yeh ridiculous baat hai.</w:t>
      </w:r>
    </w:p>
    <w:p>
      <w:pPr>
        <w:jc w:val="right"/>
      </w:pPr>
      <w:r>
        <w:t>سائنٹیفکلی یہ ریڈیکولس بات ہے۔</w:t>
      </w:r>
    </w:p>
    <w:p>
      <w:r>
        <w:rPr>
          <w:b/>
        </w:rPr>
        <w:t xml:space="preserve">[1:05:34] </w:t>
      </w:r>
      <w:r>
        <w:t>science ke lehaz se ridiculous baat hai ke har zarre mein Khuda hai.</w:t>
      </w:r>
    </w:p>
    <w:p>
      <w:pPr>
        <w:jc w:val="right"/>
      </w:pPr>
      <w:r>
        <w:t>سائنس کے لحاظ سے ریڈیکولس بات ہے کہ ہر ذرے میں خدا ہے۔</w:t>
      </w:r>
    </w:p>
    <w:p>
      <w:r>
        <w:rPr>
          <w:b/>
        </w:rPr>
        <w:t xml:space="preserve">[1:05:37] </w:t>
      </w:r>
      <w:r>
        <w:t>to behal main yeh kahunga ke monism jo hai, woh ek philosophy hai, woh na to science</w:t>
      </w:r>
    </w:p>
    <w:p>
      <w:pPr>
        <w:jc w:val="right"/>
      </w:pPr>
      <w:r>
        <w:t>تو بہرحال میں یہ کہوں گا کہ مانیزم جو ہے، وہ ایک فلاسفی ہے، وہ نہ تو سائنس</w:t>
      </w:r>
    </w:p>
    <w:p>
      <w:r>
        <w:rPr>
          <w:b/>
        </w:rPr>
        <w:t xml:space="preserve">[1:05:41] </w:t>
      </w:r>
      <w:r>
        <w:t>hai, aur na kisi</w:t>
      </w:r>
    </w:p>
    <w:p>
      <w:pPr>
        <w:jc w:val="right"/>
      </w:pPr>
      <w:r>
        <w:t>ہے، اور نہ کسی</w:t>
      </w:r>
    </w:p>
    <w:p>
      <w:r>
        <w:rPr>
          <w:b/>
        </w:rPr>
        <w:t xml:space="preserve">[1:05:45] </w:t>
      </w:r>
      <w:r>
        <w:t>revealed religion pe base karti hai. aur do hi base par banta hoon. ya to science ho, ya koi revealed religion ho. apne zehn se aap kuch soch len. aap samjhen ke jaise log samajhte the ke chand jo hai, devta hai. aur chand par insaan ne qadam rakh diya. yaani chand par insaan ne qadam rakh diya. yaani insaan ke qadmon ke neeche chand ho gaya. yeh to ek insaan ne soch rakha tha ke chand khuda hai, chand devta hai. koi is ki base nahin thi,</w:t>
      </w:r>
    </w:p>
    <w:p>
      <w:pPr>
        <w:jc w:val="right"/>
      </w:pPr>
      <w:r>
        <w:t>ریویلڈ ریلیجن پہ بیس کرتی ہے۔ اور دو ہی بیس پر بنتا ہوں۔ یا تو سائنس ہو، یا کوئی ریویلڈ ریلیجن ہو۔ اپنے ذہن سے آپ کچھ سوچ لیں۔ آپ سمجھیں کہ جیسے لوگ سمجھتے تھے کہ چاند جو ہے، دیوتا ہے۔ اور چاند پر انسان نے قدم رکھ دیا۔ یعنی انسان کے قدموں کے نیچے چاند ہو گیا۔ یہ تو ایک انسان نے سوچ رکھا تھا کہ چاند خدا ہے، چاند دیوتا ہے۔ کوئی اس کی بیس نہیں تھی،</w:t>
      </w:r>
    </w:p>
    <w:p>
      <w:r>
        <w:rPr>
          <w:b/>
        </w:rPr>
        <w:t xml:space="preserve">[1:06:15] </w:t>
      </w:r>
      <w:r>
        <w:t>na revealed religion mein, aur na science mein.</w:t>
      </w:r>
    </w:p>
    <w:p>
      <w:pPr>
        <w:jc w:val="right"/>
      </w:pPr>
      <w:r>
        <w:t>نہ ریویلڈ ریلیجن میں، اور نہ سائنس میں۔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