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Living in Peace and Harmony in a Multicultural World | February 9, 2016 Full</w:t>
      </w:r>
    </w:p>
    <w:p>
      <w:r>
        <w:t>https://www.youtube.com/watch?v=jRR83pRA6QU</w:t>
      </w:r>
    </w:p>
    <w:p>
      <w:r>
        <w:rPr>
          <w:b/>
        </w:rPr>
        <w:t xml:space="preserve">[00:06] </w:t>
      </w:r>
      <w:r>
        <w:t>Professor Farida Khangan Sahiba, uh, several other professors, colleagues from the university, friends, students, and friends from India.</w:t>
      </w:r>
    </w:p>
    <w:p>
      <w:pPr>
        <w:jc w:val="right"/>
      </w:pPr>
      <w:r>
        <w:t>Professor Farida Khangan Sahiba, uh, several other professors, colleagues from the university, friends, students, and friends from India.</w:t>
      </w:r>
    </w:p>
    <w:p>
      <w:r>
        <w:rPr>
          <w:b/>
        </w:rPr>
        <w:t xml:space="preserve">[00:16] </w:t>
      </w:r>
      <w:r>
        <w:t>On behalf of the Centre of Arabic and African Studies, I am pleased to extend a very warm</w:t>
      </w:r>
    </w:p>
    <w:p>
      <w:pPr>
        <w:jc w:val="right"/>
      </w:pPr>
      <w:r>
        <w:t>On behalf of the Centre of Arabic and African Studies, I am pleased to extend a very warm</w:t>
      </w:r>
    </w:p>
    <w:p>
      <w:r>
        <w:rPr>
          <w:b/>
        </w:rPr>
        <w:t xml:space="preserve">[00:26] </w:t>
      </w:r>
      <w:r>
        <w:t>welcome to all of you to the 3rd edition of</w:t>
      </w:r>
    </w:p>
    <w:p>
      <w:pPr>
        <w:jc w:val="right"/>
      </w:pPr>
      <w:r>
        <w:t>welcome to all of you to the 3rd edition of</w:t>
      </w:r>
    </w:p>
    <w:p>
      <w:r>
        <w:rPr>
          <w:b/>
        </w:rPr>
        <w:t xml:space="preserve">[00:36] </w:t>
      </w:r>
      <w:r>
        <w:t>Shah Waliullah Dehlawi Annual Memorial Lecture, to be delivered shortly by none other than Great Maulana Wahiduddin Khan</w:t>
      </w:r>
    </w:p>
    <w:p>
      <w:pPr>
        <w:jc w:val="right"/>
      </w:pPr>
      <w:r>
        <w:t>Shah Waliullah Dehlawi Annual Memorial Lecture, to be delivered shortly by none other than Great Maulana Wahiduddin Khan</w:t>
      </w:r>
    </w:p>
    <w:p>
      <w:r>
        <w:rPr>
          <w:b/>
        </w:rPr>
        <w:t xml:space="preserve">[00:46] </w:t>
      </w:r>
      <w:r>
        <w:t>Sahib, under the chairmanship of Professor A.</w:t>
      </w:r>
    </w:p>
    <w:p>
      <w:pPr>
        <w:jc w:val="right"/>
      </w:pPr>
      <w:r>
        <w:t>Sahib, under the chairmanship of Professor A.</w:t>
      </w:r>
    </w:p>
    <w:p>
      <w:r>
        <w:rPr>
          <w:b/>
        </w:rPr>
        <w:t xml:space="preserve">[00:56] </w:t>
      </w:r>
      <w:r>
        <w:t>Basheer Ahmed, who took a number of initiatives to rejuvenate the Centre and which finally came to fruition.</w:t>
      </w:r>
    </w:p>
    <w:p>
      <w:pPr>
        <w:jc w:val="right"/>
      </w:pPr>
      <w:r>
        <w:t>Basheer Ahmed, who took a number of initiatives to rejuvenate the Centre and which finally came to fruition.</w:t>
      </w:r>
    </w:p>
    <w:p>
      <w:r>
        <w:rPr>
          <w:b/>
        </w:rPr>
        <w:t xml:space="preserve">[01:07] </w:t>
      </w:r>
      <w:r>
        <w:t>Alhamdulillah, our Centre is rejuvenated now.</w:t>
      </w:r>
    </w:p>
    <w:p>
      <w:pPr>
        <w:jc w:val="right"/>
      </w:pPr>
      <w:r>
        <w:t>Alhamdulillah, our Centre is rejuvenated now.</w:t>
      </w:r>
    </w:p>
    <w:p>
      <w:r>
        <w:rPr>
          <w:b/>
        </w:rPr>
        <w:t xml:space="preserve">[01:13] </w:t>
      </w:r>
      <w:r>
        <w:t>So far, two editions have been successfully held.</w:t>
      </w:r>
    </w:p>
    <w:p>
      <w:pPr>
        <w:jc w:val="right"/>
      </w:pPr>
      <w:r>
        <w:t>So far, two editions have been successfully held.</w:t>
      </w:r>
    </w:p>
    <w:p>
      <w:r>
        <w:rPr>
          <w:b/>
        </w:rPr>
        <w:t xml:space="preserve">[01:19] </w:t>
      </w:r>
      <w:r>
        <w:t>The idea behind launching the lecture series in memory of Shah Waliullah Dehlawi was, in the first place,</w:t>
      </w:r>
    </w:p>
    <w:p>
      <w:pPr>
        <w:jc w:val="right"/>
      </w:pPr>
      <w:r>
        <w:t>The idea behind launching the lecture series in memory of Shah Waliullah Dehlawi was, in the first place,</w:t>
      </w:r>
    </w:p>
    <w:p>
      <w:r>
        <w:rPr>
          <w:b/>
        </w:rPr>
        <w:t xml:space="preserve">[01:25] </w:t>
      </w:r>
      <w:r>
        <w:t>to draw some inspiration from the academic dynamism of Shah Waliullah Dehlawi, who is arguably one of the</w:t>
      </w:r>
    </w:p>
    <w:p>
      <w:pPr>
        <w:jc w:val="right"/>
      </w:pPr>
      <w:r>
        <w:t>to draw some inspiration from the academic dynamism of Shah Waliullah Dehlawi, who is arguably one of the</w:t>
      </w:r>
    </w:p>
    <w:p>
      <w:r>
        <w:rPr>
          <w:b/>
        </w:rPr>
        <w:t xml:space="preserve">[01:31] </w:t>
      </w:r>
      <w:r>
        <w:t>greatest scholars, thinkers,</w:t>
      </w:r>
    </w:p>
    <w:p>
      <w:pPr>
        <w:jc w:val="right"/>
      </w:pPr>
      <w:r>
        <w:t>greatest scholars, thinkers,</w:t>
      </w:r>
    </w:p>
    <w:p>
      <w:r>
        <w:rPr>
          <w:b/>
        </w:rPr>
        <w:t xml:space="preserve">[01:37] </w:t>
      </w:r>
      <w:r>
        <w:t>and reformers of Islam in India.</w:t>
      </w:r>
    </w:p>
    <w:p>
      <w:pPr>
        <w:jc w:val="right"/>
      </w:pPr>
      <w:r>
        <w:t>and reformers of Islam in India.</w:t>
      </w:r>
    </w:p>
    <w:p>
      <w:r>
        <w:rPr>
          <w:b/>
        </w:rPr>
        <w:t xml:space="preserve">[01:43] </w:t>
      </w:r>
      <w:r>
        <w:t>And, as they say, the first step is very important.</w:t>
      </w:r>
    </w:p>
    <w:p>
      <w:pPr>
        <w:jc w:val="right"/>
      </w:pPr>
      <w:r>
        <w:t>And, as they say, the first step is very important.</w:t>
      </w:r>
    </w:p>
    <w:p>
      <w:r>
        <w:rPr>
          <w:b/>
        </w:rPr>
        <w:t xml:space="preserve">[01:49] </w:t>
      </w:r>
      <w:r>
        <w:t>The step was taken, and today we are here to listen to one of the greatest Islamic thinkers</w:t>
      </w:r>
    </w:p>
    <w:p>
      <w:pPr>
        <w:jc w:val="right"/>
      </w:pPr>
      <w:r>
        <w:t>The step was taken, and today we are here to listen to one of the greatest Islamic thinkers</w:t>
      </w:r>
    </w:p>
    <w:p>
      <w:r>
        <w:rPr>
          <w:b/>
        </w:rPr>
        <w:t xml:space="preserve">[01:55] </w:t>
      </w:r>
      <w:r>
        <w:t>of modern times.</w:t>
      </w:r>
    </w:p>
    <w:p>
      <w:pPr>
        <w:jc w:val="right"/>
      </w:pPr>
      <w:r>
        <w:t>of modern times.</w:t>
      </w:r>
    </w:p>
    <w:p>
      <w:r>
        <w:rPr>
          <w:b/>
        </w:rPr>
        <w:t xml:space="preserve">[02:01] </w:t>
      </w:r>
      <w:r>
        <w:t>While one may disagree with some of his views, which is quite natural—everybody has aright to disagree with anybody—</w:t>
      </w:r>
    </w:p>
    <w:p>
      <w:pPr>
        <w:jc w:val="right"/>
      </w:pPr>
      <w:r>
        <w:t>While one may disagree with some of his views, which is quite natural—everybody has aright to disagree with anybody—</w:t>
      </w:r>
    </w:p>
    <w:p>
      <w:r>
        <w:rPr>
          <w:b/>
        </w:rPr>
        <w:t xml:space="preserve">[02:07] </w:t>
      </w:r>
      <w:r>
        <w:t>but that does not deny the positive impact he has left on so many people across the globe,</w:t>
      </w:r>
    </w:p>
    <w:p>
      <w:pPr>
        <w:jc w:val="right"/>
      </w:pPr>
      <w:r>
        <w:t>but that does not deny the positive impact he has left on so many people across the globe,</w:t>
      </w:r>
    </w:p>
    <w:p>
      <w:r>
        <w:rPr>
          <w:b/>
        </w:rPr>
        <w:t xml:space="preserve">[02:14] </w:t>
      </w:r>
      <w:r>
        <w:t>which testifies to his intellectual prowess and profound contribution to society.</w:t>
      </w:r>
    </w:p>
    <w:p>
      <w:pPr>
        <w:jc w:val="right"/>
      </w:pPr>
      <w:r>
        <w:t>which testifies to his intellectual prowess and profound contribution to society.</w:t>
      </w:r>
    </w:p>
    <w:p>
      <w:r>
        <w:rPr>
          <w:b/>
        </w:rPr>
        <w:t xml:space="preserve">[02:22] </w:t>
      </w:r>
      <w:r>
        <w:t>In times of brute and mindless violence perpetrated in the name of religion, his assertion of Islam as</w:t>
      </w:r>
    </w:p>
    <w:p>
      <w:pPr>
        <w:jc w:val="right"/>
      </w:pPr>
      <w:r>
        <w:t>In times of brute and mindless violence perpetrated in the name of religion, his assertion of Islam as</w:t>
      </w:r>
    </w:p>
    <w:p>
      <w:r>
        <w:rPr>
          <w:b/>
        </w:rPr>
        <w:t xml:space="preserve">[02:30] </w:t>
      </w:r>
      <w:r>
        <w:t>a religion of peace and harmony and</w:t>
      </w:r>
    </w:p>
    <w:p>
      <w:pPr>
        <w:jc w:val="right"/>
      </w:pPr>
      <w:r>
        <w:t>a religion of peace and harmony and</w:t>
      </w:r>
    </w:p>
    <w:p>
      <w:r>
        <w:rPr>
          <w:b/>
        </w:rPr>
        <w:t xml:space="preserve">[02:37] </w:t>
      </w:r>
      <w:r>
        <w:t>his relentless efforts in this direction can only be rewarded by the Creator of this universe, whose creation</w:t>
      </w:r>
    </w:p>
    <w:p>
      <w:pPr>
        <w:jc w:val="right"/>
      </w:pPr>
      <w:r>
        <w:t>his relentless efforts in this direction can only be rewarded by the Creator of this universe, whose creation</w:t>
      </w:r>
    </w:p>
    <w:p>
      <w:r>
        <w:rPr>
          <w:b/>
        </w:rPr>
        <w:t xml:space="preserve">[02:45] </w:t>
      </w:r>
      <w:r>
        <w:t>is an example of perfect harmony in a human world of utter disharmony.</w:t>
      </w:r>
    </w:p>
    <w:p>
      <w:pPr>
        <w:jc w:val="right"/>
      </w:pPr>
      <w:r>
        <w:t>is an example of perfect harmony in a human world of utter disharmony.</w:t>
      </w:r>
    </w:p>
    <w:p>
      <w:r>
        <w:rPr>
          <w:b/>
        </w:rPr>
        <w:t xml:space="preserve">[02:52] </w:t>
      </w:r>
      <w:r>
        <w:t>Distinguished audience, we are fortunate today to have Maulana Wahiduddin Khan Sahib as our speaker, and we are</w:t>
      </w:r>
    </w:p>
    <w:p>
      <w:pPr>
        <w:jc w:val="right"/>
      </w:pPr>
      <w:r>
        <w:t>Distinguished audience, we are fortunate today to have Maulana Wahiduddin Khan Sahib as our speaker, and we are</w:t>
      </w:r>
    </w:p>
    <w:p>
      <w:r>
        <w:rPr>
          <w:b/>
        </w:rPr>
        <w:t xml:space="preserve">[03:00] </w:t>
      </w:r>
      <w:r>
        <w:t>grateful to him</w:t>
      </w:r>
    </w:p>
    <w:p>
      <w:pPr>
        <w:jc w:val="right"/>
      </w:pPr>
      <w:r>
        <w:t>grateful to him</w:t>
      </w:r>
    </w:p>
    <w:p>
      <w:r>
        <w:rPr>
          <w:b/>
        </w:rPr>
        <w:t xml:space="preserve">[03:07] </w:t>
      </w:r>
      <w:r>
        <w:t>and his, uh, companion, Rajat Sahib, for giving us their valuable time.</w:t>
      </w:r>
    </w:p>
    <w:p>
      <w:pPr>
        <w:jc w:val="right"/>
      </w:pPr>
      <w:r>
        <w:t>and his, uh, companion, Rajat Sahib, for giving us their valuable time.</w:t>
      </w:r>
    </w:p>
    <w:p>
      <w:r>
        <w:rPr>
          <w:b/>
        </w:rPr>
        <w:t xml:space="preserve">[03:13] </w:t>
      </w:r>
      <w:r>
        <w:t>JNU is an interesting place, and I am sure Maulana Sahib would be equally interested in sharing his</w:t>
      </w:r>
    </w:p>
    <w:p>
      <w:pPr>
        <w:jc w:val="right"/>
      </w:pPr>
      <w:r>
        <w:t>JNU is an interesting place, and I am sure Maulana Sahib would be equally interested in sharing his</w:t>
      </w:r>
    </w:p>
    <w:p>
      <w:r>
        <w:rPr>
          <w:b/>
        </w:rPr>
        <w:t xml:space="preserve">[03:19] </w:t>
      </w:r>
      <w:r>
        <w:t>thoughts with us.</w:t>
      </w:r>
    </w:p>
    <w:p>
      <w:pPr>
        <w:jc w:val="right"/>
      </w:pPr>
      <w:r>
        <w:t>thoughts with us.</w:t>
      </w:r>
    </w:p>
    <w:p>
      <w:r>
        <w:rPr>
          <w:b/>
        </w:rPr>
        <w:t xml:space="preserve">[03:26] </w:t>
      </w:r>
      <w:r>
        <w:t>Maulana Sahib is well-known in the world, and his personality needs no introduction.</w:t>
      </w:r>
    </w:p>
    <w:p>
      <w:pPr>
        <w:jc w:val="right"/>
      </w:pPr>
      <w:r>
        <w:t>Maulana Sahib is well-known in the world, and his personality needs no introduction.</w:t>
      </w:r>
    </w:p>
    <w:p>
      <w:r>
        <w:rPr>
          <w:b/>
        </w:rPr>
        <w:t xml:space="preserve">[03:32] </w:t>
      </w:r>
      <w:r>
        <w:t>But we have a brief video about him</w:t>
      </w:r>
    </w:p>
    <w:p>
      <w:pPr>
        <w:jc w:val="right"/>
      </w:pPr>
      <w:r>
        <w:t>But we have a brief video about him</w:t>
      </w:r>
    </w:p>
    <w:p>
      <w:r>
        <w:rPr>
          <w:b/>
        </w:rPr>
        <w:t xml:space="preserve">[03:38] </w:t>
      </w:r>
      <w:r>
        <w:t>—a 6-minute video about him—and I request Mr. Saleem to play the video for us.</w:t>
      </w:r>
    </w:p>
    <w:p>
      <w:pPr>
        <w:jc w:val="right"/>
      </w:pPr>
      <w:r>
        <w:t>—a 6-minute video about him—and I request Mr. Saleem to play the video for us.</w:t>
      </w:r>
    </w:p>
    <w:p>
      <w:r>
        <w:rPr>
          <w:b/>
        </w:rPr>
        <w:t xml:space="preserve">[03:49] </w:t>
      </w:r>
      <w:r>
        <w:t>Wahiduddin Khan is an eminent Islamic scholar, philosopher, and teacher who embodies the highest aspirations of his faith. A repository of wisdom and learning, he has worked hard to interpret, reinterpret, and define an Islam that is relevant to our contemporary times. He has not only dedicated his life to understand cities across the world. In a recent book, "The 500 Most Influential Muslims of 2009" by Georgetown University, the Maulana has been named as Islam's sp</w:t>
      </w:r>
    </w:p>
    <w:p>
      <w:pPr>
        <w:jc w:val="right"/>
      </w:pPr>
      <w:r>
        <w:t>Wahiduddin Khan is an eminent Islamic scholar, philosopher, and teacher who embodies the highest aspirations of his faith. A repository of wisdom and learning, he has worked hard to interpret, reinterpret, and define an Islam that is relevant to our contemporary times. He has not only dedicated his life to understand cities across the world. In a recent book, "The 500 Most Influential Muslims of 2009" by Georgetown University, the Maulana has been named as Islam's sp</w:t>
      </w:r>
    </w:p>
    <w:p>
      <w:r>
        <w:rPr>
          <w:b/>
        </w:rPr>
        <w:t xml:space="preserve">[04:19] </w:t>
      </w:r>
      <w:r>
        <w:t>iritual ambassador to the world.</w:t>
      </w:r>
    </w:p>
    <w:p>
      <w:pPr>
        <w:jc w:val="right"/>
      </w:pPr>
      <w:r>
        <w:t>iritual ambassador to the world.</w:t>
      </w:r>
    </w:p>
    <w:p>
      <w:r>
        <w:rPr>
          <w:b/>
        </w:rPr>
        <w:t xml:space="preserve">[04:22] </w:t>
      </w:r>
      <w:r>
        <w:t>I have read many of his books. I see him as an embodiment of, uh, real spiritual engagement, the spiritual side. He has looked at many scriptures, the great works of great prophets and great human beings, and he has synthesized in his books. So I've got—I have got great respect for him.</w:t>
      </w:r>
    </w:p>
    <w:p>
      <w:pPr>
        <w:jc w:val="right"/>
      </w:pPr>
      <w:r>
        <w:t>I have read many of his books. I see him as an embodiment of, uh, real spiritual engagement, the spiritual side. He has looked at many scriptures, the great works of great prophets and great human beings, and he has synthesized in his books. So I've got—I have got great respect for him.</w:t>
      </w:r>
    </w:p>
    <w:p>
      <w:r>
        <w:rPr>
          <w:b/>
        </w:rPr>
        <w:t xml:space="preserve">[04:47] </w:t>
      </w:r>
      <w:r>
        <w:t>Maulana Wahiduddin Khan was born in 1925 in Azamgarh in India.</w:t>
      </w:r>
    </w:p>
    <w:p>
      <w:pPr>
        <w:jc w:val="right"/>
      </w:pPr>
      <w:r>
        <w:t>Maulana Wahiduddin Khan was born in 1925 in Azamgarh in India.</w:t>
      </w:r>
    </w:p>
    <w:p>
      <w:r>
        <w:rPr>
          <w:b/>
        </w:rPr>
        <w:t xml:space="preserve">[04:54] </w:t>
      </w:r>
      <w:r>
        <w:t>He received his early education at an Islamic seminary and committed himself to an extensive study of Arabic</w:t>
      </w:r>
    </w:p>
    <w:p>
      <w:pPr>
        <w:jc w:val="right"/>
      </w:pPr>
      <w:r>
        <w:t>He received his early education at an Islamic seminary and committed himself to an extensive study of Arabic</w:t>
      </w:r>
    </w:p>
    <w:p>
      <w:r>
        <w:rPr>
          <w:b/>
        </w:rPr>
        <w:t xml:space="preserve">[05:00] </w:t>
      </w:r>
      <w:r>
        <w:t>to examine Islamic sources in the philosophy.</w:t>
      </w:r>
    </w:p>
    <w:p>
      <w:pPr>
        <w:jc w:val="right"/>
      </w:pPr>
      <w:r>
        <w:t>to examine Islamic sources in the philosophy.</w:t>
      </w:r>
    </w:p>
    <w:p>
      <w:r>
        <w:rPr>
          <w:b/>
        </w:rPr>
        <w:t xml:space="preserve">[05:06] </w:t>
      </w:r>
      <w:r>
        <w:t>Among the first books that he wrote as a result of his deep study was "God Arises: Evidence</w:t>
      </w:r>
    </w:p>
    <w:p>
      <w:pPr>
        <w:jc w:val="right"/>
      </w:pPr>
      <w:r>
        <w:t>Among the first books that he wrote as a result of his deep study was "God Arises: Evidence</w:t>
      </w:r>
    </w:p>
    <w:p>
      <w:r>
        <w:rPr>
          <w:b/>
        </w:rPr>
        <w:t xml:space="preserve">[05:12] </w:t>
      </w:r>
      <w:r>
        <w:t>of God and Jewish Findings." His book was translated into many languages, including Arabic, as "Al-Islam Yatahadda."</w:t>
      </w:r>
    </w:p>
    <w:p>
      <w:pPr>
        <w:jc w:val="right"/>
      </w:pPr>
      <w:r>
        <w:t>of God and Jewish Findings." His book was translated into many languages, including Arabic, as "Al-Islam Yatahadda."</w:t>
      </w:r>
    </w:p>
    <w:p>
      <w:r>
        <w:rPr>
          <w:b/>
        </w:rPr>
        <w:t xml:space="preserve">[05:18] </w:t>
      </w:r>
      <w:r>
        <w:t>In 1976, Maulana Wahiduddin Khan established the Islamic Centre in New Delhi.</w:t>
      </w:r>
    </w:p>
    <w:p>
      <w:pPr>
        <w:jc w:val="right"/>
      </w:pPr>
      <w:r>
        <w:t>In 1976, Maulana Wahiduddin Khan established the Islamic Centre in New Delhi.</w:t>
      </w:r>
    </w:p>
    <w:p>
      <w:r>
        <w:rPr>
          <w:b/>
        </w:rPr>
        <w:t xml:space="preserve">[05:24] </w:t>
      </w:r>
      <w:r>
        <w:t>Along with this, he started publishing a monthly journal, "Al-Risalah," in Urdu, and "Spirit of Islam" in English.</w:t>
      </w:r>
    </w:p>
    <w:p>
      <w:pPr>
        <w:jc w:val="right"/>
      </w:pPr>
      <w:r>
        <w:t>Along with this, he started publishing a monthly journal, "Al-Risalah," in Urdu, and "Spirit of Islam" in English.</w:t>
      </w:r>
    </w:p>
    <w:p>
      <w:r>
        <w:rPr>
          <w:b/>
        </w:rPr>
        <w:t xml:space="preserve">[05:30] </w:t>
      </w:r>
      <w:r>
        <w:t>In 1996, the Maulana founded "Good Word Books," which publishes translations of the Quran in.</w:t>
      </w:r>
    </w:p>
    <w:p>
      <w:pPr>
        <w:jc w:val="right"/>
      </w:pPr>
      <w:r>
        <w:t>In 1996, the Maulana founded "Good Word Books," which publishes translations of the Quran in.</w:t>
      </w:r>
    </w:p>
    <w:p>
      <w:r>
        <w:rPr>
          <w:b/>
        </w:rPr>
        <w:t xml:space="preserve">[05:36] </w:t>
      </w:r>
      <w:r>
        <w:t>Be eliminated through force and counter violence, since those who are perpetrating terror have based their actions on</w:t>
      </w:r>
    </w:p>
    <w:p>
      <w:pPr>
        <w:jc w:val="right"/>
      </w:pPr>
      <w:r>
        <w:t>Be eliminated through force and counter violence, since those who are perpetrating terror have based their actions on</w:t>
      </w:r>
    </w:p>
    <w:p>
      <w:r>
        <w:rPr>
          <w:b/>
        </w:rPr>
        <w:t xml:space="preserve">[05:42] </w:t>
      </w:r>
      <w:r>
        <w:t>an ideology which is false.</w:t>
      </w:r>
    </w:p>
    <w:p>
      <w:pPr>
        <w:jc w:val="right"/>
      </w:pPr>
      <w:r>
        <w:t>an ideology which is false.</w:t>
      </w:r>
    </w:p>
    <w:p>
      <w:r>
        <w:rPr>
          <w:b/>
        </w:rPr>
        <w:t xml:space="preserve">[05:48] </w:t>
      </w:r>
      <w:r>
        <w:t>So we need a peaceful ideology.</w:t>
      </w:r>
    </w:p>
    <w:p>
      <w:pPr>
        <w:jc w:val="right"/>
      </w:pPr>
      <w:r>
        <w:t>So we need a peaceful ideology.</w:t>
      </w:r>
    </w:p>
    <w:p>
      <w:r>
        <w:rPr>
          <w:b/>
        </w:rPr>
        <w:t xml:space="preserve">[05:52] </w:t>
      </w:r>
      <w:r>
        <w:t>His books provide arguments that convincingly counter the terrorist ideology and make it clear that their actions are entirely un-Islamic. Similarly, his book "The Prophet of Peace," published by Penguin Books in 2009, deals with the significant issues associated with the life of the Prophet.</w:t>
      </w:r>
    </w:p>
    <w:p>
      <w:pPr>
        <w:jc w:val="right"/>
      </w:pPr>
      <w:r>
        <w:t>His books provide arguments that convincingly counter the terrorist ideology and make it clear that their actions are entirely un-Islamic. Similarly, his book "The Prophet of Peace," published by Penguin Books in 2009, deals with the significant issues associated with the life of the Prophet.</w:t>
      </w:r>
    </w:p>
    <w:p>
      <w:r>
        <w:rPr>
          <w:b/>
        </w:rPr>
        <w:t xml:space="preserve">[06:11] </w:t>
      </w:r>
      <w:r>
        <w:t>Do we have an alternative ideology?</w:t>
      </w:r>
    </w:p>
    <w:p>
      <w:pPr>
        <w:jc w:val="right"/>
      </w:pPr>
      <w:r>
        <w:t>Do we have an alternative ideology?</w:t>
      </w:r>
    </w:p>
    <w:p>
      <w:r>
        <w:rPr>
          <w:b/>
        </w:rPr>
        <w:t xml:space="preserve">[06:13] </w:t>
      </w:r>
      <w:r>
        <w:t>In 2009, Maulana Wahiduddin Khan translated the Quran into English.</w:t>
      </w:r>
    </w:p>
    <w:p>
      <w:pPr>
        <w:jc w:val="right"/>
      </w:pPr>
      <w:r>
        <w:t>In 2009, Maulana Wahiduddin Khan translated the Quran into English.</w:t>
      </w:r>
    </w:p>
    <w:p>
      <w:r>
        <w:rPr>
          <w:b/>
        </w:rPr>
        <w:t xml:space="preserve">[06:19] </w:t>
      </w:r>
      <w:r>
        <w:t>This translation of the Quran is widely acknowledged as being clear, simple, easy to read, and a peaceful</w:t>
      </w:r>
    </w:p>
    <w:p>
      <w:pPr>
        <w:jc w:val="right"/>
      </w:pPr>
      <w:r>
        <w:t>This translation of the Quran is widely acknowledged as being clear, simple, easy to read, and a peaceful</w:t>
      </w:r>
    </w:p>
    <w:p>
      <w:r>
        <w:rPr>
          <w:b/>
        </w:rPr>
        <w:t xml:space="preserve">[06:25] </w:t>
      </w:r>
      <w:r>
        <w:t>translation of the scripture.</w:t>
      </w:r>
    </w:p>
    <w:p>
      <w:pPr>
        <w:jc w:val="right"/>
      </w:pPr>
      <w:r>
        <w:t>translation of the scripture.</w:t>
      </w:r>
    </w:p>
    <w:p>
      <w:r>
        <w:rPr>
          <w:b/>
        </w:rPr>
        <w:t xml:space="preserve">[06:31] </w:t>
      </w:r>
      <w:r>
        <w:t>For his efforts in bringing about peace and harmony in society, Maulana Wahiduddin Khan has been conferred with</w:t>
      </w:r>
    </w:p>
    <w:p>
      <w:pPr>
        <w:jc w:val="right"/>
      </w:pPr>
      <w:r>
        <w:t>For his efforts in bringing about peace and harmony in society, Maulana Wahiduddin Khan has been conferred with</w:t>
      </w:r>
    </w:p>
    <w:p>
      <w:r>
        <w:rPr>
          <w:b/>
        </w:rPr>
        <w:t xml:space="preserve">[06:37] </w:t>
      </w:r>
      <w:r>
        <w:t>several awards, both the National Integration Award, the Rajiv Gandhi National Sadhbhagana Award, the Dominas Pe</w:t>
      </w:r>
    </w:p>
    <w:p>
      <w:pPr>
        <w:jc w:val="right"/>
      </w:pPr>
      <w:r>
        <w:t>several awards, both the National Integration Award, the Rajiv Gandhi National Sadhbhagana Award, the Dominas Pe</w:t>
      </w:r>
    </w:p>
    <w:p>
      <w:r>
        <w:rPr>
          <w:b/>
        </w:rPr>
        <w:t xml:space="preserve">[06:43] </w:t>
      </w:r>
      <w:r>
        <w:t>ace International Award, and the Sayyidina Imam Al-Hasan Ibn Ali Peace Award.</w:t>
      </w:r>
    </w:p>
    <w:p>
      <w:pPr>
        <w:jc w:val="right"/>
      </w:pPr>
      <w:r>
        <w:t>ace International Award, and the Sayyidina Imam Al-Hasan Ibn Ali Peace Award.</w:t>
      </w:r>
    </w:p>
    <w:p>
      <w:r>
        <w:rPr>
          <w:b/>
        </w:rPr>
        <w:t xml:space="preserve">[06:49] </w:t>
      </w:r>
      <w:r>
        <w:t>Al-awwal li fazilat Maulana Wahiduddin Khan.</w:t>
      </w:r>
    </w:p>
    <w:p>
      <w:pPr>
        <w:jc w:val="right"/>
      </w:pPr>
      <w:r>
        <w:t>الأولى لفضيلة مولانا وحيد الدين خان.</w:t>
      </w:r>
    </w:p>
    <w:p>
      <w:r>
        <w:rPr>
          <w:b/>
        </w:rPr>
        <w:t xml:space="preserve">[07:01] </w:t>
      </w:r>
      <w:r>
        <w:t>Maulana Wahiduddin Khan.</w:t>
      </w:r>
    </w:p>
    <w:p>
      <w:pPr>
        <w:jc w:val="right"/>
      </w:pPr>
      <w:r>
        <w:t>Maulana Wahiduddin Khan.</w:t>
      </w:r>
    </w:p>
    <w:p>
      <w:r>
        <w:rPr>
          <w:b/>
        </w:rPr>
        <w:t xml:space="preserve">[07:09] </w:t>
      </w:r>
      <w:r>
        <w:t>And peaceful coexistence.</w:t>
      </w:r>
    </w:p>
    <w:p>
      <w:pPr>
        <w:jc w:val="right"/>
      </w:pPr>
      <w:r>
        <w:t>And peaceful coexistence.</w:t>
      </w:r>
    </w:p>
    <w:p>
      <w:r>
        <w:rPr>
          <w:b/>
        </w:rPr>
        <w:t xml:space="preserve">[07:18] </w:t>
      </w:r>
      <w:r>
        <w:t>He has been the proponent for dialogue with religions and an effort of cultivating a middle ground that</w:t>
      </w:r>
    </w:p>
    <w:p>
      <w:pPr>
        <w:jc w:val="right"/>
      </w:pPr>
      <w:r>
        <w:t>He has been the proponent for dialogue with religions and an effort of cultivating a middle ground that</w:t>
      </w:r>
    </w:p>
    <w:p>
      <w:r>
        <w:rPr>
          <w:b/>
        </w:rPr>
        <w:t xml:space="preserve">[07:26] </w:t>
      </w:r>
      <w:r>
        <w:t>might one day yield peace.</w:t>
      </w:r>
    </w:p>
    <w:p>
      <w:pPr>
        <w:jc w:val="right"/>
      </w:pPr>
      <w:r>
        <w:t>might one day yield peace.</w:t>
      </w:r>
    </w:p>
    <w:p>
      <w:r>
        <w:rPr>
          <w:b/>
        </w:rPr>
        <w:t xml:space="preserve">[07:34] </w:t>
      </w:r>
      <w:r>
        <w:t>In memory of Shah Waliullah Dehlawi, and no better person than him to deliver the 3rd Shah Waliullah Memorial Lecture. Ladies and gentlemen, I am very pleased to invite Maulana Wahiduddin Khan Sahib to deliver the lecture.</w:t>
      </w:r>
    </w:p>
    <w:p>
      <w:pPr>
        <w:jc w:val="right"/>
      </w:pPr>
      <w:r>
        <w:t>In memory of Shah Waliullah Dehlawi, and no better person than him to deliver the 3rd Shah Waliullah Memorial Lecture. Ladies and gentlemen, I am very pleased to invite Maulana Wahiduddin Khan Sahib to deliver the lecture.</w:t>
      </w:r>
    </w:p>
    <w:p>
      <w:r>
        <w:rPr>
          <w:b/>
        </w:rPr>
        <w:t xml:space="preserve">[07:52] </w:t>
      </w:r>
      <w:r>
        <w:t>Aaj ka jo topic hai woh Shah Waliullah Dehlawi ke naam par hai. Shah Waliullah Dehlawi poori Muslim jo literary history hai musalmanon ki us mein do naam sab se barhe maane jaate hain. Musalmanon</w:t>
      </w:r>
    </w:p>
    <w:p>
      <w:pPr>
        <w:jc w:val="right"/>
      </w:pPr>
      <w:r>
        <w:t>آج کا جو ٹاپک ہے وہ شاہ ولی اللہ دہلوی کے نام پر ہے۔ شاہ ولی اللہ دہلوی پوری مسلم جو لٹریری ہسٹری ہے مسلمانوں کی اس میں دو نام سب سے بڑے مانے جاتے ہیں۔ مسلمانوں</w:t>
      </w:r>
    </w:p>
    <w:p>
      <w:r>
        <w:rPr>
          <w:b/>
        </w:rPr>
        <w:t xml:space="preserve">[08:22] </w:t>
      </w:r>
      <w:r>
        <w:t>ko jo literary history hai us mein do naam sab se baray maane jatay hain.</w:t>
      </w:r>
    </w:p>
    <w:p>
      <w:pPr>
        <w:jc w:val="right"/>
      </w:pPr>
      <w:r>
        <w:t>کو جو لٹریری ہسٹری ہے اس میں دو نام سب سے بڑے مانے جاتے ہیں۔</w:t>
      </w:r>
    </w:p>
    <w:p>
      <w:r>
        <w:rPr>
          <w:b/>
        </w:rPr>
        <w:t xml:space="preserve">[08:34] </w:t>
      </w:r>
      <w:r>
        <w:t>Arab world mein Ibn Taymiyyah Harrani, non Arab world mein Shah Waliullah Dehlvi.</w:t>
      </w:r>
    </w:p>
    <w:p>
      <w:pPr>
        <w:jc w:val="right"/>
      </w:pPr>
      <w:r>
        <w:t>عرب ورلڈ میں ابن تیمیہ الحرانی، نان عرب ورلڈ میں شاہ ولی اللہ دہلوی۔</w:t>
      </w:r>
    </w:p>
    <w:p>
      <w:r>
        <w:rPr>
          <w:b/>
        </w:rPr>
        <w:t xml:space="preserve">[08:45] </w:t>
      </w:r>
      <w:r>
        <w:t>Ibn Taymiyyah ka zamana 13veen sadi Isvi ka zamana hai, jabkay Tatariyon ne Abbasi saltanat ko taraj kar diya tha.</w:t>
      </w:r>
    </w:p>
    <w:p>
      <w:pPr>
        <w:jc w:val="right"/>
      </w:pPr>
      <w:r>
        <w:t>ابن تیمیہ کا زمانہ 13ویں صدی عیسوی کا زمانہ ہے، جبکہ تاتاریوں نے عباسی سلطنت کو تاراج کر دیا تھا۔</w:t>
      </w:r>
    </w:p>
    <w:p>
      <w:r>
        <w:rPr>
          <w:b/>
        </w:rPr>
        <w:t xml:space="preserve">[08:56] </w:t>
      </w:r>
      <w:r>
        <w:t>Aur Shah Waliullah Dehlawi ka zamana 18th century ka zamana hai, jab ke science ka daur aa chuka tha. Aap jante hain ke Shah Waliullah aur Newton dono contemporary hain. Ab aap agar parhein Ibn Taymiyyah ko to Ibn Taymiyyah ke tehreeron mein aap ko defensive approach milega, defen</w:t>
      </w:r>
    </w:p>
    <w:p>
      <w:pPr>
        <w:jc w:val="right"/>
      </w:pPr>
      <w:r>
        <w:t>اور شاہ ولی اللہ دہلوی کا زمانہ 18ویں صدی کا زمانہ ہے، جبکہ سائنس کا دور آ چکا تھا۔ آپ جانتے ہیں کہ شاہ ولی اللہ اور نیوٹن دونوں کنٹیمپرری ہیں۔ اب آپ اگر پڑھیں ابن تیمیہ کو تو ابن تیمیہ کے تحریروں میں آپ کو ڈیفینسو اپروچ ملے گا، د</w:t>
      </w:r>
    </w:p>
    <w:p>
      <w:r>
        <w:rPr>
          <w:b/>
        </w:rPr>
        <w:t xml:space="preserve">[09:26] </w:t>
      </w:r>
      <w:r>
        <w:t>the approach, apne mahol ke aitbar se.</w:t>
      </w:r>
    </w:p>
    <w:p>
      <w:pPr>
        <w:jc w:val="right"/>
      </w:pPr>
      <w:r>
        <w:t>فاعی اپروچ، اپنے ماحول کے اعتبار سے۔</w:t>
      </w:r>
    </w:p>
    <w:p>
      <w:r>
        <w:rPr>
          <w:b/>
        </w:rPr>
        <w:t xml:space="preserve">[09:32] </w:t>
      </w:r>
      <w:r>
        <w:t>lekin agar aap parhein Shah Waliullah ko, un ki tehreeron ko, to aap ko is mein iqdami</w:t>
      </w:r>
    </w:p>
    <w:p>
      <w:pPr>
        <w:jc w:val="right"/>
      </w:pPr>
      <w:r>
        <w:t>لیکن اگر آپ پڑھیں شاہ ولی اللہ کو، ان کی تحریروں کو، تو آپ کو اس میں اقدامی</w:t>
      </w:r>
    </w:p>
    <w:p>
      <w:r>
        <w:rPr>
          <w:b/>
        </w:rPr>
        <w:t xml:space="preserve">[09:39] </w:t>
      </w:r>
      <w:r>
        <w:t>approach ya aggressive approach milega.</w:t>
      </w:r>
    </w:p>
    <w:p>
      <w:pPr>
        <w:jc w:val="right"/>
      </w:pPr>
      <w:r>
        <w:t>اپروچ یا ایگریسو اپروچ ملے گا۔</w:t>
      </w:r>
    </w:p>
    <w:p>
      <w:r>
        <w:rPr>
          <w:b/>
        </w:rPr>
        <w:t xml:space="preserve">[09:45] </w:t>
      </w:r>
      <w:r>
        <w:t>Yeh farq hai dono ke tehreeron mein.</w:t>
      </w:r>
    </w:p>
    <w:p>
      <w:pPr>
        <w:jc w:val="right"/>
      </w:pPr>
      <w:r>
        <w:t>یہ فرق ہے دونوں کے تحریروں میں۔</w:t>
      </w:r>
    </w:p>
    <w:p>
      <w:r>
        <w:rPr>
          <w:b/>
        </w:rPr>
        <w:t xml:space="preserve">[09:51] </w:t>
      </w:r>
      <w:r>
        <w:t>Shah Waliullah ne likha hai ke "Ana Qayam al Zaman" dekhein, yeh boosting ki baat nahi hai,</w:t>
      </w:r>
    </w:p>
    <w:p>
      <w:pPr>
        <w:jc w:val="right"/>
      </w:pPr>
      <w:r>
        <w:t>شاہ ولی اللہ نے لکھا ہے کہ "انا قیام الزمان" دیکھیں، یہ بوسٹنگ کی بات نہیں ہے،</w:t>
      </w:r>
    </w:p>
    <w:p>
      <w:r>
        <w:rPr>
          <w:b/>
        </w:rPr>
        <w:t xml:space="preserve">[09:58] </w:t>
      </w:r>
      <w:r>
        <w:t>yeh is baat ka ailaan hai ke Shah Waliullah sahib paida hue the ek naye zamane mein, aur unhein naye zamane ke lihaaz se ek naya tajweezi role ada karna tha. Is ka izhaar hai. To main samajhta hoon ke is waqt jo program mein aaya hai, is ka ek bahut important point</w:t>
      </w:r>
    </w:p>
    <w:p>
      <w:pPr>
        <w:jc w:val="right"/>
      </w:pPr>
      <w:r>
        <w:t>یہ اس بات کا اعلان ہے کہ شاہ ولی اللہ صاحب پیدا ہوئے تھے ایک نئے زمانے میں، اور انہیں نئے زمانے کے لحاظ سے ایک نیا تجویزی رول ادا کرنا تھا۔ اس کا اظہار ہے۔ تو میں سمجھتا ہوں کہ اس وقت جو پروگرام میں آیا ہے، اس کا ایک بہت امپورٹنٹ پو</w:t>
      </w:r>
    </w:p>
    <w:p>
      <w:r>
        <w:rPr>
          <w:b/>
        </w:rPr>
        <w:t xml:space="preserve">[10:28] </w:t>
      </w:r>
      <w:r>
        <w:t>point yeh hai ke aap jantay hain ke Shah Waliullah aik Islamic scholar thay, well known Islamic scholar.</w:t>
      </w:r>
    </w:p>
    <w:p>
      <w:pPr>
        <w:jc w:val="right"/>
      </w:pPr>
      <w:r>
        <w:t>ائنٹ یہ ہے کہ آپ جانتے ہیں کہ شاہ ولی اللہ ایک اسلامک اسکالر تھے، ویل نون اسلامک اسکالر۔</w:t>
      </w:r>
    </w:p>
    <w:p>
      <w:r>
        <w:rPr>
          <w:b/>
        </w:rPr>
        <w:t xml:space="preserve">[10:34] </w:t>
      </w:r>
      <w:r>
        <w:t>Aur yeh jo university hai, yeh aik secular university hai.</w:t>
      </w:r>
    </w:p>
    <w:p>
      <w:pPr>
        <w:jc w:val="right"/>
      </w:pPr>
      <w:r>
        <w:t>اور یہ جو یونیورسٹی ہے، یہ ایک سیکولر یونیورسٹی ہے۔</w:t>
      </w:r>
    </w:p>
    <w:p>
      <w:r>
        <w:rPr>
          <w:b/>
        </w:rPr>
        <w:t xml:space="preserve">[10:40] </w:t>
      </w:r>
      <w:r>
        <w:t>Yeh aik bohat bari, bohat bari baat hai.</w:t>
      </w:r>
    </w:p>
    <w:p>
      <w:pPr>
        <w:jc w:val="right"/>
      </w:pPr>
      <w:r>
        <w:t>یہ ایک بہت بڑی، بہت بڑی بات ہے۔</w:t>
      </w:r>
    </w:p>
    <w:p>
      <w:r>
        <w:rPr>
          <w:b/>
        </w:rPr>
        <w:t xml:space="preserve">[10:46] </w:t>
      </w:r>
      <w:r>
        <w:t>Yaani secular university mein aik Islamic scholar ka program bilkul new hai.</w:t>
      </w:r>
    </w:p>
    <w:p>
      <w:pPr>
        <w:jc w:val="right"/>
      </w:pPr>
      <w:r>
        <w:t>یعنی سیکولر یونیورسٹی میں ایک اسلامک اسکالر کا پروگرام بالکل نیو ہے۔</w:t>
      </w:r>
    </w:p>
    <w:p>
      <w:r>
        <w:rPr>
          <w:b/>
        </w:rPr>
        <w:t xml:space="preserve">[10:52] </w:t>
      </w:r>
      <w:r>
        <w:t>Is se pehle, pichli sadiyon mein aisa nahi ho sakta tha. Kyun</w:t>
      </w:r>
    </w:p>
    <w:p>
      <w:pPr>
        <w:jc w:val="right"/>
      </w:pPr>
      <w:r>
        <w:t>اس سے پہلے، پچھلی صدیوں میں ایسا نہیں ہو سکتا تھا۔ کیوں</w:t>
      </w:r>
    </w:p>
    <w:p>
      <w:r>
        <w:rPr>
          <w:b/>
        </w:rPr>
        <w:t xml:space="preserve">[10:58] </w:t>
      </w:r>
      <w:r>
        <w:t>? Aaj ka zamana openness ka zamana hai. Openness.</w:t>
      </w:r>
    </w:p>
    <w:p>
      <w:pPr>
        <w:jc w:val="right"/>
      </w:pPr>
      <w:r>
        <w:t>؟ آج کا زمانہ اوپننس کا زمانہ ہے۔ اوپننس۔</w:t>
      </w:r>
    </w:p>
    <w:p>
      <w:r>
        <w:rPr>
          <w:b/>
        </w:rPr>
        <w:t xml:space="preserve">[11:04] </w:t>
      </w:r>
      <w:r>
        <w:t>Pehle aisa nahi tha.</w:t>
      </w:r>
    </w:p>
    <w:p>
      <w:pPr>
        <w:jc w:val="right"/>
      </w:pPr>
      <w:r>
        <w:t>پہلے ایسا نہیں تھا۔</w:t>
      </w:r>
    </w:p>
    <w:p>
      <w:r>
        <w:rPr>
          <w:b/>
        </w:rPr>
        <w:t xml:space="preserve">[11:10] </w:t>
      </w:r>
      <w:r>
        <w:t>To openness aik bohat bari blessing hai insaan ke liye.</w:t>
      </w:r>
    </w:p>
    <w:p>
      <w:pPr>
        <w:jc w:val="right"/>
      </w:pPr>
      <w:r>
        <w:t>تو اوپننس ایک بہت بڑی بلیسنگ ہے انسان کے لیے۔</w:t>
      </w:r>
    </w:p>
    <w:p>
      <w:r>
        <w:rPr>
          <w:b/>
        </w:rPr>
        <w:t xml:space="preserve">[11:16] </w:t>
      </w:r>
      <w:r>
        <w:t>Yaani secular insaan dispassionately sunta hai aap ki baat ko, yaani religious aadmi ki baat ko.</w:t>
      </w:r>
    </w:p>
    <w:p>
      <w:pPr>
        <w:jc w:val="right"/>
      </w:pPr>
      <w:r>
        <w:t>یعنی سیکولر انسان ڈسپیشنٹلی سنتا ہے آپ کی بات کو، یعنی ریلیجیس آدمی کی بات کو۔</w:t>
      </w:r>
    </w:p>
    <w:p>
      <w:r>
        <w:rPr>
          <w:b/>
        </w:rPr>
        <w:t xml:space="preserve">[11:22] </w:t>
      </w:r>
      <w:r>
        <w:t>Aur religious aadmi ko bhi dispassionately sunna hai secular aadmi ki baat ko.</w:t>
      </w:r>
    </w:p>
    <w:p>
      <w:pPr>
        <w:jc w:val="right"/>
      </w:pPr>
      <w:r>
        <w:t>اور ریلیجیس آدمی کو بھی ڈسپیشنٹلی سننا ہے سیکولر آدمی کی بات کو۔</w:t>
      </w:r>
    </w:p>
    <w:p>
      <w:r>
        <w:rPr>
          <w:b/>
        </w:rPr>
        <w:t xml:space="preserve">[11:29] </w:t>
      </w:r>
      <w:r>
        <w:t>That is openness.</w:t>
      </w:r>
    </w:p>
    <w:p>
      <w:pPr>
        <w:jc w:val="right"/>
      </w:pPr>
      <w:r>
        <w:t>دیٹ از اوپننس۔</w:t>
      </w:r>
    </w:p>
    <w:p>
      <w:r>
        <w:rPr>
          <w:b/>
        </w:rPr>
        <w:t xml:space="preserve">[11:34] </w:t>
      </w:r>
      <w:r>
        <w:t>Yeh bohat bari nemat hai hamare liye.</w:t>
      </w:r>
    </w:p>
    <w:p>
      <w:pPr>
        <w:jc w:val="right"/>
      </w:pPr>
      <w:r>
        <w:t>یہ بہت بڑی نعمت ہے ہمارے لیے۔</w:t>
      </w:r>
    </w:p>
    <w:p>
      <w:r>
        <w:rPr>
          <w:b/>
        </w:rPr>
        <w:t xml:space="preserve">[11:39] </w:t>
      </w:r>
      <w:r>
        <w:t>ab mein aata hoon aaj ke topic par.</w:t>
      </w:r>
    </w:p>
    <w:p>
      <w:pPr>
        <w:jc w:val="right"/>
      </w:pPr>
      <w:r>
        <w:t>اب میں آتا ہوں آج کے ٹاپک پر۔</w:t>
      </w:r>
    </w:p>
    <w:p>
      <w:r>
        <w:rPr>
          <w:b/>
        </w:rPr>
        <w:t xml:space="preserve">[11:44] </w:t>
      </w:r>
      <w:r>
        <w:t>aaj ka topic hai "How to Establish Peace in a Multicultural Society" dekhen, yeh topic sirf human society</w:t>
      </w:r>
    </w:p>
    <w:p>
      <w:pPr>
        <w:jc w:val="right"/>
      </w:pPr>
      <w:r>
        <w:t>آج کا ٹاپک ہے "How to Establish Peace in a Multicultural Society" دیکھیں، یہ ٹاپک صرف ہیومن سوسائٹی</w:t>
      </w:r>
    </w:p>
    <w:p>
      <w:r>
        <w:rPr>
          <w:b/>
        </w:rPr>
        <w:t xml:space="preserve">[11:49] </w:t>
      </w:r>
      <w:r>
        <w:t>ke liye nahi hai, poori universe ke liye hai.</w:t>
      </w:r>
    </w:p>
    <w:p>
      <w:pPr>
        <w:jc w:val="right"/>
      </w:pPr>
      <w:r>
        <w:t>کے لیے نہیں ہے، پوری یونیورس کے لیے ہے۔</w:t>
      </w:r>
    </w:p>
    <w:p>
      <w:r>
        <w:rPr>
          <w:b/>
        </w:rPr>
        <w:t xml:space="preserve">[11:54] </w:t>
      </w:r>
      <w:r>
        <w:t>aap jante hain ke poori universe mein numerous stars hain,</w:t>
      </w:r>
    </w:p>
    <w:p>
      <w:pPr>
        <w:jc w:val="right"/>
      </w:pPr>
      <w:r>
        <w:t>آپ جانتے ہیں کہ پوری یونیورس میں نیومبریس اسٹارز ہیں،</w:t>
      </w:r>
    </w:p>
    <w:p>
      <w:r>
        <w:rPr>
          <w:b/>
        </w:rPr>
        <w:t xml:space="preserve">[11:59] </w:t>
      </w:r>
      <w:r>
        <w:t>mil yani billion trillion ki ginti bhi kam hai is ke liye.</w:t>
      </w:r>
    </w:p>
    <w:p>
      <w:pPr>
        <w:jc w:val="right"/>
      </w:pPr>
      <w:r>
        <w:t>مل یعنی بلین ٹریلین کی گنتی بھی کم ہے اس کے لیے۔</w:t>
      </w:r>
    </w:p>
    <w:p>
      <w:r>
        <w:rPr>
          <w:b/>
        </w:rPr>
        <w:t xml:space="preserve">[12:07] </w:t>
      </w:r>
      <w:r>
        <w:t>to universe ke liye bhi yahi sawal hai how to maintain aap jante hain ke sare stars har</w:t>
      </w:r>
    </w:p>
    <w:p>
      <w:pPr>
        <w:jc w:val="right"/>
      </w:pPr>
      <w:r>
        <w:t>تو یونیورس کے لیے بھی یہی سوال ہے how to maintain آپ جانتے ہیں کہ سارے اسٹارز ہر</w:t>
      </w:r>
    </w:p>
    <w:p>
      <w:r>
        <w:rPr>
          <w:b/>
        </w:rPr>
        <w:t xml:space="preserve">[12:14] </w:t>
      </w:r>
      <w:r>
        <w:t>waqt move kar rahe hain, static nahi hain kehen.</w:t>
      </w:r>
    </w:p>
    <w:p>
      <w:pPr>
        <w:jc w:val="right"/>
      </w:pPr>
      <w:r>
        <w:t>وقت موو کر رہے ہیں، اسٹیٹک نہیں ہیں کہیں۔</w:t>
      </w:r>
    </w:p>
    <w:p>
      <w:r>
        <w:rPr>
          <w:b/>
        </w:rPr>
        <w:t xml:space="preserve">[12:22] </w:t>
      </w:r>
      <w:r>
        <w:t>to poori universe ke liye yeh sawal hai how to maintain peace in a multi-star world wahan bhi yahi sawal</w:t>
      </w:r>
    </w:p>
    <w:p>
      <w:pPr>
        <w:jc w:val="right"/>
      </w:pPr>
      <w:r>
        <w:t>تو پوری یونیورس کے لیے یہ سوال ہے how to maintain peace in a multi-star world وہاں بھی یہی سوال</w:t>
      </w:r>
    </w:p>
    <w:p>
      <w:r>
        <w:rPr>
          <w:b/>
        </w:rPr>
        <w:t xml:space="preserve">[12:29] </w:t>
      </w:r>
      <w:r>
        <w:t>hai.</w:t>
      </w:r>
    </w:p>
    <w:p>
      <w:pPr>
        <w:jc w:val="right"/>
      </w:pPr>
      <w:r>
        <w:t>ہے۔</w:t>
      </w:r>
    </w:p>
    <w:p>
      <w:r>
        <w:rPr>
          <w:b/>
        </w:rPr>
        <w:t xml:space="preserve">[12:37] </w:t>
      </w:r>
      <w:r>
        <w:t>jis tarah insan ka samaj multi cultural samaj hota hai, aise hi poori universe multi star universe hai.</w:t>
      </w:r>
    </w:p>
    <w:p>
      <w:pPr>
        <w:jc w:val="right"/>
      </w:pPr>
      <w:r>
        <w:t>جس طرح انسان کا سماج ملٹی کلچرل سماج ہوتا ہے، ایسے ہی پوری یونیورس ملٹی اسٹار یونیورس ہے۔</w:t>
      </w:r>
    </w:p>
    <w:p>
      <w:r>
        <w:rPr>
          <w:b/>
        </w:rPr>
        <w:t xml:space="preserve">[12:45] </w:t>
      </w:r>
      <w:r>
        <w:t>to Quran mein is ka bataya gaya, is ke bare mein ke Allah taala ne, yani creator ne,</w:t>
      </w:r>
    </w:p>
    <w:p>
      <w:pPr>
        <w:jc w:val="right"/>
      </w:pPr>
      <w:r>
        <w:t>تو قرآن میں اس کا بتایا گیا، اس کے بارے میں کہ اللہ تعالی نے، یعنی کریٹر نے،</w:t>
      </w:r>
    </w:p>
    <w:p>
      <w:r>
        <w:rPr>
          <w:b/>
        </w:rPr>
        <w:t xml:space="preserve">[12:52] </w:t>
      </w:r>
      <w:r>
        <w:t>universe mein ek principle ko wahan par apply kar rakha hai.</w:t>
      </w:r>
    </w:p>
    <w:p>
      <w:pPr>
        <w:jc w:val="right"/>
      </w:pPr>
      <w:r>
        <w:t>یونیورس میں ایک پرنسپل کو وہاں پر اپلائی کر رکھا ہے۔</w:t>
      </w:r>
    </w:p>
    <w:p>
      <w:r>
        <w:rPr>
          <w:b/>
        </w:rPr>
        <w:t xml:space="preserve">[13:00] </w:t>
      </w:r>
      <w:r>
        <w:t>is ka zikr Quran mein is ayat mein hai: lashamsu yanbaghi laha an tudhka qabr wla saqu annar</w:t>
      </w:r>
    </w:p>
    <w:p>
      <w:pPr>
        <w:jc w:val="right"/>
      </w:pPr>
      <w:r>
        <w:t>اس کا ذکر قرآن میں اس آیت میں ہے: لَشَّمْسُ يَنْبَغِي لَهَا أَنْ تُذْكَرْ قَبْرَهُ وَلَا سَاقُ النَّارِ</w:t>
      </w:r>
    </w:p>
    <w:p>
      <w:r>
        <w:rPr>
          <w:b/>
        </w:rPr>
        <w:t xml:space="preserve">[13:07] </w:t>
      </w:r>
      <w:r>
        <w:t>kullun fi falaki yasbahun is ka matlab kya hai? Every astronomical body moves on its own orbit har</w:t>
      </w:r>
    </w:p>
    <w:p>
      <w:pPr>
        <w:jc w:val="right"/>
      </w:pPr>
      <w:r>
        <w:t>كُلٌّ فِي فَلَكِيْنَ اسْبَحُونَ اس کا مطلب کیا ہے؟ Every astronomical body moves on its own orbit ہر</w:t>
      </w:r>
    </w:p>
    <w:p>
      <w:r>
        <w:rPr>
          <w:b/>
        </w:rPr>
        <w:t xml:space="preserve">[13:15] </w:t>
      </w:r>
      <w:r>
        <w:t>sitare ka, har sayare ka ek orbit hai, isi mein woh move kar rahe hain.</w:t>
      </w:r>
    </w:p>
    <w:p>
      <w:pPr>
        <w:jc w:val="right"/>
      </w:pPr>
      <w:r>
        <w:t>ستارے کا، ہر سیارے کا ایک اربٹ ہے، اسی میں وہ موو کر رہے ہیں۔</w:t>
      </w:r>
    </w:p>
    <w:p>
      <w:r>
        <w:rPr>
          <w:b/>
        </w:rPr>
        <w:t xml:space="preserve">[13:23] </w:t>
      </w:r>
      <w:r>
        <w:t>isi wajah se un ka darmian takrao nahi hota.</w:t>
      </w:r>
    </w:p>
    <w:p>
      <w:pPr>
        <w:jc w:val="right"/>
      </w:pPr>
      <w:r>
        <w:t>اسی وجہ سے ان کا درمیان ٹکراؤ نہیں ہوتا۔</w:t>
      </w:r>
    </w:p>
    <w:p>
      <w:r>
        <w:rPr>
          <w:b/>
        </w:rPr>
        <w:t xml:space="preserve">[13:31] </w:t>
      </w:r>
      <w:r>
        <w:t>takrao nahi hota.</w:t>
      </w:r>
    </w:p>
    <w:p>
      <w:pPr>
        <w:jc w:val="right"/>
      </w:pPr>
      <w:r>
        <w:t>ٹکراؤ نہیں ہوتا۔</w:t>
      </w:r>
    </w:p>
    <w:p>
      <w:r>
        <w:rPr>
          <w:b/>
        </w:rPr>
        <w:t xml:space="preserve">[13:36] </w:t>
      </w:r>
      <w:r>
        <w:t>theek yahi baat Quran mein insani society ke bare mein kahi gayi hai: assulhu khair sulah ka matlab</w:t>
      </w:r>
    </w:p>
    <w:p>
      <w:pPr>
        <w:jc w:val="right"/>
      </w:pPr>
      <w:r>
        <w:t>ٹھیک یہی بات قرآن میں انسانی سوسائٹی کے بارے میں کہی گئی ہے: الصلح خير صلح کا مطلب</w:t>
      </w:r>
    </w:p>
    <w:p>
      <w:r>
        <w:rPr>
          <w:b/>
        </w:rPr>
        <w:t xml:space="preserve">[13:41] </w:t>
      </w:r>
      <w:r>
        <w:t>kya hai? Policy of Non-Interference yeh hai sulah.</w:t>
      </w:r>
    </w:p>
    <w:p>
      <w:pPr>
        <w:jc w:val="right"/>
      </w:pPr>
      <w:r>
        <w:t>کیا ہے؟ Policy of Non-Interference یہ ہے صلح۔</w:t>
      </w:r>
    </w:p>
    <w:p>
      <w:r>
        <w:rPr>
          <w:b/>
        </w:rPr>
        <w:t xml:space="preserve">[13:46] </w:t>
      </w:r>
      <w:r>
        <w:t>wahan par jo hai, wahi yahan par bhi hai.</w:t>
      </w:r>
    </w:p>
    <w:p>
      <w:pPr>
        <w:jc w:val="right"/>
      </w:pPr>
      <w:r>
        <w:t>وہاں پر جو ہے، وہی یہاں پر بھی ہے۔</w:t>
      </w:r>
    </w:p>
    <w:p>
      <w:r>
        <w:rPr>
          <w:b/>
        </w:rPr>
        <w:t xml:space="preserve">[13:51] </w:t>
      </w:r>
      <w:r>
        <w:t>interference policy hamein apnana hai.</w:t>
      </w:r>
    </w:p>
    <w:p>
      <w:pPr>
        <w:jc w:val="right"/>
      </w:pPr>
      <w:r>
        <w:t>انٹرفیرنس پالیسی ہمیں اپنانا ہے۔</w:t>
      </w:r>
    </w:p>
    <w:p>
      <w:r>
        <w:rPr>
          <w:b/>
        </w:rPr>
        <w:t xml:space="preserve">[13:56] </w:t>
      </w:r>
      <w:r>
        <w:t>wahan bhi yahi kar rahe hain, woh star jo hain.</w:t>
      </w:r>
    </w:p>
    <w:p>
      <w:pPr>
        <w:jc w:val="right"/>
      </w:pPr>
      <w:r>
        <w:t>وہاں بھی یہی کر رہے ہیں، وہ اسٹار جو ہیں۔</w:t>
      </w:r>
    </w:p>
    <w:p>
      <w:r>
        <w:rPr>
          <w:b/>
        </w:rPr>
        <w:t xml:space="preserve">[14:01] </w:t>
      </w:r>
      <w:r>
        <w:t>Takrao nahi hota. Theek yahi baat Quran mein insani society ke bare mein kahi gayi hai: "As-sulhu khayr." Sulah ka matlab kya hai? Policy of Non-Interference. Yeh hai sulah. Wahan par jo hai, wahi yahan par bhi hai. Interference policy hamein apnana hai. Wahan bhi yahi kar rahe hain, woh stars jo hain.</w:t>
      </w:r>
    </w:p>
    <w:p>
      <w:pPr>
        <w:jc w:val="right"/>
      </w:pPr>
      <w:r>
        <w:t>تو میں سمجھتا ہوں کہ اس کے سوا کوئی بھی ورک ورک ایبل فارمولا نہیں ہے جو فارمولا آپ بتائیں، بنائیں، وہ ورک نہیں کرے گا۔ مثلاً کچھ لوگوں نے دیکھے، مسئلہ یہ ہے کہ انسان آزاد پیدا ہوا ہے، انسان کو کریٹر نے فریڈم دیا ہے۔ You cannot abolish this freedom ہمارے لیے یہ آپشن نہیں ہے کہ ہم فریڈم کو ابالش ک</w:t>
      </w:r>
    </w:p>
    <w:p>
      <w:r>
        <w:rPr>
          <w:b/>
        </w:rPr>
        <w:t xml:space="preserve">[14:31] </w:t>
      </w:r>
      <w:r>
        <w:t>rahen.</w:t>
      </w:r>
    </w:p>
    <w:p>
      <w:pPr>
        <w:jc w:val="right"/>
      </w:pPr>
      <w:r>
        <w:t>ریں۔</w:t>
      </w:r>
    </w:p>
    <w:p>
      <w:r>
        <w:rPr>
          <w:b/>
        </w:rPr>
        <w:t xml:space="preserve">[14:36] </w:t>
      </w:r>
      <w:r>
        <w:t>yeh, yeh, yeh option hi nahi hai hamare liye.</w:t>
      </w:r>
    </w:p>
    <w:p>
      <w:pPr>
        <w:jc w:val="right"/>
      </w:pPr>
      <w:r>
        <w:t>یہ، یہ، یہ آپشن ہی نہیں ہے ہمارے لیے۔</w:t>
      </w:r>
    </w:p>
    <w:p>
      <w:r>
        <w:rPr>
          <w:b/>
        </w:rPr>
        <w:t xml:space="preserve">[14:40] </w:t>
      </w:r>
      <w:r>
        <w:t>option kya hai? ke hum manage karen freedom ko.</w:t>
      </w:r>
    </w:p>
    <w:p>
      <w:pPr>
        <w:jc w:val="right"/>
      </w:pPr>
      <w:r>
        <w:t>آپشن کیا ہے؟ کہ ہم مینج کریں فریڈم کو۔</w:t>
      </w:r>
    </w:p>
    <w:p>
      <w:r>
        <w:rPr>
          <w:b/>
        </w:rPr>
        <w:t xml:space="preserve">[14:45] </w:t>
      </w:r>
      <w:r>
        <w:t>yeh option hai.</w:t>
      </w:r>
    </w:p>
    <w:p>
      <w:pPr>
        <w:jc w:val="right"/>
      </w:pPr>
      <w:r>
        <w:t>یہ آپشن ہے۔</w:t>
      </w:r>
    </w:p>
    <w:p>
      <w:r>
        <w:rPr>
          <w:b/>
        </w:rPr>
        <w:t xml:space="preserve">[14:49] </w:t>
      </w:r>
      <w:r>
        <w:t>to kuch logon ne insaan ki azadi ko khatam kar ke society banana chaha, woh fail ho gaye.</w:t>
      </w:r>
    </w:p>
    <w:p>
      <w:pPr>
        <w:jc w:val="right"/>
      </w:pPr>
      <w:r>
        <w:t>تو کچھ لوگوں نے انسان کی آزادی کو ختم کر کے سوسائٹی بنانا چاہا، وہ فیل ہو گئے۔</w:t>
      </w:r>
    </w:p>
    <w:p>
      <w:r>
        <w:rPr>
          <w:b/>
        </w:rPr>
        <w:t xml:space="preserve">[14:53] </w:t>
      </w:r>
      <w:r>
        <w:t>woh work nahi kiya is formula ne.</w:t>
      </w:r>
    </w:p>
    <w:p>
      <w:pPr>
        <w:jc w:val="right"/>
      </w:pPr>
      <w:r>
        <w:t>وہ ورک نہیں کیا اس فارمولے نے۔</w:t>
      </w:r>
    </w:p>
    <w:p>
      <w:r>
        <w:rPr>
          <w:b/>
        </w:rPr>
        <w:t xml:space="preserve">[14:58] </w:t>
      </w:r>
      <w:r>
        <w:t>to jo workable formula hai, woh yahi hai ke aap</w:t>
      </w:r>
    </w:p>
    <w:p>
      <w:pPr>
        <w:jc w:val="right"/>
      </w:pPr>
      <w:r>
        <w:t>تو جو ورک ایبل فارمولا ہے، وہ یہی ہے کہ آپ</w:t>
      </w:r>
    </w:p>
    <w:p>
      <w:r>
        <w:rPr>
          <w:b/>
        </w:rPr>
        <w:t xml:space="preserve">[15:02] </w:t>
      </w:r>
      <w:r>
        <w:t>sakein. Yeh, yeh, yeh option hi nahi hai hamare liye. Option kya hai? Ke hum manage karein freedom ko. Yeh option hai. To kuch logon ne insaan ki aazadi ko khatam kar ke society banana chaha, woh fail ho gaye. Woh work nahi kiya is formula ne. To jo workable formula hai, woh yahi hai ke aap</w:t>
      </w:r>
    </w:p>
    <w:p>
      <w:pPr>
        <w:jc w:val="right"/>
      </w:pPr>
      <w:r>
        <w:t>جس کو کہتے ہیں نان انٹرفیرنس پالیسی، یہی ورک ایبل فارمولا ہے۔ تو میں یہ کہوں گا کہ اسلام نے جو کانسیپٹ دیا ہے ملٹی کلچرل سوسائٹی کو پیس فل بنانے کا، وہ یہی ہے that is based on non-interference یعنی ہر ایک کو آزادی۔ ہر ایک کو آزادی ہے۔ کسی کو آزادی میں کوئی روک نہیں</w:t>
      </w:r>
    </w:p>
    <w:p>
      <w:r>
        <w:rPr>
          <w:b/>
        </w:rPr>
        <w:t xml:space="preserve">[15:32] </w:t>
      </w:r>
      <w:r>
        <w:t>laga sakta.</w:t>
      </w:r>
    </w:p>
    <w:p>
      <w:pPr>
        <w:jc w:val="right"/>
      </w:pPr>
      <w:r>
        <w:t>لگا سکتا۔</w:t>
      </w:r>
    </w:p>
    <w:p>
      <w:r>
        <w:rPr>
          <w:b/>
        </w:rPr>
        <w:t xml:space="preserve">[15:38] </w:t>
      </w:r>
      <w:r>
        <w:t>lekin har ek ko yeh karna hai ke woh apne orbit mein rahe.</w:t>
      </w:r>
    </w:p>
    <w:p>
      <w:pPr>
        <w:jc w:val="right"/>
      </w:pPr>
      <w:r>
        <w:t>لیکن ہر ایک کو یہ کرنا ہے کہ وہ اپنے اربٹ میں رہے۔</w:t>
      </w:r>
    </w:p>
    <w:p>
      <w:r>
        <w:rPr>
          <w:b/>
        </w:rPr>
        <w:t xml:space="preserve">[15:44] </w:t>
      </w:r>
      <w:r>
        <w:t>امریکن ہسٹری میں ایک بہت ہی دلچسپ اسٹوری ہے، میں سمجھتا ہوں کہ وہ اس کو study کرتی ہے۔</w:t>
      </w:r>
    </w:p>
    <w:p>
      <w:pPr>
        <w:jc w:val="right"/>
      </w:pPr>
      <w:r>
        <w:t>امریکن ہسٹری میں ایک بہت ہی دلچسپ اسٹوری ہے، میں سمجھتا ہوں کہ وہ اس کو اسٹڈ کرتی ہے۔</w:t>
      </w:r>
    </w:p>
    <w:p>
      <w:r>
        <w:rPr>
          <w:b/>
        </w:rPr>
        <w:t xml:space="preserve">[15:51] </w:t>
      </w:r>
      <w:r>
        <w:t>yeh kaha jata hai ke when America gained freedom, one American was very enthusiastic; he went out of</w:t>
      </w:r>
    </w:p>
    <w:p>
      <w:pPr>
        <w:jc w:val="right"/>
      </w:pPr>
      <w:r>
        <w:t>یہ کہا جاتا ہے کہ when America gained freedom, one American was very enthusiastic; he went out of</w:t>
      </w:r>
    </w:p>
    <w:p>
      <w:r>
        <w:rPr>
          <w:b/>
        </w:rPr>
        <w:t xml:space="preserve">[15:57] </w:t>
      </w:r>
      <w:r>
        <w:t>his home, he was moving an estate</w:t>
      </w:r>
    </w:p>
    <w:p>
      <w:pPr>
        <w:jc w:val="right"/>
      </w:pPr>
      <w:r>
        <w:t>his home, he was moving an estate</w:t>
      </w:r>
    </w:p>
    <w:p>
      <w:r>
        <w:rPr>
          <w:b/>
        </w:rPr>
        <w:t xml:space="preserve">[16:03] </w:t>
      </w:r>
      <w:r>
        <w:t>American ne kaha ke "Today I am free. I am exercising my— I am celebrating my freedom." Us ne kaha ke "Yes, you are free. But your</w:t>
      </w:r>
    </w:p>
    <w:p>
      <w:pPr>
        <w:jc w:val="right"/>
      </w:pPr>
      <w:r>
        <w:t>in an unruly manner. During this, he hit the nose of a passerby. Passerby was angry. He said, "What is this nonsense? Why hit my nose?" امریکن نے کہا کہ "Today I am free. I am exercising my— I am celebrating my freedom." اس نے کہا کہ "Yes, you are free. But your</w:t>
      </w:r>
    </w:p>
    <w:p>
      <w:r>
        <w:rPr>
          <w:b/>
        </w:rPr>
        <w:t xml:space="preserve">[16:33] </w:t>
      </w:r>
      <w:r>
        <w:t>"Freedom knows where my nose begins." یہ ہے فارمولا آف نیچر۔</w:t>
      </w:r>
    </w:p>
    <w:p>
      <w:pPr>
        <w:jc w:val="right"/>
      </w:pPr>
      <w:r>
        <w:t>freedom knows where my nose begins." یہ ہے فارمولا آف نیچر۔</w:t>
      </w:r>
    </w:p>
    <w:p>
      <w:r>
        <w:rPr>
          <w:b/>
        </w:rPr>
        <w:t xml:space="preserve">[16:38] </w:t>
      </w:r>
      <w:r>
        <w:t>aap doosre ke nose ko hit na karein.</w:t>
      </w:r>
    </w:p>
    <w:p>
      <w:pPr>
        <w:jc w:val="right"/>
      </w:pPr>
      <w:r>
        <w:t>آپ دوسرے کے نوز کو ہٹ نہ کریں۔</w:t>
      </w:r>
    </w:p>
    <w:p>
      <w:r>
        <w:rPr>
          <w:b/>
        </w:rPr>
        <w:t xml:space="preserve">[16:43] </w:t>
      </w:r>
      <w:r>
        <w:t>to aap poori tarah azaad hain, kuch bhi karne ke liye.</w:t>
      </w:r>
    </w:p>
    <w:p>
      <w:pPr>
        <w:jc w:val="right"/>
      </w:pPr>
      <w:r>
        <w:t>تو آپ پوری طرح آزاد ہیں، کچھ بھی کرنے کے لیے۔</w:t>
      </w:r>
    </w:p>
    <w:p>
      <w:r>
        <w:rPr>
          <w:b/>
        </w:rPr>
        <w:t xml:space="preserve">[16:48] </w:t>
      </w:r>
      <w:r>
        <w:t>dawa field mein, education ki field mein, industry ki field mein, invention ki field mein, jis field mein</w:t>
      </w:r>
    </w:p>
    <w:p>
      <w:pPr>
        <w:jc w:val="right"/>
      </w:pPr>
      <w:r>
        <w:t>دعویٰ فیلڈ میں، ایجوکیشن کی فیلڈ میں، انڈسٹری کی فیلڈ میں، انوینشن کی فیلڈ میں، جس فیلڈ میں</w:t>
      </w:r>
    </w:p>
    <w:p>
      <w:r>
        <w:rPr>
          <w:b/>
        </w:rPr>
        <w:t xml:space="preserve">[16:53] </w:t>
      </w:r>
      <w:r>
        <w:t>aap ko interest ho, us mein aap azaad hain karne ke liye.</w:t>
      </w:r>
    </w:p>
    <w:p>
      <w:pPr>
        <w:jc w:val="right"/>
      </w:pPr>
      <w:r>
        <w:t>آپ کو انٹرسٹ ہو، اس میں آپ آزاد ہیں کرنے کے لیے۔</w:t>
      </w:r>
    </w:p>
    <w:p>
      <w:r>
        <w:rPr>
          <w:b/>
        </w:rPr>
        <w:t xml:space="preserve">[16:58] </w:t>
      </w:r>
      <w:r>
        <w:t>But you cannot hit the nose of the other</w:t>
      </w:r>
    </w:p>
    <w:p>
      <w:pPr>
        <w:jc w:val="right"/>
      </w:pPr>
      <w:r>
        <w:t>But you cannot hit the nose of the other</w:t>
      </w:r>
    </w:p>
    <w:p>
      <w:r>
        <w:rPr>
          <w:b/>
        </w:rPr>
        <w:t xml:space="preserve">[17:03] </w:t>
      </w:r>
      <w:r>
        <w:t>people yani dusre ke liye harmful na banein aap.</w:t>
      </w:r>
    </w:p>
    <w:p>
      <w:pPr>
        <w:jc w:val="right"/>
      </w:pPr>
      <w:r>
        <w:t>people یعنی دوسرے کے لیے ہارم فل نہ بنیں آپ۔</w:t>
      </w:r>
    </w:p>
    <w:p>
      <w:r>
        <w:rPr>
          <w:b/>
        </w:rPr>
        <w:t xml:space="preserve">[17:11] </w:t>
      </w:r>
      <w:r>
        <w:t>doosron ke liye aap harmful na banein to aap ki azadi poori tarah aap ko azadi hasil hai.</w:t>
      </w:r>
    </w:p>
    <w:p>
      <w:pPr>
        <w:jc w:val="right"/>
      </w:pPr>
      <w:r>
        <w:t>دوسروں کے لیے آپ ہارم فل نہ بنیں تو آپ کی آزادی پوری طرح آپ کو آزادی حاصل ہے۔</w:t>
      </w:r>
    </w:p>
    <w:p>
      <w:r>
        <w:rPr>
          <w:b/>
        </w:rPr>
        <w:t xml:space="preserve">[17:18] </w:t>
      </w:r>
      <w:r>
        <w:t>United Nations ne jo Universal Declaration of Human Rights ka jo charter banaya tha, us mein history mein</w:t>
      </w:r>
    </w:p>
    <w:p>
      <w:pPr>
        <w:jc w:val="right"/>
      </w:pPr>
      <w:r>
        <w:t>یونائیٹڈ نیشنز نے جو یونیورسل ڈیکلریشن آف ہیومن رائٹس کا جو چارٹر بنایا تھا، اس میں ہسٹری میں</w:t>
      </w:r>
    </w:p>
    <w:p>
      <w:r>
        <w:rPr>
          <w:b/>
        </w:rPr>
        <w:t xml:space="preserve">[17:26] </w:t>
      </w:r>
      <w:r>
        <w:t>پہلی بار انسان کے freedom کو absolute right کے طور پر مانا گیا۔</w:t>
      </w:r>
    </w:p>
    <w:p>
      <w:pPr>
        <w:jc w:val="right"/>
      </w:pPr>
      <w:r>
        <w:t>پہلی بار انسان کے فریڈم کو ایبسولیوٹ رائٹ کے طور پر مانا گیا۔</w:t>
      </w:r>
    </w:p>
    <w:p>
      <w:r>
        <w:rPr>
          <w:b/>
        </w:rPr>
        <w:t xml:space="preserve">[17:33] </w:t>
      </w:r>
      <w:r>
        <w:t>aur us waqt duniya mein 194 nations is ke member hain.</w:t>
      </w:r>
    </w:p>
    <w:p>
      <w:pPr>
        <w:jc w:val="right"/>
      </w:pPr>
      <w:r>
        <w:t>اور اس وقت دنیا میں 194 نیشنز اس کے ممبر ہیں۔</w:t>
      </w:r>
    </w:p>
    <w:p>
      <w:r>
        <w:rPr>
          <w:b/>
        </w:rPr>
        <w:t xml:space="preserve">[17:39] </w:t>
      </w:r>
      <w:r>
        <w:t>sab member countries ne is par sign kiya hai.</w:t>
      </w:r>
    </w:p>
    <w:p>
      <w:pPr>
        <w:jc w:val="right"/>
      </w:pPr>
      <w:r>
        <w:t>سب ممبر کنٹریز نے اس پر سائن کیا ہے۔</w:t>
      </w:r>
    </w:p>
    <w:p>
      <w:r>
        <w:rPr>
          <w:b/>
        </w:rPr>
        <w:t xml:space="preserve">[17:44] </w:t>
      </w:r>
      <w:r>
        <w:t>to yeh hai formula.</w:t>
      </w:r>
    </w:p>
    <w:p>
      <w:pPr>
        <w:jc w:val="right"/>
      </w:pPr>
      <w:r>
        <w:t>تو یہ ہے فارمولا۔</w:t>
      </w:r>
    </w:p>
    <w:p>
      <w:r>
        <w:rPr>
          <w:b/>
        </w:rPr>
        <w:t xml:space="preserve">[17:49] </w:t>
      </w:r>
      <w:r>
        <w:t>nature ka formula hai, Islam ka formula hai, universe ka formula hai.</w:t>
      </w:r>
    </w:p>
    <w:p>
      <w:pPr>
        <w:jc w:val="right"/>
      </w:pPr>
      <w:r>
        <w:t>نیچر کا فارمولا ہے، اسلام کا فارمولا ہے، یونیورس کا فارمولا ہے۔</w:t>
      </w:r>
    </w:p>
    <w:p>
      <w:r>
        <w:rPr>
          <w:b/>
        </w:rPr>
        <w:t xml:space="preserve">[17:54] </w:t>
      </w:r>
      <w:r>
        <w:t>woh yeh hai ke aap peaceful rahiye, non violent way mein apna kaam kijiye.</w:t>
      </w:r>
    </w:p>
    <w:p>
      <w:pPr>
        <w:jc w:val="right"/>
      </w:pPr>
      <w:r>
        <w:t>وہ یہ ہے کہ آپ پیس فل رہیے، نان وارنٹ وے میں اپنا کام کیجیے۔</w:t>
      </w:r>
    </w:p>
    <w:p>
      <w:r>
        <w:rPr>
          <w:b/>
        </w:rPr>
        <w:t xml:space="preserve">[17:59] </w:t>
      </w:r>
      <w:r>
        <w:t>ek hadith hai: i</w:t>
      </w:r>
    </w:p>
    <w:p>
      <w:pPr>
        <w:jc w:val="right"/>
      </w:pPr>
      <w:r>
        <w:t>ایک حدیث ہے: إ</w:t>
      </w:r>
    </w:p>
    <w:p>
      <w:r>
        <w:rPr>
          <w:b/>
        </w:rPr>
        <w:t xml:space="preserve">[18:04] </w:t>
      </w:r>
      <w:r>
        <w:t>nnallaha yughfi al-rifqa ma la yughfi al-ghurafi India ke background mein agar is ko translation karoon to</w:t>
      </w:r>
    </w:p>
    <w:p>
      <w:pPr>
        <w:jc w:val="right"/>
      </w:pPr>
      <w:r>
        <w:t>ِنَّ اللَّهَ يُغْثِي الْرِفْقَ مَالَ يُغْثِي الْغُرَفِي انڈیا کے بیک گراؤنڈ میں اگر اس کو ٹرانسلیشن کروں تو</w:t>
      </w:r>
    </w:p>
    <w:p>
      <w:r>
        <w:rPr>
          <w:b/>
        </w:rPr>
        <w:t xml:space="preserve">[18:12] </w:t>
      </w:r>
      <w:r>
        <w:t>yeh hoga ke "God grants to non-violence what He does not grant to violence." to ek hi cheez</w:t>
      </w:r>
    </w:p>
    <w:p>
      <w:pPr>
        <w:jc w:val="right"/>
      </w:pPr>
      <w:r>
        <w:t>یہ ہوگا کہ "God grants to non-violence what He does not grant to violence." تو ایک ہی چیز</w:t>
      </w:r>
    </w:p>
    <w:p>
      <w:r>
        <w:rPr>
          <w:b/>
        </w:rPr>
        <w:t xml:space="preserve">[18:19] </w:t>
      </w:r>
      <w:r>
        <w:t>hai jo hamein karna hai ke hum violence se bachein, confrontation se bachein.</w:t>
      </w:r>
    </w:p>
    <w:p>
      <w:pPr>
        <w:jc w:val="right"/>
      </w:pPr>
      <w:r>
        <w:t>ہے جو ہمیں کرنا ہے کہ ہم وائلنس سے بچیں، کنفرنٹیشن سے بچیں۔</w:t>
      </w:r>
    </w:p>
    <w:p>
      <w:r>
        <w:rPr>
          <w:b/>
        </w:rPr>
        <w:t xml:space="preserve">[18:27] </w:t>
      </w:r>
      <w:r>
        <w:t>bas phir hum azaad hain sab kuch karne ke liye.</w:t>
      </w:r>
    </w:p>
    <w:p>
      <w:pPr>
        <w:jc w:val="right"/>
      </w:pPr>
      <w:r>
        <w:t>بس پھر ہم آزاد ہیں سب کچھ کرنے کے لیے۔</w:t>
      </w:r>
    </w:p>
    <w:p>
      <w:r>
        <w:rPr>
          <w:b/>
        </w:rPr>
        <w:t xml:space="preserve">[18:35] </w:t>
      </w:r>
      <w:r>
        <w:t>ab jo question hai society ka to Quran ki ek ayat hai: laqad kana lakum fi rasoolillahi</w:t>
      </w:r>
    </w:p>
    <w:p>
      <w:pPr>
        <w:jc w:val="right"/>
      </w:pPr>
      <w:r>
        <w:t>اب جو کوئسچن ہے سوسائٹی کا تو قرآن کی ایک آیت ہے: لَقَدْ كَانَ لَكُمْ فِي رَسُولِ اللَّهِ</w:t>
      </w:r>
    </w:p>
    <w:p>
      <w:r>
        <w:rPr>
          <w:b/>
        </w:rPr>
        <w:t xml:space="preserve">[18:41] </w:t>
      </w:r>
      <w:r>
        <w:t>uswa hasana yahan aap lafz uswa ko generalize kijie.</w:t>
      </w:r>
    </w:p>
    <w:p>
      <w:pPr>
        <w:jc w:val="right"/>
      </w:pPr>
      <w:r>
        <w:t>أُسْوَةٌ حَسَنَةٌ یہاں آپ لفظ اسوہ کو جنرلائز کیجیے۔</w:t>
      </w:r>
    </w:p>
    <w:p>
      <w:r>
        <w:rPr>
          <w:b/>
        </w:rPr>
        <w:t xml:space="preserve">[18:48] </w:t>
      </w:r>
      <w:r>
        <w:t>uswa ko generalize kijie.</w:t>
      </w:r>
    </w:p>
    <w:p>
      <w:pPr>
        <w:jc w:val="right"/>
      </w:pPr>
      <w:r>
        <w:t>اسوہ کو جنرلائز کیجیے۔</w:t>
      </w:r>
    </w:p>
    <w:p>
      <w:r>
        <w:rPr>
          <w:b/>
        </w:rPr>
        <w:t xml:space="preserve">[18:54] </w:t>
      </w:r>
      <w:r>
        <w:t>to is mein aap payenge ke is mein yeh baat bhi hai ke rasool Allah ke zindagi</w:t>
      </w:r>
    </w:p>
    <w:p>
      <w:pPr>
        <w:jc w:val="right"/>
      </w:pPr>
      <w:r>
        <w:t>تو اس میں آپ پائیں گے کہ اس میں یہ بات بھی ہے کہ رسول اللہ کے زندگی</w:t>
      </w:r>
    </w:p>
    <w:p>
      <w:r>
        <w:rPr>
          <w:b/>
        </w:rPr>
        <w:t xml:space="preserve">[19:00] </w:t>
      </w:r>
      <w:r>
        <w:t>mein is baat ka bhi namona hai</w:t>
      </w:r>
    </w:p>
    <w:p>
      <w:pPr>
        <w:jc w:val="right"/>
      </w:pPr>
      <w:r>
        <w:t>میں اس بات کا بھی نمونہ ہے</w:t>
      </w:r>
    </w:p>
    <w:p>
      <w:r>
        <w:rPr>
          <w:b/>
        </w:rPr>
        <w:t xml:space="preserve">[19:06] </w:t>
      </w:r>
      <w:r>
        <w:t>ke how to establish peace in a multicultural society woh kaise? aap jante hain ke rasool Allah he</w:t>
      </w:r>
    </w:p>
    <w:p>
      <w:pPr>
        <w:jc w:val="right"/>
      </w:pPr>
      <w:r>
        <w:t>کہ how to establish peace in a multicultural society وہ کیسے؟ آپ جانتے ہیں کہ رسول اللہ he</w:t>
      </w:r>
    </w:p>
    <w:p>
      <w:r>
        <w:rPr>
          <w:b/>
        </w:rPr>
        <w:t xml:space="preserve">[19:13] </w:t>
      </w:r>
      <w:r>
        <w:t>started his mission in Mecca in 610 AD.</w:t>
      </w:r>
    </w:p>
    <w:p>
      <w:pPr>
        <w:jc w:val="right"/>
      </w:pPr>
      <w:r>
        <w:t>started his mission in Mecca in 610 AD.</w:t>
      </w:r>
    </w:p>
    <w:p>
      <w:r>
        <w:rPr>
          <w:b/>
        </w:rPr>
        <w:t xml:space="preserve">[19:21] </w:t>
      </w:r>
      <w:r>
        <w:t>After 13 years he migrated to Medina.</w:t>
      </w:r>
    </w:p>
    <w:p>
      <w:pPr>
        <w:jc w:val="right"/>
      </w:pPr>
      <w:r>
        <w:t>After 13 years he migrated to Medina.</w:t>
      </w:r>
    </w:p>
    <w:p>
      <w:r>
        <w:rPr>
          <w:b/>
        </w:rPr>
        <w:t xml:space="preserve">[19:28] </w:t>
      </w:r>
      <w:r>
        <w:t>At that time Medina was a multicultural society. kyon?</w:t>
      </w:r>
    </w:p>
    <w:p>
      <w:pPr>
        <w:jc w:val="right"/>
      </w:pPr>
      <w:r>
        <w:t>At that time Medina was a multicultural society. کیوں؟</w:t>
      </w:r>
    </w:p>
    <w:p>
      <w:r>
        <w:rPr>
          <w:b/>
        </w:rPr>
        <w:t xml:space="preserve">[19:36] </w:t>
      </w:r>
      <w:r>
        <w:t>Medine mein jo ansar ka qabeela tha, ansar log the jo Islam mein dakhil ho gaye the, woh</w:t>
      </w:r>
    </w:p>
    <w:p>
      <w:pPr>
        <w:jc w:val="right"/>
      </w:pPr>
      <w:r>
        <w:t>مدینے میں جو انصار کا قبیلہ تھا، انصار لوگ تھے جو اسلام میں داخل ہو گئے تھے، وہ</w:t>
      </w:r>
    </w:p>
    <w:p>
      <w:r>
        <w:rPr>
          <w:b/>
        </w:rPr>
        <w:t xml:space="preserve">[19:44] </w:t>
      </w:r>
      <w:r>
        <w:t>do qabeelay thay, do tribes: Aus aur Khazraj.</w:t>
      </w:r>
    </w:p>
    <w:p>
      <w:pPr>
        <w:jc w:val="right"/>
      </w:pPr>
      <w:r>
        <w:t>دو قبیلے تھے، دو ٹرائبز: اوس اور خزرج۔</w:t>
      </w:r>
    </w:p>
    <w:p>
      <w:r>
        <w:rPr>
          <w:b/>
        </w:rPr>
        <w:t xml:space="preserve">[19:51] </w:t>
      </w:r>
      <w:r>
        <w:t>yani Medine ke do tribes ne Islam qabool kar liya.</w:t>
      </w:r>
    </w:p>
    <w:p>
      <w:pPr>
        <w:jc w:val="right"/>
      </w:pPr>
      <w:r>
        <w:t>یعنی مدینے کے دو ٹرائبز نے اسلام قبول کر لیا۔</w:t>
      </w:r>
    </w:p>
    <w:p>
      <w:r>
        <w:rPr>
          <w:b/>
        </w:rPr>
        <w:t xml:space="preserve">[19:59] </w:t>
      </w:r>
      <w:r>
        <w:t>Is ke ilawa Medine mein teen aur tribes thay, woh Jewish tribes: Banu Qainuqa, Banu Nazir, aur Banu Quraiza. Yeh teeno</w:t>
      </w:r>
    </w:p>
    <w:p>
      <w:pPr>
        <w:jc w:val="right"/>
      </w:pPr>
      <w:r>
        <w:t>اس کے علاوہ مدینے میں تین اور ٹرائبز تھے، وہ جیوش ٹرائبز: بنو قینقاع، بنو نظیر، اور بنو قریضہ۔ یہ تینوں</w:t>
      </w:r>
    </w:p>
    <w:p>
      <w:r>
        <w:rPr>
          <w:b/>
        </w:rPr>
        <w:t xml:space="preserve">[20:06] </w:t>
      </w:r>
      <w:r>
        <w:t>Jewish tribes thay.</w:t>
      </w:r>
    </w:p>
    <w:p>
      <w:pPr>
        <w:jc w:val="right"/>
      </w:pPr>
      <w:r>
        <w:t>جیوش ٹرائبز تھے۔</w:t>
      </w:r>
    </w:p>
    <w:p>
      <w:r>
        <w:rPr>
          <w:b/>
        </w:rPr>
        <w:t xml:space="preserve">[20:11] </w:t>
      </w:r>
      <w:r>
        <w:t>to roughly Madina ki abadi jo thi, 50-50 thi.</w:t>
      </w:r>
    </w:p>
    <w:p>
      <w:pPr>
        <w:jc w:val="right"/>
      </w:pPr>
      <w:r>
        <w:t>تو رفلی مدینہ کی آبادی جو تھی، 50-50 تھی۔</w:t>
      </w:r>
    </w:p>
    <w:p>
      <w:r>
        <w:rPr>
          <w:b/>
        </w:rPr>
        <w:t xml:space="preserve">[20:16] </w:t>
      </w:r>
      <w:r>
        <w:t>yani 50% Muslims aur 50% Jewish.</w:t>
      </w:r>
    </w:p>
    <w:p>
      <w:pPr>
        <w:jc w:val="right"/>
      </w:pPr>
      <w:r>
        <w:t>یعنی 50% مسلمز اور 50% جیوش۔</w:t>
      </w:r>
    </w:p>
    <w:p>
      <w:r>
        <w:rPr>
          <w:b/>
        </w:rPr>
        <w:t xml:space="preserve">[20:21] </w:t>
      </w:r>
      <w:r>
        <w:t>to sawal tha ke yahan par peace kaise qaim ho? to rasool Allah sal Allah alaihi wasallam ne</w:t>
      </w:r>
    </w:p>
    <w:p>
      <w:pPr>
        <w:jc w:val="right"/>
      </w:pPr>
      <w:r>
        <w:t>تو سوال تھا کہ یہاں پر پیس کیسے قائم ہو؟ تو رسول اللہ صلی اللہ علیہ وسلم نے</w:t>
      </w:r>
    </w:p>
    <w:p>
      <w:r>
        <w:rPr>
          <w:b/>
        </w:rPr>
        <w:t xml:space="preserve">[20:26] </w:t>
      </w:r>
      <w:r>
        <w:t>ek charter jari kiya, jis ko kaha jata hai kitabon mein "Sahifat al-Madina".</w:t>
      </w:r>
    </w:p>
    <w:p>
      <w:pPr>
        <w:jc w:val="right"/>
      </w:pPr>
      <w:r>
        <w:t>ایک چارٹر جاری کیا، جس کو کہا جاتا ہے کتابوں میں "صحیفۃ المدینہ"۔</w:t>
      </w:r>
    </w:p>
    <w:p>
      <w:r>
        <w:rPr>
          <w:b/>
        </w:rPr>
        <w:t xml:space="preserve">[20:31] </w:t>
      </w:r>
      <w:r>
        <w:t>Sahifat al-Madina ko aap keh sakte hain ke Madina Charter</w:t>
      </w:r>
    </w:p>
    <w:p>
      <w:pPr>
        <w:jc w:val="right"/>
      </w:pPr>
      <w:r>
        <w:t>صحیفۃ المدینہ کو آپ کہہ سکتے ہیں کہ مدینہ چارٹر</w:t>
      </w:r>
    </w:p>
    <w:p>
      <w:r>
        <w:rPr>
          <w:b/>
        </w:rPr>
        <w:t xml:space="preserve">[20:36] </w:t>
      </w:r>
      <w:r>
        <w:t>, Madina Declaration.</w:t>
      </w:r>
    </w:p>
    <w:p>
      <w:pPr>
        <w:jc w:val="right"/>
      </w:pPr>
      <w:r>
        <w:t>، مدینہ ڈیکلریشن۔</w:t>
      </w:r>
    </w:p>
    <w:p>
      <w:r>
        <w:rPr>
          <w:b/>
        </w:rPr>
        <w:t xml:space="preserve">[20:41] </w:t>
      </w:r>
      <w:r>
        <w:t>is charter mein ek clause thi ke lil yahudi deen wa lil muslimeen deen Yahud ke liye Yahud ka deen, Musalman</w:t>
      </w:r>
    </w:p>
    <w:p>
      <w:pPr>
        <w:jc w:val="right"/>
      </w:pPr>
      <w:r>
        <w:t>اس چارٹر میں ایک کلاس تھی کہ لِلْيَهُودَ دِينٌ وَلِلْمُسْلِمِينَ دِينٌ یہود کے لیے یہود کا دین، مسلمان</w:t>
      </w:r>
    </w:p>
    <w:p>
      <w:r>
        <w:rPr>
          <w:b/>
        </w:rPr>
        <w:t xml:space="preserve">[20:47] </w:t>
      </w:r>
      <w:r>
        <w:t>ke liye Musalman ka deen.</w:t>
      </w:r>
    </w:p>
    <w:p>
      <w:pPr>
        <w:jc w:val="right"/>
      </w:pPr>
      <w:r>
        <w:t>کے لیے مسلمان کا دین۔</w:t>
      </w:r>
    </w:p>
    <w:p>
      <w:r>
        <w:rPr>
          <w:b/>
        </w:rPr>
        <w:t xml:space="preserve">[20:52] </w:t>
      </w:r>
      <w:r>
        <w:t>Yeh wohi principle hai jo Quran mein hai: lakum deen wa liya deen. Is ka matlab kya hai? Is</w:t>
      </w:r>
    </w:p>
    <w:p>
      <w:pPr>
        <w:jc w:val="right"/>
      </w:pPr>
      <w:r>
        <w:t>یہ وہی پرنسپل ہے جو قرآن میں ہے: لَكُمْ دِينٌ وَلَيْهِ دِينٌ اس کا مطلب کیا ہے؟ اس</w:t>
      </w:r>
    </w:p>
    <w:p>
      <w:r>
        <w:rPr>
          <w:b/>
        </w:rPr>
        <w:t xml:space="preserve">[20:57] </w:t>
      </w:r>
      <w:r>
        <w:t>ka matlab ye hai ke follow one and respect all.</w:t>
      </w:r>
    </w:p>
    <w:p>
      <w:pPr>
        <w:jc w:val="right"/>
      </w:pPr>
      <w:r>
        <w:t>کا مطلب یہ ہے کہ فالو ون اینڈ ریسپیکٹ آل۔</w:t>
      </w:r>
    </w:p>
    <w:p>
      <w:r>
        <w:rPr>
          <w:b/>
        </w:rPr>
        <w:t xml:space="preserve">[21:02] </w:t>
      </w:r>
      <w:r>
        <w:t>bari simple formula.</w:t>
      </w:r>
    </w:p>
    <w:p>
      <w:pPr>
        <w:jc w:val="right"/>
      </w:pPr>
      <w:r>
        <w:t>بڑی سمپل فارمولا۔</w:t>
      </w:r>
    </w:p>
    <w:p>
      <w:r>
        <w:rPr>
          <w:b/>
        </w:rPr>
        <w:t xml:space="preserve">[21:07] </w:t>
      </w:r>
      <w:r>
        <w:t>Follow one and respect all.</w:t>
      </w:r>
    </w:p>
    <w:p>
      <w:pPr>
        <w:jc w:val="right"/>
      </w:pPr>
      <w:r>
        <w:t>فالو ون اینڈ ریسپیکٹ آل۔</w:t>
      </w:r>
    </w:p>
    <w:p>
      <w:r>
        <w:rPr>
          <w:b/>
        </w:rPr>
        <w:t xml:space="preserve">[21:12] </w:t>
      </w:r>
      <w:r>
        <w:t>This is the only formula by which you can establish a peaceful society.</w:t>
      </w:r>
    </w:p>
    <w:p>
      <w:pPr>
        <w:jc w:val="right"/>
      </w:pPr>
      <w:r>
        <w:t>This is the only formula by which you can establish a peaceful society تو یہ تھا مدینے کا</w:t>
      </w:r>
    </w:p>
    <w:p>
      <w:r>
        <w:rPr>
          <w:b/>
        </w:rPr>
        <w:t xml:space="preserve">[21:17] </w:t>
      </w:r>
      <w:r>
        <w:t>jo state state thi rasool Allah ke zamanay mein.</w:t>
      </w:r>
    </w:p>
    <w:p>
      <w:pPr>
        <w:jc w:val="right"/>
      </w:pPr>
      <w:r>
        <w:t>جو سٹی اسٹیٹ تھی رسول اللہ کے زمانے میں۔</w:t>
      </w:r>
    </w:p>
    <w:p>
      <w:r>
        <w:rPr>
          <w:b/>
        </w:rPr>
        <w:t xml:space="preserve">[21:22] </w:t>
      </w:r>
      <w:r>
        <w:t>is state state ka yeh principle tha social peace ko maintain karne ke liye ke tum apne peace</w:t>
      </w:r>
    </w:p>
    <w:p>
      <w:pPr>
        <w:jc w:val="right"/>
      </w:pPr>
      <w:r>
        <w:t>اس سٹی اسٹیٹ کا یہ پرنسپل تھا سوشل پیس کو مینٹین کرنے کے لیے کہ تم اپنے پیس</w:t>
      </w:r>
    </w:p>
    <w:p>
      <w:r>
        <w:rPr>
          <w:b/>
        </w:rPr>
        <w:t xml:space="preserve">[21:27] </w:t>
      </w:r>
      <w:r>
        <w:t>peaceful tareeqe par apne mazhab par raho, hum peace full tareeqe se apne mazhab par rehte hain.</w:t>
      </w:r>
    </w:p>
    <w:p>
      <w:pPr>
        <w:jc w:val="right"/>
      </w:pPr>
      <w:r>
        <w:t>فل طریقے پر اپنے مذہب پر رہو، ہم پیس فل طریقے سے اپنے مذہب پر رہتے ہیں۔</w:t>
      </w:r>
    </w:p>
    <w:p>
      <w:r>
        <w:rPr>
          <w:b/>
        </w:rPr>
        <w:t xml:space="preserve">[21:33] </w:t>
      </w:r>
      <w:r>
        <w:t>lil yahoodi deenun wa lil muslimeen deenun</w:t>
      </w:r>
    </w:p>
    <w:p>
      <w:pPr>
        <w:jc w:val="right"/>
      </w:pPr>
      <w:r>
        <w:t>لِلْيَهُودَ دِينٌ وَلِلْمُسْلِمِينَ دِينٌ</w:t>
      </w:r>
    </w:p>
    <w:p>
      <w:r>
        <w:rPr>
          <w:b/>
        </w:rPr>
        <w:t xml:space="preserve">[21:38] </w:t>
      </w:r>
      <w:r>
        <w:t>acha, ek bohat hi interesting story hai madine ki.</w:t>
      </w:r>
    </w:p>
    <w:p>
      <w:pPr>
        <w:jc w:val="right"/>
      </w:pPr>
      <w:r>
        <w:t>اچھا، ایک بہت ہی انٹرسٹنگ اسٹوری ہے مدینے کی۔</w:t>
      </w:r>
    </w:p>
    <w:p>
      <w:r>
        <w:rPr>
          <w:b/>
        </w:rPr>
        <w:t xml:space="preserve">[21:44] </w:t>
      </w:r>
      <w:r>
        <w:t>bohat hi zyada yeh bukhari ne is ko naqal kiya hai.</w:t>
      </w:r>
    </w:p>
    <w:p>
      <w:pPr>
        <w:jc w:val="right"/>
      </w:pPr>
      <w:r>
        <w:t>بہت ہی زیادہ یہ بخاری نے اس کو نقل کیا ہے۔</w:t>
      </w:r>
    </w:p>
    <w:p>
      <w:r>
        <w:rPr>
          <w:b/>
        </w:rPr>
        <w:t xml:space="preserve">[21:50] </w:t>
      </w:r>
      <w:r>
        <w:t>aap jante hain ke sahih al bukhari jo hai, asah al kutub ba'd kitab Allah mani jati hai.</w:t>
      </w:r>
    </w:p>
    <w:p>
      <w:pPr>
        <w:jc w:val="right"/>
      </w:pPr>
      <w:r>
        <w:t>آپ جانتے ہیں کہ صحیح البخاری جو ہے، اصح الکتب بعد کتاب اللہ مانی جاتی ہے۔</w:t>
      </w:r>
    </w:p>
    <w:p>
      <w:r>
        <w:rPr>
          <w:b/>
        </w:rPr>
        <w:t xml:space="preserve">[21:56] </w:t>
      </w:r>
      <w:r>
        <w:t>sare musalmanon ka ittifaq hai ke bukhari bohat hi zyada authentic book hai Islam ki tareekh mein.</w:t>
      </w:r>
    </w:p>
    <w:p>
      <w:pPr>
        <w:jc w:val="right"/>
      </w:pPr>
      <w:r>
        <w:t>سارے مسلمانوں کا اتفاق ہے کہ بخاری بہت ہی زیادہ اتھنٹک بک ہے اسلام کی تاریخ میں۔</w:t>
      </w:r>
    </w:p>
    <w:p>
      <w:r>
        <w:rPr>
          <w:b/>
        </w:rPr>
        <w:t xml:space="preserve">[22:02] </w:t>
      </w:r>
      <w:r>
        <w:t>to is mein ek story aati hai ke</w:t>
      </w:r>
    </w:p>
    <w:p>
      <w:pPr>
        <w:jc w:val="right"/>
      </w:pPr>
      <w:r>
        <w:t>تو اس میں ایک اسٹوری آتی ہے کہ</w:t>
      </w:r>
    </w:p>
    <w:p>
      <w:r>
        <w:rPr>
          <w:b/>
        </w:rPr>
        <w:t xml:space="preserve">[22:09] </w:t>
      </w:r>
      <w:r>
        <w:t>Kya hua? One day the Prophet saw a funeral procession, a funeral procession passing through the street of Madinah.</w:t>
      </w:r>
    </w:p>
    <w:p>
      <w:pPr>
        <w:jc w:val="right"/>
      </w:pPr>
      <w:r>
        <w:t>کیا ہوا؟ ون ڈے پرافٹ سا ا فیونرل پروسیشن، فیونرل پروسیشن پاسنگ تھرو اسٹیٹ مدینہ۔</w:t>
      </w:r>
    </w:p>
    <w:p>
      <w:r>
        <w:rPr>
          <w:b/>
        </w:rPr>
        <w:t xml:space="preserve">[22:16] </w:t>
      </w:r>
      <w:r>
        <w:t>The Prophet was seated at the time, seeing the funeral.</w:t>
      </w:r>
    </w:p>
    <w:p>
      <w:pPr>
        <w:jc w:val="right"/>
      </w:pPr>
      <w:r>
        <w:t>پرافٹ واز سیٹڈ ایٹ ٹائم ان سینگ دا فیونرل۔</w:t>
      </w:r>
    </w:p>
    <w:p>
      <w:r>
        <w:rPr>
          <w:b/>
        </w:rPr>
        <w:t xml:space="preserve">[22:24] </w:t>
      </w:r>
      <w:r>
        <w:t>He stood in respect. One of his companions said, "O Prophet, it was not funeral of a Jew, Muslim."</w:t>
      </w:r>
    </w:p>
    <w:p>
      <w:pPr>
        <w:jc w:val="right"/>
      </w:pPr>
      <w:r>
        <w:t>ہی اسٹوڈ ان ریسپیکٹ ون اف ہز کمپینین سیڈ او پرافٹ، اٹ واز ناٹ فیونرل اف ا جیو، مسلم۔</w:t>
      </w:r>
    </w:p>
    <w:p>
      <w:r>
        <w:rPr>
          <w:b/>
        </w:rPr>
        <w:t xml:space="preserve">[22:32] </w:t>
      </w:r>
      <w:r>
        <w:t>It was funeral of Jew, it was funeral of a Jew, not a Muslim.</w:t>
      </w:r>
    </w:p>
    <w:p>
      <w:pPr>
        <w:jc w:val="right"/>
      </w:pPr>
      <w:r>
        <w:t>اٹ واز فیونرل اف جیو، اٹ واز فیونرل اف ا جیو، ناٹ ا مسلم۔</w:t>
      </w:r>
    </w:p>
    <w:p>
      <w:r>
        <w:rPr>
          <w:b/>
        </w:rPr>
        <w:t xml:space="preserve">[22:39] </w:t>
      </w:r>
      <w:r>
        <w:t>rasool Allah ne jawab diya, woh bohat hi zyada is mein wisdom hai, is ke andar yani rabbaniyat</w:t>
      </w:r>
    </w:p>
    <w:p>
      <w:pPr>
        <w:jc w:val="right"/>
      </w:pPr>
      <w:r>
        <w:t>رسول اللہ نے جواب دیا، وہ بہت ہی زیادہ اس میں وزڈم ہے، اس کے اندر یعنی ربانیت</w:t>
      </w:r>
    </w:p>
    <w:p>
      <w:r>
        <w:rPr>
          <w:b/>
        </w:rPr>
        <w:t xml:space="preserve">[22:47] </w:t>
      </w:r>
      <w:r>
        <w:t>hai, is ke andar Islam ko principle milta hai.</w:t>
      </w:r>
    </w:p>
    <w:p>
      <w:pPr>
        <w:jc w:val="right"/>
      </w:pPr>
      <w:r>
        <w:t>ہے، اس کے اندر اسلام کو پرنسپل ملتا ہے۔</w:t>
      </w:r>
    </w:p>
    <w:p>
      <w:r>
        <w:rPr>
          <w:b/>
        </w:rPr>
        <w:t xml:space="preserve">[22:55] </w:t>
      </w:r>
      <w:r>
        <w:t>آپ نے کہا علیہ نفص، کیسی عجیب بات ہے؟ علیہ نفص was he not human being, he discovered</w:t>
      </w:r>
    </w:p>
    <w:p>
      <w:pPr>
        <w:jc w:val="right"/>
      </w:pPr>
      <w:r>
        <w:t>آپ نے کہا علیہ نفص، کیسی عجیب بات ہے؟ علیہ نفص واز ہی ناٹ ہیومن بینگ، ہی ڈسکورڈ</w:t>
      </w:r>
    </w:p>
    <w:p>
      <w:r>
        <w:rPr>
          <w:b/>
        </w:rPr>
        <w:t xml:space="preserve">[23:03] </w:t>
      </w:r>
      <w:r>
        <w:t>community between himself and that Jew.</w:t>
      </w:r>
    </w:p>
    <w:p>
      <w:pPr>
        <w:jc w:val="right"/>
      </w:pPr>
      <w:r>
        <w:t>کمیونلٹی بٹوین ہم سیلف اینڈ دیٹ جیو۔</w:t>
      </w:r>
    </w:p>
    <w:p>
      <w:r>
        <w:rPr>
          <w:b/>
        </w:rPr>
        <w:t xml:space="preserve">[23:10] </w:t>
      </w:r>
      <w:r>
        <w:t>is se yeh principle nikalta hai ke poori poore mankind, sare insan, sab ke sab ek formula</w:t>
      </w:r>
    </w:p>
    <w:p>
      <w:pPr>
        <w:jc w:val="right"/>
      </w:pPr>
      <w:r>
        <w:t>اس سے یہ پرنسپل نکلتا ہے کہ پوری پورے مین کائنڈ، سارے انسان، سب کے سب ایک فارمولا</w:t>
      </w:r>
    </w:p>
    <w:p>
      <w:r>
        <w:rPr>
          <w:b/>
        </w:rPr>
        <w:t xml:space="preserve">[23:18] </w:t>
      </w:r>
      <w:r>
        <w:t>hain, ek family: khalqun ayal Allah.</w:t>
      </w:r>
    </w:p>
    <w:p>
      <w:pPr>
        <w:jc w:val="right"/>
      </w:pPr>
      <w:r>
        <w:t>ہیں، ایک فیملی: الخلق و عیال اللہ۔</w:t>
      </w:r>
    </w:p>
    <w:p>
      <w:r>
        <w:rPr>
          <w:b/>
        </w:rPr>
        <w:t xml:space="preserve">[23:25] </w:t>
      </w:r>
      <w:r>
        <w:t>سب کے سب، یعنی سب کے سب، all are blood sisters and blood brothers to each other.</w:t>
      </w:r>
    </w:p>
    <w:p>
      <w:pPr>
        <w:jc w:val="right"/>
      </w:pPr>
      <w:r>
        <w:t>سب کے سب، یعنی سب کے سب، ال ار بلڈ سسٹرز اور بلڈ برادرز ٹو ایچ ادر۔</w:t>
      </w:r>
    </w:p>
    <w:p>
      <w:r>
        <w:rPr>
          <w:b/>
        </w:rPr>
        <w:t xml:space="preserve">[23:33] </w:t>
      </w:r>
      <w:r>
        <w:t>dekhiye, yeh main samajhta hoon ke yeh sab se bara formula hai</w:t>
      </w:r>
    </w:p>
    <w:p>
      <w:pPr>
        <w:jc w:val="right"/>
      </w:pPr>
      <w:r>
        <w:t>دیکھیے، یہ میں سمجھتا ہوں کہ یہ سب سے بڑا فارمولا ہے</w:t>
      </w:r>
    </w:p>
    <w:p>
      <w:r>
        <w:rPr>
          <w:b/>
        </w:rPr>
        <w:t xml:space="preserve">[23:40] </w:t>
      </w:r>
      <w:r>
        <w:t>jo insan ki zindagi mein ya samajhi zindagi mein mohabbat lata hai, pyar lata hai, tolerance lata hai,</w:t>
      </w:r>
    </w:p>
    <w:p>
      <w:pPr>
        <w:jc w:val="right"/>
      </w:pPr>
      <w:r>
        <w:t>جو انسان کی زندگی میں یا سماجی زندگی میں محبت لاتا ہے، پیار لاتا ہے، ٹالرنس لاتا ہے،</w:t>
      </w:r>
    </w:p>
    <w:p>
      <w:r>
        <w:rPr>
          <w:b/>
        </w:rPr>
        <w:t xml:space="preserve">[23:48] </w:t>
      </w:r>
      <w:r>
        <w:t>aur khair khwahi lata hai ke sari dunya ek family hai.</w:t>
      </w:r>
    </w:p>
    <w:p>
      <w:pPr>
        <w:jc w:val="right"/>
      </w:pPr>
      <w:r>
        <w:t>اور خیر خواہی لاتا ہے کہ ساری دنیا ایک فیملی ہے۔</w:t>
      </w:r>
    </w:p>
    <w:p>
      <w:r>
        <w:rPr>
          <w:b/>
        </w:rPr>
        <w:t xml:space="preserve">[23:56] </w:t>
      </w:r>
      <w:r>
        <w:t>sab ke sab sisters, brothers and sister, blood sisters aur blood brothers hain.</w:t>
      </w:r>
    </w:p>
    <w:p>
      <w:pPr>
        <w:jc w:val="right"/>
      </w:pPr>
      <w:r>
        <w:t>سب کے سب سسٹرز، برادرز اینڈ سسٹر، بلڈ سسٹرز اور بلڈ برادرز ہیں۔</w:t>
      </w:r>
    </w:p>
    <w:p>
      <w:r>
        <w:rPr>
          <w:b/>
        </w:rPr>
        <w:t xml:space="preserve">[24:03] </w:t>
      </w:r>
      <w:r>
        <w:t>is se acha formula kya ho sakta hai? to yeh tha, this was formula of peace</w:t>
      </w:r>
    </w:p>
    <w:p>
      <w:pPr>
        <w:jc w:val="right"/>
      </w:pPr>
      <w:r>
        <w:t>اس سے اچھا فارمولا کیا ہو سکتا ہے؟ تو یہ تھا، دس واز فارمولا اف پیس</w:t>
      </w:r>
    </w:p>
    <w:p>
      <w:r>
        <w:rPr>
          <w:b/>
        </w:rPr>
        <w:t xml:space="preserve">[24:11] </w:t>
      </w:r>
      <w:r>
        <w:t>in a multicultural society.</w:t>
      </w:r>
    </w:p>
    <w:p>
      <w:pPr>
        <w:jc w:val="right"/>
      </w:pPr>
      <w:r>
        <w:t>ان اے ملٹی کلچرل سوسائٹی۔</w:t>
      </w:r>
    </w:p>
    <w:p>
      <w:r>
        <w:rPr>
          <w:b/>
        </w:rPr>
        <w:t xml:space="preserve">[24:19] </w:t>
      </w:r>
      <w:r>
        <w:t>Islam ki zindagi mein is ko main kahunga ke yeh hai madina, madina pattern, madina pattern.</w:t>
      </w:r>
    </w:p>
    <w:p>
      <w:pPr>
        <w:jc w:val="right"/>
      </w:pPr>
      <w:r>
        <w:t>اسلام کی زندگی میں اس کو میں کہوں گا کہ یہ ہے مدینہ، مدینہ پیٹرن، مدینہ پیٹرن۔</w:t>
      </w:r>
    </w:p>
    <w:p>
      <w:r>
        <w:rPr>
          <w:b/>
        </w:rPr>
        <w:t xml:space="preserve">[24:27] </w:t>
      </w:r>
      <w:r>
        <w:t>yani madani zindagi mein humein yeh ek ek milta hai namuna rasool Allah ki zindagi mein ke kis</w:t>
      </w:r>
    </w:p>
    <w:p>
      <w:pPr>
        <w:jc w:val="right"/>
      </w:pPr>
      <w:r>
        <w:t>یعنی مدنی زندگی میں ہمیں یہ ایک ایک ملتا ہے نمونہ رسول اللہ کی زندگی میں کہ کس</w:t>
      </w:r>
    </w:p>
    <w:p>
      <w:r>
        <w:rPr>
          <w:b/>
        </w:rPr>
        <w:t xml:space="preserve">[24:35] </w:t>
      </w:r>
      <w:r>
        <w:t>tarah se hum</w:t>
      </w:r>
    </w:p>
    <w:p>
      <w:pPr>
        <w:jc w:val="right"/>
      </w:pPr>
      <w:r>
        <w:t>طرح سے ہم</w:t>
      </w:r>
    </w:p>
    <w:p>
      <w:r>
        <w:rPr>
          <w:b/>
        </w:rPr>
        <w:t xml:space="preserve">[24:42] </w:t>
      </w:r>
      <w:r>
        <w:t>ek peaceful society banayein.</w:t>
      </w:r>
    </w:p>
    <w:p>
      <w:pPr>
        <w:jc w:val="right"/>
      </w:pPr>
      <w:r>
        <w:t>ایک پیس فل سوسائٹی بنائیں۔</w:t>
      </w:r>
    </w:p>
    <w:p>
      <w:r>
        <w:rPr>
          <w:b/>
        </w:rPr>
        <w:t xml:space="preserve">[24:48] </w:t>
      </w:r>
      <w:r>
        <w:t>yahan main ek baat arz karunga ke log aksar ghazwaat ka hawala dete hain ke rasool Allah</w:t>
      </w:r>
    </w:p>
    <w:p>
      <w:pPr>
        <w:jc w:val="right"/>
      </w:pPr>
      <w:r>
        <w:t>یہاں میں ایک بات عرض کروں گا کہ لوگ اکثر غزوات کا حوالہ دیتے ہیں کہ رسول اللہ</w:t>
      </w:r>
    </w:p>
    <w:p>
      <w:r>
        <w:rPr>
          <w:b/>
        </w:rPr>
        <w:t xml:space="preserve">[24:54] </w:t>
      </w:r>
      <w:r>
        <w:t>ne ghazwaat to kiya, dekhiye, jitne bhi chand ghazwe hue hain, sab ke sab defensive the.</w:t>
      </w:r>
    </w:p>
    <w:p>
      <w:pPr>
        <w:jc w:val="right"/>
      </w:pPr>
      <w:r>
        <w:t>نے غزوات تو کیا، دیکھیے، جتنے بھی چند غزوے ہوئے ہیں، سب کے سب ڈیفنسو تھے۔</w:t>
      </w:r>
    </w:p>
    <w:p>
      <w:r>
        <w:rPr>
          <w:b/>
        </w:rPr>
        <w:t xml:space="preserve">[25:00] </w:t>
      </w:r>
      <w:r>
        <w:t>yani attack kiya tha Quraish ne, rasool Allah ne attack nahi kiya tha.</w:t>
      </w:r>
    </w:p>
    <w:p>
      <w:pPr>
        <w:jc w:val="right"/>
      </w:pPr>
      <w:r>
        <w:t>یعنی اٹیک کیا تھا قریش نے، رسول اللہ نے اٹیک نہیں کیا تھا۔</w:t>
      </w:r>
    </w:p>
    <w:p>
      <w:r>
        <w:rPr>
          <w:b/>
        </w:rPr>
        <w:t xml:space="preserve">[25:07] </w:t>
      </w:r>
      <w:r>
        <w:t>aur is se bhi bari baat yeh hai ke rasool Allah ne barish ko</w:t>
      </w:r>
    </w:p>
    <w:p>
      <w:pPr>
        <w:jc w:val="right"/>
      </w:pPr>
      <w:r>
        <w:t>اور اس سے بھی بڑی بات یہ ہے کہ رسول اللہ نے بارش کو</w:t>
      </w:r>
    </w:p>
    <w:p>
      <w:r>
        <w:rPr>
          <w:b/>
        </w:rPr>
        <w:t xml:space="preserve">[25:13] </w:t>
      </w:r>
      <w:r>
        <w:t>manage kiya, aur koi bhi full-fledged war nahi thi.</w:t>
      </w:r>
    </w:p>
    <w:p>
      <w:pPr>
        <w:jc w:val="right"/>
      </w:pPr>
      <w:r>
        <w:t>مینج کیا، اور کوئی بھی فل فلیج وار نہیں تھی۔</w:t>
      </w:r>
    </w:p>
    <w:p>
      <w:r>
        <w:rPr>
          <w:b/>
        </w:rPr>
        <w:t xml:space="preserve">[25:16] </w:t>
      </w:r>
      <w:r>
        <w:t>aap ki rasool Allah ki zindagi mein jo chand ghazwaat paish aaye, un mein se koi aik bhi</w:t>
      </w:r>
    </w:p>
    <w:p>
      <w:pPr>
        <w:jc w:val="right"/>
      </w:pPr>
      <w:r>
        <w:t>آپ کی رسول اللہ کی زندگی میں جو چند غزوات پیش آئے، ان میں سے کوئی ایک بھی</w:t>
      </w:r>
    </w:p>
    <w:p>
      <w:r>
        <w:rPr>
          <w:b/>
        </w:rPr>
        <w:t xml:space="preserve">[25:20] </w:t>
      </w:r>
      <w:r>
        <w:t>full-fledged war nahi.</w:t>
      </w:r>
    </w:p>
    <w:p>
      <w:pPr>
        <w:jc w:val="right"/>
      </w:pPr>
      <w:r>
        <w:t>فل فلیج وار نہیں۔</w:t>
      </w:r>
    </w:p>
    <w:p>
      <w:r>
        <w:rPr>
          <w:b/>
        </w:rPr>
        <w:t xml:space="preserve">[25:24] </w:t>
      </w:r>
      <w:r>
        <w:t>dekhiye, full-fledged war ki definition jo batayi jati hai, woh ke woh six kam az kam chhay</w:t>
      </w:r>
    </w:p>
    <w:p>
      <w:pPr>
        <w:jc w:val="right"/>
      </w:pPr>
      <w:r>
        <w:t>دیکھیے، فل فلیج وار کی ڈیفینیشن جو بتائی جاتی ہے، وہ کہ وہ سکس کم از کم چھ</w:t>
      </w:r>
    </w:p>
    <w:p>
      <w:r>
        <w:rPr>
          <w:b/>
        </w:rPr>
        <w:t xml:space="preserve">[25:28] </w:t>
      </w:r>
      <w:r>
        <w:t>din ke ho.</w:t>
      </w:r>
    </w:p>
    <w:p>
      <w:pPr>
        <w:jc w:val="right"/>
      </w:pPr>
      <w:r>
        <w:t>دن کے ہو۔</w:t>
      </w:r>
    </w:p>
    <w:p>
      <w:r>
        <w:rPr>
          <w:b/>
        </w:rPr>
        <w:t xml:space="preserve">[25:31] </w:t>
      </w:r>
      <w:r>
        <w:t>six day war ko kehte hain full-fledged war.</w:t>
      </w:r>
    </w:p>
    <w:p>
      <w:pPr>
        <w:jc w:val="right"/>
      </w:pPr>
      <w:r>
        <w:t>سکس ڈے وار کو کہتے ہیں فل فلیج وار۔</w:t>
      </w:r>
    </w:p>
    <w:p>
      <w:r>
        <w:rPr>
          <w:b/>
        </w:rPr>
        <w:t xml:space="preserve">[25:35] </w:t>
      </w:r>
      <w:r>
        <w:t>to aise to koi nahi, aik hi din mein khatam ho gayi sab.</w:t>
      </w:r>
    </w:p>
    <w:p>
      <w:pPr>
        <w:jc w:val="right"/>
      </w:pPr>
      <w:r>
        <w:t>تو ایسے تو کوئی نہیں، ایک ہی دن میں ختم ہو گئی سب۔</w:t>
      </w:r>
    </w:p>
    <w:p>
      <w:r>
        <w:rPr>
          <w:b/>
        </w:rPr>
        <w:t xml:space="preserve">[25:39] </w:t>
      </w:r>
      <w:r>
        <w:t>aik din ki Badr thi, aik din ki Uhud thi, aik din ki Hunain thi.</w:t>
      </w:r>
    </w:p>
    <w:p>
      <w:pPr>
        <w:jc w:val="right"/>
      </w:pPr>
      <w:r>
        <w:t>ایک دن کی بدر تھی، ایک دن کی احد تھی، ایک دن کی حنین تھی۔</w:t>
      </w:r>
    </w:p>
    <w:p>
      <w:r>
        <w:rPr>
          <w:b/>
        </w:rPr>
        <w:t xml:space="preserve">[25:43] </w:t>
      </w:r>
      <w:r>
        <w:t>to rasool Allah ki zindagi mein koi full-fledged war nahi.</w:t>
      </w:r>
    </w:p>
    <w:p>
      <w:pPr>
        <w:jc w:val="right"/>
      </w:pPr>
      <w:r>
        <w:t>تو رسول اللہ کی زندگی میں کوئی فل فلیج وار نہیں۔</w:t>
      </w:r>
    </w:p>
    <w:p>
      <w:r>
        <w:rPr>
          <w:b/>
        </w:rPr>
        <w:t xml:space="preserve">[25:48] </w:t>
      </w:r>
      <w:r>
        <w:t>kyun? rasool Allah ne har aik ko manage kar ke us ko, yani amalan, woh us ka us</w:t>
      </w:r>
    </w:p>
    <w:p>
      <w:pPr>
        <w:jc w:val="right"/>
      </w:pPr>
      <w:r>
        <w:t>کیوں؟ رسول اللہ نے ہر ایک کو مینج کر کے اس کو، یعنی عملاً، وہ اس کا اس</w:t>
      </w:r>
    </w:p>
    <w:p>
      <w:r>
        <w:rPr>
          <w:b/>
        </w:rPr>
        <w:t xml:space="preserve">[25:53] </w:t>
      </w:r>
      <w:r>
        <w:t>ka miss ban gayeen.</w:t>
      </w:r>
    </w:p>
    <w:p>
      <w:pPr>
        <w:jc w:val="right"/>
      </w:pPr>
      <w:r>
        <w:t>کا مسز بن گئیں۔</w:t>
      </w:r>
    </w:p>
    <w:p>
      <w:r>
        <w:rPr>
          <w:b/>
        </w:rPr>
        <w:t xml:space="preserve">[25:58] </w:t>
      </w:r>
      <w:r>
        <w:t>جو جن کو ہم غزوہ کہتے ہیں، that was skirmishes, not a war.</w:t>
      </w:r>
    </w:p>
    <w:p>
      <w:pPr>
        <w:jc w:val="right"/>
      </w:pPr>
      <w:r>
        <w:t>جو جن کو ہم غزوہ کہتے ہیں، دیٹ واز اسکرمسز، ناٹ ا وار۔</w:t>
      </w:r>
    </w:p>
    <w:p>
      <w:r>
        <w:rPr>
          <w:b/>
        </w:rPr>
        <w:t xml:space="preserve">[26:03] </w:t>
      </w:r>
      <w:r>
        <w:t>to asal yeh asal nahi hua.</w:t>
      </w:r>
    </w:p>
    <w:p>
      <w:pPr>
        <w:jc w:val="right"/>
      </w:pPr>
      <w:r>
        <w:t>تو اصل یہ اصل نہیں ہوا۔</w:t>
      </w:r>
    </w:p>
    <w:p>
      <w:r>
        <w:rPr>
          <w:b/>
        </w:rPr>
        <w:t xml:space="preserve">[26:08] </w:t>
      </w:r>
      <w:r>
        <w:t>Islam mein asal jo hai, war nahi hai, asal peace hai.</w:t>
      </w:r>
    </w:p>
    <w:p>
      <w:pPr>
        <w:jc w:val="right"/>
      </w:pPr>
      <w:r>
        <w:t>اسلام میں اصل جو ہے، وار نہیں ہے، اصل پیس ہے۔</w:t>
      </w:r>
    </w:p>
    <w:p>
      <w:r>
        <w:rPr>
          <w:b/>
        </w:rPr>
        <w:t xml:space="preserve">[26:13] </w:t>
      </w:r>
      <w:r>
        <w:t>war nahi hai, asal peace hai.</w:t>
      </w:r>
    </w:p>
    <w:p>
      <w:pPr>
        <w:jc w:val="right"/>
      </w:pPr>
      <w:r>
        <w:t>وار نہیں ہے، اصل پیس ہے۔</w:t>
      </w:r>
    </w:p>
    <w:p>
      <w:r>
        <w:rPr>
          <w:b/>
        </w:rPr>
        <w:t xml:space="preserve">[26:18] </w:t>
      </w:r>
      <w:r>
        <w:t>yani hum society banayenge peace ke principle par.</w:t>
      </w:r>
    </w:p>
    <w:p>
      <w:pPr>
        <w:jc w:val="right"/>
      </w:pPr>
      <w:r>
        <w:t>یعنی ہم سوسائٹی بنائیں گے پیس کے پرنسپل پر۔</w:t>
      </w:r>
    </w:p>
    <w:p>
      <w:r>
        <w:rPr>
          <w:b/>
        </w:rPr>
        <w:t xml:space="preserve">[26:23] </w:t>
      </w:r>
      <w:r>
        <w:t>agar koi foreign power attack karta hai to hum us ko pehle negotiate karenge.</w:t>
      </w:r>
    </w:p>
    <w:p>
      <w:pPr>
        <w:jc w:val="right"/>
      </w:pPr>
      <w:r>
        <w:t>اگر کوئی فارن پاور اٹیک کرتا ہے تو ہم اس کو پہلے نیگوشیٹ کریں گے۔</w:t>
      </w:r>
    </w:p>
    <w:p>
      <w:r>
        <w:rPr>
          <w:b/>
        </w:rPr>
        <w:t xml:space="preserve">[26:29] </w:t>
      </w:r>
      <w:r>
        <w:t>نیگوشیشن سے اگر نہیں بات بنتی، تب بھی مینج کریں گے اور war کو اس کو muscles کے</w:t>
      </w:r>
    </w:p>
    <w:p>
      <w:pPr>
        <w:jc w:val="right"/>
      </w:pPr>
      <w:r>
        <w:t>نیگوشیشن سے اگر نہیں بات بنتی، تب بھی مینج کریں گے اور وار کو اس کو مسلز کے</w:t>
      </w:r>
    </w:p>
    <w:p>
      <w:r>
        <w:rPr>
          <w:b/>
        </w:rPr>
        <w:t xml:space="preserve">[26:34] </w:t>
      </w:r>
      <w:r>
        <w:t>darjay mein reduce kar denge.</w:t>
      </w:r>
    </w:p>
    <w:p>
      <w:pPr>
        <w:jc w:val="right"/>
      </w:pPr>
      <w:r>
        <w:t>درجے میں ریڈیوس کر دیں گے۔</w:t>
      </w:r>
    </w:p>
    <w:p>
      <w:r>
        <w:rPr>
          <w:b/>
        </w:rPr>
        <w:t xml:space="preserve">[26:39] </w:t>
      </w:r>
      <w:r>
        <w:t>yeh hai kyun? dekhiye,</w:t>
      </w:r>
    </w:p>
    <w:p>
      <w:pPr>
        <w:jc w:val="right"/>
      </w:pPr>
      <w:r>
        <w:t>یہ ہے کیوں؟ دیکھیے،</w:t>
      </w:r>
    </w:p>
    <w:p>
      <w:r>
        <w:rPr>
          <w:b/>
        </w:rPr>
        <w:t xml:space="preserve">[26:44] </w:t>
      </w:r>
      <w:r>
        <w:t>peace jo hai, peace kya hai? peace ka matlab hai normality.</w:t>
      </w:r>
    </w:p>
    <w:p>
      <w:pPr>
        <w:jc w:val="right"/>
      </w:pPr>
      <w:r>
        <w:t>پیس جو ہے، پیس کیا ہے؟ پیس کا مطلب ہے نارملٹی۔</w:t>
      </w:r>
    </w:p>
    <w:p>
      <w:r>
        <w:rPr>
          <w:b/>
        </w:rPr>
        <w:t xml:space="preserve">[26:49] </w:t>
      </w:r>
      <w:r>
        <w:t>peace ka matlab hai normality.</w:t>
      </w:r>
    </w:p>
    <w:p>
      <w:pPr>
        <w:jc w:val="right"/>
      </w:pPr>
      <w:r>
        <w:t>پیس کا مطلب ہے نارملٹی۔</w:t>
      </w:r>
    </w:p>
    <w:p>
      <w:r>
        <w:rPr>
          <w:b/>
        </w:rPr>
        <w:t xml:space="preserve">[26:54] </w:t>
      </w:r>
      <w:r>
        <w:t>normality mein kya hota hai ke saare constructive work kaam karte hain, yani education ka kaam, dawat ka</w:t>
      </w:r>
    </w:p>
    <w:p>
      <w:pPr>
        <w:jc w:val="right"/>
      </w:pPr>
      <w:r>
        <w:t>نارملٹی میں کیا ہوتا ہے کہ سارے کانسٹرکٹو ورک کام کرتے ہیں، یعنی ایجوکیشن کا کام، دعوت کا</w:t>
      </w:r>
    </w:p>
    <w:p>
      <w:r>
        <w:rPr>
          <w:b/>
        </w:rPr>
        <w:t xml:space="preserve">[26:59] </w:t>
      </w:r>
      <w:r>
        <w:t>kaam, industry ka kaam, business ka kaam, jitne bhi constructive work hain, woh sab ko peace chahiye.</w:t>
      </w:r>
    </w:p>
    <w:p>
      <w:pPr>
        <w:jc w:val="right"/>
      </w:pPr>
      <w:r>
        <w:t>کام، انڈسٹری کا کام، بزنس کا کام، جتنے بھی کانسٹرکٹو ورک ہیں، وہ سب کو پیس چاہیے۔</w:t>
      </w:r>
    </w:p>
    <w:p>
      <w:r>
        <w:rPr>
          <w:b/>
        </w:rPr>
        <w:t xml:space="preserve">[27:04] </w:t>
      </w:r>
      <w:r>
        <w:t>Without peace, there is no progress.</w:t>
      </w:r>
    </w:p>
    <w:p>
      <w:pPr>
        <w:jc w:val="right"/>
      </w:pPr>
      <w:r>
        <w:t>ودا اؤٹ پیس، دیر از نو پروگریس۔</w:t>
      </w:r>
    </w:p>
    <w:p>
      <w:r>
        <w:rPr>
          <w:b/>
        </w:rPr>
        <w:t xml:space="preserve">[27:09] </w:t>
      </w:r>
      <w:r>
        <w:t>Without peace, there is no development.</w:t>
      </w:r>
    </w:p>
    <w:p>
      <w:pPr>
        <w:jc w:val="right"/>
      </w:pPr>
      <w:r>
        <w:t>ودا اؤٹ پیس، دیر از نو ڈیولپمنٹ</w:t>
      </w:r>
    </w:p>
    <w:p>
      <w:r>
        <w:rPr>
          <w:b/>
        </w:rPr>
        <w:t xml:space="preserve">[27:14] </w:t>
      </w:r>
      <w:r>
        <w:t>.</w:t>
      </w:r>
    </w:p>
    <w:p>
      <w:pPr>
        <w:jc w:val="right"/>
      </w:pPr>
      <w:r>
        <w:t>۔</w:t>
      </w:r>
    </w:p>
    <w:p>
      <w:r>
        <w:rPr>
          <w:b/>
        </w:rPr>
        <w:t xml:space="preserve">[27:20] </w:t>
      </w:r>
      <w:r>
        <w:t>to har qeemat par Islam mein yeh hai ke har qeemat par peace qaim karo.</w:t>
      </w:r>
    </w:p>
    <w:p>
      <w:pPr>
        <w:jc w:val="right"/>
      </w:pPr>
      <w:r>
        <w:t>تو ہر قیمت پر اسلام میں یہ ہے کہ ہر قیمت پر پیس قائم کرو۔</w:t>
      </w:r>
    </w:p>
    <w:p>
      <w:r>
        <w:rPr>
          <w:b/>
        </w:rPr>
        <w:t xml:space="preserve">[27:26] </w:t>
      </w:r>
      <w:r>
        <w:t>jis ki aik misaal yeh hai ke hudaybiya ka waqia.</w:t>
      </w:r>
    </w:p>
    <w:p>
      <w:pPr>
        <w:jc w:val="right"/>
      </w:pPr>
      <w:r>
        <w:t>جس کی ایک مثال یہ ہے کہ حدیبیہ کا واقعہ۔</w:t>
      </w:r>
    </w:p>
    <w:p>
      <w:r>
        <w:rPr>
          <w:b/>
        </w:rPr>
        <w:t xml:space="preserve">[27:32] </w:t>
      </w:r>
      <w:r>
        <w:t>hudaybiya ka jo waqia hai, is mein jo doosri party thi, quraish ki party, woh agressive bani hui thi, agressive.</w:t>
      </w:r>
    </w:p>
    <w:p>
      <w:pPr>
        <w:jc w:val="right"/>
      </w:pPr>
      <w:r>
        <w:t>حدیبیہ کا جو واقعہ ہے، اس میں جو دوسری پارٹی تھی، قریش کی پارٹی، وہ ایگریسو بنی ہوئی تھی، ایگریسو۔</w:t>
      </w:r>
    </w:p>
    <w:p>
      <w:r>
        <w:rPr>
          <w:b/>
        </w:rPr>
        <w:t xml:space="preserve">[27:38] </w:t>
      </w:r>
      <w:r>
        <w:t>aur saare halaat aise paida ho rahe the ke dono party mein</w:t>
      </w:r>
    </w:p>
    <w:p>
      <w:pPr>
        <w:jc w:val="right"/>
      </w:pPr>
      <w:r>
        <w:t>اور سارے حالات ایسے پیدا ہو رہے تھے کہ دونوں پارٹی میں</w:t>
      </w:r>
    </w:p>
    <w:p>
      <w:r>
        <w:rPr>
          <w:b/>
        </w:rPr>
        <w:t xml:space="preserve">[27:44] </w:t>
      </w:r>
      <w:r>
        <w:t>larai ho jaye.</w:t>
      </w:r>
    </w:p>
    <w:p>
      <w:pPr>
        <w:jc w:val="right"/>
      </w:pPr>
      <w:r>
        <w:t>لڑائی ہو جائے۔</w:t>
      </w:r>
    </w:p>
    <w:p>
      <w:r>
        <w:rPr>
          <w:b/>
        </w:rPr>
        <w:t xml:space="preserve">[27:50] </w:t>
      </w:r>
      <w:r>
        <w:t>rasool Allah ne negotiation kiya aur un ki jo conditions theen, aik united tor par is condition</w:t>
      </w:r>
    </w:p>
    <w:p>
      <w:pPr>
        <w:jc w:val="right"/>
      </w:pPr>
      <w:r>
        <w:t>رسول اللہ نے نیگوشی ایشن کیا اور ان کی جو کنڈیشن تھیں، ایک یونائیٹل طور پر اس کنڈیشن</w:t>
      </w:r>
    </w:p>
    <w:p>
      <w:r>
        <w:rPr>
          <w:b/>
        </w:rPr>
        <w:t xml:space="preserve">[27:55] </w:t>
      </w:r>
      <w:r>
        <w:t>ko maan liya.</w:t>
      </w:r>
    </w:p>
    <w:p>
      <w:pPr>
        <w:jc w:val="right"/>
      </w:pPr>
      <w:r>
        <w:t>کو مان لیا۔</w:t>
      </w:r>
    </w:p>
    <w:p>
      <w:r>
        <w:rPr>
          <w:b/>
        </w:rPr>
        <w:t xml:space="preserve">[28:00] </w:t>
      </w:r>
      <w:r>
        <w:t>rasool Allah ne yeh kiya ke quraish ki tamam conditions ko united tor par maan liya aur is</w:t>
      </w:r>
    </w:p>
    <w:p>
      <w:pPr>
        <w:jc w:val="right"/>
      </w:pPr>
      <w:r>
        <w:t>رسول اللہ نے یہ کیا کہ قریش کی تمام کنڈیشنز کو یونائیٹل طور پر مان لیا اور اس</w:t>
      </w:r>
    </w:p>
    <w:p>
      <w:r>
        <w:rPr>
          <w:b/>
        </w:rPr>
        <w:t xml:space="preserve">[28:05] </w:t>
      </w:r>
      <w:r>
        <w:t>tarah se peace agreement finalize hua.</w:t>
      </w:r>
    </w:p>
    <w:p>
      <w:pPr>
        <w:jc w:val="right"/>
      </w:pPr>
      <w:r>
        <w:t>طرح سے پیس ایگریمنٹ فائنلائز ہوا۔</w:t>
      </w:r>
    </w:p>
    <w:p>
      <w:r>
        <w:rPr>
          <w:b/>
        </w:rPr>
        <w:t xml:space="preserve">[28:10] </w:t>
      </w:r>
      <w:r>
        <w:t>yani hudaybiya agreement, peace agreement tha, woh jab ban paya, jab</w:t>
      </w:r>
    </w:p>
    <w:p>
      <w:pPr>
        <w:jc w:val="right"/>
      </w:pPr>
      <w:r>
        <w:t>یعنی حدیبیہ ایگریمنٹ، پیس ایگریمنٹ تھا، وہ جب بن پایا، جب</w:t>
      </w:r>
    </w:p>
    <w:p>
      <w:r>
        <w:rPr>
          <w:b/>
        </w:rPr>
        <w:t xml:space="preserve">[28:15] </w:t>
      </w:r>
      <w:r>
        <w:t>Rasool Allah ne un ki sab sharton ko, sharton ko agar unilaterally maan liya. Aur ek bohat anokhi baat hui, yani Hudaybiyyah agreement jab hua to ek bohat anokhi baat hui. Dekhein, jab shartein tay ho gayeen to Rasool Allah ne agreement likhwana shuru kiya. Aap ne farmaya ke "Ya Ali, likh, yeh hai jo Muhammad Rasool Allah ne...</w:t>
      </w:r>
    </w:p>
    <w:p>
      <w:pPr>
        <w:jc w:val="right"/>
      </w:pPr>
      <w:r>
        <w:t>رسول اللہ نے ان کی سب شرطوں کو، شرطوں کو اگر یونائیٹل طور پر مان لیا۔ اور ایک بہت انوکھی بات ہوئی، یعنی حدیبیہ ایگریمنٹ جب ہوا تو ایک بہت انوکھی بات ہوئی۔ دیکھیں، جب شرطیں طے ہو گئیں تو رسول اللہ نے ایگریمنٹ لکھوانا شروع کیا۔ آپ نے فرمایا کہ يا علی اكتب هذا ما سال محمد رسول اللہ یع</w:t>
      </w:r>
    </w:p>
    <w:p>
      <w:r>
        <w:rPr>
          <w:b/>
        </w:rPr>
        <w:t xml:space="preserve">[28:45] </w:t>
      </w:r>
      <w:r>
        <w:t>ni aap ne dictate karna shuru kiya ya ali likho yeh hai jo sawal kiya Muhammad rasool Allah ne to jo quraish ke jo represent kar rahe the, un ka naam tha Suhail ibn Umar, unhon ne kaha ke nahi, hum aap ko rasool Allah nahi mante, aap likhiye Muhammad bin Abdullah. to aap yeh bohat hi anokhi baat hai ke rasool Allah ne kuch bhi argument nahi kiya, kuch bhi nahi, instantly aap ne apna mo</w:t>
      </w:r>
    </w:p>
    <w:p>
      <w:pPr>
        <w:jc w:val="right"/>
      </w:pPr>
      <w:r>
        <w:t>نی آپ نے ڈکٹیٹ کرنا شروع کیا يا علی اكتب هذا ما سال علیہ محمد رسول اللہ تو جو قریش کے جو ریپریزنٹ کر رہے تھے، ان کا نام تھا سہیل ابن عمر، انہوں نے کہا کہ نہیں، ہم آپ کو رسول اللہ نہیں مانتے، آپ لکھیے محمد بن عبداللہ۔ تو آپ یہ بہت ہی انوکھی بات ہے کہ رسول اللہ نے کچھ بھی ارگومنٹ نہیں کیا، کچھ بھی نہیں، انسٹنٹلی آپ نے اپنا مو</w:t>
      </w:r>
    </w:p>
    <w:p>
      <w:r>
        <w:rPr>
          <w:b/>
        </w:rPr>
        <w:t xml:space="preserve">[29:15] </w:t>
      </w:r>
      <w:r>
        <w:t>mindset badal diya.</w:t>
      </w:r>
    </w:p>
    <w:p>
      <w:pPr>
        <w:jc w:val="right"/>
      </w:pPr>
      <w:r>
        <w:t>ڈ اسٹینڈ بدل دیا۔</w:t>
      </w:r>
    </w:p>
    <w:p>
      <w:r>
        <w:rPr>
          <w:b/>
        </w:rPr>
        <w:t xml:space="preserve">[29:21] </w:t>
      </w:r>
      <w:r>
        <w:t>aap ne kaha ya ali likho, ya ali likho yeh ma saala Muhammad Abdullah aye ali likho, Muhammad</w:t>
      </w:r>
    </w:p>
    <w:p>
      <w:pPr>
        <w:jc w:val="right"/>
      </w:pPr>
      <w:r>
        <w:t>آپ نے کہا يا علی اكتب، يا علی اكتب هذا ما سال محمد عبداللہ اے علی لکھو، محمد</w:t>
      </w:r>
    </w:p>
    <w:p>
      <w:r>
        <w:rPr>
          <w:b/>
        </w:rPr>
        <w:t xml:space="preserve">[29:27] </w:t>
      </w:r>
      <w:r>
        <w:t>bin Abdullah likho.</w:t>
      </w:r>
    </w:p>
    <w:p>
      <w:pPr>
        <w:jc w:val="right"/>
      </w:pPr>
      <w:r>
        <w:t>بن عبداللہ لکھو۔</w:t>
      </w:r>
    </w:p>
    <w:p>
      <w:r>
        <w:rPr>
          <w:b/>
        </w:rPr>
        <w:t xml:space="preserve">[29:33] </w:t>
      </w:r>
      <w:r>
        <w:t>is se aik bohat bara principle nikalta hai mehnat.</w:t>
      </w:r>
    </w:p>
    <w:p>
      <w:pPr>
        <w:jc w:val="right"/>
      </w:pPr>
      <w:r>
        <w:t>اس سے ایک بہت بڑا پرنسپل نکلتا ہے محنت۔</w:t>
      </w:r>
    </w:p>
    <w:p>
      <w:r>
        <w:rPr>
          <w:b/>
        </w:rPr>
        <w:t xml:space="preserve">[29:39] </w:t>
      </w:r>
      <w:r>
        <w:t>woh yeh hai ke international affairs jo hain, is mein hum apna religious creed nahi chalayenge. International affairs</w:t>
      </w:r>
    </w:p>
    <w:p>
      <w:pPr>
        <w:jc w:val="right"/>
      </w:pPr>
      <w:r>
        <w:t>وہ یہ ہے کہ انٹرنیشنل افیئرز جو ہیں، اس میں ہم اپنا ریلیجس گریڈ نہیں چلائیں گے۔ انٹرنیشنل افیئرز</w:t>
      </w:r>
    </w:p>
    <w:p>
      <w:r>
        <w:rPr>
          <w:b/>
        </w:rPr>
        <w:t xml:space="preserve">[29:45] </w:t>
      </w:r>
      <w:r>
        <w:t>mein wohi cheez chahiye jo universal norm ho.</w:t>
      </w:r>
    </w:p>
    <w:p>
      <w:pPr>
        <w:jc w:val="right"/>
      </w:pPr>
      <w:r>
        <w:t>میں وہی چیز چاہیے جو یونیورسل نارم ہو۔</w:t>
      </w:r>
    </w:p>
    <w:p>
      <w:r>
        <w:rPr>
          <w:b/>
        </w:rPr>
        <w:t xml:space="preserve">[29:49] </w:t>
      </w:r>
      <w:r>
        <w:t>yeh dekha jayega ke universal accepted norm kya hai.</w:t>
      </w:r>
    </w:p>
    <w:p>
      <w:pPr>
        <w:jc w:val="right"/>
      </w:pPr>
      <w:r>
        <w:t>یہ دیکھا جائے گا کہ یونیورسل ایکسیپٹڈ نارم کیا ہے۔</w:t>
      </w:r>
    </w:p>
    <w:p>
      <w:r>
        <w:rPr>
          <w:b/>
        </w:rPr>
        <w:t xml:space="preserve">[29:54] </w:t>
      </w:r>
      <w:r>
        <w:t>international affairs jo honge, is mein yeh dekha jayega ke universal accepted norms kya hain.</w:t>
      </w:r>
    </w:p>
    <w:p>
      <w:pPr>
        <w:jc w:val="right"/>
      </w:pPr>
      <w:r>
        <w:t>انٹرنیشنل افیئرز جو ہوں گے، اس میں یہ دیکھا جائے گا کہ یونیورسل ایکسیپٹڈ نارمز کیا ہیں۔</w:t>
      </w:r>
    </w:p>
    <w:p>
      <w:r>
        <w:rPr>
          <w:b/>
        </w:rPr>
        <w:t xml:space="preserve">[29:58] </w:t>
      </w:r>
      <w:r>
        <w:t>wohi hamara bhi hoga, Allah ka nahi hoga.</w:t>
      </w:r>
    </w:p>
    <w:p>
      <w:pPr>
        <w:jc w:val="right"/>
      </w:pPr>
      <w:r>
        <w:t>وہی ہمارا بھی ہوگا، اللہ کا نہیں ہوگا۔</w:t>
      </w:r>
    </w:p>
    <w:p>
      <w:r>
        <w:rPr>
          <w:b/>
        </w:rPr>
        <w:t xml:space="preserve">[30:02] </w:t>
      </w:r>
      <w:r>
        <w:t>matlab aap dekhiye ke rasool Allah ko yaqeen tha ke mein rasool Allah hoon, aap ko yaqeen tha</w:t>
      </w:r>
    </w:p>
    <w:p>
      <w:pPr>
        <w:jc w:val="right"/>
      </w:pPr>
      <w:r>
        <w:t>مطلب آپ دیکھیے کہ رسول اللہ کو یقین تھا کہ میں رسول اللہ ہوں، آپ کو یقین تھا</w:t>
      </w:r>
    </w:p>
    <w:p>
      <w:r>
        <w:rPr>
          <w:b/>
        </w:rPr>
        <w:t xml:space="preserve">[30:06] </w:t>
      </w:r>
      <w:r>
        <w:t>ke mein rasool Allah hoon.</w:t>
      </w:r>
    </w:p>
    <w:p>
      <w:pPr>
        <w:jc w:val="right"/>
      </w:pPr>
      <w:r>
        <w:t>کہ میں رسول اللہ ہوں۔</w:t>
      </w:r>
    </w:p>
    <w:p>
      <w:r>
        <w:rPr>
          <w:b/>
        </w:rPr>
        <w:t xml:space="preserve">[30:11] </w:t>
      </w:r>
      <w:r>
        <w:t>hunain ke mauqe par aap ne kaha tha ana nabiyyun la kidhab ana ibnu abdi al muttalib</w:t>
      </w:r>
    </w:p>
    <w:p>
      <w:pPr>
        <w:jc w:val="right"/>
      </w:pPr>
      <w:r>
        <w:t>حنین کے موقع پر آپ نے کہا تھا انا نبی لا کذب انا ابن عبدالمطلب</w:t>
      </w:r>
    </w:p>
    <w:p>
      <w:r>
        <w:rPr>
          <w:b/>
        </w:rPr>
        <w:t xml:space="preserve">[30:15] </w:t>
      </w:r>
      <w:r>
        <w:t>.</w:t>
      </w:r>
    </w:p>
    <w:p>
      <w:pPr>
        <w:jc w:val="right"/>
      </w:pPr>
      <w:r>
        <w:t>۔</w:t>
      </w:r>
    </w:p>
    <w:p>
      <w:r>
        <w:rPr>
          <w:b/>
        </w:rPr>
        <w:t xml:space="preserve">[30:20] </w:t>
      </w:r>
      <w:r>
        <w:t>same same prophet wahan kehta hai ke ali likho, Muhammad bin Abdullah.</w:t>
      </w:r>
    </w:p>
    <w:p>
      <w:pPr>
        <w:jc w:val="right"/>
      </w:pPr>
      <w:r>
        <w:t>سیم سیم پرافٹ وہاں کہتا ہے کہ علی لکھو، محمد بن عبداللہ۔</w:t>
      </w:r>
    </w:p>
    <w:p>
      <w:r>
        <w:rPr>
          <w:b/>
        </w:rPr>
        <w:t xml:space="preserve">[30:25] </w:t>
      </w:r>
      <w:r>
        <w:t>is se aik usool milta hai ke jab mamla do fareeq ke beech mein ho, yani muslim aur</w:t>
      </w:r>
    </w:p>
    <w:p>
      <w:pPr>
        <w:jc w:val="right"/>
      </w:pPr>
      <w:r>
        <w:t>اس سے ایک اصول ملتا ہے کہ جب معاملہ دو فریق کے بیچ میں ہو، یعنی مسلم اور</w:t>
      </w:r>
    </w:p>
    <w:p>
      <w:r>
        <w:rPr>
          <w:b/>
        </w:rPr>
        <w:t xml:space="preserve">[30:30] </w:t>
      </w:r>
      <w:r>
        <w:t>non muslim ke beech mein, tab wahan par hum universal norm ko dekhenge.</w:t>
      </w:r>
    </w:p>
    <w:p>
      <w:pPr>
        <w:jc w:val="right"/>
      </w:pPr>
      <w:r>
        <w:t>نان مسلم کے بیچ میں، تب وہاں پر ہم یونیورسل نان کو دیکھیں گے۔</w:t>
      </w:r>
    </w:p>
    <w:p>
      <w:r>
        <w:rPr>
          <w:b/>
        </w:rPr>
        <w:t xml:space="preserve">[30:35] </w:t>
      </w:r>
      <w:r>
        <w:t>universal accepted principle ko wahi hamara bhi hoga, hamara alag nahi hoga.</w:t>
      </w:r>
    </w:p>
    <w:p>
      <w:pPr>
        <w:jc w:val="right"/>
      </w:pPr>
      <w:r>
        <w:t>یونیورسل ایکسیپٹڈ پرنسپل کو وہی ہمارا بھی ہوگا، ہمارا الگ نہیں ہوگا۔</w:t>
      </w:r>
    </w:p>
    <w:p>
      <w:r>
        <w:rPr>
          <w:b/>
        </w:rPr>
        <w:t xml:space="preserve">[30:40] </w:t>
      </w:r>
      <w:r>
        <w:t>ek yeh bhi bohat hi</w:t>
      </w:r>
    </w:p>
    <w:p>
      <w:pPr>
        <w:jc w:val="right"/>
      </w:pPr>
      <w:r>
        <w:t>ایک یہ بھی بہت ہی بڑ</w:t>
      </w:r>
    </w:p>
    <w:p>
      <w:r>
        <w:rPr>
          <w:b/>
        </w:rPr>
        <w:t xml:space="preserve">[30:45] </w:t>
      </w:r>
      <w:r>
        <w:t>usool hai, kyunke aisa karne se jhagda khatam ho jata hai, ladai khatam ho jati hai.</w:t>
      </w:r>
    </w:p>
    <w:p>
      <w:pPr>
        <w:jc w:val="right"/>
      </w:pPr>
      <w:r>
        <w:t>ا اصول ہے، کیونکہ ایسا کرنے سے جھگڑا ختم ہو جاتا ہے، لڑائی ختم ہو جاتی ہے۔</w:t>
      </w:r>
    </w:p>
    <w:p>
      <w:r>
        <w:rPr>
          <w:b/>
        </w:rPr>
        <w:t xml:space="preserve">[30:51] </w:t>
      </w:r>
      <w:r>
        <w:t>jab aap yeh maan lein ke universal, jab aap maanein ke yeh maan lein ke international level par</w:t>
      </w:r>
    </w:p>
    <w:p>
      <w:pPr>
        <w:jc w:val="right"/>
      </w:pPr>
      <w:r>
        <w:t>جب آپ یہ مان لیں کہ یونیورسل، جب آپ مانیں کہ یہ مان لیں کہ انٹرنیشنل لیول پر</w:t>
      </w:r>
    </w:p>
    <w:p>
      <w:r>
        <w:rPr>
          <w:b/>
        </w:rPr>
        <w:t xml:space="preserve">[30:57] </w:t>
      </w:r>
      <w:r>
        <w:t>hamara bhi wahi norm usool hoga jo doosron ka hai, to ladai kis baat ki? Ladai to jab</w:t>
      </w:r>
    </w:p>
    <w:p>
      <w:pPr>
        <w:jc w:val="right"/>
      </w:pPr>
      <w:r>
        <w:t>ہمارا بھی وہی نارم اصول ہوگا جو دوسروں کا ہے، تو لڑائی کس بات کی؟ لڑائی تو جب</w:t>
      </w:r>
    </w:p>
    <w:p>
      <w:r>
        <w:rPr>
          <w:b/>
        </w:rPr>
        <w:t xml:space="preserve">[31:03] </w:t>
      </w:r>
      <w:r>
        <w:t>hoti hai ke aap kahein ke nahi, mera doosra hai, mein yeh isko enforce karunga.</w:t>
      </w:r>
    </w:p>
    <w:p>
      <w:pPr>
        <w:jc w:val="right"/>
      </w:pPr>
      <w:r>
        <w:t>ہوتی ہے کہ آپ کہیں کہ نہیں، میرا دوسرا ہے، میں یہ اس کو انفورس کروں گا۔</w:t>
      </w:r>
    </w:p>
    <w:p>
      <w:r>
        <w:rPr>
          <w:b/>
        </w:rPr>
        <w:t xml:space="preserve">[31:09] </w:t>
      </w:r>
      <w:r>
        <w:t>to do principle yeh mila. Pehla princi</w:t>
      </w:r>
    </w:p>
    <w:p>
      <w:pPr>
        <w:jc w:val="right"/>
      </w:pPr>
      <w:r>
        <w:t>تو دو پرنسپل یہ ملا۔ پہلا پر</w:t>
      </w:r>
    </w:p>
    <w:p>
      <w:r>
        <w:rPr>
          <w:b/>
        </w:rPr>
        <w:t xml:space="preserve">[31:15] </w:t>
      </w:r>
      <w:r>
        <w:t>ple yeh hai ke follow one and respect all.</w:t>
      </w:r>
    </w:p>
    <w:p>
      <w:pPr>
        <w:jc w:val="right"/>
      </w:pPr>
      <w:r>
        <w:t>نسپل یہ ہے کہ فالو ون اینڈ ریسپیکٹ آل۔</w:t>
      </w:r>
    </w:p>
    <w:p>
      <w:r>
        <w:rPr>
          <w:b/>
        </w:rPr>
        <w:t xml:space="preserve">[31:20] </w:t>
      </w:r>
      <w:r>
        <w:t>follow one and respect all.</w:t>
      </w:r>
    </w:p>
    <w:p>
      <w:pPr>
        <w:jc w:val="right"/>
      </w:pPr>
      <w:r>
        <w:t>فالو ون اینڈ ریسپیکٹ آل۔</w:t>
      </w:r>
    </w:p>
    <w:p>
      <w:r>
        <w:rPr>
          <w:b/>
        </w:rPr>
        <w:t xml:space="preserve">[31:25] </w:t>
      </w:r>
      <w:r>
        <w:t>aur doosra yeh hai ke international jo affairs jo hain, international jo mamlaat hain, to wahan yeh dekho</w:t>
      </w:r>
    </w:p>
    <w:p>
      <w:pPr>
        <w:jc w:val="right"/>
      </w:pPr>
      <w:r>
        <w:t>اور دوسرا یہ ہے کہ انٹرنیشنل جو افیئرز جو ہیں، انٹرنیشنل جو معاملات ہیں، تو وہاں یہ دیکھو</w:t>
      </w:r>
    </w:p>
    <w:p>
      <w:r>
        <w:rPr>
          <w:b/>
        </w:rPr>
        <w:t xml:space="preserve">[31:31] </w:t>
      </w:r>
      <w:r>
        <w:t>ke universal accepted norm kya hai.</w:t>
      </w:r>
    </w:p>
    <w:p>
      <w:pPr>
        <w:jc w:val="right"/>
      </w:pPr>
      <w:r>
        <w:t>کہ یونیورسل ایکسیپٹڈ نارم کیا ہے۔</w:t>
      </w:r>
    </w:p>
    <w:p>
      <w:r>
        <w:rPr>
          <w:b/>
        </w:rPr>
        <w:t xml:space="preserve">[31:36] </w:t>
      </w:r>
      <w:r>
        <w:t>tum bhi isi ko maan lo, tum bhi isi ko maan lo.</w:t>
      </w:r>
    </w:p>
    <w:p>
      <w:pPr>
        <w:jc w:val="right"/>
      </w:pPr>
      <w:r>
        <w:t>تم بھی اسی کو مان لو، تم بھی اسی کو مان لو۔</w:t>
      </w:r>
    </w:p>
    <w:p>
      <w:r>
        <w:rPr>
          <w:b/>
        </w:rPr>
        <w:t xml:space="preserve">[31:41] </w:t>
      </w:r>
      <w:r>
        <w:t>kitna simple aur kitna bara principle yeh hai ke iske baad</w:t>
      </w:r>
    </w:p>
    <w:p>
      <w:pPr>
        <w:jc w:val="right"/>
      </w:pPr>
      <w:r>
        <w:t>کتنا سمپل اور کتنا بڑا پرنسپل یہ ہے کہ اس کے بعد</w:t>
      </w:r>
    </w:p>
    <w:p>
      <w:r>
        <w:rPr>
          <w:b/>
        </w:rPr>
        <w:t xml:space="preserve">[31:46] </w:t>
      </w:r>
      <w:r>
        <w:t>violence khatam, hate khatam, intolerance khatam, peace hi peace hai.</w:t>
      </w:r>
    </w:p>
    <w:p>
      <w:pPr>
        <w:jc w:val="right"/>
      </w:pPr>
      <w:r>
        <w:t>وائلنس ختم، ہیٹ ختم، انٹولرنس ختم، پیس ہی پیس ہے۔</w:t>
      </w:r>
    </w:p>
    <w:p>
      <w:r>
        <w:rPr>
          <w:b/>
        </w:rPr>
        <w:t xml:space="preserve">[31:56] </w:t>
      </w:r>
      <w:r>
        <w:t>to yeh hai Islam ka contribution towards towards international affairs and and national affairs.</w:t>
      </w:r>
    </w:p>
    <w:p>
      <w:pPr>
        <w:jc w:val="right"/>
      </w:pPr>
      <w:r>
        <w:t>تو یہ ہے اسلام کا کنٹریبیوشن ٹورڈز ٹورڈز انٹرنیشنل افیئرز اینڈ اینڈ نیشنل افیئرز۔</w:t>
      </w:r>
    </w:p>
    <w:p>
      <w:r>
        <w:rPr>
          <w:b/>
        </w:rPr>
        <w:t xml:space="preserve">[32:06] </w:t>
      </w:r>
      <w:r>
        <w:t>to mein samajhta hoon ke mein ne Allah ke fazal se Islam ko sari zindagi padha hai. Sari zindagi</w:t>
      </w:r>
    </w:p>
    <w:p>
      <w:pPr>
        <w:jc w:val="right"/>
      </w:pPr>
      <w:r>
        <w:t>تو میں سمجھتا ہوں کہ میں نے اللہ کے فضل سے اسلام کو ساری زندگی پڑھا ہے۔ ساری زندگی</w:t>
      </w:r>
    </w:p>
    <w:p>
      <w:r>
        <w:rPr>
          <w:b/>
        </w:rPr>
        <w:t xml:space="preserve">[32:16] </w:t>
      </w:r>
      <w:r>
        <w:t>mein ne Islam ko padha hai aur mein ne koi doosra kaam nahi kiya hai.</w:t>
      </w:r>
    </w:p>
    <w:p>
      <w:pPr>
        <w:jc w:val="right"/>
      </w:pPr>
      <w:r>
        <w:t>میں نے اسلام کو پڑھا ہے اور میں نے کوئی دوسرا کام نہیں کیا ہے۔</w:t>
      </w:r>
    </w:p>
    <w:p>
      <w:r>
        <w:rPr>
          <w:b/>
        </w:rPr>
        <w:t xml:space="preserve">[32:22] </w:t>
      </w:r>
      <w:r>
        <w:t>mein yeh keh sakta hoon ke Islam is religion of peace.</w:t>
      </w:r>
    </w:p>
    <w:p>
      <w:pPr>
        <w:jc w:val="right"/>
      </w:pPr>
      <w:r>
        <w:t>میں یہ کہہ سکتا ہوں کہ اسلام از ریلیجن اف پیس۔</w:t>
      </w:r>
    </w:p>
    <w:p>
      <w:r>
        <w:rPr>
          <w:b/>
        </w:rPr>
        <w:t xml:space="preserve">[32:28] </w:t>
      </w:r>
      <w:r>
        <w:t>In all the teachings of Quran directly or directly are related to peace.</w:t>
      </w:r>
    </w:p>
    <w:p>
      <w:pPr>
        <w:jc w:val="right"/>
      </w:pPr>
      <w:r>
        <w:t>ان ال دا ٹیچنگ اف قرآن ڈائریکٹلی ار ڈائریکٹلی ار ریلیٹڈ ٹو پیس۔</w:t>
      </w:r>
    </w:p>
    <w:p>
      <w:r>
        <w:rPr>
          <w:b/>
        </w:rPr>
        <w:t xml:space="preserve">[32:34] </w:t>
      </w:r>
      <w:r>
        <w:t>Quran ki jitni bhi taleemat hain, woh direct ya indirect tor par peace hi pe mabni hain.</w:t>
      </w:r>
    </w:p>
    <w:p>
      <w:pPr>
        <w:jc w:val="right"/>
      </w:pPr>
      <w:r>
        <w:t>قرآن کی جتنی بھی تعلیمات ہیں، وہ ڈائریکٹ یا ان ڈائریکٹ طور پر پیس ہی پہ مبنی ہیں۔</w:t>
      </w:r>
    </w:p>
    <w:p>
      <w:r>
        <w:rPr>
          <w:b/>
        </w:rPr>
        <w:t xml:space="preserve">[32:40] </w:t>
      </w:r>
      <w:r>
        <w:t>misal aap dekhein Quran ki pehli ayat ko</w:t>
      </w:r>
    </w:p>
    <w:p>
      <w:pPr>
        <w:jc w:val="right"/>
      </w:pPr>
      <w:r>
        <w:t>مثلاً آپ دیکھیں قرآن کی پہلی آیت کو</w:t>
      </w:r>
    </w:p>
    <w:p>
      <w:r>
        <w:rPr>
          <w:b/>
        </w:rPr>
        <w:t xml:space="preserve">[32:46] </w:t>
      </w:r>
      <w:r>
        <w:t>lijiye: Alhamdulillah rabbil alamin. apparently is ka koi taluq peace se nahi hai, lekin hai, kyunke Allah ke shukr mein aap kab jiyenge? Maulana Hamiduddin Farahi ne likha hai ke hamd ka matlab shukr hai, hamd ka ehsas shukr hai. to shukr to positive sifat hai. to shukr ki nafsiyat mein jeene ke liye zaroori hai ke is ke mut</w:t>
      </w:r>
    </w:p>
    <w:p>
      <w:pPr>
        <w:jc w:val="right"/>
      </w:pPr>
      <w:r>
        <w:t>لیجئے: الحمدللہ رب العالمین۔ اپرینٹلی اس کا کوئی تعلق پیس سے نہیں ہے، لیکن ہے، کیونکہ اللہ کے شکر میں آپ کب جیئیں گے؟ مولانا حامد الدین فرائی نے لکھا ہے کہ حمد کا مطلب شکر ہے، حمد کا احساس شکر ہے۔ تو شکر تو پازیٹو صفت ہے۔ تو شکر کی نفسیات میں جینے کے لیے ضروری ہے کہ اس کے مط</w:t>
      </w:r>
    </w:p>
    <w:p>
      <w:r>
        <w:rPr>
          <w:b/>
        </w:rPr>
        <w:t xml:space="preserve">[33:16] </w:t>
      </w:r>
      <w:r>
        <w:t>ab aap mahaul banaein.</w:t>
      </w:r>
    </w:p>
    <w:p>
      <w:pPr>
        <w:jc w:val="right"/>
      </w:pPr>
      <w:r>
        <w:t>ابق آپ ماحول بنائیں۔</w:t>
      </w:r>
    </w:p>
    <w:p>
      <w:r>
        <w:rPr>
          <w:b/>
        </w:rPr>
        <w:t xml:space="preserve">[33:22] </w:t>
      </w:r>
      <w:r>
        <w:t>اگر آپ لڑیں، اگر آپ hate کریں، اگر آپ اگر آپ violent concept چلائیں، لوگوں کی شکایتوں کو</w:t>
      </w:r>
    </w:p>
    <w:p>
      <w:pPr>
        <w:jc w:val="right"/>
      </w:pPr>
      <w:r>
        <w:t>اگر آپ لڑیں، اگر آپ ہیٹ کریں، اگر آپ اگر آپ وائلنٹ کنسیپٹ چلائیں، لوگوں کی شکایتوں کو</w:t>
      </w:r>
    </w:p>
    <w:p>
      <w:r>
        <w:rPr>
          <w:b/>
        </w:rPr>
        <w:t xml:space="preserve">[33:28] </w:t>
      </w:r>
      <w:r>
        <w:t>le kar ke aap ladai chhod dein, to aap shukr kahan se karenge? Man lam yashkur naas</w:t>
      </w:r>
    </w:p>
    <w:p>
      <w:pPr>
        <w:jc w:val="right"/>
      </w:pPr>
      <w:r>
        <w:t>لے کر کے آپ لڑائی چھوڑ دیں، تو آپ شکر کہاں سے کریں گے؟ من لم یشکر الناس</w:t>
      </w:r>
    </w:p>
    <w:p>
      <w:r>
        <w:rPr>
          <w:b/>
        </w:rPr>
        <w:t xml:space="preserve">[33:34] </w:t>
      </w:r>
      <w:r>
        <w:t>lam yashkur Allah yani Allah ka shukr banane ke liye pehle aap ko insaan ka shukr banna padta hai.</w:t>
      </w:r>
    </w:p>
    <w:p>
      <w:pPr>
        <w:jc w:val="right"/>
      </w:pPr>
      <w:r>
        <w:t>لم یشکر اللہ یعنی اللہ کا شاکر بننے کے لیے پہلے آپ کو انسان کا شاکر بننا پڑتا ہے۔</w:t>
      </w:r>
    </w:p>
    <w:p>
      <w:r>
        <w:rPr>
          <w:b/>
        </w:rPr>
        <w:t xml:space="preserve">[33:40] </w:t>
      </w:r>
      <w:r>
        <w:t>Allah ka shukr banane ke liye aap ko is se pehle insaan ka shukr banna padta hai,</w:t>
      </w:r>
    </w:p>
    <w:p>
      <w:pPr>
        <w:jc w:val="right"/>
      </w:pPr>
      <w:r>
        <w:t>اللہ کا شاکر بننے کے لیے آپ کو اس سے پہلے انسان کا شاکر بننا پڑتا ہے،</w:t>
      </w:r>
    </w:p>
    <w:p>
      <w:r>
        <w:rPr>
          <w:b/>
        </w:rPr>
        <w:t xml:space="preserve">[33:46] </w:t>
      </w:r>
      <w:r>
        <w:t>tab aap keh sakte hain: Alhamdulillah rabbil alameen.</w:t>
      </w:r>
    </w:p>
    <w:p>
      <w:pPr>
        <w:jc w:val="right"/>
      </w:pPr>
      <w:r>
        <w:t>تب آپ کہہ سکتے ہیں: الحمدللہ رب العالمین۔</w:t>
      </w:r>
    </w:p>
    <w:p>
      <w:r>
        <w:rPr>
          <w:b/>
        </w:rPr>
        <w:t xml:space="preserve">[33:51] </w:t>
      </w:r>
      <w:r>
        <w:t>to is ka ma'ni hai ke aap afford nahi kar sakte larai jhagre ko.</w:t>
      </w:r>
    </w:p>
    <w:p>
      <w:pPr>
        <w:jc w:val="right"/>
      </w:pPr>
      <w:r>
        <w:t>تو اس کا معنی ہے کہ آپ افورڈ نہیں کر سکتے لڑائی جھگڑے کو۔</w:t>
      </w:r>
    </w:p>
    <w:p>
      <w:r>
        <w:rPr>
          <w:b/>
        </w:rPr>
        <w:t xml:space="preserve">[33:56] </w:t>
      </w:r>
      <w:r>
        <w:t>You cannot afford violence, you cannot afford war, because where war came, violence came, so thank</w:t>
      </w:r>
    </w:p>
    <w:p>
      <w:pPr>
        <w:jc w:val="right"/>
      </w:pPr>
      <w:r>
        <w:t>یو کین ناٹ افورڈ وائلنس، یو کین ناٹ افورڈ وار، کیونکہ جہاں وار آئی، وائلنس آئی، تو شکر</w:t>
      </w:r>
    </w:p>
    <w:p>
      <w:r>
        <w:rPr>
          <w:b/>
        </w:rPr>
        <w:t xml:space="preserve">[34:00] </w:t>
      </w:r>
      <w:r>
        <w:t>ke spirit khatam.</w:t>
      </w:r>
    </w:p>
    <w:p>
      <w:pPr>
        <w:jc w:val="right"/>
      </w:pPr>
      <w:r>
        <w:t>کی اسپرٹ ختم۔</w:t>
      </w:r>
    </w:p>
    <w:p>
      <w:r>
        <w:rPr>
          <w:b/>
        </w:rPr>
        <w:t xml:space="preserve">[34:05] </w:t>
      </w:r>
      <w:r>
        <w:t>shukr ki spirit khatam.</w:t>
      </w:r>
    </w:p>
    <w:p>
      <w:pPr>
        <w:jc w:val="right"/>
      </w:pPr>
      <w:r>
        <w:t>شکر کی اسپرٹ ختم۔</w:t>
      </w:r>
    </w:p>
    <w:p>
      <w:r>
        <w:rPr>
          <w:b/>
        </w:rPr>
        <w:t xml:space="preserve">[34:10] </w:t>
      </w:r>
      <w:r>
        <w:t>yeh hai indirect.</w:t>
      </w:r>
    </w:p>
    <w:p>
      <w:pPr>
        <w:jc w:val="right"/>
      </w:pPr>
      <w:r>
        <w:t>یہ ہے ان ڈائریکٹ۔</w:t>
      </w:r>
    </w:p>
    <w:p>
      <w:r>
        <w:rPr>
          <w:b/>
        </w:rPr>
        <w:t xml:space="preserve">[34:14] </w:t>
      </w:r>
      <w:r>
        <w:t>aur direct aap dekhein to jaise maine arz kiya: assulhu khair, sulah is the best</w:t>
      </w:r>
    </w:p>
    <w:p>
      <w:pPr>
        <w:jc w:val="right"/>
      </w:pPr>
      <w:r>
        <w:t>اور ڈائریکٹ آپ دیکھیں تو جیسے میں نے عرض کیا: الصلح خیر، صلح از دا بیسٹ</w:t>
      </w:r>
    </w:p>
    <w:p>
      <w:r>
        <w:rPr>
          <w:b/>
        </w:rPr>
        <w:t xml:space="preserve">[34:19] </w:t>
      </w:r>
      <w:r>
        <w:t>, reconciliation is the best.</w:t>
      </w:r>
    </w:p>
    <w:p>
      <w:pPr>
        <w:jc w:val="right"/>
      </w:pPr>
      <w:r>
        <w:t>، ریکانسلیشن از دا بیسٹ۔</w:t>
      </w:r>
    </w:p>
    <w:p>
      <w:r>
        <w:rPr>
          <w:b/>
        </w:rPr>
        <w:t xml:space="preserve">[34:24] </w:t>
      </w:r>
      <w:r>
        <w:t>لیکن What is sulh? Sulh ka matlab hai culture of intolerance, no fighting, no confrontation.</w:t>
      </w:r>
    </w:p>
    <w:p>
      <w:pPr>
        <w:jc w:val="right"/>
      </w:pPr>
      <w:r>
        <w:t>لیکن واٹ از صلح؟ صلح کا مطلب ہے کلچر اف انٹالرنس، نو فائٹنگ، نو کنفرنٹیشن۔</w:t>
      </w:r>
    </w:p>
    <w:p>
      <w:r>
        <w:rPr>
          <w:b/>
        </w:rPr>
        <w:t xml:space="preserve">[34:29] </w:t>
      </w:r>
      <w:r>
        <w:t>isi ka naam sulah hai.</w:t>
      </w:r>
    </w:p>
    <w:p>
      <w:pPr>
        <w:jc w:val="right"/>
      </w:pPr>
      <w:r>
        <w:t>اسی کا نام صلح ہے۔</w:t>
      </w:r>
    </w:p>
    <w:p>
      <w:r>
        <w:rPr>
          <w:b/>
        </w:rPr>
        <w:t xml:space="preserve">[34:34] </w:t>
      </w:r>
      <w:r>
        <w:t>to quran ki jitni aayatein hain, woh sab ya to direct taur par ya indirect taur par</w:t>
      </w:r>
    </w:p>
    <w:p>
      <w:pPr>
        <w:jc w:val="right"/>
      </w:pPr>
      <w:r>
        <w:t>تو قرآن کی جتنی آیتیں ہیں، وہ سب یا تو ڈائریکٹ طور پر یا ان ڈائریکٹ طور پر</w:t>
      </w:r>
    </w:p>
    <w:p>
      <w:r>
        <w:rPr>
          <w:b/>
        </w:rPr>
        <w:t xml:space="preserve">[34:39] </w:t>
      </w:r>
      <w:r>
        <w:t>peaceful aayatein hain.</w:t>
      </w:r>
    </w:p>
    <w:p>
      <w:pPr>
        <w:jc w:val="right"/>
      </w:pPr>
      <w:r>
        <w:t>پیس فل آیتیں ہیں۔</w:t>
      </w:r>
    </w:p>
    <w:p>
      <w:r>
        <w:rPr>
          <w:b/>
        </w:rPr>
        <w:t xml:space="preserve">[34:44] </w:t>
      </w:r>
      <w:r>
        <w:t>isi liye hamara jo translation</w:t>
      </w:r>
    </w:p>
    <w:p>
      <w:pPr>
        <w:jc w:val="right"/>
      </w:pPr>
      <w:r>
        <w:t>اسی لیے ہمارا جو ٹرانسلیشن</w:t>
      </w:r>
    </w:p>
    <w:p>
      <w:r>
        <w:rPr>
          <w:b/>
        </w:rPr>
        <w:t xml:space="preserve">[34:49] </w:t>
      </w:r>
      <w:r>
        <w:t>hai quran ka english mein, hum gaye poland to wahan pe ek christian scholar they, unko diya</w:t>
      </w:r>
    </w:p>
    <w:p>
      <w:pPr>
        <w:jc w:val="right"/>
      </w:pPr>
      <w:r>
        <w:t>ہے قرآن کا انگلش میں، ہم گئے پولینڈ تو وہاں پہ ایک کرسچن سکالر تھے، ان کو دیا</w:t>
      </w:r>
    </w:p>
    <w:p>
      <w:r>
        <w:rPr>
          <w:b/>
        </w:rPr>
        <w:t xml:space="preserve">[34:56] </w:t>
      </w:r>
      <w:r>
        <w:t>گیا تھا پڑھنے کے لیے، تو انہوں نے پڑھا اس کو، تو انہوں نے تھوڑا یعنی یعنی sinicizing</w:t>
      </w:r>
    </w:p>
    <w:p>
      <w:pPr>
        <w:jc w:val="right"/>
      </w:pPr>
      <w:r>
        <w:t>گیا تھا پڑھنے کے لیے، تو انہوں نے پڑھا اس کو، تو انہوں نے تھوڑا یعنی یعنی سنیپائزنگ</w:t>
      </w:r>
    </w:p>
    <w:p>
      <w:r>
        <w:rPr>
          <w:b/>
        </w:rPr>
        <w:t xml:space="preserve">[35:04] </w:t>
      </w:r>
      <w:r>
        <w:t>movement mein kaha tha: It is peaceful translation.</w:t>
      </w:r>
    </w:p>
    <w:p>
      <w:pPr>
        <w:jc w:val="right"/>
      </w:pPr>
      <w:r>
        <w:t>موومنٹ میں کہا تھا: اٹ از پیس فل ٹرانسلیشن۔</w:t>
      </w:r>
    </w:p>
    <w:p>
      <w:r>
        <w:rPr>
          <w:b/>
        </w:rPr>
        <w:t xml:space="preserve">[35:11] </w:t>
      </w:r>
      <w:r>
        <w:t>dead filippo, yeh poland ka waqea hai, kyunke is se pehle jo jante they woh ke islam to</w:t>
      </w:r>
    </w:p>
    <w:p>
      <w:pPr>
        <w:jc w:val="right"/>
      </w:pPr>
      <w:r>
        <w:t>ڈیڈ فلپو، یہ پولینڈ کا واقعہ ہے، کیونکہ اس سے پہلے جو جانتے تھے وہ کہ اسلام تو</w:t>
      </w:r>
    </w:p>
    <w:p>
      <w:r>
        <w:rPr>
          <w:b/>
        </w:rPr>
        <w:t xml:space="preserve">[35:19] </w:t>
      </w:r>
      <w:r>
        <w:t>religion of peace nahi hai, islam to religion of violence hai.</w:t>
      </w:r>
    </w:p>
    <w:p>
      <w:pPr>
        <w:jc w:val="right"/>
      </w:pPr>
      <w:r>
        <w:t>ریلیجن اف پیس نہیں ہے، اسلام تو ریلیجن اف وائلنس ہے۔</w:t>
      </w:r>
    </w:p>
    <w:p>
      <w:r>
        <w:rPr>
          <w:b/>
        </w:rPr>
        <w:t xml:space="preserve">[35:25] </w:t>
      </w:r>
      <w:r>
        <w:t>to unhon ne kaha ke yeh to sara peace hi peace hai is ke andar.</w:t>
      </w:r>
    </w:p>
    <w:p>
      <w:pPr>
        <w:jc w:val="right"/>
      </w:pPr>
      <w:r>
        <w:t>تو انہوں نے کہا کہ یہ تو سارا پیس ہی پیس ہے اس کے اندر۔</w:t>
      </w:r>
    </w:p>
    <w:p>
      <w:r>
        <w:rPr>
          <w:b/>
        </w:rPr>
        <w:t xml:space="preserve">[35:31] </w:t>
      </w:r>
      <w:r>
        <w:t>to main samajhta hoon ke is waqt jo hamari sab se bari zimmedari hai, woh hai image building.</w:t>
      </w:r>
    </w:p>
    <w:p>
      <w:pPr>
        <w:jc w:val="right"/>
      </w:pPr>
      <w:r>
        <w:t>تو میں سمجھتا ہوں کہ اس وقت جو ہماری سب سے بڑی ذمہ داری ہے، وہ ہے امیج بلڈنگ۔</w:t>
      </w:r>
    </w:p>
    <w:p>
      <w:r>
        <w:rPr>
          <w:b/>
        </w:rPr>
        <w:t xml:space="preserve">[35:37] </w:t>
      </w:r>
      <w:r>
        <w:t>image building ya'ni islam ki image jo ban gayi hai ke islam is religion of violence, is ko khatam karna.</w:t>
      </w:r>
    </w:p>
    <w:p>
      <w:pPr>
        <w:jc w:val="right"/>
      </w:pPr>
      <w:r>
        <w:t>امیج بلڈنگ یعنی اسلام کی امیج جو بن گئی ہے کہ اسلام از ریلیجن اف وائلنس، اس کو ختم کرنا۔</w:t>
      </w:r>
    </w:p>
    <w:p>
      <w:r>
        <w:rPr>
          <w:b/>
        </w:rPr>
        <w:t xml:space="preserve">[35:43] </w:t>
      </w:r>
      <w:r>
        <w:t>is ko khatam karna.</w:t>
      </w:r>
    </w:p>
    <w:p>
      <w:pPr>
        <w:jc w:val="right"/>
      </w:pPr>
      <w:r>
        <w:t>اس کو ختم کرنا۔</w:t>
      </w:r>
    </w:p>
    <w:p>
      <w:r>
        <w:rPr>
          <w:b/>
        </w:rPr>
        <w:t xml:space="preserve">[35:49] </w:t>
      </w:r>
      <w:r>
        <w:t>aur hum ne jo mission banaya hai apna, woh hai Quran ka distribution har language mein. har language, duniya ki har language mein hum koshish kar rahe hain ke Quran ka translation tarjuma ho kar har jagah pohanche. to yahi sab se bara zariya hai image building ka. sab se bara zariya yahi hai image building ka. kyunke Quran mein sari Quran</w:t>
      </w:r>
    </w:p>
    <w:p>
      <w:pPr>
        <w:jc w:val="right"/>
      </w:pPr>
      <w:r>
        <w:t>اور ہم نے جو مشن بنایا ہے اپنا، وہ ہے قرآن کا ڈسٹریبیوشن ہر لینگویج میں۔ ہر لینگویج، دنیا کی ہر لینگویج میں ہم کوشش کر رہے ہیں کہ قرآن کا ٹرانسلیشن ترجمہ ہو کر ہر جگہ پہنچے۔ تو یہی سب سے بڑا ذریعہ ہے امیج بلڈنگ کا۔ سب سے بڑا ذریعہ یہی ہے امیج بلڈنگ کا۔ کیونکہ قرآن میں ساری قرآن</w:t>
      </w:r>
    </w:p>
    <w:p>
      <w:r>
        <w:rPr>
          <w:b/>
        </w:rPr>
        <w:t xml:space="preserve">[36:19] </w:t>
      </w:r>
      <w:r>
        <w:t>ki aayatein direct ya indirect taur par peace par hain.</w:t>
      </w:r>
    </w:p>
    <w:p>
      <w:pPr>
        <w:jc w:val="right"/>
      </w:pPr>
      <w:r>
        <w:t>کی آیتیں ڈائریکٹ یا ان ڈائریکٹ طور پر پی سی پر ہیں۔</w:t>
      </w:r>
    </w:p>
    <w:p>
      <w:r>
        <w:rPr>
          <w:b/>
        </w:rPr>
        <w:t xml:space="preserve">[36:25] </w:t>
      </w:r>
      <w:r>
        <w:t>chand aayatein jahan qital ka zikr aaya hai, woh to defensive war ki baat hai, woh phir is</w:t>
      </w:r>
    </w:p>
    <w:p>
      <w:pPr>
        <w:jc w:val="right"/>
      </w:pPr>
      <w:r>
        <w:t>چند آیتیں جہاں قدر کا ذکر آیا ہے، وہ تو ڈیفنسو وار کی بات ہے، وہ پھر اس</w:t>
      </w:r>
    </w:p>
    <w:p>
      <w:r>
        <w:rPr>
          <w:b/>
        </w:rPr>
        <w:t xml:space="preserve">[36:31] </w:t>
      </w:r>
      <w:r>
        <w:t>ke message ke liye.</w:t>
      </w:r>
    </w:p>
    <w:p>
      <w:pPr>
        <w:jc w:val="right"/>
      </w:pPr>
      <w:r>
        <w:t>کے مسج کے لیے۔</w:t>
      </w:r>
    </w:p>
    <w:p>
      <w:r>
        <w:rPr>
          <w:b/>
        </w:rPr>
        <w:t xml:space="preserve">[36:37] </w:t>
      </w:r>
      <w:r>
        <w:t>to main samajhta hoon ke sirf islam ki ki parvez karna kafi nahi hai.</w:t>
      </w:r>
    </w:p>
    <w:p>
      <w:pPr>
        <w:jc w:val="right"/>
      </w:pPr>
      <w:r>
        <w:t>تو میں سمجھتا ہوں کہ صرف اسلام کی کی پرویز کرنا کافی نہیں ہے۔</w:t>
      </w:r>
    </w:p>
    <w:p>
      <w:r>
        <w:rPr>
          <w:b/>
        </w:rPr>
        <w:t xml:space="preserve">[36:43] </w:t>
      </w:r>
      <w:r>
        <w:t>hum parvez karein ke islam aisa hai, islam waisa hai, ya quran ka</w:t>
      </w:r>
    </w:p>
    <w:p>
      <w:pPr>
        <w:jc w:val="right"/>
      </w:pPr>
      <w:r>
        <w:t>ہم پرویز کریں کہ اسلام ایسا ہے، اسلام ویسا ہے، یا قرآن کا</w:t>
      </w:r>
    </w:p>
    <w:p>
      <w:r>
        <w:rPr>
          <w:b/>
        </w:rPr>
        <w:t xml:space="preserve">[36:49] </w:t>
      </w:r>
      <w:r>
        <w:t>tareef karein ke quran aisa hai, quran waisa hai.</w:t>
      </w:r>
    </w:p>
    <w:p>
      <w:pPr>
        <w:jc w:val="right"/>
      </w:pPr>
      <w:r>
        <w:t>تعریف کریں کہ قرآن ایسا ہے، قرآن ویسا ہے۔</w:t>
      </w:r>
    </w:p>
    <w:p>
      <w:r>
        <w:rPr>
          <w:b/>
        </w:rPr>
        <w:t xml:space="preserve">[36:55] </w:t>
      </w:r>
      <w:r>
        <w:t>nahi, image building ka masla hai, is ko hum priority base mein lena chahiye.</w:t>
      </w:r>
    </w:p>
    <w:p>
      <w:pPr>
        <w:jc w:val="right"/>
      </w:pPr>
      <w:r>
        <w:t>نہیں، امیج بلڈنگ کا مسئلہ ہے، اس کو ہمیں پرائیورٹی بیس میں لینا چاہیے۔</w:t>
      </w:r>
    </w:p>
    <w:p>
      <w:r>
        <w:rPr>
          <w:b/>
        </w:rPr>
        <w:t xml:space="preserve">[37:01] </w:t>
      </w:r>
      <w:r>
        <w:t>image building ke ma'amle ko priority base mein lena chahiye.</w:t>
      </w:r>
    </w:p>
    <w:p>
      <w:pPr>
        <w:jc w:val="right"/>
      </w:pPr>
      <w:r>
        <w:t>امیج بلڈنگ کے معاملے کو پرائیورٹی بیس میں لینا چاہیے۔</w:t>
      </w:r>
    </w:p>
    <w:p>
      <w:r>
        <w:rPr>
          <w:b/>
        </w:rPr>
        <w:t xml:space="preserve">[37:07] </w:t>
      </w:r>
      <w:r>
        <w:t>aur hum ne is ke liye two point formula liya hai: ek to quran ka translation har zaban</w:t>
      </w:r>
    </w:p>
    <w:p>
      <w:pPr>
        <w:jc w:val="right"/>
      </w:pPr>
      <w:r>
        <w:t>اور ہم نے اس کے لیے ٹو پوائنٹ فارمولا لیا ہے: ایک تو قرآن کا ٹرانسلیشن ہر زبان</w:t>
      </w:r>
    </w:p>
    <w:p>
      <w:r>
        <w:rPr>
          <w:b/>
        </w:rPr>
        <w:t xml:space="preserve">[37:13] </w:t>
      </w:r>
      <w:r>
        <w:t>mein chhaap kar phailana, aur doosra jo hai sup</w:t>
      </w:r>
    </w:p>
    <w:p>
      <w:pPr>
        <w:jc w:val="right"/>
      </w:pPr>
      <w:r>
        <w:t>میں چھاپ کر پھیلانا، اور دوسرا جو ہے سپ</w:t>
      </w:r>
    </w:p>
    <w:p>
      <w:r>
        <w:rPr>
          <w:b/>
        </w:rPr>
        <w:t xml:space="preserve">[37:19] </w:t>
      </w:r>
      <w:r>
        <w:t>porting literature, hum is ko kehte hain supporting literature.</w:t>
      </w:r>
    </w:p>
    <w:p>
      <w:pPr>
        <w:jc w:val="right"/>
      </w:pPr>
      <w:r>
        <w:t>ورٹنگ لٹریچر، ہم اس کو کہتے ہیں سپورٹنگ لٹریچر۔</w:t>
      </w:r>
    </w:p>
    <w:p>
      <w:r>
        <w:rPr>
          <w:b/>
        </w:rPr>
        <w:t xml:space="preserve">[37:27] </w:t>
      </w:r>
      <w:r>
        <w:t>to image jo ban gayi hai islam ki, us ko is ka correction, is ka correction london times</w:t>
      </w:r>
    </w:p>
    <w:p>
      <w:pPr>
        <w:jc w:val="right"/>
      </w:pPr>
      <w:r>
        <w:t>تو امیج جو بن گئی ہے اسلام کی، اس کو اس کا کریکشن، اس کا کریکشن لندن ٹائمز</w:t>
      </w:r>
    </w:p>
    <w:p>
      <w:r>
        <w:rPr>
          <w:b/>
        </w:rPr>
        <w:t xml:space="preserve">[37:34] </w:t>
      </w:r>
      <w:r>
        <w:t>ka ek article chhaapa tha islam par.</w:t>
      </w:r>
    </w:p>
    <w:p>
      <w:pPr>
        <w:jc w:val="right"/>
      </w:pPr>
      <w:r>
        <w:t>کا ایک آرٹیکل چھپا تھا اسلام پر۔</w:t>
      </w:r>
    </w:p>
    <w:p>
      <w:r>
        <w:rPr>
          <w:b/>
        </w:rPr>
        <w:t xml:space="preserve">[37:42] </w:t>
      </w:r>
      <w:r>
        <w:t>اسلام پر اس کا جو ٹائٹل تھا، وہ تھا "A Religion That Sanctions Violence"۔</w:t>
      </w:r>
    </w:p>
    <w:p>
      <w:pPr>
        <w:jc w:val="right"/>
      </w:pPr>
      <w:r>
        <w:t>اسلام پر اس کا جو ٹائٹل تھا، وہ تھا "ا ریلیجن دا سینکشنز وائلنس"۔</w:t>
      </w:r>
    </w:p>
    <w:p>
      <w:r>
        <w:rPr>
          <w:b/>
        </w:rPr>
        <w:t xml:space="preserve">[37:49] </w:t>
      </w:r>
      <w:r>
        <w:t>"A religion that sanctions violence" yeh hai Islam ki tasveer unke zehen mein.</w:t>
      </w:r>
    </w:p>
    <w:p>
      <w:pPr>
        <w:jc w:val="right"/>
      </w:pPr>
      <w:r>
        <w:t>"ا ریلیجن دا سنکشنز وائلنس" یہ ہے اسلام کی تصویر ان کے ذہن میں۔</w:t>
      </w:r>
    </w:p>
    <w:p>
      <w:r>
        <w:rPr>
          <w:b/>
        </w:rPr>
        <w:t xml:space="preserve">[37:55] </w:t>
      </w:r>
      <w:r>
        <w:t>is tasveer ko badalna hai.</w:t>
      </w:r>
    </w:p>
    <w:p>
      <w:pPr>
        <w:jc w:val="right"/>
      </w:pPr>
      <w:r>
        <w:t>اس تصویر کو بدلنا ہے۔</w:t>
      </w:r>
    </w:p>
    <w:p>
      <w:r>
        <w:rPr>
          <w:b/>
        </w:rPr>
        <w:t xml:space="preserve">[38:02] </w:t>
      </w:r>
      <w:r>
        <w:t>badalna kyun hai? dekhen, quran ek hi kitaab hai aasman ke neeche jo yeh batati hai ke what</w:t>
      </w:r>
    </w:p>
    <w:p>
      <w:pPr>
        <w:jc w:val="right"/>
      </w:pPr>
      <w:r>
        <w:t>بدلنا کیوں ہے؟ دیکھیں، قرآن ایک ہی کتاب ہے آسمان کے نیچے جو یہ بتاتی ہے کہ واٹ</w:t>
      </w:r>
    </w:p>
    <w:p>
      <w:r>
        <w:rPr>
          <w:b/>
        </w:rPr>
        <w:t xml:space="preserve">[38:08] </w:t>
      </w:r>
      <w:r>
        <w:t>is da creation quran of god.</w:t>
      </w:r>
    </w:p>
    <w:p>
      <w:pPr>
        <w:jc w:val="right"/>
      </w:pPr>
      <w:r>
        <w:t>از دا کریشن قرآن اف گاڈ۔</w:t>
      </w:r>
    </w:p>
    <w:p>
      <w:r>
        <w:rPr>
          <w:b/>
        </w:rPr>
        <w:t xml:space="preserve">[38:14] </w:t>
      </w:r>
      <w:r>
        <w:t>hum is dunya mein hain, ek poori university dunya ko hum dekhte hain, yahan pahaar hain, samandar hain,</w:t>
      </w:r>
    </w:p>
    <w:p>
      <w:pPr>
        <w:jc w:val="right"/>
      </w:pPr>
      <w:r>
        <w:t>ہم اس دنیا میں ہیں، ایک پوری یونیورسٹی دنیا کو ہم دیکھتے ہیں، یہاں پہاڑ ہیں، سمندر ہیں،</w:t>
      </w:r>
    </w:p>
    <w:p>
      <w:r>
        <w:rPr>
          <w:b/>
        </w:rPr>
        <w:t xml:space="preserve">[38:20] </w:t>
      </w:r>
      <w:r>
        <w:t>wo plant world hai, animal world hai, ek poori universe hai.</w:t>
      </w:r>
    </w:p>
    <w:p>
      <w:pPr>
        <w:jc w:val="right"/>
      </w:pPr>
      <w:r>
        <w:t>وہ پلانٹ ورلڈ ہے، اینیمل ورلڈ ہے، ایک پوری یونیورس ہے۔</w:t>
      </w:r>
    </w:p>
    <w:p>
      <w:r>
        <w:rPr>
          <w:b/>
        </w:rPr>
        <w:t xml:space="preserve">[38:25] </w:t>
      </w:r>
      <w:r>
        <w:t>kyun yeh sab? kyun? what is da purpose of creation? yeh kisi bhi kitaab mein is cheez ka</w:t>
      </w:r>
    </w:p>
    <w:p>
      <w:pPr>
        <w:jc w:val="right"/>
      </w:pPr>
      <w:r>
        <w:t>کیوں یہ سب؟ کیوں؟ واٹ از دا پرپس اف کریشن؟ یہ کسی بھی کتاب میں اس چیز کا</w:t>
      </w:r>
    </w:p>
    <w:p>
      <w:r>
        <w:rPr>
          <w:b/>
        </w:rPr>
        <w:t xml:space="preserve">[38:30] </w:t>
      </w:r>
      <w:r>
        <w:t>authentic jawab maujood nahi hai.</w:t>
      </w:r>
    </w:p>
    <w:p>
      <w:pPr>
        <w:jc w:val="right"/>
      </w:pPr>
      <w:r>
        <w:t>اتھنٹک جواب موجود نہیں ہے۔</w:t>
      </w:r>
    </w:p>
    <w:p>
      <w:r>
        <w:rPr>
          <w:b/>
        </w:rPr>
        <w:t xml:space="preserve">[38:35] </w:t>
      </w:r>
      <w:r>
        <w:t>quran ek hi kitaab hai jo is baat ka authentic jawab deti hai ke what is da creation</w:t>
      </w:r>
    </w:p>
    <w:p>
      <w:pPr>
        <w:jc w:val="right"/>
      </w:pPr>
      <w:r>
        <w:t>قرآن ایک ہی کتاب ہے جو اس بات کا اتھنٹک جواب دیتی ہے کہ واٹ از دا کریشن</w:t>
      </w:r>
    </w:p>
    <w:p>
      <w:r>
        <w:rPr>
          <w:b/>
        </w:rPr>
        <w:t xml:space="preserve">[38:41] </w:t>
      </w:r>
      <w:r>
        <w:t>plan of god.</w:t>
      </w:r>
    </w:p>
    <w:p>
      <w:pPr>
        <w:jc w:val="right"/>
      </w:pPr>
      <w:r>
        <w:t>پلان اف گاڈ۔</w:t>
      </w:r>
    </w:p>
    <w:p>
      <w:r>
        <w:rPr>
          <w:b/>
        </w:rPr>
        <w:t xml:space="preserve">[38:46] </w:t>
      </w:r>
      <w:r>
        <w:t>to yeh hamari duty hai ke hum quran ko dunya walon tak pahunchayen taake woh janen</w:t>
      </w:r>
    </w:p>
    <w:p>
      <w:pPr>
        <w:jc w:val="right"/>
      </w:pPr>
      <w:r>
        <w:t>تو یہ ہماری ڈیوٹی ہے کہ ہم قرآن کو دنیا والوں تک پہنچائیں تاکہ وہ جانیں</w:t>
      </w:r>
    </w:p>
    <w:p>
      <w:r>
        <w:rPr>
          <w:b/>
        </w:rPr>
        <w:t xml:space="preserve">[38:51] </w:t>
      </w:r>
      <w:r>
        <w:t>ke what is da purpose of my life.</w:t>
      </w:r>
    </w:p>
    <w:p>
      <w:pPr>
        <w:jc w:val="right"/>
      </w:pPr>
      <w:r>
        <w:t>کہ واٹ از دا پرپس اف مائی لائف۔</w:t>
      </w:r>
    </w:p>
    <w:p>
      <w:r>
        <w:rPr>
          <w:b/>
        </w:rPr>
        <w:t xml:space="preserve">[38:57] </w:t>
      </w:r>
      <w:r>
        <w:t>kisi ka shair ek hai, mein aksar is shair ko yaad aata hai, mujhe yahan bula ke, mujhe</w:t>
      </w:r>
    </w:p>
    <w:p>
      <w:pPr>
        <w:jc w:val="right"/>
      </w:pPr>
      <w:r>
        <w:t>کسی کا شعر ایک ہے، میں اکثر اس شعر کو یاد آتا ہے، مجھے یہاں بلا کے، مجھے</w:t>
      </w:r>
    </w:p>
    <w:p>
      <w:r>
        <w:rPr>
          <w:b/>
        </w:rPr>
        <w:t xml:space="preserve">[39:03] </w:t>
      </w:r>
      <w:r>
        <w:t>bula ke yahan aap chhap gaya koi, wo mehman jisay mezban nahi milta.</w:t>
      </w:r>
    </w:p>
    <w:p>
      <w:pPr>
        <w:jc w:val="right"/>
      </w:pPr>
      <w:r>
        <w:t>بلا کے یہاں آپ چھپ گیا کوئی، وہ مہمان جسے میزبان نہیں ملتا۔</w:t>
      </w:r>
    </w:p>
    <w:p>
      <w:r>
        <w:rPr>
          <w:b/>
        </w:rPr>
        <w:t xml:space="preserve">[39:09] </w:t>
      </w:r>
      <w:r>
        <w:t>is shair ko yeh jaanna tha ke meri purpose life kya hai, lekin kis se poocha hai wo?</w:t>
      </w:r>
    </w:p>
    <w:p>
      <w:pPr>
        <w:jc w:val="right"/>
      </w:pPr>
      <w:r>
        <w:t>اس شاعر کو یہ جاننا تھا کہ میری پرپس لائف کیا ہے، لیکن کس سے پوچھا ہے وہ؟</w:t>
      </w:r>
    </w:p>
    <w:p>
      <w:r>
        <w:rPr>
          <w:b/>
        </w:rPr>
        <w:t xml:space="preserve">[39:15] </w:t>
      </w:r>
      <w:r>
        <w:t>kyun ke jo mezban to milta nahi, us ko ya</w:t>
      </w:r>
    </w:p>
    <w:p>
      <w:pPr>
        <w:jc w:val="right"/>
      </w:pPr>
      <w:r>
        <w:t>کیونکہ جو میزبان تو ملتا نہیں، اس کو یع</w:t>
      </w:r>
    </w:p>
    <w:p>
      <w:r>
        <w:rPr>
          <w:b/>
        </w:rPr>
        <w:t xml:space="preserve">[39:21] </w:t>
      </w:r>
      <w:r>
        <w:t>ani creator to milta nahi, us ko.</w:t>
      </w:r>
    </w:p>
    <w:p>
      <w:pPr>
        <w:jc w:val="right"/>
      </w:pPr>
      <w:r>
        <w:t>نی کریٹر تو ملتا نہیں، اس کو۔</w:t>
      </w:r>
    </w:p>
    <w:p>
      <w:r>
        <w:rPr>
          <w:b/>
        </w:rPr>
        <w:t xml:space="preserve">[39:27] </w:t>
      </w:r>
      <w:r>
        <w:t>to dekhen, har insaan ka yeh ek question hai, either consciously ya unconsciously ke mein kya hoon? what</w:t>
      </w:r>
    </w:p>
    <w:p>
      <w:pPr>
        <w:jc w:val="right"/>
      </w:pPr>
      <w:r>
        <w:t>تو دیکھیں، ہر انسان کا یہ ایک کوسچن ہے، ائیدر کانشیسلی یا انکانشیسلی کہ میں کیا ہوں؟ واٹ</w:t>
      </w:r>
    </w:p>
    <w:p>
      <w:r>
        <w:rPr>
          <w:b/>
        </w:rPr>
        <w:t xml:space="preserve">[39:33] </w:t>
      </w:r>
      <w:r>
        <w:t>is da purpose of my life? what is pre death? what is post death? yeh sab question har</w:t>
      </w:r>
    </w:p>
    <w:p>
      <w:pPr>
        <w:jc w:val="right"/>
      </w:pPr>
      <w:r>
        <w:t>از دا پرپس اف مائی لائف؟ واٹ از پری ڈیتھ؟ واٹ از پوسٹ ڈیتھ؟ یہ سب کوسچن ہر</w:t>
      </w:r>
    </w:p>
    <w:p>
      <w:r>
        <w:rPr>
          <w:b/>
        </w:rPr>
        <w:t xml:space="preserve">[39:40] </w:t>
      </w:r>
      <w:r>
        <w:t>insaan ke mind mein hotay hain, chahe conscious tor par ya unconscious tor par.</w:t>
      </w:r>
    </w:p>
    <w:p>
      <w:pPr>
        <w:jc w:val="right"/>
      </w:pPr>
      <w:r>
        <w:t>انسان کے مائنڈ میں ہوتے ہیں، چاہے کانشیس طور پر یا انکانشیس طور پر۔</w:t>
      </w:r>
    </w:p>
    <w:p>
      <w:r>
        <w:rPr>
          <w:b/>
        </w:rPr>
        <w:t xml:space="preserve">[39:46] </w:t>
      </w:r>
      <w:r>
        <w:t>to is ka jawab humein faraham karna hai.</w:t>
      </w:r>
    </w:p>
    <w:p>
      <w:pPr>
        <w:jc w:val="right"/>
      </w:pPr>
      <w:r>
        <w:t>تو اس کا جواب ہمیں فراہم کرنا ہے۔</w:t>
      </w:r>
    </w:p>
    <w:p>
      <w:r>
        <w:rPr>
          <w:b/>
        </w:rPr>
        <w:t xml:space="preserve">[39:52] </w:t>
      </w:r>
      <w:r>
        <w:t>یہ جو سوالات آتے ہیں کہ اسلام تو ریلیجن ہے، اسلام تو religion of violence ہے، اسلام تو</w:t>
      </w:r>
    </w:p>
    <w:p>
      <w:pPr>
        <w:jc w:val="right"/>
      </w:pPr>
      <w:r>
        <w:t>یہ جو سوالات آتے ہیں کہ اسلام تو ریلیجن ہے، اسلام تو ریلیجن اف وائلنس ہے، اسلام تو</w:t>
      </w:r>
    </w:p>
    <w:p>
      <w:r>
        <w:rPr>
          <w:b/>
        </w:rPr>
        <w:t xml:space="preserve">[40:00] </w:t>
      </w:r>
      <w:r>
        <w:t>لڑائی سکھاتا ہے، blood test سکھاتا ہے، soda bomb سکھاتا ہے، اس کو disarm کرنے کے لیے ایک</w:t>
      </w:r>
    </w:p>
    <w:p>
      <w:pPr>
        <w:jc w:val="right"/>
      </w:pPr>
      <w:r>
        <w:t>لڑائی سکھاتا ہے، بلڈ ٹیسٹ سکھاتا ہے، سودا بام سکھاتا ہے، اس کو ڈسپل کرنے کے لیے ایک</w:t>
      </w:r>
    </w:p>
    <w:p>
      <w:r>
        <w:rPr>
          <w:b/>
        </w:rPr>
        <w:t xml:space="preserve">[40:07] </w:t>
      </w:r>
      <w:r>
        <w:t>aik tareeqa hai, woh aik hum quran ko phailayen.</w:t>
      </w:r>
    </w:p>
    <w:p>
      <w:pPr>
        <w:jc w:val="right"/>
      </w:pPr>
      <w:r>
        <w:t>ایک طریقہ ہے، وہ ایک ہم قرآن کو پھیلائیں۔</w:t>
      </w:r>
    </w:p>
    <w:p>
      <w:r>
        <w:rPr>
          <w:b/>
        </w:rPr>
        <w:t xml:space="preserve">[40:15] </w:t>
      </w:r>
      <w:r>
        <w:t>aur dekhen, quran ki aik ayat hai: nazal al-furqan al-abd li-yakuna lil-alamin nadhira</w:t>
      </w:r>
    </w:p>
    <w:p>
      <w:pPr>
        <w:jc w:val="right"/>
      </w:pPr>
      <w:r>
        <w:t>اور دیکھیں، قرآن کی ایک آیت ہے: نزل الفرقان العبد لیکون للعالمین نذیرا</w:t>
      </w:r>
    </w:p>
    <w:p>
      <w:r>
        <w:rPr>
          <w:b/>
        </w:rPr>
        <w:t xml:space="preserve">[40:23] </w:t>
      </w:r>
      <w:r>
        <w:t>is ayat se maloom hota hai ke Allah ki scheme mein yeh shamil thi ke quran sare insanon</w:t>
      </w:r>
    </w:p>
    <w:p>
      <w:pPr>
        <w:jc w:val="right"/>
      </w:pPr>
      <w:r>
        <w:t>اس آیت سے معلوم ہوتا ہے کہ اللہ کی اسکیم میں یہ شامل تھی کہ قرآن سارے انسانوں</w:t>
      </w:r>
    </w:p>
    <w:p>
      <w:r>
        <w:rPr>
          <w:b/>
        </w:rPr>
        <w:t xml:space="preserve">[40:29] </w:t>
      </w:r>
      <w:r>
        <w:t>ke darmiyan pohanchay, sare alamoon, sare alam tak pohanchay.</w:t>
      </w:r>
    </w:p>
    <w:p>
      <w:pPr>
        <w:jc w:val="right"/>
      </w:pPr>
      <w:r>
        <w:t>کے درمیان پہنچے، سارے عالموں، سارے عالم تک پہنچے۔</w:t>
      </w:r>
    </w:p>
    <w:p>
      <w:r>
        <w:rPr>
          <w:b/>
        </w:rPr>
        <w:t xml:space="preserve">[40:35] </w:t>
      </w:r>
      <w:r>
        <w:t>lekin woh pohancha kahan? woh pohancha aik mehdood geography mein, sare insanon tak pohancha nahin.</w:t>
      </w:r>
    </w:p>
    <w:p>
      <w:pPr>
        <w:jc w:val="right"/>
      </w:pPr>
      <w:r>
        <w:t>لیکن وہ پہنچا کہاں؟ وہ پہنچا ایک محدود جیوگرافی میں، سارے انسانوں تک پہنچا نہیں۔</w:t>
      </w:r>
    </w:p>
    <w:p>
      <w:r>
        <w:rPr>
          <w:b/>
        </w:rPr>
        <w:t xml:space="preserve">[40:41] </w:t>
      </w:r>
      <w:r>
        <w:t>پہنچے کیا؟ میڈیا، میڈیا کی خبریں پہنچیں کہ اسلام تو اسلام تو violence سکھاتا ہے۔</w:t>
      </w:r>
    </w:p>
    <w:p>
      <w:pPr>
        <w:jc w:val="right"/>
      </w:pPr>
      <w:r>
        <w:t>پہنچے کیا؟ میڈیا، میڈیا کی خبریں پہنچیں کہ اسلام تو اسلام تو وائلنس سکھاتا ہے۔</w:t>
      </w:r>
    </w:p>
    <w:p>
      <w:r>
        <w:rPr>
          <w:b/>
        </w:rPr>
        <w:t xml:space="preserve">[40:47] </w:t>
      </w:r>
      <w:r>
        <w:t>yani practical tor par quran to nahin pohancha, yeh</w:t>
      </w:r>
    </w:p>
    <w:p>
      <w:pPr>
        <w:jc w:val="right"/>
      </w:pPr>
      <w:r>
        <w:t>یعنی پریکٹیکل طور پر قرآن تو نہیں پہنچا، یہ</w:t>
      </w:r>
    </w:p>
    <w:p>
      <w:r>
        <w:rPr>
          <w:b/>
        </w:rPr>
        <w:t xml:space="preserve">[40:53] </w:t>
      </w:r>
      <w:r>
        <w:t>pohancha ke quran aik book of violence hai.</w:t>
      </w:r>
    </w:p>
    <w:p>
      <w:pPr>
        <w:jc w:val="right"/>
      </w:pPr>
      <w:r>
        <w:t>پہنچا کہ قرآن ایک بک اف وائلنس ہے۔</w:t>
      </w:r>
    </w:p>
    <w:p>
      <w:r>
        <w:rPr>
          <w:b/>
        </w:rPr>
        <w:t xml:space="preserve">[40:59] </w:t>
      </w:r>
      <w:r>
        <w:t>اسلام لڑنا ڈرونا سکھاتا ہے، کیونکہ جو ڈیلی جو خبر واقعات ہوتے ہیں، جو gun culture، bomb culture</w:t>
      </w:r>
    </w:p>
    <w:p>
      <w:pPr>
        <w:jc w:val="right"/>
      </w:pPr>
      <w:r>
        <w:t>اسلام لڑنا ڈرونا سکھاتا ہے، کیونکہ جو ڈیلی جو خبر واقعات ہوتے ہیں، جو گن کلچر، بم کلچر</w:t>
      </w:r>
    </w:p>
    <w:p>
      <w:r>
        <w:rPr>
          <w:b/>
        </w:rPr>
        <w:t xml:space="preserve">[41:05] </w:t>
      </w:r>
      <w:r>
        <w:t>jo chalta hai, to foran media mein aata hai, woh sare dunya mein log parhtay hain is ko.</w:t>
      </w:r>
    </w:p>
    <w:p>
      <w:pPr>
        <w:jc w:val="right"/>
      </w:pPr>
      <w:r>
        <w:t>جو چلتا ہے، تو فوراً میڈیا میں آتا ہے، وہ سارے دنیا میں لوگ پڑھتے ہیں اس کو۔</w:t>
      </w:r>
    </w:p>
    <w:p>
      <w:r>
        <w:rPr>
          <w:b/>
        </w:rPr>
        <w:t xml:space="preserve">[41:11] </w:t>
      </w:r>
      <w:r>
        <w:t>to is ka matlab hai ke negative reporting ho rahi hai aur positive reporting ho rahi hai.</w:t>
      </w:r>
    </w:p>
    <w:p>
      <w:pPr>
        <w:jc w:val="right"/>
      </w:pPr>
      <w:r>
        <w:t>تو اس کا معنی ہے کہ نیگیٹیو رپورٹنگ ہو رہی ہے اور پازیٹیو رپورٹنگ ہو رہی ہے۔</w:t>
      </w:r>
    </w:p>
    <w:p>
      <w:r>
        <w:rPr>
          <w:b/>
        </w:rPr>
        <w:t xml:space="preserve">[41:17] </w:t>
      </w:r>
      <w:r>
        <w:t>islam ke baray mein negative reporting ho rahi hai</w:t>
      </w:r>
    </w:p>
    <w:p>
      <w:pPr>
        <w:jc w:val="right"/>
      </w:pPr>
      <w:r>
        <w:t>اسلام کے بارے میں نیگیٹیو رپورٹنگ ہو رہی ہے</w:t>
      </w:r>
    </w:p>
    <w:p>
      <w:r>
        <w:rPr>
          <w:b/>
        </w:rPr>
        <w:t xml:space="preserve">[41:23] </w:t>
      </w:r>
      <w:r>
        <w:t>aur positive reporting nahin ho rahi.</w:t>
      </w:r>
    </w:p>
    <w:p>
      <w:pPr>
        <w:jc w:val="right"/>
      </w:pPr>
      <w:r>
        <w:t>اور پازیٹیو رپورٹنگ نہیں ہو رہی۔</w:t>
      </w:r>
    </w:p>
    <w:p>
      <w:r>
        <w:rPr>
          <w:b/>
        </w:rPr>
        <w:t xml:space="preserve">[41:29] </w:t>
      </w:r>
      <w:r>
        <w:t>yeh soorat-e-haal hamare liye aik challenge hai, aik challenge.</w:t>
      </w:r>
    </w:p>
    <w:p>
      <w:pPr>
        <w:jc w:val="right"/>
      </w:pPr>
      <w:r>
        <w:t>یہ صورتحال ہمارے لیے ایک چیلنج ہے، ایک چیلنج۔</w:t>
      </w:r>
    </w:p>
    <w:p>
      <w:r>
        <w:rPr>
          <w:b/>
        </w:rPr>
        <w:t xml:space="preserve">[41:35] </w:t>
      </w:r>
      <w:r>
        <w:t>ہمیں اس صورتحال کا جواب دینا ہے، without any anger, without any, یعنی without any negative mind.</w:t>
      </w:r>
    </w:p>
    <w:p>
      <w:pPr>
        <w:jc w:val="right"/>
      </w:pPr>
      <w:r>
        <w:t>ہمیں اس صورتحال کا جواب دینا ہے، ودا آؤٹ اینی اینگر، ودا آؤٹ اینی، یعنی ودا آؤٹ اینی نیگیٹیو مائنڈ۔</w:t>
      </w:r>
    </w:p>
    <w:p>
      <w:r>
        <w:rPr>
          <w:b/>
        </w:rPr>
        <w:t xml:space="preserve">[41:41] </w:t>
      </w:r>
      <w:r>
        <w:t>bohat hi positive tor par yeh samajh kar ke quran utara gaya tha sare alam ke liye, sare</w:t>
      </w:r>
    </w:p>
    <w:p>
      <w:pPr>
        <w:jc w:val="right"/>
      </w:pPr>
      <w:r>
        <w:t>بہت ہی پازیٹیو طور پر یہ سمجھ کر کہ قرآن اتارا گیا تھا سارے عالم کے لیے، سارے</w:t>
      </w:r>
    </w:p>
    <w:p>
      <w:r>
        <w:rPr>
          <w:b/>
        </w:rPr>
        <w:t xml:space="preserve">[41:47] </w:t>
      </w:r>
      <w:r>
        <w:t>alam tak pohanch</w:t>
      </w:r>
    </w:p>
    <w:p>
      <w:pPr>
        <w:jc w:val="right"/>
      </w:pPr>
      <w:r>
        <w:t>عالم تک پہنچ</w:t>
      </w:r>
    </w:p>
    <w:p>
      <w:r>
        <w:rPr>
          <w:b/>
        </w:rPr>
        <w:t xml:space="preserve">[41:53] </w:t>
      </w:r>
      <w:r>
        <w:t>a nahin, balkeh image kharab ho gayi, to hamari zimmedari hai ke hum is ko pahunchayen sari dunya tak, har zaban mein. Quran mein ek ayat hai ke jis mein Surah As-Saff mein, Surah As-Saff mein ek ayat hai ke is mein musalmanon ko kaha gaya hai ke tum hawariyon ke partner ko apnao. bohat ajeeb baat hai, hawariyon y</w:t>
      </w:r>
    </w:p>
    <w:p>
      <w:pPr>
        <w:jc w:val="right"/>
      </w:pPr>
      <w:r>
        <w:t>ا نہیں، بلکہ امیج خراب ہو گئی، تو ہماری ذمہ داری ہے کہ ہم اس کو پہنچائیں ساری دنیا تک، ہر زبان میں۔ قرآن میں ایک آیت ہے کہ جس میں سورہ الصف میں، سورہ الصف میں ایک آیت ہے کہ اس میں مسلمانوں کو کہا گیا ہے کہ تم حوارین کے پارٹنر کو اپناؤ۔ بہت عجیب بات ہے، حوارین ی</w:t>
      </w:r>
    </w:p>
    <w:p>
      <w:r>
        <w:rPr>
          <w:b/>
        </w:rPr>
        <w:t xml:space="preserve">[42:23] </w:t>
      </w:r>
      <w:r>
        <w:t>yani پیروان مسیح ke pattern ko apnao.</w:t>
      </w:r>
    </w:p>
    <w:p>
      <w:pPr>
        <w:jc w:val="right"/>
      </w:pPr>
      <w:r>
        <w:t>عنی پیروان مسیح کے پیٹرن کو اپناؤ۔</w:t>
      </w:r>
    </w:p>
    <w:p>
      <w:r>
        <w:rPr>
          <w:b/>
        </w:rPr>
        <w:t xml:space="preserve">[42:27] </w:t>
      </w:r>
      <w:r>
        <w:t>is par mein ne bohat socha ke quran mein hawariyen ke partner yani christian ke partner ko kyun</w:t>
      </w:r>
    </w:p>
    <w:p>
      <w:pPr>
        <w:jc w:val="right"/>
      </w:pPr>
      <w:r>
        <w:t>اس پر میں نے بہت سوچا کہ قرآن میں حوارین کے پارٹنر یعنی کرسچن کے پارٹنر کو کیوں</w:t>
      </w:r>
    </w:p>
    <w:p>
      <w:r>
        <w:rPr>
          <w:b/>
        </w:rPr>
        <w:t xml:space="preserve">[42:32] </w:t>
      </w:r>
      <w:r>
        <w:t>refer kiya gaya hai.</w:t>
      </w:r>
    </w:p>
    <w:p>
      <w:pPr>
        <w:jc w:val="right"/>
      </w:pPr>
      <w:r>
        <w:t>ریفر کیا گیا ہے۔</w:t>
      </w:r>
    </w:p>
    <w:p>
      <w:r>
        <w:rPr>
          <w:b/>
        </w:rPr>
        <w:t xml:space="preserve">[42:36] </w:t>
      </w:r>
      <w:r>
        <w:t>to mein samajhta hoon ke christian ne aik example set kiya hai, unhon ne bible ko dunya ki</w:t>
      </w:r>
    </w:p>
    <w:p>
      <w:pPr>
        <w:jc w:val="right"/>
      </w:pPr>
      <w:r>
        <w:t>تو میں سمجھتا ہوں کہ کرسچن نے ایک ایگزامپل سیٹ کیا ہے، انہوں نے بائبل کو دنیا کی</w:t>
      </w:r>
    </w:p>
    <w:p>
      <w:r>
        <w:rPr>
          <w:b/>
        </w:rPr>
        <w:t xml:space="preserve">[42:40] </w:t>
      </w:r>
      <w:r>
        <w:t>tamam zabanon mein tarjuma kiya aur us ko chhap chhap kar sari dunya mein phaila diya.</w:t>
      </w:r>
    </w:p>
    <w:p>
      <w:pPr>
        <w:jc w:val="right"/>
      </w:pPr>
      <w:r>
        <w:t>تمام زبانوں میں ترجمہ کیا اور اس کو چھاپ چھاپ کر ساری دنیا میں پھیلا دیا۔</w:t>
      </w:r>
    </w:p>
    <w:p>
      <w:r>
        <w:rPr>
          <w:b/>
        </w:rPr>
        <w:t xml:space="preserve">[42:45] </w:t>
      </w:r>
      <w:r>
        <w:t>yeh hai partner un ka.</w:t>
      </w:r>
    </w:p>
    <w:p>
      <w:pPr>
        <w:jc w:val="right"/>
      </w:pPr>
      <w:r>
        <w:t>یہ ہے پارٹنر ان کا۔</w:t>
      </w:r>
    </w:p>
    <w:p>
      <w:r>
        <w:rPr>
          <w:b/>
        </w:rPr>
        <w:t xml:space="preserve">[42:49] </w:t>
      </w:r>
      <w:r>
        <w:t>to woh hamein bata rahe hain ke tum bhi e</w:t>
      </w:r>
    </w:p>
    <w:p>
      <w:pPr>
        <w:jc w:val="right"/>
      </w:pPr>
      <w:r>
        <w:t>تو وہ ہمیں بتا رہے ہیں کہ تم بھی ای</w:t>
      </w:r>
    </w:p>
    <w:p>
      <w:r>
        <w:rPr>
          <w:b/>
        </w:rPr>
        <w:t xml:space="preserve">[42:53] </w:t>
      </w:r>
      <w:r>
        <w:t>se karo, tumhare paas authentic book hai, tum bhi aise karo ke sare sare dunya ki zabanon mein</w:t>
      </w:r>
    </w:p>
    <w:p>
      <w:pPr>
        <w:jc w:val="right"/>
      </w:pPr>
      <w:r>
        <w:t>سے کرو، تمہارے پاس اتھنٹک بک ہے، تم بھی ایسے کرو کہ سارے سارے دنیا کی زبانوں میں</w:t>
      </w:r>
    </w:p>
    <w:p>
      <w:r>
        <w:rPr>
          <w:b/>
        </w:rPr>
        <w:t xml:space="preserve">[43:01] </w:t>
      </w:r>
      <w:r>
        <w:t>quran ka tarjuma kar ke phailao, sab pohancha do sab ko.</w:t>
      </w:r>
    </w:p>
    <w:p>
      <w:pPr>
        <w:jc w:val="right"/>
      </w:pPr>
      <w:r>
        <w:t>قرآن کا ترجمہ کر کے پھیلاؤ، سب پہنچا دو سب کو۔</w:t>
      </w:r>
    </w:p>
    <w:p>
      <w:r>
        <w:rPr>
          <w:b/>
        </w:rPr>
        <w:t xml:space="preserve">[43:08] </w:t>
      </w:r>
      <w:r>
        <w:t>aur hadith mein aata hai ke la yabqa dhahir li-razz baiti madarin wa la awar illa kalimatu al-islam</w:t>
      </w:r>
    </w:p>
    <w:p>
      <w:pPr>
        <w:jc w:val="right"/>
      </w:pPr>
      <w:r>
        <w:t>اور حدیث میں آتا ہے کہ لا یبقاء ظاہر لرز بیت مدرن ولا اوور الا اللہ کلمۃ الاسلام</w:t>
      </w:r>
    </w:p>
    <w:p>
      <w:r>
        <w:rPr>
          <w:b/>
        </w:rPr>
        <w:t xml:space="preserve">[43:16] </w:t>
      </w:r>
      <w:r>
        <w:t>ke aik zamana aye ga jab ke har ghar ghar mein Allah ka kalma ya word of God</w:t>
      </w:r>
    </w:p>
    <w:p>
      <w:pPr>
        <w:jc w:val="right"/>
      </w:pPr>
      <w:r>
        <w:t>کہ ایک زمانہ آئے گا جب کہ ہر گھر گھر میں اللہ کا کلمہ یا ورڈ اف گاڈ</w:t>
      </w:r>
    </w:p>
    <w:p>
      <w:r>
        <w:rPr>
          <w:b/>
        </w:rPr>
        <w:t xml:space="preserve">[43:23] </w:t>
      </w:r>
      <w:r>
        <w:t>pahunch jayega. to yeh kaise pahunch jayega? yeh is ke liye printing press chahiye, is ke liye modern communication chahiye, is ke liye openness chahiye, is ke liye ledger freedom chahiye. wah sab aa gaya hai, is zamane mein sab kuch aa chuka. ab sirf kaam kya hai? avail karna. ab sirf kaam kya hai? avail karna. yaani freedom of religion is se pehle kabhi thi nahin dunya mein.</w:t>
      </w:r>
    </w:p>
    <w:p>
      <w:pPr>
        <w:jc w:val="right"/>
      </w:pPr>
      <w:r>
        <w:t>پہنچ جائے گا۔ تو یہ کیسے پہنچ جائے گا؟ یہ اس کے لیے پرنٹنگ پریس چاہیے، اس کے لیے ماڈرن کمیونیکیشن چاہیے، اس کے لیے اوپننس چاہیے، اس کے لیے لیجر فریڈم چاہیے۔ وہ سب آ گیا ہے، اس زمانے میں سب کچھ آ چکا۔ اب صرف کام کیا ہے؟ اویل کرنا۔ اب صرف کام کیا ہے؟ اویل کرنا۔ یعنی فریڈم اف ریجن اس سے پہلے کبھی تھی نہیں دنیا میں۔</w:t>
      </w:r>
    </w:p>
    <w:p>
      <w:r>
        <w:rPr>
          <w:b/>
        </w:rPr>
        <w:t xml:space="preserve">[43:53] </w:t>
      </w:r>
      <w:r>
        <w:t>printing press nahi tha, region freedom nahi thi, openness nahi tha, is se pehle kabhi communication nahi tha,</w:t>
      </w:r>
    </w:p>
    <w:p>
      <w:pPr>
        <w:jc w:val="right"/>
      </w:pPr>
      <w:r>
        <w:t>پرنٹنگ پریس نہیں تھا، ریجن فریڈم نہیں تھی، اوپننس نہیں تھا، اس سے پہلے کبھی کمیونیکیشن نہیں تھا،</w:t>
      </w:r>
    </w:p>
    <w:p>
      <w:r>
        <w:rPr>
          <w:b/>
        </w:rPr>
        <w:t xml:space="preserve">[43:58] </w:t>
      </w:r>
      <w:r>
        <w:t>yeh sab pehle kabhi nahi tha.</w:t>
      </w:r>
    </w:p>
    <w:p>
      <w:pPr>
        <w:jc w:val="right"/>
      </w:pPr>
      <w:r>
        <w:t>یہ سب پہلے کبھی نہیں تھا۔</w:t>
      </w:r>
    </w:p>
    <w:p>
      <w:r>
        <w:rPr>
          <w:b/>
        </w:rPr>
        <w:t xml:space="preserve">[44:03] </w:t>
      </w:r>
      <w:r>
        <w:t>aaj yeh sab ho gaya hai.</w:t>
      </w:r>
    </w:p>
    <w:p>
      <w:pPr>
        <w:jc w:val="right"/>
      </w:pPr>
      <w:r>
        <w:t>آج یہ سب ہو گیا ہے۔</w:t>
      </w:r>
    </w:p>
    <w:p>
      <w:r>
        <w:rPr>
          <w:b/>
        </w:rPr>
        <w:t xml:space="preserve">[44:08] </w:t>
      </w:r>
      <w:r>
        <w:t>toh woh yani hum se silent language mein keh raha hai ke aye aye Quran ke follower, dekho</w:t>
      </w:r>
    </w:p>
    <w:p>
      <w:pPr>
        <w:jc w:val="right"/>
      </w:pPr>
      <w:r>
        <w:t>تو وہ یعنی ہم سے سائلنٹ لینگویج میں کہہ رہا ہے کہ اے اے قرآن کے فالوور، دیکھو</w:t>
      </w:r>
    </w:p>
    <w:p>
      <w:r>
        <w:rPr>
          <w:b/>
        </w:rPr>
        <w:t xml:space="preserve">[44:13] </w:t>
      </w:r>
      <w:r>
        <w:t>ke sab sare opportunities khul gayi.</w:t>
      </w:r>
    </w:p>
    <w:p>
      <w:pPr>
        <w:jc w:val="right"/>
      </w:pPr>
      <w:r>
        <w:t>کہ سب سارے اپرچونیٹیز کھل گئی۔</w:t>
      </w:r>
    </w:p>
    <w:p>
      <w:r>
        <w:rPr>
          <w:b/>
        </w:rPr>
        <w:t xml:space="preserve">[44:18] </w:t>
      </w:r>
      <w:r>
        <w:t>ab is opportunities ko avail karo</w:t>
      </w:r>
    </w:p>
    <w:p>
      <w:pPr>
        <w:jc w:val="right"/>
      </w:pPr>
      <w:r>
        <w:t>اب اس اپرچونیٹیز کو اویل کرو</w:t>
      </w:r>
    </w:p>
    <w:p>
      <w:r>
        <w:rPr>
          <w:b/>
        </w:rPr>
        <w:t xml:space="preserve">[44:23] </w:t>
      </w:r>
      <w:r>
        <w:t>aur Quran ko sare alam tak pahuncha do taake log jaanein ke what is the Christian plan of God.</w:t>
      </w:r>
    </w:p>
    <w:p>
      <w:pPr>
        <w:jc w:val="right"/>
      </w:pPr>
      <w:r>
        <w:t>اور قرآن کو سارے عالم تک پہنچا دو تاکہ لوگ جانیں کہ واٹ از دا کرسچن پلان اف گاڈ۔</w:t>
      </w:r>
    </w:p>
    <w:p>
      <w:r>
        <w:rPr>
          <w:b/>
        </w:rPr>
        <w:t xml:space="preserve">[44:31] </w:t>
      </w:r>
      <w:r>
        <w:t>yeh koi qaumi kaam nahi hai, yeh koi qaumi kaam nahi hai, yeh logon ko batana hai ke</w:t>
      </w:r>
    </w:p>
    <w:p>
      <w:pPr>
        <w:jc w:val="right"/>
      </w:pPr>
      <w:r>
        <w:t>یہ کوئی قومی کام نہیں ہے، یہ کوئی قومی کام نہیں ہے، یہ لوگوں کو بتانا ہے کہ</w:t>
      </w:r>
    </w:p>
    <w:p>
      <w:r>
        <w:rPr>
          <w:b/>
        </w:rPr>
        <w:t xml:space="preserve">[44:38] </w:t>
      </w:r>
      <w:r>
        <w:t>zindagi ka purpose kya hai, Christian plan of God kya hai, yeh batana hai.</w:t>
      </w:r>
    </w:p>
    <w:p>
      <w:pPr>
        <w:jc w:val="right"/>
      </w:pPr>
      <w:r>
        <w:t>زندگی کا پرپس کیا ہے، کرسچن پلان اف گاڈ کیا ہے، یہ بتانا ہے۔</w:t>
      </w:r>
    </w:p>
    <w:p>
      <w:r>
        <w:rPr>
          <w:b/>
        </w:rPr>
        <w:t xml:space="preserve">[44:46] </w:t>
      </w:r>
      <w:r>
        <w:t>toh yeh chand baatein thi aur main samajhta</w:t>
      </w:r>
    </w:p>
    <w:p>
      <w:pPr>
        <w:jc w:val="right"/>
      </w:pPr>
      <w:r>
        <w:t>تو یہ چند باتیں تھیں اور میں سمجھتا ہ</w:t>
      </w:r>
    </w:p>
    <w:p>
      <w:r>
        <w:rPr>
          <w:b/>
        </w:rPr>
        <w:t xml:space="preserve">[44:53] </w:t>
      </w:r>
      <w:r>
        <w:t>hoon ke ek secularity mein yeh kehne ka mauqa milna, yeh khud zamane mein ek tabdeeli ka alamat hai.</w:t>
      </w:r>
    </w:p>
    <w:p>
      <w:pPr>
        <w:jc w:val="right"/>
      </w:pPr>
      <w:r>
        <w:t>وں کہ ایک سیکولرنسٹی میں یہ کہنے کا موقع ملنا، یہ خود زمانے میں ایک تبدیلی کا علامت ہے۔</w:t>
      </w:r>
    </w:p>
    <w:p>
      <w:r>
        <w:rPr>
          <w:b/>
        </w:rPr>
        <w:t xml:space="preserve">[44:59] </w:t>
      </w:r>
      <w:r>
        <w:t>Across peace across the world, jyu is grateful to you.</w:t>
      </w:r>
    </w:p>
    <w:p>
      <w:pPr>
        <w:jc w:val="right"/>
      </w:pPr>
      <w:r>
        <w:t>Across peace across the world, jyu is grateful to you.</w:t>
      </w:r>
    </w:p>
    <w:p>
      <w:r>
        <w:rPr>
          <w:b/>
        </w:rPr>
        <w:t xml:space="preserve">[45:05] </w:t>
      </w:r>
      <w:r>
        <w:t>Our center is very grateful to you, friends.</w:t>
      </w:r>
    </w:p>
    <w:p>
      <w:pPr>
        <w:jc w:val="right"/>
      </w:pPr>
      <w:r>
        <w:t>Our center is very grateful to you, friends.</w:t>
      </w:r>
    </w:p>
    <w:p>
      <w:r>
        <w:rPr>
          <w:b/>
        </w:rPr>
        <w:t xml:space="preserve">[45:11] </w:t>
      </w:r>
      <w:r>
        <w:t>We will take up a few questions from you.</w:t>
      </w:r>
    </w:p>
    <w:p>
      <w:pPr>
        <w:jc w:val="right"/>
      </w:pPr>
      <w:r>
        <w:t>We will take up a few questions from you.</w:t>
      </w:r>
    </w:p>
    <w:p>
      <w:r>
        <w:rPr>
          <w:b/>
        </w:rPr>
        <w:t xml:space="preserve">[45:17] </w:t>
      </w:r>
      <w:r>
        <w:t>Please take care that we need to wind</w:t>
      </w:r>
    </w:p>
    <w:p>
      <w:pPr>
        <w:jc w:val="right"/>
      </w:pPr>
      <w:r>
        <w:t>Please take care that we need to wind</w:t>
      </w:r>
    </w:p>
    <w:p>
      <w:r>
        <w:rPr>
          <w:b/>
        </w:rPr>
        <w:t xml:space="preserve">[45:23] </w:t>
      </w:r>
      <w:r>
        <w:t>up by 12:30. We are already, I think, 12, so the questions should be precise, to the point, and please keep in mind that we are talking about peace. ji 25 saal tak maine aap ka ek azeem maqala padha tha, us ke baad maine aap ka kabhi kuch nahi dekha, is liye ke mere paas jitni cheezein apni parhne ki hain, us ke ilawa fursat nahi milti ke main akhbar parhoon. aur woh jo maqal</w:t>
      </w:r>
    </w:p>
    <w:p>
      <w:pPr>
        <w:jc w:val="right"/>
      </w:pPr>
      <w:r>
        <w:t>up by 12:30. We are already, I think, 12, so the questions should be precise, to the point, and please keep in mind that we are talking about peace. جی 25 سال تک میں نے آپ کا ایک عظیم مقالہ پڑھا تھا، اس کے بعد میں نے آپ کا کبھی کچھ نہیں دیکھا، اس لیے کہ میرے پاس جتنی چیزیں اپنی پڑھنے کی ہیں، اس کے علاوہ فرصت نہیں ملتی کہ میں اخبار پڑھوں۔ اور وہ جو مقال</w:t>
      </w:r>
    </w:p>
    <w:p>
      <w:r>
        <w:rPr>
          <w:b/>
        </w:rPr>
        <w:t xml:space="preserve">[45:53] </w:t>
      </w:r>
      <w:r>
        <w:t>tha aap ka, taqreeban isi se mutalliq tha ke musalmanon ko Hindustan mein kaise rehna chahiye, aur</w:t>
      </w:r>
    </w:p>
    <w:p>
      <w:pPr>
        <w:jc w:val="right"/>
      </w:pPr>
      <w:r>
        <w:t>ہ تھا آپ کا، تقریباً اسی سے متعلق تھا کہ مسلمانوں کو ہندوستان میں کیسے رہنا چاہیے، اور</w:t>
      </w:r>
    </w:p>
    <w:p>
      <w:r>
        <w:rPr>
          <w:b/>
        </w:rPr>
        <w:t xml:space="preserve">[45:59] </w:t>
      </w:r>
      <w:r>
        <w:t>is mein aap ne Jews community ka hawala diya ke why Jews community is not into the controversial</w:t>
      </w:r>
    </w:p>
    <w:p>
      <w:pPr>
        <w:jc w:val="right"/>
      </w:pPr>
      <w:r>
        <w:t>اس میں آپ نے جیوز کمیونٹی کا حوالہ دیا کہ why Jews community is not into the controversial</w:t>
      </w:r>
    </w:p>
    <w:p>
      <w:r>
        <w:rPr>
          <w:b/>
        </w:rPr>
        <w:t xml:space="preserve">[46:05] </w:t>
      </w:r>
      <w:r>
        <w:t>things mujhe woh aap ki baat itni pasand nahi aayi thi.</w:t>
      </w:r>
    </w:p>
    <w:p>
      <w:pPr>
        <w:jc w:val="right"/>
      </w:pPr>
      <w:r>
        <w:t>things مجھے وہ آپ کی بات اتنی پسند نہیں آئی تھی۔</w:t>
      </w:r>
    </w:p>
    <w:p>
      <w:r>
        <w:rPr>
          <w:b/>
        </w:rPr>
        <w:t xml:space="preserve">[46:12] </w:t>
      </w:r>
      <w:r>
        <w:t>maine re-winder likha, Times of India mein woh chapa tha, taqreeban 25 saal pehle, aur do</w:t>
      </w:r>
    </w:p>
    <w:p>
      <w:pPr>
        <w:jc w:val="right"/>
      </w:pPr>
      <w:r>
        <w:t>میں نے ری وائنڈر لکھا، ٹائمز آف انڈیا میں وہ چھپا تھا، تقریباً 25 سال پہلے، اور دو</w:t>
      </w:r>
    </w:p>
    <w:p>
      <w:r>
        <w:rPr>
          <w:b/>
        </w:rPr>
        <w:t xml:space="preserve">[46:18] </w:t>
      </w:r>
      <w:r>
        <w:t>teen din tak sochta raha ke is</w:t>
      </w:r>
    </w:p>
    <w:p>
      <w:pPr>
        <w:jc w:val="right"/>
      </w:pPr>
      <w:r>
        <w:t>تین دن تک سوچتا رہا کہ اس</w:t>
      </w:r>
    </w:p>
    <w:p>
      <w:r>
        <w:rPr>
          <w:b/>
        </w:rPr>
        <w:t xml:space="preserve">[46:24] </w:t>
      </w:r>
      <w:r>
        <w:t>ko main kaise bhejoon.</w:t>
      </w:r>
    </w:p>
    <w:p>
      <w:pPr>
        <w:jc w:val="right"/>
      </w:pPr>
      <w:r>
        <w:t>کو میں کیسے بھیجوں۔</w:t>
      </w:r>
    </w:p>
    <w:p>
      <w:r>
        <w:rPr>
          <w:b/>
        </w:rPr>
        <w:t xml:space="preserve">[46:29] </w:t>
      </w:r>
      <w:r>
        <w:t>aur un ke sawal aur mere jawab dono chalte rahe saath saath.</w:t>
      </w:r>
    </w:p>
    <w:p>
      <w:pPr>
        <w:jc w:val="right"/>
      </w:pPr>
      <w:r>
        <w:t>اور ان کے سوال اور میرے جواب دونوں چلتے رہے ساتھ ساتھ۔</w:t>
      </w:r>
    </w:p>
    <w:p>
      <w:r>
        <w:rPr>
          <w:b/>
        </w:rPr>
        <w:t xml:space="preserve">[46:34] </w:t>
      </w:r>
      <w:r>
        <w:t>phir maine socha ke aap ne kitni munasib baat kahi, aur maine apne re-winder ko</w:t>
      </w:r>
    </w:p>
    <w:p>
      <w:pPr>
        <w:jc w:val="right"/>
      </w:pPr>
      <w:r>
        <w:t>پھر میں نے سوچا کہ آپ نے کتنی مناسب بات کہی، اور میں نے اپنے ری وائنڈر کو</w:t>
      </w:r>
    </w:p>
    <w:p>
      <w:r>
        <w:rPr>
          <w:b/>
        </w:rPr>
        <w:t xml:space="preserve">[46:39] </w:t>
      </w:r>
      <w:r>
        <w:t>parh ke dekha.</w:t>
      </w:r>
    </w:p>
    <w:p>
      <w:pPr>
        <w:jc w:val="right"/>
      </w:pPr>
      <w:r>
        <w:t>پڑھ کے دیکھا۔</w:t>
      </w:r>
    </w:p>
    <w:p>
      <w:r>
        <w:rPr>
          <w:b/>
        </w:rPr>
        <w:t xml:space="preserve">[46:44] </w:t>
      </w:r>
      <w:r>
        <w:t>aaj aap ne jo Islam ko ek peaceful mazhab ke taur par pesh karne ke mission ke</w:t>
      </w:r>
    </w:p>
    <w:p>
      <w:pPr>
        <w:jc w:val="right"/>
      </w:pPr>
      <w:r>
        <w:t>آج آپ نے جو اسلام کو ایک پیس فل مذہب کے طور پر پیش کرنے کے مشن کے</w:t>
      </w:r>
    </w:p>
    <w:p>
      <w:r>
        <w:rPr>
          <w:b/>
        </w:rPr>
        <w:t xml:space="preserve">[46:49] </w:t>
      </w:r>
      <w:r>
        <w:t>bare mein jo aap ne jis method ka zikr kiya hai, us se main mutaf</w:t>
      </w:r>
    </w:p>
    <w:p>
      <w:pPr>
        <w:jc w:val="right"/>
      </w:pPr>
      <w:r>
        <w:t>بارے میں جو آپ نے جس میتھڈ کا ذکر کیا ہے، اس سے میں متف</w:t>
      </w:r>
    </w:p>
    <w:p>
      <w:r>
        <w:rPr>
          <w:b/>
        </w:rPr>
        <w:t xml:space="preserve">[46:54] </w:t>
      </w:r>
      <w:r>
        <w:t>fiq bhi hoon aur nahi bhi hoon, ya yeh kahiye ke main kuli taur par mutafiq nahi hoon.</w:t>
      </w:r>
    </w:p>
    <w:p>
      <w:pPr>
        <w:jc w:val="right"/>
      </w:pPr>
      <w:r>
        <w:t>ق بھی ہوں اور نہیں بھی ہوں، یا یہ کہیے کہ میں کلی طور پر متفق نہیں ہوں۔</w:t>
      </w:r>
    </w:p>
    <w:p>
      <w:r>
        <w:rPr>
          <w:b/>
        </w:rPr>
        <w:t xml:space="preserve">[47:00] </w:t>
      </w:r>
      <w:r>
        <w:t>woh is liye ke aap kyun chahte hain ke main yeh quran parhoon? jab main solan tha, kabhi</w:t>
      </w:r>
    </w:p>
    <w:p>
      <w:pPr>
        <w:jc w:val="right"/>
      </w:pPr>
      <w:r>
        <w:t>وہ اس لیے کہ آپ کیوں چاہتے ہیں کہ میں یہ قرآن پڑھوں؟ جب میں سولن تھا، کبھی</w:t>
      </w:r>
    </w:p>
    <w:p>
      <w:r>
        <w:rPr>
          <w:b/>
        </w:rPr>
        <w:t xml:space="preserve">[47:06] </w:t>
      </w:r>
      <w:r>
        <w:t>bohat pehle, to main apne doston se yeh baat kehta tha ke jo musalman nahi hain, un ko</w:t>
      </w:r>
    </w:p>
    <w:p>
      <w:pPr>
        <w:jc w:val="right"/>
      </w:pPr>
      <w:r>
        <w:t>بہت پہلے، تو میں اپنے دوستوں سے یہ بات کہتا تھا کہ جو مسلمان نہیں ہیں، ان کو</w:t>
      </w:r>
    </w:p>
    <w:p>
      <w:r>
        <w:rPr>
          <w:b/>
        </w:rPr>
        <w:t xml:space="preserve">[47:12] </w:t>
      </w:r>
      <w:r>
        <w:t>aap un se aap yeh kyun tawakkuf karte hain ke woh quran parhein, woh quran parhein, is ke</w:t>
      </w:r>
    </w:p>
    <w:p>
      <w:pPr>
        <w:jc w:val="right"/>
      </w:pPr>
      <w:r>
        <w:t>آپ ان سے آپ یہ کیوں توقع کرتے ہیں کہ وہ قرآن پڑھیں، وہ قرآن پڑھیں، اس کے</w:t>
      </w:r>
    </w:p>
    <w:p>
      <w:r>
        <w:rPr>
          <w:b/>
        </w:rPr>
        <w:t xml:space="preserve">[47:18] </w:t>
      </w:r>
      <w:r>
        <w:t>baad woh islam ko samjhein?</w:t>
      </w:r>
    </w:p>
    <w:p>
      <w:pPr>
        <w:jc w:val="right"/>
      </w:pPr>
      <w:r>
        <w:t>بعد وہ اسلام کو سمجھیں؟</w:t>
      </w:r>
    </w:p>
    <w:p>
      <w:r>
        <w:rPr>
          <w:b/>
        </w:rPr>
        <w:t xml:space="preserve">[47:24] </w:t>
      </w:r>
      <w:r>
        <w:t>aap apne kirdaar se aur apni shakhsiyat se yeh kyun nahi batate ke islam kya hai? yeh jo</w:t>
      </w:r>
    </w:p>
    <w:p>
      <w:pPr>
        <w:jc w:val="right"/>
      </w:pPr>
      <w:r>
        <w:t>آپ اپنے کردار سے اور اپنی شخصیت سے یہ کیوں نہیں بتاتے کہ اسلام کیا ہے؟ یہ جو</w:t>
      </w:r>
    </w:p>
    <w:p>
      <w:r>
        <w:rPr>
          <w:b/>
        </w:rPr>
        <w:t xml:space="preserve">[47:30] </w:t>
      </w:r>
      <w:r>
        <w:t>mission hai ke islam ko ek peaceful mazhab ke taur par pesh karne ka, yeh hum kehte</w:t>
      </w:r>
    </w:p>
    <w:p>
      <w:pPr>
        <w:jc w:val="right"/>
      </w:pPr>
      <w:r>
        <w:t>مشن ہے کہ اسلام کو ایک پیس فل مذہب کے طور پر پیش کرنے کا، یہ ہم کہتے</w:t>
      </w:r>
    </w:p>
    <w:p>
      <w:r>
        <w:rPr>
          <w:b/>
        </w:rPr>
        <w:t xml:space="preserve">[47:36] </w:t>
      </w:r>
      <w:r>
        <w:t>bhi hain, log sunte bhi hain ke islam peaceful mazhab hai, hum jante bhi hain.</w:t>
      </w:r>
    </w:p>
    <w:p>
      <w:pPr>
        <w:jc w:val="right"/>
      </w:pPr>
      <w:r>
        <w:t>بھی ہیں، لوگ سنتے بھی ہیں کہ اسلام پیس فل مذہب ہے، ہم جانتے بھی ہیں۔</w:t>
      </w:r>
    </w:p>
    <w:p>
      <w:r>
        <w:rPr>
          <w:b/>
        </w:rPr>
        <w:t xml:space="preserve">[47:43] </w:t>
      </w:r>
      <w:r>
        <w:t>Take this what I would like to know what is the factor to me critical Islam and the</w:t>
      </w:r>
    </w:p>
    <w:p>
      <w:pPr>
        <w:jc w:val="right"/>
      </w:pPr>
      <w:r>
        <w:t>Take this what I would like to know what is the factor to me critical اسلام and the</w:t>
      </w:r>
    </w:p>
    <w:p>
      <w:r>
        <w:rPr>
          <w:b/>
        </w:rPr>
        <w:t xml:space="preserve">[47:49] </w:t>
      </w:r>
      <w:r>
        <w:t>islam that we live or the younger generation of</w:t>
      </w:r>
    </w:p>
    <w:p>
      <w:pPr>
        <w:jc w:val="right"/>
      </w:pPr>
      <w:r>
        <w:t>اسلام that we live or the younger generation of</w:t>
      </w:r>
    </w:p>
    <w:p>
      <w:r>
        <w:rPr>
          <w:b/>
        </w:rPr>
        <w:t xml:space="preserve">[47:55] </w:t>
      </w:r>
      <w:r>
        <w:t>Today throughout world live what is this dichotomy and why this dichotomy is there? Woh jo Hindustan se bhi hamare jo naujawan log jo ossimetia dolje mein jaate hain, lagte hain, jaane ki koshish bhi karte hain, pakde bhi jaate hain, aakhir un ke liye aap ke paas kuch hai kya? What is the method to bring I mean those those those those so called</w:t>
      </w:r>
    </w:p>
    <w:p>
      <w:pPr>
        <w:jc w:val="right"/>
      </w:pPr>
      <w:r>
        <w:t>today throughout world live what is this dichotomy and why this dichotomy is there وہ جو ہندوستان سے بھی ہمارے جو نوجوان لوگ جو اوپیسیمیٹیا ڈولجے میں جاتے ہیں، لگتے ہیں، جانے کی کوشش بھی کرتے ہیں، پکڑے بھی جاتے ہیں، آخر ان کے لیے آپ کے پاس کچھ ہے کیا؟ What is the method to bring I mean those those those those so called</w:t>
      </w:r>
    </w:p>
    <w:p>
      <w:r>
        <w:rPr>
          <w:b/>
        </w:rPr>
        <w:t xml:space="preserve">[48:25] </w:t>
      </w:r>
      <w:r>
        <w:t>muslim who are not following the true Islam as you perceive as you think that you should obey they are not following okay what is it ek doosra yeh hai ke hum huliye se to musalman nazar aate hain lekin bohat kam mujhe lagta hai ke waqai jo ek muslim ko jis tarah se hona chahiye, matlab mujh pe to kafir ka ilzaam aap farz laga sakte hain because I don't have beard I don't wearing cap or something lekin jo baazabte nazar aate hain ke koi bhi dekh ke keh sakta hai ke she</w:t>
      </w:r>
    </w:p>
    <w:p>
      <w:pPr>
        <w:jc w:val="right"/>
      </w:pPr>
      <w:r>
        <w:t>مسلم who are not following the true اسلام as you perceive as you think that you should obey they are not following okay what is it ایک دوسرا یہ ہے کہ ہم حلیے سے تو مسلمان نظر آتے ہیں لیکن بہت کم مجھے لگتا ہے کہ واقعی جو ایک مسلم کو جس طرح سے ہونا چاہیے، مطلب مجھ پہ تو کافر کا الزام آپ فرض لگا سکتے ہیں because I don't have beard I don't wearing cap or something لیکن جو باضابطے نظر آتے ہیں کہ کوئی بھی دیکھ کے کہہ سکتا ہے کہ شی</w:t>
      </w:r>
    </w:p>
    <w:p>
      <w:r>
        <w:rPr>
          <w:b/>
        </w:rPr>
        <w:t xml:space="preserve">[48:55] </w:t>
      </w:r>
      <w:r>
        <w:t>rawani bhi hai, topi bhi hai, dadi bhi hai, sab kuch bhi hai, musalman bhi hai, matlab ke</w:t>
      </w:r>
    </w:p>
    <w:p>
      <w:pPr>
        <w:jc w:val="right"/>
      </w:pPr>
      <w:r>
        <w:t>روانی بھی ہے، ٹوپی بھی ہے، داڑھی بھی ہے، سب کچھ بھی ہے، مسلمان بھی ہے، مطلب کہ</w:t>
      </w:r>
    </w:p>
    <w:p>
      <w:r>
        <w:rPr>
          <w:b/>
        </w:rPr>
        <w:t xml:space="preserve">[49:03] </w:t>
      </w:r>
      <w:r>
        <w:t>وہ why they are not real Muslim. دیکھیں، میں سمجھتا ہوں کہ دونوں کوسچن کا ایک ہی انسر</w:t>
      </w:r>
    </w:p>
    <w:p>
      <w:pPr>
        <w:jc w:val="right"/>
      </w:pPr>
      <w:r>
        <w:t>وہ why they are not real مسلم دیکھیں، میں سمجھتا ہوں کہ دونوں کوسچن کا ایک ہی انسر</w:t>
      </w:r>
    </w:p>
    <w:p>
      <w:r>
        <w:rPr>
          <w:b/>
        </w:rPr>
        <w:t xml:space="preserve">[49:11] </w:t>
      </w:r>
      <w:r>
        <w:t>ہے، وہ ہے you have to differentiate between Islam and Muslims you have to judge Muslims in the light</w:t>
      </w:r>
    </w:p>
    <w:p>
      <w:pPr>
        <w:jc w:val="right"/>
      </w:pPr>
      <w:r>
        <w:t>ہے، وہ ہے you have to differentiate between Islam and Muslims you have judge Muslims in the light</w:t>
      </w:r>
    </w:p>
    <w:p>
      <w:r>
        <w:rPr>
          <w:b/>
        </w:rPr>
        <w:t xml:space="preserve">[49:19] </w:t>
      </w:r>
      <w:r>
        <w:t>of Islamic teaching and not vice versa</w:t>
      </w:r>
    </w:p>
    <w:p>
      <w:pPr>
        <w:jc w:val="right"/>
      </w:pPr>
      <w:r>
        <w:t>of Islamic teaching and not vice versa</w:t>
      </w:r>
    </w:p>
    <w:p>
      <w:r>
        <w:rPr>
          <w:b/>
        </w:rPr>
        <w:t xml:space="preserve">[49:27] </w:t>
      </w:r>
      <w:r>
        <w:t>kyun ke yeh scientific study isi ka naam hota hai.</w:t>
      </w:r>
    </w:p>
    <w:p>
      <w:pPr>
        <w:jc w:val="right"/>
      </w:pPr>
      <w:r>
        <w:t>کیونکہ یہ سائنٹیفک اسٹڈی اسی کا نام ہوتا ہے۔</w:t>
      </w:r>
    </w:p>
    <w:p>
      <w:r>
        <w:rPr>
          <w:b/>
        </w:rPr>
        <w:t xml:space="preserve">[49:34] </w:t>
      </w:r>
      <w:r>
        <w:t>scientific study yahi hai ke aap authentic jo source hai, us se rai banayein.</w:t>
      </w:r>
    </w:p>
    <w:p>
      <w:pPr>
        <w:jc w:val="right"/>
      </w:pPr>
      <w:r>
        <w:t>سائنٹیفک اسٹڈی یہی ہے کہ آپ اتھنٹک جو سورس ہے، اس سے رائے بنائیں۔</w:t>
      </w:r>
    </w:p>
    <w:p>
      <w:r>
        <w:rPr>
          <w:b/>
        </w:rPr>
        <w:t xml:space="preserve">[49:42] </w:t>
      </w:r>
      <w:r>
        <w:t>musalman authentic source nahi hai, musalman authentic source nahi hai islam ko janne ka.</w:t>
      </w:r>
    </w:p>
    <w:p>
      <w:pPr>
        <w:jc w:val="right"/>
      </w:pPr>
      <w:r>
        <w:t>مسلمان اتھنٹک سورس نہیں ہے، مسلمان اتھنٹک سورس نہیں ہے اسلام کو جاننے کا۔</w:t>
      </w:r>
    </w:p>
    <w:p>
      <w:r>
        <w:rPr>
          <w:b/>
        </w:rPr>
        <w:t xml:space="preserve">[49:49] </w:t>
      </w:r>
      <w:r>
        <w:t>islam ko janne ka jo authentic source hai, woh quran hai aur sunnat hai. musalman</w:t>
      </w:r>
    </w:p>
    <w:p>
      <w:pPr>
        <w:jc w:val="right"/>
      </w:pPr>
      <w:r>
        <w:t>اسلام کو جاننے کا جو اتھنٹک سورس ہے، وہ قرآن ہے اور سنت ہے۔ مسلمان</w:t>
      </w:r>
    </w:p>
    <w:p>
      <w:r>
        <w:rPr>
          <w:b/>
        </w:rPr>
        <w:t xml:space="preserve">[49:57] </w:t>
      </w:r>
      <w:r>
        <w:t>to ek community hain, jaisa main doosri misaal deta hoon ke india mein hindu log hain, hum hindu</w:t>
      </w:r>
    </w:p>
    <w:p>
      <w:pPr>
        <w:jc w:val="right"/>
      </w:pPr>
      <w:r>
        <w:t>تو ایک کمیونٹی ہیں، جیسا میں دوسری مثال دیتا ہوں کہ انڈیا میں ہندو لوگ ہیں، ہم ہندو</w:t>
      </w:r>
    </w:p>
    <w:p>
      <w:r>
        <w:rPr>
          <w:b/>
        </w:rPr>
        <w:t xml:space="preserve">[50:03] </w:t>
      </w:r>
      <w:r>
        <w:t>logon ko apna bhai samajhte hain, lekin kya hindu log jo hain, woh source ban sakte hain yeh</w:t>
      </w:r>
    </w:p>
    <w:p>
      <w:pPr>
        <w:jc w:val="right"/>
      </w:pPr>
      <w:r>
        <w:t>لوگوں کو اپنا بھائی سمجھتے ہیں، لیکن کیا ہندو لوگ جو ہیں، وہ سورس بن سکتے ہیں یہ</w:t>
      </w:r>
    </w:p>
    <w:p>
      <w:r>
        <w:rPr>
          <w:b/>
        </w:rPr>
        <w:t xml:space="preserve">[50:09] </w:t>
      </w:r>
      <w:r>
        <w:t>سمجھنے کا کہ what یعنی ویدانتک کیا ہے؟ آپ کو اگر جانتا ہے کہ ویدانتک کیا ہے تو</w:t>
      </w:r>
    </w:p>
    <w:p>
      <w:pPr>
        <w:jc w:val="right"/>
      </w:pPr>
      <w:r>
        <w:t>سمجھنے کا کہ واٹ یعنی ویدانتک کیا ہے؟ آپ کو اگر جانتا ہے کہ ویدانتک کیا ہے تو</w:t>
      </w:r>
    </w:p>
    <w:p>
      <w:r>
        <w:rPr>
          <w:b/>
        </w:rPr>
        <w:t xml:space="preserve">[50:15] </w:t>
      </w:r>
      <w:r>
        <w:t>aap ko book padhna parega.</w:t>
      </w:r>
    </w:p>
    <w:p>
      <w:pPr>
        <w:jc w:val="right"/>
      </w:pPr>
      <w:r>
        <w:t>آپ کو بک پڑھنا پڑے گا۔</w:t>
      </w:r>
    </w:p>
    <w:p>
      <w:r>
        <w:rPr>
          <w:b/>
        </w:rPr>
        <w:t xml:space="preserve">[50:21] </w:t>
      </w:r>
      <w:r>
        <w:t>ya india ki jo society mein jo log hain, kya woh source ban sakte hain ke india ka constitution kya</w:t>
      </w:r>
    </w:p>
    <w:p>
      <w:pPr>
        <w:jc w:val="right"/>
      </w:pPr>
      <w:r>
        <w:t>یا انڈیا کی جو سوسائٹی میں جو لوگ ہیں، کیا وہ سورس بن سکتے ہیں کہ انڈیا کا کنسٹیٹیوشن کیا</w:t>
      </w:r>
    </w:p>
    <w:p>
      <w:r>
        <w:rPr>
          <w:b/>
        </w:rPr>
        <w:t xml:space="preserve">[50:27] </w:t>
      </w:r>
      <w:r>
        <w:t>hai? aap ko janna hai constitution to aap ko constitution ko padhna parega.</w:t>
      </w:r>
    </w:p>
    <w:p>
      <w:pPr>
        <w:jc w:val="right"/>
      </w:pPr>
      <w:r>
        <w:t>ہے؟ آپ کو جاننا ہے کنسٹیٹیوشن تو آپ کو کانسٹیٹیوشن کو پڑھنا پڑے گا۔</w:t>
      </w:r>
    </w:p>
    <w:p>
      <w:r>
        <w:rPr>
          <w:b/>
        </w:rPr>
        <w:t xml:space="preserve">[50:32] </w:t>
      </w:r>
      <w:r>
        <w:t>to there is difference between text and community, yeh har jagah hai, koi islam hi ki baat nahi</w:t>
      </w:r>
    </w:p>
    <w:p>
      <w:pPr>
        <w:jc w:val="right"/>
      </w:pPr>
      <w:r>
        <w:t>تو دیر از ڈفرنس بٹوین ٹیکسٹ اینڈ کمیونٹی، یہ ہر جگہ ہے، کوئی اسلام ہی کی بات نہیں</w:t>
      </w:r>
    </w:p>
    <w:p>
      <w:r>
        <w:rPr>
          <w:b/>
        </w:rPr>
        <w:t xml:space="preserve">[50:37] </w:t>
      </w:r>
      <w:r>
        <w:t>hai, christianity mein bhi yahi baat hai, har jagah.</w:t>
      </w:r>
    </w:p>
    <w:p>
      <w:pPr>
        <w:jc w:val="right"/>
      </w:pPr>
      <w:r>
        <w:t>ہے، کرسچینٹی میں بھی یہی بات ہے، ہر جگہ۔</w:t>
      </w:r>
    </w:p>
    <w:p>
      <w:r>
        <w:rPr>
          <w:b/>
        </w:rPr>
        <w:t xml:space="preserve">[50:42] </w:t>
      </w:r>
      <w:r>
        <w:t>to scientific study ka tareeqa yeh hai ke aap jo authentic source hai, us ko dekhein, kyun ke insan</w:t>
      </w:r>
    </w:p>
    <w:p>
      <w:pPr>
        <w:jc w:val="right"/>
      </w:pPr>
      <w:r>
        <w:t>تو سائنٹیفک سٹڈی کا طریقہ یہ ہے کہ آپ جو اتھنٹک سورس ہے، اس کو دیکھیں، کیونکہ انسان</w:t>
      </w:r>
    </w:p>
    <w:p>
      <w:r>
        <w:rPr>
          <w:b/>
        </w:rPr>
        <w:t xml:space="preserve">[50:47] </w:t>
      </w:r>
      <w:r>
        <w:t>to apne rai pe chal sakta hai, kuch bhi kar sakta hai, lekin authentic source to woh nahi hai.</w:t>
      </w:r>
    </w:p>
    <w:p>
      <w:pPr>
        <w:jc w:val="right"/>
      </w:pPr>
      <w:r>
        <w:t>تو اپنے رائے پہ چل سکتا ہے، کچھ بھی کر سکتا ہے، لیکن اتھنٹک سورس تو وہ نہیں ہے۔</w:t>
      </w:r>
    </w:p>
    <w:p>
      <w:r>
        <w:rPr>
          <w:b/>
        </w:rPr>
        <w:t xml:space="preserve">[50:52] </w:t>
      </w:r>
      <w:r>
        <w:t>keh state ko jaan</w:t>
      </w:r>
    </w:p>
    <w:p>
      <w:pPr>
        <w:jc w:val="right"/>
      </w:pPr>
      <w:r>
        <w:t>کہ سٹی کو جان</w:t>
      </w:r>
    </w:p>
    <w:p>
      <w:r>
        <w:rPr>
          <w:b/>
        </w:rPr>
        <w:t xml:space="preserve">[50:57] </w:t>
      </w:r>
      <w:r>
        <w:t>na hai to New Testament padhiye, India ke legal system ko janna hai to Constitution padhiye, Hindu logon</w:t>
      </w:r>
    </w:p>
    <w:p>
      <w:pPr>
        <w:jc w:val="right"/>
      </w:pPr>
      <w:r>
        <w:t>نا ہے تو نیو ٹیسٹمنٹ پڑھیے، انڈیا کے لیگل سسٹم کو جاننا ہے تو کانسٹیٹیوشن پڑھیے، ہندو لوگوں</w:t>
      </w:r>
    </w:p>
    <w:p>
      <w:r>
        <w:rPr>
          <w:b/>
        </w:rPr>
        <w:t xml:space="preserve">[51:03] </w:t>
      </w:r>
      <w:r>
        <w:t>ko janna hai to geeta parhiye.</w:t>
      </w:r>
    </w:p>
    <w:p>
      <w:pPr>
        <w:jc w:val="right"/>
      </w:pPr>
      <w:r>
        <w:t>کو جاننا ہے تو گیتا پڑھیے۔</w:t>
      </w:r>
    </w:p>
    <w:p>
      <w:r>
        <w:rPr>
          <w:b/>
        </w:rPr>
        <w:t xml:space="preserve">[51:09] </w:t>
      </w:r>
      <w:r>
        <w:t>yahi mein kehta hoon islam ke bare mein bhi hai, mein koi nai baat nahi kar raha, yeh</w:t>
      </w:r>
    </w:p>
    <w:p>
      <w:pPr>
        <w:jc w:val="right"/>
      </w:pPr>
      <w:r>
        <w:t>یہی میں کہتا ہوں اسلام کے بارے میں بھی ہے، میں کوئی نئی بات نہیں کر رہا، یہ</w:t>
      </w:r>
    </w:p>
    <w:p>
      <w:r>
        <w:rPr>
          <w:b/>
        </w:rPr>
        <w:t xml:space="preserve">[51:15] </w:t>
      </w:r>
      <w:r>
        <w:t>to sari dunya mein accepted principle hai, accepted bismillah hir rahman nir rahim satakallamu bilisani alarabi ana saeedun bilqaa'i</w:t>
      </w:r>
    </w:p>
    <w:p>
      <w:pPr>
        <w:jc w:val="right"/>
      </w:pPr>
      <w:r>
        <w:t>تو ساری دنیا میں ایکسیپٹڈ پرنسپل ہے، ایکسیپٹڈ بسم اللہ الرحمن الرحيم سأتكلم بلساني العربي أنا سعيد بلقاء</w:t>
      </w:r>
    </w:p>
    <w:p>
      <w:r>
        <w:rPr>
          <w:b/>
        </w:rPr>
        <w:t xml:space="preserve">[51:21] </w:t>
      </w:r>
      <w:r>
        <w:t>maulana wahiduddin khan</w:t>
      </w:r>
    </w:p>
    <w:p>
      <w:pPr>
        <w:jc w:val="right"/>
      </w:pPr>
      <w:r>
        <w:t>مولانا وحيد الدين خان</w:t>
      </w:r>
    </w:p>
    <w:p>
      <w:r>
        <w:rPr>
          <w:b/>
        </w:rPr>
        <w:t xml:space="preserve">[51:27] </w:t>
      </w:r>
      <w:r>
        <w:t>wahuwa 'ilmun kabeerun wa nasma'u bihi bil'alam al'arabi walayhi ishaamaatun kabeeratun wa ahammu ma yatrahuhu daa'iman huwa as-salmu wal-muhadanatun wal-'ayshu</w:t>
      </w:r>
    </w:p>
    <w:p>
      <w:pPr>
        <w:jc w:val="right"/>
      </w:pPr>
      <w:r>
        <w:t>وهو علم كبير ونسمع به بالعالم العربي ولديه إسهامات كبيرة وأهم ما يطرحه دائماً هو السلم والمهادنة والعيش</w:t>
      </w:r>
    </w:p>
    <w:p>
      <w:r>
        <w:rPr>
          <w:b/>
        </w:rPr>
        <w:t xml:space="preserve">[51:37] </w:t>
      </w:r>
      <w:r>
        <w:t>al-mushtaraku was-salmu al-ahli wa hadha mas'alatun muhimmatun jiddan fil-islami wa fi 'alamina al-mu'asir lakin ana araa anna al-mubalaghata fi</w:t>
      </w:r>
    </w:p>
    <w:p>
      <w:pPr>
        <w:jc w:val="right"/>
      </w:pPr>
      <w:r>
        <w:t>المشترك والسلم الأهلي وهذا مسألة مهمة جداً في الإسلام وفي عالمنا المعاصر لكن أنا أرى أن المبالغة في</w:t>
      </w:r>
    </w:p>
    <w:p>
      <w:r>
        <w:rPr>
          <w:b/>
        </w:rPr>
        <w:t xml:space="preserve">[51:47] </w:t>
      </w:r>
      <w:r>
        <w:t>dhalika minna fil-mubalaghata fi jaldhi adh-dhati wa ka</w:t>
      </w:r>
    </w:p>
    <w:p>
      <w:pPr>
        <w:jc w:val="right"/>
      </w:pPr>
      <w:r>
        <w:t>ذلك منا في المبالغة في جلد الذات وك</w:t>
      </w:r>
    </w:p>
    <w:p>
      <w:r>
        <w:rPr>
          <w:b/>
        </w:rPr>
        <w:t xml:space="preserve">[51:57] </w:t>
      </w:r>
      <w:r>
        <w:t>innamal-'unfu huwa sadirun minna faqat aw at-tarkizu 'ala annana yajibu an nakuna muhadinina an nakuna musalimine wa ka'annamana nahnu al-fa'ilun.</w:t>
      </w:r>
    </w:p>
    <w:p>
      <w:pPr>
        <w:jc w:val="right"/>
      </w:pPr>
      <w:r>
        <w:t>أنما العنف هو صادر منا فقط أو التركيز على أننا يجب أن نكون مهادنين أن نكون مسالمين وكأنما نحن الفاعلون.</w:t>
      </w:r>
    </w:p>
    <w:p>
      <w:r>
        <w:rPr>
          <w:b/>
        </w:rPr>
        <w:t xml:space="preserve">[52:08] </w:t>
      </w:r>
      <w:r>
        <w:t>ana araa annana fi mawqi'i al-maf'ooli bihi akthara min mawqi'i al-fa'il.</w:t>
      </w:r>
    </w:p>
    <w:p>
      <w:pPr>
        <w:jc w:val="right"/>
      </w:pPr>
      <w:r>
        <w:t>أنا أرى أننا في موقع المفعول به أكثر من موقع الفاعل.</w:t>
      </w:r>
    </w:p>
    <w:p>
      <w:r>
        <w:rPr>
          <w:b/>
        </w:rPr>
        <w:t xml:space="preserve">[52:18] </w:t>
      </w:r>
      <w:r>
        <w:t>al-fi'lu yaqa'u 'alayna wa ba'du abnaa'ina wa ba'du al-muslimeena yakoonu ladayhim raddatu fi'lin 'anifatin lakinnal-islama daa'iman kaana yahuththu 'ala</w:t>
      </w:r>
    </w:p>
    <w:p>
      <w:pPr>
        <w:jc w:val="right"/>
      </w:pPr>
      <w:r>
        <w:t>الفعل يقع علينا وبعض أبنائنا وبعض المسلمين يكون لديهم ردة فعل عنيفة لكن الإسلام دائماً كان يحث على</w:t>
      </w:r>
    </w:p>
    <w:p>
      <w:r>
        <w:rPr>
          <w:b/>
        </w:rPr>
        <w:t xml:space="preserve">[52:28] </w:t>
      </w:r>
      <w:r>
        <w:t>al-quwwati wa yahuththu 'ala izhari ash-shawkati hatta ar-rasoolu sallallahu 'alayhi wa sallama kaana daa'iman fi fi'lihi wa kaana fi tawjeehi</w:t>
      </w:r>
    </w:p>
    <w:p>
      <w:pPr>
        <w:jc w:val="right"/>
      </w:pPr>
      <w:r>
        <w:t>القوة ويحث على إظهار الشوكة حتى الرسول صلى الله عليه وسلم كان دائماً في فعله وكان في توجيه</w:t>
      </w:r>
    </w:p>
    <w:p>
      <w:r>
        <w:rPr>
          <w:b/>
        </w:rPr>
        <w:t xml:space="preserve">[52:35] </w:t>
      </w:r>
      <w:r>
        <w:t>minallahi subhanahu wa ta'ala hatta fi hadithati ma'rakati badrin 'indama kaana hunaka asraa lil-muslimeena madha qala allahu subhanahu</w:t>
      </w:r>
    </w:p>
    <w:p>
      <w:pPr>
        <w:jc w:val="right"/>
      </w:pPr>
      <w:r>
        <w:t>من الله سبحانه وتعالى حتى في حادثة معركة بدر عندما كان هناك أسرى للمسلمين ماذا قال الله سبحانه</w:t>
      </w:r>
    </w:p>
    <w:p>
      <w:r>
        <w:rPr>
          <w:b/>
        </w:rPr>
        <w:t xml:space="preserve">[52:43] </w:t>
      </w:r>
      <w:r>
        <w:t>wa ta'ala? wajja nidaa'ahu ila an-nabiyyi qala ma qala linabiyyin an yakuna lahu asraa hatta yuthkhina fil-ardi turidoona</w:t>
      </w:r>
    </w:p>
    <w:p>
      <w:pPr>
        <w:jc w:val="right"/>
      </w:pPr>
      <w:r>
        <w:t>وتعالى؟ وجه نداءه إلى النبي قال ما قال لنبي أن يكون له أسرى حتى يثخن في الأرض تريدون</w:t>
      </w:r>
    </w:p>
    <w:p>
      <w:r>
        <w:rPr>
          <w:b/>
        </w:rPr>
        <w:t xml:space="preserve">[52:50] </w:t>
      </w:r>
      <w:r>
        <w:t>'aradha al-hayati ad-dunya wallahu yureedu al-akhirata alaysa kadhalik? ma'na hadha anna al-quwwata nahnu bi-hajatun ila al-quwwati</w:t>
      </w:r>
    </w:p>
    <w:p>
      <w:pPr>
        <w:jc w:val="right"/>
      </w:pPr>
      <w:r>
        <w:t>عرض الحياة الدنيا والله يريد الآخرة أليس كذلك؟ معنى هذا أن القوة نحن بحاجة إلى الق</w:t>
      </w:r>
    </w:p>
    <w:p>
      <w:r>
        <w:rPr>
          <w:b/>
        </w:rPr>
        <w:t xml:space="preserve">[52:58] </w:t>
      </w:r>
      <w:r>
        <w:t>wa laysa ila al-'unfi fi halati at-tamkeeni.</w:t>
      </w:r>
    </w:p>
    <w:p>
      <w:pPr>
        <w:jc w:val="right"/>
      </w:pPr>
      <w:r>
        <w:t>وة وليس إلى العنف في حالة التمكين.</w:t>
      </w:r>
    </w:p>
    <w:p>
      <w:r>
        <w:rPr>
          <w:b/>
        </w:rPr>
        <w:t xml:space="preserve">[53:08] </w:t>
      </w:r>
      <w:r>
        <w:t>muhawalatu jaldhi adh-dhati daa'iman annana lam nasna' al-hurub as-salibiyyata hum qataloo minna malayeena al-muslimeena nahnu lam naf'al</w:t>
      </w:r>
    </w:p>
    <w:p>
      <w:pPr>
        <w:jc w:val="right"/>
      </w:pPr>
      <w:r>
        <w:t>محاولة جلد الذات دائماً أن نحن لم نصنع الحروب الصليبية هم قتلوا منا ملايين المسلمين نحن لم نفعل</w:t>
      </w:r>
    </w:p>
    <w:p>
      <w:r>
        <w:rPr>
          <w:b/>
        </w:rPr>
        <w:t xml:space="preserve">[53:18] </w:t>
      </w:r>
      <w:r>
        <w:t>ya'ni lam nadkhul fi ma'rakatin kama dakhalloo fil-harbi al-'alamiyyati al-oola mata minhum 50 milyoonun urubiyyun nahnu lam naf'al</w:t>
      </w:r>
    </w:p>
    <w:p>
      <w:pPr>
        <w:jc w:val="right"/>
      </w:pPr>
      <w:r>
        <w:t>يعني لم ندخل في معركة كما دخلوا في الحرب العالمية الأولى مات منهم 50 مليون أوروبي نحن لم نفعل</w:t>
      </w:r>
    </w:p>
    <w:p>
      <w:r>
        <w:rPr>
          <w:b/>
        </w:rPr>
        <w:t xml:space="preserve">[53:28] </w:t>
      </w:r>
      <w:r>
        <w:t>mahakim at-tafatis fil-andalusi hum qataloona alaysa kadhalik? daa'iman kaana al-'unfu muwajjahan.</w:t>
      </w:r>
    </w:p>
    <w:p>
      <w:pPr>
        <w:jc w:val="right"/>
      </w:pPr>
      <w:r>
        <w:t>محاكم التفتيش في الأندلس هم قتلونا أليس كذلك؟ دائماً كان العنف موجه.</w:t>
      </w:r>
    </w:p>
    <w:p>
      <w:r>
        <w:rPr>
          <w:b/>
        </w:rPr>
        <w:t xml:space="preserve">[53:34] </w:t>
      </w:r>
      <w:r>
        <w:t>law hasabna kulla dhalika fi nazratin tarikhiyyatin lawajadna anna al-'unfa alladhi badara min al-muslimeena aqallu qaleelan min al-'unfi</w:t>
      </w:r>
    </w:p>
    <w:p>
      <w:pPr>
        <w:jc w:val="right"/>
      </w:pPr>
      <w:r>
        <w:t>لو حسبنا كل ذلك في نظرة تاريخية لوجدنا أن العنف الذي بدر من المسلمين أقل بقليل من العنف</w:t>
      </w:r>
    </w:p>
    <w:p>
      <w:r>
        <w:rPr>
          <w:b/>
        </w:rPr>
        <w:t xml:space="preserve">[53:40] </w:t>
      </w:r>
      <w:r>
        <w:t>alladhi badara ittijaha al-muslimeen.</w:t>
      </w:r>
    </w:p>
    <w:p>
      <w:pPr>
        <w:jc w:val="right"/>
      </w:pPr>
      <w:r>
        <w:t>الذي بدر باتجاه المسلمين.</w:t>
      </w:r>
    </w:p>
    <w:p>
      <w:r>
        <w:rPr>
          <w:b/>
        </w:rPr>
        <w:t xml:space="preserve">[53:46] </w:t>
      </w:r>
      <w:r>
        <w:t>nahnu nahtaju ila nidaa'in aydan lil-muhafadhata 'ala huquqina fi kulli al-'alam.</w:t>
      </w:r>
    </w:p>
    <w:p>
      <w:pPr>
        <w:jc w:val="right"/>
      </w:pPr>
      <w:r>
        <w:t>نحن نحتاج إلى نداء أيضاً للمحافظة على حقوقنا في كل العالم.</w:t>
      </w:r>
    </w:p>
    <w:p>
      <w:r>
        <w:rPr>
          <w:b/>
        </w:rPr>
        <w:t xml:space="preserve">[53:52] </w:t>
      </w:r>
      <w:r>
        <w:t>nahnu la naghtasibu filisteena hum yaghtasiboona filisteena wa yaqtuloona sha'ba filisteen</w:t>
      </w:r>
    </w:p>
    <w:p>
      <w:pPr>
        <w:jc w:val="right"/>
      </w:pPr>
      <w:r>
        <w:t>نحن لا نغتصب فلسطين هم يغتصبون فلسطين ويقتلون شعب فلسطين</w:t>
      </w:r>
    </w:p>
    <w:p>
      <w:r>
        <w:rPr>
          <w:b/>
        </w:rPr>
        <w:t xml:space="preserve">[53:58] </w:t>
      </w:r>
      <w:r>
        <w:t>.</w:t>
      </w:r>
    </w:p>
    <w:p>
      <w:pPr>
        <w:jc w:val="right"/>
      </w:pPr>
      <w:r>
        <w:t>.</w:t>
      </w:r>
    </w:p>
    <w:p>
      <w:r>
        <w:rPr>
          <w:b/>
        </w:rPr>
        <w:t xml:space="preserve">[54:04] </w:t>
      </w:r>
      <w:r>
        <w:t>as-salmu matloobun daa'iman walakin aydan al-matalibatu bil-huquqi matloobatun bil-ijazi na'am ya'ni hatta qadiyyatu fathu makka hatta fi mawqifi</w:t>
      </w:r>
    </w:p>
    <w:p>
      <w:pPr>
        <w:jc w:val="right"/>
      </w:pPr>
      <w:r>
        <w:t>السلم مطلوب دائماً ولكن أيضاً المطالبة بالحقوق مطلوبة بالإيجاز نعم يعني حتى قضية فتح مكة حتى في موقف</w:t>
      </w:r>
    </w:p>
    <w:p>
      <w:r>
        <w:rPr>
          <w:b/>
        </w:rPr>
        <w:t xml:space="preserve">[54:10] </w:t>
      </w:r>
      <w:r>
        <w:t>alrasool sallallahu alaihi wasallam fi izhar al-taraqa qalu ma tafaa'al bina ma nafa'al bikum qalu qalu akh</w:t>
      </w:r>
    </w:p>
    <w:p>
      <w:pPr>
        <w:jc w:val="right"/>
      </w:pPr>
      <w:r>
        <w:t>الرسول صلى الله عليه وسلم في إظهار الطرقاء قالوا ما تفاعل بنا ما نفاعل بكم قالوا قالوا أخ</w:t>
      </w:r>
    </w:p>
    <w:p>
      <w:r>
        <w:rPr>
          <w:b/>
        </w:rPr>
        <w:t xml:space="preserve">[54:16] </w:t>
      </w:r>
      <w:r>
        <w:t>kareem wa ibn akh kareem qala ithhabu fa'antum al-taraqa hadha laysa bima'zal na'am hadha tasamuh kabeer walakinnahu laysa bima'zal</w:t>
      </w:r>
    </w:p>
    <w:p>
      <w:pPr>
        <w:jc w:val="right"/>
      </w:pPr>
      <w:r>
        <w:t>كريم وابن أخ كريم قال اذهبوا فأنتم الطرقاء هذا ليس بمعزل نعم هذا تسامح كبير ولكنه ليس بمعزل</w:t>
      </w:r>
    </w:p>
    <w:p>
      <w:r>
        <w:rPr>
          <w:b/>
        </w:rPr>
        <w:t xml:space="preserve">[54:22] </w:t>
      </w:r>
      <w:r>
        <w:t>an ijra'a sa</w:t>
      </w:r>
    </w:p>
    <w:p>
      <w:pPr>
        <w:jc w:val="right"/>
      </w:pPr>
      <w:r>
        <w:t>عن إجراء س</w:t>
      </w:r>
    </w:p>
    <w:p>
      <w:r>
        <w:rPr>
          <w:b/>
        </w:rPr>
        <w:t xml:space="preserve">[54:28] </w:t>
      </w:r>
      <w:r>
        <w:t>yasi arad an yuhiduhum li'annahu kana fi marhalat bina' al-dawla falithalika ana arju min kulli al-muslimeen an yalzamoo</w:t>
      </w:r>
    </w:p>
    <w:p>
      <w:pPr>
        <w:jc w:val="right"/>
      </w:pPr>
      <w:r>
        <w:t>ياسي أراد أن يحيدهم لأنه كان في مرحلة بناء الدولة فلذلك أنا أرجو من كل المسلمين أن يلزموا</w:t>
      </w:r>
    </w:p>
    <w:p>
      <w:r>
        <w:rPr>
          <w:b/>
        </w:rPr>
        <w:t xml:space="preserve">[54:36] </w:t>
      </w:r>
      <w:r>
        <w:t>al-silm walakin aydan al-muhafaza ala huqooqihim aydan al-mutalaba bihuqooqihim al-munada bihuqooqihim.</w:t>
      </w:r>
    </w:p>
    <w:p>
      <w:pPr>
        <w:jc w:val="right"/>
      </w:pPr>
      <w:r>
        <w:t>السلم ولكن أيضاً المحافظة على حقوقهم أيضاً المطالبة بحقوقهم المناداة بحقوقهم.</w:t>
      </w:r>
    </w:p>
    <w:p>
      <w:r>
        <w:rPr>
          <w:b/>
        </w:rPr>
        <w:t xml:space="preserve">[54:43] </w:t>
      </w:r>
      <w:r>
        <w:t>hadha ma'a hadha yajibu an la yahtaji' likay la yakoonu nahnu fi marhala ya'ni al-mutaham fi dawr al-mutaham</w:t>
      </w:r>
    </w:p>
    <w:p>
      <w:pPr>
        <w:jc w:val="right"/>
      </w:pPr>
      <w:r>
        <w:t>هذا مع هذا يجب أن لا يحتجئ لكي لا يكون نحن في مرحلة يعني المتهم في دور المتهم</w:t>
      </w:r>
    </w:p>
    <w:p>
      <w:r>
        <w:rPr>
          <w:b/>
        </w:rPr>
        <w:t xml:space="preserve">[54:51] </w:t>
      </w:r>
      <w:r>
        <w:t>da'iman nash'uru bi'annana mutahamoon walakin ma'a ba'd al-ahyan wa fi katheer min al-ahyan nahnu fi</w:t>
      </w:r>
    </w:p>
    <w:p>
      <w:pPr>
        <w:jc w:val="right"/>
      </w:pPr>
      <w:r>
        <w:t>دائماً نشعر بأننا متهمون ولكن مع بعض الأحيان وفي كثير من الأحيان نحن في</w:t>
      </w:r>
    </w:p>
    <w:p>
      <w:r>
        <w:rPr>
          <w:b/>
        </w:rPr>
        <w:t xml:space="preserve">[54:59] </w:t>
      </w:r>
      <w:r>
        <w:t>dawr al-dahiya walakinnana qad nit'amu bi'annana nahnu al-fa'iloon lakin ma'a dhalika al-silm muhim jiddan wa yajibu an la yubadir</w:t>
      </w:r>
    </w:p>
    <w:p>
      <w:pPr>
        <w:jc w:val="right"/>
      </w:pPr>
      <w:r>
        <w:t>دور الضحية ولكننا قد نتهم بأننا نحن الفاعلون لكن مع ذلك السلم مهم جداً ويجب أن لا يبادر</w:t>
      </w:r>
    </w:p>
    <w:p>
      <w:r>
        <w:rPr>
          <w:b/>
        </w:rPr>
        <w:t xml:space="preserve">[55:06] </w:t>
      </w:r>
      <w:r>
        <w:t>ay muslim ila al-'unf li'anna al-'unf la yajdi wala ya'ti illa bil-'unf al-mudad. Shukran jazeelan.</w:t>
      </w:r>
    </w:p>
    <w:p>
      <w:pPr>
        <w:jc w:val="right"/>
      </w:pPr>
      <w:r>
        <w:t>أي مسلم إلى العنف لأن العنف لا يجدي ولا يأتي إلا بالعنف المضاد. شكراً جزيلاً.</w:t>
      </w:r>
    </w:p>
    <w:p>
      <w:r>
        <w:rPr>
          <w:b/>
        </w:rPr>
        <w:t xml:space="preserve">[55:14] </w:t>
      </w:r>
      <w:r>
        <w:t>daikhein yeh controversial masla hai falasteen ka yahan mein is ke detail mein nahin jaunga yahan is</w:t>
      </w:r>
    </w:p>
    <w:p>
      <w:pPr>
        <w:jc w:val="right"/>
      </w:pPr>
      <w:r>
        <w:t>دیکھیں یہ کنٹروورشل مسئلہ ہے فلسطین کا یہاں میں اس کے ڈیٹیل میں نہیں جاؤں گا یہاں اس</w:t>
      </w:r>
    </w:p>
    <w:p>
      <w:r>
        <w:rPr>
          <w:b/>
        </w:rPr>
        <w:t xml:space="preserve">[55:21] </w:t>
      </w:r>
      <w:r>
        <w:t>ka subject bhi nahin hai mein is ko chahe woh Kashmir ka masla ho</w:t>
      </w:r>
    </w:p>
    <w:p>
      <w:pPr>
        <w:jc w:val="right"/>
      </w:pPr>
      <w:r>
        <w:t>کا سبجیکٹ بھی نہیں ہے میں اس کو چاہے وہ کشمیر کا مسئلہ ہو</w:t>
      </w:r>
    </w:p>
    <w:p>
      <w:r>
        <w:rPr>
          <w:b/>
        </w:rPr>
        <w:t xml:space="preserve">[55:29] </w:t>
      </w:r>
      <w:r>
        <w:t>ya Palestine ka masla ho woh ek community ka masla hai communal masla hai yani wahan jo rehte hain Kashmir mein un ka masla hai ya Palestine mein jo rehte hain us ka masla hai yeh Islam ka masla nahi hai Yasser Arafat ne kabhi bhi is ko Islam ka masla nahi bataya Yasser Arafat sahib jo ke woh barhe leader the unhone kabhi Palestine ko Islam ka masla nahi bataya to main samajhta hoon ke yeh Islam ka masla nahi hai yeh ek community ka masla hai aur community ke</w:t>
      </w:r>
    </w:p>
    <w:p>
      <w:pPr>
        <w:jc w:val="right"/>
      </w:pPr>
      <w:r>
        <w:t>یا فلسطین کا مسئلہ ہو وہ ایک کمیونٹی کا مسئلہ ہے کمیونل مسئلہ ہے یعنی وہاں جو رہتے ہیں کشمیر میں ان کا مسئلہ ہے یا فلسطین میں جو رہتے ہیں اس کا مسئلہ ہے یہ اسلام کا مسئلہ نہیں ہے یاسر عرفات نے کبھی بھی اس کو اسلام کا مسئلہ نہیں بتایا یاسر عرفات صاحب جو کہ وہ بڑے لیڈر تھے انہوں نے کبھی فلسطین کو اسلام کا مسئلہ نہیں بتایا تو میں سمجھتا ہوں کہ یہ اسلام کا مسئلہ نہیں ہے یہ ایک کمیونٹی کا مسئلہ ہے اور کمیونٹی کے</w:t>
      </w:r>
    </w:p>
    <w:p>
      <w:r>
        <w:rPr>
          <w:b/>
        </w:rPr>
        <w:t xml:space="preserve">[55:59] </w:t>
      </w:r>
      <w:r>
        <w:t>level par jo masla hota hai us ke aitbar se us ko aap us ko hal ka talash</w:t>
      </w:r>
    </w:p>
    <w:p>
      <w:pPr>
        <w:jc w:val="right"/>
      </w:pPr>
      <w:r>
        <w:t>لیول پر جو مسئلہ ہوتا ہے اس کے اعتبار سے اس کو آپ اس کو حل کا تلاش</w:t>
      </w:r>
    </w:p>
    <w:p>
      <w:r>
        <w:rPr>
          <w:b/>
        </w:rPr>
        <w:t xml:space="preserve">[56:05] </w:t>
      </w:r>
      <w:r>
        <w:t>karna chahiye yeh yeh is yeh stage us ke liye nahin hai yeh stage sirf is liye tha</w:t>
      </w:r>
    </w:p>
    <w:p>
      <w:pPr>
        <w:jc w:val="right"/>
      </w:pPr>
      <w:r>
        <w:t>کرنا چاہیے یہ یہ اس یہ اسٹیج اس کے لیے نہیں ہے یہ اسٹیج صرف اس لیے تھا</w:t>
      </w:r>
    </w:p>
    <w:p>
      <w:r>
        <w:rPr>
          <w:b/>
        </w:rPr>
        <w:t xml:space="preserve">[56:11] </w:t>
      </w:r>
      <w:r>
        <w:t>ke Shah Waliullah sahib ke jo Islam ke da'i thay to Islam ke nuqta nazar se peace</w:t>
      </w:r>
    </w:p>
    <w:p>
      <w:pPr>
        <w:jc w:val="right"/>
      </w:pPr>
      <w:r>
        <w:t>کہ شاہ ولی اللہ صاحب کے جو اسلام کے داعی تھے تو اسلام کے نقطہ نظر سے پیس</w:t>
      </w:r>
    </w:p>
    <w:p>
      <w:r>
        <w:rPr>
          <w:b/>
        </w:rPr>
        <w:t xml:space="preserve">[56:17] </w:t>
      </w:r>
      <w:r>
        <w:t>ka kya matlab hai aur peace kaise establish hoti hai society mein bas yahi tha baqi jo falasteen</w:t>
      </w:r>
    </w:p>
    <w:p>
      <w:pPr>
        <w:jc w:val="right"/>
      </w:pPr>
      <w:r>
        <w:t>کا کیا مطلب ہے اور پیس کیسے اسٹیبلش ہوتی ہے سوسائٹی میں بس یہی تھا باقی جو فلسطین</w:t>
      </w:r>
    </w:p>
    <w:p>
      <w:r>
        <w:rPr>
          <w:b/>
        </w:rPr>
        <w:t xml:space="preserve">[56:23] </w:t>
      </w:r>
      <w:r>
        <w:t>ka masla hai woh aik ghalat masla hai</w:t>
      </w:r>
    </w:p>
    <w:p>
      <w:pPr>
        <w:jc w:val="right"/>
      </w:pPr>
      <w:r>
        <w:t>کا مسئلہ ہے وہ ایک غلط مسئلہ ہے</w:t>
      </w:r>
    </w:p>
    <w:p>
      <w:r>
        <w:rPr>
          <w:b/>
        </w:rPr>
        <w:t xml:space="preserve">[56:29] </w:t>
      </w:r>
      <w:r>
        <w:t>aur us par aap agar parhna chahein to meri kitab hai Age of Peace us mein aap parh sakte hain yahan is ka mauqa nahi hai sir yeh jo baat ki hai abhi aur Islam mein jo baat rakhi gayi ke UNO ke charter mein aap ne baat kari ke pehli baar jo hai absolute freedom ka tasawwur diya gaya aur us ke baad jo hai Rasool Allah s</w:t>
      </w:r>
    </w:p>
    <w:p>
      <w:pPr>
        <w:jc w:val="right"/>
      </w:pPr>
      <w:r>
        <w:t>اور اس پر آپ اگر پڑھنا چاہیں تو میری کتاب ہے ایج آف پیس اس میں آپ پڑھ سکتے ہیں یہاں اس کا موقع نہیں ہے سر یہ جو بات کی ہے ابھی اور اسلام میں جو بات رکھی گئی کہ یو این او کے چارٹر میں آپ نے بات کری کہ پہلی بار جو ہے ایبسولیوٹ فریڈم کا تصور دیا گیا اور اس کے بعد جو ہے رسول اللہ اس</w:t>
      </w:r>
    </w:p>
    <w:p>
      <w:r>
        <w:rPr>
          <w:b/>
        </w:rPr>
        <w:t xml:space="preserve">[56:59] </w:t>
      </w:r>
      <w:r>
        <w:t>Hussna ki baat kahi gayi aur us ke sath sath yeh jo hai ke hum Islam mein dekhte hain jo hadein hain ta'zirat hain aur baaz jagah pe Qunoot-e-Nazila waghera padhi jati hai us mein yeh duaein ki jati hain ke yeh sari cheezein jo hain to us ko aap kis zaawiye se dekhte hain aur doosri cheez ke kya Islam mein Sulah Kul ka tasawwur hai yeh sawal hai baghair kisi tawjeeh ke yeh Sulah Kul ka jo term hai woh Sufiyon ka term hai</w:t>
      </w:r>
    </w:p>
    <w:p>
      <w:pPr>
        <w:jc w:val="right"/>
      </w:pPr>
      <w:r>
        <w:t>حسنہ کی بات کہی گئی اور اس کے ساتھ ساتھ یہ جو ہے کہ ہم اسلام میں دیکھتے ہیں جو حدیں ہیں تعزیرات ہیں اور بعض جگہ پہ قنوت نازلہ وغیرہ پڑھی جاتی ہے اس میں یہ دعائیں کی جاتی ہیں کہ یہ ساری چیزیں جو ہیں تو اس کو آپ کس زاویے سے دیکھتے ہیں اور دوسری چیز کہ کیا اسلام میں صلح کل کا تصور ہے یہ سوال ہے بغیر کسی توجیہ کے یہ صلح کل کا جو ٹرم ہے وہ صوفیوں کا ٹرم ہے</w:t>
      </w:r>
    </w:p>
    <w:p>
      <w:r>
        <w:rPr>
          <w:b/>
        </w:rPr>
        <w:t xml:space="preserve">[57:29] </w:t>
      </w:r>
      <w:r>
        <w:t>Quran mein yeh lafz nahin aaya hai Quran mein asli al-khair hai sulh kal nahin hai lekin United</w:t>
      </w:r>
    </w:p>
    <w:p>
      <w:pPr>
        <w:jc w:val="right"/>
      </w:pPr>
      <w:r>
        <w:t>قرآن میں یہ لفظ نہیں آیا ہے قرآن میں اصلی الخیر ہے صلح کل نہیں ہے لیکن یونائٹ</w:t>
      </w:r>
    </w:p>
    <w:p>
      <w:r>
        <w:rPr>
          <w:b/>
        </w:rPr>
        <w:t xml:space="preserve">[57:34] </w:t>
      </w:r>
      <w:r>
        <w:t>Nations ka jo charter hai us ko maine is lihaaz se hawala diya hai ke mein yeh</w:t>
      </w:r>
    </w:p>
    <w:p>
      <w:pPr>
        <w:jc w:val="right"/>
      </w:pPr>
      <w:r>
        <w:t>نیشن کا جو چارٹر ہے اس کو میں نے اس لحاظ سے حوالہ دیا ہے کہ میں یہ</w:t>
      </w:r>
    </w:p>
    <w:p>
      <w:r>
        <w:rPr>
          <w:b/>
        </w:rPr>
        <w:t xml:space="preserve">[57:39] </w:t>
      </w:r>
      <w:r>
        <w:t>samajhta hoon ke jo international issues hain woh hamare aqeeday se tay nahin honge woh universal norm</w:t>
      </w:r>
    </w:p>
    <w:p>
      <w:pPr>
        <w:jc w:val="right"/>
      </w:pPr>
      <w:r>
        <w:t>سمجھتا ہوں کہ جو انٹرنیشنل ایشوز ہیں وہ ہمارے عقیدے سے طے نہیں ہوں گے وہ یونیورسل نارم</w:t>
      </w:r>
    </w:p>
    <w:p>
      <w:r>
        <w:rPr>
          <w:b/>
        </w:rPr>
        <w:t xml:space="preserve">[57:44] </w:t>
      </w:r>
      <w:r>
        <w:t>kya hai us se tay honge aur maine us ko aik hawala diya ke Rasool Allah</w:t>
      </w:r>
    </w:p>
    <w:p>
      <w:pPr>
        <w:jc w:val="right"/>
      </w:pPr>
      <w:r>
        <w:t>کیا ہے اس سے طے ہوں گے اور میں نے اس کو ایک حوالہ دیا کہ رسول اللہ</w:t>
      </w:r>
    </w:p>
    <w:p>
      <w:r>
        <w:rPr>
          <w:b/>
        </w:rPr>
        <w:t xml:space="preserve">[57:49] </w:t>
      </w:r>
      <w:r>
        <w:t>ne lafz Rasool mita diya.</w:t>
      </w:r>
    </w:p>
    <w:p>
      <w:pPr>
        <w:jc w:val="right"/>
      </w:pPr>
      <w:r>
        <w:t>نے لفظ رسول مٹا دیا.</w:t>
      </w:r>
    </w:p>
    <w:p>
      <w:r>
        <w:rPr>
          <w:b/>
        </w:rPr>
        <w:t xml:space="preserve">[57:54] </w:t>
      </w:r>
      <w:r>
        <w:t>My question to you is that you have</w:t>
      </w:r>
    </w:p>
    <w:p>
      <w:pPr>
        <w:jc w:val="right"/>
      </w:pPr>
      <w:r>
        <w:t>My question to you is that you have</w:t>
      </w:r>
    </w:p>
    <w:p>
      <w:r>
        <w:rPr>
          <w:b/>
        </w:rPr>
        <w:t xml:space="preserve">[57:59] </w:t>
      </w:r>
      <w:r>
        <w:t>been talking about peace and you have started very great work by distributing the Quran freely in each</w:t>
      </w:r>
    </w:p>
    <w:p>
      <w:pPr>
        <w:jc w:val="right"/>
      </w:pPr>
      <w:r>
        <w:t>been talking about peace and you have started very great work by distributing the Quran freely in each</w:t>
      </w:r>
    </w:p>
    <w:p>
      <w:r>
        <w:rPr>
          <w:b/>
        </w:rPr>
        <w:t xml:space="preserve">[58:05] </w:t>
      </w:r>
      <w:r>
        <w:t>and every languages that is on the world but is it possible to bring peace by distributing the</w:t>
      </w:r>
    </w:p>
    <w:p>
      <w:pPr>
        <w:jc w:val="right"/>
      </w:pPr>
      <w:r>
        <w:t>and every languages that is on the world but is it possible to bring peace by distributing the</w:t>
      </w:r>
    </w:p>
    <w:p>
      <w:r>
        <w:rPr>
          <w:b/>
        </w:rPr>
        <w:t xml:space="preserve">[58:11] </w:t>
      </w:r>
      <w:r>
        <w:t>Quran to the world because the Quran already was there in our world the Quran was already there</w:t>
      </w:r>
    </w:p>
    <w:p>
      <w:pPr>
        <w:jc w:val="right"/>
      </w:pPr>
      <w:r>
        <w:t>Quran to the world because the Quran already was there in our world the Quran was already there</w:t>
      </w:r>
    </w:p>
    <w:p>
      <w:r>
        <w:rPr>
          <w:b/>
        </w:rPr>
        <w:t xml:space="preserve">[58:17] </w:t>
      </w:r>
      <w:r>
        <w:t>with Muslims but we do not find peace in Muslim communities different communities where already the Quran is</w:t>
      </w:r>
    </w:p>
    <w:p>
      <w:pPr>
        <w:jc w:val="right"/>
      </w:pPr>
      <w:r>
        <w:t>with Muslims but we do not find peace in Muslim communities different communities where already the Quran is</w:t>
      </w:r>
    </w:p>
    <w:p>
      <w:r>
        <w:rPr>
          <w:b/>
        </w:rPr>
        <w:t xml:space="preserve">[58:23] </w:t>
      </w:r>
      <w:r>
        <w:t>found over there so is it possible by just distributing the Quran</w:t>
      </w:r>
    </w:p>
    <w:p>
      <w:pPr>
        <w:jc w:val="right"/>
      </w:pPr>
      <w:r>
        <w:t>found over there so is it possible by just distributing the Quran</w:t>
      </w:r>
    </w:p>
    <w:p>
      <w:r>
        <w:rPr>
          <w:b/>
        </w:rPr>
        <w:t xml:space="preserve">[58:29] </w:t>
      </w:r>
      <w:r>
        <w:t>to each and everybody to bring peace to the world what do you think about.</w:t>
      </w:r>
    </w:p>
    <w:p>
      <w:pPr>
        <w:jc w:val="right"/>
      </w:pPr>
      <w:r>
        <w:t>to each and everybody to bring peace to the world what do you think about.</w:t>
      </w:r>
    </w:p>
    <w:p>
      <w:r>
        <w:rPr>
          <w:b/>
        </w:rPr>
        <w:t xml:space="preserve">[58:37] </w:t>
      </w:r>
      <w:r>
        <w:t>rasool Allah ka tareeqa kya tha apne mission ke liye woh kitabon mein aata hai ke "islam wa tala</w:t>
      </w:r>
    </w:p>
    <w:p>
      <w:pPr>
        <w:jc w:val="right"/>
      </w:pPr>
      <w:r>
        <w:t>رسول اللہ کا طریقہ کیا تھا اپنے مشن کے لیے وہ کتابوں میں آتا ہے کہ "إسلام وتلا</w:t>
      </w:r>
    </w:p>
    <w:p>
      <w:r>
        <w:rPr>
          <w:b/>
        </w:rPr>
        <w:t xml:space="preserve">[58:44] </w:t>
      </w:r>
      <w:r>
        <w:t>alihi al Quran" yaani Quran ko padhkar sunana madine mein jo log islam phaila rahe the un ko</w:t>
      </w:r>
    </w:p>
    <w:p>
      <w:pPr>
        <w:jc w:val="right"/>
      </w:pPr>
      <w:r>
        <w:t>عليه القرآن" یعنی قرآن کو پڑھ کر سنانا مدینے میں جو لوگ اسلام پھیلا رہے تھے ان کو</w:t>
      </w:r>
    </w:p>
    <w:p>
      <w:r>
        <w:rPr>
          <w:b/>
        </w:rPr>
        <w:t xml:space="preserve">[58:52] </w:t>
      </w:r>
      <w:r>
        <w:t>کہا جاتا تھا مکری کیا اس زمانے میں مکری آپ the Quran بنے ہوئے تھے وہ آج ہمیں ڈسٹ</w:t>
      </w:r>
    </w:p>
    <w:p>
      <w:pPr>
        <w:jc w:val="right"/>
      </w:pPr>
      <w:r>
        <w:t>کہا جاتا تھا مکری کیا اس زمانے میں مکری آپ دا قرآن بنے ہوئے تھے وہ آج ہمیں ڈسٹ</w:t>
      </w:r>
    </w:p>
    <w:p>
      <w:r>
        <w:rPr>
          <w:b/>
        </w:rPr>
        <w:t xml:space="preserve">[58:59] </w:t>
      </w:r>
      <w:r>
        <w:t>distributor of the Quran banna hai present present ke zamane mein dusri baat yeh hai ke kabhi</w:t>
      </w:r>
    </w:p>
    <w:p>
      <w:pPr>
        <w:jc w:val="right"/>
      </w:pPr>
      <w:r>
        <w:t>ریبیوٹر ڈسٹریبیوٹر آف دا قرآن بننا ہے پریس پریس کے زمانے میں دوسری بات یہ ہے کہ کبھی</w:t>
      </w:r>
    </w:p>
    <w:p>
      <w:r>
        <w:rPr>
          <w:b/>
        </w:rPr>
        <w:t xml:space="preserve">[59:07] </w:t>
      </w:r>
      <w:r>
        <w:t>bhi kisi daawati mission ko result se judge nahin kiya jayega kyunke Quran mein saaf saaf hai</w:t>
      </w:r>
    </w:p>
    <w:p>
      <w:pPr>
        <w:jc w:val="right"/>
      </w:pPr>
      <w:r>
        <w:t>بھی کسی دعوتی مشن کو رزلٹ سے جج نہیں کیا جائے گا کیونکہ قرآن میں صاف صاف ہے</w:t>
      </w:r>
    </w:p>
    <w:p>
      <w:r>
        <w:rPr>
          <w:b/>
        </w:rPr>
        <w:t xml:space="preserve">[59:14] </w:t>
      </w:r>
      <w:r>
        <w:t>ke "lasta alaihim bimusaitareen" yaani sirf balagh ki zimmedari is daali hai Allah ne rasool par balagh</w:t>
      </w:r>
    </w:p>
    <w:p>
      <w:pPr>
        <w:jc w:val="right"/>
      </w:pPr>
      <w:r>
        <w:t>کہ "لست عليهم بمسيطرين" یعنی صرف بلاغ کی ذمہ داری اس ڈالی ہے اللہ نے رسول پر بلاغ</w:t>
      </w:r>
    </w:p>
    <w:p>
      <w:r>
        <w:rPr>
          <w:b/>
        </w:rPr>
        <w:t xml:space="preserve">[59:22] </w:t>
      </w:r>
      <w:r>
        <w:t>pahunchana baqi yeh result jo hai woh</w:t>
      </w:r>
    </w:p>
    <w:p>
      <w:pPr>
        <w:jc w:val="right"/>
      </w:pPr>
      <w:r>
        <w:t>پہنچانا باقی یہ رزلٹ جو ہے وہ</w:t>
      </w:r>
    </w:p>
    <w:p>
      <w:r>
        <w:rPr>
          <w:b/>
        </w:rPr>
        <w:t xml:space="preserve">[59:29] </w:t>
      </w:r>
      <w:r>
        <w:t>is is ka mozu ka kaam hai mozu manta hai tumhare na manta hai na maane hamari duty</w:t>
      </w:r>
    </w:p>
    <w:p>
      <w:pPr>
        <w:jc w:val="right"/>
      </w:pPr>
      <w:r>
        <w:t>اس اس کا موضوع کا کام ہے موضوع مانتا ہے تمہارے نہ مانتا ہے نہ مانے ہماری ڈیوٹی</w:t>
      </w:r>
    </w:p>
    <w:p>
      <w:r>
        <w:rPr>
          <w:b/>
        </w:rPr>
        <w:t xml:space="preserve">[59:37] </w:t>
      </w:r>
      <w:r>
        <w:t>yeh hai ke hum pahunchate rahein pahunchate rahein pahunchate rahein itteba حجت itteba حجت jo hota hai woh</w:t>
      </w:r>
    </w:p>
    <w:p>
      <w:pPr>
        <w:jc w:val="right"/>
      </w:pPr>
      <w:r>
        <w:t>یہ ہے کہ ہم پہنچاتے رہیں پہنچاتے رہیں پہنچاتے رہیں اتباع حجت اتباع حجت جو ہوتا ہے وہ</w:t>
      </w:r>
    </w:p>
    <w:p>
      <w:r>
        <w:rPr>
          <w:b/>
        </w:rPr>
        <w:t xml:space="preserve">[59:44] </w:t>
      </w:r>
      <w:r>
        <w:t>pahunchane par hota hai is par nahin hota ke mozu ne maan liya "lasta alaihim bimusaitareen" Quran mein hai.</w:t>
      </w:r>
    </w:p>
    <w:p>
      <w:pPr>
        <w:jc w:val="right"/>
      </w:pPr>
      <w:r>
        <w:t>پہنچانے پر ہوتا ہے اس پر نہیں ہوتا کہ موضوع نے مان لیا "لست عليهم بمسيطرين" قرآن میں ہے.</w:t>
      </w:r>
    </w:p>
    <w:p>
      <w:r>
        <w:rPr>
          <w:b/>
        </w:rPr>
        <w:t xml:space="preserve">[59:52] </w:t>
      </w:r>
      <w:r>
        <w:t>jaise India mein jahan multicultural multi religious community rehte hain wahan ek zamane tak sufiya karam ya sufism</w:t>
      </w:r>
    </w:p>
    <w:p>
      <w:pPr>
        <w:jc w:val="right"/>
      </w:pPr>
      <w:r>
        <w:t>جیسے انڈیا میں جہاں ملٹی کلچرل ملٹی ریلیجس کمیونٹی رہتے ہیں وہاں ایک زمانے تک صوفیاء کرام یا صوفی ازم</w:t>
      </w:r>
    </w:p>
    <w:p>
      <w:r>
        <w:rPr>
          <w:b/>
        </w:rPr>
        <w:t xml:space="preserve">[59:59] </w:t>
      </w:r>
      <w:r>
        <w:t>ne peace ko baqi rakha hai to kya hum isi tareeqe se apna sakte hain is bare mein aap ka kya nazariya hai ek cheez doosri cheez yeh sir ke jaise aap ne kaha ke hum peace par chalein hum bilkul violence khatam karein lekin India mein hum chunke minority mein hain aur doosre log majority mein hain to mujhe lagta hai ke hum se zyada un ki zimmedari hai peace kaam karne ki jo majority mein hain kyunke hum log baharhal baharhal minority mein aisa to nahi hai ke hum bilkul khamosh rahein hamara sab kuch ho jaye bohat sare fasadat hue sab kuch hue hain to mujhe lag raha hai ke hum se zyada peace hamare andar peace phailane se zyada un logon</w:t>
      </w:r>
    </w:p>
    <w:p>
      <w:pPr>
        <w:jc w:val="right"/>
      </w:pPr>
      <w:r>
        <w:t>نے پیس کو باقی رکھا ہے تو کیا ہم اسی طریقے سے اپنا سکتے ہیں اس بارے میں آپ کا کیا نظریہ ہے ایک چیز دوسری چیز یہ سر کہ جیسے آپ نے کہا کہ ہم پیس پر چلیں ہم بالکل وائیلنس ختم کریں لیکن انڈیا میں ہم چونکہ مائنورٹی میں ہیں اور دوسرے لوگ میجورٹی میں ہیں تو مجھے لگتا ہے کہ ہم سے زیادہ ان کی ذمہ داری ہے پیس کام کرنے کی جو میجورٹی میں ہیں کیونکہ ہم لوگ بہرحال بہرحال مائنورٹی میں ایسا تو نہیں ہے کہ ہم بالکل خاموش رہیں ہمارا سب کچھ ہو جائے بہت سارے فسادات ہوئے سب کچھ ہوئے ہیں تو مجھے لگ رہا ہے کہ ہم سے زیادہ پیس ہمارے اندر پیس پھیلانے سے زیادہ ان لوگوں</w:t>
      </w:r>
    </w:p>
    <w:p>
      <w:r>
        <w:rPr>
          <w:b/>
        </w:rPr>
        <w:t xml:space="preserve">[1:00:29] </w:t>
      </w:r>
      <w:r>
        <w:t>ke andar peace phailane ki zaroorat hai jo majority mein hain bas yeh mera dost hai thank you dekhein jahan tak sufism ki baat hai to bohat sahi aap ne farmaya ke sufis jo hai islam ka peaceful edition hai aur bohat hi effective raha hai sufis ka tareeqa mein samajhta hoon ke pehle bhi tha aur aaj bhi hai sufis ka tareeqa ke sufis believe karta hai spiritual</w:t>
      </w:r>
    </w:p>
    <w:p>
      <w:pPr>
        <w:jc w:val="right"/>
      </w:pPr>
      <w:r>
        <w:t>کے اندر پیس پھیلانے کی ضرورت ہے جو میجورٹی میں ہیں بس یہ میرا دوست ہے تھینک یو دیکھیں جہاں تک صوفی ازم کی بات ہے تو بہت صحیح آپ نے فرمایا کہ صوفیز جو ہے اسلام کا پیس فل ایڈیشن ہے اور بہت ہی ایفیکٹیو رہا ہے صوفیز کا طریقہ میں سمجھتا ہوں کہ پہلے بھی تھا اور آج بھی ہے صوفیز کا طریقہ کہ صوفیز بیلیو کرتا ہے اسپری</w:t>
      </w:r>
    </w:p>
    <w:p>
      <w:r>
        <w:rPr>
          <w:b/>
        </w:rPr>
        <w:t xml:space="preserve">[1:00:59] </w:t>
      </w:r>
      <w:r>
        <w:t>choti mein peaceful activities mein tolerance mein taalluq mohabbat mein Maseeh ne kaha tha ke "la yur</w:t>
      </w:r>
    </w:p>
    <w:p>
      <w:pPr>
        <w:jc w:val="right"/>
      </w:pPr>
      <w:r>
        <w:t>چوٹی میں پیس فل ایکٹیوز میں ٹالرنس میں تعلق محبت میں مسیح نے کہا تھا کہ "لا یور</w:t>
      </w:r>
    </w:p>
    <w:p>
      <w:r>
        <w:rPr>
          <w:b/>
        </w:rPr>
        <w:t xml:space="preserve">[1:01:07] </w:t>
      </w:r>
      <w:r>
        <w:t>enemy" there is essence of sufism "la yur enemy" jo hai wahi to sufi aur kya hai to</w:t>
      </w:r>
    </w:p>
    <w:p>
      <w:pPr>
        <w:jc w:val="right"/>
      </w:pPr>
      <w:r>
        <w:t>اینمی" دیر از ایسنس اف صوفیزم "لا یور اینمی" جو ہے وہی تو صوفی اور کیا ہے تو</w:t>
      </w:r>
    </w:p>
    <w:p>
      <w:r>
        <w:rPr>
          <w:b/>
        </w:rPr>
        <w:t xml:space="preserve">[1:01:15] </w:t>
      </w:r>
      <w:r>
        <w:t>bahut achha hai jo aap ne farmaya baqi jo minority aur majority ki baat hai dekhein yeh to</w:t>
      </w:r>
    </w:p>
    <w:p>
      <w:pPr>
        <w:jc w:val="right"/>
      </w:pPr>
      <w:r>
        <w:t>بہت اچھا ہے جو آپ نے فرمایا باقی جو مائنارٹی اور میجورٹی کی بات ہے دیکھیں یہ تو</w:t>
      </w:r>
    </w:p>
    <w:p>
      <w:r>
        <w:rPr>
          <w:b/>
        </w:rPr>
        <w:t xml:space="preserve">[1:01:22] </w:t>
      </w:r>
      <w:r>
        <w:t>mein ise as a principle hi is ko nahin manta haan aap log minority ko maane</w:t>
      </w:r>
    </w:p>
    <w:p>
      <w:pPr>
        <w:jc w:val="right"/>
      </w:pPr>
      <w:r>
        <w:t>میں اسے ایز اے پرنسپل ہی اس کو نہیں مانتا ہاں آپ لوگ مائنارٹی کو مانیں</w:t>
      </w:r>
    </w:p>
    <w:p>
      <w:r>
        <w:rPr>
          <w:b/>
        </w:rPr>
        <w:t xml:space="preserve">[1:01:30] </w:t>
      </w:r>
      <w:r>
        <w:t>hum India ke citizen hain barabar ke hum ab mein is ko nahi manta ke mein ek minority hoon nahi mein India ka citizen hoon aur mein jis ke India mein paida hua aur yahan par mein da'wat ka kaam kar raha hoon aaj tak kisi hindu ne mujhe kuch nahi kaha kyun aisa karte hain aap balkeh woh mujhe support dete hain promote karte hain misaal ke taur par dekhiye mein Delhi mein Nizamuddin west mein rehta h</w:t>
      </w:r>
    </w:p>
    <w:p>
      <w:pPr>
        <w:jc w:val="right"/>
      </w:pPr>
      <w:r>
        <w:t>ہم انڈیا کے سٹیزن ہیں برابر کے ہم اب میں اس کو نہیں مانتا کہ میں ایک مائنورٹی ہوں نہیں میں انڈیا کا سٹیزن ہوں اور میں جس کے انڈیا میں پیدا ہوا اور یہاں پر میں دعوت کا کام کر رہا ہوں آج تک کسی ہندو نے مجھے کچھ نہیں کہا کیوں ایسا کرتے ہیں آپ بلکہ وہ مجھے سپورٹ دیتے ہیں پروموٹ کرتے ہیں مثال کے طور پر دیکھیے میں دلی میں نظام الدین ویسٹ میں رہتا ہ</w:t>
      </w:r>
    </w:p>
    <w:p>
      <w:r>
        <w:rPr>
          <w:b/>
        </w:rPr>
        <w:t xml:space="preserve">[1:02:00] </w:t>
      </w:r>
      <w:r>
        <w:t>on mere pados mein ek Hindu hain un ka naam hai prabhoot kumar batra to hum jab ne</w:t>
      </w:r>
    </w:p>
    <w:p>
      <w:pPr>
        <w:jc w:val="right"/>
      </w:pPr>
      <w:r>
        <w:t>وں میرے پڑوس میں ایک ہندو ہیں ان کا نام ہے پروبھوت کمار بطرا تو ہم جب نے</w:t>
      </w:r>
    </w:p>
    <w:p>
      <w:r>
        <w:rPr>
          <w:b/>
        </w:rPr>
        <w:t xml:space="preserve">[1:02:06] </w:t>
      </w:r>
      <w:r>
        <w:t>kaam kiya hum ne to hum traditional tareeqe pe kiya yaani printing press ko jaante the hum kyunke</w:t>
      </w:r>
    </w:p>
    <w:p>
      <w:pPr>
        <w:jc w:val="right"/>
      </w:pPr>
      <w:r>
        <w:t>کام کیا ہم نے تو ہم ٹریڈیشنل طریقے پہ کیا یعنی پرنٹنگ پریس کو جانتے تھے ہم کیونکہ</w:t>
      </w:r>
    </w:p>
    <w:p>
      <w:r>
        <w:rPr>
          <w:b/>
        </w:rPr>
        <w:t xml:space="preserve">[1:02:12] </w:t>
      </w:r>
      <w:r>
        <w:t>mein ek gaon mein paida hua mein jaanta tha sirf printing press ko to kitabein chhapna yeh mein</w:t>
      </w:r>
    </w:p>
    <w:p>
      <w:pPr>
        <w:jc w:val="right"/>
      </w:pPr>
      <w:r>
        <w:t>میں ایک گاؤں میں پیدا ہوا میں جانتا تھا صرف پرنٹنگ پریس کو تو کتابیں چھاپنا یہ میں</w:t>
      </w:r>
    </w:p>
    <w:p>
      <w:r>
        <w:rPr>
          <w:b/>
        </w:rPr>
        <w:t xml:space="preserve">[1:02:18] </w:t>
      </w:r>
      <w:r>
        <w:t>karta tha to prabhoot kumar batra ne bar bar bar bar kaha ke aap naye zamane mein aaiye</w:t>
      </w:r>
    </w:p>
    <w:p>
      <w:pPr>
        <w:jc w:val="right"/>
      </w:pPr>
      <w:r>
        <w:t>کرتا تھا تو پروبھوت کمار بطرا نے بار بار بار بار کہا کہ آپ نئے زمانے میں آئیے</w:t>
      </w:r>
    </w:p>
    <w:p>
      <w:r>
        <w:rPr>
          <w:b/>
        </w:rPr>
        <w:t xml:space="preserve">[1:02:24] </w:t>
      </w:r>
      <w:r>
        <w:t>modern technology ko istemal kijiye computerize kijiye apne mission ko</w:t>
      </w:r>
    </w:p>
    <w:p>
      <w:pPr>
        <w:jc w:val="right"/>
      </w:pPr>
      <w:r>
        <w:t>ماڈرن ٹیکنالوجی کو استعمال کیجئے کمپیوٹرائز کیجئے اپنے مشن کو</w:t>
      </w:r>
    </w:p>
    <w:p>
      <w:r>
        <w:rPr>
          <w:b/>
        </w:rPr>
        <w:t xml:space="preserve">[1:02:30] </w:t>
      </w:r>
      <w:r>
        <w:t>yaani ek hindu ko credit jata hai ke mere mission ko unhone computerize kar diya to yeh yeh hamein minority majority kya cheez hai woh kuch bhi nahi hai mein is ko nahi manta minority majority concept maybe in the fields and how one will get a monthly culture award to sir ji is duniya mein hamesha culture ka clash raha aur aage bhi jo third world war hoga us ke bare mein kya culture hi ek</w:t>
      </w:r>
    </w:p>
    <w:p>
      <w:pPr>
        <w:jc w:val="right"/>
      </w:pPr>
      <w:r>
        <w:t>یعنی ایک ہندو کو کریڈٹ جاتا ہے کہ میرے مشن کو انہوں نے کمپیوٹرائز کر دیا تو یہ یہ ہمیں مائنارٹی میجورٹی کیا چیز ہے وہ کچھ بھی نہیں ہے میں اس کو نہیں مانتا مائنارٹی میجورٹی کانسیپٹ Maybe in the fields and how one will get a monthly culture award تو سر جی اس دنیا میں ہمیشہ کلچر کا کلیش رہا اور آگے بھی جو تھرڈ ورلڈ وار ہوگا اس کے بارے میں کیا کلچر ہی ایک ای</w:t>
      </w:r>
    </w:p>
    <w:p>
      <w:r>
        <w:rPr>
          <w:b/>
        </w:rPr>
        <w:t xml:space="preserve">[1:03:00] </w:t>
      </w:r>
      <w:r>
        <w:t>sa motion hai jo logon ke andar superiority aur inferiority paida karta hai aur culture ki wajah se</w:t>
      </w:r>
    </w:p>
    <w:p>
      <w:pPr>
        <w:jc w:val="right"/>
      </w:pPr>
      <w:r>
        <w:t>سا موشن ہے جو لوگوں کے اندر سپیریٹی اور انفیریئر پیدا کرتا ہے اور کلچر کی وجہ سے</w:t>
      </w:r>
    </w:p>
    <w:p>
      <w:r>
        <w:rPr>
          <w:b/>
        </w:rPr>
        <w:t xml:space="preserve">[1:03:06] </w:t>
      </w:r>
      <w:r>
        <w:t>ek ghareeb tabqe ka suicide karne par woh majboor ho gaya yahan to brahman culture hai dalit culture</w:t>
      </w:r>
    </w:p>
    <w:p>
      <w:pPr>
        <w:jc w:val="right"/>
      </w:pPr>
      <w:r>
        <w:t>ایک غریب طبقہ کا سوسائیڈ کرنے پر وہ مجبور ہو گیا یہاں تو برہمن کلچر ہے دلت کلچر</w:t>
      </w:r>
    </w:p>
    <w:p>
      <w:r>
        <w:rPr>
          <w:b/>
        </w:rPr>
        <w:t xml:space="preserve">[1:03:11] </w:t>
      </w:r>
      <w:r>
        <w:t>hai aur saath hi saath bahut sare culture hain culture ki wajah se kal hamare university ke andar</w:t>
      </w:r>
    </w:p>
    <w:p>
      <w:pPr>
        <w:jc w:val="right"/>
      </w:pPr>
      <w:r>
        <w:t>ہے اور ساتھ ہی ساتھ بہت سارے کلچر ہیں کلچر کی وجہ سے کل ہمارے یونیورسٹی کے اندر</w:t>
      </w:r>
    </w:p>
    <w:p>
      <w:r>
        <w:rPr>
          <w:b/>
        </w:rPr>
        <w:t xml:space="preserve">[1:03:16] </w:t>
      </w:r>
      <w:r>
        <w:t>clash ho gaya to phir is tarah ki multicultural world mein peace and harmony kaise mumkin hai</w:t>
      </w:r>
    </w:p>
    <w:p>
      <w:pPr>
        <w:jc w:val="right"/>
      </w:pPr>
      <w:r>
        <w:t>کلیش ہو گیا تو پھر اس طرح کی ملٹی کلچرل ورلڈ میں پیس اینڈ ہارمونی کیسے ممکن ہے</w:t>
      </w:r>
    </w:p>
    <w:p>
      <w:r>
        <w:rPr>
          <w:b/>
        </w:rPr>
        <w:t xml:space="preserve">[1:03:21] </w:t>
      </w:r>
      <w:r>
        <w:t>halankay differences ko management hona chahiye lekin differences ko differences ko lenay kay liye koi aik doosray kay</w:t>
      </w:r>
    </w:p>
    <w:p>
      <w:pPr>
        <w:jc w:val="right"/>
      </w:pPr>
      <w:r>
        <w:t>حالانکہ ڈیفرنسز کو مینجمنٹ ہونا چاہیے لیکن ڈیفرنسز کو ڈیفرنسز کو لینے کے لیے کوئی ایک دوسرے کے</w:t>
      </w:r>
    </w:p>
    <w:p>
      <w:r>
        <w:rPr>
          <w:b/>
        </w:rPr>
        <w:t xml:space="preserve">[1:03:26] </w:t>
      </w:r>
      <w:r>
        <w:t>sath table pe nahi bethay to aap</w:t>
      </w:r>
    </w:p>
    <w:p>
      <w:pPr>
        <w:jc w:val="right"/>
      </w:pPr>
      <w:r>
        <w:t>ساتھ ٹیبل پہ نہیں بیٹھتے تو آپ</w:t>
      </w:r>
    </w:p>
    <w:p>
      <w:r>
        <w:rPr>
          <w:b/>
        </w:rPr>
        <w:t xml:space="preserve">[1:03:31] </w:t>
      </w:r>
      <w:r>
        <w:t>kaysay peace and harmony umeed kar saktay hain multicultural world mein halankay multicultural world ko to</w:t>
      </w:r>
    </w:p>
    <w:p>
      <w:pPr>
        <w:jc w:val="right"/>
      </w:pPr>
      <w:r>
        <w:t>کیسے پیس اینڈ ہارمونی امید کر سکتے ہیں ملٹی کلچرل ورلڈ میں حالانکہ ملٹی کلچرل ورلڈ کو تو</w:t>
      </w:r>
    </w:p>
    <w:p>
      <w:r>
        <w:rPr>
          <w:b/>
        </w:rPr>
        <w:t xml:space="preserve">[1:03:41] </w:t>
      </w:r>
      <w:r>
        <w:t>khatam karna chahiye mein arz karunga difference yeh jo difference is not part of religion or culture</w:t>
      </w:r>
    </w:p>
    <w:p>
      <w:pPr>
        <w:jc w:val="right"/>
      </w:pPr>
      <w:r>
        <w:t>ختم کرنا چاہیے میں عرض کروں گا ڈیفرنس یہ جو ڈیفرنس از ناٹ پارٹ اف ریلیجن اور کلچر</w:t>
      </w:r>
    </w:p>
    <w:p>
      <w:r>
        <w:rPr>
          <w:b/>
        </w:rPr>
        <w:t xml:space="preserve">[1:03:51] </w:t>
      </w:r>
      <w:r>
        <w:t>difference is part of nature difference jo hai part of nature hai aik</w:t>
      </w:r>
    </w:p>
    <w:p>
      <w:pPr>
        <w:jc w:val="right"/>
      </w:pPr>
      <w:r>
        <w:t>ڈیفرنس از پارٹ اف نیچر ڈیفرنس جو ہے پارٹ اف نیچر ہے ایک</w:t>
      </w:r>
    </w:p>
    <w:p>
      <w:r>
        <w:rPr>
          <w:b/>
        </w:rPr>
        <w:t xml:space="preserve">[1:04:01] </w:t>
      </w:r>
      <w:r>
        <w:t>shakhs nay sahi kaha hai kay nature university yani fitrat nafrat karti hai ekssaniyat say bilkul sahi baat</w:t>
      </w:r>
    </w:p>
    <w:p>
      <w:pPr>
        <w:jc w:val="right"/>
      </w:pPr>
      <w:r>
        <w:t>شخص نے صحیح کہا ہے کہ نیچر یونیورسٹی یعنی فطرت نفرت کرتی ہے ایکسانیت سے بالکل صحیح بات</w:t>
      </w:r>
    </w:p>
    <w:p>
      <w:r>
        <w:rPr>
          <w:b/>
        </w:rPr>
        <w:t xml:space="preserve">[1:04:08] </w:t>
      </w:r>
      <w:r>
        <w:t>hai dekhen har insan mister nature mister different hai har aurat must different hai har ghar mein jo</w:t>
      </w:r>
    </w:p>
    <w:p>
      <w:pPr>
        <w:jc w:val="right"/>
      </w:pPr>
      <w:r>
        <w:t>ہے دیکھیں ہر انسان مسٹر نیچر مسٹر ڈفرنٹ ہے ہر عورت مسٹ ڈفرنٹ ہے ہر گھر میں جو</w:t>
      </w:r>
    </w:p>
    <w:p>
      <w:r>
        <w:rPr>
          <w:b/>
        </w:rPr>
        <w:t xml:space="preserve">[1:04:16] </w:t>
      </w:r>
      <w:r>
        <w:t>family members hain sab mein differences hotay hain to difference jo hai difference is part of nature is</w:t>
      </w:r>
    </w:p>
    <w:p>
      <w:pPr>
        <w:jc w:val="right"/>
      </w:pPr>
      <w:r>
        <w:t>فیملی ممبرز ہیں سب میں ڈیفرنسز ہوتے ہیں تو ڈیفرنس جو ہے ڈیفرنس از پارٹ اف نیچر از</w:t>
      </w:r>
    </w:p>
    <w:p>
      <w:r>
        <w:rPr>
          <w:b/>
        </w:rPr>
        <w:t xml:space="preserve">[1:04:24] </w:t>
      </w:r>
      <w:r>
        <w:t>not part of religion or culture to humein difference kay sath hi jeena hai</w:t>
      </w:r>
    </w:p>
    <w:p>
      <w:pPr>
        <w:jc w:val="right"/>
      </w:pPr>
      <w:r>
        <w:t>ناٹ پارٹ اف ریلیجن اور کلچر تو ہمیں ڈیفرنس کے ساتھ ہی جینا ہے</w:t>
      </w:r>
    </w:p>
    <w:p>
      <w:r>
        <w:rPr>
          <w:b/>
        </w:rPr>
        <w:t xml:space="preserve">[1:04:31] </w:t>
      </w:r>
      <w:r>
        <w:t>we have to live with differences we have to manage differences we have no other option ab doosri baat maine is bohat socha hai is par ke quran ke difference hai yahan par to kyun aisa hai yeh star kyun is ke andar bohat badi blessing hai bohat badi blessing hai woh yeh ke when there is difference there is discussion agar difference na ho to aap baat kaise kiya karein</w:t>
      </w:r>
    </w:p>
    <w:p>
      <w:pPr>
        <w:jc w:val="right"/>
      </w:pPr>
      <w:r>
        <w:t>وی ہیو ٹو لیو ود ڈیفرنسز وی ہیو ٹو مینیج ڈیفرنسز وی ہیو نو ادر اپشن اب دوسری بات میں نے اس بہت سوچا ہے اس پر کہ قران کہ ڈیفرنس ہے یہاں پر تو کیوں ایسا ہے یہ ستا کیوں اس کے اندر بہت بڑی بلیسنگ ہے بہت بڑی بلیسنگ ہے وہ یہ کہ وین دیر از ڈیفرنس دیر از ڈسکشن اگر ڈیفرنس نہ ہو تو آپ بات کیسے کیا کریں گ</w:t>
      </w:r>
    </w:p>
    <w:p>
      <w:r>
        <w:rPr>
          <w:b/>
        </w:rPr>
        <w:t xml:space="preserve">[1:05:01] </w:t>
      </w:r>
      <w:r>
        <w:t>ge do darakht aapas mein baat nahi kar sakte kyunke woh difference nahi un ka to difference creates discussion and difference and discussion leads to development pehla aata hai difference phir hota hai discussion phir hota hai intellectual development yeh yeh creator ka scheme scheme of things jo creator ki woh yeh hai difference ke through woh hamari creativity</w:t>
      </w:r>
    </w:p>
    <w:p>
      <w:pPr>
        <w:jc w:val="right"/>
      </w:pPr>
      <w:r>
        <w:t>ے دو درخت آپس میں بات نہیں کر سکتے کیونکہ وہ ڈیفرنس نہیں ان کا تو ڈیفرنس کریٹس ڈسکشن اینڈ ڈیفرنس اینڈ ڈسکشن لیڈز ٹو ڈیویلپمنٹ پہلا آتا ہے ڈیفرنس پھر ہوتا ہے ڈسکشن پھر ہوتا ہے انٹلیکچول ڈیویلپمنٹ یہ یہ کریٹر کا اسکیم اسکیم اف تھنگز جو کریٹر کی وہ یہ ہے ڈیفرنس کے تھرو وہ ہماری کریٹیو</w:t>
      </w:r>
    </w:p>
    <w:p>
      <w:r>
        <w:rPr>
          <w:b/>
        </w:rPr>
        <w:t xml:space="preserve">[1:05:31] </w:t>
      </w:r>
      <w:r>
        <w:t>ty ko barhana chahta hai jahan difference na hon gay wahan creative thinking nahi hogi kisi nay kaha</w:t>
      </w:r>
    </w:p>
    <w:p>
      <w:pPr>
        <w:jc w:val="right"/>
      </w:pPr>
      <w:r>
        <w:t>ٹی کو بڑھانا چاہتا ہے جہاں ڈیفرنس نہ ہوں گے وہاں کریٹیو تھنکنگ نہیں ہوگی کسی نے کہا</w:t>
      </w:r>
    </w:p>
    <w:p>
      <w:r>
        <w:rPr>
          <w:b/>
        </w:rPr>
        <w:t xml:space="preserve">[1:05:37] </w:t>
      </w:r>
      <w:r>
        <w:t>hai kay when all things alike there is no no one thinks very much to yeh difference to</w:t>
      </w:r>
    </w:p>
    <w:p>
      <w:pPr>
        <w:jc w:val="right"/>
      </w:pPr>
      <w:r>
        <w:t>ہے کہ وین ال تھنگز الائک دیر از نو نو ون تھنکس ویری مچ تو یہ ڈیفرنس تو</w:t>
      </w:r>
    </w:p>
    <w:p>
      <w:r>
        <w:rPr>
          <w:b/>
        </w:rPr>
        <w:t xml:space="preserve">[1:05:43] </w:t>
      </w:r>
      <w:r>
        <w:t>aik nemat hai blessing hai mein to kisi ko aisa pata hoon jab mein uska nuqta nazar</w:t>
      </w:r>
    </w:p>
    <w:p>
      <w:pPr>
        <w:jc w:val="right"/>
      </w:pPr>
      <w:r>
        <w:t>ایک نعمت ہے بلیسنگ ہے میں تو کسی کو ایسا پاتا ہوں جب میں اس کا نقطہ نظر</w:t>
      </w:r>
    </w:p>
    <w:p>
      <w:r>
        <w:rPr>
          <w:b/>
        </w:rPr>
        <w:t xml:space="preserve">[1:05:49] </w:t>
      </w:r>
      <w:r>
        <w:t>mujh say alag hai to khoob baat karta hoon us say to cultural difference hai to woh natural</w:t>
      </w:r>
    </w:p>
    <w:p>
      <w:pPr>
        <w:jc w:val="right"/>
      </w:pPr>
      <w:r>
        <w:t>مجھ سے الگ ہے تو خوب بات کرتا ہوں اس سے تو کلچرل ڈیفرنس ہے تو وہ نیچرل</w:t>
      </w:r>
    </w:p>
    <w:p>
      <w:r>
        <w:rPr>
          <w:b/>
        </w:rPr>
        <w:t xml:space="preserve">[1:05:55] </w:t>
      </w:r>
      <w:r>
        <w:t>hai religion mein difference hai to woh bhi nature</w:t>
      </w:r>
    </w:p>
    <w:p>
      <w:pPr>
        <w:jc w:val="right"/>
      </w:pPr>
      <w:r>
        <w:t>ہے ریلیجن میں ڈیفرنس ہے تو وہ بھی نیچر</w:t>
      </w:r>
    </w:p>
    <w:p>
      <w:r>
        <w:rPr>
          <w:b/>
        </w:rPr>
        <w:t xml:space="preserve">[1:06:01] </w:t>
      </w:r>
      <w:r>
        <w:t>l hai honay dijiye aap guftagu kijiye aap fatwa mat dijiye yeh jo fatwa diya jata hai fatwa</w:t>
      </w:r>
    </w:p>
    <w:p>
      <w:pPr>
        <w:jc w:val="right"/>
      </w:pPr>
      <w:r>
        <w:t>ل ہے ہونے دیجیے آپ گفتگو کیجیے آپ فتوی مت دیجیے یہ جو فتوی دیا جاتا ہے فتوی</w:t>
      </w:r>
    </w:p>
    <w:p>
      <w:r>
        <w:rPr>
          <w:b/>
        </w:rPr>
        <w:t xml:space="preserve">[1:06:07] </w:t>
      </w:r>
      <w:r>
        <w:t>to galat hai jaisay ibn taymiyyah ki kitab hai al-sarib al-rasool aur isha'at al-rasool kay kisi nay kuch</w:t>
      </w:r>
    </w:p>
    <w:p>
      <w:pPr>
        <w:jc w:val="right"/>
      </w:pPr>
      <w:r>
        <w:t>تو غلط ہے جیسے ابن تیمیہ کی کتاب ہے الصارب الرسول اور اشاعت الرسول کہ کسی نے کچھ</w:t>
      </w:r>
    </w:p>
    <w:p>
      <w:r>
        <w:rPr>
          <w:b/>
        </w:rPr>
        <w:t xml:space="preserve">[1:06:13] </w:t>
      </w:r>
      <w:r>
        <w:t>keh diya rasool Allah kay khilaf to us ko qatal kar do mein kehta hoon qatal kyun karo</w:t>
      </w:r>
    </w:p>
    <w:p>
      <w:pPr>
        <w:jc w:val="right"/>
      </w:pPr>
      <w:r>
        <w:t>کہہ دیا رسول اللہ کے خلاف تو اس کو قتل کر دو میں کہتا ہوں قتل کیوں کرو</w:t>
      </w:r>
    </w:p>
    <w:p>
      <w:r>
        <w:rPr>
          <w:b/>
        </w:rPr>
        <w:t xml:space="preserve">[1:06:20] </w:t>
      </w:r>
      <w:r>
        <w:t>us say baat karo mein aap ka qissa batata hoon aap ko kay kis tarah say difference jo</w:t>
      </w:r>
    </w:p>
    <w:p>
      <w:pPr>
        <w:jc w:val="right"/>
      </w:pPr>
      <w:r>
        <w:t>اس سے بات کرو میں آپ کا قصہ بتاتا ہوں آپ کو کہ کس طرح سے ڈیفرنس جو</w:t>
      </w:r>
    </w:p>
    <w:p>
      <w:r>
        <w:rPr>
          <w:b/>
        </w:rPr>
        <w:t xml:space="preserve">[1:06:26] </w:t>
      </w:r>
      <w:r>
        <w:t>hai leads to development mein lucknow mein tha</w:t>
      </w:r>
    </w:p>
    <w:p>
      <w:pPr>
        <w:jc w:val="right"/>
      </w:pPr>
      <w:r>
        <w:t>ہے لیڈز ٹو ڈیویلپمنٹ میں لکھنو میں تھا</w:t>
      </w:r>
    </w:p>
    <w:p>
      <w:r>
        <w:rPr>
          <w:b/>
        </w:rPr>
        <w:t xml:space="preserve">[1:06:32] </w:t>
      </w:r>
      <w:r>
        <w:t>to lucknow mein bohat say parhay likhay hindu thay us waqt yeh 1965 ki baat hai to meray</w:t>
      </w:r>
    </w:p>
    <w:p>
      <w:pPr>
        <w:jc w:val="right"/>
      </w:pPr>
      <w:r>
        <w:t>تو لکھنو میں بہت سے پڑھے لکھے ہندو تھے اس وقت یہ 1965 کی بات ہے تو میرے</w:t>
      </w:r>
    </w:p>
    <w:p>
      <w:r>
        <w:rPr>
          <w:b/>
        </w:rPr>
        <w:t xml:space="preserve">[1:06:38] </w:t>
      </w:r>
      <w:r>
        <w:t>sathi thay mister iftikhar mujh ko un kay pas lay gaye us hindu kay pas woh atheist thay</w:t>
      </w:r>
    </w:p>
    <w:p>
      <w:pPr>
        <w:jc w:val="right"/>
      </w:pPr>
      <w:r>
        <w:t>ساتھی تھے مسٹر افتخار مجھ کو ان کے پاس لے گئے اس ہندو کے پاس وہ اتھیسٹ تھے</w:t>
      </w:r>
    </w:p>
    <w:p>
      <w:r>
        <w:rPr>
          <w:b/>
        </w:rPr>
        <w:t xml:space="preserve">[1:06:44] </w:t>
      </w:r>
      <w:r>
        <w:t>woh woh woh pedaish un ki hui thi hindu family mein lekin woh atheist thay to baat kartay</w:t>
      </w:r>
    </w:p>
    <w:p>
      <w:pPr>
        <w:jc w:val="right"/>
      </w:pPr>
      <w:r>
        <w:t>وہ وہ وہ پیدائش ان کی ہوئی تھی ہندو فیملی میں لیکن وہ اتھیسٹ تھے تو بات کرتے</w:t>
      </w:r>
    </w:p>
    <w:p>
      <w:r>
        <w:rPr>
          <w:b/>
        </w:rPr>
        <w:t xml:space="preserve">[1:06:51] </w:t>
      </w:r>
      <w:r>
        <w:t>huay unhon nay aik jumla kaha kay agar muhammad ko history say nikaal liya jaye to history mein</w:t>
      </w:r>
    </w:p>
    <w:p>
      <w:pPr>
        <w:jc w:val="right"/>
      </w:pPr>
      <w:r>
        <w:t>ہوئے انہوں نے ایک جملہ کہا کہ اگر محمد کو ہسٹری سے نکال لیا جائے تو ہسٹری میں</w:t>
      </w:r>
    </w:p>
    <w:p>
      <w:r>
        <w:rPr>
          <w:b/>
        </w:rPr>
        <w:t xml:space="preserve">[1:06:57] </w:t>
      </w:r>
      <w:r>
        <w:t>kya kami reh jaye gi</w:t>
      </w:r>
    </w:p>
    <w:p>
      <w:pPr>
        <w:jc w:val="right"/>
      </w:pPr>
      <w:r>
        <w:t>کیا کمی رہ جائے گی</w:t>
      </w:r>
    </w:p>
    <w:p>
      <w:r>
        <w:rPr>
          <w:b/>
        </w:rPr>
        <w:t xml:space="preserve">[1:07:03] </w:t>
      </w:r>
      <w:r>
        <w:t>muhammad ko agar history say nikaal liya jaye history mein kya kami reh jaye gi to us waqt</w:t>
      </w:r>
    </w:p>
    <w:p>
      <w:pPr>
        <w:jc w:val="right"/>
      </w:pPr>
      <w:r>
        <w:t>محمد کو اگر ہسٹری سے نکال لیا جائے ہسٹری میں کیا کمی رہ جائے گی تو اس وقت</w:t>
      </w:r>
    </w:p>
    <w:p>
      <w:r>
        <w:rPr>
          <w:b/>
        </w:rPr>
        <w:t xml:space="preserve">[1:07:09] </w:t>
      </w:r>
      <w:r>
        <w:t>meri zuban se aise nikal gaya ke woh sab kuch jo Muhammad se Muhammad ke baad woh nahi</w:t>
      </w:r>
    </w:p>
    <w:p>
      <w:pPr>
        <w:jc w:val="right"/>
      </w:pPr>
      <w:r>
        <w:t>میری زبان سے ایسے نکل گیا کہ وہ سب کچھ جو محمد سے محمد کے بعد وہ نہیں</w:t>
      </w:r>
    </w:p>
    <w:p>
      <w:r>
        <w:rPr>
          <w:b/>
        </w:rPr>
        <w:t xml:space="preserve">[1:07:15] </w:t>
      </w:r>
      <w:r>
        <w:t>nahi thi dunya mein jo Muhammad se pehle dunya mein nahi thi matlab bijli nahi thi machine nahi</w:t>
      </w:r>
    </w:p>
    <w:p>
      <w:pPr>
        <w:jc w:val="right"/>
      </w:pPr>
      <w:r>
        <w:t>نہیں تھی دنیا میں جو محمد سے پہلے دنیا میں نہیں تھی مطلب بجلی نہیں تھی مشین نہیں</w:t>
      </w:r>
    </w:p>
    <w:p>
      <w:r>
        <w:rPr>
          <w:b/>
        </w:rPr>
        <w:t xml:space="preserve">[1:07:21] </w:t>
      </w:r>
      <w:r>
        <w:t>thi car nahi tha hawa jahaz nahi tha us waqt meri zuban se nikal gaya lekin mein is</w:t>
      </w:r>
    </w:p>
    <w:p>
      <w:pPr>
        <w:jc w:val="right"/>
      </w:pPr>
      <w:r>
        <w:t>تھی کار نہیں تھا ہوا جہاز نہیں تھا اس وقت میری زبان سے نکل گیا لیکن میں اس</w:t>
      </w:r>
    </w:p>
    <w:p>
      <w:r>
        <w:rPr>
          <w:b/>
        </w:rPr>
        <w:t xml:space="preserve">[1:07:28] </w:t>
      </w:r>
      <w:r>
        <w:t>ko samjhane se kyun kyun mein ne keh diya use</w:t>
      </w:r>
    </w:p>
    <w:p>
      <w:pPr>
        <w:jc w:val="right"/>
      </w:pPr>
      <w:r>
        <w:t>کو سمجھانے سے کیوں کیوں میں نے کہہ دیا اسے</w:t>
      </w:r>
    </w:p>
    <w:p>
      <w:r>
        <w:rPr>
          <w:b/>
        </w:rPr>
        <w:t xml:space="preserve">[1:07:34] </w:t>
      </w:r>
      <w:r>
        <w:t>phir mein ne research kiya do saal mein ne is mein guzara is ki study mein phir mein</w:t>
      </w:r>
    </w:p>
    <w:p>
      <w:pPr>
        <w:jc w:val="right"/>
      </w:pPr>
      <w:r>
        <w:t>پھر میں نے ریسرچ کیا دو سال میں نے اس میں گزارا اس کی اسٹڈی میں پھر میں</w:t>
      </w:r>
    </w:p>
    <w:p>
      <w:r>
        <w:rPr>
          <w:b/>
        </w:rPr>
        <w:t xml:space="preserve">[1:07:40] </w:t>
      </w:r>
      <w:r>
        <w:t>ne kitaab likhi is ka naam hai Islam Creator Modern Age urdu mein chhapi hai woh Islam do</w:t>
      </w:r>
    </w:p>
    <w:p>
      <w:pPr>
        <w:jc w:val="right"/>
      </w:pPr>
      <w:r>
        <w:t>نے کتاب لکھی اس کا نام ہے اسلام کریٹر ماڈرن ایج اردو میں چھپی ہے وہ اسلام دو</w:t>
      </w:r>
    </w:p>
    <w:p>
      <w:r>
        <w:rPr>
          <w:b/>
        </w:rPr>
        <w:t xml:space="preserve">[1:07:46] </w:t>
      </w:r>
      <w:r>
        <w:t>Khalik to mujhe ek qulo mila jab mein ne mutala karna shuru kiya in Lord Tynes B ke</w:t>
      </w:r>
    </w:p>
    <w:p>
      <w:pPr>
        <w:jc w:val="right"/>
      </w:pPr>
      <w:r>
        <w:t>خالق تو مجھے ایک قلو ملا جب میں نے مطالعہ کرنا شروع کیا ان لارڈ ٹائنز بی کے</w:t>
      </w:r>
    </w:p>
    <w:p>
      <w:r>
        <w:rPr>
          <w:b/>
        </w:rPr>
        <w:t xml:space="preserve">[1:07:52] </w:t>
      </w:r>
      <w:r>
        <w:t>haan ek qulo mila is qulo is ne likha tha in Lord Tynes B ne ke bohat likhi</w:t>
      </w:r>
    </w:p>
    <w:p>
      <w:pPr>
        <w:jc w:val="right"/>
      </w:pPr>
      <w:r>
        <w:t>ہاں ایک قلو ملا اس قلو اس نے لکھا تھا ان لارڈ ٹائنز بی نے کہ بہت لکھی</w:t>
      </w:r>
    </w:p>
    <w:p>
      <w:r>
        <w:rPr>
          <w:b/>
        </w:rPr>
        <w:t xml:space="preserve">[1:07:58] </w:t>
      </w:r>
      <w:r>
        <w:t>baat hai ke jab se dunya bani hai yeh hamari planet Earth</w:t>
      </w:r>
    </w:p>
    <w:p>
      <w:pPr>
        <w:jc w:val="right"/>
      </w:pPr>
      <w:r>
        <w:t>بات ہے کہ جب سے دنیا بنی ہے یہ ہماری پلینٹ ارتھ</w:t>
      </w:r>
    </w:p>
    <w:p>
      <w:r>
        <w:rPr>
          <w:b/>
        </w:rPr>
        <w:t xml:space="preserve">[1:08:04] </w:t>
      </w:r>
      <w:r>
        <w:t>tab se woh sari cheezein yahan maujood thi sari machine sari technology yani potentially maujood thi yahan par</w:t>
      </w:r>
    </w:p>
    <w:p>
      <w:pPr>
        <w:jc w:val="right"/>
      </w:pPr>
      <w:r>
        <w:t>تب سے وہ ساری چیزیں یہاں موجود تھیں ساری مشین ساری ٹیکنالوجی یعنی پوٹینشلی موجود تھی یہاں پر</w:t>
      </w:r>
    </w:p>
    <w:p>
      <w:r>
        <w:rPr>
          <w:b/>
        </w:rPr>
        <w:t xml:space="preserve">[1:08:12] </w:t>
      </w:r>
      <w:r>
        <w:t>lekin poori industry maujood thi yahan par insan ko kyun der lagi ke woh industry ko discover kare</w:t>
      </w:r>
    </w:p>
    <w:p>
      <w:pPr>
        <w:jc w:val="right"/>
      </w:pPr>
      <w:r>
        <w:t>لیکن پوری انڈسٹری موجود تھی یہاں پر انسان کو کیوں دیر لگی کہ وہ انڈسٹری کو ڈسکور کرے</w:t>
      </w:r>
    </w:p>
    <w:p>
      <w:r>
        <w:rPr>
          <w:b/>
        </w:rPr>
        <w:t xml:space="preserve">[1:08:19] </w:t>
      </w:r>
      <w:r>
        <w:t>aur machine banaye aur hawa jahaz banaye kyun der lagi itni itne zyada din kyun lage industrial revolution</w:t>
      </w:r>
    </w:p>
    <w:p>
      <w:pPr>
        <w:jc w:val="right"/>
      </w:pPr>
      <w:r>
        <w:t>اور مشینیں بنائے اور ہوا جہاز بنائے کیوں دیر لگی اتنی اتنے زیادہ دن کیوں لگے انڈسٹریل ریولیشن</w:t>
      </w:r>
    </w:p>
    <w:p>
      <w:r>
        <w:rPr>
          <w:b/>
        </w:rPr>
        <w:t xml:space="preserve">[1:08:27] </w:t>
      </w:r>
      <w:r>
        <w:t>mein to is ne khud likha hai yeh ke is ki wajah yeh thi ke</w:t>
      </w:r>
    </w:p>
    <w:p>
      <w:pPr>
        <w:jc w:val="right"/>
      </w:pPr>
      <w:r>
        <w:t>میں تو اس نے خود لکھا ہے یہ کہ اس کی وجہ یہ تھی کہ</w:t>
      </w:r>
    </w:p>
    <w:p>
      <w:r>
        <w:rPr>
          <w:b/>
        </w:rPr>
        <w:t xml:space="preserve">[1:08:34] </w:t>
      </w:r>
      <w:r>
        <w:t>nature us ki wajah thi nature worship pichhli tamam sadiyon mein duniya mein nature worship thi log puchte the har cheez ko to us ne likha hai ke when nature was an object of worship not possible to make it object of investigation jab nature ko aap puchte pucchne ka aap ke mind mein aata hai ke us ko puchna hai to aap ke mind mein yeh nahi aayega us ko hum tehqeeq karein us ko</w:t>
      </w:r>
    </w:p>
    <w:p>
      <w:pPr>
        <w:jc w:val="right"/>
      </w:pPr>
      <w:r>
        <w:t>نیچر اس کی وجہ تھی نیچر ورشپ پچھلی تمام صدیوں میں دنیا میں نیچر ورشپ تھی لوگ پوچھتے تھے ہر چیز کو تو اس نے لکھا ہے کہ وین نیچر واز اینڈ ابجیکٹ اف ورشپ ناٹ پاسیبل ٹو میک اٹ ابجیکٹ اف انویسٹیگیشن جب نیچر کو اپ پوچھ پوچھنے کا اپ کے مائنڈ میں اتا ہے کہ اس کو پوچھنا ہے تو اپ کے مائنڈ میں یہ نہیں ائے گا اس کو ہم تحقیق کریں اس کو</w:t>
      </w:r>
    </w:p>
    <w:p>
      <w:r>
        <w:rPr>
          <w:b/>
        </w:rPr>
        <w:t xml:space="preserve">[1:09:04] </w:t>
      </w:r>
      <w:r>
        <w:t>investigate karein yeh under time ne casually taur par likha hai ek jagah woh mujhe mila is se</w:t>
      </w:r>
    </w:p>
    <w:p>
      <w:pPr>
        <w:jc w:val="right"/>
      </w:pPr>
      <w:r>
        <w:t>انویسٹیگیٹ کریں یہ انڈر ٹائم نے کیژول طور پر لکھا ہے ایک جگہ وہ مجھے ملا اس سے</w:t>
      </w:r>
    </w:p>
    <w:p>
      <w:r>
        <w:rPr>
          <w:b/>
        </w:rPr>
        <w:t xml:space="preserve">[1:09:12] </w:t>
      </w:r>
      <w:r>
        <w:t>mein ne phir badhaya badha is ko elaborate kiya phir meri kitaab likhi mein ne to aap difference</w:t>
      </w:r>
    </w:p>
    <w:p>
      <w:pPr>
        <w:jc w:val="right"/>
      </w:pPr>
      <w:r>
        <w:t>میں نے پھر بڑھایا بڑھا اس کو ایلابریٹ کیا پھر میری کتاب لکھی میں نے تو اپ ڈیفرنس</w:t>
      </w:r>
    </w:p>
    <w:p>
      <w:r>
        <w:rPr>
          <w:b/>
        </w:rPr>
        <w:t xml:space="preserve">[1:09:19] </w:t>
      </w:r>
      <w:r>
        <w:t>ko blessing samjhiye ilm samjhiye difference se aap ke andar creativity barhti hai aap ka intellectual development hota</w:t>
      </w:r>
    </w:p>
    <w:p>
      <w:pPr>
        <w:jc w:val="right"/>
      </w:pPr>
      <w:r>
        <w:t>کو بلیسنگ سمجھیے علم سمجھیے ڈیفرنس سے اپ کے اندر کریٹیوٹی بڑھتی ہے اپ کا انٹلیکچول ڈیولپمنٹ ہوتا</w:t>
      </w:r>
    </w:p>
    <w:p>
      <w:r>
        <w:rPr>
          <w:b/>
        </w:rPr>
        <w:t xml:space="preserve">[1:09:27] </w:t>
      </w:r>
      <w:r>
        <w:t>hai sari taraqqiyan difference pe hoti hain agar Galileo ne difference nahi kiya hota is system se woh Aristotle</w:t>
      </w:r>
    </w:p>
    <w:p>
      <w:pPr>
        <w:jc w:val="right"/>
      </w:pPr>
      <w:r>
        <w:t>ہے ساری ترقیاں ڈیفرنس پہ ہوتی ہیں اگر گلیڈیو نے ڈیفرنس نہیں کیا ہوتا اس سسٹم سے وہ ارسٹوٹل</w:t>
      </w:r>
    </w:p>
    <w:p>
      <w:r>
        <w:rPr>
          <w:b/>
        </w:rPr>
        <w:t xml:space="preserve">[1:09:34] </w:t>
      </w:r>
      <w:r>
        <w:t>ke jo theory thi geo centric theory to dunya solar system is ko dunya janti nahi hai is</w:t>
      </w:r>
    </w:p>
    <w:p>
      <w:pPr>
        <w:jc w:val="right"/>
      </w:pPr>
      <w:r>
        <w:t>کے جو تھیوری تھی جیو سینٹرک تھیوری تو دنیا سولر سسٹم اس کو دنیا جانتی نہیں ہے اس</w:t>
      </w:r>
    </w:p>
    <w:p>
      <w:r>
        <w:rPr>
          <w:b/>
        </w:rPr>
        <w:t xml:space="preserve">[1:09:42] </w:t>
      </w:r>
      <w:r>
        <w:t>ko yani helio centric theory ko difference kiya tab tab pata chala is ko geo centric theory aaj</w:t>
      </w:r>
    </w:p>
    <w:p>
      <w:pPr>
        <w:jc w:val="right"/>
      </w:pPr>
      <w:r>
        <w:t>کو یعنی ہیلیو سینٹرک تھیوری کو ڈیفرنس کیا تب تب پتہ چلا اس کو جیو سینٹرک تھیوری اج</w:t>
      </w:r>
    </w:p>
    <w:p>
      <w:r>
        <w:rPr>
          <w:b/>
        </w:rPr>
        <w:t xml:space="preserve">[1:09:49] </w:t>
      </w:r>
      <w:r>
        <w:t>chalti rehti hai to difference is blessing aap difference ko even mat samjhiye yes ya second last Assalam</w:t>
      </w:r>
    </w:p>
    <w:p>
      <w:pPr>
        <w:jc w:val="right"/>
      </w:pPr>
      <w:r>
        <w:t>چلتی رہتی ہے تو ڈیفرنس از بلیسنگ اپ ڈیفرنس کو ایون مت سمجھیے یس یا سیکنڈ لاسٹ السلام</w:t>
      </w:r>
    </w:p>
    <w:p>
      <w:r>
        <w:rPr>
          <w:b/>
        </w:rPr>
        <w:t xml:space="preserve">[1:09:57] </w:t>
      </w:r>
      <w:r>
        <w:t>Alaikum aap ne yeh</w:t>
      </w:r>
    </w:p>
    <w:p>
      <w:pPr>
        <w:jc w:val="right"/>
      </w:pPr>
      <w:r>
        <w:t>علیکم اپ نے یہ</w:t>
      </w:r>
    </w:p>
    <w:p>
      <w:r>
        <w:rPr>
          <w:b/>
        </w:rPr>
        <w:t xml:space="preserve">[1:10:04] </w:t>
      </w:r>
      <w:r>
        <w:t>kaha ke text mein aur practice mein jo hai differences hi jo scientific approach ke bare mein baat</w:t>
      </w:r>
    </w:p>
    <w:p>
      <w:pPr>
        <w:jc w:val="right"/>
      </w:pPr>
      <w:r>
        <w:t>کہا کہ ٹیکسٹ میں اور پریکٹس میں جو ہے ڈیفرنسز ہی جو سائنٹیفک اپروچ کے بارے میں بات</w:t>
      </w:r>
    </w:p>
    <w:p>
      <w:r>
        <w:rPr>
          <w:b/>
        </w:rPr>
        <w:t xml:space="preserve">[1:10:09] </w:t>
      </w:r>
      <w:r>
        <w:t>karte hain lekin bohat sare jo ek minuscule population hai jo extremist ideology ko follow karte hain woh</w:t>
      </w:r>
    </w:p>
    <w:p>
      <w:pPr>
        <w:jc w:val="right"/>
      </w:pPr>
      <w:r>
        <w:t>کرتے ہیں لیکن بہت سارے جو ایک مینسکل پاپولیشن ہے جو ایکسٹریمسٹ ائیڈولوجی کو فالو کرتے ہیں وہ</w:t>
      </w:r>
    </w:p>
    <w:p>
      <w:r>
        <w:rPr>
          <w:b/>
        </w:rPr>
        <w:t xml:space="preserve">[1:10:14] </w:t>
      </w:r>
      <w:r>
        <w:t>kahin na kahin text se inspired hote hain un ka narrative jo hota hai woh kahin na kahin</w:t>
      </w:r>
    </w:p>
    <w:p>
      <w:pPr>
        <w:jc w:val="right"/>
      </w:pPr>
      <w:r>
        <w:t>کہیں نہ کہیں ٹیکسٹ سے انسپائرڈ ہوتے ہیں ان کا نیریٹو جو ہوتا ہے وہ کہیں نہ کہیں</w:t>
      </w:r>
    </w:p>
    <w:p>
      <w:r>
        <w:rPr>
          <w:b/>
        </w:rPr>
        <w:t xml:space="preserve">[1:10:19] </w:t>
      </w:r>
      <w:r>
        <w:t>text se rehta hai matlab woh apne actions ko ya to Quran ki kisi ayat se ya kisi</w:t>
      </w:r>
    </w:p>
    <w:p>
      <w:pPr>
        <w:jc w:val="right"/>
      </w:pPr>
      <w:r>
        <w:t>ٹیکسٹ سے رہتا ہے مطلب وہ اپنے ایکشنز کو یا تو قران کی کسی ایت سے یا کسی</w:t>
      </w:r>
    </w:p>
    <w:p>
      <w:r>
        <w:rPr>
          <w:b/>
        </w:rPr>
        <w:t xml:space="preserve">[1:10:24] </w:t>
      </w:r>
      <w:r>
        <w:t>aisolateed hadees se justify karte hain to is narrative ko challenge karne ke liye aap principle kya suggest</w:t>
      </w:r>
    </w:p>
    <w:p>
      <w:pPr>
        <w:jc w:val="right"/>
      </w:pPr>
      <w:r>
        <w:t>ائیسولیٹڈ حدیث سے جسٹیفائی کرتے ہیں تو اس نیریٹو کو چیلنج کرنے کے لیے اپ پرنسپلی کیا سجیسٹ</w:t>
      </w:r>
    </w:p>
    <w:p>
      <w:r>
        <w:rPr>
          <w:b/>
        </w:rPr>
        <w:t xml:space="preserve">[1:10:30] </w:t>
      </w:r>
      <w:r>
        <w:t>karenge bhai dekhen paida karne wale ne insaan ko azaad</w:t>
      </w:r>
    </w:p>
    <w:p>
      <w:pPr>
        <w:jc w:val="right"/>
      </w:pPr>
      <w:r>
        <w:t>کریں گے بھائی دیکھیں پیدا کرنے والے نے انسان کو ازاد</w:t>
      </w:r>
    </w:p>
    <w:p>
      <w:r>
        <w:rPr>
          <w:b/>
        </w:rPr>
        <w:t xml:space="preserve">[1:10:35] </w:t>
      </w:r>
      <w:r>
        <w:t>paida kiya hai azaad to azaad jab hai to isko misuse of freedom ka bhi haq</w:t>
      </w:r>
    </w:p>
    <w:p>
      <w:pPr>
        <w:jc w:val="right"/>
      </w:pPr>
      <w:r>
        <w:t>پیدا کیا ہے ازاد تو ازاد جب ہے تو اس کو مس یوز اف فریڈم کا بھی حق</w:t>
      </w:r>
    </w:p>
    <w:p>
      <w:r>
        <w:rPr>
          <w:b/>
        </w:rPr>
        <w:t xml:space="preserve">[1:10:41] </w:t>
      </w:r>
      <w:r>
        <w:t>hai isko isi azaadi ko le kar ke khawarij ne jo hazrat ali ke zamane ke log</w:t>
      </w:r>
    </w:p>
    <w:p>
      <w:pPr>
        <w:jc w:val="right"/>
      </w:pPr>
      <w:r>
        <w:t>ہے اس کو اسی ازادی کو لے کر کے خوارج نے جو حضرت علی کے زمانے کے لوگ</w:t>
      </w:r>
    </w:p>
    <w:p>
      <w:r>
        <w:rPr>
          <w:b/>
        </w:rPr>
        <w:t xml:space="preserve">[1:10:47] </w:t>
      </w:r>
      <w:r>
        <w:t>the khawarij ne hazrat ali ko kafir mara unko kaha ke qatal karo to that was mis</w:t>
      </w:r>
    </w:p>
    <w:p>
      <w:pPr>
        <w:jc w:val="right"/>
      </w:pPr>
      <w:r>
        <w:t>تھے خوارج نے حضرت علی کو کافر مارا ان کو کہا کہ قتل کرو تو دیٹ واز مس</w:t>
      </w:r>
    </w:p>
    <w:p>
      <w:r>
        <w:rPr>
          <w:b/>
        </w:rPr>
        <w:t xml:space="preserve">[1:10:53] </w:t>
      </w:r>
      <w:r>
        <w:t>mis freedom mis was freedom hamesha raha hai hamesha rahega isko aap khatam nahi kar sakte</w:t>
      </w:r>
    </w:p>
    <w:p>
      <w:pPr>
        <w:jc w:val="right"/>
      </w:pPr>
      <w:r>
        <w:t>مس فریڈم مس واز فریڈم ہمیشہ رہا ہے ہمیشہ رہے گا اس کو اپ ختم نہیں کر سکتے</w:t>
      </w:r>
    </w:p>
    <w:p>
      <w:r>
        <w:rPr>
          <w:b/>
        </w:rPr>
        <w:t xml:space="preserve">[1:10:59] </w:t>
      </w:r>
      <w:r>
        <w:t>qabil ne bhi misuse of freedom tha ke maar dala apne bhai ko wo khatam nahi hoga kaise khatam</w:t>
      </w:r>
    </w:p>
    <w:p>
      <w:pPr>
        <w:jc w:val="right"/>
      </w:pPr>
      <w:r>
        <w:t>قابیل نے بھی مس یوز اف فریڈم تھا کہ مار ڈالا اپنے بھائی کو وہ ختم نہیں ہوگا کیسے ختم</w:t>
      </w:r>
    </w:p>
    <w:p>
      <w:r>
        <w:rPr>
          <w:b/>
        </w:rPr>
        <w:t xml:space="preserve">[1:11:05] </w:t>
      </w:r>
      <w:r>
        <w:t>karega wo part of nature hai to aap manage karne ki koshish kijiye na ke khatam karne</w:t>
      </w:r>
    </w:p>
    <w:p>
      <w:pPr>
        <w:jc w:val="right"/>
      </w:pPr>
      <w:r>
        <w:t>کرے گا وہ پارٹ اف نیچر ہے تو اپ مینج کرنے کی کوشش کیجئے نہ کہ ختم کرنے</w:t>
      </w:r>
    </w:p>
    <w:p>
      <w:r>
        <w:rPr>
          <w:b/>
        </w:rPr>
        <w:t xml:space="preserve">[1:11:12] </w:t>
      </w:r>
      <w:r>
        <w:t>ki koshish kijiye yes last my name is najma siddiqui i am from delhi university department of education</w:t>
      </w:r>
    </w:p>
    <w:p>
      <w:pPr>
        <w:jc w:val="right"/>
      </w:pPr>
      <w:r>
        <w:t>کی کوشش کیجئے یس لاسٹ مائی نیم از نجمہ صدیقی ائی ایم فرام دہلی یونیورسٹی ڈیپارٹمنٹ اف ایجوکیشن</w:t>
      </w:r>
    </w:p>
    <w:p>
      <w:r>
        <w:rPr>
          <w:b/>
        </w:rPr>
        <w:t xml:space="preserve">[1:11:20] </w:t>
      </w:r>
      <w:r>
        <w:t>delhi university i was reading some of maulana books and all that then i came to his class</w:t>
      </w:r>
    </w:p>
    <w:p>
      <w:pPr>
        <w:jc w:val="right"/>
      </w:pPr>
      <w:r>
        <w:t>دہلی یونیورسٹی ائی واز ریڈنگ سم اف مولانا بکس اینڈ ال دیٹ دین ائی کیم ٹو ہز کلاس</w:t>
      </w:r>
    </w:p>
    <w:p>
      <w:r>
        <w:rPr>
          <w:b/>
        </w:rPr>
        <w:t xml:space="preserve">[1:11:27] </w:t>
      </w:r>
      <w:r>
        <w:t>like everybody as a muslim i was a science stu</w:t>
      </w:r>
    </w:p>
    <w:p>
      <w:pPr>
        <w:jc w:val="right"/>
      </w:pPr>
      <w:r>
        <w:t>لائک ایوری بڈی ایز ا مسلم ائی واز ا سائنس سٹو</w:t>
      </w:r>
    </w:p>
    <w:p>
      <w:r>
        <w:rPr>
          <w:b/>
        </w:rPr>
        <w:t xml:space="preserve">[1:11:35] </w:t>
      </w:r>
      <w:r>
        <w:t>dent a science scholar and just like everybody islamic practices se hi islam muslim practices se hi</w:t>
      </w:r>
    </w:p>
    <w:p>
      <w:pPr>
        <w:jc w:val="right"/>
      </w:pPr>
      <w:r>
        <w:t>ڈنٹ ا سائنس سکالر اینڈ جسٹ لائک ایوری بڈی اسلامک پریکٹسز سے ہی اسلام مسلم پریکٹسز سے ہی</w:t>
      </w:r>
    </w:p>
    <w:p>
      <w:r>
        <w:rPr>
          <w:b/>
        </w:rPr>
        <w:t xml:space="preserve">[1:11:45] </w:t>
      </w:r>
      <w:r>
        <w:t>islam ko dekhti thi and when i came to his lectures and all that i used to have</w:t>
      </w:r>
    </w:p>
    <w:p>
      <w:pPr>
        <w:jc w:val="right"/>
      </w:pPr>
      <w:r>
        <w:t>اسلام کو دیکھتی تھی اینڈ وین ائی کیم ٹو ہز لیکچرز اینڈ ال دیٹ ائی یوز ٹو ہیو</w:t>
      </w:r>
    </w:p>
    <w:p>
      <w:r>
        <w:rPr>
          <w:b/>
        </w:rPr>
        <w:t xml:space="preserve">[1:11:55] </w:t>
      </w:r>
      <w:r>
        <w:t>lot of arguments also with maulana lot of questioning from him and all that but after</w:t>
      </w:r>
    </w:p>
    <w:p>
      <w:pPr>
        <w:jc w:val="right"/>
      </w:pPr>
      <w:r>
        <w:t>لاٹ اف ارگیومنٹس السو ود مولانا لاٹ اف کویسچننگ فرام ہم اینڈ ال دیٹ بٹ افٹر</w:t>
      </w:r>
    </w:p>
    <w:p>
      <w:r>
        <w:rPr>
          <w:b/>
        </w:rPr>
        <w:t xml:space="preserve">[1:12:05] </w:t>
      </w:r>
      <w:r>
        <w:t>reading his books and listening to his thing my whole thinking i mean one thing hai ek to</w:t>
      </w:r>
    </w:p>
    <w:p>
      <w:pPr>
        <w:jc w:val="right"/>
      </w:pPr>
      <w:r>
        <w:t>ریڈنگ ہز بکس اینڈ لسننگ ٹو ہز تھنگ مائی ہول تھنکنگ ائی مین ون تھنگ ہے ایک تو</w:t>
      </w:r>
    </w:p>
    <w:p>
      <w:r>
        <w:rPr>
          <w:b/>
        </w:rPr>
        <w:t xml:space="preserve">[1:12:12] </w:t>
      </w:r>
      <w:r>
        <w:t>thinking mein bahut clarity aayi hai you have to differentiate between muslims and islam now you start looking</w:t>
      </w:r>
    </w:p>
    <w:p>
      <w:pPr>
        <w:jc w:val="right"/>
      </w:pPr>
      <w:r>
        <w:t>تھنکنگ میں بہت کلیرٹی ائی ہے یو ہیو ٹو ڈیفرنشیٹ بٹوین مسلمز اینڈ اسلام ناؤ یو سٹارٹ لوکنگ</w:t>
      </w:r>
    </w:p>
    <w:p>
      <w:r>
        <w:rPr>
          <w:b/>
        </w:rPr>
        <w:t xml:space="preserve">[1:12:20] </w:t>
      </w:r>
      <w:r>
        <w:t>at what islam says then you have to read those authentic things then looking at the practices because</w:t>
      </w:r>
    </w:p>
    <w:p>
      <w:pPr>
        <w:jc w:val="right"/>
      </w:pPr>
      <w:r>
        <w:t>ایٹ واٹ اسلام سیز دین یو ہیو ٹو ریڈ دوز اتھنٹک تھنگز دین لوکنگ ایٹ دا پریکٹسز بیکاز</w:t>
      </w:r>
    </w:p>
    <w:p>
      <w:r>
        <w:rPr>
          <w:b/>
        </w:rPr>
        <w:t xml:space="preserve">[1:12:27] </w:t>
      </w:r>
      <w:r>
        <w:t>humein lagta tha hum bahut achhe practicing muslim hain lekin jo ma</w:t>
      </w:r>
    </w:p>
    <w:p>
      <w:pPr>
        <w:jc w:val="right"/>
      </w:pPr>
      <w:r>
        <w:t>ہمیں لگتا تھا ہم بہت اچھے پریکٹسنگ مسلم ہیں لیکن جو ما</w:t>
      </w:r>
    </w:p>
    <w:p>
      <w:r>
        <w:rPr>
          <w:b/>
        </w:rPr>
        <w:t xml:space="preserve">[1:12:35] </w:t>
      </w:r>
      <w:r>
        <w:t>ne keh diya dadi ne keh diya us ne keh diya hamari woh zyada practices thi lekin jab hum actually mein cheezon ko dekhne lage to hamein kuch apni wrong practices ka bhi andaza hua society mein jo wrong practices hain un ko hum pehle hamein lagta tha sahi hai ke galat hai but now i am very clear what is wrong what is right so that make so much difference if you start studying and understanding peace ki jo kitabein padhi prophet of peace e</w:t>
      </w:r>
    </w:p>
    <w:p>
      <w:pPr>
        <w:jc w:val="right"/>
      </w:pPr>
      <w:r>
        <w:t>ں نے کہہ دیا دادی نے کہہ دیا اس نے کہہ دیا ہماری وہ زیادہ پریکٹسز تھیں لیکن جب ہم ایکچولی میں چیزوں کو دیکھنے لگے تو ہمیں کچھ اپنی رونگ پریکٹسز کا بھی اندازہ ہوا سوسائٹی میں جو رونگ پریکٹسز ہیں ان کو ہم پہلے ہمیں لگتا تھا صحیح ہے کہ غلط ہے بٹ ناؤ ائی ایم ویری کلیئر واٹ از رونگ واٹ از رائٹ سو دیٹ میک سو مچ ڈیفرنس اف یو سٹارٹ سٹڈینگ اینڈ انڈرسٹینڈنگ پیس کی جو کتابیں پڑھی پرافٹ اف پیس ای</w:t>
      </w:r>
    </w:p>
    <w:p>
      <w:r>
        <w:rPr>
          <w:b/>
        </w:rPr>
        <w:t xml:space="preserve">[1:13:05] </w:t>
      </w:r>
      <w:r>
        <w:t>j of peace so iski ideology se kuch jo mere andar change aaya hai wo be remaining</w:t>
      </w:r>
    </w:p>
    <w:p>
      <w:pPr>
        <w:jc w:val="right"/>
      </w:pPr>
      <w:r>
        <w:t>ج اف پیس سو اس کی ائیڈیالوجی سے کچھ جو میرے اندر چینج ایا ہے وہ بی ریمیننگ</w:t>
      </w:r>
    </w:p>
    <w:p>
      <w:r>
        <w:rPr>
          <w:b/>
        </w:rPr>
        <w:t xml:space="preserve">[1:13:13] </w:t>
      </w:r>
      <w:r>
        <w:t>positive to even in negative situations ke ladai ho rahi hai kya ho raha hai but how and</w:t>
      </w:r>
    </w:p>
    <w:p>
      <w:pPr>
        <w:jc w:val="right"/>
      </w:pPr>
      <w:r>
        <w:t>پوزیٹیو تو ایون ان نیگیٹیو سچویشنز کہ لڑائی ہو رہی ہے کیا ہو رہا ہے بٹ ہاؤ اینڈ</w:t>
      </w:r>
    </w:p>
    <w:p>
      <w:r>
        <w:rPr>
          <w:b/>
        </w:rPr>
        <w:t xml:space="preserve">[1:13:20] </w:t>
      </w:r>
      <w:r>
        <w:t>the problems are always there and maulana taught us problems se hum kaise opportunities nikalein and then i</w:t>
      </w:r>
    </w:p>
    <w:p>
      <w:pPr>
        <w:jc w:val="right"/>
      </w:pPr>
      <w:r>
        <w:t>دا پرابلمز ار الویز دیر اینڈ مولانا ٹاٹ اس پرابلم سے ہم کیسے اپرچونیٹیز نکالیں اینڈ دین ائی</w:t>
      </w:r>
    </w:p>
    <w:p>
      <w:r>
        <w:rPr>
          <w:b/>
        </w:rPr>
        <w:t xml:space="preserve">[1:13:28] </w:t>
      </w:r>
      <w:r>
        <w:t>have seen that also and my life has become so</w:t>
      </w:r>
    </w:p>
    <w:p>
      <w:pPr>
        <w:jc w:val="right"/>
      </w:pPr>
      <w:r>
        <w:t>ہیو سین دیٹ السو اینڈ مائی لائف ہیز بیکم سو</w:t>
      </w:r>
    </w:p>
    <w:p>
      <w:r>
        <w:rPr>
          <w:b/>
        </w:rPr>
        <w:t xml:space="preserve">[1:13:36] </w:t>
      </w:r>
      <w:r>
        <w:t>so peaceful i lost my husband two years ago but i see the positivity in different things</w:t>
      </w:r>
    </w:p>
    <w:p>
      <w:pPr>
        <w:jc w:val="right"/>
      </w:pPr>
      <w:r>
        <w:t>سو پیس فل ائی لاسٹ مائی ہسبینڈ ٹو ایئرز اگو بٹ ائی سی دا پوزیٹیوٹی ان ڈفرنٹ تھنگز</w:t>
      </w:r>
    </w:p>
    <w:p>
      <w:r>
        <w:rPr>
          <w:b/>
        </w:rPr>
        <w:t xml:space="preserve">[1:13:43] </w:t>
      </w:r>
      <w:r>
        <w:t>and don't see negativity that i am stuck of handling myself and all that so this thing</w:t>
      </w:r>
    </w:p>
    <w:p>
      <w:pPr>
        <w:jc w:val="right"/>
      </w:pPr>
      <w:r>
        <w:t>اینڈ ڈونٹ سی نیگیٹیوٹی دیٹ ائی ایم سٹک اف ہینڈلنگ مائی سیلف اینڈ ال دیٹ سو دس تھنگ</w:t>
      </w:r>
    </w:p>
    <w:p>
      <w:r>
        <w:rPr>
          <w:b/>
        </w:rPr>
        <w:t xml:space="preserve">[1:13:51] </w:t>
      </w:r>
      <w:r>
        <w:t>is really his change my personality you have to understand this concept before reacting because i use</w:t>
      </w:r>
    </w:p>
    <w:p>
      <w:pPr>
        <w:jc w:val="right"/>
      </w:pPr>
      <w:r>
        <w:t>از ریلی ہیز چینج مائی پرسنیلٹی یو ہیو ٹو انڈرسٹینڈ دس کانسیپٹ بیفور ری ایکٹنگ بیکاز ائی یوز</w:t>
      </w:r>
    </w:p>
    <w:p>
      <w:r>
        <w:rPr>
          <w:b/>
        </w:rPr>
        <w:t xml:space="preserve">[1:13:58] </w:t>
      </w:r>
      <w:r>
        <w:t>too react she is commenting</w:t>
      </w:r>
    </w:p>
    <w:p>
      <w:pPr>
        <w:jc w:val="right"/>
      </w:pPr>
      <w:r>
        <w:t>ٹو ری ایکٹ شی از کمنٹنگ</w:t>
      </w:r>
    </w:p>
    <w:p>
      <w:r>
        <w:rPr>
          <w:b/>
        </w:rPr>
        <w:t xml:space="preserve">[1:14:06] </w:t>
      </w:r>
      <w:r>
        <w:t>right interpretation of the verses of the quran and the hadith is communicated to the people and there are so many people who have changed their thinking and every where we find such people in kashmir and every where we find such people who said that we did not know right interpretation now after reading his books we know right interpretation peaceful interpretation and they have ch</w:t>
      </w:r>
    </w:p>
    <w:p>
      <w:pPr>
        <w:jc w:val="right"/>
      </w:pPr>
      <w:r>
        <w:t>رائٹ انٹرپریٹیشن اف دی ورسز اف دا قران اینڈ دی حدیث از کمیونیکیٹڈ ٹو دا پیپل اینڈ دیر ار سو مینی پیپل ہو ہیو چینج دیر تھنکنگ اینڈ ایوری ویر وی فائنڈ سچ پیپل ان کشمیر اینڈ ایوری ویر وی فائنڈ سچ پیپل ہو سیڈ دیٹ وی ڈیڈ ناٹ نو رائٹ انٹرپریٹیشن ناو افٹر ریڈنگ ہز بکس وی نو رائٹ انٹرپریٹیشن پیس فل انٹرپریٹیشن اینڈ دے ہیو چ</w:t>
      </w:r>
    </w:p>
    <w:p>
      <w:r>
        <w:rPr>
          <w:b/>
        </w:rPr>
        <w:t xml:space="preserve">[1:14:36] </w:t>
      </w:r>
      <w:r>
        <w:t>ange their life almost in daily basis we find such people come to meet and tell us so that is why some one had raised this question so that this distribution of literature is that it will be suffice in tackling such a big problem so well take some time it takes time to spread gradually so we are successful inshallah talking a</w:t>
      </w:r>
    </w:p>
    <w:p>
      <w:pPr>
        <w:jc w:val="right"/>
      </w:pPr>
      <w:r>
        <w:t>ینج دیر لائف الموسٹ ان ڈیلی بیسس وی فائنڈ سچ پیپل کم ٹو میٹ اینڈ ٹیل اس سو دیٹ از وائی سم ون ہیڈ ریز دس کوسچن سو دیٹ دس ڈسٹریبیوشن اف لٹریچر از دیٹ اٹ ول بی سفائس ان ٹیکلنگ سچ ا بگ پرابلم سو ویل ٹیک سم ٹائم اٹ ٹیکس ٹائم ٹو سپریڈ گریجولی سو وی ار سکسیس فل انشاءاللہ ٹاکنگ ا</w:t>
      </w:r>
    </w:p>
    <w:p>
      <w:r>
        <w:rPr>
          <w:b/>
        </w:rPr>
        <w:t xml:space="preserve">[1:15:06] </w:t>
      </w:r>
      <w:r>
        <w:t>i am going to talk in the context of the quran distribution and number of questions that how will that help you know quran distribution so you know i just want to start by saying that you know i am one example because i always thought islam is religion of violence till i met maulana sahib and till i start begin reading quran so when maulana says that you distribute quran that is the minimum that you can do you know of course the</w:t>
      </w:r>
    </w:p>
    <w:p>
      <w:pPr>
        <w:jc w:val="right"/>
      </w:pPr>
      <w:r>
        <w:t>ئی ایم گون ٹاک ان دا کانٹیکسٹ اف دی قران ڈسٹریبیوشن اینڈ نمبر اف کوسچنز دیٹ ہاؤ ول دیٹ ہیلپ یو نو قران ڈسٹریبیوشن سو یو نو ائی جسٹ وانٹ ٹو سٹارٹ بائے سےنگ دیٹ یو نو ائی ایم ون ایگزیمپل بیکاز ائی الویز تھاٹ اسلام از ریلیجن اف وائلنس ٹل ائی میٹ مولانا صاحب اینڈ ٹل ائی سٹارٹ بیگن ریڈنگ قران سو وین مولانا سیز دیٹ یو ڈسٹریبیوٹ قران دیٹ از دا منیمم دیٹ یو کین ڈو یو نو اف کورس د</w:t>
      </w:r>
    </w:p>
    <w:p>
      <w:r>
        <w:rPr>
          <w:b/>
        </w:rPr>
        <w:t xml:space="preserve">[1:15:36] </w:t>
      </w:r>
      <w:r>
        <w:t>re is no limit to engaging yourself in dialogues talking more deeply about you know what quran is all about like maulana said its the only book which talks about the creation plan of god but unless you don't give the book there will never be a beginning if you have to reach out to the world the best way is you offer quran you say this is spiritual gift for you this is what you know as cps member we all do right from you know palestine was talked</w:t>
      </w:r>
    </w:p>
    <w:p>
      <w:pPr>
        <w:jc w:val="right"/>
      </w:pPr>
      <w:r>
        <w:t>یر از نو لمٹ ٹو انگیجنگ یور سیلف ان ڈائیلاگز ٹاکنگ مور ڈیپلی اباؤٹ یو نو واٹ قران از ال اباؤٹ لائک مولانا سیڈ اٹس دی اونلی بک وچ ٹاکس اباؤٹ دا کریشن پلان اف گاڈ بٹ انلیس یو ڈونٹ گیو دا بک دیر ول نیور بی ا بیگننگ اف یو ہیو ٹو ریچ اؤٹ ٹو دا ورلڈ دا بیسٹ وے از یو افر قران یو سے دس از سپرچول گفٹ فار یو دس از واٹ یو نو ایز سی پی ایس ممبر وی ال ڈو رائٹ فرام یو نو پیلسٹائن واز ٹاکڈ</w:t>
      </w:r>
    </w:p>
    <w:p>
      <w:r>
        <w:rPr>
          <w:b/>
        </w:rPr>
        <w:t xml:space="preserve">[1:16:06] </w:t>
      </w:r>
      <w:r>
        <w:t>about i have visited palestine three times two months ago i was there and i would like to</w:t>
      </w:r>
    </w:p>
    <w:p>
      <w:pPr>
        <w:jc w:val="right"/>
      </w:pPr>
      <w:r>
        <w:t>اباؤٹ ائی ہیو وزٹڈ پیلسٹائن تھری ٹائمز ٹو منتھ اگو ائی واز دیر اینڈ ائی وڈ لائک ٹو</w:t>
      </w:r>
    </w:p>
    <w:p>
      <w:r>
        <w:rPr>
          <w:b/>
        </w:rPr>
        <w:t xml:space="preserve">[1:16:12] </w:t>
      </w:r>
      <w:r>
        <w:t>share with you that even there if you go to al aqsa mosque there is team cps</w:t>
      </w:r>
    </w:p>
    <w:p>
      <w:pPr>
        <w:jc w:val="right"/>
      </w:pPr>
      <w:r>
        <w:t>شیئر ود یو دیٹ ایون دیر اف یو گو ٹو الاقصی ماسک دیر از ٹیم سی پی ایس</w:t>
      </w:r>
    </w:p>
    <w:p>
      <w:r>
        <w:rPr>
          <w:b/>
        </w:rPr>
        <w:t xml:space="preserve">[1:16:18] </w:t>
      </w:r>
      <w:r>
        <w:t>team which is local palestinians who are distributing quran and their supporting literature to all the tourist who</w:t>
      </w:r>
    </w:p>
    <w:p>
      <w:pPr>
        <w:jc w:val="right"/>
      </w:pPr>
      <w:r>
        <w:t>ٹیم وچ از لوکل پیلسٹینینز ہو ار ڈسٹریبیوٹنگ قران اینڈ دی سپورٹنگ لٹریچر ٹو ال دا ٹورسٹ ہو</w:t>
      </w:r>
    </w:p>
    <w:p>
      <w:r>
        <w:rPr>
          <w:b/>
        </w:rPr>
        <w:t xml:space="preserve">[1:16:24] </w:t>
      </w:r>
      <w:r>
        <w:t>come there people think that you know its spot where you know you cant go but let me</w:t>
      </w:r>
    </w:p>
    <w:p>
      <w:pPr>
        <w:jc w:val="right"/>
      </w:pPr>
      <w:r>
        <w:t>کم دیر پیپل تھنک دیٹ یو نو اٹس سپاٹ ویر یو نو یو کانٹ گو بٹ لیٹ می</w:t>
      </w:r>
    </w:p>
    <w:p>
      <w:r>
        <w:rPr>
          <w:b/>
        </w:rPr>
        <w:t xml:space="preserve">[1:16:30] </w:t>
      </w:r>
      <w:r>
        <w:t>tell you there are millions of tourist which goes there every year and i was there two months ago for</w:t>
      </w:r>
    </w:p>
    <w:p>
      <w:pPr>
        <w:jc w:val="right"/>
      </w:pPr>
      <w:r>
        <w:t>ٹیل یو دیر ار ملینز اف ٹورسٹ وچ گوز دیر ایوری ایئر اینڈ ائی واز دیر ٹو منتھ اگو فار</w:t>
      </w:r>
    </w:p>
    <w:p>
      <w:r>
        <w:rPr>
          <w:b/>
        </w:rPr>
        <w:t xml:space="preserve">[1:16:36] </w:t>
      </w:r>
      <w:r>
        <w:t>the third time and i asked them that how is quran distribution happening so he said the imam</w:t>
      </w:r>
    </w:p>
    <w:p>
      <w:pPr>
        <w:jc w:val="right"/>
      </w:pPr>
      <w:r>
        <w:t>دا تھرڈ ٹائم اینڈ ائی اسکڈ دیم دیٹ ہاؤ از قران ڈسٹریبیوشن ہیپننگ سو ہی سیڈ دا امام</w:t>
      </w:r>
    </w:p>
    <w:p>
      <w:r>
        <w:rPr>
          <w:b/>
        </w:rPr>
        <w:t xml:space="preserve">[1:16:42] </w:t>
      </w:r>
      <w:r>
        <w:t>said that maulana translation is very good because tourist say that it is very easy to understand its</w:t>
      </w:r>
    </w:p>
    <w:p>
      <w:pPr>
        <w:jc w:val="right"/>
      </w:pPr>
      <w:r>
        <w:t>سیڈ دیٹ مولانا ٹرانسلیشن از ویری گڈ بیکاز ٹورسٹ سے دیٹ اٹ از ویری ایزی ٹو انڈرسٹینڈ اٹس</w:t>
      </w:r>
    </w:p>
    <w:p>
      <w:r>
        <w:rPr>
          <w:b/>
        </w:rPr>
        <w:t xml:space="preserve">[1:16:48] </w:t>
      </w:r>
      <w:r>
        <w:t>very simple english and we are giving we are getting good feedback so far we have distributed</w:t>
      </w:r>
    </w:p>
    <w:p>
      <w:pPr>
        <w:jc w:val="right"/>
      </w:pPr>
      <w:r>
        <w:t>ویری سمپل انگلش اینڈ وی ار گیونگ وی ار گیٹنگ گڈ فیڈ بیک سو فار وی ہیو ڈسٹریبیوٹڈ</w:t>
      </w:r>
    </w:p>
    <w:p>
      <w:r>
        <w:rPr>
          <w:b/>
        </w:rPr>
        <w:t xml:space="preserve">[1:16:54] </w:t>
      </w:r>
      <w:r>
        <w:t>millions of copies you know from blue mosque in turkey rustam pasha mosque to canada to london to</w:t>
      </w:r>
    </w:p>
    <w:p>
      <w:pPr>
        <w:jc w:val="right"/>
      </w:pPr>
      <w:r>
        <w:t>ملینز اف کاپیز یو نو فرام بلو ماسک ان ٹرکی رستم پاشاہ ماسک ٹو کینیڈا ٹو لندن ٹو</w:t>
      </w:r>
    </w:p>
    <w:p>
      <w:r>
        <w:rPr>
          <w:b/>
        </w:rPr>
        <w:t xml:space="preserve">[1:17:00] </w:t>
      </w:r>
      <w:r>
        <w:t>us to south asia and abu dhabi</w:t>
      </w:r>
    </w:p>
    <w:p>
      <w:pPr>
        <w:jc w:val="right"/>
      </w:pPr>
      <w:r>
        <w:t>یو ایس ٹو ساؤتھ ایشیا اینڈ ابو دھ</w:t>
      </w:r>
    </w:p>
    <w:p>
      <w:r>
        <w:rPr>
          <w:b/>
        </w:rPr>
        <w:t xml:space="preserve">[1:17:06] </w:t>
      </w:r>
      <w:r>
        <w:t>abu dhabi is distributing it the wakf of wakf of dubai is distributing you know for many years now</w:t>
      </w:r>
    </w:p>
    <w:p>
      <w:pPr>
        <w:jc w:val="right"/>
      </w:pPr>
      <w:r>
        <w:t>ابی از ڈسٹریبیوٹنگ اٹ دی اوکاف اف اوکاف اف دبئی از ڈسٹریبیوٹنگ یو نو فار مینی ایئرز ناؤ</w:t>
      </w:r>
    </w:p>
    <w:p>
      <w:r>
        <w:rPr>
          <w:b/>
        </w:rPr>
        <w:t xml:space="preserve">[1:17:12] </w:t>
      </w:r>
      <w:r>
        <w:t>today if you go to any dubai hotel you will find an english translation by maulana sahib in</w:t>
      </w:r>
    </w:p>
    <w:p>
      <w:pPr>
        <w:jc w:val="right"/>
      </w:pPr>
      <w:r>
        <w:t>ٹوڈے اف یو گو ٹو اینی دبئی ہوٹل یو ویل فائنڈ این انگلش ٹرانسلیشن بائے مولانا صاحب ان</w:t>
      </w:r>
    </w:p>
    <w:p>
      <w:r>
        <w:rPr>
          <w:b/>
        </w:rPr>
        <w:t xml:space="preserve">[1:17:18] </w:t>
      </w:r>
      <w:r>
        <w:t>every single room in draw and the kind of feedback we get because you know we are</w:t>
      </w:r>
    </w:p>
    <w:p>
      <w:pPr>
        <w:jc w:val="right"/>
      </w:pPr>
      <w:r>
        <w:t>ایوری سنگل روم ان ڈرا اینڈ دی کائنڈ اف فیڈ بیک وی گیٹ بیکاز یو نو وی ار</w:t>
      </w:r>
    </w:p>
    <w:p>
      <w:r>
        <w:rPr>
          <w:b/>
        </w:rPr>
        <w:t xml:space="preserve">[1:17:25] </w:t>
      </w:r>
      <w:r>
        <w:t>distributing free if you visit cps website dropdown order free quran it goes to</w:t>
      </w:r>
    </w:p>
    <w:p>
      <w:pPr>
        <w:jc w:val="right"/>
      </w:pPr>
      <w:r>
        <w:t>ڈسٹریبیوٹنگ فری اف یو وزٹ سی پی ایس ویب سائٹ ڈراپ ڈاؤن ارڈر فری قران اٹ گوز ٹو</w:t>
      </w:r>
    </w:p>
    <w:p>
      <w:r>
        <w:rPr>
          <w:b/>
        </w:rPr>
        <w:t xml:space="preserve">[1:17:31] </w:t>
      </w:r>
      <w:r>
        <w:t>any person in whole world and i think it is obligatory mus</w:t>
      </w:r>
    </w:p>
    <w:p>
      <w:pPr>
        <w:jc w:val="right"/>
      </w:pPr>
      <w:r>
        <w:t>اینی پرسن ان ہول ورلڈ اینڈ ائی تھنک اٹ از ابلیگیٹری مس</w:t>
      </w:r>
    </w:p>
    <w:p>
      <w:r>
        <w:rPr>
          <w:b/>
        </w:rPr>
        <w:t xml:space="preserve">[1:17:37] </w:t>
      </w:r>
      <w:r>
        <w:t>lim what he knows he should convey to others and that is why quran we are distributing you</w:t>
      </w:r>
    </w:p>
    <w:p>
      <w:pPr>
        <w:jc w:val="right"/>
      </w:pPr>
      <w:r>
        <w:t>لم واٹ ہی نوز ہی شوڈ کنوے ٹو ادر اینڈ دیٹ از وائی قران وی ار ڈسٹریبیوٹنگ یو</w:t>
      </w:r>
    </w:p>
    <w:p>
      <w:r>
        <w:rPr>
          <w:b/>
        </w:rPr>
        <w:t xml:space="preserve">[1:17:43] </w:t>
      </w:r>
      <w:r>
        <w:t>know supporting literature to make people understand what islam is i thought islam was religion of i grew</w:t>
      </w:r>
    </w:p>
    <w:p>
      <w:pPr>
        <w:jc w:val="right"/>
      </w:pPr>
      <w:r>
        <w:t>نو سپورٹنگ لٹریچر ٹو میک پیپل انڈرسٹینڈ واٹ اسلام از ائی تھاٹ اسلام واز ریلیجن اف ائی گرو</w:t>
      </w:r>
    </w:p>
    <w:p>
      <w:r>
        <w:rPr>
          <w:b/>
        </w:rPr>
        <w:t xml:space="preserve">[1:17:49] </w:t>
      </w:r>
      <w:r>
        <w:t>آپ تھنکنگ مسلم شوڈ بی تھرون اؤٹ آف انڈیا I am sorry but that's how I grew up.</w:t>
      </w:r>
    </w:p>
    <w:p>
      <w:pPr>
        <w:jc w:val="right"/>
      </w:pPr>
      <w:r>
        <w:t>اپ تھنکنگ مسلم شوڈ بی تھرون اؤٹ اف انڈیا ائی ایم سوری بٹ دیٹس ہاؤ ائی گرو اپ</w:t>
      </w:r>
    </w:p>
    <w:p>
      <w:r>
        <w:rPr>
          <w:b/>
        </w:rPr>
        <w:t xml:space="preserve">[1:17:55] </w:t>
      </w:r>
      <w:r>
        <w:t>That was my conditioning but look I am standing here and reading Quran, understanding Quran and that because</w:t>
      </w:r>
    </w:p>
    <w:p>
      <w:pPr>
        <w:jc w:val="right"/>
      </w:pPr>
      <w:r>
        <w:t>دیٹ واز مائی کنڈیشننگ بٹ لوک ائی ایم سٹینڈنگ ہیر اینڈ ریڈنگ قران انڈرسٹینڈنگ قران اینڈ دیٹ بیکاز</w:t>
      </w:r>
    </w:p>
    <w:p>
      <w:r>
        <w:rPr>
          <w:b/>
        </w:rPr>
        <w:t xml:space="preserve">[1:18:01] </w:t>
      </w:r>
      <w:r>
        <w:t>of Maulana Sahab it completely transformed me and two days back</w:t>
      </w:r>
    </w:p>
    <w:p>
      <w:pPr>
        <w:jc w:val="right"/>
      </w:pPr>
      <w:r>
        <w:t>اف مولانا صاحب اٹ کمپلیٹلی ٹرانسفارم می اینڈ ٹو ڈیز بیک</w:t>
      </w:r>
    </w:p>
    <w:p>
      <w:r>
        <w:rPr>
          <w:b/>
        </w:rPr>
        <w:t xml:space="preserve">[1:18:07] </w:t>
      </w:r>
      <w:r>
        <w:t>there was christian delegation from australia and maulana said something very beautiful because people get provoked maulana</w:t>
      </w:r>
    </w:p>
    <w:p>
      <w:pPr>
        <w:jc w:val="right"/>
      </w:pPr>
      <w:r>
        <w:t>دیر واز کرسچن ڈیلیگیشن فرام اسٹریلیا اینڈ مولانا سیڈ سمتھنگ ویری بیوٹی فل بیکاز پیپل گیٹ پرووکڈ مولانا</w:t>
      </w:r>
    </w:p>
    <w:p>
      <w:r>
        <w:rPr>
          <w:b/>
        </w:rPr>
        <w:t xml:space="preserve">[1:18:14] </w:t>
      </w:r>
      <w:r>
        <w:t>said that provocation jo hai jab aap hote hain provoke that is saying that you are letting</w:t>
      </w:r>
    </w:p>
    <w:p>
      <w:pPr>
        <w:jc w:val="right"/>
      </w:pPr>
      <w:r>
        <w:t>سیڈ دیٹ اپ پرووکیشن جو ہے جب اپ ہوتے ہیں پرووک دیٹ از ساینگ دیٹ یو ار لیٹنگ</w:t>
      </w:r>
    </w:p>
    <w:p>
      <w:r>
        <w:rPr>
          <w:b/>
        </w:rPr>
        <w:t xml:space="preserve">[1:18:22] </w:t>
      </w:r>
      <w:r>
        <w:t>The other person dictate you why are you getting dictated if somebody provoke you if somebody talks about</w:t>
      </w:r>
    </w:p>
    <w:p>
      <w:pPr>
        <w:jc w:val="right"/>
      </w:pPr>
      <w:r>
        <w:t>دی ادر پرسن ڈکٹیٹ یو وائی ار یو گیٹنگ ڈکٹیٹڈ اف سمی پرووک یو اف سمی ٹاکس اباؤٹ</w:t>
      </w:r>
    </w:p>
    <w:p>
      <w:r>
        <w:rPr>
          <w:b/>
        </w:rPr>
        <w:t xml:space="preserve">[1:18:30] </w:t>
      </w:r>
      <w:r>
        <w:t>hatred and you react that means that you have compromised your peace you got dictated</w:t>
      </w:r>
    </w:p>
    <w:p>
      <w:pPr>
        <w:jc w:val="right"/>
      </w:pPr>
      <w:r>
        <w:t>ہیٹری اینڈ یو ری ایکٹ دیٹ مینز دیٹ یو ہیو کمپرومائز یور پیس یو گاٹ ڈکٹیٹڈ</w:t>
      </w:r>
    </w:p>
    <w:p>
      <w:r>
        <w:rPr>
          <w:b/>
        </w:rPr>
        <w:t xml:space="preserve">[1:18:37] </w:t>
      </w:r>
      <w:r>
        <w:t>do not get dictated islam is religion of peace prophet was sent as a mercy for entire man</w:t>
      </w:r>
    </w:p>
    <w:p>
      <w:pPr>
        <w:jc w:val="right"/>
      </w:pPr>
      <w:r>
        <w:t>ڈو ناٹ گیٹ ڈکٹیٹڈ اسلام از ریلیجن اف پیس پرافٹ واز سینڈ ایز ا مرسی فار انٹائر مین</w:t>
      </w:r>
    </w:p>
    <w:p>
      <w:r>
        <w:rPr>
          <w:b/>
        </w:rPr>
        <w:t xml:space="preserve">[1:18:45] </w:t>
      </w:r>
      <w:r>
        <w:t>kind not for muslims quran is book for entire man kind not for muslims so please get up</w:t>
      </w:r>
    </w:p>
    <w:p>
      <w:pPr>
        <w:jc w:val="right"/>
      </w:pPr>
      <w:r>
        <w:t>کائنڈ ناٹ فار مسلمز قران از بک فار انٹائر مین کائنڈ ناٹ فار مسلمز سو پلیز گیٹ اپ</w:t>
      </w:r>
    </w:p>
    <w:p>
      <w:r>
        <w:rPr>
          <w:b/>
        </w:rPr>
        <w:t xml:space="preserve">[1:18:52] </w:t>
      </w:r>
      <w:r>
        <w:t>and distribute quran to the whole world you can join us to take this message of god to</w:t>
      </w:r>
    </w:p>
    <w:p>
      <w:pPr>
        <w:jc w:val="right"/>
      </w:pPr>
      <w:r>
        <w:t>اینڈ ڈسٹریبیوٹ قران ٹو دا ہول ورلڈ یو کین جوائن اس ٹو ٹیک دس میسج اف گاڈ ٹو</w:t>
      </w:r>
    </w:p>
    <w:p>
      <w:r>
        <w:rPr>
          <w:b/>
        </w:rPr>
        <w:t xml:space="preserve">[1:19:00] </w:t>
      </w:r>
      <w:r>
        <w:t>mankind dont sit back wake up thank you bef</w:t>
      </w:r>
    </w:p>
    <w:p>
      <w:pPr>
        <w:jc w:val="right"/>
      </w:pPr>
      <w:r>
        <w:t>مین کائنڈ ڈونٹ سٹ بیک ویک اپ تھینک یو بیف</w:t>
      </w:r>
    </w:p>
    <w:p>
      <w:r>
        <w:rPr>
          <w:b/>
        </w:rPr>
        <w:t xml:space="preserve">[1:19:07] </w:t>
      </w:r>
      <w:r>
        <w:t>ore i request professor aslam islahi to propose vote of thanks i would like to sum up what</w:t>
      </w:r>
    </w:p>
    <w:p>
      <w:pPr>
        <w:jc w:val="right"/>
      </w:pPr>
      <w:r>
        <w:t>ور ائی ریکویسٹ پروفیسر اسلم اصلاحی ٹو پروپوز وڈ اپ تھینکس ائی وڈ لائک ٹو سم اپ واٹ</w:t>
      </w:r>
    </w:p>
    <w:p>
      <w:r>
        <w:rPr>
          <w:b/>
        </w:rPr>
        <w:t xml:space="preserve">[1:19:13] </w:t>
      </w:r>
      <w:r>
        <w:t>professor khalid naji said from friends who do not understand arabic basically he was thanking professor maulana waleed</w:t>
      </w:r>
    </w:p>
    <w:p>
      <w:pPr>
        <w:jc w:val="right"/>
      </w:pPr>
      <w:r>
        <w:t>پروفیسر خالد ناجی سیڈ فرام فرینڈز ہو ڈو ناٹ انڈرسٹینڈ عربک بیسیکلی ہی واز تھینکنگ پروفیسر مولانا ولید</w:t>
      </w:r>
    </w:p>
    <w:p>
      <w:r>
        <w:rPr>
          <w:b/>
        </w:rPr>
        <w:t xml:space="preserve">[1:19:19] </w:t>
      </w:r>
      <w:r>
        <w:t>bin khan sahib and he said that he is very well known in arab world he is known</w:t>
      </w:r>
    </w:p>
    <w:p>
      <w:pPr>
        <w:jc w:val="right"/>
      </w:pPr>
      <w:r>
        <w:t>بن خان صاحب اینڈ ہی سیڈ دیٹ ہی از ویری ویل نون ان عرب ورلڈ ہی از نون</w:t>
      </w:r>
    </w:p>
    <w:p>
      <w:r>
        <w:rPr>
          <w:b/>
        </w:rPr>
        <w:t xml:space="preserve">[1:19:25] </w:t>
      </w:r>
      <w:r>
        <w:t>as a man of peace and he is working he is doing wonderful job as a messenger of</w:t>
      </w:r>
    </w:p>
    <w:p>
      <w:pPr>
        <w:jc w:val="right"/>
      </w:pPr>
      <w:r>
        <w:t>ایز اے مین اف پیس اینڈ ہی از ورکنگ ہی از ڈوئنگ وینڈرفل جاب ایز اے میسنجر اف</w:t>
      </w:r>
    </w:p>
    <w:p>
      <w:r>
        <w:rPr>
          <w:b/>
        </w:rPr>
        <w:t xml:space="preserve">[1:19:32] </w:t>
      </w:r>
      <w:r>
        <w:t>peace but he wanted to say that why there is so much focus today on muslims only</w:t>
      </w:r>
    </w:p>
    <w:p>
      <w:pPr>
        <w:jc w:val="right"/>
      </w:pPr>
      <w:r>
        <w:t>پیس بٹ ہی وانٹڈ ٹو سے دیٹ وائی دیر از سو مچ فوکس ٹوڈے ان مسلمز اونلی</w:t>
      </w:r>
    </w:p>
    <w:p>
      <w:r>
        <w:rPr>
          <w:b/>
        </w:rPr>
        <w:t xml:space="preserve">[1:19:38] </w:t>
      </w:r>
      <w:r>
        <w:t>muslims in fact are victims hen we seen that 50 million people were killed in world war 2</w:t>
      </w:r>
    </w:p>
    <w:p>
      <w:pPr>
        <w:jc w:val="right"/>
      </w:pPr>
      <w:r>
        <w:t>مسلمز ان فیکٹ ار وکٹمز ہین وی سین دیٹ 50 ملین پیپل وار کڈ ان ورلڈ وار ٹو</w:t>
      </w:r>
    </w:p>
    <w:p>
      <w:r>
        <w:rPr>
          <w:b/>
        </w:rPr>
        <w:t xml:space="preserve">[1:19:44] </w:t>
      </w:r>
      <w:r>
        <w:t>and there was genocide of.</w:t>
      </w:r>
    </w:p>
    <w:p>
      <w:pPr>
        <w:jc w:val="right"/>
      </w:pPr>
      <w:r>
        <w:t>اینڈ دیر واز جینوسائیڈ اف.</w:t>
      </w:r>
    </w:p>
    <w:p>
      <w:r>
        <w:rPr>
          <w:b/>
        </w:rPr>
        <w:t xml:space="preserve">[1:19:50] </w:t>
      </w:r>
      <w:r>
        <w:t>during crusades so many people were killed what is happening in palestine people are being killed so in</w:t>
      </w:r>
    </w:p>
    <w:p>
      <w:pPr>
        <w:jc w:val="right"/>
      </w:pPr>
      <w:r>
        <w:t>ڈیورنگ کروسیڈز سو مینی پیپل وار کڈ واٹ از ہیپننگ ان پیلسٹائن پیپل ار بینگ کڈ سو ان</w:t>
      </w:r>
    </w:p>
    <w:p>
      <w:r>
        <w:rPr>
          <w:b/>
        </w:rPr>
        <w:t xml:space="preserve">[1:19:56] </w:t>
      </w:r>
      <w:r>
        <w:t>past in present and every where muslims being targets but men justify action of some people who mis</w:t>
      </w:r>
    </w:p>
    <w:p>
      <w:pPr>
        <w:jc w:val="right"/>
      </w:pPr>
      <w:r>
        <w:t>پاسٹ ان پریزنٹ اینڈ ایوری ویر مسلمز بینگ ٹارگٹس بٹ مین جسٹیفائی ایکشن اف سم پیپل ہو مس</w:t>
      </w:r>
    </w:p>
    <w:p>
      <w:r>
        <w:rPr>
          <w:b/>
        </w:rPr>
        <w:t xml:space="preserve">[1:20:02] </w:t>
      </w:r>
      <w:r>
        <w:t>guided people so he wanted to say that islam basically focuses on empowering self power not violence</w:t>
      </w:r>
    </w:p>
    <w:p>
      <w:pPr>
        <w:jc w:val="right"/>
      </w:pPr>
      <w:r>
        <w:t>گائیڈڈ پیپل سو ہی وانٹڈ ٹو سے دیٹ اسلام بیسیکلی فوکسز ان ایمپاورنگ سیلف پاور ناٹ وائلنس</w:t>
      </w:r>
    </w:p>
    <w:p>
      <w:r>
        <w:rPr>
          <w:b/>
        </w:rPr>
        <w:t xml:space="preserve">[1:20:08] </w:t>
      </w:r>
      <w:r>
        <w:t>violence is always and should be above and in this respect being done by maulana is commendable so this is just of what he said that there is too much of focus maybe for whatever reasons some of the acts of violence being committed by muslims but there is much much much more has been done by other people have been conveniently ignored this we must take into account and keep in our mind so at last i request professor islahi to propose of</w:t>
      </w:r>
    </w:p>
    <w:p>
      <w:pPr>
        <w:jc w:val="right"/>
      </w:pPr>
      <w:r>
        <w:t>وائلنس از الویز اینڈ شوڈ بی ابہ اینڈ ان دس ریسپیکٹ بینگ ڈن بائے مولانا از کمنڈیبل سو دس از جسٹ اف واٹ ہی سیڈ دیٹ دیر از ٹو مچ اف فوکس می بی فار واٹ ایور ریزنز سم اف دی ایکٹس اف وائلنس بینگ کمٹڈ بائے مسلمز بٹ دیر از مچ مچ مچ مور ہیز بین ڈن بائے ادر پیپل ہیو بین کنویننٹلی اگنورڈ دس وی مسٹ ٹیک انٹو اکاؤنٹ اینڈ کیپ ان اور مائنڈ سو ایٹ لاسٹ ائی ریکویسٹ پروفیسر اصلاحی ٹو پروپوز اف</w:t>
      </w:r>
    </w:p>
    <w:p>
      <w:r>
        <w:rPr>
          <w:b/>
        </w:rPr>
        <w:t xml:space="preserve">[1:20:38] </w:t>
      </w:r>
      <w:r>
        <w:t>thanks assalamualaikum it is really great opportunity for us to listen to the lecture delivered by honourable maulana khan and he is using urdu language so that i should switch over to the urdu language and hum aap ke be inteha apne dil ki gehraiyon se aap ke shukr guzar hain ke</w:t>
      </w:r>
    </w:p>
    <w:p>
      <w:pPr>
        <w:jc w:val="right"/>
      </w:pPr>
      <w:r>
        <w:t>تھینکس السلام علیکم اٹ از ریلی گریٹ اپرچونیٹی فار اس ٹو لسن ٹو دا لیکچر ڈیڈ بائے ہونریبل مولانا خام اینڈ ہی از یوز اردو لینگویج سو دیٹ ائی شوڈ سٹوچ اوور ٹو دی اردو اردو لینگویج اینڈ ہم اپ کے بے انتہا اپنے دل کی گہرائیوں سے اپ کے شکر گزار ہیں کہ</w:t>
      </w:r>
    </w:p>
    <w:p>
      <w:r>
        <w:rPr>
          <w:b/>
        </w:rPr>
        <w:t xml:space="preserve">[1:21:08] </w:t>
      </w:r>
      <w:r>
        <w:t>aap ne is umar mein hum logon ki darkhwast ko qabool kiya aur hum naujawanon ki himmat afzai</w:t>
      </w:r>
    </w:p>
    <w:p>
      <w:pPr>
        <w:jc w:val="right"/>
      </w:pPr>
      <w:r>
        <w:t>اپ نے اس عمر میں ہم لوگوں کی درخواست کو قبول کیا اور ہم نوجوانوں کی ہمت افزائی</w:t>
      </w:r>
    </w:p>
    <w:p>
      <w:r>
        <w:rPr>
          <w:b/>
        </w:rPr>
        <w:t xml:space="preserve">[1:21:14] </w:t>
      </w:r>
      <w:r>
        <w:t>ki agar hum apne aap ko naujawan samjhein to aap warna hum ne mein samajhta hoon ke mere walid mohtaram.</w:t>
      </w:r>
    </w:p>
    <w:p>
      <w:pPr>
        <w:jc w:val="right"/>
      </w:pPr>
      <w:r>
        <w:t>کی اگر ہم اپنے اپ کو نوجوان سمجھیں تو اپ ورنہ ہم نے میں سمجھتا ہوں کہ میرے والد محترم.</w:t>
      </w:r>
    </w:p>
    <w:p>
      <w:r>
        <w:rPr>
          <w:b/>
        </w:rPr>
        <w:t xml:space="preserve">[1:21:20] </w:t>
      </w:r>
      <w:r>
        <w:t>ko achi tarah jante hain aur hamare ghar mein bohat se waqiat suna hai is ki zaroorat nahi</w:t>
      </w:r>
    </w:p>
    <w:p>
      <w:pPr>
        <w:jc w:val="right"/>
      </w:pPr>
      <w:r>
        <w:t>کو اچھی طرح جانتے ہیں اور ہمارے گھر میں بہت سے واقعات سنا ہے اس کی ضرورت نہیں</w:t>
      </w:r>
    </w:p>
    <w:p>
      <w:r>
        <w:rPr>
          <w:b/>
        </w:rPr>
        <w:t xml:space="preserve">[1:21:26] </w:t>
      </w:r>
      <w:r>
        <w:t>aap se yeh janne ka waqt nahi hai bari achi achi baatein sunai hain aur log saath mil</w:t>
      </w:r>
    </w:p>
    <w:p>
      <w:pPr>
        <w:jc w:val="right"/>
      </w:pPr>
      <w:r>
        <w:t>اپ سے یہ جانے کا وقت نہیں ہے بڑی اچھی اچھی باتیں سنائی ہیں اور لوگ ساتھ مل</w:t>
      </w:r>
    </w:p>
    <w:p>
      <w:r>
        <w:rPr>
          <w:b/>
        </w:rPr>
        <w:t xml:space="preserve">[1:21:32] </w:t>
      </w:r>
      <w:r>
        <w:t>kar team work karte the rampur mein aap log anwar ali marhoom kaam karte</w:t>
      </w:r>
    </w:p>
    <w:p>
      <w:pPr>
        <w:jc w:val="right"/>
      </w:pPr>
      <w:r>
        <w:t>کر ٹیم ورک کرتے تھے رام پور میں اپ لوگ انور عالی مرحوم کام کرتے</w:t>
      </w:r>
    </w:p>
    <w:p>
      <w:r>
        <w:rPr>
          <w:b/>
        </w:rPr>
        <w:t xml:space="preserve">[1:21:38] </w:t>
      </w:r>
      <w:r>
        <w:t>the to is zamane se mein ashna hoon aur bohat kuch kar ke sun rakha tha aaj jis</w:t>
      </w:r>
    </w:p>
    <w:p>
      <w:pPr>
        <w:jc w:val="right"/>
      </w:pPr>
      <w:r>
        <w:t>تھے تو اس زمانے سے میں اشنا ہوں اور بہت کچھ کر کے سن رکھا تھا اج جس</w:t>
      </w:r>
    </w:p>
    <w:p>
      <w:r>
        <w:rPr>
          <w:b/>
        </w:rPr>
        <w:t xml:space="preserve">[1:21:44] </w:t>
      </w:r>
      <w:r>
        <w:t>message ko le kar woh aaye hain khas taur se bari zaroorat hai kyunke har taraf inteshar hai</w:t>
      </w:r>
    </w:p>
    <w:p>
      <w:pPr>
        <w:jc w:val="right"/>
      </w:pPr>
      <w:r>
        <w:t>میسج کو لے کر وہ ائے ہیں خاص طور سے بڑی ضرورت ہے کیونکہ ہر طرف انتشار ہے</w:t>
      </w:r>
    </w:p>
    <w:p>
      <w:r>
        <w:rPr>
          <w:b/>
        </w:rPr>
        <w:t xml:space="preserve">[1:21:50] </w:t>
      </w:r>
      <w:r>
        <w:t>afra tafri hai pareshani hai phir kya karein hum bhi is mein shamil ho jayein kya karein kya</w:t>
      </w:r>
    </w:p>
    <w:p>
      <w:pPr>
        <w:jc w:val="right"/>
      </w:pPr>
      <w:r>
        <w:t>افرا تفری ہے پریشانی ہے پھر کیا کریں ہم بھی اس میں شامل ہو جائیں کیا کریں کیا</w:t>
      </w:r>
    </w:p>
    <w:p>
      <w:r>
        <w:rPr>
          <w:b/>
        </w:rPr>
        <w:t xml:space="preserve">[1:21:56] </w:t>
      </w:r>
      <w:r>
        <w:t>natija kaise hum bachein is se to hamare haan ek kehne ka ek qissa suna rahe the ali</w:t>
      </w:r>
    </w:p>
    <w:p>
      <w:pPr>
        <w:jc w:val="right"/>
      </w:pPr>
      <w:r>
        <w:t>نتیجہ کیسے ہم بچیں اس سے تو ہمارے ہاں ایک کہنے کا ایک قصہ سنا رہے تھے علی</w:t>
      </w:r>
    </w:p>
    <w:p>
      <w:r>
        <w:rPr>
          <w:b/>
        </w:rPr>
        <w:t xml:space="preserve">[1:22:03] </w:t>
      </w:r>
      <w:r>
        <w:t>wadh ne ek buzurg jo hai woh halwa bechte the kasht mein le kar halwa bechte the</w:t>
      </w:r>
    </w:p>
    <w:p>
      <w:pPr>
        <w:jc w:val="right"/>
      </w:pPr>
      <w:r>
        <w:t>وڑھ نے ایک بزرگ جو ہے وہ حلوہ بیچتے تھے کشت میں لے کر حلوہ بیچتے تھے</w:t>
      </w:r>
    </w:p>
    <w:p>
      <w:r>
        <w:rPr>
          <w:b/>
        </w:rPr>
        <w:t xml:space="preserve">[1:22:09] </w:t>
      </w:r>
      <w:r>
        <w:t>to un ko bara naz tha ke sawere woh jab rakh lete hain dastak ko apne sar par</w:t>
      </w:r>
    </w:p>
    <w:p>
      <w:pPr>
        <w:jc w:val="right"/>
      </w:pPr>
      <w:r>
        <w:t>تو ان کو بڑا ناز تھا کہ سویرے وہ جب رکھ لیتے ہیں دستک کو اپنے سر پر</w:t>
      </w:r>
    </w:p>
    <w:p>
      <w:r>
        <w:rPr>
          <w:b/>
        </w:rPr>
        <w:t xml:space="preserve">[1:22:14] </w:t>
      </w:r>
      <w:r>
        <w:t>phir us ko chhoote nahi hain woh aise haath chhod kar chalte hain un ko bara farq tha</w:t>
      </w:r>
    </w:p>
    <w:p>
      <w:pPr>
        <w:jc w:val="right"/>
      </w:pPr>
      <w:r>
        <w:t>پھر اس کو چھوتے نہیں ہیں وہ ایسے ہاتھ چھوڑ کر چلتے ہیں ان کو بڑا فرق تھا</w:t>
      </w:r>
    </w:p>
    <w:p>
      <w:r>
        <w:rPr>
          <w:b/>
        </w:rPr>
        <w:t xml:space="preserve">[1:22:19] </w:t>
      </w:r>
      <w:r>
        <w:t>ladkon se kehte the yeh bhi ek art hai ek fun hai har aadmi ko nahi aata hai</w:t>
      </w:r>
    </w:p>
    <w:p>
      <w:pPr>
        <w:jc w:val="right"/>
      </w:pPr>
      <w:r>
        <w:t>لڑکوں سے کہتے تھے یہ بھی ایک ارٹ ہے ایک فن ہے ہر ادمی کو نہیں اتا ہے</w:t>
      </w:r>
    </w:p>
    <w:p>
      <w:r>
        <w:rPr>
          <w:b/>
        </w:rPr>
        <w:t xml:space="preserve">[1:22:24] </w:t>
      </w:r>
      <w:r>
        <w:t>to kuch ladkon ko shararat soojhi to unhon ne ek din peeche se ishara kiya us ko tasht</w:t>
      </w:r>
    </w:p>
    <w:p>
      <w:pPr>
        <w:jc w:val="right"/>
      </w:pPr>
      <w:r>
        <w:t>تو کچھ لڑکوں کو شرارت سوجھی تو انہوں نے ایک دن پیچھے سے اشارہ کیا اس کو تشت</w:t>
      </w:r>
    </w:p>
    <w:p>
      <w:r>
        <w:rPr>
          <w:b/>
        </w:rPr>
        <w:t xml:space="preserve">[1:22:29] </w:t>
      </w:r>
      <w:r>
        <w:t>gir gaya halwa le kar gaya halwa gir gaya to halwa utha kar ke tasht mein rakhne lage</w:t>
      </w:r>
    </w:p>
    <w:p>
      <w:pPr>
        <w:jc w:val="right"/>
      </w:pPr>
      <w:r>
        <w:t>گر گیا حلوہ لے کر گیا حلوہ گر گیا تو حلوہ اٹھا کر کے تشت میں رکھنے لگے</w:t>
      </w:r>
    </w:p>
    <w:p>
      <w:r>
        <w:rPr>
          <w:b/>
        </w:rPr>
        <w:t xml:space="preserve">[1:22:34] </w:t>
      </w:r>
      <w:r>
        <w:t>ladke jo gir gaya tha us ko malik ne samajh kar khane lage to is bande ne jab dekha ke</w:t>
      </w:r>
    </w:p>
    <w:p>
      <w:pPr>
        <w:jc w:val="right"/>
      </w:pPr>
      <w:r>
        <w:t>لڑکے جو گر گیا تھا اس کو مالک نے سمجھ کر کھانے لگے تو اس بندے نے جب دیکھا کہ</w:t>
      </w:r>
    </w:p>
    <w:p>
      <w:r>
        <w:rPr>
          <w:b/>
        </w:rPr>
        <w:t xml:space="preserve">[1:22:39] </w:t>
      </w:r>
      <w:r>
        <w:t>jo tasht mein rakha hua halwa hai us ko bhi ladke kha rahe hain to unhon ne bhi</w:t>
      </w:r>
    </w:p>
    <w:p>
      <w:pPr>
        <w:jc w:val="right"/>
      </w:pPr>
      <w:r>
        <w:t>جو تشت میں رکھا ہوا حلوہ ہے اس کو بھی لڑکے کھا رہے ہیں تو انہوں نے بھی</w:t>
      </w:r>
    </w:p>
    <w:p>
      <w:r>
        <w:rPr>
          <w:b/>
        </w:rPr>
        <w:t xml:space="preserve">[1:22:44] </w:t>
      </w:r>
      <w:r>
        <w:t>khana shuru kar diya ke jo bhi mil jaye jo bhi mil jaye to is fitna o fasad</w:t>
      </w:r>
    </w:p>
    <w:p>
      <w:pPr>
        <w:jc w:val="right"/>
      </w:pPr>
      <w:r>
        <w:t>کھانا شروع کر دیا کہ جو بھی مل جائے جو بھی مل جائے تو اس فتنہ و فساد</w:t>
      </w:r>
    </w:p>
    <w:p>
      <w:r>
        <w:rPr>
          <w:b/>
        </w:rPr>
        <w:t xml:space="preserve">[1:22:49] </w:t>
      </w:r>
      <w:r>
        <w:t>ke daur mein jo kuch mil jaye hamein to yeh bhi ghaneemat hai jo aap ne hum se</w:t>
      </w:r>
    </w:p>
    <w:p>
      <w:pPr>
        <w:jc w:val="right"/>
      </w:pPr>
      <w:r>
        <w:t>کے دور میں جو کچھ مل جائے ہمیں تو یہ بھی غنیمت ہے جو اپ نے ہم سے</w:t>
      </w:r>
    </w:p>
    <w:p>
      <w:r>
        <w:rPr>
          <w:b/>
        </w:rPr>
        <w:t xml:space="preserve">[1:22:55] </w:t>
      </w:r>
      <w:r>
        <w:t>kaha hai warna in naujawanon ke dilon mein bara josh hai is josh ko kaise hum istemal karein</w:t>
      </w:r>
    </w:p>
    <w:p>
      <w:pPr>
        <w:jc w:val="right"/>
      </w:pPr>
      <w:r>
        <w:t>کہا ہے ورنہ ان نوجوانوں کے دلوں میں بڑا جوش ہے اس جوش کو کیسے ہم استعمال کریں</w:t>
      </w:r>
    </w:p>
    <w:p>
      <w:r>
        <w:rPr>
          <w:b/>
        </w:rPr>
        <w:t xml:space="preserve">[1:23:00] </w:t>
      </w:r>
      <w:r>
        <w:t>yeh bara ahem masla hai kya hamein apne force use karna chahiye nahi karna chahiye kyunke baghair force</w:t>
      </w:r>
    </w:p>
    <w:p>
      <w:pPr>
        <w:jc w:val="right"/>
      </w:pPr>
      <w:r>
        <w:t>یہ بڑا اہم مسئلہ ہے کیا ہمیں اپنے فورس یوز کرنا چاہیے نہیں کرنا چاہیے کیونکہ بغیر فورس</w:t>
      </w:r>
    </w:p>
    <w:p>
      <w:r>
        <w:rPr>
          <w:b/>
        </w:rPr>
        <w:t xml:space="preserve">[1:23:05] </w:t>
      </w:r>
      <w:r>
        <w:t>ke kuch hota nahi hamare allama bare bohat bare shair</w:t>
      </w:r>
    </w:p>
    <w:p>
      <w:pPr>
        <w:jc w:val="right"/>
      </w:pPr>
      <w:r>
        <w:t>کے کچھ ہوتا نہیں ہمارے علامہ بڑے بہت بڑے شاعر</w:t>
      </w:r>
    </w:p>
    <w:p>
      <w:r>
        <w:rPr>
          <w:b/>
        </w:rPr>
        <w:t xml:space="preserve">[1:23:10] </w:t>
      </w:r>
      <w:r>
        <w:t>hain shair lisan ka yaad hain akbar ilahabadi to unhon ne ek do ash'aar yahan aa kar kahe to main naqal karoon aur jo haqeeqi haqeeqi haar ki tarjmani karte hain unhon ne kuch log sir syed ke ooper tanqeed karte the to unhon ne kaha ke bhai sir syed ko kyun tanqeed karte ho imaan bechne pe hain sabhi tale hue imaan bechne pe hain sabhi tale hue lekin khareed ho jo aligarh ke bhaao se muamla yeh hai ke har aadmi tayyar o taza hai kaise bik raha hai aur doosri baat</w:t>
      </w:r>
    </w:p>
    <w:p>
      <w:pPr>
        <w:jc w:val="right"/>
      </w:pPr>
      <w:r>
        <w:t>ہیں شاعر لسان کا یاد ہیں اکبر الہ آبادی تو انہوں نے ایک دو اشعار یہاں ا کر کہے تو میں نقل کروں اور جو حقیقی حقیقی حار کی ترجمانی کرتے ہیں انہوں نے کچھ لوگ سر سید کے اوپر تنقید کرتے تھے تو انہوں نے کہا کہ بھئی سر سید کو کیوں تنقید کرتے ہو ایمان بیچنے پہ ہیں سبھی تلے ہوئے ایمان بیچنے پہ ہیں سبھی تلے ہوئے لیکن خرید ہو جو علی گڑھ کے بھاؤ سے معاملہ یہ ہے کہ ہر ادمی تیار و تازہ ہے کیسے بک رہا ہے اور دوسری بات</w:t>
      </w:r>
    </w:p>
    <w:p>
      <w:r>
        <w:rPr>
          <w:b/>
        </w:rPr>
        <w:t xml:space="preserve">[1:23:40] </w:t>
      </w:r>
      <w:r>
        <w:t>jo hamare haan ulma ki tarbiyat hui hai woh yeh hai ke chanda usoolte hain har jagah donation</w:t>
      </w:r>
    </w:p>
    <w:p>
      <w:pPr>
        <w:jc w:val="right"/>
      </w:pPr>
      <w:r>
        <w:t>جو ہمارے ہاں علماء کی تربیت ہوئی ہے وہ یہ ہے کہ چندہ اصولتے ہیں ہر جگہ ڈونیشن</w:t>
      </w:r>
    </w:p>
    <w:p>
      <w:r>
        <w:rPr>
          <w:b/>
        </w:rPr>
        <w:t xml:space="preserve">[1:23:45] </w:t>
      </w:r>
      <w:r>
        <w:t>chahiye aur chande ke bare mein unhone farmaya ke dhamka ke boosa loon ga rukh rukh maah</w:t>
      </w:r>
    </w:p>
    <w:p>
      <w:pPr>
        <w:jc w:val="right"/>
      </w:pPr>
      <w:r>
        <w:t>چاہیے اور چندے کے بارے میں انہوں نے فرمایا کہ دھمکا کے بوسہ لوں گا رخ رش ماہ</w:t>
      </w:r>
    </w:p>
    <w:p>
      <w:r>
        <w:rPr>
          <w:b/>
        </w:rPr>
        <w:t xml:space="preserve">[1:23:50] </w:t>
      </w:r>
      <w:r>
        <w:t>ka ab unki shakal mulaheza kariye akbar abadi ki aur shair ke dhamka ke boosa loon ga</w:t>
      </w:r>
    </w:p>
    <w:p>
      <w:pPr>
        <w:jc w:val="right"/>
      </w:pPr>
      <w:r>
        <w:t>کا اب ان کی شکل ملاحظہ کریے اکبر ابادی کی اور شعر کہ دھمکا کے بوسہ لوں گا</w:t>
      </w:r>
    </w:p>
    <w:p>
      <w:r>
        <w:rPr>
          <w:b/>
        </w:rPr>
        <w:t xml:space="preserve">[1:23:55] </w:t>
      </w:r>
      <w:r>
        <w:t>rukh rukh maah ka chanda wasool hota hai sahib dabao se baghair dabao koi kaam hota nahi hai</w:t>
      </w:r>
    </w:p>
    <w:p>
      <w:pPr>
        <w:jc w:val="right"/>
      </w:pPr>
      <w:r>
        <w:t>رخ رش ماہ کا چندہ وصول ہوتا ہے صاحب دباؤ سے بغیر دباؤ کوئی کام ہوتا نہیں ہے</w:t>
      </w:r>
    </w:p>
    <w:p>
      <w:r>
        <w:rPr>
          <w:b/>
        </w:rPr>
        <w:t xml:space="preserve">[1:24:00] </w:t>
      </w:r>
      <w:r>
        <w:t>yeh unka khayal hai behal aap ne is ke bilkul ek just opposite ek nazariya rakha hua</w:t>
      </w:r>
    </w:p>
    <w:p>
      <w:pPr>
        <w:jc w:val="right"/>
      </w:pPr>
      <w:r>
        <w:t>یہ ان کا خیال ہے بہرحال اپ نے اس کے بالکل ایک جسٹ اپوزٹ ایک نظریہ رکھا ہوا</w:t>
      </w:r>
    </w:p>
    <w:p>
      <w:r>
        <w:rPr>
          <w:b/>
        </w:rPr>
        <w:t xml:space="preserve">[1:24:05] </w:t>
      </w:r>
      <w:r>
        <w:t>hai ek zamane se rakh rahe hain aur hum sab parh rahe hain meri nig</w:t>
      </w:r>
    </w:p>
    <w:p>
      <w:pPr>
        <w:jc w:val="right"/>
      </w:pPr>
      <w:r>
        <w:t>ہے ایک زمانے سے رکھ رہے ہیں اور ہم سب پڑھ رہے ہیں میری نگ</w:t>
      </w:r>
    </w:p>
    <w:p>
      <w:r>
        <w:rPr>
          <w:b/>
        </w:rPr>
        <w:t xml:space="preserve">[1:24:10] </w:t>
      </w:r>
      <w:r>
        <w:t>ah mein sirf quran ki ek aayat aati hai jab bhi koi baat hoti hai aap se guftagu hui thi ke yeh bohat achi baat quran shareef mein kahi gayi hai to yahi main samajhta hoon ke quran ka usool hai ab yeh hai ke quran ko islam ko hum kaise samjhein quran ke zariye samjhein ke islam musalmanon ke zariye samjhein ek aham masla hai to bohat wajah farmaya aap</w:t>
      </w:r>
    </w:p>
    <w:p>
      <w:pPr>
        <w:jc w:val="right"/>
      </w:pPr>
      <w:r>
        <w:t>اہ میں صرف قران کی ایک ایت اتی ہے جب بھی کوئی بات ہوتی ہے اپ سے گفتگو ہوئی تھی کہ یہ بہت اچھی بات قران شریف میں کہی گئی ہے تو یہی میں سمجھتا ہوں کہ قران کا اصول ہے اب یہ ہے کہ قران کو اسلام کو ہم کیسے سمجھیں قران کے ذریعے سمجھیں کہ اسلام مسلمانوں کے ذریعے سمجھیں ایک اہم مسئلہ ہے تو بہت وجہ فرمایا اپ</w:t>
      </w:r>
    </w:p>
    <w:p>
      <w:r>
        <w:rPr>
          <w:b/>
        </w:rPr>
        <w:t xml:space="preserve">[1:24:40] </w:t>
      </w:r>
      <w:r>
        <w:t>ne hum pehle quran text dekhein text mein kya hai nas kya kehti hai aur yahi research karon</w:t>
      </w:r>
    </w:p>
    <w:p>
      <w:pPr>
        <w:jc w:val="right"/>
      </w:pPr>
      <w:r>
        <w:t>نے ہم پہلے قران ٹیکسٹ دیکھیں ٹیکسٹ میں کیا ہے نس کیا کہتی ہے اور یہی ریسرچ کاروں</w:t>
      </w:r>
    </w:p>
    <w:p>
      <w:r>
        <w:rPr>
          <w:b/>
        </w:rPr>
        <w:t xml:space="preserve">[1:24:45] </w:t>
      </w:r>
      <w:r>
        <w:t>ko hum log bhi kehte hain ke kisi shair kisi hadith ke bare mein rai pehle is ka</w:t>
      </w:r>
    </w:p>
    <w:p>
      <w:pPr>
        <w:jc w:val="right"/>
      </w:pPr>
      <w:r>
        <w:t>کو ہم لوگ بھی کہتے ہیں کہ کسی شاعر کسی حدیث کے بارے میں رائے پہلے اس کا</w:t>
      </w:r>
    </w:p>
    <w:p>
      <w:r>
        <w:rPr>
          <w:b/>
        </w:rPr>
        <w:t xml:space="preserve">[1:24:51] </w:t>
      </w:r>
      <w:r>
        <w:t>kalam parho is ka text parho aur satoor nahi balkeh jo bein us satoor hai us ko bhi parho</w:t>
      </w:r>
    </w:p>
    <w:p>
      <w:pPr>
        <w:jc w:val="right"/>
      </w:pPr>
      <w:r>
        <w:t>کلام پڑھو اس کا ٹیکسٹ پڑھو اور سطور نہیں بلکہ جو بین السطور ہے اس کو بھی پڑھو</w:t>
      </w:r>
    </w:p>
    <w:p>
      <w:r>
        <w:rPr>
          <w:b/>
        </w:rPr>
        <w:t xml:space="preserve">[1:24:56] </w:t>
      </w:r>
      <w:r>
        <w:t>taake samajh mein ayega yahi mein samajhta hoon ke bohat aslah aur ahsan tareeqa hai behal bohat</w:t>
      </w:r>
    </w:p>
    <w:p>
      <w:pPr>
        <w:jc w:val="right"/>
      </w:pPr>
      <w:r>
        <w:t>تاکہ سمجھ میں ائے گا یہی میں سمجھتا ہوں کہ بہت اسلحہ اور احسن طریقہ ہے بہرحال بہت</w:t>
      </w:r>
    </w:p>
    <w:p>
      <w:r>
        <w:rPr>
          <w:b/>
        </w:rPr>
        <w:t xml:space="preserve">[1:25:02] </w:t>
      </w:r>
      <w:r>
        <w:t>bohat shukr guzar hoon mein aap ka ke aap ne is mein yahan par hamari dawat qabool kiya</w:t>
      </w:r>
    </w:p>
    <w:p>
      <w:pPr>
        <w:jc w:val="right"/>
      </w:pPr>
      <w:r>
        <w:t>بہت شکر گزار ہوں میں اپ کا کہ اپ نے اس میں یہاں پر ہماری دعوت قبول کیا</w:t>
      </w:r>
    </w:p>
    <w:p>
      <w:r>
        <w:rPr>
          <w:b/>
        </w:rPr>
        <w:t xml:space="preserve">[1:25:07] </w:t>
      </w:r>
      <w:r>
        <w:t>aur yahan tashreef laye warna shair ne to kaha tha musallama kehta hai</w:t>
      </w:r>
    </w:p>
    <w:p>
      <w:pPr>
        <w:jc w:val="right"/>
      </w:pPr>
      <w:r>
        <w:t>اور یہاں تشریف لائے ورنہ شاعر نے تو کہا تھا مسلمہ کہتا ہے</w:t>
      </w:r>
    </w:p>
    <w:p>
      <w:r>
        <w:rPr>
          <w:b/>
        </w:rPr>
        <w:t xml:space="preserve">[1:25:12] </w:t>
      </w:r>
      <w:r>
        <w:t>aap to 80 kya 80 ho rahi hai 90 pahunch rahe hain haan hum naujawanon ke liye ebrat</w:t>
      </w:r>
    </w:p>
    <w:p>
      <w:pPr>
        <w:jc w:val="right"/>
      </w:pPr>
      <w:r>
        <w:t>اپ تو 80 کیا 80 ہو رہی ہے 90 پہنچ رہے ہیں ہاں ہم نوجوانوں کے لیے عبرت</w:t>
      </w:r>
    </w:p>
    <w:p>
      <w:r>
        <w:rPr>
          <w:b/>
        </w:rPr>
        <w:t xml:space="preserve">[1:25:17] </w:t>
      </w:r>
      <w:r>
        <w:t>hai is mein waqai kisi aur mein samajhta hoon yahan khare ho kar ke itni der bole hain</w:t>
      </w:r>
    </w:p>
    <w:p>
      <w:pPr>
        <w:jc w:val="right"/>
      </w:pPr>
      <w:r>
        <w:t>ہے اس میں واقعی کسی اور میں سمجھتا ہوں یہاں کھڑے ہو کر کے اتنی دیر بولے ہیں</w:t>
      </w:r>
    </w:p>
    <w:p>
      <w:r>
        <w:rPr>
          <w:b/>
        </w:rPr>
        <w:t xml:space="preserve">[1:25:21] </w:t>
      </w:r>
      <w:r>
        <w:t>mein to dar raha tha imandari baat hai aur poori himmat aur shujaat ke sath aur yeh mein</w:t>
      </w:r>
    </w:p>
    <w:p>
      <w:pPr>
        <w:jc w:val="right"/>
      </w:pPr>
      <w:r>
        <w:t>میں تو ڈر رہا تھا ایمانداری بات ہے اور پوری ہمت اور شجاعت کے ساتھ اور یہ میں</w:t>
      </w:r>
    </w:p>
    <w:p>
      <w:r>
        <w:rPr>
          <w:b/>
        </w:rPr>
        <w:t xml:space="preserve">[1:25:26] </w:t>
      </w:r>
      <w:r>
        <w:t>samajhta hoon maqsad chunke clear hai maqsad wazeh hai jab maqsad sahi hota hai to admi ke jism</w:t>
      </w:r>
    </w:p>
    <w:p>
      <w:pPr>
        <w:jc w:val="right"/>
      </w:pPr>
      <w:r>
        <w:t>سمجھتا ہوں مقصد چونکہ کلیئر ہے مقصد واضح ہے جب مقصد صحیح ہوتا ہے تو ادمی کے جسم</w:t>
      </w:r>
    </w:p>
    <w:p>
      <w:r>
        <w:rPr>
          <w:b/>
        </w:rPr>
        <w:t xml:space="preserve">[1:25:30] </w:t>
      </w:r>
      <w:r>
        <w:t>mein jism aur jaan mein jism aur tan mein jaan aa jati hai aur mein samajhta hoon yeh</w:t>
      </w:r>
    </w:p>
    <w:p>
      <w:pPr>
        <w:jc w:val="right"/>
      </w:pPr>
      <w:r>
        <w:t>میں جسم اور جان میں جسم اور تن میں جان ا جاتی ہے اور میں سمجھتا ہوں یہ</w:t>
      </w:r>
    </w:p>
    <w:p>
      <w:r>
        <w:rPr>
          <w:b/>
        </w:rPr>
        <w:t xml:space="preserve">[1:25:34] </w:t>
      </w:r>
      <w:r>
        <w:t>cheezein aap ke andar bohat maujood hain hum logon ne bohat kuch seekha hai aap ne jo alfaaz</w:t>
      </w:r>
    </w:p>
    <w:p>
      <w:pPr>
        <w:jc w:val="right"/>
      </w:pPr>
      <w:r>
        <w:t>چیزیں اپ کے اندر بہت موجود ہیں ہم لوگوں نے بہت کچھ سیکھا ہے اپ نے جو الفاظ</w:t>
      </w:r>
    </w:p>
    <w:p>
      <w:r>
        <w:rPr>
          <w:b/>
        </w:rPr>
        <w:t xml:space="preserve">[1:25:39] </w:t>
      </w:r>
      <w:r>
        <w:t>istemal kiye hain woh to rahen ge hamare jo</w:t>
      </w:r>
    </w:p>
    <w:p>
      <w:pPr>
        <w:jc w:val="right"/>
      </w:pPr>
      <w:r>
        <w:t>استعمال کیے ہیں وہ تو رہیں گے ہمارے جو</w:t>
      </w:r>
    </w:p>
    <w:p>
      <w:r>
        <w:rPr>
          <w:b/>
        </w:rPr>
        <w:t xml:space="preserve">[1:25:43] </w:t>
      </w:r>
      <w:r>
        <w:t>aap ka tareeqa amal hai jo tareeqa guftagu hai woh bhi hum bohat yaad rakhein ge hum samajhte</w:t>
      </w:r>
    </w:p>
    <w:p>
      <w:pPr>
        <w:jc w:val="right"/>
      </w:pPr>
      <w:r>
        <w:t>اپ کا طریقہ عمل ہے جو طریقہ گفتگو ہے وہ بھی ہم بہت یاد رکھیں گے ہم سمجھتے</w:t>
      </w:r>
    </w:p>
    <w:p>
      <w:r>
        <w:rPr>
          <w:b/>
        </w:rPr>
        <w:t xml:space="preserve">[1:25:48] </w:t>
      </w:r>
      <w:r>
        <w:t>hain ke aindah bhi koi moqa hoga to hamein hamein khushi ho gi ke aap aaye hain aur</w:t>
      </w:r>
    </w:p>
    <w:p>
      <w:pPr>
        <w:jc w:val="right"/>
      </w:pPr>
      <w:r>
        <w:t>ہیں کہ ائندہ بھی کوئی موقع ہوگا تو ہمیں ہمیں خوشی ہو گی کہ اپ ائے ہیں اور</w:t>
      </w:r>
    </w:p>
    <w:p>
      <w:r>
        <w:rPr>
          <w:b/>
        </w:rPr>
        <w:t xml:space="preserve">[1:25:53] </w:t>
      </w:r>
      <w:r>
        <w:t>hum is ko kuch karain shukriya bohat bohat shukriya aap sab ka shukriya khaas tor se nojawanon ka</w:t>
      </w:r>
    </w:p>
    <w:p>
      <w:pPr>
        <w:jc w:val="right"/>
      </w:pPr>
      <w:r>
        <w:t>ہم اس کو کچھ کرائیں شکریہ بہت بہت شکریہ اپ سب کا شکریہ خاص طور سے نوجوانوں کا</w:t>
      </w:r>
    </w:p>
    <w:p>
      <w:r>
        <w:rPr>
          <w:b/>
        </w:rPr>
        <w:t xml:space="preserve">[1:25:58] </w:t>
      </w:r>
      <w:r>
        <w:t>ke yahan par aaye aur lagta hai ke unhein bhi talash-e-haq hai talash-e-aman hai aur hum</w:t>
      </w:r>
    </w:p>
    <w:p>
      <w:pPr>
        <w:jc w:val="right"/>
      </w:pPr>
      <w:r>
        <w:t>کہ یہاں پر ائے اور لگتا ہے کہ انہیں بھی تلاش حق ہے تلاش امن ہے اور ہم</w:t>
      </w:r>
    </w:p>
    <w:p>
      <w:r>
        <w:rPr>
          <w:b/>
        </w:rPr>
        <w:t xml:space="preserve">[1:26:03] </w:t>
      </w:r>
      <w:r>
        <w:t>sab ko talash-e-aman hai aur aisay logon ki rehnumai ki zaroorat hai aur mein bohat bohat shukr</w:t>
      </w:r>
    </w:p>
    <w:p>
      <w:pPr>
        <w:jc w:val="right"/>
      </w:pPr>
      <w:r>
        <w:t>سب کو تلاش امن ہے اور ایسے لوگوں کی رہنمائی کی ضرورت ہے اور میں بہت بہت شکر</w:t>
      </w:r>
    </w:p>
    <w:p>
      <w:r>
        <w:rPr>
          <w:b/>
        </w:rPr>
        <w:t xml:space="preserve">[1:26:08] </w:t>
      </w:r>
      <w:r>
        <w:t>guzar hoon apne doston ka bas yeh hai ke mein aik shair kehta hoon aag hai</w:t>
      </w:r>
    </w:p>
    <w:p>
      <w:pPr>
        <w:jc w:val="right"/>
      </w:pPr>
      <w:r>
        <w:t>گزار ہوں اپنے دوستوں کا بس یہ ہے کہ میں ایک شعر کہتا ہوں اگ ہے</w:t>
      </w:r>
    </w:p>
    <w:p>
      <w:r>
        <w:rPr>
          <w:b/>
        </w:rPr>
        <w:t xml:space="preserve">[1:26:13] </w:t>
      </w:r>
      <w:r>
        <w:t>aag hai bohat faida mand hai aur bohat nuqsan deh bhi yeh tamheed khair o shar bhi ajr intihaye kousar kousar yidane ko shaad jante honge un ka bara achha shair hai yeh tamheed khair shar bhi ajab intihaye kousar wahi aag roshni de wahi battiyan jala de bohat bohat shukriya.</w:t>
      </w:r>
    </w:p>
    <w:p>
      <w:pPr>
        <w:jc w:val="right"/>
      </w:pPr>
      <w:r>
        <w:t>اگ ہے بہت فائدہ مند ہے اور بہت نقصان دہ بھی یہ تمید خیر و شر بھی اجر انتہائے کوثر کوثر یدانے کو شاد جانتے ہوں گے ان کا بڑا اچھا شعر ہے یہ تمید خیر شر بھی عجب انتہائے کوثر وہی اگ روشنی دے وہی بتیاں جلا دے بہت بہت شکریہ.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