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Kashmir Model November 01, 2015</w:t>
      </w:r>
    </w:p>
    <w:p>
      <w:r>
        <w:t>https://www.youtube.com/watch?v=7DtTxO5WcBA</w:t>
      </w:r>
    </w:p>
    <w:p>
      <w:r>
        <w:rPr>
          <w:b/>
        </w:rPr>
        <w:t xml:space="preserve">[00:21] </w:t>
      </w:r>
      <w:r>
        <w:t>assalam o alaikum mera talluq Kashmir se hai jo Kashmir aksar o beshtar pichle 25 saalon se dunya ki</w:t>
      </w:r>
    </w:p>
    <w:p>
      <w:pPr>
        <w:jc w:val="right"/>
      </w:pPr>
      <w:r>
        <w:t>السلام علیکم۔ میرا تعلق کشمیر سے ہے، جو کشمیر اکثر و بیشتر پچھلے 25 سالوں سے دنیا کی</w:t>
      </w:r>
    </w:p>
    <w:p>
      <w:r>
        <w:rPr>
          <w:b/>
        </w:rPr>
        <w:t xml:space="preserve">[00:33] </w:t>
      </w:r>
      <w:r>
        <w:t>newson mein raha hai</w:t>
      </w:r>
    </w:p>
    <w:p>
      <w:pPr>
        <w:jc w:val="right"/>
      </w:pPr>
      <w:r>
        <w:t>نیوزوں میں رہا ہے۔</w:t>
      </w:r>
    </w:p>
    <w:p>
      <w:r>
        <w:rPr>
          <w:b/>
        </w:rPr>
        <w:t xml:space="preserve">[00:35] </w:t>
      </w:r>
      <w:r>
        <w:t>mera talluq Maulana sahib se</w:t>
      </w:r>
    </w:p>
    <w:p>
      <w:pPr>
        <w:jc w:val="right"/>
      </w:pPr>
      <w:r>
        <w:t>میرا تعلق مولانا صاحب سے</w:t>
      </w:r>
    </w:p>
    <w:p>
      <w:r>
        <w:rPr>
          <w:b/>
        </w:rPr>
        <w:t xml:space="preserve">[00:40] </w:t>
      </w:r>
      <w:r>
        <w:t>barah e rast 1989 mein hua aur 1989 mein maine Maulana sahib ko Kashmir</w:t>
      </w:r>
    </w:p>
    <w:p>
      <w:pPr>
        <w:jc w:val="right"/>
      </w:pPr>
      <w:r>
        <w:t>براہِ راست 1989 میں ہوا، اور 1989 میں میں نے مولانا صاحب کو کشمیر</w:t>
      </w:r>
    </w:p>
    <w:p>
      <w:r>
        <w:rPr>
          <w:b/>
        </w:rPr>
        <w:t xml:space="preserve">[00:48] </w:t>
      </w:r>
      <w:r>
        <w:t>ki dawat di aur June 1989 mein un ka ek</w:t>
      </w:r>
    </w:p>
    <w:p>
      <w:pPr>
        <w:jc w:val="right"/>
      </w:pPr>
      <w:r>
        <w:t>کی دعوت دی، اور جون 1989 میں ان کا ایک</w:t>
      </w:r>
    </w:p>
    <w:p>
      <w:r>
        <w:rPr>
          <w:b/>
        </w:rPr>
        <w:t xml:space="preserve">[00:56] </w:t>
      </w:r>
      <w:r>
        <w:t>aakhri lecture taigor hal, srinagar mein hua.</w:t>
      </w:r>
    </w:p>
    <w:p>
      <w:pPr>
        <w:jc w:val="right"/>
      </w:pPr>
      <w:r>
        <w:t>آخری لیکچر ٹائیگور ہال، سری نگر میں ہوا۔</w:t>
      </w:r>
    </w:p>
    <w:p>
      <w:r>
        <w:rPr>
          <w:b/>
        </w:rPr>
        <w:t xml:space="preserve">[01:00] </w:t>
      </w:r>
      <w:r>
        <w:t>aur meri yeh tamanna thi ke in ka jo mission hai, us ko hum kashmir mein phailayen.</w:t>
      </w:r>
    </w:p>
    <w:p>
      <w:pPr>
        <w:jc w:val="right"/>
      </w:pPr>
      <w:r>
        <w:t>اور میری یہ تمنا تھی کہ ان کا جو مشن ہے، اس کو ہم کشمیر میں پھیلائیں۔</w:t>
      </w:r>
    </w:p>
    <w:p>
      <w:r>
        <w:rPr>
          <w:b/>
        </w:rPr>
        <w:t xml:space="preserve">[01:08] </w:t>
      </w:r>
      <w:r>
        <w:t>lekin badqismati se kuch aisay halaat paida hue</w:t>
      </w:r>
    </w:p>
    <w:p>
      <w:pPr>
        <w:jc w:val="right"/>
      </w:pPr>
      <w:r>
        <w:t>لیکن بدقسمتی سے کچھ ایسے حالات پیدا ہوئے</w:t>
      </w:r>
    </w:p>
    <w:p>
      <w:r>
        <w:rPr>
          <w:b/>
        </w:rPr>
        <w:t xml:space="preserve">[01:13] </w:t>
      </w:r>
      <w:r>
        <w:t>jo aap sab logon ke samnay hain.</w:t>
      </w:r>
    </w:p>
    <w:p>
      <w:pPr>
        <w:jc w:val="right"/>
      </w:pPr>
      <w:r>
        <w:t>جو آپ سب لوگوں کے سامنے ہیں۔</w:t>
      </w:r>
    </w:p>
    <w:p>
      <w:r>
        <w:rPr>
          <w:b/>
        </w:rPr>
        <w:t xml:space="preserve">[01:16] </w:t>
      </w:r>
      <w:r>
        <w:t>lekin is ke baad</w:t>
      </w:r>
    </w:p>
    <w:p>
      <w:pPr>
        <w:jc w:val="right"/>
      </w:pPr>
      <w:r>
        <w:t>لیکن اس کے بعد</w:t>
      </w:r>
    </w:p>
    <w:p>
      <w:r>
        <w:rPr>
          <w:b/>
        </w:rPr>
        <w:t xml:space="preserve">[01:20] </w:t>
      </w:r>
      <w:r>
        <w:t>kashmir ke zehnon mein</w:t>
      </w:r>
    </w:p>
    <w:p>
      <w:pPr>
        <w:jc w:val="right"/>
      </w:pPr>
      <w:r>
        <w:t>کشمیر کے ذہنوں میں</w:t>
      </w:r>
    </w:p>
    <w:p>
      <w:r>
        <w:rPr>
          <w:b/>
        </w:rPr>
        <w:t xml:space="preserve">[01:24] </w:t>
      </w:r>
      <w:r>
        <w:t>aik ahista ahista jo hum ne kaam kiya, wahan logon ke zehnon mein ahista ahista tabdeeli shuru hui.</w:t>
      </w:r>
    </w:p>
    <w:p>
      <w:pPr>
        <w:jc w:val="right"/>
      </w:pPr>
      <w:r>
        <w:t>ایک آہستہ آہستہ جو ہم نے کام کیا، وہاں لوگوں کے ذہنوں میں آہستہ آہستہ تبدیلی شروع ہوئی۔</w:t>
      </w:r>
    </w:p>
    <w:p>
      <w:r>
        <w:rPr>
          <w:b/>
        </w:rPr>
        <w:t xml:space="preserve">[01:33] </w:t>
      </w:r>
      <w:r>
        <w:t>aur aaj, Allah ke fazl o karam se, kashmiri logon ka mind set kafi had tak badal chuka</w:t>
      </w:r>
    </w:p>
    <w:p>
      <w:pPr>
        <w:jc w:val="right"/>
      </w:pPr>
      <w:r>
        <w:t>اور آج، اللہ کے فضل و کرم سے، کشمیری لوگوں کا مائنڈ سیٹ کافی حد تک بدل چکا</w:t>
      </w:r>
    </w:p>
    <w:p>
      <w:r>
        <w:rPr>
          <w:b/>
        </w:rPr>
        <w:t xml:space="preserve">[01:40] </w:t>
      </w:r>
      <w:r>
        <w:t>hai, aur halaat bhi kashmir ke kafi had tak behtar hue hain.</w:t>
      </w:r>
    </w:p>
    <w:p>
      <w:pPr>
        <w:jc w:val="right"/>
      </w:pPr>
      <w:r>
        <w:t>ہے، اور حالات بھی کشمیر کے کافی حد تک بہتر ہوئے ہیں۔</w:t>
      </w:r>
    </w:p>
    <w:p>
      <w:r>
        <w:rPr>
          <w:b/>
        </w:rPr>
        <w:t xml:space="preserve">[01:47] </w:t>
      </w:r>
      <w:r>
        <w:t>aur main samajhta hoon ke is ko sudharne mein, aur specially logon ke zehnon ko badalne mein, Maulana</w:t>
      </w:r>
    </w:p>
    <w:p>
      <w:pPr>
        <w:jc w:val="right"/>
      </w:pPr>
      <w:r>
        <w:t>اور میں سمجھتا ہوں کہ اس کو سدھارنے میں، اور اسپیشلی لوگوں کے ذہنوں کو بدلنے میں، مولانا</w:t>
      </w:r>
    </w:p>
    <w:p>
      <w:r>
        <w:rPr>
          <w:b/>
        </w:rPr>
        <w:t xml:space="preserve">[01:57] </w:t>
      </w:r>
      <w:r>
        <w:t>wahiduddin Khan sahib ke literature ka kafi bara hath hai.</w:t>
      </w:r>
    </w:p>
    <w:p>
      <w:pPr>
        <w:jc w:val="right"/>
      </w:pPr>
      <w:r>
        <w:t>وحیدین خان صاحب کے لٹریچر کا کافی بڑا ہاتھ ہے۔</w:t>
      </w:r>
    </w:p>
    <w:p>
      <w:r>
        <w:rPr>
          <w:b/>
        </w:rPr>
        <w:t xml:space="preserve">[02:03] </w:t>
      </w:r>
      <w:r>
        <w:t>hamari team ne kashmir mein is literature ko kafi baray paimane par phailaya hai.</w:t>
      </w:r>
    </w:p>
    <w:p>
      <w:pPr>
        <w:jc w:val="right"/>
      </w:pPr>
      <w:r>
        <w:t>ہماری ٹیم نے کشمیر میں اس لٹریچر کو کافی بڑے پیمانے پر پھیلایا ہے۔</w:t>
      </w:r>
    </w:p>
    <w:p>
      <w:r>
        <w:rPr>
          <w:b/>
        </w:rPr>
        <w:t xml:space="preserve">[02:10] </w:t>
      </w:r>
      <w:r>
        <w:t>aur jo wahan mehman log atay hain, basically tourist atay hain, ya yatris atay hain, ya security forces</w:t>
      </w:r>
    </w:p>
    <w:p>
      <w:pPr>
        <w:jc w:val="right"/>
      </w:pPr>
      <w:r>
        <w:t>اور جو وہاں مہمان لوگ آتے ہیں، بیسکلی ٹورسٹ آتے ہیں، یا یاتریز آتے ہیں، یا سیکیورٹی فورسز</w:t>
      </w:r>
    </w:p>
    <w:p>
      <w:r>
        <w:rPr>
          <w:b/>
        </w:rPr>
        <w:t xml:space="preserve">[02:19] </w:t>
      </w:r>
      <w:r>
        <w:t>wahan par kafi tadad mein posted hain</w:t>
      </w:r>
    </w:p>
    <w:p>
      <w:pPr>
        <w:jc w:val="right"/>
      </w:pPr>
      <w:r>
        <w:t>وہاں پر کافی تعداد میں پوسٹڈ ہیں</w:t>
      </w:r>
    </w:p>
    <w:p>
      <w:r>
        <w:rPr>
          <w:b/>
        </w:rPr>
        <w:t xml:space="preserve">[02:24] </w:t>
      </w:r>
      <w:r>
        <w:t>kashmir mein, to hum ne un tak is literature ko na sirf mutaarif</w:t>
      </w:r>
    </w:p>
    <w:p>
      <w:pPr>
        <w:jc w:val="right"/>
      </w:pPr>
      <w:r>
        <w:t>کشمیر میں، تو ہم نے ان تک اس لٹریچر کو نہ صرف متعارف</w:t>
      </w:r>
    </w:p>
    <w:p>
      <w:r>
        <w:rPr>
          <w:b/>
        </w:rPr>
        <w:t xml:space="preserve">[02:31] </w:t>
      </w:r>
      <w:r>
        <w:t>karaya, balkay kashmir mein hum lagataar un logon ke darmiyan Quran ke tarjumay angrezi, hindi mein phaila rahe</w:t>
      </w:r>
    </w:p>
    <w:p>
      <w:pPr>
        <w:jc w:val="right"/>
      </w:pPr>
      <w:r>
        <w:t>کرایا، بلکہ کشمیر میں ہم لگاتار ان لوگوں کے درمیان قرآن کے ترجمے انگریزی، ہندی میں پھیلا رہے</w:t>
      </w:r>
    </w:p>
    <w:p>
      <w:r>
        <w:rPr>
          <w:b/>
        </w:rPr>
        <w:t xml:space="preserve">[02:41] </w:t>
      </w:r>
      <w:r>
        <w:t>hain. Aur aaj tak kisi aik aadmi ne bhi Quran ko reject nahi kiya ke kisi ne kaha</w:t>
      </w:r>
    </w:p>
    <w:p>
      <w:pPr>
        <w:jc w:val="right"/>
      </w:pPr>
      <w:r>
        <w:t>ہیں۔ اور آج تک کسی ایک آدمی نے بھی قرآن کو ریجیکٹ نہیں کیا کہ کسی نے کہا</w:t>
      </w:r>
    </w:p>
    <w:p>
      <w:r>
        <w:rPr>
          <w:b/>
        </w:rPr>
        <w:t xml:space="preserve">[02:51] </w:t>
      </w:r>
      <w:r>
        <w:t>hoga mujhe is ki zaroorat nahi hai.</w:t>
      </w:r>
    </w:p>
    <w:p>
      <w:pPr>
        <w:jc w:val="right"/>
      </w:pPr>
      <w:r>
        <w:t>ہوگا مجھے اس کی ضرورت نہیں ہے۔</w:t>
      </w:r>
    </w:p>
    <w:p>
      <w:r>
        <w:rPr>
          <w:b/>
        </w:rPr>
        <w:t xml:space="preserve">[02:54] </w:t>
      </w:r>
      <w:r>
        <w:t>balkay mera zaati tajurba hai ke hum aksar bohat se hindon ke jo wahan mele hotay hain, aik</w:t>
      </w:r>
    </w:p>
    <w:p>
      <w:pPr>
        <w:jc w:val="right"/>
      </w:pPr>
      <w:r>
        <w:t>بلکہ میرا ذاتی تجربہ ہے کہ ہم اکثر بہت سے ہندوؤں کے جو وہاں میلے ہوتے ہیں، ایک</w:t>
      </w:r>
    </w:p>
    <w:p>
      <w:r>
        <w:rPr>
          <w:b/>
        </w:rPr>
        <w:t xml:space="preserve">[03:02] </w:t>
      </w:r>
      <w:r>
        <w:t>bohat bara mela wahan kashmir mein hota hai, kheer bhawani ka mela, jis mein taqreeban 50,000</w:t>
      </w:r>
    </w:p>
    <w:p>
      <w:pPr>
        <w:jc w:val="right"/>
      </w:pPr>
      <w:r>
        <w:t>بہت بڑا میلہ وہاں کشمیر میں ہوتا ہے، کھیر بھوانی کا میلہ، جس میں تقریباً 50,000</w:t>
      </w:r>
    </w:p>
    <w:p>
      <w:r>
        <w:rPr>
          <w:b/>
        </w:rPr>
        <w:t xml:space="preserve">[03:10] </w:t>
      </w:r>
      <w:r>
        <w:t>se 100,000 tak log atay hain.</w:t>
      </w:r>
    </w:p>
    <w:p>
      <w:pPr>
        <w:jc w:val="right"/>
      </w:pPr>
      <w:r>
        <w:t>سے 100,000 تک لوگ آتے ہیں۔</w:t>
      </w:r>
    </w:p>
    <w:p>
      <w:r>
        <w:rPr>
          <w:b/>
        </w:rPr>
        <w:t xml:space="preserve">[03:13] </w:t>
      </w:r>
      <w:r>
        <w:t>pichlay 8 saalon ke darmiyan hum wahan par camp lagatay hain, aur wahan kafi tadad mein literature logon</w:t>
      </w:r>
    </w:p>
    <w:p>
      <w:pPr>
        <w:jc w:val="right"/>
      </w:pPr>
      <w:r>
        <w:t>پچھلے 8 سالوں کے درمیان ہم وہاں پر کیمپ لگاتے ہیں، اور وہاں کافی تعداد میں لٹریچر لوگوں</w:t>
      </w:r>
    </w:p>
    <w:p>
      <w:r>
        <w:rPr>
          <w:b/>
        </w:rPr>
        <w:t xml:space="preserve">[03:22] </w:t>
      </w:r>
      <w:r>
        <w:t>ko detay hain.</w:t>
      </w:r>
    </w:p>
    <w:p>
      <w:pPr>
        <w:jc w:val="right"/>
      </w:pPr>
      <w:r>
        <w:t>کو دیتے ہیں۔</w:t>
      </w:r>
    </w:p>
    <w:p>
      <w:r>
        <w:rPr>
          <w:b/>
        </w:rPr>
        <w:t xml:space="preserve">[03:24] </w:t>
      </w:r>
      <w:r>
        <w:t>aur kisi aik ne bhi humein mana nahi kiya, balkay jo wahan ka trust hai, dar marha trust,</w:t>
      </w:r>
    </w:p>
    <w:p>
      <w:pPr>
        <w:jc w:val="right"/>
      </w:pPr>
      <w:r>
        <w:t>اور کسی ایک نے بھی ہمیں منع نہیں کیا، بلکہ جو وہاں کا ٹرسٹ ہے، ڈر مرہ ٹرسٹ،</w:t>
      </w:r>
    </w:p>
    <w:p>
      <w:r>
        <w:rPr>
          <w:b/>
        </w:rPr>
        <w:t xml:space="preserve">[03:31] </w:t>
      </w:r>
      <w:r>
        <w:t>un logon ne hum ko ijazat diya ke is literature ko yahan diya jaye.</w:t>
      </w:r>
    </w:p>
    <w:p>
      <w:pPr>
        <w:jc w:val="right"/>
      </w:pPr>
      <w:r>
        <w:t>ان لوگوں نے ہم کو اجازت دیا کہ اس لٹریچر کو یہاں دیا جائے۔</w:t>
      </w:r>
    </w:p>
    <w:p>
      <w:r>
        <w:rPr>
          <w:b/>
        </w:rPr>
        <w:t xml:space="preserve">[03:36] </w:t>
      </w:r>
      <w:r>
        <w:t>aur specially quran ko bhi, wahan taqreeban 2,000 se 3,000 tak quran har saal hum free dete rehte</w:t>
      </w:r>
    </w:p>
    <w:p>
      <w:pPr>
        <w:jc w:val="right"/>
      </w:pPr>
      <w:r>
        <w:t>اور اسپیشلی قرآن کو بھی، وہاں تقریباً 2,000 سے 3,000 تک قرآن ہر سال ہم فری دیتے رہتے</w:t>
      </w:r>
    </w:p>
    <w:p>
      <w:r>
        <w:rPr>
          <w:b/>
        </w:rPr>
        <w:t xml:space="preserve">[03:45] </w:t>
      </w:r>
      <w:r>
        <w:t>hain. Isi tarah pehle pehle kashmiri logon ne bohat bara reaction dikhaya, Maulana ke literature ko bohat</w:t>
      </w:r>
    </w:p>
    <w:p>
      <w:pPr>
        <w:jc w:val="right"/>
      </w:pPr>
      <w:r>
        <w:t>ہیں۔ اسی طرح پہلے پہلے کشمیری لوگوں نے بہت بڑا ری ایکشن دکھایا، مولانا کے لٹریچر کو بہت</w:t>
      </w:r>
    </w:p>
    <w:p>
      <w:r>
        <w:rPr>
          <w:b/>
        </w:rPr>
        <w:t xml:space="preserve">[03:55] </w:t>
      </w:r>
      <w:r>
        <w:t>reaction dikhaya.</w:t>
      </w:r>
    </w:p>
    <w:p>
      <w:pPr>
        <w:jc w:val="right"/>
      </w:pPr>
      <w:r>
        <w:t>ری ایکشن دکھایا۔</w:t>
      </w:r>
    </w:p>
    <w:p>
      <w:r>
        <w:rPr>
          <w:b/>
        </w:rPr>
        <w:t xml:space="preserve">[03:56] </w:t>
      </w:r>
      <w:r>
        <w:t>Lekin is ke baad Maulana ne Kashmir par aik historical document, "Peace in Kashmir" likha, aur is</w:t>
      </w:r>
    </w:p>
    <w:p>
      <w:pPr>
        <w:jc w:val="right"/>
      </w:pPr>
      <w:r>
        <w:t>لیکن اس کے بعد مولانا نے کشمیر پر ایک ہسٹوریکل ایک ڈاکومنٹ، "پیس ان کشمیر" لکھا، اور اس</w:t>
      </w:r>
    </w:p>
    <w:p>
      <w:r>
        <w:rPr>
          <w:b/>
        </w:rPr>
        <w:t xml:space="preserve">[04:07] </w:t>
      </w:r>
      <w:r>
        <w:t>par kaafi baatein hui Kashmir mein.</w:t>
      </w:r>
    </w:p>
    <w:p>
      <w:pPr>
        <w:jc w:val="right"/>
      </w:pPr>
      <w:r>
        <w:t>پر کافی بحثیں ہوئی کشمیر میں۔</w:t>
      </w:r>
    </w:p>
    <w:p>
      <w:r>
        <w:rPr>
          <w:b/>
        </w:rPr>
        <w:t xml:space="preserve">[04:11] </w:t>
      </w:r>
      <w:r>
        <w:t>Lekin main samajhta hoon ke is document se kashmiri logon ka zehan bhi aman ki taraf raghib ho</w:t>
      </w:r>
    </w:p>
    <w:p>
      <w:pPr>
        <w:jc w:val="right"/>
      </w:pPr>
      <w:r>
        <w:t>لیکن میں سمجھتا ہوں کہ اس ڈاکومنٹ سے کشمیری لوگوں کا ذہن بھی امن کی طرف راغب ہو</w:t>
      </w:r>
    </w:p>
    <w:p>
      <w:r>
        <w:rPr>
          <w:b/>
        </w:rPr>
        <w:t xml:space="preserve">[04:18] </w:t>
      </w:r>
      <w:r>
        <w:t>gaya. Aur is ke baad Maulana ne aik ideological document,</w:t>
      </w:r>
    </w:p>
    <w:p>
      <w:pPr>
        <w:jc w:val="right"/>
      </w:pPr>
      <w:r>
        <w:t>گیا۔ اور اس کے بعد مولانا نے ایک آئیڈیالوجیکل ڈاکومنٹ،</w:t>
      </w:r>
    </w:p>
    <w:p>
      <w:r>
        <w:rPr>
          <w:b/>
        </w:rPr>
        <w:t xml:space="preserve">[04:24] </w:t>
      </w:r>
      <w:r>
        <w:t>"Dawn and Kashmir",</w:t>
      </w:r>
    </w:p>
    <w:p>
      <w:pPr>
        <w:jc w:val="right"/>
      </w:pPr>
      <w:r>
        <w:t>"ڈان اور کشمیر"،</w:t>
      </w:r>
    </w:p>
    <w:p>
      <w:r>
        <w:rPr>
          <w:b/>
        </w:rPr>
        <w:t xml:space="preserve">[04:27] </w:t>
      </w:r>
      <w:r>
        <w:t>is ko likha.</w:t>
      </w:r>
    </w:p>
    <w:p>
      <w:pPr>
        <w:jc w:val="right"/>
      </w:pPr>
      <w:r>
        <w:t>اس کو لکھا۔</w:t>
      </w:r>
    </w:p>
    <w:p>
      <w:r>
        <w:rPr>
          <w:b/>
        </w:rPr>
        <w:t xml:space="preserve">[04:28] </w:t>
      </w:r>
      <w:r>
        <w:t>Is ki taqreeban hum ne hazaron, 25,000 copies hum ne yahan se Good Word se mangai, aur woh</w:t>
      </w:r>
    </w:p>
    <w:p>
      <w:pPr>
        <w:jc w:val="right"/>
      </w:pPr>
      <w:r>
        <w:t>اس کی تقریباً ہم نے ہزاروں، 25,000 کاپیز ہم نے یہاں سے گڈ ورلڈ سے منگائی، اور وہ</w:t>
      </w:r>
    </w:p>
    <w:p>
      <w:r>
        <w:rPr>
          <w:b/>
        </w:rPr>
        <w:t xml:space="preserve">[04:35] </w:t>
      </w:r>
      <w:r>
        <w:t>hum ne Kashmir mein phailai.</w:t>
      </w:r>
    </w:p>
    <w:p>
      <w:pPr>
        <w:jc w:val="right"/>
      </w:pPr>
      <w:r>
        <w:t>ہم نے کشمیر میں پھیلائی۔</w:t>
      </w:r>
    </w:p>
    <w:p>
      <w:r>
        <w:rPr>
          <w:b/>
        </w:rPr>
        <w:t xml:space="preserve">[04:38] </w:t>
      </w:r>
      <w:r>
        <w:t>Aur Kashmir mein jo log jo alhaidgi ki muhim chala rahe hain, is ke jo top ke log</w:t>
      </w:r>
    </w:p>
    <w:p>
      <w:pPr>
        <w:jc w:val="right"/>
      </w:pPr>
      <w:r>
        <w:t>اور کشمیر میں جو لوگ جو علیحدگی کی مہم چلا رہے ہیں، اس کے جو ٹاپ کے لوگ</w:t>
      </w:r>
    </w:p>
    <w:p>
      <w:r>
        <w:rPr>
          <w:b/>
        </w:rPr>
        <w:t xml:space="preserve">[04:46] </w:t>
      </w:r>
      <w:r>
        <w:t>hain, even jo militant hain, jo</w:t>
      </w:r>
    </w:p>
    <w:p>
      <w:pPr>
        <w:jc w:val="right"/>
      </w:pPr>
      <w:r>
        <w:t>ہیں، ایون جو ملیٹنٹ ہیں، جو</w:t>
      </w:r>
    </w:p>
    <w:p>
      <w:r>
        <w:rPr>
          <w:b/>
        </w:rPr>
        <w:t xml:space="preserve">[04:49] </w:t>
      </w:r>
      <w:r>
        <w:t>Pakistan mein hain, kuch leader, un tak bhi hum ne pohanchai.</w:t>
      </w:r>
    </w:p>
    <w:p>
      <w:pPr>
        <w:jc w:val="right"/>
      </w:pPr>
      <w:r>
        <w:t>پاکستان میں ہیں، کچھ لیڈر، ان تک بھی ہم نے پہنچائی۔</w:t>
      </w:r>
    </w:p>
    <w:p>
      <w:r>
        <w:rPr>
          <w:b/>
        </w:rPr>
        <w:t xml:space="preserve">[04:53] </w:t>
      </w:r>
      <w:r>
        <w:t>Lekin Allah ke fazl o karam se is silsile mein koi aisi,</w:t>
      </w:r>
    </w:p>
    <w:p>
      <w:pPr>
        <w:jc w:val="right"/>
      </w:pPr>
      <w:r>
        <w:t>لیکن اللہ کے فضل و کرم سے اس سلسلے میں کوئی ایسی،</w:t>
      </w:r>
    </w:p>
    <w:p>
      <w:r>
        <w:rPr>
          <w:b/>
        </w:rPr>
        <w:t xml:space="preserve">[04:59] </w:t>
      </w:r>
      <w:r>
        <w:t>kisi ne bhi koi aisa article nahi likha jis mein koi objection ho.</w:t>
      </w:r>
    </w:p>
    <w:p>
      <w:pPr>
        <w:jc w:val="right"/>
      </w:pPr>
      <w:r>
        <w:t>کسی نے بھی کوئی ایسا آرٹیکل نہیں لکھا جس میں کوئی ابجیکشن ہو۔</w:t>
      </w:r>
    </w:p>
    <w:p>
      <w:r>
        <w:rPr>
          <w:b/>
        </w:rPr>
        <w:t xml:space="preserve">[05:05] </w:t>
      </w:r>
      <w:r>
        <w:t>To main samajhta hoon ke Kashmir mein jo jo naya Kashmir ab taameer hoga, is naye Kashmir ke</w:t>
      </w:r>
    </w:p>
    <w:p>
      <w:pPr>
        <w:jc w:val="right"/>
      </w:pPr>
      <w:r>
        <w:t>تو میں سمجھتا ہوں کہ کشمیر میں جو جو نیا کشمیر اب تعمیر ہوگا، اس نئے کشمیر کے</w:t>
      </w:r>
    </w:p>
    <w:p>
      <w:r>
        <w:rPr>
          <w:b/>
        </w:rPr>
        <w:t xml:space="preserve">[05:15] </w:t>
      </w:r>
      <w:r>
        <w:t>taameer ke baani Maulana Wahiduddin Khan sahib hain.</w:t>
      </w:r>
    </w:p>
    <w:p>
      <w:pPr>
        <w:jc w:val="right"/>
      </w:pPr>
      <w:r>
        <w:t>تعمیر کے بانی مولانا وحیدین خان صاحب ہیں۔</w:t>
      </w:r>
    </w:p>
    <w:p>
      <w:r>
        <w:rPr>
          <w:b/>
        </w:rPr>
        <w:t xml:space="preserve">[05:20] </w:t>
      </w:r>
      <w:r>
        <w:t>Abhi kuch din pehle hamari aik meeting thi, aik town Magam mein, woh wahan ke zyada log jo</w:t>
      </w:r>
    </w:p>
    <w:p>
      <w:pPr>
        <w:jc w:val="right"/>
      </w:pPr>
      <w:r>
        <w:t>ابھی کچھ دن پہلے ہماری ایک میٹنگ تھی، ایک ٹاؤن ماگام میں، وہ وہاں کے زیادہ لوگ جو</w:t>
      </w:r>
    </w:p>
    <w:p>
      <w:r>
        <w:rPr>
          <w:b/>
        </w:rPr>
        <w:t xml:space="preserve">[05:28] </w:t>
      </w:r>
      <w:r>
        <w:t>hain Shia community se hain.</w:t>
      </w:r>
    </w:p>
    <w:p>
      <w:pPr>
        <w:jc w:val="right"/>
      </w:pPr>
      <w:r>
        <w:t>ہیں شیعہ کمیونٹی سے ہیں۔</w:t>
      </w:r>
    </w:p>
    <w:p>
      <w:r>
        <w:rPr>
          <w:b/>
        </w:rPr>
        <w:t xml:space="preserve">[05:30] </w:t>
      </w:r>
      <w:r>
        <w:t>Hamare kuch dost Bombay se aaye thay.</w:t>
      </w:r>
    </w:p>
    <w:p>
      <w:pPr>
        <w:jc w:val="right"/>
      </w:pPr>
      <w:r>
        <w:t>ہمارے کچھ دوست بمبئی سے آئے تھے۔</w:t>
      </w:r>
    </w:p>
    <w:p>
      <w:r>
        <w:rPr>
          <w:b/>
        </w:rPr>
        <w:t xml:space="preserve">[05:33] </w:t>
      </w:r>
      <w:r>
        <w:t>To phir wahan us Shia community ke aik leader, Aga Saeed Abdul Hamid, to un se interaction hua.</w:t>
      </w:r>
    </w:p>
    <w:p>
      <w:pPr>
        <w:jc w:val="right"/>
      </w:pPr>
      <w:r>
        <w:t>تو پھر وہاں اس شیعہ کمیونٹی کے ایک لیڈر، آغا سعید عبدالحمید، تو ان سے انٹریکشن ہوا۔</w:t>
      </w:r>
    </w:p>
    <w:p>
      <w:r>
        <w:rPr>
          <w:b/>
        </w:rPr>
        <w:t xml:space="preserve">[05:40] </w:t>
      </w:r>
      <w:r>
        <w:t>To unhon ne bataya ke main Al-Risala regularly parh raha hoon.</w:t>
      </w:r>
    </w:p>
    <w:p>
      <w:pPr>
        <w:jc w:val="right"/>
      </w:pPr>
      <w:r>
        <w:t>تو انہوں نے بتایا کہ میں الرسالہ ریگولرلی پڑھ رہا ہوں۔</w:t>
      </w:r>
    </w:p>
    <w:p>
      <w:r>
        <w:rPr>
          <w:b/>
        </w:rPr>
        <w:t xml:space="preserve">[05:45] </w:t>
      </w:r>
      <w:r>
        <w:t>To jab main parh raha tha to mere aik dost ne mujhe bola</w:t>
      </w:r>
    </w:p>
    <w:p>
      <w:pPr>
        <w:jc w:val="right"/>
      </w:pPr>
      <w:r>
        <w:t>تو جب میں پڑھ رہا تھا تو میرے ایک دوست نے مجھے بولا</w:t>
      </w:r>
    </w:p>
    <w:p>
      <w:r>
        <w:rPr>
          <w:b/>
        </w:rPr>
        <w:t xml:space="preserve">[05:51] </w:t>
      </w:r>
      <w:r>
        <w:t>ke aap yeh kyun parh rahe hain? Kya aap ko pata nahi hai ke Maulana sahib to jihad</w:t>
      </w:r>
    </w:p>
    <w:p>
      <w:pPr>
        <w:jc w:val="right"/>
      </w:pPr>
      <w:r>
        <w:t>کہ آپ یہ کیوں پڑھ رہے ہیں؟ کیا آپ کو پتہ نہیں ہے کہ مولانا صاحب تو جہاد</w:t>
      </w:r>
    </w:p>
    <w:p>
      <w:r>
        <w:rPr>
          <w:b/>
        </w:rPr>
        <w:t xml:space="preserve">[05:59] </w:t>
      </w:r>
      <w:r>
        <w:t>ke khilaaf hain? woh jehad ko mante hi nahin hain.</w:t>
      </w:r>
    </w:p>
    <w:p>
      <w:pPr>
        <w:jc w:val="right"/>
      </w:pPr>
      <w:r>
        <w:t>کے خلاف ہیں؟ وہ جہاد کو مانتے ہی نہیں ہیں۔</w:t>
      </w:r>
    </w:p>
    <w:p>
      <w:r>
        <w:rPr>
          <w:b/>
        </w:rPr>
        <w:t xml:space="preserve">[06:03] </w:t>
      </w:r>
      <w:r>
        <w:t>to aagha sahib ne bataya, jo shia community ke ek naujawan leader hain, to unhon ne bataya is</w:t>
      </w:r>
    </w:p>
    <w:p>
      <w:pPr>
        <w:jc w:val="right"/>
      </w:pPr>
      <w:r>
        <w:t>تو آغا صاحب نے بتایا، جو شیعہ کمیونٹی کے ایک نوجوان لیڈر ہیں، تو انہوں نے بتایا اس</w:t>
      </w:r>
    </w:p>
    <w:p>
      <w:r>
        <w:rPr>
          <w:b/>
        </w:rPr>
        <w:t xml:space="preserve">[06:11] </w:t>
      </w:r>
      <w:r>
        <w:t>sahib ko ke maulana jo hain woh jehad ke khilaaf nahin hain, balkeh maulana tashaddud ke khilaaf hain.</w:t>
      </w:r>
    </w:p>
    <w:p>
      <w:pPr>
        <w:jc w:val="right"/>
      </w:pPr>
      <w:r>
        <w:t>صاحب کو کہ مولانا جو ہیں وہ جہاد کے خلاف نہیں ہیں، بلکہ مولانا تشدد کے خلاف ہیں۔</w:t>
      </w:r>
    </w:p>
    <w:p>
      <w:r>
        <w:rPr>
          <w:b/>
        </w:rPr>
        <w:t xml:space="preserve">[06:21] </w:t>
      </w:r>
      <w:r>
        <w:t>to isi tarah</w:t>
      </w:r>
    </w:p>
    <w:p>
      <w:pPr>
        <w:jc w:val="right"/>
      </w:pPr>
      <w:r>
        <w:t>تو اسی طرح</w:t>
      </w:r>
    </w:p>
    <w:p>
      <w:r>
        <w:rPr>
          <w:b/>
        </w:rPr>
        <w:t xml:space="preserve">[06:25] </w:t>
      </w:r>
      <w:r>
        <w:t>kaafi aise naujawan hamein mile jo</w:t>
      </w:r>
    </w:p>
    <w:p>
      <w:pPr>
        <w:jc w:val="right"/>
      </w:pPr>
      <w:r>
        <w:t>کافی ایسے نوجوان ہمیں ملے جو</w:t>
      </w:r>
    </w:p>
    <w:p>
      <w:r>
        <w:rPr>
          <w:b/>
        </w:rPr>
        <w:t xml:space="preserve">[06:29] </w:t>
      </w:r>
      <w:r>
        <w:t>tashaddud mein involve hue the.</w:t>
      </w:r>
    </w:p>
    <w:p>
      <w:pPr>
        <w:jc w:val="right"/>
      </w:pPr>
      <w:r>
        <w:t>تشدد میں انوالو ہوئے تھے۔</w:t>
      </w:r>
    </w:p>
    <w:p>
      <w:r>
        <w:rPr>
          <w:b/>
        </w:rPr>
        <w:t xml:space="preserve">[06:32] </w:t>
      </w:r>
      <w:r>
        <w:t>to hum ne un tak literature pahunchaya.</w:t>
      </w:r>
    </w:p>
    <w:p>
      <w:pPr>
        <w:jc w:val="right"/>
      </w:pPr>
      <w:r>
        <w:t>تو ہم نے ان تک لٹریچر پہنچایا۔</w:t>
      </w:r>
    </w:p>
    <w:p>
      <w:r>
        <w:rPr>
          <w:b/>
        </w:rPr>
        <w:t xml:space="preserve">[06:35] </w:t>
      </w:r>
      <w:r>
        <w:t>aur ab Allah ke fazl o karam se woh log quran ke distributor ban gaye hain.</w:t>
      </w:r>
    </w:p>
    <w:p>
      <w:pPr>
        <w:jc w:val="right"/>
      </w:pPr>
      <w:r>
        <w:t>اور اب اللہ کے فضل و کرم سے وہ لوگ قرآن کے ڈسٹریبیوٹر بن گئے ہیں۔</w:t>
      </w:r>
    </w:p>
    <w:p>
      <w:r>
        <w:rPr>
          <w:b/>
        </w:rPr>
        <w:t xml:space="preserve">[06:40] </w:t>
      </w:r>
      <w:r>
        <w:t>aur kaafi aise naujawan hain jin ko main ne yahan bhi laya.</w:t>
      </w:r>
    </w:p>
    <w:p>
      <w:pPr>
        <w:jc w:val="right"/>
      </w:pPr>
      <w:r>
        <w:t>اور کافی ایسے نوجوان ہیں جن کو میں نے یہاں بھی لایا۔</w:t>
      </w:r>
    </w:p>
    <w:p>
      <w:r>
        <w:rPr>
          <w:b/>
        </w:rPr>
        <w:t xml:space="preserve">[06:44] </w:t>
      </w:r>
      <w:r>
        <w:t>aur ek top ke leader the, ek militant the, woh khud unhon ne mujh se request ki, to</w:t>
      </w:r>
    </w:p>
    <w:p>
      <w:pPr>
        <w:jc w:val="right"/>
      </w:pPr>
      <w:r>
        <w:t>اور ایک ٹاپ کے لیڈر تھے، ایک ملیٹنٹ تھے، وہ خود انہوں نے مجھ سے ریکویسٹ کی، تو</w:t>
      </w:r>
    </w:p>
    <w:p>
      <w:r>
        <w:rPr>
          <w:b/>
        </w:rPr>
        <w:t xml:space="preserve">[06:52] </w:t>
      </w:r>
      <w:r>
        <w:t>unhon ne surrender kiya hai.</w:t>
      </w:r>
    </w:p>
    <w:p>
      <w:pPr>
        <w:jc w:val="right"/>
      </w:pPr>
      <w:r>
        <w:t>انہوں نے سرنڈر کیا ہے۔</w:t>
      </w:r>
    </w:p>
    <w:p>
      <w:r>
        <w:rPr>
          <w:b/>
        </w:rPr>
        <w:t xml:space="preserve">[06:54] </w:t>
      </w:r>
      <w:r>
        <w:t>woh JKLF ke bare commander the.</w:t>
      </w:r>
    </w:p>
    <w:p>
      <w:pPr>
        <w:jc w:val="right"/>
      </w:pPr>
      <w:r>
        <w:t>وہ جے کے ایل ایف کے بڑے کمانڈر تھے۔</w:t>
      </w:r>
    </w:p>
    <w:p>
      <w:r>
        <w:rPr>
          <w:b/>
        </w:rPr>
        <w:t xml:space="preserve">[06:56] </w:t>
      </w:r>
      <w:r>
        <w:t>to unhon ne mujh se request ki ke main chahta hoon maulana se main miloon.</w:t>
      </w:r>
    </w:p>
    <w:p>
      <w:pPr>
        <w:jc w:val="right"/>
      </w:pPr>
      <w:r>
        <w:t>تو انہوں نے مجھ سے ریکویسٹ کی کہ میں چاہتا ہوں مولانا سے میں ملوں۔</w:t>
      </w:r>
    </w:p>
    <w:p>
      <w:r>
        <w:rPr>
          <w:b/>
        </w:rPr>
        <w:t xml:space="preserve">[07:00] </w:t>
      </w:r>
      <w:r>
        <w:t>aur pichhle saal main ne maulana se un ko milaya.</w:t>
      </w:r>
    </w:p>
    <w:p>
      <w:pPr>
        <w:jc w:val="right"/>
      </w:pPr>
      <w:r>
        <w:t>اور پچھلے سال میں نے مولانا سے ان کو ملایا۔</w:t>
      </w:r>
    </w:p>
    <w:p>
      <w:r>
        <w:rPr>
          <w:b/>
        </w:rPr>
        <w:t xml:space="preserve">[07:04] </w:t>
      </w:r>
      <w:r>
        <w:t>to meri interaction bohat se logon ke sath hoti rehti hai.</w:t>
      </w:r>
    </w:p>
    <w:p>
      <w:pPr>
        <w:jc w:val="right"/>
      </w:pPr>
      <w:r>
        <w:t>تو میری انٹریکشن بہت سے لوگوں کے ساتھ ہوتی رہتی ہے۔</w:t>
      </w:r>
    </w:p>
    <w:p>
      <w:r>
        <w:rPr>
          <w:b/>
        </w:rPr>
        <w:t xml:space="preserve">[07:08] </w:t>
      </w:r>
      <w:r>
        <w:t>lekin is mein main ne yahi paya ke doosre jo thoughts ke log hain, jo kashmir mein alahdaigi</w:t>
      </w:r>
    </w:p>
    <w:p>
      <w:pPr>
        <w:jc w:val="right"/>
      </w:pPr>
      <w:r>
        <w:t>لیکن اس میں میں نے یہی پایا کہ دوسرے جو تھاٹس کے لوگ ہیں، جو کشمیر میں علیحدگی</w:t>
      </w:r>
    </w:p>
    <w:p>
      <w:r>
        <w:rPr>
          <w:b/>
        </w:rPr>
        <w:t xml:space="preserve">[07:14] </w:t>
      </w:r>
      <w:r>
        <w:t>ki muhim chala rahe hain,</w:t>
      </w:r>
    </w:p>
    <w:p>
      <w:pPr>
        <w:jc w:val="right"/>
      </w:pPr>
      <w:r>
        <w:t>کی مہم چلا رہے ہیں،</w:t>
      </w:r>
    </w:p>
    <w:p>
      <w:r>
        <w:rPr>
          <w:b/>
        </w:rPr>
        <w:t xml:space="preserve">[07:17] </w:t>
      </w:r>
      <w:r>
        <w:t>ya nafrat aur tashaddud mein mulawwis hain, ya is ki himayat karte hain, to un logon ke paas</w:t>
      </w:r>
    </w:p>
    <w:p>
      <w:pPr>
        <w:jc w:val="right"/>
      </w:pPr>
      <w:r>
        <w:t>یا نفرت اور تشدد میں ملوث ہیں، یا اس کی حمایت کرتے ہیں، تو ان لوگوں کے پاس</w:t>
      </w:r>
    </w:p>
    <w:p>
      <w:r>
        <w:rPr>
          <w:b/>
        </w:rPr>
        <w:t xml:space="preserve">[07:25] </w:t>
      </w:r>
      <w:r>
        <w:t>bhi meri interaction hoti rehti hai.</w:t>
      </w:r>
    </w:p>
    <w:p>
      <w:pPr>
        <w:jc w:val="right"/>
      </w:pPr>
      <w:r>
        <w:t>بھی میری انٹریکشن ہوتی رہتی ہے۔</w:t>
      </w:r>
    </w:p>
    <w:p>
      <w:r>
        <w:rPr>
          <w:b/>
        </w:rPr>
        <w:t xml:space="preserve">[07:27] </w:t>
      </w:r>
      <w:r>
        <w:t>main ek jo leading newspaper hai srinagar mein, is ke ek editor hain, to un ka</w:t>
      </w:r>
    </w:p>
    <w:p>
      <w:pPr>
        <w:jc w:val="right"/>
      </w:pPr>
      <w:r>
        <w:t>میں ایک جو لیڈنگ نیوز پیپر ہے سری نگر میں، اس کے ایک ایڈیٹر ہیں، تو ان کا</w:t>
      </w:r>
    </w:p>
    <w:p>
      <w:r>
        <w:rPr>
          <w:b/>
        </w:rPr>
        <w:t xml:space="preserve">[07:36] </w:t>
      </w:r>
      <w:r>
        <w:t>sheen mem ahmad kashmir azmi, un se main ek saal pehle jab mila to main ne un ko</w:t>
      </w:r>
    </w:p>
    <w:p>
      <w:pPr>
        <w:jc w:val="right"/>
      </w:pPr>
      <w:r>
        <w:t>شین میم احمد کشمیر عظمیٰ، ان سے میں ایک سال پہلے جب ملا تو میں نے ان کو</w:t>
      </w:r>
    </w:p>
    <w:p>
      <w:r>
        <w:rPr>
          <w:b/>
        </w:rPr>
        <w:t xml:space="preserve">[07:43] </w:t>
      </w:r>
      <w:r>
        <w:t>kaha ke is ka aap jo maulana likhte hain, is ka phir hamein jawab chahiye.</w:t>
      </w:r>
    </w:p>
    <w:p>
      <w:pPr>
        <w:jc w:val="right"/>
      </w:pPr>
      <w:r>
        <w:t>کہا کہ اس کا آپ جو مولانا لکھتے ہیں، اس کا پھر ہمیں جواب چاہیے۔</w:t>
      </w:r>
    </w:p>
    <w:p>
      <w:r>
        <w:rPr>
          <w:b/>
        </w:rPr>
        <w:t xml:space="preserve">[07:47] </w:t>
      </w:r>
      <w:r>
        <w:t>agar woh galat likhte hain to unhon ne mujh se bataya, woh mere dost bhi ban gaye, to</w:t>
      </w:r>
    </w:p>
    <w:p>
      <w:pPr>
        <w:jc w:val="right"/>
      </w:pPr>
      <w:r>
        <w:t>اگر وہ غلط لکھتے ہیں تو انہوں نے مجھ سے بتایا، وہ میرے دوست بھی بن گئے، تو</w:t>
      </w:r>
    </w:p>
    <w:p>
      <w:r>
        <w:rPr>
          <w:b/>
        </w:rPr>
        <w:t xml:space="preserve">[07:53] </w:t>
      </w:r>
      <w:r>
        <w:t>unhon ne mujhe bataya ke maulana sahib ke paas itna logic hai, to itna reason hai, agar din</w:t>
      </w:r>
    </w:p>
    <w:p>
      <w:pPr>
        <w:jc w:val="right"/>
      </w:pPr>
      <w:r>
        <w:t>انہوں نے مجھے بتایا کہ مولانا صاحب کے پاس اتنا لاجک ہے، تو اتنا ریزن ہے، اگر دن</w:t>
      </w:r>
    </w:p>
    <w:p>
      <w:r>
        <w:rPr>
          <w:b/>
        </w:rPr>
        <w:t xml:space="preserve">[08:00] </w:t>
      </w:r>
      <w:r>
        <w:t>ke ujale ko woh kahein ke yeh raat hai, to hamein manna parega.</w:t>
      </w:r>
    </w:p>
    <w:p>
      <w:pPr>
        <w:jc w:val="right"/>
      </w:pPr>
      <w:r>
        <w:t>کے اجالے کو وہ کہیں کہ یہ رات ہے، تو ہمیں ماننا پڑے گا۔</w:t>
      </w:r>
    </w:p>
    <w:p>
      <w:r>
        <w:rPr>
          <w:b/>
        </w:rPr>
        <w:t xml:space="preserve">[08:05] </w:t>
      </w:r>
      <w:r>
        <w:t>to yeh is akhbar ke editor ne mujh se bataya.</w:t>
      </w:r>
    </w:p>
    <w:p>
      <w:pPr>
        <w:jc w:val="right"/>
      </w:pPr>
      <w:r>
        <w:t>تو یہ اس اخبار کے ایڈیٹر نے مجھ سے بتایا۔</w:t>
      </w:r>
    </w:p>
    <w:p>
      <w:r>
        <w:rPr>
          <w:b/>
        </w:rPr>
        <w:t xml:space="preserve">[08:11] </w:t>
      </w:r>
      <w:r>
        <w:t>to ab kashmir mein doosre jo newspapers hain, woh Maulana ke articles ko carry kar rahe hain.</w:t>
      </w:r>
    </w:p>
    <w:p>
      <w:pPr>
        <w:jc w:val="right"/>
      </w:pPr>
      <w:r>
        <w:t>تو اب کشمیر میں دوسرے جو نیوز پیپرز ہیں، وہ مولانا کے آرٹیکلز کو کیری کر رہے ہیں۔</w:t>
      </w:r>
    </w:p>
    <w:p>
      <w:r>
        <w:rPr>
          <w:b/>
        </w:rPr>
        <w:t xml:space="preserve">[08:17] </w:t>
      </w:r>
      <w:r>
        <w:t>abhi pichhle mahine ek akhbar hai "chatan", is ne pichhle mahine do articles carry kiye Maulana ke.</w:t>
      </w:r>
    </w:p>
    <w:p>
      <w:pPr>
        <w:jc w:val="right"/>
      </w:pPr>
      <w:r>
        <w:t>ابھی پچھلے مہینے ایک اخبار ہے "چٹان"، اس نے پچھلے مہینے دو آرٹیکلز کیری کیے مولانا کے۔</w:t>
      </w:r>
    </w:p>
    <w:p>
      <w:r>
        <w:rPr>
          <w:b/>
        </w:rPr>
        <w:t xml:space="preserve">[08:25] </w:t>
      </w:r>
      <w:r>
        <w:t>aur ab Maulana ki jo ideology hai, woh chhipi hui cheez nahi hai.</w:t>
      </w:r>
    </w:p>
    <w:p>
      <w:pPr>
        <w:jc w:val="right"/>
      </w:pPr>
      <w:r>
        <w:t>اور اب مولانا کی جو آئیڈیالوجی ہے، وہ چھپی ہوئی چیز نہیں ہے۔</w:t>
      </w:r>
    </w:p>
    <w:p>
      <w:r>
        <w:rPr>
          <w:b/>
        </w:rPr>
        <w:t xml:space="preserve">[08:31] </w:t>
      </w:r>
      <w:r>
        <w:t>balkeh main samajhta hoon ke kashmir ki ek matloob cheez ban gayi hai.</w:t>
      </w:r>
    </w:p>
    <w:p>
      <w:pPr>
        <w:jc w:val="right"/>
      </w:pPr>
      <w:r>
        <w:t>بلکہ میں سمجھتا ہوں کہ کشمیر کی ایک مطلوب چیز بن گئی ہے۔</w:t>
      </w:r>
    </w:p>
    <w:p>
      <w:r>
        <w:rPr>
          <w:b/>
        </w:rPr>
        <w:t xml:space="preserve">[08:36] </w:t>
      </w:r>
      <w:r>
        <w:t>aur hum jab bhi hum jaate hain logon ke paas, koi pamphlet, colleges mein, schools mein, to log</w:t>
      </w:r>
    </w:p>
    <w:p>
      <w:pPr>
        <w:jc w:val="right"/>
      </w:pPr>
      <w:r>
        <w:t>اور ہم جب بھی ہم جاتے ہیں لوگوں کے پاس، کوئی پمفلیٹ، کالجز میں، سکولز میں، تو لوگ</w:t>
      </w:r>
    </w:p>
    <w:p>
      <w:r>
        <w:rPr>
          <w:b/>
        </w:rPr>
        <w:t xml:space="preserve">[08:42] </w:t>
      </w:r>
      <w:r>
        <w:t>hamein demand karte hain zyada se zyada dene ke liye.</w:t>
      </w:r>
    </w:p>
    <w:p>
      <w:pPr>
        <w:jc w:val="right"/>
      </w:pPr>
      <w:r>
        <w:t>ہمیں ڈیمانڈ کرتے ہیں زیادہ سے زیادہ دینے کے لیے۔</w:t>
      </w:r>
    </w:p>
    <w:p>
      <w:r>
        <w:rPr>
          <w:b/>
        </w:rPr>
        <w:t xml:space="preserve">[08:47] </w:t>
      </w:r>
      <w:r>
        <w:t>aur main samajhta hoon ke yeh mission jo hai, dawat il Allah ka mission hai.</w:t>
      </w:r>
    </w:p>
    <w:p>
      <w:pPr>
        <w:jc w:val="right"/>
      </w:pPr>
      <w:r>
        <w:t>اور میں سمجھتا ہوں کہ یہ مشن جو ہے، دعوت الہ اللہ کا مشن ہے۔</w:t>
      </w:r>
    </w:p>
    <w:p>
      <w:r>
        <w:rPr>
          <w:b/>
        </w:rPr>
        <w:t xml:space="preserve">[08:53] </w:t>
      </w:r>
      <w:r>
        <w:t>main samajhta hoon ke kashmir ke log is ki taraf mael ho rahe hain.</w:t>
      </w:r>
    </w:p>
    <w:p>
      <w:pPr>
        <w:jc w:val="right"/>
      </w:pPr>
      <w:r>
        <w:t>میں سمجھتا ہوں کہ کشمیر کے لوگ اس کی طرف مائل ہو رہے ہیں۔</w:t>
      </w:r>
    </w:p>
    <w:p>
      <w:r>
        <w:rPr>
          <w:b/>
        </w:rPr>
        <w:t xml:space="preserve">[08:58] </w:t>
      </w:r>
      <w:r>
        <w:t>inshallah kashmir ke log jo hain, woh is mission ko bohat bade pemane par is ki madad kar</w:t>
      </w:r>
    </w:p>
    <w:p>
      <w:pPr>
        <w:jc w:val="right"/>
      </w:pPr>
      <w:r>
        <w:t>انشاءاللہ کشمیر کے لوگ جو ہیں، وہ اس مشن کو بہت بڑے پیمانے پر اس کی مدد کر</w:t>
      </w:r>
    </w:p>
    <w:p>
      <w:r>
        <w:rPr>
          <w:b/>
        </w:rPr>
        <w:t xml:space="preserve">[09:06] </w:t>
      </w:r>
      <w:r>
        <w:t>sakte hain, aur is ko duniya mein phaila sakte hain.</w:t>
      </w:r>
    </w:p>
    <w:p>
      <w:pPr>
        <w:jc w:val="right"/>
      </w:pPr>
      <w:r>
        <w:t>سکتے ہیں، اور اس کو دنیا میں پھیلا سکتے ہیں۔</w:t>
      </w:r>
    </w:p>
    <w:p>
      <w:r>
        <w:rPr>
          <w:b/>
        </w:rPr>
        <w:t xml:space="preserve">[09:09] </w:t>
      </w:r>
      <w:r>
        <w:t>kyunke kashmir ke logon ne apni community ki awaz ko is ko poori duniya mein phailaya, aur is</w:t>
      </w:r>
    </w:p>
    <w:p>
      <w:pPr>
        <w:jc w:val="right"/>
      </w:pPr>
      <w:r>
        <w:t>کیونکہ کشمیر کے لوگوں نے اپنی کمیونٹی کی آواز کو اس کو پوری دنیا میں پھیلایا، اور اس</w:t>
      </w:r>
    </w:p>
    <w:p>
      <w:r>
        <w:rPr>
          <w:b/>
        </w:rPr>
        <w:t xml:space="preserve">[09:18] </w:t>
      </w:r>
      <w:r>
        <w:t>ke liye itni qurbaniyan dein.</w:t>
      </w:r>
    </w:p>
    <w:p>
      <w:pPr>
        <w:jc w:val="right"/>
      </w:pPr>
      <w:r>
        <w:t>کے لیے اتنی قربانیاں دیں۔</w:t>
      </w:r>
    </w:p>
    <w:p>
      <w:r>
        <w:rPr>
          <w:b/>
        </w:rPr>
        <w:t xml:space="preserve">[09:20] </w:t>
      </w:r>
      <w:r>
        <w:t>aur ab in ke in ke mindset inshallah tabdeel ho raha hai.</w:t>
      </w:r>
    </w:p>
    <w:p>
      <w:pPr>
        <w:jc w:val="right"/>
      </w:pPr>
      <w:r>
        <w:t>اور اب ان کے ان کے مائنڈ سیٹ انشاءاللہ تبدیل ہو رہا ہے۔</w:t>
      </w:r>
    </w:p>
    <w:p>
      <w:r>
        <w:rPr>
          <w:b/>
        </w:rPr>
        <w:t xml:space="preserve">[09:26] </w:t>
      </w:r>
      <w:r>
        <w:t>aur mujhe lag raha hai ke yeh jo bada kaam hai, dawat il Allah ka kaam, to yeh</w:t>
      </w:r>
    </w:p>
    <w:p>
      <w:pPr>
        <w:jc w:val="right"/>
      </w:pPr>
      <w:r>
        <w:t>اور مجھے لگ رہا ہے کہ یہ جو بڑا کام ہے، دعوت الہ اللہ کا کام، تو یہ</w:t>
      </w:r>
    </w:p>
    <w:p>
      <w:r>
        <w:rPr>
          <w:b/>
        </w:rPr>
        <w:t xml:space="preserve">[09:33] </w:t>
      </w:r>
      <w:r>
        <w:t>kashmir se kashmir is mission ko ek naya rukh aur nayi bulandiyan de sakta hai.</w:t>
      </w:r>
    </w:p>
    <w:p>
      <w:pPr>
        <w:jc w:val="right"/>
      </w:pPr>
      <w:r>
        <w:t>کشمیر سے کشمیر اس مشن کو ایک نیا رخ اور نئی بلندیاں دے سکتا ہے۔</w:t>
      </w:r>
    </w:p>
    <w:p>
      <w:r>
        <w:rPr>
          <w:b/>
        </w:rPr>
        <w:t xml:space="preserve">[09:41] </w:t>
      </w:r>
      <w:r>
        <w:t>shukriya.</w:t>
      </w:r>
    </w:p>
    <w:p>
      <w:pPr>
        <w:jc w:val="right"/>
      </w:pPr>
      <w:r>
        <w:t>شکریہ۔</w:t>
      </w:r>
    </w:p>
    <w:p>
      <w:r>
        <w:rPr>
          <w:b/>
        </w:rPr>
        <w:t xml:space="preserve">[09:43]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[09:47] </w:t>
      </w:r>
      <w:r>
        <w:t>wa صلی اللہ علی النبی الکریم.</w:t>
      </w:r>
    </w:p>
    <w:p>
      <w:pPr>
        <w:jc w:val="right"/>
      </w:pPr>
      <w:r>
        <w:t>و صلی اللہ علی النبی الکریم۔</w:t>
      </w:r>
    </w:p>
    <w:p>
      <w:r>
        <w:rPr>
          <w:b/>
        </w:rPr>
        <w:t xml:space="preserve">[09:51]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[09:53]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[09:56] </w:t>
      </w:r>
      <w:r>
        <w:t>wahul uqdatan min lisani yafqahu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[10:00] </w:t>
      </w:r>
      <w:r>
        <w:t>yekam november 2015.</w:t>
      </w:r>
    </w:p>
    <w:p>
      <w:pPr>
        <w:jc w:val="right"/>
      </w:pPr>
      <w:r>
        <w:t>یکم نومبر 2015۔</w:t>
      </w:r>
    </w:p>
    <w:p>
      <w:r>
        <w:rPr>
          <w:b/>
        </w:rPr>
        <w:t xml:space="preserve">[10:05] </w:t>
      </w:r>
      <w:r>
        <w:t>ajeeb baat hai ke aaj subah</w:t>
      </w:r>
    </w:p>
    <w:p>
      <w:pPr>
        <w:jc w:val="right"/>
      </w:pPr>
      <w:r>
        <w:t>عجیب بات ہے کہ آج صبح</w:t>
      </w:r>
    </w:p>
    <w:p>
      <w:r>
        <w:rPr>
          <w:b/>
        </w:rPr>
        <w:t xml:space="preserve">[10:08] </w:t>
      </w:r>
      <w:r>
        <w:t>main kashmir ko le kar soch raha tha.</w:t>
      </w:r>
    </w:p>
    <w:p>
      <w:pPr>
        <w:jc w:val="right"/>
      </w:pPr>
      <w:r>
        <w:t>میں کشمیر کو لے کر سوچ رہا تھا۔</w:t>
      </w:r>
    </w:p>
    <w:p>
      <w:r>
        <w:rPr>
          <w:b/>
        </w:rPr>
        <w:t xml:space="preserve">[10:14] </w:t>
      </w:r>
      <w:r>
        <w:t>aur aaj hi</w:t>
      </w:r>
    </w:p>
    <w:p>
      <w:pPr>
        <w:jc w:val="right"/>
      </w:pPr>
      <w:r>
        <w:t>اور آج ہی</w:t>
      </w:r>
    </w:p>
    <w:p>
      <w:r>
        <w:rPr>
          <w:b/>
        </w:rPr>
        <w:t xml:space="preserve">[10:17] </w:t>
      </w:r>
      <w:r>
        <w:t>Hameeda Hameed Sahab MA Dilli aaye.</w:t>
      </w:r>
    </w:p>
    <w:p>
      <w:pPr>
        <w:jc w:val="right"/>
      </w:pPr>
      <w:r>
        <w:t>حمیدہ حمید صاحب ایم اے دلی آئے۔</w:t>
      </w:r>
    </w:p>
    <w:p>
      <w:r>
        <w:rPr>
          <w:b/>
        </w:rPr>
        <w:t xml:space="preserve">[10:23] </w:t>
      </w:r>
      <w:r>
        <w:t>to mein sochta hoon ke yeh achhi taqreeb hai ke unhon ne kuch apne khayalat bataye.</w:t>
      </w:r>
    </w:p>
    <w:p>
      <w:pPr>
        <w:jc w:val="right"/>
      </w:pPr>
      <w:r>
        <w:t>تو میں سوچتا ہوں کہ یہ اچھی تقریب ہے کہ انہوں نے کچھ اپنے خیالات بتائے۔</w:t>
      </w:r>
    </w:p>
    <w:p>
      <w:r>
        <w:rPr>
          <w:b/>
        </w:rPr>
        <w:t xml:space="preserve">[10:29] </w:t>
      </w:r>
      <w:r>
        <w:t>Ab mein jo mein soch raha tha is ke baray mein arz karunga.</w:t>
      </w:r>
    </w:p>
    <w:p>
      <w:pPr>
        <w:jc w:val="right"/>
      </w:pPr>
      <w:r>
        <w:t>اب میں جو میں سوچ رہا تھا اس کے بارے میں عرض کروں گا۔</w:t>
      </w:r>
    </w:p>
    <w:p>
      <w:r>
        <w:rPr>
          <w:b/>
        </w:rPr>
        <w:t xml:space="preserve">[10:34] </w:t>
      </w:r>
      <w:r>
        <w:t>Dekhein, Islam jo hai, log samajhte hain ke Islam namaz roze ka mazhab hai.</w:t>
      </w:r>
    </w:p>
    <w:p>
      <w:pPr>
        <w:jc w:val="right"/>
      </w:pPr>
      <w:r>
        <w:t>دیکھیں، اسلام جو ہے، لوگ سمجھتے ہیں کہ اسلام نماز روزے کا مذہب ہے۔</w:t>
      </w:r>
    </w:p>
    <w:p>
      <w:r>
        <w:rPr>
          <w:b/>
        </w:rPr>
        <w:t xml:space="preserve">[10:41] </w:t>
      </w:r>
      <w:r>
        <w:t>Aisa nahi hai.</w:t>
      </w:r>
    </w:p>
    <w:p>
      <w:pPr>
        <w:jc w:val="right"/>
      </w:pPr>
      <w:r>
        <w:t>ایسا نہیں ہے۔</w:t>
      </w:r>
    </w:p>
    <w:p>
      <w:r>
        <w:rPr>
          <w:b/>
        </w:rPr>
        <w:t xml:space="preserve">[10:44] </w:t>
      </w:r>
      <w:r>
        <w:t>Islam Allah Ta'ala ki</w:t>
      </w:r>
    </w:p>
    <w:p>
      <w:pPr>
        <w:jc w:val="right"/>
      </w:pPr>
      <w:r>
        <w:t>اسلام اللہ تعالی کی</w:t>
      </w:r>
    </w:p>
    <w:p>
      <w:r>
        <w:rPr>
          <w:b/>
        </w:rPr>
        <w:t xml:space="preserve">[10:48] </w:t>
      </w:r>
      <w:r>
        <w:t>ek planning thi, jis ka maqsad tha dunya mein</w:t>
      </w:r>
    </w:p>
    <w:p>
      <w:pPr>
        <w:jc w:val="right"/>
      </w:pPr>
      <w:r>
        <w:t>ایک پلاننگ تھی، جس کا مقصد تھا دنیا میں</w:t>
      </w:r>
    </w:p>
    <w:p>
      <w:r>
        <w:rPr>
          <w:b/>
        </w:rPr>
        <w:t xml:space="preserve">[10:55] </w:t>
      </w:r>
      <w:r>
        <w:t>inqilab lana, woh inqilab jo pichhle zamane mein nahi aa saka tha, pichhle paighambaron ke zamane mein, woh</w:t>
      </w:r>
    </w:p>
    <w:p>
      <w:pPr>
        <w:jc w:val="right"/>
      </w:pPr>
      <w:r>
        <w:t>انقلاب لانا، وہ انقلاب جو پچھلے زمانے میں نہیں آ سکا تھا، پچھلے پیغمبروں کے زمانے میں، وہ</w:t>
      </w:r>
    </w:p>
    <w:p>
      <w:r>
        <w:rPr>
          <w:b/>
        </w:rPr>
        <w:t xml:space="preserve">[11:02] </w:t>
      </w:r>
      <w:r>
        <w:t>inqilab laya jaye.</w:t>
      </w:r>
    </w:p>
    <w:p>
      <w:pPr>
        <w:jc w:val="right"/>
      </w:pPr>
      <w:r>
        <w:t>انقلاب لایا جائے۔</w:t>
      </w:r>
    </w:p>
    <w:p>
      <w:r>
        <w:rPr>
          <w:b/>
        </w:rPr>
        <w:t xml:space="preserve">[11:05] </w:t>
      </w:r>
      <w:r>
        <w:t>Lekin yeh inqilab jo hai, achhanak nahi aa sakta tha.</w:t>
      </w:r>
    </w:p>
    <w:p>
      <w:pPr>
        <w:jc w:val="right"/>
      </w:pPr>
      <w:r>
        <w:t>لیکن یہ انقلاب جو ہے، اچانک نہیں آ سکتا تھا۔</w:t>
      </w:r>
    </w:p>
    <w:p>
      <w:r>
        <w:rPr>
          <w:b/>
        </w:rPr>
        <w:t xml:space="preserve">[11:09] </w:t>
      </w:r>
      <w:r>
        <w:t>Koi bhi inqilab achhanak nahi aata.</w:t>
      </w:r>
    </w:p>
    <w:p>
      <w:pPr>
        <w:jc w:val="right"/>
      </w:pPr>
      <w:r>
        <w:t>کوئی بھی انقلاب اچانک نہیں آتا۔</w:t>
      </w:r>
    </w:p>
    <w:p>
      <w:r>
        <w:rPr>
          <w:b/>
        </w:rPr>
        <w:t xml:space="preserve">[11:13] </w:t>
      </w:r>
      <w:r>
        <w:t>Inqilab hamesha is tarah aata hai</w:t>
      </w:r>
    </w:p>
    <w:p>
      <w:pPr>
        <w:jc w:val="right"/>
      </w:pPr>
      <w:r>
        <w:t>انقلاب ہمیشہ اس طرح آتا ہے</w:t>
      </w:r>
    </w:p>
    <w:p>
      <w:r>
        <w:rPr>
          <w:b/>
        </w:rPr>
        <w:t xml:space="preserve">[11:17] </w:t>
      </w:r>
      <w:r>
        <w:t>کہ وہ ہسٹری میں بطور process شامل ہوتا ہے۔</w:t>
      </w:r>
    </w:p>
    <w:p>
      <w:pPr>
        <w:jc w:val="right"/>
      </w:pPr>
      <w:r>
        <w:t>کہ وہ ہسٹری میں بطور پراسیس شامل ہوتا ہے۔</w:t>
      </w:r>
    </w:p>
    <w:p>
      <w:r>
        <w:rPr>
          <w:b/>
        </w:rPr>
        <w:t xml:space="preserve">[11:22] </w:t>
      </w:r>
      <w:r>
        <w:t>process chalta hai, chalta hai, chalta hai.</w:t>
      </w:r>
    </w:p>
    <w:p>
      <w:pPr>
        <w:jc w:val="right"/>
      </w:pPr>
      <w:r>
        <w:t>پراسیس چلتا ہے، چلتا ہے، چلتا ہے۔</w:t>
      </w:r>
    </w:p>
    <w:p>
      <w:r>
        <w:rPr>
          <w:b/>
        </w:rPr>
        <w:t xml:space="preserve">[11:25] </w:t>
      </w:r>
      <w:r>
        <w:t>historical process. پھر وہ کلمنیشن پہ پہنچتا ہے تو انقلاب آتا ہے۔</w:t>
      </w:r>
    </w:p>
    <w:p>
      <w:pPr>
        <w:jc w:val="right"/>
      </w:pPr>
      <w:r>
        <w:t>ہسٹوریکل پراسیس۔ پھر وہ کلمنیشن پہ پہنچتا ہے تو انقلاب آتا ہے۔</w:t>
      </w:r>
    </w:p>
    <w:p>
      <w:r>
        <w:rPr>
          <w:b/>
        </w:rPr>
        <w:t xml:space="preserve">[11:32] </w:t>
      </w:r>
      <w:r>
        <w:t>تو انقلاب نام ہے historical process کے culmination کا۔</w:t>
      </w:r>
    </w:p>
    <w:p>
      <w:pPr>
        <w:jc w:val="right"/>
      </w:pPr>
      <w:r>
        <w:t>تو انقلاب نام ہے ہسٹوریکل پراسیس کے کلمنیشن کا۔</w:t>
      </w:r>
    </w:p>
    <w:p>
      <w:r>
        <w:rPr>
          <w:b/>
        </w:rPr>
        <w:t xml:space="preserve">[11:44] </w:t>
      </w:r>
      <w:r>
        <w:t>To Allah Ta'ala ne Quran mein isharat ki zaban mein yeh sab baatein bata di hain.</w:t>
      </w:r>
    </w:p>
    <w:p>
      <w:pPr>
        <w:jc w:val="right"/>
      </w:pPr>
      <w:r>
        <w:t>تو اللہ تعالی نے قرآن میں اشارات کی زبان میں یہ سب باتیں بتا دی ہیں۔</w:t>
      </w:r>
    </w:p>
    <w:p>
      <w:r>
        <w:rPr>
          <w:b/>
        </w:rPr>
        <w:t xml:space="preserve">[11:52] </w:t>
      </w:r>
      <w:r>
        <w:t>Yaani kuch baatein woh hain jo Rasool Allah ki zubani hi mein pesh aa gayeen.</w:t>
      </w:r>
    </w:p>
    <w:p>
      <w:pPr>
        <w:jc w:val="right"/>
      </w:pPr>
      <w:r>
        <w:t>یعنی کچھ باتیں وہ ہیں جو رسول اللہ کی زبانی ہی میں پیش آ گئیں۔</w:t>
      </w:r>
    </w:p>
    <w:p>
      <w:r>
        <w:rPr>
          <w:b/>
        </w:rPr>
        <w:t xml:space="preserve">[11:58] </w:t>
      </w:r>
      <w:r>
        <w:t>Kuch baatein. Lekin is inqilab ke kuch aur baatein thi</w:t>
      </w:r>
    </w:p>
    <w:p>
      <w:pPr>
        <w:jc w:val="right"/>
      </w:pPr>
      <w:r>
        <w:t>کچھ باتیں۔ لیکن اس انقلاب کے کچھ اور باتیں تھیں</w:t>
      </w:r>
    </w:p>
    <w:p>
      <w:r>
        <w:rPr>
          <w:b/>
        </w:rPr>
        <w:t xml:space="preserve">[12:04] </w:t>
      </w:r>
      <w:r>
        <w:t>جو historical process کے تھرو آنے والی تھیں۔</w:t>
      </w:r>
    </w:p>
    <w:p>
      <w:pPr>
        <w:jc w:val="right"/>
      </w:pPr>
      <w:r>
        <w:t>جو ہسٹوریکل پراسیس کے تھرو آنے والی تھیں۔</w:t>
      </w:r>
    </w:p>
    <w:p>
      <w:r>
        <w:rPr>
          <w:b/>
        </w:rPr>
        <w:t xml:space="preserve">[12:11] </w:t>
      </w:r>
      <w:r>
        <w:t>تو وہ اللہ تعالی نے ہسٹری میں اس کا process ڈال دیا۔</w:t>
      </w:r>
    </w:p>
    <w:p>
      <w:pPr>
        <w:jc w:val="right"/>
      </w:pPr>
      <w:r>
        <w:t>تو وہ اللہ تعالی نے ہسٹری میں اس کا پراسیس ڈال دیا۔</w:t>
      </w:r>
    </w:p>
    <w:p>
      <w:r>
        <w:rPr>
          <w:b/>
        </w:rPr>
        <w:t xml:space="preserve">[12:15] </w:t>
      </w:r>
      <w:r>
        <w:t>phir dheere dheere woh safar karta raha.</w:t>
      </w:r>
    </w:p>
    <w:p>
      <w:pPr>
        <w:jc w:val="right"/>
      </w:pPr>
      <w:r>
        <w:t>پھر دھیرے دھیرے وہ سفر کرتا رہا۔</w:t>
      </w:r>
    </w:p>
    <w:p>
      <w:r>
        <w:rPr>
          <w:b/>
        </w:rPr>
        <w:t xml:space="preserve">[12:18] </w:t>
      </w:r>
      <w:r>
        <w:t>Misal ke taur par dekhein,</w:t>
      </w:r>
    </w:p>
    <w:p>
      <w:pPr>
        <w:jc w:val="right"/>
      </w:pPr>
      <w:r>
        <w:t>مثال کے طور پر دیکھیں،</w:t>
      </w:r>
    </w:p>
    <w:p>
      <w:r>
        <w:rPr>
          <w:b/>
        </w:rPr>
        <w:t xml:space="preserve">[12:23] </w:t>
      </w:r>
      <w:r>
        <w:t>Islam se pehle sari dunya mein</w:t>
      </w:r>
    </w:p>
    <w:p>
      <w:pPr>
        <w:jc w:val="right"/>
      </w:pPr>
      <w:r>
        <w:t>اسلام سے پہلے ساری دنیا میں</w:t>
      </w:r>
    </w:p>
    <w:p>
      <w:r>
        <w:rPr>
          <w:b/>
        </w:rPr>
        <w:t xml:space="preserve">[12:28] </w:t>
      </w:r>
      <w:r>
        <w:t>political empire hua karti thi.</w:t>
      </w:r>
    </w:p>
    <w:p>
      <w:pPr>
        <w:jc w:val="right"/>
      </w:pPr>
      <w:r>
        <w:t>پولیٹیکل ایمپائر ہوا کرتی تھی۔</w:t>
      </w:r>
    </w:p>
    <w:p>
      <w:r>
        <w:rPr>
          <w:b/>
        </w:rPr>
        <w:t xml:space="preserve">[12:32] </w:t>
      </w:r>
      <w:r>
        <w:t>Political empire jis mein insaan ko azadi nahi hoti thi.</w:t>
      </w:r>
    </w:p>
    <w:p>
      <w:pPr>
        <w:jc w:val="right"/>
      </w:pPr>
      <w:r>
        <w:t>پولیٹیکل ایمپائر جس میں انسان کو آزادی نہیں ہوتی تھی۔</w:t>
      </w:r>
    </w:p>
    <w:p>
      <w:r>
        <w:rPr>
          <w:b/>
        </w:rPr>
        <w:t xml:space="preserve">[12:39] </w:t>
      </w:r>
      <w:r>
        <w:t>یہ اللہ کی scheme of things کے خلاف تھا۔</w:t>
      </w:r>
    </w:p>
    <w:p>
      <w:pPr>
        <w:jc w:val="right"/>
      </w:pPr>
      <w:r>
        <w:t>یہ اللہ کی اسکی آف تھنگز کے خلاف تھا۔</w:t>
      </w:r>
    </w:p>
    <w:p>
      <w:r>
        <w:rPr>
          <w:b/>
        </w:rPr>
        <w:t xml:space="preserve">[12:42] </w:t>
      </w:r>
      <w:r>
        <w:t>کیونکہ اللہ کو کی جو اسکی of things ہے، اس کے مطابق انسان کو آزادی ہونی چاہیے۔</w:t>
      </w:r>
    </w:p>
    <w:p>
      <w:pPr>
        <w:jc w:val="right"/>
      </w:pPr>
      <w:r>
        <w:t>کیونکہ اللہ کو کی جو اسکی آف تھنگز ہے، اس کے مطابق انسان کو آزادی ہونی چاہیے۔</w:t>
      </w:r>
    </w:p>
    <w:p>
      <w:r>
        <w:rPr>
          <w:b/>
        </w:rPr>
        <w:t xml:space="preserve">[12:50] </w:t>
      </w:r>
      <w:r>
        <w:t>To yeh process shuru hua Rasool Allah ke zamane mein.</w:t>
      </w:r>
    </w:p>
    <w:p>
      <w:pPr>
        <w:jc w:val="right"/>
      </w:pPr>
      <w:r>
        <w:t>تو یہ پراسیس شروع ہوا رسول اللہ کے زمانے میں۔</w:t>
      </w:r>
    </w:p>
    <w:p>
      <w:r>
        <w:rPr>
          <w:b/>
        </w:rPr>
        <w:t xml:space="preserve">[12:54] </w:t>
      </w:r>
      <w:r>
        <w:t>Phir woh baad ko mukammal hua Sahaba aur Tabeen ke zamane mein.</w:t>
      </w:r>
    </w:p>
    <w:p>
      <w:pPr>
        <w:jc w:val="right"/>
      </w:pPr>
      <w:r>
        <w:t>پھر وہ بعد کو مکمل ہوا صحابہ اور تابعین کے زمانے میں۔</w:t>
      </w:r>
    </w:p>
    <w:p>
      <w:r>
        <w:rPr>
          <w:b/>
        </w:rPr>
        <w:t xml:space="preserve">[12:59] </w:t>
      </w:r>
      <w:r>
        <w:t>Jab Sasanian empire aur Roman empire toot gayi,</w:t>
      </w:r>
    </w:p>
    <w:p>
      <w:pPr>
        <w:jc w:val="right"/>
      </w:pPr>
      <w:r>
        <w:t>جب ساسانی ایمپائر اور رومن ایمپائر ٹوٹ گئی،</w:t>
      </w:r>
    </w:p>
    <w:p>
      <w:r>
        <w:rPr>
          <w:b/>
        </w:rPr>
        <w:t xml:space="preserve">[13:05] </w:t>
      </w:r>
      <w:r>
        <w:t>tab us ki takmeel hui.</w:t>
      </w:r>
    </w:p>
    <w:p>
      <w:pPr>
        <w:jc w:val="right"/>
      </w:pPr>
      <w:r>
        <w:t>تب اس کی تکمیل ہوئی۔</w:t>
      </w:r>
    </w:p>
    <w:p>
      <w:r>
        <w:rPr>
          <w:b/>
        </w:rPr>
        <w:t xml:space="preserve">[13:09] </w:t>
      </w:r>
      <w:r>
        <w:t>to despotic king ka zamana khatm ho gaya.</w:t>
      </w:r>
    </w:p>
    <w:p>
      <w:pPr>
        <w:jc w:val="right"/>
      </w:pPr>
      <w:r>
        <w:t>تو ڈسپوٹک کنگ کا زمانہ ختم ہو گیا۔</w:t>
      </w:r>
    </w:p>
    <w:p>
      <w:r>
        <w:rPr>
          <w:b/>
        </w:rPr>
        <w:t xml:space="preserve">[13:13] </w:t>
      </w:r>
      <w:r>
        <w:t>ek naya zamana shuru hua.</w:t>
      </w:r>
    </w:p>
    <w:p>
      <w:pPr>
        <w:jc w:val="right"/>
      </w:pPr>
      <w:r>
        <w:t>ایک نیا زمانہ شروع ہوا۔</w:t>
      </w:r>
    </w:p>
    <w:p>
      <w:r>
        <w:rPr>
          <w:b/>
        </w:rPr>
        <w:t xml:space="preserve">[13:16] </w:t>
      </w:r>
      <w:r>
        <w:t>aise hi dekhen,</w:t>
      </w:r>
    </w:p>
    <w:p>
      <w:pPr>
        <w:jc w:val="right"/>
      </w:pPr>
      <w:r>
        <w:t>ایسے ہی دیکھیں،</w:t>
      </w:r>
    </w:p>
    <w:p>
      <w:r>
        <w:rPr>
          <w:b/>
        </w:rPr>
        <w:t xml:space="preserve">[13:20] </w:t>
      </w:r>
      <w:r>
        <w:t>quran mein hai ke sanwar ayat</w:t>
      </w:r>
    </w:p>
    <w:p>
      <w:pPr>
        <w:jc w:val="right"/>
      </w:pPr>
      <w:r>
        <w:t>قرآن میں ہے کہ سنور آیات</w:t>
      </w:r>
    </w:p>
    <w:p>
      <w:r>
        <w:rPr>
          <w:b/>
        </w:rPr>
        <w:t xml:space="preserve">[13:25] </w:t>
      </w:r>
      <w:r>
        <w:t>fi al-afaq fi nafs yani</w:t>
      </w:r>
    </w:p>
    <w:p>
      <w:pPr>
        <w:jc w:val="right"/>
      </w:pPr>
      <w:r>
        <w:t>فی الافاق فی نفس یعنی</w:t>
      </w:r>
    </w:p>
    <w:p>
      <w:r>
        <w:rPr>
          <w:b/>
        </w:rPr>
        <w:t xml:space="preserve">[13:31] </w:t>
      </w:r>
      <w:r>
        <w:t>yeh jo zameen o aasman jis ko hum kainat kehte hain, universe,</w:t>
      </w:r>
    </w:p>
    <w:p>
      <w:pPr>
        <w:jc w:val="right"/>
      </w:pPr>
      <w:r>
        <w:t>یہ جو زمین و آسمان جس کو ہم کائنات کہتے ہیں، یونیورس،</w:t>
      </w:r>
    </w:p>
    <w:p>
      <w:r>
        <w:rPr>
          <w:b/>
        </w:rPr>
        <w:t xml:space="preserve">[13:36] </w:t>
      </w:r>
      <w:r>
        <w:t>us ke andar Allah ki nishaniyan hain, ayat Allah, aala Allah, lekin woh khul nahin thi.</w:t>
      </w:r>
    </w:p>
    <w:p>
      <w:pPr>
        <w:jc w:val="right"/>
      </w:pPr>
      <w:r>
        <w:t>اس کے اندر اللہ کی نشانیاں ہیں، آیت اللہ، اعلی اللہ، لیکن وہ کھلی نہیں تھیں۔</w:t>
      </w:r>
    </w:p>
    <w:p>
      <w:r>
        <w:rPr>
          <w:b/>
        </w:rPr>
        <w:t xml:space="preserve">[13:44] </w:t>
      </w:r>
      <w:r>
        <w:t>kyun ke us ki zaroorat thi, zaroorat thi ke science ka daur aaye.</w:t>
      </w:r>
    </w:p>
    <w:p>
      <w:pPr>
        <w:jc w:val="right"/>
      </w:pPr>
      <w:r>
        <w:t>کیونکہ اس کی ضرورت تھی، ضرورت تھی کہ سائنس کا دور آئے۔</w:t>
      </w:r>
    </w:p>
    <w:p>
      <w:r>
        <w:rPr>
          <w:b/>
        </w:rPr>
        <w:t xml:space="preserve">[13:51] </w:t>
      </w:r>
      <w:r>
        <w:t>science ka daur aane ke baghair woh khul nahin sakti thi woh.</w:t>
      </w:r>
    </w:p>
    <w:p>
      <w:pPr>
        <w:jc w:val="right"/>
      </w:pPr>
      <w:r>
        <w:t>سائنس کا دور آنے کے بغیر وہ کھل نہیں سکتی تھی وہ۔</w:t>
      </w:r>
    </w:p>
    <w:p>
      <w:r>
        <w:rPr>
          <w:b/>
        </w:rPr>
        <w:t xml:space="preserve">[13:55] </w:t>
      </w:r>
      <w:r>
        <w:t>تو اللہ تعالی نے اس کو بھی process کے روپ میں داخل کیا۔</w:t>
      </w:r>
    </w:p>
    <w:p>
      <w:pPr>
        <w:jc w:val="right"/>
      </w:pPr>
      <w:r>
        <w:t>تو اللہ تعالی نے اس کو بھی پراسیس کے روپ میں داخل کیا۔</w:t>
      </w:r>
    </w:p>
    <w:p>
      <w:r>
        <w:rPr>
          <w:b/>
        </w:rPr>
        <w:t xml:space="preserve">[13:59] </w:t>
      </w:r>
      <w:r>
        <w:t>yahan tak ke woh</w:t>
      </w:r>
    </w:p>
    <w:p>
      <w:pPr>
        <w:jc w:val="right"/>
      </w:pPr>
      <w:r>
        <w:t>یہاں تک کہ وہ</w:t>
      </w:r>
    </w:p>
    <w:p>
      <w:r>
        <w:rPr>
          <w:b/>
        </w:rPr>
        <w:t xml:space="preserve">[14:01] </w:t>
      </w:r>
      <w:r>
        <w:t>Europe aur America mein woh process mukammal hua.</w:t>
      </w:r>
    </w:p>
    <w:p>
      <w:pPr>
        <w:jc w:val="right"/>
      </w:pPr>
      <w:r>
        <w:t>یورپ اور امریکہ میں وہ پراسیس مکمل ہوا۔</w:t>
      </w:r>
    </w:p>
    <w:p>
      <w:r>
        <w:rPr>
          <w:b/>
        </w:rPr>
        <w:t xml:space="preserve">[14:05] </w:t>
      </w:r>
      <w:r>
        <w:t>aur modern science, modern civilization wajood mein aayi.</w:t>
      </w:r>
    </w:p>
    <w:p>
      <w:pPr>
        <w:jc w:val="right"/>
      </w:pPr>
      <w:r>
        <w:t>اور ماڈرن سائنس، ماڈرن سولائشن وجود میں آئی۔</w:t>
      </w:r>
    </w:p>
    <w:p>
      <w:r>
        <w:rPr>
          <w:b/>
        </w:rPr>
        <w:t xml:space="preserve">[14:11] </w:t>
      </w:r>
      <w:r>
        <w:t>aur yeh yeh jo science the, jo nishaniyan thi</w:t>
      </w:r>
    </w:p>
    <w:p>
      <w:pPr>
        <w:jc w:val="right"/>
      </w:pPr>
      <w:r>
        <w:t>اور یہ یہ جو سائنس تھے، جو نشانیاں تھیں</w:t>
      </w:r>
    </w:p>
    <w:p>
      <w:r>
        <w:rPr>
          <w:b/>
        </w:rPr>
        <w:t xml:space="preserve">[14:15] </w:t>
      </w:r>
      <w:r>
        <w:t>universe mein, woh</w:t>
      </w:r>
    </w:p>
    <w:p>
      <w:pPr>
        <w:jc w:val="right"/>
      </w:pPr>
      <w:r>
        <w:t>یونیورس میں، وہ</w:t>
      </w:r>
    </w:p>
    <w:p>
      <w:r>
        <w:rPr>
          <w:b/>
        </w:rPr>
        <w:t xml:space="preserve">[14:18] </w:t>
      </w:r>
      <w:r>
        <w:t>ilm mein aa gayeen.</w:t>
      </w:r>
    </w:p>
    <w:p>
      <w:pPr>
        <w:jc w:val="right"/>
      </w:pPr>
      <w:r>
        <w:t>علم میں آ گئیں۔</w:t>
      </w:r>
    </w:p>
    <w:p>
      <w:r>
        <w:rPr>
          <w:b/>
        </w:rPr>
        <w:t xml:space="preserve">[14:20] </w:t>
      </w:r>
      <w:r>
        <w:t>isi tarah se ek aur</w:t>
      </w:r>
    </w:p>
    <w:p>
      <w:pPr>
        <w:jc w:val="right"/>
      </w:pPr>
      <w:r>
        <w:t>اسی طرح سے ایک اور</w:t>
      </w:r>
    </w:p>
    <w:p>
      <w:r>
        <w:rPr>
          <w:b/>
        </w:rPr>
        <w:t xml:space="preserve">[14:23] </w:t>
      </w:r>
      <w:r>
        <w:t>matloob inqilab tha.</w:t>
      </w:r>
    </w:p>
    <w:p>
      <w:pPr>
        <w:jc w:val="right"/>
      </w:pPr>
      <w:r>
        <w:t>مطلوب انقلاب تھا۔</w:t>
      </w:r>
    </w:p>
    <w:p>
      <w:r>
        <w:rPr>
          <w:b/>
        </w:rPr>
        <w:t xml:space="preserve">[14:26] </w:t>
      </w:r>
      <w:r>
        <w:t>is inqilab ki</w:t>
      </w:r>
    </w:p>
    <w:p>
      <w:pPr>
        <w:jc w:val="right"/>
      </w:pPr>
      <w:r>
        <w:t>اس انقلاب کی</w:t>
      </w:r>
    </w:p>
    <w:p>
      <w:r>
        <w:rPr>
          <w:b/>
        </w:rPr>
        <w:t xml:space="preserve">[14:29] </w:t>
      </w:r>
      <w:r>
        <w:t>takmeel hone wali hai inshallah Kashmir mein.</w:t>
      </w:r>
    </w:p>
    <w:p>
      <w:pPr>
        <w:jc w:val="right"/>
      </w:pPr>
      <w:r>
        <w:t>تکمیل ہونے والی ہے انشاءاللہ کشمیر میں۔</w:t>
      </w:r>
    </w:p>
    <w:p>
      <w:r>
        <w:rPr>
          <w:b/>
        </w:rPr>
        <w:t xml:space="preserve">[14:33] </w:t>
      </w:r>
      <w:r>
        <w:t>Kashmir is inqilab ka focal point hai.</w:t>
      </w:r>
    </w:p>
    <w:p>
      <w:pPr>
        <w:jc w:val="right"/>
      </w:pPr>
      <w:r>
        <w:t>کشمیر اس انقلاب کا فوکل پوائنٹ ہے۔</w:t>
      </w:r>
    </w:p>
    <w:p>
      <w:r>
        <w:rPr>
          <w:b/>
        </w:rPr>
        <w:t xml:space="preserve">[14:38] </w:t>
      </w:r>
      <w:r>
        <w:t>woh kya hamesha se tareekh mein</w:t>
      </w:r>
    </w:p>
    <w:p>
      <w:pPr>
        <w:jc w:val="right"/>
      </w:pPr>
      <w:r>
        <w:t>وہ کیا ہمیشہ سے تاریخ میں</w:t>
      </w:r>
    </w:p>
    <w:p>
      <w:r>
        <w:rPr>
          <w:b/>
        </w:rPr>
        <w:t xml:space="preserve">[14:44] </w:t>
      </w:r>
      <w:r>
        <w:t>jhagde ki jar politics rahi hai.</w:t>
      </w:r>
    </w:p>
    <w:p>
      <w:pPr>
        <w:jc w:val="right"/>
      </w:pPr>
      <w:r>
        <w:t>جھگڑے کی جڑ پولیٹکس رہی ہے۔</w:t>
      </w:r>
    </w:p>
    <w:p>
      <w:r>
        <w:rPr>
          <w:b/>
        </w:rPr>
        <w:t xml:space="preserve">[14:47] </w:t>
      </w:r>
      <w:r>
        <w:t>politics sari ladaiyan political war thi.</w:t>
      </w:r>
    </w:p>
    <w:p>
      <w:pPr>
        <w:jc w:val="right"/>
      </w:pPr>
      <w:r>
        <w:t>پولیٹکس ساری لڑائیاں پولیٹیکل وار تھیں۔</w:t>
      </w:r>
    </w:p>
    <w:p>
      <w:r>
        <w:rPr>
          <w:b/>
        </w:rPr>
        <w:t xml:space="preserve">[14:52] </w:t>
      </w:r>
      <w:r>
        <w:t>sare jhagde political jhagde the.</w:t>
      </w:r>
    </w:p>
    <w:p>
      <w:pPr>
        <w:jc w:val="right"/>
      </w:pPr>
      <w:r>
        <w:t>سارے جھگڑے پولیٹیکل جھگڑے تھے۔</w:t>
      </w:r>
    </w:p>
    <w:p>
      <w:r>
        <w:rPr>
          <w:b/>
        </w:rPr>
        <w:t xml:space="preserve">[14:55] </w:t>
      </w:r>
      <w:r>
        <w:t>to Allah taala ne ek bohat hi hakeemana</w:t>
      </w:r>
    </w:p>
    <w:p>
      <w:pPr>
        <w:jc w:val="right"/>
      </w:pPr>
      <w:r>
        <w:t>تو اللہ تعالی نے ایک بہت ہی حکیمانہ</w:t>
      </w:r>
    </w:p>
    <w:p>
      <w:r>
        <w:rPr>
          <w:b/>
        </w:rPr>
        <w:t xml:space="preserve">[15:01] </w:t>
      </w:r>
      <w:r>
        <w:t>tareeqa chaha ke history mein shamil ho jaye.</w:t>
      </w:r>
    </w:p>
    <w:p>
      <w:pPr>
        <w:jc w:val="right"/>
      </w:pPr>
      <w:r>
        <w:t>طریقہ چاہا کہ ہسٹری میں شامل ہو جائے۔</w:t>
      </w:r>
    </w:p>
    <w:p>
      <w:r>
        <w:rPr>
          <w:b/>
        </w:rPr>
        <w:t xml:space="preserve">[15:05] </w:t>
      </w:r>
      <w:r>
        <w:t>woh yeh ke</w:t>
      </w:r>
    </w:p>
    <w:p>
      <w:pPr>
        <w:jc w:val="right"/>
      </w:pPr>
      <w:r>
        <w:t>وہ یہ کہ</w:t>
      </w:r>
    </w:p>
    <w:p>
      <w:r>
        <w:rPr>
          <w:b/>
        </w:rPr>
        <w:t xml:space="preserve">[15:10] </w:t>
      </w:r>
      <w:r>
        <w:t>mazhab ko individual choice bana diya.</w:t>
      </w:r>
    </w:p>
    <w:p>
      <w:pPr>
        <w:jc w:val="right"/>
      </w:pPr>
      <w:r>
        <w:t>مذہب کو انڈیویجول چوائس بنا دیا۔</w:t>
      </w:r>
    </w:p>
    <w:p>
      <w:r>
        <w:rPr>
          <w:b/>
        </w:rPr>
        <w:t xml:space="preserve">[15:13] </w:t>
      </w:r>
      <w:r>
        <w:t>individual choice. Aur politics ko bana diya democratic choice.</w:t>
      </w:r>
    </w:p>
    <w:p>
      <w:pPr>
        <w:jc w:val="right"/>
      </w:pPr>
      <w:r>
        <w:t>انڈیویجول چوائس۔ اور پولیٹکس کو بنا دیا جا ڈیموکریٹک چوائس۔</w:t>
      </w:r>
    </w:p>
    <w:p>
      <w:r>
        <w:rPr>
          <w:b/>
        </w:rPr>
        <w:t xml:space="preserve">[15:23] </w:t>
      </w:r>
      <w:r>
        <w:t>mazhab individual choice aur</w:t>
      </w:r>
    </w:p>
    <w:p>
      <w:pPr>
        <w:jc w:val="right"/>
      </w:pPr>
      <w:r>
        <w:t>مذہب انڈیویجول چوائس اور</w:t>
      </w:r>
    </w:p>
    <w:p>
      <w:r>
        <w:rPr>
          <w:b/>
        </w:rPr>
        <w:t xml:space="preserve">[15:27] </w:t>
      </w:r>
      <w:r>
        <w:t>hukumat democratic choice.</w:t>
      </w:r>
    </w:p>
    <w:p>
      <w:pPr>
        <w:jc w:val="right"/>
      </w:pPr>
      <w:r>
        <w:t>حکومت ڈیموکریٹک چوائس۔</w:t>
      </w:r>
    </w:p>
    <w:p>
      <w:r>
        <w:rPr>
          <w:b/>
        </w:rPr>
        <w:t xml:space="preserve">[15:31] </w:t>
      </w:r>
      <w:r>
        <w:t>yeh aap ne shuru kiya tha madine mein.</w:t>
      </w:r>
    </w:p>
    <w:p>
      <w:pPr>
        <w:jc w:val="right"/>
      </w:pPr>
      <w:r>
        <w:t>یہ آپ نے شروع کیا تھا مدینے میں۔</w:t>
      </w:r>
    </w:p>
    <w:p>
      <w:r>
        <w:rPr>
          <w:b/>
        </w:rPr>
        <w:t xml:space="preserve">[15:35] </w:t>
      </w:r>
      <w:r>
        <w:t>madine mein dekhein,</w:t>
      </w:r>
    </w:p>
    <w:p>
      <w:pPr>
        <w:jc w:val="right"/>
      </w:pPr>
      <w:r>
        <w:t>مدینے میں دیکھیں،</w:t>
      </w:r>
    </w:p>
    <w:p>
      <w:r>
        <w:rPr>
          <w:b/>
        </w:rPr>
        <w:t xml:space="preserve">[15:40] </w:t>
      </w:r>
      <w:r>
        <w:t>aap ne ek sahih madina jari kiya.</w:t>
      </w:r>
    </w:p>
    <w:p>
      <w:pPr>
        <w:jc w:val="right"/>
      </w:pPr>
      <w:r>
        <w:t>آپ نے ایک صحیح مدینہ جاری کیا۔</w:t>
      </w:r>
    </w:p>
    <w:p>
      <w:r>
        <w:rPr>
          <w:b/>
        </w:rPr>
        <w:t xml:space="preserve">[15:43] </w:t>
      </w:r>
      <w:r>
        <w:t>yani madina declaration.</w:t>
      </w:r>
    </w:p>
    <w:p>
      <w:pPr>
        <w:jc w:val="right"/>
      </w:pPr>
      <w:r>
        <w:t>یعنی مدینہ ڈیکلریشن۔</w:t>
      </w:r>
    </w:p>
    <w:p>
      <w:r>
        <w:rPr>
          <w:b/>
        </w:rPr>
        <w:t xml:space="preserve">[15:47] </w:t>
      </w:r>
      <w:r>
        <w:t>is mein likha hua tha:</w:t>
      </w:r>
    </w:p>
    <w:p>
      <w:pPr>
        <w:jc w:val="right"/>
      </w:pPr>
      <w:r>
        <w:t>اس میں لکھا ہوا تھا:</w:t>
      </w:r>
    </w:p>
    <w:p>
      <w:r>
        <w:rPr>
          <w:b/>
        </w:rPr>
        <w:t xml:space="preserve">[15:49] </w:t>
      </w:r>
      <w:r>
        <w:t>"lil yahood deenahum walil muslimeen deenahum".</w:t>
      </w:r>
    </w:p>
    <w:p>
      <w:pPr>
        <w:jc w:val="right"/>
      </w:pPr>
      <w:r>
        <w:t>"للیہود دینہم وللمسلمین دینہم"۔</w:t>
      </w:r>
    </w:p>
    <w:p>
      <w:r>
        <w:rPr>
          <w:b/>
        </w:rPr>
        <w:t xml:space="preserve">[15:54] </w:t>
      </w:r>
      <w:r>
        <w:t>musalman ke liye musalman ka deen, yahood ke liye yahood ka deen.</w:t>
      </w:r>
    </w:p>
    <w:p>
      <w:pPr>
        <w:jc w:val="right"/>
      </w:pPr>
      <w:r>
        <w:t>مسلمان کے لیے مسلمان کا دین، یہود کے لیے یہود کا دین۔</w:t>
      </w:r>
    </w:p>
    <w:p>
      <w:r>
        <w:rPr>
          <w:b/>
        </w:rPr>
        <w:t xml:space="preserve">[15:59] </w:t>
      </w:r>
      <w:r>
        <w:t>to yeh tha deen ka mamla.</w:t>
      </w:r>
    </w:p>
    <w:p>
      <w:pPr>
        <w:jc w:val="right"/>
      </w:pPr>
      <w:r>
        <w:t>تو یہ تھا دین کا معاملہ۔</w:t>
      </w:r>
    </w:p>
    <w:p>
      <w:r>
        <w:rPr>
          <w:b/>
        </w:rPr>
        <w:t xml:space="preserve">[16:02] </w:t>
      </w:r>
      <w:r>
        <w:t>woh yeh jo in jo individual choice ke darje ki hai.</w:t>
      </w:r>
    </w:p>
    <w:p>
      <w:pPr>
        <w:jc w:val="right"/>
      </w:pPr>
      <w:r>
        <w:t>وہ یہ جو ان جو انڈیویجول چوائس کے درجے کی ہے۔</w:t>
      </w:r>
    </w:p>
    <w:p>
      <w:r>
        <w:rPr>
          <w:b/>
        </w:rPr>
        <w:t xml:space="preserve">[16:08] </w:t>
      </w:r>
      <w:r>
        <w:t>to individual choice wale mamle ko yeh kar diya ke jo chahe woh mazhab ikhtiyar kare.</w:t>
      </w:r>
    </w:p>
    <w:p>
      <w:pPr>
        <w:jc w:val="right"/>
      </w:pPr>
      <w:r>
        <w:t>تو انڈیویجول چوائس والے معاملے کو یہ کر دیا کہ جو چاہے وہ مذہب اختیار کرے۔</w:t>
      </w:r>
    </w:p>
    <w:p>
      <w:r>
        <w:rPr>
          <w:b/>
        </w:rPr>
        <w:t xml:space="preserve">[16:16] </w:t>
      </w:r>
      <w:r>
        <w:t>"lil yahood deenahum walil muslimeen deenahum".</w:t>
      </w:r>
    </w:p>
    <w:p>
      <w:pPr>
        <w:jc w:val="right"/>
      </w:pPr>
      <w:r>
        <w:t>"للیہود دینہم وللمسلمین دینہم"۔</w:t>
      </w:r>
    </w:p>
    <w:p>
      <w:r>
        <w:rPr>
          <w:b/>
        </w:rPr>
        <w:t xml:space="preserve">[16:20] </w:t>
      </w:r>
      <w:r>
        <w:t>lekin jahan tak</w:t>
      </w:r>
    </w:p>
    <w:p>
      <w:pPr>
        <w:jc w:val="right"/>
      </w:pPr>
      <w:r>
        <w:t>لیکن جہاں تک</w:t>
      </w:r>
    </w:p>
    <w:p>
      <w:r>
        <w:rPr>
          <w:b/>
        </w:rPr>
        <w:t xml:space="preserve">[16:23] </w:t>
      </w:r>
      <w:r>
        <w:t>political role ka taalluq hai,</w:t>
      </w:r>
    </w:p>
    <w:p>
      <w:pPr>
        <w:jc w:val="right"/>
      </w:pPr>
      <w:r>
        <w:t>پولیٹیکل رول کا تعلق ہے،</w:t>
      </w:r>
    </w:p>
    <w:p>
      <w:r>
        <w:rPr>
          <w:b/>
        </w:rPr>
        <w:t xml:space="preserve">[16:27] </w:t>
      </w:r>
      <w:r>
        <w:t>to aap ne farmaya tha</w:t>
      </w:r>
    </w:p>
    <w:p>
      <w:pPr>
        <w:jc w:val="right"/>
      </w:pPr>
      <w:r>
        <w:t>تو آپ نے فرمایا تھا</w:t>
      </w:r>
    </w:p>
    <w:p>
      <w:r>
        <w:rPr>
          <w:b/>
        </w:rPr>
        <w:t xml:space="preserve">[16:30] </w:t>
      </w:r>
      <w:r>
        <w:t>ke "kama takoon kazalika yu'abbar alaikum".</w:t>
      </w:r>
    </w:p>
    <w:p>
      <w:pPr>
        <w:jc w:val="right"/>
      </w:pPr>
      <w:r>
        <w:t>کہ "کما تکون کذلک یعبر علیکم"۔</w:t>
      </w:r>
    </w:p>
    <w:p>
      <w:r>
        <w:rPr>
          <w:b/>
        </w:rPr>
        <w:t xml:space="preserve">[16:36] </w:t>
      </w:r>
      <w:r>
        <w:t>doosri baat mein hai ke "kazalika yuwalli alaikum".</w:t>
      </w:r>
    </w:p>
    <w:p>
      <w:pPr>
        <w:jc w:val="right"/>
      </w:pPr>
      <w:r>
        <w:t>دوسری بات میں ہے کہ "کذلک یول علیکم"۔</w:t>
      </w:r>
    </w:p>
    <w:p>
      <w:r>
        <w:rPr>
          <w:b/>
        </w:rPr>
        <w:t xml:space="preserve">[16:41] </w:t>
      </w:r>
      <w:r>
        <w:t>jaise tum ho gaye, waise tumhare ruler honge.</w:t>
      </w:r>
    </w:p>
    <w:p>
      <w:pPr>
        <w:jc w:val="right"/>
      </w:pPr>
      <w:r>
        <w:t>جیسے تم ہو گئے، ویسے تمہارے رولر ہوں گے۔</w:t>
      </w:r>
    </w:p>
    <w:p>
      <w:r>
        <w:rPr>
          <w:b/>
        </w:rPr>
        <w:t xml:space="preserve">[16:44] </w:t>
      </w:r>
      <w:r>
        <w:t>is ke maani kya hain? Hukumat</w:t>
      </w:r>
    </w:p>
    <w:p>
      <w:pPr>
        <w:jc w:val="right"/>
      </w:pPr>
      <w:r>
        <w:t>اس کے معنی کیا ہیں؟ حکومت</w:t>
      </w:r>
    </w:p>
    <w:p>
      <w:r>
        <w:rPr>
          <w:b/>
        </w:rPr>
        <w:t xml:space="preserve">[16:48] </w:t>
      </w:r>
      <w:r>
        <w:t>ubhre gi society se.</w:t>
      </w:r>
    </w:p>
    <w:p>
      <w:pPr>
        <w:jc w:val="right"/>
      </w:pPr>
      <w:r>
        <w:t>ابھرے گی سوسائٹی سے۔</w:t>
      </w:r>
    </w:p>
    <w:p>
      <w:r>
        <w:rPr>
          <w:b/>
        </w:rPr>
        <w:t xml:space="preserve">[16:52] </w:t>
      </w:r>
      <w:r>
        <w:t>yeh bohat bari roshni scheme thi</w:t>
      </w:r>
    </w:p>
    <w:p>
      <w:pPr>
        <w:jc w:val="right"/>
      </w:pPr>
      <w:r>
        <w:t>یہ بہت بڑی روشنی اسکیم تھی</w:t>
      </w:r>
    </w:p>
    <w:p>
      <w:r>
        <w:rPr>
          <w:b/>
        </w:rPr>
        <w:t xml:space="preserve">[16:57] </w:t>
      </w:r>
      <w:r>
        <w:t>keh mazhab nikle ga tumhare personal choice se.</w:t>
      </w:r>
    </w:p>
    <w:p>
      <w:pPr>
        <w:jc w:val="right"/>
      </w:pPr>
      <w:r>
        <w:t>کہ مذہب نکلے گا تمہارے پرسنل چوائس سے۔</w:t>
      </w:r>
    </w:p>
    <w:p>
      <w:r>
        <w:rPr>
          <w:b/>
        </w:rPr>
        <w:t xml:space="preserve">[17:01] </w:t>
      </w:r>
      <w:r>
        <w:t>apne aql se socho ge,</w:t>
      </w:r>
    </w:p>
    <w:p>
      <w:pPr>
        <w:jc w:val="right"/>
      </w:pPr>
      <w:r>
        <w:t>اپنے عقل سے سوچو گے،</w:t>
      </w:r>
    </w:p>
    <w:p>
      <w:r>
        <w:rPr>
          <w:b/>
        </w:rPr>
        <w:t xml:space="preserve">[17:03] </w:t>
      </w:r>
      <w:r>
        <w:t>discover karo ge aur is ko ikhtiyar kar lo ge.</w:t>
      </w:r>
    </w:p>
    <w:p>
      <w:pPr>
        <w:jc w:val="right"/>
      </w:pPr>
      <w:r>
        <w:t>ڈسکور کرو گے اور اس کو اختیار کر لو گے۔</w:t>
      </w:r>
    </w:p>
    <w:p>
      <w:r>
        <w:rPr>
          <w:b/>
        </w:rPr>
        <w:t xml:space="preserve">[17:06] </w:t>
      </w:r>
      <w:r>
        <w:t>to mazhab tumhare liye personal choice ke taur par tumhari zindagi ka part banega.</w:t>
      </w:r>
    </w:p>
    <w:p>
      <w:pPr>
        <w:jc w:val="right"/>
      </w:pPr>
      <w:r>
        <w:t>تو مذہب تمہارے لیے پرسنل چوائس کے طور پر تمہاری زندگی کا پارٹ بنے گا۔</w:t>
      </w:r>
    </w:p>
    <w:p>
      <w:r>
        <w:rPr>
          <w:b/>
        </w:rPr>
        <w:t xml:space="preserve">[17:13] </w:t>
      </w:r>
      <w:r>
        <w:t>lekin jahan tak hukumat ki baat hai, hukumat</w:t>
      </w:r>
    </w:p>
    <w:p>
      <w:pPr>
        <w:jc w:val="right"/>
      </w:pPr>
      <w:r>
        <w:t>لیکن جہاں تک حکومت کی بات ہے، حکومت</w:t>
      </w:r>
    </w:p>
    <w:p>
      <w:r>
        <w:rPr>
          <w:b/>
        </w:rPr>
        <w:t xml:space="preserve">[17:17] </w:t>
      </w:r>
      <w:r>
        <w:t>society se ubhre gi.</w:t>
      </w:r>
    </w:p>
    <w:p>
      <w:pPr>
        <w:jc w:val="right"/>
      </w:pPr>
      <w:r>
        <w:t>سوسائٹی سے ابھرے گی۔</w:t>
      </w:r>
    </w:p>
    <w:p>
      <w:r>
        <w:rPr>
          <w:b/>
        </w:rPr>
        <w:t xml:space="preserve">[17:20] </w:t>
      </w:r>
      <w:r>
        <w:t>puri society jaisi society waisi hukumat.</w:t>
      </w:r>
    </w:p>
    <w:p>
      <w:pPr>
        <w:jc w:val="right"/>
      </w:pPr>
      <w:r>
        <w:t>پوری سوسائٹی جیسی سوسائٹی ویسی حکومت۔</w:t>
      </w:r>
    </w:p>
    <w:p>
      <w:r>
        <w:rPr>
          <w:b/>
        </w:rPr>
        <w:t xml:space="preserve">[17:24] </w:t>
      </w:r>
      <w:r>
        <w:t>"kama takun kadhalik ya'bar alaykum".</w:t>
      </w:r>
    </w:p>
    <w:p>
      <w:pPr>
        <w:jc w:val="right"/>
      </w:pPr>
      <w:r>
        <w:t>"کما تکون کذلک یعبر علیکم"۔</w:t>
      </w:r>
    </w:p>
    <w:p>
      <w:r>
        <w:rPr>
          <w:b/>
        </w:rPr>
        <w:t xml:space="preserve">[17:28] </w:t>
      </w:r>
      <w:r>
        <w:t>jaise jaise log honge, waise un ke andar hukumat hogi.</w:t>
      </w:r>
    </w:p>
    <w:p>
      <w:pPr>
        <w:jc w:val="right"/>
      </w:pPr>
      <w:r>
        <w:t>جیسے جیسے لوگ ہوں گے، ویسے ان کے اندر حکومت ہوگی۔</w:t>
      </w:r>
    </w:p>
    <w:p>
      <w:r>
        <w:rPr>
          <w:b/>
        </w:rPr>
        <w:t xml:space="preserve">[17:34] </w:t>
      </w:r>
      <w:r>
        <w:t>to us waqt yeh sirf idea reh gaya.</w:t>
      </w:r>
    </w:p>
    <w:p>
      <w:pPr>
        <w:jc w:val="right"/>
      </w:pPr>
      <w:r>
        <w:t>تو اس وقت یہ صرف آئیڈیا رہ گیا۔</w:t>
      </w:r>
    </w:p>
    <w:p>
      <w:r>
        <w:rPr>
          <w:b/>
        </w:rPr>
        <w:t xml:space="preserve">[17:38] </w:t>
      </w:r>
      <w:r>
        <w:t>yeh pehli cheez to aap ne nafiz kar di.</w:t>
      </w:r>
    </w:p>
    <w:p>
      <w:pPr>
        <w:jc w:val="right"/>
      </w:pPr>
      <w:r>
        <w:t>یہ پہلی چیز تو آپ نے نافذ کر دی۔</w:t>
      </w:r>
    </w:p>
    <w:p>
      <w:r>
        <w:rPr>
          <w:b/>
        </w:rPr>
        <w:t xml:space="preserve">[17:41] </w:t>
      </w:r>
      <w:r>
        <w:t>dusra part jo hai, woh ek idea ke taur par raha.</w:t>
      </w:r>
    </w:p>
    <w:p>
      <w:pPr>
        <w:jc w:val="right"/>
      </w:pPr>
      <w:r>
        <w:t>دوسرا پارٹ جو ہے، وہ ایک آئیڈیا کے طور پر رہا۔</w:t>
      </w:r>
    </w:p>
    <w:p>
      <w:r>
        <w:rPr>
          <w:b/>
        </w:rPr>
        <w:t xml:space="preserve">[17:46] </w:t>
      </w:r>
      <w:r>
        <w:t>kyunkeh us waqt democracy nahi aayi thi.</w:t>
      </w:r>
    </w:p>
    <w:p>
      <w:pPr>
        <w:jc w:val="right"/>
      </w:pPr>
      <w:r>
        <w:t>کیونکہ اس وقت ڈیموکریسی نہیں آئی تھی۔</w:t>
      </w:r>
    </w:p>
    <w:p>
      <w:r>
        <w:rPr>
          <w:b/>
        </w:rPr>
        <w:t xml:space="preserve">[17:50] </w:t>
      </w:r>
      <w:r>
        <w:t>dusre hisse ko</w:t>
      </w:r>
    </w:p>
    <w:p>
      <w:pPr>
        <w:jc w:val="right"/>
      </w:pPr>
      <w:r>
        <w:t>دوسرے حصے کو</w:t>
      </w:r>
    </w:p>
    <w:p>
      <w:r>
        <w:rPr>
          <w:b/>
        </w:rPr>
        <w:t xml:space="preserve">[17:53] </w:t>
      </w:r>
      <w:r>
        <w:t>practical taur par</w:t>
      </w:r>
    </w:p>
    <w:p>
      <w:pPr>
        <w:jc w:val="right"/>
      </w:pPr>
      <w:r>
        <w:t>پریکٹیکل طور پر</w:t>
      </w:r>
    </w:p>
    <w:p>
      <w:r>
        <w:rPr>
          <w:b/>
        </w:rPr>
        <w:t xml:space="preserve">[17:57] </w:t>
      </w:r>
      <w:r>
        <w:t>nafiz karne ke liye zaruri thi keh keh duniya mein democracy ka daur aa chuka ho.</w:t>
      </w:r>
    </w:p>
    <w:p>
      <w:pPr>
        <w:jc w:val="right"/>
      </w:pPr>
      <w:r>
        <w:t>نافذ کرنے کے لیے ضروری تھی کہ کہ دنیا میں ڈیموکریسی کا دور آ چکا ہو۔</w:t>
      </w:r>
    </w:p>
    <w:p>
      <w:r>
        <w:rPr>
          <w:b/>
        </w:rPr>
        <w:t xml:space="preserve">[18:03] </w:t>
      </w:r>
      <w:r>
        <w:t>to doosri pehli cheez to Rasool Allah ke zamane mein</w:t>
      </w:r>
    </w:p>
    <w:p>
      <w:pPr>
        <w:jc w:val="right"/>
      </w:pPr>
      <w:r>
        <w:t>تو دوسری پہلی چیز تو رسول اللہ کے زمانے میں</w:t>
      </w:r>
    </w:p>
    <w:p>
      <w:r>
        <w:rPr>
          <w:b/>
        </w:rPr>
        <w:t xml:space="preserve">[18:09] </w:t>
      </w:r>
      <w:r>
        <w:t>raij ho gayi.</w:t>
      </w:r>
    </w:p>
    <w:p>
      <w:pPr>
        <w:jc w:val="right"/>
      </w:pPr>
      <w:r>
        <w:t>رائج ہو گئی۔</w:t>
      </w:r>
    </w:p>
    <w:p>
      <w:r>
        <w:rPr>
          <w:b/>
        </w:rPr>
        <w:t xml:space="preserve">[18:11] </w:t>
      </w:r>
      <w:r>
        <w:t>jis ke aadmi keh mazhab aadmi ke personal choice ka muamla hai.</w:t>
      </w:r>
    </w:p>
    <w:p>
      <w:pPr>
        <w:jc w:val="right"/>
      </w:pPr>
      <w:r>
        <w:t>جس کے آدمی کہ مذہب آدمی کے پرسنل چوائس کا معاملہ ہے۔</w:t>
      </w:r>
    </w:p>
    <w:p>
      <w:r>
        <w:rPr>
          <w:b/>
        </w:rPr>
        <w:t xml:space="preserve">[18:17] </w:t>
      </w:r>
      <w:r>
        <w:t>aaj kal jo bana hua hai qanoon musalmanon ne bana rakha hai keh irtidad par qatl ki saza</w:t>
      </w:r>
    </w:p>
    <w:p>
      <w:pPr>
        <w:jc w:val="right"/>
      </w:pPr>
      <w:r>
        <w:t>آج کل جو بنا ہوا ہے قانون مسلمانوں نے بنا رکھا ہے کہ ارتداد پر قتل کی سزا</w:t>
      </w:r>
    </w:p>
    <w:p>
      <w:r>
        <w:rPr>
          <w:b/>
        </w:rPr>
        <w:t xml:space="preserve">[18:26] </w:t>
      </w:r>
      <w:r>
        <w:t>yeh bilkul galat hai.</w:t>
      </w:r>
    </w:p>
    <w:p>
      <w:pPr>
        <w:jc w:val="right"/>
      </w:pPr>
      <w:r>
        <w:t>یہ بالکل غلط ہے۔</w:t>
      </w:r>
    </w:p>
    <w:p>
      <w:r>
        <w:rPr>
          <w:b/>
        </w:rPr>
        <w:t xml:space="preserve">[18:28] </w:t>
      </w:r>
      <w:r>
        <w:t>irtidad kyun kehte hain aap is ko? Woh personal choice ki tabdili hai.</w:t>
      </w:r>
    </w:p>
    <w:p>
      <w:pPr>
        <w:jc w:val="right"/>
      </w:pPr>
      <w:r>
        <w:t>ارتداد کیوں کہتے ہیں آپ اس کو؟ وہ پرسنل چوائس کی تبدیلی ہے۔</w:t>
      </w:r>
    </w:p>
    <w:p>
      <w:r>
        <w:rPr>
          <w:b/>
        </w:rPr>
        <w:t xml:space="preserve">[18:36] </w:t>
      </w:r>
      <w:r>
        <w:t>personal choice ki tabdili hai.</w:t>
      </w:r>
    </w:p>
    <w:p>
      <w:pPr>
        <w:jc w:val="right"/>
      </w:pPr>
      <w:r>
        <w:t>پرسنل چوائس کی تبدیلی ہے۔</w:t>
      </w:r>
    </w:p>
    <w:p>
      <w:r>
        <w:rPr>
          <w:b/>
        </w:rPr>
        <w:t xml:space="preserve">[18:37] </w:t>
      </w:r>
      <w:r>
        <w:t>is se pehle aadmi ne legend a ko liya tha.</w:t>
      </w:r>
    </w:p>
    <w:p>
      <w:pPr>
        <w:jc w:val="right"/>
      </w:pPr>
      <w:r>
        <w:t>اس سے پہلے آدمی نے لیجنڈ اے کو لیا تھا۔</w:t>
      </w:r>
    </w:p>
    <w:p>
      <w:r>
        <w:rPr>
          <w:b/>
        </w:rPr>
        <w:t xml:space="preserve">[18:40] </w:t>
      </w:r>
      <w:r>
        <w:t>ab woh legend b ko le raha hai.</w:t>
      </w:r>
    </w:p>
    <w:p>
      <w:pPr>
        <w:jc w:val="right"/>
      </w:pPr>
      <w:r>
        <w:t>اب وہ لیجنڈ بی کو لے رہا ہے۔</w:t>
      </w:r>
    </w:p>
    <w:p>
      <w:r>
        <w:rPr>
          <w:b/>
        </w:rPr>
        <w:t xml:space="preserve">[18:42] </w:t>
      </w:r>
      <w:r>
        <w:t>is ko haq hai.</w:t>
      </w:r>
    </w:p>
    <w:p>
      <w:pPr>
        <w:jc w:val="right"/>
      </w:pPr>
      <w:r>
        <w:t>اس کو حق ہے۔</w:t>
      </w:r>
    </w:p>
    <w:p>
      <w:r>
        <w:rPr>
          <w:b/>
        </w:rPr>
        <w:t xml:space="preserve">[18:47] </w:t>
      </w:r>
      <w:r>
        <w:t>isi liye quran mein saaf saaf is is qanoon ki tardeed hai jo baad ke zamanay mein musalman</w:t>
      </w:r>
    </w:p>
    <w:p>
      <w:pPr>
        <w:jc w:val="right"/>
      </w:pPr>
      <w:r>
        <w:t>اسی لیے قرآن میں صاف صاف اس اس قانون کی تردید ہے جو بعد کے زمانے میں مسلمانوں</w:t>
      </w:r>
    </w:p>
    <w:p>
      <w:r>
        <w:rPr>
          <w:b/>
        </w:rPr>
        <w:t xml:space="preserve">[18:53] </w:t>
      </w:r>
      <w:r>
        <w:t>ne bana liya.</w:t>
      </w:r>
    </w:p>
    <w:p>
      <w:pPr>
        <w:jc w:val="right"/>
      </w:pPr>
      <w:r>
        <w:t>نے بنا لیا۔</w:t>
      </w:r>
    </w:p>
    <w:p>
      <w:r>
        <w:rPr>
          <w:b/>
        </w:rPr>
        <w:t xml:space="preserve">[18:53] </w:t>
      </w:r>
      <w:r>
        <w:t>yani murtad se saza qatl.</w:t>
      </w:r>
    </w:p>
    <w:p>
      <w:pPr>
        <w:jc w:val="right"/>
      </w:pPr>
      <w:r>
        <w:t>یعنی مرتد سے سزا قتل۔</w:t>
      </w:r>
    </w:p>
    <w:p>
      <w:r>
        <w:rPr>
          <w:b/>
        </w:rPr>
        <w:t xml:space="preserve">[18:56] </w:t>
      </w:r>
      <w:r>
        <w:t>murtad se saza qatl har giz islam mein nahi hai.</w:t>
      </w:r>
    </w:p>
    <w:p>
      <w:pPr>
        <w:jc w:val="right"/>
      </w:pPr>
      <w:r>
        <w:t>مرتد سے سزا قتل ہرگز اسلام میں نہیں ہے۔</w:t>
      </w:r>
    </w:p>
    <w:p>
      <w:r>
        <w:rPr>
          <w:b/>
        </w:rPr>
        <w:t xml:space="preserve">[18:59] </w:t>
      </w:r>
      <w:r>
        <w:t>yeh fiqah mein banai gayi baad ke zamanay mein.</w:t>
      </w:r>
    </w:p>
    <w:p>
      <w:pPr>
        <w:jc w:val="right"/>
      </w:pPr>
      <w:r>
        <w:t>یہ فقہ میں بنائی گئی بعد کے زمانے میں۔</w:t>
      </w:r>
    </w:p>
    <w:p>
      <w:r>
        <w:rPr>
          <w:b/>
        </w:rPr>
        <w:t xml:space="preserve">[19:02] </w:t>
      </w:r>
      <w:r>
        <w:t>is ka talluq islam se kuch nahi.</w:t>
      </w:r>
    </w:p>
    <w:p>
      <w:pPr>
        <w:jc w:val="right"/>
      </w:pPr>
      <w:r>
        <w:t>اس کا تعلق اسلام سے کچھ نہیں۔</w:t>
      </w:r>
    </w:p>
    <w:p>
      <w:r>
        <w:rPr>
          <w:b/>
        </w:rPr>
        <w:t xml:space="preserve">[19:04] </w:t>
      </w:r>
      <w:r>
        <w:t>kyunke dekhen quran mein ayat hai: "wa man yartadid minkum"</w:t>
      </w:r>
    </w:p>
    <w:p>
      <w:pPr>
        <w:jc w:val="right"/>
      </w:pPr>
      <w:r>
        <w:t>کیونکہ دیکھیں قرآن میں آیت ہے: "ومن یومدنی"</w:t>
      </w:r>
    </w:p>
    <w:p>
      <w:r>
        <w:rPr>
          <w:b/>
        </w:rPr>
        <w:t xml:space="preserve">[19:10] </w:t>
      </w:r>
      <w:r>
        <w:t>wo kafir. yani jo aadmi murtad ho jaye</w:t>
      </w:r>
    </w:p>
    <w:p>
      <w:pPr>
        <w:jc w:val="right"/>
      </w:pPr>
      <w:r>
        <w:t>وہ کافر۔ یعنی جو آدمی مرتد ہو جائے</w:t>
      </w:r>
    </w:p>
    <w:p>
      <w:r>
        <w:rPr>
          <w:b/>
        </w:rPr>
        <w:t xml:space="preserve">[19:18] </w:t>
      </w:r>
      <w:r>
        <w:t>apne deen se aur woh is haal mein mar jaye,</w:t>
      </w:r>
    </w:p>
    <w:p>
      <w:pPr>
        <w:jc w:val="right"/>
      </w:pPr>
      <w:r>
        <w:t>اپنے دین سے اور وہ اس حال میں مر جائے،</w:t>
      </w:r>
    </w:p>
    <w:p>
      <w:r>
        <w:rPr>
          <w:b/>
        </w:rPr>
        <w:t xml:space="preserve">[19:23] </w:t>
      </w:r>
      <w:r>
        <w:t>goya murtad ke liye quran natural death</w:t>
      </w:r>
    </w:p>
    <w:p>
      <w:pPr>
        <w:jc w:val="right"/>
      </w:pPr>
      <w:r>
        <w:t>گویا مرتد کے لیے قرآن نیچرل ڈیتھ</w:t>
      </w:r>
    </w:p>
    <w:p>
      <w:r>
        <w:rPr>
          <w:b/>
        </w:rPr>
        <w:t xml:space="preserve">[19:27] </w:t>
      </w:r>
      <w:r>
        <w:t>maan raha hai.</w:t>
      </w:r>
    </w:p>
    <w:p>
      <w:pPr>
        <w:jc w:val="right"/>
      </w:pPr>
      <w:r>
        <w:t>مان رہا ہے۔</w:t>
      </w:r>
    </w:p>
    <w:p>
      <w:r>
        <w:rPr>
          <w:b/>
        </w:rPr>
        <w:t xml:space="preserve">[19:28] </w:t>
      </w:r>
      <w:r>
        <w:t>murtad hone ke baad us ki maut natural death hogi.</w:t>
      </w:r>
    </w:p>
    <w:p>
      <w:pPr>
        <w:jc w:val="right"/>
      </w:pPr>
      <w:r>
        <w:t>مرتد ہونے کے بعد اس کی موت نیچرل ڈیتھ ہوگی۔</w:t>
      </w:r>
    </w:p>
    <w:p>
      <w:r>
        <w:rPr>
          <w:b/>
        </w:rPr>
        <w:t xml:space="preserve">[19:32] </w:t>
      </w:r>
      <w:r>
        <w:t>yeh nahi ke us ko qatl kiya jayega.</w:t>
      </w:r>
    </w:p>
    <w:p>
      <w:pPr>
        <w:jc w:val="right"/>
      </w:pPr>
      <w:r>
        <w:t>یہ نہیں کہ اس کو قتل کیا جائے گا۔</w:t>
      </w:r>
    </w:p>
    <w:p>
      <w:r>
        <w:rPr>
          <w:b/>
        </w:rPr>
        <w:t xml:space="preserve">[19:34] </w:t>
      </w:r>
      <w:r>
        <w:t>us ko "wa man yartadid minkum"</w:t>
      </w:r>
    </w:p>
    <w:p>
      <w:pPr>
        <w:jc w:val="right"/>
      </w:pPr>
      <w:r>
        <w:t>اس کو "ومن یومدنی"</w:t>
      </w:r>
    </w:p>
    <w:p>
      <w:r>
        <w:rPr>
          <w:b/>
        </w:rPr>
        <w:t xml:space="preserve">[19:38] </w:t>
      </w:r>
      <w:r>
        <w:t>wo kafir. yani jo shakhs apne deen se phir jaye</w:t>
      </w:r>
    </w:p>
    <w:p>
      <w:pPr>
        <w:jc w:val="right"/>
      </w:pPr>
      <w:r>
        <w:t>وہ کافر۔ یعنی جو شخص اپنے دین سے پھر جائے</w:t>
      </w:r>
    </w:p>
    <w:p>
      <w:r>
        <w:rPr>
          <w:b/>
        </w:rPr>
        <w:t xml:space="preserve">[19:44] </w:t>
      </w:r>
      <w:r>
        <w:t>aur kafir ban jaye aur</w:t>
      </w:r>
    </w:p>
    <w:p>
      <w:pPr>
        <w:jc w:val="right"/>
      </w:pPr>
      <w:r>
        <w:t>اور کافر بن جائے اور</w:t>
      </w:r>
    </w:p>
    <w:p>
      <w:r>
        <w:rPr>
          <w:b/>
        </w:rPr>
        <w:t xml:space="preserve">[19:48] </w:t>
      </w:r>
      <w:r>
        <w:t>is mar jaye</w:t>
      </w:r>
    </w:p>
    <w:p>
      <w:pPr>
        <w:jc w:val="right"/>
      </w:pPr>
      <w:r>
        <w:t>اس مر جائے</w:t>
      </w:r>
    </w:p>
    <w:p>
      <w:r>
        <w:rPr>
          <w:b/>
        </w:rPr>
        <w:t xml:space="preserve">[19:51] </w:t>
      </w:r>
      <w:r>
        <w:t>to aakhirat mein uska muamla hoga.</w:t>
      </w:r>
    </w:p>
    <w:p>
      <w:pPr>
        <w:jc w:val="right"/>
      </w:pPr>
      <w:r>
        <w:t>تو آخرت میں اس کا معاملہ ہوگا۔</w:t>
      </w:r>
    </w:p>
    <w:p>
      <w:r>
        <w:rPr>
          <w:b/>
        </w:rPr>
        <w:t xml:space="preserve">[19:54] </w:t>
      </w:r>
      <w:r>
        <w:t>is ka matlab hai ke irtidad ke bawajood woh is mazhab par rahega jis mazhab ko apna</w:t>
      </w:r>
    </w:p>
    <w:p>
      <w:pPr>
        <w:jc w:val="right"/>
      </w:pPr>
      <w:r>
        <w:t>اس کا معنی ہے کہ ارتداد کے باوجود وہ اس مذہب پر رہے گا جس مذہب کو اپنا</w:t>
      </w:r>
    </w:p>
    <w:p>
      <w:r>
        <w:rPr>
          <w:b/>
        </w:rPr>
        <w:t xml:space="preserve">[20:00] </w:t>
      </w:r>
      <w:r>
        <w:t>second choice banaya hai.</w:t>
      </w:r>
    </w:p>
    <w:p>
      <w:pPr>
        <w:jc w:val="right"/>
      </w:pPr>
      <w:r>
        <w:t>سیکنڈ چوائس بنایا ہے۔</w:t>
      </w:r>
    </w:p>
    <w:p>
      <w:r>
        <w:rPr>
          <w:b/>
        </w:rPr>
        <w:t xml:space="preserve">[20:02] </w:t>
      </w:r>
      <w:r>
        <w:t>irtidad ka matlab second choice.</w:t>
      </w:r>
    </w:p>
    <w:p>
      <w:pPr>
        <w:jc w:val="right"/>
      </w:pPr>
      <w:r>
        <w:t>ارتداد کا مطلب سیکنڈ چوائس۔</w:t>
      </w:r>
    </w:p>
    <w:p>
      <w:r>
        <w:rPr>
          <w:b/>
        </w:rPr>
        <w:t xml:space="preserve">[20:06] </w:t>
      </w:r>
      <w:r>
        <w:t>isi par rahega woh.</w:t>
      </w:r>
    </w:p>
    <w:p>
      <w:pPr>
        <w:jc w:val="right"/>
      </w:pPr>
      <w:r>
        <w:t>اسی پر رہے گا وہ۔</w:t>
      </w:r>
    </w:p>
    <w:p>
      <w:r>
        <w:rPr>
          <w:b/>
        </w:rPr>
        <w:t xml:space="preserve">[20:09] </w:t>
      </w:r>
      <w:r>
        <w:t>to yeh aik islaah thi tareekh mein islam ne chaha ke jaari ho taake jhagda khatam ho jaye.</w:t>
      </w:r>
    </w:p>
    <w:p>
      <w:pPr>
        <w:jc w:val="right"/>
      </w:pPr>
      <w:r>
        <w:t>تو یہ ایک اصلاح تھی تاریخ میں اسلام نے چاہا کہ جاری ہو تاکہ جھگڑا ختم ہو جائے۔</w:t>
      </w:r>
    </w:p>
    <w:p>
      <w:r>
        <w:rPr>
          <w:b/>
        </w:rPr>
        <w:t xml:space="preserve">[20:16] </w:t>
      </w:r>
      <w:r>
        <w:t>yani peace jo duniya mein nahi aa raha tha woh is ki saari wajah thi ke</w:t>
      </w:r>
    </w:p>
    <w:p>
      <w:pPr>
        <w:jc w:val="right"/>
      </w:pPr>
      <w:r>
        <w:t>یعنی پیس جو دنیا میں نہیں آ رہا تھا وہ اس کی ساری وجہ تھی کہ</w:t>
      </w:r>
    </w:p>
    <w:p>
      <w:r>
        <w:rPr>
          <w:b/>
        </w:rPr>
        <w:t xml:space="preserve">[20:24] </w:t>
      </w:r>
      <w:r>
        <w:t>political log chahte thay qabza karna</w:t>
      </w:r>
    </w:p>
    <w:p>
      <w:pPr>
        <w:jc w:val="right"/>
      </w:pPr>
      <w:r>
        <w:t>پولیٹیکل لوگ چاہتے تھے قبضہ کرنا</w:t>
      </w:r>
    </w:p>
    <w:p>
      <w:r>
        <w:rPr>
          <w:b/>
        </w:rPr>
        <w:t xml:space="preserve">[20:28] </w:t>
      </w:r>
      <w:r>
        <w:t>to aik uthta tha doosre ko maarta tha taake is ki anseet kare is ko aur is ki</w:t>
      </w:r>
    </w:p>
    <w:p>
      <w:pPr>
        <w:jc w:val="right"/>
      </w:pPr>
      <w:r>
        <w:t>تو ایک اٹھتا تھا دوسرے کو مارتا تھا تاکہ اس کی انسیٹ کرے اس کو اور اس کی</w:t>
      </w:r>
    </w:p>
    <w:p>
      <w:r>
        <w:rPr>
          <w:b/>
        </w:rPr>
        <w:t xml:space="preserve">[20:35] </w:t>
      </w:r>
      <w:r>
        <w:t>jagah le. to Allah taala ne aik bohat zabardast settlement tajweez ki.</w:t>
      </w:r>
    </w:p>
    <w:p>
      <w:pPr>
        <w:jc w:val="right"/>
      </w:pPr>
      <w:r>
        <w:t>جگہ لے۔ تو اللہ تعالی نے ایک بہت زبردست سیٹلمنٹ تجویز کیا۔</w:t>
      </w:r>
    </w:p>
    <w:p>
      <w:r>
        <w:rPr>
          <w:b/>
        </w:rPr>
        <w:t xml:space="preserve">[20:41] </w:t>
      </w:r>
      <w:r>
        <w:t>settlement woh yeh</w:t>
      </w:r>
    </w:p>
    <w:p>
      <w:pPr>
        <w:jc w:val="right"/>
      </w:pPr>
      <w:r>
        <w:t>سیٹلمنٹ وہ یہ</w:t>
      </w:r>
    </w:p>
    <w:p>
      <w:r>
        <w:rPr>
          <w:b/>
        </w:rPr>
        <w:t xml:space="preserve">[20:44] </w:t>
      </w:r>
      <w:r>
        <w:t>ke mazhab ki buniyad par politics to bilkul galat qarar de diya.</w:t>
      </w:r>
    </w:p>
    <w:p>
      <w:pPr>
        <w:jc w:val="right"/>
      </w:pPr>
      <w:r>
        <w:t>کہ مذہب کی بنیاد پر پولیٹکس تو بالکل غلط قرار دے دیا۔</w:t>
      </w:r>
    </w:p>
    <w:p>
      <w:r>
        <w:rPr>
          <w:b/>
        </w:rPr>
        <w:t xml:space="preserve">[20:50] </w:t>
      </w:r>
      <w:r>
        <w:t>kyun ke dekhein mazhab ki buniyad mein jab politics aa jati hai to muqaddas ho jati hai.</w:t>
      </w:r>
    </w:p>
    <w:p>
      <w:pPr>
        <w:jc w:val="right"/>
      </w:pPr>
      <w:r>
        <w:t>کیونکہ دیکھیں مذہب کی بنیاد میں جب پولیٹکس آ جاتی ہے تو مقدس ہو جاتی ہے۔</w:t>
      </w:r>
    </w:p>
    <w:p>
      <w:r>
        <w:rPr>
          <w:b/>
        </w:rPr>
        <w:t xml:space="preserve">[20:57] </w:t>
      </w:r>
      <w:r>
        <w:t>muqaddas to mazhab ki buniyad par politics nahi chalegi.</w:t>
      </w:r>
    </w:p>
    <w:p>
      <w:pPr>
        <w:jc w:val="right"/>
      </w:pPr>
      <w:r>
        <w:t>مقدس تو مذہب کی بنیاد پر پولیٹکس نہیں چلے گی۔</w:t>
      </w:r>
    </w:p>
    <w:p>
      <w:r>
        <w:rPr>
          <w:b/>
        </w:rPr>
        <w:t xml:space="preserve">[21:03] </w:t>
      </w:r>
      <w:r>
        <w:t>mazhab aadmi ka personal choice hoga aur hukoomat ubharegi samaaj se society se.</w:t>
      </w:r>
    </w:p>
    <w:p>
      <w:pPr>
        <w:jc w:val="right"/>
      </w:pPr>
      <w:r>
        <w:t>مذہب آدمی کا پرسنل چوائس ہوگا اور حکومت ابھرے گی سماج سے سوسائٹی سے۔</w:t>
      </w:r>
    </w:p>
    <w:p>
      <w:r>
        <w:rPr>
          <w:b/>
        </w:rPr>
        <w:t xml:space="preserve">[21:12] </w:t>
      </w:r>
      <w:r>
        <w:t>yani aaj kal ke zamane mein kaha jaye to democratic choice</w:t>
      </w:r>
    </w:p>
    <w:p>
      <w:pPr>
        <w:jc w:val="right"/>
      </w:pPr>
      <w:r>
        <w:t>یعنی آج کل کے زمانے میں کہا جائے تو ڈیموکریٹک چوائس</w:t>
      </w:r>
    </w:p>
    <w:p>
      <w:r>
        <w:rPr>
          <w:b/>
        </w:rPr>
        <w:t xml:space="preserve">[21:18] </w:t>
      </w:r>
      <w:r>
        <w:t>mazhab aadmi ka individual choice hai aur hukoomat ke society ka democratic choice hai.</w:t>
      </w:r>
    </w:p>
    <w:p>
      <w:pPr>
        <w:jc w:val="right"/>
      </w:pPr>
      <w:r>
        <w:t>مذہب آدمی کا انڈیویجول چوائس ہے اور حکومت کہ سوسائٹی کا ڈیموکریٹک چوائس ہے۔</w:t>
      </w:r>
    </w:p>
    <w:p>
      <w:r>
        <w:rPr>
          <w:b/>
        </w:rPr>
        <w:t xml:space="preserve">[21:26] </w:t>
      </w:r>
      <w:r>
        <w:t>yeh tha. lekin tareekh mein yeh qaim nahi hua amal'an.</w:t>
      </w:r>
    </w:p>
    <w:p>
      <w:pPr>
        <w:jc w:val="right"/>
      </w:pPr>
      <w:r>
        <w:t>یہ تھا۔ لیکن تاریخ میں یہ قائم نہیں ہوا عملاً۔</w:t>
      </w:r>
    </w:p>
    <w:p>
      <w:r>
        <w:rPr>
          <w:b/>
        </w:rPr>
        <w:t xml:space="preserve">[21:32] </w:t>
      </w:r>
      <w:r>
        <w:t>to Allah taala ne Kashmir mein woh halaat paida kiye.</w:t>
      </w:r>
    </w:p>
    <w:p>
      <w:pPr>
        <w:jc w:val="right"/>
      </w:pPr>
      <w:r>
        <w:t>تو اللہ تعالی نے کشمیر میں وہ حالات پیدا کیے۔</w:t>
      </w:r>
    </w:p>
    <w:p>
      <w:r>
        <w:rPr>
          <w:b/>
        </w:rPr>
        <w:t xml:space="preserve">[21:37] </w:t>
      </w:r>
      <w:r>
        <w:t>mein aksar sochta hoon aap ko arz karoon ke mein Kashmir ke baray mein taqreeban 50 saal se</w:t>
      </w:r>
    </w:p>
    <w:p>
      <w:pPr>
        <w:jc w:val="right"/>
      </w:pPr>
      <w:r>
        <w:t>میں اکثر سوچتا ہوں آپ کو عرض کروں کہ میں کشمیر کے بارے میں تقریباً 50 سال سے</w:t>
      </w:r>
    </w:p>
    <w:p>
      <w:r>
        <w:rPr>
          <w:b/>
        </w:rPr>
        <w:t xml:space="preserve">[21:43] </w:t>
      </w:r>
      <w:r>
        <w:t>soch raha hoon.</w:t>
      </w:r>
    </w:p>
    <w:p>
      <w:pPr>
        <w:jc w:val="right"/>
      </w:pPr>
      <w:r>
        <w:t>سوچ رہا ہوں۔</w:t>
      </w:r>
    </w:p>
    <w:p>
      <w:r>
        <w:rPr>
          <w:b/>
        </w:rPr>
        <w:t xml:space="preserve">[21:45] </w:t>
      </w:r>
      <w:r>
        <w:t>pehla jo mera write up chhaap tha woh 1968 mein.</w:t>
      </w:r>
    </w:p>
    <w:p>
      <w:pPr>
        <w:jc w:val="right"/>
      </w:pPr>
      <w:r>
        <w:t>پہلا جو میرا رائٹ اپ چھپا تھا وہ 1968 میں۔</w:t>
      </w:r>
    </w:p>
    <w:p>
      <w:r>
        <w:rPr>
          <w:b/>
        </w:rPr>
        <w:t xml:space="preserve">[21:53] </w:t>
      </w:r>
      <w:r>
        <w:t>to taqreeban 50 saal se mein soch raha hoon.</w:t>
      </w:r>
    </w:p>
    <w:p>
      <w:pPr>
        <w:jc w:val="right"/>
      </w:pPr>
      <w:r>
        <w:t>تو تقریباً 50 سال سے میں سوچ رہا ہوں۔</w:t>
      </w:r>
    </w:p>
    <w:p>
      <w:r>
        <w:rPr>
          <w:b/>
        </w:rPr>
        <w:t xml:space="preserve">[21:57] </w:t>
      </w:r>
      <w:r>
        <w:t>to mein is darjaat tak pohncha</w:t>
      </w:r>
    </w:p>
    <w:p>
      <w:pPr>
        <w:jc w:val="right"/>
      </w:pPr>
      <w:r>
        <w:t>تو میں اس درجات تک پہنچا</w:t>
      </w:r>
    </w:p>
    <w:p>
      <w:r>
        <w:rPr>
          <w:b/>
        </w:rPr>
        <w:t xml:space="preserve">[22:02] </w:t>
      </w:r>
      <w:r>
        <w:t>ke Allah taala ne Kashmir mein aise compension create kiye ke wahan yeh is ka demonstration ho.</w:t>
      </w:r>
    </w:p>
    <w:p>
      <w:pPr>
        <w:jc w:val="right"/>
      </w:pPr>
      <w:r>
        <w:t>کہ اللہ تعالی نے کشمیر میں ایسے کمپشن کرییٹ کیے کہ وہاں یہ اس کا ڈیمونسٹریشن ہو۔</w:t>
      </w:r>
    </w:p>
    <w:p>
      <w:r>
        <w:rPr>
          <w:b/>
        </w:rPr>
        <w:t xml:space="preserve">[22:10] </w:t>
      </w:r>
      <w:r>
        <w:t>aap ghore kijiye</w:t>
      </w:r>
    </w:p>
    <w:p>
      <w:pPr>
        <w:jc w:val="right"/>
      </w:pPr>
      <w:r>
        <w:t>آپ غور کیجئے</w:t>
      </w:r>
    </w:p>
    <w:p>
      <w:r>
        <w:rPr>
          <w:b/>
        </w:rPr>
        <w:t xml:space="preserve">[22:13] </w:t>
      </w:r>
      <w:r>
        <w:t>taqseem jo hui jo partition hua</w:t>
      </w:r>
    </w:p>
    <w:p>
      <w:pPr>
        <w:jc w:val="right"/>
      </w:pPr>
      <w:r>
        <w:t>تقسیم جو ہوئی جو پارٹیشن ہوا</w:t>
      </w:r>
    </w:p>
    <w:p>
      <w:r>
        <w:rPr>
          <w:b/>
        </w:rPr>
        <w:t xml:space="preserve">[22:18] </w:t>
      </w:r>
      <w:r>
        <w:t>Indian subcontinent ka is mein yeh tha ke jahan Muslim ziyada wahan Pakistan jahan Hindu ziyada hain</w:t>
      </w:r>
    </w:p>
    <w:p>
      <w:pPr>
        <w:jc w:val="right"/>
      </w:pPr>
      <w:r>
        <w:t>انڈین سب کانٹیننٹ کا اس میں یہ تھا کہ جہاں مسلم زیادہ وہاں پاکستان جہاں ہندو زیادہ ہیں</w:t>
      </w:r>
    </w:p>
    <w:p>
      <w:r>
        <w:rPr>
          <w:b/>
        </w:rPr>
        <w:t xml:space="preserve">[22:25] </w:t>
      </w:r>
      <w:r>
        <w:t>wahan India lekin isi usool par partition hua phir bhi aik hissa reh gaya Kashmir ka hissa</w:t>
      </w:r>
    </w:p>
    <w:p>
      <w:pPr>
        <w:jc w:val="right"/>
      </w:pPr>
      <w:r>
        <w:t>وہاں انڈیا لیکن اسی اصول پر پارٹیشن ہوا پھر بھی ایک حصہ رہ گیا کشمیر کا حصہ</w:t>
      </w:r>
    </w:p>
    <w:p>
      <w:r>
        <w:rPr>
          <w:b/>
        </w:rPr>
        <w:t xml:space="preserve">[22:35] </w:t>
      </w:r>
      <w:r>
        <w:t>jahan musalman ziyada hain lekin woh India se bahar reh gaya</w:t>
      </w:r>
    </w:p>
    <w:p>
      <w:pPr>
        <w:jc w:val="right"/>
      </w:pPr>
      <w:r>
        <w:t>جہاں مسلمان زیادہ ہیں لیکن وہ انڈیا سے باہر رہ گیا</w:t>
      </w:r>
    </w:p>
    <w:p>
      <w:r>
        <w:rPr>
          <w:b/>
        </w:rPr>
        <w:t xml:space="preserve">[22:41] </w:t>
      </w:r>
      <w:r>
        <w:t>to india se bahar jane ki ittifaqi wajah nahi thi do leaderon ka role hai is mein sheikh</w:t>
      </w:r>
    </w:p>
    <w:p>
      <w:pPr>
        <w:jc w:val="right"/>
      </w:pPr>
      <w:r>
        <w:t>تو انڈیا سے باہر جانے کی اتفاقی وجہ نہیں تھی دو لیڈروں کا رول ہے اس میں شیخ</w:t>
      </w:r>
    </w:p>
    <w:p>
      <w:r>
        <w:rPr>
          <w:b/>
        </w:rPr>
        <w:t xml:space="preserve">[22:48] </w:t>
      </w:r>
      <w:r>
        <w:t>abdullah aur pandit jawaharlal nehru do ka role hai is mein</w:t>
      </w:r>
    </w:p>
    <w:p>
      <w:pPr>
        <w:jc w:val="right"/>
      </w:pPr>
      <w:r>
        <w:t>عبداللہ اور پنڈت جواہر لال نہرو دو کا رول ہے اس میں</w:t>
      </w:r>
    </w:p>
    <w:p>
      <w:r>
        <w:rPr>
          <w:b/>
        </w:rPr>
        <w:t xml:space="preserve">[22:58] </w:t>
      </w:r>
      <w:r>
        <w:t>us waqt mein is mein zyada tafseel mein nahi jaunga kyunke waqt itna zyada nahi hai</w:t>
      </w:r>
    </w:p>
    <w:p>
      <w:pPr>
        <w:jc w:val="right"/>
      </w:pPr>
      <w:r>
        <w:t>اس وقت میں اس میں زیادہ تفصیل میں نہیں جاؤں گا کیونکہ وقت اتنا زیادہ نہیں ہے</w:t>
      </w:r>
    </w:p>
    <w:p>
      <w:r>
        <w:rPr>
          <w:b/>
        </w:rPr>
        <w:t xml:space="preserve">[23:03] </w:t>
      </w:r>
      <w:r>
        <w:t>to pandit jawaharlal top ke leader the aur sheikh abdullah top ke leader the dono dono ke</w:t>
      </w:r>
    </w:p>
    <w:p>
      <w:pPr>
        <w:jc w:val="right"/>
      </w:pPr>
      <w:r>
        <w:t>تو پنڈت جواہر لال ٹاپ کے لیڈر تھے اور شیخ عبداللہ ٹاپ کے لیڈر تھے دونوں دونوں کے</w:t>
      </w:r>
    </w:p>
    <w:p>
      <w:r>
        <w:rPr>
          <w:b/>
        </w:rPr>
        <w:t xml:space="preserve">[23:10] </w:t>
      </w:r>
      <w:r>
        <w:t>dono top ke leader the in dono ki wajah se aisa hua kashmir</w:t>
      </w:r>
    </w:p>
    <w:p>
      <w:pPr>
        <w:jc w:val="right"/>
      </w:pPr>
      <w:r>
        <w:t>دونوں ٹاپ کے لیڈر تھے ان دونوں کی وجہ سے ایسا ہوا کشمیر</w:t>
      </w:r>
    </w:p>
    <w:p>
      <w:r>
        <w:rPr>
          <w:b/>
        </w:rPr>
        <w:t xml:space="preserve">[23:15] </w:t>
      </w:r>
      <w:r>
        <w:t>partition ke bawajood india ka hissa nahi bana pakistan yeh ittifaqi baat nahi thi yeh divine plan tha</w:t>
      </w:r>
    </w:p>
    <w:p>
      <w:pPr>
        <w:jc w:val="right"/>
      </w:pPr>
      <w:r>
        <w:t>پارٹیشن کے باوجود انڈیا کا حصہ نہیں بنا پاکستان یہ اتفاقی بات نہیں تھی یہ ڈیوائن پلان تھا</w:t>
      </w:r>
    </w:p>
    <w:p>
      <w:r>
        <w:rPr>
          <w:b/>
        </w:rPr>
        <w:t xml:space="preserve">[23:24] </w:t>
      </w:r>
      <w:r>
        <w:t>allah taala ne yeh chaha ke kashmir</w:t>
      </w:r>
    </w:p>
    <w:p>
      <w:pPr>
        <w:jc w:val="right"/>
      </w:pPr>
      <w:r>
        <w:t>اللہ تعالی نے یہ چاہا کہ کشمیر</w:t>
      </w:r>
    </w:p>
    <w:p>
      <w:r>
        <w:rPr>
          <w:b/>
        </w:rPr>
        <w:t xml:space="preserve">[23:29] </w:t>
      </w:r>
      <w:r>
        <w:t>se is is</w:t>
      </w:r>
    </w:p>
    <w:p>
      <w:pPr>
        <w:jc w:val="right"/>
      </w:pPr>
      <w:r>
        <w:t>سے اس اس</w:t>
      </w:r>
    </w:p>
    <w:p>
      <w:r>
        <w:rPr>
          <w:b/>
        </w:rPr>
        <w:t xml:space="preserve">[23:32] </w:t>
      </w:r>
      <w:r>
        <w:t>is example ka demonstration ho</w:t>
      </w:r>
    </w:p>
    <w:p>
      <w:pPr>
        <w:jc w:val="right"/>
      </w:pPr>
      <w:r>
        <w:t>اس ایگزمپل کا ڈیمونسٹریشن ہو</w:t>
      </w:r>
    </w:p>
    <w:p>
      <w:r>
        <w:rPr>
          <w:b/>
        </w:rPr>
        <w:t xml:space="preserve">[23:36] </w:t>
      </w:r>
      <w:r>
        <w:t>kashmir mein is demonstration ka is is principle ka demonstration ho jo maine arz kiya ke</w:t>
      </w:r>
    </w:p>
    <w:p>
      <w:pPr>
        <w:jc w:val="right"/>
      </w:pPr>
      <w:r>
        <w:t>کشمیر میں اس ڈیمونسٹریشن کا اس اس پرنسپل کا ڈیمونسٹریشن ہو جو میں نے عرض کیا کہ</w:t>
      </w:r>
    </w:p>
    <w:p>
      <w:r>
        <w:rPr>
          <w:b/>
        </w:rPr>
        <w:t xml:space="preserve">[23:45] </w:t>
      </w:r>
      <w:r>
        <w:t>mazhab personal choice aur hukumat democratic choice</w:t>
      </w:r>
    </w:p>
    <w:p>
      <w:pPr>
        <w:jc w:val="right"/>
      </w:pPr>
      <w:r>
        <w:t>مذہب پرسنل چوائس اور حکومت ڈیموکریٹک چوائس</w:t>
      </w:r>
    </w:p>
    <w:p>
      <w:r>
        <w:rPr>
          <w:b/>
        </w:rPr>
        <w:t xml:space="preserve">[23:52] </w:t>
      </w:r>
      <w:r>
        <w:t>to kashmir mein aise halaat paida hue</w:t>
      </w:r>
    </w:p>
    <w:p>
      <w:pPr>
        <w:jc w:val="right"/>
      </w:pPr>
      <w:r>
        <w:t>تو کشمیر میں ایسے حالات پیدا ہوئے</w:t>
      </w:r>
    </w:p>
    <w:p>
      <w:r>
        <w:rPr>
          <w:b/>
        </w:rPr>
        <w:t xml:space="preserve">[23:56] </w:t>
      </w:r>
      <w:r>
        <w:t>yani ek aisa compulsion create hua ke mazhab ke bare mein log raazi ho jayen is par ke</w:t>
      </w:r>
    </w:p>
    <w:p>
      <w:pPr>
        <w:jc w:val="right"/>
      </w:pPr>
      <w:r>
        <w:t>یعنی ایک ایسا کمپلشن کرییٹ ہوا کہ مذہب کے بارے میں لوگ راضی ہو جائیں اس پر کہ</w:t>
      </w:r>
    </w:p>
    <w:p>
      <w:r>
        <w:rPr>
          <w:b/>
        </w:rPr>
        <w:t xml:space="preserve">[24:02] </w:t>
      </w:r>
      <w:r>
        <w:t>theek hai jo jis ka jo choice hai woh unka woh mazhab hai lekin hukumat ke mamle</w:t>
      </w:r>
    </w:p>
    <w:p>
      <w:pPr>
        <w:jc w:val="right"/>
      </w:pPr>
      <w:r>
        <w:t>ٹھیک ہے جو جس کا جو چوائس ہے وہ ان کا وہ مذہب ہے لیکن حکومت کے معاملے</w:t>
      </w:r>
    </w:p>
    <w:p>
      <w:r>
        <w:rPr>
          <w:b/>
        </w:rPr>
        <w:t xml:space="preserve">[24:08] </w:t>
      </w:r>
      <w:r>
        <w:t>mein aap wahan mazhabi siyasat nahi chala sakte</w:t>
      </w:r>
    </w:p>
    <w:p>
      <w:pPr>
        <w:jc w:val="right"/>
      </w:pPr>
      <w:r>
        <w:t>میں آپ وہاں مذہبی سیاست نہیں چلا سکتے</w:t>
      </w:r>
    </w:p>
    <w:p>
      <w:r>
        <w:rPr>
          <w:b/>
        </w:rPr>
        <w:t xml:space="preserve">[24:15] </w:t>
      </w:r>
      <w:r>
        <w:t>aap ko pata hai ke pakistan</w:t>
      </w:r>
    </w:p>
    <w:p>
      <w:pPr>
        <w:jc w:val="right"/>
      </w:pPr>
      <w:r>
        <w:t>آپ کو پتہ ہے کہ پاکستان</w:t>
      </w:r>
    </w:p>
    <w:p>
      <w:r>
        <w:rPr>
          <w:b/>
        </w:rPr>
        <w:t xml:space="preserve">[24:19] </w:t>
      </w:r>
      <w:r>
        <w:t>mein aap ko pata hai ke kashmir mein mazhabi hukumat ki tareekhein chalai gayi nizam e mustafa islami hukumat</w:t>
      </w:r>
    </w:p>
    <w:p>
      <w:pPr>
        <w:jc w:val="right"/>
      </w:pPr>
      <w:r>
        <w:t>میں آپ کو پتہ ہے کہ کشمیر میں مذہبی حکومت کی تاریخیں چلائی گئی نظام مصطفی اسلامی حکومت</w:t>
      </w:r>
    </w:p>
    <w:p>
      <w:r>
        <w:rPr>
          <w:b/>
        </w:rPr>
        <w:t xml:space="preserve">[24:26] </w:t>
      </w:r>
      <w:r>
        <w:t>islami khilafat lekin bilkul fail ho gayi kyunke woh allah ke scheme ke khilaf thi</w:t>
      </w:r>
    </w:p>
    <w:p>
      <w:pPr>
        <w:jc w:val="right"/>
      </w:pPr>
      <w:r>
        <w:t>اسلامی خلافت لیکن بالکل فیل ہو گئی کیونکہ وہ اللہ کے اسکیم کے خلاف تھی</w:t>
      </w:r>
    </w:p>
    <w:p>
      <w:r>
        <w:rPr>
          <w:b/>
        </w:rPr>
        <w:t xml:space="preserve">[24:33] </w:t>
      </w:r>
      <w:r>
        <w:t>allah ko yeh manzoori nahi hai ke kashmir mein nizam e mustafa qaim ho</w:t>
      </w:r>
    </w:p>
    <w:p>
      <w:pPr>
        <w:jc w:val="right"/>
      </w:pPr>
      <w:r>
        <w:t>اللہ کو یہ منظوری نہیں ہے کہ کشمیر میں نظام مصطفی قائم ہو</w:t>
      </w:r>
    </w:p>
    <w:p>
      <w:r>
        <w:rPr>
          <w:b/>
        </w:rPr>
        <w:t xml:space="preserve">[24:38] </w:t>
      </w:r>
      <w:r>
        <w:t>nizam e mustafa to ek ek innovation hai ek ek mubtadaana concept hai nizam e mustafa kisi cheez ka naam</w:t>
      </w:r>
    </w:p>
    <w:p>
      <w:pPr>
        <w:jc w:val="right"/>
      </w:pPr>
      <w:r>
        <w:t>نظام مصطفی تو ایک ایک انویشن ہے ایک ایک مبتداانہ کانسپٹ ہے نظام مصطفی کسی چیز کا نام</w:t>
      </w:r>
    </w:p>
    <w:p>
      <w:r>
        <w:rPr>
          <w:b/>
        </w:rPr>
        <w:t xml:space="preserve">[24:48] </w:t>
      </w:r>
      <w:r>
        <w:t>nahi to allah taala ne aisa compulsion create kiya is area mein ke wahan par</w:t>
      </w:r>
    </w:p>
    <w:p>
      <w:pPr>
        <w:jc w:val="right"/>
      </w:pPr>
      <w:r>
        <w:t>نہیں تو اللہ تعالی نے ایسا کمپشن کرییٹ کیا اس ایریا میں کہ وہاں پر</w:t>
      </w:r>
    </w:p>
    <w:p>
      <w:r>
        <w:rPr>
          <w:b/>
        </w:rPr>
        <w:t xml:space="preserve">[24:58] </w:t>
      </w:r>
      <w:r>
        <w:t>mazhabi hukumat na bane</w:t>
      </w:r>
    </w:p>
    <w:p>
      <w:pPr>
        <w:jc w:val="right"/>
      </w:pPr>
      <w:r>
        <w:t>مذہبی حکومت نہ بنے</w:t>
      </w:r>
    </w:p>
    <w:p>
      <w:r>
        <w:rPr>
          <w:b/>
        </w:rPr>
        <w:t xml:space="preserve">[25:01] </w:t>
      </w:r>
      <w:r>
        <w:t>mazhabi hukumat na bane kashmir mein</w:t>
      </w:r>
    </w:p>
    <w:p>
      <w:pPr>
        <w:jc w:val="right"/>
      </w:pPr>
      <w:r>
        <w:t>مذہبی حکومت نہ بنے کشمیر میں</w:t>
      </w:r>
    </w:p>
    <w:p>
      <w:r>
        <w:rPr>
          <w:b/>
        </w:rPr>
        <w:t xml:space="preserve">[25:04] </w:t>
      </w:r>
      <w:r>
        <w:t>aur wahan par is usool ke mutabiq hukumat bane jis ko rasool allah ne farmaya tha ke kama</w:t>
      </w:r>
    </w:p>
    <w:p>
      <w:pPr>
        <w:jc w:val="right"/>
      </w:pPr>
      <w:r>
        <w:t>اور وہاں پر اس اصول کے مطابق حکومت بنے جس کو رسول اللہ نے فرمایا تھا کہ کما</w:t>
      </w:r>
    </w:p>
    <w:p>
      <w:r>
        <w:rPr>
          <w:b/>
        </w:rPr>
        <w:t xml:space="preserve">[25:10] </w:t>
      </w:r>
      <w:r>
        <w:t>takun kadhalik yani</w:t>
      </w:r>
    </w:p>
    <w:p>
      <w:pPr>
        <w:jc w:val="right"/>
      </w:pPr>
      <w:r>
        <w:t>تکون کذلک یعنی</w:t>
      </w:r>
    </w:p>
    <w:p>
      <w:r>
        <w:rPr>
          <w:b/>
        </w:rPr>
        <w:t xml:space="preserve">[25:14] </w:t>
      </w:r>
      <w:r>
        <w:t>society se emerge kare yani democratic way mein</w:t>
      </w:r>
    </w:p>
    <w:p>
      <w:pPr>
        <w:jc w:val="right"/>
      </w:pPr>
      <w:r>
        <w:t>سوسائٹی سے ایمرج کرے یعنی ڈیموکریٹک وے میں</w:t>
      </w:r>
    </w:p>
    <w:p>
      <w:r>
        <w:rPr>
          <w:b/>
        </w:rPr>
        <w:t xml:space="preserve">[25:20] </w:t>
      </w:r>
      <w:r>
        <w:t>society se emerge karne ka matlab kya hai</w:t>
      </w:r>
    </w:p>
    <w:p>
      <w:pPr>
        <w:jc w:val="right"/>
      </w:pPr>
      <w:r>
        <w:t>سوسائٹی سے ایمرج کرنے کا مطلب کیا ہے</w:t>
      </w:r>
    </w:p>
    <w:p>
      <w:r>
        <w:rPr>
          <w:b/>
        </w:rPr>
        <w:t xml:space="preserve">[25:25] </w:t>
      </w:r>
      <w:r>
        <w:t>democratic way mein hukumat ka banna</w:t>
      </w:r>
    </w:p>
    <w:p>
      <w:pPr>
        <w:jc w:val="right"/>
      </w:pPr>
      <w:r>
        <w:t>ڈیموکریٹک وے میں حکومت کا بننا</w:t>
      </w:r>
    </w:p>
    <w:p>
      <w:r>
        <w:rPr>
          <w:b/>
        </w:rPr>
        <w:t xml:space="preserve">[25:30] </w:t>
      </w:r>
      <w:r>
        <w:t>to yeh hai kashmir ka ka mamla to mein samajhta hoon ke kashmirioun ko is rate afwaal ko</w:t>
      </w:r>
    </w:p>
    <w:p>
      <w:pPr>
        <w:jc w:val="right"/>
      </w:pPr>
      <w:r>
        <w:t>تو یہ ہے کشمیر کا کا معاملہ تو میں سمجھتا ہوں کہ کشمیریوں کو اس ریٹ افوال کو</w:t>
      </w:r>
    </w:p>
    <w:p>
      <w:r>
        <w:rPr>
          <w:b/>
        </w:rPr>
        <w:t xml:space="preserve">[25:40] </w:t>
      </w:r>
      <w:r>
        <w:t>parhna chahiye is rate inwaal ko parhna chahiye ke Allah taala ko yeh manzoor manzoor manzoor nahi hai</w:t>
      </w:r>
    </w:p>
    <w:p>
      <w:pPr>
        <w:jc w:val="right"/>
      </w:pPr>
      <w:r>
        <w:t>پڑھنا چاہیے اس ریٹ انوال کو پڑھنا چاہیے کہ اللہ تعالی کو یہ منظور منظور منظور نہیں ہے</w:t>
      </w:r>
    </w:p>
    <w:p>
      <w:r>
        <w:rPr>
          <w:b/>
        </w:rPr>
        <w:t xml:space="preserve">[25:51] </w:t>
      </w:r>
      <w:r>
        <w:t>jis tarah Iran mein aur Pakistan mein</w:t>
      </w:r>
    </w:p>
    <w:p>
      <w:pPr>
        <w:jc w:val="right"/>
      </w:pPr>
      <w:r>
        <w:t>جس طرح ایران میں اور پاکستان میں</w:t>
      </w:r>
    </w:p>
    <w:p>
      <w:r>
        <w:rPr>
          <w:b/>
        </w:rPr>
        <w:t xml:space="preserve">[25:57] </w:t>
      </w:r>
      <w:r>
        <w:t>mazhabi hukoomatein qaim hui woh Allah taala manzoor nahi Kashmir mein</w:t>
      </w:r>
    </w:p>
    <w:p>
      <w:pPr>
        <w:jc w:val="right"/>
      </w:pPr>
      <w:r>
        <w:t>مذہبی حکومتیں قائم ہوئی وہ اللہ تعالی منظور نہیں کشمیر میں</w:t>
      </w:r>
    </w:p>
    <w:p>
      <w:r>
        <w:rPr>
          <w:b/>
        </w:rPr>
        <w:t xml:space="preserve">[26:04] </w:t>
      </w:r>
      <w:r>
        <w:t>manzoor nahi hai Allah taala ka manzoor Kashmir</w:t>
      </w:r>
    </w:p>
    <w:p>
      <w:pPr>
        <w:jc w:val="right"/>
      </w:pPr>
      <w:r>
        <w:t>منظور نہیں ہے اللہ تعالی کا منظور کشمیر</w:t>
      </w:r>
    </w:p>
    <w:p>
      <w:r>
        <w:rPr>
          <w:b/>
        </w:rPr>
        <w:t xml:space="preserve">[26:07] </w:t>
      </w:r>
      <w:r>
        <w:t>is is system ka model bane</w:t>
      </w:r>
    </w:p>
    <w:p>
      <w:pPr>
        <w:jc w:val="right"/>
      </w:pPr>
      <w:r>
        <w:t>اس اس سسٹم کا ماڈل بنے</w:t>
      </w:r>
    </w:p>
    <w:p>
      <w:r>
        <w:rPr>
          <w:b/>
        </w:rPr>
        <w:t xml:space="preserve">[26:14] </w:t>
      </w:r>
      <w:r>
        <w:t>jo system Allah taala chahte hain dunya mein aur jo sare jhagron ke ko khatam karne wala hai</w:t>
      </w:r>
    </w:p>
    <w:p>
      <w:pPr>
        <w:jc w:val="right"/>
      </w:pPr>
      <w:r>
        <w:t>جو سسٹم اللہ تعالی چاہتے ہیں دنیا میں اور جو سارے جھگڑوں کے کو ختم کرنے والا ہے</w:t>
      </w:r>
    </w:p>
    <w:p>
      <w:r>
        <w:rPr>
          <w:b/>
        </w:rPr>
        <w:t xml:space="preserve">[26:21] </w:t>
      </w:r>
      <w:r>
        <w:t>to Kashmir is system ka model bane</w:t>
      </w:r>
    </w:p>
    <w:p>
      <w:pPr>
        <w:jc w:val="right"/>
      </w:pPr>
      <w:r>
        <w:t>تو کشمیر اس سسٹم کا ماڈل بنے</w:t>
      </w:r>
    </w:p>
    <w:p>
      <w:r>
        <w:rPr>
          <w:b/>
        </w:rPr>
        <w:t xml:space="preserve">[26:25] </w:t>
      </w:r>
      <w:r>
        <w:t>yani mazhab ke bare mein</w:t>
      </w:r>
    </w:p>
    <w:p>
      <w:pPr>
        <w:jc w:val="right"/>
      </w:pPr>
      <w:r>
        <w:t>یعنی مذہب کے بارے میں</w:t>
      </w:r>
    </w:p>
    <w:p>
      <w:r>
        <w:rPr>
          <w:b/>
        </w:rPr>
        <w:t xml:space="preserve">[26:30] </w:t>
      </w:r>
      <w:r>
        <w:t>individual individual choice hukumat ke bare mein democratic choice is ka model bane aur phir dunya ko rasta</w:t>
      </w:r>
    </w:p>
    <w:p>
      <w:pPr>
        <w:jc w:val="right"/>
      </w:pPr>
      <w:r>
        <w:t>انڈیویجول انڈیویجول چوائس حکومت کے بارے میں ڈیموکریٹک چوائس اس کا ماڈل بنے اور پھر دنیا کو راستہ</w:t>
      </w:r>
    </w:p>
    <w:p>
      <w:r>
        <w:rPr>
          <w:b/>
        </w:rPr>
        <w:t xml:space="preserve">[26:40] </w:t>
      </w:r>
      <w:r>
        <w:t>dikhaye Kashmir Kashmir sari dunya ke liye ek ek</w:t>
      </w:r>
    </w:p>
    <w:p>
      <w:pPr>
        <w:jc w:val="right"/>
      </w:pPr>
      <w:r>
        <w:t>دکھائے کشمیر کشمیر ساری دنیا کے لیے ایک ایک</w:t>
      </w:r>
    </w:p>
    <w:p>
      <w:r>
        <w:rPr>
          <w:b/>
        </w:rPr>
        <w:t xml:space="preserve">[26:47] </w:t>
      </w:r>
      <w:r>
        <w:t>woh ban sakta hai roshni ka minar</w:t>
      </w:r>
    </w:p>
    <w:p>
      <w:pPr>
        <w:jc w:val="right"/>
      </w:pPr>
      <w:r>
        <w:t>وہ بن سکتا ہے روشنی کا مینار</w:t>
      </w:r>
    </w:p>
    <w:p>
      <w:r>
        <w:rPr>
          <w:b/>
        </w:rPr>
        <w:t xml:space="preserve">[26:53] </w:t>
      </w:r>
      <w:r>
        <w:t>sari dunya ke liye kyunke poori dunya mein isi masle par jhagre hain abhi tak kisi ko pata</w:t>
      </w:r>
    </w:p>
    <w:p>
      <w:pPr>
        <w:jc w:val="right"/>
      </w:pPr>
      <w:r>
        <w:t>ساری دنیا کے لیے کیونکہ پوری دنیا میں اسی مسئلے پر جھگڑے ہیں ابھی تک کسی کو پتہ</w:t>
      </w:r>
    </w:p>
    <w:p>
      <w:r>
        <w:rPr>
          <w:b/>
        </w:rPr>
        <w:t xml:space="preserve">[26:59] </w:t>
      </w:r>
      <w:r>
        <w:t>nahi ke individual taqaze aur social taqaze mein kis tarah coordination laya jaye coordination is ka kisi</w:t>
      </w:r>
    </w:p>
    <w:p>
      <w:pPr>
        <w:jc w:val="right"/>
      </w:pPr>
      <w:r>
        <w:t>نہیں کہ انڈیویجول تقاضے اور سوشل تقاضے میں کس طریقے سے کوارڈینیشن لایا جائے کوارڈینیشن اس کا کسی</w:t>
      </w:r>
    </w:p>
    <w:p>
      <w:r>
        <w:rPr>
          <w:b/>
        </w:rPr>
        <w:t xml:space="preserve">[27:08] </w:t>
      </w:r>
      <w:r>
        <w:t>ko pata nahi</w:t>
      </w:r>
    </w:p>
    <w:p>
      <w:pPr>
        <w:jc w:val="right"/>
      </w:pPr>
      <w:r>
        <w:t>کو پتہ نہیں</w:t>
      </w:r>
    </w:p>
    <w:p>
      <w:r>
        <w:rPr>
          <w:b/>
        </w:rPr>
        <w:t xml:space="preserve">[27:11] </w:t>
      </w:r>
      <w:r>
        <w:t>Europe mein kaha gaya tha ke separation</w:t>
      </w:r>
    </w:p>
    <w:p>
      <w:pPr>
        <w:jc w:val="right"/>
      </w:pPr>
      <w:r>
        <w:t>یورپ میں کہا گیا تھا کہ سیپریشن</w:t>
      </w:r>
    </w:p>
    <w:p>
      <w:r>
        <w:rPr>
          <w:b/>
        </w:rPr>
        <w:t xml:space="preserve">[27:15] </w:t>
      </w:r>
      <w:r>
        <w:t>mazhab aur sad ka separation di solution</w:t>
      </w:r>
    </w:p>
    <w:p>
      <w:pPr>
        <w:jc w:val="right"/>
      </w:pPr>
      <w:r>
        <w:t>مذہب اور ساد کا سیپریشن دی سولیوشن</w:t>
      </w:r>
    </w:p>
    <w:p>
      <w:r>
        <w:rPr>
          <w:b/>
        </w:rPr>
        <w:t xml:space="preserve">[27:20] </w:t>
      </w:r>
      <w:r>
        <w:t>separation ek bohat hi objectionable word hai is par kabhi insan ka zamir razi nahi hoga</w:t>
      </w:r>
    </w:p>
    <w:p>
      <w:pPr>
        <w:jc w:val="right"/>
      </w:pPr>
      <w:r>
        <w:t>سیپریشن ایک بہت ہی ابجیکٹو ابجیکشنبل ورڈ ہے اس پر کبھی انسان کا ضمیر راضی نہیں ہوگا</w:t>
      </w:r>
    </w:p>
    <w:p>
      <w:r>
        <w:rPr>
          <w:b/>
        </w:rPr>
        <w:t xml:space="preserve">[27:29] </w:t>
      </w:r>
      <w:r>
        <w:t>to mazhab ko sara to alag kar do yeh koi solution nahi hai</w:t>
      </w:r>
    </w:p>
    <w:p>
      <w:pPr>
        <w:jc w:val="right"/>
      </w:pPr>
      <w:r>
        <w:t>تو مذہب کو سارا تو الگ کر دو یہ کوئی سولیوشن نہیں ہے</w:t>
      </w:r>
    </w:p>
    <w:p>
      <w:r>
        <w:rPr>
          <w:b/>
        </w:rPr>
        <w:t xml:space="preserve">[27:36] </w:t>
      </w:r>
      <w:r>
        <w:t>sahi solution woh hai jo Islam ne chaha tha ke mazhab personal choice aur hukumat social choice</w:t>
      </w:r>
    </w:p>
    <w:p>
      <w:pPr>
        <w:jc w:val="right"/>
      </w:pPr>
      <w:r>
        <w:t>صحیح سولیوشن وہ ہے جو اسلام نے چاہا تھا کہ مذہب پرسنل چوائس اور حکومت سوشل چوائس</w:t>
      </w:r>
    </w:p>
    <w:p>
      <w:r>
        <w:rPr>
          <w:b/>
        </w:rPr>
        <w:t xml:space="preserve">[27:46] </w:t>
      </w:r>
      <w:r>
        <w:t>to dedh hazar saal beet gaye aur yeh cheez process ke roop mein chal rahi thi jaisa ke</w:t>
      </w:r>
    </w:p>
    <w:p>
      <w:pPr>
        <w:jc w:val="right"/>
      </w:pPr>
      <w:r>
        <w:t>تو ڈیڑھ ہزار سال بیت گئے اور یہ چیز پراسیس کے روپ میں چل رہی تھی جیسا کہ</w:t>
      </w:r>
    </w:p>
    <w:p>
      <w:r>
        <w:rPr>
          <w:b/>
        </w:rPr>
        <w:t xml:space="preserve">[27:55] </w:t>
      </w:r>
      <w:r>
        <w:t>mein ne kaha ke Islam jo inqilab lana chahta hai is mein kuch cheezein aisi hain jo process</w:t>
      </w:r>
    </w:p>
    <w:p>
      <w:pPr>
        <w:jc w:val="right"/>
      </w:pPr>
      <w:r>
        <w:t>میں نے کہا کہ اسلام جو انقلاب لانا چاہتا ہے اس میں کچھ چیزیں ایسی ہیں جو پراسیس</w:t>
      </w:r>
    </w:p>
    <w:p>
      <w:r>
        <w:rPr>
          <w:b/>
        </w:rPr>
        <w:t xml:space="preserve">[28:03] </w:t>
      </w:r>
      <w:r>
        <w:t>ke roop mein chal rahi hain</w:t>
      </w:r>
    </w:p>
    <w:p>
      <w:pPr>
        <w:jc w:val="right"/>
      </w:pPr>
      <w:r>
        <w:t>کے روپ میں چل رہی ہیں</w:t>
      </w:r>
    </w:p>
    <w:p>
      <w:r>
        <w:rPr>
          <w:b/>
        </w:rPr>
        <w:t xml:space="preserve">[28:05] </w:t>
      </w:r>
      <w:r>
        <w:t>woh achaanak nahi ho nahi sakti</w:t>
      </w:r>
    </w:p>
    <w:p>
      <w:pPr>
        <w:jc w:val="right"/>
      </w:pPr>
      <w:r>
        <w:t>وہ اچانک نہیں ہو نہیں سکتی</w:t>
      </w:r>
    </w:p>
    <w:p>
      <w:r>
        <w:rPr>
          <w:b/>
        </w:rPr>
        <w:t xml:space="preserve">[28:08] </w:t>
      </w:r>
      <w:r>
        <w:t>achaanak nahi ho sakti</w:t>
      </w:r>
    </w:p>
    <w:p>
      <w:pPr>
        <w:jc w:val="right"/>
      </w:pPr>
      <w:r>
        <w:t>اچانک نہیں ہو سکتی</w:t>
      </w:r>
    </w:p>
    <w:p>
      <w:r>
        <w:rPr>
          <w:b/>
        </w:rPr>
        <w:t xml:space="preserve">[28:12] </w:t>
      </w:r>
      <w:r>
        <w:t>ke yeh process ke roop mein chal raha tha</w:t>
      </w:r>
    </w:p>
    <w:p>
      <w:pPr>
        <w:jc w:val="right"/>
      </w:pPr>
      <w:r>
        <w:t>کہ یہ پراسیس کے روپ میں چل رہا تھا</w:t>
      </w:r>
    </w:p>
    <w:p>
      <w:r>
        <w:rPr>
          <w:b/>
        </w:rPr>
        <w:t xml:space="preserve">[28:17] </w:t>
      </w:r>
      <w:r>
        <w:t>process ka matlab yeh hai dekhiye</w:t>
      </w:r>
    </w:p>
    <w:p>
      <w:pPr>
        <w:jc w:val="right"/>
      </w:pPr>
      <w:r>
        <w:t>پراسیس کا مطلب یہ ہے دیکھیے</w:t>
      </w:r>
    </w:p>
    <w:p>
      <w:r>
        <w:rPr>
          <w:b/>
        </w:rPr>
        <w:t xml:space="preserve">[28:20] </w:t>
      </w:r>
      <w:r>
        <w:t>ke pehle sab se pehle madine mein khilafat qaim hui</w:t>
      </w:r>
    </w:p>
    <w:p>
      <w:pPr>
        <w:jc w:val="right"/>
      </w:pPr>
      <w:r>
        <w:t>کہ پہلے سب سے پہلے مدینہ میں خلافت قائم ہوئی</w:t>
      </w:r>
    </w:p>
    <w:p>
      <w:r>
        <w:rPr>
          <w:b/>
        </w:rPr>
        <w:t xml:space="preserve">[28:26] </w:t>
      </w:r>
      <w:r>
        <w:t>khilafat lekin log lad jhagad gaye woh qaim nahi rahi phir phir kya aaya</w:t>
      </w:r>
    </w:p>
    <w:p>
      <w:pPr>
        <w:jc w:val="right"/>
      </w:pPr>
      <w:r>
        <w:t>خلافت لیکن لوگ لڑ جھگڑ گئے وہ قائم نہیں رہی پھر پھر کیا ایا</w:t>
      </w:r>
    </w:p>
    <w:p>
      <w:r>
        <w:rPr>
          <w:b/>
        </w:rPr>
        <w:t xml:space="preserve">[28:34] </w:t>
      </w:r>
      <w:r>
        <w:t>is ke baad dynasty aayi toh dynasty bohat din chalti rahi lekin dynasty jo hai perfect choice nahi</w:t>
      </w:r>
    </w:p>
    <w:p>
      <w:pPr>
        <w:jc w:val="right"/>
      </w:pPr>
      <w:r>
        <w:t>اس کے بعد ڈائنسٹی ائی تو ڈائنسٹی بہت دن چلتی رہی لیکن ڈائنسٹی جو ہے پرفیکٹ چوائس نہیں</w:t>
      </w:r>
    </w:p>
    <w:p>
      <w:r>
        <w:rPr>
          <w:b/>
        </w:rPr>
        <w:t xml:space="preserve">[28:42] </w:t>
      </w:r>
      <w:r>
        <w:t>thi dynasty jo thi woh agarche chali is ke baad bohat din tak perfect choice nahi thi perfect</w:t>
      </w:r>
    </w:p>
    <w:p>
      <w:pPr>
        <w:jc w:val="right"/>
      </w:pPr>
      <w:r>
        <w:t>تھی ڈائنسٹی جو تھی وہ اگرچہ چلی اس کے بعد بہت دن تک پرفیکٹ چوائس نہیں تھی پرفیکٹ</w:t>
      </w:r>
    </w:p>
    <w:p>
      <w:r>
        <w:rPr>
          <w:b/>
        </w:rPr>
        <w:t xml:space="preserve">[28:50] </w:t>
      </w:r>
      <w:r>
        <w:t>choice jo hai woh ek aisa system jis mein mazhab logon ke liye personal choice ho aur hukumat</w:t>
      </w:r>
    </w:p>
    <w:p>
      <w:pPr>
        <w:jc w:val="right"/>
      </w:pPr>
      <w:r>
        <w:t>چوائس جو ہے وہ ایک ایسا سسٹم جس میں مذہب لوگوں کے لیے پرسنل چوائس ہو اور حکومت</w:t>
      </w:r>
    </w:p>
    <w:p>
      <w:r>
        <w:rPr>
          <w:b/>
        </w:rPr>
        <w:t xml:space="preserve">[28:58] </w:t>
      </w:r>
      <w:r>
        <w:t>logon ke liye social choice ho ya democratic choice ho yeh yeh hai model asal model toh sahi</w:t>
      </w:r>
    </w:p>
    <w:p>
      <w:pPr>
        <w:jc w:val="right"/>
      </w:pPr>
      <w:r>
        <w:t>لوگوں کے لیے سوشل چوائس ہو یا ڈیموکریٹک چوائس ہو یہ یہ ہے ماڈل اصل ماڈل تو صحیح</w:t>
      </w:r>
    </w:p>
    <w:p>
      <w:r>
        <w:rPr>
          <w:b/>
        </w:rPr>
        <w:t xml:space="preserve">[29:07] </w:t>
      </w:r>
      <w:r>
        <w:t>maano mein dekhein toh yeh jo divine model hai kabhi qaim hi nahi hua ek idea ke taur</w:t>
      </w:r>
    </w:p>
    <w:p>
      <w:pPr>
        <w:jc w:val="right"/>
      </w:pPr>
      <w:r>
        <w:t>معنوں میں دیکھیں تو یہ جو ڈیوائن ماڈل ہے کبھی قائم ہی نہیں ہوا ایک ائیڈیا کے طور</w:t>
      </w:r>
    </w:p>
    <w:p>
      <w:r>
        <w:rPr>
          <w:b/>
        </w:rPr>
        <w:t xml:space="preserve">[29:14] </w:t>
      </w:r>
      <w:r>
        <w:t>par raha hua</w:t>
      </w:r>
    </w:p>
    <w:p>
      <w:pPr>
        <w:jc w:val="right"/>
      </w:pPr>
      <w:r>
        <w:t>پر رہا ہوا</w:t>
      </w:r>
    </w:p>
    <w:p>
      <w:r>
        <w:rPr>
          <w:b/>
        </w:rPr>
        <w:t xml:space="preserve">[29:16] </w:t>
      </w:r>
      <w:r>
        <w:t>ek idea kashmir mein allah taala ne aise halaat qaim aise halaat paida kiye hain</w:t>
      </w:r>
    </w:p>
    <w:p>
      <w:pPr>
        <w:jc w:val="right"/>
      </w:pPr>
      <w:r>
        <w:t>ایک ائیڈیا کشمیر میں اللہ تعالی نے ایسے حالات قائم ایسے حالات پیدا کیے ہیں</w:t>
      </w:r>
    </w:p>
    <w:p>
      <w:r>
        <w:rPr>
          <w:b/>
        </w:rPr>
        <w:t xml:space="preserve">[29:25] </w:t>
      </w:r>
      <w:r>
        <w:t>kashmir mein jo hua ke kashmir</w:t>
      </w:r>
    </w:p>
    <w:p>
      <w:pPr>
        <w:jc w:val="right"/>
      </w:pPr>
      <w:r>
        <w:t>کشمیر میں جو ہوا کہ کشمیر</w:t>
      </w:r>
    </w:p>
    <w:p>
      <w:r>
        <w:rPr>
          <w:b/>
        </w:rPr>
        <w:t xml:space="preserve">[29:29] </w:t>
      </w:r>
      <w:r>
        <w:t>india ka part nahi bana aur pakistan ka part nahi bana bohat anokhi baat hai ke kashmir na</w:t>
      </w:r>
    </w:p>
    <w:p>
      <w:pPr>
        <w:jc w:val="right"/>
      </w:pPr>
      <w:r>
        <w:t>انڈیا کا پارٹ نہیں بنا اور پاکستان کا پارٹ نہیں بنا بہت انوکھی بات ہے کہ کشمیر نہ</w:t>
      </w:r>
    </w:p>
    <w:p>
      <w:r>
        <w:rPr>
          <w:b/>
        </w:rPr>
        <w:t xml:space="preserve">[29:35] </w:t>
      </w:r>
      <w:r>
        <w:t>toh pakistan ka part bana na india ka part bana beech mein in between reh gaya woh</w:t>
      </w:r>
    </w:p>
    <w:p>
      <w:pPr>
        <w:jc w:val="right"/>
      </w:pPr>
      <w:r>
        <w:t>تو پاکستان کا پارٹ بنا نہ انڈیا کا پارٹ بنا بیچ میں ان بٹوین رہ گیا وہ</w:t>
      </w:r>
    </w:p>
    <w:p>
      <w:r>
        <w:rPr>
          <w:b/>
        </w:rPr>
        <w:t xml:space="preserve">[29:42] </w:t>
      </w:r>
      <w:r>
        <w:t>yeh sochiye ke aisa kyun hua ke kashmir na toh pakistan ka part bana</w:t>
      </w:r>
    </w:p>
    <w:p>
      <w:pPr>
        <w:jc w:val="right"/>
      </w:pPr>
      <w:r>
        <w:t>یہ سوچیے کہ ایسا کیوں ہوا کہ کشمیر نہ تو پاکستان کا پارٹ بنا</w:t>
      </w:r>
    </w:p>
    <w:p>
      <w:r>
        <w:rPr>
          <w:b/>
        </w:rPr>
        <w:t xml:space="preserve">[29:48] </w:t>
      </w:r>
      <w:r>
        <w:t>aur na india ka part bana aur na azaad kashmir bana in teeno option mein se koi option</w:t>
      </w:r>
    </w:p>
    <w:p>
      <w:pPr>
        <w:jc w:val="right"/>
      </w:pPr>
      <w:r>
        <w:t>اور نہ انڈیا کا پارٹ بنا اور نہ ازاد کشمیر بنا ان تینوں اپشن میں سے کوئی اپشن</w:t>
      </w:r>
    </w:p>
    <w:p>
      <w:r>
        <w:rPr>
          <w:b/>
        </w:rPr>
        <w:t xml:space="preserve">[29:54] </w:t>
      </w:r>
      <w:r>
        <w:t>nahi hua azaad kashmir</w:t>
      </w:r>
    </w:p>
    <w:p>
      <w:pPr>
        <w:jc w:val="right"/>
      </w:pPr>
      <w:r>
        <w:t>نہیں ہوا ازاد کشمیر</w:t>
      </w:r>
    </w:p>
    <w:p>
      <w:r>
        <w:rPr>
          <w:b/>
        </w:rPr>
        <w:t xml:space="preserve">[29:58] </w:t>
      </w:r>
      <w:r>
        <w:t>pakistani kashmir indian kashmir teeno hi mein jhagda pada raha</w:t>
      </w:r>
    </w:p>
    <w:p>
      <w:pPr>
        <w:jc w:val="right"/>
      </w:pPr>
      <w:r>
        <w:t>پاکستانی کشمیر انڈین کشمیر تینوں ہی میں جھگڑا پڑا رہا</w:t>
      </w:r>
    </w:p>
    <w:p>
      <w:r>
        <w:rPr>
          <w:b/>
        </w:rPr>
        <w:t xml:space="preserve">[30:06] </w:t>
      </w:r>
      <w:r>
        <w:t>yeh is liye tha ke kashmir ke log sochein</w:t>
      </w:r>
    </w:p>
    <w:p>
      <w:pPr>
        <w:jc w:val="right"/>
      </w:pPr>
      <w:r>
        <w:t>یہ اس لیے تھا کہ کشمیر کے لوگ سوچیں</w:t>
      </w:r>
    </w:p>
    <w:p>
      <w:r>
        <w:rPr>
          <w:b/>
        </w:rPr>
        <w:t xml:space="preserve">[30:10] </w:t>
      </w:r>
      <w:r>
        <w:t>ke aisa kyun ho raha</w:t>
      </w:r>
    </w:p>
    <w:p>
      <w:pPr>
        <w:jc w:val="right"/>
      </w:pPr>
      <w:r>
        <w:t>کہ ایسا کیوں ہو رہا</w:t>
      </w:r>
    </w:p>
    <w:p>
      <w:r>
        <w:rPr>
          <w:b/>
        </w:rPr>
        <w:t xml:space="preserve">[30:12] </w:t>
      </w:r>
      <w:r>
        <w:t>yeh jab aakhri taur par jab settle hoga toh yeh kashmiriyon ke raaye se hoga upar se impose</w:t>
      </w:r>
    </w:p>
    <w:p>
      <w:pPr>
        <w:jc w:val="right"/>
      </w:pPr>
      <w:r>
        <w:t>یہ جب اخری طور پر جب سیٹل ہوگا تو یہ کشمیریوں کے رائے سے ہوگا اوپر سے پوز</w:t>
      </w:r>
    </w:p>
    <w:p>
      <w:r>
        <w:rPr>
          <w:b/>
        </w:rPr>
        <w:t xml:space="preserve">[30:19] </w:t>
      </w:r>
      <w:r>
        <w:t>nahi kar sakte aap na nations kar sakti</w:t>
      </w:r>
    </w:p>
    <w:p>
      <w:pPr>
        <w:jc w:val="right"/>
      </w:pPr>
      <w:r>
        <w:t>نہیں کر سکتے اپ نہ نیشنز کر سکتی</w:t>
      </w:r>
    </w:p>
    <w:p>
      <w:r>
        <w:rPr>
          <w:b/>
        </w:rPr>
        <w:t xml:space="preserve">[30:23] </w:t>
      </w:r>
      <w:r>
        <w:t>na nations kar sakti na india kar sakta na pakistan kar sakta</w:t>
      </w:r>
    </w:p>
    <w:p>
      <w:pPr>
        <w:jc w:val="right"/>
      </w:pPr>
      <w:r>
        <w:t>نہ نیشنز کر سکتی نہ انڈیا کر سکتا نہ پاکستان کر سکتا</w:t>
      </w:r>
    </w:p>
    <w:p>
      <w:r>
        <w:rPr>
          <w:b/>
        </w:rPr>
        <w:t xml:space="preserve">[30:28] </w:t>
      </w:r>
      <w:r>
        <w:t>jo yeh model hai is model ko kashmir mein qaim karna yeh kashmiriun ke apne</w:t>
      </w:r>
    </w:p>
    <w:p>
      <w:pPr>
        <w:jc w:val="right"/>
      </w:pPr>
      <w:r>
        <w:t>جو یہ ماڈل ہے اس ماڈل کو کشمیر میں قائم کرنا یہ کشمیریوں کے اپنے</w:t>
      </w:r>
    </w:p>
    <w:p>
      <w:r>
        <w:rPr>
          <w:b/>
        </w:rPr>
        <w:t xml:space="preserve">[30:35] </w:t>
      </w:r>
      <w:r>
        <w:t>determination hoga yeh na to pakistan qaim kar sakta na india qaim kar sakta</w:t>
      </w:r>
    </w:p>
    <w:p>
      <w:pPr>
        <w:jc w:val="right"/>
      </w:pPr>
      <w:r>
        <w:t>ڈیٹرمینیشنز ہوگا یہ نہ تو پاکستان قائم کر سکتا نہ انڈیا قائم کر سکتا</w:t>
      </w:r>
    </w:p>
    <w:p>
      <w:r>
        <w:rPr>
          <w:b/>
        </w:rPr>
        <w:t xml:space="preserve">[30:44] </w:t>
      </w:r>
      <w:r>
        <w:t>na united nations qaim kar sakti</w:t>
      </w:r>
    </w:p>
    <w:p>
      <w:pPr>
        <w:jc w:val="right"/>
      </w:pPr>
      <w:r>
        <w:t>نہ یونائٹ نیشنز قائم کر سکتی</w:t>
      </w:r>
    </w:p>
    <w:p>
      <w:r>
        <w:rPr>
          <w:b/>
        </w:rPr>
        <w:t xml:space="preserve">[30:47] </w:t>
      </w:r>
      <w:r>
        <w:t>to yeh jo model allah taala ka matloob hai sari dunya mein ek hi place hai sari dunya</w:t>
      </w:r>
    </w:p>
    <w:p>
      <w:pPr>
        <w:jc w:val="right"/>
      </w:pPr>
      <w:r>
        <w:t>تو یہ جو ماڈل اللہ تعالی کا مطلوب ہے ساری دنیا میں ایک ہی پلیس ہے ساری دنیا</w:t>
      </w:r>
    </w:p>
    <w:p>
      <w:r>
        <w:rPr>
          <w:b/>
        </w:rPr>
        <w:t xml:space="preserve">[30:54] </w:t>
      </w:r>
      <w:r>
        <w:t>mein jahan yeh model</w:t>
      </w:r>
    </w:p>
    <w:p>
      <w:pPr>
        <w:jc w:val="right"/>
      </w:pPr>
      <w:r>
        <w:t>میں جہاں یہ ماڈل</w:t>
      </w:r>
    </w:p>
    <w:p>
      <w:r>
        <w:rPr>
          <w:b/>
        </w:rPr>
        <w:t xml:space="preserve">[30:58] </w:t>
      </w:r>
      <w:r>
        <w:t>actualize ho sakta hai</w:t>
      </w:r>
    </w:p>
    <w:p>
      <w:pPr>
        <w:jc w:val="right"/>
      </w:pPr>
      <w:r>
        <w:t>ایکچولائز ہو سکتا ہے</w:t>
      </w:r>
    </w:p>
    <w:p>
      <w:r>
        <w:rPr>
          <w:b/>
        </w:rPr>
        <w:t xml:space="preserve">[31:01] </w:t>
      </w:r>
      <w:r>
        <w:t>mein ne bohat socha bohat socha bohat socha lekin sari dunya mein kahin bhi woh halaat nahi hain</w:t>
      </w:r>
    </w:p>
    <w:p>
      <w:pPr>
        <w:jc w:val="right"/>
      </w:pPr>
      <w:r>
        <w:t>میں نے بہت سوچا بہت سوچا بہت سوچا لیکن ساری دنیا میں کہیں بھی وہ حالات نہیں ہیں</w:t>
      </w:r>
    </w:p>
    <w:p>
      <w:r>
        <w:rPr>
          <w:b/>
        </w:rPr>
        <w:t xml:space="preserve">[31:07] </w:t>
      </w:r>
      <w:r>
        <w:t>jahan yeh model actualize ho</w:t>
      </w:r>
    </w:p>
    <w:p>
      <w:pPr>
        <w:jc w:val="right"/>
      </w:pPr>
      <w:r>
        <w:t>جہاں یہ ماڈل ایکچولائز ہو</w:t>
      </w:r>
    </w:p>
    <w:p>
      <w:r>
        <w:rPr>
          <w:b/>
        </w:rPr>
        <w:t xml:space="preserve">[31:10] </w:t>
      </w:r>
      <w:r>
        <w:t>materialize ho sirf kashmir hai</w:t>
      </w:r>
    </w:p>
    <w:p>
      <w:pPr>
        <w:jc w:val="right"/>
      </w:pPr>
      <w:r>
        <w:t>مٹیریلائز ہو صرف کشمیر ہے</w:t>
      </w:r>
    </w:p>
    <w:p>
      <w:r>
        <w:rPr>
          <w:b/>
        </w:rPr>
        <w:t xml:space="preserve">[31:14] </w:t>
      </w:r>
      <w:r>
        <w:t>ab kashmiriun ko janna hai kyunke final decision kashmir hi lenge na india le sakta na pakistan</w:t>
      </w:r>
    </w:p>
    <w:p>
      <w:pPr>
        <w:jc w:val="right"/>
      </w:pPr>
      <w:r>
        <w:t>اب کشمیریوں کو جاننا ہے کیونکہ فائنل ڈیسیژن کشمیر ہی لیں گے نہ انڈیا لے سکتا نہ پاکستان</w:t>
      </w:r>
    </w:p>
    <w:p>
      <w:r>
        <w:rPr>
          <w:b/>
        </w:rPr>
        <w:t xml:space="preserve">[31:23] </w:t>
      </w:r>
      <w:r>
        <w:t>le sakta aur na UNO le sakta</w:t>
      </w:r>
    </w:p>
    <w:p>
      <w:pPr>
        <w:jc w:val="right"/>
      </w:pPr>
      <w:r>
        <w:t>لے سکتا اور نہ یو این او لے سکتا</w:t>
      </w:r>
    </w:p>
    <w:p>
      <w:r>
        <w:rPr>
          <w:b/>
        </w:rPr>
        <w:t xml:space="preserve">[31:28] </w:t>
      </w:r>
      <w:r>
        <w:t>final decision kashmir legi lekin agar kashmiriun ka ittifaq jaye</w:t>
      </w:r>
    </w:p>
    <w:p>
      <w:pPr>
        <w:jc w:val="right"/>
      </w:pPr>
      <w:r>
        <w:t>فائنل ڈیسیژن کشمیر لے گی لیکن اگر کشمیریوں کا اتفاق جائے</w:t>
      </w:r>
    </w:p>
    <w:p>
      <w:r>
        <w:rPr>
          <w:b/>
        </w:rPr>
        <w:t xml:space="preserve">[31:34] </w:t>
      </w:r>
      <w:r>
        <w:t>to yeh un ke liye jannat jannat ka darwaza hoga</w:t>
      </w:r>
    </w:p>
    <w:p>
      <w:pPr>
        <w:jc w:val="right"/>
      </w:pPr>
      <w:r>
        <w:t>تو یہ ان کے لیے جنت جنت کا دروازہ ہوگا</w:t>
      </w:r>
    </w:p>
    <w:p>
      <w:r>
        <w:rPr>
          <w:b/>
        </w:rPr>
        <w:t xml:space="preserve">[31:39] </w:t>
      </w:r>
      <w:r>
        <w:t>kyun kyun unhon ne khuda ke kaghaz par kaam milaye</w:t>
      </w:r>
    </w:p>
    <w:p>
      <w:pPr>
        <w:jc w:val="right"/>
      </w:pPr>
      <w:r>
        <w:t>کیوں کیوں انہوں نے خدا کے کاغذ پر کام ملائے</w:t>
      </w:r>
    </w:p>
    <w:p>
      <w:r>
        <w:rPr>
          <w:b/>
        </w:rPr>
        <w:t xml:space="preserve">[31:44] </w:t>
      </w:r>
      <w:r>
        <w:t>agar kashmir yeh decision le sake</w:t>
      </w:r>
    </w:p>
    <w:p>
      <w:pPr>
        <w:jc w:val="right"/>
      </w:pPr>
      <w:r>
        <w:t>اگر کشمیر یہ ڈیسیژن لے سکے</w:t>
      </w:r>
    </w:p>
    <w:p>
      <w:r>
        <w:rPr>
          <w:b/>
        </w:rPr>
        <w:t xml:space="preserve">[31:48] </w:t>
      </w:r>
      <w:r>
        <w:t>to unhon ne khuda ke kaghaz mein apna kaghaz milaya khuda ke plan mein aap log shamil kiya</w:t>
      </w:r>
    </w:p>
    <w:p>
      <w:pPr>
        <w:jc w:val="right"/>
      </w:pPr>
      <w:r>
        <w:t>تو انہوں نے خدا کے کاغذ میں اپنا کاغذ ملایا خدا کے پلان میں اپ لوگ شامل کیا</w:t>
      </w:r>
    </w:p>
    <w:p>
      <w:r>
        <w:rPr>
          <w:b/>
        </w:rPr>
        <w:t xml:space="preserve">[31:54] </w:t>
      </w:r>
      <w:r>
        <w:t>to bohat hi bari baat hogi is ke badle mein kashmiriun ko bohat bara credit milega akhirat</w:t>
      </w:r>
    </w:p>
    <w:p>
      <w:pPr>
        <w:jc w:val="right"/>
      </w:pPr>
      <w:r>
        <w:t>تو بہت ہی بڑی بات ہوگی اس کے بدلے میں کشمیریوں کو بہت بڑا کریڈٹ ملے گا اخرت</w:t>
      </w:r>
    </w:p>
    <w:p>
      <w:r>
        <w:rPr>
          <w:b/>
        </w:rPr>
        <w:t xml:space="preserve">[32:01] </w:t>
      </w:r>
      <w:r>
        <w:t>mein dunya mein bhi aur akhirat mein bhi</w:t>
      </w:r>
    </w:p>
    <w:p>
      <w:pPr>
        <w:jc w:val="right"/>
      </w:pPr>
      <w:r>
        <w:t>میں دنیا میں بھی اور اخرت میں بھی</w:t>
      </w:r>
    </w:p>
    <w:p>
      <w:r>
        <w:rPr>
          <w:b/>
        </w:rPr>
        <w:t xml:space="preserve">[32:07] </w:t>
      </w:r>
      <w:r>
        <w:t>to mein samajhta hoon ke ke</w:t>
      </w:r>
    </w:p>
    <w:p>
      <w:pPr>
        <w:jc w:val="right"/>
      </w:pPr>
      <w:r>
        <w:t>تو میں سمجھتا ہوں کہ کہ</w:t>
      </w:r>
    </w:p>
    <w:p>
      <w:r>
        <w:rPr>
          <w:b/>
        </w:rPr>
        <w:t xml:space="preserve">[32:14] </w:t>
      </w:r>
      <w:r>
        <w:t>is baat ko likha jaye aur pamphlet sari gharon mein pohanchaya jaye is ke ilawa kashmir mein ek</w:t>
      </w:r>
    </w:p>
    <w:p>
      <w:pPr>
        <w:jc w:val="right"/>
      </w:pPr>
      <w:r>
        <w:t>اس بات کو لکھا جائے اور پمفلٹ سارے گھروں میں پہنچایا جائے اس کے علاوہ کشمیر میں ایک</w:t>
      </w:r>
    </w:p>
    <w:p>
      <w:r>
        <w:rPr>
          <w:b/>
        </w:rPr>
        <w:t xml:space="preserve">[32:21] </w:t>
      </w:r>
      <w:r>
        <w:t>bari conference ki jaye all kashmir conference</w:t>
      </w:r>
    </w:p>
    <w:p>
      <w:pPr>
        <w:jc w:val="right"/>
      </w:pPr>
      <w:r>
        <w:t>بڑی کانفرنس کی جائے ال کشمیر کانفرنس</w:t>
      </w:r>
    </w:p>
    <w:p>
      <w:r>
        <w:rPr>
          <w:b/>
        </w:rPr>
        <w:t xml:space="preserve">[32:26] </w:t>
      </w:r>
      <w:r>
        <w:t>aur wahan par yeh baat rakhi jaye aur wahan par resolution pass ke taur pass ho ke sari</w:t>
      </w:r>
    </w:p>
    <w:p>
      <w:pPr>
        <w:jc w:val="right"/>
      </w:pPr>
      <w:r>
        <w:t>اور وہاں پر یہ بات رکھی جائے اور وہاں پر ریزولوشن پاس کے طور پاس ہو کہ سارے</w:t>
      </w:r>
    </w:p>
    <w:p>
      <w:r>
        <w:rPr>
          <w:b/>
        </w:rPr>
        <w:t xml:space="preserve">[32:33] </w:t>
      </w:r>
      <w:r>
        <w:t>kashmir is khudai scheme ko mante hain aur is model ko apne haan qaim karne ke liye tayar</w:t>
      </w:r>
    </w:p>
    <w:p>
      <w:pPr>
        <w:jc w:val="right"/>
      </w:pPr>
      <w:r>
        <w:t>کشمیر اس خدائی اسکیم کو مانتے ہیں اور اس ماڈل کو اپنے ہاں قائم کرنے کے لیے تیار</w:t>
      </w:r>
    </w:p>
    <w:p>
      <w:r>
        <w:rPr>
          <w:b/>
        </w:rPr>
        <w:t xml:space="preserve">[32:40] </w:t>
      </w:r>
      <w:r>
        <w:t>hain yani kashmir mein ek all kashmir conference ho wahan par yeh baat kahi jaye aur phir tamam</w:t>
      </w:r>
    </w:p>
    <w:p>
      <w:pPr>
        <w:jc w:val="right"/>
      </w:pPr>
      <w:r>
        <w:t>ہیں یعنی کشمیر میں ایک ال کشمیر کانفرنس ہو وہاں پر یہ بات کہی جائے اور پھر تمام</w:t>
      </w:r>
    </w:p>
    <w:p>
      <w:r>
        <w:rPr>
          <w:b/>
        </w:rPr>
        <w:t xml:space="preserve">[32:49] </w:t>
      </w:r>
      <w:r>
        <w:t>kashmiriun ke consensus se ek tajweez pass ho wahan</w:t>
      </w:r>
    </w:p>
    <w:p>
      <w:pPr>
        <w:jc w:val="right"/>
      </w:pPr>
      <w:r>
        <w:t>کشمیریوں کے کنسنسس سے ایک تجویز پاس ہو وہاں</w:t>
      </w:r>
    </w:p>
    <w:p>
      <w:r>
        <w:rPr>
          <w:b/>
        </w:rPr>
        <w:t xml:space="preserve">[32:56] </w:t>
      </w:r>
      <w:r>
        <w:t>ke hum razi hon hain Allah ki scheme par apne haan materialise karne ke liye</w:t>
      </w:r>
    </w:p>
    <w:p>
      <w:pPr>
        <w:jc w:val="right"/>
      </w:pPr>
      <w:r>
        <w:t>کہ ہم راضی ہوں ہیں اللہ کی اسکیم پر اپنے ہاں مٹیریلائز کرنے کے لیے</w:t>
      </w:r>
    </w:p>
    <w:p>
      <w:r>
        <w:rPr>
          <w:b/>
        </w:rPr>
        <w:t xml:space="preserve">[33:05] </w:t>
      </w:r>
      <w:r>
        <w:t>yeh aaj subah ko mere mind mein yeh idea aaya</w:t>
      </w:r>
    </w:p>
    <w:p>
      <w:pPr>
        <w:jc w:val="right"/>
      </w:pPr>
      <w:r>
        <w:t>یہ اج صبح کو میرے مائنڈ میں یہ ائیڈیا ایا</w:t>
      </w:r>
    </w:p>
    <w:p>
      <w:r>
        <w:rPr>
          <w:b/>
        </w:rPr>
        <w:t xml:space="preserve">[33:11] </w:t>
      </w:r>
      <w:r>
        <w:t>ab mein samajhta hoon ke yeh Allah taala ki taraf se tha</w:t>
      </w:r>
    </w:p>
    <w:p>
      <w:pPr>
        <w:jc w:val="right"/>
      </w:pPr>
      <w:r>
        <w:t>اب میں سمجھتا ہوں کہ یہ اللہ تعالی کی طرف سے تھا</w:t>
      </w:r>
    </w:p>
    <w:p>
      <w:r>
        <w:rPr>
          <w:b/>
        </w:rPr>
        <w:t xml:space="preserve">[33:16] </w:t>
      </w:r>
      <w:r>
        <w:t>yeh Allah taala ki taraf se tha</w:t>
      </w:r>
    </w:p>
    <w:p>
      <w:pPr>
        <w:jc w:val="right"/>
      </w:pPr>
      <w:r>
        <w:t>یہ اللہ تعالی کی طرف سے تھا</w:t>
      </w:r>
    </w:p>
    <w:p>
      <w:r>
        <w:rPr>
          <w:b/>
        </w:rPr>
        <w:t xml:space="preserve">[33:19] </w:t>
      </w:r>
      <w:r>
        <w:t>kyunke poori tareekh ko intezar hai ek aise formula ka jis mein</w:t>
      </w:r>
    </w:p>
    <w:p>
      <w:pPr>
        <w:jc w:val="right"/>
      </w:pPr>
      <w:r>
        <w:t>کیونکہ پوری تاریخ کو انتظار ہے ایک ایسے فارمولے کا جس میں</w:t>
      </w:r>
    </w:p>
    <w:p>
      <w:r>
        <w:rPr>
          <w:b/>
        </w:rPr>
        <w:t xml:space="preserve">[33:26] </w:t>
      </w:r>
      <w:r>
        <w:t>partist aur non partist</w:t>
      </w:r>
    </w:p>
    <w:p>
      <w:pPr>
        <w:jc w:val="right"/>
      </w:pPr>
      <w:r>
        <w:t>پارٹسٹ اور نان پارٹسٹ</w:t>
      </w:r>
    </w:p>
    <w:p>
      <w:r>
        <w:rPr>
          <w:b/>
        </w:rPr>
        <w:t xml:space="preserve">[33:29] </w:t>
      </w:r>
      <w:r>
        <w:t>dono ka ek bohat hi acha combination ho</w:t>
      </w:r>
    </w:p>
    <w:p>
      <w:pPr>
        <w:jc w:val="right"/>
      </w:pPr>
      <w:r>
        <w:t>دونوں کا ایک بہت ہی اچھا کمبینیشن ہو</w:t>
      </w:r>
    </w:p>
    <w:p>
      <w:r>
        <w:rPr>
          <w:b/>
        </w:rPr>
        <w:t xml:space="preserve">[33:36] </w:t>
      </w:r>
      <w:r>
        <w:t>partist aur aur doosre jo shobay hain dono ka bohat hi acha peaceful combination</w:t>
      </w:r>
    </w:p>
    <w:p>
      <w:pPr>
        <w:jc w:val="right"/>
      </w:pPr>
      <w:r>
        <w:t>پارٹسٹ اور اور دوسرے جو شعبے ہیں دونوں کا بہت ہی اچھا پیس فل کمبینیشن</w:t>
      </w:r>
    </w:p>
    <w:p>
      <w:r>
        <w:rPr>
          <w:b/>
        </w:rPr>
        <w:t xml:space="preserve">[33:45] </w:t>
      </w:r>
      <w:r>
        <w:t>dekhiye ek hai jaise Soviet Russia mein hua ke jabran unhon ne ek system qaim kiya wahan</w:t>
      </w:r>
    </w:p>
    <w:p>
      <w:pPr>
        <w:jc w:val="right"/>
      </w:pPr>
      <w:r>
        <w:t>دیکھیے ایک ہے جیسے سوویت روس میں ہوا کہ جبرا نے انہوں نے ایک سسٹم قائم کیا وہاں</w:t>
      </w:r>
    </w:p>
    <w:p>
      <w:r>
        <w:rPr>
          <w:b/>
        </w:rPr>
        <w:t xml:space="preserve">[33:52] </w:t>
      </w:r>
      <w:r>
        <w:t>par jabran aur kaha jata hai ke 25 lakh aadmiyon ko maar dala</w:t>
      </w:r>
    </w:p>
    <w:p>
      <w:pPr>
        <w:jc w:val="right"/>
      </w:pPr>
      <w:r>
        <w:t>پر جبرا اور کہا جاتا ہے کہ 25 لاکھ ادمیوں کو مار ڈالا</w:t>
      </w:r>
    </w:p>
    <w:p>
      <w:r>
        <w:rPr>
          <w:b/>
        </w:rPr>
        <w:t xml:space="preserve">[33:58] </w:t>
      </w:r>
      <w:r>
        <w:t>to that is not option</w:t>
      </w:r>
    </w:p>
    <w:p>
      <w:pPr>
        <w:jc w:val="right"/>
      </w:pPr>
      <w:r>
        <w:t>تو دیٹ از ناٹ اپشن</w:t>
      </w:r>
    </w:p>
    <w:p>
      <w:r>
        <w:rPr>
          <w:b/>
        </w:rPr>
        <w:t xml:space="preserve">[34:01] </w:t>
      </w:r>
      <w:r>
        <w:t>option woh hai jo by choice ho</w:t>
      </w:r>
    </w:p>
    <w:p>
      <w:pPr>
        <w:jc w:val="right"/>
      </w:pPr>
      <w:r>
        <w:t>اپشن وہ ہے جو بائی چوائس ہو</w:t>
      </w:r>
    </w:p>
    <w:p>
      <w:r>
        <w:rPr>
          <w:b/>
        </w:rPr>
        <w:t xml:space="preserve">[34:06] </w:t>
      </w:r>
      <w:r>
        <w:t>to kashmiriun ko khud apne choice se apni soch ke tehat self determination ke tehat yeh manna hai</w:t>
      </w:r>
    </w:p>
    <w:p>
      <w:pPr>
        <w:jc w:val="right"/>
      </w:pPr>
      <w:r>
        <w:t>تو کشمیریوں کو خود اپنے چوائس سے اپنی سوچ کے تحت سیلف ڈیٹرمنیشن کے تحت یہ ماننا ہے</w:t>
      </w:r>
    </w:p>
    <w:p>
      <w:r>
        <w:rPr>
          <w:b/>
        </w:rPr>
        <w:t xml:space="preserve">[34:14] </w:t>
      </w:r>
      <w:r>
        <w:t>yeh teh karna hai ke hum Allah ki scheme of things ko mante hain Allah ke plan ko</w:t>
      </w:r>
    </w:p>
    <w:p>
      <w:pPr>
        <w:jc w:val="right"/>
      </w:pPr>
      <w:r>
        <w:t>یہ طے کرنا ہے کہ ہم اللہ کی اسکیم اف تھنگز کو مانتے ہیں اللہ کے پلان کو</w:t>
      </w:r>
    </w:p>
    <w:p>
      <w:r>
        <w:rPr>
          <w:b/>
        </w:rPr>
        <w:t xml:space="preserve">[34:22] </w:t>
      </w:r>
      <w:r>
        <w:t>mante hain aur hum Kashmir ko ek model ke taur par duniya mein layenge yeh hai Kashmir</w:t>
      </w:r>
    </w:p>
    <w:p>
      <w:pPr>
        <w:jc w:val="right"/>
      </w:pPr>
      <w:r>
        <w:t>مانتے ہیں اور ہم کشمیر کو ایک ماڈل کے طور پر دنیا میں لائیں گے یہ ہے کشمیر</w:t>
      </w:r>
    </w:p>
    <w:p>
      <w:r>
        <w:rPr>
          <w:b/>
        </w:rPr>
        <w:t xml:space="preserve">[34:28] </w:t>
      </w:r>
      <w:r>
        <w:t>model Kashmir ko duniya mein hum pesh karenge ek model ke taur par jahan</w:t>
      </w:r>
    </w:p>
    <w:p>
      <w:pPr>
        <w:jc w:val="right"/>
      </w:pPr>
      <w:r>
        <w:t>ماڈل کشمیر کو دنیا میں ہم پیش کریں گے ایک ماڈل کے طور پر جہاں</w:t>
      </w:r>
    </w:p>
    <w:p>
      <w:r>
        <w:rPr>
          <w:b/>
        </w:rPr>
        <w:t xml:space="preserve">[34:38] </w:t>
      </w:r>
      <w:r>
        <w:t>individual ke taqazay bhi mehfooz hon aur society ke taqazay mehfooz hon yeh sari tareekh mein yeh rahi</w:t>
      </w:r>
    </w:p>
    <w:p>
      <w:pPr>
        <w:jc w:val="right"/>
      </w:pPr>
      <w:r>
        <w:t>انڈیویجول کے تقاضے بھی محفوظ ہوں اور سوسائٹی کے تقاضے محفوظ ہوں یہ ساری تاریخ میں یہ رہی</w:t>
      </w:r>
    </w:p>
    <w:p>
      <w:r>
        <w:rPr>
          <w:b/>
        </w:rPr>
        <w:t xml:space="preserve">[34:45] </w:t>
      </w:r>
      <w:r>
        <w:t>ke individual ke taqazay kaise</w:t>
      </w:r>
    </w:p>
    <w:p>
      <w:pPr>
        <w:jc w:val="right"/>
      </w:pPr>
      <w:r>
        <w:t>کہ انڈیویجول کے تقاضے کیسے</w:t>
      </w:r>
    </w:p>
    <w:p>
      <w:r>
        <w:rPr>
          <w:b/>
        </w:rPr>
        <w:t xml:space="preserve">[34:49] </w:t>
      </w:r>
      <w:r>
        <w:t>poore kiye jayen aur society ke taqazay kaise poore kiye jayen yeh Allah taala ki.</w:t>
      </w:r>
    </w:p>
    <w:p>
      <w:pPr>
        <w:jc w:val="right"/>
      </w:pPr>
      <w:r>
        <w:t>پورے کیے جائیں اور سوسائٹی کے تقاضے کیسے پورے کیے جائیں یہ اللہ تعالی کی.</w:t>
      </w:r>
    </w:p>
    <w:p>
      <w:r>
        <w:rPr>
          <w:b/>
        </w:rPr>
        <w:t xml:space="preserve">[34:55] </w:t>
      </w:r>
      <w:r>
        <w:t>ke is mein dekhiye insan ki azadi baqi rehti hai</w:t>
      </w:r>
    </w:p>
    <w:p>
      <w:pPr>
        <w:jc w:val="right"/>
      </w:pPr>
      <w:r>
        <w:t>کہ اس میں دیکھیے انسان کی ازادی باقی رہتی ہے</w:t>
      </w:r>
    </w:p>
    <w:p>
      <w:r>
        <w:rPr>
          <w:b/>
        </w:rPr>
        <w:t xml:space="preserve">[35:00] </w:t>
      </w:r>
      <w:r>
        <w:t>Allah taala ka jo Christian plan hai woh baqi rehta hai Russia mein jo kiya tha woh Christian</w:t>
      </w:r>
    </w:p>
    <w:p>
      <w:pPr>
        <w:jc w:val="right"/>
      </w:pPr>
      <w:r>
        <w:t>اللہ تعالی کا جو کرسچن پلان ہے وہ باقی رہتا ہے روس میں جو کیا تھا وہ کرسچن</w:t>
      </w:r>
    </w:p>
    <w:p>
      <w:r>
        <w:rPr>
          <w:b/>
        </w:rPr>
        <w:t xml:space="preserve">[35:07] </w:t>
      </w:r>
      <w:r>
        <w:t>planning ko tod diya tha unhon ne</w:t>
      </w:r>
    </w:p>
    <w:p>
      <w:pPr>
        <w:jc w:val="right"/>
      </w:pPr>
      <w:r>
        <w:t>پلاننگ کو توڑ دیا تھا انہوں نے</w:t>
      </w:r>
    </w:p>
    <w:p>
      <w:r>
        <w:rPr>
          <w:b/>
        </w:rPr>
        <w:t xml:space="preserve">[35:11] </w:t>
      </w:r>
      <w:r>
        <w:t>yaani sari zameenain aur sari asbab maishat sirf hukumat qabze mein yaani azadi khatam yeh to Allah ke</w:t>
      </w:r>
    </w:p>
    <w:p>
      <w:pPr>
        <w:jc w:val="right"/>
      </w:pPr>
      <w:r>
        <w:t>یعنی ساری زمینیں اور سارے اسباب معیشت صرف حکومت قبضے میں یعنی ازادی ختم یہ تو اللہ کے</w:t>
      </w:r>
    </w:p>
    <w:p>
      <w:r>
        <w:rPr>
          <w:b/>
        </w:rPr>
        <w:t xml:space="preserve">[35:20] </w:t>
      </w:r>
      <w:r>
        <w:t>is ki is ke khilaf hai to jo mein ne Kashmir model jo mein ne bataya woh Allah</w:t>
      </w:r>
    </w:p>
    <w:p>
      <w:pPr>
        <w:jc w:val="right"/>
      </w:pPr>
      <w:r>
        <w:t>اس کی اس کے خلاف ہے تو جو میں نے کشمیر ماڈل جو میں نے بتایا وہ اللہ</w:t>
      </w:r>
    </w:p>
    <w:p>
      <w:r>
        <w:rPr>
          <w:b/>
        </w:rPr>
        <w:t xml:space="preserve">[35:27] </w:t>
      </w:r>
      <w:r>
        <w:t>taala ki is ki afsans ke aaye mutabiq hai</w:t>
      </w:r>
    </w:p>
    <w:p>
      <w:pPr>
        <w:jc w:val="right"/>
      </w:pPr>
      <w:r>
        <w:t>تعالی کی اس کی افسنس کے ائے مطابق ہے</w:t>
      </w:r>
    </w:p>
    <w:p>
      <w:r>
        <w:rPr>
          <w:b/>
        </w:rPr>
        <w:t xml:space="preserve">[35:31] </w:t>
      </w:r>
      <w:r>
        <w:t>is mein koi</w:t>
      </w:r>
    </w:p>
    <w:p>
      <w:pPr>
        <w:jc w:val="right"/>
      </w:pPr>
      <w:r>
        <w:t>اس میں کوئی</w:t>
      </w:r>
    </w:p>
    <w:p>
      <w:r>
        <w:rPr>
          <w:b/>
        </w:rPr>
        <w:t xml:space="preserve">[35:33] </w:t>
      </w:r>
      <w:r>
        <w:t>khuda ki koi planning totti nahi khuda ka jo christian plan hai wo</w:t>
      </w:r>
    </w:p>
    <w:p>
      <w:pPr>
        <w:jc w:val="right"/>
      </w:pPr>
      <w:r>
        <w:t>خدا کی کوئی پلاننگ ٹوٹتی نہیں خدا کا جو کرسچن پلان ہے وہ</w:t>
      </w:r>
    </w:p>
    <w:p>
      <w:r>
        <w:rPr>
          <w:b/>
        </w:rPr>
        <w:t xml:space="preserve">[35:40] </w:t>
      </w:r>
      <w:r>
        <w:t>joptize nahi hota</w:t>
      </w:r>
    </w:p>
    <w:p>
      <w:pPr>
        <w:jc w:val="right"/>
      </w:pPr>
      <w:r>
        <w:t>جوپٹائز نہیں ہوتا</w:t>
      </w:r>
    </w:p>
    <w:p>
      <w:r>
        <w:rPr>
          <w:b/>
        </w:rPr>
        <w:t xml:space="preserve">[35:43] </w:t>
      </w:r>
      <w:r>
        <w:t>to aaj subah mere mind mein baatein aayin mein chahta hoon ke is par mein ek inshallah ek</w:t>
      </w:r>
    </w:p>
    <w:p>
      <w:pPr>
        <w:jc w:val="right"/>
      </w:pPr>
      <w:r>
        <w:t>تو اج صبح میرے مائنڈ میں باتیں ائیں میں چاہتا ہوں کہ اس پر میں ایک انشاءاللہ ایک</w:t>
      </w:r>
    </w:p>
    <w:p>
      <w:r>
        <w:rPr>
          <w:b/>
        </w:rPr>
        <w:t xml:space="preserve">[35:48] </w:t>
      </w:r>
      <w:r>
        <w:t>article likhoon aur wo ghar ghar pahunchaya jaye</w:t>
      </w:r>
    </w:p>
    <w:p>
      <w:pPr>
        <w:jc w:val="right"/>
      </w:pPr>
      <w:r>
        <w:t>ارٹیکل لکھوں اور وہ گھر گھر پہنچایا جائے</w:t>
      </w:r>
    </w:p>
    <w:p>
      <w:r>
        <w:rPr>
          <w:b/>
        </w:rPr>
        <w:t xml:space="preserve">[35:53] </w:t>
      </w:r>
      <w:r>
        <w:t>aur phir kashmir mein ek all kashmir conference ho is mein yeh baatein batai jayein logon ko aur</w:t>
      </w:r>
    </w:p>
    <w:p>
      <w:pPr>
        <w:jc w:val="right"/>
      </w:pPr>
      <w:r>
        <w:t>اور پھر کشمیر میں ایک ال کشمیر کانفرنس ہو اس میں یہ باتیں بتائی جائیں لوگوں کو اور</w:t>
      </w:r>
    </w:p>
    <w:p>
      <w:r>
        <w:rPr>
          <w:b/>
        </w:rPr>
        <w:t xml:space="preserve">[36:03] </w:t>
      </w:r>
      <w:r>
        <w:t>wahan par ek tajweez pass ho consensus se sare kashmiriun ki ittefaqe rai se ke hum is model</w:t>
      </w:r>
    </w:p>
    <w:p>
      <w:pPr>
        <w:jc w:val="right"/>
      </w:pPr>
      <w:r>
        <w:t>وہاں پر ایک تجویز پاس ہو کنسنسس سے سارے کشمیریوں کی اتفاق رائے سے کہ ہم اس ماڈل</w:t>
      </w:r>
    </w:p>
    <w:p>
      <w:r>
        <w:rPr>
          <w:b/>
        </w:rPr>
        <w:t xml:space="preserve">[36:11] </w:t>
      </w:r>
      <w:r>
        <w:t>par raazi hain</w:t>
      </w:r>
    </w:p>
    <w:p>
      <w:pPr>
        <w:jc w:val="right"/>
      </w:pPr>
      <w:r>
        <w:t>پر راضی ہیں</w:t>
      </w:r>
    </w:p>
    <w:p>
      <w:r>
        <w:rPr>
          <w:b/>
        </w:rPr>
        <w:t xml:space="preserve">[36:13] </w:t>
      </w:r>
      <w:r>
        <w:t>hum is model par raazi hain yani model ka matlab yeh hai ke fard ke liye individual mazhab</w:t>
      </w:r>
    </w:p>
    <w:p>
      <w:pPr>
        <w:jc w:val="right"/>
      </w:pPr>
      <w:r>
        <w:t>ہم اس ماڈل پر راضی ہیں یعنی ماڈل کا مطلب یہ ہے کہ فرد کے لیے انڈیویجول مذہب</w:t>
      </w:r>
    </w:p>
    <w:p>
      <w:r>
        <w:rPr>
          <w:b/>
        </w:rPr>
        <w:t xml:space="preserve">[36:21] </w:t>
      </w:r>
      <w:r>
        <w:t>ke mamle mein individual choice</w:t>
      </w:r>
    </w:p>
    <w:p>
      <w:pPr>
        <w:jc w:val="right"/>
      </w:pPr>
      <w:r>
        <w:t>کے معاملے میں انڈیویجول چوائس</w:t>
      </w:r>
    </w:p>
    <w:p>
      <w:r>
        <w:rPr>
          <w:b/>
        </w:rPr>
        <w:t xml:space="preserve">[36:24] </w:t>
      </w:r>
      <w:r>
        <w:t>aur parts ke mamle mein democratic choice</w:t>
      </w:r>
    </w:p>
    <w:p>
      <w:pPr>
        <w:jc w:val="right"/>
      </w:pPr>
      <w:r>
        <w:t>اور پارٹس کے معاملے میں ڈیموکریٹک چوائس</w:t>
      </w:r>
    </w:p>
    <w:p>
      <w:r>
        <w:rPr>
          <w:b/>
        </w:rPr>
        <w:t xml:space="preserve">[36:29] </w:t>
      </w:r>
      <w:r>
        <w:t>yeh hai to mein samajhta hoon ke agar kashmir ke log</w:t>
      </w:r>
    </w:p>
    <w:p>
      <w:pPr>
        <w:jc w:val="right"/>
      </w:pPr>
      <w:r>
        <w:t>یہ ہے تو میں سمجھتا ہوں کہ اگر کشمیر کے لوگ</w:t>
      </w:r>
    </w:p>
    <w:p>
      <w:r>
        <w:rPr>
          <w:b/>
        </w:rPr>
        <w:t xml:space="preserve">[36:36] </w:t>
      </w:r>
      <w:r>
        <w:t>aisa kar sakein to poori history mein ek bohat bara waqea hoga</w:t>
      </w:r>
    </w:p>
    <w:p>
      <w:pPr>
        <w:jc w:val="right"/>
      </w:pPr>
      <w:r>
        <w:t>ایسا کر سکیں تو پوری ہسٹری میں ایک بہت بڑا واقعہ ہوگا</w:t>
      </w:r>
    </w:p>
    <w:p>
      <w:r>
        <w:rPr>
          <w:b/>
        </w:rPr>
        <w:t xml:space="preserve">[36:42] </w:t>
      </w:r>
      <w:r>
        <w:t>kashmir ke log agar yeh model pesh kar sakein to poori history mein ek bohat bara waqea hoga</w:t>
      </w:r>
    </w:p>
    <w:p>
      <w:pPr>
        <w:jc w:val="right"/>
      </w:pPr>
      <w:r>
        <w:t>کشمیر کے لوگ اگر یہ ماڈل پیش کر سکیں تو پوری ہسٹری میں ایک بہت بڑا واقعہ ہوگا</w:t>
      </w:r>
    </w:p>
    <w:p>
      <w:r>
        <w:rPr>
          <w:b/>
        </w:rPr>
        <w:t xml:space="preserve">[36:50] </w:t>
      </w:r>
      <w:r>
        <w:t>aur sari dunya un ke shukr guzar hogi ke tum ne rasta dikhaya hum ko</w:t>
      </w:r>
    </w:p>
    <w:p>
      <w:pPr>
        <w:jc w:val="right"/>
      </w:pPr>
      <w:r>
        <w:t>اور ساری دنیا ان کے شکر گزار ہوگی کہ تم نے راستہ دکھایا ہم کو</w:t>
      </w:r>
    </w:p>
    <w:p>
      <w:r>
        <w:rPr>
          <w:b/>
        </w:rPr>
        <w:t xml:space="preserve">[36:57] </w:t>
      </w:r>
      <w:r>
        <w:t>meri dua hai ke Allah taala mujh ko aur aap ko tofeeq de ke hum Allah taala ke</w:t>
      </w:r>
    </w:p>
    <w:p>
      <w:pPr>
        <w:jc w:val="right"/>
      </w:pPr>
      <w:r>
        <w:t>میری دعا ہے کہ اللہ تعالی مجھ کو اور اپ کو توفیق دے کہ ہم اللہ تعالی کے</w:t>
      </w:r>
    </w:p>
    <w:p>
      <w:r>
        <w:rPr>
          <w:b/>
        </w:rPr>
        <w:t xml:space="preserve">[37:04] </w:t>
      </w:r>
      <w:r>
        <w:t>ishare ko samjhein</w:t>
      </w:r>
    </w:p>
    <w:p>
      <w:pPr>
        <w:jc w:val="right"/>
      </w:pPr>
      <w:r>
        <w:t>اشارے کو سمجھیں</w:t>
      </w:r>
    </w:p>
    <w:p>
      <w:r>
        <w:rPr>
          <w:b/>
        </w:rPr>
        <w:t xml:space="preserve">[37:07] </w:t>
      </w:r>
      <w:r>
        <w:t>divine plan jo hai us ke ishare ko samjhein aur apne aap ko is mein laga dein</w:t>
      </w:r>
    </w:p>
    <w:p>
      <w:pPr>
        <w:jc w:val="right"/>
      </w:pPr>
      <w:r>
        <w:t>ڈیوائن پلان جو ہے اس کے اشارے کو سمجھیں اور اپنے اپ کو اس میں لگا دیں</w:t>
      </w:r>
    </w:p>
    <w:p>
      <w:r>
        <w:rPr>
          <w:b/>
        </w:rPr>
        <w:t xml:space="preserve">[37:15] </w:t>
      </w:r>
      <w:r>
        <w:t>yeh hi hamari sa'adat hai dunya mein bhi akhirat mein bhi assalam o alaikum wa rehmatullah.</w:t>
      </w:r>
    </w:p>
    <w:p>
      <w:pPr>
        <w:jc w:val="right"/>
      </w:pPr>
      <w:r>
        <w:t>یہی ہماری سعادت ہے دنیا میں بھی اخرت میں بھی السلام علیکم ورحمۃ اللہ.</w:t>
      </w:r>
    </w:p>
    <w:p>
      <w:r>
        <w:rPr>
          <w:b/>
        </w:rPr>
        <w:t xml:space="preserve">[37:24] </w:t>
      </w:r>
      <w:r>
        <w:t>Allah reham kare baqi india ke andar bhi to same thing applicable hai</w:t>
      </w:r>
    </w:p>
    <w:p>
      <w:pPr>
        <w:jc w:val="right"/>
      </w:pPr>
      <w:r>
        <w:t>اللہ رحم کرے باقی انڈیا کے اندر بھی تو سیم تھنگ ایپلیکیبل ہے</w:t>
      </w:r>
    </w:p>
    <w:p>
      <w:r>
        <w:rPr>
          <w:b/>
        </w:rPr>
        <w:t xml:space="preserve">[37:29] </w:t>
      </w:r>
      <w:r>
        <w:t>ke dekhein aap sahi keh rahi hain ke sari dunya ke liye America aur Europe ke liye bhi</w:t>
      </w:r>
    </w:p>
    <w:p>
      <w:pPr>
        <w:jc w:val="right"/>
      </w:pPr>
      <w:r>
        <w:t>کہ دیکھیں اپ صحیح کہہ رہی ہیں کہ ساری دنیا کے لیے امریکہ اور یورپ کے لیے بھی</w:t>
      </w:r>
    </w:p>
    <w:p>
      <w:r>
        <w:rPr>
          <w:b/>
        </w:rPr>
        <w:t xml:space="preserve">[37:36] </w:t>
      </w:r>
      <w:r>
        <w:t>hai yeh hi model lekin kahin se shuru to hoga</w:t>
      </w:r>
    </w:p>
    <w:p>
      <w:pPr>
        <w:jc w:val="right"/>
      </w:pPr>
      <w:r>
        <w:t>ہے یہی ماڈل لیکن کہیں سے شروع تو ہوگا</w:t>
      </w:r>
    </w:p>
    <w:p>
      <w:r>
        <w:rPr>
          <w:b/>
        </w:rPr>
        <w:t xml:space="preserve">[37:41] </w:t>
      </w:r>
      <w:r>
        <w:t>kahin se shuru to hoga jaise France mein democracy shuru hui France se democracy shuru hui to kahin</w:t>
      </w:r>
    </w:p>
    <w:p>
      <w:pPr>
        <w:jc w:val="right"/>
      </w:pPr>
      <w:r>
        <w:t>کہیں سے شروع تو ہوگا جیسے فرانس میں ڈیموکریسی شروع ہوئی فرانس سے ڈیموکریسی شروع ہوئی تو کہیں</w:t>
      </w:r>
    </w:p>
    <w:p>
      <w:r>
        <w:rPr>
          <w:b/>
        </w:rPr>
        <w:t xml:space="preserve">[37:49] </w:t>
      </w:r>
      <w:r>
        <w:t>ek model banaye dunya ke samne aaye sare logon ko sambhal lenge</w:t>
      </w:r>
    </w:p>
    <w:p>
      <w:pPr>
        <w:jc w:val="right"/>
      </w:pPr>
      <w:r>
        <w:t>ایک ماڈل بنائے دنیا کے سامنے ائے سارے لوگوں کو سنبھال لیں گے</w:t>
      </w:r>
    </w:p>
    <w:p>
      <w:r>
        <w:rPr>
          <w:b/>
        </w:rPr>
        <w:t xml:space="preserve">[37:56] </w:t>
      </w:r>
      <w:r>
        <w:t>kyunke yahi model workable hai koi doosra model workable nahi hai</w:t>
      </w:r>
    </w:p>
    <w:p>
      <w:pPr>
        <w:jc w:val="right"/>
      </w:pPr>
      <w:r>
        <w:t>کیونکہ یہی ماڈل ورک ایبل ہے کوئی دوسرا ماڈل ورک ایبل نہیں ہے</w:t>
      </w:r>
    </w:p>
    <w:p>
      <w:r>
        <w:rPr>
          <w:b/>
        </w:rPr>
        <w:t xml:space="preserve">[38:05] </w:t>
      </w:r>
      <w:r>
        <w:t>to molana abhi yahan pe woh model matlab rest of india mein abhi chal nahi raha hai aap</w:t>
      </w:r>
    </w:p>
    <w:p>
      <w:pPr>
        <w:jc w:val="right"/>
      </w:pPr>
      <w:r>
        <w:t>تو مولانا ابھی یہاں پہ وہ ماڈل مطلب ریسٹ اف انڈیا میں ابھی چل نہیں رہا ہے اپ</w:t>
      </w:r>
    </w:p>
    <w:p>
      <w:r>
        <w:rPr>
          <w:b/>
        </w:rPr>
        <w:t xml:space="preserve">[38:11] </w:t>
      </w:r>
      <w:r>
        <w:t>ke hisab se yani dhancha to wahi hai lekin dil se le ke aa jayein jhagde hote rehte</w:t>
      </w:r>
    </w:p>
    <w:p>
      <w:pPr>
        <w:jc w:val="right"/>
      </w:pPr>
      <w:r>
        <w:t>کے حساب سے یعنی ڈھانچا تو وہی ہے لیکن دل سے لے کے ا جائیں جھگڑے ہوتے رہتے</w:t>
      </w:r>
    </w:p>
    <w:p>
      <w:r>
        <w:rPr>
          <w:b/>
        </w:rPr>
        <w:t xml:space="preserve">[38:17] </w:t>
      </w:r>
      <w:r>
        <w:t>hain acha dhancha to wahi hai jo main keh raha hoon lekin dil se maan lein taake jhagde</w:t>
      </w:r>
    </w:p>
    <w:p>
      <w:pPr>
        <w:jc w:val="right"/>
      </w:pPr>
      <w:r>
        <w:t>ہیں اچھا ڈھانچا تو وہی ہے جو میں کہہ رہا ہوں لیکن دل سے مان لیں تاکہ جھگڑے</w:t>
      </w:r>
    </w:p>
    <w:p>
      <w:r>
        <w:rPr>
          <w:b/>
        </w:rPr>
        <w:t xml:space="preserve">[38:22] </w:t>
      </w:r>
      <w:r>
        <w:t>na hon jaise democracy ek personal choice hogi sorry ek social choice hogi to kya is choice ko</w:t>
      </w:r>
    </w:p>
    <w:p>
      <w:pPr>
        <w:jc w:val="right"/>
      </w:pPr>
      <w:r>
        <w:t>نہ ہوں جیسے ڈیموکریسی ایک پرسنل چوائس ہوگی سوری ایک سوشل چوائس ہوگی تو کیا اس چوائس کو</w:t>
      </w:r>
    </w:p>
    <w:p>
      <w:r>
        <w:rPr>
          <w:b/>
        </w:rPr>
        <w:t xml:space="preserve">[38:31] </w:t>
      </w:r>
      <w:r>
        <w:t>establish karne mein ek uniform civil court establish nahi ho jayega log waise hi ek government elect</w:t>
      </w:r>
    </w:p>
    <w:p>
      <w:pPr>
        <w:jc w:val="right"/>
      </w:pPr>
      <w:r>
        <w:t>اسٹیبلش کرنے میں ایک یونیفارم سول کورٹ اسٹیبلش نہیں ہو جائے گا لوگ ویسے ہی ایک گورنمنٹ الیکٹ</w:t>
      </w:r>
    </w:p>
    <w:p>
      <w:r>
        <w:rPr>
          <w:b/>
        </w:rPr>
        <w:t xml:space="preserve">[38:37] </w:t>
      </w:r>
      <w:r>
        <w:t>karenge to ek uniform civil court le aayen le aayega dekhiye koi bhi masla aisa nahi</w:t>
      </w:r>
    </w:p>
    <w:p>
      <w:pPr>
        <w:jc w:val="right"/>
      </w:pPr>
      <w:r>
        <w:t>کریں گے تو ایک یونیفارم سول کورٹ لے ائیں لے ائے گا دیکھیے کوئی بھی مسئلہ ایسا نہیں</w:t>
      </w:r>
    </w:p>
    <w:p>
      <w:r>
        <w:rPr>
          <w:b/>
        </w:rPr>
        <w:t xml:space="preserve">[38:44] </w:t>
      </w:r>
      <w:r>
        <w:t>hai jisme problem na ho rasool Allah ke zamane mein jo tha tab bhi problem tha</w:t>
      </w:r>
    </w:p>
    <w:p>
      <w:pPr>
        <w:jc w:val="right"/>
      </w:pPr>
      <w:r>
        <w:t>ہے جس میں پرابلم نہ ہو رسول اللہ کے زمانے میں جو تھا تب بھی پرابلم تھا</w:t>
      </w:r>
    </w:p>
    <w:p>
      <w:r>
        <w:rPr>
          <w:b/>
        </w:rPr>
        <w:t xml:space="preserve">[38:50] </w:t>
      </w:r>
      <w:r>
        <w:t>problem free system bhi duniya mein possible nahi hai</w:t>
      </w:r>
    </w:p>
    <w:p>
      <w:pPr>
        <w:jc w:val="right"/>
      </w:pPr>
      <w:r>
        <w:t>پرابلم فری سسٹم بھی دنیا میں پاسیبل نہیں ہے</w:t>
      </w:r>
    </w:p>
    <w:p>
      <w:r>
        <w:rPr>
          <w:b/>
        </w:rPr>
        <w:t xml:space="preserve">[38:56] </w:t>
      </w:r>
      <w:r>
        <w:t>sirf jo possible hai wo yeh ke koi bhi violence na kare yani peaceful discussion ho is</w:t>
      </w:r>
    </w:p>
    <w:p>
      <w:pPr>
        <w:jc w:val="right"/>
      </w:pPr>
      <w:r>
        <w:t>صرف جو پاسیبل ہے وہ یہ کہ کوئی بھی وائرس نہ کرے یعنی پیس فل ڈسکشن ہو اس</w:t>
      </w:r>
    </w:p>
    <w:p>
      <w:r>
        <w:rPr>
          <w:b/>
        </w:rPr>
        <w:t xml:space="preserve">[39:04] </w:t>
      </w:r>
      <w:r>
        <w:t>par zor dena chahiye is par zor nahi nahi dena chahiye ke problem hi na ho kyunke woh</w:t>
      </w:r>
    </w:p>
    <w:p>
      <w:pPr>
        <w:jc w:val="right"/>
      </w:pPr>
      <w:r>
        <w:t>پر زور دینا چاہیے اس پر زور نہیں نہیں دینا چاہیے کہ پرابلم ہی نہ ہو کیونکہ وہ</w:t>
      </w:r>
    </w:p>
    <w:p>
      <w:r>
        <w:rPr>
          <w:b/>
        </w:rPr>
        <w:t xml:space="preserve">[39:11] </w:t>
      </w:r>
      <w:r>
        <w:t>possible nahi hai is par zor dena chahiye ke kisi ko difference hai to woh peaceful tareeqe</w:t>
      </w:r>
    </w:p>
    <w:p>
      <w:pPr>
        <w:jc w:val="right"/>
      </w:pPr>
      <w:r>
        <w:t>پاسیبل نہیں ہے اس پر زور دینا چاہیے کہ کسی کو ڈیفرنس ہے تو وہ پیس فل طریقے</w:t>
      </w:r>
    </w:p>
    <w:p>
      <w:r>
        <w:rPr>
          <w:b/>
        </w:rPr>
        <w:t xml:space="preserve">[39:16] </w:t>
      </w:r>
      <w:r>
        <w:t>se apni raah kahe</w:t>
      </w:r>
    </w:p>
    <w:p>
      <w:pPr>
        <w:jc w:val="right"/>
      </w:pPr>
      <w:r>
        <w:t>سے اپنی راہ کہے</w:t>
      </w:r>
    </w:p>
    <w:p>
      <w:r>
        <w:rPr>
          <w:b/>
        </w:rPr>
        <w:t xml:space="preserve">[39:18] </w:t>
      </w:r>
      <w:r>
        <w:t>to peaceful discussion chalta rahega chalta rahega chalta rahega doosri baat yeh hai</w:t>
      </w:r>
    </w:p>
    <w:p>
      <w:pPr>
        <w:jc w:val="right"/>
      </w:pPr>
      <w:r>
        <w:t>تو پیس فل ڈسکشن چلتا رہے گا چلتا رہے گا چلتا رہے گا دوسری بات یہ ہے</w:t>
      </w:r>
    </w:p>
    <w:p>
      <w:r>
        <w:rPr>
          <w:b/>
        </w:rPr>
        <w:t xml:space="preserve">[39:25] </w:t>
      </w:r>
      <w:r>
        <w:t>common civil court ek ek hua hai</w:t>
      </w:r>
    </w:p>
    <w:p>
      <w:pPr>
        <w:jc w:val="right"/>
      </w:pPr>
      <w:r>
        <w:t>کامن سول کورٹ ایک ایک ہوا ہے</w:t>
      </w:r>
    </w:p>
    <w:p>
      <w:r>
        <w:rPr>
          <w:b/>
        </w:rPr>
        <w:t xml:space="preserve">[39:30] </w:t>
      </w:r>
      <w:r>
        <w:t>jo iske mukhalif hai woh bhi iske muwafiq ho dono hua meri kitab hai padh lijiye</w:t>
      </w:r>
    </w:p>
    <w:p>
      <w:pPr>
        <w:jc w:val="right"/>
      </w:pPr>
      <w:r>
        <w:t>جو اس کے مخالف ہے وہ بھی اس کے موافق ہو دونوں ہوا میری کتاب ہے پڑھ لیجئے</w:t>
      </w:r>
    </w:p>
    <w:p>
      <w:r>
        <w:rPr>
          <w:b/>
        </w:rPr>
        <w:t xml:space="preserve">[39:35] </w:t>
      </w:r>
      <w:r>
        <w:t>aap uniform civil court chhapi hui hai aap padh sakte hain isko kuch mein isko kuch</w:t>
      </w:r>
    </w:p>
    <w:p>
      <w:pPr>
        <w:jc w:val="right"/>
      </w:pPr>
      <w:r>
        <w:t>اپ یونیفارم سول کورٹ چھپی ہوئی ہے اپ پڑھ سکتے ہیں اس کو کچھ میں اس کو کچھ</w:t>
      </w:r>
    </w:p>
    <w:p>
      <w:r>
        <w:rPr>
          <w:b/>
        </w:rPr>
        <w:t xml:space="preserve">[39:42] </w:t>
      </w:r>
      <w:r>
        <w:t>bhi nahi samajhta ek hua hai</w:t>
      </w:r>
    </w:p>
    <w:p>
      <w:pPr>
        <w:jc w:val="right"/>
      </w:pPr>
      <w:r>
        <w:t>بھی نہیں سمجھتا ایک ہوا ہے</w:t>
      </w:r>
    </w:p>
    <w:p>
      <w:r>
        <w:rPr>
          <w:b/>
        </w:rPr>
        <w:t xml:space="preserve">[39:46] </w:t>
      </w:r>
      <w:r>
        <w:t>uniform civil court</w:t>
      </w:r>
    </w:p>
    <w:p>
      <w:pPr>
        <w:jc w:val="right"/>
      </w:pPr>
      <w:r>
        <w:t>یونیفارم سول کورٹ</w:t>
      </w:r>
    </w:p>
    <w:p>
      <w:r>
        <w:rPr>
          <w:b/>
        </w:rPr>
        <w:t xml:space="preserve">[39:50] </w:t>
      </w:r>
      <w:r>
        <w:t>sirf ek lafz hai kehne ke liye isko practical tor par kabhi woh na hua na hone</w:t>
      </w:r>
    </w:p>
    <w:p>
      <w:pPr>
        <w:jc w:val="right"/>
      </w:pPr>
      <w:r>
        <w:t>صرف ایک لفظ ہے کہنے کے لیے اس کو پریکٹیکل طور پر کبھی وہ نہ ہوا نہ ہونے</w:t>
      </w:r>
    </w:p>
    <w:p>
      <w:r>
        <w:rPr>
          <w:b/>
        </w:rPr>
        <w:t xml:space="preserve">[39:55] </w:t>
      </w:r>
      <w:r>
        <w:t>wala hai iski maine bahut detail mein isko likha hai ismein aap dekh lijiye</w:t>
      </w:r>
    </w:p>
    <w:p>
      <w:pPr>
        <w:jc w:val="right"/>
      </w:pPr>
      <w:r>
        <w:t>والا ہے اس کی میں نے بہت ڈیٹیل میں اس کو لکھا ہے اس میں اپ دیکھ لیجئے</w:t>
      </w:r>
    </w:p>
    <w:p>
      <w:r>
        <w:rPr>
          <w:b/>
        </w:rPr>
        <w:t xml:space="preserve">[40:04] </w:t>
      </w:r>
      <w:r>
        <w:t>50 safhe ka ek mera mazmoon hai uniform civil court urdu mein english</w:t>
      </w:r>
    </w:p>
    <w:p>
      <w:pPr>
        <w:jc w:val="right"/>
      </w:pPr>
      <w:r>
        <w:t>50 صفحے کا ایک میرا مضمون ہے یونیفارم سول کورٹ اردو میں انگلش</w:t>
      </w:r>
    </w:p>
    <w:p>
      <w:r>
        <w:rPr>
          <w:b/>
        </w:rPr>
        <w:t xml:space="preserve">[40:10] </w:t>
      </w:r>
      <w:r>
        <w:t>mein dekhein zindagi mein kuch cheezein pata hai hua kya hoti hain hamare area mein ek ek lateefa</w:t>
      </w:r>
    </w:p>
    <w:p>
      <w:pPr>
        <w:jc w:val="right"/>
      </w:pPr>
      <w:r>
        <w:t>میں دیکھیں زندگی میں کچھ چیزیں پتہ ہے ہوا کیا ہوتی ہیں ہمارے ایریا میں ایک ایک لطیفہ</w:t>
      </w:r>
    </w:p>
    <w:p>
      <w:r>
        <w:rPr>
          <w:b/>
        </w:rPr>
        <w:t xml:space="preserve">[40:19] </w:t>
      </w:r>
      <w:r>
        <w:t>mashhoor hai ke ek aadmi khada tha thoda woh seedha saada tha to log us chalate the</w:t>
      </w:r>
    </w:p>
    <w:p>
      <w:pPr>
        <w:jc w:val="right"/>
      </w:pPr>
      <w:r>
        <w:t>مشہور ہے کہ ایک ادمی کھڑا تھا تھوڑا وہ سیدھا سادہ تھا تو لوگ اس چلاتے تھے</w:t>
      </w:r>
    </w:p>
    <w:p>
      <w:r>
        <w:rPr>
          <w:b/>
        </w:rPr>
        <w:t xml:space="preserve">[40:27] </w:t>
      </w:r>
      <w:r>
        <w:t>to ek aadmi aaya are bhai iska are bhai iske ittifaq se ek kawa uda tha</w:t>
      </w:r>
    </w:p>
    <w:p>
      <w:pPr>
        <w:jc w:val="right"/>
      </w:pPr>
      <w:r>
        <w:t>تو ایک ادمی ایا ارے بھائی اس کا ارے بھائی اس کے اتفاق سے ایک کوا اڑا تھا</w:t>
      </w:r>
    </w:p>
    <w:p>
      <w:r>
        <w:rPr>
          <w:b/>
        </w:rPr>
        <w:t xml:space="preserve">[40:33] </w:t>
      </w:r>
      <w:r>
        <w:t>wohan are bhai tumhara tumhara kauwa to kaan le gaya</w:t>
      </w:r>
    </w:p>
    <w:p>
      <w:pPr>
        <w:jc w:val="right"/>
      </w:pPr>
      <w:r>
        <w:t>وہاں ارے بھائی تمہارا تمہارا کوا تو کان لے گیا</w:t>
      </w:r>
    </w:p>
    <w:p>
      <w:r>
        <w:rPr>
          <w:b/>
        </w:rPr>
        <w:t xml:space="preserve">[40:39] </w:t>
      </w:r>
      <w:r>
        <w:t>tumhara kaan to kauwa le gaya ab woh daud raha hai us ke peeche</w:t>
      </w:r>
    </w:p>
    <w:p>
      <w:pPr>
        <w:jc w:val="right"/>
      </w:pPr>
      <w:r>
        <w:t>تمہارا کان تو کوا لے گیا اب وہ دوڑ رہا ہے اس کے پیچھے</w:t>
      </w:r>
    </w:p>
    <w:p>
      <w:r>
        <w:rPr>
          <w:b/>
        </w:rPr>
        <w:t xml:space="preserve">[40:43] </w:t>
      </w:r>
      <w:r>
        <w:t>to kisi ne kaha abhi kaan dekh lete hain ke kaan hai ke nahi yahan yahan hai to</w:t>
      </w:r>
    </w:p>
    <w:p>
      <w:pPr>
        <w:jc w:val="right"/>
      </w:pPr>
      <w:r>
        <w:t>تو کسی نے کہا ابھی کان دیکھ لیتے ہیں کہ کان ہے کہ نہیں یہاں یہاں ہے تو</w:t>
      </w:r>
    </w:p>
    <w:p>
      <w:r>
        <w:rPr>
          <w:b/>
        </w:rPr>
        <w:t xml:space="preserve">[40:48] </w:t>
      </w:r>
      <w:r>
        <w:t>jhooti baat hai to dekhiye zindagi mein aap ko pehchanna parta hai ke kuch cheezein ek hawa hoti</w:t>
      </w:r>
    </w:p>
    <w:p>
      <w:pPr>
        <w:jc w:val="right"/>
      </w:pPr>
      <w:r>
        <w:t>جھوٹی بات ہے تو دیکھیے زندگی میں اپ کو پہچاننا پڑتا ہے کہ کچھ چیزیں ایک ہوا ہوتی</w:t>
      </w:r>
    </w:p>
    <w:p>
      <w:r>
        <w:rPr>
          <w:b/>
        </w:rPr>
        <w:t xml:space="preserve">[40:55] </w:t>
      </w:r>
      <w:r>
        <w:t>hain woh practice manne wali hi nahi</w:t>
      </w:r>
    </w:p>
    <w:p>
      <w:pPr>
        <w:jc w:val="right"/>
      </w:pPr>
      <w:r>
        <w:t>ہیں وہ پریکٹس ماننے والی ہی نہیں</w:t>
      </w:r>
    </w:p>
    <w:p>
      <w:r>
        <w:rPr>
          <w:b/>
        </w:rPr>
        <w:t xml:space="preserve">[41:00] </w:t>
      </w:r>
      <w:r>
        <w:t>practice manne wali nahi to common civil court ek hawa hai woh chahe bana hai ya na bane</w:t>
      </w:r>
    </w:p>
    <w:p>
      <w:pPr>
        <w:jc w:val="right"/>
      </w:pPr>
      <w:r>
        <w:t>پریکٹس ماننے والی نہیں تو کامن سول کورٹ ایک ہوا ہے وہ چاہے بنا ہے یا نہ بنے</w:t>
      </w:r>
    </w:p>
    <w:p>
      <w:r>
        <w:rPr>
          <w:b/>
        </w:rPr>
        <w:t xml:space="preserve">[41:07] </w:t>
      </w:r>
      <w:r>
        <w:t>aur maine is pe yeh bhi likha hai ke woh to already bana hua hai</w:t>
      </w:r>
    </w:p>
    <w:p>
      <w:pPr>
        <w:jc w:val="right"/>
      </w:pPr>
      <w:r>
        <w:t>اور میں نے اس پہ یہ بھی لکھا ہے کہ وہ تو الریڈی بنا ہوا ہے</w:t>
      </w:r>
    </w:p>
    <w:p>
      <w:r>
        <w:rPr>
          <w:b/>
        </w:rPr>
        <w:t xml:space="preserve">[41:11] </w:t>
      </w:r>
      <w:r>
        <w:t>jo woh hai</w:t>
      </w:r>
    </w:p>
    <w:p>
      <w:pPr>
        <w:jc w:val="right"/>
      </w:pPr>
      <w:r>
        <w:t>جو وہ ہے</w:t>
      </w:r>
    </w:p>
    <w:p>
      <w:r>
        <w:rPr>
          <w:b/>
        </w:rPr>
        <w:t xml:space="preserve">[41:14] </w:t>
      </w:r>
      <w:r>
        <w:t>already ek law bana hua hai ke aap ek ladka ya ladki shadi karna chahte hain to court</w:t>
      </w:r>
    </w:p>
    <w:p>
      <w:pPr>
        <w:jc w:val="right"/>
      </w:pPr>
      <w:r>
        <w:t>الریڈی ایک لا بنا ہوا ہے کہ اپ ایک لڑکا یا لڑکی شادی کرنا چاہتے ہیں تو کورٹ</w:t>
      </w:r>
    </w:p>
    <w:p>
      <w:r>
        <w:rPr>
          <w:b/>
        </w:rPr>
        <w:t xml:space="preserve">[41:21] </w:t>
      </w:r>
      <w:r>
        <w:t>mein jayen court barge haan court barge already kar sakte hain</w:t>
      </w:r>
    </w:p>
    <w:p>
      <w:pPr>
        <w:jc w:val="right"/>
      </w:pPr>
      <w:r>
        <w:t>میں جائیں کورٹ بارج ہاں کورٹ بارج الریڈی کر سکتے ہیں</w:t>
      </w:r>
    </w:p>
    <w:p>
      <w:r>
        <w:rPr>
          <w:b/>
        </w:rPr>
        <w:t xml:space="preserve">[41:26] </w:t>
      </w:r>
      <w:r>
        <w:t>woh aindah bhi karte hain khula darwaza khula rahega to ek exceptional rahega rasoolullah ke</w:t>
      </w:r>
    </w:p>
    <w:p>
      <w:pPr>
        <w:jc w:val="right"/>
      </w:pPr>
      <w:r>
        <w:t>وہ ائندہ بھی کرتے ہیں کھلا دروازہ کھلا رہے گا تو ایک ایکسیپشن رہے گا رسول اللہ کے</w:t>
      </w:r>
    </w:p>
    <w:p>
      <w:r>
        <w:rPr>
          <w:b/>
        </w:rPr>
        <w:t xml:space="preserve">[41:33] </w:t>
      </w:r>
      <w:r>
        <w:t>zamane mein hijrat hui thi habsha ki hijrat kuch log madina se chhod kar ke chale gaye nahi</w:t>
      </w:r>
    </w:p>
    <w:p>
      <w:pPr>
        <w:jc w:val="right"/>
      </w:pPr>
      <w:r>
        <w:t>زمانے میں ہجرت ہوئی تھی حبشہ کی ہجرت کچھ لوگ مدینہ سے چھوڑ کر کے چلے گئے نہیں</w:t>
      </w:r>
    </w:p>
    <w:p>
      <w:r>
        <w:rPr>
          <w:b/>
        </w:rPr>
        <w:t xml:space="preserve">[41:41] </w:t>
      </w:r>
      <w:r>
        <w:t>makkah se chhod kar makkah ke daur mein</w:t>
      </w:r>
    </w:p>
    <w:p>
      <w:pPr>
        <w:jc w:val="right"/>
      </w:pPr>
      <w:r>
        <w:t>مکہ سے چھوڑ کر مکے کے دور میں</w:t>
      </w:r>
    </w:p>
    <w:p>
      <w:r>
        <w:rPr>
          <w:b/>
        </w:rPr>
        <w:t xml:space="preserve">[41:45] </w:t>
      </w:r>
      <w:r>
        <w:t>habash chale gaye wahan jaane ke baad ek aadmi</w:t>
      </w:r>
    </w:p>
    <w:p>
      <w:pPr>
        <w:jc w:val="right"/>
      </w:pPr>
      <w:r>
        <w:t>حبش چلے گئے وہاں جانے کے بعد ایک ادمی</w:t>
      </w:r>
    </w:p>
    <w:p>
      <w:r>
        <w:rPr>
          <w:b/>
        </w:rPr>
        <w:t xml:space="preserve">[41:50] </w:t>
      </w:r>
      <w:r>
        <w:t>isai ban gaya yani islam chhod ke isai ban gaya to aap yeh kahein ke hijrat jo hai</w:t>
      </w:r>
    </w:p>
    <w:p>
      <w:pPr>
        <w:jc w:val="right"/>
      </w:pPr>
      <w:r>
        <w:t>عیسائی بن گیا یعنی اسلام چھوڑ کے عیسائی بن گیا تو اپ یہ کہیں کہ ہجرت جو ہے</w:t>
      </w:r>
    </w:p>
    <w:p>
      <w:r>
        <w:rPr>
          <w:b/>
        </w:rPr>
        <w:t xml:space="preserve">[41:55] </w:t>
      </w:r>
      <w:r>
        <w:t>ghalat hai aise ek kuch waqiat hote rahenge</w:t>
      </w:r>
    </w:p>
    <w:p>
      <w:pPr>
        <w:jc w:val="right"/>
      </w:pPr>
      <w:r>
        <w:t>غلط ہے ایسے ایک کچھ واقعات ہوتے رہیں گے</w:t>
      </w:r>
    </w:p>
    <w:p>
      <w:r>
        <w:rPr>
          <w:b/>
        </w:rPr>
        <w:t xml:space="preserve">[42:00] </w:t>
      </w:r>
      <w:r>
        <w:t>ek is ek ek exceptional waqiye se hijrat ka principle ghalat sabit nahi hota</w:t>
      </w:r>
    </w:p>
    <w:p>
      <w:pPr>
        <w:jc w:val="right"/>
      </w:pPr>
      <w:r>
        <w:t>ایک اس ایک ایکسیپشنل واقعے سے ہجرت کا پرنسپل غلط ثابت نہیں ہوتا</w:t>
      </w:r>
    </w:p>
    <w:p>
      <w:r>
        <w:rPr>
          <w:b/>
        </w:rPr>
        <w:t xml:space="preserve">[42:07] </w:t>
      </w:r>
      <w:r>
        <w:t>aap is kitab ko padh lijiye is mein sari baatein hain woh 50 safhe ki kitab hai dekhiye</w:t>
      </w:r>
    </w:p>
    <w:p>
      <w:pPr>
        <w:jc w:val="right"/>
      </w:pPr>
      <w:r>
        <w:t>اپ اس کتاب کو پڑھ لیجئے اس میں ساری باتیں ہیں وہ 50 صفحے کی کتاب ہے دیکھیے</w:t>
      </w:r>
    </w:p>
    <w:p>
      <w:r>
        <w:rPr>
          <w:b/>
        </w:rPr>
        <w:t xml:space="preserve">[42:13] </w:t>
      </w:r>
      <w:r>
        <w:t>kisi system ko manne ke liye ek bahut zaroori shart hai openness bada dil</w:t>
      </w:r>
    </w:p>
    <w:p>
      <w:pPr>
        <w:jc w:val="right"/>
      </w:pPr>
      <w:r>
        <w:t>کسی سسٹم کو ماننے کے لیے ایک بہت ضروری شرط ہے اوپننس بڑا دل</w:t>
      </w:r>
    </w:p>
    <w:p>
      <w:r>
        <w:rPr>
          <w:b/>
        </w:rPr>
        <w:t xml:space="preserve">[42:23] </w:t>
      </w:r>
      <w:r>
        <w:t>yeh hona chahiye</w:t>
      </w:r>
    </w:p>
    <w:p>
      <w:pPr>
        <w:jc w:val="right"/>
      </w:pPr>
      <w:r>
        <w:t>یہ ہونا چاہیے</w:t>
      </w:r>
    </w:p>
    <w:p>
      <w:r>
        <w:rPr>
          <w:b/>
        </w:rPr>
        <w:t xml:space="preserve">[42:25] </w:t>
      </w:r>
      <w:r>
        <w:t>bada dil agar na ho to kisi cheez ko aap nahi maan sakte</w:t>
      </w:r>
    </w:p>
    <w:p>
      <w:pPr>
        <w:jc w:val="right"/>
      </w:pPr>
      <w:r>
        <w:t>بڑا دل اگر نہ ہو تو کسی چیز کو اپ نہیں مان سکتے</w:t>
      </w:r>
    </w:p>
    <w:p>
      <w:r>
        <w:rPr>
          <w:b/>
        </w:rPr>
        <w:t xml:space="preserve">[42:31] </w:t>
      </w:r>
      <w:r>
        <w:t>aur thoda sa risk bhi lena parta hai</w:t>
      </w:r>
    </w:p>
    <w:p>
      <w:pPr>
        <w:jc w:val="right"/>
      </w:pPr>
      <w:r>
        <w:t>اور تھوڑا سا رسک بھی لینا پڑتا ہے</w:t>
      </w:r>
    </w:p>
    <w:p>
      <w:r>
        <w:rPr>
          <w:b/>
        </w:rPr>
        <w:t xml:space="preserve">[42:35] </w:t>
      </w:r>
      <w:r>
        <w:t>rasoolullah jab makkah chhod kar madina gaye to bhi is mein bhi risk shamil tha to thoda</w:t>
      </w:r>
    </w:p>
    <w:p>
      <w:pPr>
        <w:jc w:val="right"/>
      </w:pPr>
      <w:r>
        <w:t>رسول اللہ جب مکہ چھوڑ کر مدینہ گئے تو بھی اس میں بھی رسک شامل تھا تو تھوڑا</w:t>
      </w:r>
    </w:p>
    <w:p>
      <w:r>
        <w:rPr>
          <w:b/>
        </w:rPr>
        <w:t xml:space="preserve">[42:41] </w:t>
      </w:r>
      <w:r>
        <w:t>sa risk to lena hi parta hai maulana european model mein kya kami hai ke unhone religion</w:t>
      </w:r>
    </w:p>
    <w:p>
      <w:pPr>
        <w:jc w:val="right"/>
      </w:pPr>
      <w:r>
        <w:t>سا رسک تو لینا ہی پڑتا ہے مولانا یورپین ماڈل میں کیا کمی ہے کہ انہوں نے ریلیجن</w:t>
      </w:r>
    </w:p>
    <w:p>
      <w:r>
        <w:rPr>
          <w:b/>
        </w:rPr>
        <w:t xml:space="preserve">[42:47] </w:t>
      </w:r>
      <w:r>
        <w:t>ko alag kar diya hai dekhiye religion ko alag karna koi ghalat nahi tha ghalat nahi tha cheez</w:t>
      </w:r>
    </w:p>
    <w:p>
      <w:pPr>
        <w:jc w:val="right"/>
      </w:pPr>
      <w:r>
        <w:t>کو الگ کر دیا ہے دیکھیے ریلیجن کو الگ کرنا کوئی غلط نہیں تھا غلط نہیں تھا چیز</w:t>
      </w:r>
    </w:p>
    <w:p>
      <w:r>
        <w:rPr>
          <w:b/>
        </w:rPr>
        <w:t xml:space="preserve">[42:53] </w:t>
      </w:r>
      <w:r>
        <w:t>yeh hai ke jo civilization bani civilization poori secular thi</w:t>
      </w:r>
    </w:p>
    <w:p>
      <w:pPr>
        <w:jc w:val="right"/>
      </w:pPr>
      <w:r>
        <w:t>یہ ہے کہ جو سولائزیشن بنی سولائزیشن پوری پرسیکولر تھی</w:t>
      </w:r>
    </w:p>
    <w:p>
      <w:r>
        <w:rPr>
          <w:b/>
        </w:rPr>
        <w:t xml:space="preserve">[42:57] </w:t>
      </w:r>
      <w:r>
        <w:t>mazhabi logon ne yeh nahi kiya ke modern jo concept hai modern science hai modern philosophy hai is</w:t>
      </w:r>
    </w:p>
    <w:p>
      <w:pPr>
        <w:jc w:val="right"/>
      </w:pPr>
      <w:r>
        <w:t>مذہبی لوگوں نے یہ نہیں کیا کہ ماڈرن جو کانسیپٹ ہے ماڈرن سائنس ہے ماڈرن فلاسفی ہے اس</w:t>
      </w:r>
    </w:p>
    <w:p>
      <w:r>
        <w:rPr>
          <w:b/>
        </w:rPr>
        <w:t xml:space="preserve">[43:07] </w:t>
      </w:r>
      <w:r>
        <w:t>par mazhab ko pesh karen</w:t>
      </w:r>
    </w:p>
    <w:p>
      <w:pPr>
        <w:jc w:val="right"/>
      </w:pPr>
      <w:r>
        <w:t>پر مذہب کو پیش کریں</w:t>
      </w:r>
    </w:p>
    <w:p>
      <w:r>
        <w:rPr>
          <w:b/>
        </w:rPr>
        <w:t xml:space="preserve">[43:10] </w:t>
      </w:r>
      <w:r>
        <w:t>asal kami yahan hai inhein koi farq na hota is ke sath alag karne se koi farq na</w:t>
      </w:r>
    </w:p>
    <w:p>
      <w:pPr>
        <w:jc w:val="right"/>
      </w:pPr>
      <w:r>
        <w:t>اصل کمی یہاں ہے انہیں کوئی فرق نہ ہوتا اس کے ساتھ الگ کرنے سے کوئی فرق نہ</w:t>
      </w:r>
    </w:p>
    <w:p>
      <w:r>
        <w:rPr>
          <w:b/>
        </w:rPr>
        <w:t xml:space="preserve">[43:14] </w:t>
      </w:r>
      <w:r>
        <w:t>hota kuch bhi kijiye alag kijiye na alag kijiye ap mazhab ko ek rational bhej dijiye to aadmi</w:t>
      </w:r>
    </w:p>
    <w:p>
      <w:pPr>
        <w:jc w:val="right"/>
      </w:pPr>
      <w:r>
        <w:t>ہوتا کچھ بھی کیجئے الگ کیجئے نہ الگ کیجئے اپ مذہب کو ایک ریشنل بھیج دیجیے تو ادمی</w:t>
      </w:r>
    </w:p>
    <w:p>
      <w:r>
        <w:rPr>
          <w:b/>
        </w:rPr>
        <w:t xml:space="preserve">[43:24] </w:t>
      </w:r>
      <w:r>
        <w:t>chhodega nahi is ko kyunke to woh nature mein hai</w:t>
      </w:r>
    </w:p>
    <w:p>
      <w:pPr>
        <w:jc w:val="right"/>
      </w:pPr>
      <w:r>
        <w:t>چھوڑے گا نہیں اس کو کیونکہ تو وہ نیچر میں ہے</w:t>
      </w:r>
    </w:p>
    <w:p>
      <w:r>
        <w:rPr>
          <w:b/>
        </w:rPr>
        <w:t xml:space="preserve">[43:29] </w:t>
      </w:r>
      <w:r>
        <w:t>to wahan ke logon ne mazhab ko rational base nahi kiya</w:t>
      </w:r>
    </w:p>
    <w:p>
      <w:pPr>
        <w:jc w:val="right"/>
      </w:pPr>
      <w:r>
        <w:t>تو وہاں کے لوگوں نے مذہب کو ریشنل بیس نہیں کیا</w:t>
      </w:r>
    </w:p>
    <w:p>
      <w:r>
        <w:rPr>
          <w:b/>
        </w:rPr>
        <w:t xml:space="preserve">[43:34] </w:t>
      </w:r>
      <w:r>
        <w:t>sirf ek color ka mamla bana raha hua</w:t>
      </w:r>
    </w:p>
    <w:p>
      <w:pPr>
        <w:jc w:val="right"/>
      </w:pPr>
      <w:r>
        <w:t>صرف ایک کلر کا معاملہ بنا رہا ہوا</w:t>
      </w:r>
    </w:p>
    <w:p>
      <w:r>
        <w:rPr>
          <w:b/>
        </w:rPr>
        <w:t xml:space="preserve">[43:39] </w:t>
      </w:r>
      <w:r>
        <w:t>jaise hum koshish kar rahe hain hum ne jo kitabein chhapi hain hamare yahan se woh sab yeh</w:t>
      </w:r>
    </w:p>
    <w:p>
      <w:pPr>
        <w:jc w:val="right"/>
      </w:pPr>
      <w:r>
        <w:t>جیسے ہم کوشش کر رہے ہیں ہم نے جو کتابیں چھپی ہیں ہمارے یہاں سے وہ سب یہ</w:t>
      </w:r>
    </w:p>
    <w:p>
      <w:r>
        <w:rPr>
          <w:b/>
        </w:rPr>
        <w:t xml:space="preserve">[43:42] </w:t>
      </w:r>
      <w:r>
        <w:t>hai ke mazhab ko rational bhej dena</w:t>
      </w:r>
    </w:p>
    <w:p>
      <w:pPr>
        <w:jc w:val="right"/>
      </w:pPr>
      <w:r>
        <w:t>ہے کہ مذہب کو ریشنل بھیج دینا</w:t>
      </w:r>
    </w:p>
    <w:p>
      <w:r>
        <w:rPr>
          <w:b/>
        </w:rPr>
        <w:t xml:space="preserve">[43:46] </w:t>
      </w:r>
      <w:r>
        <w:t>jo bhi kitabein hamari padhein ap to ek koshish aati hai is ko rational bhej dena dekhiye insan</w:t>
      </w:r>
    </w:p>
    <w:p>
      <w:pPr>
        <w:jc w:val="right"/>
      </w:pPr>
      <w:r>
        <w:t>جو بھی کتابیں ہماری پڑھیں اپ تو ایک کوشش اتی ہے اس کو ریشنل بھیج دینا دیکھیے انسان</w:t>
      </w:r>
    </w:p>
    <w:p>
      <w:r>
        <w:rPr>
          <w:b/>
        </w:rPr>
        <w:t xml:space="preserve">[43:52] </w:t>
      </w:r>
      <w:r>
        <w:t>jo hai hamesha</w:t>
      </w:r>
    </w:p>
    <w:p>
      <w:pPr>
        <w:jc w:val="right"/>
      </w:pPr>
      <w:r>
        <w:t>جو ہے ہمیشہ</w:t>
      </w:r>
    </w:p>
    <w:p>
      <w:r>
        <w:rPr>
          <w:b/>
        </w:rPr>
        <w:t xml:space="preserve">[43:56] </w:t>
      </w:r>
      <w:r>
        <w:t>by nature woh apni religion ko follow karta hai is mamle ki nahi sunta woh</w:t>
      </w:r>
    </w:p>
    <w:p>
      <w:pPr>
        <w:jc w:val="right"/>
      </w:pPr>
      <w:r>
        <w:t>بائی نیچر وہ اپنی ریلیجن کو فالو کرتا ہے اس معاملے کی نہیں سنتا وہ</w:t>
      </w:r>
    </w:p>
    <w:p>
      <w:r>
        <w:rPr>
          <w:b/>
        </w:rPr>
        <w:t xml:space="preserve">[44:03] </w:t>
      </w:r>
      <w:r>
        <w:t>agar kisi cheez cheez ko ap rational ground par prove kar dein to aadmi kuch nahi sunega</w:t>
      </w:r>
    </w:p>
    <w:p>
      <w:pPr>
        <w:jc w:val="right"/>
      </w:pPr>
      <w:r>
        <w:t>اگر کسی چیز چیز کو اپ ریشنل گراؤنڈ پر پروف کر دیں تو ادمی کچھ نہیں سنے گا</w:t>
      </w:r>
    </w:p>
    <w:p>
      <w:r>
        <w:rPr>
          <w:b/>
        </w:rPr>
        <w:t xml:space="preserve">[44:10] </w:t>
      </w:r>
      <w:r>
        <w:t>is ko follow karega woh insan hamesha apne nature ke aitbar se reason ko follow karta hai</w:t>
      </w:r>
    </w:p>
    <w:p>
      <w:pPr>
        <w:jc w:val="right"/>
      </w:pPr>
      <w:r>
        <w:t>اس کو فالو کرے گا وہ انسان ہمیشہ اپنے نیچر کے اعتبار سے ریزن کو فالو کرتا ہے</w:t>
      </w:r>
    </w:p>
    <w:p>
      <w:r>
        <w:rPr>
          <w:b/>
        </w:rPr>
        <w:t xml:space="preserve">[44:19] </w:t>
      </w:r>
      <w:r>
        <w:t>مولانا I wanted to ask you, you said that peaceful combination of an individual system and social</w:t>
      </w:r>
    </w:p>
    <w:p>
      <w:pPr>
        <w:jc w:val="right"/>
      </w:pPr>
      <w:r>
        <w:t>مولانا ائی وانٹڈ ٹو اسک یو یو سیڈ دیٹ پیس فل کمبینیشن اف ان انڈیویجول سسٹم اینڈ سوشل</w:t>
      </w:r>
    </w:p>
    <w:p>
      <w:r>
        <w:rPr>
          <w:b/>
        </w:rPr>
        <w:t xml:space="preserve">[44:26] </w:t>
      </w:r>
      <w:r>
        <w:t>system I didn't understand it exactly if you can expand on it</w:t>
      </w:r>
    </w:p>
    <w:p>
      <w:pPr>
        <w:jc w:val="right"/>
      </w:pPr>
      <w:r>
        <w:t>سسٹم ائی ڈڈنٹ انڈرسٹینڈ اٹ ایگزیکٹلی اف یو کین ایکسپینڈ ان اٹ</w:t>
      </w:r>
    </w:p>
    <w:p>
      <w:r>
        <w:rPr>
          <w:b/>
        </w:rPr>
        <w:t xml:space="preserve">[44:33] </w:t>
      </w:r>
      <w:r>
        <w:t>کیا کہا peaceful peaceful combination the world is looking for peaceful combination of individual</w:t>
      </w:r>
    </w:p>
    <w:p>
      <w:pPr>
        <w:jc w:val="right"/>
      </w:pPr>
      <w:r>
        <w:t>کیا کہا پیس فل پیس فل کمبینیشن دا ورلڈ از لوکنگ فار پیس فل کمبینیشن اف انڈیویجول</w:t>
      </w:r>
    </w:p>
    <w:p>
      <w:r>
        <w:rPr>
          <w:b/>
        </w:rPr>
        <w:t xml:space="preserve">[44:41] </w:t>
      </w:r>
      <w:r>
        <w:t>how to reconcile individual and social needs to woh thoda aur samjhayein dekhiye basic baat yeh hai</w:t>
      </w:r>
    </w:p>
    <w:p>
      <w:pPr>
        <w:jc w:val="right"/>
      </w:pPr>
      <w:r>
        <w:t>ہاؤ ٹو ریکنسائل انڈیویجول اینڈ سوشل نیڈز تو وہ تھوڑا اور سمجھائیں دیکھیے بیسک بات یہ ہے</w:t>
      </w:r>
    </w:p>
    <w:p>
      <w:r>
        <w:rPr>
          <w:b/>
        </w:rPr>
        <w:t xml:space="preserve">[44:50] </w:t>
      </w:r>
      <w:r>
        <w:t>ke sab log peace peace karte hain peace chahte hain lekin</w:t>
      </w:r>
    </w:p>
    <w:p>
      <w:pPr>
        <w:jc w:val="right"/>
      </w:pPr>
      <w:r>
        <w:t>کہ سب لوگ پیس پیس کرتے ہیں پیس چاہتے ہیں لیکن</w:t>
      </w:r>
    </w:p>
    <w:p>
      <w:r>
        <w:rPr>
          <w:b/>
        </w:rPr>
        <w:t xml:space="preserve">[44:56] </w:t>
      </w:r>
      <w:r>
        <w:t>sab se pehle</w:t>
      </w:r>
    </w:p>
    <w:p>
      <w:pPr>
        <w:jc w:val="right"/>
      </w:pPr>
      <w:r>
        <w:t>سب سے پہلے</w:t>
      </w:r>
    </w:p>
    <w:p>
      <w:r>
        <w:rPr>
          <w:b/>
        </w:rPr>
        <w:t xml:space="preserve">[44:58] </w:t>
      </w:r>
      <w:r>
        <w:t>you have to discover the christian plan of god kyunke is ke is ke muwafiq mein jab hoga</w:t>
      </w:r>
    </w:p>
    <w:p>
      <w:pPr>
        <w:jc w:val="right"/>
      </w:pPr>
      <w:r>
        <w:t>یو ہیو ٹو ڈسکور دا کرسچن پلان اف گاڈ کیونکہ اس کے اس کے موافق میں جب ہوگا</w:t>
      </w:r>
    </w:p>
    <w:p>
      <w:r>
        <w:rPr>
          <w:b/>
        </w:rPr>
        <w:t xml:space="preserve">[45:06] </w:t>
      </w:r>
      <w:r>
        <w:t>tabhi chalega apna chalega nahi yani communist ka chalega nahi chala nahi itni power in</w:t>
      </w:r>
    </w:p>
    <w:p>
      <w:pPr>
        <w:jc w:val="right"/>
      </w:pPr>
      <w:r>
        <w:t>تبھی چلے گا اپنا چلے گا نہیں یعنی کمیونسٹ کا چلے گا نہیں چلا نہیں اتنی پاور ان</w:t>
      </w:r>
    </w:p>
    <w:p>
      <w:r>
        <w:rPr>
          <w:b/>
        </w:rPr>
        <w:t xml:space="preserve">[45:13] </w:t>
      </w:r>
      <w:r>
        <w:t>ke paas thi tabhi kyunke woh nature ke mutabiq nahi tha christian plan of god ke mutabiq nahi</w:t>
      </w:r>
    </w:p>
    <w:p>
      <w:pPr>
        <w:jc w:val="right"/>
      </w:pPr>
      <w:r>
        <w:t>کے پاس تھی تبھی کیونکہ وہ نیچر کے مطابق نہیں تھا کرسچن پلان اف گاڈ کے مطابق نہیں</w:t>
      </w:r>
    </w:p>
    <w:p>
      <w:r>
        <w:rPr>
          <w:b/>
        </w:rPr>
        <w:t xml:space="preserve">[45:18] </w:t>
      </w:r>
      <w:r>
        <w:t>tha christian plan of god mein freedom must must koi bhi system jo freedom ko abuse kar de</w:t>
      </w:r>
    </w:p>
    <w:p>
      <w:pPr>
        <w:jc w:val="right"/>
      </w:pPr>
      <w:r>
        <w:t>تھا کرسچن پلان اف گاڈ میں فریڈم مسٹ مسٹ کوئی بھی سسٹم جو فریڈم کو ابائز کر دے</w:t>
      </w:r>
    </w:p>
    <w:p>
      <w:r>
        <w:rPr>
          <w:b/>
        </w:rPr>
        <w:t xml:space="preserve">[45:29] </w:t>
      </w:r>
      <w:r>
        <w:t>chalne wala nahi</w:t>
      </w:r>
    </w:p>
    <w:p>
      <w:pPr>
        <w:jc w:val="right"/>
      </w:pPr>
      <w:r>
        <w:t>چلنے والا نہیں</w:t>
      </w:r>
    </w:p>
    <w:p>
      <w:r>
        <w:rPr>
          <w:b/>
        </w:rPr>
        <w:t xml:space="preserve">[45:33] </w:t>
      </w:r>
      <w:r>
        <w:t>to main ne jo baat kahi hai woh</w:t>
      </w:r>
    </w:p>
    <w:p>
      <w:pPr>
        <w:jc w:val="right"/>
      </w:pPr>
      <w:r>
        <w:t>تو میں نے جو بات کہی ہے وہ</w:t>
      </w:r>
    </w:p>
    <w:p>
      <w:r>
        <w:rPr>
          <w:b/>
        </w:rPr>
        <w:t xml:space="preserve">[45:39] </w:t>
      </w:r>
      <w:r>
        <w:t>creation of creation plan of god ke base pe kahi hai is pe ap sochiye is baat ko</w:t>
      </w:r>
    </w:p>
    <w:p>
      <w:pPr>
        <w:jc w:val="right"/>
      </w:pPr>
      <w:r>
        <w:t>کریشن اف کریشن پلان اف گاڈ کے بیس پہ کہی ہے اس پہ اپ سوچیے اس بات کو</w:t>
      </w:r>
    </w:p>
    <w:p>
      <w:r>
        <w:rPr>
          <w:b/>
        </w:rPr>
        <w:t xml:space="preserve">[45:46] </w:t>
      </w:r>
      <w:r>
        <w:t>le kar sochiye ke krishan plan of god jo hai us ke mutaliq hai aur</w:t>
      </w:r>
    </w:p>
    <w:p>
      <w:pPr>
        <w:jc w:val="right"/>
      </w:pPr>
      <w:r>
        <w:t>لے کر سوچیے کہ کریشن پلان اف گاڈ جو ہے اس کے متعلق ہے اور</w:t>
      </w:r>
    </w:p>
    <w:p>
      <w:r>
        <w:rPr>
          <w:b/>
        </w:rPr>
        <w:t xml:space="preserve">[45:53] </w:t>
      </w:r>
      <w:r>
        <w:t>dekhen koi bhi system ho kahin ke us ko compromise karna parta hai</w:t>
      </w:r>
    </w:p>
    <w:p>
      <w:pPr>
        <w:jc w:val="right"/>
      </w:pPr>
      <w:r>
        <w:t>دیکھیں کوئی بھی سسٹم ہو کہیں کہ اس کو کمپروائز کرنا پڑتا ہے</w:t>
      </w:r>
    </w:p>
    <w:p>
      <w:r>
        <w:rPr>
          <w:b/>
        </w:rPr>
        <w:t xml:space="preserve">[45:59] </w:t>
      </w:r>
      <w:r>
        <w:t>kahin nahin jaise rasool allah salallaho alaihe wasallam ne misaal di ke kaaba ke maamle mein compromise</w:t>
      </w:r>
    </w:p>
    <w:p>
      <w:pPr>
        <w:jc w:val="right"/>
      </w:pPr>
      <w:r>
        <w:t>کہیں نہیں جیسے رسول اللہ صلی اللہ علیہ وسلم نے مثال دی کہ کعبہ کے معاملے میں کمپروائز</w:t>
      </w:r>
    </w:p>
    <w:p>
      <w:r>
        <w:rPr>
          <w:b/>
        </w:rPr>
        <w:t xml:space="preserve">[46:04] </w:t>
      </w:r>
      <w:r>
        <w:t>kiya unhon ne</w:t>
      </w:r>
    </w:p>
    <w:p>
      <w:pPr>
        <w:jc w:val="right"/>
      </w:pPr>
      <w:r>
        <w:t>کیا انہوں نے</w:t>
      </w:r>
    </w:p>
    <w:p>
      <w:r>
        <w:rPr>
          <w:b/>
        </w:rPr>
        <w:t xml:space="preserve">[46:06] </w:t>
      </w:r>
      <w:r>
        <w:t>kaaba jo tha hazrat ibrahim banaya hua us mein hatim shamil tha ab hatim ko nikal diya mushrikeen</w:t>
      </w:r>
    </w:p>
    <w:p>
      <w:pPr>
        <w:jc w:val="right"/>
      </w:pPr>
      <w:r>
        <w:t>کعبہ جو تھا حضرت ابراہیم بنایا ہوا اس میں حتیم شامل تھا اب حتیم کو نکال دیا مشرکین</w:t>
      </w:r>
    </w:p>
    <w:p>
      <w:r>
        <w:rPr>
          <w:b/>
        </w:rPr>
        <w:t xml:space="preserve">[46:12] </w:t>
      </w:r>
      <w:r>
        <w:t>ne alag kar diya to aap ne compromise to kiya wahan par</w:t>
      </w:r>
    </w:p>
    <w:p>
      <w:pPr>
        <w:jc w:val="right"/>
      </w:pPr>
      <w:r>
        <w:t>نے الگ کر دیا تو اپ نے کمپروائز تو کیا وہاں پر</w:t>
      </w:r>
    </w:p>
    <w:p>
      <w:r>
        <w:rPr>
          <w:b/>
        </w:rPr>
        <w:t xml:space="preserve">[46:17] </w:t>
      </w:r>
      <w:r>
        <w:t>aj tak wahi wahi khara hua hai to koi formula chahe kitna hi sahi ho kitne hi mutabiq</w:t>
      </w:r>
    </w:p>
    <w:p>
      <w:pPr>
        <w:jc w:val="right"/>
      </w:pPr>
      <w:r>
        <w:t>اج تک وہی وہی کھڑا ہوا ہے تو کوئی فارمولا چاہے کتنا ہی صحیح ہو کتنے ہی مطابق</w:t>
      </w:r>
    </w:p>
    <w:p>
      <w:r>
        <w:rPr>
          <w:b/>
        </w:rPr>
        <w:t xml:space="preserve">[46:25] </w:t>
      </w:r>
      <w:r>
        <w:t>fitrat ho phir bhi aap ko kahin ke compromise karna parta hai</w:t>
      </w:r>
    </w:p>
    <w:p>
      <w:pPr>
        <w:jc w:val="right"/>
      </w:pPr>
      <w:r>
        <w:t>فطرت ہو پھر بھی اپ کو کہیں کہ کمپروائز کرنا پڑتا ہے</w:t>
      </w:r>
    </w:p>
    <w:p>
      <w:r>
        <w:rPr>
          <w:b/>
        </w:rPr>
        <w:t xml:space="preserve">[46:31] </w:t>
      </w:r>
      <w:r>
        <w:t>peace is result of</w:t>
      </w:r>
    </w:p>
    <w:p>
      <w:pPr>
        <w:jc w:val="right"/>
      </w:pPr>
      <w:r>
        <w:t>پیس از رزلٹ اف</w:t>
      </w:r>
    </w:p>
    <w:p>
      <w:r>
        <w:rPr>
          <w:b/>
        </w:rPr>
        <w:t xml:space="preserve">[46:35] </w:t>
      </w:r>
      <w:r>
        <w:t>this reason ke aap compromise karen compromise na karen ge to peace bhi nahin aaye ga</w:t>
      </w:r>
    </w:p>
    <w:p>
      <w:pPr>
        <w:jc w:val="right"/>
      </w:pPr>
      <w:r>
        <w:t>دس ریزن کہ اپ کمپروائز کریں کمپروائز نہ کریں گے تو پیس بھی نہیں ائے گا</w:t>
      </w:r>
    </w:p>
    <w:p>
      <w:r>
        <w:rPr>
          <w:b/>
        </w:rPr>
        <w:t xml:space="preserve">[46:43] </w:t>
      </w:r>
      <w:r>
        <w:t>maulana danish fazal sahib ka sawal hai</w:t>
      </w:r>
    </w:p>
    <w:p>
      <w:pPr>
        <w:jc w:val="right"/>
      </w:pPr>
      <w:r>
        <w:t>مولانا دانش فضل صاحب کا سوال ہے</w:t>
      </w:r>
    </w:p>
    <w:p>
      <w:r>
        <w:rPr>
          <w:b/>
        </w:rPr>
        <w:t xml:space="preserve">[46:47] </w:t>
      </w:r>
      <w:r>
        <w:t>Kindly re-explain about punishment of irtidad.</w:t>
      </w:r>
    </w:p>
    <w:p>
      <w:pPr>
        <w:jc w:val="right"/>
      </w:pPr>
      <w:r>
        <w:t>کائنڈلی ری ایکسپلین اباؤٹ پنشمنٹ اف ارتداد</w:t>
      </w:r>
    </w:p>
    <w:p>
      <w:r>
        <w:rPr>
          <w:b/>
        </w:rPr>
        <w:t xml:space="preserve">[46:51] </w:t>
      </w:r>
      <w:r>
        <w:t>. aj nikalein</w:t>
      </w:r>
    </w:p>
    <w:p>
      <w:pPr>
        <w:jc w:val="right"/>
      </w:pPr>
      <w:r>
        <w:t>. اج نکالیں</w:t>
      </w:r>
    </w:p>
    <w:p>
      <w:r>
        <w:rPr>
          <w:b/>
        </w:rPr>
        <w:t xml:space="preserve">[46:53] </w:t>
      </w:r>
      <w:r>
        <w:t>al baqara 217 ye ayat nikali hai aap is ko parhiye is ka tarjuma ye hai ke tum mein</w:t>
      </w:r>
    </w:p>
    <w:p>
      <w:pPr>
        <w:jc w:val="right"/>
      </w:pPr>
      <w:r>
        <w:t>البقرہ 217 یہ ایت نکالی ہے اپ اس کو پڑھیے اس کا ترجمہ یہ ہے کہ تم میں</w:t>
      </w:r>
    </w:p>
    <w:p>
      <w:r>
        <w:rPr>
          <w:b/>
        </w:rPr>
        <w:t xml:space="preserve">[47:00] </w:t>
      </w:r>
      <w:r>
        <w:t>se jo shakhs deen se phir jaye murtad ho jaye irtidad ka lafz hai wahan par</w:t>
      </w:r>
    </w:p>
    <w:p>
      <w:pPr>
        <w:jc w:val="right"/>
      </w:pPr>
      <w:r>
        <w:t>سے جو شخص دین سے پھر جائے مرتد ہو جائے ارتداد کا لفظ ہے وہاں پر</w:t>
      </w:r>
    </w:p>
    <w:p>
      <w:r>
        <w:rPr>
          <w:b/>
        </w:rPr>
        <w:t xml:space="preserve">[47:06] </w:t>
      </w:r>
      <w:r>
        <w:t>aur wo shakhs rahe yahan tak ke mar jaye</w:t>
      </w:r>
    </w:p>
    <w:p>
      <w:pPr>
        <w:jc w:val="right"/>
      </w:pPr>
      <w:r>
        <w:t>اور وہ شخص رہے یہاں تک کہ مر جائے</w:t>
      </w:r>
    </w:p>
    <w:p>
      <w:r>
        <w:rPr>
          <w:b/>
        </w:rPr>
        <w:t xml:space="preserve">[47:12] </w:t>
      </w:r>
      <w:r>
        <w:t>faimat wo kafir nahin hota halat irtidad mar jaye wo</w:t>
      </w:r>
    </w:p>
    <w:p>
      <w:pPr>
        <w:jc w:val="right"/>
      </w:pPr>
      <w:r>
        <w:t>فیمت وہ کافر نہیں ہوتا حالت ارشاد مر جائے وہ</w:t>
      </w:r>
    </w:p>
    <w:p>
      <w:r>
        <w:rPr>
          <w:b/>
        </w:rPr>
        <w:t xml:space="preserve">[47:19] </w:t>
      </w:r>
      <w:r>
        <w:t>to akhirat mein pakda jaye ga dunya mein koi saza nahin is ki yani khuli hui ayat hai</w:t>
      </w:r>
    </w:p>
    <w:p>
      <w:pPr>
        <w:jc w:val="right"/>
      </w:pPr>
      <w:r>
        <w:t>تو اخرت میں پکڑا جائے گا دنیا میں کوئی سزا نہیں اس کی یعنی کھلی ہوئی ایت ہے</w:t>
      </w:r>
    </w:p>
    <w:p>
      <w:r>
        <w:rPr>
          <w:b/>
        </w:rPr>
        <w:t xml:space="preserve">[47:25] </w:t>
      </w:r>
      <w:r>
        <w:t>irtidad ke bare mein lekin is mein koi saza nahin</w:t>
      </w:r>
    </w:p>
    <w:p>
      <w:pPr>
        <w:jc w:val="right"/>
      </w:pPr>
      <w:r>
        <w:t>ارتداد کے بارے میں لیکن اس میں کوئی سزا نہیں</w:t>
      </w:r>
    </w:p>
    <w:p>
      <w:r>
        <w:rPr>
          <w:b/>
        </w:rPr>
        <w:t xml:space="preserve">[47:29] </w:t>
      </w:r>
      <w:r>
        <w:t>aise hi dekhiye</w:t>
      </w:r>
    </w:p>
    <w:p>
      <w:pPr>
        <w:jc w:val="right"/>
      </w:pPr>
      <w:r>
        <w:t>ایسے ہی دیکھیے</w:t>
      </w:r>
    </w:p>
    <w:p>
      <w:r>
        <w:rPr>
          <w:b/>
        </w:rPr>
        <w:t xml:space="preserve">[47:31] </w:t>
      </w:r>
      <w:r>
        <w:t>jo jo hum ne kaha ke hijrat kar ke jo gaye the habash</w:t>
      </w:r>
    </w:p>
    <w:p>
      <w:pPr>
        <w:jc w:val="right"/>
      </w:pPr>
      <w:r>
        <w:t>جو جو ہم نے کہا کہ ہجرت کر کے جو گئے تھے حبش</w:t>
      </w:r>
    </w:p>
    <w:p>
      <w:r>
        <w:rPr>
          <w:b/>
        </w:rPr>
        <w:t xml:space="preserve">[47:38] </w:t>
      </w:r>
      <w:r>
        <w:t>jo log is mein se ek shakhs</w:t>
      </w:r>
    </w:p>
    <w:p>
      <w:pPr>
        <w:jc w:val="right"/>
      </w:pPr>
      <w:r>
        <w:t>جو لوگ اس میں سے ایک شخص</w:t>
      </w:r>
    </w:p>
    <w:p>
      <w:r>
        <w:rPr>
          <w:b/>
        </w:rPr>
        <w:t xml:space="preserve">[47:41] </w:t>
      </w:r>
      <w:r>
        <w:t>wahi hoga jis ko aap kehte hain murtad yani islam chhod kar isai ban rahi hai to rasool</w:t>
      </w:r>
    </w:p>
    <w:p>
      <w:pPr>
        <w:jc w:val="right"/>
      </w:pPr>
      <w:r>
        <w:t>وہی ہوگا جس کو اپ کہتے ہیں مرتد یعنی اسلام چھوڑ کر عیسائی بن رہی ہے تو رسول</w:t>
      </w:r>
    </w:p>
    <w:p>
      <w:r>
        <w:rPr>
          <w:b/>
        </w:rPr>
        <w:t xml:space="preserve">[47:48] </w:t>
      </w:r>
      <w:r>
        <w:t>allah ke khauf mili to rasool allah ne kabhi ye nahin kaha ke is ko pakdo is ko</w:t>
      </w:r>
    </w:p>
    <w:p>
      <w:pPr>
        <w:jc w:val="right"/>
      </w:pPr>
      <w:r>
        <w:t>اللہ کے خوف ملی تو رسول اللہ نے کبھی یہ نہیں کہا کہ اس کو پکڑو اس کو</w:t>
      </w:r>
    </w:p>
    <w:p>
      <w:r>
        <w:rPr>
          <w:b/>
        </w:rPr>
        <w:t xml:space="preserve">[47:52] </w:t>
      </w:r>
      <w:r>
        <w:t>maro maar dalo nahin kaha to main do cheezein aap ko de raha hoon</w:t>
      </w:r>
    </w:p>
    <w:p>
      <w:pPr>
        <w:jc w:val="right"/>
      </w:pPr>
      <w:r>
        <w:t>مارو مار ڈالو نہیں کہا تو میں دو چیزیں اپ کو دے رہا ہوں</w:t>
      </w:r>
    </w:p>
    <w:p>
      <w:r>
        <w:rPr>
          <w:b/>
        </w:rPr>
        <w:t xml:space="preserve">[47:59] </w:t>
      </w:r>
      <w:r>
        <w:t>quran ki ayat aur habash ka waqea in dono ko le kar aap wapas wapas jayen yahan se</w:t>
      </w:r>
    </w:p>
    <w:p>
      <w:pPr>
        <w:jc w:val="right"/>
      </w:pPr>
      <w:r>
        <w:t>قران کی ایت اور حبش کا واقعہ ان دونوں کو لے کر اپ واپس واپس جائیں یہاں سے</w:t>
      </w:r>
    </w:p>
    <w:p>
      <w:r>
        <w:rPr>
          <w:b/>
        </w:rPr>
        <w:t xml:space="preserve">[48:06] </w:t>
      </w:r>
      <w:r>
        <w:t>to is ko dono ko le kar mut</w:t>
      </w:r>
    </w:p>
    <w:p>
      <w:pPr>
        <w:jc w:val="right"/>
      </w:pPr>
      <w:r>
        <w:t>تو اس کو دونوں کو لے کر مط</w:t>
      </w:r>
    </w:p>
    <w:p>
      <w:r>
        <w:rPr>
          <w:b/>
        </w:rPr>
        <w:t xml:space="preserve">[48:09] </w:t>
      </w:r>
      <w:r>
        <w:t>alha karen ubaidullah bin jash ap ko internet pe mil jaye ga ubaidullah bin jash mil</w:t>
      </w:r>
    </w:p>
    <w:p>
      <w:pPr>
        <w:jc w:val="right"/>
      </w:pPr>
      <w:r>
        <w:t>العہ کریں عبید اللہ بن جش اپ کو انٹرنیٹ پہ مل جائے گا عبید اللہ بن جش مل</w:t>
      </w:r>
    </w:p>
    <w:p>
      <w:r>
        <w:rPr>
          <w:b/>
        </w:rPr>
        <w:t xml:space="preserve">[48:15] </w:t>
      </w:r>
      <w:r>
        <w:t>jaye ga aur al baqra 270 mil jaye ga molana madine mein bhi aisa waqia hua tha acha to</w:t>
      </w:r>
    </w:p>
    <w:p>
      <w:pPr>
        <w:jc w:val="right"/>
      </w:pPr>
      <w:r>
        <w:t>جائے گا اور البقرہ 270 مل جائے گا مولانا مدینے میں بھی ایسا واقعہ ہوا تھا اچھا تو</w:t>
      </w:r>
    </w:p>
    <w:p>
      <w:r>
        <w:rPr>
          <w:b/>
        </w:rPr>
        <w:t xml:space="preserve">[48:22] </w:t>
      </w:r>
      <w:r>
        <w:t>aik aadmi ko rasoolullah ne katib rakha tha to us waqt bhi woh shararat kar raha tha</w:t>
      </w:r>
    </w:p>
    <w:p>
      <w:pPr>
        <w:jc w:val="right"/>
      </w:pPr>
      <w:r>
        <w:t>ایک ادمی کو رسول اللہ نے کاتب رکھا تھا تو اس وقت بھی وہ شرارت کر رہا تھا</w:t>
      </w:r>
    </w:p>
    <w:p>
      <w:r>
        <w:rPr>
          <w:b/>
        </w:rPr>
        <w:t xml:space="preserve">[48:27] </w:t>
      </w:r>
      <w:r>
        <w:t>to rasoolullah ne maaf kiya phir woh islam chhod kar bhag gaya to rasoolullah ne kuch</w:t>
      </w:r>
    </w:p>
    <w:p>
      <w:pPr>
        <w:jc w:val="right"/>
      </w:pPr>
      <w:r>
        <w:t>تو رسول اللہ نے معاف کیا پھر وہ اسلام چھوڑ کر بھاگ گیا تو رسول اللہ نے کچھ</w:t>
      </w:r>
    </w:p>
    <w:p>
      <w:r>
        <w:rPr>
          <w:b/>
        </w:rPr>
        <w:t xml:space="preserve">[48:30] </w:t>
      </w:r>
      <w:r>
        <w:t>nahi kaha sahih al bukhari mein sahih bukhari mein waqia maujood hai ke madine mein aisa hua</w:t>
      </w:r>
    </w:p>
    <w:p>
      <w:pPr>
        <w:jc w:val="right"/>
      </w:pPr>
      <w:r>
        <w:t>نہیں کہا صحیح البخاری میں صحیح بخاری میں واقعہ موجود ہے کہ مدینے میں ایسا ہوا</w:t>
      </w:r>
    </w:p>
    <w:p>
      <w:r>
        <w:rPr>
          <w:b/>
        </w:rPr>
        <w:t xml:space="preserve">[48:39] </w:t>
      </w:r>
      <w:r>
        <w:t>to rasoolullah ne is ke peeche nahi daura sahaba ko jahan pao qatl karo</w:t>
      </w:r>
    </w:p>
    <w:p>
      <w:pPr>
        <w:jc w:val="right"/>
      </w:pPr>
      <w:r>
        <w:t>تو رسول اللہ نے اس کے پیچھے نہیں دوڑا صحابہ کو جہاں پاؤ قتل کرو</w:t>
      </w:r>
    </w:p>
    <w:p>
      <w:r>
        <w:rPr>
          <w:b/>
        </w:rPr>
        <w:t xml:space="preserve">[48:44] </w:t>
      </w:r>
      <w:r>
        <w:t>yeh murtad ko qatl karna yeh sard asar abbasi daur ka mamla hai pakhane manaya is ka islam</w:t>
      </w:r>
    </w:p>
    <w:p>
      <w:pPr>
        <w:jc w:val="right"/>
      </w:pPr>
      <w:r>
        <w:t>یہ مرتد کو قتل کرنا یہ سرد اثر عباسی دور کا معاملہ ہے پخانے منایا اس کا اسلام</w:t>
      </w:r>
    </w:p>
    <w:p>
      <w:r>
        <w:rPr>
          <w:b/>
        </w:rPr>
        <w:t xml:space="preserve">[48:52] </w:t>
      </w:r>
      <w:r>
        <w:t>se kuch bhi taalluq nahi kuch bhi nahi taalluq</w:t>
      </w:r>
    </w:p>
    <w:p>
      <w:pPr>
        <w:jc w:val="right"/>
      </w:pPr>
      <w:r>
        <w:t>سے کچھ بھی تعلق نہیں کچھ بھی نہیں تعلق</w:t>
      </w:r>
    </w:p>
    <w:p>
      <w:r>
        <w:rPr>
          <w:b/>
        </w:rPr>
        <w:t xml:space="preserve">[48:58] </w:t>
      </w:r>
      <w:r>
        <w:t>pehle ap in waqiat ko parhiye aur is ayat ka mutala kijiye phir agle jume ka ap farmaye</w:t>
      </w:r>
    </w:p>
    <w:p>
      <w:pPr>
        <w:jc w:val="right"/>
      </w:pPr>
      <w:r>
        <w:t>پہلے اپ ان واقعات کو پڑھیے اور اس ایت کا مطالعہ کیجیے پھر اگلے جمعے کا اپ فرمائیے</w:t>
      </w:r>
    </w:p>
    <w:p>
      <w:r>
        <w:rPr>
          <w:b/>
        </w:rPr>
        <w:t xml:space="preserve">[49:05] </w:t>
      </w:r>
      <w:r>
        <w:t>jo farman hai ap par meri aik kitab bhi hai hikmat islam bhi kitab hai is mein</w:t>
      </w:r>
    </w:p>
    <w:p>
      <w:pPr>
        <w:jc w:val="right"/>
      </w:pPr>
      <w:r>
        <w:t>جو فرمان ہے اپ اس پر میری ایک کتاب بھی ہے حکمت اسلام بھی کتاب ہے اس میں</w:t>
      </w:r>
    </w:p>
    <w:p>
      <w:r>
        <w:rPr>
          <w:b/>
        </w:rPr>
        <w:t xml:space="preserve">[49:11] </w:t>
      </w:r>
      <w:r>
        <w:t>30 safhe ka aik maqala hai isi par molana aik baat ki wazahat farmaye ke rasoolullah ne</w:t>
      </w:r>
    </w:p>
    <w:p>
      <w:pPr>
        <w:jc w:val="right"/>
      </w:pPr>
      <w:r>
        <w:t>30 صفحے کا ایک مقالہ ہے اسی پر مولانا ایک بات کی وضاحت فرمائیں کہ رسول اللہ نے</w:t>
      </w:r>
    </w:p>
    <w:p>
      <w:r>
        <w:rPr>
          <w:b/>
        </w:rPr>
        <w:t xml:space="preserve">[49:18] </w:t>
      </w:r>
      <w:r>
        <w:t>kaba ke mamle mein to compromise kiya ke as it is us ko qabool kar liya us waqt</w:t>
      </w:r>
    </w:p>
    <w:p>
      <w:pPr>
        <w:jc w:val="right"/>
      </w:pPr>
      <w:r>
        <w:t>کعبہ کے معاملے میں تو کمپرومائز کیا کہ ایز اٹ از اس کو قبول کر لیا اس وقت</w:t>
      </w:r>
    </w:p>
    <w:p>
      <w:r>
        <w:rPr>
          <w:b/>
        </w:rPr>
        <w:t xml:space="preserve">[49:23] </w:t>
      </w:r>
      <w:r>
        <w:t>jo condition thi us ko bhi qabool kar liya lekin apne mission ke mamle mein compromise nahi kiya</w:t>
      </w:r>
    </w:p>
    <w:p>
      <w:pPr>
        <w:jc w:val="right"/>
      </w:pPr>
      <w:r>
        <w:t>جو کنڈیشن تھی اس کو بھی قبول کر لیا لیکن اپنے مشن کے معاملے میں کمپرومائز نہیں کیا</w:t>
      </w:r>
    </w:p>
    <w:p>
      <w:r>
        <w:rPr>
          <w:b/>
        </w:rPr>
        <w:t xml:space="preserve">[49:29] </w:t>
      </w:r>
      <w:r>
        <w:t>dono mein farq kyun kiya bhai mashal</w:t>
      </w:r>
    </w:p>
    <w:p>
      <w:pPr>
        <w:jc w:val="right"/>
      </w:pPr>
      <w:r>
        <w:t>دونوں میں فرق کیوں کیا بھئی مشعل</w:t>
      </w:r>
    </w:p>
    <w:p>
      <w:r>
        <w:rPr>
          <w:b/>
        </w:rPr>
        <w:t xml:space="preserve">[49:33] </w:t>
      </w:r>
      <w:r>
        <w:t>aik usooli mamla hai ijaz aik mamla hai ijaz kabhi compromise nahi hota practical mamle mein compromise hota</w:t>
      </w:r>
    </w:p>
    <w:p>
      <w:pPr>
        <w:jc w:val="right"/>
      </w:pPr>
      <w:r>
        <w:t>ایک اصولی معاملہ ہے اجاز ایک معاملہ ہے اجاز کبھی کمپرومائز نہیں ہوتا پریکٹیکل معاملے میں کمپرومائز ہوتا</w:t>
      </w:r>
    </w:p>
    <w:p>
      <w:r>
        <w:rPr>
          <w:b/>
        </w:rPr>
        <w:t xml:space="preserve">[49:40] </w:t>
      </w:r>
      <w:r>
        <w:t>hai compromise ka usool hamesha practical mamle mein hota hai usooli mamle hota hi nahi</w:t>
      </w:r>
    </w:p>
    <w:p>
      <w:pPr>
        <w:jc w:val="right"/>
      </w:pPr>
      <w:r>
        <w:t>ہے کمپرومائز کا اصول ہمیشہ پریکٹیکل معاملے میں ہوتا ہے اصولی معاملے ہوتا ہی نہیں</w:t>
      </w:r>
    </w:p>
    <w:p>
      <w:r>
        <w:rPr>
          <w:b/>
        </w:rPr>
        <w:t xml:space="preserve">[49:48] </w:t>
      </w:r>
      <w:r>
        <w:t>ijaz mamle mein compromise nahi hota</w:t>
      </w:r>
    </w:p>
    <w:p>
      <w:pPr>
        <w:jc w:val="right"/>
      </w:pPr>
      <w:r>
        <w:t>اجاز معاملے میں کمپرومائز نہیں ہوتا</w:t>
      </w:r>
    </w:p>
    <w:p>
      <w:r>
        <w:rPr>
          <w:b/>
        </w:rPr>
        <w:t xml:space="preserve">[49:52] </w:t>
      </w:r>
      <w:r>
        <w:t>na makkah daur mein na madine daur mein na is ke baad</w:t>
      </w:r>
    </w:p>
    <w:p>
      <w:pPr>
        <w:jc w:val="right"/>
      </w:pPr>
      <w:r>
        <w:t>نہ مکے دور میں نہ مدینے دور میں نہ اس کے بعد</w:t>
      </w:r>
    </w:p>
    <w:p>
      <w:r>
        <w:rPr>
          <w:b/>
        </w:rPr>
        <w:t xml:space="preserve">[49:56] </w:t>
      </w:r>
      <w:r>
        <w:t>bhai ijaz mein compromise karne ki zaroorat kya hai yeh ap ke mind mein hai ap chahein to</w:t>
      </w:r>
    </w:p>
    <w:p>
      <w:pPr>
        <w:jc w:val="right"/>
      </w:pPr>
      <w:r>
        <w:t>بھئی اجاز میں کمپروائز کرنے کی ضرورت کیا ہے یہ اپ کے مائنڈ میں ہے اپ چاہیں تو</w:t>
      </w:r>
    </w:p>
    <w:p>
      <w:r>
        <w:rPr>
          <w:b/>
        </w:rPr>
        <w:t xml:space="preserve">[50:02] </w:t>
      </w:r>
      <w:r>
        <w:t>khuda ko aik manen chahe khuda ko do manen ya khuda ko teen manen woh to ap ke</w:t>
      </w:r>
    </w:p>
    <w:p>
      <w:pPr>
        <w:jc w:val="right"/>
      </w:pPr>
      <w:r>
        <w:t>خدا کو ایک مانیں چاہے خدا کو دو مانیں یا خدا کو تین مانیں وہ تو اپ کے</w:t>
      </w:r>
    </w:p>
    <w:p>
      <w:r>
        <w:rPr>
          <w:b/>
        </w:rPr>
        <w:t xml:space="preserve">[50:06] </w:t>
      </w:r>
      <w:r>
        <w:t>mind ki baat hai</w:t>
      </w:r>
    </w:p>
    <w:p>
      <w:pPr>
        <w:jc w:val="right"/>
      </w:pPr>
      <w:r>
        <w:t>مائنڈ کی بات ہے</w:t>
      </w:r>
    </w:p>
    <w:p>
      <w:r>
        <w:rPr>
          <w:b/>
        </w:rPr>
        <w:t xml:space="preserve">[50:09] </w:t>
      </w:r>
      <w:r>
        <w:t>dusron ko is se kya nuksan hota hai jahan dusre ko nuksan hota hai tab ap masla hota</w:t>
      </w:r>
    </w:p>
    <w:p>
      <w:pPr>
        <w:jc w:val="right"/>
      </w:pPr>
      <w:r>
        <w:t>دوسروں کو اس سے کیا نقصان ہوتا ہے جہاں دوسرے کو نقصان ہوتا ہے تب اپ مسئلہ ہوتا</w:t>
      </w:r>
    </w:p>
    <w:p>
      <w:r>
        <w:rPr>
          <w:b/>
        </w:rPr>
        <w:t xml:space="preserve">[50:16] </w:t>
      </w:r>
      <w:r>
        <w:t>hai compromise karne ka</w:t>
      </w:r>
    </w:p>
    <w:p>
      <w:pPr>
        <w:jc w:val="right"/>
      </w:pPr>
      <w:r>
        <w:t>ہے کمپراز کرنے کا</w:t>
      </w:r>
    </w:p>
    <w:p>
      <w:r>
        <w:rPr>
          <w:b/>
        </w:rPr>
        <w:t xml:space="preserve">[50:17] </w:t>
      </w:r>
      <w:r>
        <w:t>mein apne bare mein yeh maan loon ke us waqt raat hai mein maan loon ke yeh dili</w:t>
      </w:r>
    </w:p>
    <w:p>
      <w:pPr>
        <w:jc w:val="right"/>
      </w:pPr>
      <w:r>
        <w:t>میں اپنے بارے میں یہ مان لوں کہ اس وقت رات ہے میں مان لوں کہ یہ دلی</w:t>
      </w:r>
    </w:p>
    <w:p>
      <w:r>
        <w:rPr>
          <w:b/>
        </w:rPr>
        <w:t xml:space="preserve">[50:23] </w:t>
      </w:r>
      <w:r>
        <w:t>nahi washington hai to is mein compromise kya hai ye</w:t>
      </w:r>
    </w:p>
    <w:p>
      <w:pPr>
        <w:jc w:val="right"/>
      </w:pPr>
      <w:r>
        <w:t>نہیں واشنگٹن ہے تو اس میں کمپرومائز کیا ہے یہ</w:t>
      </w:r>
    </w:p>
    <w:p>
      <w:r>
        <w:rPr>
          <w:b/>
        </w:rPr>
        <w:t xml:space="preserve">[50:28] </w:t>
      </w:r>
      <w:r>
        <w:t>to manna hai apna apne mind ko jo rakh lijiye mind jo rakh lijiye to compromise ka jo</w:t>
      </w:r>
    </w:p>
    <w:p>
      <w:pPr>
        <w:jc w:val="right"/>
      </w:pPr>
      <w:r>
        <w:t>تو ماننا ہے اپنا اپنے مائنڈ کو جو رکھ لیجئے مائنڈ جو رکھ لیجئے تو کمپرومائز کا جو</w:t>
      </w:r>
    </w:p>
    <w:p>
      <w:r>
        <w:rPr>
          <w:b/>
        </w:rPr>
        <w:t xml:space="preserve">[50:34] </w:t>
      </w:r>
      <w:r>
        <w:t>term hai wo hota hai practical mamlaat mein molana sahib mein ne ye suna hai ke koi shakhs</w:t>
      </w:r>
    </w:p>
    <w:p>
      <w:pPr>
        <w:jc w:val="right"/>
      </w:pPr>
      <w:r>
        <w:t>ٹرم ہے وہ ہوتا ہے پریکٹیکل معاملات میں مولانا صاحب میں نے یہ سنا ہے کہ کوئی شخص</w:t>
      </w:r>
    </w:p>
    <w:p>
      <w:r>
        <w:rPr>
          <w:b/>
        </w:rPr>
        <w:t xml:space="preserve">[50:41] </w:t>
      </w:r>
      <w:r>
        <w:t>agar islam ko chhod ke chala jaye aur phir baad mein ja ke nuksan pahunchaye islam ko aise</w:t>
      </w:r>
    </w:p>
    <w:p>
      <w:pPr>
        <w:jc w:val="right"/>
      </w:pPr>
      <w:r>
        <w:t>اگر اسلام کو چھوڑ کے چلا جائے اور پھر بعد میں جا کے نقصان پہنچائے اسلام کو ایسے</w:t>
      </w:r>
    </w:p>
    <w:p>
      <w:r>
        <w:rPr>
          <w:b/>
        </w:rPr>
        <w:t xml:space="preserve">[50:47] </w:t>
      </w:r>
      <w:r>
        <w:t>bhi kahe abhi nuksan ya kisi type ka bhi nuksan to us ki pakad sirf akhirat mein hi</w:t>
      </w:r>
    </w:p>
    <w:p>
      <w:pPr>
        <w:jc w:val="right"/>
      </w:pPr>
      <w:r>
        <w:t>بھی کہے ابھی نقصان یا کسی ٹائپ کا بھی نقصان تو اس کی پکڑ صرف اخرت میں ہی</w:t>
      </w:r>
    </w:p>
    <w:p>
      <w:r>
        <w:rPr>
          <w:b/>
        </w:rPr>
        <w:t xml:space="preserve">[50:52] </w:t>
      </w:r>
      <w:r>
        <w:t>hai ya phir dunya mein bhi honi chahiye kyunke hum to sunte hain ke dunya mein bhi ho</w:t>
      </w:r>
    </w:p>
    <w:p>
      <w:pPr>
        <w:jc w:val="right"/>
      </w:pPr>
      <w:r>
        <w:t>ہے یا پھر دنیا میں بھی ہونی چاہیے کیونکہ ہم تو سنتے ہیں کہ دنیا میں بھی ہو</w:t>
      </w:r>
    </w:p>
    <w:p>
      <w:r>
        <w:rPr>
          <w:b/>
        </w:rPr>
        <w:t xml:space="preserve">[50:55] </w:t>
      </w:r>
      <w:r>
        <w:t>jati hai dekhiye nuksan pahunchana jo hai wo legal mamla ban gaya</w:t>
      </w:r>
    </w:p>
    <w:p>
      <w:pPr>
        <w:jc w:val="right"/>
      </w:pPr>
      <w:r>
        <w:t>جاتی ہے دیکھیے نقصان پہنچانا جو ہے وہ لیگل معاملہ بن گیا</w:t>
      </w:r>
    </w:p>
    <w:p>
      <w:r>
        <w:rPr>
          <w:b/>
        </w:rPr>
        <w:t xml:space="preserve">[51:02] </w:t>
      </w:r>
      <w:r>
        <w:t>murtad hona aqide ka mamla tha jab tak mamla aqide ka hai tab tak is ko chance rahe</w:t>
      </w:r>
    </w:p>
    <w:p>
      <w:pPr>
        <w:jc w:val="right"/>
      </w:pPr>
      <w:r>
        <w:t>مرتد ہونا عقیدے کا معاملہ تھا جب تک معاملہ عقیدے کا ہے تب تک اس کو چانس رہے</w:t>
      </w:r>
    </w:p>
    <w:p>
      <w:r>
        <w:rPr>
          <w:b/>
        </w:rPr>
        <w:t xml:space="preserve">[51:09] </w:t>
      </w:r>
      <w:r>
        <w:t>ga jo chahe kare lekin agar kisi ko nuksan pahunchaye kisi ko mare peete kisi jadoo hadap kar</w:t>
      </w:r>
    </w:p>
    <w:p>
      <w:pPr>
        <w:jc w:val="right"/>
      </w:pPr>
      <w:r>
        <w:t>گا جو چاہے کرے لیکن اگر کسی کو نقصان پہنچائے کسی کو مارے پیٹے کسی جادو ہڑپ کر</w:t>
      </w:r>
    </w:p>
    <w:p>
      <w:r>
        <w:rPr>
          <w:b/>
        </w:rPr>
        <w:t xml:space="preserve">[51:16] </w:t>
      </w:r>
      <w:r>
        <w:t>le koi yani jis ko kehte hain wo</w:t>
      </w:r>
    </w:p>
    <w:p>
      <w:pPr>
        <w:jc w:val="right"/>
      </w:pPr>
      <w:r>
        <w:t>لے کوئی یعنی جس کو کہتے ہیں وہ</w:t>
      </w:r>
    </w:p>
    <w:p>
      <w:r>
        <w:rPr>
          <w:b/>
        </w:rPr>
        <w:t xml:space="preserve">[51:22] </w:t>
      </w:r>
      <w:r>
        <w:t>qabil offense yani aisa offense jo legally legal taur par qabil maqza ho to zahir hai ke wo</w:t>
      </w:r>
    </w:p>
    <w:p>
      <w:pPr>
        <w:jc w:val="right"/>
      </w:pPr>
      <w:r>
        <w:t>قابل افنس یعنی ایسا افنس جو لیگلی لیگل طور پر قابل ماخذہ ہو تو ظاہر ہے کہ وہ</w:t>
      </w:r>
    </w:p>
    <w:p>
      <w:r>
        <w:rPr>
          <w:b/>
        </w:rPr>
        <w:t xml:space="preserve">[51:31] </w:t>
      </w:r>
      <w:r>
        <w:t>ek case ban jayega is ka talluq irtidad se nahi hai to pakda jayega wo</w:t>
      </w:r>
    </w:p>
    <w:p>
      <w:pPr>
        <w:jc w:val="right"/>
      </w:pPr>
      <w:r>
        <w:t>ایک کیس بن جائے گا اس کا تعلق ارتداد سے نہیں ہے تو پکڑا جائے گا وہ</w:t>
      </w:r>
    </w:p>
    <w:p>
      <w:r>
        <w:rPr>
          <w:b/>
        </w:rPr>
        <w:t xml:space="preserve">[51:37] </w:t>
      </w:r>
      <w:r>
        <w:t>mujarrad irtad par koi saza nahi hogi is ki haan koi aur aisi kaam karta hai jis mein qanuni pakad hai to woh pakda jayega.</w:t>
      </w:r>
    </w:p>
    <w:p>
      <w:pPr>
        <w:jc w:val="right"/>
      </w:pPr>
      <w:r>
        <w:t>مجرد ارتداد پر کوئی سزا نہیں ہوگی اس کی ہاں کوئی اور ایسی کام کرتا ہے جس میں قانونی پکڑ ہے تو وہ پکڑا جائے گا.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