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Process of Revival October 25, 2015</w:t>
      </w:r>
    </w:p>
    <w:p>
      <w:r>
        <w:t>https://www.youtube.com/watch?v=anLXAiM05KE</w:t>
      </w:r>
    </w:p>
    <w:p>
      <w:r>
        <w:rPr>
          <w:b/>
        </w:rPr>
        <w:t xml:space="preserve">[00:21] </w:t>
      </w:r>
      <w:r>
        <w:t>bismillah hir rahman nir rahim,</w:t>
      </w:r>
    </w:p>
    <w:p>
      <w:pPr>
        <w:jc w:val="right"/>
      </w:pPr>
      <w:r>
        <w:t>بسم اللہ الرحمن الرحیم،</w:t>
      </w:r>
    </w:p>
    <w:p>
      <w:r>
        <w:rPr>
          <w:b/>
        </w:rPr>
        <w:t xml:space="preserve">[00:25] </w:t>
      </w:r>
      <w:r>
        <w:t>wa salli ala nabiyil karim.</w:t>
      </w:r>
    </w:p>
    <w:p>
      <w:pPr>
        <w:jc w:val="right"/>
      </w:pPr>
      <w:r>
        <w:t>و صلی اللہ علی النبی الکریم۔</w:t>
      </w:r>
    </w:p>
    <w:p>
      <w:r>
        <w:rPr>
          <w:b/>
        </w:rPr>
        <w:t xml:space="preserve">[00:29] </w:t>
      </w:r>
      <w:r>
        <w:t>rab ishrah li sadri,</w:t>
      </w:r>
    </w:p>
    <w:p>
      <w:pPr>
        <w:jc w:val="right"/>
      </w:pPr>
      <w:r>
        <w:t>رب اشرح لی صدری،</w:t>
      </w:r>
    </w:p>
    <w:p>
      <w:r>
        <w:rPr>
          <w:b/>
        </w:rPr>
        <w:t xml:space="preserve">[00:31] </w:t>
      </w:r>
      <w:r>
        <w:t>wa yassir li amri,</w:t>
      </w:r>
    </w:p>
    <w:p>
      <w:pPr>
        <w:jc w:val="right"/>
      </w:pPr>
      <w:r>
        <w:t>ویسر لی امری،</w:t>
      </w:r>
    </w:p>
    <w:p>
      <w:r>
        <w:rPr>
          <w:b/>
        </w:rPr>
        <w:t xml:space="preserve">[00:34] </w:t>
      </w:r>
      <w:r>
        <w:t>wahlul uqdatan min lisani yafqahu qawli.</w:t>
      </w:r>
    </w:p>
    <w:p>
      <w:pPr>
        <w:jc w:val="right"/>
      </w:pPr>
      <w:r>
        <w:t>واحل العقدۃ من لسانی یفقہ قولی۔</w:t>
      </w:r>
    </w:p>
    <w:p>
      <w:r>
        <w:rPr>
          <w:b/>
        </w:rPr>
        <w:t xml:space="preserve">[00:41] </w:t>
      </w:r>
      <w:r>
        <w:t>25 october 2015.</w:t>
      </w:r>
    </w:p>
    <w:p>
      <w:pPr>
        <w:jc w:val="right"/>
      </w:pPr>
      <w:r>
        <w:t>25 اکتوبر 2015۔</w:t>
      </w:r>
    </w:p>
    <w:p>
      <w:r>
        <w:rPr>
          <w:b/>
        </w:rPr>
        <w:t xml:space="preserve">[00:46] </w:t>
      </w:r>
      <w:r>
        <w:t>kal sham ko hamare haan turkey ke do</w:t>
      </w:r>
    </w:p>
    <w:p>
      <w:pPr>
        <w:jc w:val="right"/>
      </w:pPr>
      <w:r>
        <w:t>کل شام کو ہمارے ہاں ترکی کے دو</w:t>
      </w:r>
    </w:p>
    <w:p>
      <w:r>
        <w:rPr>
          <w:b/>
        </w:rPr>
        <w:t xml:space="preserve">[00:51] </w:t>
      </w:r>
      <w:r>
        <w:t>talib-e-hafta, ashab-e-ayat, un se kuch baatein huin</w:t>
      </w:r>
    </w:p>
    <w:p>
      <w:pPr>
        <w:jc w:val="right"/>
      </w:pPr>
      <w:r>
        <w:t>طالبِ ہفتہ، اصحابِ آیت، ان سے کچھ باتیں ہوئیں</w:t>
      </w:r>
    </w:p>
    <w:p>
      <w:r>
        <w:rPr>
          <w:b/>
        </w:rPr>
        <w:t xml:space="preserve">[00:59] </w:t>
      </w:r>
      <w:r>
        <w:t>turkey ko le kar,</w:t>
      </w:r>
    </w:p>
    <w:p>
      <w:pPr>
        <w:jc w:val="right"/>
      </w:pPr>
      <w:r>
        <w:t>ترکی کو لے کر،</w:t>
      </w:r>
    </w:p>
    <w:p>
      <w:r>
        <w:rPr>
          <w:b/>
        </w:rPr>
        <w:t xml:space="preserve">[01:01] </w:t>
      </w:r>
      <w:r>
        <w:t>to mein is ko thoda elaborate kar ke yahan aur aaj se relate kar ke baat karna chahta</w:t>
      </w:r>
    </w:p>
    <w:p>
      <w:pPr>
        <w:jc w:val="right"/>
      </w:pPr>
      <w:r>
        <w:t>تو میں اس کو تھوڑا elaborate کر کے یہاں اور آج سے relate کر کے بات کرنا چاہتا</w:t>
      </w:r>
    </w:p>
    <w:p>
      <w:r>
        <w:rPr>
          <w:b/>
        </w:rPr>
        <w:t xml:space="preserve">[01:08] </w:t>
      </w:r>
      <w:r>
        <w:t>hoon. Surah Al-Hadid ki ek ayat hai:</w:t>
      </w:r>
    </w:p>
    <w:p>
      <w:pPr>
        <w:jc w:val="right"/>
      </w:pPr>
      <w:r>
        <w:t>ہوں۔ سورہ الحدید کی ایک آیت ہے:</w:t>
      </w:r>
    </w:p>
    <w:p>
      <w:r>
        <w:rPr>
          <w:b/>
        </w:rPr>
        <w:t xml:space="preserve">[01:17] </w:t>
      </w:r>
      <w:r>
        <w:t>wa la yakunu kal lazina utiyal kitabu min qablu fataala alaihimul amru fa qasat qulubuhum wa kathirum minhum fasiqoon</w:t>
      </w:r>
    </w:p>
    <w:p>
      <w:pPr>
        <w:jc w:val="right"/>
      </w:pPr>
      <w:r>
        <w:t>وَلَا يَكُونُوا كَالَّذِينَ أُوتِيَ الْكِتَابُ مِنْ قَبْلُ فَطَالَ عَلَيْهِمُ الْأَمَرُ فَقَسَتْ قُلُوبُهُمْ وَكَثِيرٌ مِّنَهُمْ فَاسِقُونَ</w:t>
      </w:r>
    </w:p>
    <w:p>
      <w:r>
        <w:rPr>
          <w:b/>
        </w:rPr>
        <w:t xml:space="preserve">[01:28] </w:t>
      </w:r>
      <w:r>
        <w:t>"I'lamu annallaha yuhyi al arda ba'da mawtiha"</w:t>
      </w:r>
    </w:p>
    <w:p>
      <w:pPr>
        <w:jc w:val="right"/>
      </w:pPr>
      <w:r>
        <w:t>"اعلموا أن الله يهيئ الأرض بعد موتها"</w:t>
      </w:r>
    </w:p>
    <w:p>
      <w:r>
        <w:rPr>
          <w:b/>
        </w:rPr>
        <w:t xml:space="preserve">[01:33] </w:t>
      </w:r>
      <w:r>
        <w:t>dekhiye, yeh ayat jo hai,</w:t>
      </w:r>
    </w:p>
    <w:p>
      <w:pPr>
        <w:jc w:val="right"/>
      </w:pPr>
      <w:r>
        <w:t>دیکھیے، یہ آیت جو ہے،</w:t>
      </w:r>
    </w:p>
    <w:p>
      <w:r>
        <w:rPr>
          <w:b/>
        </w:rPr>
        <w:t xml:space="preserve">[01:36] </w:t>
      </w:r>
      <w:r>
        <w:t>jis context mein aayi hai,</w:t>
      </w:r>
    </w:p>
    <w:p>
      <w:pPr>
        <w:jc w:val="right"/>
      </w:pPr>
      <w:r>
        <w:t>جس context میں آئی ہے،</w:t>
      </w:r>
    </w:p>
    <w:p>
      <w:r>
        <w:rPr>
          <w:b/>
        </w:rPr>
        <w:t xml:space="preserve">[01:39] </w:t>
      </w:r>
      <w:r>
        <w:t>iss ko ghor karne se maloom hota hai ke yeh ayat</w:t>
      </w:r>
    </w:p>
    <w:p>
      <w:pPr>
        <w:jc w:val="right"/>
      </w:pPr>
      <w:r>
        <w:t>اس کو غور کرنے سے معلوم ہوتا ہے کہ یہ آیت</w:t>
      </w:r>
    </w:p>
    <w:p>
      <w:r>
        <w:rPr>
          <w:b/>
        </w:rPr>
        <w:t xml:space="preserve">[01:44] </w:t>
      </w:r>
      <w:r>
        <w:t>ummat ke zawal ke baad kis tarah is ka ehya kiya jaye, is ke baray mein hai.</w:t>
      </w:r>
    </w:p>
    <w:p>
      <w:pPr>
        <w:jc w:val="right"/>
      </w:pPr>
      <w:r>
        <w:t>امت کے زوال کے بعد کس طرح اس کا احیاء کیا جائے، اس کے بارے میں ہے۔</w:t>
      </w:r>
    </w:p>
    <w:p>
      <w:r>
        <w:rPr>
          <w:b/>
        </w:rPr>
        <w:t xml:space="preserve">[01:56] </w:t>
      </w:r>
      <w:r>
        <w:t>to misaal di gayi hai ke</w:t>
      </w:r>
    </w:p>
    <w:p>
      <w:pPr>
        <w:jc w:val="right"/>
      </w:pPr>
      <w:r>
        <w:t>تو مثال دی گئی ہے کہ</w:t>
      </w:r>
    </w:p>
    <w:p>
      <w:r>
        <w:rPr>
          <w:b/>
        </w:rPr>
        <w:t xml:space="preserve">[01:59] </w:t>
      </w:r>
      <w:r>
        <w:t>tum se pehle yahood ko kitab di gayi thi,</w:t>
      </w:r>
    </w:p>
    <w:p>
      <w:pPr>
        <w:jc w:val="right"/>
      </w:pPr>
      <w:r>
        <w:t>تم سے پہلے یہود کو کتاب دی گئی تھی،</w:t>
      </w:r>
    </w:p>
    <w:p>
      <w:r>
        <w:rPr>
          <w:b/>
        </w:rPr>
        <w:t xml:space="preserve">[02:03] </w:t>
      </w:r>
      <w:r>
        <w:t>phir un mein bigar aaya,</w:t>
      </w:r>
    </w:p>
    <w:p>
      <w:pPr>
        <w:jc w:val="right"/>
      </w:pPr>
      <w:r>
        <w:t>پھر ان میں بگاڑ آیا،</w:t>
      </w:r>
    </w:p>
    <w:p>
      <w:r>
        <w:rPr>
          <w:b/>
        </w:rPr>
        <w:t xml:space="preserve">[02:10] </w:t>
      </w:r>
      <w:r>
        <w:t>kasawat aa gayi, to tum is tarah ke mat bano.</w:t>
      </w:r>
    </w:p>
    <w:p>
      <w:pPr>
        <w:jc w:val="right"/>
      </w:pPr>
      <w:r>
        <w:t>کساوت آ گئی، تو تم اس طرح کے مت بنو۔</w:t>
      </w:r>
    </w:p>
    <w:p>
      <w:r>
        <w:rPr>
          <w:b/>
        </w:rPr>
        <w:t xml:space="preserve">[02:15] </w:t>
      </w:r>
      <w:r>
        <w:t>phir misaal di gayi hai zameen ki, ke zameen ko Allah murda hone ke baad zinda karta hai.</w:t>
      </w:r>
    </w:p>
    <w:p>
      <w:pPr>
        <w:jc w:val="right"/>
      </w:pPr>
      <w:r>
        <w:t>پھر مثال دی گئی ہے زمین کی، کہ زمین کو اللہ مردہ ہونے کے بعد زندہ کرتا ہے۔</w:t>
      </w:r>
    </w:p>
    <w:p>
      <w:r>
        <w:rPr>
          <w:b/>
        </w:rPr>
        <w:t xml:space="preserve">[02:25] </w:t>
      </w:r>
      <w:r>
        <w:t>to sab se pehle mein yahood ki qissa bayan karna chahta hoon.</w:t>
      </w:r>
    </w:p>
    <w:p>
      <w:pPr>
        <w:jc w:val="right"/>
      </w:pPr>
      <w:r>
        <w:t>تو سب سے پہلے میں یہود کی قصہ بیان کرنا چاہتا ہوں۔</w:t>
      </w:r>
    </w:p>
    <w:p>
      <w:r>
        <w:rPr>
          <w:b/>
        </w:rPr>
        <w:t xml:space="preserve">[02:29] </w:t>
      </w:r>
      <w:r>
        <w:t>yahood zyada tar rehte thay falasteen mein,</w:t>
      </w:r>
    </w:p>
    <w:p>
      <w:pPr>
        <w:jc w:val="right"/>
      </w:pPr>
      <w:r>
        <w:t>یہود زیادہ تر رہتے تھے فلسطین میں،</w:t>
      </w:r>
    </w:p>
    <w:p>
      <w:r>
        <w:rPr>
          <w:b/>
        </w:rPr>
        <w:t xml:space="preserve">[02:34] </w:t>
      </w:r>
      <w:r>
        <w:t>wahan Allah taala ne do bar un par badshah bheje, jinho ne un ko bohat zyada</w:t>
      </w:r>
    </w:p>
    <w:p>
      <w:pPr>
        <w:jc w:val="right"/>
      </w:pPr>
      <w:r>
        <w:t>وہاں اللہ تعالیٰ نے دو بار ان پر بادشاہ بھیجے، جنہوں نے ان کو بہت زیادہ</w:t>
      </w:r>
    </w:p>
    <w:p>
      <w:r>
        <w:rPr>
          <w:b/>
        </w:rPr>
        <w:t xml:space="preserve">[02:42] </w:t>
      </w:r>
      <w:r>
        <w:t>mara, pakda, un ko tarah tarah ke persecution kiya.</w:t>
      </w:r>
    </w:p>
    <w:p>
      <w:pPr>
        <w:jc w:val="right"/>
      </w:pPr>
      <w:r>
        <w:t>مارا، پکڑا، ان کو طرح طرح کے persecution کیا۔</w:t>
      </w:r>
    </w:p>
    <w:p>
      <w:r>
        <w:rPr>
          <w:b/>
        </w:rPr>
        <w:t xml:space="preserve">[02:47] </w:t>
      </w:r>
      <w:r>
        <w:t>un ka pehli bar babal ka badshah,</w:t>
      </w:r>
    </w:p>
    <w:p>
      <w:pPr>
        <w:jc w:val="right"/>
      </w:pPr>
      <w:r>
        <w:t>ان کا پہلی بار بابل کا بادشاہ،</w:t>
      </w:r>
    </w:p>
    <w:p>
      <w:r>
        <w:rPr>
          <w:b/>
        </w:rPr>
        <w:t xml:space="preserve">[02:54] </w:t>
      </w:r>
      <w:r>
        <w:t>us ke baad doosri bar, yaani is se un ke andar islaah nahi aayi</w:t>
      </w:r>
    </w:p>
    <w:p>
      <w:pPr>
        <w:jc w:val="right"/>
      </w:pPr>
      <w:r>
        <w:t>اس کے بعد دوسری بار، یعنی اس سے ان کے اندر اصلاح نہیں آئی</w:t>
      </w:r>
    </w:p>
    <w:p>
      <w:r>
        <w:rPr>
          <w:b/>
        </w:rPr>
        <w:t xml:space="preserve">[03:00] </w:t>
      </w:r>
      <w:r>
        <w:t>jo matlab thi.</w:t>
      </w:r>
    </w:p>
    <w:p>
      <w:pPr>
        <w:jc w:val="right"/>
      </w:pPr>
      <w:r>
        <w:t>جو مطلوب تھی۔</w:t>
      </w:r>
    </w:p>
    <w:p>
      <w:r>
        <w:rPr>
          <w:b/>
        </w:rPr>
        <w:t xml:space="preserve">[03:01] </w:t>
      </w:r>
      <w:r>
        <w:t>to doosri bar room ka badshah aaya, room ka, tartus roomi.</w:t>
      </w:r>
    </w:p>
    <w:p>
      <w:pPr>
        <w:jc w:val="right"/>
      </w:pPr>
      <w:r>
        <w:t>تو دوسری بار روم کا بادشاہ آیا، روم کا، ٹارٹس رومی۔</w:t>
      </w:r>
    </w:p>
    <w:p>
      <w:r>
        <w:rPr>
          <w:b/>
        </w:rPr>
        <w:t xml:space="preserve">[03:08] </w:t>
      </w:r>
      <w:r>
        <w:t>taetus, tartus roomi aaya, us ne bohat zyada,</w:t>
      </w:r>
    </w:p>
    <w:p>
      <w:pPr>
        <w:jc w:val="right"/>
      </w:pPr>
      <w:r>
        <w:t>ٹی اے ٹی یو ایس، ٹارٹس رومی آیا، اس نے بہت زیادہ،</w:t>
      </w:r>
    </w:p>
    <w:p>
      <w:r>
        <w:rPr>
          <w:b/>
        </w:rPr>
        <w:t xml:space="preserve">[03:14] </w:t>
      </w:r>
      <w:r>
        <w:t>ab un ko us ne maar kar bhaga diya, yaani falasteen se bahar nikaal diya.</w:t>
      </w:r>
    </w:p>
    <w:p>
      <w:pPr>
        <w:jc w:val="right"/>
      </w:pPr>
      <w:r>
        <w:t>اب ان کو اس نے مار کر بھگا دیا، یعنی فلسطین سے باہر نکال دیا۔</w:t>
      </w:r>
    </w:p>
    <w:p>
      <w:r>
        <w:rPr>
          <w:b/>
        </w:rPr>
        <w:t xml:space="preserve">[03:21] </w:t>
      </w:r>
      <w:r>
        <w:t>to yahoodi jo falasteen mein rehte thay, woh chalay gaye diaspora mein,</w:t>
      </w:r>
    </w:p>
    <w:p>
      <w:pPr>
        <w:jc w:val="right"/>
      </w:pPr>
      <w:r>
        <w:t>تو یہودی جو فلسطین میں رہتے تھے، وہ چلے گئے ڈائسپورا میں،</w:t>
      </w:r>
    </w:p>
    <w:p>
      <w:r>
        <w:rPr>
          <w:b/>
        </w:rPr>
        <w:t xml:space="preserve">[03:28] </w:t>
      </w:r>
      <w:r>
        <w:t>diaspora mein chalay gaye.</w:t>
      </w:r>
    </w:p>
    <w:p>
      <w:pPr>
        <w:jc w:val="right"/>
      </w:pPr>
      <w:r>
        <w:t>ڈائسپورا میں چلے گئے۔</w:t>
      </w:r>
    </w:p>
    <w:p>
      <w:r>
        <w:rPr>
          <w:b/>
        </w:rPr>
        <w:t xml:space="preserve">[03:31] </w:t>
      </w:r>
      <w:r>
        <w:t>to un ki bari tadad europe, america mein gayi.</w:t>
      </w:r>
    </w:p>
    <w:p>
      <w:pPr>
        <w:jc w:val="right"/>
      </w:pPr>
      <w:r>
        <w:t>تو ان کی بڑی تعداد یورپ، امریکہ میں گئی۔</w:t>
      </w:r>
    </w:p>
    <w:p>
      <w:r>
        <w:rPr>
          <w:b/>
        </w:rPr>
        <w:t xml:space="preserve">[03:35] </w:t>
      </w:r>
      <w:r>
        <w:t>to doosri bar jo tha, us ne kam az kam partial sense mein work kiya,</w:t>
      </w:r>
    </w:p>
    <w:p>
      <w:pPr>
        <w:jc w:val="right"/>
      </w:pPr>
      <w:r>
        <w:t>تو دوسری بار جو تھا، اس نے کم از کم partial sense میں work کیا،</w:t>
      </w:r>
    </w:p>
    <w:p>
      <w:r>
        <w:rPr>
          <w:b/>
        </w:rPr>
        <w:t xml:space="preserve">[03:42] </w:t>
      </w:r>
      <w:r>
        <w:t>kyun ke yeh log gaye wahan par to unho ne nai education li, modern education, science ki education li.</w:t>
      </w:r>
    </w:p>
    <w:p>
      <w:pPr>
        <w:jc w:val="right"/>
      </w:pPr>
      <w:r>
        <w:t>کیونکہ یہ لوگ گئے وہاں پر تو انہوں نے نئی education لی، modern education، سائنس کی education لی۔</w:t>
      </w:r>
    </w:p>
    <w:p>
      <w:r>
        <w:rPr>
          <w:b/>
        </w:rPr>
        <w:t xml:space="preserve">[03:51] </w:t>
      </w:r>
      <w:r>
        <w:t>european qaumon ke andar jo inqilab aaya tha, us se unho ne seekha.</w:t>
      </w:r>
    </w:p>
    <w:p>
      <w:pPr>
        <w:jc w:val="right"/>
      </w:pPr>
      <w:r>
        <w:t>یورپین قوموں کے اندر جو انقلاب آیا تھا، اس سے انہوں نے سیکھا۔</w:t>
      </w:r>
    </w:p>
    <w:p>
      <w:r>
        <w:rPr>
          <w:b/>
        </w:rPr>
        <w:t xml:space="preserve">[03:57] </w:t>
      </w:r>
      <w:r>
        <w:t>is ke baad yahoodi ek naye yahoodi ban gae.</w:t>
      </w:r>
    </w:p>
    <w:p>
      <w:pPr>
        <w:jc w:val="right"/>
      </w:pPr>
      <w:r>
        <w:t>اس کے بعد یہودی ایک نئے یہودی بن گئے۔</w:t>
      </w:r>
    </w:p>
    <w:p>
      <w:r>
        <w:rPr>
          <w:b/>
        </w:rPr>
        <w:t xml:space="preserve">[04:00] </w:t>
      </w:r>
      <w:r>
        <w:t>musalman, chunaanche muslim ulma, chunaanche is qanoon-e-hayat se waqif nahin, aaj bhi woh yahood ko wahi samajhte</w:t>
      </w:r>
    </w:p>
    <w:p>
      <w:pPr>
        <w:jc w:val="right"/>
      </w:pPr>
      <w:r>
        <w:t>مسلمان، چونکہ مسلم علماء، چونکہ اس قانون حیات سے واقف نہیں، آج بھی وہ یہود کو وہی سمجھتے</w:t>
      </w:r>
    </w:p>
    <w:p>
      <w:r>
        <w:rPr>
          <w:b/>
        </w:rPr>
        <w:t xml:space="preserve">[04:09] </w:t>
      </w:r>
      <w:r>
        <w:t>hain jo yahood madina mein the, haalaanke aaj yahood doosra hai.</w:t>
      </w:r>
    </w:p>
    <w:p>
      <w:pPr>
        <w:jc w:val="right"/>
      </w:pPr>
      <w:r>
        <w:t>ہیں جو یہود مدینہ میں تھے، حالانکہ آج یہود دوسرا ہے۔</w:t>
      </w:r>
    </w:p>
    <w:p>
      <w:r>
        <w:rPr>
          <w:b/>
        </w:rPr>
        <w:t xml:space="preserve">[04:15] </w:t>
      </w:r>
      <w:r>
        <w:t>aaj bhi wahi saare arab</w:t>
      </w:r>
    </w:p>
    <w:p>
      <w:pPr>
        <w:jc w:val="right"/>
      </w:pPr>
      <w:r>
        <w:t>آج بھی وہی سارے عرب</w:t>
      </w:r>
    </w:p>
    <w:p>
      <w:r>
        <w:rPr>
          <w:b/>
        </w:rPr>
        <w:t xml:space="preserve">[04:19] </w:t>
      </w:r>
      <w:r>
        <w:t>ya amra al-qarza is tarah ki boli bolte hain, haalaanke aaj ka jo yahoodi hai woh bilkul mukhtalif</w:t>
      </w:r>
    </w:p>
    <w:p>
      <w:pPr>
        <w:jc w:val="right"/>
      </w:pPr>
      <w:r>
        <w:t>يَا أَمْرَاءَ الْقَرَضَةِ اس طرح کی بولی بولتے ہیں، حالانکہ آج کا جو یہودی ہے وہ بالکل مختلف</w:t>
      </w:r>
    </w:p>
    <w:p>
      <w:r>
        <w:rPr>
          <w:b/>
        </w:rPr>
        <w:t xml:space="preserve">[04:25] </w:t>
      </w:r>
      <w:r>
        <w:t>hai. tartus rumi ne in ko jo nikala, chale gae woh diaspora mein, aur maghribi qomon ke paros</w:t>
      </w:r>
    </w:p>
    <w:p>
      <w:pPr>
        <w:jc w:val="right"/>
      </w:pPr>
      <w:r>
        <w:t>ہے۔ ٹارٹس رومی نے ان کو جو نکالا، چلے گئے وہ ڈائسپورا میں، اور مغربی قوموں کے پڑوس</w:t>
      </w:r>
    </w:p>
    <w:p>
      <w:r>
        <w:rPr>
          <w:b/>
        </w:rPr>
        <w:t xml:space="preserve">[04:35] </w:t>
      </w:r>
      <w:r>
        <w:t>mein rahe, to education li unhon ne science ki, aur modern culture ko seekha.</w:t>
      </w:r>
    </w:p>
    <w:p>
      <w:pPr>
        <w:jc w:val="right"/>
      </w:pPr>
      <w:r>
        <w:t>میں رہے، تو education لی انہوں نے سائنس کی، اور modern culture کو سیکھا۔</w:t>
      </w:r>
    </w:p>
    <w:p>
      <w:r>
        <w:rPr>
          <w:b/>
        </w:rPr>
        <w:t xml:space="preserve">[04:42] </w:t>
      </w:r>
      <w:r>
        <w:t>phir jo lote woh falasteen mein, woh yahoodi nahin the jo pehle the,</w:t>
      </w:r>
    </w:p>
    <w:p>
      <w:pPr>
        <w:jc w:val="right"/>
      </w:pPr>
      <w:r>
        <w:t>پھر جو لوٹے وہ فلسطین میں، وہ یہودی نہیں تھے جو پہلے تھے،</w:t>
      </w:r>
    </w:p>
    <w:p>
      <w:r>
        <w:rPr>
          <w:b/>
        </w:rPr>
        <w:t xml:space="preserve">[04:48] </w:t>
      </w:r>
      <w:r>
        <w:t>aaj ke yahoodi bilkul mukhtalif hain.</w:t>
      </w:r>
    </w:p>
    <w:p>
      <w:pPr>
        <w:jc w:val="right"/>
      </w:pPr>
      <w:r>
        <w:t>آج کے یہودی بالکل مختلف ہیں۔</w:t>
      </w:r>
    </w:p>
    <w:p>
      <w:r>
        <w:rPr>
          <w:b/>
        </w:rPr>
        <w:t xml:space="preserve">[04:52] </w:t>
      </w:r>
      <w:r>
        <w:t>ab Allah taala ne bheja tha in ko falasteen mein taake arab un se seekhein.</w:t>
      </w:r>
    </w:p>
    <w:p>
      <w:pPr>
        <w:jc w:val="right"/>
      </w:pPr>
      <w:r>
        <w:t>اب اللہ تعالیٰ نے بھیجا تھا ان کو فلسطین میں تاکہ عرب ان سے سیکھیں۔</w:t>
      </w:r>
    </w:p>
    <w:p>
      <w:r>
        <w:rPr>
          <w:b/>
        </w:rPr>
        <w:t xml:space="preserve">[05:00] </w:t>
      </w:r>
      <w:r>
        <w:t>yaani yahoodiyon ka revival ho chuka tha, main religious sense mein nahin bol raha hoon,</w:t>
      </w:r>
    </w:p>
    <w:p>
      <w:pPr>
        <w:jc w:val="right"/>
      </w:pPr>
      <w:r>
        <w:t>یعنی یہودیوں کا revival ہو چکا تھا، میں religious sense میں نہیں بول رہا ہوں،</w:t>
      </w:r>
    </w:p>
    <w:p>
      <w:r>
        <w:rPr>
          <w:b/>
        </w:rPr>
        <w:t xml:space="preserve">[05:08] </w:t>
      </w:r>
      <w:r>
        <w:t>secular sense mein bol raha hoon.</w:t>
      </w:r>
    </w:p>
    <w:p>
      <w:pPr>
        <w:jc w:val="right"/>
      </w:pPr>
      <w:r>
        <w:t>secular sense میں بول رہا ہوں۔</w:t>
      </w:r>
    </w:p>
    <w:p>
      <w:r>
        <w:rPr>
          <w:b/>
        </w:rPr>
        <w:t xml:space="preserve">[05:09] </w:t>
      </w:r>
      <w:r>
        <w:t>un ka revival ho chuka tha, naye yahoodi ban gae the, unhon ne school khole wahan par, ek</w:t>
      </w:r>
    </w:p>
    <w:p>
      <w:pPr>
        <w:jc w:val="right"/>
      </w:pPr>
      <w:r>
        <w:t>ان کا revival ہو چکا تھا، نئے یہودی بن گئے تھے، انہوں نے اسکول کھولے وہاں پر، ایک</w:t>
      </w:r>
    </w:p>
    <w:p>
      <w:r>
        <w:rPr>
          <w:b/>
        </w:rPr>
        <w:t xml:space="preserve">[05:15] </w:t>
      </w:r>
      <w:r>
        <w:t>naya culture chalaya falasteen mein.</w:t>
      </w:r>
    </w:p>
    <w:p>
      <w:pPr>
        <w:jc w:val="right"/>
      </w:pPr>
      <w:r>
        <w:t>نیا culture چلایا فلسطین میں۔</w:t>
      </w:r>
    </w:p>
    <w:p>
      <w:r>
        <w:rPr>
          <w:b/>
        </w:rPr>
        <w:t xml:space="preserve">[05:19] </w:t>
      </w:r>
      <w:r>
        <w:t>arbon ko mauqa tha ke woh yahood se dosti ana taluq qaim karein, un se seekhein, lekin unhon ne</w:t>
      </w:r>
    </w:p>
    <w:p>
      <w:pPr>
        <w:jc w:val="right"/>
      </w:pPr>
      <w:r>
        <w:t>عربوں کو موقع تھا کہ وہ یہود سے دوستانہ تعلق قائم کریں، ان سے سیکھیں، لیکن انہوں نے</w:t>
      </w:r>
    </w:p>
    <w:p>
      <w:r>
        <w:rPr>
          <w:b/>
        </w:rPr>
        <w:t xml:space="preserve">[05:27] </w:t>
      </w:r>
      <w:r>
        <w:t>yeh samjha ke yeh to wahi hai yahoodi ya amra al-qadra ya amra al-qarza aye badron ki aulaad,</w:t>
      </w:r>
    </w:p>
    <w:p>
      <w:pPr>
        <w:jc w:val="right"/>
      </w:pPr>
      <w:r>
        <w:t>یہ سمجھا کہ یہ تو وہی ہے یہودی يا أَمْرَاءَ الْقَدَرَةِ يا أَمْرَاءَ الْقَرَضَةِ اے بدروں کی اولاد،</w:t>
      </w:r>
    </w:p>
    <w:p>
      <w:r>
        <w:rPr>
          <w:b/>
        </w:rPr>
        <w:t xml:space="preserve">[05:34] </w:t>
      </w:r>
      <w:r>
        <w:t>to ladaai shuru kar di, 60 baras lad rahe hain, faida kuch bhi nahin.</w:t>
      </w:r>
    </w:p>
    <w:p>
      <w:pPr>
        <w:jc w:val="right"/>
      </w:pPr>
      <w:r>
        <w:t>تو لڑائی شروع کر دی، 60 برس لڑ رہے ہیں، فائدہ کچھ بھی نہیں۔</w:t>
      </w:r>
    </w:p>
    <w:p>
      <w:r>
        <w:rPr>
          <w:b/>
        </w:rPr>
        <w:t xml:space="preserve">[05:39] </w:t>
      </w:r>
      <w:r>
        <w:t>jis ko Allah ne bheja tha un ke liye bator-e-muallim ke, us se ladaai shuru kar di,</w:t>
      </w:r>
    </w:p>
    <w:p>
      <w:pPr>
        <w:jc w:val="right"/>
      </w:pPr>
      <w:r>
        <w:t>جس کو اللہ نے بھیجا تھا ان کے لیے بطور معلم کے، اس سے لڑائی شروع کر دی،</w:t>
      </w:r>
    </w:p>
    <w:p>
      <w:r>
        <w:rPr>
          <w:b/>
        </w:rPr>
        <w:t xml:space="preserve">[05:45] </w:t>
      </w:r>
      <w:r>
        <w:t>yeh Allah ki hastiyon ko na samajhne ki wajah par.</w:t>
      </w:r>
    </w:p>
    <w:p>
      <w:pPr>
        <w:jc w:val="right"/>
      </w:pPr>
      <w:r>
        <w:t>یہ اللہ کی ہستیوں کو نہ سمجھنے کی وجہ پر۔</w:t>
      </w:r>
    </w:p>
    <w:p>
      <w:r>
        <w:rPr>
          <w:b/>
        </w:rPr>
        <w:t xml:space="preserve">[05:49] </w:t>
      </w:r>
      <w:r>
        <w:t>yeh jo qanoon hai,</w:t>
      </w:r>
    </w:p>
    <w:p>
      <w:pPr>
        <w:jc w:val="right"/>
      </w:pPr>
      <w:r>
        <w:t>یہ جو قانون ہے،</w:t>
      </w:r>
    </w:p>
    <w:p>
      <w:r>
        <w:rPr>
          <w:b/>
        </w:rPr>
        <w:t xml:space="preserve">[05:51] </w:t>
      </w:r>
      <w:r>
        <w:t>is mein Allah ne misaal di hai zameen ki, ke zameen murda hoti hai to us ko hum</w:t>
      </w:r>
    </w:p>
    <w:p>
      <w:pPr>
        <w:jc w:val="right"/>
      </w:pPr>
      <w:r>
        <w:t>اس میں اللہ نے مثال دی ہے زمین کی، کہ زمین مردہ ہوتی ہے تو اس کو ہم</w:t>
      </w:r>
    </w:p>
    <w:p>
      <w:r>
        <w:rPr>
          <w:b/>
        </w:rPr>
        <w:t xml:space="preserve">[05:57] </w:t>
      </w:r>
      <w:r>
        <w:t>phir zinda karte hain, zinda hoti hai kaise? in terms of plant,</w:t>
      </w:r>
    </w:p>
    <w:p>
      <w:pPr>
        <w:jc w:val="right"/>
      </w:pPr>
      <w:r>
        <w:t>پھر زندہ کرتے ہیں، زندہ ہوتی ہے کیسے؟ in terms of plant،</w:t>
      </w:r>
    </w:p>
    <w:p>
      <w:r>
        <w:rPr>
          <w:b/>
        </w:rPr>
        <w:t xml:space="preserve">[06:03] </w:t>
      </w:r>
      <w:r>
        <w:t>mitti nahin zinda hoti, plant zinda hota hai.</w:t>
      </w:r>
    </w:p>
    <w:p>
      <w:pPr>
        <w:jc w:val="right"/>
      </w:pPr>
      <w:r>
        <w:t>مٹی نہیں زندہ ہوتی، plant زندہ ہوتا ہے۔</w:t>
      </w:r>
    </w:p>
    <w:p>
      <w:r>
        <w:rPr>
          <w:b/>
        </w:rPr>
        <w:t xml:space="preserve">[06:06] </w:t>
      </w:r>
      <w:r>
        <w:t>is misaal ko maine samjha jab main gaya miliabad,</w:t>
      </w:r>
    </w:p>
    <w:p>
      <w:pPr>
        <w:jc w:val="right"/>
      </w:pPr>
      <w:r>
        <w:t>اس مثال کو میں نے سمجھا جب میں گیا ملیاباد،</w:t>
      </w:r>
    </w:p>
    <w:p>
      <w:r>
        <w:rPr>
          <w:b/>
        </w:rPr>
        <w:t xml:space="preserve">[06:12] </w:t>
      </w:r>
      <w:r>
        <w:t>miliabad lakhnau ke paas ek town hai,</w:t>
      </w:r>
    </w:p>
    <w:p>
      <w:pPr>
        <w:jc w:val="right"/>
      </w:pPr>
      <w:r>
        <w:t>ملیاباد لکھنؤ کے پاس ایک ٹاؤن ہے،</w:t>
      </w:r>
    </w:p>
    <w:p>
      <w:r>
        <w:rPr>
          <w:b/>
        </w:rPr>
        <w:t xml:space="preserve">[06:18] </w:t>
      </w:r>
      <w:r>
        <w:t>wohan zyada tar aam ke baghat hotay hain, woh log aam ki business karte hain,</w:t>
      </w:r>
    </w:p>
    <w:p>
      <w:pPr>
        <w:jc w:val="right"/>
      </w:pPr>
      <w:r>
        <w:t>وہاں زیادہ تر آم کے باغات ہوتے ہیں، وہ لوگ آم کی business کرتے ہیں،</w:t>
      </w:r>
    </w:p>
    <w:p>
      <w:r>
        <w:rPr>
          <w:b/>
        </w:rPr>
        <w:t xml:space="preserve">[06:25] </w:t>
      </w:r>
      <w:r>
        <w:t>aam ke poday ka business.</w:t>
      </w:r>
    </w:p>
    <w:p>
      <w:pPr>
        <w:jc w:val="right"/>
      </w:pPr>
      <w:r>
        <w:t>آم کے پودے کا business۔</w:t>
      </w:r>
    </w:p>
    <w:p>
      <w:r>
        <w:rPr>
          <w:b/>
        </w:rPr>
        <w:t xml:space="preserve">[06:28] </w:t>
      </w:r>
      <w:r>
        <w:t>to mein ne aik jagah dekha ke aam ka aik bagh hai aur us ko kata ja raha</w:t>
      </w:r>
    </w:p>
    <w:p>
      <w:pPr>
        <w:jc w:val="right"/>
      </w:pPr>
      <w:r>
        <w:t>تو میں نے ایک جگہ دیکھا کہ آم کا ایک باغ ہے اور اس کو کاٹا جا رہا</w:t>
      </w:r>
    </w:p>
    <w:p>
      <w:r>
        <w:rPr>
          <w:b/>
        </w:rPr>
        <w:t xml:space="preserve">[06:33] </w:t>
      </w:r>
      <w:r>
        <w:t>hai, jar se nahi, yani woh taqreeban aik foot</w:t>
      </w:r>
    </w:p>
    <w:p>
      <w:pPr>
        <w:jc w:val="right"/>
      </w:pPr>
      <w:r>
        <w:t>ہے، جڑ سے نہیں، یعنی وہ تقریباً ایک فٹ</w:t>
      </w:r>
    </w:p>
    <w:p>
      <w:r>
        <w:rPr>
          <w:b/>
        </w:rPr>
        <w:t xml:space="preserve">[06:40] </w:t>
      </w:r>
      <w:r>
        <w:t>is ka stem tana chhor kar kaat rahay thay, woh oopar ka sara kaat rahay thay, is ke</w:t>
      </w:r>
    </w:p>
    <w:p>
      <w:pPr>
        <w:jc w:val="right"/>
      </w:pPr>
      <w:r>
        <w:t>اس کا stem تنا چھوڑ کر کاٹ رہے تھے، وہ اوپر کا سارا کاٹ رہے تھے، اس کے</w:t>
      </w:r>
    </w:p>
    <w:p>
      <w:r>
        <w:rPr>
          <w:b/>
        </w:rPr>
        <w:t xml:space="preserve">[06:46] </w:t>
      </w:r>
      <w:r>
        <w:t>branches aur shakhain, lekin zameen se oopar taqreeban aik foot chhor kar.</w:t>
      </w:r>
    </w:p>
    <w:p>
      <w:pPr>
        <w:jc w:val="right"/>
      </w:pPr>
      <w:r>
        <w:t>branches اور شاخیں، لیکن زمین سے اوپر تقریباً ایک فٹ چھوڑ کر۔</w:t>
      </w:r>
    </w:p>
    <w:p>
      <w:r>
        <w:rPr>
          <w:b/>
        </w:rPr>
        <w:t xml:space="preserve">[06:52] </w:t>
      </w:r>
      <w:r>
        <w:t>to mein ne poocha ke yeh kya cheez hai, kya kar rahay hain aap log? to unhon ne</w:t>
      </w:r>
    </w:p>
    <w:p>
      <w:pPr>
        <w:jc w:val="right"/>
      </w:pPr>
      <w:r>
        <w:t>تو میں نے پوچھا کہ یہ کیا چیز ہے، کیا کر رہے ہیں آپ لوگ؟ تو انہوں نے</w:t>
      </w:r>
    </w:p>
    <w:p>
      <w:r>
        <w:rPr>
          <w:b/>
        </w:rPr>
        <w:t xml:space="preserve">[06:55] </w:t>
      </w:r>
      <w:r>
        <w:t>kaha ke yeh hum kuch dinon ke baad karte hain, aisa,</w:t>
      </w:r>
    </w:p>
    <w:p>
      <w:pPr>
        <w:jc w:val="right"/>
      </w:pPr>
      <w:r>
        <w:t>کہا کہ یہ ہم کچھ دنوں کے بعد کرتے ہیں، ایسا،</w:t>
      </w:r>
    </w:p>
    <w:p>
      <w:r>
        <w:rPr>
          <w:b/>
        </w:rPr>
        <w:t xml:space="preserve">[07:02] </w:t>
      </w:r>
      <w:r>
        <w:t>phir is mein se naya poda niklta hai, nai shakhain, nai patiyan,</w:t>
      </w:r>
    </w:p>
    <w:p>
      <w:pPr>
        <w:jc w:val="right"/>
      </w:pPr>
      <w:r>
        <w:t>پھر اس میں سے نیا پودا نکلتا ہے، نئی شاخیں، نئی پتیاں،</w:t>
      </w:r>
    </w:p>
    <w:p>
      <w:r>
        <w:rPr>
          <w:b/>
        </w:rPr>
        <w:t xml:space="preserve">[07:09] </w:t>
      </w:r>
      <w:r>
        <w:t>is ki jar ko baqi rakhtay hain, thora sa tana baqi rakhtay hain aur kaat detay hain, to</w:t>
      </w:r>
    </w:p>
    <w:p>
      <w:pPr>
        <w:jc w:val="right"/>
      </w:pPr>
      <w:r>
        <w:t>اس کی جڑ کو باقی رکھتے ہیں، تھوڑا سا تنا باقی رکھتے ہیں اور کاٹ دیتے ہیں، تو</w:t>
      </w:r>
    </w:p>
    <w:p>
      <w:r>
        <w:rPr>
          <w:b/>
        </w:rPr>
        <w:t xml:space="preserve">[07:15] </w:t>
      </w:r>
      <w:r>
        <w:t>aik naya drakht khara hota hai, bilkul aik naya bagh.</w:t>
      </w:r>
    </w:p>
    <w:p>
      <w:pPr>
        <w:jc w:val="right"/>
      </w:pPr>
      <w:r>
        <w:t>ایک نیا درخت کھڑا ہوتا ہے، بالکل ایک نیا باغ۔</w:t>
      </w:r>
    </w:p>
    <w:p>
      <w:r>
        <w:rPr>
          <w:b/>
        </w:rPr>
        <w:t xml:space="preserve">[07:21] </w:t>
      </w:r>
      <w:r>
        <w:t>is se mein ne samjha ke Allah taala ne jo misaal di hai surah hadid mein</w:t>
      </w:r>
    </w:p>
    <w:p>
      <w:pPr>
        <w:jc w:val="right"/>
      </w:pPr>
      <w:r>
        <w:t>اس سے میں نے سمجھا کہ اللہ تعالیٰ نے جو مثال دی ہے سورہ الحدید میں</w:t>
      </w:r>
    </w:p>
    <w:p>
      <w:r>
        <w:rPr>
          <w:b/>
        </w:rPr>
        <w:t xml:space="preserve">[07:27] </w:t>
      </w:r>
      <w:r>
        <w:t>aalamo an allaha yuhayyi</w:t>
      </w:r>
    </w:p>
    <w:p>
      <w:pPr>
        <w:jc w:val="right"/>
      </w:pPr>
      <w:r>
        <w:t>اعلموا أن الله يهيئ</w:t>
      </w:r>
    </w:p>
    <w:p>
      <w:r>
        <w:rPr>
          <w:b/>
        </w:rPr>
        <w:t xml:space="preserve">[07:31] </w:t>
      </w:r>
      <w:r>
        <w:t>al-amra ba'da mautih is ka matlab kya hai?</w:t>
      </w:r>
    </w:p>
    <w:p>
      <w:pPr>
        <w:jc w:val="right"/>
      </w:pPr>
      <w:r>
        <w:t>الْأَمَرَ بعد موته اس کا مطلب کیا ہے؟</w:t>
      </w:r>
    </w:p>
    <w:p>
      <w:r>
        <w:rPr>
          <w:b/>
        </w:rPr>
        <w:t xml:space="preserve">[07:34] </w:t>
      </w:r>
      <w:r>
        <w:t>kuch dinon ke baad ummat mein zawal aa jata hai,</w:t>
      </w:r>
    </w:p>
    <w:p>
      <w:pPr>
        <w:jc w:val="right"/>
      </w:pPr>
      <w:r>
        <w:t>کچھ دنوں کے بعد امت میں زوال آ جاتا ہے،</w:t>
      </w:r>
    </w:p>
    <w:p>
      <w:r>
        <w:rPr>
          <w:b/>
        </w:rPr>
        <w:t xml:space="preserve">[07:40] </w:t>
      </w:r>
      <w:r>
        <w:t>is ke baad zaroorat hoti hai ke is ko is ke andar bohat hi overhaul kiya jaye,</w:t>
      </w:r>
    </w:p>
    <w:p>
      <w:pPr>
        <w:jc w:val="right"/>
      </w:pPr>
      <w:r>
        <w:t>اس کے بعد ضرورت ہوتی ہے کہ اس کو اس کے اندر بہت ہی overhaul کیا جائے،</w:t>
      </w:r>
    </w:p>
    <w:p>
      <w:r>
        <w:rPr>
          <w:b/>
        </w:rPr>
        <w:t xml:space="preserve">[07:46] </w:t>
      </w:r>
      <w:r>
        <w:t>overhaul aap nahi karengay to kuch faida nahi hoga.</w:t>
      </w:r>
    </w:p>
    <w:p>
      <w:pPr>
        <w:jc w:val="right"/>
      </w:pPr>
      <w:r>
        <w:t>overhaul آپ نہیں کریں گے تو کچھ فائدہ نہیں ہوگا۔</w:t>
      </w:r>
    </w:p>
    <w:p>
      <w:r>
        <w:rPr>
          <w:b/>
        </w:rPr>
        <w:t xml:space="preserve">[07:53] </w:t>
      </w:r>
      <w:r>
        <w:t>to turki mein jo ataturk ka operation tha, woh overhaul tha,</w:t>
      </w:r>
    </w:p>
    <w:p>
      <w:pPr>
        <w:jc w:val="right"/>
      </w:pPr>
      <w:r>
        <w:t>تو ترکی میں جو اتاترک کا operation تھا، وہ overhaul تھا،</w:t>
      </w:r>
    </w:p>
    <w:p>
      <w:r>
        <w:rPr>
          <w:b/>
        </w:rPr>
        <w:t xml:space="preserve">[08:03] </w:t>
      </w:r>
      <w:r>
        <w:t>yani turki ne jis tarah se falasteen mein tartus rumi ne bulldoze kar diya tha yahood ko, aisay</w:t>
      </w:r>
    </w:p>
    <w:p>
      <w:pPr>
        <w:jc w:val="right"/>
      </w:pPr>
      <w:r>
        <w:t>یعنی ترکی نے جس طرح سے فلسطین میں ٹارٹس رومی نے bulldoze کر دیا تھا یہود کو، ایسے</w:t>
      </w:r>
    </w:p>
    <w:p>
      <w:r>
        <w:rPr>
          <w:b/>
        </w:rPr>
        <w:t xml:space="preserve">[08:10] </w:t>
      </w:r>
      <w:r>
        <w:t>hi turki mein bulldoze kar diya unhon ne old culture ko,</w:t>
      </w:r>
    </w:p>
    <w:p>
      <w:pPr>
        <w:jc w:val="right"/>
      </w:pPr>
      <w:r>
        <w:t>ہی ترکی میں bulldoze کر دیا انہوں نے old culture کو،</w:t>
      </w:r>
    </w:p>
    <w:p>
      <w:r>
        <w:rPr>
          <w:b/>
        </w:rPr>
        <w:t xml:space="preserve">[08:14] </w:t>
      </w:r>
      <w:r>
        <w:t>yahan tak ke turki zaban ka script badal diya, script turki zaban mein parhi likhi aati thi, arabi</w:t>
      </w:r>
    </w:p>
    <w:p>
      <w:pPr>
        <w:jc w:val="right"/>
      </w:pPr>
      <w:r>
        <w:t>یہاں تک کہ ترکی زبان کا script بدل دیا، script ترکی زبان میں پڑھی لکھی آتی تھی، عربی</w:t>
      </w:r>
    </w:p>
    <w:p>
      <w:r>
        <w:rPr>
          <w:b/>
        </w:rPr>
        <w:t xml:space="preserve">[08:23] </w:t>
      </w:r>
      <w:r>
        <w:t>script mein ab likhi aati hai, roman script mein, yani European language</w:t>
      </w:r>
    </w:p>
    <w:p>
      <w:pPr>
        <w:jc w:val="right"/>
      </w:pPr>
      <w:r>
        <w:t>script میں اب لکھی آتی ہے، رومن script میں، یعنی یورپین language</w:t>
      </w:r>
    </w:p>
    <w:p>
      <w:r>
        <w:rPr>
          <w:b/>
        </w:rPr>
        <w:t xml:space="preserve">[08:29] </w:t>
      </w:r>
      <w:r>
        <w:t>ka form ikhtiyar kar liya unhon ne, aur sab bilkul bulldoze kar diya.</w:t>
      </w:r>
    </w:p>
    <w:p>
      <w:pPr>
        <w:jc w:val="right"/>
      </w:pPr>
      <w:r>
        <w:t>کا form اختیار کر لیا انہوں نے، اور سب بالکل bulldoze کر دیا۔</w:t>
      </w:r>
    </w:p>
    <w:p>
      <w:r>
        <w:rPr>
          <w:b/>
        </w:rPr>
        <w:t xml:space="preserve">[08:35] </w:t>
      </w:r>
      <w:r>
        <w:t>is ke baad</w:t>
      </w:r>
    </w:p>
    <w:p>
      <w:pPr>
        <w:jc w:val="right"/>
      </w:pPr>
      <w:r>
        <w:t>اس کے بعد</w:t>
      </w:r>
    </w:p>
    <w:p>
      <w:r>
        <w:rPr>
          <w:b/>
        </w:rPr>
        <w:t xml:space="preserve">[08:38] </w:t>
      </w:r>
      <w:r>
        <w:t>wohan aik nai qom ubhri hui hai, yeh baat mein janta nahi tha pehlay, kyunke jis madrasay mein</w:t>
      </w:r>
    </w:p>
    <w:p>
      <w:pPr>
        <w:jc w:val="right"/>
      </w:pPr>
      <w:r>
        <w:t>وہاں ایک نئی قوم ابھری ہوئی ہے، یہ بات میں جانتا نہیں تھا پہلے، کیونکہ جس مدرسے میں</w:t>
      </w:r>
    </w:p>
    <w:p>
      <w:r>
        <w:rPr>
          <w:b/>
        </w:rPr>
        <w:t xml:space="preserve">[08:43] </w:t>
      </w:r>
      <w:r>
        <w:t>parha, jis mahol mein rahe, saare ulama negative boli bolte the turkey ke bare mein, ataturk ke bare</w:t>
      </w:r>
    </w:p>
    <w:p>
      <w:pPr>
        <w:jc w:val="right"/>
      </w:pPr>
      <w:r>
        <w:t>پڑھا، جس ماحول میں رہے، سارے علماء negative بولی بولتے تھے ترکی کے بارے میں، اتاترک کے بارے</w:t>
      </w:r>
    </w:p>
    <w:p>
      <w:r>
        <w:rPr>
          <w:b/>
        </w:rPr>
        <w:t xml:space="preserve">[08:50] </w:t>
      </w:r>
      <w:r>
        <w:t>mein, sirf negative, sirf negative.</w:t>
      </w:r>
    </w:p>
    <w:p>
      <w:pPr>
        <w:jc w:val="right"/>
      </w:pPr>
      <w:r>
        <w:t>میں، صرف negative، صرف negative۔</w:t>
      </w:r>
    </w:p>
    <w:p>
      <w:r>
        <w:rPr>
          <w:b/>
        </w:rPr>
        <w:t xml:space="preserve">[08:52] </w:t>
      </w:r>
      <w:r>
        <w:t>mein, hum samajhte the turkey jo tha us ko tabah kar diya ataturk ne, tabah nahi kiya, balkeh turkey</w:t>
      </w:r>
    </w:p>
    <w:p>
      <w:pPr>
        <w:jc w:val="right"/>
      </w:pPr>
      <w:r>
        <w:t>ہم سمجھتے تھے ترکی جو تھا اس کو تباہ کر دیا اتاترک نے، تباہ نہیں کیا، بلکہ ترکی</w:t>
      </w:r>
    </w:p>
    <w:p>
      <w:r>
        <w:rPr>
          <w:b/>
        </w:rPr>
        <w:t xml:space="preserve">[08:59] </w:t>
      </w:r>
      <w:r>
        <w:t>ko ek naya mauqa diya.</w:t>
      </w:r>
    </w:p>
    <w:p>
      <w:pPr>
        <w:jc w:val="right"/>
      </w:pPr>
      <w:r>
        <w:t>کو ایک نیا موقع دیا۔</w:t>
      </w:r>
    </w:p>
    <w:p>
      <w:r>
        <w:rPr>
          <w:b/>
        </w:rPr>
        <w:t xml:space="preserve">[09:02] </w:t>
      </w:r>
      <w:r>
        <w:t>yeh wohi hua jo turkey ke soofi shayar the, maulana rumi jo keh jate hain, woh turkey mein</w:t>
      </w:r>
    </w:p>
    <w:p>
      <w:pPr>
        <w:jc w:val="right"/>
      </w:pPr>
      <w:r>
        <w:t>یہ وہی ہوا جو ترکی کے صوفی شاعر تھے، مولانا رومی جو کہہ جاتے ہیں، وہ ترکی میں</w:t>
      </w:r>
    </w:p>
    <w:p>
      <w:r>
        <w:rPr>
          <w:b/>
        </w:rPr>
        <w:t xml:space="preserve">[09:09] </w:t>
      </w:r>
      <w:r>
        <w:t>paida hue the,</w:t>
      </w:r>
    </w:p>
    <w:p>
      <w:pPr>
        <w:jc w:val="right"/>
      </w:pPr>
      <w:r>
        <w:t>پیدا ہوئے تھے،</w:t>
      </w:r>
    </w:p>
    <w:p>
      <w:r>
        <w:rPr>
          <w:b/>
        </w:rPr>
        <w:t xml:space="preserve">[09:11] </w:t>
      </w:r>
      <w:r>
        <w:t>qonia mein, to is liye maulana rumi keh jate hain woh.</w:t>
      </w:r>
    </w:p>
    <w:p>
      <w:pPr>
        <w:jc w:val="right"/>
      </w:pPr>
      <w:r>
        <w:t>قونیہ میں، تو اس لیے مولانا رومی کہہ جاتے ہیں وہ۔</w:t>
      </w:r>
    </w:p>
    <w:p>
      <w:r>
        <w:rPr>
          <w:b/>
        </w:rPr>
        <w:t xml:space="preserve">[09:17] </w:t>
      </w:r>
      <w:r>
        <w:t>to un ka ek, un ki masnavi ka ek shair hai:</w:t>
      </w:r>
    </w:p>
    <w:p>
      <w:pPr>
        <w:jc w:val="right"/>
      </w:pPr>
      <w:r>
        <w:t>تو ان کا ایک، ان کی مثنوی کا ایک شعر ہے:</w:t>
      </w:r>
    </w:p>
    <w:p>
      <w:r>
        <w:rPr>
          <w:b/>
        </w:rPr>
        <w:t xml:space="preserve">[09:24] </w:t>
      </w:r>
      <w:r>
        <w:t>cho banaye kahna abad a kunan</w:t>
      </w:r>
    </w:p>
    <w:p>
      <w:pPr>
        <w:jc w:val="right"/>
      </w:pPr>
      <w:r>
        <w:t>چو بنائے کہنہ آبادا کنن</w:t>
      </w:r>
    </w:p>
    <w:p>
      <w:r>
        <w:rPr>
          <w:b/>
        </w:rPr>
        <w:t xml:space="preserve">[09:27] </w:t>
      </w:r>
      <w:r>
        <w:t>awla taameer ravira kunan</w:t>
      </w:r>
    </w:p>
    <w:p>
      <w:pPr>
        <w:jc w:val="right"/>
      </w:pPr>
      <w:r>
        <w:t>اولا تعمیر راویرا کنن</w:t>
      </w:r>
    </w:p>
    <w:p>
      <w:r>
        <w:rPr>
          <w:b/>
        </w:rPr>
        <w:t xml:space="preserve">[09:31] </w:t>
      </w:r>
      <w:r>
        <w:t>yani matlab jab kisi ek building ko naya taameer karna chahta hai,</w:t>
      </w:r>
    </w:p>
    <w:p>
      <w:pPr>
        <w:jc w:val="right"/>
      </w:pPr>
      <w:r>
        <w:t>یعنی مطلب جب کسی ایک بلڈنگ کو نیا تعمیر کرنا چاہتا ہے،</w:t>
      </w:r>
    </w:p>
    <w:p>
      <w:r>
        <w:rPr>
          <w:b/>
        </w:rPr>
        <w:t xml:space="preserve">[09:37] </w:t>
      </w:r>
      <w:r>
        <w:t>ek building ko jab nai taameer karna hota hai to purani building ko demolish kar dete hain, phir</w:t>
      </w:r>
    </w:p>
    <w:p>
      <w:pPr>
        <w:jc w:val="right"/>
      </w:pPr>
      <w:r>
        <w:t>ایک بلڈنگ کو جب نئی تعمیر کرنا ہوتا ہے تو پرانی بلڈنگ کو demolish کر دیتے ہیں، پھر</w:t>
      </w:r>
    </w:p>
    <w:p>
      <w:r>
        <w:rPr>
          <w:b/>
        </w:rPr>
        <w:t xml:space="preserve">[09:45] </w:t>
      </w:r>
      <w:r>
        <w:t>wahan ek nai building khadi karte hain.</w:t>
      </w:r>
    </w:p>
    <w:p>
      <w:pPr>
        <w:jc w:val="right"/>
      </w:pPr>
      <w:r>
        <w:t>وہاں ایک نئی بلڈنگ کھڑی کرتے ہیں۔</w:t>
      </w:r>
    </w:p>
    <w:p>
      <w:r>
        <w:rPr>
          <w:b/>
        </w:rPr>
        <w:t xml:space="preserve">[09:48] </w:t>
      </w:r>
      <w:r>
        <w:t>yahi, yahi kaam hai ummaton ke zawal ke waqt, jab zawal aata hai</w:t>
      </w:r>
    </w:p>
    <w:p>
      <w:pPr>
        <w:jc w:val="right"/>
      </w:pPr>
      <w:r>
        <w:t>یہی، یہی کام ہے امتوں کے زوال کے وقت، جب زوال آتا ہے</w:t>
      </w:r>
    </w:p>
    <w:p>
      <w:r>
        <w:rPr>
          <w:b/>
        </w:rPr>
        <w:t xml:space="preserve">[09:55] </w:t>
      </w:r>
      <w:r>
        <w:t>to us waqt zaroorat hoti hai ke radical change laya jaye,</w:t>
      </w:r>
    </w:p>
    <w:p>
      <w:pPr>
        <w:jc w:val="right"/>
      </w:pPr>
      <w:r>
        <w:t>تو اس وقت ضرورت ہوتی ہے کہ radical change لایا جائے،</w:t>
      </w:r>
    </w:p>
    <w:p>
      <w:r>
        <w:rPr>
          <w:b/>
        </w:rPr>
        <w:t xml:space="preserve">[10:02] </w:t>
      </w:r>
      <w:r>
        <w:t>jis tarah darakht ko kaat dete hain.</w:t>
      </w:r>
    </w:p>
    <w:p>
      <w:pPr>
        <w:jc w:val="right"/>
      </w:pPr>
      <w:r>
        <w:t>جس طرح درخت کو کاٹ دیتے ہیں۔</w:t>
      </w:r>
    </w:p>
    <w:p>
      <w:r>
        <w:rPr>
          <w:b/>
        </w:rPr>
        <w:t xml:space="preserve">[10:05] </w:t>
      </w:r>
      <w:r>
        <w:t>to is moamle mein</w:t>
      </w:r>
    </w:p>
    <w:p>
      <w:pPr>
        <w:jc w:val="right"/>
      </w:pPr>
      <w:r>
        <w:t>تو اس معاملے میں</w:t>
      </w:r>
    </w:p>
    <w:p>
      <w:r>
        <w:rPr>
          <w:b/>
        </w:rPr>
        <w:t xml:space="preserve">[10:07] </w:t>
      </w:r>
      <w:r>
        <w:t>jo turkey pe jo ataturk ne kiya that was a divine operation</w:t>
      </w:r>
    </w:p>
    <w:p>
      <w:pPr>
        <w:jc w:val="right"/>
      </w:pPr>
      <w:r>
        <w:t>جو ترکی پہ جو اتاترک نے کیا that was a divine operation</w:t>
      </w:r>
    </w:p>
    <w:p>
      <w:r>
        <w:rPr>
          <w:b/>
        </w:rPr>
        <w:t xml:space="preserve">[10:13] </w:t>
      </w:r>
      <w:r>
        <w:t>is ke baad jo turkey</w:t>
      </w:r>
    </w:p>
    <w:p>
      <w:pPr>
        <w:jc w:val="right"/>
      </w:pPr>
      <w:r>
        <w:t>اس کے بعد جو ترکی</w:t>
      </w:r>
    </w:p>
    <w:p>
      <w:r>
        <w:rPr>
          <w:b/>
        </w:rPr>
        <w:t xml:space="preserve">[10:16] </w:t>
      </w:r>
      <w:r>
        <w:t>qaum mein jo emergence aaya, bilkul nai turkey thi.</w:t>
      </w:r>
    </w:p>
    <w:p>
      <w:pPr>
        <w:jc w:val="right"/>
      </w:pPr>
      <w:r>
        <w:t>قوم میں جو emergence آیا، بالکل نئی ترکی تھی۔</w:t>
      </w:r>
    </w:p>
    <w:p>
      <w:r>
        <w:rPr>
          <w:b/>
        </w:rPr>
        <w:t xml:space="preserve">[10:21] </w:t>
      </w:r>
      <w:r>
        <w:t>abhi mein parh raha tha sheikh hamza yusuf ka, jo amreeka,</w:t>
      </w:r>
    </w:p>
    <w:p>
      <w:pPr>
        <w:jc w:val="right"/>
      </w:pPr>
      <w:r>
        <w:t>ابھی میں پڑھ رہا تھا شیخ حمزہ یوسف کا، جو امریکہ،</w:t>
      </w:r>
    </w:p>
    <w:p>
      <w:r>
        <w:rPr>
          <w:b/>
        </w:rPr>
        <w:t xml:space="preserve">[10:27] </w:t>
      </w:r>
      <w:r>
        <w:t>amreeki hain, to unhon ne kaha ke sab se zyada mujhe pasand hai turkey, amreeka se bhi zyada,</w:t>
      </w:r>
    </w:p>
    <w:p>
      <w:pPr>
        <w:jc w:val="right"/>
      </w:pPr>
      <w:r>
        <w:t>امریکی ہیں، تو انہوں نے کہا کہ سب سے زیادہ مجھے پسند ہے ترکی، امریکہ سے بھی زیادہ،</w:t>
      </w:r>
    </w:p>
    <w:p>
      <w:r>
        <w:rPr>
          <w:b/>
        </w:rPr>
        <w:t xml:space="preserve">[10:34] </w:t>
      </w:r>
      <w:r>
        <w:t>halankeh khud american hain woh, aur mein bar bar jata hoon turkey.</w:t>
      </w:r>
    </w:p>
    <w:p>
      <w:pPr>
        <w:jc w:val="right"/>
      </w:pPr>
      <w:r>
        <w:t>حالانکہ خود امریکن ہیں وہ، اور میں بار بار جاتا ہوں ترکی۔</w:t>
      </w:r>
    </w:p>
    <w:p>
      <w:r>
        <w:rPr>
          <w:b/>
        </w:rPr>
        <w:t xml:space="preserve">[10:40] </w:t>
      </w:r>
      <w:r>
        <w:t>muslim mulkon mein wohi sab se zyada mujhe lagta hai taraqqi yafta mulk, lekin wajah nahi batai unhon</w:t>
      </w:r>
    </w:p>
    <w:p>
      <w:pPr>
        <w:jc w:val="right"/>
      </w:pPr>
      <w:r>
        <w:t>مسلم ملکوں میں وہی سب سے زیادہ مجھے لگتا ہے ترقی یافتہ ملک، لیکن وجہ نہیں بتائی انہوں</w:t>
      </w:r>
    </w:p>
    <w:p>
      <w:r>
        <w:rPr>
          <w:b/>
        </w:rPr>
        <w:t xml:space="preserve">[10:47] </w:t>
      </w:r>
      <w:r>
        <w:t>ne, wajah nahi batai, wajah yahi ke ataturk ne is ko radical operation kiya,</w:t>
      </w:r>
    </w:p>
    <w:p>
      <w:pPr>
        <w:jc w:val="right"/>
      </w:pPr>
      <w:r>
        <w:t>نے، وجہ نہیں بتائی، وجہ یہی کہ اتاترک نے اس کو radical operation کیا،</w:t>
      </w:r>
    </w:p>
    <w:p>
      <w:r>
        <w:rPr>
          <w:b/>
        </w:rPr>
        <w:t xml:space="preserve">[10:54] </w:t>
      </w:r>
      <w:r>
        <w:t>matlab drakht ka oopar ka hissa kaat diya, sirf jar baqi rakhi, is mein se phir naya drakht</w:t>
      </w:r>
    </w:p>
    <w:p>
      <w:pPr>
        <w:jc w:val="right"/>
      </w:pPr>
      <w:r>
        <w:t>مطلب درخت کا اوپر کا حصہ کاٹ دیا، صرف جڑ باقی رکھی، اس میں سے پھر نیا درخت</w:t>
      </w:r>
    </w:p>
    <w:p>
      <w:r>
        <w:rPr>
          <w:b/>
        </w:rPr>
        <w:t xml:space="preserve">[11:00] </w:t>
      </w:r>
      <w:r>
        <w:t>nikla. to kya cheez thi? musalman jee rahe the purane qism ki political</w:t>
      </w:r>
    </w:p>
    <w:p>
      <w:pPr>
        <w:jc w:val="right"/>
      </w:pPr>
      <w:r>
        <w:t>نکلا۔ تو کیا چیز تھی؟ مسلمان جی رہے تھے پرانے قسم کی political</w:t>
      </w:r>
    </w:p>
    <w:p>
      <w:r>
        <w:rPr>
          <w:b/>
        </w:rPr>
        <w:t xml:space="preserve">[11:12] </w:t>
      </w:r>
      <w:r>
        <w:t>empire mein, khilafat kya thi? khilafat thi political empire, jis ko hum kehte hain usmani khilafat, woh apne</w:t>
      </w:r>
    </w:p>
    <w:p>
      <w:pPr>
        <w:jc w:val="right"/>
      </w:pPr>
      <w:r>
        <w:t>empire میں، خلافت کیا تھی؟ خلافت تھی political empire، جس کو ہم کہتے ہیں عثمانی خلافت، وہ اپنے</w:t>
      </w:r>
    </w:p>
    <w:p>
      <w:r>
        <w:rPr>
          <w:b/>
        </w:rPr>
        <w:t xml:space="preserve">[11:20] </w:t>
      </w:r>
      <w:r>
        <w:t>waqt ke aitbar se dynasty thi, woh political empire tha, lekin bilkul farsodah ho chuki thi, is mein</w:t>
      </w:r>
    </w:p>
    <w:p>
      <w:pPr>
        <w:jc w:val="right"/>
      </w:pPr>
      <w:r>
        <w:t>وقت کے اعتبار سے dynasty تھی، وہ political empire تھا، لیکن بالکل فرسودہ ہو چکی تھی، اس میں</w:t>
      </w:r>
    </w:p>
    <w:p>
      <w:r>
        <w:rPr>
          <w:b/>
        </w:rPr>
        <w:t xml:space="preserve">[11:27] </w:t>
      </w:r>
      <w:r>
        <w:t>kuch jaan nahi reh gayi thi.</w:t>
      </w:r>
    </w:p>
    <w:p>
      <w:pPr>
        <w:jc w:val="right"/>
      </w:pPr>
      <w:r>
        <w:t>کچھ جان نہیں رہ گئی تھی۔</w:t>
      </w:r>
    </w:p>
    <w:p>
      <w:r>
        <w:rPr>
          <w:b/>
        </w:rPr>
        <w:t xml:space="preserve">[11:32] </w:t>
      </w:r>
      <w:r>
        <w:t>itna farsodah thi ke woh jab steam ship pehli bar samundar mein utarna hua to kehte the ke</w:t>
      </w:r>
    </w:p>
    <w:p>
      <w:pPr>
        <w:jc w:val="right"/>
      </w:pPr>
      <w:r>
        <w:t>اتنا فرسودہ تھی کہ وہ جب steam ship پہلی بار سمندر میں اتارنا ہوا تو کہتے تھے کہ</w:t>
      </w:r>
    </w:p>
    <w:p>
      <w:r>
        <w:rPr>
          <w:b/>
        </w:rPr>
        <w:t xml:space="preserve">[11:38] </w:t>
      </w:r>
      <w:r>
        <w:t>is se pehle khatam bukhari karo, warna kuch aafat aa jaye gi.</w:t>
      </w:r>
    </w:p>
    <w:p>
      <w:pPr>
        <w:jc w:val="right"/>
      </w:pPr>
      <w:r>
        <w:t>اس سے پہلے ختم بخاری کرو، ورنہ کچھ آفت آ جائے گی۔</w:t>
      </w:r>
    </w:p>
    <w:p>
      <w:r>
        <w:rPr>
          <w:b/>
        </w:rPr>
        <w:t xml:space="preserve">[11:44] </w:t>
      </w:r>
      <w:r>
        <w:t>to yeh, yeh poora jo qadeem culture tha, is ko, is ko bulldoze kar diya ataturk ne, phir</w:t>
      </w:r>
    </w:p>
    <w:p>
      <w:pPr>
        <w:jc w:val="right"/>
      </w:pPr>
      <w:r>
        <w:t>تو یہ، یہ پورا جو قدیم کلچر تھا، اس کو، اس کو bulldoze کر دیا اتاترک نے، پھر</w:t>
      </w:r>
    </w:p>
    <w:p>
      <w:r>
        <w:rPr>
          <w:b/>
        </w:rPr>
        <w:t xml:space="preserve">[11:52] </w:t>
      </w:r>
      <w:r>
        <w:t>nayi qaum ubhri.</w:t>
      </w:r>
    </w:p>
    <w:p>
      <w:pPr>
        <w:jc w:val="right"/>
      </w:pPr>
      <w:r>
        <w:t>نئی قوم ابھری۔</w:t>
      </w:r>
    </w:p>
    <w:p>
      <w:r>
        <w:rPr>
          <w:b/>
        </w:rPr>
        <w:t xml:space="preserve">[11:54] </w:t>
      </w:r>
      <w:r>
        <w:t>to Allah taala ko yeh manzoor tha dikhana ke woh daur khatam ho gaya jab political empire bante</w:t>
      </w:r>
    </w:p>
    <w:p>
      <w:pPr>
        <w:jc w:val="right"/>
      </w:pPr>
      <w:r>
        <w:t>تو اللہ تعالیٰ کو یہ منظور تھا دکھانا کہ وہ دور ختم ہو گیا جب political empire بنتے</w:t>
      </w:r>
    </w:p>
    <w:p>
      <w:r>
        <w:rPr>
          <w:b/>
        </w:rPr>
        <w:t xml:space="preserve">[12:00] </w:t>
      </w:r>
      <w:r>
        <w:t>the, ab naya daur hai, ab non political empire ka daur hai.</w:t>
      </w:r>
    </w:p>
    <w:p>
      <w:pPr>
        <w:jc w:val="right"/>
      </w:pPr>
      <w:r>
        <w:t>تھے، اب نیا دور ہے، اب نان political empire کا دور ہے۔</w:t>
      </w:r>
    </w:p>
    <w:p>
      <w:r>
        <w:rPr>
          <w:b/>
        </w:rPr>
        <w:t xml:space="preserve">[12:08] </w:t>
      </w:r>
      <w:r>
        <w:t>to ataturk ke zariye Allah taala ne radical zaban mein, radical way mein turkon ko bataya ke woh</w:t>
      </w:r>
    </w:p>
    <w:p>
      <w:pPr>
        <w:jc w:val="right"/>
      </w:pPr>
      <w:r>
        <w:t>تو اتاترک کے ذریعے اللہ تعالیٰ نے radical زبان میں، radical way میں ترکوں کو بتایا کہ وہ</w:t>
      </w:r>
    </w:p>
    <w:p>
      <w:r>
        <w:rPr>
          <w:b/>
        </w:rPr>
        <w:t xml:space="preserve">[12:17] </w:t>
      </w:r>
      <w:r>
        <w:t>daur khatam ho gaya jab political empire bana karte the, ab naye daur mein non-political empire banao.</w:t>
      </w:r>
    </w:p>
    <w:p>
      <w:pPr>
        <w:jc w:val="right"/>
      </w:pPr>
      <w:r>
        <w:t>دور ختم ہو گیا جب political empire بنا کرتے تھے، اب نئے دور میں non-political empire بناؤ۔</w:t>
      </w:r>
    </w:p>
    <w:p>
      <w:r>
        <w:rPr>
          <w:b/>
        </w:rPr>
        <w:t xml:space="preserve">[12:25] </w:t>
      </w:r>
      <w:r>
        <w:t>chunanche ataturk ke baad doosra insan jo Allah taala ke madad se utha, woh mister gulen the, mister</w:t>
      </w:r>
    </w:p>
    <w:p>
      <w:pPr>
        <w:jc w:val="right"/>
      </w:pPr>
      <w:r>
        <w:t>چنانچہ اتاترک کے بعد دوسرا انسان جو اللہ تعالیٰ کے مدد سے اٹھا، وہ مسٹر گلین تھے، مسٹر</w:t>
      </w:r>
    </w:p>
    <w:p>
      <w:r>
        <w:rPr>
          <w:b/>
        </w:rPr>
        <w:t xml:space="preserve">[12:32] </w:t>
      </w:r>
      <w:r>
        <w:t>gulen, aur unhon ne waqeatan wahan yahi kaam kiya, non-political empire education par base karte hue,</w:t>
      </w:r>
    </w:p>
    <w:p>
      <w:pPr>
        <w:jc w:val="right"/>
      </w:pPr>
      <w:r>
        <w:t>گلین، اور انہوں نے واقعتا وہاں یہی کام کیا، non-political empire education پر base کرتے ہوئے،</w:t>
      </w:r>
    </w:p>
    <w:p>
      <w:r>
        <w:rPr>
          <w:b/>
        </w:rPr>
        <w:t xml:space="preserve">[12:43] </w:t>
      </w:r>
      <w:r>
        <w:t>saari duniya mein un ki political,</w:t>
      </w:r>
    </w:p>
    <w:p>
      <w:pPr>
        <w:jc w:val="right"/>
      </w:pPr>
      <w:r>
        <w:t>ساری دنیا میں ان کی political،</w:t>
      </w:r>
    </w:p>
    <w:p>
      <w:r>
        <w:rPr>
          <w:b/>
        </w:rPr>
        <w:t xml:space="preserve">[12:47] </w:t>
      </w:r>
      <w:r>
        <w:t>yani woh un ki educational</w:t>
      </w:r>
    </w:p>
    <w:p>
      <w:pPr>
        <w:jc w:val="right"/>
      </w:pPr>
      <w:r>
        <w:t>یعنی وہ ان کی educational</w:t>
      </w:r>
    </w:p>
    <w:p>
      <w:r>
        <w:rPr>
          <w:b/>
        </w:rPr>
        <w:t xml:space="preserve">[12:50] </w:t>
      </w:r>
      <w:r>
        <w:t>institutions banayi hui hain.</w:t>
      </w:r>
    </w:p>
    <w:p>
      <w:pPr>
        <w:jc w:val="right"/>
      </w:pPr>
      <w:r>
        <w:t>institutions بنائی ہوئی ہیں۔</w:t>
      </w:r>
    </w:p>
    <w:p>
      <w:r>
        <w:rPr>
          <w:b/>
        </w:rPr>
        <w:t xml:space="preserve">[12:51] </w:t>
      </w:r>
      <w:r>
        <w:t>main ne khud abhi dekha america mein ek badi shandar building hai, is mein un ka political institution</w:t>
      </w:r>
    </w:p>
    <w:p>
      <w:pPr>
        <w:jc w:val="right"/>
      </w:pPr>
      <w:r>
        <w:t>میں نے خود ابھی دیکھا امریکہ میں ایک بڑی شاندار بلڈنگ ہے، اس میں ان کا political institution</w:t>
      </w:r>
    </w:p>
    <w:p>
      <w:r>
        <w:rPr>
          <w:b/>
        </w:rPr>
        <w:t xml:space="preserve">[12:59] </w:t>
      </w:r>
      <w:r>
        <w:t>hai, woh taleem hai, education hai, education bohat shandar, bilkul america ke standard ka hai woh,</w:t>
      </w:r>
    </w:p>
    <w:p>
      <w:pPr>
        <w:jc w:val="right"/>
      </w:pPr>
      <w:r>
        <w:t>ہے، وہ تعلیم ہے، education ہے، education بہت شاندار، بالکل امریکہ کے standard کا ہے وہ،</w:t>
      </w:r>
    </w:p>
    <w:p>
      <w:r>
        <w:rPr>
          <w:b/>
        </w:rPr>
        <w:t xml:space="preserve">[13:10] </w:t>
      </w:r>
      <w:r>
        <w:t>america ke standard ka hai woh, saari duniya mein woh educational empire bana rahe hain, educational empire,</w:t>
      </w:r>
    </w:p>
    <w:p>
      <w:pPr>
        <w:jc w:val="right"/>
      </w:pPr>
      <w:r>
        <w:t>امریکہ کے standard کا ہے وہ، ساری دنیا میں وہ educational empire بنا رہے ہیں، educational empire،</w:t>
      </w:r>
    </w:p>
    <w:p>
      <w:r>
        <w:rPr>
          <w:b/>
        </w:rPr>
        <w:t xml:space="preserve">[13:18] </w:t>
      </w:r>
      <w:r>
        <w:t>yani non-political empire.</w:t>
      </w:r>
    </w:p>
    <w:p>
      <w:pPr>
        <w:jc w:val="right"/>
      </w:pPr>
      <w:r>
        <w:t>یعنی non-political empire۔</w:t>
      </w:r>
    </w:p>
    <w:p>
      <w:r>
        <w:rPr>
          <w:b/>
        </w:rPr>
        <w:t xml:space="preserve">[13:21] </w:t>
      </w:r>
      <w:r>
        <w:t>to turki ne rasta dikhaya,</w:t>
      </w:r>
    </w:p>
    <w:p>
      <w:pPr>
        <w:jc w:val="right"/>
      </w:pPr>
      <w:r>
        <w:t>تو ترکی نے راستہ دکھایا،</w:t>
      </w:r>
    </w:p>
    <w:p>
      <w:r>
        <w:rPr>
          <w:b/>
        </w:rPr>
        <w:t xml:space="preserve">[13:25] </w:t>
      </w:r>
      <w:r>
        <w:t>rasta dikhaya Allah taala ki madad se ke pehle</w:t>
      </w:r>
    </w:p>
    <w:p>
      <w:pPr>
        <w:jc w:val="right"/>
      </w:pPr>
      <w:r>
        <w:t>راستہ دکھایا اللہ تعالیٰ کی مدد سے کہ پہلے</w:t>
      </w:r>
    </w:p>
    <w:p>
      <w:r>
        <w:rPr>
          <w:b/>
        </w:rPr>
        <w:t xml:space="preserve">[13:30] </w:t>
      </w:r>
      <w:r>
        <w:t>radical change lao,</w:t>
      </w:r>
    </w:p>
    <w:p>
      <w:pPr>
        <w:jc w:val="right"/>
      </w:pPr>
      <w:r>
        <w:t>radical change لاؤ،</w:t>
      </w:r>
    </w:p>
    <w:p>
      <w:r>
        <w:rPr>
          <w:b/>
        </w:rPr>
        <w:t xml:space="preserve">[13:32] </w:t>
      </w:r>
      <w:r>
        <w:t>qadeem dhanchay ko todo, aur phir naye daur ki raza se non-political empire banao.</w:t>
      </w:r>
    </w:p>
    <w:p>
      <w:pPr>
        <w:jc w:val="right"/>
      </w:pPr>
      <w:r>
        <w:t>قدیم ڈھانچے کو توڑو، اور پھر نئے دور کی رضا سے non-political empire بناؤ۔</w:t>
      </w:r>
    </w:p>
    <w:p>
      <w:r>
        <w:rPr>
          <w:b/>
        </w:rPr>
        <w:t xml:space="preserve">[13:39] </w:t>
      </w:r>
      <w:r>
        <w:t>to partial sense mein turki mein yeh cheez materialize hui,</w:t>
      </w:r>
    </w:p>
    <w:p>
      <w:pPr>
        <w:jc w:val="right"/>
      </w:pPr>
      <w:r>
        <w:t>تو partial sense میں ترکی میں یہ چیز materialize ہوئی،</w:t>
      </w:r>
    </w:p>
    <w:p>
      <w:r>
        <w:rPr>
          <w:b/>
        </w:rPr>
        <w:t xml:space="preserve">[13:44] </w:t>
      </w:r>
      <w:r>
        <w:t>partial sense mein.</w:t>
      </w:r>
    </w:p>
    <w:p>
      <w:pPr>
        <w:jc w:val="right"/>
      </w:pPr>
      <w:r>
        <w:t>partial sense میں۔</w:t>
      </w:r>
    </w:p>
    <w:p>
      <w:r>
        <w:rPr>
          <w:b/>
        </w:rPr>
        <w:t xml:space="preserve">[13:47] </w:t>
      </w:r>
      <w:r>
        <w:t>is se pehle yeh, yeh Allah taala ka sunnat hai, is se pehle bhi ho chuka hai, terahveen</w:t>
      </w:r>
    </w:p>
    <w:p>
      <w:pPr>
        <w:jc w:val="right"/>
      </w:pPr>
      <w:r>
        <w:t>اس سے پہلے یہ، یہ اللہ تعالیٰ کا سنت ہے، اس سے پہلے بھی ہو چکا ہے، تیرہویں</w:t>
      </w:r>
    </w:p>
    <w:p>
      <w:r>
        <w:rPr>
          <w:b/>
        </w:rPr>
        <w:t xml:space="preserve">[13:53] </w:t>
      </w:r>
      <w:r>
        <w:t>sadi isvi mein,</w:t>
      </w:r>
    </w:p>
    <w:p>
      <w:pPr>
        <w:jc w:val="right"/>
      </w:pPr>
      <w:r>
        <w:t>صدی عیسوی میں،</w:t>
      </w:r>
    </w:p>
    <w:p>
      <w:r>
        <w:rPr>
          <w:b/>
        </w:rPr>
        <w:t xml:space="preserve">[13:55] </w:t>
      </w:r>
      <w:r>
        <w:t>is waqt jo abbasi saltanat thi woh bilkul farsoda ho chuki thi, farsoda, jaise khilafat usmani farsoda ho</w:t>
      </w:r>
    </w:p>
    <w:p>
      <w:pPr>
        <w:jc w:val="right"/>
      </w:pPr>
      <w:r>
        <w:t>اس وقت جو عباسی سلطنت تھی وہ بالکل فرسودہ ہو چکی تھی، فرسودہ، جیسے خلافت عثمانی فرسودہ ہو</w:t>
      </w:r>
    </w:p>
    <w:p>
      <w:r>
        <w:rPr>
          <w:b/>
        </w:rPr>
        <w:t xml:space="preserve">[14:02] </w:t>
      </w:r>
      <w:r>
        <w:t>gayi thi. to Allah taala ne tatariyon ko bheja, tatariyon ne bulldoze kar diya,</w:t>
      </w:r>
    </w:p>
    <w:p>
      <w:pPr>
        <w:jc w:val="right"/>
      </w:pPr>
      <w:r>
        <w:t>گئی تھی۔ تو اللہ تعالیٰ نے تاتاریوں کو بھیجا، تاتاریوں نے bulldoze کر دیا،</w:t>
      </w:r>
    </w:p>
    <w:p>
      <w:r>
        <w:rPr>
          <w:b/>
        </w:rPr>
        <w:t xml:space="preserve">[14:11] </w:t>
      </w:r>
      <w:r>
        <w:t>terahveen sadi isvi mein bulldoze kar diya ka matlab kya hai? ulma sab baghdad mein aa kar sumat</w:t>
      </w:r>
    </w:p>
    <w:p>
      <w:pPr>
        <w:jc w:val="right"/>
      </w:pPr>
      <w:r>
        <w:t>تیرہویں صدی عیسوی میں bulldoze کر دیا کا مطلب کیا ہے؟ علماء سب بغداد میں آ کر سمٹ</w:t>
      </w:r>
    </w:p>
    <w:p>
      <w:r>
        <w:rPr>
          <w:b/>
        </w:rPr>
        <w:t xml:space="preserve">[14:18] </w:t>
      </w:r>
      <w:r>
        <w:t>gaye thay, baghdad mein khoob har tarah ka aaram tha,</w:t>
      </w:r>
    </w:p>
    <w:p>
      <w:pPr>
        <w:jc w:val="right"/>
      </w:pPr>
      <w:r>
        <w:t>گئے تھے، بغداد میں خوب ہر طرح کا آرام تھا،</w:t>
      </w:r>
    </w:p>
    <w:p>
      <w:r>
        <w:rPr>
          <w:b/>
        </w:rPr>
        <w:t xml:space="preserve">[14:22] </w:t>
      </w:r>
      <w:r>
        <w:t>saari shaan o shaukat thi, to sab baghdad mein rehte thay, woh wahan par bazahir to qala Allah</w:t>
      </w:r>
    </w:p>
    <w:p>
      <w:pPr>
        <w:jc w:val="right"/>
      </w:pPr>
      <w:r>
        <w:t>ساری شان و شوکت تھی، تو سب بغداد میں رہتے تھے، وہ وہاں پر بظاہر تو قال اللہ</w:t>
      </w:r>
    </w:p>
    <w:p>
      <w:r>
        <w:rPr>
          <w:b/>
        </w:rPr>
        <w:t xml:space="preserve">[14:29] </w:t>
      </w:r>
      <w:r>
        <w:t>qala rasool karte thay, lekin haqiqatan woh jamhooriyat ka, jamhooriyat ka daur tha.</w:t>
      </w:r>
    </w:p>
    <w:p>
      <w:pPr>
        <w:jc w:val="right"/>
      </w:pPr>
      <w:r>
        <w:t>قال رسول کرتے تھے، لیکن حقیقتاً وہ جمہوریت کا، جمہوریت کا دور تھا۔</w:t>
      </w:r>
    </w:p>
    <w:p>
      <w:r>
        <w:rPr>
          <w:b/>
        </w:rPr>
        <w:t xml:space="preserve">[14:36] </w:t>
      </w:r>
      <w:r>
        <w:t>to tatariyon ke zariye Allah taala ne un ko,</w:t>
      </w:r>
    </w:p>
    <w:p>
      <w:pPr>
        <w:jc w:val="right"/>
      </w:pPr>
      <w:r>
        <w:t>تو تاتاریوں کے ذریعے اللہ تعالیٰ نے ان کو،</w:t>
      </w:r>
    </w:p>
    <w:p>
      <w:r>
        <w:rPr>
          <w:b/>
        </w:rPr>
        <w:t xml:space="preserve">[14:41] </w:t>
      </w:r>
      <w:r>
        <w:t>yani un ko bulldoze kiya, yani samarqand se le kar halab tak sab unhon ne taraaj kar diya.</w:t>
      </w:r>
    </w:p>
    <w:p>
      <w:pPr>
        <w:jc w:val="right"/>
      </w:pPr>
      <w:r>
        <w:t>یعنی ان کو bulldoze کیا، یعنی سمرقند سے لے کر حلب تک سب انہوں نے تاراج کر دیا۔</w:t>
      </w:r>
    </w:p>
    <w:p>
      <w:r>
        <w:rPr>
          <w:b/>
        </w:rPr>
        <w:t xml:space="preserve">[14:50] </w:t>
      </w:r>
      <w:r>
        <w:t>aur phir kya hua? ulma bhaag gaye baghdad ko chhod kar, disperse ho gaye.</w:t>
      </w:r>
    </w:p>
    <w:p>
      <w:pPr>
        <w:jc w:val="right"/>
      </w:pPr>
      <w:r>
        <w:t>اور پھر کیا ہوا؟ علماء بھاگ گئے بغداد کو چھوڑ کر، disperse ہو گئے۔</w:t>
      </w:r>
    </w:p>
    <w:p>
      <w:r>
        <w:rPr>
          <w:b/>
        </w:rPr>
        <w:t xml:space="preserve">[14:56] </w:t>
      </w:r>
      <w:r>
        <w:t>is ke baad musalmanon mein daawati kaam phaila, daawati kaam ruk gaya tha,</w:t>
      </w:r>
    </w:p>
    <w:p>
      <w:pPr>
        <w:jc w:val="right"/>
      </w:pPr>
      <w:r>
        <w:t>اس کے بعد مسلمانوں میں دعوتی کام پھیلا، دعوتی کام رک گیا تھا،</w:t>
      </w:r>
    </w:p>
    <w:p>
      <w:r>
        <w:rPr>
          <w:b/>
        </w:rPr>
        <w:t xml:space="preserve">[15:02] </w:t>
      </w:r>
      <w:r>
        <w:t>abbasi period mein sirf political activities theen ya fiqh ki activities theen, dawat ki activities nahi theen.</w:t>
      </w:r>
    </w:p>
    <w:p>
      <w:pPr>
        <w:jc w:val="right"/>
      </w:pPr>
      <w:r>
        <w:t>عباسی period میں صرف political activities تھیں یا فقہ کی activities تھیں، دعوت کی activities نہیں تھیں۔</w:t>
      </w:r>
    </w:p>
    <w:p>
      <w:r>
        <w:rPr>
          <w:b/>
        </w:rPr>
        <w:t xml:space="preserve">[15:12] </w:t>
      </w:r>
      <w:r>
        <w:t>to jab tatariyon ne bulldoze kar diya to bhaage log idhar udhar mukhtalif mulkon mein, to phir daawati</w:t>
      </w:r>
    </w:p>
    <w:p>
      <w:pPr>
        <w:jc w:val="right"/>
      </w:pPr>
      <w:r>
        <w:t>تو جب تاتاریوں نے bulldoze کر دیا تو بھاگے لوگ ادھر ادھر مختلف ملکوں میں، تو پھر دعوتی</w:t>
      </w:r>
    </w:p>
    <w:p>
      <w:r>
        <w:rPr>
          <w:b/>
        </w:rPr>
        <w:t xml:space="preserve">[15:20] </w:t>
      </w:r>
      <w:r>
        <w:t>kaam shuru hua, khud hindustan mein bhi is ke baad hi taza taza dushmani ho gayi,</w:t>
      </w:r>
    </w:p>
    <w:p>
      <w:pPr>
        <w:jc w:val="right"/>
      </w:pPr>
      <w:r>
        <w:t>کام شروع ہوا، خود ہندوستان میں بھی اس کے بعد ہی تازہ تازہ دشمنی ہو گئی،</w:t>
      </w:r>
    </w:p>
    <w:p>
      <w:r>
        <w:rPr>
          <w:b/>
        </w:rPr>
        <w:t xml:space="preserve">[15:27] </w:t>
      </w:r>
      <w:r>
        <w:t>yani terahveen sadi ka zamana hai jab baghdad ko bulldoze kiya gaya, isi terahveen sadi mein</w:t>
      </w:r>
    </w:p>
    <w:p>
      <w:pPr>
        <w:jc w:val="right"/>
      </w:pPr>
      <w:r>
        <w:t>یعنی تیرہویں صدی کا زمانہ ہے جب بغداد کو bulldoze کیا گیا، اسی تیرہویں صدی میں</w:t>
      </w:r>
    </w:p>
    <w:p>
      <w:r>
        <w:rPr>
          <w:b/>
        </w:rPr>
        <w:t xml:space="preserve">[15:36] </w:t>
      </w:r>
      <w:r>
        <w:t>khwaja moinuddin chishti india aate hain, aur doosre sufia.</w:t>
      </w:r>
    </w:p>
    <w:p>
      <w:pPr>
        <w:jc w:val="right"/>
      </w:pPr>
      <w:r>
        <w:t>خواجہ معین الدین چشتی انڈیا آتے ہیں، اور دوسرے صوفیاء۔</w:t>
      </w:r>
    </w:p>
    <w:p>
      <w:r>
        <w:rPr>
          <w:b/>
        </w:rPr>
        <w:t xml:space="preserve">[15:42] </w:t>
      </w:r>
      <w:r>
        <w:t>to yeh hai Allah taala ka tareeqa, maut ke zamane mein Allah taala ne india ke musalmanon ke</w:t>
      </w:r>
    </w:p>
    <w:p>
      <w:pPr>
        <w:jc w:val="right"/>
      </w:pPr>
      <w:r>
        <w:t>تو یہ ہے اللہ تعالیٰ کا طریقہ، موت کے زمانے میں اللہ تعالیٰ نے انڈیا کے مسلمانوں کے</w:t>
      </w:r>
    </w:p>
    <w:p>
      <w:r>
        <w:rPr>
          <w:b/>
        </w:rPr>
        <w:t xml:space="preserve">[15:48] </w:t>
      </w:r>
      <w:r>
        <w:t>liye yahi kiya,</w:t>
      </w:r>
    </w:p>
    <w:p>
      <w:pPr>
        <w:jc w:val="right"/>
      </w:pPr>
      <w:r>
        <w:t>لیے یہی کیا،</w:t>
      </w:r>
    </w:p>
    <w:p>
      <w:r>
        <w:rPr>
          <w:b/>
        </w:rPr>
        <w:t xml:space="preserve">[15:50] </w:t>
      </w:r>
      <w:r>
        <w:t>lekin yeh Allah taala ki rehmat thi ke ab woh, yani</w:t>
      </w:r>
    </w:p>
    <w:p>
      <w:pPr>
        <w:jc w:val="right"/>
      </w:pPr>
      <w:r>
        <w:t>لیکن یہ اللہ تعالیٰ کی رحمت تھی کہ اب وہ، یعنی</w:t>
      </w:r>
    </w:p>
    <w:p>
      <w:r>
        <w:rPr>
          <w:b/>
        </w:rPr>
        <w:t xml:space="preserve">[15:55] </w:t>
      </w:r>
      <w:r>
        <w:t>materialist sense mein bulldoze nahi kiya gaya, yahan british rule aaya, british ne, british ne yahan par aik</w:t>
      </w:r>
    </w:p>
    <w:p>
      <w:pPr>
        <w:jc w:val="right"/>
      </w:pPr>
      <w:r>
        <w:t>materialist sense میں bulldoze نہیں کیا گیا، یہاں برٹش rule آیا، برٹش نے، برٹش نے یہاں پر ایک</w:t>
      </w:r>
    </w:p>
    <w:p>
      <w:r>
        <w:rPr>
          <w:b/>
        </w:rPr>
        <w:t xml:space="preserve">[16:04] </w:t>
      </w:r>
      <w:r>
        <w:t>naya system education ka qaim kiya,</w:t>
      </w:r>
    </w:p>
    <w:p>
      <w:pPr>
        <w:jc w:val="right"/>
      </w:pPr>
      <w:r>
        <w:t>نیا سسٹم education کا قائم کیا،</w:t>
      </w:r>
    </w:p>
    <w:p>
      <w:r>
        <w:rPr>
          <w:b/>
        </w:rPr>
        <w:t xml:space="preserve">[16:09] </w:t>
      </w:r>
      <w:r>
        <w:t>woh that was like bulldozing yani woh qadeem culture ko torna tha,</w:t>
      </w:r>
    </w:p>
    <w:p>
      <w:pPr>
        <w:jc w:val="right"/>
      </w:pPr>
      <w:r>
        <w:t>وہ that was like bulldozing یعنی وہ قدیم کلچر کو توڑنا تھا،</w:t>
      </w:r>
    </w:p>
    <w:p>
      <w:r>
        <w:rPr>
          <w:b/>
        </w:rPr>
        <w:t xml:space="preserve">[16:17] </w:t>
      </w:r>
      <w:r>
        <w:t>toh saare India mein angrezon ne</w:t>
      </w:r>
    </w:p>
    <w:p>
      <w:pPr>
        <w:jc w:val="right"/>
      </w:pPr>
      <w:r>
        <w:t>تو سارے انڈیا میں انگریزوں نے</w:t>
      </w:r>
    </w:p>
    <w:p>
      <w:r>
        <w:rPr>
          <w:b/>
        </w:rPr>
        <w:t xml:space="preserve">[16:22] </w:t>
      </w:r>
      <w:r>
        <w:t>modern education chalai, beshumar school khole,</w:t>
      </w:r>
    </w:p>
    <w:p>
      <w:pPr>
        <w:jc w:val="right"/>
      </w:pPr>
      <w:r>
        <w:t>modern education چلائی، بے شمار اسکول کھولے،</w:t>
      </w:r>
    </w:p>
    <w:p>
      <w:r>
        <w:rPr>
          <w:b/>
        </w:rPr>
        <w:t xml:space="preserve">[16:29] </w:t>
      </w:r>
      <w:r>
        <w:t>yeh qadeem culture ko bulldoze karne ke liye tha, lekin saare ulama Allah ki tareef usko samjhe</w:t>
      </w:r>
    </w:p>
    <w:p>
      <w:pPr>
        <w:jc w:val="right"/>
      </w:pPr>
      <w:r>
        <w:t>یہ قدیم کلچر کو bulldoze کرنے کے لیے تھا، لیکن سارے علماء اللہ کی تعریف اس کو سمجھے</w:t>
      </w:r>
    </w:p>
    <w:p>
      <w:r>
        <w:rPr>
          <w:b/>
        </w:rPr>
        <w:t xml:space="preserve">[16:35] </w:t>
      </w:r>
      <w:r>
        <w:t>nahi, saare ulama iske khilaaf ho gaye,</w:t>
      </w:r>
    </w:p>
    <w:p>
      <w:pPr>
        <w:jc w:val="right"/>
      </w:pPr>
      <w:r>
        <w:t>نہیں، سارے علماء اس کے خلاف ہو گئے،</w:t>
      </w:r>
    </w:p>
    <w:p>
      <w:r>
        <w:rPr>
          <w:b/>
        </w:rPr>
        <w:t xml:space="preserve">[16:39] </w:t>
      </w:r>
      <w:r>
        <w:t>saare ulama British type ki education ke khilaaf ho gaye.</w:t>
      </w:r>
    </w:p>
    <w:p>
      <w:pPr>
        <w:jc w:val="right"/>
      </w:pPr>
      <w:r>
        <w:t>سارے علماء برٹش type کی education کے خلاف ہو گئے۔</w:t>
      </w:r>
    </w:p>
    <w:p>
      <w:r>
        <w:rPr>
          <w:b/>
        </w:rPr>
        <w:t xml:space="preserve">[16:46] </w:t>
      </w:r>
      <w:r>
        <w:t>Mislan Abul Hasan Maududi ne kaha ke yeh qatl gahein hain, angrezi taleem ke jo center hain woh sab</w:t>
      </w:r>
    </w:p>
    <w:p>
      <w:pPr>
        <w:jc w:val="right"/>
      </w:pPr>
      <w:r>
        <w:t>مثلاً ابوالحسن مودودی نے کہا کہ یہ قتل گاہیں ہیں، انگریزی تعلیم کے جو سینٹر ہیں وہ سب</w:t>
      </w:r>
    </w:p>
    <w:p>
      <w:r>
        <w:rPr>
          <w:b/>
        </w:rPr>
        <w:t xml:space="preserve">[16:53] </w:t>
      </w:r>
      <w:r>
        <w:t>qatl gahein hain,</w:t>
      </w:r>
    </w:p>
    <w:p>
      <w:pPr>
        <w:jc w:val="right"/>
      </w:pPr>
      <w:r>
        <w:t>قتل گاہیں ہیں،</w:t>
      </w:r>
    </w:p>
    <w:p>
      <w:r>
        <w:rPr>
          <w:b/>
        </w:rPr>
        <w:t xml:space="preserve">[16:55] </w:t>
      </w:r>
      <w:r>
        <w:t>Abul Hasan Maududi ne kaha ke logon ke kabhi qad se badnaam na hota, afsos ke faraon ko kaali</w:t>
      </w:r>
    </w:p>
    <w:p>
      <w:pPr>
        <w:jc w:val="right"/>
      </w:pPr>
      <w:r>
        <w:t>ابوالحسن مودودی نے کہا کہ لوگوں کے کبھی قد سے بدنام نہ ہوتا، افسوس کہ فراعون کو کالی</w:t>
      </w:r>
    </w:p>
    <w:p>
      <w:r>
        <w:rPr>
          <w:b/>
        </w:rPr>
        <w:t xml:space="preserve">[17:01] </w:t>
      </w:r>
      <w:r>
        <w:t>nahi soojhi, kaali kyun nahi soojhi? Maulana Ali Mian ne kitaab likhi radd-e-tan Abu Bakr Allah yani matlab</w:t>
      </w:r>
    </w:p>
    <w:p>
      <w:pPr>
        <w:jc w:val="right"/>
      </w:pPr>
      <w:r>
        <w:t>نہیں سوجھی، کالی کیوں نہیں سوجھی؟ مولانا علی میاں نے کتاب لکھی رددتن ابو بكر اللہ یعنی مطلب</w:t>
      </w:r>
    </w:p>
    <w:p>
      <w:r>
        <w:rPr>
          <w:b/>
        </w:rPr>
        <w:t xml:space="preserve">[17:09] </w:t>
      </w:r>
      <w:r>
        <w:t>yeh, yani collegeon aur universityon mein, schoolon aur collegeon mein irtidad phail gaya hai, yeh sab bilkul galat</w:t>
      </w:r>
    </w:p>
    <w:p>
      <w:pPr>
        <w:jc w:val="right"/>
      </w:pPr>
      <w:r>
        <w:t>یہ، یعنی کالجوں اور یونیورسٹیوں میں، اسکولوں اور کالجوں میں ارتداد پھیل گیا ہے، یہ سب بالکل غلط</w:t>
      </w:r>
    </w:p>
    <w:p>
      <w:r>
        <w:rPr>
          <w:b/>
        </w:rPr>
        <w:t xml:space="preserve">[17:17] </w:t>
      </w:r>
      <w:r>
        <w:t>baat thi. Abul Hasan Maududi bhi galat kaha, Maulana Ali Mian bhi galat kaha, Abul Hasan Maududi bhi galat kaha,</w:t>
      </w:r>
    </w:p>
    <w:p>
      <w:pPr>
        <w:jc w:val="right"/>
      </w:pPr>
      <w:r>
        <w:t>بات تھی۔ ابوالحسن مودودی بھی غلط کہا، مولانا علی میاں بھی غلط کہا، ابوالحسن مودودی بھی غلط کہا،</w:t>
      </w:r>
    </w:p>
    <w:p>
      <w:r>
        <w:rPr>
          <w:b/>
        </w:rPr>
        <w:t xml:space="preserve">[17:25] </w:t>
      </w:r>
      <w:r>
        <w:t>woh Allah Ta'ala ka ek operation tha, qadeem culture ko bulldoze kiya ja raha tha,</w:t>
      </w:r>
    </w:p>
    <w:p>
      <w:pPr>
        <w:jc w:val="right"/>
      </w:pPr>
      <w:r>
        <w:t>وہ اللہ تعالیٰ کا ایک آپریشن تھا، قدیم کلچر کو bulldoze کیا جا رہا تھا،</w:t>
      </w:r>
    </w:p>
    <w:p>
      <w:r>
        <w:rPr>
          <w:b/>
        </w:rPr>
        <w:t xml:space="preserve">[17:32] </w:t>
      </w:r>
      <w:r>
        <w:t>isi liye woh faida India mein nahi hua iska, kyunke Turkey mein toh Allah Ta'ala ne jo</w:t>
      </w:r>
    </w:p>
    <w:p>
      <w:pPr>
        <w:jc w:val="right"/>
      </w:pPr>
      <w:r>
        <w:t>اسی لیے وہ فائدہ انڈیا میں نہیں ہوا اس کا، کیونکہ ترکی میں تو اللہ تعالیٰ نے جو</w:t>
      </w:r>
    </w:p>
    <w:p>
      <w:r>
        <w:rPr>
          <w:b/>
        </w:rPr>
        <w:t xml:space="preserve">[17:39] </w:t>
      </w:r>
      <w:r>
        <w:t>kiya woh compression wahan par create kar diya ke koi choice hi nahi raha,</w:t>
      </w:r>
    </w:p>
    <w:p>
      <w:pPr>
        <w:jc w:val="right"/>
      </w:pPr>
      <w:r>
        <w:t>کیا وہ compression وہاں پر create کر دیا کہ کوئی choice ہی نہیں رہا،</w:t>
      </w:r>
    </w:p>
    <w:p>
      <w:r>
        <w:rPr>
          <w:b/>
        </w:rPr>
        <w:t xml:space="preserve">[17:45] </w:t>
      </w:r>
      <w:r>
        <w:t>yani Atatürk ne,</w:t>
      </w:r>
    </w:p>
    <w:p>
      <w:pPr>
        <w:jc w:val="right"/>
      </w:pPr>
      <w:r>
        <w:t>یعنی اتاترک نے،</w:t>
      </w:r>
    </w:p>
    <w:p>
      <w:r>
        <w:rPr>
          <w:b/>
        </w:rPr>
        <w:t xml:space="preserve">[17:49] </w:t>
      </w:r>
      <w:r>
        <w:t>yani jo kaam kiya woh wahan compression create ho gaya, kyunke koi doosra choice nahi, toh wahan toh</w:t>
      </w:r>
    </w:p>
    <w:p>
      <w:pPr>
        <w:jc w:val="right"/>
      </w:pPr>
      <w:r>
        <w:t>یعنی جو کام کیا وہ وہاں compression create ہو گیا، کیونکہ کوئی دوسرا choice نہیں، تو وہاں تو</w:t>
      </w:r>
    </w:p>
    <w:p>
      <w:r>
        <w:rPr>
          <w:b/>
        </w:rPr>
        <w:t xml:space="preserve">[17:54] </w:t>
      </w:r>
      <w:r>
        <w:t>ho gaya, India mein koi compression nahi tha, yahan phir bhi choice tha, toh logon ne Muslim school,</w:t>
      </w:r>
    </w:p>
    <w:p>
      <w:pPr>
        <w:jc w:val="right"/>
      </w:pPr>
      <w:r>
        <w:t>ہو گیا، انڈیا میں کوئی compression نہیں تھا، یہاں پھر بھی choice تھا، تو لوگوں نے مسلم اسکول،</w:t>
      </w:r>
    </w:p>
    <w:p>
      <w:r>
        <w:rPr>
          <w:b/>
        </w:rPr>
        <w:t xml:space="preserve">[18:02] </w:t>
      </w:r>
      <w:r>
        <w:t>Muslim college, Muslim university khole, aur logon ko parhne nahi diya, Musalmanon ko, jahan unka overhaul hone</w:t>
      </w:r>
    </w:p>
    <w:p>
      <w:pPr>
        <w:jc w:val="right"/>
      </w:pPr>
      <w:r>
        <w:t>مسلم کالج، مسلم یونیورسٹی کھولے، اور لوگوں کو پڑھنے نہیں دیا، مسلمانوں کو، جہاں ان کا overhaul ہونے</w:t>
      </w:r>
    </w:p>
    <w:p>
      <w:r>
        <w:rPr>
          <w:b/>
        </w:rPr>
        <w:t xml:space="preserve">[18:09] </w:t>
      </w:r>
      <w:r>
        <w:t>wala tha, jahan unka overhaul hone wala tha, wahan parhne nahi diya, isi liye dekhiye aap aaj</w:t>
      </w:r>
    </w:p>
    <w:p>
      <w:pPr>
        <w:jc w:val="right"/>
      </w:pPr>
      <w:r>
        <w:t>والا تھا، جہاں ان کا overhaul ہونے والا تھا، وہاں پڑھنے نہیں دیا، اسی لیے دیکھیے آپ آج</w:t>
      </w:r>
    </w:p>
    <w:p>
      <w:r>
        <w:rPr>
          <w:b/>
        </w:rPr>
        <w:t xml:space="preserve">[18:17] </w:t>
      </w:r>
      <w:r>
        <w:t>ka Yahudi jo hai woh naya Yahudi hai,</w:t>
      </w:r>
    </w:p>
    <w:p>
      <w:pPr>
        <w:jc w:val="right"/>
      </w:pPr>
      <w:r>
        <w:t>کا یہودی جو ہے وہ نیا یہودی ہے،</w:t>
      </w:r>
    </w:p>
    <w:p>
      <w:r>
        <w:rPr>
          <w:b/>
        </w:rPr>
        <w:t xml:space="preserve">[18:21] </w:t>
      </w:r>
      <w:r>
        <w:t>kyunke is par woh, woh process jaari raha, aaj ka Musalman naya Musalman nahi hai, kyunke iska</w:t>
      </w:r>
    </w:p>
    <w:p>
      <w:pPr>
        <w:jc w:val="right"/>
      </w:pPr>
      <w:r>
        <w:t>کیونکہ اس پر وہ، وہ process جاری رہا، آج کا مسلمان نیا مسلمان نہیں ہے، کیونکہ اس کا</w:t>
      </w:r>
    </w:p>
    <w:p>
      <w:r>
        <w:rPr>
          <w:b/>
        </w:rPr>
        <w:t xml:space="preserve">[18:29] </w:t>
      </w:r>
      <w:r>
        <w:t>process chalne nahi diya logon ne, khaas taur par ulama ne.</w:t>
      </w:r>
    </w:p>
    <w:p>
      <w:pPr>
        <w:jc w:val="right"/>
      </w:pPr>
      <w:r>
        <w:t>process چلنے نہیں دیا لوگوں نے، خاص طور پر علماء نے۔</w:t>
      </w:r>
    </w:p>
    <w:p>
      <w:r>
        <w:rPr>
          <w:b/>
        </w:rPr>
        <w:t xml:space="preserve">[18:35] </w:t>
      </w:r>
      <w:r>
        <w:t>Toh yeh sab baatein kal jab woh Turkey ke do Sahaba aaye toh</w:t>
      </w:r>
    </w:p>
    <w:p>
      <w:pPr>
        <w:jc w:val="right"/>
      </w:pPr>
      <w:r>
        <w:t>تو یہ سب باتیں کل جب وہ ترکی کے دو صحابہ آئے تو</w:t>
      </w:r>
    </w:p>
    <w:p>
      <w:r>
        <w:rPr>
          <w:b/>
        </w:rPr>
        <w:t xml:space="preserve">[18:41] </w:t>
      </w:r>
      <w:r>
        <w:t>mujhe yaad aayin,</w:t>
      </w:r>
    </w:p>
    <w:p>
      <w:pPr>
        <w:jc w:val="right"/>
      </w:pPr>
      <w:r>
        <w:t>مجھے یاد آئیں،</w:t>
      </w:r>
    </w:p>
    <w:p>
      <w:r>
        <w:rPr>
          <w:b/>
        </w:rPr>
        <w:t xml:space="preserve">[18:43] </w:t>
      </w:r>
      <w:r>
        <w:t>is waqt glean momin ko naam rakha unhon ne,</w:t>
      </w:r>
    </w:p>
    <w:p>
      <w:pPr>
        <w:jc w:val="right"/>
      </w:pPr>
      <w:r>
        <w:t>اس وقت گلین مومن کو نام رکھا انہوں نے،</w:t>
      </w:r>
    </w:p>
    <w:p>
      <w:r>
        <w:rPr>
          <w:b/>
        </w:rPr>
        <w:t xml:space="preserve">[18:51] </w:t>
      </w:r>
      <w:r>
        <w:t>hizmat, hizmat momin, hizmat, hizmat kehte hain taleem, yaani education movement,</w:t>
      </w:r>
    </w:p>
    <w:p>
      <w:pPr>
        <w:jc w:val="right"/>
      </w:pPr>
      <w:r>
        <w:t>ہزمت، ہزمت مومن، ہزمت، ہزمت کہتے ہیں تعلیم، یعنی education movement،</w:t>
      </w:r>
    </w:p>
    <w:p>
      <w:r>
        <w:rPr>
          <w:b/>
        </w:rPr>
        <w:t xml:space="preserve">[18:59] </w:t>
      </w:r>
      <w:r>
        <w:t>to hizmat momin, yeh hai mr glean ki tehreek,</w:t>
      </w:r>
    </w:p>
    <w:p>
      <w:pPr>
        <w:jc w:val="right"/>
      </w:pPr>
      <w:r>
        <w:t>تو ہزمت مومن، یہ ہے مسٹر گلین کی تحریک،</w:t>
      </w:r>
    </w:p>
    <w:p>
      <w:r>
        <w:rPr>
          <w:b/>
        </w:rPr>
        <w:t xml:space="preserve">[19:07] </w:t>
      </w:r>
      <w:r>
        <w:t>to is ke do sahaba aaye the,</w:t>
      </w:r>
    </w:p>
    <w:p>
      <w:pPr>
        <w:jc w:val="right"/>
      </w:pPr>
      <w:r>
        <w:t>تو اس کے دو صحابہ آئے تھے،</w:t>
      </w:r>
    </w:p>
    <w:p>
      <w:r>
        <w:rPr>
          <w:b/>
        </w:rPr>
        <w:t xml:space="preserve">[19:10] </w:t>
      </w:r>
      <w:r>
        <w:t>ek ya pachas mulkon se zyada,</w:t>
      </w:r>
    </w:p>
    <w:p>
      <w:pPr>
        <w:jc w:val="right"/>
      </w:pPr>
      <w:r>
        <w:t>ایک یا پچاس ملکوں سے زیادہ،</w:t>
      </w:r>
    </w:p>
    <w:p>
      <w:r>
        <w:rPr>
          <w:b/>
        </w:rPr>
        <w:t xml:space="preserve">[19:13] </w:t>
      </w:r>
      <w:r>
        <w:t>kaisi ajeeb baat hai, aap ghor kijiye, kisi bhi muslim mulk mein is qism ka taleemi tehreek nahi</w:t>
      </w:r>
    </w:p>
    <w:p>
      <w:pPr>
        <w:jc w:val="right"/>
      </w:pPr>
      <w:r>
        <w:t>کیسی عجیب بات ہے، آپ غور کیجیے، کسی بھی مسلم ملک میں اس قسم کا تعلیمی تحریک نہیں</w:t>
      </w:r>
    </w:p>
    <w:p>
      <w:r>
        <w:rPr>
          <w:b/>
        </w:rPr>
        <w:t xml:space="preserve">[19:20] </w:t>
      </w:r>
      <w:r>
        <w:t>chali, india mein tehreek chalai shariat waghera ne, to kya tha, musalmanon ko</w:t>
      </w:r>
    </w:p>
    <w:p>
      <w:pPr>
        <w:jc w:val="right"/>
      </w:pPr>
      <w:r>
        <w:t>چلی، انڈیا میں تحریک چلائی شریعت وغیرہ نے، تو کیا تھا، مسلمانوں کو</w:t>
      </w:r>
    </w:p>
    <w:p>
      <w:r>
        <w:rPr>
          <w:b/>
        </w:rPr>
        <w:t xml:space="preserve">[19:27] </w:t>
      </w:r>
      <w:r>
        <w:t>ghetto banaya unhon ne, yeh muslim school, muslim school, muslim college, muslim university kya thi, maine dekhi</w:t>
      </w:r>
    </w:p>
    <w:p>
      <w:pPr>
        <w:jc w:val="right"/>
      </w:pPr>
      <w:r>
        <w:t>گھیٹو بنایا انہوں نے، یہ مسلم اسکول، مسلم اسکول، مسلم کالج، مسلم یونیورسٹی کیا تھی، میں نے دیکھی</w:t>
      </w:r>
    </w:p>
    <w:p>
      <w:r>
        <w:rPr>
          <w:b/>
        </w:rPr>
        <w:t xml:space="preserve">[19:34] </w:t>
      </w:r>
      <w:r>
        <w:t>ghetto thi, ghetto,</w:t>
      </w:r>
    </w:p>
    <w:p>
      <w:pPr>
        <w:jc w:val="right"/>
      </w:pPr>
      <w:r>
        <w:t>گھیٹو تھی، گھیٹو،</w:t>
      </w:r>
    </w:p>
    <w:p>
      <w:r>
        <w:rPr>
          <w:b/>
        </w:rPr>
        <w:t xml:space="preserve">[19:37] </w:t>
      </w:r>
      <w:r>
        <w:t>musalmanon ka koi uplift nahi hua,</w:t>
      </w:r>
    </w:p>
    <w:p>
      <w:pPr>
        <w:jc w:val="right"/>
      </w:pPr>
      <w:r>
        <w:t>مسلمانوں کا کوئی uplift نہیں ہوا،</w:t>
      </w:r>
    </w:p>
    <w:p>
      <w:r>
        <w:rPr>
          <w:b/>
        </w:rPr>
        <w:t xml:space="preserve">[19:43] </w:t>
      </w:r>
      <w:r>
        <w:t>to yaani kisi bhi muslim country mein yeh baat nahi hui ke woh doosre mulkon mein ja kar</w:t>
      </w:r>
    </w:p>
    <w:p>
      <w:pPr>
        <w:jc w:val="right"/>
      </w:pPr>
      <w:r>
        <w:t>تو یعنی کسی بھی مسلم country میں یہ بات نہیں ہوئی کہ وہ دوسرے ملکوں میں جا کر</w:t>
      </w:r>
    </w:p>
    <w:p>
      <w:r>
        <w:rPr>
          <w:b/>
        </w:rPr>
        <w:t xml:space="preserve">[19:48] </w:t>
      </w:r>
      <w:r>
        <w:t>taleem hidayat lein, ek so pachas se zyada mulkon mein glean ke logon ne</w:t>
      </w:r>
    </w:p>
    <w:p>
      <w:pPr>
        <w:jc w:val="right"/>
      </w:pPr>
      <w:r>
        <w:t>تعلیم ہدایت لیں، ایک سو پچاس سے زیادہ ملکوں میں گلین کے لوگوں نے</w:t>
      </w:r>
    </w:p>
    <w:p>
      <w:r>
        <w:rPr>
          <w:b/>
        </w:rPr>
        <w:t xml:space="preserve">[19:55] </w:t>
      </w:r>
      <w:r>
        <w:t>apni taleem momin phaila di,</w:t>
      </w:r>
    </w:p>
    <w:p>
      <w:pPr>
        <w:jc w:val="right"/>
      </w:pPr>
      <w:r>
        <w:t>اپنی تعلیم مومن پھیلا دی،</w:t>
      </w:r>
    </w:p>
    <w:p>
      <w:r>
        <w:rPr>
          <w:b/>
        </w:rPr>
        <w:t xml:space="preserve">[19:59] </w:t>
      </w:r>
      <w:r>
        <w:t>aur beshumar school khol diye har jagah, aur bohat hi mayari school, yeh standard ke, dilli mein</w:t>
      </w:r>
    </w:p>
    <w:p>
      <w:pPr>
        <w:jc w:val="right"/>
      </w:pPr>
      <w:r>
        <w:t>اور بے شمار اسکول کھول دیے ہر جگہ، اور بہت ہی معیاری اسکول، یہ اسٹینڈرڈ کے، دہلی میں</w:t>
      </w:r>
    </w:p>
    <w:p>
      <w:r>
        <w:rPr>
          <w:b/>
        </w:rPr>
        <w:t xml:space="preserve">[20:04] </w:t>
      </w:r>
      <w:r>
        <w:t>bhi school un ka hai, standard ke school.</w:t>
      </w:r>
    </w:p>
    <w:p>
      <w:pPr>
        <w:jc w:val="right"/>
      </w:pPr>
      <w:r>
        <w:t>بھی اسکول ان کا ہے، اسٹینڈرڈ کے اسکول۔</w:t>
      </w:r>
    </w:p>
    <w:p>
      <w:r>
        <w:rPr>
          <w:b/>
        </w:rPr>
        <w:t xml:space="preserve">[20:11] </w:t>
      </w:r>
      <w:r>
        <w:t>to dekhiye, main arz karunga ke aap ko jis tarah kisan</w:t>
      </w:r>
    </w:p>
    <w:p>
      <w:pPr>
        <w:jc w:val="right"/>
      </w:pPr>
      <w:r>
        <w:t>تو دیکھیے، میں عرض کروں گا کہ آپ کو جس طرح کسان</w:t>
      </w:r>
    </w:p>
    <w:p>
      <w:r>
        <w:rPr>
          <w:b/>
        </w:rPr>
        <w:t xml:space="preserve">[20:18] </w:t>
      </w:r>
      <w:r>
        <w:t>allah ke, jis tarah kisan allah ke,</w:t>
      </w:r>
    </w:p>
    <w:p>
      <w:pPr>
        <w:jc w:val="right"/>
      </w:pPr>
      <w:r>
        <w:t>اللہ کے، جس طرح کسان اللہ کے،</w:t>
      </w:r>
    </w:p>
    <w:p>
      <w:r>
        <w:rPr>
          <w:b/>
        </w:rPr>
        <w:t xml:space="preserve">[20:24] </w:t>
      </w:r>
      <w:r>
        <w:t>yaani allah ke mansoobe ko samajhta hai, aur phir kheti karta hai, waise hi aap ko allah ke</w:t>
      </w:r>
    </w:p>
    <w:p>
      <w:pPr>
        <w:jc w:val="right"/>
      </w:pPr>
      <w:r>
        <w:t>یعنی اللہ کے منصوبے کو سمجھتا ہے، اور پھر کھیتی کرتا ہے، ویسے ہی آپ کو اللہ کے</w:t>
      </w:r>
    </w:p>
    <w:p>
      <w:r>
        <w:rPr>
          <w:b/>
        </w:rPr>
        <w:t xml:space="preserve">[20:32] </w:t>
      </w:r>
      <w:r>
        <w:t>mansoobe ko samajhna hai, mislan kisan jab barish hoti hai to foran kisan samajh leta hai ke allah</w:t>
      </w:r>
    </w:p>
    <w:p>
      <w:pPr>
        <w:jc w:val="right"/>
      </w:pPr>
      <w:r>
        <w:t>منصوبے کو سمجھنا ہے، مثلاً کسان جب بارش ہوتی ہے تو فوراً کسان سمجھ لیتا ہے کہ اللہ</w:t>
      </w:r>
    </w:p>
    <w:p>
      <w:r>
        <w:rPr>
          <w:b/>
        </w:rPr>
        <w:t xml:space="preserve">[20:40] </w:t>
      </w:r>
      <w:r>
        <w:t>taala ya creator ka message hai ke chalo khet tayyar karo,</w:t>
      </w:r>
    </w:p>
    <w:p>
      <w:pPr>
        <w:jc w:val="right"/>
      </w:pPr>
      <w:r>
        <w:t>تعالیٰ یا کریٹر کا میسج ہے کہ چلو کھیت تیار کرو،</w:t>
      </w:r>
    </w:p>
    <w:p>
      <w:r>
        <w:rPr>
          <w:b/>
        </w:rPr>
        <w:t xml:space="preserve">[20:47] </w:t>
      </w:r>
      <w:r>
        <w:t>yaani jab barish hoti hai to koi awaaz nahi aati, is mein koi loudspeaker nahi hota, lekin kisan</w:t>
      </w:r>
    </w:p>
    <w:p>
      <w:pPr>
        <w:jc w:val="right"/>
      </w:pPr>
      <w:r>
        <w:t>یعنی جب بارش ہوتی ہے تو کوئی آواز نہیں آتی، اس میں کوئی loudspeaker نہیں ہوتا، لیکن کسان</w:t>
      </w:r>
    </w:p>
    <w:p>
      <w:r>
        <w:rPr>
          <w:b/>
        </w:rPr>
        <w:t xml:space="preserve">[20:54] </w:t>
      </w:r>
      <w:r>
        <w:t>use barish samajh leta hai ke creator mujh se keh raha hai ke chalo apne khet ko aur</w:t>
      </w:r>
    </w:p>
    <w:p>
      <w:pPr>
        <w:jc w:val="right"/>
      </w:pPr>
      <w:r>
        <w:t>اسے بارش سمجھ لیتا ہے کہ کریٹر مجھ سے کہہ رہا ہے کہ چلو اپنے کھیتوں کو اور</w:t>
      </w:r>
    </w:p>
    <w:p>
      <w:r>
        <w:rPr>
          <w:b/>
        </w:rPr>
        <w:t xml:space="preserve">[21:01] </w:t>
      </w:r>
      <w:r>
        <w:t>apni kheti ka intezam karo,</w:t>
      </w:r>
    </w:p>
    <w:p>
      <w:pPr>
        <w:jc w:val="right"/>
      </w:pPr>
      <w:r>
        <w:t>اپنی کھیتی کا انتظام کرو،</w:t>
      </w:r>
    </w:p>
    <w:p>
      <w:r>
        <w:rPr>
          <w:b/>
        </w:rPr>
        <w:t xml:space="preserve">[21:05] </w:t>
      </w:r>
      <w:r>
        <w:t>isi tarah se hamare ulama ko janna chahiye tha, khuda ki zuban kya matlab hai is ka, yaani</w:t>
      </w:r>
    </w:p>
    <w:p>
      <w:pPr>
        <w:jc w:val="right"/>
      </w:pPr>
      <w:r>
        <w:t>اسی طرح سے ہمارے علماء کو جاننا چاہیے تھا، خدا کی زبان کیا مطلب ہے اس کا، یعنی</w:t>
      </w:r>
    </w:p>
    <w:p>
      <w:r>
        <w:rPr>
          <w:b/>
        </w:rPr>
        <w:t xml:space="preserve">[21:11] </w:t>
      </w:r>
      <w:r>
        <w:t>kyun tatariyon ne hamla kiya, abbasi hukumat ko khatam kiya, kyun turki mein ataturk ka operation jari kiya</w:t>
      </w:r>
    </w:p>
    <w:p>
      <w:pPr>
        <w:jc w:val="right"/>
      </w:pPr>
      <w:r>
        <w:t>کیوں تاتاریوں نے حملہ کیا، عباسی حکومت کو ختم کیا، کیوں ترکی میں اتاترک کا آپریشن جاری کیا</w:t>
      </w:r>
    </w:p>
    <w:p>
      <w:r>
        <w:rPr>
          <w:b/>
        </w:rPr>
        <w:t xml:space="preserve">[21:20] </w:t>
      </w:r>
      <w:r>
        <w:t>gaya, kyon India mein British aaye aur unhon ne, yani modern education ka system yahan chalaya, yeh sab</w:t>
      </w:r>
    </w:p>
    <w:p>
      <w:pPr>
        <w:jc w:val="right"/>
      </w:pPr>
      <w:r>
        <w:t>گیا، کیوں انڈیا میں برٹش آئے اور انہوں نے، یعنی modern education کا سسٹم یہاں چلایا، یہ سب</w:t>
      </w:r>
    </w:p>
    <w:p>
      <w:r>
        <w:rPr>
          <w:b/>
        </w:rPr>
        <w:t xml:space="preserve">[21:27] </w:t>
      </w:r>
      <w:r>
        <w:t>kyon, kyon tha,</w:t>
      </w:r>
    </w:p>
    <w:p>
      <w:pPr>
        <w:jc w:val="right"/>
      </w:pPr>
      <w:r>
        <w:t>کیوں، کیوں تھا،</w:t>
      </w:r>
    </w:p>
    <w:p>
      <w:r>
        <w:rPr>
          <w:b/>
        </w:rPr>
        <w:t xml:space="preserve">[21:30] </w:t>
      </w:r>
      <w:r>
        <w:t>yeh sab wahi tha ke jo maine kaha ke mali abad mein drakht ke neeche ka hissa</w:t>
      </w:r>
    </w:p>
    <w:p>
      <w:pPr>
        <w:jc w:val="right"/>
      </w:pPr>
      <w:r>
        <w:t>یہ سب وہی تھا کہ جو میں نے کہا کہ مالی آباد میں درخت کے نیچے کا حصہ</w:t>
      </w:r>
    </w:p>
    <w:p>
      <w:r>
        <w:rPr>
          <w:b/>
        </w:rPr>
        <w:t xml:space="preserve">[21:35] </w:t>
      </w:r>
      <w:r>
        <w:t>chhod ke upar kaat dete hain, wahi tha yeh ke qadeem culture ko khatm karo, qadeem culture ko</w:t>
      </w:r>
    </w:p>
    <w:p>
      <w:pPr>
        <w:jc w:val="right"/>
      </w:pPr>
      <w:r>
        <w:t>چھوڑ کے اوپر کاٹ دیتے ہیں، وہی تھا یہ کہ قدیم کلچر کو ختم کرو، قدیم کلچر کو</w:t>
      </w:r>
    </w:p>
    <w:p>
      <w:r>
        <w:rPr>
          <w:b/>
        </w:rPr>
        <w:t xml:space="preserve">[21:42] </w:t>
      </w:r>
      <w:r>
        <w:t>bulldoze karo, yani Quran o sunnat ko nahi, Quran o sunnat to abadi hai, ek hai dekhiye Quran</w:t>
      </w:r>
    </w:p>
    <w:p>
      <w:pPr>
        <w:jc w:val="right"/>
      </w:pPr>
      <w:r>
        <w:t>bulldoze کرو، یعنی قرآن و سنت کو نہیں، قرآن و سنت تو ابدی ہے، ایک ہے دیکھیے قرآن</w:t>
      </w:r>
    </w:p>
    <w:p>
      <w:r>
        <w:rPr>
          <w:b/>
        </w:rPr>
        <w:t xml:space="preserve">[21:50] </w:t>
      </w:r>
      <w:r>
        <w:t>o sunnat, ek hai Muslim culture, Muslim culture aur Quran o sunnat dono ek nahi hain,</w:t>
      </w:r>
    </w:p>
    <w:p>
      <w:pPr>
        <w:jc w:val="right"/>
      </w:pPr>
      <w:r>
        <w:t>و سنت، ایک ہے مسلم کلچر، مسلم کلچر اور قرآن و سنت دونوں ایک نہیں ہیں،</w:t>
      </w:r>
    </w:p>
    <w:p>
      <w:r>
        <w:rPr>
          <w:b/>
        </w:rPr>
        <w:t xml:space="preserve">[21:58] </w:t>
      </w:r>
      <w:r>
        <w:t>Quran o sunnat ek alag cheez hai, Muslim culture alag cheez hai, to Muslim culture ko bulldoze kiya</w:t>
      </w:r>
    </w:p>
    <w:p>
      <w:pPr>
        <w:jc w:val="right"/>
      </w:pPr>
      <w:r>
        <w:t>قرآن و سنت ایک الگ چیز ہے، مسلم کلچر الگ چیز ہے، تو مسلم کلچر کو bulldoze کیا</w:t>
      </w:r>
    </w:p>
    <w:p>
      <w:r>
        <w:rPr>
          <w:b/>
        </w:rPr>
        <w:t xml:space="preserve">[22:03] </w:t>
      </w:r>
      <w:r>
        <w:t>jata hai, Quran o sunnat to abadi hain, un ko kaun bulldoze kar sakta hai, to Muslim Quran</w:t>
      </w:r>
    </w:p>
    <w:p>
      <w:pPr>
        <w:jc w:val="right"/>
      </w:pPr>
      <w:r>
        <w:t>جاتا ہے، قرآن و سنت تو ابدی ہیں، ان کو کون bulldoze کر سکتا ہے، تو مسلم قرآن</w:t>
      </w:r>
    </w:p>
    <w:p>
      <w:r>
        <w:rPr>
          <w:b/>
        </w:rPr>
        <w:t xml:space="preserve">[22:11] </w:t>
      </w:r>
      <w:r>
        <w:t>o sunnat ki rehnumai mein ek naya daur lana, ek nayi</w:t>
      </w:r>
    </w:p>
    <w:p>
      <w:pPr>
        <w:jc w:val="right"/>
      </w:pPr>
      <w:r>
        <w:t>و سنت کی رہنمائی میں ایک نیا دور لانا، ایک نئی</w:t>
      </w:r>
    </w:p>
    <w:p>
      <w:r>
        <w:rPr>
          <w:b/>
        </w:rPr>
        <w:t xml:space="preserve">[22:16] </w:t>
      </w:r>
      <w:r>
        <w:t>ummat paida karna, yeh hai matloob</w:t>
      </w:r>
    </w:p>
    <w:p>
      <w:pPr>
        <w:jc w:val="right"/>
      </w:pPr>
      <w:r>
        <w:t>امت پیدا کرنا، یہ ہے مطلوب</w:t>
      </w:r>
    </w:p>
    <w:p>
      <w:r>
        <w:rPr>
          <w:b/>
        </w:rPr>
        <w:t xml:space="preserve">[22:19] </w:t>
      </w:r>
      <w:r>
        <w:t>۔ to kal jab Turki ke do sahaba aaye mere paas to is tarah ki baatein huin, mukhtasar</w:t>
      </w:r>
    </w:p>
    <w:p>
      <w:pPr>
        <w:jc w:val="right"/>
      </w:pPr>
      <w:r>
        <w:t>۔ تو کل جب ترکی کے دو صحابہ آئے میرے پاس تو اس طرح کی باتیں ہوئیں، مختصر</w:t>
      </w:r>
    </w:p>
    <w:p>
      <w:r>
        <w:rPr>
          <w:b/>
        </w:rPr>
        <w:t xml:space="preserve">[22:26] </w:t>
      </w:r>
      <w:r>
        <w:t>tour par baatein huin thin wahan par, is waqt main thoda elaborate kar ke baat kar raha hoon,</w:t>
      </w:r>
    </w:p>
    <w:p>
      <w:pPr>
        <w:jc w:val="right"/>
      </w:pPr>
      <w:r>
        <w:t>طور پر باتیں ہوئیں تھیں وہاں پر، اس وقت میں تھوڑا elaborate کر کے بات کر رہا ہوں،</w:t>
      </w:r>
    </w:p>
    <w:p>
      <w:r>
        <w:rPr>
          <w:b/>
        </w:rPr>
        <w:t xml:space="preserve">[22:32] </w:t>
      </w:r>
      <w:r>
        <w:t>to Surah Hadees ki ayat ko aap log ja kar dobara parhiye ga</w:t>
      </w:r>
    </w:p>
    <w:p>
      <w:pPr>
        <w:jc w:val="right"/>
      </w:pPr>
      <w:r>
        <w:t>تو سورہ حدیث کی آیت کو آپ لوگ جا کر دوبارہ پڑھیے گا</w:t>
      </w:r>
    </w:p>
    <w:p>
      <w:r>
        <w:rPr>
          <w:b/>
        </w:rPr>
        <w:t xml:space="preserve">[22:38] </w:t>
      </w:r>
      <w:r>
        <w:t>aur is pe ghor kijiye ga, Surah Hadees ki ayat mein ek taraf zikr hai Yahood ka aur</w:t>
      </w:r>
    </w:p>
    <w:p>
      <w:pPr>
        <w:jc w:val="right"/>
      </w:pPr>
      <w:r>
        <w:t>اور اس پہ غور کیجیے گا، سورہ حدیث کی آیت میں ایک طرف ذکر ہے یہود کا اور</w:t>
      </w:r>
    </w:p>
    <w:p>
      <w:r>
        <w:rPr>
          <w:b/>
        </w:rPr>
        <w:t xml:space="preserve">[22:46] </w:t>
      </w:r>
      <w:r>
        <w:t>doosri taraf zikr hai zameen ka, kis tarah zameen mein ziraat hoti hai, horticulture hota hai,</w:t>
      </w:r>
    </w:p>
    <w:p>
      <w:pPr>
        <w:jc w:val="right"/>
      </w:pPr>
      <w:r>
        <w:t>دوسری طرف ذکر ہے زمین کا، کس طرح زمین میں زراعت ہوتی ہے، ہارٹیکلچر ہوتا ہے،</w:t>
      </w:r>
    </w:p>
    <w:p>
      <w:r>
        <w:rPr>
          <w:b/>
        </w:rPr>
        <w:t xml:space="preserve">[22:56] </w:t>
      </w:r>
      <w:r>
        <w:t>to zameen ki misaal se</w:t>
      </w:r>
    </w:p>
    <w:p>
      <w:pPr>
        <w:jc w:val="right"/>
      </w:pPr>
      <w:r>
        <w:t>تو زمین کی مثال سے</w:t>
      </w:r>
    </w:p>
    <w:p>
      <w:r>
        <w:rPr>
          <w:b/>
        </w:rPr>
        <w:t xml:space="preserve">[22:58] </w:t>
      </w:r>
      <w:r>
        <w:t>Allah taala ne bataya ke isi tarah se qomon mein isi tareeqe par ahya, revival yani revivalism lana</w:t>
      </w:r>
    </w:p>
    <w:p>
      <w:pPr>
        <w:jc w:val="right"/>
      </w:pPr>
      <w:r>
        <w:t>اللہ تعالیٰ نے بتایا کہ اسی طرح سے قوموں میں اسی طریقے پر احیاء، revival یعنی revivalism لانا</w:t>
      </w:r>
    </w:p>
    <w:p>
      <w:r>
        <w:rPr>
          <w:b/>
        </w:rPr>
        <w:t xml:space="preserve">[23:09] </w:t>
      </w:r>
      <w:r>
        <w:t>hai, ahya karna hai, un ko dobara zinda karna hai,</w:t>
      </w:r>
    </w:p>
    <w:p>
      <w:pPr>
        <w:jc w:val="right"/>
      </w:pPr>
      <w:r>
        <w:t>ہے، احیاء کرنا ہے، ان کو دوبارہ زندہ کرنا ہے،</w:t>
      </w:r>
    </w:p>
    <w:p>
      <w:r>
        <w:rPr>
          <w:b/>
        </w:rPr>
        <w:t xml:space="preserve">[23:16] </w:t>
      </w:r>
      <w:r>
        <w:t>to is ki ek misaal maine dekhi jo aap ko bataya maine</w:t>
      </w:r>
    </w:p>
    <w:p>
      <w:pPr>
        <w:jc w:val="right"/>
      </w:pPr>
      <w:r>
        <w:t>تو اس کی ایک مثال میں نے دیکھی جو آپ کو بتایا میں نے</w:t>
      </w:r>
    </w:p>
    <w:p>
      <w:r>
        <w:rPr>
          <w:b/>
        </w:rPr>
        <w:t xml:space="preserve">[23:20] </w:t>
      </w:r>
      <w:r>
        <w:t>mali abad mein ke jab woh drakht ko kaat dete hain to dobara hara bhara drakht bilkul tarotaza</w:t>
      </w:r>
    </w:p>
    <w:p>
      <w:pPr>
        <w:jc w:val="right"/>
      </w:pPr>
      <w:r>
        <w:t>مالی آباد میں کہ جب وہ درخت کو کاٹ دیتے ہیں تو دوبارہ ہرا بھرا درخت بالکل تروتازہ</w:t>
      </w:r>
    </w:p>
    <w:p>
      <w:r>
        <w:rPr>
          <w:b/>
        </w:rPr>
        <w:t xml:space="preserve">[23:28] </w:t>
      </w:r>
      <w:r>
        <w:t>nikalta hai is mein se, maine dekha wahan par, yani kate hue drakhton se jo drakht nikle</w:t>
      </w:r>
    </w:p>
    <w:p>
      <w:pPr>
        <w:jc w:val="right"/>
      </w:pPr>
      <w:r>
        <w:t>نکلتا ہے اس میں سے، میں نے دیکھا وہاں پر، یعنی کٹے ہوئے درختوں سے جو درخت نکلے</w:t>
      </w:r>
    </w:p>
    <w:p>
      <w:r>
        <w:rPr>
          <w:b/>
        </w:rPr>
        <w:t xml:space="preserve">[23:34] </w:t>
      </w:r>
      <w:r>
        <w:t>the, bilkul naye drakht the woh,</w:t>
      </w:r>
    </w:p>
    <w:p>
      <w:pPr>
        <w:jc w:val="right"/>
      </w:pPr>
      <w:r>
        <w:t>تھے، بالکل نئے درخت تھے وہ،</w:t>
      </w:r>
    </w:p>
    <w:p>
      <w:r>
        <w:rPr>
          <w:b/>
        </w:rPr>
        <w:t xml:space="preserve">[23:37] </w:t>
      </w:r>
      <w:r>
        <w:t>bilkul naye drakht the,</w:t>
      </w:r>
    </w:p>
    <w:p>
      <w:pPr>
        <w:jc w:val="right"/>
      </w:pPr>
      <w:r>
        <w:t>بالکل نئے درخت تھے،</w:t>
      </w:r>
    </w:p>
    <w:p>
      <w:r>
        <w:rPr>
          <w:b/>
        </w:rPr>
        <w:t xml:space="preserve">[23:40] </w:t>
      </w:r>
      <w:r>
        <w:t>aisi qom mein Quran o sunnat to abadi hain lekin culture abadi nahi hai, yaad rakhiye,</w:t>
      </w:r>
    </w:p>
    <w:p>
      <w:pPr>
        <w:jc w:val="right"/>
      </w:pPr>
      <w:r>
        <w:t>ایسی قوم میں قرآن و سنت تو ابدی ہیں لیکن کلچر ابدی نہیں ہے، یاد رکھیے،</w:t>
      </w:r>
    </w:p>
    <w:p>
      <w:r>
        <w:rPr>
          <w:b/>
        </w:rPr>
        <w:t xml:space="preserve">[23:50] </w:t>
      </w:r>
      <w:r>
        <w:t>Quran o sunnat to abadi hai lekin culture abadi nahi hai,</w:t>
      </w:r>
    </w:p>
    <w:p>
      <w:pPr>
        <w:jc w:val="right"/>
      </w:pPr>
      <w:r>
        <w:t>قرآن و سنت تو ابدی ہے لیکن کلچر ابدی نہیں ہے،</w:t>
      </w:r>
    </w:p>
    <w:p>
      <w:r>
        <w:rPr>
          <w:b/>
        </w:rPr>
        <w:t xml:space="preserve">[23:55] </w:t>
      </w:r>
      <w:r>
        <w:t>to yeh jo</w:t>
      </w:r>
    </w:p>
    <w:p>
      <w:pPr>
        <w:jc w:val="right"/>
      </w:pPr>
      <w:r>
        <w:t>تو یہ جو</w:t>
      </w:r>
    </w:p>
    <w:p>
      <w:r>
        <w:rPr>
          <w:b/>
        </w:rPr>
        <w:t xml:space="preserve">[23:57] </w:t>
      </w:r>
      <w:r>
        <w:t>ghair abadi unsur hai is ko bulldoze kiya jata hai, aur abadi</w:t>
      </w:r>
    </w:p>
    <w:p>
      <w:pPr>
        <w:jc w:val="right"/>
      </w:pPr>
      <w:r>
        <w:t>غیر ابدی عنصر ہے اس کو bulldoze کیا جاتا ہے، اور ابدی</w:t>
      </w:r>
    </w:p>
    <w:p>
      <w:r>
        <w:rPr>
          <w:b/>
        </w:rPr>
        <w:t xml:space="preserve">[24:03] </w:t>
      </w:r>
      <w:r>
        <w:t>hissay ki roshni mein dobara naya culture banta hai,</w:t>
      </w:r>
    </w:p>
    <w:p>
      <w:pPr>
        <w:jc w:val="right"/>
      </w:pPr>
      <w:r>
        <w:t>حصے کی روشنی میں دوبارہ نیا کلچر بنتا ہے،</w:t>
      </w:r>
    </w:p>
    <w:p>
      <w:r>
        <w:rPr>
          <w:b/>
        </w:rPr>
        <w:t xml:space="preserve">[24:09] </w:t>
      </w:r>
      <w:r>
        <w:t>jaise yahudiyon ko bana, to yahudi secular taraqqi tak ruk gaye,</w:t>
      </w:r>
    </w:p>
    <w:p>
      <w:pPr>
        <w:jc w:val="right"/>
      </w:pPr>
      <w:r>
        <w:t>جیسے یہودیوں کو بنا، تو یہودی سیکولر ترقی تک رک گئے،</w:t>
      </w:r>
    </w:p>
    <w:p>
      <w:r>
        <w:rPr>
          <w:b/>
        </w:rPr>
        <w:t xml:space="preserve">[24:17] </w:t>
      </w:r>
      <w:r>
        <w:t>is se aagay nahi barhay woh, hamein is se aagay barhna hai, yani</w:t>
      </w:r>
    </w:p>
    <w:p>
      <w:pPr>
        <w:jc w:val="right"/>
      </w:pPr>
      <w:r>
        <w:t>اس سے آگے نہیں بڑھے وہ، ہمیں اس سے آگے بڑھنا ہے، یعنی</w:t>
      </w:r>
    </w:p>
    <w:p>
      <w:r>
        <w:rPr>
          <w:b/>
        </w:rPr>
        <w:t xml:space="preserve">[24:23] </w:t>
      </w:r>
      <w:r>
        <w:t>dawat ka kaam,</w:t>
      </w:r>
    </w:p>
    <w:p>
      <w:pPr>
        <w:jc w:val="right"/>
      </w:pPr>
      <w:r>
        <w:t>دعوت کا کام،</w:t>
      </w:r>
    </w:p>
    <w:p>
      <w:r>
        <w:rPr>
          <w:b/>
        </w:rPr>
        <w:t xml:space="preserve">[24:26] </w:t>
      </w:r>
      <w:r>
        <w:t>to kal mein ne yeh kaha ke ataturk ne bulldoze kiya to us ke baad</w:t>
      </w:r>
    </w:p>
    <w:p>
      <w:pPr>
        <w:jc w:val="right"/>
      </w:pPr>
      <w:r>
        <w:t>تو کل میں نے یہ کہا کہ اتاترک نے bulldoze کیا تو اس کے بعد</w:t>
      </w:r>
    </w:p>
    <w:p>
      <w:r>
        <w:rPr>
          <w:b/>
        </w:rPr>
        <w:t xml:space="preserve">[24:34] </w:t>
      </w:r>
      <w:r>
        <w:t>glen jaise log uthay, unhon ne secular education</w:t>
      </w:r>
    </w:p>
    <w:p>
      <w:pPr>
        <w:jc w:val="right"/>
      </w:pPr>
      <w:r>
        <w:t>گلین جیسے لوگ اٹھے، انہوں نے سیکولر ایجوکیشن</w:t>
      </w:r>
    </w:p>
    <w:p>
      <w:r>
        <w:rPr>
          <w:b/>
        </w:rPr>
        <w:t xml:space="preserve">[24:40] </w:t>
      </w:r>
      <w:r>
        <w:t>ka chaal phaila diya,</w:t>
      </w:r>
    </w:p>
    <w:p>
      <w:pPr>
        <w:jc w:val="right"/>
      </w:pPr>
      <w:r>
        <w:t>کا چال پھیلا دیا،</w:t>
      </w:r>
    </w:p>
    <w:p>
      <w:r>
        <w:rPr>
          <w:b/>
        </w:rPr>
        <w:t xml:space="preserve">[24:43] </w:t>
      </w:r>
      <w:r>
        <w:t>yani aik goya ke aik education empire bana diya apna,</w:t>
      </w:r>
    </w:p>
    <w:p>
      <w:pPr>
        <w:jc w:val="right"/>
      </w:pPr>
      <w:r>
        <w:t>یعنی ایک گویا کہ ایک ایجوکیشن ایمپائر بنا دیا اپنا،</w:t>
      </w:r>
    </w:p>
    <w:p>
      <w:r>
        <w:rPr>
          <w:b/>
        </w:rPr>
        <w:t xml:space="preserve">[24:49] </w:t>
      </w:r>
      <w:r>
        <w:t>hum is se aagay chalna chahtay hain, in sha Allah chal rahay hain, yeh dawat empire,</w:t>
      </w:r>
    </w:p>
    <w:p>
      <w:pPr>
        <w:jc w:val="right"/>
      </w:pPr>
      <w:r>
        <w:t>ہم اس سے آگے چلنا چاہتے ہیں، ان شاء اللہ چل رہے ہیں، یہ دعویٰ ایمپائر،</w:t>
      </w:r>
    </w:p>
    <w:p>
      <w:r>
        <w:rPr>
          <w:b/>
        </w:rPr>
        <w:t xml:space="preserve">[24:56] </w:t>
      </w:r>
      <w:r>
        <w:t>hum chahtay hain ke aik dawat empire banay, isi ke liye hamaray saathi koshish kar rahay hain, dawat</w:t>
      </w:r>
    </w:p>
    <w:p>
      <w:pPr>
        <w:jc w:val="right"/>
      </w:pPr>
      <w:r>
        <w:t>ہم چاہتے ہیں کہ ایک دعویٰ ایمپائر بنے، اسی کے لیے ہمارے ساتھی کوشش کر رہے ہیں، دعویٰ</w:t>
      </w:r>
    </w:p>
    <w:p>
      <w:r>
        <w:rPr>
          <w:b/>
        </w:rPr>
        <w:t xml:space="preserve">[25:01] </w:t>
      </w:r>
      <w:r>
        <w:t>empire khara kar rahay hain,</w:t>
      </w:r>
    </w:p>
    <w:p>
      <w:pPr>
        <w:jc w:val="right"/>
      </w:pPr>
      <w:r>
        <w:t>ایمپائر کھڑا کر رہے ہیں،</w:t>
      </w:r>
    </w:p>
    <w:p>
      <w:r>
        <w:rPr>
          <w:b/>
        </w:rPr>
        <w:t xml:space="preserve">[25:06] </w:t>
      </w:r>
      <w:r>
        <w:t>to mein samajhta hoon ke is raaz ko ulma ne agar jana hota ke yeh british education jo</w:t>
      </w:r>
    </w:p>
    <w:p>
      <w:pPr>
        <w:jc w:val="right"/>
      </w:pPr>
      <w:r>
        <w:t>تو میں سمجھتا ہوں کہ اس راز کو علماء نے اگر جانا ہوتا کہ یہ برٹش ایجوکیشن جو</w:t>
      </w:r>
    </w:p>
    <w:p>
      <w:r>
        <w:rPr>
          <w:b/>
        </w:rPr>
        <w:t xml:space="preserve">[25:13] </w:t>
      </w:r>
      <w:r>
        <w:t>hai, modern education jo hai, woh to qadeem culture ko bulldoze karne ke liye hai, taake naya daur</w:t>
      </w:r>
    </w:p>
    <w:p>
      <w:pPr>
        <w:jc w:val="right"/>
      </w:pPr>
      <w:r>
        <w:t>ہے، modern education جو ہے، وہ تو قدیم کلچر کو bulldoze کرنے کے لیے ہے، تاکہ نیا دور</w:t>
      </w:r>
    </w:p>
    <w:p>
      <w:r>
        <w:rPr>
          <w:b/>
        </w:rPr>
        <w:t xml:space="preserve">[25:20] </w:t>
      </w:r>
      <w:r>
        <w:t>aaye, lekin isi ko baqi rakha, iqbal ne kaha ke zara num ho to yeh mitti bohat ziyada</w:t>
      </w:r>
    </w:p>
    <w:p>
      <w:pPr>
        <w:jc w:val="right"/>
      </w:pPr>
      <w:r>
        <w:t>آئے، لیکن اسی کو باقی رکھا، اقبال نے کہا کہ ذرا نم ہو تو یہ مٹی بہت زیادہ</w:t>
      </w:r>
    </w:p>
    <w:p>
      <w:r>
        <w:rPr>
          <w:b/>
        </w:rPr>
        <w:t xml:space="preserve">[25:30] </w:t>
      </w:r>
      <w:r>
        <w:t>khair hoti hai, num nahi karna tha, is ko kaatna tha, is darakhton ko kaatna tha, shariat ne</w:t>
      </w:r>
    </w:p>
    <w:p>
      <w:pPr>
        <w:jc w:val="right"/>
      </w:pPr>
      <w:r>
        <w:t>خیز ہوتی ہے، نم نہیں کرنا تھا، اس کو کاٹنا تھا، اس درختوں کو کاٹنا تھا، شریعت نے</w:t>
      </w:r>
    </w:p>
    <w:p>
      <w:r>
        <w:rPr>
          <w:b/>
        </w:rPr>
        <w:t xml:space="preserve">[25:38] </w:t>
      </w:r>
      <w:r>
        <w:t>isi zawal aaftab logon ko degreean dena shuru kar dein,</w:t>
      </w:r>
    </w:p>
    <w:p>
      <w:pPr>
        <w:jc w:val="right"/>
      </w:pPr>
      <w:r>
        <w:t>اسی زوال آفتاب لوگوں کو ڈگریاں دینا شروع کر دیں،</w:t>
      </w:r>
    </w:p>
    <w:p>
      <w:r>
        <w:rPr>
          <w:b/>
        </w:rPr>
        <w:t xml:space="preserve">[25:44] </w:t>
      </w:r>
      <w:r>
        <w:t>isi zawal aaftab millat ko sirf degree dene ko samjha ke unhon ne ke</w:t>
      </w:r>
    </w:p>
    <w:p>
      <w:pPr>
        <w:jc w:val="right"/>
      </w:pPr>
      <w:r>
        <w:t>اسی زوال آفتاب ملت کو صرف ڈگری دینے کو سمجھا کہ انہوں نے کہ</w:t>
      </w:r>
    </w:p>
    <w:p>
      <w:r>
        <w:rPr>
          <w:b/>
        </w:rPr>
        <w:t xml:space="preserve">[25:50] </w:t>
      </w:r>
      <w:r>
        <w:t>nayi qom ban jaye gi, woh bani nahi hai qom, aap ja kar dekhiye muslim university mein, yani</w:t>
      </w:r>
    </w:p>
    <w:p>
      <w:pPr>
        <w:jc w:val="right"/>
      </w:pPr>
      <w:r>
        <w:t>نئی قوم بن جائے گی، وہ بنی نہیں ہے قوم، آپ جا کر دیکھیے مسلم یونیورسٹی میں، یعنی</w:t>
      </w:r>
    </w:p>
    <w:p>
      <w:r>
        <w:rPr>
          <w:b/>
        </w:rPr>
        <w:t xml:space="preserve">[25:57] </w:t>
      </w:r>
      <w:r>
        <w:t>is se koi nayi qom ubhri nahi wahan par,</w:t>
      </w:r>
    </w:p>
    <w:p>
      <w:pPr>
        <w:jc w:val="right"/>
      </w:pPr>
      <w:r>
        <w:t>اس سے کوئی نئی قوم ابھری نہیں وہاں پر،</w:t>
      </w:r>
    </w:p>
    <w:p>
      <w:r>
        <w:rPr>
          <w:b/>
        </w:rPr>
        <w:t xml:space="preserve">[26:05] </w:t>
      </w:r>
      <w:r>
        <w:t>na modern sense mein wahan koi aisay log paida hue jo bari bari research karein, nobel prize hasil</w:t>
      </w:r>
    </w:p>
    <w:p>
      <w:pPr>
        <w:jc w:val="right"/>
      </w:pPr>
      <w:r>
        <w:t>نہ modern sense میں وہاں کوئی ایسے لوگ پیدا ہوئے جو بڑی بڑی ریسرچ کریں، نوبل پرائز حاصل</w:t>
      </w:r>
    </w:p>
    <w:p>
      <w:r>
        <w:rPr>
          <w:b/>
        </w:rPr>
        <w:t xml:space="preserve">[26:15] </w:t>
      </w:r>
      <w:r>
        <w:t>karein, aur na wahan par dawat ka kaam ubhra,</w:t>
      </w:r>
    </w:p>
    <w:p>
      <w:pPr>
        <w:jc w:val="right"/>
      </w:pPr>
      <w:r>
        <w:t>کریں، اور نہ وہاں پر دعوت کا کام ابھرا،</w:t>
      </w:r>
    </w:p>
    <w:p>
      <w:r>
        <w:rPr>
          <w:b/>
        </w:rPr>
        <w:t xml:space="preserve">[26:22] </w:t>
      </w:r>
      <w:r>
        <w:t>sirf degreean letay hain, idhar udhar service,</w:t>
      </w:r>
    </w:p>
    <w:p>
      <w:pPr>
        <w:jc w:val="right"/>
      </w:pPr>
      <w:r>
        <w:t>صرف ڈگریاں لیتے ہیں، ادھر ادھر سروس،</w:t>
      </w:r>
    </w:p>
    <w:p>
      <w:r>
        <w:rPr>
          <w:b/>
        </w:rPr>
        <w:t xml:space="preserve">[26:26] </w:t>
      </w:r>
      <w:r>
        <w:t>second class service mein chalay jatay hain, bas itna hi ho raha hai wahan par,</w:t>
      </w:r>
    </w:p>
    <w:p>
      <w:pPr>
        <w:jc w:val="right"/>
      </w:pPr>
      <w:r>
        <w:t>سیکنڈ کلاس سروس میں چلے جاتے ہیں، بس اتنا ہی ہو رہا ہے وہاں پر،</w:t>
      </w:r>
    </w:p>
    <w:p>
      <w:r>
        <w:rPr>
          <w:b/>
        </w:rPr>
        <w:t xml:space="preserve">[26:32] </w:t>
      </w:r>
      <w:r>
        <w:t>to hum logon ko</w:t>
      </w:r>
    </w:p>
    <w:p>
      <w:pPr>
        <w:jc w:val="right"/>
      </w:pPr>
      <w:r>
        <w:t>تو ہم لوگوں کو</w:t>
      </w:r>
    </w:p>
    <w:p>
      <w:r>
        <w:rPr>
          <w:b/>
        </w:rPr>
        <w:t xml:space="preserve">[26:34] </w:t>
      </w:r>
      <w:r>
        <w:t>is se sabaq lena hai,</w:t>
      </w:r>
    </w:p>
    <w:p>
      <w:pPr>
        <w:jc w:val="right"/>
      </w:pPr>
      <w:r>
        <w:t>اس سے سبق لینا ہے،</w:t>
      </w:r>
    </w:p>
    <w:p>
      <w:r>
        <w:rPr>
          <w:b/>
        </w:rPr>
        <w:t xml:space="preserve">[26:37] </w:t>
      </w:r>
      <w:r>
        <w:t>aur hum khud to qadeem culture ko bulldoze nahi kar sakte, lekin zamana kar raha hai, is ko</w:t>
      </w:r>
    </w:p>
    <w:p>
      <w:pPr>
        <w:jc w:val="right"/>
      </w:pPr>
      <w:r>
        <w:t>اور ہم خود تو قدیم کلچر کو bulldoze نہیں کر سکتے، لیکن زمانہ کر رہا ہے، اس کو</w:t>
      </w:r>
    </w:p>
    <w:p>
      <w:r>
        <w:rPr>
          <w:b/>
        </w:rPr>
        <w:t xml:space="preserve">[26:45] </w:t>
      </w:r>
      <w:r>
        <w:t>humein samajhna chahiye,</w:t>
      </w:r>
    </w:p>
    <w:p>
      <w:pPr>
        <w:jc w:val="right"/>
      </w:pPr>
      <w:r>
        <w:t>ہمیں سمجھنا چاہیے،</w:t>
      </w:r>
    </w:p>
    <w:p>
      <w:r>
        <w:rPr>
          <w:b/>
        </w:rPr>
        <w:t xml:space="preserve">[26:47] </w:t>
      </w:r>
      <w:r>
        <w:t>yaani yeh zamana secularism ka zamana hai, age of secularism hai, woh kar raha hai,</w:t>
      </w:r>
    </w:p>
    <w:p>
      <w:pPr>
        <w:jc w:val="right"/>
      </w:pPr>
      <w:r>
        <w:t>یعنی یہ زمانہ سیکولرزم کا زمانہ ہے، age of secularism ہے، وہ کر رہا ہے،</w:t>
      </w:r>
    </w:p>
    <w:p>
      <w:r>
        <w:rPr>
          <w:b/>
        </w:rPr>
        <w:t xml:space="preserve">[26:55] </w:t>
      </w:r>
      <w:r>
        <w:t>age of secularism jo hai, modern education jo hai, modern civilization jo hai, yeh sab yaani</w:t>
      </w:r>
    </w:p>
    <w:p>
      <w:pPr>
        <w:jc w:val="right"/>
      </w:pPr>
      <w:r>
        <w:t>age of secularism جو ہے، modern education جو ہے، modern civilization جو ہے، یہ سب یعنی</w:t>
      </w:r>
    </w:p>
    <w:p>
      <w:r>
        <w:rPr>
          <w:b/>
        </w:rPr>
        <w:t xml:space="preserve">[27:04] </w:t>
      </w:r>
      <w:r>
        <w:t>wohi kaam kar rahe hain</w:t>
      </w:r>
    </w:p>
    <w:p>
      <w:pPr>
        <w:jc w:val="right"/>
      </w:pPr>
      <w:r>
        <w:t>وہی کام کر رہے ہیں</w:t>
      </w:r>
    </w:p>
    <w:p>
      <w:r>
        <w:rPr>
          <w:b/>
        </w:rPr>
        <w:t xml:space="preserve">[27:06] </w:t>
      </w:r>
      <w:r>
        <w:t>ke qadeem culture ko khatam karna, naye culture ko lana, to bajaye is ke ke yeh fatwa diya</w:t>
      </w:r>
    </w:p>
    <w:p>
      <w:pPr>
        <w:jc w:val="right"/>
      </w:pPr>
      <w:r>
        <w:t>کہ قدیم کلچر کو ختم کرنا، نئے کلچر کو لانا، تو بجائے اس کے کہ یہ فتویٰ دیا</w:t>
      </w:r>
    </w:p>
    <w:p>
      <w:r>
        <w:rPr>
          <w:b/>
        </w:rPr>
        <w:t xml:space="preserve">[27:11] </w:t>
      </w:r>
      <w:r>
        <w:t>jaye ke yeh</w:t>
      </w:r>
    </w:p>
    <w:p>
      <w:pPr>
        <w:jc w:val="right"/>
      </w:pPr>
      <w:r>
        <w:t>جائے کہ یہ</w:t>
      </w:r>
    </w:p>
    <w:p>
      <w:r>
        <w:rPr>
          <w:b/>
        </w:rPr>
        <w:t xml:space="preserve">[27:14] </w:t>
      </w:r>
      <w:r>
        <w:t>qabristan hai modern education, yeh fatwa diya jaye ke yeh log murtad ho gaye hain, in ko khatam</w:t>
      </w:r>
    </w:p>
    <w:p>
      <w:pPr>
        <w:jc w:val="right"/>
      </w:pPr>
      <w:r>
        <w:t>قبرستان ہے modern education، یہ فتویٰ دیا جائے کہ یہ لوگ مرتد ہو گئے ہیں، ان کو ختم</w:t>
      </w:r>
    </w:p>
    <w:p>
      <w:r>
        <w:rPr>
          <w:b/>
        </w:rPr>
        <w:t xml:space="preserve">[27:20] </w:t>
      </w:r>
      <w:r>
        <w:t>karo, is ki bajaye aap ko samajhna chahiye ke yeh khudai process hai,</w:t>
      </w:r>
    </w:p>
    <w:p>
      <w:pPr>
        <w:jc w:val="right"/>
      </w:pPr>
      <w:r>
        <w:t>کرو، اس کی بجائے آپ کو سمجھنا چاہیے کہ یہ خدائی process ہے،</w:t>
      </w:r>
    </w:p>
    <w:p>
      <w:r>
        <w:rPr>
          <w:b/>
        </w:rPr>
        <w:t xml:space="preserve">[27:27] </w:t>
      </w:r>
      <w:r>
        <w:t>khudai process hai,</w:t>
      </w:r>
    </w:p>
    <w:p>
      <w:pPr>
        <w:jc w:val="right"/>
      </w:pPr>
      <w:r>
        <w:t>خدائی process ہے،</w:t>
      </w:r>
    </w:p>
    <w:p>
      <w:r>
        <w:rPr>
          <w:b/>
        </w:rPr>
        <w:t xml:space="preserve">[27:30] </w:t>
      </w:r>
      <w:r>
        <w:t>isi liye aaj dekhiye jo log college se parh kar nikal rahe hain na, inhi mein se behtar</w:t>
      </w:r>
    </w:p>
    <w:p>
      <w:pPr>
        <w:jc w:val="right"/>
      </w:pPr>
      <w:r>
        <w:t>اسی لیے آج دیکھیے جو لوگ کالج سے پڑھ کر نکل رہے ہیں نا، انہی میں سے بہتر</w:t>
      </w:r>
    </w:p>
    <w:p>
      <w:r>
        <w:rPr>
          <w:b/>
        </w:rPr>
        <w:t xml:space="preserve">[27:36] </w:t>
      </w:r>
      <w:r>
        <w:t>log milte hain, tablighi jamaat ko, jamaat Islami ko, jamiat ulama ko, sab ko,</w:t>
      </w:r>
    </w:p>
    <w:p>
      <w:pPr>
        <w:jc w:val="right"/>
      </w:pPr>
      <w:r>
        <w:t>لوگ ملتے ہیں، تبلیغی جماعت کو، جماعت اسلامی کو، جمعیت علماء کو، سب کو،</w:t>
      </w:r>
    </w:p>
    <w:p>
      <w:r>
        <w:rPr>
          <w:b/>
        </w:rPr>
        <w:t xml:space="preserve">[27:41] </w:t>
      </w:r>
      <w:r>
        <w:t>madarson se behtar milte hain in ko wahan se, kyunke in ki deconditioning ho gayi hai,</w:t>
      </w:r>
    </w:p>
    <w:p>
      <w:pPr>
        <w:jc w:val="right"/>
      </w:pPr>
      <w:r>
        <w:t>مدرسوں سے بہتر ملتے ہیں ان کو وہاں سے، کیونکہ ان کی ڈی کنڈیشننگ ہو گئی ہے،</w:t>
      </w:r>
    </w:p>
    <w:p>
      <w:r>
        <w:rPr>
          <w:b/>
        </w:rPr>
        <w:t xml:space="preserve">[27:49] </w:t>
      </w:r>
      <w:r>
        <w:t>to hamein is raaz ko janna hai, bajaye is ke ke is ke mukhalif ban kar khare ho</w:t>
      </w:r>
    </w:p>
    <w:p>
      <w:pPr>
        <w:jc w:val="right"/>
      </w:pPr>
      <w:r>
        <w:t>تو ہمیں اس راز کو جاننا ہے، بجائے اس کے کہ اس کے مخالف بن کر کھڑے ہو</w:t>
      </w:r>
    </w:p>
    <w:p>
      <w:r>
        <w:rPr>
          <w:b/>
        </w:rPr>
        <w:t xml:space="preserve">[27:55] </w:t>
      </w:r>
      <w:r>
        <w:t>jayen, balke is ko welcome karna chahiye, aur is se aage ka jo kaam hai, dawah empire, is</w:t>
      </w:r>
    </w:p>
    <w:p>
      <w:pPr>
        <w:jc w:val="right"/>
      </w:pPr>
      <w:r>
        <w:t>جائیں، بلکہ اس کو welcome کرنا چاہیے، اور اس سے آگے کا جو کام ہے، دعویٰ ایمپائر، اس</w:t>
      </w:r>
    </w:p>
    <w:p>
      <w:r>
        <w:rPr>
          <w:b/>
        </w:rPr>
        <w:t xml:space="preserve">[28:02] </w:t>
      </w:r>
      <w:r>
        <w:t>ke liye hamein mehnat karna chahiye,</w:t>
      </w:r>
    </w:p>
    <w:p>
      <w:pPr>
        <w:jc w:val="right"/>
      </w:pPr>
      <w:r>
        <w:t>کے لیے ہمیں محنت کرنا چاہیے،</w:t>
      </w:r>
    </w:p>
    <w:p>
      <w:r>
        <w:rPr>
          <w:b/>
        </w:rPr>
        <w:t xml:space="preserve">[28:06] </w:t>
      </w:r>
      <w:r>
        <w:t>turki mein sirf education empire bana paye woh log, hum is ke aage kaam karna chahte hain, woh</w:t>
      </w:r>
    </w:p>
    <w:p>
      <w:pPr>
        <w:jc w:val="right"/>
      </w:pPr>
      <w:r>
        <w:t>ترکی میں صرف ایجوکیشن ایمپائر بنا پائے وہ لوگ، ہم اس کے آگے کام کرنا چاہتے ہیں، وہ</w:t>
      </w:r>
    </w:p>
    <w:p>
      <w:r>
        <w:rPr>
          <w:b/>
        </w:rPr>
        <w:t xml:space="preserve">[28:12] </w:t>
      </w:r>
      <w:r>
        <w:t>dawah empire, kyunke</w:t>
      </w:r>
    </w:p>
    <w:p>
      <w:pPr>
        <w:jc w:val="right"/>
      </w:pPr>
      <w:r>
        <w:t>دعویٰ ایمپائر، کیونکہ</w:t>
      </w:r>
    </w:p>
    <w:p>
      <w:r>
        <w:rPr>
          <w:b/>
        </w:rPr>
        <w:t xml:space="preserve">[28:17] </w:t>
      </w:r>
      <w:r>
        <w:t>asal kaam jo hai ummat e muslema ka jo mission jo hai woh dawah hai,</w:t>
      </w:r>
    </w:p>
    <w:p>
      <w:pPr>
        <w:jc w:val="right"/>
      </w:pPr>
      <w:r>
        <w:t>اصل کام جو ہے امت مسلمہ کا جو مشن جو ہے وہ دعوت ہے،</w:t>
      </w:r>
    </w:p>
    <w:p>
      <w:r>
        <w:rPr>
          <w:b/>
        </w:rPr>
        <w:t xml:space="preserve">[28:22] </w:t>
      </w:r>
      <w:r>
        <w:t>quran mein hai ke.</w:t>
      </w:r>
    </w:p>
    <w:p>
      <w:pPr>
        <w:jc w:val="right"/>
      </w:pPr>
      <w:r>
        <w:t>قرآن میں ہے کہ.</w:t>
      </w:r>
    </w:p>
    <w:p>
      <w:r>
        <w:rPr>
          <w:b/>
        </w:rPr>
        <w:t xml:space="preserve">[28:24] </w:t>
      </w:r>
      <w:r>
        <w:t>wa kazalika jaalnaakum ummatan wasatan litakoonoo shuhadaa'a 'alan naasi wa yakoonar rasoolu 'alaikum shaheedan ummat wasat ka matlab hai middle</w:t>
      </w:r>
    </w:p>
    <w:p>
      <w:pPr>
        <w:jc w:val="right"/>
      </w:pPr>
      <w:r>
        <w:t>وَكَذَٰلِكَ جَعَلْنَاكُمْ أُمَّةً وَسَطًا لِتَكُونُوا شَهُدَاءً عَلَى النَّاسِ وَيَكُونُ الرَّسُولُ عَلَيْكُمْ شَهِيدًا امت وسط کا معنی ہے مڈل</w:t>
      </w:r>
    </w:p>
    <w:p>
      <w:r>
        <w:rPr>
          <w:b/>
        </w:rPr>
        <w:t xml:space="preserve">[28:34] </w:t>
      </w:r>
      <w:r>
        <w:t>ummah, middle ummah ka matlab yeh hai ke</w:t>
      </w:r>
    </w:p>
    <w:p>
      <w:pPr>
        <w:jc w:val="right"/>
      </w:pPr>
      <w:r>
        <w:t>امہ، مڈل امہ کا مطلب یہ ہے کہ</w:t>
      </w:r>
    </w:p>
    <w:p>
      <w:r>
        <w:rPr>
          <w:b/>
        </w:rPr>
        <w:t xml:space="preserve">[28:39] </w:t>
      </w:r>
      <w:r>
        <w:t>do ke beech mein</w:t>
      </w:r>
    </w:p>
    <w:p>
      <w:pPr>
        <w:jc w:val="right"/>
      </w:pPr>
      <w:r>
        <w:t>دو کے بیچ میں</w:t>
      </w:r>
    </w:p>
    <w:p>
      <w:r>
        <w:rPr>
          <w:b/>
        </w:rPr>
        <w:t xml:space="preserve">[28:41] </w:t>
      </w:r>
      <w:r>
        <w:t>middle ummah, idhar rasool hain, idhar mankind hai, to musalman jo hai ek middle ummah hain, is</w:t>
      </w:r>
    </w:p>
    <w:p>
      <w:pPr>
        <w:jc w:val="right"/>
      </w:pPr>
      <w:r>
        <w:t>مڈل امہ، ادھر رسول ہیں، ادھر مین کائنڈ ہے، تو مسلمان جو ہے ایک مڈل امہ ہیں، اس</w:t>
      </w:r>
    </w:p>
    <w:p>
      <w:r>
        <w:rPr>
          <w:b/>
        </w:rPr>
        <w:t xml:space="preserve">[28:49] </w:t>
      </w:r>
      <w:r>
        <w:t>sense mein ek taraf unhein Allah ki hidayat ko lena peghambar se, phir us ko pahunchana doosre insanon</w:t>
      </w:r>
    </w:p>
    <w:p>
      <w:pPr>
        <w:jc w:val="right"/>
      </w:pPr>
      <w:r>
        <w:t>سینس میں ایک طرف انہیں اللہ کی ہدایت کو لینا پیغمبر سے، پھر اس کو پہنچانا دوسرے انسانوں</w:t>
      </w:r>
    </w:p>
    <w:p>
      <w:r>
        <w:rPr>
          <w:b/>
        </w:rPr>
        <w:t xml:space="preserve">[28:57] </w:t>
      </w:r>
      <w:r>
        <w:t>tak, yeh kaam hai,</w:t>
      </w:r>
    </w:p>
    <w:p>
      <w:pPr>
        <w:jc w:val="right"/>
      </w:pPr>
      <w:r>
        <w:t>تک، یہ کام ہے،</w:t>
      </w:r>
    </w:p>
    <w:p>
      <w:r>
        <w:rPr>
          <w:b/>
        </w:rPr>
        <w:t xml:space="preserve">[29:01] </w:t>
      </w:r>
      <w:r>
        <w:t>to hamein saara focus is par dena hai, saara focus</w:t>
      </w:r>
    </w:p>
    <w:p>
      <w:pPr>
        <w:jc w:val="right"/>
      </w:pPr>
      <w:r>
        <w:t>تو ہمیں سارا فوکس اس پر دینا ہے، سارا فوکس</w:t>
      </w:r>
    </w:p>
    <w:p>
      <w:r>
        <w:rPr>
          <w:b/>
        </w:rPr>
        <w:t xml:space="preserve">[29:08] </w:t>
      </w:r>
      <w:r>
        <w:t>yani dawat par,</w:t>
      </w:r>
    </w:p>
    <w:p>
      <w:pPr>
        <w:jc w:val="right"/>
      </w:pPr>
      <w:r>
        <w:t>یعنی دعوت پر،</w:t>
      </w:r>
    </w:p>
    <w:p>
      <w:r>
        <w:rPr>
          <w:b/>
        </w:rPr>
        <w:t xml:space="preserve">[29:11] </w:t>
      </w:r>
      <w:r>
        <w:t>to Turkey mein ek kaam kiya tha Ataturk ne, is se aage ek kaam kiya Mr. Gulen ne,</w:t>
      </w:r>
    </w:p>
    <w:p>
      <w:pPr>
        <w:jc w:val="right"/>
      </w:pPr>
      <w:r>
        <w:t>تو ترکی میں ایک کام کیا تھا اتاترک نے، اس سے آگے ایک کام کیا مسٹر گلین نے،</w:t>
      </w:r>
    </w:p>
    <w:p>
      <w:r>
        <w:rPr>
          <w:b/>
        </w:rPr>
        <w:t xml:space="preserve">[29:19] </w:t>
      </w:r>
      <w:r>
        <w:t>is ke aage ka kaam hum India mein kar rahe hain, yani dawat Allah ka kaam, yani daawa</w:t>
      </w:r>
    </w:p>
    <w:p>
      <w:pPr>
        <w:jc w:val="right"/>
      </w:pPr>
      <w:r>
        <w:t>اس کے آگے کا کام ہم انڈیا میں کر رہے ہیں، یعنی دعوت اللہ کا کام، یعنی دعویٰ</w:t>
      </w:r>
    </w:p>
    <w:p>
      <w:r>
        <w:rPr>
          <w:b/>
        </w:rPr>
        <w:t xml:space="preserve">[29:28] </w:t>
      </w:r>
      <w:r>
        <w:t>empire khada karne ka kaam, dekhiye tareekh ko</w:t>
      </w:r>
    </w:p>
    <w:p>
      <w:pPr>
        <w:jc w:val="right"/>
      </w:pPr>
      <w:r>
        <w:t>ایمپائر کھڑا کرنے کا کام، دیکھیے تاریخ کو</w:t>
      </w:r>
    </w:p>
    <w:p>
      <w:r>
        <w:rPr>
          <w:b/>
        </w:rPr>
        <w:t xml:space="preserve">[29:32] </w:t>
      </w:r>
      <w:r>
        <w:t>jo creator hai duniya ka, woh history ko manage kar raha hai, jis tarah se kehkashan ko, solar</w:t>
      </w:r>
    </w:p>
    <w:p>
      <w:pPr>
        <w:jc w:val="right"/>
      </w:pPr>
      <w:r>
        <w:t>جو کریٹر ہے دنیا کا، وہ ہسٹری کو مینج کر رہا ہے، جس طرح سے کہکشاں کو، سولر</w:t>
      </w:r>
    </w:p>
    <w:p>
      <w:r>
        <w:rPr>
          <w:b/>
        </w:rPr>
        <w:t xml:space="preserve">[29:40] </w:t>
      </w:r>
      <w:r>
        <w:t>system ko, aur</w:t>
      </w:r>
    </w:p>
    <w:p>
      <w:pPr>
        <w:jc w:val="right"/>
      </w:pPr>
      <w:r>
        <w:t>سسٹم کو، اور</w:t>
      </w:r>
    </w:p>
    <w:p>
      <w:r>
        <w:rPr>
          <w:b/>
        </w:rPr>
        <w:t xml:space="preserve">[29:44] </w:t>
      </w:r>
      <w:r>
        <w:t>pahaad aur samandar ko manage kar raha hai, woh yani material world ko,</w:t>
      </w:r>
    </w:p>
    <w:p>
      <w:pPr>
        <w:jc w:val="right"/>
      </w:pPr>
      <w:r>
        <w:t>پہاڑ اور سمندر کو مینج کر رہا ہے، وہ یعنی مٹیریل ورلڈ کو،</w:t>
      </w:r>
    </w:p>
    <w:p>
      <w:r>
        <w:rPr>
          <w:b/>
        </w:rPr>
        <w:t xml:space="preserve">[29:48] </w:t>
      </w:r>
      <w:r>
        <w:t>aise hi woh human history ko manage kar raha hai,</w:t>
      </w:r>
    </w:p>
    <w:p>
      <w:pPr>
        <w:jc w:val="right"/>
      </w:pPr>
      <w:r>
        <w:t>ایسے ہی وہ ہیومن ہسٹری کو مینج کر رہا ہے،</w:t>
      </w:r>
    </w:p>
    <w:p>
      <w:r>
        <w:rPr>
          <w:b/>
        </w:rPr>
        <w:t xml:space="preserve">[29:52] </w:t>
      </w:r>
      <w:r>
        <w:t>human history ko hi manage kar raha hai,</w:t>
      </w:r>
    </w:p>
    <w:p>
      <w:pPr>
        <w:jc w:val="right"/>
      </w:pPr>
      <w:r>
        <w:t>ہیومن ہسٹری کو ہی مینج کر رہا ہے،</w:t>
      </w:r>
    </w:p>
    <w:p>
      <w:r>
        <w:rPr>
          <w:b/>
        </w:rPr>
        <w:t xml:space="preserve">[29:57] </w:t>
      </w:r>
      <w:r>
        <w:t>jis ki maine misaal di ke</w:t>
      </w:r>
    </w:p>
    <w:p>
      <w:pPr>
        <w:jc w:val="right"/>
      </w:pPr>
      <w:r>
        <w:t>جس کی میں نے مثال دی کہ</w:t>
      </w:r>
    </w:p>
    <w:p>
      <w:r>
        <w:rPr>
          <w:b/>
        </w:rPr>
        <w:t xml:space="preserve">[30:00] </w:t>
      </w:r>
      <w:r>
        <w:t>musalman tareekh mein pehli baar Tatariyon</w:t>
      </w:r>
    </w:p>
    <w:p>
      <w:pPr>
        <w:jc w:val="right"/>
      </w:pPr>
      <w:r>
        <w:t>مسلم تاریخ میں پہلی بار تاتاریوں</w:t>
      </w:r>
    </w:p>
    <w:p>
      <w:r>
        <w:rPr>
          <w:b/>
        </w:rPr>
        <w:t xml:space="preserve">[30:05] </w:t>
      </w:r>
      <w:r>
        <w:t>ne se kaam liya gaya,</w:t>
      </w:r>
    </w:p>
    <w:p>
      <w:pPr>
        <w:jc w:val="right"/>
      </w:pPr>
      <w:r>
        <w:t>نے سے کام لیا گیا،</w:t>
      </w:r>
    </w:p>
    <w:p>
      <w:r>
        <w:rPr>
          <w:b/>
        </w:rPr>
        <w:t xml:space="preserve">[30:07] </w:t>
      </w:r>
      <w:r>
        <w:t>to ek naya daur aaya, yani daur siyasat se door dawat aaya,</w:t>
      </w:r>
    </w:p>
    <w:p>
      <w:pPr>
        <w:jc w:val="right"/>
      </w:pPr>
      <w:r>
        <w:t>تو ایک نیا دور آیا، یعنی دور سیاست سے دور دعوت آیا،</w:t>
      </w:r>
    </w:p>
    <w:p>
      <w:r>
        <w:rPr>
          <w:b/>
        </w:rPr>
        <w:t xml:space="preserve">[30:14] </w:t>
      </w:r>
      <w:r>
        <w:t>Isai aur bade raqbe mein Islam phail gaya, phir ab jo maujooda zamane mein jo zawal aaya, to</w:t>
      </w:r>
    </w:p>
    <w:p>
      <w:pPr>
        <w:jc w:val="right"/>
      </w:pPr>
      <w:r>
        <w:t>عیسائی اور بڑے رقبے میں اسلام پھیل گیا، پھر اب جو موجودہ زمانے میں جو زوال آیا، تو</w:t>
      </w:r>
    </w:p>
    <w:p>
      <w:r>
        <w:rPr>
          <w:b/>
        </w:rPr>
        <w:t xml:space="preserve">[30:22] </w:t>
      </w:r>
      <w:r>
        <w:t>Allah Ta'ala ne Britishs</w:t>
      </w:r>
    </w:p>
    <w:p>
      <w:pPr>
        <w:jc w:val="right"/>
      </w:pPr>
      <w:r>
        <w:t>اللہ تعالیٰ نے برٹشز</w:t>
      </w:r>
    </w:p>
    <w:p>
      <w:r>
        <w:rPr>
          <w:b/>
        </w:rPr>
        <w:t xml:space="preserve">[30:25] </w:t>
      </w:r>
      <w:r>
        <w:t>se kaam liya,</w:t>
      </w:r>
    </w:p>
    <w:p>
      <w:pPr>
        <w:jc w:val="right"/>
      </w:pPr>
      <w:r>
        <w:t>سے کام لیا،</w:t>
      </w:r>
    </w:p>
    <w:p>
      <w:r>
        <w:rPr>
          <w:b/>
        </w:rPr>
        <w:t xml:space="preserve">[30:27] </w:t>
      </w:r>
      <w:r>
        <w:t>agar ulama rok ke khade ho gaye hote, rok, tab to bahut bada kaam ho gaya hota, ulama</w:t>
      </w:r>
    </w:p>
    <w:p>
      <w:pPr>
        <w:jc w:val="right"/>
      </w:pPr>
      <w:r>
        <w:t>اگر علماء روک کے کھڑے ہو گئے ہوتے، روک، تب تو بہت بڑا کام ہو گیا ہوتا، علماء</w:t>
      </w:r>
    </w:p>
    <w:p>
      <w:r>
        <w:rPr>
          <w:b/>
        </w:rPr>
        <w:t xml:space="preserve">[30:34] </w:t>
      </w:r>
      <w:r>
        <w:t>rok ban kar khade ho gaye, aur angrezon se nafrat karne lage, aur is Muslim school aur Muslim</w:t>
      </w:r>
    </w:p>
    <w:p>
      <w:pPr>
        <w:jc w:val="right"/>
      </w:pPr>
      <w:r>
        <w:t>روک بن کر کھڑے ہو گئے، اور انگریزوں سے نفرت کرنے لگے، اور اس مسلم اسکول اور مسلم</w:t>
      </w:r>
    </w:p>
    <w:p>
      <w:r>
        <w:rPr>
          <w:b/>
        </w:rPr>
        <w:t xml:space="preserve">[30:41] </w:t>
      </w:r>
      <w:r>
        <w:t>college ko irtidad ka adda samajhne lage, qatl gaah samajhne lage, yeh sab na kiya hota to ab</w:t>
      </w:r>
    </w:p>
    <w:p>
      <w:pPr>
        <w:jc w:val="right"/>
      </w:pPr>
      <w:r>
        <w:t>کالج کو ارتداد کا اڈا سمجھنے لگے، قتل گاہ سمجھنے لگے، یہ سب نہ کیا ہوتا تو اب</w:t>
      </w:r>
    </w:p>
    <w:p>
      <w:r>
        <w:rPr>
          <w:b/>
        </w:rPr>
        <w:t xml:space="preserve">[30:48] </w:t>
      </w:r>
      <w:r>
        <w:t>tak tareekh bahut aage badh chuki hoti,</w:t>
      </w:r>
    </w:p>
    <w:p>
      <w:pPr>
        <w:jc w:val="right"/>
      </w:pPr>
      <w:r>
        <w:t>تک تاریخ بہت آگے بڑھ چکی ہوتی،</w:t>
      </w:r>
    </w:p>
    <w:p>
      <w:r>
        <w:rPr>
          <w:b/>
        </w:rPr>
        <w:t xml:space="preserve">[30:52] </w:t>
      </w:r>
      <w:r>
        <w:t>ab jo hum koshish kar rahe hain daawa empire khadi karne ki, to woh empire khada ho chuka</w:t>
      </w:r>
    </w:p>
    <w:p>
      <w:pPr>
        <w:jc w:val="right"/>
      </w:pPr>
      <w:r>
        <w:t>اب جو ہم کوشش کر رہے ہیں دعویٰ ایمپائر کھڑی کرنے کی، تو وہ ایمپائر کھڑا ہو چکا</w:t>
      </w:r>
    </w:p>
    <w:p>
      <w:r>
        <w:rPr>
          <w:b/>
        </w:rPr>
        <w:t xml:space="preserve">[30:57] </w:t>
      </w:r>
      <w:r>
        <w:t>hota, jaise turki mein education empire khara ho chuka hai, yaani turki mein already education empire khara ho</w:t>
      </w:r>
    </w:p>
    <w:p>
      <w:pPr>
        <w:jc w:val="right"/>
      </w:pPr>
      <w:r>
        <w:t>ہوتا، جیسے ترکی میں ایجوکیشن ایمپائر کھڑا ہو چکا ہے، یعنی ترکی میں already ایجوکیشن ایمپائر کھڑا ہو</w:t>
      </w:r>
    </w:p>
    <w:p>
      <w:r>
        <w:rPr>
          <w:b/>
        </w:rPr>
        <w:t xml:space="preserve">[31:06] </w:t>
      </w:r>
      <w:r>
        <w:t>chuka hai, aise hi yahan bhi daawa empire already khara ho chuka hota, jabke abhi hum is ke</w:t>
      </w:r>
    </w:p>
    <w:p>
      <w:pPr>
        <w:jc w:val="right"/>
      </w:pPr>
      <w:r>
        <w:t>چکا ہے، ایسے ہی یہاں بھی دعویٰ ایمپائر already کھڑا ہو چکا ہوتا، جبکہ ابھی ہم اس کے</w:t>
      </w:r>
    </w:p>
    <w:p>
      <w:r>
        <w:rPr>
          <w:b/>
        </w:rPr>
        <w:t xml:space="preserve">[31:14] </w:t>
      </w:r>
      <w:r>
        <w:t>aaghaz mein hain,</w:t>
      </w:r>
    </w:p>
    <w:p>
      <w:pPr>
        <w:jc w:val="right"/>
      </w:pPr>
      <w:r>
        <w:t>آغاز میں ہیں،</w:t>
      </w:r>
    </w:p>
    <w:p>
      <w:r>
        <w:rPr>
          <w:b/>
        </w:rPr>
        <w:t xml:space="preserve">[31:18] </w:t>
      </w:r>
      <w:r>
        <w:t>to jis tarah se kisan samajhta hai Allah ke</w:t>
      </w:r>
    </w:p>
    <w:p>
      <w:pPr>
        <w:jc w:val="right"/>
      </w:pPr>
      <w:r>
        <w:t>تو جس طرح سے کسان سمجھتا ہے اللہ کے</w:t>
      </w:r>
    </w:p>
    <w:p>
      <w:r>
        <w:rPr>
          <w:b/>
        </w:rPr>
        <w:t xml:space="preserve">[31:24] </w:t>
      </w:r>
      <w:r>
        <w:t>mansoobe ko ke kyun baarish aayi, baarish aane ke baad mera role kya hai, aise hi ummat ke</w:t>
      </w:r>
    </w:p>
    <w:p>
      <w:pPr>
        <w:jc w:val="right"/>
      </w:pPr>
      <w:r>
        <w:t>منصوبے کو کہ کیوں بارش آئی، بارش آنے کے بعد میرا رول کیا ہے، ایسے ہی امت کے</w:t>
      </w:r>
    </w:p>
    <w:p>
      <w:r>
        <w:rPr>
          <w:b/>
        </w:rPr>
        <w:t xml:space="preserve">[31:32] </w:t>
      </w:r>
      <w:r>
        <w:t>baray mein bhi hamein samajhna hai ke ummat mein Allah taala ne asanat kyun paida kiye, aur phir</w:t>
      </w:r>
    </w:p>
    <w:p>
      <w:pPr>
        <w:jc w:val="right"/>
      </w:pPr>
      <w:r>
        <w:t>بارے میں بھی ہمیں سمجھنا ہے کہ امت میں اللہ تعالیٰ نے آسانات کیوں پیدا کیے، اور پھر</w:t>
      </w:r>
    </w:p>
    <w:p>
      <w:r>
        <w:rPr>
          <w:b/>
        </w:rPr>
        <w:t xml:space="preserve">[31:39] </w:t>
      </w:r>
      <w:r>
        <w:t>is ke baad hamara role kya hai,</w:t>
      </w:r>
    </w:p>
    <w:p>
      <w:pPr>
        <w:jc w:val="right"/>
      </w:pPr>
      <w:r>
        <w:t>اس کے بعد ہمارا رول کیا ہے،</w:t>
      </w:r>
    </w:p>
    <w:p>
      <w:r>
        <w:rPr>
          <w:b/>
        </w:rPr>
        <w:t xml:space="preserve">[31:43] </w:t>
      </w:r>
      <w:r>
        <w:t>jo halaat paida kiye Allah taala ne ummat mein,</w:t>
      </w:r>
    </w:p>
    <w:p>
      <w:pPr>
        <w:jc w:val="right"/>
      </w:pPr>
      <w:r>
        <w:t>جو حالات پیدا کیے اللہ تعالیٰ نے امت میں،</w:t>
      </w:r>
    </w:p>
    <w:p>
      <w:r>
        <w:rPr>
          <w:b/>
        </w:rPr>
        <w:t xml:space="preserve">[31:48] </w:t>
      </w:r>
      <w:r>
        <w:t>to is ke baad hamara role kya hai, is ko hamein jaanna hai, taake hum apni zimmedari</w:t>
      </w:r>
    </w:p>
    <w:p>
      <w:pPr>
        <w:jc w:val="right"/>
      </w:pPr>
      <w:r>
        <w:t>تو اس کے بعد ہمارا رول کیا ہے، اس کو ہمیں جاننا ہے، تاکہ ہم اپنی ذمہ داری</w:t>
      </w:r>
    </w:p>
    <w:p>
      <w:r>
        <w:rPr>
          <w:b/>
        </w:rPr>
        <w:t xml:space="preserve">[31:54] </w:t>
      </w:r>
      <w:r>
        <w:t>ko ada kar sakein,</w:t>
      </w:r>
    </w:p>
    <w:p>
      <w:pPr>
        <w:jc w:val="right"/>
      </w:pPr>
      <w:r>
        <w:t>کو ادا کر سکیں،</w:t>
      </w:r>
    </w:p>
    <w:p>
      <w:r>
        <w:rPr>
          <w:b/>
        </w:rPr>
        <w:t xml:space="preserve">[31:59] </w:t>
      </w:r>
      <w:r>
        <w:t>mein samajhta hoon ke sab se bari kotahi jinhone ki hai woh door jo hai ulma hain,</w:t>
      </w:r>
    </w:p>
    <w:p>
      <w:pPr>
        <w:jc w:val="right"/>
      </w:pPr>
      <w:r>
        <w:t>میں سمجھتا ہوں کہ سب سے بڑی کوتاہی جنہوں نے کی ہے وہ دور جو ہے علماء ہیں،</w:t>
      </w:r>
    </w:p>
    <w:p>
      <w:r>
        <w:rPr>
          <w:b/>
        </w:rPr>
        <w:t xml:space="preserve">[32:05] </w:t>
      </w:r>
      <w:r>
        <w:t>sab se bari kotahi hai, yaani jis ko welcome karna chahiye tha, is ke doosre number ke</w:t>
      </w:r>
    </w:p>
    <w:p>
      <w:pPr>
        <w:jc w:val="right"/>
      </w:pPr>
      <w:r>
        <w:t>سب سے بڑی کوتاہی ہے، یعنی جس کو welcome کرنا چاہیے تھا، اس کے دوسرے نمبر کے</w:t>
      </w:r>
    </w:p>
    <w:p>
      <w:r>
        <w:rPr>
          <w:b/>
        </w:rPr>
        <w:t xml:space="preserve">[32:11] </w:t>
      </w:r>
      <w:r>
        <w:t>ulma ke baray mein yeh mashhoor hai ke falan sahib, yaani baray fakhr ke sath kaha jata hai</w:t>
      </w:r>
    </w:p>
    <w:p>
      <w:pPr>
        <w:jc w:val="right"/>
      </w:pPr>
      <w:r>
        <w:t>علماء کے بارے میں یہ مشہور ہے کہ فلاں صاحب، یعنی بڑے فخر کے ساتھ کہا جاتا ہے</w:t>
      </w:r>
    </w:p>
    <w:p>
      <w:r>
        <w:rPr>
          <w:b/>
        </w:rPr>
        <w:t xml:space="preserve">[32:15] </w:t>
      </w:r>
      <w:r>
        <w:t>ke falan sahib ne kaha ke mein angrezon ke munh nahi dekhna chahta, angrez to yeh insan hain,</w:t>
      </w:r>
    </w:p>
    <w:p>
      <w:pPr>
        <w:jc w:val="right"/>
      </w:pPr>
      <w:r>
        <w:t>کہ فلاں صاحب نے کہا کہ میں انگریزوں کے منہ نہیں دیکھنا چاہتا، انگریز تو یہ انسان ہیں،</w:t>
      </w:r>
    </w:p>
    <w:p>
      <w:r>
        <w:rPr>
          <w:b/>
        </w:rPr>
        <w:t xml:space="preserve">[32:20] </w:t>
      </w:r>
      <w:r>
        <w:t>kyun aap is ke munh nahi dekhna chahte,</w:t>
      </w:r>
    </w:p>
    <w:p>
      <w:pPr>
        <w:jc w:val="right"/>
      </w:pPr>
      <w:r>
        <w:t>کیوں آپ اس کے منہ نہیں دیکھنا چاہتے،</w:t>
      </w:r>
    </w:p>
    <w:p>
      <w:r>
        <w:rPr>
          <w:b/>
        </w:rPr>
        <w:t xml:space="preserve">[32:24] </w:t>
      </w:r>
      <w:r>
        <w:t>ulma ke halaat mein likha rehta hai ke Hazrat ko angrez se bari nafrat thi, ke Hazrat ko</w:t>
      </w:r>
    </w:p>
    <w:p>
      <w:pPr>
        <w:jc w:val="right"/>
      </w:pPr>
      <w:r>
        <w:t>علماء کے حالات میں لکھا رہتا ہے کہ حضرت کو انگریز سے بڑی نفرت تھی، کہ حضرت کو</w:t>
      </w:r>
    </w:p>
    <w:p>
      <w:r>
        <w:rPr>
          <w:b/>
        </w:rPr>
        <w:t xml:space="preserve">[32:30] </w:t>
      </w:r>
      <w:r>
        <w:t>kyun nafrat thi bhai, kya angrez ko Allah ne paida kiya tha,</w:t>
      </w:r>
    </w:p>
    <w:p>
      <w:pPr>
        <w:jc w:val="right"/>
      </w:pPr>
      <w:r>
        <w:t>کیوں نفرت تھی بھئی، کیا انگریز کو اللہ نے پیدا کیا تھا،</w:t>
      </w:r>
    </w:p>
    <w:p>
      <w:r>
        <w:rPr>
          <w:b/>
        </w:rPr>
        <w:t xml:space="preserve">[32:35] </w:t>
      </w:r>
      <w:r>
        <w:t>to angrez ko bhi Allah ne paida kiya tha, to aap ko haq nahi tha ke is se</w:t>
      </w:r>
    </w:p>
    <w:p>
      <w:pPr>
        <w:jc w:val="right"/>
      </w:pPr>
      <w:r>
        <w:t>تو انگریز کو بھی اللہ نے پیدا کیا تھا، تو آپ کو حق نہیں تھا کہ اس سے</w:t>
      </w:r>
    </w:p>
    <w:p>
      <w:r>
        <w:rPr>
          <w:b/>
        </w:rPr>
        <w:t xml:space="preserve">[32:39] </w:t>
      </w:r>
      <w:r>
        <w:t>nafrat karein, aap ko haq nahi tha yeh kehne ka ke mein angrez ka chehra nahi dekhna chahta,</w:t>
      </w:r>
    </w:p>
    <w:p>
      <w:pPr>
        <w:jc w:val="right"/>
      </w:pPr>
      <w:r>
        <w:t>نفرت کریں، آپ کو حق نہیں تھا یہ کہنے کا کہ میں انگریز کا چہرہ نہیں دیکھنا چاہتا،</w:t>
      </w:r>
    </w:p>
    <w:p>
      <w:r>
        <w:rPr>
          <w:b/>
        </w:rPr>
        <w:t xml:space="preserve">[32:46] </w:t>
      </w:r>
      <w:r>
        <w:t>woh aap ke liye mad'u the woh ek kaam kar rahe the yani qadeem culture ko naya culture bana bana rahe the ek kaam woh kar rahe the aap agla kaam karte hain yani dawat ka kaam to ek ek angrez ka mashal hai ke.</w:t>
      </w:r>
    </w:p>
    <w:p>
      <w:pPr>
        <w:jc w:val="right"/>
      </w:pPr>
      <w:r>
        <w:t>وہ آپ کے لیے مدعو تھے وہ ایک کام کر رہے تھے یعنی قدیم کلچر کو نیا کلچر بنا بنا رہے تھے ایک کام وہ کر رہے تھے آپ اگلا کام کرتے ہیں یعنی دعوت کا کام تو ایک ایک انگریز کا مشعل ہے کہ.</w:t>
      </w:r>
    </w:p>
    <w:p>
      <w:r>
        <w:rPr>
          <w:b/>
        </w:rPr>
        <w:t xml:space="preserve">[33:09] </w:t>
      </w:r>
      <w:r>
        <w:t>better late than never,</w:t>
      </w:r>
    </w:p>
    <w:p>
      <w:pPr>
        <w:jc w:val="right"/>
      </w:pPr>
      <w:r>
        <w:t>better late than never،</w:t>
      </w:r>
    </w:p>
    <w:p>
      <w:r>
        <w:rPr>
          <w:b/>
        </w:rPr>
        <w:t xml:space="preserve">[33:12] </w:t>
      </w:r>
      <w:r>
        <w:t>yaani late ho gaye aap, aur jaag uthein, aur phir kaam karne lagein, is se behtar hai ke</w:t>
      </w:r>
    </w:p>
    <w:p>
      <w:pPr>
        <w:jc w:val="right"/>
      </w:pPr>
      <w:r>
        <w:t>یعنی late ہو گئے آپ، اور جاگ اٹھیں، اور پھر کام کرنے لگیں، اس سے بہتر ہے کہ</w:t>
      </w:r>
    </w:p>
    <w:p>
      <w:r>
        <w:rPr>
          <w:b/>
        </w:rPr>
        <w:t xml:space="preserve">[33:18] </w:t>
      </w:r>
      <w:r>
        <w:t>aap kabhi na karein aap,</w:t>
      </w:r>
    </w:p>
    <w:p>
      <w:pPr>
        <w:jc w:val="right"/>
      </w:pPr>
      <w:r>
        <w:t>آپ کبھی نہ کریں آپ،</w:t>
      </w:r>
    </w:p>
    <w:p>
      <w:r>
        <w:rPr>
          <w:b/>
        </w:rPr>
        <w:t xml:space="preserve">[33:21] </w:t>
      </w:r>
      <w:r>
        <w:t>is waqt hum log better late than never ke position mein hain, to meri dua hai ke Allah</w:t>
      </w:r>
    </w:p>
    <w:p>
      <w:pPr>
        <w:jc w:val="right"/>
      </w:pPr>
      <w:r>
        <w:t>اس وقت ہم لوگ better late than never کے پوزیشن میں ہیں، تو میری دعا ہے کہ اللہ</w:t>
      </w:r>
    </w:p>
    <w:p>
      <w:r>
        <w:rPr>
          <w:b/>
        </w:rPr>
        <w:t xml:space="preserve">[33:26] </w:t>
      </w:r>
      <w:r>
        <w:t>taala mujh ko aur aap ko tofeeq de ke hum Allah ke mansoobe ko samjhein, apni duty ko</w:t>
      </w:r>
    </w:p>
    <w:p>
      <w:pPr>
        <w:jc w:val="right"/>
      </w:pPr>
      <w:r>
        <w:t>تعالیٰ مجھ کو اور آپ کو توفیق دے کہ ہم اللہ کے منصوبے کو سمجھیں، اپنی ڈیوٹی کو</w:t>
      </w:r>
    </w:p>
    <w:p>
      <w:r>
        <w:rPr>
          <w:b/>
        </w:rPr>
        <w:t xml:space="preserve">[33:33] </w:t>
      </w:r>
      <w:r>
        <w:t>samjhein, aur Allah ke haan risalat bhi pahunchayein ke Allah taala</w:t>
      </w:r>
    </w:p>
    <w:p>
      <w:pPr>
        <w:jc w:val="right"/>
      </w:pPr>
      <w:r>
        <w:t>سمجھیں، اور اللہ کے ہاں رسالت بھی پہنچائیں کہ اللہ تعالیٰ</w:t>
      </w:r>
    </w:p>
    <w:p>
      <w:r>
        <w:rPr>
          <w:b/>
        </w:rPr>
        <w:t xml:space="preserve">[33:41] </w:t>
      </w:r>
      <w:r>
        <w:t>humein, allah ta'ala ke haan humein welcome kiya jaye, humein allah ki taraf se jannat mein dakhle ka</w:t>
      </w:r>
    </w:p>
    <w:p>
      <w:pPr>
        <w:jc w:val="right"/>
      </w:pPr>
      <w:r>
        <w:t>ہمیں، اللہ تعالیٰ کے ہاں ہمیں welcome کیا جائے، ہمیں اللہ کی طرف سے جنت میں داخلے کا</w:t>
      </w:r>
    </w:p>
    <w:p>
      <w:r>
        <w:rPr>
          <w:b/>
        </w:rPr>
        <w:t xml:space="preserve">[33:45] </w:t>
      </w:r>
      <w:r>
        <w:t>hukm mile, assalam o alaikum wa rehmatullah</w:t>
      </w:r>
    </w:p>
    <w:p>
      <w:pPr>
        <w:jc w:val="right"/>
      </w:pPr>
      <w:r>
        <w:t>حکم ملے، السلام علیکم ورحمۃ اللہ</w:t>
      </w:r>
    </w:p>
    <w:p>
      <w:r>
        <w:rPr>
          <w:b/>
        </w:rPr>
        <w:t xml:space="preserve">[33:50] </w:t>
      </w:r>
      <w:r>
        <w:t>ek misaal mein deta hoon, yahan par ek martaba mein khada tha,</w:t>
      </w:r>
    </w:p>
    <w:p>
      <w:pPr>
        <w:jc w:val="right"/>
      </w:pPr>
      <w:r>
        <w:t>، ایک مثال میں دیتا ہوں، یہاں پر ایک مرتبہ میں کھڑا تھا،</w:t>
      </w:r>
    </w:p>
    <w:p>
      <w:r>
        <w:rPr>
          <w:b/>
        </w:rPr>
        <w:t xml:space="preserve">[33:56] </w:t>
      </w:r>
      <w:r>
        <w:t>yahan par jo musalman ate hain na, sab dayein chalte hain, hindu jo ate hain bayein chalte hain,</w:t>
      </w:r>
    </w:p>
    <w:p>
      <w:pPr>
        <w:jc w:val="right"/>
      </w:pPr>
      <w:r>
        <w:t>یہاں پر جو مسلمان آتے ہیں نا، سب دائیں چلتے ہیں، ہندو جو آتے ہیں بائیں چلتے ہیں،</w:t>
      </w:r>
    </w:p>
    <w:p>
      <w:r>
        <w:rPr>
          <w:b/>
        </w:rPr>
        <w:t xml:space="preserve">[34:03] </w:t>
      </w:r>
      <w:r>
        <w:t>to mein samajhta hoon kyun aisa karte ho, to mein gate par khada tha, to</w:t>
      </w:r>
    </w:p>
    <w:p>
      <w:pPr>
        <w:jc w:val="right"/>
      </w:pPr>
      <w:r>
        <w:t>تو میں سمجھتا ہوں کیوں ایسا کرتے ہو، تو میں گیٹ پر کھڑا تھا، تو</w:t>
      </w:r>
    </w:p>
    <w:p>
      <w:r>
        <w:rPr>
          <w:b/>
        </w:rPr>
        <w:t xml:space="preserve">[34:09] </w:t>
      </w:r>
      <w:r>
        <w:t>kuch ladke aaye,</w:t>
      </w:r>
    </w:p>
    <w:p>
      <w:pPr>
        <w:jc w:val="right"/>
      </w:pPr>
      <w:r>
        <w:t>کچھ لڑکے آئے،</w:t>
      </w:r>
    </w:p>
    <w:p>
      <w:r>
        <w:rPr>
          <w:b/>
        </w:rPr>
        <w:t xml:space="preserve">[34:11] </w:t>
      </w:r>
      <w:r>
        <w:t>to ek bada ladka bhi tha, to woh ladke jo aaye woh lage</w:t>
      </w:r>
    </w:p>
    <w:p>
      <w:pPr>
        <w:jc w:val="right"/>
      </w:pPr>
      <w:r>
        <w:t>تو ایک بڑا لڑکا بھی تھا، تو وہ لڑکے جو آئے وہ لگے</w:t>
      </w:r>
    </w:p>
    <w:p>
      <w:r>
        <w:rPr>
          <w:b/>
        </w:rPr>
        <w:t xml:space="preserve">[34:18] </w:t>
      </w:r>
      <w:r>
        <w:t>bayein taraf jane, keep left ka, to woh ladka kehta hai daant kar ke, yeh kya ghair islami</w:t>
      </w:r>
    </w:p>
    <w:p>
      <w:pPr>
        <w:jc w:val="right"/>
      </w:pPr>
      <w:r>
        <w:t>بائیں طرف جانے، keep left کا، تو وہ لڑکا کہتا ہے ڈانٹ کر کے، یہ کیا غیر اسلامی</w:t>
      </w:r>
    </w:p>
    <w:p>
      <w:r>
        <w:rPr>
          <w:b/>
        </w:rPr>
        <w:t xml:space="preserve">[34:27] </w:t>
      </w:r>
      <w:r>
        <w:t>tareeqe se chal rahe ho, islami tareeqe se chalo,</w:t>
      </w:r>
    </w:p>
    <w:p>
      <w:pPr>
        <w:jc w:val="right"/>
      </w:pPr>
      <w:r>
        <w:t>طریقے سے چل رہے ہو، اسلامی طریقے سے چلو،</w:t>
      </w:r>
    </w:p>
    <w:p>
      <w:r>
        <w:rPr>
          <w:b/>
        </w:rPr>
        <w:t xml:space="preserve">[34:30] </w:t>
      </w:r>
      <w:r>
        <w:t>matlab dayein taraf chalo, to ab yeh abadi ek zamane mein dayein taraf chalne ko inhone samajh</w:t>
      </w:r>
    </w:p>
    <w:p>
      <w:pPr>
        <w:jc w:val="right"/>
      </w:pPr>
      <w:r>
        <w:t>مطلب دائیں طرف چلو، تو اب یہ ابدی ایک زمانے میں دائیں طرف چلنے کو انہوں نے سمجھ</w:t>
      </w:r>
    </w:p>
    <w:p>
      <w:r>
        <w:rPr>
          <w:b/>
        </w:rPr>
        <w:t xml:space="preserve">[34:36] </w:t>
      </w:r>
      <w:r>
        <w:t>liya tha ke muslim culture ka part hai, ab keepright ke bajaye keep left ka, isko aap</w:t>
      </w:r>
    </w:p>
    <w:p>
      <w:pPr>
        <w:jc w:val="right"/>
      </w:pPr>
      <w:r>
        <w:t>لیا تھا کہ مسلم کلچر کا پارٹ ہے، اب keepright کے بجائے keep left کا، اس کو آپ</w:t>
      </w:r>
    </w:p>
    <w:p>
      <w:r>
        <w:rPr>
          <w:b/>
        </w:rPr>
        <w:t xml:space="preserve">[34:42] </w:t>
      </w:r>
      <w:r>
        <w:t>ikhtiyar kaise karenge,</w:t>
      </w:r>
    </w:p>
    <w:p>
      <w:pPr>
        <w:jc w:val="right"/>
      </w:pPr>
      <w:r>
        <w:t>اختیار کیسے کریں گے،</w:t>
      </w:r>
    </w:p>
    <w:p>
      <w:r>
        <w:rPr>
          <w:b/>
        </w:rPr>
        <w:t xml:space="preserve">[34:45] </w:t>
      </w:r>
      <w:r>
        <w:t>purane zamane mein agar kisi wajah se inhone keep left ke bajaye keepright liya tha, to ab</w:t>
      </w:r>
    </w:p>
    <w:p>
      <w:pPr>
        <w:jc w:val="right"/>
      </w:pPr>
      <w:r>
        <w:t>پرانے زمانے میں اگر کسی وجہ سے انہوں نے keep left کے بجائے keepright لیا تھا، تو اب</w:t>
      </w:r>
    </w:p>
    <w:p>
      <w:r>
        <w:rPr>
          <w:b/>
        </w:rPr>
        <w:t xml:space="preserve">[34:51] </w:t>
      </w:r>
      <w:r>
        <w:t>aap keep left lijiye, ab america mein jayenge to wahan keepright hai, jahan jaisa hai wahan kar</w:t>
      </w:r>
    </w:p>
    <w:p>
      <w:pPr>
        <w:jc w:val="right"/>
      </w:pPr>
      <w:r>
        <w:t>آپ keep left لیجیے، اب امریکہ میں جائیں گے تو وہاں keepright ہے، جہاں جیسا ہے وہاں کر</w:t>
      </w:r>
    </w:p>
    <w:p>
      <w:r>
        <w:rPr>
          <w:b/>
        </w:rPr>
        <w:t xml:space="preserve">[34:56] </w:t>
      </w:r>
      <w:r>
        <w:t>dijiye, yeh koi abadi nahi hai yeh, ke keepright abadi nahi hai, waqti hai woh,</w:t>
      </w:r>
    </w:p>
    <w:p>
      <w:pPr>
        <w:jc w:val="right"/>
      </w:pPr>
      <w:r>
        <w:t>لیجیے، یہ کوئی ابدی نہیں ہے یہ، کہ keepright ابدی نہیں ہے، وقتی ہے وہ،</w:t>
      </w:r>
    </w:p>
    <w:p>
      <w:r>
        <w:rPr>
          <w:b/>
        </w:rPr>
        <w:t xml:space="preserve">[35:05] </w:t>
      </w:r>
      <w:r>
        <w:t>jaise qadeem zamane mein samajhte the ke jaraab par masah jo hai woh sirf chamde hi par ho</w:t>
      </w:r>
    </w:p>
    <w:p>
      <w:pPr>
        <w:jc w:val="right"/>
      </w:pPr>
      <w:r>
        <w:t>جیسے قدیم زمانے میں سمجھتے تھے کہ جراب پر مسح جو ہے وہ صرف چمڑے ہی پر ہو</w:t>
      </w:r>
    </w:p>
    <w:p>
      <w:r>
        <w:rPr>
          <w:b/>
        </w:rPr>
        <w:t xml:space="preserve">[35:10] </w:t>
      </w:r>
      <w:r>
        <w:t>sakta hai, budh mat ke paas jalti rahi thi, sirf chamde hi ka jaraab, ab logon ne maan</w:t>
      </w:r>
    </w:p>
    <w:p>
      <w:pPr>
        <w:jc w:val="right"/>
      </w:pPr>
      <w:r>
        <w:t>سکتا ہے، بدھ مت کے پاس جلتی رہی تھی، صرف چمڑے ہی کا جراب، اب لوگوں نے مان</w:t>
      </w:r>
    </w:p>
    <w:p>
      <w:r>
        <w:rPr>
          <w:b/>
        </w:rPr>
        <w:t xml:space="preserve">[35:16] </w:t>
      </w:r>
      <w:r>
        <w:t>liya bohat dinon ke baad ke yeh jo industrial mauzu hota hai woh sirf ho sakta hai, to</w:t>
      </w:r>
    </w:p>
    <w:p>
      <w:pPr>
        <w:jc w:val="right"/>
      </w:pPr>
      <w:r>
        <w:t>لیا بہت دنوں کے بعد کہ یہ جو انڈسٹریل موضوع ہوتا ہے وہ صرف ہو سکتا ہے، تو</w:t>
      </w:r>
    </w:p>
    <w:p>
      <w:r>
        <w:rPr>
          <w:b/>
        </w:rPr>
        <w:t xml:space="preserve">[35:22] </w:t>
      </w:r>
      <w:r>
        <w:t>yeh sab culture ki baatein hain, islam ki baatein nahi hain,</w:t>
      </w:r>
    </w:p>
    <w:p>
      <w:pPr>
        <w:jc w:val="right"/>
      </w:pPr>
      <w:r>
        <w:t>یہ سب کلچر کی باتیں ہیں، اسلام کی باتیں نہیں ہیں،</w:t>
      </w:r>
    </w:p>
    <w:p>
      <w:r>
        <w:rPr>
          <w:b/>
        </w:rPr>
        <w:t xml:space="preserve">[35:29] </w:t>
      </w:r>
      <w:r>
        <w:t>yeh sab bohat si cheezein aisi hain jo musalmanon se chipati hui hain, is se chipati hui hain,</w:t>
      </w:r>
    </w:p>
    <w:p>
      <w:pPr>
        <w:jc w:val="right"/>
      </w:pPr>
      <w:r>
        <w:t>یہ سب بہت سی چیزیں ایسی ہیں جو مسلمانوں سے چپٹی ہوئی ہیں، اس سے چپٹی ہوئی ہیں،</w:t>
      </w:r>
    </w:p>
    <w:p>
      <w:r>
        <w:rPr>
          <w:b/>
        </w:rPr>
        <w:t xml:space="preserve">[35:35] </w:t>
      </w:r>
      <w:r>
        <w:t>halanke woh part of muslim culture hain, part of islam nahi hain,</w:t>
      </w:r>
    </w:p>
    <w:p>
      <w:pPr>
        <w:jc w:val="right"/>
      </w:pPr>
      <w:r>
        <w:t>حالانکہ وہ part of مسلم کلچر ہیں، part of اسلام نہیں ہیں،</w:t>
      </w:r>
    </w:p>
    <w:p>
      <w:r>
        <w:rPr>
          <w:b/>
        </w:rPr>
        <w:t xml:space="preserve">[35:47] </w:t>
      </w:r>
      <w:r>
        <w:t>culture hamesha form ki shakal mein hota hai, culture ki koi spirit nahi hoti, form hota hai hamesha,</w:t>
      </w:r>
    </w:p>
    <w:p>
      <w:pPr>
        <w:jc w:val="right"/>
      </w:pPr>
      <w:r>
        <w:t>کلچر ہمیشہ فارم کی شکل میں ہوتا ہے، کلچر کی کوئی spirit نہیں ہوتی، فارم ہوتا ہے ہمیشہ،</w:t>
      </w:r>
    </w:p>
    <w:p>
      <w:r>
        <w:rPr>
          <w:b/>
        </w:rPr>
        <w:t xml:space="preserve">[35:54] </w:t>
      </w:r>
      <w:r>
        <w:t>to form agar halaat badal jayein to aap naya form ikhtiyar kar lijiye,</w:t>
      </w:r>
    </w:p>
    <w:p>
      <w:pPr>
        <w:jc w:val="right"/>
      </w:pPr>
      <w:r>
        <w:t>تو فارم اگر حالات بدل جائیں تو آپ نیا فارم اختیار کر لیجیے،</w:t>
      </w:r>
    </w:p>
    <w:p>
      <w:r>
        <w:rPr>
          <w:b/>
        </w:rPr>
        <w:t xml:space="preserve">[36:01] </w:t>
      </w:r>
      <w:r>
        <w:t>is se kya mushkil hai, hamare bachpan mein kuch log the jo note ko najayaz samajhte the,</w:t>
      </w:r>
    </w:p>
    <w:p>
      <w:pPr>
        <w:jc w:val="right"/>
      </w:pPr>
      <w:r>
        <w:t>اس سے کیا مشکل ہے، ہمارے بچپن میں کچھ لوگ تھے جو نوٹ کو ناجائز سمجھتے تھے،</w:t>
      </w:r>
    </w:p>
    <w:p>
      <w:r>
        <w:rPr>
          <w:b/>
        </w:rPr>
        <w:t xml:space="preserve">[36:09] </w:t>
      </w:r>
      <w:r>
        <w:t>aur sone chandi ke sikke le ke chalte the, mere bachpan ki baat hai, kyunke</w:t>
      </w:r>
    </w:p>
    <w:p>
      <w:pPr>
        <w:jc w:val="right"/>
      </w:pPr>
      <w:r>
        <w:t>اور سونے چاندی کے سکہ لے کے چلتے تھے، میرے بچپن کی بات ہے، کیونکہ</w:t>
      </w:r>
    </w:p>
    <w:p>
      <w:r>
        <w:rPr>
          <w:b/>
        </w:rPr>
        <w:t xml:space="preserve">[36:17] </w:t>
      </w:r>
      <w:r>
        <w:t>fiqah ki kitabon mein likha hua hai masla bismil,</w:t>
      </w:r>
    </w:p>
    <w:p>
      <w:pPr>
        <w:jc w:val="right"/>
      </w:pPr>
      <w:r>
        <w:t>فقہ کی کتابوں میں لکھا ہوا ہے مسئلہ بمثل،</w:t>
      </w:r>
    </w:p>
    <w:p>
      <w:r>
        <w:rPr>
          <w:b/>
        </w:rPr>
        <w:t xml:space="preserve">[36:21] </w:t>
      </w:r>
      <w:r>
        <w:t>to note jo aap dekhte hain to woh misl nahi dete, balkeh kaghaz kaghaz dete hain, aur woh</w:t>
      </w:r>
    </w:p>
    <w:p>
      <w:pPr>
        <w:jc w:val="right"/>
      </w:pPr>
      <w:r>
        <w:t>تو نوٹ جو آپ دیکھتے ہیں تو وہ مثل نہیں دیتے، بلکہ کاغذ کاغذ دیتے ہیں، اور وہ</w:t>
      </w:r>
    </w:p>
    <w:p>
      <w:r>
        <w:rPr>
          <w:b/>
        </w:rPr>
        <w:t xml:space="preserve">[36:28] </w:t>
      </w:r>
      <w:r>
        <w:t>aap ko ek shai deta hai, to masla bismil jo hai woh nahi chalega, ab note jo</w:t>
      </w:r>
    </w:p>
    <w:p>
      <w:pPr>
        <w:jc w:val="right"/>
      </w:pPr>
      <w:r>
        <w:t>آپ کو ایک شے دیتا ہے، تو مسئلہ بمثل جو ہے وہ نہیں چلے گا، اب نوٹ جو</w:t>
      </w:r>
    </w:p>
    <w:p>
      <w:r>
        <w:rPr>
          <w:b/>
        </w:rPr>
        <w:t xml:space="preserve">[36:37] </w:t>
      </w:r>
      <w:r>
        <w:t>hai us ko mana jayega sone chandi ke sikke ke manind, to fundamental principles jo hain woh</w:t>
      </w:r>
    </w:p>
    <w:p>
      <w:pPr>
        <w:jc w:val="right"/>
      </w:pPr>
      <w:r>
        <w:t>ہے اس کو مانا جائے گا سونے چاندی کے سکے کے مانند، تو fundamental principles جو ہیں وہ</w:t>
      </w:r>
    </w:p>
    <w:p>
      <w:r>
        <w:rPr>
          <w:b/>
        </w:rPr>
        <w:t xml:space="preserve">[36:44] </w:t>
      </w:r>
      <w:r>
        <w:t>quran o sunnat se lijiye, woh culture ke bare mein zamani class chaliye</w:t>
      </w:r>
    </w:p>
    <w:p>
      <w:pPr>
        <w:jc w:val="right"/>
      </w:pPr>
      <w:r>
        <w:t>قرآن و سنت سے لیجیے، وہ کلچر کے بارے میں زمانی کلاس چلیے</w:t>
      </w:r>
    </w:p>
    <w:p>
      <w:r>
        <w:rPr>
          <w:b/>
        </w:rPr>
        <w:t xml:space="preserve">[36:49] </w:t>
      </w:r>
      <w:r>
        <w:t>. suna na aap ne ek bar ye bhi kaha tha ke jo culture hota hai woh geography based</w:t>
      </w:r>
    </w:p>
    <w:p>
      <w:pPr>
        <w:jc w:val="right"/>
      </w:pPr>
      <w:r>
        <w:t>. सुना ना आपने एक बार ये भी कहा था कि जो culture होता है वो geography based</w:t>
      </w:r>
    </w:p>
    <w:p>
      <w:r>
        <w:rPr>
          <w:b/>
        </w:rPr>
        <w:t xml:space="preserve">[36:53] </w:t>
      </w:r>
      <w:r>
        <w:t>hota hai aur jo ideology hai woh geography based nahi hoti woh to eternal hoti hai.</w:t>
      </w:r>
    </w:p>
    <w:p>
      <w:pPr>
        <w:jc w:val="right"/>
      </w:pPr>
      <w:r>
        <w:t>होता है और जो ideology है वो geography based नहीं होती वो तो eternal होती है.</w:t>
      </w:r>
    </w:p>
    <w:p>
      <w:r>
        <w:rPr>
          <w:b/>
        </w:rPr>
        <w:t xml:space="preserve">[37:00] </w:t>
      </w:r>
      <w:r>
        <w:t>haan sahi hai, aise hi india mein jis dress ko muslim dress samajhte hain woh baki dunya mein</w:t>
      </w:r>
    </w:p>
    <w:p>
      <w:pPr>
        <w:jc w:val="right"/>
      </w:pPr>
      <w:r>
        <w:t>ہاں صحیح ہے، ایسے ہی انڈیا میں جس ڈریس کو مسلم ڈریس سمجھتے ہیں وہ باقی دنیا میں</w:t>
      </w:r>
    </w:p>
    <w:p>
      <w:r>
        <w:rPr>
          <w:b/>
        </w:rPr>
        <w:t xml:space="preserve">[37:05] </w:t>
      </w:r>
      <w:r>
        <w:t>kahin nahi hai,</w:t>
      </w:r>
    </w:p>
    <w:p>
      <w:pPr>
        <w:jc w:val="right"/>
      </w:pPr>
      <w:r>
        <w:t>کہیں نہیں ہے،</w:t>
      </w:r>
    </w:p>
    <w:p>
      <w:r>
        <w:rPr>
          <w:b/>
        </w:rPr>
        <w:t xml:space="preserve">[37:07] </w:t>
      </w:r>
      <w:r>
        <w:t>saudi mulkon mein nahi hai, afreeqa mein nahi hai, europe mein nahi hai, america mein nahi hai, wahan</w:t>
      </w:r>
    </w:p>
    <w:p>
      <w:pPr>
        <w:jc w:val="right"/>
      </w:pPr>
      <w:r>
        <w:t>سعودی ملکوں میں نہیں ہے، افریقہ میں نہیں ہے، یورپ میں نہیں ہے، امریکہ میں نہیں ہے، وہاں</w:t>
      </w:r>
    </w:p>
    <w:p>
      <w:r>
        <w:rPr>
          <w:b/>
        </w:rPr>
        <w:t xml:space="preserve">[37:14] </w:t>
      </w:r>
      <w:r>
        <w:t>aap jayen america mein to imam namaz padhega coat pant pehan kar aur sar bhi khula rahe</w:t>
      </w:r>
    </w:p>
    <w:p>
      <w:pPr>
        <w:jc w:val="right"/>
      </w:pPr>
      <w:r>
        <w:t>آپ جائیں امریکہ میں تو امام نماز پڑھے گا کوٹ پتلون پہن کر اور سر بھی کھلا رہے</w:t>
      </w:r>
    </w:p>
    <w:p>
      <w:r>
        <w:rPr>
          <w:b/>
        </w:rPr>
        <w:t xml:space="preserve">[37:19] </w:t>
      </w:r>
      <w:r>
        <w:t>ga, to india ke lehaz se to namaz hi nahi hui,</w:t>
      </w:r>
    </w:p>
    <w:p>
      <w:pPr>
        <w:jc w:val="right"/>
      </w:pPr>
      <w:r>
        <w:t>گا، تو انڈیا کے لحاظ سے تو نماز ہی نہیں ہوئی،</w:t>
      </w:r>
    </w:p>
    <w:p>
      <w:r>
        <w:rPr>
          <w:b/>
        </w:rPr>
        <w:t xml:space="preserve">[37:25] </w:t>
      </w:r>
      <w:r>
        <w:t>lekin wahan khoob achhe tarike se logon ne adopt kiya hua hai,</w:t>
      </w:r>
    </w:p>
    <w:p>
      <w:pPr>
        <w:jc w:val="right"/>
      </w:pPr>
      <w:r>
        <w:t>لیکن وہاں خوب اچھے طریقے سے لوگوں نے adopt کیا ہوا ہے،</w:t>
      </w:r>
    </w:p>
    <w:p>
      <w:r>
        <w:rPr>
          <w:b/>
        </w:rPr>
        <w:t xml:space="preserve">[37:32] </w:t>
      </w:r>
      <w:r>
        <w:t>to culture kabhi abhi dekhen india mein mujhe yad hai ye mere bachpan ki bat hai pehli bar</w:t>
      </w:r>
    </w:p>
    <w:p>
      <w:pPr>
        <w:jc w:val="right"/>
      </w:pPr>
      <w:r>
        <w:t>تو کلچر کبھی ابھی دیکھیں انڈیا میں مجھے یاد ہے یہ میرے بچپن کی بات ہے پہلی بار</w:t>
      </w:r>
    </w:p>
    <w:p>
      <w:r>
        <w:rPr>
          <w:b/>
        </w:rPr>
        <w:t xml:space="preserve">[37:40] </w:t>
      </w:r>
      <w:r>
        <w:t>jab woh aya all out speaker jo kehte the all maqbar saud</w:t>
      </w:r>
    </w:p>
    <w:p>
      <w:pPr>
        <w:jc w:val="right"/>
      </w:pPr>
      <w:r>
        <w:t>جب وہ آیا all out speaker جو کہتے تھے آل مقبر السعود</w:t>
      </w:r>
    </w:p>
    <w:p>
      <w:r>
        <w:rPr>
          <w:b/>
        </w:rPr>
        <w:t xml:space="preserve">[37:47] </w:t>
      </w:r>
      <w:r>
        <w:t>to shuru shuru mein ulma is ko najayaz bata diya unhon ne masjidon mein istemal ke liye kyunke</w:t>
      </w:r>
    </w:p>
    <w:p>
      <w:pPr>
        <w:jc w:val="right"/>
      </w:pPr>
      <w:r>
        <w:t>تو شروع شروع میں علماء اس کو ناجائز بتا دیا انہوں نے مسجدوں میں استعمال کے لیے کیونکہ</w:t>
      </w:r>
    </w:p>
    <w:p>
      <w:r>
        <w:rPr>
          <w:b/>
        </w:rPr>
        <w:t xml:space="preserve">[37:53] </w:t>
      </w:r>
      <w:r>
        <w:t>woh samajhte the ke awaz machine ki awaz hai, bahut der ke bad un ko pata chala ke</w:t>
      </w:r>
    </w:p>
    <w:p>
      <w:pPr>
        <w:jc w:val="right"/>
      </w:pPr>
      <w:r>
        <w:t>وہ سمجھتے تھے کہ آواز مشین کی آواز ہے، بہت دیر کے بعد ان کو پتہ چلا کہ</w:t>
      </w:r>
    </w:p>
    <w:p>
      <w:r>
        <w:rPr>
          <w:b/>
        </w:rPr>
        <w:t xml:space="preserve">[37:59] </w:t>
      </w:r>
      <w:r>
        <w:t>ye to usi insan ki awaz takbeer hai, usi ko magnify karna hai, tab ab dekhen masjidon mein</w:t>
      </w:r>
    </w:p>
    <w:p>
      <w:pPr>
        <w:jc w:val="right"/>
      </w:pPr>
      <w:r>
        <w:t>یہ تو اسی انسان کی آواز تکبیر ہے، اسی کو magnify کرنا ہے، تب اب دیکھیں مسجدوں میں</w:t>
      </w:r>
    </w:p>
    <w:p>
      <w:r>
        <w:rPr>
          <w:b/>
        </w:rPr>
        <w:t xml:space="preserve">[38:10] </w:t>
      </w:r>
      <w:r>
        <w:t>aisa lagta hai ke baghair loud speaker ke qazai namazen najayaz nahi, halanke usi india mein shuru shuru</w:t>
      </w:r>
    </w:p>
    <w:p>
      <w:pPr>
        <w:jc w:val="right"/>
      </w:pPr>
      <w:r>
        <w:t>ایسا لگتا ہے کہ بغیر loud speaker کے قضائی نمازیں ناجائز نہیں، حالانکہ اسی انڈیا میں شروع شروع</w:t>
      </w:r>
    </w:p>
    <w:p>
      <w:r>
        <w:rPr>
          <w:b/>
        </w:rPr>
        <w:t xml:space="preserve">[38:18] </w:t>
      </w:r>
      <w:r>
        <w:t>mein ulma is ko bhadakte the is se,</w:t>
      </w:r>
    </w:p>
    <w:p>
      <w:pPr>
        <w:jc w:val="right"/>
      </w:pPr>
      <w:r>
        <w:t>میں علماء اس کو بھڑکتے تھے اس سے،</w:t>
      </w:r>
    </w:p>
    <w:p>
      <w:r>
        <w:rPr>
          <w:b/>
        </w:rPr>
        <w:t xml:space="preserve">[38:23] </w:t>
      </w:r>
      <w:r>
        <w:t>to culture ko</w:t>
      </w:r>
    </w:p>
    <w:p>
      <w:pPr>
        <w:jc w:val="right"/>
      </w:pPr>
      <w:r>
        <w:t>تو کلچر کو</w:t>
      </w:r>
    </w:p>
    <w:p>
      <w:r>
        <w:rPr>
          <w:b/>
        </w:rPr>
        <w:t xml:space="preserve">[38:27] </w:t>
      </w:r>
      <w:r>
        <w:t>woh hamein de dete hain jo quran o sunnat ke usoolon ki galat hai,</w:t>
      </w:r>
    </w:p>
    <w:p>
      <w:pPr>
        <w:jc w:val="right"/>
      </w:pPr>
      <w:r>
        <w:t>وہ ہمیں دے دیتے ہیں جو قرآن و سنت کے اصولوں کی غلط ہے،</w:t>
      </w:r>
    </w:p>
    <w:p>
      <w:r>
        <w:rPr>
          <w:b/>
        </w:rPr>
        <w:t xml:space="preserve">[38:35] </w:t>
      </w:r>
      <w:r>
        <w:t>aur ye culture ki tashkeel geography se hoti hai,</w:t>
      </w:r>
    </w:p>
    <w:p>
      <w:pPr>
        <w:jc w:val="right"/>
      </w:pPr>
      <w:r>
        <w:t>اور یہ کلچر کی تشکیل جغرافیہ سے ہوتی ہے،</w:t>
      </w:r>
    </w:p>
    <w:p>
      <w:r>
        <w:rPr>
          <w:b/>
        </w:rPr>
        <w:t xml:space="preserve">[38:39] </w:t>
      </w:r>
      <w:r>
        <w:t>It is geography geographical condition that shapes the cultural modes achha ab aur koi baat.</w:t>
      </w:r>
    </w:p>
    <w:p>
      <w:pPr>
        <w:jc w:val="right"/>
      </w:pPr>
      <w:r>
        <w:t>It is geography geographical condition that shapes the cultural modes اچھا اب اور کوئی بات.</w:t>
      </w:r>
    </w:p>
    <w:p>
      <w:r>
        <w:rPr>
          <w:b/>
        </w:rPr>
        <w:t xml:space="preserve">[38:51] </w:t>
      </w:r>
      <w:r>
        <w:t>? maulana aap ne aaj ek aur nai bat kahi woh mere liye ek rule ki bat hai</w:t>
      </w:r>
    </w:p>
    <w:p>
      <w:pPr>
        <w:jc w:val="right"/>
      </w:pPr>
      <w:r>
        <w:t>؟ مولانا آپ نے آج ایک اور نئی بات کہی وہ میرے لیے ایک رول کی بات ہے</w:t>
      </w:r>
    </w:p>
    <w:p>
      <w:r>
        <w:rPr>
          <w:b/>
        </w:rPr>
        <w:t xml:space="preserve">[38:58] </w:t>
      </w:r>
      <w:r>
        <w:t>ke aadmi ko ye janna chahiye samajhna chahiye ke Allah taala naye halat kyun paida karta hai aur</w:t>
      </w:r>
    </w:p>
    <w:p>
      <w:pPr>
        <w:jc w:val="right"/>
      </w:pPr>
      <w:r>
        <w:t>کہ آدمی کو یہ جاننا چاہیے سمجھنا چاہیے کہ اللہ تعالیٰ نئے حالات کیوں پیدا کرتا ہے اور</w:t>
      </w:r>
    </w:p>
    <w:p>
      <w:r>
        <w:rPr>
          <w:b/>
        </w:rPr>
        <w:t xml:space="preserve">[39:04] </w:t>
      </w:r>
      <w:r>
        <w:t>is mein hamara role kya ho sakta hai, yeh bilkul hi bohat ahem baat hai mere liye.</w:t>
      </w:r>
    </w:p>
    <w:p>
      <w:pPr>
        <w:jc w:val="right"/>
      </w:pPr>
      <w:r>
        <w:t>اس میں ہمارا رول کیا ہو سکتا ہے، یہ بالکل ہی بہت اہم بات ہے میرے لیے.</w:t>
      </w:r>
    </w:p>
    <w:p>
      <w:r>
        <w:rPr>
          <w:b/>
        </w:rPr>
        <w:t xml:space="preserve">[39:10] </w:t>
      </w:r>
      <w:r>
        <w:t>jis tarah kisaan daryaft karta hai aise hi hum ko bhi daryaft karna hai kisaan ki tarah</w:t>
      </w:r>
    </w:p>
    <w:p>
      <w:pPr>
        <w:jc w:val="right"/>
      </w:pPr>
      <w:r>
        <w:t>جس طرح کسان دریافت کرتا ہے ایسے ہی ہم کو بھی دریافت کرنا ہے کسان کی طرح</w:t>
      </w:r>
    </w:p>
    <w:p>
      <w:r>
        <w:rPr>
          <w:b/>
        </w:rPr>
        <w:t xml:space="preserve">[39:18] </w:t>
      </w:r>
      <w:r>
        <w:t>ke britishs aaye to hamein jaanna tha ke kyun Allah ne bheja hai un ko, kyunke Quran se</w:t>
      </w:r>
    </w:p>
    <w:p>
      <w:pPr>
        <w:jc w:val="right"/>
      </w:pPr>
      <w:r>
        <w:t>کہ برٹشز آئے تو ہمیں جاننا تھا کہ کیوں اللہ نے بھیجا ہے ان کو، کیونکہ قرآن سے</w:t>
      </w:r>
    </w:p>
    <w:p>
      <w:r>
        <w:rPr>
          <w:b/>
        </w:rPr>
        <w:t xml:space="preserve">[39:23] </w:t>
      </w:r>
      <w:r>
        <w:t>saabit hai ke hukoomat jo hai Allah ki taraf se di jati hai,</w:t>
      </w:r>
    </w:p>
    <w:p>
      <w:pPr>
        <w:jc w:val="right"/>
      </w:pPr>
      <w:r>
        <w:t>ثابت ہے کہ حکومت جو ہے اللہ کی طرف سے دی جاتی ہے،</w:t>
      </w:r>
    </w:p>
    <w:p>
      <w:r>
        <w:rPr>
          <w:b/>
        </w:rPr>
        <w:t xml:space="preserve">[39:28] </w:t>
      </w:r>
      <w:r>
        <w:t>yeh to aaj bhi maujood hai,</w:t>
      </w:r>
    </w:p>
    <w:p>
      <w:pPr>
        <w:jc w:val="right"/>
      </w:pPr>
      <w:r>
        <w:t>یہ تو آج بھی موجود ہے،</w:t>
      </w:r>
    </w:p>
    <w:p>
      <w:r>
        <w:rPr>
          <w:b/>
        </w:rPr>
        <w:t xml:space="preserve">[39:32] </w:t>
      </w:r>
      <w:r>
        <w:t>woh ayat parhiye.</w:t>
      </w:r>
    </w:p>
    <w:p>
      <w:pPr>
        <w:jc w:val="right"/>
      </w:pPr>
      <w:r>
        <w:t>وہ آیت پڑھیے.</w:t>
      </w:r>
    </w:p>
    <w:p>
      <w:r>
        <w:rPr>
          <w:b/>
        </w:rPr>
        <w:t xml:space="preserve">[39:33] </w:t>
      </w:r>
      <w:r>
        <w:t>qulil laahu malikal mulki ootil mulka man tashaa u watanzi ul mulka mimman tashaa u mulk yani iqtidaar jo hai</w:t>
      </w:r>
    </w:p>
    <w:p>
      <w:pPr>
        <w:jc w:val="right"/>
      </w:pPr>
      <w:r>
        <w:t>قُلِ اللَّهُ مَّا مَلِكَ الْمُلْكِ اُوتِّ الْمُلْكَ مَنْ تَشَاءُ وَتَنْزِعُ الْمُلْكَ مِمَّنْ تَشَاءُ ملک یعنی اقتدار جو ہے</w:t>
      </w:r>
    </w:p>
    <w:p>
      <w:r>
        <w:rPr>
          <w:b/>
        </w:rPr>
        <w:t xml:space="preserve">[39:39] </w:t>
      </w:r>
      <w:r>
        <w:t>woh Allah ke haath mein hai, to Allah ne kuch dinon raajon ke zer e iqtidaar rakha tha, phir</w:t>
      </w:r>
    </w:p>
    <w:p>
      <w:pPr>
        <w:jc w:val="right"/>
      </w:pPr>
      <w:r>
        <w:t>وہ اللہ کے ہاتھ میں ہے، تو اللہ نے کچھ دنوں راجہوں کے زیرِ اقتدار رکھا تھا، پھر</w:t>
      </w:r>
    </w:p>
    <w:p>
      <w:r>
        <w:rPr>
          <w:b/>
        </w:rPr>
        <w:t xml:space="preserve">[39:46] </w:t>
      </w:r>
      <w:r>
        <w:t>Mughalon ko diya, phir Britishs diye, to aap is ke mukhalif kyun bante hain, kya jo mukhalifat karne</w:t>
      </w:r>
    </w:p>
    <w:p>
      <w:pPr>
        <w:jc w:val="right"/>
      </w:pPr>
      <w:r>
        <w:t>مغلوں کو دیا، پھر برٹشز دیے، تو آپ اس کے مخالف کیوں بنتے ہیں، کیا جو مخالفت کرنے</w:t>
      </w:r>
    </w:p>
    <w:p>
      <w:r>
        <w:rPr>
          <w:b/>
        </w:rPr>
        <w:t xml:space="preserve">[39:51] </w:t>
      </w:r>
      <w:r>
        <w:t>ke liye Allah ne diya hua hai us ko accept kijiye,</w:t>
      </w:r>
    </w:p>
    <w:p>
      <w:pPr>
        <w:jc w:val="right"/>
      </w:pPr>
      <w:r>
        <w:t>کے لیے اللہ کے دیا ہوا ہے اس کو accept کیجیے،</w:t>
      </w:r>
    </w:p>
    <w:p>
      <w:r>
        <w:rPr>
          <w:b/>
        </w:rPr>
        <w:t xml:space="preserve">[40:00] </w:t>
      </w:r>
      <w:r>
        <w:t>200 saal tak ladte rahe koi taraqqi nahi hui,</w:t>
      </w:r>
    </w:p>
    <w:p>
      <w:pPr>
        <w:jc w:val="right"/>
      </w:pPr>
      <w:r>
        <w:t>200 سال تک لڑتے رہے کوئی ترقی نہیں ہوئی،</w:t>
      </w:r>
    </w:p>
    <w:p>
      <w:r>
        <w:rPr>
          <w:b/>
        </w:rPr>
        <w:t xml:space="preserve">[40:04] </w:t>
      </w:r>
      <w:r>
        <w:t>agar accept kar lete to kitni zyada taraqqi hui hoti Musalmanon ki,</w:t>
      </w:r>
    </w:p>
    <w:p>
      <w:pPr>
        <w:jc w:val="right"/>
      </w:pPr>
      <w:r>
        <w:t>اگر accept کر لیتے تو کتنی زیادہ ترقی ہوئی ہوتی مسلمانوں کی،</w:t>
      </w:r>
    </w:p>
    <w:p>
      <w:r>
        <w:rPr>
          <w:b/>
        </w:rPr>
        <w:t xml:space="preserve">[40:11] </w:t>
      </w:r>
      <w:r>
        <w:t>mein Saudi Africa, South Africa ki misaal hai, wahan un ke liye aise halaat the ke unhein</w:t>
      </w:r>
    </w:p>
    <w:p>
      <w:pPr>
        <w:jc w:val="right"/>
      </w:pPr>
      <w:r>
        <w:t>میں سعودی افریقہ، ساؤتھ افریقہ کی مثال ہے، وہاں ان کے لیے ایسے حالات تھے کہ انہیں</w:t>
      </w:r>
    </w:p>
    <w:p>
      <w:r>
        <w:rPr>
          <w:b/>
        </w:rPr>
        <w:t xml:space="preserve">[40:17] </w:t>
      </w:r>
      <w:r>
        <w:t>British rule ko maanna pada,</w:t>
      </w:r>
    </w:p>
    <w:p>
      <w:pPr>
        <w:jc w:val="right"/>
      </w:pPr>
      <w:r>
        <w:t>برٹش رول کو ماننا پڑا،</w:t>
      </w:r>
    </w:p>
    <w:p>
      <w:r>
        <w:rPr>
          <w:b/>
        </w:rPr>
        <w:t xml:space="preserve">[40:19] </w:t>
      </w:r>
      <w:r>
        <w:t>revolt karne ke mawaqe nahi the, to South Africa bohat taraqqi yafta mulk hai, yehi ulma ke bete</w:t>
      </w:r>
    </w:p>
    <w:p>
      <w:pPr>
        <w:jc w:val="right"/>
      </w:pPr>
      <w:r>
        <w:t>revolt کرنے کے مواقع نہیں تھے، تو ساؤتھ افریقہ بہت ترقی یافتہ ملک ہے، یہی علماء کے بیٹے</w:t>
      </w:r>
    </w:p>
    <w:p>
      <w:r>
        <w:rPr>
          <w:b/>
        </w:rPr>
        <w:t xml:space="preserve">[40:27] </w:t>
      </w:r>
      <w:r>
        <w:t>aur pote agar is fakhr ke saath wahan rehte hain, jin ulma ne British rule ki mukhalifat ki</w:t>
      </w:r>
    </w:p>
    <w:p>
      <w:pPr>
        <w:jc w:val="right"/>
      </w:pPr>
      <w:r>
        <w:t>اور پوتے اگر اس فخر کے ساتھ وہاں رہتے ہیں، جن علماء نے برٹش رول کی مخالفت کی</w:t>
      </w:r>
    </w:p>
    <w:p>
      <w:r>
        <w:rPr>
          <w:b/>
        </w:rPr>
        <w:t xml:space="preserve">[40:32] </w:t>
      </w:r>
      <w:r>
        <w:t>thi wahi wahan ja kar un ke bete pote wahan fakhr ke saath rehte hain, halanke woh modern</w:t>
      </w:r>
    </w:p>
    <w:p>
      <w:pPr>
        <w:jc w:val="right"/>
      </w:pPr>
      <w:r>
        <w:t>تھی وہی وہاں جا کر ان کے بیٹے پوتے وہاں فخر کے ساتھ رہتے ہیں، حالانکہ وہ modern</w:t>
      </w:r>
    </w:p>
    <w:p>
      <w:r>
        <w:rPr>
          <w:b/>
        </w:rPr>
        <w:t xml:space="preserve">[40:39] </w:t>
      </w:r>
      <w:r>
        <w:t>jo South Africa hai woh Britishs ka diya hua hai.</w:t>
      </w:r>
    </w:p>
    <w:p>
      <w:pPr>
        <w:jc w:val="right"/>
      </w:pPr>
      <w:r>
        <w:t>جو ساؤتھ افریقہ ہے وہ برٹشز کا دیا ہوا ہے۔</w:t>
      </w:r>
    </w:p>
    <w:p>
      <w:r>
        <w:rPr>
          <w:b/>
        </w:rPr>
        <w:t xml:space="preserve">[40:44] </w:t>
      </w:r>
      <w:r>
        <w:t>Maulana jo change hai yeh aksar log is ko negative ke mani mein bhi lete hain jabke change</w:t>
      </w:r>
    </w:p>
    <w:p>
      <w:pPr>
        <w:jc w:val="right"/>
      </w:pPr>
      <w:r>
        <w:t>مولانا جو change ہے یہ اکثر لوگ اس کو negative کے معنی میں بھی لیتے ہیں جبکہ change</w:t>
      </w:r>
    </w:p>
    <w:p>
      <w:r>
        <w:rPr>
          <w:b/>
        </w:rPr>
        <w:t xml:space="preserve">[40:52] </w:t>
      </w:r>
      <w:r>
        <w:t>brings new challenges and with challenges progress happens to yeh kaise ek mind develop kiya ja sakta hai</w:t>
      </w:r>
    </w:p>
    <w:p>
      <w:pPr>
        <w:jc w:val="right"/>
      </w:pPr>
      <w:r>
        <w:t>brings new challenges and with challenges progress happens تو یہ کیسے ایک mind develop کیا جا سکتا ہے</w:t>
      </w:r>
    </w:p>
    <w:p>
      <w:r>
        <w:rPr>
          <w:b/>
        </w:rPr>
        <w:t xml:space="preserve">[41:00] </w:t>
      </w:r>
      <w:r>
        <w:t>ke change ko hum challenge samjhein na ke koi evil? Change hamesha challenge hi hota hai change lekin</w:t>
      </w:r>
    </w:p>
    <w:p>
      <w:pPr>
        <w:jc w:val="right"/>
      </w:pPr>
      <w:r>
        <w:t>کہ change کو ہم challenge سمجھیں نہ کہ کوئی evil؟ Change ہمیشہ challenge ہی ہوتا ہے change لیکن</w:t>
      </w:r>
    </w:p>
    <w:p>
      <w:r>
        <w:rPr>
          <w:b/>
        </w:rPr>
        <w:t xml:space="preserve">[41:10] </w:t>
      </w:r>
      <w:r>
        <w:t>kuch cheezein periphery par hoti hain, periphery par isi ko le kar mukhalif ban jaate hain log,</w:t>
      </w:r>
    </w:p>
    <w:p>
      <w:pPr>
        <w:jc w:val="right"/>
      </w:pPr>
      <w:r>
        <w:t>کچھ چیزیں periphery پر ہوتی ہیں، periphery پر اسی کو لے کر مخالف بن جاتے ہیں لوگ،</w:t>
      </w:r>
    </w:p>
    <w:p>
      <w:r>
        <w:rPr>
          <w:b/>
        </w:rPr>
        <w:t xml:space="preserve">[41:16] </w:t>
      </w:r>
      <w:r>
        <w:t>isi liye mukhalif ban jaate hain,</w:t>
      </w:r>
    </w:p>
    <w:p>
      <w:pPr>
        <w:jc w:val="right"/>
      </w:pPr>
      <w:r>
        <w:t>اسی لیے مخالف بن جاتے ہیں،</w:t>
      </w:r>
    </w:p>
    <w:p>
      <w:r>
        <w:rPr>
          <w:b/>
        </w:rPr>
        <w:t xml:space="preserve">[41:19] </w:t>
      </w:r>
      <w:r>
        <w:t>is ko essence kya hai, is ka</w:t>
      </w:r>
    </w:p>
    <w:p>
      <w:pPr>
        <w:jc w:val="right"/>
      </w:pPr>
      <w:r>
        <w:t>اس کو essence کیا ہے، اس کا</w:t>
      </w:r>
    </w:p>
    <w:p>
      <w:r>
        <w:rPr>
          <w:b/>
        </w:rPr>
        <w:t xml:space="preserve">[41:23] </w:t>
      </w:r>
      <w:r>
        <w:t>yani jar kya hai, is ko jaanna chahiye, tab aap pata karein ke aap ke change to hamari</w:t>
      </w:r>
    </w:p>
    <w:p>
      <w:pPr>
        <w:jc w:val="right"/>
      </w:pPr>
      <w:r>
        <w:t>یعنی جڑ کیا ہے، اس کو جاننا چاہیے، تب آپ پتہ کریں کہ آپ کے change تو ہماری</w:t>
      </w:r>
    </w:p>
    <w:p>
      <w:r>
        <w:rPr>
          <w:b/>
        </w:rPr>
        <w:t xml:space="preserve">[41:28] </w:t>
      </w:r>
      <w:r>
        <w:t>muwafiqat mein hai, khilaf nahi hai.</w:t>
      </w:r>
    </w:p>
    <w:p>
      <w:pPr>
        <w:jc w:val="right"/>
      </w:pPr>
      <w:r>
        <w:t>موافقت میں ہے، خلاف نہیں ہے۔</w:t>
      </w:r>
    </w:p>
    <w:p>
      <w:r>
        <w:rPr>
          <w:b/>
        </w:rPr>
        <w:t xml:space="preserve">[41:31] </w:t>
      </w:r>
      <w:r>
        <w:t>Maulana Doctor Hina ne sawal bheja hai aaj ke topic se related, unhon ne UK se bheja hai</w:t>
      </w:r>
    </w:p>
    <w:p>
      <w:pPr>
        <w:jc w:val="right"/>
      </w:pPr>
      <w:r>
        <w:t>مولانا ڈاکٹر حنا نے سوال بھیجا ہے آج کے topic سے related، انہوں نے UK سے بھیجا ہے</w:t>
      </w:r>
    </w:p>
    <w:p>
      <w:r>
        <w:rPr>
          <w:b/>
        </w:rPr>
        <w:t xml:space="preserve">[41:38] </w:t>
      </w:r>
      <w:r>
        <w:t>yeh sawal, to unhon ne likha hai ke</w:t>
      </w:r>
    </w:p>
    <w:p>
      <w:pPr>
        <w:jc w:val="right"/>
      </w:pPr>
      <w:r>
        <w:t>یہ سوال، تو انہوں نے لکھا ہے کہ</w:t>
      </w:r>
    </w:p>
    <w:p>
      <w:r>
        <w:rPr>
          <w:b/>
        </w:rPr>
        <w:t xml:space="preserve">[41:41] </w:t>
      </w:r>
      <w:r>
        <w:t>some scholars have explained Ummah-e-Wasat as companions of Prophet,</w:t>
      </w:r>
    </w:p>
    <w:p>
      <w:pPr>
        <w:jc w:val="right"/>
      </w:pPr>
      <w:r>
        <w:t>some scholars have explained Ummah-e-Wasat as companions of Prophet,</w:t>
      </w:r>
    </w:p>
    <w:p>
      <w:r>
        <w:rPr>
          <w:b/>
        </w:rPr>
        <w:t xml:space="preserve">[41:47] </w:t>
      </w:r>
      <w:r>
        <w:t>not the whole Ummah,</w:t>
      </w:r>
    </w:p>
    <w:p>
      <w:pPr>
        <w:jc w:val="right"/>
      </w:pPr>
      <w:r>
        <w:t>not the whole Ummah,</w:t>
      </w:r>
    </w:p>
    <w:p>
      <w:r>
        <w:rPr>
          <w:b/>
        </w:rPr>
        <w:t xml:space="preserve">[41:50] </w:t>
      </w:r>
      <w:r>
        <w:t>please clarify on this.</w:t>
      </w:r>
    </w:p>
    <w:p>
      <w:pPr>
        <w:jc w:val="right"/>
      </w:pPr>
      <w:r>
        <w:t>please clarify on this.</w:t>
      </w:r>
    </w:p>
    <w:p>
      <w:r>
        <w:rPr>
          <w:b/>
        </w:rPr>
        <w:t xml:space="preserve">[41:52] </w:t>
      </w:r>
      <w:r>
        <w:t>dekhen ikhtilaf to hamesha hi hota hai lekin maine is par likha hai kitaab mein tafseel ke</w:t>
      </w:r>
    </w:p>
    <w:p>
      <w:pPr>
        <w:jc w:val="right"/>
      </w:pPr>
      <w:r>
        <w:t>دیکھیں اختلاف تو ہمیشہ ہی ہوتا ہے لیکن میں نے اس پر لکھا ہے کتاب میں تفصیل کے</w:t>
      </w:r>
    </w:p>
    <w:p>
      <w:r>
        <w:rPr>
          <w:b/>
        </w:rPr>
        <w:t xml:space="preserve">[41:57] </w:t>
      </w:r>
      <w:r>
        <w:t>saath likha hai ke wasat ke lafzi maani hote hain beech,</w:t>
      </w:r>
    </w:p>
    <w:p>
      <w:pPr>
        <w:jc w:val="right"/>
      </w:pPr>
      <w:r>
        <w:t>ساتھ لکھا ہے کہ وسط کے لفظی معنی ہوتے ہیں بیچ،</w:t>
      </w:r>
    </w:p>
    <w:p>
      <w:r>
        <w:rPr>
          <w:b/>
        </w:rPr>
        <w:t xml:space="preserve">[42:03] </w:t>
      </w:r>
      <w:r>
        <w:t>doosre jo maani maine kaha woh locus se derived nahi hote, jin logon ne doosre maani likhe</w:t>
      </w:r>
    </w:p>
    <w:p>
      <w:pPr>
        <w:jc w:val="right"/>
      </w:pPr>
      <w:r>
        <w:t>دوسرے جو معنی میں نے کہا وہ locus سے derived نہیں ہوتے، جن لوگوں نے دوسرے معنی لکھے</w:t>
      </w:r>
    </w:p>
    <w:p>
      <w:r>
        <w:rPr>
          <w:b/>
        </w:rPr>
        <w:t xml:space="preserve">[42:09] </w:t>
      </w:r>
      <w:r>
        <w:t>hain, maslan kuch logon ne likha hai ke afzal ummah, to wasat ka maani afzal ummah hai hi</w:t>
      </w:r>
    </w:p>
    <w:p>
      <w:pPr>
        <w:jc w:val="right"/>
      </w:pPr>
      <w:r>
        <w:t>ہیں، مثلاً کچھ لوگوں نے لکھا ہے کہ افضل امت، تو وسط کا معنی افضل امت ہے ہی</w:t>
      </w:r>
    </w:p>
    <w:p>
      <w:r>
        <w:rPr>
          <w:b/>
        </w:rPr>
        <w:t xml:space="preserve">[42:14] </w:t>
      </w:r>
      <w:r>
        <w:t>nahi, to wasat ke jo literally jo lughwi maani hain us ko le kar hum ne banaya hai</w:t>
      </w:r>
    </w:p>
    <w:p>
      <w:pPr>
        <w:jc w:val="right"/>
      </w:pPr>
      <w:r>
        <w:t>نہیں، تو وسط کے جو literally جو لغوی معنی ہیں اس کو لے کر ہم نے بنایا ہے</w:t>
      </w:r>
    </w:p>
    <w:p>
      <w:r>
        <w:rPr>
          <w:b/>
        </w:rPr>
        <w:t xml:space="preserve">[42:21] </w:t>
      </w:r>
      <w:r>
        <w:t>beech ki ummah,</w:t>
      </w:r>
    </w:p>
    <w:p>
      <w:pPr>
        <w:jc w:val="right"/>
      </w:pPr>
      <w:r>
        <w:t>بیچ کی امت،</w:t>
      </w:r>
    </w:p>
    <w:p>
      <w:r>
        <w:rPr>
          <w:b/>
        </w:rPr>
        <w:t xml:space="preserve">[42:25] </w:t>
      </w:r>
      <w:r>
        <w:t>aur beech ki ummah is se saabit bhi hota hai liyakuna al-rasoolu shaheedan alaikum wa takunu shuhadaa'a ala al-naas</w:t>
      </w:r>
    </w:p>
    <w:p>
      <w:pPr>
        <w:jc w:val="right"/>
      </w:pPr>
      <w:r>
        <w:t>اور بیچ کی امت اس سے ثابت بھی ہوتا ہے لِّيَكُونُ الْرَسُولُ شَهِدًا عَلَيْكُمْ وَتَكُونُ شَهَدَاءً عَلَى النَّاسِ</w:t>
      </w:r>
    </w:p>
    <w:p>
      <w:r>
        <w:rPr>
          <w:b/>
        </w:rPr>
        <w:t xml:space="preserve">[42:31] </w:t>
      </w:r>
      <w:r>
        <w:t>ke tum ko lena hai rasool se aur tum ko dena hai poori insaniyat ko,</w:t>
      </w:r>
    </w:p>
    <w:p>
      <w:pPr>
        <w:jc w:val="right"/>
      </w:pPr>
      <w:r>
        <w:t>کہ تم کو لینا ہے رسول سے اور تم کو دینا ہے پوری انسانیت کو،</w:t>
      </w:r>
    </w:p>
    <w:p>
      <w:r>
        <w:rPr>
          <w:b/>
        </w:rPr>
        <w:t xml:space="preserve">[42:38] </w:t>
      </w:r>
      <w:r>
        <w:t>rasool ki duty hai ke woh tum ko de, tumhari duty hai ke tum saare alam insaniyat ko</w:t>
      </w:r>
    </w:p>
    <w:p>
      <w:pPr>
        <w:jc w:val="right"/>
      </w:pPr>
      <w:r>
        <w:t>رسول کی ڈیوٹی ہے کہ وہ تم کو دے، تمہاری ڈیوٹی ہے کہ تم سارے عالم انسانیت کو</w:t>
      </w:r>
    </w:p>
    <w:p>
      <w:r>
        <w:rPr>
          <w:b/>
        </w:rPr>
        <w:t xml:space="preserve">[42:43] </w:t>
      </w:r>
      <w:r>
        <w:t>do, isi mein nikah nikal raha hai,</w:t>
      </w:r>
    </w:p>
    <w:p>
      <w:pPr>
        <w:jc w:val="right"/>
      </w:pPr>
      <w:r>
        <w:t>دو، اسی میں نکاح نکل رہا ہے،</w:t>
      </w:r>
    </w:p>
    <w:p>
      <w:r>
        <w:rPr>
          <w:b/>
        </w:rPr>
        <w:t xml:space="preserve">[42:48] </w:t>
      </w:r>
      <w:r>
        <w:t>la yahan sabbiya hai</w:t>
      </w:r>
    </w:p>
    <w:p>
      <w:pPr>
        <w:jc w:val="right"/>
      </w:pPr>
      <w:r>
        <w:t>لا یہاں سببیہ ہے</w:t>
      </w:r>
    </w:p>
    <w:p>
      <w:r>
        <w:rPr>
          <w:b/>
        </w:rPr>
        <w:t xml:space="preserve">[42:50] </w:t>
      </w:r>
      <w:r>
        <w:t>rasool taake rasool ho tumhare upar gawah aur tum bano sari dunya ke upar gawah to yeh to</w:t>
      </w:r>
    </w:p>
    <w:p>
      <w:pPr>
        <w:jc w:val="right"/>
      </w:pPr>
      <w:r>
        <w:t>رسول تاکہ رسول ہو تمہارے اوپر گواہ اور تم بنو ساری دنیا کے اوپر گواہ تو یہ تو</w:t>
      </w:r>
    </w:p>
    <w:p>
      <w:r>
        <w:rPr>
          <w:b/>
        </w:rPr>
        <w:t xml:space="preserve">[42:57] </w:t>
      </w:r>
      <w:r>
        <w:t>beech matlab hua wohi ummat wasat ke mani beech ki ummat ke hain aur koi doosre mani yahan</w:t>
      </w:r>
    </w:p>
    <w:p>
      <w:pPr>
        <w:jc w:val="right"/>
      </w:pPr>
      <w:r>
        <w:t>بیچ مطلب ہوا وہی امت وسط کے معنی بیچ کی امت کے ہیں اور کوئی دوسرے معنی یہاں</w:t>
      </w:r>
    </w:p>
    <w:p>
      <w:r>
        <w:rPr>
          <w:b/>
        </w:rPr>
        <w:t xml:space="preserve">[43:05] </w:t>
      </w:r>
      <w:r>
        <w:t>fit nahin hote Maulana aap ne kaha hai ke secular modern education is meant to de-condition people</w:t>
      </w:r>
    </w:p>
    <w:p>
      <w:pPr>
        <w:jc w:val="right"/>
      </w:pPr>
      <w:r>
        <w:t>فٹ نہیں ہوتے مولانا آپ نے کہا ہے کہ سیکولر ماڈرن ایجوکیشن از مین ٹو ڈی کنڈیشن پیپل</w:t>
      </w:r>
    </w:p>
    <w:p>
      <w:r>
        <w:rPr>
          <w:b/>
        </w:rPr>
        <w:t xml:space="preserve">[43:13] </w:t>
      </w:r>
      <w:r>
        <w:t>And it is doing that but we find many Muslims who are the product of modern education still</w:t>
      </w:r>
    </w:p>
    <w:p>
      <w:pPr>
        <w:jc w:val="right"/>
      </w:pPr>
      <w:r>
        <w:t>اینڈ اٹ از ڈوئنگ دیٹ بٹ وی فائنڈ مینی مسلمز ہو آر دا پروڈکٹ اف ماڈرن ایجوکیشن سٹل</w:t>
      </w:r>
    </w:p>
    <w:p>
      <w:r>
        <w:rPr>
          <w:b/>
        </w:rPr>
        <w:t xml:space="preserve">[43:20] </w:t>
      </w:r>
      <w:r>
        <w:t>in the traditional mold why is this and what should we do reason yeh hai ke jo aaj</w:t>
      </w:r>
    </w:p>
    <w:p>
      <w:pPr>
        <w:jc w:val="right"/>
      </w:pPr>
      <w:r>
        <w:t>ان دا ٹریڈیشنل مولڈ وائی از دس اینڈ واٹ شوڈ وی ڈو ریزن یہ ہے کہ جو آج</w:t>
      </w:r>
    </w:p>
    <w:p>
      <w:r>
        <w:rPr>
          <w:b/>
        </w:rPr>
        <w:t xml:space="preserve">[43:28] </w:t>
      </w:r>
      <w:r>
        <w:t>kal taleem ka jo concept hai jo jo ghar se diya jata hai in ko ke yeh shakhsiyat</w:t>
      </w:r>
    </w:p>
    <w:p>
      <w:pPr>
        <w:jc w:val="right"/>
      </w:pPr>
      <w:r>
        <w:t>کل تعلیم کا جو کانسیپٹ ہے جو جو گھر سے دیا جاتا ہے ان کو کہ یہ شخصیت</w:t>
      </w:r>
    </w:p>
    <w:p>
      <w:r>
        <w:rPr>
          <w:b/>
        </w:rPr>
        <w:t xml:space="preserve">[43:36] </w:t>
      </w:r>
      <w:r>
        <w:t>ne shuru kiya hai is ko shakhsiyat ka is ka concept yeh tha ke agli parho bara yani</w:t>
      </w:r>
    </w:p>
    <w:p>
      <w:pPr>
        <w:jc w:val="right"/>
      </w:pPr>
      <w:r>
        <w:t>نے شروع کیا ہے اس کو شخصیت کا اس کا کانسیپٹ یہ تھا کہ اگلی پڑھو بڑا یعنی</w:t>
      </w:r>
    </w:p>
    <w:p>
      <w:r>
        <w:rPr>
          <w:b/>
        </w:rPr>
        <w:t xml:space="preserve">[43:44] </w:t>
      </w:r>
      <w:r>
        <w:t>education of philosophy ka of service yeh service yeh chala shakhsiyat se education philosophy ka jo job education</w:t>
      </w:r>
    </w:p>
    <w:p>
      <w:pPr>
        <w:jc w:val="right"/>
      </w:pPr>
      <w:r>
        <w:t>ایجوکیشن اف فلسفے کا اف سروس یہ سروس یہ چلا شخصیت سے ایجوکیشن فلسفے کا جو جاب ایجوکیشن</w:t>
      </w:r>
    </w:p>
    <w:p>
      <w:r>
        <w:rPr>
          <w:b/>
        </w:rPr>
        <w:t xml:space="preserve">[43:51] </w:t>
      </w:r>
      <w:r>
        <w:t>philosophy ka of employment to log parhte hain ke degree lo service karo degree lo service karo woh</w:t>
      </w:r>
    </w:p>
    <w:p>
      <w:pPr>
        <w:jc w:val="right"/>
      </w:pPr>
      <w:r>
        <w:t>فلسفے کا اف ایمپلائمنٹ تو لوگ پڑھتے ہیں کہ ڈگری لو سروس کرو ڈگری لو سروس کرو وہ</w:t>
      </w:r>
    </w:p>
    <w:p>
      <w:r>
        <w:rPr>
          <w:b/>
        </w:rPr>
        <w:t xml:space="preserve">[43:59] </w:t>
      </w:r>
      <w:r>
        <w:t>in ke zehn mein hota hi nahi ke woh apne aap ko decondition kar karna hai na</w:t>
      </w:r>
    </w:p>
    <w:p>
      <w:pPr>
        <w:jc w:val="right"/>
      </w:pPr>
      <w:r>
        <w:t>ان کے ذہن میں ہوتا ہی نہیں کہ وہ اپنے آپ کو ڈی کنڈیشن کر کرنا ہے نہ</w:t>
      </w:r>
    </w:p>
    <w:p>
      <w:r>
        <w:rPr>
          <w:b/>
        </w:rPr>
        <w:t xml:space="preserve">[44:07] </w:t>
      </w:r>
      <w:r>
        <w:t>baap na baap sikhate to jab parh ke aate hain to woh isi mahol mein lotte hain yani</w:t>
      </w:r>
    </w:p>
    <w:p>
      <w:pPr>
        <w:jc w:val="right"/>
      </w:pPr>
      <w:r>
        <w:t>باپ نہ باپ سکھاتے تو جب پڑھ کے آتے ہیں تو وہ اسی ماحول میں لوٹتے ہیں یعنی</w:t>
      </w:r>
    </w:p>
    <w:p>
      <w:r>
        <w:rPr>
          <w:b/>
        </w:rPr>
        <w:t xml:space="preserve">[44:14] </w:t>
      </w:r>
      <w:r>
        <w:t>jo mahol un ko school college mein tha is is mahol mein nahi lotte woh isi mahol mein</w:t>
      </w:r>
    </w:p>
    <w:p>
      <w:pPr>
        <w:jc w:val="right"/>
      </w:pPr>
      <w:r>
        <w:t>جو ماحول ان کو اسکول کالج میں تھا اس اس ماحول میں نہیں لوٹتے وہ اسی ماحول میں</w:t>
      </w:r>
    </w:p>
    <w:p>
      <w:r>
        <w:rPr>
          <w:b/>
        </w:rPr>
        <w:t xml:space="preserve">[44:22] </w:t>
      </w:r>
      <w:r>
        <w:t>lotate hain jo chala raha hai pehle se wahi purana culture wahi purani soch to main ne yahan</w:t>
      </w:r>
    </w:p>
    <w:p>
      <w:pPr>
        <w:jc w:val="right"/>
      </w:pPr>
      <w:r>
        <w:t>لوٹتے ہیں جو چلا رہا ہے پہلے سے وہی پرانا کلچر وہی پرانی سوچ تو میں نے یہاں</w:t>
      </w:r>
    </w:p>
    <w:p>
      <w:r>
        <w:rPr>
          <w:b/>
        </w:rPr>
        <w:t xml:space="preserve">[44:30] </w:t>
      </w:r>
      <w:r>
        <w:t>tak yeh haal hai ke main ne dekha abhi is safar mein ke jo american america ke student</w:t>
      </w:r>
    </w:p>
    <w:p>
      <w:pPr>
        <w:jc w:val="right"/>
      </w:pPr>
      <w:r>
        <w:t>تک یہ حال ہے کہ میں نے دیکھا ابھی اس سفر میں کہ جو امریکن امریکہ کے سٹوڈنٹ</w:t>
      </w:r>
    </w:p>
    <w:p>
      <w:r>
        <w:rPr>
          <w:b/>
        </w:rPr>
        <w:t xml:space="preserve">[44:38] </w:t>
      </w:r>
      <w:r>
        <w:t>paida hue phir unhon ne islam qubool kiya woh bhi waise hi ho gaye jaise musalman hain kyun</w:t>
      </w:r>
    </w:p>
    <w:p>
      <w:pPr>
        <w:jc w:val="right"/>
      </w:pPr>
      <w:r>
        <w:t>پیدا ہوئے پھر انہوں نے اسلام قبول کیا وہ بھی ویسے ہی ہو گئے جیسے مسلمان ہیں کیوں</w:t>
      </w:r>
    </w:p>
    <w:p>
      <w:r>
        <w:rPr>
          <w:b/>
        </w:rPr>
        <w:t xml:space="preserve">[44:45] </w:t>
      </w:r>
      <w:r>
        <w:t>fauran musalman kiya karte hain is ka naam badalte hain sab topi rakhte hain aur masjid masjid culture</w:t>
      </w:r>
    </w:p>
    <w:p>
      <w:pPr>
        <w:jc w:val="right"/>
      </w:pPr>
      <w:r>
        <w:t>فورا مسلمان کیا کرتے ہیں اس کا نام بدلتے ہیں سب ٹوپی رکھواتے ہیں اور مسجد مسجد کلچر</w:t>
      </w:r>
    </w:p>
    <w:p>
      <w:r>
        <w:rPr>
          <w:b/>
        </w:rPr>
        <w:t xml:space="preserve">[44:53] </w:t>
      </w:r>
      <w:r>
        <w:t>mein shamil karte hain is ko to bechara american aadmi bhi wahi koi ho jata hai jo jaise</w:t>
      </w:r>
    </w:p>
    <w:p>
      <w:pPr>
        <w:jc w:val="right"/>
      </w:pPr>
      <w:r>
        <w:t>میں شامل کرتے ہیں اس کو تو بیچارہ امریکن آدمی بھی وہی کوئی ہو جاتا ہے جو جیسے</w:t>
      </w:r>
    </w:p>
    <w:p>
      <w:r>
        <w:rPr>
          <w:b/>
        </w:rPr>
        <w:t xml:space="preserve">[45:01] </w:t>
      </w:r>
      <w:r>
        <w:t>musalman hain har cheez ke andar kaal namak ras namak shud yeh bohat hi ajeeb si cheez main</w:t>
      </w:r>
    </w:p>
    <w:p>
      <w:pPr>
        <w:jc w:val="right"/>
      </w:pPr>
      <w:r>
        <w:t>مسلمان ہیں ہر چیز کے اندر کال نمک رس نمک شد یہ بہت ہی عجیب سی چیز میں</w:t>
      </w:r>
    </w:p>
    <w:p>
      <w:r>
        <w:rPr>
          <w:b/>
        </w:rPr>
        <w:t xml:space="preserve">[45:08] </w:t>
      </w:r>
      <w:r>
        <w:t>ne dekhi ke jo american ya european hai wahan paida hue un ko musalman fauran yahi karte hain</w:t>
      </w:r>
    </w:p>
    <w:p>
      <w:pPr>
        <w:jc w:val="right"/>
      </w:pPr>
      <w:r>
        <w:t>نے دیکھی کہ جو امریکن یا یورپین ہے وہاں پیدا ہوئے ان کو مسلمان فورا یہی کرتے ہیں</w:t>
      </w:r>
    </w:p>
    <w:p>
      <w:r>
        <w:rPr>
          <w:b/>
        </w:rPr>
        <w:t xml:space="preserve">[45:16] </w:t>
      </w:r>
      <w:r>
        <w:t>ke naam badla topi rakhi aur daadhi rakhi aur masjid culture se jod diya un ko aur tableegh</w:t>
      </w:r>
    </w:p>
    <w:p>
      <w:pPr>
        <w:jc w:val="right"/>
      </w:pPr>
      <w:r>
        <w:t>کہ نام بدلا ٹوپی رکھوائی اور داڑھی رکھوائی اور مسجد کلچر سے جوڑ دیا ان کو اور تبلیغ</w:t>
      </w:r>
    </w:p>
    <w:p>
      <w:r>
        <w:rPr>
          <w:b/>
        </w:rPr>
        <w:t xml:space="preserve">[45:24] </w:t>
      </w:r>
      <w:r>
        <w:t>jammat chale mein nikal diya un ko to kaha isi mahol mein lota diya unhon ne jis mahol</w:t>
      </w:r>
    </w:p>
    <w:p>
      <w:pPr>
        <w:jc w:val="right"/>
      </w:pPr>
      <w:r>
        <w:t>جماعت چلے میں نکال دیا ان کو تو کہا اسی ماحول میں لوٹا دیا انہوں نے جس ماحول</w:t>
      </w:r>
    </w:p>
    <w:p>
      <w:r>
        <w:rPr>
          <w:b/>
        </w:rPr>
        <w:t xml:space="preserve">[45:32] </w:t>
      </w:r>
      <w:r>
        <w:t>ko chhod kar aaye the wapas isi mahol ko islami bana kar lota lota diya is liye kuch</w:t>
      </w:r>
    </w:p>
    <w:p>
      <w:pPr>
        <w:jc w:val="right"/>
      </w:pPr>
      <w:r>
        <w:t>کو چھوڑ کر آئے تھے واپس اسی ماحول کو اسلامی بنا کر لوٹا لوٹا دیا اس لیے کچھ</w:t>
      </w:r>
    </w:p>
    <w:p>
      <w:r>
        <w:rPr>
          <w:b/>
        </w:rPr>
        <w:t xml:space="preserve">[45:39] </w:t>
      </w:r>
      <w:r>
        <w:t>gehri tabdeel nahi ho rahi gehri tabdeel nahi ho rahi thi ke shor nahi is ka maulana to</w:t>
      </w:r>
    </w:p>
    <w:p>
      <w:pPr>
        <w:jc w:val="right"/>
      </w:pPr>
      <w:r>
        <w:t>گہری تبدیل نہیں ہو رہی گہری تبدیل نہیں ہو رہی تھی کہ شور نہیں اس کا مولانا تو</w:t>
      </w:r>
    </w:p>
    <w:p>
      <w:r>
        <w:rPr>
          <w:b/>
        </w:rPr>
        <w:t xml:space="preserve">[45:47] </w:t>
      </w:r>
      <w:r>
        <w:t>kya karna chahiye un ka jo doosra hissa tha sawal ka ke aisi surat mein kya karna chahiye</w:t>
      </w:r>
    </w:p>
    <w:p>
      <w:pPr>
        <w:jc w:val="right"/>
      </w:pPr>
      <w:r>
        <w:t>کیا کرنا چاہیے ان کا جو دوسرا حصہ تھا سوال کا کہ ایسی صورت میں کیا کرنا چاہیے</w:t>
      </w:r>
    </w:p>
    <w:p>
      <w:r>
        <w:rPr>
          <w:b/>
        </w:rPr>
        <w:t xml:space="preserve">[45:55] </w:t>
      </w:r>
      <w:r>
        <w:t>ke aisa na ho isi ke liye to hum ne detail tayar kiya so kitaben isi liye to</w:t>
      </w:r>
    </w:p>
    <w:p>
      <w:pPr>
        <w:jc w:val="right"/>
      </w:pPr>
      <w:r>
        <w:t>کہ ایسا نہ ہو اسی کے لیے تو ہم نے ڈیٹیل تیار کیا سو کتابیں اسی لیے تو</w:t>
      </w:r>
    </w:p>
    <w:p>
      <w:r>
        <w:rPr>
          <w:b/>
        </w:rPr>
        <w:t xml:space="preserve">[46:02] </w:t>
      </w:r>
      <w:r>
        <w:t>likhi hain khoob parhai khoob parhai jinhon ne parha hai woh badal gayi isi yahan yahan kai log</w:t>
      </w:r>
    </w:p>
    <w:p>
      <w:pPr>
        <w:jc w:val="right"/>
      </w:pPr>
      <w:r>
        <w:t>لکھی ہیں خوب پڑھوائی خوب پڑھوائی جنہوں نے پڑھا ہے وہ بدل گئی یہی یہاں یہاں کئی لوگ</w:t>
      </w:r>
    </w:p>
    <w:p>
      <w:r>
        <w:rPr>
          <w:b/>
        </w:rPr>
        <w:t xml:space="preserve">[46:10] </w:t>
      </w:r>
      <w:r>
        <w:t>bethe hue hain jinhon ne hamari kitaben padhi to un ka sahi soch badal gayi isi ke liye</w:t>
      </w:r>
    </w:p>
    <w:p>
      <w:pPr>
        <w:jc w:val="right"/>
      </w:pPr>
      <w:r>
        <w:t>بیٹھے ہوئے ہیں جنہوں نے ہماری کتابیں پڑھی تو ان کا صحیح سوچ بدل گئی اسی کے لیے</w:t>
      </w:r>
    </w:p>
    <w:p>
      <w:r>
        <w:rPr>
          <w:b/>
        </w:rPr>
        <w:t xml:space="preserve">[46:18] </w:t>
      </w:r>
      <w:r>
        <w:t>to kitaben likhi hain hum ne so se zyada kitaben dhoom se literature phailaiye bas literature ko farad</w:t>
      </w:r>
    </w:p>
    <w:p>
      <w:pPr>
        <w:jc w:val="right"/>
      </w:pPr>
      <w:r>
        <w:t>تو کتابیں لکھی ہیں ہم نے سو سے زیادہ کتابیں دھوم سے لٹریچر پھیلائیے بس لٹریچر کو فراڈ</w:t>
      </w:r>
    </w:p>
    <w:p>
      <w:r>
        <w:rPr>
          <w:b/>
        </w:rPr>
        <w:t xml:space="preserve">[46:26] </w:t>
      </w:r>
      <w:r>
        <w:t>kar dijiye isi pe aise log bethe hue hain jo khud jin ki zindagi batati hai ke woh</w:t>
      </w:r>
    </w:p>
    <w:p>
      <w:pPr>
        <w:jc w:val="right"/>
      </w:pPr>
      <w:r>
        <w:t>کر دیجئے اسی پہ ایسے لوگ بیٹھے ہوئے ہیں جو خود جن کی زندگی بتاتی ہے کہ وہ</w:t>
      </w:r>
    </w:p>
    <w:p>
      <w:r>
        <w:rPr>
          <w:b/>
        </w:rPr>
        <w:t xml:space="preserve">[46:33] </w:t>
      </w:r>
      <w:r>
        <w:t>yani unhon ne parha school college mein university mein aur un ki zindagi mein wahi qadeem culture ka</w:t>
      </w:r>
    </w:p>
    <w:p>
      <w:pPr>
        <w:jc w:val="right"/>
      </w:pPr>
      <w:r>
        <w:t>یعنی انہوں نے پڑھا اسکول کالج میں یونیورسٹی میں اور ان کی زندگیوں میں وہی قدیم کلچر کا</w:t>
      </w:r>
    </w:p>
    <w:p>
      <w:r>
        <w:rPr>
          <w:b/>
        </w:rPr>
        <w:t xml:space="preserve">[46:41] </w:t>
      </w:r>
      <w:r>
        <w:t>asar baqi tha phir bhi lekin jab unhon ne hamari literature ko parha to phir un ke andar</w:t>
      </w:r>
    </w:p>
    <w:p>
      <w:pPr>
        <w:jc w:val="right"/>
      </w:pPr>
      <w:r>
        <w:t>اثر باقی تھا پھر بھی لیکن جب انہوں نے ہماری لٹریچر کو پڑھا تو پھر ان کے اندر</w:t>
      </w:r>
    </w:p>
    <w:p>
      <w:r>
        <w:rPr>
          <w:b/>
        </w:rPr>
        <w:t xml:space="preserve">[46:49] </w:t>
      </w:r>
      <w:r>
        <w:t>change aaya isi liye aise log maujood hain to un ki conditioning jo hoti hai woh maholi hone</w:t>
      </w:r>
    </w:p>
    <w:p>
      <w:pPr>
        <w:jc w:val="right"/>
      </w:pPr>
      <w:r>
        <w:t>چینج آیا اسی لیے ایسے لوگ موجود ہیں تو ان کی کنڈیشننگ جو ہوتی ہے وہ ماحولی ہونے</w:t>
      </w:r>
    </w:p>
    <w:p>
      <w:r>
        <w:rPr>
          <w:b/>
        </w:rPr>
        <w:t xml:space="preserve">[46:56] </w:t>
      </w:r>
      <w:r>
        <w:t>lagti hai pehle bhi hui yani pre college period mein bhi mahol se woh un ki condition hui</w:t>
      </w:r>
    </w:p>
    <w:p>
      <w:pPr>
        <w:jc w:val="right"/>
      </w:pPr>
      <w:r>
        <w:t>لگتی ہے پہلے بھی ہوئی یعنی پری کالج پیریڈ میں بھی ماحول سے وہ ان کی کنڈیشن ہوئی</w:t>
      </w:r>
    </w:p>
    <w:p>
      <w:r>
        <w:rPr>
          <w:b/>
        </w:rPr>
        <w:t xml:space="preserve">[47:04] </w:t>
      </w:r>
      <w:r>
        <w:t>post college period mein bhi maholi lot aaye wahi condition hone lagi hatta ke main ne dekha ke</w:t>
      </w:r>
    </w:p>
    <w:p>
      <w:pPr>
        <w:jc w:val="right"/>
      </w:pPr>
      <w:r>
        <w:t>پوسٹ کالج پیریڈ میں بھی ماحولی لوٹ آئے وہی کنڈیشن ہونے لگی حتی کہ میں نے دیکھا کہ</w:t>
      </w:r>
    </w:p>
    <w:p>
      <w:r>
        <w:rPr>
          <w:b/>
        </w:rPr>
        <w:t xml:space="preserve">[47:12] </w:t>
      </w:r>
      <w:r>
        <w:t>europe america jo musalman rehte hain na woh sirf service ke liye jate hain office mein phir woh</w:t>
      </w:r>
    </w:p>
    <w:p>
      <w:pPr>
        <w:jc w:val="right"/>
      </w:pPr>
      <w:r>
        <w:t>یورپ امریکہ جو مسلمان رہتے ہیں نا وہ صرف سروس کے لیے جاتے ہیں افس میں پھر وہ</w:t>
      </w:r>
    </w:p>
    <w:p>
      <w:r>
        <w:rPr>
          <w:b/>
        </w:rPr>
        <w:t xml:space="preserve">[47:20] </w:t>
      </w:r>
      <w:r>
        <w:t>lot aate hain muslim culture mein bilkul service ke liye jayenge kisi office mein service se pehle</w:t>
      </w:r>
    </w:p>
    <w:p>
      <w:pPr>
        <w:jc w:val="right"/>
      </w:pPr>
      <w:r>
        <w:t>لوٹ آتے ہیں مسلم کلچر میں بالکل سروس کے لیے جائیں گے کسی افس میں سروس سے پہلے</w:t>
      </w:r>
    </w:p>
    <w:p>
      <w:r>
        <w:rPr>
          <w:b/>
        </w:rPr>
        <w:t xml:space="preserve">[47:27] </w:t>
      </w:r>
      <w:r>
        <w:t>service ke baad un ki zindagi guzarti hai isi isi culture mein wahi woh old muslim culture hai</w:t>
      </w:r>
    </w:p>
    <w:p>
      <w:pPr>
        <w:jc w:val="right"/>
      </w:pPr>
      <w:r>
        <w:t>سروس کے بعد ان کی زندگی گزرتی ہے اسی اسی کلچر میں وہی وہ اولڈ مسلم کلچر ہے</w:t>
      </w:r>
    </w:p>
    <w:p>
      <w:r>
        <w:rPr>
          <w:b/>
        </w:rPr>
        <w:t xml:space="preserve">[47:35] </w:t>
      </w:r>
      <w:r>
        <w:t>wohi un ke un ke ghar wale un ke bachche un ke bhai bahan un ke maa baap</w:t>
      </w:r>
    </w:p>
    <w:p>
      <w:pPr>
        <w:jc w:val="right"/>
      </w:pPr>
      <w:r>
        <w:t>وہی ان کے ان کے گھر والے ان کے بچے ان کے بھائی بہن ان کے ماں باپ</w:t>
      </w:r>
    </w:p>
    <w:p>
      <w:r>
        <w:rPr>
          <w:b/>
        </w:rPr>
        <w:t xml:space="preserve">[47:43] </w:t>
      </w:r>
      <w:r>
        <w:t>un ke dada nana wohi isi se jeete hain woh dobara to kuch farq nahi padta to jo</w:t>
      </w:r>
    </w:p>
    <w:p>
      <w:pPr>
        <w:jc w:val="right"/>
      </w:pPr>
      <w:r>
        <w:t>ان کے دادا نانا وہ اسی سے جیتے ہیں وہ دوبارہ تو کچھ فرق نہیں پڑتا تو جو</w:t>
      </w:r>
    </w:p>
    <w:p>
      <w:r>
        <w:rPr>
          <w:b/>
        </w:rPr>
        <w:t xml:space="preserve">[47:50] </w:t>
      </w:r>
      <w:r>
        <w:t>log hamari kitabein padhte hain un mein farq aaya hai jo kitabein padhte hain un mein farq aaya</w:t>
      </w:r>
    </w:p>
    <w:p>
      <w:pPr>
        <w:jc w:val="right"/>
      </w:pPr>
      <w:r>
        <w:t>لوگ ہماری کتابیں پڑھتے ہیں ان میں فرق آیا ہے جو کتابیں پڑھتے ہیں ان میں فرق آیا</w:t>
      </w:r>
    </w:p>
    <w:p>
      <w:r>
        <w:rPr>
          <w:b/>
        </w:rPr>
        <w:t xml:space="preserve">[47:58] </w:t>
      </w:r>
      <w:r>
        <w:t>hai mislan main isi safar mein meri mulaqat hui do sahib jo sagge bhai ek doosre hain rehte</w:t>
      </w:r>
    </w:p>
    <w:p>
      <w:pPr>
        <w:jc w:val="right"/>
      </w:pPr>
      <w:r>
        <w:t>ہے مثلاً میں اسی سفر میں میری ملاقات ہوئی دو صاحب جو سگے بھائی ایک دوسرے ہیں رہتے</w:t>
      </w:r>
    </w:p>
    <w:p>
      <w:r>
        <w:rPr>
          <w:b/>
        </w:rPr>
        <w:t xml:space="preserve">[48:06] </w:t>
      </w:r>
      <w:r>
        <w:t>hain america mein dono ke dono to ek sahib jinhone hamari kitabein padhi hain aur mission mein</w:t>
      </w:r>
    </w:p>
    <w:p>
      <w:pPr>
        <w:jc w:val="right"/>
      </w:pPr>
      <w:r>
        <w:t>ہیں امریکہ میں دونوں کے دونوں تو ایک صاحب جنہوں نے ہماری کتابیں پڑھی ہیں اور مشن میں</w:t>
      </w:r>
    </w:p>
    <w:p>
      <w:r>
        <w:rPr>
          <w:b/>
        </w:rPr>
        <w:t xml:space="preserve">[48:14] </w:t>
      </w:r>
      <w:r>
        <w:t>lage hue hain woh bilkul different the aur un ke doosre bhai un ke doosre bhai jo the</w:t>
      </w:r>
    </w:p>
    <w:p>
      <w:pPr>
        <w:jc w:val="right"/>
      </w:pPr>
      <w:r>
        <w:t>لگے ہوئے ہیں وہ بالکل ڈفرنٹ تھے اور ان کے دوسرے بھائی ان کے دوسرے بھائی جو تھے</w:t>
      </w:r>
    </w:p>
    <w:p>
      <w:r>
        <w:rPr>
          <w:b/>
        </w:rPr>
        <w:t xml:space="preserve">[48:21] </w:t>
      </w:r>
      <w:r>
        <w:t>unhone chaar shadiyan kar rakhi hain aur gyarah bachche paida kar rakhe hain aur jahan chhutti milti</w:t>
      </w:r>
    </w:p>
    <w:p>
      <w:pPr>
        <w:jc w:val="right"/>
      </w:pPr>
      <w:r>
        <w:t>انہوں نے چار شادیاں کر رکھی ہیں اور گیارہ بچے پیدا کر رکھے ہیں اور جہاں چھٹی ملتی</w:t>
      </w:r>
    </w:p>
    <w:p>
      <w:r>
        <w:rPr>
          <w:b/>
        </w:rPr>
        <w:t xml:space="preserve">[48:29] </w:t>
      </w:r>
      <w:r>
        <w:t>hai to hawa jaate hain biwi se milne ke liye yeh un ka khayal hai jinhone hamari</w:t>
      </w:r>
    </w:p>
    <w:p>
      <w:pPr>
        <w:jc w:val="right"/>
      </w:pPr>
      <w:r>
        <w:t>ہے تو ہوا جاتے ہیں بیوی سے ملنے کے لیے یہ ان کا خیال ہے جنہوں نے ہماری</w:t>
      </w:r>
    </w:p>
    <w:p>
      <w:r>
        <w:rPr>
          <w:b/>
        </w:rPr>
        <w:t xml:space="preserve">[48:37] </w:t>
      </w:r>
      <w:r>
        <w:t>kitabein nahi padhi hain to dono dono sagge bhai hain lekin jinhone kitabein padhi hain woh baqayda</w:t>
      </w:r>
    </w:p>
    <w:p>
      <w:pPr>
        <w:jc w:val="right"/>
      </w:pPr>
      <w:r>
        <w:t>کتابیں نہیں پڑھی ہیں تو دونوں دونوں سگے بھائی ہیں لیکن جنہوں نے کتابیں پڑھی ہیں وہ باقاعدہ</w:t>
      </w:r>
    </w:p>
    <w:p>
      <w:r>
        <w:rPr>
          <w:b/>
        </w:rPr>
        <w:t xml:space="preserve">[48:44] </w:t>
      </w:r>
      <w:r>
        <w:t>dawat ka kaam kar rahe hain un ki soch bilkul different ho gayi hai aur jo nahi padhi</w:t>
      </w:r>
    </w:p>
    <w:p>
      <w:pPr>
        <w:jc w:val="right"/>
      </w:pPr>
      <w:r>
        <w:t>دعوت کا کام کر رہے ہیں ان کی سوچ بالکل ڈفرنٹ ہو گئی ہے اور جو نہیں پڑھی</w:t>
      </w:r>
    </w:p>
    <w:p>
      <w:r>
        <w:rPr>
          <w:b/>
        </w:rPr>
        <w:t xml:space="preserve">[48:52] </w:t>
      </w:r>
      <w:r>
        <w:t>hain to un ka itne jante hain paisa kamao chaar shadiyan karo aur bachche paida karo bas yeh</w:t>
      </w:r>
    </w:p>
    <w:p>
      <w:pPr>
        <w:jc w:val="right"/>
      </w:pPr>
      <w:r>
        <w:t>ہیں تو ان کا اتنے جانتے ہیں پیسہ کماؤ چار شادیاں کرو اور بچے پیدا کرو بس یہ</w:t>
      </w:r>
    </w:p>
    <w:p>
      <w:r>
        <w:rPr>
          <w:b/>
        </w:rPr>
        <w:t xml:space="preserve">[49:00] </w:t>
      </w:r>
      <w:r>
        <w:t>culture hai maulana yeh ek sawal aaya hai professor a hameed allahabad se aur unhone likha</w:t>
      </w:r>
    </w:p>
    <w:p>
      <w:pPr>
        <w:jc w:val="right"/>
      </w:pPr>
      <w:r>
        <w:t>کلچر ہے مولانا یہ ایک سوال آیا ہے پروفیسر اے حمید الہ آباد سے اور انہوں نے لکھا</w:t>
      </w:r>
    </w:p>
    <w:p>
      <w:r>
        <w:rPr>
          <w:b/>
        </w:rPr>
        <w:t xml:space="preserve">[49:08] </w:t>
      </w:r>
      <w:r>
        <w:t>hai ke maulana ek sahib ko jab maloom hua ke ab aap urdu mein nahi likhenge to</w:t>
      </w:r>
    </w:p>
    <w:p>
      <w:pPr>
        <w:jc w:val="right"/>
      </w:pPr>
      <w:r>
        <w:t>ہے کہ مولانا ایک صاحب کو جب معلوم ہوا کہ اب آپ اردو میں نہیں لکھیں گے تو</w:t>
      </w:r>
    </w:p>
    <w:p>
      <w:r>
        <w:rPr>
          <w:b/>
        </w:rPr>
        <w:t xml:space="preserve">[49:15] </w:t>
      </w:r>
      <w:r>
        <w:t>unhein bada afsos hua woh chahte hain ke aap urdu mein bhi kitabein likhte rahein taake woh aap</w:t>
      </w:r>
    </w:p>
    <w:p>
      <w:pPr>
        <w:jc w:val="right"/>
      </w:pPr>
      <w:r>
        <w:t>انہیں بڑا افسوس ہوا وہ چاہتے ہیں کہ آپ اردو میں بھی کتابیں لکھتے رہیں تاکہ وہ آپ</w:t>
      </w:r>
    </w:p>
    <w:p>
      <w:r>
        <w:rPr>
          <w:b/>
        </w:rPr>
        <w:t xml:space="preserve">[49:23] </w:t>
      </w:r>
      <w:r>
        <w:t>ke ilm se faida uthayein aur kaha al risala ke articles ko kitab mein bhi jama karein taake risala</w:t>
      </w:r>
    </w:p>
    <w:p>
      <w:pPr>
        <w:jc w:val="right"/>
      </w:pPr>
      <w:r>
        <w:t>کے علم سے فائدہ اٹھائیں اور کہا الرسالہ کے آرٹیکلز کو کتاب میں بھی جمع کریں تاکہ رسالہ</w:t>
      </w:r>
    </w:p>
    <w:p>
      <w:r>
        <w:rPr>
          <w:b/>
        </w:rPr>
        <w:t xml:space="preserve">[49:31] </w:t>
      </w:r>
      <w:r>
        <w:t>ka record ban jaye inshallah inshallah inshallah maulana yeh raziya siddiqui ne sawal pucha hai dilli se unho</w:t>
      </w:r>
    </w:p>
    <w:p>
      <w:pPr>
        <w:jc w:val="right"/>
      </w:pPr>
      <w:r>
        <w:t>کا ریکارڈ بن جائے انشاءاللہ انشاءاللہ انشاءاللہ مولانا یہ راضیہ صدیقی نے سوال پوچھا ہے دلی سے انہوں</w:t>
      </w:r>
    </w:p>
    <w:p>
      <w:r>
        <w:rPr>
          <w:b/>
        </w:rPr>
        <w:t xml:space="preserve">[49:38] </w:t>
      </w:r>
      <w:r>
        <w:t>نے لکھا ہے کہ you mention that it is not the roots or soil that need to change</w:t>
      </w:r>
    </w:p>
    <w:p>
      <w:pPr>
        <w:jc w:val="right"/>
      </w:pPr>
      <w:r>
        <w:t>نے لکھا ہے کہ یو مینشن دیٹ اٹ از ناٹ دا روٹس اور سوائل دیٹ نیڈ ٹو چینج</w:t>
      </w:r>
    </w:p>
    <w:p>
      <w:r>
        <w:rPr>
          <w:b/>
        </w:rPr>
        <w:t xml:space="preserve">[49:46] </w:t>
      </w:r>
      <w:r>
        <w:t>But the tree which grows above does it mean that cultural effect is very superficial and therefore</w:t>
      </w:r>
    </w:p>
    <w:p>
      <w:pPr>
        <w:jc w:val="right"/>
      </w:pPr>
      <w:r>
        <w:t>بٹ دا ٹری وچ گروز اباؤ ڈز اٹ مین دیٹ کلچرل ایفیکٹ از ویری سپرفیشل اینڈ دیر فور</w:t>
      </w:r>
    </w:p>
    <w:p>
      <w:r>
        <w:rPr>
          <w:b/>
        </w:rPr>
        <w:t xml:space="preserve">[49:54] </w:t>
      </w:r>
      <w:r>
        <w:t>even bringing about a radical change is easy haan main to yahi manta hoon ke qadeem culture ko</w:t>
      </w:r>
    </w:p>
    <w:p>
      <w:pPr>
        <w:jc w:val="right"/>
      </w:pPr>
      <w:r>
        <w:t>ایون برنگنگ اباؤٹ ا ریڈیکل چینج از ایزی ہاں میں تو یہی مانتا ہوں کہ قدیم کلچر کو</w:t>
      </w:r>
    </w:p>
    <w:p>
      <w:r>
        <w:rPr>
          <w:b/>
        </w:rPr>
        <w:t xml:space="preserve">[50:02] </w:t>
      </w:r>
      <w:r>
        <w:t>radical tor par badal badal dena chahiye aur allah taala ke hi iski tatari hamla isi liye</w:t>
      </w:r>
    </w:p>
    <w:p>
      <w:pPr>
        <w:jc w:val="right"/>
      </w:pPr>
      <w:r>
        <w:t>ریڈیکل طور پر بدل بدل دینا چاہیے اور اللہ تعالیٰ کے ہی اس کی تاتاری حملہ اسی لیے</w:t>
      </w:r>
    </w:p>
    <w:p>
      <w:r>
        <w:rPr>
          <w:b/>
        </w:rPr>
        <w:t xml:space="preserve">[50:09] </w:t>
      </w:r>
      <w:r>
        <w:t>hua tha ataturk ka jo operation tha isi liye hua tha india mein jo british aaye isi liye</w:t>
      </w:r>
    </w:p>
    <w:p>
      <w:pPr>
        <w:jc w:val="right"/>
      </w:pPr>
      <w:r>
        <w:t>ہوا تھا اطاترک کا جو آپریشن تھا اسی لیے ہوا تھا انڈیا میں جو برٹش آئے اسی لیے</w:t>
      </w:r>
    </w:p>
    <w:p>
      <w:r>
        <w:rPr>
          <w:b/>
        </w:rPr>
        <w:t xml:space="preserve">[50:17] </w:t>
      </w:r>
      <w:r>
        <w:t>bheja allah taala ne main yeh manta hoon aur main misal di yahud ki ke yahud musalman samajhte</w:t>
      </w:r>
    </w:p>
    <w:p>
      <w:pPr>
        <w:jc w:val="right"/>
      </w:pPr>
      <w:r>
        <w:t>بھیجا اللہ تعالیٰ نے میں یہ مانتا ہوں اور میں مثال دی یہود کی کہ یہود مسلمان سمجھتے</w:t>
      </w:r>
    </w:p>
    <w:p>
      <w:r>
        <w:rPr>
          <w:b/>
        </w:rPr>
        <w:t xml:space="preserve">[50:25] </w:t>
      </w:r>
      <w:r>
        <w:t>hain ke ji yahud madine mein the wohi aaj bhi hain halanke bilkul baseless baat hai yeh jo</w:t>
      </w:r>
    </w:p>
    <w:p>
      <w:pPr>
        <w:jc w:val="right"/>
      </w:pPr>
      <w:r>
        <w:t>ہیں کہ جی یہود مدینے میں تھے وہی آج بھی ہیں حالانکہ بالکل بیسلیس بات ہے یہ جو</w:t>
      </w:r>
    </w:p>
    <w:p>
      <w:r>
        <w:rPr>
          <w:b/>
        </w:rPr>
        <w:t xml:space="preserve">[50:32] </w:t>
      </w:r>
      <w:r>
        <w:t>madine mein yahud the to san 70 isvi mein yani rasool allah ke ba'sat ke baad san 70</w:t>
      </w:r>
    </w:p>
    <w:p>
      <w:pPr>
        <w:jc w:val="right"/>
      </w:pPr>
      <w:r>
        <w:t>مدینے میں یہود تھے تو سن 70 عیسوی میں یعنی رسول اللہ کے بعثت کے بعد سن 70</w:t>
      </w:r>
    </w:p>
    <w:p>
      <w:r>
        <w:rPr>
          <w:b/>
        </w:rPr>
        <w:t xml:space="preserve">[50:40] </w:t>
      </w:r>
      <w:r>
        <w:t>isvi mein titus romi ne attack kiya aur logon ko maar peet ke bhaga diya to sab chale</w:t>
      </w:r>
    </w:p>
    <w:p>
      <w:pPr>
        <w:jc w:val="right"/>
      </w:pPr>
      <w:r>
        <w:t>عیسوی میں Titus Romi نے اٹیک کیا اور لوگوں کو مار پیٹ کے بھگا دیا تو سب چلے</w:t>
      </w:r>
    </w:p>
    <w:p>
      <w:r>
        <w:rPr>
          <w:b/>
        </w:rPr>
        <w:t xml:space="preserve">[50:48] </w:t>
      </w:r>
      <w:r>
        <w:t>gaye western countries mein zyada tar yani diaspora mein to wahan unhone education di modern education scientific</w:t>
      </w:r>
    </w:p>
    <w:p>
      <w:pPr>
        <w:jc w:val="right"/>
      </w:pPr>
      <w:r>
        <w:t>گئے ویسٹرن کنٹریز میں زیادہ تر یعنی ڈائسپورا میں تو وہاں انہوں نے ایجوکیشن دی ماڈرن ایجوکیشن سائنٹیفک</w:t>
      </w:r>
    </w:p>
    <w:p>
      <w:r>
        <w:rPr>
          <w:b/>
        </w:rPr>
        <w:t xml:space="preserve">[50:56] </w:t>
      </w:r>
      <w:r>
        <w:t>education to aaj ka yahudi bilkul mukhtalif hai secular sense mein main yeh nahi keh raha hoon ke</w:t>
      </w:r>
    </w:p>
    <w:p>
      <w:pPr>
        <w:jc w:val="right"/>
      </w:pPr>
      <w:r>
        <w:t>ایجوکیشن تو آج کا یہودی بالکل مختلف ہے سیکولر سینس میں میں یہ نہیں کہہ رہا ہوں کہ</w:t>
      </w:r>
    </w:p>
    <w:p>
      <w:r>
        <w:rPr>
          <w:b/>
        </w:rPr>
        <w:t xml:space="preserve">[51:03] </w:t>
      </w:r>
      <w:r>
        <w:t>woh baibilist jurh gaye lekin woh jo un ka jo un ka jo old type tha woh khatm</w:t>
      </w:r>
    </w:p>
    <w:p>
      <w:pPr>
        <w:jc w:val="right"/>
      </w:pPr>
      <w:r>
        <w:t>وہ بائبلسٹ جڑ گئے لیکن وہ جو ان کا جو ان کا جو اولڈ ٹائپ تھا وہ ختم</w:t>
      </w:r>
    </w:p>
    <w:p>
      <w:r>
        <w:rPr>
          <w:b/>
        </w:rPr>
        <w:t xml:space="preserve">[51:11] </w:t>
      </w:r>
      <w:r>
        <w:t>ho gaya aaj ka yahudi bohat hi realist hai bohat hi rational hai bohat hi zyada yani modern</w:t>
      </w:r>
    </w:p>
    <w:p>
      <w:pPr>
        <w:jc w:val="right"/>
      </w:pPr>
      <w:r>
        <w:t>ہو گیا آج کا یہودی بہت ہی ریلسٹ ہے بہت ہی ریشنل ہے بہت ہی زیادہ یعنی ماڈرن</w:t>
      </w:r>
    </w:p>
    <w:p>
      <w:r>
        <w:rPr>
          <w:b/>
        </w:rPr>
        <w:t xml:space="preserve">[51:19] </w:t>
      </w:r>
      <w:r>
        <w:t>cheezon ko samajhta hai mislan mujhe zahiri taur par aise waqiat pesh aaye mislan mein ek qissa batata</w:t>
      </w:r>
    </w:p>
    <w:p>
      <w:pPr>
        <w:jc w:val="right"/>
      </w:pPr>
      <w:r>
        <w:t>چیزوں کو سمجھتا ہے مثلاً مجھے ظاہری طور پر ایسے واقعات پیش آئے مثلاً میں ایک قصہ بتاتا</w:t>
      </w:r>
    </w:p>
    <w:p>
      <w:r>
        <w:rPr>
          <w:b/>
        </w:rPr>
        <w:t xml:space="preserve">[51:26] </w:t>
      </w:r>
      <w:r>
        <w:t>hoon aap ko Asfari road par ek thay un ka naam tha woh bohat hi baray business tha</w:t>
      </w:r>
    </w:p>
    <w:p>
      <w:pPr>
        <w:jc w:val="right"/>
      </w:pPr>
      <w:r>
        <w:t>ہوں آپ کو اصفری روڈ پر ایک تھے ان کا نام تھا وہ بہت ہی بڑے بزنس تھا</w:t>
      </w:r>
    </w:p>
    <w:p>
      <w:r>
        <w:rPr>
          <w:b/>
        </w:rPr>
        <w:t xml:space="preserve">[51:34] </w:t>
      </w:r>
      <w:r>
        <w:t>un ka bohat bara un ka intiqal ho chuka hai to Kapila mister Kapila un ka captions is</w:t>
      </w:r>
    </w:p>
    <w:p>
      <w:pPr>
        <w:jc w:val="right"/>
      </w:pPr>
      <w:r>
        <w:t>ان کا بہت بڑا ان کا انتقال ہو چکا ہے تو کپیلا مسٹر کپیلا ان کا کیپشنز اس</w:t>
      </w:r>
    </w:p>
    <w:p>
      <w:r>
        <w:rPr>
          <w:b/>
        </w:rPr>
        <w:t xml:space="preserve">[51:42] </w:t>
      </w:r>
      <w:r>
        <w:t>ke woh tha office un ka captions bohat hi bara ab un ka intiqal ho chuka hai to</w:t>
      </w:r>
    </w:p>
    <w:p>
      <w:pPr>
        <w:jc w:val="right"/>
      </w:pPr>
      <w:r>
        <w:t>کے وہ تھا افس ان کا کیپشنز بہت ہی بڑا اب ان کا انتقال ہو چکا ہے تو</w:t>
      </w:r>
    </w:p>
    <w:p>
      <w:r>
        <w:rPr>
          <w:b/>
        </w:rPr>
        <w:t xml:space="preserve">[51:50] </w:t>
      </w:r>
      <w:r>
        <w:t>un ka tell hona mere paas ke ek yahudi hamare aayega is se aap baat karna chahein</w:t>
      </w:r>
    </w:p>
    <w:p>
      <w:pPr>
        <w:jc w:val="right"/>
      </w:pPr>
      <w:r>
        <w:t>ان کا ٹیل ہونا میرے پاس کہ ایک یہودی ہمارے آئے گا اس سے آپ بات کرنا چاہیں</w:t>
      </w:r>
    </w:p>
    <w:p>
      <w:r>
        <w:rPr>
          <w:b/>
        </w:rPr>
        <w:t xml:space="preserve">[51:57] </w:t>
      </w:r>
      <w:r>
        <w:t>to aajaiye to mein gaya to un ke office mein ek alag kamra tha is kamre mein mujh</w:t>
      </w:r>
    </w:p>
    <w:p>
      <w:pPr>
        <w:jc w:val="right"/>
      </w:pPr>
      <w:r>
        <w:t>تو آجائیے تو میں گیا تو ان کے افس میں ایک الگ کمرہ تھا اس کمرے میں مجھ</w:t>
      </w:r>
    </w:p>
    <w:p>
      <w:r>
        <w:rPr>
          <w:b/>
        </w:rPr>
        <w:t xml:space="preserve">[52:05] </w:t>
      </w:r>
      <w:r>
        <w:t>ko is ko bithaya gaya yani ek mez thi idhar woh bethe hain idhar mein baitha hua hoon</w:t>
      </w:r>
    </w:p>
    <w:p>
      <w:pPr>
        <w:jc w:val="right"/>
      </w:pPr>
      <w:r>
        <w:t>کو اس کو بٹھایا گیا یعنی ایک میز تھی ادھر وہ بیٹھے ہیں ادھر میں بیٹھا ہوا ہوں</w:t>
      </w:r>
    </w:p>
    <w:p>
      <w:r>
        <w:rPr>
          <w:b/>
        </w:rPr>
        <w:t xml:space="preserve">[52:13] </w:t>
      </w:r>
      <w:r>
        <w:t>woh yahudi bohat parha likha tha Israel se aaya tha woh to pehli baar mujhe tajurba hua ke</w:t>
      </w:r>
    </w:p>
    <w:p>
      <w:pPr>
        <w:jc w:val="right"/>
      </w:pPr>
      <w:r>
        <w:t>وہ یہودی بہت پڑھا لکھا تھا اسرائیل سے آیا تھا وہ تو پہلی بار مجھے تجربہ ہوا کہ</w:t>
      </w:r>
    </w:p>
    <w:p>
      <w:r>
        <w:rPr>
          <w:b/>
        </w:rPr>
        <w:t xml:space="preserve">[52:20] </w:t>
      </w:r>
      <w:r>
        <w:t>ek naya style baat cheet ka karne ka kya ho sakta hai to mez par saada kaghaz rakha</w:t>
      </w:r>
    </w:p>
    <w:p>
      <w:pPr>
        <w:jc w:val="right"/>
      </w:pPr>
      <w:r>
        <w:t>ایک نیا اسٹائل بات چیت کا کرنے کا کیا ہو سکتا ہے تو میز پر سادہ کاغذ رکھا</w:t>
      </w:r>
    </w:p>
    <w:p>
      <w:r>
        <w:rPr>
          <w:b/>
        </w:rPr>
        <w:t xml:space="preserve">[52:28] </w:t>
      </w:r>
      <w:r>
        <w:t>hua tha woh yahudi jo tha mujh se ek sawal karta mein jawab deta mere jawab ko is</w:t>
      </w:r>
    </w:p>
    <w:p>
      <w:pPr>
        <w:jc w:val="right"/>
      </w:pPr>
      <w:r>
        <w:t>ہوا تھا وہ یہودی جو تھا مجھ سے ایک سوال کرتا میں جواب دیتا میرے جواب کو اس</w:t>
      </w:r>
    </w:p>
    <w:p>
      <w:r>
        <w:rPr>
          <w:b/>
        </w:rPr>
        <w:t xml:space="preserve">[52:36] </w:t>
      </w:r>
      <w:r>
        <w:t>kaghaz pe likhta woh aur phir mujh se poochta ke yeh yahi aap ne kaha hai jab mein</w:t>
      </w:r>
    </w:p>
    <w:p>
      <w:pPr>
        <w:jc w:val="right"/>
      </w:pPr>
      <w:r>
        <w:t>کاغذ پہ لکھتا وہ اور پھر مجھ سے پوچھتا کہ یہ یہی آپ نے کہا ہے جب میں</w:t>
      </w:r>
    </w:p>
    <w:p>
      <w:r>
        <w:rPr>
          <w:b/>
        </w:rPr>
        <w:t xml:space="preserve">[52:44] </w:t>
      </w:r>
      <w:r>
        <w:t>confirm kar deta to phir woh apna jawab deta poori guftagu der tak hui isi tarike se hui</w:t>
      </w:r>
    </w:p>
    <w:p>
      <w:pPr>
        <w:jc w:val="right"/>
      </w:pPr>
      <w:r>
        <w:t>کنفرم کر دیتا تو پھر وہ اپنا جواب دیتا پوری گفتگو دیر تک ہوئی اسی طریقے سے ہوئی</w:t>
      </w:r>
    </w:p>
    <w:p>
      <w:r>
        <w:rPr>
          <w:b/>
        </w:rPr>
        <w:t xml:space="preserve">[52:51] </w:t>
      </w:r>
      <w:r>
        <w:t>ke meri baat ko likh kar ke confirm karta ke yahi kaha aap ne phir jawab deta mein</w:t>
      </w:r>
    </w:p>
    <w:p>
      <w:pPr>
        <w:jc w:val="right"/>
      </w:pPr>
      <w:r>
        <w:t>کہ میری بات کو لکھ کر کے کنفرم کرتا کہ یہی کہا آپ نے پھر جواب دیتا میں</w:t>
      </w:r>
    </w:p>
    <w:p>
      <w:r>
        <w:rPr>
          <w:b/>
        </w:rPr>
        <w:t xml:space="preserve">[52:59] </w:t>
      </w:r>
      <w:r>
        <w:t>to aise koi paya nahi kisi ko to aaj ka yahudi bohat hi zyada mukhtalif hai is yahudi</w:t>
      </w:r>
    </w:p>
    <w:p>
      <w:pPr>
        <w:jc w:val="right"/>
      </w:pPr>
      <w:r>
        <w:t>تو ایسے کوئی پایا نہیں کسی کو تو آج کا یہودی بہت ہی زیادہ مختلف ہے اس یہودی</w:t>
      </w:r>
    </w:p>
    <w:p>
      <w:r>
        <w:rPr>
          <w:b/>
        </w:rPr>
        <w:t xml:space="preserve">[53:07] </w:t>
      </w:r>
      <w:r>
        <w:t>se jo Madine mein hua karta tha woh isi liye hua ke jo Titus Romi ne jo in</w:t>
      </w:r>
    </w:p>
    <w:p>
      <w:pPr>
        <w:jc w:val="right"/>
      </w:pPr>
      <w:r>
        <w:t>سے جو مدینے میں ہوا کرتا تھا وہ اسی لیے ہوا کہ جو Titus Romi نے جو ان</w:t>
      </w:r>
    </w:p>
    <w:p>
      <w:r>
        <w:rPr>
          <w:b/>
        </w:rPr>
        <w:t xml:space="preserve">[53:14] </w:t>
      </w:r>
      <w:r>
        <w:t>ko nikala diaspora mein bhej diya to us ke baad jo lotay to woh yani modern training le</w:t>
      </w:r>
    </w:p>
    <w:p>
      <w:pPr>
        <w:jc w:val="right"/>
      </w:pPr>
      <w:r>
        <w:t>کو نکالا ڈائسپورا میں بھیج دیا تو اس کے بعد جو لوٹے تو وہ یعنی ماڈرن ٹریننگ لے</w:t>
      </w:r>
    </w:p>
    <w:p>
      <w:r>
        <w:rPr>
          <w:b/>
        </w:rPr>
        <w:t xml:space="preserve">[53:22] </w:t>
      </w:r>
      <w:r>
        <w:t>ke lotay woh nahi thay jo mujhe jo ko Arab kehte hain ya amal al-qardah Maulana yeh ah</w:t>
      </w:r>
    </w:p>
    <w:p>
      <w:pPr>
        <w:jc w:val="right"/>
      </w:pPr>
      <w:r>
        <w:t>کے لوٹے وہ نہیں تھے جو مجھے جو کو عرب کہتے ہیں یا عامل القرضہ مولانا یہ اہ</w:t>
      </w:r>
    </w:p>
    <w:p>
      <w:r>
        <w:rPr>
          <w:b/>
        </w:rPr>
        <w:t xml:space="preserve">[53:30] </w:t>
      </w:r>
      <w:r>
        <w:t>ek comment aaya hai Shafi Ahmed Dar sahib ka Srinagar se unhon ne likha hai ke Maulana</w:t>
      </w:r>
    </w:p>
    <w:p>
      <w:pPr>
        <w:jc w:val="right"/>
      </w:pPr>
      <w:r>
        <w:t>ایک کمنٹ آیا ہے شفیع احمد ڈار صاحب کا سری نگر سے انہوں نے لکھا ہے کہ مولانا</w:t>
      </w:r>
    </w:p>
    <w:p>
      <w:r>
        <w:rPr>
          <w:b/>
        </w:rPr>
        <w:t xml:space="preserve">[53:38] </w:t>
      </w:r>
      <w:r>
        <w:t>صاحب yesterday I have seen your latest and a very important statement regarding acceptance of Mr. Narendra Modi</w:t>
      </w:r>
    </w:p>
    <w:p>
      <w:pPr>
        <w:jc w:val="right"/>
      </w:pPr>
      <w:r>
        <w:t>صاحب یسٹرڈے آئی ہیو سین یور لیٹسٹ اینڈ ا ویری امپورٹنٹ سٹیٹمنٹ ریگارڈنگ ایکسیپٹنس اف مسٹر نریندر مودی</w:t>
      </w:r>
    </w:p>
    <w:p>
      <w:r>
        <w:rPr>
          <w:b/>
        </w:rPr>
        <w:t xml:space="preserve">[53:45] </w:t>
      </w:r>
      <w:r>
        <w:t>by Muslims you said that he is elected prime minister of India and he has come into the</w:t>
      </w:r>
    </w:p>
    <w:p>
      <w:pPr>
        <w:jc w:val="right"/>
      </w:pPr>
      <w:r>
        <w:t>بائے مسلمز یو سیڈ دیٹ ہی از الیکٹڈ پرائم منسٹر اف انڈیا اینڈ ہی ہیز کم انٹو دا</w:t>
      </w:r>
    </w:p>
    <w:p>
      <w:r>
        <w:rPr>
          <w:b/>
        </w:rPr>
        <w:t xml:space="preserve">[53:53] </w:t>
      </w:r>
      <w:r>
        <w:t>power through democratic system of the country Maulana I think you are the lone scholar of this country</w:t>
      </w:r>
    </w:p>
    <w:p>
      <w:pPr>
        <w:jc w:val="right"/>
      </w:pPr>
      <w:r>
        <w:t>پاور تھرو ڈیموکریٹک سسٹم اف دا کنٹری مولانا آئی تھنک یو آر دی لون سکالر اف دس کنٹری</w:t>
      </w:r>
    </w:p>
    <w:p>
      <w:r>
        <w:rPr>
          <w:b/>
        </w:rPr>
        <w:t xml:space="preserve">[54:01] </w:t>
      </w:r>
      <w:r>
        <w:t>who has answered this question wisely and with logic your answer has been well acclaimed across the country</w:t>
      </w:r>
    </w:p>
    <w:p>
      <w:pPr>
        <w:jc w:val="right"/>
      </w:pPr>
      <w:r>
        <w:t>ہو ہیز انسرڈ دس کوئسچن وائزلی اینڈ ود لاجک یور انسر ہیز بین ویل اکلیمڈ اکراس دا کنٹری</w:t>
      </w:r>
    </w:p>
    <w:p>
      <w:r>
        <w:rPr>
          <w:b/>
        </w:rPr>
        <w:t xml:space="preserve">[54:08] </w:t>
      </w:r>
      <w:r>
        <w:t>nahi dekhen yeh baat secular sense mein kahi thi maine yani koi fatwa nahi tha woh aap</w:t>
      </w:r>
    </w:p>
    <w:p>
      <w:pPr>
        <w:jc w:val="right"/>
      </w:pPr>
      <w:r>
        <w:t>نہیں دیکھیں یہ بات سیکولر سینس میں کہی تھی میں نے یعنی کوئی فتوی نہیں تھا وہ آپ</w:t>
      </w:r>
    </w:p>
    <w:p>
      <w:r>
        <w:rPr>
          <w:b/>
        </w:rPr>
        <w:t xml:space="preserve">[54:16] </w:t>
      </w:r>
      <w:r>
        <w:t>jab India mein rehte hain yahan democracy hai to democracy mein aap democracy ke faisle ko manna pare</w:t>
      </w:r>
    </w:p>
    <w:p>
      <w:pPr>
        <w:jc w:val="right"/>
      </w:pPr>
      <w:r>
        <w:t>جب انڈیا میں رہتے ہیں یہاں ڈیموکریسی ہے تو ڈیموکریسی میں آپ ڈیموکریسی کے فیصلے کو ماننا پڑے</w:t>
      </w:r>
    </w:p>
    <w:p>
      <w:r>
        <w:rPr>
          <w:b/>
        </w:rPr>
        <w:t xml:space="preserve">[54:24] </w:t>
      </w:r>
      <w:r>
        <w:t>ga agar aap is ko samajhte hain ghair islami to aap jo chhodna padega aap ko jo</w:t>
      </w:r>
    </w:p>
    <w:p>
      <w:pPr>
        <w:jc w:val="right"/>
      </w:pPr>
      <w:r>
        <w:t>گا اگر آپ اس کو سمجھتے ہیں غیر اسلامی تو آپ جو چھوڑنا پڑے گا آپ کو جو</w:t>
      </w:r>
    </w:p>
    <w:p>
      <w:r>
        <w:rPr>
          <w:b/>
        </w:rPr>
        <w:t xml:space="preserve">[54:32] </w:t>
      </w:r>
      <w:r>
        <w:t>musalman is tarah na sochen democratic india mein rehna chahen wo kisi aur dhamke to is ko mulk</w:t>
      </w:r>
    </w:p>
    <w:p>
      <w:pPr>
        <w:jc w:val="right"/>
      </w:pPr>
      <w:r>
        <w:t>مسلمان اس طرح نہ سوچیں ڈیموکریٹک انڈیا میں رہنا چاہیں وہ کسی اور دھمکے تو اس کو ملک</w:t>
      </w:r>
    </w:p>
    <w:p>
      <w:r>
        <w:rPr>
          <w:b/>
        </w:rPr>
        <w:t xml:space="preserve">[54:39] </w:t>
      </w:r>
      <w:r>
        <w:t>chhodna padega in ka rehna haram ho jayega yahan rehna hi haram hai kyunke dekhen aap</w:t>
      </w:r>
    </w:p>
    <w:p>
      <w:pPr>
        <w:jc w:val="right"/>
      </w:pPr>
      <w:r>
        <w:t>چھوڑنا پڑے گا ان کا رہنا حرام ہو جائے گا یہاں رہنا ہی حرام ہے کیونکہ دیکھیں آپ</w:t>
      </w:r>
    </w:p>
    <w:p>
      <w:r>
        <w:rPr>
          <w:b/>
        </w:rPr>
        <w:t xml:space="preserve">[54:47] </w:t>
      </w:r>
      <w:r>
        <w:t>kitabon ko padhiye fiqah kitaben darulharb mein aap ko chhodna parta hai darulharb ko matlab kisi mulk se</w:t>
      </w:r>
    </w:p>
    <w:p>
      <w:pPr>
        <w:jc w:val="right"/>
      </w:pPr>
      <w:r>
        <w:t>کتابوں کو پڑھیے فقہ کتابیں دارالحرب میں آپ کو چھوڑنا پڑتا ہے دارالحرب کو مطلب کسی ملک سے</w:t>
      </w:r>
    </w:p>
    <w:p>
      <w:r>
        <w:rPr>
          <w:b/>
        </w:rPr>
        <w:t xml:space="preserve">[54:55] </w:t>
      </w:r>
      <w:r>
        <w:t>aap ke koi dushman aap ne samajh liya ke dushman hai to is ko chhodna padega aap</w:t>
      </w:r>
    </w:p>
    <w:p>
      <w:pPr>
        <w:jc w:val="right"/>
      </w:pPr>
      <w:r>
        <w:t>آپ کے کوئی دشمن آپ نے سمجھ لیا کہ دشمن ہے تو اس کو چھوڑنا پڑے گا آپ</w:t>
      </w:r>
    </w:p>
    <w:p>
      <w:r>
        <w:rPr>
          <w:b/>
        </w:rPr>
        <w:t xml:space="preserve">[55:02] </w:t>
      </w:r>
      <w:r>
        <w:t>ko yeh nahi ke is mein pade rahen aap jo log samajhte hain ke yeh dushman mulk hai</w:t>
      </w:r>
    </w:p>
    <w:p>
      <w:pPr>
        <w:jc w:val="right"/>
      </w:pPr>
      <w:r>
        <w:t>کو یہ نہیں کہ اس میں پڑے رہیں آپ جو لوگ سمجھتے ہیں کہ یہ دشمن ملک ہے</w:t>
      </w:r>
    </w:p>
    <w:p>
      <w:r>
        <w:rPr>
          <w:b/>
        </w:rPr>
        <w:t xml:space="preserve">[55:10] </w:t>
      </w:r>
      <w:r>
        <w:t>to chhoden is ko chale jayen jahan jahan jana hai in ko to mein aap yeh keh kar</w:t>
      </w:r>
    </w:p>
    <w:p>
      <w:pPr>
        <w:jc w:val="right"/>
      </w:pPr>
      <w:r>
        <w:t>تو چھوڑیں اس کو چلے جائیں جہاں جہاں جانا ہے ان کو تو میں آپ یہ کہہ کر</w:t>
      </w:r>
    </w:p>
    <w:p>
      <w:r>
        <w:rPr>
          <w:b/>
        </w:rPr>
        <w:t xml:space="preserve">[55:18] </w:t>
      </w:r>
      <w:r>
        <w:t>apne ko munafiq hone se bachata hoon aur jo log mere mere khilaf hain wo apne ko munafiq</w:t>
      </w:r>
    </w:p>
    <w:p>
      <w:pPr>
        <w:jc w:val="right"/>
      </w:pPr>
      <w:r>
        <w:t>اپنے کو منافق ہونے سے بچاتا ہوں اور جو لوگ میرے میرے خلاف ہیں وہ اپنے کو منافق</w:t>
      </w:r>
    </w:p>
    <w:p>
      <w:r>
        <w:rPr>
          <w:b/>
        </w:rPr>
        <w:t xml:space="preserve">[55:26] </w:t>
      </w:r>
      <w:r>
        <w:t>banaye hue hain yani is ko samajhna ke yeh enemy country hai aur phir bhi wohi rehna yeh</w:t>
      </w:r>
    </w:p>
    <w:p>
      <w:pPr>
        <w:jc w:val="right"/>
      </w:pPr>
      <w:r>
        <w:t>بنائے ہوئے ہیں یعنی اس کو سمجھنا کہ یہ اینمی کنٹری ہے اور پھر بھی وہی رہنا یہ</w:t>
      </w:r>
    </w:p>
    <w:p>
      <w:r>
        <w:rPr>
          <w:b/>
        </w:rPr>
        <w:t xml:space="preserve">[55:33] </w:t>
      </w:r>
      <w:r>
        <w:t>to munafiqat hai to mein jab aisa kehta hoon to mein apne munafiqat se bachata hoon aur jo</w:t>
      </w:r>
    </w:p>
    <w:p>
      <w:pPr>
        <w:jc w:val="right"/>
      </w:pPr>
      <w:r>
        <w:t>تو منافقت ہے تو میں جب ایسا کہتا ہوں تو میں اپنے منافقت سے بچاتا ہوں اور جو</w:t>
      </w:r>
    </w:p>
    <w:p>
      <w:r>
        <w:rPr>
          <w:b/>
        </w:rPr>
        <w:t xml:space="preserve">[55:41] </w:t>
      </w:r>
      <w:r>
        <w:t>log aisa nahi kehte wo apne ko munafiqat mein dali hui hain maulana doctor heena ne ek aur</w:t>
      </w:r>
    </w:p>
    <w:p>
      <w:pPr>
        <w:jc w:val="right"/>
      </w:pPr>
      <w:r>
        <w:t>لوگ ایسا نہیں کہتے وہ اپنے کو منافقت میں ڈالی ہوئی ہیں مولانا ڈاکٹر حینہ نے ایک اور</w:t>
      </w:r>
    </w:p>
    <w:p>
      <w:r>
        <w:rPr>
          <w:b/>
        </w:rPr>
        <w:t xml:space="preserve">[55:49] </w:t>
      </w:r>
      <w:r>
        <w:t>سوال بھیجا ہے یو کے سے انہوں نے اہ لکھا ہے کہ I recently presented uh uh Maulana</w:t>
      </w:r>
    </w:p>
    <w:p>
      <w:pPr>
        <w:jc w:val="right"/>
      </w:pPr>
      <w:r>
        <w:t>سوال بھیجا ہے یو کے سے انہوں نے اہ لکھا ہے کہ آئی ریسنٹلی پریزنٹڈ اہ اہ مولانا</w:t>
      </w:r>
    </w:p>
    <w:p>
      <w:r>
        <w:rPr>
          <w:b/>
        </w:rPr>
        <w:t xml:space="preserve">[55:56] </w:t>
      </w:r>
      <w:r>
        <w:t>creation plan of god to many people who had come for darwinism debate but i got comments that</w:t>
      </w:r>
    </w:p>
    <w:p>
      <w:pPr>
        <w:jc w:val="right"/>
      </w:pPr>
      <w:r>
        <w:t>کریشن پلان اف گاڈ ٹو مینی پیپل ہو ہیڈ کم فار ڈارونزم ڈیبیٹ بٹ آئی گاٹ کمنٹس دیٹ</w:t>
      </w:r>
    </w:p>
    <w:p>
      <w:r>
        <w:rPr>
          <w:b/>
        </w:rPr>
        <w:t xml:space="preserve">[56:04] </w:t>
      </w:r>
      <w:r>
        <w:t>this is a traditional idea that there is a god so maulana my question is that even secular</w:t>
      </w:r>
    </w:p>
    <w:p>
      <w:pPr>
        <w:jc w:val="right"/>
      </w:pPr>
      <w:r>
        <w:t>دس از ا ٹریڈیشنل آئیڈیا دیٹ دیر از ا گاڈ سو مولانا مائی کوئسچن از دیٹ ایون سیکولر</w:t>
      </w:r>
    </w:p>
    <w:p>
      <w:r>
        <w:rPr>
          <w:b/>
        </w:rPr>
        <w:t xml:space="preserve">[56:12] </w:t>
      </w:r>
      <w:r>
        <w:t>minds despite taking modern education ah consider the concept of god as a traditional idea how should we</w:t>
      </w:r>
    </w:p>
    <w:p>
      <w:pPr>
        <w:jc w:val="right"/>
      </w:pPr>
      <w:r>
        <w:t>مائنڈز ڈسپائٹ ٹیکنگ ماڈرن ایجوکیشن اہ کنسیڈر دی کانسیپٹ اف گاڈ ایز ا ٹریڈیشنل آئیڈیا ہاؤ شوڈ وی</w:t>
      </w:r>
    </w:p>
    <w:p>
      <w:r>
        <w:rPr>
          <w:b/>
        </w:rPr>
        <w:t xml:space="preserve">[56:20] </w:t>
      </w:r>
      <w:r>
        <w:t>tackle this nahi dekhen evolution ke bare mein mein aap se arz karunga ke jinhone aap</w:t>
      </w:r>
    </w:p>
    <w:p>
      <w:pPr>
        <w:jc w:val="right"/>
      </w:pPr>
      <w:r>
        <w:t>ٹیکل دس نہیں دیکھیں ایولوشن کے بارے میں میں آپ سے عرض کروں گا کہ جنہوں نے آپ</w:t>
      </w:r>
    </w:p>
    <w:p>
      <w:r>
        <w:rPr>
          <w:b/>
        </w:rPr>
        <w:t xml:space="preserve">[56:27] </w:t>
      </w:r>
      <w:r>
        <w:t>کو جواب دیا وہ کوئی زیادہ اچھے educate لوگ نہیں ہوں گے زیادہ اچھے education نہیں ان کو</w:t>
      </w:r>
    </w:p>
    <w:p>
      <w:pPr>
        <w:jc w:val="right"/>
      </w:pPr>
      <w:r>
        <w:t>کو جواب دیا وہ کوئی زیادہ اچھے ایجوکیٹ لوگ نہیں ہوں گے زیادہ اچھے ایجوکیشن نہیں ان کو</w:t>
      </w:r>
    </w:p>
    <w:p>
      <w:r>
        <w:rPr>
          <w:b/>
        </w:rPr>
        <w:t xml:space="preserve">[56:35] </w:t>
      </w:r>
      <w:r>
        <w:t>hui hogi wo yeh chalta phirte baaton ko jante honge dekhen jo bare bare jo scholar hain</w:t>
      </w:r>
    </w:p>
    <w:p>
      <w:pPr>
        <w:jc w:val="right"/>
      </w:pPr>
      <w:r>
        <w:t>ہوئی ہوگی وہ یہ چلتا پھرتے باتوں کو جانتے ہوں گے دیکھیں جو بڑے بڑے جو سکالر ہیں</w:t>
      </w:r>
    </w:p>
    <w:p>
      <w:r>
        <w:rPr>
          <w:b/>
        </w:rPr>
        <w:t xml:space="preserve">[56:43] </w:t>
      </w:r>
      <w:r>
        <w:t>jo bare bare scientist hain wo evolution ko sirf workable theory mante hain scientific theory nahi mante</w:t>
      </w:r>
    </w:p>
    <w:p>
      <w:pPr>
        <w:jc w:val="right"/>
      </w:pPr>
      <w:r>
        <w:t>جو بڑے بڑے سائنٹسٹ ہیں وہ ایولوشن کو صرف ورک ایبل تھیوری مانتے ہیں سائنٹیفک تھیوری نہیں مانتے</w:t>
      </w:r>
    </w:p>
    <w:p>
      <w:r>
        <w:rPr>
          <w:b/>
        </w:rPr>
        <w:t xml:space="preserve">[56:50] </w:t>
      </w:r>
      <w:r>
        <w:t>kyunke scientifically it is not proof abhi tak to mein aap ko aap chahen janna hai is mamle</w:t>
      </w:r>
    </w:p>
    <w:p>
      <w:pPr>
        <w:jc w:val="right"/>
      </w:pPr>
      <w:r>
        <w:t>کیونکہ سائنٹیفکلی اٹ از ناٹ پروف ابھی تک تو میں آپ کو آپ چاہیں جاننا ہے اس معاملے</w:t>
      </w:r>
    </w:p>
    <w:p>
      <w:r>
        <w:rPr>
          <w:b/>
        </w:rPr>
        <w:t xml:space="preserve">[56:58] </w:t>
      </w:r>
      <w:r>
        <w:t>mein to ek kitab se shuru karunga ke ek kitab hai is ka naam hai el you</w:t>
      </w:r>
    </w:p>
    <w:p>
      <w:pPr>
        <w:jc w:val="right"/>
      </w:pPr>
      <w:r>
        <w:t>میں تو ایک کتاب سے شروع کروں گا کہ ایک کتاب ہے اس کا نام ہے ایل یو</w:t>
      </w:r>
    </w:p>
    <w:p>
      <w:r>
        <w:rPr>
          <w:b/>
        </w:rPr>
        <w:t xml:space="preserve">[57:06] </w:t>
      </w:r>
      <w:r>
        <w:t>double dun lon ki kitab hai wo el you double dun e shayad is kitab ka naam hai</w:t>
      </w:r>
    </w:p>
    <w:p>
      <w:pPr>
        <w:jc w:val="right"/>
      </w:pPr>
      <w:r>
        <w:t>ڈبل ڈن لون کی کتاب ہے وہ ایل یو ڈبل ڈن ای شاید اس کتاب کا نام ہے</w:t>
      </w:r>
    </w:p>
    <w:p>
      <w:r>
        <w:rPr>
          <w:b/>
        </w:rPr>
        <w:t xml:space="preserve">[57:14] </w:t>
      </w:r>
      <w:r>
        <w:t>revolt against reason revolt against reason ise ek kitab ko aap padh lijiye to evolution jo hai bare</w:t>
      </w:r>
    </w:p>
    <w:p>
      <w:pPr>
        <w:jc w:val="right"/>
      </w:pPr>
      <w:r>
        <w:t>ریولٹ اگینسٹ ریزن ریولٹ اگینسٹ ریزن اسے ایک کتاب کو آپ پڑھ لیجئے تو ایولوشن جو ہے بڑے</w:t>
      </w:r>
    </w:p>
    <w:p>
      <w:r>
        <w:rPr>
          <w:b/>
        </w:rPr>
        <w:t xml:space="preserve">[57:21] </w:t>
      </w:r>
      <w:r>
        <w:t>bare jo secular yani scholars hain wo is ko workable theory mante hain proof theory nahi mante</w:t>
      </w:r>
    </w:p>
    <w:p>
      <w:pPr>
        <w:jc w:val="right"/>
      </w:pPr>
      <w:r>
        <w:t>بڑے جو سیکولر یعنی سکالرز ہیں وہ اس کو ورک ایبل تھیوری مانتے ہیں پروف تھیوری نہیں مانتے</w:t>
      </w:r>
    </w:p>
    <w:p>
      <w:r>
        <w:rPr>
          <w:b/>
        </w:rPr>
        <w:t xml:space="preserve">[57:29] </w:t>
      </w:r>
      <w:r>
        <w:t>to in ka jo tabsarah hai hamari kitab par wo galat tabsarah hai in ka maulana agla ek</w:t>
      </w:r>
    </w:p>
    <w:p>
      <w:pPr>
        <w:jc w:val="right"/>
      </w:pPr>
      <w:r>
        <w:t>تو ان کا جو تبصرہ ہے ہماری کتاب پر وہ غلط تبصرہ ہے ان کا مولانا اگلا ایک</w:t>
      </w:r>
    </w:p>
    <w:p>
      <w:r>
        <w:rPr>
          <w:b/>
        </w:rPr>
        <w:t xml:space="preserve">[57:37] </w:t>
      </w:r>
      <w:r>
        <w:t>comment aya hai doctor safina ka ajmer se aur unhone likha hai ke maulana sahab shayad jab</w:t>
      </w:r>
    </w:p>
    <w:p>
      <w:pPr>
        <w:jc w:val="right"/>
      </w:pPr>
      <w:r>
        <w:t>کمنٹ آیا ہے ڈاکٹر صفینہ کا اجمیر سے اور انہوں نے لکھا ہے کہ مولانا صاحب شاید جب</w:t>
      </w:r>
    </w:p>
    <w:p>
      <w:r>
        <w:rPr>
          <w:b/>
        </w:rPr>
        <w:t xml:space="preserve">[57:44] </w:t>
      </w:r>
      <w:r>
        <w:t>bhi muslims par barhe hue zulm ke bare mein bayan ho to hamein yeh samajhna chahiye ke allah</w:t>
      </w:r>
    </w:p>
    <w:p>
      <w:pPr>
        <w:jc w:val="right"/>
      </w:pPr>
      <w:r>
        <w:t>بھی مسلمز پر بڑھے ہوئے ظلم کے بارے میں بیان ہو تو ہمیں یہ سمجھنا چاہیے کہ اللہ</w:t>
      </w:r>
    </w:p>
    <w:p>
      <w:r>
        <w:rPr>
          <w:b/>
        </w:rPr>
        <w:t xml:space="preserve">[57:52] </w:t>
      </w:r>
      <w:r>
        <w:t>kuch radical treatment ke zariye hamara jamood tarwana chahte hain yeh bhi Allah ki ek rehmat hai ke</w:t>
      </w:r>
    </w:p>
    <w:p>
      <w:pPr>
        <w:jc w:val="right"/>
      </w:pPr>
      <w:r>
        <w:t>کچھ ریڈیکل ٹریٹمنٹ کے ذریعے ہمارا جمود تڑوانا چاہتے ہیں یہ بھی اللہ کی ایک رحمت ہے کہ</w:t>
      </w:r>
    </w:p>
    <w:p>
      <w:r>
        <w:rPr>
          <w:b/>
        </w:rPr>
        <w:t xml:space="preserve">[58:00] </w:t>
      </w:r>
      <w:r>
        <w:t>woh hamein aise hi gumrah nahi rehna dena chahte bilkul mujhe aap ki baat se sar ittifaq hai</w:t>
      </w:r>
    </w:p>
    <w:p>
      <w:pPr>
        <w:jc w:val="right"/>
      </w:pPr>
      <w:r>
        <w:t>وہ ہمیں ایسے ہی گمراہ نہیں رہنا دینا چاہتے بالکل مجھے آپ کی بات سے سر اتفاق ہے</w:t>
      </w:r>
    </w:p>
    <w:p>
      <w:r>
        <w:rPr>
          <w:b/>
        </w:rPr>
        <w:t xml:space="preserve">[58:08] </w:t>
      </w:r>
      <w:r>
        <w:t>aur yeh Quran se sabit hota hai kyunke babal ke badshah ko bheja Allah taala ne lekin in</w:t>
      </w:r>
    </w:p>
    <w:p>
      <w:pPr>
        <w:jc w:val="right"/>
      </w:pPr>
      <w:r>
        <w:t>اور یہ قرآن سے ثابت ہوتا ہے کیونکہ بابل کے بادشاہ کو بھیجا اللہ تعالیٰ نے لیکن ان</w:t>
      </w:r>
    </w:p>
    <w:p>
      <w:r>
        <w:rPr>
          <w:b/>
        </w:rPr>
        <w:t xml:space="preserve">[58:15] </w:t>
      </w:r>
      <w:r>
        <w:t>ki condition tooti nahi yahood ki toh dobara Allah taala ne bheja in ko yani Titus Romi ko</w:t>
      </w:r>
    </w:p>
    <w:p>
      <w:pPr>
        <w:jc w:val="right"/>
      </w:pPr>
      <w:r>
        <w:t>کی کنڈیشن ٹوٹی نہیں یہود کی تو دوبارہ اللہ تعالیٰ نے بھیجا ان کو یعنی Titus Romi کو</w:t>
      </w:r>
    </w:p>
    <w:p>
      <w:r>
        <w:rPr>
          <w:b/>
        </w:rPr>
        <w:t xml:space="preserve">[58:23] </w:t>
      </w:r>
      <w:r>
        <w:t>tab in ki condition tooti aur in ko nikal diya falasteen se jaao toh yaqeenan Allah taala aap</w:t>
      </w:r>
    </w:p>
    <w:p>
      <w:pPr>
        <w:jc w:val="right"/>
      </w:pPr>
      <w:r>
        <w:t>تب ان کی کنڈیشن ٹوٹی اور ان کو نکال دیا فلسطین سے جاؤ تو یقینا اللہ تعالیٰ آپ</w:t>
      </w:r>
    </w:p>
    <w:p>
      <w:r>
        <w:rPr>
          <w:b/>
        </w:rPr>
        <w:t xml:space="preserve">[58:31] </w:t>
      </w:r>
      <w:r>
        <w:t>is sharam chhodenge nahi zaroor Allah taala ummat e muslema ki ki koi de condition banane ke liye</w:t>
      </w:r>
    </w:p>
    <w:p>
      <w:pPr>
        <w:jc w:val="right"/>
      </w:pPr>
      <w:r>
        <w:t>اس شرم چھوڑیں گے نہیں ضرور اللہ تعالیٰ امت مسلمہ کی کی کوئی ڈی کنڈیشن بنانے کے لیے</w:t>
      </w:r>
    </w:p>
    <w:p>
      <w:r>
        <w:rPr>
          <w:b/>
        </w:rPr>
        <w:t xml:space="preserve">[58:38] </w:t>
      </w:r>
      <w:r>
        <w:t>de condition ummah ke kuch bhi jo Allah ke ilm mein durust hoga us ko ikhtiyar karenge</w:t>
      </w:r>
    </w:p>
    <w:p>
      <w:pPr>
        <w:jc w:val="right"/>
      </w:pPr>
      <w:r>
        <w:t>ڈی کنڈیشن امہ کہ کچھ بھی جو اللہ کے علم میں درست ہوگا اس کو اختیار کریں گے</w:t>
      </w:r>
    </w:p>
    <w:p>
      <w:r>
        <w:rPr>
          <w:b/>
        </w:rPr>
        <w:t xml:space="preserve">[58:46] </w:t>
      </w:r>
      <w:r>
        <w:t>Maulana yeh ek comment aaya hai doctor Saleema Siddiqui ki taraf se aaj mujh par yeh baat wazeh</w:t>
      </w:r>
    </w:p>
    <w:p>
      <w:pPr>
        <w:jc w:val="right"/>
      </w:pPr>
      <w:r>
        <w:t>مولانا یہ ایک کمنٹ آیا ہے ڈاکٹر مسلمہ صدیقی کی طرف سے آج مجھ پر یہ بات واضح</w:t>
      </w:r>
    </w:p>
    <w:p>
      <w:r>
        <w:rPr>
          <w:b/>
        </w:rPr>
        <w:t xml:space="preserve">[58:54] </w:t>
      </w:r>
      <w:r>
        <w:t>hui ke Allah taala halaat ko overhaul kar ke badalte rehte hain yeh sab stake yeh sab</w:t>
      </w:r>
    </w:p>
    <w:p>
      <w:pPr>
        <w:jc w:val="right"/>
      </w:pPr>
      <w:r>
        <w:t>ہوئی کہ اللہ تعالیٰ حالات کو اوور ہال کر کے بدلتے رہتے ہیں یہ سب اسٹیک یہ سب</w:t>
      </w:r>
    </w:p>
    <w:p>
      <w:r>
        <w:rPr>
          <w:b/>
        </w:rPr>
        <w:t xml:space="preserve">[59:02] </w:t>
      </w:r>
      <w:r>
        <w:t>stagnation jamood khatm karne ke liye hota hai is liye naye halaat ke khilaf protest karne ki bajaye</w:t>
      </w:r>
    </w:p>
    <w:p>
      <w:pPr>
        <w:jc w:val="right"/>
      </w:pPr>
      <w:r>
        <w:t>اسٹیکنیشن جمود ختم کرنے کے لیے ہوتا ہے اس لیے نئے حالات کے خلاف پروٹیسٹ کرنے کی بجائے</w:t>
      </w:r>
    </w:p>
    <w:p>
      <w:r>
        <w:rPr>
          <w:b/>
        </w:rPr>
        <w:t xml:space="preserve">[59:09] </w:t>
      </w:r>
      <w:r>
        <w:t>hamein chahiye ke naye halaat mein hum apne role ko discover karein aur mission ke kaam mein lag</w:t>
      </w:r>
    </w:p>
    <w:p>
      <w:pPr>
        <w:jc w:val="right"/>
      </w:pPr>
      <w:r>
        <w:t>ہمیں چاہیے کہ نئے حالات میں ہم اپنے رول کو ڈسکور کریں اور مشن کے کام میں لگ</w:t>
      </w:r>
    </w:p>
    <w:p>
      <w:r>
        <w:rPr>
          <w:b/>
        </w:rPr>
        <w:t xml:space="preserve">[59:17] </w:t>
      </w:r>
      <w:r>
        <w:t>jayen isi mein dunya ki bhi bhalai hai aur akhirat ki bhi sahi bilkul sahi mujhe hajjab hai</w:t>
      </w:r>
    </w:p>
    <w:p>
      <w:pPr>
        <w:jc w:val="right"/>
      </w:pPr>
      <w:r>
        <w:t>جائیں اسی میں دنیا کی بھی بھلائی ہے اور آخرت کی بھی صحیح بالکل صحیح مجھے حجب ہے</w:t>
      </w:r>
    </w:p>
    <w:p>
      <w:r>
        <w:rPr>
          <w:b/>
        </w:rPr>
        <w:t xml:space="preserve">[59:25] </w:t>
      </w:r>
      <w:r>
        <w:t>is se agree karta hoon main.</w:t>
      </w:r>
    </w:p>
    <w:p>
      <w:pPr>
        <w:jc w:val="right"/>
      </w:pPr>
      <w:r>
        <w:t>اس سے ایگری کرتا ہوں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