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B'nai B'birth International Programme October 20, 2015</w:t>
      </w:r>
    </w:p>
    <w:p>
      <w:r>
        <w:t>https://www.youtube.com/watch?v=1WtsK3mrkEQ</w:t>
      </w:r>
    </w:p>
    <w:p>
      <w:r>
        <w:rPr>
          <w:b/>
        </w:rPr>
        <w:t xml:space="preserve">[00:21] </w:t>
      </w:r>
      <w:r>
        <w:t>Shalom and greetings to all our friends from the Benai organization in New York.</w:t>
      </w:r>
    </w:p>
    <w:p>
      <w:pPr>
        <w:jc w:val="right"/>
      </w:pPr>
      <w:r>
        <w:t>Shalom and greetings to all our friends from the Benai organization in New York.</w:t>
      </w:r>
    </w:p>
    <w:p>
      <w:r>
        <w:rPr>
          <w:b/>
        </w:rPr>
        <w:t xml:space="preserve">[00:27] </w:t>
      </w:r>
      <w:r>
        <w:t>Uh, my name is Rajat Malhotra, and I'm a member of Center for Peace and Spirituality.</w:t>
      </w:r>
    </w:p>
    <w:p>
      <w:pPr>
        <w:jc w:val="right"/>
      </w:pPr>
      <w:r>
        <w:t>Uh, my name is Rajat Malhotra, and I'm a member of Center for Peace and Spirituality.</w:t>
      </w:r>
    </w:p>
    <w:p>
      <w:r>
        <w:rPr>
          <w:b/>
        </w:rPr>
        <w:t xml:space="preserve">[00:31] </w:t>
      </w:r>
      <w:r>
        <w:t>And on behalf of our founder, Maulana Vaiduddin Khan, and Center for Peace and Spirituality, I welcome all</w:t>
      </w:r>
    </w:p>
    <w:p>
      <w:pPr>
        <w:jc w:val="right"/>
      </w:pPr>
      <w:r>
        <w:t>And on behalf of our founder, Maulana Vaiduddin Khan, and Center for Peace and Spirituality, I welcome all</w:t>
      </w:r>
    </w:p>
    <w:p>
      <w:r>
        <w:rPr>
          <w:b/>
        </w:rPr>
        <w:t xml:space="preserve">[00:37] </w:t>
      </w:r>
      <w:r>
        <w:t>of you for today's interaction.</w:t>
      </w:r>
    </w:p>
    <w:p>
      <w:pPr>
        <w:jc w:val="right"/>
      </w:pPr>
      <w:r>
        <w:t>of you for today's interaction.</w:t>
      </w:r>
    </w:p>
    <w:p>
      <w:r>
        <w:rPr>
          <w:b/>
        </w:rPr>
        <w:t xml:space="preserve">[00:40] </w:t>
      </w:r>
      <w:r>
        <w:t>I've been talking to David, you know, several weeks, you know, exchanging mails, and it seems that you</w:t>
      </w:r>
    </w:p>
    <w:p>
      <w:pPr>
        <w:jc w:val="right"/>
      </w:pPr>
      <w:r>
        <w:t>I've been talking to David, you know, several weeks, you know, exchanging mails, and it seems that you</w:t>
      </w:r>
    </w:p>
    <w:p>
      <w:r>
        <w:rPr>
          <w:b/>
        </w:rPr>
        <w:t xml:space="preserve">[00:45] </w:t>
      </w:r>
      <w:r>
        <w:t>have a very hectic schedule in India.</w:t>
      </w:r>
    </w:p>
    <w:p>
      <w:pPr>
        <w:jc w:val="right"/>
      </w:pPr>
      <w:r>
        <w:t>have a very hectic schedule in India.</w:t>
      </w:r>
    </w:p>
    <w:p>
      <w:r>
        <w:rPr>
          <w:b/>
        </w:rPr>
        <w:t xml:space="preserve">[00:48] </w:t>
      </w:r>
      <w:r>
        <w:t>So we really hope that you have a wonderful stay in our country and you take back good</w:t>
      </w:r>
    </w:p>
    <w:p>
      <w:pPr>
        <w:jc w:val="right"/>
      </w:pPr>
      <w:r>
        <w:t>So we really hope that you have a wonderful stay in our country and you take back good</w:t>
      </w:r>
    </w:p>
    <w:p>
      <w:r>
        <w:rPr>
          <w:b/>
        </w:rPr>
        <w:t xml:space="preserve">[00:53] </w:t>
      </w:r>
      <w:r>
        <w:t>memories and experiences back home.</w:t>
      </w:r>
    </w:p>
    <w:p>
      <w:pPr>
        <w:jc w:val="right"/>
      </w:pPr>
      <w:r>
        <w:t>memories and experiences back home.</w:t>
      </w:r>
    </w:p>
    <w:p>
      <w:r>
        <w:rPr>
          <w:b/>
        </w:rPr>
        <w:t xml:space="preserve">[00:56] </w:t>
      </w:r>
      <w:r>
        <w:t>So, uh, what we're going to do today is that we will have the opening remarks by our</w:t>
      </w:r>
    </w:p>
    <w:p>
      <w:pPr>
        <w:jc w:val="right"/>
      </w:pPr>
      <w:r>
        <w:t>So, uh, what we're going to do today is that we will have the opening remarks by our</w:t>
      </w:r>
    </w:p>
    <w:p>
      <w:r>
        <w:rPr>
          <w:b/>
        </w:rPr>
        <w:t xml:space="preserve">[01:01] </w:t>
      </w:r>
      <w:r>
        <w:t>founder, you know, and after that we will have an interactive session.</w:t>
      </w:r>
    </w:p>
    <w:p>
      <w:pPr>
        <w:jc w:val="right"/>
      </w:pPr>
      <w:r>
        <w:t>founder, you know, and after that we will have an interactive session.</w:t>
      </w:r>
    </w:p>
    <w:p>
      <w:r>
        <w:rPr>
          <w:b/>
        </w:rPr>
        <w:t xml:space="preserve">[01:06] </w:t>
      </w:r>
      <w:r>
        <w:t>So, before we start, I would just quickly introduce our founder and some of the activities of this</w:t>
      </w:r>
    </w:p>
    <w:p>
      <w:pPr>
        <w:jc w:val="right"/>
      </w:pPr>
      <w:r>
        <w:t>So, before we start, I would just quickly introduce our founder and some of the activities of this</w:t>
      </w:r>
    </w:p>
    <w:p>
      <w:r>
        <w:rPr>
          <w:b/>
        </w:rPr>
        <w:t xml:space="preserve">[01:13] </w:t>
      </w:r>
      <w:r>
        <w:t>center. Our founder was born in 1925</w:t>
      </w:r>
    </w:p>
    <w:p>
      <w:pPr>
        <w:jc w:val="right"/>
      </w:pPr>
      <w:r>
        <w:t>center. Our founder was born in 1925</w:t>
      </w:r>
    </w:p>
    <w:p>
      <w:r>
        <w:rPr>
          <w:b/>
        </w:rPr>
        <w:t xml:space="preserve">[01:18] </w:t>
      </w:r>
      <w:r>
        <w:t>in Azamgir, UP, in India.</w:t>
      </w:r>
    </w:p>
    <w:p>
      <w:pPr>
        <w:jc w:val="right"/>
      </w:pPr>
      <w:r>
        <w:t>in Azamgir, UP, in India.</w:t>
      </w:r>
    </w:p>
    <w:p>
      <w:r>
        <w:rPr>
          <w:b/>
        </w:rPr>
        <w:t xml:space="preserve">[01:21] </w:t>
      </w:r>
      <w:r>
        <w:t>And like everyone has a dream, he too had a dream.</w:t>
      </w:r>
    </w:p>
    <w:p>
      <w:pPr>
        <w:jc w:val="right"/>
      </w:pPr>
      <w:r>
        <w:t>And like everyone has a dream, he too had a dream.</w:t>
      </w:r>
    </w:p>
    <w:p>
      <w:r>
        <w:rPr>
          <w:b/>
        </w:rPr>
        <w:t xml:space="preserve">[01:24] </w:t>
      </w:r>
      <w:r>
        <w:t>The only difference is he always had a collective dream, a dream of a peaceful world and a</w:t>
      </w:r>
    </w:p>
    <w:p>
      <w:pPr>
        <w:jc w:val="right"/>
      </w:pPr>
      <w:r>
        <w:t>The only difference is he always had a collective dream, a dream of a peaceful world and a</w:t>
      </w:r>
    </w:p>
    <w:p>
      <w:r>
        <w:rPr>
          <w:b/>
        </w:rPr>
        <w:t xml:space="preserve">[01:30] </w:t>
      </w:r>
      <w:r>
        <w:t>peaceful mankind. And therefore, his entire life he had been working tirelessly to promote the culture of peace</w:t>
      </w:r>
    </w:p>
    <w:p>
      <w:pPr>
        <w:jc w:val="right"/>
      </w:pPr>
      <w:r>
        <w:t>peaceful mankind. And therefore, his entire life he had been working tirelessly to promote the culture of peace</w:t>
      </w:r>
    </w:p>
    <w:p>
      <w:r>
        <w:rPr>
          <w:b/>
        </w:rPr>
        <w:t xml:space="preserve">[01:40] </w:t>
      </w:r>
      <w:r>
        <w:t>All his writings, his engagements have been directed towards establishing peace, and he first wrote his book in 1955.</w:t>
      </w:r>
    </w:p>
    <w:p>
      <w:pPr>
        <w:jc w:val="right"/>
      </w:pPr>
      <w:r>
        <w:t>All his writings, his engagements have been directed towards establishing peace, and he first wrote his book in 1955.</w:t>
      </w:r>
    </w:p>
    <w:p>
      <w:r>
        <w:rPr>
          <w:b/>
        </w:rPr>
        <w:t xml:space="preserve">[01:52] </w:t>
      </w:r>
      <w:r>
        <w:t>It was called "On the Threshold of New Era," and thereafter he went about writing more than 200 books, and he first set up the Islamic Center in New Delhi in 1970, and then in 1976 his organization Mouthpiece, which is called Al-Bisala Magazine, a monthly magazine, which till date continues and is one of the largest Urdu circulated magazines in the Urdu world.</w:t>
      </w:r>
    </w:p>
    <w:p>
      <w:pPr>
        <w:jc w:val="right"/>
      </w:pPr>
      <w:r>
        <w:t>It was called "On the Threshold of New Era," and thereafter he went about writing more than 200 books, and he first set up the Islamic Center in New Delhi in 1970, and then in 1976 his organization Mouthpiece, which is called Al-Bisala Magazine, a monthly magazine, which till date continues and is one of the largest Urdu circulated magazines in the Urdu world.</w:t>
      </w:r>
    </w:p>
    <w:p>
      <w:r>
        <w:rPr>
          <w:b/>
        </w:rPr>
        <w:t xml:space="preserve">[02:20] </w:t>
      </w:r>
      <w:r>
        <w:t>. And for the English-speaking world, there is Spirit of Islam Magazine, which is published from our Bangalore</w:t>
      </w:r>
    </w:p>
    <w:p>
      <w:pPr>
        <w:jc w:val="right"/>
      </w:pPr>
      <w:r>
        <w:t>. And for the English-speaking world, there is Spirit of Islam Magazine, which is published from our Bangalore</w:t>
      </w:r>
    </w:p>
    <w:p>
      <w:r>
        <w:rPr>
          <w:b/>
        </w:rPr>
        <w:t xml:space="preserve">[02:27] </w:t>
      </w:r>
      <w:r>
        <w:t>chapter. And in about 2001, he set up the Center for Peace and Spirituality.</w:t>
      </w:r>
    </w:p>
    <w:p>
      <w:pPr>
        <w:jc w:val="right"/>
      </w:pPr>
      <w:r>
        <w:t>chapter. And in about 2001, he set up the Center for Peace and Spirituality.</w:t>
      </w:r>
    </w:p>
    <w:p>
      <w:r>
        <w:rPr>
          <w:b/>
        </w:rPr>
        <w:t xml:space="preserve">[02:36] </w:t>
      </w:r>
      <w:r>
        <w:t>So, as the name suggests, Center for Peace and Spirituality, the main aim, or the objective of CPS</w:t>
      </w:r>
    </w:p>
    <w:p>
      <w:pPr>
        <w:jc w:val="right"/>
      </w:pPr>
      <w:r>
        <w:t>So, as the name suggests, Center for Peace and Spirituality, the main aim, or the objective of CPS</w:t>
      </w:r>
    </w:p>
    <w:p>
      <w:r>
        <w:rPr>
          <w:b/>
        </w:rPr>
        <w:t xml:space="preserve">[02:44] </w:t>
      </w:r>
      <w:r>
        <w:t>International, as we call it, is basically to re-engineer the minds of people, to promote the culture of</w:t>
      </w:r>
    </w:p>
    <w:p>
      <w:pPr>
        <w:jc w:val="right"/>
      </w:pPr>
      <w:r>
        <w:t>International, as we call it, is basically to re-engineer the minds of people, to promote the culture of</w:t>
      </w:r>
    </w:p>
    <w:p>
      <w:r>
        <w:rPr>
          <w:b/>
        </w:rPr>
        <w:t xml:space="preserve">[02:52] </w:t>
      </w:r>
      <w:r>
        <w:t>peace</w:t>
      </w:r>
    </w:p>
    <w:p>
      <w:pPr>
        <w:jc w:val="right"/>
      </w:pPr>
      <w:r>
        <w:t>peace</w:t>
      </w:r>
    </w:p>
    <w:p>
      <w:r>
        <w:rPr>
          <w:b/>
        </w:rPr>
        <w:t xml:space="preserve">[02:53] </w:t>
      </w:r>
      <w:r>
        <w:t>Like our founder always says that there is a UN dictum which says that violence begins from mind, so peace also begins from mind.</w:t>
      </w:r>
    </w:p>
    <w:p>
      <w:pPr>
        <w:jc w:val="right"/>
      </w:pPr>
      <w:r>
        <w:t>Like our founder always says that there is a UN dictum which says that violence begins from mind, so peace also begins from mind.</w:t>
      </w:r>
    </w:p>
    <w:p>
      <w:r>
        <w:rPr>
          <w:b/>
        </w:rPr>
        <w:t xml:space="preserve">[03:01] </w:t>
      </w:r>
      <w:r>
        <w:t>So he always says that there is no such thing as a friend or an enemy. He says that everybody is a friend; either one category is a friend or the other category is a potential friend, so you have to make the potential actual. So that's exactly, you know, what CPS has been doing: building bridges, interacting with different organizations, meeting people, changing the hearts and minds of people.</w:t>
      </w:r>
    </w:p>
    <w:p>
      <w:pPr>
        <w:jc w:val="right"/>
      </w:pPr>
      <w:r>
        <w:t>So he always says that there is no such thing as a friend or an enemy. He says that everybody is a friend; either one category is a friend or the other category is a potential friend, so you have to make the potential actual. So that's exactly, you know, what CPS has been doing: building bridges, interacting with different organizations, meeting people, changing the hearts and minds of people.</w:t>
      </w:r>
    </w:p>
    <w:p>
      <w:r>
        <w:rPr>
          <w:b/>
        </w:rPr>
        <w:t xml:space="preserve">[03:31] </w:t>
      </w:r>
      <w:r>
        <w:t>You would be happy to know that many people who have been engaged in violence, people with jihadi</w:t>
      </w:r>
    </w:p>
    <w:p>
      <w:pPr>
        <w:jc w:val="right"/>
      </w:pPr>
      <w:r>
        <w:t>You would be happy to know that many people who have been engaged in violence, people with jihadi</w:t>
      </w:r>
    </w:p>
    <w:p>
      <w:r>
        <w:rPr>
          <w:b/>
        </w:rPr>
        <w:t xml:space="preserve">[03:36] </w:t>
      </w:r>
      <w:r>
        <w:t>mentality, they have given up, you know, the arms and ammunition, and they've taken to the field of</w:t>
      </w:r>
    </w:p>
    <w:p>
      <w:pPr>
        <w:jc w:val="right"/>
      </w:pPr>
      <w:r>
        <w:t>mentality, they have given up, you know, the arms and ammunition, and they've taken to the field of</w:t>
      </w:r>
    </w:p>
    <w:p>
      <w:r>
        <w:rPr>
          <w:b/>
        </w:rPr>
        <w:t xml:space="preserve">[03:42] </w:t>
      </w:r>
      <w:r>
        <w:t>education. And this work has been recognized not only nationally but also internationally.</w:t>
      </w:r>
    </w:p>
    <w:p>
      <w:pPr>
        <w:jc w:val="right"/>
      </w:pPr>
      <w:r>
        <w:t>education. And this work has been recognized not only nationally but also internationally.</w:t>
      </w:r>
    </w:p>
    <w:p>
      <w:r>
        <w:rPr>
          <w:b/>
        </w:rPr>
        <w:t xml:space="preserve">[03:48] </w:t>
      </w:r>
      <w:r>
        <w:t>And Maulana has been given several national and international awards, like the Demagogues Peace International Award, which was</w:t>
      </w:r>
    </w:p>
    <w:p>
      <w:pPr>
        <w:jc w:val="right"/>
      </w:pPr>
      <w:r>
        <w:t>And Maulana has been given several national and international awards, like the Demagogues Peace International Award, which was</w:t>
      </w:r>
    </w:p>
    <w:p>
      <w:r>
        <w:rPr>
          <w:b/>
        </w:rPr>
        <w:t xml:space="preserve">[03:55] </w:t>
      </w:r>
      <w:r>
        <w:t>given to him along with Vladimir Putin of Russia, and Archbishop Desmond Tutu, and Princess of Yugoslavia.</w:t>
      </w:r>
    </w:p>
    <w:p>
      <w:pPr>
        <w:jc w:val="right"/>
      </w:pPr>
      <w:r>
        <w:t>given to him along with Vladimir Putin of Russia, and Archbishop Desmond Tutu, and Princess of Yugoslavia.</w:t>
      </w:r>
    </w:p>
    <w:p>
      <w:r>
        <w:rPr>
          <w:b/>
        </w:rPr>
        <w:t xml:space="preserve">[04:02] </w:t>
      </w:r>
      <w:r>
        <w:t>And several other awards, like the National Citizen Award given by Mother Teresa, the Rajiv Gandhi Sad Bhavna</w:t>
      </w:r>
    </w:p>
    <w:p>
      <w:pPr>
        <w:jc w:val="right"/>
      </w:pPr>
      <w:r>
        <w:t>And several other awards, like the National Citizen Award given by Mother Teresa, the Rajiv Gandhi Sad Bhavna</w:t>
      </w:r>
    </w:p>
    <w:p>
      <w:r>
        <w:rPr>
          <w:b/>
        </w:rPr>
        <w:t xml:space="preserve">[04:08] </w:t>
      </w:r>
      <w:r>
        <w:t>Award, the Communal Harmony Award, and two recently awards, one which he got in Abu Dhabi, Sayyidna Imam</w:t>
      </w:r>
    </w:p>
    <w:p>
      <w:pPr>
        <w:jc w:val="right"/>
      </w:pPr>
      <w:r>
        <w:t>Award, the Communal Harmony Award, and two recently awards, one which he got in Abu Dhabi, Sayyidna Imam</w:t>
      </w:r>
    </w:p>
    <w:p>
      <w:r>
        <w:rPr>
          <w:b/>
        </w:rPr>
        <w:t xml:space="preserve">[04:16] </w:t>
      </w:r>
      <w:r>
        <w:t>Al Hassan Ibn Ali Award, for fostering peace.</w:t>
      </w:r>
    </w:p>
    <w:p>
      <w:pPr>
        <w:jc w:val="right"/>
      </w:pPr>
      <w:r>
        <w:t>Al Hassan Ibn Ali Award, for fostering peace.</w:t>
      </w:r>
    </w:p>
    <w:p>
      <w:r>
        <w:rPr>
          <w:b/>
        </w:rPr>
        <w:t xml:space="preserve">[04:20] </w:t>
      </w:r>
      <w:r>
        <w:t>And more recently, last month in Chicago, which was given at ISNA for his Lifetime Achievement of Peace</w:t>
      </w:r>
    </w:p>
    <w:p>
      <w:pPr>
        <w:jc w:val="right"/>
      </w:pPr>
      <w:r>
        <w:t>And more recently, last month in Chicago, which was given at ISNA for his Lifetime Achievement of Peace</w:t>
      </w:r>
    </w:p>
    <w:p>
      <w:r>
        <w:rPr>
          <w:b/>
        </w:rPr>
        <w:t xml:space="preserve">[04:27] </w:t>
      </w:r>
      <w:r>
        <w:t>work.</w:t>
      </w:r>
    </w:p>
    <w:p>
      <w:pPr>
        <w:jc w:val="right"/>
      </w:pPr>
      <w:r>
        <w:t>work.</w:t>
      </w:r>
    </w:p>
    <w:p>
      <w:r>
        <w:rPr>
          <w:b/>
        </w:rPr>
        <w:t xml:space="preserve">[04:29] </w:t>
      </w:r>
      <w:r>
        <w:t>His recent book, The Age of Peace, was launched last month in the United States Institute of Peace in Washington, DC, and this is basically the culmination of his entire lifetime work because he feels that peace is not just a theory; peace is very much practically achieved.</w:t>
      </w:r>
    </w:p>
    <w:p>
      <w:pPr>
        <w:jc w:val="right"/>
      </w:pPr>
      <w:r>
        <w:t>His recent book, The Age of Peace, was launched last month in the United States Institute of Peace in Washington, DC, and this is basically the culmination of his entire lifetime work because he feels that peace is not just a theory; peace is very much practically achieved.</w:t>
      </w:r>
    </w:p>
    <w:p>
      <w:r>
        <w:rPr>
          <w:b/>
        </w:rPr>
        <w:t xml:space="preserve">[04:53] </w:t>
      </w:r>
      <w:r>
        <w:t>And he's been, you know, the lone voice, I would say, who's always been saying that if you really want peace, don't make it conditional.</w:t>
      </w:r>
    </w:p>
    <w:p>
      <w:pPr>
        <w:jc w:val="right"/>
      </w:pPr>
      <w:r>
        <w:t>And he's been, you know, the lone voice, I would say, who's always been saying that if you really want peace, don't make it conditional.</w:t>
      </w:r>
    </w:p>
    <w:p>
      <w:r>
        <w:rPr>
          <w:b/>
        </w:rPr>
        <w:t xml:space="preserve">[05:03] </w:t>
      </w:r>
      <w:r>
        <w:t>Most of the time, the unrest that we see around the world, people say that we will give peace but give us justice. He says that this is not a workable formula; he says that peace has to be on a unilateral basis. You can't say that give justice and then I will give peace because, according to him, peace basically opens the door of opportunities, and once you wear those opportunities, you are able to progress.</w:t>
      </w:r>
    </w:p>
    <w:p>
      <w:pPr>
        <w:jc w:val="right"/>
      </w:pPr>
      <w:r>
        <w:t>Most of the time, the unrest that we see around the world, people say that we will give peace but give us justice. He says that this is not a workable formula; he says that peace has to be on a unilateral basis. You can't say that give justice and then I will give peace because, according to him, peace basically opens the door of opportunities, and once you wear those opportunities, you are able to progress.</w:t>
      </w:r>
    </w:p>
    <w:p>
      <w:r>
        <w:rPr>
          <w:b/>
        </w:rPr>
        <w:t xml:space="preserve">[05:32] </w:t>
      </w:r>
      <w:r>
        <w:t>So saying that justice is a precondition has never worked and will never work, and maybe, you know, in the interaction you could ask him to elaborate on that.</w:t>
      </w:r>
    </w:p>
    <w:p>
      <w:pPr>
        <w:jc w:val="right"/>
      </w:pPr>
      <w:r>
        <w:t>So saying that justice is a precondition has never worked and will never work, and maybe, you know, in the interaction you could ask him to elaborate on that.</w:t>
      </w:r>
    </w:p>
    <w:p>
      <w:r>
        <w:rPr>
          <w:b/>
        </w:rPr>
        <w:t xml:space="preserve">[05:42] </w:t>
      </w:r>
      <w:r>
        <w:t>So he's also been, you know, since he's traveled across the world, he's visited Israel a few times, and he was last few years back invited by Paris Center of Peace, and in a private meeting where President Perez was there, he also gave his document on how to establish peace in the Holy Land.</w:t>
      </w:r>
    </w:p>
    <w:p>
      <w:pPr>
        <w:jc w:val="right"/>
      </w:pPr>
      <w:r>
        <w:t>So he's also been, you know, since he's traveled across the world, he's visited Israel a few times, and he was last few years back invited by Paris Center of Peace, and in a private meeting where President Perez was there, he also gave his document on how to establish peace in the Holy Land.</w:t>
      </w:r>
    </w:p>
    <w:p>
      <w:r>
        <w:rPr>
          <w:b/>
        </w:rPr>
        <w:t xml:space="preserve">[06:04] </w:t>
      </w:r>
      <w:r>
        <w:t>Land. And thereafter, CPS has had several interactions in Tel Aviv, in Jerusalem.</w:t>
      </w:r>
    </w:p>
    <w:p>
      <w:pPr>
        <w:jc w:val="right"/>
      </w:pPr>
      <w:r>
        <w:t>Land. And thereafter, CPS has had several interactions in Tel Aviv, in Jerusalem.</w:t>
      </w:r>
    </w:p>
    <w:p>
      <w:r>
        <w:rPr>
          <w:b/>
        </w:rPr>
        <w:t xml:space="preserve">[06:10] </w:t>
      </w:r>
      <w:r>
        <w:t>Dr. Sanya Sreen Khan, Maulana's son, has participated in many Jerusalem book fairs.</w:t>
      </w:r>
    </w:p>
    <w:p>
      <w:pPr>
        <w:jc w:val="right"/>
      </w:pPr>
      <w:r>
        <w:t>Dr. Sanya Sreen Khan, Maulana's son, has participated in many Jerusalem book fairs.</w:t>
      </w:r>
    </w:p>
    <w:p>
      <w:r>
        <w:rPr>
          <w:b/>
        </w:rPr>
        <w:t xml:space="preserve">[06:15] </w:t>
      </w:r>
      <w:r>
        <w:t>I've been with Dr.</w:t>
      </w:r>
    </w:p>
    <w:p>
      <w:pPr>
        <w:jc w:val="right"/>
      </w:pPr>
      <w:r>
        <w:t>I've been with Dr.</w:t>
      </w:r>
    </w:p>
    <w:p>
      <w:r>
        <w:rPr>
          <w:b/>
        </w:rPr>
        <w:t xml:space="preserve">[06:17] </w:t>
      </w:r>
      <w:r>
        <w:t>Sanya Sreen Khan and our founder, and we've had a wonderful experience interacting with people out there.</w:t>
      </w:r>
    </w:p>
    <w:p>
      <w:pPr>
        <w:jc w:val="right"/>
      </w:pPr>
      <w:r>
        <w:t>Sanya Sreen Khan and our founder, and we've had a wonderful experience interacting with people out there.</w:t>
      </w:r>
    </w:p>
    <w:p>
      <w:r>
        <w:rPr>
          <w:b/>
        </w:rPr>
        <w:t xml:space="preserve">[06:24] </w:t>
      </w:r>
      <w:r>
        <w:t>So, you know, without taking much time, I would now request our founder, Maulana Vaiduddin Khan, to say</w:t>
      </w:r>
    </w:p>
    <w:p>
      <w:pPr>
        <w:jc w:val="right"/>
      </w:pPr>
      <w:r>
        <w:t>So, you know, without taking much time, I would now request our founder, Maulana Vaiduddin Khan, to say</w:t>
      </w:r>
    </w:p>
    <w:p>
      <w:r>
        <w:rPr>
          <w:b/>
        </w:rPr>
        <w:t xml:space="preserve">[06:30] </w:t>
      </w:r>
      <w:r>
        <w:t>a few words, and then we would open the session.</w:t>
      </w:r>
    </w:p>
    <w:p>
      <w:pPr>
        <w:jc w:val="right"/>
      </w:pPr>
      <w:r>
        <w:t>a few words, and then we would open the session.</w:t>
      </w:r>
    </w:p>
    <w:p>
      <w:r>
        <w:rPr>
          <w:b/>
        </w:rPr>
        <w:t xml:space="preserve">[06:33] </w:t>
      </w:r>
      <w:r>
        <w:t>Thank you once again for coming here.</w:t>
      </w:r>
    </w:p>
    <w:p>
      <w:pPr>
        <w:jc w:val="right"/>
      </w:pPr>
      <w:r>
        <w:t>Thank you once again for coming here.</w:t>
      </w:r>
    </w:p>
    <w:p>
      <w:r>
        <w:rPr>
          <w:b/>
        </w:rPr>
        <w:t xml:space="preserve">[06:36] </w:t>
      </w:r>
      <w:r>
        <w:t>It's really a pleasure to host all of you here at</w:t>
      </w:r>
    </w:p>
    <w:p>
      <w:pPr>
        <w:jc w:val="right"/>
      </w:pPr>
      <w:r>
        <w:t>It's really a pleasure to host all of you here at</w:t>
      </w:r>
    </w:p>
    <w:p>
      <w:r>
        <w:rPr>
          <w:b/>
        </w:rPr>
        <w:t xml:space="preserve">[06:39] </w:t>
      </w:r>
      <w:r>
        <w:t>CPS Hall. Welcome to all of you.</w:t>
      </w:r>
    </w:p>
    <w:p>
      <w:pPr>
        <w:jc w:val="right"/>
      </w:pPr>
      <w:r>
        <w:t>CPS Hall. Welcome to all of you.</w:t>
      </w:r>
    </w:p>
    <w:p>
      <w:r>
        <w:rPr>
          <w:b/>
        </w:rPr>
        <w:t xml:space="preserve">[06:41] </w:t>
      </w:r>
      <w:r>
        <w:t>bismillah al-rahman al-rahim.</w:t>
      </w:r>
    </w:p>
    <w:p>
      <w:pPr>
        <w:jc w:val="right"/>
      </w:pPr>
      <w:r>
        <w:t>بسم اللہ الرحمن الرحیم۔</w:t>
      </w:r>
    </w:p>
    <w:p>
      <w:r>
        <w:rPr>
          <w:b/>
        </w:rPr>
        <w:t xml:space="preserve">[06:46] </w:t>
      </w:r>
      <w:r>
        <w:t>wa salla Allahu ala al-nabi al-karim.</w:t>
      </w:r>
    </w:p>
    <w:p>
      <w:pPr>
        <w:jc w:val="right"/>
      </w:pPr>
      <w:r>
        <w:t>وصلی اللہ علی النبی الکریم۔</w:t>
      </w:r>
    </w:p>
    <w:p>
      <w:r>
        <w:rPr>
          <w:b/>
        </w:rPr>
        <w:t xml:space="preserve">[06:52] </w:t>
      </w:r>
      <w:r>
        <w:t>October 20, 2015.</w:t>
      </w:r>
    </w:p>
    <w:p>
      <w:pPr>
        <w:jc w:val="right"/>
      </w:pPr>
      <w:r>
        <w:t>اکتوبر 20، 2015۔</w:t>
      </w:r>
    </w:p>
    <w:p>
      <w:r>
        <w:rPr>
          <w:b/>
        </w:rPr>
        <w:t xml:space="preserve">[07:01] </w:t>
      </w:r>
      <w:r>
        <w:t>Welcome to the guest from Brunei International</w:t>
      </w:r>
    </w:p>
    <w:p>
      <w:pPr>
        <w:jc w:val="right"/>
      </w:pPr>
      <w:r>
        <w:t>ویلکم ٹو دی گیسٹ فرام بنئی انٹرنیشنل</w:t>
      </w:r>
    </w:p>
    <w:p>
      <w:r>
        <w:rPr>
          <w:b/>
        </w:rPr>
        <w:t xml:space="preserve">[07:10] </w:t>
      </w:r>
      <w:r>
        <w:t>in da Indian soil.</w:t>
      </w:r>
    </w:p>
    <w:p>
      <w:pPr>
        <w:jc w:val="right"/>
      </w:pPr>
      <w:r>
        <w:t>ان دا انڈین سائل۔</w:t>
      </w:r>
    </w:p>
    <w:p>
      <w:r>
        <w:rPr>
          <w:b/>
        </w:rPr>
        <w:t xml:space="preserve">[07:14] </w:t>
      </w:r>
      <w:r>
        <w:t>it is land of</w:t>
      </w:r>
    </w:p>
    <w:p>
      <w:pPr>
        <w:jc w:val="right"/>
      </w:pPr>
      <w:r>
        <w:t>اٹ از لینڈ اف</w:t>
      </w:r>
    </w:p>
    <w:p>
      <w:r>
        <w:rPr>
          <w:b/>
        </w:rPr>
        <w:t xml:space="preserve">[07:19] </w:t>
      </w:r>
      <w:r>
        <w:t>spirituality and peace</w:t>
      </w:r>
    </w:p>
    <w:p>
      <w:pPr>
        <w:jc w:val="right"/>
      </w:pPr>
      <w:r>
        <w:t>اسپرچولٹی اینڈ پیس</w:t>
      </w:r>
    </w:p>
    <w:p>
      <w:r>
        <w:rPr>
          <w:b/>
        </w:rPr>
        <w:t xml:space="preserve">[07:23] </w:t>
      </w:r>
      <w:r>
        <w:t>So welcome to you all in this land of peace.</w:t>
      </w:r>
    </w:p>
    <w:p>
      <w:pPr>
        <w:jc w:val="right"/>
      </w:pPr>
      <w:r>
        <w:t>۔ سو ویلکم ٹو یو ال ان دس لینڈ اف پیس۔</w:t>
      </w:r>
    </w:p>
    <w:p>
      <w:r>
        <w:rPr>
          <w:b/>
        </w:rPr>
        <w:t xml:space="preserve">[07:32] </w:t>
      </w:r>
      <w:r>
        <w:t>now you know that</w:t>
      </w:r>
    </w:p>
    <w:p>
      <w:pPr>
        <w:jc w:val="right"/>
      </w:pPr>
      <w:r>
        <w:t>ناؤ یو نو دیٹ</w:t>
      </w:r>
    </w:p>
    <w:p>
      <w:r>
        <w:rPr>
          <w:b/>
        </w:rPr>
        <w:t xml:space="preserve">[07:39] </w:t>
      </w:r>
      <w:r>
        <w:t>There are very special relationship between Muslims and Jew</w:t>
      </w:r>
    </w:p>
    <w:p>
      <w:pPr>
        <w:jc w:val="right"/>
      </w:pPr>
      <w:r>
        <w:t>دیر ار ویری اسپیشل ریلیشن شپ بٹوین مسلمز اینڈ جو</w:t>
      </w:r>
    </w:p>
    <w:p>
      <w:r>
        <w:rPr>
          <w:b/>
        </w:rPr>
        <w:t xml:space="preserve">[07:45] </w:t>
      </w:r>
      <w:r>
        <w:t>both are ahl al-kitab.</w:t>
      </w:r>
    </w:p>
    <w:p>
      <w:pPr>
        <w:jc w:val="right"/>
      </w:pPr>
      <w:r>
        <w:t>بوتھ ار اہل کتاب۔</w:t>
      </w:r>
    </w:p>
    <w:p>
      <w:r>
        <w:rPr>
          <w:b/>
        </w:rPr>
        <w:t xml:space="preserve">[07:51] </w:t>
      </w:r>
      <w:r>
        <w:t>that is religious brothers.</w:t>
      </w:r>
    </w:p>
    <w:p>
      <w:pPr>
        <w:jc w:val="right"/>
      </w:pPr>
      <w:r>
        <w:t>دیٹ از ریلیجیس برادرز۔</w:t>
      </w:r>
    </w:p>
    <w:p>
      <w:r>
        <w:rPr>
          <w:b/>
        </w:rPr>
        <w:t xml:space="preserve">[07:58] </w:t>
      </w:r>
      <w:r>
        <w:t>both believe in prophet Abraham,</w:t>
      </w:r>
    </w:p>
    <w:p>
      <w:pPr>
        <w:jc w:val="right"/>
      </w:pPr>
      <w:r>
        <w:t>بوتھ بیلیو ان پرافٹ ابراہم،</w:t>
      </w:r>
    </w:p>
    <w:p>
      <w:r>
        <w:rPr>
          <w:b/>
        </w:rPr>
        <w:t xml:space="preserve">[08:03] </w:t>
      </w:r>
      <w:r>
        <w:t>Who was the father of all the prophets.</w:t>
      </w:r>
    </w:p>
    <w:p>
      <w:pPr>
        <w:jc w:val="right"/>
      </w:pPr>
      <w:r>
        <w:t>ہو واز دی فادر اف ال دا پرافٹس۔</w:t>
      </w:r>
    </w:p>
    <w:p>
      <w:r>
        <w:rPr>
          <w:b/>
        </w:rPr>
        <w:t xml:space="preserve">[08:10] </w:t>
      </w:r>
      <w:r>
        <w:t>Prophet alaihi salam Muhammad Sallallahu Alaihi Wasallam</w:t>
      </w:r>
    </w:p>
    <w:p>
      <w:pPr>
        <w:jc w:val="right"/>
      </w:pPr>
      <w:r>
        <w:t>پرافٹ علیہ السلام محمد صلی اللہ علیہ وسلم</w:t>
      </w:r>
    </w:p>
    <w:p>
      <w:r>
        <w:rPr>
          <w:b/>
        </w:rPr>
        <w:t xml:space="preserve">[08:14] </w:t>
      </w:r>
      <w:r>
        <w:t>used to give very special position</w:t>
      </w:r>
    </w:p>
    <w:p>
      <w:pPr>
        <w:jc w:val="right"/>
      </w:pPr>
      <w:r>
        <w:t>یوز ٹو گیو ویری اسپیشل پوزیشن</w:t>
      </w:r>
    </w:p>
    <w:p>
      <w:r>
        <w:rPr>
          <w:b/>
        </w:rPr>
        <w:t xml:space="preserve">[08:21] </w:t>
      </w:r>
      <w:r>
        <w:t>to all the</w:t>
      </w:r>
    </w:p>
    <w:p>
      <w:pPr>
        <w:jc w:val="right"/>
      </w:pPr>
      <w:r>
        <w:t>ٹو ال دا</w:t>
      </w:r>
    </w:p>
    <w:p>
      <w:r>
        <w:rPr>
          <w:b/>
        </w:rPr>
        <w:t xml:space="preserve">[08:26] </w:t>
      </w:r>
      <w:r>
        <w:t>Semitic religions. You know there are three Semitic religions.</w:t>
      </w:r>
    </w:p>
    <w:p>
      <w:pPr>
        <w:jc w:val="right"/>
      </w:pPr>
      <w:r>
        <w:t>سیبٹک ریلیجنز۔ یو نو دیر ار تھری سیبٹک ریلیجنز۔</w:t>
      </w:r>
    </w:p>
    <w:p>
      <w:r>
        <w:rPr>
          <w:b/>
        </w:rPr>
        <w:t xml:space="preserve">[08:34] </w:t>
      </w:r>
      <w:r>
        <w:t>in terms of sanity,</w:t>
      </w:r>
    </w:p>
    <w:p>
      <w:pPr>
        <w:jc w:val="right"/>
      </w:pPr>
      <w:r>
        <w:t>ان ٹرمز اف سینیٹی،</w:t>
      </w:r>
    </w:p>
    <w:p>
      <w:r>
        <w:rPr>
          <w:b/>
        </w:rPr>
        <w:t xml:space="preserve">[08:38] </w:t>
      </w:r>
      <w:r>
        <w:t>Judaism with first</w:t>
      </w:r>
    </w:p>
    <w:p>
      <w:pPr>
        <w:jc w:val="right"/>
      </w:pPr>
      <w:r>
        <w:t>جوڈائز ود فرسٹ</w:t>
      </w:r>
    </w:p>
    <w:p>
      <w:r>
        <w:rPr>
          <w:b/>
        </w:rPr>
        <w:t xml:space="preserve">[08:41] </w:t>
      </w:r>
      <w:r>
        <w:t>. Then second is Christianity,</w:t>
      </w:r>
    </w:p>
    <w:p>
      <w:pPr>
        <w:jc w:val="right"/>
      </w:pPr>
      <w:r>
        <w:t>۔ دین سیکنڈ از کرسچینٹی،</w:t>
      </w:r>
    </w:p>
    <w:p>
      <w:r>
        <w:rPr>
          <w:b/>
        </w:rPr>
        <w:t xml:space="preserve">[08:47] </w:t>
      </w:r>
      <w:r>
        <w:t>and the third is Islam.</w:t>
      </w:r>
    </w:p>
    <w:p>
      <w:pPr>
        <w:jc w:val="right"/>
      </w:pPr>
      <w:r>
        <w:t>اینڈ دی تھرڈ از اسلام۔</w:t>
      </w:r>
    </w:p>
    <w:p>
      <w:r>
        <w:rPr>
          <w:b/>
        </w:rPr>
        <w:t xml:space="preserve">[08:53] </w:t>
      </w:r>
      <w:r>
        <w:t>Prophet always in the Quran and also in the Hadith.</w:t>
      </w:r>
    </w:p>
    <w:p>
      <w:pPr>
        <w:jc w:val="right"/>
      </w:pPr>
      <w:r>
        <w:t>پرافٹ الویز ان دی قران اینڈ السو ان دی حدیث۔</w:t>
      </w:r>
    </w:p>
    <w:p>
      <w:r>
        <w:rPr>
          <w:b/>
        </w:rPr>
        <w:t xml:space="preserve">[09:01] </w:t>
      </w:r>
      <w:r>
        <w:t>there are so many references that refer to the special position of these three religions.</w:t>
      </w:r>
    </w:p>
    <w:p>
      <w:pPr>
        <w:jc w:val="right"/>
      </w:pPr>
      <w:r>
        <w:t>دیر ار سو مینی ریفرنسز دیٹ ریفر ٹو دا اسپیشل پوزیشن اف دیز تھری ریلیجنز۔</w:t>
      </w:r>
    </w:p>
    <w:p>
      <w:r>
        <w:rPr>
          <w:b/>
        </w:rPr>
        <w:t xml:space="preserve">[09:11] </w:t>
      </w:r>
      <w:r>
        <w:t>for example, you know prophet Islam was born in Mecca,</w:t>
      </w:r>
    </w:p>
    <w:p>
      <w:pPr>
        <w:jc w:val="right"/>
      </w:pPr>
      <w:r>
        <w:t>فار ایگزامپل، یو نو پرافٹ اسلام واز بورن ان مکہ،</w:t>
      </w:r>
    </w:p>
    <w:p>
      <w:r>
        <w:rPr>
          <w:b/>
        </w:rPr>
        <w:t xml:space="preserve">[09:20] </w:t>
      </w:r>
      <w:r>
        <w:t>and he received the first revelation from God in 610 AD.</w:t>
      </w:r>
    </w:p>
    <w:p>
      <w:pPr>
        <w:jc w:val="right"/>
      </w:pPr>
      <w:r>
        <w:t>اینڈ ہی ریسیوڈ دا فرسٹ ریولیشن فرام گاڈ ان 610 اے ڈی۔</w:t>
      </w:r>
    </w:p>
    <w:p>
      <w:r>
        <w:rPr>
          <w:b/>
        </w:rPr>
        <w:t xml:space="preserve">[09:28] </w:t>
      </w:r>
      <w:r>
        <w:t>The first person he met was a Christian,</w:t>
      </w:r>
    </w:p>
    <w:p>
      <w:pPr>
        <w:jc w:val="right"/>
      </w:pPr>
      <w:r>
        <w:t>دا فرسٹ پرسن ہی میٹ واز ا کرسچن،</w:t>
      </w:r>
    </w:p>
    <w:p>
      <w:r>
        <w:rPr>
          <w:b/>
        </w:rPr>
        <w:t xml:space="preserve">[09:34] </w:t>
      </w:r>
      <w:r>
        <w:t>Waraqah bin Naufal.</w:t>
      </w:r>
    </w:p>
    <w:p>
      <w:pPr>
        <w:jc w:val="right"/>
      </w:pPr>
      <w:r>
        <w:t>ورقہ بن نوفل۔</w:t>
      </w:r>
    </w:p>
    <w:p>
      <w:r>
        <w:rPr>
          <w:b/>
        </w:rPr>
        <w:t xml:space="preserve">[09:36] </w:t>
      </w:r>
      <w:r>
        <w:t>He shared with his experiences</w:t>
      </w:r>
    </w:p>
    <w:p>
      <w:pPr>
        <w:jc w:val="right"/>
      </w:pPr>
      <w:r>
        <w:t>ہی شیئرڈ ود ہز ایکسپیرینسز</w:t>
      </w:r>
    </w:p>
    <w:p>
      <w:r>
        <w:rPr>
          <w:b/>
        </w:rPr>
        <w:t xml:space="preserve">[09:41] </w:t>
      </w:r>
      <w:r>
        <w:t>to this Christian scholar.</w:t>
      </w:r>
    </w:p>
    <w:p>
      <w:pPr>
        <w:jc w:val="right"/>
      </w:pPr>
      <w:r>
        <w:t>ٹو دس کرسچن سکالر۔</w:t>
      </w:r>
    </w:p>
    <w:p>
      <w:r>
        <w:rPr>
          <w:b/>
        </w:rPr>
        <w:t xml:space="preserve">[09:47] </w:t>
      </w:r>
      <w:r>
        <w:t>Then there was no Jew in Mecca, but there was a large Jewish community in Medina.</w:t>
      </w:r>
    </w:p>
    <w:p>
      <w:pPr>
        <w:jc w:val="right"/>
      </w:pPr>
      <w:r>
        <w:t>دین دیر واز نو جو ان مکہ، بٹ دیر واز اے لارج جوئش کمیونٹی ان مدینہ۔</w:t>
      </w:r>
    </w:p>
    <w:p>
      <w:r>
        <w:rPr>
          <w:b/>
        </w:rPr>
        <w:t xml:space="preserve">[09:57] </w:t>
      </w:r>
      <w:r>
        <w:t>So after three years,</w:t>
      </w:r>
    </w:p>
    <w:p>
      <w:pPr>
        <w:jc w:val="right"/>
      </w:pPr>
      <w:r>
        <w:t>سو افٹر تھری ایئرز،</w:t>
      </w:r>
    </w:p>
    <w:p>
      <w:r>
        <w:rPr>
          <w:b/>
        </w:rPr>
        <w:t xml:space="preserve">[09:59] </w:t>
      </w:r>
      <w:r>
        <w:t>he migrated from Mecca to Medina,</w:t>
      </w:r>
    </w:p>
    <w:p>
      <w:pPr>
        <w:jc w:val="right"/>
      </w:pPr>
      <w:r>
        <w:t>ہی مائیگریٹڈ فرام مکہ ٹو مدینہ،</w:t>
      </w:r>
    </w:p>
    <w:p>
      <w:r>
        <w:rPr>
          <w:b/>
        </w:rPr>
        <w:t xml:space="preserve">[10:04] </w:t>
      </w:r>
      <w:r>
        <w:t>and there were three tribes of</w:t>
      </w:r>
    </w:p>
    <w:p>
      <w:pPr>
        <w:jc w:val="right"/>
      </w:pPr>
      <w:r>
        <w:t>اینڈ دیر ویر تھری ٹرائبز اف</w:t>
      </w:r>
    </w:p>
    <w:p>
      <w:r>
        <w:rPr>
          <w:b/>
        </w:rPr>
        <w:t xml:space="preserve">[10:08] </w:t>
      </w:r>
      <w:r>
        <w:t>three three Jewish tribes.</w:t>
      </w:r>
    </w:p>
    <w:p>
      <w:pPr>
        <w:jc w:val="right"/>
      </w:pPr>
      <w:r>
        <w:t>تھری تھری جوئش ٹرائبز۔</w:t>
      </w:r>
    </w:p>
    <w:p>
      <w:r>
        <w:rPr>
          <w:b/>
        </w:rPr>
        <w:t xml:space="preserve">[10:12] </w:t>
      </w:r>
      <w:r>
        <w:t>So he gave very special position to these</w:t>
      </w:r>
    </w:p>
    <w:p>
      <w:pPr>
        <w:jc w:val="right"/>
      </w:pPr>
      <w:r>
        <w:t>سو ہی گیو ویری اسپیشل پوزیشن ٹو دیز</w:t>
      </w:r>
    </w:p>
    <w:p>
      <w:r>
        <w:rPr>
          <w:b/>
        </w:rPr>
        <w:t xml:space="preserve">[10:18] </w:t>
      </w:r>
      <w:r>
        <w:t>Jews. For example,</w:t>
      </w:r>
    </w:p>
    <w:p>
      <w:pPr>
        <w:jc w:val="right"/>
      </w:pPr>
      <w:r>
        <w:t>جو۔ فار ایگزامپل،</w:t>
      </w:r>
    </w:p>
    <w:p>
      <w:r>
        <w:rPr>
          <w:b/>
        </w:rPr>
        <w:t xml:space="preserve">[10:22] </w:t>
      </w:r>
      <w:r>
        <w:t>he make their Qibla</w:t>
      </w:r>
    </w:p>
    <w:p>
      <w:pPr>
        <w:jc w:val="right"/>
      </w:pPr>
      <w:r>
        <w:t>ہی میک دیر قبلہ</w:t>
      </w:r>
    </w:p>
    <w:p>
      <w:r>
        <w:rPr>
          <w:b/>
        </w:rPr>
        <w:t xml:space="preserve">[10:28] </w:t>
      </w:r>
      <w:r>
        <w:t>as his Qibla.</w:t>
      </w:r>
    </w:p>
    <w:p>
      <w:pPr>
        <w:jc w:val="right"/>
      </w:pPr>
      <w:r>
        <w:t>ایز ہز قبلہ۔</w:t>
      </w:r>
    </w:p>
    <w:p>
      <w:r>
        <w:rPr>
          <w:b/>
        </w:rPr>
        <w:t xml:space="preserve">[10:29] </w:t>
      </w:r>
      <w:r>
        <w:t>Qibla means Qibla is very important in Islam.</w:t>
      </w:r>
    </w:p>
    <w:p>
      <w:pPr>
        <w:jc w:val="right"/>
      </w:pPr>
      <w:r>
        <w:t>قبلہ مینز قبلہ از ویری امپورٹنٹ ان اسلام۔</w:t>
      </w:r>
    </w:p>
    <w:p>
      <w:r>
        <w:rPr>
          <w:b/>
        </w:rPr>
        <w:t xml:space="preserve">[10:36] </w:t>
      </w:r>
      <w:r>
        <w:t>So he offered his prayer directing through Jewish Qibla, that is, Qubbat al-Sahra or Dome of the Rock.</w:t>
      </w:r>
    </w:p>
    <w:p>
      <w:pPr>
        <w:jc w:val="right"/>
      </w:pPr>
      <w:r>
        <w:t>So he offered his prayer directing through Jewish Qibla, that is, Qubbat al-Sahra or Dome of the Rock.</w:t>
      </w:r>
    </w:p>
    <w:p>
      <w:r>
        <w:rPr>
          <w:b/>
        </w:rPr>
        <w:t xml:space="preserve">[10:56] </w:t>
      </w:r>
      <w:r>
        <w:t>. It was very</w:t>
      </w:r>
    </w:p>
    <w:p>
      <w:pPr>
        <w:jc w:val="right"/>
      </w:pPr>
      <w:r>
        <w:t>۔ اٹ واز ویری</w:t>
      </w:r>
    </w:p>
    <w:p>
      <w:r>
        <w:rPr>
          <w:b/>
        </w:rPr>
        <w:t xml:space="preserve">[11:00] </w:t>
      </w:r>
      <w:r>
        <w:t>strange that Prophet Islam was</w:t>
      </w:r>
    </w:p>
    <w:p>
      <w:pPr>
        <w:jc w:val="right"/>
      </w:pPr>
      <w:r>
        <w:t>اسٹرینج دیٹ پرافٹ اسلام واز</w:t>
      </w:r>
    </w:p>
    <w:p>
      <w:r>
        <w:rPr>
          <w:b/>
        </w:rPr>
        <w:t xml:space="preserve">[11:04] </w:t>
      </w:r>
      <w:r>
        <w:t>He was founder of Islam, but he up to 16 year, up to 16 month, he observed his</w:t>
      </w:r>
    </w:p>
    <w:p>
      <w:pPr>
        <w:jc w:val="right"/>
      </w:pPr>
      <w:r>
        <w:t>ہز واز فاؤنڈر اف اسلام، بٹ ہی اپ ٹو 16 ایئر، اپ ٹو 16 منتھ، ہی ابزروڈ ہز</w:t>
      </w:r>
    </w:p>
    <w:p>
      <w:r>
        <w:rPr>
          <w:b/>
        </w:rPr>
        <w:t xml:space="preserve">[11:15] </w:t>
      </w:r>
      <w:r>
        <w:t>prayed by adopted Jewish Qibla.</w:t>
      </w:r>
    </w:p>
    <w:p>
      <w:pPr>
        <w:jc w:val="right"/>
      </w:pPr>
      <w:r>
        <w:t>پریر بائی اڈاپٹڈ جوئش قبلہ۔</w:t>
      </w:r>
    </w:p>
    <w:p>
      <w:r>
        <w:rPr>
          <w:b/>
        </w:rPr>
        <w:t xml:space="preserve">[11:24] </w:t>
      </w:r>
      <w:r>
        <w:t>Then Prophet Islam</w:t>
      </w:r>
    </w:p>
    <w:p>
      <w:pPr>
        <w:jc w:val="right"/>
      </w:pPr>
      <w:r>
        <w:t>دین پرافٹ اسلام</w:t>
      </w:r>
    </w:p>
    <w:p>
      <w:r>
        <w:rPr>
          <w:b/>
        </w:rPr>
        <w:t xml:space="preserve">[11:28] </w:t>
      </w:r>
      <w:r>
        <w:t>issued declaration. That is referred in the Hadith, referred in the history as Sahifat al-Madinah.</w:t>
      </w:r>
    </w:p>
    <w:p>
      <w:pPr>
        <w:jc w:val="right"/>
      </w:pPr>
      <w:r>
        <w:t>ایشوڈ ڈیکلریشن۔ دیٹ از ریفرڈ ان دا حدیث، ریفرڈ ان دا ہسٹری ایز صحیفۃ المدینہ۔</w:t>
      </w:r>
    </w:p>
    <w:p>
      <w:r>
        <w:rPr>
          <w:b/>
        </w:rPr>
        <w:t xml:space="preserve">[11:41] </w:t>
      </w:r>
      <w:r>
        <w:t>Sahifat al-Madinah means</w:t>
      </w:r>
    </w:p>
    <w:p>
      <w:pPr>
        <w:jc w:val="right"/>
      </w:pPr>
      <w:r>
        <w:t>صحیفۃ المدینہ مینز</w:t>
      </w:r>
    </w:p>
    <w:p>
      <w:r>
        <w:rPr>
          <w:b/>
        </w:rPr>
        <w:t xml:space="preserve">[11:44] </w:t>
      </w:r>
      <w:r>
        <w:t>Medina declaration. In this declaration,</w:t>
      </w:r>
    </w:p>
    <w:p>
      <w:pPr>
        <w:jc w:val="right"/>
      </w:pPr>
      <w:r>
        <w:t>مدینہ ڈیکلریشن۔ ان دس ڈیکلریشن،</w:t>
      </w:r>
    </w:p>
    <w:p>
      <w:r>
        <w:rPr>
          <w:b/>
        </w:rPr>
        <w:t xml:space="preserve">[11:49] </w:t>
      </w:r>
      <w:r>
        <w:t>He there was in this declaration, there was clause then</w:t>
      </w:r>
    </w:p>
    <w:p>
      <w:pPr>
        <w:jc w:val="right"/>
      </w:pPr>
      <w:r>
        <w:t>ہی دیر واز ان دس ڈیکلریشن، دیر واز کلاس دین</w:t>
      </w:r>
    </w:p>
    <w:p>
      <w:r>
        <w:rPr>
          <w:b/>
        </w:rPr>
        <w:t xml:space="preserve">[11:56] </w:t>
      </w:r>
      <w:r>
        <w:t>المسلمین for their region, for Jewish community, their region and for Muslim community, their region.</w:t>
      </w:r>
    </w:p>
    <w:p>
      <w:pPr>
        <w:jc w:val="right"/>
      </w:pPr>
      <w:r>
        <w:t>المسلمین فار جو دیر ریجن فار جوئش کمیونٹی، دیر ریجن اینڈ فار مسلم کمیونٹی، دیر ریجن۔</w:t>
      </w:r>
    </w:p>
    <w:p>
      <w:r>
        <w:rPr>
          <w:b/>
        </w:rPr>
        <w:t xml:space="preserve">[12:09] </w:t>
      </w:r>
      <w:r>
        <w:t>one day, Prophet was sitting</w:t>
      </w:r>
    </w:p>
    <w:p>
      <w:pPr>
        <w:jc w:val="right"/>
      </w:pPr>
      <w:r>
        <w:t>ون ڈے، پرافٹ واز سٹنگ</w:t>
      </w:r>
    </w:p>
    <w:p>
      <w:r>
        <w:rPr>
          <w:b/>
        </w:rPr>
        <w:t xml:space="preserve">[12:16] </w:t>
      </w:r>
      <w:r>
        <w:t>at a place in Medina.</w:t>
      </w:r>
    </w:p>
    <w:p>
      <w:pPr>
        <w:jc w:val="right"/>
      </w:pPr>
      <w:r>
        <w:t>ایٹ اے پلیس ان مدینہ۔</w:t>
      </w:r>
    </w:p>
    <w:p>
      <w:r>
        <w:rPr>
          <w:b/>
        </w:rPr>
        <w:t xml:space="preserve">[12:19] </w:t>
      </w:r>
      <w:r>
        <w:t>He saw pointed position,</w:t>
      </w:r>
    </w:p>
    <w:p>
      <w:pPr>
        <w:jc w:val="right"/>
      </w:pPr>
      <w:r>
        <w:t>ہی سا پوائنٹڈ پوزیشن،</w:t>
      </w:r>
    </w:p>
    <w:p>
      <w:r>
        <w:rPr>
          <w:b/>
        </w:rPr>
        <w:t xml:space="preserve">[12:22] </w:t>
      </w:r>
      <w:r>
        <w:t>pasang throu street,</w:t>
      </w:r>
    </w:p>
    <w:p>
      <w:pPr>
        <w:jc w:val="right"/>
      </w:pPr>
      <w:r>
        <w:t>پاسنگ تھرو سٹریٹ،</w:t>
      </w:r>
    </w:p>
    <w:p>
      <w:r>
        <w:rPr>
          <w:b/>
        </w:rPr>
        <w:t xml:space="preserve">[12:27] </w:t>
      </w:r>
      <w:r>
        <w:t>and saying that</w:t>
      </w:r>
    </w:p>
    <w:p>
      <w:pPr>
        <w:jc w:val="right"/>
      </w:pPr>
      <w:r>
        <w:t>اینڈ سینگ دیٹ</w:t>
      </w:r>
    </w:p>
    <w:p>
      <w:r>
        <w:rPr>
          <w:b/>
        </w:rPr>
        <w:t xml:space="preserve">[12:29] </w:t>
      </w:r>
      <w:r>
        <w:t>funeral, he stood up in respect.</w:t>
      </w:r>
    </w:p>
    <w:p>
      <w:pPr>
        <w:jc w:val="right"/>
      </w:pPr>
      <w:r>
        <w:t>فیونرل، ہی سٹوڈ اپ ان ریسپیکٹ۔</w:t>
      </w:r>
    </w:p>
    <w:p>
      <w:r>
        <w:rPr>
          <w:b/>
        </w:rPr>
        <w:t xml:space="preserve">[12:35] </w:t>
      </w:r>
      <w:r>
        <w:t>One of his companions said, "O Prophet, it was funeral of a Jew, not a Muslim."</w:t>
      </w:r>
    </w:p>
    <w:p>
      <w:pPr>
        <w:jc w:val="right"/>
      </w:pPr>
      <w:r>
        <w:t>ون اف ہز کمپینینٹس سیڈ، "او پرافٹ، اٹ واز فیونرل اف اے جو، ناٹ اے مسلم۔"</w:t>
      </w:r>
    </w:p>
    <w:p>
      <w:r>
        <w:rPr>
          <w:b/>
        </w:rPr>
        <w:t xml:space="preserve">[12:43] </w:t>
      </w:r>
      <w:r>
        <w:t>prophet said, "ales nafsan</w:t>
      </w:r>
    </w:p>
    <w:p>
      <w:pPr>
        <w:jc w:val="right"/>
      </w:pPr>
      <w:r>
        <w:t>پرافٹ سیڈ، "الیس نفسن</w:t>
      </w:r>
    </w:p>
    <w:p>
      <w:r>
        <w:rPr>
          <w:b/>
        </w:rPr>
        <w:t xml:space="preserve">[12:48] </w:t>
      </w:r>
      <w:r>
        <w:t>was he not a human being</w:t>
      </w:r>
    </w:p>
    <w:p>
      <w:pPr>
        <w:jc w:val="right"/>
      </w:pPr>
      <w:r>
        <w:t>واز ہی ناٹ ا ہیومن بینگ</w:t>
      </w:r>
    </w:p>
    <w:p>
      <w:r>
        <w:rPr>
          <w:b/>
        </w:rPr>
        <w:t xml:space="preserve">[12:52] </w:t>
      </w:r>
      <w:r>
        <w:t>Here you can see that Prophet established a community between himself and that Jew. That is very important. So at every occasion, Prophet gave a very special position to Jews as well as to Christians.</w:t>
      </w:r>
    </w:p>
    <w:p>
      <w:pPr>
        <w:jc w:val="right"/>
      </w:pPr>
      <w:r>
        <w:t>Here you can see that Prophet established a community between himself and that Jew. That is very important. So at every occasion, Prophet gave a very special position to Jews as well as to Christians.</w:t>
      </w:r>
    </w:p>
    <w:p>
      <w:r>
        <w:rPr>
          <w:b/>
        </w:rPr>
        <w:t xml:space="preserve">[13:21] </w:t>
      </w:r>
      <w:r>
        <w:t>Now in Madinah, there were three Jewish tribes. So one day, there was a difference between a Muslim and a Jew.</w:t>
      </w:r>
    </w:p>
    <w:p>
      <w:pPr>
        <w:jc w:val="right"/>
      </w:pPr>
      <w:r>
        <w:t>Now in Madinah, there were three Jewish tribes. So one day, there was a difference between a Muslim and a Jew.</w:t>
      </w:r>
    </w:p>
    <w:p>
      <w:r>
        <w:rPr>
          <w:b/>
        </w:rPr>
        <w:t xml:space="preserve">[13:39] </w:t>
      </w:r>
      <w:r>
        <w:t>jo said that mozes was superior</w:t>
      </w:r>
    </w:p>
    <w:p>
      <w:pPr>
        <w:jc w:val="right"/>
      </w:pPr>
      <w:r>
        <w:t>جو سیڈ دیٹ موزز واز سپیریئر</w:t>
      </w:r>
    </w:p>
    <w:p>
      <w:r>
        <w:rPr>
          <w:b/>
        </w:rPr>
        <w:t xml:space="preserve">[13:44] </w:t>
      </w:r>
      <w:r>
        <w:t>to all the prophets.</w:t>
      </w:r>
    </w:p>
    <w:p>
      <w:pPr>
        <w:jc w:val="right"/>
      </w:pPr>
      <w:r>
        <w:t>ٹو ال دا پرافٹس۔</w:t>
      </w:r>
    </w:p>
    <w:p>
      <w:r>
        <w:rPr>
          <w:b/>
        </w:rPr>
        <w:t xml:space="preserve">[13:47] </w:t>
      </w:r>
      <w:r>
        <w:t>Muslim said, "No, Muhammad was the superior prophet,</w:t>
      </w:r>
    </w:p>
    <w:p>
      <w:pPr>
        <w:jc w:val="right"/>
      </w:pPr>
      <w:r>
        <w:t>مسلم سیڈ، "نو، محمد واز دا سپیریئر پرافٹ،</w:t>
      </w:r>
    </w:p>
    <w:p>
      <w:r>
        <w:rPr>
          <w:b/>
        </w:rPr>
        <w:t xml:space="preserve">[13:54] </w:t>
      </w:r>
      <w:r>
        <w:t>superior to all the prophets."</w:t>
      </w:r>
    </w:p>
    <w:p>
      <w:pPr>
        <w:jc w:val="right"/>
      </w:pPr>
      <w:r>
        <w:t>سپیریئر ٹو ال دا پرافٹس۔"</w:t>
      </w:r>
    </w:p>
    <w:p>
      <w:r>
        <w:rPr>
          <w:b/>
        </w:rPr>
        <w:t xml:space="preserve">[14:00] </w:t>
      </w:r>
      <w:r>
        <w:t>so there was hate, there was</w:t>
      </w:r>
    </w:p>
    <w:p>
      <w:pPr>
        <w:jc w:val="right"/>
      </w:pPr>
      <w:r>
        <w:t>سو دیر واز ہیٹ، دیر واز</w:t>
      </w:r>
    </w:p>
    <w:p>
      <w:r>
        <w:rPr>
          <w:b/>
        </w:rPr>
        <w:t xml:space="preserve">[14:04] </w:t>
      </w:r>
      <w:r>
        <w:t>There was heated exchange between the two.</w:t>
      </w:r>
    </w:p>
    <w:p>
      <w:pPr>
        <w:jc w:val="right"/>
      </w:pPr>
      <w:r>
        <w:t>دیر واز ہیٹڈ ایکسچینج بٹوین دا ٹو۔</w:t>
      </w:r>
    </w:p>
    <w:p>
      <w:r>
        <w:rPr>
          <w:b/>
        </w:rPr>
        <w:t xml:space="preserve">[14:11] </w:t>
      </w:r>
      <w:r>
        <w:t>and there was a quarrel.</w:t>
      </w:r>
    </w:p>
    <w:p>
      <w:pPr>
        <w:jc w:val="right"/>
      </w:pPr>
      <w:r>
        <w:t>اینڈ دیر واز ا کوئل۔</w:t>
      </w:r>
    </w:p>
    <w:p>
      <w:r>
        <w:rPr>
          <w:b/>
        </w:rPr>
        <w:t xml:space="preserve">[14:16] </w:t>
      </w:r>
      <w:r>
        <w:t>then both jo and muslims</w:t>
      </w:r>
    </w:p>
    <w:p>
      <w:pPr>
        <w:jc w:val="right"/>
      </w:pPr>
      <w:r>
        <w:t>دین بوتھ جو اور مسلمز</w:t>
      </w:r>
    </w:p>
    <w:p>
      <w:r>
        <w:rPr>
          <w:b/>
        </w:rPr>
        <w:t xml:space="preserve">[14:19] </w:t>
      </w:r>
      <w:r>
        <w:t>visited the Prophet and narrated the story.</w:t>
      </w:r>
    </w:p>
    <w:p>
      <w:pPr>
        <w:jc w:val="right"/>
      </w:pPr>
      <w:r>
        <w:t>وزٹڈ دا پرافٹ اینڈ نیریٹڈ دی سٹوری۔</w:t>
      </w:r>
    </w:p>
    <w:p>
      <w:r>
        <w:rPr>
          <w:b/>
        </w:rPr>
        <w:t xml:space="preserve">[14:24] </w:t>
      </w:r>
      <w:r>
        <w:t>prophet said, "don't say like thing,</w:t>
      </w:r>
    </w:p>
    <w:p>
      <w:pPr>
        <w:jc w:val="right"/>
      </w:pPr>
      <w:r>
        <w:t>پرافٹ سیڈ، "ڈونٹ سے لائک تھنگ،</w:t>
      </w:r>
    </w:p>
    <w:p>
      <w:r>
        <w:rPr>
          <w:b/>
        </w:rPr>
        <w:t xml:space="preserve">[14:29] </w:t>
      </w:r>
      <w:r>
        <w:t>don't make me superior,</w:t>
      </w:r>
    </w:p>
    <w:p>
      <w:pPr>
        <w:jc w:val="right"/>
      </w:pPr>
      <w:r>
        <w:t>ڈونٹ میک می سپیریئر،</w:t>
      </w:r>
    </w:p>
    <w:p>
      <w:r>
        <w:rPr>
          <w:b/>
        </w:rPr>
        <w:t xml:space="preserve">[14:34] </w:t>
      </w:r>
      <w:r>
        <w:t>Because in the in the Day of Judgment, when all the</w:t>
      </w:r>
    </w:p>
    <w:p>
      <w:pPr>
        <w:jc w:val="right"/>
      </w:pPr>
      <w:r>
        <w:t>بیکاز ان دا ان دا ڈے اف ججمنٹ، وین ال دا</w:t>
      </w:r>
    </w:p>
    <w:p>
      <w:r>
        <w:rPr>
          <w:b/>
        </w:rPr>
        <w:t xml:space="preserve">[14:44] </w:t>
      </w:r>
      <w:r>
        <w:t>Human, all the mankind, will gather at the</w:t>
      </w:r>
    </w:p>
    <w:p>
      <w:pPr>
        <w:jc w:val="right"/>
      </w:pPr>
      <w:r>
        <w:t>ہیومن، ال دا مین کائنڈ، ول گیدر ایٹ دا</w:t>
      </w:r>
    </w:p>
    <w:p>
      <w:r>
        <w:rPr>
          <w:b/>
        </w:rPr>
        <w:t xml:space="preserve">[14:51] </w:t>
      </w:r>
      <w:r>
        <w:t>maidan hashar." so all</w:t>
      </w:r>
    </w:p>
    <w:p>
      <w:pPr>
        <w:jc w:val="right"/>
      </w:pPr>
      <w:r>
        <w:t>میدان حشر۔" سو ال</w:t>
      </w:r>
    </w:p>
    <w:p>
      <w:r>
        <w:rPr>
          <w:b/>
        </w:rPr>
        <w:t xml:space="preserve">[14:56] </w:t>
      </w:r>
      <w:r>
        <w:t>When this, when they see the glory of God Almighty,</w:t>
      </w:r>
    </w:p>
    <w:p>
      <w:pPr>
        <w:jc w:val="right"/>
      </w:pPr>
      <w:r>
        <w:t>وین دس، وین دے سی دی گلوری اف گاڈ المائٹی،</w:t>
      </w:r>
    </w:p>
    <w:p>
      <w:r>
        <w:rPr>
          <w:b/>
        </w:rPr>
        <w:t xml:space="preserve">[15:02] </w:t>
      </w:r>
      <w:r>
        <w:t>They will, they will feel and become conscious, unconscious.</w:t>
      </w:r>
    </w:p>
    <w:p>
      <w:pPr>
        <w:jc w:val="right"/>
      </w:pPr>
      <w:r>
        <w:t>دے ول دے ول فیل اینڈ بیکم کانشیس، ان کانشیس۔</w:t>
      </w:r>
    </w:p>
    <w:p>
      <w:r>
        <w:rPr>
          <w:b/>
        </w:rPr>
        <w:t xml:space="preserve">[15:09] </w:t>
      </w:r>
      <w:r>
        <w:t>they became unconscious,</w:t>
      </w:r>
    </w:p>
    <w:p>
      <w:pPr>
        <w:jc w:val="right"/>
      </w:pPr>
      <w:r>
        <w:t>دے بیکم ان کانشیس،</w:t>
      </w:r>
    </w:p>
    <w:p>
      <w:r>
        <w:rPr>
          <w:b/>
        </w:rPr>
        <w:t xml:space="preserve">[15:12] </w:t>
      </w:r>
      <w:r>
        <w:t>including prophets. So after some time, they return to conscious.</w:t>
      </w:r>
    </w:p>
    <w:p>
      <w:pPr>
        <w:jc w:val="right"/>
      </w:pPr>
      <w:r>
        <w:t>انکلوڈنگ پرافٹس۔ سو افٹر سم ٹائم، دے ریٹرن ٹو کانشیس۔</w:t>
      </w:r>
    </w:p>
    <w:p>
      <w:r>
        <w:rPr>
          <w:b/>
        </w:rPr>
        <w:t xml:space="preserve">[15:20] </w:t>
      </w:r>
      <w:r>
        <w:t>so prophet said that, "i will,</w:t>
      </w:r>
    </w:p>
    <w:p>
      <w:pPr>
        <w:jc w:val="right"/>
      </w:pPr>
      <w:r>
        <w:t>سو پرافٹ سیڈ دیٹ، "ائی ویل،</w:t>
      </w:r>
    </w:p>
    <w:p>
      <w:r>
        <w:rPr>
          <w:b/>
        </w:rPr>
        <w:t xml:space="preserve">[15:25] </w:t>
      </w:r>
      <w:r>
        <w:t>I will go to the throne of God Almighty.</w:t>
      </w:r>
    </w:p>
    <w:p>
      <w:pPr>
        <w:jc w:val="right"/>
      </w:pPr>
      <w:r>
        <w:t>ائی ویل گو ٹو دا تھرون اف گاڈ المائٹی۔</w:t>
      </w:r>
    </w:p>
    <w:p>
      <w:r>
        <w:rPr>
          <w:b/>
        </w:rPr>
        <w:t xml:space="preserve">[15:34] </w:t>
      </w:r>
      <w:r>
        <w:t>i will proceed,</w:t>
      </w:r>
    </w:p>
    <w:p>
      <w:pPr>
        <w:jc w:val="right"/>
      </w:pPr>
      <w:r>
        <w:t>ائی ویل پروسیڈ،</w:t>
      </w:r>
    </w:p>
    <w:p>
      <w:r>
        <w:rPr>
          <w:b/>
        </w:rPr>
        <w:t xml:space="preserve">[15:36] </w:t>
      </w:r>
      <w:r>
        <w:t>"I will proceed the throne of God Almighty."</w:t>
      </w:r>
    </w:p>
    <w:p>
      <w:pPr>
        <w:jc w:val="right"/>
      </w:pPr>
      <w:r>
        <w:t>ائی ویل پروسیڈ دا تھرون اف گاڈ المائٹی۔"</w:t>
      </w:r>
    </w:p>
    <w:p>
      <w:r>
        <w:rPr>
          <w:b/>
        </w:rPr>
        <w:t xml:space="preserve">[15:40] </w:t>
      </w:r>
      <w:r>
        <w:t>So when I reached over there, I will saw that</w:t>
      </w:r>
    </w:p>
    <w:p>
      <w:pPr>
        <w:jc w:val="right"/>
      </w:pPr>
      <w:r>
        <w:t>سو وین ائی ریچڈ اوور دیر، ائی ویل سا دیٹ</w:t>
      </w:r>
    </w:p>
    <w:p>
      <w:r>
        <w:rPr>
          <w:b/>
        </w:rPr>
        <w:t xml:space="preserve">[15:47] </w:t>
      </w:r>
      <w:r>
        <w:t>Muhammad, that Moses, and Moses</w:t>
      </w:r>
    </w:p>
    <w:p>
      <w:pPr>
        <w:jc w:val="right"/>
      </w:pPr>
      <w:r>
        <w:t>محمد، دیٹ موسی علیہ السلام، اور موزل</w:t>
      </w:r>
    </w:p>
    <w:p>
      <w:r>
        <w:rPr>
          <w:b/>
        </w:rPr>
        <w:t xml:space="preserve">[15:54] </w:t>
      </w:r>
      <w:r>
        <w:t>will be there before myself.</w:t>
      </w:r>
    </w:p>
    <w:p>
      <w:pPr>
        <w:jc w:val="right"/>
      </w:pPr>
      <w:r>
        <w:t>ول بی دیر بیفور مائی سیلف۔</w:t>
      </w:r>
    </w:p>
    <w:p>
      <w:r>
        <w:rPr>
          <w:b/>
        </w:rPr>
        <w:t xml:space="preserve">[15:59] </w:t>
      </w:r>
      <w:r>
        <w:t>to all these</w:t>
      </w:r>
    </w:p>
    <w:p>
      <w:pPr>
        <w:jc w:val="right"/>
      </w:pPr>
      <w:r>
        <w:t>تو ال دیز</w:t>
      </w:r>
    </w:p>
    <w:p>
      <w:r>
        <w:rPr>
          <w:b/>
        </w:rPr>
        <w:t xml:space="preserve">[16:01] </w:t>
      </w:r>
      <w:r>
        <w:t>references tell that in islam,</w:t>
      </w:r>
    </w:p>
    <w:p>
      <w:pPr>
        <w:jc w:val="right"/>
      </w:pPr>
      <w:r>
        <w:t>ریفرنسز ٹیل دیٹ ان اسلام،</w:t>
      </w:r>
    </w:p>
    <w:p>
      <w:r>
        <w:rPr>
          <w:b/>
        </w:rPr>
        <w:t xml:space="preserve">[16:06] </w:t>
      </w:r>
      <w:r>
        <w:t>that islam gives very special position to jewish community,</w:t>
      </w:r>
    </w:p>
    <w:p>
      <w:pPr>
        <w:jc w:val="right"/>
      </w:pPr>
      <w:r>
        <w:t>دیٹ اسلام گیوز ویری اسپیشل پوزیشن ٹو جوئش کمیونٹی،</w:t>
      </w:r>
    </w:p>
    <w:p>
      <w:r>
        <w:rPr>
          <w:b/>
        </w:rPr>
        <w:t xml:space="preserve">[16:13] </w:t>
      </w:r>
      <w:r>
        <w:t>as well as christian community.</w:t>
      </w:r>
    </w:p>
    <w:p>
      <w:pPr>
        <w:jc w:val="right"/>
      </w:pPr>
      <w:r>
        <w:t>ایز ویل ایز کرسچن کمیونٹی۔</w:t>
      </w:r>
    </w:p>
    <w:p>
      <w:r>
        <w:rPr>
          <w:b/>
        </w:rPr>
        <w:t xml:space="preserve">[16:18] </w:t>
      </w:r>
      <w:r>
        <w:t>جسٹ لائک، بیکاز these three communities, Muslims and Jew and Christian, are three septic</w:t>
      </w:r>
    </w:p>
    <w:p>
      <w:pPr>
        <w:jc w:val="right"/>
      </w:pPr>
      <w:r>
        <w:t>جسٹ لائک، بیکاز دیز تھری کمیونٹیز، مسلمز اینڈ جو اینڈ کرسچن، ار تھری سیپٹک</w:t>
      </w:r>
    </w:p>
    <w:p>
      <w:r>
        <w:rPr>
          <w:b/>
        </w:rPr>
        <w:t xml:space="preserve">[16:29] </w:t>
      </w:r>
      <w:r>
        <w:t>brothers. first is jewish community, second is christian community, and third is muslim community.</w:t>
      </w:r>
    </w:p>
    <w:p>
      <w:pPr>
        <w:jc w:val="right"/>
      </w:pPr>
      <w:r>
        <w:t>برادرز۔ فرسٹ از جوئش کمیونٹی، سیکنڈ از کرسچن کمیونٹی، اینڈ تھرڈ از مسلم کمیونٹی۔</w:t>
      </w:r>
    </w:p>
    <w:p>
      <w:r>
        <w:rPr>
          <w:b/>
        </w:rPr>
        <w:t xml:space="preserve">[16:41] </w:t>
      </w:r>
      <w:r>
        <w:t>so there are</w:t>
      </w:r>
    </w:p>
    <w:p>
      <w:pPr>
        <w:jc w:val="right"/>
      </w:pPr>
      <w:r>
        <w:t>سو دیر ار</w:t>
      </w:r>
    </w:p>
    <w:p>
      <w:r>
        <w:rPr>
          <w:b/>
        </w:rPr>
        <w:t xml:space="preserve">[16:45] </w:t>
      </w:r>
      <w:r>
        <w:t>so many similarities between the two communities.</w:t>
      </w:r>
    </w:p>
    <w:p>
      <w:pPr>
        <w:jc w:val="right"/>
      </w:pPr>
      <w:r>
        <w:t>سو مینی سیمیلریٹیز بٹوین دا ٹو کمیونٹیز۔</w:t>
      </w:r>
    </w:p>
    <w:p>
      <w:r>
        <w:rPr>
          <w:b/>
        </w:rPr>
        <w:t xml:space="preserve">[16:49] </w:t>
      </w:r>
      <w:r>
        <w:t>i know that there are some differences</w:t>
      </w:r>
    </w:p>
    <w:p>
      <w:pPr>
        <w:jc w:val="right"/>
      </w:pPr>
      <w:r>
        <w:t>ائی نو دیٹ دیر ار سم ڈیفرنسز</w:t>
      </w:r>
    </w:p>
    <w:p>
      <w:r>
        <w:rPr>
          <w:b/>
        </w:rPr>
        <w:t xml:space="preserve">[16:54] </w:t>
      </w:r>
      <w:r>
        <w:t>between the two community.</w:t>
      </w:r>
    </w:p>
    <w:p>
      <w:pPr>
        <w:jc w:val="right"/>
      </w:pPr>
      <w:r>
        <w:t>بٹوین دی ٹو کمیونٹی۔</w:t>
      </w:r>
    </w:p>
    <w:p>
      <w:r>
        <w:rPr>
          <w:b/>
        </w:rPr>
        <w:t xml:space="preserve">[16:59] </w:t>
      </w:r>
      <w:r>
        <w:t>in the land of israel or palestine.</w:t>
      </w:r>
    </w:p>
    <w:p>
      <w:pPr>
        <w:jc w:val="right"/>
      </w:pPr>
      <w:r>
        <w:t>ان دا لینڈ اف اسرائیل اور پیلسٹائن۔</w:t>
      </w:r>
    </w:p>
    <w:p>
      <w:r>
        <w:rPr>
          <w:b/>
        </w:rPr>
        <w:t xml:space="preserve">[17:04] </w:t>
      </w:r>
      <w:r>
        <w:t>but i think that we have a,</w:t>
      </w:r>
    </w:p>
    <w:p>
      <w:pPr>
        <w:jc w:val="right"/>
      </w:pPr>
      <w:r>
        <w:t>بٹ ائی تھنک دیٹ وی ہیو ا،</w:t>
      </w:r>
    </w:p>
    <w:p>
      <w:r>
        <w:rPr>
          <w:b/>
        </w:rPr>
        <w:t xml:space="preserve">[17:13] </w:t>
      </w:r>
      <w:r>
        <w:t>we have a very good</w:t>
      </w:r>
    </w:p>
    <w:p>
      <w:pPr>
        <w:jc w:val="right"/>
      </w:pPr>
      <w:r>
        <w:t>وی ہیو ا ویری گڈ</w:t>
      </w:r>
    </w:p>
    <w:p>
      <w:r>
        <w:rPr>
          <w:b/>
        </w:rPr>
        <w:t xml:space="preserve">[17:16] </w:t>
      </w:r>
      <w:r>
        <w:t>method to settle our differences.</w:t>
      </w:r>
    </w:p>
    <w:p>
      <w:pPr>
        <w:jc w:val="right"/>
      </w:pPr>
      <w:r>
        <w:t>میتھڈ ٹو سیٹل اور ڈیفرنسز۔</w:t>
      </w:r>
    </w:p>
    <w:p>
      <w:r>
        <w:rPr>
          <w:b/>
        </w:rPr>
        <w:t xml:space="preserve">[17:21] </w:t>
      </w:r>
      <w:r>
        <w:t>We are now, are in the days of United Nations.</w:t>
      </w:r>
    </w:p>
    <w:p>
      <w:pPr>
        <w:jc w:val="right"/>
      </w:pPr>
      <w:r>
        <w:t>وی ار ناؤ، ار ان دا ڈیز اف یونائٹڈ نیشنز۔</w:t>
      </w:r>
    </w:p>
    <w:p>
      <w:r>
        <w:rPr>
          <w:b/>
        </w:rPr>
        <w:t xml:space="preserve">[17:26] </w:t>
      </w:r>
      <w:r>
        <w:t>united nations is world body.</w:t>
      </w:r>
    </w:p>
    <w:p>
      <w:pPr>
        <w:jc w:val="right"/>
      </w:pPr>
      <w:r>
        <w:t>یونائٹڈ نیشنز از ورلڈ باڈی۔</w:t>
      </w:r>
    </w:p>
    <w:p>
      <w:r>
        <w:rPr>
          <w:b/>
        </w:rPr>
        <w:t xml:space="preserve">[17:31] </w:t>
      </w:r>
      <w:r>
        <w:t>united nations is world body.</w:t>
      </w:r>
    </w:p>
    <w:p>
      <w:pPr>
        <w:jc w:val="right"/>
      </w:pPr>
      <w:r>
        <w:t>یونائٹڈ نیشنز از ورلڈ باڈی۔</w:t>
      </w:r>
    </w:p>
    <w:p>
      <w:r>
        <w:rPr>
          <w:b/>
        </w:rPr>
        <w:t xml:space="preserve">[17:33] </w:t>
      </w:r>
      <w:r>
        <w:t>so i think that best is</w:t>
      </w:r>
    </w:p>
    <w:p>
      <w:pPr>
        <w:jc w:val="right"/>
      </w:pPr>
      <w:r>
        <w:t>سو ائی تھنک دیٹ بیسٹ از</w:t>
      </w:r>
    </w:p>
    <w:p>
      <w:r>
        <w:rPr>
          <w:b/>
        </w:rPr>
        <w:t xml:space="preserve">[17:38] </w:t>
      </w:r>
      <w:r>
        <w:t>Two, best is that the both community must accept UNO as arbiter</w:t>
      </w:r>
    </w:p>
    <w:p>
      <w:pPr>
        <w:jc w:val="right"/>
      </w:pPr>
      <w:r>
        <w:t>ٹو، بیسٹ از دیٹ دا بوتھ کمیونٹی مسٹ ایکسیپٹ یو این او ایز ار اربیٹر</w:t>
      </w:r>
    </w:p>
    <w:p>
      <w:r>
        <w:rPr>
          <w:b/>
        </w:rPr>
        <w:t xml:space="preserve">[17:48] </w:t>
      </w:r>
      <w:r>
        <w:t>aur saalis. And both must accept the</w:t>
      </w:r>
    </w:p>
    <w:p>
      <w:pPr>
        <w:jc w:val="right"/>
      </w:pPr>
      <w:r>
        <w:t>اور سالس۔ اینڈ بوتھ مسٹ ایکسیپٹ دا</w:t>
      </w:r>
    </w:p>
    <w:p>
      <w:r>
        <w:rPr>
          <w:b/>
        </w:rPr>
        <w:t xml:space="preserve">[17:59] </w:t>
      </w:r>
      <w:r>
        <w:t>judgement of united nations.</w:t>
      </w:r>
    </w:p>
    <w:p>
      <w:pPr>
        <w:jc w:val="right"/>
      </w:pPr>
      <w:r>
        <w:t>ججمنٹ اف یونائٹڈ نیشنز۔</w:t>
      </w:r>
    </w:p>
    <w:p>
      <w:r>
        <w:rPr>
          <w:b/>
        </w:rPr>
        <w:t xml:space="preserve">[18:01] </w:t>
      </w:r>
      <w:r>
        <w:t>this is the best way to settle the problem.</w:t>
      </w:r>
    </w:p>
    <w:p>
      <w:pPr>
        <w:jc w:val="right"/>
      </w:pPr>
      <w:r>
        <w:t>دس از دا بیسٹ وے ٹو سیٹل دا پرابلم۔</w:t>
      </w:r>
    </w:p>
    <w:p>
      <w:r>
        <w:rPr>
          <w:b/>
        </w:rPr>
        <w:t xml:space="preserve">[18:07] </w:t>
      </w:r>
      <w:r>
        <w:t>now a few words about our mission</w:t>
      </w:r>
    </w:p>
    <w:p>
      <w:pPr>
        <w:jc w:val="right"/>
      </w:pPr>
      <w:r>
        <w:t>ناؤ ا فیو ورڈز اباؤٹ اور مشن</w:t>
      </w:r>
    </w:p>
    <w:p>
      <w:r>
        <w:rPr>
          <w:b/>
        </w:rPr>
        <w:t xml:space="preserve">[18:11] </w:t>
      </w:r>
      <w:r>
        <w:t>Our mission is the mission of peace and spirituality. We believe that peace and spirituality are two different faces of a single coin. Spirituality is the inner content of peace, and peace is the external expression of spirituality. So this is our mission.</w:t>
      </w:r>
    </w:p>
    <w:p>
      <w:pPr>
        <w:jc w:val="right"/>
      </w:pPr>
      <w:r>
        <w:t>Our mission is the mission of peace and spirituality. We believe that peace and spirituality are two different faces of a single coin. Spirituality is the inner content of peace, and peace is the external expression of spirituality. So this is our mission.</w:t>
      </w:r>
    </w:p>
    <w:p>
      <w:r>
        <w:rPr>
          <w:b/>
        </w:rPr>
        <w:t xml:space="preserve">[18:41] </w:t>
      </w:r>
      <w:r>
        <w:t>We try to promote peace and spirituality throughout the world through literature, through seminars, through conferences, through modern communication. This is our mission.</w:t>
      </w:r>
    </w:p>
    <w:p>
      <w:pPr>
        <w:jc w:val="right"/>
      </w:pPr>
      <w:r>
        <w:t>We try to promote peace and spirituality throughout the world through literature, through seminars, through conferences, through modern communication. This is our mission.</w:t>
      </w:r>
    </w:p>
    <w:p>
      <w:r>
        <w:rPr>
          <w:b/>
        </w:rPr>
        <w:t xml:space="preserve">[18:59] </w:t>
      </w:r>
      <w:r>
        <w:t>And also, I believe that those Muslims who are engaged in violence in some places are not correct representatives of Islam.</w:t>
      </w:r>
    </w:p>
    <w:p>
      <w:pPr>
        <w:jc w:val="right"/>
      </w:pPr>
      <w:r>
        <w:t>And also, I believe that those Muslims who are engaged in violence in some places are not correct representatives of Islam.</w:t>
      </w:r>
    </w:p>
    <w:p>
      <w:r>
        <w:rPr>
          <w:b/>
        </w:rPr>
        <w:t xml:space="preserve">[19:14] </w:t>
      </w:r>
      <w:r>
        <w:t>because islam is religion of peace, religion of love,</w:t>
      </w:r>
    </w:p>
    <w:p>
      <w:pPr>
        <w:jc w:val="right"/>
      </w:pPr>
      <w:r>
        <w:t>بیکاز اسلام از ریلیجن اف پیس، ریلیجن اف لو،</w:t>
      </w:r>
    </w:p>
    <w:p>
      <w:r>
        <w:rPr>
          <w:b/>
        </w:rPr>
        <w:t xml:space="preserve">[19:20] </w:t>
      </w:r>
      <w:r>
        <w:t>religion of compassion.</w:t>
      </w:r>
    </w:p>
    <w:p>
      <w:pPr>
        <w:jc w:val="right"/>
      </w:pPr>
      <w:r>
        <w:t>ریلیجن اف کمپیشن۔</w:t>
      </w:r>
    </w:p>
    <w:p>
      <w:r>
        <w:rPr>
          <w:b/>
        </w:rPr>
        <w:t xml:space="preserve">[19:25] </w:t>
      </w:r>
      <w:r>
        <w:t>all the teachings of islam directly or indirectly are related to peace and spirituality.</w:t>
      </w:r>
    </w:p>
    <w:p>
      <w:pPr>
        <w:jc w:val="right"/>
      </w:pPr>
      <w:r>
        <w:t>ال دا ٹیچز اف اسلام ڈائریکٹلی اور ان ڈائریکٹلی ار ریلیٹڈ ٹو پیس اینڈ سپرچولٹی۔</w:t>
      </w:r>
    </w:p>
    <w:p>
      <w:r>
        <w:rPr>
          <w:b/>
        </w:rPr>
        <w:t xml:space="preserve">[19:35] </w:t>
      </w:r>
      <w:r>
        <w:t>so those muslims who are engaged</w:t>
      </w:r>
    </w:p>
    <w:p>
      <w:pPr>
        <w:jc w:val="right"/>
      </w:pPr>
      <w:r>
        <w:t>سو دوز مسلمز ہو ار انگیجڈ</w:t>
      </w:r>
    </w:p>
    <w:p>
      <w:r>
        <w:rPr>
          <w:b/>
        </w:rPr>
        <w:t xml:space="preserve">[19:38] </w:t>
      </w:r>
      <w:r>
        <w:t>in violence, they are</w:t>
      </w:r>
    </w:p>
    <w:p>
      <w:pPr>
        <w:jc w:val="right"/>
      </w:pPr>
      <w:r>
        <w:t>ان وائلنس، دے ار</w:t>
      </w:r>
    </w:p>
    <w:p>
      <w:r>
        <w:rPr>
          <w:b/>
        </w:rPr>
        <w:t xml:space="preserve">[19:46] </w:t>
      </w:r>
      <w:r>
        <w:t>they are not,</w:t>
      </w:r>
    </w:p>
    <w:p>
      <w:pPr>
        <w:jc w:val="right"/>
      </w:pPr>
      <w:r>
        <w:t>دے ار ناٹ،</w:t>
      </w:r>
    </w:p>
    <w:p>
      <w:r>
        <w:rPr>
          <w:b/>
        </w:rPr>
        <w:t xml:space="preserve">[19:50] </w:t>
      </w:r>
      <w:r>
        <w:t>They are not, they are not following the teaching of Islam.</w:t>
      </w:r>
    </w:p>
    <w:p>
      <w:pPr>
        <w:jc w:val="right"/>
      </w:pPr>
      <w:r>
        <w:t>دے ار ناٹ، دے ار ناٹ فالونگ دا ٹیچنگ اف اسلام۔</w:t>
      </w:r>
    </w:p>
    <w:p>
      <w:r>
        <w:rPr>
          <w:b/>
        </w:rPr>
        <w:t xml:space="preserve">[19:57] </w:t>
      </w:r>
      <w:r>
        <w:t>so i would say that you must differentiate</w:t>
      </w:r>
    </w:p>
    <w:p>
      <w:pPr>
        <w:jc w:val="right"/>
      </w:pPr>
      <w:r>
        <w:t>سو ائی وڈ سے دیٹ یو مسٹ ڈیفرنشیٹ</w:t>
      </w:r>
    </w:p>
    <w:p>
      <w:r>
        <w:rPr>
          <w:b/>
        </w:rPr>
        <w:t xml:space="preserve">[20:02] </w:t>
      </w:r>
      <w:r>
        <w:t>between the between muslims and islam.</w:t>
      </w:r>
    </w:p>
    <w:p>
      <w:pPr>
        <w:jc w:val="right"/>
      </w:pPr>
      <w:r>
        <w:t>بٹوین دا بٹوین مسلمز اینڈ اسلام۔</w:t>
      </w:r>
    </w:p>
    <w:p>
      <w:r>
        <w:rPr>
          <w:b/>
        </w:rPr>
        <w:t xml:space="preserve">[20:08] </w:t>
      </w:r>
      <w:r>
        <w:t>you have to judge muslims</w:t>
      </w:r>
    </w:p>
    <w:p>
      <w:pPr>
        <w:jc w:val="right"/>
      </w:pPr>
      <w:r>
        <w:t>یو ہیو ٹو جج مسلمز</w:t>
      </w:r>
    </w:p>
    <w:p>
      <w:r>
        <w:rPr>
          <w:b/>
        </w:rPr>
        <w:t xml:space="preserve">[20:11] </w:t>
      </w:r>
      <w:r>
        <w:t>on the teachings of islam, and not vice versa.</w:t>
      </w:r>
    </w:p>
    <w:p>
      <w:pPr>
        <w:jc w:val="right"/>
      </w:pPr>
      <w:r>
        <w:t>ان دا ٹیچنگز اف اسلام، اینڈ ناٹ وائس ورسا۔</w:t>
      </w:r>
    </w:p>
    <w:p>
      <w:r>
        <w:rPr>
          <w:b/>
        </w:rPr>
        <w:t xml:space="preserve">[20:18] </w:t>
      </w:r>
      <w:r>
        <w:t>we try to</w:t>
      </w:r>
    </w:p>
    <w:p>
      <w:pPr>
        <w:jc w:val="right"/>
      </w:pPr>
      <w:r>
        <w:t>وی ٹرائی ٹو</w:t>
      </w:r>
    </w:p>
    <w:p>
      <w:r>
        <w:rPr>
          <w:b/>
        </w:rPr>
        <w:t xml:space="preserve">[20:21] </w:t>
      </w:r>
      <w:r>
        <w:t>to make, we try to make muslims</w:t>
      </w:r>
    </w:p>
    <w:p>
      <w:pPr>
        <w:jc w:val="right"/>
      </w:pPr>
      <w:r>
        <w:t>ٹو میک، وی ٹرائی ٹو میک مسلمز</w:t>
      </w:r>
    </w:p>
    <w:p>
      <w:r>
        <w:rPr>
          <w:b/>
        </w:rPr>
        <w:t xml:space="preserve">[20:27] </w:t>
      </w:r>
      <w:r>
        <w:t>aware of this fact.</w:t>
      </w:r>
    </w:p>
    <w:p>
      <w:pPr>
        <w:jc w:val="right"/>
      </w:pPr>
      <w:r>
        <w:t>اویئر اف دس فیکٹ۔</w:t>
      </w:r>
    </w:p>
    <w:p>
      <w:r>
        <w:rPr>
          <w:b/>
        </w:rPr>
        <w:t xml:space="preserve">[20:29] </w:t>
      </w:r>
      <w:r>
        <w:t>we always, we are, we try to</w:t>
      </w:r>
    </w:p>
    <w:p>
      <w:pPr>
        <w:jc w:val="right"/>
      </w:pPr>
      <w:r>
        <w:t>وی الویز، وی ار، وی ٹرائی ٹو</w:t>
      </w:r>
    </w:p>
    <w:p>
      <w:r>
        <w:rPr>
          <w:b/>
        </w:rPr>
        <w:t xml:space="preserve">[20:38] </w:t>
      </w:r>
      <w:r>
        <w:t>bring about reform in muslims and make them peaceful</w:t>
      </w:r>
    </w:p>
    <w:p>
      <w:pPr>
        <w:jc w:val="right"/>
      </w:pPr>
      <w:r>
        <w:t>برنگ اباؤٹ ریفارم ان مسلمز اینڈ میک دیم پیس فل</w:t>
      </w:r>
    </w:p>
    <w:p>
      <w:r>
        <w:rPr>
          <w:b/>
        </w:rPr>
        <w:t xml:space="preserve">[20:43] </w:t>
      </w:r>
      <w:r>
        <w:t>Because peace is the most important. Prophet of Islam has said, "إِنَّ اللَّهَ يَعْطِي الْرِفْقَ مَا لَا يَعْطِيهُ الْعَلَوْمُ" . It means that God Almighty grants peace to what He does not grant to violence.</w:t>
      </w:r>
    </w:p>
    <w:p>
      <w:pPr>
        <w:jc w:val="right"/>
      </w:pPr>
      <w:r>
        <w:t>Because peace is the most important. Prophet of Islam has said, "إِنَّ اللَّهَ يَعْطِي الْرِفْقَ مَا لَا يَعْطِيهُ الْعَلَوْمُ" . It means that God Almighty grants peace to what He does not grant to violence.</w:t>
      </w:r>
    </w:p>
    <w:p>
      <w:r>
        <w:rPr>
          <w:b/>
        </w:rPr>
        <w:t xml:space="preserve">[21:13] </w:t>
      </w:r>
      <w:r>
        <w:t>this this sunnatullah or divine law.</w:t>
      </w:r>
    </w:p>
    <w:p>
      <w:pPr>
        <w:jc w:val="right"/>
      </w:pPr>
      <w:r>
        <w:t>دس دس سنت اللہ اور ڈیوائن لا۔</w:t>
      </w:r>
    </w:p>
    <w:p>
      <w:r>
        <w:rPr>
          <w:b/>
        </w:rPr>
        <w:t xml:space="preserve">[21:20] </w:t>
      </w:r>
      <w:r>
        <w:t>so this world</w:t>
      </w:r>
    </w:p>
    <w:p>
      <w:pPr>
        <w:jc w:val="right"/>
      </w:pPr>
      <w:r>
        <w:t>سو دس ورلڈ</w:t>
      </w:r>
    </w:p>
    <w:p>
      <w:r>
        <w:rPr>
          <w:b/>
        </w:rPr>
        <w:t xml:space="preserve">[21:23] </w:t>
      </w:r>
      <w:r>
        <w:t>is made on the concept of peace.</w:t>
      </w:r>
    </w:p>
    <w:p>
      <w:pPr>
        <w:jc w:val="right"/>
      </w:pPr>
      <w:r>
        <w:t>از میڈ ان دا کانسیپٹ اف پیس۔</w:t>
      </w:r>
    </w:p>
    <w:p>
      <w:r>
        <w:rPr>
          <w:b/>
        </w:rPr>
        <w:t xml:space="preserve">[21:27] </w:t>
      </w:r>
      <w:r>
        <w:t>only peaceful method</w:t>
      </w:r>
    </w:p>
    <w:p>
      <w:pPr>
        <w:jc w:val="right"/>
      </w:pPr>
      <w:r>
        <w:t>اونلی پیس فل میتھڈ</w:t>
      </w:r>
    </w:p>
    <w:p>
      <w:r>
        <w:rPr>
          <w:b/>
        </w:rPr>
        <w:t xml:space="preserve">[21:31] </w:t>
      </w:r>
      <w:r>
        <w:t>in this world, you can achieve your goal only through peaceful method.</w:t>
      </w:r>
    </w:p>
    <w:p>
      <w:pPr>
        <w:jc w:val="right"/>
      </w:pPr>
      <w:r>
        <w:t>ان دس ورلڈ، یو کین اچیو یور گول اونلی تھرو پیس فل میتھڈ۔</w:t>
      </w:r>
    </w:p>
    <w:p>
      <w:r>
        <w:rPr>
          <w:b/>
        </w:rPr>
        <w:t xml:space="preserve">[21:37] </w:t>
      </w:r>
      <w:r>
        <w:t>if you adopt</w:t>
      </w:r>
    </w:p>
    <w:p>
      <w:pPr>
        <w:jc w:val="right"/>
      </w:pPr>
      <w:r>
        <w:t>اف یو اڈاپٹ</w:t>
      </w:r>
    </w:p>
    <w:p>
      <w:r>
        <w:rPr>
          <w:b/>
        </w:rPr>
        <w:t xml:space="preserve">[21:39] </w:t>
      </w:r>
      <w:r>
        <w:t>violent method, then it it will not work.</w:t>
      </w:r>
    </w:p>
    <w:p>
      <w:pPr>
        <w:jc w:val="right"/>
      </w:pPr>
      <w:r>
        <w:t>وائلنٹ میتھڈ، دین اٹ اٹ ول ناٹ ورک۔</w:t>
      </w:r>
    </w:p>
    <w:p>
      <w:r>
        <w:rPr>
          <w:b/>
        </w:rPr>
        <w:t xml:space="preserve">[21:45] </w:t>
      </w:r>
      <w:r>
        <w:t>So we always try to convince Muslims of this fact so that they may shun all kinds of violence. In short, this is our mission.</w:t>
      </w:r>
    </w:p>
    <w:p>
      <w:pPr>
        <w:jc w:val="right"/>
      </w:pPr>
      <w:r>
        <w:t>So we always try to convince Muslims of this fact so that they may shun all kinds of violence. In short, this is our mission.</w:t>
      </w:r>
    </w:p>
    <w:p>
      <w:r>
        <w:rPr>
          <w:b/>
        </w:rPr>
        <w:t xml:space="preserve">[22:05] </w:t>
      </w:r>
      <w:r>
        <w:t>And all the members of our team, all the members of our mission are trying their heart to establish this mission.</w:t>
      </w:r>
    </w:p>
    <w:p>
      <w:pPr>
        <w:jc w:val="right"/>
      </w:pPr>
      <w:r>
        <w:t>And all the members of our team, all the members of our mission are trying their heart to establish this mission.</w:t>
      </w:r>
    </w:p>
    <w:p>
      <w:r>
        <w:rPr>
          <w:b/>
        </w:rPr>
        <w:t xml:space="preserve">[22:23] </w:t>
      </w:r>
      <w:r>
        <w:t>And we try to spread our message all over the globe. So thank you. And again, I would say that we welcome you on this land of peace.</w:t>
      </w:r>
    </w:p>
    <w:p>
      <w:pPr>
        <w:jc w:val="right"/>
      </w:pPr>
      <w:r>
        <w:t>And we try to spread our message all over the globe. So thank you. And again, I would say that we welcome you on this land of peace.</w:t>
      </w:r>
    </w:p>
    <w:p>
      <w:r>
        <w:rPr>
          <w:b/>
        </w:rPr>
        <w:t xml:space="preserve">[22:42] </w:t>
      </w:r>
      <w:r>
        <w:t>of peace. Thank you.</w:t>
      </w:r>
    </w:p>
    <w:p>
      <w:pPr>
        <w:jc w:val="right"/>
      </w:pPr>
      <w:r>
        <w:t>اف پیس۔ تھینک یو۔</w:t>
      </w:r>
    </w:p>
    <w:p>
      <w:r>
        <w:rPr>
          <w:b/>
        </w:rPr>
        <w:t xml:space="preserve">[22:47] </w:t>
      </w:r>
      <w:r>
        <w:t>you know, it's it's interesting to share with all of you that whenever he gives a talk,</w:t>
      </w:r>
    </w:p>
    <w:p>
      <w:pPr>
        <w:jc w:val="right"/>
      </w:pPr>
      <w:r>
        <w:t>یو نائٹ، اٹس اٹس انٹرسٹنگ ٹو شیئر ود ال اف یو دیٹ وین ایور ہی گیوز ا ٹاک،</w:t>
      </w:r>
    </w:p>
    <w:p>
      <w:r>
        <w:rPr>
          <w:b/>
        </w:rPr>
        <w:t xml:space="preserve">[22:54] </w:t>
      </w:r>
      <w:r>
        <w:t>there are more than thousand uploaded on his website.</w:t>
      </w:r>
    </w:p>
    <w:p>
      <w:pPr>
        <w:jc w:val="right"/>
      </w:pPr>
      <w:r>
        <w:t>دیر ار مور دین تھاؤزنڈ اپلوڈڈ ان ہز ویب سائٹ۔</w:t>
      </w:r>
    </w:p>
    <w:p>
      <w:r>
        <w:rPr>
          <w:b/>
        </w:rPr>
        <w:t xml:space="preserve">[22:56] </w:t>
      </w:r>
      <w:r>
        <w:t>and you could see there are set in english also.</w:t>
      </w:r>
    </w:p>
    <w:p>
      <w:pPr>
        <w:jc w:val="right"/>
      </w:pPr>
      <w:r>
        <w:t>اینڈ یو کڈ سی دیر ار سیٹل ان انگلش السو۔</w:t>
      </w:r>
    </w:p>
    <w:p>
      <w:r>
        <w:rPr>
          <w:b/>
        </w:rPr>
        <w:t xml:space="preserve">[22:58] </w:t>
      </w:r>
      <w:r>
        <w:t>So whenever he goes, whenever he begins his talk, he begins his talk with prayer that</w:t>
      </w:r>
    </w:p>
    <w:p>
      <w:pPr>
        <w:jc w:val="right"/>
      </w:pPr>
      <w:r>
        <w:t>سو وین ایور ہی گوز، وین ایور ہی بیگنز ہز ٹاک، ہی بیگنز ہز ٹاک ود پریئر دیٹ</w:t>
      </w:r>
    </w:p>
    <w:p>
      <w:r>
        <w:rPr>
          <w:b/>
        </w:rPr>
        <w:t xml:space="preserve">[23:04] </w:t>
      </w:r>
      <w:r>
        <w:t>musa made to god.</w:t>
      </w:r>
    </w:p>
    <w:p>
      <w:pPr>
        <w:jc w:val="right"/>
      </w:pPr>
      <w:r>
        <w:t>موزز میڈ ٹو گاڈ۔</w:t>
      </w:r>
    </w:p>
    <w:p>
      <w:r>
        <w:rPr>
          <w:b/>
        </w:rPr>
        <w:t xml:space="preserve">[23:06] </w:t>
      </w:r>
      <w:r>
        <w:t>and it has mentioned in quran in chapter 20, and it goes like this: "rabbishrahli sadri wa yassirli amri</w:t>
      </w:r>
    </w:p>
    <w:p>
      <w:pPr>
        <w:jc w:val="right"/>
      </w:pPr>
      <w:r>
        <w:t>اینڈ اٹ ہیز مینشن ان قران ان چیپٹر 20، اینڈ اٹ گوز لائک دس: "ربش صدری ویسلی امری</w:t>
      </w:r>
    </w:p>
    <w:p>
      <w:r>
        <w:rPr>
          <w:b/>
        </w:rPr>
        <w:t xml:space="preserve">[23:15] </w:t>
      </w:r>
      <w:r>
        <w:t>wahlul uqdatan min lisani yafqahu qawli."</w:t>
      </w:r>
    </w:p>
    <w:p>
      <w:pPr>
        <w:jc w:val="right"/>
      </w:pPr>
      <w:r>
        <w:t>وھل الادت من لسانی یفقو قولی۔"</w:t>
      </w:r>
    </w:p>
    <w:p>
      <w:r>
        <w:rPr>
          <w:b/>
        </w:rPr>
        <w:t xml:space="preserve">[23:19] </w:t>
      </w:r>
      <w:r>
        <w:t>the translation of this prayer that moses made is that: "o god, expand my heart and ease my</w:t>
      </w:r>
    </w:p>
    <w:p>
      <w:pPr>
        <w:jc w:val="right"/>
      </w:pPr>
      <w:r>
        <w:t>دی ٹرانسلیشن اف دس پریئر دیٹ موزز میڈ از دیٹ: "او گاڈ، ایکسپینڈ مائی ہارٹ اینڈ ایز مائی</w:t>
      </w:r>
    </w:p>
    <w:p>
      <w:r>
        <w:rPr>
          <w:b/>
        </w:rPr>
        <w:t xml:space="preserve">[23:29] </w:t>
      </w:r>
      <w:r>
        <w:t>task, and remove the impediment of my speech, so that i may be able to communicate the message</w:t>
      </w:r>
    </w:p>
    <w:p>
      <w:pPr>
        <w:jc w:val="right"/>
      </w:pPr>
      <w:r>
        <w:t>ٹاسک، اینڈ ریموو دی امپیریمنٹ اف مائی سپیچ، سو دیٹ ائی می بی ایبل ٹو کمیونیکیٹ دی میسج</w:t>
      </w:r>
    </w:p>
    <w:p>
      <w:r>
        <w:rPr>
          <w:b/>
        </w:rPr>
        <w:t xml:space="preserve">[23:36] </w:t>
      </w:r>
      <w:r>
        <w:t>that i want to convey."</w:t>
      </w:r>
    </w:p>
    <w:p>
      <w:pPr>
        <w:jc w:val="right"/>
      </w:pPr>
      <w:r>
        <w:t>دیٹ ائی وانٹ ٹو کنوے۔"</w:t>
      </w:r>
    </w:p>
    <w:p>
      <w:r>
        <w:rPr>
          <w:b/>
        </w:rPr>
        <w:t xml:space="preserve">[23:38] </w:t>
      </w:r>
      <w:r>
        <w:t>so moses made this prayer to god before he was sent to pharaoh to convey the word of</w:t>
      </w:r>
    </w:p>
    <w:p>
      <w:pPr>
        <w:jc w:val="right"/>
      </w:pPr>
      <w:r>
        <w:t>سو موزز میڈ دس پریئر ٹو گاڈ بیفور ہی واز سینڈ ٹو فارو ٹو کنوے دی ورڈ اف</w:t>
      </w:r>
    </w:p>
    <w:p>
      <w:r>
        <w:rPr>
          <w:b/>
        </w:rPr>
        <w:t xml:space="preserve">[23:44] </w:t>
      </w:r>
      <w:r>
        <w:t>God. And Maulana asked all the CPS members globally to, you know, do this prayer where</w:t>
      </w:r>
    </w:p>
    <w:p>
      <w:pPr>
        <w:jc w:val="right"/>
      </w:pPr>
      <w:r>
        <w:t>گاڈ۔ اینڈ مولانا اسٹارٹ ال دی سی پی ایس ممبرز گلوبلی ٹو، یو نو، ڈو دس پریئر ویر</w:t>
      </w:r>
    </w:p>
    <w:p>
      <w:r>
        <w:rPr>
          <w:b/>
        </w:rPr>
        <w:t xml:space="preserve">[23:51] </w:t>
      </w:r>
      <w:r>
        <w:t>wherever we go and we talk.</w:t>
      </w:r>
    </w:p>
    <w:p>
      <w:pPr>
        <w:jc w:val="right"/>
      </w:pPr>
      <w:r>
        <w:t>ایور وی گو اینڈ وی ٹاک۔</w:t>
      </w:r>
    </w:p>
    <w:p>
      <w:r>
        <w:rPr>
          <w:b/>
        </w:rPr>
        <w:t xml:space="preserve">[23:53] </w:t>
      </w:r>
      <w:r>
        <w:t>And you know, if you open his talks, you would find that, you know, he begins his lecture,</w:t>
      </w:r>
    </w:p>
    <w:p>
      <w:pPr>
        <w:jc w:val="right"/>
      </w:pPr>
      <w:r>
        <w:t>اینڈ یو نو، اف یو اوپن ہز ٹاکس، یو وڈ فائنڈ دیٹ، یو نو، ہی بیگنز ہز لیکچر،</w:t>
      </w:r>
    </w:p>
    <w:p>
      <w:r>
        <w:rPr>
          <w:b/>
        </w:rPr>
        <w:t xml:space="preserve">[23:58] </w:t>
      </w:r>
      <w:r>
        <w:t>you know, with with small prayer.</w:t>
      </w:r>
    </w:p>
    <w:p>
      <w:pPr>
        <w:jc w:val="right"/>
      </w:pPr>
      <w:r>
        <w:t>یو نو، ود ود سمال پریئر۔</w:t>
      </w:r>
    </w:p>
    <w:p>
      <w:r>
        <w:rPr>
          <w:b/>
        </w:rPr>
        <w:t xml:space="preserve">[24:01] </w:t>
      </w:r>
      <w:r>
        <w:t>so you know, i would open the session now.</w:t>
      </w:r>
    </w:p>
    <w:p>
      <w:pPr>
        <w:jc w:val="right"/>
      </w:pPr>
      <w:r>
        <w:t>سو یو نو، ائی وڈ اوپن دی سیشن ناو۔</w:t>
      </w:r>
    </w:p>
    <w:p>
      <w:r>
        <w:rPr>
          <w:b/>
        </w:rPr>
        <w:t xml:space="preserve">[24:04] </w:t>
      </w:r>
      <w:r>
        <w:t>David, how would you want it to be? We could, yeah, you know, I would welcome Alan to please come here and share a few words. Thank you very much. Thank you, thank you for meeting with us today. We represent Bnei B'reath, which is in over 50 countries around the world, working for peace as well amongst all people.</w:t>
      </w:r>
    </w:p>
    <w:p>
      <w:pPr>
        <w:jc w:val="right"/>
      </w:pPr>
      <w:r>
        <w:t>David, how would you want it to be? We could, yeah, you know, I would welcome Alan to please come here and share a few words. Thank you very much. Thank you, thank you for meeting with us today. We represent Bnei B'reath, which is in over 50 countries around the world, working for peace as well amongst all people.</w:t>
      </w:r>
    </w:p>
    <w:p>
      <w:r>
        <w:rPr>
          <w:b/>
        </w:rPr>
        <w:t xml:space="preserve">[24:29] </w:t>
      </w:r>
      <w:r>
        <w:t>The organization is 172 years old this year. It is the oldest Jewish organization. 172 years. Mashallah, mashallah. It's been around a long time. We have people here today from, I think, five different countries that we are represented in as well, obviously most of them from the United States. We thank you for meeting with us.</w:t>
      </w:r>
    </w:p>
    <w:p>
      <w:pPr>
        <w:jc w:val="right"/>
      </w:pPr>
      <w:r>
        <w:t>The organization is 172 years old this year. It is the oldest Jewish organization. 172 years. Mashallah, mashallah. It's been around a long time. We have people here today from, I think, five different countries that we are represented in as well, obviously most of them from the United States. We thank you for meeting with us.</w:t>
      </w:r>
    </w:p>
    <w:p>
      <w:r>
        <w:rPr>
          <w:b/>
        </w:rPr>
        <w:t xml:space="preserve">[24:55] </w:t>
      </w:r>
      <w:r>
        <w:t>. we have had a meeting three months ago with pope francis in rome, and we work towards</w:t>
      </w:r>
    </w:p>
    <w:p>
      <w:pPr>
        <w:jc w:val="right"/>
      </w:pPr>
      <w:r>
        <w:t>۔ وی ہیو ہیڈ ا میٹنگ تھری منتھس ایگو ود پوپ فرانسس ان روم، اینڈ وی ورک ٹوڈز</w:t>
      </w:r>
    </w:p>
    <w:p>
      <w:r>
        <w:rPr>
          <w:b/>
        </w:rPr>
        <w:t xml:space="preserve">[25:04] </w:t>
      </w:r>
      <w:r>
        <w:t>peace amongst all peoples.</w:t>
      </w:r>
    </w:p>
    <w:p>
      <w:pPr>
        <w:jc w:val="right"/>
      </w:pPr>
      <w:r>
        <w:t>پیس امنگسٹ ال پیپلز۔</w:t>
      </w:r>
    </w:p>
    <w:p>
      <w:r>
        <w:rPr>
          <w:b/>
        </w:rPr>
        <w:t xml:space="preserve">[25:06] </w:t>
      </w:r>
      <w:r>
        <w:t>we think this is important.</w:t>
      </w:r>
    </w:p>
    <w:p>
      <w:pPr>
        <w:jc w:val="right"/>
      </w:pPr>
      <w:r>
        <w:t>وی تھنک دس از امپورٹنٹ۔</w:t>
      </w:r>
    </w:p>
    <w:p>
      <w:r>
        <w:rPr>
          <w:b/>
        </w:rPr>
        <w:t xml:space="preserve">[25:09] </w:t>
      </w:r>
      <w:r>
        <w:t>and so, with that, perhaps I could ask you the first question:</w:t>
      </w:r>
    </w:p>
    <w:p>
      <w:pPr>
        <w:jc w:val="right"/>
      </w:pPr>
      <w:r>
        <w:t>اینڈ سو، ود دیٹ، پرہپس ائی کڈ اسک یو دا فرسٹ کویسچن:</w:t>
      </w:r>
    </w:p>
    <w:p>
      <w:r>
        <w:rPr>
          <w:b/>
        </w:rPr>
        <w:t xml:space="preserve">[25:14] </w:t>
      </w:r>
      <w:r>
        <w:t>how do you see us working together to better develop the relationship between Muslims and Jews, so</w:t>
      </w:r>
    </w:p>
    <w:p>
      <w:pPr>
        <w:jc w:val="right"/>
      </w:pPr>
      <w:r>
        <w:t>ہاؤ ڈو یو سی اس ورکنگ ٹوگیدر ٹو بیٹر ڈیولپ دا ریلیشن شپ بٹوین مسلمز اینڈ جوئز، سو</w:t>
      </w:r>
    </w:p>
    <w:p>
      <w:r>
        <w:rPr>
          <w:b/>
        </w:rPr>
        <w:t xml:space="preserve">[25:24] </w:t>
      </w:r>
      <w:r>
        <w:t>that all that takes place throughout the world does not, as it is happening today, will not</w:t>
      </w:r>
    </w:p>
    <w:p>
      <w:pPr>
        <w:jc w:val="right"/>
      </w:pPr>
      <w:r>
        <w:t>دیٹ ال دیٹ ٹیکس پلیس تھرو اؤٹ دا ورلڈ ڈز ناٹ، ایز اٹ از ہیپننگ ٹوڈے، ول ناٹ</w:t>
      </w:r>
    </w:p>
    <w:p>
      <w:r>
        <w:rPr>
          <w:b/>
        </w:rPr>
        <w:t xml:space="preserve">[25:30] </w:t>
      </w:r>
      <w:r>
        <w:t>happen in the future?</w:t>
      </w:r>
    </w:p>
    <w:p>
      <w:pPr>
        <w:jc w:val="right"/>
      </w:pPr>
      <w:r>
        <w:t>ہیپن ان دا فیوچر؟</w:t>
      </w:r>
    </w:p>
    <w:p>
      <w:r>
        <w:rPr>
          <w:b/>
        </w:rPr>
        <w:t xml:space="preserve">[25:35] </w:t>
      </w:r>
      <w:r>
        <w:t>That is a good question. And I think that the answer is very simple. According to my study, Muslims are unaware, generally. They don't know the exact teaching of Islam.</w:t>
      </w:r>
    </w:p>
    <w:p>
      <w:pPr>
        <w:jc w:val="right"/>
      </w:pPr>
      <w:r>
        <w:t>That is a good question. And I think that the answer is very simple. According to my study, Muslims are unaware, generally. They don't know the exact teaching of Islam.</w:t>
      </w:r>
    </w:p>
    <w:p>
      <w:r>
        <w:rPr>
          <w:b/>
        </w:rPr>
        <w:t xml:space="preserve">[25:58] </w:t>
      </w:r>
      <w:r>
        <w:t>All the teachings of Islam are based on brotherhood, compassion, love. And the Jewish community, as I said earlier, has a special position in the Islamic text. They are Ahle Kitab.</w:t>
      </w:r>
    </w:p>
    <w:p>
      <w:pPr>
        <w:jc w:val="right"/>
      </w:pPr>
      <w:r>
        <w:t>All the teachings of Islam are based on brotherhood, compassion, love. And the Jewish community, as I said earlier, has a special position in the Islamic text. They are Ahle Kitab.</w:t>
      </w:r>
    </w:p>
    <w:p>
      <w:r>
        <w:rPr>
          <w:b/>
        </w:rPr>
        <w:t xml:space="preserve">[26:20] </w:t>
      </w:r>
      <w:r>
        <w:t>So I think that all those problems between the two communities are political and not religious. I will repeat that these problems are political.</w:t>
      </w:r>
    </w:p>
    <w:p>
      <w:pPr>
        <w:jc w:val="right"/>
      </w:pPr>
      <w:r>
        <w:t>So I think that all those problems between the two communities are political and not religious. I will repeat that these problems are political.</w:t>
      </w:r>
    </w:p>
    <w:p>
      <w:r>
        <w:rPr>
          <w:b/>
        </w:rPr>
        <w:t xml:space="preserve">[26:37] </w:t>
      </w:r>
      <w:r>
        <w:t>They are not religious. So we have to make people aware of this fact. When these problems are political, it means that it is not Islamic. It is against the Islamic spirit. So we are doing the same job.</w:t>
      </w:r>
    </w:p>
    <w:p>
      <w:pPr>
        <w:jc w:val="right"/>
      </w:pPr>
      <w:r>
        <w:t>They are not religious. So we have to make people aware of this fact. When these problems are political, it means that it is not Islamic. It is against the Islamic spirit. So we are doing the same job.</w:t>
      </w:r>
    </w:p>
    <w:p>
      <w:r>
        <w:rPr>
          <w:b/>
        </w:rPr>
        <w:t xml:space="preserve">[27:01] </w:t>
      </w:r>
      <w:r>
        <w:t>We are presenting Islamic teachings before Muslims. And I can say that there are many, many Muslims who have returned back, who have accepted our theory. And there are so many Muslims who have wanted hate and violence and we and their concept. Is it true?</w:t>
      </w:r>
    </w:p>
    <w:p>
      <w:pPr>
        <w:jc w:val="right"/>
      </w:pPr>
      <w:r>
        <w:t>We are presenting Islamic teachings before Muslims. And I can say that there are many, many Muslims who have returned back, who have accepted our theory. And there are so many Muslims who have wanted hate and violence and we and their concept. Is it true?</w:t>
      </w:r>
    </w:p>
    <w:p>
      <w:r>
        <w:rPr>
          <w:b/>
        </w:rPr>
        <w:t xml:space="preserve">[27:31] </w:t>
      </w:r>
      <w:r>
        <w:t>Yes. So you know, just to add on to that, uh, uh, CPS conducts several workshops, and, uh, uh, there are many people, like I said in the introduction, who've given up arms and ammunition. And, uh, you know, in this hall, uh, we've had several workshops from Kashmir, uh, from different parts of, uh, you know, the country. And these are the people who were always living in hatred.</w:t>
      </w:r>
    </w:p>
    <w:p>
      <w:pPr>
        <w:jc w:val="right"/>
      </w:pPr>
      <w:r>
        <w:t>Yes. So you know, just to add on to that, uh, uh, CPS conducts several workshops, and, uh, uh, there are many people, like I said in the introduction, who've given up arms and ammunition. And, uh, you know, in this hall, uh, we've had several workshops from Kashmir, uh, from different parts of, uh, you know, the country. And these are the people who were always living in hatred.</w:t>
      </w:r>
    </w:p>
    <w:p>
      <w:r>
        <w:rPr>
          <w:b/>
        </w:rPr>
        <w:t xml:space="preserve">[27:55] </w:t>
      </w:r>
      <w:r>
        <w:t>So what Mawlana does is he says that you cannot, uh, threaten them with a bomb or gun because they are themselves ready to get killed. You can only change their mindset by giving them a counter ideology. They are living in an ideology, uh, of hatred. So he uses the scriptures, the Quran, and the sayings of the Prophet to address their mind.</w:t>
      </w:r>
    </w:p>
    <w:p>
      <w:pPr>
        <w:jc w:val="right"/>
      </w:pPr>
      <w:r>
        <w:t>So what Mawlana does is he says that you cannot, uh, threaten them with a bomb or gun because they are themselves ready to get killed. You can only change their mindset by giving them a counter ideology. They are living in an ideology, uh, of hatred. So he uses the scriptures, the Quran, and the sayings of the Prophet to address their mind.</w:t>
      </w:r>
    </w:p>
    <w:p>
      <w:r>
        <w:rPr>
          <w:b/>
        </w:rPr>
        <w:t xml:space="preserve">[28:16] </w:t>
      </w:r>
      <w:r>
        <w:t>address their mind.</w:t>
      </w:r>
    </w:p>
    <w:p>
      <w:pPr>
        <w:jc w:val="right"/>
      </w:pPr>
      <w:r>
        <w:t>ایڈریس دے مائنڈ۔</w:t>
      </w:r>
    </w:p>
    <w:p>
      <w:r>
        <w:rPr>
          <w:b/>
        </w:rPr>
        <w:t xml:space="preserve">[28:16] </w:t>
      </w:r>
      <w:r>
        <w:t>for example, there is saying of the prophet that if you have an iota of hate, God</w:t>
      </w:r>
    </w:p>
    <w:p>
      <w:pPr>
        <w:jc w:val="right"/>
      </w:pPr>
      <w:r>
        <w:t>فار ایگزمپل، دیر از سینگ اف دا پرافٹ دیٹ اف یو ہیو این ائی اوٹا اف ہیٹ، گاڈ</w:t>
      </w:r>
    </w:p>
    <w:p>
      <w:r>
        <w:rPr>
          <w:b/>
        </w:rPr>
        <w:t xml:space="preserve">[28:22] </w:t>
      </w:r>
      <w:r>
        <w:t>Almighty will not enter you in paradise.</w:t>
      </w:r>
    </w:p>
    <w:p>
      <w:pPr>
        <w:jc w:val="right"/>
      </w:pPr>
      <w:r>
        <w:t>المائٹی ول ناٹ اینٹر یو ان پیراڈائز۔</w:t>
      </w:r>
    </w:p>
    <w:p>
      <w:r>
        <w:rPr>
          <w:b/>
        </w:rPr>
        <w:t xml:space="preserve">[28:26] </w:t>
      </w:r>
      <w:r>
        <w:t>so when he spoke about this to one of the religious leader, and then he trained him over</w:t>
      </w:r>
    </w:p>
    <w:p>
      <w:pPr>
        <w:jc w:val="right"/>
      </w:pPr>
      <w:r>
        <w:t>سو وین ہی سپوک اباؤٹ دس ٹو ون اف دی ریلیجیس لیڈر، اینڈ دین ہی ٹرینڈ ہیم اوور</w:t>
      </w:r>
    </w:p>
    <w:p>
      <w:r>
        <w:rPr>
          <w:b/>
        </w:rPr>
        <w:t xml:space="preserve">[28:34] </w:t>
      </w:r>
      <w:r>
        <w:t>several weeks, he was completely changed.</w:t>
      </w:r>
    </w:p>
    <w:p>
      <w:pPr>
        <w:jc w:val="right"/>
      </w:pPr>
      <w:r>
        <w:t>سیورل ویکس، ہی واز کمپلیٹلی چینج۔</w:t>
      </w:r>
    </w:p>
    <w:p>
      <w:r>
        <w:rPr>
          <w:b/>
        </w:rPr>
        <w:t xml:space="preserve">[28:37] </w:t>
      </w:r>
      <w:r>
        <w:t>so he is now part of CPS, and he is one wing who is handling, you</w:t>
      </w:r>
    </w:p>
    <w:p>
      <w:pPr>
        <w:jc w:val="right"/>
      </w:pPr>
      <w:r>
        <w:t>سو ہی از ناو پارٹ اف سی پی ایس، اینڈ ہی از ون ونگ ہو از ہینڈلنگ، یو</w:t>
      </w:r>
    </w:p>
    <w:p>
      <w:r>
        <w:rPr>
          <w:b/>
        </w:rPr>
        <w:t xml:space="preserve">[28:41] </w:t>
      </w:r>
      <w:r>
        <w:t>know, trying to propagate the theory.</w:t>
      </w:r>
    </w:p>
    <w:p>
      <w:pPr>
        <w:jc w:val="right"/>
      </w:pPr>
      <w:r>
        <w:t>نو، ٹرائینگ ٹو پروپیگیٹ دی تھیوری۔</w:t>
      </w:r>
    </w:p>
    <w:p>
      <w:r>
        <w:rPr>
          <w:b/>
        </w:rPr>
        <w:t xml:space="preserve">[28:44] </w:t>
      </w:r>
      <w:r>
        <w:t>so you know, it's very slow and gradual process</w:t>
      </w:r>
    </w:p>
    <w:p>
      <w:pPr>
        <w:jc w:val="right"/>
      </w:pPr>
      <w:r>
        <w:t>سو یو نو، اٹس ویری سلو اینڈ گریجول پروسیس</w:t>
      </w:r>
    </w:p>
    <w:p>
      <w:r>
        <w:rPr>
          <w:b/>
        </w:rPr>
        <w:t xml:space="preserve">[28:48] </w:t>
      </w:r>
      <w:r>
        <w:t>It's not an overnight process, but it's happening. But we definitely need to, you know, come together and promote this kind of ideology, uh, to, you know, people so that they get the right perspective. And that's exactly what, you know, he is doing it.</w:t>
      </w:r>
    </w:p>
    <w:p>
      <w:pPr>
        <w:jc w:val="right"/>
      </w:pPr>
      <w:r>
        <w:t>It's not an overnight process, but it's happening. But we definitely need to, you know, come together and promote this kind of ideology, uh, to, you know, people so that they get the right perspective. And that's exactly what, you know, he is doing it.</w:t>
      </w:r>
    </w:p>
    <w:p>
      <w:r>
        <w:rPr>
          <w:b/>
        </w:rPr>
        <w:t xml:space="preserve">[29:03] </w:t>
      </w:r>
      <w:r>
        <w:t>. Thank you.</w:t>
      </w:r>
    </w:p>
    <w:p>
      <w:pPr>
        <w:jc w:val="right"/>
      </w:pPr>
      <w:r>
        <w:t>۔ تھینک یو۔</w:t>
      </w:r>
    </w:p>
    <w:p>
      <w:r>
        <w:rPr>
          <w:b/>
        </w:rPr>
        <w:t xml:space="preserve">[29:04] </w:t>
      </w:r>
      <w:r>
        <w:t>I would like to introduce our executive vice president Dannyu Mary Ash.</w:t>
      </w:r>
    </w:p>
    <w:p>
      <w:pPr>
        <w:jc w:val="right"/>
      </w:pPr>
      <w:r>
        <w:t>ائی وڈ لائک ٹو انٹروڈیوس اور ایگزیکٹو وائس پریزیڈنٹ ڈینیو میری ایش۔</w:t>
      </w:r>
    </w:p>
    <w:p>
      <w:r>
        <w:rPr>
          <w:b/>
        </w:rPr>
        <w:t xml:space="preserve">[29:10] </w:t>
      </w:r>
      <w:r>
        <w:t>I am sure that he has questions too.</w:t>
      </w:r>
    </w:p>
    <w:p>
      <w:pPr>
        <w:jc w:val="right"/>
      </w:pPr>
      <w:r>
        <w:t>ائی ایم شیئر دیٹ ہی ہیز کویسچن اور ٹو۔</w:t>
      </w:r>
    </w:p>
    <w:p>
      <w:r>
        <w:rPr>
          <w:b/>
        </w:rPr>
        <w:t xml:space="preserve">[29:13] </w:t>
      </w:r>
      <w:r>
        <w:t>and I thank you very much for meeting with us early in the morning.</w:t>
      </w:r>
    </w:p>
    <w:p>
      <w:pPr>
        <w:jc w:val="right"/>
      </w:pPr>
      <w:r>
        <w:t>اینڈ ائی تھینک یو ویری مچ فار میٹنگ ود اس ارلی ان دا مارننگ۔</w:t>
      </w:r>
    </w:p>
    <w:p>
      <w:r>
        <w:rPr>
          <w:b/>
        </w:rPr>
        <w:t xml:space="preserve">[29:18] </w:t>
      </w:r>
      <w:r>
        <w:t>we have a very busy schedule while we are here in Delhi for three days, and we appreciate</w:t>
      </w:r>
    </w:p>
    <w:p>
      <w:pPr>
        <w:jc w:val="right"/>
      </w:pPr>
      <w:r>
        <w:t>وی ہیو ا ویری بزی سکیجول وائل وی ار ہیر ان ڈیلی فار تھری ڈیز، اینڈ وی اپریشیٹ</w:t>
      </w:r>
    </w:p>
    <w:p>
      <w:r>
        <w:rPr>
          <w:b/>
        </w:rPr>
        <w:t xml:space="preserve">[29:26] </w:t>
      </w:r>
      <w:r>
        <w:t>this meeting. So likewise, Dannyu.</w:t>
      </w:r>
    </w:p>
    <w:p>
      <w:pPr>
        <w:jc w:val="right"/>
      </w:pPr>
      <w:r>
        <w:t>دس میٹنگ۔ سو لائک وائز، ڈینیو۔</w:t>
      </w:r>
    </w:p>
    <w:p>
      <w:r>
        <w:rPr>
          <w:b/>
        </w:rPr>
        <w:t xml:space="preserve">[29:30] </w:t>
      </w:r>
      <w:r>
        <w:t>Thank you. Thank you.</w:t>
      </w:r>
    </w:p>
    <w:p>
      <w:pPr>
        <w:jc w:val="right"/>
      </w:pPr>
      <w:r>
        <w:t>تھینک یو۔ تھینک یو۔</w:t>
      </w:r>
    </w:p>
    <w:p>
      <w:r>
        <w:rPr>
          <w:b/>
        </w:rPr>
        <w:t xml:space="preserve">[29:34] </w:t>
      </w:r>
      <w:r>
        <w:t>Well, thank you for receiving us. We're deeply appreciative. It's a very auspicious way to begin the day.</w:t>
      </w:r>
    </w:p>
    <w:p>
      <w:pPr>
        <w:jc w:val="right"/>
      </w:pPr>
      <w:r>
        <w:t>Well, thank you for receiving us. We're deeply appreciative. It's a very auspicious way to begin the day.</w:t>
      </w:r>
    </w:p>
    <w:p>
      <w:r>
        <w:rPr>
          <w:b/>
        </w:rPr>
        <w:t xml:space="preserve">[29:43] </w:t>
      </w:r>
      <w:r>
        <w:t>I would like to make one comment, and then tell you about one program we have, which advances</w:t>
      </w:r>
    </w:p>
    <w:p>
      <w:pPr>
        <w:jc w:val="right"/>
      </w:pPr>
      <w:r>
        <w:t>ائی لائک ٹو میک ون کمنٹ، اینڈ دین ٹیل یو اباؤٹ ون پروگرام وی ہی، وچ ایڈوانسز</w:t>
      </w:r>
    </w:p>
    <w:p>
      <w:r>
        <w:rPr>
          <w:b/>
        </w:rPr>
        <w:t xml:space="preserve">[29:52] </w:t>
      </w:r>
      <w:r>
        <w:t>mutual respect. The comment I have is following up on what you said about the issue between Israels</w:t>
      </w:r>
    </w:p>
    <w:p>
      <w:pPr>
        <w:jc w:val="right"/>
      </w:pPr>
      <w:r>
        <w:t>میوچول ریسپیکٹ۔ دا کمنٹ ائی ہیو از فالونگ اپ ان واٹ یو سیڈ اباؤٹ دی ایشو بٹوین اسرائیلز</w:t>
      </w:r>
    </w:p>
    <w:p>
      <w:r>
        <w:rPr>
          <w:b/>
        </w:rPr>
        <w:t xml:space="preserve">[30:02] </w:t>
      </w:r>
      <w:r>
        <w:t>and Palestinians. We saw already many many years ago with peace treaty between Israel and Egypt, peace treaty</w:t>
      </w:r>
    </w:p>
    <w:p>
      <w:pPr>
        <w:jc w:val="right"/>
      </w:pPr>
      <w:r>
        <w:t>اینڈ پیلسٹینز۔ وی سین الریڈی مینی مینی ایئرز ایگو ود پیس ٹریٹی بٹوین اسرائیل اینڈ ایجپٹ، پیس ٹریٹی</w:t>
      </w:r>
    </w:p>
    <w:p>
      <w:r>
        <w:rPr>
          <w:b/>
        </w:rPr>
        <w:t xml:space="preserve">[30:11] </w:t>
      </w:r>
      <w:r>
        <w:t>between Israel and Jordan.</w:t>
      </w:r>
    </w:p>
    <w:p>
      <w:pPr>
        <w:jc w:val="right"/>
      </w:pPr>
      <w:r>
        <w:t>بٹوین اسرائیل اینڈ جارڈن۔</w:t>
      </w:r>
    </w:p>
    <w:p>
      <w:r>
        <w:rPr>
          <w:b/>
        </w:rPr>
        <w:t xml:space="preserve">[30:14] </w:t>
      </w:r>
      <w:r>
        <w:t>peace is achievable in that very important part of the Middle East.</w:t>
      </w:r>
    </w:p>
    <w:p>
      <w:pPr>
        <w:jc w:val="right"/>
      </w:pPr>
      <w:r>
        <w:t>پیس از اچیویبل ان دیٹ ویری امپورٹنٹ پارٹ اف دا مڈل ایسٹ۔</w:t>
      </w:r>
    </w:p>
    <w:p>
      <w:r>
        <w:rPr>
          <w:b/>
        </w:rPr>
        <w:t xml:space="preserve">[30:21] </w:t>
      </w:r>
      <w:r>
        <w:t>but the key in those two successful</w:t>
      </w:r>
    </w:p>
    <w:p>
      <w:pPr>
        <w:jc w:val="right"/>
      </w:pPr>
      <w:r>
        <w:t>بٹ دی کی ان دوز ٹو سکسیس فل</w:t>
      </w:r>
    </w:p>
    <w:p>
      <w:r>
        <w:rPr>
          <w:b/>
        </w:rPr>
        <w:t xml:space="preserve">[30:27] </w:t>
      </w:r>
      <w:r>
        <w:t>ventures in making peace was the issue of mutual respect.</w:t>
      </w:r>
    </w:p>
    <w:p>
      <w:pPr>
        <w:jc w:val="right"/>
      </w:pPr>
      <w:r>
        <w:t>وینچرز ان میکنگ پیس واز دی ایشو اف میوچول ریسپیکٹ۔</w:t>
      </w:r>
    </w:p>
    <w:p>
      <w:r>
        <w:rPr>
          <w:b/>
        </w:rPr>
        <w:t xml:space="preserve">[30:34] </w:t>
      </w:r>
      <w:r>
        <w:t>and we feel that is what is needed in this particular</w:t>
      </w:r>
    </w:p>
    <w:p>
      <w:pPr>
        <w:jc w:val="right"/>
      </w:pPr>
      <w:r>
        <w:t>اینڈ وی فیل دیٹ از واٹ از نیڈڈ ان دس پرٹیکولر</w:t>
      </w:r>
    </w:p>
    <w:p>
      <w:r>
        <w:rPr>
          <w:b/>
        </w:rPr>
        <w:t xml:space="preserve">[30:40] </w:t>
      </w:r>
      <w:r>
        <w:t>aspect of the arab israeli, what we use to call the arab israeli issue.</w:t>
      </w:r>
    </w:p>
    <w:p>
      <w:pPr>
        <w:jc w:val="right"/>
      </w:pPr>
      <w:r>
        <w:t>اسپیکٹ اف دی عرب اسرائیلی، واٹ وی یوز ٹو کال دی عرب اسرائیلی ایشو۔</w:t>
      </w:r>
    </w:p>
    <w:p>
      <w:r>
        <w:rPr>
          <w:b/>
        </w:rPr>
        <w:t xml:space="preserve">[30:46] </w:t>
      </w:r>
      <w:r>
        <w:t>and its important that</w:t>
      </w:r>
    </w:p>
    <w:p>
      <w:pPr>
        <w:jc w:val="right"/>
      </w:pPr>
      <w:r>
        <w:t>اینڈ اٹس امپورٹنٹ دیٹ</w:t>
      </w:r>
    </w:p>
    <w:p>
      <w:r>
        <w:rPr>
          <w:b/>
        </w:rPr>
        <w:t xml:space="preserve">[30:50] </w:t>
      </w:r>
      <w:r>
        <w:t>palestinians come to the table to negotiate.</w:t>
      </w:r>
    </w:p>
    <w:p>
      <w:pPr>
        <w:jc w:val="right"/>
      </w:pPr>
      <w:r>
        <w:t>پیلسٹینز کم ٹو دا ٹیبل ٹو نیگوشیٹ۔</w:t>
      </w:r>
    </w:p>
    <w:p>
      <w:r>
        <w:rPr>
          <w:b/>
        </w:rPr>
        <w:t xml:space="preserve">[30:56] </w:t>
      </w:r>
      <w:r>
        <w:t>there is lot to talk</w:t>
      </w:r>
    </w:p>
    <w:p>
      <w:pPr>
        <w:jc w:val="right"/>
      </w:pPr>
      <w:r>
        <w:t>دیر از لاٹ ٹو ٹاک</w:t>
      </w:r>
    </w:p>
    <w:p>
      <w:r>
        <w:rPr>
          <w:b/>
        </w:rPr>
        <w:t xml:space="preserve">[30:57] </w:t>
      </w:r>
      <w:r>
        <w:t>There are many important issues. And if one can muster the belief in mutual respect, we believe the Israelis are willing and ready to have that kind of conversation. But until you're at the table across from each other, it cannot work.</w:t>
      </w:r>
    </w:p>
    <w:p>
      <w:pPr>
        <w:jc w:val="right"/>
      </w:pPr>
      <w:r>
        <w:t>There are many important issues. And if one can muster the belief in mutual respect, we believe the Israelis are willing and ready to have that kind of conversation. But until you're at the table across from each other, it cannot work.</w:t>
      </w:r>
    </w:p>
    <w:p>
      <w:r>
        <w:rPr>
          <w:b/>
        </w:rPr>
        <w:t xml:space="preserve">[31:18] </w:t>
      </w:r>
      <w:r>
        <w:t>the other point i wanted to make is now here in india, and i wanted to tell you</w:t>
      </w:r>
    </w:p>
    <w:p>
      <w:pPr>
        <w:jc w:val="right"/>
      </w:pPr>
      <w:r>
        <w:t>دی ادر پوائنٹ ائی وانٹڈ ٹو میک از ناو ہیر ان انڈیا، اینڈ ائی وانٹڈ ٹو ٹیل یو</w:t>
      </w:r>
    </w:p>
    <w:p>
      <w:r>
        <w:rPr>
          <w:b/>
        </w:rPr>
        <w:t xml:space="preserve">[31:23] </w:t>
      </w:r>
      <w:r>
        <w:t>about program that promotes mutual respect.</w:t>
      </w:r>
    </w:p>
    <w:p>
      <w:pPr>
        <w:jc w:val="right"/>
      </w:pPr>
      <w:r>
        <w:t>اباؤٹ پروگرام دیٹ پروموٹس میوچول ریسپیکٹ۔</w:t>
      </w:r>
    </w:p>
    <w:p>
      <w:r>
        <w:rPr>
          <w:b/>
        </w:rPr>
        <w:t xml:space="preserve">[31:28] </w:t>
      </w:r>
      <w:r>
        <w:t>we call it the diverse minds writing challenge.</w:t>
      </w:r>
    </w:p>
    <w:p>
      <w:pPr>
        <w:jc w:val="right"/>
      </w:pPr>
      <w:r>
        <w:t>وی کال اٹ دی ڈائیورس مائنڈز رائٹنگ چیلنج۔</w:t>
      </w:r>
    </w:p>
    <w:p>
      <w:r>
        <w:rPr>
          <w:b/>
        </w:rPr>
        <w:t xml:space="preserve">[31:34] </w:t>
      </w:r>
      <w:r>
        <w:t>and we have a competition for young people in high school to write books about diversity.</w:t>
      </w:r>
    </w:p>
    <w:p>
      <w:pPr>
        <w:jc w:val="right"/>
      </w:pPr>
      <w:r>
        <w:t>اینڈ وی ہیو ا کمپٹیشن فورینگ پیپل ان ہائی سکول ٹو رائٹ بکس اباؤٹ ڈائیورسٹی۔</w:t>
      </w:r>
    </w:p>
    <w:p>
      <w:r>
        <w:rPr>
          <w:b/>
        </w:rPr>
        <w:t xml:space="preserve">[31:43] </w:t>
      </w:r>
      <w:r>
        <w:t>you know, in the united states, we have people from other countries here, but in the united states,</w:t>
      </w:r>
    </w:p>
    <w:p>
      <w:pPr>
        <w:jc w:val="right"/>
      </w:pPr>
      <w:r>
        <w:t>یو نو، ان دی یونائٹڈ سٹیٹس، وی ہیو پیپل فرام ادر کنٹریز ہیر، بٹ ان دی یونائٹڈ سٹیٹس،</w:t>
      </w:r>
    </w:p>
    <w:p>
      <w:r>
        <w:rPr>
          <w:b/>
        </w:rPr>
        <w:t xml:space="preserve">[31:48] </w:t>
      </w:r>
      <w:r>
        <w:t>we have a multi ethnic, multi religious society, as you have here in india.</w:t>
      </w:r>
    </w:p>
    <w:p>
      <w:pPr>
        <w:jc w:val="right"/>
      </w:pPr>
      <w:r>
        <w:t>وی ہیو ا ملٹی ایتھنک، ملٹی ریلیجیس سوسائٹی، ایز یو ہیو ہیر ان انڈیا۔</w:t>
      </w:r>
    </w:p>
    <w:p>
      <w:r>
        <w:rPr>
          <w:b/>
        </w:rPr>
        <w:t xml:space="preserve">[31:55] </w:t>
      </w:r>
      <w:r>
        <w:t>and this society is built on immigrants.</w:t>
      </w:r>
    </w:p>
    <w:p>
      <w:pPr>
        <w:jc w:val="right"/>
      </w:pPr>
      <w:r>
        <w:t>اینڈ دس سوسائٹی از بلٹ ان امیگرینٹس۔</w:t>
      </w:r>
    </w:p>
    <w:p>
      <w:r>
        <w:rPr>
          <w:b/>
        </w:rPr>
        <w:t xml:space="preserve">[31:58] </w:t>
      </w:r>
      <w:r>
        <w:t>everyone who came, came from some place else, except for the native americans.</w:t>
      </w:r>
    </w:p>
    <w:p>
      <w:pPr>
        <w:jc w:val="right"/>
      </w:pPr>
      <w:r>
        <w:t>ایوری ون ہو کیم، کیم فرام سم پلیس ایلس، ایکسیپٹ فور دی نیٹو امریکنز۔</w:t>
      </w:r>
    </w:p>
    <w:p>
      <w:r>
        <w:rPr>
          <w:b/>
        </w:rPr>
        <w:t xml:space="preserve">[32:04] </w:t>
      </w:r>
      <w:r>
        <w:t>So we want to promote, even after more than 200 years of American independence, we want to promote good relations amongst the diverse peoples. The Tata Foundation, which is, of course, an Indian company, has contributed, along with other companies, to promoting this project where young people write books for other young people.</w:t>
      </w:r>
    </w:p>
    <w:p>
      <w:pPr>
        <w:jc w:val="right"/>
      </w:pPr>
      <w:r>
        <w:t>So we want to promote, even after more than 200 years of American independence, we want to promote good relations amongst the diverse peoples. The Tata Foundation, which is, of course, an Indian company, has contributed, along with other companies, to promoting this project where young people write books for other young people.</w:t>
      </w:r>
    </w:p>
    <w:p>
      <w:r>
        <w:rPr>
          <w:b/>
        </w:rPr>
        <w:t xml:space="preserve">[32:32] </w:t>
      </w:r>
      <w:r>
        <w:t>We just came up through your library. And what struck me was all of the books that you have for young people.</w:t>
      </w:r>
    </w:p>
    <w:p>
      <w:pPr>
        <w:jc w:val="right"/>
      </w:pPr>
      <w:r>
        <w:t>We just came up through your library. And what struck me was all of the books that you have for young people.</w:t>
      </w:r>
    </w:p>
    <w:p>
      <w:r>
        <w:rPr>
          <w:b/>
        </w:rPr>
        <w:t xml:space="preserve">[32:42] </w:t>
      </w:r>
      <w:r>
        <w:t>And we believe that this is where it begins, as you believe. And we need to promote mutual respect and mutual tolerance, or else we will continue to see the kind of chaos and violence now that is particularly not just confined to the Middle East but beyond and which troubles us greatly.</w:t>
      </w:r>
    </w:p>
    <w:p>
      <w:pPr>
        <w:jc w:val="right"/>
      </w:pPr>
      <w:r>
        <w:t>And we believe that this is where it begins, as you believe. And we need to promote mutual respect and mutual tolerance, or else we will continue to see the kind of chaos and violence now that is particularly not just confined to the Middle East but beyond and which troubles us greatly.</w:t>
      </w:r>
    </w:p>
    <w:p>
      <w:r>
        <w:rPr>
          <w:b/>
        </w:rPr>
        <w:t xml:space="preserve">[33:06] </w:t>
      </w:r>
      <w:r>
        <w:t>so again, we thank you.</w:t>
      </w:r>
    </w:p>
    <w:p>
      <w:pPr>
        <w:jc w:val="right"/>
      </w:pPr>
      <w:r>
        <w:t>سو اگین، وی تھینک یو۔</w:t>
      </w:r>
    </w:p>
    <w:p>
      <w:r>
        <w:rPr>
          <w:b/>
        </w:rPr>
        <w:t xml:space="preserve">[33:08] </w:t>
      </w:r>
      <w:r>
        <w:t>we appreciate your words, your insights into these issues, and your commitment, your life long commitment to promoting</w:t>
      </w:r>
    </w:p>
    <w:p>
      <w:pPr>
        <w:jc w:val="right"/>
      </w:pPr>
      <w:r>
        <w:t>وی اپریشیٹ یور ورڈز، یور انسائٹس انٹو دیز ایشوز، اینڈ یور کمٹمنٹ، یور لائف لانگ کمٹمنٹ ٹو پروموٹنگ</w:t>
      </w:r>
    </w:p>
    <w:p>
      <w:r>
        <w:rPr>
          <w:b/>
        </w:rPr>
        <w:t xml:space="preserve">[33:17] </w:t>
      </w:r>
      <w:r>
        <w:t>good will, and to promoting good relations amongst all of the three great religions, which you said, and</w:t>
      </w:r>
    </w:p>
    <w:p>
      <w:pPr>
        <w:jc w:val="right"/>
      </w:pPr>
      <w:r>
        <w:t>گڈ ول، اینڈ ٹو پروموٹنگ گڈ ریلیشنز امنگسٹ ال اف دی تھری گریٹ ریلیجنز، وچ یو سیڈ، اینڈ</w:t>
      </w:r>
    </w:p>
    <w:p>
      <w:r>
        <w:rPr>
          <w:b/>
        </w:rPr>
        <w:t xml:space="preserve">[33:25] </w:t>
      </w:r>
      <w:r>
        <w:t>particularly between muslims and jews.</w:t>
      </w:r>
    </w:p>
    <w:p>
      <w:pPr>
        <w:jc w:val="right"/>
      </w:pPr>
      <w:r>
        <w:t>پرٹیکولرلی بٹوین مسلمز اینڈ جوئس۔</w:t>
      </w:r>
    </w:p>
    <w:p>
      <w:r>
        <w:rPr>
          <w:b/>
        </w:rPr>
        <w:t xml:space="preserve">[33:29] </w:t>
      </w:r>
      <w:r>
        <w:t>partnerly, or mishel this same</w:t>
      </w:r>
    </w:p>
    <w:p>
      <w:pPr>
        <w:jc w:val="right"/>
      </w:pPr>
      <w:r>
        <w:t>پارٹنرلی، اور میشل دس سیم</w:t>
      </w:r>
    </w:p>
    <w:p>
      <w:r>
        <w:rPr>
          <w:b/>
        </w:rPr>
        <w:t xml:space="preserve">[33:34] </w:t>
      </w:r>
      <w:r>
        <w:t>as your same.</w:t>
      </w:r>
    </w:p>
    <w:p>
      <w:pPr>
        <w:jc w:val="right"/>
      </w:pPr>
      <w:r>
        <w:t>ایز یور سیم۔</w:t>
      </w:r>
    </w:p>
    <w:p>
      <w:r>
        <w:rPr>
          <w:b/>
        </w:rPr>
        <w:t xml:space="preserve">[33:38] </w:t>
      </w:r>
      <w:r>
        <w:t>i would like to refer one aspect of mission that</w:t>
      </w:r>
    </w:p>
    <w:p>
      <w:pPr>
        <w:jc w:val="right"/>
      </w:pPr>
      <w:r>
        <w:t>ائی وڈ لائک ٹو ریفر ون اسپیکٹ اف مشن دیٹ</w:t>
      </w:r>
    </w:p>
    <w:p>
      <w:r>
        <w:rPr>
          <w:b/>
        </w:rPr>
        <w:t xml:space="preserve">[33:45] </w:t>
      </w:r>
      <w:r>
        <w:t>there is word in the quran</w:t>
      </w:r>
    </w:p>
    <w:p>
      <w:pPr>
        <w:jc w:val="right"/>
      </w:pPr>
      <w:r>
        <w:t>دیر از ور ان دا قران</w:t>
      </w:r>
    </w:p>
    <w:p>
      <w:r>
        <w:rPr>
          <w:b/>
        </w:rPr>
        <w:t xml:space="preserve">[33:48] </w:t>
      </w:r>
      <w:r>
        <w:t>that palestine is</w:t>
      </w:r>
    </w:p>
    <w:p>
      <w:pPr>
        <w:jc w:val="right"/>
      </w:pPr>
      <w:r>
        <w:t>دیٹ پیلسٹین از</w:t>
      </w:r>
    </w:p>
    <w:p>
      <w:r>
        <w:rPr>
          <w:b/>
        </w:rPr>
        <w:t xml:space="preserve">[33:59] </w:t>
      </w:r>
      <w:r>
        <w:t>assigned land to jewish people</w:t>
      </w:r>
    </w:p>
    <w:p>
      <w:pPr>
        <w:jc w:val="right"/>
      </w:pPr>
      <w:r>
        <w:t>اسائن لینڈ ٹو جوئس پیپل</w:t>
      </w:r>
    </w:p>
    <w:p>
      <w:r>
        <w:rPr>
          <w:b/>
        </w:rPr>
        <w:t xml:space="preserve">[34:03] </w:t>
      </w:r>
      <w:r>
        <w:t>It's the same which is mentioned in the Bible in these words that it is Promised Land. In the Bible, it is Promised Land. And in the Quran, it is Assigned Land. So I said to these Muslims and Arabs that the Jewish community is your neighbor.</w:t>
      </w:r>
    </w:p>
    <w:p>
      <w:pPr>
        <w:jc w:val="right"/>
      </w:pPr>
      <w:r>
        <w:t>It's the same which is mentioned in the Bible in these words that it is Promised Land. In the Bible, it is Promised Land. And in the Quran, it is Assigned Land. So I said to these Muslims and Arabs that the Jewish community is your neighbor.</w:t>
      </w:r>
    </w:p>
    <w:p>
      <w:r>
        <w:rPr>
          <w:b/>
        </w:rPr>
        <w:t xml:space="preserve">[34:27] </w:t>
      </w:r>
      <w:r>
        <w:t>Don't take them as your enemy or rivals. So you two both will—you have to live in this holy land as two neighbors. There is no rivalry, no enmity. So this is our mission.</w:t>
      </w:r>
    </w:p>
    <w:p>
      <w:pPr>
        <w:jc w:val="right"/>
      </w:pPr>
      <w:r>
        <w:t>Don't take them as your enemy or rivals. So you two both will—you have to live in this holy land as two neighbors. There is no rivalry, no enmity. So this is our mission.</w:t>
      </w:r>
    </w:p>
    <w:p>
      <w:r>
        <w:rPr>
          <w:b/>
        </w:rPr>
        <w:t xml:space="preserve">[34:57] </w:t>
      </w:r>
      <w:r>
        <w:t>It is very similar to your mission. And I think that, I mean, although it is very difficult to mend the people's mindset, but I can say that our mission is steadily—there is steady progress.</w:t>
      </w:r>
    </w:p>
    <w:p>
      <w:pPr>
        <w:jc w:val="right"/>
      </w:pPr>
      <w:r>
        <w:t>It is very similar to your mission. And I think that, I mean, although it is very difficult to mend the people's mindset, but I can say that our mission is steadily—there is steady progress.</w:t>
      </w:r>
    </w:p>
    <w:p>
      <w:r>
        <w:rPr>
          <w:b/>
        </w:rPr>
        <w:t xml:space="preserve">[35:15] </w:t>
      </w:r>
      <w:r>
        <w:t>We are successful to change people's minds. We are successful to change people's minds. And recently, we have published a book, Age of Peace. In this book, we say you can see that the same is our mission. And we can say that we are successful in this mission.</w:t>
      </w:r>
    </w:p>
    <w:p>
      <w:pPr>
        <w:jc w:val="right"/>
      </w:pPr>
      <w:r>
        <w:t>We are successful to change people's minds. We are successful to change people's minds. And recently, we have published a book, Age of Peace. In this book, we say you can see that the same is our mission. And we can say that we are successful in this mission.</w:t>
      </w:r>
    </w:p>
    <w:p>
      <w:r>
        <w:rPr>
          <w:b/>
        </w:rPr>
        <w:t xml:space="preserve">[35:41] </w:t>
      </w:r>
      <w:r>
        <w:t>You know, just to add on one more thing, because you spoke about mutual respect, he always tells everyone that—in fact, he's often asked this question. Like you said, there are people from different ethnicities. Just like India, there are diversity. So people always ask him, the media people and, you know, the academicians, that how can one live peacefully in a multi-religious society?</w:t>
      </w:r>
    </w:p>
    <w:p>
      <w:pPr>
        <w:jc w:val="right"/>
      </w:pPr>
      <w:r>
        <w:t>You know, just to add on one more thing, because you spoke about mutual respect, he always tells everyone that—in fact, he's often asked this question. Like you said, there are people from different ethnicities. Just like India, there are diversity. So people always ask him, the media people and, you know, the academicians, that how can one live peacefully in a multi-religious society?</w:t>
      </w:r>
    </w:p>
    <w:p>
      <w:r>
        <w:rPr>
          <w:b/>
        </w:rPr>
        <w:t xml:space="preserve">[36:07] </w:t>
      </w:r>
      <w:r>
        <w:t>So he says that, you know, one of the formulas given in the Quran, in the verse, "Laqum dinukum waliya din." The literal meaning is, "Unto you your religion and unto me mine." So he said God Almighty is giving a wonderful formula here, saying that follow one and respect all.</w:t>
      </w:r>
    </w:p>
    <w:p>
      <w:pPr>
        <w:jc w:val="right"/>
      </w:pPr>
      <w:r>
        <w:t>So he says that, you know, one of the formulas given in the Quran, in the verse, "Laqum dinukum waliya din." The literal meaning is, "Unto you your religion and unto me mine." So he said God Almighty is giving a wonderful formula here, saying that follow one and respect all.</w:t>
      </w:r>
    </w:p>
    <w:p>
      <w:r>
        <w:rPr>
          <w:b/>
        </w:rPr>
        <w:t xml:space="preserve">[36:27] </w:t>
      </w:r>
      <w:r>
        <w:t>. you follow what you are practicing, but respect all the other religions.</w:t>
      </w:r>
    </w:p>
    <w:p>
      <w:pPr>
        <w:jc w:val="right"/>
      </w:pPr>
      <w:r>
        <w:t>۔ یو فالو واٹ یو ار پریکٹسنگ، بٹ ریسپیکٹ ال دی ادر ریلیجنز۔</w:t>
      </w:r>
    </w:p>
    <w:p>
      <w:r>
        <w:rPr>
          <w:b/>
        </w:rPr>
        <w:t xml:space="preserve">[36:31] </w:t>
      </w:r>
      <w:r>
        <w:t>and this is exactly, you know, what he tells, you know, everyone.</w:t>
      </w:r>
    </w:p>
    <w:p>
      <w:pPr>
        <w:jc w:val="right"/>
      </w:pPr>
      <w:r>
        <w:t>اینڈ دس از ایگزیکٹلی، یو نو، واٹ ہی ٹیلز، یو نو، ایوری ون۔</w:t>
      </w:r>
    </w:p>
    <w:p>
      <w:r>
        <w:rPr>
          <w:b/>
        </w:rPr>
        <w:t xml:space="preserve">[36:35] </w:t>
      </w:r>
      <w:r>
        <w:t>and you know, the recent book, the age of peace, we have got that copy for all of</w:t>
      </w:r>
    </w:p>
    <w:p>
      <w:pPr>
        <w:jc w:val="right"/>
      </w:pPr>
      <w:r>
        <w:t>اینڈ یو نو، دی ریسنٹ بک، دی ایج اف پیس، وی ہیو گٹ دیٹ کاپی فور ال اف</w:t>
      </w:r>
    </w:p>
    <w:p>
      <w:r>
        <w:rPr>
          <w:b/>
        </w:rPr>
        <w:t xml:space="preserve">[36:41] </w:t>
      </w:r>
      <w:r>
        <w:t>you. so, you know, i would urge all of you to definitely go through that, because he is</w:t>
      </w:r>
    </w:p>
    <w:p>
      <w:pPr>
        <w:jc w:val="right"/>
      </w:pPr>
      <w:r>
        <w:t>یو۔ سو، یو نو، ائی وڈ ارج ال اف یو ٹو ڈیفینیٹلی گو تھرو دیٹ، بیکاز ہی از</w:t>
      </w:r>
    </w:p>
    <w:p>
      <w:r>
        <w:rPr>
          <w:b/>
        </w:rPr>
        <w:t xml:space="preserve">[36:45] </w:t>
      </w:r>
      <w:r>
        <w:t>giving workable theory as to how practical peace is, you know, very much possible, and how we could</w:t>
      </w:r>
    </w:p>
    <w:p>
      <w:pPr>
        <w:jc w:val="right"/>
      </w:pPr>
      <w:r>
        <w:t>گیون ورکیبل تھیوری ایز ٹو ہاؤ پریکٹیکل پیس از، یو نو، ویری مچ پوسیبل، اینڈ ہاؤ وی کڈ</w:t>
      </w:r>
    </w:p>
    <w:p>
      <w:r>
        <w:rPr>
          <w:b/>
        </w:rPr>
        <w:t xml:space="preserve">[36:52] </w:t>
      </w:r>
      <w:r>
        <w:t>live together, mutually appreciating and learning from one another.</w:t>
      </w:r>
    </w:p>
    <w:p>
      <w:pPr>
        <w:jc w:val="right"/>
      </w:pPr>
      <w:r>
        <w:t>لیو ٹوگیدر، میوچولی اپریشیٹنگ اینڈ لرننگ فرام ون ان ادر۔</w:t>
      </w:r>
    </w:p>
    <w:p>
      <w:r>
        <w:rPr>
          <w:b/>
        </w:rPr>
        <w:t xml:space="preserve">[36:57] </w:t>
      </w:r>
      <w:r>
        <w:t>first, thank you again for for the hospitality and the reception, particularly this early in the morning.</w:t>
      </w:r>
    </w:p>
    <w:p>
      <w:pPr>
        <w:jc w:val="right"/>
      </w:pPr>
      <w:r>
        <w:t>فرسٹ، تھینک یو اگین فور فور دا ہاسپیٹیلٹی اینڈ دا ریسپشن، پرٹیکولرلی دس ارلی ان دا مارننگ۔</w:t>
      </w:r>
    </w:p>
    <w:p>
      <w:r>
        <w:rPr>
          <w:b/>
        </w:rPr>
        <w:t xml:space="preserve">[37:03] </w:t>
      </w:r>
      <w:r>
        <w:t>we know that there is so much that</w:t>
      </w:r>
    </w:p>
    <w:p>
      <w:pPr>
        <w:jc w:val="right"/>
      </w:pPr>
      <w:r>
        <w:t>وی نو دیٹ دیر از سو مچ دیٹ</w:t>
      </w:r>
    </w:p>
    <w:p>
      <w:r>
        <w:rPr>
          <w:b/>
        </w:rPr>
        <w:t xml:space="preserve">[37:06] </w:t>
      </w:r>
      <w:r>
        <w:t>pulls for your time and attention.</w:t>
      </w:r>
    </w:p>
    <w:p>
      <w:pPr>
        <w:jc w:val="right"/>
      </w:pPr>
      <w:r>
        <w:t>پولز فور یور ٹائم اینڈ اٹینشن۔</w:t>
      </w:r>
    </w:p>
    <w:p>
      <w:r>
        <w:rPr>
          <w:b/>
        </w:rPr>
        <w:t xml:space="preserve">[37:08] </w:t>
      </w:r>
      <w:r>
        <w:t>so we are very grateful.</w:t>
      </w:r>
    </w:p>
    <w:p>
      <w:pPr>
        <w:jc w:val="right"/>
      </w:pPr>
      <w:r>
        <w:t>سو وی ار ویری گریٹ فل۔</w:t>
      </w:r>
    </w:p>
    <w:p>
      <w:r>
        <w:rPr>
          <w:b/>
        </w:rPr>
        <w:t xml:space="preserve">[37:11] </w:t>
      </w:r>
      <w:r>
        <w:t>maulana spoke quite a bit, helpfully, about the relationship between the monotheistic religions, particularly judaism and</w:t>
      </w:r>
    </w:p>
    <w:p>
      <w:pPr>
        <w:jc w:val="right"/>
      </w:pPr>
      <w:r>
        <w:t>مولانا سپوک کوائٹ ا بٹ، ہیلپ فلی، اباؤٹ دا ریلیشن شپ بٹوین دی مونوتھیسٹک ریلیجنز، پرٹیکولرلی جیڈیزم اینڈ</w:t>
      </w:r>
    </w:p>
    <w:p>
      <w:r>
        <w:rPr>
          <w:b/>
        </w:rPr>
        <w:t xml:space="preserve">[37:20] </w:t>
      </w:r>
      <w:r>
        <w:t>islam. the people of the book, and the context of islamic thought</w:t>
      </w:r>
    </w:p>
    <w:p>
      <w:pPr>
        <w:jc w:val="right"/>
      </w:pPr>
      <w:r>
        <w:t>اسلام۔ دی پیپل اف دا بک، اینڈ دی کانٹیکسٹ اف اسلامک تھاٹ</w:t>
      </w:r>
    </w:p>
    <w:p>
      <w:r>
        <w:rPr>
          <w:b/>
        </w:rPr>
        <w:t xml:space="preserve">[37:26] </w:t>
      </w:r>
      <w:r>
        <w:t>. and for those of us who come from western societies, from the united states and other, that</w:t>
      </w:r>
    </w:p>
    <w:p>
      <w:pPr>
        <w:jc w:val="right"/>
      </w:pPr>
      <w:r>
        <w:t>۔ اینڈ فور دوز اف اس ہو کم فرام ویسٹرن سوسائٹیز، فرام دی یونائٹڈ سٹیٹس اینڈ ادر، دیٹ</w:t>
      </w:r>
    </w:p>
    <w:p>
      <w:r>
        <w:rPr>
          <w:b/>
        </w:rPr>
        <w:t xml:space="preserve">[37:30] </w:t>
      </w:r>
      <w:r>
        <w:t>are less familiar with the diversity of faiths.</w:t>
      </w:r>
    </w:p>
    <w:p>
      <w:pPr>
        <w:jc w:val="right"/>
      </w:pPr>
      <w:r>
        <w:t>ار لیس فیمیلیئر ود دا ڈائیورسٹی اف فیتھس۔</w:t>
      </w:r>
    </w:p>
    <w:p>
      <w:r>
        <w:rPr>
          <w:b/>
        </w:rPr>
        <w:t xml:space="preserve">[37:42] </w:t>
      </w:r>
      <w:r>
        <w:t>i don't show.</w:t>
      </w:r>
    </w:p>
    <w:p>
      <w:pPr>
        <w:jc w:val="right"/>
      </w:pPr>
      <w:r>
        <w:t>ائی ڈونٹ شو۔</w:t>
      </w:r>
    </w:p>
    <w:p>
      <w:r>
        <w:rPr>
          <w:b/>
        </w:rPr>
        <w:t xml:space="preserve">[37:42] </w:t>
      </w:r>
      <w:r>
        <w:t>if in the world that can compete with india in its diversity of religious and philosophical</w:t>
      </w:r>
    </w:p>
    <w:p>
      <w:pPr>
        <w:jc w:val="right"/>
      </w:pPr>
      <w:r>
        <w:t>اف ان دا ورلڈ دیٹ کین کمپیٹ ود انڈیا ان اٹس ڈائیورسٹی اف ریلیجیس اینڈ فلاسفیکل</w:t>
      </w:r>
    </w:p>
    <w:p>
      <w:r>
        <w:rPr>
          <w:b/>
        </w:rPr>
        <w:t xml:space="preserve">[37:50] </w:t>
      </w:r>
      <w:r>
        <w:t>systems. i wonder if maulana could speak a little bit more specifically</w:t>
      </w:r>
    </w:p>
    <w:p>
      <w:pPr>
        <w:jc w:val="right"/>
      </w:pPr>
      <w:r>
        <w:t>سسٹمز۔ ائی وonder اف مولانا کڈ سپیک ا لٹل بٹ مور سپیسیفکلی</w:t>
      </w:r>
    </w:p>
    <w:p>
      <w:r>
        <w:rPr>
          <w:b/>
        </w:rPr>
        <w:t xml:space="preserve">[37:55] </w:t>
      </w:r>
      <w:r>
        <w:t>to his approach and to</w:t>
      </w:r>
    </w:p>
    <w:p>
      <w:pPr>
        <w:jc w:val="right"/>
      </w:pPr>
      <w:r>
        <w:t>ٹو ہز اپروچ اینڈ ٹو</w:t>
      </w:r>
    </w:p>
    <w:p>
      <w:r>
        <w:rPr>
          <w:b/>
        </w:rPr>
        <w:t xml:space="preserve">[38:00] </w:t>
      </w:r>
      <w:r>
        <w:t>strategies toward relations, constructive and positive relations between a monotheistic faith, like islam, and religious communities that in</w:t>
      </w:r>
    </w:p>
    <w:p>
      <w:pPr>
        <w:jc w:val="right"/>
      </w:pPr>
      <w:r>
        <w:t>سٹریٹجیز ٹورڈ ریلیشنز، کنسٹرکٹیو اینڈ پازیٹیو ریلیشنز بٹوین ا مونوتھیسٹک فیتھ، لائک اسلام، اینڈ ریلیجیس کمیونٹیز دیٹ ان</w:t>
      </w:r>
    </w:p>
    <w:p>
      <w:r>
        <w:rPr>
          <w:b/>
        </w:rPr>
        <w:t xml:space="preserve">[38:14] </w:t>
      </w:r>
      <w:r>
        <w:t>the traditional sense, in the narrow sense, might not be understood</w:t>
      </w:r>
    </w:p>
    <w:p>
      <w:pPr>
        <w:jc w:val="right"/>
      </w:pPr>
      <w:r>
        <w:t>دا ٹریڈیشنل سینس، ان دا نیرو سینس، مائٹ ناٹ بی انڈرسٹڈ</w:t>
      </w:r>
    </w:p>
    <w:p>
      <w:r>
        <w:rPr>
          <w:b/>
        </w:rPr>
        <w:t xml:space="preserve">[38:19] </w:t>
      </w:r>
      <w:r>
        <w:t>by them self or by those of us in the outside as monotheistic.</w:t>
      </w:r>
    </w:p>
    <w:p>
      <w:pPr>
        <w:jc w:val="right"/>
      </w:pPr>
      <w:r>
        <w:t>بائی دیم سیلف اور بائی دوز اف اس ان دی اؤٹ سائیڈ ایز مونوتھیسٹک۔</w:t>
      </w:r>
    </w:p>
    <w:p>
      <w:r>
        <w:rPr>
          <w:b/>
        </w:rPr>
        <w:t xml:space="preserve">[38:26] </w:t>
      </w:r>
      <w:r>
        <w:t>For me, as a Jew, I find that challenging.</w:t>
      </w:r>
    </w:p>
    <w:p>
      <w:pPr>
        <w:jc w:val="right"/>
      </w:pPr>
      <w:r>
        <w:t>فور می، ایز اے جیو، ائی فائنڈ دیٹ چیلنجنگ۔</w:t>
      </w:r>
    </w:p>
    <w:p>
      <w:r>
        <w:rPr>
          <w:b/>
        </w:rPr>
        <w:t xml:space="preserve">[38:29] </w:t>
      </w:r>
      <w:r>
        <w:t>for judaism, as for islam, the oneness of god is central</w:t>
      </w:r>
    </w:p>
    <w:p>
      <w:pPr>
        <w:jc w:val="right"/>
      </w:pPr>
      <w:r>
        <w:t>فور جیڈیزم، ایز فور اسلام، دا ون نیس اف گاڈ از سینٹرل</w:t>
      </w:r>
    </w:p>
    <w:p>
      <w:r>
        <w:rPr>
          <w:b/>
        </w:rPr>
        <w:t xml:space="preserve">[38:36] </w:t>
      </w:r>
      <w:r>
        <w:t>. it's central, essentially, to everything.</w:t>
      </w:r>
    </w:p>
    <w:p>
      <w:pPr>
        <w:jc w:val="right"/>
      </w:pPr>
      <w:r>
        <w:t>۔ اٹس سینٹرل، ایسینشلی، ٹو ایوری تھنگ۔</w:t>
      </w:r>
    </w:p>
    <w:p>
      <w:r>
        <w:rPr>
          <w:b/>
        </w:rPr>
        <w:t xml:space="preserve">[38:39] </w:t>
      </w:r>
      <w:r>
        <w:t>And so, to be in societies where that isn't necessarily prevalent or isn't understood and presented in the</w:t>
      </w:r>
    </w:p>
    <w:p>
      <w:pPr>
        <w:jc w:val="right"/>
      </w:pPr>
      <w:r>
        <w:t>اینڈ سو، ٹو بی ان سوسائٹیز ویر دیٹ ازنٹ نسیسریلی پریولنٹ اور ازنٹ انڈرسٹڈ اینڈ پریزنٹڈ ان دا</w:t>
      </w:r>
    </w:p>
    <w:p>
      <w:r>
        <w:rPr>
          <w:b/>
        </w:rPr>
        <w:t xml:space="preserve">[38:48] </w:t>
      </w:r>
      <w:r>
        <w:t>Same way, can be a new experience and a challenging one.</w:t>
      </w:r>
    </w:p>
    <w:p>
      <w:pPr>
        <w:jc w:val="right"/>
      </w:pPr>
      <w:r>
        <w:t>سیم وے، کین بی ا نیو ایکسپیرینس اینڈ ا چیلنجنگ ون۔</w:t>
      </w:r>
    </w:p>
    <w:p>
      <w:r>
        <w:rPr>
          <w:b/>
        </w:rPr>
        <w:t xml:space="preserve">[38:52] </w:t>
      </w:r>
      <w:r>
        <w:t>So I wonder if Maulana can speak to his approach, particularly here in India.</w:t>
      </w:r>
    </w:p>
    <w:p>
      <w:pPr>
        <w:jc w:val="right"/>
      </w:pPr>
      <w:r>
        <w:t>سو ائی وندر اف مولانا کین سپیک ٹو ہز اپروچ، پرٹیکولرلی ہیر ان انڈیا۔</w:t>
      </w:r>
    </w:p>
    <w:p>
      <w:r>
        <w:rPr>
          <w:b/>
        </w:rPr>
        <w:t xml:space="preserve">[38:59] </w:t>
      </w:r>
      <w:r>
        <w:t>according to our experience,</w:t>
      </w:r>
    </w:p>
    <w:p>
      <w:pPr>
        <w:jc w:val="right"/>
      </w:pPr>
      <w:r>
        <w:t>اکارڈنگ ٹو اور ایکسپیرینس،</w:t>
      </w:r>
    </w:p>
    <w:p>
      <w:r>
        <w:rPr>
          <w:b/>
        </w:rPr>
        <w:t xml:space="preserve">[39:04] </w:t>
      </w:r>
      <w:r>
        <w:t>india is the best</w:t>
      </w:r>
    </w:p>
    <w:p>
      <w:pPr>
        <w:jc w:val="right"/>
      </w:pPr>
      <w:r>
        <w:t>انڈیا از دا بیسٹ</w:t>
      </w:r>
    </w:p>
    <w:p>
      <w:r>
        <w:rPr>
          <w:b/>
        </w:rPr>
        <w:t xml:space="preserve">[39:09] </w:t>
      </w:r>
      <w:r>
        <w:t>country for our mission,</w:t>
      </w:r>
    </w:p>
    <w:p>
      <w:pPr>
        <w:jc w:val="right"/>
      </w:pPr>
      <w:r>
        <w:t>کنٹری فار اور مشن،</w:t>
      </w:r>
    </w:p>
    <w:p>
      <w:r>
        <w:rPr>
          <w:b/>
        </w:rPr>
        <w:t xml:space="preserve">[39:14] </w:t>
      </w:r>
      <w:r>
        <w:t>because we believe in</w:t>
      </w:r>
    </w:p>
    <w:p>
      <w:pPr>
        <w:jc w:val="right"/>
      </w:pPr>
      <w:r>
        <w:t>بیکاز وی بیلیو ان</w:t>
      </w:r>
    </w:p>
    <w:p>
      <w:r>
        <w:rPr>
          <w:b/>
        </w:rPr>
        <w:t xml:space="preserve">[39:18] </w:t>
      </w:r>
      <w:r>
        <w:t>monotheism.</w:t>
      </w:r>
    </w:p>
    <w:p>
      <w:pPr>
        <w:jc w:val="right"/>
      </w:pPr>
      <w:r>
        <w:t>مونوتھیزم۔</w:t>
      </w:r>
    </w:p>
    <w:p>
      <w:r>
        <w:rPr>
          <w:b/>
        </w:rPr>
        <w:t xml:space="preserve">[39:21] </w:t>
      </w:r>
      <w:r>
        <w:t>and fortunately, hindus also believe in a similar belief. their belief is our similar belief. our belief is monotheism. their belief is monism. monism.</w:t>
      </w:r>
    </w:p>
    <w:p>
      <w:pPr>
        <w:jc w:val="right"/>
      </w:pPr>
      <w:r>
        <w:t>And fortunately, Hindus also believe in a similar belief. Their belief is our similar belief. Our belief is monotheism. Their belief is monism. Monism.</w:t>
      </w:r>
    </w:p>
    <w:p>
      <w:r>
        <w:rPr>
          <w:b/>
        </w:rPr>
        <w:t xml:space="preserve">[39:44] </w:t>
      </w:r>
      <w:r>
        <w:t>and our belief is based on monotheistic concept. their belief is based on monistic concept. theyre very—both are very similar. so in india, we never find any difficulty to promote our mission. all those differences are political.</w:t>
      </w:r>
    </w:p>
    <w:p>
      <w:pPr>
        <w:jc w:val="right"/>
      </w:pPr>
      <w:r>
        <w:t>And our belief is based on monotheistic concept. Their belief is based on monistic concept. They're very—both are very similar. So in India, we never find any difficulty to promote our mission. All those differences are political.</w:t>
      </w:r>
    </w:p>
    <w:p>
      <w:r>
        <w:rPr>
          <w:b/>
        </w:rPr>
        <w:t xml:space="preserve">[40:10] </w:t>
      </w:r>
      <w:r>
        <w:t>im certain that all those so-called differences between hindus and muslims in india are political. they are not religious because both the communities believe in a similar idea. moreover, as you know, swami vivekananda visited chicago in 1893.</w:t>
      </w:r>
    </w:p>
    <w:p>
      <w:pPr>
        <w:jc w:val="right"/>
      </w:pPr>
      <w:r>
        <w:t>I'm certain that all those so-called differences between Hindus and Muslims in India are political. They are not religious because both the communities believe in a similar idea. Moreover, as you know, Swami Vivekananda visited Chicago in 1893.</w:t>
      </w:r>
    </w:p>
    <w:p>
      <w:r>
        <w:rPr>
          <w:b/>
        </w:rPr>
        <w:t xml:space="preserve">[40:38] </w:t>
      </w:r>
      <w:r>
        <w:t>in the chicago conference, he declared, and all the hindus appreciate this declaration, that all the religions are true, including islam. so where is the difference?</w:t>
      </w:r>
    </w:p>
    <w:p>
      <w:pPr>
        <w:jc w:val="right"/>
      </w:pPr>
      <w:r>
        <w:t>In the Chicago conference, he declared, and all the Hindus appreciate this declaration, that all the religions are true, including Islam. So where is the difference?</w:t>
      </w:r>
    </w:p>
    <w:p>
      <w:r>
        <w:rPr>
          <w:b/>
        </w:rPr>
        <w:t xml:space="preserve">[40:57] </w:t>
      </w:r>
      <w:r>
        <w:t>in India,</w:t>
      </w:r>
    </w:p>
    <w:p>
      <w:pPr>
        <w:jc w:val="right"/>
      </w:pPr>
      <w:r>
        <w:t>؟ ان انڈیا،</w:t>
      </w:r>
    </w:p>
    <w:p>
      <w:r>
        <w:rPr>
          <w:b/>
        </w:rPr>
        <w:t xml:space="preserve">[40:59] </w:t>
      </w:r>
      <w:r>
        <w:t>Sufi people came from</w:t>
      </w:r>
    </w:p>
    <w:p>
      <w:pPr>
        <w:jc w:val="right"/>
      </w:pPr>
      <w:r>
        <w:t>صوفی پیپل کیم فرام</w:t>
      </w:r>
    </w:p>
    <w:p>
      <w:r>
        <w:rPr>
          <w:b/>
        </w:rPr>
        <w:t xml:space="preserve">[41:06] </w:t>
      </w:r>
      <w:r>
        <w:t>Iran and other foreign countries, and here</w:t>
      </w:r>
    </w:p>
    <w:p>
      <w:pPr>
        <w:jc w:val="right"/>
      </w:pPr>
      <w:r>
        <w:t>ایران اینڈ ادر فارن کنٹریز، اینڈ ہیر</w:t>
      </w:r>
    </w:p>
    <w:p>
      <w:r>
        <w:rPr>
          <w:b/>
        </w:rPr>
        <w:t xml:space="preserve">[41:11] </w:t>
      </w:r>
      <w:r>
        <w:t>Hindu welcomed the Sufis.</w:t>
      </w:r>
    </w:p>
    <w:p>
      <w:pPr>
        <w:jc w:val="right"/>
      </w:pPr>
      <w:r>
        <w:t>ہندو ویلکم دی صوفیز۔</w:t>
      </w:r>
    </w:p>
    <w:p>
      <w:r>
        <w:rPr>
          <w:b/>
        </w:rPr>
        <w:t xml:space="preserve">[41:15] </w:t>
      </w:r>
      <w:r>
        <w:t>So in in</w:t>
      </w:r>
    </w:p>
    <w:p>
      <w:pPr>
        <w:jc w:val="right"/>
      </w:pPr>
      <w:r>
        <w:t>سو ان ان</w:t>
      </w:r>
    </w:p>
    <w:p>
      <w:r>
        <w:rPr>
          <w:b/>
        </w:rPr>
        <w:t xml:space="preserve">[41:19] </w:t>
      </w:r>
      <w:r>
        <w:t>India, there is no religious problem.</w:t>
      </w:r>
    </w:p>
    <w:p>
      <w:pPr>
        <w:jc w:val="right"/>
      </w:pPr>
      <w:r>
        <w:t>انڈیا، دیر از نو ریلیجیس پرابلم۔</w:t>
      </w:r>
    </w:p>
    <w:p>
      <w:r>
        <w:rPr>
          <w:b/>
        </w:rPr>
        <w:t xml:space="preserve">[41:22] </w:t>
      </w:r>
      <w:r>
        <w:t>All those problems are</w:t>
      </w:r>
    </w:p>
    <w:p>
      <w:pPr>
        <w:jc w:val="right"/>
      </w:pPr>
      <w:r>
        <w:t>ال دوز پرابلمز ار</w:t>
      </w:r>
    </w:p>
    <w:p>
      <w:r>
        <w:rPr>
          <w:b/>
        </w:rPr>
        <w:t xml:space="preserve">[41:26] </w:t>
      </w:r>
      <w:r>
        <w:t>political problem. And we try to people</w:t>
      </w:r>
    </w:p>
    <w:p>
      <w:pPr>
        <w:jc w:val="right"/>
      </w:pPr>
      <w:r>
        <w:t>پولیٹیکل پرابلم۔ اینڈ وی ٹرائی ٹو پیپل</w:t>
      </w:r>
    </w:p>
    <w:p>
      <w:r>
        <w:rPr>
          <w:b/>
        </w:rPr>
        <w:t xml:space="preserve">[41:31] </w:t>
      </w:r>
      <w:r>
        <w:t>to know this difference</w:t>
      </w:r>
    </w:p>
    <w:p>
      <w:pPr>
        <w:jc w:val="right"/>
      </w:pPr>
      <w:r>
        <w:t>ٹو نو دس ڈفرنس</w:t>
      </w:r>
    </w:p>
    <w:p>
      <w:r>
        <w:rPr>
          <w:b/>
        </w:rPr>
        <w:t xml:space="preserve">[41:35] </w:t>
      </w:r>
      <w:r>
        <w:t>and i can say that we are also successful in this mission. there are so many people in india who have discovered this fact, and now they are living as a very good neighbor.</w:t>
      </w:r>
    </w:p>
    <w:p>
      <w:pPr>
        <w:jc w:val="right"/>
      </w:pPr>
      <w:r>
        <w:t>And I can say that we are also successful in this mission. There are so many people in India who have discovered this fact, and now they are living as a very good neighbor.</w:t>
      </w:r>
    </w:p>
    <w:p>
      <w:r>
        <w:rPr>
          <w:b/>
        </w:rPr>
        <w:t xml:space="preserve">[41:57] </w:t>
      </w:r>
      <w:r>
        <w:t>so i think that we want to establish this atmosphere also in palestine. arab and jew both can live as good neighbors if they discover that all those differences are political in nature, not religious. so is the case of both.</w:t>
      </w:r>
    </w:p>
    <w:p>
      <w:pPr>
        <w:jc w:val="right"/>
      </w:pPr>
      <w:r>
        <w:t>So I think that we want to establish this atmosphere also in Palestine. Arab and Jew both can live as good neighbors if they discover that all those differences are political in nature, not religious. So is the case of both.</w:t>
      </w:r>
    </w:p>
    <w:p>
      <w:r>
        <w:rPr>
          <w:b/>
        </w:rPr>
        <w:t xml:space="preserve">[42:22] </w:t>
      </w:r>
      <w:r>
        <w:t>in India, in India,</w:t>
      </w:r>
    </w:p>
    <w:p>
      <w:pPr>
        <w:jc w:val="right"/>
      </w:pPr>
      <w:r>
        <w:t>ان انڈیا، ان انڈیا،</w:t>
      </w:r>
    </w:p>
    <w:p>
      <w:r>
        <w:rPr>
          <w:b/>
        </w:rPr>
        <w:t xml:space="preserve">[42:26] </w:t>
      </w:r>
      <w:r>
        <w:t>if there is problem, there is religious, there is not religious, political in nature.</w:t>
      </w:r>
    </w:p>
    <w:p>
      <w:pPr>
        <w:jc w:val="right"/>
      </w:pPr>
      <w:r>
        <w:t>اف دیر از پرابلم، دیر از ریلیجیس، دیر از ناٹ ریلیجیس، پولیٹیکل ان نیچر۔</w:t>
      </w:r>
    </w:p>
    <w:p>
      <w:r>
        <w:rPr>
          <w:b/>
        </w:rPr>
        <w:t xml:space="preserve">[42:31] </w:t>
      </w:r>
      <w:r>
        <w:t>So cases of Palestine, if there problem in Palestine, they are political and not religious.</w:t>
      </w:r>
    </w:p>
    <w:p>
      <w:pPr>
        <w:jc w:val="right"/>
      </w:pPr>
      <w:r>
        <w:t>سو کیس اف پیلسٹائن، اف دیر پرابلم ان پیلسٹائن، دے ار پولیٹیکل اینڈ ناٹ ریلیجیس۔</w:t>
      </w:r>
    </w:p>
    <w:p>
      <w:r>
        <w:rPr>
          <w:b/>
        </w:rPr>
        <w:t xml:space="preserve">[42:43] </w:t>
      </w:r>
      <w:r>
        <w:t>Actually, one of the most important thing is that he emphasizes</w:t>
      </w:r>
    </w:p>
    <w:p>
      <w:pPr>
        <w:jc w:val="right"/>
      </w:pPr>
      <w:r>
        <w:t>ایکچولی، ون اف دی موسٹ امپورٹنٹ تھنگ از دیٹ ہی ایمفسائزز</w:t>
      </w:r>
    </w:p>
    <w:p>
      <w:r>
        <w:rPr>
          <w:b/>
        </w:rPr>
        <w:t xml:space="preserve">[42:48] </w:t>
      </w:r>
      <w:r>
        <w:t>engagement, a lot of engagement and dialogue, because most of the misunderstanding arise when there is no dialogue.</w:t>
      </w:r>
    </w:p>
    <w:p>
      <w:pPr>
        <w:jc w:val="right"/>
      </w:pPr>
      <w:r>
        <w:t>انگیجمنٹ، لاٹ اف انگیجمنٹ اینڈ ڈائیلاگ، بیکاز موسٹ اف دی مس انڈرسٹینڈنگ ارائز وین دیر از نو ڈائیلاگ۔</w:t>
      </w:r>
    </w:p>
    <w:p>
      <w:r>
        <w:rPr>
          <w:b/>
        </w:rPr>
        <w:t xml:space="preserve">[42:54] </w:t>
      </w:r>
      <w:r>
        <w:t>You know, people living their own ghetto mentality.</w:t>
      </w:r>
    </w:p>
    <w:p>
      <w:pPr>
        <w:jc w:val="right"/>
      </w:pPr>
      <w:r>
        <w:t>یو نو، پیپل لیونگ دیر اون گیٹو مینٹیلیٹی۔</w:t>
      </w:r>
    </w:p>
    <w:p>
      <w:r>
        <w:rPr>
          <w:b/>
        </w:rPr>
        <w:t xml:space="preserve">[42:57] </w:t>
      </w:r>
      <w:r>
        <w:t>So he is been writing very regularly in newspapers, the leading newspapers.</w:t>
      </w:r>
    </w:p>
    <w:p>
      <w:pPr>
        <w:jc w:val="right"/>
      </w:pPr>
      <w:r>
        <w:t>سو ہی از بین رائٹنگ ویری ریگولرلی نیوز پیپرز، دی لیڈنگ نیوز پیپرز۔</w:t>
      </w:r>
    </w:p>
    <w:p>
      <w:r>
        <w:rPr>
          <w:b/>
        </w:rPr>
        <w:t xml:space="preserve">[43:01] </w:t>
      </w:r>
      <w:r>
        <w:t>There are workshops that we organize, and then he participates extensively in other religions' platforms, and</w:t>
      </w:r>
    </w:p>
    <w:p>
      <w:pPr>
        <w:jc w:val="right"/>
      </w:pPr>
      <w:r>
        <w:t>دیر ار ورک شاپس دیٹ وی ارگنائز، اینڈ دین ہی پارٹیسپیٹس ایکسٹینسولی ان ادر ریلیجنز پلیٹ فارمز، اینڈ</w:t>
      </w:r>
    </w:p>
    <w:p>
      <w:r>
        <w:rPr>
          <w:b/>
        </w:rPr>
        <w:t xml:space="preserve">[43:08] </w:t>
      </w:r>
      <w:r>
        <w:t>There is exchange of ideas.</w:t>
      </w:r>
    </w:p>
    <w:p>
      <w:pPr>
        <w:jc w:val="right"/>
      </w:pPr>
      <w:r>
        <w:t>دیر از ایکسچینج اف ائیڈیاز۔</w:t>
      </w:r>
    </w:p>
    <w:p>
      <w:r>
        <w:rPr>
          <w:b/>
        </w:rPr>
        <w:t xml:space="preserve">[43:11] </w:t>
      </w:r>
      <w:r>
        <w:t>So the important thing is you respect, you know, the other person's belief, and while conveying your message.</w:t>
      </w:r>
    </w:p>
    <w:p>
      <w:pPr>
        <w:jc w:val="right"/>
      </w:pPr>
      <w:r>
        <w:t>سو دی امپورٹنٹ تھنگ از یو ریسپیکٹ، یو نو، دی ادر پرسن بیلیف، اینڈ وائل کنوینگ یور میسج۔</w:t>
      </w:r>
    </w:p>
    <w:p>
      <w:r>
        <w:rPr>
          <w:b/>
        </w:rPr>
        <w:t xml:space="preserve">[43:17] </w:t>
      </w:r>
      <w:r>
        <w:t>And in the process, everybody gains, because there is intellectual transformation.</w:t>
      </w:r>
    </w:p>
    <w:p>
      <w:pPr>
        <w:jc w:val="right"/>
      </w:pPr>
      <w:r>
        <w:t>اینڈ ان دا پروسیس، ایوری بڈی گینز، بیکاز دیر از انٹلیکچول ٹرانسفارمیشن۔</w:t>
      </w:r>
    </w:p>
    <w:p>
      <w:r>
        <w:rPr>
          <w:b/>
        </w:rPr>
        <w:t xml:space="preserve">[43:21] </w:t>
      </w:r>
      <w:r>
        <w:t>So I think that's how, you know, it is happening.</w:t>
      </w:r>
    </w:p>
    <w:p>
      <w:pPr>
        <w:jc w:val="right"/>
      </w:pPr>
      <w:r>
        <w:t>سو ائی تھنک دیٹس ہاؤ، یو نو، اٹ از ہیپننگ۔</w:t>
      </w:r>
    </w:p>
    <w:p>
      <w:r>
        <w:rPr>
          <w:b/>
        </w:rPr>
        <w:t xml:space="preserve">[43:24] </w:t>
      </w:r>
      <w:r>
        <w:t>There are of course incidents, but those are in minority.</w:t>
      </w:r>
    </w:p>
    <w:p>
      <w:pPr>
        <w:jc w:val="right"/>
      </w:pPr>
      <w:r>
        <w:t>دیر ار اف کورس انسیڈنٹس، بٹ دوز ار ان مائنورٹی۔</w:t>
      </w:r>
    </w:p>
    <w:p>
      <w:r>
        <w:rPr>
          <w:b/>
        </w:rPr>
        <w:t xml:space="preserve">[43:28] </w:t>
      </w:r>
      <w:r>
        <w:t>Largely, the Indian people are very peaceful people, and they appreciate.</w:t>
      </w:r>
    </w:p>
    <w:p>
      <w:pPr>
        <w:jc w:val="right"/>
      </w:pPr>
      <w:r>
        <w:t>لارجلی، دی انڈین پیپل ار ویری پیس فل پیپل، اینڈ دے اپریشیٹ۔</w:t>
      </w:r>
    </w:p>
    <w:p>
      <w:r>
        <w:rPr>
          <w:b/>
        </w:rPr>
        <w:t xml:space="preserve">[43:33] </w:t>
      </w:r>
      <w:r>
        <w:t>But the key is, of course, the dialogue through which you can communicate.</w:t>
      </w:r>
    </w:p>
    <w:p>
      <w:pPr>
        <w:jc w:val="right"/>
      </w:pPr>
      <w:r>
        <w:t>بٹ دی کی از، اف کورس، دی ڈائیلاگ تھرو وچ یو کین کمیونیکیٹ۔</w:t>
      </w:r>
    </w:p>
    <w:p>
      <w:r>
        <w:rPr>
          <w:b/>
        </w:rPr>
        <w:t xml:space="preserve">[43:37] </w:t>
      </w:r>
      <w:r>
        <w:t>So that's very important.</w:t>
      </w:r>
    </w:p>
    <w:p>
      <w:pPr>
        <w:jc w:val="right"/>
      </w:pPr>
      <w:r>
        <w:t>سو دیٹس ویری امپورٹنٹ۔</w:t>
      </w:r>
    </w:p>
    <w:p>
      <w:r>
        <w:rPr>
          <w:b/>
        </w:rPr>
        <w:t xml:space="preserve">[43:40] </w:t>
      </w:r>
      <w:r>
        <w:t>Greetings to all of you.</w:t>
      </w:r>
    </w:p>
    <w:p>
      <w:pPr>
        <w:jc w:val="right"/>
      </w:pPr>
      <w:r>
        <w:t>گریٹنگز ٹو ال اف یو۔</w:t>
      </w:r>
    </w:p>
    <w:p>
      <w:r>
        <w:rPr>
          <w:b/>
        </w:rPr>
        <w:t xml:space="preserve">[43:43] </w:t>
      </w:r>
      <w:r>
        <w:t>For last few months, I've been working on a book, which is actually a collection of the essays of Maulana</w:t>
      </w:r>
    </w:p>
    <w:p>
      <w:pPr>
        <w:jc w:val="right"/>
      </w:pPr>
      <w:r>
        <w:t>فور لاسٹ فیو منتھ، ائی بین ورکنگ ان بک، وچ از ایکچولی کلیکشن اف دا ایسے اف مولانا</w:t>
      </w:r>
    </w:p>
    <w:p>
      <w:r>
        <w:rPr>
          <w:b/>
        </w:rPr>
        <w:t xml:space="preserve">[43:52] </w:t>
      </w:r>
      <w:r>
        <w:t>Wahiduddin Khan, and it is being published by Harper Collins.</w:t>
      </w:r>
    </w:p>
    <w:p>
      <w:pPr>
        <w:jc w:val="right"/>
      </w:pPr>
      <w:r>
        <w:t>وحید الدین خان، اینڈ اٹ از بینگ پبلش بائے ہارپر کولنز۔</w:t>
      </w:r>
    </w:p>
    <w:p>
      <w:r>
        <w:rPr>
          <w:b/>
        </w:rPr>
        <w:t xml:space="preserve">[43:58] </w:t>
      </w:r>
      <w:r>
        <w:t>So it will come out in the first week of November, Inshallah.</w:t>
      </w:r>
    </w:p>
    <w:p>
      <w:pPr>
        <w:jc w:val="right"/>
      </w:pPr>
      <w:r>
        <w:t>سو اٹ ول کم اؤٹ ان دا فرسٹ ویک اف نومبر، انشاءاللہ۔</w:t>
      </w:r>
    </w:p>
    <w:p>
      <w:r>
        <w:rPr>
          <w:b/>
        </w:rPr>
        <w:t xml:space="preserve">[44:03] </w:t>
      </w:r>
      <w:r>
        <w:t>The idea behind</w:t>
      </w:r>
    </w:p>
    <w:p>
      <w:pPr>
        <w:jc w:val="right"/>
      </w:pPr>
      <w:r>
        <w:t>دی ائیڈیا بیہائنڈ</w:t>
      </w:r>
    </w:p>
    <w:p>
      <w:r>
        <w:rPr>
          <w:b/>
        </w:rPr>
        <w:t xml:space="preserve">[44:06] </w:t>
      </w:r>
      <w:r>
        <w:t>The book was for young minds like me, how the transformation it took place with me.</w:t>
      </w:r>
    </w:p>
    <w:p>
      <w:pPr>
        <w:jc w:val="right"/>
      </w:pPr>
      <w:r>
        <w:t>دا بک واز فور یو ینگ مائنڈز لائک می، ہاؤ دا ٹرانسفارمیشن اٹ ٹک پلیس ود می۔</w:t>
      </w:r>
    </w:p>
    <w:p>
      <w:r>
        <w:rPr>
          <w:b/>
        </w:rPr>
        <w:t xml:space="preserve">[44:13] </w:t>
      </w:r>
      <w:r>
        <w:t>So few years back, when I when I started coming to the mission, and I started reading Maulana</w:t>
      </w:r>
    </w:p>
    <w:p>
      <w:pPr>
        <w:jc w:val="right"/>
      </w:pPr>
      <w:r>
        <w:t>سو فیو ایئرز بیک، وین ائی وین ائی سٹارٹڈ کمنگ ٹو دا مشن، اینڈ ائی سٹارٹڈ ریڈنگ مولانا</w:t>
      </w:r>
    </w:p>
    <w:p>
      <w:r>
        <w:rPr>
          <w:b/>
        </w:rPr>
        <w:t xml:space="preserve">[44:20] </w:t>
      </w:r>
      <w:r>
        <w:t>literature, and started hearing his lectures.</w:t>
      </w:r>
    </w:p>
    <w:p>
      <w:pPr>
        <w:jc w:val="right"/>
      </w:pPr>
      <w:r>
        <w:t>لٹریچر، اینڈ سٹارٹڈ ہیرنگ ہز لیکچرز۔</w:t>
      </w:r>
    </w:p>
    <w:p>
      <w:r>
        <w:rPr>
          <w:b/>
        </w:rPr>
        <w:t xml:space="preserve">[44:25] </w:t>
      </w:r>
      <w:r>
        <w:t>The first thing which struck me most was to differentiate between Islam and Muslims.</w:t>
      </w:r>
    </w:p>
    <w:p>
      <w:pPr>
        <w:jc w:val="right"/>
      </w:pPr>
      <w:r>
        <w:t>دا فرسٹ تھنگ وچ سٹرک می موسٹ واز ٹو ڈفرنشیٹ بٹوین اسلام اینڈ مسلمز۔</w:t>
      </w:r>
    </w:p>
    <w:p>
      <w:r>
        <w:rPr>
          <w:b/>
        </w:rPr>
        <w:t xml:space="preserve">[44:31] </w:t>
      </w:r>
      <w:r>
        <w:t>The first thing which he said to me, and that is very important for all of us, to</w:t>
      </w:r>
    </w:p>
    <w:p>
      <w:pPr>
        <w:jc w:val="right"/>
      </w:pPr>
      <w:r>
        <w:t>دا فرسٹ تھنگ وچ ہی سیڈ ٹو می، اینڈ دیٹ از ویری امپورٹنٹ فور ال اف اس، ٹو</w:t>
      </w:r>
    </w:p>
    <w:p>
      <w:r>
        <w:rPr>
          <w:b/>
        </w:rPr>
        <w:t xml:space="preserve">[44:37] </w:t>
      </w:r>
      <w:r>
        <w:t>diferenshiet bitween da tro sors of da religin and da falooers, bikaz onli din wi bi ebal tu</w:t>
      </w:r>
    </w:p>
    <w:p>
      <w:pPr>
        <w:jc w:val="right"/>
      </w:pPr>
      <w:r>
        <w:t>ڈفرنشیٹ بٹوین دا ٹرو سورس اف دا ریلیجن اینڈ دا فالوورز، بیکاز اونلی دین وی بی ایبل ٹو</w:t>
      </w:r>
    </w:p>
    <w:p>
      <w:r>
        <w:rPr>
          <w:b/>
        </w:rPr>
        <w:t xml:space="preserve">[44:44] </w:t>
      </w:r>
      <w:r>
        <w:t>andarshtend wot laiz in da religin.</w:t>
      </w:r>
    </w:p>
    <w:p>
      <w:pPr>
        <w:jc w:val="right"/>
      </w:pPr>
      <w:r>
        <w:t>انڈرسٹینڈ واٹ لائیز ان دا ریلیجن۔</w:t>
      </w:r>
    </w:p>
    <w:p>
      <w:r>
        <w:rPr>
          <w:b/>
        </w:rPr>
        <w:t xml:space="preserve">[44:48] </w:t>
      </w:r>
      <w:r>
        <w:t>end laik wot hi said tode abaut da prafet, da insident wich hi nareted, in wich prafet hi</w:t>
      </w:r>
    </w:p>
    <w:p>
      <w:pPr>
        <w:jc w:val="right"/>
      </w:pPr>
      <w:r>
        <w:t>اینڈ لائک واٹ ہی سیڈ ٹوڈے اباؤٹ دا پرافٹ، دا انسیڈنٹ وچ ہی نریٹڈ، ان وچ پرافٹ ہی</w:t>
      </w:r>
    </w:p>
    <w:p>
      <w:r>
        <w:rPr>
          <w:b/>
        </w:rPr>
        <w:t xml:space="preserve">[44:57] </w:t>
      </w:r>
      <w:r>
        <w:t>stod ap wen hi so fiunral of a jio pasing bai, end hi said daint isnt hi a</w:t>
      </w:r>
    </w:p>
    <w:p>
      <w:pPr>
        <w:jc w:val="right"/>
      </w:pPr>
      <w:r>
        <w:t>سٹوڈ اپ وین ہی سو فیونرل اف ا جیو پاسنگ بائی، اینڈ ہی سیڈ دیٹ ازنٹ ہی ا</w:t>
      </w:r>
    </w:p>
    <w:p>
      <w:r>
        <w:rPr>
          <w:b/>
        </w:rPr>
        <w:t xml:space="preserve">[45:03] </w:t>
      </w:r>
      <w:r>
        <w:t>human bin</w:t>
      </w:r>
    </w:p>
    <w:p>
      <w:pPr>
        <w:jc w:val="right"/>
      </w:pPr>
      <w:r>
        <w:t>ہیومن بین</w:t>
      </w:r>
    </w:p>
    <w:p>
      <w:r>
        <w:rPr>
          <w:b/>
        </w:rPr>
        <w:t xml:space="preserve">[45:04] </w:t>
      </w:r>
      <w:r>
        <w:t>so things like these, its very important for young people like me to understand the importance of peace and the importance of, uh, human survival as peace. we all need it very desperately. and, uh, the starting point is, of course, uh, the young generation who are going to carry it forward.</w:t>
      </w:r>
    </w:p>
    <w:p>
      <w:pPr>
        <w:jc w:val="right"/>
      </w:pPr>
      <w:r>
        <w:t>" So things like these, it's very important for young people like me to understand the importance of peace and the importance of, uh, human survival as peace. We all need it very desperately. And, uh, the starting point is, of course, uh, the young generation who are going to carry it forward.</w:t>
      </w:r>
    </w:p>
    <w:p>
      <w:r>
        <w:rPr>
          <w:b/>
        </w:rPr>
        <w:t xml:space="preserve">[45:29] </w:t>
      </w:r>
      <w:r>
        <w:t>and the work, uh, which has been done, it has—uh, the work, uh, of the book, it has really helped me, uh, in my transformation. and i sincerely hope that the book, once it is out, it will change thousands of young minds like me and make them understand the importance of peace in the religion. thats why the title of the book which was chosen was the true face of islam.</w:t>
      </w:r>
    </w:p>
    <w:p>
      <w:pPr>
        <w:jc w:val="right"/>
      </w:pPr>
      <w:r>
        <w:t>And the work, uh, which has been done, it has—uh, the work, uh, of the book, it has really helped me, uh, in my transformation. And I sincerely hope that the book, once it is out, it will change thousands of young minds like me and make them understand the importance of peace in the religion. That's why the title of the book which was chosen was The True Face of Islam.</w:t>
      </w:r>
    </w:p>
    <w:p>
      <w:r>
        <w:rPr>
          <w:b/>
        </w:rPr>
        <w:t xml:space="preserve">[45:59] </w:t>
      </w:r>
      <w:r>
        <w:t>so da tro fes of islam is pes, nat da vailens, wich hiz bin prpretrated bai</w:t>
      </w:r>
    </w:p>
    <w:p>
      <w:pPr>
        <w:jc w:val="right"/>
      </w:pPr>
      <w:r>
        <w:t>سو دا ٹرو فیس اف اسلام از پیس، ناٹ دا وائلنس، وچ ہیز بین پرپریٹریٹڈ بائے</w:t>
      </w:r>
    </w:p>
    <w:p>
      <w:r>
        <w:rPr>
          <w:b/>
        </w:rPr>
        <w:t xml:space="preserve">[46:06] </w:t>
      </w:r>
      <w:r>
        <w:t>mani self, mani pipl wid vestarn interast.</w:t>
      </w:r>
    </w:p>
    <w:p>
      <w:pPr>
        <w:jc w:val="right"/>
      </w:pPr>
      <w:r>
        <w:t>مینی سیلف، مینی پیپل ود ویسٹرن انٹرسٹ۔</w:t>
      </w:r>
    </w:p>
    <w:p>
      <w:r>
        <w:rPr>
          <w:b/>
        </w:rPr>
        <w:t xml:space="preserve">[46:10] </w:t>
      </w:r>
      <w:r>
        <w:t>de nid it for der sarvaival, for sarvaival of der arganizeshan end der ejandas.</w:t>
      </w:r>
    </w:p>
    <w:p>
      <w:pPr>
        <w:jc w:val="right"/>
      </w:pPr>
      <w:r>
        <w:t>دے نیڈ اٹ فور دیر سروائیول، فور سروائیول اف دیر ارگنائزیشن اینڈ دیر ایجنڈاز۔</w:t>
      </w:r>
    </w:p>
    <w:p>
      <w:r>
        <w:rPr>
          <w:b/>
        </w:rPr>
        <w:t xml:space="preserve">[46:16] </w:t>
      </w:r>
      <w:r>
        <w:t>end ai sinsirali hop dat</w:t>
      </w:r>
    </w:p>
    <w:p>
      <w:pPr>
        <w:jc w:val="right"/>
      </w:pPr>
      <w:r>
        <w:t>اینڈ ائی سنسیرلی ہوپ دیٹ</w:t>
      </w:r>
    </w:p>
    <w:p>
      <w:r>
        <w:rPr>
          <w:b/>
        </w:rPr>
        <w:t xml:space="preserve">[46:22] </w:t>
      </w:r>
      <w:r>
        <w:t>dis buk is going tu mek a big diferens</w:t>
      </w:r>
    </w:p>
    <w:p>
      <w:pPr>
        <w:jc w:val="right"/>
      </w:pPr>
      <w:r>
        <w:t>دس بک از گوئنگ ٹو میک ا بگ ڈفرنس</w:t>
      </w:r>
    </w:p>
    <w:p>
      <w:r>
        <w:rPr>
          <w:b/>
        </w:rPr>
        <w:t xml:space="preserve">[46:27] </w:t>
      </w:r>
      <w:r>
        <w:t>in daing mainds, musims az vil az kirschanz end jius, end evri van, end for dem tu andarshtend</w:t>
      </w:r>
    </w:p>
    <w:p>
      <w:pPr>
        <w:jc w:val="right"/>
      </w:pPr>
      <w:r>
        <w:t>ان داینگ مائنڈز، مسلمز ایز ویل ایز کرسچنز اینڈ جیوز، اینڈ ایوری ون، اینڈ فور دیم ٹو انڈرسٹینڈ</w:t>
      </w:r>
    </w:p>
    <w:p>
      <w:r>
        <w:rPr>
          <w:b/>
        </w:rPr>
        <w:t xml:space="preserve">[46:36] </w:t>
      </w:r>
      <w:r>
        <w:t>dat religin is da gaidlain, end nat a ve tu fait for politikal sarvaival.</w:t>
      </w:r>
    </w:p>
    <w:p>
      <w:pPr>
        <w:jc w:val="right"/>
      </w:pPr>
      <w:r>
        <w:t>دیٹ ریلیجن از دا گائیڈ لائن، اینڈ ناٹ ا وے ٹو فائٹ فور پولیٹیکل سروائیول۔</w:t>
      </w:r>
    </w:p>
    <w:p>
      <w:r>
        <w:rPr>
          <w:b/>
        </w:rPr>
        <w:t xml:space="preserve">[46:47] </w:t>
      </w:r>
      <w:r>
        <w:t>thank yu. her is daktar sarsin.</w:t>
      </w:r>
    </w:p>
    <w:p>
      <w:pPr>
        <w:jc w:val="right"/>
      </w:pPr>
      <w:r>
        <w:t>تھینک یو۔ ہیر از ڈاکٹر سارسین۔</w:t>
      </w:r>
    </w:p>
    <w:p>
      <w:r>
        <w:rPr>
          <w:b/>
        </w:rPr>
        <w:t xml:space="preserve">[46:53] </w:t>
      </w:r>
      <w:r>
        <w:t>hi vil inshaallah tel yu samthing abaut vizits tu azrail.</w:t>
      </w:r>
    </w:p>
    <w:p>
      <w:pPr>
        <w:jc w:val="right"/>
      </w:pPr>
      <w:r>
        <w:t>ہی ول انشاءاللہ ٹیل یو سمتھنگ اباؤٹ وزٹس ٹو ازرائیل۔</w:t>
      </w:r>
    </w:p>
    <w:p>
      <w:r>
        <w:rPr>
          <w:b/>
        </w:rPr>
        <w:t xml:space="preserve">[46:59] </w:t>
      </w:r>
      <w:r>
        <w:t>hi haz sivaral taim vizited, end hi is veri gud ekspiriens.</w:t>
      </w:r>
    </w:p>
    <w:p>
      <w:pPr>
        <w:jc w:val="right"/>
      </w:pPr>
      <w:r>
        <w:t>ہی ہاز سیورل ٹائم وزٹڈ، اینڈ ہی از ویری گڈ ایکسپیرینس۔</w:t>
      </w:r>
    </w:p>
    <w:p>
      <w:r>
        <w:rPr>
          <w:b/>
        </w:rPr>
        <w:t xml:space="preserve">[47:03] </w:t>
      </w:r>
      <w:r>
        <w:t>ai invait daktar sarsin tu tel yu samthing abaut vizits.</w:t>
      </w:r>
    </w:p>
    <w:p>
      <w:pPr>
        <w:jc w:val="right"/>
      </w:pPr>
      <w:r>
        <w:t>ائی انوائٹ ڈاکٹر سارسین ٹو ٹیل یو سمتھنگ اباؤٹ وزٹس۔</w:t>
      </w:r>
    </w:p>
    <w:p>
      <w:r>
        <w:rPr>
          <w:b/>
        </w:rPr>
        <w:t xml:space="preserve">[47:11] </w:t>
      </w:r>
      <w:r>
        <w:t>thank yu for kaming her.</w:t>
      </w:r>
    </w:p>
    <w:p>
      <w:pPr>
        <w:jc w:val="right"/>
      </w:pPr>
      <w:r>
        <w:t>تھینک یو فور کمنگ ہیر۔</w:t>
      </w:r>
    </w:p>
    <w:p>
      <w:r>
        <w:rPr>
          <w:b/>
        </w:rPr>
        <w:t xml:space="preserve">[47:13] </w:t>
      </w:r>
      <w:r>
        <w:t>ai hev bin viziting</w:t>
      </w:r>
    </w:p>
    <w:p>
      <w:pPr>
        <w:jc w:val="right"/>
      </w:pPr>
      <w:r>
        <w:t>ائی ہیو بین وزٹنگ</w:t>
      </w:r>
    </w:p>
    <w:p>
      <w:r>
        <w:rPr>
          <w:b/>
        </w:rPr>
        <w:t xml:space="preserve">[47:16] </w:t>
      </w:r>
      <w:r>
        <w:t>azrail for last mani yirs, partikularli in da buk fiyars.</w:t>
      </w:r>
    </w:p>
    <w:p>
      <w:pPr>
        <w:jc w:val="right"/>
      </w:pPr>
      <w:r>
        <w:t>ازرائیل فور لاسٹ مینی ایئرز، پرٹیکولرلی ان دا بک فیئرز۔</w:t>
      </w:r>
    </w:p>
    <w:p>
      <w:r>
        <w:rPr>
          <w:b/>
        </w:rPr>
        <w:t xml:space="preserve">[47:22] </w:t>
      </w:r>
      <w:r>
        <w:t>jerusalem buk fiyars, ai bin teking part and interaktin wid jius der, prezanting dem buks in islam, da</w:t>
      </w:r>
    </w:p>
    <w:p>
      <w:pPr>
        <w:jc w:val="right"/>
      </w:pPr>
      <w:r>
        <w:t>جیروسلم بک فیئرز، ائی بین ٹیکنگ پارٹ اینڈ انٹریکٹنگ ود جیوز دیر، پریزنٹنگ دیم بکس ان اسلام، دا</w:t>
      </w:r>
    </w:p>
    <w:p>
      <w:r>
        <w:rPr>
          <w:b/>
        </w:rPr>
        <w:t xml:space="preserve">[47:31] </w:t>
      </w:r>
      <w:r>
        <w:t>kuran. risantli, vi ar transletin buk kald wot is islam into hebro, wich vil bi pablishd from jerusalem.</w:t>
      </w:r>
    </w:p>
    <w:p>
      <w:pPr>
        <w:jc w:val="right"/>
      </w:pPr>
      <w:r>
        <w:t>قران۔ ریسنٹلی، وی ار ٹرانسلیٹنگ بک کالڈ واٹ از اسلام انٹو ہبرو، وچ ول بی پبلشڈ فرام جیروسلم۔</w:t>
      </w:r>
    </w:p>
    <w:p>
      <w:r>
        <w:rPr>
          <w:b/>
        </w:rPr>
        <w:t xml:space="preserve">[47:39] </w:t>
      </w:r>
      <w:r>
        <w:t>so it vaz veri gud ekspiriens metin wid dem, bikaz from her, wen vi rid in da niuz</w:t>
      </w:r>
    </w:p>
    <w:p>
      <w:pPr>
        <w:jc w:val="right"/>
      </w:pPr>
      <w:r>
        <w:t>سو اٹ واز ویری گڈ ایکسپیرینس میٹنگ ود دیم، بیکاز فرام ہیر، وین وی ریڈ ان دا نیوز</w:t>
      </w:r>
    </w:p>
    <w:p>
      <w:r>
        <w:rPr>
          <w:b/>
        </w:rPr>
        <w:t xml:space="preserve">[47:46] </w:t>
      </w:r>
      <w:r>
        <w:t>pepar and vi vach in da tivi, vi hev al negitivi riport.</w:t>
      </w:r>
    </w:p>
    <w:p>
      <w:pPr>
        <w:jc w:val="right"/>
      </w:pPr>
      <w:r>
        <w:t>پیپر اینڈ وی واچ ان دا ٹی وی، وی ہیو ال نیگیٹیو رپورٹ۔</w:t>
      </w:r>
    </w:p>
    <w:p>
      <w:r>
        <w:rPr>
          <w:b/>
        </w:rPr>
        <w:t xml:space="preserve">[47:52] </w:t>
      </w:r>
      <w:r>
        <w:t>bat wen vi go der and mit pipl fist hand, din vi rializ dat de ar alsu narml</w:t>
      </w:r>
    </w:p>
    <w:p>
      <w:pPr>
        <w:jc w:val="right"/>
      </w:pPr>
      <w:r>
        <w:t>بٹ وین وی گو دیر اینڈ میٹ پیپل فرسٹ ہینڈ، دین وی ریلائز دیٹ دے ار السو نارمل</w:t>
      </w:r>
    </w:p>
    <w:p>
      <w:r>
        <w:rPr>
          <w:b/>
        </w:rPr>
        <w:t xml:space="preserve">[47:58] </w:t>
      </w:r>
      <w:r>
        <w:t>pipl laik as</w:t>
      </w:r>
    </w:p>
    <w:p>
      <w:pPr>
        <w:jc w:val="right"/>
      </w:pPr>
      <w:r>
        <w:t>پیپل لائک اس</w:t>
      </w:r>
    </w:p>
    <w:p>
      <w:r>
        <w:rPr>
          <w:b/>
        </w:rPr>
        <w:t xml:space="preserve">[47:59] </w:t>
      </w:r>
      <w:r>
        <w:t>so that was a very nice experience. and i wish you all a good visit here. and thank you. we hope that the book which is coming out in november will be widely and carefully read, not only by muslims, but by everyone who is interested in promoting the kind of good relations that you have devoted your life to.</w:t>
      </w:r>
    </w:p>
    <w:p>
      <w:pPr>
        <w:jc w:val="right"/>
      </w:pPr>
      <w:r>
        <w:t>So that was a very nice experience. And I wish you all a good visit here. And thank you. We hope that the book which is coming out in November will be widely and carefully read, not only by Muslims, but by everyone who is interested in promoting the kind of good relations that you have devoted your life to.</w:t>
      </w:r>
    </w:p>
    <w:p>
      <w:r>
        <w:rPr>
          <w:b/>
        </w:rPr>
        <w:t xml:space="preserve">[48:29] </w:t>
      </w:r>
      <w:r>
        <w:t>this is a very important visit for us, a visit to india, but especially this visit here this morning. we thank you for your interest in receiving us. we wish you only the best going forward.</w:t>
      </w:r>
    </w:p>
    <w:p>
      <w:pPr>
        <w:jc w:val="right"/>
      </w:pPr>
      <w:r>
        <w:t>This is a very important visit for us, a visit to India, but especially this visit here this morning. We thank you for your interest in receiving us. We wish you only the best going forward.</w:t>
      </w:r>
    </w:p>
    <w:p>
      <w:r>
        <w:rPr>
          <w:b/>
        </w:rPr>
        <w:t xml:space="preserve">[48:48] </w:t>
      </w:r>
      <w:r>
        <w:t>and we hope also going forward that through our director for interreligious affairs, david michaels, that we can continue to maintain a relationship between our two institutions. so again, thank you very much for your hospitality. thank you for those wonderful and kind words. and im sure this will help in forging relationships and taking the message of peace and how to promote peace forward.</w:t>
      </w:r>
    </w:p>
    <w:p>
      <w:pPr>
        <w:jc w:val="right"/>
      </w:pPr>
      <w:r>
        <w:t>And we hope also going forward that through our Director for Interreligious Affairs, David Michaels, that we can continue to maintain a relationship between our two institutions. So again, thank you very much for your hospitality. Thank you for those wonderful and kind words. And I'm sure this will help in forging relationships and taking the message of peace and how to promote peace forward.</w:t>
      </w:r>
    </w:p>
    <w:p>
      <w:r>
        <w:rPr>
          <w:b/>
        </w:rPr>
        <w:t xml:space="preserve">[49:17] </w:t>
      </w:r>
      <w:r>
        <w:t>. so before you all go, we have some refreshments, and Maulana sahib would like to give each</w:t>
      </w:r>
    </w:p>
    <w:p>
      <w:pPr>
        <w:jc w:val="right"/>
      </w:pPr>
      <w:r>
        <w:t>۔ سو بیفور یو ال گو، وی ہیو سم ریفریشمنٹس، اینڈ مولانا صاحب وڈ لائک ٹو گیو ایچ</w:t>
      </w:r>
    </w:p>
    <w:p>
      <w:r>
        <w:rPr>
          <w:b/>
        </w:rPr>
        <w:t xml:space="preserve">[49:23] </w:t>
      </w:r>
      <w:r>
        <w:t>one of you, you know, some books as spiritual gift.</w:t>
      </w:r>
    </w:p>
    <w:p>
      <w:pPr>
        <w:jc w:val="right"/>
      </w:pPr>
      <w:r>
        <w:t>ون اف یو، یو نو، سم بکس ایز سپرچول گفٹ۔</w:t>
      </w:r>
    </w:p>
    <w:p>
      <w:r>
        <w:rPr>
          <w:b/>
        </w:rPr>
        <w:t xml:space="preserve">[49:27] </w:t>
      </w:r>
      <w:r>
        <w:t>So I would request, you know, maybe you could come here and receive it from his hands.</w:t>
      </w:r>
    </w:p>
    <w:p>
      <w:pPr>
        <w:jc w:val="right"/>
      </w:pPr>
      <w:r>
        <w:t>سو ائی وڈ ریکویسٹ، یو نو، می بی یو کڈ کم ہیر اینڈ ریسیو اٹ فرام ہز ہینڈز۔</w:t>
      </w:r>
    </w:p>
    <w:p>
      <w:r>
        <w:rPr>
          <w:b/>
        </w:rPr>
        <w:t xml:space="preserve">[49:32] </w:t>
      </w:r>
      <w:r>
        <w:t>spiritual gift. Thank you.</w:t>
      </w:r>
    </w:p>
    <w:p>
      <w:pPr>
        <w:jc w:val="right"/>
      </w:pPr>
      <w:r>
        <w:t>سپرچول گفٹ۔ تھینک یو۔</w:t>
      </w:r>
    </w:p>
    <w:p>
      <w:r>
        <w:rPr>
          <w:b/>
        </w:rPr>
        <w:t xml:space="preserve">[49:33] </w:t>
      </w:r>
      <w:r>
        <w:t>Thank you very much.</w:t>
      </w:r>
    </w:p>
    <w:p>
      <w:pPr>
        <w:jc w:val="right"/>
      </w:pPr>
      <w:r>
        <w:t>تھینک یو ویری مچ۔</w:t>
      </w:r>
    </w:p>
    <w:p>
      <w:r>
        <w:rPr>
          <w:b/>
        </w:rPr>
        <w:t xml:space="preserve">[49:34] </w:t>
      </w:r>
      <w:r>
        <w:t>spiritual gift. spiritual gift.</w:t>
      </w:r>
    </w:p>
    <w:p>
      <w:pPr>
        <w:jc w:val="right"/>
      </w:pPr>
      <w:r>
        <w:t>سپرچول گفٹ۔ سپرچول گفٹ۔</w:t>
      </w:r>
    </w:p>
    <w:p>
      <w:r>
        <w:rPr>
          <w:b/>
        </w:rPr>
        <w:t xml:space="preserve">[49:41] </w:t>
      </w:r>
      <w:r>
        <w:t>spiritual gift. Thank you very much.</w:t>
      </w:r>
    </w:p>
    <w:p>
      <w:pPr>
        <w:jc w:val="right"/>
      </w:pPr>
      <w:r>
        <w:t>سپرچول گفٹ۔ تھینک یو ویری مچ۔</w:t>
      </w:r>
    </w:p>
    <w:p>
      <w:r>
        <w:rPr>
          <w:b/>
        </w:rPr>
        <w:t xml:space="preserve">[49:45] </w:t>
      </w:r>
      <w:r>
        <w:t>spiritual gift. Thank you very much.</w:t>
      </w:r>
    </w:p>
    <w:p>
      <w:pPr>
        <w:jc w:val="right"/>
      </w:pPr>
      <w:r>
        <w:t>سپرچول گفٹ۔ تھینک یو ویری مچ۔</w:t>
      </w:r>
    </w:p>
    <w:p>
      <w:r>
        <w:rPr>
          <w:b/>
        </w:rPr>
        <w:t xml:space="preserve">[49:47] </w:t>
      </w:r>
      <w:r>
        <w:t>It was a pleasure meeting you and hearing the good words.</w:t>
      </w:r>
    </w:p>
    <w:p>
      <w:pPr>
        <w:jc w:val="right"/>
      </w:pPr>
      <w:r>
        <w:t>اٹ واز پلیژر میٹنگ یو اینڈ ہیئرنگ دا گڈ ورڈز۔</w:t>
      </w:r>
    </w:p>
    <w:p>
      <w:r>
        <w:rPr>
          <w:b/>
        </w:rPr>
        <w:t xml:space="preserve">[49:51] </w:t>
      </w:r>
      <w:r>
        <w:t>Thank you. spiritual</w:t>
      </w:r>
    </w:p>
    <w:p>
      <w:pPr>
        <w:jc w:val="right"/>
      </w:pPr>
      <w:r>
        <w:t>تھینک یو۔ سپرچول</w:t>
      </w:r>
    </w:p>
    <w:p>
      <w:r>
        <w:rPr>
          <w:b/>
        </w:rPr>
        <w:t xml:space="preserve">[49:53] </w:t>
      </w:r>
      <w:r>
        <w:t>gift. Thank you very much.</w:t>
      </w:r>
    </w:p>
    <w:p>
      <w:pPr>
        <w:jc w:val="right"/>
      </w:pPr>
      <w:r>
        <w:t>گفٹ۔ تھینک یو ویری مچ۔</w:t>
      </w:r>
    </w:p>
    <w:p>
      <w:r>
        <w:rPr>
          <w:b/>
        </w:rPr>
        <w:t xml:space="preserve">[49:54] </w:t>
      </w:r>
      <w:r>
        <w:t>spiritual gift. spiritual gift.</w:t>
      </w:r>
    </w:p>
    <w:p>
      <w:pPr>
        <w:jc w:val="right"/>
      </w:pPr>
      <w:r>
        <w:t>سپرچول گفٹ۔ سپرچول گفٹ۔</w:t>
      </w:r>
    </w:p>
    <w:p>
      <w:r>
        <w:rPr>
          <w:b/>
        </w:rPr>
        <w:t xml:space="preserve">[49:56] </w:t>
      </w:r>
      <w:r>
        <w:t>spiritual gift. spiritual gift.</w:t>
      </w:r>
    </w:p>
    <w:p>
      <w:pPr>
        <w:jc w:val="right"/>
      </w:pPr>
      <w:r>
        <w:t>سپرچول گفٹ۔ سپرچول گفٹ۔</w:t>
      </w:r>
    </w:p>
    <w:p>
      <w:r>
        <w:rPr>
          <w:b/>
        </w:rPr>
        <w:t xml:space="preserve">[49:57] </w:t>
      </w:r>
      <w:r>
        <w:t>thank you. thank you. thank you. thank you, ravind. a spiritual gift. a spiritual gift. thank you. a long life. thank you. a spiritual gift. a spiritual gift. a spiritual gift. thank you. thank you. nice meeting you. maine haath mila rahe hain aapse. haan haan, thank you. thank you. thank you. a spiritual gift. a spiritual gift. a spiritual gift. a spiritual gift. thank you. your speech was wonderful.</w:t>
      </w:r>
    </w:p>
    <w:p>
      <w:pPr>
        <w:jc w:val="right"/>
      </w:pPr>
      <w:r>
        <w:t>Thank you. Thank you. Thank you. Thank you, Ravind. A spiritual gift. A spiritual gift. Thank you. A long life. Thank you. A spiritual gift. A spiritual gift. A spiritual gift. Thank you. Thank you. Nice meeting you. मैंने हाथ मिला रहे हैं आपसे। हाँ हाँ, थैंक यू। थैंक यू। थैंक यू। A spiritual gift. A spiritual gift. A spiritual gift. A spiritual gift. Thank you. Your speech was wonderful.</w:t>
      </w:r>
    </w:p>
    <w:p>
      <w:r>
        <w:rPr>
          <w:b/>
        </w:rPr>
        <w:t xml:space="preserve">[50:20] </w:t>
      </w:r>
      <w:r>
        <w:t>thank you. thank you. thank you. a spiritual gift. they are from panama. panama. they are from panama. achha achha. achha, thank you. thank you. thank you. thank you. thank you. a spiritual gift. a spiritual gift. a spiritual gift. thank you so much. thank you. thank you. good, good. thank you. thank you. thank you. thank you. a spiritual gift. a spiritual gift. jazakullah. jazakullah.</w:t>
      </w:r>
    </w:p>
    <w:p>
      <w:pPr>
        <w:jc w:val="right"/>
      </w:pPr>
      <w:r>
        <w:t>Thank you. Thank you. Thank you. A spiritual gift. They are from Panama. Panama. They are from Panama. अच्छा अच्छा। अच्छा, थैंक यू। थैंक यू। थैंक यू। थैंक यू। थैंक यू। A spiritual gift. A spiritual gift. A spiritual gift. Thank you so much. Thank you. Thank you. Good, good. Thank you. Thank you. Thank you. Thank you. A spiritual gift. A spiritual gift. Jazakullah. Jazakullah.</w:t>
      </w:r>
    </w:p>
    <w:p>
      <w:r>
        <w:rPr>
          <w:b/>
        </w:rPr>
        <w:t xml:space="preserve">[50:50] </w:t>
      </w:r>
      <w:r>
        <w:t>receiving words through your hands. i give you so much.</w:t>
      </w:r>
    </w:p>
    <w:p>
      <w:pPr>
        <w:jc w:val="right"/>
      </w:pPr>
      <w:r>
        <w:t>Receiving words through your hands. I give you so much.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