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Non-Political Empire October 11, 2015</w:t>
      </w:r>
    </w:p>
    <w:p>
      <w:r>
        <w:t>https://www.youtube.com/watch?v=S5F1wlSe98c</w:t>
      </w:r>
    </w:p>
    <w:p>
      <w:r>
        <w:rPr>
          <w:b/>
        </w:rPr>
        <w:t xml:space="preserve">[00:21] </w:t>
      </w:r>
      <w:r>
        <w:t>bismillah al rahman al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 ala nabiy al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[00:37] </w:t>
      </w:r>
      <w:r>
        <w:t>wahal al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[00:41] </w:t>
      </w:r>
      <w:r>
        <w:t>yafqah qawli. 11 october</w:t>
      </w:r>
    </w:p>
    <w:p>
      <w:pPr>
        <w:jc w:val="right"/>
      </w:pPr>
      <w:r>
        <w:t>یفقہ قولی۔ 11 اکتوبر</w:t>
      </w:r>
    </w:p>
    <w:p>
      <w:r>
        <w:rPr>
          <w:b/>
        </w:rPr>
        <w:t xml:space="preserve">[00:49] </w:t>
      </w:r>
      <w:r>
        <w:t>2015. aaj ke</w:t>
      </w:r>
    </w:p>
    <w:p>
      <w:pPr>
        <w:jc w:val="right"/>
      </w:pPr>
      <w:r>
        <w:t>2015۔ آج کے</w:t>
      </w:r>
    </w:p>
    <w:p>
      <w:r>
        <w:rPr>
          <w:b/>
        </w:rPr>
        <w:t xml:space="preserve">[00:59] </w:t>
      </w:r>
      <w:r>
        <w:t>english akhbar mein</w:t>
      </w:r>
    </w:p>
    <w:p>
      <w:pPr>
        <w:jc w:val="right"/>
      </w:pPr>
      <w:r>
        <w:t>انگلش اخبار میں</w:t>
      </w:r>
    </w:p>
    <w:p>
      <w:r>
        <w:rPr>
          <w:b/>
        </w:rPr>
        <w:t xml:space="preserve">[01:03] </w:t>
      </w:r>
      <w:r>
        <w:t>meri kitab ka review chhaapa hai,</w:t>
      </w:r>
    </w:p>
    <w:p>
      <w:pPr>
        <w:jc w:val="right"/>
      </w:pPr>
      <w:r>
        <w:t>میری کتاب کا ریویو چھپا ہے،</w:t>
      </w:r>
    </w:p>
    <w:p>
      <w:r>
        <w:rPr>
          <w:b/>
        </w:rPr>
        <w:t xml:space="preserve">[01:08] </w:t>
      </w:r>
      <w:r>
        <w:t>wohi kitab jis ka naam hai "Days of Peace",</w:t>
      </w:r>
    </w:p>
    <w:p>
      <w:pPr>
        <w:jc w:val="right"/>
      </w:pPr>
      <w:r>
        <w:t>وہی کتاب جس کا نام ہے "Days of Peace"،</w:t>
      </w:r>
    </w:p>
    <w:p>
      <w:r>
        <w:rPr>
          <w:b/>
        </w:rPr>
        <w:t xml:space="preserve">[01:14] </w:t>
      </w:r>
      <w:r>
        <w:t>to unhon ne is ka title diya hai</w:t>
      </w:r>
    </w:p>
    <w:p>
      <w:pPr>
        <w:jc w:val="right"/>
      </w:pPr>
      <w:r>
        <w:t>تو انہوں نے اس کا ٹائٹل دیا ہے</w:t>
      </w:r>
    </w:p>
    <w:p>
      <w:r>
        <w:rPr>
          <w:b/>
        </w:rPr>
        <w:t xml:space="preserve">[01:19] </w:t>
      </w:r>
      <w:r>
        <w:t>"The Religion of Peace",</w:t>
      </w:r>
    </w:p>
    <w:p>
      <w:pPr>
        <w:jc w:val="right"/>
      </w:pPr>
      <w:r>
        <w:t>"The Religion of Peace"،</w:t>
      </w:r>
    </w:p>
    <w:p>
      <w:r>
        <w:rPr>
          <w:b/>
        </w:rPr>
        <w:t xml:space="preserve">[01:22] </w:t>
      </w:r>
      <w:r>
        <w:t>yani islam peace ka mazhab hai.</w:t>
      </w:r>
    </w:p>
    <w:p>
      <w:pPr>
        <w:jc w:val="right"/>
      </w:pPr>
      <w:r>
        <w:t>یعنی اسلام پیس کا مذہب ہے۔</w:t>
      </w:r>
    </w:p>
    <w:p>
      <w:r>
        <w:rPr>
          <w:b/>
        </w:rPr>
        <w:t xml:space="preserve">[01:26] </w:t>
      </w:r>
      <w:r>
        <w:t>bahut achha unhon ne review kiya hai, is mein</w:t>
      </w:r>
    </w:p>
    <w:p>
      <w:pPr>
        <w:jc w:val="right"/>
      </w:pPr>
      <w:r>
        <w:t>بہت اچھا انہوں نے ریویو کیا ہے، اس میں</w:t>
      </w:r>
    </w:p>
    <w:p>
      <w:r>
        <w:rPr>
          <w:b/>
        </w:rPr>
        <w:t xml:space="preserve">[01:29] </w:t>
      </w:r>
      <w:r>
        <w:t>kafi space bhi diya hai.</w:t>
      </w:r>
    </w:p>
    <w:p>
      <w:pPr>
        <w:jc w:val="right"/>
      </w:pPr>
      <w:r>
        <w:t>کافی اسپیس بھی دیا ہے۔</w:t>
      </w:r>
    </w:p>
    <w:p>
      <w:r>
        <w:rPr>
          <w:b/>
        </w:rPr>
        <w:t xml:space="preserve">[01:34] </w:t>
      </w:r>
      <w:r>
        <w:t>to is par sochte hue mujhe</w:t>
      </w:r>
    </w:p>
    <w:p>
      <w:pPr>
        <w:jc w:val="right"/>
      </w:pPr>
      <w:r>
        <w:t>تو اس پر سوچتے ہوئے مجھے</w:t>
      </w:r>
    </w:p>
    <w:p>
      <w:r>
        <w:rPr>
          <w:b/>
        </w:rPr>
        <w:t xml:space="preserve">[01:40] </w:t>
      </w:r>
      <w:r>
        <w:t>yaad aaya ke typestry media ke jab se nikla hai, jab se is ke</w:t>
      </w:r>
    </w:p>
    <w:p>
      <w:pPr>
        <w:jc w:val="right"/>
      </w:pPr>
      <w:r>
        <w:t>یاد آیا کہ ٹائپسٹری میڈیا کے جب سے نکلا ہے، جب سے اس کے</w:t>
      </w:r>
    </w:p>
    <w:p>
      <w:r>
        <w:rPr>
          <w:b/>
        </w:rPr>
        <w:t xml:space="preserve">[01:48] </w:t>
      </w:r>
      <w:r>
        <w:t>front page par ek</w:t>
      </w:r>
    </w:p>
    <w:p>
      <w:pPr>
        <w:jc w:val="right"/>
      </w:pPr>
      <w:r>
        <w:t>فرنٹ پیج پر ایک</w:t>
      </w:r>
    </w:p>
    <w:p>
      <w:r>
        <w:rPr>
          <w:b/>
        </w:rPr>
        <w:t xml:space="preserve">[01:52] </w:t>
      </w:r>
      <w:r>
        <w:t>dictum likha rehta hai:</w:t>
      </w:r>
    </w:p>
    <w:p>
      <w:pPr>
        <w:jc w:val="right"/>
      </w:pPr>
      <w:r>
        <w:t>ڈکٹم لکھا رہتا ہے:</w:t>
      </w:r>
    </w:p>
    <w:p>
      <w:r>
        <w:rPr>
          <w:b/>
        </w:rPr>
        <w:t xml:space="preserve">[01:56] </w:t>
      </w:r>
      <w:r>
        <w:t>"Let truth prevail",</w:t>
      </w:r>
    </w:p>
    <w:p>
      <w:pPr>
        <w:jc w:val="right"/>
      </w:pPr>
      <w:r>
        <w:t>"Let truth prevail"،</w:t>
      </w:r>
    </w:p>
    <w:p>
      <w:r>
        <w:rPr>
          <w:b/>
        </w:rPr>
        <w:t xml:space="preserve">[02:00] </w:t>
      </w:r>
      <w:r>
        <w:t>yani sachai ko</w:t>
      </w:r>
    </w:p>
    <w:p>
      <w:pPr>
        <w:jc w:val="right"/>
      </w:pPr>
      <w:r>
        <w:t>یعنی سچائی کو</w:t>
      </w:r>
    </w:p>
    <w:p>
      <w:r>
        <w:rPr>
          <w:b/>
        </w:rPr>
        <w:t xml:space="preserve">[02:08] </w:t>
      </w:r>
      <w:r>
        <w:t>kaam milta hai,</w:t>
      </w:r>
    </w:p>
    <w:p>
      <w:pPr>
        <w:jc w:val="right"/>
      </w:pPr>
      <w:r>
        <w:t>کام ملتا ہے،</w:t>
      </w:r>
    </w:p>
    <w:p>
      <w:r>
        <w:rPr>
          <w:b/>
        </w:rPr>
        <w:t xml:space="preserve">[02:12] </w:t>
      </w:r>
      <w:r>
        <w:t>sachai ko establishment milta hai,</w:t>
      </w:r>
    </w:p>
    <w:p>
      <w:pPr>
        <w:jc w:val="right"/>
      </w:pPr>
      <w:r>
        <w:t>سچائی کو اسٹیبلشمنٹ ملتا ہے،</w:t>
      </w:r>
    </w:p>
    <w:p>
      <w:r>
        <w:rPr>
          <w:b/>
        </w:rPr>
        <w:t xml:space="preserve">[02:18] </w:t>
      </w:r>
      <w:r>
        <w:t>sachai hi hamesha qaim hoti hai.</w:t>
      </w:r>
    </w:p>
    <w:p>
      <w:pPr>
        <w:jc w:val="right"/>
      </w:pPr>
      <w:r>
        <w:t>سچائی ہی ہمیشہ قائم ہوتی ہے۔</w:t>
      </w:r>
    </w:p>
    <w:p>
      <w:r>
        <w:rPr>
          <w:b/>
        </w:rPr>
        <w:t xml:space="preserve">[02:26] </w:t>
      </w:r>
      <w:r>
        <w:t>yeh dunya Allah taala ne is tarah banai hai ke yahan par</w:t>
      </w:r>
    </w:p>
    <w:p>
      <w:pPr>
        <w:jc w:val="right"/>
      </w:pPr>
      <w:r>
        <w:t>یہ دنیا اللہ تعالیٰ نے اس طرح بنائی ہے کہ یہاں پر</w:t>
      </w:r>
    </w:p>
    <w:p>
      <w:r>
        <w:rPr>
          <w:b/>
        </w:rPr>
        <w:t xml:space="preserve">[02:31] </w:t>
      </w:r>
      <w:r>
        <w:t>koi bhi kuch</w:t>
      </w:r>
    </w:p>
    <w:p>
      <w:pPr>
        <w:jc w:val="right"/>
      </w:pPr>
      <w:r>
        <w:t>کوئی بھی کچھ</w:t>
      </w:r>
    </w:p>
    <w:p>
      <w:r>
        <w:rPr>
          <w:b/>
        </w:rPr>
        <w:t xml:space="preserve">[02:38] </w:t>
      </w:r>
      <w:r>
        <w:t>kare, kehte hain yahan batil phailaye,</w:t>
      </w:r>
    </w:p>
    <w:p>
      <w:pPr>
        <w:jc w:val="right"/>
      </w:pPr>
      <w:r>
        <w:t>کرے، کہتے ہیں یہاں باطل پھیلائے،</w:t>
      </w:r>
    </w:p>
    <w:p>
      <w:r>
        <w:rPr>
          <w:b/>
        </w:rPr>
        <w:t xml:space="preserve">[02:42] </w:t>
      </w:r>
      <w:r>
        <w:t>ghalat baatein phailaye, lekin yeh mauqa phir bhi baqi rehta hai ke aap sachai le kar khare hon</w:t>
      </w:r>
    </w:p>
    <w:p>
      <w:pPr>
        <w:jc w:val="right"/>
      </w:pPr>
      <w:r>
        <w:t>غلط باتیں پھیلائے، لیکن یہ موقع پھر بھی باقی رہتا ہے کہ آپ سچائی لے کر کھڑے ہوں</w:t>
      </w:r>
    </w:p>
    <w:p>
      <w:r>
        <w:rPr>
          <w:b/>
        </w:rPr>
        <w:t xml:space="preserve">[02:50] </w:t>
      </w:r>
      <w:r>
        <w:t>to aap ko</w:t>
      </w:r>
    </w:p>
    <w:p>
      <w:pPr>
        <w:jc w:val="right"/>
      </w:pPr>
      <w:r>
        <w:t>تو آپ کو</w:t>
      </w:r>
    </w:p>
    <w:p>
      <w:r>
        <w:rPr>
          <w:b/>
        </w:rPr>
        <w:t xml:space="preserve">[02:53] </w:t>
      </w:r>
      <w:r>
        <w:t>dunya ka saath mile ga. Yani sachai hamesha</w:t>
      </w:r>
    </w:p>
    <w:p>
      <w:pPr>
        <w:jc w:val="right"/>
      </w:pPr>
      <w:r>
        <w:t>دنیا کا ساتھ ملے گا۔ یعنی سچائی ہمیشہ</w:t>
      </w:r>
    </w:p>
    <w:p>
      <w:r>
        <w:rPr>
          <w:b/>
        </w:rPr>
        <w:t xml:space="preserve">[02:57] </w:t>
      </w:r>
      <w:r>
        <w:t>barqarar rehti hai apni</w:t>
      </w:r>
    </w:p>
    <w:p>
      <w:pPr>
        <w:jc w:val="right"/>
      </w:pPr>
      <w:r>
        <w:t>برقرار رہتی ہے اپنی</w:t>
      </w:r>
    </w:p>
    <w:p>
      <w:r>
        <w:rPr>
          <w:b/>
        </w:rPr>
        <w:t xml:space="preserve">[03:00] </w:t>
      </w:r>
      <w:r>
        <w:t>haisiyat ke sath, sachai ko koi mita nahi sakta.</w:t>
      </w:r>
    </w:p>
    <w:p>
      <w:pPr>
        <w:jc w:val="right"/>
      </w:pPr>
      <w:r>
        <w:t>حیثیت کے ساتھ، سچائی کو کوئی مٹا نہیں سکتا۔</w:t>
      </w:r>
    </w:p>
    <w:p>
      <w:r>
        <w:rPr>
          <w:b/>
        </w:rPr>
        <w:t xml:space="preserve">[03:06] </w:t>
      </w:r>
      <w:r>
        <w:t>to Islam chounke</w:t>
      </w:r>
    </w:p>
    <w:p>
      <w:pPr>
        <w:jc w:val="right"/>
      </w:pPr>
      <w:r>
        <w:t>تو اسلام چونکہ</w:t>
      </w:r>
    </w:p>
    <w:p>
      <w:r>
        <w:rPr>
          <w:b/>
        </w:rPr>
        <w:t xml:space="preserve">[03:12] </w:t>
      </w:r>
      <w:r>
        <w:t>sachai, Islam chounke peace ka mazhab hai,</w:t>
      </w:r>
    </w:p>
    <w:p>
      <w:pPr>
        <w:jc w:val="right"/>
      </w:pPr>
      <w:r>
        <w:t>سچائی، اسلام چونکہ پیس کا مذہب ہے،</w:t>
      </w:r>
    </w:p>
    <w:p>
      <w:r>
        <w:rPr>
          <w:b/>
        </w:rPr>
        <w:t xml:space="preserve">[03:15] </w:t>
      </w:r>
      <w:r>
        <w:t>to peace jo hai sachai ka part hai. Aap peaceful tareeqe se kaam karen ge</w:t>
      </w:r>
    </w:p>
    <w:p>
      <w:pPr>
        <w:jc w:val="right"/>
      </w:pPr>
      <w:r>
        <w:t>تو پیس جو ہے سچائی کا پارٹ ہے۔ آپ پیس فل طریقے سے کام کریں گے</w:t>
      </w:r>
    </w:p>
    <w:p>
      <w:r>
        <w:rPr>
          <w:b/>
        </w:rPr>
        <w:t xml:space="preserve">[03:22] </w:t>
      </w:r>
      <w:r>
        <w:t>to kabhi aap ko koi,</w:t>
      </w:r>
    </w:p>
    <w:p>
      <w:pPr>
        <w:jc w:val="right"/>
      </w:pPr>
      <w:r>
        <w:t>تو کبھی آپ کو کوئی،</w:t>
      </w:r>
    </w:p>
    <w:p>
      <w:r>
        <w:rPr>
          <w:b/>
        </w:rPr>
        <w:t xml:space="preserve">[03:26] </w:t>
      </w:r>
      <w:r>
        <w:t>aap ke mission ko koi nakam nahi kar sakta, aap ke mission ke kaam mein aap ho kar</w:t>
      </w:r>
    </w:p>
    <w:p>
      <w:pPr>
        <w:jc w:val="right"/>
      </w:pPr>
      <w:r>
        <w:t>آپ کے مشن کو کوئی ناکام نہیں کر سکتا، آپ کے مشن کے کام میں آپ ہو کر</w:t>
      </w:r>
    </w:p>
    <w:p>
      <w:r>
        <w:rPr>
          <w:b/>
        </w:rPr>
        <w:t xml:space="preserve">[03:30] </w:t>
      </w:r>
      <w:r>
        <w:t>rahe ga. To is tarah mera mind trigger hua, to phir mein sochte sochte</w:t>
      </w:r>
    </w:p>
    <w:p>
      <w:pPr>
        <w:jc w:val="right"/>
      </w:pPr>
      <w:r>
        <w:t>رہے گا۔ تو اس طرح میرا مائنڈ ٹرگر ہوا، تو پھر میں سوچتے سوچتے</w:t>
      </w:r>
    </w:p>
    <w:p>
      <w:r>
        <w:rPr>
          <w:b/>
        </w:rPr>
        <w:t xml:space="preserve">[03:41] </w:t>
      </w:r>
      <w:r>
        <w:t>mujhe ek hadith yaad aai.</w:t>
      </w:r>
    </w:p>
    <w:p>
      <w:pPr>
        <w:jc w:val="right"/>
      </w:pPr>
      <w:r>
        <w:t>مجھے ایک حدیث یاد آئی۔</w:t>
      </w:r>
    </w:p>
    <w:p>
      <w:r>
        <w:rPr>
          <w:b/>
        </w:rPr>
        <w:t xml:space="preserve">[03:45] </w:t>
      </w:r>
      <w:r>
        <w:t>dekhiye, Rasool Allah Sal Allahu Alaihi Wasallam jab Makka mein the, yani Islam ke aaghaz mein,</w:t>
      </w:r>
    </w:p>
    <w:p>
      <w:pPr>
        <w:jc w:val="right"/>
      </w:pPr>
      <w:r>
        <w:t>دیکھیے، رسول اللہ صلی اللہ علیہ وسلم جب مکہ میں تھے، یعنی اسلام کے آغاز میں،</w:t>
      </w:r>
    </w:p>
    <w:p>
      <w:r>
        <w:rPr>
          <w:b/>
        </w:rPr>
        <w:t xml:space="preserve">[03:53] </w:t>
      </w:r>
      <w:r>
        <w:t>to aap jante hain ke wahan par kuch zamane mein shirk ka ghalba tha,</w:t>
      </w:r>
    </w:p>
    <w:p>
      <w:pPr>
        <w:jc w:val="right"/>
      </w:pPr>
      <w:r>
        <w:t>تو آپ جانتے ہیں کہ وہاں پر کچھ زمانے میں شرک کا غلبہ تھا،</w:t>
      </w:r>
    </w:p>
    <w:p>
      <w:r>
        <w:rPr>
          <w:b/>
        </w:rPr>
        <w:t xml:space="preserve">[04:02] </w:t>
      </w:r>
      <w:r>
        <w:t>kuch log islam qabool kar rahe the wahan par, lekin ghalba to shirk hi ka tha, aur leadri</w:t>
      </w:r>
    </w:p>
    <w:p>
      <w:pPr>
        <w:jc w:val="right"/>
      </w:pPr>
      <w:r>
        <w:t>کچھ لوگ اسلام قبول کر رہے تھے وہاں پر، لیکن غلبہ تو شرک ہی کا تھا، اور لیڈری</w:t>
      </w:r>
    </w:p>
    <w:p>
      <w:r>
        <w:rPr>
          <w:b/>
        </w:rPr>
        <w:t xml:space="preserve">[04:10] </w:t>
      </w:r>
      <w:r>
        <w:t>jo thi mushrikeen ke hath mein thi.</w:t>
      </w:r>
    </w:p>
    <w:p>
      <w:pPr>
        <w:jc w:val="right"/>
      </w:pPr>
      <w:r>
        <w:t>جو تھی مشرکین کے ہاتھ میں تھی۔</w:t>
      </w:r>
    </w:p>
    <w:p>
      <w:r>
        <w:rPr>
          <w:b/>
        </w:rPr>
        <w:t xml:space="preserve">[04:15] </w:t>
      </w:r>
      <w:r>
        <w:t>to aisa hua ke wahan par rasool Allah salallaho alaihi wasallam jo kaam kar rahe the, to</w:t>
      </w:r>
    </w:p>
    <w:p>
      <w:pPr>
        <w:jc w:val="right"/>
      </w:pPr>
      <w:r>
        <w:t>تو ایسا ہوا کہ وہاں پر رسول اللہ صلی اللہ علیہ وسلم جو کام کر رہے تھے، تو</w:t>
      </w:r>
    </w:p>
    <w:p>
      <w:r>
        <w:rPr>
          <w:b/>
        </w:rPr>
        <w:t xml:space="preserve">[04:19] </w:t>
      </w:r>
      <w:r>
        <w:t>apne chacha ki aap ko sarparasti mili hui thi, abu talib ki,</w:t>
      </w:r>
    </w:p>
    <w:p>
      <w:pPr>
        <w:jc w:val="right"/>
      </w:pPr>
      <w:r>
        <w:t>اپنے چچا کی آپ کو سرپرستی ملی ہوئی تھی، ابو طالب کی،</w:t>
      </w:r>
    </w:p>
    <w:p>
      <w:r>
        <w:rPr>
          <w:b/>
        </w:rPr>
        <w:t xml:space="preserve">[04:26] </w:t>
      </w:r>
      <w:r>
        <w:t>kyun ke qabaili system mein</w:t>
      </w:r>
    </w:p>
    <w:p>
      <w:pPr>
        <w:jc w:val="right"/>
      </w:pPr>
      <w:r>
        <w:t>کیونکہ قبائلی سسٹم میں</w:t>
      </w:r>
    </w:p>
    <w:p>
      <w:r>
        <w:rPr>
          <w:b/>
        </w:rPr>
        <w:t xml:space="preserve">[04:30] </w:t>
      </w:r>
      <w:r>
        <w:t>aap ko koi kaam karne ke liye kisi ki sarparasti zaroori hoti thi. wahan aaj kal ki tarah</w:t>
      </w:r>
    </w:p>
    <w:p>
      <w:pPr>
        <w:jc w:val="right"/>
      </w:pPr>
      <w:r>
        <w:t>آپ کو کوئی کام کرنے کے لیے کسی کی سرپرستی ضروری ہوتی تھی۔ وہاں آج کل کی طرح</w:t>
      </w:r>
    </w:p>
    <w:p>
      <w:r>
        <w:rPr>
          <w:b/>
        </w:rPr>
        <w:t xml:space="preserve">[04:36] </w:t>
      </w:r>
      <w:r>
        <w:t>hukumat ka nizam nahi tha,</w:t>
      </w:r>
    </w:p>
    <w:p>
      <w:pPr>
        <w:jc w:val="right"/>
      </w:pPr>
      <w:r>
        <w:t>حکومت کا نظام نہیں تھا،</w:t>
      </w:r>
    </w:p>
    <w:p>
      <w:r>
        <w:rPr>
          <w:b/>
        </w:rPr>
        <w:t xml:space="preserve">[04:39] </w:t>
      </w:r>
      <w:r>
        <w:t>police aur fauj nahi thi,</w:t>
      </w:r>
    </w:p>
    <w:p>
      <w:pPr>
        <w:jc w:val="right"/>
      </w:pPr>
      <w:r>
        <w:t>پولیس اور فوج نہیں تھی،</w:t>
      </w:r>
    </w:p>
    <w:p>
      <w:r>
        <w:rPr>
          <w:b/>
        </w:rPr>
        <w:t xml:space="preserve">[04:42] </w:t>
      </w:r>
      <w:r>
        <w:t>to koi na koi</w:t>
      </w:r>
    </w:p>
    <w:p>
      <w:pPr>
        <w:jc w:val="right"/>
      </w:pPr>
      <w:r>
        <w:t>تو کوئی نہ کوئی</w:t>
      </w:r>
    </w:p>
    <w:p>
      <w:r>
        <w:rPr>
          <w:b/>
        </w:rPr>
        <w:t xml:space="preserve">[04:45] </w:t>
      </w:r>
      <w:r>
        <w:t>qabaili sardar aap ko milna chahiye jo aap ki sarparasti kare,</w:t>
      </w:r>
    </w:p>
    <w:p>
      <w:pPr>
        <w:jc w:val="right"/>
      </w:pPr>
      <w:r>
        <w:t>قبائلی سردار آپ کو ملنا چاہیے جو آپ کی سرپرستی کرے،</w:t>
      </w:r>
    </w:p>
    <w:p>
      <w:r>
        <w:rPr>
          <w:b/>
        </w:rPr>
        <w:t xml:space="preserve">[04:51] </w:t>
      </w:r>
      <w:r>
        <w:t>jis ko kehte the manao,</w:t>
      </w:r>
    </w:p>
    <w:p>
      <w:pPr>
        <w:jc w:val="right"/>
      </w:pPr>
      <w:r>
        <w:t>جس کو کہتے تھے مناؤ،</w:t>
      </w:r>
    </w:p>
    <w:p>
      <w:r>
        <w:rPr>
          <w:b/>
        </w:rPr>
        <w:t xml:space="preserve">[04:55] </w:t>
      </w:r>
      <w:r>
        <w:t>man' de aap ko.</w:t>
      </w:r>
    </w:p>
    <w:p>
      <w:pPr>
        <w:jc w:val="right"/>
      </w:pPr>
      <w:r>
        <w:t>منع دے آپ کو۔</w:t>
      </w:r>
    </w:p>
    <w:p>
      <w:r>
        <w:rPr>
          <w:b/>
        </w:rPr>
        <w:t xml:space="preserve">[04:57] </w:t>
      </w:r>
      <w:r>
        <w:t>to rasool Allah salallaho alaihi wasallam ko apne chacha ka manao mila hua tha.</w:t>
      </w:r>
    </w:p>
    <w:p>
      <w:pPr>
        <w:jc w:val="right"/>
      </w:pPr>
      <w:r>
        <w:t>تو رسول اللہ صلی اللہ علیہ وسلم کو اپنے چچا کا مناؤ ملا ہوا تھا۔</w:t>
      </w:r>
    </w:p>
    <w:p>
      <w:r>
        <w:rPr>
          <w:b/>
        </w:rPr>
        <w:t xml:space="preserve">[05:04] </w:t>
      </w:r>
      <w:r>
        <w:t>to abu talib</w:t>
      </w:r>
    </w:p>
    <w:p>
      <w:pPr>
        <w:jc w:val="right"/>
      </w:pPr>
      <w:r>
        <w:t>تو ابو طالب</w:t>
      </w:r>
    </w:p>
    <w:p>
      <w:r>
        <w:rPr>
          <w:b/>
        </w:rPr>
        <w:t xml:space="preserve">[05:07] </w:t>
      </w:r>
      <w:r>
        <w:t>bimar hue, aakhri zamane mein</w:t>
      </w:r>
    </w:p>
    <w:p>
      <w:pPr>
        <w:jc w:val="right"/>
      </w:pPr>
      <w:r>
        <w:t>بیمار ہوئے، آخری زمانے میں</w:t>
      </w:r>
    </w:p>
    <w:p>
      <w:r>
        <w:rPr>
          <w:b/>
        </w:rPr>
        <w:t xml:space="preserve">[05:11] </w:t>
      </w:r>
      <w:r>
        <w:t>yeh logon ne samjha ke ab yeh death ho jayegi un ki.</w:t>
      </w:r>
    </w:p>
    <w:p>
      <w:pPr>
        <w:jc w:val="right"/>
      </w:pPr>
      <w:r>
        <w:t>یہ لوگوں نے سمجھا کہ اب یہ ڈیتھ ہو جائے گی ان کی۔</w:t>
      </w:r>
    </w:p>
    <w:p>
      <w:r>
        <w:rPr>
          <w:b/>
        </w:rPr>
        <w:t xml:space="preserve">[05:16] </w:t>
      </w:r>
      <w:r>
        <w:t>to makkah ke jo sardar the woh ikhatta hue abu talib ke ghar par,</w:t>
      </w:r>
    </w:p>
    <w:p>
      <w:pPr>
        <w:jc w:val="right"/>
      </w:pPr>
      <w:r>
        <w:t>تو مکے کے جو سردار تھے وہ اکٹھا ہوئے ابو طالب کے گھر پر،</w:t>
      </w:r>
    </w:p>
    <w:p>
      <w:r>
        <w:rPr>
          <w:b/>
        </w:rPr>
        <w:t xml:space="preserve">[05:26] </w:t>
      </w:r>
      <w:r>
        <w:t>aur unhon ne abu talib se kaha ke dekho, tumhara jo bhatija hai</w:t>
      </w:r>
    </w:p>
    <w:p>
      <w:pPr>
        <w:jc w:val="right"/>
      </w:pPr>
      <w:r>
        <w:t>اور انہوں نے ابو طالب سے کہا کہ دیکھو، تمہارا جو بھتیجہ ہے</w:t>
      </w:r>
    </w:p>
    <w:p>
      <w:r>
        <w:rPr>
          <w:b/>
        </w:rPr>
        <w:t xml:space="preserve">[05:31] </w:t>
      </w:r>
      <w:r>
        <w:t>woh hamare woh aisi ek tehreek chala raha hai jo hamare khilaf hai,</w:t>
      </w:r>
    </w:p>
    <w:p>
      <w:pPr>
        <w:jc w:val="right"/>
      </w:pPr>
      <w:r>
        <w:t>وہ ہمارے وہ ایسی ایک تحریک چلا رہا ہے جو ہمارے خلاف ہے،</w:t>
      </w:r>
    </w:p>
    <w:p>
      <w:r>
        <w:rPr>
          <w:b/>
        </w:rPr>
        <w:t xml:space="preserve">[05:40] </w:t>
      </w:r>
      <w:r>
        <w:t>hum is ko pasand nahi karte.</w:t>
      </w:r>
    </w:p>
    <w:p>
      <w:pPr>
        <w:jc w:val="right"/>
      </w:pPr>
      <w:r>
        <w:t>ہم اس کو پسند نہیں کرتے۔</w:t>
      </w:r>
    </w:p>
    <w:p>
      <w:r>
        <w:rPr>
          <w:b/>
        </w:rPr>
        <w:t xml:space="preserve">[05:44] </w:t>
      </w:r>
      <w:r>
        <w:t>to aisa karo ke hamare aur apne bhatije ke darmiyan aisa koi</w:t>
      </w:r>
    </w:p>
    <w:p>
      <w:pPr>
        <w:jc w:val="right"/>
      </w:pPr>
      <w:r>
        <w:t>تو ایسا کرو کہ ہمارے اور اپنے بھتیجے کے درمیان ایسا کوئی</w:t>
      </w:r>
    </w:p>
    <w:p>
      <w:r>
        <w:rPr>
          <w:b/>
        </w:rPr>
        <w:t xml:space="preserve">[05:51] </w:t>
      </w:r>
      <w:r>
        <w:t>compromising formula bana do ke tumhare baad hamare aur us ke darmiyan koi ladai na ho,</w:t>
      </w:r>
    </w:p>
    <w:p>
      <w:pPr>
        <w:jc w:val="right"/>
      </w:pPr>
      <w:r>
        <w:t>کمپروائزنگ فارمولا بنا دو کہ تمہارے بعد ہمارے اور اس کے درمیان کوئی لڑائی نہ ہو،</w:t>
      </w:r>
    </w:p>
    <w:p>
      <w:r>
        <w:rPr>
          <w:b/>
        </w:rPr>
        <w:t xml:space="preserve">[05:58] </w:t>
      </w:r>
      <w:r>
        <w:t>woh apna kaam kare, hum apna kaam karein.</w:t>
      </w:r>
    </w:p>
    <w:p>
      <w:pPr>
        <w:jc w:val="right"/>
      </w:pPr>
      <w:r>
        <w:t>وہ اپنا کام کرے، ہم اپنا کام کریں۔</w:t>
      </w:r>
    </w:p>
    <w:p>
      <w:r>
        <w:rPr>
          <w:b/>
        </w:rPr>
        <w:t xml:space="preserve">[06:03] </w:t>
      </w:r>
      <w:r>
        <w:t>to abu talib ne</w:t>
      </w:r>
    </w:p>
    <w:p>
      <w:pPr>
        <w:jc w:val="right"/>
      </w:pPr>
      <w:r>
        <w:t>تو ابو طالب نے</w:t>
      </w:r>
    </w:p>
    <w:p>
      <w:r>
        <w:rPr>
          <w:b/>
        </w:rPr>
        <w:t xml:space="preserve">[06:07] </w:t>
      </w:r>
      <w:r>
        <w:t>ek aadmi bheja</w:t>
      </w:r>
    </w:p>
    <w:p>
      <w:pPr>
        <w:jc w:val="right"/>
      </w:pPr>
      <w:r>
        <w:t>ایک آدمی بھیجا</w:t>
      </w:r>
    </w:p>
    <w:p>
      <w:r>
        <w:rPr>
          <w:b/>
        </w:rPr>
        <w:t xml:space="preserve">[06:09] </w:t>
      </w:r>
      <w:r>
        <w:t>rasool Allah ke paas ke ja ke bla ke le aao.</w:t>
      </w:r>
    </w:p>
    <w:p>
      <w:pPr>
        <w:jc w:val="right"/>
      </w:pPr>
      <w:r>
        <w:t>رسول اللہ کے پاس کہ جا کے بلا کے لے آؤ۔</w:t>
      </w:r>
    </w:p>
    <w:p>
      <w:r>
        <w:rPr>
          <w:b/>
        </w:rPr>
        <w:t xml:space="preserve">[06:14] </w:t>
      </w:r>
      <w:r>
        <w:t>to rasool Allah kisi maqam par thay, to abu talib ka aadmi wahan gaya, bla kar laya.</w:t>
      </w:r>
    </w:p>
    <w:p>
      <w:pPr>
        <w:jc w:val="right"/>
      </w:pPr>
      <w:r>
        <w:t>تو رسول اللہ کسی مقام پر تھے، تو ابو طالب کا آدمی وہاں گیا، بلا کر لایا۔</w:t>
      </w:r>
    </w:p>
    <w:p>
      <w:r>
        <w:rPr>
          <w:b/>
        </w:rPr>
        <w:t xml:space="preserve">[06:22] </w:t>
      </w:r>
      <w:r>
        <w:t>to aap wahan par jab puhnche to abu talib ne kaha ke aye muhammad, aye mere bhatije, dekho</w:t>
      </w:r>
    </w:p>
    <w:p>
      <w:pPr>
        <w:jc w:val="right"/>
      </w:pPr>
      <w:r>
        <w:t>تو آپ وہاں پر جب پہنچے تو ابو طالب نے کہا کہ اے محمد، اے میرے بھتیجے، دیکھو</w:t>
      </w:r>
    </w:p>
    <w:p>
      <w:r>
        <w:rPr>
          <w:b/>
        </w:rPr>
        <w:t xml:space="preserve">[06:30] </w:t>
      </w:r>
      <w:r>
        <w:t>yahan makkah ke bare log akatha hain,</w:t>
      </w:r>
    </w:p>
    <w:p>
      <w:pPr>
        <w:jc w:val="right"/>
      </w:pPr>
      <w:r>
        <w:t>یہاں مکہ کے بڑے لوگ اکٹھا ہیں،</w:t>
      </w:r>
    </w:p>
    <w:p>
      <w:r>
        <w:rPr>
          <w:b/>
        </w:rPr>
        <w:t xml:space="preserve">[06:36] </w:t>
      </w:r>
      <w:r>
        <w:t>woh poochte hain ke tum kya chahte ho aakhir,</w:t>
      </w:r>
    </w:p>
    <w:p>
      <w:pPr>
        <w:jc w:val="right"/>
      </w:pPr>
      <w:r>
        <w:t>وہ پوچھتے ہیں کہ تم کیا چاہتے ہو آخر،</w:t>
      </w:r>
    </w:p>
    <w:p>
      <w:r>
        <w:rPr>
          <w:b/>
        </w:rPr>
        <w:t xml:space="preserve">[06:40] </w:t>
      </w:r>
      <w:r>
        <w:t>kyun ke tumhara case un ke samajh mein nahi aata.</w:t>
      </w:r>
    </w:p>
    <w:p>
      <w:pPr>
        <w:jc w:val="right"/>
      </w:pPr>
      <w:r>
        <w:t>کیونکہ تمہارا کیس ان کے سمجھ میں نہیں آتا۔</w:t>
      </w:r>
    </w:p>
    <w:p>
      <w:r>
        <w:rPr>
          <w:b/>
        </w:rPr>
        <w:t xml:space="preserve">[06:48] </w:t>
      </w:r>
      <w:r>
        <w:t>is waqt ek jumla aata hai kitabon mein, yeh jumla aap dekh sakte hain</w:t>
      </w:r>
    </w:p>
    <w:p>
      <w:pPr>
        <w:jc w:val="right"/>
      </w:pPr>
      <w:r>
        <w:t>اس وقت ایک جملہ آتا ہے کتابوں میں، یہ جملہ آپ دیکھ سکتے ہیں</w:t>
      </w:r>
    </w:p>
    <w:p>
      <w:r>
        <w:rPr>
          <w:b/>
        </w:rPr>
        <w:t xml:space="preserve">[06:54] </w:t>
      </w:r>
      <w:r>
        <w:t>al-bidaya wa al-nihaya mein ya sirat ibn kathir mein aur bhi kitabon mein.</w:t>
      </w:r>
    </w:p>
    <w:p>
      <w:pPr>
        <w:jc w:val="right"/>
      </w:pPr>
      <w:r>
        <w:t>البدایہ والنہایہ میں یا سیرت ابن کثیر میں اور بھی کتابوں میں۔</w:t>
      </w:r>
    </w:p>
    <w:p>
      <w:r>
        <w:rPr>
          <w:b/>
        </w:rPr>
        <w:t xml:space="preserve">[07:03] </w:t>
      </w:r>
      <w:r>
        <w:t>to in sardaron ne yeh kaha ke tumhara bhatija kya chahta hai,</w:t>
      </w:r>
    </w:p>
    <w:p>
      <w:pPr>
        <w:jc w:val="right"/>
      </w:pPr>
      <w:r>
        <w:t>تو ان سرداروں نے یہ کہا کہ تمہارا بھتیجہ کیا چاہتا ہے،</w:t>
      </w:r>
    </w:p>
    <w:p>
      <w:r>
        <w:rPr>
          <w:b/>
        </w:rPr>
        <w:t xml:space="preserve">[07:10] </w:t>
      </w:r>
      <w:r>
        <w:t>humein batao. to abu talib ne kaha ke aye bhatije, dekho yeh log yeh keh rahe hain.</w:t>
      </w:r>
    </w:p>
    <w:p>
      <w:pPr>
        <w:jc w:val="right"/>
      </w:pPr>
      <w:r>
        <w:t>ہمیں بتاؤ۔ تو ابو طالب نے کہا کہ اے بھتیجے، دیکھو یہ لوگ یہ کہہ رہے ہیں۔</w:t>
      </w:r>
    </w:p>
    <w:p>
      <w:r>
        <w:rPr>
          <w:b/>
        </w:rPr>
        <w:t xml:space="preserve">[07:20] </w:t>
      </w:r>
      <w:r>
        <w:t>to abu talib bohat shareef aadmi thay, islam to nahi qabool kiya unhon ne, kyun ke waise bohat shareef</w:t>
      </w:r>
    </w:p>
    <w:p>
      <w:pPr>
        <w:jc w:val="right"/>
      </w:pPr>
      <w:r>
        <w:t>تو ابو طالب بہت شریف آدمی تھے، اسلام تو نہیں قبول کیا انہوں نے، کیونکہ ویسے بہت شریف</w:t>
      </w:r>
    </w:p>
    <w:p>
      <w:r>
        <w:rPr>
          <w:b/>
        </w:rPr>
        <w:t xml:space="preserve">[07:25] </w:t>
      </w:r>
      <w:r>
        <w:t>aadmi thay woh.</w:t>
      </w:r>
    </w:p>
    <w:p>
      <w:pPr>
        <w:jc w:val="right"/>
      </w:pPr>
      <w:r>
        <w:t>آدمی تھے وہ۔</w:t>
      </w:r>
    </w:p>
    <w:p>
      <w:r>
        <w:rPr>
          <w:b/>
        </w:rPr>
        <w:t xml:space="preserve">[07:29] </w:t>
      </w:r>
      <w:r>
        <w:t>to rasool Allah ne is waqt jo jumla kaha tha woh yeh tha:</w:t>
      </w:r>
    </w:p>
    <w:p>
      <w:pPr>
        <w:jc w:val="right"/>
      </w:pPr>
      <w:r>
        <w:t>تو رسول اللہ نے اس وقت جو جملہ کہا تھا وہ یہ تھا:</w:t>
      </w:r>
    </w:p>
    <w:p>
      <w:r>
        <w:rPr>
          <w:b/>
        </w:rPr>
        <w:t xml:space="preserve">[07:33] </w:t>
      </w:r>
      <w:r>
        <w:t>"kalima wahida tutiniha</w:t>
      </w:r>
    </w:p>
    <w:p>
      <w:pPr>
        <w:jc w:val="right"/>
      </w:pPr>
      <w:r>
        <w:t>"کلمۃ واحدۃ توتینیہا</w:t>
      </w:r>
    </w:p>
    <w:p>
      <w:r>
        <w:rPr>
          <w:b/>
        </w:rPr>
        <w:t xml:space="preserve">[07:38] </w:t>
      </w:r>
      <w:r>
        <w:t>tamlikun bil arab wa tadinkum bil ajam",</w:t>
      </w:r>
    </w:p>
    <w:p>
      <w:pPr>
        <w:jc w:val="right"/>
      </w:pPr>
      <w:r>
        <w:t>تملکون بالعرب وتدینکم بالعجم"،</w:t>
      </w:r>
    </w:p>
    <w:p>
      <w:r>
        <w:rPr>
          <w:b/>
        </w:rPr>
        <w:t xml:space="preserve">[07:43] </w:t>
      </w:r>
      <w:r>
        <w:t>yani main ek kalma chahta hoon, kalima wahida,</w:t>
      </w:r>
    </w:p>
    <w:p>
      <w:pPr>
        <w:jc w:val="right"/>
      </w:pPr>
      <w:r>
        <w:t>یعنی میں ایک کلمہ چاہتا ہوں، کلمۃ واحدۃ،</w:t>
      </w:r>
    </w:p>
    <w:p>
      <w:r>
        <w:rPr>
          <w:b/>
        </w:rPr>
        <w:t xml:space="preserve">[07:48] </w:t>
      </w:r>
      <w:r>
        <w:t>main ek kalma chahta hoon,</w:t>
      </w:r>
    </w:p>
    <w:p>
      <w:pPr>
        <w:jc w:val="right"/>
      </w:pPr>
      <w:r>
        <w:t>میں ایک کلمہ چاہتا ہوں،</w:t>
      </w:r>
    </w:p>
    <w:p>
      <w:r>
        <w:rPr>
          <w:b/>
        </w:rPr>
        <w:t xml:space="preserve">[07:52] </w:t>
      </w:r>
      <w:r>
        <w:t>ek baat, agar woh mere kalma ko maan lein, meri baat ko maan lein</w:t>
      </w:r>
    </w:p>
    <w:p>
      <w:pPr>
        <w:jc w:val="right"/>
      </w:pPr>
      <w:r>
        <w:t>ایک بات، اگر وہ میرے کلمہ کو مان لیں، میری بات کو مان لیں</w:t>
      </w:r>
    </w:p>
    <w:p>
      <w:r>
        <w:rPr>
          <w:b/>
        </w:rPr>
        <w:t xml:space="preserve">[08:01] </w:t>
      </w:r>
      <w:r>
        <w:t>to sara arab un ke matahat ho jaye ga</w:t>
      </w:r>
    </w:p>
    <w:p>
      <w:pPr>
        <w:jc w:val="right"/>
      </w:pPr>
      <w:r>
        <w:t>تو سارا عرب ان کے ماتحت ہو جائے گا</w:t>
      </w:r>
    </w:p>
    <w:p>
      <w:r>
        <w:rPr>
          <w:b/>
        </w:rPr>
        <w:t xml:space="preserve">[08:06] </w:t>
      </w:r>
      <w:r>
        <w:t>aur sara ajam is ki</w:t>
      </w:r>
    </w:p>
    <w:p>
      <w:pPr>
        <w:jc w:val="right"/>
      </w:pPr>
      <w:r>
        <w:t>اور سارا عجم اس کی</w:t>
      </w:r>
    </w:p>
    <w:p>
      <w:r>
        <w:rPr>
          <w:b/>
        </w:rPr>
        <w:t xml:space="preserve">[08:11] </w:t>
      </w:r>
      <w:r>
        <w:t>is ke aage jhuk jaye ga, jhuk jaye ga.</w:t>
      </w:r>
    </w:p>
    <w:p>
      <w:pPr>
        <w:jc w:val="right"/>
      </w:pPr>
      <w:r>
        <w:t>اس کے آگے جھک جائے گا، جھک جائے گا۔</w:t>
      </w:r>
    </w:p>
    <w:p>
      <w:r>
        <w:rPr>
          <w:b/>
        </w:rPr>
        <w:t xml:space="preserve">[08:15] </w:t>
      </w:r>
      <w:r>
        <w:t>to aam taur par log yeh samajhte hain ke is ka matlab yeh hai ke sari dunya mein</w:t>
      </w:r>
    </w:p>
    <w:p>
      <w:pPr>
        <w:jc w:val="right"/>
      </w:pPr>
      <w:r>
        <w:t>تو عام طور پر لوگ یہ سمجھتے ہیں کہ اس کا مطلب یہ ہے کہ ساری دنیا میں</w:t>
      </w:r>
    </w:p>
    <w:p>
      <w:r>
        <w:rPr>
          <w:b/>
        </w:rPr>
        <w:t xml:space="preserve">[08:18] </w:t>
      </w:r>
      <w:r>
        <w:t>tumhari hukumat qaim ho jaye gi.</w:t>
      </w:r>
    </w:p>
    <w:p>
      <w:pPr>
        <w:jc w:val="right"/>
      </w:pPr>
      <w:r>
        <w:t>تمہاری حکومت قائم ہو جائے گی۔</w:t>
      </w:r>
    </w:p>
    <w:p>
      <w:r>
        <w:rPr>
          <w:b/>
        </w:rPr>
        <w:t xml:space="preserve">[08:23] </w:t>
      </w:r>
      <w:r>
        <w:t>sari dunya mein tumhari hukumat qaim ho jaye gi. achha dekhiye, agar yeh matlab lein aap is ka</w:t>
      </w:r>
    </w:p>
    <w:p>
      <w:pPr>
        <w:jc w:val="right"/>
      </w:pPr>
      <w:r>
        <w:t>ساری دنیا میں تمہاری حکومت قائم ہو جائے گی۔ اچھا دیکھیے، اگر یہ مطلب لیں آپ اس کا</w:t>
      </w:r>
    </w:p>
    <w:p>
      <w:r>
        <w:rPr>
          <w:b/>
        </w:rPr>
        <w:t xml:space="preserve">[08:29] </w:t>
      </w:r>
      <w:r>
        <w:t>to dunya mein hukumat to kabhi qaim nahi hui,</w:t>
      </w:r>
    </w:p>
    <w:p>
      <w:pPr>
        <w:jc w:val="right"/>
      </w:pPr>
      <w:r>
        <w:t>تو دنیا میں حکومت تو کبھی قائم نہیں ہوئی،</w:t>
      </w:r>
    </w:p>
    <w:p>
      <w:r>
        <w:rPr>
          <w:b/>
        </w:rPr>
        <w:t xml:space="preserve">[08:34] </w:t>
      </w:r>
      <w:r>
        <w:t>na quraish ki, na sahaba ki, na kisi ki,</w:t>
      </w:r>
    </w:p>
    <w:p>
      <w:pPr>
        <w:jc w:val="right"/>
      </w:pPr>
      <w:r>
        <w:t>نہ قریش کی، نہ صحابہ کی، نہ کسی کی،</w:t>
      </w:r>
    </w:p>
    <w:p>
      <w:r>
        <w:rPr>
          <w:b/>
        </w:rPr>
        <w:t xml:space="preserve">[08:39] </w:t>
      </w:r>
      <w:r>
        <w:t>aaj tak nahi hui. to 1400 saal beet gaye aur nahi hui, to ab kab hogi?</w:t>
      </w:r>
    </w:p>
    <w:p>
      <w:pPr>
        <w:jc w:val="right"/>
      </w:pPr>
      <w:r>
        <w:t>آج تک نہیں ہوئی۔ تو 1400 سال بیت گئے اور نہیں ہوئی، تو اب کب ہوگی؟</w:t>
      </w:r>
    </w:p>
    <w:p>
      <w:r>
        <w:rPr>
          <w:b/>
        </w:rPr>
        <w:t xml:space="preserve">[08:46] </w:t>
      </w:r>
      <w:r>
        <w:t>to yeh matlab aap nahi le sakte.</w:t>
      </w:r>
    </w:p>
    <w:p>
      <w:pPr>
        <w:jc w:val="right"/>
      </w:pPr>
      <w:r>
        <w:t>تو یہ مطلب آپ نہیں لے سکتے۔</w:t>
      </w:r>
    </w:p>
    <w:p>
      <w:r>
        <w:rPr>
          <w:b/>
        </w:rPr>
        <w:t xml:space="preserve">[08:50] </w:t>
      </w:r>
      <w:r>
        <w:t>yeh matlab lenge to matlab tareekh kahegi ke tumhara matlab galat hai.</w:t>
      </w:r>
    </w:p>
    <w:p>
      <w:pPr>
        <w:jc w:val="right"/>
      </w:pPr>
      <w:r>
        <w:t>یہ مطلب لیں گے تو مطلب تاریخ کہے گی کہ تمہارا مطلب غلط ہے۔</w:t>
      </w:r>
    </w:p>
    <w:p>
      <w:r>
        <w:rPr>
          <w:b/>
        </w:rPr>
        <w:t xml:space="preserve">[09:01] </w:t>
      </w:r>
      <w:r>
        <w:t>is ka matlab wahi hai jo ke times of india ke is par likha rehta hai: "Let truth</w:t>
      </w:r>
    </w:p>
    <w:p>
      <w:pPr>
        <w:jc w:val="right"/>
      </w:pPr>
      <w:r>
        <w:t>اس کا مطلب وہی ہے جو کہ ٹائمز آف انڈیا کے اس پر لکھا رہتا ہے: "Let truth</w:t>
      </w:r>
    </w:p>
    <w:p>
      <w:r>
        <w:rPr>
          <w:b/>
        </w:rPr>
        <w:t xml:space="preserve">[09:07] </w:t>
      </w:r>
      <w:r>
        <w:t>prevail", kalmata wahida ke mani ke main ek sachai laya hoon</w:t>
      </w:r>
    </w:p>
    <w:p>
      <w:pPr>
        <w:jc w:val="right"/>
      </w:pPr>
      <w:r>
        <w:t>prevail"، کلمۃ واحدۃ کے معنی کہ میں ایک سچائی لایا ہوں</w:t>
      </w:r>
    </w:p>
    <w:p>
      <w:r>
        <w:rPr>
          <w:b/>
        </w:rPr>
        <w:t xml:space="preserve">[09:15] </w:t>
      </w:r>
      <w:r>
        <w:t>aur sachai ke aage sab kuch jhukna padta hai. to is sachai ko maan le to dunya, sari</w:t>
      </w:r>
    </w:p>
    <w:p>
      <w:pPr>
        <w:jc w:val="right"/>
      </w:pPr>
      <w:r>
        <w:t>اور سچائی کے آگے سب کچھ جھکنا پڑتا ہے۔ تو اس سچائی کو مان لیں تو دنیا، ساری</w:t>
      </w:r>
    </w:p>
    <w:p>
      <w:r>
        <w:rPr>
          <w:b/>
        </w:rPr>
        <w:t xml:space="preserve">[09:22] </w:t>
      </w:r>
      <w:r>
        <w:t>dunya ko is ko jhukna padega, yani ideological sense mein jhukna hai, political sense mein nahi.</w:t>
      </w:r>
    </w:p>
    <w:p>
      <w:pPr>
        <w:jc w:val="right"/>
      </w:pPr>
      <w:r>
        <w:t>دنیا کو اس کو جھکنا پڑے گا، یعنی آئیڈیالوجیکل سینس میں جھکنا ہے، پولیٹیکل سینس میں نہیں۔</w:t>
      </w:r>
    </w:p>
    <w:p>
      <w:r>
        <w:rPr>
          <w:b/>
        </w:rPr>
        <w:t xml:space="preserve">[09:32] </w:t>
      </w:r>
      <w:r>
        <w:t>yahan koi political role, koi qanoon murad nahi hai, sachai murad hai.</w:t>
      </w:r>
    </w:p>
    <w:p>
      <w:pPr>
        <w:jc w:val="right"/>
      </w:pPr>
      <w:r>
        <w:t>یہاں کوئی پولیٹیکل رول، کوئی قانون مراد نہیں ہے، سچائی مراد ہے۔</w:t>
      </w:r>
    </w:p>
    <w:p>
      <w:r>
        <w:rPr>
          <w:b/>
        </w:rPr>
        <w:t xml:space="preserve">[09:39] </w:t>
      </w:r>
      <w:r>
        <w:t>kalmata wahida ke mani hain sachai ka kalma.</w:t>
      </w:r>
    </w:p>
    <w:p>
      <w:pPr>
        <w:jc w:val="right"/>
      </w:pPr>
      <w:r>
        <w:t>کلمۃ واحدہ کے معنی ہیں سچائی کا کلمہ۔</w:t>
      </w:r>
    </w:p>
    <w:p>
      <w:r>
        <w:rPr>
          <w:b/>
        </w:rPr>
        <w:t xml:space="preserve">[09:46] </w:t>
      </w:r>
      <w:r>
        <w:t>phir is par sochte hue maine ek baat mujhe samajh mein aayi ke aam taur par ek</w:t>
      </w:r>
    </w:p>
    <w:p>
      <w:pPr>
        <w:jc w:val="right"/>
      </w:pPr>
      <w:r>
        <w:t>پھر اس پر سوچتے ہوئے میں نے ایک بات مجھے سمجھ میں آئی کہ عام طور پر ایک</w:t>
      </w:r>
    </w:p>
    <w:p>
      <w:r>
        <w:rPr>
          <w:b/>
        </w:rPr>
        <w:t xml:space="preserve">[09:51] </w:t>
      </w:r>
      <w:r>
        <w:t>fashion ban gaya hai ke log kehte hain ke islam mukammal nizam hayat hai. haan, ek wahan fashion</w:t>
      </w:r>
    </w:p>
    <w:p>
      <w:pPr>
        <w:jc w:val="right"/>
      </w:pPr>
      <w:r>
        <w:t>فیشن بن گیا ہے کہ لوگ کہتے ہیں کہ اسلام مکمل نظام حیات ہے۔ ہاں، ایک وہاں فیشن</w:t>
      </w:r>
    </w:p>
    <w:p>
      <w:r>
        <w:rPr>
          <w:b/>
        </w:rPr>
        <w:t xml:space="preserve">[09:57] </w:t>
      </w:r>
      <w:r>
        <w:t>ban gaya, sab log,</w:t>
      </w:r>
    </w:p>
    <w:p>
      <w:pPr>
        <w:jc w:val="right"/>
      </w:pPr>
      <w:r>
        <w:t>بن گیا، سب لوگ،</w:t>
      </w:r>
    </w:p>
    <w:p>
      <w:r>
        <w:rPr>
          <w:b/>
        </w:rPr>
        <w:t xml:space="preserve">[10:00] </w:t>
      </w:r>
      <w:r>
        <w:t>sari partiyan, sari jamaatein, sare idare,</w:t>
      </w:r>
    </w:p>
    <w:p>
      <w:pPr>
        <w:jc w:val="right"/>
      </w:pPr>
      <w:r>
        <w:t>ساری پارٹیاں، ساری جماعتیں، سارے ادارے،</w:t>
      </w:r>
    </w:p>
    <w:p>
      <w:r>
        <w:rPr>
          <w:b/>
        </w:rPr>
        <w:t xml:space="preserve">[10:03] </w:t>
      </w:r>
      <w:r>
        <w:t>islam mukammal nizam hai, islam mukammal nizam hayat hai.</w:t>
      </w:r>
    </w:p>
    <w:p>
      <w:pPr>
        <w:jc w:val="right"/>
      </w:pPr>
      <w:r>
        <w:t>اسلام مکمل نظام ہے، اسلام مکمل نظام حیات ہے۔</w:t>
      </w:r>
    </w:p>
    <w:p>
      <w:r>
        <w:rPr>
          <w:b/>
        </w:rPr>
        <w:t xml:space="preserve">[10:10] </w:t>
      </w:r>
      <w:r>
        <w:t>dekhiye, yeh baat sahi nahi hai.</w:t>
      </w:r>
    </w:p>
    <w:p>
      <w:pPr>
        <w:jc w:val="right"/>
      </w:pPr>
      <w:r>
        <w:t>دیکھیے، یہ بات صحیح نہیں ہے۔</w:t>
      </w:r>
    </w:p>
    <w:p>
      <w:r>
        <w:rPr>
          <w:b/>
        </w:rPr>
        <w:t xml:space="preserve">[10:13] </w:t>
      </w:r>
      <w:r>
        <w:t>sahi hai ke islam mukammal sachai hai,</w:t>
      </w:r>
    </w:p>
    <w:p>
      <w:pPr>
        <w:jc w:val="right"/>
      </w:pPr>
      <w:r>
        <w:t>صحیح ہے کہ اسلام مکمل سچائی ہے،</w:t>
      </w:r>
    </w:p>
    <w:p>
      <w:r>
        <w:rPr>
          <w:b/>
        </w:rPr>
        <w:t xml:space="preserve">[10:18] </w:t>
      </w:r>
      <w:r>
        <w:t>islam mukammal zabta hayat hai. yeh bilkul aisi baat hai jo kabhi sabit hi nahi ho sakti.</w:t>
      </w:r>
    </w:p>
    <w:p>
      <w:pPr>
        <w:jc w:val="right"/>
      </w:pPr>
      <w:r>
        <w:t>اسلام مکمل ضابطہ حیات ہے۔ یہ بالکل ایسی بات ہے جو کبھی ثابت ہی نہیں ہو سکتی۔</w:t>
      </w:r>
    </w:p>
    <w:p>
      <w:r>
        <w:rPr>
          <w:b/>
        </w:rPr>
        <w:t xml:space="preserve">[10:26] </w:t>
      </w:r>
      <w:r>
        <w:t>aap quran o hadith ka mutala karein to mukammal zabta hayat milega hi nahi. misaal ke taur par ise yeh</w:t>
      </w:r>
    </w:p>
    <w:p>
      <w:pPr>
        <w:jc w:val="right"/>
      </w:pPr>
      <w:r>
        <w:t>آپ قرآن و حدیث کا مطالعہ کریں تو مکمل ضابطہ حیات ملے گا ہی نہیں۔ مثلاً اسے یہ</w:t>
      </w:r>
    </w:p>
    <w:p>
      <w:r>
        <w:rPr>
          <w:b/>
        </w:rPr>
        <w:t xml:space="preserve">[10:33] </w:t>
      </w:r>
      <w:r>
        <w:t>nahi milega ke hukoomat banai jaye to is ka structure kya ho.</w:t>
      </w:r>
    </w:p>
    <w:p>
      <w:pPr>
        <w:jc w:val="right"/>
      </w:pPr>
      <w:r>
        <w:t>نہیں ملے گا کہ حکومت بنائی جائے تو اس کا اسٹرکچر کیا ہو۔</w:t>
      </w:r>
    </w:p>
    <w:p>
      <w:r>
        <w:rPr>
          <w:b/>
        </w:rPr>
        <w:t xml:space="preserve">[10:39] </w:t>
      </w:r>
      <w:r>
        <w:t>india ke constitution aap padhein</w:t>
      </w:r>
    </w:p>
    <w:p>
      <w:pPr>
        <w:jc w:val="right"/>
      </w:pPr>
      <w:r>
        <w:t>انڈیا کے کانسٹیٹیوشن آپ پڑھیں</w:t>
      </w:r>
    </w:p>
    <w:p>
      <w:r>
        <w:rPr>
          <w:b/>
        </w:rPr>
        <w:t xml:space="preserve">[10:42] </w:t>
      </w:r>
      <w:r>
        <w:t>to is mein poora structure milta hai ke india mein jo hukoomat banai jayegi is ka structure</w:t>
      </w:r>
    </w:p>
    <w:p>
      <w:pPr>
        <w:jc w:val="right"/>
      </w:pPr>
      <w:r>
        <w:t>تو اس میں پورا اسٹرکچر ملتا ہے کہ انڈیا میں جو حکومت بنائی جائے گی اس کا اسٹرکچر</w:t>
      </w:r>
    </w:p>
    <w:p>
      <w:r>
        <w:rPr>
          <w:b/>
        </w:rPr>
        <w:t xml:space="preserve">[10:48] </w:t>
      </w:r>
      <w:r>
        <w:t>kya hoga. quran mein kahan aisa hai? na quran mein, na hadith mein. to jab aap yeh kehte</w:t>
      </w:r>
    </w:p>
    <w:p>
      <w:pPr>
        <w:jc w:val="right"/>
      </w:pPr>
      <w:r>
        <w:t>کیا ہوگا۔ قرآن میں کہاں ایسا ہے؟ نہ قرآن میں، نہ حدیث میں۔ تو جب آپ یہ کہتے</w:t>
      </w:r>
    </w:p>
    <w:p>
      <w:r>
        <w:rPr>
          <w:b/>
        </w:rPr>
        <w:t xml:space="preserve">[10:55] </w:t>
      </w:r>
      <w:r>
        <w:t>hain ke islam ek mukammal zabta hayat hai to yeh ek aisa daawa hota hai jis ko aap</w:t>
      </w:r>
    </w:p>
    <w:p>
      <w:pPr>
        <w:jc w:val="right"/>
      </w:pPr>
      <w:r>
        <w:t>ہیں کہ اسلام ایک مکمل ضابطہ حیات ہے تو یہ ایک ایسا دعویٰ ہوتا ہے جس کو آپ</w:t>
      </w:r>
    </w:p>
    <w:p>
      <w:r>
        <w:rPr>
          <w:b/>
        </w:rPr>
        <w:t xml:space="preserve">[11:00] </w:t>
      </w:r>
      <w:r>
        <w:t>khud quran o hadith sabit nahi kar sakte.</w:t>
      </w:r>
    </w:p>
    <w:p>
      <w:pPr>
        <w:jc w:val="right"/>
      </w:pPr>
      <w:r>
        <w:t>خود قرآن و حدیث ثابت نہیں کر سکتے۔</w:t>
      </w:r>
    </w:p>
    <w:p>
      <w:r>
        <w:rPr>
          <w:b/>
        </w:rPr>
        <w:t xml:space="preserve">[11:07] </w:t>
      </w:r>
      <w:r>
        <w:t>sehih baat yeh hai ke islam mukammal sachai hai.</w:t>
      </w:r>
    </w:p>
    <w:p>
      <w:pPr>
        <w:jc w:val="right"/>
      </w:pPr>
      <w:r>
        <w:t>صحیح بات یہ ہے کہ اسلام مکمل سچائی ہے۔</w:t>
      </w:r>
    </w:p>
    <w:p>
      <w:r>
        <w:rPr>
          <w:b/>
        </w:rPr>
        <w:t xml:space="preserve">[11:12] </w:t>
      </w:r>
      <w:r>
        <w:t>mukammal sachai ke mani kya hain? sachai ek hi hoti hai, kai nahi hoti.</w:t>
      </w:r>
    </w:p>
    <w:p>
      <w:pPr>
        <w:jc w:val="right"/>
      </w:pPr>
      <w:r>
        <w:t>مکمل سچائی کے معنی کیا ہیں؟ سچائی ایک ہی ہوتی ہے، کئی نہیں ہوتی۔</w:t>
      </w:r>
    </w:p>
    <w:p>
      <w:r>
        <w:rPr>
          <w:b/>
        </w:rPr>
        <w:t xml:space="preserve">[11:18] </w:t>
      </w:r>
      <w:r>
        <w:t>aisa nahi hai ke islam mein</w:t>
      </w:r>
    </w:p>
    <w:p>
      <w:pPr>
        <w:jc w:val="right"/>
      </w:pPr>
      <w:r>
        <w:t>ایسا نہیں ہے کہ اسلام میں</w:t>
      </w:r>
    </w:p>
    <w:p>
      <w:r>
        <w:rPr>
          <w:b/>
        </w:rPr>
        <w:t xml:space="preserve">[11:21] </w:t>
      </w:r>
      <w:r>
        <w:t>koi alag sachai ho.</w:t>
      </w:r>
    </w:p>
    <w:p>
      <w:pPr>
        <w:jc w:val="right"/>
      </w:pPr>
      <w:r>
        <w:t>کوئی الگ سچائی ہو۔</w:t>
      </w:r>
    </w:p>
    <w:p>
      <w:r>
        <w:rPr>
          <w:b/>
        </w:rPr>
        <w:t xml:space="preserve">[11:24] </w:t>
      </w:r>
      <w:r>
        <w:t>mukammal sachai ke mani hain ke</w:t>
      </w:r>
    </w:p>
    <w:p>
      <w:pPr>
        <w:jc w:val="right"/>
      </w:pPr>
      <w:r>
        <w:t>مکمل سچائی کے معنی ہیں کہ</w:t>
      </w:r>
    </w:p>
    <w:p>
      <w:r>
        <w:rPr>
          <w:b/>
        </w:rPr>
        <w:t xml:space="preserve">[11:29] </w:t>
      </w:r>
      <w:r>
        <w:t>be aamez sachai, milawat ke baghair sachai.</w:t>
      </w:r>
    </w:p>
    <w:p>
      <w:pPr>
        <w:jc w:val="right"/>
      </w:pPr>
      <w:r>
        <w:t>بے آمیز سچائی، ملاوٹ کے بغیر سچائی۔</w:t>
      </w:r>
    </w:p>
    <w:p>
      <w:r>
        <w:rPr>
          <w:b/>
        </w:rPr>
        <w:t xml:space="preserve">[11:34] </w:t>
      </w:r>
      <w:r>
        <w:t>hota yeh hai ke jo sachai hai us mein milawatein hoti rehti hain, milawat.</w:t>
      </w:r>
    </w:p>
    <w:p>
      <w:pPr>
        <w:jc w:val="right"/>
      </w:pPr>
      <w:r>
        <w:t>ہوتا یہ ہے کہ جو سچائی ہے اس میں ملاوٹیں ہوتی رہتی ہیں، ملاوٹ۔</w:t>
      </w:r>
    </w:p>
    <w:p>
      <w:r>
        <w:rPr>
          <w:b/>
        </w:rPr>
        <w:t xml:space="preserve">[11:41] </w:t>
      </w:r>
      <w:r>
        <w:t>communal soch is mein milawat kar deti hai, political soch se milawat aa jati hai is mein,</w:t>
      </w:r>
    </w:p>
    <w:p>
      <w:pPr>
        <w:jc w:val="right"/>
      </w:pPr>
      <w:r>
        <w:t>کمیونل سوچ اس میں ملاوٹ کر دیتی ہے، پولیٹیکل سوچ سے ملاوٹ آ جاتی ہے اس میں،</w:t>
      </w:r>
    </w:p>
    <w:p>
      <w:r>
        <w:rPr>
          <w:b/>
        </w:rPr>
        <w:t xml:space="preserve">[11:48] </w:t>
      </w:r>
      <w:r>
        <w:t>materialist soch se milawat aa jati hai is mein.</w:t>
      </w:r>
    </w:p>
    <w:p>
      <w:pPr>
        <w:jc w:val="right"/>
      </w:pPr>
      <w:r>
        <w:t>مٹیریلسٹ سوچ سے ملاوٹ آ جاتی ہے اس میں۔</w:t>
      </w:r>
    </w:p>
    <w:p>
      <w:r>
        <w:rPr>
          <w:b/>
        </w:rPr>
        <w:t xml:space="preserve">[11:54] </w:t>
      </w:r>
      <w:r>
        <w:t>tarah tarah ki jo soch insan ke andar hoti hai,</w:t>
      </w:r>
    </w:p>
    <w:p>
      <w:pPr>
        <w:jc w:val="right"/>
      </w:pPr>
      <w:r>
        <w:t>طرح طرح کی جو سوچ انسان کے اندر ہوتی ہے،</w:t>
      </w:r>
    </w:p>
    <w:p>
      <w:r>
        <w:rPr>
          <w:b/>
        </w:rPr>
        <w:t xml:space="preserve">[11:59] </w:t>
      </w:r>
      <w:r>
        <w:t>koi community ko le kar soch raha hai, koi political role ko le kar soch raha hai,</w:t>
      </w:r>
    </w:p>
    <w:p>
      <w:pPr>
        <w:jc w:val="right"/>
      </w:pPr>
      <w:r>
        <w:t>کوئی کمیونٹی کو لے کر سوچ رہا ہے، کوئی پولیٹیکل رول کو لے کر سوچ رہا ہے،</w:t>
      </w:r>
    </w:p>
    <w:p>
      <w:r>
        <w:rPr>
          <w:b/>
        </w:rPr>
        <w:t xml:space="preserve">[12:05] </w:t>
      </w:r>
      <w:r>
        <w:t>to apne mindset ke lehaz se har aadmi sochta hai, us ke lehaz se woh mila deta</w:t>
      </w:r>
    </w:p>
    <w:p>
      <w:pPr>
        <w:jc w:val="right"/>
      </w:pPr>
      <w:r>
        <w:t>تو اپنے مائنڈ سیٹ کے لحاظ سے ہر آدمی سوچتا ہے، اس کے لحاظ سے وہ ملا دیتا</w:t>
      </w:r>
    </w:p>
    <w:p>
      <w:r>
        <w:rPr>
          <w:b/>
        </w:rPr>
        <w:t xml:space="preserve">[12:12] </w:t>
      </w:r>
      <w:r>
        <w:t>hai, milawat kar deta hai.</w:t>
      </w:r>
    </w:p>
    <w:p>
      <w:pPr>
        <w:jc w:val="right"/>
      </w:pPr>
      <w:r>
        <w:t>ہے، ملاوٹ کر دیتا ہے۔</w:t>
      </w:r>
    </w:p>
    <w:p>
      <w:r>
        <w:rPr>
          <w:b/>
        </w:rPr>
        <w:t xml:space="preserve">[12:15] </w:t>
      </w:r>
      <w:r>
        <w:t>us ke lehaz se milawat kar deta hai.</w:t>
      </w:r>
    </w:p>
    <w:p>
      <w:pPr>
        <w:jc w:val="right"/>
      </w:pPr>
      <w:r>
        <w:t>اس کے لحاظ سے ملاوٹ کر دیتا ہے۔</w:t>
      </w:r>
    </w:p>
    <w:p>
      <w:r>
        <w:rPr>
          <w:b/>
        </w:rPr>
        <w:t xml:space="preserve">[12:20] </w:t>
      </w:r>
      <w:r>
        <w:t>misalan jin logon ne yeh kaha ke islam</w:t>
      </w:r>
    </w:p>
    <w:p>
      <w:pPr>
        <w:jc w:val="right"/>
      </w:pPr>
      <w:r>
        <w:t>مثلاً جن لوگوں نے یہ کہا کہ اسلام</w:t>
      </w:r>
    </w:p>
    <w:p>
      <w:r>
        <w:rPr>
          <w:b/>
        </w:rPr>
        <w:t xml:space="preserve">[12:23] </w:t>
      </w:r>
      <w:r>
        <w:t>ka mission islami hukumat ka qaim karna hai, to un ki soch, political soch pehle se thi, is</w:t>
      </w:r>
    </w:p>
    <w:p>
      <w:pPr>
        <w:jc w:val="right"/>
      </w:pPr>
      <w:r>
        <w:t>کا مشن اسلامی حکومت کا قائم کرنا ہے، تو ان کی سوچ، پولیٹیکل سوچ پہلے سے تھی، اس</w:t>
      </w:r>
    </w:p>
    <w:p>
      <w:r>
        <w:rPr>
          <w:b/>
        </w:rPr>
        <w:t xml:space="preserve">[12:29] </w:t>
      </w:r>
      <w:r>
        <w:t>ko le kar unhon ne islam</w:t>
      </w:r>
    </w:p>
    <w:p>
      <w:pPr>
        <w:jc w:val="right"/>
      </w:pPr>
      <w:r>
        <w:t>کو لے کر انہوں نے اسلام</w:t>
      </w:r>
    </w:p>
    <w:p>
      <w:r>
        <w:rPr>
          <w:b/>
        </w:rPr>
        <w:t xml:space="preserve">[12:32] </w:t>
      </w:r>
      <w:r>
        <w:t>ko keh diya ke islam hukumat chahta hai. to islam nahi chahta.</w:t>
      </w:r>
    </w:p>
    <w:p>
      <w:pPr>
        <w:jc w:val="right"/>
      </w:pPr>
      <w:r>
        <w:t>کو کہہ دیا کہ اسلام حکومت چاہتا ہے۔ تو اسلام نہیں چاہتا۔</w:t>
      </w:r>
    </w:p>
    <w:p>
      <w:r>
        <w:rPr>
          <w:b/>
        </w:rPr>
        <w:t xml:space="preserve">[12:38] </w:t>
      </w:r>
      <w:r>
        <w:t>un ke mindset tha, un ke mind mein baitha hua tha ke sab se bari cheez to</w:t>
      </w:r>
    </w:p>
    <w:p>
      <w:pPr>
        <w:jc w:val="right"/>
      </w:pPr>
      <w:r>
        <w:t>ان کے مائنڈ سیٹ تھا، ان کے مائنڈ میں بیٹھا ہوا تھا کہ سب سے بڑی چیز تو</w:t>
      </w:r>
    </w:p>
    <w:p>
      <w:r>
        <w:rPr>
          <w:b/>
        </w:rPr>
        <w:t xml:space="preserve">[12:42] </w:t>
      </w:r>
      <w:r>
        <w:t>hukumat hai, to unhon ne keh diya ke islam hukumat chahta hai.</w:t>
      </w:r>
    </w:p>
    <w:p>
      <w:pPr>
        <w:jc w:val="right"/>
      </w:pPr>
      <w:r>
        <w:t>حکومت ہے، تو انہوں نے کہہ دیا کہ اسلام حکومت چاہتا ہے۔</w:t>
      </w:r>
    </w:p>
    <w:p>
      <w:r>
        <w:rPr>
          <w:b/>
        </w:rPr>
        <w:t xml:space="preserve">[12:48] </w:t>
      </w:r>
      <w:r>
        <w:t>to jo followers hain, followers ka mindset hota hai apna, us mindset ke is wajah se</w:t>
      </w:r>
    </w:p>
    <w:p>
      <w:pPr>
        <w:jc w:val="right"/>
      </w:pPr>
      <w:r>
        <w:t>تو جو فالوورز ہیں، فالوورز کا مائنڈ سیٹ ہوتا ہے اپنا، اس مائنڈ سیٹ کے اس وجہ سے</w:t>
      </w:r>
    </w:p>
    <w:p>
      <w:r>
        <w:rPr>
          <w:b/>
        </w:rPr>
        <w:t xml:space="preserve">[12:57] </w:t>
      </w:r>
      <w:r>
        <w:t>us ko interpret karte hain, to woh milawatein ho jati hain, milawatein ho jati hain. to tamam mazahibon</w:t>
      </w:r>
    </w:p>
    <w:p>
      <w:pPr>
        <w:jc w:val="right"/>
      </w:pPr>
      <w:r>
        <w:t>اس کو انٹرپریٹیٹ کرتے ہیں، تو وہ ملاوٹیں ہو جاتی ہیں، ملاوٹیں ہو جاتی ہیں۔ تو تمام مذہبوں</w:t>
      </w:r>
    </w:p>
    <w:p>
      <w:r>
        <w:rPr>
          <w:b/>
        </w:rPr>
        <w:t xml:space="preserve">[13:04] </w:t>
      </w:r>
      <w:r>
        <w:t>mein milawatein ho gayin.</w:t>
      </w:r>
    </w:p>
    <w:p>
      <w:pPr>
        <w:jc w:val="right"/>
      </w:pPr>
      <w:r>
        <w:t>میں ملاوٹیں ہو گئیں۔</w:t>
      </w:r>
    </w:p>
    <w:p>
      <w:r>
        <w:rPr>
          <w:b/>
        </w:rPr>
        <w:t xml:space="preserve">[13:06] </w:t>
      </w:r>
      <w:r>
        <w:t>rasool Allah ke zamane mein, is se pehle jo bohat se mazahib aaye the</w:t>
      </w:r>
    </w:p>
    <w:p>
      <w:pPr>
        <w:jc w:val="right"/>
      </w:pPr>
      <w:r>
        <w:t>رسول اللہ کے زمانے میں، اس سے پہلے جو بہت سے مذہب آئے تھے</w:t>
      </w:r>
    </w:p>
    <w:p>
      <w:r>
        <w:rPr>
          <w:b/>
        </w:rPr>
        <w:t xml:space="preserve">[13:11] </w:t>
      </w:r>
      <w:r>
        <w:t>aur un ke manane wale maujood the, lekin sab mein milawatein aa gayi thin, milawatein.</w:t>
      </w:r>
    </w:p>
    <w:p>
      <w:pPr>
        <w:jc w:val="right"/>
      </w:pPr>
      <w:r>
        <w:t>اور ان کے ماننے والے موجود تھے، لیکن سب میں ملاوٹیں آ گئی تھیں، ملاوٹیں۔</w:t>
      </w:r>
    </w:p>
    <w:p>
      <w:r>
        <w:rPr>
          <w:b/>
        </w:rPr>
        <w:t xml:space="preserve">[13:20] </w:t>
      </w:r>
      <w:r>
        <w:t>to rasool Allah sal Allah aleh wasalam jo mazhab laye, jo deen laye, jo quran laye,</w:t>
      </w:r>
    </w:p>
    <w:p>
      <w:pPr>
        <w:jc w:val="right"/>
      </w:pPr>
      <w:r>
        <w:t>تو رسول اللہ صلی اللہ علیہ وسلم جو مذہب لائے، جو دین لائے، جو قرآن لائے،</w:t>
      </w:r>
    </w:p>
    <w:p>
      <w:r>
        <w:rPr>
          <w:b/>
        </w:rPr>
        <w:t xml:space="preserve">[13:26] </w:t>
      </w:r>
      <w:r>
        <w:t>is mein Allah taala ne tamam milawaton ko alag kar ke sachai ko bilkul pure shakal mein bata</w:t>
      </w:r>
    </w:p>
    <w:p>
      <w:pPr>
        <w:jc w:val="right"/>
      </w:pPr>
      <w:r>
        <w:t>اس میں اللہ تعالیٰ نے تمام ملاوٹوں کو الگ کر کے سچائی کو بالکل پیور شکل میں بتا</w:t>
      </w:r>
    </w:p>
    <w:p>
      <w:r>
        <w:rPr>
          <w:b/>
        </w:rPr>
        <w:t xml:space="preserve">[13:34] </w:t>
      </w:r>
      <w:r>
        <w:t>diya. Yeh matlab tha</w:t>
      </w:r>
    </w:p>
    <w:p>
      <w:pPr>
        <w:jc w:val="right"/>
      </w:pPr>
      <w:r>
        <w:t>دیا۔ یہ مطلب تھا</w:t>
      </w:r>
    </w:p>
    <w:p>
      <w:r>
        <w:rPr>
          <w:b/>
        </w:rPr>
        <w:t xml:space="preserve">[13:39] </w:t>
      </w:r>
      <w:r>
        <w:t>ke main jo deen laya hoon is mein pure sachai hai, koi milawat nahi hai,</w:t>
      </w:r>
    </w:p>
    <w:p>
      <w:pPr>
        <w:jc w:val="right"/>
      </w:pPr>
      <w:r>
        <w:t>کہ میں جو دین لایا ہوں اس میں پیور سچائی ہے، کوئی ملاوٹ نہیں ہے،</w:t>
      </w:r>
    </w:p>
    <w:p>
      <w:r>
        <w:rPr>
          <w:b/>
        </w:rPr>
        <w:t xml:space="preserve">[13:46] </w:t>
      </w:r>
      <w:r>
        <w:t>aur jahan pure sachai ho wahan har ek us ko manne par majboor ho jata hai.</w:t>
      </w:r>
    </w:p>
    <w:p>
      <w:pPr>
        <w:jc w:val="right"/>
      </w:pPr>
      <w:r>
        <w:t>اور جہاں پیور سچائی ہو وہاں ہر ایک اس کو ماننے پر مجبور ہو جاتا ہے۔</w:t>
      </w:r>
    </w:p>
    <w:p>
      <w:r>
        <w:rPr>
          <w:b/>
        </w:rPr>
        <w:t xml:space="preserve">[13:53] </w:t>
      </w:r>
      <w:r>
        <w:t>to hamara jo mission hai, ya Allah taala ne millat e muslema ko jo mission diya hai, us ki</w:t>
      </w:r>
    </w:p>
    <w:p>
      <w:pPr>
        <w:jc w:val="right"/>
      </w:pPr>
      <w:r>
        <w:t>تو ہمارا جو مشن ہے، یا اللہ تعالیٰ نے ملت مسلمہ کو جو مشن دیا ہے، اس کی</w:t>
      </w:r>
    </w:p>
    <w:p>
      <w:r>
        <w:rPr>
          <w:b/>
        </w:rPr>
        <w:t xml:space="preserve">[14:01] </w:t>
      </w:r>
      <w:r>
        <w:t>khas yahi ke is kalma e wahida ko le ke utha hai.</w:t>
      </w:r>
    </w:p>
    <w:p>
      <w:pPr>
        <w:jc w:val="right"/>
      </w:pPr>
      <w:r>
        <w:t>خاص یہی کہ اس کلمہ واحدہ کو لے کے اٹھا ہے۔</w:t>
      </w:r>
    </w:p>
    <w:p>
      <w:r>
        <w:rPr>
          <w:b/>
        </w:rPr>
        <w:t xml:space="preserve">[14:05] </w:t>
      </w:r>
      <w:r>
        <w:t>agar sachai ke sath uthe to</w:t>
      </w:r>
    </w:p>
    <w:p>
      <w:pPr>
        <w:jc w:val="right"/>
      </w:pPr>
      <w:r>
        <w:t>اگر سچائی کے ساتھ اٹھے تو</w:t>
      </w:r>
    </w:p>
    <w:p>
      <w:r>
        <w:rPr>
          <w:b/>
        </w:rPr>
        <w:t xml:space="preserve">[14:09] </w:t>
      </w:r>
      <w:r>
        <w:t>sirf quraani mission aap le ke uthein,</w:t>
      </w:r>
    </w:p>
    <w:p>
      <w:pPr>
        <w:jc w:val="right"/>
      </w:pPr>
      <w:r>
        <w:t>صرف قرآنی مشن آپ لے کے اٹھیں،</w:t>
      </w:r>
    </w:p>
    <w:p>
      <w:r>
        <w:rPr>
          <w:b/>
        </w:rPr>
        <w:t xml:space="preserve">[14:12] </w:t>
      </w:r>
      <w:r>
        <w:t>sirf quraani, is mein koi milawat na karein, kyunke quran ke text mein to milawatein nahi ki logon</w:t>
      </w:r>
    </w:p>
    <w:p>
      <w:pPr>
        <w:jc w:val="right"/>
      </w:pPr>
      <w:r>
        <w:t>صرف قرآنی، اس میں کوئی ملاوٹ نہ کریں، کیونکہ قرآن کے ٹیکسٹ میں تو ملاوٹیں نہیں کی لوگوں</w:t>
      </w:r>
    </w:p>
    <w:p>
      <w:r>
        <w:rPr>
          <w:b/>
        </w:rPr>
        <w:t xml:space="preserve">[14:18] </w:t>
      </w:r>
      <w:r>
        <w:t>نے، وہاں وہ اللہ تعالیٰ کی طرف سے ان کو اجازت دی تھی کریں ملاوٹ، لیکن complaint, comment,</w:t>
      </w:r>
    </w:p>
    <w:p>
      <w:pPr>
        <w:jc w:val="right"/>
      </w:pPr>
      <w:r>
        <w:t>نے، وہاں وہ اللہ تعالیٰ کی طرف سے ان کو اجازت دی تھی کریں ملاوٹ، لیکن کمپینٹ، کمنٹ،</w:t>
      </w:r>
    </w:p>
    <w:p>
      <w:r>
        <w:rPr>
          <w:b/>
        </w:rPr>
        <w:t xml:space="preserve">[14:30] </w:t>
      </w:r>
      <w:r>
        <w:t>lekin is ke interpretation mein sari milawatein kar di unhon ne.</w:t>
      </w:r>
    </w:p>
    <w:p>
      <w:pPr>
        <w:jc w:val="right"/>
      </w:pPr>
      <w:r>
        <w:t>لیکن اس کے انٹرپریٹیشن میں ساری ملاوٹیں کر دی انہوں نے۔</w:t>
      </w:r>
    </w:p>
    <w:p>
      <w:r>
        <w:rPr>
          <w:b/>
        </w:rPr>
        <w:t xml:space="preserve">[14:35] </w:t>
      </w:r>
      <w:r>
        <w:t>to main yeh kaha karta hoon ke matan mein to matan mein to milawat nahi ki, hashiye mein</w:t>
      </w:r>
    </w:p>
    <w:p>
      <w:pPr>
        <w:jc w:val="right"/>
      </w:pPr>
      <w:r>
        <w:t>تو میں یہ کہا کرتا ہوں کہ متن میں تو متن میں تو ملاوٹ نہیں کی، حاشیہ میں</w:t>
      </w:r>
    </w:p>
    <w:p>
      <w:r>
        <w:rPr>
          <w:b/>
        </w:rPr>
        <w:t xml:space="preserve">[14:40] </w:t>
      </w:r>
      <w:r>
        <w:t>kar diya unhon ne,</w:t>
      </w:r>
    </w:p>
    <w:p>
      <w:pPr>
        <w:jc w:val="right"/>
      </w:pPr>
      <w:r>
        <w:t>کر دیا انہوں نے،</w:t>
      </w:r>
    </w:p>
    <w:p>
      <w:r>
        <w:rPr>
          <w:b/>
        </w:rPr>
        <w:t xml:space="preserve">[14:42] </w:t>
      </w:r>
      <w:r>
        <w:t>yani matan mein to koi nahi shamil kar sakte,</w:t>
      </w:r>
    </w:p>
    <w:p>
      <w:pPr>
        <w:jc w:val="right"/>
      </w:pPr>
      <w:r>
        <w:t>یعنی متن میں تو کوئی نہیں شامل کر سکتے،</w:t>
      </w:r>
    </w:p>
    <w:p>
      <w:r>
        <w:rPr>
          <w:b/>
        </w:rPr>
        <w:t xml:space="preserve">[14:49] </w:t>
      </w:r>
      <w:r>
        <w:t>لیکن حاشیہ میں کر دیا، یعنی ٹیکسٹ میں نہیں کر سکتے تھے تو انہوں نے interpretation میں کر</w:t>
      </w:r>
    </w:p>
    <w:p>
      <w:pPr>
        <w:jc w:val="right"/>
      </w:pPr>
      <w:r>
        <w:t>لیکن حاشیہ میں کر دیا، یعنی ٹیکسٹ میں نہیں کر سکتے تھے تو انہوں نے انٹرپریٹیشن میں کر</w:t>
      </w:r>
    </w:p>
    <w:p>
      <w:r>
        <w:rPr>
          <w:b/>
        </w:rPr>
        <w:t xml:space="preserve">[14:55] </w:t>
      </w:r>
      <w:r>
        <w:t>diya. To jab bhi ummat ya ummat ka koi group</w:t>
      </w:r>
    </w:p>
    <w:p>
      <w:pPr>
        <w:jc w:val="right"/>
      </w:pPr>
      <w:r>
        <w:t>دیا۔ تو جب بھی امت یا امت کا کوئی گروپ</w:t>
      </w:r>
    </w:p>
    <w:p>
      <w:r>
        <w:rPr>
          <w:b/>
        </w:rPr>
        <w:t xml:space="preserve">[15:05] </w:t>
      </w:r>
      <w:r>
        <w:t>pure islam ke liye khara hoga, pure islam,</w:t>
      </w:r>
    </w:p>
    <w:p>
      <w:pPr>
        <w:jc w:val="right"/>
      </w:pPr>
      <w:r>
        <w:t>پیور اسلام کے لیے کھڑا ہوگا، پیور اسلام،</w:t>
      </w:r>
    </w:p>
    <w:p>
      <w:r>
        <w:rPr>
          <w:b/>
        </w:rPr>
        <w:t xml:space="preserve">[15:10] </w:t>
      </w:r>
      <w:r>
        <w:t>is mein koi milawat na ho,</w:t>
      </w:r>
    </w:p>
    <w:p>
      <w:pPr>
        <w:jc w:val="right"/>
      </w:pPr>
      <w:r>
        <w:t>اس میں کوئی ملاوٹ نہ ہو،</w:t>
      </w:r>
    </w:p>
    <w:p>
      <w:r>
        <w:rPr>
          <w:b/>
        </w:rPr>
        <w:t xml:space="preserve">[15:13] </w:t>
      </w:r>
      <w:r>
        <w:t>کوئی images نہ ہو، تو وہ دل کو ایڈریس کرتا ہے۔</w:t>
      </w:r>
    </w:p>
    <w:p>
      <w:pPr>
        <w:jc w:val="right"/>
      </w:pPr>
      <w:r>
        <w:t>کوئی امجز نہ ہو، تو وہ دل کو ایڈریس کرتا ہے۔</w:t>
      </w:r>
    </w:p>
    <w:p>
      <w:r>
        <w:rPr>
          <w:b/>
        </w:rPr>
        <w:t xml:space="preserve">[15:18] </w:t>
      </w:r>
      <w:r>
        <w:t>jahan milawat khatam ho jaye, pure sachai reh jaye, to pure sachai dil ko address karti hai,</w:t>
      </w:r>
    </w:p>
    <w:p>
      <w:pPr>
        <w:jc w:val="right"/>
      </w:pPr>
      <w:r>
        <w:t>جہاں ملاوٹ ختم ہو جائے، پیور سچائی رہ جائے، تو پیور سچائی دل کو ایڈریس کرتی ہے،</w:t>
      </w:r>
    </w:p>
    <w:p>
      <w:r>
        <w:rPr>
          <w:b/>
        </w:rPr>
        <w:t xml:space="preserve">[15:27] </w:t>
      </w:r>
      <w:r>
        <w:t>to aam aadmi manne par majboor ho jata hai.</w:t>
      </w:r>
    </w:p>
    <w:p>
      <w:pPr>
        <w:jc w:val="right"/>
      </w:pPr>
      <w:r>
        <w:t>تو عام آدمی ماننے پر مجبور ہو جاتا ہے۔</w:t>
      </w:r>
    </w:p>
    <w:p>
      <w:r>
        <w:rPr>
          <w:b/>
        </w:rPr>
        <w:t xml:space="preserve">[15:33] </w:t>
      </w:r>
      <w:r>
        <w:t>to aaj main subah yeh sab soch raha tha</w:t>
      </w:r>
    </w:p>
    <w:p>
      <w:pPr>
        <w:jc w:val="right"/>
      </w:pPr>
      <w:r>
        <w:t>تو آج میں صبح یہ سب سوچ رہا تھا</w:t>
      </w:r>
    </w:p>
    <w:p>
      <w:r>
        <w:rPr>
          <w:b/>
        </w:rPr>
        <w:t xml:space="preserve">[15:37] </w:t>
      </w:r>
      <w:r>
        <w:t>ke ek bohat bari baat samajh mein aayi, bohat bari baat,</w:t>
      </w:r>
    </w:p>
    <w:p>
      <w:pPr>
        <w:jc w:val="right"/>
      </w:pPr>
      <w:r>
        <w:t>کہ ایک بہت بڑی بات سمجھ میں آئی، بہت بڑی بات،</w:t>
      </w:r>
    </w:p>
    <w:p>
      <w:r>
        <w:rPr>
          <w:b/>
        </w:rPr>
        <w:t xml:space="preserve">[15:44] </w:t>
      </w:r>
      <w:r>
        <w:t>woh yeh ke sari dunya ke musalman ehsas e mehroomi mein jee rahe hain,</w:t>
      </w:r>
    </w:p>
    <w:p>
      <w:pPr>
        <w:jc w:val="right"/>
      </w:pPr>
      <w:r>
        <w:t>وہ یہ کہ ساری دنیا کے مسلمان احساس محرومی میں جی رہے ہیں،</w:t>
      </w:r>
    </w:p>
    <w:p>
      <w:r>
        <w:rPr>
          <w:b/>
        </w:rPr>
        <w:t xml:space="preserve">[15:50] </w:t>
      </w:r>
      <w:r>
        <w:t>احساس محرومی, ہمارا ایمپائر چھوٹ گیا, ہماری سورہ عائشہ ختم ہو گئی, ہماری برتری جو تھی وہ باقی</w:t>
      </w:r>
    </w:p>
    <w:p>
      <w:pPr>
        <w:jc w:val="right"/>
      </w:pPr>
      <w:r>
        <w:t>احساس محرومی، ہمارا ایمپائر چھوٹ گیا، ہماری سورہ عائشہ ختم ہو گئی، ہماری برتری جو تھی وہ باقی</w:t>
      </w:r>
    </w:p>
    <w:p>
      <w:r>
        <w:rPr>
          <w:b/>
        </w:rPr>
        <w:t xml:space="preserve">[15:59] </w:t>
      </w:r>
      <w:r>
        <w:t>nahi rahi, yeh sab baatein.</w:t>
      </w:r>
    </w:p>
    <w:p>
      <w:pPr>
        <w:jc w:val="right"/>
      </w:pPr>
      <w:r>
        <w:t>نہیں رہی، یہ سب باتیں۔</w:t>
      </w:r>
    </w:p>
    <w:p>
      <w:r>
        <w:rPr>
          <w:b/>
        </w:rPr>
        <w:t xml:space="preserve">[16:03] </w:t>
      </w:r>
      <w:r>
        <w:t>jitne bhi musalman main dekhta hoon India ke andar, India ke bahar, to sab sense of loss mein</w:t>
      </w:r>
    </w:p>
    <w:p>
      <w:pPr>
        <w:jc w:val="right"/>
      </w:pPr>
      <w:r>
        <w:t>جتنے بھی مسلمان میں دیکھتا ہوں انڈیا کے اندر، انڈیا کے باہر، تو سب سینس آف لاس میں</w:t>
      </w:r>
    </w:p>
    <w:p>
      <w:r>
        <w:rPr>
          <w:b/>
        </w:rPr>
        <w:t xml:space="preserve">[16:10] </w:t>
      </w:r>
      <w:r>
        <w:t>جی رہے ہیں، sense of loss, L.O. double S. loss,</w:t>
      </w:r>
    </w:p>
    <w:p>
      <w:pPr>
        <w:jc w:val="right"/>
      </w:pPr>
      <w:r>
        <w:t>جی رہے ہیں، سینس آف لاس، ایل او ڈبل ایس لاس،</w:t>
      </w:r>
    </w:p>
    <w:p>
      <w:r>
        <w:rPr>
          <w:b/>
        </w:rPr>
        <w:t xml:space="preserve">[16:21] </w:t>
      </w:r>
      <w:r>
        <w:t>yani loss ka matlab yeh hai ke mughal rule khatam ho gaya, turki ki khilafat khatam ho gayi,</w:t>
      </w:r>
    </w:p>
    <w:p>
      <w:pPr>
        <w:jc w:val="right"/>
      </w:pPr>
      <w:r>
        <w:t>یعنی لاس کا مطلب یہ ہے کہ مغل رول ختم ہو گیا، ترکی کی خلافت ختم ہو گئی،</w:t>
      </w:r>
    </w:p>
    <w:p>
      <w:r>
        <w:rPr>
          <w:b/>
        </w:rPr>
        <w:t xml:space="preserve">[16:30] </w:t>
      </w:r>
      <w:r>
        <w:t>abbasi hukumat khatm ho gayi,</w:t>
      </w:r>
    </w:p>
    <w:p>
      <w:pPr>
        <w:jc w:val="right"/>
      </w:pPr>
      <w:r>
        <w:t>عباسی حکومت ختم ہو گئی،</w:t>
      </w:r>
    </w:p>
    <w:p>
      <w:r>
        <w:rPr>
          <w:b/>
        </w:rPr>
        <w:t xml:space="preserve">[16:33] </w:t>
      </w:r>
      <w:r>
        <w:t>ispen ki hukumat khatm ho gayi, is tarah se jo surah aisha musalmanon ne banai thi baghdad mein,</w:t>
      </w:r>
    </w:p>
    <w:p>
      <w:pPr>
        <w:jc w:val="right"/>
      </w:pPr>
      <w:r>
        <w:t>اسپین کی حکومت ختم ہو گئی، اس طرح سے جو سورہ عائشہ مسلمانوں نے بنائی تھی بغداد میں،</w:t>
      </w:r>
    </w:p>
    <w:p>
      <w:r>
        <w:rPr>
          <w:b/>
        </w:rPr>
        <w:t xml:space="preserve">[16:38] </w:t>
      </w:r>
      <w:r>
        <w:t>qurtuba mein, wo khatm ho gayi. yahi logon ke dimaghon mein bhara hua hai,</w:t>
      </w:r>
    </w:p>
    <w:p>
      <w:pPr>
        <w:jc w:val="right"/>
      </w:pPr>
      <w:r>
        <w:t>قرطبہ میں، وہ ختم ہو گئی۔ یہی لوگوں کے دماغوں میں بھرا ہوا ہے،</w:t>
      </w:r>
    </w:p>
    <w:p>
      <w:r>
        <w:rPr>
          <w:b/>
        </w:rPr>
        <w:t xml:space="preserve">[16:44] </w:t>
      </w:r>
      <w:r>
        <w:t>is ko main keh raha hoon sense of loss.</w:t>
      </w:r>
    </w:p>
    <w:p>
      <w:pPr>
        <w:jc w:val="right"/>
      </w:pPr>
      <w:r>
        <w:t>اس کو میں کہہ رہا ہوں سینس آف لاس۔</w:t>
      </w:r>
    </w:p>
    <w:p>
      <w:r>
        <w:rPr>
          <w:b/>
        </w:rPr>
        <w:t xml:space="preserve">[16:50] </w:t>
      </w:r>
      <w:r>
        <w:t>to sari dunya ke musalman kis mein jee rahe hain? sense of loss mein.</w:t>
      </w:r>
    </w:p>
    <w:p>
      <w:pPr>
        <w:jc w:val="right"/>
      </w:pPr>
      <w:r>
        <w:t>تو ساری دنیا کے مسلمان کس میں جی رہے ہیں؟ سینس آف لاس میں۔</w:t>
      </w:r>
    </w:p>
    <w:p>
      <w:r>
        <w:rPr>
          <w:b/>
        </w:rPr>
        <w:t xml:space="preserve">[16:55] </w:t>
      </w:r>
      <w:r>
        <w:t>is mein nahi jee rahe ke kalma wahida jo Allah taala ke zariye rasool Allah ko mila tha,</w:t>
      </w:r>
    </w:p>
    <w:p>
      <w:pPr>
        <w:jc w:val="right"/>
      </w:pPr>
      <w:r>
        <w:t>اس میں نہیں جی رہے کہ کلمہ واحدہ جو اللہ تعالیٰ کے ذریعے رسول اللہ کو ملا تھا،</w:t>
      </w:r>
    </w:p>
    <w:p>
      <w:r>
        <w:rPr>
          <w:b/>
        </w:rPr>
        <w:t xml:space="preserve">[17:00] </w:t>
      </w:r>
      <w:r>
        <w:t>wo kalma wahida hamare paas hai, wo to sab se bari cheez hai jo already hamare paas hai.</w:t>
      </w:r>
    </w:p>
    <w:p>
      <w:pPr>
        <w:jc w:val="right"/>
      </w:pPr>
      <w:r>
        <w:t>وہ کلمہ واحدہ ہمارے پاس ہے، وہ تو سب سے بڑی چیز ہے جو الریڈی ہمارے پاس ہے۔</w:t>
      </w:r>
    </w:p>
    <w:p>
      <w:r>
        <w:rPr>
          <w:b/>
        </w:rPr>
        <w:t xml:space="preserve">[17:07] </w:t>
      </w:r>
      <w:r>
        <w:t>to jab aap sense of loss mein jiyen to psychologically kya hota hai?</w:t>
      </w:r>
    </w:p>
    <w:p>
      <w:pPr>
        <w:jc w:val="right"/>
      </w:pPr>
      <w:r>
        <w:t>تو جب آپ سینس آف لاس میں جیئیں تو سائیکولوجیکلی کیا ہوتا ہے؟</w:t>
      </w:r>
    </w:p>
    <w:p>
      <w:r>
        <w:rPr>
          <w:b/>
        </w:rPr>
        <w:t xml:space="preserve">[17:14] </w:t>
      </w:r>
      <w:r>
        <w:t>aap ka mind sochne lagta hai ke hamare paas to dene ke liye kuch nahi hai,</w:t>
      </w:r>
    </w:p>
    <w:p>
      <w:pPr>
        <w:jc w:val="right"/>
      </w:pPr>
      <w:r>
        <w:t>آپ کا مائنڈ سوچنے لگتا ہے کہ ہمارے پاس تو دینے کے لیے کچھ نہیں ہے،</w:t>
      </w:r>
    </w:p>
    <w:p>
      <w:r>
        <w:rPr>
          <w:b/>
        </w:rPr>
        <w:t xml:space="preserve">[17:21] </w:t>
      </w:r>
      <w:r>
        <w:t>hamare paas dene ke liye kuch nahi, jo tha wo to chhin gaya, jo tha wo to chhin</w:t>
      </w:r>
    </w:p>
    <w:p>
      <w:pPr>
        <w:jc w:val="right"/>
      </w:pPr>
      <w:r>
        <w:t>ہمارے پاس دینے کے لیے کچھ نہیں، جو تھا وہ تو چھن گیا، جو تھا وہ تو چھن</w:t>
      </w:r>
    </w:p>
    <w:p>
      <w:r>
        <w:rPr>
          <w:b/>
        </w:rPr>
        <w:t xml:space="preserve">[17:26] </w:t>
      </w:r>
      <w:r>
        <w:t>gaya, hamare paas baghdad aur qurtuba mein surah aisha thi, wo chhin gayi, turki mein khilafat thi, wo</w:t>
      </w:r>
    </w:p>
    <w:p>
      <w:pPr>
        <w:jc w:val="right"/>
      </w:pPr>
      <w:r>
        <w:t>گیا، ہمارے پاس بغداد اور قرطبہ میں سورہ عائشہ تھی، وہ چھن گئی، ترکی میں خلافت تھی، وہ</w:t>
      </w:r>
    </w:p>
    <w:p>
      <w:r>
        <w:rPr>
          <w:b/>
        </w:rPr>
        <w:t xml:space="preserve">[17:32] </w:t>
      </w:r>
      <w:r>
        <w:t>chhin gayi, india mein mughal role tha, wo chhin gaya.</w:t>
      </w:r>
    </w:p>
    <w:p>
      <w:pPr>
        <w:jc w:val="right"/>
      </w:pPr>
      <w:r>
        <w:t>چھن گئی، انڈیا میں مغل رول تھا، وہ چھن گیا۔</w:t>
      </w:r>
    </w:p>
    <w:p>
      <w:r>
        <w:rPr>
          <w:b/>
        </w:rPr>
        <w:t xml:space="preserve">[17:36] </w:t>
      </w:r>
      <w:r>
        <w:t>to ab kya hum dunya ko den? kya</w:t>
      </w:r>
    </w:p>
    <w:p>
      <w:pPr>
        <w:jc w:val="right"/>
      </w:pPr>
      <w:r>
        <w:t>تو اب کیا ہم دنیا کو دیں؟ کیا</w:t>
      </w:r>
    </w:p>
    <w:p>
      <w:r>
        <w:rPr>
          <w:b/>
        </w:rPr>
        <w:t xml:space="preserve">[17:41] </w:t>
      </w:r>
      <w:r>
        <w:t>to yaad rakhiye, quran ka yeh bhi ek qanoon hai ke</w:t>
      </w:r>
    </w:p>
    <w:p>
      <w:pPr>
        <w:jc w:val="right"/>
      </w:pPr>
      <w:r>
        <w:t>تو یاد رکھیے، قرآن کا یہ بھی ایک قانون ہے کہ</w:t>
      </w:r>
    </w:p>
    <w:p>
      <w:r>
        <w:rPr>
          <w:b/>
        </w:rPr>
        <w:t xml:space="preserve">[17:48] </w:t>
      </w:r>
      <w:r>
        <w:t>jo giver hota hai, giver</w:t>
      </w:r>
    </w:p>
    <w:p>
      <w:pPr>
        <w:jc w:val="right"/>
      </w:pPr>
      <w:r>
        <w:t>جو گیور ہوتا ہے، گیور</w:t>
      </w:r>
    </w:p>
    <w:p>
      <w:r>
        <w:rPr>
          <w:b/>
        </w:rPr>
        <w:t xml:space="preserve">[17:50] </w:t>
      </w:r>
      <w:r>
        <w:t>usi ko dunya mein qayam milta hai, establishment milta hai.</w:t>
      </w:r>
    </w:p>
    <w:p>
      <w:pPr>
        <w:jc w:val="right"/>
      </w:pPr>
      <w:r>
        <w:t>اسی کو دنیا میں قیام ملتا ہے، اسٹیبلشمنٹ ملتا ہے۔</w:t>
      </w:r>
    </w:p>
    <w:p>
      <w:r>
        <w:rPr>
          <w:b/>
        </w:rPr>
        <w:t xml:space="preserve">[17:57] </w:t>
      </w:r>
      <w:r>
        <w:t>to musalman is</w:t>
      </w:r>
    </w:p>
    <w:p>
      <w:pPr>
        <w:jc w:val="right"/>
      </w:pPr>
      <w:r>
        <w:t>تو مسلمان اس</w:t>
      </w:r>
    </w:p>
    <w:p>
      <w:r>
        <w:rPr>
          <w:b/>
        </w:rPr>
        <w:t xml:space="preserve">[18:00] </w:t>
      </w:r>
      <w:r>
        <w:t>is ehsas mein jee rahe hain ke hum to</w:t>
      </w:r>
    </w:p>
    <w:p>
      <w:pPr>
        <w:jc w:val="right"/>
      </w:pPr>
      <w:r>
        <w:t>اس احساس میں جی رہے ہیں کہ ہم تو</w:t>
      </w:r>
    </w:p>
    <w:p>
      <w:r>
        <w:rPr>
          <w:b/>
        </w:rPr>
        <w:t xml:space="preserve">[18:04] </w:t>
      </w:r>
      <w:r>
        <w:t>chhin gaya jo tha hamare paas, hum giver to ban nahi sakte, hum to sirf job karo aur</w:t>
      </w:r>
    </w:p>
    <w:p>
      <w:pPr>
        <w:jc w:val="right"/>
      </w:pPr>
      <w:r>
        <w:t>چھن گیا جو تھا ہمارے پاس، ہم گیور تو بن نہیں سکتے، ہم تو صرف جاب کرو اور</w:t>
      </w:r>
    </w:p>
    <w:p>
      <w:r>
        <w:rPr>
          <w:b/>
        </w:rPr>
        <w:t xml:space="preserve">[18:10] </w:t>
      </w:r>
      <w:r>
        <w:t>dunya se jo le sakte ho le lo.</w:t>
      </w:r>
    </w:p>
    <w:p>
      <w:pPr>
        <w:jc w:val="right"/>
      </w:pPr>
      <w:r>
        <w:t>دنیا سے جو لے سکتے ہو لے لو۔</w:t>
      </w:r>
    </w:p>
    <w:p>
      <w:r>
        <w:rPr>
          <w:b/>
        </w:rPr>
        <w:t xml:space="preserve">[18:15] </w:t>
      </w:r>
      <w:r>
        <w:t>to kalma wahida jo aap ne kaha tha, wo agar discover kar len aap</w:t>
      </w:r>
    </w:p>
    <w:p>
      <w:pPr>
        <w:jc w:val="right"/>
      </w:pPr>
      <w:r>
        <w:t>تو کلمہ واحدہ جو آپ نے کہا تھا، وہ اگر ڈسکور کر لیں آپ</w:t>
      </w:r>
    </w:p>
    <w:p>
      <w:r>
        <w:rPr>
          <w:b/>
        </w:rPr>
        <w:t xml:space="preserve">[18:22] </w:t>
      </w:r>
      <w:r>
        <w:t>to aap mehsoos karen ke sab se bari cheez dene ke liye to hamare paas hai, aur kis</w:t>
      </w:r>
    </w:p>
    <w:p>
      <w:pPr>
        <w:jc w:val="right"/>
      </w:pPr>
      <w:r>
        <w:t>تو آپ محسوس کریں کہ سب سے بڑی چیز دینے کے لیے تو ہمارے پاس ہے، اور کس</w:t>
      </w:r>
    </w:p>
    <w:p>
      <w:r>
        <w:rPr>
          <w:b/>
        </w:rPr>
        <w:t xml:space="preserve">[18:27] </w:t>
      </w:r>
      <w:r>
        <w:t>ke paas hai?</w:t>
      </w:r>
    </w:p>
    <w:p>
      <w:pPr>
        <w:jc w:val="right"/>
      </w:pPr>
      <w:r>
        <w:t>کے پاس ہے؟</w:t>
      </w:r>
    </w:p>
    <w:p>
      <w:r>
        <w:rPr>
          <w:b/>
        </w:rPr>
        <w:t xml:space="preserve">[18:31] </w:t>
      </w:r>
      <w:r>
        <w:t>wo kya? Allah ki kitab</w:t>
      </w:r>
    </w:p>
    <w:p>
      <w:pPr>
        <w:jc w:val="right"/>
      </w:pPr>
      <w:r>
        <w:t>وہ کیا؟ اللہ کی کتاب</w:t>
      </w:r>
    </w:p>
    <w:p>
      <w:r>
        <w:rPr>
          <w:b/>
        </w:rPr>
        <w:t xml:space="preserve">[18:35] </w:t>
      </w:r>
      <w:r>
        <w:t>quran, ek hi kitab hai jo</w:t>
      </w:r>
    </w:p>
    <w:p>
      <w:pPr>
        <w:jc w:val="right"/>
      </w:pPr>
      <w:r>
        <w:t>قرآن، ایک ہی کتاب ہے جو</w:t>
      </w:r>
    </w:p>
    <w:p>
      <w:r>
        <w:rPr>
          <w:b/>
        </w:rPr>
        <w:t xml:space="preserve">[18:40] </w:t>
      </w:r>
      <w:r>
        <w:t>preservd book hai, is mein koi zara bhi kami beshi nahi hui. Allah ne bohat si kitaben bhejin,</w:t>
      </w:r>
    </w:p>
    <w:p>
      <w:pPr>
        <w:jc w:val="right"/>
      </w:pPr>
      <w:r>
        <w:t>پریزروڈ بک ہے، اس میں کوئی ذرا بھی کمی بیشی نہیں ہوئی۔ اللہ نے بہت سی کتابیں بھیجیں،</w:t>
      </w:r>
    </w:p>
    <w:p>
      <w:r>
        <w:rPr>
          <w:b/>
        </w:rPr>
        <w:t xml:space="preserve">[18:48] </w:t>
      </w:r>
      <w:r>
        <w:t>lekin sab mein kami beshi ho gayi, alteration ho gaya.</w:t>
      </w:r>
    </w:p>
    <w:p>
      <w:pPr>
        <w:jc w:val="right"/>
      </w:pPr>
      <w:r>
        <w:t>لیکن سب میں کمی بیشی ہو گئی، الٹریشن ہو گیا۔</w:t>
      </w:r>
    </w:p>
    <w:p>
      <w:r>
        <w:rPr>
          <w:b/>
        </w:rPr>
        <w:t xml:space="preserve">[18:55] </w:t>
      </w:r>
      <w:r>
        <w:t>to kaisi anokhi baat hai</w:t>
      </w:r>
    </w:p>
    <w:p>
      <w:pPr>
        <w:jc w:val="right"/>
      </w:pPr>
      <w:r>
        <w:t>تو کیسی انوکھی بات ہے</w:t>
      </w:r>
    </w:p>
    <w:p>
      <w:r>
        <w:rPr>
          <w:b/>
        </w:rPr>
        <w:t xml:space="preserve">[18:58] </w:t>
      </w:r>
      <w:r>
        <w:t>ke ek hi aasmani kitab hai Quran</w:t>
      </w:r>
    </w:p>
    <w:p>
      <w:pPr>
        <w:jc w:val="right"/>
      </w:pPr>
      <w:r>
        <w:t>کہ ایک ہی آسمانی کتاب ہے قرآن</w:t>
      </w:r>
    </w:p>
    <w:p>
      <w:r>
        <w:rPr>
          <w:b/>
        </w:rPr>
        <w:t xml:space="preserve">[19:03] </w:t>
      </w:r>
      <w:r>
        <w:t>jo al Islam ke paas hai, aur woh aaj bhi poori tarah preservd hai. Kaisi ajeeb baat hai!</w:t>
      </w:r>
    </w:p>
    <w:p>
      <w:pPr>
        <w:jc w:val="right"/>
      </w:pPr>
      <w:r>
        <w:t>جو ال اسلام کے پاس ہے، اور وہ آج بھی پوری طرح پریزروڈ ہے۔ کیسی عجیب بات ہے!</w:t>
      </w:r>
    </w:p>
    <w:p>
      <w:r>
        <w:rPr>
          <w:b/>
        </w:rPr>
        <w:t xml:space="preserve">[19:14] </w:t>
      </w:r>
      <w:r>
        <w:t>Sunnat-e-Rasool jis ko hum kehte hain, woh bhi bohat anokhi cheez hai, kyunke jitne anbiya aaye, tamam</w:t>
      </w:r>
    </w:p>
    <w:p>
      <w:pPr>
        <w:jc w:val="right"/>
      </w:pPr>
      <w:r>
        <w:t>سنت رسول جس کو ہم کہتے ہیں، وہ بھی بہت انوکھی چیز ہے، کیونکہ جتنے انبیاء آئے، تمام</w:t>
      </w:r>
    </w:p>
    <w:p>
      <w:r>
        <w:rPr>
          <w:b/>
        </w:rPr>
        <w:t xml:space="preserve">[19:20] </w:t>
      </w:r>
      <w:r>
        <w:t>anbiya ki jo seiratein hain, mehfooz nahi hain, woh</w:t>
      </w:r>
    </w:p>
    <w:p>
      <w:pPr>
        <w:jc w:val="right"/>
      </w:pPr>
      <w:r>
        <w:t>انبیاء کی جو سیرتیں ہیں، محفوظ نہیں ہیں، وہ</w:t>
      </w:r>
    </w:p>
    <w:p>
      <w:r>
        <w:rPr>
          <w:b/>
        </w:rPr>
        <w:t xml:space="preserve">[19:25] </w:t>
      </w:r>
      <w:r>
        <w:t>unki life mehfooz nahi hai. Rasool Allah S.A.W. ne jo kuch kaha, jo kuch</w:t>
      </w:r>
    </w:p>
    <w:p>
      <w:pPr>
        <w:jc w:val="right"/>
      </w:pPr>
      <w:r>
        <w:t>ان کی لائف محفوظ نہیں ہے۔ رسول اللہ صلی اللہ علیہ وسلم نے جو کچھ کہا، جو کچھ</w:t>
      </w:r>
    </w:p>
    <w:p>
      <w:r>
        <w:rPr>
          <w:b/>
        </w:rPr>
        <w:t xml:space="preserve">[19:30] </w:t>
      </w:r>
      <w:r>
        <w:t>kiya, jis ko hum seerat kehte hain, woh bhi mehfooz hai. Yeh jhoota propaganda hai ke kya Hadees</w:t>
      </w:r>
    </w:p>
    <w:p>
      <w:pPr>
        <w:jc w:val="right"/>
      </w:pPr>
      <w:r>
        <w:t>کیا، جس کو ہم سیرت کہتے ہیں، وہ بھی محفوظ ہے۔ یہ جھوٹا پروپگنڈا ہے کہ کیا حدیث</w:t>
      </w:r>
    </w:p>
    <w:p>
      <w:r>
        <w:rPr>
          <w:b/>
        </w:rPr>
        <w:t xml:space="preserve">[19:37] </w:t>
      </w:r>
      <w:r>
        <w:t>mein aisa hua, waisa hua, kuch nahi. Quran bhi mehfooz hai, Hadees bhi mehfooz hai, seerat bhi mehfooz</w:t>
      </w:r>
    </w:p>
    <w:p>
      <w:pPr>
        <w:jc w:val="right"/>
      </w:pPr>
      <w:r>
        <w:t>میں ایسا ہوا، ویسا ہوا، کچھ نہیں۔ قرآن بھی محفوظ ہے، حدیث بھی محفوظ ہے، سیرت بھی محفوظ</w:t>
      </w:r>
    </w:p>
    <w:p>
      <w:r>
        <w:rPr>
          <w:b/>
        </w:rPr>
        <w:t xml:space="preserve">[19:43] </w:t>
      </w:r>
      <w:r>
        <w:t>hai. Mehfooz ka matlab kya hai?</w:t>
      </w:r>
    </w:p>
    <w:p>
      <w:pPr>
        <w:jc w:val="right"/>
      </w:pPr>
      <w:r>
        <w:t>ہے۔ محفوظ کا مطلب کیا ہے؟</w:t>
      </w:r>
    </w:p>
    <w:p>
      <w:r>
        <w:rPr>
          <w:b/>
        </w:rPr>
        <w:t xml:space="preserve">[19:49] </w:t>
      </w:r>
      <w:r>
        <w:t>In terms of potential mehfooz hai. Propaganda to log karte rahenge,</w:t>
      </w:r>
    </w:p>
    <w:p>
      <w:pPr>
        <w:jc w:val="right"/>
      </w:pPr>
      <w:r>
        <w:t>ان ٹرمز آف پوٹینشل محفوظ ہے۔ پروپگنڈا تو لوگ کرتے رہیں گے،</w:t>
      </w:r>
    </w:p>
    <w:p>
      <w:r>
        <w:rPr>
          <w:b/>
        </w:rPr>
        <w:t xml:space="preserve">[19:57] </w:t>
      </w:r>
      <w:r>
        <w:t>propaganda log karte rahenge, lekin propaganda ko alag kar ke jo natural hai, jo asal hai, woh</w:t>
      </w:r>
    </w:p>
    <w:p>
      <w:pPr>
        <w:jc w:val="right"/>
      </w:pPr>
      <w:r>
        <w:t>پروپگنڈا لوگ کرتے رہیں گے، لیکن پروپگنڈے کو الگ کر کے جو نیچرل ہے، جو اصل ہے، وہ</w:t>
      </w:r>
    </w:p>
    <w:p>
      <w:r>
        <w:rPr>
          <w:b/>
        </w:rPr>
        <w:t xml:space="preserve">[20:05] </w:t>
      </w:r>
      <w:r>
        <w:t>waise ka waise hai.</w:t>
      </w:r>
    </w:p>
    <w:p>
      <w:pPr>
        <w:jc w:val="right"/>
      </w:pPr>
      <w:r>
        <w:t>ویسے کا ویسے ہے۔</w:t>
      </w:r>
    </w:p>
    <w:p>
      <w:r>
        <w:rPr>
          <w:b/>
        </w:rPr>
        <w:t xml:space="preserve">[20:08] </w:t>
      </w:r>
      <w:r>
        <w:t>Jaise mein apna ek tajruba batata hoon aap ko,</w:t>
      </w:r>
    </w:p>
    <w:p>
      <w:pPr>
        <w:jc w:val="right"/>
      </w:pPr>
      <w:r>
        <w:t>جیسے میں اپنا ایک تجربہ بتاتا ہوں آپ کو،</w:t>
      </w:r>
    </w:p>
    <w:p>
      <w:r>
        <w:rPr>
          <w:b/>
        </w:rPr>
        <w:t xml:space="preserve">[20:14] </w:t>
      </w:r>
      <w:r>
        <w:t>ek sahib ek martaba mein apne, mera jo office ka kamra hai, wahan par baitha hua tha, to</w:t>
      </w:r>
    </w:p>
    <w:p>
      <w:pPr>
        <w:jc w:val="right"/>
      </w:pPr>
      <w:r>
        <w:t>ایک صاحب ایک مرتبہ میں اپنے، میرا جو آفس کا کمرہ ہے، وہاں پر بیٹھا ہوا تھا، تو</w:t>
      </w:r>
    </w:p>
    <w:p>
      <w:r>
        <w:rPr>
          <w:b/>
        </w:rPr>
        <w:t xml:space="preserve">[20:21] </w:t>
      </w:r>
      <w:r>
        <w:t>ek sahib aaye,</w:t>
      </w:r>
    </w:p>
    <w:p>
      <w:pPr>
        <w:jc w:val="right"/>
      </w:pPr>
      <w:r>
        <w:t>ایک صاحب آئے،</w:t>
      </w:r>
    </w:p>
    <w:p>
      <w:r>
        <w:rPr>
          <w:b/>
        </w:rPr>
        <w:t xml:space="preserve">[20:23] </w:t>
      </w:r>
      <w:r>
        <w:t>woh darwaze par khare ho kar mujhe dekhne lage, andar nahi aa rahe hain, bas darwaze par khare</w:t>
      </w:r>
    </w:p>
    <w:p>
      <w:pPr>
        <w:jc w:val="right"/>
      </w:pPr>
      <w:r>
        <w:t>وہ دروازے پر کھڑے ہو کر مجھے دیکھنے لگے، اندر نہیں آ رہے ہیں، بس دروازے پر کھڑے</w:t>
      </w:r>
    </w:p>
    <w:p>
      <w:r>
        <w:rPr>
          <w:b/>
        </w:rPr>
        <w:t xml:space="preserve">[20:29] </w:t>
      </w:r>
      <w:r>
        <w:t>hue hain, yahin C 29 mein.</w:t>
      </w:r>
    </w:p>
    <w:p>
      <w:pPr>
        <w:jc w:val="right"/>
      </w:pPr>
      <w:r>
        <w:t>ہوئے ہیں، یہیں سی 29 میں۔</w:t>
      </w:r>
    </w:p>
    <w:p>
      <w:r>
        <w:rPr>
          <w:b/>
        </w:rPr>
        <w:t xml:space="preserve">[20:37] </w:t>
      </w:r>
      <w:r>
        <w:t>Darwaze par khare ho kar dekh rahe hain, to jab maine dekha ke woh aa nahi rahe</w:t>
      </w:r>
    </w:p>
    <w:p>
      <w:pPr>
        <w:jc w:val="right"/>
      </w:pPr>
      <w:r>
        <w:t>دروازے پر کھڑے ہو کر دیکھ رہے ہیں، تو جب میں نے دیکھا کہ وہ آ نہیں رہے</w:t>
      </w:r>
    </w:p>
    <w:p>
      <w:r>
        <w:rPr>
          <w:b/>
        </w:rPr>
        <w:t xml:space="preserve">[20:42] </w:t>
      </w:r>
      <w:r>
        <w:t>hain, wapas wapas bhi nahi aa rahe, aa bhi nahi rahe, to maine kaha ke aaiye, aap</w:t>
      </w:r>
    </w:p>
    <w:p>
      <w:pPr>
        <w:jc w:val="right"/>
      </w:pPr>
      <w:r>
        <w:t>ہیں، واپس واپس بھی نہیں آ رہے، آ بھی نہیں رہے، تو میں نے کہا کہ آئیے، آپ</w:t>
      </w:r>
    </w:p>
    <w:p>
      <w:r>
        <w:rPr>
          <w:b/>
        </w:rPr>
        <w:t xml:space="preserve">[20:47] </w:t>
      </w:r>
      <w:r>
        <w:t>kya kiya, wahan kyun khare hain? To andar aaye, to maine poocha, unhone kaha ke mein</w:t>
      </w:r>
    </w:p>
    <w:p>
      <w:pPr>
        <w:jc w:val="right"/>
      </w:pPr>
      <w:r>
        <w:t>کیا کیا، وہاں کیوں کھڑے ہیں؟ تو اندر آئے، تو میں نے پوچھا، انہوں نے کہا کہ میں</w:t>
      </w:r>
    </w:p>
    <w:p>
      <w:r>
        <w:rPr>
          <w:b/>
        </w:rPr>
        <w:t xml:space="preserve">[20:53] </w:t>
      </w:r>
      <w:r>
        <w:t>ne bohat se logon ne mujh se kaha tha ke woh woh to sab se zyada maldar molvi</w:t>
      </w:r>
    </w:p>
    <w:p>
      <w:pPr>
        <w:jc w:val="right"/>
      </w:pPr>
      <w:r>
        <w:t>نے بہت سے لوگوں نے مجھ سے کہا تھا کہ وہ وہ تو سب سے زیادہ مالدار مولوی</w:t>
      </w:r>
    </w:p>
    <w:p>
      <w:r>
        <w:rPr>
          <w:b/>
        </w:rPr>
        <w:t xml:space="preserve">[21:00] </w:t>
      </w:r>
      <w:r>
        <w:t>hai, woh to Arshad</w:t>
      </w:r>
    </w:p>
    <w:p>
      <w:pPr>
        <w:jc w:val="right"/>
      </w:pPr>
      <w:r>
        <w:t>ہے، وہ تو ارشد</w:t>
      </w:r>
    </w:p>
    <w:p>
      <w:r>
        <w:rPr>
          <w:b/>
        </w:rPr>
        <w:t xml:space="preserve">[21:03] </w:t>
      </w:r>
      <w:r>
        <w:t>kothi mein rehta hai, woh yaani mere bare mein sab ne bataya tha unko ke woh to</w:t>
      </w:r>
    </w:p>
    <w:p>
      <w:pPr>
        <w:jc w:val="right"/>
      </w:pPr>
      <w:r>
        <w:t>کوٹھی میں رہتا ہے، وہ یعنی میرے بارے میں سب نے بتایا تھا ان کو کہ وہ تو</w:t>
      </w:r>
    </w:p>
    <w:p>
      <w:r>
        <w:rPr>
          <w:b/>
        </w:rPr>
        <w:t xml:space="preserve">[21:09] </w:t>
      </w:r>
      <w:r>
        <w:t>sab se maldar molvi hai, arshad kothi mein rehta hai. aur yahan to main dekhta hoon ke aap</w:t>
      </w:r>
    </w:p>
    <w:p>
      <w:pPr>
        <w:jc w:val="right"/>
      </w:pPr>
      <w:r>
        <w:t>سب سے مالدار مولوی ہے، ارشد کوٹھی میں رہتا ہے۔ اور یہاں تو میں دیکھتا ہوں کہ آپ</w:t>
      </w:r>
    </w:p>
    <w:p>
      <w:r>
        <w:rPr>
          <w:b/>
        </w:rPr>
        <w:t xml:space="preserve">[21:17] </w:t>
      </w:r>
      <w:r>
        <w:t>ke andar koi maldari, koi rasai nahi hai,</w:t>
      </w:r>
    </w:p>
    <w:p>
      <w:pPr>
        <w:jc w:val="right"/>
      </w:pPr>
      <w:r>
        <w:t>کے اندر کوئی مالداری، کوئی رسائی نہیں ہے،</w:t>
      </w:r>
    </w:p>
    <w:p>
      <w:r>
        <w:rPr>
          <w:b/>
        </w:rPr>
        <w:t xml:space="preserve">[21:20] </w:t>
      </w:r>
      <w:r>
        <w:t>aur kothi ya makan ya makan pe air condition nahi hai,</w:t>
      </w:r>
    </w:p>
    <w:p>
      <w:pPr>
        <w:jc w:val="right"/>
      </w:pPr>
      <w:r>
        <w:t>اور کوٹھی یا مکان یا مکان پہ ایئر کنڈیشن نہیں ہے،</w:t>
      </w:r>
    </w:p>
    <w:p>
      <w:r>
        <w:rPr>
          <w:b/>
        </w:rPr>
        <w:t xml:space="preserve">[21:27] </w:t>
      </w:r>
      <w:r>
        <w:t>to aap galat propaganda ko le kar na sochiye, galat propaganda ko khara kar sochiye.</w:t>
      </w:r>
    </w:p>
    <w:p>
      <w:pPr>
        <w:jc w:val="right"/>
      </w:pPr>
      <w:r>
        <w:t>تو آپ غلط پروپگنڈے کو لے کر نہ سوچیے، غلط پروپگنڈے کو کھڑا کر سوچیے۔</w:t>
      </w:r>
    </w:p>
    <w:p>
      <w:r>
        <w:rPr>
          <w:b/>
        </w:rPr>
        <w:t xml:space="preserve">[21:34] </w:t>
      </w:r>
      <w:r>
        <w:t>aise hi ek bar hua,</w:t>
      </w:r>
    </w:p>
    <w:p>
      <w:pPr>
        <w:jc w:val="right"/>
      </w:pPr>
      <w:r>
        <w:t>ایسے ہی ایک بار کیا ہوا،</w:t>
      </w:r>
    </w:p>
    <w:p>
      <w:r>
        <w:rPr>
          <w:b/>
        </w:rPr>
        <w:t xml:space="preserve">[21:37] </w:t>
      </w:r>
      <w:r>
        <w:t>ek bar aisa hua ke subah ko namaz fajar ke baad</w:t>
      </w:r>
    </w:p>
    <w:p>
      <w:pPr>
        <w:jc w:val="right"/>
      </w:pPr>
      <w:r>
        <w:t>ایک بار ایسا ہوا کہ صبح کو نماز فجر کے بعد</w:t>
      </w:r>
    </w:p>
    <w:p>
      <w:r>
        <w:rPr>
          <w:b/>
        </w:rPr>
        <w:t xml:space="preserve">[21:42] </w:t>
      </w:r>
      <w:r>
        <w:t>mein kali masjid mein, yeh kai saal pehle ki baat hai, kali masjid mein maine namaz fajar</w:t>
      </w:r>
    </w:p>
    <w:p>
      <w:pPr>
        <w:jc w:val="right"/>
      </w:pPr>
      <w:r>
        <w:t>میں کالی مسجد میں، یہ کئی سال پہلے کی بات ہے، کالی مسجد میں میں نے نماز فجر</w:t>
      </w:r>
    </w:p>
    <w:p>
      <w:r>
        <w:rPr>
          <w:b/>
        </w:rPr>
        <w:t xml:space="preserve">[21:49] </w:t>
      </w:r>
      <w:r>
        <w:t>parhi, wapas aaya to jab main pahuncha apne kamre mein to</w:t>
      </w:r>
    </w:p>
    <w:p>
      <w:pPr>
        <w:jc w:val="right"/>
      </w:pPr>
      <w:r>
        <w:t>پڑھی، واپس آیا تو جب میں پہنچا اپنے کمرے میں تو</w:t>
      </w:r>
    </w:p>
    <w:p>
      <w:r>
        <w:rPr>
          <w:b/>
        </w:rPr>
        <w:t xml:space="preserve">[21:57] </w:t>
      </w:r>
      <w:r>
        <w:t>neeche se wahan par hamare ek aadmi jo gate par thay, unhon ne kaha ke ek khatoon aayi</w:t>
      </w:r>
    </w:p>
    <w:p>
      <w:pPr>
        <w:jc w:val="right"/>
      </w:pPr>
      <w:r>
        <w:t>نیچے سے وہاں پر ہمارے ایک آدمی جو گیٹ پر تھے، انہوں نے کہا کہ ایک خاتون آئی</w:t>
      </w:r>
    </w:p>
    <w:p>
      <w:r>
        <w:rPr>
          <w:b/>
        </w:rPr>
        <w:t xml:space="preserve">[22:07] </w:t>
      </w:r>
      <w:r>
        <w:t>hain milne ke liye,</w:t>
      </w:r>
    </w:p>
    <w:p>
      <w:pPr>
        <w:jc w:val="right"/>
      </w:pPr>
      <w:r>
        <w:t>ہیں ملنے کے لیے،</w:t>
      </w:r>
    </w:p>
    <w:p>
      <w:r>
        <w:rPr>
          <w:b/>
        </w:rPr>
        <w:t xml:space="preserve">[22:09] </w:t>
      </w:r>
      <w:r>
        <w:t>to maine kaha bula do, bhej do us ko.</w:t>
      </w:r>
    </w:p>
    <w:p>
      <w:pPr>
        <w:jc w:val="right"/>
      </w:pPr>
      <w:r>
        <w:t>تو میں نے کہا بلا دو، بھیج دو اس کو۔</w:t>
      </w:r>
    </w:p>
    <w:p>
      <w:r>
        <w:rPr>
          <w:b/>
        </w:rPr>
        <w:t xml:space="preserve">[22:13] </w:t>
      </w:r>
      <w:r>
        <w:t>to ek senior khatoon aayin, upar</w:t>
      </w:r>
    </w:p>
    <w:p>
      <w:pPr>
        <w:jc w:val="right"/>
      </w:pPr>
      <w:r>
        <w:t>تو ایک سینئر خاتون آئیں، اوپر</w:t>
      </w:r>
    </w:p>
    <w:p>
      <w:r>
        <w:rPr>
          <w:b/>
        </w:rPr>
        <w:t xml:space="preserve">[22:17] </w:t>
      </w:r>
      <w:r>
        <w:t>ek senior khatoon</w:t>
      </w:r>
    </w:p>
    <w:p>
      <w:pPr>
        <w:jc w:val="right"/>
      </w:pPr>
      <w:r>
        <w:t>ایک سینئر خاتون</w:t>
      </w:r>
    </w:p>
    <w:p>
      <w:r>
        <w:rPr>
          <w:b/>
        </w:rPr>
        <w:t xml:space="preserve">[22:20] </w:t>
      </w:r>
      <w:r>
        <w:t>to aa kar kursi par bithaya maine un ko,</w:t>
      </w:r>
    </w:p>
    <w:p>
      <w:pPr>
        <w:jc w:val="right"/>
      </w:pPr>
      <w:r>
        <w:t>تو آ کر کرسی پر بٹھایا میں نے ان کو،</w:t>
      </w:r>
    </w:p>
    <w:p>
      <w:r>
        <w:rPr>
          <w:b/>
        </w:rPr>
        <w:t xml:space="preserve">[22:25] </w:t>
      </w:r>
      <w:r>
        <w:t>to maine poocha ke aap kaise pahunchi, kya hua? to unhon ne bataya ke main apne damad</w:t>
      </w:r>
    </w:p>
    <w:p>
      <w:pPr>
        <w:jc w:val="right"/>
      </w:pPr>
      <w:r>
        <w:t>تو میں نے پوچھا کہ آپ کیسے پہنچی، کیا ہوا؟ تو انہوں نے بتایا کہ میں اپنے داماد</w:t>
      </w:r>
    </w:p>
    <w:p>
      <w:r>
        <w:rPr>
          <w:b/>
        </w:rPr>
        <w:t xml:space="preserve">[22:32] </w:t>
      </w:r>
      <w:r>
        <w:t>ke sath aayi hoon,</w:t>
      </w:r>
    </w:p>
    <w:p>
      <w:pPr>
        <w:jc w:val="right"/>
      </w:pPr>
      <w:r>
        <w:t>کے ساتھ آئی ہوں،</w:t>
      </w:r>
    </w:p>
    <w:p>
      <w:r>
        <w:rPr>
          <w:b/>
        </w:rPr>
        <w:t xml:space="preserve">[22:36] </w:t>
      </w:r>
      <w:r>
        <w:t>to mere damad jo hain, unhon ne kaha ke main to mere bare mein, mere damad ne kaha</w:t>
      </w:r>
    </w:p>
    <w:p>
      <w:pPr>
        <w:jc w:val="right"/>
      </w:pPr>
      <w:r>
        <w:t>تو میرے داماد جو ہیں، انہوں نے کہا کہ میں تو میرے بارے میں، میرے داماد نے کہا</w:t>
      </w:r>
    </w:p>
    <w:p>
      <w:r>
        <w:rPr>
          <w:b/>
        </w:rPr>
        <w:t xml:space="preserve">[22:43] </w:t>
      </w:r>
      <w:r>
        <w:t>ke main to un ka munh nahi dekh sakta mere bare mein, to main kaise un ko pahunchaun?</w:t>
      </w:r>
    </w:p>
    <w:p>
      <w:pPr>
        <w:jc w:val="right"/>
      </w:pPr>
      <w:r>
        <w:t>کہ میں تو ان کا منہ نہیں دیکھ سکتا میرے بارے میں، تو میں کیسے ان کو پہنچاؤں؟</w:t>
      </w:r>
    </w:p>
    <w:p>
      <w:r>
        <w:rPr>
          <w:b/>
        </w:rPr>
        <w:t xml:space="preserve">[22:48] </w:t>
      </w:r>
      <w:r>
        <w:t>woh thehray hue thay yahan par,</w:t>
      </w:r>
    </w:p>
    <w:p>
      <w:pPr>
        <w:jc w:val="right"/>
      </w:pPr>
      <w:r>
        <w:t>وہ ٹھہرے ہوئے تھے یہاں پر،</w:t>
      </w:r>
    </w:p>
    <w:p>
      <w:r>
        <w:rPr>
          <w:b/>
        </w:rPr>
        <w:t xml:space="preserve">[22:51] </w:t>
      </w:r>
      <w:r>
        <w:t>yani yeh jo kuch hotel hain yahan par, aap ko pata hoga Niazuddin basti mein, wahan par</w:t>
      </w:r>
    </w:p>
    <w:p>
      <w:pPr>
        <w:jc w:val="right"/>
      </w:pPr>
      <w:r>
        <w:t>یعنی یہ جو کچھ ہوٹل ہیں یہاں پر، آپ کو پتہ ہوگا نیاز الدین بستی میں، وہاں پر</w:t>
      </w:r>
    </w:p>
    <w:p>
      <w:r>
        <w:rPr>
          <w:b/>
        </w:rPr>
        <w:t xml:space="preserve">[23:00] </w:t>
      </w:r>
      <w:r>
        <w:t>to khatoon ne kaha ke theek hai, tum chehra mat dekhna, unhon ne kaha mujhe un ke ghar</w:t>
      </w:r>
    </w:p>
    <w:p>
      <w:pPr>
        <w:jc w:val="right"/>
      </w:pPr>
      <w:r>
        <w:t>تو خاتون نے کہا کہ ٹھیک ہے، تم چہرہ مت دیکھنا، انہوں نے کہا مجھے ان کے گھر</w:t>
      </w:r>
    </w:p>
    <w:p>
      <w:r>
        <w:rPr>
          <w:b/>
        </w:rPr>
        <w:t xml:space="preserve">[23:06] </w:t>
      </w:r>
      <w:r>
        <w:t>ke tak pahuncha dein, main khud chali jaon gi. to un ke damad sahib</w:t>
      </w:r>
    </w:p>
    <w:p>
      <w:pPr>
        <w:jc w:val="right"/>
      </w:pPr>
      <w:r>
        <w:t>کے تک پہنچا دیں، میں خود چلی جاؤں گی۔ تو ان کے داماد صاحب</w:t>
      </w:r>
    </w:p>
    <w:p>
      <w:r>
        <w:rPr>
          <w:b/>
        </w:rPr>
        <w:t xml:space="preserve">[23:14] </w:t>
      </w:r>
      <w:r>
        <w:t>jo hain, woh aaye aur gate par tak un ko pahuncha ke laut gaye.</w:t>
      </w:r>
    </w:p>
    <w:p>
      <w:pPr>
        <w:jc w:val="right"/>
      </w:pPr>
      <w:r>
        <w:t>جو ہیں، وہ آئے اور گیٹ پر تک ان کو پہنچا کے لوٹ گئے۔</w:t>
      </w:r>
    </w:p>
    <w:p>
      <w:r>
        <w:rPr>
          <w:b/>
        </w:rPr>
        <w:t xml:space="preserve">[23:25] </w:t>
      </w:r>
      <w:r>
        <w:t>to mujhe bataya tha khatoon ne ke falan jagah thehray hain, woh to maine ek aadmi bheja</w:t>
      </w:r>
    </w:p>
    <w:p>
      <w:pPr>
        <w:jc w:val="right"/>
      </w:pPr>
      <w:r>
        <w:t>تو مجھے بتایا تھا خاتون نے کہ فلاں جگہ ٹھہرے ہیں، وہ تو میں نے ایک آدمی بھیجا</w:t>
      </w:r>
    </w:p>
    <w:p>
      <w:r>
        <w:rPr>
          <w:b/>
        </w:rPr>
        <w:t xml:space="preserve">[23:32] </w:t>
      </w:r>
      <w:r>
        <w:t>ke ja ke un ko bula ke lao, yahin basti Nizamuddin mein kisi hotel mein.</w:t>
      </w:r>
    </w:p>
    <w:p>
      <w:pPr>
        <w:jc w:val="right"/>
      </w:pPr>
      <w:r>
        <w:t>کہ جا کے ان کو بلا کے لاؤ، یہیں بستی نظام الدین میں کسی ہوٹل میں۔</w:t>
      </w:r>
    </w:p>
    <w:p>
      <w:r>
        <w:rPr>
          <w:b/>
        </w:rPr>
        <w:t xml:space="preserve">[23:40] </w:t>
      </w:r>
      <w:r>
        <w:t>to woh aadmi gaya, bula kar laya,</w:t>
      </w:r>
    </w:p>
    <w:p>
      <w:pPr>
        <w:jc w:val="right"/>
      </w:pPr>
      <w:r>
        <w:t>تو وہ آدمی گیا، بلا کر لایا،</w:t>
      </w:r>
    </w:p>
    <w:p>
      <w:r>
        <w:rPr>
          <w:b/>
        </w:rPr>
        <w:t xml:space="preserve">[23:44] </w:t>
      </w:r>
      <w:r>
        <w:t>to bari mushkil se woh oopar charhe, jahan un ki mother in law maujood thi, to aaye to</w:t>
      </w:r>
    </w:p>
    <w:p>
      <w:pPr>
        <w:jc w:val="right"/>
      </w:pPr>
      <w:r>
        <w:t>تو بڑی مشکل سے وہ اوپر چڑھے، جہاں ان کی مدر ان لا موجود تھی، تو آئے تو</w:t>
      </w:r>
    </w:p>
    <w:p>
      <w:r>
        <w:rPr>
          <w:b/>
        </w:rPr>
        <w:t xml:space="preserve">[23:54] </w:t>
      </w:r>
      <w:r>
        <w:t>chup chap baith gaye, kuch bolte bhi nahi thay.</w:t>
      </w:r>
    </w:p>
    <w:p>
      <w:pPr>
        <w:jc w:val="right"/>
      </w:pPr>
      <w:r>
        <w:t>چپ چاپ بیٹھ گئے، کچھ بولتے بھی نہیں تھے۔</w:t>
      </w:r>
    </w:p>
    <w:p>
      <w:r>
        <w:rPr>
          <w:b/>
        </w:rPr>
        <w:t xml:space="preserve">[23:59] </w:t>
      </w:r>
      <w:r>
        <w:t>bari dair ke baad mein ne poocha ke aap ki mother in law aisa keh rahi hain ke</w:t>
      </w:r>
    </w:p>
    <w:p>
      <w:pPr>
        <w:jc w:val="right"/>
      </w:pPr>
      <w:r>
        <w:t>بڑی دیر کے بعد میں نے پوچھا کہ آپ کی مدر ان لا ایسا کہہ رہی ہیں کہ</w:t>
      </w:r>
    </w:p>
    <w:p>
      <w:r>
        <w:rPr>
          <w:b/>
        </w:rPr>
        <w:t xml:space="preserve">[24:04] </w:t>
      </w:r>
      <w:r>
        <w:t>mein un ka chehra nahi dekh sakta,</w:t>
      </w:r>
    </w:p>
    <w:p>
      <w:pPr>
        <w:jc w:val="right"/>
      </w:pPr>
      <w:r>
        <w:t>میں ان کا چہرہ نہیں دیکھ سکتا،</w:t>
      </w:r>
    </w:p>
    <w:p>
      <w:r>
        <w:rPr>
          <w:b/>
        </w:rPr>
        <w:t xml:space="preserve">[24:06] </w:t>
      </w:r>
      <w:r>
        <w:t>to yeh baat kahan tak theek hai?</w:t>
      </w:r>
    </w:p>
    <w:p>
      <w:pPr>
        <w:jc w:val="right"/>
      </w:pPr>
      <w:r>
        <w:t>تو یہ بات کہاں تک ٹھیک ہے؟</w:t>
      </w:r>
    </w:p>
    <w:p>
      <w:r>
        <w:rPr>
          <w:b/>
        </w:rPr>
        <w:t xml:space="preserve">[24:11] </w:t>
      </w:r>
      <w:r>
        <w:t>to unhon ne kaha ke mujhe bataya gaya, aap ke baray mein bataya gaya tha ke aap aise</w:t>
      </w:r>
    </w:p>
    <w:p>
      <w:pPr>
        <w:jc w:val="right"/>
      </w:pPr>
      <w:r>
        <w:t>تو انہوں نے کہا کہ مجھے بتایا گیا، آپ کے بارے میں بتایا گیا تھا کہ آپ ایسے</w:t>
      </w:r>
    </w:p>
    <w:p>
      <w:r>
        <w:rPr>
          <w:b/>
        </w:rPr>
        <w:t xml:space="preserve">[24:16] </w:t>
      </w:r>
      <w:r>
        <w:t>hain, waise hain, to mein</w:t>
      </w:r>
    </w:p>
    <w:p>
      <w:pPr>
        <w:jc w:val="right"/>
      </w:pPr>
      <w:r>
        <w:t>ہیں، ویسے ہیں، تو میں</w:t>
      </w:r>
    </w:p>
    <w:p>
      <w:r>
        <w:rPr>
          <w:b/>
        </w:rPr>
        <w:t xml:space="preserve">[24:19] </w:t>
      </w:r>
      <w:r>
        <w:t>mujhe misunderstanding ho gayi thi, lekin aap ko jab dekha mein ne to aap to bilkul theek,</w:t>
      </w:r>
    </w:p>
    <w:p>
      <w:pPr>
        <w:jc w:val="right"/>
      </w:pPr>
      <w:r>
        <w:t>مجھے مس انڈرسٹینڈنگ ہو گئی تھی، لیکن آپ کو جب دیکھا میں نے تو آپ تو بالکل ٹھیک،</w:t>
      </w:r>
    </w:p>
    <w:p>
      <w:r>
        <w:rPr>
          <w:b/>
        </w:rPr>
        <w:t xml:space="preserve">[24:25] </w:t>
      </w:r>
      <w:r>
        <w:t>sachay aadmi lagte hain, yeh sachay aadmi ka chehra lagta hai mujhe,</w:t>
      </w:r>
    </w:p>
    <w:p>
      <w:pPr>
        <w:jc w:val="right"/>
      </w:pPr>
      <w:r>
        <w:t>سچے آدمی لگتے ہیں، یہ سچے آدمی کا چہرہ لگتا ہے مجھے،</w:t>
      </w:r>
    </w:p>
    <w:p>
      <w:r>
        <w:rPr>
          <w:b/>
        </w:rPr>
        <w:t xml:space="preserve">[24:29] </w:t>
      </w:r>
      <w:r>
        <w:t>yeh chotay aadmi ka chehra nahi lagta mujhe, sachay aadmi ka chehra lagta hai. Yeh meri sab khatam</w:t>
      </w:r>
    </w:p>
    <w:p>
      <w:pPr>
        <w:jc w:val="right"/>
      </w:pPr>
      <w:r>
        <w:t>یہ چھوٹے آدمی کا چہرہ نہیں لگتا مجھے، سچے آدمی کا چہرہ لگتا ہے۔ یہ میری سب ختم</w:t>
      </w:r>
    </w:p>
    <w:p>
      <w:r>
        <w:rPr>
          <w:b/>
        </w:rPr>
        <w:t xml:space="preserve">[24:34] </w:t>
      </w:r>
      <w:r>
        <w:t>ho gayi. To mein yeh kehna chahta hoon ke Quran aur Sunnat ya Quran aur Hadees dono mehfooz</w:t>
      </w:r>
    </w:p>
    <w:p>
      <w:pPr>
        <w:jc w:val="right"/>
      </w:pPr>
      <w:r>
        <w:t>ہو گئی۔ تو میں یہ کہنا چاہتا ہوں کہ قرآن اور سنت یا قرآن اور حدیث دونوں محفوظ</w:t>
      </w:r>
    </w:p>
    <w:p>
      <w:r>
        <w:rPr>
          <w:b/>
        </w:rPr>
        <w:t xml:space="preserve">[24:45] </w:t>
      </w:r>
      <w:r>
        <w:t>hain, dono yaad rakhiye, yeh jhoota propaganda hai, yeh shaitan ne logon ko sikhaya hai ke Quran to</w:t>
      </w:r>
    </w:p>
    <w:p>
      <w:pPr>
        <w:jc w:val="right"/>
      </w:pPr>
      <w:r>
        <w:t>ہیں، دونوں یاد رکھیے، یہ جھوٹا پروپگنڈا ہے، یہ شیطان نے لوگوں کو سکھایا ہے کہ قرآن تو</w:t>
      </w:r>
    </w:p>
    <w:p>
      <w:r>
        <w:rPr>
          <w:b/>
        </w:rPr>
        <w:t xml:space="preserve">[24:51] </w:t>
      </w:r>
      <w:r>
        <w:t>mehfooz hai lekin Hadees mehfooz nahi, bilkul jhooti baat hai yeh.</w:t>
      </w:r>
    </w:p>
    <w:p>
      <w:pPr>
        <w:jc w:val="right"/>
      </w:pPr>
      <w:r>
        <w:t>محفوظ ہے لیکن حدیث محفوظ نہیں، بالکل جھوٹی بات ہے یہ۔</w:t>
      </w:r>
    </w:p>
    <w:p>
      <w:r>
        <w:rPr>
          <w:b/>
        </w:rPr>
        <w:t xml:space="preserve">[24:56] </w:t>
      </w:r>
      <w:r>
        <w:t>Quran bhi mehfooz hai, Hadees bhi mehfooz hai, Sunnat bhi mehfooz hai.</w:t>
      </w:r>
    </w:p>
    <w:p>
      <w:pPr>
        <w:jc w:val="right"/>
      </w:pPr>
      <w:r>
        <w:t>قرآن بھی محفوظ ہے، حدیث بھی محفوظ ہے، سنت بھی محفوظ ہے۔</w:t>
      </w:r>
    </w:p>
    <w:p>
      <w:r>
        <w:rPr>
          <w:b/>
        </w:rPr>
        <w:t xml:space="preserve">[25:00] </w:t>
      </w:r>
      <w:r>
        <w:t>Mehfooz ke maani kya hain?</w:t>
      </w:r>
    </w:p>
    <w:p>
      <w:pPr>
        <w:jc w:val="right"/>
      </w:pPr>
      <w:r>
        <w:t>محفوظ کے معنی کیا ہیں؟</w:t>
      </w:r>
    </w:p>
    <w:p>
      <w:r>
        <w:rPr>
          <w:b/>
        </w:rPr>
        <w:t xml:space="preserve">[25:03] </w:t>
      </w:r>
      <w:r>
        <w:t>Jo kalam Allah ne utara Rasool Allah par, jis ka naam Quran hai, woh Quran apni usi shakal</w:t>
      </w:r>
    </w:p>
    <w:p>
      <w:pPr>
        <w:jc w:val="right"/>
      </w:pPr>
      <w:r>
        <w:t>جو کلام اللہ نے اتارا رسول اللہ پر، جس کا نام قرآن ہے، وہ قرآن اپنی اسی شکل</w:t>
      </w:r>
    </w:p>
    <w:p>
      <w:r>
        <w:rPr>
          <w:b/>
        </w:rPr>
        <w:t xml:space="preserve">[25:10] </w:t>
      </w:r>
      <w:r>
        <w:t>mein mehfooz hai,</w:t>
      </w:r>
    </w:p>
    <w:p>
      <w:pPr>
        <w:jc w:val="right"/>
      </w:pPr>
      <w:r>
        <w:t>میں محفوظ ہے،</w:t>
      </w:r>
    </w:p>
    <w:p>
      <w:r>
        <w:rPr>
          <w:b/>
        </w:rPr>
        <w:t xml:space="preserve">[25:15] </w:t>
      </w:r>
      <w:r>
        <w:t>jaisa ke utra tha Makkah mein, Madine mein.</w:t>
      </w:r>
    </w:p>
    <w:p>
      <w:pPr>
        <w:jc w:val="right"/>
      </w:pPr>
      <w:r>
        <w:t>جیسا کہ اترا تھا مکہ میں، مدینے میں۔</w:t>
      </w:r>
    </w:p>
    <w:p>
      <w:r>
        <w:rPr>
          <w:b/>
        </w:rPr>
        <w:t xml:space="preserve">[25:20] </w:t>
      </w:r>
      <w:r>
        <w:t>Doosri baat yeh ke jis insaan par utra, yani mohabbat Muhammad Sallallahu Alaihi Wasallam, us insaan ke</w:t>
      </w:r>
    </w:p>
    <w:p>
      <w:pPr>
        <w:jc w:val="right"/>
      </w:pPr>
      <w:r>
        <w:t>دوسری بات یہ کہ جس انسان پر اترا، یعنی محبت محمد صلی اللہ علیہ وسلم، اس انسان کے</w:t>
      </w:r>
    </w:p>
    <w:p>
      <w:r>
        <w:rPr>
          <w:b/>
        </w:rPr>
        <w:t xml:space="preserve">[25:27] </w:t>
      </w:r>
      <w:r>
        <w:t>bolay hue kalmaat, us insaan ki zindagi, woh bhi mehfooz hai.</w:t>
      </w:r>
    </w:p>
    <w:p>
      <w:pPr>
        <w:jc w:val="right"/>
      </w:pPr>
      <w:r>
        <w:t>بولے ہوئے کلمات، اس انسان کی زندگی، وہ بھی محفوظ ہے۔</w:t>
      </w:r>
    </w:p>
    <w:p>
      <w:r>
        <w:rPr>
          <w:b/>
        </w:rPr>
        <w:t xml:space="preserve">[25:33] </w:t>
      </w:r>
      <w:r>
        <w:t>Yaani aaj bhi hum yeh poori tarah jaan sakte hain ke</w:t>
      </w:r>
    </w:p>
    <w:p>
      <w:pPr>
        <w:jc w:val="right"/>
      </w:pPr>
      <w:r>
        <w:t>یعنی آج بھی ہم یہ پوری طرح جان سکتے ہیں کہ</w:t>
      </w:r>
    </w:p>
    <w:p>
      <w:r>
        <w:rPr>
          <w:b/>
        </w:rPr>
        <w:t xml:space="preserve">[25:37] </w:t>
      </w:r>
      <w:r>
        <w:t>us insaan ne logon se khud, yani Quran ke ilawa kya bola tha, woh insaan aik to Quran</w:t>
      </w:r>
    </w:p>
    <w:p>
      <w:pPr>
        <w:jc w:val="right"/>
      </w:pPr>
      <w:r>
        <w:t>اس انسان نے لوگوں سے خود، یعنی قرآن کے علاوہ کیا بولا تھا، وہ انسان ایک تو قرآن</w:t>
      </w:r>
    </w:p>
    <w:p>
      <w:r>
        <w:rPr>
          <w:b/>
        </w:rPr>
        <w:t xml:space="preserve">[25:45] </w:t>
      </w:r>
      <w:r>
        <w:t>sunaya us ne,</w:t>
      </w:r>
    </w:p>
    <w:p>
      <w:pPr>
        <w:jc w:val="right"/>
      </w:pPr>
      <w:r>
        <w:t>سنایا اس نے،</w:t>
      </w:r>
    </w:p>
    <w:p>
      <w:r>
        <w:rPr>
          <w:b/>
        </w:rPr>
        <w:t xml:space="preserve">[25:48] </w:t>
      </w:r>
      <w:r>
        <w:t>aik to Quran sunaya us ne, woh alag se mehfooz hai. Is ke ilawa Makkah Madine mein woh</w:t>
      </w:r>
    </w:p>
    <w:p>
      <w:pPr>
        <w:jc w:val="right"/>
      </w:pPr>
      <w:r>
        <w:t>ایک تو قرآن سنایا اس نے، وہ الگ سے محفوظ ہے۔ اس کے علاوہ مکہ مدینہ میں وہ</w:t>
      </w:r>
    </w:p>
    <w:p>
      <w:r>
        <w:rPr>
          <w:b/>
        </w:rPr>
        <w:t xml:space="preserve">[25:56] </w:t>
      </w:r>
      <w:r>
        <w:t>kya baat bolta raha logon se, khud kya kiya is ne, woh bhi mehfooz hai,</w:t>
      </w:r>
    </w:p>
    <w:p>
      <w:pPr>
        <w:jc w:val="right"/>
      </w:pPr>
      <w:r>
        <w:t>کیا بات بولتا رہا لوگوں سے، خود کیا کیا اس نے، وہ بھی محفوظ ہے،</w:t>
      </w:r>
    </w:p>
    <w:p>
      <w:r>
        <w:rPr>
          <w:b/>
        </w:rPr>
        <w:t xml:space="preserve">[26:02] </w:t>
      </w:r>
      <w:r>
        <w:t>woh bhi mehfooz hai.</w:t>
      </w:r>
    </w:p>
    <w:p>
      <w:pPr>
        <w:jc w:val="right"/>
      </w:pPr>
      <w:r>
        <w:t>وہ بھی محفوظ ہے۔</w:t>
      </w:r>
    </w:p>
    <w:p>
      <w:r>
        <w:rPr>
          <w:b/>
        </w:rPr>
        <w:t xml:space="preserve">[26:06] </w:t>
      </w:r>
      <w:r>
        <w:t>to is ke mani kya hue? ke jis jis ko rasool Allah ne kaha tha ke pure sachai</w:t>
      </w:r>
    </w:p>
    <w:p>
      <w:pPr>
        <w:jc w:val="right"/>
      </w:pPr>
      <w:r>
        <w:t>تو اس کے معنی کیا ہوئے؟ کہ جس جس کو رسول اللہ نے کہا تھا کہ پیور سچائی</w:t>
      </w:r>
    </w:p>
    <w:p>
      <w:r>
        <w:rPr>
          <w:b/>
        </w:rPr>
        <w:t xml:space="preserve">[26:11] </w:t>
      </w:r>
      <w:r>
        <w:t>mein laya hoon, aur pure sachai aisi cheez hai ke dunya is ke aage jhuk jaye.</w:t>
      </w:r>
    </w:p>
    <w:p>
      <w:pPr>
        <w:jc w:val="right"/>
      </w:pPr>
      <w:r>
        <w:t>میں لایا ہوں، اور پیور سچائی ایسی چیز ہے کہ دنیا اس کے آگے جھک جائے۔</w:t>
      </w:r>
    </w:p>
    <w:p>
      <w:r>
        <w:rPr>
          <w:b/>
        </w:rPr>
        <w:t xml:space="preserve">[26:17] </w:t>
      </w:r>
      <w:r>
        <w:t>yani pure sachai ek non political hoti hai, non political, non communal, non material,</w:t>
      </w:r>
    </w:p>
    <w:p>
      <w:pPr>
        <w:jc w:val="right"/>
      </w:pPr>
      <w:r>
        <w:t>یعنی پیور سچائی ایک نان پولیٹیکل ہوتی ہے، نان پولیٹیکل، نان کمیونل، نان مٹیریل،</w:t>
      </w:r>
    </w:p>
    <w:p>
      <w:r>
        <w:rPr>
          <w:b/>
        </w:rPr>
        <w:t xml:space="preserve">[26:26] </w:t>
      </w:r>
      <w:r>
        <w:t>to woh aaj bhi mehfooz hai. aur jhukte hain dil, sar nahi jhukte. jhukne ka mani yeh hai</w:t>
      </w:r>
    </w:p>
    <w:p>
      <w:pPr>
        <w:jc w:val="right"/>
      </w:pPr>
      <w:r>
        <w:t>تو وہ آج بھی محفوظ ہے۔ اور جھکتے ہیں دل، سر نہیں جھکتے۔ جھکنے کا معنی یہ ہے</w:t>
      </w:r>
    </w:p>
    <w:p>
      <w:r>
        <w:rPr>
          <w:b/>
        </w:rPr>
        <w:t xml:space="preserve">[26:33] </w:t>
      </w:r>
      <w:r>
        <w:t>ke hukoomat qaim ho jaye gi.</w:t>
      </w:r>
    </w:p>
    <w:p>
      <w:pPr>
        <w:jc w:val="right"/>
      </w:pPr>
      <w:r>
        <w:t>کہ حکومت قائم ہو جائے گی۔</w:t>
      </w:r>
    </w:p>
    <w:p>
      <w:r>
        <w:rPr>
          <w:b/>
        </w:rPr>
        <w:t xml:space="preserve">[26:36] </w:t>
      </w:r>
      <w:r>
        <w:t>yeh pata hai ke hukoomat qaim ho jaye gi? yeh to bilkul</w:t>
      </w:r>
    </w:p>
    <w:p>
      <w:pPr>
        <w:jc w:val="right"/>
      </w:pPr>
      <w:r>
        <w:t>یہ پتہ ہے کہ حکومت قائم ہو جائے گی؟ یہ تو بالکل</w:t>
      </w:r>
    </w:p>
    <w:p>
      <w:r>
        <w:rPr>
          <w:b/>
        </w:rPr>
        <w:t xml:space="preserve">[26:41] </w:t>
      </w:r>
      <w:r>
        <w:t>be be asal baat hai, be buniyad baat hai, baseless baat hai.</w:t>
      </w:r>
    </w:p>
    <w:p>
      <w:pPr>
        <w:jc w:val="right"/>
      </w:pPr>
      <w:r>
        <w:t>بے بے اصل بات ہے، بے بنیاد بات ہے، بیس لیس بات ہے۔</w:t>
      </w:r>
    </w:p>
    <w:p>
      <w:r>
        <w:rPr>
          <w:b/>
        </w:rPr>
        <w:t xml:space="preserve">[26:47] </w:t>
      </w:r>
      <w:r>
        <w:t>matlab woh aisi baat</w:t>
      </w:r>
    </w:p>
    <w:p>
      <w:pPr>
        <w:jc w:val="right"/>
      </w:pPr>
      <w:r>
        <w:t>مطلب وہ ایسی بات</w:t>
      </w:r>
    </w:p>
    <w:p>
      <w:r>
        <w:rPr>
          <w:b/>
        </w:rPr>
        <w:t xml:space="preserve">[26:49] </w:t>
      </w:r>
      <w:r>
        <w:t>jis ke aage insaan ka,</w:t>
      </w:r>
    </w:p>
    <w:p>
      <w:pPr>
        <w:jc w:val="right"/>
      </w:pPr>
      <w:r>
        <w:t>جس کے آگے انسان کا،</w:t>
      </w:r>
    </w:p>
    <w:p>
      <w:r>
        <w:rPr>
          <w:b/>
        </w:rPr>
        <w:t xml:space="preserve">[26:53] </w:t>
      </w:r>
      <w:r>
        <w:t>jis jis ka, jis ke jis ko sun kar insaan ka mind address ho jaye, jis ki is</w:t>
      </w:r>
    </w:p>
    <w:p>
      <w:pPr>
        <w:jc w:val="right"/>
      </w:pPr>
      <w:r>
        <w:t>جس جس کا، جس کے جس کو سن کر انسان کا مائنڈ ایڈریس ہو جائے، جس کی اس</w:t>
      </w:r>
    </w:p>
    <w:p>
      <w:r>
        <w:rPr>
          <w:b/>
        </w:rPr>
        <w:t xml:space="preserve">[27:00] </w:t>
      </w:r>
      <w:r>
        <w:t>ke khilaf is ko koi reason na mile, is ko is ko todne ke liye, is ke na</w:t>
      </w:r>
    </w:p>
    <w:p>
      <w:pPr>
        <w:jc w:val="right"/>
      </w:pPr>
      <w:r>
        <w:t>کے خلاف اس کو کوئی ریزن نہ ملے، اس کو اس کو توڑنے کے لیے، اس کے نہ</w:t>
      </w:r>
    </w:p>
    <w:p>
      <w:r>
        <w:rPr>
          <w:b/>
        </w:rPr>
        <w:t xml:space="preserve">[27:06] </w:t>
      </w:r>
      <w:r>
        <w:t>maan ne ke liye, is ka dil</w:t>
      </w:r>
    </w:p>
    <w:p>
      <w:pPr>
        <w:jc w:val="right"/>
      </w:pPr>
      <w:r>
        <w:t>ماننے کے لیے، اس کا دل</w:t>
      </w:r>
    </w:p>
    <w:p>
      <w:r>
        <w:rPr>
          <w:b/>
        </w:rPr>
        <w:t xml:space="preserve">[27:08] </w:t>
      </w:r>
      <w:r>
        <w:t>mein yeh manzoor,</w:t>
      </w:r>
    </w:p>
    <w:p>
      <w:pPr>
        <w:jc w:val="right"/>
      </w:pPr>
      <w:r>
        <w:t>میں یہ منظور،</w:t>
      </w:r>
    </w:p>
    <w:p>
      <w:r>
        <w:rPr>
          <w:b/>
        </w:rPr>
        <w:t xml:space="preserve">[27:11] </w:t>
      </w:r>
      <w:r>
        <w:t>is ka dil</w:t>
      </w:r>
    </w:p>
    <w:p>
      <w:pPr>
        <w:jc w:val="right"/>
      </w:pPr>
      <w:r>
        <w:t>اس کا دل</w:t>
      </w:r>
    </w:p>
    <w:p>
      <w:r>
        <w:rPr>
          <w:b/>
        </w:rPr>
        <w:t xml:space="preserve">[27:13] </w:t>
      </w:r>
      <w:r>
        <w:t>majboor ho jaye ke bhai yeh to maan ne wali baat hai. yeh matlab hai</w:t>
      </w:r>
    </w:p>
    <w:p>
      <w:pPr>
        <w:jc w:val="right"/>
      </w:pPr>
      <w:r>
        <w:t>مجبور ہو جائے کہ بھئی یہ تو ماننے والی بات ہے۔ یہ مطلب ہے</w:t>
      </w:r>
    </w:p>
    <w:p>
      <w:r>
        <w:rPr>
          <w:b/>
        </w:rPr>
        <w:t xml:space="preserve">[27:18] </w:t>
      </w:r>
      <w:r>
        <w:t>jo aap ne kaha tha ke ek kalma</w:t>
      </w:r>
    </w:p>
    <w:p>
      <w:pPr>
        <w:jc w:val="right"/>
      </w:pPr>
      <w:r>
        <w:t>جو آپ نے کہا تھا کہ ایک کلمہ</w:t>
      </w:r>
    </w:p>
    <w:p>
      <w:r>
        <w:rPr>
          <w:b/>
        </w:rPr>
        <w:t xml:space="preserve">[27:23] </w:t>
      </w:r>
      <w:r>
        <w:t>jis ke aage jhuk jayen ge, arab o ajam, is ka matlab woh political sense mein nahi hai,</w:t>
      </w:r>
    </w:p>
    <w:p>
      <w:pPr>
        <w:jc w:val="right"/>
      </w:pPr>
      <w:r>
        <w:t>جس کے آگے جھک جائیں گے، عرب و عجم، اس کا مطلب وہ پولیٹیکل سینس میں نہیں ہے،</w:t>
      </w:r>
    </w:p>
    <w:p>
      <w:r>
        <w:rPr>
          <w:b/>
        </w:rPr>
        <w:t xml:space="preserve">[27:27] </w:t>
      </w:r>
      <w:r>
        <w:t>woh har giz. matlab yeh hai ke is logon ka reason kahe ga ke yeh to sachai hai, in</w:t>
      </w:r>
    </w:p>
    <w:p>
      <w:pPr>
        <w:jc w:val="right"/>
      </w:pPr>
      <w:r>
        <w:t>وہ ہرگز۔ مطلب یہ ہے کہ اس لوگوں کا ریزن کہے گا کہ یہ تو سچائی ہے، ان</w:t>
      </w:r>
    </w:p>
    <w:p>
      <w:r>
        <w:rPr>
          <w:b/>
        </w:rPr>
        <w:t xml:space="preserve">[27:35] </w:t>
      </w:r>
      <w:r>
        <w:t>ka dil kahe ga yeh to sachai hai,</w:t>
      </w:r>
    </w:p>
    <w:p>
      <w:pPr>
        <w:jc w:val="right"/>
      </w:pPr>
      <w:r>
        <w:t>کا دل کہے گا یہ تو سچائی ہے،</w:t>
      </w:r>
    </w:p>
    <w:p>
      <w:r>
        <w:rPr>
          <w:b/>
        </w:rPr>
        <w:t xml:space="preserve">[27:38] </w:t>
      </w:r>
      <w:r>
        <w:t>yeh mani to kyun woh pure hoga?</w:t>
      </w:r>
    </w:p>
    <w:p>
      <w:pPr>
        <w:jc w:val="right"/>
      </w:pPr>
      <w:r>
        <w:t>یہ معنی تو کیوں وہ پیور ہوگا؟</w:t>
      </w:r>
    </w:p>
    <w:p>
      <w:r>
        <w:rPr>
          <w:b/>
        </w:rPr>
        <w:t xml:space="preserve">[27:41] </w:t>
      </w:r>
      <w:r>
        <w:t>rasool Allah sal Allah aleh wasalam ko pata tha ke tamam mazahib jo hain, un ki purity baqi</w:t>
      </w:r>
    </w:p>
    <w:p>
      <w:pPr>
        <w:jc w:val="right"/>
      </w:pPr>
      <w:r>
        <w:t>رسول اللہ صلی اللہ علیہ وسلم کو پتہ تھا کہ تمام مذاہب جو ہیں، ان کی پیورٹی باقی</w:t>
      </w:r>
    </w:p>
    <w:p>
      <w:r>
        <w:rPr>
          <w:b/>
        </w:rPr>
        <w:t xml:space="preserve">[27:47] </w:t>
      </w:r>
      <w:r>
        <w:t>nahi rahi hai. purity,</w:t>
      </w:r>
    </w:p>
    <w:p>
      <w:pPr>
        <w:jc w:val="right"/>
      </w:pPr>
      <w:r>
        <w:t>نہیں رہی ہے۔ پیورٹی،</w:t>
      </w:r>
    </w:p>
    <w:p>
      <w:r>
        <w:rPr>
          <w:b/>
        </w:rPr>
        <w:t xml:space="preserve">[27:52] </w:t>
      </w:r>
      <w:r>
        <w:t>is liye woh logon ke liye,</w:t>
      </w:r>
    </w:p>
    <w:p>
      <w:pPr>
        <w:jc w:val="right"/>
      </w:pPr>
      <w:r>
        <w:t>اس لیے وہ لوگوں کے لیے،</w:t>
      </w:r>
    </w:p>
    <w:p>
      <w:r>
        <w:rPr>
          <w:b/>
        </w:rPr>
        <w:t xml:space="preserve">[27:56] </w:t>
      </w:r>
      <w:r>
        <w:t>logon ke dil ko address karne ki taqat un mein nahin rahi.</w:t>
      </w:r>
    </w:p>
    <w:p>
      <w:pPr>
        <w:jc w:val="right"/>
      </w:pPr>
      <w:r>
        <w:t>لوگوں کے دل کو ایڈریس کرنے کی طاقت ان میں نہیں رہی۔</w:t>
      </w:r>
    </w:p>
    <w:p>
      <w:r>
        <w:rPr>
          <w:b/>
        </w:rPr>
        <w:t xml:space="preserve">[28:00] </w:t>
      </w:r>
      <w:r>
        <w:t>reason par woh stand nahin kar sakte.</w:t>
      </w:r>
    </w:p>
    <w:p>
      <w:pPr>
        <w:jc w:val="right"/>
      </w:pPr>
      <w:r>
        <w:t>ریزن پر وہ اسٹینڈ نہیں کر سکتے۔</w:t>
      </w:r>
    </w:p>
    <w:p>
      <w:r>
        <w:rPr>
          <w:b/>
        </w:rPr>
        <w:t xml:space="preserve">[28:09] </w:t>
      </w:r>
      <w:r>
        <w:t>to yeh sab sochte hue phir mere dil mein aaya</w:t>
      </w:r>
    </w:p>
    <w:p>
      <w:pPr>
        <w:jc w:val="right"/>
      </w:pPr>
      <w:r>
        <w:t>تو یہ سب سوچتے ہوئے پھر میرے دل میں آیا</w:t>
      </w:r>
    </w:p>
    <w:p>
      <w:r>
        <w:rPr>
          <w:b/>
        </w:rPr>
        <w:t xml:space="preserve">[28:14] </w:t>
      </w:r>
      <w:r>
        <w:t>ke kaisi ajeeb cheez hai jo Allah taala ne ummat-e-muslima ko di hai.</w:t>
      </w:r>
    </w:p>
    <w:p>
      <w:pPr>
        <w:jc w:val="right"/>
      </w:pPr>
      <w:r>
        <w:t>کہ کیسی عجیب چیز ہے جو اللہ تعالی نے امت مسلمہ کو دی ہے۔</w:t>
      </w:r>
    </w:p>
    <w:p>
      <w:r>
        <w:rPr>
          <w:b/>
        </w:rPr>
        <w:t xml:space="preserve">[28:22] </w:t>
      </w:r>
      <w:r>
        <w:t>yaani saari duniya pure sachai ki muntazir hai,</w:t>
      </w:r>
    </w:p>
    <w:p>
      <w:pPr>
        <w:jc w:val="right"/>
      </w:pPr>
      <w:r>
        <w:t>یعنی ساری دنیا پیور سچائی کی منتظر ہے،</w:t>
      </w:r>
    </w:p>
    <w:p>
      <w:r>
        <w:rPr>
          <w:b/>
        </w:rPr>
        <w:t xml:space="preserve">[28:29] </w:t>
      </w:r>
      <w:r>
        <w:t>aur wahi cheez aap ke paas hai,</w:t>
      </w:r>
    </w:p>
    <w:p>
      <w:pPr>
        <w:jc w:val="right"/>
      </w:pPr>
      <w:r>
        <w:t>اور وہی چیز آپ کے پاس ہے،</w:t>
      </w:r>
    </w:p>
    <w:p>
      <w:r>
        <w:rPr>
          <w:b/>
        </w:rPr>
        <w:t xml:space="preserve">[28:35] </w:t>
      </w:r>
      <w:r>
        <w:t>lekin soorat-e-haal kya hai</w:t>
      </w:r>
    </w:p>
    <w:p>
      <w:pPr>
        <w:jc w:val="right"/>
      </w:pPr>
      <w:r>
        <w:t>لیکن صورتحال کیا ہے</w:t>
      </w:r>
    </w:p>
    <w:p>
      <w:r>
        <w:rPr>
          <w:b/>
        </w:rPr>
        <w:t xml:space="preserve">[28:38] </w:t>
      </w:r>
      <w:r>
        <w:t>ke khud musalmanon ko khabar nahin ke hamare paas kya cheez hai.</w:t>
      </w:r>
    </w:p>
    <w:p>
      <w:pPr>
        <w:jc w:val="right"/>
      </w:pPr>
      <w:r>
        <w:t>کہ خود مسلمانوں کو خبر نہیں کہ ہمارے پاس کیا چیز ہے۔</w:t>
      </w:r>
    </w:p>
    <w:p>
      <w:r>
        <w:rPr>
          <w:b/>
        </w:rPr>
        <w:t xml:space="preserve">[28:47] </w:t>
      </w:r>
      <w:r>
        <w:t>woh to musalmanon ki shikayatein, musalmanon ke mutalbat, musalmanon ke taqaze</w:t>
      </w:r>
    </w:p>
    <w:p>
      <w:pPr>
        <w:jc w:val="right"/>
      </w:pPr>
      <w:r>
        <w:t>وہ تو مسلمانوں کی شکایتیں، مسلمانوں کے مطالبات، مسلمانوں کے تقاضے</w:t>
      </w:r>
    </w:p>
    <w:p>
      <w:r>
        <w:rPr>
          <w:b/>
        </w:rPr>
        <w:t xml:space="preserve">[28:54] </w:t>
      </w:r>
      <w:r>
        <w:t>duniya se jo hain, use lagta hai ke unhein pata hi nahin ke unke paas kya cheez</w:t>
      </w:r>
    </w:p>
    <w:p>
      <w:pPr>
        <w:jc w:val="right"/>
      </w:pPr>
      <w:r>
        <w:t>دنیا سے جو ہیں، اسے لگتا ہے کہ انہیں پتہ ہی نہیں کہ ان کے پاس کیا چیز</w:t>
      </w:r>
    </w:p>
    <w:p>
      <w:r>
        <w:rPr>
          <w:b/>
        </w:rPr>
        <w:t xml:space="preserve">[28:59] </w:t>
      </w:r>
      <w:r>
        <w:t>hai. Yaani aaj ki duniya ke saamne aap dekhiye, hamare</w:t>
      </w:r>
    </w:p>
    <w:p>
      <w:pPr>
        <w:jc w:val="right"/>
      </w:pPr>
      <w:r>
        <w:t>ہے۔ یعنی آج کی دنیا کے سامنے آپ دیکھیے، ہمارے</w:t>
      </w:r>
    </w:p>
    <w:p>
      <w:r>
        <w:rPr>
          <w:b/>
        </w:rPr>
        <w:t xml:space="preserve">[29:12] </w:t>
      </w:r>
      <w:r>
        <w:t>hamare ek saathi jo yahan maujood hain, unhon ne mujhe bataya ke Dilli mein ek shakhs hai</w:t>
      </w:r>
    </w:p>
    <w:p>
      <w:pPr>
        <w:jc w:val="right"/>
      </w:pPr>
      <w:r>
        <w:t>ہمارے ایک ساتھی جو یہاں موجود ہیں، انہوں نے مجھے بتایا کہ دلی میں ایک شخص ہے</w:t>
      </w:r>
    </w:p>
    <w:p>
      <w:r>
        <w:rPr>
          <w:b/>
        </w:rPr>
        <w:t xml:space="preserve">[29:21] </w:t>
      </w:r>
      <w:r>
        <w:t>jiske baare mein mashhoor hai ke bahut akadne wala aadmi hai,</w:t>
      </w:r>
    </w:p>
    <w:p>
      <w:pPr>
        <w:jc w:val="right"/>
      </w:pPr>
      <w:r>
        <w:t>جس کے بارے میں مشہور ہے کہ بہت اکڑنے والا آدمی ہے،</w:t>
      </w:r>
    </w:p>
    <w:p>
      <w:r>
        <w:rPr>
          <w:b/>
        </w:rPr>
        <w:t xml:space="preserve">[29:26] </w:t>
      </w:r>
      <w:r>
        <w:t>akadne wala aadmi hai, sakht aadmi hai.</w:t>
      </w:r>
    </w:p>
    <w:p>
      <w:pPr>
        <w:jc w:val="right"/>
      </w:pPr>
      <w:r>
        <w:t>اکڑنے والا آدمی ہے، سخت آدمی ہے۔</w:t>
      </w:r>
    </w:p>
    <w:p>
      <w:r>
        <w:rPr>
          <w:b/>
        </w:rPr>
        <w:t xml:space="preserve">[29:30] </w:t>
      </w:r>
      <w:r>
        <w:t>to woh hamare saathi kisi wajah se wahan gaye</w:t>
      </w:r>
    </w:p>
    <w:p>
      <w:pPr>
        <w:jc w:val="right"/>
      </w:pPr>
      <w:r>
        <w:t>تو وہ ہمارے ساتھی کسی وجہ سے وہاں گئے</w:t>
      </w:r>
    </w:p>
    <w:p>
      <w:r>
        <w:rPr>
          <w:b/>
        </w:rPr>
        <w:t xml:space="preserve">[29:36] </w:t>
      </w:r>
      <w:r>
        <w:t>to unke haath mein Quran ka tarjuma tha jo hamara chupa hua hai,</w:t>
      </w:r>
    </w:p>
    <w:p>
      <w:pPr>
        <w:jc w:val="right"/>
      </w:pPr>
      <w:r>
        <w:t>تو ان کے ہاتھ میں قرآن کا ترجمہ تھا جو ہمارا چھپا ہوا ہے،</w:t>
      </w:r>
    </w:p>
    <w:p>
      <w:r>
        <w:rPr>
          <w:b/>
        </w:rPr>
        <w:t xml:space="preserve">[29:44] </w:t>
      </w:r>
      <w:r>
        <w:t>to uski nazar pad gayi. Usne poocha ke yeh kya hai?</w:t>
      </w:r>
    </w:p>
    <w:p>
      <w:pPr>
        <w:jc w:val="right"/>
      </w:pPr>
      <w:r>
        <w:t>تو اس کی نظر پڑ گئی۔ اس نے پوچھا کہ یہ کیا ہے؟</w:t>
      </w:r>
    </w:p>
    <w:p>
      <w:r>
        <w:rPr>
          <w:b/>
        </w:rPr>
        <w:t xml:space="preserve">[29:49] </w:t>
      </w:r>
      <w:r>
        <w:t>to unka bayan hai ke jab unhon ne kaha ke yeh Quran ka translation hai, yeh Quran</w:t>
      </w:r>
    </w:p>
    <w:p>
      <w:pPr>
        <w:jc w:val="right"/>
      </w:pPr>
      <w:r>
        <w:t>تو ان کا بیان ہے کہ جب انہوں نے کہا کہ یہ قرآن کا ٹرانسلیشن ہے، یہ قرآن</w:t>
      </w:r>
    </w:p>
    <w:p>
      <w:r>
        <w:rPr>
          <w:b/>
        </w:rPr>
        <w:t xml:space="preserve">[29:53] </w:t>
      </w:r>
      <w:r>
        <w:t>hai, to unka bayan hai ke uski zabaan se nikla, "Wow!"</w:t>
      </w:r>
    </w:p>
    <w:p>
      <w:pPr>
        <w:jc w:val="right"/>
      </w:pPr>
      <w:r>
        <w:t>ہے، تو ان کا بیان ہے کہ اس کی زبان سے نکلا، "واؤ!"</w:t>
      </w:r>
    </w:p>
    <w:p>
      <w:r>
        <w:rPr>
          <w:b/>
        </w:rPr>
        <w:t xml:space="preserve">[30:03] </w:t>
      </w:r>
      <w:r>
        <w:t>yeh bahut hi taajjub ke saath kaha padta hai aadmi ke arey yeh cheez</w:t>
      </w:r>
    </w:p>
    <w:p>
      <w:pPr>
        <w:jc w:val="right"/>
      </w:pPr>
      <w:r>
        <w:t>یہ بہت ہی تعجب کے ساتھ کہا پڑتا ہے آدمی کہ ارے یہ چیز</w:t>
      </w:r>
    </w:p>
    <w:p>
      <w:r>
        <w:rPr>
          <w:b/>
        </w:rPr>
        <w:t xml:space="preserve">[30:08] </w:t>
      </w:r>
      <w:r>
        <w:t>to usne kaha ke aap mujhe de sakte hain? To unhon ne kaha ke haan,</w:t>
      </w:r>
    </w:p>
    <w:p>
      <w:pPr>
        <w:jc w:val="right"/>
      </w:pPr>
      <w:r>
        <w:t>تو اس نے کہا کہ آپ مجھے دے سکتے ہیں؟ تو انہوں نے کہا کہ ہاں،</w:t>
      </w:r>
    </w:p>
    <w:p>
      <w:r>
        <w:rPr>
          <w:b/>
        </w:rPr>
        <w:t xml:space="preserve">[30:12] </w:t>
      </w:r>
      <w:r>
        <w:t>to unhon ne bahut diya, to bahut shukr ke saath khade ho kar liya usne usko.</w:t>
      </w:r>
    </w:p>
    <w:p>
      <w:pPr>
        <w:jc w:val="right"/>
      </w:pPr>
      <w:r>
        <w:t>تو انہوں نے بہت دیا، تو بہت شکر کے ساتھ کھڑے ہو کر لیا اس نے اس کو۔</w:t>
      </w:r>
    </w:p>
    <w:p>
      <w:r>
        <w:rPr>
          <w:b/>
        </w:rPr>
        <w:t xml:space="preserve">[30:17] </w:t>
      </w:r>
      <w:r>
        <w:t>to yeh yeh cheez hai,</w:t>
      </w:r>
    </w:p>
    <w:p>
      <w:pPr>
        <w:jc w:val="right"/>
      </w:pPr>
      <w:r>
        <w:t>تو یہ یہ چیز ہے،</w:t>
      </w:r>
    </w:p>
    <w:p>
      <w:r>
        <w:rPr>
          <w:b/>
        </w:rPr>
        <w:t xml:space="preserve">[30:23] </w:t>
      </w:r>
      <w:r>
        <w:t>yeh cheez hai,</w:t>
      </w:r>
    </w:p>
    <w:p>
      <w:pPr>
        <w:jc w:val="right"/>
      </w:pPr>
      <w:r>
        <w:t>یہ چیز ہے،</w:t>
      </w:r>
    </w:p>
    <w:p>
      <w:r>
        <w:rPr>
          <w:b/>
        </w:rPr>
        <w:t xml:space="preserve">[30:25] </w:t>
      </w:r>
      <w:r>
        <w:t>lekin jo dawat ka kaam hai, nahin ho raha hai.</w:t>
      </w:r>
    </w:p>
    <w:p>
      <w:pPr>
        <w:jc w:val="right"/>
      </w:pPr>
      <w:r>
        <w:t>لیکن جو دعوت کا کام ہے، نہیں ہو رہا ہے۔</w:t>
      </w:r>
    </w:p>
    <w:p>
      <w:r>
        <w:rPr>
          <w:b/>
        </w:rPr>
        <w:t xml:space="preserve">[30:33] </w:t>
      </w:r>
      <w:r>
        <w:t>dawat e allah ka kaam jo nahi ho raha, us ki wajah kya hai? us ki wajah ke musalman</w:t>
      </w:r>
    </w:p>
    <w:p>
      <w:pPr>
        <w:jc w:val="right"/>
      </w:pPr>
      <w:r>
        <w:t>دعوت اللہ کا کام جو نہیں ہو رہا، اس کی وجہ کیا ہے؟ اس کی وجہ کہ مسلمان</w:t>
      </w:r>
    </w:p>
    <w:p>
      <w:r>
        <w:rPr>
          <w:b/>
        </w:rPr>
        <w:t xml:space="preserve">[30:37] </w:t>
      </w:r>
      <w:r>
        <w:t>میں اس طرح کی غلط سوچ آ گئی ہے، وہ سوچ رکاوٹ ہے۔ اس وقت مسلمان ایک Protestant</w:t>
      </w:r>
    </w:p>
    <w:p>
      <w:pPr>
        <w:jc w:val="right"/>
      </w:pPr>
      <w:r>
        <w:t>میں اس طرح کی غلط سوچ آ گئی ہے، وہ سوچ رکاوٹ ہے۔ اس وقت مسلمان ایک پروٹیسٹنٹ</w:t>
      </w:r>
    </w:p>
    <w:p>
      <w:r>
        <w:rPr>
          <w:b/>
        </w:rPr>
        <w:t xml:space="preserve">[30:45] </w:t>
      </w:r>
      <w:r>
        <w:t>kamiți bani hui hai, shikayati firqa bani hui hai, sab se un ki larai hai.</w:t>
      </w:r>
    </w:p>
    <w:p>
      <w:pPr>
        <w:jc w:val="right"/>
      </w:pPr>
      <w:r>
        <w:t>کمیٹی بنی ہوئی ہے، شکایتی فرقہ بنی ہوئی ہے، سب سے ان کی لڑائی ہے۔</w:t>
      </w:r>
    </w:p>
    <w:p>
      <w:r>
        <w:rPr>
          <w:b/>
        </w:rPr>
        <w:t xml:space="preserve">[30:52] </w:t>
      </w:r>
      <w:r>
        <w:t>abhi abhi aaj ke akhbar mein tha ke ke woh turki bam phata, bohat se log mar gaye,</w:t>
      </w:r>
    </w:p>
    <w:p>
      <w:pPr>
        <w:jc w:val="right"/>
      </w:pPr>
      <w:r>
        <w:t>ابھی ابھی آج کے اخبار میں تھا کہ کہ وہ ترکی بم پھٹا، بہت سے لوگ مر گئے،</w:t>
      </w:r>
    </w:p>
    <w:p>
      <w:r>
        <w:rPr>
          <w:b/>
        </w:rPr>
        <w:t xml:space="preserve">[31:02] </w:t>
      </w:r>
      <w:r>
        <w:t>hata ke makkah mein dher sare aadmi mar gaye, kuchal kar ke. yeh sab kya asal islam par</w:t>
      </w:r>
    </w:p>
    <w:p>
      <w:pPr>
        <w:jc w:val="right"/>
      </w:pPr>
      <w:r>
        <w:t>حتیٰ کہ مکہ میں ڈھیر سارے آدمی مر گئے، کچل کر کے۔ یہ سب کیا اصل اسلام پر</w:t>
      </w:r>
    </w:p>
    <w:p>
      <w:r>
        <w:rPr>
          <w:b/>
        </w:rPr>
        <w:t xml:space="preserve">[31:07] </w:t>
      </w:r>
      <w:r>
        <w:t>nahi hai? yeh musalman khud galat numainda bane hue hain islam ka. yani quran to sachai ka numainda</w:t>
      </w:r>
    </w:p>
    <w:p>
      <w:pPr>
        <w:jc w:val="right"/>
      </w:pPr>
      <w:r>
        <w:t>نہیں ہے؟ یہ مسلمان خود غلط نمائندہ بنے ہوئے ہیں اسلام کا۔ یعنی قرآن تو سچائی کا نمائندہ</w:t>
      </w:r>
    </w:p>
    <w:p>
      <w:r>
        <w:rPr>
          <w:b/>
        </w:rPr>
        <w:t xml:space="preserve">[31:15] </w:t>
      </w:r>
      <w:r>
        <w:t>hai, quran jo hai woh sachai ka numainda hai, lekin khud musalman jo hain woh galat numaindagi kar</w:t>
      </w:r>
    </w:p>
    <w:p>
      <w:pPr>
        <w:jc w:val="right"/>
      </w:pPr>
      <w:r>
        <w:t>ہے، قرآن جو ہے وہ سچائی کا نمائندہ ہے، لیکن خود مسلمان جو ہیں وہ غلط نمائندگی کر</w:t>
      </w:r>
    </w:p>
    <w:p>
      <w:r>
        <w:rPr>
          <w:b/>
        </w:rPr>
        <w:t xml:space="preserve">[31:24] </w:t>
      </w:r>
      <w:r>
        <w:t>rahe hain. larai jhagda, shikayat, complain, nafrat, bam marna, goli marna, is ke is ke numainda bane hue</w:t>
      </w:r>
    </w:p>
    <w:p>
      <w:pPr>
        <w:jc w:val="right"/>
      </w:pPr>
      <w:r>
        <w:t>رہے ہیں۔ لڑائی جھگڑا، شکایت، کمپلین، نفرت، بم مارنا، گولی مارنا، اس کے اس کے نمائندہ بنے ہوئے</w:t>
      </w:r>
    </w:p>
    <w:p>
      <w:r>
        <w:rPr>
          <w:b/>
        </w:rPr>
        <w:t xml:space="preserve">[31:32] </w:t>
      </w:r>
      <w:r>
        <w:t>hain, is ke numainde. jaise is mein jo yeh kitab ka jo unhon ne second title jo hai</w:t>
      </w:r>
    </w:p>
    <w:p>
      <w:pPr>
        <w:jc w:val="right"/>
      </w:pPr>
      <w:r>
        <w:t>ہیں، اس کے نمائندے۔ جیسے اس میں جو یہ کتاب کا جو انہوں نے سیکنڈ ٹائٹل جو ہے</w:t>
      </w:r>
    </w:p>
    <w:p>
      <w:r>
        <w:rPr>
          <w:b/>
        </w:rPr>
        <w:t xml:space="preserve">[31:41] </w:t>
      </w:r>
      <w:r>
        <w:t>banaya hai, "religion of peace"</w:t>
      </w:r>
    </w:p>
    <w:p>
      <w:pPr>
        <w:jc w:val="right"/>
      </w:pPr>
      <w:r>
        <w:t>بنایا ہے، "ریلیجن آف پیس"</w:t>
      </w:r>
    </w:p>
    <w:p>
      <w:r>
        <w:rPr>
          <w:b/>
        </w:rPr>
        <w:t xml:space="preserve">[31:46] </w:t>
      </w:r>
      <w:r>
        <w:t>to quran to "religion of peace" ka numainda hai.</w:t>
      </w:r>
    </w:p>
    <w:p>
      <w:pPr>
        <w:jc w:val="right"/>
      </w:pPr>
      <w:r>
        <w:t>تو قرآن تو "ریلیجن آف پیس" کا نمائندہ ہے۔</w:t>
      </w:r>
    </w:p>
    <w:p>
      <w:r>
        <w:rPr>
          <w:b/>
        </w:rPr>
        <w:t xml:space="preserve">[31:50] </w:t>
      </w:r>
      <w:r>
        <w:t>quran jo hai woh represent karta hai "religion of peace" ko. musalman kya hain? woh kya numaindagi kar</w:t>
      </w:r>
    </w:p>
    <w:p>
      <w:pPr>
        <w:jc w:val="right"/>
      </w:pPr>
      <w:r>
        <w:t>قرآن جو ہے وہ ریپریزنٹ کرتا ہے "ریلیجن آف پیس" کو۔ مسلمان کیا ہیں؟ وہ کیا نمائندگی کر</w:t>
      </w:r>
    </w:p>
    <w:p>
      <w:r>
        <w:rPr>
          <w:b/>
        </w:rPr>
        <w:t xml:space="preserve">[31:56] </w:t>
      </w:r>
      <w:r>
        <w:t>rahe hain? "religion of violence"</w:t>
      </w:r>
    </w:p>
    <w:p>
      <w:pPr>
        <w:jc w:val="right"/>
      </w:pPr>
      <w:r>
        <w:t>رہے ہیں؟ "ریلیجن آف وائلنس"</w:t>
      </w:r>
    </w:p>
    <w:p>
      <w:r>
        <w:rPr>
          <w:b/>
        </w:rPr>
        <w:t xml:space="preserve">[32:00] </w:t>
      </w:r>
      <w:r>
        <w:t>jo insan ko chahiye nahi.</w:t>
      </w:r>
    </w:p>
    <w:p>
      <w:pPr>
        <w:jc w:val="right"/>
      </w:pPr>
      <w:r>
        <w:t>جو انسان کو چاہیے نہیں۔</w:t>
      </w:r>
    </w:p>
    <w:p>
      <w:r>
        <w:rPr>
          <w:b/>
        </w:rPr>
        <w:t xml:space="preserve">[32:03] </w:t>
      </w:r>
      <w:r>
        <w:t>yeh hai masla,</w:t>
      </w:r>
    </w:p>
    <w:p>
      <w:pPr>
        <w:jc w:val="right"/>
      </w:pPr>
      <w:r>
        <w:t>یہ ہے مسئلہ،</w:t>
      </w:r>
    </w:p>
    <w:p>
      <w:r>
        <w:rPr>
          <w:b/>
        </w:rPr>
        <w:t xml:space="preserve">[32:07] </w:t>
      </w:r>
      <w:r>
        <w:t>masla hai musalmanon ki galat numaindagi ka, na ke quran ki galat numaindagi ka, kyunke woh to kalma</w:t>
      </w:r>
    </w:p>
    <w:p>
      <w:pPr>
        <w:jc w:val="right"/>
      </w:pPr>
      <w:r>
        <w:t>مسئلہ ہے مسلمانوں کی غلط نمائندگی کا، نہ کہ قرآن کی غلط نمائندگی کا، کیونکہ وہ تو کلمہ</w:t>
      </w:r>
    </w:p>
    <w:p>
      <w:r>
        <w:rPr>
          <w:b/>
        </w:rPr>
        <w:t xml:space="preserve">[32:14] </w:t>
      </w:r>
      <w:r>
        <w:t>wahida hai, pure sachai hai.</w:t>
      </w:r>
    </w:p>
    <w:p>
      <w:pPr>
        <w:jc w:val="right"/>
      </w:pPr>
      <w:r>
        <w:t>واحدہ ہے، پیور سچائی ہے۔</w:t>
      </w:r>
    </w:p>
    <w:p>
      <w:r>
        <w:rPr>
          <w:b/>
        </w:rPr>
        <w:t xml:space="preserve">[32:21] </w:t>
      </w:r>
      <w:r>
        <w:t>to kaha ke musalman</w:t>
      </w:r>
    </w:p>
    <w:p>
      <w:pPr>
        <w:jc w:val="right"/>
      </w:pPr>
      <w:r>
        <w:t>تو کہا کہ مسلمان</w:t>
      </w:r>
    </w:p>
    <w:p>
      <w:r>
        <w:rPr>
          <w:b/>
        </w:rPr>
        <w:t xml:space="preserve">[32:24] </w:t>
      </w:r>
      <w:r>
        <w:t>pure sachai ke beech mein ek ad ban gaye hain. ad</w:t>
      </w:r>
    </w:p>
    <w:p>
      <w:pPr>
        <w:jc w:val="right"/>
      </w:pPr>
      <w:r>
        <w:t>پیور سچائی کے بیچ میں ایک اڑ بن گئے ہیں۔ اڑ</w:t>
      </w:r>
    </w:p>
    <w:p>
      <w:r>
        <w:rPr>
          <w:b/>
        </w:rPr>
        <w:t xml:space="preserve">[32:29] </w:t>
      </w:r>
      <w:r>
        <w:t>is waqt musalmanon ke liye sab se bari khair khwahi jo hai woh sirf ek hi hai</w:t>
      </w:r>
    </w:p>
    <w:p>
      <w:pPr>
        <w:jc w:val="right"/>
      </w:pPr>
      <w:r>
        <w:t>اس وقت مسلمانوں کے لیے سب سے بڑی خیر خواہی جو ہے وہ صرف ایک ہی ہے</w:t>
      </w:r>
    </w:p>
    <w:p>
      <w:r>
        <w:rPr>
          <w:b/>
        </w:rPr>
        <w:t xml:space="preserve">[32:36] </w:t>
      </w:r>
      <w:r>
        <w:t>ke un ko</w:t>
      </w:r>
    </w:p>
    <w:p>
      <w:pPr>
        <w:jc w:val="right"/>
      </w:pPr>
      <w:r>
        <w:t>کہ ان کو</w:t>
      </w:r>
    </w:p>
    <w:p>
      <w:r>
        <w:rPr>
          <w:b/>
        </w:rPr>
        <w:t xml:space="preserve">[32:39] </w:t>
      </w:r>
      <w:r>
        <w:t>yani is is se nikala jaye.</w:t>
      </w:r>
    </w:p>
    <w:p>
      <w:pPr>
        <w:jc w:val="right"/>
      </w:pPr>
      <w:r>
        <w:t>یعنی اس اس سے نکالا جائے۔</w:t>
      </w:r>
    </w:p>
    <w:p>
      <w:r>
        <w:rPr>
          <w:b/>
        </w:rPr>
        <w:t xml:space="preserve">[32:42] </w:t>
      </w:r>
      <w:r>
        <w:t>kal mein ek ek</w:t>
      </w:r>
    </w:p>
    <w:p>
      <w:pPr>
        <w:jc w:val="right"/>
      </w:pPr>
      <w:r>
        <w:t>کل میں ایک ایک</w:t>
      </w:r>
    </w:p>
    <w:p>
      <w:r>
        <w:rPr>
          <w:b/>
        </w:rPr>
        <w:t xml:space="preserve">[32:45] </w:t>
      </w:r>
      <w:r>
        <w:t>ek musalmanon ka magazine parh raha tha,</w:t>
      </w:r>
    </w:p>
    <w:p>
      <w:pPr>
        <w:jc w:val="right"/>
      </w:pPr>
      <w:r>
        <w:t>ایک مسلمانوں کا میگزین پڑھ رہا تھا،</w:t>
      </w:r>
    </w:p>
    <w:p>
      <w:r>
        <w:rPr>
          <w:b/>
        </w:rPr>
        <w:t xml:space="preserve">[32:49] </w:t>
      </w:r>
      <w:r>
        <w:t>ek angrezi magazine hai musalmanon ka,</w:t>
      </w:r>
    </w:p>
    <w:p>
      <w:pPr>
        <w:jc w:val="right"/>
      </w:pPr>
      <w:r>
        <w:t>ایک انگریزی میگزین ہے مسلمانوں کا،</w:t>
      </w:r>
    </w:p>
    <w:p>
      <w:r>
        <w:rPr>
          <w:b/>
        </w:rPr>
        <w:t xml:space="preserve">[32:52] </w:t>
      </w:r>
      <w:r>
        <w:t>to is mein bohat sare mazameen, har mazmoon negative,</w:t>
      </w:r>
    </w:p>
    <w:p>
      <w:pPr>
        <w:jc w:val="right"/>
      </w:pPr>
      <w:r>
        <w:t>تو اس میں بہت سارے مضامین، ہر مضمون نیگیٹیو،</w:t>
      </w:r>
    </w:p>
    <w:p>
      <w:r>
        <w:rPr>
          <w:b/>
        </w:rPr>
        <w:t xml:space="preserve">[32:56] </w:t>
      </w:r>
      <w:r>
        <w:t>har mazmoon mein shikayat.</w:t>
      </w:r>
    </w:p>
    <w:p>
      <w:pPr>
        <w:jc w:val="right"/>
      </w:pPr>
      <w:r>
        <w:t>ہر مضمون میں شکایت۔</w:t>
      </w:r>
    </w:p>
    <w:p>
      <w:r>
        <w:rPr>
          <w:b/>
        </w:rPr>
        <w:t xml:space="preserve">[33:00] </w:t>
      </w:r>
      <w:r>
        <w:t>jab mere paas maujood hai, woh aap dekh sakte hain, woh magazine ke</w:t>
      </w:r>
    </w:p>
    <w:p>
      <w:pPr>
        <w:jc w:val="right"/>
      </w:pPr>
      <w:r>
        <w:t>جب میرے پاس موجود ہے، وہ آپ دیکھ سکتے ہیں، وہ میگزین کہ</w:t>
      </w:r>
    </w:p>
    <w:p>
      <w:r>
        <w:rPr>
          <w:b/>
        </w:rPr>
        <w:t xml:space="preserve">[33:05] </w:t>
      </w:r>
      <w:r>
        <w:t>poora magazine yeh tasawwur deta hai ke musalman jo hain under siege hain, musalmanon ko mara ja raha</w:t>
      </w:r>
    </w:p>
    <w:p>
      <w:pPr>
        <w:jc w:val="right"/>
      </w:pPr>
      <w:r>
        <w:t>پورا میگزین یہ تصور دیتا ہے کہ مسلمان جو ہیں انڈر سیج ہیں، مسلمانوں کو مارا جا رہا</w:t>
      </w:r>
    </w:p>
    <w:p>
      <w:r>
        <w:rPr>
          <w:b/>
        </w:rPr>
        <w:t xml:space="preserve">[33:10] </w:t>
      </w:r>
      <w:r>
        <w:t>hai, musalmanon par zulm kiya ja raha hai.</w:t>
      </w:r>
    </w:p>
    <w:p>
      <w:pPr>
        <w:jc w:val="right"/>
      </w:pPr>
      <w:r>
        <w:t>ہے، مسلمانوں پر ظلم کیا جا رہا ہے۔</w:t>
      </w:r>
    </w:p>
    <w:p>
      <w:r>
        <w:rPr>
          <w:b/>
        </w:rPr>
        <w:t xml:space="preserve">[33:13] </w:t>
      </w:r>
      <w:r>
        <w:t>to musalman ek protestant committee bani hui hain, shikayati committee bani hui hain.</w:t>
      </w:r>
    </w:p>
    <w:p>
      <w:pPr>
        <w:jc w:val="right"/>
      </w:pPr>
      <w:r>
        <w:t>تو مسلمان ایک پروٹیسٹنٹ کمیٹی بنی ہوئی ہیں، شکایتی کمیٹی بنی ہوئی ہیں۔</w:t>
      </w:r>
    </w:p>
    <w:p>
      <w:r>
        <w:rPr>
          <w:b/>
        </w:rPr>
        <w:t xml:space="preserve">[33:21] </w:t>
      </w:r>
      <w:r>
        <w:t>jab tak aap</w:t>
      </w:r>
    </w:p>
    <w:p>
      <w:pPr>
        <w:jc w:val="right"/>
      </w:pPr>
      <w:r>
        <w:t>جب تک آپ</w:t>
      </w:r>
    </w:p>
    <w:p>
      <w:r>
        <w:rPr>
          <w:b/>
        </w:rPr>
        <w:t xml:space="preserve">[33:23] </w:t>
      </w:r>
      <w:r>
        <w:t>to musalmanon ko</w:t>
      </w:r>
    </w:p>
    <w:p>
      <w:pPr>
        <w:jc w:val="right"/>
      </w:pPr>
      <w:r>
        <w:t>تو مسلمانوں کو</w:t>
      </w:r>
    </w:p>
    <w:p>
      <w:r>
        <w:rPr>
          <w:b/>
        </w:rPr>
        <w:t xml:space="preserve">[33:25] </w:t>
      </w:r>
      <w:r>
        <w:t>ki negativity ko nikalna, musalmanon ke andar se shikayat ka mizaj khatam karna, musalmanon ke andar positive thinking</w:t>
      </w:r>
    </w:p>
    <w:p>
      <w:pPr>
        <w:jc w:val="right"/>
      </w:pPr>
      <w:r>
        <w:t>کی نیگیٹیوٹی کو نکالنا، مسلمانوں کے اندر سے شکایت کا مزاج ختم کرنا، مسلمانوں کے اندر پازیٹیو تھنکنگ</w:t>
      </w:r>
    </w:p>
    <w:p>
      <w:r>
        <w:rPr>
          <w:b/>
        </w:rPr>
        <w:t xml:space="preserve">[33:33] </w:t>
      </w:r>
      <w:r>
        <w:t>lana, yeh jar ki baat hai.</w:t>
      </w:r>
    </w:p>
    <w:p>
      <w:pPr>
        <w:jc w:val="right"/>
      </w:pPr>
      <w:r>
        <w:t>لانا، یہ جڑ کی بات ہے۔</w:t>
      </w:r>
    </w:p>
    <w:p>
      <w:r>
        <w:rPr>
          <w:b/>
        </w:rPr>
        <w:t xml:space="preserve">[33:38] </w:t>
      </w:r>
      <w:r>
        <w:t>jo kitaab hum ne likhi hai, "religion of peace" woh "deej of peace" is ka maqsad bhi yahi</w:t>
      </w:r>
    </w:p>
    <w:p>
      <w:pPr>
        <w:jc w:val="right"/>
      </w:pPr>
      <w:r>
        <w:t>جو کتاب ہم نے لکھی ہے، "ریلیجن آف پیس" وہ "دیج آف پیس" اس کا مقصد بھی یہی</w:t>
      </w:r>
    </w:p>
    <w:p>
      <w:r>
        <w:rPr>
          <w:b/>
        </w:rPr>
        <w:t xml:space="preserve">[33:43] </w:t>
      </w:r>
      <w:r>
        <w:t>hai. To musalman agar ab yeh</w:t>
      </w:r>
    </w:p>
    <w:p>
      <w:pPr>
        <w:jc w:val="right"/>
      </w:pPr>
      <w:r>
        <w:t>ہے۔ تو مسلمان اگر اب یہ</w:t>
      </w:r>
    </w:p>
    <w:p>
      <w:r>
        <w:rPr>
          <w:b/>
        </w:rPr>
        <w:t xml:space="preserve">[33:51] </w:t>
      </w:r>
      <w:r>
        <w:t>yeh discover kar lein ke quran kya cheez hai,</w:t>
      </w:r>
    </w:p>
    <w:p>
      <w:pPr>
        <w:jc w:val="right"/>
      </w:pPr>
      <w:r>
        <w:t>یہ ڈس ڈسکور کر لیں کہ قرآن کیا چیز ہے،</w:t>
      </w:r>
    </w:p>
    <w:p>
      <w:r>
        <w:rPr>
          <w:b/>
        </w:rPr>
        <w:t xml:space="preserve">[33:56] </w:t>
      </w:r>
      <w:r>
        <w:t>ke quran to woh hai jis ke log muntazir hain.</w:t>
      </w:r>
    </w:p>
    <w:p>
      <w:pPr>
        <w:jc w:val="right"/>
      </w:pPr>
      <w:r>
        <w:t>کہ قرآن تو وہ ہے جس کے لوگ منتظر ہیں۔</w:t>
      </w:r>
    </w:p>
    <w:p>
      <w:r>
        <w:rPr>
          <w:b/>
        </w:rPr>
        <w:t xml:space="preserve">[34:02] </w:t>
      </w:r>
      <w:r>
        <w:t>ek farsi ka ek sher hai, farsi ka ek sher hai, woh yaani</w:t>
      </w:r>
    </w:p>
    <w:p>
      <w:pPr>
        <w:jc w:val="right"/>
      </w:pPr>
      <w:r>
        <w:t>ایک فارسی کا ایک شعر ہے، فارسی کا ایک شعر ہے، وہ یعنی</w:t>
      </w:r>
    </w:p>
    <w:p>
      <w:r>
        <w:rPr>
          <w:b/>
        </w:rPr>
        <w:t xml:space="preserve">[34:08] </w:t>
      </w:r>
      <w:r>
        <w:t>shikar ya hunting ki</w:t>
      </w:r>
    </w:p>
    <w:p>
      <w:pPr>
        <w:jc w:val="right"/>
      </w:pPr>
      <w:r>
        <w:t>شکار یا ہنٹنگ کی</w:t>
      </w:r>
    </w:p>
    <w:p>
      <w:r>
        <w:rPr>
          <w:b/>
        </w:rPr>
        <w:t xml:space="preserve">[34:11] </w:t>
      </w:r>
      <w:r>
        <w:t>usloob mein hai. Is ka woh sher yeh hai:</w:t>
      </w:r>
    </w:p>
    <w:p>
      <w:pPr>
        <w:jc w:val="right"/>
      </w:pPr>
      <w:r>
        <w:t>اسلوب میں ہے۔ اس کا وہ شعر یہ ہے:</w:t>
      </w:r>
    </w:p>
    <w:p>
      <w:r>
        <w:rPr>
          <w:b/>
        </w:rPr>
        <w:t xml:space="preserve">[34:17] </w:t>
      </w:r>
      <w:r>
        <w:t>"huma ahwan-e-sehra sar-e-khud nihad-e-warkam,</w:t>
      </w:r>
    </w:p>
    <w:p>
      <w:pPr>
        <w:jc w:val="right"/>
      </w:pPr>
      <w:r>
        <w:t>"ہما اہوان صحرا سر خود نہاد ورکم،</w:t>
      </w:r>
    </w:p>
    <w:p>
      <w:r>
        <w:rPr>
          <w:b/>
        </w:rPr>
        <w:t xml:space="preserve">[34:26] </w:t>
      </w:r>
      <w:r>
        <w:t>huma ahwan-e-sehra</w:t>
      </w:r>
    </w:p>
    <w:p>
      <w:pPr>
        <w:jc w:val="right"/>
      </w:pPr>
      <w:r>
        <w:t>ہما اہوان صحرا</w:t>
      </w:r>
    </w:p>
    <w:p>
      <w:r>
        <w:rPr>
          <w:b/>
        </w:rPr>
        <w:t xml:space="preserve">[34:28] </w:t>
      </w:r>
      <w:r>
        <w:t>sar-e-khud nihad-e-warkam,</w:t>
      </w:r>
    </w:p>
    <w:p>
      <w:pPr>
        <w:jc w:val="right"/>
      </w:pPr>
      <w:r>
        <w:t>سر خود نہاد ورکم،</w:t>
      </w:r>
    </w:p>
    <w:p>
      <w:r>
        <w:rPr>
          <w:b/>
        </w:rPr>
        <w:t xml:space="preserve">[34:32] </w:t>
      </w:r>
      <w:r>
        <w:t>be intezar ke roze ba-shikar khwahi aamad."</w:t>
      </w:r>
    </w:p>
    <w:p>
      <w:pPr>
        <w:jc w:val="right"/>
      </w:pPr>
      <w:r>
        <w:t>بے انتظار کے روزے بشکار خواہی امد۔"</w:t>
      </w:r>
    </w:p>
    <w:p>
      <w:r>
        <w:rPr>
          <w:b/>
        </w:rPr>
        <w:t xml:space="preserve">[34:36] </w:t>
      </w:r>
      <w:r>
        <w:t>is ka matlab yeh hai</w:t>
      </w:r>
    </w:p>
    <w:p>
      <w:pPr>
        <w:jc w:val="right"/>
      </w:pPr>
      <w:r>
        <w:t>اس کا مطلب یہ ہے</w:t>
      </w:r>
    </w:p>
    <w:p>
      <w:r>
        <w:rPr>
          <w:b/>
        </w:rPr>
        <w:t xml:space="preserve">[34:41] </w:t>
      </w:r>
      <w:r>
        <w:t>ke jangl ke tamam hirn, deer, deer, jangl ke tamam hirn</w:t>
      </w:r>
    </w:p>
    <w:p>
      <w:pPr>
        <w:jc w:val="right"/>
      </w:pPr>
      <w:r>
        <w:t>کہ جنگل کے تمام ہرن، ڈیئر، ڈی ڈبل ای آر، جنگل کے تمام ہرن</w:t>
      </w:r>
    </w:p>
    <w:p>
      <w:r>
        <w:rPr>
          <w:b/>
        </w:rPr>
        <w:t xml:space="preserve">[34:50] </w:t>
      </w:r>
      <w:r>
        <w:t>apna sar hatheli pe liye hue intezar kar rahe hain</w:t>
      </w:r>
    </w:p>
    <w:p>
      <w:pPr>
        <w:jc w:val="right"/>
      </w:pPr>
      <w:r>
        <w:t>اپنا سر ہتھیلی پہ لیے ہوئے انتظار کر رہے ہیں</w:t>
      </w:r>
    </w:p>
    <w:p>
      <w:r>
        <w:rPr>
          <w:b/>
        </w:rPr>
        <w:t xml:space="preserve">[34:56] </w:t>
      </w:r>
      <w:r>
        <w:t>ke kab tum aao, hamara shikar kar lo.</w:t>
      </w:r>
    </w:p>
    <w:p>
      <w:pPr>
        <w:jc w:val="right"/>
      </w:pPr>
      <w:r>
        <w:t>کہ کب تم آؤ، ہمارا شکار کر لو۔</w:t>
      </w:r>
    </w:p>
    <w:p>
      <w:r>
        <w:rPr>
          <w:b/>
        </w:rPr>
        <w:t xml:space="preserve">[34:59] </w:t>
      </w:r>
      <w:r>
        <w:t>"huma</w:t>
      </w:r>
    </w:p>
    <w:p>
      <w:pPr>
        <w:jc w:val="right"/>
      </w:pPr>
      <w:r>
        <w:t>"ہما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