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Guidance | October 04, 2015</w:t>
      </w:r>
    </w:p>
    <w:p>
      <w:r>
        <w:t>https://www.youtube.com/watch?v=xkQO53EdaVU</w:t>
      </w:r>
    </w:p>
    <w:p>
      <w:r>
        <w:rPr>
          <w:b/>
        </w:rPr>
        <w:t xml:space="preserve">[00:21] </w:t>
      </w:r>
      <w:r>
        <w:t>bismillah-ir-rehman-ir-rahim, wa salla Allahu ala-n-nabiyyi-l-karim.</w:t>
      </w:r>
    </w:p>
    <w:p>
      <w:pPr>
        <w:jc w:val="right"/>
      </w:pPr>
      <w:r>
        <w:t>بسم اللہ الرحمن الرحیم، وصلی اللہ علی النبی الکریم۔</w:t>
      </w:r>
    </w:p>
    <w:p>
      <w:r>
        <w:rPr>
          <w:b/>
        </w:rPr>
        <w:t xml:space="preserve">[00:28] </w:t>
      </w:r>
      <w:r>
        <w:t>rab-bish-rah-li sadri, wa yassir li amri, wah-lul-uqdatan-min-lisani yafqahu qawli.</w:t>
      </w:r>
    </w:p>
    <w:p>
      <w:pPr>
        <w:jc w:val="right"/>
      </w:pPr>
      <w:r>
        <w:t>رب اشرح لی صدری، ویسر لی امری، واحل العقدۃ من لسانی یفقہ قولی۔</w:t>
      </w:r>
    </w:p>
    <w:p>
      <w:r>
        <w:rPr>
          <w:b/>
        </w:rPr>
        <w:t xml:space="preserve">[00:36] </w:t>
      </w:r>
      <w:r>
        <w:t>4 october 2015.</w:t>
      </w:r>
    </w:p>
    <w:p>
      <w:pPr>
        <w:jc w:val="right"/>
      </w:pPr>
      <w:r>
        <w:t>4 اکتوبر 2015۔</w:t>
      </w:r>
    </w:p>
    <w:p>
      <w:r>
        <w:rPr>
          <w:b/>
        </w:rPr>
        <w:t xml:space="preserve">[00:44] </w:t>
      </w:r>
      <w:r>
        <w:t>dekhiye, musalman aik taraf</w:t>
      </w:r>
    </w:p>
    <w:p>
      <w:pPr>
        <w:jc w:val="right"/>
      </w:pPr>
      <w:r>
        <w:t>دیکھیے، مسلمان ایک طرف</w:t>
      </w:r>
    </w:p>
    <w:p>
      <w:r>
        <w:rPr>
          <w:b/>
        </w:rPr>
        <w:t xml:space="preserve">[00:51] </w:t>
      </w:r>
      <w:r>
        <w:t>fakhr ke sath kehte hain ke Islam aik mukammal nizam-e-hayat hai, lekin amalan kya kar rakha hai?</w:t>
      </w:r>
    </w:p>
    <w:p>
      <w:pPr>
        <w:jc w:val="right"/>
      </w:pPr>
      <w:r>
        <w:t>فخر کے ساتھ کہتے ہیں کہ اسلام ایک مکمل نظامِ حیات ہے، لیکن عملاً کیا کر رکھا ہے؟</w:t>
      </w:r>
    </w:p>
    <w:p>
      <w:r>
        <w:rPr>
          <w:b/>
        </w:rPr>
        <w:t xml:space="preserve">[00:59] </w:t>
      </w:r>
      <w:r>
        <w:t>ke Islam ki tamam taleemat ko "reduced form" mein le rakha hai, musaghar form mein.</w:t>
      </w:r>
    </w:p>
    <w:p>
      <w:pPr>
        <w:jc w:val="right"/>
      </w:pPr>
      <w:r>
        <w:t>کہ اسلام کی تمام تعلیمات کو "ریڈیوسڈ فارم" میں لے رکھا ہے، مصغر فارم میں۔</w:t>
      </w:r>
    </w:p>
    <w:p>
      <w:r>
        <w:rPr>
          <w:b/>
        </w:rPr>
        <w:t xml:space="preserve">[01:07] </w:t>
      </w:r>
      <w:r>
        <w:t>yeh tamam taleemat ka yahi hal hai ke daawa ke aitbar se to Islam mukammal nizam hai, lekin</w:t>
      </w:r>
    </w:p>
    <w:p>
      <w:pPr>
        <w:jc w:val="right"/>
      </w:pPr>
      <w:r>
        <w:t>یہ تمام تعلیمات کا یہی حال ہے کہ دعویٰ کے اعتبار سے تو اسلام مکمل نظام ہے، لیکن</w:t>
      </w:r>
    </w:p>
    <w:p>
      <w:r>
        <w:rPr>
          <w:b/>
        </w:rPr>
        <w:t xml:space="preserve">[01:15] </w:t>
      </w:r>
      <w:r>
        <w:t>amal ke aitbar se Islam aik bohat hi</w:t>
      </w:r>
    </w:p>
    <w:p>
      <w:pPr>
        <w:jc w:val="right"/>
      </w:pPr>
      <w:r>
        <w:t>عمل کے اعتبار سے اسلام ایک بہت ہی</w:t>
      </w:r>
    </w:p>
    <w:p>
      <w:r>
        <w:rPr>
          <w:b/>
        </w:rPr>
        <w:t xml:space="preserve">[01:23] </w:t>
      </w:r>
      <w:r>
        <w:t>musaghar nizam hai. mein ek misaal deta hoon aap ko: qana'at. qana'at ek bohat important taleem hai islam ki, lekin is ko qana'at kehte hain mahdood ma'ni mein liya jata hai ke woh koi darweshi ke ma'ni mein ho gaya. qana'at ke</w:t>
      </w:r>
    </w:p>
    <w:p>
      <w:pPr>
        <w:jc w:val="right"/>
      </w:pPr>
      <w:r>
        <w:t>مصغر نظام ہے۔ میں ایک مثال دیتا ہوں آپ کو: قناعت۔ قناعت ایک بہت امپورٹنٹ تعلیم ہے اسلام کی، لیکن اس کو قناعت کہتے محدود معنی میں لیا جاتا ہے کہ وہ کوئی درویشی کے معنی میں ہو گیا۔ قناعت کے</w:t>
      </w:r>
    </w:p>
    <w:p>
      <w:r>
        <w:rPr>
          <w:b/>
        </w:rPr>
        <w:t xml:space="preserve">[01:53] </w:t>
      </w:r>
      <w:r>
        <w:t>ma'ni: darveshi. halan ke yeh bohat zabardast ideology hai. yeh qana'at ek ideology hai. ek hadith hai: "qadfalha bin aslama warzuq kaffah wakunna Allah ma ata".</w:t>
      </w:r>
    </w:p>
    <w:p>
      <w:pPr>
        <w:jc w:val="right"/>
      </w:pPr>
      <w:r>
        <w:t>معنی: درویشی۔ حالانکہ یہ بہت زبردست آئیڈیالوجی ہے۔ یہ قناعت ایک آئیڈیالوجی ہے۔ ایک حدیث ہے: "قدفلھا بن اسلما ورضق کفہ وکنا اللہ ما آتا"۔ ی</w:t>
      </w:r>
    </w:p>
    <w:p>
      <w:r>
        <w:rPr>
          <w:b/>
        </w:rPr>
        <w:t xml:space="preserve">[02:23] </w:t>
      </w:r>
      <w:r>
        <w:t>yani is ke haan falah ka jora qanaat se.</w:t>
      </w:r>
    </w:p>
    <w:p>
      <w:pPr>
        <w:jc w:val="right"/>
      </w:pPr>
      <w:r>
        <w:t>عنی اس کے ہاں فلاح کا جوڑا قناعت سے۔</w:t>
      </w:r>
    </w:p>
    <w:p>
      <w:r>
        <w:rPr>
          <w:b/>
        </w:rPr>
        <w:t xml:space="preserve">[02:29] </w:t>
      </w:r>
      <w:r>
        <w:t>woh aadmi falah paye ga, yani successful rahe ga.</w:t>
      </w:r>
    </w:p>
    <w:p>
      <w:pPr>
        <w:jc w:val="right"/>
      </w:pPr>
      <w:r>
        <w:t>وہ آدمی فلاح پائے گا، یعنی successful رہے گا۔</w:t>
      </w:r>
    </w:p>
    <w:p>
      <w:r>
        <w:rPr>
          <w:b/>
        </w:rPr>
        <w:t xml:space="preserve">[02:35] </w:t>
      </w:r>
      <w:r>
        <w:t>falah ke mani: success.</w:t>
      </w:r>
    </w:p>
    <w:p>
      <w:pPr>
        <w:jc w:val="right"/>
      </w:pPr>
      <w:r>
        <w:t>فلاح کے معنی: success۔</w:t>
      </w:r>
    </w:p>
    <w:p>
      <w:r>
        <w:rPr>
          <w:b/>
        </w:rPr>
        <w:t xml:space="preserve">[02:41] </w:t>
      </w:r>
      <w:r>
        <w:t>ke jo aadmi falah paye ga, jo qanaat ki ideology ko apnaye, to qanaat aik darweshi ka tareeqa nahi hai.</w:t>
      </w:r>
    </w:p>
    <w:p>
      <w:pPr>
        <w:jc w:val="right"/>
      </w:pPr>
      <w:r>
        <w:t>کہ جو آدمی فلاح پائے گا، جو قناعت کی آئیڈیالوجی کو اپنائے، تو قناعت ایک درویشی کا طریقہ نہیں ہے۔</w:t>
      </w:r>
    </w:p>
    <w:p>
      <w:r>
        <w:rPr>
          <w:b/>
        </w:rPr>
        <w:t xml:space="preserve">[02:47] </w:t>
      </w:r>
      <w:r>
        <w:t>qanaat aik ideology hai</w:t>
      </w:r>
    </w:p>
    <w:p>
      <w:pPr>
        <w:jc w:val="right"/>
      </w:pPr>
      <w:r>
        <w:t>قناعت ایک آئیڈیالوجی ہے</w:t>
      </w:r>
    </w:p>
    <w:p>
      <w:r>
        <w:rPr>
          <w:b/>
        </w:rPr>
        <w:t xml:space="preserve">[02:53] </w:t>
      </w:r>
      <w:r>
        <w:t>jis ka taluq zindagi ke sare pehluon se hai.</w:t>
      </w:r>
    </w:p>
    <w:p>
      <w:pPr>
        <w:jc w:val="right"/>
      </w:pPr>
      <w:r>
        <w:t>جس کا تعلق زندگی کے سارے پہلوؤں سے ہے۔</w:t>
      </w:r>
    </w:p>
    <w:p>
      <w:r>
        <w:rPr>
          <w:b/>
        </w:rPr>
        <w:t xml:space="preserve">[03:01] </w:t>
      </w:r>
      <w:r>
        <w:t>mein is ko agar apne lafzon mein kahoon to woh yeh hoga ke qanaat ka matlab hai baqi</w:t>
      </w:r>
    </w:p>
    <w:p>
      <w:pPr>
        <w:jc w:val="right"/>
      </w:pPr>
      <w:r>
        <w:t>میں اس کو اگر اپنے لفظوں میں کہوں تو وہ یہ ہوگا کہ قناعت کا مطلب ہے باقی</w:t>
      </w:r>
    </w:p>
    <w:p>
      <w:r>
        <w:rPr>
          <w:b/>
        </w:rPr>
        <w:t xml:space="preserve">[03:09] </w:t>
      </w:r>
      <w:r>
        <w:t>madda par planning, baqi madda par mansooba.</w:t>
      </w:r>
    </w:p>
    <w:p>
      <w:pPr>
        <w:jc w:val="right"/>
      </w:pPr>
      <w:r>
        <w:t>مادہ پر پلاننگ، باقی مادہ پر منصوبہ۔</w:t>
      </w:r>
    </w:p>
    <w:p>
      <w:r>
        <w:rPr>
          <w:b/>
        </w:rPr>
        <w:t xml:space="preserve">[03:17] </w:t>
      </w:r>
      <w:r>
        <w:t>yani planning based on remnant.</w:t>
      </w:r>
    </w:p>
    <w:p>
      <w:pPr>
        <w:jc w:val="right"/>
      </w:pPr>
      <w:r>
        <w:t>یعنی پلاننگ بیسڈ آن ریمننٹ۔</w:t>
      </w:r>
    </w:p>
    <w:p>
      <w:r>
        <w:rPr>
          <w:b/>
        </w:rPr>
        <w:t xml:space="preserve">[03:25] </w:t>
      </w:r>
      <w:r>
        <w:t>jo aap ke paas kuch toh aap ke paas khoya gaya, kuch aap ke paas bacha hua hai. toh jo aap ke paas bacha hua hai, us par planning karna, us par mansooba banana. toh hum jante hain ke Rasool Allah Sal Allah Alayhi Wasallam Islam ki tamaam taleemat par aap sab se ziyada amal karne wale the, toh aap ne qana'at par bhi amal kiya, bilashubah. lekin Rasool Allah Sal Allah Alayhi Wasallam ke hawale se</w:t>
      </w:r>
    </w:p>
    <w:p>
      <w:pPr>
        <w:jc w:val="right"/>
      </w:pPr>
      <w:r>
        <w:t>جو آپ کے پاس کچھ تو آپ کے پاس کھویا گیا، کچھ آپ کے پاس بچا ہوا ہے۔ تو جو آپ کے پاس بچا ہوا ہے، اس پر پلاننگ کرنا، اس پر منصوبہ بنانا۔ تو ہم جانتے ہیں کہ رسول اللہ صلی اللہ علیہ وسلم اسلام کی تمام تعلیمات پر آپ سب سے زیادہ عمل کرنے والے تھے، تو آپ نے قناعت پر بھی عمل کیا، بلاشبہ۔ لیکن رسول اللہ صلی اللہ علیہ وسلم کے حوالے سے</w:t>
      </w:r>
    </w:p>
    <w:p>
      <w:r>
        <w:rPr>
          <w:b/>
        </w:rPr>
        <w:t xml:space="preserve">[03:55] </w:t>
      </w:r>
      <w:r>
        <w:t>jab qanaat ka zikr hota hai to choti choti baatein, mislan kam kapray mein guzara karna, kam khana</w:t>
      </w:r>
    </w:p>
    <w:p>
      <w:pPr>
        <w:jc w:val="right"/>
      </w:pPr>
      <w:r>
        <w:t>جب قناعت کا ذکر ہوتا ہے تو چھوٹی چھوٹی باتیں، مثلاً کم کپڑے میں گزارا کرنا، کم کھانا</w:t>
      </w:r>
    </w:p>
    <w:p>
      <w:r>
        <w:rPr>
          <w:b/>
        </w:rPr>
        <w:t xml:space="preserve">[04:02] </w:t>
      </w:r>
      <w:r>
        <w:t>kha kar mutma'in rehna.</w:t>
      </w:r>
    </w:p>
    <w:p>
      <w:pPr>
        <w:jc w:val="right"/>
      </w:pPr>
      <w:r>
        <w:t>کھا کر مطمئن رہنا۔</w:t>
      </w:r>
    </w:p>
    <w:p>
      <w:r>
        <w:rPr>
          <w:b/>
        </w:rPr>
        <w:t xml:space="preserve">[04:10] </w:t>
      </w:r>
      <w:r>
        <w:t>lekin aap ki jo policy thi, us se jor kar qanaat ko nahi samajhte.</w:t>
      </w:r>
    </w:p>
    <w:p>
      <w:pPr>
        <w:jc w:val="right"/>
      </w:pPr>
      <w:r>
        <w:t>لیکن آپ کی جو پالیسی تھی، اس سے جوڑ کر قناعت کو نہیں سمجھتے۔</w:t>
      </w:r>
    </w:p>
    <w:p>
      <w:r>
        <w:rPr>
          <w:b/>
        </w:rPr>
        <w:t xml:space="preserve">[04:18] </w:t>
      </w:r>
      <w:r>
        <w:t>halankeh rasool Allah ki policy tamam ki tamam qanaat par base karti thi.</w:t>
      </w:r>
    </w:p>
    <w:p>
      <w:pPr>
        <w:jc w:val="right"/>
      </w:pPr>
      <w:r>
        <w:t>حالانکہ رسول اللہ کی پالیسی تمام کی تمام قناعت پر بیس کرتی تھی۔</w:t>
      </w:r>
    </w:p>
    <w:p>
      <w:r>
        <w:rPr>
          <w:b/>
        </w:rPr>
        <w:t xml:space="preserve">[04:25] </w:t>
      </w:r>
      <w:r>
        <w:t>mein aap ko aik misaal deta hoon samajhne ke liye ke rasool Allah sal Allah aleh wasalam makka</w:t>
      </w:r>
    </w:p>
    <w:p>
      <w:pPr>
        <w:jc w:val="right"/>
      </w:pPr>
      <w:r>
        <w:t>میں آپ کو ایک مثال دیتا ہوں سمجھنے کے لیے کہ رسول اللہ صلی اللہ علیہ وسلم مکہ</w:t>
      </w:r>
    </w:p>
    <w:p>
      <w:r>
        <w:rPr>
          <w:b/>
        </w:rPr>
        <w:t xml:space="preserve">[04:35] </w:t>
      </w:r>
      <w:r>
        <w:t>mein 610 eesvi mein aap ne apna mission shuru kiya.</w:t>
      </w:r>
    </w:p>
    <w:p>
      <w:pPr>
        <w:jc w:val="right"/>
      </w:pPr>
      <w:r>
        <w:t>میں 610 عیسوی میں آپ نے اپنا مشن شروع کیا۔</w:t>
      </w:r>
    </w:p>
    <w:p>
      <w:r>
        <w:rPr>
          <w:b/>
        </w:rPr>
        <w:t xml:space="preserve">[04:46] </w:t>
      </w:r>
      <w:r>
        <w:t>is waqt makka mein mushrik logon ka qabza tha, tamam leader wahan ke mushrik thay. to taqreeban</w:t>
      </w:r>
    </w:p>
    <w:p>
      <w:pPr>
        <w:jc w:val="right"/>
      </w:pPr>
      <w:r>
        <w:t>اس وقت مکہ میں مشرک لوگوں کا قبضہ تھا، تمام لیڈر وہاں کے مشرک تھے۔ تو تقریباً</w:t>
      </w:r>
    </w:p>
    <w:p>
      <w:r>
        <w:rPr>
          <w:b/>
        </w:rPr>
        <w:t xml:space="preserve">[04:56] </w:t>
      </w:r>
      <w:r>
        <w:t>13 saal tak unhon ne aap ko tarah tarah se pareshan kiya.</w:t>
      </w:r>
    </w:p>
    <w:p>
      <w:pPr>
        <w:jc w:val="right"/>
      </w:pPr>
      <w:r>
        <w:t>13 سال تک انہوں نے آپ کو طرح طرح سے پریشان کیا۔</w:t>
      </w:r>
    </w:p>
    <w:p>
      <w:r>
        <w:rPr>
          <w:b/>
        </w:rPr>
        <w:t xml:space="preserve">[05:04] </w:t>
      </w:r>
      <w:r>
        <w:t>aakhir mein kya hua ke makka mein aik tha idara, is ka naam tha dar-un-nadwah.</w:t>
      </w:r>
    </w:p>
    <w:p>
      <w:pPr>
        <w:jc w:val="right"/>
      </w:pPr>
      <w:r>
        <w:t>آخر میں کیا ہوا کہ مکہ میں ایک تھا ادارہ، اس کا نام تھا دارالندوہ۔</w:t>
      </w:r>
    </w:p>
    <w:p>
      <w:r>
        <w:rPr>
          <w:b/>
        </w:rPr>
        <w:t xml:space="preserve">[05:12] </w:t>
      </w:r>
      <w:r>
        <w:t>dar-un-nadwah ka matlab tha aaj ki zaban mein "tribal parliament". tribal parliament.</w:t>
      </w:r>
    </w:p>
    <w:p>
      <w:pPr>
        <w:jc w:val="right"/>
      </w:pPr>
      <w:r>
        <w:t>دارالندوہ کا مطلب تھا آج کی زبان میں "ٹرائیبل پارلیمنٹ"۔ ٹرائیبل پارلیمنٹ۔</w:t>
      </w:r>
    </w:p>
    <w:p>
      <w:r>
        <w:rPr>
          <w:b/>
        </w:rPr>
        <w:t xml:space="preserve">[05:19] </w:t>
      </w:r>
      <w:r>
        <w:t>to makka mein jo dar-un-nadwah tha,</w:t>
      </w:r>
    </w:p>
    <w:p>
      <w:pPr>
        <w:jc w:val="right"/>
      </w:pPr>
      <w:r>
        <w:t>تو مکہ میں جو دارالندوہ تھا،</w:t>
      </w:r>
    </w:p>
    <w:p>
      <w:r>
        <w:rPr>
          <w:b/>
        </w:rPr>
        <w:t xml:space="preserve">[05:27] </w:t>
      </w:r>
      <w:r>
        <w:t>wo tribal parliament thi, yani mukhtalif qabail ka idara.</w:t>
      </w:r>
    </w:p>
    <w:p>
      <w:pPr>
        <w:jc w:val="right"/>
      </w:pPr>
      <w:r>
        <w:t>وہ ٹرائیبل پارلیمنٹ تھی، یعنی مختلف قبائل کا ادارہ۔</w:t>
      </w:r>
    </w:p>
    <w:p>
      <w:r>
        <w:rPr>
          <w:b/>
        </w:rPr>
        <w:t xml:space="preserve">[05:34] </w:t>
      </w:r>
      <w:r>
        <w:t>wahan bare bare division le aate thay.</w:t>
      </w:r>
    </w:p>
    <w:p>
      <w:pPr>
        <w:jc w:val="right"/>
      </w:pPr>
      <w:r>
        <w:t>وہاں بڑے بڑے ڈیویژن لے آتے تھے۔</w:t>
      </w:r>
    </w:p>
    <w:p>
      <w:r>
        <w:rPr>
          <w:b/>
        </w:rPr>
        <w:t xml:space="preserve">[05:42] </w:t>
      </w:r>
      <w:r>
        <w:t>to rasool Allah sal Allah aleh wasalam aur aap ke ashaab wahan barabar aap apni tablegh karte thay.</w:t>
      </w:r>
    </w:p>
    <w:p>
      <w:pPr>
        <w:jc w:val="right"/>
      </w:pPr>
      <w:r>
        <w:t>تو رسول اللہ صلی اللہ علیہ وسلم اور آپ کے اصحاب وہاں برابر آپ اپنی تبلیغ کرتے تھے۔</w:t>
      </w:r>
    </w:p>
    <w:p>
      <w:r>
        <w:rPr>
          <w:b/>
        </w:rPr>
        <w:t xml:space="preserve">[05:50] </w:t>
      </w:r>
      <w:r>
        <w:t>to aik group makka walon mein se aap ke sath ho gaya tha.</w:t>
      </w:r>
    </w:p>
    <w:p>
      <w:pPr>
        <w:jc w:val="right"/>
      </w:pPr>
      <w:r>
        <w:t>تو ایک گروپ مکہ والوں میں سے آپ کے ساتھ ہو گیا تھا۔</w:t>
      </w:r>
    </w:p>
    <w:p>
      <w:r>
        <w:rPr>
          <w:b/>
        </w:rPr>
        <w:t xml:space="preserve">[05:57] </w:t>
      </w:r>
      <w:r>
        <w:t>toh yeh log shuru mein toh tolerate kiya unhon ne, lekin jab dekha ke un ke aadmi barh rahe hain, hum un ki jo society thi, mushrik society, us mein se kuch na kuch log nikal kar aap ke saath shamil hote rehte the barabar. toh unhon ne apna jo tribal parliament thi, Dar-un-Nadwah, us mein is masle ko rakha. toh Dar</w:t>
      </w:r>
    </w:p>
    <w:p>
      <w:pPr>
        <w:jc w:val="right"/>
      </w:pPr>
      <w:r>
        <w:t>تو یہ لوگ شروع میں تو ٹولریٹ کیا انہوں نے، لیکن جب دیکھا کہ ان کے آدمی بڑھ رہے ہیں، ہم ان کی جو سوسائٹی تھی، مشرک سوسائٹی، اس میں سے کچھ نہ کچھ لوگ نکل کر آپ کے ساتھ شامل ہوتے رہتے تھے برابر۔ تو انہوں نے اپنا جو ٹرائیبل پارلیمنٹ تھی، دارالندوہ، اس میں اس مسئلے کو رکھا۔ تو دار</w:t>
      </w:r>
    </w:p>
    <w:p>
      <w:r>
        <w:rPr>
          <w:b/>
        </w:rPr>
        <w:t xml:space="preserve">[06:27] </w:t>
      </w:r>
      <w:r>
        <w:t>un-Nadwah mein yeh faisla kiya gaya, sab ke consensus se, ke Muhammad ko qatl kar diya jaye aur saare qabail mil kar qatl karein. yeh faisla kiya gaya. toh Rasool Allah Sal Allah Alayhi Wasallam ko jab is ki khabar mili toh aap ne woh nahi kiya jo aaj kal leader karte hain. aaj leader toh foran</w:t>
      </w:r>
    </w:p>
    <w:p>
      <w:pPr>
        <w:jc w:val="right"/>
      </w:pPr>
      <w:r>
        <w:t>الندوہ میں یہ فیصلہ کیا گیا، سب کے کنسنسس سے، کہ محمد کو قتل کر دیا جائے اور سارے قبائل مل کر قتل کریں۔ یہ فیصلہ کیا گیا۔ تو رسول اللہ صلی اللہ علیہ وسلم کو جب اس کی خبر ملی تو آپ نے وہ نہیں کیا جو آج کل لیڈر کرتے ہیں۔ آج لیڈر تو ف</w:t>
      </w:r>
    </w:p>
    <w:p>
      <w:r>
        <w:rPr>
          <w:b/>
        </w:rPr>
        <w:t xml:space="preserve">[06:57] </w:t>
      </w:r>
      <w:r>
        <w:t>waraa aik statement dein ge media mein, jo ziyada josheele hon ge, wo hathyar akatha karein ge larnay</w:t>
      </w:r>
    </w:p>
    <w:p>
      <w:pPr>
        <w:jc w:val="right"/>
      </w:pPr>
      <w:r>
        <w:t>وراً ایک اسٹیٹمنٹ دیں گے میڈیا میں، جو زیادہ جوشیلے ہوں گے، وہ ہتھیار اکٹھا کریں گے لڑنے</w:t>
      </w:r>
    </w:p>
    <w:p>
      <w:r>
        <w:rPr>
          <w:b/>
        </w:rPr>
        <w:t xml:space="preserve">[07:03] </w:t>
      </w:r>
      <w:r>
        <w:t>ke liye, ya international, jo kehte hain aaj kal ki zaban mein, international community, us ko kahein ge</w:t>
      </w:r>
    </w:p>
    <w:p>
      <w:pPr>
        <w:jc w:val="right"/>
      </w:pPr>
      <w:r>
        <w:t>کے لیے، یا انٹرنیشنل، جو کہتے ہیں آج کل کی زبان میں، انٹرنیشنل کمیونٹی، اس کو کہیں گے</w:t>
      </w:r>
    </w:p>
    <w:p>
      <w:r>
        <w:rPr>
          <w:b/>
        </w:rPr>
        <w:t xml:space="preserve">[07:09] </w:t>
      </w:r>
      <w:r>
        <w:t>ke dekho roko in logon ko.</w:t>
      </w:r>
    </w:p>
    <w:p>
      <w:pPr>
        <w:jc w:val="right"/>
      </w:pPr>
      <w:r>
        <w:t>کہ دیکھو روکو ان لوگوں کو۔</w:t>
      </w:r>
    </w:p>
    <w:p>
      <w:r>
        <w:rPr>
          <w:b/>
        </w:rPr>
        <w:t xml:space="preserve">[07:15] </w:t>
      </w:r>
      <w:r>
        <w:t>yehi sab aaj kal kiya jata hai.</w:t>
      </w:r>
    </w:p>
    <w:p>
      <w:pPr>
        <w:jc w:val="right"/>
      </w:pPr>
      <w:r>
        <w:t>یہی سب آج کل کیا جاتا ہے۔</w:t>
      </w:r>
    </w:p>
    <w:p>
      <w:r>
        <w:rPr>
          <w:b/>
        </w:rPr>
        <w:t xml:space="preserve">[07:21] </w:t>
      </w:r>
      <w:r>
        <w:t>rasool Allah sal Allah aleh wasalam ne aisa nahi kiya.</w:t>
      </w:r>
    </w:p>
    <w:p>
      <w:pPr>
        <w:jc w:val="right"/>
      </w:pPr>
      <w:r>
        <w:t>رسول اللہ صلی اللہ علیہ وسلم نے ایسا نہیں کیا۔</w:t>
      </w:r>
    </w:p>
    <w:p>
      <w:r>
        <w:rPr>
          <w:b/>
        </w:rPr>
        <w:t xml:space="preserve">[07:27] </w:t>
      </w:r>
      <w:r>
        <w:t>bohat hi secret planning ki aap ne, khamosh planning.</w:t>
      </w:r>
    </w:p>
    <w:p>
      <w:pPr>
        <w:jc w:val="right"/>
      </w:pPr>
      <w:r>
        <w:t>بہت ہی سیکرٹ پلاننگ کی آپ نے، خاموش پلاننگ۔</w:t>
      </w:r>
    </w:p>
    <w:p>
      <w:r>
        <w:rPr>
          <w:b/>
        </w:rPr>
        <w:t xml:space="preserve">[07:35] </w:t>
      </w:r>
      <w:r>
        <w:t>wo yeh ke baghair kisi reaction ke, koi reaction nahi, khamoshi se makka ko chhod kar</w:t>
      </w:r>
    </w:p>
    <w:p>
      <w:pPr>
        <w:jc w:val="right"/>
      </w:pPr>
      <w:r>
        <w:t>وہ یہ کہ بغیر کسی ری ایکشن کے، کوئی ری ایکشن نہیں، خاموشی سے مکہ کو چھوڑ کر</w:t>
      </w:r>
    </w:p>
    <w:p>
      <w:r>
        <w:rPr>
          <w:b/>
        </w:rPr>
        <w:t xml:space="preserve">[07:43] </w:t>
      </w:r>
      <w:r>
        <w:t>madina chale jana, jis ko hum kehte hain hijrat.</w:t>
      </w:r>
    </w:p>
    <w:p>
      <w:pPr>
        <w:jc w:val="right"/>
      </w:pPr>
      <w:r>
        <w:t>مدینہ چلے جانا، جس کو ہم کہتے ہیں ہجرت۔</w:t>
      </w:r>
    </w:p>
    <w:p>
      <w:r>
        <w:rPr>
          <w:b/>
        </w:rPr>
        <w:t xml:space="preserve">[07:51] </w:t>
      </w:r>
      <w:r>
        <w:t>to hijrat jo ki thi aap ne, wo aap jis ghar mein rehte thay, wo Hazrat Khadijah ka ghar tha.</w:t>
      </w:r>
    </w:p>
    <w:p>
      <w:pPr>
        <w:jc w:val="right"/>
      </w:pPr>
      <w:r>
        <w:t>تو ہجرت جو کی تھی آپ نے، وہ آپ جس گھر میں رہتے تھے، وہ حضرت خدیجہ کا گھر تھا۔</w:t>
      </w:r>
    </w:p>
    <w:p>
      <w:r>
        <w:rPr>
          <w:b/>
        </w:rPr>
        <w:t xml:space="preserve">[07:58] </w:t>
      </w:r>
      <w:r>
        <w:t>Hazrat Khadijah ke ghar par rehte thay aap.</w:t>
      </w:r>
    </w:p>
    <w:p>
      <w:pPr>
        <w:jc w:val="right"/>
      </w:pPr>
      <w:r>
        <w:t>حضرت خدیجہ کے گھر پر رہتے تھے آپ۔</w:t>
      </w:r>
    </w:p>
    <w:p>
      <w:r>
        <w:rPr>
          <w:b/>
        </w:rPr>
        <w:t xml:space="preserve">[08:04] </w:t>
      </w:r>
      <w:r>
        <w:t>wo aik bara ghar tha.</w:t>
      </w:r>
    </w:p>
    <w:p>
      <w:pPr>
        <w:jc w:val="right"/>
      </w:pPr>
      <w:r>
        <w:t>وہ ایک بڑا گھر تھا۔</w:t>
      </w:r>
    </w:p>
    <w:p>
      <w:r>
        <w:rPr>
          <w:b/>
        </w:rPr>
        <w:t xml:space="preserve">[08:10] </w:t>
      </w:r>
      <w:r>
        <w:t>to back door se aap nikal gaye makka se, aur pehle paidal, phir oont par sawar ho kar,</w:t>
      </w:r>
    </w:p>
    <w:p>
      <w:pPr>
        <w:jc w:val="right"/>
      </w:pPr>
      <w:r>
        <w:t>تو بیک ڈور سے آپ نکل گئے مکہ سے، اور پہلے پیدل، پھر اونٹ پر سوار ہو کر،</w:t>
      </w:r>
    </w:p>
    <w:p>
      <w:r>
        <w:rPr>
          <w:b/>
        </w:rPr>
        <w:t xml:space="preserve">[08:17] </w:t>
      </w:r>
      <w:r>
        <w:t>kai din ka safar tha yeh lamba, madina puhanch gaye.</w:t>
      </w:r>
    </w:p>
    <w:p>
      <w:pPr>
        <w:jc w:val="right"/>
      </w:pPr>
      <w:r>
        <w:t>کئی دن کا سفر تھا یہ لمبا، مدینہ پہنچ گئے۔</w:t>
      </w:r>
    </w:p>
    <w:p>
      <w:r>
        <w:rPr>
          <w:b/>
        </w:rPr>
        <w:t xml:space="preserve">[08:23] </w:t>
      </w:r>
      <w:r>
        <w:t>kafi lamba safar tha yeh, kyunke hawai jahaz se to safar tha nahin. to</w:t>
      </w:r>
    </w:p>
    <w:p>
      <w:pPr>
        <w:jc w:val="right"/>
      </w:pPr>
      <w:r>
        <w:t>کافی لمبا سفر تھا یہ، کیونکہ ہوائی جہاز سے تو سفر تھا نہیں۔ تو</w:t>
      </w:r>
    </w:p>
    <w:p>
      <w:r>
        <w:rPr>
          <w:b/>
        </w:rPr>
        <w:t xml:space="preserve">[08:29] </w:t>
      </w:r>
      <w:r>
        <w:t>khamosh planning ki aap ne ke makkah se chale jayen aur back door se nikalen.</w:t>
      </w:r>
    </w:p>
    <w:p>
      <w:pPr>
        <w:jc w:val="right"/>
      </w:pPr>
      <w:r>
        <w:t>خاموش پلاننگ کی آپ نے کہ مکہ سے چلے جائیں اور بیک ڈور سے نکلے۔</w:t>
      </w:r>
    </w:p>
    <w:p>
      <w:r>
        <w:rPr>
          <w:b/>
        </w:rPr>
        <w:t xml:space="preserve">[08:36] </w:t>
      </w:r>
      <w:r>
        <w:t>aap ne apne sath sirf ek insan ko le gaya, woh abubakar, aur ek rehnuma liya jo professional guide tha.</w:t>
      </w:r>
    </w:p>
    <w:p>
      <w:pPr>
        <w:jc w:val="right"/>
      </w:pPr>
      <w:r>
        <w:t>آپ نے اپنے ساتھ صرف ایک انسان کو لے گیا، وہ ابوبکر، اور ایک رہنما لیا جو پروفیشنل گائیڈ تھا۔</w:t>
      </w:r>
    </w:p>
    <w:p>
      <w:r>
        <w:rPr>
          <w:b/>
        </w:rPr>
        <w:t xml:space="preserve">[08:44] </w:t>
      </w:r>
      <w:r>
        <w:t>makkah mein ek professional guide the, un ka naam tha abdullah ibn arqat, ya aur ek do naam</w:t>
      </w:r>
    </w:p>
    <w:p>
      <w:pPr>
        <w:jc w:val="right"/>
      </w:pPr>
      <w:r>
        <w:t>مکہ میں ایک پروفیشنل گائیڈ تھے، ان کا نام تھا عبداللہ ابن ارقط، یا اور ایک دو نام</w:t>
      </w:r>
    </w:p>
    <w:p>
      <w:r>
        <w:rPr>
          <w:b/>
        </w:rPr>
        <w:t xml:space="preserve">[08:51] </w:t>
      </w:r>
      <w:r>
        <w:t>un ke ate hain, abdullah ibn arqat ya</w:t>
      </w:r>
    </w:p>
    <w:p>
      <w:pPr>
        <w:jc w:val="right"/>
      </w:pPr>
      <w:r>
        <w:t>ان کے آتے ہیں، عبداللہ ابن ارقط یا</w:t>
      </w:r>
    </w:p>
    <w:p>
      <w:r>
        <w:rPr>
          <w:b/>
        </w:rPr>
        <w:t xml:space="preserve">[08:59] </w:t>
      </w:r>
      <w:r>
        <w:t>abdullah ibn ariq.</w:t>
      </w:r>
    </w:p>
    <w:p>
      <w:pPr>
        <w:jc w:val="right"/>
      </w:pPr>
      <w:r>
        <w:t>عبداللہ ابن عریق۔</w:t>
      </w:r>
    </w:p>
    <w:p>
      <w:r>
        <w:rPr>
          <w:b/>
        </w:rPr>
        <w:t xml:space="preserve">[09:05] </w:t>
      </w:r>
      <w:r>
        <w:t>to yeh teen aadmiyon ka qafila oont par sawar ho kar rawana ho gaya, aur rasta aap ne</w:t>
      </w:r>
    </w:p>
    <w:p>
      <w:pPr>
        <w:jc w:val="right"/>
      </w:pPr>
      <w:r>
        <w:t>تو یہ تین آدمیوں کا قافلہ اونٹ پر سوار ہو کر روانہ ہو گیا، اور راستہ آپ نے</w:t>
      </w:r>
    </w:p>
    <w:p>
      <w:r>
        <w:rPr>
          <w:b/>
        </w:rPr>
        <w:t xml:space="preserve">[09:11] </w:t>
      </w:r>
      <w:r>
        <w:t>aisa intikhab kiya jo bohat hi lamba tha.</w:t>
      </w:r>
    </w:p>
    <w:p>
      <w:pPr>
        <w:jc w:val="right"/>
      </w:pPr>
      <w:r>
        <w:t>ایسا انتخاب کیا جو بہت ہی لمبا تھا۔</w:t>
      </w:r>
    </w:p>
    <w:p>
      <w:r>
        <w:rPr>
          <w:b/>
        </w:rPr>
        <w:t xml:space="preserve">[09:17] </w:t>
      </w:r>
      <w:r>
        <w:t>yani aap ko maloom hai ke rasool Allah hijrat ke baad ghar thaur mein thehre the.</w:t>
      </w:r>
    </w:p>
    <w:p>
      <w:pPr>
        <w:jc w:val="right"/>
      </w:pPr>
      <w:r>
        <w:t>یعنی آپ کو معلوم ہے کہ رسول اللہ ہجرت کے بعد غار ثور میں ٹھہرے تھے۔</w:t>
      </w:r>
    </w:p>
    <w:p>
      <w:r>
        <w:rPr>
          <w:b/>
        </w:rPr>
        <w:t xml:space="preserve">[09:23] </w:t>
      </w:r>
      <w:r>
        <w:t>to ghar thaur kahan hai?</w:t>
      </w:r>
    </w:p>
    <w:p>
      <w:pPr>
        <w:jc w:val="right"/>
      </w:pPr>
      <w:r>
        <w:t>تو غار ثور کہاں ہے؟</w:t>
      </w:r>
    </w:p>
    <w:p>
      <w:r>
        <w:rPr>
          <w:b/>
        </w:rPr>
        <w:t xml:space="preserve">[09:29] </w:t>
      </w:r>
      <w:r>
        <w:t>ghar thaur madinah ki taraf nahin hai, ulti taraf hai woh.</w:t>
      </w:r>
    </w:p>
    <w:p>
      <w:pPr>
        <w:jc w:val="right"/>
      </w:pPr>
      <w:r>
        <w:t>غار ثور مدینہ کی طرف نہیں ہے، الٹی طرف ہے وہ۔</w:t>
      </w:r>
    </w:p>
    <w:p>
      <w:r>
        <w:rPr>
          <w:b/>
        </w:rPr>
        <w:t xml:space="preserve">[09:34] </w:t>
      </w:r>
      <w:r>
        <w:t>yani jana hai idhar, ghar thaur idhar hai.</w:t>
      </w:r>
    </w:p>
    <w:p>
      <w:pPr>
        <w:jc w:val="right"/>
      </w:pPr>
      <w:r>
        <w:t>یعنی جانا ہے ادھر، غار ثور ادھر ہے۔</w:t>
      </w:r>
    </w:p>
    <w:p>
      <w:r>
        <w:rPr>
          <w:b/>
        </w:rPr>
        <w:t xml:space="preserve">[09:39] </w:t>
      </w:r>
      <w:r>
        <w:t>wahan ja ke wahan chhupe rahe.</w:t>
      </w:r>
    </w:p>
    <w:p>
      <w:pPr>
        <w:jc w:val="right"/>
      </w:pPr>
      <w:r>
        <w:t>وہاں جا کے وہاں چھپے رہے۔</w:t>
      </w:r>
    </w:p>
    <w:p>
      <w:r>
        <w:rPr>
          <w:b/>
        </w:rPr>
        <w:t xml:space="preserve">[09:44] </w:t>
      </w:r>
      <w:r>
        <w:t>to rasool Allah ko pata tha ke yeh log jo hain, jab jane gaye ke hum ne makkah</w:t>
      </w:r>
    </w:p>
    <w:p>
      <w:pPr>
        <w:jc w:val="right"/>
      </w:pPr>
      <w:r>
        <w:t>تو رسول اللہ کو پتہ تھا کہ یہ لوگ جو ہیں، جب جانے گئے کہ ہم نے مکہ</w:t>
      </w:r>
    </w:p>
    <w:p>
      <w:r>
        <w:rPr>
          <w:b/>
        </w:rPr>
        <w:t xml:space="preserve">[09:49] </w:t>
      </w:r>
      <w:r>
        <w:t>chhod diya hai, to hawa talash mein nikal gaye woh.</w:t>
      </w:r>
    </w:p>
    <w:p>
      <w:pPr>
        <w:jc w:val="right"/>
      </w:pPr>
      <w:r>
        <w:t>چھوڑ دیا ہے، تو ہوا تلاش میں نکلے گئے وہ۔</w:t>
      </w:r>
    </w:p>
    <w:p>
      <w:r>
        <w:rPr>
          <w:b/>
        </w:rPr>
        <w:t xml:space="preserve">[09:54] </w:t>
      </w:r>
      <w:r>
        <w:t>to aap nikle ho talash mein, aap talwaren liye hue ke</w:t>
      </w:r>
    </w:p>
    <w:p>
      <w:pPr>
        <w:jc w:val="right"/>
      </w:pPr>
      <w:r>
        <w:t>تو آپ نکلے ہو تلاش میں، آپ تلواریں لیے ہوئے کہ</w:t>
      </w:r>
    </w:p>
    <w:p>
      <w:r>
        <w:rPr>
          <w:b/>
        </w:rPr>
        <w:t xml:space="preserve">[09:59] </w:t>
      </w:r>
      <w:r>
        <w:t>makkah mein nahin mile to raste mein qatl kar diya jaye un ko.</w:t>
      </w:r>
    </w:p>
    <w:p>
      <w:pPr>
        <w:jc w:val="right"/>
      </w:pPr>
      <w:r>
        <w:t>مکہ میں نہیں ملے تو راستے میں قتل کر دیا جائے ان کو۔</w:t>
      </w:r>
    </w:p>
    <w:p>
      <w:r>
        <w:rPr>
          <w:b/>
        </w:rPr>
        <w:t xml:space="preserve">[10:06] </w:t>
      </w:r>
      <w:r>
        <w:t>yahan tak ke woh dhoondhte dhoondhte ghar thaur tak pahunch gaye.</w:t>
      </w:r>
    </w:p>
    <w:p>
      <w:pPr>
        <w:jc w:val="right"/>
      </w:pPr>
      <w:r>
        <w:t>یہاں تک کہ وہ ڈھونڈتے ڈھونڈتے غار ثور تک پہنچ گئے۔</w:t>
      </w:r>
    </w:p>
    <w:p>
      <w:r>
        <w:rPr>
          <w:b/>
        </w:rPr>
        <w:t xml:space="preserve">[10:12] </w:t>
      </w:r>
      <w:r>
        <w:t>to jab woh ghar thaur ka jo dahana tha, wahan aa kar khare ho gaye woh, aur hazrat</w:t>
      </w:r>
    </w:p>
    <w:p>
      <w:pPr>
        <w:jc w:val="right"/>
      </w:pPr>
      <w:r>
        <w:t>تو جب وہ غار ثور کا جو دہانہ تھا، وہاں آ کر کھڑے ہو گئے وہ، اور حضرت</w:t>
      </w:r>
    </w:p>
    <w:p>
      <w:r>
        <w:rPr>
          <w:b/>
        </w:rPr>
        <w:t xml:space="preserve">[10:18] </w:t>
      </w:r>
      <w:r>
        <w:t>abubakar ne dekha ke yeh to wahan pahunch gaye.</w:t>
      </w:r>
    </w:p>
    <w:p>
      <w:pPr>
        <w:jc w:val="right"/>
      </w:pPr>
      <w:r>
        <w:t>ابوبکر نے دیکھا کہ یہ تو وہاں پہنچ گئے۔</w:t>
      </w:r>
    </w:p>
    <w:p>
      <w:r>
        <w:rPr>
          <w:b/>
        </w:rPr>
        <w:t xml:space="preserve">[10:24] </w:t>
      </w:r>
      <w:r>
        <w:t>to hazrat abubakar ne</w:t>
      </w:r>
    </w:p>
    <w:p>
      <w:pPr>
        <w:jc w:val="right"/>
      </w:pPr>
      <w:r>
        <w:t>تو حضرت ابوبکر نے</w:t>
      </w:r>
    </w:p>
    <w:p>
      <w:r>
        <w:rPr>
          <w:b/>
        </w:rPr>
        <w:t xml:space="preserve">[10:30] </w:t>
      </w:r>
      <w:r>
        <w:t>khamoshi se, zahir hai ke use zor zor se bolne ka mauqa nahin tha, khamoshi se whisper ki</w:t>
      </w:r>
    </w:p>
    <w:p>
      <w:pPr>
        <w:jc w:val="right"/>
      </w:pPr>
      <w:r>
        <w:t>خاموشی سے، ظاہر ہے کہ اسے زور زور سے بولنے کا موقع نہیں تھا، خاموشی سے وِسپر کی</w:t>
      </w:r>
    </w:p>
    <w:p>
      <w:r>
        <w:rPr>
          <w:b/>
        </w:rPr>
        <w:t xml:space="preserve">[10:36] </w:t>
      </w:r>
      <w:r>
        <w:t>zaban mein kaha ke yeh to yahan bhi aa gaye.</w:t>
      </w:r>
    </w:p>
    <w:p>
      <w:pPr>
        <w:jc w:val="right"/>
      </w:pPr>
      <w:r>
        <w:t>زبان میں کہا کہ یہ تو یہاں بھی آ گئے۔</w:t>
      </w:r>
    </w:p>
    <w:p>
      <w:r>
        <w:rPr>
          <w:b/>
        </w:rPr>
        <w:t xml:space="preserve">[10:42] </w:t>
      </w:r>
      <w:r>
        <w:t>to quran mein is waqt aap ne jo jawab diya tha, us waqt quran mein un lafzon mein</w:t>
      </w:r>
    </w:p>
    <w:p>
      <w:pPr>
        <w:jc w:val="right"/>
      </w:pPr>
      <w:r>
        <w:t>تو قرآن میں اس وقت آپ نے جو جواب دیا تھا، اس وقت قرآن میں ان لفظوں میں</w:t>
      </w:r>
    </w:p>
    <w:p>
      <w:r>
        <w:rPr>
          <w:b/>
        </w:rPr>
        <w:t xml:space="preserve">[10:48] </w:t>
      </w:r>
      <w:r>
        <w:t>aaya hai ke "la tahzan innal laaha ma'ana".</w:t>
      </w:r>
    </w:p>
    <w:p>
      <w:pPr>
        <w:jc w:val="right"/>
      </w:pPr>
      <w:r>
        <w:t>آیا ہے کہ "لا تَهْزَنْ إِنَّ اللَّهَ مَعَنَا"۔</w:t>
      </w:r>
    </w:p>
    <w:p>
      <w:r>
        <w:rPr>
          <w:b/>
        </w:rPr>
        <w:t xml:space="preserve">[10:54] </w:t>
      </w:r>
      <w:r>
        <w:t>lekin hadith mein aik aur lafz aaya hai: "ya abaa bakr ma zannuka bi-islamillah thalithahuma".</w:t>
      </w:r>
    </w:p>
    <w:p>
      <w:pPr>
        <w:jc w:val="right"/>
      </w:pPr>
      <w:r>
        <w:t>لیکن حدیث میں ایک اور لفظ آیا ہے: "يا أبا بكر ما ظنك بإسلام الله ثالثهما"۔</w:t>
      </w:r>
    </w:p>
    <w:p>
      <w:r>
        <w:rPr>
          <w:b/>
        </w:rPr>
        <w:t xml:space="preserve">[11:00] </w:t>
      </w:r>
      <w:r>
        <w:t>yeh hadith ka lafz hai: "ae abubakr!</w:t>
      </w:r>
    </w:p>
    <w:p>
      <w:pPr>
        <w:jc w:val="right"/>
      </w:pPr>
      <w:r>
        <w:t>یہ حدیث کا لفظ ہے: "اے ابوبکر!</w:t>
      </w:r>
    </w:p>
    <w:p>
      <w:r>
        <w:rPr>
          <w:b/>
        </w:rPr>
        <w:t xml:space="preserve">[11:06] </w:t>
      </w:r>
      <w:r>
        <w:t>tumhara gumaan in do ke baare mein kya hai jin ke saath un ka teesra Allah ho?" "ya</w:t>
      </w:r>
    </w:p>
    <w:p>
      <w:pPr>
        <w:jc w:val="right"/>
      </w:pPr>
      <w:r>
        <w:t>تمہارا گمان ان دو کے بارے میں کیا ہے جن کے ساتھ ان کا تیسرا اللہ ہو؟" "يا</w:t>
      </w:r>
    </w:p>
    <w:p>
      <w:r>
        <w:rPr>
          <w:b/>
        </w:rPr>
        <w:t xml:space="preserve">[11:13] </w:t>
      </w:r>
      <w:r>
        <w:t>aba bakr ma zannuka bi-islamillah thalithahuma".</w:t>
      </w:r>
    </w:p>
    <w:p>
      <w:pPr>
        <w:jc w:val="right"/>
      </w:pPr>
      <w:r>
        <w:t>أبا بكر ما ظنك بإسلام الله ثالثهما"۔</w:t>
      </w:r>
    </w:p>
    <w:p>
      <w:r>
        <w:rPr>
          <w:b/>
        </w:rPr>
        <w:t xml:space="preserve">[11:19] </w:t>
      </w:r>
      <w:r>
        <w:t>is tarah se Allah par bharosa karte hue rawana hue, yahan tak ke aap madina pahunche.</w:t>
      </w:r>
    </w:p>
    <w:p>
      <w:pPr>
        <w:jc w:val="right"/>
      </w:pPr>
      <w:r>
        <w:t>اس طرح سے اللہ پر بھروسہ کرتے ہوئے روانہ ہوئے، یہاں تک کہ آپ مدینہ پہنچ گئے۔</w:t>
      </w:r>
    </w:p>
    <w:p>
      <w:r>
        <w:rPr>
          <w:b/>
        </w:rPr>
        <w:t xml:space="preserve">[11:25] </w:t>
      </w:r>
      <w:r>
        <w:t>us waqt aap ne aik bohat</w:t>
      </w:r>
    </w:p>
    <w:p>
      <w:pPr>
        <w:jc w:val="right"/>
      </w:pPr>
      <w:r>
        <w:t>اس وقت آپ نے ایک بہت</w:t>
      </w:r>
    </w:p>
    <w:p>
      <w:r>
        <w:rPr>
          <w:b/>
        </w:rPr>
        <w:t xml:space="preserve">[11:31] </w:t>
      </w:r>
      <w:r>
        <w:t>He meaningful jumla kaha tha Madina ke bare mein.</w:t>
      </w:r>
    </w:p>
    <w:p>
      <w:pPr>
        <w:jc w:val="right"/>
      </w:pPr>
      <w:r>
        <w:t>ہی میننگ فل جملہ کہا تھا مدینہ کے بارے میں۔</w:t>
      </w:r>
    </w:p>
    <w:p>
      <w:r>
        <w:rPr>
          <w:b/>
        </w:rPr>
        <w:t xml:space="preserve">[11:38] </w:t>
      </w:r>
      <w:r>
        <w:t>woh yeh alfaaz yeh thay ke "umirtu bi-qaryatin ta'kulu al-qara yaquluna yasrifu wa hiya al-madinah".</w:t>
      </w:r>
    </w:p>
    <w:p>
      <w:pPr>
        <w:jc w:val="right"/>
      </w:pPr>
      <w:r>
        <w:t>وہ یہ الفاظ یہ تھے کہ "أُمِرْتُ بِقَرْيَةٍ تَأْكُلُ الْقَرَىٰ يَقُولُونَ يَسْرِفُ وَهِيَ الْمَدِينَةُ"۔</w:t>
      </w:r>
    </w:p>
    <w:p>
      <w:r>
        <w:rPr>
          <w:b/>
        </w:rPr>
        <w:t xml:space="preserve">[11:46] </w:t>
      </w:r>
      <w:r>
        <w:t>yani mujhe hukum diya gaya hai ke main makka chhod kar aik basti mein chala jaaoon.</w:t>
      </w:r>
    </w:p>
    <w:p>
      <w:pPr>
        <w:jc w:val="right"/>
      </w:pPr>
      <w:r>
        <w:t>یعنی مجھے حکم دیا گیا ہے کہ میں مکہ چھوڑ کر ایک بستی میں چلا جاؤں۔</w:t>
      </w:r>
    </w:p>
    <w:p>
      <w:r>
        <w:rPr>
          <w:b/>
        </w:rPr>
        <w:t xml:space="preserve">[11:53] </w:t>
      </w:r>
      <w:r>
        <w:t>is ka naam</w:t>
      </w:r>
    </w:p>
    <w:p>
      <w:pPr>
        <w:jc w:val="right"/>
      </w:pPr>
      <w:r>
        <w:t>اس کا نام</w:t>
      </w:r>
    </w:p>
    <w:p>
      <w:r>
        <w:rPr>
          <w:b/>
        </w:rPr>
        <w:t xml:space="preserve">[12:01] </w:t>
      </w:r>
      <w:r>
        <w:t>yasrib hai, magar woh madina banega, yani madinatul nabi banega.</w:t>
      </w:r>
    </w:p>
    <w:p>
      <w:pPr>
        <w:jc w:val="right"/>
      </w:pPr>
      <w:r>
        <w:t>یسرب ہے، مگر وہ مدینہ بنے گا، یعنی مدینۃ النبی بنے گا۔</w:t>
      </w:r>
    </w:p>
    <w:p>
      <w:r>
        <w:rPr>
          <w:b/>
        </w:rPr>
        <w:t xml:space="preserve">[12:07] </w:t>
      </w:r>
      <w:r>
        <w:t>is hadith ko bohat bhi log bohat mehdood mani mein lete hain.</w:t>
      </w:r>
    </w:p>
    <w:p>
      <w:pPr>
        <w:jc w:val="right"/>
      </w:pPr>
      <w:r>
        <w:t>اس حدیث کو بہت بھی لوگ بہت محدود معنی میں لیتے ہیں۔</w:t>
      </w:r>
    </w:p>
    <w:p>
      <w:r>
        <w:rPr>
          <w:b/>
        </w:rPr>
        <w:t xml:space="preserve">[12:13] </w:t>
      </w:r>
      <w:r>
        <w:t>is hadith ko mehdood mani mein lete hain.</w:t>
      </w:r>
    </w:p>
    <w:p>
      <w:pPr>
        <w:jc w:val="right"/>
      </w:pPr>
      <w:r>
        <w:t>اس حدیث کو محدود معنی میں لیتے ہیں۔</w:t>
      </w:r>
    </w:p>
    <w:p>
      <w:r>
        <w:rPr>
          <w:b/>
        </w:rPr>
        <w:t xml:space="preserve">[12:19] </w:t>
      </w:r>
      <w:r>
        <w:t>is ka matlab kya hai? ke agar tum se makka chheena ja raha hai, agar tum se makka</w:t>
      </w:r>
    </w:p>
    <w:p>
      <w:pPr>
        <w:jc w:val="right"/>
      </w:pPr>
      <w:r>
        <w:t>اس کا مطلب کیا ہے؟ کہ اگر تم سے مکہ چھینا جا رہا ہے، اگر تم سے مکہ</w:t>
      </w:r>
    </w:p>
    <w:p>
      <w:r>
        <w:rPr>
          <w:b/>
        </w:rPr>
        <w:t xml:space="preserve">[12:25] </w:t>
      </w:r>
      <w:r>
        <w:t>chheena ja raha hai to madina abhi baqi hai tumhare paas. kyunke</w:t>
      </w:r>
    </w:p>
    <w:p>
      <w:pPr>
        <w:jc w:val="right"/>
      </w:pPr>
      <w:r>
        <w:t>چھینا جا رہا ہے تو مدینہ ابھی باقی ہے تمہارے پاس۔ کیونکہ</w:t>
      </w:r>
    </w:p>
    <w:p>
      <w:r>
        <w:rPr>
          <w:b/>
        </w:rPr>
        <w:t xml:space="preserve">[12:32] </w:t>
      </w:r>
      <w:r>
        <w:t>us waqt madina mein bohat se log islam qubool kar chuke thay, aur madina mein aap ke liye</w:t>
      </w:r>
    </w:p>
    <w:p>
      <w:pPr>
        <w:jc w:val="right"/>
      </w:pPr>
      <w:r>
        <w:t>اس وقت مدینہ میں بہت سے لوگ اسلام قبول کر چکے تھے، اور مدینہ میں آپ کے لیے</w:t>
      </w:r>
    </w:p>
    <w:p>
      <w:r>
        <w:rPr>
          <w:b/>
        </w:rPr>
        <w:t xml:space="preserve">[12:36] </w:t>
      </w:r>
      <w:r>
        <w:t>favorable halaat thay.</w:t>
      </w:r>
    </w:p>
    <w:p>
      <w:pPr>
        <w:jc w:val="right"/>
      </w:pPr>
      <w:r>
        <w:t>فیور ایبل حالات تھے۔</w:t>
      </w:r>
    </w:p>
    <w:p>
      <w:r>
        <w:rPr>
          <w:b/>
        </w:rPr>
        <w:t xml:space="preserve">[12:40] </w:t>
      </w:r>
      <w:r>
        <w:t>to is ka matlab yeh hai ke makka chheena ja raha hai to madina to hai, madina ke</w:t>
      </w:r>
    </w:p>
    <w:p>
      <w:pPr>
        <w:jc w:val="right"/>
      </w:pPr>
      <w:r>
        <w:t>تو اس کا مطلب یہ ہے کہ مکہ چھینا جا رہا ہے تو مدینہ تو ہے، مدینہ کے</w:t>
      </w:r>
    </w:p>
    <w:p>
      <w:r>
        <w:rPr>
          <w:b/>
        </w:rPr>
        <w:t xml:space="preserve">[12:45] </w:t>
      </w:r>
      <w:r>
        <w:t>liye apni planning karo.</w:t>
      </w:r>
    </w:p>
    <w:p>
      <w:pPr>
        <w:jc w:val="right"/>
      </w:pPr>
      <w:r>
        <w:t>لیے اپنی پلاننگ کرو۔</w:t>
      </w:r>
    </w:p>
    <w:p>
      <w:r>
        <w:rPr>
          <w:b/>
        </w:rPr>
        <w:t xml:space="preserve">[12:49] </w:t>
      </w:r>
      <w:r>
        <w:t>to is hadith ko bilkul fazilat ke mani mein lete hain, fazilat.</w:t>
      </w:r>
    </w:p>
    <w:p>
      <w:pPr>
        <w:jc w:val="right"/>
      </w:pPr>
      <w:r>
        <w:t>تو اس حدیث کو بالکل فضیلت کے معنی میں لیتے ہیں، فضیلت۔</w:t>
      </w:r>
    </w:p>
    <w:p>
      <w:r>
        <w:rPr>
          <w:b/>
        </w:rPr>
        <w:t xml:space="preserve">[12:54] </w:t>
      </w:r>
      <w:r>
        <w:t>fazilat nahi, yeh wise planning thi.</w:t>
      </w:r>
    </w:p>
    <w:p>
      <w:pPr>
        <w:jc w:val="right"/>
      </w:pPr>
      <w:r>
        <w:t>فضیلت نہیں، یہ وائز پلاننگ تھی۔</w:t>
      </w:r>
    </w:p>
    <w:p>
      <w:r>
        <w:rPr>
          <w:b/>
        </w:rPr>
        <w:t xml:space="preserve">[12:58] </w:t>
      </w:r>
      <w:r>
        <w:t>yeh bohat zabardast qism ki danishmand</w:t>
      </w:r>
    </w:p>
    <w:p>
      <w:pPr>
        <w:jc w:val="right"/>
      </w:pPr>
      <w:r>
        <w:t>یہ بہت زبردست قسم کی دانشمند</w:t>
      </w:r>
    </w:p>
    <w:p>
      <w:r>
        <w:rPr>
          <w:b/>
        </w:rPr>
        <w:t xml:space="preserve">[13:02] </w:t>
      </w:r>
      <w:r>
        <w:t>ana manzooba bandi thi.</w:t>
      </w:r>
    </w:p>
    <w:p>
      <w:pPr>
        <w:jc w:val="right"/>
      </w:pPr>
      <w:r>
        <w:t>انہ منصوبہ بندی تھی۔</w:t>
      </w:r>
    </w:p>
    <w:p>
      <w:r>
        <w:rPr>
          <w:b/>
        </w:rPr>
        <w:t xml:space="preserve">[13:08] </w:t>
      </w:r>
      <w:r>
        <w:t>to alfaaz to yeh hain ke "umirtu bi-qaryatin ta'kulu al-qara yaquluna yasrifu wa hiya al-madinah".</w:t>
      </w:r>
    </w:p>
    <w:p>
      <w:pPr>
        <w:jc w:val="right"/>
      </w:pPr>
      <w:r>
        <w:t>تو الفاظ تو یہ ہیں کہ "أُمِرْتُ بِقَرْيَةٍ تَأْكُلُ الْقَرَىٰ يَقُولُونَ يَسْرِفُ وَهِيَ الْمَدِينَةُ"۔</w:t>
      </w:r>
    </w:p>
    <w:p>
      <w:r>
        <w:rPr>
          <w:b/>
        </w:rPr>
        <w:t xml:space="preserve">[13:14] </w:t>
      </w:r>
      <w:r>
        <w:t>lekin is ka matlab jab ghhor kiya jaaye to yeh banta hai, amalan jo hua, amalan ke makka</w:t>
      </w:r>
    </w:p>
    <w:p>
      <w:pPr>
        <w:jc w:val="right"/>
      </w:pPr>
      <w:r>
        <w:t>لیکن اس کا مطلب جب غور کیا جائے تو یہ بنتا ہے، عملاً جو ہوا، عملاً کہ مکہ</w:t>
      </w:r>
    </w:p>
    <w:p>
      <w:r>
        <w:rPr>
          <w:b/>
        </w:rPr>
        <w:t xml:space="preserve">[13:20] </w:t>
      </w:r>
      <w:r>
        <w:t>ke log mujh ko makka se chheen rahe hain.</w:t>
      </w:r>
    </w:p>
    <w:p>
      <w:pPr>
        <w:jc w:val="right"/>
      </w:pPr>
      <w:r>
        <w:t>کے لوگ مجھ کو مکہ سے چھین رہے ہیں۔</w:t>
      </w:r>
    </w:p>
    <w:p>
      <w:r>
        <w:rPr>
          <w:b/>
        </w:rPr>
        <w:t xml:space="preserve">[13:27] </w:t>
      </w:r>
      <w:r>
        <w:t>to theek hai, chheen'ne do in ko, madina to abhi baqi hai,</w:t>
      </w:r>
    </w:p>
    <w:p>
      <w:pPr>
        <w:jc w:val="right"/>
      </w:pPr>
      <w:r>
        <w:t>تو ٹھیک ہے، چھیننے دو ان کو، مدینہ تو ابھی باقی ہے،</w:t>
      </w:r>
    </w:p>
    <w:p>
      <w:r>
        <w:rPr>
          <w:b/>
        </w:rPr>
        <w:t xml:space="preserve">[13:33] </w:t>
      </w:r>
      <w:r>
        <w:t>wahan chale jao aur wahan par planning karo. yeh hai ek sunnat-e-Rasool. sunnat-e-Rasool log samajhte hain ke dadih badhana aur khitab lagana, dayen haath se pani peena, ise sunnat samajhte hain. yeh toh bohat choti choti baatein hain. badi badi sunnatein hain, badi badi sunnatein hain. is ka koi char</w:t>
      </w:r>
    </w:p>
    <w:p>
      <w:pPr>
        <w:jc w:val="right"/>
      </w:pPr>
      <w:r>
        <w:t>وہاں چلے جاؤ اور وہاں پر پلاننگ کرو۔ یہ ہے ایک سنت رسول۔ سنت رسول لوگ سمجھتے ہیں کہ داڑھی بڑھانا اور خطاب لگانا، دائیں ہاتھ سے پانی پینا، اسے سنت سمجھتے ہیں۔ یہ تو بہت چھوٹی چھوٹی باتیں ہیں۔ بڑی بڑی سنتیں ہیں، بڑی بڑی سنتیں ہیں۔ اس کا کوئی چ</w:t>
      </w:r>
    </w:p>
    <w:p>
      <w:r>
        <w:rPr>
          <w:b/>
        </w:rPr>
        <w:t xml:space="preserve">[14:03] </w:t>
      </w:r>
      <w:r>
        <w:t>racha nahin.</w:t>
      </w:r>
    </w:p>
    <w:p>
      <w:pPr>
        <w:jc w:val="right"/>
      </w:pPr>
      <w:r>
        <w:t>رچا نہیں۔</w:t>
      </w:r>
    </w:p>
    <w:p>
      <w:r>
        <w:rPr>
          <w:b/>
        </w:rPr>
        <w:t xml:space="preserve">[14:08] </w:t>
      </w:r>
      <w:r>
        <w:t>to yeh bhi ek sunnat-e-rasool hai ke baqi maada par planning, yaani planning based on remnant.</w:t>
      </w:r>
    </w:p>
    <w:p>
      <w:pPr>
        <w:jc w:val="right"/>
      </w:pPr>
      <w:r>
        <w:t>تو یہ بھی ایک سنت رسول ہے کہ باقی مادہ پر پلاننگ، یعنی پلاننگ بیسڈ آن ریمننٹ۔</w:t>
      </w:r>
    </w:p>
    <w:p>
      <w:r>
        <w:rPr>
          <w:b/>
        </w:rPr>
        <w:t xml:space="preserve">[14:13] </w:t>
      </w:r>
      <w:r>
        <w:t>pehlay aap kay paas makkah, aap ka mission makkah mein bhi tha, madina mein bhi tha.</w:t>
      </w:r>
    </w:p>
    <w:p>
      <w:pPr>
        <w:jc w:val="right"/>
      </w:pPr>
      <w:r>
        <w:t>پہلے آپ کے پاس مکہ، آپ کا مشن مکہ میں بھی تھا، مدینہ میں بھی تھا۔</w:t>
      </w:r>
    </w:p>
    <w:p>
      <w:r>
        <w:rPr>
          <w:b/>
        </w:rPr>
        <w:t xml:space="preserve">[14:18] </w:t>
      </w:r>
      <w:r>
        <w:t>kyun kay jaisa kay aap jantay hain, jab hum makkah mein thay, tab hi aap nay kuch sahabi bhej</w:t>
      </w:r>
    </w:p>
    <w:p>
      <w:pPr>
        <w:jc w:val="right"/>
      </w:pPr>
      <w:r>
        <w:t>کیونکہ جیسا کہ آپ جانتے ہیں، جب ہم مکہ میں تھے، تب ہی آپ نے کچھ صحابی بھیج</w:t>
      </w:r>
    </w:p>
    <w:p>
      <w:r>
        <w:rPr>
          <w:b/>
        </w:rPr>
        <w:t xml:space="preserve">[14:23] </w:t>
      </w:r>
      <w:r>
        <w:t>diye thay wahan par, jo muqarrir kehelatay thay.</w:t>
      </w:r>
    </w:p>
    <w:p>
      <w:pPr>
        <w:jc w:val="right"/>
      </w:pPr>
      <w:r>
        <w:t>دیے تھے وہاں پر، جو مُقْرِر کہلاتے تھے۔</w:t>
      </w:r>
    </w:p>
    <w:p>
      <w:r>
        <w:rPr>
          <w:b/>
        </w:rPr>
        <w:t xml:space="preserve">[14:28] </w:t>
      </w:r>
      <w:r>
        <w:t>yaani muqarrir kay ma'nay</w:t>
      </w:r>
    </w:p>
    <w:p>
      <w:pPr>
        <w:jc w:val="right"/>
      </w:pPr>
      <w:r>
        <w:t>یعنی مُقْرِر کے معنی</w:t>
      </w:r>
    </w:p>
    <w:p>
      <w:r>
        <w:rPr>
          <w:b/>
        </w:rPr>
        <w:t xml:space="preserve">[14:33] </w:t>
      </w:r>
      <w:r>
        <w:t>hain parh kar sunana. to makki daur hi mein aap ne bhej diye the do sahabi, jo muqarrir kehlati the, wahan par woh logon ko quran parh kar sunate the. kyunke arabi zaban makkah ki bhi thi, arabi zaban madinah ki bhi thi, zaban dono ki ek thi. to madinah mein logon ko quran parh parh sunate the. to mission jo tha aap ka, dono jagah jari tha, makkah mein bhi, madinah mein bhi. to aap ka mission goya makkah</w:t>
      </w:r>
    </w:p>
    <w:p>
      <w:pPr>
        <w:jc w:val="right"/>
      </w:pPr>
      <w:r>
        <w:t>ہیں پڑھ کر سنانا۔ تو مکی دور ہی میں آپ نے بھیج دیے تھے دو صحابی، جو مُقْرِر کہلاتے تھے، وہاں پر وہ لوگوں کو قرآن پڑھ کر سناتے تھے۔ کیونکہ عربی زبان مکہ کی بھی تھی، عربی زبان مدینہ کی بھی تھی، زبان دونوں کی ایک تھی۔ تو مدینہ میں لوگوں کو قرآن پڑھ پڑھ سناتے تھے۔ تو مشن جو تھا آپ کا، دونوں جگہ جاری تھا، مکہ میں بھی، مدینہ میں بھی۔ تو آپ کا مشن گویا مکہ</w:t>
      </w:r>
    </w:p>
    <w:p>
      <w:r>
        <w:rPr>
          <w:b/>
        </w:rPr>
        <w:t xml:space="preserve">[15:03] </w:t>
      </w:r>
      <w:r>
        <w:t>say madina tak phaila hua tha.</w:t>
      </w:r>
    </w:p>
    <w:p>
      <w:pPr>
        <w:jc w:val="right"/>
      </w:pPr>
      <w:r>
        <w:t>سے مدینہ تک پھیلا ہوا تھا۔</w:t>
      </w:r>
    </w:p>
    <w:p>
      <w:r>
        <w:rPr>
          <w:b/>
        </w:rPr>
        <w:t xml:space="preserve">[15:09] </w:t>
      </w:r>
      <w:r>
        <w:t>ab jo hai halaat kay tehat yeh hua kay madina mein samait do, woh makkah mein samait do,</w:t>
      </w:r>
    </w:p>
    <w:p>
      <w:pPr>
        <w:jc w:val="right"/>
      </w:pPr>
      <w:r>
        <w:t>اب جو ہے حالات کے تحت یہ ہوا کہ مدینہ میں سمیٹ دو، وہ مکہ میں سمیٹ دو،</w:t>
      </w:r>
    </w:p>
    <w:p>
      <w:r>
        <w:rPr>
          <w:b/>
        </w:rPr>
        <w:t xml:space="preserve">[15:15] </w:t>
      </w:r>
      <w:r>
        <w:t>madina mein is ko woh karo.</w:t>
      </w:r>
    </w:p>
    <w:p>
      <w:pPr>
        <w:jc w:val="right"/>
      </w:pPr>
      <w:r>
        <w:t>مدینہ میں اس کو وہ کرو۔</w:t>
      </w:r>
    </w:p>
    <w:p>
      <w:r>
        <w:rPr>
          <w:b/>
        </w:rPr>
        <w:t xml:space="preserve">[15:21] </w:t>
      </w:r>
      <w:r>
        <w:t>apni mansoobah bandi jo hai, madina kay liye karo.</w:t>
      </w:r>
    </w:p>
    <w:p>
      <w:pPr>
        <w:jc w:val="right"/>
      </w:pPr>
      <w:r>
        <w:t>اپنی منصوبہ بندی جو ہے، مدینہ کے لیے کرو۔</w:t>
      </w:r>
    </w:p>
    <w:p>
      <w:r>
        <w:rPr>
          <w:b/>
        </w:rPr>
        <w:t xml:space="preserve">[15:27] </w:t>
      </w:r>
      <w:r>
        <w:t>isi ko mein kehta hoon baqi maada par mansoobah bandi ya planning based on reman</w:t>
      </w:r>
    </w:p>
    <w:p>
      <w:pPr>
        <w:jc w:val="right"/>
      </w:pPr>
      <w:r>
        <w:t>اسی کو میں کہتا ہوں باقی مادہ پر منصوبہ بندی یا پلاننگ بیسڈ آن ریمن</w:t>
      </w:r>
    </w:p>
    <w:p>
      <w:r>
        <w:rPr>
          <w:b/>
        </w:rPr>
        <w:t xml:space="preserve">[15:33] </w:t>
      </w:r>
      <w:r>
        <w:t>ent. aur is se kya hua ke hadith ke alfaaz mein ke woh jo baqi maadah jo hai, jo madinah jo hai, woh poora arab islamize kar lega. "amirtu bi qaryatin taakulul qara" woh kha jayega sare bastiyon ko. yaani madinah mein mansoobah bandi kar ke tum poore arab ko islamize kar sakte ho. kitna revolutionary message tha yeh. lekin aaj kal</w:t>
      </w:r>
    </w:p>
    <w:p>
      <w:pPr>
        <w:jc w:val="right"/>
      </w:pPr>
      <w:r>
        <w:t>نٹ۔ اور اس سے کیا ہوا کہ حدیث کے الفاظ میں کہ وہ جو باقی مادہ جو ہے، جو مدینہ جو ہے، وہ پورا عرب اسلامائز کر لے گا۔ "أُمِرْتُ بِقَرْيَةٍ تَأْكُلُ الْقَرَىٰ" وہ کھا جائے گا سارے بستیوں کو۔ یعنی مدینہ میں منصوبہ بندی کر کے تم پورے عرب کو اسلامائز کر سکتے ہو۔ کتنا ریولوشنری میسج تھا یہ۔ لیکن آج کل</w:t>
      </w:r>
    </w:p>
    <w:p>
      <w:r>
        <w:rPr>
          <w:b/>
        </w:rPr>
        <w:t xml:space="preserve">[16:03] </w:t>
      </w:r>
      <w:r>
        <w:t>kay musalman jo rasool Allah ka naam par bharktay hain aur jagah jagah hungama kartay hain, kitnay log</w:t>
      </w:r>
    </w:p>
    <w:p>
      <w:pPr>
        <w:jc w:val="right"/>
      </w:pPr>
      <w:r>
        <w:t>کے مسلمان جو رسول اللہ کا نام پر بھڑکتے ہیں اور جگہ جگہ ہنگامہ کرتے ہیں، کتنے لوگ</w:t>
      </w:r>
    </w:p>
    <w:p>
      <w:r>
        <w:rPr>
          <w:b/>
        </w:rPr>
        <w:t xml:space="preserve">[16:10] </w:t>
      </w:r>
      <w:r>
        <w:t>bahar jatay hain kay rasool Allah kay khilaf unhon nay barbariyat ki hai, gustakhi ki hai.</w:t>
      </w:r>
    </w:p>
    <w:p>
      <w:pPr>
        <w:jc w:val="right"/>
      </w:pPr>
      <w:r>
        <w:t>باہر جاتے ہیں کہ رسول اللہ کے خلاف انہوں نے بربریت کی ہے، گستاخی کی ہے۔</w:t>
      </w:r>
    </w:p>
    <w:p>
      <w:r>
        <w:rPr>
          <w:b/>
        </w:rPr>
        <w:t xml:space="preserve">[16:18] </w:t>
      </w:r>
      <w:r>
        <w:t>to yeh jagah jagah Europe mein, America mein, India mein, Pakistan mein, Iran mein is par hungama kartay</w:t>
      </w:r>
    </w:p>
    <w:p>
      <w:pPr>
        <w:jc w:val="right"/>
      </w:pPr>
      <w:r>
        <w:t>تو یہ جگہ جگہ یورپ میں، امریکہ میں، انڈیا میں، پاکستان میں، ایران میں اس پر ہنگامہ کرتے</w:t>
      </w:r>
    </w:p>
    <w:p>
      <w:r>
        <w:rPr>
          <w:b/>
        </w:rPr>
        <w:t xml:space="preserve">[16:26] </w:t>
      </w:r>
      <w:r>
        <w:t>hain kay rasool Allah par gustakhi ki gayi hai, rasool Allah ki barbariyat ki gayi hai.</w:t>
      </w:r>
    </w:p>
    <w:p>
      <w:pPr>
        <w:jc w:val="right"/>
      </w:pPr>
      <w:r>
        <w:t>ہیں کہ رسول اللہ پر گستاخی کی گئی ہے، رسول اللہ کی بربریت کی گئی ہے۔</w:t>
      </w:r>
    </w:p>
    <w:p>
      <w:r>
        <w:rPr>
          <w:b/>
        </w:rPr>
        <w:t xml:space="preserve">[16:33] </w:t>
      </w:r>
      <w:r>
        <w:t>mein khud aik qissa apna batata hoon aap ko.</w:t>
      </w:r>
    </w:p>
    <w:p>
      <w:pPr>
        <w:jc w:val="right"/>
      </w:pPr>
      <w:r>
        <w:t>میں خود ایک قصہ اپنا بتاتا ہوں آپ کو۔</w:t>
      </w:r>
    </w:p>
    <w:p>
      <w:r>
        <w:rPr>
          <w:b/>
        </w:rPr>
        <w:t xml:space="preserve">[16:39] </w:t>
      </w:r>
      <w:r>
        <w:t>aik baar mein wahan gaya America, to America ki aik bari masjid thi, us mein mera aik program</w:t>
      </w:r>
    </w:p>
    <w:p>
      <w:pPr>
        <w:jc w:val="right"/>
      </w:pPr>
      <w:r>
        <w:t>ایک بار میں وہاں گیا امریکہ، تو امریکہ کی ایک بڑی مسجد تھی، اس میں میرا ایک پروگرام</w:t>
      </w:r>
    </w:p>
    <w:p>
      <w:r>
        <w:rPr>
          <w:b/>
        </w:rPr>
        <w:t xml:space="preserve">[16:45] </w:t>
      </w:r>
      <w:r>
        <w:t>hua, aik taqreeb meri hui.</w:t>
      </w:r>
    </w:p>
    <w:p>
      <w:pPr>
        <w:jc w:val="right"/>
      </w:pPr>
      <w:r>
        <w:t>ہوا، ایک تقریب میری ہوئی۔</w:t>
      </w:r>
    </w:p>
    <w:p>
      <w:r>
        <w:rPr>
          <w:b/>
        </w:rPr>
        <w:t xml:space="preserve">[16:52] </w:t>
      </w:r>
      <w:r>
        <w:t>to saaray musalman thay zahir hai wahan par.</w:t>
      </w:r>
    </w:p>
    <w:p>
      <w:pPr>
        <w:jc w:val="right"/>
      </w:pPr>
      <w:r>
        <w:t>تو سارے مسلمان تھے ظاہر ہے وہاں پر۔</w:t>
      </w:r>
    </w:p>
    <w:p>
      <w:r>
        <w:rPr>
          <w:b/>
        </w:rPr>
        <w:t xml:space="preserve">[16:58] </w:t>
      </w:r>
      <w:r>
        <w:t>to taqreer kay baad aik musalman nojawan khara hua, laga hungama karnay, itna shor karnay laga</w:t>
      </w:r>
    </w:p>
    <w:p>
      <w:pPr>
        <w:jc w:val="right"/>
      </w:pPr>
      <w:r>
        <w:t>تو تقریر کے بعد ایک مسلم نوجوان کھڑا ہوا، لگا ہنگامہ کرنے، اتنا شور کرنے لگا</w:t>
      </w:r>
    </w:p>
    <w:p>
      <w:r>
        <w:rPr>
          <w:b/>
        </w:rPr>
        <w:t xml:space="preserve">[17:04] </w:t>
      </w:r>
      <w:r>
        <w:t>to mujhe samajh mein nahin aaya kay kya shor kar raha hai yeh.</w:t>
      </w:r>
    </w:p>
    <w:p>
      <w:pPr>
        <w:jc w:val="right"/>
      </w:pPr>
      <w:r>
        <w:t>تو مجھے سمجھ میں نہیں آیا کہ کیا شور کر رہا ہے یہ۔</w:t>
      </w:r>
    </w:p>
    <w:p>
      <w:r>
        <w:rPr>
          <w:b/>
        </w:rPr>
        <w:t xml:space="preserve">[17:09] </w:t>
      </w:r>
      <w:r>
        <w:t>to mein apnay stage par chup chap baith kar sunnay laga.</w:t>
      </w:r>
    </w:p>
    <w:p>
      <w:pPr>
        <w:jc w:val="right"/>
      </w:pPr>
      <w:r>
        <w:t>تو میں اپنے اسٹیج پر چپ چاپ بیٹھ کر سننے لگا۔</w:t>
      </w:r>
    </w:p>
    <w:p>
      <w:r>
        <w:rPr>
          <w:b/>
        </w:rPr>
        <w:t xml:space="preserve">[17:14] </w:t>
      </w:r>
      <w:r>
        <w:t>to woh nojawan jab meray qareeb aaya, meray qareeb, to kya keh raha tha woh? "You cited our</w:t>
      </w:r>
    </w:p>
    <w:p>
      <w:pPr>
        <w:jc w:val="right"/>
      </w:pPr>
      <w:r>
        <w:t>تو وہ نوجوان جب میرے قریب آیا، میرے قریب، تو کیا کہہ رہا تھا وہ؟ "You cited our</w:t>
      </w:r>
    </w:p>
    <w:p>
      <w:r>
        <w:rPr>
          <w:b/>
        </w:rPr>
        <w:t xml:space="preserve">[17:20] </w:t>
      </w:r>
      <w:r>
        <w:t>prophet ten times but you never said sallallahu alaihi wasallam" kay aap nay rasool Allah ka naam</w:t>
      </w:r>
    </w:p>
    <w:p>
      <w:pPr>
        <w:jc w:val="right"/>
      </w:pPr>
      <w:r>
        <w:t>prophet ten times but you never said صلی اللہ علیہ وسلم" کہ آپ نے رسول اللہ کا نام</w:t>
      </w:r>
    </w:p>
    <w:p>
      <w:r>
        <w:rPr>
          <w:b/>
        </w:rPr>
        <w:t xml:space="preserve">[17:25] </w:t>
      </w:r>
      <w:r>
        <w:t>das bar liya lekin aap ne sallallahu alaihi wasallam nahi kaha.</w:t>
      </w:r>
    </w:p>
    <w:p>
      <w:pPr>
        <w:jc w:val="right"/>
      </w:pPr>
      <w:r>
        <w:t>دس بار لیا لیکن آپ نے صلی اللہ علیہ وسلم نہیں کہا۔</w:t>
      </w:r>
    </w:p>
    <w:p>
      <w:r>
        <w:rPr>
          <w:b/>
        </w:rPr>
        <w:t xml:space="preserve">[17:30] </w:t>
      </w:r>
      <w:r>
        <w:t>is par hangama,</w:t>
      </w:r>
    </w:p>
    <w:p>
      <w:pPr>
        <w:jc w:val="right"/>
      </w:pPr>
      <w:r>
        <w:t>اس پر ہنگامہ،</w:t>
      </w:r>
    </w:p>
    <w:p>
      <w:r>
        <w:rPr>
          <w:b/>
        </w:rPr>
        <w:t xml:space="preserve">[17:36] </w:t>
      </w:r>
      <w:r>
        <w:t>itna hangama ke is ke baad jo program tha woh cancel karna pada.</w:t>
      </w:r>
    </w:p>
    <w:p>
      <w:pPr>
        <w:jc w:val="right"/>
      </w:pPr>
      <w:r>
        <w:t>اتنا ہنگامہ کہ اس کے بعد جو پروگرام تھا وہ کینسل کرنا پڑا۔</w:t>
      </w:r>
    </w:p>
    <w:p>
      <w:r>
        <w:rPr>
          <w:b/>
        </w:rPr>
        <w:t xml:space="preserve">[17:42] </w:t>
      </w:r>
      <w:r>
        <w:t>isi ko musalman bari baat samajhte hain.</w:t>
      </w:r>
    </w:p>
    <w:p>
      <w:pPr>
        <w:jc w:val="right"/>
      </w:pPr>
      <w:r>
        <w:t>اسی کو مسلمان بڑی بات سمجھتے ہیں۔</w:t>
      </w:r>
    </w:p>
    <w:p>
      <w:r>
        <w:rPr>
          <w:b/>
        </w:rPr>
        <w:t xml:space="preserve">[17:48] </w:t>
      </w:r>
      <w:r>
        <w:t>natija kya hai ke is ki price kya de rahe hain? Apni national planning mein, apne political thinking</w:t>
      </w:r>
    </w:p>
    <w:p>
      <w:pPr>
        <w:jc w:val="right"/>
      </w:pPr>
      <w:r>
        <w:t>نتیجہ کیا ہے کہ اس کی پرائس کیا دے رہے ہیں؟ اپنی نیشنل پلاننگ میں، اپنے پولیٹیکل تھنکنگ</w:t>
      </w:r>
    </w:p>
    <w:p>
      <w:r>
        <w:rPr>
          <w:b/>
        </w:rPr>
        <w:t xml:space="preserve">[17:54] </w:t>
      </w:r>
      <w:r>
        <w:t>mein, woh apply nahi kar paate rasool Allah ki bari bari sunaton ko, jis mein kamyabi likhi hui hai.</w:t>
      </w:r>
    </w:p>
    <w:p>
      <w:pPr>
        <w:jc w:val="right"/>
      </w:pPr>
      <w:r>
        <w:t>میں، وہ اپلائی نہیں کر پاتے رسول اللہ کی بڑی بڑی سنتوں کو، جس میں کامیابی لکھی ہوئی ہے۔</w:t>
      </w:r>
    </w:p>
    <w:p>
      <w:r>
        <w:rPr>
          <w:b/>
        </w:rPr>
        <w:t xml:space="preserve">[18:01] </w:t>
      </w:r>
      <w:r>
        <w:t>jaise Quran majeed mein hai</w:t>
      </w:r>
    </w:p>
    <w:p>
      <w:pPr>
        <w:jc w:val="right"/>
      </w:pPr>
      <w:r>
        <w:t>جیسے قرآن مجید میں ہے</w:t>
      </w:r>
    </w:p>
    <w:p>
      <w:r>
        <w:rPr>
          <w:b/>
        </w:rPr>
        <w:t xml:space="preserve">[18:07] </w:t>
      </w:r>
      <w:r>
        <w:t>ke "antumul aalaun in kuntum momineen".</w:t>
      </w:r>
    </w:p>
    <w:p>
      <w:pPr>
        <w:jc w:val="right"/>
      </w:pPr>
      <w:r>
        <w:t>کہ "أَنْتُمُ الْأَعْلَوْنَ إِن كُنتُمْ مُؤْمِنِينَ"۔</w:t>
      </w:r>
    </w:p>
    <w:p>
      <w:r>
        <w:rPr>
          <w:b/>
        </w:rPr>
        <w:t xml:space="preserve">[18:15] </w:t>
      </w:r>
      <w:r>
        <w:t>"antumul aalaun in kuntum momineen" tum hi successful raho ge agar tum momin ho.</w:t>
      </w:r>
    </w:p>
    <w:p>
      <w:pPr>
        <w:jc w:val="right"/>
      </w:pPr>
      <w:r>
        <w:t>"أَنْتُمُ الْأَعْلَوْنَ إِن كُنتُمْ مُؤْمِنِينَ" تم ہی سکسیس فل رہو گے اگر تم مومن ہو۔</w:t>
      </w:r>
    </w:p>
    <w:p>
      <w:r>
        <w:rPr>
          <w:b/>
        </w:rPr>
        <w:t xml:space="preserve">[18:22] </w:t>
      </w:r>
      <w:r>
        <w:t>to momin ka matlab kya hai? Agar tum apne peghambar ki sunnat ko follow karo, peghambar ki policy</w:t>
      </w:r>
    </w:p>
    <w:p>
      <w:pPr>
        <w:jc w:val="right"/>
      </w:pPr>
      <w:r>
        <w:t>تو مومن کا مطلب کیا ہے؟ اگر تم اپنے پیغمبر کی سنت کو فالو کرو، پیغمبر کی پالیسی</w:t>
      </w:r>
    </w:p>
    <w:p>
      <w:r>
        <w:rPr>
          <w:b/>
        </w:rPr>
        <w:t xml:space="preserve">[18:30] </w:t>
      </w:r>
      <w:r>
        <w:t>ko follow karo, peghambar ke method ko follow karo. To kahan</w:t>
      </w:r>
    </w:p>
    <w:p>
      <w:pPr>
        <w:jc w:val="right"/>
      </w:pPr>
      <w:r>
        <w:t>کو فالو کرو، پیغمبر کے میتھڈ کو فالو کرو۔ تو کہاں</w:t>
      </w:r>
    </w:p>
    <w:p>
      <w:r>
        <w:rPr>
          <w:b/>
        </w:rPr>
        <w:t xml:space="preserve">[18:38] </w:t>
      </w:r>
      <w:r>
        <w:t>to woh lekin aaj kal ka jo musalman hai, chahe India ka ho ya America ka ho, poori</w:t>
      </w:r>
    </w:p>
    <w:p>
      <w:pPr>
        <w:jc w:val="right"/>
      </w:pPr>
      <w:r>
        <w:t>تو وہ لیکن آج کل کا جو مسلمان ہے، چاہے انڈیا کا ہو یا امریکہ کا ہو، پوری</w:t>
      </w:r>
    </w:p>
    <w:p>
      <w:r>
        <w:rPr>
          <w:b/>
        </w:rPr>
        <w:t xml:space="preserve">[18:43] </w:t>
      </w:r>
      <w:r>
        <w:t>duniya mein, yani rasool Allah ke sath gustakhi hui hai, is par bhadak uthta hai, hangama karta hai.</w:t>
      </w:r>
    </w:p>
    <w:p>
      <w:pPr>
        <w:jc w:val="right"/>
      </w:pPr>
      <w:r>
        <w:t>دنیا میں، یعنی رسول اللہ کے ساتھ گستاخی ہوئی ہے، اس پر بھڑک اٹھتا ہے، ہنگامہ کرتا ہے۔</w:t>
      </w:r>
    </w:p>
    <w:p>
      <w:r>
        <w:rPr>
          <w:b/>
        </w:rPr>
        <w:t xml:space="preserve">[18:48] </w:t>
      </w:r>
      <w:r>
        <w:t>lekin rasool Allah ki policy kya thi? Method kya tha? Is ko janne ki koshish nahi karte, apply</w:t>
      </w:r>
    </w:p>
    <w:p>
      <w:pPr>
        <w:jc w:val="right"/>
      </w:pPr>
      <w:r>
        <w:t>لیکن رسول اللہ کی پالیسی کیا تھی؟ میتھڈ کیا تھا؟ اس کو جاننے کی کوشش نہیں کرتے، اپلائی</w:t>
      </w:r>
    </w:p>
    <w:p>
      <w:r>
        <w:rPr>
          <w:b/>
        </w:rPr>
        <w:t xml:space="preserve">[18:53] </w:t>
      </w:r>
      <w:r>
        <w:t>karna to bari door ki baat hai.</w:t>
      </w:r>
    </w:p>
    <w:p>
      <w:pPr>
        <w:jc w:val="right"/>
      </w:pPr>
      <w:r>
        <w:t>کرنا تو بہت دور کی بات ہے۔</w:t>
      </w:r>
    </w:p>
    <w:p>
      <w:r>
        <w:rPr>
          <w:b/>
        </w:rPr>
        <w:t xml:space="preserve">[18:58] </w:t>
      </w:r>
      <w:r>
        <w:t>mein aap ko do misaal deta hoon.</w:t>
      </w:r>
    </w:p>
    <w:p>
      <w:pPr>
        <w:jc w:val="right"/>
      </w:pPr>
      <w:r>
        <w:t>میں آپ کو دو مثال دیتا ہوں۔</w:t>
      </w:r>
    </w:p>
    <w:p>
      <w:r>
        <w:rPr>
          <w:b/>
        </w:rPr>
        <w:t xml:space="preserve">[19:03] </w:t>
      </w:r>
      <w:r>
        <w:t>ek Arab world ki, ek non Arab world ki.</w:t>
      </w:r>
    </w:p>
    <w:p>
      <w:pPr>
        <w:jc w:val="right"/>
      </w:pPr>
      <w:r>
        <w:t>ایک عرب ورلڈ کی، ایک نان عرب ورلڈ کی۔</w:t>
      </w:r>
    </w:p>
    <w:p>
      <w:r>
        <w:rPr>
          <w:b/>
        </w:rPr>
        <w:t xml:space="preserve">[19:08] </w:t>
      </w:r>
      <w:r>
        <w:t>dekhein Arab world mein 1948 mein Falasteen ka masla paida hua.</w:t>
      </w:r>
    </w:p>
    <w:p>
      <w:pPr>
        <w:jc w:val="right"/>
      </w:pPr>
      <w:r>
        <w:t>دیکھیں عرب ورلڈ میں 1948 میں فلسطین کا مسئلہ پیدا ہوا۔</w:t>
      </w:r>
    </w:p>
    <w:p>
      <w:r>
        <w:rPr>
          <w:b/>
        </w:rPr>
        <w:t xml:space="preserve">[19:16] </w:t>
      </w:r>
      <w:r>
        <w:t>Balfour verdict samne aaya.</w:t>
      </w:r>
    </w:p>
    <w:p>
      <w:pPr>
        <w:jc w:val="right"/>
      </w:pPr>
      <w:r>
        <w:t>بالفور ورڈکٹ سامنے آیا۔</w:t>
      </w:r>
    </w:p>
    <w:p>
      <w:r>
        <w:rPr>
          <w:b/>
        </w:rPr>
        <w:t xml:space="preserve">[19:24] </w:t>
      </w:r>
      <w:r>
        <w:t>is ke tehat Falasteen ko, Falasteen ka partition kar diya gaya.</w:t>
      </w:r>
    </w:p>
    <w:p>
      <w:pPr>
        <w:jc w:val="right"/>
      </w:pPr>
      <w:r>
        <w:t>اس کے تحت فلسطین کو، فلسطین کا پارٹیشن کر دیا گیا۔</w:t>
      </w:r>
    </w:p>
    <w:p>
      <w:r>
        <w:rPr>
          <w:b/>
        </w:rPr>
        <w:t xml:space="preserve">[19:31] </w:t>
      </w:r>
      <w:r>
        <w:t>yani refli aadha Arab ko, aadha Yahudiyon ko, aadha aadha, refli aadha aadha. Aur</w:t>
      </w:r>
    </w:p>
    <w:p>
      <w:pPr>
        <w:jc w:val="right"/>
      </w:pPr>
      <w:r>
        <w:t>یعنی ریفرلی آدھا عرب کو، آدھا یہودیوں کو، آدھا آدھا، ریفرلی آدھا آدھا۔ اور</w:t>
      </w:r>
    </w:p>
    <w:p>
      <w:r>
        <w:rPr>
          <w:b/>
        </w:rPr>
        <w:t xml:space="preserve">[19:39] </w:t>
      </w:r>
      <w:r>
        <w:t>mazeed yeh ke jo aadha diya gaya Arabon ko, woh kya? Is ka licence share tha.</w:t>
      </w:r>
    </w:p>
    <w:p>
      <w:pPr>
        <w:jc w:val="right"/>
      </w:pPr>
      <w:r>
        <w:t>مزید یہ کہ جو آدھا دیا گیا عربوں کو، وہ کیا؟ اس کا لاینس شیئر تھا۔</w:t>
      </w:r>
    </w:p>
    <w:p>
      <w:r>
        <w:rPr>
          <w:b/>
        </w:rPr>
        <w:t xml:space="preserve">[19:44] </w:t>
      </w:r>
      <w:r>
        <w:t>licence share kyun? Is liye ke sara path isi mein tha.</w:t>
      </w:r>
    </w:p>
    <w:p>
      <w:pPr>
        <w:jc w:val="right"/>
      </w:pPr>
      <w:r>
        <w:t>لاینس شیئر کیوں؟ اس لیے کہ سارا پتھ اسی میں تھا۔</w:t>
      </w:r>
    </w:p>
    <w:p>
      <w:r>
        <w:rPr>
          <w:b/>
        </w:rPr>
        <w:t xml:space="preserve">[19:49] </w:t>
      </w:r>
      <w:r>
        <w:t>sab se bari jagah jo hai Falasteen mein to Quds hai.</w:t>
      </w:r>
    </w:p>
    <w:p>
      <w:pPr>
        <w:jc w:val="right"/>
      </w:pPr>
      <w:r>
        <w:t>سب سے بڑی جگہ جو ہے فلسطین میں تو قدس ہے۔</w:t>
      </w:r>
    </w:p>
    <w:p>
      <w:r>
        <w:rPr>
          <w:b/>
        </w:rPr>
        <w:t xml:space="preserve">[19:54] </w:t>
      </w:r>
      <w:r>
        <w:t>woh poora ka poora Arabon ko de diya gaya tha.</w:t>
      </w:r>
    </w:p>
    <w:p>
      <w:pPr>
        <w:jc w:val="right"/>
      </w:pPr>
      <w:r>
        <w:t>وہ پورا کا پورا عربوں کو دے دیا گیا تھا۔</w:t>
      </w:r>
    </w:p>
    <w:p>
      <w:r>
        <w:rPr>
          <w:b/>
        </w:rPr>
        <w:t xml:space="preserve">[19:59] </w:t>
      </w:r>
      <w:r>
        <w:t>aur yahudiyon ko to dezart ka area diya gaya tha.</w:t>
      </w:r>
    </w:p>
    <w:p>
      <w:pPr>
        <w:jc w:val="right"/>
      </w:pPr>
      <w:r>
        <w:t>اور یہودیوں کو تو ڈیزرٹ کا ایریا دیا گیا تھا۔</w:t>
      </w:r>
    </w:p>
    <w:p>
      <w:r>
        <w:rPr>
          <w:b/>
        </w:rPr>
        <w:t xml:space="preserve">[20:04] </w:t>
      </w:r>
      <w:r>
        <w:t>lekin aap kya kya hua? sara arab war</w:t>
      </w:r>
    </w:p>
    <w:p>
      <w:pPr>
        <w:jc w:val="right"/>
      </w:pPr>
      <w:r>
        <w:t>لیکن آپ کیا کیا ہوا؟ سارا عرب ور</w:t>
      </w:r>
    </w:p>
    <w:p>
      <w:r>
        <w:rPr>
          <w:b/>
        </w:rPr>
        <w:t xml:space="preserve">[20:09] </w:t>
      </w:r>
      <w:r>
        <w:t>ld khara ho gaya is ke khilaf.</w:t>
      </w:r>
    </w:p>
    <w:p>
      <w:pPr>
        <w:jc w:val="right"/>
      </w:pPr>
      <w:r>
        <w:t>لڈ کھڑا ہو گیا اس کے خلاف۔</w:t>
      </w:r>
    </w:p>
    <w:p>
      <w:r>
        <w:rPr>
          <w:b/>
        </w:rPr>
        <w:t xml:space="preserve">[20:15] </w:t>
      </w:r>
      <w:r>
        <w:t>sara arab world pehle shuru kiya is is jang ko hassan binna ne, phir sare arab is ke</w:t>
      </w:r>
    </w:p>
    <w:p>
      <w:pPr>
        <w:jc w:val="right"/>
      </w:pPr>
      <w:r>
        <w:t>سارا عرب ورلڈ پہلے شروع کیا اس اس جنگ کو حسن بننا نے، پھر سارے عرب اس کے</w:t>
      </w:r>
    </w:p>
    <w:p>
      <w:r>
        <w:rPr>
          <w:b/>
        </w:rPr>
        <w:t xml:space="preserve">[20:21] </w:t>
      </w:r>
      <w:r>
        <w:t>sath ho gaye.</w:t>
      </w:r>
    </w:p>
    <w:p>
      <w:pPr>
        <w:jc w:val="right"/>
      </w:pPr>
      <w:r>
        <w:t>ساتھ ہو گئے۔</w:t>
      </w:r>
    </w:p>
    <w:p>
      <w:r>
        <w:rPr>
          <w:b/>
        </w:rPr>
        <w:t xml:space="preserve">[20:27] </w:t>
      </w:r>
      <w:r>
        <w:t>ke kaha jata hai ke ek leader ne kaha tha ke "sunarmy ko full bahar, hum tum ko</w:t>
      </w:r>
    </w:p>
    <w:p>
      <w:pPr>
        <w:jc w:val="right"/>
      </w:pPr>
      <w:r>
        <w:t>کہ کہا جاتا ہے کہ ایک لیڈر نے کہا تھا کہ "سنارمی کو فل باہر، ہم تم کو</w:t>
      </w:r>
    </w:p>
    <w:p>
      <w:r>
        <w:rPr>
          <w:b/>
        </w:rPr>
        <w:t xml:space="preserve">[20:33] </w:t>
      </w:r>
      <w:r>
        <w:t>samandar mein thag dalen ge</w:t>
      </w:r>
    </w:p>
    <w:p>
      <w:pPr>
        <w:jc w:val="right"/>
      </w:pPr>
      <w:r>
        <w:t>سمندر میں ٹھگل دیں گے</w:t>
      </w:r>
    </w:p>
    <w:p>
      <w:r>
        <w:rPr>
          <w:b/>
        </w:rPr>
        <w:t xml:space="preserve">[20:39] </w:t>
      </w:r>
      <w:r>
        <w:t>" . "sunarmi ko ful bahar". nateeja kya hua? ke khud arabi kho diya, jo kuch mila tha wohi kho diya unhone. ab thoda sa gaza aur areehah, jo do municipalities hain, choti choti, isi mein un ko bhi kuch hai. to is ke khilaf kya unhone? yaani baqi maadah par planning, yaani planning based on reman</w:t>
      </w:r>
    </w:p>
    <w:p>
      <w:pPr>
        <w:jc w:val="right"/>
      </w:pPr>
      <w:r>
        <w:t>"۔ "سنارمی کو فل باہر"۔ نتیجہ کیا ہوا؟ کہ خود عربی کھو دیا، جو کچھ ملا تھا وہی کھو دیا انہوں نے۔ اب تھوڑا سا غزہ اور اریحہ، جو دو میونسپلٹیز ہیں، چھوٹی چھوٹی، اسی میں ان کو بھی کچھ ہے۔ تو اس کے خلاف کیا انہوں نے؟ یعنی باقی مادہ پر پلاننگ، یعنی پلاننگ بیسڈ آن ریمن</w:t>
      </w:r>
    </w:p>
    <w:p>
      <w:r>
        <w:rPr>
          <w:b/>
        </w:rPr>
        <w:t xml:space="preserve">[21:09] </w:t>
      </w:r>
      <w:r>
        <w:t>nat.</w:t>
      </w:r>
    </w:p>
    <w:p>
      <w:pPr>
        <w:jc w:val="right"/>
      </w:pPr>
      <w:r>
        <w:t>نٹ۔</w:t>
      </w:r>
    </w:p>
    <w:p>
      <w:r>
        <w:rPr>
          <w:b/>
        </w:rPr>
        <w:t xml:space="preserve">[21:14] </w:t>
      </w:r>
      <w:r>
        <w:t>to arbon ko falasteen ka aadha hissa mila tha, phir bhi balfour verdict ke bawajood, aur woh bhi</w:t>
      </w:r>
    </w:p>
    <w:p>
      <w:pPr>
        <w:jc w:val="right"/>
      </w:pPr>
      <w:r>
        <w:t>تو عربوں کو فلسطین کا آدھا حصہ ملا تھا، پھر بھی بالفور ورڈکٹ کے باوجود، اور وہ بھی</w:t>
      </w:r>
    </w:p>
    <w:p>
      <w:r>
        <w:rPr>
          <w:b/>
        </w:rPr>
        <w:t xml:space="preserve">[21:19] </w:t>
      </w:r>
      <w:r>
        <w:t>lion's share tha.</w:t>
      </w:r>
    </w:p>
    <w:p>
      <w:pPr>
        <w:jc w:val="right"/>
      </w:pPr>
      <w:r>
        <w:t>لاینس شیئر تھا۔</w:t>
      </w:r>
    </w:p>
    <w:p>
      <w:r>
        <w:rPr>
          <w:b/>
        </w:rPr>
        <w:t xml:space="preserve">[21:24] </w:t>
      </w:r>
      <w:r>
        <w:t>isi mile hue hisse ko le kar ke woh planning karte.</w:t>
      </w:r>
    </w:p>
    <w:p>
      <w:pPr>
        <w:jc w:val="right"/>
      </w:pPr>
      <w:r>
        <w:t>اسی ملے ہوئے حصے کو لے کر کے وہ پلاننگ کرتے۔</w:t>
      </w:r>
    </w:p>
    <w:p>
      <w:r>
        <w:rPr>
          <w:b/>
        </w:rPr>
        <w:t xml:space="preserve">[21:29] </w:t>
      </w:r>
      <w:r>
        <w:t>misal ke taur par dekhiye, yeh falasteen jo hai, dunya ke sab se, in chand jagahon mein se ek hai jahan</w:t>
      </w:r>
    </w:p>
    <w:p>
      <w:pPr>
        <w:jc w:val="right"/>
      </w:pPr>
      <w:r>
        <w:t>مثلاً دیکھیے، یہ فلسطین جو ہے، دنیا کے سب سے، ان چند جگہوں میں سے ایک ہے جہاں</w:t>
      </w:r>
    </w:p>
    <w:p>
      <w:r>
        <w:rPr>
          <w:b/>
        </w:rPr>
        <w:t xml:space="preserve">[21:34] </w:t>
      </w:r>
      <w:r>
        <w:t>bahut zyada siyah</w:t>
      </w:r>
    </w:p>
    <w:p>
      <w:pPr>
        <w:jc w:val="right"/>
      </w:pPr>
      <w:r>
        <w:t>بہت زیادہ سیاح</w:t>
      </w:r>
    </w:p>
    <w:p>
      <w:r>
        <w:rPr>
          <w:b/>
        </w:rPr>
        <w:t xml:space="preserve">[21:39] </w:t>
      </w:r>
      <w:r>
        <w:t>aate hain.</w:t>
      </w:r>
    </w:p>
    <w:p>
      <w:pPr>
        <w:jc w:val="right"/>
      </w:pPr>
      <w:r>
        <w:t>آتے ہیں۔</w:t>
      </w:r>
    </w:p>
    <w:p>
      <w:r>
        <w:rPr>
          <w:b/>
        </w:rPr>
        <w:t xml:space="preserve">[21:43] </w:t>
      </w:r>
      <w:r>
        <w:t>tourist bahut zyada aate hain, bahut zyada aate hain.</w:t>
      </w:r>
    </w:p>
    <w:p>
      <w:pPr>
        <w:jc w:val="right"/>
      </w:pPr>
      <w:r>
        <w:t>ٹورسٹ بہت زیادہ آتے ہیں، بہت زیادہ آتے ہیں۔</w:t>
      </w:r>
    </w:p>
    <w:p>
      <w:r>
        <w:rPr>
          <w:b/>
        </w:rPr>
        <w:t xml:space="preserve">[21:46] </w:t>
      </w:r>
      <w:r>
        <w:t>musalman, yahudi, arab aur isai sab aate hain.</w:t>
      </w:r>
    </w:p>
    <w:p>
      <w:pPr>
        <w:jc w:val="right"/>
      </w:pPr>
      <w:r>
        <w:t>مسلمان، یہودی، عرب اور عیسائی سب آتے ہیں۔</w:t>
      </w:r>
    </w:p>
    <w:p>
      <w:r>
        <w:rPr>
          <w:b/>
        </w:rPr>
        <w:t xml:space="preserve">[21:50] </w:t>
      </w:r>
      <w:r>
        <w:t>to agar is aur yeh sab isi mein hai, isi area mein jo historical places hain jin ki</w:t>
      </w:r>
    </w:p>
    <w:p>
      <w:pPr>
        <w:jc w:val="right"/>
      </w:pPr>
      <w:r>
        <w:t>تو اگر اس اور یہ سب اسی میں ہے، اسی ایریا میں جو ہسٹاریکل پلیسز ہیں جن کی</w:t>
      </w:r>
    </w:p>
    <w:p>
      <w:r>
        <w:rPr>
          <w:b/>
        </w:rPr>
        <w:t xml:space="preserve">[21:54] </w:t>
      </w:r>
      <w:r>
        <w:t>dekhne ke liye jate hain siyah, woh usmani ke area mein tha, quds mein.</w:t>
      </w:r>
    </w:p>
    <w:p>
      <w:pPr>
        <w:jc w:val="right"/>
      </w:pPr>
      <w:r>
        <w:t>دیکھنے کے لیے جاتے ہیں سیاح، وہ عثمانی کے ایریا میں تھا، قدس میں۔</w:t>
      </w:r>
    </w:p>
    <w:p>
      <w:r>
        <w:rPr>
          <w:b/>
        </w:rPr>
        <w:t xml:space="preserve">[21:58] </w:t>
      </w:r>
      <w:r>
        <w:t>lekin rai, rai, rai bilkul sab sab barbad ho gaya.</w:t>
      </w:r>
    </w:p>
    <w:p>
      <w:pPr>
        <w:jc w:val="right"/>
      </w:pPr>
      <w:r>
        <w:t>لیکن رائی، رائی، رائی بالکل سب سب برباد ہو گیا۔</w:t>
      </w:r>
    </w:p>
    <w:p>
      <w:r>
        <w:rPr>
          <w:b/>
        </w:rPr>
        <w:t xml:space="preserve">[22:02] </w:t>
      </w:r>
      <w:r>
        <w:t>yani tourism barbad ho gaya.</w:t>
      </w:r>
    </w:p>
    <w:p>
      <w:pPr>
        <w:jc w:val="right"/>
      </w:pPr>
      <w:r>
        <w:t>یعنی ٹورزم برباد ہو گیا۔</w:t>
      </w:r>
    </w:p>
    <w:p>
      <w:r>
        <w:rPr>
          <w:b/>
        </w:rPr>
        <w:t xml:space="preserve">[22:05] </w:t>
      </w:r>
      <w:r>
        <w:t>yani agar woh</w:t>
      </w:r>
    </w:p>
    <w:p>
      <w:pPr>
        <w:jc w:val="right"/>
      </w:pPr>
      <w:r>
        <w:t>یعنی اگر وہ</w:t>
      </w:r>
    </w:p>
    <w:p>
      <w:r>
        <w:rPr>
          <w:b/>
        </w:rPr>
        <w:t xml:space="preserve">[22:09] </w:t>
      </w:r>
      <w:r>
        <w:t>aman qaim karte wahan par aur woh qanaat ka tareeqa ikhtiyar karte, rasool Allah ke scheme ke mutabiq,</w:t>
      </w:r>
    </w:p>
    <w:p>
      <w:pPr>
        <w:jc w:val="right"/>
      </w:pPr>
      <w:r>
        <w:t>امن قائم کرتے وہاں پر اور وہ قناعت کا طریقہ اختیار کرتے، رسول اللہ کے اسکیم کے مطابق،</w:t>
      </w:r>
    </w:p>
    <w:p>
      <w:r>
        <w:rPr>
          <w:b/>
        </w:rPr>
        <w:t xml:space="preserve">[22:15] </w:t>
      </w:r>
      <w:r>
        <w:t>rasool Allah ke tareeqe ke mutabiq baqi maada par planning karte, woh to sirf siyah hi se itna</w:t>
      </w:r>
    </w:p>
    <w:p>
      <w:pPr>
        <w:jc w:val="right"/>
      </w:pPr>
      <w:r>
        <w:t>رسول اللہ کے طریقے کے مطابق باقی مادہ پر پلاننگ کرتے، وہ تو صرف سیاح ہی سے اتنا</w:t>
      </w:r>
    </w:p>
    <w:p>
      <w:r>
        <w:rPr>
          <w:b/>
        </w:rPr>
        <w:t xml:space="preserve">[22:21] </w:t>
      </w:r>
      <w:r>
        <w:t>paisa un ko milta ke unhon ne petrol ki zaroorat thi ya kisi zaroorat thi.</w:t>
      </w:r>
    </w:p>
    <w:p>
      <w:pPr>
        <w:jc w:val="right"/>
      </w:pPr>
      <w:r>
        <w:t>پیسہ ان کو ملتا کہ انہوں نے پیٹرول کی ضرورت تھی یا کسی ضرورت تھی۔</w:t>
      </w:r>
    </w:p>
    <w:p>
      <w:r>
        <w:rPr>
          <w:b/>
        </w:rPr>
        <w:t xml:space="preserve">[22:27] </w:t>
      </w:r>
      <w:r>
        <w:t>kyun ke sara area unhi ke paas tha.</w:t>
      </w:r>
    </w:p>
    <w:p>
      <w:pPr>
        <w:jc w:val="right"/>
      </w:pPr>
      <w:r>
        <w:t>کیونکہ سارا ایریا انہی کے پاس تھا۔</w:t>
      </w:r>
    </w:p>
    <w:p>
      <w:r>
        <w:rPr>
          <w:b/>
        </w:rPr>
        <w:t xml:space="preserve">[22:33] </w:t>
      </w:r>
      <w:r>
        <w:t>tourism wala area, tourism, tourism jo jahan hota hai falasteen mein, woh quds ke area mein hota hai.</w:t>
      </w:r>
    </w:p>
    <w:p>
      <w:pPr>
        <w:jc w:val="right"/>
      </w:pPr>
      <w:r>
        <w:t>ٹورزم والا ایریا، ٹورزم، ٹورزم جو جہاں ہوتا ہے فلسطین میں، وہ قدس کے ایریا میں ہوتا ہے۔</w:t>
      </w:r>
    </w:p>
    <w:p>
      <w:r>
        <w:rPr>
          <w:b/>
        </w:rPr>
        <w:t xml:space="preserve">[22:39] </w:t>
      </w:r>
      <w:r>
        <w:t>woh sab tha arbon ke paas balfour verdict ke mutabiq.</w:t>
      </w:r>
    </w:p>
    <w:p>
      <w:pPr>
        <w:jc w:val="right"/>
      </w:pPr>
      <w:r>
        <w:t>وہ سب تھا عربوں کے پاس بالفور ورڈکٹ کے مطابق۔</w:t>
      </w:r>
    </w:p>
    <w:p>
      <w:r>
        <w:rPr>
          <w:b/>
        </w:rPr>
        <w:t xml:space="preserve">[22:47] </w:t>
      </w:r>
      <w:r>
        <w:t>toh dekhein, rasool Allah ke saath mafroza gustakhi par hangama, rasool Allah ki chhoti sunnaton par hangama ke</w:t>
      </w:r>
    </w:p>
    <w:p>
      <w:pPr>
        <w:jc w:val="right"/>
      </w:pPr>
      <w:r>
        <w:t>تو دیکھیں، رسول اللہ کے ساتھ مفروضہ گستاخی پر ہنگامہ، رسول اللہ کی چھوٹی سنتوں پر ہنگامہ کہ</w:t>
      </w:r>
    </w:p>
    <w:p>
      <w:r>
        <w:rPr>
          <w:b/>
        </w:rPr>
        <w:t xml:space="preserve">[22:55] </w:t>
      </w:r>
      <w:r>
        <w:t>darhi koi darhi badi honi chahiye, posha mini neecha hona chahiye waghera waghera.</w:t>
      </w:r>
    </w:p>
    <w:p>
      <w:pPr>
        <w:jc w:val="right"/>
      </w:pPr>
      <w:r>
        <w:t>داڑھی کوئی داڑھی بڑی ہونی چاہیے، پوشہ منی نیچا ہونا چاہیے وغیرہ وغیرہ۔</w:t>
      </w:r>
    </w:p>
    <w:p>
      <w:r>
        <w:rPr>
          <w:b/>
        </w:rPr>
        <w:t xml:space="preserve">[23:02] </w:t>
      </w:r>
      <w:r>
        <w:t>doosra, doosra qissa batata hoon aap ko Pakistan ka</w:t>
      </w:r>
    </w:p>
    <w:p>
      <w:pPr>
        <w:jc w:val="right"/>
      </w:pPr>
      <w:r>
        <w:t>دوسرا، دوسرا قصہ بتاتا ہوں آپ کو پاکستان کا</w:t>
      </w:r>
    </w:p>
    <w:p>
      <w:r>
        <w:rPr>
          <w:b/>
        </w:rPr>
        <w:t xml:space="preserve">[23:10] </w:t>
      </w:r>
      <w:r>
        <w:t>—</w:t>
      </w:r>
    </w:p>
    <w:p>
      <w:pPr>
        <w:jc w:val="right"/>
      </w:pPr>
      <w:r>
        <w:t>۔</w:t>
      </w:r>
    </w:p>
    <w:p>
      <w:r>
        <w:rPr>
          <w:b/>
        </w:rPr>
        <w:t xml:space="preserve">[23:14] </w:t>
      </w:r>
      <w:r>
        <w:t>Pakistan ka bhi partition hua.</w:t>
      </w:r>
    </w:p>
    <w:p>
      <w:pPr>
        <w:jc w:val="right"/>
      </w:pPr>
      <w:r>
        <w:t>پاکستان کا بھی پارٹیشن ہوا۔</w:t>
      </w:r>
    </w:p>
    <w:p>
      <w:r>
        <w:rPr>
          <w:b/>
        </w:rPr>
        <w:t xml:space="preserve">[23:19] </w:t>
      </w:r>
      <w:r>
        <w:t>toh Pakistan ke kehne ke mutabiq Pakistan mein ki taqseem mein ek hissa jo iska jo tha,</w:t>
      </w:r>
    </w:p>
    <w:p>
      <w:pPr>
        <w:jc w:val="right"/>
      </w:pPr>
      <w:r>
        <w:t>تو پاکستان کے کہنے کے مطابق پاکستان میں کی تقسیم میں ایک حصہ جو اس کا جو تھا،</w:t>
      </w:r>
    </w:p>
    <w:p>
      <w:r>
        <w:rPr>
          <w:b/>
        </w:rPr>
        <w:t xml:space="preserve">[23:23] </w:t>
      </w:r>
      <w:r>
        <w:t>is ke kehne ke mutabiq, is ko nahi diya gaya, woh tha Kashmir.</w:t>
      </w:r>
    </w:p>
    <w:p>
      <w:pPr>
        <w:jc w:val="right"/>
      </w:pPr>
      <w:r>
        <w:t>اس کے کہنے کے مطابق، اس کو نہیں دیا گیا، وہ تھا کشمیر۔</w:t>
      </w:r>
    </w:p>
    <w:p>
      <w:r>
        <w:rPr>
          <w:b/>
        </w:rPr>
        <w:t xml:space="preserve">[23:27] </w:t>
      </w:r>
      <w:r>
        <w:t>yaani Kashmir se is ko jis ko Hindi mein kehte hain banchat, banchat kar diya gaya, mehroom kar diya gaya.</w:t>
      </w:r>
    </w:p>
    <w:p>
      <w:pPr>
        <w:jc w:val="right"/>
      </w:pPr>
      <w:r>
        <w:t>یعنی کشمیر سے اس کو جس کو ہندی میں کہتے ہیں بنچت، بنچت کر دیا گیا، محروم کر دیا گیا۔</w:t>
      </w:r>
    </w:p>
    <w:p>
      <w:r>
        <w:rPr>
          <w:b/>
        </w:rPr>
        <w:t xml:space="preserve">[23:32] </w:t>
      </w:r>
      <w:r>
        <w:t>is ke liye ladai shuru kar di Pakistan ne.</w:t>
      </w:r>
    </w:p>
    <w:p>
      <w:pPr>
        <w:jc w:val="right"/>
      </w:pPr>
      <w:r>
        <w:t>اس کے لیے لڑائی شروع کر دی پاکستان نے۔</w:t>
      </w:r>
    </w:p>
    <w:p>
      <w:r>
        <w:rPr>
          <w:b/>
        </w:rPr>
        <w:t xml:space="preserve">[23:36] </w:t>
      </w:r>
      <w:r>
        <w:t>60 baras se</w:t>
      </w:r>
    </w:p>
    <w:p>
      <w:pPr>
        <w:jc w:val="right"/>
      </w:pPr>
      <w:r>
        <w:t>60 برس سے</w:t>
      </w:r>
    </w:p>
    <w:p>
      <w:r>
        <w:rPr>
          <w:b/>
        </w:rPr>
        <w:t xml:space="preserve">[23:41] </w:t>
      </w:r>
      <w:r>
        <w:t>proxy war lad raha hai, 60 baras se proxy war.</w:t>
      </w:r>
    </w:p>
    <w:p>
      <w:pPr>
        <w:jc w:val="right"/>
      </w:pPr>
      <w:r>
        <w:t>پراکسی وار لڑ رہا ہے، 60 برس سے پراکسی وار۔</w:t>
      </w:r>
    </w:p>
    <w:p>
      <w:r>
        <w:rPr>
          <w:b/>
        </w:rPr>
        <w:t xml:space="preserve">[23:46] </w:t>
      </w:r>
      <w:r>
        <w:t>aur chaar baar full flag war lad chuka hai.</w:t>
      </w:r>
    </w:p>
    <w:p>
      <w:pPr>
        <w:jc w:val="right"/>
      </w:pPr>
      <w:r>
        <w:t>اور چار بار فل فلیج وار لڑ چکا ہے۔</w:t>
      </w:r>
    </w:p>
    <w:p>
      <w:r>
        <w:rPr>
          <w:b/>
        </w:rPr>
        <w:t xml:space="preserve">[23:51] </w:t>
      </w:r>
      <w:r>
        <w:t>Pakistan India se chaar baar full flag war lad chuka hai.</w:t>
      </w:r>
    </w:p>
    <w:p>
      <w:pPr>
        <w:jc w:val="right"/>
      </w:pPr>
      <w:r>
        <w:t>پاکستان انڈیا سے چار بار فل فلیج وار لڑ چکا ہے۔</w:t>
      </w:r>
    </w:p>
    <w:p>
      <w:r>
        <w:rPr>
          <w:b/>
        </w:rPr>
        <w:t xml:space="preserve">[23:56] </w:t>
      </w:r>
      <w:r>
        <w:t>aur proxy war toh barabar jaari hai, barabar jaari hai.</w:t>
      </w:r>
    </w:p>
    <w:p>
      <w:pPr>
        <w:jc w:val="right"/>
      </w:pPr>
      <w:r>
        <w:t>اور پراکسی وار تو برابر جاری ہے، برابر جاری ہے۔</w:t>
      </w:r>
    </w:p>
    <w:p>
      <w:r>
        <w:rPr>
          <w:b/>
        </w:rPr>
        <w:t xml:space="preserve">[24:01] </w:t>
      </w:r>
      <w:r>
        <w:t>lekin kya hua? Pakistan ne kuch paya toh nahi, albattah khud khud Pakistan field state ban gaya, field</w:t>
      </w:r>
    </w:p>
    <w:p>
      <w:pPr>
        <w:jc w:val="right"/>
      </w:pPr>
      <w:r>
        <w:t>لیکن کیا ہوا؟ پاکستان نے کچھ پایا تو نہیں، البتہ خود خود پاکستان فیلڈ اسٹیٹ بن گیا، فیلڈ</w:t>
      </w:r>
    </w:p>
    <w:p>
      <w:r>
        <w:rPr>
          <w:b/>
        </w:rPr>
        <w:t xml:space="preserve">[24:06] </w:t>
      </w:r>
      <w:r>
        <w:t>state ban gaya.</w:t>
      </w:r>
    </w:p>
    <w:p>
      <w:pPr>
        <w:jc w:val="right"/>
      </w:pPr>
      <w:r>
        <w:t>اسٹیٹ بن گیا۔</w:t>
      </w:r>
    </w:p>
    <w:p>
      <w:r>
        <w:rPr>
          <w:b/>
        </w:rPr>
        <w:t xml:space="preserve">[24:11] </w:t>
      </w:r>
      <w:r>
        <w:t>toh dekhein kyun hua aisa? kyunke unhon ne "أَنْتُمُ الْأَعْلَوْنَ إِن كُنتُمْ مُؤْمِنِينَ" ke raaz ko nahi samjha</w:t>
      </w:r>
    </w:p>
    <w:p>
      <w:pPr>
        <w:jc w:val="right"/>
      </w:pPr>
      <w:r>
        <w:t>تو دیکھیں کیوں ہوا ایسا؟ کیونکہ انہوں نے "أَنْتُمُ الْأَعْلَوْنَ إِن كُنتُمْ مُؤْمِنِينَ" کے راز کو نہیں سمجھا</w:t>
      </w:r>
    </w:p>
    <w:p>
      <w:r>
        <w:rPr>
          <w:b/>
        </w:rPr>
        <w:t xml:space="preserve">[24:18] </w:t>
      </w:r>
      <w:r>
        <w:t>unhon ne ke tum hi successful raho ge agar tum momin raho.</w:t>
      </w:r>
    </w:p>
    <w:p>
      <w:pPr>
        <w:jc w:val="right"/>
      </w:pPr>
      <w:r>
        <w:t>انہوں نے کہ تم ہی سکسیس فل رہو گے اگر تم مومن رہو۔</w:t>
      </w:r>
    </w:p>
    <w:p>
      <w:r>
        <w:rPr>
          <w:b/>
        </w:rPr>
        <w:t xml:space="preserve">[24:26] </w:t>
      </w:r>
      <w:r>
        <w:t>momin ka matlab kya hai? agar tum profit of Islam saleh alaih wasallam ke tareeqay par chaloge.</w:t>
      </w:r>
    </w:p>
    <w:p>
      <w:pPr>
        <w:jc w:val="right"/>
      </w:pPr>
      <w:r>
        <w:t>مومن کا مطلب کیا ہے؟ اگر تم پرافٹ آف اسلام صلی اللہ علیہ وسلم کے طریقے پر چلو گے۔</w:t>
      </w:r>
    </w:p>
    <w:p>
      <w:r>
        <w:rPr>
          <w:b/>
        </w:rPr>
        <w:t xml:space="preserve">[24:34] </w:t>
      </w:r>
      <w:r>
        <w:t>toh musalmanon ko khabar hi nahi</w:t>
      </w:r>
    </w:p>
    <w:p>
      <w:pPr>
        <w:jc w:val="right"/>
      </w:pPr>
      <w:r>
        <w:t>تو مسلمانوں کو خبر ہی نہیں</w:t>
      </w:r>
    </w:p>
    <w:p>
      <w:r>
        <w:rPr>
          <w:b/>
        </w:rPr>
        <w:t xml:space="preserve">[24:41] </w:t>
      </w:r>
      <w:r>
        <w:t>ke rasool Allah ki sunnat yeh bhi hai.</w:t>
      </w:r>
    </w:p>
    <w:p>
      <w:pPr>
        <w:jc w:val="right"/>
      </w:pPr>
      <w:r>
        <w:t>کہ رسول اللہ کی سنت یہ بھی ہے۔</w:t>
      </w:r>
    </w:p>
    <w:p>
      <w:r>
        <w:rPr>
          <w:b/>
        </w:rPr>
        <w:t xml:space="preserve">[24:48] </w:t>
      </w:r>
      <w:r>
        <w:t>baqi maada par planning, planning based on remnant.</w:t>
      </w:r>
    </w:p>
    <w:p>
      <w:pPr>
        <w:jc w:val="right"/>
      </w:pPr>
      <w:r>
        <w:t>باقی مادہ پر پلاننگ، پلاننگ بیسڈ آن ریمننٹ۔</w:t>
      </w:r>
    </w:p>
    <w:p>
      <w:r>
        <w:rPr>
          <w:b/>
        </w:rPr>
        <w:t xml:space="preserve">[24:54] </w:t>
      </w:r>
      <w:r>
        <w:t>toh jo hissa Pakistan ke paas tha, bohat hi fertile hissa hai, woh bohat zyada fertile, us ko</w:t>
      </w:r>
    </w:p>
    <w:p>
      <w:pPr>
        <w:jc w:val="right"/>
      </w:pPr>
      <w:r>
        <w:t>تو جو حصہ پاکستان کے پاس تھا، بہت ہی فرٹائل حصہ ہے، وہ بہت زیادہ فرٹائل، اس کو</w:t>
      </w:r>
    </w:p>
    <w:p>
      <w:r>
        <w:rPr>
          <w:b/>
        </w:rPr>
        <w:t xml:space="preserve">[25:00] </w:t>
      </w:r>
      <w:r>
        <w:t>le kar planning karte to aaj woh yaani bohat taraqqi yafta mulk ban chuka hota.</w:t>
      </w:r>
    </w:p>
    <w:p>
      <w:pPr>
        <w:jc w:val="right"/>
      </w:pPr>
      <w:r>
        <w:t>لے کر پلاننگ کرتے تو آج وہ یعنی بہت ترقی یافتہ ملک بن چکا ہوتا۔</w:t>
      </w:r>
    </w:p>
    <w:p>
      <w:r>
        <w:rPr>
          <w:b/>
        </w:rPr>
        <w:t xml:space="preserve">[25:07] </w:t>
      </w:r>
      <w:r>
        <w:t>lekin aap jante hain ke singapore aik develop country hai aur pakistan aik failed state hai.</w:t>
      </w:r>
    </w:p>
    <w:p>
      <w:pPr>
        <w:jc w:val="right"/>
      </w:pPr>
      <w:r>
        <w:t>لیکن آپ جانتے ہیں کہ سنگاپور ایک ڈیولپ کنٹری ہے اور پاکستان ایک فیلڈ اسٹیٹ ہے۔</w:t>
      </w:r>
    </w:p>
    <w:p>
      <w:r>
        <w:rPr>
          <w:b/>
        </w:rPr>
        <w:t xml:space="preserve">[25:13] </w:t>
      </w:r>
      <w:r>
        <w:t>kyunke woh sunnat ko na jaana, us ko amal kiya. baqi maadah par planning, yaani jo halaat ke tehat jo tum se khoya gaya hai, us ko ignore karo, us ko bhulao. jo abhi bhi mila hua hai, abhi bhi. maslan hum jaise dilli mein hain, dilli mein bare bare hall hain, bohat bare bare, woh hamein hamare hisse mein nahi hai. to ek choti si jagah hai, use hum kar rahe hain. to mashallah h</w:t>
      </w:r>
    </w:p>
    <w:p>
      <w:pPr>
        <w:jc w:val="right"/>
      </w:pPr>
      <w:r>
        <w:t>کیونکہ وہ سنت کو نہ جانا، اس کو عمل کیا۔ باقی مادہ پر پلاننگ، یعنی جو حالات کے تحت جو تم سے کھویا گیا ہے، اس کو اگنور کرو، اس کو بھلاؤ۔ جو ابھی بھی ملا ہوا ہے، ابھی بھی۔ مثلاً ہم جیسے دلی میں ہیں، دلی میں بڑے بڑے ہال ہیں، بہت بڑے بڑے، وہ ہمیں ہمارے حصے میں نہیں ہے۔ تو ایک چھوٹی سی جگہ ہے، اسے ہم کر رہے ہیں۔ تو ماشاءاللہ ہ</w:t>
      </w:r>
    </w:p>
    <w:p>
      <w:r>
        <w:rPr>
          <w:b/>
        </w:rPr>
        <w:t xml:space="preserve">[25:43] </w:t>
      </w:r>
      <w:r>
        <w:t>m samajhte hain ke hamara mission kamyab hai.</w:t>
      </w:r>
    </w:p>
    <w:p>
      <w:pPr>
        <w:jc w:val="right"/>
      </w:pPr>
      <w:r>
        <w:t>م سمجھتے ہیں کہ ہمارا مشن کامیاب ہے۔</w:t>
      </w:r>
    </w:p>
    <w:p>
      <w:r>
        <w:rPr>
          <w:b/>
        </w:rPr>
        <w:t xml:space="preserve">[25:49] </w:t>
      </w:r>
      <w:r>
        <w:t>agar hum khwab dekhte hain ke dilli ka sab bara hall hamare paas ho to kuch bhi nahi</w:t>
      </w:r>
    </w:p>
    <w:p>
      <w:pPr>
        <w:jc w:val="right"/>
      </w:pPr>
      <w:r>
        <w:t>اگر ہم خواب دیکھتے ہیں کہ دلی کا سب بڑا ہال ہمارے پاس ہو تو کچھ بھی نہیں</w:t>
      </w:r>
    </w:p>
    <w:p>
      <w:r>
        <w:rPr>
          <w:b/>
        </w:rPr>
        <w:t xml:space="preserve">[25:54] </w:t>
      </w:r>
      <w:r>
        <w:t>kar sakte the hum.</w:t>
      </w:r>
    </w:p>
    <w:p>
      <w:pPr>
        <w:jc w:val="right"/>
      </w:pPr>
      <w:r>
        <w:t>کر سکتے تھے ہم۔</w:t>
      </w:r>
    </w:p>
    <w:p>
      <w:r>
        <w:rPr>
          <w:b/>
        </w:rPr>
        <w:t xml:space="preserve">[25:59] </w:t>
      </w:r>
      <w:r>
        <w:t>lekin jo hamare hisse mein hai, us par hum ne planning ki.</w:t>
      </w:r>
    </w:p>
    <w:p>
      <w:pPr>
        <w:jc w:val="right"/>
      </w:pPr>
      <w:r>
        <w:t>لیکن جو ہمارے حصے میں ہے، اس پر ہم نے پلاننگ کی۔</w:t>
      </w:r>
    </w:p>
    <w:p>
      <w:r>
        <w:rPr>
          <w:b/>
        </w:rPr>
        <w:t xml:space="preserve">[26:04] </w:t>
      </w:r>
      <w:r>
        <w:t>to masha Allah hamara mission jo hai, international, international mission ban gaya.</w:t>
      </w:r>
    </w:p>
    <w:p>
      <w:pPr>
        <w:jc w:val="right"/>
      </w:pPr>
      <w:r>
        <w:t>تو ماشاءاللہ ہمارا مشن جو ہے، انٹرنیشنل، انٹرنیشنل مشن بن گیا۔</w:t>
      </w:r>
    </w:p>
    <w:p>
      <w:r>
        <w:rPr>
          <w:b/>
        </w:rPr>
        <w:t xml:space="preserve">[26:09] </w:t>
      </w:r>
      <w:r>
        <w:t>to aik misaal falasteen ki hai</w:t>
      </w:r>
    </w:p>
    <w:p>
      <w:pPr>
        <w:jc w:val="right"/>
      </w:pPr>
      <w:r>
        <w:t>تو ایک مثال فلسطین کی ہے</w:t>
      </w:r>
    </w:p>
    <w:p>
      <w:r>
        <w:rPr>
          <w:b/>
        </w:rPr>
        <w:t xml:space="preserve">[26:15] </w:t>
      </w:r>
      <w:r>
        <w:t>jo baqi maadah par planning nahi ki unhone aur us ka qeemat bhugti. doosri misaal pakistan ki hai jis ne baqi maadah par planning nahi ki, us ki us ka us ki qeemat ada kar rahe hain. ab main ek aur baat arz karta hoon. ek ayat hai quran majeed mein "wa qaiyim min ayatin fis samawati wal ardi yamurruna 'alai</w:t>
      </w:r>
    </w:p>
    <w:p>
      <w:pPr>
        <w:jc w:val="right"/>
      </w:pPr>
      <w:r>
        <w:t>جو باقی مادہ پر پلاننگ نہیں کی انہوں نے اور اس کا قیمت بھگتی۔ دوسری مثال پاکستان کی ہے جس نے باقی مادہ پر پلاننگ نہیں کی، اس کی اس کا اس کی قیمت ادا کر رہے ہیں۔ اب میں ایک اور بات عرض کرتا ہوں۔ ایک آیت ہے قرآن مجید میں "وَقَيِّمْ مِنْ آيَةٍ فِي السَّمَاوَاتِ وَالْأَرْضِ يَمُرُّونَ عَلَ</w:t>
      </w:r>
    </w:p>
    <w:p>
      <w:r>
        <w:rPr>
          <w:b/>
        </w:rPr>
        <w:t xml:space="preserve">[26:45] </w:t>
      </w:r>
      <w:r>
        <w:t>yaha wa hum anha muarizoon" ke yeh zameen jahan par rehte hain, plant, plant earth, wahan bohat si nishaniyan</w:t>
      </w:r>
    </w:p>
    <w:p>
      <w:pPr>
        <w:jc w:val="right"/>
      </w:pPr>
      <w:r>
        <w:t>يْهَا وَهُمْ عَنْهَا مُعْرِضُونَ" کہ یہ زمین جہاں پر رہتے ہیں، پلانٹ، پلانٹ ارتھ، وہاں بہت سی نشانیاں</w:t>
      </w:r>
    </w:p>
    <w:p>
      <w:r>
        <w:rPr>
          <w:b/>
        </w:rPr>
        <w:t xml:space="preserve">[26:55] </w:t>
      </w:r>
      <w:r>
        <w:t>hain jis jo hamare ilm mein aati hain, jise hum lekin hum use araz karte hain.</w:t>
      </w:r>
    </w:p>
    <w:p>
      <w:pPr>
        <w:jc w:val="right"/>
      </w:pPr>
      <w:r>
        <w:t>ہیں جس جو ہمارے علم میں آتی ہیں، جسے ہم لیکن ہم اسے اعراض کرتے ہیں۔</w:t>
      </w:r>
    </w:p>
    <w:p>
      <w:r>
        <w:rPr>
          <w:b/>
        </w:rPr>
        <w:t xml:space="preserve">[27:05] </w:t>
      </w:r>
      <w:r>
        <w:t>yeh ayat jo hai, is ka matlab yeh hai ke Allah ne bohat si nishaniyan phaila rakhi hain zameen par.</w:t>
      </w:r>
    </w:p>
    <w:p>
      <w:pPr>
        <w:jc w:val="right"/>
      </w:pPr>
      <w:r>
        <w:t>یہ آیت جو ہے، اس کا مطلب یہ ہے کہ اللہ نے بہت سی نشانیاں پھیلا رکھی ہیں زمین پر۔</w:t>
      </w:r>
    </w:p>
    <w:p>
      <w:r>
        <w:rPr>
          <w:b/>
        </w:rPr>
        <w:t xml:space="preserve">[27:15] </w:t>
      </w:r>
      <w:r>
        <w:t>log is se guzarte hain lekin is se naseehat nahi lete hain. dekhen, is aayat ko bohat hi mehdood maani mein le rakha hai. koi khaddar jo kahin hai, us ko is ke maani mein le rakha hai. sham ke area mein koi khaddar kahin hai, us ko le rakha jo ab shayad hai bhi nahi, woh sirf koi nishan is ka hai. ab bare bare nishan, bare bare himalaya pahad se bare bare nishan mujhe dikhai nahi dete. hamare pahad se bare bare</w:t>
      </w:r>
    </w:p>
    <w:p>
      <w:pPr>
        <w:jc w:val="right"/>
      </w:pPr>
      <w:r>
        <w:t>لوگ اس سے گزرتے ہیں لیکن اس سے نصیحت نہیں لیتے۔ دیکھیں، اس آیت کو بہت ہی محدود معنی میں لے رکھا ہے۔ کوئی کھڈر جو کہیں ہے، اس کو اس کے معنی میں لے رکھا ہے۔ شام کے ایریا میں کوئی کھڈر کہیں ہے، اس کو لے رکھا جو اب شاید ہے بھی نہیں، وہ صرف کوئی نشان اس کا ہے۔ اب بڑے بڑے نشانات، بڑے بڑے ہمالیہ پہاڑ سے بڑے بڑے نشانات مجھے دکھائی نہیں دیتے۔ ہمارے پہاڑ سے بڑے بڑے</w:t>
      </w:r>
    </w:p>
    <w:p>
      <w:r>
        <w:rPr>
          <w:b/>
        </w:rPr>
        <w:t xml:space="preserve">[27:45] </w:t>
      </w:r>
      <w:r>
        <w:t>nishanaat mujhe dikhai nahi dete.</w:t>
      </w:r>
    </w:p>
    <w:p>
      <w:pPr>
        <w:jc w:val="right"/>
      </w:pPr>
      <w:r>
        <w:t>نشانات مجھے دکھائی نہیں دیتے۔</w:t>
      </w:r>
    </w:p>
    <w:p>
      <w:r>
        <w:rPr>
          <w:b/>
        </w:rPr>
        <w:t xml:space="preserve">[27:53] </w:t>
      </w:r>
      <w:r>
        <w:t>main aap ko misaal deta hoon.</w:t>
      </w:r>
    </w:p>
    <w:p>
      <w:pPr>
        <w:jc w:val="right"/>
      </w:pPr>
      <w:r>
        <w:t>میں آپ کو مثال دیتا ہوں۔</w:t>
      </w:r>
    </w:p>
    <w:p>
      <w:r>
        <w:rPr>
          <w:b/>
        </w:rPr>
        <w:t xml:space="preserve">[28:00] </w:t>
      </w:r>
      <w:r>
        <w:t>dekhein, japan aik mulk hai, aap jante hain asia ka, aur germany aik mulk hai europe ka.</w:t>
      </w:r>
    </w:p>
    <w:p>
      <w:pPr>
        <w:jc w:val="right"/>
      </w:pPr>
      <w:r>
        <w:t>دیکھیں، جاپان ایک ملک ہے، آپ جانتے ہیں ایشیا کا، اور جرمنی ایک ملک ہے یورپ کا۔</w:t>
      </w:r>
    </w:p>
    <w:p>
      <w:r>
        <w:rPr>
          <w:b/>
        </w:rPr>
        <w:t xml:space="preserve">[28:08] </w:t>
      </w:r>
      <w:r>
        <w:t>dono mulkon ke sath wahi waqea hua ke un ka kuch hissa chhin gaya, kuch hissa baqi reh</w:t>
      </w:r>
    </w:p>
    <w:p>
      <w:pPr>
        <w:jc w:val="right"/>
      </w:pPr>
      <w:r>
        <w:t>دونوں ملکوں کے ساتھ وہی واقعہ ہوا کہ ان کا کچھ حصہ چھن گیا، کچھ حصہ باقی رہ</w:t>
      </w:r>
    </w:p>
    <w:p>
      <w:r>
        <w:rPr>
          <w:b/>
        </w:rPr>
        <w:t xml:space="preserve">[28:15] </w:t>
      </w:r>
      <w:r>
        <w:t>gaya. jaise pakistan ka hissa chhin gaya, kuch baqi raha. falasteen mein arbon ka kuch hissa chhin gaya, kuch baqi raha. same case tha japan ka aur germany ka second world war ke baad. to yeh Allah taala ne nishani qaim kar, yeh yeh bhi nishani hai. sirf woh khaddar jo hain sham ke ilaqe mein kahin jo ab wajood bhi un ka nahi hai, sirf kuch eent, eent, eent pathar hain wahan kuch. bas isi ko samajhte hain ke is aayat ka</w:t>
      </w:r>
    </w:p>
    <w:p>
      <w:pPr>
        <w:jc w:val="right"/>
      </w:pPr>
      <w:r>
        <w:t>ا۔ جیسے پاکستان کا حصہ چھن گیا، کچھ باقی رہا۔ فلسطین میں عربوں کا کچھ حصہ چھن گیا، کچھ باقی رہا۔ سیم کیس تھا جاپان کا اور جرمنی کا سیکنڈ ورلڈ وار کے بعد۔ تو یہ اللہ تعالی نے نشانی قائم کر، یہ یہ بھی نشانی ہے۔ صرف وہ کھڈر جو ہیں شام کے علاقے میں کہیں جو اب وجود بھی ان کا نہیں ہے، صرف کچھ اینٹ، اینٹ، اینٹ پتھر ہیں وہاں کچھ۔ بس اسی کو سمجھتے ہیں کہ اس آیت کا</w:t>
      </w:r>
    </w:p>
    <w:p>
      <w:r>
        <w:rPr>
          <w:b/>
        </w:rPr>
        <w:t xml:space="preserve">[28:45] </w:t>
      </w:r>
      <w:r>
        <w:t>matlab yeh bhi nishani hai.</w:t>
      </w:r>
    </w:p>
    <w:p>
      <w:pPr>
        <w:jc w:val="right"/>
      </w:pPr>
      <w:r>
        <w:t>مطلب یہ بھی نشانی ہے۔</w:t>
      </w:r>
    </w:p>
    <w:p>
      <w:r>
        <w:rPr>
          <w:b/>
        </w:rPr>
        <w:t xml:space="preserve">[28:50] </w:t>
      </w:r>
      <w:r>
        <w:t>Allah taala ne japan mein nishani rakhi thi, germany mein nishani rakhi thi, singapore mein nishani rakhi thi.</w:t>
      </w:r>
    </w:p>
    <w:p>
      <w:pPr>
        <w:jc w:val="right"/>
      </w:pPr>
      <w:r>
        <w:t>اللہ تعالی نے جاپان میں نشانی رکھی تھی، جرمنی میں نشانی رکھی تھی، سنگاپور میں نشانی رکھی تھی۔</w:t>
      </w:r>
    </w:p>
    <w:p>
      <w:r>
        <w:rPr>
          <w:b/>
        </w:rPr>
        <w:t xml:space="preserve">[28:55] </w:t>
      </w:r>
      <w:r>
        <w:t>is se koi sabak nahi.</w:t>
      </w:r>
    </w:p>
    <w:p>
      <w:pPr>
        <w:jc w:val="right"/>
      </w:pPr>
      <w:r>
        <w:t>اس سے کوئی سبق نہیں۔</w:t>
      </w:r>
    </w:p>
    <w:p>
      <w:r>
        <w:rPr>
          <w:b/>
        </w:rPr>
        <w:t xml:space="preserve">[29:00] </w:t>
      </w:r>
      <w:r>
        <w:t>woh kaise? germany dekhiye, second world war mein baqayda jang mein shareek hua.</w:t>
      </w:r>
    </w:p>
    <w:p>
      <w:pPr>
        <w:jc w:val="right"/>
      </w:pPr>
      <w:r>
        <w:t>وہ کیسے؟ جرمنی دیکھیے، سیکنڈ ورلڈ وار میں باقاعدہ جنگ میں شریک ہوا۔</w:t>
      </w:r>
    </w:p>
    <w:p>
      <w:r>
        <w:rPr>
          <w:b/>
        </w:rPr>
        <w:t xml:space="preserve">[29:05] </w:t>
      </w:r>
      <w:r>
        <w:t>sab se bara member tha germany second world war.</w:t>
      </w:r>
    </w:p>
    <w:p>
      <w:pPr>
        <w:jc w:val="right"/>
      </w:pPr>
      <w:r>
        <w:t>سب سے بڑا ممبر تھا جرمنی سیکنڈ ورلڈ وار۔</w:t>
      </w:r>
    </w:p>
    <w:p>
      <w:r>
        <w:rPr>
          <w:b/>
        </w:rPr>
        <w:t xml:space="preserve">[29:10] </w:t>
      </w:r>
      <w:r>
        <w:t>aap jante hain ke</w:t>
      </w:r>
    </w:p>
    <w:p>
      <w:pPr>
        <w:jc w:val="right"/>
      </w:pPr>
      <w:r>
        <w:t>آپ جانتے ہیں کہ</w:t>
      </w:r>
    </w:p>
    <w:p>
      <w:r>
        <w:rPr>
          <w:b/>
        </w:rPr>
        <w:t xml:space="preserve">[29:15] </w:t>
      </w:r>
      <w:r>
        <w:t>wahan do mahaz bane the, allied aur axis, axis forces aur allied forces.</w:t>
      </w:r>
    </w:p>
    <w:p>
      <w:pPr>
        <w:jc w:val="right"/>
      </w:pPr>
      <w:r>
        <w:t>وہاں دو محاذ بنے تھے، الائیڈ اور ایکسز، ایکسز فورسز اور الائیڈ فورسز۔</w:t>
      </w:r>
    </w:p>
    <w:p>
      <w:r>
        <w:rPr>
          <w:b/>
        </w:rPr>
        <w:t xml:space="preserve">[29:20] </w:t>
      </w:r>
      <w:r>
        <w:t>to aik ka woh sardar tha germany.</w:t>
      </w:r>
    </w:p>
    <w:p>
      <w:pPr>
        <w:jc w:val="right"/>
      </w:pPr>
      <w:r>
        <w:t>تو ایک کا وہ سردار تھا جرمنی۔</w:t>
      </w:r>
    </w:p>
    <w:p>
      <w:r>
        <w:rPr>
          <w:b/>
        </w:rPr>
        <w:t xml:space="preserve">[29:26] </w:t>
      </w:r>
      <w:r>
        <w:t>lekin jab jang khatam hui to kya hua? germany ka jo mulk hai, is ka aik hissa chhin</w:t>
      </w:r>
    </w:p>
    <w:p>
      <w:pPr>
        <w:jc w:val="right"/>
      </w:pPr>
      <w:r>
        <w:t>لیکن جب جنگ ختم ہوئی تو کیا ہوا؟ جرمنی کا جو ملک ہے، اس کا ایک حصہ چھن</w:t>
      </w:r>
    </w:p>
    <w:p>
      <w:r>
        <w:rPr>
          <w:b/>
        </w:rPr>
        <w:t xml:space="preserve">[29:31] </w:t>
      </w:r>
      <w:r>
        <w:t>gaya us se, jis ko hum kehte hain east germany.</w:t>
      </w:r>
    </w:p>
    <w:p>
      <w:pPr>
        <w:jc w:val="right"/>
      </w:pPr>
      <w:r>
        <w:t>گیا اس سے، جس کو ہم کہتے ہیں ایسٹ جرمنی۔</w:t>
      </w:r>
    </w:p>
    <w:p>
      <w:r>
        <w:rPr>
          <w:b/>
        </w:rPr>
        <w:t xml:space="preserve">[29:36] </w:t>
      </w:r>
      <w:r>
        <w:t>ab to nahin hai woh, lekin east germany.</w:t>
      </w:r>
    </w:p>
    <w:p>
      <w:pPr>
        <w:jc w:val="right"/>
      </w:pPr>
      <w:r>
        <w:t>اب تو نہیں ہے وہ، لیکن ایسٹ جرمنی۔</w:t>
      </w:r>
    </w:p>
    <w:p>
      <w:r>
        <w:rPr>
          <w:b/>
        </w:rPr>
        <w:t xml:space="preserve">[29:41] </w:t>
      </w:r>
      <w:r>
        <w:t>east germany ne khud berlin ka</w:t>
      </w:r>
    </w:p>
    <w:p>
      <w:pPr>
        <w:jc w:val="right"/>
      </w:pPr>
      <w:r>
        <w:t>ایسٹ جرمنی نے خود برلن کا</w:t>
      </w:r>
    </w:p>
    <w:p>
      <w:r>
        <w:rPr>
          <w:b/>
        </w:rPr>
        <w:t xml:space="preserve">[29:46] </w:t>
      </w:r>
      <w:r>
        <w:t>jo capital city hai, us ka bhi aik hissa shamil tha.</w:t>
      </w:r>
    </w:p>
    <w:p>
      <w:pPr>
        <w:jc w:val="right"/>
      </w:pPr>
      <w:r>
        <w:t>جو کیپیٹل سٹی ہے، اس کا بھی ایک حصہ شامل تھا۔</w:t>
      </w:r>
    </w:p>
    <w:p>
      <w:r>
        <w:rPr>
          <w:b/>
        </w:rPr>
        <w:t xml:space="preserve">[29:53] </w:t>
      </w:r>
      <w:r>
        <w:t>to world war war jab khatam hui to germany ka aik hissa is se chhin gaya tha.</w:t>
      </w:r>
    </w:p>
    <w:p>
      <w:pPr>
        <w:jc w:val="right"/>
      </w:pPr>
      <w:r>
        <w:t>تو ورلڈ وار وار جب ختم ہوئی تو جرمنی کا ایک حصہ اس سے چھن گیا تھا۔</w:t>
      </w:r>
    </w:p>
    <w:p>
      <w:r>
        <w:rPr>
          <w:b/>
        </w:rPr>
        <w:t xml:space="preserve">[30:01] </w:t>
      </w:r>
      <w:r>
        <w:t>jis tarah arbon se chhin, jis tarah pakistan se chhin.</w:t>
      </w:r>
    </w:p>
    <w:p>
      <w:pPr>
        <w:jc w:val="right"/>
      </w:pPr>
      <w:r>
        <w:t>جس طرح عربوں سے چھنا، جس طرح پاکستان سے چھنا۔</w:t>
      </w:r>
    </w:p>
    <w:p>
      <w:r>
        <w:rPr>
          <w:b/>
        </w:rPr>
        <w:t xml:space="preserve">[30:08] </w:t>
      </w:r>
      <w:r>
        <w:t>yeh germany to japan ka jo leader tha, us ne fitrat ke qanoon ko samjha,</w:t>
      </w:r>
    </w:p>
    <w:p>
      <w:pPr>
        <w:jc w:val="right"/>
      </w:pPr>
      <w:r>
        <w:t>یہ جرمنی تو جاپان کا جو لیڈر تھا، اس نے فطرت کے قانون کو سمجھا،</w:t>
      </w:r>
    </w:p>
    <w:p>
      <w:r>
        <w:rPr>
          <w:b/>
        </w:rPr>
        <w:t xml:space="preserve">[30:16] </w:t>
      </w:r>
      <w:r>
        <w:t>fitrat ke qanoon ko samjha.</w:t>
      </w:r>
    </w:p>
    <w:p>
      <w:pPr>
        <w:jc w:val="right"/>
      </w:pPr>
      <w:r>
        <w:t>فطرت کے قانون کو سمجھا۔</w:t>
      </w:r>
    </w:p>
    <w:p>
      <w:r>
        <w:rPr>
          <w:b/>
        </w:rPr>
        <w:t xml:space="preserve">[30:21] </w:t>
      </w:r>
      <w:r>
        <w:t>us ne baqi maada germany ko le kar planning ki apni.</w:t>
      </w:r>
    </w:p>
    <w:p>
      <w:pPr>
        <w:jc w:val="right"/>
      </w:pPr>
      <w:r>
        <w:t>اس نے باقی مادہ جرمنی کو لے کر پلاننگ کی اپنی۔</w:t>
      </w:r>
    </w:p>
    <w:p>
      <w:r>
        <w:rPr>
          <w:b/>
        </w:rPr>
        <w:t xml:space="preserve">[30:26] </w:t>
      </w:r>
      <w:r>
        <w:t>yeh germany ko bhula diya.</w:t>
      </w:r>
    </w:p>
    <w:p>
      <w:pPr>
        <w:jc w:val="right"/>
      </w:pPr>
      <w:r>
        <w:t>یہ جرمنی کو بھلا دیا۔</w:t>
      </w:r>
    </w:p>
    <w:p>
      <w:r>
        <w:rPr>
          <w:b/>
        </w:rPr>
        <w:t xml:space="preserve">[30:31] </w:t>
      </w:r>
      <w:r>
        <w:t>yeh germany ko bhula diya bilkul, jo jo russia ke qabze mein chala gaya tha, commercial russia.</w:t>
      </w:r>
    </w:p>
    <w:p>
      <w:pPr>
        <w:jc w:val="right"/>
      </w:pPr>
      <w:r>
        <w:t>یہ جرمنی کو بھلا دیا بالکل، جو جو رشیا کے قبضے میں چلا گیا تھا، کمرشل رشیا۔</w:t>
      </w:r>
    </w:p>
    <w:p>
      <w:r>
        <w:rPr>
          <w:b/>
        </w:rPr>
        <w:t xml:space="preserve">[30:36] </w:t>
      </w:r>
      <w:r>
        <w:t>to to west germany ya baqi maada germany ki buniyad par unhon ne planning ki apni.</w:t>
      </w:r>
    </w:p>
    <w:p>
      <w:pPr>
        <w:jc w:val="right"/>
      </w:pPr>
      <w:r>
        <w:t>تو تو ویسٹ جرمنی یا باقی مادہ جرمنی کی بنیاد پر انہوں نے پلاننگ کی اپنی۔</w:t>
      </w:r>
    </w:p>
    <w:p>
      <w:r>
        <w:rPr>
          <w:b/>
        </w:rPr>
        <w:t xml:space="preserve">[30:41] </w:t>
      </w:r>
      <w:r>
        <w:t>aap jante hain kya hua?</w:t>
      </w:r>
    </w:p>
    <w:p>
      <w:pPr>
        <w:jc w:val="right"/>
      </w:pPr>
      <w:r>
        <w:t>آپ جانتے ہیں کیا ہوا؟</w:t>
      </w:r>
    </w:p>
    <w:p>
      <w:r>
        <w:rPr>
          <w:b/>
        </w:rPr>
        <w:t xml:space="preserve">[30:47] </w:t>
      </w:r>
      <w:r>
        <w:t>aaj germany poore europe ka number one country bana hua hai, industrial sense mein.</w:t>
      </w:r>
    </w:p>
    <w:p>
      <w:pPr>
        <w:jc w:val="right"/>
      </w:pPr>
      <w:r>
        <w:t>آج جرمنی پورے یورپ کا نمبر ون کنٹری بنا ہوا ہے، انڈسٹریل سینس میں۔</w:t>
      </w:r>
    </w:p>
    <w:p>
      <w:r>
        <w:rPr>
          <w:b/>
        </w:rPr>
        <w:t xml:space="preserve">[30:54] </w:t>
      </w:r>
      <w:r>
        <w:t>aaj germany poore europe ka industrial leader bana hua hai.</w:t>
      </w:r>
    </w:p>
    <w:p>
      <w:pPr>
        <w:jc w:val="right"/>
      </w:pPr>
      <w:r>
        <w:t>آج جرمنی پورے یورپ کا انڈسٹریل لیڈر بنا ہوا ہے۔</w:t>
      </w:r>
    </w:p>
    <w:p>
      <w:r>
        <w:rPr>
          <w:b/>
        </w:rPr>
        <w:t xml:space="preserve">[31:02] </w:t>
      </w:r>
      <w:r>
        <w:t>aur aakhir mein phir east germany bhi mil gaya is ko, woh bhi mil gaya.</w:t>
      </w:r>
    </w:p>
    <w:p>
      <w:pPr>
        <w:jc w:val="right"/>
      </w:pPr>
      <w:r>
        <w:t>اور آخر میں پھر ایسٹ جرمنی بھی مل گیا اس کو، وہ بھی مل گیا۔</w:t>
      </w:r>
    </w:p>
    <w:p>
      <w:r>
        <w:rPr>
          <w:b/>
        </w:rPr>
        <w:t xml:space="preserve">[31:10] </w:t>
      </w:r>
      <w:r>
        <w:t>lekin is ne jo planning ki, woh baqi maada germany par ki, kal germany par nahin.</w:t>
      </w:r>
    </w:p>
    <w:p>
      <w:pPr>
        <w:jc w:val="right"/>
      </w:pPr>
      <w:r>
        <w:t>لیکن اس نے جو پلاننگ کی، وہ باقی مادہ جرمنی پر کی، کل جرمنی پر نہیں۔</w:t>
      </w:r>
    </w:p>
    <w:p>
      <w:r>
        <w:rPr>
          <w:b/>
        </w:rPr>
        <w:t xml:space="preserve">[31:18] </w:t>
      </w:r>
      <w:r>
        <w:t>jo germany is ke hath se chala gaya tha second world war mein, us ko bhula diya, us</w:t>
      </w:r>
    </w:p>
    <w:p>
      <w:pPr>
        <w:jc w:val="right"/>
      </w:pPr>
      <w:r>
        <w:t>جو جرمنی اس کے ہاتھ سے چلا گیا تھا سیکنڈ ورلڈ وار میں، اس کو بھلا دیا، اس</w:t>
      </w:r>
    </w:p>
    <w:p>
      <w:r>
        <w:rPr>
          <w:b/>
        </w:rPr>
        <w:t xml:space="preserve">[31:23] </w:t>
      </w:r>
      <w:r>
        <w:t>ko chhod diya.</w:t>
      </w:r>
    </w:p>
    <w:p>
      <w:pPr>
        <w:jc w:val="right"/>
      </w:pPr>
      <w:r>
        <w:t>کو چھوڑ دیا۔</w:t>
      </w:r>
    </w:p>
    <w:p>
      <w:r>
        <w:rPr>
          <w:b/>
        </w:rPr>
        <w:t xml:space="preserve">[31:28] </w:t>
      </w:r>
      <w:r>
        <w:t>aur jo jo germany ka jo part abhi bhi is ke paas maujood tha, yani west germany, un</w:t>
      </w:r>
    </w:p>
    <w:p>
      <w:pPr>
        <w:jc w:val="right"/>
      </w:pPr>
      <w:r>
        <w:t>اور جو جو جرمنی کا جو پارٹ ابھی بھی اس کے پاس موجود تھا، یعنی ویسٹ جرمنی، ان</w:t>
      </w:r>
    </w:p>
    <w:p>
      <w:r>
        <w:rPr>
          <w:b/>
        </w:rPr>
        <w:t xml:space="preserve">[31:33] </w:t>
      </w:r>
      <w:r>
        <w:t>ka do hisse ban gaye the is zamane mein, west germany aur east germany.</w:t>
      </w:r>
    </w:p>
    <w:p>
      <w:pPr>
        <w:jc w:val="right"/>
      </w:pPr>
      <w:r>
        <w:t>کا دو حصے بن گئے تھے اس زمانے میں، ویسٹ جرمنی اور ایسٹ جرمنی۔</w:t>
      </w:r>
    </w:p>
    <w:p>
      <w:r>
        <w:rPr>
          <w:b/>
        </w:rPr>
        <w:t xml:space="preserve">[31:38] </w:t>
      </w:r>
      <w:r>
        <w:t>to east germany ko bhula diya aur west germany par apni planning ki hui.</w:t>
      </w:r>
    </w:p>
    <w:p>
      <w:pPr>
        <w:jc w:val="right"/>
      </w:pPr>
      <w:r>
        <w:t>تو ایسٹ جرمنی کو بھلا دیا اور ویسٹ جرمنی پر اپنی پلاننگ کی ہوئی۔</w:t>
      </w:r>
    </w:p>
    <w:p>
      <w:r>
        <w:rPr>
          <w:b/>
        </w:rPr>
        <w:t xml:space="preserve">[31:43] </w:t>
      </w:r>
      <w:r>
        <w:t>to aaj misaal ke taur par dekhiye, printing machinery jo hai,</w:t>
      </w:r>
    </w:p>
    <w:p>
      <w:pPr>
        <w:jc w:val="right"/>
      </w:pPr>
      <w:r>
        <w:t>تو آج مثال کے طور پر دیکھیے، پرنٹنگ مشینری جو ہے،</w:t>
      </w:r>
    </w:p>
    <w:p>
      <w:r>
        <w:rPr>
          <w:b/>
        </w:rPr>
        <w:t xml:space="preserve">[31:48] </w:t>
      </w:r>
      <w:r>
        <w:t>duniya mein bohat poora kaam hai printing ka.</w:t>
      </w:r>
    </w:p>
    <w:p>
      <w:pPr>
        <w:jc w:val="right"/>
      </w:pPr>
      <w:r>
        <w:t>دنیا میں بہت پورا کام ہے پرنٹنگ کا۔</w:t>
      </w:r>
    </w:p>
    <w:p>
      <w:r>
        <w:rPr>
          <w:b/>
        </w:rPr>
        <w:t xml:space="preserve">[31:53] </w:t>
      </w:r>
      <w:r>
        <w:t>chhapayi ka kaam is zamane mein bohat hi zyada bada hai.</w:t>
      </w:r>
    </w:p>
    <w:p>
      <w:pPr>
        <w:jc w:val="right"/>
      </w:pPr>
      <w:r>
        <w:t>چھاپائی کا کام اس زمانے میں بہت ہی زیادہ بڑا ہے۔</w:t>
      </w:r>
    </w:p>
    <w:p>
      <w:r>
        <w:rPr>
          <w:b/>
        </w:rPr>
        <w:t xml:space="preserve">[31:59] </w:t>
      </w:r>
      <w:r>
        <w:t>to printing machinery jo hai, sab se achhi samjhi jati hai germany ki.</w:t>
      </w:r>
    </w:p>
    <w:p>
      <w:pPr>
        <w:jc w:val="right"/>
      </w:pPr>
      <w:r>
        <w:t>تو پرنٹنگ مشینری جو ہے، سب سے اچھی سمجھی جاتی ہے جرمنی کی۔</w:t>
      </w:r>
    </w:p>
    <w:p>
      <w:r>
        <w:rPr>
          <w:b/>
        </w:rPr>
        <w:t xml:space="preserve">[32:04] </w:t>
      </w:r>
      <w:r>
        <w:t>tamam printing technology, tamam printing masheen germany se log khareedte hain.</w:t>
      </w:r>
    </w:p>
    <w:p>
      <w:pPr>
        <w:jc w:val="right"/>
      </w:pPr>
      <w:r>
        <w:t>تمام پرنٹنگ ٹیکنالوجی، تمام پرنٹنگ مشینیں جرمنی سے لوگ خریدتے ہیں۔</w:t>
      </w:r>
    </w:p>
    <w:p>
      <w:r>
        <w:rPr>
          <w:b/>
        </w:rPr>
        <w:t xml:space="preserve">[32:09] </w:t>
      </w:r>
      <w:r>
        <w:t>germany se khareedte hain aur aur isi tarah doosri cheezein.</w:t>
      </w:r>
    </w:p>
    <w:p>
      <w:pPr>
        <w:jc w:val="right"/>
      </w:pPr>
      <w:r>
        <w:t>جرمنی سے خریدتے ہیں اور اور اسی طرح دوسری چیزیں۔</w:t>
      </w:r>
    </w:p>
    <w:p>
      <w:r>
        <w:rPr>
          <w:b/>
        </w:rPr>
        <w:t xml:space="preserve">[32:14] </w:t>
      </w:r>
      <w:r>
        <w:t>to baqi maada par planning ke nateejay mein germany</w:t>
      </w:r>
    </w:p>
    <w:p>
      <w:pPr>
        <w:jc w:val="right"/>
      </w:pPr>
      <w:r>
        <w:t>تو باقی مادہ پر پلاننگ کے نتیجے میں جرمنی</w:t>
      </w:r>
    </w:p>
    <w:p>
      <w:r>
        <w:rPr>
          <w:b/>
        </w:rPr>
        <w:t xml:space="preserve">[32:19] </w:t>
      </w:r>
      <w:r>
        <w:t>thori muddat ke andar poore europe ka sardar ban gaya.</w:t>
      </w:r>
    </w:p>
    <w:p>
      <w:pPr>
        <w:jc w:val="right"/>
      </w:pPr>
      <w:r>
        <w:t>تھوڑی مدت کے اندر پورے یورپ کا سردار بن گیا۔</w:t>
      </w:r>
    </w:p>
    <w:p>
      <w:r>
        <w:rPr>
          <w:b/>
        </w:rPr>
        <w:t xml:space="preserve">[32:25] </w:t>
      </w:r>
      <w:r>
        <w:t>sab se zyada stable economy is waqt germany ki hai.</w:t>
      </w:r>
    </w:p>
    <w:p>
      <w:pPr>
        <w:jc w:val="right"/>
      </w:pPr>
      <w:r>
        <w:t>سب سے زیادہ اسٹیبل اکانومی اس وقت جرمنی کی ہے۔</w:t>
      </w:r>
    </w:p>
    <w:p>
      <w:r>
        <w:rPr>
          <w:b/>
        </w:rPr>
        <w:t xml:space="preserve">[32:31] </w:t>
      </w:r>
      <w:r>
        <w:t>yeh maamla japan ka second world war ke baad japan par atom bomb giraya gaya.</w:t>
      </w:r>
    </w:p>
    <w:p>
      <w:pPr>
        <w:jc w:val="right"/>
      </w:pPr>
      <w:r>
        <w:t>یہ معاملہ جاپان کا سیکنڈ ورلڈ وار کے بعد جاپان پر ایٹم بم گرایا گیا۔</w:t>
      </w:r>
    </w:p>
    <w:p>
      <w:r>
        <w:rPr>
          <w:b/>
        </w:rPr>
        <w:t xml:space="preserve">[32:37] </w:t>
      </w:r>
      <w:r>
        <w:t>is ke hiroshima aur nagasaki tabah hui.</w:t>
      </w:r>
    </w:p>
    <w:p>
      <w:pPr>
        <w:jc w:val="right"/>
      </w:pPr>
      <w:r>
        <w:t>اس کے ہیروشیما اور ناگاسکی تباہ ہوئی۔</w:t>
      </w:r>
    </w:p>
    <w:p>
      <w:r>
        <w:rPr>
          <w:b/>
        </w:rPr>
        <w:t xml:space="preserve">[32:43] </w:t>
      </w:r>
      <w:r>
        <w:t>mazeed yeh ke japan ka ek bohat bara jazeera, jis ka naam okinawa</w:t>
      </w:r>
    </w:p>
    <w:p>
      <w:pPr>
        <w:jc w:val="right"/>
      </w:pPr>
      <w:r>
        <w:t>مزید یہ کہ جاپان کا ایک بہت بڑا جزیرہ، جس کا نام اوکیناوا</w:t>
      </w:r>
    </w:p>
    <w:p>
      <w:r>
        <w:rPr>
          <w:b/>
        </w:rPr>
        <w:t xml:space="preserve">[32:49] </w:t>
      </w:r>
      <w:r>
        <w:t>, japan jo hai, poora ka poora majmooa jaza'ir hai.</w:t>
      </w:r>
    </w:p>
    <w:p>
      <w:pPr>
        <w:jc w:val="right"/>
      </w:pPr>
      <w:r>
        <w:t>، جاپان جو ہے، پورا کا پورا مجموعہ جزائر ہے۔</w:t>
      </w:r>
    </w:p>
    <w:p>
      <w:r>
        <w:rPr>
          <w:b/>
        </w:rPr>
        <w:t xml:space="preserve">[32:54] </w:t>
      </w:r>
      <w:r>
        <w:t>japan hamare koi ek country nahi hai, jaza'ir ka majmooa hai.</w:t>
      </w:r>
    </w:p>
    <w:p>
      <w:pPr>
        <w:jc w:val="right"/>
      </w:pPr>
      <w:r>
        <w:t>جاپان ہمارے کوئی ایک کنٹری نہیں ہے، جزائر کا مجموعہ ہے۔</w:t>
      </w:r>
    </w:p>
    <w:p>
      <w:r>
        <w:rPr>
          <w:b/>
        </w:rPr>
        <w:t xml:space="preserve">[32:59] </w:t>
      </w:r>
      <w:r>
        <w:t>to is ka ek bara jazeera america ne apne qabzay mein le liya aur aaj bhi is ke</w:t>
      </w:r>
    </w:p>
    <w:p>
      <w:pPr>
        <w:jc w:val="right"/>
      </w:pPr>
      <w:r>
        <w:t>تو اس کا ایک بڑا جزیرہ امریکہ نے اپنے قبضے میں لے لیا اور آج بھی اس کے</w:t>
      </w:r>
    </w:p>
    <w:p>
      <w:r>
        <w:rPr>
          <w:b/>
        </w:rPr>
        <w:t xml:space="preserve">[33:04] </w:t>
      </w:r>
      <w:r>
        <w:t>america hi qabzay mein hai woh.</w:t>
      </w:r>
    </w:p>
    <w:p>
      <w:pPr>
        <w:jc w:val="right"/>
      </w:pPr>
      <w:r>
        <w:t>امریکہ ہی قبضے میں ہے وہ۔</w:t>
      </w:r>
    </w:p>
    <w:p>
      <w:r>
        <w:rPr>
          <w:b/>
        </w:rPr>
        <w:t xml:space="preserve">[33:09] </w:t>
      </w:r>
      <w:r>
        <w:t>lekin japan ne okinawa ke liye koi ladaai nahi chori, jaise pakistan ne ladaai chori rakhi hai kashmir</w:t>
      </w:r>
    </w:p>
    <w:p>
      <w:pPr>
        <w:jc w:val="right"/>
      </w:pPr>
      <w:r>
        <w:t>لیکن جاپان نے اوکیناوا کے لیے کوئی لڑائی نہیں چھوڑی، جیسے پاکستان نے لڑائی چھوڑ رکھی ہے کشمیر</w:t>
      </w:r>
    </w:p>
    <w:p>
      <w:r>
        <w:rPr>
          <w:b/>
        </w:rPr>
        <w:t xml:space="preserve">[33:14] </w:t>
      </w:r>
      <w:r>
        <w:t>ke liye ya arbon ne ladaai chori rakhi hai</w:t>
      </w:r>
    </w:p>
    <w:p>
      <w:pPr>
        <w:jc w:val="right"/>
      </w:pPr>
      <w:r>
        <w:t>کے لیے یا عربوں نے لڑائی چھوڑ رکھی ہے</w:t>
      </w:r>
    </w:p>
    <w:p>
      <w:r>
        <w:rPr>
          <w:b/>
        </w:rPr>
        <w:t xml:space="preserve">[33:19] </w:t>
      </w:r>
      <w:r>
        <w:t>israel ke khilaf. toh kya hua? yani 25, 30 saal ke andar jab japan ne itni taraqqi ki ke poore asia ka ek ek economic superpower ban gaya woh. ek economic sense mein poore asia ka woh sardar ban gaya, leader ban gaya. aaj japan ki jo econo</w:t>
      </w:r>
    </w:p>
    <w:p>
      <w:pPr>
        <w:jc w:val="right"/>
      </w:pPr>
      <w:r>
        <w:t>اسرائیل کے خلاف۔ تو کیا ہوا؟ یعنی 25، 30 سال کے اندر جب جاپان نے اتنی ترقی کی کہ پورے ایشیا کا ایک ایک اکانومک سپر پاور بن گیا وہ۔ ایک اکانومک سینس میں پورے ایشیا کا وہ سردار بن گیا، لیڈر بن گیا۔ آج جاپان کی جو اکان</w:t>
      </w:r>
    </w:p>
    <w:p>
      <w:r>
        <w:rPr>
          <w:b/>
        </w:rPr>
        <w:t xml:space="preserve">[33:49] </w:t>
      </w:r>
      <w:r>
        <w:t>economy hai, jo economic jo superpower hai, sari duniya mein phaila hua hai, including america.</w:t>
      </w:r>
    </w:p>
    <w:p>
      <w:pPr>
        <w:jc w:val="right"/>
      </w:pPr>
      <w:r>
        <w:t>ومی ہے، جو اکانومک جو سپر پاور ہے، ساری دنیا میں پھیلا ہوا ہے، انکلوڈنگ امریکہ۔</w:t>
      </w:r>
    </w:p>
    <w:p>
      <w:r>
        <w:rPr>
          <w:b/>
        </w:rPr>
        <w:t xml:space="preserve">[34:00] </w:t>
      </w:r>
      <w:r>
        <w:t>yaani america, japan ne okinawa ko chora to million okinawa score mil gaye.</w:t>
      </w:r>
    </w:p>
    <w:p>
      <w:pPr>
        <w:jc w:val="right"/>
      </w:pPr>
      <w:r>
        <w:t>یعنی امریکہ، جاپان نے اوکیناوا کو چھوڑا تو ملین اوکیناوا سکور مل گئے۔</w:t>
      </w:r>
    </w:p>
    <w:p>
      <w:r>
        <w:rPr>
          <w:b/>
        </w:rPr>
        <w:t xml:space="preserve">[34:10] </w:t>
      </w:r>
      <w:r>
        <w:t>yeh tha, yeh tha, yeh karamat kya thi? yeh baqi maada par planning,</w:t>
      </w:r>
    </w:p>
    <w:p>
      <w:pPr>
        <w:jc w:val="right"/>
      </w:pPr>
      <w:r>
        <w:t>یہ تھا، یہ تھا، یہ کرامت کیا تھی؟ یہ باقی مادہ پر پلاننگ،</w:t>
      </w:r>
    </w:p>
    <w:p>
      <w:r>
        <w:rPr>
          <w:b/>
        </w:rPr>
        <w:t xml:space="preserve">[34:20] </w:t>
      </w:r>
      <w:r>
        <w:t>yaani planning based on remnant, is ka karishma tha.</w:t>
      </w:r>
    </w:p>
    <w:p>
      <w:pPr>
        <w:jc w:val="right"/>
      </w:pPr>
      <w:r>
        <w:t>یعنی پلاننگ بیسڈ آن ریمننٹ، اس کا کرشمہ تھا۔</w:t>
      </w:r>
    </w:p>
    <w:p>
      <w:r>
        <w:rPr>
          <w:b/>
        </w:rPr>
        <w:t xml:space="preserve">[34:28] </w:t>
      </w:r>
      <w:r>
        <w:t>yeh aise hi jab singapore ki misaal lijiye, aap jante hain ke singapore jo tha, is se pehle</w:t>
      </w:r>
    </w:p>
    <w:p>
      <w:pPr>
        <w:jc w:val="right"/>
      </w:pPr>
      <w:r>
        <w:t>یہ ایسے ہی جب سنگاپور کی مثال لیجیے، آپ جانتے ہیں کہ سنگاپور جو تھا، اس سے پہلے</w:t>
      </w:r>
    </w:p>
    <w:p>
      <w:r>
        <w:rPr>
          <w:b/>
        </w:rPr>
        <w:t xml:space="preserve">[34:35] </w:t>
      </w:r>
      <w:r>
        <w:t>woh malaysia ka ek part tha.</w:t>
      </w:r>
    </w:p>
    <w:p>
      <w:pPr>
        <w:jc w:val="right"/>
      </w:pPr>
      <w:r>
        <w:t>وہ ملیشیا کا ایک پارٹ تھا۔</w:t>
      </w:r>
    </w:p>
    <w:p>
      <w:r>
        <w:rPr>
          <w:b/>
        </w:rPr>
        <w:t xml:space="preserve">[34:43] </w:t>
      </w:r>
      <w:r>
        <w:t>malaysia ka ek sarhadi hissa tha, jis ko kehte thay ke malaysia ke log is ko, yaani garbage,</w:t>
      </w:r>
    </w:p>
    <w:p>
      <w:pPr>
        <w:jc w:val="right"/>
      </w:pPr>
      <w:r>
        <w:t>ملیشیا کا ایک سرحدی حصہ تھا، جس کو کہتے تھے کہ ملیشیا کے لوگ اس کو، یعنی گاربیج،</w:t>
      </w:r>
    </w:p>
    <w:p>
      <w:r>
        <w:rPr>
          <w:b/>
        </w:rPr>
        <w:t xml:space="preserve">[34:50] </w:t>
      </w:r>
      <w:r>
        <w:t>wahan garbage dala jaata tha.</w:t>
      </w:r>
    </w:p>
    <w:p>
      <w:pPr>
        <w:jc w:val="right"/>
      </w:pPr>
      <w:r>
        <w:t>وہاں گاربیج ڈالا جاتا تھا۔</w:t>
      </w:r>
    </w:p>
    <w:p>
      <w:r>
        <w:rPr>
          <w:b/>
        </w:rPr>
        <w:t xml:space="preserve">[34:55] </w:t>
      </w:r>
      <w:r>
        <w:t>garbage samajhte thay is ko.</w:t>
      </w:r>
    </w:p>
    <w:p>
      <w:pPr>
        <w:jc w:val="right"/>
      </w:pPr>
      <w:r>
        <w:t>گاربیج سمجھتے تھے اس کو۔</w:t>
      </w:r>
    </w:p>
    <w:p>
      <w:r>
        <w:rPr>
          <w:b/>
        </w:rPr>
        <w:t xml:space="preserve">[35:00] </w:t>
      </w:r>
      <w:r>
        <w:t>koi taraqqi nahi thi is area mein, is ko hum aaj singapore kehte hain.</w:t>
      </w:r>
    </w:p>
    <w:p>
      <w:pPr>
        <w:jc w:val="right"/>
      </w:pPr>
      <w:r>
        <w:t>کوئی ترقی نہیں تھی اس ایریا میں، اس کو ہم آج سنگاپور کہتے ہیں۔</w:t>
      </w:r>
    </w:p>
    <w:p>
      <w:r>
        <w:rPr>
          <w:b/>
        </w:rPr>
        <w:t xml:space="preserve">[35:04] </w:t>
      </w:r>
      <w:r>
        <w:t>woh garbage area tha woh.</w:t>
      </w:r>
    </w:p>
    <w:p>
      <w:pPr>
        <w:jc w:val="right"/>
      </w:pPr>
      <w:r>
        <w:t>وہ گاربیج ایریا تھا وہ۔</w:t>
      </w:r>
    </w:p>
    <w:p>
      <w:r>
        <w:rPr>
          <w:b/>
        </w:rPr>
        <w:t xml:space="preserve">[35:09] </w:t>
      </w:r>
      <w:r>
        <w:t>to wahan ka leader jo tha, lee, is ne singapore ko alag karne ki tehreek chalai.</w:t>
      </w:r>
    </w:p>
    <w:p>
      <w:pPr>
        <w:jc w:val="right"/>
      </w:pPr>
      <w:r>
        <w:t>تو وہاں کا لیڈر جو تھا، لی، اس نے سنگاپور کو الگ کرنے کی تحریک چلائی۔</w:t>
      </w:r>
    </w:p>
    <w:p>
      <w:r>
        <w:rPr>
          <w:b/>
        </w:rPr>
        <w:t xml:space="preserve">[35:13] </w:t>
      </w:r>
      <w:r>
        <w:t>aur is waqt koi value nahi thi singapore ki.</w:t>
      </w:r>
    </w:p>
    <w:p>
      <w:pPr>
        <w:jc w:val="right"/>
      </w:pPr>
      <w:r>
        <w:t>اور اس وقت کوئی ویلیو نہیں تھی سنگاپور کی۔</w:t>
      </w:r>
    </w:p>
    <w:p>
      <w:r>
        <w:rPr>
          <w:b/>
        </w:rPr>
        <w:t xml:space="preserve">[35:18] </w:t>
      </w:r>
      <w:r>
        <w:t>to malaysia walon ne kaha ke le lo, le lo tum singapore.</w:t>
      </w:r>
    </w:p>
    <w:p>
      <w:pPr>
        <w:jc w:val="right"/>
      </w:pPr>
      <w:r>
        <w:t>تو ملیشیا والوں نے کہا کہ لے لو، لے لو تم سنگاپور۔</w:t>
      </w:r>
    </w:p>
    <w:p>
      <w:r>
        <w:rPr>
          <w:b/>
        </w:rPr>
        <w:t xml:space="preserve">[35:23] </w:t>
      </w:r>
      <w:r>
        <w:t>toh lee jo tha, us ne malaysia ko bhula diya. taqseem se pehle malaysia is ka part tha, us ko bhula diya aur singapore ko le kar us ne planning ki. jo chhota sa area tha, sari planning unhon ne singapore ko le kar ki. aur aaj aap jante hain ke singapore ek developed country hai, bohat hi zabardast qism ka development wahan par hai. ku</w:t>
      </w:r>
    </w:p>
    <w:p>
      <w:pPr>
        <w:jc w:val="right"/>
      </w:pPr>
      <w:r>
        <w:t>تو لی جو تھا، اس نے ملیشیا کو بھلا دیا۔ تقسیم سے پہلے ملیشیا اس کا پارٹ تھا، اس کو بھلا دیا اور سنگاپور کو لے کر اس نے پلاننگ کی۔ جو چھوٹا سا ایریا تھا، ساری پلاننگ انہوں نے سنگاپور کو لے کر کی۔ اور آج آپ جانتے ہیں کہ سنگاپور ایک ڈیولپ کنٹری ہے، بہت ہی زبردست قسم کا ڈیولپمنٹ وہاں پر ہے۔ ک</w:t>
      </w:r>
    </w:p>
    <w:p>
      <w:r>
        <w:rPr>
          <w:b/>
        </w:rPr>
        <w:t xml:space="preserve">[35:53] </w:t>
      </w:r>
      <w:r>
        <w:t>ee pehluon se to woh mashhoor jo country hain, baray baray develop, un se bhi bara hua hai.</w:t>
      </w:r>
    </w:p>
    <w:p>
      <w:pPr>
        <w:jc w:val="right"/>
      </w:pPr>
      <w:r>
        <w:t>ئی پہلوؤں سے تو وہ مشہور جو کنٹری ہیں، بڑے بڑے ڈیولپ، ان سے بھی بڑا ہوا ہے۔</w:t>
      </w:r>
    </w:p>
    <w:p>
      <w:r>
        <w:rPr>
          <w:b/>
        </w:rPr>
        <w:t xml:space="preserve">[35:59] </w:t>
      </w:r>
      <w:r>
        <w:t>misalan wahan crime bilkul nahi hai.</w:t>
      </w:r>
    </w:p>
    <w:p>
      <w:pPr>
        <w:jc w:val="right"/>
      </w:pPr>
      <w:r>
        <w:t>مثلاً وہاں کرائم بالکل نہیں ہے۔</w:t>
      </w:r>
    </w:p>
    <w:p>
      <w:r>
        <w:rPr>
          <w:b/>
        </w:rPr>
        <w:t xml:space="preserve">[36:05] </w:t>
      </w:r>
      <w:r>
        <w:t>to singapore ne yeh taraqqi kaise hasil ki? wahi baqi maada par planning, yani planning based on remnant,</w:t>
      </w:r>
    </w:p>
    <w:p>
      <w:pPr>
        <w:jc w:val="right"/>
      </w:pPr>
      <w:r>
        <w:t>تو سنگاپور نے یہ ترقی کیسے حاصل کی؟ وہی باقی مادہ پر پلاننگ، یعنی پلاننگ بیسڈ آن ریمننٹ،</w:t>
      </w:r>
    </w:p>
    <w:p>
      <w:r>
        <w:rPr>
          <w:b/>
        </w:rPr>
        <w:t xml:space="preserve">[36:11] </w:t>
      </w:r>
      <w:r>
        <w:t>jo un se, jo un se chhan gaya tha, malaysia, us ko bhula diya unhon ne.</w:t>
      </w:r>
    </w:p>
    <w:p>
      <w:pPr>
        <w:jc w:val="right"/>
      </w:pPr>
      <w:r>
        <w:t>جو ان سے، جو ان سے چھن گیا تھا، ملیشیا، اس کو بھلا دیا انہوں نے۔</w:t>
      </w:r>
    </w:p>
    <w:p>
      <w:r>
        <w:rPr>
          <w:b/>
        </w:rPr>
        <w:t xml:space="preserve">[36:17] </w:t>
      </w:r>
      <w:r>
        <w:t>jo already un ke paas tha ke</w:t>
      </w:r>
    </w:p>
    <w:p>
      <w:pPr>
        <w:jc w:val="right"/>
      </w:pPr>
      <w:r>
        <w:t>جو الریڈی ان کے پاس تھا کہ</w:t>
      </w:r>
    </w:p>
    <w:p>
      <w:r>
        <w:rPr>
          <w:b/>
        </w:rPr>
        <w:t xml:space="preserve">[36:23] </w:t>
      </w:r>
      <w:r>
        <w:t>samandari sahil ka aik area, chhota sa, jis ko hum aaj singapore kehte hain.</w:t>
      </w:r>
    </w:p>
    <w:p>
      <w:pPr>
        <w:jc w:val="right"/>
      </w:pPr>
      <w:r>
        <w:t>سمندری ساحل کا ایک ایریا، چھوٹا سا، جس کو ہم آج سنگاپور کہتے ہیں۔</w:t>
      </w:r>
    </w:p>
    <w:p>
      <w:r>
        <w:rPr>
          <w:b/>
        </w:rPr>
        <w:t xml:space="preserve">[36:29] </w:t>
      </w:r>
      <w:r>
        <w:t>to itni taraqqi, itni taraqqi ke dunya hairaan hai ke log dekhne aate hain singapore ko ke kaise</w:t>
      </w:r>
    </w:p>
    <w:p>
      <w:pPr>
        <w:jc w:val="right"/>
      </w:pPr>
      <w:r>
        <w:t>تو اتنی ترقی، اتنی ترقی کہ دنیا حیران ہے کہ لوگ دیکھنے آتے ہیں سنگاپور کو کہ کیسے</w:t>
      </w:r>
    </w:p>
    <w:p>
      <w:r>
        <w:rPr>
          <w:b/>
        </w:rPr>
        <w:t xml:space="preserve">[36:35] </w:t>
      </w:r>
      <w:r>
        <w:t>us ne taraqqi hasil ki.</w:t>
      </w:r>
    </w:p>
    <w:p>
      <w:pPr>
        <w:jc w:val="right"/>
      </w:pPr>
      <w:r>
        <w:t>اس نے ترقی حاصل کی۔</w:t>
      </w:r>
    </w:p>
    <w:p>
      <w:r>
        <w:rPr>
          <w:b/>
        </w:rPr>
        <w:t xml:space="preserve">[36:41] </w:t>
      </w:r>
      <w:r>
        <w:t>to rasool Allah sal Allah alaihi wasallam ki jo zindagi sunnatain hain, aap kitabein, bohat si kitabein bhi</w:t>
      </w:r>
    </w:p>
    <w:p>
      <w:pPr>
        <w:jc w:val="right"/>
      </w:pPr>
      <w:r>
        <w:t>تو رسول اللہ صلی اللہ علیہ وسلم کی جو زندگی سنتیں ہیں، آپ کتابیں، بہت سی کتابیں بھی</w:t>
      </w:r>
    </w:p>
    <w:p>
      <w:r>
        <w:rPr>
          <w:b/>
        </w:rPr>
        <w:t xml:space="preserve">[36:47] </w:t>
      </w:r>
      <w:r>
        <w:t>likhi hui hain, shama un nabwi</w:t>
      </w:r>
    </w:p>
    <w:p>
      <w:pPr>
        <w:jc w:val="right"/>
      </w:pPr>
      <w:r>
        <w:t>لکھی ہوئی ہیں، شمع النبوی</w:t>
      </w:r>
    </w:p>
    <w:p>
      <w:r>
        <w:rPr>
          <w:b/>
        </w:rPr>
        <w:t xml:space="preserve">[36:53] </w:t>
      </w:r>
      <w:r>
        <w:t>aur sunan-e-nabawi, bohat si kitabein hain urdu mein, arabi mein, har zaban mein, us ko padhiye aap. toh kya milega aap ko? miswak karna aur surma lagana aur dainay hath se pani peena aur dadih badhana, ooncha pajama, yeh sab milega aap ko sunnat sunnat nabawi mein. yahi ko log sunan nabawi samajhte hain. aur sunnat-e-rasool ka jo bare bare himalaya pahad se bare bare jo</w:t>
      </w:r>
    </w:p>
    <w:p>
      <w:pPr>
        <w:jc w:val="right"/>
      </w:pPr>
      <w:r>
        <w:t>اور سنن نبوی، بہت سی کتابیں ہیں اردو میں، عربی میں، ہر زبان میں، اس کو پڑھیے آپ۔ تو کیا ملے گا آپ کو؟ مسواک کرنا اور سرمہ لگانا اور دائیں ہاتھ سے پانی پینا اور داڑھی بڑھانا، اونچا پجامہ، یہ سب ملے گا آپ کو سنت سنت نبوی میں۔ یہی کو لوگ سنن نبوی سمجھتے ہیں۔ اور سنت رسول کا جو بڑے بڑے ہمالیہ پہاڑ سے بڑے بڑے جو</w:t>
      </w:r>
    </w:p>
    <w:p>
      <w:r>
        <w:rPr>
          <w:b/>
        </w:rPr>
        <w:t xml:space="preserve">[37:23] </w:t>
      </w:r>
      <w:r>
        <w:t>misalein hain, us ki koi khabar bhi nahi un ko.</w:t>
      </w:r>
    </w:p>
    <w:p>
      <w:pPr>
        <w:jc w:val="right"/>
      </w:pPr>
      <w:r>
        <w:t>مثالیں ہیں، اس کی کوئی خبر بھی نہیں ان کو۔</w:t>
      </w:r>
    </w:p>
    <w:p>
      <w:r>
        <w:rPr>
          <w:b/>
        </w:rPr>
        <w:t xml:space="preserve">[37:30] </w:t>
      </w:r>
      <w:r>
        <w:t>na arbon ko khabar hai, na non arbon ko, dono ko, dono ko khabar hai.</w:t>
      </w:r>
    </w:p>
    <w:p>
      <w:pPr>
        <w:jc w:val="right"/>
      </w:pPr>
      <w:r>
        <w:t>نہ عربوں کو خبر ہے، نہ نان عربوں کو، دونوں کو، دونوں کو خبر ہے۔</w:t>
      </w:r>
    </w:p>
    <w:p>
      <w:r>
        <w:rPr>
          <w:b/>
        </w:rPr>
        <w:t xml:space="preserve">[37:37] </w:t>
      </w:r>
      <w:r>
        <w:t>hum ne aap ko misal de di falasteen ki aur na arab mein kashmir ki.</w:t>
      </w:r>
    </w:p>
    <w:p>
      <w:pPr>
        <w:jc w:val="right"/>
      </w:pPr>
      <w:r>
        <w:t>ہم نے آپ کو مثال دے دی فلسطین کی اور نہ عرب میں کشمیر کی۔</w:t>
      </w:r>
    </w:p>
    <w:p>
      <w:r>
        <w:rPr>
          <w:b/>
        </w:rPr>
        <w:t xml:space="preserve">[37:43] </w:t>
      </w:r>
      <w:r>
        <w:t>تو ہم لوگوں کو، یعنی مسلم لوگوں کو، اس زمانے میں کیا کرنا ہے؟ We have to re</w:t>
      </w:r>
    </w:p>
    <w:p>
      <w:pPr>
        <w:jc w:val="right"/>
      </w:pPr>
      <w:r>
        <w:t>تو ہم لوگوں کو، یعنی مسلم لوگوں کو، اس زمانے میں کیا کرنا ہے؟ وی ہیو ٹو ری</w:t>
      </w:r>
    </w:p>
    <w:p>
      <w:r>
        <w:rPr>
          <w:b/>
        </w:rPr>
        <w:t xml:space="preserve">[37:50] </w:t>
      </w:r>
      <w:r>
        <w:t>study da sunnah of the prophet</w:t>
      </w:r>
    </w:p>
    <w:p>
      <w:pPr>
        <w:jc w:val="right"/>
      </w:pPr>
      <w:r>
        <w:t>سٹڈی دا سنہ اف دا پرافٹ</w:t>
      </w:r>
    </w:p>
    <w:p>
      <w:r>
        <w:rPr>
          <w:b/>
        </w:rPr>
        <w:t xml:space="preserve">[37:56] </w:t>
      </w:r>
      <w:r>
        <w:t>rasool Allah sal Allah alaihi wasallam ki sunnat ka dobara mutala.</w:t>
      </w:r>
    </w:p>
    <w:p>
      <w:pPr>
        <w:jc w:val="right"/>
      </w:pPr>
      <w:r>
        <w:t>رسول اللہ صلی اللہ علیہ وسلم کی سنت کا دوبارہ مطالعہ۔</w:t>
      </w:r>
    </w:p>
    <w:p>
      <w:r>
        <w:rPr>
          <w:b/>
        </w:rPr>
        <w:t xml:space="preserve">[38:01] </w:t>
      </w:r>
      <w:r>
        <w:t>rasool Allah sal Allah alaihi wasallam ki sunnat dobara mutala, us ki bhi aik misal hai.</w:t>
      </w:r>
    </w:p>
    <w:p>
      <w:pPr>
        <w:jc w:val="right"/>
      </w:pPr>
      <w:r>
        <w:t>رسول اللہ صلی اللہ علیہ وسلم کی سنت دوبارہ مطالعہ، اس کی بھی ایک مثال ہے۔</w:t>
      </w:r>
    </w:p>
    <w:p>
      <w:r>
        <w:rPr>
          <w:b/>
        </w:rPr>
        <w:t xml:space="preserve">[38:06] </w:t>
      </w:r>
      <w:r>
        <w:t>yani zameen o asman mein nishaniyan phaili hui hain.</w:t>
      </w:r>
    </w:p>
    <w:p>
      <w:pPr>
        <w:jc w:val="right"/>
      </w:pPr>
      <w:r>
        <w:t>یعنی زمین و آسمان میں نشانیاں پھیلی ہوئی ہیں۔</w:t>
      </w:r>
    </w:p>
    <w:p>
      <w:r>
        <w:rPr>
          <w:b/>
        </w:rPr>
        <w:t xml:space="preserve">[38:11] </w:t>
      </w:r>
      <w:r>
        <w:t>to nishaniyon ko bhi samajhte hain ke bas yeh koi khaddra tha, woh nishani hai.</w:t>
      </w:r>
    </w:p>
    <w:p>
      <w:pPr>
        <w:jc w:val="right"/>
      </w:pPr>
      <w:r>
        <w:t>تو نشانیوں کو بھی سمجھتے ہیں کہ بس یہ کوئی کھڈرا تھا، وہ نشانی ہے۔</w:t>
      </w:r>
    </w:p>
    <w:p>
      <w:r>
        <w:rPr>
          <w:b/>
        </w:rPr>
        <w:t xml:space="preserve">[38:16] </w:t>
      </w:r>
      <w:r>
        <w:t>us ki bhi nishani hai.</w:t>
      </w:r>
    </w:p>
    <w:p>
      <w:pPr>
        <w:jc w:val="right"/>
      </w:pPr>
      <w:r>
        <w:t>اس کی بھی نشانی ہے۔</w:t>
      </w:r>
    </w:p>
    <w:p>
      <w:r>
        <w:rPr>
          <w:b/>
        </w:rPr>
        <w:t xml:space="preserve">[38:21] </w:t>
      </w:r>
      <w:r>
        <w:t>dekhiye, cheen jo</w:t>
      </w:r>
    </w:p>
    <w:p>
      <w:pPr>
        <w:jc w:val="right"/>
      </w:pPr>
      <w:r>
        <w:t>دیکھیے، چین جو</w:t>
      </w:r>
    </w:p>
    <w:p>
      <w:r>
        <w:rPr>
          <w:b/>
        </w:rPr>
        <w:t xml:space="preserve">[38:26] </w:t>
      </w:r>
      <w:r>
        <w:t>hai, qadeem zamane mein sab se bari tehzeeb, bohat bari tehzeeb thi cheen. china ek bohat bari civilization ka ilaqah tha. phir woh murda ho gaya. is ka daur khatam ho gaya. usmaniyon ke daur khatam ho gaya. toh apni tehzeeb ki restudy ki unhon ne ke kya cheez thi jis ki wajah se hamara mulk ek bohat bari, bohat b</w:t>
      </w:r>
    </w:p>
    <w:p>
      <w:pPr>
        <w:jc w:val="right"/>
      </w:pPr>
      <w:r>
        <w:t>ہے، قدیم زمانے میں سب سے بڑی تہذیب، بہت بڑی تہذیب تھی چین۔ چائنہ ایک بہت بڑی سویلائس کا علاقہ تھا۔ پھر وہ مردہ ہو گیا۔ اس کا دور ختم ہو گیا۔ عثمانیوں کے دور ختم ہو گیا۔ تو اپنی تہذیب کی ری سٹڈی کی انہوں نے کہ کیا چیز تھی جس کی وجہ سے ہمارا ملک ایک بہت بڑی، بہت ب</w:t>
      </w:r>
    </w:p>
    <w:p>
      <w:r>
        <w:rPr>
          <w:b/>
        </w:rPr>
        <w:t xml:space="preserve">[38:56] </w:t>
      </w:r>
      <w:r>
        <w:t>ri sivilais ka center ban gaya tha.</w:t>
      </w:r>
    </w:p>
    <w:p>
      <w:pPr>
        <w:jc w:val="right"/>
      </w:pPr>
      <w:r>
        <w:t>ڑی سویلائس کا سنٹر بن گیا تھا۔</w:t>
      </w:r>
    </w:p>
    <w:p>
      <w:r>
        <w:rPr>
          <w:b/>
        </w:rPr>
        <w:t xml:space="preserve">[39:02] </w:t>
      </w:r>
      <w:r>
        <w:t>bohat bari sivilais ka center ban gaya tha.</w:t>
      </w:r>
    </w:p>
    <w:p>
      <w:pPr>
        <w:jc w:val="right"/>
      </w:pPr>
      <w:r>
        <w:t>بہت بڑی سویلائس کا سنٹر بن گیا تھا۔</w:t>
      </w:r>
    </w:p>
    <w:p>
      <w:r>
        <w:rPr>
          <w:b/>
        </w:rPr>
        <w:t xml:space="preserve">[39:08] </w:t>
      </w:r>
      <w:r>
        <w:t>kya cheez thi? to cheen ke dimaghon ne apni history ki restudy ki.</w:t>
      </w:r>
    </w:p>
    <w:p>
      <w:pPr>
        <w:jc w:val="right"/>
      </w:pPr>
      <w:r>
        <w:t>کیا چیز تھی؟ تو چین کے دماغوں نے اپنی ہسٹری کی ری سٹڈی کی۔</w:t>
      </w:r>
    </w:p>
    <w:p>
      <w:r>
        <w:rPr>
          <w:b/>
        </w:rPr>
        <w:t xml:space="preserve">[39:14] </w:t>
      </w:r>
      <w:r>
        <w:t>restudy kar ke us ko reapply kiya apne mulk par.</w:t>
      </w:r>
    </w:p>
    <w:p>
      <w:pPr>
        <w:jc w:val="right"/>
      </w:pPr>
      <w:r>
        <w:t>ری سٹڈی کر کے اس کو ری اپلائی کیا اپنے ملک پر۔</w:t>
      </w:r>
    </w:p>
    <w:p>
      <w:r>
        <w:rPr>
          <w:b/>
        </w:rPr>
        <w:t xml:space="preserve">[39:20] </w:t>
      </w:r>
      <w:r>
        <w:t>chunaanche ek ek qadeem nazariye ko unhon ne ghalat sabit kar diya.</w:t>
      </w:r>
    </w:p>
    <w:p>
      <w:pPr>
        <w:jc w:val="right"/>
      </w:pPr>
      <w:r>
        <w:t>چنانچہ ایک ایک قدیم نظریے کو انہوں نے غلط ثابت کر دیا۔</w:t>
      </w:r>
    </w:p>
    <w:p>
      <w:r>
        <w:rPr>
          <w:b/>
        </w:rPr>
        <w:t xml:space="preserve">[39:26] </w:t>
      </w:r>
      <w:r>
        <w:t>tamam murrakheen yeh kehte thay ke jo civilisation ek baar dead ho jaye, woh phir zinda nahi hoti.</w:t>
      </w:r>
    </w:p>
    <w:p>
      <w:pPr>
        <w:jc w:val="right"/>
      </w:pPr>
      <w:r>
        <w:t>تمام مورخین یہ کہتے تھے کہ جو سویلائس ایک بار ڈیڈ ہو جائے، وہ پھر زندہ نہیں ہوتی۔</w:t>
      </w:r>
    </w:p>
    <w:p>
      <w:r>
        <w:rPr>
          <w:b/>
        </w:rPr>
        <w:t xml:space="preserve">[39:32] </w:t>
      </w:r>
      <w:r>
        <w:t>yeh consensus tha historian ka.</w:t>
      </w:r>
    </w:p>
    <w:p>
      <w:pPr>
        <w:jc w:val="right"/>
      </w:pPr>
      <w:r>
        <w:t>یہ کنسنسس تھا ہسٹورین کا۔</w:t>
      </w:r>
    </w:p>
    <w:p>
      <w:r>
        <w:rPr>
          <w:b/>
        </w:rPr>
        <w:t xml:space="preserve">[39:39] </w:t>
      </w:r>
      <w:r>
        <w:t>consensus tha ke jo civilisation ek baar dead ho jaye to phir us ko zinda nahi kiya ja sakta.</w:t>
      </w:r>
    </w:p>
    <w:p>
      <w:pPr>
        <w:jc w:val="right"/>
      </w:pPr>
      <w:r>
        <w:t>کنسنسس تھا کہ جو سویلائس ایک بار ڈیڈ ہو جائے تو پھر اس کو زندہ نہیں کیا جا سکتا۔</w:t>
      </w:r>
    </w:p>
    <w:p>
      <w:r>
        <w:rPr>
          <w:b/>
        </w:rPr>
        <w:t xml:space="preserve">[39:45] </w:t>
      </w:r>
      <w:r>
        <w:t>china ne is consensus ko ghalat sabit kiya.</w:t>
      </w:r>
    </w:p>
    <w:p>
      <w:pPr>
        <w:jc w:val="right"/>
      </w:pPr>
      <w:r>
        <w:t>چائنہ نے اس کنسنسس کو غلط ثابت کیا۔</w:t>
      </w:r>
    </w:p>
    <w:p>
      <w:r>
        <w:rPr>
          <w:b/>
        </w:rPr>
        <w:t xml:space="preserve">[39:51] </w:t>
      </w:r>
      <w:r>
        <w:t>aaj ka china jo hai, woh revival hai qadeem tehzeeb ka.</w:t>
      </w:r>
    </w:p>
    <w:p>
      <w:pPr>
        <w:jc w:val="right"/>
      </w:pPr>
      <w:r>
        <w:t>آج کا چائنہ جو ہے، وہ ریوائیول ہے قدیم تہذیب کا۔</w:t>
      </w:r>
    </w:p>
    <w:p>
      <w:r>
        <w:rPr>
          <w:b/>
        </w:rPr>
        <w:t xml:space="preserve">[39:57] </w:t>
      </w:r>
      <w:r>
        <w:t>qadeem tehzeeb ka revival hai.</w:t>
      </w:r>
    </w:p>
    <w:p>
      <w:pPr>
        <w:jc w:val="right"/>
      </w:pPr>
      <w:r>
        <w:t>قدیم تہذیب کا ریوائیول ہے۔</w:t>
      </w:r>
    </w:p>
    <w:p>
      <w:r>
        <w:rPr>
          <w:b/>
        </w:rPr>
        <w:t xml:space="preserve">[40:02] </w:t>
      </w:r>
      <w:r>
        <w:t>kitni bari baat hai yeh.</w:t>
      </w:r>
    </w:p>
    <w:p>
      <w:pPr>
        <w:jc w:val="right"/>
      </w:pPr>
      <w:r>
        <w:t>کتنی بڑی بات ہے یہ۔</w:t>
      </w:r>
    </w:p>
    <w:p>
      <w:r>
        <w:rPr>
          <w:b/>
        </w:rPr>
        <w:t xml:space="preserve">[40:07] </w:t>
      </w:r>
      <w:r>
        <w:t>yeh bhi isi misalon mein se hai.</w:t>
      </w:r>
    </w:p>
    <w:p>
      <w:pPr>
        <w:jc w:val="right"/>
      </w:pPr>
      <w:r>
        <w:t>یہ بھی اسی مثالوں میں سے ہے۔</w:t>
      </w:r>
    </w:p>
    <w:p>
      <w:r>
        <w:rPr>
          <w:b/>
        </w:rPr>
        <w:t xml:space="preserve">[40:13] </w:t>
      </w:r>
      <w:r>
        <w:t>kyunke musalmanon ke liye bhi to yeh mauqa tha ke woh apni tehzeeb ko restudy karein, is</w:t>
      </w:r>
    </w:p>
    <w:p>
      <w:pPr>
        <w:jc w:val="right"/>
      </w:pPr>
      <w:r>
        <w:t>کیونکہ مسلمانوں کے لیے بھی تو یہ موقع تھا کہ وہ اپنی تہذیب کو ری سٹڈی کریں، اس</w:t>
      </w:r>
    </w:p>
    <w:p>
      <w:r>
        <w:rPr>
          <w:b/>
        </w:rPr>
        <w:t xml:space="preserve">[40:18] </w:t>
      </w:r>
      <w:r>
        <w:t>ko revive karein.</w:t>
      </w:r>
    </w:p>
    <w:p>
      <w:pPr>
        <w:jc w:val="right"/>
      </w:pPr>
      <w:r>
        <w:t>کو ریوائیو کریں۔</w:t>
      </w:r>
    </w:p>
    <w:p>
      <w:r>
        <w:rPr>
          <w:b/>
        </w:rPr>
        <w:t xml:space="preserve">[40:23] </w:t>
      </w:r>
      <w:r>
        <w:t>lekin saare musalman, saare musalman, saare musalman jee rahe hain kis cheez mein? Persian pride mein. Persian pride. Bas</w:t>
      </w:r>
    </w:p>
    <w:p>
      <w:pPr>
        <w:jc w:val="right"/>
      </w:pPr>
      <w:r>
        <w:t>لیکن سارے مسلمان، سارے مسلمان، سارے مسلمان جی رہے ہیں کس چیز میں؟ فارس پرائیڈ میں۔ فارس پرائیڈ۔ بس</w:t>
      </w:r>
    </w:p>
    <w:p>
      <w:r>
        <w:rPr>
          <w:b/>
        </w:rPr>
        <w:t xml:space="preserve">[40:29] </w:t>
      </w:r>
      <w:r>
        <w:t>apni tehzeeb ki restudy nahi ki unhon ne is se sabak lene ke liye.</w:t>
      </w:r>
    </w:p>
    <w:p>
      <w:pPr>
        <w:jc w:val="right"/>
      </w:pPr>
      <w:r>
        <w:t>اپنی تہذیب کی ری سٹڈی نہیں کی انہوں نے اس سے سبق لینے کے لیے۔</w:t>
      </w:r>
    </w:p>
    <w:p>
      <w:r>
        <w:rPr>
          <w:b/>
        </w:rPr>
        <w:t xml:space="preserve">[40:33] </w:t>
      </w:r>
      <w:r>
        <w:t>bas Persian pride ke liye.</w:t>
      </w:r>
    </w:p>
    <w:p>
      <w:pPr>
        <w:jc w:val="right"/>
      </w:pPr>
      <w:r>
        <w:t>بس فارس پرائیڈ کے لیے۔</w:t>
      </w:r>
    </w:p>
    <w:p>
      <w:r>
        <w:rPr>
          <w:b/>
        </w:rPr>
        <w:t xml:space="preserve">[40:37] </w:t>
      </w:r>
      <w:r>
        <w:t>hum yeh thay, hum woh thay.</w:t>
      </w:r>
    </w:p>
    <w:p>
      <w:pPr>
        <w:jc w:val="right"/>
      </w:pPr>
      <w:r>
        <w:t>ہم یہ تھے، ہم وہ تھے۔</w:t>
      </w:r>
    </w:p>
    <w:p>
      <w:r>
        <w:rPr>
          <w:b/>
        </w:rPr>
        <w:t xml:space="preserve">[40:41] </w:t>
      </w:r>
      <w:r>
        <w:t>humein chhaaye hue thay sharq se ta gharb dunya mein.</w:t>
      </w:r>
    </w:p>
    <w:p>
      <w:pPr>
        <w:jc w:val="right"/>
      </w:pPr>
      <w:r>
        <w:t>ہمیں چھائے ہوئے تھے شرق سے تا غرب دنیا میں۔</w:t>
      </w:r>
    </w:p>
    <w:p>
      <w:r>
        <w:rPr>
          <w:b/>
        </w:rPr>
        <w:t xml:space="preserve">[40:45] </w:t>
      </w:r>
      <w:r>
        <w:t>koi hum se hamare barabar nahi tha.</w:t>
      </w:r>
    </w:p>
    <w:p>
      <w:pPr>
        <w:jc w:val="right"/>
      </w:pPr>
      <w:r>
        <w:t>کوئی ہم سے ہمارے برابر نہیں تھا۔</w:t>
      </w:r>
    </w:p>
    <w:p>
      <w:r>
        <w:rPr>
          <w:b/>
        </w:rPr>
        <w:t xml:space="preserve">[40:49] </w:t>
      </w:r>
      <w:r>
        <w:t>to china ke jo dimagh thay, unhon ne cheeni tehzeeb ka mutala kiya is maqsad se ke kaise</w:t>
      </w:r>
    </w:p>
    <w:p>
      <w:pPr>
        <w:jc w:val="right"/>
      </w:pPr>
      <w:r>
        <w:t>تو چائنہ کے جو دماغ تھے، انہوں نے چینی تہذیب کا مطالعہ کیا اس مقصد سے کہ کیسے</w:t>
      </w:r>
    </w:p>
    <w:p>
      <w:r>
        <w:rPr>
          <w:b/>
        </w:rPr>
        <w:t xml:space="preserve">[40:53] </w:t>
      </w:r>
      <w:r>
        <w:t>hum is ko revive kar sakte hain is zamane mein.</w:t>
      </w:r>
    </w:p>
    <w:p>
      <w:pPr>
        <w:jc w:val="right"/>
      </w:pPr>
      <w:r>
        <w:t>ہم اس کو ریوائیو کر سکتے ہیں اس زمانے میں۔</w:t>
      </w:r>
    </w:p>
    <w:p>
      <w:r>
        <w:rPr>
          <w:b/>
        </w:rPr>
        <w:t xml:space="preserve">[40:57] </w:t>
      </w:r>
      <w:r>
        <w:t>revive kar diya unhon ne.</w:t>
      </w:r>
    </w:p>
    <w:p>
      <w:pPr>
        <w:jc w:val="right"/>
      </w:pPr>
      <w:r>
        <w:t>ریوائیو کر دیا انہوں نے۔</w:t>
      </w:r>
    </w:p>
    <w:p>
      <w:r>
        <w:rPr>
          <w:b/>
        </w:rPr>
        <w:t xml:space="preserve">[41:01] </w:t>
      </w:r>
      <w:r>
        <w:t>aur musalman revive nahi kar sake.</w:t>
      </w:r>
    </w:p>
    <w:p>
      <w:pPr>
        <w:jc w:val="right"/>
      </w:pPr>
      <w:r>
        <w:t>اور مسلمان ریوائیو نہیں کر سکے۔</w:t>
      </w:r>
    </w:p>
    <w:p>
      <w:r>
        <w:rPr>
          <w:b/>
        </w:rPr>
        <w:t xml:space="preserve">[41:06] </w:t>
      </w:r>
      <w:r>
        <w:t>aaj aap ko agar maloom hoga to china india ko log samajhte hain ke china ne kuch sarhadi</w:t>
      </w:r>
    </w:p>
    <w:p>
      <w:pPr>
        <w:jc w:val="right"/>
      </w:pPr>
      <w:r>
        <w:t>آج آپ کو اگر معلوم ہوگا تو چائنہ انڈیا کو لوگ سمجھتے ہیں کہ چائنہ نے کچھ سرحدی</w:t>
      </w:r>
    </w:p>
    <w:p>
      <w:r>
        <w:rPr>
          <w:b/>
        </w:rPr>
        <w:t xml:space="preserve">[41:11] </w:t>
      </w:r>
      <w:r>
        <w:t>ilake par qabza kar rakha hai.</w:t>
      </w:r>
    </w:p>
    <w:p>
      <w:pPr>
        <w:jc w:val="right"/>
      </w:pPr>
      <w:r>
        <w:t>علاقے پر قبضہ کر رکھا ہے۔</w:t>
      </w:r>
    </w:p>
    <w:p>
      <w:r>
        <w:rPr>
          <w:b/>
        </w:rPr>
        <w:t xml:space="preserve">[41:16] </w:t>
      </w:r>
      <w:r>
        <w:t>is se ziyada bari baat yeh hai ke china india ki market par qabza ki hui hai.</w:t>
      </w:r>
    </w:p>
    <w:p>
      <w:pPr>
        <w:jc w:val="right"/>
      </w:pPr>
      <w:r>
        <w:t>اس سے زیادہ بڑی بات یہ ہے کہ چائنہ انڈیا کی مارکیٹ پر قبضہ کی ہوئی ہے۔</w:t>
      </w:r>
    </w:p>
    <w:p>
      <w:r>
        <w:rPr>
          <w:b/>
        </w:rPr>
        <w:t xml:space="preserve">[41:21] </w:t>
      </w:r>
      <w:r>
        <w:t>abhi mein radio par aik commentary sun raha tha radio par.</w:t>
      </w:r>
    </w:p>
    <w:p>
      <w:pPr>
        <w:jc w:val="right"/>
      </w:pPr>
      <w:r>
        <w:t>ابھی میں ریڈیو پر ایک کمنٹری سن رہا تھا ریڈیو پر۔</w:t>
      </w:r>
    </w:p>
    <w:p>
      <w:r>
        <w:rPr>
          <w:b/>
        </w:rPr>
        <w:t xml:space="preserve">[41:27] </w:t>
      </w:r>
      <w:r>
        <w:t>to commentator ne kaha ke</w:t>
      </w:r>
    </w:p>
    <w:p>
      <w:pPr>
        <w:jc w:val="right"/>
      </w:pPr>
      <w:r>
        <w:t>تو کمنٹیٹر نے کہا کہ</w:t>
      </w:r>
    </w:p>
    <w:p>
      <w:r>
        <w:rPr>
          <w:b/>
        </w:rPr>
        <w:t xml:space="preserve">[41:32] </w:t>
      </w:r>
      <w:r>
        <w:t>china aur india ke darmiyan huge trade imbalance hai. yeh lafz tha is ka. china aur india ke darmiyan huge trade imbalance hai. yeh hai re-emergence of china ka mamla. is se pehle china ka yeh haal tha ke china ko america china bhi nahi kehta tha. mainland kehta tha. mainland</w:t>
      </w:r>
    </w:p>
    <w:p>
      <w:pPr>
        <w:jc w:val="right"/>
      </w:pPr>
      <w:r>
        <w:t>چائنہ اور انڈیا کے درمیان ہیوج ٹریڈ امبیلنس ہے۔ یہ لفظ تھا اس کا۔ چائنہ اور انڈیا کے درمیان ہیوج ٹریڈ امبیلنس ہے۔ یہ ہے ری ایمرجنس اف چائنہ کا معاملہ۔ اس سے پہلے چائنہ کا یہ حال تھا کہ چائنہ کو امریکہ چائنہ بھی نہیں کہتا تھا۔ مین لینڈ کہتا تھا۔ مین لینڈ</w:t>
      </w:r>
    </w:p>
    <w:p>
      <w:r>
        <w:rPr>
          <w:b/>
        </w:rPr>
        <w:t xml:space="preserve">[42:02] </w:t>
      </w:r>
      <w:r>
        <w:t>—</w:t>
      </w:r>
    </w:p>
    <w:p>
      <w:pPr>
        <w:jc w:val="right"/>
      </w:pPr>
      <w:r>
        <w:t>۔</w:t>
      </w:r>
    </w:p>
    <w:p>
      <w:r>
        <w:rPr>
          <w:b/>
        </w:rPr>
        <w:t xml:space="preserve">[42:06] </w:t>
      </w:r>
      <w:r>
        <w:t>bohat ajeeb anokhi baat hai yeh.</w:t>
      </w:r>
    </w:p>
    <w:p>
      <w:pPr>
        <w:jc w:val="right"/>
      </w:pPr>
      <w:r>
        <w:t>بہت عجیب انوکھی بات ہے یہ۔</w:t>
      </w:r>
    </w:p>
    <w:p>
      <w:r>
        <w:rPr>
          <w:b/>
        </w:rPr>
        <w:t xml:space="preserve">[42:11] </w:t>
      </w:r>
      <w:r>
        <w:t>formosa mein aik hukoomat qaim thi chang kai sheikh ki.</w:t>
      </w:r>
    </w:p>
    <w:p>
      <w:pPr>
        <w:jc w:val="right"/>
      </w:pPr>
      <w:r>
        <w:t>فارموسا میں ایک حکومت قائم تھی چانگ کائی شیک کی۔</w:t>
      </w:r>
    </w:p>
    <w:p>
      <w:r>
        <w:rPr>
          <w:b/>
        </w:rPr>
        <w:t xml:space="preserve">[42:15] </w:t>
      </w:r>
      <w:r>
        <w:t>chang kai sheikh ka formosa ko cheen kehta tha china america.</w:t>
      </w:r>
    </w:p>
    <w:p>
      <w:pPr>
        <w:jc w:val="right"/>
      </w:pPr>
      <w:r>
        <w:t>چانگ کائی شیک کا فارموسا کو چین کہتا تھا چائنہ امریکہ۔</w:t>
      </w:r>
    </w:p>
    <w:p>
      <w:r>
        <w:rPr>
          <w:b/>
        </w:rPr>
        <w:t xml:space="preserve">[42:20] </w:t>
      </w:r>
      <w:r>
        <w:t>aur yeh itna bara china jo hai is ko kehta tha mainland.</w:t>
      </w:r>
    </w:p>
    <w:p>
      <w:pPr>
        <w:jc w:val="right"/>
      </w:pPr>
      <w:r>
        <w:t>اور یہ اتنا بڑا چائنہ جو ہے اس کو کہتا تھا مین لینڈ۔</w:t>
      </w:r>
    </w:p>
    <w:p>
      <w:r>
        <w:rPr>
          <w:b/>
        </w:rPr>
        <w:t xml:space="preserve">[42:24] </w:t>
      </w:r>
      <w:r>
        <w:t>yani is ke wajood ka bhi woh nahi manta tha is ko.</w:t>
      </w:r>
    </w:p>
    <w:p>
      <w:pPr>
        <w:jc w:val="right"/>
      </w:pPr>
      <w:r>
        <w:t>یعنی اس کے وجود کا بھی وہ نہیں مانتا تھا اس کو۔</w:t>
      </w:r>
    </w:p>
    <w:p>
      <w:r>
        <w:rPr>
          <w:b/>
        </w:rPr>
        <w:t xml:space="preserve">[42:29] </w:t>
      </w:r>
      <w:r>
        <w:t>aaj china india se le kar america tak apni business ko phailai hui hai.</w:t>
      </w:r>
    </w:p>
    <w:p>
      <w:pPr>
        <w:jc w:val="right"/>
      </w:pPr>
      <w:r>
        <w:t>آج چائنہ انڈیا سے لے کر امریکہ تک اپنی بزنس کو پھیلائی ہوئی ہے۔</w:t>
      </w:r>
    </w:p>
    <w:p>
      <w:r>
        <w:rPr>
          <w:b/>
        </w:rPr>
        <w:t xml:space="preserve">[42:33] </w:t>
      </w:r>
      <w:r>
        <w:t>aur india ke baray mein to mein ne arz kiya ke khud indian commentator ne kaha ke china aur india ke darmiyan huge trade imbalance hai. yeh sab nishaniyan hain. yeh sab nishaniyan hain. ke zameen mein kitni nishaniyan hain jis se log guzarte hain is se. guzarte hain ke mani ke is se ba</w:t>
      </w:r>
    </w:p>
    <w:p>
      <w:pPr>
        <w:jc w:val="right"/>
      </w:pPr>
      <w:r>
        <w:t>اور انڈیا کے بارے میں تو میں نے عرض کیا کہ خود انڈین کمنٹیٹر نے کہا کہ چائنہ اور انڈیا کے درمیان ہیوج ٹریڈ امبیلنس ہے۔ یہ سب نشانیاں ہیں۔ یہ سب نشانیاں ہیں۔ کہ زمین میں کتنی نشانیاں ہیں جس سے لوگ گزرتے ہیں اس سے۔ گزرتے ہیں کے معنی کہ اس سے با</w:t>
      </w:r>
    </w:p>
    <w:p>
      <w:r>
        <w:rPr>
          <w:b/>
        </w:rPr>
        <w:t xml:space="preserve">[43:03] </w:t>
      </w:r>
      <w:r>
        <w:t>khabar hotay hain lekin is se koi sabak nahi letay. yeh bhi nishani hai. chand khaddra jo idhar hai wahi woh nahi hai. singapore nishani hai. japan nishani hai. germany nishani hai. china nishani hai. to baharhal yeh chand baatein theen. mein dua karta hoon ke Allah taala mujh ko aur aap ko t</w:t>
      </w:r>
    </w:p>
    <w:p>
      <w:pPr>
        <w:jc w:val="right"/>
      </w:pPr>
      <w:r>
        <w:t>خبر ہوتے ہیں لیکن اس سے کوئی سبق نہیں لیتے۔ یہ بھی نشانی ہے۔ چند کھڈرا جو ادھر ہے وہی وہ نہیں ہے۔ سنگاپور نشانی ہے۔ جاپان نشانی ہے۔ جرمنی نشانی ہے۔ چائنہ نشانی ہے۔ تو بہرحال یہ چند باتیں تھیں۔ میں دعا کرتا ہوں کہ اللہ تعالی مجھ کو اور آپ کو ت</w:t>
      </w:r>
    </w:p>
    <w:p>
      <w:r>
        <w:rPr>
          <w:b/>
        </w:rPr>
        <w:t xml:space="preserve">[43:33] </w:t>
      </w:r>
      <w:r>
        <w:t>wafiq de ke hum quran ko aur hadith ko gehrai ke sath samjhein, gehrai ke sath aur is</w:t>
      </w:r>
    </w:p>
    <w:p>
      <w:pPr>
        <w:jc w:val="right"/>
      </w:pPr>
      <w:r>
        <w:t>وفیق دے کہ ہم قرآن کو اور حدیث کو گہرائی کے ساتھ سمجھیں، گہرائی کے ساتھ اور اس</w:t>
      </w:r>
    </w:p>
    <w:p>
      <w:r>
        <w:rPr>
          <w:b/>
        </w:rPr>
        <w:t xml:space="preserve">[43:38] </w:t>
      </w:r>
      <w:r>
        <w:t>se apni zindagi ko durust karein.</w:t>
      </w:r>
    </w:p>
    <w:p>
      <w:pPr>
        <w:jc w:val="right"/>
      </w:pPr>
      <w:r>
        <w:t>سے اپنی زندگی کو درست کریں۔</w:t>
      </w:r>
    </w:p>
    <w:p>
      <w:r>
        <w:rPr>
          <w:b/>
        </w:rPr>
        <w:t xml:space="preserve">[43:43] </w:t>
      </w:r>
      <w:r>
        <w:t>assalam o alaikum wa rehmatullah.</w:t>
      </w:r>
    </w:p>
    <w:p>
      <w:pPr>
        <w:jc w:val="right"/>
      </w:pPr>
      <w:r>
        <w:t>السلام علیکم ورحمۃ اللہ۔</w:t>
      </w:r>
    </w:p>
    <w:p>
      <w:r>
        <w:rPr>
          <w:b/>
        </w:rPr>
        <w:t xml:space="preserve">[43:49] </w:t>
      </w:r>
      <w:r>
        <w:t>to yeh yeh baatein aadmi jab jaanta hai is par ghor kare, tadabbur kare, tafakkur kare.</w:t>
      </w:r>
    </w:p>
    <w:p>
      <w:pPr>
        <w:jc w:val="right"/>
      </w:pPr>
      <w:r>
        <w:t>تو یہ یہ باتیں آدمی جب جانتا ہے اس پر غور کرے، تدبر کرے، تفکر کرے۔</w:t>
      </w:r>
    </w:p>
    <w:p>
      <w:r>
        <w:rPr>
          <w:b/>
        </w:rPr>
        <w:t xml:space="preserve">[43:54] </w:t>
      </w:r>
      <w:r>
        <w:t>quran mein dekhiye ke bohat ajeeb ayat hai yeh.</w:t>
      </w:r>
    </w:p>
    <w:p>
      <w:pPr>
        <w:jc w:val="right"/>
      </w:pPr>
      <w:r>
        <w:t>قرآن میں دیکھیے کہ بہت عجیب آیت ہے یہ۔</w:t>
      </w:r>
    </w:p>
    <w:p>
      <w:r>
        <w:rPr>
          <w:b/>
        </w:rPr>
        <w:t xml:space="preserve">[43:59] </w:t>
      </w:r>
      <w:r>
        <w:t>is ka tarjuma yeh hai ke</w:t>
      </w:r>
    </w:p>
    <w:p>
      <w:pPr>
        <w:jc w:val="right"/>
      </w:pPr>
      <w:r>
        <w:t>اس کا ترجمہ یہ ہے کہ</w:t>
      </w:r>
    </w:p>
    <w:p>
      <w:r>
        <w:rPr>
          <w:b/>
        </w:rPr>
        <w:t xml:space="preserve">[44:04] </w:t>
      </w:r>
      <w:r>
        <w:t>naseehat to lete hain sirf aqal wale hi.</w:t>
      </w:r>
    </w:p>
    <w:p>
      <w:pPr>
        <w:jc w:val="right"/>
      </w:pPr>
      <w:r>
        <w:t>نصیحت تو لیتے ہیں صرف عقل والے ہی۔</w:t>
      </w:r>
    </w:p>
    <w:p>
      <w:r>
        <w:rPr>
          <w:b/>
        </w:rPr>
        <w:t xml:space="preserve">[44:09] </w:t>
      </w:r>
      <w:r>
        <w:t>naseehat to lete hain sirf aqal wale hi.</w:t>
      </w:r>
    </w:p>
    <w:p>
      <w:pPr>
        <w:jc w:val="right"/>
      </w:pPr>
      <w:r>
        <w:t>نصیحت تو لیتے ہیں صرف عقل والے ہی۔</w:t>
      </w:r>
    </w:p>
    <w:p>
      <w:r>
        <w:rPr>
          <w:b/>
        </w:rPr>
        <w:t xml:space="preserve">[44:13] </w:t>
      </w:r>
      <w:r>
        <w:t>yeh nahi kaha ke jo quran ka tarjuma parhe woh naseehat mil jaye gi is ko.</w:t>
      </w:r>
    </w:p>
    <w:p>
      <w:pPr>
        <w:jc w:val="right"/>
      </w:pPr>
      <w:r>
        <w:t>یہ نہیں کہا کہ جو قرآن کا ترجمہ پڑھے وہ نصیحت مل جائے گی اس کو۔</w:t>
      </w:r>
    </w:p>
    <w:p>
      <w:r>
        <w:rPr>
          <w:b/>
        </w:rPr>
        <w:t xml:space="preserve">[44:17] </w:t>
      </w:r>
      <w:r>
        <w:t>jo quran ka hafiza kar le aur taraveh sunaye is ko naseehat mil jaye gi.</w:t>
      </w:r>
    </w:p>
    <w:p>
      <w:pPr>
        <w:jc w:val="right"/>
      </w:pPr>
      <w:r>
        <w:t>جو قرآن کا حافظہ کر لے اور تراویح سنائے اس کو نصیحت مل جائے گی۔</w:t>
      </w:r>
    </w:p>
    <w:p>
      <w:r>
        <w:rPr>
          <w:b/>
        </w:rPr>
        <w:t xml:space="preserve">[44:22] </w:t>
      </w:r>
      <w:r>
        <w:t>yeh to nahi kaha. aqal wale.</w:t>
      </w:r>
    </w:p>
    <w:p>
      <w:pPr>
        <w:jc w:val="right"/>
      </w:pPr>
      <w:r>
        <w:t>یہ تو نہیں کہا۔ عقل والے۔</w:t>
      </w:r>
    </w:p>
    <w:p>
      <w:r>
        <w:rPr>
          <w:b/>
        </w:rPr>
        <w:t xml:space="preserve">[44:26] </w:t>
      </w:r>
      <w:r>
        <w:t>aap ghor kijiye alfaaz par.</w:t>
      </w:r>
    </w:p>
    <w:p>
      <w:pPr>
        <w:jc w:val="right"/>
      </w:pPr>
      <w:r>
        <w:t>آپ غور کیجیے الفاظ پر۔</w:t>
      </w:r>
    </w:p>
    <w:p>
      <w:r>
        <w:rPr>
          <w:b/>
        </w:rPr>
        <w:t xml:space="preserve">[44:31] </w:t>
      </w:r>
      <w:r>
        <w:t>yeh to nahi farmaya ke jis ghar mein quran rakha hua hai, jo quran ko</w:t>
      </w:r>
    </w:p>
    <w:p>
      <w:pPr>
        <w:jc w:val="right"/>
      </w:pPr>
      <w:r>
        <w:t>یہ تو نہیں فرمایا کہ جس گھر میں قرآن رکھا ہوا ہے، جو قرآن کو</w:t>
      </w:r>
    </w:p>
    <w:p>
      <w:r>
        <w:rPr>
          <w:b/>
        </w:rPr>
        <w:t xml:space="preserve">[44:35] </w:t>
      </w:r>
      <w:r>
        <w:t>quran ko gustakhi karne par ladaai jhagda karta hai, jo quran ko hafiza kiye hue hain, jo quran</w:t>
      </w:r>
    </w:p>
    <w:p>
      <w:pPr>
        <w:jc w:val="right"/>
      </w:pPr>
      <w:r>
        <w:t>قرآن کو گستاخی کرنے پر لڑائی جھگڑا کرتا ہے، جو قرآن کو حافظہ کیے ہوئے ہیں، جو قرآن</w:t>
      </w:r>
    </w:p>
    <w:p>
      <w:r>
        <w:rPr>
          <w:b/>
        </w:rPr>
        <w:t xml:space="preserve">[44:41] </w:t>
      </w:r>
      <w:r>
        <w:t>ka tarjuma parhte hain, yeh nahi kaha.</w:t>
      </w:r>
    </w:p>
    <w:p>
      <w:pPr>
        <w:jc w:val="right"/>
      </w:pPr>
      <w:r>
        <w:t>کا ترجمہ پڑھتے ہیں، یہ نہیں کہا۔</w:t>
      </w:r>
    </w:p>
    <w:p>
      <w:r>
        <w:rPr>
          <w:b/>
        </w:rPr>
        <w:t xml:space="preserve">[44:47] </w:t>
      </w:r>
      <w:r>
        <w:t>quran se naseehat lete hain sirf woh log jo aql wale hain, yani jo tadabbur karte hain, tafakkur karte hain.</w:t>
      </w:r>
    </w:p>
    <w:p>
      <w:pPr>
        <w:jc w:val="right"/>
      </w:pPr>
      <w:r>
        <w:t>قرآن سے نصیحت لیتے ہیں صرف وہ لوگ جو عقل والے ہیں، یعنی جو تدبر کرتے ہیں، تفکر کرتے ہیں۔</w:t>
      </w:r>
    </w:p>
    <w:p>
      <w:r>
        <w:rPr>
          <w:b/>
        </w:rPr>
        <w:t xml:space="preserve">[44:53] </w:t>
      </w:r>
      <w:r>
        <w:t>to jab tafakkur karenge aap tabhi yeh sab maloom hoga ke sab nishaniyan hain.</w:t>
      </w:r>
    </w:p>
    <w:p>
      <w:pPr>
        <w:jc w:val="right"/>
      </w:pPr>
      <w:r>
        <w:t>تو جب تفکر کریں گے آپ تبھی یہ سب معلوم ہوگا کہ سب نشانیاں ہیں۔</w:t>
      </w:r>
    </w:p>
    <w:p>
      <w:r>
        <w:rPr>
          <w:b/>
        </w:rPr>
        <w:t xml:space="preserve">[45:00] </w:t>
      </w:r>
      <w:r>
        <w:t>jarmani mein hai, japan mein hai, singapore mein hai</w:t>
      </w:r>
    </w:p>
    <w:p>
      <w:pPr>
        <w:jc w:val="right"/>
      </w:pPr>
      <w:r>
        <w:t>جرمنی میں ہے، جاپان میں ہے، سنگاپور میں ہے</w:t>
      </w:r>
    </w:p>
    <w:p>
      <w:r>
        <w:rPr>
          <w:b/>
        </w:rPr>
        <w:t xml:space="preserve">[45:06] </w:t>
      </w:r>
      <w:r>
        <w:t>aur kahan kahan nishaniyan hain.</w:t>
      </w:r>
    </w:p>
    <w:p>
      <w:pPr>
        <w:jc w:val="right"/>
      </w:pPr>
      <w:r>
        <w:t>اور کہاں کہاں نشانیاں ہیں۔</w:t>
      </w:r>
    </w:p>
    <w:p>
      <w:r>
        <w:rPr>
          <w:b/>
        </w:rPr>
        <w:t xml:space="preserve">[45:10] </w:t>
      </w:r>
      <w:r>
        <w:t>abhi mein gaya tha chicago.</w:t>
      </w:r>
    </w:p>
    <w:p>
      <w:pPr>
        <w:jc w:val="right"/>
      </w:pPr>
      <w:r>
        <w:t>ابھی میں گیا تھا شکاگو۔</w:t>
      </w:r>
    </w:p>
    <w:p>
      <w:r>
        <w:rPr>
          <w:b/>
        </w:rPr>
        <w:t xml:space="preserve">[45:15] </w:t>
      </w:r>
      <w:r>
        <w:t>chicago mein hum ek jagah gaye to wahan sky scrapers theen, sab oonchi oonchi building hain.</w:t>
      </w:r>
    </w:p>
    <w:p>
      <w:pPr>
        <w:jc w:val="right"/>
      </w:pPr>
      <w:r>
        <w:t>شکاگو میں ہم ایک جگہ گئے تو وہاں اسکائی سکریپرز تھیں، سب اونچی اونچی بلڈنگ ہیں۔</w:t>
      </w:r>
    </w:p>
    <w:p>
      <w:r>
        <w:rPr>
          <w:b/>
        </w:rPr>
        <w:t xml:space="preserve">[45:19] </w:t>
      </w:r>
      <w:r>
        <w:t>oonchi oonchi building hain.</w:t>
      </w:r>
    </w:p>
    <w:p>
      <w:pPr>
        <w:jc w:val="right"/>
      </w:pPr>
      <w:r>
        <w:t>اونچی اونچی بلڈنگ ہیں۔</w:t>
      </w:r>
    </w:p>
    <w:p>
      <w:r>
        <w:rPr>
          <w:b/>
        </w:rPr>
        <w:t xml:space="preserve">[45:24] </w:t>
      </w:r>
      <w:r>
        <w:t>to ek jagah hum baithe hue the, apne saathi bhi hamare the.</w:t>
      </w:r>
    </w:p>
    <w:p>
      <w:pPr>
        <w:jc w:val="right"/>
      </w:pPr>
      <w:r>
        <w:t>تو ایک جگہ ہم بیٹھے ہوئے تھے، اپنے ساتھی بھی ہمارے تھے۔</w:t>
      </w:r>
    </w:p>
    <w:p>
      <w:r>
        <w:rPr>
          <w:b/>
        </w:rPr>
        <w:t xml:space="preserve">[45:29] </w:t>
      </w:r>
      <w:r>
        <w:t>maine kaha dekho yeh jo yeh jo building hain oonchi oonchi, yeh bhi nishani hai aur quran</w:t>
      </w:r>
    </w:p>
    <w:p>
      <w:pPr>
        <w:jc w:val="right"/>
      </w:pPr>
      <w:r>
        <w:t>میں نے کہا دیکھو یہ جو یہ جو بلڈنگ ہیں اونچی اونچی، یہ بھی نشانی ہے اور قرآن</w:t>
      </w:r>
    </w:p>
    <w:p>
      <w:r>
        <w:rPr>
          <w:b/>
        </w:rPr>
        <w:t xml:space="preserve">[45:33] </w:t>
      </w:r>
      <w:r>
        <w:t>ki ek ayat ki tafseer hai yeh.</w:t>
      </w:r>
    </w:p>
    <w:p>
      <w:pPr>
        <w:jc w:val="right"/>
      </w:pPr>
      <w:r>
        <w:t>کی ایک آیت کی تفسیر ہے یہ۔</w:t>
      </w:r>
    </w:p>
    <w:p>
      <w:r>
        <w:rPr>
          <w:b/>
        </w:rPr>
        <w:t xml:space="preserve">[45:38] </w:t>
      </w:r>
      <w:r>
        <w:t>quran mein ek ayat hai ke arsalna ruslana wa anzalna mal kitab wal mizan li yaqoom un nas bil qist wa anzal al hadeed fi</w:t>
      </w:r>
    </w:p>
    <w:p>
      <w:pPr>
        <w:jc w:val="right"/>
      </w:pPr>
      <w:r>
        <w:t>قرآن میں ایک آیت ہے کہ ارسلنا رسلنا وانزلنا ما الکتاب والمیزان لیقوم الناس بالقسط وانزل الحدید فی</w:t>
      </w:r>
    </w:p>
    <w:p>
      <w:r>
        <w:rPr>
          <w:b/>
        </w:rPr>
        <w:t xml:space="preserve">[45:45] </w:t>
      </w:r>
      <w:r>
        <w:t>basosdi ya yahan is ayat mein kaha gaya hai ke Allah taala ne loha utara.</w:t>
      </w:r>
    </w:p>
    <w:p>
      <w:pPr>
        <w:jc w:val="right"/>
      </w:pPr>
      <w:r>
        <w:t>باسوسدی یا یہاں اس آیت میں کہا گیا ہے کہ اللہ تعالی نے لوہا اتارا۔</w:t>
      </w:r>
    </w:p>
    <w:p>
      <w:r>
        <w:rPr>
          <w:b/>
        </w:rPr>
        <w:t xml:space="preserve">[45:53] </w:t>
      </w:r>
      <w:r>
        <w:t>lohe mein taqat bohat bari taqat hai.</w:t>
      </w:r>
    </w:p>
    <w:p>
      <w:pPr>
        <w:jc w:val="right"/>
      </w:pPr>
      <w:r>
        <w:t>لوہے میں طاقت بہت بڑی طاقت ہے۔</w:t>
      </w:r>
    </w:p>
    <w:p>
      <w:r>
        <w:rPr>
          <w:b/>
        </w:rPr>
        <w:t xml:space="preserve">[46:00] </w:t>
      </w:r>
      <w:r>
        <w:t>jis waqt yeh aa</w:t>
      </w:r>
    </w:p>
    <w:p>
      <w:pPr>
        <w:jc w:val="right"/>
      </w:pPr>
      <w:r>
        <w:t>جس وقت یہ آ</w:t>
      </w:r>
    </w:p>
    <w:p>
      <w:r>
        <w:rPr>
          <w:b/>
        </w:rPr>
        <w:t xml:space="preserve">[46:08] </w:t>
      </w:r>
      <w:r>
        <w:t>yat aayi thi us waqt log samajhtay thay ke loha mani talwar hai. talwar bara ho kaato gardanon ko. itni samajhtay thay log. yaani lohay mein taqat hai. log samajhtay hain ke lohay mein yeh hai ke woh talwar ban jati hai. hum gardan kaat saktay hain. yeh bohat hi reduced is ka matlab tha. to mein ne kaha dekhiye jo sau sau manzil ki building khari hui hain yeh lohay ki</w:t>
      </w:r>
    </w:p>
    <w:p>
      <w:pPr>
        <w:jc w:val="right"/>
      </w:pPr>
      <w:r>
        <w:t>یت آئی تھی اس وقت لوگ سمجھتے تھے کہ لوہا معنی تلوار ہے۔ تلوار بڑا ہو کاٹو گردنوں کو۔ اتنی سمجھتے تھے لوگ۔ یعنی لوہے میں طاقت ہے۔ لوگ سمجھتے ہیں کہ لوہے میں یہ ہے کہ وہ تلوار بن جاتی ہے۔ ہم گردن کاٹ سکتے ہیں۔ یہ بہت ہی ریڈیوسڈ اس کا مطلب تھا۔ تو میں نے کہا دیکھیے جو سو سو منزل کی بلڈنگ کھڑی ہوئی ہیں یہ لوہے کی</w:t>
      </w:r>
    </w:p>
    <w:p>
      <w:r>
        <w:rPr>
          <w:b/>
        </w:rPr>
        <w:t xml:space="preserve">[46:38] </w:t>
      </w:r>
      <w:r>
        <w:t>wajeh se khadi hui hain.</w:t>
      </w:r>
    </w:p>
    <w:p>
      <w:pPr>
        <w:jc w:val="right"/>
      </w:pPr>
      <w:r>
        <w:t>وجہ سے کھڑی ہوئی ہیں۔</w:t>
      </w:r>
    </w:p>
    <w:p>
      <w:r>
        <w:rPr>
          <w:b/>
        </w:rPr>
        <w:t xml:space="preserve">[46:42] </w:t>
      </w:r>
      <w:r>
        <w:t>loha na ho to sky scraper nahi ban sakta. sirf loha.</w:t>
      </w:r>
    </w:p>
    <w:p>
      <w:pPr>
        <w:jc w:val="right"/>
      </w:pPr>
      <w:r>
        <w:t>لوہا نہ ہو تو اسکائی سکریپر نہیں بن سکتا۔ صرف لوہا۔</w:t>
      </w:r>
    </w:p>
    <w:p>
      <w:r>
        <w:rPr>
          <w:b/>
        </w:rPr>
        <w:t xml:space="preserve">[46:46] </w:t>
      </w:r>
      <w:r>
        <w:t>to kaha yeh yeh buildingen bata rahi hain ke quran Khuda ki kitab hai.</w:t>
      </w:r>
    </w:p>
    <w:p>
      <w:pPr>
        <w:jc w:val="right"/>
      </w:pPr>
      <w:r>
        <w:t>تو کہا یہ یہ بلڈنگیں بتا رہی ہیں کہ قرآن خدا کی کتاب ہے۔</w:t>
      </w:r>
    </w:p>
    <w:p>
      <w:r>
        <w:rPr>
          <w:b/>
        </w:rPr>
        <w:t xml:space="preserve">[46:51] </w:t>
      </w:r>
      <w:r>
        <w:t>ek ek building ek nishani hai jo khamosh zaban mein keh rahe hain ke Khuda ki quran Khuda</w:t>
      </w:r>
    </w:p>
    <w:p>
      <w:pPr>
        <w:jc w:val="right"/>
      </w:pPr>
      <w:r>
        <w:t>ایک ایک بلڈنگ ایک نشانی ہے جو خاموش زبان میں کہہ رہے ہیں کہ خدا کی قرآن خدا</w:t>
      </w:r>
    </w:p>
    <w:p>
      <w:r>
        <w:rPr>
          <w:b/>
        </w:rPr>
        <w:t xml:space="preserve">[46:55] </w:t>
      </w:r>
      <w:r>
        <w:t>ki kitab hai.</w:t>
      </w:r>
    </w:p>
    <w:p>
      <w:pPr>
        <w:jc w:val="right"/>
      </w:pPr>
      <w:r>
        <w:t>کی کتاب ہے۔</w:t>
      </w:r>
    </w:p>
    <w:p>
      <w:r>
        <w:rPr>
          <w:b/>
        </w:rPr>
        <w:t xml:space="preserve">[46:59] </w:t>
      </w:r>
      <w:r>
        <w:t>kyunke saatveen sadi isvi mein jab quran utra tha koi janta bhi nahi tha ke sau manzila building</w:t>
      </w:r>
    </w:p>
    <w:p>
      <w:pPr>
        <w:jc w:val="right"/>
      </w:pPr>
      <w:r>
        <w:t>کیونکہ ساتویں صدی عیسوی میں جب قرآن اترا تھا کوئی جانتا بھی نہیں تھا کہ سو منزلہ بلڈنگ</w:t>
      </w:r>
    </w:p>
    <w:p>
      <w:r>
        <w:rPr>
          <w:b/>
        </w:rPr>
        <w:t xml:space="preserve">[47:04] </w:t>
      </w:r>
      <w:r>
        <w:t>ban sakti hai lohe ki taqat se</w:t>
      </w:r>
    </w:p>
    <w:p>
      <w:pPr>
        <w:jc w:val="right"/>
      </w:pPr>
      <w:r>
        <w:t>بن سکتی ہے لوہے کی طاقت سے</w:t>
      </w:r>
    </w:p>
    <w:p>
      <w:r>
        <w:rPr>
          <w:b/>
        </w:rPr>
        <w:t xml:space="preserve">[47:08] </w:t>
      </w:r>
      <w:r>
        <w:t>.</w:t>
      </w:r>
    </w:p>
    <w:p>
      <w:pPr>
        <w:jc w:val="right"/>
      </w:pPr>
      <w:r>
        <w:t>۔</w:t>
      </w:r>
    </w:p>
    <w:p>
      <w:r>
        <w:rPr>
          <w:b/>
        </w:rPr>
        <w:t xml:space="preserve">[47:12] </w:t>
      </w:r>
      <w:r>
        <w:t>koi lohe ka matlab hi nahi janta tha koi.</w:t>
      </w:r>
    </w:p>
    <w:p>
      <w:pPr>
        <w:jc w:val="right"/>
      </w:pPr>
      <w:r>
        <w:t>کوئی لوہے کا مطلب ہی نہیں جانتا تھا کوئی۔</w:t>
      </w:r>
    </w:p>
    <w:p>
      <w:r>
        <w:rPr>
          <w:b/>
        </w:rPr>
        <w:t xml:space="preserve">[47:17] </w:t>
      </w:r>
      <w:r>
        <w:t>lohe ka matlab bande the jante the ke talwar bana lo.</w:t>
      </w:r>
    </w:p>
    <w:p>
      <w:pPr>
        <w:jc w:val="right"/>
      </w:pPr>
      <w:r>
        <w:t>لوہے کا مطلب بندے تھے جانتے تھے کہ تلوار بنا لو۔</w:t>
      </w:r>
    </w:p>
    <w:p>
      <w:r>
        <w:rPr>
          <w:b/>
        </w:rPr>
        <w:t xml:space="preserve">[47:21] </w:t>
      </w:r>
      <w:r>
        <w:t>yeh bhi nishani hai.</w:t>
      </w:r>
    </w:p>
    <w:p>
      <w:pPr>
        <w:jc w:val="right"/>
      </w:pPr>
      <w:r>
        <w:t>یہ بھی نشانی ہے۔</w:t>
      </w:r>
    </w:p>
    <w:p>
      <w:r>
        <w:rPr>
          <w:b/>
        </w:rPr>
        <w:t xml:space="preserve">[47:25] </w:t>
      </w:r>
      <w:r>
        <w:t>to nishaniyan jo hain wo kisi khandar mein nahin hotin.</w:t>
      </w:r>
    </w:p>
    <w:p>
      <w:pPr>
        <w:jc w:val="right"/>
      </w:pPr>
      <w:r>
        <w:t>تو نشانیاں جو ہیں وہ کسی کھڈر میں نہیں ہوتیں۔</w:t>
      </w:r>
    </w:p>
    <w:p>
      <w:r>
        <w:rPr>
          <w:b/>
        </w:rPr>
        <w:t xml:space="preserve">[47:30] </w:t>
      </w:r>
      <w:r>
        <w:t>wo phaili hui hain har jagah.</w:t>
      </w:r>
    </w:p>
    <w:p>
      <w:pPr>
        <w:jc w:val="right"/>
      </w:pPr>
      <w:r>
        <w:t>وہ پھیلی ہوئی ہیں ہر جگہ۔</w:t>
      </w:r>
    </w:p>
    <w:p>
      <w:r>
        <w:rPr>
          <w:b/>
        </w:rPr>
        <w:t xml:space="preserve">[47:34] </w:t>
      </w:r>
      <w:r>
        <w:t>aap tadabbur karenge, tafakkur karenge, ghaur o fikr karenge, reflect karenge to</w:t>
      </w:r>
    </w:p>
    <w:p>
      <w:pPr>
        <w:jc w:val="right"/>
      </w:pPr>
      <w:r>
        <w:t>آپ تدبر کریں گے، تفکر کریں گے، غور و فکر کریں گے، ریفلیکٹ کریں گے تو</w:t>
      </w:r>
    </w:p>
    <w:p>
      <w:r>
        <w:rPr>
          <w:b/>
        </w:rPr>
        <w:t xml:space="preserve">[47:38] </w:t>
      </w:r>
      <w:r>
        <w:t>un nishaniyon se aap ko sabak milega.</w:t>
      </w:r>
    </w:p>
    <w:p>
      <w:pPr>
        <w:jc w:val="right"/>
      </w:pPr>
      <w:r>
        <w:t>ان نشانیوں سے آپ کو سبق ملے گا۔</w:t>
      </w:r>
    </w:p>
    <w:p>
      <w:r>
        <w:rPr>
          <w:b/>
        </w:rPr>
        <w:t xml:space="preserve">[47:44] </w:t>
      </w:r>
      <w:r>
        <w:t>ek mein sawal pooch sakta hoon? ek meri query hai.</w:t>
      </w:r>
    </w:p>
    <w:p>
      <w:pPr>
        <w:jc w:val="right"/>
      </w:pPr>
      <w:r>
        <w:t>ایک میں سوال پوچھ سکتا ہوں؟ ایک میری کوئری ہے۔</w:t>
      </w:r>
    </w:p>
    <w:p>
      <w:r>
        <w:rPr>
          <w:b/>
        </w:rPr>
        <w:t xml:space="preserve">[47:49] </w:t>
      </w:r>
      <w:r>
        <w:t>naturally kuch mere student the Kashmir se mutalliq the to mein aap ke kuch kitabon pe baat chal</w:t>
      </w:r>
    </w:p>
    <w:p>
      <w:pPr>
        <w:jc w:val="right"/>
      </w:pPr>
      <w:r>
        <w:t>نیچرلی کچھ میرے سٹوڈنٹ تھے کشمیر سے متعلق تھے تو میں آپ کے کچھ کتابوں پہ بات چل</w:t>
      </w:r>
    </w:p>
    <w:p>
      <w:r>
        <w:rPr>
          <w:b/>
        </w:rPr>
        <w:t xml:space="preserve">[47:54] </w:t>
      </w:r>
      <w:r>
        <w:t>rahi thi kuch Kashmir ke talluq se aap ne likha tha us ke bare mein to hum log</w:t>
      </w:r>
    </w:p>
    <w:p>
      <w:pPr>
        <w:jc w:val="right"/>
      </w:pPr>
      <w:r>
        <w:t>رہی تھی کچھ کشمیر کے تعلق سے آپ نے لکھا تھا اس کے بارے میں تو ہم لوگ</w:t>
      </w:r>
    </w:p>
    <w:p>
      <w:r>
        <w:rPr>
          <w:b/>
        </w:rPr>
        <w:t xml:space="preserve">[47:59] </w:t>
      </w:r>
      <w:r>
        <w:t>discuss kar rahe the aise hi to mein un Kashmir student se keh raha tha ke dekho Maulana</w:t>
      </w:r>
    </w:p>
    <w:p>
      <w:pPr>
        <w:jc w:val="right"/>
      </w:pPr>
      <w:r>
        <w:t>ڈسکس کر رہے تھے ایسے ہی تو میں ان کشمیر سٹوڈنٹ سے کہہ رہا تھا کہ دیکھو مولانا</w:t>
      </w:r>
    </w:p>
    <w:p>
      <w:r>
        <w:rPr>
          <w:b/>
        </w:rPr>
        <w:t xml:space="preserve">[48:04] </w:t>
      </w:r>
      <w:r>
        <w:t>ne jo jo nishandahi kar rahe hain ke agar Kashmiri</w:t>
      </w:r>
    </w:p>
    <w:p>
      <w:pPr>
        <w:jc w:val="right"/>
      </w:pPr>
      <w:r>
        <w:t>نے جو جو نشاندہی کر رہے ہیں کہ اگر کشمیری</w:t>
      </w:r>
    </w:p>
    <w:p>
      <w:r>
        <w:rPr>
          <w:b/>
        </w:rPr>
        <w:t xml:space="preserve">[48:09] </w:t>
      </w:r>
      <w:r>
        <w:t>ye karen to bohat bara kuch ho sakta hai bajaye ye ke terrorism ka rasta apnayen is tarah</w:t>
      </w:r>
    </w:p>
    <w:p>
      <w:pPr>
        <w:jc w:val="right"/>
      </w:pPr>
      <w:r>
        <w:t>یہ کریں تو بہت بڑا کچھ ہو سکتا ہے بجائے یہ کہ ٹیررزم کا راستہ اپنائیں اس طرح</w:t>
      </w:r>
    </w:p>
    <w:p>
      <w:r>
        <w:rPr>
          <w:b/>
        </w:rPr>
        <w:t xml:space="preserve">[48:14] </w:t>
      </w:r>
      <w:r>
        <w:t>se to un student ka kehna tha ke baat bilkul theek hai aur Maulana bohat acha likhte hain</w:t>
      </w:r>
    </w:p>
    <w:p>
      <w:pPr>
        <w:jc w:val="right"/>
      </w:pPr>
      <w:r>
        <w:t>سے تو ان سٹوڈنٹس کا کہنا تھا کہ بات بالکل ٹھیک ہے اور مولانا بہت اچھا لکھتے ہیں</w:t>
      </w:r>
    </w:p>
    <w:p>
      <w:r>
        <w:rPr>
          <w:b/>
        </w:rPr>
        <w:t xml:space="preserve">[48:19] </w:t>
      </w:r>
      <w:r>
        <w:t>par wo kehte hain ke kuch baaten aisi lagti hain Maulana ki jab jaise baat karte hain to</w:t>
      </w:r>
    </w:p>
    <w:p>
      <w:pPr>
        <w:jc w:val="right"/>
      </w:pPr>
      <w:r>
        <w:t>پر وہ کہتے ہیں کہ کچھ باتیں ایسی لگتی ہیں مولانا کی جب جیسے بات کرتے ہیں تو</w:t>
      </w:r>
    </w:p>
    <w:p>
      <w:r>
        <w:rPr>
          <w:b/>
        </w:rPr>
        <w:t xml:space="preserve">[48:24] </w:t>
      </w:r>
      <w:r>
        <w:t>kuch matlab wo kehte hain ke practically aisa hi hota hai jab do mulk wo hote hain ek</w:t>
      </w:r>
    </w:p>
    <w:p>
      <w:pPr>
        <w:jc w:val="right"/>
      </w:pPr>
      <w:r>
        <w:t>کچھ مطلب وہ کہتے ہیں کہ پریکٹیکلی ایسا ہی ہوتا ہے جب دو ملک وہ ہوتے ہیں ایک</w:t>
      </w:r>
    </w:p>
    <w:p>
      <w:r>
        <w:rPr>
          <w:b/>
        </w:rPr>
        <w:t xml:space="preserve">[48:29] </w:t>
      </w:r>
      <w:r>
        <w:t>doosre se alag to kahin na kahin koi dispute hota hi hai aur phir jang hoti hi hai</w:t>
      </w:r>
    </w:p>
    <w:p>
      <w:pPr>
        <w:jc w:val="right"/>
      </w:pPr>
      <w:r>
        <w:t>دوسرے سے الگ تو کہیں نہ کہیں کوئی ڈسپیوٹ ہوتا ہی ہے اور پھر جنگ ہوتی ہی ہے</w:t>
      </w:r>
    </w:p>
    <w:p>
      <w:r>
        <w:rPr>
          <w:b/>
        </w:rPr>
        <w:t xml:space="preserve">[48:34] </w:t>
      </w:r>
      <w:r>
        <w:t>is mein ab jaise misaal ke taur pe India ne Junagadh ko le liya to Junagadh riyasat</w:t>
      </w:r>
    </w:p>
    <w:p>
      <w:pPr>
        <w:jc w:val="right"/>
      </w:pPr>
      <w:r>
        <w:t>اس میں اب جیسے مثال کے طور پہ انڈیا نے جونا گڑھ کو لے لیا تو جونا گڑھ ریاست</w:t>
      </w:r>
    </w:p>
    <w:p>
      <w:r>
        <w:rPr>
          <w:b/>
        </w:rPr>
        <w:t xml:space="preserve">[48:39] </w:t>
      </w:r>
      <w:r>
        <w:t>ko idhar Kashmir ka wo tha to justice kiya nahin India ne to naturally sab log to aise</w:t>
      </w:r>
    </w:p>
    <w:p>
      <w:pPr>
        <w:jc w:val="right"/>
      </w:pPr>
      <w:r>
        <w:t>کو ادھر کشمیر کا وہ تھا تو جسٹس کیا نہیں انڈیا نے تو نیچرلی سب لوگ تو ایسے</w:t>
      </w:r>
    </w:p>
    <w:p>
      <w:r>
        <w:rPr>
          <w:b/>
        </w:rPr>
        <w:t xml:space="preserve">[48:44] </w:t>
      </w:r>
      <w:r>
        <w:t>nahin ho sakte ke bhai wo bilkul shanti ke hisab se chalne wale ho jayen kuch log aise</w:t>
      </w:r>
    </w:p>
    <w:p>
      <w:pPr>
        <w:jc w:val="right"/>
      </w:pPr>
      <w:r>
        <w:t>نہیں ہو سکتے کہ بھئی وہ بالکل شانتی کے حساب سے چلنے والے ہو جائیں کچھ لوگ ایسے</w:t>
      </w:r>
    </w:p>
    <w:p>
      <w:r>
        <w:rPr>
          <w:b/>
        </w:rPr>
        <w:t xml:space="preserve">[48:49] </w:t>
      </w:r>
      <w:r>
        <w:t>honge hi jo kahenge bhai hamein hamara haq do ye do to kehte hain Maulana ke</w:t>
      </w:r>
    </w:p>
    <w:p>
      <w:pPr>
        <w:jc w:val="right"/>
      </w:pPr>
      <w:r>
        <w:t>ہوں گے ہی جو کہیں گے بھئی ہمیں ہمارا حق دو یہ دو تو کہتے ہیں مولانا کے</w:t>
      </w:r>
    </w:p>
    <w:p>
      <w:r>
        <w:rPr>
          <w:b/>
        </w:rPr>
        <w:t xml:space="preserve">[48:54] </w:t>
      </w:r>
      <w:r>
        <w:t>khayalat bhi agar dekhen to peace ke upar Maulana ko zyada emphasis karte hain to har cheez ko</w:t>
      </w:r>
    </w:p>
    <w:p>
      <w:pPr>
        <w:jc w:val="right"/>
      </w:pPr>
      <w:r>
        <w:t>خیالات بھی اگر دیکھیں تو پیس کے اوپر مولانا کو زیادہ ایمفیسز کرتے ہیں تو ہر چیز کو</w:t>
      </w:r>
    </w:p>
    <w:p>
      <w:r>
        <w:rPr>
          <w:b/>
        </w:rPr>
        <w:t xml:space="preserve">[48:59] </w:t>
      </w:r>
      <w:r>
        <w:t>peace ke andaz se dekhte hain lekin wo kehte hain phir amal amli taur pe aisa kahan ho</w:t>
      </w:r>
    </w:p>
    <w:p>
      <w:pPr>
        <w:jc w:val="right"/>
      </w:pPr>
      <w:r>
        <w:t>پیس کے انداز سے دیکھتے ہیں لیکن وہ کہتے ہیں پھر عمل عملی طور پہ ایسا کہاں ہو</w:t>
      </w:r>
    </w:p>
    <w:p>
      <w:r>
        <w:rPr>
          <w:b/>
        </w:rPr>
        <w:t xml:space="preserve">[49:04] </w:t>
      </w:r>
      <w:r>
        <w:t>pata hai ke practically kuch na kuch to hoga hi hoga dispute honge wo honge chuki</w:t>
      </w:r>
    </w:p>
    <w:p>
      <w:pPr>
        <w:jc w:val="right"/>
      </w:pPr>
      <w:r>
        <w:t>پاتا ہے کہ پریکٹیکلی کچھ نہ کچھ تو ہوگا ہی ہوگا ڈسپیوٹ ہوں گے وہ ہوں گے چونکہ</w:t>
      </w:r>
    </w:p>
    <w:p>
      <w:r>
        <w:rPr>
          <w:b/>
        </w:rPr>
        <w:t xml:space="preserve">[49:09] </w:t>
      </w:r>
      <w:r>
        <w:t>matlab is tarah ka khayalat tha to is mein matlab kuch aap thora izhar khayal farmayen is tarah is ki is tarah ki query ka kis tarah jawab diya ke woh kehtay hain Maulana ki jo tehreer hain un mein ziyada tar peace ke upar ziyada hota hai to kabhi kabhi aisa lagta hai ke jaise Maulana bhi peace ke upar kuch had se ziyada zor detay hain jo ke amli taur pe aisa nahi ho pata hai shukriya dekhen mein hamesha daleel deta hoon kabhi bhi bhai koi baat bila daleel hoti nahi abhi bhi daleel diya mein ne ke jo karname abhi mein</w:t>
      </w:r>
    </w:p>
    <w:p>
      <w:pPr>
        <w:jc w:val="right"/>
      </w:pPr>
      <w:r>
        <w:t>مطلب اس طرح کا خیالات تھا تو اس میں مطلب کچھ آپ تھوڑا اظہار خیال فرمائیں اس طرح اس کی اس طرح کی کوئری کا کس طرح جواب دیا کہ وہ کہتے ہیں مولانا کی جو تحریر ہیں ان میں زیادہ تر پیس کے اوپر زیادہ ہوتا ہے تو کبھی کبھی ایسا لگتا ہے کہ جیسے مولانا بھی پیس کے اوپر کچھ حد سے زیادہ زور دیتے ہیں جو کہ عملی طور پہ ایسا نہیں ہو پاتا ہے شکریہ دیکھیں میں ہمیشہ دلیل دیتا ہوں کبھی بھی بھئی کوئی بات بلا دلیل ہوتی نہیں ابھی بھی دلیل دیا میں نے کہ جو کارنامے ابھی میں</w:t>
      </w:r>
    </w:p>
    <w:p>
      <w:r>
        <w:rPr>
          <w:b/>
        </w:rPr>
        <w:t xml:space="preserve">[49:39] </w:t>
      </w:r>
      <w:r>
        <w:t>ne bataye wo sab peaceful method se hue hain Japan super power bana peaceful method</w:t>
      </w:r>
    </w:p>
    <w:p>
      <w:pPr>
        <w:jc w:val="right"/>
      </w:pPr>
      <w:r>
        <w:t>نے بتائے وہ سب پیس پیس فل میتھڈ سے ہوئے ہیں جاپان سپر پاور بنا پیس فل میتھڈ</w:t>
      </w:r>
    </w:p>
    <w:p>
      <w:r>
        <w:rPr>
          <w:b/>
        </w:rPr>
        <w:t xml:space="preserve">[49:46] </w:t>
      </w:r>
      <w:r>
        <w:t>se Germany Europe ka head ban gaya super power se phir peaceful taqat se Singapore ek develop</w:t>
      </w:r>
    </w:p>
    <w:p>
      <w:pPr>
        <w:jc w:val="right"/>
      </w:pPr>
      <w:r>
        <w:t>سے جرمنی یورپ کا ہیڈ بن گیا سپر پاور سے پھر پیس فل طاقت سے سنگاپور ایک ڈیولپ</w:t>
      </w:r>
    </w:p>
    <w:p>
      <w:r>
        <w:rPr>
          <w:b/>
        </w:rPr>
        <w:t xml:space="preserve">[49:54] </w:t>
      </w:r>
      <w:r>
        <w:t>country ban gaya peaceful taqat se China ko mein ne bataya ke China jo hai itna zabardast</w:t>
      </w:r>
    </w:p>
    <w:p>
      <w:pPr>
        <w:jc w:val="right"/>
      </w:pPr>
      <w:r>
        <w:t>کنٹری بن گیا پیس فل طاقت سے چائنہ کو میں نے بتایا کہ چائنہ جو ہے اتنا زبردست</w:t>
      </w:r>
    </w:p>
    <w:p>
      <w:r>
        <w:rPr>
          <w:b/>
        </w:rPr>
        <w:t xml:space="preserve">[50:02] </w:t>
      </w:r>
      <w:r>
        <w:t>darja mil gaya us ko peaceful taqat se ke us ne discover kiya apne</w:t>
      </w:r>
    </w:p>
    <w:p>
      <w:pPr>
        <w:jc w:val="right"/>
      </w:pPr>
      <w:r>
        <w:t>درجہ مل گیا اس کو پیس فل طاقت سے کہ اس نے ڈسکور کیا اپنے</w:t>
      </w:r>
    </w:p>
    <w:p>
      <w:r>
        <w:rPr>
          <w:b/>
        </w:rPr>
        <w:t xml:space="preserve">[50:09] </w:t>
      </w:r>
      <w:r>
        <w:t>guzri hui tehzeeb ko is ko re apply kiya peaceful tareeqay say koi larai nahi ki inhon</w:t>
      </w:r>
    </w:p>
    <w:p>
      <w:pPr>
        <w:jc w:val="right"/>
      </w:pPr>
      <w:r>
        <w:t>گزری ہوئی تہذیب کو اس کو ری اپلائی کیا پیس فل طریقے سے کوئی لڑائی نہیں کی انہوں</w:t>
      </w:r>
    </w:p>
    <w:p>
      <w:r>
        <w:rPr>
          <w:b/>
        </w:rPr>
        <w:t xml:space="preserve">[50:15] </w:t>
      </w:r>
      <w:r>
        <w:t>nay to jo log meray khilaf bolte hain wo koi misaal dein wo history mein kabhi koi bhi</w:t>
      </w:r>
    </w:p>
    <w:p>
      <w:pPr>
        <w:jc w:val="right"/>
      </w:pPr>
      <w:r>
        <w:t>نے تو جو لوگ میرے خلاف بولتے ہیں وہ کوئی مثال دیں وہ ہسٹری میں کبھی کوئی بھی</w:t>
      </w:r>
    </w:p>
    <w:p>
      <w:r>
        <w:rPr>
          <w:b/>
        </w:rPr>
        <w:t xml:space="preserve">[50:21] </w:t>
      </w:r>
      <w:r>
        <w:t>violence kay zariye koi taraqqi nahi ki is nay tamam taraqqi peace kay zariye hui hain tamam taraqqi</w:t>
      </w:r>
    </w:p>
    <w:p>
      <w:pPr>
        <w:jc w:val="right"/>
      </w:pPr>
      <w:r>
        <w:t>وائلنس کے ذریعے کوئی ترقی نہیں کی اس نے تمام ترقی پیس کے ذریعے ہوئی ہیں تمام ترقی</w:t>
      </w:r>
    </w:p>
    <w:p>
      <w:r>
        <w:rPr>
          <w:b/>
        </w:rPr>
        <w:t xml:space="preserve">[50:27] </w:t>
      </w:r>
      <w:r>
        <w:t>peace kay zariye hui hain log to hawai taraqqi karte hain log misaal dete nahi hain kahiye faraz</w:t>
      </w:r>
    </w:p>
    <w:p>
      <w:pPr>
        <w:jc w:val="right"/>
      </w:pPr>
      <w:r>
        <w:t>پیس کے ذریعے ہوئی ہیں لوگ تو ہوائی ترقی کرتے ہیں لوگ مثال دیتے نہیں ہیں کہیے فراز</w:t>
      </w:r>
    </w:p>
    <w:p>
      <w:r>
        <w:rPr>
          <w:b/>
        </w:rPr>
        <w:t xml:space="preserve">[50:33] </w:t>
      </w:r>
      <w:r>
        <w:t>sahib ji maulana tar</w:t>
      </w:r>
    </w:p>
    <w:p>
      <w:pPr>
        <w:jc w:val="right"/>
      </w:pPr>
      <w:r>
        <w:t>صاحب جی مولانا تر</w:t>
      </w:r>
    </w:p>
    <w:p>
      <w:r>
        <w:rPr>
          <w:b/>
        </w:rPr>
        <w:t xml:space="preserve">[50:39] </w:t>
      </w:r>
      <w:r>
        <w:t>aqi detay hain to misal dein hum to misal de rahay hain sahi baat hai hum to misal de rahay hain na ji ke peace ke zariye taraqqi hum misal de rahay hain tum misal larai ke zariye taraqqi ji ji sahi baat hai bilkul germany ne larai ki aur kuch mila nahi is ko is ke baad jab peaceful planning kiya to mil gaya japan ne larai ki kuch nahi mila nahi jab peaceful planning ki to mil gaya is</w:t>
      </w:r>
    </w:p>
    <w:p>
      <w:pPr>
        <w:jc w:val="right"/>
      </w:pPr>
      <w:r>
        <w:t>قی دیتے ہیں تو مثال دیں ہم تو مثال دے رہے ہیں صحیح بات ہے ہم تو مثال دے رہے ہیں نا جی کہ پیس کے ذریعے ترقی ہم مثال دے رہے ہیں تم مثال لڑائی کے ذریعے ترقی جی جی صحیح بات ہے بالکل جرمنی نے لڑائی کی اور کچھ ملا نہیں اس کو اس کے بعد جب پیس فل پلاننگ کیا تو مل گیا جاپان نے لڑائی کی کچھ نہیں ملا نہیں جب پیس فل پلاننگ کی تو مل گیا اس</w:t>
      </w:r>
    </w:p>
    <w:p>
      <w:r>
        <w:rPr>
          <w:b/>
        </w:rPr>
        <w:t xml:space="preserve">[51:09] </w:t>
      </w:r>
      <w:r>
        <w:t>ko singapore jo hai is nay peaceful planning kay zariye paya jo kuch paya china china ki</w:t>
      </w:r>
    </w:p>
    <w:p>
      <w:pPr>
        <w:jc w:val="right"/>
      </w:pPr>
      <w:r>
        <w:t>کو سنگاپور جو ہے اس نے پیس فل پلاننگ کے ذریعے پایا جو کچھ پایا چائنہ چائنہ کی</w:t>
      </w:r>
    </w:p>
    <w:p>
      <w:r>
        <w:rPr>
          <w:b/>
        </w:rPr>
        <w:t xml:space="preserve">[51:20] </w:t>
      </w:r>
      <w:r>
        <w:t>jo misaal mein nay di kay china nay jab apni guzri hui civilization ko discover kiya to larai</w:t>
      </w:r>
    </w:p>
    <w:p>
      <w:pPr>
        <w:jc w:val="right"/>
      </w:pPr>
      <w:r>
        <w:t>جو مثال میں نے دی کہ چائنہ نے جب اپنی گزری ہوئی سویلائزیشن کو ڈسکور کیا تو لڑائی</w:t>
      </w:r>
    </w:p>
    <w:p>
      <w:r>
        <w:rPr>
          <w:b/>
        </w:rPr>
        <w:t xml:space="preserve">[51:30] </w:t>
      </w:r>
      <w:r>
        <w:t>nahi cheri is din balkay is nay is ko industry apply kiya modern state apply kiya</w:t>
      </w:r>
    </w:p>
    <w:p>
      <w:pPr>
        <w:jc w:val="right"/>
      </w:pPr>
      <w:r>
        <w:t>نہیں چھڑی اس دن بلکہ اس نے اس کو انڈسٹری اپلائی کیا ماڈرن اسٹیٹ اپلائی کیا</w:t>
      </w:r>
    </w:p>
    <w:p>
      <w:r>
        <w:rPr>
          <w:b/>
        </w:rPr>
        <w:t xml:space="preserve">[51:40] </w:t>
      </w:r>
      <w:r>
        <w:t>misal mein aap ko aik choti si misaal deta hoon kay delhi mein mein 1967 say hoon aur</w:t>
      </w:r>
    </w:p>
    <w:p>
      <w:pPr>
        <w:jc w:val="right"/>
      </w:pPr>
      <w:r>
        <w:t>مثلا میں آپ کو ایک چھوٹی سی مثال دیتا ہوں کہ دلی میں میں 1967 سے ہوں اور</w:t>
      </w:r>
    </w:p>
    <w:p>
      <w:r>
        <w:rPr>
          <w:b/>
        </w:rPr>
        <w:t xml:space="preserve">[51:48] </w:t>
      </w:r>
      <w:r>
        <w:t>mujhe apnay matlab ki kursi nahi mili thi kursi yeh jo kursi hai yeh kursi meray matlab ka</w:t>
      </w:r>
    </w:p>
    <w:p>
      <w:pPr>
        <w:jc w:val="right"/>
      </w:pPr>
      <w:r>
        <w:t>مجھے اپنے مطلب کی کرسی نہیں ملی تھی کرسی یہ جو کرسی ہے یہ کرسی میرے مطلب کا</w:t>
      </w:r>
    </w:p>
    <w:p>
      <w:r>
        <w:rPr>
          <w:b/>
        </w:rPr>
        <w:t xml:space="preserve">[51:55] </w:t>
      </w:r>
      <w:r>
        <w:t>nahi jahan baitha hoon mein comfortable kursi to hamaray betay jo hain doctor scientist wo pata nahi kahan</w:t>
      </w:r>
    </w:p>
    <w:p>
      <w:pPr>
        <w:jc w:val="right"/>
      </w:pPr>
      <w:r>
        <w:t>نہیں جہاں بیٹھا ہوں میں کمفرٹیبل کرسی تو ہمارے بیٹے جو ہیں ڈاکٹر سائنسدان وہ پتہ نہیں کہاں</w:t>
      </w:r>
    </w:p>
    <w:p>
      <w:r>
        <w:rPr>
          <w:b/>
        </w:rPr>
        <w:t xml:space="preserve">[52:03] </w:t>
      </w:r>
      <w:r>
        <w:t>say aik kursi laye bilkul jaisa custom</w:t>
      </w:r>
    </w:p>
    <w:p>
      <w:pPr>
        <w:jc w:val="right"/>
      </w:pPr>
      <w:r>
        <w:t>سے ایک کرسی لائے بالکل جیسا کسٹم</w:t>
      </w:r>
    </w:p>
    <w:p>
      <w:r>
        <w:rPr>
          <w:b/>
        </w:rPr>
        <w:t xml:space="preserve">[52:10] </w:t>
      </w:r>
      <w:r>
        <w:t>made kursi custom made chair to mein samajhta tha kay india mein bani hai pata chala kay yeh</w:t>
      </w:r>
    </w:p>
    <w:p>
      <w:pPr>
        <w:jc w:val="right"/>
      </w:pPr>
      <w:r>
        <w:t>میڈ کرسی کسٹم میڈ چیئر تو میں سمجھتا تھا کہ انڈیا میں بنی ہے پتہ چلا کہ یہ</w:t>
      </w:r>
    </w:p>
    <w:p>
      <w:r>
        <w:rPr>
          <w:b/>
        </w:rPr>
        <w:t xml:space="preserve">[52:17] </w:t>
      </w:r>
      <w:r>
        <w:t>china mein bani hai china mein ban kar kay is kay part atay hain yahan assemble karte hain</w:t>
      </w:r>
    </w:p>
    <w:p>
      <w:pPr>
        <w:jc w:val="right"/>
      </w:pPr>
      <w:r>
        <w:t>چائنہ میں بنی ہے چائنہ میں بن کر کے اس کے پارٹ آتے ہیں یہاں اسمبل کرتے ہیں</w:t>
      </w:r>
    </w:p>
    <w:p>
      <w:r>
        <w:rPr>
          <w:b/>
        </w:rPr>
        <w:t xml:space="preserve">[52:23] </w:t>
      </w:r>
      <w:r>
        <w:t>aur phir bechtay hain to yeh sab larai say thori hua hai sab china india kay border pe</w:t>
      </w:r>
    </w:p>
    <w:p>
      <w:pPr>
        <w:jc w:val="right"/>
      </w:pPr>
      <w:r>
        <w:t>اور پھر بیچتے ہیں تو یہ سب لڑائی سے تھوڑی ہوا ہے سب چائنہ انڈیا کے بارڈر پہ</w:t>
      </w:r>
    </w:p>
    <w:p>
      <w:r>
        <w:rPr>
          <w:b/>
        </w:rPr>
        <w:t xml:space="preserve">[52:29] </w:t>
      </w:r>
      <w:r>
        <w:t>chhaya hua hai yahan tak kay devta bhi wahan say ban kar atay hain raksha bandhan wahan say</w:t>
      </w:r>
    </w:p>
    <w:p>
      <w:pPr>
        <w:jc w:val="right"/>
      </w:pPr>
      <w:r>
        <w:t>چھایا ہوا ہے یہاں تک کہ دیوتا بھی وہاں سے بن کر آتے ہیں رکشا بندھن وہاں سے</w:t>
      </w:r>
    </w:p>
    <w:p>
      <w:r>
        <w:rPr>
          <w:b/>
        </w:rPr>
        <w:t xml:space="preserve">[52:35] </w:t>
      </w:r>
      <w:r>
        <w:t>ban kar ata hai</w:t>
      </w:r>
    </w:p>
    <w:p>
      <w:pPr>
        <w:jc w:val="right"/>
      </w:pPr>
      <w:r>
        <w:t>بن کر آتا ہے</w:t>
      </w:r>
    </w:p>
    <w:p>
      <w:r>
        <w:rPr>
          <w:b/>
        </w:rPr>
        <w:t xml:space="preserve">[52:42] </w:t>
      </w:r>
      <w:r>
        <w:t>to larai larai kar kay peaceful tareeqay say china peaceful tareeqay say india kay market pe</w:t>
      </w:r>
    </w:p>
    <w:p>
      <w:pPr>
        <w:jc w:val="right"/>
      </w:pPr>
      <w:r>
        <w:t>تو لڑائی لڑائی کر کے پیس فل طریقے سے چائنہ پیس فل طریقے سے انڈیا کے مارکیٹ پہ</w:t>
      </w:r>
    </w:p>
    <w:p>
      <w:r>
        <w:rPr>
          <w:b/>
        </w:rPr>
        <w:t xml:space="preserve">[52:52] </w:t>
      </w:r>
      <w:r>
        <w:t>chha gaya kay koi indian committee wo government ka aadmi tha bol raha tha jo kay india aur</w:t>
      </w:r>
    </w:p>
    <w:p>
      <w:pPr>
        <w:jc w:val="right"/>
      </w:pPr>
      <w:r>
        <w:t>چھا گیا کہ کوئی انڈین کمیٹیڈ وہ گورنمنٹ کا آدمی تھا بول رہا تھا جو کہ انڈیا اور</w:t>
      </w:r>
    </w:p>
    <w:p>
      <w:r>
        <w:rPr>
          <w:b/>
        </w:rPr>
        <w:t xml:space="preserve">[53:02] </w:t>
      </w:r>
      <w:r>
        <w:t>china kay darmian huge imbalance hai trade huge huge trade imbalance hai to koi misaal deta nahi kay</w:t>
      </w:r>
    </w:p>
    <w:p>
      <w:pPr>
        <w:jc w:val="right"/>
      </w:pPr>
      <w:r>
        <w:t>چائنہ کے درمیان ہیوج امبیلنس ہے ٹریڈ ہیوج ہیوج ٹریڈ امبیلنس ہے تو کوئی مثال دیتا نہیں کہ</w:t>
      </w:r>
    </w:p>
    <w:p>
      <w:r>
        <w:rPr>
          <w:b/>
        </w:rPr>
        <w:t xml:space="preserve">[53:12] </w:t>
      </w:r>
      <w:r>
        <w:t>kab kis nay larai parhai kar kay taraqqi pai hai student ka aik isi mein nay yahi jawab</w:t>
      </w:r>
    </w:p>
    <w:p>
      <w:pPr>
        <w:jc w:val="right"/>
      </w:pPr>
      <w:r>
        <w:t>کب کس نے لڑائی پڑھائی کر کے ترقی پائی ہے سٹوڈنٹ کا ایک اسی میں نے یہی جواب</w:t>
      </w:r>
    </w:p>
    <w:p>
      <w:r>
        <w:rPr>
          <w:b/>
        </w:rPr>
        <w:t xml:space="preserve">[53:17] </w:t>
      </w:r>
      <w:r>
        <w:t>diya tha in ko student ko jo aap nay mujhe abhi diya to wo kehte hain kay theek</w:t>
      </w:r>
    </w:p>
    <w:p>
      <w:pPr>
        <w:jc w:val="right"/>
      </w:pPr>
      <w:r>
        <w:t>دیا تھا ان کو سٹوڈنٹ کو جو آپ نے مجھے ابھی دیا تو وہ کہتے ہیں کہ ٹھیک</w:t>
      </w:r>
    </w:p>
    <w:p>
      <w:r>
        <w:rPr>
          <w:b/>
        </w:rPr>
        <w:t xml:space="preserve">[53:22] </w:t>
      </w:r>
      <w:r>
        <w:t>hai matlab jis tarah tibet ka masla hai jis tarah to kiya matlab peaceful mission say laye</w:t>
      </w:r>
    </w:p>
    <w:p>
      <w:pPr>
        <w:jc w:val="right"/>
      </w:pPr>
      <w:r>
        <w:t>ہے مطلب جس طرح تبت کا مسئلہ ہے جس طرح تو کیا مطلب پیس فل مشن سے لائے</w:t>
      </w:r>
    </w:p>
    <w:p>
      <w:r>
        <w:rPr>
          <w:b/>
        </w:rPr>
        <w:t xml:space="preserve">[53:27] </w:t>
      </w:r>
      <w:r>
        <w:t>ga hum le sakte hain china say tibet ko wo kehte hain hum to kabhi kashmir hi ho</w:t>
      </w:r>
    </w:p>
    <w:p>
      <w:pPr>
        <w:jc w:val="right"/>
      </w:pPr>
      <w:r>
        <w:t>گا ہم لے سکتے ہیں چائنہ سے تبت کو وہ کہتے ہیں ہم تو کبھی کشمیر ہی ہو</w:t>
      </w:r>
    </w:p>
    <w:p>
      <w:r>
        <w:rPr>
          <w:b/>
        </w:rPr>
        <w:t xml:space="preserve">[53:32] </w:t>
      </w:r>
      <w:r>
        <w:t>sakta hai kabhi na kabhi kamyab ho jayein kay india kashmir ko azaad karalein par kiya peace</w:t>
      </w:r>
    </w:p>
    <w:p>
      <w:pPr>
        <w:jc w:val="right"/>
      </w:pPr>
      <w:r>
        <w:t>سکتا ہے کبھی نہ کبھی کامیاب ہو جائیں کہ انڈیا کشمیر کو آزاد کرا لیں پر کیا پیس</w:t>
      </w:r>
    </w:p>
    <w:p>
      <w:r>
        <w:rPr>
          <w:b/>
        </w:rPr>
        <w:t xml:space="preserve">[53:37] </w:t>
      </w:r>
      <w:r>
        <w:t>fil mishan se dila allama ka jo woh hai tibbat ko aazad kara sakte hain is se china se</w:t>
      </w:r>
    </w:p>
    <w:p>
      <w:pPr>
        <w:jc w:val="right"/>
      </w:pPr>
      <w:r>
        <w:t>فل مشن سے دلا علامہ کا جو وہ ہے تبت کو آزاد کرا سکتے ہیں اس سے چائنہ سے</w:t>
      </w:r>
    </w:p>
    <w:p>
      <w:r>
        <w:rPr>
          <w:b/>
        </w:rPr>
        <w:t xml:space="preserve">[53:43] </w:t>
      </w:r>
      <w:r>
        <w:t>dila allama nay dekhen nahi kar rahay kuch dila allama nay aik government banai rakhi hai dharm shalam mein jis ko kehtay hain woh executive government executive government woh kiya hai aik farigh farigh government hai aik inch bhi kiya tibet ki lay sakay woh jab lay len gay to bataiyega abhi to lay nahi sakay executive government kay zariye say khud india nay executive government banai thi india ko leaderon nay afghanistan mein is say kiya india azaad hua azaad</w:t>
      </w:r>
    </w:p>
    <w:p>
      <w:pPr>
        <w:jc w:val="right"/>
      </w:pPr>
      <w:r>
        <w:t>دلا علامہ نے دیکھیں نہیں کر رہے کچھ دلا علامہ نے ایک گورنمنٹ بنائی رکھی ہے دھرم سالم میں جس کو کہتے ہیں وہ ایگزیکٹو گورنمنٹ ایگزیکٹو گورنمنٹ وہ کیا ہے ایک فارغ فارغ گورنمنٹ ہے ایک انچ بھی کیا تبت کی لے سکے وہ جب لے لیں گے تو بتائیے گا ابھی تو لے نہیں سکے ایگزیکٹو گورنمنٹ کے ذریعے سے خود انڈیا نے ایگزیکٹو گورنمنٹ بنائی تھی انڈیا کو لیڈروں نے افغانستان میں اس سے کیا انڈیا آزاد ہوا آزاد</w:t>
      </w:r>
    </w:p>
    <w:p>
      <w:r>
        <w:rPr>
          <w:b/>
        </w:rPr>
        <w:t xml:space="preserve">[54:13] </w:t>
      </w:r>
      <w:r>
        <w:t>hua mahatma gandhi ke nan warn se aazad hua india mein maharaj pratap singh the aur kai leader</w:t>
      </w:r>
    </w:p>
    <w:p>
      <w:pPr>
        <w:jc w:val="right"/>
      </w:pPr>
      <w:r>
        <w:t>ہوا مہاتما گاندھی کے نان وارن سے آزاد ہوا انڈیا میں مہاراجہ پرتاپ سنگھ تھے اور کئی لیڈر</w:t>
      </w:r>
    </w:p>
    <w:p>
      <w:r>
        <w:rPr>
          <w:b/>
        </w:rPr>
        <w:t xml:space="preserve">[54:20] </w:t>
      </w:r>
      <w:r>
        <w:t>the unhon ne afghanistan mein india ki aik aik executive government banai thi koi usay kuch bhi nahi</w:t>
      </w:r>
    </w:p>
    <w:p>
      <w:pPr>
        <w:jc w:val="right"/>
      </w:pPr>
      <w:r>
        <w:t>تھے انہوں نے افغانستان میں انڈیا کی ایک ایک ایگزیکٹو گورنمنٹ بنائی تھی کوئی اسے کچھ بھی نہیں</w:t>
      </w:r>
    </w:p>
    <w:p>
      <w:r>
        <w:rPr>
          <w:b/>
        </w:rPr>
        <w:t xml:space="preserve">[54:28] </w:t>
      </w:r>
      <w:r>
        <w:t>hua phir jab india mein mahatma gandhi aaye 1919 se unhon ne nan warrant par peace par chahiye</w:t>
      </w:r>
    </w:p>
    <w:p>
      <w:pPr>
        <w:jc w:val="right"/>
      </w:pPr>
      <w:r>
        <w:t>ہوا پھر جب انڈیا میں مہاتما گاندھی آئے 1919 سے انہوں نے نان وارنٹ پر پیس پر چاہیے</w:t>
      </w:r>
    </w:p>
    <w:p>
      <w:r>
        <w:rPr>
          <w:b/>
        </w:rPr>
        <w:t xml:space="preserve">[54:35] </w:t>
      </w:r>
      <w:r>
        <w:t>tareekh to india aazad ho gaya koi aik misaal to koi de</w:t>
      </w:r>
    </w:p>
    <w:p>
      <w:pPr>
        <w:jc w:val="right"/>
      </w:pPr>
      <w:r>
        <w:t>تاریخ تو انڈیا آزاد ہو گیا کوئی ایک مثال تو کوئی دے</w:t>
      </w:r>
    </w:p>
    <w:p>
      <w:r>
        <w:rPr>
          <w:b/>
        </w:rPr>
        <w:t xml:space="preserve">[54:43] </w:t>
      </w:r>
      <w:r>
        <w:t>koi aik misaal to koi de molana aik comment hai doctor safina ka unhon ne likha hai molana</w:t>
      </w:r>
    </w:p>
    <w:p>
      <w:pPr>
        <w:jc w:val="right"/>
      </w:pPr>
      <w:r>
        <w:t>کوئی ایک مثال تو کوئی دے مولانا ایک کمنٹ ہے ڈاکٹر سفینہ کا انہوں نے لکھا ہے مولانا</w:t>
      </w:r>
    </w:p>
    <w:p>
      <w:r>
        <w:rPr>
          <w:b/>
        </w:rPr>
        <w:t xml:space="preserve">[54:50] </w:t>
      </w:r>
      <w:r>
        <w:t>Today it was very new thing for me what you told about the science of God in the</w:t>
      </w:r>
    </w:p>
    <w:p>
      <w:pPr>
        <w:jc w:val="right"/>
      </w:pPr>
      <w:r>
        <w:t>ٹوڈے اٹ واز ویری نیو تھنگ فار می واٹ یو ٹولڈ اباؤٹ دا سائنس اف گاڈ ان دی</w:t>
      </w:r>
    </w:p>
    <w:p>
      <w:r>
        <w:rPr>
          <w:b/>
        </w:rPr>
        <w:t xml:space="preserve">[54:58] </w:t>
      </w:r>
      <w:r>
        <w:t>examples of germany japan china i also took that quranic verse in very limited sense early you have</w:t>
      </w:r>
    </w:p>
    <w:p>
      <w:pPr>
        <w:jc w:val="right"/>
      </w:pPr>
      <w:r>
        <w:t>ایگزیمپلز اف جرمنی جاپان چائنہ ائی السو ٹک دیٹ قرانک ورس ان ویری لمیٹڈ سینس ارلی یو ہیو</w:t>
      </w:r>
    </w:p>
    <w:p>
      <w:r>
        <w:rPr>
          <w:b/>
        </w:rPr>
        <w:t xml:space="preserve">[55:06] </w:t>
      </w:r>
      <w:r>
        <w:t>really made me discover this fact mashallah mashallah</w:t>
      </w:r>
    </w:p>
    <w:p>
      <w:pPr>
        <w:jc w:val="right"/>
      </w:pPr>
      <w:r>
        <w:t>ریلی میڈ می ڈسکور دس فیکٹ ماشاءاللہ ماشاءاللہ</w:t>
      </w:r>
    </w:p>
    <w:p>
      <w:r>
        <w:rPr>
          <w:b/>
        </w:rPr>
        <w:t xml:space="preserve">[55:13] </w:t>
      </w:r>
      <w:r>
        <w:t>dekhiye main jab bhi koi bhi baat karta hoon hamesha daleel se misaal se karta hoon kabhi yani</w:t>
      </w:r>
    </w:p>
    <w:p>
      <w:pPr>
        <w:jc w:val="right"/>
      </w:pPr>
      <w:r>
        <w:t>دیکھیے میں جب بھی کوئی بھی بات کرتا ہوں ہمیشہ دلیل سے مثال سے کرتا ہوں کبھی یعنی</w:t>
      </w:r>
    </w:p>
    <w:p>
      <w:r>
        <w:rPr>
          <w:b/>
        </w:rPr>
        <w:t xml:space="preserve">[55:19] </w:t>
      </w:r>
      <w:r>
        <w:t>vague andaaz mein koi baat nahi karta hoon aaj bhi maine koi vague andaaz mein koi baat</w:t>
      </w:r>
    </w:p>
    <w:p>
      <w:pPr>
        <w:jc w:val="right"/>
      </w:pPr>
      <w:r>
        <w:t>ویگ انداز میں کوئی بات نہیں کرتا ہوں اج بھی میں نے کوئی ویگ انداز میں کوئی بات</w:t>
      </w:r>
    </w:p>
    <w:p>
      <w:r>
        <w:rPr>
          <w:b/>
        </w:rPr>
        <w:t xml:space="preserve">[55:25] </w:t>
      </w:r>
      <w:r>
        <w:t>nahi ki aur jo hamare critic hain woh vague andaaz bolte hain farq dekhiye yahan farq dekhiye aaj</w:t>
      </w:r>
    </w:p>
    <w:p>
      <w:pPr>
        <w:jc w:val="right"/>
      </w:pPr>
      <w:r>
        <w:t>نہیں کی اور جو ہمارے کریٹیک ہیں وہ ویگ انداز بولتے ہیں فرق دیکھیے یہاں فرق دیکھیے اج</w:t>
      </w:r>
    </w:p>
    <w:p>
      <w:r>
        <w:rPr>
          <w:b/>
        </w:rPr>
        <w:t xml:space="preserve">[55:32] </w:t>
      </w:r>
      <w:r>
        <w:t>bhi maine vague andaaz mein koi baat nahi ki hai aur daleel di hai misaal di hai</w:t>
      </w:r>
    </w:p>
    <w:p>
      <w:pPr>
        <w:jc w:val="right"/>
      </w:pPr>
      <w:r>
        <w:t>بھی میں نے ویگ انداز میں کوئی بات نہیں کی ہے اور دلیل دی ہے مثال دی ہے</w:t>
      </w:r>
    </w:p>
    <w:p>
      <w:r>
        <w:rPr>
          <w:b/>
        </w:rPr>
        <w:t xml:space="preserve">[55:38] </w:t>
      </w:r>
      <w:r>
        <w:t>aur critic jo hai woh hamesha ya to eli</w:t>
      </w:r>
    </w:p>
    <w:p>
      <w:pPr>
        <w:jc w:val="right"/>
      </w:pPr>
      <w:r>
        <w:t>اور کریٹک جو ہے وہ ہمیشہ یا تو ایلی</w:t>
      </w:r>
    </w:p>
    <w:p>
      <w:r>
        <w:rPr>
          <w:b/>
        </w:rPr>
        <w:t xml:space="preserve">[55:44] </w:t>
      </w:r>
      <w:r>
        <w:t>gation ki zuban bolte hain ilzaam ki zuban ya phir vague remark dete hain aap samjhe mera matlab</w:t>
      </w:r>
    </w:p>
    <w:p>
      <w:pPr>
        <w:jc w:val="right"/>
      </w:pPr>
      <w:r>
        <w:t>گیشن کی زبان بولتے ہیں الزام کی زبان یا پھر ویگ ریمارک دیتے ہیں اپ سمجھے میرا مطلب</w:t>
      </w:r>
    </w:p>
    <w:p>
      <w:r>
        <w:rPr>
          <w:b/>
        </w:rPr>
        <w:t xml:space="preserve">[55:51] </w:t>
      </w:r>
      <w:r>
        <w:t>ji mere bare mein ya to allegation ki zuban bol denge yeh agent hain ke dushmanon ke</w:t>
      </w:r>
    </w:p>
    <w:p>
      <w:pPr>
        <w:jc w:val="right"/>
      </w:pPr>
      <w:r>
        <w:t>جی میرے بارے میں یا تو ایلیگیشن کی زبان بول دیں گے یہ ایجنٹ ہیں کہ دشمنوں کے</w:t>
      </w:r>
    </w:p>
    <w:p>
      <w:r>
        <w:rPr>
          <w:b/>
        </w:rPr>
        <w:t xml:space="preserve">[55:59] </w:t>
      </w:r>
      <w:r>
        <w:t>agent hain ya yeh kahenge ya hawaai baatein kahenge yani critic log hain unhein khud un</w:t>
      </w:r>
    </w:p>
    <w:p>
      <w:pPr>
        <w:jc w:val="right"/>
      </w:pPr>
      <w:r>
        <w:t>ایجنٹ ہیں یا یہ کہیں گے یا ہوائی باتیں کہیں گے یعنی کریٹک لوگ ہیں انہیں خود ان</w:t>
      </w:r>
    </w:p>
    <w:p>
      <w:r>
        <w:rPr>
          <w:b/>
        </w:rPr>
        <w:t xml:space="preserve">[56:06] </w:t>
      </w:r>
      <w:r>
        <w:t>se inspection karna chahiye ke kitna zabardast farq hai ke daleel ko aap counter karna chahte</w:t>
      </w:r>
    </w:p>
    <w:p>
      <w:pPr>
        <w:jc w:val="right"/>
      </w:pPr>
      <w:r>
        <w:t>سے اسپیکشن کرنا چاہیے کہ کتنا زبردست فرق ہے کہ دلیل کو اپ کاؤنٹر کرنا چاہتے</w:t>
      </w:r>
    </w:p>
    <w:p>
      <w:r>
        <w:rPr>
          <w:b/>
        </w:rPr>
        <w:t xml:space="preserve">[56:14] </w:t>
      </w:r>
      <w:r>
        <w:t>hain allegation se hain kaisi ajeeb baat hai koi aik bhi mera critic aisa nahi hai jo daleel</w:t>
      </w:r>
    </w:p>
    <w:p>
      <w:pPr>
        <w:jc w:val="right"/>
      </w:pPr>
      <w:r>
        <w:t>ہیں ایلیگیشن سے ہیں کیسی عجیب بات ہے کوئی ایک بھی میرا کریٹک ایسا نہیں ہے جو دلیل</w:t>
      </w:r>
    </w:p>
    <w:p>
      <w:r>
        <w:rPr>
          <w:b/>
        </w:rPr>
        <w:t xml:space="preserve">[56:21] </w:t>
      </w:r>
      <w:r>
        <w:t>ki zuban mein bolta ho koi aik bhi nahi sab hawaai bol bolte hain kehte hain aap jante</w:t>
      </w:r>
    </w:p>
    <w:p>
      <w:pPr>
        <w:jc w:val="right"/>
      </w:pPr>
      <w:r>
        <w:t>کی زبان میں بولتا ہو کوئی ایک بھی نہیں سب ہوائی بول بولتے ہیں کہتے ہیں اپ جانتے</w:t>
      </w:r>
    </w:p>
    <w:p>
      <w:r>
        <w:rPr>
          <w:b/>
        </w:rPr>
        <w:t xml:space="preserve">[56:29] </w:t>
      </w:r>
      <w:r>
        <w:t>hain aap kisi aisi critic ko jo daleel ki zuban bolta ho nahi molana i want to say</w:t>
      </w:r>
    </w:p>
    <w:p>
      <w:pPr>
        <w:jc w:val="right"/>
      </w:pPr>
      <w:r>
        <w:t>ہیں اپ کسی ایسی کریٹک کو جو دلیل کی زبان بولتا ہو نہیں مولانا ائی وانٹ ٹو سے</w:t>
      </w:r>
    </w:p>
    <w:p>
      <w:r>
        <w:rPr>
          <w:b/>
        </w:rPr>
        <w:t xml:space="preserve">[56:37] </w:t>
      </w:r>
      <w:r>
        <w:t>One thing today what you mentioned about the planning based on remnant that was something which really</w:t>
      </w:r>
    </w:p>
    <w:p>
      <w:pPr>
        <w:jc w:val="right"/>
      </w:pPr>
      <w:r>
        <w:t>ون تھنگ ٹوڈے واٹ یو مینشنڈ اباؤٹ دا پلاننگ بیسڈ ان ریمیننٹ دیٹ واز سمتھنگ وچ ریلی</w:t>
      </w:r>
    </w:p>
    <w:p>
      <w:r>
        <w:rPr>
          <w:b/>
        </w:rPr>
        <w:t xml:space="preserve">[56:44] </w:t>
      </w:r>
      <w:r>
        <w:t>for me was the crux of the of the day that you gave because remnant most of the times only brings out negativity but you showed a very positive aspect of what remains and that's extremely extremely important haan mashallah mashallah molana one other thing you have this is the reality of life because loss is definite part of life you have explained how to go a</w:t>
      </w:r>
    </w:p>
    <w:p>
      <w:pPr>
        <w:jc w:val="right"/>
      </w:pPr>
      <w:r>
        <w:t>فار می واز دا کرکس اف دا اف دا ڈے دیٹ یو گیو بیکاز ریمیننٹ موسٹ اف دا ٹائمز اونلی برنگز اؤٹ نیگیٹیوٹی بٹ یو شوڈ ا ویری پوزیٹیو اسپیکٹ اف واٹ ریمینز اینڈ دیٹس ایکسٹریملی ایکسٹریملی امپورٹنٹ ہاں ماشاءاللہ ماشاءاللہ مولانا ون ادر تھنگ یو ہیو دس از دا ریلیٹی اف لائف بیکاز لاس از ڈیفینیٹ پارٹ اف لائف یو ہیو ایکسپلین ہاؤ ٹو گو ا</w:t>
      </w:r>
    </w:p>
    <w:p>
      <w:r>
        <w:rPr>
          <w:b/>
        </w:rPr>
        <w:t xml:space="preserve">[57:14] </w:t>
      </w:r>
      <w:r>
        <w:t>head in spite of losses how to plan and succeed in spite of loss mashallah molana hamari socialization</w:t>
      </w:r>
    </w:p>
    <w:p>
      <w:pPr>
        <w:jc w:val="right"/>
      </w:pPr>
      <w:r>
        <w:t>ہیڈ ان سپائٹ اف لاسز ہاؤ ٹو پلان اینڈ سکسیڈ ان سپائٹ اف لاس ماشاءاللہ مولانا ہماری سوشلائزیشن</w:t>
      </w:r>
    </w:p>
    <w:p>
      <w:r>
        <w:rPr>
          <w:b/>
        </w:rPr>
        <w:t xml:space="preserve">[57:24] </w:t>
      </w:r>
      <w:r>
        <w:t>mein kya problem ho rahi hai ke jaise aap aik muslim society mein hi madarse se hi padh</w:t>
      </w:r>
    </w:p>
    <w:p>
      <w:pPr>
        <w:jc w:val="right"/>
      </w:pPr>
      <w:r>
        <w:t>میں کیا پرابلم ہو رہی ہے کہ جیسے اپ ایک مسلم سوسائٹی میں ہی مدرسے سے ہی پڑھ</w:t>
      </w:r>
    </w:p>
    <w:p>
      <w:r>
        <w:rPr>
          <w:b/>
        </w:rPr>
        <w:t xml:space="preserve">[57:34] </w:t>
      </w:r>
      <w:r>
        <w:t>ke aap ne ilm hasil kiya aur aap ke andar toosan tadabbur</w:t>
      </w:r>
    </w:p>
    <w:p>
      <w:pPr>
        <w:jc w:val="right"/>
      </w:pPr>
      <w:r>
        <w:t>کے اپ نے علم حاصل کیا اور اپ کے اندر توسن تدبر</w:t>
      </w:r>
    </w:p>
    <w:p>
      <w:r>
        <w:rPr>
          <w:b/>
        </w:rPr>
        <w:t xml:space="preserve">[57:44] </w:t>
      </w:r>
      <w:r>
        <w:t>tafakkur jaaga aur doosron mein nahi jaaga to yeh kya difference tha aap ki aap bringing mein ya</w:t>
      </w:r>
    </w:p>
    <w:p>
      <w:pPr>
        <w:jc w:val="right"/>
      </w:pPr>
      <w:r>
        <w:t>تفکر جاگا اور دوسروں میں نہیں جاگا تو یہ کیا ڈفرنس تھا اپ کی اپ برنگنگ میں یا</w:t>
      </w:r>
    </w:p>
    <w:p>
      <w:r>
        <w:rPr>
          <w:b/>
        </w:rPr>
        <w:t xml:space="preserve">[57:52] </w:t>
      </w:r>
      <w:r>
        <w:t>aap ke sath kya hua jo aap ke andar toosan tadabbur tafakkur jaaga aur aap awwal al-arbab bane</w:t>
      </w:r>
    </w:p>
    <w:p>
      <w:pPr>
        <w:jc w:val="right"/>
      </w:pPr>
      <w:r>
        <w:t>اپ کے ساتھ کیا ہوا جو اپ کے اندر توسن تدبر تفکر جاگا اور اپ اول الارباب بنے</w:t>
      </w:r>
    </w:p>
    <w:p>
      <w:r>
        <w:rPr>
          <w:b/>
        </w:rPr>
        <w:t xml:space="preserve">[58:00] </w:t>
      </w:r>
      <w:r>
        <w:t>aur doosre jo jinke andar tosan tadabbur tafakkur nahi jaaga aur woh aul al-arbaab nahi bane kya</w:t>
      </w:r>
    </w:p>
    <w:p>
      <w:pPr>
        <w:jc w:val="right"/>
      </w:pPr>
      <w:r>
        <w:t>اور دوسرے جو جن کے اندر توسن تدبر تفکر نہیں جاگا اور وہ اول الارباب نہیں بنے کیا</w:t>
      </w:r>
    </w:p>
    <w:p>
      <w:r>
        <w:rPr>
          <w:b/>
        </w:rPr>
        <w:t xml:space="preserve">[58:07] </w:t>
      </w:r>
      <w:r>
        <w:t>kami reh gayi are bhai koi yeh sawal agar kare ke kya</w:t>
      </w:r>
    </w:p>
    <w:p>
      <w:pPr>
        <w:jc w:val="right"/>
      </w:pPr>
      <w:r>
        <w:t>کمی رہ گئی ارے بھائی کوئی یہ سوال اگر کرے کہ کیا</w:t>
      </w:r>
    </w:p>
    <w:p>
      <w:r>
        <w:rPr>
          <w:b/>
        </w:rPr>
        <w:t xml:space="preserve">[58:15] </w:t>
      </w:r>
      <w:r>
        <w:t>baat hai kal to andhera tha aaj to nikal aaye to main to koi jawab meray pas nahi hoga aik hi jawab hai molana is ka aik hi jawab hai aap nay logic istemal kiya har cheez kay andar ji har soch kay peechay logic hai aap ka aur quran aur hadith kay sath is ko relate kiya hai dekhen main nay objective study ki main bachpan say yani logon kay darmiyan mein ta'assubat hotay hain ta'as</w:t>
      </w:r>
    </w:p>
    <w:p>
      <w:pPr>
        <w:jc w:val="right"/>
      </w:pPr>
      <w:r>
        <w:t>بات ہے کل تو اندھیرا تھا اج تو نکل ائے تو میں تو کوئی جواب میرے پاس نہیں ہوگا ایک ہی جواب ہے مولانا اس کا ایک ہی جواب ہے اپ نے لاجک استعمال کیا ہر چیز کے اندر جی ہر سوچ کے پیچھے لاجک ہے اپ کا اور قران اور حدیث کے ساتھ اس کو ریلیٹ کیا ہے دیکھیں میں نے ابجیکٹیو سٹڈی کی میں بچپن سے یعنی لوگوں کے درمیان میں تعصبات ہوتے ہیں تع</w:t>
      </w:r>
    </w:p>
    <w:p>
      <w:r>
        <w:rPr>
          <w:b/>
        </w:rPr>
        <w:t xml:space="preserve">[58:45] </w:t>
      </w:r>
      <w:r>
        <w:t>صبات ہوتے ہیں میرے ذہن میں کوئی تعصب نہیں یعنی biased thinking میرے اندر ذرا بھی نہیں ہے</w:t>
      </w:r>
    </w:p>
    <w:p>
      <w:pPr>
        <w:jc w:val="right"/>
      </w:pPr>
      <w:r>
        <w:t>صبات ہوتے ہیں میرے ذہن میں کوئی تعصب نہیں یعنی بائس تھنکنگ میرے اندر ذرا بھی نہیں ہے</w:t>
      </w:r>
    </w:p>
    <w:p>
      <w:r>
        <w:rPr>
          <w:b/>
        </w:rPr>
        <w:t xml:space="preserve">[58:52] </w:t>
      </w:r>
      <w:r>
        <w:t>bias thinking asal jad jo hai yahi yahi hai jitne log jo hain dusre sab kahin na kahin</w:t>
      </w:r>
    </w:p>
    <w:p>
      <w:pPr>
        <w:jc w:val="right"/>
      </w:pPr>
      <w:r>
        <w:t>بائس تھنکنگ اصل جڑ جو ہے یہی یہی ہے جتنے لوگ جو ہیں دوسرے سب کہیں نہ کہیں</w:t>
      </w:r>
    </w:p>
    <w:p>
      <w:r>
        <w:rPr>
          <w:b/>
        </w:rPr>
        <w:t xml:space="preserve">[59:00] </w:t>
      </w:r>
      <w:r>
        <w:t>kisi bahar se phanse hue hain kisi kisi bahar se phanse hue hain mislan mein ab kal ki</w:t>
      </w:r>
    </w:p>
    <w:p>
      <w:pPr>
        <w:jc w:val="right"/>
      </w:pPr>
      <w:r>
        <w:t>کسی باہر سے پھنسے ہوئے ہیں کسی کسی باہر سے پھنسے ہوئے ہیں مثلا میں اب کل کی</w:t>
      </w:r>
    </w:p>
    <w:p>
      <w:r>
        <w:rPr>
          <w:b/>
        </w:rPr>
        <w:t xml:space="preserve">[59:07] </w:t>
      </w:r>
      <w:r>
        <w:t>baat batata hoon kal mujhe ek discovery hui</w:t>
      </w:r>
    </w:p>
    <w:p>
      <w:pPr>
        <w:jc w:val="right"/>
      </w:pPr>
      <w:r>
        <w:t>بات بتاتا ہوں کل مجھے ایک ڈسکوری ہوئی</w:t>
      </w:r>
    </w:p>
    <w:p>
      <w:r>
        <w:rPr>
          <w:b/>
        </w:rPr>
        <w:t xml:space="preserve">[59:15] </w:t>
      </w:r>
      <w:r>
        <w:t>saare ulama duniya bhar ke ulama jo hai turkey ke bare mein negative hain mere ilm ka ek</w:t>
      </w:r>
    </w:p>
    <w:p>
      <w:pPr>
        <w:jc w:val="right"/>
      </w:pPr>
      <w:r>
        <w:t>سارے علماء دنیا بھر کے علماء جو ہے ٹرکی کے بارے میں نیگیٹیو ہیں میرے علم کا ایک</w:t>
      </w:r>
    </w:p>
    <w:p>
      <w:r>
        <w:rPr>
          <w:b/>
        </w:rPr>
        <w:t xml:space="preserve">[59:22] </w:t>
      </w:r>
      <w:r>
        <w:t>bhi aalim nahi hai jo negative na ho arabi non arabi mein negative nahi hoon to kya wajah</w:t>
      </w:r>
    </w:p>
    <w:p>
      <w:pPr>
        <w:jc w:val="right"/>
      </w:pPr>
      <w:r>
        <w:t>بھی عالم نہیں ہے جو نیگیٹیو نہ ہو عربی نان عربی میں نیگیٹیو نہیں ہوں تو کیا وجہ</w:t>
      </w:r>
    </w:p>
    <w:p>
      <w:r>
        <w:rPr>
          <w:b/>
        </w:rPr>
        <w:t xml:space="preserve">[59:30] </w:t>
      </w:r>
      <w:r>
        <w:t>hai yeh log negative kyun ho gaye kama ta'attul ke bare mein in ko baais ho gaya baais</w:t>
      </w:r>
    </w:p>
    <w:p>
      <w:pPr>
        <w:jc w:val="right"/>
      </w:pPr>
      <w:r>
        <w:t>ہے یہ لوگ نیگیٹیو کیوں ہو گئے کما تعطل کے بارے میں ان کو باعث ہو گیا باعث</w:t>
      </w:r>
    </w:p>
    <w:p>
      <w:r>
        <w:rPr>
          <w:b/>
        </w:rPr>
        <w:t xml:space="preserve">[59:37] </w:t>
      </w:r>
      <w:r>
        <w:t>kyun ise kamal ta'attul</w:t>
      </w:r>
    </w:p>
    <w:p>
      <w:pPr>
        <w:jc w:val="right"/>
      </w:pPr>
      <w:r>
        <w:t>کیوں اسے کمال تعطل</w:t>
      </w:r>
    </w:p>
    <w:p>
      <w:r>
        <w:rPr>
          <w:b/>
        </w:rPr>
        <w:t xml:space="preserve">[59:45] </w:t>
      </w:r>
      <w:r>
        <w:t>nay yeh keh diya ke sab hat pehno tarbooz utar do hat pehno sab log patloon pehno in baaton ko lay kar woh us kay baray mein negative ho gaye main yeh sab nahi sochta ke negative hat hat pehnay kay liye kaha to kiya us ko palarnay kay liye to kaha ya maslan us nay keh diya ke turkey zabaan jo hai woh us mein likhi jaye roman us mein main us mein bhi kuch req nahi kiya main nay us mein likho ya us mein likh</w:t>
      </w:r>
    </w:p>
    <w:p>
      <w:pPr>
        <w:jc w:val="right"/>
      </w:pPr>
      <w:r>
        <w:t>نے یہ کہہ دیا کہ سب ہیٹ پہنو تربوز اتار دو ہیٹ پہنو سب لوگ پتلون پہنو ان باتوں کو لے کر وہ اس کے بارے میں نیگیٹیو ہو گئے میں یہ سب نہیں سوچتا کہ نیگیٹیو ہیٹ ہیٹ پہنے کے لیے کہا تو کیا اس کو پلڑنے کے لیے تو کہا یا مثلا اس نے کہہ دیا کہ ترکی زبان جو ہے وہ اس میں لکھی جائے رومن اس میں میں اس میں بھی کچھ ریک نہیں کیا میں نے اس میں لکھو یا اس میں لکھ</w:t>
      </w:r>
    </w:p>
    <w:p>
      <w:r>
        <w:rPr>
          <w:b/>
        </w:rPr>
        <w:t xml:space="preserve">[1:00:15] </w:t>
      </w:r>
      <w:r>
        <w:t>woh lekin isi ko le kar ghussa ho gaya saare ulama saare hi ulama one to all achha</w:t>
      </w:r>
    </w:p>
    <w:p>
      <w:pPr>
        <w:jc w:val="right"/>
      </w:pPr>
      <w:r>
        <w:t>و لیکن اسی کو لے کر غصہ ہو گیا سارے علماء سارے ہی علماء ون ٹو ال اچھا</w:t>
      </w:r>
    </w:p>
    <w:p>
      <w:r>
        <w:rPr>
          <w:b/>
        </w:rPr>
        <w:t xml:space="preserve">[1:00:22] </w:t>
      </w:r>
      <w:r>
        <w:t>mein chunaanche is par negative nahi hua to mein sochta raha sochta raha sochta to kal maine</w:t>
      </w:r>
    </w:p>
    <w:p>
      <w:pPr>
        <w:jc w:val="right"/>
      </w:pPr>
      <w:r>
        <w:t>میں چونکہ اس پر نیگیٹیو نہیں ہوا تو میں سوچتا رہا سوچتا رہا سوچتا تو کل میں نے</w:t>
      </w:r>
    </w:p>
    <w:p>
      <w:r>
        <w:rPr>
          <w:b/>
        </w:rPr>
        <w:t xml:space="preserve">[1:00:30] </w:t>
      </w:r>
      <w:r>
        <w:t>discover kiya ke har country jisne taraqqi ki hai iska koi founder father hai har taraf</w:t>
      </w:r>
    </w:p>
    <w:p>
      <w:pPr>
        <w:jc w:val="right"/>
      </w:pPr>
      <w:r>
        <w:t>ڈسکور کیا کہ ہر کنٹری جس نے ترقی کی ہے اس کا کوئی فاؤنڈر فادر ہے ہر طرف</w:t>
      </w:r>
    </w:p>
    <w:p>
      <w:r>
        <w:rPr>
          <w:b/>
        </w:rPr>
        <w:t xml:space="preserve">[1:00:37] </w:t>
      </w:r>
      <w:r>
        <w:t>ki america ke koi founder father hai germany ka bhi japan ka bhi ek abhi maine kal ek</w:t>
      </w:r>
    </w:p>
    <w:p>
      <w:pPr>
        <w:jc w:val="right"/>
      </w:pPr>
      <w:r>
        <w:t>کی امریکہ کے کوئی فاؤنڈر فادر ہے جرمنی کا بھی جاپان کا بھی ایک ابھی میں نے کل ایک</w:t>
      </w:r>
    </w:p>
    <w:p>
      <w:r>
        <w:rPr>
          <w:b/>
        </w:rPr>
        <w:t xml:space="preserve">[1:00:45] </w:t>
      </w:r>
      <w:r>
        <w:t>is mein likha ek article to log to turkey ke jo ataturk jo hai is ko bilkul</w:t>
      </w:r>
    </w:p>
    <w:p>
      <w:pPr>
        <w:jc w:val="right"/>
      </w:pPr>
      <w:r>
        <w:t>اس میں لکھا ایک ارٹیکل تو لوگ تو ترکی کے جو اتا ترک جو ہے اس کو بالکل</w:t>
      </w:r>
    </w:p>
    <w:p>
      <w:r>
        <w:rPr>
          <w:b/>
        </w:rPr>
        <w:t xml:space="preserve">[1:00:52] </w:t>
      </w:r>
      <w:r>
        <w:t>shaitan samajhte the mein kal discovery wahi to wahi to hai founder father for turkey ka aaj turkey</w:t>
      </w:r>
    </w:p>
    <w:p>
      <w:pPr>
        <w:jc w:val="right"/>
      </w:pPr>
      <w:r>
        <w:t>شیطان سمجھتے تھے میں کل ڈسکوری وہی تو وہی تو ہے فاؤنڈر فار فار ترکی کا اج ترکی</w:t>
      </w:r>
    </w:p>
    <w:p>
      <w:r>
        <w:rPr>
          <w:b/>
        </w:rPr>
        <w:t xml:space="preserve">[1:01:00] </w:t>
      </w:r>
      <w:r>
        <w:t>yeh sab log mante hain ke duniya ke yani duniya mein 50 se zyada muslim countries hain aur</w:t>
      </w:r>
    </w:p>
    <w:p>
      <w:pPr>
        <w:jc w:val="right"/>
      </w:pPr>
      <w:r>
        <w:t>یہ سب لوگ مانتے ہیں کہ دنیا کے یعنی دنیا میں 50 سے زیادہ مسلم کنٹریز ہیں اور</w:t>
      </w:r>
    </w:p>
    <w:p>
      <w:r>
        <w:rPr>
          <w:b/>
        </w:rPr>
        <w:t xml:space="preserve">[1:01:08] </w:t>
      </w:r>
      <w:r>
        <w:t>sab mein zyada</w:t>
      </w:r>
    </w:p>
    <w:p>
      <w:pPr>
        <w:jc w:val="right"/>
      </w:pPr>
      <w:r>
        <w:t>سب میں زیادہ</w:t>
      </w:r>
    </w:p>
    <w:p>
      <w:r>
        <w:rPr>
          <w:b/>
        </w:rPr>
        <w:t xml:space="preserve">[1:01:15] </w:t>
      </w:r>
      <w:r>
        <w:t>developed country turkey hai turkey hai to yeh kaise mein sochta tha kaise ban gaya turkey to ata</w:t>
      </w:r>
    </w:p>
    <w:p>
      <w:pPr>
        <w:jc w:val="right"/>
      </w:pPr>
      <w:r>
        <w:t>ڈیولپ کنٹری ترکی ہے ترکی ہے تو یہ کیسے میں سوچتا تھا کیسے بن گیا ترکی تو اتا</w:t>
      </w:r>
    </w:p>
    <w:p>
      <w:r>
        <w:rPr>
          <w:b/>
        </w:rPr>
        <w:t xml:space="preserve">[1:01:23] </w:t>
      </w:r>
      <w:r>
        <w:t>turk jo tha wahi founder father hai turkey ka sirf yeh hai ke is ne kuch harsh qism</w:t>
      </w:r>
    </w:p>
    <w:p>
      <w:pPr>
        <w:jc w:val="right"/>
      </w:pPr>
      <w:r>
        <w:t>ترک جو تھا وہی فاؤنڈر فادر ہے ترکی کا صرف یہ ہے کہ اس نے کچھ ہارش قسم</w:t>
      </w:r>
    </w:p>
    <w:p>
      <w:r>
        <w:rPr>
          <w:b/>
        </w:rPr>
        <w:t xml:space="preserve">[1:01:30] </w:t>
      </w:r>
      <w:r>
        <w:t>ke tareeqa ikhtiyar kiye harsh qism ke to isi harsh tareeqe ko le kar ke is ke negative</w:t>
      </w:r>
    </w:p>
    <w:p>
      <w:pPr>
        <w:jc w:val="right"/>
      </w:pPr>
      <w:r>
        <w:t>کے طریقہ اختیار کیے ہارش قسم کے تو اسی ہارش طریقے کو لے کر کے اس کے نیگیٹیو</w:t>
      </w:r>
    </w:p>
    <w:p>
      <w:r>
        <w:rPr>
          <w:b/>
        </w:rPr>
        <w:t xml:space="preserve">[1:01:38] </w:t>
      </w:r>
      <w:r>
        <w:t>ho gaye mein yeh nahi sochta ke harsh tareeqe se koi mujhe</w:t>
      </w:r>
    </w:p>
    <w:p>
      <w:pPr>
        <w:jc w:val="right"/>
      </w:pPr>
      <w:r>
        <w:t>ہو گئے میں یہ نہیں سوچتا کہ ہارش طریقے سے کوئی مجھے</w:t>
      </w:r>
    </w:p>
    <w:p>
      <w:r>
        <w:rPr>
          <w:b/>
        </w:rPr>
        <w:t xml:space="preserve">[1:01:45] </w:t>
      </w:r>
      <w:r>
        <w:t>farz kiya danda maar ke kahay jhoot mat bolo to main kahoon ga theek hai jhoot nahi boloon ga mujhe ghussa nahi aaye ga mujh ko yeh dekhun ga ke danda maar ke kaha us nay sach baat to sach kahi hai to ataturk jo tha kuch harsh tareeqay ikhtiyar kiye lekin maqsad sahi tha us ka ke us ka tha modernize karna turkey ko modernize karna turkey para hua tha wahi astramilbay mein astramilbay mein para hua tha us</w:t>
      </w:r>
    </w:p>
    <w:p>
      <w:pPr>
        <w:jc w:val="right"/>
      </w:pPr>
      <w:r>
        <w:t>فرض کیا ڈنڈا مار کے کہے جھوٹ مت بولو تو میں کہوں گا ٹھیک ہے جھوٹ نہیں بولوں گا مجھے غصہ نہیں ائے گا مجھ کو یہ دیکھوں گا کہ ڈنڈا مار کے کہا اس نے سچ بات تو سچ کہی ہے تو اتا ترک جو تھا کچھ ہارش طریقے اختیار کیے لیکن مقصد صحیح تھا اس کا کہ اس کا تھا ماڈرنائز کرنا ترکی کو ماڈرنائز کرنا ترکی پڑا ہوا تھا وہی اسٹر ملبے میں اسٹر ملبے میں پڑا ہوا تھا اس</w:t>
      </w:r>
    </w:p>
    <w:p>
      <w:r>
        <w:rPr>
          <w:b/>
        </w:rPr>
        <w:t xml:space="preserve">[1:02:15] </w:t>
      </w:r>
      <w:r>
        <w:t>ne chaha modernize kare to kuch tareeqe is ne harsh ikhtiyar kiye to mein is ko to mein</w:t>
      </w:r>
    </w:p>
    <w:p>
      <w:pPr>
        <w:jc w:val="right"/>
      </w:pPr>
      <w:r>
        <w:t>نے چاہا ماڈرنائز کرے تو کچھ طریقے اس نے ہارش اختیار کیے تو میں اس کو تو میں</w:t>
      </w:r>
    </w:p>
    <w:p>
      <w:r>
        <w:rPr>
          <w:b/>
        </w:rPr>
        <w:t xml:space="preserve">[1:02:24] </w:t>
      </w:r>
      <w:r>
        <w:t>discover kar paaya mein ke ataturk jo hai wahi modern turkey ka founder father hai log kahein</w:t>
      </w:r>
    </w:p>
    <w:p>
      <w:pPr>
        <w:jc w:val="right"/>
      </w:pPr>
      <w:r>
        <w:t>ڈسکور کر پایا میں کہ اتا ترک جو ہے وہی ماڈرن ٹرکی کا فاؤنڈر فادر ہے لوگ کہیں</w:t>
      </w:r>
    </w:p>
    <w:p>
      <w:r>
        <w:rPr>
          <w:b/>
        </w:rPr>
        <w:t xml:space="preserve">[1:02:32] </w:t>
      </w:r>
      <w:r>
        <w:t>log jo hai foran baais mein pad jaate hain baais thinking bahut yeh yeh jo dushman hai yeh</w:t>
      </w:r>
    </w:p>
    <w:p>
      <w:pPr>
        <w:jc w:val="right"/>
      </w:pPr>
      <w:r>
        <w:t>لوگ جو ہے فورا باعث میں پڑ جاتے ہیں باعث تھنکنگ بہت یہ یہ جو دشمن ہے یہ</w:t>
      </w:r>
    </w:p>
    <w:p>
      <w:r>
        <w:rPr>
          <w:b/>
        </w:rPr>
        <w:t xml:space="preserve">[1:02:40] </w:t>
      </w:r>
      <w:r>
        <w:t>sazishi hai use pad jaate hain</w:t>
      </w:r>
    </w:p>
    <w:p>
      <w:pPr>
        <w:jc w:val="right"/>
      </w:pPr>
      <w:r>
        <w:t>سازشی ہے اسے پڑ جاتے ہیں</w:t>
      </w:r>
    </w:p>
    <w:p>
      <w:r>
        <w:rPr>
          <w:b/>
        </w:rPr>
        <w:t xml:space="preserve">[1:02:48] </w:t>
      </w:r>
      <w:r>
        <w:t>to jar jo hai mere nazdeek objective thinking hai subjective thinking saari buraiyon ki jar hai objective thinking</w:t>
      </w:r>
    </w:p>
    <w:p>
      <w:pPr>
        <w:jc w:val="right"/>
      </w:pPr>
      <w:r>
        <w:t>تو جڑ جو ہے میرے نزدیک ابجیکٹو تھنکنگ ہے سبجیکٹو تھنکنگ ساری برائیوں کی جڑ ہے ابجیکٹو تھنکنگ</w:t>
      </w:r>
    </w:p>
    <w:p>
      <w:r>
        <w:rPr>
          <w:b/>
        </w:rPr>
        <w:t xml:space="preserve">[1:02:56] </w:t>
      </w:r>
      <w:r>
        <w:t>sari achhaiyon ki jar hai molana ye doctor muslma siddiqi ka dehli se.</w:t>
      </w:r>
    </w:p>
    <w:p>
      <w:pPr>
        <w:jc w:val="right"/>
      </w:pPr>
      <w:r>
        <w:t>ساری اچھائیوں کی جڑ ہے مولانا یہ ڈاکٹر مسلمہ صدیقی کا دہلی سے.</w:t>
      </w:r>
    </w:p>
    <w:p>
      <w:r>
        <w:rPr>
          <w:b/>
        </w:rPr>
        <w:t xml:space="preserve">[1:03:03] </w:t>
      </w:r>
      <w:r>
        <w:t>han mujhe quran ki bat yad arhi hai ke khuda ne kaha kia ye koi aur deen chahte</w:t>
      </w:r>
    </w:p>
    <w:p>
      <w:pPr>
        <w:jc w:val="right"/>
      </w:pPr>
      <w:r>
        <w:t>ہاں مجھے قران کی بات یاد ارہی ہے کہ خدا نے کہا کیا یہ کوئی اور دین چاہتے</w:t>
      </w:r>
    </w:p>
    <w:p>
      <w:r>
        <w:rPr>
          <w:b/>
        </w:rPr>
        <w:t xml:space="preserve">[1:03:11] </w:t>
      </w:r>
      <w:r>
        <w:t>hain jabke zameen aur asman isi deen ko apnae hue hain aur ek hadith ka unhon ne zikr</w:t>
      </w:r>
    </w:p>
    <w:p>
      <w:pPr>
        <w:jc w:val="right"/>
      </w:pPr>
      <w:r>
        <w:t>ہیں جبکہ زمین اور اسمان اسی دین کو اپنائے ہوئے ہیں اور ایک حدیث کا انہوں نے ذکر</w:t>
      </w:r>
    </w:p>
    <w:p>
      <w:r>
        <w:rPr>
          <w:b/>
        </w:rPr>
        <w:t xml:space="preserve">[1:03:18] </w:t>
      </w:r>
      <w:r>
        <w:t>kia hai jab khuda ne jo cheez pes par rakhi hai wo violence par nahi rakhi hai aur</w:t>
      </w:r>
    </w:p>
    <w:p>
      <w:pPr>
        <w:jc w:val="right"/>
      </w:pPr>
      <w:r>
        <w:t>کیا ہے جب خدا نے جو چیز پیس پر رکھی ہے وہ وائیلنس پر نہیں رکھی ہے اور</w:t>
      </w:r>
    </w:p>
    <w:p>
      <w:r>
        <w:rPr>
          <w:b/>
        </w:rPr>
        <w:t xml:space="preserve">[1:03:26] </w:t>
      </w:r>
      <w:r>
        <w:t>khateeb asrar sahib chennai se likhte hain molana ap ek hi wahid scholar hain jo hundred percent ideology</w:t>
      </w:r>
    </w:p>
    <w:p>
      <w:pPr>
        <w:jc w:val="right"/>
      </w:pPr>
      <w:r>
        <w:t>خطیب اسرار صاحب چنئی سے لکھتے ہیں مولانا اپ ایک ہی واحد اسکالر ہیں جو ہنڈریڈ پرسنٹ ائیڈیالوجی</w:t>
      </w:r>
    </w:p>
    <w:p>
      <w:r>
        <w:rPr>
          <w:b/>
        </w:rPr>
        <w:t xml:space="preserve">[1:03:34] </w:t>
      </w:r>
      <w:r>
        <w:t>peace ki ideology ko wazeh karte hain quran aur hadith ki roshni mein aur molana aaj aap ne</w:t>
      </w:r>
    </w:p>
    <w:p>
      <w:pPr>
        <w:jc w:val="right"/>
      </w:pPr>
      <w:r>
        <w:t>پیس کی ائیڈیالوجی کو واضح کرتے ہیں قران اور حدیث کی روشنی میں اور مولانا اج اپ نے</w:t>
      </w:r>
    </w:p>
    <w:p>
      <w:r>
        <w:rPr>
          <w:b/>
        </w:rPr>
        <w:t xml:space="preserve">[1:03:41] </w:t>
      </w:r>
      <w:r>
        <w:t>jo qanaat ke jo explanation diya ke baqi mandah par</w:t>
      </w:r>
    </w:p>
    <w:p>
      <w:pPr>
        <w:jc w:val="right"/>
      </w:pPr>
      <w:r>
        <w:t>جو قناعت کے جو ایکسپلینیشن دیا کہ باقی ماندہ پر</w:t>
      </w:r>
    </w:p>
    <w:p>
      <w:r>
        <w:rPr>
          <w:b/>
        </w:rPr>
        <w:t xml:space="preserve">[1:03:49] </w:t>
      </w:r>
      <w:r>
        <w:t>ko qabool kar lena aur isi par apne judo jehad karna ye bhi ek nai cheez hai mere liye</w:t>
      </w:r>
    </w:p>
    <w:p>
      <w:pPr>
        <w:jc w:val="right"/>
      </w:pPr>
      <w:r>
        <w:t>کو قبول کر لینا اور اسی پر اپنے جدوجہد کرنا یہ بھی ایک نئی چیز ہے میرے لیے</w:t>
      </w:r>
    </w:p>
    <w:p>
      <w:r>
        <w:rPr>
          <w:b/>
        </w:rPr>
        <w:t xml:space="preserve">[1:03:55] </w:t>
      </w:r>
      <w:r>
        <w:t>ایک نیا ایکسپلینیشن ہے یہ قناعت کا This question is in regards to today's lecture which you gave</w:t>
      </w:r>
    </w:p>
    <w:p>
      <w:pPr>
        <w:jc w:val="right"/>
      </w:pPr>
      <w:r>
        <w:t>ایک نیا ایکسپلینیشن ہے یہ قناعت کا دس کویسچن از ان ریگارڈز ٹو ٹوڈے لیکچر وچ یو گیو</w:t>
      </w:r>
    </w:p>
    <w:p>
      <w:r>
        <w:rPr>
          <w:b/>
        </w:rPr>
        <w:t xml:space="preserve">[1:04:01] </w:t>
      </w:r>
      <w:r>
        <w:t>molana aap ne kaha ke history evidence hoti hai aur jaise aap ne germany aur japan aur china</w:t>
      </w:r>
    </w:p>
    <w:p>
      <w:pPr>
        <w:jc w:val="right"/>
      </w:pPr>
      <w:r>
        <w:t>مولانا اپ نے کہا کہ ہسٹری ایویڈنس ہوتی ہے اور جیسے اپ نے جرمنی اور جاپان اور چائنہ</w:t>
      </w:r>
    </w:p>
    <w:p>
      <w:r>
        <w:rPr>
          <w:b/>
        </w:rPr>
        <w:t xml:space="preserve">[1:04:07] </w:t>
      </w:r>
      <w:r>
        <w:t>ka misal diya hamein ye hum ye conclude kar lete hain ke jab unhon ne political aur economical</w:t>
      </w:r>
    </w:p>
    <w:p>
      <w:pPr>
        <w:jc w:val="right"/>
      </w:pPr>
      <w:r>
        <w:t>کا مثال دیا ہمیں یہ ہم یہ کنکلوڈ کر لیتے ہیں کہ جب انہوں نے پولیٹیکل اور اکنامیکل</w:t>
      </w:r>
    </w:p>
    <w:p>
      <w:r>
        <w:rPr>
          <w:b/>
        </w:rPr>
        <w:t xml:space="preserve">[1:04:13] </w:t>
      </w:r>
      <w:r>
        <w:t>reforms mein zyada emphasis diya</w:t>
      </w:r>
    </w:p>
    <w:p>
      <w:pPr>
        <w:jc w:val="right"/>
      </w:pPr>
      <w:r>
        <w:t>ریفارمز میں زیادہ ایمفیسز دیا</w:t>
      </w:r>
    </w:p>
    <w:p>
      <w:r>
        <w:rPr>
          <w:b/>
        </w:rPr>
        <w:t xml:space="preserve">[1:04:19] </w:t>
      </w:r>
      <w:r>
        <w:t>apnay country ka to woh log successful state ban gaye aur history mein aur hamaray pas aik aur misaal hai ke jab hum jab musalmanon nay deeni tehreekein kay peechay chalay gaye to aaj kay dunya mein saray behas aur jang aur ladaai ka lag bhag wahi waja ban jatay hain lekin logically agar us ko dekha jaye to aisa yeh to ulta ho gaya kyunkay sari ladaai to political reasons ki waja say hoti hain aur islam to peaceful reason to should be the reason of peace lekin aisay case</w:t>
      </w:r>
    </w:p>
    <w:p>
      <w:pPr>
        <w:jc w:val="right"/>
      </w:pPr>
      <w:r>
        <w:t>اپنے کنٹری کا تو وہ لوگ سکسیس فل سٹیٹ بن گئے اور ہسٹری میں اور ہمارے پاس ایک اور مثال ہے کہ جب ہم جب مسلمانوں نے دینی تحریکیں کے پیچھے چلے گئے تو اج کے دنیا میں سارے بحث اور جنگ اور لڑائی کا لگ بھگ وہی وجہ بن جاتے ہیں لیکن لوجیکلی اگر اس کو دیکھا جائے تو ایسا یہ تو الٹا ہو گیا کیونکہ ساری لڑائی تو پولیٹیکل ریزنز کی وجہ سے ہوتی ہیں اور اسلام تو پیس فل ریزن تو شوڈ بی دا ریزن اف پیس لیکن ایسے کیس</w:t>
      </w:r>
    </w:p>
    <w:p>
      <w:r>
        <w:rPr>
          <w:b/>
        </w:rPr>
        <w:t xml:space="preserve">[1:04:49] </w:t>
      </w:r>
      <w:r>
        <w:t>e ho gaya ke political political reforms become the reason of peace in this countries and islamic reforms</w:t>
      </w:r>
    </w:p>
    <w:p>
      <w:pPr>
        <w:jc w:val="right"/>
      </w:pPr>
      <w:r>
        <w:t>ے ہو گیا کہ پولیٹیکل پولیٹیکل ریفارمز بیکم دی ریزن اف پیس ان دس کنٹریز اینڈ اسلامک ریفارمز</w:t>
      </w:r>
    </w:p>
    <w:p>
      <w:r>
        <w:rPr>
          <w:b/>
        </w:rPr>
        <w:t xml:space="preserve">[1:04:55] </w:t>
      </w:r>
      <w:r>
        <w:t>become the reason of violence in this countries dekhiye ye aap ki hamari kitab padh lijye pehle phir</w:t>
      </w:r>
    </w:p>
    <w:p>
      <w:pPr>
        <w:jc w:val="right"/>
      </w:pPr>
      <w:r>
        <w:t>بیکم دی ریزن اف وائیلنس ان دس کنٹریز دیکھیے یہ اپ کی ہماری کتاب پڑھ لیجئے پہلے پھر</w:t>
      </w:r>
    </w:p>
    <w:p>
      <w:r>
        <w:rPr>
          <w:b/>
        </w:rPr>
        <w:t xml:space="preserve">[1:05:01] </w:t>
      </w:r>
      <w:r>
        <w:t>sawal kijiye ye sawal aap ka jo hai ek waqai ek sawal hai lekin ek kitab padh lijye</w:t>
      </w:r>
    </w:p>
    <w:p>
      <w:pPr>
        <w:jc w:val="right"/>
      </w:pPr>
      <w:r>
        <w:t>سوال کیجئے یہ سوال اپ کا جو ہے ایک واقعی ایک سوال ہے لیکن ایک کتاب پڑھ لیجئے</w:t>
      </w:r>
    </w:p>
    <w:p>
      <w:r>
        <w:rPr>
          <w:b/>
        </w:rPr>
        <w:t xml:space="preserve">[1:05:07] </w:t>
      </w:r>
      <w:r>
        <w:t>ap wo kitab ka naam hai urdu mein english dono zubanon mein wo available hai islam the creator</w:t>
      </w:r>
    </w:p>
    <w:p>
      <w:pPr>
        <w:jc w:val="right"/>
      </w:pPr>
      <w:r>
        <w:t>اپ وہ کتاب کا نام ہے اردو میں انگلش دونوں زبانوں میں وہ اویلیبل ہے اسلام دا کریٹر</w:t>
      </w:r>
    </w:p>
    <w:p>
      <w:r>
        <w:rPr>
          <w:b/>
        </w:rPr>
        <w:t xml:space="preserve">[1:05:13] </w:t>
      </w:r>
      <w:r>
        <w:t>of modern age islam</w:t>
      </w:r>
    </w:p>
    <w:p>
      <w:pPr>
        <w:jc w:val="right"/>
      </w:pPr>
      <w:r>
        <w:t>اف ماڈرن ایج اسلام</w:t>
      </w:r>
    </w:p>
    <w:p>
      <w:r>
        <w:rPr>
          <w:b/>
        </w:rPr>
        <w:t xml:space="preserve">[1:05:19] </w:t>
      </w:r>
      <w:r>
        <w:t>door khaliq is ko pehle aap padh lijye phir agle sunday ko aap bataiye kyunke wo jo aap</w:t>
      </w:r>
    </w:p>
    <w:p>
      <w:pPr>
        <w:jc w:val="right"/>
      </w:pPr>
      <w:r>
        <w:t>دور خالق اس کو پہلے اپ پڑھ لیجئے پھر اگلے سنڈے کو اپ بتائیے کیونکہ وہ جو اپ</w:t>
      </w:r>
    </w:p>
    <w:p>
      <w:r>
        <w:rPr>
          <w:b/>
        </w:rPr>
        <w:t xml:space="preserve">[1:05:25] </w:t>
      </w:r>
      <w:r>
        <w:t>نے فرمایا وہ misunderstanding ہے اس misunderstanding کو سمجھنے کے لیے اپ اس کتاب کو پڑھ</w:t>
      </w:r>
    </w:p>
    <w:p>
      <w:pPr>
        <w:jc w:val="right"/>
      </w:pPr>
      <w:r>
        <w:t>نے فرمایا وہ مس انڈرسٹینڈنگ ہے اس مس انڈرسٹینڈنگ کو سمجھنے کے لیے اپ اس کتاب کو پڑھ</w:t>
      </w:r>
    </w:p>
    <w:p>
      <w:r>
        <w:rPr>
          <w:b/>
        </w:rPr>
        <w:t xml:space="preserve">[1:05:31] </w:t>
      </w:r>
      <w:r>
        <w:t>لیجئے یعنی وہ اپ کا جو سوال ہے وہ that is based on misunderstanding ہسٹری پہ بیس</w:t>
      </w:r>
    </w:p>
    <w:p>
      <w:pPr>
        <w:jc w:val="right"/>
      </w:pPr>
      <w:r>
        <w:t>لیجئے یعنی وہ اپ کا جو سوال ہے وہ دیٹ از بیسڈ ان مس انڈرسٹینڈنگ ہسٹری پہ بیس</w:t>
      </w:r>
    </w:p>
    <w:p>
      <w:r>
        <w:rPr>
          <w:b/>
        </w:rPr>
        <w:t xml:space="preserve">[1:05:37] </w:t>
      </w:r>
      <w:r>
        <w:t>nahi karta hai wo history pe base nahi karta wo misunderstanding ko base karta hai jaise mushkil</w:t>
      </w:r>
    </w:p>
    <w:p>
      <w:pPr>
        <w:jc w:val="right"/>
      </w:pPr>
      <w:r>
        <w:t>نہیں کرتا ہے وہ ہسٹری پہ بیس نہیں کرتا وہ مس انڈرسٹینڈنگ کو بیس کرتا ہے جیسے مشکل</w:t>
      </w:r>
    </w:p>
    <w:p>
      <w:r>
        <w:rPr>
          <w:b/>
        </w:rPr>
        <w:t xml:space="preserve">[1:05:43] </w:t>
      </w:r>
      <w:r>
        <w:t>log kehte hain ke bjp ke agent to wo history</w:t>
      </w:r>
    </w:p>
    <w:p>
      <w:pPr>
        <w:jc w:val="right"/>
      </w:pPr>
      <w:r>
        <w:t>لوگ کہتے ہیں کہ بی جے پی کے ایجنٹ تو وہ ہسٹری</w:t>
      </w:r>
    </w:p>
    <w:p>
      <w:r>
        <w:rPr>
          <w:b/>
        </w:rPr>
        <w:t xml:space="preserve">[1:05:49] </w:t>
      </w:r>
      <w:r>
        <w:t>mere waqe pe base kar raha hai ke thodi base kar raha hai ap ko pata hai ke mushkil kehte hain bjp ke agent hai yaar yeh to hawaai baat hai yeh ek molana mein ek meri query agar hai yeh jo iran ka islamic revolution jise kehte hain jo khomeini ki koshishon se is tarah se aaya is ke bare mein ap ka kya khayal hai ke yeh islamic revolution hai ya kis tarah se ya waqai islam applied hai wahan pe iran mein ya kis tarah se ap is ko kis perspective mein dekh</w:t>
      </w:r>
    </w:p>
    <w:p>
      <w:pPr>
        <w:jc w:val="right"/>
      </w:pPr>
      <w:r>
        <w:t>میرے واقعہ پہ بیس کر رہا ہے کہ تھوڑی بیس کر رہا ہے اپ کو پتہ ہے کہ مشکل کہتے ہیں بی جے پی کے ایجنٹ ہے یار یہ تو ہوائی بات ہے یہ ایک مولانا میں ایک میری کوئری اگر ہے یہ جو ایران کا اسلامک ریولوشن جسے کہتے ہیں جو خمینی کی کوششوں سے اس طرح سے ایا اس کے بارے میں اپ کا کیا خیال ہے کہ یہ اسلامک ریولوشن ہے یا کس طرح سے یا واقعی اسلام اپلائیڈ ہے وہاں پہ ایران میں یا کس طرح سے اپ اس کو کس پرسپیکٹو میں دیکھ</w:t>
      </w:r>
    </w:p>
    <w:p>
      <w:r>
        <w:rPr>
          <w:b/>
        </w:rPr>
        <w:t xml:space="preserve">[1:06:19] </w:t>
      </w:r>
      <w:r>
        <w:t>te hain iran ke bare mein iran ke bare mein dekhiye iran ke jab aaya tha inqilab to mujhe yaad hai pakistan ke abu modi sahib ne kaha tha ke iran ka inqilab khalis islami inqilab hai usi waqt mein ne likha tha ke bilkul yani yani bilkul be baseless baat hai yeh iran ka inqilab har</w:t>
      </w:r>
    </w:p>
    <w:p>
      <w:pPr>
        <w:jc w:val="right"/>
      </w:pPr>
      <w:r>
        <w:t>تے ہیں ایران کے بارے میں ایران کے بارے میں دیکھیے ایران کے جب ایا تھا انقلاب تو مجھے یاد ہے پاکستان کے ابو مودی صاحب نے کہا تھا کہ ایران کا انقلاب خالص اسلامی انقلاب ہے اسی وقت میں نے لکھا تھا کہ بالکل یعنی یعنی بالکل بے بیسلیس بات ہے یہ ایران کا انقلاب ہر</w:t>
      </w:r>
    </w:p>
    <w:p>
      <w:r>
        <w:rPr>
          <w:b/>
        </w:rPr>
        <w:t xml:space="preserve">[1:06:49] </w:t>
      </w:r>
      <w:r>
        <w:t>guz harghiz islami inqilab na tha na hai wo to wo sahi lafz mein kahun mein to wo</w:t>
      </w:r>
    </w:p>
    <w:p>
      <w:pPr>
        <w:jc w:val="right"/>
      </w:pPr>
      <w:r>
        <w:t>گز ہرگز اسلامی انقلاب نہ تھا نہ ہے وہ تو وہ صحیح لفظ میں کہوں میں تو وہ</w:t>
      </w:r>
    </w:p>
    <w:p>
      <w:r>
        <w:rPr>
          <w:b/>
        </w:rPr>
        <w:t xml:space="preserve">[1:06:59] </w:t>
      </w:r>
      <w:r>
        <w:t>tha wo coup tha coup sirf ye farq hai wo coup color color ji</w:t>
      </w:r>
    </w:p>
    <w:p>
      <w:pPr>
        <w:jc w:val="right"/>
      </w:pPr>
      <w:r>
        <w:t>تھا وہ کو تھا سی او یو پی کو صرف یہ فرق ہے وہ کو کلر کلر جی</w:t>
      </w:r>
    </w:p>
    <w:p>
      <w:r>
        <w:rPr>
          <w:b/>
        </w:rPr>
        <w:t xml:space="preserve">[1:07:10] </w:t>
      </w:r>
      <w:r>
        <w:t>ne organize kiya tha coup organize by color ji ye aam taur par jo hai fauji karte hain kyunke</w:t>
      </w:r>
    </w:p>
    <w:p>
      <w:pPr>
        <w:jc w:val="right"/>
      </w:pPr>
      <w:r>
        <w:t>نے ارگنائز کیا تھا کو ارگنائز بائے کلر جی یہ عام طور پر جو ہے فوجی کرتے ہیں کیونکہ</w:t>
      </w:r>
    </w:p>
    <w:p>
      <w:r>
        <w:rPr>
          <w:b/>
        </w:rPr>
        <w:t xml:space="preserve">[1:07:20] </w:t>
      </w:r>
      <w:r>
        <w:t>shah iran jo tha wo bohat hi sahi kaam kar raha tha wo lekin ek kaam galat kar</w:t>
      </w:r>
    </w:p>
    <w:p>
      <w:pPr>
        <w:jc w:val="right"/>
      </w:pPr>
      <w:r>
        <w:t>شاہ ایران جو تھا وہ بہت ہی صحیح کام کر رہا تھا وہ لیکن ایک کام غلط کر</w:t>
      </w:r>
    </w:p>
    <w:p>
      <w:r>
        <w:rPr>
          <w:b/>
        </w:rPr>
        <w:t xml:space="preserve">[1:07:26] </w:t>
      </w:r>
      <w:r>
        <w:t>diya isi kaam se uska mamla bhi badh gaya wo ye galti is se pehle hazrat umar</w:t>
      </w:r>
    </w:p>
    <w:p>
      <w:pPr>
        <w:jc w:val="right"/>
      </w:pPr>
      <w:r>
        <w:t>دیا اسی کام سے اس کا معاملہ بھی بڑھ گیا وہ یہ غلطی اس سے پہلے حضرت عمر</w:t>
      </w:r>
    </w:p>
    <w:p>
      <w:r>
        <w:rPr>
          <w:b/>
        </w:rPr>
        <w:t xml:space="preserve">[1:07:32] </w:t>
      </w:r>
      <w:r>
        <w:t>bhi ki hai maaf kijiyega ke color ji jo thi iran ki bohat badi badi jaagir is</w:t>
      </w:r>
    </w:p>
    <w:p>
      <w:pPr>
        <w:jc w:val="right"/>
      </w:pPr>
      <w:r>
        <w:t>بھی کی ہے معاف کیجئے گا کہ کلر جی جو تھی ایران کی بہت بڑی بڑی جاگیر اس</w:t>
      </w:r>
    </w:p>
    <w:p>
      <w:r>
        <w:rPr>
          <w:b/>
        </w:rPr>
        <w:t xml:space="preserve">[1:07:39] </w:t>
      </w:r>
      <w:r>
        <w:t>ke paas thi bohat bari bari zameenein theen jaise aaj bhi britania mein jo king hai bohat bari</w:t>
      </w:r>
    </w:p>
    <w:p>
      <w:pPr>
        <w:jc w:val="right"/>
      </w:pPr>
      <w:r>
        <w:t>کے پاس تھی بہت بڑی بڑی زمینیں تھیں جیسے اج بھی برطانیہ میں جو کنگ ہے بہت بڑی</w:t>
      </w:r>
    </w:p>
    <w:p>
      <w:r>
        <w:rPr>
          <w:b/>
        </w:rPr>
        <w:t xml:space="preserve">[1:07:45] </w:t>
      </w:r>
      <w:r>
        <w:t>zameen is ke paas hai lekin angrez is ko is ko award karte hain abhi bhi jo royalty hai</w:t>
      </w:r>
    </w:p>
    <w:p>
      <w:pPr>
        <w:jc w:val="right"/>
      </w:pPr>
      <w:r>
        <w:t>زمین اس کے پاس ہے لیکن انگریز اس کو اس کو اوارڈ کرتے ہیں ابھی بھی جو رائلٹی ہے</w:t>
      </w:r>
    </w:p>
    <w:p>
      <w:r>
        <w:rPr>
          <w:b/>
        </w:rPr>
        <w:t xml:space="preserve">[1:07:51] </w:t>
      </w:r>
      <w:r>
        <w:t>britain ki to bohat bara woh land lord hai wahan ka woh royalty to angrez is ko avoid</w:t>
      </w:r>
    </w:p>
    <w:p>
      <w:pPr>
        <w:jc w:val="right"/>
      </w:pPr>
      <w:r>
        <w:t>برٹن کی تو بہت بڑا وہ لینڈ لارڈ ہے وہاں کا وہ رائلٹی تو انگریز اس کو اوائڈ</w:t>
      </w:r>
    </w:p>
    <w:p>
      <w:r>
        <w:rPr>
          <w:b/>
        </w:rPr>
        <w:t xml:space="preserve">[1:08:01] </w:t>
      </w:r>
      <w:r>
        <w:t>karte hain lekin shah iran jo tha us ne kiya kiya ke is ko confiscate kiya chheen chheen</w:t>
      </w:r>
    </w:p>
    <w:p>
      <w:pPr>
        <w:jc w:val="right"/>
      </w:pPr>
      <w:r>
        <w:t>کرتے ہیں لیکن شاہ ایران جو تھا اس نے کیا کیا کہ اس کو کنفیسکیٹ کیا چھین چھین</w:t>
      </w:r>
    </w:p>
    <w:p>
      <w:r>
        <w:rPr>
          <w:b/>
        </w:rPr>
        <w:t xml:space="preserve">[1:08:11] </w:t>
      </w:r>
      <w:r>
        <w:t>liya zameeno ko to klergy jo hai land less ho gayi to chounke abhi abhi mashriqi rawaiyat thi iran</w:t>
      </w:r>
    </w:p>
    <w:p>
      <w:pPr>
        <w:jc w:val="right"/>
      </w:pPr>
      <w:r>
        <w:t>لیا زمینوں کو تو کلر جی جو ہے لینڈ لیس ہو گئی تو چونکہ ابھی ابھی مشرقی روایت تھی ایران</w:t>
      </w:r>
    </w:p>
    <w:p>
      <w:r>
        <w:rPr>
          <w:b/>
        </w:rPr>
        <w:t xml:space="preserve">[1:08:21] </w:t>
      </w:r>
      <w:r>
        <w:t>mein yaani abhi wahan woh nahi tha jaise america waghera mein ho gaya ke liberal ho gaye log</w:t>
      </w:r>
    </w:p>
    <w:p>
      <w:pPr>
        <w:jc w:val="right"/>
      </w:pPr>
      <w:r>
        <w:t>میں یعنی ابھی وہاں وہ نہیں تھا جیسے امریکہ وغیرہ میں ہو گیا کہ لبرل ہو گئے لوگ</w:t>
      </w:r>
    </w:p>
    <w:p>
      <w:r>
        <w:rPr>
          <w:b/>
        </w:rPr>
        <w:t xml:space="preserve">[1:08:29] </w:t>
      </w:r>
      <w:r>
        <w:t>yahan mashriqi rawaiyat thi to klergy ko moqa mil gaya woh awam ko bharkane ka yaani is</w:t>
      </w:r>
    </w:p>
    <w:p>
      <w:pPr>
        <w:jc w:val="right"/>
      </w:pPr>
      <w:r>
        <w:t>یہاں مشرقی روایت تھی تو کلر جی کو موقع مل گیا وہ عوام کو بھڑکانے کا یعنی اس</w:t>
      </w:r>
    </w:p>
    <w:p>
      <w:r>
        <w:rPr>
          <w:b/>
        </w:rPr>
        <w:t xml:space="preserve">[1:08:36] </w:t>
      </w:r>
      <w:r>
        <w:t>ka taluq islam se kuch nahi tha na shah iran ka tha na na shah iran ka anti</w:t>
      </w:r>
    </w:p>
    <w:p>
      <w:pPr>
        <w:jc w:val="right"/>
      </w:pPr>
      <w:r>
        <w:t>کا تعلق اسلام سے کچھ نہیں تھا نہ شاہ ایران کا تھا نہ نہ شاہ ایران کا اینٹی</w:t>
      </w:r>
    </w:p>
    <w:p>
      <w:r>
        <w:rPr>
          <w:b/>
        </w:rPr>
        <w:t xml:space="preserve">[1:08:44] </w:t>
      </w:r>
      <w:r>
        <w:t>islam tha na klergy ka pro islam tha woh zameenein chheeni awam ko log khoob bharkaya unho ne</w:t>
      </w:r>
    </w:p>
    <w:p>
      <w:pPr>
        <w:jc w:val="right"/>
      </w:pPr>
      <w:r>
        <w:t>اسلام تھا نہ کلر جی کا پرو اسلام تھا وہ زمینیں چھینی عوام کو لوگ خوب بھڑکایا انہوں نے</w:t>
      </w:r>
    </w:p>
    <w:p>
      <w:r>
        <w:rPr>
          <w:b/>
        </w:rPr>
        <w:t xml:space="preserve">[1:08:51] </w:t>
      </w:r>
      <w:r>
        <w:t>to awam ek taraf se uth pade ek taraf se uth pade to that was managed that was coup managed by clergy koi wahan islam se koi taluq to mein ne ek mazmoon likha tha ek iran ka ek bohat bara woh hai daulatmand aadmi rehta hai europe mein is ka mein ne baqayda chhapa tha is ka address wala to</w:t>
      </w:r>
    </w:p>
    <w:p>
      <w:pPr>
        <w:jc w:val="right"/>
      </w:pPr>
      <w:r>
        <w:t>تو عوام ایک طرف سے اٹھ پڑے ایک طرف سے اٹھ پڑے تو دیٹ واز مینجڈ دیٹ واز کو مینجڈ بائی کلر جی کوئی وہاں اسلام سے کوئی تعلق تو میں نے ایک مضمون لکھا تھا ایک ایران کا ایک بہت بڑا وہ ہے دولت مند ادمی رہتا ہے یورپ میں اس کا میں نے باقاعدہ چھاپا تھا اس کا ایڈریس والا تو</w:t>
      </w:r>
    </w:p>
    <w:p>
      <w:r>
        <w:rPr>
          <w:b/>
        </w:rPr>
        <w:t xml:space="preserve">[1:09:21] </w:t>
      </w:r>
      <w:r>
        <w:t>woh aya iran inqilab ke baad phir woh mila sadr sahab jo thay woh sab mein ne poora</w:t>
      </w:r>
    </w:p>
    <w:p>
      <w:pPr>
        <w:jc w:val="right"/>
      </w:pPr>
      <w:r>
        <w:t>وہ ایا ایران انقلاب کے بعد پھر وہ ملا صدر صاحب جو تھے وہ سب میں نے پورا</w:t>
      </w:r>
    </w:p>
    <w:p>
      <w:r>
        <w:rPr>
          <w:b/>
        </w:rPr>
        <w:t xml:space="preserve">[1:09:27] </w:t>
      </w:r>
      <w:r>
        <w:t>likha hai to sadr sahab ne poocha ke aap iran jo pehle tha woh bhi dekha hai aaj</w:t>
      </w:r>
    </w:p>
    <w:p>
      <w:pPr>
        <w:jc w:val="right"/>
      </w:pPr>
      <w:r>
        <w:t>لکھا ہے تو صدر صاحب نے پوچھا کہ اپ ایران جو پہلے تھا وہ بھی دیکھا ہے اج</w:t>
      </w:r>
    </w:p>
    <w:p>
      <w:r>
        <w:rPr>
          <w:b/>
        </w:rPr>
        <w:t xml:space="preserve">[1:09:33] </w:t>
      </w:r>
      <w:r>
        <w:t>ka iran bhi dekha aap ne to kiya farq paya aap ne to woh bohat bara daulat mand</w:t>
      </w:r>
    </w:p>
    <w:p>
      <w:pPr>
        <w:jc w:val="right"/>
      </w:pPr>
      <w:r>
        <w:t>کا ایران بھی دیکھا اپ نے تو کیا فرق پایا اپ نے تو وہ بہت بڑا دولت مند</w:t>
      </w:r>
    </w:p>
    <w:p>
      <w:r>
        <w:rPr>
          <w:b/>
        </w:rPr>
        <w:t xml:space="preserve">[1:09:39] </w:t>
      </w:r>
      <w:r>
        <w:t>tha rehta hai europe mein to us ko koi dar nahi kisi ka to us ne kaha hans</w:t>
      </w:r>
    </w:p>
    <w:p>
      <w:pPr>
        <w:jc w:val="right"/>
      </w:pPr>
      <w:r>
        <w:t>تھا رہتا ہے یورپ میں تو اس کو کوئی ڈر نہیں کسی کا تو اس نے کہا ہنس</w:t>
      </w:r>
    </w:p>
    <w:p>
      <w:r>
        <w:rPr>
          <w:b/>
        </w:rPr>
        <w:t xml:space="preserve">[1:09:45] </w:t>
      </w:r>
      <w:r>
        <w:t>kar ke ke is ke siwa</w:t>
      </w:r>
    </w:p>
    <w:p>
      <w:pPr>
        <w:jc w:val="right"/>
      </w:pPr>
      <w:r>
        <w:t>کر کے کہ اس کے سوا</w:t>
      </w:r>
    </w:p>
    <w:p>
      <w:r>
        <w:rPr>
          <w:b/>
        </w:rPr>
        <w:t xml:space="preserve">[1:09:51] </w:t>
      </w:r>
      <w:r>
        <w:t>koi farq nahi ke shah ne taaj utar kar pagri pehan liya hai is ke siwa kuch aur</w:t>
      </w:r>
    </w:p>
    <w:p>
      <w:pPr>
        <w:jc w:val="right"/>
      </w:pPr>
      <w:r>
        <w:t>کوئی فرق نہیں کہ شاہ نے تاج اتار کر پگڑی پہن لیا ہے اس کے سوا کچھ اور</w:t>
      </w:r>
    </w:p>
    <w:p>
      <w:r>
        <w:rPr>
          <w:b/>
        </w:rPr>
        <w:t xml:space="preserve">[1:09:59] </w:t>
      </w:r>
      <w:r>
        <w:t>pakad nahi ke shah ne taaj utar kar pagri pehan liya hai aur yeh waqeatan hai hamare kuch</w:t>
      </w:r>
    </w:p>
    <w:p>
      <w:pPr>
        <w:jc w:val="right"/>
      </w:pPr>
      <w:r>
        <w:t>پکڑ نہیں کہ شاہ نے تاج اتار کر پگڑی پہن لیا ہے اور یہ واقعتا ہے ہمارے کچھ</w:t>
      </w:r>
    </w:p>
    <w:p>
      <w:r>
        <w:rPr>
          <w:b/>
        </w:rPr>
        <w:t xml:space="preserve">[1:10:07] </w:t>
      </w:r>
      <w:r>
        <w:t>saathi gaye hain iran hamari kitabein le kar ke wahan gaye exhibition mein unho ne bhi yahi baatein</w:t>
      </w:r>
    </w:p>
    <w:p>
      <w:pPr>
        <w:jc w:val="right"/>
      </w:pPr>
      <w:r>
        <w:t>ساتھی گئے ہیں ایران ہماری کتابیں لے کر کے وہاں گئے ایگزیبیشن میں انہوں نے بھی یہی باتیں</w:t>
      </w:r>
    </w:p>
    <w:p>
      <w:r>
        <w:rPr>
          <w:b/>
        </w:rPr>
        <w:t xml:space="preserve">[1:10:14] </w:t>
      </w:r>
      <w:r>
        <w:t>batayi hain mein ne ittefaq se iran nahi gaya lekin mein ne parha bohat hai iran ke baray mein</w:t>
      </w:r>
    </w:p>
    <w:p>
      <w:pPr>
        <w:jc w:val="right"/>
      </w:pPr>
      <w:r>
        <w:t>بتائی ہیں میں نے اتفاق سے ایران نہیں گیا لیکن میں نے پڑھا بہت ہے ایران کے بارے میں</w:t>
      </w:r>
    </w:p>
    <w:p>
      <w:r>
        <w:rPr>
          <w:b/>
        </w:rPr>
        <w:t xml:space="preserve">[1:10:22] </w:t>
      </w:r>
      <w:r>
        <w:t>iran ko mein ne bohat padha aur mein manta hoon ke kuch bhi real status mein koi islam nahi aaya wahan lekin ab woh yeh baat yahi ghalti ki thi hazrat umar ne ke jab hazrat umar khalifa bane to umayyad jo the bare bare qabza kar ke baithe hue the to unho ne is ko chheenna shuru shuru kar diya to un logon ne un ko zehar de diya dhai saal mein mar gaye</w:t>
      </w:r>
    </w:p>
    <w:p>
      <w:pPr>
        <w:jc w:val="right"/>
      </w:pPr>
      <w:r>
        <w:t>ایران کو میں نے بہت پڑھا اور میں یہ مانتا ہوں کہ کچھ بھی ریئل سٹیٹس میں کوئی اسلام نہیں ایا وہاں لیکن اب وہ یہ بات یہی غلطی کی تھی حضرت عمر نے کہ جب حضرت عمر خلیفہ بنے تو اموی جو تھے بڑے بڑے قبضہ کر کے بیٹھے ہوئے تھے تو انہوں نے اس کو چھیننا شروع شروع کر دیا تو ان لوگوں نے ان کو زہر دے دیا ڈھائی سال میں مر گئے</w:t>
      </w:r>
    </w:p>
    <w:p>
      <w:r>
        <w:rPr>
          <w:b/>
        </w:rPr>
        <w:t xml:space="preserve">[1:10:52] </w:t>
      </w:r>
      <w:r>
        <w:t>dhai saal ki hukoomat ke baad to kisi ko chhedna kisi ko khud gandhi ko aap dekhiye gandhi</w:t>
      </w:r>
    </w:p>
    <w:p>
      <w:pPr>
        <w:jc w:val="right"/>
      </w:pPr>
      <w:r>
        <w:t>ڈھائی سال کی حکومت کے بعد تو کسی کو چھیڑنا کسی کو خود گاندھی کو اپ دیکھیے گاندھی</w:t>
      </w:r>
    </w:p>
    <w:p>
      <w:r>
        <w:rPr>
          <w:b/>
        </w:rPr>
        <w:t xml:space="preserve">[1:10:59] </w:t>
      </w:r>
      <w:r>
        <w:t>ubhre jo hai woh 1919 ubhre jazbati issue jab paida ho jaye 1919 mein agar jallianwala bagh mein</w:t>
      </w:r>
    </w:p>
    <w:p>
      <w:pPr>
        <w:jc w:val="right"/>
      </w:pPr>
      <w:r>
        <w:t>ابھرے جو ہے وہ 1919 ابھرے جذباتی ایشو جب پیدا ہو جائے 1919 میں اگر جلانوالہ باغ میں</w:t>
      </w:r>
    </w:p>
    <w:p>
      <w:r>
        <w:rPr>
          <w:b/>
        </w:rPr>
        <w:t xml:space="preserve">[1:11:07] </w:t>
      </w:r>
      <w:r>
        <w:t>goli nahi chali hoti to abhi bohat der tak british rule karte british bohat zaroorat dete rule karte</w:t>
      </w:r>
    </w:p>
    <w:p>
      <w:pPr>
        <w:jc w:val="right"/>
      </w:pPr>
      <w:r>
        <w:t>گولی نہیں چلی ہوتی تو ابھی بہت دیر تک برٹش رول کرتے برٹش بہت ضرورت دیتے رول کرتے</w:t>
      </w:r>
    </w:p>
    <w:p>
      <w:r>
        <w:rPr>
          <w:b/>
        </w:rPr>
        <w:t xml:space="preserve">[1:11:14] </w:t>
      </w:r>
      <w:r>
        <w:t>kuch british ke khilaf kuch nahi tha yahan par lekin 1919 mein jo unho ne goli chala</w:t>
      </w:r>
    </w:p>
    <w:p>
      <w:pPr>
        <w:jc w:val="right"/>
      </w:pPr>
      <w:r>
        <w:t>کچھ برٹش کے خلاف کچھ نہیں تھا یہاں پر لیکن 1919 میں جو انہوں نے گولی چلا</w:t>
      </w:r>
    </w:p>
    <w:p>
      <w:r>
        <w:rPr>
          <w:b/>
        </w:rPr>
        <w:t xml:space="preserve">[1:11:22] </w:t>
      </w:r>
      <w:r>
        <w:t>di hai jaise dyer ne achaanak poore mulk mein hangama ho gaya woh is se faida hua gandhi</w:t>
      </w:r>
    </w:p>
    <w:p>
      <w:pPr>
        <w:jc w:val="right"/>
      </w:pPr>
      <w:r>
        <w:t>دی ہے جیسے ڈائر نے اچانک پورے ملک میں ہنگامہ ہو گیا وہ اس سے فائدہ ہوا گاندھی</w:t>
      </w:r>
    </w:p>
    <w:p>
      <w:r>
        <w:rPr>
          <w:b/>
        </w:rPr>
        <w:t xml:space="preserve">[1:11:28] </w:t>
      </w:r>
      <w:r>
        <w:t>ko yeh to history har jagah aisi hai hazrat umar ki aap jo bata rahe thay thora explain</w:t>
      </w:r>
    </w:p>
    <w:p>
      <w:pPr>
        <w:jc w:val="right"/>
      </w:pPr>
      <w:r>
        <w:t>کو یہ تو ہسٹری ہر جگہ ایسی ہے حضرت عمر کی اپ جو بتا رہے تھے تھوڑا ایکسپلین</w:t>
      </w:r>
    </w:p>
    <w:p>
      <w:r>
        <w:rPr>
          <w:b/>
        </w:rPr>
        <w:t xml:space="preserve">[1:11:34] </w:t>
      </w:r>
      <w:r>
        <w:t>karein aur mujhe clear nahi hua to hazrat umar ne is pe ghalati aap bata rahe thay na</w:t>
      </w:r>
    </w:p>
    <w:p>
      <w:pPr>
        <w:jc w:val="right"/>
      </w:pPr>
      <w:r>
        <w:t>کریں اور مجھے کلیئر نہیں ہوا تو حضرت عمر نے اس پہ غلطی اپ بتا رہے تھے نا</w:t>
      </w:r>
    </w:p>
    <w:p>
      <w:r>
        <w:rPr>
          <w:b/>
        </w:rPr>
        <w:t xml:space="preserve">[1:11:40] </w:t>
      </w:r>
      <w:r>
        <w:t>keh abdulaziz abdulaziz acha acha aur unhon ne leni shuru ki is ke baad theek hai theek hai</w:t>
      </w:r>
    </w:p>
    <w:p>
      <w:pPr>
        <w:jc w:val="right"/>
      </w:pPr>
      <w:r>
        <w:t>کہ عبدالعزیز عبدالعزیز اچھا اچھا اور انہوں نے لینی شروع کی اس کے بعد ٹھیک ہے ٹھیک ہے</w:t>
      </w:r>
    </w:p>
    <w:p>
      <w:r>
        <w:rPr>
          <w:b/>
        </w:rPr>
        <w:t xml:space="preserve">[1:11:46] </w:t>
      </w:r>
      <w:r>
        <w:t>clear mere nazdeek kaam to acha tha waham lekin wisdom nahi tha is mein kyunke wisdom naam hai</w:t>
      </w:r>
    </w:p>
    <w:p>
      <w:pPr>
        <w:jc w:val="right"/>
      </w:pPr>
      <w:r>
        <w:t>کلیئر میرے نزدیک کام تو اچھا تھا وہم لیکن وزڈم نہیں تھا اس میں کیونکہ وزڈم نام ہے</w:t>
      </w:r>
    </w:p>
    <w:p>
      <w:r>
        <w:rPr>
          <w:b/>
        </w:rPr>
        <w:t xml:space="preserve">[1:11:53] </w:t>
      </w:r>
      <w:r>
        <w:t>ap ko yani halaat ko dekh kar ke qdam karne ka halaat agar ap qabu mein rakh sakte</w:t>
      </w:r>
    </w:p>
    <w:p>
      <w:pPr>
        <w:jc w:val="right"/>
      </w:pPr>
      <w:r>
        <w:t>اپ کو یعنی حالات کو دیکھ کر کے اقدام کرنے کا حالات اگر اپ قابو میں رکھ سکتے</w:t>
      </w:r>
    </w:p>
    <w:p>
      <w:r>
        <w:rPr>
          <w:b/>
        </w:rPr>
        <w:t xml:space="preserve">[1:11:59] </w:t>
      </w:r>
      <w:r>
        <w:t>hain to qdam kijiye warna qdam mat kijiye khud rasool ALLAH sallALLAHU ALAIHI WASALLAM ne aise hi</w:t>
      </w:r>
    </w:p>
    <w:p>
      <w:pPr>
        <w:jc w:val="right"/>
      </w:pPr>
      <w:r>
        <w:t>ہیں تو اقدام کیجئے ورنہ اقدام مت کیجئے خود رسول اللہ صلی اللہ علیہ وسلم نے ایسے ہی</w:t>
      </w:r>
    </w:p>
    <w:p>
      <w:r>
        <w:rPr>
          <w:b/>
        </w:rPr>
        <w:t xml:space="preserve">[1:12:05] </w:t>
      </w:r>
      <w:r>
        <w:t>kiya kaba mein but rakhe the ap ne kuch qdam nahi kiya is ke liye bardasht karte rahe</w:t>
      </w:r>
    </w:p>
    <w:p>
      <w:pPr>
        <w:jc w:val="right"/>
      </w:pPr>
      <w:r>
        <w:t>کیا کعبہ میں بت رکھے تھے اپ نے کچھ اقدام نہیں کیا اس کے لیے برداشت کرتے رہے</w:t>
      </w:r>
    </w:p>
    <w:p>
      <w:r>
        <w:rPr>
          <w:b/>
        </w:rPr>
        <w:t xml:space="preserve">[1:12:11] </w:t>
      </w:r>
      <w:r>
        <w:t>bardasht karte bardasht karte rahe yani 20 saal tak bardasht karte rahe to mere nazdeek hazrat umar aziz</w:t>
      </w:r>
    </w:p>
    <w:p>
      <w:pPr>
        <w:jc w:val="right"/>
      </w:pPr>
      <w:r>
        <w:t>برداشت کرتے برداشت کرتے رہے یعنی 20 سال تک برداشت کرتے رہے تو میرے نزدیک حضرت عمر عزیز</w:t>
      </w:r>
    </w:p>
    <w:p>
      <w:r>
        <w:rPr>
          <w:b/>
        </w:rPr>
        <w:t xml:space="preserve">[1:12:17] </w:t>
      </w:r>
      <w:r>
        <w:t>ko bardasht karna chahiye tha kyunke itni taqat un ke paas nahi</w:t>
      </w:r>
    </w:p>
    <w:p>
      <w:pPr>
        <w:jc w:val="right"/>
      </w:pPr>
      <w:r>
        <w:t>کو برداشت کرنا چاہیے تھا کیونکہ اتنی طاقت ان کے پاس نہیں</w:t>
      </w:r>
    </w:p>
    <w:p>
      <w:r>
        <w:rPr>
          <w:b/>
        </w:rPr>
        <w:t xml:space="preserve">[1:12:23] </w:t>
      </w:r>
      <w:r>
        <w:t>thi ke umiyon ko zer kar dein woh chunancha ami the unhein zehar dila diya to yeh is</w:t>
      </w:r>
    </w:p>
    <w:p>
      <w:pPr>
        <w:jc w:val="right"/>
      </w:pPr>
      <w:r>
        <w:t>تھی کہ امیوں کو زیر کر دیں وہ چنانچہ امی تھے انہیں زہر دلا دیا تو یہ اس</w:t>
      </w:r>
    </w:p>
    <w:p>
      <w:r>
        <w:rPr>
          <w:b/>
        </w:rPr>
        <w:t xml:space="preserve">[1:12:29] </w:t>
      </w:r>
      <w:r>
        <w:t>ko kehte hain practical wisdom to practical wisdom nahi ikhtiyar kar saka shah iran is liye is ki</w:t>
      </w:r>
    </w:p>
    <w:p>
      <w:pPr>
        <w:jc w:val="right"/>
      </w:pPr>
      <w:r>
        <w:t>کو کہتے ہیں پریکٹیکل وزڈم تو پریکٹیکل وزڈم نہیں اختیار کر سکا شاہ ایران اس لیے اس کی</w:t>
      </w:r>
    </w:p>
    <w:p>
      <w:r>
        <w:rPr>
          <w:b/>
        </w:rPr>
        <w:t xml:space="preserve">[1:12:35] </w:t>
      </w:r>
      <w:r>
        <w:t>haar ho gayi ek yeh is tarah ka jo same woh matlab jab pakistan bana hai to is</w:t>
      </w:r>
    </w:p>
    <w:p>
      <w:pPr>
        <w:jc w:val="right"/>
      </w:pPr>
      <w:r>
        <w:t>ہار ہو گئی ایک یہ اس طرح کا جو سیم وہ مطلب جب پاکستان بنا ہے تو اس</w:t>
      </w:r>
    </w:p>
    <w:p>
      <w:r>
        <w:rPr>
          <w:b/>
        </w:rPr>
        <w:t xml:space="preserve">[1:12:41] </w:t>
      </w:r>
      <w:r>
        <w:t>bare mein bhi yahi log kuch historian likhte hain ke jo muslim jaagirdar the idhar side mein pakistan</w:t>
      </w:r>
    </w:p>
    <w:p>
      <w:pPr>
        <w:jc w:val="right"/>
      </w:pPr>
      <w:r>
        <w:t>بارے میں بھی یہی لوگ کچھ ہسٹورین لکھتے ہیں کہ جو مسلم جاگیردار تھے ادھر سائیڈ میں پاکستان</w:t>
      </w:r>
    </w:p>
    <w:p>
      <w:r>
        <w:rPr>
          <w:b/>
        </w:rPr>
        <w:t xml:space="preserve">[1:12:47] </w:t>
      </w:r>
      <w:r>
        <w:t>wale hisse mein</w:t>
      </w:r>
    </w:p>
    <w:p>
      <w:pPr>
        <w:jc w:val="right"/>
      </w:pPr>
      <w:r>
        <w:t>والے حصے میں</w:t>
      </w:r>
    </w:p>
    <w:p>
      <w:r>
        <w:rPr>
          <w:b/>
        </w:rPr>
        <w:t xml:space="preserve">[1:12:53] </w:t>
      </w:r>
      <w:r>
        <w:t>woh apni jaagiron ko safe chahte the is liye unhon ne islam ke naam pe kaha ke hamein</w:t>
      </w:r>
    </w:p>
    <w:p>
      <w:pPr>
        <w:jc w:val="right"/>
      </w:pPr>
      <w:r>
        <w:t>وہ اپنی جاگیروں کو سیف چاہتے تھے اس لیے انہوں نے اسلام کے نام پہ کہا کہ ہمیں</w:t>
      </w:r>
    </w:p>
    <w:p>
      <w:r>
        <w:rPr>
          <w:b/>
        </w:rPr>
        <w:t xml:space="preserve">[1:12:59] </w:t>
      </w:r>
      <w:r>
        <w:t>ek alag mulk chahiye is tarah mujhe lagta hai yeh bhi kahin tak baat kisi kuch haqeeqat is</w:t>
      </w:r>
    </w:p>
    <w:p>
      <w:pPr>
        <w:jc w:val="right"/>
      </w:pPr>
      <w:r>
        <w:t>ایک الگ ملک چاہیے اس طرح مجھے لگتا ہے یہ بھی کہیں تک بات کسی کچھ حقیقت اس</w:t>
      </w:r>
    </w:p>
    <w:p>
      <w:r>
        <w:rPr>
          <w:b/>
        </w:rPr>
        <w:t xml:space="preserve">[1:13:05] </w:t>
      </w:r>
      <w:r>
        <w:t>mein hai ke islam ke naam le ke woh apni apni jaagirdaron ko apni jaagiron ko bachana chahte</w:t>
      </w:r>
    </w:p>
    <w:p>
      <w:pPr>
        <w:jc w:val="right"/>
      </w:pPr>
      <w:r>
        <w:t>میں ہے کہ اسلام کے نام لے کے وہ اپنی اپنی جاگیرداروں کو اپنی جاگیروں کو بچانا چاہتے</w:t>
      </w:r>
    </w:p>
    <w:p>
      <w:r>
        <w:rPr>
          <w:b/>
        </w:rPr>
        <w:t xml:space="preserve">[1:13:11] </w:t>
      </w:r>
      <w:r>
        <w:t>the yeh theek baat hai kuch vidwanon ki yeh sab to hawai baatein hain yeh koi thos baat</w:t>
      </w:r>
    </w:p>
    <w:p>
      <w:pPr>
        <w:jc w:val="right"/>
      </w:pPr>
      <w:r>
        <w:t>تھے یہ ٹھیک بات ہے کچھ ودوانوں کی یہ سب تو ہوائی باتیں ہیں یہ کوئی ٹھوس بات</w:t>
      </w:r>
    </w:p>
    <w:p>
      <w:r>
        <w:rPr>
          <w:b/>
        </w:rPr>
        <w:t xml:space="preserve">[1:13:17] </w:t>
      </w:r>
      <w:r>
        <w:t>nahi hai thos baat hai thos baat jo hai woh yeh hai</w:t>
      </w:r>
    </w:p>
    <w:p>
      <w:pPr>
        <w:jc w:val="right"/>
      </w:pPr>
      <w:r>
        <w:t>نہیں ہے ٹھوس بات ہے ٹھوس بات جو ہے وہ یہ ہے</w:t>
      </w:r>
    </w:p>
    <w:p>
      <w:r>
        <w:rPr>
          <w:b/>
        </w:rPr>
        <w:t xml:space="preserve">[1:13:23] </w:t>
      </w:r>
      <w:r>
        <w:t>ke woh mein ne is pe likha hai ap meri kitab padh lijiye is mein hind pak diary</w:t>
      </w:r>
    </w:p>
    <w:p>
      <w:pPr>
        <w:jc w:val="right"/>
      </w:pPr>
      <w:r>
        <w:t>کہ وہ میں نے اس پہ لکھا ہے اپ میری کتاب پڑھ لیجئے اس میں ہند پاک ڈائری</w:t>
      </w:r>
    </w:p>
    <w:p>
      <w:r>
        <w:rPr>
          <w:b/>
        </w:rPr>
        <w:t xml:space="preserve">[1:13:31] </w:t>
      </w:r>
      <w:r>
        <w:t>mein hind pak diary mein yahan pe congress ne ek practical wisdom mein ek galti kar di warna</w:t>
      </w:r>
    </w:p>
    <w:p>
      <w:pPr>
        <w:jc w:val="right"/>
      </w:pPr>
      <w:r>
        <w:t>میں ہند پاک ڈائری میں یہاں پہ کانگریس نے ایک پریکٹیکل وزڈم میں ایک غلطی کر دی ورنہ</w:t>
      </w:r>
    </w:p>
    <w:p>
      <w:r>
        <w:rPr>
          <w:b/>
        </w:rPr>
        <w:t xml:space="preserve">[1:13:39] </w:t>
      </w:r>
      <w:r>
        <w:t>jinnah ka phenomenon khatam ho chuka hota yeh mein ne likha hai is par ke practical wisdom ke</w:t>
      </w:r>
    </w:p>
    <w:p>
      <w:pPr>
        <w:jc w:val="right"/>
      </w:pPr>
      <w:r>
        <w:t>جناح کا فیناومینا ختم ہو چکا ہوتا یہ میں نے لکھا ہے اس پر کہ پریکٹیکل وزڈم کے</w:t>
      </w:r>
    </w:p>
    <w:p>
      <w:r>
        <w:rPr>
          <w:b/>
        </w:rPr>
        <w:t xml:space="preserve">[1:13:47] </w:t>
      </w:r>
      <w:r>
        <w:t>mamle mein congress se galti ho gayi aur jinnah over aye</w:t>
      </w:r>
    </w:p>
    <w:p>
      <w:pPr>
        <w:jc w:val="right"/>
      </w:pPr>
      <w:r>
        <w:t>معاملے میں کانگریس سے غلطی ہو گئی اور جناح اوور ائے</w:t>
      </w:r>
    </w:p>
    <w:p>
      <w:r>
        <w:rPr>
          <w:b/>
        </w:rPr>
        <w:t xml:space="preserve">[1:13:55] </w:t>
      </w:r>
      <w:r>
        <w:t>ek kitab meri hai hind pak diary is mein baatein hain jinnah ko theek se place nahi kiya</w:t>
      </w:r>
    </w:p>
    <w:p>
      <w:pPr>
        <w:jc w:val="right"/>
      </w:pPr>
      <w:r>
        <w:t>ایک کتاب میری ہے ہند پاک ڈائری اس میں باتیں ہیں جناح کو ٹھیک سے پلیس نہیں کیا</w:t>
      </w:r>
    </w:p>
    <w:p>
      <w:r>
        <w:rPr>
          <w:b/>
        </w:rPr>
        <w:t xml:space="preserve">[1:14:00] </w:t>
      </w:r>
      <w:r>
        <w:t>unhon ne apne andar yahi yahi galti mere khayal mein main rahi jinnah ko congress ne achi tarike</w:t>
      </w:r>
    </w:p>
    <w:p>
      <w:pPr>
        <w:jc w:val="right"/>
      </w:pPr>
      <w:r>
        <w:t>انہوں نے اپنے اندر یہی یہی غلطی میرے خیال میں مین رہی جناح کو کانگریس نے اچھی طریقے</w:t>
      </w:r>
    </w:p>
    <w:p>
      <w:r>
        <w:rPr>
          <w:b/>
        </w:rPr>
        <w:t xml:space="preserve">[1:14:05] </w:t>
      </w:r>
      <w:r>
        <w:t>se main nahi kiya warna jinnah kuch nahi tha jinnah ap jante hain ke jinnah sahab jo the</w:t>
      </w:r>
    </w:p>
    <w:p>
      <w:pPr>
        <w:jc w:val="right"/>
      </w:pPr>
      <w:r>
        <w:t>سے مین نہیں کیا ورنہ جناح کچھ نہیں تھا جناح اپ جانتے ہیں کہ جناح صاحب جو تھے</w:t>
      </w:r>
    </w:p>
    <w:p>
      <w:r>
        <w:rPr>
          <w:b/>
        </w:rPr>
        <w:t xml:space="preserve">[1:14:10] </w:t>
      </w:r>
      <w:r>
        <w:t>itne insincere the is mamle mein ke ap ne ghar banaya bombay mein pakistan ke tehat chala rahe</w:t>
      </w:r>
    </w:p>
    <w:p>
      <w:pPr>
        <w:jc w:val="right"/>
      </w:pPr>
      <w:r>
        <w:t>اتنے انسینسیر تھے اس معاملے میں کہ اپ نے گھر بنایا بمبے میں پاکستان کے تحت چلا رہے</w:t>
      </w:r>
    </w:p>
    <w:p>
      <w:r>
        <w:rPr>
          <w:b/>
        </w:rPr>
        <w:t xml:space="preserve">[1:14:15] </w:t>
      </w:r>
      <w:r>
        <w:t>the ghar banwa rahe the bombay mein isi zamane mein maine dekha un ka ghar bohat zabardast</w:t>
      </w:r>
    </w:p>
    <w:p>
      <w:pPr>
        <w:jc w:val="right"/>
      </w:pPr>
      <w:r>
        <w:t>تھے گھر بنوا رہے تھے بمبے میں اسی زمانے میں میں نے دیکھا ان کا گھر بہت زبردست</w:t>
      </w:r>
    </w:p>
    <w:p>
      <w:r>
        <w:rPr>
          <w:b/>
        </w:rPr>
        <w:t xml:space="preserve">[1:14:20] </w:t>
      </w:r>
      <w:r>
        <w:t>ghar hai to</w:t>
      </w:r>
    </w:p>
    <w:p>
      <w:pPr>
        <w:jc w:val="right"/>
      </w:pPr>
      <w:r>
        <w:t>گھر ہے تو</w:t>
      </w:r>
    </w:p>
    <w:p>
      <w:r>
        <w:rPr>
          <w:b/>
        </w:rPr>
        <w:t xml:space="preserve">[1:14:25] </w:t>
      </w:r>
      <w:r>
        <w:t>pakistan jinnah koi zyada sincere nahi the is mamle mein congress ne acha tackle nahi kiya un ko</w:t>
      </w:r>
    </w:p>
    <w:p>
      <w:pPr>
        <w:jc w:val="right"/>
      </w:pPr>
      <w:r>
        <w:t>پاکستان جناح کوئی زیادہ سنسیر نہیں تھے اس معاملے میں کانگریس نے اچھا ٹیکل نہیں کیا ان کو</w:t>
      </w:r>
    </w:p>
    <w:p>
      <w:r>
        <w:rPr>
          <w:b/>
        </w:rPr>
        <w:t xml:space="preserve">[1:14:31] </w:t>
      </w:r>
      <w:r>
        <w:t>jaise aaj ke lecture mein aap ne bataya ke society mein jo ah mass level society mein jo</w:t>
      </w:r>
    </w:p>
    <w:p>
      <w:pPr>
        <w:jc w:val="right"/>
      </w:pPr>
      <w:r>
        <w:t>جیسے اج کے لیکچر میں اپ نے بتایا کہ سوسائٹی میں جو اہ ماس لیول سوسائٹی میں جو</w:t>
      </w:r>
    </w:p>
    <w:p>
      <w:r>
        <w:rPr>
          <w:b/>
        </w:rPr>
        <w:t xml:space="preserve">[1:14:37] </w:t>
      </w:r>
      <w:r>
        <w:t>peace agar peace ki cheez ikhtiyar kar li jaye to economic development ata hai aur agar ah individual</w:t>
      </w:r>
    </w:p>
    <w:p>
      <w:pPr>
        <w:jc w:val="right"/>
      </w:pPr>
      <w:r>
        <w:t>پیس اگر پیس کی چیز اختیار کر لی جائے تو اکنامک ڈیویلپمنٹ اتا ہے اور اگر اہ انڈیویجول</w:t>
      </w:r>
    </w:p>
    <w:p>
      <w:r>
        <w:rPr>
          <w:b/>
        </w:rPr>
        <w:t xml:space="preserve">[1:14:43] </w:t>
      </w:r>
      <w:r>
        <w:t>level pe peace ikhtiyar karna jaye to moral development ata hai nahi dono ata hum hum to ikhtiyar</w:t>
      </w:r>
    </w:p>
    <w:p>
      <w:pPr>
        <w:jc w:val="right"/>
      </w:pPr>
      <w:r>
        <w:t>لیول پہ پیس اختیار کرنا جائے تو مورل ڈیویلپمنٹ اتا ہے نہیں دونوں اتا ہم ہم تو اختیار</w:t>
      </w:r>
    </w:p>
    <w:p>
      <w:r>
        <w:rPr>
          <w:b/>
        </w:rPr>
        <w:t xml:space="preserve">[1:14:49] </w:t>
      </w:r>
      <w:r>
        <w:t>kiya dekhen hum sa</w:t>
      </w:r>
    </w:p>
    <w:p>
      <w:pPr>
        <w:jc w:val="right"/>
      </w:pPr>
      <w:r>
        <w:t>کیا دیکھیں ہم ص</w:t>
      </w:r>
    </w:p>
    <w:p>
      <w:r>
        <w:rPr>
          <w:b/>
        </w:rPr>
        <w:t xml:space="preserve">[1:14:55] </w:t>
      </w:r>
      <w:r>
        <w:t>raf moral science mein thori tarah ke mission mission ko hum jo mission jo hum chala pa rahe</w:t>
      </w:r>
    </w:p>
    <w:p>
      <w:pPr>
        <w:jc w:val="right"/>
      </w:pPr>
      <w:r>
        <w:t>رف مورل سائنس میں تھوڑی طرح کے مشن مشن کو ہم جو مشن جو ہم چلا پا رہے</w:t>
      </w:r>
    </w:p>
    <w:p>
      <w:r>
        <w:rPr>
          <w:b/>
        </w:rPr>
        <w:t xml:space="preserve">[1:15:01] </w:t>
      </w:r>
      <w:r>
        <w:t>hain isi liye ke hum peace par qaim hain hamein koi kisi se jhagda nahi hamein koi jhagda</w:t>
      </w:r>
    </w:p>
    <w:p>
      <w:pPr>
        <w:jc w:val="right"/>
      </w:pPr>
      <w:r>
        <w:t>ہیں اسی لیے کہ ہم پیس پر قائم ہیں ہمیں کوئی کسی سے جھگڑا نہیں ہمیں کوئی جھگڑا</w:t>
      </w:r>
    </w:p>
    <w:p>
      <w:r>
        <w:rPr>
          <w:b/>
        </w:rPr>
        <w:t xml:space="preserve">[1:15:07] </w:t>
      </w:r>
      <w:r>
        <w:t>نہیں صرف بار بار نہیں کہہ سکتے آپ یہ تو آپ پیس کا رول کو گھٹائیں گے آپ</w:t>
      </w:r>
    </w:p>
    <w:p>
      <w:pPr>
        <w:jc w:val="right"/>
      </w:pPr>
      <w:r>
        <w:t>نہیں صرف بار بار نہیں کہہ سکتے اپ یہ تو اپ پیس کا رول کو گھٹائیں گے اپ</w:t>
      </w:r>
    </w:p>
    <w:p>
      <w:r>
        <w:rPr>
          <w:b/>
        </w:rPr>
        <w:t xml:space="preserve">[1:15:13] </w:t>
      </w:r>
      <w:r>
        <w:t>اگر اپ کہیں تو اپ کا peace ke rule ko ghataenge halanke peace is someone hum khud</w:t>
      </w:r>
    </w:p>
    <w:p>
      <w:pPr>
        <w:jc w:val="right"/>
      </w:pPr>
      <w:r>
        <w:t>اگر اپ کہیں تو اپ کا پیس کے رول کو گھٹائیں گے حالانکہ پیس از سم ونم خود</w:t>
      </w:r>
    </w:p>
    <w:p>
      <w:r>
        <w:rPr>
          <w:b/>
        </w:rPr>
        <w:t xml:space="preserve">[1:15:19] </w:t>
      </w:r>
      <w:r>
        <w:t>quran mein hai al sil al khair al sil al khair ka matlab yeh hai ke peace is someone</w:t>
      </w:r>
    </w:p>
    <w:p>
      <w:pPr>
        <w:jc w:val="right"/>
      </w:pPr>
      <w:r>
        <w:t>قران میں ہے السل الخیر السل الخیر کا مطلب یہ ہے کہ پیس از سم ون</w:t>
      </w:r>
    </w:p>
    <w:p>
      <w:r>
        <w:rPr>
          <w:b/>
        </w:rPr>
        <w:t xml:space="preserve">[1:15:25] </w:t>
      </w:r>
      <w:r>
        <w:t>hum to aap ki jo tashreeh hai woh peace ke role ko ghatati hai hudaybiya ki kamyabi peace ki wajah se hui is ko bhi aap ghata ghata denge is is nazariye ke mutabiq.</w:t>
      </w:r>
    </w:p>
    <w:p>
      <w:pPr>
        <w:jc w:val="right"/>
      </w:pPr>
      <w:r>
        <w:t>م تو اپ کی جو تشریح ہے وہ پیس کے رول کو گھٹاتی ہے حدیبیہ کی کامیابی پیس کی وجہ سے ہوئی اس کو بھی اپ گھٹا گھٹا دیں گے اس اس نظریے کے مطابق.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