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Peace of Mind June 29, 2014</w:t>
      </w:r>
    </w:p>
    <w:p>
      <w:r>
        <w:t>https://youtu.be/oVwRc_FcAGk</w:t>
      </w:r>
    </w:p>
    <w:p>
      <w:r>
        <w:rPr>
          <w:b/>
        </w:rPr>
        <w:t xml:space="preserve">[00:41] </w:t>
      </w:r>
      <w:r>
        <w:t>aaj ka topic hai "peace of mind" yani zehni sukoon.</w:t>
      </w:r>
    </w:p>
    <w:p>
      <w:pPr>
        <w:jc w:val="right"/>
      </w:pPr>
      <w:r>
        <w:t>آج کا ٹاپک ہے "پیس آف مائنڈ" یعنی ذہنی سکون۔</w:t>
      </w:r>
    </w:p>
    <w:p>
      <w:r>
        <w:rPr>
          <w:b/>
        </w:rPr>
        <w:t xml:space="preserve">[00:54] </w:t>
      </w:r>
      <w:r>
        <w:t>haal mein meri mulaqat ek sahab se hui, woh engineer hain aur america mein rehte hain.</w:t>
      </w:r>
    </w:p>
    <w:p>
      <w:pPr>
        <w:jc w:val="right"/>
      </w:pPr>
      <w:r>
        <w:t>حال میں میری ملاقات ایک صاحب سے ہوئی، وہ انجینئر ہیں اور امریکہ میں رہتے ہیں۔</w:t>
      </w:r>
    </w:p>
    <w:p>
      <w:r>
        <w:rPr>
          <w:b/>
        </w:rPr>
        <w:t xml:space="preserve">[01:06] </w:t>
      </w:r>
      <w:r>
        <w:t>unho ne bataya ke</w:t>
      </w:r>
    </w:p>
    <w:p>
      <w:pPr>
        <w:jc w:val="right"/>
      </w:pPr>
      <w:r>
        <w:t>انہوں نے بتایا کہ</w:t>
      </w:r>
    </w:p>
    <w:p>
      <w:r>
        <w:rPr>
          <w:b/>
        </w:rPr>
        <w:t xml:space="preserve">[01:10] </w:t>
      </w:r>
      <w:r>
        <w:t>america mein aur doosre developed countries mein ek bohat bara masla hai jis ko kehte hain "stress".</w:t>
      </w:r>
    </w:p>
    <w:p>
      <w:pPr>
        <w:jc w:val="right"/>
      </w:pPr>
      <w:r>
        <w:t>امریکہ میں اور دوسرے ڈیولپڈ کنٹریز میں ایک بہت بڑا مسئلہ ہے جس کو کہتے ہیں "اسٹریس"۔</w:t>
      </w:r>
    </w:p>
    <w:p>
      <w:r>
        <w:rPr>
          <w:b/>
        </w:rPr>
        <w:t xml:space="preserve">[01:22] </w:t>
      </w:r>
      <w:r>
        <w:t>stress ke mani hote hain dabao. to</w:t>
      </w:r>
    </w:p>
    <w:p>
      <w:pPr>
        <w:jc w:val="right"/>
      </w:pPr>
      <w:r>
        <w:t>اسٹریس کے معنی ہوتے ہیں دباؤ۔ تو</w:t>
      </w:r>
    </w:p>
    <w:p>
      <w:r>
        <w:rPr>
          <w:b/>
        </w:rPr>
        <w:t xml:space="preserve">[01:26] </w:t>
      </w:r>
      <w:r>
        <w:t>wahan par kaam ka bojh itna zyada rehta hai logon ke upar ke kaam ke bojh ki wajah se woh mustaqil taur par zehni sukoon se mahroom rehte hain.</w:t>
      </w:r>
    </w:p>
    <w:p>
      <w:pPr>
        <w:jc w:val="right"/>
      </w:pPr>
      <w:r>
        <w:t>وہاں پر کام کا بوجھ اتنا زیادہ رہتا ہے لوگوں کے اوپر کہ کام کے بوجھ کی وجہ سے وہ مستقل طور پر ذہنی سکون سے محروم رہتے ہیں۔</w:t>
      </w:r>
    </w:p>
    <w:p>
      <w:r>
        <w:rPr>
          <w:b/>
        </w:rPr>
        <w:t xml:space="preserve">[01:40] </w:t>
      </w:r>
      <w:r>
        <w:t>zehni sukoon se mahroom. har waqt kaam, har waqt kaam, har waqt kaam. kyunke paisa kamane ke liye zyada kaam karna</w:t>
      </w:r>
    </w:p>
    <w:p>
      <w:pPr>
        <w:jc w:val="right"/>
      </w:pPr>
      <w:r>
        <w:t>ذہنی سکون سے محروم۔ ہر وقت کام، ہر وقت کام، ہر وقت کام۔ کیونکہ پیسہ کمانے کے لیے زیادہ کام کرنا</w:t>
      </w:r>
    </w:p>
    <w:p>
      <w:r>
        <w:rPr>
          <w:b/>
        </w:rPr>
        <w:t xml:space="preserve">[01:49] </w:t>
      </w:r>
      <w:r>
        <w:t>hai. logon ka ek hi goal hai: zyada paisa kamana. to zyada paisa kamane ke liye un ko zyada kaam karna parta hai,</w:t>
      </w:r>
    </w:p>
    <w:p>
      <w:pPr>
        <w:jc w:val="right"/>
      </w:pPr>
      <w:r>
        <w:t>ہے۔ لوگوں کا ایک ہی گول ہے: زیادہ پیسہ کمانا۔ تو زیادہ پیسہ کمانے کے لیے ان کو زیادہ کام کرنا پڑتا ہے،</w:t>
      </w:r>
    </w:p>
    <w:p>
      <w:r>
        <w:rPr>
          <w:b/>
        </w:rPr>
        <w:t xml:space="preserve">[02:05] </w:t>
      </w:r>
      <w:r>
        <w:t>dimagh par zyada bojh dalna parta hai. that leads to stress.</w:t>
      </w:r>
    </w:p>
    <w:p>
      <w:pPr>
        <w:jc w:val="right"/>
      </w:pPr>
      <w:r>
        <w:t>دماغ پر زیادہ بوجھ ڈالنا پڑتا ہے۔ دیٹ لیڈز ٹو اسٹریس۔</w:t>
      </w:r>
    </w:p>
    <w:p>
      <w:r>
        <w:rPr>
          <w:b/>
        </w:rPr>
        <w:t xml:space="preserve">[02:13] </w:t>
      </w:r>
      <w:r>
        <w:t>to unho ne bataya ke</w:t>
      </w:r>
    </w:p>
    <w:p>
      <w:pPr>
        <w:jc w:val="right"/>
      </w:pPr>
      <w:r>
        <w:t>تو انہوں نے بتایا کہ</w:t>
      </w:r>
    </w:p>
    <w:p>
      <w:r>
        <w:rPr>
          <w:b/>
        </w:rPr>
        <w:t xml:space="preserve">[02:18] </w:t>
      </w:r>
      <w:r>
        <w:t>kuch organizations bani wahan par jinho ne ek formula nikala ke hafte mein ek din jo hai log holiday par jayen, chutti par jayen, aur baqayda is ka intezam kiya jata hai wahan par.</w:t>
      </w:r>
    </w:p>
    <w:p>
      <w:pPr>
        <w:jc w:val="right"/>
      </w:pPr>
      <w:r>
        <w:t>کچھ ارگنائزیشنز بنی وہاں پر جنہوں نے ایک فارمولا نکالا کہ ہفتے میں ایک دن جو ہے لوگ ہالڈے پر جائیں، چھٹی پر جائیں، اور باقاعدہ اس کا انتظام کیا جاتا ہے وہاں پر۔</w:t>
      </w:r>
    </w:p>
    <w:p>
      <w:r>
        <w:rPr>
          <w:b/>
        </w:rPr>
        <w:t xml:space="preserve">[02:38] </w:t>
      </w:r>
      <w:r>
        <w:t>yani aadmi ko khud kuch nahi karna parta, aadmi ko sirf paisa dena parta hai. is ke baad jahan wo jata hai, wo sara management wo companiyan karti hain.</w:t>
      </w:r>
    </w:p>
    <w:p>
      <w:pPr>
        <w:jc w:val="right"/>
      </w:pPr>
      <w:r>
        <w:t>یعنی آدمی کو خود کچھ نہیں کرنا پڑتا، آدمی کو صرف پیسہ دینا پڑتا ہے۔ اس کے بعد جہاں وہ جاتا ہے، وہ سارا مینجمنٹ وہ کمپنیاں کرتی ہیں۔</w:t>
      </w:r>
    </w:p>
    <w:p>
      <w:r>
        <w:rPr>
          <w:b/>
        </w:rPr>
        <w:t xml:space="preserve">[02:50] </w:t>
      </w:r>
      <w:r>
        <w:t>to unho ne kaha ke yeh culture chala wahan par. lekin tajrube ne bataya ke wahan se jab lotte hain log to phir stress, phir stress, phir stress.</w:t>
      </w:r>
    </w:p>
    <w:p>
      <w:pPr>
        <w:jc w:val="right"/>
      </w:pPr>
      <w:r>
        <w:t>تو انہوں نے کہا کہ یہ کلچر چلا وہاں پر۔ لیکن تجربے نے بتایا کہ وہاں سے جب لوٹتے ہیں لوگ تو پھر اسٹریس، پھر اسٹریس، پھر اسٹریس۔</w:t>
      </w:r>
    </w:p>
    <w:p>
      <w:r>
        <w:rPr>
          <w:b/>
        </w:rPr>
        <w:t xml:space="preserve">[03:03] </w:t>
      </w:r>
      <w:r>
        <w:t>to unho ne kaha ke ek term wahan par is se bana hai jo kehte hain "holiday stress".</w:t>
      </w:r>
    </w:p>
    <w:p>
      <w:pPr>
        <w:jc w:val="right"/>
      </w:pPr>
      <w:r>
        <w:t>تو انہوں نے کہا کہ ایک ٹرم وہاں پر اس سے بنا ہے جو کہتے ہیں "ہالڈے اسٹریس"۔</w:t>
      </w:r>
    </w:p>
    <w:p>
      <w:r>
        <w:rPr>
          <w:b/>
        </w:rPr>
        <w:t xml:space="preserve">[03:12] </w:t>
      </w:r>
      <w:r>
        <w:t>pehle tha "job stress", ab ban gaya "holiday stress". to hum ne is ko check kiya internet par to bohat se article is mein mile "holiday stress" par.</w:t>
      </w:r>
    </w:p>
    <w:p>
      <w:pPr>
        <w:jc w:val="right"/>
      </w:pPr>
      <w:r>
        <w:t>پہلے تھا "جاب اسٹریس"، اب بن گیا "ہالڈے اسٹریس"۔ تو ہم نے اس کو چیک کیا انٹرنیٹ پر تو بہت سے آرٹیکل اس میں ملے "ہالڈے اسٹریس" پر۔</w:t>
      </w:r>
    </w:p>
    <w:p>
      <w:r>
        <w:rPr>
          <w:b/>
        </w:rPr>
        <w:t xml:space="preserve">[03:28] </w:t>
      </w:r>
      <w:r>
        <w:t>aur bohat bara masla hai ke jo jo life hai aaj kal ki, is mein to stress zaroor aata hai. to holiday bajaye tab bhi stress baqi rehta hai.</w:t>
      </w:r>
    </w:p>
    <w:p>
      <w:pPr>
        <w:jc w:val="right"/>
      </w:pPr>
      <w:r>
        <w:t>اور بہت بڑا مسئلہ ہے کہ جو جو لائف ہے آج کل کی، اس میں تو اسٹریس ضرور آتا ہے۔ تو ہالڈے بجائے تب بھی اسٹریس باقی رہتا ہے۔</w:t>
      </w:r>
    </w:p>
    <w:p>
      <w:r>
        <w:rPr>
          <w:b/>
        </w:rPr>
        <w:t xml:space="preserve">[03:41] </w:t>
      </w:r>
      <w:r>
        <w:t>masla hal nahi hota.</w:t>
      </w:r>
    </w:p>
    <w:p>
      <w:pPr>
        <w:jc w:val="right"/>
      </w:pPr>
      <w:r>
        <w:t>مسئلہ حل نہیں ہوتا۔</w:t>
      </w:r>
    </w:p>
    <w:p>
      <w:r>
        <w:rPr>
          <w:b/>
        </w:rPr>
        <w:t xml:space="preserve">[03:45] </w:t>
      </w:r>
      <w:r>
        <w:t>to mere mind mein yeh sawal tha bohat dinon se. phir main haal mein mujhe kuch tajrube hue.</w:t>
      </w:r>
    </w:p>
    <w:p>
      <w:pPr>
        <w:jc w:val="right"/>
      </w:pPr>
      <w:r>
        <w:t>تو میرے مائنڈ میں یہ سوال تھا بہت دنوں سے۔ پھر میں حال میں مجھے کچھ تجربے ہوئے۔</w:t>
      </w:r>
    </w:p>
    <w:p>
      <w:r>
        <w:rPr>
          <w:b/>
        </w:rPr>
        <w:t xml:space="preserve">[03:56] </w:t>
      </w:r>
      <w:r>
        <w:t>yani chand mahinon ke andar hamari kuch daawa meet hui.</w:t>
      </w:r>
    </w:p>
    <w:p>
      <w:pPr>
        <w:jc w:val="right"/>
      </w:pPr>
      <w:r>
        <w:t>یعنی چند مہینوں کے اندر ہماری کچھ دعویٰ میٹ ہوئی۔</w:t>
      </w:r>
    </w:p>
    <w:p>
      <w:r>
        <w:rPr>
          <w:b/>
        </w:rPr>
        <w:t xml:space="preserve">[04:03] </w:t>
      </w:r>
      <w:r>
        <w:t>kai daawa meet. maslan hyderabad meet, bangalore meet, faizabad meet,</w:t>
      </w:r>
    </w:p>
    <w:p>
      <w:pPr>
        <w:jc w:val="right"/>
      </w:pPr>
      <w:r>
        <w:t>کئی دعویٰ میٹ۔ مثلاً حیدرآباد میٹ، بینگلور میٹ، فیض آباد میٹ،</w:t>
      </w:r>
    </w:p>
    <w:p>
      <w:r>
        <w:rPr>
          <w:b/>
        </w:rPr>
        <w:t xml:space="preserve">[04:15] </w:t>
      </w:r>
      <w:r>
        <w:t>lucknow meet. to main ne dekha ke hamare jo sathi, main jab jata hoon kai to mere sathi log hote hain mere.</w:t>
      </w:r>
    </w:p>
    <w:p>
      <w:pPr>
        <w:jc w:val="right"/>
      </w:pPr>
      <w:r>
        <w:t>لکھنو میٹ۔ تو میں نے دیکھا کہ ہمارے جو ساتھی، میں جب جاتا ہوں کئی تو میرے ساتھی لوگ ہوتے ہیں میرے۔</w:t>
      </w:r>
    </w:p>
    <w:p>
      <w:r>
        <w:rPr>
          <w:b/>
        </w:rPr>
        <w:t xml:space="preserve">[04:25] </w:t>
      </w:r>
      <w:r>
        <w:t>main akela nahi jata hoon. to bohat se CPS ke log mere sath hote hain.</w:t>
      </w:r>
    </w:p>
    <w:p>
      <w:pPr>
        <w:jc w:val="right"/>
      </w:pPr>
      <w:r>
        <w:t>میں اکیلا نہیں جاتا ہوں۔ تو بہت سے سی پی ایس کے لوگ میرے ساتھ ہوتے ہیں۔</w:t>
      </w:r>
    </w:p>
    <w:p>
      <w:r>
        <w:rPr>
          <w:b/>
        </w:rPr>
        <w:t xml:space="preserve">[04:32] </w:t>
      </w:r>
      <w:r>
        <w:t>to main ne dekha ke log khoob khush hote hain jate waqt bhi aur lotte hue bhi. yani jate hue bhi stress free aur wapsi mein bhi stress free.</w:t>
      </w:r>
    </w:p>
    <w:p>
      <w:pPr>
        <w:jc w:val="right"/>
      </w:pPr>
      <w:r>
        <w:t>تو میں نے دیکھا کہ لوگ خوب خوش ہوتے ہیں جاتے وقت بھی اور لوٹتے ہوئے بھی۔ یعنی جاتے ہوئے بھی اسٹریس فری اور واپسی میں بھی اسٹریس فری۔</w:t>
      </w:r>
    </w:p>
    <w:p>
      <w:r>
        <w:rPr>
          <w:b/>
        </w:rPr>
        <w:t xml:space="preserve">[04:46] </w:t>
      </w:r>
      <w:r>
        <w:t>to yeh main ne socha ke farq why this difference?</w:t>
      </w:r>
    </w:p>
    <w:p>
      <w:pPr>
        <w:jc w:val="right"/>
      </w:pPr>
      <w:r>
        <w:t>تو یہ میں نے سوچا کہ فرق وائی دس ڈیفرنس؟</w:t>
      </w:r>
    </w:p>
    <w:p>
      <w:r>
        <w:rPr>
          <w:b/>
        </w:rPr>
        <w:t xml:space="preserve">[04:52] </w:t>
      </w:r>
      <w:r>
        <w:t>kyun aisa hai ke developed countries mein log baqayda paisa kharch kar ke holiday banane ke liye jate hain achi jagahon par, lekin lotte hain to dobara stress le kar lotte hain.</w:t>
      </w:r>
    </w:p>
    <w:p>
      <w:pPr>
        <w:jc w:val="right"/>
      </w:pPr>
      <w:r>
        <w:t>کیوں ایسا ہے کہ ڈیولپڈ کنٹریز میں لوگ باقاعدہ پیسہ خرچ کر کے ہالڈے بنانے کے لیے جاتے ہیں اچھی جگہوں پر، لیکن لوٹتے ہیں تو دوبارہ اسٹریس لے کر لوٹتے ہیں۔</w:t>
      </w:r>
    </w:p>
    <w:p>
      <w:r>
        <w:rPr>
          <w:b/>
        </w:rPr>
        <w:t xml:space="preserve">[05:08] </w:t>
      </w:r>
      <w:r>
        <w:t>hamare sathi jate hain to bohat hi khushi ke sath jate hain aur wapsi bhi khushi khushi lotte hain.</w:t>
      </w:r>
    </w:p>
    <w:p>
      <w:pPr>
        <w:jc w:val="right"/>
      </w:pPr>
      <w:r>
        <w:t>ہمارے ساتھی جاتے ہیں تو بہت ہی خوشی کے ساتھ جاتے ہیں اور واپسی بھی خوشی خوشی لوٹتے ہیں۔</w:t>
      </w:r>
    </w:p>
    <w:p>
      <w:r>
        <w:rPr>
          <w:b/>
        </w:rPr>
        <w:t xml:space="preserve">[05:18] </w:t>
      </w:r>
      <w:r>
        <w:t>to mere samne aaya ke hamare sathiyon ka jo mamla hai wo mission ka mamla hai. aur doosre log jo hain un ka masla, un ka kaam, un ka mamla hai bas money, bas money.</w:t>
      </w:r>
    </w:p>
    <w:p>
      <w:pPr>
        <w:jc w:val="right"/>
      </w:pPr>
      <w:r>
        <w:t>تو میرے سامنے آیا کہ ہمارے ساتھیوں کا جو معاملہ ہے وہ مشن کا معاملہ ہے۔ اور دوسرے لوگ جو ہیں ان کا مسئلہ، ان کا کام، ان کا معاملہ ہے بس منی، بس منی۔</w:t>
      </w:r>
    </w:p>
    <w:p>
      <w:r>
        <w:rPr>
          <w:b/>
        </w:rPr>
        <w:t xml:space="preserve">[05:32] </w:t>
      </w:r>
      <w:r>
        <w:t>yani physical, physical,</w:t>
      </w:r>
    </w:p>
    <w:p>
      <w:pPr>
        <w:jc w:val="right"/>
      </w:pPr>
      <w:r>
        <w:t>یعنی فزیکل، فزیکل،</w:t>
      </w:r>
    </w:p>
    <w:p>
      <w:r>
        <w:rPr>
          <w:b/>
        </w:rPr>
        <w:t xml:space="preserve">[05:38] </w:t>
      </w:r>
      <w:r>
        <w:t>physical, yani physical pleasure. Physical level par kuch cheezon ko hasil karna.</w:t>
      </w:r>
    </w:p>
    <w:p>
      <w:pPr>
        <w:jc w:val="right"/>
      </w:pPr>
      <w:r>
        <w:t>فزیکل، یعنی فزیکل پلیزر۔ فزیکل لیول پر کچھ چیزوں کو حاصل کرنا۔</w:t>
      </w:r>
    </w:p>
    <w:p>
      <w:r>
        <w:rPr>
          <w:b/>
        </w:rPr>
        <w:t xml:space="preserve">[05:47] </w:t>
      </w:r>
      <w:r>
        <w:t>to main ne is par ghor kiya ke mamla kya hai? To mujhe samajh mein aata hai ke stress jo hai hamare aap jante hain ke insan ke do hisse hain: physical part hai aur intellectual part hai.</w:t>
      </w:r>
    </w:p>
    <w:p>
      <w:pPr>
        <w:jc w:val="right"/>
      </w:pPr>
      <w:r>
        <w:t>تو میں نے اس پر غور کیا کہ معاملہ کیا ہے؟ تو مجھے سمجھ میں آتا ہے کہ اسٹریس جو ہے ہمارے آپ جانتے ہیں کہ انسان کے دو حصے ہیں: فزیکل پارٹ ہے اور انٹلیکچول پارٹ ہے۔</w:t>
      </w:r>
    </w:p>
    <w:p>
      <w:r>
        <w:rPr>
          <w:b/>
        </w:rPr>
        <w:t xml:space="preserve">[06:05] </w:t>
      </w:r>
      <w:r>
        <w:t>hamara hamara jo wajood hai is ke do hisse hain: physical part aur in</w:t>
      </w:r>
    </w:p>
    <w:p>
      <w:pPr>
        <w:jc w:val="right"/>
      </w:pPr>
      <w:r>
        <w:t>ہمارا ہمارا جو وجود ہے اس کے دو حصے ہیں: فزیکل پارٹ اور ان</w:t>
      </w:r>
    </w:p>
    <w:p>
      <w:r>
        <w:rPr>
          <w:b/>
        </w:rPr>
        <w:t xml:space="preserve">[06:13] </w:t>
      </w:r>
      <w:r>
        <w:t>tellectual part. To stress jo hai wo wo is ka taluq hamare mind se hai, yani intellectual part se hai, physical part se nahi.</w:t>
      </w:r>
    </w:p>
    <w:p>
      <w:pPr>
        <w:jc w:val="right"/>
      </w:pPr>
      <w:r>
        <w:t>ٹلیکچول پارٹ۔ تو اسٹریس جو ہے وہ وہ اس کا تعلق ہمارے مائنڈ سے ہے، یعنی انٹلیکچول پارٹ سے ہے، فزیکل پارٹ سے نہیں۔</w:t>
      </w:r>
    </w:p>
    <w:p>
      <w:r>
        <w:rPr>
          <w:b/>
        </w:rPr>
        <w:t xml:space="preserve">[06:24] </w:t>
      </w:r>
      <w:r>
        <w:t>jo physical part hai is ka kya hai?</w:t>
      </w:r>
    </w:p>
    <w:p>
      <w:pPr>
        <w:jc w:val="right"/>
      </w:pPr>
      <w:r>
        <w:t>جو فزیکل پارٹ ہے اس کا کیا ہے؟</w:t>
      </w:r>
    </w:p>
    <w:p>
      <w:r>
        <w:rPr>
          <w:b/>
        </w:rPr>
        <w:t xml:space="preserve">[06:27] </w:t>
      </w:r>
      <w:r>
        <w:t>pyaas lag gayi, aap ne khana pani pi liya, bhook lagi, aap ne khana kha liya, thak gaye, aap so gaye. Ye sab aap ke physical jo part hai aap ka is ke masle hain.</w:t>
      </w:r>
    </w:p>
    <w:p>
      <w:pPr>
        <w:jc w:val="right"/>
      </w:pPr>
      <w:r>
        <w:t>پیاس لگ گئی، آپ نے کھانا پانی پی لیا، بھوک لگی، آپ نے کھانا کھا لیا، تھک گئے، آپ سو گئے۔ یہ سب آپ کے فزیکل جو پارٹ ہے آپ کا اس کے مسئلے ہیں۔</w:t>
      </w:r>
    </w:p>
    <w:p>
      <w:r>
        <w:rPr>
          <w:b/>
        </w:rPr>
        <w:t xml:space="preserve">[06:42] </w:t>
      </w:r>
      <w:r>
        <w:t>lekin jo stress hai, jo tension hai, wo inshallah ek ek cheez hai. Wo intellectual phenomena hai, wo physical phenomena nahi hai.</w:t>
      </w:r>
    </w:p>
    <w:p>
      <w:pPr>
        <w:jc w:val="right"/>
      </w:pPr>
      <w:r>
        <w:t>لیکن جو اسٹریس ہے، جو ٹینشن ہے، وہ انشاءاللہ ایک ایک چیز ہے۔ وہ انٹلیکچول فیناومینا ہے، وہ فزیکل فیناومینا نہیں ہے۔</w:t>
      </w:r>
    </w:p>
    <w:p>
      <w:r>
        <w:rPr>
          <w:b/>
        </w:rPr>
        <w:t xml:space="preserve">[06:53] </w:t>
      </w:r>
      <w:r>
        <w:t>to jab wo log jate hain holiday par to apne physical part ko kuch aur food dete hain. Lekin jab jab ke mind jo un ka hai wo bazaroor starvation mein rehta hai.</w:t>
      </w:r>
    </w:p>
    <w:p>
      <w:pPr>
        <w:jc w:val="right"/>
      </w:pPr>
      <w:r>
        <w:t>تو جب وہ لوگ جاتے ہیں ہالی ہالی ڈے پر تو اپنے فزیکل پارٹ کو کچھ اور فوڈ دیتے ہیں۔ لیکن جب جب کہ مائنڈ جو ان کا ہے وہ بضرورت سٹارویشن میں رہتا ہے۔</w:t>
      </w:r>
    </w:p>
    <w:p>
      <w:r>
        <w:rPr>
          <w:b/>
        </w:rPr>
        <w:t xml:space="preserve">[07:15] </w:t>
      </w:r>
      <w:r>
        <w:t>yani wo apne mind ko starvation mein rakhte hain aur un ka jo body hai is ke liye kuch food de rahe hain, food de rahe hain.</w:t>
      </w:r>
    </w:p>
    <w:p>
      <w:pPr>
        <w:jc w:val="right"/>
      </w:pPr>
      <w:r>
        <w:t>یعنی وہ اپنے مائنڈ کو اسٹارویشن میں رکھتے ہیں اور ان کا جو باڈی ہے اس کے لیے کچھ فوڈ دے رہے ہیں، فوڈ دے رہے ہیں۔</w:t>
      </w:r>
    </w:p>
    <w:p>
      <w:r>
        <w:rPr>
          <w:b/>
        </w:rPr>
        <w:t xml:space="preserve">[07:25] </w:t>
      </w:r>
      <w:r>
        <w:t>to is se kaise stress khatam hoga? Ye to aise hi hai jaise aap ko bhook lagi hai aap pani piyein, pani peene se to khana, pani peene se to bhook khatam nahi hogi.</w:t>
      </w:r>
    </w:p>
    <w:p>
      <w:pPr>
        <w:jc w:val="right"/>
      </w:pPr>
      <w:r>
        <w:t>تو اس سے کیسے اسٹریس ختم ہوگا؟ یہ تو ایسے ہی ہے جیسے آپ کو بھوک لگی ہے آپ پانی پیئیں، پانی پینے سے تو کھانا، پانی پینے سے تو بھوک ختم نہیں ہوگی۔</w:t>
      </w:r>
    </w:p>
    <w:p>
      <w:r>
        <w:rPr>
          <w:b/>
        </w:rPr>
        <w:t xml:space="preserve">[07:38] </w:t>
      </w:r>
      <w:r>
        <w:t>aap ko neend aa rahi hai, aap khare ho jayein,</w:t>
      </w:r>
    </w:p>
    <w:p>
      <w:pPr>
        <w:jc w:val="right"/>
      </w:pPr>
      <w:r>
        <w:t>آپ کو نیند آ رہی ہے، آپ کھڑے ہو جائیں،</w:t>
      </w:r>
    </w:p>
    <w:p>
      <w:r>
        <w:rPr>
          <w:b/>
        </w:rPr>
        <w:t xml:space="preserve">[07:42] </w:t>
      </w:r>
      <w:r>
        <w:t>aap barah ghante khare rahein to khare hone se neend ka masla hal nahi hoga. To stress jo hai wo intellectual phenomena hai, wo physical phenomena hai hi nahi.</w:t>
      </w:r>
    </w:p>
    <w:p>
      <w:pPr>
        <w:jc w:val="right"/>
      </w:pPr>
      <w:r>
        <w:t>آپ بارہ گھنٹے کھڑے رہیں تو کھڑے ہونے سے نیند کا مسئلہ حل نہیں ہوگا۔ تو اسٹریس جو ہے وہ انٹلیکچول فیناومینا ہے، وہ فزیکل فیناومینا ہے ہی نہیں۔</w:t>
      </w:r>
    </w:p>
    <w:p>
      <w:r>
        <w:rPr>
          <w:b/>
        </w:rPr>
        <w:t xml:space="preserve">[07:56] </w:t>
      </w:r>
      <w:r>
        <w:t>to hamare saathi jo hain jo jate hain wo ek mission ko le kar jate hain.</w:t>
      </w:r>
    </w:p>
    <w:p>
      <w:pPr>
        <w:jc w:val="right"/>
      </w:pPr>
      <w:r>
        <w:t>تو ہمارے ساتھی جو ہیں جو جاتے ہیں وہ ایک مشن کو لے کر جاتے ہیں۔</w:t>
      </w:r>
    </w:p>
    <w:p>
      <w:r>
        <w:rPr>
          <w:b/>
        </w:rPr>
        <w:t xml:space="preserve">[08:02] </w:t>
      </w:r>
      <w:r>
        <w:t>un ko Quran distribute karna hai, logon ko literature dena hai, Allah ke paigham ko spread karna hai taake Allah raazi ho, jannat mein dakhil kare.</w:t>
      </w:r>
    </w:p>
    <w:p>
      <w:pPr>
        <w:jc w:val="right"/>
      </w:pPr>
      <w:r>
        <w:t>ان کو قرآن ڈسٹریبیوٹ کرنا ہے، لوگوں کو لیٹریچر دینا ہے، اللہ کے پیغام کو اسپریڈ کرنا ہے تاکہ اللہ راضی ہو، جنت میں داخل کرے۔</w:t>
      </w:r>
    </w:p>
    <w:p>
      <w:r>
        <w:rPr>
          <w:b/>
        </w:rPr>
        <w:t xml:space="preserve">[08:13] </w:t>
      </w:r>
      <w:r>
        <w:t>ye ye sab hota hai. To jab wo dekhte hain, main ne dekha ke main to khud jata hoon, aata hoon, bas main ne dekha ke hamare saathi jo hain airport se shuru hai, un ka kaam shuru ho jata hai.</w:t>
      </w:r>
    </w:p>
    <w:p>
      <w:pPr>
        <w:jc w:val="right"/>
      </w:pPr>
      <w:r>
        <w:t>یہ یہ سب ہوتا ہے۔ تو جب وہ دیکھتے ہیں، میں نے دیکھا کہ میں تو خود جاتا ہوں، آتا ہوں، بس میں نے دیکھا کہ ہمارے ساتھی جو ہیں ایئرپورٹ سے شروع ہے، ان کا کام شروع ہو جاتا ہے۔</w:t>
      </w:r>
    </w:p>
    <w:p>
      <w:r>
        <w:rPr>
          <w:b/>
        </w:rPr>
        <w:t xml:space="preserve">[08:29] </w:t>
      </w:r>
      <w:r>
        <w:t>daur daur kar, daur daur kar logon ko Quran de rahe hain, literature de rahe hain, aur bohat khushi khushi batate hain ke ji kaisa hua, aisa hua. Jahaz ke andar agar trails ho raha tha, train ke andar phir pahunchne par dobara shuru se aakhir tak isi mein busy rehte hain,</w:t>
      </w:r>
    </w:p>
    <w:p>
      <w:pPr>
        <w:jc w:val="right"/>
      </w:pPr>
      <w:r>
        <w:t>دوڑ دوڑ کر، دوڑ دوڑ کر لوگوں کو قرآن دے رہے ہیں، لیٹریچر دے رہے ہیں، اور بہت خوشی خوشی بتاتے ہیں کہ جی کیسا ہوا، ایسا ہوا۔ جہاز کے اندر اگر ٹریلز ہو رہا تھا، ٹرین کے اندر پھر پہنچنے پر دوبارہ شروع سے آخر تک اسی میں بزی رہتے ہیں،</w:t>
      </w:r>
    </w:p>
    <w:p>
      <w:r>
        <w:rPr>
          <w:b/>
        </w:rPr>
        <w:t xml:space="preserve">[08:53] </w:t>
      </w:r>
      <w:r>
        <w:t>toot toot kar logon ko.</w:t>
      </w:r>
    </w:p>
    <w:p>
      <w:pPr>
        <w:jc w:val="right"/>
      </w:pPr>
      <w:r>
        <w:t>ٹوٹ ٹوٹ کر لوگوں کو۔</w:t>
      </w:r>
    </w:p>
    <w:p>
      <w:r>
        <w:rPr>
          <w:b/>
        </w:rPr>
        <w:t xml:space="preserve">[08:57] </w:t>
      </w:r>
      <w:r>
        <w:t>yani sahaba karam jo the wo muqri of the Quran bane hue the aur CPS ke log distributors of the Quran bane hue hain.</w:t>
      </w:r>
    </w:p>
    <w:p>
      <w:pPr>
        <w:jc w:val="right"/>
      </w:pPr>
      <w:r>
        <w:t>یعنی صحابہ کرام جو تھے وہ مقری اف دا قرآن بنے ہوئے تھے اور سی پی ایس کے لوگ ڈسٹریبیوٹرز اف دا قرآن بنے ہوئے ہیں۔</w:t>
      </w:r>
    </w:p>
    <w:p>
      <w:r>
        <w:rPr>
          <w:b/>
        </w:rPr>
        <w:t xml:space="preserve">[09:11] </w:t>
      </w:r>
      <w:r>
        <w:t>ye to bohat hi ooncha goal hai, Allah ko raazi karne ka goal hai. To is mein to sukoon hi sukoon rahega.</w:t>
      </w:r>
    </w:p>
    <w:p>
      <w:pPr>
        <w:jc w:val="right"/>
      </w:pPr>
      <w:r>
        <w:t>یہ تو بہت ہی اونچا گول ہے، اللہ کو راضی کرنے کا گول ہے۔ تو اس میں تو سکون ہی سکون رہے گا۔</w:t>
      </w:r>
    </w:p>
    <w:p>
      <w:r>
        <w:rPr>
          <w:b/>
        </w:rPr>
        <w:t xml:space="preserve">[09:24] </w:t>
      </w:r>
      <w:r>
        <w:t>to is par sochte hue mujhe Quran ki ek ayat yaad aayi jo Surah Ar-Ra'd mein hai: "Ala bi zikrillah tatma'innul quloob".</w:t>
      </w:r>
    </w:p>
    <w:p>
      <w:pPr>
        <w:jc w:val="right"/>
      </w:pPr>
      <w:r>
        <w:t>تو اس پر سوچتے ہوئے مجھے قرآن کی ایک آیت یاد آئی جو سورہ الرعد میں ہے: "اللہ بذکر اللہ تتبین القلوب"۔</w:t>
      </w:r>
    </w:p>
    <w:p>
      <w:r>
        <w:rPr>
          <w:b/>
        </w:rPr>
        <w:t xml:space="preserve">[09:38] </w:t>
      </w:r>
      <w:r>
        <w:t>is ka tarjuma ye hai ke sun lo ke Allah ki yaad hi se dilon ko itminan hasil hota hai. Itminan matlab peace, tranquility.</w:t>
      </w:r>
    </w:p>
    <w:p>
      <w:pPr>
        <w:jc w:val="right"/>
      </w:pPr>
      <w:r>
        <w:t>اس کا ترجمہ یہ ہے کہ سن لو کہ اللہ کی یاد ہی سے دلوں کو اطمینان حاصل ہوتا ہے۔ اطمینان مطلب پیس، ٹرانسکولیٹی۔</w:t>
      </w:r>
    </w:p>
    <w:p>
      <w:r>
        <w:rPr>
          <w:b/>
        </w:rPr>
        <w:t xml:space="preserve">[09:50] </w:t>
      </w:r>
      <w:r>
        <w:t>to log samajhte hain ke yaad karne ka matlab kya hai? Ginna, ungliyon par Allah, Allah, Allah, Allah, Allah, Allah ya tasbeeh ko le kar ginna.</w:t>
      </w:r>
    </w:p>
    <w:p>
      <w:pPr>
        <w:jc w:val="right"/>
      </w:pPr>
      <w:r>
        <w:t>تو لوگ سمجھتے ہیں کہ یاد کرنے کا مطلب کیا ہے؟ گننا، انگلیوں پر اللہ، اللہ، اللہ، اللہ، اللہ، اللہ یا تسبیح کو لے کر گننا۔</w:t>
      </w:r>
    </w:p>
    <w:p>
      <w:r>
        <w:rPr>
          <w:b/>
        </w:rPr>
        <w:t xml:space="preserve">[10:03] </w:t>
      </w:r>
      <w:r>
        <w:t>ye to ridiculous baat hai. Is ayat ka is se koi taluq nahi. Jo ungliyon par ya tasbeeh par Allah, Allah ginte hain, wo un ka apna deen hai, un ka self style deen hai.</w:t>
      </w:r>
    </w:p>
    <w:p>
      <w:pPr>
        <w:jc w:val="right"/>
      </w:pPr>
      <w:r>
        <w:t>یہ تو ریڈیکولس بات ہے۔ اس آیت کا اس سے کوئی تعلق نہیں۔ جو انگلیوں پر یا تسبیح پر اللہ، اللہ گنتے ہیں، وہ ان کا اپنا دین ہے، ان کا سیلف اسٹائل دین ہے۔</w:t>
      </w:r>
    </w:p>
    <w:p>
      <w:r>
        <w:rPr>
          <w:b/>
        </w:rPr>
        <w:t xml:space="preserve">[10:18] </w:t>
      </w:r>
      <w:r>
        <w:t>un ka Islam se ya Quran se koi taluq nahi hai.</w:t>
      </w:r>
    </w:p>
    <w:p>
      <w:pPr>
        <w:jc w:val="right"/>
      </w:pPr>
      <w:r>
        <w:t>ان کا اسلام سے یا قرآن سے کوئی تعلق نہیں ہے۔</w:t>
      </w:r>
    </w:p>
    <w:p>
      <w:r>
        <w:rPr>
          <w:b/>
        </w:rPr>
        <w:t xml:space="preserve">[10:24] </w:t>
      </w:r>
      <w:r>
        <w:t>allah ke zikr ke mani hain allah ko le kar sochna,</w:t>
      </w:r>
    </w:p>
    <w:p>
      <w:pPr>
        <w:jc w:val="right"/>
      </w:pPr>
      <w:r>
        <w:t>اللہ کے ذکر کے معنی ہیں اللہ کو لے کر سوچنا،</w:t>
      </w:r>
    </w:p>
    <w:p>
      <w:r>
        <w:rPr>
          <w:b/>
        </w:rPr>
        <w:t xml:space="preserve">[10:32] </w:t>
      </w:r>
      <w:r>
        <w:t>allah ki baaton par ghor karna. maslan</w:t>
      </w:r>
    </w:p>
    <w:p>
      <w:pPr>
        <w:jc w:val="right"/>
      </w:pPr>
      <w:r>
        <w:t>اللہ کی باتوں پر غور کرنا۔ مثلاً</w:t>
      </w:r>
    </w:p>
    <w:p>
      <w:r>
        <w:rPr>
          <w:b/>
        </w:rPr>
        <w:t xml:space="preserve">[10:38] </w:t>
      </w:r>
      <w:r>
        <w:t>yeh sochna ke "what is the creation plan of God"? Khuda ne mujhe kyun paida kiya? Mera purpose of life kya hai?</w:t>
      </w:r>
    </w:p>
    <w:p>
      <w:pPr>
        <w:jc w:val="right"/>
      </w:pPr>
      <w:r>
        <w:t>یہ سوچنا کہ "واٹ از دا کریشن پلان اف گاڈ"؟ خدا نے مجھے کیوں پیدا کیا؟ میرا پرپس اف لائف کیا ہے؟</w:t>
      </w:r>
    </w:p>
    <w:p>
      <w:r>
        <w:rPr>
          <w:b/>
        </w:rPr>
        <w:t xml:space="preserve">[10:49] </w:t>
      </w:r>
      <w:r>
        <w:t>itni bari yoonivars kyun banai allah taala ne?</w:t>
      </w:r>
    </w:p>
    <w:p>
      <w:pPr>
        <w:jc w:val="right"/>
      </w:pPr>
      <w:r>
        <w:t>اتنی بڑی یونیورس کیوں بنائی اللہ تعالی نے؟</w:t>
      </w:r>
    </w:p>
    <w:p>
      <w:r>
        <w:rPr>
          <w:b/>
        </w:rPr>
        <w:t xml:space="preserve">[10:53] </w:t>
      </w:r>
      <w:r>
        <w:t>to allah ki rehmaton par, allah ki kreshan par,</w:t>
      </w:r>
    </w:p>
    <w:p>
      <w:pPr>
        <w:jc w:val="right"/>
      </w:pPr>
      <w:r>
        <w:t>تو اللہ کی رحمتوں پر، اللہ کی کریشن پر،</w:t>
      </w:r>
    </w:p>
    <w:p>
      <w:r>
        <w:rPr>
          <w:b/>
        </w:rPr>
        <w:t xml:space="preserve">[11:01] </w:t>
      </w:r>
      <w:r>
        <w:t>jo allah ke jo jo baaten hain, us par sochna. yeh yeh hai zikr.</w:t>
      </w:r>
    </w:p>
    <w:p>
      <w:pPr>
        <w:jc w:val="right"/>
      </w:pPr>
      <w:r>
        <w:t>جو اللہ کے جو جو باتیں ہیں، اس پر سوچنا۔ یہ یہ ہے ذکر۔</w:t>
      </w:r>
    </w:p>
    <w:p>
      <w:r>
        <w:rPr>
          <w:b/>
        </w:rPr>
        <w:t xml:space="preserve">[11:11] </w:t>
      </w:r>
      <w:r>
        <w:t>to jab allah ki baaton par aap sochen ge to to peechay aaye ga. kyunke aap quran mein dekhen, allah ki aik sifat ya atriibiyoot batai gai hai: as-salaam.</w:t>
      </w:r>
    </w:p>
    <w:p>
      <w:pPr>
        <w:jc w:val="right"/>
      </w:pPr>
      <w:r>
        <w:t>تو جب اللہ کی باتوں پر آپ سوچیں گے تو تو پیچھے آئے گا۔ کیونکہ آپ قرآن میں دیکھیں، اللہ کی ایک صفت یا اٹریبیوٹ بتائی گئی ہے: السلام۔</w:t>
      </w:r>
    </w:p>
    <w:p>
      <w:r>
        <w:rPr>
          <w:b/>
        </w:rPr>
        <w:t xml:space="preserve">[11:26] </w:t>
      </w:r>
      <w:r>
        <w:t>as-salaam yani paes. allah jo hai sar ta ba paes hai. wahan astres ka koi koi guzar nahin.</w:t>
      </w:r>
    </w:p>
    <w:p>
      <w:pPr>
        <w:jc w:val="right"/>
      </w:pPr>
      <w:r>
        <w:t>السلام یعنی پیس۔ اللہ جو ہے سر تابہ پیس ہے۔ وہاں اسٹریس کا کوئی کوئی گزر نہیں۔</w:t>
      </w:r>
    </w:p>
    <w:p>
      <w:r>
        <w:rPr>
          <w:b/>
        </w:rPr>
        <w:t xml:space="preserve">[11:40] </w:t>
      </w:r>
      <w:r>
        <w:t>astres, tneshan, yeh is ka allah se koi kya, koi is ki pahunch nahin. to jab aap allah ki baaton ko sochte hain, allah se taalluq barhate hain aur allah mein ko apna kansart barhate hain,</w:t>
      </w:r>
    </w:p>
    <w:p>
      <w:pPr>
        <w:jc w:val="right"/>
      </w:pPr>
      <w:r>
        <w:t>اسٹریس، ٹینشن، یہ اس کا اللہ سے کوئی کیا، کوئی اس کی پہنچ نہیں۔ تو جب آپ اللہ کی باتوں کو سوچتے ہیں، اللہ سے تعلق بڑھاتے ہیں اور اللہ میں کو اپنا کنسرٹ بڑھاتے ہیں،</w:t>
      </w:r>
    </w:p>
    <w:p>
      <w:r>
        <w:rPr>
          <w:b/>
        </w:rPr>
        <w:t xml:space="preserve">[12:02] </w:t>
      </w:r>
      <w:r>
        <w:t>allah mein jeene ka aart seekhte hain, to allah ki taraf se aap ko inspiration hota hai.</w:t>
      </w:r>
    </w:p>
    <w:p>
      <w:pPr>
        <w:jc w:val="right"/>
      </w:pPr>
      <w:r>
        <w:t>اللہ میں جینے کا آرٹ سیکھتے ہیں، تو اللہ کی طرف سے آپ کو انسپیریشن ہوتا ہے۔</w:t>
      </w:r>
    </w:p>
    <w:p>
      <w:r>
        <w:rPr>
          <w:b/>
        </w:rPr>
        <w:t xml:space="preserve">[12:10] </w:t>
      </w:r>
      <w:r>
        <w:t>aap sochen, quran mein hai ke "waa rabak al-an'aal". allah ne inspeir kiya shahadat ki makhi ko.</w:t>
      </w:r>
    </w:p>
    <w:p>
      <w:pPr>
        <w:jc w:val="right"/>
      </w:pPr>
      <w:r>
        <w:t>آپ سوچیے، قرآن میں ہے کہ "وہا ربک الانعال"۔ اللہ نے انسپائر کیا شہادت کی مکھی کو۔</w:t>
      </w:r>
    </w:p>
    <w:p>
      <w:r>
        <w:rPr>
          <w:b/>
        </w:rPr>
        <w:t xml:space="preserve">[12:21] </w:t>
      </w:r>
      <w:r>
        <w:t>kya aap samajhte hain ke aap ko inspire nahin kare ga? kaisi anokhi baat hai. yaani allah shahadat ki makhi par itna meherban hai ke is inspire kar ke is ko rasta batata hai: aisa karo, waisa karo.</w:t>
      </w:r>
    </w:p>
    <w:p>
      <w:pPr>
        <w:jc w:val="right"/>
      </w:pPr>
      <w:r>
        <w:t>کیا آپ سمجھتے ہیں کہ آپ کو انسپائر نہیں کرے گا؟ کیسی انوکھی بات ہے۔ یعنی اللہ شہادت کی مکھی پر اتنا مہربان ہے کہ اس انسپائر کر کے اس کو راستہ بتاتا ہے: ایسا کرو، ویسا کرو۔</w:t>
      </w:r>
    </w:p>
    <w:p>
      <w:r>
        <w:rPr>
          <w:b/>
        </w:rPr>
        <w:t xml:space="preserve">[12:40] </w:t>
      </w:r>
      <w:r>
        <w:t>yaani shahadat ki makhi aik bohat bara, bari faketri chalati hai. is mein bohat sari baaten hain, jis par bari bari kitaaben likhi gai hain.</w:t>
      </w:r>
    </w:p>
    <w:p>
      <w:pPr>
        <w:jc w:val="right"/>
      </w:pPr>
      <w:r>
        <w:t>یعنی شہادت کی مکھی ایک بہت بڑا، بڑی فیکٹری چلاتی ہے۔ اس میں بہت ساری باتیں ہیں، جس پر بڑی بڑی کتابیں لکھی گئی ہیں۔</w:t>
      </w:r>
    </w:p>
    <w:p>
      <w:r>
        <w:rPr>
          <w:b/>
        </w:rPr>
        <w:t xml:space="preserve">[12:53] </w:t>
      </w:r>
      <w:r>
        <w:t>to woh hoti hai allah ki inspeirshan ke zariye se. to aap ghor kijiyen, shahadat ki makhi ko shahadat banana hai.</w:t>
      </w:r>
    </w:p>
    <w:p>
      <w:pPr>
        <w:jc w:val="right"/>
      </w:pPr>
      <w:r>
        <w:t>تو وہ ہوتی ہے اللہ کی انسپیریشن کے ذریعے سے۔ تو آپ غور کیجئے، شہادت کی مکھی کو شہادت بنانا ہے۔</w:t>
      </w:r>
    </w:p>
    <w:p>
      <w:r>
        <w:rPr>
          <w:b/>
        </w:rPr>
        <w:t xml:space="preserve">[13:04] </w:t>
      </w:r>
      <w:r>
        <w:t>is ke liye allah ne is ko inspeir kiya.</w:t>
      </w:r>
    </w:p>
    <w:p>
      <w:pPr>
        <w:jc w:val="right"/>
      </w:pPr>
      <w:r>
        <w:t>اس کے لیے اللہ نے اس کو انسپائر کیا۔</w:t>
      </w:r>
    </w:p>
    <w:p>
      <w:r>
        <w:rPr>
          <w:b/>
        </w:rPr>
        <w:t xml:space="preserve">[13:07] </w:t>
      </w:r>
      <w:r>
        <w:t>aap ko dunya mein jeena hai, aap ko dunya mein aik kamyab zindagi banana hai, aap ko dunya mein aisa kaam karna hai ke aap ko paaye raaz mile, Allah ki blessing mile.</w:t>
      </w:r>
    </w:p>
    <w:p>
      <w:pPr>
        <w:jc w:val="right"/>
      </w:pPr>
      <w:r>
        <w:t>آپ کو دنیا میں جینا ہے، آپ کو دنیا میں ایک کامیاب زندگی بنانا ہے، آپ کو دنیا میں ایسا کام کرنا ہے کہ آپ کو پائے راز ملے، اللہ کی بلیسنگ ملے۔</w:t>
      </w:r>
    </w:p>
    <w:p>
      <w:r>
        <w:rPr>
          <w:b/>
        </w:rPr>
        <w:t xml:space="preserve">[13:21] </w:t>
      </w:r>
      <w:r>
        <w:t>to Allah aap ko inspire nahin karega?</w:t>
      </w:r>
    </w:p>
    <w:p>
      <w:pPr>
        <w:jc w:val="right"/>
      </w:pPr>
      <w:r>
        <w:t>تو اللہ آپ کو انسپائر نہیں کرے گا؟</w:t>
      </w:r>
    </w:p>
    <w:p>
      <w:r>
        <w:rPr>
          <w:b/>
        </w:rPr>
        <w:t xml:space="preserve">[13:27] </w:t>
      </w:r>
      <w:r>
        <w:t>ya allah ko underestimate karna hai? yeh bohat bari, bohat hi bari bhool hai.</w:t>
      </w:r>
    </w:p>
    <w:p>
      <w:pPr>
        <w:jc w:val="right"/>
      </w:pPr>
      <w:r>
        <w:t>یا اللہ کو انڈر ایسٹیمیٹ کرنا ہے؟ یہ بہت بڑی، بہت ہی بڑی بھول ہے۔</w:t>
      </w:r>
    </w:p>
    <w:p>
      <w:r>
        <w:rPr>
          <w:b/>
        </w:rPr>
        <w:t xml:space="preserve">[13:35] </w:t>
      </w:r>
      <w:r>
        <w:t>log samajhte hain ke wahee aai, bas ab to band ho gaya, ab to koi wahee aanay wali nahin hai. to aap ke logon ke paas kya reh gaya?</w:t>
      </w:r>
    </w:p>
    <w:p>
      <w:pPr>
        <w:jc w:val="right"/>
      </w:pPr>
      <w:r>
        <w:t>لوگ سمجھتے ہیں کہ وحی آئی، بس اب تو بند ہو گیا، اب تو کوئی وحی آنے والی نہیں ہے۔ تو آپ کے لوگوں کے پاس کیا رہ گیا؟</w:t>
      </w:r>
    </w:p>
    <w:p>
      <w:r>
        <w:rPr>
          <w:b/>
        </w:rPr>
        <w:t xml:space="preserve">[13:44] </w:t>
      </w:r>
      <w:r>
        <w:t>deen ka qashar reh gaya. qashar. unhon ne aik faarm bana liya, namaz ka faarm, hajj ka faarm, isi ko dohrate hain, samajhte hain ke deen hai.</w:t>
      </w:r>
    </w:p>
    <w:p>
      <w:pPr>
        <w:jc w:val="right"/>
      </w:pPr>
      <w:r>
        <w:t>دین کا قشر رہ گیا۔ قشر۔ انہوں نے ایک فارم بنا لیا، نماز کا فارم، حج کا فارم، اسی کو دہراتے ہیں، سمجھتے ہیں کہ دین ہے۔</w:t>
      </w:r>
    </w:p>
    <w:p>
      <w:r>
        <w:rPr>
          <w:b/>
        </w:rPr>
        <w:t xml:space="preserve">[13:55] </w:t>
      </w:r>
      <w:r>
        <w:t>livng relijan se mehroom hain. woh aik khushk faarm, jis ke andar koi zindagi nahin.</w:t>
      </w:r>
    </w:p>
    <w:p>
      <w:pPr>
        <w:jc w:val="right"/>
      </w:pPr>
      <w:r>
        <w:t>لیونگ ریلیجن سے محروم ہیں۔ وہ ایک خشک فارم، جس کے اندر کوئی زندگی نہیں۔</w:t>
      </w:r>
    </w:p>
    <w:p>
      <w:r>
        <w:rPr>
          <w:b/>
        </w:rPr>
        <w:t xml:space="preserve">[14:03] </w:t>
      </w:r>
      <w:r>
        <w:t>kyun? woh samajhte hain ke bas woh to darwaza band ho gaya inspiration ka. har giz, har giz darwaza band nahin hua.</w:t>
      </w:r>
    </w:p>
    <w:p>
      <w:pPr>
        <w:jc w:val="right"/>
      </w:pPr>
      <w:r>
        <w:t>کیوں؟ وہ سمجھتے ہیں کہ بس وہ تو دروازہ بند ہو گیا انسپیریشن کا۔ ہرگز، ہرگز دروازہ بند نہیں ہوا۔</w:t>
      </w:r>
    </w:p>
    <w:p>
      <w:r>
        <w:rPr>
          <w:b/>
        </w:rPr>
        <w:t xml:space="preserve">[14:13] </w:t>
      </w:r>
      <w:r>
        <w:t>jo yeh kahe, woh khuda par buhtan bandhta hai.</w:t>
      </w:r>
    </w:p>
    <w:p>
      <w:pPr>
        <w:jc w:val="right"/>
      </w:pPr>
      <w:r>
        <w:t>جو یہ کہے، وہ خدا پر بہتان باندھتا ہے۔</w:t>
      </w:r>
    </w:p>
    <w:p>
      <w:r>
        <w:rPr>
          <w:b/>
        </w:rPr>
        <w:t xml:space="preserve">[14:19] </w:t>
      </w:r>
      <w:r>
        <w:t>aik hai quran. quran aik peghambar par utra. lekin aik aur cheez hai jo aati hai</w:t>
      </w:r>
    </w:p>
    <w:p>
      <w:pPr>
        <w:jc w:val="right"/>
      </w:pPr>
      <w:r>
        <w:t>ایک ہے قرآن۔ قرآن ایک پیغمبر پر اترا۔ لیکن ایک اور چیز ہے جو آتی ہے</w:t>
      </w:r>
    </w:p>
    <w:p>
      <w:r>
        <w:rPr>
          <w:b/>
        </w:rPr>
        <w:t xml:space="preserve">[14:32] </w:t>
      </w:r>
      <w:r>
        <w:t>shahadat ki makhi par aur sari kainaat par. kyunke quran mein hai ke "waa fi kuli samaa amruhu". wahee ki sari kainaat mein wahee ki shahadat ki makhi ko.</w:t>
      </w:r>
    </w:p>
    <w:p>
      <w:pPr>
        <w:jc w:val="right"/>
      </w:pPr>
      <w:r>
        <w:t>شہادت کی مکھی پر اور ساری کائنات پر۔ کیونکہ قرآن میں ہے کہ "وہا فی کل سماع امرہ"۔ وحی کی ساری کائنات میں وحی کی شہادت کی مکھی کو۔</w:t>
      </w:r>
    </w:p>
    <w:p>
      <w:r>
        <w:rPr>
          <w:b/>
        </w:rPr>
        <w:t xml:space="preserve">[14:47] </w:t>
      </w:r>
      <w:r>
        <w:t>to yeh woh wahi nahi jo quran wali wahi hai. is ko main kahunga ke is ka sahih mafhoom hai: aspiration.</w:t>
      </w:r>
    </w:p>
    <w:p>
      <w:pPr>
        <w:jc w:val="right"/>
      </w:pPr>
      <w:r>
        <w:t>تو یہ وہ وحی نہیں جو قرآن والی وحی ہے۔ اس کو میں کہوں گا کہ اس کا صحیح مفہوم ہے: اسپیریشن۔</w:t>
      </w:r>
    </w:p>
    <w:p>
      <w:r>
        <w:rPr>
          <w:b/>
        </w:rPr>
        <w:t xml:space="preserve">[14:57] </w:t>
      </w:r>
      <w:r>
        <w:t>inspiration. to Allah ka inspiration jo hai, woh 24 ghante aa raha hai. aap is ka recipient, recipient baniye, aap is ka wa'iya baniye to</w:t>
      </w:r>
    </w:p>
    <w:p>
      <w:pPr>
        <w:jc w:val="right"/>
      </w:pPr>
      <w:r>
        <w:t>انسپیریشن۔ تو اللہ کا انسپیریشن جو ہے، وہ 24 گھنٹے آ رہا ہے۔ آپ اس کا ریسیپینٹ، ریسیپینٹ بنیے، آپ اس کا واعیہ بنیے تو</w:t>
      </w:r>
    </w:p>
    <w:p>
      <w:r>
        <w:rPr>
          <w:b/>
        </w:rPr>
        <w:t xml:space="preserve">[15:14] </w:t>
      </w:r>
      <w:r>
        <w:t>aap ko har waqt pohnche ga. woh</w:t>
      </w:r>
    </w:p>
    <w:p>
      <w:pPr>
        <w:jc w:val="right"/>
      </w:pPr>
      <w:r>
        <w:t>آپ کو ہر وقت پہنچے گا۔ وہ</w:t>
      </w:r>
    </w:p>
    <w:p>
      <w:r>
        <w:rPr>
          <w:b/>
        </w:rPr>
        <w:t xml:space="preserve">[15:17] </w:t>
      </w:r>
      <w:r>
        <w:t>jab sari kainat ko pohnch raha hai aur sare</w:t>
      </w:r>
    </w:p>
    <w:p>
      <w:pPr>
        <w:jc w:val="right"/>
      </w:pPr>
      <w:r>
        <w:t>جب ساری کائنات کو پہنچ رہا ہے اور سارے</w:t>
      </w:r>
    </w:p>
    <w:p>
      <w:r>
        <w:rPr>
          <w:b/>
        </w:rPr>
        <w:t xml:space="preserve">[15:24] </w:t>
      </w:r>
      <w:r>
        <w:t>shahadat ki makhi ko pohnch raha hai, agar is mein confusion ka dar na hota to main kehta hoon ke is ko wahi ka lafz istemal karta hoon ke sare insano tak wahi aati hai.</w:t>
      </w:r>
    </w:p>
    <w:p>
      <w:pPr>
        <w:jc w:val="right"/>
      </w:pPr>
      <w:r>
        <w:t>شہادت کی مکھی کو پہنچ رہا ہے، اگر اس میں کنفیوژن کا ڈر نہ ہوتا تو میں کہتا ہوں کہ اس کو وحی کا لفظ استعمال کرتا ہوں کہ سارے انسانوں تک وحی آتی ہے۔</w:t>
      </w:r>
    </w:p>
    <w:p>
      <w:r>
        <w:rPr>
          <w:b/>
        </w:rPr>
        <w:t xml:space="preserve">[15:33] </w:t>
      </w:r>
      <w:r>
        <w:t>jab wahi aati hai makhi par, wahi aati hai sari kainat par, insan pe kyun nahi aayegi?</w:t>
      </w:r>
    </w:p>
    <w:p>
      <w:pPr>
        <w:jc w:val="right"/>
      </w:pPr>
      <w:r>
        <w:t>جب وحی آتی ہے مکھی پر، وحی آتی ہے ساری کائنات پر، انسان پہ کیوں نہیں آئے گی؟</w:t>
      </w:r>
    </w:p>
    <w:p>
      <w:r>
        <w:rPr>
          <w:b/>
        </w:rPr>
        <w:t xml:space="preserve">[15:41] </w:t>
      </w:r>
      <w:r>
        <w:t>"waha fi kulli sam'in amruhu". "waha rabbuka al-an'aam". aap ghor kijiye,</w:t>
      </w:r>
    </w:p>
    <w:p>
      <w:pPr>
        <w:jc w:val="right"/>
      </w:pPr>
      <w:r>
        <w:t>"وہا فی کل سماع امرہ"۔ "وہا ربک الانعال"۔ آپ غور کیجئے،</w:t>
      </w:r>
    </w:p>
    <w:p>
      <w:r>
        <w:rPr>
          <w:b/>
        </w:rPr>
        <w:t xml:space="preserve">[15:48] </w:t>
      </w:r>
      <w:r>
        <w:t>Allah musalsal wahi kar raha hai kainat mein, Allah musalsal wahi kar raha hai makhi, shahadat ki makhi ko. to agar confusion ka main dar na hota to main kehta ke wahi munqata nahi hui.</w:t>
      </w:r>
    </w:p>
    <w:p>
      <w:pPr>
        <w:jc w:val="right"/>
      </w:pPr>
      <w:r>
        <w:t>اللہ مسلسل وحی کر رہا ہے کائنات میں، اللہ مسلسل وحی کر رہا ہے مکھی، شہادت کی مکھی کو۔ تو اگر کنفیوژن کا میں ڈر نہ ہوتا تو میں کہتا کہ وحی منقطع نہیں ہوئی۔</w:t>
      </w:r>
    </w:p>
    <w:p>
      <w:r>
        <w:rPr>
          <w:b/>
        </w:rPr>
        <w:t xml:space="preserve">[16:03] </w:t>
      </w:r>
      <w:r>
        <w:t>aaj bhi wahi aa rahi hai. kyunke shahadat ki makhi ko aayegi to insan ko nahi aayegi, kainat ko aayegi to insan ko nahi aayegi.</w:t>
      </w:r>
    </w:p>
    <w:p>
      <w:pPr>
        <w:jc w:val="right"/>
      </w:pPr>
      <w:r>
        <w:t>آج بھی وحی آ رہی ہے۔ کیونکہ شہادت کی مکھی کو آئے گی تو انسان کو نہیں آئے گی، کائنات کو آئے گی تو انسان کو نہیں آئے گی۔</w:t>
      </w:r>
    </w:p>
    <w:p>
      <w:r>
        <w:rPr>
          <w:b/>
        </w:rPr>
        <w:t xml:space="preserve">[16:15] </w:t>
      </w:r>
      <w:r>
        <w:t>to agar confusion ka dar na hota to main kehta ke wahi munqata nahi hui, wahi aa rahi hai aaj bhi. lekin confusion ki wajah se main kehta hoon, is ko main lafz badal ke kehta hoon: inspiration.</w:t>
      </w:r>
    </w:p>
    <w:p>
      <w:pPr>
        <w:jc w:val="right"/>
      </w:pPr>
      <w:r>
        <w:t>تو اگر کنفیوژن کا ڈر نہ ہوتا تو میں کہتا کہ وحی منقطع نہیں ہوئی، وحی آ رہی ہے آج بھی۔ لیکن کنفیوژن کی وجہ سے میں کہتا ہوں، اس کو میں لفظ بدل کے کہتا ہوں: انسپیریشن۔</w:t>
      </w:r>
    </w:p>
    <w:p>
      <w:r>
        <w:rPr>
          <w:b/>
        </w:rPr>
        <w:t xml:space="preserve">[16:29] </w:t>
      </w:r>
      <w:r>
        <w:t>inspiration.</w:t>
      </w:r>
    </w:p>
    <w:p>
      <w:pPr>
        <w:jc w:val="right"/>
      </w:pPr>
      <w:r>
        <w:t>انسپیریشن۔</w:t>
      </w:r>
    </w:p>
    <w:p>
      <w:r>
        <w:rPr>
          <w:b/>
        </w:rPr>
        <w:t xml:space="preserve">[16:34] </w:t>
      </w:r>
      <w:r>
        <w:t>ke quran ki shakal mein jo wahi aayi, woh to munqata ho gayi, bilashubha. yaani quran ka utarna munqata hua, wahi ka aana munqata nahi hua hai.</w:t>
      </w:r>
    </w:p>
    <w:p>
      <w:pPr>
        <w:jc w:val="right"/>
      </w:pPr>
      <w:r>
        <w:t>کہ قرآن کی شکل میں جو وحی آئی، وہ تو منقطع ہو گئی، بلاشبہ۔ یعنی قرآن کا اترنا منقطع ہوا، وحی کا آنا منقطع نہیں ہوا ہے۔</w:t>
      </w:r>
    </w:p>
    <w:p>
      <w:r>
        <w:rPr>
          <w:b/>
        </w:rPr>
        <w:t xml:space="preserve">[16:44] </w:t>
      </w:r>
      <w:r>
        <w:t>is farq ko samjhiye.</w:t>
      </w:r>
    </w:p>
    <w:p>
      <w:pPr>
        <w:jc w:val="right"/>
      </w:pPr>
      <w:r>
        <w:t>اس فرق کو سمجھئے۔</w:t>
      </w:r>
    </w:p>
    <w:p>
      <w:r>
        <w:rPr>
          <w:b/>
        </w:rPr>
        <w:t xml:space="preserve">[16:49] </w:t>
      </w:r>
      <w:r>
        <w:t>quran ka aana munqata ho gaya, wahi ka aana munqata nahi hua. kyunke wahi aap dekhiye, har din subah shaam is kainat mein Khuda ki wahi aa rahi hai, shahadat ki makhiyon ko Khuda ki wahi aa rahi hai.</w:t>
      </w:r>
    </w:p>
    <w:p>
      <w:pPr>
        <w:jc w:val="right"/>
      </w:pPr>
      <w:r>
        <w:t>قرآن کا آنا منقطع ہو گیا، وحی کا آنا منقطع نہیں ہوا۔ کیونکہ وحی آپ دیکھیے، ہر دن صبح شام اس کائنات میں خدا کی وحی آ رہی ہے، شہادت کی مکھیوں کو خدا کی وحی آ رہی ہے۔</w:t>
      </w:r>
    </w:p>
    <w:p>
      <w:r>
        <w:rPr>
          <w:b/>
        </w:rPr>
        <w:t xml:space="preserve">[17:05] </w:t>
      </w:r>
      <w:r>
        <w:t>to wahi ki woh surat jis ne quran ki surat ikhtiyar ki, woh to munqata ho gayi. ab koi doosra quran nahi aayega.</w:t>
      </w:r>
    </w:p>
    <w:p>
      <w:pPr>
        <w:jc w:val="right"/>
      </w:pPr>
      <w:r>
        <w:t>تو وحی کی وہ صورت جس نے قرآن کی صورت اختیار کی، وہ تو منقطع ہو گئی۔ اب کوئی دوسرا قرآن نہیں آئے گا۔</w:t>
      </w:r>
    </w:p>
    <w:p>
      <w:r>
        <w:rPr>
          <w:b/>
        </w:rPr>
        <w:t xml:space="preserve">[17:15] </w:t>
      </w:r>
      <w:r>
        <w:t>lekin subah shaam raat din hum ko, hum ko wahi aayegi. yaani matlab inspiration aayega.</w:t>
      </w:r>
    </w:p>
    <w:p>
      <w:pPr>
        <w:jc w:val="right"/>
      </w:pPr>
      <w:r>
        <w:t>لیکن صبح شام رات دن ہم کو، ہم کو وحی آئے گی۔ یعنی مطلب انسپیریشن آئے گا۔</w:t>
      </w:r>
    </w:p>
    <w:p>
      <w:r>
        <w:rPr>
          <w:b/>
        </w:rPr>
        <w:t xml:space="preserve">[17:26] </w:t>
      </w:r>
      <w:r>
        <w:t>to jab aap apne aap ko mohabbat banayenge, mohabbat wahi ka ya inspiration ka, tab aap stress se bachenge, warna nahi bach sakte.</w:t>
      </w:r>
    </w:p>
    <w:p>
      <w:pPr>
        <w:jc w:val="right"/>
      </w:pPr>
      <w:r>
        <w:t>تو جب آپ اپنے آپ کو محبت بنائیں گے، محبت وحی کا یا انسپیریشن کا، تب آپ اسٹریس سے بچیں گے، ورنہ نہیں بچ سکتے۔</w:t>
      </w:r>
    </w:p>
    <w:p>
      <w:r>
        <w:rPr>
          <w:b/>
        </w:rPr>
        <w:t xml:space="preserve">[17:40] </w:t>
      </w:r>
      <w:r>
        <w:t>aap zara ghor kijiye, shahadat ki makhi ko dekhiye, kis qadar peace rehta hai is ke chhatte. yaani is ko kuch sochna nahi, saath makhi ko poora peace wahan hota hai, tranquility hoti hai.</w:t>
      </w:r>
    </w:p>
    <w:p>
      <w:pPr>
        <w:jc w:val="right"/>
      </w:pPr>
      <w:r>
        <w:t>آپ ذرا غور کیجئے، شہادت کی مکھی کو دیکھیے، کس قدر پیس رہتا ہے اس کے چھتے۔ یعنی اس کو کچھ سوچنا نہیں، ساتھ مکھی کو پورا پیس وہاں ہوتا ہے، ٹرانسکولیٹی ہوتی ہے۔</w:t>
      </w:r>
    </w:p>
    <w:p>
      <w:r>
        <w:rPr>
          <w:b/>
        </w:rPr>
        <w:t xml:space="preserve">[17:54] </w:t>
      </w:r>
      <w:r>
        <w:t>wohi tranquility aap ki zindagi, ab zindagi ho sakti hai agar aap apne ko mohabbat banayein.</w:t>
      </w:r>
    </w:p>
    <w:p>
      <w:pPr>
        <w:jc w:val="right"/>
      </w:pPr>
      <w:r>
        <w:t>وہی ٹرانسکولیٹی آپ کی زندگی، اب زندگی ہو سکتی ہے اگر آپ اپنے کو محبت بنائیں۔</w:t>
      </w:r>
    </w:p>
    <w:p>
      <w:r>
        <w:rPr>
          <w:b/>
        </w:rPr>
        <w:t xml:space="preserve">[18:03] </w:t>
      </w:r>
      <w:r>
        <w:t>ab, ab main aap ko is ki thori si aur detail banana chahta hoon ke aadmi mohabbat banta kaise hai?</w:t>
      </w:r>
    </w:p>
    <w:p>
      <w:pPr>
        <w:jc w:val="right"/>
      </w:pPr>
      <w:r>
        <w:t>اب، اب میں آپ کو اس کی تھوڑی سی اور ڈیٹیل بنانا چاہتا ہوں کہ آدمی محبت بنتا کیسے ہے؟</w:t>
      </w:r>
    </w:p>
    <w:p>
      <w:r>
        <w:rPr>
          <w:b/>
        </w:rPr>
        <w:t xml:space="preserve">[18:10] </w:t>
      </w:r>
      <w:r>
        <w:t>mohabbat aadmi banta kaise hai? dekhiye, duniya mein sab se bada sabab jo hai tension ka, kya hai?</w:t>
      </w:r>
    </w:p>
    <w:p>
      <w:pPr>
        <w:jc w:val="right"/>
      </w:pPr>
      <w:r>
        <w:t>محبت آدمی بنتا کیسے ہے؟ دیکھیے، دنیا میں سب سے بڑا سبب جو ہے ٹینشن کا، کیا ہے؟</w:t>
      </w:r>
    </w:p>
    <w:p>
      <w:r>
        <w:rPr>
          <w:b/>
        </w:rPr>
        <w:t xml:space="preserve">[18:23] </w:t>
      </w:r>
      <w:r>
        <w:t>shikayat.</w:t>
      </w:r>
    </w:p>
    <w:p>
      <w:pPr>
        <w:jc w:val="right"/>
      </w:pPr>
      <w:r>
        <w:t>شکایت۔</w:t>
      </w:r>
    </w:p>
    <w:p>
      <w:r>
        <w:rPr>
          <w:b/>
        </w:rPr>
        <w:t xml:space="preserve">[18:28] </w:t>
      </w:r>
      <w:r>
        <w:t>individual level pe shikayat, social level pe shikayat, family ke level pe shikayat, national level pe shikayat, phir international level pe shikayat.</w:t>
      </w:r>
    </w:p>
    <w:p>
      <w:pPr>
        <w:jc w:val="right"/>
      </w:pPr>
      <w:r>
        <w:t>انڈیویجول لیول پہ شکایت، سوشل لیول پہ شکایت، فیملی کے لیول پہ شکایت، نیشنل لیول پہ شکایت، پھر انٹرنیشنل لیول پہ شکایت۔</w:t>
      </w:r>
    </w:p>
    <w:p>
      <w:r>
        <w:rPr>
          <w:b/>
        </w:rPr>
        <w:t xml:space="preserve">[18:39] </w:t>
      </w:r>
      <w:r>
        <w:t>yaani ek hi lafz hai jis se poori history cover ho rahi hai: shikayat.</w:t>
      </w:r>
    </w:p>
    <w:p>
      <w:pPr>
        <w:jc w:val="right"/>
      </w:pPr>
      <w:r>
        <w:t>یعنی ایک ہی لفظ ہے جس سے پوری ہسٹری کور ہو رہی ہے: شکایت۔</w:t>
      </w:r>
    </w:p>
    <w:p>
      <w:r>
        <w:rPr>
          <w:b/>
        </w:rPr>
        <w:t xml:space="preserve">[18:48] </w:t>
      </w:r>
      <w:r>
        <w:t>yaani koi baat pesh aayi, aap ko ghussa aaya to aap shikayat le ke baith gaye.</w:t>
      </w:r>
    </w:p>
    <w:p>
      <w:pPr>
        <w:jc w:val="right"/>
      </w:pPr>
      <w:r>
        <w:t>یعنی کوئی بات پیش آئی، آپ کو غصہ آیا تو آپ شکایت لے کے بیٹھ گئے۔</w:t>
      </w:r>
    </w:p>
    <w:p>
      <w:r>
        <w:rPr>
          <w:b/>
        </w:rPr>
        <w:t xml:space="preserve">[18:56] </w:t>
      </w:r>
      <w:r>
        <w:t>to poori tareekh mein aap ghhor kijiye, har insaan shikaayaton mein jeeta raha hai, koi shikaayat se khaali nahi hai.</w:t>
      </w:r>
    </w:p>
    <w:p>
      <w:pPr>
        <w:jc w:val="right"/>
      </w:pPr>
      <w:r>
        <w:t>تو پوری تاریخ میں آپ غور کیجئے، ہر انسان شکایتوں میں جیتا رہا ہے، کوئی شکایت سے خالی نہیں ہے۔</w:t>
      </w:r>
    </w:p>
    <w:p>
      <w:r>
        <w:rPr>
          <w:b/>
        </w:rPr>
        <w:t xml:space="preserve">[19:06] </w:t>
      </w:r>
      <w:r>
        <w:t>to kyon aisa hai ke Khuda ke inspiration ka mohabbat nahi bane? yeh hazraat, yaani Khuda ka jo sifat salaam hai, sifat salaam ka un par zahoor nahi hua.</w:t>
      </w:r>
    </w:p>
    <w:p>
      <w:pPr>
        <w:jc w:val="right"/>
      </w:pPr>
      <w:r>
        <w:t>تو کیوں ایسا ہے کہ خدا کے انسپیریشن کا محبت نہیں بنے؟ یہ حضرات، یعنی خدا کا جو صفت سلام ہے، صفت سلام کا ان پر ظہور نہیں ہوا۔</w:t>
      </w:r>
    </w:p>
    <w:p>
      <w:r>
        <w:rPr>
          <w:b/>
        </w:rPr>
        <w:t xml:space="preserve">[19:22] </w:t>
      </w:r>
      <w:r>
        <w:t>yaani Khuda ka yeh sifat hai ke woh peace hai, iska, iska woh mohabbat nahi bane, iska zahoor un ke upar nahi hua.</w:t>
      </w:r>
    </w:p>
    <w:p>
      <w:pPr>
        <w:jc w:val="right"/>
      </w:pPr>
      <w:r>
        <w:t>یعنی خدا کا یہ صفت ہے کہ وہ پیس ہے، اس کا، اس کا وہ محبت نہیں بنے، اس کا ظہور ان کے اوپر نہیں ہوا۔</w:t>
      </w:r>
    </w:p>
    <w:p>
      <w:r>
        <w:rPr>
          <w:b/>
        </w:rPr>
        <w:t xml:space="preserve">[19:33] </w:t>
      </w:r>
      <w:r>
        <w:t>is liye aisa hua. ab is ka tareeqa kya hai? is ka tareeqa dekhiye, Quran mein aap dekhiye, Surah Aal-e-Imran mein ek aayat hai Ahle Iman ke baare mein,</w:t>
      </w:r>
    </w:p>
    <w:p>
      <w:pPr>
        <w:jc w:val="right"/>
      </w:pPr>
      <w:r>
        <w:t>اس لیے ایسا ہوا۔ اب اس کا طریقہ کیا ہے؟ اس کا طریقہ دیکھیے، قرآن میں آپ دیکھیے، سورہ آل عمران میں ایک آیت ہے اہل ایمان کے بارے میں،</w:t>
      </w:r>
    </w:p>
    <w:p>
      <w:r>
        <w:rPr>
          <w:b/>
        </w:rPr>
        <w:t xml:space="preserve">[19:48] </w:t>
      </w:r>
      <w:r>
        <w:t>Momin ke baare mein:</w:t>
      </w:r>
    </w:p>
    <w:p>
      <w:pPr>
        <w:jc w:val="right"/>
      </w:pPr>
      <w:r>
        <w:t>مومن کے بارے میں:</w:t>
      </w:r>
    </w:p>
    <w:p>
      <w:r>
        <w:rPr>
          <w:b/>
        </w:rPr>
        <w:t xml:space="preserve">[19:50] </w:t>
      </w:r>
      <w:r>
        <w:t>"والقادم الغیض والعافین عن الناس"۔ yaani Momin woh hai jo ko ghussa aaye to andar andar us ko pee le.</w:t>
      </w:r>
    </w:p>
    <w:p>
      <w:pPr>
        <w:jc w:val="right"/>
      </w:pPr>
      <w:r>
        <w:t>"والقادم الغیض والعافین عن الناس"۔ یعنی مومن وہ ہے جو کو غصہ آئے تو اندر اندر اس کو پی لے۔</w:t>
      </w:r>
    </w:p>
    <w:p>
      <w:r>
        <w:rPr>
          <w:b/>
        </w:rPr>
        <w:t xml:space="preserve">[20:05] </w:t>
      </w:r>
      <w:r>
        <w:t>yeh jo lafz hai,</w:t>
      </w:r>
    </w:p>
    <w:p>
      <w:pPr>
        <w:jc w:val="right"/>
      </w:pPr>
      <w:r>
        <w:t>یہ جو لفظ ہے،</w:t>
      </w:r>
    </w:p>
    <w:p>
      <w:r>
        <w:rPr>
          <w:b/>
        </w:rPr>
        <w:t xml:space="preserve">[20:11] </w:t>
      </w:r>
      <w:r>
        <w:t>iska Qurtubi ne is ke liye likha hai: "Raddahu fil Jaw".</w:t>
      </w:r>
    </w:p>
    <w:p>
      <w:pPr>
        <w:jc w:val="right"/>
      </w:pPr>
      <w:r>
        <w:t>اس کا قرطبی نے اس کے لیے لکھا ہے: "ردہ فی الجو"۔</w:t>
      </w:r>
    </w:p>
    <w:p>
      <w:r>
        <w:rPr>
          <w:b/>
        </w:rPr>
        <w:t xml:space="preserve">[20:16] </w:t>
      </w:r>
      <w:r>
        <w:t>yaani ghusse ko andar hi andar rok lena, andar hi andar daal lena, bahar na nikaalna.</w:t>
      </w:r>
    </w:p>
    <w:p>
      <w:pPr>
        <w:jc w:val="right"/>
      </w:pPr>
      <w:r>
        <w:t>یعنی غصے کو اندر ہی اندر روک لینا، اندر ہی اندر ڈال لینا، باہر نہ نکالنا۔</w:t>
      </w:r>
    </w:p>
    <w:p>
      <w:r>
        <w:rPr>
          <w:b/>
        </w:rPr>
        <w:t xml:space="preserve">[20:25] </w:t>
      </w:r>
      <w:r>
        <w:t>"والقادم الغیض والعافین عن الناس"۔ Aafeen an-naas ka matlab kya hai? yeh dono lafz bohat hi important hain.</w:t>
      </w:r>
    </w:p>
    <w:p>
      <w:pPr>
        <w:jc w:val="right"/>
      </w:pPr>
      <w:r>
        <w:t>"والقادم الغیض والعافین عن الناس"۔ عافین عن الناس کا مطلب کیا ہے؟ یہ دونوں لفظ بہت ہی امپورٹنٹ ہیں۔</w:t>
      </w:r>
    </w:p>
    <w:p>
      <w:r>
        <w:rPr>
          <w:b/>
        </w:rPr>
        <w:t xml:space="preserve">[20:35] </w:t>
      </w:r>
      <w:r>
        <w:t>Aafeen an-naas ka maani hai ke doosron par, is doosron par na daalna aur qaadimeen ka matlab hai apne upar lena.</w:t>
      </w:r>
    </w:p>
    <w:p>
      <w:pPr>
        <w:jc w:val="right"/>
      </w:pPr>
      <w:r>
        <w:t>عافین عن الناس کا معنی ہے کہ دوسروں پر، اس دوسروں پر نہ ڈالنا اور قادمین کا مطلب ہے اپنے اوپر لینا۔</w:t>
      </w:r>
    </w:p>
    <w:p>
      <w:r>
        <w:rPr>
          <w:b/>
        </w:rPr>
        <w:t xml:space="preserve">[20:46] </w:t>
      </w:r>
      <w:r>
        <w:t>jab aap ko ghussa aaya, jab kisi se aap ko shikaayat hui, jab kisi ke khilaaf aap ke andar aap provoke ho gaye, kuch bhark uthe, aap to ek shakal ke aap us ko doosron ko pta lein.</w:t>
      </w:r>
    </w:p>
    <w:p>
      <w:pPr>
        <w:jc w:val="right"/>
      </w:pPr>
      <w:r>
        <w:t>جب آپ کو غصہ آیا، جب کسی سے آپ کو شکایت ہوئی، جب کسی کے خلاف آپ کے اندر آپ پروک ہو گئے، کچھ بھڑک اٹھے، آپ تو ایک شکل کے آپ اس کو دوسروں کو پٹا لیں۔</w:t>
      </w:r>
    </w:p>
    <w:p>
      <w:r>
        <w:rPr>
          <w:b/>
        </w:rPr>
        <w:t xml:space="preserve">[21:00] </w:t>
      </w:r>
      <w:r>
        <w:t>ek shakal apne, apne upar lein, apne upar lein, apne upar lein. apne upar lene ka maani kya hai? us ko manage karna seekhein.</w:t>
      </w:r>
    </w:p>
    <w:p>
      <w:pPr>
        <w:jc w:val="right"/>
      </w:pPr>
      <w:r>
        <w:t>ایک شکل اپنے، اپنے اوپر لیں، اپنے اوپر لیں، اپنے اوپر لیں۔ اپنے اوپر لینے کا معنی کیا ہے؟ اس کو مینج کرنا سیکھیں۔</w:t>
      </w:r>
    </w:p>
    <w:p>
      <w:r>
        <w:rPr>
          <w:b/>
        </w:rPr>
        <w:t xml:space="preserve">[21:10] </w:t>
      </w:r>
      <w:r>
        <w:t>yaani doosron se jaa kar shikaayatein karna aur doosron se ta'alluq todna aur doosron ko bura bhala kehna aur doosre log kehna ke aise hain, waise hain, yeh Islam mein haraam hai.</w:t>
      </w:r>
    </w:p>
    <w:p>
      <w:pPr>
        <w:jc w:val="right"/>
      </w:pPr>
      <w:r>
        <w:t>یعنی دوسروں سے جا کر شکایتیں کرنا اور دوسروں سے تعلق توڑنا اور دوسروں کو برا بھلا کہنا اور دوسرے لوگ کہنا کہ ایسے ہیں، ویسے ہیں، یہ اسلام میں حرام ہے۔</w:t>
      </w:r>
    </w:p>
    <w:p>
      <w:r>
        <w:rPr>
          <w:b/>
        </w:rPr>
        <w:t xml:space="preserve">[21:22] </w:t>
      </w:r>
      <w:r>
        <w:t>Islam ke maani deen-e-fitrat mein haraam hai.</w:t>
      </w:r>
    </w:p>
    <w:p>
      <w:pPr>
        <w:jc w:val="right"/>
      </w:pPr>
      <w:r>
        <w:t>اسلام کے معنی دین فطرت میں حرام ہے۔</w:t>
      </w:r>
    </w:p>
    <w:p>
      <w:r>
        <w:rPr>
          <w:b/>
        </w:rPr>
        <w:t xml:space="preserve">[21:27] </w:t>
      </w:r>
      <w:r>
        <w:t>deen-e-fitrat mein haraam hai, balkeh main kahunga ke ek wurs deen haraam hai, wurs deen haraam hai.</w:t>
      </w:r>
    </w:p>
    <w:p>
      <w:pPr>
        <w:jc w:val="right"/>
      </w:pPr>
      <w:r>
        <w:t>دین فطرت میں حرام ہے، بلکہ میں کہوں گا کہ ایک ورس دین حرام ہے، ورس دین حرام ہے۔</w:t>
      </w:r>
    </w:p>
    <w:p>
      <w:r>
        <w:rPr>
          <w:b/>
        </w:rPr>
        <w:t xml:space="preserve">[21:33] </w:t>
      </w:r>
      <w:r>
        <w:t>aap jab kahin ghussa aa gaya, aap provoke ho gaye, aap ke andar shikaayat paida ho gayi to aap kya karein?</w:t>
      </w:r>
    </w:p>
    <w:p>
      <w:pPr>
        <w:jc w:val="right"/>
      </w:pPr>
      <w:r>
        <w:t>آپ جب کہیں غصہ آ گیا، آپ پرووک ہو گئے، آپ کے اندر شکایت پیدا ہوگئی تو آپ کیا کریں؟</w:t>
      </w:r>
    </w:p>
    <w:p>
      <w:r>
        <w:rPr>
          <w:b/>
        </w:rPr>
        <w:t xml:space="preserve">[21:43] </w:t>
      </w:r>
      <w:r>
        <w:t>aap harghiz, harghiz us ko doosron par na daalein. Aafeen an-naas banein, doosron par na daalna, balkeh</w:t>
      </w:r>
    </w:p>
    <w:p>
      <w:pPr>
        <w:jc w:val="right"/>
      </w:pPr>
      <w:r>
        <w:t>آپ ہرگز، ہرگز اس کو دوسروں پر نہ ڈالیں۔ عافین عن الناس بنیں، دوسروں پر نہ ڈالنا، بلکہ</w:t>
      </w:r>
    </w:p>
    <w:p>
      <w:r>
        <w:rPr>
          <w:b/>
        </w:rPr>
        <w:t xml:space="preserve">[21:56] </w:t>
      </w:r>
      <w:r>
        <w:t>Qaadim al-ghayz banein. yaani andar hi andar us ko manage karein, andar hi andar us ko sochein.</w:t>
      </w:r>
    </w:p>
    <w:p>
      <w:pPr>
        <w:jc w:val="right"/>
      </w:pPr>
      <w:r>
        <w:t>قادم الغیض بنیں۔ یعنی اندر ہی اندر اس کو مینج کریں، اندر ہی اندر اس کو سوچیں۔</w:t>
      </w:r>
    </w:p>
    <w:p>
      <w:r>
        <w:rPr>
          <w:b/>
        </w:rPr>
        <w:t xml:space="preserve">[22:04] </w:t>
      </w:r>
      <w:r>
        <w:t>yeh raaz hai. aur us waqt kya hoga? Allah ki wahi, Allah ka inspiration aap ki madad karega.</w:t>
      </w:r>
    </w:p>
    <w:p>
      <w:pPr>
        <w:jc w:val="right"/>
      </w:pPr>
      <w:r>
        <w:t>یہ راز ہے۔ اور اس وقت کیا ہوگا؟ اللہ کی وحی، اللہ کا انسپیریشن آپ کی مدد کرے گا۔</w:t>
      </w:r>
    </w:p>
    <w:p>
      <w:r>
        <w:rPr>
          <w:b/>
        </w:rPr>
        <w:t xml:space="preserve">[22:16] </w:t>
      </w:r>
      <w:r>
        <w:t>yeh jo inspiration hai, yeh</w:t>
      </w:r>
    </w:p>
    <w:p>
      <w:pPr>
        <w:jc w:val="right"/>
      </w:pPr>
      <w:r>
        <w:t>یہ جو انسپیریشن ہے، یہ</w:t>
      </w:r>
    </w:p>
    <w:p>
      <w:r>
        <w:rPr>
          <w:b/>
        </w:rPr>
        <w:t xml:space="preserve">[22:22] </w:t>
      </w:r>
      <w:r>
        <w:t>main jo samajh paaya hoon to Quran o Hadees ke muta'alliq se ke insaan ka aur Allah ka maamla 50, 50, 50 percent hai. Aadmi ko apna 50 percent hissa dena padta hai,</w:t>
      </w:r>
    </w:p>
    <w:p>
      <w:pPr>
        <w:jc w:val="right"/>
      </w:pPr>
      <w:r>
        <w:t>میں جو سمجھ پاؤں ہوں تو قرآن و حدیث کے متعلق سے کہ انسان کا اور اللہ کا معاملہ 50، 50، 50 پرسنٹ ہے۔ آدمی کو اپنا 50 پرسنٹ حصہ دینا پڑتا ہے،</w:t>
      </w:r>
    </w:p>
    <w:p>
      <w:r>
        <w:rPr>
          <w:b/>
        </w:rPr>
        <w:t xml:space="preserve">[22:35] </w:t>
      </w:r>
      <w:r>
        <w:t>tab Allah ki taraf se 50 percent nusrat aati hai. agar aap apna 50, 50 percent na dein to baaqi 50 percent aane wale nahi hain.</w:t>
      </w:r>
    </w:p>
    <w:p>
      <w:pPr>
        <w:jc w:val="right"/>
      </w:pPr>
      <w:r>
        <w:t>تب اللہ کی طرف سے 50 پرسنٹ نصرت آتی ہے۔ اگر آپ اپنا 50، 50 پرسنٹ نہ دیں تو بقیہ 50 پرسنٹ آنے والے نہیں ہیں۔</w:t>
      </w:r>
    </w:p>
    <w:p>
      <w:r>
        <w:rPr>
          <w:b/>
        </w:rPr>
        <w:t xml:space="preserve">[22:47] </w:t>
      </w:r>
      <w:r>
        <w:t>to 50 percent kya hai? ke aap logon par na uR daalein, logon par na daalein, balkeh apne upar lein, apne upar lein.</w:t>
      </w:r>
    </w:p>
    <w:p>
      <w:pPr>
        <w:jc w:val="right"/>
      </w:pPr>
      <w:r>
        <w:t>تو 50 پرسنٹ کیا ہے؟ کہ آپ لوگوں پر نہ اڑ ڈالیں، لوگوں پر نہ ڈالیں، بلکہ اپنے اوپر لیں، اپنے اوپر لیں۔</w:t>
      </w:r>
    </w:p>
    <w:p>
      <w:r>
        <w:rPr>
          <w:b/>
        </w:rPr>
        <w:t xml:space="preserve">[22:58] </w:t>
      </w:r>
      <w:r>
        <w:t>apne upar lene ka maani kya hai? andar hi andar us ko manage karein, andar hi andar us ko manage karein. jaise main apna batata hoon, mujhe bhi ghussa aata hai, mujhe bhi shikaayatein paida hoti hain.</w:t>
      </w:r>
    </w:p>
    <w:p>
      <w:pPr>
        <w:jc w:val="right"/>
      </w:pPr>
      <w:r>
        <w:t>اپنے اوپر لینے کا معنی کیا ہے؟ اندر ہی اندر اس کو مینج کریں، اندر ہی اندر اس کو مینج کریں۔ جیسے میں اپنا بتاتا ہوں، مجھے بھی غصہ آتا ہے، مجھے بھی شکایتیں پیدا ہوتی ہیں۔</w:t>
      </w:r>
    </w:p>
    <w:p>
      <w:r>
        <w:rPr>
          <w:b/>
        </w:rPr>
        <w:t xml:space="preserve">[23:13] </w:t>
      </w:r>
      <w:r>
        <w:t>sari zindagi aisa hota raha. mein kya karta hoon?</w:t>
      </w:r>
    </w:p>
    <w:p>
      <w:pPr>
        <w:jc w:val="right"/>
      </w:pPr>
      <w:r>
        <w:t>ساری زندگی ایسا ہوتا رہا۔ میں کیا کرتا ہوں؟</w:t>
      </w:r>
    </w:p>
    <w:p>
      <w:r>
        <w:rPr>
          <w:b/>
        </w:rPr>
        <w:t xml:space="preserve">[23:18] </w:t>
      </w:r>
      <w:r>
        <w:t>mein sochta hoon, sochta hoon, sochte ki rehte hain. abhi mujhe ek bohat bari reality ki daryaft ho gayi jo mein samajhta hoon ke poori history mein kisi ne jana nahin.</w:t>
      </w:r>
    </w:p>
    <w:p>
      <w:pPr>
        <w:jc w:val="right"/>
      </w:pPr>
      <w:r>
        <w:t>میں سوچتا ہوں، سوچتا ہوں، سوچتے کی رہتے ہیں۔ ابھی مجھے ایک بہت بڑی ریلیٹی کی دریافت ہو گئی جو میں سمجھتا ہوں کہ پوری ہسٹری میں کسی نے جانا نہیں۔</w:t>
      </w:r>
    </w:p>
    <w:p>
      <w:r>
        <w:rPr>
          <w:b/>
        </w:rPr>
        <w:t xml:space="preserve">[23:28] </w:t>
      </w:r>
      <w:r>
        <w:t>mere ilm ke mutabiq jo kitabein mein ne padhi hain, kisi kitab mein mein ne is ko paya nahin. woh kya hai? is ko samjhiye.</w:t>
      </w:r>
    </w:p>
    <w:p>
      <w:pPr>
        <w:jc w:val="right"/>
      </w:pPr>
      <w:r>
        <w:t>میرے علم کے مطابق جو کتابیں میں نے پڑھی ہیں، کسی کتاب میں میں نے اس کو پایا نہیں۔ وہ کیا ہے؟ اس کو سمجھیے۔</w:t>
      </w:r>
    </w:p>
    <w:p>
      <w:r>
        <w:rPr>
          <w:b/>
        </w:rPr>
        <w:t xml:space="preserve">[23:45] </w:t>
      </w:r>
      <w:r>
        <w:t>mein ghore karte karte mein yeh samjha ke har cheez ko, yaani yeh kyun Quran mein kaha gaya ke ghusse ko pee jao?</w:t>
      </w:r>
    </w:p>
    <w:p>
      <w:pPr>
        <w:jc w:val="right"/>
      </w:pPr>
      <w:r>
        <w:t>میں غور کرتے کرتے میں یہ سمجھا کہ ہر چیز کو، یعنی یہ کیوں قرآن میں کہا گیا کہ غصے کو پی جاؤ؟</w:t>
      </w:r>
    </w:p>
    <w:p>
      <w:r>
        <w:rPr>
          <w:b/>
        </w:rPr>
        <w:t xml:space="preserve">[23:57] </w:t>
      </w:r>
      <w:r>
        <w:t>ghussa aaye to is ko zahir rakho aur andar hi andar is ko le lo. kyun kaha gaya?</w:t>
      </w:r>
    </w:p>
    <w:p>
      <w:pPr>
        <w:jc w:val="right"/>
      </w:pPr>
      <w:r>
        <w:t>غصہ آئے تو اس کو ظاہر رکھو اور اندر ہی اندر اس کو لے لو۔ کیوں کہا گیا؟</w:t>
      </w:r>
    </w:p>
    <w:p>
      <w:r>
        <w:rPr>
          <w:b/>
        </w:rPr>
        <w:t xml:space="preserve">[24:03] </w:t>
      </w:r>
      <w:r>
        <w:t>is liye ke yeh fitrat ka tareeqa hai aur woh, woh, woh ek challenge hai, woh intellectual challenge hai jo aap ke sath pesh aata hai.</w:t>
      </w:r>
    </w:p>
    <w:p>
      <w:pPr>
        <w:jc w:val="right"/>
      </w:pPr>
      <w:r>
        <w:t>اس لیے کہ یہ فطرت کا طریقہ ہے اور وہ، وہ، وہ ایک چیلنج ہے، وہ انٹلیکچول چیلنج ہے جو آپ کے ساتھ پیش آتا ہے۔</w:t>
      </w:r>
    </w:p>
    <w:p>
      <w:r>
        <w:rPr>
          <w:b/>
        </w:rPr>
        <w:t xml:space="preserve">[24:15] </w:t>
      </w:r>
      <w:r>
        <w:t>aur challenge jo hai, wahi irtiqaa ka tareeqa, wahi isi se intellectual development hota hai. sari philosophers ek baat ko mante chale aa rahe hain sankron saal se.</w:t>
      </w:r>
    </w:p>
    <w:p>
      <w:pPr>
        <w:jc w:val="right"/>
      </w:pPr>
      <w:r>
        <w:t>اور چیلنج جو ہے، وہی ارتقاء کا طریقہ، وہی اسی سے انٹلیکچول ڈیویلپمنٹ ہوتا ہے۔ سارے فلاسفرز ایک بات کو مانتے چلے آ رہے ہیں سینکڑوں سال سے۔</w:t>
      </w:r>
    </w:p>
    <w:p>
      <w:r>
        <w:rPr>
          <w:b/>
        </w:rPr>
        <w:t xml:space="preserve">[24:28] </w:t>
      </w:r>
      <w:r>
        <w:t>is ko kehte hain</w:t>
      </w:r>
    </w:p>
    <w:p>
      <w:pPr>
        <w:jc w:val="right"/>
      </w:pPr>
      <w:r>
        <w:t>اس کو کہتے ہیں</w:t>
      </w:r>
    </w:p>
    <w:p>
      <w:r>
        <w:rPr>
          <w:b/>
        </w:rPr>
        <w:t xml:space="preserve">[24:29] </w:t>
      </w:r>
      <w:r>
        <w:t>"problem of evil". yaani dunya mein jo, jo, jo ek doosre ke darmiyan jo takrao pesh aata hai, jo shikayatein paida hoti hain, ek doosre se logon ko jo zakhm pahanchta hai,</w:t>
      </w:r>
    </w:p>
    <w:p>
      <w:pPr>
        <w:jc w:val="right"/>
      </w:pPr>
      <w:r>
        <w:t>"پرابلم آف ایون"۔ یعنی دنیا میں جو، جو، جو ایک دوسرے کے درمیان جو ٹکراؤ پیش آتا ہے، جو شکایتیں پیدا ہوتی ہیں، ایک دوسرے سے لوگوں کو جو زخم پہنچتا ہے،</w:t>
      </w:r>
    </w:p>
    <w:p>
      <w:r>
        <w:rPr>
          <w:b/>
        </w:rPr>
        <w:t xml:space="preserve">[24:47] </w:t>
      </w:r>
      <w:r>
        <w:t>ek doosre se logon ko jo nuqsan pahanchta hai, is ko lete hain "evil" ke maani mein.</w:t>
      </w:r>
    </w:p>
    <w:p>
      <w:pPr>
        <w:jc w:val="right"/>
      </w:pPr>
      <w:r>
        <w:t>ایک دوسرے سے لوگوں کو جو نقصان پہنچتا ہے، اس کو لیتے ہیں "ایول" کے معنی میں۔</w:t>
      </w:r>
    </w:p>
    <w:p>
      <w:r>
        <w:rPr>
          <w:b/>
        </w:rPr>
        <w:t xml:space="preserve">[24:56] </w:t>
      </w:r>
      <w:r>
        <w:t>mein ne is ko daryaft kiya ke woh "evil" nahin, woh challenge hai. woh challenge hai. aur challenge kyun hai?</w:t>
      </w:r>
    </w:p>
    <w:p>
      <w:pPr>
        <w:jc w:val="right"/>
      </w:pPr>
      <w:r>
        <w:t>میں نے اس کو دریافت کیا کہ وہ "ایول" نہیں، وہ چیلنج ہے۔ وہ چیلنج ہے۔ اور چیلنج کیوں ہے؟</w:t>
      </w:r>
    </w:p>
    <w:p>
      <w:r>
        <w:rPr>
          <w:b/>
        </w:rPr>
        <w:t xml:space="preserve">[25:06] </w:t>
      </w:r>
      <w:r>
        <w:t>challenge ke maani hain, challenge jo hai, woh "blessing disguise" hai. challenge hum ko, yaani "awakening" laate hain, hamare andar, hamare andar "brainstar" bhi laate hain, hum ko "rethinking" paida karte hain.</w:t>
      </w:r>
    </w:p>
    <w:p>
      <w:pPr>
        <w:jc w:val="right"/>
      </w:pPr>
      <w:r>
        <w:t>چیلنج کے معنی ہیں، چیلنج جو ہے، وہ "بلیسنگ ڈسگائز" ہے۔ چیلنج ہم کو، یعنی "اویکننگ" لاتے ہیں، ہمارے اندر، ہمارے اندر "برین اسٹار" بھی لاتے ہیں، ہم کو "ری تھنکنگ" پیدا کرتے ہیں۔</w:t>
      </w:r>
    </w:p>
    <w:p>
      <w:r>
        <w:rPr>
          <w:b/>
        </w:rPr>
        <w:t xml:space="preserve">[25:21] </w:t>
      </w:r>
      <w:r>
        <w:t>p</w:t>
      </w:r>
    </w:p>
    <w:p>
      <w:pPr>
        <w:jc w:val="right"/>
      </w:pPr>
      <w:r>
        <w:t>پ</w:t>
      </w:r>
    </w:p>
    <w:p>
      <w:r>
        <w:rPr>
          <w:b/>
        </w:rPr>
        <w:t xml:space="preserve">[25:22] </w:t>
      </w:r>
      <w:r>
        <w:t>har se sochne ka hamare andar</w:t>
      </w:r>
    </w:p>
    <w:p>
      <w:pPr>
        <w:jc w:val="right"/>
      </w:pPr>
      <w:r>
        <w:t>ھر سے سوچنے کا ہمارے اندر</w:t>
      </w:r>
    </w:p>
    <w:p>
      <w:r>
        <w:rPr>
          <w:b/>
        </w:rPr>
        <w:t xml:space="preserve">[25:27] </w:t>
      </w:r>
      <w:r>
        <w:t>kehte hain ke phir se socho, phir se socho. to jab phir se sochte hain to ek nai, naye ideas, nai haqeeqat samne aati hai. "that is the way of intellectual development".</w:t>
      </w:r>
    </w:p>
    <w:p>
      <w:pPr>
        <w:jc w:val="right"/>
      </w:pPr>
      <w:r>
        <w:t>کہتے ہیں کہ پھر سے سوچو، پھر سے سوچو۔ تو جب پھر سے سوچتے ہیں تو ایک نئی، نئے آئیڈیاز، نئی حقیقت سامنے آتی ہے۔ "دیٹ از دا وے آف انٹلیکچول ڈیویلپمنٹ"۔</w:t>
      </w:r>
    </w:p>
    <w:p>
      <w:r>
        <w:rPr>
          <w:b/>
        </w:rPr>
        <w:t xml:space="preserve">[25:40] </w:t>
      </w:r>
      <w:r>
        <w:t>yaad rakhiye, agar koi aisa mahol ho jahan kisi ko kisi se shikayat nahin, kisi ko kisi se koi nuqsan nahin pahanchta, kisi ko koi bilkul hi smooth, sab kuch smooth, sab kuch smooth,</w:t>
      </w:r>
    </w:p>
    <w:p>
      <w:pPr>
        <w:jc w:val="right"/>
      </w:pPr>
      <w:r>
        <w:t>یاد رکھیے، اگر کوئی ایسا ماحول ہو جہاں کسی کو کسی سے شکایت نہیں، کسی کو کسی سے کوئی نقصان نہیں پہنچتا، کسی کو کوئی بالکل ہی سموتھ، سب کچھ سموتھ، سب کچھ سموتھ،</w:t>
      </w:r>
    </w:p>
    <w:p>
      <w:r>
        <w:rPr>
          <w:b/>
        </w:rPr>
        <w:t xml:space="preserve">[25:53] </w:t>
      </w:r>
      <w:r>
        <w:t>to woh jo samajh hoga, ek ek shakhs wahan "intellectual stagnation" ka case hoga. "intellectual stagnation" yaani zehni jamhoor.</w:t>
      </w:r>
    </w:p>
    <w:p>
      <w:pPr>
        <w:jc w:val="right"/>
      </w:pPr>
      <w:r>
        <w:t>تو وہ جو سماج ہوگا، ایک ایک شخص وہاں "انٹلیکچول اسٹیگریشن" کا کیس ہوگا۔ "انٹلیکچول اسٹیگریشن" یعنی ذہنی جمہور۔</w:t>
      </w:r>
    </w:p>
    <w:p>
      <w:r>
        <w:rPr>
          <w:b/>
        </w:rPr>
        <w:t xml:space="preserve">[26:07] </w:t>
      </w:r>
      <w:r>
        <w:t>is ke bar aks jab</w:t>
      </w:r>
    </w:p>
    <w:p>
      <w:pPr>
        <w:jc w:val="right"/>
      </w:pPr>
      <w:r>
        <w:t>اس کے برعکس جب</w:t>
      </w:r>
    </w:p>
    <w:p>
      <w:r>
        <w:rPr>
          <w:b/>
        </w:rPr>
        <w:t xml:space="preserve">[26:11] </w:t>
      </w:r>
      <w:r>
        <w:t>compression hota hai, challenge hota hai, takrao hota hai, ek doosre se shikayatein paida hoti hain, aur is ko aap lete hain challenge ke roop mein, aur sochte hain, apne mind ko bedaar karte hain,</w:t>
      </w:r>
    </w:p>
    <w:p>
      <w:pPr>
        <w:jc w:val="right"/>
      </w:pPr>
      <w:r>
        <w:t>کمپریشن ہوتا ہے، چیلنج ہوتا ہے، ٹکراؤ ہوتا ہے، ایک دوسرے سے شکایتیں پیدا ہوتی ہیں، اور اس کو آپ لیتے ہیں چیلنج کے روپ میں، اور سوچتے ہیں، اپنے مائنڈ کو بیدار کرتے ہیں،</w:t>
      </w:r>
    </w:p>
    <w:p>
      <w:r>
        <w:rPr>
          <w:b/>
        </w:rPr>
        <w:t xml:space="preserve">[26:28] </w:t>
      </w:r>
      <w:r>
        <w:t>to is se kya hota hai? aap ke andar creativity barhti hai, creativity, creativity barhti hai, aur, aur aap ke andar har qism ka development hota hai.</w:t>
      </w:r>
    </w:p>
    <w:p>
      <w:pPr>
        <w:jc w:val="right"/>
      </w:pPr>
      <w:r>
        <w:t>تو اس سے کیا ہوتا ہے؟ آپ کے اندر کریٹیوٹی بڑھتی ہے، کریٹیوٹی، کریٹیوٹی بڑھتی ہے، اور، اور آپ کے اندر ہر قسم کا ڈیویلپمنٹ ہوتا ہے۔</w:t>
      </w:r>
    </w:p>
    <w:p>
      <w:r>
        <w:rPr>
          <w:b/>
        </w:rPr>
        <w:t xml:space="preserve">[26:42] </w:t>
      </w:r>
      <w:r>
        <w:t>dekhiye, ek research hui hai, ek research hui hai ke ek, ek samajh jahan do group hon, ek group minority mein ho, ek group majority mein ho,</w:t>
      </w:r>
    </w:p>
    <w:p>
      <w:pPr>
        <w:jc w:val="right"/>
      </w:pPr>
      <w:r>
        <w:t>دیکھیے، ایک ریسرچ ہوئی ہے، ایک ریسرچ ہوئی ہے کہ ایک، ایک سماج جہاں دو گروپ ہوں، ایک گروپ مائنورٹی میں ہو، ایک گروپ میجورٹی میں ہو،</w:t>
      </w:r>
    </w:p>
    <w:p>
      <w:r>
        <w:rPr>
          <w:b/>
        </w:rPr>
        <w:t xml:space="preserve">[27:00] </w:t>
      </w:r>
      <w:r>
        <w:t>is ki study ki gayi hai.</w:t>
      </w:r>
    </w:p>
    <w:p>
      <w:pPr>
        <w:jc w:val="right"/>
      </w:pPr>
      <w:r>
        <w:t>اس کی اسٹڈی کی گئی ہے۔</w:t>
      </w:r>
    </w:p>
    <w:p>
      <w:r>
        <w:rPr>
          <w:b/>
        </w:rPr>
        <w:t xml:space="preserve">[27:04] </w:t>
      </w:r>
      <w:r>
        <w:t>to study mein kai aisi misalein samne aayin jahan ke jo minority group tha, tha, wahi prevail kar gaya, woh isi ka dawah qaim hoga.</w:t>
      </w:r>
    </w:p>
    <w:p>
      <w:pPr>
        <w:jc w:val="right"/>
      </w:pPr>
      <w:r>
        <w:t>تو اسٹڈی میں کئی ایسی مثالیں سامنے آئیں جہاں کہ جو مائنورٹی گروپ تھا، تھا، وہی پریول کر گیا، وہ اسی کا دعویٰ قائم ہوگا۔</w:t>
      </w:r>
    </w:p>
    <w:p>
      <w:r>
        <w:rPr>
          <w:b/>
        </w:rPr>
        <w:t xml:space="preserve">[27:18] </w:t>
      </w:r>
      <w:r>
        <w:t>yeh wahi baat hui jo Quran majeed mein hai ke "kam min fiet qaleela ghurbat fiet kaseera billah". to is ki study ki</w:t>
      </w:r>
    </w:p>
    <w:p>
      <w:pPr>
        <w:jc w:val="right"/>
      </w:pPr>
      <w:r>
        <w:t>یہ وہی بات ہوئی جو قرآن مجید میں ہے کہ "کم من فیت قلیلۃ غربت فیت کثیرۃ بے اللہ"۔ تو اس کی اسٹڈی کی</w:t>
      </w:r>
    </w:p>
    <w:p>
      <w:r>
        <w:rPr>
          <w:b/>
        </w:rPr>
        <w:t xml:space="preserve">[27:29] </w:t>
      </w:r>
      <w:r>
        <w:t>gayi. to is study mein bataya gaya hai ke jab do group hon, majority aur minority, to majority ki taraf se musalsal dabao rehta hai minority ke upar, musalsal dabao rehta hai, musalsal challenge rehta hai,</w:t>
      </w:r>
    </w:p>
    <w:p>
      <w:pPr>
        <w:jc w:val="right"/>
      </w:pPr>
      <w:r>
        <w:t>گئی۔ تو اس اسٹڈی میں بتایا گیا ہے کہ جب دو گروپ ہوں، میجورٹی اور مائنورٹی، تو میجورٹی کی طرف سے مسلسل دباؤ رہتا ہے مائنورٹی کے اوپر، مسلسل دباؤ رہتا ہے، مسلسل چیلنج رہتا ہے،</w:t>
      </w:r>
    </w:p>
    <w:p>
      <w:r>
        <w:rPr>
          <w:b/>
        </w:rPr>
        <w:t xml:space="preserve">[27:48] </w:t>
      </w:r>
      <w:r>
        <w:t>musalsal is ko compression mein jeena parta hai. is se kya hota hai? minority ki creativity barhti hai.</w:t>
      </w:r>
    </w:p>
    <w:p>
      <w:pPr>
        <w:jc w:val="right"/>
      </w:pPr>
      <w:r>
        <w:t>مسلسل اس کو کمپریشن میں جینا پڑتا ہے۔ اس سے کیا ہوتا ہے؟ مائنورٹی کی کریٹیوٹی بڑھتی ہے۔</w:t>
      </w:r>
    </w:p>
    <w:p>
      <w:r>
        <w:rPr>
          <w:b/>
        </w:rPr>
        <w:t xml:space="preserve">[27:59] </w:t>
      </w:r>
      <w:r>
        <w:t>har challenge jo aata hai majority ki taraf se, woh minority ki creativity ko barhata hai, yahan tak ke ek un creative minority creative minority ban jati hai.</w:t>
      </w:r>
    </w:p>
    <w:p>
      <w:pPr>
        <w:jc w:val="right"/>
      </w:pPr>
      <w:r>
        <w:t>ہر چیلنج جو آتا ہے میجورٹی کی طرف سے، وہ مائنورٹی کی کریٹیوٹی کو بڑھاتا ہے، یہاں تک کہ ایک ان کریٹیو مائنورٹی کریٹیو مائنورٹی بن جاتی ہے۔</w:t>
      </w:r>
    </w:p>
    <w:p>
      <w:r>
        <w:rPr>
          <w:b/>
        </w:rPr>
        <w:t xml:space="preserve">[28:11] </w:t>
      </w:r>
      <w:r>
        <w:t>yeh baqayda is pe research hui hai</w:t>
      </w:r>
    </w:p>
    <w:p>
      <w:pPr>
        <w:jc w:val="right"/>
      </w:pPr>
      <w:r>
        <w:t>یہ باقاعدہ اس پہ ریسرچ ہوئی ہے</w:t>
      </w:r>
    </w:p>
    <w:p>
      <w:r>
        <w:rPr>
          <w:b/>
        </w:rPr>
        <w:t xml:space="preserve">[28:16] </w:t>
      </w:r>
      <w:r>
        <w:t>ke is tarah ki situation mein zaroor challenge hoga, zaroor shikayatein hongi, zaroor ek, ek ka dabao doosre par rahega, compression hoga waghera.</w:t>
      </w:r>
    </w:p>
    <w:p>
      <w:pPr>
        <w:jc w:val="right"/>
      </w:pPr>
      <w:r>
        <w:t>کہ اس طرح کی سچوئیشن میں ضرور چیلنج ہوگا، ضرور شکایتیں ہوں گی، ضرور ایک، ایک کا دباؤ دوسرے پر رہے گا، کمپریشن ہوگا وغیرہ۔</w:t>
      </w:r>
    </w:p>
    <w:p>
      <w:r>
        <w:rPr>
          <w:b/>
        </w:rPr>
        <w:t xml:space="preserve">[28:29] </w:t>
      </w:r>
      <w:r>
        <w:t>to is tarah ki jo challenging, challenging situation hai, challenging, is ka ek bohat ajeeb o ghareeb yeh nateeja daryaft kiya logon ne ke minority group jo hai, is ki creativity mein izafa hota hai,</w:t>
      </w:r>
    </w:p>
    <w:p>
      <w:pPr>
        <w:jc w:val="right"/>
      </w:pPr>
      <w:r>
        <w:t>تو اس طرح کی جو چیلنجنگ، چیلنجنگ سچوئیشن ہے، چیلنجنگ، اس کا ایک بہت عجیب و غریب یہ نتیجہ دریافت کیا لوگوں نے کہ مائنورٹی گروپ جو ہے، اس کی کریٹیوٹی میں اضافہ ہوتا ہے،</w:t>
      </w:r>
    </w:p>
    <w:p>
      <w:r>
        <w:rPr>
          <w:b/>
        </w:rPr>
        <w:t xml:space="preserve">[28:48] </w:t>
      </w:r>
      <w:r>
        <w:t>yahan tak ke pehle agar minority group un creative minority tha, un creative minority, to woh creative minority ban jata hai.</w:t>
      </w:r>
    </w:p>
    <w:p>
      <w:pPr>
        <w:jc w:val="right"/>
      </w:pPr>
      <w:r>
        <w:t>یہاں تک کہ پہلے اگر مائنورٹی گروپ ان کریٹیو مائنورٹی تھا، ان کریٹیو مائنورٹی، تو وہ کریٹیو مائنورٹی بن جاتا ہے۔</w:t>
      </w:r>
    </w:p>
    <w:p>
      <w:r>
        <w:rPr>
          <w:b/>
        </w:rPr>
        <w:t xml:space="preserve">[28:59] </w:t>
      </w:r>
      <w:r>
        <w:t>to yahi culture hamare haan CPS mein ikhtiyar kiya gaya hai. Allah ke fazal se hum logon se batate hain ke shikayat haram, negative thinking haram,</w:t>
      </w:r>
    </w:p>
    <w:p>
      <w:pPr>
        <w:jc w:val="right"/>
      </w:pPr>
      <w:r>
        <w:t>تو یہی کلچر ہمارے ہاں سی پی ایس میں اختیار کیا گیا ہے۔ اللہ کے فضل سے ہم لوگوں سے بتاتے ہیں کہ شکایت حرام، نیگیٹیو تھنکنگ حرام،</w:t>
      </w:r>
    </w:p>
    <w:p>
      <w:r>
        <w:rPr>
          <w:b/>
        </w:rPr>
        <w:t xml:space="preserve">[29:13] </w:t>
      </w:r>
      <w:r>
        <w:t>doosron ke khilaf sochna haram,</w:t>
      </w:r>
    </w:p>
    <w:p>
      <w:pPr>
        <w:jc w:val="right"/>
      </w:pPr>
      <w:r>
        <w:t>دوسروں کے خلاف سوچنا حرام،</w:t>
      </w:r>
    </w:p>
    <w:p>
      <w:r>
        <w:rPr>
          <w:b/>
        </w:rPr>
        <w:t xml:space="preserve">[29:18] </w:t>
      </w:r>
      <w:r>
        <w:t>bilkul haram se bhi buri cheez mein samajhta hoon is ko. yani is ke maani kya hue? har cheez mein aap positive aspect nikali</w:t>
      </w:r>
    </w:p>
    <w:p>
      <w:pPr>
        <w:jc w:val="right"/>
      </w:pPr>
      <w:r>
        <w:t>بالکل حرام سے بھی بری چیز میں سمجھتا ہوں اس کو۔ یعنی اس کے معنی کیا ہوئے؟ ہر چیز میں آپ پازیٹیو ایسپیکٹ نکالی</w:t>
      </w:r>
    </w:p>
    <w:p>
      <w:r>
        <w:rPr>
          <w:b/>
        </w:rPr>
        <w:t xml:space="preserve">[29:28] </w:t>
      </w:r>
      <w:r>
        <w:t>e, har cheez ko positive pehlu dijiye. to negative thinking ki bajaye positive thinking, ghussa ki bajaye andar hi andar is ko manage karna,</w:t>
      </w:r>
    </w:p>
    <w:p>
      <w:pPr>
        <w:jc w:val="right"/>
      </w:pPr>
      <w:r>
        <w:t>ے، ہر چیز کو پازیٹیو پہلو دیجئے۔ تو نیگیٹیو تھنکنگ کی بجائے پازیٹیو تھنکنگ، غصہ کی بجائے اندر ہی اندر اس کو مینج کرنا،</w:t>
      </w:r>
    </w:p>
    <w:p>
      <w:r>
        <w:rPr>
          <w:b/>
        </w:rPr>
        <w:t xml:space="preserve">[29:43] </w:t>
      </w:r>
      <w:r>
        <w:t>shikayat ko challenge ke roop mein lena, bajaye doosre par dalne ke, apne andar daal kar is ko, is ko khatam karna, is ko diffuse karna,</w:t>
      </w:r>
    </w:p>
    <w:p>
      <w:pPr>
        <w:jc w:val="right"/>
      </w:pPr>
      <w:r>
        <w:t>شکایت کو چیلنج کے روپ میں لینا، بجائے دوسرے پر ڈالنے کے، اپنے اندر ڈال کر اس کو، اس کو ختم کرنا، اس کو ڈیفیوز کرنا،</w:t>
      </w:r>
    </w:p>
    <w:p>
      <w:r>
        <w:rPr>
          <w:b/>
        </w:rPr>
        <w:t xml:space="preserve">[29:56] </w:t>
      </w:r>
      <w:r>
        <w:t>yeh hum sikhate hain logon ko. aur Allah ke fazal se jo CPS ke membranan hain, is formula ko pakre hue hain, isi liye un ko stress pesh nahi hota.</w:t>
      </w:r>
    </w:p>
    <w:p>
      <w:pPr>
        <w:jc w:val="right"/>
      </w:pPr>
      <w:r>
        <w:t>یہ ہم سکھاتے ہیں لوگوں کو۔ اور اللہ کے فضل سے جو سی پی ایس کے ممبران ہیں، اس فارمولے کو پکڑے ہوئے ہیں، اسی لیے ان کو اسٹریس پیش نہیں ہوتا۔</w:t>
      </w:r>
    </w:p>
    <w:p>
      <w:r>
        <w:rPr>
          <w:b/>
        </w:rPr>
        <w:t xml:space="preserve">[30:06] </w:t>
      </w:r>
      <w:r>
        <w:t>woh jo main ne arz kiya ke developed countries mein log jate hain holiday ke liye, woh wapas aate hain ke na stress lekar, jis ke liye kaha jata hai holiday stress.</w:t>
      </w:r>
    </w:p>
    <w:p>
      <w:pPr>
        <w:jc w:val="right"/>
      </w:pPr>
      <w:r>
        <w:t>وہ جو میں نے عرض کیا کہ ڈیولپڈ کنٹریز میں لوگ جاتے ہیں ہالی ڈے کے لیے، وہ واپس آتے ہیں کہ نہ اسٹریس لے کر، جس کے لیے کہا جاتا ہے ہالی ڈے اسٹریس۔</w:t>
      </w:r>
    </w:p>
    <w:p>
      <w:r>
        <w:rPr>
          <w:b/>
        </w:rPr>
        <w:t xml:space="preserve">[30:18] </w:t>
      </w:r>
      <w:r>
        <w:t>aap ko detail janna ho to kafi information aap le sakte hain is internet se,</w:t>
      </w:r>
    </w:p>
    <w:p>
      <w:pPr>
        <w:jc w:val="right"/>
      </w:pPr>
      <w:r>
        <w:t>آپ کو ڈیٹیل جاننا ہو تو کافی انفارمیشن آپ لے سکتے ہیں اس انٹرنیٹ سے،</w:t>
      </w:r>
    </w:p>
    <w:p>
      <w:r>
        <w:rPr>
          <w:b/>
        </w:rPr>
        <w:t xml:space="preserve">[30:26] </w:t>
      </w:r>
      <w:r>
        <w:t>kafi information maujood hai holiday stress ke bare mein. lekin hamare saathi jo hain, jab jate hain kahin to khushiyon ke sath jate hain, khushiyon ke sath dorhte hain.</w:t>
      </w:r>
    </w:p>
    <w:p>
      <w:pPr>
        <w:jc w:val="right"/>
      </w:pPr>
      <w:r>
        <w:t>کافی انفارمیشن موجود ہے ہالی ڈے اسٹریس کے بارے میں۔ لیکن ہمارے ساتھی جو ہیں، جب جاتے ہیں کہیں تو خوشیوں کے ساتھ جاتے ہیں، خوشیوں کے ساتھ دوڑتے ہیں۔</w:t>
      </w:r>
    </w:p>
    <w:p>
      <w:r>
        <w:rPr>
          <w:b/>
        </w:rPr>
        <w:t xml:space="preserve">[30:40] </w:t>
      </w:r>
      <w:r>
        <w:t>kyun? un ko,</w:t>
      </w:r>
    </w:p>
    <w:p>
      <w:pPr>
        <w:jc w:val="right"/>
      </w:pPr>
      <w:r>
        <w:t>کیوں؟ ان کو،</w:t>
      </w:r>
    </w:p>
    <w:p>
      <w:r>
        <w:rPr>
          <w:b/>
        </w:rPr>
        <w:t xml:space="preserve">[30:44] </w:t>
      </w:r>
      <w:r>
        <w:t>un ka, un ka, un ka jo positive thinking jo un ki hai, us ki wajah se aisa hota hai. woh shikayat, is shikayat ko kabhi bhi sochte hi nahi, koi shikayat wali baaton ko.</w:t>
      </w:r>
    </w:p>
    <w:p>
      <w:pPr>
        <w:jc w:val="right"/>
      </w:pPr>
      <w:r>
        <w:t>ان کا، ان کا، ان کا جو پازیٹیو تھنکنگ جو ان کی ہے، اس کی وجہ سے ایسا ہوتا ہے۔ وہ شکایت، اس شکایت کو کبھی بھی سوچتے ہی نہیں، کوئی شکایت والی باتوں کو۔</w:t>
      </w:r>
    </w:p>
    <w:p>
      <w:r>
        <w:rPr>
          <w:b/>
        </w:rPr>
        <w:t xml:space="preserve">[30:55] </w:t>
      </w:r>
      <w:r>
        <w:t>shikayat hua kare, hum koi socha is ke bare mein?</w:t>
      </w:r>
    </w:p>
    <w:p>
      <w:pPr>
        <w:jc w:val="right"/>
      </w:pPr>
      <w:r>
        <w:t>شکایت ہوا کرے، ہم کوئی سوچا اس کے بارے میں؟</w:t>
      </w:r>
    </w:p>
    <w:p>
      <w:r>
        <w:rPr>
          <w:b/>
        </w:rPr>
        <w:t xml:space="preserve">[31:02] </w:t>
      </w:r>
      <w:r>
        <w:t>yani shikayat agar paida hui hai to is ko self management ke zariye khatam karna hai, repulse nahi.</w:t>
      </w:r>
    </w:p>
    <w:p>
      <w:pPr>
        <w:jc w:val="right"/>
      </w:pPr>
      <w:r>
        <w:t>یعنی شکایت اگر پیدا ہوئی ہے تو اس کو سیلف مینجمنٹ کے ذریعے ختم کرنا ہے، ریپلس نہیں۔</w:t>
      </w:r>
    </w:p>
    <w:p>
      <w:r>
        <w:rPr>
          <w:b/>
        </w:rPr>
        <w:t xml:space="preserve">[31:12] </w:t>
      </w:r>
      <w:r>
        <w:t>ek hai shikayat ko repulse karna. dekhiye, shikayat zaroor paida hoti hai kahin na kahin aadmi ke andar.</w:t>
      </w:r>
    </w:p>
    <w:p>
      <w:pPr>
        <w:jc w:val="right"/>
      </w:pPr>
      <w:r>
        <w:t>ایک ہے شکایت کو ریپلس کرنا۔ دیکھیے، شکایت ضرور پیدا ہوتی ہے کہیں نہ کہیں آدمی کے اندر۔</w:t>
      </w:r>
    </w:p>
    <w:p>
      <w:r>
        <w:rPr>
          <w:b/>
        </w:rPr>
        <w:t xml:space="preserve">[31:22] </w:t>
      </w:r>
      <w:r>
        <w:t>to ek hai shikayat ko repulse karna, yani doosre ke upar dalna. aur ek hai shikayat ko manage karna.</w:t>
      </w:r>
    </w:p>
    <w:p>
      <w:pPr>
        <w:jc w:val="right"/>
      </w:pPr>
      <w:r>
        <w:t>تو ایک ہے شکایت کو ریپلس کرنا، یعنی دوسرے کے اوپر ڈالنا۔ اور ایک ہے شکایت کو مینج کرنا۔</w:t>
      </w:r>
    </w:p>
    <w:p>
      <w:r>
        <w:rPr>
          <w:b/>
        </w:rPr>
        <w:t xml:space="preserve">[31:32] </w:t>
      </w:r>
      <w:r>
        <w:t>to Allah ke fazal se CPS ke jo log hain, woh shikayaton ko repulse nahi karte, woh shikayaton ko manage karte hain. yani self management ka formula unhon ne pakad rakha hai, is liye un ko stress nahi hota.</w:t>
      </w:r>
    </w:p>
    <w:p>
      <w:pPr>
        <w:jc w:val="right"/>
      </w:pPr>
      <w:r>
        <w:t>تو اللہ کے فضل سے سی پی ایس کے جو لوگ ہیں، وہ شکایتوں کو ریپلس نہیں کرتے، وہ شکایتوں کو مینج کرتے ہیں۔ یعنی سیلف مینجمنٹ کا فارمولا انہوں نے پکڑ رکھا ہے، اس لیے ان کو اسٹریس نہیں ہوتا۔</w:t>
      </w:r>
    </w:p>
    <w:p>
      <w:r>
        <w:rPr>
          <w:b/>
        </w:rPr>
        <w:t xml:space="preserve">[31:47] </w:t>
      </w:r>
      <w:r>
        <w:t>agar kisi ko stress hota hai to abhi woh CPS ka member nahi banaya.</w:t>
      </w:r>
    </w:p>
    <w:p>
      <w:pPr>
        <w:jc w:val="right"/>
      </w:pPr>
      <w:r>
        <w:t>اگر کسی کو اسٹریس ہوتا ہے تو ابھی وہ سی پی ایس کا ممبر نہیں بنایا۔</w:t>
      </w:r>
    </w:p>
    <w:p>
      <w:r>
        <w:rPr>
          <w:b/>
        </w:rPr>
        <w:t xml:space="preserve">[31:52] </w:t>
      </w:r>
      <w:r>
        <w:t>agar bil farz koi CPS ka andar shamil ho aur is ko shikayaton mein jeeta ho, woh aur woh is tarah ke baatein us ke mind mein aati hon, koi stress aur tension is ko hota ho, to main yeh kahunga ke woh abhi tak CPS ka member nahi banaya.</w:t>
      </w:r>
    </w:p>
    <w:p>
      <w:pPr>
        <w:jc w:val="right"/>
      </w:pPr>
      <w:r>
        <w:t>اگر بالفرض کوئی سی پی ایس کا اندر شامل ہو اور اس کو شکایتیں میں جیتا ہو، وہ اور وہ اس طرح کے باتیں اس کے مائنڈ میں آتی ہوں، کوئی اسٹریس اور ٹینشن اس کو ہوتا ہو، تو میں یہ کہوں گا کہ وہ ابھی تک سی پی ایس کا ممبر نہیں بنایا۔</w:t>
      </w:r>
    </w:p>
    <w:p>
      <w:r>
        <w:rPr>
          <w:b/>
        </w:rPr>
        <w:t xml:space="preserve">[32:11] </w:t>
      </w:r>
      <w:r>
        <w:t>abhi tak is ne jaane hi nahi ke CPS ki philosophy kya hai, CPS ki ideology kya hai, jaane hi nahi is ne.</w:t>
      </w:r>
    </w:p>
    <w:p>
      <w:pPr>
        <w:jc w:val="right"/>
      </w:pPr>
      <w:r>
        <w:t>ابھی تک اس نے جانے ہی نہیں کہ سی پی ایس کی فلاسفی کیا ہے، سی پی ایس کی آئیڈالوجی کیا ہے، جانے ہی نہیں اس نے۔</w:t>
      </w:r>
    </w:p>
    <w:p>
      <w:r>
        <w:rPr>
          <w:b/>
        </w:rPr>
        <w:t xml:space="preserve">[32:23] </w:t>
      </w:r>
      <w:r>
        <w:t>to mein yeh kahoon ga ke jo quran ki jo ayat hai: "ala bi zikrullahi tatmainnul quloob" . "ala bi zikrullahi tatmainnul quloob" ke sun lo ke Allah ki yaad se dilon ko itminan hasil hota hai.</w:t>
      </w:r>
    </w:p>
    <w:p>
      <w:pPr>
        <w:jc w:val="right"/>
      </w:pPr>
      <w:r>
        <w:t>تو میں یہ کہوں گا کہ جو قرآن کی جو آیت ہے: "الا بذکر بذکر اللہ تطمئن القلوب"۔ "الا بذکر بذکر اللہ تطمئن القلوب" کہ سن لو کہ اللہ کی یاد سے دلوں کو اطمینان حاصل ہوتا ہے۔</w:t>
      </w:r>
    </w:p>
    <w:p>
      <w:r>
        <w:rPr>
          <w:b/>
        </w:rPr>
        <w:t xml:space="preserve">[32:41] </w:t>
      </w:r>
      <w:r>
        <w:t>to yaad ke mani hain Allah mein sochna, Allah ke tareeqon ko apnana, Allah ke formulay par apni zindagi ko dhalna, Allah ne jo guidance di hai, us guidance ko apnana.</w:t>
      </w:r>
    </w:p>
    <w:p>
      <w:pPr>
        <w:jc w:val="right"/>
      </w:pPr>
      <w:r>
        <w:t>تو یاد کے معنی ہیں اللہ میں سوچنا، اللہ کے طریقوں کو اپنانا، اللہ کے فارمولے پر اپنی زندگی کو ڈھالنا، اللہ نے جو گائیڈنس دی ہے، اس گائیڈنس کو اپنانا۔</w:t>
      </w:r>
    </w:p>
    <w:p>
      <w:r>
        <w:rPr>
          <w:b/>
        </w:rPr>
        <w:t xml:space="preserve">[32:57] </w:t>
      </w:r>
      <w:r>
        <w:t>woh guidance kya hai? woh guidance ka khulasa quran ki pehli ayat mein mojood hai, woh hai: "alhamdulillah rabbil alameen" .</w:t>
      </w:r>
    </w:p>
    <w:p>
      <w:pPr>
        <w:jc w:val="right"/>
      </w:pPr>
      <w:r>
        <w:t>وہ گائیڈنس کیا ہے؟ وہ گائیڈنس کا خلاصہ قرآن کی پہلی آیت میں موجود ہے، وہ ہے: "الحمدللہ رب العالمین"۔</w:t>
      </w:r>
    </w:p>
    <w:p>
      <w:r>
        <w:rPr>
          <w:b/>
        </w:rPr>
        <w:t xml:space="preserve">[33:10] </w:t>
      </w:r>
      <w:r>
        <w:t>baaz mufassireen ne tehqeeq ki hai to unhon ne bataya ke hamd ka jo asal hai, woh shukr hai. to kaha: "alhamdulillah rabbil alameen" ke mani honge: "alshukru lillahi rabbil alameen" .</w:t>
      </w:r>
    </w:p>
    <w:p>
      <w:pPr>
        <w:jc w:val="right"/>
      </w:pPr>
      <w:r>
        <w:t>بعض مفسرین نے تحقیق کی ہے تو انہوں نے بتایا کہ حمد کا جو اصل ہے، وہ شکر ہے۔ تو کہا: "الحمدللہ رب العالمین" کے معنی ہوں گے: "الشکر للہ رب العالمین"۔</w:t>
      </w:r>
    </w:p>
    <w:p>
      <w:r>
        <w:rPr>
          <w:b/>
        </w:rPr>
        <w:t xml:space="preserve">[33:25] </w:t>
      </w:r>
      <w:r>
        <w:t>shukr hai Allah ka, shukr hai Allah ka. is waqt mein ne socha ke aadmi kaise shukr karega?</w:t>
      </w:r>
    </w:p>
    <w:p>
      <w:pPr>
        <w:jc w:val="right"/>
      </w:pPr>
      <w:r>
        <w:t>شکر ہے اللہ کا، شکر ہے اللہ کا۔ اس وقت میں نے سوچا کہ آدمی کیسے شکر کرے گا؟</w:t>
      </w:r>
    </w:p>
    <w:p>
      <w:r>
        <w:rPr>
          <w:b/>
        </w:rPr>
        <w:t xml:space="preserve">[33:35] </w:t>
      </w:r>
      <w:r>
        <w:t>kyunke zindagi mein to tarah tarah ki unwanted cheezein hain,</w:t>
      </w:r>
    </w:p>
    <w:p>
      <w:pPr>
        <w:jc w:val="right"/>
      </w:pPr>
      <w:r>
        <w:t>کیونکہ زندگی میں تو طرح طرح کی ان وانٹڈ چیزیں ہیں،</w:t>
      </w:r>
    </w:p>
    <w:p>
      <w:r>
        <w:rPr>
          <w:b/>
        </w:rPr>
        <w:t xml:space="preserve">[33:40] </w:t>
      </w:r>
      <w:r>
        <w:t>zindagi mein to unwanted cheezein bhari hui hain, unwanted items se bhari hui zindagi hai. kabhi aap ko shikayat aaye gi, kabhi aap ko ghussa aaye ga, kabhi aap ko koi nuqsan pahunche ga.</w:t>
      </w:r>
    </w:p>
    <w:p>
      <w:pPr>
        <w:jc w:val="right"/>
      </w:pPr>
      <w:r>
        <w:t>زندگی میں تو ان وانٹڈ چیزیں بھری ہوئی ہیں، ان وانٹڈ آئٹمز سے بھری ہوئی زندگی ہے۔ کبھی آپ کو شکایت آئے گی، کبھی آپ کو غصہ آئے گا، کبھی آپ کو کوئی نقصان پہنچے گا۔</w:t>
      </w:r>
    </w:p>
    <w:p>
      <w:r>
        <w:rPr>
          <w:b/>
        </w:rPr>
        <w:t xml:space="preserve">[33:58] </w:t>
      </w:r>
      <w:r>
        <w:t>yeh sab hoga, is ke baghair to zindagi zindagi nahin. kyunke quran mein hai ke: "laqad khalaqnal insana fi kabad" .</w:t>
      </w:r>
    </w:p>
    <w:p>
      <w:pPr>
        <w:jc w:val="right"/>
      </w:pPr>
      <w:r>
        <w:t>یہ سب ہوگا، اس کے بغیر تو زندگی زندگی نہیں۔ کیونکہ قرآن میں ہے کہ: "لقد خلقنا الانسان فی کبد"۔</w:t>
      </w:r>
    </w:p>
    <w:p>
      <w:r>
        <w:rPr>
          <w:b/>
        </w:rPr>
        <w:t xml:space="preserve">[34:07] </w:t>
      </w:r>
      <w:r>
        <w:t>yeh dunya banai gayi hai, yeh world of problem hai. is mein shikayatein bhi hongi, is mein nuqsan bhi hoga, tarah tarah ki cheezein paish aayengi.</w:t>
      </w:r>
    </w:p>
    <w:p>
      <w:pPr>
        <w:jc w:val="right"/>
      </w:pPr>
      <w:r>
        <w:t>یہ دنیا بنائی گئی ہے، یہ ورلڈ آف پرابلم ہے۔ اس میں شکایتیں بھی ہوں گی، اس میں نقصان بھی ہوگا، طرح طرح کی چیزیں پیش آئیں گی۔</w:t>
      </w:r>
    </w:p>
    <w:p>
      <w:r>
        <w:rPr>
          <w:b/>
        </w:rPr>
        <w:t xml:space="preserve">[34:19] </w:t>
      </w:r>
      <w:r>
        <w:t>to phir alhamdulillah kaise kahe ga aadmi? yaani ek aadmi jis ka dil bhara hua hai shikayaton se, woh kaise kahe ga: "khuda tera shukr hai"?</w:t>
      </w:r>
    </w:p>
    <w:p>
      <w:pPr>
        <w:jc w:val="right"/>
      </w:pPr>
      <w:r>
        <w:t>تو پھر الحمدللہ کیسے کہے گا آدمی؟ یعنی ایک آدمی جس کا دل بھرا ہوا ہے شکایتوں سے، وہ کیسے کہے گا: "خدا تیرا شکر ہے"؟</w:t>
      </w:r>
    </w:p>
    <w:p>
      <w:r>
        <w:rPr>
          <w:b/>
        </w:rPr>
        <w:t xml:space="preserve">[34:29] </w:t>
      </w:r>
      <w:r>
        <w:t>kyunke dono to contradiction hain, dono mein. yaani shukr aur shikayat ikattha nahin ho sakte.</w:t>
      </w:r>
    </w:p>
    <w:p>
      <w:pPr>
        <w:jc w:val="right"/>
      </w:pPr>
      <w:r>
        <w:t>کیونکہ دونوں تو کنٹراڈکشن ہیں، دونوں میں۔ یعنی شکر اور شکایت اکٹھا نہیں ہو سکتے۔</w:t>
      </w:r>
    </w:p>
    <w:p>
      <w:r>
        <w:rPr>
          <w:b/>
        </w:rPr>
        <w:t xml:space="preserve">[34:38] </w:t>
      </w:r>
      <w:r>
        <w:t>jahan shukr hai, wahan shikayat nahin rahe gi. jahan shikayat hai, wahan shukr nahin hoga.</w:t>
      </w:r>
    </w:p>
    <w:p>
      <w:pPr>
        <w:jc w:val="right"/>
      </w:pPr>
      <w:r>
        <w:t>جہاں شکر ہے، وہاں شکایت نہیں رہے گی۔ جہاں شکایت ہے، وہاں شکر نہیں ہوگا۔</w:t>
      </w:r>
    </w:p>
    <w:p>
      <w:r>
        <w:rPr>
          <w:b/>
        </w:rPr>
        <w:t xml:space="preserve">[34:45] </w:t>
      </w:r>
      <w:r>
        <w:t>to mein ne is waqt socha ke Allah taala ne kyun kaha ke: "alshukru lillahi rabbil alameen"?</w:t>
      </w:r>
    </w:p>
    <w:p>
      <w:pPr>
        <w:jc w:val="right"/>
      </w:pPr>
      <w:r>
        <w:t>تو میں نے اس وقت سوچا کہ اللہ تعالی نے کیوں کہا کہ: "الشکر للہ رب العالمین"؟</w:t>
      </w:r>
    </w:p>
    <w:p>
      <w:r>
        <w:rPr>
          <w:b/>
        </w:rPr>
        <w:t xml:space="preserve">[34:52] </w:t>
      </w:r>
      <w:r>
        <w:t>jabke insaan ko aisi dunya mein rakha hai jahan shikayatein paida hoti hain, jahan takleef pahunchti hai, jahan kisi ke sentiments hurt hote hain, heart hote hain,</w:t>
      </w:r>
    </w:p>
    <w:p>
      <w:pPr>
        <w:jc w:val="right"/>
      </w:pPr>
      <w:r>
        <w:t>جبکہ انسان کو ایسی دنیا میں رکھا ہے جہاں شکایتیں پیدا ہوتی ہیں، جہاں تکلیف پہنچتی ہے، جہاں کسی کے سینٹیمنٹ ہٹ ہوتے ہیں، ہارٹ ہوتے ہیں،</w:t>
      </w:r>
    </w:p>
    <w:p>
      <w:r>
        <w:rPr>
          <w:b/>
        </w:rPr>
        <w:t xml:space="preserve">[35:08] </w:t>
      </w:r>
      <w:r>
        <w:t>sentiments heart hote hain, aur nuqsan pahunchta hai, tarah tarah ke unwanted situation aati hain. to phir Allah taala ne kyun kaha ke: "ae ae insaan, ae bando, tum shukr ki nafsiyat mein jiyo"?</w:t>
      </w:r>
    </w:p>
    <w:p>
      <w:pPr>
        <w:jc w:val="right"/>
      </w:pPr>
      <w:r>
        <w:t>سینٹیمنٹ ہارٹ ہوتے ہیں، اور نقصان پہنچتا ہے، طرح طرح کے ان وانٹڈ سچوئیشن آتی ہیں۔ تو پھر اللہ تعالی نے کیوں کہا کہ: "اے اے انسان، اے بندو، تم شکر کی نفسیات میں جیو"؟</w:t>
      </w:r>
    </w:p>
    <w:p>
      <w:r>
        <w:rPr>
          <w:b/>
        </w:rPr>
        <w:t xml:space="preserve">[35:25] </w:t>
      </w:r>
      <w:r>
        <w:t>is ke mani hain ke is ayat mein yeh cheez appreciate hai ke tamam namuwaafiq baaton ko manage karna seekho, manage karna.</w:t>
      </w:r>
    </w:p>
    <w:p>
      <w:pPr>
        <w:jc w:val="right"/>
      </w:pPr>
      <w:r>
        <w:t>اس کے معنی ہیں کہ اس آیت میں یہ چیز ایپریسیٹ ہے کہ تمام ناموافق باتوں کو مینج کرنا سیکھو، مینج کرنا۔</w:t>
      </w:r>
    </w:p>
    <w:p>
      <w:r>
        <w:rPr>
          <w:b/>
        </w:rPr>
        <w:t xml:space="preserve">[35:37] </w:t>
      </w:r>
      <w:r>
        <w:t>tab tum shukr ki, shukr ki spirit ko baqi rakh sako ge. to shukr ki jo psychology hai, us ko maintain karne ke liye</w:t>
      </w:r>
    </w:p>
    <w:p>
      <w:pPr>
        <w:jc w:val="right"/>
      </w:pPr>
      <w:r>
        <w:t>تب تم شکر کی، شکر کی اسپرٹ کو باقی رکھ سکو گے۔ تو شکر کی جو سائیکالوجی ہے، اس کو مینٹین کرنے کے لیے</w:t>
      </w:r>
    </w:p>
    <w:p>
      <w:r>
        <w:rPr>
          <w:b/>
        </w:rPr>
        <w:t xml:space="preserve">[35:54] </w:t>
      </w:r>
      <w:r>
        <w:t>problem ko manage karna seekho, shikayaton ko manage karna seekho, matlab negative ko positive mein convert karna seekho, aur khud hi khud karo.</w:t>
      </w:r>
    </w:p>
    <w:p>
      <w:pPr>
        <w:jc w:val="right"/>
      </w:pPr>
      <w:r>
        <w:t>پرابلم کو مینج کرنا سیکھو، شکایتوں کو مینج کرنا سیکھو، مطلب نیگیٹیو کو پازیٹیو میں کنورٹ کرنا سیکھو، اور خود ہی خود کرو۔</w:t>
      </w:r>
    </w:p>
    <w:p>
      <w:r>
        <w:rPr>
          <w:b/>
        </w:rPr>
        <w:t xml:space="preserve">[36:07] </w:t>
      </w:r>
      <w:r>
        <w:t>yeh nahin ke aap discuss karen. islam ki jo is scheme hai, scheme life, is mein yeh nahin hai ke aap ko shikayat paida hui to ja kar ke pass kar rahe hain, ja ke usay bura bhala keh rahe hain to bare kharab ho</w:t>
      </w:r>
    </w:p>
    <w:p>
      <w:pPr>
        <w:jc w:val="right"/>
      </w:pPr>
      <w:r>
        <w:t>یہ نہیں کہ آپ ڈسکس کریں۔ اسلام کی جو اس اسکیم ہے، اسکیم لائف، اس میں یہ نہیں ہے کہ آپ کو شکایت پیدا ہوئی تو جا کر کے پاس کر رہے ہیں، جا کے اسے برا بھلا کہہ رہے ہیں تو بڑے خراب ہو</w:t>
      </w:r>
    </w:p>
    <w:p>
      <w:r>
        <w:rPr>
          <w:b/>
        </w:rPr>
        <w:t xml:space="preserve">[36:20] </w:t>
      </w:r>
      <w:r>
        <w:t xml:space="preserve"> . kuch nahin, khud hi khud manage kar liye.</w:t>
      </w:r>
    </w:p>
    <w:p>
      <w:pPr>
        <w:jc w:val="right"/>
      </w:pPr>
      <w:r>
        <w:t>۔ کچھ نہیں، خود ہی خود مینج کر لیے۔</w:t>
      </w:r>
    </w:p>
    <w:p>
      <w:r>
        <w:rPr>
          <w:b/>
        </w:rPr>
        <w:t xml:space="preserve">[36:27] </w:t>
      </w:r>
      <w:r>
        <w:t>shikayaton ko discussion ka mozu banana apne aap hi galat hai. yaad rakhiye, islam mein</w:t>
      </w:r>
    </w:p>
    <w:p>
      <w:pPr>
        <w:jc w:val="right"/>
      </w:pPr>
      <w:r>
        <w:t>شکایتوں کو ڈسکشن کا موضوع بنانا اپنے آپ ہی غلط ہے۔ یاد رکھیے، اسلام میں</w:t>
      </w:r>
    </w:p>
    <w:p>
      <w:r>
        <w:rPr>
          <w:b/>
        </w:rPr>
        <w:t xml:space="preserve">[36:38] </w:t>
      </w:r>
      <w:r>
        <w:t>aap sahaba ki haalat ko parhiye, wahan har qism ki shikayatein paida hoti thin, lekin shikayaton ko wahan par discussion ka mozu nahin banaya jata tha.</w:t>
      </w:r>
    </w:p>
    <w:p>
      <w:pPr>
        <w:jc w:val="right"/>
      </w:pPr>
      <w:r>
        <w:t>آپ صحابہ کی حالت کو پڑھیے، وہاں ہر قسم کی شکایتیں پیدا ہوتی تھیں، لیکن شکایتوں کو وہاں پر ڈسکشن کا موضوع نہیں بنایا جاتا تھا۔</w:t>
      </w:r>
    </w:p>
    <w:p>
      <w:r>
        <w:rPr>
          <w:b/>
        </w:rPr>
        <w:t xml:space="preserve">[36:49] </w:t>
      </w:r>
      <w:r>
        <w:t>khud hi khud apna manage kar lete the, woh khud hi khud us khat ko lete the. woh</w:t>
      </w:r>
    </w:p>
    <w:p>
      <w:pPr>
        <w:jc w:val="right"/>
      </w:pPr>
      <w:r>
        <w:t>خود ہی خود اپنا مینج کر لیتے تھے، وہ خود ہی خود اس خط کو لیتے تھے۔ وہ</w:t>
      </w:r>
    </w:p>
    <w:p>
      <w:r>
        <w:rPr>
          <w:b/>
        </w:rPr>
        <w:t xml:space="preserve">[36:58] </w:t>
      </w:r>
      <w:r>
        <w:t>jaise ek misaal de deta hoon ke khud hi khud manage karne ka matlab kya hai.</w:t>
      </w:r>
    </w:p>
    <w:p>
      <w:pPr>
        <w:jc w:val="right"/>
      </w:pPr>
      <w:r>
        <w:t>جیسے ایک مثال دے دیتا ہوں کہ خود ہی خود مینج کرنے کا مطلب کیا ہے۔</w:t>
      </w:r>
    </w:p>
    <w:p>
      <w:r>
        <w:rPr>
          <w:b/>
        </w:rPr>
        <w:t xml:space="preserve">[37:06] </w:t>
      </w:r>
      <w:r>
        <w:t>rasool Allah ka woh zamana jo madine mein guzra, us ka ek waqea hai, yaani hijrat ke baad ka.</w:t>
      </w:r>
    </w:p>
    <w:p>
      <w:pPr>
        <w:jc w:val="right"/>
      </w:pPr>
      <w:r>
        <w:t>رسول اللہ کا وہ زمانہ جو مدینے میں گزرا، اس کا ایک واقعہ ہے، یعنی ہجرت کے بعد کا۔</w:t>
      </w:r>
    </w:p>
    <w:p>
      <w:r>
        <w:rPr>
          <w:b/>
        </w:rPr>
        <w:t xml:space="preserve">[37:15] </w:t>
      </w:r>
      <w:r>
        <w:t>rasool Allah ki ahliya theen aisha. aik martaba woh bahar gayeen, rasool Allah sal Allah alaihi wasallam ke sath, aur pichar gayeen, aur qafila aage chala gaya, woh peechay reh gayeen.</w:t>
      </w:r>
    </w:p>
    <w:p>
      <w:pPr>
        <w:jc w:val="right"/>
      </w:pPr>
      <w:r>
        <w:t>رسول اللہ کی اہلیہ تھیں عائشہ۔ ایک مرتبہ وہ باہر گئیں، رسول اللہ صلی اللہ علیہ وسلم کے ساتھ، اور پچھڑ گئیں، اور قافلہ آگے چلا گیا، وہ پیچھے رہ گئیں۔</w:t>
      </w:r>
    </w:p>
    <w:p>
      <w:r>
        <w:rPr>
          <w:b/>
        </w:rPr>
        <w:t xml:space="preserve">[37:31] </w:t>
      </w:r>
      <w:r>
        <w:t>is ke baad jab woh subah hui, woh so gayi theen. subah hui to aik nojawan sahabi ke sath woh wapas aayeen.</w:t>
      </w:r>
    </w:p>
    <w:p>
      <w:pPr>
        <w:jc w:val="right"/>
      </w:pPr>
      <w:r>
        <w:t>اس کے بعد جب وہ صبح ہوئی، وہ سو گئی تھیں۔ صبح ہوئی تو ایک نوجوان صحابی کے ساتھ وہ واپس آئیں۔</w:t>
      </w:r>
    </w:p>
    <w:p>
      <w:r>
        <w:rPr>
          <w:b/>
        </w:rPr>
        <w:t xml:space="preserve">[37:43] </w:t>
      </w:r>
      <w:r>
        <w:t>is tareeqay se ke woh baithi hui thi oont par, un ka jo hauz hota hai is mein, aur oont ki jo mahar aur nakeel kehte hain, us ko woh sahabi pakray hue andar dakhil hue madine mein.</w:t>
      </w:r>
    </w:p>
    <w:p>
      <w:pPr>
        <w:jc w:val="right"/>
      </w:pPr>
      <w:r>
        <w:t>اس طریقے سے کہ وہ بیٹھی ہوئی تھی اونٹ پر، ان کا جو حوض ہوتا ہے اس میں، اور اونٹ کی جو مہار اور نکیل کہتے ہیں، اس کو وہ صحابی پکڑے ہوئے اندر داخل ہوئے مدینے میں۔</w:t>
      </w:r>
    </w:p>
    <w:p>
      <w:r>
        <w:rPr>
          <w:b/>
        </w:rPr>
        <w:t xml:space="preserve">[37:59] </w:t>
      </w:r>
      <w:r>
        <w:t>yani Hazrat Aisha oont ki peeth pe theen, aur woh oont ki nakeel pakri hui thi.</w:t>
      </w:r>
    </w:p>
    <w:p>
      <w:pPr>
        <w:jc w:val="right"/>
      </w:pPr>
      <w:r>
        <w:t>یعنی حضرت عائشہ اونٹ کی پیٹھ پہ تھیں، اور وہ اونٹ کی نکیل پکڑی ہوئی تھی۔</w:t>
      </w:r>
    </w:p>
    <w:p>
      <w:r>
        <w:rPr>
          <w:b/>
        </w:rPr>
        <w:t xml:space="preserve">[38:06] </w:t>
      </w:r>
      <w:r>
        <w:t>to wahan par aik shakhs tha, bohat hi, yani woh is ke andar wohi tha mizaj ke manfi item ko toot kar us ko us ko flare up karna,</w:t>
      </w:r>
    </w:p>
    <w:p>
      <w:pPr>
        <w:jc w:val="right"/>
      </w:pPr>
      <w:r>
        <w:t>تو وہاں پر ایک شخص تھا، بہت ہی، یعنی وہ اس کے اندر وہی تھا مزاج کہ منفی آئٹم کو ٹوٹ کر اس کو اس کو فلیئر اپ کرنا،</w:t>
      </w:r>
    </w:p>
    <w:p>
      <w:r>
        <w:rPr>
          <w:b/>
        </w:rPr>
        <w:t xml:space="preserve">[38:21] </w:t>
      </w:r>
      <w:r>
        <w:t>yeh mizaj tha is ka. to us ne keh diya ke: "wallah ma najat binah wa ma naja minhaa".</w:t>
      </w:r>
    </w:p>
    <w:p>
      <w:pPr>
        <w:jc w:val="right"/>
      </w:pPr>
      <w:r>
        <w:t>یہ مزاج تھا اس کا۔ تو اس نے کہہ دیا کہ: "واللہ ما نجت بنہ وما نجا منہا"۔</w:t>
      </w:r>
    </w:p>
    <w:p>
      <w:r>
        <w:rPr>
          <w:b/>
        </w:rPr>
        <w:t xml:space="preserve">[38:34] </w:t>
      </w:r>
      <w:r>
        <w:t>yeh bohat hi fitnay walay jumla tha, yeh:</w:t>
      </w:r>
    </w:p>
    <w:p>
      <w:pPr>
        <w:jc w:val="right"/>
      </w:pPr>
      <w:r>
        <w:t>یہ بہت ہی فتنے والے جملہ تھا، یہ:</w:t>
      </w:r>
    </w:p>
    <w:p>
      <w:r>
        <w:rPr>
          <w:b/>
        </w:rPr>
        <w:t xml:space="preserve">[38:40] </w:t>
      </w:r>
      <w:r>
        <w:t>"wallah ma najat binah wa ma naja minhaa". yani Khuda ke sath woh is se nahi bachi, woh is se nahi bacha. yeh bohat hi khatarnak jumla hai.</w:t>
      </w:r>
    </w:p>
    <w:p>
      <w:pPr>
        <w:jc w:val="right"/>
      </w:pPr>
      <w:r>
        <w:t>"واللہ ما نجت بنہ وما نجا منہا"۔ یعنی خدا کے ساتھ وہ اس سے نہیں بچی، وہ اس سے نہیں بچا۔ یہ بہت ہی خطرناک جملہ ہے۔</w:t>
      </w:r>
    </w:p>
    <w:p>
      <w:r>
        <w:rPr>
          <w:b/>
        </w:rPr>
        <w:t xml:space="preserve">[38:49] </w:t>
      </w:r>
      <w:r>
        <w:t>ab yeh saaray madine mein phail gayi yeh baat.</w:t>
      </w:r>
    </w:p>
    <w:p>
      <w:pPr>
        <w:jc w:val="right"/>
      </w:pPr>
      <w:r>
        <w:t>اب یہ سارے مدینے میں پھیل گئی یہ بات۔</w:t>
      </w:r>
    </w:p>
    <w:p>
      <w:r>
        <w:rPr>
          <w:b/>
        </w:rPr>
        <w:t xml:space="preserve">[38:55] </w:t>
      </w:r>
      <w:r>
        <w:t>to aik sahabi thay, woh sahabi apnay ghar mein dakhil hue to un ki biwi se jab mulaqat hui to biwi kehti hain un se,</w:t>
      </w:r>
    </w:p>
    <w:p>
      <w:pPr>
        <w:jc w:val="right"/>
      </w:pPr>
      <w:r>
        <w:t>تو ایک صحابی تھے، وہ صحابی اپنے گھر میں داخل ہوئے تو ان کی بیوی سے جب ملاقات ہوئی تو بیوی کہتی ہیں ان سے،</w:t>
      </w:r>
    </w:p>
    <w:p>
      <w:r>
        <w:rPr>
          <w:b/>
        </w:rPr>
        <w:t xml:space="preserve">[39:12] </w:t>
      </w:r>
      <w:r>
        <w:t>woh sahabi shayad Abu Ayub Ansari thay, ghaliban. to woh biwi kehti hain Abu Ayub Ansari apnay shohar se ke: "sunao aap ne kuch?</w:t>
      </w:r>
    </w:p>
    <w:p>
      <w:pPr>
        <w:jc w:val="right"/>
      </w:pPr>
      <w:r>
        <w:t>وہ صحابی شاید ابو ایوب انصاری تھے، غالباً۔ تو وہ بیوی کہتی ہیں ابو ایوب انصاری اپنے شوہر سے کہ: "سناؤ آپ نے کچھ؟</w:t>
      </w:r>
    </w:p>
    <w:p>
      <w:r>
        <w:rPr>
          <w:b/>
        </w:rPr>
        <w:t xml:space="preserve">[39:25] </w:t>
      </w:r>
      <w:r>
        <w:t>"kaha: "kya?" kaha: "Aisha ke baray mein kya kaha ja raha hai?"</w:t>
      </w:r>
    </w:p>
    <w:p>
      <w:pPr>
        <w:jc w:val="right"/>
      </w:pPr>
      <w:r>
        <w:t>" کہا: "کیا؟" کہا: "عائشہ کے بارے میں کیا کہا جا رہا ہے؟"</w:t>
      </w:r>
    </w:p>
    <w:p>
      <w:r>
        <w:rPr>
          <w:b/>
        </w:rPr>
        <w:t xml:space="preserve">[39:31] </w:t>
      </w:r>
      <w:r>
        <w:t>yani biwi kehti hai apnay shohar se ke: "sunao aap ne kuch Aisha ke baray mein madine mein kya kaha ja raha hai?" to Abu Ayub Ansari jo thay, unhon ne jawab jo diya, master piece jawab tha,</w:t>
      </w:r>
    </w:p>
    <w:p>
      <w:pPr>
        <w:jc w:val="right"/>
      </w:pPr>
      <w:r>
        <w:t>یعنی بیوی کہتی ہے اپنے شوہر سے کہ: "سناؤ آپ نے کچھ عائشہ کے بارے میں مدینے میں کیا کہا جا رہا ہے؟" تو ابو ایوب انصاری جو تھے، انہوں نے جواب جو دیا، ماسٹر پیس جواب تھا،</w:t>
      </w:r>
    </w:p>
    <w:p>
      <w:r>
        <w:rPr>
          <w:b/>
        </w:rPr>
        <w:t xml:space="preserve">[39:49] </w:t>
      </w:r>
      <w:r>
        <w:t>unhon ne kaha: "unhon ne baghair tehqeeq ke keh diya ke jhoot hai".</w:t>
      </w:r>
    </w:p>
    <w:p>
      <w:pPr>
        <w:jc w:val="right"/>
      </w:pPr>
      <w:r>
        <w:t>انہوں نے کہا: "انہوں نے بغیر تحقیق کے کہہ دیا کہ جھوٹ ہے"۔</w:t>
      </w:r>
    </w:p>
    <w:p>
      <w:r>
        <w:rPr>
          <w:b/>
        </w:rPr>
        <w:t xml:space="preserve">[39:54] </w:t>
      </w:r>
      <w:r>
        <w:t>unhon ne kaha aik aik fitri, aik bohat hi fitri jawab diya unhon ne. unhon ne kaha ke: "tum aisa karo gi?" apni biwi se unhon ne poocha: "kya tum aisa karo gi?" to unhon ne kaha: "hargiz nahi".</w:t>
      </w:r>
    </w:p>
    <w:p>
      <w:pPr>
        <w:jc w:val="right"/>
      </w:pPr>
      <w:r>
        <w:t>انہوں نے کہا ایک ایک فطری، ایک بہت ہی فطری جواب دیا انہوں نے۔ انہوں نے کہا کہ: "تم ایسا کرو گی؟" اپنی بیوی سے انہوں نے پوچھا: "کیا تم ایسا کرو گی؟" تو انہوں نے کہا: "ہرگز نہیں"۔</w:t>
      </w:r>
    </w:p>
    <w:p>
      <w:r>
        <w:rPr>
          <w:b/>
        </w:rPr>
        <w:t xml:space="preserve">[40:10] </w:t>
      </w:r>
      <w:r>
        <w:t>to unhon ne kaha ke: "phir tum Aisha ke baray mein kaise soch sakti ho ke woh aisa kareen gi? woh to tum se bohat behtar hain, woh payamber ki biwi hain".</w:t>
      </w:r>
    </w:p>
    <w:p>
      <w:pPr>
        <w:jc w:val="right"/>
      </w:pPr>
      <w:r>
        <w:t>تو انہوں نے کہا کہ: "پھر تم عائشہ کے بارے میں کیسے سوچ سکتی ہو کہ وہ ایسا کریں گی؟ وہ تو تم سے بہت بہتر ہیں، وہ پیغمبر کی بیوی ہیں"۔</w:t>
      </w:r>
    </w:p>
    <w:p>
      <w:r>
        <w:rPr>
          <w:b/>
        </w:rPr>
        <w:t xml:space="preserve">[40:20] </w:t>
      </w:r>
      <w:r>
        <w:t>aik fitri formula istemal kar ke un ke oopar diffuse kar diya. poochne nahi gayeen, discuss karne nahi gayeen. yeh hai self management.</w:t>
      </w:r>
    </w:p>
    <w:p>
      <w:pPr>
        <w:jc w:val="right"/>
      </w:pPr>
      <w:r>
        <w:t>ایک فطری فارمولا استعمال کر کے ان کے اوپر ڈیفیوز کر دیا۔ پوچھنے نہیں گئے، ڈسکس کرنے نہیں گئے۔ یہ ہے سیلف مینجمنٹ۔</w:t>
      </w:r>
    </w:p>
    <w:p>
      <w:r>
        <w:rPr>
          <w:b/>
        </w:rPr>
        <w:t xml:space="preserve">[40:35] </w:t>
      </w:r>
      <w:r>
        <w:t>yani Abu Ayub Ansari ne na to biwi se kuch baat cheet ki is mozu par, na yeh kaha ke: "acha, mein jata hoon, ja ke pooch ke aata hoon".</w:t>
      </w:r>
    </w:p>
    <w:p>
      <w:pPr>
        <w:jc w:val="right"/>
      </w:pPr>
      <w:r>
        <w:t>یعنی ابو ایوب انصاری نے نہ تو بیوی سے کچھ بات چیت کی اس موضوع پر، نہ یہ کہا کہ: "اچھا، میں جاتا ہوں، جا کے پوچھ کے آتا ہوں"۔</w:t>
      </w:r>
    </w:p>
    <w:p>
      <w:r>
        <w:rPr>
          <w:b/>
        </w:rPr>
        <w:t xml:space="preserve">[40:45] </w:t>
      </w:r>
      <w:r>
        <w:t>yani is ko pata kar ke aata hoon, yeh bhi nahi kaha unhon ne.</w:t>
      </w:r>
    </w:p>
    <w:p>
      <w:pPr>
        <w:jc w:val="right"/>
      </w:pPr>
      <w:r>
        <w:t>یعنی اس کو پتہ کر کے آتا ہوں، یہ بھی نہیں کہا انہوں نے۔</w:t>
      </w:r>
    </w:p>
    <w:p>
      <w:r>
        <w:rPr>
          <w:b/>
        </w:rPr>
        <w:t xml:space="preserve">[40:50] </w:t>
      </w:r>
      <w:r>
        <w:t>sirf yeh kaha ke: "kya tum aisa karo gi?" to jab woh kehti hai ke nahi, to kehti hai ke: "tum ne kaise samajh liya ke Aisha aisa kareen gi jo tum se behtar hai?" yeh hai self management.</w:t>
      </w:r>
    </w:p>
    <w:p>
      <w:pPr>
        <w:jc w:val="right"/>
      </w:pPr>
      <w:r>
        <w:t>صرف یہ کہا کہ: "کیا تم ایسا کرو گی؟" تو جب وہ کہتی ہے کہ نہیں، تو کہتی ہے کہ: "تم نے کیسے سمجھ لیا کہ عائشہ ایسا کریں گی جو تم سے بہتر ہے؟" یہ ہے سیلف مینجمنٹ۔</w:t>
      </w:r>
    </w:p>
    <w:p>
      <w:r>
        <w:rPr>
          <w:b/>
        </w:rPr>
        <w:t xml:space="preserve">[41:06] </w:t>
      </w:r>
      <w:r>
        <w:t>self management.</w:t>
      </w:r>
    </w:p>
    <w:p>
      <w:pPr>
        <w:jc w:val="right"/>
      </w:pPr>
      <w:r>
        <w:t>سیلف مینجمنٹ۔</w:t>
      </w:r>
    </w:p>
    <w:p>
      <w:r>
        <w:rPr>
          <w:b/>
        </w:rPr>
        <w:t xml:space="preserve">[41:10] </w:t>
      </w:r>
      <w:r>
        <w:t>to mein aap se arz karoon ga ke yeh yeh isi ka naam quranic method hai, isi ka naam Islam hai, isi ka naam deen hai.</w:t>
      </w:r>
    </w:p>
    <w:p>
      <w:pPr>
        <w:jc w:val="right"/>
      </w:pPr>
      <w:r>
        <w:t>تو میں آپ سے عرض کروں گا کہ یہ یہ اسی کا نام قرآنی میتھڈ ہے، اسی کا نام اسلام ہے، اسی کا نام دین ہے۔</w:t>
      </w:r>
    </w:p>
    <w:p>
      <w:r>
        <w:rPr>
          <w:b/>
        </w:rPr>
        <w:t xml:space="preserve">[41:20] </w:t>
      </w:r>
      <w:r>
        <w:t>you have to learn the art of self management, nahi to phir aap Khuda ki rehmat se mehroomi ka risk lije.</w:t>
      </w:r>
    </w:p>
    <w:p>
      <w:pPr>
        <w:jc w:val="right"/>
      </w:pPr>
      <w:r>
        <w:t>یو ہیو ٹو لرن دی آرٹ آف سیلف مینجمنٹ، نہیں تو پھر آپ خدا کی رحمت سے محرومی کا رسک لیجئے۔</w:t>
      </w:r>
    </w:p>
    <w:p>
      <w:r>
        <w:rPr>
          <w:b/>
        </w:rPr>
        <w:t xml:space="preserve">[41:30] </w:t>
      </w:r>
      <w:r>
        <w:t>yaad rakhiye, saada baat nahi hai. ya to aap self management ka art seekhiye, ya yeh risk lije ke aap Allah ki rehmat se mehroom ho jayen.</w:t>
      </w:r>
    </w:p>
    <w:p>
      <w:pPr>
        <w:jc w:val="right"/>
      </w:pPr>
      <w:r>
        <w:t>یاد رکھیے، سادہ بات نہیں ہے۔ یا تو آپ سیلف مینجمنٹ کا آرٹ سیکھیے، یا یہ رسک لیجئے کہ آپ اللہ کی رحمت سے محروم ہو جائیں۔</w:t>
      </w:r>
    </w:p>
    <w:p>
      <w:r>
        <w:rPr>
          <w:b/>
        </w:rPr>
        <w:t xml:space="preserve">[41:45] </w:t>
      </w:r>
      <w:r>
        <w:t>aur ghore kijiye ke jo Allah ki rehmat se mehroom ho jaye, us ko kya milega?</w:t>
      </w:r>
    </w:p>
    <w:p>
      <w:pPr>
        <w:jc w:val="right"/>
      </w:pPr>
      <w:r>
        <w:t>اور غور کیجئے کہ جو اللہ کی رحمت سے محروم ہو جائے، اس کو کیا ملے گا؟</w:t>
      </w:r>
    </w:p>
    <w:p>
      <w:r>
        <w:rPr>
          <w:b/>
        </w:rPr>
        <w:t xml:space="preserve">[41:51] </w:t>
      </w:r>
      <w:r>
        <w:t>kya milega is ko?</w:t>
      </w:r>
    </w:p>
    <w:p>
      <w:pPr>
        <w:jc w:val="right"/>
      </w:pPr>
      <w:r>
        <w:t>کیا ملے گا اس کو؟</w:t>
      </w:r>
    </w:p>
    <w:p>
      <w:r>
        <w:rPr>
          <w:b/>
        </w:rPr>
        <w:t xml:space="preserve">[41:55] </w:t>
      </w:r>
      <w:r>
        <w:t>to sahaba ke zehan mein aise kai waqiat hain, aur kitna illustrative waqia hai, illustrative waqia hai ke kis tarah se khud hi khud aadmi manage karta hai.</w:t>
      </w:r>
    </w:p>
    <w:p>
      <w:pPr>
        <w:jc w:val="right"/>
      </w:pPr>
      <w:r>
        <w:t>تو صحابہ کے ذہن میں ایسے کئی واقعات ہیں، اور کتنا اللسٹریٹیو واقعہ ہے، اللسٹریٹیو واقعہ ہے کہ کس طرح سے خود ہی خود آدمی مینج کرتا ہے۔</w:t>
      </w:r>
    </w:p>
    <w:p>
      <w:r>
        <w:rPr>
          <w:b/>
        </w:rPr>
        <w:t xml:space="preserve">[42:09] </w:t>
      </w:r>
      <w:r>
        <w:t>na pooch gach karna, na discuss karna, na shikayat karna, kuch bhi nahin. dar andar khatam.</w:t>
      </w:r>
    </w:p>
    <w:p>
      <w:pPr>
        <w:jc w:val="right"/>
      </w:pPr>
      <w:r>
        <w:t>نہ پوچھ گچھ کرنا، نہ ڈسکس کرنا، نہ شکایت کرنا، کچھ بھی نہیں۔ در اندر ختم۔</w:t>
      </w:r>
    </w:p>
    <w:p>
      <w:r>
        <w:rPr>
          <w:b/>
        </w:rPr>
        <w:t xml:space="preserve">[42:17] </w:t>
      </w:r>
      <w:r>
        <w:t>nikam jo kehte hain: "napping in the butt". napping in the butt. jaise khayal aaye, wahin pe khatam kar dijiye, wahin us ko bari kar dijiye,</w:t>
      </w:r>
    </w:p>
    <w:p>
      <w:pPr>
        <w:jc w:val="right"/>
      </w:pPr>
      <w:r>
        <w:t>نکم جو کہتے ہیں: "نیپنگ ان دا بٹ"۔ نیپنگ ان دا بٹ۔ جیسے خیال آئے، وہیں پہ ختم کر دیجئے، وہیں اس کو بری کر دیجئے،</w:t>
      </w:r>
    </w:p>
    <w:p>
      <w:r>
        <w:rPr>
          <w:b/>
        </w:rPr>
        <w:t xml:space="preserve">[42:33] </w:t>
      </w:r>
      <w:r>
        <w:t>wahin ka wahin us ko bari kar dijiye.</w:t>
      </w:r>
    </w:p>
    <w:p>
      <w:pPr>
        <w:jc w:val="right"/>
      </w:pPr>
      <w:r>
        <w:t>وہیں کا وہیں اس کو بری کر دیجئے۔</w:t>
      </w:r>
    </w:p>
    <w:p>
      <w:r>
        <w:rPr>
          <w:b/>
        </w:rPr>
        <w:t xml:space="preserve">[42:38] </w:t>
      </w:r>
      <w:r>
        <w:t>aise bohat se waqiat hain sahaba ki zindagi mein ke baray be shikayat wale baatein pesh aaein,</w:t>
      </w:r>
    </w:p>
    <w:p>
      <w:pPr>
        <w:jc w:val="right"/>
      </w:pPr>
      <w:r>
        <w:t>ایسے بہت سے واقعات ہیں صحابہ کی زندگی میں کہ بڑے بے شکایت والے باتیں پیش آئیں،</w:t>
      </w:r>
    </w:p>
    <w:p>
      <w:r>
        <w:rPr>
          <w:b/>
        </w:rPr>
        <w:t xml:space="preserve">[42:46] </w:t>
      </w:r>
      <w:r>
        <w:t>baray be shikayat wali baatein, lekin unhon ne apnay aap hi us ko manage kar liya, khud hi khud us ko khatam kar diya.</w:t>
      </w:r>
    </w:p>
    <w:p>
      <w:pPr>
        <w:jc w:val="right"/>
      </w:pPr>
      <w:r>
        <w:t>بڑے بے شکایت والی باتیں، لیکن انہوں نے اپنے آپ ہی اس کو مینج کر لیا، خود ہی خود اس کو ختم کر دیا۔</w:t>
      </w:r>
    </w:p>
    <w:p>
      <w:r>
        <w:rPr>
          <w:b/>
        </w:rPr>
        <w:t xml:space="preserve">[42:56] </w:t>
      </w:r>
      <w:r>
        <w:t>poochne nahin gaye.</w:t>
      </w:r>
    </w:p>
    <w:p>
      <w:pPr>
        <w:jc w:val="right"/>
      </w:pPr>
      <w:r>
        <w:t>پوچھنے نہیں گئے۔</w:t>
      </w:r>
    </w:p>
    <w:p>
      <w:r>
        <w:rPr>
          <w:b/>
        </w:rPr>
        <w:t xml:space="preserve">[43:03] </w:t>
      </w:r>
      <w:r>
        <w:t>yahan tak ke main aap ko isi waqie ke baray mein arz karunga ke jo waqia hua tha, Abdullah Abi ne jo kaha tha ke: "wallah ma najat minhu wa ma naja minha".</w:t>
      </w:r>
    </w:p>
    <w:p>
      <w:pPr>
        <w:jc w:val="right"/>
      </w:pPr>
      <w:r>
        <w:t>یہاں تک کہ میں آپ کو اسی واقعے کے بارے میں عرض کروں گا کہ جو واقعہ ہوا تھا، عبداللہ ابی نے جو کہا تھا کہ: "واللہ ما نجت منہ وما نجا منہا"۔</w:t>
      </w:r>
    </w:p>
    <w:p>
      <w:r>
        <w:rPr>
          <w:b/>
        </w:rPr>
        <w:t xml:space="preserve">[43:15] </w:t>
      </w:r>
      <w:r>
        <w:t>to ek bohat hi ajeeb waqia hai, is ki tafseel aayi hai kitabon mein.</w:t>
      </w:r>
    </w:p>
    <w:p>
      <w:pPr>
        <w:jc w:val="right"/>
      </w:pPr>
      <w:r>
        <w:t>تو ایک بہت ہی عجیب واقعہ ہے، اس کی تفصیل آئی ہے کتابوں میں۔</w:t>
      </w:r>
    </w:p>
    <w:p>
      <w:r>
        <w:rPr>
          <w:b/>
        </w:rPr>
        <w:t xml:space="preserve">[43:22] </w:t>
      </w:r>
      <w:r>
        <w:t>is ki tafseel mein yeh aata hai ke Rasool Allah S.A.W. khud gaye jahan Hazrat Aisha theen,</w:t>
      </w:r>
    </w:p>
    <w:p>
      <w:pPr>
        <w:jc w:val="right"/>
      </w:pPr>
      <w:r>
        <w:t>اس کی تفصیل میں یہ آتا ہے کہ رسول اللہ صلی اللہ علیہ وسلم خود گئے جہاں حضرت عائشہ تھیں،</w:t>
      </w:r>
    </w:p>
    <w:p>
      <w:r>
        <w:rPr>
          <w:b/>
        </w:rPr>
        <w:t xml:space="preserve">[43:30] </w:t>
      </w:r>
      <w:r>
        <w:t>aur Hazrat Aisha se poocha: "aap ne yeh kitabon mein maujood hai?" yeh Rasool Allah S.A.W. ne Hazrat Aisha se poocha is waqie ke baray mein.</w:t>
      </w:r>
    </w:p>
    <w:p>
      <w:pPr>
        <w:jc w:val="right"/>
      </w:pPr>
      <w:r>
        <w:t>اور حضرت عائشہ سے پوچھا: "آپ نے یہ کتابوں میں موجود ہے؟" یہ رسول اللہ صلی اللہ علیہ وسلم نے حضرت عائشہ سے پوچھا اس واقعے کے بارے میں۔</w:t>
      </w:r>
    </w:p>
    <w:p>
      <w:r>
        <w:rPr>
          <w:b/>
        </w:rPr>
        <w:t xml:space="preserve">[43:42] </w:t>
      </w:r>
      <w:r>
        <w:t>aap parh lijiye, Hazrat Aisha ne koi wazahat nahin ki,</w:t>
      </w:r>
    </w:p>
    <w:p>
      <w:pPr>
        <w:jc w:val="right"/>
      </w:pPr>
      <w:r>
        <w:t>آپ پڑھ لیجئے، حضرت عائشہ نے کوئی وضاحت نہیں کی،</w:t>
      </w:r>
    </w:p>
    <w:p>
      <w:r>
        <w:rPr>
          <w:b/>
        </w:rPr>
        <w:t xml:space="preserve">[43:49] </w:t>
      </w:r>
      <w:r>
        <w:t>yeh nahin kaha ke nahin, jhooti baat hai, yeh nahin kaha, wazahat hi nahin ki.</w:t>
      </w:r>
    </w:p>
    <w:p>
      <w:pPr>
        <w:jc w:val="right"/>
      </w:pPr>
      <w:r>
        <w:t>یہ نہیں کہا کہ نہیں، جھوٹی بات ہے، یہ نہیں کہا، وضاحت ہی نہیں کی۔</w:t>
      </w:r>
    </w:p>
    <w:p>
      <w:r>
        <w:rPr>
          <w:b/>
        </w:rPr>
        <w:t xml:space="preserve">[43:55] </w:t>
      </w:r>
      <w:r>
        <w:t>main ne ghor kiya ke Hazrat Aisha ne wazahat nahin ki, aur yeh nahin kaha ke nahin, yeh waqia jhoota hai. to kyun aisa kiya unhon ne? kyun aisa kiya?</w:t>
      </w:r>
    </w:p>
    <w:p>
      <w:pPr>
        <w:jc w:val="right"/>
      </w:pPr>
      <w:r>
        <w:t>میں نے غور کیا کہ حضرت عائشہ نے وضاحت نہیں کی، اور یہ نہیں کہا کہ نہیں، یہ واقعہ جھوٹا ہے۔ تو کیوں ایسا کیا انہوں نے؟ کیوں ایسا کیا؟</w:t>
      </w:r>
    </w:p>
    <w:p>
      <w:r>
        <w:rPr>
          <w:b/>
        </w:rPr>
        <w:t xml:space="preserve">[44:06] </w:t>
      </w:r>
      <w:r>
        <w:t>yani bohat dinon ke sochne ke baad mere samnay ek raaz aaya.</w:t>
      </w:r>
    </w:p>
    <w:p>
      <w:pPr>
        <w:jc w:val="right"/>
      </w:pPr>
      <w:r>
        <w:t>یعنی بہت دنوں کے سوچنے کے بعد میرے سامنے ایک راز آیا۔</w:t>
      </w:r>
    </w:p>
    <w:p>
      <w:r>
        <w:rPr>
          <w:b/>
        </w:rPr>
        <w:t xml:space="preserve">[44:12] </w:t>
      </w:r>
      <w:r>
        <w:t>goya ke Hazrat Aisha ne kaha ke aap khud, yani apnay self management ke zariye, us ko khud hi khud us ko diffuse kar dijiye, mujh se kyun poochte hain?</w:t>
      </w:r>
    </w:p>
    <w:p>
      <w:pPr>
        <w:jc w:val="right"/>
      </w:pPr>
      <w:r>
        <w:t>گویا کہ حضرت عائشہ نے کہا کہ آپ خود، یعنی اپنے سیلف مینجمنٹ کے ذریعے، اس کو خود ہی خود اس کو ڈیفیوز کر دیجئے، مجھ سے کیوں پوچھتے ہیں؟</w:t>
      </w:r>
    </w:p>
    <w:p>
      <w:r>
        <w:rPr>
          <w:b/>
        </w:rPr>
        <w:t xml:space="preserve">[44:26] </w:t>
      </w:r>
      <w:r>
        <w:t>aap us ko paighambar aur abdul anbiya ke nazar se mat dekhiye, us ko wisdom ke nazar se dekhiye. wisdom.</w:t>
      </w:r>
    </w:p>
    <w:p>
      <w:pPr>
        <w:jc w:val="right"/>
      </w:pPr>
      <w:r>
        <w:t>آپ اس کو پیغمبر اور عبدالانبیاء کے نظر سے مت دیکھیے، اس کو وزڈم کے نظر سے دیکھیے۔ وزڈم۔</w:t>
      </w:r>
    </w:p>
    <w:p>
      <w:r>
        <w:rPr>
          <w:b/>
        </w:rPr>
        <w:t xml:space="preserve">[44:35] </w:t>
      </w:r>
      <w:r>
        <w:t>main ne socha ke Hazrat Aisha itni zheen theen, aur itna nazuk mamla tha, kyun unhon ne yeh nahin kaha jaye ke nahin, yeh galat hai?</w:t>
      </w:r>
    </w:p>
    <w:p>
      <w:pPr>
        <w:jc w:val="right"/>
      </w:pPr>
      <w:r>
        <w:t>میں نے سوچا کہ حضرت عائشہ اتنی ذہین تھیں، اور اتنا نازک معاملہ تھا، کیوں انہوں نے یہ نہیں کہا جائے کہ نہیں، یہ غلط ہے؟</w:t>
      </w:r>
    </w:p>
    <w:p>
      <w:r>
        <w:rPr>
          <w:b/>
        </w:rPr>
        <w:t xml:space="preserve">[44:44] </w:t>
      </w:r>
      <w:r>
        <w:t>kaha ke main to, main to kuch nahin kahungi. is ka matlab tha ke</w:t>
      </w:r>
    </w:p>
    <w:p>
      <w:pPr>
        <w:jc w:val="right"/>
      </w:pPr>
      <w:r>
        <w:t>کہا کہ میں تو، میں تو کچھ نہیں کہوں گی۔ اس کا مطلب تھا کہ</w:t>
      </w:r>
    </w:p>
    <w:p>
      <w:r>
        <w:rPr>
          <w:b/>
        </w:rPr>
        <w:t xml:space="preserve">[44:51] </w:t>
      </w:r>
      <w:r>
        <w:t>aap ko itna ziyada waaz hona chahiye, aap ko itna ziyada samajhdar hona chahiye ke khud manage kar paaein. aap apnay self management ke power se aap us ko diffuse kar dijiye.</w:t>
      </w:r>
    </w:p>
    <w:p>
      <w:pPr>
        <w:jc w:val="right"/>
      </w:pPr>
      <w:r>
        <w:t>آپ کو اتنا زیادہ واعظ ہونا چاہیے، آپ کو اتنا زیادہ سمجھدار ہونا چاہیے کہ خود مینج کر پائیں۔ آپ اپنے سیلف مینجمنٹ کے پاور سے آپ اس کو ڈیفیوز کر دیجئے۔</w:t>
      </w:r>
    </w:p>
    <w:p>
      <w:r>
        <w:rPr>
          <w:b/>
        </w:rPr>
        <w:t xml:space="preserve">[45:06] </w:t>
      </w:r>
      <w:r>
        <w:t>yeh hai, yaad rakhiye, Islam ka culture, yeh hai Islam ka usool, yeh hai Islam ka method. aur main, main yeh saaf kahunga ke hamaray CPS mein jo aadmi aisa na kar raha hai, kare, woh bilashuba CPS ka member nahin hai.</w:t>
      </w:r>
    </w:p>
    <w:p>
      <w:pPr>
        <w:jc w:val="right"/>
      </w:pPr>
      <w:r>
        <w:t>یہ ہے، یاد رکھیے، اسلام کا کلچر، یہ ہے اسلام کا اصول، یہ ہے اسلام کا میتھڈ۔ اور میں، میں یہ صاف کہوں گا کہ ہمارے سی پی ایس میں جو آدمی ایسا نہ کر رہا ہے، کرے، وہ بلاشبہ سی پی ایس کا ممبر نہیں ہے۔</w:t>
      </w:r>
    </w:p>
    <w:p>
      <w:r>
        <w:rPr>
          <w:b/>
        </w:rPr>
        <w:t xml:space="preserve">[45:23] </w:t>
      </w:r>
      <w:r>
        <w:t>woh chahe aap logon ko show karta ho ke main to CPS ka aadmi hoon,</w:t>
      </w:r>
    </w:p>
    <w:p>
      <w:pPr>
        <w:jc w:val="right"/>
      </w:pPr>
      <w:r>
        <w:t>وہ چاہے آپ لوگوں کو شو کرتا ہو کہ میں تو سی پی ایس کا آدمی ہوں،</w:t>
      </w:r>
    </w:p>
    <w:p>
      <w:r>
        <w:rPr>
          <w:b/>
        </w:rPr>
        <w:t xml:space="preserve">[45:28] </w:t>
      </w:r>
      <w:r>
        <w:t>main saaf kehta hoon, jo aadmi apnay andar self management ka tareeqa ikhtiyar na kar sake, woh CPS ke kaam par nahin hai.</w:t>
      </w:r>
    </w:p>
    <w:p>
      <w:pPr>
        <w:jc w:val="right"/>
      </w:pPr>
      <w:r>
        <w:t>میں صاف کہتا ہوں، جو آدمی اپنے اندر سیلف مینجمنٹ کا کا طریقہ اختیار نہ کر سکے، وہ سی پی ایس کے کام پر نہیں ہے۔</w:t>
      </w:r>
    </w:p>
    <w:p>
      <w:r>
        <w:rPr>
          <w:b/>
        </w:rPr>
        <w:t xml:space="preserve">[45:41] </w:t>
      </w:r>
      <w:r>
        <w:t>woh jaye kisi aur, kisi aur bheer bakri ke ghool mein, wahan par apna jo chahe kare. woh CPS bohat hi waaz logon ki team hai,</w:t>
      </w:r>
    </w:p>
    <w:p>
      <w:pPr>
        <w:jc w:val="right"/>
      </w:pPr>
      <w:r>
        <w:t>وہ جائے کسی اور، کسی اور بھیڑ بکری کے غول میں، وہاں پر اپنا جو چاہے کرے۔ وہ سی پی ایس بہت ہی واعظ لوگوں کی ٹیم ہے،</w:t>
      </w:r>
    </w:p>
    <w:p>
      <w:r>
        <w:rPr>
          <w:b/>
        </w:rPr>
        <w:t xml:space="preserve">[45:55] </w:t>
      </w:r>
      <w:r>
        <w:t>waaz logon ki team hai. yeh bheer, bheer bakriyon, bheer bakri ki team nahi hai. yeh jo waaz aadmi hoga, wahi is mein chal sakta hai, woh nahi chal nahi payega.</w:t>
      </w:r>
    </w:p>
    <w:p>
      <w:pPr>
        <w:jc w:val="right"/>
      </w:pPr>
      <w:r>
        <w:t>واعظ لوگوں کی ٹیم ہے۔ یہ بھیڑ، بھیڑ بکریوں، بھیڑ بکری کی ٹیم نہیں ہے۔ یہ جو واعظ آدمی ہوگا، وہی اس میں چل سکتا ہے، وہ نہیں چل نہیں پائے گا۔</w:t>
      </w:r>
    </w:p>
    <w:p>
      <w:r>
        <w:rPr>
          <w:b/>
        </w:rPr>
        <w:t xml:space="preserve">[46:10] </w:t>
      </w:r>
      <w:r>
        <w:t>aap isi waqea par ghor kijiye ke hazrat aisha ne jawab nahi diya. is ke andar aik cheez aplisit hai, understand hai ke aap khud hi is ko manage kar lijiye.</w:t>
      </w:r>
    </w:p>
    <w:p>
      <w:pPr>
        <w:jc w:val="right"/>
      </w:pPr>
      <w:r>
        <w:t>آپ اسی واقعہ پر غور کیجئے کہ حضرت عائشہ نے جواب نہیں دیا۔ اس کے اندر ایک چیز ایپلیسیٹ ہے، انڈرسٹڈ ہے کہ آپ خود ہی اس کو مینج کر لیجئے۔</w:t>
      </w:r>
    </w:p>
    <w:p>
      <w:r>
        <w:rPr>
          <w:b/>
        </w:rPr>
        <w:t xml:space="preserve">[46:19] </w:t>
      </w:r>
      <w:r>
        <w:t>aap se poochte kyun hain?</w:t>
      </w:r>
    </w:p>
    <w:p>
      <w:pPr>
        <w:jc w:val="right"/>
      </w:pPr>
      <w:r>
        <w:t>آپ سے پوچھتے کیوں ہیں؟</w:t>
      </w:r>
    </w:p>
    <w:p>
      <w:r>
        <w:rPr>
          <w:b/>
        </w:rPr>
        <w:t xml:space="preserve">[46:25] </w:t>
      </w:r>
      <w:r>
        <w:t>to yeh hai meyar-e-islam ka, yeh hai woh meyar jis ko hum ne apnaya hai. jo aadmi is meyar ko pasand kare, woh hamara saath de.</w:t>
      </w:r>
    </w:p>
    <w:p>
      <w:pPr>
        <w:jc w:val="right"/>
      </w:pPr>
      <w:r>
        <w:t>تو یہ ہے معیار اسلام کا، یہ ہے وہ معیار جس کو ہم نے اپنایا ہے۔ جو آدمی اس معیار کو پسند کرے، وہ ہمارا ساتھ دے۔</w:t>
      </w:r>
    </w:p>
    <w:p>
      <w:r>
        <w:rPr>
          <w:b/>
        </w:rPr>
        <w:t xml:space="preserve">[46:35] </w:t>
      </w:r>
      <w:r>
        <w:t>nahi pasand karta to bheer bakri, bohat sare ghool hain. bheer bakri ke, un bheer bakriyon mein ja ke shamil ho jaye. woh bheer bakri ke bohat sare ghool hain, shamil ho sakta hai.</w:t>
      </w:r>
    </w:p>
    <w:p>
      <w:pPr>
        <w:jc w:val="right"/>
      </w:pPr>
      <w:r>
        <w:t>نہیں پسند کرتا تو بھیڑ بکری، بہت سارے غول ہیں۔ بھیڑ بکری کے، ان بھیڑ بکریوں میں جا کے شامل ہو جائے۔ وہ بھیڑ بکری کے بہت سارے غول ہیں، شامل ہو سکتا ہے۔</w:t>
      </w:r>
    </w:p>
    <w:p>
      <w:r>
        <w:rPr>
          <w:b/>
        </w:rPr>
        <w:t xml:space="preserve">[46:46] </w:t>
      </w:r>
      <w:r>
        <w:t>woh hum apne mission mein, isi cps mein, isi ko apnayenge.</w:t>
      </w:r>
    </w:p>
    <w:p>
      <w:pPr>
        <w:jc w:val="right"/>
      </w:pPr>
      <w:r>
        <w:t>وہ ہم اپنے مشن میں، اسی پی ایس میں، اسی کو اپنائیں گے۔</w:t>
      </w:r>
    </w:p>
    <w:p>
      <w:r>
        <w:rPr>
          <w:b/>
        </w:rPr>
        <w:t xml:space="preserve">[46:52] </w:t>
      </w:r>
      <w:r>
        <w:t>hum is se hatne wale nahi hain, chahe koi hamara saath de ya saath na de. aap yaqeen kijiye ke insaan hi saath denge to farishtay saath denge. yeh mission jo hai, Allah ka mission hai.</w:t>
      </w:r>
    </w:p>
    <w:p>
      <w:pPr>
        <w:jc w:val="right"/>
      </w:pPr>
      <w:r>
        <w:t>ہم اس سے ہٹنے والے نہیں ہیں، چاہے کوئی ہمارا ساتھ دے یا ساتھ نہ دے۔ آپ یقین کیجئے کہ انسان ہی ساتھ دیں گے تو فرشتے ساتھ دیں گے۔ یہ مشن جو ہے، اللہ کا مشن ہے۔</w:t>
      </w:r>
    </w:p>
    <w:p>
      <w:r>
        <w:rPr>
          <w:b/>
        </w:rPr>
        <w:t xml:space="preserve">[47:05] </w:t>
      </w:r>
      <w:r>
        <w:t>agar insaan saath nahi denge to yaqeen kijiye, farishtay saath denge, aur saath de rahe hain. farishton ke saath dene se yeh kaam chal raha hai, kisi insaan ke zariye nahi hai.</w:t>
      </w:r>
    </w:p>
    <w:p>
      <w:pPr>
        <w:jc w:val="right"/>
      </w:pPr>
      <w:r>
        <w:t>اگر انسان ساتھ نہیں دیں گے تو یقین کیجئے، فرشتے ساتھ دیں گے، اور ساتھ دے رہے ہیں۔ فرشتوں کے ساتھ دینے سے یہ کام چل رہا ہے، کسی انسان کے ذریعے نہیں ہے۔</w:t>
      </w:r>
    </w:p>
    <w:p>
      <w:r>
        <w:rPr>
          <w:b/>
        </w:rPr>
        <w:t xml:space="preserve">[47:17] </w:t>
      </w:r>
      <w:r>
        <w:t>yeh chal raha hai mission.</w:t>
      </w:r>
    </w:p>
    <w:p>
      <w:pPr>
        <w:jc w:val="right"/>
      </w:pPr>
      <w:r>
        <w:t>یہ چل رہا ہے مشن۔</w:t>
      </w:r>
    </w:p>
    <w:p>
      <w:r>
        <w:rPr>
          <w:b/>
        </w:rPr>
        <w:t xml:space="preserve">[47:19] </w:t>
      </w:r>
      <w:r>
        <w:t>jo jis ko shikayaton mein jeena ho, woh ya to shikayaton ko khatam kare ya hamara saath chhod de. mein saaf kehta hoon, kyunke hamare liye bojh hai, woh hamare liye liability hai.</w:t>
      </w:r>
    </w:p>
    <w:p>
      <w:pPr>
        <w:jc w:val="right"/>
      </w:pPr>
      <w:r>
        <w:t>جو جس کو شکایتوں میں جینا ہو، وہ یا تو شکایتوں کو ختم کرے یا ہمارا ساتھ چھوڑ دے۔ میں صاف کہتا ہوں، کیونکہ ہمارے لیے بوجھ ہے، وہ ہمارے لیے لائبلٹی ہے۔</w:t>
      </w:r>
    </w:p>
    <w:p>
      <w:r>
        <w:rPr>
          <w:b/>
        </w:rPr>
        <w:t xml:space="preserve">[47:32] </w:t>
      </w:r>
      <w:r>
        <w:t>shikayat hamare liye haram se zyada buri cheez hai. mein bar bar kehta raha hoon, aaj se nahi, hamesha se ke jis aadmi ko shikayaton mein jeena hai, woh hamara saath chhod de ya to shikayaton ko khatam kare.</w:t>
      </w:r>
    </w:p>
    <w:p>
      <w:pPr>
        <w:jc w:val="right"/>
      </w:pPr>
      <w:r>
        <w:t>شکایت ہمارے لیے حرام سے زیادہ بری چیز ہے۔ میں بار بار کہتا رہا ہوں، آج سے نہیں، ہمیشہ سے کہ جس آدمی کو شکایتوں میں جینا ہے، وہ ہمارا ساتھ چھوڑ دے یا تو شکایتوں کو ختم کرے۔</w:t>
      </w:r>
    </w:p>
    <w:p>
      <w:r>
        <w:rPr>
          <w:b/>
        </w:rPr>
        <w:t xml:space="preserve">[47:46] </w:t>
      </w:r>
      <w:r>
        <w:t>hum compromise nahi kar sakte is mamle mein,</w:t>
      </w:r>
    </w:p>
    <w:p>
      <w:pPr>
        <w:jc w:val="right"/>
      </w:pPr>
      <w:r>
        <w:t>ہم کمپرومائز نہیں کر سکتے اس معاملے میں،</w:t>
      </w:r>
    </w:p>
    <w:p>
      <w:r>
        <w:rPr>
          <w:b/>
        </w:rPr>
        <w:t xml:space="preserve">[47:49] </w:t>
      </w:r>
      <w:r>
        <w:t>hum compromise nahi kar sakte. to meri dua hai ke Allah taala mujh ko aur aap ko tofeeq de ke hum samjhein Allah ki scheme ko, hum samjhein Allah ke tareeqe ko,</w:t>
      </w:r>
    </w:p>
    <w:p>
      <w:pPr>
        <w:jc w:val="right"/>
      </w:pPr>
      <w:r>
        <w:t>ہم کمپرومائز نہیں کر سکتے۔ تو میری دعا ہے کہ اللہ تعالی مجھ کو اور آپ کو توفیق دے کہ ہم سمجھیں اللہ کی سکیم کو، ہم سمجھیں اللہ کے طریقے کو،</w:t>
      </w:r>
    </w:p>
    <w:p>
      <w:r>
        <w:rPr>
          <w:b/>
        </w:rPr>
        <w:t xml:space="preserve">[48:03] </w:t>
      </w:r>
      <w:r>
        <w:t>hum samjhein sirat-e-mustaqeem ko, hum samjhein is raaste ko jo is dunya se shuru hota hai aur jannat mein ja ke khatam hota hai.</w:t>
      </w:r>
    </w:p>
    <w:p>
      <w:pPr>
        <w:jc w:val="right"/>
      </w:pPr>
      <w:r>
        <w:t>ہم سمجھیں صراط مستقیم کو، ہم سمجھیں اس راستے کو جو اس دنیا سے شروع ہوتا ہے اور جنت میں جا کے ختم ہوتا ہے۔</w:t>
      </w:r>
    </w:p>
    <w:p>
      <w:r>
        <w:rPr>
          <w:b/>
        </w:rPr>
        <w:t xml:space="preserve">[48:18] </w:t>
      </w:r>
      <w:r>
        <w:t>aqool qawli haza wastaghfirullaha li walakum ajmaeen. assalamu alaikum wa rahmatullahi.</w:t>
      </w:r>
    </w:p>
    <w:p>
      <w:pPr>
        <w:jc w:val="right"/>
      </w:pPr>
      <w:r>
        <w:t>اقول قولیھذا واستغفراللہ لی ولکم اجمعین۔ السلام علیکم ورحمۃ اللہ۔</w:t>
      </w:r>
    </w:p>
    <w:p>
      <w:r>
        <w:rPr>
          <w:b/>
        </w:rPr>
        <w:t xml:space="preserve">[48:39] </w:t>
      </w:r>
      <w:r>
        <w:t>okay, we start with the question answer session now. all the online viewers are requested to send their questions on info at cpsglobal.org.</w:t>
      </w:r>
    </w:p>
    <w:p>
      <w:pPr>
        <w:jc w:val="right"/>
      </w:pPr>
      <w:r>
        <w:t>اوکے، وی سٹارٹ ود دی کوئسچن انسر سیشن ناو۔ ال دی ان لائن ویوورز ار ریکویسٹڈ ٹو سینڈ دے کوئسچنز ان انفو ایٹ سی پی ایس گلوبل ڈاٹ او آر جی۔</w:t>
      </w:r>
    </w:p>
    <w:p>
      <w:r>
        <w:rPr>
          <w:b/>
        </w:rPr>
        <w:t xml:space="preserve">[49:00] </w:t>
      </w:r>
      <w:r>
        <w:t>maulana, yeh sawal aaya hai dilli se Shahnawaz Zafar sahib ka, aur unhone likha hai ke hum jante hain ke kuch khaas mahine ya kuch khaas auqat mein kisi ibadat ya kisi amal ka sawab kai guna badha diya jata hai, jaisa ke Ramzan mein namaz ka sawab satar guna zyada ho jata hai.</w:t>
      </w:r>
    </w:p>
    <w:p>
      <w:pPr>
        <w:jc w:val="right"/>
      </w:pPr>
      <w:r>
        <w:t>مولانا، یہ سوال آیا ہے دلی سے شاہنواز ظفر صاحب کا، اور انہوں نے لکھا ہے کہ ہم جانتے ہیں کہ کچھ خاص مہینے یا کچھ خاص اوقات میں کسی عبادت یا کسی عمل کا ثواب کئی گنا بڑھا دیا جاتا ہے، جیسا کہ رمضان میں نماز کا ثواب ستر گنا زیادہ ہو جاتا ہے۔</w:t>
      </w:r>
    </w:p>
    <w:p>
      <w:r>
        <w:rPr>
          <w:b/>
        </w:rPr>
        <w:t xml:space="preserve">[49:26] </w:t>
      </w:r>
      <w:r>
        <w:t>mujhe aisa lagta hai ke sawab ka zyada hona insaan ki ibadat ya amal ki کیفیت ke upar hai. aisa nahi hai ke Ramzan mein jo bhi namaz padhe, use satar guna zyada sawab mila, balkeh jis ki کیفیت jaisi rahi, use waisa sawab mila.</w:t>
      </w:r>
    </w:p>
    <w:p>
      <w:pPr>
        <w:jc w:val="right"/>
      </w:pPr>
      <w:r>
        <w:t>مجھے ایسا لگتا ہے کہ ثواب کا زیادہ ہونا انسان کی عبادت یا عمل کی کیفیت کے اوپر ہے۔ ایسا نہیں ہے کہ رمضان میں جو بھی نماز پڑھے، اسے ستر گنا زیادہ ثواب ملا، بلکہ جس کی کیفیت جیسی رہی، اسے ویسا ثواب ملا۔</w:t>
      </w:r>
    </w:p>
    <w:p>
      <w:r>
        <w:rPr>
          <w:b/>
        </w:rPr>
        <w:t xml:space="preserve">[49:46] </w:t>
      </w:r>
      <w:r>
        <w:t>meherbani kar ke is ki wazahat karen.</w:t>
      </w:r>
    </w:p>
    <w:p>
      <w:pPr>
        <w:jc w:val="right"/>
      </w:pPr>
      <w:r>
        <w:t>مہربانی کر کے اس کی وضاحت کریں۔</w:t>
      </w:r>
    </w:p>
    <w:p>
      <w:r>
        <w:rPr>
          <w:b/>
        </w:rPr>
        <w:t xml:space="preserve">[49:50] </w:t>
      </w:r>
      <w:r>
        <w:t>dekhiye, yeh mamla aisa hai ke is par bohat likh chuke hain apni kitabon mein, aur sawab ka taluq kisi waqt se nahi hai, کیفیت se hai.</w:t>
      </w:r>
    </w:p>
    <w:p>
      <w:pPr>
        <w:jc w:val="right"/>
      </w:pPr>
      <w:r>
        <w:t>دیکھیے، یہ معاملہ ایسا ہے کہ اس پر بہت لکھ چکے ہیں اپنی کتابوں میں، اور ثواب کا تعلق کسی وقت سے نہیں ہے، کیفیت سے ہے۔</w:t>
      </w:r>
    </w:p>
    <w:p>
      <w:r>
        <w:rPr>
          <w:b/>
        </w:rPr>
        <w:t xml:space="preserve">[50:02] </w:t>
      </w:r>
      <w:r>
        <w:t>aap hamari kitab Ramzan par aik kitab hai, Haj par aik kitab hai, is ko aap padhiye.</w:t>
      </w:r>
    </w:p>
    <w:p>
      <w:pPr>
        <w:jc w:val="right"/>
      </w:pPr>
      <w:r>
        <w:t>آپ ہماری کتاب رمضان پر ایک کتاب ہے، حج پر ایک کتاب ہے، اس کو آپ پڑھیے۔</w:t>
      </w:r>
    </w:p>
    <w:p>
      <w:r>
        <w:rPr>
          <w:b/>
        </w:rPr>
        <w:t xml:space="preserve">[50:08] </w:t>
      </w:r>
      <w:r>
        <w:t>jab bohat detail ke sath hum ne yeh baat kahi hai, aur us ko hum ne disply kiya hai, is is is rawayati tasawwur ko ke kisi waqt se juda hua hai,</w:t>
      </w:r>
    </w:p>
    <w:p>
      <w:pPr>
        <w:jc w:val="right"/>
      </w:pPr>
      <w:r>
        <w:t>جب بہت ڈیٹیل کے ساتھ ہم نے یہ بات کہی ہے، اور اس کو ہم نے ڈسپل کیا ہے، اس اس اس روایتی تصور کو کہ کسی وقت سے جڑا ہوا ہے،</w:t>
      </w:r>
    </w:p>
    <w:p>
      <w:r>
        <w:rPr>
          <w:b/>
        </w:rPr>
        <w:t xml:space="preserve">[50:21] </w:t>
      </w:r>
      <w:r>
        <w:t>bara sawab, bara sawab, bari bari کیفیت par hota hai, bara sawab bari کیفیت mein hota hai, na ke kisi waqt par.</w:t>
      </w:r>
    </w:p>
    <w:p>
      <w:pPr>
        <w:jc w:val="right"/>
      </w:pPr>
      <w:r>
        <w:t>بڑا ثواب، بڑا ثواب، بڑی بڑی کیفیت پر ہوتا ہے، بڑا ثواب بڑی کیفیت میں ہوتا ہے، نہ کہ کسی وقت پر۔</w:t>
      </w:r>
    </w:p>
    <w:p>
      <w:r>
        <w:rPr>
          <w:b/>
        </w:rPr>
        <w:t xml:space="preserve">[50:30] </w:t>
      </w:r>
      <w:r>
        <w:t>is par hum tafseel se likh chuke hain, aap us ko padhiye.</w:t>
      </w:r>
    </w:p>
    <w:p>
      <w:pPr>
        <w:jc w:val="right"/>
      </w:pPr>
      <w:r>
        <w:t>اس پر ہم تفصیل سے لکھ چکے ہیں، آپ اس کو پڑھیے۔</w:t>
      </w:r>
    </w:p>
    <w:p>
      <w:r>
        <w:rPr>
          <w:b/>
        </w:rPr>
        <w:t xml:space="preserve">[50:34] </w:t>
      </w:r>
      <w:r>
        <w:t>maulana, un ka aik aur sawal hai, unhone likha hai ke jab hum koi achha kaam karte hain to sawab milta hai.</w:t>
      </w:r>
    </w:p>
    <w:p>
      <w:pPr>
        <w:jc w:val="right"/>
      </w:pPr>
      <w:r>
        <w:t>مولانا، ان کا ایک اور سوال ہے، انہوں نے لکھا ہے کہ جب ہم کوئی اچھا کام کرتے ہیں تو ثواب ملتا ہے۔</w:t>
      </w:r>
    </w:p>
    <w:p>
      <w:r>
        <w:rPr>
          <w:b/>
        </w:rPr>
        <w:t xml:space="preserve">[50:44] </w:t>
      </w:r>
      <w:r>
        <w:t>yeh sawab aakhir kya hai? yeh hamare liye kis tarah faida mand hai? yeh koi kharji credit note hai ya koi virtual achievement hai jo hamare aamal naame mein darj ho jata hai aur aakhirat mein faida deta hai?</w:t>
      </w:r>
    </w:p>
    <w:p>
      <w:pPr>
        <w:jc w:val="right"/>
      </w:pPr>
      <w:r>
        <w:t>یہ ثواب آخر کیا ہے؟ یہ ہمارے لیے کس طرح فائدہ مند ہے؟ یہ کوئی خارجی کریڈٹ نوٹ ہے یا کوئی ورچوئل اچیومنٹ ہے جو ہمارے اعمال نامے میں درج ہو جاتا ہے اور آخرت میں فائدہ دیتا ہے؟</w:t>
      </w:r>
    </w:p>
    <w:p>
      <w:r>
        <w:rPr>
          <w:b/>
        </w:rPr>
        <w:t xml:space="preserve">[51:01] </w:t>
      </w:r>
      <w:r>
        <w:t>ya yeh koi aisi cheez hai jo insaan ke taqwe ki کیفیت mein barhothri karta hai, jis ki wajah se amal saleh mein izafa hota hai aur amal saleh ka zariya aakhirat mein kamyabi deta hai?</w:t>
      </w:r>
    </w:p>
    <w:p>
      <w:pPr>
        <w:jc w:val="right"/>
      </w:pPr>
      <w:r>
        <w:t>یا یہ کوئی ایسی چیز ہے جو انسان کے تقوے کی کیفیت میں بڑھوتری کرتا ہے، جس کی وجہ سے عمل صالح میں اضافہ ہوتا ہے اور عمل صالح کا ذریعہ آخرت میں کامیابی دیتا ہے؟</w:t>
      </w:r>
    </w:p>
    <w:p>
      <w:r>
        <w:rPr>
          <w:b/>
        </w:rPr>
        <w:t xml:space="preserve">[51:16] </w:t>
      </w:r>
      <w:r>
        <w:t>is ki bhi wazahat karen. dekhiye, is par bhi hum bohat likh chuke hain. hua azeem sawab ka matlab hai personality development.</w:t>
      </w:r>
    </w:p>
    <w:p>
      <w:pPr>
        <w:jc w:val="right"/>
      </w:pPr>
      <w:r>
        <w:t>اس کی بھی وضاحت کریں۔ دیکھیے، اس پر بھی ہم بہت لکھ چکے ہیں۔ ہوا عظیم ثواب کا مطلب ہے پرسنیلٹی ڈیولپمنٹ۔</w:t>
      </w:r>
    </w:p>
    <w:p>
      <w:r>
        <w:rPr>
          <w:b/>
        </w:rPr>
        <w:t xml:space="preserve">[51:28] </w:t>
      </w:r>
      <w:r>
        <w:t>jab aap koi amal karte hain acha to is mein jo sawab hota hai, woh sawab isi shakal mein aata hai aap ko ke aap ka aap ke andar spiritual development hota hai.</w:t>
      </w:r>
    </w:p>
    <w:p>
      <w:pPr>
        <w:jc w:val="right"/>
      </w:pPr>
      <w:r>
        <w:t>جب آپ کوئی عمل کرتے ہیں اچھا تو اس میں جو ثواب ہوتا ہے، وہ ثواب اسی شکل میں آتا ہے آپ کو کہ آپ کا آپ کے اندر اسپریچول ڈیولپمنٹ ہوتا ہے۔</w:t>
      </w:r>
    </w:p>
    <w:p>
      <w:r>
        <w:rPr>
          <w:b/>
        </w:rPr>
        <w:t xml:space="preserve">[51:40] </w:t>
      </w:r>
      <w:r>
        <w:t>to sawab in terms of intellectual, sawab in terms of intellectual development, in terms of spiritual development aap ko milta rehta hai, milta rehta hai.</w:t>
      </w:r>
    </w:p>
    <w:p>
      <w:pPr>
        <w:jc w:val="right"/>
      </w:pPr>
      <w:r>
        <w:t>تو ثواب ان ٹرمز آف انٹلیکچول، ثواب ان ٹرمز آف انٹلیکچول ڈیولپمنٹ، ان ٹرمز آف اسپریچول ڈیولپمنٹ آپ کو ملتا رہتا ہے، ملتا رہتا ہے۔</w:t>
      </w:r>
    </w:p>
    <w:p>
      <w:r>
        <w:rPr>
          <w:b/>
        </w:rPr>
        <w:t xml:space="preserve">[51:52] </w:t>
      </w:r>
      <w:r>
        <w:t>yahan tak ke aap ke andar woh personality ban jati hai, woh woh madhaka personality hai jo jannat jannat mein dakhil ki jaye.</w:t>
      </w:r>
    </w:p>
    <w:p>
      <w:pPr>
        <w:jc w:val="right"/>
      </w:pPr>
      <w:r>
        <w:t>یہاں تک کہ آپ کے اندر وہ پرسنیلٹی بن جاتی ہے، وہ وہ مدحکہ پرسنیلٹی ہے جو جنت جنت میں داخل کی جائے۔</w:t>
      </w:r>
    </w:p>
    <w:p>
      <w:r>
        <w:rPr>
          <w:b/>
        </w:rPr>
        <w:t xml:space="preserve">[52:01] </w:t>
      </w:r>
      <w:r>
        <w:t>hum ne hum is ko nahi mante ke sawab koi alag se kahin ja kar ke kisi bank mein jama hai jo aap ko de diya jaye ga. jab aap koi kaam amal karte hain, usi waqt hi usi amal ke sath sath aap ki personality banti hai.</w:t>
      </w:r>
    </w:p>
    <w:p>
      <w:pPr>
        <w:jc w:val="right"/>
      </w:pPr>
      <w:r>
        <w:t>ہم نے ہم اس کو نہیں مانتے کہ ثواب کوئی الگ سے کہیں جا کر کے کسی بینک میں جمع ہے جو آپ کو دے دیا جائے گا۔ جب آپ کوئی کام عمل کرتے ہیں، اسی وقت ہی اسی عمل کے ساتھ ساتھ آپ کی پرسنیلٹی بنتی ہے۔</w:t>
      </w:r>
    </w:p>
    <w:p>
      <w:r>
        <w:rPr>
          <w:b/>
        </w:rPr>
        <w:t xml:space="preserve">[52:17] </w:t>
      </w:r>
      <w:r>
        <w:t>isi personality jo banti hai, isi ko aap chahe sawab kahiye ya tazkiya kahiye, woh sab ek hi cheez hai. mein is ko nahi manta ke sawab jo hai kahin woh bank mein jama hua ja ke mil jaye ga aap ko.</w:t>
      </w:r>
    </w:p>
    <w:p>
      <w:pPr>
        <w:jc w:val="right"/>
      </w:pPr>
      <w:r>
        <w:t>اسی پرسنیلٹی جو بنتی ہے، اسی کو آپ چاہے ثواب کہیے یا تزکیہ کہیے، وہ سب ایک ہی چیز ہے۔ میں اس کو نہیں مانتا کہ ثواب جو ہے کہیں وہ بینک میں جمع ہوا جا کے مل جائے گا آپ کو۔</w:t>
      </w:r>
    </w:p>
    <w:p>
      <w:r>
        <w:rPr>
          <w:b/>
        </w:rPr>
        <w:t xml:space="preserve">[52:33] </w:t>
      </w:r>
      <w:r>
        <w:t>din in deer aap ko milta hai aur aap mehsoos kar sakte hain, mehsoos kar sakte hain. jaise ke misaal ke tor par maine shikayat ki baat ki,</w:t>
      </w:r>
    </w:p>
    <w:p>
      <w:pPr>
        <w:jc w:val="right"/>
      </w:pPr>
      <w:r>
        <w:t>دن ان دیر آپ کو ملتا ہے اور آپ محسوس کر سکتے ہیں، محسوس کر سکتے ہیں۔ جیسے کہ مثال کے طور پر میں نے شکایت کی بات کی،</w:t>
      </w:r>
    </w:p>
    <w:p>
      <w:r>
        <w:rPr>
          <w:b/>
        </w:rPr>
        <w:t xml:space="preserve">[52:41] </w:t>
      </w:r>
      <w:r>
        <w:t>aap ko shikayat paida hui aur aap ne woh kaam kiya jo Hazrat Abu Ayub Azai ne kiya tha, to aap ko achaanak mile ga ke ajeeb sukoon, ajeeb peace, ajeeb rabbaniyat aap ke andar aa jaye gi.</w:t>
      </w:r>
    </w:p>
    <w:p>
      <w:pPr>
        <w:jc w:val="right"/>
      </w:pPr>
      <w:r>
        <w:t>آپ کو شکایت پیدا ہوئی اور آپ نے وہ کام کیا جو حضرت ابو ایوب عزائی نے کیا تھا، تو آپ کو اچانک ملے گا کہ عجیب سکون، عجیب پیس، عجیب ربانیت آپ کے اندر آ جائے گی۔</w:t>
      </w:r>
    </w:p>
    <w:p>
      <w:r>
        <w:rPr>
          <w:b/>
        </w:rPr>
        <w:t xml:space="preserve">[52:57] </w:t>
      </w:r>
      <w:r>
        <w:t>wohi sawab hai, wohi wohi personality development hai, wohi tazkiya hai.</w:t>
      </w:r>
    </w:p>
    <w:p>
      <w:pPr>
        <w:jc w:val="right"/>
      </w:pPr>
      <w:r>
        <w:t>وہی ثواب ہے، وہی وہی پرسنیلٹی ڈیولپمنٹ ہے، وہی تزکیہ ہے۔</w:t>
      </w:r>
    </w:p>
    <w:p>
      <w:r>
        <w:rPr>
          <w:b/>
        </w:rPr>
        <w:t xml:space="preserve">[53:08] </w:t>
      </w:r>
      <w:r>
        <w:t>Maulana, agla sawal lene se pehle ek comment parhna chahen ge jo Maulana Iqbal Umri ne bheja hai Chennai se, aur unhon ne likha hai ke Maulana aaj pehli baar Kazmain al-Ghaith ka maani maine samajh aaye, yani self blame de kar ghusse ko manage karna, aur yahi misbat zindagi ka raaz hai.</w:t>
      </w:r>
    </w:p>
    <w:p>
      <w:pPr>
        <w:jc w:val="right"/>
      </w:pPr>
      <w:r>
        <w:t>مولانا، اگلا سوال لینے سے پہلے ایک کمنٹ پڑھنا چاہیں گے جو مولانا اقبال عمری نے بھیجا ہے چنئی سے، اور انہوں نے لکھا ہے کہ مولانا آج پہلی بار کاظمین الغائث کا معنی میں نے سمجھ آئے، یعنی سیلف بلیم دے کر غصے کو مینج کرنا، اور یہی مثبت زندگی کا راز ہے۔</w:t>
      </w:r>
    </w:p>
    <w:p>
      <w:r>
        <w:rPr>
          <w:b/>
        </w:rPr>
        <w:t xml:space="preserve">[53:33] </w:t>
      </w:r>
      <w:r>
        <w:t>Masha Allah.</w:t>
      </w:r>
    </w:p>
    <w:p>
      <w:pPr>
        <w:jc w:val="right"/>
      </w:pPr>
      <w:r>
        <w:t>ماشاءاللہ۔</w:t>
      </w:r>
    </w:p>
    <w:p>
      <w:r>
        <w:rPr>
          <w:b/>
        </w:rPr>
        <w:t xml:space="preserve">[53:36] </w:t>
      </w:r>
      <w:r>
        <w:t>Maulana, agla sawal kya hai Miss Naghma Siddiqui ne Delhi se, aur unhon ne aap se poocha hai ke what is the formula of a complaint free culture in a mission?</w:t>
      </w:r>
    </w:p>
    <w:p>
      <w:pPr>
        <w:jc w:val="right"/>
      </w:pPr>
      <w:r>
        <w:t>مولانا، اگلا سوال کیا ہے مس نغمہ صدیقی نے دلی سے، اور انہوں نے آپ سے پوچھا ہے کہ واٹ از دا فارمولا آف ا کمپلینٹ فری کلچر ان ا مشن؟</w:t>
      </w:r>
    </w:p>
    <w:p>
      <w:r>
        <w:rPr>
          <w:b/>
        </w:rPr>
        <w:t xml:space="preserve">[53:50] </w:t>
      </w:r>
      <w:r>
        <w:t>formula to banta ji, self management. kabhi bhi agar aap discussion karenge aur pooch gach karenge to kuch hone wala nahi hai, kabhi nahi ho sakta.</w:t>
      </w:r>
    </w:p>
    <w:p>
      <w:pPr>
        <w:jc w:val="right"/>
      </w:pPr>
      <w:r>
        <w:t>فارمولا تو بنتا جی، سیلف مینجمنٹ۔ کبھی بھی اگر آپ ڈسکشن کریں گے اور پوچھ گچھ کریں گے تو کچھ ہونے والا نہیں ہے، کبھی نہیں ہو سکتا۔</w:t>
      </w:r>
    </w:p>
    <w:p>
      <w:r>
        <w:rPr>
          <w:b/>
        </w:rPr>
        <w:t xml:space="preserve">[54:03] </w:t>
      </w:r>
      <w:r>
        <w:t>pooch gach jahan hoga, jahan discussion kiya jaye ga, yani cheezon par charcha kiya jaye ga, wahan complaint free mahol ban nahi sakta hai.</w:t>
      </w:r>
    </w:p>
    <w:p>
      <w:pPr>
        <w:jc w:val="right"/>
      </w:pPr>
      <w:r>
        <w:t>پوچھ گچھ جہاں ہوگا، جہاں ڈسکشن کیا جائے گا، یعنی چیزوں پر چرچا کیا جائے گا، وہاں کمپلینٹ فری ماحول بن نہیں سکتا ہے۔</w:t>
      </w:r>
    </w:p>
    <w:p>
      <w:r>
        <w:rPr>
          <w:b/>
        </w:rPr>
        <w:t xml:space="preserve">[54:15] </w:t>
      </w:r>
      <w:r>
        <w:t>complaint free mahol banega jab ke aap self management aap ke andar ho, khud hi khud is ko diffuse kar len, khud hi khud.</w:t>
      </w:r>
    </w:p>
    <w:p>
      <w:pPr>
        <w:jc w:val="right"/>
      </w:pPr>
      <w:r>
        <w:t>کمپلینٹ فری ماحول بنے گا جب کہ آپ سیلف مینجمنٹ آپ کے اندر ہو، خود ہی خود اس کو ڈیفیوز کر لیں، خود ہی خود۔</w:t>
      </w:r>
    </w:p>
    <w:p>
      <w:r>
        <w:rPr>
          <w:b/>
        </w:rPr>
        <w:t xml:space="preserve">[54:24] </w:t>
      </w:r>
      <w:r>
        <w:t>jaise maine ek misaal is se pehle mein bata chuka hoon aap ko ke Hazrat Khalid jo the, un ko Khalifa Umar ne mazool kar diya, yani mazool karne ke maani yeh the ke woh general the, general, is ko soldier bana diya, mamooli soldier bana diya.</w:t>
      </w:r>
    </w:p>
    <w:p>
      <w:pPr>
        <w:jc w:val="right"/>
      </w:pPr>
      <w:r>
        <w:t>جیسے میں نے ایک مثال اس سے پہلے میں بتا چکا ہوں آپ کو کہ حضرت خالد جو تھے، ان کو خلیفہ عمر نے معذول کر دیا، یعنی معذول کرنے کے معنی یہ تھے کہ وہ جنرل تھے، جنرل، اس کو سولجر بنا دیا، معمولی سولجر بنا دیا۔</w:t>
      </w:r>
    </w:p>
    <w:p>
      <w:r>
        <w:rPr>
          <w:b/>
        </w:rPr>
        <w:t xml:space="preserve">[54:43] </w:t>
      </w:r>
      <w:r>
        <w:t>to ek shakliya hai ke ja kar pooch gach karte, woh ke kaise bana diya aap ne, kaun si bari ghalati thi?</w:t>
      </w:r>
    </w:p>
    <w:p>
      <w:pPr>
        <w:jc w:val="right"/>
      </w:pPr>
      <w:r>
        <w:t>تو ایک شکلیہ ہے کہ جا کے پوچھ گچھ کرتے، وہ کہ کیسے بنا دیا آپ نے، کون سی بڑی غلطی تھی؟</w:t>
      </w:r>
    </w:p>
    <w:p>
      <w:r>
        <w:rPr>
          <w:b/>
        </w:rPr>
        <w:t xml:space="preserve">[54:51] </w:t>
      </w:r>
      <w:r>
        <w:t>pooch gach karte aur sathiyon ko jama karte, sathiyon mein charcha karte ke dekho. lekin unhon ne yeh nahi kiya, khud hi khud manage kar liya is ko.</w:t>
      </w:r>
    </w:p>
    <w:p>
      <w:pPr>
        <w:jc w:val="right"/>
      </w:pPr>
      <w:r>
        <w:t>پوچھ گچھ کرتے اور ساتھیوں کو جمع کرتے، ساتھیوں میں چرچا کرتے کہ دیکھو۔ لیکن انہوں نے یہ نہیں کیا، خود ہی خود مینج کر لیا اس کو۔</w:t>
      </w:r>
    </w:p>
    <w:p>
      <w:r>
        <w:rPr>
          <w:b/>
        </w:rPr>
        <w:t xml:space="preserve">[55:02] </w:t>
      </w:r>
      <w:r>
        <w:t>unhon ne kaha hai ke unhon ne keh diya ke in inni la qatil fi sabil Umar, wa la qatil fi sabil Rabb Umar. mein jo kuch kar raha tha, woh woh woh Umar ke liye thori kar raha tha, Allah ke liye kar raha hoon.</w:t>
      </w:r>
    </w:p>
    <w:p>
      <w:pPr>
        <w:jc w:val="right"/>
      </w:pPr>
      <w:r>
        <w:t>انہوں نے کہا ہے کہ انہوں نے کہہ دیا کہ ان انی لا قاتل فی سبیل عمر، ولا قاتل فی سبیل رب عمر۔ میں جو کچھ کر رہا تھا، وہ وہ وہ عمر کے لیے تھوڑی کر رہا تھا، اللہ کے لیے کر رہا ہوں۔</w:t>
      </w:r>
    </w:p>
    <w:p>
      <w:r>
        <w:rPr>
          <w:b/>
        </w:rPr>
        <w:t xml:space="preserve">[55:18] </w:t>
      </w:r>
      <w:r>
        <w:t>to mera mera taluq Allah se hai, kisi Khalifa se nahi hai. bas baat khatam ho gayi. to jis samaj mein logon ke andar pooch gach ka mizaj ho aur discussion ka mizaj ho, shikayaton par shikayaton ko le le kar is ki chhan been karen, woh samaj kabhi bhi aaj positive samaj nahi ban sakta,</w:t>
      </w:r>
    </w:p>
    <w:p>
      <w:pPr>
        <w:jc w:val="right"/>
      </w:pPr>
      <w:r>
        <w:t>تو میرا میرا تعلق اللہ سے ہے، کسی خلیفہ سے نہیں ہے۔ بس بات ختم ہوگئی۔ تو جس سماج میں لوگوں کے اندر پوچھ گچھ کا مزاج ہو اور ڈسکشن کا مزاج ہو، شکایتوں پر شکایتوں کو لے لے کر اس کی چھان بین کریں، وہ سماج کبھی بھی آج پازیٹو سماج نہیں بن سکتا،</w:t>
      </w:r>
    </w:p>
    <w:p>
      <w:r>
        <w:rPr>
          <w:b/>
        </w:rPr>
        <w:t xml:space="preserve">[55:43] </w:t>
      </w:r>
      <w:r>
        <w:t>kyun ke shikayaton ke itne zyada shakh dar shakh hote hain, woh kabhi khatam hi nahi honge. shikayat se zyada buri cheez mujhe nahi maloom.</w:t>
      </w:r>
    </w:p>
    <w:p>
      <w:pPr>
        <w:jc w:val="right"/>
      </w:pPr>
      <w:r>
        <w:t>کیونکہ شکایتوں کے اتنے زیادہ شاخ در شاخ ہوتے ہیں، وہ کبھی ختم ہی نہیں ہوں گے۔ شکایت سے زیادہ بری چیز مجھے نہیں معلوم۔</w:t>
      </w:r>
    </w:p>
    <w:p>
      <w:r>
        <w:rPr>
          <w:b/>
        </w:rPr>
        <w:t xml:space="preserve">[55:52] </w:t>
      </w:r>
      <w:r>
        <w:t>mera apna jo deen hai, woh yeh ke shikayat is se zyada buri cheez hai ke aap sharab piyen, khizr gosht khayen. aap khizr gosht khayen to choti burai hai, aur shikayat dil mein li hai, woh bari burai hai.</w:t>
      </w:r>
    </w:p>
    <w:p>
      <w:pPr>
        <w:jc w:val="right"/>
      </w:pPr>
      <w:r>
        <w:t>میرا اپنا جو دین ہے، وہ یہ کہ شکایت اس سے زیادہ بری چیز ہے کہ آپ شراب پیئیں، خضر گوشت کھائیں۔ آپ خضر گوشت کھائیں تو چھوٹی برائی ہے، اور شکایت دل میں لی ہے، وہ بڑی برائی ہے۔</w:t>
      </w:r>
    </w:p>
    <w:p>
      <w:r>
        <w:rPr>
          <w:b/>
        </w:rPr>
        <w:t xml:space="preserve">[56:08] </w:t>
      </w:r>
      <w:r>
        <w:t>mera apna jo mutala hai deen ka, mein shikayat ko super haram samajhta hoon,</w:t>
      </w:r>
    </w:p>
    <w:p>
      <w:pPr>
        <w:jc w:val="right"/>
      </w:pPr>
      <w:r>
        <w:t>میرا اپنا جو مطالعہ ہے دین کا، میں شکایت کو سپر حرام سمجھتا ہوں،</w:t>
      </w:r>
    </w:p>
    <w:p>
      <w:r>
        <w:rPr>
          <w:b/>
        </w:rPr>
        <w:t xml:space="preserve">[56:16] </w:t>
      </w:r>
      <w:r>
        <w:t>aur is ka ilaaj yahi samajhta hoon ke self management khud hi khud is ko soch lijiye, khud hi khud khatam kar do. koi pooch gachh nahin, koi pooch gachh nahin ke aap kisi ko ja kar milein, telephone karein, khat likhein, yeh sab kuch hota hua nahin, hota nahin, kuch nahin hone wala.</w:t>
      </w:r>
    </w:p>
    <w:p>
      <w:pPr>
        <w:jc w:val="right"/>
      </w:pPr>
      <w:r>
        <w:t>اور اس کا علاج یہی سمجھتا ہوں کہ سیلف مینجمنٹ خود ہی خود اس کو سوچ لیجئے، خود ہی خود ختم کر دو۔ کوئی پوچھ گچھ نہیں، کوئی پوچھ گچھ نہیں کہ آپ کسی کو جا کر ملیں، ٹیلی فون کریں، خط لکھیں، یہ سب کچھ ہوتا ہوا نہیں، ہوتا نہیں، کچھ نہیں ہونے والا۔</w:t>
      </w:r>
    </w:p>
    <w:p>
      <w:r>
        <w:rPr>
          <w:b/>
        </w:rPr>
        <w:t xml:space="preserve">[56:37] </w:t>
      </w:r>
      <w:r>
        <w:t>kyunke shikayaton ko itne shakh dar shakh is ke itne pehlu hote hain ke koi kuch bhi kahe ga, aap ki shikayat khatam nahin hogi. kisi bhi wazahat se aap ki shikayat khatam nahin hogi.</w:t>
      </w:r>
    </w:p>
    <w:p>
      <w:pPr>
        <w:jc w:val="right"/>
      </w:pPr>
      <w:r>
        <w:t>کیونکہ شکایتوں کو اتنے شاخ در شاخ اس کے اتنے پہلو ہوتے ہیں کہ کوئی کچھ بھی کہے گا، آپ کی شکایت ختم نہیں ہوگی۔ کسی بھی وضاحت سے آپ کی شکایت ختم نہیں ہوگی۔</w:t>
      </w:r>
    </w:p>
    <w:p>
      <w:r>
        <w:rPr>
          <w:b/>
        </w:rPr>
        <w:t xml:space="preserve">[56:51] </w:t>
      </w:r>
      <w:r>
        <w:t>shikayat aap khud ya to khatam karein ge ya kabhi khatam hi nahin hogi. shikayat yeh meri zindagi ke barq ka tajruba hai ke shikayat ko ya to ya to aadmi khud kill karta hai ya hamesha shikayat jeeta hai, isi mein mar jata hai.</w:t>
      </w:r>
    </w:p>
    <w:p>
      <w:pPr>
        <w:jc w:val="right"/>
      </w:pPr>
      <w:r>
        <w:t>شکایت آپ خود یا تو ختم کریں گے یا کبھی ختم ہی نہیں ہوگی۔ شکایت یہ میری زندگی کے برق کا تجربہ ہے کہ شکایت کو یا تو یا تو آدمی خود کل کرتا ہے یا ہمیشہ شکایت جیتا ہے، اسی میں مر جاتا ہے۔</w:t>
      </w:r>
    </w:p>
    <w:p>
      <w:r>
        <w:rPr>
          <w:b/>
        </w:rPr>
        <w:t xml:space="preserve">[57:04] </w:t>
      </w:r>
      <w:r>
        <w:t>woh</w:t>
      </w:r>
    </w:p>
    <w:p>
      <w:pPr>
        <w:jc w:val="right"/>
      </w:pPr>
      <w:r>
        <w:t>وہ</w:t>
      </w:r>
    </w:p>
    <w:p>
      <w:r>
        <w:rPr>
          <w:b/>
        </w:rPr>
        <w:t xml:space="preserve">[57:06] </w:t>
      </w:r>
      <w:r>
        <w:t>is ko phir sun lijiye aap ke quran o hadith ka mutala, zindagi ka tajruba dono se maine yeh samjha hai ke shikayat jo hai, aisi buri cheez hai ke agar aadmi khud khat ko khatam kare to khatam ho jaye gi,</w:t>
      </w:r>
    </w:p>
    <w:p>
      <w:pPr>
        <w:jc w:val="right"/>
      </w:pPr>
      <w:r>
        <w:t>اس کو پھر سن لیجئے آپ کہ قرآن و حدیث کا مطالعہ، زندگی کا تجربہ دونوں سے میں نے یہ سمجھا ہے کہ شکایت جو ہے، ایسی بری چیز ہے کہ اگر آدمی خود خط کو ختم کرے تو ختم ہو جائے گی،</w:t>
      </w:r>
    </w:p>
    <w:p>
      <w:r>
        <w:rPr>
          <w:b/>
        </w:rPr>
        <w:t xml:space="preserve">[57:26] </w:t>
      </w:r>
      <w:r>
        <w:t>jaise sahaba khatam karte thay. aur agar is ne chaha ke pooch gachh se khatam karein to kabhi khatam nahin hogi,</w:t>
      </w:r>
    </w:p>
    <w:p>
      <w:pPr>
        <w:jc w:val="right"/>
      </w:pPr>
      <w:r>
        <w:t>جیسے صحابہ ختم کرتے تھے۔ اور اگر اس نے چاہا کہ پوچھ گچھ سے ختم کریں تو کبھی ختم نہیں ہوگی،</w:t>
      </w:r>
    </w:p>
    <w:p>
      <w:r>
        <w:rPr>
          <w:b/>
        </w:rPr>
        <w:t xml:space="preserve">[57:36] </w:t>
      </w:r>
      <w:r>
        <w:t>kyunke woh ek angrez dekhe ga waqea ko, doosra angrez dekhe ga, aur koi bhi wazahat ki jaye, phir bhi aap ki shikayat baqi rahe gi.</w:t>
      </w:r>
    </w:p>
    <w:p>
      <w:pPr>
        <w:jc w:val="right"/>
      </w:pPr>
      <w:r>
        <w:t>کیونکہ وہ ایک انگریز دیکھے گا واقعہ کو، دوسرا انگریز دیکھے گا، اور کوئی بھی وضاحت کی جائے، پھر بھی آپ کی شکایت باقی رہے گی۔</w:t>
      </w:r>
    </w:p>
    <w:p>
      <w:r>
        <w:rPr>
          <w:b/>
        </w:rPr>
        <w:t xml:space="preserve">[57:46] </w:t>
      </w:r>
      <w:r>
        <w:t>mera tajruba hai ke kabhi bhi wazahat se shikayat khatam nahin hoti, khatam hi nahin hoti, woh pari rehti hai. to jis aadmi ko Allah ko samne khare hone ka ehsas hai, jo aadmi jannat chahta hai, to us ko chahiye ke shikayat ko kill kare,</w:t>
      </w:r>
    </w:p>
    <w:p>
      <w:pPr>
        <w:jc w:val="right"/>
      </w:pPr>
      <w:r>
        <w:t>میرا تجربہ ہے کہ کبھی بھی وضاحت سے شکایت ختم نہیں ہوتی، ختم ہی نہیں ہوتی، وہ پڑی رہتی ہے۔ تو جس آدمی کو اللہ کو سامنے کھڑے ہونے کا احساس ہے، جو آدمی جنت چاہتا ہے، تو اس کو چاہیے کہ شکایت کو کل کرے،</w:t>
      </w:r>
    </w:p>
    <w:p>
      <w:r>
        <w:rPr>
          <w:b/>
        </w:rPr>
        <w:t xml:space="preserve">[58:06] </w:t>
      </w:r>
      <w:r>
        <w:t>self killing seekhe shikayat ke moamle mein.</w:t>
      </w:r>
    </w:p>
    <w:p>
      <w:pPr>
        <w:jc w:val="right"/>
      </w:pPr>
      <w:r>
        <w:t>سیلف کلنگ سیکھے شکایت کے معاملے میں۔</w:t>
      </w:r>
    </w:p>
    <w:p>
      <w:r>
        <w:rPr>
          <w:b/>
        </w:rPr>
        <w:t xml:space="preserve">[58:12] </w:t>
      </w:r>
      <w:r>
        <w:t>aur nahin to phir yeh risk le ke Allah ke samne us ko khara hona pare ga aur jawab nahin de paye ga. woh you have to learn the art of self killing.</w:t>
      </w:r>
    </w:p>
    <w:p>
      <w:pPr>
        <w:jc w:val="right"/>
      </w:pPr>
      <w:r>
        <w:t>اور نہیں تو پھر یہ رسک لے کہ اللہ کے سامنے اس کو کھڑا ہونا پڑے گا اور جواب نہیں دے پائے گا۔ وہ یو ہیو ٹو لرن دا آرٹ آف سیلف کلنگ۔</w:t>
      </w:r>
    </w:p>
    <w:p>
      <w:r>
        <w:rPr>
          <w:b/>
        </w:rPr>
        <w:t xml:space="preserve">[58:22] </w:t>
      </w:r>
      <w:r>
        <w:t>khud hi khud apne andar kill kar diye, khatam kar dijiye is ko. koi pooch gachh nahin, koi discussion nahin, kuch nahin.</w:t>
      </w:r>
    </w:p>
    <w:p>
      <w:pPr>
        <w:jc w:val="right"/>
      </w:pPr>
      <w:r>
        <w:t>خود ہی خود اپنے اندر کل کر دیے، ختم کر دیجئے اس کو۔ کوئی پوچھ گچھ نہیں، کوئی ڈسکشن نہیں، کچھ نہیں۔</w:t>
      </w:r>
    </w:p>
    <w:p>
      <w:r>
        <w:rPr>
          <w:b/>
        </w:rPr>
        <w:t xml:space="preserve">[58:32] </w:t>
      </w:r>
      <w:r>
        <w:t>yeh meri pakki yaqeen hai quran o hadith ke mutale se, zai tajrube se aur aql se, dono har har pehlu se maine is par ghhor kiya hai. to main yeh yeh is nateejay pohancha hoon ke shikayat ko ya to aadmi khud khat parta hai, nahin to shikayat kabhi khatam hi nahin hoti.</w:t>
      </w:r>
    </w:p>
    <w:p>
      <w:pPr>
        <w:jc w:val="right"/>
      </w:pPr>
      <w:r>
        <w:t>یہ میری پکی یقین ہے قرآن و حدیث کے مطالعے سے، زائی تجربے سے اور عقل سے، دونوں ہر ہر پہلو سے میں نے اس پر غور کیا ہے۔ تو میں یہ یہ اس نتیجے پہنچا ہوں کہ شکایت کو یا تو آدمی خود خط پڑھتا ہے، نہیں تو شکایت کبھی ختم ہی نہیں ہوتی۔</w:t>
      </w:r>
    </w:p>
    <w:p>
      <w:r>
        <w:rPr>
          <w:b/>
        </w:rPr>
        <w:t xml:space="preserve">[58:50] </w:t>
      </w:r>
      <w:r>
        <w:t>woh jeeta hai shikayaton, marta hai shikayaton mein.</w:t>
      </w:r>
    </w:p>
    <w:p>
      <w:pPr>
        <w:jc w:val="right"/>
      </w:pPr>
      <w:r>
        <w:t>وہ جیتا ہے شکایتوں، مرتا ہے شکایتوں میں۔</w:t>
      </w:r>
    </w:p>
    <w:p>
      <w:r>
        <w:rPr>
          <w:b/>
        </w:rPr>
        <w:t xml:space="preserve">[58:56] </w:t>
      </w:r>
      <w:r>
        <w:t>maulana, agla question kya hai? mister naveed kapoor ne dilli se, aur unhon ne likha hai ke what is the difference between a healthy discussion and an unhealthy discussion?</w:t>
      </w:r>
    </w:p>
    <w:p>
      <w:pPr>
        <w:jc w:val="right"/>
      </w:pPr>
      <w:r>
        <w:t>مولانا، اگلا کوئسچن کیا ہے؟ مسٹر نوید کپور نے دلی سے، اور انہوں نے لکھا ہے کہ واٹ از دا ڈیفرنس بٹوین ا ہیلدی ڈسکشن اینڈ ا ان ہیلدی ڈسکشن؟</w:t>
      </w:r>
    </w:p>
    <w:p>
      <w:r>
        <w:rPr>
          <w:b/>
        </w:rPr>
        <w:t xml:space="preserve">[59:09] </w:t>
      </w:r>
      <w:r>
        <w:t>is ke bare mein batayein. dekhiye, healthy discussion mein us ko maanu ga jo marifat par ho, dawat par ho, aur shikayaton par ho, to woh woh healthy discussion nahin hai.</w:t>
      </w:r>
    </w:p>
    <w:p>
      <w:pPr>
        <w:jc w:val="right"/>
      </w:pPr>
      <w:r>
        <w:t>اس کے بارے میں بتائیں۔ دیکھیے، ہیلدی ڈسکشن میں اس کو مانوں گا جو معرفت پر ہو، دعوت پر ہو، اور شکایتوں پر ہو، تو وہ وہ ہیلدی ڈسکشن نہیں ہے۔</w:t>
      </w:r>
    </w:p>
    <w:p>
      <w:r>
        <w:rPr>
          <w:b/>
        </w:rPr>
        <w:t xml:space="preserve">[59:20] </w:t>
      </w:r>
      <w:r>
        <w:t>woh</w:t>
      </w:r>
    </w:p>
    <w:p>
      <w:pPr>
        <w:jc w:val="right"/>
      </w:pPr>
      <w:r>
        <w:t>وہ</w:t>
      </w:r>
    </w:p>
    <w:p>
      <w:r>
        <w:rPr>
          <w:b/>
        </w:rPr>
        <w:t xml:space="preserve">[59:21] </w:t>
      </w:r>
      <w:r>
        <w:t>jo log shikayaton par discussion karein, woh unhealthy discussion karte hain, woh kyunke is ka koi end nahin hai.</w:t>
      </w:r>
    </w:p>
    <w:p>
      <w:pPr>
        <w:jc w:val="right"/>
      </w:pPr>
      <w:r>
        <w:t>جو لوگ شکایتوں پر ڈسکشن کریں، وہ ان ہیلدی ڈسکشن کرتے ہیں، وہ کیونکہ اس کا کوئی اینڈ نہیں ہے۔</w:t>
      </w:r>
    </w:p>
    <w:p>
      <w:r>
        <w:rPr>
          <w:b/>
        </w:rPr>
        <w:t xml:space="preserve">[59:31] </w:t>
      </w:r>
      <w:r>
        <w:t>maine bohat tajruba aap se hua ke jis ke dil mein shikayatein aa gayin, kuch bhi kehte rahiye, woh shikayat khatam nahin hoti. is ki</w:t>
      </w:r>
    </w:p>
    <w:p>
      <w:pPr>
        <w:jc w:val="right"/>
      </w:pPr>
      <w:r>
        <w:t>میں نے بہت تجربہ آپ سے ہوا کہ جس کے دل میں شکایتیں آ گئیں، کچھ بھی کہتے رہیے، وہ شکایت ختم نہیں ہوتی۔ اس کی</w:t>
      </w:r>
    </w:p>
    <w:p>
      <w:r>
        <w:rPr>
          <w:b/>
        </w:rPr>
        <w:t xml:space="preserve">[59:40] </w:t>
      </w:r>
      <w:r>
        <w:t>main main misalein de kar bata sakta hoon ke kis tarah logon ne aisa, yani shikayat ab paida hui to kuch bhi kaho, kuch bhi kaho, woh shikayat baqi hai, khatam nahin hoti.</w:t>
      </w:r>
    </w:p>
    <w:p>
      <w:pPr>
        <w:jc w:val="right"/>
      </w:pPr>
      <w:r>
        <w:t>میں میں مثالیں دے کر بتا سکتا ہوں کہ کس طرح لوگوں نے ایسا، یعنی شکایت اب پیدا ہوئی تو کچھ بھی کہو، کچھ بھی کہو، وہ شکایت باقی ہے، ختم نہیں ہوتی۔</w:t>
      </w:r>
    </w:p>
    <w:p>
      <w:r>
        <w:rPr>
          <w:b/>
        </w:rPr>
        <w:t xml:space="preserve">[59:52] </w:t>
      </w:r>
      <w:r>
        <w:t>is liye main dekh, shikayat ki baaton par is discussion kar raha hoon, woh unhealthy discussion hai.</w:t>
      </w:r>
    </w:p>
    <w:p>
      <w:pPr>
        <w:jc w:val="right"/>
      </w:pPr>
      <w:r>
        <w:t>اس لیے میں دیکھ، شکایت کی باتوں پر اس ڈسکشن کر رہا ہوں، وہ ان ہیلدی ڈسکشن ہے۔</w:t>
      </w:r>
    </w:p>
    <w:p>
      <w:r>
        <w:rPr>
          <w:b/>
        </w:rPr>
        <w:t xml:space="preserve">[1:00:00] </w:t>
      </w:r>
      <w:r>
        <w:t>healthy discussion woh hai jo marifat par ho, rabbaniyat par ho, jo dawat par ho, jo islam ki jo zimmedariyan hain, is par ho.</w:t>
      </w:r>
    </w:p>
    <w:p>
      <w:pPr>
        <w:jc w:val="right"/>
      </w:pPr>
      <w:r>
        <w:t>ہیلدی ڈسکشن وہ ہے جو معرفت پر ہو، ربانیت پر ہو، جو دعوت پر ہو، جو اسلام کی جو ذمہ داریاں ہیں، اس پر ہو۔</w:t>
      </w:r>
    </w:p>
    <w:p>
      <w:r>
        <w:rPr>
          <w:b/>
        </w:rPr>
        <w:t xml:space="preserve">[1:00:12] </w:t>
      </w:r>
      <w:r>
        <w:t>woh main us ko healthy discussion samajhta hoon. jo discussion ka koi end hi na ho, woh health unhealthy rahe ga, is ka rahe ga.</w:t>
      </w:r>
    </w:p>
    <w:p>
      <w:pPr>
        <w:jc w:val="right"/>
      </w:pPr>
      <w:r>
        <w:t>وہ میں اس کو ہیلدی ڈسکشن سمجھتا ہوں۔ جو ڈسکشن کا کوئی اینڈ ہی نہ ہو، وہ ہیلتھ ان ہیلدی رہے گا، اس کا رہے گا۔</w:t>
      </w:r>
    </w:p>
    <w:p>
      <w:r>
        <w:rPr>
          <w:b/>
        </w:rPr>
        <w:t xml:space="preserve">[1:00:24] </w:t>
      </w:r>
      <w:r>
        <w:t>qaumon mein bhi yeh hota hai. aap jante hain ke aisi qaumein mein jo shikayatein aapas mein hain,</w:t>
      </w:r>
    </w:p>
    <w:p>
      <w:pPr>
        <w:jc w:val="right"/>
      </w:pPr>
      <w:r>
        <w:t>قوموں میں بھی یہ ہوتا ہے۔ آپ جانتے ہیں کہ ایسی قومیں میں جو شکایتیں آپس میں ہیں،</w:t>
      </w:r>
    </w:p>
    <w:p>
      <w:r>
        <w:rPr>
          <w:b/>
        </w:rPr>
        <w:t xml:space="preserve">[1:00:29] </w:t>
      </w:r>
      <w:r>
        <w:t>pachas pachas saal se discussion chal rahe hain, aaj tak khatam nahin hua. abhi aaj bhi akhbar mein parh raha tha main ke do harif qaumein, do rival qaumon ka discussion ka qissa to chal raha hai pachas saal se, so saal se discussion, woh khatam hi nahin hota.</w:t>
      </w:r>
    </w:p>
    <w:p>
      <w:pPr>
        <w:jc w:val="right"/>
      </w:pPr>
      <w:r>
        <w:t>پچاس پچاس سال سے ڈسکشن چل رہے ہیں، آج تک ختم نہیں ہوا۔ ابھی آج بھی اخبار میں پڑھ رہا تھا میں کہ دو حریف قومیں، دو رائیول قوموں کا ڈسکشن کا قصہ تو چل رہا ہے پچاس سال سے، سو سال سے ڈسکشن، وہ ختم ہی نہیں ہوتا۔</w:t>
      </w:r>
    </w:p>
    <w:p>
      <w:r>
        <w:rPr>
          <w:b/>
        </w:rPr>
        <w:t xml:space="preserve">[1:00:46] </w:t>
      </w:r>
      <w:r>
        <w:t>chahe individual ka moamla ho ya nation ka moamla ho, agar aap shikayaton ko le kar ke discussion karein ge to kabhi khatam nahin hoga.</w:t>
      </w:r>
    </w:p>
    <w:p>
      <w:pPr>
        <w:jc w:val="right"/>
      </w:pPr>
      <w:r>
        <w:t>چاہے انڈیویجول کا معاملہ ہو یا نیشن کا معاملہ ہو، اگر آپ شکایتوں کو لے کر کے ڈسکشن کریں گے تو کبھی ختم نہیں ہوگا۔</w:t>
      </w:r>
    </w:p>
    <w:p>
      <w:r>
        <w:rPr>
          <w:b/>
        </w:rPr>
        <w:t xml:space="preserve">[1:00:55] </w:t>
      </w:r>
      <w:r>
        <w:t>to positive subject par discussion kijiye.</w:t>
      </w:r>
    </w:p>
    <w:p>
      <w:pPr>
        <w:jc w:val="right"/>
      </w:pPr>
      <w:r>
        <w:t>تو پازیٹیو سبجیکٹ پر ڈسکشن کیجئے۔</w:t>
      </w:r>
    </w:p>
    <w:p>
      <w:r>
        <w:rPr>
          <w:b/>
        </w:rPr>
        <w:t xml:space="preserve">[1:00:58] </w:t>
      </w:r>
      <w:r>
        <w:t>positive subject, positive subject matlab yeh hai jo islam ke aitbar se ke marifat ka subject, dawat ka subject, rabbaniyat ka subject, shukr ka subject,</w:t>
      </w:r>
    </w:p>
    <w:p>
      <w:pPr>
        <w:jc w:val="right"/>
      </w:pPr>
      <w:r>
        <w:t>پازیٹیو سبجیکٹ، پازیٹیو سبجیکٹ مطلب یہ ہے جو اسلام کے اعتبار سے کہ معرفت کا سبجیکٹ، دعوت کا سبجیکٹ، ربانیت کا سبجیکٹ، شکر کا سبجیکٹ،</w:t>
      </w:r>
    </w:p>
    <w:p>
      <w:r>
        <w:rPr>
          <w:b/>
        </w:rPr>
        <w:t xml:space="preserve">[1:01:13] </w:t>
      </w:r>
      <w:r>
        <w:t>yeh yeh yeh hai, yeh hai healthy discussion, aur iska hamesha iska faida hi hoga, iska koi nuksan nahi hoga.</w:t>
      </w:r>
    </w:p>
    <w:p>
      <w:pPr>
        <w:jc w:val="right"/>
      </w:pPr>
      <w:r>
        <w:t>یہ یہ یہ ہے، یہ ہے ہیلدی ڈسکشن، اور اس کا ہمیشہ اس کا فائدہ ہی ہوگا، اس کا کوئی نقصان نہیں ہوگا۔</w:t>
      </w:r>
    </w:p>
    <w:p>
      <w:r>
        <w:rPr>
          <w:b/>
        </w:rPr>
        <w:t xml:space="preserve">[1:01:28] </w:t>
      </w:r>
      <w:r>
        <w:t>maulana, agla question lene se pehle ek comment padhna chahenge jo abhi abhi khwaja kaleemuddin sahib ne bheja hai pennsylvania usa se, aur unhone likha hai ke maulana sahib, der is an eminence demand for spanish translation of the quran.</w:t>
      </w:r>
    </w:p>
    <w:p>
      <w:pPr>
        <w:jc w:val="right"/>
      </w:pPr>
      <w:r>
        <w:t>مولانا، اگلا کوئسچن لینے سے پہلے ایک کمنٹ پڑھنا چاہیں گے جو ابھی ابھی خواجہ کلیم الدین صاحب نے بھیجا ہے پینسلوینیا یو ایس اے سے، اور انہوں نے لکھا ہے کہ مولانا صاحب، دیر از این ایمنس ڈیمانڈ فار سپینش ٹرانسلیشن آف دا قرآن۔</w:t>
      </w:r>
    </w:p>
    <w:p>
      <w:r>
        <w:rPr>
          <w:b/>
        </w:rPr>
        <w:t xml:space="preserve">[1:01:46] </w:t>
      </w:r>
      <w:r>
        <w:t>der isnt a good and affordable spanish translation of quran available in the market,</w:t>
      </w:r>
    </w:p>
    <w:p>
      <w:pPr>
        <w:jc w:val="right"/>
      </w:pPr>
      <w:r>
        <w:t>دیر ازنٹ ا گڈ اینڈ افورڈیبل سپینش ٹرانسلیشن آف قرآن اویلیبل ان دا مارکیٹ،</w:t>
      </w:r>
    </w:p>
    <w:p>
      <w:r>
        <w:rPr>
          <w:b/>
        </w:rPr>
        <w:t xml:space="preserve">[1:01:53] </w:t>
      </w:r>
      <w:r>
        <w:t>but by the grace of allah and with the collaboration of good word and cps usa, a spanish translation is being prepared.</w:t>
      </w:r>
    </w:p>
    <w:p>
      <w:pPr>
        <w:jc w:val="right"/>
      </w:pPr>
      <w:r>
        <w:t>بٹ بائی دا گریس آف اللہ اینڈ ود دی کولیبریشن آف گڈ ورڈ اینڈ سی پی ایس یو ایس اے، ا سپینش ٹرانسلیشن از بینگ پریپیئرڈ۔</w:t>
      </w:r>
    </w:p>
    <w:p>
      <w:r>
        <w:rPr>
          <w:b/>
        </w:rPr>
        <w:t xml:space="preserve">[1:02:03] </w:t>
      </w:r>
      <w:r>
        <w:t>inshallah, with in with in a month or two, it will be ready. in this connection, der is a need to also know the working knowledge of spanish language, so that effective quranic distribution can take place.</w:t>
      </w:r>
    </w:p>
    <w:p>
      <w:pPr>
        <w:jc w:val="right"/>
      </w:pPr>
      <w:r>
        <w:t>انشاءاللہ، ود ان ود ان ا منتھ اور ٹو، اٹ ول بی ریڈی۔ ان دس کنیکشن، دیر از ا نیڈ ٹو السو نو دی ورکنگ نالج آف سپینش لینگویج، سو دیٹ ایفیکٹیو قرآنک ڈسٹریبیوشن کین ٹیک پلیس۔</w:t>
      </w:r>
    </w:p>
    <w:p>
      <w:r>
        <w:rPr>
          <w:b/>
        </w:rPr>
        <w:t xml:space="preserve">[1:02:19] </w:t>
      </w:r>
      <w:r>
        <w:t>d</w:t>
      </w:r>
    </w:p>
    <w:p>
      <w:pPr>
        <w:jc w:val="right"/>
      </w:pPr>
      <w:r>
        <w:t>د</w:t>
      </w:r>
    </w:p>
    <w:p>
      <w:r>
        <w:rPr>
          <w:b/>
        </w:rPr>
        <w:t xml:space="preserve">[1:02:20] </w:t>
      </w:r>
      <w:r>
        <w:t>er for, as a ramadan resolution this year, i have started learning spanish language, so that the distribution becomes easier.</w:t>
      </w:r>
    </w:p>
    <w:p>
      <w:pPr>
        <w:jc w:val="right"/>
      </w:pPr>
      <w:r>
        <w:t>یر فور، ایز ا رمضان ریزولیوشن دس ایئر، آئی ہیو سٹارٹڈ لرننگ سپینش لینگویج، سو دیٹ دا ڈسٹریبیوشن بیکمز ایزیر۔</w:t>
      </w:r>
    </w:p>
    <w:p>
      <w:r>
        <w:rPr>
          <w:b/>
        </w:rPr>
        <w:t xml:space="preserve">[1:02:29] </w:t>
      </w:r>
      <w:r>
        <w:t>maulana sahib, i request you to make dua for all of us. hum sab log dua karte hain, bhai yeh to bohat bari news hai. ji, hum sab log dua karte hain, allah taala khoob khoob madad farmaye.</w:t>
      </w:r>
    </w:p>
    <w:p>
      <w:pPr>
        <w:jc w:val="right"/>
      </w:pPr>
      <w:r>
        <w:t>مولانا صاحب، آئی ریکویسٹ یو ٹو میک دعا فار آل آف اس۔ ہم سب لوگ دعا کرتے ہیں، بھئی یہ تو بہت بڑی نیوز ہے۔ جی، ہم سب لوگ دعا کرتے ہیں، اللہ تعالیٰ خوب خوب مدد فرمائے۔</w:t>
      </w:r>
    </w:p>
    <w:p>
      <w:r>
        <w:rPr>
          <w:b/>
        </w:rPr>
        <w:t xml:space="preserve">[1:02:41] </w:t>
      </w:r>
      <w:r>
        <w:t>yeh to bohat bari news hai, bohat hi achi news hai.</w:t>
      </w:r>
    </w:p>
    <w:p>
      <w:pPr>
        <w:jc w:val="right"/>
      </w:pPr>
      <w:r>
        <w:t>یہ تو بہت بڑی نیوز ہے، بہت ہی اچھی نیوز ہے۔</w:t>
      </w:r>
    </w:p>
    <w:p>
      <w:r>
        <w:rPr>
          <w:b/>
        </w:rPr>
        <w:t xml:space="preserve">[1:02:45] </w:t>
      </w:r>
      <w:r>
        <w:t>maulana, agla sawal lete hain jo deli se shahAB haider sahib ne poocha hai, aur unhone likha hai ke maulana sahib, what do you see about the present tussles and killings in iraq?</w:t>
      </w:r>
    </w:p>
    <w:p>
      <w:pPr>
        <w:jc w:val="right"/>
      </w:pPr>
      <w:r>
        <w:t>مولانا، اگلا سوال لیتے ہیں جو دلی سے شہاب حیدر صاحب نے پوچھا ہے، اور انہوں نے لکھا ہے کہ مولانا صاحب، واٹ ڈو یو سی اباؤٹ دا پریزنٹ ٹسلز اینڈ کلنگز ان عراق؟</w:t>
      </w:r>
    </w:p>
    <w:p>
      <w:r>
        <w:rPr>
          <w:b/>
        </w:rPr>
        <w:t xml:space="preserve">[1:03:00] </w:t>
      </w:r>
      <w:r>
        <w:t>however, both shia and sunnis are worshipers of allah, then why they are killing innocent muslims? is der any solution</w:t>
      </w:r>
    </w:p>
    <w:p>
      <w:pPr>
        <w:jc w:val="right"/>
      </w:pPr>
      <w:r>
        <w:t>ہاؤ ایور، بوتھ شیعہ اینڈ سنیز آر ورشپرز آف اللہ، دین وائی دے آر کلنگ انوسنٹ مسلمز؟ از دیر اینی سولیوشن</w:t>
      </w:r>
    </w:p>
    <w:p>
      <w:r>
        <w:rPr>
          <w:b/>
        </w:rPr>
        <w:t xml:space="preserve">[1:03:10] </w:t>
      </w:r>
      <w:r>
        <w:t>? dekhen, yeh hamara yeh cps ka jo class hota hai, yeh iska mozu nahi hai. waise is par mein is mein interview mera aya hai tv mein, woh aap dekh sakte hain.</w:t>
      </w:r>
    </w:p>
    <w:p>
      <w:pPr>
        <w:jc w:val="right"/>
      </w:pPr>
      <w:r>
        <w:t>؟ دیکھیں، یہ ہمارا یہ سی پی ایس کا جو کلاس ہوتا ہے، یہ اس کا موضوع نہیں ہے۔ ویسے اس پر میں اس میں انٹرویو میرا آیا ہے ٹی وی میں، وہ آپ دیکھ سکتے ہیں۔</w:t>
      </w:r>
    </w:p>
    <w:p>
      <w:r>
        <w:rPr>
          <w:b/>
        </w:rPr>
        <w:t xml:space="preserve">[1:03:24] </w:t>
      </w:r>
      <w:r>
        <w:t>yahan pe sab mozuon ko hum nahi lenge.</w:t>
      </w:r>
    </w:p>
    <w:p>
      <w:pPr>
        <w:jc w:val="right"/>
      </w:pPr>
      <w:r>
        <w:t>یہاں پہ سب ان موضوعات کو ہم نہیں لیں گے۔</w:t>
      </w:r>
    </w:p>
    <w:p>
      <w:r>
        <w:rPr>
          <w:b/>
        </w:rPr>
        <w:t xml:space="preserve">[1:03:29] </w:t>
      </w:r>
      <w:r>
        <w:t>yeh wale ate hain mere pas to mein jawab de deta hoon, ya akhbarat mein, angrezi akhbarat mein mere mazmoon ate hain, is mein mein jawab de deta hoon.</w:t>
      </w:r>
    </w:p>
    <w:p>
      <w:pPr>
        <w:jc w:val="right"/>
      </w:pPr>
      <w:r>
        <w:t>یہ والے آتے ہیں میرے پاس تو میں جواب دے دیتا ہوں، یا اخبارات میں، انگریزی اخبارات میں میرے مضمون آتے ہیں، اس میں میں جواب دے دیتا ہوں۔</w:t>
      </w:r>
    </w:p>
    <w:p>
      <w:r>
        <w:rPr>
          <w:b/>
        </w:rPr>
        <w:t xml:space="preserve">[1:03:39] </w:t>
      </w:r>
      <w:r>
        <w:t>lekin hum cps ke ka jo jo class hai, yaad rakhiye, sirf dawat ke liye hai aur marifat ke liye.</w:t>
      </w:r>
    </w:p>
    <w:p>
      <w:pPr>
        <w:jc w:val="right"/>
      </w:pPr>
      <w:r>
        <w:t>لیکن ہم سی پی ایس کے کا جو جو کلاس ہے، یاد رکھیے، صرف دعوت کے لیے ہے اور معرفت کے لیے۔</w:t>
      </w:r>
    </w:p>
    <w:p>
      <w:r>
        <w:rPr>
          <w:b/>
        </w:rPr>
        <w:t xml:space="preserve">[1:03:48] </w:t>
      </w:r>
      <w:r>
        <w:t>bas aap dawat aur marifat se mutaliq koi sawal karen to mein is ka jawab dunga. baqi yeh jhagde wali jo baaten hain, woh aap khud janiye, in ko</w:t>
      </w:r>
    </w:p>
    <w:p>
      <w:pPr>
        <w:jc w:val="right"/>
      </w:pPr>
      <w:r>
        <w:t>بس آپ دعوت اور معرفت سے متعلق کوئی سوال کریں تو میں اس کا جواب دوں گا۔ باقی یہ جھگڑے والی جو باتیں ہیں، وہ آپ خود جانیے، ان کو</w:t>
      </w:r>
    </w:p>
    <w:p>
      <w:r>
        <w:rPr>
          <w:b/>
        </w:rPr>
        <w:t xml:space="preserve">[1:03:59] </w:t>
      </w:r>
      <w:r>
        <w:t>tahqeeq kijiye, hum se mat poochhiye.</w:t>
      </w:r>
    </w:p>
    <w:p>
      <w:pPr>
        <w:jc w:val="right"/>
      </w:pPr>
      <w:r>
        <w:t>تحقیق کیجئے، ہم سے مت پوچھیے۔</w:t>
      </w:r>
    </w:p>
    <w:p>
      <w:r>
        <w:rPr>
          <w:b/>
        </w:rPr>
        <w:t xml:space="preserve">[1:04:04] </w:t>
      </w:r>
      <w:r>
        <w:t>maulana, agla sawal aya hai doctor safina tabassum ka, ajmer se, aur unhone aapse poocha hai ke maulana sahib, kai bar negative tajrubaat ke hone se mind distract ho jata hai.</w:t>
      </w:r>
    </w:p>
    <w:p>
      <w:pPr>
        <w:jc w:val="right"/>
      </w:pPr>
      <w:r>
        <w:t>مولانا، اگلا سوال آیا ہے ڈاکٹر صفینہ تبسم کا، اجمیر سے، اور انہوں نے آپ سے پوچھا ہے کہ مولانا صاحب، کئی بار نیگیٹیو تجربات کے ہونے سے مائنڈ ڈسٹریکٹ ہو جاتا ہے۔</w:t>
      </w:r>
    </w:p>
    <w:p>
      <w:r>
        <w:rPr>
          <w:b/>
        </w:rPr>
        <w:t xml:space="preserve">[1:04:20] </w:t>
      </w:r>
      <w:r>
        <w:t>hamare zehan par wahi baaten havi rehti hain. aise mein momin ka tareeqa kya hona</w:t>
      </w:r>
    </w:p>
    <w:p>
      <w:pPr>
        <w:jc w:val="right"/>
      </w:pPr>
      <w:r>
        <w:t>ہمارے ذہن پر وہی باتیں حاوی رہتی ہیں۔ ایسے میں مومن کا طریقہ کیا ہونا</w:t>
      </w:r>
    </w:p>
    <w:p>
      <w:r>
        <w:rPr>
          <w:b/>
        </w:rPr>
        <w:t xml:space="preserve">[1:04:27] </w:t>
      </w:r>
      <w:r>
        <w:t>chahiye? is ko wazeh karen bhai, dekhiye, jab koi negative thought aata hai to foran ke foran toba kijiye.</w:t>
      </w:r>
    </w:p>
    <w:p>
      <w:pPr>
        <w:jc w:val="right"/>
      </w:pPr>
      <w:r>
        <w:t>چاہیے؟ اس کو واضح کریں۔ بھائی، دیکھیے، جب کوئی نیگیٹیو تھاٹ آتا ہے تو فوراً کے فوراً توبہ کیجئے۔</w:t>
      </w:r>
    </w:p>
    <w:p>
      <w:r>
        <w:rPr>
          <w:b/>
        </w:rPr>
        <w:t xml:space="preserve">[1:04:37] </w:t>
      </w:r>
      <w:r>
        <w:t>mein ne to yeh kaha yahi ke mujhe bhi ate hain negative thought. mein kya karta hoon? jaldi se mein padhne lagta hoon, allahumma inni aoozubika min hamd hamdad al-shaytan, zor zor se padhta hoon apne kamre mein,</w:t>
      </w:r>
    </w:p>
    <w:p>
      <w:pPr>
        <w:jc w:val="right"/>
      </w:pPr>
      <w:r>
        <w:t>میں نے تو یہ کہا یہی کہ مجھے بھی آتے ہیں نیگیٹیو تھاٹ۔ میں کیا کرتا ہوں؟ جلدی سے میں پڑھنے لگتا ہوں، اللہم انی اعوذ بک من حمد حمداد الشیطان، زور زور سے پڑھتا ہوں اپنے کمرے میں،</w:t>
      </w:r>
    </w:p>
    <w:p>
      <w:r>
        <w:rPr>
          <w:b/>
        </w:rPr>
        <w:t xml:space="preserve">[1:04:51] </w:t>
      </w:r>
      <w:r>
        <w:t>apne kamre mein zor zor se padhta hoon. agar koi wahan ho to dheere dheere padhunga, koi nahi hai to zor zor se padhunga,</w:t>
      </w:r>
    </w:p>
    <w:p>
      <w:pPr>
        <w:jc w:val="right"/>
      </w:pPr>
      <w:r>
        <w:t>اپنے کمرے میں زور زور سے پڑھتا ہوں۔ اگر کوئی وہاں ہو تو دھیرے دھیرے پڑھوں گا، کوئی نہیں ہے تو زور زور سے پڑھوں گا،</w:t>
      </w:r>
    </w:p>
    <w:p>
      <w:r>
        <w:rPr>
          <w:b/>
        </w:rPr>
        <w:t xml:space="preserve">[1:04:57] </w:t>
      </w:r>
      <w:r>
        <w:t>allahumma inni aoozubika min hamdad al-shaytan. to woh khayalat bhag jate hain. mera tajruba to yahi hai. aap bhi aise kijiye.</w:t>
      </w:r>
    </w:p>
    <w:p>
      <w:pPr>
        <w:jc w:val="right"/>
      </w:pPr>
      <w:r>
        <w:t>اللہم انی اعوذ بک من حمداد الشیطان۔ تو وہ خیالات بھاگ جاتے ہیں۔ میرا تجربہ تو یہی ہے۔ آپ بھی ایسے کیجئے۔</w:t>
      </w:r>
    </w:p>
    <w:p>
      <w:r>
        <w:rPr>
          <w:b/>
        </w:rPr>
        <w:t xml:space="preserve">[1:05:15] </w:t>
      </w:r>
      <w:r>
        <w:t>Molana, ek comment parhna chahenge agla sawal lene se pehle, jo yeh comment bheja hai Zaheeruddin Khwaja sahab ne Rai Chor se, aur unhone likha hai ke Molana sahab, today's lecture is really an eye opener for me, and it has brought tears in my eyes.</w:t>
      </w:r>
    </w:p>
    <w:p>
      <w:pPr>
        <w:jc w:val="right"/>
      </w:pPr>
      <w:r>
        <w:t>مولانا، ایک کمنٹ پڑھنا چاہیں گے اگلا سوال لینے سے پہلے، جو یہ کمنٹ بھیجا ہے ظہیر الدین خواجہ صاحب نے رائے چور سے، اور انہوں نے لکھا ہے کہ مولانا صاحب، ٹوڈے لیکچر از ریلی این آئی اوپنر فار می، اینڈ اٹ ہیز براٹ ٹیئرز ان مائی آئیز۔</w:t>
      </w:r>
    </w:p>
    <w:p>
      <w:r>
        <w:rPr>
          <w:b/>
        </w:rPr>
        <w:t xml:space="preserve">[1:05:36] </w:t>
      </w:r>
      <w:r>
        <w:t>The way you describe the things is a peculiar example of divine inspiration.</w:t>
      </w:r>
    </w:p>
    <w:p>
      <w:pPr>
        <w:jc w:val="right"/>
      </w:pPr>
      <w:r>
        <w:t>دا وے یو ڈسکرائب دا تھنگز از ا کلیئر ایگزیمپل آف ڈیوائن انسپیریشن۔</w:t>
      </w:r>
    </w:p>
    <w:p>
      <w:r>
        <w:rPr>
          <w:b/>
        </w:rPr>
        <w:t xml:space="preserve">[1:05:43] </w:t>
      </w:r>
      <w:r>
        <w:t>It is impossible to attain such a supreme level of self-management and positivity without divine inspiration.</w:t>
      </w:r>
    </w:p>
    <w:p>
      <w:pPr>
        <w:jc w:val="right"/>
      </w:pPr>
      <w:r>
        <w:t>اٹ از امپوسیبل ٹو اٹین سچ ا سپریم لیول آف سیلف مینجمنٹ اینڈ پازیٹیوٹی ودا آؤٹ ڈیوائن انسپیریشن۔</w:t>
      </w:r>
    </w:p>
    <w:p>
      <w:r>
        <w:rPr>
          <w:b/>
        </w:rPr>
        <w:t xml:space="preserve">[1:05:52] </w:t>
      </w:r>
      <w:r>
        <w:t>Now we understand what divine inspiration really is.</w:t>
      </w:r>
    </w:p>
    <w:p>
      <w:pPr>
        <w:jc w:val="right"/>
      </w:pPr>
      <w:r>
        <w:t>ناؤ وی انڈرسٹینڈ واٹ ڈیوائن انسپیریشن ریلی از۔</w:t>
      </w:r>
    </w:p>
    <w:p>
      <w:r>
        <w:rPr>
          <w:b/>
        </w:rPr>
        <w:t xml:space="preserve">[1:05:57] </w:t>
      </w:r>
      <w:r>
        <w:t>mashaallah.</w:t>
      </w:r>
    </w:p>
    <w:p>
      <w:pPr>
        <w:jc w:val="right"/>
      </w:pPr>
      <w:r>
        <w:t>ماشاءاللہ۔</w:t>
      </w:r>
    </w:p>
    <w:p>
      <w:r>
        <w:rPr>
          <w:b/>
        </w:rPr>
        <w:t xml:space="preserve">[1:06:02] </w:t>
      </w:r>
      <w:r>
        <w:t>molana, agla sawal dili se kiya hai ins sahab ne, aur unhone likha hai ke molana, bina allah ke, bina allah ki inspareshan ke sahi islam tak nahin pahuncha ja sakta.</w:t>
      </w:r>
    </w:p>
    <w:p>
      <w:pPr>
        <w:jc w:val="right"/>
      </w:pPr>
      <w:r>
        <w:t>مولانا، اگلا سوال دلی سے کیا ہے انس صاحب نے، اور انہوں نے لکھا ہے کہ مولانا، بنا اللہ کے، بنا اللہ کی انسپیریشن کے صحیح اسلام تک نہیں پہنچا جا سکتا۔</w:t>
      </w:r>
    </w:p>
    <w:p>
      <w:r>
        <w:rPr>
          <w:b/>
        </w:rPr>
        <w:t xml:space="preserve">[1:06:17] </w:t>
      </w:r>
      <w:r>
        <w:t>si pi es mission sirf is isi shakhs ko samajh aa sakta hai jise inspiration se guidance mile.</w:t>
      </w:r>
    </w:p>
    <w:p>
      <w:pPr>
        <w:jc w:val="right"/>
      </w:pPr>
      <w:r>
        <w:t>سی پی ایس مشن صرف اس اسی شخص کو سمجھ آ سکتا ہے جسے انسپیریشن سے گائیڈنس ملے۔</w:t>
      </w:r>
    </w:p>
    <w:p>
      <w:r>
        <w:rPr>
          <w:b/>
        </w:rPr>
        <w:t xml:space="preserve">[1:06:25] </w:t>
      </w:r>
      <w:r>
        <w:t>kya yeh kehna sahi hoga? han, is mein aap dua shamil kijie. dua. inspareshan aata hai, is ko jo khub duaen kare, khub duaen kare.</w:t>
      </w:r>
    </w:p>
    <w:p>
      <w:pPr>
        <w:jc w:val="right"/>
      </w:pPr>
      <w:r>
        <w:t>کیا یہ کہنا صحیح ہوگا؟ ہاں، اس میں آپ دعا شامل کیجئے۔ دعا۔ انسپیریشن آتا ہے، اس کو جو خوب دعائیں کرے، خوب دعائیں کرے۔</w:t>
      </w:r>
    </w:p>
    <w:p>
      <w:r>
        <w:rPr>
          <w:b/>
        </w:rPr>
        <w:t xml:space="preserve">[1:06:49] </w:t>
      </w:r>
      <w:r>
        <w:t>molana mehtab sahab ne dhampur se sawal bheja hai, aur woh aap se yeh janna chahte hain ke jo art of situation management hai, woh aadmi ke andar foran aata hai ya slowly aur gradually aata hai?</w:t>
      </w:r>
    </w:p>
    <w:p>
      <w:pPr>
        <w:jc w:val="right"/>
      </w:pPr>
      <w:r>
        <w:t>مولانا مہتاب صاحب نے دھامپور سے سوال بھیجا ہے، اور وہ آپ سے یہ جاننا چاہتے ہیں کہ جو آرٹ آف سچویشن مینجمنٹ ہے، وہ آدمی کے اندر فوراً آتا ہے یا سلولی اور گریجولی آتا ہے؟</w:t>
      </w:r>
    </w:p>
    <w:p>
      <w:r>
        <w:rPr>
          <w:b/>
        </w:rPr>
        <w:t xml:space="preserve">[1:07:04] </w:t>
      </w:r>
      <w:r>
        <w:t>is ki is ki vazahat karen. bhai, mera tajurba to yeh hai ke do tarike hain. kabhi foran aa jata hai, kabhi dhire dhire aata hai.</w:t>
      </w:r>
    </w:p>
    <w:p>
      <w:pPr>
        <w:jc w:val="right"/>
      </w:pPr>
      <w:r>
        <w:t>اس کی اس کی وضاحت کریں۔ بھائی، میرا تجربہ تو یہ ہے کہ دو طریقے ہیں۔ کبھی فوراً آ جاتا ہے، کبھی دھیرے دھیرے آتا ہے۔</w:t>
      </w:r>
    </w:p>
    <w:p>
      <w:r>
        <w:rPr>
          <w:b/>
        </w:rPr>
        <w:t xml:space="preserve">[1:07:17] </w:t>
      </w:r>
      <w:r>
        <w:t>ji,</w:t>
      </w:r>
    </w:p>
    <w:p>
      <w:pPr>
        <w:jc w:val="right"/>
      </w:pPr>
      <w:r>
        <w:t>جی،</w:t>
      </w:r>
    </w:p>
    <w:p>
      <w:r>
        <w:rPr>
          <w:b/>
        </w:rPr>
        <w:t xml:space="preserve">[1:07:18] </w:t>
      </w:r>
      <w:r>
        <w:t>agar situeshan jo hai kompleks hai, kompleks hai to dhire dhire aayega. agar situeshan kompleks nahin hai to foran aa sakta hai.</w:t>
      </w:r>
    </w:p>
    <w:p>
      <w:pPr>
        <w:jc w:val="right"/>
      </w:pPr>
      <w:r>
        <w:t>اگر سچویشن جو ہے کمپلیکس ہے، کمپلیکس ہے تو دھیرے دھیرے آئے گا۔ اگر سچویشن کمپلیکس نہیں ہے تو فوراً آ سکتا ہے۔</w:t>
      </w:r>
    </w:p>
    <w:p>
      <w:r>
        <w:rPr>
          <w:b/>
        </w:rPr>
        <w:t xml:space="preserve">[1:07:31] </w:t>
      </w:r>
      <w:r>
        <w:t>it dipands upon da situeshan.</w:t>
      </w:r>
    </w:p>
    <w:p>
      <w:pPr>
        <w:jc w:val="right"/>
      </w:pPr>
      <w:r>
        <w:t>اٹ ڈیپینڈز اپون دا سچویشن۔</w:t>
      </w:r>
    </w:p>
    <w:p>
      <w:r>
        <w:rPr>
          <w:b/>
        </w:rPr>
        <w:t xml:space="preserve">[1:07:37] </w:t>
      </w:r>
      <w:r>
        <w:t>molana, agla sawal mumabi se aaya hai, aur yeh sawal bhejne wale ne, molana, un ka naam kuliar nahin hai.</w:t>
      </w:r>
    </w:p>
    <w:p>
      <w:pPr>
        <w:jc w:val="right"/>
      </w:pPr>
      <w:r>
        <w:t>مولانا، اگلا سوال ممبئی سے آیا ہے، اور یہ سوال بھیجنے والے نے، مولانا، ان کا نام کلیئر نہیں ہے۔</w:t>
      </w:r>
    </w:p>
    <w:p>
      <w:r>
        <w:rPr>
          <w:b/>
        </w:rPr>
        <w:t xml:space="preserve">[1:07:46] </w:t>
      </w:r>
      <w:r>
        <w:t>unhone aap se yeh pucha hai ke kal se ramadan shuru ho rahe hain, aur woh chahte hain ke how, aap yeh bataen ke how we can observe the spirit of Ramadan?</w:t>
      </w:r>
    </w:p>
    <w:p>
      <w:pPr>
        <w:jc w:val="right"/>
      </w:pPr>
      <w:r>
        <w:t>انہوں نے آپ سے یہ پوچھا ہے کہ کل سے رمضان شروع ہو رہے ہیں، اور وہ چاہتے ہیں کہ ہاؤ، آپ یہ بتائیں کہ ہاؤ وی کین ابزرو دا سپرٹ آف رمضان؟</w:t>
      </w:r>
    </w:p>
    <w:p>
      <w:r>
        <w:rPr>
          <w:b/>
        </w:rPr>
        <w:t xml:space="preserve">[1:07:59] </w:t>
      </w:r>
      <w:r>
        <w:t>hamari kitaben padhie, ramadan par ek puri kitab hamari is ko padhie. yeh ek ek ek ek minut ke sawal jawab se nahin yeh bat kuliar hoti hai.</w:t>
      </w:r>
    </w:p>
    <w:p>
      <w:pPr>
        <w:jc w:val="right"/>
      </w:pPr>
      <w:r>
        <w:t>ہماری کتابیں پڑھیے، رمضان پر ایک پوری کتاب ہماری اس کو پڑھیے۔ یہ ایک ایک ایک ایک منٹ کے سوال جواب سے نہیں یہ بات کلیئر ہوتی ہے۔</w:t>
      </w:r>
    </w:p>
    <w:p>
      <w:r>
        <w:rPr>
          <w:b/>
        </w:rPr>
        <w:t xml:space="preserve">[1:08:09] </w:t>
      </w:r>
      <w:r>
        <w:t>ji, yeh bat jo hai ke ek minut ke andar aap sawal karen, dusra aadmi jawab de de, is se nahin hota. ji, so main ramadan kitab hamari hai, is ko padhie.</w:t>
      </w:r>
    </w:p>
    <w:p>
      <w:pPr>
        <w:jc w:val="right"/>
      </w:pPr>
      <w:r>
        <w:t>جی، یہ بات جو ہے کہ ایک منٹ کے اندر آپ سوال کریں، دوسرا آدمی جواب دے دے، اس سے نہیں ہوتا۔ جی، سو میں رمضان کتاب ہماری ہے، اس کو پڑھیے۔</w:t>
      </w:r>
    </w:p>
    <w:p>
      <w:r>
        <w:rPr>
          <w:b/>
        </w:rPr>
        <w:t xml:space="preserve">[1:08:21] </w:t>
      </w:r>
      <w:r>
        <w:t>ji,</w:t>
      </w:r>
    </w:p>
    <w:p>
      <w:pPr>
        <w:jc w:val="right"/>
      </w:pPr>
      <w:r>
        <w:t>جی،</w:t>
      </w:r>
    </w:p>
    <w:p>
      <w:r>
        <w:rPr>
          <w:b/>
        </w:rPr>
        <w:t xml:space="preserve">[1:08:23] </w:t>
      </w:r>
      <w:r>
        <w:t>Molana, agla sawal Tariq Badar sahab ne kiya hai Pakistan se, aur unhone aap se pucha hai ke Molana, jo aaj ka aap ka lecture tha shikayat ko le ke, to woh yeh janna chahte hain, woh woh keh rahe hain ke complaints jo hain woh hamesha aati rahengi.</w:t>
      </w:r>
    </w:p>
    <w:p>
      <w:pPr>
        <w:jc w:val="right"/>
      </w:pPr>
      <w:r>
        <w:t>مولانا، اگلا سوال طارق بدر صاحب نے کیا ہے پاکستان سے، اور انہوں نے آپ سے پوچھا ہے کہ مولانا، جو آج کا آپ کا لیکچر تھا شکایت کو لے کے، تو وہ یہ جاننا چاہتے ہیں، وہ وہ کہہ رہے ہیں کہ کمپلینٹس جو ہیں وہ ہمیشہ آتی رہیں گی۔</w:t>
      </w:r>
    </w:p>
    <w:p>
      <w:r>
        <w:rPr>
          <w:b/>
        </w:rPr>
        <w:t xml:space="preserve">[1:08:43] </w:t>
      </w:r>
      <w:r>
        <w:t>lekin kya is tarike se complaints ko avoid kiya ja sakta hai ke woh aisi situations aur challenges jo insan face karta hai, woh is mein jo objective hai, woh is tarike ka na len jo conflict create kare?</w:t>
      </w:r>
    </w:p>
    <w:p>
      <w:pPr>
        <w:jc w:val="right"/>
      </w:pPr>
      <w:r>
        <w:t>لیکن کیا اس طریقے سے کمپلینٹس کو اوائڈ کیا جا سکتا ہے کہ وہ ایسی سچویشن اور چیلنجز جو انسان فیس کرتا ہے، وہ اس میں جو ابجیکٹو ہے، وہ اس طریقے کا نہ لیں جو کنفلکٹ کریٹ کرے؟</w:t>
      </w:r>
    </w:p>
    <w:p>
      <w:r>
        <w:rPr>
          <w:b/>
        </w:rPr>
        <w:t xml:space="preserve">[1:09:00] </w:t>
      </w:r>
      <w:r>
        <w:t>matlab avoid taking two objectives in a situation where conflict can arise. koi if and but nahin chalenge, aap yad rakhiye, shikayat ke mamle mein main bahut sakht hoon.</w:t>
      </w:r>
    </w:p>
    <w:p>
      <w:pPr>
        <w:jc w:val="right"/>
      </w:pPr>
      <w:r>
        <w:t>مطلب اوائڈ ٹیکنگ دو ابجیکٹوز ان ا سچویشن ویر کنفلکٹ کین ارائز۔ کوئی اف اینڈ بٹ نہیں چلے گئے، آپ یاد رکھیے، شکایت کے معاملے میں میں بہت سخت ہوں۔</w:t>
      </w:r>
    </w:p>
    <w:p>
      <w:r>
        <w:rPr>
          <w:b/>
        </w:rPr>
        <w:t xml:space="preserve">[1:09:12] </w:t>
      </w:r>
      <w:r>
        <w:t>koi kandishan nahin, koi af and bat nahin. shikayat ke mamle hi ka aap self calling. karasi ke ji, aisi shikayat aur waisi shikayat, yeh sab mere dekh bilkul yani in realistic approach hai, chalne wala nahin,</w:t>
      </w:r>
    </w:p>
    <w:p>
      <w:pPr>
        <w:jc w:val="right"/>
      </w:pPr>
      <w:r>
        <w:t>کوئی کنڈیشن نہیں، کوئی اف اینڈ بٹ نہیں۔ شکایت کے معاملے ہی کا آپ سیلف کلنگ۔ کارسی کے جی، ایسی شکایت اور ویسی شکایت، یہ سب میرے دیکھ بالکل یعنی ان ریلسٹک اپروچ ہے، چلنے والا نہیں،</w:t>
      </w:r>
    </w:p>
    <w:p>
      <w:r>
        <w:rPr>
          <w:b/>
        </w:rPr>
        <w:t xml:space="preserve">[1:09:28] </w:t>
      </w:r>
      <w:r>
        <w:t>chalne wala nahin.</w:t>
      </w:r>
    </w:p>
    <w:p>
      <w:pPr>
        <w:jc w:val="right"/>
      </w:pPr>
      <w:r>
        <w:t>چلنے والا نہیں۔</w:t>
      </w:r>
    </w:p>
    <w:p>
      <w:r>
        <w:rPr>
          <w:b/>
        </w:rPr>
        <w:t xml:space="preserve">[1:09:33] </w:t>
      </w:r>
      <w:r>
        <w:t>main aap ko ek misal deta hoon ke rasul allah ne</w:t>
      </w:r>
    </w:p>
    <w:p>
      <w:pPr>
        <w:jc w:val="right"/>
      </w:pPr>
      <w:r>
        <w:t>میں آپ کو ایک مثال دیتا ہوں کہ رسول اللہ نے</w:t>
      </w:r>
    </w:p>
    <w:p>
      <w:r>
        <w:rPr>
          <w:b/>
        </w:rPr>
        <w:t xml:space="preserve">[1:09:40] </w:t>
      </w:r>
      <w:r>
        <w:t>wahan par yani hijrat ke baad ek ladai hui thi, us ko kehte hain ghazva hunain. ghazva hunain mein us zamane mein woh tarika nahin tha, fauj ko siran nahin milti thi.</w:t>
      </w:r>
    </w:p>
    <w:p>
      <w:pPr>
        <w:jc w:val="right"/>
      </w:pPr>
      <w:r>
        <w:t>وہاں پر یعنی ہجرت کے بعد ایک لڑائی ہوئی تھی، اس کو کہتے ہیں غزوہ حنین۔ غزوہ حنین میں اس زمانے میں وہ طریقہ نہیں تھا، فوج کو سرن نہیں ملتی تھی۔</w:t>
      </w:r>
    </w:p>
    <w:p>
      <w:r>
        <w:rPr>
          <w:b/>
        </w:rPr>
        <w:t xml:space="preserve">[1:09:55] </w:t>
      </w:r>
      <w:r>
        <w:t>ji,</w:t>
      </w:r>
    </w:p>
    <w:p>
      <w:pPr>
        <w:jc w:val="right"/>
      </w:pPr>
      <w:r>
        <w:t>جی،</w:t>
      </w:r>
    </w:p>
    <w:p>
      <w:r>
        <w:rPr>
          <w:b/>
        </w:rPr>
        <w:t xml:space="preserve">[1:09:56] </w:t>
      </w:r>
      <w:r>
        <w:t>jang ke baad jo baligh ummat milta tha, wahi bant ke aata tha. to aap batayein ke woh ghazwa hunain hua, is mein muhajir aur ansar ke do guru the, wahan par dono shareek hue, dono ne larr kar ke jang jeeti.</w:t>
      </w:r>
    </w:p>
    <w:p>
      <w:pPr>
        <w:jc w:val="right"/>
      </w:pPr>
      <w:r>
        <w:t>جنگ کے بعد جو بالغ امت ملتا تھا، وہی بانٹ کے آتا تھا۔ تو آپ بتائیں کہ وہ غزوہ حنین ہوا، اس میں مہاجر اور انصار کے دو گورو تھے، وہاں پر دونوں شریک ہوئے، دونوں نے لڑ کر کے جنگ جیتی۔</w:t>
      </w:r>
    </w:p>
    <w:p>
      <w:r>
        <w:rPr>
          <w:b/>
        </w:rPr>
        <w:t xml:space="preserve">[1:10:12] </w:t>
      </w:r>
      <w:r>
        <w:t>lekin rasool Allah ne jo taqseem ki to muhajir ko diya aur ansar ko nahi diya. yani woh musalman jo makka se aaye the, un ko muhajir kaha jata hai,</w:t>
      </w:r>
    </w:p>
    <w:p>
      <w:pPr>
        <w:jc w:val="right"/>
      </w:pPr>
      <w:r>
        <w:t>لیکن رسول اللہ نے جو تقسیم کی تو مہاجر کو دیا اور انصار کو نہیں دیا۔ یعنی وہ مسلمان جو مکہ سے آئے تھے، ان کو مہاجر کہا جاتا ہے،</w:t>
      </w:r>
    </w:p>
    <w:p>
      <w:r>
        <w:rPr>
          <w:b/>
        </w:rPr>
        <w:t xml:space="preserve">[1:10:24] </w:t>
      </w:r>
      <w:r>
        <w:t>jo madine ke local the, un ko ansar kaha jata hai. to is par cheh magoyan huien, wahan par ansar ke darmiyan cheh magoyan huien ke bhai yeh kya mamla hai ke muzahir ko is ko de diya, yani mujhe mujhe muhajireen ko aur is ko nahi diya.</w:t>
      </w:r>
    </w:p>
    <w:p>
      <w:pPr>
        <w:jc w:val="right"/>
      </w:pPr>
      <w:r>
        <w:t>جو مدینے کے لوکل تھے، ان کو انصار کہا جاتا ہے۔ تو اس پر چہ مگوئیاں ہوئیں، وہاں پر انصار کے درمیان چہ مگوئیاں ہوئیں کہ بھئی یہ کیا معاملہ ہے کہ مظاہر کو اس کو دے دیا، یعنی مجھے مجھے مہاجرین کو اور اس کو نہیں دیا۔</w:t>
      </w:r>
    </w:p>
    <w:p>
      <w:r>
        <w:rPr>
          <w:b/>
        </w:rPr>
        <w:t xml:space="preserve">[1:10:47] </w:t>
      </w:r>
      <w:r>
        <w:t>aur ek bohat zabardast taqreer hazrat hazrat rasool Allah ne ki thi wahan par, woh aap padhiye. lekin koi is mein is taqreer mein aap jo rasool Allah ke masterpiece taqreer samani aati hai, woh jo rasool Allah bolay the wahan.</w:t>
      </w:r>
    </w:p>
    <w:p>
      <w:pPr>
        <w:jc w:val="right"/>
      </w:pPr>
      <w:r>
        <w:t>اور ایک بہت زبردست تقریر حضرت حضرت رسول اللہ نے کی تھی وہاں پر، وہ آپ پڑھیے۔ لیکن کوئی اس میں اس تقریر میں آپ جو رسول اللہ کے ماسٹر پیس تقریر سمانی آتی ہے، وہ جو رسول اللہ بولے تھے وہاں۔</w:t>
      </w:r>
    </w:p>
    <w:p>
      <w:r>
        <w:rPr>
          <w:b/>
        </w:rPr>
        <w:t xml:space="preserve">[1:11:06] </w:t>
      </w:r>
      <w:r>
        <w:t>lekin aap sab se aham baat yeh hai is mein ke koi tajziya nahi, koi is ka yani is ka koi tawjeeh nahi ke kyun aisa kiya,</w:t>
      </w:r>
    </w:p>
    <w:p>
      <w:pPr>
        <w:jc w:val="right"/>
      </w:pPr>
      <w:r>
        <w:t>لیکن آپ سب سے اہم بات یہ ہے اس میں کہ کوئی تجزیہ نہیں، کوئی اس کا یعنی اس کا کوئی توجیح نہیں کہ کیوں ایسا کیا،</w:t>
      </w:r>
    </w:p>
    <w:p>
      <w:r>
        <w:rPr>
          <w:b/>
        </w:rPr>
        <w:t xml:space="preserve">[1:11:16] </w:t>
      </w:r>
      <w:r>
        <w:t>aisa nahi hai is mein kuch. is ko yani bypass kar ke is mein rasool Allah sallallahu alaihi wasallam ne bolay the jo jo taqreer hai.</w:t>
      </w:r>
    </w:p>
    <w:p>
      <w:pPr>
        <w:jc w:val="right"/>
      </w:pPr>
      <w:r>
        <w:t>ایسا نہیں ہے اس میں کچھ۔ اس کو یعنی بائی پاس کر کے اس میں رسول اللہ صلی اللہ علیہ وسلم نے بولے تھے جو جو تقریر ہے۔</w:t>
      </w:r>
    </w:p>
    <w:p>
      <w:r>
        <w:rPr>
          <w:b/>
        </w:rPr>
        <w:t xml:space="preserve">[1:11:29] </w:t>
      </w:r>
      <w:r>
        <w:t>to yeh tareeqa hi nahi islam ka shikayaton par jo. baz auqat aisa kare, mere nazdeek woh animal level hai, is ka animal level hai. kyunke insani zindagi mein shikayatein kabhi khatam nahi ho sakti, khatam hi nahi ho sakti kabhi bhi.</w:t>
      </w:r>
    </w:p>
    <w:p>
      <w:pPr>
        <w:jc w:val="right"/>
      </w:pPr>
      <w:r>
        <w:t>تو یہ طریقہ ہی نہیں اسلام کا شکایتوں پر جو۔ بعض اوقات ایسا کرے، میرے نزدیک وہ اینیمل لیول ہے، اس کا اینیمل لیول ہے۔ کیونکہ انسانی زندگی میں شکایتیں کبھی ختم نہیں ہو سکتی، ختم ہی نہیں ہو سکتی کبھی بھی۔</w:t>
      </w:r>
    </w:p>
    <w:p>
      <w:r>
        <w:rPr>
          <w:b/>
        </w:rPr>
        <w:t xml:space="preserve">[1:11:44] </w:t>
      </w:r>
      <w:r>
        <w:t>impaas bolay ke shikayatein khatam hon to aap chahein ke koi wazahat kare to khatam ho jayegi. to aap zindagi ko jante nahi hain. kabhi tareekh mein aisa nahi hua ke wazahatton se zid shikayatein khatam hui hon.</w:t>
      </w:r>
    </w:p>
    <w:p>
      <w:pPr>
        <w:jc w:val="right"/>
      </w:pPr>
      <w:r>
        <w:t>امپاس بولے کہ شکایتیں ختم ہوں تو آپ چاہیں کہ کوئی وضاحت کرے تو ختم ہو جائے گی۔ تو آپ زندگی کو جانتے نہیں ہیں۔ کبھی تاریخ میں ایسا نہیں ہوا کہ وضاحتوں سے ضد شکایتیں ختم ہوئی ہوں۔</w:t>
      </w:r>
    </w:p>
    <w:p>
      <w:r>
        <w:rPr>
          <w:b/>
        </w:rPr>
        <w:t xml:space="preserve">[1:11:57] </w:t>
      </w:r>
      <w:r>
        <w:t>shikayat hi aadmi khud khatam karega, nahi khatam karega. rasool Allah ki ek taqreer ko masterpiece taqreer mana jata hai aur bari ajeeb taqreer hai, woh hunain ke baad ki thi.</w:t>
      </w:r>
    </w:p>
    <w:p>
      <w:pPr>
        <w:jc w:val="right"/>
      </w:pPr>
      <w:r>
        <w:t>شکایت ہی آدمی خود ختم کرے گا، نہیں ختم کرے گا۔ رسول اللہ کی ایک تقریر کو ماسٹر پیس تقریر مانا جاتا ہے اور بڑی عجیب تقریر ہے، وہ حنین کے بعد کی تھی۔</w:t>
      </w:r>
    </w:p>
    <w:p>
      <w:r>
        <w:rPr>
          <w:b/>
        </w:rPr>
        <w:t xml:space="preserve">[1:12:07] </w:t>
      </w:r>
      <w:r>
        <w:t>lekin sab se aham baat is mein yeh hai ke aap nahi bata sakte ke rasool Allah ne is mein in shikayaton ka tajziya kiya,</w:t>
      </w:r>
    </w:p>
    <w:p>
      <w:pPr>
        <w:jc w:val="right"/>
      </w:pPr>
      <w:r>
        <w:t>لیکن سب سے اہم بات اس میں یہ ہے کہ آپ نہیں بتا سکتے کہ رسول اللہ نے اس میں ان شکایتوں کا تجزیہ کیا،</w:t>
      </w:r>
    </w:p>
    <w:p>
      <w:r>
        <w:rPr>
          <w:b/>
        </w:rPr>
        <w:t xml:space="preserve">[1:12:14] </w:t>
      </w:r>
      <w:r>
        <w:t>shikayaton ka yeh wazahat ki, kuch bhi nahi hai. shikayaton ko bypass kar ke aap ne ek taqreer ki hai. islam ka ek tareeqa yeh nahi ke shikayaton ko le kar baatein ki jayen aur wazahat ki jaye.</w:t>
      </w:r>
    </w:p>
    <w:p>
      <w:pPr>
        <w:jc w:val="right"/>
      </w:pPr>
      <w:r>
        <w:t>شکایتوں کا یہ وضاحت کی، کچھ بھی نہیں ہے۔ شکایتوں کو بائی پاس کر کے آپ نے ایک تقریر کی ہے۔ اسلام کا ایک طریقہ یہ نہیں کہ شکایتوں کو لے کر باتیں کی جائیں اور وضاحت کی جائے۔</w:t>
      </w:r>
    </w:p>
    <w:p>
      <w:r>
        <w:rPr>
          <w:b/>
        </w:rPr>
        <w:t xml:space="preserve">[1:12:28] </w:t>
      </w:r>
      <w:r>
        <w:t>arey bhai yeh nahi hai, woh nahi hai, woh yeh nahi hai, woh yeh nahi hai, woh yeh tareeqa nahi. yak tarfa hota hai, yani unilateral tor par aap ko shikayat ko kill karna padega, nahi to islam se yani islam ke siwa ek aur deen aap ikhtiyar kar li jiye.</w:t>
      </w:r>
    </w:p>
    <w:p>
      <w:pPr>
        <w:jc w:val="right"/>
      </w:pPr>
      <w:r>
        <w:t>ارے بھئی یہ نہیں ہے، وہ نہیں ہے، وہ یہ نہیں ہے، وہ یہ نہیں ہے، وہ یہ طریقہ نہیں۔ یکطرفہ ہوتا ہے، یعنی انلیٹرل طور پر آپ کو شکایت کو کل کرنا پڑے گا، نہیں تو اسلام سے یعنی اسلام کے سوا ایک اور دین آپ اختیار کر لیجئے۔</w:t>
      </w:r>
    </w:p>
    <w:p>
      <w:r>
        <w:rPr>
          <w:b/>
        </w:rPr>
        <w:t xml:space="preserve">[1:12:43] </w:t>
      </w:r>
      <w:r>
        <w:t>islam mein to yahi hai.</w:t>
      </w:r>
    </w:p>
    <w:p>
      <w:pPr>
        <w:jc w:val="right"/>
      </w:pPr>
      <w:r>
        <w:t>اسلام میں تو یہی ہے۔</w:t>
      </w:r>
    </w:p>
    <w:p>
      <w:r>
        <w:rPr>
          <w:b/>
        </w:rPr>
        <w:t xml:space="preserve">[1:12:48] </w:t>
      </w:r>
      <w:r>
        <w:t>jis ko shakk ho, woh dobara ja kar ke padhe is taqreer ko. har kitab mein seerat ki har kitab maujood hoti hai. jab ansar ke darmiyan jab cheh magoyan huien ke yeh kya mamla hai ke muhajir ko de diya aur ansar ko diya nahi, bari cheh magoyan is mein huien thi.</w:t>
      </w:r>
    </w:p>
    <w:p>
      <w:pPr>
        <w:jc w:val="right"/>
      </w:pPr>
      <w:r>
        <w:t>جس کو شک ہو، وہ دوبارہ جا کر کے پڑھے اس تقریر کو۔ ہر کتاب میں سیرت کی ہر کتاب موجود ہوتی ہے۔ جب انصار کے درمیان جب چہ مگوئیاں ہوئیں کہ یہ کیا معاملہ ہے کہ مہاجر کو دے دیا اور انصار کو دیا نہیں، بڑی چہ مگوئیاں اس میں ہوئی تھیں۔</w:t>
      </w:r>
    </w:p>
    <w:p>
      <w:r>
        <w:rPr>
          <w:b/>
        </w:rPr>
        <w:t xml:space="preserve">[1:13:05] </w:t>
      </w:r>
      <w:r>
        <w:t>wahan par is par rasool Allah sallallahu alaihi wasallam ne bohat zabardast taqreer ki thi.</w:t>
      </w:r>
    </w:p>
    <w:p>
      <w:pPr>
        <w:jc w:val="right"/>
      </w:pPr>
      <w:r>
        <w:t>وہاں پر اس پر رسول اللہ صلی اللہ علیہ وسلم نے بہت زبردست تقریر کی تھی۔</w:t>
      </w:r>
    </w:p>
    <w:p>
      <w:r>
        <w:rPr>
          <w:b/>
        </w:rPr>
        <w:t xml:space="preserve">[1:13:11] </w:t>
      </w:r>
      <w:r>
        <w:t>is taqreer mein mujhe koi bataye ke in shikayaton ka koi rasool Allah sallallahu alaihi wasallam ne koi woh tajziya kiya hai shikayaton ko door karne ke liye, koi is mein koi explain kiya hai, is ko kuch bhi nahi.</w:t>
      </w:r>
    </w:p>
    <w:p>
      <w:pPr>
        <w:jc w:val="right"/>
      </w:pPr>
      <w:r>
        <w:t>اس تقریر میں مجھے کوئی بتائے کہ ان شکایتوں کا کوئی رسول اللہ صلی اللہ علیہ وسلم نے کوئی وہ تجزیہ کیا ہے شکایتوں کو دور کرنے کے لیے، کوئی اس میں کوئی ایکسپلین کیا ہے، اس کو کچھ بھی نہیں۔</w:t>
      </w:r>
    </w:p>
    <w:p>
      <w:r>
        <w:rPr>
          <w:b/>
        </w:rPr>
        <w:t xml:space="preserve">[1:13:24] </w:t>
      </w:r>
      <w:r>
        <w:t>is ke is ko bypass kar ke aap ne taqreer ki thi. woh jin ko shakk ho, woh ja ke padhe aur agle sunday mein mujhe bataye.</w:t>
      </w:r>
    </w:p>
    <w:p>
      <w:pPr>
        <w:jc w:val="right"/>
      </w:pPr>
      <w:r>
        <w:t>اس کے اس کو بائی پاس کر کے آپ نے تقریر کی تھی۔ وہ جن کو شک ہو، وہ جا کے پڑھے اور اگلے سنڈے میں مجھے بتائے۔</w:t>
      </w:r>
    </w:p>
    <w:p>
      <w:r>
        <w:rPr>
          <w:b/>
        </w:rPr>
        <w:t xml:space="preserve">[1:13:33] </w:t>
      </w:r>
      <w:r>
        <w:t>jin ko shakk ho is baat par, woh is taqreer ko ja kar padhe aur agle sunday mein mujhe bataye ke rasool Allah ne aap kaise kehte hain, rasool Allah ne shikayaton ki wazahat ki, shikayaton ka tajziya kiya, analysis kiya, is ko aisa kuch bhi nahi.</w:t>
      </w:r>
    </w:p>
    <w:p>
      <w:pPr>
        <w:jc w:val="right"/>
      </w:pPr>
      <w:r>
        <w:t>جن کو شک ہو اس بات پر، وہ اس تقریر کو جا کر پڑھے اور اگلے سنڈے میں مجھے بتائے کہ رسول اللہ نے آپ کیسے کہتے ہیں، رسول اللہ نے شکایتوں کی وضاحت کی، شکایتوں کا تجزیہ کیا، انالیسز کیا، اس کو ایسا کچھ بھی نہیں۔</w:t>
      </w:r>
    </w:p>
    <w:p>
      <w:r>
        <w:rPr>
          <w:b/>
        </w:rPr>
        <w:t xml:space="preserve">[1:13:45] </w:t>
      </w:r>
      <w:r>
        <w:t>shikayaton ko bypass kiya rasool Allah ne aur ek usooli baat kahi is mein. jis ko shakk ho, mujhe agle sunday mein is ka bataye, mujhe is ka reference</w:t>
      </w:r>
    </w:p>
    <w:p>
      <w:pPr>
        <w:jc w:val="right"/>
      </w:pPr>
      <w:r>
        <w:t>شکایتوں کو بائی پاس کیا رسول اللہ نے اور ایک اصولی بات کہی اس میں۔ جس کو شک ہو، مجھے اگلے سنڈے میں اس کا بتائے، مجھے اس کا ریفرنس</w:t>
      </w:r>
    </w:p>
    <w:p>
      <w:r>
        <w:rPr>
          <w:b/>
        </w:rPr>
        <w:t xml:space="preserve">[1:13:57] </w:t>
      </w:r>
      <w:r>
        <w:t>. to behal main aql ki roshni mein, apne tajrube ki roshni mein aur quran o hadees ki roshni mein yeh samjha hoon ke shikayat ko khud hi khud kill kijiye.</w:t>
      </w:r>
    </w:p>
    <w:p>
      <w:pPr>
        <w:jc w:val="right"/>
      </w:pPr>
      <w:r>
        <w:t>۔ تو بہرحال میں عقل کی روشنی میں، اپنے تجربے کی روشنی میں اور قرآن و حدیث کی روشنی میں یہ سمجھا ہوں کہ شکایت کو خود ہی خود کل کیجئے۔</w:t>
      </w:r>
    </w:p>
    <w:p>
      <w:r>
        <w:rPr>
          <w:b/>
        </w:rPr>
        <w:t xml:space="preserve">[1:14:07] </w:t>
      </w:r>
      <w:r>
        <w:t>shikayat ki pooch bas pooch gach mat kijiye, wazahat mat mangiye. wazahat kyunke wazahat se kabhi shikayat khatam nahi hoti. apne iman ki hifazat ke liye, apne iman ki hifazat ke liye aap shikayat ko khud khatam kijiye,</w:t>
      </w:r>
    </w:p>
    <w:p>
      <w:pPr>
        <w:jc w:val="right"/>
      </w:pPr>
      <w:r>
        <w:t>شکایت کی پوچھ بس پوچھ گچھ مت کیجئے، وضاحت مت مانگیے۔ وضاحت کیونکہ وضاحت سے کبھی شکایت ختم نہیں ہوتی۔ اپنے ایمان کی حفاظت کے لیے، اپنے ایمان کی حفاظت کے لیے آپ شکایت کو خود ختم کیجئے،</w:t>
      </w:r>
    </w:p>
    <w:p>
      <w:r>
        <w:rPr>
          <w:b/>
        </w:rPr>
        <w:t xml:space="preserve">[1:14:22] </w:t>
      </w:r>
      <w:r>
        <w:t>nahi to aap ka iman hi mujtaba ho jayega Allah ke nazdeek. agar kisi ko shakk ho to mujhe bataye ke ke is ke siwa tareeqa tha rasool Allah ka, yani shikayaton ko le kar wazahat karna, use behas karna.</w:t>
      </w:r>
    </w:p>
    <w:p>
      <w:pPr>
        <w:jc w:val="right"/>
      </w:pPr>
      <w:r>
        <w:t>نہیں تو آپ کا ایمان ہی مجتبی ہو جائے گا اللہ کے نزدیک۔ اگر کسی کو شک ہو تو مجھے بتائے کہ کہ اس کے سوا طریقہ تھا رسول اللہ کا، یعنی شکایتوں کو لے کر وضاحت کرنا، اسے بحث کرنا۔</w:t>
      </w:r>
    </w:p>
    <w:p>
      <w:r>
        <w:rPr>
          <w:b/>
        </w:rPr>
        <w:t xml:space="preserve">[1:14:34] </w:t>
      </w:r>
      <w:r>
        <w:t>arey yeh nahi, woh yeh nahi, woh yeh nahi, woh mujhe koi waqea bataya jaye,</w:t>
      </w:r>
    </w:p>
    <w:p>
      <w:pPr>
        <w:jc w:val="right"/>
      </w:pPr>
      <w:r>
        <w:t>ارے یہ نہیں، وہ یہ نہیں، وہ یہ نہیں، وہ مجھے کوئی واقعہ بتایا جائے،</w:t>
      </w:r>
    </w:p>
    <w:p>
      <w:r>
        <w:rPr>
          <w:b/>
        </w:rPr>
        <w:t xml:space="preserve">[1:14:40] </w:t>
      </w:r>
      <w:r>
        <w:t>kuch nahi. shikayat ka wahi wal qazi balghiz, andar andar andar idhar kill karna.</w:t>
      </w:r>
    </w:p>
    <w:p>
      <w:pPr>
        <w:jc w:val="right"/>
      </w:pPr>
      <w:r>
        <w:t>کچھ نہیں۔ شکایت کا وہی والقاضی بالغیض، اندر اندر اندر ادھر کل کرنا۔</w:t>
      </w:r>
    </w:p>
    <w:p>
      <w:r>
        <w:rPr>
          <w:b/>
        </w:rPr>
        <w:t xml:space="preserve">[1:14:52] </w:t>
      </w:r>
      <w:r>
        <w:t>wa alqazi bilghaiẓ, wlafīn alnās, do lafzon mein sari baat hai, yaani insān ki nisbat se isko, yaani isko koi masla hi na banānā.</w:t>
      </w:r>
    </w:p>
    <w:p>
      <w:pPr>
        <w:jc w:val="right"/>
      </w:pPr>
      <w:r>
        <w:t>والقاضی بالغیض، ولافین الناس، دو لفظوں میں ساری بات ہے، یعنی انسان کی نسبت سے اس کو، یعنی اس کو کوئی مسئلہ ہی نہ بنانا۔</w:t>
      </w:r>
    </w:p>
    <w:p>
      <w:r>
        <w:rPr>
          <w:b/>
        </w:rPr>
        <w:t xml:space="preserve">[1:15:05] </w:t>
      </w:r>
      <w:r>
        <w:t>aafīn alnās ke ma'ni, isko isko koi ishu na banānā,</w:t>
      </w:r>
    </w:p>
    <w:p>
      <w:pPr>
        <w:jc w:val="right"/>
      </w:pPr>
      <w:r>
        <w:t>عافین الناس کے معنی، اس کو اس کو کوئی ایشو نہ بنانا،</w:t>
      </w:r>
    </w:p>
    <w:p>
      <w:r>
        <w:rPr>
          <w:b/>
        </w:rPr>
        <w:t xml:space="preserve">[1:15:09] </w:t>
      </w:r>
      <w:r>
        <w:t>insān ki nisbat se isko ishu na banānā aur apnī nisbat se khud hi khud isko, yaani andar andar isko manage kar len.</w:t>
      </w:r>
    </w:p>
    <w:p>
      <w:pPr>
        <w:jc w:val="right"/>
      </w:pPr>
      <w:r>
        <w:t>انسان کی نسبت سے اس کو ایشو نہ بنانا اور اپنی نسبت سے خود ہی خود اس کو، یعنی اندر اندر اس کو مینج کر لینا۔</w:t>
      </w:r>
    </w:p>
    <w:p>
      <w:r>
        <w:rPr>
          <w:b/>
        </w:rPr>
        <w:t xml:space="preserve">[1:15:21] </w:t>
      </w:r>
      <w:r>
        <w:t>yeh yeh do tukṛe jo hain is āyat ke hain, bahut aham hain. Waqazi bilghaiẓ, wlafīn alnās, kyunkē lafẓī tarjumā yeh hai ke ghusse ko pī jānē wālē aur logon ko maaf kar dēnē wālē.</w:t>
      </w:r>
    </w:p>
    <w:p>
      <w:pPr>
        <w:jc w:val="right"/>
      </w:pPr>
      <w:r>
        <w:t>یہ یہ دو ٹکڑے جو ہیں اس آیت کے ہیں، بہت اہم ہیں۔ والقاضی بالغیض، ولافین الناس، کیونکہ لفظی ترجمہ یہ ہے کہ غصہ کو پی جانے والے اور لوگوں کو معاف کر دینے والے۔</w:t>
      </w:r>
    </w:p>
    <w:p>
      <w:r>
        <w:rPr>
          <w:b/>
        </w:rPr>
        <w:t xml:space="preserve">[1:15:37] </w:t>
      </w:r>
      <w:r>
        <w:t>is ka matlab kya hua?</w:t>
      </w:r>
    </w:p>
    <w:p>
      <w:pPr>
        <w:jc w:val="right"/>
      </w:pPr>
      <w:r>
        <w:t>اس کا مطلب کیا ہوا؟</w:t>
      </w:r>
    </w:p>
    <w:p>
      <w:r>
        <w:rPr>
          <w:b/>
        </w:rPr>
        <w:t xml:space="preserve">[1:15:39] </w:t>
      </w:r>
      <w:r>
        <w:t>matlab yeh hua ke ke in ka rawaiyya apnē bārē mein yeh hotā hai ke ghusse ko andar hi andar manage kartē hain. Woh ghusse ko discussion ka mauzū' nahin banātē, andar andar manage kar ke diffuse kar dētē hain, diffuse kar dētē hain.</w:t>
      </w:r>
    </w:p>
    <w:p>
      <w:pPr>
        <w:jc w:val="right"/>
      </w:pPr>
      <w:r>
        <w:t>مطلب یہ ہوا کہ کہ ان کا رویہ اپنے بارے میں یہ ہوتا ہے کہ غصے کو اندر ہی اندر مینج کرتے ہیں۔ وہ غصے کو ڈسکشن کا موضوع نہیں بناتے، اندر اندر مینج کر کے ڈیفیوز کر دیتے ہیں، ڈیفیوز کر دیتے ہیں۔</w:t>
      </w:r>
    </w:p>
    <w:p>
      <w:r>
        <w:rPr>
          <w:b/>
        </w:rPr>
        <w:t xml:space="preserve">[1:15:55] </w:t>
      </w:r>
      <w:r>
        <w:t>aur dūsrā tukṛe ka matlab yeh hai ke in ki taraf repress nahin kartē,</w:t>
      </w:r>
    </w:p>
    <w:p>
      <w:pPr>
        <w:jc w:val="right"/>
      </w:pPr>
      <w:r>
        <w:t>اور دوسرا ٹکڑے کا مطلب یہ ہے کہ ان کی طرف ریپرس نہیں کرتے،</w:t>
      </w:r>
    </w:p>
    <w:p>
      <w:r>
        <w:rPr>
          <w:b/>
        </w:rPr>
        <w:t xml:space="preserve">[1:16:02] </w:t>
      </w:r>
      <w:r>
        <w:t>dūsrē par ḍāltē nahin, balkē balkē is ko woh kartē hain, yaani ignore kartē hain.</w:t>
      </w:r>
    </w:p>
    <w:p>
      <w:pPr>
        <w:jc w:val="right"/>
      </w:pPr>
      <w:r>
        <w:t>دوسرے پر ڈالتے نہیں، بلکہ بلکہ اس کو وہ کرتے ہیں، یعنی اگنور کرتے ہیں۔</w:t>
      </w:r>
    </w:p>
    <w:p>
      <w:r>
        <w:rPr>
          <w:b/>
        </w:rPr>
        <w:t xml:space="preserve">[1:16:13] </w:t>
      </w:r>
      <w:r>
        <w:t>dūsrōn ki nisbat se repress na karnā, apnī nisbat se self management, yeh yeh main ne pāyā hai Qur'ān o ḥadīth mein.</w:t>
      </w:r>
    </w:p>
    <w:p>
      <w:pPr>
        <w:jc w:val="right"/>
      </w:pPr>
      <w:r>
        <w:t>دوسروں کی نسبت سے ریپرس نہ کرنا، اپنی نسبت سے سیلف مینجمنٹ، یہ یہ میں نے پایا ہے قرآن و حدیث میں۔</w:t>
      </w:r>
    </w:p>
    <w:p>
      <w:r>
        <w:rPr>
          <w:b/>
        </w:rPr>
        <w:t xml:space="preserve">[1:16:22] </w:t>
      </w:r>
      <w:r>
        <w:t>aur jo shikāyaton ke bārē mein chāhtā hai ke shikāyaton ke ke bas kyā jāē, is ko explain kyā jāē, is ka analysis kyā jāē,</w:t>
      </w:r>
    </w:p>
    <w:p>
      <w:pPr>
        <w:jc w:val="right"/>
      </w:pPr>
      <w:r>
        <w:t>اور جو شکایتوں کے بارے میں چاہتا ہے کہ شکایتوں کے کہ بس کیا جائے، اس کو ایکسپلین کیا جائے، اس کا انالیسز کیا جائے،</w:t>
      </w:r>
    </w:p>
    <w:p>
      <w:r>
        <w:rPr>
          <w:b/>
        </w:rPr>
        <w:t xml:space="preserve">[1:16:29] </w:t>
      </w:r>
      <w:r>
        <w:t>main samajhtā hoon ke woh na zindagī ko jāntā hai, na Qur'ān ko, na kisi chīz ko jāntā hai. Woh na zindagī ko jāntā, na Qur'ān ko jāntā, na hān, na Rasūl Allāh ko, aṣḥāb ko se wāqif hai.</w:t>
      </w:r>
    </w:p>
    <w:p>
      <w:pPr>
        <w:jc w:val="right"/>
      </w:pPr>
      <w:r>
        <w:t>میں سمجھتا ہوں کہ وہ نہ زندگی کو جانتا ہے، نہ قرآن کو، نہ کسی چیز کو جانتا ہے۔ وہ نہ زندگی کو جانتا، نہ قرآن کو جانتا، نہ ہاں، نہ رسول اللہ کو، اصحاب کو سے واقف ہے۔</w:t>
      </w:r>
    </w:p>
    <w:p>
      <w:r>
        <w:rPr>
          <w:b/>
        </w:rPr>
        <w:t xml:space="preserve">[1:16:42] </w:t>
      </w:r>
      <w:r>
        <w:t>woh bilkul bekhabar hai. Merā apnā apnē muta'alliq roshnī mein yahī ehsās hai.</w:t>
      </w:r>
    </w:p>
    <w:p>
      <w:pPr>
        <w:jc w:val="right"/>
      </w:pPr>
      <w:r>
        <w:t>وہ بالکل بے خبر ہے۔ میرا اپنا اپنے متعلق روشنی میں یہی احساس ہے۔</w:t>
      </w:r>
    </w:p>
    <w:p>
      <w:r>
        <w:rPr>
          <w:b/>
        </w:rPr>
        <w:t xml:space="preserve">[1:16:52] </w:t>
      </w:r>
      <w:r>
        <w:t>Maulānā, ek comment paṛhnā chāhēṅ</w:t>
      </w:r>
    </w:p>
    <w:p>
      <w:pPr>
        <w:jc w:val="right"/>
      </w:pPr>
      <w:r>
        <w:t>مولانا، ایک کمنٹ پڑھنا چاہیں</w:t>
      </w:r>
    </w:p>
    <w:p>
      <w:r>
        <w:rPr>
          <w:b/>
        </w:rPr>
        <w:t xml:space="preserve">[1:16:54] </w:t>
      </w:r>
      <w:r>
        <w:t>gē jo Maulānā Abdul Bāsiṭ 'Umarī ne bhejā hai, Dūḥa, Qaṭar se, aur unhon ne likhā hai: "Maulānā, main kal kal yahī bāt soch rahā thā ke AlRisāla mission samajhnē ke bād rūḥānī taur par bahut ajīb ajīb tajrubaat mujhe milē aur mil rahē hain,</w:t>
      </w:r>
    </w:p>
    <w:p>
      <w:pPr>
        <w:jc w:val="right"/>
      </w:pPr>
      <w:r>
        <w:t>گے جو مولانا عبدالباسط عمری نے بھیجا ہے، دوحہ، قطر سے، اور انہوں نے لکھا ہے: "مولانا، میں کل کل یہی بات سوچ رہا تھا کہ الرسالہ مشن سمجھنے کے بعد روحانی طور پر بہت عجیب عجیب تجربات مجھے ملے اور مل رہے ہیں،</w:t>
      </w:r>
    </w:p>
    <w:p>
      <w:r>
        <w:rPr>
          <w:b/>
        </w:rPr>
        <w:t xml:space="preserve">[1:17:17] </w:t>
      </w:r>
      <w:r>
        <w:t>jaisē inspiration ka masla. Yeh bāt main ne pahlī bār AlRisāla mission ko jānnē ke bād jānnā.</w:t>
      </w:r>
    </w:p>
    <w:p>
      <w:pPr>
        <w:jc w:val="right"/>
      </w:pPr>
      <w:r>
        <w:t>جیسے انسپیریشن کا مسئلہ۔ یہ بات میں نے پہلی بار الرسالہ مشن کو جاننے کے بعد جانا۔</w:t>
      </w:r>
    </w:p>
    <w:p>
      <w:r>
        <w:rPr>
          <w:b/>
        </w:rPr>
        <w:t xml:space="preserve">[1:17:25] </w:t>
      </w:r>
      <w:r>
        <w:t>mislan naī naī bātēñ darayāft honā, Qur'ān aur ḥadīth ki koi bāt samajh mein ānā, is ko lē kar jab hum sōchtē hain to humēñ naī naī bātēñ samajh mein ātī hain, hamārā zehn khultā hai waghaireh.</w:t>
      </w:r>
    </w:p>
    <w:p>
      <w:pPr>
        <w:jc w:val="right"/>
      </w:pPr>
      <w:r>
        <w:t>مثلاً نئی نئی باتیں دریافت ہونا، قرآن اور حدیث کی کوئی بات سمجھ میں آنا، اس کو لے کر جب ہم سوچتے ہیں تو ہمیں نئی نئی باتیں سمجھ میں آتی ہیں، ہمارا ذہن کھلتا ہے وغیرہ۔</w:t>
      </w:r>
    </w:p>
    <w:p>
      <w:r>
        <w:rPr>
          <w:b/>
        </w:rPr>
        <w:t xml:space="preserve">[1:17:40] </w:t>
      </w:r>
      <w:r>
        <w:t>Allāh ka sab se baṛā ehsān hai ke is ne mujhe AlRisāla mission ki daryāft karā dī."</w:t>
      </w:r>
    </w:p>
    <w:p>
      <w:pPr>
        <w:jc w:val="right"/>
      </w:pPr>
      <w:r>
        <w:t>اللہ کا سب سے بڑا احسان ہے کہ اس نے مجھے الرسالہ مشن کی دریافت کرا دی۔"</w:t>
      </w:r>
    </w:p>
    <w:p>
      <w:r>
        <w:rPr>
          <w:b/>
        </w:rPr>
        <w:t xml:space="preserve">[1:17:51] </w:t>
      </w:r>
      <w:r>
        <w:t>Maulānā, aglā sawāl Ḍākṭar Iqbāl Pardhān ne pūchā hai Dilī se, aur unhon ne pūchā hai āp se ke: "Maulānā, please guide us, how should we manage things, if these are against the spirit of CPS mission?" Bhaī sōchiyē, bas sōchiyē, hal ho jāēgā.</w:t>
      </w:r>
    </w:p>
    <w:p>
      <w:pPr>
        <w:jc w:val="right"/>
      </w:pPr>
      <w:r>
        <w:t>مولانا، اگلا سوال ڈاکٹر اقبال پردھان نے پوچھا ہے دلی سے، اور انہوں نے پوچھا ہے آپ سے کہ: "مولانا، پلیز گائیڈ اس، ہاؤ شوڈ وی مینج تھنگز، اف دیز ار اگینسٹ دا سپرٹ آف سی پی ایس مشن؟" بھئی سوچیے، بس سوچیے، حل ہو جائے گا۔</w:t>
      </w:r>
    </w:p>
    <w:p>
      <w:r>
        <w:rPr>
          <w:b/>
        </w:rPr>
        <w:t xml:space="preserve">[1:18:13] </w:t>
      </w:r>
      <w:r>
        <w:t>main to roz kartā hoon, main rozāna kartā hoon,</w:t>
      </w:r>
    </w:p>
    <w:p>
      <w:pPr>
        <w:jc w:val="right"/>
      </w:pPr>
      <w:r>
        <w:t>میں تو روز کرتا ہوں، میں روزانہ کرتا ہوں،</w:t>
      </w:r>
    </w:p>
    <w:p>
      <w:r>
        <w:rPr>
          <w:b/>
        </w:rPr>
        <w:t xml:space="preserve">[1:18:18] </w:t>
      </w:r>
      <w:r>
        <w:t>mujh se bhī rozāna logon ko shikāyatēñ hotī hain, pūch guchh mein nahin kartā. Hamārī family mein ek ṣāḥib thē, woh un kā mizāj thā pūch guchh, pūch guchh, pūch guchh.</w:t>
      </w:r>
    </w:p>
    <w:p>
      <w:pPr>
        <w:jc w:val="right"/>
      </w:pPr>
      <w:r>
        <w:t>مجھ سے بھی روزانہ لوگوں کو شکایتیں ہوتی ہیں، پوچھ گچھ میں نہیں کرتا۔ ہماری فیملی میں ایک صاحب تھے، وہ ان کا مزاج تھا پوچھ گچھ، پوچھ گچھ، پوچھ گچھ۔</w:t>
      </w:r>
    </w:p>
    <w:p>
      <w:r>
        <w:rPr>
          <w:b/>
        </w:rPr>
        <w:t xml:space="preserve">[1:18:30] </w:t>
      </w:r>
      <w:r>
        <w:t>zindagī bhar woh shikāyaton kī pūch guchh kartē rahē. Yeh merī apnī family mein thē, woh kahā kartē thē ke mere peṭ mein kyā kyā bātēñ bharī huī hain, mere andar shikāyat kī bātēñ.</w:t>
      </w:r>
    </w:p>
    <w:p>
      <w:pPr>
        <w:jc w:val="right"/>
      </w:pPr>
      <w:r>
        <w:t>زندگی بھر وہ شکایتوں کی پوچھ گچھ کرتے رہے۔ یہ میری اپنی فیملی میں تھے، وہ کہا کرتے تھے کہ میرے پیٹ میں کیا کیا باتیں بھری ہوئی ہیں، میرے اندر شکایت کی باتیں۔</w:t>
      </w:r>
    </w:p>
    <w:p>
      <w:r>
        <w:rPr>
          <w:b/>
        </w:rPr>
        <w:t xml:space="preserve">[1:18:45] </w:t>
      </w:r>
      <w:r>
        <w:t>is shikāyat kī bātōñ ke peṭ bhare huē thē, aur woh diary un ke pās thī, woh diary mein sab se ziyādah shikāyat kī bātēñ darj kartē thē, aur pūch guchh kartē thē.</w:t>
      </w:r>
    </w:p>
    <w:p>
      <w:pPr>
        <w:jc w:val="right"/>
      </w:pPr>
      <w:r>
        <w:t>اس شکایت کی باتوں کے پیٹ بھرے ہوئے تھے، اور وہ ڈائری ان کے پاس تھی، وہ ڈائری میں سب سے زیادہ شکایت کی باتیں درج کرتے تھے، اور پوچھ گچھ کرتے تھے۔</w:t>
      </w:r>
    </w:p>
    <w:p>
      <w:r>
        <w:rPr>
          <w:b/>
        </w:rPr>
        <w:t xml:space="preserve">[1:18:55] </w:t>
      </w:r>
      <w:r>
        <w:t>woh main jāntā hoon jahāñ tak ek bhī shikāyat pūch guchh ke kar ke khatm nahīñ huī.</w:t>
      </w:r>
    </w:p>
    <w:p>
      <w:pPr>
        <w:jc w:val="right"/>
      </w:pPr>
      <w:r>
        <w:t>وہ میں جانتا ہوں جہاں تک ایک بھی شکایت پوچھ گچھ کے کر کے ختم نہیں ہوئی۔</w:t>
      </w:r>
    </w:p>
    <w:p>
      <w:r>
        <w:rPr>
          <w:b/>
        </w:rPr>
        <w:t xml:space="preserve">[1:19:03] </w:t>
      </w:r>
      <w:r>
        <w:t>pūch guchh se kabhī shikāyat khatm nahīñ hotī, yād rakhiye. Āp kuchh kahēṅgē, ādmī kuchh kahēgā, āp kuchh kahēṅgē, ādmī kuchh kahēgā, chaltī rahēgī, bas.</w:t>
      </w:r>
    </w:p>
    <w:p>
      <w:pPr>
        <w:jc w:val="right"/>
      </w:pPr>
      <w:r>
        <w:t>پوچھ گچھ سے کبھی شکایت ختم نہیں ہوتی، یاد رکھیے۔ آپ کچھ کہیں گے، آدمی کچھ کہے گا، آپ کچھ کہیں گے، آدمی کچھ کہے گا، چلتی رہے گی، بس۔</w:t>
      </w:r>
    </w:p>
    <w:p>
      <w:r>
        <w:rPr>
          <w:b/>
        </w:rPr>
        <w:t xml:space="preserve">[1:19:14] </w:t>
      </w:r>
      <w:r>
        <w:t>to shikāyat ko CPS mein bardāsht nahin kar saktē āp. Jis ko shikāyat kā pasand hai to jāē, main nikālūñ. Bheṛ bakrī ke bahut se qaul hain, us mein shāmil ho jāē.</w:t>
      </w:r>
    </w:p>
    <w:p>
      <w:pPr>
        <w:jc w:val="right"/>
      </w:pPr>
      <w:r>
        <w:t>تو شکایت کو سی پی ایس میں برداشت نہیں کر سکتے آپ۔ جس کو شکایت کا پسند ہے تو جائے، میں نکالوں۔ بھیڑ بکری کے بہت سے قول ہیں، اس میں شامل ہو جائے۔</w:t>
      </w:r>
    </w:p>
    <w:p>
      <w:r>
        <w:rPr>
          <w:b/>
        </w:rPr>
        <w:t xml:space="preserve">[1:19:28] </w:t>
      </w:r>
      <w:r>
        <w:t>shikayat jis ko shikayat pasand hai aur pooch gach chahta hai, shikayat ke moamle mein shikayat ki wazahat chahta hai, to mein saaf kahoon ga ke dunya mein bohat se bheer bakri ke qol hain, is mein shamil ho jae.</w:t>
      </w:r>
    </w:p>
    <w:p>
      <w:pPr>
        <w:jc w:val="right"/>
      </w:pPr>
      <w:r>
        <w:t>شکایت جس کو شکایت پسند ہے اور پوچھ گچھ چاہتا ہے، شکایت کے معاملے میں شکایت کی وضاحت چاہتا ہے، تو میں صاف کہوں گا کہ دنیا میں بہت سے بھیڑ بکری کے قول ہیں، اس میں شامل ہو جائے۔</w:t>
      </w:r>
    </w:p>
    <w:p>
      <w:r>
        <w:rPr>
          <w:b/>
        </w:rPr>
        <w:t xml:space="preserve">[1:19:38] </w:t>
      </w:r>
      <w:r>
        <w:t>wo CPS se is ka koi talluq nahi hai.</w:t>
      </w:r>
    </w:p>
    <w:p>
      <w:pPr>
        <w:jc w:val="right"/>
      </w:pPr>
      <w:r>
        <w:t>وہ سی پی ایس سے اس کا کوئی تعلق نہیں ہے۔</w:t>
      </w:r>
    </w:p>
    <w:p>
      <w:r>
        <w:rPr>
          <w:b/>
        </w:rPr>
        <w:t xml:space="preserve">[1:19:42] </w:t>
      </w:r>
      <w:r>
        <w:t>hum CPS mein in logon ko paida karna chahte hain jo jaise Hazrat Abu Abu Ansari ka qissa hai, Hazrat Aisha ka qissa hai, koi wazahat nahi.</w:t>
      </w:r>
    </w:p>
    <w:p>
      <w:pPr>
        <w:jc w:val="right"/>
      </w:pPr>
      <w:r>
        <w:t>ہم سی پی ایس میں ان لوگوں کو پیدا کرنا چاہتے ہیں جو جیسے حضرت ابو ابو انصاری کا قصہ ہے، حضرت عائشہ کا قصہ ہے، کوئی وضاحت نہیں۔</w:t>
      </w:r>
    </w:p>
    <w:p>
      <w:r>
        <w:rPr>
          <w:b/>
        </w:rPr>
        <w:t xml:space="preserve">[1:19:54] </w:t>
      </w:r>
      <w:r>
        <w:t>khud apne ko is ko call karo, apne andar se.</w:t>
      </w:r>
    </w:p>
    <w:p>
      <w:pPr>
        <w:jc w:val="right"/>
      </w:pPr>
      <w:r>
        <w:t>خود اپنے کو اس کو کل کرو، اپنے اندر سے۔</w:t>
      </w:r>
    </w:p>
    <w:p>
      <w:r>
        <w:rPr>
          <w:b/>
        </w:rPr>
        <w:t xml:space="preserve">[1:19:59] </w:t>
      </w:r>
      <w:r>
        <w:t>Maulana, agla comment aur sawal hai Dr. Fareeda Khanam ka Delhi se, aur unhon ne likha hai ke: "In every situation, there are always both minus and plus points.</w:t>
      </w:r>
    </w:p>
    <w:p>
      <w:pPr>
        <w:jc w:val="right"/>
      </w:pPr>
      <w:r>
        <w:t>مولانا، اگلا کمنٹ اور سوال ہے ڈاکٹر فریدہ خانم کا دلی سے، اور انہوں نے لکھا ہے کہ: "In every situation, there are always both minus and plus points.</w:t>
      </w:r>
    </w:p>
    <w:p>
      <w:r>
        <w:rPr>
          <w:b/>
        </w:rPr>
        <w:t xml:space="preserve">[1:20:13] </w:t>
      </w:r>
      <w:r>
        <w:t>If you focus on minus points, you have complaints. But if you focus on plus points, you are filled with gratefulness.</w:t>
      </w:r>
    </w:p>
    <w:p>
      <w:pPr>
        <w:jc w:val="right"/>
      </w:pPr>
      <w:r>
        <w:t>If you focus on minus points, you have complaints. But if you focus on plus points, you are filled with gratefulness.</w:t>
      </w:r>
    </w:p>
    <w:p>
      <w:r>
        <w:rPr>
          <w:b/>
        </w:rPr>
        <w:t xml:space="preserve">[1:20:24] </w:t>
      </w:r>
      <w:r>
        <w:t>This is my way of managing with complaints. Am Iright</w:t>
      </w:r>
    </w:p>
    <w:p>
      <w:pPr>
        <w:jc w:val="right"/>
      </w:pPr>
      <w:r>
        <w:t>This is my way of managing with complaints. Am Iright</w:t>
      </w:r>
    </w:p>
    <w:p>
      <w:r>
        <w:rPr>
          <w:b/>
        </w:rPr>
        <w:t xml:space="preserve">[1:20:29] </w:t>
      </w:r>
      <w:r>
        <w:t>?" bilkul, 100 fisad, 100 fisad sahi baat hai.</w:t>
      </w:r>
    </w:p>
    <w:p>
      <w:pPr>
        <w:jc w:val="right"/>
      </w:pPr>
      <w:r>
        <w:t>?" بالکل، 100 فیصد، 100 فیصد صحیح بات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