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and Revivalist | June 7, 2015</w:t>
      </w:r>
    </w:p>
    <w:p>
      <w:r>
        <w:t>https://www.youtube.com/watch?v=tJqheiPlZ94</w:t>
      </w:r>
    </w:p>
    <w:p>
      <w:r>
        <w:rPr>
          <w:b/>
        </w:rPr>
        <w:t xml:space="preserve">[00:21] </w:t>
      </w:r>
      <w:r>
        <w:t>bismillah rahman rahim, wasalli allah ala nabiy al karim.</w:t>
      </w:r>
    </w:p>
    <w:p>
      <w:pPr>
        <w:jc w:val="right"/>
      </w:pPr>
      <w:r>
        <w:t>بسم اللہ الرحمن الرحیم، وصلی اللہ علی النبی الکریم۔</w:t>
      </w:r>
    </w:p>
    <w:p>
      <w:r>
        <w:rPr>
          <w:b/>
        </w:rPr>
        <w:t xml:space="preserve">[00:31]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[00:42] </w:t>
      </w:r>
      <w:r>
        <w:t>aaj ka subject hai: tajdeed aur mujaddid, yani mujaddid kon hai?</w:t>
      </w:r>
    </w:p>
    <w:p>
      <w:pPr>
        <w:jc w:val="right"/>
      </w:pPr>
      <w:r>
        <w:t>آج کا سبجیکٹ ہے: تجدید اور مجدد، یعنی مجدد کون ہے؟</w:t>
      </w:r>
    </w:p>
    <w:p>
      <w:r>
        <w:rPr>
          <w:b/>
        </w:rPr>
        <w:t xml:space="preserve">[00:53] </w:t>
      </w:r>
      <w:r>
        <w:t>ek hadith hai jo abu daud mein aayi hai: "inna allah yab'athu li hadhihi al-ummah 'ala ra'si kulli mi'ati sanatin man yujaddidu laha deenaha".</w:t>
      </w:r>
    </w:p>
    <w:p>
      <w:pPr>
        <w:jc w:val="right"/>
      </w:pPr>
      <w:r>
        <w:t>ایک حدیث ہے جو ابو داؤد میں آئی ہے: "إن لا يبس لعل الأمة على رأس كل بيت سنة"۔</w:t>
      </w:r>
    </w:p>
    <w:p>
      <w:r>
        <w:rPr>
          <w:b/>
        </w:rPr>
        <w:t xml:space="preserve">[01:01] </w:t>
      </w:r>
      <w:r>
        <w:t>allah is ummat ke liye har sadi ke siray par ek mujaddid bhejega, jo is ke deen</w:t>
      </w:r>
    </w:p>
    <w:p>
      <w:pPr>
        <w:jc w:val="right"/>
      </w:pPr>
      <w:r>
        <w:t>اللہ اس امت کے لیے ہر صدی کے سرے پر ایک مجدد بھیجے گا، جو اس کے دین</w:t>
      </w:r>
    </w:p>
    <w:p>
      <w:r>
        <w:rPr>
          <w:b/>
        </w:rPr>
        <w:t xml:space="preserve">[01:09] </w:t>
      </w:r>
      <w:r>
        <w:t>ki tajdeed karega.</w:t>
      </w:r>
    </w:p>
    <w:p>
      <w:pPr>
        <w:jc w:val="right"/>
      </w:pPr>
      <w:r>
        <w:t>کی تجدید کرے گا۔</w:t>
      </w:r>
    </w:p>
    <w:p>
      <w:r>
        <w:rPr>
          <w:b/>
        </w:rPr>
        <w:t xml:space="preserve">[01:17] </w:t>
      </w:r>
      <w:r>
        <w:t>is hadith mein aam taur par log</w:t>
      </w:r>
    </w:p>
    <w:p>
      <w:pPr>
        <w:jc w:val="right"/>
      </w:pPr>
      <w:r>
        <w:t>اس حدیث میں عام طور پر لوگ</w:t>
      </w:r>
    </w:p>
    <w:p>
      <w:r>
        <w:rPr>
          <w:b/>
        </w:rPr>
        <w:t xml:space="preserve">[01:25] </w:t>
      </w:r>
      <w:r>
        <w:t>is talash mein lage ke kaun mujaddid tha, kis sanchari ka kaun mujaddid tha. main samajhta hoon ke yeh secondary baat hai, yeh personality culture mein jeete hain log, is liye aam taur par log isi talash mein rehte hain ke kaun mujaddid tha, kis sadi ka kaun mujaddid tha, kis sadi ka. iski wajah se zyada jo gehri baat hai, woh is</w:t>
      </w:r>
    </w:p>
    <w:p>
      <w:pPr>
        <w:jc w:val="right"/>
      </w:pPr>
      <w:r>
        <w:t>اس تلاش میں لگے کہ کون مجدد تھا، کس سنچری کا کون مجدد تھا۔ میں سمجھتا ہوں کہ یہ سیکنڈری بات ہے، یہ پرسنلٹی کلچر میں جیتے ہیں لوگ، اس لیے عام طور پر لوگ اسی تلاش میں رہتے ہیں کہ کون مجدد تھا، کس صدی کا کون مجدد تھا، کس صدی کا۔ اس کی وجہ سے زیادہ جو گہری بات ہے، وہ اس</w:t>
      </w:r>
    </w:p>
    <w:p>
      <w:r>
        <w:rPr>
          <w:b/>
        </w:rPr>
        <w:t xml:space="preserve">[01:55] </w:t>
      </w:r>
      <w:r>
        <w:t>ko samajh nahi paate.</w:t>
      </w:r>
    </w:p>
    <w:p>
      <w:pPr>
        <w:jc w:val="right"/>
      </w:pPr>
      <w:r>
        <w:t>کو سمجھ نہیں پاتے۔</w:t>
      </w:r>
    </w:p>
    <w:p>
      <w:r>
        <w:rPr>
          <w:b/>
        </w:rPr>
        <w:t xml:space="preserve">[02:03] </w:t>
      </w:r>
      <w:r>
        <w:t>dekhen, is dunya ke liye ek aam qanoon hai, woh qanoon kya hai? wa ma tasha'uuna illa yashaa'u allahu</w:t>
      </w:r>
    </w:p>
    <w:p>
      <w:pPr>
        <w:jc w:val="right"/>
      </w:pPr>
      <w:r>
        <w:t>دیکھیں، اس دنیا کے لیے ایک عام قانون ہے، وہ قانون کیا ہے؟ وَمَا تَشَعُّرَ إِلَّا يَشَاءُ اللَّهُ</w:t>
      </w:r>
    </w:p>
    <w:p>
      <w:r>
        <w:rPr>
          <w:b/>
        </w:rPr>
        <w:t xml:space="preserve">[02:11] </w:t>
      </w:r>
      <w:r>
        <w:t>rabbu al-'alamin. is tarah ki bohat si ayaten hain ke is dunya mein jo kuch hota hai, woh</w:t>
      </w:r>
    </w:p>
    <w:p>
      <w:pPr>
        <w:jc w:val="right"/>
      </w:pPr>
      <w:r>
        <w:t>رَبُّ الْعَالَمِينَ اس طرح کی بہت سی آیتیں ہیں کہ اس دنیا میں جو کچھ ہوتا ہے، وہ</w:t>
      </w:r>
    </w:p>
    <w:p>
      <w:r>
        <w:rPr>
          <w:b/>
        </w:rPr>
        <w:t xml:space="preserve">[02:18] </w:t>
      </w:r>
      <w:r>
        <w:t>allah ke izn se, sanction se hota hai.</w:t>
      </w:r>
    </w:p>
    <w:p>
      <w:pPr>
        <w:jc w:val="right"/>
      </w:pPr>
      <w:r>
        <w:t>اللہ کے اذن سے، سینکشن سے ہوتا ہے۔</w:t>
      </w:r>
    </w:p>
    <w:p>
      <w:r>
        <w:rPr>
          <w:b/>
        </w:rPr>
        <w:t xml:space="preserve">[02:26] </w:t>
      </w:r>
      <w:r>
        <w:t>jo kuch hota hai to in ayaton ko le kar aap sochen to mujaddid ka role secondary ho</w:t>
      </w:r>
    </w:p>
    <w:p>
      <w:pPr>
        <w:jc w:val="right"/>
      </w:pPr>
      <w:r>
        <w:t>جو کچھ ہوتا ہے تو ان آیتوں کو لے کر آپ سوچیں تو مجدد کا رول سیکنڈری ہو</w:t>
      </w:r>
    </w:p>
    <w:p>
      <w:r>
        <w:rPr>
          <w:b/>
        </w:rPr>
        <w:t xml:space="preserve">[02:34] </w:t>
      </w:r>
      <w:r>
        <w:t>jayega, primary role hoga khud allah rab al-'alamin ka.</w:t>
      </w:r>
    </w:p>
    <w:p>
      <w:pPr>
        <w:jc w:val="right"/>
      </w:pPr>
      <w:r>
        <w:t>جائے گا، پرائمری رول ہوگا خود اللہ رب العالمین کا۔</w:t>
      </w:r>
    </w:p>
    <w:p>
      <w:r>
        <w:rPr>
          <w:b/>
        </w:rPr>
        <w:t xml:space="preserve">[02:41] </w:t>
      </w:r>
      <w:r>
        <w:t>woh kis tarah? dekhen, koi bhi shakhs koi bhi kaam agar karna chahta hai to woh sirf yeh</w:t>
      </w:r>
    </w:p>
    <w:p>
      <w:pPr>
        <w:jc w:val="right"/>
      </w:pPr>
      <w:r>
        <w:t>وہ کس طرح؟ دیکھیں، کوئی بھی شخص کوئی بھی کام اگر کرنا چاہتا ہے تو وہ صرف یہ</w:t>
      </w:r>
    </w:p>
    <w:p>
      <w:r>
        <w:rPr>
          <w:b/>
        </w:rPr>
        <w:t xml:space="preserve">[02:49] </w:t>
      </w:r>
      <w:r>
        <w:t>kar sakta hai ke</w:t>
      </w:r>
    </w:p>
    <w:p>
      <w:pPr>
        <w:jc w:val="right"/>
      </w:pPr>
      <w:r>
        <w:t>کر سکتا ہے کہ</w:t>
      </w:r>
    </w:p>
    <w:p>
      <w:r>
        <w:rPr>
          <w:b/>
        </w:rPr>
        <w:t xml:space="preserve">[02:57] </w:t>
      </w:r>
      <w:r>
        <w:t>جو ہماری دنیا میں جو جو چیزیں موجود ہیں، ان کو discover کرے اور ان کو استعمال کرے۔</w:t>
      </w:r>
    </w:p>
    <w:p>
      <w:pPr>
        <w:jc w:val="right"/>
      </w:pPr>
      <w:r>
        <w:t>جو ہماری دنیا میں جو جو چیزیں موجود ہیں، ان کو ڈسکور کرے اور ان کو استعمال کرے۔</w:t>
      </w:r>
    </w:p>
    <w:p>
      <w:r>
        <w:rPr>
          <w:b/>
        </w:rPr>
        <w:t xml:space="preserve">[03:08] </w:t>
      </w:r>
      <w:r>
        <w:t>yahi kar sakta hai.</w:t>
      </w:r>
    </w:p>
    <w:p>
      <w:pPr>
        <w:jc w:val="right"/>
      </w:pPr>
      <w:r>
        <w:t>یہی کر سکتا ہے۔</w:t>
      </w:r>
    </w:p>
    <w:p>
      <w:r>
        <w:rPr>
          <w:b/>
        </w:rPr>
        <w:t xml:space="preserve">[03:18] </w:t>
      </w:r>
      <w:r>
        <w:t>wo khud koi invention nahi kar sakta, koi takhleeq nahi kar sakta, koi cheez create nahi kar sakta. balke</w:t>
      </w:r>
    </w:p>
    <w:p>
      <w:pPr>
        <w:jc w:val="right"/>
      </w:pPr>
      <w:r>
        <w:t>وہ خود کوئی انوینشن نہیں کر سکتا، کوئی تخلیق نہیں کر سکتا، کوئی چیز کریٹ نہیں کر سکتا۔ بلکہ</w:t>
      </w:r>
    </w:p>
    <w:p>
      <w:r>
        <w:rPr>
          <w:b/>
        </w:rPr>
        <w:t xml:space="preserve">[03:29] </w:t>
      </w:r>
      <w:r>
        <w:t>available ذرائع کو استعمال کر کے کوئی واقعہ کر سکتا ہے۔</w:t>
      </w:r>
    </w:p>
    <w:p>
      <w:pPr>
        <w:jc w:val="right"/>
      </w:pPr>
      <w:r>
        <w:t>اویلیبل ذرائع کو استعمال کر کے کوئی واقعہ کر سکتا ہے۔</w:t>
      </w:r>
    </w:p>
    <w:p>
      <w:r>
        <w:rPr>
          <w:b/>
        </w:rPr>
        <w:t xml:space="preserve">[03:37] </w:t>
      </w:r>
      <w:r>
        <w:t>misal ke taur par dekhiye, ek kisan ko lijiye, farmer ko.</w:t>
      </w:r>
    </w:p>
    <w:p>
      <w:pPr>
        <w:jc w:val="right"/>
      </w:pPr>
      <w:r>
        <w:t>مثال کے طور پر دیکھیے، ایک کسان کو لیجیے، فارمر کو۔</w:t>
      </w:r>
    </w:p>
    <w:p>
      <w:r>
        <w:rPr>
          <w:b/>
        </w:rPr>
        <w:t xml:space="preserve">[03:44] </w:t>
      </w:r>
      <w:r>
        <w:t>to kisan kaha jata hai, kisan ghalla paida karta hai, lekin ghalla paida karne mein bhi kisan ka</w:t>
      </w:r>
    </w:p>
    <w:p>
      <w:pPr>
        <w:jc w:val="right"/>
      </w:pPr>
      <w:r>
        <w:t>تو کسان کہا جاتا ہے، کسان غلہ پیدا کرتا ہے، لیکن غلہ پیدا کرنے میں بھی کسان کا</w:t>
      </w:r>
    </w:p>
    <w:p>
      <w:r>
        <w:rPr>
          <w:b/>
        </w:rPr>
        <w:t xml:space="preserve">[03:52] </w:t>
      </w:r>
      <w:r>
        <w:t>kitna hissa hai? yani 99 percent hissa</w:t>
      </w:r>
    </w:p>
    <w:p>
      <w:pPr>
        <w:jc w:val="right"/>
      </w:pPr>
      <w:r>
        <w:t>کتنا حصہ ہے؟ یعنی 99 پرسنٹ حص</w:t>
      </w:r>
    </w:p>
    <w:p>
      <w:r>
        <w:rPr>
          <w:b/>
        </w:rPr>
        <w:t xml:space="preserve">[03:59] </w:t>
      </w:r>
      <w:r>
        <w:t>nature ka hai.</w:t>
      </w:r>
    </w:p>
    <w:p>
      <w:pPr>
        <w:jc w:val="right"/>
      </w:pPr>
      <w:r>
        <w:t>ہ نیچر کا ہے۔</w:t>
      </w:r>
    </w:p>
    <w:p>
      <w:r>
        <w:rPr>
          <w:b/>
        </w:rPr>
        <w:t xml:space="preserve">[04:06] </w:t>
      </w:r>
      <w:r>
        <w:t>nature ne saal banaya, nature ne pani barsaya, nature ne zameen mein chemical rakha.</w:t>
      </w:r>
    </w:p>
    <w:p>
      <w:pPr>
        <w:jc w:val="right"/>
      </w:pPr>
      <w:r>
        <w:t>نیچر نے سال بنایا، نیچر نے پانی برسایا، نیچر نے زمین میں کیمیکل رکھا۔</w:t>
      </w:r>
    </w:p>
    <w:p>
      <w:r>
        <w:rPr>
          <w:b/>
        </w:rPr>
        <w:t xml:space="preserve">[04:12] </w:t>
      </w:r>
      <w:r>
        <w:t>nature ne beshumar halaat paida kiye, suraj ke zariye heat bheji, phir is mein ek thoda sa</w:t>
      </w:r>
    </w:p>
    <w:p>
      <w:pPr>
        <w:jc w:val="right"/>
      </w:pPr>
      <w:r>
        <w:t>نیچر نے بے شمار حالات پیدا کیے، سورج کے ذریعے ہیٹ بھیجی، پھر اس میں ایک تھوڑا سا</w:t>
      </w:r>
    </w:p>
    <w:p>
      <w:r>
        <w:rPr>
          <w:b/>
        </w:rPr>
        <w:t xml:space="preserve">[04:18] </w:t>
      </w:r>
      <w:r>
        <w:t>role kisan ka hota hai.</w:t>
      </w:r>
    </w:p>
    <w:p>
      <w:pPr>
        <w:jc w:val="right"/>
      </w:pPr>
      <w:r>
        <w:t>رول کسان کا ہوتا ہے۔</w:t>
      </w:r>
    </w:p>
    <w:p>
      <w:r>
        <w:rPr>
          <w:b/>
        </w:rPr>
        <w:t xml:space="preserve">[04:24] </w:t>
      </w:r>
      <w:r>
        <w:t>yani more than 99 percent hota hai nature ka</w:t>
      </w:r>
    </w:p>
    <w:p>
      <w:pPr>
        <w:jc w:val="right"/>
      </w:pPr>
      <w:r>
        <w:t>یعنی مور دین 99 پرسنٹ ہوتا ہے نیچر کا</w:t>
      </w:r>
    </w:p>
    <w:p>
      <w:r>
        <w:rPr>
          <w:b/>
        </w:rPr>
        <w:t xml:space="preserve">[04:30] </w:t>
      </w:r>
      <w:r>
        <w:t>, less than one percent hota hai farmer ka, kisan ka.</w:t>
      </w:r>
    </w:p>
    <w:p>
      <w:pPr>
        <w:jc w:val="right"/>
      </w:pPr>
      <w:r>
        <w:t>، لیس دین ون پرسنٹ ہوتا ہے فارمر کا، کسان کا۔</w:t>
      </w:r>
    </w:p>
    <w:p>
      <w:r>
        <w:rPr>
          <w:b/>
        </w:rPr>
        <w:t xml:space="preserve">[04:36] </w:t>
      </w:r>
      <w:r>
        <w:t>yahi muamla deen ka bhi hai.</w:t>
      </w:r>
    </w:p>
    <w:p>
      <w:pPr>
        <w:jc w:val="right"/>
      </w:pPr>
      <w:r>
        <w:t>یہی معاملہ دین کا بھی ہے۔</w:t>
      </w:r>
    </w:p>
    <w:p>
      <w:r>
        <w:rPr>
          <w:b/>
        </w:rPr>
        <w:t xml:space="preserve">[04:42] </w:t>
      </w:r>
      <w:r>
        <w:t>deen mein jo kaam hota hai, us mein bhi aisa hi hai.</w:t>
      </w:r>
    </w:p>
    <w:p>
      <w:pPr>
        <w:jc w:val="right"/>
      </w:pPr>
      <w:r>
        <w:t>دین میں جو کام ہوتا ہے، اس میں بھی ایسا ہی ہے۔</w:t>
      </w:r>
    </w:p>
    <w:p>
      <w:r>
        <w:rPr>
          <w:b/>
        </w:rPr>
        <w:t xml:space="preserve">[04:48] </w:t>
      </w:r>
      <w:r>
        <w:t>misalan mujaddid jo hai, mujaddid yani revive karne wala, tajdeed ka mani revive karna.</w:t>
      </w:r>
    </w:p>
    <w:p>
      <w:pPr>
        <w:jc w:val="right"/>
      </w:pPr>
      <w:r>
        <w:t>مثلاً مجدد جو ہے، مجدد یعنی ریوائیو کرنے والا، تجدید کا معنی ریوائیو کرنا۔</w:t>
      </w:r>
    </w:p>
    <w:p>
      <w:r>
        <w:rPr>
          <w:b/>
        </w:rPr>
        <w:t xml:space="preserve">[04:54] </w:t>
      </w:r>
      <w:r>
        <w:t>to yeh ummat jo hai, chunke yeh ummat aakhri ummat hai, yeh ummat</w:t>
      </w:r>
    </w:p>
    <w:p>
      <w:pPr>
        <w:jc w:val="right"/>
      </w:pPr>
      <w:r>
        <w:t>تو یہ امت جو ہے، چونکہ یہ امت آخری امت ہے، یہ امت</w:t>
      </w:r>
    </w:p>
    <w:p>
      <w:r>
        <w:rPr>
          <w:b/>
        </w:rPr>
        <w:t xml:space="preserve">[05:00] </w:t>
      </w:r>
      <w:r>
        <w:t>kabhi khatam nahi hogi, kabhi mansookh nahi ki jayegi.</w:t>
      </w:r>
    </w:p>
    <w:p>
      <w:pPr>
        <w:jc w:val="right"/>
      </w:pPr>
      <w:r>
        <w:t>کبھی ختم نہیں ہوگی، کبھی منسوخ نہیں کی جائے گی۔</w:t>
      </w:r>
    </w:p>
    <w:p>
      <w:r>
        <w:rPr>
          <w:b/>
        </w:rPr>
        <w:t xml:space="preserve">[05:07] </w:t>
      </w:r>
      <w:r>
        <w:t>to qayamat tak is ko Allah taala ka matloob hai ke yeh ummat qayamat tak zinda rahe.</w:t>
      </w:r>
    </w:p>
    <w:p>
      <w:pPr>
        <w:jc w:val="right"/>
      </w:pPr>
      <w:r>
        <w:t>تو قیامت تک اس کو اللہ تعالی کا مطلوب ہے کہ یہ امت قیامت تک زندہ رہے۔</w:t>
      </w:r>
    </w:p>
    <w:p>
      <w:r>
        <w:rPr>
          <w:b/>
        </w:rPr>
        <w:t xml:space="preserve">[05:13] </w:t>
      </w:r>
      <w:r>
        <w:t>zinda ka mani kya hai? jo Quran o Sunnat mein bataya gaya hai, principle, wo principle is mein baqi rahen.</w:t>
      </w:r>
    </w:p>
    <w:p>
      <w:pPr>
        <w:jc w:val="right"/>
      </w:pPr>
      <w:r>
        <w:t>زندہ کا معنی کیا ہے؟ جو قرآن و سنت میں بتایا گیا ہے، پرنسپل، وہ پرنسپل اس میں باقی رہیں۔</w:t>
      </w:r>
    </w:p>
    <w:p>
      <w:r>
        <w:rPr>
          <w:b/>
        </w:rPr>
        <w:t xml:space="preserve">[05:20] </w:t>
      </w:r>
      <w:r>
        <w:t>yani zawal ka koi aisa darja na aaye jab ke bilkul khatma ho jaye.</w:t>
      </w:r>
    </w:p>
    <w:p>
      <w:pPr>
        <w:jc w:val="right"/>
      </w:pPr>
      <w:r>
        <w:t>یعنی زوال کا کوئی ایسا درجہ نہ آئے جب کہ بالکل خاتمہ ہو جائے۔</w:t>
      </w:r>
    </w:p>
    <w:p>
      <w:r>
        <w:rPr>
          <w:b/>
        </w:rPr>
        <w:t xml:space="preserve">[05:26] </w:t>
      </w:r>
      <w:r>
        <w:t>to is ke liye</w:t>
      </w:r>
    </w:p>
    <w:p>
      <w:pPr>
        <w:jc w:val="right"/>
      </w:pPr>
      <w:r>
        <w:t>تو اس کے لیے</w:t>
      </w:r>
    </w:p>
    <w:p>
      <w:r>
        <w:rPr>
          <w:b/>
        </w:rPr>
        <w:t xml:space="preserve">[05:33] </w:t>
      </w:r>
      <w:r>
        <w:t>tajdeed ki aati hai.</w:t>
      </w:r>
    </w:p>
    <w:p>
      <w:pPr>
        <w:jc w:val="right"/>
      </w:pPr>
      <w:r>
        <w:t>تجدید کی آتی ہے۔</w:t>
      </w:r>
    </w:p>
    <w:p>
      <w:r>
        <w:rPr>
          <w:b/>
        </w:rPr>
        <w:t xml:space="preserve">[05:37] </w:t>
      </w:r>
      <w:r>
        <w:t>tajdeed ka mani revive karna, revival.</w:t>
      </w:r>
    </w:p>
    <w:p>
      <w:pPr>
        <w:jc w:val="right"/>
      </w:pPr>
      <w:r>
        <w:t>تجدید کا معنی ریوائیو کرنا، ریوائیول۔</w:t>
      </w:r>
    </w:p>
    <w:p>
      <w:r>
        <w:rPr>
          <w:b/>
        </w:rPr>
        <w:t xml:space="preserve">[05:41] </w:t>
      </w:r>
      <w:r>
        <w:t>yeh kaise hota hai? yeh kisi ek shakhs ka kargnama nahi hota ke ek shakhs utha, us ne</w:t>
      </w:r>
    </w:p>
    <w:p>
      <w:pPr>
        <w:jc w:val="right"/>
      </w:pPr>
      <w:r>
        <w:t>یہ کیسے ہوتا ہے؟ یہ کسی ایک شخص کا کارنامہ نہیں ہوتا کہ ایک شخص اٹھا، اس نے</w:t>
      </w:r>
    </w:p>
    <w:p>
      <w:r>
        <w:rPr>
          <w:b/>
        </w:rPr>
        <w:t xml:space="preserve">[05:46] </w:t>
      </w:r>
      <w:r>
        <w:t>us ke andar koi bohat hi mysterious qualities theen, aur us ne koi kamal kar ke ummat ko</w:t>
      </w:r>
    </w:p>
    <w:p>
      <w:pPr>
        <w:jc w:val="right"/>
      </w:pPr>
      <w:r>
        <w:t>اس کے اندر کوئی بہت ہی مسٹیریس کوالٹیز تھیں، اور اس نے کوئی کمال کر کے امت کو</w:t>
      </w:r>
    </w:p>
    <w:p>
      <w:r>
        <w:rPr>
          <w:b/>
        </w:rPr>
        <w:t xml:space="preserve">[05:50] </w:t>
      </w:r>
      <w:r>
        <w:t>zinda kar diya.</w:t>
      </w:r>
    </w:p>
    <w:p>
      <w:pPr>
        <w:jc w:val="right"/>
      </w:pPr>
      <w:r>
        <w:t>زندہ کر دیا۔</w:t>
      </w:r>
    </w:p>
    <w:p>
      <w:r>
        <w:rPr>
          <w:b/>
        </w:rPr>
        <w:t xml:space="preserve">[05:54] </w:t>
      </w:r>
      <w:r>
        <w:t>aisa nahi hota hai.</w:t>
      </w:r>
    </w:p>
    <w:p>
      <w:pPr>
        <w:jc w:val="right"/>
      </w:pPr>
      <w:r>
        <w:t>ایسا نہیں ہوتا ہے۔</w:t>
      </w:r>
    </w:p>
    <w:p>
      <w:r>
        <w:rPr>
          <w:b/>
        </w:rPr>
        <w:t xml:space="preserve">[05:59] </w:t>
      </w:r>
      <w:r>
        <w:t>balkeh har zamane mein yeh</w:t>
      </w:r>
    </w:p>
    <w:p>
      <w:pPr>
        <w:jc w:val="right"/>
      </w:pPr>
      <w:r>
        <w:t>بلکہ ہر زمانے میں یہ</w:t>
      </w:r>
    </w:p>
    <w:p>
      <w:r>
        <w:rPr>
          <w:b/>
        </w:rPr>
        <w:t xml:space="preserve">[06:03] </w:t>
      </w:r>
      <w:r>
        <w:t>hai keh har so saal mein aik mujaddid aye ga.</w:t>
      </w:r>
    </w:p>
    <w:p>
      <w:pPr>
        <w:jc w:val="right"/>
      </w:pPr>
      <w:r>
        <w:t>ہے کہ ہر سو سال میں ایک مجدد آئے گا۔</w:t>
      </w:r>
    </w:p>
    <w:p>
      <w:r>
        <w:rPr>
          <w:b/>
        </w:rPr>
        <w:t xml:space="preserve">[06:10] </w:t>
      </w:r>
      <w:r>
        <w:t>iss ka matlab yeh hai keh naye naye halaat paida hon ge jab.</w:t>
      </w:r>
    </w:p>
    <w:p>
      <w:pPr>
        <w:jc w:val="right"/>
      </w:pPr>
      <w:r>
        <w:t>اس کا مطلب یہ ہے کہ نئے نئے حالات پیدا ہوں گے جب۔</w:t>
      </w:r>
    </w:p>
    <w:p>
      <w:r>
        <w:rPr>
          <w:b/>
        </w:rPr>
        <w:t xml:space="preserve">[06:16] </w:t>
      </w:r>
      <w:r>
        <w:t>to har naye halaat mein aise afraad uthein ge jo halaat ko discover karein ge, apne zamane ke</w:t>
      </w:r>
    </w:p>
    <w:p>
      <w:pPr>
        <w:jc w:val="right"/>
      </w:pPr>
      <w:r>
        <w:t>تو ہر نئے حالات میں ایسے افراد اٹھیں گے جو حالات کو ڈسکور کریں گے، اپنے زمانے کے</w:t>
      </w:r>
    </w:p>
    <w:p>
      <w:r>
        <w:rPr>
          <w:b/>
        </w:rPr>
        <w:t xml:space="preserve">[06:23] </w:t>
      </w:r>
      <w:r>
        <w:t>lehaz se jo opportunity hain, uss ko janen ge, aur phir ummat ko phir se revive karein ge.</w:t>
      </w:r>
    </w:p>
    <w:p>
      <w:pPr>
        <w:jc w:val="right"/>
      </w:pPr>
      <w:r>
        <w:t>لحاظ سے جو اپرچونیٹی ہیں، اس کو جانیں گے، اور پھر امت کو پھر سے ریوائیو کریں گے۔</w:t>
      </w:r>
    </w:p>
    <w:p>
      <w:r>
        <w:rPr>
          <w:b/>
        </w:rPr>
        <w:t xml:space="preserve">[06:30] </w:t>
      </w:r>
      <w:r>
        <w:t>yeh matlab hai.</w:t>
      </w:r>
    </w:p>
    <w:p>
      <w:pPr>
        <w:jc w:val="right"/>
      </w:pPr>
      <w:r>
        <w:t>یہ مطلب ہے۔</w:t>
      </w:r>
    </w:p>
    <w:p>
      <w:r>
        <w:rPr>
          <w:b/>
        </w:rPr>
        <w:t xml:space="preserve">[06:36] </w:t>
      </w:r>
      <w:r>
        <w:t>to tajdeed ka kaam aik individual se nahi shuru hota, balkeh woh history mein halaat paida hote hain.</w:t>
      </w:r>
    </w:p>
    <w:p>
      <w:pPr>
        <w:jc w:val="right"/>
      </w:pPr>
      <w:r>
        <w:t>تو تجدید کا کام ایک انڈیویجول سے نہیں شروع ہوتا، بلکہ وہ ہسٹری میں حالات پیدا ہوتے ہیں۔</w:t>
      </w:r>
    </w:p>
    <w:p>
      <w:r>
        <w:rPr>
          <w:b/>
        </w:rPr>
        <w:t xml:space="preserve">[06:43] </w:t>
      </w:r>
      <w:r>
        <w:t>Allah taala ke hukum ke tehat history mein halaat paida hote hain, un halaat ko daryaft karna parta</w:t>
      </w:r>
    </w:p>
    <w:p>
      <w:pPr>
        <w:jc w:val="right"/>
      </w:pPr>
      <w:r>
        <w:t>اللہ تعالی کے حکم کے تحت ہسٹری میں حالات پیدا ہوتے ہیں، ان حالات کو دریافت کرنا پڑتا</w:t>
      </w:r>
    </w:p>
    <w:p>
      <w:r>
        <w:rPr>
          <w:b/>
        </w:rPr>
        <w:t xml:space="preserve">[06:49] </w:t>
      </w:r>
      <w:r>
        <w:t>hai, phir aap ummat ko revive kar sakte hain.</w:t>
      </w:r>
    </w:p>
    <w:p>
      <w:pPr>
        <w:jc w:val="right"/>
      </w:pPr>
      <w:r>
        <w:t>ہے، پھر آپ امت کو ریوائیو کر سکتے ہیں۔</w:t>
      </w:r>
    </w:p>
    <w:p>
      <w:r>
        <w:rPr>
          <w:b/>
        </w:rPr>
        <w:t xml:space="preserve">[06:55] </w:t>
      </w:r>
      <w:r>
        <w:t>iss lehaz se Muslim ummat ko socheye.</w:t>
      </w:r>
    </w:p>
    <w:p>
      <w:pPr>
        <w:jc w:val="right"/>
      </w:pPr>
      <w:r>
        <w:t>اس لحاظ سے مسلم امت کو سوچیے۔</w:t>
      </w:r>
    </w:p>
    <w:p>
      <w:r>
        <w:rPr>
          <w:b/>
        </w:rPr>
        <w:t xml:space="preserve">[07:01] </w:t>
      </w:r>
      <w:r>
        <w:t>Muslim ummat jo hai, yeh to</w:t>
      </w:r>
    </w:p>
    <w:p>
      <w:pPr>
        <w:jc w:val="right"/>
      </w:pPr>
      <w:r>
        <w:t>مسلم امت جو ہے، یہ تو</w:t>
      </w:r>
    </w:p>
    <w:p>
      <w:r>
        <w:rPr>
          <w:b/>
        </w:rPr>
        <w:t xml:space="preserve">[07:07] </w:t>
      </w:r>
      <w:r>
        <w:t>hadith se sabit hai keh woh zawal ka shikar ho gi.</w:t>
      </w:r>
    </w:p>
    <w:p>
      <w:pPr>
        <w:jc w:val="right"/>
      </w:pPr>
      <w:r>
        <w:t>حدیث سے ثابت ہے کہ وہ زوال کا شکار ہوگی۔</w:t>
      </w:r>
    </w:p>
    <w:p>
      <w:r>
        <w:rPr>
          <w:b/>
        </w:rPr>
        <w:t xml:space="preserve">[07:14] </w:t>
      </w:r>
      <w:r>
        <w:t>zawal ka matlab hota hai degeneration.</w:t>
      </w:r>
    </w:p>
    <w:p>
      <w:pPr>
        <w:jc w:val="right"/>
      </w:pPr>
      <w:r>
        <w:t>زوال کا مطلب ہوتا ہے ڈی جنریشن۔</w:t>
      </w:r>
    </w:p>
    <w:p>
      <w:r>
        <w:rPr>
          <w:b/>
        </w:rPr>
        <w:t xml:space="preserve">[07:20] </w:t>
      </w:r>
      <w:r>
        <w:t>to degeneration ka shikar ho gi, lekin kabhi bhi khatam nahi ho gi.</w:t>
      </w:r>
    </w:p>
    <w:p>
      <w:pPr>
        <w:jc w:val="right"/>
      </w:pPr>
      <w:r>
        <w:t>تو ڈی جنریشن کا شکار ہوگی، لیکن کبھی بھی ختم نہیں ہوگی۔</w:t>
      </w:r>
    </w:p>
    <w:p>
      <w:r>
        <w:rPr>
          <w:b/>
        </w:rPr>
        <w:t xml:space="preserve">[07:26] </w:t>
      </w:r>
      <w:r>
        <w:t>jaise pichli ummaten mansookh ho gayeen, to aisa ummat e muslema ke sath nahi hoga.</w:t>
      </w:r>
    </w:p>
    <w:p>
      <w:pPr>
        <w:jc w:val="right"/>
      </w:pPr>
      <w:r>
        <w:t>جیسے پچھلی امتیں منسوخ ہو گئیں، تو ایسا امت مسلمہ کے ساتھ نہیں ہوگا۔</w:t>
      </w:r>
    </w:p>
    <w:p>
      <w:r>
        <w:rPr>
          <w:b/>
        </w:rPr>
        <w:t xml:space="preserve">[07:32] </w:t>
      </w:r>
      <w:r>
        <w:t>kyunkeh zawal to aata rahe ga, kyunkeh zawal bhi aik law of nature hai. to zawal</w:t>
      </w:r>
    </w:p>
    <w:p>
      <w:pPr>
        <w:jc w:val="right"/>
      </w:pPr>
      <w:r>
        <w:t>کیونکہ زوال تو آتا رہے گا، کیونکہ زوال بھی ایک لاء آف نیچر ہے۔ تو زوال</w:t>
      </w:r>
    </w:p>
    <w:p>
      <w:r>
        <w:rPr>
          <w:b/>
        </w:rPr>
        <w:t xml:space="preserve">[07:38] </w:t>
      </w:r>
      <w:r>
        <w:t>ka qanoon baqi rahe to phir kiya karna chahiye? woh yahi hai keh har zamane mein mujaddid uthein</w:t>
      </w:r>
    </w:p>
    <w:p>
      <w:pPr>
        <w:jc w:val="right"/>
      </w:pPr>
      <w:r>
        <w:t>کا قانون باقی رہے تو پھر کیا کرنا چاہیے؟ وہ یہی ہے کہ ہر زمانے میں مجدد اٹھیں</w:t>
      </w:r>
    </w:p>
    <w:p>
      <w:r>
        <w:rPr>
          <w:b/>
        </w:rPr>
        <w:t xml:space="preserve">[07:46] </w:t>
      </w:r>
      <w:r>
        <w:t>aur woh dobara zinda karte rahein, revive karte rahein.</w:t>
      </w:r>
    </w:p>
    <w:p>
      <w:pPr>
        <w:jc w:val="right"/>
      </w:pPr>
      <w:r>
        <w:t>اور وہ دوبارہ زندہ کرتے رہیں، ریوائیو کرتے رہیں۔</w:t>
      </w:r>
    </w:p>
    <w:p>
      <w:r>
        <w:rPr>
          <w:b/>
        </w:rPr>
        <w:t xml:space="preserve">[07:54] </w:t>
      </w:r>
      <w:r>
        <w:t>to zinda karna kaise possible hoga? halaat ko discover karna pare ga.</w:t>
      </w:r>
    </w:p>
    <w:p>
      <w:pPr>
        <w:jc w:val="right"/>
      </w:pPr>
      <w:r>
        <w:t>تو زندہ کرنا کیسے پاسیبل ہوگا؟ حالات کو ڈسکور کرنا پڑے گا۔</w:t>
      </w:r>
    </w:p>
    <w:p>
      <w:r>
        <w:rPr>
          <w:b/>
        </w:rPr>
        <w:t xml:space="preserve">[08:02] </w:t>
      </w:r>
      <w:r>
        <w:t>jis zamane mein koi shakhs utha hai revive karne ke liye, uss ko apne zamane ke bare mein,</w:t>
      </w:r>
    </w:p>
    <w:p>
      <w:pPr>
        <w:jc w:val="right"/>
      </w:pPr>
      <w:r>
        <w:t>جس زمانے میں کوئی شخص اٹھا ہے ریوائیو کرنے کے لیے، اس کو اپنے زمانے کے بارے میں،</w:t>
      </w:r>
    </w:p>
    <w:p>
      <w:r>
        <w:rPr>
          <w:b/>
        </w:rPr>
        <w:t xml:space="preserve">[08:10] </w:t>
      </w:r>
      <w:r>
        <w:t>apne zamane mein jo halaat hain, us ko discover karna padega. jaise ek hadith mein hai ke momin ki sifat batayi gayi hai: "an yakuna basiran bizamanih" ke momin jo hai, apni zamane ko janne wala hota hai. to yahan par sirf momin ki baat nahin hai, mujaddid ki baat bhi hai. mujaddid ko apne zamane se ba khabar hona chahiye, warna</w:t>
      </w:r>
    </w:p>
    <w:p>
      <w:pPr>
        <w:jc w:val="right"/>
      </w:pPr>
      <w:r>
        <w:t>اپنے زمانے میں جو حالات ہیں، اس کو ڈسکور کرنا پڑے گا۔ جیسے ایک حدیث میں ہے کہ مومن کی صفت بتائی گئی ہے: "أن يكون بصيرا بزمانه" کہ مومن جو ہے، اپنی زمانے کو جاننے والا ہوتا ہے۔ تو یہاں پر صرف مومن کی بات نہیں ہے، مجدد کی بات بھی ہے۔ مجدد کو اپنے زمانے سے باخبر ہونا چاہیے، ورنہ</w:t>
      </w:r>
    </w:p>
    <w:p>
      <w:r>
        <w:rPr>
          <w:b/>
        </w:rPr>
        <w:t xml:space="preserve">[08:40] </w:t>
      </w:r>
      <w:r>
        <w:t>woh kuch nahi kar sake ga.</w:t>
      </w:r>
    </w:p>
    <w:p>
      <w:pPr>
        <w:jc w:val="right"/>
      </w:pPr>
      <w:r>
        <w:t>وہ کچھ نہیں کر سکے گا۔</w:t>
      </w:r>
    </w:p>
    <w:p>
      <w:r>
        <w:rPr>
          <w:b/>
        </w:rPr>
        <w:t xml:space="preserve">[08:45] </w:t>
      </w:r>
      <w:r>
        <w:t>misal ke taur par aik misal mein deta hoon keh maujooda zamane mein kis tarah se iss moamle mein bohat bari</w:t>
      </w:r>
    </w:p>
    <w:p>
      <w:pPr>
        <w:jc w:val="right"/>
      </w:pPr>
      <w:r>
        <w:t>مثلاً ایک مثال میں دیتا ہوں کہ موجودہ زمانے میں کس طرح سے اس معاملے میں بہت بڑی</w:t>
      </w:r>
    </w:p>
    <w:p>
      <w:r>
        <w:rPr>
          <w:b/>
        </w:rPr>
        <w:t xml:space="preserve">[08:50] </w:t>
      </w:r>
      <w:r>
        <w:t>nadani ho rahi hai.</w:t>
      </w:r>
    </w:p>
    <w:p>
      <w:pPr>
        <w:jc w:val="right"/>
      </w:pPr>
      <w:r>
        <w:t>نادانی ہو رہی ہے۔</w:t>
      </w:r>
    </w:p>
    <w:p>
      <w:r>
        <w:rPr>
          <w:b/>
        </w:rPr>
        <w:t xml:space="preserve">[08:55] </w:t>
      </w:r>
      <w:r>
        <w:t>misal ke taur par maujooda zamane mein bohat se log dunya bhar mein active hain, musalman Islami hukoomat qaim karne ke</w:t>
      </w:r>
    </w:p>
    <w:p>
      <w:pPr>
        <w:jc w:val="right"/>
      </w:pPr>
      <w:r>
        <w:t>مثلاً موجودہ زمانے میں بہت سے لوگ دنیا بھر میں ایکٹیو ہیں، مسلمان اسلامی حکومت قائم کرنے کے</w:t>
      </w:r>
    </w:p>
    <w:p>
      <w:r>
        <w:rPr>
          <w:b/>
        </w:rPr>
        <w:t xml:space="preserve">[09:00] </w:t>
      </w:r>
      <w:r>
        <w:t>liye, woh jehad ke naam par violence kar rahe hain, society babing kar rahe hain, lad rahe hain.</w:t>
      </w:r>
    </w:p>
    <w:p>
      <w:pPr>
        <w:jc w:val="right"/>
      </w:pPr>
      <w:r>
        <w:t>لیے، وہ جہاد کے نام پر وائلنس کر رہے ہیں، سوسائٹی بابنگ کر رہے ہیں، لڑ رہے ہیں۔</w:t>
      </w:r>
    </w:p>
    <w:p>
      <w:r>
        <w:rPr>
          <w:b/>
        </w:rPr>
        <w:t xml:space="preserve">[09:05] </w:t>
      </w:r>
      <w:r>
        <w:t>un se poocha jayega: "tum kyun kar rahe ho?" to</w:t>
      </w:r>
    </w:p>
    <w:p>
      <w:pPr>
        <w:jc w:val="right"/>
      </w:pPr>
      <w:r>
        <w:t>ان سے پوچھا جائے گا: "تم کیوں کر رہے ہو؟" تو</w:t>
      </w:r>
    </w:p>
    <w:p>
      <w:r>
        <w:rPr>
          <w:b/>
        </w:rPr>
        <w:t xml:space="preserve">[09:10] </w:t>
      </w:r>
      <w:r>
        <w:t>woh kahenge: "hum islami hukumat qaim karna chahte hain." yeh kahenge.</w:t>
      </w:r>
    </w:p>
    <w:p>
      <w:pPr>
        <w:jc w:val="right"/>
      </w:pPr>
      <w:r>
        <w:t>وہ کہیں گے: "ہم اسلامی حکومت قائم کرنا چاہتے ہیں۔" یہ کہیں گے۔</w:t>
      </w:r>
    </w:p>
    <w:p>
      <w:r>
        <w:rPr>
          <w:b/>
        </w:rPr>
        <w:t xml:space="preserve">[09:15] </w:t>
      </w:r>
      <w:r>
        <w:t>lekin yeh kya hai? yeh zamane se bekhabri ki baat hai.</w:t>
      </w:r>
    </w:p>
    <w:p>
      <w:pPr>
        <w:jc w:val="right"/>
      </w:pPr>
      <w:r>
        <w:t>لیکن یہ کیا ہے؟ یہ زمانے سے بے خبری کی بات ہے۔</w:t>
      </w:r>
    </w:p>
    <w:p>
      <w:r>
        <w:rPr>
          <w:b/>
        </w:rPr>
        <w:t xml:space="preserve">[09:19] </w:t>
      </w:r>
      <w:r>
        <w:t>kyunki ab woh zamana khatm hoga jab lad kar hukumat qaim hoti thi.</w:t>
      </w:r>
    </w:p>
    <w:p>
      <w:pPr>
        <w:jc w:val="right"/>
      </w:pPr>
      <w:r>
        <w:t>کیونکہ اب وہ زمانہ ختم ہوگا جب لڑ کر حکومت قائم ہوتی تھی۔</w:t>
      </w:r>
    </w:p>
    <w:p>
      <w:r>
        <w:rPr>
          <w:b/>
        </w:rPr>
        <w:t xml:space="preserve">[09:23] </w:t>
      </w:r>
      <w:r>
        <w:t>اب تو democratic process سے حکومت emerge کرتی ہے۔</w:t>
      </w:r>
    </w:p>
    <w:p>
      <w:pPr>
        <w:jc w:val="right"/>
      </w:pPr>
      <w:r>
        <w:t>اب تو ڈیموکریٹک پراسیس سے حکومت ایمرج کرتی ہے۔</w:t>
      </w:r>
    </w:p>
    <w:p>
      <w:r>
        <w:rPr>
          <w:b/>
        </w:rPr>
        <w:t xml:space="preserve">[09:28] </w:t>
      </w:r>
      <w:r>
        <w:t>ab lad kar koi hukumat nahi qaim ho sakti.</w:t>
      </w:r>
    </w:p>
    <w:p>
      <w:pPr>
        <w:jc w:val="right"/>
      </w:pPr>
      <w:r>
        <w:t>اب لڑ کر کوئی حکومت نہیں قائم ہو سکتی۔</w:t>
      </w:r>
    </w:p>
    <w:p>
      <w:r>
        <w:rPr>
          <w:b/>
        </w:rPr>
        <w:t xml:space="preserve">[09:32] </w:t>
      </w:r>
      <w:r>
        <w:t>woh zamana khatm hogya.</w:t>
      </w:r>
    </w:p>
    <w:p>
      <w:pPr>
        <w:jc w:val="right"/>
      </w:pPr>
      <w:r>
        <w:t>وہ زمانہ ختم ہوگیا۔</w:t>
      </w:r>
    </w:p>
    <w:p>
      <w:r>
        <w:rPr>
          <w:b/>
        </w:rPr>
        <w:t xml:space="preserve">[09:37] </w:t>
      </w:r>
      <w:r>
        <w:t>woh toh pichhle zamane mein kingship tha,</w:t>
      </w:r>
    </w:p>
    <w:p>
      <w:pPr>
        <w:jc w:val="right"/>
      </w:pPr>
      <w:r>
        <w:t>وہ تو پچھلے زمانے میں کنگ شپ تھا،</w:t>
      </w:r>
    </w:p>
    <w:p>
      <w:r>
        <w:rPr>
          <w:b/>
        </w:rPr>
        <w:t xml:space="preserve">[09:41] </w:t>
      </w:r>
      <w:r>
        <w:t>hazaron saal tak duniya mein kingship ka riwaj tha.</w:t>
      </w:r>
    </w:p>
    <w:p>
      <w:pPr>
        <w:jc w:val="right"/>
      </w:pPr>
      <w:r>
        <w:t>ہزاروں سال تک دنیا میں کنگ شپ کا رواج تھا۔</w:t>
      </w:r>
    </w:p>
    <w:p>
      <w:r>
        <w:rPr>
          <w:b/>
        </w:rPr>
        <w:t xml:space="preserve">[09:46] </w:t>
      </w:r>
      <w:r>
        <w:t>is zamane mein ek hukumat doosri hukumat se ladti thi, lad kar uska taaj chheenti thi, is</w:t>
      </w:r>
    </w:p>
    <w:p>
      <w:pPr>
        <w:jc w:val="right"/>
      </w:pPr>
      <w:r>
        <w:t>اس زمانے میں ایک حکومت دوسری حکومت سے لڑتی تھی، لڑ کر اس کا تاج چھینتی تھی، اس</w:t>
      </w:r>
    </w:p>
    <w:p>
      <w:r>
        <w:rPr>
          <w:b/>
        </w:rPr>
        <w:t xml:space="preserve">[09:50] </w:t>
      </w:r>
      <w:r>
        <w:t>ka takht chheenti thi, aur hukumat par qabza kar leti thi.</w:t>
      </w:r>
    </w:p>
    <w:p>
      <w:pPr>
        <w:jc w:val="right"/>
      </w:pPr>
      <w:r>
        <w:t>کا تخت چھینتی تھی، اور حکومت پر قبضہ کر لیتی تھی۔</w:t>
      </w:r>
    </w:p>
    <w:p>
      <w:r>
        <w:rPr>
          <w:b/>
        </w:rPr>
        <w:t xml:space="preserve">[09:54] </w:t>
      </w:r>
      <w:r>
        <w:t>toh woh zamana toh khatm hogya.</w:t>
      </w:r>
    </w:p>
    <w:p>
      <w:pPr>
        <w:jc w:val="right"/>
      </w:pPr>
      <w:r>
        <w:t>تو وہ زمانہ تو ختم ہوگیا۔</w:t>
      </w:r>
    </w:p>
    <w:p>
      <w:r>
        <w:rPr>
          <w:b/>
        </w:rPr>
        <w:t xml:space="preserve">[09:59] </w:t>
      </w:r>
      <w:r>
        <w:t>woh zamana atharveen sadi mein khatm hogya.</w:t>
      </w:r>
    </w:p>
    <w:p>
      <w:pPr>
        <w:jc w:val="right"/>
      </w:pPr>
      <w:r>
        <w:t>وہ زمانہ اٹھارویں صدی میں ختم ہوگیا۔</w:t>
      </w:r>
    </w:p>
    <w:p>
      <w:r>
        <w:rPr>
          <w:b/>
        </w:rPr>
        <w:t xml:space="preserve">[10:03] </w:t>
      </w:r>
      <w:r>
        <w:t>ab democracy ka zamana hai.</w:t>
      </w:r>
    </w:p>
    <w:p>
      <w:pPr>
        <w:jc w:val="right"/>
      </w:pPr>
      <w:r>
        <w:t>اب ڈیموکریسی کا زمانہ ہے۔</w:t>
      </w:r>
    </w:p>
    <w:p>
      <w:r>
        <w:rPr>
          <w:b/>
        </w:rPr>
        <w:t xml:space="preserve">[10:08] </w:t>
      </w:r>
      <w:r>
        <w:t>democracy mein koi mustaqil rule nahi kar sakta.</w:t>
      </w:r>
    </w:p>
    <w:p>
      <w:pPr>
        <w:jc w:val="right"/>
      </w:pPr>
      <w:r>
        <w:t>ڈیموکریسی میں کوئی مستقل رول نہیں کر سکتا۔</w:t>
      </w:r>
    </w:p>
    <w:p>
      <w:r>
        <w:rPr>
          <w:b/>
        </w:rPr>
        <w:t xml:space="preserve">[10:12] </w:t>
      </w:r>
      <w:r>
        <w:t>ab rule jo hai, periodical ho gaya, yani paanch paanch saal ke liye. har paanch saal mein election kiya jayega. election mein log vote denge. to jis ko zyada vote milega, woh paanch saal tak rule karega. to is maani ke jo log lad rahe hain hukumat qaim karne ke liye, woh zamane se be khabari ka saboot de rahe hain. ke jab zamana hai democracy ka, to woh jee rahe</w:t>
      </w:r>
    </w:p>
    <w:p>
      <w:pPr>
        <w:jc w:val="right"/>
      </w:pPr>
      <w:r>
        <w:t>اب رول جو ہے، پیریڈیکل ہو گیا، یعنی پانچ پانچ سال کے لیے۔ ہر پانچ سال میں الیکشن کیا جائے گا۔ الیکشن میں لوگ ووٹ دیں گے۔ تو جس کو زیادہ ووٹ ملے گا، وہ پانچ سال تک رول کرے گا۔ تو اس معنی کہ جو لوگ لڑ رہے ہیں حکومت قائم کرنے کے لیے، وہ زمانے سے بے خبری کا ثبوت دے رہے ہیں۔ کہ جب زمانہ ہے ڈیموکریسی کا، تو وہ جی رہ</w:t>
      </w:r>
    </w:p>
    <w:p>
      <w:r>
        <w:rPr>
          <w:b/>
        </w:rPr>
        <w:t xml:space="preserve">[10:42] </w:t>
      </w:r>
      <w:r>
        <w:t>hain abhi tak is zamane mein, kingship ke zamane mein. aise log tajdid ka kaam nahin kar sakte. tajdid ka kaam karne ke liye zaroori hai ke aadmi zamane se ba khabar ho. zamana jo hai, uska jo amal hota hai, woh through process hota hai. process yani har zamane mein ek process chalta hai. to gradual</w:t>
      </w:r>
    </w:p>
    <w:p>
      <w:pPr>
        <w:jc w:val="right"/>
      </w:pPr>
      <w:r>
        <w:t>ے ہیں ابھی تک اس زمانے میں، کنگ شپ کے زمانے میں۔ ایسے لوگ تجدید کا کام نہیں کر سکتے۔ تجدید کا کام کرنے کے لیے ضروری ہے کہ آدمی زمانے سے باخبر ہو۔ زمانہ جو ہے، اس کا جو عمل ہوتا ہے، وہ تھرو پراسیس ہوتا ہے۔ پراسیس یعنی ہر زمانے میں ایک پراسیس چلتا ہے۔ تو گریجول</w:t>
      </w:r>
    </w:p>
    <w:p>
      <w:r>
        <w:rPr>
          <w:b/>
        </w:rPr>
        <w:t xml:space="preserve">[11:12] </w:t>
      </w:r>
      <w:r>
        <w:t>tor par ek cheez khatm hoti hai, doosri cheez aati hai.</w:t>
      </w:r>
    </w:p>
    <w:p>
      <w:pPr>
        <w:jc w:val="right"/>
      </w:pPr>
      <w:r>
        <w:t>طور پر ایک چیز ختم ہوتی ہے، دوسری چیز آتی ہے۔</w:t>
      </w:r>
    </w:p>
    <w:p>
      <w:r>
        <w:rPr>
          <w:b/>
        </w:rPr>
        <w:t xml:space="preserve">[11:17] </w:t>
      </w:r>
      <w:r>
        <w:t>achanak nahi aati.</w:t>
      </w:r>
    </w:p>
    <w:p>
      <w:pPr>
        <w:jc w:val="right"/>
      </w:pPr>
      <w:r>
        <w:t>اچانک نہیں آتی۔</w:t>
      </w:r>
    </w:p>
    <w:p>
      <w:r>
        <w:rPr>
          <w:b/>
        </w:rPr>
        <w:t xml:space="preserve">[11:22] </w:t>
      </w:r>
      <w:r>
        <w:t>toh woh jo process hai, us process mein qaumein banti hain, qaumein aage badhti hain.</w:t>
      </w:r>
    </w:p>
    <w:p>
      <w:pPr>
        <w:jc w:val="right"/>
      </w:pPr>
      <w:r>
        <w:t>تو وہ جو پراسیس ہے، اس پراسیس میں قومیں بنتی ہیں، قومیں آگے بڑھتی ہیں۔</w:t>
      </w:r>
    </w:p>
    <w:p>
      <w:r>
        <w:rPr>
          <w:b/>
        </w:rPr>
        <w:t xml:space="preserve">[11:27] </w:t>
      </w:r>
      <w:r>
        <w:t>jo is process ko jaane, usko avel kare, uski kamyabi hai.</w:t>
      </w:r>
    </w:p>
    <w:p>
      <w:pPr>
        <w:jc w:val="right"/>
      </w:pPr>
      <w:r>
        <w:t>جو اس پراسیس کو جانے، اس کو اویل کرے، اس کی کامیابی ہے۔</w:t>
      </w:r>
    </w:p>
    <w:p>
      <w:r>
        <w:rPr>
          <w:b/>
        </w:rPr>
        <w:t xml:space="preserve">[11:32] </w:t>
      </w:r>
      <w:r>
        <w:t>toh is par maine ghor kiya, musalmanon ki halat ko.</w:t>
      </w:r>
    </w:p>
    <w:p>
      <w:pPr>
        <w:jc w:val="right"/>
      </w:pPr>
      <w:r>
        <w:t>تو اس پر میں نے غور کیا، مسلمانوں کی حالت کو۔</w:t>
      </w:r>
    </w:p>
    <w:p>
      <w:r>
        <w:rPr>
          <w:b/>
        </w:rPr>
        <w:t xml:space="preserve">[11:37] </w:t>
      </w:r>
      <w:r>
        <w:t>toh mujhe ek sa</w:t>
      </w:r>
    </w:p>
    <w:p>
      <w:pPr>
        <w:jc w:val="right"/>
      </w:pPr>
      <w:r>
        <w:t>تو مجھے ایک ص</w:t>
      </w:r>
    </w:p>
    <w:p>
      <w:r>
        <w:rPr>
          <w:b/>
        </w:rPr>
        <w:t xml:space="preserve">[11:42] </w:t>
      </w:r>
      <w:r>
        <w:t>hab se baat ho rahi thi, abhi parson kuch log aaye thay, parhe likhe log.</w:t>
      </w:r>
    </w:p>
    <w:p>
      <w:pPr>
        <w:jc w:val="right"/>
      </w:pPr>
      <w:r>
        <w:t>احب سے بات ہو رہی تھی، ابھی پرسوں کچھ لوگ آئے تھے، پڑھے لکھے لوگ۔</w:t>
      </w:r>
    </w:p>
    <w:p>
      <w:r>
        <w:rPr>
          <w:b/>
        </w:rPr>
        <w:t xml:space="preserve">[11:48] </w:t>
      </w:r>
      <w:r>
        <w:t>unhone kaha ke musalmanon ke liye kya mustaqbil hai? woh maishati ki baat kar rahe thay ke</w:t>
      </w:r>
    </w:p>
    <w:p>
      <w:pPr>
        <w:jc w:val="right"/>
      </w:pPr>
      <w:r>
        <w:t>انہوں نے کہا کہ مسلمانوں کے لیے کیا مستقبل ہے؟ وہ معیشتی کی بات کر رہے تھے کہ</w:t>
      </w:r>
    </w:p>
    <w:p>
      <w:r>
        <w:rPr>
          <w:b/>
        </w:rPr>
        <w:t xml:space="preserve">[11:54] </w:t>
      </w:r>
      <w:r>
        <w:t>musalmanon ka koi mustaqbil nahi hai.</w:t>
      </w:r>
    </w:p>
    <w:p>
      <w:pPr>
        <w:jc w:val="right"/>
      </w:pPr>
      <w:r>
        <w:t>مسلمانوں کا کوئی مستقبل نہیں ہے۔</w:t>
      </w:r>
    </w:p>
    <w:p>
      <w:r>
        <w:rPr>
          <w:b/>
        </w:rPr>
        <w:t xml:space="preserve">[12:00] </w:t>
      </w:r>
      <w:r>
        <w:t>ab doosri qaumein aage badh rahi hain, musalman peeche ho gaye hain.</w:t>
      </w:r>
    </w:p>
    <w:p>
      <w:pPr>
        <w:jc w:val="right"/>
      </w:pPr>
      <w:r>
        <w:t>اب دوسری قومیں آگے بڑھ رہی ہیں، مسلمان پیچھے ہو گئے ہیں۔</w:t>
      </w:r>
    </w:p>
    <w:p>
      <w:r>
        <w:rPr>
          <w:b/>
        </w:rPr>
        <w:t xml:space="preserve">[12:06] </w:t>
      </w:r>
      <w:r>
        <w:t>to mein ne un ko aik aayat sunai: "kam min fiyatin qaleelah ghulbah fiyatin katheerah bayd Allah" yaani peechay jo</w:t>
      </w:r>
    </w:p>
    <w:p>
      <w:pPr>
        <w:jc w:val="right"/>
      </w:pPr>
      <w:r>
        <w:t>تو میں نے ان کو ایک آیت سنائی: "کم من فیتن قلیلۃ غلبۃ فیتن کثیرۃ بید اللہ" یعنی پیچھے جو</w:t>
      </w:r>
    </w:p>
    <w:p>
      <w:r>
        <w:rPr>
          <w:b/>
        </w:rPr>
        <w:t xml:space="preserve">[12:12] </w:t>
      </w:r>
      <w:r>
        <w:t>log peechay ho jatay hain, woh phir agay barh jatay hain.</w:t>
      </w:r>
    </w:p>
    <w:p>
      <w:pPr>
        <w:jc w:val="right"/>
      </w:pPr>
      <w:r>
        <w:t>لوگ پیچھے ہو جاتے ہیں، وہ پھر آگے بڑھ جاتے ہیں۔</w:t>
      </w:r>
    </w:p>
    <w:p>
      <w:r>
        <w:rPr>
          <w:b/>
        </w:rPr>
        <w:t xml:space="preserve">[12:17] </w:t>
      </w:r>
      <w:r>
        <w:t>yeh law of nature hai.</w:t>
      </w:r>
    </w:p>
    <w:p>
      <w:pPr>
        <w:jc w:val="right"/>
      </w:pPr>
      <w:r>
        <w:t>یہ لاء آف نیچر ہے۔</w:t>
      </w:r>
    </w:p>
    <w:p>
      <w:r>
        <w:rPr>
          <w:b/>
        </w:rPr>
        <w:t xml:space="preserve">[12:22] </w:t>
      </w:r>
      <w:r>
        <w:t>yaani is dunya mein jo Allah ne jo fitrat ka nizam qaim kiya hai, us mein kisi ki</w:t>
      </w:r>
    </w:p>
    <w:p>
      <w:pPr>
        <w:jc w:val="right"/>
      </w:pPr>
      <w:r>
        <w:t>یعنی اس دنیا میں جو اللہ نے جو فطرت کا نظام قائم کیا ہے، اس میں کسی کی</w:t>
      </w:r>
    </w:p>
    <w:p>
      <w:r>
        <w:rPr>
          <w:b/>
        </w:rPr>
        <w:t xml:space="preserve">[12:27] </w:t>
      </w:r>
      <w:r>
        <w:t>monopoly nahi hai.</w:t>
      </w:r>
    </w:p>
    <w:p>
      <w:pPr>
        <w:jc w:val="right"/>
      </w:pPr>
      <w:r>
        <w:t>مونوپلی نہیں ہے۔</w:t>
      </w:r>
    </w:p>
    <w:p>
      <w:r>
        <w:rPr>
          <w:b/>
        </w:rPr>
        <w:t xml:space="preserve">[12:32] </w:t>
      </w:r>
      <w:r>
        <w:t>monopoly nahi hai ke koi agar agay barh jaye to agay barhta rahay.</w:t>
      </w:r>
    </w:p>
    <w:p>
      <w:pPr>
        <w:jc w:val="right"/>
      </w:pPr>
      <w:r>
        <w:t>مونوپلی نہیں ہے کہ کوئی اگر آگے بڑھ جائے تو آگے بڑھتا رہے۔</w:t>
      </w:r>
    </w:p>
    <w:p>
      <w:r>
        <w:rPr>
          <w:b/>
        </w:rPr>
        <w:t xml:space="preserve">[12:38] </w:t>
      </w:r>
      <w:r>
        <w:t>koi hukoomat par qabza kar le to hamesha hukoomat par qabza rahay, is ka aisa nahi hota.</w:t>
      </w:r>
    </w:p>
    <w:p>
      <w:pPr>
        <w:jc w:val="right"/>
      </w:pPr>
      <w:r>
        <w:t>کوئی حکومت پر قبضہ کر لے تو ہمیشہ حکومت پر قبضہ رہے، اس کا ایسا نہیں ہوتا۔</w:t>
      </w:r>
    </w:p>
    <w:p>
      <w:r>
        <w:rPr>
          <w:b/>
        </w:rPr>
        <w:t xml:space="preserve">[12:43] </w:t>
      </w:r>
      <w:r>
        <w:t>kam min fiatan qaleelatin ghalabat fiatan katheeratin bi idnillah yani jo peeche rehte hain, woh bhi aage badhte hain. jo mahkoom ban jate hain, woh bhi hakim bante hain. woh kaise hota hai? to is par research hui hai baqayda ke kaise aisa hota hai. is mein bataya gaya hai ke har har bar jab aisa hota hai, koi jeeta, koi</w:t>
      </w:r>
    </w:p>
    <w:p>
      <w:pPr>
        <w:jc w:val="right"/>
      </w:pPr>
      <w:r>
        <w:t>كم من فاتن قلیلۃ غلبۃ فاتن کثیرۃ بید اللہ یعنی جو پیچھے رہتے ہیں، وہ بھی آگے بڑھتے ہیں۔ جو محکوم بن جاتے ہیں، وہ بھی حاکم بنتے ہیں۔ وہ کیسے ہوتا ہے؟ تو اس پر ریسرچ ہوئی ہے باقاعدہ کہ کیسے ایسا ہوتا ہے۔ اس میں بتایا گیا ہے کہ ہر ہر بار جب ایسا ہوتا ہے، کوئی جیتا، کو</w:t>
      </w:r>
    </w:p>
    <w:p>
      <w:r>
        <w:rPr>
          <w:b/>
        </w:rPr>
        <w:t xml:space="preserve">[13:13] </w:t>
      </w:r>
      <w:r>
        <w:t>ee hara, to wahan par aik challenge create hota hai. challenge haarne wale ke liye challenge. yeh law of nature hai. jab bhi koi haar jeet ka mamla hoga, to zaroor wahan challenge create hoga. to challenge kya karta hai? challenge jo hai, haarne wale ke liye peeche ho jaane ke liye muharrik ban jata hai, incentive. inko motivate karta hai ke phir se uth</w:t>
      </w:r>
    </w:p>
    <w:p>
      <w:pPr>
        <w:jc w:val="right"/>
      </w:pPr>
      <w:r>
        <w:t>ئی ہارا، تو وہاں پر ایک چیلنج کریٹ ہوتا ہے۔ چیلنج ہارنے والے کے لیے چیلنج۔ یہ لاء آف نیچر ہے۔ جب بھی کوئی ہار جیت کا معاملہ ہوگا، تو ضرور وہاں چیلنج کریٹ ہوگا۔ تو چیلنج کیا کرتا ہے؟ چیلنج جو ہے، ہارنے والے کے لیے پیچھے ہو جانے کے لیے محرک بن جاتا ہے، انسنٹو۔ ان کو موٹیویٹ کرتا ہے کہ پھر سے اٹھ</w:t>
      </w:r>
    </w:p>
    <w:p>
      <w:r>
        <w:rPr>
          <w:b/>
        </w:rPr>
        <w:t xml:space="preserve">[13:43] </w:t>
      </w:r>
      <w:r>
        <w:t>wo, phir se karo.</w:t>
      </w:r>
    </w:p>
    <w:p>
      <w:pPr>
        <w:jc w:val="right"/>
      </w:pPr>
      <w:r>
        <w:t>و، پھر سے کرو۔</w:t>
      </w:r>
    </w:p>
    <w:p>
      <w:r>
        <w:rPr>
          <w:b/>
        </w:rPr>
        <w:t xml:space="preserve">[13:48] </w:t>
      </w:r>
      <w:r>
        <w:t>yaani har har baar jab koi haarta hai, to us ko challenge ko face karna parta hai.</w:t>
      </w:r>
    </w:p>
    <w:p>
      <w:pPr>
        <w:jc w:val="right"/>
      </w:pPr>
      <w:r>
        <w:t>یعنی ہر ہر بار جب کوئی ہارتا ہے، تو اس کو چیلنج کو فیس کرنا پڑتا ہے۔</w:t>
      </w:r>
    </w:p>
    <w:p>
      <w:r>
        <w:rPr>
          <w:b/>
        </w:rPr>
        <w:t xml:space="preserve">[13:54] </w:t>
      </w:r>
      <w:r>
        <w:t>wo us ko motivate karta hai, motivate karta hai ke tum dobara utho, dobara koshish karo, dobara apnay</w:t>
      </w:r>
    </w:p>
    <w:p>
      <w:pPr>
        <w:jc w:val="right"/>
      </w:pPr>
      <w:r>
        <w:t>وہ اس کو موٹیویٹ کرتا ہے، موٹیویٹ کرتا ہے کہ تم دوبارہ اٹھو، دوبارہ کوشش کرو، دوبارہ اپنے</w:t>
      </w:r>
    </w:p>
    <w:p>
      <w:r>
        <w:rPr>
          <w:b/>
        </w:rPr>
        <w:t xml:space="preserve">[13:59] </w:t>
      </w:r>
      <w:r>
        <w:t>ko organize karo.</w:t>
      </w:r>
    </w:p>
    <w:p>
      <w:pPr>
        <w:jc w:val="right"/>
      </w:pPr>
      <w:r>
        <w:t>کو ارگنائز کرو۔</w:t>
      </w:r>
    </w:p>
    <w:p>
      <w:r>
        <w:rPr>
          <w:b/>
        </w:rPr>
        <w:t xml:space="preserve">[14:05] </w:t>
      </w:r>
      <w:r>
        <w:t>is tarah haara hua phir jeet jata hai.</w:t>
      </w:r>
    </w:p>
    <w:p>
      <w:pPr>
        <w:jc w:val="right"/>
      </w:pPr>
      <w:r>
        <w:t>اس طرح ہارا ہوا پھر جیت جاتا ہے۔</w:t>
      </w:r>
    </w:p>
    <w:p>
      <w:r>
        <w:rPr>
          <w:b/>
        </w:rPr>
        <w:t xml:space="preserve">[14:10] </w:t>
      </w:r>
      <w:r>
        <w:t>maharti'en phir kamyab ho jati hain.</w:t>
      </w:r>
    </w:p>
    <w:p>
      <w:pPr>
        <w:jc w:val="right"/>
      </w:pPr>
      <w:r>
        <w:t>مہارتیں پھر کامیاب ہو جاتی ہیں۔</w:t>
      </w:r>
    </w:p>
    <w:p>
      <w:r>
        <w:rPr>
          <w:b/>
        </w:rPr>
        <w:t xml:space="preserve">[14:16] </w:t>
      </w:r>
      <w:r>
        <w:t>to us ko research mein bataya gaya hai ke maharti'en jab peechay ho jayen, majority jo hai, woh</w:t>
      </w:r>
    </w:p>
    <w:p>
      <w:pPr>
        <w:jc w:val="right"/>
      </w:pPr>
      <w:r>
        <w:t>تو اس کو ریسرچ میں بتایا گیا ہے کہ مہارتیں جب پیچھے ہو جائیں، میجورٹی جو ہے، وہ</w:t>
      </w:r>
    </w:p>
    <w:p>
      <w:r>
        <w:rPr>
          <w:b/>
        </w:rPr>
        <w:t xml:space="preserve">[14:23] </w:t>
      </w:r>
      <w:r>
        <w:t>agay barh jaye, to maharti'en ke liye aik aik situation create hoti hai.</w:t>
      </w:r>
    </w:p>
    <w:p>
      <w:pPr>
        <w:jc w:val="right"/>
      </w:pPr>
      <w:r>
        <w:t>آگے بڑھ جائے، تو مہارتیں کے لیے ایک ایک سچوئیشن کریٹ ہوتی ہے۔</w:t>
      </w:r>
    </w:p>
    <w:p>
      <w:r>
        <w:rPr>
          <w:b/>
        </w:rPr>
        <w:t xml:space="preserve">[14:31] </w:t>
      </w:r>
      <w:r>
        <w:t>woh yeh hai ke us ke potential jaagnay lagtay hain, us ke potential jagtay hain, aur us ko</w:t>
      </w:r>
    </w:p>
    <w:p>
      <w:pPr>
        <w:jc w:val="right"/>
      </w:pPr>
      <w:r>
        <w:t>وہ یہ ہے کہ اس کے پوٹینشل جاگنے لگتے ہیں، اس کے پوٹینشل جاگتے ہیں، اور اس کو</w:t>
      </w:r>
    </w:p>
    <w:p>
      <w:r>
        <w:rPr>
          <w:b/>
        </w:rPr>
        <w:t xml:space="preserve">[14:38] </w:t>
      </w:r>
      <w:r>
        <w:t>aik mauqa tak agar kaam karnay ka mauqa mila, to woh in cre</w:t>
      </w:r>
    </w:p>
    <w:p>
      <w:pPr>
        <w:jc w:val="right"/>
      </w:pPr>
      <w:r>
        <w:t>ایک موقع تک اگر کام کرنے کا موقع ملا، تو وہ ان کری</w:t>
      </w:r>
    </w:p>
    <w:p>
      <w:r>
        <w:rPr>
          <w:b/>
        </w:rPr>
        <w:t xml:space="preserve">[14:46] </w:t>
      </w:r>
      <w:r>
        <w:t>tivity maharti'en, creativity maharti'en ban jati hain.</w:t>
      </w:r>
    </w:p>
    <w:p>
      <w:pPr>
        <w:jc w:val="right"/>
      </w:pPr>
      <w:r>
        <w:t>ٹیو مہارتیں، کریٹیو مہارتیں بن جاتی ہیں۔</w:t>
      </w:r>
    </w:p>
    <w:p>
      <w:r>
        <w:rPr>
          <w:b/>
        </w:rPr>
        <w:t xml:space="preserve">[14:51] </w:t>
      </w:r>
      <w:r>
        <w:t>us ki creativity jagti hai.</w:t>
      </w:r>
    </w:p>
    <w:p>
      <w:pPr>
        <w:jc w:val="right"/>
      </w:pPr>
      <w:r>
        <w:t>اس کی کریٹیوٹی جاگتی ہے۔</w:t>
      </w:r>
    </w:p>
    <w:p>
      <w:r>
        <w:rPr>
          <w:b/>
        </w:rPr>
        <w:t xml:space="preserve">[14:56] </w:t>
      </w:r>
      <w:r>
        <w:t>yeh bohat hi khaas baat hai jo janna chahiye.</w:t>
      </w:r>
    </w:p>
    <w:p>
      <w:pPr>
        <w:jc w:val="right"/>
      </w:pPr>
      <w:r>
        <w:t>یہ بہت ہی خاص بات ہے جو جاننا چاہیے۔</w:t>
      </w:r>
    </w:p>
    <w:p>
      <w:r>
        <w:rPr>
          <w:b/>
        </w:rPr>
        <w:t xml:space="preserve">[15:01] </w:t>
      </w:r>
      <w:r>
        <w:t>quran mein us ko apnay lafzon mein kaha gaya hai.</w:t>
      </w:r>
    </w:p>
    <w:p>
      <w:pPr>
        <w:jc w:val="right"/>
      </w:pPr>
      <w:r>
        <w:t>قرآن میں اس کو اپنے لفظوں میں کہا گیا ہے۔</w:t>
      </w:r>
    </w:p>
    <w:p>
      <w:r>
        <w:rPr>
          <w:b/>
        </w:rPr>
        <w:t xml:space="preserve">[15:06] </w:t>
      </w:r>
      <w:r>
        <w:t>us ko mein jo jadeed tehqiqat hain, us ki lehaz se bata raha hoon ke hamesha aisa hota</w:t>
      </w:r>
    </w:p>
    <w:p>
      <w:pPr>
        <w:jc w:val="right"/>
      </w:pPr>
      <w:r>
        <w:t>اس کو میں جو جدید تحقیقات ہیں، اس کی لحاظ سے بتا رہا ہوں کہ ہمیشہ ایسا ہوتا</w:t>
      </w:r>
    </w:p>
    <w:p>
      <w:r>
        <w:rPr>
          <w:b/>
        </w:rPr>
        <w:t xml:space="preserve">[15:11] </w:t>
      </w:r>
      <w:r>
        <w:t>hai ke jo group, jis group par jo group under challenge hota hai,</w:t>
      </w:r>
    </w:p>
    <w:p>
      <w:pPr>
        <w:jc w:val="right"/>
      </w:pPr>
      <w:r>
        <w:t>ہے کہ جو گروپ، جس گروپ پر جو گروپ انڈر چیلنج ہوتا ہے،</w:t>
      </w:r>
    </w:p>
    <w:p>
      <w:r>
        <w:rPr>
          <w:b/>
        </w:rPr>
        <w:t xml:space="preserve">[15:16] </w:t>
      </w:r>
      <w:r>
        <w:t>jo group under challenge hota hai, dabaao mein aa jata hai, to us ki creativity barhnay lagti hai.</w:t>
      </w:r>
    </w:p>
    <w:p>
      <w:pPr>
        <w:jc w:val="right"/>
      </w:pPr>
      <w:r>
        <w:t>جو گروپ انڈر چیلنج ہوتا ہے، دباؤ میں آ جاتا ہے، تو اس کی کریٹیوٹی بڑھنے لگتی ہے۔</w:t>
      </w:r>
    </w:p>
    <w:p>
      <w:r>
        <w:rPr>
          <w:b/>
        </w:rPr>
        <w:t xml:space="preserve">[15:21] </w:t>
      </w:r>
      <w:r>
        <w:t>pehlay agar un creative group tha, to ab creative group ban'nay lagta hai.</w:t>
      </w:r>
    </w:p>
    <w:p>
      <w:pPr>
        <w:jc w:val="right"/>
      </w:pPr>
      <w:r>
        <w:t>پہلے اگر ان کریٹیو گروپ تھا، تو اب کریٹیو گروپ بننے لگتا ہے۔</w:t>
      </w:r>
    </w:p>
    <w:p>
      <w:r>
        <w:rPr>
          <w:b/>
        </w:rPr>
        <w:t xml:space="preserve">[15:27] </w:t>
      </w:r>
      <w:r>
        <w:t>woh yeh law of nature hai.</w:t>
      </w:r>
    </w:p>
    <w:p>
      <w:pPr>
        <w:jc w:val="right"/>
      </w:pPr>
      <w:r>
        <w:t>وہ یہ لاء آف نیچر ہے۔</w:t>
      </w:r>
    </w:p>
    <w:p>
      <w:r>
        <w:rPr>
          <w:b/>
        </w:rPr>
        <w:t xml:space="preserve">[15:32] </w:t>
      </w:r>
      <w:r>
        <w:t>toh yeh law of nature sab ke liye hai.</w:t>
      </w:r>
    </w:p>
    <w:p>
      <w:pPr>
        <w:jc w:val="right"/>
      </w:pPr>
      <w:r>
        <w:t>تو یہ لاء آف نیچر سب کے لیے ہے۔</w:t>
      </w:r>
    </w:p>
    <w:p>
      <w:r>
        <w:rPr>
          <w:b/>
        </w:rPr>
        <w:t xml:space="preserve">[15:38] </w:t>
      </w:r>
      <w:r>
        <w:t>yeh sab ke liye hai.</w:t>
      </w:r>
    </w:p>
    <w:p>
      <w:pPr>
        <w:jc w:val="right"/>
      </w:pPr>
      <w:r>
        <w:t>یہ سب کے لیے ہے۔</w:t>
      </w:r>
    </w:p>
    <w:p>
      <w:r>
        <w:rPr>
          <w:b/>
        </w:rPr>
        <w:t xml:space="preserve">[15:43] </w:t>
      </w:r>
      <w:r>
        <w:t>toh India mein musalmanon ko yeh surat-e-haal pesh aayi.</w:t>
      </w:r>
    </w:p>
    <w:p>
      <w:pPr>
        <w:jc w:val="right"/>
      </w:pPr>
      <w:r>
        <w:t>تو انڈیا میں مسلمانوں کو یہ صورتحال پیش آئی۔</w:t>
      </w:r>
    </w:p>
    <w:p>
      <w:r>
        <w:rPr>
          <w:b/>
        </w:rPr>
        <w:t xml:space="preserve">[15:48] </w:t>
      </w:r>
      <w:r>
        <w:t>47 ke baad, 1947 mein jab partition hua, toh aam taur par sab log kehte the ke ab</w:t>
      </w:r>
    </w:p>
    <w:p>
      <w:pPr>
        <w:jc w:val="right"/>
      </w:pPr>
      <w:r>
        <w:t>47 کے بعد، 1947 میں جب پارٹیشن ہوا، تو عام طور پر سب لوگ کہتے تھے کہ اب</w:t>
      </w:r>
    </w:p>
    <w:p>
      <w:r>
        <w:rPr>
          <w:b/>
        </w:rPr>
        <w:t xml:space="preserve">[15:54] </w:t>
      </w:r>
      <w:r>
        <w:t>toh musalmanon ke liye kuch nahi, is country mein hai.</w:t>
      </w:r>
    </w:p>
    <w:p>
      <w:pPr>
        <w:jc w:val="right"/>
      </w:pPr>
      <w:r>
        <w:t>تو مسلمانوں کے لیے کچھ نہیں، اس کنٹری میں ہے۔</w:t>
      </w:r>
    </w:p>
    <w:p>
      <w:r>
        <w:rPr>
          <w:b/>
        </w:rPr>
        <w:t xml:space="preserve">[16:00] </w:t>
      </w:r>
      <w:r>
        <w:t>yaani musalman apne ko displaced community samajhte, samajhne lage. Displaced community.</w:t>
      </w:r>
    </w:p>
    <w:p>
      <w:pPr>
        <w:jc w:val="right"/>
      </w:pPr>
      <w:r>
        <w:t>یعنی مسلمان اپنے کو ڈسپلیسڈ کمیونٹی سمجھتے، سمجھنے لگے۔ ڈسپلیسڈ کمیونٹی۔</w:t>
      </w:r>
    </w:p>
    <w:p>
      <w:r>
        <w:rPr>
          <w:b/>
        </w:rPr>
        <w:t xml:space="preserve">[16:06] </w:t>
      </w:r>
      <w:r>
        <w:t>aur aam taur par maeeshat chha gayi ke ab India mein hamare liye kya hai.</w:t>
      </w:r>
    </w:p>
    <w:p>
      <w:pPr>
        <w:jc w:val="right"/>
      </w:pPr>
      <w:r>
        <w:t>اور عام طور پر معیشتی چھا گئی کہ اب انڈیا میں ہمارے لیے کیا ہے۔</w:t>
      </w:r>
    </w:p>
    <w:p>
      <w:r>
        <w:rPr>
          <w:b/>
        </w:rPr>
        <w:t xml:space="preserve">[16:12] </w:t>
      </w:r>
      <w:r>
        <w:t>toh is zamane mein musalmanon ke leader jo the, unhone ek nuskhah</w:t>
      </w:r>
    </w:p>
    <w:p>
      <w:pPr>
        <w:jc w:val="right"/>
      </w:pPr>
      <w:r>
        <w:t>تو اس زمانے میں مسلمانوں کے لیڈر جو تھے، انہوں نے ایک نسخہ</w:t>
      </w:r>
    </w:p>
    <w:p>
      <w:r>
        <w:rPr>
          <w:b/>
        </w:rPr>
        <w:t xml:space="preserve">[16:18] </w:t>
      </w:r>
      <w:r>
        <w:t>daryaft kiya, reservation ke musalman toh peeche ho gaye, toh hum ko reservation milna chahiye.</w:t>
      </w:r>
    </w:p>
    <w:p>
      <w:pPr>
        <w:jc w:val="right"/>
      </w:pPr>
      <w:r>
        <w:t>دریافت کیا، ریزرویشن کہ مسلمان تو پیچھے ہو گئے، تو ہم کو ریزرویشن ملنا چاہیے۔</w:t>
      </w:r>
    </w:p>
    <w:p>
      <w:r>
        <w:rPr>
          <w:b/>
        </w:rPr>
        <w:t xml:space="preserve">[16:26] </w:t>
      </w:r>
      <w:r>
        <w:t>toh mein shayad India mein akela tha jisne yeh kaha ke reservation work hi nahi karega.</w:t>
      </w:r>
    </w:p>
    <w:p>
      <w:pPr>
        <w:jc w:val="right"/>
      </w:pPr>
      <w:r>
        <w:t>تو میں شاید انڈیا میں اکیلا تھا جس نے یہ کہا کہ ریزرویشن ورک ہی نہیں کرے گا۔</w:t>
      </w:r>
    </w:p>
    <w:p>
      <w:r>
        <w:rPr>
          <w:b/>
        </w:rPr>
        <w:t xml:space="preserve">[16:34] </w:t>
      </w:r>
      <w:r>
        <w:t>reservation ki baat karna ek aisa formula pesh karna hai jo work, workable hi workable nahi hai.</w:t>
      </w:r>
    </w:p>
    <w:p>
      <w:pPr>
        <w:jc w:val="right"/>
      </w:pPr>
      <w:r>
        <w:t>ریزرویشن کی بات کرنا ایک ایسا فارمولا پیش کرنا ہے جو ورک، ورک ایبل ہی ورک ایبل نہیں ہے۔</w:t>
      </w:r>
    </w:p>
    <w:p>
      <w:r>
        <w:rPr>
          <w:b/>
        </w:rPr>
        <w:t xml:space="preserve">[16:42] </w:t>
      </w:r>
      <w:r>
        <w:t>kaun aap ko reservation dega? Aap apni taraqqi ko roke ga? Aap ko badhaaye ga?</w:t>
      </w:r>
    </w:p>
    <w:p>
      <w:pPr>
        <w:jc w:val="right"/>
      </w:pPr>
      <w:r>
        <w:t>کون آپ کو ریزرویشن دے گا؟ آپ اپنی ترقی کو روکے گا؟ آپ کو بڑھائے گا؟</w:t>
      </w:r>
    </w:p>
    <w:p>
      <w:r>
        <w:rPr>
          <w:b/>
        </w:rPr>
        <w:t xml:space="preserve">[16:49] </w:t>
      </w:r>
      <w:r>
        <w:t>to mujhe yaad hai, aik bohat pehle ki baat hai, mein aik jalse mein shareek hua. aik barhe muslim leader ne isko organize kiya tha, mujh ko bhi bulaya tha wahan. to mein ne wahan taqreer jo ki thi, to wahan ke logon ka jo mizaj tha, uske khilaf thi. saare log baat kar rahe the reservation ki, reservation har cheez mein. aur keh rahe the ke india to yeh masail hain,</w:t>
      </w:r>
    </w:p>
    <w:p>
      <w:pPr>
        <w:jc w:val="right"/>
      </w:pPr>
      <w:r>
        <w:t>تو مجھے یاد ہے، ایک بہت پہلے کی بات ہے، میں ایک جلسے میں شریک ہوا۔ ایک بڑے مسلم لیڈر نے اس کو ارگنائز کیا تھا، مجھ کو بھی بلایا تھا وہاں۔ تو میں نے وہاں تقریر جو کی تھی، تو وہاں کے لوگوں کا جو مزاج تھا، اس کے خلاف تھی۔ سارے لوگ بات کر رہے تھے ریزرویشن کی، ریزرویشن ہر چیز میں۔ اور کہہ رہے تھے کہ انڈیا تو یہ مسائل ہیں،</w:t>
      </w:r>
    </w:p>
    <w:p>
      <w:r>
        <w:rPr>
          <w:b/>
        </w:rPr>
        <w:t xml:space="preserve">[17:19] </w:t>
      </w:r>
      <w:r>
        <w:t>woh problem hain. to mein ne taqreer mein apni kaha ke india problem country nahi hai, india country, country of opportunity hai. log mujh ko aise dekhne lage ke kya baat kar raha hai yeh. kyunke saare log yeh keh rahe the ke india mein yeh masail, woh masail, woh masail. to mein ne kaha ke india problem country musalman</w:t>
      </w:r>
    </w:p>
    <w:p>
      <w:pPr>
        <w:jc w:val="right"/>
      </w:pPr>
      <w:r>
        <w:t>وہ پرابلم ہیں۔ تو میں نے تقریر میں اپنی کہا کہ انڈیا پرابلم کنٹری نہیں ہے، انڈیا کنٹری، کنٹری آف اپرچونٹی ہے۔ لوگ مجھ کو ایسے دیکھنے لگے کہ کیا بات کر رہا ہے یہ۔ کیونکہ سارے لوگ یہ کہہ رہے تھے کہ انڈیا میں یہ مسائل، وہ مسائل، وہ مسائل۔ تو میں نے کہا کہ انڈیا پرابلم کنٹری مسلمان</w:t>
      </w:r>
    </w:p>
    <w:p>
      <w:r>
        <w:rPr>
          <w:b/>
        </w:rPr>
        <w:t xml:space="preserve">[17:49] </w:t>
      </w:r>
      <w:r>
        <w:t>un ke liye nahi hai, India musalmanon ke liye country of opportunity hai.</w:t>
      </w:r>
    </w:p>
    <w:p>
      <w:pPr>
        <w:jc w:val="right"/>
      </w:pPr>
      <w:r>
        <w:t>وں کے لیے نہیں ہے، انڈیا مسلمانوں کے لیے کنٹری آف اپرچونٹی ہے۔</w:t>
      </w:r>
    </w:p>
    <w:p>
      <w:r>
        <w:rPr>
          <w:b/>
        </w:rPr>
        <w:t xml:space="preserve">[17:54] </w:t>
      </w:r>
      <w:r>
        <w:t>toh ek shakhs bhi nahi tha jisne meri taeed ki ho us waqt.</w:t>
      </w:r>
    </w:p>
    <w:p>
      <w:pPr>
        <w:jc w:val="right"/>
      </w:pPr>
      <w:r>
        <w:t>تو ایک شخص بھی نہیں تھا جس نے میری تائید کی ہو اس وقت۔</w:t>
      </w:r>
    </w:p>
    <w:p>
      <w:r>
        <w:rPr>
          <w:b/>
        </w:rPr>
        <w:t xml:space="preserve">[17:59] </w:t>
      </w:r>
      <w:r>
        <w:t>aur mein bilkul wahan aise lag gaya jaise koi anokhi baat kar raha hoon mein.</w:t>
      </w:r>
    </w:p>
    <w:p>
      <w:pPr>
        <w:jc w:val="right"/>
      </w:pPr>
      <w:r>
        <w:t>اور میں بالکل وہاں ایسے لگ گیا جیسے کوئی انوکھی بات کر رہا ہوں میں۔</w:t>
      </w:r>
    </w:p>
    <w:p>
      <w:r>
        <w:rPr>
          <w:b/>
        </w:rPr>
        <w:t xml:space="preserve">[18:04] </w:t>
      </w:r>
      <w:r>
        <w:t>us waqt mein ne kaha tha ke bar waqt musalman is ko jaante nahi hain ke India mein un</w:t>
      </w:r>
    </w:p>
    <w:p>
      <w:pPr>
        <w:jc w:val="right"/>
      </w:pPr>
      <w:r>
        <w:t>اس وقت میں نے کہا تھا کہ بروقت مسلمان اس کو جانتے نہیں ہیں کہ انڈیا میں ان</w:t>
      </w:r>
    </w:p>
    <w:p>
      <w:r>
        <w:rPr>
          <w:b/>
        </w:rPr>
        <w:t xml:space="preserve">[18:09] </w:t>
      </w:r>
      <w:r>
        <w:t>ke liye opportunity hai, lekin jab woh jaan lenge toh yeh musalman hero ban jayenge.</w:t>
      </w:r>
    </w:p>
    <w:p>
      <w:pPr>
        <w:jc w:val="right"/>
      </w:pPr>
      <w:r>
        <w:t>کے لیے اپرچونٹی ہے، لیکن جب وہ جان لیں گے تو یہ مسلمان ہیرو بن جائیں گے۔</w:t>
      </w:r>
    </w:p>
    <w:p>
      <w:r>
        <w:rPr>
          <w:b/>
        </w:rPr>
        <w:t xml:space="preserve">[18:14] </w:t>
      </w:r>
      <w:r>
        <w:t>us waqt mein ne kaha tha. Yeh baat</w:t>
      </w:r>
    </w:p>
    <w:p>
      <w:pPr>
        <w:jc w:val="right"/>
      </w:pPr>
      <w:r>
        <w:t>اس وقت میں نے کہا تھا۔ یہ بات</w:t>
      </w:r>
    </w:p>
    <w:p>
      <w:r>
        <w:rPr>
          <w:b/>
        </w:rPr>
        <w:t xml:space="preserve">[18:19] </w:t>
      </w:r>
      <w:r>
        <w:t>bohat pehle ki hai, shayad mein dilli nahi aaya tha, us se pehle ki baat hai. nahi, dilli aa chuka tha, lekin nizamuddin mein nahi aaya tha. yeh baat ghaleban hogi, yani 1970 ke aas paas ki. to mein ne us waqt yeh kaha tha ke musalman jab jaan lenge ke india mein un ke liye opportunity hai, to sab hero ban jayenge. aaj</w:t>
      </w:r>
    </w:p>
    <w:p>
      <w:pPr>
        <w:jc w:val="right"/>
      </w:pPr>
      <w:r>
        <w:t>بہت پہلے کی ہے، شاید میں دلی نہیں آیا تھا، اس سے پہلے کی بات ہے۔ نہیں، دلی آ چکا تھا، لیکن نظام الدین میں نہیں آیا تھا۔ یہ بات غالباً ہوگی، یعنی 1970 کے آس پاس کی۔ تو میں نے اس وقت یہ کہا تھا کہ مسلمان جب جان لیں گے کہ انڈیا میں ان کے لیے اپرچونٹی ہے، تو سب ہیرو بن جائیں گے۔ آج</w:t>
      </w:r>
    </w:p>
    <w:p>
      <w:r>
        <w:rPr>
          <w:b/>
        </w:rPr>
        <w:t xml:space="preserve">[18:49] </w:t>
      </w:r>
      <w:r>
        <w:t>Allah ke fazl se aap dekhiye, saare India mein musalman hero bane hue hain.</w:t>
      </w:r>
    </w:p>
    <w:p>
      <w:pPr>
        <w:jc w:val="right"/>
      </w:pPr>
      <w:r>
        <w:t>اللہ کے فضل سے آپ دیکھیے، سارے انڈیا میں مسلمان ہیرو بنے ہوئے ہیں۔</w:t>
      </w:r>
    </w:p>
    <w:p>
      <w:r>
        <w:rPr>
          <w:b/>
        </w:rPr>
        <w:t xml:space="preserve">[18:54] </w:t>
      </w:r>
      <w:r>
        <w:t>hero ka matlab yeh hai ke un ke paas khoob job mein dekhiye, jahan jaiye.</w:t>
      </w:r>
    </w:p>
    <w:p>
      <w:pPr>
        <w:jc w:val="right"/>
      </w:pPr>
      <w:r>
        <w:t>ہیرو کا معنی یہ ہے کہ ان کے پاس خوب جاب میں دیکھیے، جہاں جائیے۔</w:t>
      </w:r>
    </w:p>
    <w:p>
      <w:r>
        <w:rPr>
          <w:b/>
        </w:rPr>
        <w:t xml:space="preserve">[19:00] </w:t>
      </w:r>
      <w:r>
        <w:t>ek martaba mein gaya Rashid Bhawan mein, Rashid Pati Bhawan mein, wahan bhi musalman bohat se the.</w:t>
      </w:r>
    </w:p>
    <w:p>
      <w:pPr>
        <w:jc w:val="right"/>
      </w:pPr>
      <w:r>
        <w:t>ایک مرتبہ میں گیا راشد بھون میں، راشد پتی بھون میں، وہاں بھی مسلمان بہت سے تھے۔</w:t>
      </w:r>
    </w:p>
    <w:p>
      <w:r>
        <w:rPr>
          <w:b/>
        </w:rPr>
        <w:t xml:space="preserve">[19:05] </w:t>
      </w:r>
      <w:r>
        <w:t>yeh multinational companies mein jaata hoon toh wahan bhi musalman sab hain.</w:t>
      </w:r>
    </w:p>
    <w:p>
      <w:pPr>
        <w:jc w:val="right"/>
      </w:pPr>
      <w:r>
        <w:t>یہ ملٹی نیشنل کمپنیوں میں جاتا ہوں تو وہاں بھی مسلمان سب ہیں۔</w:t>
      </w:r>
    </w:p>
    <w:p>
      <w:r>
        <w:rPr>
          <w:b/>
        </w:rPr>
        <w:t xml:space="preserve">[19:10] </w:t>
      </w:r>
      <w:r>
        <w:t>airport mein jaata hoon toh wahan musalman hain.</w:t>
      </w:r>
    </w:p>
    <w:p>
      <w:pPr>
        <w:jc w:val="right"/>
      </w:pPr>
      <w:r>
        <w:t>ایئرپورٹ میں جاتا ہوں تو وہاں مسلمان ہیں۔</w:t>
      </w:r>
    </w:p>
    <w:p>
      <w:r>
        <w:rPr>
          <w:b/>
        </w:rPr>
        <w:t xml:space="preserve">[19:15] </w:t>
      </w:r>
      <w:r>
        <w:t>yaani har jagah musalman</w:t>
      </w:r>
    </w:p>
    <w:p>
      <w:pPr>
        <w:jc w:val="right"/>
      </w:pPr>
      <w:r>
        <w:t>یعنی ہر جگہ مسلمان</w:t>
      </w:r>
    </w:p>
    <w:p>
      <w:r>
        <w:rPr>
          <w:b/>
        </w:rPr>
        <w:t xml:space="preserve">[19:20] </w:t>
      </w:r>
      <w:r>
        <w:t>nazar aate hain.</w:t>
      </w:r>
    </w:p>
    <w:p>
      <w:pPr>
        <w:jc w:val="right"/>
      </w:pPr>
      <w:r>
        <w:t>نظر آتے ہیں۔</w:t>
      </w:r>
    </w:p>
    <w:p>
      <w:r>
        <w:rPr>
          <w:b/>
        </w:rPr>
        <w:t xml:space="preserve">[19:25] </w:t>
      </w:r>
      <w:r>
        <w:t>kyon hota yeh hai, dekhiye, ek musalman ka heera raha hai, iske aas paas mein doosre log hain.</w:t>
      </w:r>
    </w:p>
    <w:p>
      <w:pPr>
        <w:jc w:val="right"/>
      </w:pPr>
      <w:r>
        <w:t>کیوں ہوتا یہ ہے، دیکھیے، ایک مسلمان کا ہیرا رہا ہے، اس کے آس پاس میں دوسرے لوگ ہیں۔</w:t>
      </w:r>
    </w:p>
    <w:p>
      <w:r>
        <w:rPr>
          <w:b/>
        </w:rPr>
        <w:t xml:space="preserve">[19:29] </w:t>
      </w:r>
      <w:r>
        <w:t>to pata chala ke wahan ka ladka jo hai, usne padha, padh kar ke yeh kiya, woh</w:t>
      </w:r>
    </w:p>
    <w:p>
      <w:pPr>
        <w:jc w:val="right"/>
      </w:pPr>
      <w:r>
        <w:t>تو پتہ چلا کہ وہاں کا لڑکا جو ہے، اس نے پڑھا، پڑھ کر کے یہ کیا، وہ</w:t>
      </w:r>
    </w:p>
    <w:p>
      <w:r>
        <w:rPr>
          <w:b/>
        </w:rPr>
        <w:t xml:space="preserve">[19:34] </w:t>
      </w:r>
      <w:r>
        <w:t>kiya, aur ab is job ko pahunch gaya hai.</w:t>
      </w:r>
    </w:p>
    <w:p>
      <w:pPr>
        <w:jc w:val="right"/>
      </w:pPr>
      <w:r>
        <w:t>کیا، اور اب اس جاب کو پہنچ گیا ہے۔</w:t>
      </w:r>
    </w:p>
    <w:p>
      <w:r>
        <w:rPr>
          <w:b/>
        </w:rPr>
        <w:t xml:space="preserve">[19:38] </w:t>
      </w:r>
      <w:r>
        <w:t>woh to aadmi sochta hai ke yeh job to mein bhi kar sakta hoon.</w:t>
      </w:r>
    </w:p>
    <w:p>
      <w:pPr>
        <w:jc w:val="right"/>
      </w:pPr>
      <w:r>
        <w:t>وہ تو آدمی سوچتا ہے کہ یہ جاب تو میں بھی کر سکتا ہوں۔</w:t>
      </w:r>
    </w:p>
    <w:p>
      <w:r>
        <w:rPr>
          <w:b/>
        </w:rPr>
        <w:t xml:space="preserve">[19:43] </w:t>
      </w:r>
      <w:r>
        <w:t>aas paas ke logon ko dekh kar ke ke iske paas car nahin thi, ab car ho</w:t>
      </w:r>
    </w:p>
    <w:p>
      <w:pPr>
        <w:jc w:val="right"/>
      </w:pPr>
      <w:r>
        <w:t>آس پاس کے لوگوں کو دیکھ کر کے کہ اس کے پاس کار نہیں تھی، اب کار ہو</w:t>
      </w:r>
    </w:p>
    <w:p>
      <w:r>
        <w:rPr>
          <w:b/>
        </w:rPr>
        <w:t xml:space="preserve">[19:47] </w:t>
      </w:r>
      <w:r>
        <w:t>gayi, iske paas ghar nahin tha, ab ghar ho gaya, to mein bhi kar sakta hoon aisa.</w:t>
      </w:r>
    </w:p>
    <w:p>
      <w:pPr>
        <w:jc w:val="right"/>
      </w:pPr>
      <w:r>
        <w:t>گئی، اس کے پاس گھر نہیں تھا، اب گھر ہو گیا، تو میں بھی کر سکتا ہوں ایسا۔</w:t>
      </w:r>
    </w:p>
    <w:p>
      <w:r>
        <w:rPr>
          <w:b/>
        </w:rPr>
        <w:t xml:space="preserve">[19:51] </w:t>
      </w:r>
      <w:r>
        <w:t>to yeh jo situation hai, yeh jo halaat hain, woh batate hain ke aage barho, aage barho, aage barho. yeh hua, yeh process chalta raha. aur ab halat yeh hai ke mislan mein apna tajruba batata hoon ke mein 1967 mein dilli aaya tha. yahan 1967 se mein dilli mein hoon. us waqt mujhe yaad hai ke masjidon mein jab mein namaz parhne jata tha</w:t>
      </w:r>
    </w:p>
    <w:p>
      <w:pPr>
        <w:jc w:val="right"/>
      </w:pPr>
      <w:r>
        <w:t>تو یہ جو سچویشن ہے، یہ جو حالات ہیں، وہ بتاتے ہیں کہ آگے بڑھو، آگے بڑھو، آگے بڑھو۔ یہ ہوا، یہ پراسیس چلتا رہا۔ اور اب حالت یہ ہے کہ مثلاً میں اپنا تجربہ بتاتا ہوں کہ میں 1967 میں دلی آیا تھا۔ یہاں 1967 سے میں دلی میں ہوں۔ اس وقت مجھے یاد ہے کہ مسجدوں میں جب میں نماز پڑھنے جاتا تھا</w:t>
      </w:r>
    </w:p>
    <w:p>
      <w:r>
        <w:rPr>
          <w:b/>
        </w:rPr>
        <w:t xml:space="preserve">[20:21] </w:t>
      </w:r>
      <w:r>
        <w:t>, juma ke din, to ek bhi car nahin hoti thi.</w:t>
      </w:r>
    </w:p>
    <w:p>
      <w:pPr>
        <w:jc w:val="right"/>
      </w:pPr>
      <w:r>
        <w:t>، جمعہ کے دن، تو ایک بھی کار نہیں ہوتی تھی۔</w:t>
      </w:r>
    </w:p>
    <w:p>
      <w:r>
        <w:rPr>
          <w:b/>
        </w:rPr>
        <w:t xml:space="preserve">[20:25] </w:t>
      </w:r>
      <w:r>
        <w:t>eidgah mein ek car nahin hoti thi.</w:t>
      </w:r>
    </w:p>
    <w:p>
      <w:pPr>
        <w:jc w:val="right"/>
      </w:pPr>
      <w:r>
        <w:t>عید گاہ میں ایک کار نہیں ہوتی تھی۔</w:t>
      </w:r>
    </w:p>
    <w:p>
      <w:r>
        <w:rPr>
          <w:b/>
        </w:rPr>
        <w:t xml:space="preserve">[20:28] </w:t>
      </w:r>
      <w:r>
        <w:t>eid ki namaz mein jata tha to ek car nahin.</w:t>
      </w:r>
    </w:p>
    <w:p>
      <w:pPr>
        <w:jc w:val="right"/>
      </w:pPr>
      <w:r>
        <w:t>عید کی نماز میں جاتا تھا تو ایک کار نہیں۔</w:t>
      </w:r>
    </w:p>
    <w:p>
      <w:r>
        <w:rPr>
          <w:b/>
        </w:rPr>
        <w:t xml:space="preserve">[20:31] </w:t>
      </w:r>
      <w:r>
        <w:t>juma ki namaz padhne jata tha to ek car nahin.</w:t>
      </w:r>
    </w:p>
    <w:p>
      <w:pPr>
        <w:jc w:val="right"/>
      </w:pPr>
      <w:r>
        <w:t>جمعہ کی نماز پڑھنے جاتا تھا تو ایک کار نہیں۔</w:t>
      </w:r>
    </w:p>
    <w:p>
      <w:r>
        <w:rPr>
          <w:b/>
        </w:rPr>
        <w:t xml:space="preserve">[20:35] </w:t>
      </w:r>
      <w:r>
        <w:t>aaj caron ki bheed hai.</w:t>
      </w:r>
    </w:p>
    <w:p>
      <w:pPr>
        <w:jc w:val="right"/>
      </w:pPr>
      <w:r>
        <w:t>آج کاروں کی بھیڑ ہے۔</w:t>
      </w:r>
    </w:p>
    <w:p>
      <w:r>
        <w:rPr>
          <w:b/>
        </w:rPr>
        <w:t xml:space="preserve">[20:38] </w:t>
      </w:r>
      <w:r>
        <w:t>juma, juma ke liye wahan log aate hain, car mein baith kar ke.</w:t>
      </w:r>
    </w:p>
    <w:p>
      <w:pPr>
        <w:jc w:val="right"/>
      </w:pPr>
      <w:r>
        <w:t>جمعہ، جمعہ کے لیے وہاں لوگ آتے ہیں، کار میں بیٹھ کر کے۔</w:t>
      </w:r>
    </w:p>
    <w:p>
      <w:r>
        <w:rPr>
          <w:b/>
        </w:rPr>
        <w:t xml:space="preserve">[20:42] </w:t>
      </w:r>
      <w:r>
        <w:t>eid ke liye log aate hain, car mein baith kar ke.</w:t>
      </w:r>
    </w:p>
    <w:p>
      <w:pPr>
        <w:jc w:val="right"/>
      </w:pPr>
      <w:r>
        <w:t>عید کے لیے لوگ آتے ہیں، کار میں بیٹھ کر کے۔</w:t>
      </w:r>
    </w:p>
    <w:p>
      <w:r>
        <w:rPr>
          <w:b/>
        </w:rPr>
        <w:t xml:space="preserve">[20:45] </w:t>
      </w:r>
      <w:r>
        <w:t>to itni muddat mein itna badh gaye log.</w:t>
      </w:r>
    </w:p>
    <w:p>
      <w:pPr>
        <w:jc w:val="right"/>
      </w:pPr>
      <w:r>
        <w:t>تو اتنی مدت میں اتنا بڑھ گئے لوگ۔</w:t>
      </w:r>
    </w:p>
    <w:p>
      <w:r>
        <w:rPr>
          <w:b/>
        </w:rPr>
        <w:t xml:space="preserve">[20:48] </w:t>
      </w:r>
      <w:r>
        <w:t>khud is call</w:t>
      </w:r>
    </w:p>
    <w:p>
      <w:pPr>
        <w:jc w:val="right"/>
      </w:pPr>
      <w:r>
        <w:t>خود اس کال</w:t>
      </w:r>
    </w:p>
    <w:p>
      <w:r>
        <w:rPr>
          <w:b/>
        </w:rPr>
        <w:t xml:space="preserve">[20:52] </w:t>
      </w:r>
      <w:r>
        <w:t>ony mein jab aaya tha, 1980 ke lag bhag zamane mein, to koi musalman nahi tha yahan. shayad aik adha rahe hon, sab hindu log the. yahan tak ke jab mein purani dilli ko chhod kar yahan aane wala tha to kuch musalmanon ne mujh se kaha ke wahan kahan jaane, wahan to sab musalman hain, wahan maar dalenge aap ko. yeh halat thi. aaj nizamuddin west jo hai, us mein majority musalmanon ki hai. s</w:t>
      </w:r>
    </w:p>
    <w:p>
      <w:pPr>
        <w:jc w:val="right"/>
      </w:pPr>
      <w:r>
        <w:t>ونی میں جب آیا تھا، 1980 کے لگ بھگ زمانے میں، تو کوئی مسلمان نہیں تھا یہاں۔ شاید ایک ادھ رہے ہوں، سب ہندو لوگ تھے۔ یہاں تک کہ جب میں پرانی دلی کو چھوڑ کر یہاں آنے والا تھا تو کچھ مسلمانوں نے مجھ سے کہا کہ وہاں کہاں جانے، وہاں تو سب مسلمان ہیں، وہاں مار ڈالیں گے آپ کو۔ یہ حالت تھی۔ آج نظام الدین ویسٹ جو ہے، اس میں میجورٹی مسلمانوں کی ہے۔ ایس</w:t>
      </w:r>
    </w:p>
    <w:p>
      <w:r>
        <w:rPr>
          <w:b/>
        </w:rPr>
        <w:t xml:space="preserve">[21:22] </w:t>
      </w:r>
      <w:r>
        <w:t>e hi india mein jahan bhi jaiye aap. hyderabad jab mein pehli baar gaya tha, azadi ke baad, to train se gaya tha. station par sab rickshaw wale khade the, bohat sare. baharhal, sab musalman hain yeh. musalman hain yeh. yeh baat hai 1948 ki. ab mein jata hoon to chahe railway se jaon ya hawai jahaz se jaon, wahan par caron ki bheed lagi rah</w:t>
      </w:r>
    </w:p>
    <w:p>
      <w:pPr>
        <w:jc w:val="right"/>
      </w:pPr>
      <w:r>
        <w:t>ے ہی انڈیا میں جہاں بھی جائیے آپ۔ حیدرآباد جب میں پہلی بار گیا تھا، آزادی کے بعد، تو ٹرین سے گیا تھا۔ اسٹیشن پر سب رکشہ والے کھڑے تھے، بہت سارے۔ بہرحال، سب مسلمان ہیں یہ۔ مسلمان ہیں یہ۔ یہ بات ہے 1948 کی۔ اب میں جاتا ہوں تو چاہے ریلوے سے جاؤں یا ہوائی جہاز سے جاؤں، وہاں پر کاروں کی بھیڑ لگی رہ</w:t>
      </w:r>
    </w:p>
    <w:p>
      <w:r>
        <w:rPr>
          <w:b/>
        </w:rPr>
        <w:t xml:space="preserve">[21:52] </w:t>
      </w:r>
      <w:r>
        <w:t>ti hai.</w:t>
      </w:r>
    </w:p>
    <w:p>
      <w:pPr>
        <w:jc w:val="right"/>
      </w:pPr>
      <w:r>
        <w:t>تی ہے۔</w:t>
      </w:r>
    </w:p>
    <w:p>
      <w:r>
        <w:rPr>
          <w:b/>
        </w:rPr>
        <w:t xml:space="preserve">[21:55] </w:t>
      </w:r>
      <w:r>
        <w:t>musalmanon ki car.</w:t>
      </w:r>
    </w:p>
    <w:p>
      <w:pPr>
        <w:jc w:val="right"/>
      </w:pPr>
      <w:r>
        <w:t>مسلمانوں کی کار۔</w:t>
      </w:r>
    </w:p>
    <w:p>
      <w:r>
        <w:rPr>
          <w:b/>
        </w:rPr>
        <w:t xml:space="preserve">[21:59] </w:t>
      </w:r>
      <w:r>
        <w:t>to yeh, yeh jo hai, yani halaat ne musalmanon ko creative bana diya.</w:t>
      </w:r>
    </w:p>
    <w:p>
      <w:pPr>
        <w:jc w:val="right"/>
      </w:pPr>
      <w:r>
        <w:t>تو یہ، یہ جو ہے، یعنی حالات نے مسلمانوں کو کریٹیو بنا دیا۔</w:t>
      </w:r>
    </w:p>
    <w:p>
      <w:r>
        <w:rPr>
          <w:b/>
        </w:rPr>
        <w:t xml:space="preserve">[22:03] </w:t>
      </w:r>
      <w:r>
        <w:t>halaat ne musalmanon ko sikhaya ke tum bhi aage badh sakte ho, tum bhi ghar bana sakte ho,</w:t>
      </w:r>
    </w:p>
    <w:p>
      <w:pPr>
        <w:jc w:val="right"/>
      </w:pPr>
      <w:r>
        <w:t>حالات نے مسلمانوں کو سکھایا کہ تم بھی آگے بڑھ سکتے ہو، تم بھی گھر بنا سکتے ہو،</w:t>
      </w:r>
    </w:p>
    <w:p>
      <w:r>
        <w:rPr>
          <w:b/>
        </w:rPr>
        <w:t xml:space="preserve">[22:07] </w:t>
      </w:r>
      <w:r>
        <w:t>tum bhi job le sakte ho.</w:t>
      </w:r>
    </w:p>
    <w:p>
      <w:pPr>
        <w:jc w:val="right"/>
      </w:pPr>
      <w:r>
        <w:t>تم بھی جاب لے سکتے ہو۔</w:t>
      </w:r>
    </w:p>
    <w:p>
      <w:r>
        <w:rPr>
          <w:b/>
        </w:rPr>
        <w:t xml:space="preserve">[22:10] </w:t>
      </w:r>
      <w:r>
        <w:t>to yeh poore india mein yeh hai ke musalman tezi se aage badh rahe hain, tezi se aage</w:t>
      </w:r>
    </w:p>
    <w:p>
      <w:pPr>
        <w:jc w:val="right"/>
      </w:pPr>
      <w:r>
        <w:t>تو یہ پورے انڈیا میں یہ ہے کہ مسلمان تیزی سے آگے بڑھ رہے ہیں، تیزی سے آگے</w:t>
      </w:r>
    </w:p>
    <w:p>
      <w:r>
        <w:rPr>
          <w:b/>
        </w:rPr>
        <w:t xml:space="preserve">[22:14] </w:t>
      </w:r>
      <w:r>
        <w:t>badh rahe hain.</w:t>
      </w:r>
    </w:p>
    <w:p>
      <w:pPr>
        <w:jc w:val="right"/>
      </w:pPr>
      <w:r>
        <w:t>بڑھ رہے ہیں۔</w:t>
      </w:r>
    </w:p>
    <w:p>
      <w:r>
        <w:rPr>
          <w:b/>
        </w:rPr>
        <w:t xml:space="preserve">[22:18] </w:t>
      </w:r>
      <w:r>
        <w:t>to yeh to</w:t>
      </w:r>
    </w:p>
    <w:p>
      <w:pPr>
        <w:jc w:val="right"/>
      </w:pPr>
      <w:r>
        <w:t>تو یہ تو</w:t>
      </w:r>
    </w:p>
    <w:p>
      <w:r>
        <w:rPr>
          <w:b/>
        </w:rPr>
        <w:t xml:space="preserve">[22:22] </w:t>
      </w:r>
      <w:r>
        <w:t>baat hai, yani aik economy ke lehaz se, maeeshat ke lehaz se. to mera andaza yeh hai ke musalman jo hain, us waqt asal masla yeh hai ke hamare leaderon ko pata nahi in baaton ka. woh abhi bhi shikayat ki boli bolte hain. yani halaat jo hain, halaat keh rahe hain ke aage barho. jaise barish hui aur sabza uga, to halaat keh rahe hain</w:t>
      </w:r>
    </w:p>
    <w:p>
      <w:pPr>
        <w:jc w:val="right"/>
      </w:pPr>
      <w:r>
        <w:t>بات ہے، یعنی ایک اکانومی کے لحاظ سے، معاشیات کے لحاظ سے۔ تو میرا اندازہ یہ ہے کہ مسلمان جو ہیں، اس وقت اصل مسئلہ یہ ہے کہ ہمارے لیڈروں کو پتہ نہیں ان باتوں کا۔ وہ ابھی بھی شکایت کی بولی بولتے ہیں۔ یعنی حالات جو ہیں، حالات کہہ رہے ہیں کہ آگے بڑھو۔ جیسے بارش ہوئی اور سبزہ اگا، تو حالات کہہ رہے ہیں</w:t>
      </w:r>
    </w:p>
    <w:p>
      <w:r>
        <w:rPr>
          <w:b/>
        </w:rPr>
        <w:t xml:space="preserve">[22:52] </w:t>
      </w:r>
      <w:r>
        <w:t>ke aye kisan, kisan ja apne khet mein aur fasal ki tayari kar. aur kisan keh raha hai yeh to kuch hone wala nahi hai. woh aisi halat hai. us waqt musalmanon ka sab se bara masla india ke halaat nahi hain. india ke muslim leader hain jo taqreeban sab ke sab maeeshati boli bolte hain. jitne parche musalmanon ke hain, saare parche maeeshati boli bolte hain. ab dekhiye</w:t>
      </w:r>
    </w:p>
    <w:p>
      <w:pPr>
        <w:jc w:val="right"/>
      </w:pPr>
      <w:r>
        <w:t>کہ اے کسان، کسان جا اپنے کھیت میں اور فصل کی تیاری کر۔ اور کسان کہہ رہا ہے یہ تو کچھ ہونے والا نہیں ہے۔ وہ ایسی حالت ہے۔ اس وقت مسلمانوں کا سب سے بڑا مسئلہ انڈیا کے حالات نہیں ہیں۔ انڈیا کے مسلم لیڈر ہیں جو تقریباً سب کے سب معیشتی بولی بولتے ہیں۔ جتنے پرچے مسلمانوں کے ہیں، سارے پرچے معیشتی بولی بولتے ہیں۔ اب دیکھیے</w:t>
      </w:r>
    </w:p>
    <w:p>
      <w:r>
        <w:rPr>
          <w:b/>
        </w:rPr>
        <w:t xml:space="preserve">[23:22] </w:t>
      </w:r>
      <w:r>
        <w:t>, kal ki baat hai, kal bombay se ek sahib aaye the jo wahan ek bahut hi bada</w:t>
      </w:r>
    </w:p>
    <w:p>
      <w:pPr>
        <w:jc w:val="right"/>
      </w:pPr>
      <w:r>
        <w:t>، کل کی بات ہے، کل بمبئی سے ایک صاحب آئے تھے جو وہاں ایک بہت ہی بڑا</w:t>
      </w:r>
    </w:p>
    <w:p>
      <w:r>
        <w:rPr>
          <w:b/>
        </w:rPr>
        <w:t xml:space="preserve">[23:27] </w:t>
      </w:r>
      <w:r>
        <w:t>adarah hai musalmanon ka, jo deyrh saal se qaaim hai.</w:t>
      </w:r>
    </w:p>
    <w:p>
      <w:pPr>
        <w:jc w:val="right"/>
      </w:pPr>
      <w:r>
        <w:t>ادارہ ہے مسلمانوں کا، جو ڈیڑھ سال سے قائم ہے۔</w:t>
      </w:r>
    </w:p>
    <w:p>
      <w:r>
        <w:rPr>
          <w:b/>
        </w:rPr>
        <w:t xml:space="preserve">[23:32] </w:t>
      </w:r>
      <w:r>
        <w:t>is ke 95 school chal rahe hain, school college.</w:t>
      </w:r>
    </w:p>
    <w:p>
      <w:pPr>
        <w:jc w:val="right"/>
      </w:pPr>
      <w:r>
        <w:t>اس کے 95 اسکول چل رہے ہیں، اسکول کالج۔</w:t>
      </w:r>
    </w:p>
    <w:p>
      <w:r>
        <w:rPr>
          <w:b/>
        </w:rPr>
        <w:t xml:space="preserve">[23:37] </w:t>
      </w:r>
      <w:r>
        <w:t>95 school college chal rahe hain in ke.</w:t>
      </w:r>
    </w:p>
    <w:p>
      <w:pPr>
        <w:jc w:val="right"/>
      </w:pPr>
      <w:r>
        <w:t>95 اسکول کالج چل رہے ہیں ان کے۔</w:t>
      </w:r>
    </w:p>
    <w:p>
      <w:r>
        <w:rPr>
          <w:b/>
        </w:rPr>
        <w:t xml:space="preserve">[23:42] </w:t>
      </w:r>
      <w:r>
        <w:t>to unhon ne bataya ke hum aik naya college bana rahe hain, shayad medical college bataya unhon ne kuch.</w:t>
      </w:r>
    </w:p>
    <w:p>
      <w:pPr>
        <w:jc w:val="right"/>
      </w:pPr>
      <w:r>
        <w:t>تو انہوں نے بتایا کہ ہم ایک نیا کالج بنا رہے ہیں، شاید میڈیکل کالج بتایا انہوں نے کچھ۔</w:t>
      </w:r>
    </w:p>
    <w:p>
      <w:r>
        <w:rPr>
          <w:b/>
        </w:rPr>
        <w:t xml:space="preserve">[23:47] </w:t>
      </w:r>
      <w:r>
        <w:t>is mein aik</w:t>
      </w:r>
    </w:p>
    <w:p>
      <w:pPr>
        <w:jc w:val="right"/>
      </w:pPr>
      <w:r>
        <w:t>اس میں ایک</w:t>
      </w:r>
    </w:p>
    <w:p>
      <w:r>
        <w:rPr>
          <w:b/>
        </w:rPr>
        <w:t xml:space="preserve">[23:52] </w:t>
      </w:r>
      <w:r>
        <w:t>hindu ne 60 crore rupay ka donation diya hai bombay mein.</w:t>
      </w:r>
    </w:p>
    <w:p>
      <w:pPr>
        <w:jc w:val="right"/>
      </w:pPr>
      <w:r>
        <w:t>ہندو نے 60 کروڑ روپے کا ڈونیشن دیا ہے بمبے میں۔</w:t>
      </w:r>
    </w:p>
    <w:p>
      <w:r>
        <w:rPr>
          <w:b/>
        </w:rPr>
        <w:t xml:space="preserve">[23:56] </w:t>
      </w:r>
      <w:r>
        <w:t>lekin yeh khabar mein ne kisi musalman perche mein nahi parhi.</w:t>
      </w:r>
    </w:p>
    <w:p>
      <w:pPr>
        <w:jc w:val="right"/>
      </w:pPr>
      <w:r>
        <w:t>لیکن یہ خبر میں نے کسی مسلمان پرچے میں نہیں پڑھی۔</w:t>
      </w:r>
    </w:p>
    <w:p>
      <w:r>
        <w:rPr>
          <w:b/>
        </w:rPr>
        <w:t xml:space="preserve">[24:01] </w:t>
      </w:r>
      <w:r>
        <w:t>wo chairman sahib jo aaye thay, unhon ne bataya to maloom hua.</w:t>
      </w:r>
    </w:p>
    <w:p>
      <w:pPr>
        <w:jc w:val="right"/>
      </w:pPr>
      <w:r>
        <w:t>وہ چیئرمین صاحب جو آئے تھے، انہوں نے بتایا تو معلوم ہوا۔</w:t>
      </w:r>
    </w:p>
    <w:p>
      <w:r>
        <w:rPr>
          <w:b/>
        </w:rPr>
        <w:t xml:space="preserve">[24:05] </w:t>
      </w:r>
      <w:r>
        <w:t>aisi khabrein nahi aati hamare perchon mein.</w:t>
      </w:r>
    </w:p>
    <w:p>
      <w:pPr>
        <w:jc w:val="right"/>
      </w:pPr>
      <w:r>
        <w:t>ایسی خبریں نہیں آتی ہمارے پرچوں میں۔</w:t>
      </w:r>
    </w:p>
    <w:p>
      <w:r>
        <w:rPr>
          <w:b/>
        </w:rPr>
        <w:t xml:space="preserve">[24:10] </w:t>
      </w:r>
      <w:r>
        <w:t>hamare perchon mein aati hain kya? negative khabrein, negative.</w:t>
      </w:r>
    </w:p>
    <w:p>
      <w:pPr>
        <w:jc w:val="right"/>
      </w:pPr>
      <w:r>
        <w:t>ہمارے پرچوں میں آتی ہیں کیا؟ نیگیٹیو خبریں، نیگیٹیو۔</w:t>
      </w:r>
    </w:p>
    <w:p>
      <w:r>
        <w:rPr>
          <w:b/>
        </w:rPr>
        <w:t xml:space="preserve">[24:14] </w:t>
      </w:r>
      <w:r>
        <w:t>dhoond dhoond ke dhoondte hain, dhoond dhoond ke laate hain koi na koi khabar.</w:t>
      </w:r>
    </w:p>
    <w:p>
      <w:pPr>
        <w:jc w:val="right"/>
      </w:pPr>
      <w:r>
        <w:t>ڈھونڈ ڈھونڈ کے ڈھونڈتے ہیں، ڈھونڈ ڈھونڈ کے لاتے ہیں کوئی نہ کوئی خبر۔</w:t>
      </w:r>
    </w:p>
    <w:p>
      <w:r>
        <w:rPr>
          <w:b/>
        </w:rPr>
        <w:t xml:space="preserve">[24:19] </w:t>
      </w:r>
      <w:r>
        <w:t>aur positive khabrein woh chhapte nahi.</w:t>
      </w:r>
    </w:p>
    <w:p>
      <w:pPr>
        <w:jc w:val="right"/>
      </w:pPr>
      <w:r>
        <w:t>اور پازیٹو خبریں وہ چھاپتے نہیں۔</w:t>
      </w:r>
    </w:p>
    <w:p>
      <w:r>
        <w:rPr>
          <w:b/>
        </w:rPr>
        <w:t xml:space="preserve">[24:23] </w:t>
      </w:r>
      <w:r>
        <w:t>to us waqt musalmanon ka jo masla hai, woh un ke yani incompetent leadership. jahan tak halaat ka ta'alluq hai, halaat to bilkul musalmanon ke favor mein ho chuke hain, aur is se musalmanon ko faida bhi ho raha hai. yeh pehlu hai, yani economic ke aitbar se, maeeshat ke aitbar se. ab doosra, doosri pehlu ko lejeye. to kisi community ke liye pehli baat</w:t>
      </w:r>
    </w:p>
    <w:p>
      <w:pPr>
        <w:jc w:val="right"/>
      </w:pPr>
      <w:r>
        <w:t>تو اس وقت مسلمانوں کا جو مسئلہ ہے، وہ ان کے یعنی انکمپیٹنٹ لیڈرشپ۔ جہاں تک حالات کا تعلق ہے، حالات تو بالکل مسلمانوں کے فیور میں ہو چکے ہیں، اور اس سے مسلمانوں کو فائدہ بھی ہو رہا ہے۔ یہ پہلو ہے، یعنی اکنامک کے اعتبار سے، معاشیات کے اعتبار سے۔ اب دوسرا، دوسری پہلو کو لیجئے۔ تو کسی کمیونٹی کے لیے پہلی بات</w:t>
      </w:r>
    </w:p>
    <w:p>
      <w:r>
        <w:rPr>
          <w:b/>
        </w:rPr>
        <w:t xml:space="preserve">[24:53] </w:t>
      </w:r>
      <w:r>
        <w:t>yeh hai ke is ko aik maeeshiyati buniyad mile, economic base, economic base mile.</w:t>
      </w:r>
    </w:p>
    <w:p>
      <w:pPr>
        <w:jc w:val="right"/>
      </w:pPr>
      <w:r>
        <w:t>یہ ہے کہ اس کو ایک معاشیاتی بنیاد ملے، اکانومک بیس، اکانومک بیس ملے۔</w:t>
      </w:r>
    </w:p>
    <w:p>
      <w:r>
        <w:rPr>
          <w:b/>
        </w:rPr>
        <w:t xml:space="preserve">[24:58] </w:t>
      </w:r>
      <w:r>
        <w:t>yeh pehli cheez hai.</w:t>
      </w:r>
    </w:p>
    <w:p>
      <w:pPr>
        <w:jc w:val="right"/>
      </w:pPr>
      <w:r>
        <w:t>یہ پہلی چیز ہے۔</w:t>
      </w:r>
    </w:p>
    <w:p>
      <w:r>
        <w:rPr>
          <w:b/>
        </w:rPr>
        <w:t xml:space="preserve">[25:02] </w:t>
      </w:r>
      <w:r>
        <w:t>yani is ke paas ghar ho, is ke bachon ke taleem ke liye kharch ho, economic base.</w:t>
      </w:r>
    </w:p>
    <w:p>
      <w:pPr>
        <w:jc w:val="right"/>
      </w:pPr>
      <w:r>
        <w:t>یعنی اس کے پاس گھر ہو، اس کے بچوں کے تعلیم کے لیے خرچ ہو، اکانومک بیس۔</w:t>
      </w:r>
    </w:p>
    <w:p>
      <w:r>
        <w:rPr>
          <w:b/>
        </w:rPr>
        <w:t xml:space="preserve">[25:06] </w:t>
      </w:r>
      <w:r>
        <w:t>yeh already musalmanon ko India mein mil chuka hai.</w:t>
      </w:r>
    </w:p>
    <w:p>
      <w:pPr>
        <w:jc w:val="right"/>
      </w:pPr>
      <w:r>
        <w:t>یہ الریڈی مسلمانوں کو انڈیا میں مل چکا ہے۔</w:t>
      </w:r>
    </w:p>
    <w:p>
      <w:r>
        <w:rPr>
          <w:b/>
        </w:rPr>
        <w:t xml:space="preserve">[25:11] </w:t>
      </w:r>
      <w:r>
        <w:t>yani jo pehla stage hai, woh already ho chuka hai ke musalmanon ko economic base is mulk mein</w:t>
      </w:r>
    </w:p>
    <w:p>
      <w:pPr>
        <w:jc w:val="right"/>
      </w:pPr>
      <w:r>
        <w:t>یعنی جو پہلا اسٹیج ہے، وہ الریڈی ہو چکا ہے کہ مسلمانوں کو اکنامک بیس اس ملک میں</w:t>
      </w:r>
    </w:p>
    <w:p>
      <w:r>
        <w:rPr>
          <w:b/>
        </w:rPr>
        <w:t xml:space="preserve">[25:15] </w:t>
      </w:r>
      <w:r>
        <w:t>mil chuki hai.</w:t>
      </w:r>
    </w:p>
    <w:p>
      <w:pPr>
        <w:jc w:val="right"/>
      </w:pPr>
      <w:r>
        <w:t>مل چکی ہے۔</w:t>
      </w:r>
    </w:p>
    <w:p>
      <w:r>
        <w:rPr>
          <w:b/>
        </w:rPr>
        <w:t xml:space="preserve">[25:19] </w:t>
      </w:r>
      <w:r>
        <w:t>in ke paas ghar hai, in ke</w:t>
      </w:r>
    </w:p>
    <w:p>
      <w:pPr>
        <w:jc w:val="right"/>
      </w:pPr>
      <w:r>
        <w:t>ان کے پاس گھر ہے، ان کے</w:t>
      </w:r>
    </w:p>
    <w:p>
      <w:r>
        <w:rPr>
          <w:b/>
        </w:rPr>
        <w:t xml:space="preserve">[25:23] </w:t>
      </w:r>
      <w:r>
        <w:t>paas job hai, in ke bachay parh rahe hain, yeh sab ho raha hai.</w:t>
      </w:r>
    </w:p>
    <w:p>
      <w:pPr>
        <w:jc w:val="right"/>
      </w:pPr>
      <w:r>
        <w:t>پاس جاب ہے، ان کے بچے پڑھ رہے ہیں، یہ سب ہو رہا ہے۔</w:t>
      </w:r>
    </w:p>
    <w:p>
      <w:r>
        <w:rPr>
          <w:b/>
        </w:rPr>
        <w:t xml:space="preserve">[25:29] </w:t>
      </w:r>
      <w:r>
        <w:t>ab doosra, ab doosra stage hai.</w:t>
      </w:r>
    </w:p>
    <w:p>
      <w:pPr>
        <w:jc w:val="right"/>
      </w:pPr>
      <w:r>
        <w:t>اب دوسرا، اب دوسرا اسٹیج ہے۔</w:t>
      </w:r>
    </w:p>
    <w:p>
      <w:r>
        <w:rPr>
          <w:b/>
        </w:rPr>
        <w:t xml:space="preserve">[25:35] </w:t>
      </w:r>
      <w:r>
        <w:t>doosra stage hai taleem ka, education ka.</w:t>
      </w:r>
    </w:p>
    <w:p>
      <w:pPr>
        <w:jc w:val="right"/>
      </w:pPr>
      <w:r>
        <w:t>دوسرا اسٹیج ہے تعلیم کا، ایجوکیشن کا۔</w:t>
      </w:r>
    </w:p>
    <w:p>
      <w:r>
        <w:rPr>
          <w:b/>
        </w:rPr>
        <w:t xml:space="preserve">[25:41] </w:t>
      </w:r>
      <w:r>
        <w:t>to ab musalman bari tadad mein aa rahe hain education mein. har jagah.</w:t>
      </w:r>
    </w:p>
    <w:p>
      <w:pPr>
        <w:jc w:val="right"/>
      </w:pPr>
      <w:r>
        <w:t>تو اب مسلمان بڑی تعداد میں آ رہے ہیں ایجوکیشن میں۔ ہر جگہ۔</w:t>
      </w:r>
    </w:p>
    <w:p>
      <w:r>
        <w:rPr>
          <w:b/>
        </w:rPr>
        <w:t xml:space="preserve">[25:47] </w:t>
      </w:r>
      <w:r>
        <w:t>education ki importance kya hai? education aadmi ko bashaoor banata hai. yani intellect</w:t>
      </w:r>
    </w:p>
    <w:p>
      <w:pPr>
        <w:jc w:val="right"/>
      </w:pPr>
      <w:r>
        <w:t>ایجوکیشن کی امپورٹنس کیا ہے؟ ایجوکیشن آدمی کو باشعور بناتا ہے۔ یعنی انٹلیکچ</w:t>
      </w:r>
    </w:p>
    <w:p>
      <w:r>
        <w:rPr>
          <w:b/>
        </w:rPr>
        <w:t xml:space="preserve">[25:53] </w:t>
      </w:r>
      <w:r>
        <w:t>ual development lata hai is ke andar.</w:t>
      </w:r>
    </w:p>
    <w:p>
      <w:pPr>
        <w:jc w:val="right"/>
      </w:pPr>
      <w:r>
        <w:t>ول ڈیولپمنٹ لاتا ہے اس کے اندر۔</w:t>
      </w:r>
    </w:p>
    <w:p>
      <w:r>
        <w:rPr>
          <w:b/>
        </w:rPr>
        <w:t xml:space="preserve">[25:59] </w:t>
      </w:r>
      <w:r>
        <w:t>sochne ki taqat aati hai.</w:t>
      </w:r>
    </w:p>
    <w:p>
      <w:pPr>
        <w:jc w:val="right"/>
      </w:pPr>
      <w:r>
        <w:t>سوچنے کی طاقت آتی ہے۔</w:t>
      </w:r>
    </w:p>
    <w:p>
      <w:r>
        <w:rPr>
          <w:b/>
        </w:rPr>
        <w:t xml:space="preserve">[26:04] </w:t>
      </w:r>
      <w:r>
        <w:t>education ka sab se bara role yeh nahi ke aap ko job mil jata hai.</w:t>
      </w:r>
    </w:p>
    <w:p>
      <w:pPr>
        <w:jc w:val="right"/>
      </w:pPr>
      <w:r>
        <w:t>ایجوکیشن کا سب سے بڑا رول یہ نہیں کہ آپ کو جاب مل جاتا ہے۔</w:t>
      </w:r>
    </w:p>
    <w:p>
      <w:r>
        <w:rPr>
          <w:b/>
        </w:rPr>
        <w:t xml:space="preserve">[26:09] </w:t>
      </w:r>
      <w:r>
        <w:t>wo secondary baat hai.</w:t>
      </w:r>
    </w:p>
    <w:p>
      <w:pPr>
        <w:jc w:val="right"/>
      </w:pPr>
      <w:r>
        <w:t>وہ سیکنڈری بات ہے۔</w:t>
      </w:r>
    </w:p>
    <w:p>
      <w:r>
        <w:rPr>
          <w:b/>
        </w:rPr>
        <w:t xml:space="preserve">[26:14] </w:t>
      </w:r>
      <w:r>
        <w:t>education ka sab se bara role yeh hai ke wo aap ko batata hai ke how to think.</w:t>
      </w:r>
    </w:p>
    <w:p>
      <w:pPr>
        <w:jc w:val="right"/>
      </w:pPr>
      <w:r>
        <w:t>ایجوکیشن کا سب سے بڑا رول یہ ہے کہ وہ آپ کو بتاتا ہے کہ ہاؤ ٹو تھنک۔</w:t>
      </w:r>
    </w:p>
    <w:p>
      <w:r>
        <w:rPr>
          <w:b/>
        </w:rPr>
        <w:t xml:space="preserve">[26:19] </w:t>
      </w:r>
      <w:r>
        <w:t>sochne ka tareeqa kya hai? sochne ka tareeqa kya hai? to ab musalman dakhil ho gaye hain dheere dheere. yani</w:t>
      </w:r>
    </w:p>
    <w:p>
      <w:pPr>
        <w:jc w:val="right"/>
      </w:pPr>
      <w:r>
        <w:t>سوچنے کا طریقہ کیا ہے؟ سوچنے کا طریقہ کیا ہے؟ تو اب مسلمان داخل ہو گئے ہیں دھیرے دھیرے۔ یعنی</w:t>
      </w:r>
    </w:p>
    <w:p>
      <w:r>
        <w:rPr>
          <w:b/>
        </w:rPr>
        <w:t xml:space="preserve">[26:24] </w:t>
      </w:r>
      <w:r>
        <w:t>muashre maidan mein to aage barh chuke hain kafi.</w:t>
      </w:r>
    </w:p>
    <w:p>
      <w:pPr>
        <w:jc w:val="right"/>
      </w:pPr>
      <w:r>
        <w:t>معاشرے میدان میں تو آگے بڑھ چکے ہیں کافی۔</w:t>
      </w:r>
    </w:p>
    <w:p>
      <w:r>
        <w:rPr>
          <w:b/>
        </w:rPr>
        <w:t xml:space="preserve">[26:27] </w:t>
      </w:r>
      <w:r>
        <w:t>taleem ke maidan mein dheere dheere aage barh rahe hain.</w:t>
      </w:r>
    </w:p>
    <w:p>
      <w:pPr>
        <w:jc w:val="right"/>
      </w:pPr>
      <w:r>
        <w:t>تعلیم کے میدان میں دھیرے دھیرے آگے بڑھ رہے ہیں۔</w:t>
      </w:r>
    </w:p>
    <w:p>
      <w:r>
        <w:rPr>
          <w:b/>
        </w:rPr>
        <w:t xml:space="preserve">[26:31] </w:t>
      </w:r>
      <w:r>
        <w:t>to kya ke wo ek waqt aye ga, wo shayad bohat jald aye ga, jab musalmanon ke andar</w:t>
      </w:r>
    </w:p>
    <w:p>
      <w:pPr>
        <w:jc w:val="right"/>
      </w:pPr>
      <w:r>
        <w:t>تو کیا کہ وہ ایک وقت آئے گا، وہ شاید بہت جلد آئے گا، جب مسلمانوں کے اندر</w:t>
      </w:r>
    </w:p>
    <w:p>
      <w:r>
        <w:rPr>
          <w:b/>
        </w:rPr>
        <w:t xml:space="preserve">[26:35] </w:t>
      </w:r>
      <w:r>
        <w:t>shaoor paida ho chuka hoga.</w:t>
      </w:r>
    </w:p>
    <w:p>
      <w:pPr>
        <w:jc w:val="right"/>
      </w:pPr>
      <w:r>
        <w:t>شعور پیدا ہو چکا ہوگا۔</w:t>
      </w:r>
    </w:p>
    <w:p>
      <w:r>
        <w:rPr>
          <w:b/>
        </w:rPr>
        <w:t xml:space="preserve">[26:39] </w:t>
      </w:r>
      <w:r>
        <w:t>یعنی intellectual awakening آ چکی ہوگی۔</w:t>
      </w:r>
    </w:p>
    <w:p>
      <w:pPr>
        <w:jc w:val="right"/>
      </w:pPr>
      <w:r>
        <w:t>یعنی انٹلیکچول اویکننگ آ چکی ہوگی۔</w:t>
      </w:r>
    </w:p>
    <w:p>
      <w:r>
        <w:rPr>
          <w:b/>
        </w:rPr>
        <w:t xml:space="preserve">[26:43] </w:t>
      </w:r>
      <w:r>
        <w:t>وہ اس قابل ہو چکے ہوں گے کہ سچ right way میں، right thinking ان کے اندر آ چکی ہوگی۔</w:t>
      </w:r>
    </w:p>
    <w:p>
      <w:pPr>
        <w:jc w:val="right"/>
      </w:pPr>
      <w:r>
        <w:t>وہ اس قابل ہو چکے ہوں گے کہ سچ رائٹ وے میں، رائٹ تھنکنگ ان کے اندر آ چکی ہوگی۔</w:t>
      </w:r>
    </w:p>
    <w:p>
      <w:r>
        <w:rPr>
          <w:b/>
        </w:rPr>
        <w:t xml:space="preserve">[26:46] </w:t>
      </w:r>
      <w:r>
        <w:t>to shayad bohat jald aisa hoga.</w:t>
      </w:r>
    </w:p>
    <w:p>
      <w:pPr>
        <w:jc w:val="right"/>
      </w:pPr>
      <w:r>
        <w:t>تو شاید بہت جلد ایسا ہوگا۔</w:t>
      </w:r>
    </w:p>
    <w:p>
      <w:r>
        <w:rPr>
          <w:b/>
        </w:rPr>
        <w:t xml:space="preserve">[26:50] </w:t>
      </w:r>
      <w:r>
        <w:t>is ke, is ke, is ka</w:t>
      </w:r>
    </w:p>
    <w:p>
      <w:pPr>
        <w:jc w:val="right"/>
      </w:pPr>
      <w:r>
        <w:t>اس کے، اس کے، اس کا</w:t>
      </w:r>
    </w:p>
    <w:p>
      <w:r>
        <w:rPr>
          <w:b/>
        </w:rPr>
        <w:t xml:space="preserve">[26:54] </w:t>
      </w:r>
      <w:r>
        <w:t>yeh process shuru ho chuka hai.</w:t>
      </w:r>
    </w:p>
    <w:p>
      <w:pPr>
        <w:jc w:val="right"/>
      </w:pPr>
      <w:r>
        <w:t>یہ پراسیس شروع ہو چکا ہے۔</w:t>
      </w:r>
    </w:p>
    <w:p>
      <w:r>
        <w:rPr>
          <w:b/>
        </w:rPr>
        <w:t xml:space="preserve">[26:59] </w:t>
      </w:r>
      <w:r>
        <w:t>yeh process shuru ho chuka hai.</w:t>
      </w:r>
    </w:p>
    <w:p>
      <w:pPr>
        <w:jc w:val="right"/>
      </w:pPr>
      <w:r>
        <w:t>یہ پراسیس شروع ہو چکا ہے۔</w:t>
      </w:r>
    </w:p>
    <w:p>
      <w:r>
        <w:rPr>
          <w:b/>
        </w:rPr>
        <w:t xml:space="preserve">[27:05] </w:t>
      </w:r>
      <w:r>
        <w:t>dost, is ke baad jo teesra stage hai, teesra, wo hai dawat.</w:t>
      </w:r>
    </w:p>
    <w:p>
      <w:pPr>
        <w:jc w:val="right"/>
      </w:pPr>
      <w:r>
        <w:t>دوست، اس کے بعد جو تیسرا اسٹیج ہے، تیسرا، وہ ہے دعوت۔</w:t>
      </w:r>
    </w:p>
    <w:p>
      <w:r>
        <w:rPr>
          <w:b/>
        </w:rPr>
        <w:t xml:space="preserve">[27:10] </w:t>
      </w:r>
      <w:r>
        <w:t>dawat kya hai? dawat kya hai ke musalman pehle is mulk mein ek liability ke taur par thay.</w:t>
      </w:r>
    </w:p>
    <w:p>
      <w:pPr>
        <w:jc w:val="right"/>
      </w:pPr>
      <w:r>
        <w:t>دعوت کیا ہے؟ دعوت کیا ہے کہ مسلمان پہلے اس ملک میں ایک لائبلٹی کے طور پر تھے۔</w:t>
      </w:r>
    </w:p>
    <w:p>
      <w:r>
        <w:rPr>
          <w:b/>
        </w:rPr>
        <w:t xml:space="preserve">[27:16] </w:t>
      </w:r>
      <w:r>
        <w:t>phir un ke zehn mein aya ke hum ek taker group banen.</w:t>
      </w:r>
    </w:p>
    <w:p>
      <w:pPr>
        <w:jc w:val="right"/>
      </w:pPr>
      <w:r>
        <w:t>پھر ان کے ذہن میں آیا کہ ہم ایک ٹیکر گروپ بنیں۔</w:t>
      </w:r>
    </w:p>
    <w:p>
      <w:r>
        <w:rPr>
          <w:b/>
        </w:rPr>
        <w:t xml:space="preserve">[27:21] </w:t>
      </w:r>
      <w:r>
        <w:t>taker group, taker community banay hue thay.</w:t>
      </w:r>
    </w:p>
    <w:p>
      <w:pPr>
        <w:jc w:val="right"/>
      </w:pPr>
      <w:r>
        <w:t>ٹیکر گروپ، ٹیکر کمیونٹی بنے ہوئے تھے۔</w:t>
      </w:r>
    </w:p>
    <w:p>
      <w:r>
        <w:rPr>
          <w:b/>
        </w:rPr>
        <w:t xml:space="preserve">[27:27] </w:t>
      </w:r>
      <w:r>
        <w:t>to ab is se nikal kar ke wo dour aye ga inshallah ke jab un ke andar yeh</w:t>
      </w:r>
    </w:p>
    <w:p>
      <w:pPr>
        <w:jc w:val="right"/>
      </w:pPr>
      <w:r>
        <w:t>تو اب اس سے نکل کر کے وہ دور آئے گا انشاءاللہ کہ جب ان کے اندر یہ</w:t>
      </w:r>
    </w:p>
    <w:p>
      <w:r>
        <w:rPr>
          <w:b/>
        </w:rPr>
        <w:t xml:space="preserve">[27:31] </w:t>
      </w:r>
      <w:r>
        <w:t>soch aye gi ke hamein giver group banna hai.</w:t>
      </w:r>
    </w:p>
    <w:p>
      <w:pPr>
        <w:jc w:val="right"/>
      </w:pPr>
      <w:r>
        <w:t>سوچ آئے گی کہ ہمیں گیور گروپ بننا ہے۔</w:t>
      </w:r>
    </w:p>
    <w:p>
      <w:r>
        <w:rPr>
          <w:b/>
        </w:rPr>
        <w:t xml:space="preserve">[27:35] </w:t>
      </w:r>
      <w:r>
        <w:t>dawi banne ka matlab hai giver group banna.</w:t>
      </w:r>
    </w:p>
    <w:p>
      <w:pPr>
        <w:jc w:val="right"/>
      </w:pPr>
      <w:r>
        <w:t>داعی بننے کا معنی ہے گیور گروپ بننا۔</w:t>
      </w:r>
    </w:p>
    <w:p>
      <w:r>
        <w:rPr>
          <w:b/>
        </w:rPr>
        <w:t xml:space="preserve">[27:40] </w:t>
      </w:r>
      <w:r>
        <w:t>dawat kya hai? doosron ko dena.</w:t>
      </w:r>
    </w:p>
    <w:p>
      <w:pPr>
        <w:jc w:val="right"/>
      </w:pPr>
      <w:r>
        <w:t>دعوت کیا ہے؟ دوسروں کو دینا۔</w:t>
      </w:r>
    </w:p>
    <w:p>
      <w:r>
        <w:rPr>
          <w:b/>
        </w:rPr>
        <w:t xml:space="preserve">[27:44] </w:t>
      </w:r>
      <w:r>
        <w:t>aap jab job karte hain to doosron se lete hain.</w:t>
      </w:r>
    </w:p>
    <w:p>
      <w:pPr>
        <w:jc w:val="right"/>
      </w:pPr>
      <w:r>
        <w:t>آپ جب جاب کرتے ہیں تو دوسروں سے لیتے ہیں۔</w:t>
      </w:r>
    </w:p>
    <w:p>
      <w:r>
        <w:rPr>
          <w:b/>
        </w:rPr>
        <w:t xml:space="preserve">[27:48] </w:t>
      </w:r>
      <w:r>
        <w:t>aap business karte hain to tab bhi aap customer se lete hain.</w:t>
      </w:r>
    </w:p>
    <w:p>
      <w:pPr>
        <w:jc w:val="right"/>
      </w:pPr>
      <w:r>
        <w:t>آپ بزنس کرتے ہیں تو تب بھی آپ کسٹمر سے لیتے ہیں۔</w:t>
      </w:r>
    </w:p>
    <w:p>
      <w:r>
        <w:rPr>
          <w:b/>
        </w:rPr>
        <w:t xml:space="preserve">[27:53] </w:t>
      </w:r>
      <w:r>
        <w:t>lekin dawat ek aisa kaam hai jo aap ko taker group se utha kar ke</w:t>
      </w:r>
    </w:p>
    <w:p>
      <w:pPr>
        <w:jc w:val="right"/>
      </w:pPr>
      <w:r>
        <w:t>لیکن دعوت ایک ایسا کام ہے جو آپ کو ٹیکر گروپ سے اٹھا کر کے</w:t>
      </w:r>
    </w:p>
    <w:p>
      <w:r>
        <w:rPr>
          <w:b/>
        </w:rPr>
        <w:t xml:space="preserve">[27:57] </w:t>
      </w:r>
      <w:r>
        <w:t>giver group mein dakhil kar deta hai.</w:t>
      </w:r>
    </w:p>
    <w:p>
      <w:pPr>
        <w:jc w:val="right"/>
      </w:pPr>
      <w:r>
        <w:t>گیور گروپ میں داخل کر دیتا ہے۔</w:t>
      </w:r>
    </w:p>
    <w:p>
      <w:r>
        <w:rPr>
          <w:b/>
        </w:rPr>
        <w:t xml:space="preserve">[28:02] </w:t>
      </w:r>
      <w:r>
        <w:t>dene wala bana deta hai aap ko.</w:t>
      </w:r>
    </w:p>
    <w:p>
      <w:pPr>
        <w:jc w:val="right"/>
      </w:pPr>
      <w:r>
        <w:t>دینے والا بنا دیتا ہے آپ کو۔</w:t>
      </w:r>
    </w:p>
    <w:p>
      <w:r>
        <w:rPr>
          <w:b/>
        </w:rPr>
        <w:t xml:space="preserve">[28:08] </w:t>
      </w:r>
      <w:r>
        <w:t>to quran mein hai ke jo giver group hota hai, usi ko barhai milti hai.</w:t>
      </w:r>
    </w:p>
    <w:p>
      <w:pPr>
        <w:jc w:val="right"/>
      </w:pPr>
      <w:r>
        <w:t>تو قرآن میں ہے کہ جو گیور گروپ ہوتا ہے، اسی کو بڑائی ملتی ہے۔</w:t>
      </w:r>
    </w:p>
    <w:p>
      <w:r>
        <w:rPr>
          <w:b/>
        </w:rPr>
        <w:t xml:space="preserve">[28:13] </w:t>
      </w:r>
      <w:r>
        <w:t>usi ko establishment milta hai.</w:t>
      </w:r>
    </w:p>
    <w:p>
      <w:pPr>
        <w:jc w:val="right"/>
      </w:pPr>
      <w:r>
        <w:t>اسی کو اسٹیبلشمنٹ ملتا ہے۔</w:t>
      </w:r>
    </w:p>
    <w:p>
      <w:r>
        <w:rPr>
          <w:b/>
        </w:rPr>
        <w:t xml:space="preserve">[28:18] </w:t>
      </w:r>
      <w:r>
        <w:t>usi ka darja barhta hai.</w:t>
      </w:r>
    </w:p>
    <w:p>
      <w:pPr>
        <w:jc w:val="right"/>
      </w:pPr>
      <w:r>
        <w:t>اسی کا درجہ بڑھتا ہے۔</w:t>
      </w:r>
    </w:p>
    <w:p>
      <w:r>
        <w:rPr>
          <w:b/>
        </w:rPr>
        <w:t xml:space="preserve">[28:23] </w:t>
      </w:r>
      <w:r>
        <w:t>to ab mein samajhta hoon ke teesra jo daur hai ke musalman is mulk ke ticker group ban jayen, woh</w:t>
      </w:r>
    </w:p>
    <w:p>
      <w:pPr>
        <w:jc w:val="right"/>
      </w:pPr>
      <w:r>
        <w:t>تو اب میں سمجھتا ہوں کہ تیسرا جو دور ہے کہ مسلمان اس ملک کے ٹیکر گروپ بن جائیں، وہ</w:t>
      </w:r>
    </w:p>
    <w:p>
      <w:r>
        <w:rPr>
          <w:b/>
        </w:rPr>
        <w:t xml:space="preserve">[28:28] </w:t>
      </w:r>
      <w:r>
        <w:t>woh bhi shuru ho chuka hai, agarche bohat hi dheemi raftaar se.</w:t>
      </w:r>
    </w:p>
    <w:p>
      <w:pPr>
        <w:jc w:val="right"/>
      </w:pPr>
      <w:r>
        <w:t>وہ بھی شروع ہو چکا ہے، اگرچہ بہت ہی دھیمی رفتار سے۔</w:t>
      </w:r>
    </w:p>
    <w:p>
      <w:r>
        <w:rPr>
          <w:b/>
        </w:rPr>
        <w:t xml:space="preserve">[28:31] </w:t>
      </w:r>
      <w:r>
        <w:t>to yeh us ko samajhne ki baat hai.</w:t>
      </w:r>
    </w:p>
    <w:p>
      <w:pPr>
        <w:jc w:val="right"/>
      </w:pPr>
      <w:r>
        <w:t>تو یہ اس کو سمجھنے کی بات ہے۔</w:t>
      </w:r>
    </w:p>
    <w:p>
      <w:r>
        <w:rPr>
          <w:b/>
        </w:rPr>
        <w:t xml:space="preserve">[28:34] </w:t>
      </w:r>
      <w:r>
        <w:t>usi ko samajhne ke wala tajdid ka kaam kar payega.</w:t>
      </w:r>
    </w:p>
    <w:p>
      <w:pPr>
        <w:jc w:val="right"/>
      </w:pPr>
      <w:r>
        <w:t>اسی کو سمجھنے کے والا تجدید کا کام کر پائے گا۔</w:t>
      </w:r>
    </w:p>
    <w:p>
      <w:r>
        <w:rPr>
          <w:b/>
        </w:rPr>
        <w:t xml:space="preserve">[28:37] </w:t>
      </w:r>
      <w:r>
        <w:t>jo us ko na samjhe, woh tajdid kaam nahi kar sakta.</w:t>
      </w:r>
    </w:p>
    <w:p>
      <w:pPr>
        <w:jc w:val="right"/>
      </w:pPr>
      <w:r>
        <w:t>جو اس کو نہ سمجھے، وہ تجدید کام نہیں کر سکتا۔</w:t>
      </w:r>
    </w:p>
    <w:p>
      <w:r>
        <w:rPr>
          <w:b/>
        </w:rPr>
        <w:t xml:space="preserve">[28:41] </w:t>
      </w:r>
      <w:r>
        <w:t>mujaddid ka role koi, koi apartment ka role nahi.</w:t>
      </w:r>
    </w:p>
    <w:p>
      <w:pPr>
        <w:jc w:val="right"/>
      </w:pPr>
      <w:r>
        <w:t>مجدد کا رول کوئی، کوئی اپارٹمنٹ کا رول نہیں۔</w:t>
      </w:r>
    </w:p>
    <w:p>
      <w:r>
        <w:rPr>
          <w:b/>
        </w:rPr>
        <w:t xml:space="preserve">[28:44] </w:t>
      </w:r>
      <w:r>
        <w:t>nabi apartment ki ayat hai.</w:t>
      </w:r>
    </w:p>
    <w:p>
      <w:pPr>
        <w:jc w:val="right"/>
      </w:pPr>
      <w:r>
        <w:t>نبی اپارٹمنٹ کی آیت ہے۔</w:t>
      </w:r>
    </w:p>
    <w:p>
      <w:r>
        <w:rPr>
          <w:b/>
        </w:rPr>
        <w:t xml:space="preserve">[28:47] </w:t>
      </w:r>
      <w:r>
        <w:t>nabi ka role apartment ka role hota hai.</w:t>
      </w:r>
    </w:p>
    <w:p>
      <w:pPr>
        <w:jc w:val="right"/>
      </w:pPr>
      <w:r>
        <w:t>نبی کا رول اپارٹمنٹ کا رول ہوتا ہے۔</w:t>
      </w:r>
    </w:p>
    <w:p>
      <w:r>
        <w:rPr>
          <w:b/>
        </w:rPr>
        <w:t xml:space="preserve">[28:50] </w:t>
      </w:r>
      <w:r>
        <w:t>yani Allah ne ek shakhs ko nabi bana diya.</w:t>
      </w:r>
    </w:p>
    <w:p>
      <w:pPr>
        <w:jc w:val="right"/>
      </w:pPr>
      <w:r>
        <w:t>یعنی اللہ نے ایک شخص کو نبی بنا دیا۔</w:t>
      </w:r>
    </w:p>
    <w:p>
      <w:r>
        <w:rPr>
          <w:b/>
        </w:rPr>
        <w:t xml:space="preserve">[28:53] </w:t>
      </w:r>
      <w:r>
        <w:t>ab farishta aaya, us ko wahi di.</w:t>
      </w:r>
    </w:p>
    <w:p>
      <w:pPr>
        <w:jc w:val="right"/>
      </w:pPr>
      <w:r>
        <w:t>اب فرشتہ آیا، اس کو وحی دی۔</w:t>
      </w:r>
    </w:p>
    <w:p>
      <w:r>
        <w:rPr>
          <w:b/>
        </w:rPr>
        <w:t xml:space="preserve">[28:56] </w:t>
      </w:r>
      <w:r>
        <w:t>us wahi ko suna diya us ne.</w:t>
      </w:r>
    </w:p>
    <w:p>
      <w:pPr>
        <w:jc w:val="right"/>
      </w:pPr>
      <w:r>
        <w:t>اس وحی کو سنا دیا اس نے۔</w:t>
      </w:r>
    </w:p>
    <w:p>
      <w:r>
        <w:rPr>
          <w:b/>
        </w:rPr>
        <w:t xml:space="preserve">[28:59] </w:t>
      </w:r>
      <w:r>
        <w:t>to yeh apartment ka role hota hai. lekin mujaddid ka role apartment ka role nahi hota. yeh to self appointment hai. self discovery ki baat hai. yani jis aadmi ka yeh tadap ho ke ummat mein dobara revival ho, dobara is mein zindagi aaye, dobara spirit jaage, ek tadap aayi to us ko kya karna hai? woh halaat ki study kar raha hai. halaat</w:t>
      </w:r>
    </w:p>
    <w:p>
      <w:pPr>
        <w:jc w:val="right"/>
      </w:pPr>
      <w:r>
        <w:t>تو یہ اپارٹمنٹ کا رول ہوتا ہے۔ لیکن مجدد کا رول اپارٹمنٹ کا رول نہیں ہوتا۔ یہ تو سیلف اپوائنٹمنٹ ہے۔ سیلف ڈسکوری کی بات ہے۔ یعنی جس آدمی کا یہ تڑپ ہو کہ امت میں دوبارہ ریوائیول ہو، دوبارہ اس میں زندگی آئے، دوبارہ اسپرٹ جاگے، ایک تڑپ آئی تو اس کو کیا کرنا ہے؟ وہ حالات کی اسٹڈی کر رہا ہے۔ حالات</w:t>
      </w:r>
    </w:p>
    <w:p>
      <w:r>
        <w:rPr>
          <w:b/>
        </w:rPr>
        <w:t xml:space="preserve">[29:29] </w:t>
      </w:r>
      <w:r>
        <w:t>ka mutala kar ke jaane ke woh zamana kya hai jis mein woh kaam karna chahta hai.</w:t>
      </w:r>
    </w:p>
    <w:p>
      <w:pPr>
        <w:jc w:val="right"/>
      </w:pPr>
      <w:r>
        <w:t>کا مطالعہ کر کے جانے کہ وہ زمانہ کیا ہے جس میں وہ کام کرنا چاہتا ہے۔</w:t>
      </w:r>
    </w:p>
    <w:p>
      <w:r>
        <w:rPr>
          <w:b/>
        </w:rPr>
        <w:t xml:space="preserve">[29:37] </w:t>
      </w:r>
      <w:r>
        <w:t>to aaj ka jo mujaddid hoga, woh is tareeqe se us ko apne aap ko tayyar karna chahiye,</w:t>
      </w:r>
    </w:p>
    <w:p>
      <w:pPr>
        <w:jc w:val="right"/>
      </w:pPr>
      <w:r>
        <w:t>تو آج کا جو مجدد ہوگا، وہ اس طریقے سے اس کو اپنے آپ کو تیار کرنا چاہیے،</w:t>
      </w:r>
    </w:p>
    <w:p>
      <w:r>
        <w:rPr>
          <w:b/>
        </w:rPr>
        <w:t xml:space="preserve">[29:44] </w:t>
      </w:r>
      <w:r>
        <w:t>karna padega ke woh daryaft yeh kare ke jo qaum is se pehle samjha jata tha ke</w:t>
      </w:r>
    </w:p>
    <w:p>
      <w:pPr>
        <w:jc w:val="right"/>
      </w:pPr>
      <w:r>
        <w:t>کرنا پڑے گا کہ وہ دریافت یہ کرے کہ جو قوم اس سے پہلے سمجھا جاتا تھا کہ</w:t>
      </w:r>
    </w:p>
    <w:p>
      <w:r>
        <w:rPr>
          <w:b/>
        </w:rPr>
        <w:t xml:space="preserve">[29:52] </w:t>
      </w:r>
      <w:r>
        <w:t>woh zawal yafta ho chuki hai, jaise iqbal ne ailan kiya tha ke</w:t>
      </w:r>
    </w:p>
    <w:p>
      <w:pPr>
        <w:jc w:val="right"/>
      </w:pPr>
      <w:r>
        <w:t>وہ زوال یافتہ ہو چکی ہے، جیسے اقبال نے اعلان کیا تھا کہ</w:t>
      </w:r>
    </w:p>
    <w:p>
      <w:r>
        <w:rPr>
          <w:b/>
        </w:rPr>
        <w:t xml:space="preserve">[29:59] </w:t>
      </w:r>
      <w:r>
        <w:t>tere muhit mein kahin gore zindagi nahi, dhoond chuka mein mauj mauj de chuka sadr sadr.</w:t>
      </w:r>
    </w:p>
    <w:p>
      <w:pPr>
        <w:jc w:val="right"/>
      </w:pPr>
      <w:r>
        <w:t>تیرے محیط میں کہیں گورے زندگی نہیں، ڈھونڈ چکا میں موج موج دے چکا صدر صدر۔</w:t>
      </w:r>
    </w:p>
    <w:p>
      <w:r>
        <w:rPr>
          <w:b/>
        </w:rPr>
        <w:t xml:space="preserve">[30:05] </w:t>
      </w:r>
      <w:r>
        <w:t>to yeh samjha jata tha ke ummat apne zawal ke aakhri daure pahunch chuki hai.</w:t>
      </w:r>
    </w:p>
    <w:p>
      <w:pPr>
        <w:jc w:val="right"/>
      </w:pPr>
      <w:r>
        <w:t>تو یہ سمجھا جاتا تھا کہ امت اپنے زوال کے آخری دورے پہنچ چکی ہے۔</w:t>
      </w:r>
    </w:p>
    <w:p>
      <w:r>
        <w:rPr>
          <w:b/>
        </w:rPr>
        <w:t xml:space="preserve">[30:10] </w:t>
      </w:r>
      <w:r>
        <w:t>ab kya hai? revival hua hai. revival.</w:t>
      </w:r>
    </w:p>
    <w:p>
      <w:pPr>
        <w:jc w:val="right"/>
      </w:pPr>
      <w:r>
        <w:t>اب کیا ہے؟ ریوائیول ہوا ہے۔ ریوائیول۔</w:t>
      </w:r>
    </w:p>
    <w:p>
      <w:r>
        <w:rPr>
          <w:b/>
        </w:rPr>
        <w:t xml:space="preserve">[30:15] </w:t>
      </w:r>
      <w:r>
        <w:t>ab zawal se nikal rahi hai.</w:t>
      </w:r>
    </w:p>
    <w:p>
      <w:pPr>
        <w:jc w:val="right"/>
      </w:pPr>
      <w:r>
        <w:t>اب زوال سے نکل رہی ہے۔</w:t>
      </w:r>
    </w:p>
    <w:p>
      <w:r>
        <w:rPr>
          <w:b/>
        </w:rPr>
        <w:t xml:space="preserve">[30:21] </w:t>
      </w:r>
      <w:r>
        <w:t>aur yeh law of nature ke mutabiq hai.</w:t>
      </w:r>
    </w:p>
    <w:p>
      <w:pPr>
        <w:jc w:val="right"/>
      </w:pPr>
      <w:r>
        <w:t>اور یہ لاء آف نیچر کے مطابق ہے۔</w:t>
      </w:r>
    </w:p>
    <w:p>
      <w:r>
        <w:rPr>
          <w:b/>
        </w:rPr>
        <w:t xml:space="preserve">[30:26] </w:t>
      </w:r>
      <w:r>
        <w:t>to mujaddid tajdid ka kaam woh kar payega jo jaane is baat ko ke woh daur khatm ho chuka.</w:t>
      </w:r>
    </w:p>
    <w:p>
      <w:pPr>
        <w:jc w:val="right"/>
      </w:pPr>
      <w:r>
        <w:t>تو مجدد تجدید کا کام وہ کر پائے گا جو جانے اس بات کو کہ وہ دور ختم ہو چکا۔</w:t>
      </w:r>
    </w:p>
    <w:p>
      <w:r>
        <w:rPr>
          <w:b/>
        </w:rPr>
        <w:t xml:space="preserve">[30:31] </w:t>
      </w:r>
      <w:r>
        <w:t>shikayaton ka daur, protest ka daur, maashi ka daur to khatm ho chuka.</w:t>
      </w:r>
    </w:p>
    <w:p>
      <w:pPr>
        <w:jc w:val="right"/>
      </w:pPr>
      <w:r>
        <w:t>شکایتوں کا دور، پروٹیسٹ کا دور، معاشی کا دور تو ختم ہو چکا۔</w:t>
      </w:r>
    </w:p>
    <w:p>
      <w:r>
        <w:rPr>
          <w:b/>
        </w:rPr>
        <w:t xml:space="preserve">[30:39] </w:t>
      </w:r>
      <w:r>
        <w:t>yeh jaane tab woh tajdeed ka kaam kar payega.</w:t>
      </w:r>
    </w:p>
    <w:p>
      <w:pPr>
        <w:jc w:val="right"/>
      </w:pPr>
      <w:r>
        <w:t>یہ جانے تب وہ تجدید کا کام کر پائے گا۔</w:t>
      </w:r>
    </w:p>
    <w:p>
      <w:r>
        <w:rPr>
          <w:b/>
        </w:rPr>
        <w:t xml:space="preserve">[30:46] </w:t>
      </w:r>
      <w:r>
        <w:t>to ab jo process tareekh ka chala hai, is partition ke baad, woh is tarah kis tarah se</w:t>
      </w:r>
    </w:p>
    <w:p>
      <w:pPr>
        <w:jc w:val="right"/>
      </w:pPr>
      <w:r>
        <w:t>تو اب جو پراسیس تاریخ کا چلا ہے، اس پارٹیشن کے بعد، وہ اس طرح کس طرح سے</w:t>
      </w:r>
    </w:p>
    <w:p>
      <w:r>
        <w:rPr>
          <w:b/>
        </w:rPr>
        <w:t xml:space="preserve">[30:54] </w:t>
      </w:r>
      <w:r>
        <w:t>is ne kaam kiya hai ke pehle daur aaya is baat ka ke musalman is mulk ko apne ko</w:t>
      </w:r>
    </w:p>
    <w:p>
      <w:pPr>
        <w:jc w:val="right"/>
      </w:pPr>
      <w:r>
        <w:t>اس نے کام کیا ہے کہ پہلے دور آیا اس بات کا کہ مسلمان اس ملک کو اپنے کو ڈ</w:t>
      </w:r>
    </w:p>
    <w:p>
      <w:r>
        <w:rPr>
          <w:b/>
        </w:rPr>
        <w:t xml:space="preserve">[31:01] </w:t>
      </w:r>
      <w:r>
        <w:t>displaced samajhne lage. displaced.</w:t>
      </w:r>
    </w:p>
    <w:p>
      <w:pPr>
        <w:jc w:val="right"/>
      </w:pPr>
      <w:r>
        <w:t>سپلیسڈ سمجھنے لگے۔ ڈسپلیسڈ۔</w:t>
      </w:r>
    </w:p>
    <w:p>
      <w:r>
        <w:rPr>
          <w:b/>
        </w:rPr>
        <w:t xml:space="preserve">[31:06] </w:t>
      </w:r>
      <w:r>
        <w:t>لیکن اس displaced آپ سمجھیں گے تو سادہ بات نہیں ہوگی۔</w:t>
      </w:r>
    </w:p>
    <w:p>
      <w:pPr>
        <w:jc w:val="right"/>
      </w:pPr>
      <w:r>
        <w:t>لیکن اس ڈسپلیسڈ آپ سمجھیں گے تو سادہ بات نہیں ہوگی۔</w:t>
      </w:r>
    </w:p>
    <w:p>
      <w:r>
        <w:rPr>
          <w:b/>
        </w:rPr>
        <w:t xml:space="preserve">[31:11] </w:t>
      </w:r>
      <w:r>
        <w:t>آپ کے اندر ایک، آپ کا اندر کا جو percentage ہے، اس کو وہ motivate کرے گی آپ</w:t>
      </w:r>
    </w:p>
    <w:p>
      <w:pPr>
        <w:jc w:val="right"/>
      </w:pPr>
      <w:r>
        <w:t>آپ کے اندر ایک، آپ کا اندر کا جو پرسنٹیج ہے، اس کو وہ موٹیویٹ کرے گی آپ</w:t>
      </w:r>
    </w:p>
    <w:p>
      <w:r>
        <w:rPr>
          <w:b/>
        </w:rPr>
        <w:t xml:space="preserve">[31:17] </w:t>
      </w:r>
      <w:r>
        <w:t>ko ke karo, tum bhi karo, tum bhi karo.</w:t>
      </w:r>
    </w:p>
    <w:p>
      <w:pPr>
        <w:jc w:val="right"/>
      </w:pPr>
      <w:r>
        <w:t>کو کہ کرو، تم بھی کرو، تم بھی کرو۔</w:t>
      </w:r>
    </w:p>
    <w:p>
      <w:r>
        <w:rPr>
          <w:b/>
        </w:rPr>
        <w:t xml:space="preserve">[31:22] </w:t>
      </w:r>
      <w:r>
        <w:t>جب آپ سمجھتے ہیں کہ میں پچھڑ گیا، میں تو displaced person بن گیا، تو یہ سادہ بات نہیں ہے۔</w:t>
      </w:r>
    </w:p>
    <w:p>
      <w:pPr>
        <w:jc w:val="right"/>
      </w:pPr>
      <w:r>
        <w:t>جب آپ سمجھتے ہیں کہ میں پچھڑ گیا، میں تو ڈسپلیسڈ پرسن بن گیا، تو یہ سادہ بات نہیں ہے۔</w:t>
      </w:r>
    </w:p>
    <w:p>
      <w:r>
        <w:rPr>
          <w:b/>
        </w:rPr>
        <w:t xml:space="preserve">[31:27] </w:t>
      </w:r>
      <w:r>
        <w:t>آدمی کا جو نیچر ہے، nature اس کو motivate کرتا ہے۔</w:t>
      </w:r>
    </w:p>
    <w:p>
      <w:pPr>
        <w:jc w:val="right"/>
      </w:pPr>
      <w:r>
        <w:t>آدمی کا جو نیچر ہے، نیچر اس کو موٹیویٹ کرتا ہے۔</w:t>
      </w:r>
    </w:p>
    <w:p>
      <w:r>
        <w:rPr>
          <w:b/>
        </w:rPr>
        <w:t xml:space="preserve">[31:32] </w:t>
      </w:r>
      <w:r>
        <w:t>is ke incentive ban jata hai.</w:t>
      </w:r>
    </w:p>
    <w:p>
      <w:pPr>
        <w:jc w:val="right"/>
      </w:pPr>
      <w:r>
        <w:t>اس کے انسینٹو بن جاتا ہے۔</w:t>
      </w:r>
    </w:p>
    <w:p>
      <w:r>
        <w:rPr>
          <w:b/>
        </w:rPr>
        <w:t xml:space="preserve">[31:38] </w:t>
      </w:r>
      <w:r>
        <w:t>to woh hua.</w:t>
      </w:r>
    </w:p>
    <w:p>
      <w:pPr>
        <w:jc w:val="right"/>
      </w:pPr>
      <w:r>
        <w:t>تو وہ ہوا۔</w:t>
      </w:r>
    </w:p>
    <w:p>
      <w:r>
        <w:rPr>
          <w:b/>
        </w:rPr>
        <w:t xml:space="preserve">[31:44] </w:t>
      </w:r>
      <w:r>
        <w:t>یعنی مسلمان جو 47 کے بعد ان کو جو معیشتی آئی تھی، جو اپنے کو displaced سمجھنے لگے</w:t>
      </w:r>
    </w:p>
    <w:p>
      <w:pPr>
        <w:jc w:val="right"/>
      </w:pPr>
      <w:r>
        <w:t>یعنی مسلمان جو 47 کے بعد ان کو جو معیشتی آئی تھی، جو اپنے کو ڈسپلیسڈ سمجھنے لگے</w:t>
      </w:r>
    </w:p>
    <w:p>
      <w:r>
        <w:rPr>
          <w:b/>
        </w:rPr>
        <w:t xml:space="preserve">[31:50] </w:t>
      </w:r>
      <w:r>
        <w:t>the, to phir unka woh fitrat ke qanoon ke mutabiq unko unke nature ne motivate</w:t>
      </w:r>
    </w:p>
    <w:p>
      <w:pPr>
        <w:jc w:val="right"/>
      </w:pPr>
      <w:r>
        <w:t>تھے، تو پھر ان کا وہ فطرت کے قانون کے مطابق ان کو ان کے نیچر نے موٹیویٹ</w:t>
      </w:r>
    </w:p>
    <w:p>
      <w:r>
        <w:rPr>
          <w:b/>
        </w:rPr>
        <w:t xml:space="preserve">[31:56] </w:t>
      </w:r>
      <w:r>
        <w:t>کیا، motivate کیا، motivate کیا، یہاں تک کہ وہ داخل ہو گئے، یعنی main street میں داخل ہو گئے،</w:t>
      </w:r>
    </w:p>
    <w:p>
      <w:pPr>
        <w:jc w:val="right"/>
      </w:pPr>
      <w:r>
        <w:t>کیا، موٹیویٹ کیا، موٹیویٹ کیا، یہاں تک کہ وہ داخل ہو گئے، یعنی مین اسٹریٹ میں داخل ہو گئے،</w:t>
      </w:r>
    </w:p>
    <w:p>
      <w:r>
        <w:rPr>
          <w:b/>
        </w:rPr>
        <w:t xml:space="preserve">[32:02] </w:t>
      </w:r>
      <w:r>
        <w:t>ab business mein, job mein, education mein, hajj ka woh dikhai dene laga.</w:t>
      </w:r>
    </w:p>
    <w:p>
      <w:pPr>
        <w:jc w:val="right"/>
      </w:pPr>
      <w:r>
        <w:t>اب بزنس میں، جاب میں، ایجوکیشن میں، حج کا وہ دکھائی دینے لگے۔</w:t>
      </w:r>
    </w:p>
    <w:p>
      <w:r>
        <w:rPr>
          <w:b/>
        </w:rPr>
        <w:t xml:space="preserve">[32:08] </w:t>
      </w:r>
      <w:r>
        <w:t>to is tarah law of nature ne kaam kiya.</w:t>
      </w:r>
    </w:p>
    <w:p>
      <w:pPr>
        <w:jc w:val="right"/>
      </w:pPr>
      <w:r>
        <w:t>تو اس طرح لاء آف نیچر نے کام کیا۔</w:t>
      </w:r>
    </w:p>
    <w:p>
      <w:r>
        <w:rPr>
          <w:b/>
        </w:rPr>
        <w:t xml:space="preserve">[32:14] </w:t>
      </w:r>
      <w:r>
        <w:t>phir ab woh aage badh rahe hain ke bachchon ko padha rahe hain.</w:t>
      </w:r>
    </w:p>
    <w:p>
      <w:pPr>
        <w:jc w:val="right"/>
      </w:pPr>
      <w:r>
        <w:t>پھر اب وہ آگے بڑھ رہے ہیں کہ بچوں کو پڑھا رہے ہیں۔</w:t>
      </w:r>
    </w:p>
    <w:p>
      <w:r>
        <w:rPr>
          <w:b/>
        </w:rPr>
        <w:t xml:space="preserve">[32:20] </w:t>
      </w:r>
      <w:r>
        <w:t>bachchon ko padha kar apne ko, yani apne ko ilmi aitbaar se tayyar kar rahe hain.</w:t>
      </w:r>
    </w:p>
    <w:p>
      <w:pPr>
        <w:jc w:val="right"/>
      </w:pPr>
      <w:r>
        <w:t>بچوں کو پڑھا کر اپنے کو، یعنی اپنے کو علمی اعتبار سے تیار کر رہے ہیں۔</w:t>
      </w:r>
    </w:p>
    <w:p>
      <w:r>
        <w:rPr>
          <w:b/>
        </w:rPr>
        <w:t xml:space="preserve">[32:26] </w:t>
      </w:r>
      <w:r>
        <w:t>to yeh doosra daur aa raha hai, yani shaoor ka daur, intellectual</w:t>
      </w:r>
    </w:p>
    <w:p>
      <w:pPr>
        <w:jc w:val="right"/>
      </w:pPr>
      <w:r>
        <w:t>تو یہ دوسرا دور آ رہا ہے، یعنی شعور کا دور، انٹلیکچول</w:t>
      </w:r>
    </w:p>
    <w:p>
      <w:r>
        <w:rPr>
          <w:b/>
        </w:rPr>
        <w:t xml:space="preserve">[32:32] </w:t>
      </w:r>
      <w:r>
        <w:t>awakening ka daur, mamlaat ko zyada gehrai ke sath samajhne ka daur. yani thinking develop hui, musalmanon mein develop ho rahi hai. to yeh doosre daur mein ummat dakhil ho gayi. to yeh daur chalta rahega, yeh process chalta rahega. kyunke yeh law of nature hai ke jab ek process jari ho jaye to woh non-stop</w:t>
      </w:r>
    </w:p>
    <w:p>
      <w:pPr>
        <w:jc w:val="right"/>
      </w:pPr>
      <w:r>
        <w:t>اویکننگ کا دور، معاملات کو زیادہ گہرائی کے ساتھ سمجھنے کا دور۔ یعنی تھنکنگ ڈیولپ ہوئی، مسلمانوں میں ڈیولپ ہو رہی ہے۔ تو یہ دوسرے دور میں امت داخل ہو گئی۔ تو یہ دور چلتا رہے گا، یہ پراسیس چلتا رہے گا۔ کیونکہ یہ لاء آف نیچر ہے کہ جب ایک پراسیس جاری ہو جائے تو وہ نان اسٹ</w:t>
      </w:r>
    </w:p>
    <w:p>
      <w:r>
        <w:rPr>
          <w:b/>
        </w:rPr>
        <w:t xml:space="preserve">[33:02] </w:t>
      </w:r>
      <w:r>
        <w:t>chalta rehta hai, ruk nahi sakta beech mein. to ek process jari ho gaya ke non-stop ke ek ek musalman 47 ke baad stagnation mein chale gaye thay, stagnation, jamood, jamood mein. phir un ke andar creativity shuru hui, halaat ke dabaav ke tehat. phir woh dakhil ho gaye mainstream mein. to unhone business se job mein h</w:t>
      </w:r>
    </w:p>
    <w:p>
      <w:pPr>
        <w:jc w:val="right"/>
      </w:pPr>
      <w:r>
        <w:t>اپ چلتا رہتا ہے، رک نہیں سکتا بیچ میں۔ تو ایک پراسیس جاری ہو گیا کہ نان کہ ایک ایک مسلمان 47 کے بعد اسٹیگنیشن میں چلے گئے تھے، اسٹیگنیشن، جمود، جمود میں۔ پھر ان کے اندر کریٹیوٹی شروع ہوئی، حالات کے دباؤ کے تحت۔ پھر وہ داخل ہو گئے مین اسٹریم میں۔ تو انہوں نے بزنس سے جاب میں ہ</w:t>
      </w:r>
    </w:p>
    <w:p>
      <w:r>
        <w:rPr>
          <w:b/>
        </w:rPr>
        <w:t xml:space="preserve">[33:32] </w:t>
      </w:r>
      <w:r>
        <w:t>ar jagah dakhil hue woh. phir ab taleem ke maidan mein dakhil ho gaye woh. ab teesra daur jo hai woh shuru ho chuka hai. aur mein samajhta hoon ke cps isi ka ek alamat hai. cps is baat ki alamat hai ke muslim cps bhi, yani muslim ummah ka ek hissa hai. to cps ek alamat hai ke musalman ab dawat ke daur mein dakhil ho gaye hain. dawat ka daur kya hai? apne aap ko giver community banana</w:t>
      </w:r>
    </w:p>
    <w:p>
      <w:pPr>
        <w:jc w:val="right"/>
      </w:pPr>
      <w:r>
        <w:t>ر جگہ داخل ہوئے وہ۔ پھر اب تعلیم کے میدان میں داخل ہو گئے وہ۔ اب تیسرا دور جو ہے وہ شروع ہو چکا ہے۔ اور میں سمجھتا ہوں کہ سی پی ایس اسی کا ایک علامت ہے۔ سی پی ایس اس بات کی علامت ہے کہ مسلم سی پی ایس بھی، یعنی مسلم امہ کا ایک حصہ ہے۔ تو سی پی ایس ایک علامت ہے کہ مسلمان اب دعوت کے دور میں داخل ہو گئے ہیں۔ دعوت کا دور کیا ہے؟ اپنے آپ کو گیور کمیونٹی بنانا</w:t>
      </w:r>
    </w:p>
    <w:p>
      <w:r>
        <w:rPr>
          <w:b/>
        </w:rPr>
        <w:t xml:space="preserve">[34:02] </w:t>
      </w:r>
      <w:r>
        <w:t>—</w:t>
      </w:r>
    </w:p>
    <w:p>
      <w:pPr>
        <w:jc w:val="right"/>
      </w:pPr>
      <w:r>
        <w:t>۔</w:t>
      </w:r>
    </w:p>
    <w:p>
      <w:r>
        <w:rPr>
          <w:b/>
        </w:rPr>
        <w:t xml:space="preserve">[34:07] </w:t>
      </w:r>
      <w:r>
        <w:t>taker community se nikal kar apne aap ko giver community banana, yani nafeh group banana.</w:t>
      </w:r>
    </w:p>
    <w:p>
      <w:pPr>
        <w:jc w:val="right"/>
      </w:pPr>
      <w:r>
        <w:t>ٹیکر کمیونٹی سے نکال کر اپنے آپ کو گیور کمیونٹی بنانا، یعنی نافع گروپ بنانا۔</w:t>
      </w:r>
    </w:p>
    <w:p>
      <w:r>
        <w:rPr>
          <w:b/>
        </w:rPr>
        <w:t xml:space="preserve">[34:12] </w:t>
      </w:r>
      <w:r>
        <w:t>yeh ab chal raha hai.</w:t>
      </w:r>
    </w:p>
    <w:p>
      <w:pPr>
        <w:jc w:val="right"/>
      </w:pPr>
      <w:r>
        <w:t>یہ اب چل رہا ہے۔</w:t>
      </w:r>
    </w:p>
    <w:p>
      <w:r>
        <w:rPr>
          <w:b/>
        </w:rPr>
        <w:t xml:space="preserve">[34:17] </w:t>
      </w:r>
      <w:r>
        <w:t>ab hamara kaam kya hai? hamara kaam yeh hai ke jitne yeh musalman likhne bolne wale hain, jo</w:t>
      </w:r>
    </w:p>
    <w:p>
      <w:pPr>
        <w:jc w:val="right"/>
      </w:pPr>
      <w:r>
        <w:t>اب ہمارا کام کیا ہے؟ ہمارا کام یہ ہے کہ جتنے یہ مسلمان لکھنے بولنے والے ہیں، جو</w:t>
      </w:r>
    </w:p>
    <w:p>
      <w:r>
        <w:rPr>
          <w:b/>
        </w:rPr>
        <w:t xml:space="preserve">[34:22] </w:t>
      </w:r>
      <w:r>
        <w:t>abhi tak boli bol rahe hain, maashi ki, abhi kal mein ek mashhoor ek magazine hai musalmanon ka,</w:t>
      </w:r>
    </w:p>
    <w:p>
      <w:pPr>
        <w:jc w:val="right"/>
      </w:pPr>
      <w:r>
        <w:t>ابھی تک بولی بول رہے ہیں، معاشی کی، ابھی کل میں ایک مشہور ایک میگزین ہے مسلمانوں کا،</w:t>
      </w:r>
    </w:p>
    <w:p>
      <w:r>
        <w:rPr>
          <w:b/>
        </w:rPr>
        <w:t xml:space="preserve">[34:27] </w:t>
      </w:r>
      <w:r>
        <w:t>aaya to maine us ki</w:t>
      </w:r>
    </w:p>
    <w:p>
      <w:pPr>
        <w:jc w:val="right"/>
      </w:pPr>
      <w:r>
        <w:t>آیا تو میں نے اس کی</w:t>
      </w:r>
    </w:p>
    <w:p>
      <w:r>
        <w:rPr>
          <w:b/>
        </w:rPr>
        <w:t xml:space="preserve">[34:33] </w:t>
      </w:r>
      <w:r>
        <w:t>heading padhwai, jitni heading thi, sab shikayati, sab zulm ki dastaan.</w:t>
      </w:r>
    </w:p>
    <w:p>
      <w:pPr>
        <w:jc w:val="right"/>
      </w:pPr>
      <w:r>
        <w:t>ہیڈنگ پڑھوائی، جتنی ہیڈنگ تھی، سب شکایتی، سب ظلم کی داستان۔</w:t>
      </w:r>
    </w:p>
    <w:p>
      <w:r>
        <w:rPr>
          <w:b/>
        </w:rPr>
        <w:t xml:space="preserve">[34:39] </w:t>
      </w:r>
      <w:r>
        <w:t>aur us colleague jo shaam ko mere paas aaye, bombay ke bahut badi muslim anjuman ke chairman, unhon</w:t>
      </w:r>
    </w:p>
    <w:p>
      <w:pPr>
        <w:jc w:val="right"/>
      </w:pPr>
      <w:r>
        <w:t>اور اس کولیگ جو شام کو میرے پاس آئے، بمبئی کے بہت بڑی مسلم انجمن کے چیئرمین، انہوں</w:t>
      </w:r>
    </w:p>
    <w:p>
      <w:r>
        <w:rPr>
          <w:b/>
        </w:rPr>
        <w:t xml:space="preserve">[34:45] </w:t>
      </w:r>
      <w:r>
        <w:t>ne kaha ke hum medical college bana rahe hain, is ke liye ek hindu ne humein 60 crore</w:t>
      </w:r>
    </w:p>
    <w:p>
      <w:pPr>
        <w:jc w:val="right"/>
      </w:pPr>
      <w:r>
        <w:t>نے کہا کہ ہم میڈیکل کالج بنا رہے ہیں، اس کے لیے ایک ہندو نے ہمیں 60 کروڑ</w:t>
      </w:r>
    </w:p>
    <w:p>
      <w:r>
        <w:rPr>
          <w:b/>
        </w:rPr>
        <w:t xml:space="preserve">[34:51] </w:t>
      </w:r>
      <w:r>
        <w:t>rupaye diya hai, donation.</w:t>
      </w:r>
    </w:p>
    <w:p>
      <w:pPr>
        <w:jc w:val="right"/>
      </w:pPr>
      <w:r>
        <w:t>روپے دیا ہے، ڈونیشن۔</w:t>
      </w:r>
    </w:p>
    <w:p>
      <w:r>
        <w:rPr>
          <w:b/>
        </w:rPr>
        <w:t xml:space="preserve">[34:57] </w:t>
      </w:r>
      <w:r>
        <w:t>yeh khabar nahi, yeh khabar kahin nahi hai. kyun? log</w:t>
      </w:r>
    </w:p>
    <w:p>
      <w:pPr>
        <w:jc w:val="right"/>
      </w:pPr>
      <w:r>
        <w:t>یہ خبر نہیں، یہ خبر کہیں نہیں ہے۔ کیوں؟ لوگ</w:t>
      </w:r>
    </w:p>
    <w:p>
      <w:r>
        <w:rPr>
          <w:b/>
        </w:rPr>
        <w:t xml:space="preserve">[35:03] </w:t>
      </w:r>
      <w:r>
        <w:t>on par itna zyada negative thinking chhai hui hai ke is tarah ki baaton ko yaqeen nahi karte woh. yaqeen nahi aata un ko. yani positive khabron ko sunte hain to un ko yaqeen nahi aata, is liye woh chhapte bhi nahi. to sab se bara, sab se jo bura role jo hai is waqt woh musalmanon ke likhne aur bolne wale tabqe ka hai. musalmanon ke danishwar tabqe ka hai. is mein ulma bhi shareek hain. shikayati baat</w:t>
      </w:r>
    </w:p>
    <w:p>
      <w:pPr>
        <w:jc w:val="right"/>
      </w:pPr>
      <w:r>
        <w:t>وں پر اتنا زیادہ نیگیٹیو تھنکنگ چھائی ہوئی ہے کہ اس طرح کی باتوں کو یقین نہیں کرتے وہ۔ یقین نہیں آتا ان کو۔ یعنی پازیٹو خبروں کو سنتے ہیں تو ان کو یقین نہیں آتا، اس لیے وہ چھاپتے بھی نہیں۔ تو سب سے بڑا، سب سے جو برا رول جو ہے اس وقت وہ مسلمانوں کے لکھنے اور بولنے والے طبقے کا ہے۔ مسلمانوں کے دانشور طبقے کا ہے۔ اس میں علماء بھی شریک ہیں۔ شکایتی بات</w:t>
      </w:r>
    </w:p>
    <w:p>
      <w:r>
        <w:rPr>
          <w:b/>
        </w:rPr>
        <w:t xml:space="preserve">[35:33] </w:t>
      </w:r>
      <w:r>
        <w:t>mein hain, shikayati baatein, maishati ki baatein, zulm ki baatein, sab yahi kar rahe hain.</w:t>
      </w:r>
    </w:p>
    <w:p>
      <w:pPr>
        <w:jc w:val="right"/>
      </w:pPr>
      <w:r>
        <w:t>یں ہیں، شکایتی باتیں، معیشتی کی باتیں، ظلم کی باتیں، سب یہی کر رہے ہیں۔</w:t>
      </w:r>
    </w:p>
    <w:p>
      <w:r>
        <w:rPr>
          <w:b/>
        </w:rPr>
        <w:t xml:space="preserve">[35:39] </w:t>
      </w:r>
      <w:r>
        <w:t>to main samajhta hoon ke humein is baat ko jaanna chahiye ke ab muslim ummah teesre daur mein</w:t>
      </w:r>
    </w:p>
    <w:p>
      <w:pPr>
        <w:jc w:val="right"/>
      </w:pPr>
      <w:r>
        <w:t>تو میں سمجھتا ہوں کہ ہمیں اس بات کو جاننا چاہیے کہ اب مسلم امہ تیسرے دور میں</w:t>
      </w:r>
    </w:p>
    <w:p>
      <w:r>
        <w:rPr>
          <w:b/>
        </w:rPr>
        <w:t xml:space="preserve">[35:45] </w:t>
      </w:r>
      <w:r>
        <w:t>dakhil ho gayi hai.</w:t>
      </w:r>
    </w:p>
    <w:p>
      <w:pPr>
        <w:jc w:val="right"/>
      </w:pPr>
      <w:r>
        <w:t>داخل ہو گئی ہے۔</w:t>
      </w:r>
    </w:p>
    <w:p>
      <w:r>
        <w:rPr>
          <w:b/>
        </w:rPr>
        <w:t xml:space="preserve">[35:52] </w:t>
      </w:r>
      <w:r>
        <w:t>pehlay dour se guzar chuki, doosray dour se taqreeban guzar chuki, ab teesray dour mein dakhil ho gayi.</w:t>
      </w:r>
    </w:p>
    <w:p>
      <w:pPr>
        <w:jc w:val="right"/>
      </w:pPr>
      <w:r>
        <w:t>پہلے دور سے گزر چکی، دوسرے دور سے تقریباً گزر چکی، اب تیسرے دور میں داخل ہو گئی۔</w:t>
      </w:r>
    </w:p>
    <w:p>
      <w:r>
        <w:rPr>
          <w:b/>
        </w:rPr>
        <w:t xml:space="preserve">[35:58] </w:t>
      </w:r>
      <w:r>
        <w:t>yani apnay ko giver community ke taur par establish karna.</w:t>
      </w:r>
    </w:p>
    <w:p>
      <w:pPr>
        <w:jc w:val="right"/>
      </w:pPr>
      <w:r>
        <w:t>یعنی اپنے کو گیور کمیونٹی کے طور پر اسٹیبلش کرنا۔</w:t>
      </w:r>
    </w:p>
    <w:p>
      <w:r>
        <w:rPr>
          <w:b/>
        </w:rPr>
        <w:t xml:space="preserve">[36:05] </w:t>
      </w:r>
      <w:r>
        <w:t>yeh sab se bara mein samajhta hoon ke role hoga.</w:t>
      </w:r>
    </w:p>
    <w:p>
      <w:pPr>
        <w:jc w:val="right"/>
      </w:pPr>
      <w:r>
        <w:t>یہ سب سے بڑا میں سمجھتا ہوں کہ رول ہوگا۔</w:t>
      </w:r>
    </w:p>
    <w:p>
      <w:r>
        <w:rPr>
          <w:b/>
        </w:rPr>
        <w:t xml:space="preserve">[36:09] </w:t>
      </w:r>
      <w:r>
        <w:t>to is waqt zaroorat kis baat ki hai? zaroorat ki baat hai ke logon ko aisay aisay akhbar</w:t>
      </w:r>
    </w:p>
    <w:p>
      <w:pPr>
        <w:jc w:val="right"/>
      </w:pPr>
      <w:r>
        <w:t>تو اس وقت ضرورت کس بات کی ہے؟ ضرورت کی بات ہے کہ لوگوں کو ایسے ایسے اخبار</w:t>
      </w:r>
    </w:p>
    <w:p>
      <w:r>
        <w:rPr>
          <w:b/>
        </w:rPr>
        <w:t xml:space="preserve">[36:13] </w:t>
      </w:r>
      <w:r>
        <w:t>nikalay jayen, aisay parchey nikale jayen, aisi kitaben chhapi jayen.</w:t>
      </w:r>
    </w:p>
    <w:p>
      <w:pPr>
        <w:jc w:val="right"/>
      </w:pPr>
      <w:r>
        <w:t>نکالے جائیں، ایسے پرچے نکالے جائیں، ایسی کتابیں چھاپی جائیں۔</w:t>
      </w:r>
    </w:p>
    <w:p>
      <w:r>
        <w:rPr>
          <w:b/>
        </w:rPr>
        <w:t xml:space="preserve">[36:17] </w:t>
      </w:r>
      <w:r>
        <w:t>hum Allah ka farz yahi kar rahay hain.</w:t>
      </w:r>
    </w:p>
    <w:p>
      <w:pPr>
        <w:jc w:val="right"/>
      </w:pPr>
      <w:r>
        <w:t>ہم اللہ کا فرض یہی کر رہے ہیں۔</w:t>
      </w:r>
    </w:p>
    <w:p>
      <w:r>
        <w:rPr>
          <w:b/>
        </w:rPr>
        <w:t xml:space="preserve">[36:22] </w:t>
      </w:r>
      <w:r>
        <w:t>hum Allah ka farz yahi kaam kar rahay hain.</w:t>
      </w:r>
    </w:p>
    <w:p>
      <w:pPr>
        <w:jc w:val="right"/>
      </w:pPr>
      <w:r>
        <w:t>ہم اللہ کا فرض یہی کام کر رہے ہیں۔</w:t>
      </w:r>
    </w:p>
    <w:p>
      <w:r>
        <w:rPr>
          <w:b/>
        </w:rPr>
        <w:t xml:space="preserve">[36:26] </w:t>
      </w:r>
      <w:r>
        <w:t>lekin is mein bohat baray paimaanay par logon ko shareek hona chahiye ke ummat ko zehan diya jaye,</w:t>
      </w:r>
    </w:p>
    <w:p>
      <w:pPr>
        <w:jc w:val="right"/>
      </w:pPr>
      <w:r>
        <w:t>لیکن اس میں بہت بڑے پیمانے پر لوگوں کو شریک ہونا چاہیے کہ امت کو ذہن دیا جائے،</w:t>
      </w:r>
    </w:p>
    <w:p>
      <w:r>
        <w:rPr>
          <w:b/>
        </w:rPr>
        <w:t xml:space="preserve">[36:30] </w:t>
      </w:r>
      <w:r>
        <w:t>ummat ko soch</w:t>
      </w:r>
    </w:p>
    <w:p>
      <w:pPr>
        <w:jc w:val="right"/>
      </w:pPr>
      <w:r>
        <w:t>امت کو سوچ</w:t>
      </w:r>
    </w:p>
    <w:p>
      <w:r>
        <w:rPr>
          <w:b/>
        </w:rPr>
        <w:t xml:space="preserve">[36:35] </w:t>
      </w:r>
      <w:r>
        <w:t>di jaye ke woh daur khatm ho gaya. woh daur khatm ho gaya. mujhe yaad aata hai ek qissa, mein apne office mein baitha hua tha, ek naujawan aaya, woh naujawan ki taleem america mein hui thi. kisi wajah se woh america ko chhod kar india wapas aa gaya. to us ke jo saathi the</w:t>
      </w:r>
    </w:p>
    <w:p>
      <w:pPr>
        <w:jc w:val="right"/>
      </w:pPr>
      <w:r>
        <w:t>دی جائے کہ وہ دور ختم ہو گیا۔ وہ دور ختم ہو گیا۔ مجھے یاد آتا ہے ایک قصہ، میں اپنے آفس میں بیٹھا ہوا تھا، ایک نوجوان آیا، وہ نوجوان کی تعلیم امریکہ میں ہوئی تھی۔ کسی وجہ سے وہ امریکہ کو چھوڑ کر انڈیا واپس آ گیا۔ تو اس کے جو ساتھی تھے</w:t>
      </w:r>
    </w:p>
    <w:p>
      <w:r>
        <w:rPr>
          <w:b/>
        </w:rPr>
        <w:t xml:space="preserve">[37:05] </w:t>
      </w:r>
      <w:r>
        <w:t>, sab is ko kiya kehtay thay? yeh to America chhod kar yahan aa gaye, yahan koi scope</w:t>
      </w:r>
    </w:p>
    <w:p>
      <w:pPr>
        <w:jc w:val="right"/>
      </w:pPr>
      <w:r>
        <w:t>، سب اس کو کیا کہتے تھے؟ یہ تو امریکہ چھوڑ کے یہاں آ گئے، یہاں کوئی اسکوپ</w:t>
      </w:r>
    </w:p>
    <w:p>
      <w:r>
        <w:rPr>
          <w:b/>
        </w:rPr>
        <w:t xml:space="preserve">[37:11] </w:t>
      </w:r>
      <w:r>
        <w:t>kahan hai? is ne mujhe bataya ke meray jitnay saathi hain, meray rishtaydaar hain, sab aik hi</w:t>
      </w:r>
    </w:p>
    <w:p>
      <w:pPr>
        <w:jc w:val="right"/>
      </w:pPr>
      <w:r>
        <w:t>کہاں ہے؟ اس نے مجھے بتایا کہ میرے جتنے ساتھی ہیں، میرے رشتہ دار ہیں، سب ایک ہی</w:t>
      </w:r>
    </w:p>
    <w:p>
      <w:r>
        <w:rPr>
          <w:b/>
        </w:rPr>
        <w:t xml:space="preserve">[37:17] </w:t>
      </w:r>
      <w:r>
        <w:t>baat kehtay hain ke America ko chhod kar India aa gaye, yahan to koi scope nahin.</w:t>
      </w:r>
    </w:p>
    <w:p>
      <w:pPr>
        <w:jc w:val="right"/>
      </w:pPr>
      <w:r>
        <w:t>بات کہتے ہیں کہ امریکہ کو چھوڑ کر انڈیا آ گئے، یہاں تو کوئی اسکوپ نہیں۔</w:t>
      </w:r>
    </w:p>
    <w:p>
      <w:r>
        <w:rPr>
          <w:b/>
        </w:rPr>
        <w:t xml:space="preserve">[37:23] </w:t>
      </w:r>
      <w:r>
        <w:t>to mein ne usay kaha ke scope na hona sab se bara scope hai.</w:t>
      </w:r>
    </w:p>
    <w:p>
      <w:pPr>
        <w:jc w:val="right"/>
      </w:pPr>
      <w:r>
        <w:t>تو میں نے اسے کہا کہ اسکوپ نہ ہونا سب سے بڑا اسکوپ ہے۔</w:t>
      </w:r>
    </w:p>
    <w:p>
      <w:r>
        <w:rPr>
          <w:b/>
        </w:rPr>
        <w:t xml:space="preserve">[37:29] </w:t>
      </w:r>
      <w:r>
        <w:t>India mein agar scope</w:t>
      </w:r>
    </w:p>
    <w:p>
      <w:pPr>
        <w:jc w:val="right"/>
      </w:pPr>
      <w:r>
        <w:t>انڈیا میں اگر اسکوپ</w:t>
      </w:r>
    </w:p>
    <w:p>
      <w:r>
        <w:rPr>
          <w:b/>
        </w:rPr>
        <w:t xml:space="preserve">[37:35] </w:t>
      </w:r>
      <w:r>
        <w:t>na ho to woh sab se bara scope hai. to us ne kaha, woh kaise? mein ne kaha, jab scope na ho to aap ko challenge ban jata hai woh. scope, scope na hona ek challenge ban jata hai. apne aap ko motivate karta hai, motivate karta hai ke aakhir mein bhi insaan hoon, mere paas bhi dimaag hai, mere paas bhi degree hai, mein bhi koshish karoon, mein bhi aage badh sakta</w:t>
      </w:r>
    </w:p>
    <w:p>
      <w:pPr>
        <w:jc w:val="right"/>
      </w:pPr>
      <w:r>
        <w:t>نہ ہو تو وہ سب سے بڑا اسکوپ ہے۔ تو اس نے کہا، وہ کیسے؟ میں نے کہا، جب اسکوپ نہ ہو تو آپ کو چیلنج بن جاتا ہے وہ۔ اسکوپ، اسکوپ نہ ہونا ایک چیلنج بن جاتا ہے۔ اپنے آپ کو موٹیویٹ کرتا ہے، موٹیویٹ کرتا ہے کہ آخر میں بھی انسان ہوں، میرے پاس بھی دماغ ہے، میرے پاس بھی ڈگری ہے، میں بھی کوشش کروں، میں بھی آگے بڑھ سکتا</w:t>
      </w:r>
    </w:p>
    <w:p>
      <w:r>
        <w:rPr>
          <w:b/>
        </w:rPr>
        <w:t xml:space="preserve">[38:05] </w:t>
      </w:r>
      <w:r>
        <w:t>hon.</w:t>
      </w:r>
    </w:p>
    <w:p>
      <w:pPr>
        <w:jc w:val="right"/>
      </w:pPr>
      <w:r>
        <w:t>ہوں۔</w:t>
      </w:r>
    </w:p>
    <w:p>
      <w:r>
        <w:rPr>
          <w:b/>
        </w:rPr>
        <w:t xml:space="preserve">[38:09] </w:t>
      </w:r>
      <w:r>
        <w:t>to mein ne kaha ke India mein aap agar wapas na jayen gay America inshallah to isi mulk</w:t>
      </w:r>
    </w:p>
    <w:p>
      <w:pPr>
        <w:jc w:val="right"/>
      </w:pPr>
      <w:r>
        <w:t>تو میں نے کہا کہ انڈیا میں آپ اگر واپس نہ جائیں گے امریکہ انشاءاللہ تو اسی ملک</w:t>
      </w:r>
    </w:p>
    <w:p>
      <w:r>
        <w:rPr>
          <w:b/>
        </w:rPr>
        <w:t xml:space="preserve">[38:13] </w:t>
      </w:r>
      <w:r>
        <w:t>mein aap taraqqi karen gay.</w:t>
      </w:r>
    </w:p>
    <w:p>
      <w:pPr>
        <w:jc w:val="right"/>
      </w:pPr>
      <w:r>
        <w:t>میں آپ ترقی کریں گے۔</w:t>
      </w:r>
    </w:p>
    <w:p>
      <w:r>
        <w:rPr>
          <w:b/>
        </w:rPr>
        <w:t xml:space="preserve">[38:16] </w:t>
      </w:r>
      <w:r>
        <w:t>ab mujhe nahin maloom ke woh ladka kiya karta hai.</w:t>
      </w:r>
    </w:p>
    <w:p>
      <w:pPr>
        <w:jc w:val="right"/>
      </w:pPr>
      <w:r>
        <w:t>اب مجھے نہیں معلوم کہ وہ لڑکا کیا کرتا ہے۔</w:t>
      </w:r>
    </w:p>
    <w:p>
      <w:r>
        <w:rPr>
          <w:b/>
        </w:rPr>
        <w:t xml:space="preserve">[38:20] </w:t>
      </w:r>
      <w:r>
        <w:t>lekin us se mein ne kaha tha ke aap agar theher gaye India mein to aap dekhen gay</w:t>
      </w:r>
    </w:p>
    <w:p>
      <w:pPr>
        <w:jc w:val="right"/>
      </w:pPr>
      <w:r>
        <w:t>لیکن اس سے میں نے کہا تھا کہ آپ اگر ٹھہر گئے انڈیا میں تو آپ دیکھیں گے</w:t>
      </w:r>
    </w:p>
    <w:p>
      <w:r>
        <w:rPr>
          <w:b/>
        </w:rPr>
        <w:t xml:space="preserve">[38:24] </w:t>
      </w:r>
      <w:r>
        <w:t>ke aap ke nature ne aap ko motivate kiya aur motivate kar ke aap ko taraqqi tak pohancha diya.</w:t>
      </w:r>
    </w:p>
    <w:p>
      <w:pPr>
        <w:jc w:val="right"/>
      </w:pPr>
      <w:r>
        <w:t>کہ آپ کے نیچر نے آپ کو موٹیویٹ کیا اور موٹیویٹ کر کے آپ کو ترقی تک پہنچا دیا۔</w:t>
      </w:r>
    </w:p>
    <w:p>
      <w:r>
        <w:rPr>
          <w:b/>
        </w:rPr>
        <w:t xml:space="preserve">[38:28] </w:t>
      </w:r>
      <w:r>
        <w:t>jahan scope na ho wahan motivation hota hai.</w:t>
      </w:r>
    </w:p>
    <w:p>
      <w:pPr>
        <w:jc w:val="right"/>
      </w:pPr>
      <w:r>
        <w:t>جہاں اسکوپ نہ ہو وہاں موٹیویشن ہوتا ہے۔</w:t>
      </w:r>
    </w:p>
    <w:p>
      <w:r>
        <w:rPr>
          <w:b/>
        </w:rPr>
        <w:t xml:space="preserve">[38:32] </w:t>
      </w:r>
      <w:r>
        <w:t>jahan scope na ho wahan muharrik hota hai.</w:t>
      </w:r>
    </w:p>
    <w:p>
      <w:pPr>
        <w:jc w:val="right"/>
      </w:pPr>
      <w:r>
        <w:t>جہاں اسکوپ نہ ہو وہاں محرک ہوتا ہے۔</w:t>
      </w:r>
    </w:p>
    <w:p>
      <w:r>
        <w:rPr>
          <w:b/>
        </w:rPr>
        <w:t xml:space="preserve">[38:36] </w:t>
      </w:r>
      <w:r>
        <w:t>jahan scope na ho wahan challenge hota hai.</w:t>
      </w:r>
    </w:p>
    <w:p>
      <w:pPr>
        <w:jc w:val="right"/>
      </w:pPr>
      <w:r>
        <w:t>جہاں اسکوپ نہ ہو وہاں چیلنج ہوتا ہے۔</w:t>
      </w:r>
    </w:p>
    <w:p>
      <w:r>
        <w:rPr>
          <w:b/>
        </w:rPr>
        <w:t xml:space="preserve">[38:40] </w:t>
      </w:r>
      <w:r>
        <w:t>yeh raaz hai jadeed ka.</w:t>
      </w:r>
    </w:p>
    <w:p>
      <w:pPr>
        <w:jc w:val="right"/>
      </w:pPr>
      <w:r>
        <w:t>یہ راز ہے جدید کا۔</w:t>
      </w:r>
    </w:p>
    <w:p>
      <w:r>
        <w:rPr>
          <w:b/>
        </w:rPr>
        <w:t xml:space="preserve">[38:45] </w:t>
      </w:r>
      <w:r>
        <w:t>tu jo log tajdid ka kaam karne ke liye uthe, unhein yeh sab baatein janna chahiyen.</w:t>
      </w:r>
    </w:p>
    <w:p>
      <w:pPr>
        <w:jc w:val="right"/>
      </w:pPr>
      <w:r>
        <w:t>تو جو لوگ تجدید کا کام کرنے کے لیے اٹھے، انہیں یہ سب باتیں جاننا چاہیے۔</w:t>
      </w:r>
    </w:p>
    <w:p>
      <w:r>
        <w:rPr>
          <w:b/>
        </w:rPr>
        <w:t xml:space="preserve">[38:49] </w:t>
      </w:r>
      <w:r>
        <w:t>aur shikayat ki baatein karna ke India mein discrimination hota hai, yeh sab bilkul mein to is ko</w:t>
      </w:r>
    </w:p>
    <w:p>
      <w:pPr>
        <w:jc w:val="right"/>
      </w:pPr>
      <w:r>
        <w:t>اور شکایت کی باتیں کرنا کہ انڈیا میں ڈسکریمینیشن ہوتا ہے، یہ سب بالکل میں تو اس کو</w:t>
      </w:r>
    </w:p>
    <w:p>
      <w:r>
        <w:rPr>
          <w:b/>
        </w:rPr>
        <w:t xml:space="preserve">[38:54] </w:t>
      </w:r>
      <w:r>
        <w:t>haram ke darje mein galat manta hoon.</w:t>
      </w:r>
    </w:p>
    <w:p>
      <w:pPr>
        <w:jc w:val="right"/>
      </w:pPr>
      <w:r>
        <w:t>حرام کے درجے میں غلط مانتا ہوں۔</w:t>
      </w:r>
    </w:p>
    <w:p>
      <w:r>
        <w:rPr>
          <w:b/>
        </w:rPr>
        <w:t xml:space="preserve">[38:58] </w:t>
      </w:r>
      <w:r>
        <w:t>haram ke darje mein.</w:t>
      </w:r>
    </w:p>
    <w:p>
      <w:pPr>
        <w:jc w:val="right"/>
      </w:pPr>
      <w:r>
        <w:t>حرام کے درجے میں۔</w:t>
      </w:r>
    </w:p>
    <w:p>
      <w:r>
        <w:rPr>
          <w:b/>
        </w:rPr>
        <w:t xml:space="preserve">[39:03] </w:t>
      </w:r>
      <w:r>
        <w:t>chand din hue ek sahab aaye, un ka ke India mein to discrimination hota hai musalmanon ke sath.</w:t>
      </w:r>
    </w:p>
    <w:p>
      <w:pPr>
        <w:jc w:val="right"/>
      </w:pPr>
      <w:r>
        <w:t>چند دن ہوئے ایک صاحب آئے، ان کا کہ انڈیا میں تو ڈسکریمینیشن ہوتا ہے مسلمانوں کے ساتھ۔</w:t>
      </w:r>
    </w:p>
    <w:p>
      <w:r>
        <w:rPr>
          <w:b/>
        </w:rPr>
        <w:t xml:space="preserve">[39:07] </w:t>
      </w:r>
      <w:r>
        <w:t>to maine kaha ke discrimination ki boli jo bolta hai woh shaitan ki boli bolta hai.</w:t>
      </w:r>
    </w:p>
    <w:p>
      <w:pPr>
        <w:jc w:val="right"/>
      </w:pPr>
      <w:r>
        <w:t>تو میں نے کہا کہ ڈسکریمینیشن کی بولی جو بولتا ہے وہ شیٹن کی بولی بولتا ہے۔</w:t>
      </w:r>
    </w:p>
    <w:p>
      <w:r>
        <w:rPr>
          <w:b/>
        </w:rPr>
        <w:t xml:space="preserve">[39:13] </w:t>
      </w:r>
      <w:r>
        <w:t>unhone kaha, woh kaise? maine kaha, jab Allah taala ne insan ko paida kiya aur us</w:t>
      </w:r>
    </w:p>
    <w:p>
      <w:pPr>
        <w:jc w:val="right"/>
      </w:pPr>
      <w:r>
        <w:t>انہوں نے کہا، وہ کیسے؟ میں نے کہا، جب اللہ تعالی نے انسان کو پیدا کیا اور اس</w:t>
      </w:r>
    </w:p>
    <w:p>
      <w:r>
        <w:rPr>
          <w:b/>
        </w:rPr>
        <w:t xml:space="preserve">[39:18] </w:t>
      </w:r>
      <w:r>
        <w:t>ko khalifa banaya to shaitan ne kya kiya tha? yahi to kaha tha ke woh us ko paida</w:t>
      </w:r>
    </w:p>
    <w:p>
      <w:pPr>
        <w:jc w:val="right"/>
      </w:pPr>
      <w:r>
        <w:t>کو خلیفہ بنایا تو شیطان نے کیا کیا تھا؟ یہی تو کہا تھا کہ وہ اس کو پیدا</w:t>
      </w:r>
    </w:p>
    <w:p>
      <w:r>
        <w:rPr>
          <w:b/>
        </w:rPr>
        <w:t xml:space="preserve">[39:23] </w:t>
      </w:r>
      <w:r>
        <w:t>kiya gaya mitti se aur mujhe paida kiya aag se aur mujh ko darja nahi diya, us ko</w:t>
      </w:r>
    </w:p>
    <w:p>
      <w:pPr>
        <w:jc w:val="right"/>
      </w:pPr>
      <w:r>
        <w:t>کیا گیا مٹی سے اور مجھے پیدا کیا آگ سے اور مجھ کو درجہ نہیں دیا، اس کو</w:t>
      </w:r>
    </w:p>
    <w:p>
      <w:r>
        <w:rPr>
          <w:b/>
        </w:rPr>
        <w:t xml:space="preserve">[39:29] </w:t>
      </w:r>
      <w:r>
        <w:t>darja de diya.</w:t>
      </w:r>
    </w:p>
    <w:p>
      <w:pPr>
        <w:jc w:val="right"/>
      </w:pPr>
      <w:r>
        <w:t>درجہ دے دیا۔</w:t>
      </w:r>
    </w:p>
    <w:p>
      <w:r>
        <w:rPr>
          <w:b/>
        </w:rPr>
        <w:t xml:space="preserve">[39:34] </w:t>
      </w:r>
      <w:r>
        <w:t>yeh to discrimination hai.</w:t>
      </w:r>
    </w:p>
    <w:p>
      <w:pPr>
        <w:jc w:val="right"/>
      </w:pPr>
      <w:r>
        <w:t>یہ تو ڈسکریمینیشن ہے۔</w:t>
      </w:r>
    </w:p>
    <w:p>
      <w:r>
        <w:rPr>
          <w:b/>
        </w:rPr>
        <w:t xml:space="preserve">[39:39] </w:t>
      </w:r>
      <w:r>
        <w:t>yani Iblis samajhta tha ke darja mujh ko milna chahiye kyunke mujhe aag se paida kiya gaya hai</w:t>
      </w:r>
    </w:p>
    <w:p>
      <w:pPr>
        <w:jc w:val="right"/>
      </w:pPr>
      <w:r>
        <w:t>یعنی ابلیس سمجھتا تھا کہ درجہ مجھ کو ملنا چاہیے کیونکہ مجھے آگ سے پیدا کیا گیا ہے</w:t>
      </w:r>
    </w:p>
    <w:p>
      <w:r>
        <w:rPr>
          <w:b/>
        </w:rPr>
        <w:t xml:space="preserve">[39:45] </w:t>
      </w:r>
      <w:r>
        <w:t>aur mil gaya Adam ko.</w:t>
      </w:r>
    </w:p>
    <w:p>
      <w:pPr>
        <w:jc w:val="right"/>
      </w:pPr>
      <w:r>
        <w:t>اور مل گیا آدم کو۔</w:t>
      </w:r>
    </w:p>
    <w:p>
      <w:r>
        <w:rPr>
          <w:b/>
        </w:rPr>
        <w:t xml:space="preserve">[39:50] </w:t>
      </w:r>
      <w:r>
        <w:t>to yeh to discrimination hai.</w:t>
      </w:r>
    </w:p>
    <w:p>
      <w:pPr>
        <w:jc w:val="right"/>
      </w:pPr>
      <w:r>
        <w:t>تو یہ تو ڈسکریمینیشن ہے۔</w:t>
      </w:r>
    </w:p>
    <w:p>
      <w:r>
        <w:rPr>
          <w:b/>
        </w:rPr>
        <w:t xml:space="preserve">[39:55] </w:t>
      </w:r>
      <w:r>
        <w:t>to sab se pehle duniya mein yeh boli bola kaun? shaitan bola.</w:t>
      </w:r>
    </w:p>
    <w:p>
      <w:pPr>
        <w:jc w:val="right"/>
      </w:pPr>
      <w:r>
        <w:t>تو سب سے پہلے دنیا میں یہ بولی بولا کون؟ شیٹن بولا۔</w:t>
      </w:r>
    </w:p>
    <w:p>
      <w:r>
        <w:rPr>
          <w:b/>
        </w:rPr>
        <w:t xml:space="preserve">[40:00] </w:t>
      </w:r>
      <w:r>
        <w:t>یعنی language of discrimination جو استعمال کیا جاتا ہے، Satan استعمال کیا۔</w:t>
      </w:r>
    </w:p>
    <w:p>
      <w:pPr>
        <w:jc w:val="right"/>
      </w:pPr>
      <w:r>
        <w:t>یعنی لینگویج آف ڈسکریمینیشن جو استعمال کیا جاتا ہے، شیٹن استعمال کیا۔</w:t>
      </w:r>
    </w:p>
    <w:p>
      <w:r>
        <w:rPr>
          <w:b/>
        </w:rPr>
        <w:t xml:space="preserve">[40:05] </w:t>
      </w:r>
      <w:r>
        <w:t>ab jo yeh boli bolta hai</w:t>
      </w:r>
    </w:p>
    <w:p>
      <w:pPr>
        <w:jc w:val="right"/>
      </w:pPr>
      <w:r>
        <w:t>اب جو یہ بولی بولتا ہے</w:t>
      </w:r>
    </w:p>
    <w:p>
      <w:r>
        <w:rPr>
          <w:b/>
        </w:rPr>
        <w:t xml:space="preserve">[40:10] </w:t>
      </w:r>
      <w:r>
        <w:t>woh shaitan ki pairwi karta hai.</w:t>
      </w:r>
    </w:p>
    <w:p>
      <w:pPr>
        <w:jc w:val="right"/>
      </w:pPr>
      <w:r>
        <w:t>وہ شیٹن کی پیروی کرتا ہے۔</w:t>
      </w:r>
    </w:p>
    <w:p>
      <w:r>
        <w:rPr>
          <w:b/>
        </w:rPr>
        <w:t xml:space="preserve">[40:17] </w:t>
      </w:r>
      <w:r>
        <w:t>aur jante hain Quran mein likha hua hai, ek ayat hai Quran mein ke jo insan shaitan ki</w:t>
      </w:r>
    </w:p>
    <w:p>
      <w:pPr>
        <w:jc w:val="right"/>
      </w:pPr>
      <w:r>
        <w:t>اور جانتے ہیں قرآن میں لکھا ہوا ہے، ایک آیت ہے قرآن میں کہ جو انسان شیطان کی</w:t>
      </w:r>
    </w:p>
    <w:p>
      <w:r>
        <w:rPr>
          <w:b/>
        </w:rPr>
        <w:t xml:space="preserve">[40:25] </w:t>
      </w:r>
      <w:r>
        <w:t>ko follow karega, us ko aur shaitan ko dono ko jahannum mein daal diya jayega.</w:t>
      </w:r>
    </w:p>
    <w:p>
      <w:pPr>
        <w:jc w:val="right"/>
      </w:pPr>
      <w:r>
        <w:t>کو فالو کرے گا، اس کو اور شیطان کو دونوں کو جہنم میں ڈال دیا جائے گا۔</w:t>
      </w:r>
    </w:p>
    <w:p>
      <w:r>
        <w:rPr>
          <w:b/>
        </w:rPr>
        <w:t xml:space="preserve">[40:32] </w:t>
      </w:r>
      <w:r>
        <w:t>woh ayat padhi hai? haan, kis surah mein hai yeh? yeh Allah taala ne farmaya ke insanon mein se</w:t>
      </w:r>
    </w:p>
    <w:p>
      <w:pPr>
        <w:jc w:val="right"/>
      </w:pPr>
      <w:r>
        <w:t>وہ آیت پڑھی ہے؟ ہاں، کس سورہ میں ہے یہ؟ یہ اللہ تعالی نے فرمایا کہ انسانوں میں سے</w:t>
      </w:r>
    </w:p>
    <w:p>
      <w:r>
        <w:rPr>
          <w:b/>
        </w:rPr>
        <w:t xml:space="preserve">[40:40] </w:t>
      </w:r>
      <w:r>
        <w:t>jo koi shaitan ki pairwi karega, us ko follow karega, us ko aur shaitan ko dono</w:t>
      </w:r>
    </w:p>
    <w:p>
      <w:pPr>
        <w:jc w:val="right"/>
      </w:pPr>
      <w:r>
        <w:t>جو کوئی شیٹن کی پیروی کرے گا، اس کو فالو کرے گا، اس کو اور شیٹن کو دونوں</w:t>
      </w:r>
    </w:p>
    <w:p>
      <w:r>
        <w:rPr>
          <w:b/>
        </w:rPr>
        <w:t xml:space="preserve">[40:45] </w:t>
      </w:r>
      <w:r>
        <w:t>ko hum jahannum mein daal denge.</w:t>
      </w:r>
    </w:p>
    <w:p>
      <w:pPr>
        <w:jc w:val="right"/>
      </w:pPr>
      <w:r>
        <w:t>کو ہم جہنم میں ڈال دیں گے۔</w:t>
      </w:r>
    </w:p>
    <w:p>
      <w:r>
        <w:rPr>
          <w:b/>
        </w:rPr>
        <w:t xml:space="preserve">[40:50] </w:t>
      </w:r>
      <w:r>
        <w:t>to kitna kitna risky baat hai yeh kehna ke India mein musalmanon ke sath discrimination hota hai.</w:t>
      </w:r>
    </w:p>
    <w:p>
      <w:pPr>
        <w:jc w:val="right"/>
      </w:pPr>
      <w:r>
        <w:t>تو کتنا کتنا رسکی بات ہے یہ کہنا کہ انڈیا میں مسلمانوں کے ساتھ ڈسکریمینیشن ہوتا ہے۔</w:t>
      </w:r>
    </w:p>
    <w:p>
      <w:r>
        <w:rPr>
          <w:b/>
        </w:rPr>
        <w:t xml:space="preserve">[40:55] </w:t>
      </w:r>
      <w:r>
        <w:t>yani yeh keh kar apne ko aap bracket kar rahe hain shaitan se.</w:t>
      </w:r>
    </w:p>
    <w:p>
      <w:pPr>
        <w:jc w:val="right"/>
      </w:pPr>
      <w:r>
        <w:t>یعنی یہ کہہ کر اپنے کو آپ بریکٹ کر رہے ہیں شیٹن سے۔</w:t>
      </w:r>
    </w:p>
    <w:p>
      <w:r>
        <w:rPr>
          <w:b/>
        </w:rPr>
        <w:t xml:space="preserve">[41:00] </w:t>
      </w:r>
      <w:r>
        <w:t>bahut hi zyada khatarnak baat hai jab aap yeh bolen ke India mein musalmanon ke sath discrimination hota</w:t>
      </w:r>
    </w:p>
    <w:p>
      <w:pPr>
        <w:jc w:val="right"/>
      </w:pPr>
      <w:r>
        <w:t>بہت ہی زیادہ خطرناک بات ہے جب آپ یہ بولیں کہ انڈیا میں مسلمانوں کے ساتھ ڈسکریمینیشن ہوتا</w:t>
      </w:r>
    </w:p>
    <w:p>
      <w:r>
        <w:rPr>
          <w:b/>
        </w:rPr>
        <w:t xml:space="preserve">[41:05] </w:t>
      </w:r>
      <w:r>
        <w:t>hai to aap yeh ras</w:t>
      </w:r>
    </w:p>
    <w:p>
      <w:pPr>
        <w:jc w:val="right"/>
      </w:pPr>
      <w:r>
        <w:t>ہے تو آپ یہ رس</w:t>
      </w:r>
    </w:p>
    <w:p>
      <w:r>
        <w:rPr>
          <w:b/>
        </w:rPr>
        <w:t xml:space="preserve">[41:10] </w:t>
      </w:r>
      <w:r>
        <w:t>k le rahe hain ke aapko bracket kar diya jaye shaitan se. kitni khatarnak baat hai yeh. kitni khatarnak baat hai. to baat kya hai? discrimination is part of nature. discrimination ek bura naam de diya gaya hai ek haqeeqat ka. discrimination koi cheez hai nahi. yaani Khuda ki takhleeq mein, Khuda ke creation plan mein, discrimination is nothing. insaan ne</w:t>
      </w:r>
    </w:p>
    <w:p>
      <w:pPr>
        <w:jc w:val="right"/>
      </w:pPr>
      <w:r>
        <w:t>ک لے رہے ہیں کہ آپ کو بریکٹ کر دیا جائے شیٹن سے۔ کتنی خطرناک بات ہے یہ۔ کتنی خطرناک بات ہے۔ تو بات کیا ہے؟ ڈسکریمینیشن از پارٹ آف نیچر۔ ڈسکریمینیشن ایک برا نام دے دیا گیا ہے ایک حقیقت کا۔ ڈسکریمینیشن کوئی چیز ہے نہیں۔ یعنی خدا کی تخلیق میں، خدا کے کریشن پلان میں، ڈسکریمینیشن از نتھنگ۔ انسان نے</w:t>
      </w:r>
    </w:p>
    <w:p>
      <w:r>
        <w:rPr>
          <w:b/>
        </w:rPr>
        <w:t xml:space="preserve">[41:40] </w:t>
      </w:r>
      <w:r>
        <w:t>aik lafz ijad kiya, aik aik negative term, aik reality ka aik negative term hai.</w:t>
      </w:r>
    </w:p>
    <w:p>
      <w:pPr>
        <w:jc w:val="right"/>
      </w:pPr>
      <w:r>
        <w:t>ایک لفظ ایجاد کیا، ایک ایک نیگیٹیو ٹرم، ایک ریلیٹی کا ایک نیگیٹیو ٹرم ہے۔</w:t>
      </w:r>
    </w:p>
    <w:p>
      <w:r>
        <w:rPr>
          <w:b/>
        </w:rPr>
        <w:t xml:space="preserve">[41:46] </w:t>
      </w:r>
      <w:r>
        <w:t>وہ کیا ہے؟ کہ according to the law of nature زندگی میں کمپیٹیشن ہے، چیلنج ہے، کوئی آگے</w:t>
      </w:r>
    </w:p>
    <w:p>
      <w:pPr>
        <w:jc w:val="right"/>
      </w:pPr>
      <w:r>
        <w:t>وہ کیا ہے؟ کہ اکارڈنگ ٹو دا لاء آف نیچر زندگی میں کمپیٹیشن ہے، چیلنج ہے، کوئی آگے</w:t>
      </w:r>
    </w:p>
    <w:p>
      <w:r>
        <w:rPr>
          <w:b/>
        </w:rPr>
        <w:t xml:space="preserve">[41:52] </w:t>
      </w:r>
      <w:r>
        <w:t>jata hai, koi peechay hota hai, yeh hota hi hota hai.</w:t>
      </w:r>
    </w:p>
    <w:p>
      <w:pPr>
        <w:jc w:val="right"/>
      </w:pPr>
      <w:r>
        <w:t>جاتا ہے، کوئی پیچھے ہوتا ہے، یہ ہوتا ہی ہوتا ہے۔</w:t>
      </w:r>
    </w:p>
    <w:p>
      <w:r>
        <w:rPr>
          <w:b/>
        </w:rPr>
        <w:t xml:space="preserve">[41:58] </w:t>
      </w:r>
      <w:r>
        <w:t>to is ko kaha gaya discrimination.</w:t>
      </w:r>
    </w:p>
    <w:p>
      <w:pPr>
        <w:jc w:val="right"/>
      </w:pPr>
      <w:r>
        <w:t>تو اس کو کہا گیا ڈسکریمینیشن۔</w:t>
      </w:r>
    </w:p>
    <w:p>
      <w:r>
        <w:rPr>
          <w:b/>
        </w:rPr>
        <w:t xml:space="preserve">[42:04] </w:t>
      </w:r>
      <w:r>
        <w:t>discrimination nahi, woh discrimination nahi hota hai.</w:t>
      </w:r>
    </w:p>
    <w:p>
      <w:pPr>
        <w:jc w:val="right"/>
      </w:pPr>
      <w:r>
        <w:t>ڈسکریمینیشن نہیں، وہ ڈسکریمینیشن نہیں ہوتا ہے۔</w:t>
      </w:r>
    </w:p>
    <w:p>
      <w:r>
        <w:rPr>
          <w:b/>
        </w:rPr>
        <w:t xml:space="preserve">[42:10] </w:t>
      </w:r>
      <w:r>
        <w:t>You are paying the price of your ignorance or your backwardness.</w:t>
      </w:r>
    </w:p>
    <w:p>
      <w:pPr>
        <w:jc w:val="right"/>
      </w:pPr>
      <w:r>
        <w:t>یو آر پےئنگ دا پرائس آف یور انک اور یور بیکورڈنس۔</w:t>
      </w:r>
    </w:p>
    <w:p>
      <w:r>
        <w:rPr>
          <w:b/>
        </w:rPr>
        <w:t xml:space="preserve">[42:15] </w:t>
      </w:r>
      <w:r>
        <w:t>aap ki taleem mein agar peechay reh gaye hain, agar aap ke paas achi degree nahi hai to</w:t>
      </w:r>
    </w:p>
    <w:p>
      <w:pPr>
        <w:jc w:val="right"/>
      </w:pPr>
      <w:r>
        <w:t>آپ کی تعلیم میں اگر پیچھے رہ گئے ہیں، اگر آپ کے پاس اچھی ڈگری نہیں ہے تو</w:t>
      </w:r>
    </w:p>
    <w:p>
      <w:r>
        <w:rPr>
          <w:b/>
        </w:rPr>
        <w:t xml:space="preserve">[42:20] </w:t>
      </w:r>
      <w:r>
        <w:t>aap ko select nahi kiya jayega.</w:t>
      </w:r>
    </w:p>
    <w:p>
      <w:pPr>
        <w:jc w:val="right"/>
      </w:pPr>
      <w:r>
        <w:t>آپ کو سلیکٹ نہیں کیا جائے گا۔</w:t>
      </w:r>
    </w:p>
    <w:p>
      <w:r>
        <w:rPr>
          <w:b/>
        </w:rPr>
        <w:t xml:space="preserve">[42:25] </w:t>
      </w:r>
      <w:r>
        <w:t>to discrimination nahi hai woh.</w:t>
      </w:r>
    </w:p>
    <w:p>
      <w:pPr>
        <w:jc w:val="right"/>
      </w:pPr>
      <w:r>
        <w:t>تو ڈسکریمینیشن نہیں ہے وہ۔</w:t>
      </w:r>
    </w:p>
    <w:p>
      <w:r>
        <w:rPr>
          <w:b/>
        </w:rPr>
        <w:t xml:space="preserve">[42:30] </w:t>
      </w:r>
      <w:r>
        <w:t>woh aap apnay hi backwardness ki qeemat ada kar rahay hain.</w:t>
      </w:r>
    </w:p>
    <w:p>
      <w:pPr>
        <w:jc w:val="right"/>
      </w:pPr>
      <w:r>
        <w:t>وہ آپ اپنے ہی بیکورڈنس کی قیمت ادا کر رہے ہیں۔</w:t>
      </w:r>
    </w:p>
    <w:p>
      <w:r>
        <w:rPr>
          <w:b/>
        </w:rPr>
        <w:t xml:space="preserve">[42:35] </w:t>
      </w:r>
      <w:r>
        <w:t>to agar hamaray leader, hamaray likhnay bolnay walay</w:t>
      </w:r>
    </w:p>
    <w:p>
      <w:pPr>
        <w:jc w:val="right"/>
      </w:pPr>
      <w:r>
        <w:t>تو اگر ہمارے لیڈر، ہمارے لکھنے بولنے والے</w:t>
      </w:r>
    </w:p>
    <w:p>
      <w:r>
        <w:rPr>
          <w:b/>
        </w:rPr>
        <w:t xml:space="preserve">[42:40] </w:t>
      </w:r>
      <w:r>
        <w:t>log, hamare jo parche nikaalte hain, woh log yeh baat kahein to jahan aadmi dekha ke mera mere saath aisa qissa hua to woh woh motivation ban jayega ke tum ke woh maslan uski english kamzor hai to english improve karega, mathematic kamzor hai to mathematic improve karega, uske paas professional degree nahi hai to professional degree lega aur phir woh aag</w:t>
      </w:r>
    </w:p>
    <w:p>
      <w:pPr>
        <w:jc w:val="right"/>
      </w:pPr>
      <w:r>
        <w:t>لوگ، ہمارے جو پرچے نکالتے ہیں، وہ لوگ یہ بات کہیں تو جہاں آدمی دیکھا کہ میرا میرے ساتھ ایسا قصہ ہوا تو وہ وہ موٹیویشن بن جائے گا کہ تم کہ وہ مثلاً اس کی انگلش کمزور ہے تو انگلش امپروو کرے گا، میتھمیٹک کمزور ہے تو میتھمیٹک امپروو کرے گا، اس کے پاس پروفیشنل ڈگری نہیں ہے تو پروفیشنل ڈگری لے گا اور پھر وہ آگ</w:t>
      </w:r>
    </w:p>
    <w:p>
      <w:r>
        <w:rPr>
          <w:b/>
        </w:rPr>
        <w:t xml:space="preserve">[43:10] </w:t>
      </w:r>
      <w:r>
        <w:t>e barh jayega.</w:t>
      </w:r>
    </w:p>
    <w:p>
      <w:pPr>
        <w:jc w:val="right"/>
      </w:pPr>
      <w:r>
        <w:t>ے بڑھ جائے گا۔</w:t>
      </w:r>
    </w:p>
    <w:p>
      <w:r>
        <w:rPr>
          <w:b/>
        </w:rPr>
        <w:t xml:space="preserve">[43:14] </w:t>
      </w:r>
      <w:r>
        <w:t>to jo log musalmanon ko yeh sabaq de rahay hain ke India mein musalmanon ke sath discrimination hota</w:t>
      </w:r>
    </w:p>
    <w:p>
      <w:pPr>
        <w:jc w:val="right"/>
      </w:pPr>
      <w:r>
        <w:t>تو جو لوگ مسلمانوں کو یہ سبق دے رہے ہیں کہ انڈیا میں مسلمانوں کے ساتھ ڈسکریمینیشن ہوتا</w:t>
      </w:r>
    </w:p>
    <w:p>
      <w:r>
        <w:rPr>
          <w:b/>
        </w:rPr>
        <w:t xml:space="preserve">[43:17] </w:t>
      </w:r>
      <w:r>
        <w:t>hai, woh shaitan ki boli bolte hain.</w:t>
      </w:r>
    </w:p>
    <w:p>
      <w:pPr>
        <w:jc w:val="right"/>
      </w:pPr>
      <w:r>
        <w:t>ہے، وہ شیطان کی بولی بولتے ہیں۔</w:t>
      </w:r>
    </w:p>
    <w:p>
      <w:r>
        <w:rPr>
          <w:b/>
        </w:rPr>
        <w:t xml:space="preserve">[43:20] </w:t>
      </w:r>
      <w:r>
        <w:t>woh yeh risk le rahay hain ke un ko wahi un ka anjam wahi ho jo shaitan ka</w:t>
      </w:r>
    </w:p>
    <w:p>
      <w:pPr>
        <w:jc w:val="right"/>
      </w:pPr>
      <w:r>
        <w:t>وہ یہ رسک لے رہے ہیں کہ ان کو وہی ان کا انجام وہی ہو جو شیطان کا</w:t>
      </w:r>
    </w:p>
    <w:p>
      <w:r>
        <w:rPr>
          <w:b/>
        </w:rPr>
        <w:t xml:space="preserve">[43:24] </w:t>
      </w:r>
      <w:r>
        <w:t>anjam muqaddar hai.</w:t>
      </w:r>
    </w:p>
    <w:p>
      <w:pPr>
        <w:jc w:val="right"/>
      </w:pPr>
      <w:r>
        <w:t>انجام مقدر ہے۔</w:t>
      </w:r>
    </w:p>
    <w:p>
      <w:r>
        <w:rPr>
          <w:b/>
        </w:rPr>
        <w:t xml:space="preserve">[43:27] </w:t>
      </w:r>
      <w:r>
        <w:t>mein discrimination ke concept se bilkul inkar karta hoon.</w:t>
      </w:r>
    </w:p>
    <w:p>
      <w:pPr>
        <w:jc w:val="right"/>
      </w:pPr>
      <w:r>
        <w:t>میں ڈسکریمینیشن کے کانسیپٹ سے بالکل انکار کرتا ہوں۔</w:t>
      </w:r>
    </w:p>
    <w:p>
      <w:r>
        <w:rPr>
          <w:b/>
        </w:rPr>
        <w:t xml:space="preserve">[43:30] </w:t>
      </w:r>
      <w:r>
        <w:t>discrimination koi cheez nahi.</w:t>
      </w:r>
    </w:p>
    <w:p>
      <w:pPr>
        <w:jc w:val="right"/>
      </w:pPr>
      <w:r>
        <w:t>ڈسکریمینیشن کوئی چیز نہیں۔</w:t>
      </w:r>
    </w:p>
    <w:p>
      <w:r>
        <w:rPr>
          <w:b/>
        </w:rPr>
        <w:t xml:space="preserve">[43:34] </w:t>
      </w:r>
      <w:r>
        <w:t>koi cheez nahi.</w:t>
      </w:r>
    </w:p>
    <w:p>
      <w:pPr>
        <w:jc w:val="right"/>
      </w:pPr>
      <w:r>
        <w:t>کوئی چیز نہیں۔</w:t>
      </w:r>
    </w:p>
    <w:p>
      <w:r>
        <w:rPr>
          <w:b/>
        </w:rPr>
        <w:t xml:space="preserve">[43:37] </w:t>
      </w:r>
      <w:r>
        <w:t>aik ghar hai, farz kijiye do betay</w:t>
      </w:r>
    </w:p>
    <w:p>
      <w:pPr>
        <w:jc w:val="right"/>
      </w:pPr>
      <w:r>
        <w:t>ایک گھر ہے، فرض کیجئے دو بیٹے</w:t>
      </w:r>
    </w:p>
    <w:p>
      <w:r>
        <w:rPr>
          <w:b/>
        </w:rPr>
        <w:t xml:space="preserve">[43:40] </w:t>
      </w:r>
      <w:r>
        <w:t>hain, ek baap ke. ek baap, ek bete ne achha padha, job kar raha hai, ghar mein paisa laata hai. achha, doosre bete ne nahi padha, woh paisa nahi laata to zahir hai ke uski izzat woh nahi hogi. jo ladka paisa laata hai ghar mein, uski izzat hogi aur jo paisa nahi laata, uski izzat nahi hogi. to yeh discrimination nahi hai yeh. yaani apparently it is discrimination. it is case of discrimination. apparently it is case of discrimination. lekin</w:t>
      </w:r>
    </w:p>
    <w:p>
      <w:pPr>
        <w:jc w:val="right"/>
      </w:pPr>
      <w:r>
        <w:t>ہیں، ایک باپ کے۔ ایک باپ، ایک بیٹے نے اچھا پڑھا، جاب کر رہا ہے، گھر میں پیسہ لاتا ہے۔ اچھا، دوسرے بیٹے نے نہیں پڑھا، وہ پیسہ نہیں لاتا تو ظاہر ہے کہ اس کی عزت وہ نہیں ہوگی۔ جو لڑکا پیسہ لاتا ہے گھر میں، اس کی عزت ہوگی اور جو پیسہ نہیں لاتا، اس کی عزت نہیں ہوگی۔ تو یہ ڈسکریمینیشن نہیں ہے یہ۔ یعنی اپرینٹلی اٹ از ڈسکریمینیشن۔ اٹ از کیس آف ڈسکریمینیشن۔ اپرینٹلی اٹ از کیس آف ڈسکریمینیشن۔ لیکن</w:t>
      </w:r>
    </w:p>
    <w:p>
      <w:r>
        <w:rPr>
          <w:b/>
        </w:rPr>
        <w:t xml:space="preserve">[44:10] </w:t>
      </w:r>
      <w:r>
        <w:t>aisa hai nahi.</w:t>
      </w:r>
    </w:p>
    <w:p>
      <w:pPr>
        <w:jc w:val="right"/>
      </w:pPr>
      <w:r>
        <w:t>ایسا ہے نہیں۔</w:t>
      </w:r>
    </w:p>
    <w:p>
      <w:r>
        <w:rPr>
          <w:b/>
        </w:rPr>
        <w:t xml:space="preserve">[44:17] </w:t>
      </w:r>
      <w:r>
        <w:t>woh woh larka jis nay parha nahi to woh apnay na parhnay ki price de raha hai.</w:t>
      </w:r>
    </w:p>
    <w:p>
      <w:pPr>
        <w:jc w:val="right"/>
      </w:pPr>
      <w:r>
        <w:t>وہ وہ لڑکا جس نے پڑھا نہیں تو وہ اپنے نہ پڑھنے کی پرائس دے رہا ہے۔</w:t>
      </w:r>
    </w:p>
    <w:p>
      <w:r>
        <w:rPr>
          <w:b/>
        </w:rPr>
        <w:t xml:space="preserve">[44:23] </w:t>
      </w:r>
      <w:r>
        <w:t>یعنی he is paying the price of his own backwardness.</w:t>
      </w:r>
    </w:p>
    <w:p>
      <w:pPr>
        <w:jc w:val="right"/>
      </w:pPr>
      <w:r>
        <w:t>یعنی ہی از پےئنگ دا پرائس آف ہز اون بیکورڈنس۔</w:t>
      </w:r>
    </w:p>
    <w:p>
      <w:r>
        <w:rPr>
          <w:b/>
        </w:rPr>
        <w:t xml:space="preserve">[44:30] </w:t>
      </w:r>
      <w:r>
        <w:t>koi discrimination ki baat nahi hai.</w:t>
      </w:r>
    </w:p>
    <w:p>
      <w:pPr>
        <w:jc w:val="right"/>
      </w:pPr>
      <w:r>
        <w:t>کوئی ڈسکریمینیشن کی بات نہیں ہے۔</w:t>
      </w:r>
    </w:p>
    <w:p>
      <w:r>
        <w:rPr>
          <w:b/>
        </w:rPr>
        <w:t xml:space="preserve">[44:36] </w:t>
      </w:r>
      <w:r>
        <w:t>to hadith mein aata hai ke ya to achi baat bolo, bolo hi mat, chup raho.</w:t>
      </w:r>
    </w:p>
    <w:p>
      <w:pPr>
        <w:jc w:val="right"/>
      </w:pPr>
      <w:r>
        <w:t>تو حدیث میں آتا ہے کہ یا تو اچھی بات بولو، بولو ہی مت، چپ رہو۔</w:t>
      </w:r>
    </w:p>
    <w:p>
      <w:r>
        <w:rPr>
          <w:b/>
        </w:rPr>
        <w:t xml:space="preserve">[44:42] </w:t>
      </w:r>
      <w:r>
        <w:t>faliq ulia keh jis ke paas achi baat bolnay ki nemat hai, chup raha jaye is ko.</w:t>
      </w:r>
    </w:p>
    <w:p>
      <w:pPr>
        <w:jc w:val="right"/>
      </w:pPr>
      <w:r>
        <w:t>فلیق اولیاء کہ جس کے پاس اچھی بات بولنے کی نعمت ہے، چپ رہا جائے اس کو۔</w:t>
      </w:r>
    </w:p>
    <w:p>
      <w:r>
        <w:rPr>
          <w:b/>
        </w:rPr>
        <w:t xml:space="preserve">[44:49] </w:t>
      </w:r>
      <w:r>
        <w:t>jis ke paas yeh zulm ho raha hai aur hum ko sataya ja raha hai, hum under siege</w:t>
      </w:r>
    </w:p>
    <w:p>
      <w:pPr>
        <w:jc w:val="right"/>
      </w:pPr>
      <w:r>
        <w:t>جس کے پاس یہ ظلم ہو رہا ہے اور ہم کو ستایا جا رہا ہے، ہم انڈر سیج</w:t>
      </w:r>
    </w:p>
    <w:p>
      <w:r>
        <w:rPr>
          <w:b/>
        </w:rPr>
        <w:t xml:space="preserve">[44:55] </w:t>
      </w:r>
      <w:r>
        <w:t>hain, hum ko discrimination kiya ja raha hai hamare sath, jis ke pas yeh boli, is ko bolna</w:t>
      </w:r>
    </w:p>
    <w:p>
      <w:pPr>
        <w:jc w:val="right"/>
      </w:pPr>
      <w:r>
        <w:t>ہیں، ہم کو ڈسکریمینیشن کیا جا رہا ہے ہمارے ساتھ، جس کے پاس یہ بولی، اس کو بولنا</w:t>
      </w:r>
    </w:p>
    <w:p>
      <w:r>
        <w:rPr>
          <w:b/>
        </w:rPr>
        <w:t xml:space="preserve">[45:01] </w:t>
      </w:r>
      <w:r>
        <w:t>nahi chahiye, is ko fliq bolo to achi baat bolo, bolo hi mat, chup raho.</w:t>
      </w:r>
    </w:p>
    <w:p>
      <w:pPr>
        <w:jc w:val="right"/>
      </w:pPr>
      <w:r>
        <w:t>نہیں چاہیے، اس کو فلیق بولو تو اچھی بات بولو، بولو ہی مت، چپ رہو۔</w:t>
      </w:r>
    </w:p>
    <w:p>
      <w:r>
        <w:rPr>
          <w:b/>
        </w:rPr>
        <w:t xml:space="preserve">[45:07] </w:t>
      </w:r>
      <w:r>
        <w:t>yeh sare log jo musalmanon ke likhne aur bolne wale</w:t>
      </w:r>
    </w:p>
    <w:p>
      <w:pPr>
        <w:jc w:val="right"/>
      </w:pPr>
      <w:r>
        <w:t>یہ سارے لوگ جو مسلمانوں کے لکھنے اور بولنے والے</w:t>
      </w:r>
    </w:p>
    <w:p>
      <w:r>
        <w:rPr>
          <w:b/>
        </w:rPr>
        <w:t xml:space="preserve">[45:13] </w:t>
      </w:r>
      <w:r>
        <w:t>hain, in par farz hai ke woh chup ho jayen.</w:t>
      </w:r>
    </w:p>
    <w:p>
      <w:pPr>
        <w:jc w:val="right"/>
      </w:pPr>
      <w:r>
        <w:t>ہیں، ان پر فرض ہے کہ وہ چپ ہو جائیں۔</w:t>
      </w:r>
    </w:p>
    <w:p>
      <w:r>
        <w:rPr>
          <w:b/>
        </w:rPr>
        <w:t xml:space="preserve">[45:18] </w:t>
      </w:r>
      <w:r>
        <w:t>ya to apni boli ko badlen, nahi badal sakte to chup ho jayen.</w:t>
      </w:r>
    </w:p>
    <w:p>
      <w:pPr>
        <w:jc w:val="right"/>
      </w:pPr>
      <w:r>
        <w:t>یا تو اپنی بولی کو بدلیں، نہیں بدل سکتے تو چپ ہو جائیں۔</w:t>
      </w:r>
    </w:p>
    <w:p>
      <w:r>
        <w:rPr>
          <w:b/>
        </w:rPr>
        <w:t xml:space="preserve">[45:23] </w:t>
      </w:r>
      <w:r>
        <w:t>ab musalmanon ko sirf yeh baat batana hai ke tum ne tumhari economy durust ho gayi, maashi halaat</w:t>
      </w:r>
    </w:p>
    <w:p>
      <w:pPr>
        <w:jc w:val="right"/>
      </w:pPr>
      <w:r>
        <w:t>اب مسلمانوں کو صرف یہ بات بتانا ہے کہ تم نے تمہاری اکانومی درست ہو گئی، معاشی حالات</w:t>
      </w:r>
    </w:p>
    <w:p>
      <w:r>
        <w:rPr>
          <w:b/>
        </w:rPr>
        <w:t xml:space="preserve">[45:28] </w:t>
      </w:r>
      <w:r>
        <w:t>durust ho gaye, tumhare bachche parh bhi rahe hain, ab tum teesre daur mein dakhil ho jao.</w:t>
      </w:r>
    </w:p>
    <w:p>
      <w:pPr>
        <w:jc w:val="right"/>
      </w:pPr>
      <w:r>
        <w:t>درست ہو گئے، تمہارے بچے پڑھ بھی رہے ہیں، اب تم تیسرے دور میں داخل ہو جاؤ۔</w:t>
      </w:r>
    </w:p>
    <w:p>
      <w:r>
        <w:rPr>
          <w:b/>
        </w:rPr>
        <w:t xml:space="preserve">[45:33] </w:t>
      </w:r>
      <w:r>
        <w:t>yani giver group bano is mulk mein, yani daai bano.</w:t>
      </w:r>
    </w:p>
    <w:p>
      <w:pPr>
        <w:jc w:val="right"/>
      </w:pPr>
      <w:r>
        <w:t>یعنی گیور گروپ بنو اس ملک میں، یعنی داعی بنو۔</w:t>
      </w:r>
    </w:p>
    <w:p>
      <w:r>
        <w:rPr>
          <w:b/>
        </w:rPr>
        <w:t xml:space="preserve">[45:38] </w:t>
      </w:r>
      <w:r>
        <w:t>to mein dua karta hoon ke Allah taala mujhe aur aap ko tofeeq</w:t>
      </w:r>
    </w:p>
    <w:p>
      <w:pPr>
        <w:jc w:val="right"/>
      </w:pPr>
      <w:r>
        <w:t>تو میں دعا کرتا ہوں کہ اللہ تعالی مجھے اور آپ کو توفیق</w:t>
      </w:r>
    </w:p>
    <w:p>
      <w:r>
        <w:rPr>
          <w:b/>
        </w:rPr>
        <w:t xml:space="preserve">[45:43] </w:t>
      </w:r>
      <w:r>
        <w:t>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p>
    <w:p>
      <w:pPr>
        <w:jc w:val="right"/>
      </w:pPr>
      <w:r>
        <w:t>دے کہ ہم صحیح راستے پر چلیں، اللہ کی رحمت کے مستحق بنیں، انشاءاللہ۔ السلام علیکم ورحمۃ اللہ۔ وی آر سٹارٹنگ ود دا کویسچن اینڈ انسر سیشن ناؤ۔ آئی ریکویسٹ اور آن لائن ویورز ٹو پلیز سینڈ ان دیر کوسچنز ان انفو ایٹ سی پی ایس گلوبل ڈاٹ او آر جی۔ یہ پہلا سوال آیا ہے مسٹر اصف کا دہلی سے۔ وائی مسلمز کنسیڈر دعویٰ ا</w:t>
      </w:r>
    </w:p>
    <w:p>
      <w:r>
        <w:rPr>
          <w:b/>
        </w:rPr>
        <w:t xml:space="preserve">[46:13] </w:t>
      </w:r>
      <w:r>
        <w:t>waste of money? dekhen, dawat ki importance musalmanon ko pata hi nahi.</w:t>
      </w:r>
    </w:p>
    <w:p>
      <w:pPr>
        <w:jc w:val="right"/>
      </w:pPr>
      <w:r>
        <w:t>ویسٹج آف منی؟ دیکھیں، دعوت کی امپورٹنس مسلمانوں کو پتہ ہی نہیں۔</w:t>
      </w:r>
    </w:p>
    <w:p>
      <w:r>
        <w:rPr>
          <w:b/>
        </w:rPr>
        <w:t xml:space="preserve">[46:19] </w:t>
      </w:r>
      <w:r>
        <w:t>masla yeh hai ke jitne musalmanon ke jo likhne wale aur bolne wale log hain, unhon ne kabhi</w:t>
      </w:r>
    </w:p>
    <w:p>
      <w:pPr>
        <w:jc w:val="right"/>
      </w:pPr>
      <w:r>
        <w:t>مسئلہ یہ ہے کہ جتنے مسلمانوں کے جو لکھنے والے اور بولنے والے لوگ ہیں، انہوں نے کبھی</w:t>
      </w:r>
    </w:p>
    <w:p>
      <w:r>
        <w:rPr>
          <w:b/>
        </w:rPr>
        <w:t xml:space="preserve">[46:25] </w:t>
      </w:r>
      <w:r>
        <w:t>dawat ki imd batai hi nahi.</w:t>
      </w:r>
    </w:p>
    <w:p>
      <w:pPr>
        <w:jc w:val="right"/>
      </w:pPr>
      <w:r>
        <w:t>دعوت کی امد بتائی ہی نہیں۔</w:t>
      </w:r>
    </w:p>
    <w:p>
      <w:r>
        <w:rPr>
          <w:b/>
        </w:rPr>
        <w:t xml:space="preserve">[46:31] </w:t>
      </w:r>
      <w:r>
        <w:t>to woh is wajah se ke dawat ka kaam karna, time waste karna hai.</w:t>
      </w:r>
    </w:p>
    <w:p>
      <w:pPr>
        <w:jc w:val="right"/>
      </w:pPr>
      <w:r>
        <w:t>تو وہ اس وجہ سے کہ دعوت کا کام کرنا، ٹائم ویسٹ کرنا ہے۔</w:t>
      </w:r>
    </w:p>
    <w:p>
      <w:r>
        <w:rPr>
          <w:b/>
        </w:rPr>
        <w:t xml:space="preserve">[46:37] </w:t>
      </w:r>
      <w:r>
        <w:t>dawat woh ch</w:t>
      </w:r>
    </w:p>
    <w:p>
      <w:pPr>
        <w:jc w:val="right"/>
      </w:pPr>
      <w:r>
        <w:t>دعوت وہ چ</w:t>
      </w:r>
    </w:p>
    <w:p>
      <w:r>
        <w:rPr>
          <w:b/>
        </w:rPr>
        <w:t xml:space="preserve">[46:43] </w:t>
      </w:r>
      <w:r>
        <w:t>eez hai jo aap ko, yani is aap ko nabi ka, aap ko yeh credit deti hai ke</w:t>
      </w:r>
    </w:p>
    <w:p>
      <w:pPr>
        <w:jc w:val="right"/>
      </w:pPr>
      <w:r>
        <w:t>یز ہے جو آپ کو، یعنی اس آپ کو نبی کا، آپ کو یہ کریڈٹ دیتی ہے کہ</w:t>
      </w:r>
    </w:p>
    <w:p>
      <w:r>
        <w:rPr>
          <w:b/>
        </w:rPr>
        <w:t xml:space="preserve">[46:50] </w:t>
      </w:r>
      <w:r>
        <w:t>aap ne woh kaam kiya jo jis kaam ko nabi ne chhora tha apne baad, woh kaam kar rahe hain.</w:t>
      </w:r>
    </w:p>
    <w:p>
      <w:pPr>
        <w:jc w:val="right"/>
      </w:pPr>
      <w:r>
        <w:t>آپ نے وہ کام کیا جو جس کام کو نبی نے چھوڑا تھا اپنے بعد، وہ کام کر رہے ہیں۔</w:t>
      </w:r>
    </w:p>
    <w:p>
      <w:r>
        <w:rPr>
          <w:b/>
        </w:rPr>
        <w:t xml:space="preserve">[46:58] </w:t>
      </w:r>
      <w:r>
        <w:t>wilike nabi, yeh woh log hain jo nabi ke saathi hon ge.</w:t>
      </w:r>
    </w:p>
    <w:p>
      <w:pPr>
        <w:jc w:val="right"/>
      </w:pPr>
      <w:r>
        <w:t>ولائک نبین، یہ وہ لوگ ہیں جو نبی کے ساتھی ہوں گے۔</w:t>
      </w:r>
    </w:p>
    <w:p>
      <w:r>
        <w:rPr>
          <w:b/>
        </w:rPr>
        <w:t xml:space="preserve">[47:05] </w:t>
      </w:r>
      <w:r>
        <w:t>inhein itna bara darja milega ke qayamat mein anbiya ke saathi hon ge yeh log. yeh bat</w:t>
      </w:r>
    </w:p>
    <w:p>
      <w:pPr>
        <w:jc w:val="right"/>
      </w:pPr>
      <w:r>
        <w:t>انہیں اتنا بڑا درجہ ملے گا کہ قیامت میں انبیاء کے ساتھی ہوں گے یہ لوگ۔ یہ بت</w:t>
      </w:r>
    </w:p>
    <w:p>
      <w:r>
        <w:rPr>
          <w:b/>
        </w:rPr>
        <w:t xml:space="preserve">[47:13] </w:t>
      </w:r>
      <w:r>
        <w:t>ya nahi gaya. to na batane ki wajah se aisa hai. iska hal yeh hai ke logon ko bataya jaye ke dawat kitni aham baat hai. dawat ki qeemat kya hai? unhone agla sawal kiya hai mukhtar ahmed ne bihar se. at the time of start of our prayer, we should tell the niyat or is intention enough? to niyat aur intention to ek hi</w:t>
      </w:r>
    </w:p>
    <w:p>
      <w:pPr>
        <w:jc w:val="right"/>
      </w:pPr>
      <w:r>
        <w:t>ایا نہیں گیا۔ تو نہ بتانے کی وجہ سے ایسا ہے۔ اس کا حل یہ ہے کہ لوگوں کو بتایا جائے کہ دعوت کتنی اہم بات ہے۔ دعوت کی قیمت کیا ہے؟ انہوں نے اگلا سوال کیا ہے مختار احمد نے بہار سے۔ ایٹ دا ٹائم آف سٹارٹ آف اور پریئر، وی شوڈ ٹیل دی نیت اور از انٹینشن انف؟ تو نیت اور انٹینشن تو ایک ہی</w:t>
      </w:r>
    </w:p>
    <w:p>
      <w:r>
        <w:rPr>
          <w:b/>
        </w:rPr>
        <w:t xml:space="preserve">[47:43] </w:t>
      </w:r>
      <w:r>
        <w:t>cheez hai.</w:t>
      </w:r>
    </w:p>
    <w:p>
      <w:pPr>
        <w:jc w:val="right"/>
      </w:pPr>
      <w:r>
        <w:t>چیز ہے۔</w:t>
      </w:r>
    </w:p>
    <w:p>
      <w:r>
        <w:rPr>
          <w:b/>
        </w:rPr>
        <w:t xml:space="preserve">[47:47] </w:t>
      </w:r>
      <w:r>
        <w:t>sawal mere khayal sahi alfaaz mein nahi hai.</w:t>
      </w:r>
    </w:p>
    <w:p>
      <w:pPr>
        <w:jc w:val="right"/>
      </w:pPr>
      <w:r>
        <w:t>سوال میرے خیال صحیح الفاظ میں نہیں ہے۔</w:t>
      </w:r>
    </w:p>
    <w:p>
      <w:r>
        <w:rPr>
          <w:b/>
        </w:rPr>
        <w:t xml:space="preserve">[47:50] </w:t>
      </w:r>
      <w:r>
        <w:t>sawal karne ka matlab غالباً yeh hai ke lafzon mein niyat ko kehna zaroori hai ke niyat kafi hai.</w:t>
      </w:r>
    </w:p>
    <w:p>
      <w:pPr>
        <w:jc w:val="right"/>
      </w:pPr>
      <w:r>
        <w:t>سوال کرنے کا مطلب غالباً یہ ہے کہ لفظوں میں نیت کو کہنا ضروری ہے کہ نیت کافی ہے۔</w:t>
      </w:r>
    </w:p>
    <w:p>
      <w:r>
        <w:rPr>
          <w:b/>
        </w:rPr>
        <w:t xml:space="preserve">[47:54] </w:t>
      </w:r>
      <w:r>
        <w:t>shayad matlab sawal ka yeh hai kyunke aam taur par log yeh karte hain ke munh mera taraf</w:t>
      </w:r>
    </w:p>
    <w:p>
      <w:pPr>
        <w:jc w:val="right"/>
      </w:pPr>
      <w:r>
        <w:t>شاید مطلب سوال کا یہ ہے کیونکہ عام طور پر لوگ یہ کرتے ہیں کہ منہ میرا طرف</w:t>
      </w:r>
    </w:p>
    <w:p>
      <w:r>
        <w:rPr>
          <w:b/>
        </w:rPr>
        <w:t xml:space="preserve">[47:58] </w:t>
      </w:r>
      <w:r>
        <w:t>kabe ke waghera alfaaz bolte hain.</w:t>
      </w:r>
    </w:p>
    <w:p>
      <w:pPr>
        <w:jc w:val="right"/>
      </w:pPr>
      <w:r>
        <w:t>کعبے کے وغیرہ الفاظ بولتے ہیں۔</w:t>
      </w:r>
    </w:p>
    <w:p>
      <w:r>
        <w:rPr>
          <w:b/>
        </w:rPr>
        <w:t xml:space="preserve">[48:02] </w:t>
      </w:r>
      <w:r>
        <w:t>to yeh alfaaz bolna hargiz zaroori nahi hai.</w:t>
      </w:r>
    </w:p>
    <w:p>
      <w:pPr>
        <w:jc w:val="right"/>
      </w:pPr>
      <w:r>
        <w:t>تو یہ الفاظ بولنا ہرگز ضروری نہیں ہے۔</w:t>
      </w:r>
    </w:p>
    <w:p>
      <w:r>
        <w:rPr>
          <w:b/>
        </w:rPr>
        <w:t xml:space="preserve">[48:06] </w:t>
      </w:r>
      <w:r>
        <w:t>sahaba aise alfaaz nahi bolte the.</w:t>
      </w:r>
    </w:p>
    <w:p>
      <w:pPr>
        <w:jc w:val="right"/>
      </w:pPr>
      <w:r>
        <w:t>صحابہ ایسے الفاظ نہیں بولتے تھے۔</w:t>
      </w:r>
    </w:p>
    <w:p>
      <w:r>
        <w:rPr>
          <w:b/>
        </w:rPr>
        <w:t xml:space="preserve">[48:09] </w:t>
      </w:r>
      <w:r>
        <w:t>asal cheez yeh hai ke aap</w:t>
      </w:r>
    </w:p>
    <w:p>
      <w:pPr>
        <w:jc w:val="right"/>
      </w:pPr>
      <w:r>
        <w:t>اصل چیز یہ ہے کہ آپ</w:t>
      </w:r>
    </w:p>
    <w:p>
      <w:r>
        <w:rPr>
          <w:b/>
        </w:rPr>
        <w:t xml:space="preserve">[48:13] </w:t>
      </w:r>
      <w:r>
        <w:t>niyat, niyat ka mani yeh hai ke aap yani zehn aap ka bidaar ho.</w:t>
      </w:r>
    </w:p>
    <w:p>
      <w:pPr>
        <w:jc w:val="right"/>
      </w:pPr>
      <w:r>
        <w:t>نیت، نیت کا معنی یہ ہے کہ آپ یعنی ذہن آپ کا بیدار ہو۔</w:t>
      </w:r>
    </w:p>
    <w:p>
      <w:r>
        <w:rPr>
          <w:b/>
        </w:rPr>
        <w:t xml:space="preserve">[48:18] </w:t>
      </w:r>
      <w:r>
        <w:t>aap aap samajhte hon, yani aap aap ke zehn mein yeh yeh khayal taza ho ke mein namaz</w:t>
      </w:r>
    </w:p>
    <w:p>
      <w:pPr>
        <w:jc w:val="right"/>
      </w:pPr>
      <w:r>
        <w:t>آپ آپ سمجھتے ہوں، یعنی آپ آپ کے ذہن میں یہ یہ خیال تازہ ہو کہ میں نماز</w:t>
      </w:r>
    </w:p>
    <w:p>
      <w:r>
        <w:rPr>
          <w:b/>
        </w:rPr>
        <w:t xml:space="preserve">[48:23] </w:t>
      </w:r>
      <w:r>
        <w:t>parhne ke liye khara hua hoon.</w:t>
      </w:r>
    </w:p>
    <w:p>
      <w:pPr>
        <w:jc w:val="right"/>
      </w:pPr>
      <w:r>
        <w:t>پڑھنے کے لیے کھڑا ہوا ہوں۔</w:t>
      </w:r>
    </w:p>
    <w:p>
      <w:r>
        <w:rPr>
          <w:b/>
        </w:rPr>
        <w:t xml:space="preserve">[48:28] </w:t>
      </w:r>
      <w:r>
        <w:t>unhon ne yeh agla sawal aaya hai hussain ara ka srinagar se.</w:t>
      </w:r>
    </w:p>
    <w:p>
      <w:pPr>
        <w:jc w:val="right"/>
      </w:pPr>
      <w:r>
        <w:t>انہوں نے یہ اگلا سوال آیا ہے حسین ارا کا شری نگر سے۔</w:t>
      </w:r>
    </w:p>
    <w:p>
      <w:r>
        <w:rPr>
          <w:b/>
        </w:rPr>
        <w:t xml:space="preserve">[48:33] </w:t>
      </w:r>
      <w:r>
        <w:t>assalam o alaikum molana sahib.</w:t>
      </w:r>
    </w:p>
    <w:p>
      <w:pPr>
        <w:jc w:val="right"/>
      </w:pPr>
      <w:r>
        <w:t>السلام علیکم مولانا صاحب۔</w:t>
      </w:r>
    </w:p>
    <w:p>
      <w:r>
        <w:rPr>
          <w:b/>
        </w:rPr>
        <w:t xml:space="preserve">[48:38] </w:t>
      </w:r>
      <w:r>
        <w:t>Recently I attended school function with my child and there was great</w:t>
      </w:r>
    </w:p>
    <w:p>
      <w:pPr>
        <w:jc w:val="right"/>
      </w:pPr>
      <w:r>
        <w:t>ریسنٹلی آئی اٹینڈڈ سکول فنکشن ود مائی چائلڈ اینڈ دیر واز گریٹ</w:t>
      </w:r>
    </w:p>
    <w:p>
      <w:r>
        <w:rPr>
          <w:b/>
        </w:rPr>
        <w:t xml:space="preserve">[48:43] </w:t>
      </w:r>
      <w:r>
        <w:t>Discussion on morality development in children.</w:t>
      </w:r>
    </w:p>
    <w:p>
      <w:pPr>
        <w:jc w:val="right"/>
      </w:pPr>
      <w:r>
        <w:t>ڈسکشن ان موریلٹی ڈیولپمنٹ ان چلڈرن۔</w:t>
      </w:r>
    </w:p>
    <w:p>
      <w:r>
        <w:rPr>
          <w:b/>
        </w:rPr>
        <w:t xml:space="preserve">[48:49] </w:t>
      </w:r>
      <w:r>
        <w:t>At the end of the function I failed to understand how can we develop morality in our children.</w:t>
      </w:r>
    </w:p>
    <w:p>
      <w:pPr>
        <w:jc w:val="right"/>
      </w:pPr>
      <w:r>
        <w:t>ایٹ دی اینڈ اف دی فنکشن آئی فیلڈ ٹو انڈرسٹینڈ ہاؤ کین وی ڈیویلپ موریلٹی ان اور چلڈرن۔</w:t>
      </w:r>
    </w:p>
    <w:p>
      <w:r>
        <w:rPr>
          <w:b/>
        </w:rPr>
        <w:t xml:space="preserve">[48:55] </w:t>
      </w:r>
      <w:r>
        <w:t>Maulana Sahab, my question to you is what is morality and how can we develop this in our</w:t>
      </w:r>
    </w:p>
    <w:p>
      <w:pPr>
        <w:jc w:val="right"/>
      </w:pPr>
      <w:r>
        <w:t>مولانا صاحب، مائی کوسچن ٹو یو از واٹ از موریلٹی اینڈ ہاؤ کین وی ڈیویلپ دس ان اور</w:t>
      </w:r>
    </w:p>
    <w:p>
      <w:r>
        <w:rPr>
          <w:b/>
        </w:rPr>
        <w:t xml:space="preserve">[49:01] </w:t>
      </w:r>
      <w:r>
        <w:t>children? yeh jo aap aaj jo baatein kaheen, yeh sab moral ko boost karne ki baatein hain.</w:t>
      </w:r>
    </w:p>
    <w:p>
      <w:pPr>
        <w:jc w:val="right"/>
      </w:pPr>
      <w:r>
        <w:t>چلڈرن؟ یہ جو آپ آج جو باتیں کہیں، یہ سب مورال کو بوسٹ کرنے کی باتیں ہیں۔</w:t>
      </w:r>
    </w:p>
    <w:p>
      <w:r>
        <w:rPr>
          <w:b/>
        </w:rPr>
        <w:t xml:space="preserve">[49:07] </w:t>
      </w:r>
      <w:r>
        <w:t>abhi jo mein ne baatein keh</w:t>
      </w:r>
    </w:p>
    <w:p>
      <w:pPr>
        <w:jc w:val="right"/>
      </w:pPr>
      <w:r>
        <w:t>ابھی جو میں نے باتیں کہ</w:t>
      </w:r>
    </w:p>
    <w:p>
      <w:r>
        <w:rPr>
          <w:b/>
        </w:rPr>
        <w:t xml:space="preserve">[49:13] </w:t>
      </w:r>
      <w:r>
        <w:t>een, moral ko boost karne ki baatein hain.</w:t>
      </w:r>
    </w:p>
    <w:p>
      <w:pPr>
        <w:jc w:val="right"/>
      </w:pPr>
      <w:r>
        <w:t>ی ہیں، مورال کو بوسٹ کرنے کی باتیں ہیں۔</w:t>
      </w:r>
    </w:p>
    <w:p>
      <w:r>
        <w:rPr>
          <w:b/>
        </w:rPr>
        <w:t xml:space="preserve">[49:18] </w:t>
      </w:r>
      <w:r>
        <w:t>to hamari, hamare lecture, hamare jo lecture hote hain, woh ka audio aur video tape is ko sunwaiye</w:t>
      </w:r>
    </w:p>
    <w:p>
      <w:pPr>
        <w:jc w:val="right"/>
      </w:pPr>
      <w:r>
        <w:t>تو ہماری، ہمارے لیکچر، ہمارے جو لیکچر ہوتے ہیں، وہ کا آڈیو اور ویڈیو ٹیپ اس کو سنوائیے</w:t>
      </w:r>
    </w:p>
    <w:p>
      <w:r>
        <w:rPr>
          <w:b/>
        </w:rPr>
        <w:t xml:space="preserve">[49:23] </w:t>
      </w:r>
      <w:r>
        <w:t>ya kitabein parhwaiye.</w:t>
      </w:r>
    </w:p>
    <w:p>
      <w:pPr>
        <w:jc w:val="right"/>
      </w:pPr>
      <w:r>
        <w:t>یا کتابیں پڑھوائیے۔</w:t>
      </w:r>
    </w:p>
    <w:p>
      <w:r>
        <w:rPr>
          <w:b/>
        </w:rPr>
        <w:t xml:space="preserve">[49:28] </w:t>
      </w:r>
      <w:r>
        <w:t>hamare magazine nikalte hain, is ko parhwaiye.</w:t>
      </w:r>
    </w:p>
    <w:p>
      <w:pPr>
        <w:jc w:val="right"/>
      </w:pPr>
      <w:r>
        <w:t>ہمارے میگزین نکلتے ہیں، اس کو پڑھوائیے۔</w:t>
      </w:r>
    </w:p>
    <w:p>
      <w:r>
        <w:rPr>
          <w:b/>
        </w:rPr>
        <w:t xml:space="preserve">[49:33] </w:t>
      </w:r>
      <w:r>
        <w:t>hamare mission ka maqsad yeh hai moral post karna.</w:t>
      </w:r>
    </w:p>
    <w:p>
      <w:pPr>
        <w:jc w:val="right"/>
      </w:pPr>
      <w:r>
        <w:t>ہمارے مشن کا مقصد یہ ہے مورال پوسٹ کرنا۔</w:t>
      </w:r>
    </w:p>
    <w:p>
      <w:r>
        <w:rPr>
          <w:b/>
        </w:rPr>
        <w:t xml:space="preserve">[49:38] </w:t>
      </w:r>
      <w:r>
        <w:t>to aap is ko, hamari kitabon ko, hamari video ko istemal kijiye. inshallah</w:t>
      </w:r>
    </w:p>
    <w:p>
      <w:pPr>
        <w:jc w:val="right"/>
      </w:pPr>
      <w:r>
        <w:t>تو آپ اس کو، ہماری کتابوں کو، ہماری ویڈیو کو استعمال کیجئے۔ انشاءاللہ</w:t>
      </w:r>
    </w:p>
    <w:p>
      <w:r>
        <w:rPr>
          <w:b/>
        </w:rPr>
        <w:t xml:space="preserve">[49:43] </w:t>
      </w:r>
      <w:r>
        <w:t>is se faida hoga.</w:t>
      </w:r>
    </w:p>
    <w:p>
      <w:pPr>
        <w:jc w:val="right"/>
      </w:pPr>
      <w:r>
        <w:t>اس سے فائدہ ہوگا۔</w:t>
      </w:r>
    </w:p>
    <w:p>
      <w:r>
        <w:rPr>
          <w:b/>
        </w:rPr>
        <w:t xml:space="preserve">[49:48] </w:t>
      </w:r>
      <w:r>
        <w:t>molana, yeh agla sawal aaya hai mister raj malik ka dehli se.</w:t>
      </w:r>
    </w:p>
    <w:p>
      <w:pPr>
        <w:jc w:val="right"/>
      </w:pPr>
      <w:r>
        <w:t>مولانا، یہ اگلا سوال آیا ہے مسٹر راج ملک کا دہلی سے۔</w:t>
      </w:r>
    </w:p>
    <w:p>
      <w:r>
        <w:rPr>
          <w:b/>
        </w:rPr>
        <w:t xml:space="preserve">[49:52] </w:t>
      </w:r>
      <w:r>
        <w:t>molana, ek sahib ko mein ne aap ki kitab shatm rasool ka masla diya.</w:t>
      </w:r>
    </w:p>
    <w:p>
      <w:pPr>
        <w:jc w:val="right"/>
      </w:pPr>
      <w:r>
        <w:t>مولانا، ایک صاحب کو میں نے آپ کی کتاب شتم رسول کا مسئلہ دیا۔</w:t>
      </w:r>
    </w:p>
    <w:p>
      <w:r>
        <w:rPr>
          <w:b/>
        </w:rPr>
        <w:t xml:space="preserve">[49:56] </w:t>
      </w:r>
      <w:r>
        <w:t>baad mein is sahib ne kitab ki tareef ki lekin yeh kaha ke molana azrail aur ar es</w:t>
      </w:r>
    </w:p>
    <w:p>
      <w:pPr>
        <w:jc w:val="right"/>
      </w:pPr>
      <w:r>
        <w:t>بعد میں اس صاحب نے کتاب کی تعریف کی لیکن یہ کہا کہ مولانا عزرائیل اور آر ایس</w:t>
      </w:r>
    </w:p>
    <w:p>
      <w:r>
        <w:rPr>
          <w:b/>
        </w:rPr>
        <w:t xml:space="preserve">[50:01] </w:t>
      </w:r>
      <w:r>
        <w:t>es ke liye kaam karte hain.</w:t>
      </w:r>
    </w:p>
    <w:p>
      <w:pPr>
        <w:jc w:val="right"/>
      </w:pPr>
      <w:r>
        <w:t>ایس کے لیے کام کرتے ہیں۔</w:t>
      </w:r>
    </w:p>
    <w:p>
      <w:r>
        <w:rPr>
          <w:b/>
        </w:rPr>
        <w:t xml:space="preserve">[50:05] </w:t>
      </w:r>
      <w:r>
        <w:t>wahan se un ko paisa milta hai.</w:t>
      </w:r>
    </w:p>
    <w:p>
      <w:pPr>
        <w:jc w:val="right"/>
      </w:pPr>
      <w:r>
        <w:t>وہاں سے ان کو پیسہ ملتا ہے۔</w:t>
      </w:r>
    </w:p>
    <w:p>
      <w:r>
        <w:rPr>
          <w:b/>
        </w:rPr>
        <w:t xml:space="preserve">[50:09] </w:t>
      </w:r>
      <w:r>
        <w:t>molana, mein ne kaha ke yeh sab propaganda</w:t>
      </w:r>
    </w:p>
    <w:p>
      <w:pPr>
        <w:jc w:val="right"/>
      </w:pPr>
      <w:r>
        <w:t>مولانا، میں نے کہا کہ یہ سب پروپیگینڈ</w:t>
      </w:r>
    </w:p>
    <w:p>
      <w:r>
        <w:rPr>
          <w:b/>
        </w:rPr>
        <w:t xml:space="preserve">[50:14] </w:t>
      </w:r>
      <w:r>
        <w:t>hai. to woh ghussa ho gaye aur kaha ke main journalist hoon, kai baar Maulana ka interview liya hai. main unko achhi tarah jaanta hoon. woh saara blame musalmanon ko dete hain. dekhein, masla yeh nahi ke kis ko blame diya jaata hai. masla yeh hai ke daleel kya hai? jo baat woh keh rahe hain, uski unke paas koi daleel honi</w:t>
      </w:r>
    </w:p>
    <w:p>
      <w:pPr>
        <w:jc w:val="right"/>
      </w:pPr>
      <w:r>
        <w:t>ا ہے۔ تو وہ غصہ ہو گئے اور کہا کہ میں جرنلسٹ ہوں، کئی بار مولانا کا انٹرویو لیا ہے۔ میں ان کو اچھی طرح جانتا ہوں۔ وہ سارا بلیم مسلمانوں کو دیتے ہیں۔ دیکھیں، مسئلہ یہ نہیں کہ کس کو بلیم دیا جاتا ہے۔ مسئلہ یہ ہے کہ دلیل کیا ہے؟ جو بات وہ کہہ رہے ہیں، اس کی ان کے پاس کوئی دلیل ہونی</w:t>
      </w:r>
    </w:p>
    <w:p>
      <w:r>
        <w:rPr>
          <w:b/>
        </w:rPr>
        <w:t xml:space="preserve">[50:44] </w:t>
      </w:r>
      <w:r>
        <w:t>chahiye.</w:t>
      </w:r>
    </w:p>
    <w:p>
      <w:pPr>
        <w:jc w:val="right"/>
      </w:pPr>
      <w:r>
        <w:t>چاہیے۔</w:t>
      </w:r>
    </w:p>
    <w:p>
      <w:r>
        <w:rPr>
          <w:b/>
        </w:rPr>
        <w:t xml:space="preserve">[50:48] </w:t>
      </w:r>
      <w:r>
        <w:t>yani kis daleel se woh kehte hain ke hum, yani israel ka kaam kar rahe hain ya bi</w:t>
      </w:r>
    </w:p>
    <w:p>
      <w:pPr>
        <w:jc w:val="right"/>
      </w:pPr>
      <w:r>
        <w:t>یعنی کس دلیل سے وہ کہتے ہیں کہ ہم، یعنی اسرائیل کا کام کر رہے ہیں یا بی</w:t>
      </w:r>
    </w:p>
    <w:p>
      <w:r>
        <w:rPr>
          <w:b/>
        </w:rPr>
        <w:t xml:space="preserve">[50:52] </w:t>
      </w:r>
      <w:r>
        <w:t>j p ka kaam kar rahe hain? koi daleel chahiye? to daleel, daleel kya hai ke jo baat</w:t>
      </w:r>
    </w:p>
    <w:p>
      <w:pPr>
        <w:jc w:val="right"/>
      </w:pPr>
      <w:r>
        <w:t>جے پی کا کام کر رہے ہیں؟ کوئی دلیل چاہیے؟ تو دلیل، دلیل کیا ہے کہ جو بات</w:t>
      </w:r>
    </w:p>
    <w:p>
      <w:r>
        <w:rPr>
          <w:b/>
        </w:rPr>
        <w:t xml:space="preserve">[50:56] </w:t>
      </w:r>
      <w:r>
        <w:t>hum ne kahi hai, woh quran ke mutabiq hai, quran ke mutabiq nahi hai.</w:t>
      </w:r>
    </w:p>
    <w:p>
      <w:pPr>
        <w:jc w:val="right"/>
      </w:pPr>
      <w:r>
        <w:t>ہم نے کہی ہے، وہ قرآن کے مطابق ہے، قرآن کے مطابق نہیں ہے۔</w:t>
      </w:r>
    </w:p>
    <w:p>
      <w:r>
        <w:rPr>
          <w:b/>
        </w:rPr>
        <w:t xml:space="preserve">[51:01] </w:t>
      </w:r>
      <w:r>
        <w:t>misalan dekhiye, shat-e-rasool ka masla lijie.</w:t>
      </w:r>
    </w:p>
    <w:p>
      <w:pPr>
        <w:jc w:val="right"/>
      </w:pPr>
      <w:r>
        <w:t>مثلاً دیکھیے، شط رسول کا مسئلہ لیجئے۔</w:t>
      </w:r>
    </w:p>
    <w:p>
      <w:r>
        <w:rPr>
          <w:b/>
        </w:rPr>
        <w:t xml:space="preserve">[51:05] </w:t>
      </w:r>
      <w:r>
        <w:t>quran mein kahin bhi yeh nahin ke jo shat kahe, us ko maar dalo.</w:t>
      </w:r>
    </w:p>
    <w:p>
      <w:pPr>
        <w:jc w:val="right"/>
      </w:pPr>
      <w:r>
        <w:t>قرآن میں کہیں بھی یہ نہیں کہ جو شط کہے، اس کو مار ڈالو۔</w:t>
      </w:r>
    </w:p>
    <w:p>
      <w:r>
        <w:rPr>
          <w:b/>
        </w:rPr>
        <w:t xml:space="preserve">[51:09] </w:t>
      </w:r>
      <w:r>
        <w:t>jo musalman kar rahe hain, already</w:t>
      </w:r>
    </w:p>
    <w:p>
      <w:pPr>
        <w:jc w:val="right"/>
      </w:pPr>
      <w:r>
        <w:t>جو مسلمان کر رہے ہیں، الریڈی</w:t>
      </w:r>
    </w:p>
    <w:p>
      <w:r>
        <w:rPr>
          <w:b/>
        </w:rPr>
        <w:t xml:space="preserve">[51:14] </w:t>
      </w:r>
      <w:r>
        <w:t>quran mein is ka ulta hai. quran mein hai ke doosron ko tum shatam na karo, warna woh retaliat kareinge. musalmanon ko is se mana kiya gaya hai ke doosron ko bhark, aisi baat kaha jis se bhark uthe hain aur woh reaction mein kuch kehne lagein. to musalmanon se, musalmanon se kaha gaya, doosron ko nahin. to hum jo baat karte hain, quran o hadith ke hawale se karte</w:t>
      </w:r>
    </w:p>
    <w:p>
      <w:pPr>
        <w:jc w:val="right"/>
      </w:pPr>
      <w:r>
        <w:t>قرآن میں اس کا الٹا ہے۔ قرآن میں ہے کہ دوسروں کو تم شطم نہ کرو، ورنہ وہ ریٹیلیٹ کریں گے۔ مسلمانوں کو اس سے منع کیا گیا ہے کہ دوسروں کو بھڑک، ایسی بات کہا جس سے بھڑک اٹھے ہیں اور وہ ری ایکشن میں کچھ کہنے لگے۔ تو مسلمانوں سے، مسلمانوں سے کہا گیا، دوسروں کو نہیں۔ تو ہم جو بات کرتے ہیں، قرآن و حدیث کے حوالے سے کرتے</w:t>
      </w:r>
    </w:p>
    <w:p>
      <w:r>
        <w:rPr>
          <w:b/>
        </w:rPr>
        <w:t xml:space="preserve">[51:44] </w:t>
      </w:r>
      <w:r>
        <w:t>hain, kisi ko hamare upar ek criticism karne ka haq hai, lekin daleel ke sath karna chahiye.</w:t>
      </w:r>
    </w:p>
    <w:p>
      <w:pPr>
        <w:jc w:val="right"/>
      </w:pPr>
      <w:r>
        <w:t>ہیں، کسی کو ہمارے اوپر ایک کریٹیسز کرنے کا حق ہے، لیکن دلیل کے ساتھ کرنا چاہیے۔</w:t>
      </w:r>
    </w:p>
    <w:p>
      <w:r>
        <w:rPr>
          <w:b/>
        </w:rPr>
        <w:t xml:space="preserve">[51:49] </w:t>
      </w:r>
      <w:r>
        <w:t>yeh to ilzaam ki boli hai, allegation ki boli hai.</w:t>
      </w:r>
    </w:p>
    <w:p>
      <w:pPr>
        <w:jc w:val="right"/>
      </w:pPr>
      <w:r>
        <w:t>یہ تو الزام کی بولی ہے، ایلیگیشن کی بولی ہے۔</w:t>
      </w:r>
    </w:p>
    <w:p>
      <w:r>
        <w:rPr>
          <w:b/>
        </w:rPr>
        <w:t xml:space="preserve">[51:55] </w:t>
      </w:r>
      <w:r>
        <w:t>to allegation to kisi ke upar laga dijiye.</w:t>
      </w:r>
    </w:p>
    <w:p>
      <w:pPr>
        <w:jc w:val="right"/>
      </w:pPr>
      <w:r>
        <w:t>تو ایلیگیشن تو کسی کے اوپر لگا دیجیے۔</w:t>
      </w:r>
    </w:p>
    <w:p>
      <w:r>
        <w:rPr>
          <w:b/>
        </w:rPr>
        <w:t xml:space="preserve">[52:00] </w:t>
      </w:r>
      <w:r>
        <w:t>shaitan ne naoozubillah Allah mere upar laga diya allegation ke tum ne khudaaya, to ne discrimination se kaam liya.</w:t>
      </w:r>
    </w:p>
    <w:p>
      <w:pPr>
        <w:jc w:val="right"/>
      </w:pPr>
      <w:r>
        <w:t>شیطان نے نعوذ باللہ اللہ میرے اوپر لگا دیا ایلیگیشن کہ تم نے خدایا، تو نے ڈسکریمینیشن سے کام لیا۔</w:t>
      </w:r>
    </w:p>
    <w:p>
      <w:r>
        <w:rPr>
          <w:b/>
        </w:rPr>
        <w:t xml:space="preserve">[52:06] </w:t>
      </w:r>
      <w:r>
        <w:t>to allegation se kuch nahin hota.</w:t>
      </w:r>
    </w:p>
    <w:p>
      <w:pPr>
        <w:jc w:val="right"/>
      </w:pPr>
      <w:r>
        <w:t>تو ایلیگیشن سے کچھ نہیں ہوتا۔</w:t>
      </w:r>
    </w:p>
    <w:p>
      <w:r>
        <w:rPr>
          <w:b/>
        </w:rPr>
        <w:t xml:space="preserve">[52:11] </w:t>
      </w:r>
      <w:r>
        <w:t>aap ko daleel deni padegi.</w:t>
      </w:r>
    </w:p>
    <w:p>
      <w:pPr>
        <w:jc w:val="right"/>
      </w:pPr>
      <w:r>
        <w:t>آپ کو دلیل دینی پڑے گی۔</w:t>
      </w:r>
    </w:p>
    <w:p>
      <w:r>
        <w:rPr>
          <w:b/>
        </w:rPr>
        <w:t xml:space="preserve">[52:17] </w:t>
      </w:r>
      <w:r>
        <w:t>maulana, yeh agla sawal aaya hai mr imran ka bahrain se. maulana sahab, today in your lecture you said that muslims have entered next phase of intellectual revival. but how is it possible when every literature they collect information from and every gathering they sit in they only hear and read negative news and and conspiracy of other? dekhen, main</w:t>
      </w:r>
    </w:p>
    <w:p>
      <w:pPr>
        <w:jc w:val="right"/>
      </w:pPr>
      <w:r>
        <w:t>مولانا، یہ اگلا سوال آیا ہے مسٹر عمران کا بحرین سے۔ مولانا صاحب، ٹوڈے ان یور لیکچر یو سیڈ دیٹ مسلمز ہیو انٹرد نیکسٹ فیز اف انٹلیکچول ریوائیول۔ بٹ ہاؤ از اٹ پاسیبل وین ایوری لٹریچر دی کلیکٹ انفارمیشن فرام اینڈ ایوری گیدرنگ دے سیٹ ان دے اونلی ہیئر اینڈ ریڈ نیگیٹیو نیوز اینڈ اینڈ کونسپریسی اف ادر؟ دیکھیں، میں</w:t>
      </w:r>
    </w:p>
    <w:p>
      <w:r>
        <w:rPr>
          <w:b/>
        </w:rPr>
        <w:t xml:space="preserve">[52:47] </w:t>
      </w:r>
      <w:r>
        <w:t>ne yeh nahin kaha hai ke woh climactic point tak pahunch gaya.</w:t>
      </w:r>
    </w:p>
    <w:p>
      <w:pPr>
        <w:jc w:val="right"/>
      </w:pPr>
      <w:r>
        <w:t>نے یہ نہیں کہا ہے کہ وہ کلمیٹک پوائنٹ تک پہنچ گیا۔</w:t>
      </w:r>
    </w:p>
    <w:p>
      <w:r>
        <w:rPr>
          <w:b/>
        </w:rPr>
        <w:t xml:space="preserve">[52:51] </w:t>
      </w:r>
      <w:r>
        <w:t>main ne kaha hai ke process shuru ho gaya hai.</w:t>
      </w:r>
    </w:p>
    <w:p>
      <w:pPr>
        <w:jc w:val="right"/>
      </w:pPr>
      <w:r>
        <w:t>میں نے کہا ہے کہ پراسیس شروع ہو گیا ہے۔</w:t>
      </w:r>
    </w:p>
    <w:p>
      <w:r>
        <w:rPr>
          <w:b/>
        </w:rPr>
        <w:t xml:space="preserve">[52:56] </w:t>
      </w:r>
      <w:r>
        <w:t>culmination ka point abhi nahin aaya hai.</w:t>
      </w:r>
    </w:p>
    <w:p>
      <w:pPr>
        <w:jc w:val="right"/>
      </w:pPr>
      <w:r>
        <w:t>کلمیشن کا پوائنٹ ابھی نہیں آیا ہے۔</w:t>
      </w:r>
    </w:p>
    <w:p>
      <w:r>
        <w:rPr>
          <w:b/>
        </w:rPr>
        <w:t xml:space="preserve">[53:00] </w:t>
      </w:r>
      <w:r>
        <w:t>to hum aap koshish kar ke is ko boost karen, is process ko boost karen, yahan tak ke</w:t>
      </w:r>
    </w:p>
    <w:p>
      <w:pPr>
        <w:jc w:val="right"/>
      </w:pPr>
      <w:r>
        <w:t>تو ہم آپ کوشش کر کے اس کو بوسٹ کریں، اس پراسیس کو بوسٹ کریں، یہاں تک کہ</w:t>
      </w:r>
    </w:p>
    <w:p>
      <w:r>
        <w:rPr>
          <w:b/>
        </w:rPr>
        <w:t xml:space="preserve">[53:05] </w:t>
      </w:r>
      <w:r>
        <w:t>woh culminating point tak pahunch jae.</w:t>
      </w:r>
    </w:p>
    <w:p>
      <w:pPr>
        <w:jc w:val="right"/>
      </w:pPr>
      <w:r>
        <w:t>وہ کلمیٹنگ پوائنٹ تک پہنچ جائے۔</w:t>
      </w:r>
    </w:p>
    <w:p>
      <w:r>
        <w:rPr>
          <w:b/>
        </w:rPr>
        <w:t xml:space="preserve">[53:09] </w:t>
      </w:r>
      <w:r>
        <w:t>to main ne jo kaha hai, woh process ka shuru hona hai.</w:t>
      </w:r>
    </w:p>
    <w:p>
      <w:pPr>
        <w:jc w:val="right"/>
      </w:pPr>
      <w:r>
        <w:t>تو میں نے جو کہا ہے، وہ پراسیس کا شروع ہونا ہے۔</w:t>
      </w:r>
    </w:p>
    <w:p>
      <w:r>
        <w:rPr>
          <w:b/>
        </w:rPr>
        <w:t xml:space="preserve">[53:13] </w:t>
      </w:r>
      <w:r>
        <w:t>process ka ka culmination pe pahunchana nahin hai.</w:t>
      </w:r>
    </w:p>
    <w:p>
      <w:pPr>
        <w:jc w:val="right"/>
      </w:pPr>
      <w:r>
        <w:t>پراسیس کا کا کلمیشن پہ پہنچانا نہیں ہے۔</w:t>
      </w:r>
    </w:p>
    <w:p>
      <w:r>
        <w:rPr>
          <w:b/>
        </w:rPr>
        <w:t xml:space="preserve">[53:18] </w:t>
      </w:r>
      <w:r>
        <w:t>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p>
    <w:p>
      <w:pPr>
        <w:jc w:val="right"/>
      </w:pPr>
      <w:r>
        <w:t>اس کا کہ ہماری اب ہماری ذمہ داری یہ ہے کہ ہم اس کو بوسٹ کریں۔ ہم بوسٹر بنیں۔ تو انشاءاللہ وہ مکمل ہو جائے گا۔ مولانا، یہ اگلا سوال کیا ہے مختار احمد نے بہار سے۔ وائی دی امامت اف پریرز اف دی ڈیڈ باڈی اف ا پرافٹ واز ناٹ ڈن؟ یہ کوئی سوال نہیں ہے۔ آپ کتابیں پڑھی ہیں، آپ نے</w:t>
      </w:r>
    </w:p>
    <w:p>
      <w:r>
        <w:rPr>
          <w:b/>
        </w:rPr>
        <w:t xml:space="preserve">[53:48] </w:t>
      </w:r>
      <w:r>
        <w:t>puri khasi kitaben nahin padhi hain tareekh ki.</w:t>
      </w:r>
    </w:p>
    <w:p>
      <w:pPr>
        <w:jc w:val="right"/>
      </w:pPr>
      <w:r>
        <w:t>پوری خاصی کتابیں نہیں پڑھی ہیں تاریخ کی۔</w:t>
      </w:r>
    </w:p>
    <w:p>
      <w:r>
        <w:rPr>
          <w:b/>
        </w:rPr>
        <w:t xml:space="preserve">[53:51] </w:t>
      </w:r>
      <w:r>
        <w:t>yeh koi masla nahin hai.</w:t>
      </w:r>
    </w:p>
    <w:p>
      <w:pPr>
        <w:jc w:val="right"/>
      </w:pPr>
      <w:r>
        <w:t>یہ کوئی مسئلہ نہیں ہے۔</w:t>
      </w:r>
    </w:p>
    <w:p>
      <w:r>
        <w:rPr>
          <w:b/>
        </w:rPr>
        <w:t xml:space="preserve">[53:55] </w:t>
      </w:r>
      <w:r>
        <w:t>aap kitaben padhiye.</w:t>
      </w:r>
    </w:p>
    <w:p>
      <w:pPr>
        <w:jc w:val="right"/>
      </w:pPr>
      <w:r>
        <w:t>آپ کتابیں پڑھیے۔</w:t>
      </w:r>
    </w:p>
    <w:p>
      <w:r>
        <w:rPr>
          <w:b/>
        </w:rPr>
        <w:t xml:space="preserve">[53:58] </w:t>
      </w:r>
      <w:r>
        <w:t>agar aap urdu padhna chahte hain to un ki kitab padhiye.</w:t>
      </w:r>
    </w:p>
    <w:p>
      <w:pPr>
        <w:jc w:val="right"/>
      </w:pPr>
      <w:r>
        <w:t>اگر آپ اردو پڑھنا چاہتے ہیں تو ان کی کتاب پڑھیے۔</w:t>
      </w:r>
    </w:p>
    <w:p>
      <w:r>
        <w:rPr>
          <w:b/>
        </w:rPr>
        <w:t xml:space="preserve">[54:01] </w:t>
      </w:r>
      <w:r>
        <w:t>tareekh-e-Islam ne yeh abadi ki padhiye.</w:t>
      </w:r>
    </w:p>
    <w:p>
      <w:pPr>
        <w:jc w:val="right"/>
      </w:pPr>
      <w:r>
        <w:t>تاریخ اسلام نے یہ آبادی کی پڑھیے۔</w:t>
      </w:r>
    </w:p>
    <w:p>
      <w:r>
        <w:rPr>
          <w:b/>
        </w:rPr>
        <w:t xml:space="preserve">[54:05] </w:t>
      </w:r>
      <w:r>
        <w:t>arabi padhna chahte hain, al-bada'eh woh nara padhe padhiye.</w:t>
      </w:r>
    </w:p>
    <w:p>
      <w:pPr>
        <w:jc w:val="right"/>
      </w:pPr>
      <w:r>
        <w:t>عربی پڑھنا چاہتے ہیں، البدائے وہ نعرہ پڑھے پڑھیے۔</w:t>
      </w:r>
    </w:p>
    <w:p>
      <w:r>
        <w:rPr>
          <w:b/>
        </w:rPr>
        <w:t xml:space="preserve">[54:08] </w:t>
      </w:r>
      <w:r>
        <w:t>is mein aap ko jawab mil jaega.</w:t>
      </w:r>
    </w:p>
    <w:p>
      <w:pPr>
        <w:jc w:val="right"/>
      </w:pPr>
      <w:r>
        <w:t>اس میں آپ کو جواب مل جائے گا۔</w:t>
      </w:r>
    </w:p>
    <w:p>
      <w:r>
        <w:rPr>
          <w:b/>
        </w:rPr>
        <w:t xml:space="preserve">[54:12] </w:t>
      </w:r>
      <w:r>
        <w:t>unhon ne yeh agla sawal kiya hai doctor Fareeda Khanam ne Delhi se.</w:t>
      </w:r>
    </w:p>
    <w:p>
      <w:pPr>
        <w:jc w:val="right"/>
      </w:pPr>
      <w:r>
        <w:t>انہوں نے یہ اگلا سوال کیا ہے ڈاکٹر فریدہ خانم نے دہلی سے۔</w:t>
      </w:r>
    </w:p>
    <w:p>
      <w:r>
        <w:rPr>
          <w:b/>
        </w:rPr>
        <w:t xml:space="preserve">[54:15] </w:t>
      </w:r>
      <w:r>
        <w:t>nowadays Muslims are laying</w:t>
      </w:r>
    </w:p>
    <w:p>
      <w:pPr>
        <w:jc w:val="right"/>
      </w:pPr>
      <w:r>
        <w:t>ناؤ ڈیز مسلمز ار لےئنگ</w:t>
      </w:r>
    </w:p>
    <w:p>
      <w:r>
        <w:rPr>
          <w:b/>
        </w:rPr>
        <w:t xml:space="preserve">[54:18] </w:t>
      </w:r>
      <w:r>
        <w:t>great emphasis on form in their worship.</w:t>
      </w:r>
    </w:p>
    <w:p>
      <w:pPr>
        <w:jc w:val="right"/>
      </w:pPr>
      <w:r>
        <w:t>گریٹ ایمفیسز ان فارم ان دیر ورشپ۔</w:t>
      </w:r>
    </w:p>
    <w:p>
      <w:r>
        <w:rPr>
          <w:b/>
        </w:rPr>
        <w:t xml:space="preserve">[54:24] </w:t>
      </w:r>
      <w:r>
        <w:t>How this tendency develops in the people of the book? Why the spirit gets lost in later generations?</w:t>
      </w:r>
    </w:p>
    <w:p>
      <w:pPr>
        <w:jc w:val="right"/>
      </w:pPr>
      <w:r>
        <w:t>ہاؤ دس ٹینڈنسی ڈیویلپس ان دی پیپل اف دا بک؟ وائی دا سپرٹ گیٹس لاسٹ ان لیٹر جنریشنز</w:t>
      </w:r>
    </w:p>
    <w:p>
      <w:r>
        <w:rPr>
          <w:b/>
        </w:rPr>
        <w:t xml:space="preserve">[54:29] </w:t>
      </w:r>
      <w:r>
        <w:t>of the people of the Book? Please explain.</w:t>
      </w:r>
    </w:p>
    <w:p>
      <w:pPr>
        <w:jc w:val="right"/>
      </w:pPr>
      <w:r>
        <w:t>اف دا پیپل اف دا بک؟ پلیز ایکسپلین۔</w:t>
      </w:r>
    </w:p>
    <w:p>
      <w:r>
        <w:rPr>
          <w:b/>
        </w:rPr>
        <w:t xml:space="preserve">[54:34] </w:t>
      </w:r>
      <w:r>
        <w:t>dekhen, yahi yahi hamesha hota hai.</w:t>
      </w:r>
    </w:p>
    <w:p>
      <w:pPr>
        <w:jc w:val="right"/>
      </w:pPr>
      <w:r>
        <w:t>دیکھیں، یہی یہی ہمیشہ ہوتا ہے۔</w:t>
      </w:r>
    </w:p>
    <w:p>
      <w:r>
        <w:rPr>
          <w:b/>
        </w:rPr>
        <w:t xml:space="preserve">[54:39] </w:t>
      </w:r>
      <w:r>
        <w:t>pichhli ummaton mein bhi hua, musalmanon mein bhi hua.</w:t>
      </w:r>
    </w:p>
    <w:p>
      <w:pPr>
        <w:jc w:val="right"/>
      </w:pPr>
      <w:r>
        <w:t>پچھلی امتوں میں بھی ہوا، مسلمانوں میں بھی ہوا۔</w:t>
      </w:r>
    </w:p>
    <w:p>
      <w:r>
        <w:rPr>
          <w:b/>
        </w:rPr>
        <w:t xml:space="preserve">[54:44] </w:t>
      </w:r>
      <w:r>
        <w:t>kyunke jab isprt khatm hoti hai to to tab bhi deen baqi rehta hai. lekin far</w:t>
      </w:r>
    </w:p>
    <w:p>
      <w:pPr>
        <w:jc w:val="right"/>
      </w:pPr>
      <w:r>
        <w:t>کیونکہ جب اسپرٹ ختم ہوتی ہے تو تو تب بھی دین باقی رہتا ہے۔ لیکن فار</w:t>
      </w:r>
    </w:p>
    <w:p>
      <w:r>
        <w:rPr>
          <w:b/>
        </w:rPr>
        <w:t xml:space="preserve">[54:49] </w:t>
      </w:r>
      <w:r>
        <w:t>ke aitbar se baqi rehta hai. kabhi bhi deen khatam nahin hota. spirit khatam hoti hai. to mujaddid ka kaam yahi hai ke spirit ko revive kare. woh form ko revive karne ki zaroorat hi nahin. woh to already maujood hota hai hamesha. to mujaddid ka kaam asal mein sach poochhein to revive karna hai spirit ko. aur yeh hamesha jari rahega. kyun ke ek rasool Allah salallahu alaihi wasallam ne kuch logon ke darmiyan kaam kiya. un mein aap ne</w:t>
      </w:r>
    </w:p>
    <w:p>
      <w:pPr>
        <w:jc w:val="right"/>
      </w:pPr>
      <w:r>
        <w:t>م کے اعتبار سے باقی رہتا ہے۔ کبھی بھی دین ختم نہیں ہوتا۔ اسپرٹ ختم ہوتی ہے۔ تو مجدد کا کام یہی ہے کہ اسپرٹ کو ریوائیو کرے۔ وہ فارم کو ریوائیو کرنے کی ضرورت ہی نہیں۔ وہ تو الریڈی موجود ہوتا ہے ہمیشہ۔ تو مجدد کا کام اصل میں سچ پوچھیں تو ریوائیو کرنا ہے اسپرٹ کو۔ اور یہ ہمیشہ جاری رہے گا۔ کیونکہ ایک رسول اللہ صلی اللہ علیہ وسلم نے کچھ لوگوں کے درمیان کام کیا۔ ان میں آپ نے</w:t>
      </w:r>
    </w:p>
    <w:p>
      <w:r>
        <w:rPr>
          <w:b/>
        </w:rPr>
        <w:t xml:space="preserve">[55:19] </w:t>
      </w:r>
      <w:r>
        <w:t>isprt paida ki.</w:t>
      </w:r>
    </w:p>
    <w:p>
      <w:pPr>
        <w:jc w:val="right"/>
      </w:pPr>
      <w:r>
        <w:t>اسپرٹ پیدا کی۔</w:t>
      </w:r>
    </w:p>
    <w:p>
      <w:r>
        <w:rPr>
          <w:b/>
        </w:rPr>
        <w:t xml:space="preserve">[55:21] </w:t>
      </w:r>
      <w:r>
        <w:t>to hamesha zinda to rehte nahin.</w:t>
      </w:r>
    </w:p>
    <w:p>
      <w:pPr>
        <w:jc w:val="right"/>
      </w:pPr>
      <w:r>
        <w:t>تو ہمیشہ زندہ تو رہتے نہیں۔</w:t>
      </w:r>
    </w:p>
    <w:p>
      <w:r>
        <w:rPr>
          <w:b/>
        </w:rPr>
        <w:t xml:space="preserve">[55:24] </w:t>
      </w:r>
      <w:r>
        <w:t>mar jaate hain woh.</w:t>
      </w:r>
    </w:p>
    <w:p>
      <w:pPr>
        <w:jc w:val="right"/>
      </w:pPr>
      <w:r>
        <w:t>مر جاتے ہیں وہ۔</w:t>
      </w:r>
    </w:p>
    <w:p>
      <w:r>
        <w:rPr>
          <w:b/>
        </w:rPr>
        <w:t xml:space="preserve">[55:27] </w:t>
      </w:r>
      <w:r>
        <w:t>phir unke bete, phir unke pote.</w:t>
      </w:r>
    </w:p>
    <w:p>
      <w:pPr>
        <w:jc w:val="right"/>
      </w:pPr>
      <w:r>
        <w:t>پھر ان کے بیٹے، پھر ان کے پوتے۔</w:t>
      </w:r>
    </w:p>
    <w:p>
      <w:r>
        <w:rPr>
          <w:b/>
        </w:rPr>
        <w:t xml:space="preserve">[55:30] </w:t>
      </w:r>
      <w:r>
        <w:t>to baad ki naslon mein kabhi bhi woh isprt baqi nahin rehti.</w:t>
      </w:r>
    </w:p>
    <w:p>
      <w:pPr>
        <w:jc w:val="right"/>
      </w:pPr>
      <w:r>
        <w:t>تو بعد کی نسلوں میں کبھی بھی وہ اسپرٹ باقی نہیں رہتی۔</w:t>
      </w:r>
    </w:p>
    <w:p>
      <w:r>
        <w:rPr>
          <w:b/>
        </w:rPr>
        <w:t xml:space="preserve">[55:33] </w:t>
      </w:r>
      <w:r>
        <w:t>farm to rehta hai lekin isprt nahin baqi rehti.</w:t>
      </w:r>
    </w:p>
    <w:p>
      <w:pPr>
        <w:jc w:val="right"/>
      </w:pPr>
      <w:r>
        <w:t>فارم تو رہتا ہے لیکن اسپرٹ نہیں باقی رہتی۔</w:t>
      </w:r>
    </w:p>
    <w:p>
      <w:r>
        <w:rPr>
          <w:b/>
        </w:rPr>
        <w:t xml:space="preserve">[55:35] </w:t>
      </w:r>
      <w:r>
        <w:t>to tajdeed haqiqatan baad ki naslon ki mein aata hai.</w:t>
      </w:r>
    </w:p>
    <w:p>
      <w:pPr>
        <w:jc w:val="right"/>
      </w:pPr>
      <w:r>
        <w:t>تو تجدید حقیقتاً بعد کی نسلوں کی میں آتا ہے۔</w:t>
      </w:r>
    </w:p>
    <w:p>
      <w:r>
        <w:rPr>
          <w:b/>
        </w:rPr>
        <w:t xml:space="preserve">[55:38] </w:t>
      </w:r>
      <w:r>
        <w:t>pehli nasl ki nahin hai.</w:t>
      </w:r>
    </w:p>
    <w:p>
      <w:pPr>
        <w:jc w:val="right"/>
      </w:pPr>
      <w:r>
        <w:t>پہلی نسل کی نہیں ہے۔</w:t>
      </w:r>
    </w:p>
    <w:p>
      <w:r>
        <w:rPr>
          <w:b/>
        </w:rPr>
        <w:t xml:space="preserve">[55:41] </w:t>
      </w:r>
      <w:r>
        <w:t>yeh to ek ek law of nature hai.</w:t>
      </w:r>
    </w:p>
    <w:p>
      <w:pPr>
        <w:jc w:val="right"/>
      </w:pPr>
      <w:r>
        <w:t>یہ تو ایک ایک لاء اف نیچر ہے۔</w:t>
      </w:r>
    </w:p>
    <w:p>
      <w:r>
        <w:rPr>
          <w:b/>
        </w:rPr>
        <w:t xml:space="preserve">[55:44] </w:t>
      </w:r>
      <w:r>
        <w:t>yeh chalta rahega.</w:t>
      </w:r>
    </w:p>
    <w:p>
      <w:pPr>
        <w:jc w:val="right"/>
      </w:pPr>
      <w:r>
        <w:t>یہ چلتا رہے گا۔</w:t>
      </w:r>
    </w:p>
    <w:p>
      <w:r>
        <w:rPr>
          <w:b/>
        </w:rPr>
        <w:t xml:space="preserve">[55:47] </w:t>
      </w:r>
      <w:r>
        <w:t>maulana, yeh agla sawal aaya hai maulana iqbal umri ka chennai se.</w:t>
      </w:r>
    </w:p>
    <w:p>
      <w:pPr>
        <w:jc w:val="right"/>
      </w:pPr>
      <w:r>
        <w:t>مولانا، یہ اگلا سوال آیا ہے مولانا اقبال عمری کا چنئی سے۔</w:t>
      </w:r>
    </w:p>
    <w:p>
      <w:r>
        <w:rPr>
          <w:b/>
        </w:rPr>
        <w:t xml:space="preserve">[55:49] </w:t>
      </w:r>
      <w:r>
        <w:t>maulana, positive approach rakhna aur insaniyat ki mukammal khair khwahi karna hi asal tajdid hai. aaj wazeh hua. tajaddud aur tajdid mein kya farq hai? tajaddud pasand kis ko kaha jata hai? dekhen, tajdid ka matlab hota hai asal deen ki tajdid. maslan asal deen kya hai? ke namaz ka form baqi rah</w:t>
      </w:r>
    </w:p>
    <w:p>
      <w:pPr>
        <w:jc w:val="right"/>
      </w:pPr>
      <w:r>
        <w:t>مولانا، پوزیٹیو اپروچ رکھنا اور انسانیت کی مکمل خیر خواہی کرنا ہی اصل تجدید ہے۔ آج واضح ہوا۔ تجدد اور تجدید میں کیا فرق ہے؟ تجدد پسند کس کو کہا جاتا ہے؟ دیکھیں، تجدید کا مطلب ہوتا ہے اصل دین کی تجدید۔ مثلاً اصل دین کیا ہے؟ کہ نماز کا فارم باقی رہ</w:t>
      </w:r>
    </w:p>
    <w:p>
      <w:r>
        <w:rPr>
          <w:b/>
        </w:rPr>
        <w:t xml:space="preserve">[56:19] </w:t>
      </w:r>
      <w:r>
        <w:t>e, rooh na baqi rahe. jaise hadith mein aata hai ke la salata liman lam yatasahhash. to log is ko bhool jayein aur samjhein ke masail wali namaz padh lo to namaz ho gayi. aur la salata liman lam bhool jayein woh. to tajdid ka kaam yeh hai ke is ko yaad dilaya jaye. is ko yaad dilaya jaye. aur ta ke log jo hain apne form wali namaz ke sath sath khushu wali namaz is mein izafa</w:t>
      </w:r>
    </w:p>
    <w:p>
      <w:pPr>
        <w:jc w:val="right"/>
      </w:pPr>
      <w:r>
        <w:t>ے، روح نہ باقی رہے۔ جیسے حدیث میں آتا ہے کہ لا صلاۃ لملم یتخش۔ تو لوگ اس کو بھول جائیں اور سمجھیں کہ مسائل والی نماز پڑھ لو تو نماز ہو گئی۔ اور لا صلاۃ لملم بھول جائیں وہ۔ تو تجدید کا کام یہ ہے کہ اس کو یاد دلایا جائے۔ اس کو یاد دلایا جائے۔ اور تاکہ لوگ جو ہیں اپنے فارم والی نماز کے ساتھ ساتھ خشوع والی نماز اس میں اضافہ</w:t>
      </w:r>
    </w:p>
    <w:p>
      <w:r>
        <w:rPr>
          <w:b/>
        </w:rPr>
        <w:t xml:space="preserve">[56:49] </w:t>
      </w:r>
      <w:r>
        <w:t>karen.</w:t>
      </w:r>
    </w:p>
    <w:p>
      <w:pPr>
        <w:jc w:val="right"/>
      </w:pPr>
      <w:r>
        <w:t>کریں۔</w:t>
      </w:r>
    </w:p>
    <w:p>
      <w:r>
        <w:rPr>
          <w:b/>
        </w:rPr>
        <w:t xml:space="preserve">[56:52] </w:t>
      </w:r>
      <w:r>
        <w:t>yeh to hua tajdeed ka kaam.</w:t>
      </w:r>
    </w:p>
    <w:p>
      <w:pPr>
        <w:jc w:val="right"/>
      </w:pPr>
      <w:r>
        <w:t>یہ تو ہوا تجدید کا کام۔</w:t>
      </w:r>
    </w:p>
    <w:p>
      <w:r>
        <w:rPr>
          <w:b/>
        </w:rPr>
        <w:t xml:space="preserve">[56:55] </w:t>
      </w:r>
      <w:r>
        <w:t>tajaddud yeh hai ke apne dimagh se nikalna.</w:t>
      </w:r>
    </w:p>
    <w:p>
      <w:pPr>
        <w:jc w:val="right"/>
      </w:pPr>
      <w:r>
        <w:t>تجدد یہ ہے کہ اپنے دماغ سے نکالنا۔</w:t>
      </w:r>
    </w:p>
    <w:p>
      <w:r>
        <w:rPr>
          <w:b/>
        </w:rPr>
        <w:t xml:space="preserve">[56:58] </w:t>
      </w:r>
      <w:r>
        <w:t>misalan kuch log kehte hain qurbani jo hai yeh paise ka ziya hai.</w:t>
      </w:r>
    </w:p>
    <w:p>
      <w:pPr>
        <w:jc w:val="right"/>
      </w:pPr>
      <w:r>
        <w:t>مثلاً کچھ لوگ کہتے ہیں قربانی جو ہے یہ پیسے کا ضیاء ہے۔</w:t>
      </w:r>
    </w:p>
    <w:p>
      <w:r>
        <w:rPr>
          <w:b/>
        </w:rPr>
        <w:t xml:space="preserve">[57:00] </w:t>
      </w:r>
      <w:r>
        <w:t>qurbani band karo aur logon ko paisa baant do.</w:t>
      </w:r>
    </w:p>
    <w:p>
      <w:pPr>
        <w:jc w:val="right"/>
      </w:pPr>
      <w:r>
        <w:t>قربانی بند کرو اور لوگوں کو پیسہ بانٹ دو۔</w:t>
      </w:r>
    </w:p>
    <w:p>
      <w:r>
        <w:rPr>
          <w:b/>
        </w:rPr>
        <w:t xml:space="preserve">[57:03] </w:t>
      </w:r>
      <w:r>
        <w:t>yeh sab tajaddud hai.</w:t>
      </w:r>
    </w:p>
    <w:p>
      <w:pPr>
        <w:jc w:val="right"/>
      </w:pPr>
      <w:r>
        <w:t>یہ سب تجدد ہے۔</w:t>
      </w:r>
    </w:p>
    <w:p>
      <w:r>
        <w:rPr>
          <w:b/>
        </w:rPr>
        <w:t xml:space="preserve">[57:06] </w:t>
      </w:r>
      <w:r>
        <w:t>kyunke jo deen mein nahin hai us ko aap ne apne dimagh se nikala.</w:t>
      </w:r>
    </w:p>
    <w:p>
      <w:pPr>
        <w:jc w:val="right"/>
      </w:pPr>
      <w:r>
        <w:t>کیونکہ جو دین میں نہیں ہے اس کو آپ نے اپنے دماغ سے نکالا۔</w:t>
      </w:r>
    </w:p>
    <w:p>
      <w:r>
        <w:rPr>
          <w:b/>
        </w:rPr>
        <w:t xml:space="preserve">[57:09] </w:t>
      </w:r>
      <w:r>
        <w:t>roze ke liye kehte hain ke woh arab mein khane ki cheezen kam hoti thin.</w:t>
      </w:r>
    </w:p>
    <w:p>
      <w:pPr>
        <w:jc w:val="right"/>
      </w:pPr>
      <w:r>
        <w:t>روزہ کے لیے کہتے ہیں کہ وہ عرب میں کھانے کی چیزیں کم ہوتی تھیں۔</w:t>
      </w:r>
    </w:p>
    <w:p>
      <w:r>
        <w:rPr>
          <w:b/>
        </w:rPr>
        <w:t xml:space="preserve">[57:11] </w:t>
      </w:r>
      <w:r>
        <w:t>likha diya ke roze rakho.</w:t>
      </w:r>
    </w:p>
    <w:p>
      <w:pPr>
        <w:jc w:val="right"/>
      </w:pPr>
      <w:r>
        <w:t>لکھا دیا کہ روزہ رکھو۔</w:t>
      </w:r>
    </w:p>
    <w:p>
      <w:r>
        <w:rPr>
          <w:b/>
        </w:rPr>
        <w:t xml:space="preserve">[57:14] </w:t>
      </w:r>
      <w:r>
        <w:t>ab roze ki zaroorat nahin.</w:t>
      </w:r>
    </w:p>
    <w:p>
      <w:pPr>
        <w:jc w:val="right"/>
      </w:pPr>
      <w:r>
        <w:t>اب روزے کی ضرورت نہیں۔</w:t>
      </w:r>
    </w:p>
    <w:p>
      <w:r>
        <w:rPr>
          <w:b/>
        </w:rPr>
        <w:t xml:space="preserve">[57:17] </w:t>
      </w:r>
      <w:r>
        <w:t>yeh sab tajaddud hai.</w:t>
      </w:r>
    </w:p>
    <w:p>
      <w:pPr>
        <w:jc w:val="right"/>
      </w:pPr>
      <w:r>
        <w:t>یہ سب تجدد ہے۔</w:t>
      </w:r>
    </w:p>
    <w:p>
      <w:r>
        <w:rPr>
          <w:b/>
        </w:rPr>
        <w:t xml:space="preserve">[57:19] </w:t>
      </w:r>
      <w:r>
        <w:t>yani jo cheez deen mein maujood ho apne dimaagh se aap kahein ke nahi yeh nahi hai.</w:t>
      </w:r>
    </w:p>
    <w:p>
      <w:pPr>
        <w:jc w:val="right"/>
      </w:pPr>
      <w:r>
        <w:t>یعنی جو چیز دین میں موجود ہو اپنے دماغ سے آپ کہیں کہ نہیں یہ نہیں ہے۔</w:t>
      </w:r>
    </w:p>
    <w:p>
      <w:r>
        <w:rPr>
          <w:b/>
        </w:rPr>
        <w:t xml:space="preserve">[57:24] </w:t>
      </w:r>
      <w:r>
        <w:t>roze ke bare mein yeh kahein ke arab mein khane peene ka kam hota tha to roze rakhte gaye.</w:t>
      </w:r>
    </w:p>
    <w:p>
      <w:pPr>
        <w:jc w:val="right"/>
      </w:pPr>
      <w:r>
        <w:t>روزے کے بارے میں یہ کہیں کہ عرب میں کھانے پینے کا کم ہوتا تھا تو روزے رکھتے گئے۔</w:t>
      </w:r>
    </w:p>
    <w:p>
      <w:r>
        <w:rPr>
          <w:b/>
        </w:rPr>
        <w:t xml:space="preserve">[57:28] </w:t>
      </w:r>
      <w:r>
        <w:t>ab roze ki zaroorat nahi hai.</w:t>
      </w:r>
    </w:p>
    <w:p>
      <w:pPr>
        <w:jc w:val="right"/>
      </w:pPr>
      <w:r>
        <w:t>اب روزے کی ضرورت نہیں ہے۔</w:t>
      </w:r>
    </w:p>
    <w:p>
      <w:r>
        <w:rPr>
          <w:b/>
        </w:rPr>
        <w:t xml:space="preserve">[57:32] </w:t>
      </w:r>
      <w:r>
        <w:t>yeh tajaddud hai.</w:t>
      </w:r>
    </w:p>
    <w:p>
      <w:pPr>
        <w:jc w:val="right"/>
      </w:pPr>
      <w:r>
        <w:t>یہ تجدد ہے۔</w:t>
      </w:r>
    </w:p>
    <w:p>
      <w:r>
        <w:rPr>
          <w:b/>
        </w:rPr>
        <w:t xml:space="preserve">[57:37] </w:t>
      </w:r>
      <w:r>
        <w:t>lekin agar roze ke form baqi rahe ke isprt khatm ho jaye to usko zinda kar rahe</w:t>
      </w:r>
    </w:p>
    <w:p>
      <w:pPr>
        <w:jc w:val="right"/>
      </w:pPr>
      <w:r>
        <w:t>لیکن اگر روزہ کے فارم باقی رہے کہ اسپرٹ ختم ہو جائے تو اس کو زندہ کر رہے</w:t>
      </w:r>
    </w:p>
    <w:p>
      <w:r>
        <w:rPr>
          <w:b/>
        </w:rPr>
        <w:t xml:space="preserve">[57:41] </w:t>
      </w:r>
      <w:r>
        <w:t>hain aap to woh tajdeed hai.</w:t>
      </w:r>
    </w:p>
    <w:p>
      <w:pPr>
        <w:jc w:val="right"/>
      </w:pPr>
      <w:r>
        <w:t>ہیں آپ تو وہ تجدید ہے۔</w:t>
      </w:r>
    </w:p>
    <w:p>
      <w:r>
        <w:rPr>
          <w:b/>
        </w:rPr>
        <w:t xml:space="preserve">[57:45] </w:t>
      </w:r>
      <w:r>
        <w:t>yeh yeh dono ka farq</w:t>
      </w:r>
    </w:p>
    <w:p>
      <w:pPr>
        <w:jc w:val="right"/>
      </w:pPr>
      <w:r>
        <w:t>یہ یہ دونوں کا فرق</w:t>
      </w:r>
    </w:p>
    <w:p>
      <w:r>
        <w:rPr>
          <w:b/>
        </w:rPr>
        <w:t xml:space="preserve">[57:50] </w:t>
      </w:r>
      <w:r>
        <w:t>hai. maulana, yeh agla sawal kiya hai mehtab sahab ne dhampur se. maulana sahab, maa ke pairon ke neeche jannat hai. please explain. yeh yeh to ek maa ke pairon ke jannat hai. is ki koi is ka lafzi maani mein koi le le to bilkul galat hai. woh ek usoolon pe karne ka ke baron ki baron ki khidmat karo. maa baap bhi baron mein shamil</w:t>
      </w:r>
    </w:p>
    <w:p>
      <w:pPr>
        <w:jc w:val="right"/>
      </w:pPr>
      <w:r>
        <w:t>۔ مولانا، یہ اگلا سوال کیا ہے مہتاب صاحب نے دھامپور سے۔ مولانا صاحب، ماں کے پیروں کے نیچے جنت ہے۔ پلیز ایکسپلین۔ یہ یہ تو ایک ماں کے پیروں کے جنت ہے۔ اس کی کوئی اس کا لفظی معنی میں کوئی لے لے تو بالکل غلط ہے۔ وہ ایک اصولوں پہ کرنے کا کہ بڑوں کی بڑوں کی خدمت کرو۔ ماں باپ بھی بڑوں میں شامل</w:t>
      </w:r>
    </w:p>
    <w:p>
      <w:r>
        <w:rPr>
          <w:b/>
        </w:rPr>
        <w:t xml:space="preserve">[58:20] </w:t>
      </w:r>
      <w:r>
        <w:t>hain.</w:t>
      </w:r>
    </w:p>
    <w:p>
      <w:pPr>
        <w:jc w:val="right"/>
      </w:pPr>
      <w:r>
        <w:t>ہیں۔</w:t>
      </w:r>
    </w:p>
    <w:p>
      <w:r>
        <w:rPr>
          <w:b/>
        </w:rPr>
        <w:t xml:space="preserve">[58:22] </w:t>
      </w:r>
      <w:r>
        <w:t>badon mein se hote hain.</w:t>
      </w:r>
    </w:p>
    <w:p>
      <w:pPr>
        <w:jc w:val="right"/>
      </w:pPr>
      <w:r>
        <w:t>بڑوں میں سے ہوتے ہیں۔</w:t>
      </w:r>
    </w:p>
    <w:p>
      <w:r>
        <w:rPr>
          <w:b/>
        </w:rPr>
        <w:t xml:space="preserve">[58:25] </w:t>
      </w:r>
      <w:r>
        <w:t>badon ki khidmat karo.</w:t>
      </w:r>
    </w:p>
    <w:p>
      <w:pPr>
        <w:jc w:val="right"/>
      </w:pPr>
      <w:r>
        <w:t>بڑوں کی خدمت کرو۔</w:t>
      </w:r>
    </w:p>
    <w:p>
      <w:r>
        <w:rPr>
          <w:b/>
        </w:rPr>
        <w:t xml:space="preserve">[58:28] </w:t>
      </w:r>
      <w:r>
        <w:t>badon ka adab karo.</w:t>
      </w:r>
    </w:p>
    <w:p>
      <w:pPr>
        <w:jc w:val="right"/>
      </w:pPr>
      <w:r>
        <w:t>بڑوں کا ادب کرو۔</w:t>
      </w:r>
    </w:p>
    <w:p>
      <w:r>
        <w:rPr>
          <w:b/>
        </w:rPr>
        <w:t xml:space="preserve">[58:31] </w:t>
      </w:r>
      <w:r>
        <w:t>badon se naseehat lo.</w:t>
      </w:r>
    </w:p>
    <w:p>
      <w:pPr>
        <w:jc w:val="right"/>
      </w:pPr>
      <w:r>
        <w:t>بڑوں سے نصیحت لو۔</w:t>
      </w:r>
    </w:p>
    <w:p>
      <w:r>
        <w:rPr>
          <w:b/>
        </w:rPr>
        <w:t xml:space="preserve">[58:33] </w:t>
      </w:r>
      <w:r>
        <w:t>baqi aisa nahi ke uske paon ke neeche jannat hai.</w:t>
      </w:r>
    </w:p>
    <w:p>
      <w:pPr>
        <w:jc w:val="right"/>
      </w:pPr>
      <w:r>
        <w:t>باقی ایسا نہیں کہ اس کے پاؤں کے نیچے جنت ہے۔</w:t>
      </w:r>
    </w:p>
    <w:p>
      <w:r>
        <w:rPr>
          <w:b/>
        </w:rPr>
        <w:t xml:space="preserve">[58:36] </w:t>
      </w:r>
      <w:r>
        <w:t>ab maan ne keh diya jannat mein le gaye.</w:t>
      </w:r>
    </w:p>
    <w:p>
      <w:pPr>
        <w:jc w:val="right"/>
      </w:pPr>
      <w:r>
        <w:t>اب ماں نے کہہ دیا جنت میں لے گئے۔</w:t>
      </w:r>
    </w:p>
    <w:p>
      <w:r>
        <w:rPr>
          <w:b/>
        </w:rPr>
        <w:t xml:space="preserve">[58:39] </w:t>
      </w:r>
      <w:r>
        <w:t>nahi kaha jannat nahi milegi.</w:t>
      </w:r>
    </w:p>
    <w:p>
      <w:pPr>
        <w:jc w:val="right"/>
      </w:pPr>
      <w:r>
        <w:t>نہیں کہا جنت نہیں ملے گی۔</w:t>
      </w:r>
    </w:p>
    <w:p>
      <w:r>
        <w:rPr>
          <w:b/>
        </w:rPr>
        <w:t xml:space="preserve">[58:41] </w:t>
      </w:r>
      <w:r>
        <w:t>yeh sab iska taluq deen se kuch bhi nahi.</w:t>
      </w:r>
    </w:p>
    <w:p>
      <w:pPr>
        <w:jc w:val="right"/>
      </w:pPr>
      <w:r>
        <w:t>یہ سب اس کا تعلق دین سے کچھ بھی نہیں۔</w:t>
      </w:r>
    </w:p>
    <w:p>
      <w:r>
        <w:rPr>
          <w:b/>
        </w:rPr>
        <w:t xml:space="preserve">[58:44] </w:t>
      </w:r>
      <w:r>
        <w:t>maulana, yeh agla sawal aaya hai doctor farida khanoom ka dehli se.</w:t>
      </w:r>
    </w:p>
    <w:p>
      <w:pPr>
        <w:jc w:val="right"/>
      </w:pPr>
      <w:r>
        <w:t>مولانا، یہ اگلا سوال آیا ہے ڈاکٹر فریدہ خانم کا دہلی سے۔</w:t>
      </w:r>
    </w:p>
    <w:p>
      <w:r>
        <w:rPr>
          <w:b/>
        </w:rPr>
        <w:t xml:space="preserve">[58:47] </w:t>
      </w:r>
      <w:r>
        <w:t>What is this phenomena that even those</w:t>
      </w:r>
    </w:p>
    <w:p>
      <w:pPr>
        <w:jc w:val="right"/>
      </w:pPr>
      <w:r>
        <w:t>واٹ از دس فیناومینا دیٹ ایون دوز</w:t>
      </w:r>
    </w:p>
    <w:p>
      <w:r>
        <w:rPr>
          <w:b/>
        </w:rPr>
        <w:t xml:space="preserve">[58:50] </w:t>
      </w:r>
      <w:r>
        <w:t>Muslims who have good jobs, who are successful businessmen and are also successful in other</w:t>
      </w:r>
    </w:p>
    <w:p>
      <w:pPr>
        <w:jc w:val="right"/>
      </w:pPr>
      <w:r>
        <w:t>مسلمز ہو ہیو گڈ جابز ہو آر سکسیس فل بزنس مین اینڈ ار السو سکسیس فل ان ادر</w:t>
      </w:r>
    </w:p>
    <w:p>
      <w:r>
        <w:rPr>
          <w:b/>
        </w:rPr>
        <w:t xml:space="preserve">[58:57] </w:t>
      </w:r>
      <w:r>
        <w:t>fields they are busy complaining against others. I don't understand it. Is liye ke dekhiye woh rehte kahan</w:t>
      </w:r>
    </w:p>
    <w:p>
      <w:pPr>
        <w:jc w:val="right"/>
      </w:pPr>
      <w:r>
        <w:t>فیلڈز دے ار بزی کمپلیننگ اگینسٹ ادرز ائی ڈونٹ انڈرسٹینڈ اٹ اس لیے کہ دیکھیں وہ رہتے کہاں</w:t>
      </w:r>
    </w:p>
    <w:p>
      <w:r>
        <w:rPr>
          <w:b/>
        </w:rPr>
        <w:t xml:space="preserve">[59:05] </w:t>
      </w:r>
      <w:r>
        <w:t>hain muslim society mein rehte hain agarche woh unka ek job place mein ya work place mein</w:t>
      </w:r>
    </w:p>
    <w:p>
      <w:pPr>
        <w:jc w:val="right"/>
      </w:pPr>
      <w:r>
        <w:t>ہیں مسلم سوسائٹی میں رہتے ہیں اگرچہ وہ ان کا ایک جاب پلیس میں یا ورک پلیس میں</w:t>
      </w:r>
    </w:p>
    <w:p>
      <w:r>
        <w:rPr>
          <w:b/>
        </w:rPr>
        <w:t xml:space="preserve">[59:12] </w:t>
      </w:r>
      <w:r>
        <w:t>jaate hain wahan paisa kamake wapas aate hain lekin unka</w:t>
      </w:r>
    </w:p>
    <w:p>
      <w:pPr>
        <w:jc w:val="right"/>
      </w:pPr>
      <w:r>
        <w:t>جاتے ہیں وہاں پیسہ کما کے واپس آتے ہیں لیکن ان کا</w:t>
      </w:r>
    </w:p>
    <w:p>
      <w:r>
        <w:rPr>
          <w:b/>
        </w:rPr>
        <w:t xml:space="preserve">[59:20] </w:t>
      </w:r>
      <w:r>
        <w:t>jo rehna hai zindagi guzarna hai woh isi muslim muashre mein hota hai jahan charcha ho raha hai</w:t>
      </w:r>
    </w:p>
    <w:p>
      <w:pPr>
        <w:jc w:val="right"/>
      </w:pPr>
      <w:r>
        <w:t>جو رہنا ہے زندگی گزارنا ہے وہ اسی مسلم معاشرے میں ہوتا ہے جہاں چرچہ ہو رہا ہے</w:t>
      </w:r>
    </w:p>
    <w:p>
      <w:r>
        <w:rPr>
          <w:b/>
        </w:rPr>
        <w:t xml:space="preserve">[59:26] </w:t>
      </w:r>
      <w:r>
        <w:t>ke musalmanon ke sath ziyadti ho rahi hai kyunke jitne bhi musalmanon ke likhne bolne wale log hain</w:t>
      </w:r>
    </w:p>
    <w:p>
      <w:pPr>
        <w:jc w:val="right"/>
      </w:pPr>
      <w:r>
        <w:t>کہ مسلمانوں کے ساتھ زیادتی ہو رہی ہے کیونکہ جتنے بھی مسلمانوں کے لکھنے بولنے والے لوگ ہیں</w:t>
      </w:r>
    </w:p>
    <w:p>
      <w:r>
        <w:rPr>
          <w:b/>
        </w:rPr>
        <w:t xml:space="preserve">[59:32] </w:t>
      </w:r>
      <w:r>
        <w:t>jo stage pe bolte hain jo kitabein chhapte hain jo pd gul nikalte hain woh sab ke</w:t>
      </w:r>
    </w:p>
    <w:p>
      <w:pPr>
        <w:jc w:val="right"/>
      </w:pPr>
      <w:r>
        <w:t>جو اسٹیج پہ بولتے ہیں جو کتابیں چھاپتے ہیں جو پی ڈی گل نکالتے ہیں وہ سب کے</w:t>
      </w:r>
    </w:p>
    <w:p>
      <w:r>
        <w:rPr>
          <w:b/>
        </w:rPr>
        <w:t xml:space="preserve">[59:38] </w:t>
      </w:r>
      <w:r>
        <w:t>sab one to all negative boli bol rahe hain ek tradition chal pada hai to isi isi mein</w:t>
      </w:r>
    </w:p>
    <w:p>
      <w:pPr>
        <w:jc w:val="right"/>
      </w:pPr>
      <w:r>
        <w:t>سب ون ٹو ال نیگیٹیو بولی بول رہے ہیں ایک ٹریڈیشن چل پڑا ہے تو اسی اسی میں</w:t>
      </w:r>
    </w:p>
    <w:p>
      <w:r>
        <w:rPr>
          <w:b/>
        </w:rPr>
        <w:t xml:space="preserve">[59:44] </w:t>
      </w:r>
      <w:r>
        <w:t>lootte hain woh</w:t>
      </w:r>
    </w:p>
    <w:p>
      <w:pPr>
        <w:jc w:val="right"/>
      </w:pPr>
      <w:r>
        <w:t>لوٹتے ہیں وہ</w:t>
      </w:r>
    </w:p>
    <w:p>
      <w:r>
        <w:rPr>
          <w:b/>
        </w:rPr>
        <w:t xml:space="preserve">[59:50] </w:t>
      </w:r>
      <w:r>
        <w:t>thoda sa waqt guzarte hain apne work place mein iske baad isi par loot loot loot jaate</w:t>
      </w:r>
    </w:p>
    <w:p>
      <w:pPr>
        <w:jc w:val="right"/>
      </w:pPr>
      <w:r>
        <w:t>تھوڑا سا وقت گزارتے ہیں اپنے ورک پلیس میں اس کے بعد اسی پر لوٹ لوٹ لوٹ جاتے</w:t>
      </w:r>
    </w:p>
    <w:p>
      <w:r>
        <w:rPr>
          <w:b/>
        </w:rPr>
        <w:t xml:space="preserve">[59:58] </w:t>
      </w:r>
      <w:r>
        <w:t>hain isi isi churchay mein woh khud bhi shamil ho jatay hain to kaha un ka mindset</w:t>
      </w:r>
    </w:p>
    <w:p>
      <w:pPr>
        <w:jc w:val="right"/>
      </w:pPr>
      <w:r>
        <w:t>ہیں اسی اسی چرچے میں وہ خود بھی شامل ہو جاتے ہیں تو کہا ان کا مائنڈ سیٹ</w:t>
      </w:r>
    </w:p>
    <w:p>
      <w:r>
        <w:rPr>
          <w:b/>
        </w:rPr>
        <w:t xml:space="preserve">[1:00:05] </w:t>
      </w:r>
      <w:r>
        <w:t>jo jo cheez banati hai woh un ka apna muashra hai un ka apna ghar hai to to</w:t>
      </w:r>
    </w:p>
    <w:p>
      <w:pPr>
        <w:jc w:val="right"/>
      </w:pPr>
      <w:r>
        <w:t>جو جو چیز بناتی ہے وہ ان کا اپنا معاشرہ ہے ان کا اپنا گھر ہے تو تو</w:t>
      </w:r>
    </w:p>
    <w:p>
      <w:r>
        <w:rPr>
          <w:b/>
        </w:rPr>
        <w:t xml:space="preserve">[1:00:13] </w:t>
      </w:r>
      <w:r>
        <w:t>is waja se bohat hi zyada yani gehrai ke sath kaam karna hoga tab mindset toote ga Maulana yeh</w:t>
      </w:r>
    </w:p>
    <w:p>
      <w:pPr>
        <w:jc w:val="right"/>
      </w:pPr>
      <w:r>
        <w:t>اس وجہ سے بہت ہی زیادہ یعنی گہرائی کے ساتھ کام کرنا ہوگا تب مائنڈ سیٹ ٹوٹے گا مولانا یہ</w:t>
      </w:r>
    </w:p>
    <w:p>
      <w:r>
        <w:rPr>
          <w:b/>
        </w:rPr>
        <w:t xml:space="preserve">[1:00:20] </w:t>
      </w:r>
      <w:r>
        <w:t>اگلا سوال کیا ہے ڈاکٹر نجمہ صدیقی نے دہلی سے مولانا your talk today has given a different angle</w:t>
      </w:r>
    </w:p>
    <w:p>
      <w:pPr>
        <w:jc w:val="right"/>
      </w:pPr>
      <w:r>
        <w:t>اگلا سوال کیا ہے ڈاکٹر نجمہ صدیقی نے دہلی سے مولانا یور ٹاک ٹوڈے ہیز گیون ڈفرنٹ اینگل</w:t>
      </w:r>
    </w:p>
    <w:p>
      <w:r>
        <w:rPr>
          <w:b/>
        </w:rPr>
        <w:t xml:space="preserve">[1:00:28] </w:t>
      </w:r>
      <w:r>
        <w:t>of thinking and mindset which would give confidence to Muslims, which would give confidence to minorities instead.</w:t>
      </w:r>
    </w:p>
    <w:p>
      <w:pPr>
        <w:jc w:val="right"/>
      </w:pPr>
      <w:r>
        <w:t>اف تھنکنگ اینڈ مائنڈ سیٹ وچ وڈ گیو کانفیڈنس ٹو مسلمز وچ وڈ گیو کانفیڈنس ٹو مائنورٹیز انسٹیڈ</w:t>
      </w:r>
    </w:p>
    <w:p>
      <w:r>
        <w:rPr>
          <w:b/>
        </w:rPr>
        <w:t xml:space="preserve">[1:00:36] </w:t>
      </w:r>
      <w:r>
        <w:t>If low self-esteem, I am thinking to propagate this message to the women groups and educational institutions.</w:t>
      </w:r>
    </w:p>
    <w:p>
      <w:pPr>
        <w:jc w:val="right"/>
      </w:pPr>
      <w:r>
        <w:t>اف لو سیلف اسٹیم ائی ایم تھنکنگ ٹو پروپیگیٹ دس میسج ٹو دا وومن گروپس اینڈ ایجوکیشنل انسٹیٹیوشنز</w:t>
      </w:r>
    </w:p>
    <w:p>
      <w:r>
        <w:rPr>
          <w:b/>
        </w:rPr>
        <w:t xml:space="preserve">[1:00:43] </w:t>
      </w:r>
      <w:r>
        <w:t>where i go what is your opinion to bohat</w:t>
      </w:r>
    </w:p>
    <w:p>
      <w:pPr>
        <w:jc w:val="right"/>
      </w:pPr>
      <w:r>
        <w:t>ویر ائی گو واٹ از یور اوپینین تو بہت</w:t>
      </w:r>
    </w:p>
    <w:p>
      <w:r>
        <w:rPr>
          <w:b/>
        </w:rPr>
        <w:t xml:space="preserve">[1:00:51] </w:t>
      </w:r>
      <w:r>
        <w:t>acchi baat hai aap ne sahi pakra baat ko aur yeh is niche par aap already kaam kar</w:t>
      </w:r>
    </w:p>
    <w:p>
      <w:pPr>
        <w:jc w:val="right"/>
      </w:pPr>
      <w:r>
        <w:t>اچھی بات ہے اپ نے صحیح پکڑا بات کو اور یہ اس نچ پر اپ الریڈی کام کر</w:t>
      </w:r>
    </w:p>
    <w:p>
      <w:r>
        <w:rPr>
          <w:b/>
        </w:rPr>
        <w:t xml:space="preserve">[1:00:58] </w:t>
      </w:r>
      <w:r>
        <w:t>rahay hain mere khayal se is ko aur barhaiye Allah taala aap ki madad farmaye Maulana yeh agla</w:t>
      </w:r>
    </w:p>
    <w:p>
      <w:pPr>
        <w:jc w:val="right"/>
      </w:pPr>
      <w:r>
        <w:t>رہے ہیں میرے خیال سے اس کو اور بڑھائیے اللہ تعالی اپ کی مدد فرمائے مولانا یہ اگلا</w:t>
      </w:r>
    </w:p>
    <w:p>
      <w:r>
        <w:rPr>
          <w:b/>
        </w:rPr>
        <w:t xml:space="preserve">[1:01:06] </w:t>
      </w:r>
      <w:r>
        <w:t>سوال ایا ہے ادریس صاحب کا رائے پور سے so-called discrimination against Muslims is nothing compared to</w:t>
      </w:r>
    </w:p>
    <w:p>
      <w:pPr>
        <w:jc w:val="right"/>
      </w:pPr>
      <w:r>
        <w:t>سوال ایا ہے ادریس صاحب کا رائے پور سے سو کالڈ ڈسکریمینیشن اگینسٹ مسلم از نتھنگ کمپیر ٹو</w:t>
      </w:r>
    </w:p>
    <w:p>
      <w:r>
        <w:rPr>
          <w:b/>
        </w:rPr>
        <w:t xml:space="preserve">[1:01:13] </w:t>
      </w:r>
      <w:r>
        <w:t>The scale of discrimination faced by Jews in many places</w:t>
      </w:r>
    </w:p>
    <w:p>
      <w:pPr>
        <w:jc w:val="right"/>
      </w:pPr>
      <w:r>
        <w:t>دا سکیل اف ڈسکریمینیشن فیسڈ بائے جیوز ان مینی پلیسز</w:t>
      </w:r>
    </w:p>
    <w:p>
      <w:r>
        <w:rPr>
          <w:b/>
        </w:rPr>
        <w:t xml:space="preserve">[1:01:21] </w:t>
      </w:r>
      <w:r>
        <w:t>around the world but despite the problems Jews have progressed far better than others how they could do</w:t>
      </w:r>
    </w:p>
    <w:p>
      <w:pPr>
        <w:jc w:val="right"/>
      </w:pPr>
      <w:r>
        <w:t>اراؤنڈ دا ورلڈ بٹ ڈسپائٹ دا پرابلمز جیوز ہیو پروگریسڈ فار بیٹر دین ادرز ہاؤ دے کڈ ڈو</w:t>
      </w:r>
    </w:p>
    <w:p>
      <w:r>
        <w:rPr>
          <w:b/>
        </w:rPr>
        <w:t xml:space="preserve">[1:01:28] </w:t>
      </w:r>
      <w:r>
        <w:t>it and what we can learn from it dekhiye is ka jawab is milta hai jahan hum yahood</w:t>
      </w:r>
    </w:p>
    <w:p>
      <w:pPr>
        <w:jc w:val="right"/>
      </w:pPr>
      <w:r>
        <w:t>اٹ اینڈ واٹ وی کین لرن فرام اٹ دیکھیے اس کا جواب اس ملتا ہے جہاں ہم یہود</w:t>
      </w:r>
    </w:p>
    <w:p>
      <w:r>
        <w:rPr>
          <w:b/>
        </w:rPr>
        <w:t xml:space="preserve">[1:01:36] </w:t>
      </w:r>
      <w:r>
        <w:t>ki history ko parhain yahood ke sath kya hua yeh Quran mein bataya gaya ke martaba yani do</w:t>
      </w:r>
    </w:p>
    <w:p>
      <w:pPr>
        <w:jc w:val="right"/>
      </w:pPr>
      <w:r>
        <w:t>کی ہسٹری کو پڑھیں یہود کے ساتھ کیا ہوا یہ قران میں بتایا گیا کہ مرتین یعنی دو</w:t>
      </w:r>
    </w:p>
    <w:p>
      <w:r>
        <w:rPr>
          <w:b/>
        </w:rPr>
        <w:t xml:space="preserve">[1:01:43] </w:t>
      </w:r>
      <w:r>
        <w:t>bar un ko apne falasteen se nikalna</w:t>
      </w:r>
    </w:p>
    <w:p>
      <w:pPr>
        <w:jc w:val="right"/>
      </w:pPr>
      <w:r>
        <w:t>بار ان کو اپنے فلسطین سے نکلنا</w:t>
      </w:r>
    </w:p>
    <w:p>
      <w:r>
        <w:rPr>
          <w:b/>
        </w:rPr>
        <w:t xml:space="preserve">[1:01:51] </w:t>
      </w:r>
      <w:r>
        <w:t>para ek bar iraq ke badshah ne hamla kiya doosra iran ke badshah ne hamla kiya yeh Quran</w:t>
      </w:r>
    </w:p>
    <w:p>
      <w:pPr>
        <w:jc w:val="right"/>
      </w:pPr>
      <w:r>
        <w:t>پڑا ایک بار عراق کے بادشاہ نے حملہ کیا دوسرا ایران کے بادشاہ نے حملہ کیا یہ قران</w:t>
      </w:r>
    </w:p>
    <w:p>
      <w:r>
        <w:rPr>
          <w:b/>
        </w:rPr>
        <w:t xml:space="preserve">[1:01:57] </w:t>
      </w:r>
      <w:r>
        <w:t>mein maujood hai to woh woh chalay gaye diaspora mein yani falasteen chor kar diaspora mein chalay gaye</w:t>
      </w:r>
    </w:p>
    <w:p>
      <w:pPr>
        <w:jc w:val="right"/>
      </w:pPr>
      <w:r>
        <w:t>میں موجود ہے تو وہ وہ چلے گئے ڈائیسپورا میں یعنی فلسطین چھوڑ کر ڈائیسپورا میں چلے گئے</w:t>
      </w:r>
    </w:p>
    <w:p>
      <w:r>
        <w:rPr>
          <w:b/>
        </w:rPr>
        <w:t xml:space="preserve">[1:02:03] </w:t>
      </w:r>
      <w:r>
        <w:t>yeh log is waqt zyada tar gaye Europe mulk Europe mein zyada gaye is waqt halaat thay to</w:t>
      </w:r>
    </w:p>
    <w:p>
      <w:pPr>
        <w:jc w:val="right"/>
      </w:pPr>
      <w:r>
        <w:t>یہ لوگ اس وقت زیادہ تر گئے یورپ ملک یورپ میں زیادہ گئے اس وقت حالات تھے تو</w:t>
      </w:r>
    </w:p>
    <w:p>
      <w:r>
        <w:rPr>
          <w:b/>
        </w:rPr>
        <w:t xml:space="preserve">[1:02:09] </w:t>
      </w:r>
      <w:r>
        <w:t>Europe mein kya hua ke unhon ne science ki education li science ki education mein un ke andar</w:t>
      </w:r>
    </w:p>
    <w:p>
      <w:pPr>
        <w:jc w:val="right"/>
      </w:pPr>
      <w:r>
        <w:t>یورپ میں کیا ہوا کہ انہوں نے سائنس کی ایجوکیشن لی سائنس کی ایجوکیشن میں ان کے اندر</w:t>
      </w:r>
    </w:p>
    <w:p>
      <w:r>
        <w:rPr>
          <w:b/>
        </w:rPr>
        <w:t xml:space="preserve">[1:02:15] </w:t>
      </w:r>
      <w:r>
        <w:t>ek transformation aa gaya</w:t>
      </w:r>
    </w:p>
    <w:p>
      <w:pPr>
        <w:jc w:val="right"/>
      </w:pPr>
      <w:r>
        <w:t>ایک ٹرانسفارمیشن ا گیا</w:t>
      </w:r>
    </w:p>
    <w:p>
      <w:r>
        <w:rPr>
          <w:b/>
        </w:rPr>
        <w:t xml:space="preserve">[1:02:21] </w:t>
      </w:r>
      <w:r>
        <w:t>musalmanon ke sath aisa nahi hua musalman isi ghettos pe rehtay hain isi ghettos mein yani agar agar</w:t>
      </w:r>
    </w:p>
    <w:p>
      <w:pPr>
        <w:jc w:val="right"/>
      </w:pPr>
      <w:r>
        <w:t>مسلمانوں کے ساتھ ایسا نہیں ہوا مسلمان اسی گھیٹوں پہ رہتے ہیں اسی گھیٹوں میں یعنی اگر اگر</w:t>
      </w:r>
    </w:p>
    <w:p>
      <w:r>
        <w:rPr>
          <w:b/>
        </w:rPr>
        <w:t xml:space="preserve">[1:02:27] </w:t>
      </w:r>
      <w:r>
        <w:t>falasteen se nikal na gaya hota yahood ko to woh bhi isi paray rehtay lekin nikal kar ke</w:t>
      </w:r>
    </w:p>
    <w:p>
      <w:pPr>
        <w:jc w:val="right"/>
      </w:pPr>
      <w:r>
        <w:t>فلسطین سے نکال نہ گیا ہوتا یہود کو تو وہ بھی اسی پڑے رہتے لیکن نکل کر کے</w:t>
      </w:r>
    </w:p>
    <w:p>
      <w:r>
        <w:rPr>
          <w:b/>
        </w:rPr>
        <w:t xml:space="preserve">[1:02:33] </w:t>
      </w:r>
      <w:r>
        <w:t>gaye Europe mein aaj aap jantay hain ke har European mulk yahood hain maujood wahan ja kar unhon</w:t>
      </w:r>
    </w:p>
    <w:p>
      <w:pPr>
        <w:jc w:val="right"/>
      </w:pPr>
      <w:r>
        <w:t>گئے یورپ میں اج اپ جانتے ہیں کہ ہر یورپی ملک یہود ہیں موجود وہاں جا کر انہوں</w:t>
      </w:r>
    </w:p>
    <w:p>
      <w:r>
        <w:rPr>
          <w:b/>
        </w:rPr>
        <w:t xml:space="preserve">[1:02:39] </w:t>
      </w:r>
      <w:r>
        <w:t>ne modern education li science parha to aaj ke zamanay se waqif hue woh aaj ka zamanay kya</w:t>
      </w:r>
    </w:p>
    <w:p>
      <w:pPr>
        <w:jc w:val="right"/>
      </w:pPr>
      <w:r>
        <w:t>نے ماڈرن ایجوکیشن لی سائنس پڑھا تو اج کے زمانے سے واقف ہوئے وہ اج کا زمانہ کیا</w:t>
      </w:r>
    </w:p>
    <w:p>
      <w:r>
        <w:rPr>
          <w:b/>
        </w:rPr>
        <w:t xml:space="preserve">[1:02:45] </w:t>
      </w:r>
      <w:r>
        <w:t>hai is ke mutabiq un ki</w:t>
      </w:r>
    </w:p>
    <w:p>
      <w:pPr>
        <w:jc w:val="right"/>
      </w:pPr>
      <w:r>
        <w:t>ہے اس کے مطابق ان کی</w:t>
      </w:r>
    </w:p>
    <w:p>
      <w:r>
        <w:rPr>
          <w:b/>
        </w:rPr>
        <w:t xml:space="preserve">[1:02:51] </w:t>
      </w:r>
      <w:r>
        <w:t>zehan bana musalmanon ke sath yeh waqia pesh nahi aaya musalman to apne ghettos mein thay isi ghettos</w:t>
      </w:r>
    </w:p>
    <w:p>
      <w:pPr>
        <w:jc w:val="right"/>
      </w:pPr>
      <w:r>
        <w:t>ذہن بنا مسلمانوں کے ساتھ یہ واقعہ پیش نہیں ایا مسلمان تو اپنے گھیٹوں میں تھے اسی گھیٹوں</w:t>
      </w:r>
    </w:p>
    <w:p>
      <w:r>
        <w:rPr>
          <w:b/>
        </w:rPr>
        <w:t xml:space="preserve">[1:02:57] </w:t>
      </w:r>
      <w:r>
        <w:t>mein reh gaye isi liye mein yeh kaha karta hoon ke jin logon ne muslim idaray banaye muslim</w:t>
      </w:r>
    </w:p>
    <w:p>
      <w:pPr>
        <w:jc w:val="right"/>
      </w:pPr>
      <w:r>
        <w:t>میں رہ گئے اسی لیے میں یہ کہا کرتا ہوں کہ جن لوگوں نے مسلم ادارے بنائے مسلم</w:t>
      </w:r>
    </w:p>
    <w:p>
      <w:r>
        <w:rPr>
          <w:b/>
        </w:rPr>
        <w:t xml:space="preserve">[1:03:03] </w:t>
      </w:r>
      <w:r>
        <w:t>college muslim university to woh kuch zyada acha kaam nahi tha musalmanon ko chahiye tha dhake lo is</w:t>
      </w:r>
    </w:p>
    <w:p>
      <w:pPr>
        <w:jc w:val="right"/>
      </w:pPr>
      <w:r>
        <w:t>کالج مسلم یونیورسٹی تو وہ کچھ زیادہ اچھا کام نہیں تھا مسلمانوں کو چاہیے تھا ڈھکے لو اس</w:t>
      </w:r>
    </w:p>
    <w:p>
      <w:r>
        <w:rPr>
          <w:b/>
        </w:rPr>
        <w:t xml:space="preserve">[1:03:09] </w:t>
      </w:r>
      <w:r>
        <w:t>ko isi system mein jo already hai yani hindu college aur christian college ya government college sab jayen</w:t>
      </w:r>
    </w:p>
    <w:p>
      <w:pPr>
        <w:jc w:val="right"/>
      </w:pPr>
      <w:r>
        <w:t>کو اسی سسٹم میں جو الریڈی ہے یعنی ہندو کالج اور کرسچن کالج یا گورنمنٹ کالج سب جائیں</w:t>
      </w:r>
    </w:p>
    <w:p>
      <w:r>
        <w:rPr>
          <w:b/>
        </w:rPr>
        <w:t xml:space="preserve">[1:03:15] </w:t>
      </w:r>
      <w:r>
        <w:t>musalman bhi taake</w:t>
      </w:r>
    </w:p>
    <w:p>
      <w:pPr>
        <w:jc w:val="right"/>
      </w:pPr>
      <w:r>
        <w:t>مسلمان بھی تاکہ</w:t>
      </w:r>
    </w:p>
    <w:p>
      <w:r>
        <w:rPr>
          <w:b/>
        </w:rPr>
        <w:t xml:space="preserve">[1:03:21] </w:t>
      </w:r>
      <w:r>
        <w:t>un ko un ko compreshion pesh aaye to musalmanon ke apne jo idaray banaye gaye woh sab favor</w:t>
      </w:r>
    </w:p>
    <w:p>
      <w:pPr>
        <w:jc w:val="right"/>
      </w:pPr>
      <w:r>
        <w:t>ان کو ان کو کمپریشن پیش ائے تو مسلمانوں کے اپنے جو ادارے بنائے گئے وہ سب فیور</w:t>
      </w:r>
    </w:p>
    <w:p>
      <w:r>
        <w:rPr>
          <w:b/>
        </w:rPr>
        <w:t xml:space="preserve">[1:03:29] </w:t>
      </w:r>
      <w:r>
        <w:t>peh pesh karte the favor khoob un ko favor diya gaya to un ko compreshion pesh nahi aaye</w:t>
      </w:r>
    </w:p>
    <w:p>
      <w:pPr>
        <w:jc w:val="right"/>
      </w:pPr>
      <w:r>
        <w:t>پہ پیش کرتے تھے فیور خوب ان کو فیور دیا گیا تو ان کو کمپریشن پیش نہیں ائے</w:t>
      </w:r>
    </w:p>
    <w:p>
      <w:r>
        <w:rPr>
          <w:b/>
        </w:rPr>
        <w:t xml:space="preserve">[1:03:36] </w:t>
      </w:r>
      <w:r>
        <w:t>aur yahood ko compreshion pesh aaya europe america mein to main samajhta hoon ke yeh compreshion aur challenge</w:t>
      </w:r>
    </w:p>
    <w:p>
      <w:pPr>
        <w:jc w:val="right"/>
      </w:pPr>
      <w:r>
        <w:t>اور یہود کو کمپریشن پیش ایا یورپ امریکہ میں تو میں سمجھتا ہوں کہ یہ کمپریشن اور چیلنج</w:t>
      </w:r>
    </w:p>
    <w:p>
      <w:r>
        <w:rPr>
          <w:b/>
        </w:rPr>
        <w:t xml:space="preserve">[1:03:44] </w:t>
      </w:r>
      <w:r>
        <w:t>tha jis ne yahood ko badal diya musalman abhi is se be khabar hain</w:t>
      </w:r>
    </w:p>
    <w:p>
      <w:pPr>
        <w:jc w:val="right"/>
      </w:pPr>
      <w:r>
        <w:t>تھا جس نے یہود کو بدل دیا مسلمان ابھی اس سے بے خبر ہیں</w:t>
      </w:r>
    </w:p>
    <w:p>
      <w:r>
        <w:rPr>
          <w:b/>
        </w:rPr>
        <w:t xml:space="preserve">[1:03:52] </w:t>
      </w:r>
      <w:r>
        <w:t>musalman abhi bhi wahi boli bolte hain jise arab kehte hain ya mujhe taajjub hota hai ke abhi</w:t>
      </w:r>
    </w:p>
    <w:p>
      <w:pPr>
        <w:jc w:val="right"/>
      </w:pPr>
      <w:r>
        <w:t>مسلمان ابھی بھی وہی بولی بولتے ہیں جسے عرب کہتے ہیں یا مجھے تعجب ہوتا ہے کہ ابھی</w:t>
      </w:r>
    </w:p>
    <w:p>
      <w:r>
        <w:rPr>
          <w:b/>
        </w:rPr>
        <w:t xml:space="preserve">[1:03:58] </w:t>
      </w:r>
      <w:r>
        <w:t>bhi arab yeh boli bolte hain ya abdul qadr badron ka aulad halanke woh badron ka aulad nahi</w:t>
      </w:r>
    </w:p>
    <w:p>
      <w:pPr>
        <w:jc w:val="right"/>
      </w:pPr>
      <w:r>
        <w:t>بھی عرب یہ بولی بولتے ہیں یا عبدالقد بدر بدروں کا اولاد حالانکہ وہ بدروں کا اولاد نہیں</w:t>
      </w:r>
    </w:p>
    <w:p>
      <w:r>
        <w:rPr>
          <w:b/>
        </w:rPr>
        <w:t xml:space="preserve">[1:04:04] </w:t>
      </w:r>
      <w:r>
        <w:t>hai woh modern education ka aulad hai woh jo yahoodi the rasool Allah ke zamane the aaj woh</w:t>
      </w:r>
    </w:p>
    <w:p>
      <w:pPr>
        <w:jc w:val="right"/>
      </w:pPr>
      <w:r>
        <w:t>ہے وہ ماڈرن ایجوکیشن کا اولاد ہے وہ جو یہودی تھے رسول اللہ کے زمانے تھے اج وہ</w:t>
      </w:r>
    </w:p>
    <w:p>
      <w:r>
        <w:rPr>
          <w:b/>
        </w:rPr>
        <w:t xml:space="preserve">[1:04:10] </w:t>
      </w:r>
      <w:r>
        <w:t>yahoodi nahi hain kisi musalman ko khabar nahi is ki wahi boli bolte hain ab bhi jo yahoodi</w:t>
      </w:r>
    </w:p>
    <w:p>
      <w:pPr>
        <w:jc w:val="right"/>
      </w:pPr>
      <w:r>
        <w:t>یہودی نہیں ہیں کسی مسلمان کو خبر نہیں اس کی وہی بولی بولتے ہیں اب بھی جو یہودی</w:t>
      </w:r>
    </w:p>
    <w:p>
      <w:r>
        <w:rPr>
          <w:b/>
        </w:rPr>
        <w:t xml:space="preserve">[1:04:16] </w:t>
      </w:r>
      <w:r>
        <w:t>the rasool Allah ke zamane mein woh</w:t>
      </w:r>
    </w:p>
    <w:p>
      <w:pPr>
        <w:jc w:val="right"/>
      </w:pPr>
      <w:r>
        <w:t>تھے رسول اللہ کے زمانے میں وہ</w:t>
      </w:r>
    </w:p>
    <w:p>
      <w:r>
        <w:rPr>
          <w:b/>
        </w:rPr>
        <w:t xml:space="preserve">[1:04:22] </w:t>
      </w:r>
      <w:r>
        <w:t>woh yahoodi scientific age se pehle ke yahoodi the ab woh jo gaye diaspora mein aur zyada tar</w:t>
      </w:r>
    </w:p>
    <w:p>
      <w:pPr>
        <w:jc w:val="right"/>
      </w:pPr>
      <w:r>
        <w:t>وہ یہودی سائنٹیفک ایج سے پہلے کے یہودی تھے اب وہ جو گئے ڈائیسپورا میں اور زیادہ تر</w:t>
      </w:r>
    </w:p>
    <w:p>
      <w:r>
        <w:rPr>
          <w:b/>
        </w:rPr>
        <w:t xml:space="preserve">[1:04:30] </w:t>
      </w:r>
      <w:r>
        <w:t>europe pe america mein gaye to un ko wahan challenge pesh aaya wahan unhon ne modern education li</w:t>
      </w:r>
    </w:p>
    <w:p>
      <w:pPr>
        <w:jc w:val="right"/>
      </w:pPr>
      <w:r>
        <w:t>یورپ پہ امریکہ میں گئے تو ان کو وہاں چیلنج پیش ایا وہاں انہوں نے ماڈرن ایجوکیشن لی</w:t>
      </w:r>
    </w:p>
    <w:p>
      <w:r>
        <w:rPr>
          <w:b/>
        </w:rPr>
        <w:t xml:space="preserve">[1:04:38] </w:t>
      </w:r>
      <w:r>
        <w:t>science ki taleem li modern jo activities hain us mein dakhil hue is mein un ko bilkul aaj</w:t>
      </w:r>
    </w:p>
    <w:p>
      <w:pPr>
        <w:jc w:val="right"/>
      </w:pPr>
      <w:r>
        <w:t>سائنس کی تعلیم لی ماڈرن جو ایکٹیوٹیز ہیں اس میں داخل ہوئے اس میں ان کو بالکل اج</w:t>
      </w:r>
    </w:p>
    <w:p>
      <w:r>
        <w:rPr>
          <w:b/>
        </w:rPr>
        <w:t xml:space="preserve">[1:04:46] </w:t>
      </w:r>
      <w:r>
        <w:t>ka yahoodi bilkul different hai lekin musalman is ko jante nahi</w:t>
      </w:r>
    </w:p>
    <w:p>
      <w:pPr>
        <w:jc w:val="right"/>
      </w:pPr>
      <w:r>
        <w:t>کا یہودی بالکل ڈفرنٹ ہے لیکن مسلمان اس کو جانتے نہیں</w:t>
      </w:r>
    </w:p>
    <w:p>
      <w:r>
        <w:rPr>
          <w:b/>
        </w:rPr>
        <w:t xml:space="preserve">[1:04:54] </w:t>
      </w:r>
      <w:r>
        <w:t>ab jo musalman hai is waqt mein samajhta hoon ke un ko favor dena un ke sath dushmani</w:t>
      </w:r>
    </w:p>
    <w:p>
      <w:pPr>
        <w:jc w:val="right"/>
      </w:pPr>
      <w:r>
        <w:t>اب جو مسلمان ہے اس وقت میں سمجھتا ہوں کہ ان کو فیور دینا ان کے ساتھ دشمنی</w:t>
      </w:r>
    </w:p>
    <w:p>
      <w:r>
        <w:rPr>
          <w:b/>
        </w:rPr>
        <w:t xml:space="preserve">[1:05:01] </w:t>
      </w:r>
      <w:r>
        <w:t>karna hai hargiz favor nahi dena chahiye un ko kehna chahiye ke jao compreshion mein apne aap ko</w:t>
      </w:r>
    </w:p>
    <w:p>
      <w:pPr>
        <w:jc w:val="right"/>
      </w:pPr>
      <w:r>
        <w:t>کرنا ہے ہرگز فیور نہیں دینا چاہیے ان کو کہنا چاہیے کہ جاؤ کمپریشن میں اپنے اپ کو</w:t>
      </w:r>
    </w:p>
    <w:p>
      <w:r>
        <w:rPr>
          <w:b/>
        </w:rPr>
        <w:t xml:space="preserve">[1:05:07] </w:t>
      </w:r>
      <w:r>
        <w:t>apne aap ko prove karo apni apni salahiyat ko koi favor nahi diya jayega tum ko main</w:t>
      </w:r>
    </w:p>
    <w:p>
      <w:pPr>
        <w:jc w:val="right"/>
      </w:pPr>
      <w:r>
        <w:t>اپنے اپ کو پروف کرو اپنی اپنی صلاحیت کو کوئی فیور نہیں دیا جائے گا تم کو میں</w:t>
      </w:r>
    </w:p>
    <w:p>
      <w:r>
        <w:rPr>
          <w:b/>
        </w:rPr>
        <w:t xml:space="preserve">[1:05:13] </w:t>
      </w:r>
      <w:r>
        <w:t>samajhta hoon ke musalmanon ke sath dushmani yeh hai ke dost musalmanon ke sath dosti yeh hai ke un</w:t>
      </w:r>
    </w:p>
    <w:p>
      <w:pPr>
        <w:jc w:val="right"/>
      </w:pPr>
      <w:r>
        <w:t>سمجھتا ہوں کہ مسلمانوں کے ساتھ دشمنی یہ کہ دوست مسلمانوں کے ساتھ دوستی یہ ہے کہ ان</w:t>
      </w:r>
    </w:p>
    <w:p>
      <w:r>
        <w:rPr>
          <w:b/>
        </w:rPr>
        <w:t xml:space="preserve">[1:05:19] </w:t>
      </w:r>
      <w:r>
        <w:t>ko favor na diya jaye favor dobara dushmani dosti nahi hai</w:t>
      </w:r>
    </w:p>
    <w:p>
      <w:pPr>
        <w:jc w:val="right"/>
      </w:pPr>
      <w:r>
        <w:t>کو فیور نہ دیا جائے فیور دوبارہ دشمنی دوستی نہیں ہے</w:t>
      </w:r>
    </w:p>
    <w:p>
      <w:r>
        <w:rPr>
          <w:b/>
        </w:rPr>
        <w:t xml:space="preserve">[1:05:25] </w:t>
      </w:r>
      <w:r>
        <w:t>aap dekhen main ek baat arz karta hoon aap ko ke america mein ek sahab ek musalman ki</w:t>
      </w:r>
    </w:p>
    <w:p>
      <w:pPr>
        <w:jc w:val="right"/>
      </w:pPr>
      <w:r>
        <w:t>اپ دیکھیں میں ایک بات عرض کرتا ہوں اپ کو کہ امریکہ میں ایک صاحب ایک مسلمان کی</w:t>
      </w:r>
    </w:p>
    <w:p>
      <w:r>
        <w:rPr>
          <w:b/>
        </w:rPr>
        <w:t xml:space="preserve">[1:05:31] </w:t>
      </w:r>
      <w:r>
        <w:t>taleem america mein hui ek yahood ke college mein yahoodi college mein america mein un se main ne</w:t>
      </w:r>
    </w:p>
    <w:p>
      <w:pPr>
        <w:jc w:val="right"/>
      </w:pPr>
      <w:r>
        <w:t>تعلیم امریکہ میں ہوئی ایک یہود کے کالج میں یہودی کالج میں امریکہ میں ان سے میں نے</w:t>
      </w:r>
    </w:p>
    <w:p>
      <w:r>
        <w:rPr>
          <w:b/>
        </w:rPr>
        <w:t xml:space="preserve">[1:05:37] </w:t>
      </w:r>
      <w:r>
        <w:t>poocha ke aap bataiye yahood ke bare mein kya tajruba aap ka unhon ne kaha ke hamare college</w:t>
      </w:r>
    </w:p>
    <w:p>
      <w:pPr>
        <w:jc w:val="right"/>
      </w:pPr>
      <w:r>
        <w:t>پوچھا کہ اپ بتائیے یہود کے بارے میں کیا تجربہ اپ کا انہوں نے کہا کہ ہمارے کالج</w:t>
      </w:r>
    </w:p>
    <w:p>
      <w:r>
        <w:rPr>
          <w:b/>
        </w:rPr>
        <w:t xml:space="preserve">[1:05:43] </w:t>
      </w:r>
      <w:r>
        <w:t>mein yeh halat thi ke yahood ka zyada sakht imtehan liya jata tha koi grace bar nahi milta</w:t>
      </w:r>
    </w:p>
    <w:p>
      <w:pPr>
        <w:jc w:val="right"/>
      </w:pPr>
      <w:r>
        <w:t>میں یہ حالت تھی کہ یہود کا زیادہ سخت امتحان لیا جاتا تھا کوئی گریس بار نہیں ملتا</w:t>
      </w:r>
    </w:p>
    <w:p>
      <w:r>
        <w:rPr>
          <w:b/>
        </w:rPr>
        <w:t xml:space="preserve">[1:05:49] </w:t>
      </w:r>
      <w:r>
        <w:t>tha un ko hum logon ko grace mil</w:t>
      </w:r>
    </w:p>
    <w:p>
      <w:pPr>
        <w:jc w:val="right"/>
      </w:pPr>
      <w:r>
        <w:t>تھا ان کو ہم لوگوں کو گریس مل</w:t>
      </w:r>
    </w:p>
    <w:p>
      <w:r>
        <w:rPr>
          <w:b/>
        </w:rPr>
        <w:t xml:space="preserve">[1:05:55] </w:t>
      </w:r>
      <w:r>
        <w:t>jata tha yani yahud ke apne college mein zyada sakht test le aata tha yahud ka kabhi un ko grace mar nahi diya gaya koi favor nahi kiya un ke sath aur doosron ko grace mar de ke aage badha dete thay yeh yeh soch jo aai yahud mein yeh musalman maujood nahi hai musalman jo hai grace mar de kar ke aage badha dete hain musalman jante hi nahi impor</w:t>
      </w:r>
    </w:p>
    <w:p>
      <w:pPr>
        <w:jc w:val="right"/>
      </w:pPr>
      <w:r>
        <w:t>جاتا تھا یعنی یہود کے اپنے کالج میں زیادہ سخت ٹیسٹ لے اتا تھا یہود کا کبھی ان کو گریس مار نہیں دیا گیا کوئی فیور نہیں کیا ان کے ساتھ اور دوسروں کو گریس مار دے کے اگے بڑھا دیتے تھے یہ یہ سوچ جو ائی یہود میں یہ مسلمان موجود نہیں ہے مسلمان جو ہے گریس مار دے کر کے اگے بڑھ دیتے ہیں مسلمان جانتے ہی نہیں امپور</w:t>
      </w:r>
    </w:p>
    <w:p>
      <w:r>
        <w:rPr>
          <w:b/>
        </w:rPr>
        <w:t xml:space="preserve">[1:06:25] </w:t>
      </w:r>
      <w:r>
        <w:t>tance of yani yeh jo comprehension ki importance jo hai challenge ki importance hai musalman ko jante hi nahi sab se bara masla musalmanon ko yahi hai ke woh favor ko jante hain aur challenge ko nahi jante Maulana yeh agla sawal aya hai doctor musalma siddiqui ka delhi se az dawa work responsibility of every muslim or it is the responsibility of only</w:t>
      </w:r>
    </w:p>
    <w:p>
      <w:pPr>
        <w:jc w:val="right"/>
      </w:pPr>
      <w:r>
        <w:t>ٹنس اف یعنی یہ جو کمپریشن کی امپورٹنس جو ہے چیلنج کی امپورٹنس ہے مسلمان کو جانتے ہی نہیں سب سے بڑا مسئلہ مسلمانوں کو یہی ہے کہ وہ فیور کو جانتے ہیں اور چیلنج کو نہیں جانتے مولانا یہ اگلا سوال ایا ہے ڈاکٹر مسلمہ صدیقی کا دہلی سے از داوا ورک ریسپانسبیلٹی اف ایوری مسلم اور اٹ از دی ریسپانسبیلٹی اف اونلی</w:t>
      </w:r>
    </w:p>
    <w:p>
      <w:r>
        <w:rPr>
          <w:b/>
        </w:rPr>
        <w:t xml:space="preserve">[1:06:55] </w:t>
      </w:r>
      <w:r>
        <w:t>a group nahi nahi yeh yeh purana masla hai ke farz ain hai ya farz kifaya hai main</w:t>
      </w:r>
    </w:p>
    <w:p>
      <w:pPr>
        <w:jc w:val="right"/>
      </w:pPr>
      <w:r>
        <w:t>ا گروپ نہیں نہیں یہ یہ پرانا مسئلہ ہے کہ فرض عین ہے یا فرض کفایہ ہے میں</w:t>
      </w:r>
    </w:p>
    <w:p>
      <w:r>
        <w:rPr>
          <w:b/>
        </w:rPr>
        <w:t xml:space="preserve">[1:07:01] </w:t>
      </w:r>
      <w:r>
        <w:t>kehta hoon ke yeh farz ain hai yani har musalman jahan kisi se mile to us ko pata</w:t>
      </w:r>
    </w:p>
    <w:p>
      <w:pPr>
        <w:jc w:val="right"/>
      </w:pPr>
      <w:r>
        <w:t>کہتا ہوں کہ یہ فرض عین ہے یعنی ہر مسلمان جہاں کسی سے ملے تو اس کو پتہ</w:t>
      </w:r>
    </w:p>
    <w:p>
      <w:r>
        <w:rPr>
          <w:b/>
        </w:rPr>
        <w:t xml:space="preserve">[1:07:07] </w:t>
      </w:r>
      <w:r>
        <w:t>hai woh ke Allah ne kya hukum bheja hai yeh nahi ke koi doosra kar de to mujh</w:t>
      </w:r>
    </w:p>
    <w:p>
      <w:pPr>
        <w:jc w:val="right"/>
      </w:pPr>
      <w:r>
        <w:t>ہے وہ کہ اللہ نے کیا حکم بھیجا ہے یہ نہیں کہ کوئی دوسرا کر دے تو مجھ</w:t>
      </w:r>
    </w:p>
    <w:p>
      <w:r>
        <w:rPr>
          <w:b/>
        </w:rPr>
        <w:t xml:space="preserve">[1:07:14] </w:t>
      </w:r>
      <w:r>
        <w:t>se saakit ho gaya yeh galat tasawwur yeh tasawwur galat hai to farz al-kifaya nahin hai yeh farz</w:t>
      </w:r>
    </w:p>
    <w:p>
      <w:pPr>
        <w:jc w:val="right"/>
      </w:pPr>
      <w:r>
        <w:t>سے ساکت ہو گیا یہ غلط تصور یہ تصور غلط ہے تو فرض الکفائے نہیں ہے یہ فرض</w:t>
      </w:r>
    </w:p>
    <w:p>
      <w:r>
        <w:rPr>
          <w:b/>
        </w:rPr>
        <w:t xml:space="preserve">[1:07:20] </w:t>
      </w:r>
      <w:r>
        <w:t>ain hai har musalman ko jis tarah namaz farz hai use dawat farz hai</w:t>
      </w:r>
    </w:p>
    <w:p>
      <w:pPr>
        <w:jc w:val="right"/>
      </w:pPr>
      <w:r>
        <w:t>عین ہے ہر مسلمان کو جس طرح نماز فرض ہے اسے دعوت فرض ہے</w:t>
      </w:r>
    </w:p>
    <w:p>
      <w:r>
        <w:rPr>
          <w:b/>
        </w:rPr>
        <w:t xml:space="preserve">[1:07:26] </w:t>
      </w:r>
      <w:r>
        <w:t>jo nahin karega pakda jayega maulana yeh agla question aya hai mister danish fazal ka lucknow</w:t>
      </w:r>
    </w:p>
    <w:p>
      <w:pPr>
        <w:jc w:val="right"/>
      </w:pPr>
      <w:r>
        <w:t>جو نہیں کرے گا پکڑا جائے گا مولانا یہ اگلا کوئسچن ایا ہے مسٹر دانش فضل کا لکھنو</w:t>
      </w:r>
    </w:p>
    <w:p>
      <w:r>
        <w:rPr>
          <w:b/>
        </w:rPr>
        <w:t xml:space="preserve">[1:07:33] </w:t>
      </w:r>
      <w:r>
        <w:t>سے while listening your lecture in class or online we have no negativity but when we are</w:t>
      </w:r>
    </w:p>
    <w:p>
      <w:pPr>
        <w:jc w:val="right"/>
      </w:pPr>
      <w:r>
        <w:t>سے وائل لسننگ یور لیکچر ان کلاس اور ان لائن وی ہیو نو نیگیٹیوٹی بٹ وین وی ار</w:t>
      </w:r>
    </w:p>
    <w:p>
      <w:r>
        <w:rPr>
          <w:b/>
        </w:rPr>
        <w:t xml:space="preserve">[1:07:41] </w:t>
      </w:r>
      <w:r>
        <w:t>not in your lecture then negativity comes in our mind how to eliminate this dekhiye main jahan tak</w:t>
      </w:r>
    </w:p>
    <w:p>
      <w:pPr>
        <w:jc w:val="right"/>
      </w:pPr>
      <w:r>
        <w:t>ناٹ ان یور لیکچر دین نیگیٹیوٹی کمز ان اور مائنڈ ہاؤ ٹو ایلیمینیٹ دس دیکھیے میں جہاں تک</w:t>
      </w:r>
    </w:p>
    <w:p>
      <w:r>
        <w:rPr>
          <w:b/>
        </w:rPr>
        <w:t xml:space="preserve">[1:07:48] </w:t>
      </w:r>
      <w:r>
        <w:t>samajhta hoon iski wajah yeh hai ke log ek</w:t>
      </w:r>
    </w:p>
    <w:p>
      <w:pPr>
        <w:jc w:val="right"/>
      </w:pPr>
      <w:r>
        <w:t>سمجھتا ہوں اس کی وجہ یہ ہے کہ لوگ ایک</w:t>
      </w:r>
    </w:p>
    <w:p>
      <w:r>
        <w:rPr>
          <w:b/>
        </w:rPr>
        <w:t xml:space="preserve">[1:07:56] </w:t>
      </w:r>
      <w:r>
        <w:t>bar sun lete hain ek bar sunne se yahi hoga aap ko bar bar sunna chahiye aur kitabein</w:t>
      </w:r>
    </w:p>
    <w:p>
      <w:pPr>
        <w:jc w:val="right"/>
      </w:pPr>
      <w:r>
        <w:t>بار سن لیتے ہیں ایک بار سننے سے یہی ہوگا اپ کو بار بار سننا چاہیے اور کتابیں</w:t>
      </w:r>
    </w:p>
    <w:p>
      <w:r>
        <w:rPr>
          <w:b/>
        </w:rPr>
        <w:t xml:space="preserve">[1:08:03] </w:t>
      </w:r>
      <w:r>
        <w:t>bhi padhna chahiye supported literature ko main kehta hoon lecture ko bar bar suniye aur sath sath support</w:t>
      </w:r>
    </w:p>
    <w:p>
      <w:pPr>
        <w:jc w:val="right"/>
      </w:pPr>
      <w:r>
        <w:t>بھی پڑھنا چاہیے سپورٹڈ لٹریچر کو میں کہتا ہوں لیکچر کو بار بار سنیے اور ساتھ ساتھ سپورٹ</w:t>
      </w:r>
    </w:p>
    <w:p>
      <w:r>
        <w:rPr>
          <w:b/>
        </w:rPr>
        <w:t xml:space="preserve">[1:08:11] </w:t>
      </w:r>
      <w:r>
        <w:t>jo supportive literature usko bhi padhiye warna iske baad jab aap jaate ho society mein society</w:t>
      </w:r>
    </w:p>
    <w:p>
      <w:pPr>
        <w:jc w:val="right"/>
      </w:pPr>
      <w:r>
        <w:t>جو سپورٹیو لٹریچر اس کو بھی پڑھیے ورنہ اس کے بعد جب اپ جاتے ہو سوسائٹی میں سوسائٹی</w:t>
      </w:r>
    </w:p>
    <w:p>
      <w:r>
        <w:rPr>
          <w:b/>
        </w:rPr>
        <w:t xml:space="preserve">[1:08:18] </w:t>
      </w:r>
      <w:r>
        <w:t>wahi hai to iska asar pahunch pahunchega aap ko lekin agar aap lecture ko repeat karein aur kitab</w:t>
      </w:r>
    </w:p>
    <w:p>
      <w:pPr>
        <w:jc w:val="right"/>
      </w:pPr>
      <w:r>
        <w:t>وہی ہے تو اس کا اثر پہنچ پہنچے گا اپ کو لیکن اگر اپ لیکچر کو ریپیٹ کریں اور کتاب</w:t>
      </w:r>
    </w:p>
    <w:p>
      <w:r>
        <w:rPr>
          <w:b/>
        </w:rPr>
        <w:t xml:space="preserve">[1:08:26] </w:t>
      </w:r>
      <w:r>
        <w:t>ein parhen to inshallah is se aap mukammal tor par bach jayenge okay we will end the session now.</w:t>
      </w:r>
    </w:p>
    <w:p>
      <w:pPr>
        <w:jc w:val="right"/>
      </w:pPr>
      <w:r>
        <w:t>یں پڑھیں تو انشاءاللہ اس سے اپ مکمل طور پر بچ جائیں گے اوکے وی ویل اینڈ دی سیشن ناؤ.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