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Spirit of Sawm July 5, 2015</w:t>
      </w:r>
    </w:p>
    <w:p>
      <w:r>
        <w:t>https://www.youtube.com/watch?v=ioUpzs-lL0g</w:t>
      </w:r>
    </w:p>
    <w:p>
      <w:r>
        <w:rPr>
          <w:b/>
        </w:rPr>
        <w:t xml:space="preserve">[00:21] </w:t>
      </w:r>
      <w:r>
        <w:t>bismillah hir rahman nir 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[00:25] </w:t>
      </w:r>
      <w:r>
        <w:t>wa salla Allahu ala an nabiyyil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[00:29]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[00:32]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[00:35] </w:t>
      </w:r>
      <w:r>
        <w:t>w ahlul uqdatan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[00:38] </w:t>
      </w:r>
      <w:r>
        <w:t>yaf qahu qawli. 5 julaai</w:t>
      </w:r>
    </w:p>
    <w:p>
      <w:pPr>
        <w:jc w:val="right"/>
      </w:pPr>
      <w:r>
        <w:t>یفقہ قولی۔ 5 جولائی</w:t>
      </w:r>
    </w:p>
    <w:p>
      <w:r>
        <w:rPr>
          <w:b/>
        </w:rPr>
        <w:t xml:space="preserve">[00:42] </w:t>
      </w:r>
      <w:r>
        <w:t>2015. yeh ramzan ka mahina hai, is nisbat se main kuch baatein</w:t>
      </w:r>
    </w:p>
    <w:p>
      <w:pPr>
        <w:jc w:val="right"/>
      </w:pPr>
      <w:r>
        <w:t>2015۔ یہ رمضان کا مہینہ ہے، اس نسبت سے میں کچھ باتیں</w:t>
      </w:r>
    </w:p>
    <w:p>
      <w:r>
        <w:rPr>
          <w:b/>
        </w:rPr>
        <w:t xml:space="preserve">[00:52] </w:t>
      </w:r>
      <w:r>
        <w:t>arz karna chahta hoon.</w:t>
      </w:r>
    </w:p>
    <w:p>
      <w:pPr>
        <w:jc w:val="right"/>
      </w:pPr>
      <w:r>
        <w:t>عرض کرنا چاہتا ہوں۔</w:t>
      </w:r>
    </w:p>
    <w:p>
      <w:r>
        <w:rPr>
          <w:b/>
        </w:rPr>
        <w:t xml:space="preserve">[00:55] </w:t>
      </w:r>
      <w:r>
        <w:t>jaisa ke aap jante hain, is mahine mein</w:t>
      </w:r>
    </w:p>
    <w:p>
      <w:pPr>
        <w:jc w:val="right"/>
      </w:pPr>
      <w:r>
        <w:t>جیسا کہ آپ جانتے ہیں، اس مہینے میں</w:t>
      </w:r>
    </w:p>
    <w:p>
      <w:r>
        <w:rPr>
          <w:b/>
        </w:rPr>
        <w:t xml:space="preserve">[00:59] </w:t>
      </w:r>
      <w:r>
        <w:t>ek mahine ke liye musalman</w:t>
      </w:r>
    </w:p>
    <w:p>
      <w:pPr>
        <w:jc w:val="right"/>
      </w:pPr>
      <w:r>
        <w:t>ایک مہینے کے لیے مسلمان</w:t>
      </w:r>
    </w:p>
    <w:p>
      <w:r>
        <w:rPr>
          <w:b/>
        </w:rPr>
        <w:t xml:space="preserve">[01:03] </w:t>
      </w:r>
      <w:r>
        <w:t>roza rakhte hain, yaani</w:t>
      </w:r>
    </w:p>
    <w:p>
      <w:pPr>
        <w:jc w:val="right"/>
      </w:pPr>
      <w:r>
        <w:t>روزہ رکھتے ہیں، یعنی</w:t>
      </w:r>
    </w:p>
    <w:p>
      <w:r>
        <w:rPr>
          <w:b/>
        </w:rPr>
        <w:t xml:space="preserve">[01:08] </w:t>
      </w:r>
      <w:r>
        <w:t>daant se dis tak khana peena chhod dena.</w:t>
      </w:r>
    </w:p>
    <w:p>
      <w:pPr>
        <w:jc w:val="right"/>
      </w:pPr>
      <w:r>
        <w:t>ڈانٹ سے ڈس تک کھانا پینا چھوڑ دینا۔</w:t>
      </w:r>
    </w:p>
    <w:p>
      <w:r>
        <w:rPr>
          <w:b/>
        </w:rPr>
        <w:t xml:space="preserve">[01:14] </w:t>
      </w:r>
      <w:r>
        <w:t>to hum apni zaban mein is ko roza kehte hain,</w:t>
      </w:r>
    </w:p>
    <w:p>
      <w:pPr>
        <w:jc w:val="right"/>
      </w:pPr>
      <w:r>
        <w:t>تو ہم اپنی زبان میں اس کو روزہ کہتے ہیں،</w:t>
      </w:r>
    </w:p>
    <w:p>
      <w:r>
        <w:rPr>
          <w:b/>
        </w:rPr>
        <w:t xml:space="preserve">[01:20] </w:t>
      </w:r>
      <w:r>
        <w:t>angrezi mein is ko fasting kaha jata hai,</w:t>
      </w:r>
    </w:p>
    <w:p>
      <w:pPr>
        <w:jc w:val="right"/>
      </w:pPr>
      <w:r>
        <w:t>انگریزی میں اس کو fasting کہا جاتا ہے،</w:t>
      </w:r>
    </w:p>
    <w:p>
      <w:r>
        <w:rPr>
          <w:b/>
        </w:rPr>
        <w:t xml:space="preserve">[01:23] </w:t>
      </w:r>
      <w:r>
        <w:t>lekin quran aur hadith mein jo arabi lafz aaya hai roza ke liye, woh hai saum ya siyam.</w:t>
      </w:r>
    </w:p>
    <w:p>
      <w:pPr>
        <w:jc w:val="right"/>
      </w:pPr>
      <w:r>
        <w:t>لیکن قرآن اور حدیث میں جو عربی لفظ آیا ہے روزہ کے لیے، وہ ہے صوم یا صیام۔</w:t>
      </w:r>
    </w:p>
    <w:p>
      <w:r>
        <w:rPr>
          <w:b/>
        </w:rPr>
        <w:t xml:space="preserve">[01:34] </w:t>
      </w:r>
      <w:r>
        <w:t>saud, waw, mim.</w:t>
      </w:r>
    </w:p>
    <w:p>
      <w:pPr>
        <w:jc w:val="right"/>
      </w:pPr>
      <w:r>
        <w:t>ص، و، م۔</w:t>
      </w:r>
    </w:p>
    <w:p>
      <w:r>
        <w:rPr>
          <w:b/>
        </w:rPr>
        <w:t xml:space="preserve">[01:38] </w:t>
      </w:r>
      <w:r>
        <w:t>saum ke mani hote hain</w:t>
      </w:r>
    </w:p>
    <w:p>
      <w:pPr>
        <w:jc w:val="right"/>
      </w:pPr>
      <w:r>
        <w:t>صوم کے معنی ہوتے ہیں</w:t>
      </w:r>
    </w:p>
    <w:p>
      <w:r>
        <w:rPr>
          <w:b/>
        </w:rPr>
        <w:t xml:space="preserve">[01:40] </w:t>
      </w:r>
      <w:r>
        <w:t>ijtinab, rukna, abstinence.</w:t>
      </w:r>
    </w:p>
    <w:p>
      <w:pPr>
        <w:jc w:val="right"/>
      </w:pPr>
      <w:r>
        <w:t>اجتناب، رکنا، abstinence۔</w:t>
      </w:r>
    </w:p>
    <w:p>
      <w:r>
        <w:rPr>
          <w:b/>
        </w:rPr>
        <w:t xml:space="preserve">[01:50] </w:t>
      </w:r>
      <w:r>
        <w:t>roze mein chuki ek mahine ke liye din ke auqat mein</w:t>
      </w:r>
    </w:p>
    <w:p>
      <w:pPr>
        <w:jc w:val="right"/>
      </w:pPr>
      <w:r>
        <w:t>روزے میں چونکہ ایک مہینے کے لیے دن کے اوقات میں</w:t>
      </w:r>
    </w:p>
    <w:p>
      <w:r>
        <w:rPr>
          <w:b/>
        </w:rPr>
        <w:t xml:space="preserve">[01:56] </w:t>
      </w:r>
      <w:r>
        <w:t>khana peena se aadmi rukta hai, apne aap ko rokta hai, is liye is ko saum kaha gaya.</w:t>
      </w:r>
    </w:p>
    <w:p>
      <w:pPr>
        <w:jc w:val="right"/>
      </w:pPr>
      <w:r>
        <w:t>کھانے پینے سے آدمی رکتا ہے، اپنے آپ کو روکتا ہے، اس لیے اس کو صوم کہا گیا۔</w:t>
      </w:r>
    </w:p>
    <w:p>
      <w:r>
        <w:rPr>
          <w:b/>
        </w:rPr>
        <w:t xml:space="preserve">[02:06] </w:t>
      </w:r>
      <w:r>
        <w:t>arab mein riwaj tha,</w:t>
      </w:r>
    </w:p>
    <w:p>
      <w:pPr>
        <w:jc w:val="right"/>
      </w:pPr>
      <w:r>
        <w:t>عرب میں رواج تھا،</w:t>
      </w:r>
    </w:p>
    <w:p>
      <w:r>
        <w:rPr>
          <w:b/>
        </w:rPr>
        <w:t xml:space="preserve">[02:10] </w:t>
      </w:r>
      <w:r>
        <w:t>ghore paalne wale aisa karte the ke</w:t>
      </w:r>
    </w:p>
    <w:p>
      <w:pPr>
        <w:jc w:val="right"/>
      </w:pPr>
      <w:r>
        <w:t>گھوڑے پالنے والے ایسا کرتے تھے کہ</w:t>
      </w:r>
    </w:p>
    <w:p>
      <w:r>
        <w:rPr>
          <w:b/>
        </w:rPr>
        <w:t xml:space="preserve">[02:14] </w:t>
      </w:r>
      <w:r>
        <w:t>chand din ghore ko khana peena nahi dete the, taake woh lambe safar ke liye tayyar ho sake.</w:t>
      </w:r>
    </w:p>
    <w:p>
      <w:pPr>
        <w:jc w:val="right"/>
      </w:pPr>
      <w:r>
        <w:t>چند دن گھوڑے کو کھانا پینا نہیں دیتے تھے، تاکہ وہ لمبے سفر کے لیے تیار ہو سکے۔</w:t>
      </w:r>
    </w:p>
    <w:p>
      <w:r>
        <w:rPr>
          <w:b/>
        </w:rPr>
        <w:t xml:space="preserve">[02:25] </w:t>
      </w:r>
      <w:r>
        <w:t>to ek shair kehta hai: "saumun</w:t>
      </w:r>
    </w:p>
    <w:p>
      <w:pPr>
        <w:jc w:val="right"/>
      </w:pPr>
      <w:r>
        <w:t>تو ایک شاعر کہتا ہے: "صومٌ</w:t>
      </w:r>
    </w:p>
    <w:p>
      <w:r>
        <w:rPr>
          <w:b/>
        </w:rPr>
        <w:t xml:space="preserve">[02:29] </w:t>
      </w:r>
      <w:r>
        <w:t>nahi, khairun siyamun, wa khairun ghairu saimatuh.\</w:t>
      </w:r>
    </w:p>
    <w:p>
      <w:pPr>
        <w:jc w:val="right"/>
      </w:pPr>
      <w:r>
        <w:t>نہیں، خیرٌ صيامٌ، وخيرٌ غير صائمۃ۔"</w:t>
      </w:r>
    </w:p>
    <w:p>
      <w:r>
        <w:rPr>
          <w:b/>
        </w:rPr>
        <w:t xml:space="preserve">[02:36] </w:t>
      </w:r>
      <w:r>
        <w:t>khairٌ ṣiyamٌ, wa khairٌ ghair ṣā'imata. yaʿnī kuchh rozay dār rozay, kuchh baghair rozay wālay rozay. ghoṛay, kuchh ghoṛay</w:t>
      </w:r>
    </w:p>
    <w:p>
      <w:pPr>
        <w:jc w:val="right"/>
      </w:pPr>
      <w:r>
        <w:t>خیرٌ صيامٌ، وخيرٌ غير صائمۃ۔ یعنی کچھ روزے دار روزے، کچھ بغیر روزے والے روزے۔ گھوڑے، کچھ گھوڑے</w:t>
      </w:r>
    </w:p>
    <w:p>
      <w:r>
        <w:rPr>
          <w:b/>
        </w:rPr>
        <w:t xml:space="preserve">[02:47] </w:t>
      </w:r>
      <w:r>
        <w:t>rozay dār, kuchh rozay dār ghoṛay, aur kuchh baghair rozay wālay ghoṛay.</w:t>
      </w:r>
    </w:p>
    <w:p>
      <w:pPr>
        <w:jc w:val="right"/>
      </w:pPr>
      <w:r>
        <w:t>روزے دار، کچھ روزے دار گھوڑے، اور کچھ بغیر روزے والے گھوڑے۔</w:t>
      </w:r>
    </w:p>
    <w:p>
      <w:r>
        <w:rPr>
          <w:b/>
        </w:rPr>
        <w:t xml:space="preserve">[02:54] </w:t>
      </w:r>
      <w:r>
        <w:t>to ʿām taur par log rozay ka matlab yahī samajhtay hain ke khānā pīnā chhoṛ diyā to rozay</w:t>
      </w:r>
    </w:p>
    <w:p>
      <w:pPr>
        <w:jc w:val="right"/>
      </w:pPr>
      <w:r>
        <w:t>تو عام طور پر لوگ روزہ کا مطلب یہی سمجھتے ہیں کہ کھانا پینا چھوڑ دیا تو روزہ</w:t>
      </w:r>
    </w:p>
    <w:p>
      <w:r>
        <w:rPr>
          <w:b/>
        </w:rPr>
        <w:t xml:space="preserve">[03:02] </w:t>
      </w:r>
      <w:r>
        <w:t>ho gayā. yeh us kā fārm hai.</w:t>
      </w:r>
    </w:p>
    <w:p>
      <w:pPr>
        <w:jc w:val="right"/>
      </w:pPr>
      <w:r>
        <w:t>ہو گیا۔ یہ اس کا فارم ہے۔</w:t>
      </w:r>
    </w:p>
    <w:p>
      <w:r>
        <w:rPr>
          <w:b/>
        </w:rPr>
        <w:t xml:space="preserve">[03:06] </w:t>
      </w:r>
      <w:r>
        <w:t>is kī asprat jo hai, woh lafz ṣawm mein hai, yaʿnī imsāk, ijtināb, ruknā, yā abstinence.</w:t>
      </w:r>
    </w:p>
    <w:p>
      <w:pPr>
        <w:jc w:val="right"/>
      </w:pPr>
      <w:r>
        <w:t>اس کی اسپرٹ جو ہے، وہ لفظ صوم میں ہے، یعنی امساک، اجتناب، رکنا، یا abstinence۔</w:t>
      </w:r>
    </w:p>
    <w:p>
      <w:r>
        <w:rPr>
          <w:b/>
        </w:rPr>
        <w:t xml:space="preserve">[03:17] </w:t>
      </w:r>
      <w:r>
        <w:t>yeh hai rozay kī asprat.</w:t>
      </w:r>
    </w:p>
    <w:p>
      <w:pPr>
        <w:jc w:val="right"/>
      </w:pPr>
      <w:r>
        <w:t>یہ ہے روزے کی اسپرٹ۔</w:t>
      </w:r>
    </w:p>
    <w:p>
      <w:r>
        <w:rPr>
          <w:b/>
        </w:rPr>
        <w:t xml:space="preserve">[03:24] </w:t>
      </w:r>
      <w:r>
        <w:t>to is ruknay ka taʿalluq sirf khāne pine se nahīñ hai, balkeh pūray akhlāqī nizam se hai, pūray</w:t>
      </w:r>
    </w:p>
    <w:p>
      <w:pPr>
        <w:jc w:val="right"/>
      </w:pPr>
      <w:r>
        <w:t>تو اس رکنے کا تعلق صرف کھانے پینے سے نہیں ہے، بلکہ پورے اخلاقی نظام سے ہے، پورے</w:t>
      </w:r>
    </w:p>
    <w:p>
      <w:r>
        <w:rPr>
          <w:b/>
        </w:rPr>
        <w:t xml:space="preserve">[03:34] </w:t>
      </w:r>
      <w:r>
        <w:t>insān ke behēviyar se hai.</w:t>
      </w:r>
    </w:p>
    <w:p>
      <w:pPr>
        <w:jc w:val="right"/>
      </w:pPr>
      <w:r>
        <w:t>انسان کے بیہیویئر سے ہے۔</w:t>
      </w:r>
    </w:p>
    <w:p>
      <w:r>
        <w:rPr>
          <w:b/>
        </w:rPr>
        <w:t xml:space="preserve">[03:38] </w:t>
      </w:r>
      <w:r>
        <w:t>har chīz mein āp ko ruknā paṛtā hai, tab āp koī achchhā kām kar pāte hain.</w:t>
      </w:r>
    </w:p>
    <w:p>
      <w:pPr>
        <w:jc w:val="right"/>
      </w:pPr>
      <w:r>
        <w:t>ہر چیز میں آپ کو رکنا پڑتا ہے، تب آپ کوئی اچھا کام کر پاتے ہیں۔</w:t>
      </w:r>
    </w:p>
    <w:p>
      <w:r>
        <w:rPr>
          <w:b/>
        </w:rPr>
        <w:t xml:space="preserve">[03:45] </w:t>
      </w:r>
      <w:r>
        <w:t>jaise āp yahāñ</w:t>
      </w:r>
    </w:p>
    <w:p>
      <w:pPr>
        <w:jc w:val="right"/>
      </w:pPr>
      <w:r>
        <w:t>جیسے آپ یہاں</w:t>
      </w:r>
    </w:p>
    <w:p>
      <w:r>
        <w:rPr>
          <w:b/>
        </w:rPr>
        <w:t xml:space="preserve">[03:48] </w:t>
      </w:r>
      <w:r>
        <w:t>is hāl mein maujūd hotay hain, to āp</w:t>
      </w:r>
    </w:p>
    <w:p>
      <w:pPr>
        <w:jc w:val="right"/>
      </w:pPr>
      <w:r>
        <w:t>اس ہال میں موجود ہوتے ہیں، تو آپ</w:t>
      </w:r>
    </w:p>
    <w:p>
      <w:r>
        <w:rPr>
          <w:b/>
        </w:rPr>
        <w:t xml:space="preserve">[03:54] </w:t>
      </w:r>
      <w:r>
        <w:t>āpas mein bāt karnā</w:t>
      </w:r>
    </w:p>
    <w:p>
      <w:pPr>
        <w:jc w:val="right"/>
      </w:pPr>
      <w:r>
        <w:t>آپس میں بات کرنا</w:t>
      </w:r>
    </w:p>
    <w:p>
      <w:r>
        <w:rPr>
          <w:b/>
        </w:rPr>
        <w:t xml:space="preserve">[03:58] </w:t>
      </w:r>
      <w:r>
        <w:t>rukk jātay hain, āp mobā'il istemāl karnā ruk jātay hain. tab yeh mumkin hotā hai ke yahāñ par</w:t>
      </w:r>
    </w:p>
    <w:p>
      <w:pPr>
        <w:jc w:val="right"/>
      </w:pPr>
      <w:r>
        <w:t>رک جاتے ہیں، آپ موبائل استعمال کرنا رک جاتے ہیں۔ تب یہ ممکن ہوتا ہے کہ یہاں پر</w:t>
      </w:r>
    </w:p>
    <w:p>
      <w:r>
        <w:rPr>
          <w:b/>
        </w:rPr>
        <w:t xml:space="preserve">[04:05] </w:t>
      </w:r>
      <w:r>
        <w:t>ham apnā progrām mazbūṭ tarīqay se chalā saken. agar log āpas mein bāten karen, mobā'il istemāl karen, khaṭpaṭ</w:t>
      </w:r>
    </w:p>
    <w:p>
      <w:pPr>
        <w:jc w:val="right"/>
      </w:pPr>
      <w:r>
        <w:t>ہم اپنا پروگرام مضبوط طریقے سے چلا سکیں۔ اگر لوگ آپس میں باتیں کریں، موبائل استعمال کریں، کھٹپٹ</w:t>
      </w:r>
    </w:p>
    <w:p>
      <w:r>
        <w:rPr>
          <w:b/>
        </w:rPr>
        <w:t xml:space="preserve">[04:14] </w:t>
      </w:r>
      <w:r>
        <w:t>karen, to progrām chal nahīñ saktā. to har chīz mein ruknā hotā hai, tap karnā hotā hai.</w:t>
      </w:r>
    </w:p>
    <w:p>
      <w:pPr>
        <w:jc w:val="right"/>
      </w:pPr>
      <w:r>
        <w:t>کریں، تو پروگرام چل نہیں سکتا۔ تو ہر چیز میں رکنا ہوتا ہے، تپ کرنا ہوتا ہے۔</w:t>
      </w:r>
    </w:p>
    <w:p>
      <w:r>
        <w:rPr>
          <w:b/>
        </w:rPr>
        <w:t xml:space="preserve">[04:26] </w:t>
      </w:r>
      <w:r>
        <w:t>is kā taʿalluq rozay se hai, ḍelī lā'if se hai, soshal lā'if se hai, yahāñ tak ke inṭarnēshnal</w:t>
      </w:r>
    </w:p>
    <w:p>
      <w:pPr>
        <w:jc w:val="right"/>
      </w:pPr>
      <w:r>
        <w:t>اس کا تعلق روزے سے ہے، ڈیلی لائف سے ہے، سوشل لائف سے ہے، یہاں تک کہ انٹرنیشنل</w:t>
      </w:r>
    </w:p>
    <w:p>
      <w:r>
        <w:rPr>
          <w:b/>
        </w:rPr>
        <w:t xml:space="preserve">[04:34] </w:t>
      </w:r>
      <w:r>
        <w:t>lā'if se hai,</w:t>
      </w:r>
    </w:p>
    <w:p>
      <w:pPr>
        <w:jc w:val="right"/>
      </w:pPr>
      <w:r>
        <w:t>لائف سے ہے،</w:t>
      </w:r>
    </w:p>
    <w:p>
      <w:r>
        <w:rPr>
          <w:b/>
        </w:rPr>
        <w:t xml:space="preserve">[04:36] </w:t>
      </w:r>
      <w:r>
        <w:t>aur daʿwat se bhī hai.</w:t>
      </w:r>
    </w:p>
    <w:p>
      <w:pPr>
        <w:jc w:val="right"/>
      </w:pPr>
      <w:r>
        <w:t>اور دعوت سے بھی ہے۔</w:t>
      </w:r>
    </w:p>
    <w:p>
      <w:r>
        <w:rPr>
          <w:b/>
        </w:rPr>
        <w:t xml:space="preserve">[04:40] </w:t>
      </w:r>
      <w:r>
        <w:t>jaise āj ke akhbār mein main ne ek khabar paṛhī,</w:t>
      </w:r>
    </w:p>
    <w:p>
      <w:pPr>
        <w:jc w:val="right"/>
      </w:pPr>
      <w:r>
        <w:t>جیسے آج کے اخبار میں میں نے ایک خبر پڑھی،</w:t>
      </w:r>
    </w:p>
    <w:p>
      <w:r>
        <w:rPr>
          <w:b/>
        </w:rPr>
        <w:t xml:space="preserve">[04:46] </w:t>
      </w:r>
      <w:r>
        <w:t>ṭoniz ke bāre mein,</w:t>
      </w:r>
    </w:p>
    <w:p>
      <w:pPr>
        <w:jc w:val="right"/>
      </w:pPr>
      <w:r>
        <w:t>ٹونیز کے بارے میں،</w:t>
      </w:r>
    </w:p>
    <w:p>
      <w:r>
        <w:rPr>
          <w:b/>
        </w:rPr>
        <w:t xml:space="preserve">[04:50] </w:t>
      </w:r>
      <w:r>
        <w:t>to āp ko malūm hai ke chand din pehle ṭoniz mein</w:t>
      </w:r>
    </w:p>
    <w:p>
      <w:pPr>
        <w:jc w:val="right"/>
      </w:pPr>
      <w:r>
        <w:t>تو آپ کو معلوم ہے کہ چند دن پہلے ٹونیز میں</w:t>
      </w:r>
    </w:p>
    <w:p>
      <w:r>
        <w:rPr>
          <w:b/>
        </w:rPr>
        <w:t xml:space="preserve">[04:56] </w:t>
      </w:r>
      <w:r>
        <w:t>ek bam dhamāka huā thā.</w:t>
      </w:r>
    </w:p>
    <w:p>
      <w:pPr>
        <w:jc w:val="right"/>
      </w:pPr>
      <w:r>
        <w:t>ایک بم دھماکہ ہوا تھا۔</w:t>
      </w:r>
    </w:p>
    <w:p>
      <w:r>
        <w:rPr>
          <w:b/>
        </w:rPr>
        <w:t xml:space="preserve">[04:59] </w:t>
      </w:r>
      <w:r>
        <w:t>wahāñ par ek</w:t>
      </w:r>
    </w:p>
    <w:p>
      <w:pPr>
        <w:jc w:val="right"/>
      </w:pPr>
      <w:r>
        <w:t>وہاں پر ایک</w:t>
      </w:r>
    </w:p>
    <w:p>
      <w:r>
        <w:rPr>
          <w:b/>
        </w:rPr>
        <w:t xml:space="preserve">[05:02] </w:t>
      </w:r>
      <w:r>
        <w:t>bīch rizōrṭ hai, yaʿnī samandar ke sāhil ke kināray</w:t>
      </w:r>
    </w:p>
    <w:p>
      <w:pPr>
        <w:jc w:val="right"/>
      </w:pPr>
      <w:r>
        <w:t>بیچ ریزورٹ ہے، یعنی سمندر کے ساحل کے کنارے</w:t>
      </w:r>
    </w:p>
    <w:p>
      <w:r>
        <w:rPr>
          <w:b/>
        </w:rPr>
        <w:t xml:space="preserve">[05:10] </w:t>
      </w:r>
      <w:r>
        <w:t>hoṭal hai, aisī jagah hai jahāñ siyāh āte hain, wahāñ ṭhērtay hain.</w:t>
      </w:r>
    </w:p>
    <w:p>
      <w:pPr>
        <w:jc w:val="right"/>
      </w:pPr>
      <w:r>
        <w:t>ہوٹل ہے، ایسی جگہ ہے جہاں سیاح آتے ہیں، وہاں ٹھہرتے ہیں۔</w:t>
      </w:r>
    </w:p>
    <w:p>
      <w:r>
        <w:rPr>
          <w:b/>
        </w:rPr>
        <w:t xml:space="preserve">[05:16] </w:t>
      </w:r>
      <w:r>
        <w:t>to apne culture ke mutabiq rehte hain woh, woh hamare culture ke mutabiq nahi rehte.</w:t>
      </w:r>
    </w:p>
    <w:p>
      <w:pPr>
        <w:jc w:val="right"/>
      </w:pPr>
      <w:r>
        <w:t>تو اپنے کلچر کے مطابق رہتے ہیں وہ، وہ ہمارے کلچر کے مطابق نہیں رہتے۔</w:t>
      </w:r>
    </w:p>
    <w:p>
      <w:r>
        <w:rPr>
          <w:b/>
        </w:rPr>
        <w:t xml:space="preserve">[05:24] </w:t>
      </w:r>
      <w:r>
        <w:t>to wahan par bomb maar diya,</w:t>
      </w:r>
    </w:p>
    <w:p>
      <w:pPr>
        <w:jc w:val="right"/>
      </w:pPr>
      <w:r>
        <w:t>تو وہاں پر بم مار دیا،</w:t>
      </w:r>
    </w:p>
    <w:p>
      <w:r>
        <w:rPr>
          <w:b/>
        </w:rPr>
        <w:t xml:space="preserve">[05:29] </w:t>
      </w:r>
      <w:r>
        <w:t>so called jihadi logon ne. to is mein taqreeban 40 aadmi mar gaye.</w:t>
      </w:r>
    </w:p>
    <w:p>
      <w:pPr>
        <w:jc w:val="right"/>
      </w:pPr>
      <w:r>
        <w:t>سو کالڈ جہادی لوگوں نے۔ تو اس میں تقریباً 40 آدمی مر گئے۔</w:t>
      </w:r>
    </w:p>
    <w:p>
      <w:r>
        <w:rPr>
          <w:b/>
        </w:rPr>
        <w:t xml:space="preserve">[05:36] </w:t>
      </w:r>
      <w:r>
        <w:t>is beach par, yani samandar ke sahil par jo hotel tha,</w:t>
      </w:r>
    </w:p>
    <w:p>
      <w:pPr>
        <w:jc w:val="right"/>
      </w:pPr>
      <w:r>
        <w:t>اس بیچ پر، یعنی سمندر کے ساحل پر جو ہوٹل تھا،</w:t>
      </w:r>
    </w:p>
    <w:p>
      <w:r>
        <w:rPr>
          <w:b/>
        </w:rPr>
        <w:t xml:space="preserve">[05:43] </w:t>
      </w:r>
      <w:r>
        <w:t>jo resort tha siyahon ke liye,</w:t>
      </w:r>
    </w:p>
    <w:p>
      <w:pPr>
        <w:jc w:val="right"/>
      </w:pPr>
      <w:r>
        <w:t>جو ریزورٹ تھا سیاحوں کے لیے،</w:t>
      </w:r>
    </w:p>
    <w:p>
      <w:r>
        <w:rPr>
          <w:b/>
        </w:rPr>
        <w:t xml:space="preserve">[05:47] </w:t>
      </w:r>
      <w:r>
        <w:t>to wahan par bomb maar diya to taqreeban 40 aadmi mar gaye. to aaj ki khabar mein,</w:t>
      </w:r>
    </w:p>
    <w:p>
      <w:pPr>
        <w:jc w:val="right"/>
      </w:pPr>
      <w:r>
        <w:t>تو وہاں پر بم مار دیا تو تقریباً 40 آدمی مر گئے۔ تو آج کی خبر میں،</w:t>
      </w:r>
    </w:p>
    <w:p>
      <w:r>
        <w:rPr>
          <w:b/>
        </w:rPr>
        <w:t xml:space="preserve">[05:54] </w:t>
      </w:r>
      <w:r>
        <w:t>aaj ke newspaper mein khabar hai,</w:t>
      </w:r>
    </w:p>
    <w:p>
      <w:pPr>
        <w:jc w:val="right"/>
      </w:pPr>
      <w:r>
        <w:t>آج کے نیوز پیپر میں خبر ہے،</w:t>
      </w:r>
    </w:p>
    <w:p>
      <w:r>
        <w:rPr>
          <w:b/>
        </w:rPr>
        <w:t xml:space="preserve">[05:59] </w:t>
      </w:r>
      <w:r>
        <w:t>is ki heading thi:</w:t>
      </w:r>
    </w:p>
    <w:p>
      <w:pPr>
        <w:jc w:val="right"/>
      </w:pPr>
      <w:r>
        <w:t>اس کی ہیڈنگ تھی:</w:t>
      </w:r>
    </w:p>
    <w:p>
      <w:r>
        <w:rPr>
          <w:b/>
        </w:rPr>
        <w:t xml:space="preserve">[06:01] </w:t>
      </w:r>
      <w:r>
        <w:t>"After Jihadi Attack,</w:t>
      </w:r>
    </w:p>
    <w:p>
      <w:pPr>
        <w:jc w:val="right"/>
      </w:pPr>
      <w:r>
        <w:t>"After Jihadi Attack,</w:t>
      </w:r>
    </w:p>
    <w:p>
      <w:r>
        <w:rPr>
          <w:b/>
        </w:rPr>
        <w:t xml:space="preserve">[06:05] </w:t>
      </w:r>
      <w:r>
        <w:t>Tunisia Declares Emergency".</w:t>
      </w:r>
    </w:p>
    <w:p>
      <w:pPr>
        <w:jc w:val="right"/>
      </w:pPr>
      <w:r>
        <w:t>Tunisia Declares Emergency"۔</w:t>
      </w:r>
    </w:p>
    <w:p>
      <w:r>
        <w:rPr>
          <w:b/>
        </w:rPr>
        <w:t xml:space="preserve">[06:11] </w:t>
      </w:r>
      <w:r>
        <w:t>After Jihadi Attack, Tunisia Declares Emergency.</w:t>
      </w:r>
    </w:p>
    <w:p>
      <w:pPr>
        <w:jc w:val="right"/>
      </w:pPr>
      <w:r>
        <w:t>After Jihadi Attack, Tunisia Declares Emergency۔</w:t>
      </w:r>
    </w:p>
    <w:p>
      <w:r>
        <w:rPr>
          <w:b/>
        </w:rPr>
        <w:t xml:space="preserve">[06:18] </w:t>
      </w:r>
      <w:r>
        <w:t>yani mujahideen ke attack ke baad,</w:t>
      </w:r>
    </w:p>
    <w:p>
      <w:pPr>
        <w:jc w:val="right"/>
      </w:pPr>
      <w:r>
        <w:t>یعنی مجاہدین کے اٹیک کے بعد،</w:t>
      </w:r>
    </w:p>
    <w:p>
      <w:r>
        <w:rPr>
          <w:b/>
        </w:rPr>
        <w:t xml:space="preserve">[06:21] </w:t>
      </w:r>
      <w:r>
        <w:t>Tunisia ne emergency laagu kar di. ab wahan pakar dhakad ho rahi hai, logon ki giraftaar kiye ja</w:t>
      </w:r>
    </w:p>
    <w:p>
      <w:pPr>
        <w:jc w:val="right"/>
      </w:pPr>
      <w:r>
        <w:t>ٹونیزیا نے ایمرجنسی لاگو کر دی۔ اب وہاں پکڑ دھکڑ ہو رہی ہے، لوگوں کی گرفتار کیے جا</w:t>
      </w:r>
    </w:p>
    <w:p>
      <w:r>
        <w:rPr>
          <w:b/>
        </w:rPr>
        <w:t xml:space="preserve">[06:30] </w:t>
      </w:r>
      <w:r>
        <w:t>rahe hain, is qism ke hangame ho rahe hain. to maine socha ke dekhen, yeh log</w:t>
      </w:r>
    </w:p>
    <w:p>
      <w:pPr>
        <w:jc w:val="right"/>
      </w:pPr>
      <w:r>
        <w:t>رہے ہیں، اس قسم کے ہنگامے ہو رہے ہیں۔ تو میں نے سوچا کہ دیکھیں، یہ لوگ</w:t>
      </w:r>
    </w:p>
    <w:p>
      <w:r>
        <w:rPr>
          <w:b/>
        </w:rPr>
        <w:t xml:space="preserve">[06:38] </w:t>
      </w:r>
      <w:r>
        <w:t>bazaahir roza rakhe hue honge, lekin</w:t>
      </w:r>
    </w:p>
    <w:p>
      <w:pPr>
        <w:jc w:val="right"/>
      </w:pPr>
      <w:r>
        <w:t>بظاہر روزہ رکھے ہوئے ہوں گے، لیکن</w:t>
      </w:r>
    </w:p>
    <w:p>
      <w:r>
        <w:rPr>
          <w:b/>
        </w:rPr>
        <w:t xml:space="preserve">[06:42] </w:t>
      </w:r>
      <w:r>
        <w:t>roze ki spirit se khaali the.</w:t>
      </w:r>
    </w:p>
    <w:p>
      <w:pPr>
        <w:jc w:val="right"/>
      </w:pPr>
      <w:r>
        <w:t>روزے کی اسپرٹ سے خالی تھے۔</w:t>
      </w:r>
    </w:p>
    <w:p>
      <w:r>
        <w:rPr>
          <w:b/>
        </w:rPr>
        <w:t xml:space="preserve">[06:46] </w:t>
      </w:r>
      <w:r>
        <w:t>logon ki spirit kya hai?</w:t>
      </w:r>
    </w:p>
    <w:p>
      <w:pPr>
        <w:jc w:val="right"/>
      </w:pPr>
      <w:r>
        <w:t>لوگوں کی اسپرٹ کیا ہے؟</w:t>
      </w:r>
    </w:p>
    <w:p>
      <w:r>
        <w:rPr>
          <w:b/>
        </w:rPr>
        <w:t xml:space="preserve">[06:49] </w:t>
      </w:r>
      <w:r>
        <w:t>apne ko rokna, apne ko thaamna.</w:t>
      </w:r>
    </w:p>
    <w:p>
      <w:pPr>
        <w:jc w:val="right"/>
      </w:pPr>
      <w:r>
        <w:t>اپنے کو روکنا، اپنے کو تھامنا۔</w:t>
      </w:r>
    </w:p>
    <w:p>
      <w:r>
        <w:rPr>
          <w:b/>
        </w:rPr>
        <w:t xml:space="preserve">[06:53] </w:t>
      </w:r>
      <w:r>
        <w:t>jab aadmi thaamta hai to sochta hai,</w:t>
      </w:r>
    </w:p>
    <w:p>
      <w:pPr>
        <w:jc w:val="right"/>
      </w:pPr>
      <w:r>
        <w:t>جب آدمی تھامتا ہے تو سوچتا ہے،</w:t>
      </w:r>
    </w:p>
    <w:p>
      <w:r>
        <w:rPr>
          <w:b/>
        </w:rPr>
        <w:t xml:space="preserve">[06:57] </w:t>
      </w:r>
      <w:r>
        <w:t>aur sochta hai to us ko baatein samajh mein aati hain.</w:t>
      </w:r>
    </w:p>
    <w:p>
      <w:pPr>
        <w:jc w:val="right"/>
      </w:pPr>
      <w:r>
        <w:t>اور سوچتا ہے تو اس کو باتیں سمجھ میں آتی ہیں۔</w:t>
      </w:r>
    </w:p>
    <w:p>
      <w:r>
        <w:rPr>
          <w:b/>
        </w:rPr>
        <w:t xml:space="preserve">[07:01] </w:t>
      </w:r>
      <w:r>
        <w:t>Think, think, think, there must be a better way.</w:t>
      </w:r>
    </w:p>
    <w:p>
      <w:pPr>
        <w:jc w:val="right"/>
      </w:pPr>
      <w:r>
        <w:t>Think, think, think, there must be a better way۔</w:t>
      </w:r>
    </w:p>
    <w:p>
      <w:r>
        <w:rPr>
          <w:b/>
        </w:rPr>
        <w:t xml:space="preserve">[07:06] </w:t>
      </w:r>
      <w:r>
        <w:t>to agar woh sochte hain to unhein Rasool Allah Sal Allahu Alaihi Wasallam ki sunnat maloom hoti hai.</w:t>
      </w:r>
    </w:p>
    <w:p>
      <w:pPr>
        <w:jc w:val="right"/>
      </w:pPr>
      <w:r>
        <w:t>تو اگر وہ سوچتے ہیں تو انہیں رسول اللہ صلی اللہ علیہ وسلم کی سنت معلوم ہوتی ہے۔</w:t>
      </w:r>
    </w:p>
    <w:p>
      <w:r>
        <w:rPr>
          <w:b/>
        </w:rPr>
        <w:t xml:space="preserve">[07:12] </w:t>
      </w:r>
      <w:r>
        <w:t>aur sunnat kya hai?</w:t>
      </w:r>
    </w:p>
    <w:p>
      <w:pPr>
        <w:jc w:val="right"/>
      </w:pPr>
      <w:r>
        <w:t>اور سنت کیا ہے؟</w:t>
      </w:r>
    </w:p>
    <w:p>
      <w:r>
        <w:rPr>
          <w:b/>
        </w:rPr>
        <w:t xml:space="preserve">[07:14] </w:t>
      </w:r>
      <w:r>
        <w:t>ke gathering aur logon ko ek doosre se dealing karna.</w:t>
      </w:r>
    </w:p>
    <w:p>
      <w:pPr>
        <w:jc w:val="right"/>
      </w:pPr>
      <w:r>
        <w:t>کہ گیدرنگ اور لوگوں کو ایک دوسرے سے ڈیلنگ کرنا۔</w:t>
      </w:r>
    </w:p>
    <w:p>
      <w:r>
        <w:rPr>
          <w:b/>
        </w:rPr>
        <w:t xml:space="preserve">[07:21] </w:t>
      </w:r>
      <w:r>
        <w:t>jo log ikattha hue,</w:t>
      </w:r>
    </w:p>
    <w:p>
      <w:pPr>
        <w:jc w:val="right"/>
      </w:pPr>
      <w:r>
        <w:t>جو لوگ اکٹھا ہوئے،</w:t>
      </w:r>
    </w:p>
    <w:p>
      <w:r>
        <w:rPr>
          <w:b/>
        </w:rPr>
        <w:t xml:space="preserve">[07:24] </w:t>
      </w:r>
      <w:r>
        <w:t>woh ek log thay, different culture un ka tha, aur ek hai gathering, assembly.</w:t>
      </w:r>
    </w:p>
    <w:p>
      <w:pPr>
        <w:jc w:val="right"/>
      </w:pPr>
      <w:r>
        <w:t>وہ ایک لوگ تھے، different کلچر ان کا تھا، اور ایک ہے گیدرنگ، اسمبلی۔</w:t>
      </w:r>
    </w:p>
    <w:p>
      <w:r>
        <w:rPr>
          <w:b/>
        </w:rPr>
        <w:t xml:space="preserve">[07:33] </w:t>
      </w:r>
      <w:r>
        <w:t>toh rasool Allah ne kya kiya makka mein?</w:t>
      </w:r>
    </w:p>
    <w:p>
      <w:pPr>
        <w:jc w:val="right"/>
      </w:pPr>
      <w:r>
        <w:t>تو رسول اللہ نے کیا کیا مکہ میں؟</w:t>
      </w:r>
    </w:p>
    <w:p>
      <w:r>
        <w:rPr>
          <w:b/>
        </w:rPr>
        <w:t xml:space="preserve">[07:36] </w:t>
      </w:r>
      <w:r>
        <w:t>rasool Allah ke zamane mein makka mein bhi isi qism ki gathering hoti thi. mushrik log aate thay,</w:t>
      </w:r>
    </w:p>
    <w:p>
      <w:pPr>
        <w:jc w:val="right"/>
      </w:pPr>
      <w:r>
        <w:t>رسول اللہ کے زمانے میں مکہ میں بھی اسی قسم کی گیدرنگ ہوتی تھی۔ مشرک لوگ آتے تھے،</w:t>
      </w:r>
    </w:p>
    <w:p>
      <w:r>
        <w:rPr>
          <w:b/>
        </w:rPr>
        <w:t xml:space="preserve">[07:45] </w:t>
      </w:r>
      <w:r>
        <w:t>buton ko poojne walay,</w:t>
      </w:r>
    </w:p>
    <w:p>
      <w:pPr>
        <w:jc w:val="right"/>
      </w:pPr>
      <w:r>
        <w:t>بتوں کو پوجنے والے،</w:t>
      </w:r>
    </w:p>
    <w:p>
      <w:r>
        <w:rPr>
          <w:b/>
        </w:rPr>
        <w:t xml:space="preserve">[07:47] </w:t>
      </w:r>
      <w:r>
        <w:t>but parasti ki rasmein wahan ada karte thay.</w:t>
      </w:r>
    </w:p>
    <w:p>
      <w:pPr>
        <w:jc w:val="right"/>
      </w:pPr>
      <w:r>
        <w:t>بت پرستی کی رسمیں وہاں ادا کرتے تھے۔</w:t>
      </w:r>
    </w:p>
    <w:p>
      <w:r>
        <w:rPr>
          <w:b/>
        </w:rPr>
        <w:t xml:space="preserve">[07:52] </w:t>
      </w:r>
      <w:r>
        <w:t>toh aap ne dealing kiya, yani aap ne yeh dekha ke haan, gathering hoti hai, insaan akhattha hotay</w:t>
      </w:r>
    </w:p>
    <w:p>
      <w:pPr>
        <w:jc w:val="right"/>
      </w:pPr>
      <w:r>
        <w:t>تو آپ نے ڈیلنگ کیا، یعنی آپ نے یہ دیکھا کہ ہاں، گیدرنگ ہوتی ہے، انسان اکٹھا ہوتے</w:t>
      </w:r>
    </w:p>
    <w:p>
      <w:r>
        <w:rPr>
          <w:b/>
        </w:rPr>
        <w:t xml:space="preserve">[07:59] </w:t>
      </w:r>
      <w:r>
        <w:t>hain. kis liye hotay hain? woh un ka apna mamla hai. toh aap wahan ja kar quran</w:t>
      </w:r>
    </w:p>
    <w:p>
      <w:pPr>
        <w:jc w:val="right"/>
      </w:pPr>
      <w:r>
        <w:t>ہیں۔ کس لیے ہوتے ہیں؟ وہ ان کا اپنا معاملہ ہے۔ تو آپ وہاں جا کر قرآن</w:t>
      </w:r>
    </w:p>
    <w:p>
      <w:r>
        <w:rPr>
          <w:b/>
        </w:rPr>
        <w:t xml:space="preserve">[08:07] </w:t>
      </w:r>
      <w:r>
        <w:t>sunatay, dawat ka kaam karte hain.</w:t>
      </w:r>
    </w:p>
    <w:p>
      <w:pPr>
        <w:jc w:val="right"/>
      </w:pPr>
      <w:r>
        <w:t>سناتے، دعوت کا کام کرتے ہیں۔</w:t>
      </w:r>
    </w:p>
    <w:p>
      <w:r>
        <w:rPr>
          <w:b/>
        </w:rPr>
        <w:t xml:space="preserve">[08:11] </w:t>
      </w:r>
      <w:r>
        <w:t>toh agar yeh log jo hain, in ko pata hota is sunnat-e-rasool ka, toh woh yahi karte.</w:t>
      </w:r>
    </w:p>
    <w:p>
      <w:pPr>
        <w:jc w:val="right"/>
      </w:pPr>
      <w:r>
        <w:t>تو اگر یہ لوگ جو ہیں، ان کو پتہ ہوتا اس سنت رسول کا، تو وہ یہی کرتے۔</w:t>
      </w:r>
    </w:p>
    <w:p>
      <w:r>
        <w:rPr>
          <w:b/>
        </w:rPr>
        <w:t xml:space="preserve">[08:19] </w:t>
      </w:r>
      <w:r>
        <w:t>woh yeh sochtay ke yahan par woh kya karte hain, woh alag masla hai. lekin woh insaan toh</w:t>
      </w:r>
    </w:p>
    <w:p>
      <w:pPr>
        <w:jc w:val="right"/>
      </w:pPr>
      <w:r>
        <w:t>وہ یہ سوچتے کہ یہاں پر وہ کیا کرتے ہیں، وہ الگ مسئلہ ہے۔ لیکن وہ انسان تو</w:t>
      </w:r>
    </w:p>
    <w:p>
      <w:r>
        <w:rPr>
          <w:b/>
        </w:rPr>
        <w:t xml:space="preserve">[08:25] </w:t>
      </w:r>
      <w:r>
        <w:t>hain, ek bari tadad mein jahan insaan akhattha hotay hain, toh hum un ko maujood samajh lein,</w:t>
      </w:r>
    </w:p>
    <w:p>
      <w:pPr>
        <w:jc w:val="right"/>
      </w:pPr>
      <w:r>
        <w:t>ہیں، ایک بڑی تعداد میں جہاں انسان اکٹھا ہوتے ہیں، تو ہم ان کو موجود سمجھ لیں،</w:t>
      </w:r>
    </w:p>
    <w:p>
      <w:r>
        <w:rPr>
          <w:b/>
        </w:rPr>
        <w:t xml:space="preserve">[08:34] </w:t>
      </w:r>
      <w:r>
        <w:t>un ka fe'l un ke sath, hum un ko maujood samajhtay hain.</w:t>
      </w:r>
    </w:p>
    <w:p>
      <w:pPr>
        <w:jc w:val="right"/>
      </w:pPr>
      <w:r>
        <w:t>ان کا فعل ان کے ساتھ، ہم ان کو موجود سمجھتے ہیں۔</w:t>
      </w:r>
    </w:p>
    <w:p>
      <w:r>
        <w:rPr>
          <w:b/>
        </w:rPr>
        <w:t xml:space="preserve">[08:38] </w:t>
      </w:r>
      <w:r>
        <w:t>ab maujood samajh lein, aur un ko ja kar quran ke tarjuma dein un ki zuban mein, islam</w:t>
      </w:r>
    </w:p>
    <w:p>
      <w:pPr>
        <w:jc w:val="right"/>
      </w:pPr>
      <w:r>
        <w:t>اب موجود سمجھ لیں، اور ان کو جا کر قرآن کے ترجمہ دیں ان کی زبان میں، اسلام</w:t>
      </w:r>
    </w:p>
    <w:p>
      <w:r>
        <w:rPr>
          <w:b/>
        </w:rPr>
        <w:t xml:space="preserve">[08:46] </w:t>
      </w:r>
      <w:r>
        <w:t>ki baatein batayein un ko,</w:t>
      </w:r>
    </w:p>
    <w:p>
      <w:pPr>
        <w:jc w:val="right"/>
      </w:pPr>
      <w:r>
        <w:t>کی باتیں بتائیں ان کو،</w:t>
      </w:r>
    </w:p>
    <w:p>
      <w:r>
        <w:rPr>
          <w:b/>
        </w:rPr>
        <w:t xml:space="preserve">[08:49] </w:t>
      </w:r>
      <w:r>
        <w:t>dawat ka kaam karein. toh is sunnat ka unhein sawab mil jata. ke ka'ba mein jo log akhattha</w:t>
      </w:r>
    </w:p>
    <w:p>
      <w:pPr>
        <w:jc w:val="right"/>
      </w:pPr>
      <w:r>
        <w:t>دعوت کا کام کریں۔ تو اس سنت کا انہیں ثواب مل جاتا۔ کہ کعبہ میں جو لوگ اکٹھا</w:t>
      </w:r>
    </w:p>
    <w:p>
      <w:r>
        <w:rPr>
          <w:b/>
        </w:rPr>
        <w:t xml:space="preserve">[08:56] </w:t>
      </w:r>
      <w:r>
        <w:t>hotay thay, un ke mushrikana culture ko alag kiya aap ne, aur yeh dekha ke yahan kuch insaan</w:t>
      </w:r>
    </w:p>
    <w:p>
      <w:pPr>
        <w:jc w:val="right"/>
      </w:pPr>
      <w:r>
        <w:t>ہوتے تھے، ان کے مشرکانہ کلچر کو الگ کیا آپ نے، اور یہ دیکھا کہ یہاں کچھ انسان</w:t>
      </w:r>
    </w:p>
    <w:p>
      <w:r>
        <w:rPr>
          <w:b/>
        </w:rPr>
        <w:t xml:space="preserve">[09:02] </w:t>
      </w:r>
      <w:r>
        <w:t>akhattha ho rahay hain jin ko mein Allah ka paigham pohncha sakta hoon.</w:t>
      </w:r>
    </w:p>
    <w:p>
      <w:pPr>
        <w:jc w:val="right"/>
      </w:pPr>
      <w:r>
        <w:t>اکٹھا ہو رہے ہیں جن کو میں اللہ کا پیغام پہنچا سکتا ہوں۔</w:t>
      </w:r>
    </w:p>
    <w:p>
      <w:r>
        <w:rPr>
          <w:b/>
        </w:rPr>
        <w:t xml:space="preserve">[09:08] </w:t>
      </w:r>
      <w:r>
        <w:t>yeh hai dealing policy.</w:t>
      </w:r>
    </w:p>
    <w:p>
      <w:pPr>
        <w:jc w:val="right"/>
      </w:pPr>
      <w:r>
        <w:t>یہ ہے ڈیلکنگ پالیسی۔</w:t>
      </w:r>
    </w:p>
    <w:p>
      <w:r>
        <w:rPr>
          <w:b/>
        </w:rPr>
        <w:t xml:space="preserve">[09:12] </w:t>
      </w:r>
      <w:r>
        <w:t>toh yeh log jo hain, agar roza</w:t>
      </w:r>
    </w:p>
    <w:p>
      <w:pPr>
        <w:jc w:val="right"/>
      </w:pPr>
      <w:r>
        <w:t>تو یہ لوگ جو ہیں، اگر روزہ</w:t>
      </w:r>
    </w:p>
    <w:p>
      <w:r>
        <w:rPr>
          <w:b/>
        </w:rPr>
        <w:t xml:space="preserve">[09:15] </w:t>
      </w:r>
      <w:r>
        <w:t>ka form ke siwa, jo roza ki spirit hai, us ko bhi jantay, toh kehtay ke yeh toh</w:t>
      </w:r>
    </w:p>
    <w:p>
      <w:pPr>
        <w:jc w:val="right"/>
      </w:pPr>
      <w:r>
        <w:t>کا فارم کے سوا، جو روزہ کی اسپرٹ ہے، اس کو بھی جانتے، تو کہتے کہ یہ تو</w:t>
      </w:r>
    </w:p>
    <w:p>
      <w:r>
        <w:rPr>
          <w:b/>
        </w:rPr>
        <w:t xml:space="preserve">[09:20] </w:t>
      </w:r>
      <w:r>
        <w:t>bohat bara moqa hai ke hum rasool Allah ki sunnat ko yahan zinda kar saktay hain.</w:t>
      </w:r>
    </w:p>
    <w:p>
      <w:pPr>
        <w:jc w:val="right"/>
      </w:pPr>
      <w:r>
        <w:t>بہت بڑا موقع ہے کہ ہم رسول اللہ کی سنت کو یہاں زندہ کر سکتے ہیں۔</w:t>
      </w:r>
    </w:p>
    <w:p>
      <w:r>
        <w:rPr>
          <w:b/>
        </w:rPr>
        <w:t xml:space="preserve">[09:27] </w:t>
      </w:r>
      <w:r>
        <w:t>jo sunnat-e-rasool aap wahan par hum parhtay hain makka ke baray mein, qadeem makka ke baray mein,</w:t>
      </w:r>
    </w:p>
    <w:p>
      <w:pPr>
        <w:jc w:val="right"/>
      </w:pPr>
      <w:r>
        <w:t>جو سنت رسول آپ وہاں پر ہم پڑھتے ہیں مکہ کے بارے میں، قدیم مکہ کے بارے میں،</w:t>
      </w:r>
    </w:p>
    <w:p>
      <w:r>
        <w:rPr>
          <w:b/>
        </w:rPr>
        <w:t xml:space="preserve">[09:33] </w:t>
      </w:r>
      <w:r>
        <w:t>woh sunnat-e-rasool yahan par zinda karne ka waqt aa gaya hai.</w:t>
      </w:r>
    </w:p>
    <w:p>
      <w:pPr>
        <w:jc w:val="right"/>
      </w:pPr>
      <w:r>
        <w:t>وہ سنت رسول یہاں پر زندہ کرنے کا وقت آ گیا ہے۔</w:t>
      </w:r>
    </w:p>
    <w:p>
      <w:r>
        <w:rPr>
          <w:b/>
        </w:rPr>
        <w:t xml:space="preserve">[09:38] </w:t>
      </w:r>
      <w:r>
        <w:t>ke itnay saray log,</w:t>
      </w:r>
    </w:p>
    <w:p>
      <w:pPr>
        <w:jc w:val="right"/>
      </w:pPr>
      <w:r>
        <w:t>کہ اتنے سارے لوگ،</w:t>
      </w:r>
    </w:p>
    <w:p>
      <w:r>
        <w:rPr>
          <w:b/>
        </w:rPr>
        <w:t xml:space="preserve">[09:41] </w:t>
      </w:r>
      <w:r>
        <w:t>itnay foreigners thay, woh sab ke sab,</w:t>
      </w:r>
    </w:p>
    <w:p>
      <w:pPr>
        <w:jc w:val="right"/>
      </w:pPr>
      <w:r>
        <w:t>اتنے فارنرز تھے، وہ سب کے سب،</w:t>
      </w:r>
    </w:p>
    <w:p>
      <w:r>
        <w:rPr>
          <w:b/>
        </w:rPr>
        <w:t xml:space="preserve">[09:44] </w:t>
      </w:r>
      <w:r>
        <w:t>to itne saare foreigners ikattha hote hain, woh insaan hain, woh hamare liye madu ka darja rakhte hain.</w:t>
      </w:r>
    </w:p>
    <w:p>
      <w:pPr>
        <w:jc w:val="right"/>
      </w:pPr>
      <w:r>
        <w:t>تو اتنے سارے فارنرز اکٹھا ہوتے ہیں، وہ انسان ہیں، وہ ہمارے لیے مدعو کا درجہ رکھتے ہیں۔</w:t>
      </w:r>
    </w:p>
    <w:p>
      <w:r>
        <w:rPr>
          <w:b/>
        </w:rPr>
        <w:t xml:space="preserve">[09:51] </w:t>
      </w:r>
      <w:r>
        <w:t>to woh kis culture ka wahan le kar aaye hain, kya culture apnaya hai unhon ne, us ko</w:t>
      </w:r>
    </w:p>
    <w:p>
      <w:pPr>
        <w:jc w:val="right"/>
      </w:pPr>
      <w:r>
        <w:t>تو وہ کس کلچر کا وہاں لے کر آئے ہیں، کیا کلچر اپنایا ہے انہوں نے، اس کو</w:t>
      </w:r>
    </w:p>
    <w:p>
      <w:r>
        <w:rPr>
          <w:b/>
        </w:rPr>
        <w:t xml:space="preserve">[09:56] </w:t>
      </w:r>
      <w:r>
        <w:t>chhoro, un ko dawat do, un ke mind ko address karo,</w:t>
      </w:r>
    </w:p>
    <w:p>
      <w:pPr>
        <w:jc w:val="right"/>
      </w:pPr>
      <w:r>
        <w:t>چھوڑو، ان کو دعوت دو، ان کے مائنڈ کو ایڈریس کرو،</w:t>
      </w:r>
    </w:p>
    <w:p>
      <w:r>
        <w:rPr>
          <w:b/>
        </w:rPr>
        <w:t xml:space="preserve">[10:02] </w:t>
      </w:r>
      <w:r>
        <w:t>jaisa ke Rasool Allah ne kiya. to yeh hai roze ki asli spirit.</w:t>
      </w:r>
    </w:p>
    <w:p>
      <w:pPr>
        <w:jc w:val="right"/>
      </w:pPr>
      <w:r>
        <w:t>جیسا کہ رسول اللہ نے کیا۔ تو یہ ہے روزہ کی اصلی اسپرٹ۔</w:t>
      </w:r>
    </w:p>
    <w:p>
      <w:r>
        <w:rPr>
          <w:b/>
        </w:rPr>
        <w:t xml:space="preserve">[10:09] </w:t>
      </w:r>
      <w:r>
        <w:t>to saum ke maani yeh jo hai, abstinence, yani rukna, yeh bohat hi important hai. har kaam karne</w:t>
      </w:r>
    </w:p>
    <w:p>
      <w:pPr>
        <w:jc w:val="right"/>
      </w:pPr>
      <w:r>
        <w:t>تو صوم کے معنی یہ جو ہے، abstinence، یعنی رکنا، یہ بہت ہی امپورٹنٹ ہے۔ ہر کام کرنے</w:t>
      </w:r>
    </w:p>
    <w:p>
      <w:r>
        <w:rPr>
          <w:b/>
        </w:rPr>
        <w:t xml:space="preserve">[10:18] </w:t>
      </w:r>
      <w:r>
        <w:t>ke liye aap ko kuch kaam ko chhodna padta hai. jab tak aap chhoden nahin, to woh kaam</w:t>
      </w:r>
    </w:p>
    <w:p>
      <w:pPr>
        <w:jc w:val="right"/>
      </w:pPr>
      <w:r>
        <w:t>کے لیے آپ کو کچھ کام کو چھوڑنا پڑتا ہے۔ جب تک آپ چھوڑیں نہیں، تو وہ کام</w:t>
      </w:r>
    </w:p>
    <w:p>
      <w:r>
        <w:rPr>
          <w:b/>
        </w:rPr>
        <w:t xml:space="preserve">[10:24] </w:t>
      </w:r>
      <w:r>
        <w:t>aap nahin kar sakte.</w:t>
      </w:r>
    </w:p>
    <w:p>
      <w:pPr>
        <w:jc w:val="right"/>
      </w:pPr>
      <w:r>
        <w:t>آپ نہیں کر سکتے۔</w:t>
      </w:r>
    </w:p>
    <w:p>
      <w:r>
        <w:rPr>
          <w:b/>
        </w:rPr>
        <w:t xml:space="preserve">[10:26] </w:t>
      </w:r>
      <w:r>
        <w:t>misalan aap yahan aaye hain to aap ne chhora apne ghar ko, agar ghar ko na chhodte to</w:t>
      </w:r>
    </w:p>
    <w:p>
      <w:pPr>
        <w:jc w:val="right"/>
      </w:pPr>
      <w:r>
        <w:t>مثلاً آپ یہاں آئے ہیں تو آپ نے چھوڑا اپنے گھر کو، اگر گھر کو نہ چھوڑتے تو</w:t>
      </w:r>
    </w:p>
    <w:p>
      <w:r>
        <w:rPr>
          <w:b/>
        </w:rPr>
        <w:t xml:space="preserve">[10:31] </w:t>
      </w:r>
      <w:r>
        <w:t>yahan aap aate bhi nahin.</w:t>
      </w:r>
    </w:p>
    <w:p>
      <w:pPr>
        <w:jc w:val="right"/>
      </w:pPr>
      <w:r>
        <w:t>یہاں آپ آتے بھی نہیں۔</w:t>
      </w:r>
    </w:p>
    <w:p>
      <w:r>
        <w:rPr>
          <w:b/>
        </w:rPr>
        <w:t xml:space="preserve">[10:34] </w:t>
      </w:r>
      <w:r>
        <w:t>ghar ko chhodne ke baad yeh possible hua ke aap yahan aayen aur Quran ki baaten sunen.</w:t>
      </w:r>
    </w:p>
    <w:p>
      <w:pPr>
        <w:jc w:val="right"/>
      </w:pPr>
      <w:r>
        <w:t>گھر کو چھوڑنے کے بعد یہ پاسیبل ہوا کہ آپ یہاں آئیں اور قرآن کی باتیں سنیں۔</w:t>
      </w:r>
    </w:p>
    <w:p>
      <w:r>
        <w:rPr>
          <w:b/>
        </w:rPr>
        <w:t xml:space="preserve">[10:42] </w:t>
      </w:r>
      <w:r>
        <w:t>to is ka talluq poori zindagi se hai, poori zindagi se.</w:t>
      </w:r>
    </w:p>
    <w:p>
      <w:pPr>
        <w:jc w:val="right"/>
      </w:pPr>
      <w:r>
        <w:t>تو اس کا تعلق پوری زندگی سے ہے، پوری زندگی سے۔</w:t>
      </w:r>
    </w:p>
    <w:p>
      <w:r>
        <w:rPr>
          <w:b/>
        </w:rPr>
        <w:t xml:space="preserve">[10:48] </w:t>
      </w:r>
      <w:r>
        <w:t>saum ki spirit. to roza jo hai, woh sirf khane peene ke liye nahin hai, saum spirit ke</w:t>
      </w:r>
    </w:p>
    <w:p>
      <w:pPr>
        <w:jc w:val="right"/>
      </w:pPr>
      <w:r>
        <w:t>صوم کی اسپرٹ۔ تو روزہ جو ہے، وہ صرف کھانے پینے کے لیے نہیں ہے، صوم اسپرٹ کے</w:t>
      </w:r>
    </w:p>
    <w:p>
      <w:r>
        <w:rPr>
          <w:b/>
        </w:rPr>
        <w:t xml:space="preserve">[10:54] </w:t>
      </w:r>
      <w:r>
        <w:t>liye hai. hadith mein aata hai ke "malmida qaul-e-Huzoor hai: wal-amal bihi, fa-laysa lil-Lahi haajatun fi an-yada</w:t>
      </w:r>
    </w:p>
    <w:p>
      <w:pPr>
        <w:jc w:val="right"/>
      </w:pPr>
      <w:r>
        <w:t>لیے ہے۔ حدیث میں آتا ہے کہ "ملمیدہ قولِ حضور ہے: والعمل به، فليس للہ حاجة فی أنیدہ</w:t>
      </w:r>
    </w:p>
    <w:p>
      <w:r>
        <w:rPr>
          <w:b/>
        </w:rPr>
        <w:t xml:space="preserve">[11:06] </w:t>
      </w:r>
      <w:r>
        <w:t>ta'aamihi wa sharaabihi". yani jis ne, is ka matlab yeh hua, jis ne roza to rakha bazahir, lekin us</w:t>
      </w:r>
    </w:p>
    <w:p>
      <w:pPr>
        <w:jc w:val="right"/>
      </w:pPr>
      <w:r>
        <w:t>طعامہ وشرابہ"۔ یعنی جس نے، اس کا مطلب یہ ہوا، جس نے روزہ تو رکھا بظاہر، لیکن اس</w:t>
      </w:r>
    </w:p>
    <w:p>
      <w:r>
        <w:rPr>
          <w:b/>
        </w:rPr>
        <w:t xml:space="preserve">[11:14] </w:t>
      </w:r>
      <w:r>
        <w:t>ne saum ki spirit ko ikhtiyar nahin kiya.</w:t>
      </w:r>
    </w:p>
    <w:p>
      <w:pPr>
        <w:jc w:val="right"/>
      </w:pPr>
      <w:r>
        <w:t>نے صوم کی اسپرٹ کو اختیار نہیں کیا۔</w:t>
      </w:r>
    </w:p>
    <w:p>
      <w:r>
        <w:rPr>
          <w:b/>
        </w:rPr>
        <w:t xml:space="preserve">[11:19] </w:t>
      </w:r>
      <w:r>
        <w:t>bazahir roza rakha, khane peene se, lekin saum ki spirit ko us ne ikhtiyar nahin kiya. to Allah</w:t>
      </w:r>
    </w:p>
    <w:p>
      <w:pPr>
        <w:jc w:val="right"/>
      </w:pPr>
      <w:r>
        <w:t>بظاہر روزہ رکھا، کھانے پینے سے، لیکن صوم کی اسپرٹ کو اس نے اختیار نہیں کیا۔ تو اللہ</w:t>
      </w:r>
    </w:p>
    <w:p>
      <w:r>
        <w:rPr>
          <w:b/>
        </w:rPr>
        <w:t xml:space="preserve">[11:25] </w:t>
      </w:r>
      <w:r>
        <w:t>ko us ki haajat nahin ke woh khana peena chhod de.</w:t>
      </w:r>
    </w:p>
    <w:p>
      <w:pPr>
        <w:jc w:val="right"/>
      </w:pPr>
      <w:r>
        <w:t>کو اس کی حاجت نہیں کہ وہ کھانا پینا چھوڑ دے۔</w:t>
      </w:r>
    </w:p>
    <w:p>
      <w:r>
        <w:rPr>
          <w:b/>
        </w:rPr>
        <w:t xml:space="preserve">[11:29] </w:t>
      </w:r>
      <w:r>
        <w:t>yani Allah use kahega ke jo saum ka maqsad tha,</w:t>
      </w:r>
    </w:p>
    <w:p>
      <w:pPr>
        <w:jc w:val="right"/>
      </w:pPr>
      <w:r>
        <w:t>یعنی اللہ اسے کہے گا کہ جو صوم کا مقصد تھا،</w:t>
      </w:r>
    </w:p>
    <w:p>
      <w:r>
        <w:rPr>
          <w:b/>
        </w:rPr>
        <w:t xml:space="preserve">[11:34] </w:t>
      </w:r>
      <w:r>
        <w:t>in terms of spirit, اسی کو نہیں اختیار کیا، تو خالی بھوکے پیاسے رہ گئے تو اس سے</w:t>
      </w:r>
    </w:p>
    <w:p>
      <w:pPr>
        <w:jc w:val="right"/>
      </w:pPr>
      <w:r>
        <w:t>in terms of اسپرٹ، اسی کو نہیں اختیار کیا، تو خالی بھوکے پیاسے رہ گئے تو اس سے</w:t>
      </w:r>
    </w:p>
    <w:p>
      <w:r>
        <w:rPr>
          <w:b/>
        </w:rPr>
        <w:t xml:space="preserve">[11:39] </w:t>
      </w:r>
      <w:r>
        <w:t>kya hua? yeh to hamara</w:t>
      </w:r>
    </w:p>
    <w:p>
      <w:pPr>
        <w:jc w:val="right"/>
      </w:pPr>
      <w:r>
        <w:t>کیا ہوا؟ یہ تو ہمارا</w:t>
      </w:r>
    </w:p>
    <w:p>
      <w:r>
        <w:rPr>
          <w:b/>
        </w:rPr>
        <w:t xml:space="preserve">[11:43] </w:t>
      </w:r>
      <w:r>
        <w:t>bataya hua roza nahin tha.</w:t>
      </w:r>
    </w:p>
    <w:p>
      <w:pPr>
        <w:jc w:val="right"/>
      </w:pPr>
      <w:r>
        <w:t>بتایا ہوا روزہ نہیں تھا۔</w:t>
      </w:r>
    </w:p>
    <w:p>
      <w:r>
        <w:rPr>
          <w:b/>
        </w:rPr>
        <w:t xml:space="preserve">[11:48] </w:t>
      </w:r>
      <w:r>
        <w:t>yeh baat hai, is ko samajhna chahiye.</w:t>
      </w:r>
    </w:p>
    <w:p>
      <w:pPr>
        <w:jc w:val="right"/>
      </w:pPr>
      <w:r>
        <w:t>یہ بات ہے، اس کو سمجھنا چاہیے۔</w:t>
      </w:r>
    </w:p>
    <w:p>
      <w:r>
        <w:rPr>
          <w:b/>
        </w:rPr>
        <w:t xml:space="preserve">[11:54] </w:t>
      </w:r>
      <w:r>
        <w:t>yeh baat hai, is ko samajhna chahiye.</w:t>
      </w:r>
    </w:p>
    <w:p>
      <w:pPr>
        <w:jc w:val="right"/>
      </w:pPr>
      <w:r>
        <w:t>یہ بات ہے، اس کو سمجھنا چاہیے۔</w:t>
      </w:r>
    </w:p>
    <w:p>
      <w:r>
        <w:rPr>
          <w:b/>
        </w:rPr>
        <w:t xml:space="preserve">[11:57] </w:t>
      </w:r>
      <w:r>
        <w:t>kal meri mulaqat ek musalman se hui,</w:t>
      </w:r>
    </w:p>
    <w:p>
      <w:pPr>
        <w:jc w:val="right"/>
      </w:pPr>
      <w:r>
        <w:t>کل میری ملاقات ایک مسلمان سے ہوئی،</w:t>
      </w:r>
    </w:p>
    <w:p>
      <w:r>
        <w:rPr>
          <w:b/>
        </w:rPr>
        <w:t xml:space="preserve">[12:01] </w:t>
      </w:r>
      <w:r>
        <w:t>to unhon ne mujhe</w:t>
      </w:r>
    </w:p>
    <w:p>
      <w:pPr>
        <w:jc w:val="right"/>
      </w:pPr>
      <w:r>
        <w:t>تو انہوں نے مجھے</w:t>
      </w:r>
    </w:p>
    <w:p>
      <w:r>
        <w:rPr>
          <w:b/>
        </w:rPr>
        <w:t xml:space="preserve">[12:05] </w:t>
      </w:r>
      <w:r>
        <w:t>apne haan iftar ki dawat di. main gaya nahin un ke haan, aur mujhe maloom hua ke tarah</w:t>
      </w:r>
    </w:p>
    <w:p>
      <w:pPr>
        <w:jc w:val="right"/>
      </w:pPr>
      <w:r>
        <w:t>اپنے ہاں افطار کی دعوت دی۔ میں گیا نہیں ان کے ہاں، اور مجھے معلوم ہوا کہ طرح</w:t>
      </w:r>
    </w:p>
    <w:p>
      <w:r>
        <w:rPr>
          <w:b/>
        </w:rPr>
        <w:t xml:space="preserve">[12:11] </w:t>
      </w:r>
      <w:r>
        <w:t>tarah ke khane pakwaye the unhon ne.</w:t>
      </w:r>
    </w:p>
    <w:p>
      <w:pPr>
        <w:jc w:val="right"/>
      </w:pPr>
      <w:r>
        <w:t>طرح کے کھانے پکوائے تھے انہوں نے۔</w:t>
      </w:r>
    </w:p>
    <w:p>
      <w:r>
        <w:rPr>
          <w:b/>
        </w:rPr>
        <w:t xml:space="preserve">[12:14] </w:t>
      </w:r>
      <w:r>
        <w:t>to baat cheet ke douran unhon ne kaha ke</w:t>
      </w:r>
    </w:p>
    <w:p>
      <w:pPr>
        <w:jc w:val="right"/>
      </w:pPr>
      <w:r>
        <w:t>تو بات چیت کے دوران انہوں نے کہا کہ</w:t>
      </w:r>
    </w:p>
    <w:p>
      <w:r>
        <w:rPr>
          <w:b/>
        </w:rPr>
        <w:t xml:space="preserve">[12:17] </w:t>
      </w:r>
      <w:r>
        <w:t>iftar mein to yahi sab hota hai, khana peena ka ehtimam.</w:t>
      </w:r>
    </w:p>
    <w:p>
      <w:pPr>
        <w:jc w:val="right"/>
      </w:pPr>
      <w:r>
        <w:t>افطار میں تو یہی سب ہوتا ہے، کھانا پینا کا اہتمام۔</w:t>
      </w:r>
    </w:p>
    <w:p>
      <w:r>
        <w:rPr>
          <w:b/>
        </w:rPr>
        <w:t xml:space="preserve">[12:22] </w:t>
      </w:r>
      <w:r>
        <w:t>to kaha, roza is liye hai ke iftar ka waqt khoob khaya piya jaye.</w:t>
      </w:r>
    </w:p>
    <w:p>
      <w:pPr>
        <w:jc w:val="right"/>
      </w:pPr>
      <w:r>
        <w:t>تو کہا، روزہ اس لیے ہے کہ افطار کا وقت خوب کھایا پیا جائے۔</w:t>
      </w:r>
    </w:p>
    <w:p>
      <w:r>
        <w:rPr>
          <w:b/>
        </w:rPr>
        <w:t xml:space="preserve">[12:27] </w:t>
      </w:r>
      <w:r>
        <w:t>yeh roza nahi hai,</w:t>
      </w:r>
    </w:p>
    <w:p>
      <w:pPr>
        <w:jc w:val="right"/>
      </w:pPr>
      <w:r>
        <w:t>یہ روزہ نہیں ہے،</w:t>
      </w:r>
    </w:p>
    <w:p>
      <w:r>
        <w:rPr>
          <w:b/>
        </w:rPr>
        <w:t xml:space="preserve">[12:29] </w:t>
      </w:r>
      <w:r>
        <w:t>yeh apni banayi hui rasam hai.</w:t>
      </w:r>
    </w:p>
    <w:p>
      <w:pPr>
        <w:jc w:val="right"/>
      </w:pPr>
      <w:r>
        <w:t>یہ اپنی بنائی ہوئی رسم ہے۔</w:t>
      </w:r>
    </w:p>
    <w:p>
      <w:r>
        <w:rPr>
          <w:b/>
        </w:rPr>
        <w:t xml:space="preserve">[12:33] </w:t>
      </w:r>
      <w:r>
        <w:t>to roze ki haqeeqat samajhne ke liye saum ke mani daryaft karne honge. Ke saum ke mani</w:t>
      </w:r>
    </w:p>
    <w:p>
      <w:pPr>
        <w:jc w:val="right"/>
      </w:pPr>
      <w:r>
        <w:t>تو روزے کی حقیقت سمجھنے کے لیے صوم کے معنی دریافت کرنے ہوں گے۔ کہ صوم کے معنی</w:t>
      </w:r>
    </w:p>
    <w:p>
      <w:r>
        <w:rPr>
          <w:b/>
        </w:rPr>
        <w:t xml:space="preserve">[12:39] </w:t>
      </w:r>
      <w:r>
        <w:t>hain abstinence, rukna.</w:t>
      </w:r>
    </w:p>
    <w:p>
      <w:pPr>
        <w:jc w:val="right"/>
      </w:pPr>
      <w:r>
        <w:t>ہیں abstinence، رکنا۔</w:t>
      </w:r>
    </w:p>
    <w:p>
      <w:r>
        <w:rPr>
          <w:b/>
        </w:rPr>
        <w:t xml:space="preserve">[12:43] </w:t>
      </w:r>
      <w:r>
        <w:t>yani agar mein lafz baddu mein kahunga ke restraint, self-restraint.</w:t>
      </w:r>
    </w:p>
    <w:p>
      <w:pPr>
        <w:jc w:val="right"/>
      </w:pPr>
      <w:r>
        <w:t>یعنی اگر میں لفظ بدو میں کہوں گا کہ restraint، self-restraint۔</w:t>
      </w:r>
    </w:p>
    <w:p>
      <w:r>
        <w:rPr>
          <w:b/>
        </w:rPr>
        <w:t xml:space="preserve">[12:51] </w:t>
      </w:r>
      <w:r>
        <w:t>roza aadmi ke andar</w:t>
      </w:r>
    </w:p>
    <w:p>
      <w:pPr>
        <w:jc w:val="right"/>
      </w:pPr>
      <w:r>
        <w:t>روزہ آدمی کے اندر</w:t>
      </w:r>
    </w:p>
    <w:p>
      <w:r>
        <w:rPr>
          <w:b/>
        </w:rPr>
        <w:t xml:space="preserve">[12:53] </w:t>
      </w:r>
      <w:r>
        <w:t>self-restraint ki spirit paida karta hai, apne ko rokna, apne ko thamna.</w:t>
      </w:r>
    </w:p>
    <w:p>
      <w:pPr>
        <w:jc w:val="right"/>
      </w:pPr>
      <w:r>
        <w:t>self-restraint کی اسپرٹ پیدا کرتا ہے، اپنے کو روکنا، اپنے کو تھامنا۔</w:t>
      </w:r>
    </w:p>
    <w:p>
      <w:r>
        <w:rPr>
          <w:b/>
        </w:rPr>
        <w:t xml:space="preserve">[13:01] </w:t>
      </w:r>
      <w:r>
        <w:t>dekhein, Quran mein Rasool Allah ko</w:t>
      </w:r>
    </w:p>
    <w:p>
      <w:pPr>
        <w:jc w:val="right"/>
      </w:pPr>
      <w:r>
        <w:t>دیکھیں، قرآن میں رسول اللہ کو</w:t>
      </w:r>
    </w:p>
    <w:p>
      <w:r>
        <w:rPr>
          <w:b/>
        </w:rPr>
        <w:t xml:space="preserve">[13:04] </w:t>
      </w:r>
      <w:r>
        <w:t>hukm diya gaya dawat ka, to wahan par aaya hai:</w:t>
      </w:r>
    </w:p>
    <w:p>
      <w:pPr>
        <w:jc w:val="right"/>
      </w:pPr>
      <w:r>
        <w:t>حکم دیا گیا دعوت کا، تو وہاں پر آیا ہے:</w:t>
      </w:r>
    </w:p>
    <w:p>
      <w:r>
        <w:rPr>
          <w:b/>
        </w:rPr>
        <w:t xml:space="preserve">[13:09] </w:t>
      </w:r>
      <w:r>
        <w:t>"qum fanzir wa rabbaka fasbir".</w:t>
      </w:r>
    </w:p>
    <w:p>
      <w:pPr>
        <w:jc w:val="right"/>
      </w:pPr>
      <w:r>
        <w:t>"قوم فانذر وربک فاصبر"۔</w:t>
      </w:r>
    </w:p>
    <w:p>
      <w:r>
        <w:rPr>
          <w:b/>
        </w:rPr>
        <w:t xml:space="preserve">[13:15] </w:t>
      </w:r>
      <w:r>
        <w:t>utho aur logon ko dawat do, aur Allah ke liye sabr karo.</w:t>
      </w:r>
    </w:p>
    <w:p>
      <w:pPr>
        <w:jc w:val="right"/>
      </w:pPr>
      <w:r>
        <w:t>اٹھو اور لوگوں کو دعوت دو، اور اللہ کے لیے صبر کرو۔</w:t>
      </w:r>
    </w:p>
    <w:p>
      <w:r>
        <w:rPr>
          <w:b/>
        </w:rPr>
        <w:t xml:space="preserve">[13:22] </w:t>
      </w:r>
      <w:r>
        <w:t>yeh sabr kya hai? Sabr yahi hai ke woh kya karte hain, us par ghussa mat ho.</w:t>
      </w:r>
    </w:p>
    <w:p>
      <w:pPr>
        <w:jc w:val="right"/>
      </w:pPr>
      <w:r>
        <w:t>یہ صبر کیا ہے؟ صبر یہی ہے کہ وہ کیا کرتے ہیں، اس پر غصہ مت ہو۔</w:t>
      </w:r>
    </w:p>
    <w:p>
      <w:r>
        <w:rPr>
          <w:b/>
        </w:rPr>
        <w:t xml:space="preserve">[13:29] </w:t>
      </w:r>
      <w:r>
        <w:t>agar us par ghussa hoga to dawat ka kaam nahi kar sakte.</w:t>
      </w:r>
    </w:p>
    <w:p>
      <w:pPr>
        <w:jc w:val="right"/>
      </w:pPr>
      <w:r>
        <w:t>اگر اس پر غصہ ہوگا تو دعوت کا کام نہیں کر سکتے۔</w:t>
      </w:r>
    </w:p>
    <w:p>
      <w:r>
        <w:rPr>
          <w:b/>
        </w:rPr>
        <w:t xml:space="preserve">[13:35] </w:t>
      </w:r>
      <w:r>
        <w:t>to Tunes mein, beach</w:t>
      </w:r>
    </w:p>
    <w:p>
      <w:pPr>
        <w:jc w:val="right"/>
      </w:pPr>
      <w:r>
        <w:t>تو ٹونیز میں، بیچ</w:t>
      </w:r>
    </w:p>
    <w:p>
      <w:r>
        <w:rPr>
          <w:b/>
        </w:rPr>
        <w:t xml:space="preserve">[13:39] </w:t>
      </w:r>
      <w:r>
        <w:t>Tunes ke sahil par, jo</w:t>
      </w:r>
    </w:p>
    <w:p>
      <w:pPr>
        <w:jc w:val="right"/>
      </w:pPr>
      <w:r>
        <w:t>ٹونیز کے ساحل پر، جو</w:t>
      </w:r>
    </w:p>
    <w:p>
      <w:r>
        <w:rPr>
          <w:b/>
        </w:rPr>
        <w:t xml:space="preserve">[13:43] </w:t>
      </w:r>
      <w:r>
        <w:t>ikhatta hue the, jo sayah, jo tourist, to un ke apne culture ke aitbar se kuch khel tamasha</w:t>
      </w:r>
    </w:p>
    <w:p>
      <w:pPr>
        <w:jc w:val="right"/>
      </w:pPr>
      <w:r>
        <w:t>اکٹھا ہوئے تھے، جو سیاح، جو ٹورسٹ، تو ان کے اپنے کلچر کے اعتبار سے کچھ کھیل تماشہ</w:t>
      </w:r>
    </w:p>
    <w:p>
      <w:r>
        <w:rPr>
          <w:b/>
        </w:rPr>
        <w:t xml:space="preserve">[13:50] </w:t>
      </w:r>
      <w:r>
        <w:t>hoga, woh karte honge wahan.</w:t>
      </w:r>
    </w:p>
    <w:p>
      <w:pPr>
        <w:jc w:val="right"/>
      </w:pPr>
      <w:r>
        <w:t>ہوگا، وہ کرتے ہوں گے وہاں۔</w:t>
      </w:r>
    </w:p>
    <w:p>
      <w:r>
        <w:rPr>
          <w:b/>
        </w:rPr>
        <w:t xml:space="preserve">[13:53] </w:t>
      </w:r>
      <w:r>
        <w:t>to is par sabr karna tha.</w:t>
      </w:r>
    </w:p>
    <w:p>
      <w:pPr>
        <w:jc w:val="right"/>
      </w:pPr>
      <w:r>
        <w:t>تو اس پر صبر کرنا تھا۔</w:t>
      </w:r>
    </w:p>
    <w:p>
      <w:r>
        <w:rPr>
          <w:b/>
        </w:rPr>
        <w:t xml:space="preserve">[13:56] </w:t>
      </w:r>
      <w:r>
        <w:t>daai ko sabr karna padta hai madu ke fi'l par, tab dawat ka kaam shuru hota hai.</w:t>
      </w:r>
    </w:p>
    <w:p>
      <w:pPr>
        <w:jc w:val="right"/>
      </w:pPr>
      <w:r>
        <w:t>داعی کو صبر کرنا پڑتا ہے مدعو کے فعل پر، تب دعوت کا کام شروع ہوتا ہے۔</w:t>
      </w:r>
    </w:p>
    <w:p>
      <w:r>
        <w:rPr>
          <w:b/>
        </w:rPr>
        <w:t xml:space="preserve">[14:05] </w:t>
      </w:r>
      <w:r>
        <w:t>agar sabr na kiya jaye to dawat ka kaam bhi shuru nahi hoga.</w:t>
      </w:r>
    </w:p>
    <w:p>
      <w:pPr>
        <w:jc w:val="right"/>
      </w:pPr>
      <w:r>
        <w:t>اگر صبر نہ کیا جائے تو دعوت کا کام بھی شروع نہیں ہوگا۔</w:t>
      </w:r>
    </w:p>
    <w:p>
      <w:r>
        <w:rPr>
          <w:b/>
        </w:rPr>
        <w:t xml:space="preserve">[14:15] </w:t>
      </w:r>
      <w:r>
        <w:t>dawat ka kaam shuru nahi hoga.</w:t>
      </w:r>
    </w:p>
    <w:p>
      <w:pPr>
        <w:jc w:val="right"/>
      </w:pPr>
      <w:r>
        <w:t>دعوت کا کام شروع نہیں ہوگا۔</w:t>
      </w:r>
    </w:p>
    <w:p>
      <w:r>
        <w:rPr>
          <w:b/>
        </w:rPr>
        <w:t xml:space="preserve">[14:18] </w:t>
      </w:r>
      <w:r>
        <w:t>aise jo log meditation chala rahe hain jihad ke naam par,</w:t>
      </w:r>
    </w:p>
    <w:p>
      <w:pPr>
        <w:jc w:val="right"/>
      </w:pPr>
      <w:r>
        <w:t>ایسے جو لوگ میڈیٹیشن چلا رہے ہیں جہاد کے نام پر،</w:t>
      </w:r>
    </w:p>
    <w:p>
      <w:r>
        <w:rPr>
          <w:b/>
        </w:rPr>
        <w:t xml:space="preserve">[14:22] </w:t>
      </w:r>
      <w:r>
        <w:t>aap jante hain ke jihad ke naam par</w:t>
      </w:r>
    </w:p>
    <w:p>
      <w:pPr>
        <w:jc w:val="right"/>
      </w:pPr>
      <w:r>
        <w:t>آپ جانتے ہیں کہ جہاد کے نام پر</w:t>
      </w:r>
    </w:p>
    <w:p>
      <w:r>
        <w:rPr>
          <w:b/>
        </w:rPr>
        <w:t xml:space="preserve">[14:26] </w:t>
      </w:r>
      <w:r>
        <w:t>waar ho rahi hai,</w:t>
      </w:r>
    </w:p>
    <w:p>
      <w:pPr>
        <w:jc w:val="right"/>
      </w:pPr>
      <w:r>
        <w:t>وار ہو رہی ہے،</w:t>
      </w:r>
    </w:p>
    <w:p>
      <w:r>
        <w:rPr>
          <w:b/>
        </w:rPr>
        <w:t xml:space="preserve">[14:29] </w:t>
      </w:r>
      <w:r>
        <w:t>ladai bhadai ho rahi hai, waar islam ke naam par.</w:t>
      </w:r>
    </w:p>
    <w:p>
      <w:pPr>
        <w:jc w:val="right"/>
      </w:pPr>
      <w:r>
        <w:t>لڑائی بھڑائی ہو رہی ہے، وار اسلام کے نام پر۔</w:t>
      </w:r>
    </w:p>
    <w:p>
      <w:r>
        <w:rPr>
          <w:b/>
        </w:rPr>
        <w:t xml:space="preserve">[14:35] </w:t>
      </w:r>
      <w:r>
        <w:t>to agar woh apne ko, agar woh sabr karen, yani jin logon se ghussa ho kar un ke</w:t>
      </w:r>
    </w:p>
    <w:p>
      <w:pPr>
        <w:jc w:val="right"/>
      </w:pPr>
      <w:r>
        <w:t>تو اگر وہ اپنے کو، اگر وہ صبر کریں، یعنی جن لوگوں سے غصہ ہو کر ان کے</w:t>
      </w:r>
    </w:p>
    <w:p>
      <w:r>
        <w:rPr>
          <w:b/>
        </w:rPr>
        <w:t xml:space="preserve">[14:40] </w:t>
      </w:r>
      <w:r>
        <w:t>khilaf attack kar rahe hain,</w:t>
      </w:r>
    </w:p>
    <w:p>
      <w:pPr>
        <w:jc w:val="right"/>
      </w:pPr>
      <w:r>
        <w:t>خلاف اٹیک کر رہے ہیں،</w:t>
      </w:r>
    </w:p>
    <w:p>
      <w:r>
        <w:rPr>
          <w:b/>
        </w:rPr>
        <w:t xml:space="preserve">[14:43] </w:t>
      </w:r>
      <w:r>
        <w:t>pehle attack karne se pehle woh sochen, apne ko thaam kar, rok kar.</w:t>
      </w:r>
    </w:p>
    <w:p>
      <w:pPr>
        <w:jc w:val="right"/>
      </w:pPr>
      <w:r>
        <w:t>پہلے اٹیک کرنے سے پہلے وہ سوچیں، اپنے کو تھام کر، روک کر۔</w:t>
      </w:r>
    </w:p>
    <w:p>
      <w:r>
        <w:rPr>
          <w:b/>
        </w:rPr>
        <w:t xml:space="preserve">[14:51] </w:t>
      </w:r>
      <w:r>
        <w:t>to sochen to sochen ke yeh to hamare madu hain,</w:t>
      </w:r>
    </w:p>
    <w:p>
      <w:pPr>
        <w:jc w:val="right"/>
      </w:pPr>
      <w:r>
        <w:t>تو سوچیں تو سوچیں کہ یہ تو ہمارے مدعو ہیں،</w:t>
      </w:r>
    </w:p>
    <w:p>
      <w:r>
        <w:rPr>
          <w:b/>
        </w:rPr>
        <w:t xml:space="preserve">[14:55] </w:t>
      </w:r>
      <w:r>
        <w:t>yeh insan hain, yeh hamare liye madu hain, aur madu jo hain woh hamare liye dawat ka</w:t>
      </w:r>
    </w:p>
    <w:p>
      <w:pPr>
        <w:jc w:val="right"/>
      </w:pPr>
      <w:r>
        <w:t>یہ انسان ہیں، یہ ہمارے لیے مدعو ہیں، اور مدعو جو ہیں وہ ہمارے لیے دعوت کا</w:t>
      </w:r>
    </w:p>
    <w:p>
      <w:r>
        <w:rPr>
          <w:b/>
        </w:rPr>
        <w:t xml:space="preserve">[15:01] </w:t>
      </w:r>
      <w:r>
        <w:t>mauqa hai. jab masjid hai to wahan namaz ka mauqa hai. is liye masjid ko bohat bara darja</w:t>
      </w:r>
    </w:p>
    <w:p>
      <w:pPr>
        <w:jc w:val="right"/>
      </w:pPr>
      <w:r>
        <w:t>موقع ہے۔ جب مسجد ہے تو وہاں نماز کا موقع ہے۔ اس لیے مسجد کو بہت بڑا درجہ</w:t>
      </w:r>
    </w:p>
    <w:p>
      <w:r>
        <w:rPr>
          <w:b/>
        </w:rPr>
        <w:t xml:space="preserve">[15:08] </w:t>
      </w:r>
      <w:r>
        <w:t>diya gaya hai.</w:t>
      </w:r>
    </w:p>
    <w:p>
      <w:pPr>
        <w:jc w:val="right"/>
      </w:pPr>
      <w:r>
        <w:t>دیا گیا ہے۔</w:t>
      </w:r>
    </w:p>
    <w:p>
      <w:r>
        <w:rPr>
          <w:b/>
        </w:rPr>
        <w:t xml:space="preserve">[15:11] </w:t>
      </w:r>
      <w:r>
        <w:t>masjid ko bara bara darja diya gaya hai ke wahan aap namaz parh sakte hain. aise hi insanon</w:t>
      </w:r>
    </w:p>
    <w:p>
      <w:pPr>
        <w:jc w:val="right"/>
      </w:pPr>
      <w:r>
        <w:t>مسجد کو بڑا بڑا درجہ دیا گیا ہے کہ وہاں آپ نماز پڑھ سکتے ہیں۔ ایسے ہی انسانوں</w:t>
      </w:r>
    </w:p>
    <w:p>
      <w:r>
        <w:rPr>
          <w:b/>
        </w:rPr>
        <w:t xml:space="preserve">[15:16] </w:t>
      </w:r>
      <w:r>
        <w:t>ka koi gathering ho to woh bohat bara darja is ka hai ke wahan dawat ka kaam kar</w:t>
      </w:r>
    </w:p>
    <w:p>
      <w:pPr>
        <w:jc w:val="right"/>
      </w:pPr>
      <w:r>
        <w:t>کا کوئی گیدرنگ ہو تو وہ بہت بڑا درجہ اس کا ہے کہ وہاں دعوت کا کام کر</w:t>
      </w:r>
    </w:p>
    <w:p>
      <w:r>
        <w:rPr>
          <w:b/>
        </w:rPr>
        <w:t xml:space="preserve">[15:21] </w:t>
      </w:r>
      <w:r>
        <w:t>sakte hain aap.</w:t>
      </w:r>
    </w:p>
    <w:p>
      <w:pPr>
        <w:jc w:val="right"/>
      </w:pPr>
      <w:r>
        <w:t>سکتے ہیں آپ۔</w:t>
      </w:r>
    </w:p>
    <w:p>
      <w:r>
        <w:rPr>
          <w:b/>
        </w:rPr>
        <w:t xml:space="preserve">[15:24] </w:t>
      </w:r>
      <w:r>
        <w:t>kaisi ajeeb baat hai.</w:t>
      </w:r>
    </w:p>
    <w:p>
      <w:pPr>
        <w:jc w:val="right"/>
      </w:pPr>
      <w:r>
        <w:t>کیسی عجیب بات ہے۔</w:t>
      </w:r>
    </w:p>
    <w:p>
      <w:r>
        <w:rPr>
          <w:b/>
        </w:rPr>
        <w:t xml:space="preserve">[15:26] </w:t>
      </w:r>
      <w:r>
        <w:t>to jin logon par aap ghussa hote hain, un par bomb marte hain, gun chalate hain, un ki</w:t>
      </w:r>
    </w:p>
    <w:p>
      <w:pPr>
        <w:jc w:val="right"/>
      </w:pPr>
      <w:r>
        <w:t>تو جن لوگوں پر آپ غصہ ہوتے ہیں، ان پر بم مارتے ہیں، گن چلاتے ہیں، ان کی</w:t>
      </w:r>
    </w:p>
    <w:p>
      <w:r>
        <w:rPr>
          <w:b/>
        </w:rPr>
        <w:t xml:space="preserve">[15:33] </w:t>
      </w:r>
      <w:r>
        <w:t>doosri pehlu yeh hai ke woh insan hain, woh aik jagah akhatta hue hain, to woh madu hain</w:t>
      </w:r>
    </w:p>
    <w:p>
      <w:pPr>
        <w:jc w:val="right"/>
      </w:pPr>
      <w:r>
        <w:t>دوسری پہلو یہ ہے کہ وہ انسان ہیں، وہ ایک جگہ اکٹھا ہوئے ہیں، تو وہ مدعو ہیں</w:t>
      </w:r>
    </w:p>
    <w:p>
      <w:r>
        <w:rPr>
          <w:b/>
        </w:rPr>
        <w:t xml:space="preserve">[15:39] </w:t>
      </w:r>
      <w:r>
        <w:t>aap ke, un par dawat ka kaam kar ke aap bohat bara sawab hasil kar sakte hain.</w:t>
      </w:r>
    </w:p>
    <w:p>
      <w:pPr>
        <w:jc w:val="right"/>
      </w:pPr>
      <w:r>
        <w:t>آپ کے، ان پر دعوت کا کام کر کے آپ بہت بڑا ثواب حاصل کر سکتے ہیں۔</w:t>
      </w:r>
    </w:p>
    <w:p>
      <w:r>
        <w:rPr>
          <w:b/>
        </w:rPr>
        <w:t xml:space="preserve">[15:46] </w:t>
      </w:r>
      <w:r>
        <w:t>to yeh jo spirit hai, saum ki spirit, yeh daily life mein isi tarah se matloob hai.</w:t>
      </w:r>
    </w:p>
    <w:p>
      <w:pPr>
        <w:jc w:val="right"/>
      </w:pPr>
      <w:r>
        <w:t>تو یہ جو اسپرٹ ہے، صوم کی اسپرٹ، یہ ڈیلی لائف میں اسی طرح سے مطلوب ہے۔</w:t>
      </w:r>
    </w:p>
    <w:p>
      <w:r>
        <w:rPr>
          <w:b/>
        </w:rPr>
        <w:t xml:space="preserve">[15:54] </w:t>
      </w:r>
      <w:r>
        <w:t>dekhen, daily life mein kya hota</w:t>
      </w:r>
    </w:p>
    <w:p>
      <w:pPr>
        <w:jc w:val="right"/>
      </w:pPr>
      <w:r>
        <w:t>دیکھیں، ڈیلی لائف میں کیا ہوتا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