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Ramadan, Month of Quran June 28, 2015</w:t>
      </w:r>
    </w:p>
    <w:p>
      <w:r>
        <w:t>https://www.youtube.com/watch?v=xaw070RcKoY</w:t>
      </w:r>
    </w:p>
    <w:p>
      <w:r>
        <w:rPr>
          <w:b/>
        </w:rPr>
        <w:t xml:space="preserve">[00:21] </w:t>
      </w:r>
      <w:r>
        <w:t>bismillah rahman rahim, wa salla Allahu ala nabi al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[00:32] </w:t>
      </w:r>
      <w:r>
        <w:t>wahlul uqdatan min lisani yafqahu qawli. 28 june</w:t>
      </w:r>
    </w:p>
    <w:p>
      <w:pPr>
        <w:jc w:val="right"/>
      </w:pPr>
      <w:r>
        <w:t>واحل العقدۃ من لسانی یفقہ قولی۔ 28 جون</w:t>
      </w:r>
    </w:p>
    <w:p>
      <w:r>
        <w:rPr>
          <w:b/>
        </w:rPr>
        <w:t xml:space="preserve">[00:39] </w:t>
      </w:r>
      <w:r>
        <w:t>2015. yeh ramzan ka mahina hai,</w:t>
      </w:r>
    </w:p>
    <w:p>
      <w:pPr>
        <w:jc w:val="right"/>
      </w:pPr>
      <w:r>
        <w:t>2015۔ یہ رمضان کا مہینہ ہے،</w:t>
      </w:r>
    </w:p>
    <w:p>
      <w:r>
        <w:rPr>
          <w:b/>
        </w:rPr>
        <w:t xml:space="preserve">[00:48] </w:t>
      </w:r>
      <w:r>
        <w:t>is nisbat se main</w:t>
      </w:r>
    </w:p>
    <w:p>
      <w:pPr>
        <w:jc w:val="right"/>
      </w:pPr>
      <w:r>
        <w:t>اس نسبت سے میں</w:t>
      </w:r>
    </w:p>
    <w:p>
      <w:r>
        <w:rPr>
          <w:b/>
        </w:rPr>
        <w:t xml:space="preserve">[00:51] </w:t>
      </w:r>
      <w:r>
        <w:t>kuch kehna chahta hoon.</w:t>
      </w:r>
    </w:p>
    <w:p>
      <w:pPr>
        <w:jc w:val="right"/>
      </w:pPr>
      <w:r>
        <w:t>کچھ کہنا چاہتا ہوں۔</w:t>
      </w:r>
    </w:p>
    <w:p>
      <w:r>
        <w:rPr>
          <w:b/>
        </w:rPr>
        <w:t xml:space="preserve">[00:55] </w:t>
      </w:r>
      <w:r>
        <w:t>quran mein jahan</w:t>
      </w:r>
    </w:p>
    <w:p>
      <w:pPr>
        <w:jc w:val="right"/>
      </w:pPr>
      <w:r>
        <w:t>قرآن میں جہاں</w:t>
      </w:r>
    </w:p>
    <w:p>
      <w:r>
        <w:rPr>
          <w:b/>
        </w:rPr>
        <w:t xml:space="preserve">[00:59] </w:t>
      </w:r>
      <w:r>
        <w:t>rozay ka hukum aaya hai, wahan yeh alfaaz hain:</w:t>
      </w:r>
    </w:p>
    <w:p>
      <w:pPr>
        <w:jc w:val="right"/>
      </w:pPr>
      <w:r>
        <w:t>روزے کا حکم آیا ہے، وہاں یہ الفاظ ہیں:</w:t>
      </w:r>
    </w:p>
    <w:p>
      <w:r>
        <w:rPr>
          <w:b/>
        </w:rPr>
        <w:t xml:space="preserve">[01:03] </w:t>
      </w:r>
      <w:r>
        <w:t>shahr ramzan allazi unzil fihil quran</w:t>
      </w:r>
    </w:p>
    <w:p>
      <w:pPr>
        <w:jc w:val="right"/>
      </w:pPr>
      <w:r>
        <w:t>شهر رمضان الذي أنزل فيه القرآن</w:t>
      </w:r>
    </w:p>
    <w:p>
      <w:r>
        <w:rPr>
          <w:b/>
        </w:rPr>
        <w:t xml:space="preserve">[01:10] </w:t>
      </w:r>
      <w:r>
        <w:t>huda lil nas wa bayyinat min al huda wal furqan</w:t>
      </w:r>
    </w:p>
    <w:p>
      <w:pPr>
        <w:jc w:val="right"/>
      </w:pPr>
      <w:r>
        <w:t>هدى للناس وبينات من الهدى والفرقان</w:t>
      </w:r>
    </w:p>
    <w:p>
      <w:r>
        <w:rPr>
          <w:b/>
        </w:rPr>
        <w:t xml:space="preserve">[01:15] </w:t>
      </w:r>
      <w:r>
        <w:t>yani rozay ramzan ke mahine mein farz kiya gaya.</w:t>
      </w:r>
    </w:p>
    <w:p>
      <w:pPr>
        <w:jc w:val="right"/>
      </w:pPr>
      <w:r>
        <w:t>یعنی روزہ رمضان کے مہینے میں فرض کیا گیا۔</w:t>
      </w:r>
    </w:p>
    <w:p>
      <w:r>
        <w:rPr>
          <w:b/>
        </w:rPr>
        <w:t xml:space="preserve">[01:21] </w:t>
      </w:r>
      <w:r>
        <w:t>rozay ek mahine ka hota hai, aur ramzan ke mahine mein rozay rakhne ko farz qarar diya gaya.</w:t>
      </w:r>
    </w:p>
    <w:p>
      <w:pPr>
        <w:jc w:val="right"/>
      </w:pPr>
      <w:r>
        <w:t>روزہ ایک مہینے کا ہوتا ہے، اور رمضان کے مہینے میں روزہ رکھنے کو فرض قرار دیا گیا۔</w:t>
      </w:r>
    </w:p>
    <w:p>
      <w:r>
        <w:rPr>
          <w:b/>
        </w:rPr>
        <w:t xml:space="preserve">[01:31] </w:t>
      </w:r>
      <w:r>
        <w:t>is se maloom hota hai ke rozay aur ramzan mein bohat munasbat hai.</w:t>
      </w:r>
    </w:p>
    <w:p>
      <w:pPr>
        <w:jc w:val="right"/>
      </w:pPr>
      <w:r>
        <w:t>اس سے معلوم ہوتا ہے کہ روزہ اور رمضان میں بہت مناسبت ہے۔</w:t>
      </w:r>
    </w:p>
    <w:p>
      <w:r>
        <w:rPr>
          <w:b/>
        </w:rPr>
        <w:t xml:space="preserve">[01:39] </w:t>
      </w:r>
      <w:r>
        <w:t>is liye main yeh kahoon to sahi hoga ke rozay</w:t>
      </w:r>
    </w:p>
    <w:p>
      <w:pPr>
        <w:jc w:val="right"/>
      </w:pPr>
      <w:r>
        <w:t>اس لیے میں یہ کہوں تو صحیح ہوگا کہ روزہ</w:t>
      </w:r>
    </w:p>
    <w:p>
      <w:r>
        <w:rPr>
          <w:b/>
        </w:rPr>
        <w:t xml:space="preserve">[01:46] </w:t>
      </w:r>
      <w:r>
        <w:t>shahrul quran hai.</w:t>
      </w:r>
    </w:p>
    <w:p>
      <w:pPr>
        <w:jc w:val="right"/>
      </w:pPr>
      <w:r>
        <w:t>شہر القرآن ہے۔</w:t>
      </w:r>
    </w:p>
    <w:p>
      <w:r>
        <w:rPr>
          <w:b/>
        </w:rPr>
        <w:t xml:space="preserve">[01:49] </w:t>
      </w:r>
      <w:r>
        <w:t>rozay shahrul quran hai, yani quran ka mahina hai.</w:t>
      </w:r>
    </w:p>
    <w:p>
      <w:pPr>
        <w:jc w:val="right"/>
      </w:pPr>
      <w:r>
        <w:t>روزہ شہر القرآن ہے، یعنی قرآن کا مہینہ ہے۔</w:t>
      </w:r>
    </w:p>
    <w:p>
      <w:r>
        <w:rPr>
          <w:b/>
        </w:rPr>
        <w:t xml:space="preserve">[01:57] </w:t>
      </w:r>
      <w:r>
        <w:t>isi liye ummat mein</w:t>
      </w:r>
    </w:p>
    <w:p>
      <w:pPr>
        <w:jc w:val="right"/>
      </w:pPr>
      <w:r>
        <w:t>اسی لیے امت میں</w:t>
      </w:r>
    </w:p>
    <w:p>
      <w:r>
        <w:rPr>
          <w:b/>
        </w:rPr>
        <w:t xml:space="preserve">[02:00] </w:t>
      </w:r>
      <w:r>
        <w:t>hamesha se yeh riwaj raha hai ke ramzan mein quran bohat zyada parha jata hai.</w:t>
      </w:r>
    </w:p>
    <w:p>
      <w:pPr>
        <w:jc w:val="right"/>
      </w:pPr>
      <w:r>
        <w:t>ہمیشہ سے یہ رواج رہا ہے کہ رمضان میں قرآن بہت زیادہ پڑھا جاتا ہے۔</w:t>
      </w:r>
    </w:p>
    <w:p>
      <w:r>
        <w:rPr>
          <w:b/>
        </w:rPr>
        <w:t xml:space="preserve">[02:07] </w:t>
      </w:r>
      <w:r>
        <w:t>jo aaj kal jo tarawih hoti hai, tarawih khatm quran ke liye hoti hai.</w:t>
      </w:r>
    </w:p>
    <w:p>
      <w:pPr>
        <w:jc w:val="right"/>
      </w:pPr>
      <w:r>
        <w:t>جو آج کل جو تراویح ہوتی ہے، تراویح ختم قرآن کے لیے ہوتی ہے۔</w:t>
      </w:r>
    </w:p>
    <w:p>
      <w:r>
        <w:rPr>
          <w:b/>
        </w:rPr>
        <w:t xml:space="preserve">[02:14] </w:t>
      </w:r>
      <w:r>
        <w:t>tarawih ka ijtimai nizam hazrat umar ke zamane mein qaim hua,</w:t>
      </w:r>
    </w:p>
    <w:p>
      <w:pPr>
        <w:jc w:val="right"/>
      </w:pPr>
      <w:r>
        <w:t>تراویح کا اجتماعی نظم حضرت عمر کے زمانے میں قائم ہوا،</w:t>
      </w:r>
    </w:p>
    <w:p>
      <w:r>
        <w:rPr>
          <w:b/>
        </w:rPr>
        <w:t xml:space="preserve">[02:22] </w:t>
      </w:r>
      <w:r>
        <w:t>aur is ke baad barabar poori tareekh mein jari raha.</w:t>
      </w:r>
    </w:p>
    <w:p>
      <w:pPr>
        <w:jc w:val="right"/>
      </w:pPr>
      <w:r>
        <w:t>اور اس کے بعد برابر پوری تاریخ میں جاری رہا۔</w:t>
      </w:r>
    </w:p>
    <w:p>
      <w:r>
        <w:rPr>
          <w:b/>
        </w:rPr>
        <w:t xml:space="preserve">[02:27] </w:t>
      </w:r>
      <w:r>
        <w:t>is mein to ikhtilaf hai ke tarawih 20 rakat ki hoti hai ya 8 rakat ki, lekin</w:t>
      </w:r>
    </w:p>
    <w:p>
      <w:pPr>
        <w:jc w:val="right"/>
      </w:pPr>
      <w:r>
        <w:t>اس میں تو اختلاف ہے کہ تراویح 20 رکعت کی ہوتی ہے یا 8 رکعت کی، لیکن</w:t>
      </w:r>
    </w:p>
    <w:p>
      <w:r>
        <w:rPr>
          <w:b/>
        </w:rPr>
        <w:t xml:space="preserve">[02:35] </w:t>
      </w:r>
      <w:r>
        <w:t>hazrat umar ke zamane se le kar aaj tak hamesha</w:t>
      </w:r>
    </w:p>
    <w:p>
      <w:pPr>
        <w:jc w:val="right"/>
      </w:pPr>
      <w:r>
        <w:t>حضرت عمر کے زمانے سے لے کر آج تک ہمیشہ</w:t>
      </w:r>
    </w:p>
    <w:p>
      <w:r>
        <w:rPr>
          <w:b/>
        </w:rPr>
        <w:t xml:space="preserve">[02:39] </w:t>
      </w:r>
      <w:r>
        <w:t>tarawih ramzan ke mahine mein ummat ne parhi hai.</w:t>
      </w:r>
    </w:p>
    <w:p>
      <w:pPr>
        <w:jc w:val="right"/>
      </w:pPr>
      <w:r>
        <w:t>تراویح رمضان کے مہینے میں امت نے پڑھی ہے۔</w:t>
      </w:r>
    </w:p>
    <w:p>
      <w:r>
        <w:rPr>
          <w:b/>
        </w:rPr>
        <w:t xml:space="preserve">[02:45] </w:t>
      </w:r>
      <w:r>
        <w:t>aur ek ek khatm kiya jata hai tarawih mein.</w:t>
      </w:r>
    </w:p>
    <w:p>
      <w:pPr>
        <w:jc w:val="right"/>
      </w:pPr>
      <w:r>
        <w:t>اور ایک ایک ختم کیا جاتا ہے تراویح میں۔</w:t>
      </w:r>
    </w:p>
    <w:p>
      <w:r>
        <w:rPr>
          <w:b/>
        </w:rPr>
        <w:t xml:space="preserve">[02:51] </w:t>
      </w:r>
      <w:r>
        <w:t>main samajhta hoon ke yeh bohat sahi</w:t>
      </w:r>
    </w:p>
    <w:p>
      <w:pPr>
        <w:jc w:val="right"/>
      </w:pPr>
      <w:r>
        <w:t>میں سمجھتا ہوں کہ یہ بہت صحیح</w:t>
      </w:r>
    </w:p>
    <w:p>
      <w:r>
        <w:rPr>
          <w:b/>
        </w:rPr>
        <w:t xml:space="preserve">[02:53] </w:t>
      </w:r>
      <w:r>
        <w:t>sunnat hai, lekin dekhiye, khatm ka matlab kya hai?</w:t>
      </w:r>
    </w:p>
    <w:p>
      <w:pPr>
        <w:jc w:val="right"/>
      </w:pPr>
      <w:r>
        <w:t>سنت ہے، لیکن دیکھیے، ختم کا مطلب کیا ہے؟</w:t>
      </w:r>
    </w:p>
    <w:p>
      <w:r>
        <w:rPr>
          <w:b/>
        </w:rPr>
        <w:t xml:space="preserve">[03:00] </w:t>
      </w:r>
      <w:r>
        <w:t>khatm ka matlab</w:t>
      </w:r>
    </w:p>
    <w:p>
      <w:pPr>
        <w:jc w:val="right"/>
      </w:pPr>
      <w:r>
        <w:t>ختم کا مطلب</w:t>
      </w:r>
    </w:p>
    <w:p>
      <w:r>
        <w:rPr>
          <w:b/>
        </w:rPr>
        <w:t xml:space="preserve">[03:02] </w:t>
      </w:r>
      <w:r>
        <w:t>quran ke alfaaz ko</w:t>
      </w:r>
    </w:p>
    <w:p>
      <w:pPr>
        <w:jc w:val="right"/>
      </w:pPr>
      <w:r>
        <w:t>قرآن کے الفاظ کو</w:t>
      </w:r>
    </w:p>
    <w:p>
      <w:r>
        <w:rPr>
          <w:b/>
        </w:rPr>
        <w:t xml:space="preserve">[03:05] </w:t>
      </w:r>
      <w:r>
        <w:t>dehra kar khatm karna, yeh to us ki shakal hai.</w:t>
      </w:r>
    </w:p>
    <w:p>
      <w:pPr>
        <w:jc w:val="right"/>
      </w:pPr>
      <w:r>
        <w:t>دہرا کر ختم کرنا، یہ تو اس کی شکل ہے۔</w:t>
      </w:r>
    </w:p>
    <w:p>
      <w:r>
        <w:rPr>
          <w:b/>
        </w:rPr>
        <w:t xml:space="preserve">[03:10] </w:t>
      </w:r>
      <w:r>
        <w:t>asal jo hai woh yeh hai ke quran mein tadabbur kiya jaye,</w:t>
      </w:r>
    </w:p>
    <w:p>
      <w:pPr>
        <w:jc w:val="right"/>
      </w:pPr>
      <w:r>
        <w:t>اصل جو ہے وہ یہ ہے کہ قرآن میں تدبر کیا جائے،</w:t>
      </w:r>
    </w:p>
    <w:p>
      <w:r>
        <w:rPr>
          <w:b/>
        </w:rPr>
        <w:t xml:space="preserve">[03:14] </w:t>
      </w:r>
      <w:r>
        <w:t>kyunke quran mein bataya gaya hai</w:t>
      </w:r>
    </w:p>
    <w:p>
      <w:pPr>
        <w:jc w:val="right"/>
      </w:pPr>
      <w:r>
        <w:t>کیونکہ قرآن میں بتایا گیا ہے</w:t>
      </w:r>
    </w:p>
    <w:p>
      <w:r>
        <w:rPr>
          <w:b/>
        </w:rPr>
        <w:t xml:space="preserve">[03:17] </w:t>
      </w:r>
      <w:r>
        <w:t>ke quran utra hai tadabbur ke liye, yani contemplation ke liye, ghor o fikar ke liye.</w:t>
      </w:r>
    </w:p>
    <w:p>
      <w:pPr>
        <w:jc w:val="right"/>
      </w:pPr>
      <w:r>
        <w:t>کہ قرآن اترا ہے تدبر کے لیے، یعنی contemplation کے لیے، غور و فکر کے لیے۔</w:t>
      </w:r>
    </w:p>
    <w:p>
      <w:r>
        <w:rPr>
          <w:b/>
        </w:rPr>
        <w:t xml:space="preserve">[03:25] </w:t>
      </w:r>
      <w:r>
        <w:t>to ek shakal yeh hai ke aap quran lein, baith kar kahein, quran ko parhein, tadabbur ke sath,</w:t>
      </w:r>
    </w:p>
    <w:p>
      <w:pPr>
        <w:jc w:val="right"/>
      </w:pPr>
      <w:r>
        <w:t>تو ایک شکل یہ ہے کہ آپ قرآن لیں، بیٹھ کر کہیں، قرآن کو پڑھیں، تدبر کے ساتھ،</w:t>
      </w:r>
    </w:p>
    <w:p>
      <w:r>
        <w:rPr>
          <w:b/>
        </w:rPr>
        <w:t xml:space="preserve">[03:33] </w:t>
      </w:r>
      <w:r>
        <w:t>ghor o fikar ke sath.</w:t>
      </w:r>
    </w:p>
    <w:p>
      <w:pPr>
        <w:jc w:val="right"/>
      </w:pPr>
      <w:r>
        <w:t>غور و فکر کے ساتھ۔</w:t>
      </w:r>
    </w:p>
    <w:p>
      <w:r>
        <w:rPr>
          <w:b/>
        </w:rPr>
        <w:t xml:space="preserve">[03:36] </w:t>
      </w:r>
      <w:r>
        <w:t>taraveeh mein yeh hota hai ke ijtamai mutala. taraveeh darasal quran ka ijtamai mutala hai.</w:t>
      </w:r>
    </w:p>
    <w:p>
      <w:pPr>
        <w:jc w:val="right"/>
      </w:pPr>
      <w:r>
        <w:t>تراویح میں یہ ہوتا ہے کہ اجتماعی مطالعہ۔ تراویح دراصل قرآن کا اجتماعی مطالعہ ہے۔</w:t>
      </w:r>
    </w:p>
    <w:p>
      <w:r>
        <w:rPr>
          <w:b/>
        </w:rPr>
        <w:t xml:space="preserve">[03:44] </w:t>
      </w:r>
      <w:r>
        <w:t>yani ek imam aage khara hota hai, peeche log sab baat kar ke khare ho jatay hain, to</w:t>
      </w:r>
    </w:p>
    <w:p>
      <w:pPr>
        <w:jc w:val="right"/>
      </w:pPr>
      <w:r>
        <w:t>یعنی ایک امام آگے کھڑا ہوتا ہے، پیچھے لوگ سب بات کر کے کھڑے ہو جاتے ہیں، تو</w:t>
      </w:r>
    </w:p>
    <w:p>
      <w:r>
        <w:rPr>
          <w:b/>
        </w:rPr>
        <w:t xml:space="preserve">[03:52] </w:t>
      </w:r>
      <w:r>
        <w:t>imam buland awaz se quran parhta hai, poora quran</w:t>
      </w:r>
    </w:p>
    <w:p>
      <w:pPr>
        <w:jc w:val="right"/>
      </w:pPr>
      <w:r>
        <w:t>امام بلند آواز سے قرآن پڑھتا ہے، پورا قرآن</w:t>
      </w:r>
    </w:p>
    <w:p>
      <w:r>
        <w:rPr>
          <w:b/>
        </w:rPr>
        <w:t xml:space="preserve">[03:58] </w:t>
      </w:r>
      <w:r>
        <w:t>dehrata hai woh,</w:t>
      </w:r>
    </w:p>
    <w:p>
      <w:pPr>
        <w:jc w:val="right"/>
      </w:pPr>
      <w:r>
        <w:t>دہراتا ہے وہ،</w:t>
      </w:r>
    </w:p>
    <w:p>
      <w:r>
        <w:rPr>
          <w:b/>
        </w:rPr>
        <w:t xml:space="preserve">[04:00] </w:t>
      </w:r>
      <w:r>
        <w:t>ek mahine ke andar. to peeche log usay suntay hain. yeh goya,</w:t>
      </w:r>
    </w:p>
    <w:p>
      <w:pPr>
        <w:jc w:val="right"/>
      </w:pPr>
      <w:r>
        <w:t>ایک مہینے کے اندر۔ تو پیچھے لوگ اسے سنتے ہیں۔ یہ گویا،</w:t>
      </w:r>
    </w:p>
    <w:p>
      <w:r>
        <w:rPr>
          <w:b/>
        </w:rPr>
        <w:t xml:space="preserve">[04:08] </w:t>
      </w:r>
      <w:r>
        <w:t>yani yun kehna chahiye ke yeh standing contemplation hai, khare ho kar sunna aur ghor karna.</w:t>
      </w:r>
    </w:p>
    <w:p>
      <w:pPr>
        <w:jc w:val="right"/>
      </w:pPr>
      <w:r>
        <w:t>یعنی یوں کہنا چاہیے کہ یہ standing contemplation ہے، کھڑے ہو کر سننا اور غور کرنا۔</w:t>
      </w:r>
    </w:p>
    <w:p>
      <w:r>
        <w:rPr>
          <w:b/>
        </w:rPr>
        <w:t xml:space="preserve">[04:16] </w:t>
      </w:r>
      <w:r>
        <w:t>to taraveeh khatm quran ke liye nahi hai, balkeh khatm mutala ke liye hai. yani poore quran ko</w:t>
      </w:r>
    </w:p>
    <w:p>
      <w:pPr>
        <w:jc w:val="right"/>
      </w:pPr>
      <w:r>
        <w:t>تو تراویح ختم قرآن کے لیے نہیں ہے، بلکہ ختم مطالعہ کے لیے ہے۔ یعنی پورے قرآن کو</w:t>
      </w:r>
    </w:p>
    <w:p>
      <w:r>
        <w:rPr>
          <w:b/>
        </w:rPr>
        <w:t xml:space="preserve">[04:25] </w:t>
      </w:r>
      <w:r>
        <w:t>taraveeh ki surat mein</w:t>
      </w:r>
    </w:p>
    <w:p>
      <w:pPr>
        <w:jc w:val="right"/>
      </w:pPr>
      <w:r>
        <w:t>تراویح کی صورت میں</w:t>
      </w:r>
    </w:p>
    <w:p>
      <w:r>
        <w:rPr>
          <w:b/>
        </w:rPr>
        <w:t xml:space="preserve">[04:28] </w:t>
      </w:r>
      <w:r>
        <w:t>parha jaye aur is par dhiyan detay hue, ghor karte hue.</w:t>
      </w:r>
    </w:p>
    <w:p>
      <w:pPr>
        <w:jc w:val="right"/>
      </w:pPr>
      <w:r>
        <w:t>پڑھا جائے اور اس پر دھیان دیتے ہوئے، غور کرتے ہوئے۔</w:t>
      </w:r>
    </w:p>
    <w:p>
      <w:r>
        <w:rPr>
          <w:b/>
        </w:rPr>
        <w:t xml:space="preserve">[04:35] </w:t>
      </w:r>
      <w:r>
        <w:t>yeh hai, mein samajhta hoon ke taraveeh ka aur khatm quran ka sahi tareeqa.</w:t>
      </w:r>
    </w:p>
    <w:p>
      <w:pPr>
        <w:jc w:val="right"/>
      </w:pPr>
      <w:r>
        <w:t>یہ ہے، میں سمجھتا ہوں کہ تراویح کا اور ختم قرآن کا صحیح طریقہ۔</w:t>
      </w:r>
    </w:p>
    <w:p>
      <w:r>
        <w:rPr>
          <w:b/>
        </w:rPr>
        <w:t xml:space="preserve">[04:43] </w:t>
      </w:r>
      <w:r>
        <w:t>to hadith mein aata hai ke roze mein momin ka rizq barha diya jata hai.</w:t>
      </w:r>
    </w:p>
    <w:p>
      <w:pPr>
        <w:jc w:val="right"/>
      </w:pPr>
      <w:r>
        <w:t>تو حدیث میں آتا ہے کہ روزے میں مومن کا رزق بڑھا دیا جاتا ہے۔</w:t>
      </w:r>
    </w:p>
    <w:p>
      <w:r>
        <w:rPr>
          <w:b/>
        </w:rPr>
        <w:t xml:space="preserve">[04:49] </w:t>
      </w:r>
      <w:r>
        <w:t>yazdad shahr yazdad fihi rizq al momin</w:t>
      </w:r>
    </w:p>
    <w:p>
      <w:pPr>
        <w:jc w:val="right"/>
      </w:pPr>
      <w:r>
        <w:t>يزداد شهر يزداد فيه رزق المؤمن</w:t>
      </w:r>
    </w:p>
    <w:p>
      <w:r>
        <w:rPr>
          <w:b/>
        </w:rPr>
        <w:t xml:space="preserve">[04:56] </w:t>
      </w:r>
      <w:r>
        <w:t>yani ramzan ka mahina woh mahina hai jis mein momin ka rizq barha diya jata hai. dekhein, yahan</w:t>
      </w:r>
    </w:p>
    <w:p>
      <w:pPr>
        <w:jc w:val="right"/>
      </w:pPr>
      <w:r>
        <w:t>یعنی رمضان کا مہینہ وہ مہینہ ہے جس میں مومن کا رزق بڑھا دیا جاتا ہے۔ دیکھیں، یہاں</w:t>
      </w:r>
    </w:p>
    <w:p>
      <w:r>
        <w:rPr>
          <w:b/>
        </w:rPr>
        <w:t xml:space="preserve">[05:02] </w:t>
      </w:r>
      <w:r>
        <w:t>rizq ka matlab khana peena nahi hai. khana peena, maal o dolat, yeh nahi hai.</w:t>
      </w:r>
    </w:p>
    <w:p>
      <w:pPr>
        <w:jc w:val="right"/>
      </w:pPr>
      <w:r>
        <w:t>رزق کا معنی کھانا پینا نہیں ہے۔ کھانا پینا، مال و دولت، یہ نہیں ہے۔</w:t>
      </w:r>
    </w:p>
    <w:p>
      <w:r>
        <w:rPr>
          <w:b/>
        </w:rPr>
        <w:t xml:space="preserve">[05:09] </w:t>
      </w:r>
      <w:r>
        <w:t>balkeh rizq ka matlab hai rizq-e-rabb.</w:t>
      </w:r>
    </w:p>
    <w:p>
      <w:pPr>
        <w:jc w:val="right"/>
      </w:pPr>
      <w:r>
        <w:t>بلکہ رزق کا مطلب ہے رزقِ رب۔</w:t>
      </w:r>
    </w:p>
    <w:p>
      <w:r>
        <w:rPr>
          <w:b/>
        </w:rPr>
        <w:t xml:space="preserve">[05:14] </w:t>
      </w:r>
      <w:r>
        <w:t>rizq-e-rabb, yani quran se jo hidayat lena hai, is hidayat mein ziyadati.</w:t>
      </w:r>
    </w:p>
    <w:p>
      <w:pPr>
        <w:jc w:val="right"/>
      </w:pPr>
      <w:r>
        <w:t>رزقِ رب، یعنی قرآن سے جو ہدایت لینا ہے، اس ہدایت میں زیادتی۔</w:t>
      </w:r>
    </w:p>
    <w:p>
      <w:r>
        <w:rPr>
          <w:b/>
        </w:rPr>
        <w:t xml:space="preserve">[05:21] </w:t>
      </w:r>
      <w:r>
        <w:t>rizq-e-hidayat mein ziyadati.</w:t>
      </w:r>
    </w:p>
    <w:p>
      <w:pPr>
        <w:jc w:val="right"/>
      </w:pPr>
      <w:r>
        <w:t>رزقِ ہدایت میں زیادتی۔</w:t>
      </w:r>
    </w:p>
    <w:p>
      <w:r>
        <w:rPr>
          <w:b/>
        </w:rPr>
        <w:t xml:space="preserve">[05:28] </w:t>
      </w:r>
      <w:r>
        <w:t>to hadith mein jo aya hai ke ramzan mein momin ka rizq barha diya jata hai, to is</w:t>
      </w:r>
    </w:p>
    <w:p>
      <w:pPr>
        <w:jc w:val="right"/>
      </w:pPr>
      <w:r>
        <w:t>تو حدیث میں جو آیا ہے کہ رمضان میں مومن کا رزق بڑھا دیا جاتا ہے، تو اس</w:t>
      </w:r>
    </w:p>
    <w:p>
      <w:r>
        <w:rPr>
          <w:b/>
        </w:rPr>
        <w:t xml:space="preserve">[05:33] </w:t>
      </w:r>
      <w:r>
        <w:t>se murad hai rizq-e-hidayat.</w:t>
      </w:r>
    </w:p>
    <w:p>
      <w:pPr>
        <w:jc w:val="right"/>
      </w:pPr>
      <w:r>
        <w:t>سے مراد ہے رزقِ ہدایت۔</w:t>
      </w:r>
    </w:p>
    <w:p>
      <w:r>
        <w:rPr>
          <w:b/>
        </w:rPr>
        <w:t xml:space="preserve">[05:36] </w:t>
      </w:r>
      <w:r>
        <w:t>yani ramzan mein</w:t>
      </w:r>
    </w:p>
    <w:p>
      <w:pPr>
        <w:jc w:val="right"/>
      </w:pPr>
      <w:r>
        <w:t>یعنی رمضان میں</w:t>
      </w:r>
    </w:p>
    <w:p>
      <w:r>
        <w:rPr>
          <w:b/>
        </w:rPr>
        <w:t xml:space="preserve">[05:38] </w:t>
      </w:r>
      <w:r>
        <w:t>khaas tarah ke halaat mein quran ka mutala karta hai aadmi.</w:t>
      </w:r>
    </w:p>
    <w:p>
      <w:pPr>
        <w:jc w:val="right"/>
      </w:pPr>
      <w:r>
        <w:t>خاص طرح کے حالات میں قرآن کا مطالعہ کرتا ہے آدمی۔</w:t>
      </w:r>
    </w:p>
    <w:p>
      <w:r>
        <w:rPr>
          <w:b/>
        </w:rPr>
        <w:t xml:space="preserve">[05:43] </w:t>
      </w:r>
      <w:r>
        <w:t>distractions se apne ko bacha kar quran ko padhta hai, aur zyada focus ke sath quran ka mutala</w:t>
      </w:r>
    </w:p>
    <w:p>
      <w:pPr>
        <w:jc w:val="right"/>
      </w:pPr>
      <w:r>
        <w:t>distractions سے اپنے کو بچا کر قرآن کو پڑھتا ہے، اور زیادہ focus کے ساتھ قرآن کا مطالعہ</w:t>
      </w:r>
    </w:p>
    <w:p>
      <w:r>
        <w:rPr>
          <w:b/>
        </w:rPr>
        <w:t xml:space="preserve">[05:50] </w:t>
      </w:r>
      <w:r>
        <w:t>karta hai. Is se quran ke naye naye mani is par khulte hain.</w:t>
      </w:r>
    </w:p>
    <w:p>
      <w:pPr>
        <w:jc w:val="right"/>
      </w:pPr>
      <w:r>
        <w:t>کرتا ہے۔ اس سے قرآن کے نئے نئے معنی اس پر کھلتے ہیں۔</w:t>
      </w:r>
    </w:p>
    <w:p>
      <w:r>
        <w:rPr>
          <w:b/>
        </w:rPr>
        <w:t xml:space="preserve">[05:56] </w:t>
      </w:r>
      <w:r>
        <w:t>Yeh hai matlab momin ka rizq badha diya jana.</w:t>
      </w:r>
    </w:p>
    <w:p>
      <w:pPr>
        <w:jc w:val="right"/>
      </w:pPr>
      <w:r>
        <w:t>یہ ہے مطلب مومن کا رزق بڑھا دیا جانا۔</w:t>
      </w:r>
    </w:p>
    <w:p>
      <w:r>
        <w:rPr>
          <w:b/>
        </w:rPr>
        <w:t xml:space="preserve">[06:02] </w:t>
      </w:r>
      <w:r>
        <w:t>Is ke yeh matlab har giz nahi hai ke khana peena mein barkat zyada ho jati hai.</w:t>
      </w:r>
    </w:p>
    <w:p>
      <w:pPr>
        <w:jc w:val="right"/>
      </w:pPr>
      <w:r>
        <w:t>اس کے یہ مطلب ہرگز نہیں ہے کہ کھانا پینے میں برکت زیادہ ہو جاتی ہے۔</w:t>
      </w:r>
    </w:p>
    <w:p>
      <w:r>
        <w:rPr>
          <w:b/>
        </w:rPr>
        <w:t xml:space="preserve">[06:08] </w:t>
      </w:r>
      <w:r>
        <w:t>Balke hidayat mein barkat marti hai, rizq-e-rab mein barkat hoti hai. Zyada</w:t>
      </w:r>
    </w:p>
    <w:p>
      <w:pPr>
        <w:jc w:val="right"/>
      </w:pPr>
      <w:r>
        <w:t>بلکہ ہدایت میں برکت بڑھتی ہے، رزقِ رب میں برکت ہوتی ہے۔ زیادہ</w:t>
      </w:r>
    </w:p>
    <w:p>
      <w:r>
        <w:rPr>
          <w:b/>
        </w:rPr>
        <w:t xml:space="preserve">[06:14] </w:t>
      </w:r>
      <w:r>
        <w:t>gehrai ke sath quran samajh mein aata hai.</w:t>
      </w:r>
    </w:p>
    <w:p>
      <w:pPr>
        <w:jc w:val="right"/>
      </w:pPr>
      <w:r>
        <w:t>گہرائی کے ساتھ قرآن سمجھ میں آتا ہے۔</w:t>
      </w:r>
    </w:p>
    <w:p>
      <w:r>
        <w:rPr>
          <w:b/>
        </w:rPr>
        <w:t xml:space="preserve">[06:18] </w:t>
      </w:r>
      <w:r>
        <w:t>Kyunke ramzan mein yeh hota hai ke log zyada eksooi ke sath quran ko padhte hain. Mazeed yeh</w:t>
      </w:r>
    </w:p>
    <w:p>
      <w:pPr>
        <w:jc w:val="right"/>
      </w:pPr>
      <w:r>
        <w:t>کیونکہ رمضان میں یہ ہوتا ہے کہ لوگ زیادہ ایکسوئی کے ساتھ قرآن کو پڑھتے ہیں۔ مزید یہ</w:t>
      </w:r>
    </w:p>
    <w:p>
      <w:r>
        <w:rPr>
          <w:b/>
        </w:rPr>
        <w:t xml:space="preserve">[06:26] </w:t>
      </w:r>
      <w:r>
        <w:t>ke quran ka charcha hota hai. Taraveeh ke mani yeh bhi samajh lijiye ke quran ka charcha.</w:t>
      </w:r>
    </w:p>
    <w:p>
      <w:pPr>
        <w:jc w:val="right"/>
      </w:pPr>
      <w:r>
        <w:t>کہ قرآن کا چرچا ہوتا ہے۔ تراویح کے معنی یہ بھی سمجھ لیجیے کہ قرآن کا چرچا۔</w:t>
      </w:r>
    </w:p>
    <w:p>
      <w:r>
        <w:rPr>
          <w:b/>
        </w:rPr>
        <w:t xml:space="preserve">[06:32] </w:t>
      </w:r>
      <w:r>
        <w:t>Jab bohat se log mil kar quran ko padhenge, sunenge, to yeh goya quran ka charcha</w:t>
      </w:r>
    </w:p>
    <w:p>
      <w:pPr>
        <w:jc w:val="right"/>
      </w:pPr>
      <w:r>
        <w:t>جب بہت سے لوگ مل کر قرآن کو پڑھیں گے، سنیں گے، تو یہ گویا قرآن کا چرچا</w:t>
      </w:r>
    </w:p>
    <w:p>
      <w:r>
        <w:rPr>
          <w:b/>
        </w:rPr>
        <w:t xml:space="preserve">[06:38] </w:t>
      </w:r>
      <w:r>
        <w:t>ho gaya. Sahi tareeqa yahi hai ke taraveeh mein jo hissa padha jaane wala hai, us ko pehle</w:t>
      </w:r>
    </w:p>
    <w:p>
      <w:pPr>
        <w:jc w:val="right"/>
      </w:pPr>
      <w:r>
        <w:t>ہو گیا۔ صحیح طریقہ یہی ہے کہ تراویح میں جو حصہ پڑھا جانے والا ہے، اس کو پہلے</w:t>
      </w:r>
    </w:p>
    <w:p>
      <w:r>
        <w:rPr>
          <w:b/>
        </w:rPr>
        <w:t xml:space="preserve">[06:45] </w:t>
      </w:r>
      <w:r>
        <w:t>se padh liya jaye. Taraveeh ke baad discussion kiya jaye ke aaj jo padha gaya quran, us mein</w:t>
      </w:r>
    </w:p>
    <w:p>
      <w:pPr>
        <w:jc w:val="right"/>
      </w:pPr>
      <w:r>
        <w:t>سے پڑھ لیا جائے۔ تراویح کے بعد discussion کیا جائے کہ آج جو پڑھا گیا قرآن، اس میں</w:t>
      </w:r>
    </w:p>
    <w:p>
      <w:r>
        <w:rPr>
          <w:b/>
        </w:rPr>
        <w:t xml:space="preserve">[06:52] </w:t>
      </w:r>
      <w:r>
        <w:t>kya lesson milta hai. Yeh sab charcha.</w:t>
      </w:r>
    </w:p>
    <w:p>
      <w:pPr>
        <w:jc w:val="right"/>
      </w:pPr>
      <w:r>
        <w:t>کیا lesson ملتا ہے۔ یہ سب چرچا۔</w:t>
      </w:r>
    </w:p>
    <w:p>
      <w:r>
        <w:rPr>
          <w:b/>
        </w:rPr>
        <w:t xml:space="preserve">[06:57] </w:t>
      </w:r>
      <w:r>
        <w:t>To taraveeh ka matlab sirf khatm-e-quran nahi hai, balke</w:t>
      </w:r>
    </w:p>
    <w:p>
      <w:pPr>
        <w:jc w:val="right"/>
      </w:pPr>
      <w:r>
        <w:t>تو تراویح کا مطلب صرف ختم قرآن نہیں ہے، بلکہ</w:t>
      </w:r>
    </w:p>
    <w:p>
      <w:r>
        <w:rPr>
          <w:b/>
        </w:rPr>
        <w:t xml:space="preserve">[07:04] </w:t>
      </w:r>
      <w:r>
        <w:t>quran ki standing study hai. Khade ho kar quran ka mutala karna, quran ka phir charcha karna, quran</w:t>
      </w:r>
    </w:p>
    <w:p>
      <w:pPr>
        <w:jc w:val="right"/>
      </w:pPr>
      <w:r>
        <w:t>قرآن کی standing study ہے۔ کھڑے ہو کر قرآن کا مطالعہ کرنا، قرآن کا پھر چرچا کرنا، قرآن</w:t>
      </w:r>
    </w:p>
    <w:p>
      <w:r>
        <w:rPr>
          <w:b/>
        </w:rPr>
        <w:t xml:space="preserve">[07:13] </w:t>
      </w:r>
      <w:r>
        <w:t>ke mani mein mazeed ghor-o-fikr karna, yeh hai taraveeh.</w:t>
      </w:r>
    </w:p>
    <w:p>
      <w:pPr>
        <w:jc w:val="right"/>
      </w:pPr>
      <w:r>
        <w:t>کے معنی میں مزید غور و فکر کرنا، یہ ہے تراویح۔</w:t>
      </w:r>
    </w:p>
    <w:p>
      <w:r>
        <w:rPr>
          <w:b/>
        </w:rPr>
        <w:t xml:space="preserve">[07:19] </w:t>
      </w:r>
      <w:r>
        <w:t>To main samajhta hoon ke har aadmi ko is ka tajruba hota hai, agar woh sahi maano mein</w:t>
      </w:r>
    </w:p>
    <w:p>
      <w:pPr>
        <w:jc w:val="right"/>
      </w:pPr>
      <w:r>
        <w:t>تو میں سمجھتا ہوں کہ ہر آدمی کو اس کا تجربہ ہوتا ہے، اگر وہ صحیح معنوں میں</w:t>
      </w:r>
    </w:p>
    <w:p>
      <w:r>
        <w:rPr>
          <w:b/>
        </w:rPr>
        <w:t xml:space="preserve">[07:27] </w:t>
      </w:r>
      <w:r>
        <w:t>quran padhe ramzan ke mahine mein. Maslan main apna ek tajruba batata hoon aap ko.</w:t>
      </w:r>
    </w:p>
    <w:p>
      <w:pPr>
        <w:jc w:val="right"/>
      </w:pPr>
      <w:r>
        <w:t>قرآن پڑھے رمضان کے مہینے میں۔ مثلاً میں اپنا ایک تجربہ بتاتا ہوں آپ کو۔</w:t>
      </w:r>
    </w:p>
    <w:p>
      <w:r>
        <w:rPr>
          <w:b/>
        </w:rPr>
        <w:t xml:space="preserve">[07:36] </w:t>
      </w:r>
      <w:r>
        <w:t>Bohat dinon se yeh sawal tha mere zehan mein ke quran mein jo huroof-e-muqatta'at hain, un ka</w:t>
      </w:r>
    </w:p>
    <w:p>
      <w:pPr>
        <w:jc w:val="right"/>
      </w:pPr>
      <w:r>
        <w:t>بہت دنوں سے یہ سوال تھا میرے ذہن میں کہ قرآن میں جو حروف مقطعات ہیں، ان کا</w:t>
      </w:r>
    </w:p>
    <w:p>
      <w:r>
        <w:rPr>
          <w:b/>
        </w:rPr>
        <w:t xml:space="preserve">[07:43] </w:t>
      </w:r>
      <w:r>
        <w:t>kya matlab hai?</w:t>
      </w:r>
    </w:p>
    <w:p>
      <w:pPr>
        <w:jc w:val="right"/>
      </w:pPr>
      <w:r>
        <w:t>کیا مطلب ہے؟</w:t>
      </w:r>
    </w:p>
    <w:p>
      <w:r>
        <w:rPr>
          <w:b/>
        </w:rPr>
        <w:t xml:space="preserve">[07:45] </w:t>
      </w:r>
      <w:r>
        <w:t>Huroof-e-muqatta'at ka matlab hai ke aap jante hain ke quran mein bohat si suratein hain jin ke</w:t>
      </w:r>
    </w:p>
    <w:p>
      <w:pPr>
        <w:jc w:val="right"/>
      </w:pPr>
      <w:r>
        <w:t>حروف مقطعات کا مطلب ہے کہ آپ جانتے ہیں کہ قرآن میں بہت سی سورتیں ہیں جن کے</w:t>
      </w:r>
    </w:p>
    <w:p>
      <w:r>
        <w:rPr>
          <w:b/>
        </w:rPr>
        <w:t xml:space="preserve">[07:51] </w:t>
      </w:r>
      <w:r>
        <w:t>shuru mein is tarah ke alfaaz aate hain: Alif, Lam, Meem, Alif,</w:t>
      </w:r>
    </w:p>
    <w:p>
      <w:pPr>
        <w:jc w:val="right"/>
      </w:pPr>
      <w:r>
        <w:t>شروع میں اس طرح کے الفاظ آتے ہیں: الف، لام، میم، الف،</w:t>
      </w:r>
    </w:p>
    <w:p>
      <w:r>
        <w:rPr>
          <w:b/>
        </w:rPr>
        <w:t xml:space="preserve">[07:58] </w:t>
      </w:r>
      <w:r>
        <w:t>Lam, Ra, Kaf, Ya, Ain, Sheen, Saad. Yani quran ke shuru mein is tarah ke alfaaz aate hain.</w:t>
      </w:r>
    </w:p>
    <w:p>
      <w:pPr>
        <w:jc w:val="right"/>
      </w:pPr>
      <w:r>
        <w:t>لام، را، کاف، یا، عین، شین، صاد۔ یعنی قرآن کے شروع میں اس طرح کے الفاظ آتے ہیں۔</w:t>
      </w:r>
    </w:p>
    <w:p>
      <w:r>
        <w:rPr>
          <w:b/>
        </w:rPr>
        <w:t xml:space="preserve">[08:05] </w:t>
      </w:r>
      <w:r>
        <w:t>To is ko kehte hain huroof-e-muqatta'at.</w:t>
      </w:r>
    </w:p>
    <w:p>
      <w:pPr>
        <w:jc w:val="right"/>
      </w:pPr>
      <w:r>
        <w:t>تو اس کو کہتے ہیں حروف مقطعات۔</w:t>
      </w:r>
    </w:p>
    <w:p>
      <w:r>
        <w:rPr>
          <w:b/>
        </w:rPr>
        <w:t xml:space="preserve">[08:10] </w:t>
      </w:r>
      <w:r>
        <w:t>huroof e muqatta'at ka matlab hai alag alag huroof, yaani disjointed letters.</w:t>
      </w:r>
    </w:p>
    <w:p>
      <w:pPr>
        <w:jc w:val="right"/>
      </w:pPr>
      <w:r>
        <w:t>حروف مقطعات کا مطلب ہے الگ الگ حروف، یعنی disjointed letters۔</w:t>
      </w:r>
    </w:p>
    <w:p>
      <w:r>
        <w:rPr>
          <w:b/>
        </w:rPr>
        <w:t xml:space="preserve">[08:18] </w:t>
      </w:r>
      <w:r>
        <w:t>yeh jo huroof e muqatta'at</w:t>
      </w:r>
    </w:p>
    <w:p>
      <w:pPr>
        <w:jc w:val="right"/>
      </w:pPr>
      <w:r>
        <w:t>یہ جو حروف مقطعات</w:t>
      </w:r>
    </w:p>
    <w:p>
      <w:r>
        <w:rPr>
          <w:b/>
        </w:rPr>
        <w:t xml:space="preserve">[08:20] </w:t>
      </w:r>
      <w:r>
        <w:t>aate hain Qur'an majeed mein, is ka matlab hota hai alag alag huroof, disjointed letters.</w:t>
      </w:r>
    </w:p>
    <w:p>
      <w:pPr>
        <w:jc w:val="right"/>
      </w:pPr>
      <w:r>
        <w:t>آتے ہیں قرآن مجید میں، اس کا مطلب ہوتا ہے الگ الگ حروف، disjointed letters۔</w:t>
      </w:r>
    </w:p>
    <w:p>
      <w:r>
        <w:rPr>
          <w:b/>
        </w:rPr>
        <w:t xml:space="preserve">[08:27] </w:t>
      </w:r>
      <w:r>
        <w:t>to is ka matlab kya hai? tafseeron mein bohat si baatein ki gayi hain, lekin koi,</w:t>
      </w:r>
    </w:p>
    <w:p>
      <w:pPr>
        <w:jc w:val="right"/>
      </w:pPr>
      <w:r>
        <w:t>تو اس کا مطلب کیا ہے؟ تفسیروں میں بہت سی باتیں کی گئی ہیں، لیکن کوئی،</w:t>
      </w:r>
    </w:p>
    <w:p>
      <w:r>
        <w:rPr>
          <w:b/>
        </w:rPr>
        <w:t xml:space="preserve">[08:34] </w:t>
      </w:r>
      <w:r>
        <w:t>yaani aql ko appeal karne wali baatein nahi hain.</w:t>
      </w:r>
    </w:p>
    <w:p>
      <w:pPr>
        <w:jc w:val="right"/>
      </w:pPr>
      <w:r>
        <w:t>یعنی عقل کو اپیل کرنے والی باتیں نہیں ہیں۔</w:t>
      </w:r>
    </w:p>
    <w:p>
      <w:r>
        <w:rPr>
          <w:b/>
        </w:rPr>
        <w:t xml:space="preserve">[08:40] </w:t>
      </w:r>
      <w:r>
        <w:t>mujhe ko ek cheez daryaft hui, aur samajhta hoon ke ghaliban yahi matlab hai huroof e muqatta'at ka.</w:t>
      </w:r>
    </w:p>
    <w:p>
      <w:pPr>
        <w:jc w:val="right"/>
      </w:pPr>
      <w:r>
        <w:t>مجھ کو ایک چیز دریافت ہوئی، اور سمجھتا ہوں کہ غالباً یہی مطلب ہے حروف مقطعات کا۔</w:t>
      </w:r>
    </w:p>
    <w:p>
      <w:r>
        <w:rPr>
          <w:b/>
        </w:rPr>
        <w:t xml:space="preserve">[08:49] </w:t>
      </w:r>
      <w:r>
        <w:t>huroof e muqatta'at kya hain? jis ko hum kehte hain alphabet, yaani huroof e tahajji. inhi ko alag alag</w:t>
      </w:r>
    </w:p>
    <w:p>
      <w:pPr>
        <w:jc w:val="right"/>
      </w:pPr>
      <w:r>
        <w:t>حروف مقطعات کیا ہیں؟ جس کو ہم کہتے ہیں الفابیٹ، یعنی حروف تہجی۔ انہی کو الگ الگ</w:t>
      </w:r>
    </w:p>
    <w:p>
      <w:r>
        <w:rPr>
          <w:b/>
        </w:rPr>
        <w:t xml:space="preserve">[08:58] </w:t>
      </w:r>
      <w:r>
        <w:t>shakal mein bayan kiya jata hai.</w:t>
      </w:r>
    </w:p>
    <w:p>
      <w:pPr>
        <w:jc w:val="right"/>
      </w:pPr>
      <w:r>
        <w:t>شکل میں بیان کیا جاتا ہے۔</w:t>
      </w:r>
    </w:p>
    <w:p>
      <w:r>
        <w:rPr>
          <w:b/>
        </w:rPr>
        <w:t xml:space="preserve">[09:02] </w:t>
      </w:r>
      <w:r>
        <w:t>yaani huroof e tahajji ya alphabets ko alag alag ada karna.</w:t>
      </w:r>
    </w:p>
    <w:p>
      <w:pPr>
        <w:jc w:val="right"/>
      </w:pPr>
      <w:r>
        <w:t>یعنی حروف تہجی یا الفابیٹس کو الگ الگ ادا کرنا۔</w:t>
      </w:r>
    </w:p>
    <w:p>
      <w:r>
        <w:rPr>
          <w:b/>
        </w:rPr>
        <w:t xml:space="preserve">[09:08] </w:t>
      </w:r>
      <w:r>
        <w:t>mein samajhta hoon ke is ka matlab yeh hai. achha, zabaan kya hai? zabaan alphabets se banti hai.</w:t>
      </w:r>
    </w:p>
    <w:p>
      <w:pPr>
        <w:jc w:val="right"/>
      </w:pPr>
      <w:r>
        <w:t>میں سمجھتا ہوں کہ اس کا مطلب یہ ہے۔ اچھا، زبان کیا ہے؟ زبان الفابیٹس سے بنتی ہے۔</w:t>
      </w:r>
    </w:p>
    <w:p>
      <w:r>
        <w:rPr>
          <w:b/>
        </w:rPr>
        <w:t xml:space="preserve">[09:15] </w:t>
      </w:r>
      <w:r>
        <w:t>har zabaan ke kuch alphabets hote hain, jaise angrezi mein A, B, C, D hai, Z tak. aise</w:t>
      </w:r>
    </w:p>
    <w:p>
      <w:pPr>
        <w:jc w:val="right"/>
      </w:pPr>
      <w:r>
        <w:t>ہر زبان کے کچھ الفابیٹس ہوتے ہیں، جیسے انگریزی میں A، B، C، D ہے، Z تک۔ ایسے</w:t>
      </w:r>
    </w:p>
    <w:p>
      <w:r>
        <w:rPr>
          <w:b/>
        </w:rPr>
        <w:t xml:space="preserve">[09:22] </w:t>
      </w:r>
      <w:r>
        <w:t>hi Urdu mein alif, be, te, se hai. Arabi mein bhi yahi hai, Farsi mein bhi yahi hai.</w:t>
      </w:r>
    </w:p>
    <w:p>
      <w:pPr>
        <w:jc w:val="right"/>
      </w:pPr>
      <w:r>
        <w:t>ہی اردو میں الف، ب، ت، ث ہے۔ عربی میں بھی یہی ہے، فارسی میں بھی یہی ہے۔</w:t>
      </w:r>
    </w:p>
    <w:p>
      <w:r>
        <w:rPr>
          <w:b/>
        </w:rPr>
        <w:t xml:space="preserve">[09:27] </w:t>
      </w:r>
      <w:r>
        <w:t>to har zabaan ka,</w:t>
      </w:r>
    </w:p>
    <w:p>
      <w:pPr>
        <w:jc w:val="right"/>
      </w:pPr>
      <w:r>
        <w:t>تو ہر زبان کا،</w:t>
      </w:r>
    </w:p>
    <w:p>
      <w:r>
        <w:rPr>
          <w:b/>
        </w:rPr>
        <w:t xml:space="preserve">[09:32] </w:t>
      </w:r>
      <w:r>
        <w:t>har zabaan ke kuch huroof hote hain jin ko alphabet kehte hain. in se mil kar tamam alfaaz</w:t>
      </w:r>
    </w:p>
    <w:p>
      <w:pPr>
        <w:jc w:val="right"/>
      </w:pPr>
      <w:r>
        <w:t>ہر زبان کے کچھ حروف ہوتے ہیں جن کو الفابیٹ کہتے ہیں۔ ان سے مل کر تمام الفاظ</w:t>
      </w:r>
    </w:p>
    <w:p>
      <w:r>
        <w:rPr>
          <w:b/>
        </w:rPr>
        <w:t xml:space="preserve">[09:39] </w:t>
      </w:r>
      <w:r>
        <w:t>bante hain. to mein samajhta hoon ke yeh jo huroof e muqatta'at hain,</w:t>
      </w:r>
    </w:p>
    <w:p>
      <w:pPr>
        <w:jc w:val="right"/>
      </w:pPr>
      <w:r>
        <w:t>بنتے ہیں۔ تو میں سمجھتا ہوں کہ یہ جو حروف مقطعات ہیں،</w:t>
      </w:r>
    </w:p>
    <w:p>
      <w:r>
        <w:rPr>
          <w:b/>
        </w:rPr>
        <w:t xml:space="preserve">[09:45] </w:t>
      </w:r>
      <w:r>
        <w:t>is ka matlab yeh hai ke Qur'an insani zabaan mein hai.</w:t>
      </w:r>
    </w:p>
    <w:p>
      <w:pPr>
        <w:jc w:val="right"/>
      </w:pPr>
      <w:r>
        <w:t>اس کا مطلب یہ ہے کہ قرآن انسانی زبان میں ہے۔</w:t>
      </w:r>
    </w:p>
    <w:p>
      <w:r>
        <w:rPr>
          <w:b/>
        </w:rPr>
        <w:t xml:space="preserve">[09:50] </w:t>
      </w:r>
      <w:r>
        <w:t>Qur'an kisi aasmani zabaan mein nahi hai.</w:t>
      </w:r>
    </w:p>
    <w:p>
      <w:pPr>
        <w:jc w:val="right"/>
      </w:pPr>
      <w:r>
        <w:t>قرآن کسی آسمانی زبان میں نہیں ہے۔</w:t>
      </w:r>
    </w:p>
    <w:p>
      <w:r>
        <w:rPr>
          <w:b/>
        </w:rPr>
        <w:t xml:space="preserve">[09:56] </w:t>
      </w:r>
      <w:r>
        <w:t>Qur'an jo hai, koi</w:t>
      </w:r>
    </w:p>
    <w:p>
      <w:pPr>
        <w:jc w:val="right"/>
      </w:pPr>
      <w:r>
        <w:t>قرآن جو ہے، کوئی</w:t>
      </w:r>
    </w:p>
    <w:p>
      <w:r>
        <w:rPr>
          <w:b/>
        </w:rPr>
        <w:t xml:space="preserve">[09:59] </w:t>
      </w:r>
      <w:r>
        <w:t>firishton ki zabaan mein ho, ya ahle jannat ki zabaan mein ho, ya mala'ika ki zabaan mein ho,</w:t>
      </w:r>
    </w:p>
    <w:p>
      <w:pPr>
        <w:jc w:val="right"/>
      </w:pPr>
      <w:r>
        <w:t>فرشتوں کی زبان میں ہو، یا اہل جنت کی زبان میں ہو، یا ملائکہ کی زبان میں ہو،</w:t>
      </w:r>
    </w:p>
    <w:p>
      <w:r>
        <w:rPr>
          <w:b/>
        </w:rPr>
        <w:t xml:space="preserve">[10:05] </w:t>
      </w:r>
      <w:r>
        <w:t>aisa nahi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[10:07] </w:t>
      </w:r>
      <w:r>
        <w:t>insani zabaan mein hai. is liye insani zabaan ko samajhne ke liye jo usloob istemal hota hai, wahi</w:t>
      </w:r>
    </w:p>
    <w:p>
      <w:pPr>
        <w:jc w:val="right"/>
      </w:pPr>
      <w:r>
        <w:t>انسانی زبان میں ہے۔ اس لیے انسانی زبان کو سمجھنے کے لیے جو اسلوب استعمال ہوتا ہے، وہی</w:t>
      </w:r>
    </w:p>
    <w:p>
      <w:r>
        <w:rPr>
          <w:b/>
        </w:rPr>
        <w:t xml:space="preserve">[10:12] </w:t>
      </w:r>
      <w:r>
        <w:t>usloob yahan bhi istemal hoga.</w:t>
      </w:r>
    </w:p>
    <w:p>
      <w:pPr>
        <w:jc w:val="right"/>
      </w:pPr>
      <w:r>
        <w:t>اسلوب یہاں بھی استعمال ہوگا۔</w:t>
      </w:r>
    </w:p>
    <w:p>
      <w:r>
        <w:rPr>
          <w:b/>
        </w:rPr>
        <w:t xml:space="preserve">[10:17] </w:t>
      </w:r>
      <w:r>
        <w:t>aisa nahi ke Qur'an ke ma'ani bilkul mysterious qism ke hain, purasrar hain, woh kuch samajh mein nahi</w:t>
      </w:r>
    </w:p>
    <w:p>
      <w:pPr>
        <w:jc w:val="right"/>
      </w:pPr>
      <w:r>
        <w:t>ایسا نہیں کہ قرآن کے معنی بالکل mysterious قسم کے ہیں، پراسرار ہیں، وہ کچھ سمجھ میں نہیں</w:t>
      </w:r>
    </w:p>
    <w:p>
      <w:r>
        <w:rPr>
          <w:b/>
        </w:rPr>
        <w:t xml:space="preserve">[10:24] </w:t>
      </w:r>
      <w:r>
        <w:t>aayenge. kyunke woh bhi insani zabaan hai. jab insani zabaan mein hai to woh,</w:t>
      </w:r>
    </w:p>
    <w:p>
      <w:pPr>
        <w:jc w:val="right"/>
      </w:pPr>
      <w:r>
        <w:t>آئیں گے۔ کیونکہ وہ بھی انسانی زبان ہے۔ جب انسانی زبان میں ہے تو وہ،</w:t>
      </w:r>
    </w:p>
    <w:p>
      <w:r>
        <w:rPr>
          <w:b/>
        </w:rPr>
        <w:t xml:space="preserve">[10:31] </w:t>
      </w:r>
      <w:r>
        <w:t>woh isi dhang par samjhi ja sakti hai jis dhang par doosri zabaanein samjhi jati hain.</w:t>
      </w:r>
    </w:p>
    <w:p>
      <w:pPr>
        <w:jc w:val="right"/>
      </w:pPr>
      <w:r>
        <w:t>وہ اسی ڈھنگ پر سمجھی جا سکتی ہے جس ڈھنگ پر دوسری زبانیں سمجھی جاتی ہیں۔</w:t>
      </w:r>
    </w:p>
    <w:p>
      <w:r>
        <w:rPr>
          <w:b/>
        </w:rPr>
        <w:t xml:space="preserve">[10:41] </w:t>
      </w:r>
      <w:r>
        <w:t>misalan mein aik misaal deta hoon.</w:t>
      </w:r>
    </w:p>
    <w:p>
      <w:pPr>
        <w:jc w:val="right"/>
      </w:pPr>
      <w:r>
        <w:t>مثلاً میں ایک مثال دیتا ہوں۔</w:t>
      </w:r>
    </w:p>
    <w:p>
      <w:r>
        <w:rPr>
          <w:b/>
        </w:rPr>
        <w:t xml:space="preserve">[10:45] </w:t>
      </w:r>
      <w:r>
        <w:t>quran mein hai ke ashadd alal kuffar momin ke baray mein ke momin munkireen par sakht hotay hain.</w:t>
      </w:r>
    </w:p>
    <w:p>
      <w:pPr>
        <w:jc w:val="right"/>
      </w:pPr>
      <w:r>
        <w:t>قرآن میں ہے کہ اشدَّ على الكفار مومن کے بارے میں کہ مومن منکرین پر سخت ہوتے ہیں۔</w:t>
      </w:r>
    </w:p>
    <w:p>
      <w:r>
        <w:rPr>
          <w:b/>
        </w:rPr>
        <w:t xml:space="preserve">[10:56] </w:t>
      </w:r>
      <w:r>
        <w:t>ab yahan sakht ka lafz jo hai,</w:t>
      </w:r>
    </w:p>
    <w:p>
      <w:pPr>
        <w:jc w:val="right"/>
      </w:pPr>
      <w:r>
        <w:t>اب یہاں سخت کا لفظ جو ہے،</w:t>
      </w:r>
    </w:p>
    <w:p>
      <w:r>
        <w:rPr>
          <w:b/>
        </w:rPr>
        <w:t xml:space="preserve">[10:59] </w:t>
      </w:r>
      <w:r>
        <w:t>insani zaban mein hai, yeh is ka matlab yeh nahi ke crude hotay hain, un ko theek se</w:t>
      </w:r>
    </w:p>
    <w:p>
      <w:pPr>
        <w:jc w:val="right"/>
      </w:pPr>
      <w:r>
        <w:t>انسانی زبان میں ہے، یہ اس کا مطلب یہ نہیں کہ crude ہوتے ہیں، ان کو ٹھیک سے</w:t>
      </w:r>
    </w:p>
    <w:p>
      <w:r>
        <w:rPr>
          <w:b/>
        </w:rPr>
        <w:t xml:space="preserve">[11:05] </w:t>
      </w:r>
      <w:r>
        <w:t>baat nahi karte un se. Yeh matlab nahi hai.</w:t>
      </w:r>
    </w:p>
    <w:p>
      <w:pPr>
        <w:jc w:val="right"/>
      </w:pPr>
      <w:r>
        <w:t>بات نہیں کرتے ان سے۔ یہ مطلب نہیں ہے۔</w:t>
      </w:r>
    </w:p>
    <w:p>
      <w:r>
        <w:rPr>
          <w:b/>
        </w:rPr>
        <w:t xml:space="preserve">[11:08] </w:t>
      </w:r>
      <w:r>
        <w:t>balkay is ka matlab yeh hai ke woh ahl-e-inkaar</w:t>
      </w:r>
    </w:p>
    <w:p>
      <w:pPr>
        <w:jc w:val="right"/>
      </w:pPr>
      <w:r>
        <w:t>بلکہ اس کا مطلب یہ ہے کہ وہ اہل انکار</w:t>
      </w:r>
    </w:p>
    <w:p>
      <w:r>
        <w:rPr>
          <w:b/>
        </w:rPr>
        <w:t xml:space="preserve">[11:14] </w:t>
      </w:r>
      <w:r>
        <w:t>se mutasir nahi hotay. Ahl-e-inkaar ke culture se mutasir nahi hotay ke ahl-e-inkaar ka culture apna</w:t>
      </w:r>
    </w:p>
    <w:p>
      <w:pPr>
        <w:jc w:val="right"/>
      </w:pPr>
      <w:r>
        <w:t>سے متاثر نہیں ہوتے۔ اہل انکار کے کلچر سے متاثر نہیں ہوتے کہ اہل انکار کا کلچر اپنا</w:t>
      </w:r>
    </w:p>
    <w:p>
      <w:r>
        <w:rPr>
          <w:b/>
        </w:rPr>
        <w:t xml:space="preserve">[11:23] </w:t>
      </w:r>
      <w:r>
        <w:t>nahi lete, aisa nahi hota. Apni, apni identity ko barqarar rakhtay hain.</w:t>
      </w:r>
    </w:p>
    <w:p>
      <w:pPr>
        <w:jc w:val="right"/>
      </w:pPr>
      <w:r>
        <w:t>نہیں لیتے، ایسا نہیں ہوتا۔ اپنی، اپنی identity کو برقرار رکھتے ہیں۔</w:t>
      </w:r>
    </w:p>
    <w:p>
      <w:r>
        <w:rPr>
          <w:b/>
        </w:rPr>
        <w:t xml:space="preserve">[11:28] </w:t>
      </w:r>
      <w:r>
        <w:t>yeh matlab hai. Aise hi dekhiye, quran mein aaya hai</w:t>
      </w:r>
    </w:p>
    <w:p>
      <w:pPr>
        <w:jc w:val="right"/>
      </w:pPr>
      <w:r>
        <w:t>یہ مطلب ہے۔ ایسے ہی دیکھیے، قرآن میں آیا ہے</w:t>
      </w:r>
    </w:p>
    <w:p>
      <w:r>
        <w:rPr>
          <w:b/>
        </w:rPr>
        <w:t xml:space="preserve">[11:35] </w:t>
      </w:r>
      <w:r>
        <w:t>ke wa qeema min nabiyyun qatala ma'ahu rabiyyun katheerun</w:t>
      </w:r>
    </w:p>
    <w:p>
      <w:pPr>
        <w:jc w:val="right"/>
      </w:pPr>
      <w:r>
        <w:t>کہ وقيم من نبي قاتل معه ربيع كثير</w:t>
      </w:r>
    </w:p>
    <w:p>
      <w:r>
        <w:rPr>
          <w:b/>
        </w:rPr>
        <w:t xml:space="preserve">[11:40] </w:t>
      </w:r>
      <w:r>
        <w:t>fama wanaw ma asabahum fi sabilillah wa ma da'ufu wa yastakbirun</w:t>
      </w:r>
    </w:p>
    <w:p>
      <w:pPr>
        <w:jc w:val="right"/>
      </w:pPr>
      <w:r>
        <w:t>فما وانوا ما اصابهم فی سبیل اللہ وما ضعفوا مستقارون</w:t>
      </w:r>
    </w:p>
    <w:p>
      <w:r>
        <w:rPr>
          <w:b/>
        </w:rPr>
        <w:t xml:space="preserve">[11:46] </w:t>
      </w:r>
      <w:r>
        <w:t>yani bohat se nabee hain jinho ne,</w:t>
      </w:r>
    </w:p>
    <w:p>
      <w:pPr>
        <w:jc w:val="right"/>
      </w:pPr>
      <w:r>
        <w:t>یعنی بہت سے نبی ہیں جنہوں نے،</w:t>
      </w:r>
    </w:p>
    <w:p>
      <w:r>
        <w:rPr>
          <w:b/>
        </w:rPr>
        <w:t xml:space="preserve">[11:51] </w:t>
      </w:r>
      <w:r>
        <w:t>bohat se nabee hain jin ke sath</w:t>
      </w:r>
    </w:p>
    <w:p>
      <w:pPr>
        <w:jc w:val="right"/>
      </w:pPr>
      <w:r>
        <w:t>بہت سے نبی ہیں جن کے ساتھ</w:t>
      </w:r>
    </w:p>
    <w:p>
      <w:r>
        <w:rPr>
          <w:b/>
        </w:rPr>
        <w:t xml:space="preserve">[11:54] </w:t>
      </w:r>
      <w:r>
        <w:t>un ke sathiyon ne jang ki, qatil, qital kiya.</w:t>
      </w:r>
    </w:p>
    <w:p>
      <w:pPr>
        <w:jc w:val="right"/>
      </w:pPr>
      <w:r>
        <w:t>ان کے ساتھیوں نے جنگ کی، قاتل، قتال کیا۔</w:t>
      </w:r>
    </w:p>
    <w:p>
      <w:r>
        <w:rPr>
          <w:b/>
        </w:rPr>
        <w:t xml:space="preserve">[12:02] </w:t>
      </w:r>
      <w:r>
        <w:t>ab is ayat ko le kar bohat mufassireen bohat se nikalte hain, matlab ke falan ne jang ki,</w:t>
      </w:r>
    </w:p>
    <w:p>
      <w:pPr>
        <w:jc w:val="right"/>
      </w:pPr>
      <w:r>
        <w:t>اب اس آیت کو لے کر بہت مفسرین بہت سے نکالتے ہیں، مطلب کہ فلاں نے جنگ کی،</w:t>
      </w:r>
    </w:p>
    <w:p>
      <w:r>
        <w:rPr>
          <w:b/>
        </w:rPr>
        <w:t xml:space="preserve">[12:08] </w:t>
      </w:r>
      <w:r>
        <w:t>falan ne jang ki. Haalankay tareekhi tor par koi sabit nahi hai. Yani quran mein kisi bhi nabee</w:t>
      </w:r>
    </w:p>
    <w:p>
      <w:pPr>
        <w:jc w:val="right"/>
      </w:pPr>
      <w:r>
        <w:t>فلاں نے جنگ کی۔ حالانکہ تاریخی طور پر کوئی ثابت نہیں ہے۔ یعنی قرآن میں کسی بھی نبی</w:t>
      </w:r>
    </w:p>
    <w:p>
      <w:r>
        <w:rPr>
          <w:b/>
        </w:rPr>
        <w:t xml:space="preserve">[12:14] </w:t>
      </w:r>
      <w:r>
        <w:t>ke baray mein rasool Allah ke ilawa yeh mazkoor nahi hai ke unhon ne larai ki thi.</w:t>
      </w:r>
    </w:p>
    <w:p>
      <w:pPr>
        <w:jc w:val="right"/>
      </w:pPr>
      <w:r>
        <w:t>کے بارے میں رسول اللہ کے علاوہ یہ مذکور نہیں ہے کہ انہوں نے لڑائی کی تھی۔</w:t>
      </w:r>
    </w:p>
    <w:p>
      <w:r>
        <w:rPr>
          <w:b/>
        </w:rPr>
        <w:t xml:space="preserve">[12:22] </w:t>
      </w:r>
      <w:r>
        <w:t>hai hi nahi kisi, kisi nabee ke baray mein. Hazrat Musa ke baray mein nahi hai, kisi ke</w:t>
      </w:r>
    </w:p>
    <w:p>
      <w:pPr>
        <w:jc w:val="right"/>
      </w:pPr>
      <w:r>
        <w:t>ہے ہی نہیں کسی، کسی نبی کے بارے میں۔ حضرت موسیٰ کے بارے میں نہیں ہے، کسی کے</w:t>
      </w:r>
    </w:p>
    <w:p>
      <w:r>
        <w:rPr>
          <w:b/>
        </w:rPr>
        <w:t xml:space="preserve">[12:26] </w:t>
      </w:r>
      <w:r>
        <w:t>baray mein nahi hai, Hazrat Ibrahim ke baray mein nahi hai. To idhar udhar se nikalte hain, kuch</w:t>
      </w:r>
    </w:p>
    <w:p>
      <w:pPr>
        <w:jc w:val="right"/>
      </w:pPr>
      <w:r>
        <w:t>بارے میں نہیں ہے، حضرت ابراہیم کے بارے میں نہیں ہے۔ تو ادھر ادھر سے نکالتے ہیں، کچھ</w:t>
      </w:r>
    </w:p>
    <w:p>
      <w:r>
        <w:rPr>
          <w:b/>
        </w:rPr>
        <w:t xml:space="preserve">[12:32] </w:t>
      </w:r>
      <w:r>
        <w:t>bible waghera se ke falan ne larai ki thi. Mein samajhta hoon ke woh sab irrelevant hai.</w:t>
      </w:r>
    </w:p>
    <w:p>
      <w:pPr>
        <w:jc w:val="right"/>
      </w:pPr>
      <w:r>
        <w:t>بائبل وغیرہ سے کہ فلاں نے لڑائی کی تھی۔ میں سمجھتا ہوں کہ وہ سب irrelevant ہے۔</w:t>
      </w:r>
    </w:p>
    <w:p>
      <w:r>
        <w:rPr>
          <w:b/>
        </w:rPr>
        <w:t xml:space="preserve">[12:38] </w:t>
      </w:r>
      <w:r>
        <w:t>asal baat yeh hai ke yeh insan ki zaban mein hai.</w:t>
      </w:r>
    </w:p>
    <w:p>
      <w:pPr>
        <w:jc w:val="right"/>
      </w:pPr>
      <w:r>
        <w:t>اصل بات یہ ہے کہ یہ انسان کی زبان میں ہے۔</w:t>
      </w:r>
    </w:p>
    <w:p>
      <w:r>
        <w:rPr>
          <w:b/>
        </w:rPr>
        <w:t xml:space="preserve">[12:42] </w:t>
      </w:r>
      <w:r>
        <w:t>qatil jo hai ke larai ki un ke sath mil kar logon ne, woh insan ki zaban mein</w:t>
      </w:r>
    </w:p>
    <w:p>
      <w:pPr>
        <w:jc w:val="right"/>
      </w:pPr>
      <w:r>
        <w:t>قاتل جو ہے کہ لڑائی کی ان کے ساتھ مل کر لوگوں نے، وہ انسان کی زبان میں</w:t>
      </w:r>
    </w:p>
    <w:p>
      <w:r>
        <w:rPr>
          <w:b/>
        </w:rPr>
        <w:t xml:space="preserve">[12:50] </w:t>
      </w:r>
      <w:r>
        <w:t>hai. Jaise jab kahin aafat aati hai, flood aata hai, to abhi jaise Kashmir mein flood aaya tha,</w:t>
      </w:r>
    </w:p>
    <w:p>
      <w:pPr>
        <w:jc w:val="right"/>
      </w:pPr>
      <w:r>
        <w:t>ہے۔ جیسے جب کہیں آفت آتی ہے، فلڈ آتا ہے، تو ابھی جیسے کشمیر میں فلڈ آیا تھا،</w:t>
      </w:r>
    </w:p>
    <w:p>
      <w:r>
        <w:rPr>
          <w:b/>
        </w:rPr>
        <w:t xml:space="preserve">[12:59] </w:t>
      </w:r>
      <w:r>
        <w:t>to aap ne dekha hoga media mein ke government ne war footing par relief pohanchaya.</w:t>
      </w:r>
    </w:p>
    <w:p>
      <w:pPr>
        <w:jc w:val="right"/>
      </w:pPr>
      <w:r>
        <w:t>تو آپ نے دیکھا ہوگا میڈیا میں کہ گورنمنٹ نے وار فٹنگ پر ریلیف پہنچایا۔</w:t>
      </w:r>
    </w:p>
    <w:p>
      <w:r>
        <w:rPr>
          <w:b/>
        </w:rPr>
        <w:t xml:space="preserve">[13:07] </w:t>
      </w:r>
      <w:r>
        <w:t>yani government ne Kashmir ke</w:t>
      </w:r>
    </w:p>
    <w:p>
      <w:pPr>
        <w:jc w:val="right"/>
      </w:pPr>
      <w:r>
        <w:t>یعنی گورنمنٹ نے کشمیر کے</w:t>
      </w:r>
    </w:p>
    <w:p>
      <w:r>
        <w:rPr>
          <w:b/>
        </w:rPr>
        <w:t xml:space="preserve">[13:11] </w:t>
      </w:r>
      <w:r>
        <w:t>logon ko war footing par musalsal</w:t>
      </w:r>
    </w:p>
    <w:p>
      <w:pPr>
        <w:jc w:val="right"/>
      </w:pPr>
      <w:r>
        <w:t>لوگوں کو وار فٹنگ پر مسلسل</w:t>
      </w:r>
    </w:p>
    <w:p>
      <w:r>
        <w:rPr>
          <w:b/>
        </w:rPr>
        <w:t xml:space="preserve">[13:16] </w:t>
      </w:r>
      <w:r>
        <w:t>relief pohanchane ka kaam kiya. to war footing kya hai? is ka matlab nahi ke larai ki, wahan</w:t>
      </w:r>
    </w:p>
    <w:p>
      <w:pPr>
        <w:jc w:val="right"/>
      </w:pPr>
      <w:r>
        <w:t>ریلیف پہنچانے کا کام کیا۔ تو وار فٹنگ کیا ہے؟ اس کا مطلب نہیں کہ لڑائی کی، وہاں</w:t>
      </w:r>
    </w:p>
    <w:p>
      <w:r>
        <w:rPr>
          <w:b/>
        </w:rPr>
        <w:t xml:space="preserve">[13:23] </w:t>
      </w:r>
      <w:r>
        <w:t>hathiyar bhejiye. war footing</w:t>
      </w:r>
    </w:p>
    <w:p>
      <w:pPr>
        <w:jc w:val="right"/>
      </w:pPr>
      <w:r>
        <w:t>ہتھیار بھیجے۔ وار فٹنگ</w:t>
      </w:r>
    </w:p>
    <w:p>
      <w:r>
        <w:rPr>
          <w:b/>
        </w:rPr>
        <w:t xml:space="preserve">[13:27] </w:t>
      </w:r>
      <w:r>
        <w:t>ka matlab yeh hai ke bohat, bohat ziyada mehnat, mehnat kiya. yahan war ka lafz war ke maani</w:t>
      </w:r>
    </w:p>
    <w:p>
      <w:pPr>
        <w:jc w:val="right"/>
      </w:pPr>
      <w:r>
        <w:t>کا مطلب یہ ہے کہ بہت، بہت زیادہ محنت، محنت کیا۔ یہاں وار کا لفظ وار کے معنی</w:t>
      </w:r>
    </w:p>
    <w:p>
      <w:r>
        <w:rPr>
          <w:b/>
        </w:rPr>
        <w:t xml:space="preserve">[13:32] </w:t>
      </w:r>
      <w:r>
        <w:t>mein nahi hai.</w:t>
      </w:r>
    </w:p>
    <w:p>
      <w:pPr>
        <w:jc w:val="right"/>
      </w:pPr>
      <w:r>
        <w:t>میں نہیں ہے۔</w:t>
      </w:r>
    </w:p>
    <w:p>
      <w:r>
        <w:rPr>
          <w:b/>
        </w:rPr>
        <w:t xml:space="preserve">[13:34] </w:t>
      </w:r>
      <w:r>
        <w:t>to yeh aam hai, har zaban mein aisa hai. jaise maine ek leader ki taqreer suni, unhon</w:t>
      </w:r>
    </w:p>
    <w:p>
      <w:pPr>
        <w:jc w:val="right"/>
      </w:pPr>
      <w:r>
        <w:t>تو یہ عام ہے، ہر زبان میں ایسا ہے۔ جیسے میں نے ایک لیڈر کی تقریر سنی، انہوں</w:t>
      </w:r>
    </w:p>
    <w:p>
      <w:r>
        <w:rPr>
          <w:b/>
        </w:rPr>
        <w:t xml:space="preserve">[13:42] </w:t>
      </w:r>
      <w:r>
        <w:t>ne kaha ke hamari larai firqa parasti se hai.</w:t>
      </w:r>
    </w:p>
    <w:p>
      <w:pPr>
        <w:jc w:val="right"/>
      </w:pPr>
      <w:r>
        <w:t>نے کہا کہ ہماری لڑائی فرقہ پرستی سے ہے۔</w:t>
      </w:r>
    </w:p>
    <w:p>
      <w:r>
        <w:rPr>
          <w:b/>
        </w:rPr>
        <w:t xml:space="preserve">[13:48] </w:t>
      </w:r>
      <w:r>
        <w:t>to firqa parasti jo hai, koi</w:t>
      </w:r>
    </w:p>
    <w:p>
      <w:pPr>
        <w:jc w:val="right"/>
      </w:pPr>
      <w:r>
        <w:t>تو فرقہ پرستی جو ہے، کوئی</w:t>
      </w:r>
    </w:p>
    <w:p>
      <w:r>
        <w:rPr>
          <w:b/>
        </w:rPr>
        <w:t xml:space="preserve">[13:51] </w:t>
      </w:r>
      <w:r>
        <w:t>fauj nahi hai jis se aap ja ke laren ge. to firqa parasti ko khatam karne ke liye</w:t>
      </w:r>
    </w:p>
    <w:p>
      <w:pPr>
        <w:jc w:val="right"/>
      </w:pPr>
      <w:r>
        <w:t>فوج نہیں ہے جس سے آپ جا کے لڑیں گے۔ تو فرقہ پرستی کو ختم کرنے کے لیے</w:t>
      </w:r>
    </w:p>
    <w:p>
      <w:r>
        <w:rPr>
          <w:b/>
        </w:rPr>
        <w:t xml:space="preserve">[13:56] </w:t>
      </w:r>
      <w:r>
        <w:t>jo koshish karen ge, woh to us ko bohat ziyada emphasize karne ke liye</w:t>
      </w:r>
    </w:p>
    <w:p>
      <w:pPr>
        <w:jc w:val="right"/>
      </w:pPr>
      <w:r>
        <w:t>جو کوشش کریں گے، وہ تو اس کو بہت زیادہ emphasize کرنے کے لیے</w:t>
      </w:r>
    </w:p>
    <w:p>
      <w:r>
        <w:rPr>
          <w:b/>
        </w:rPr>
        <w:t xml:space="preserve">[14:03] </w:t>
      </w:r>
      <w:r>
        <w:t>unhon ne larai ka lafz istemal kiya. aise hi relief work ko bohat ziyada emphasize karne ke liye</w:t>
      </w:r>
    </w:p>
    <w:p>
      <w:pPr>
        <w:jc w:val="right"/>
      </w:pPr>
      <w:r>
        <w:t>انہوں نے لڑائی کا لفظ استعمال کیا۔ ایسے ہی ریلیف ورک کو بہت زیادہ emphasize کرنے کے لیے</w:t>
      </w:r>
    </w:p>
    <w:p>
      <w:r>
        <w:rPr>
          <w:b/>
        </w:rPr>
        <w:t xml:space="preserve">[14:10] </w:t>
      </w:r>
      <w:r>
        <w:t>kaha gaya war footing par. to yahan bhi dekhen, qatil jo hai ke</w:t>
      </w:r>
    </w:p>
    <w:p>
      <w:pPr>
        <w:jc w:val="right"/>
      </w:pPr>
      <w:r>
        <w:t>کہا گیا وار فٹنگ پر۔ تو یہاں بھی دیکھیں، قاتل جو ہے کہ</w:t>
      </w:r>
    </w:p>
    <w:p>
      <w:r>
        <w:rPr>
          <w:b/>
        </w:rPr>
        <w:t xml:space="preserve">[14:18] </w:t>
      </w:r>
      <w:r>
        <w:t>bohat se nabee hain jin ke sahaba ne un ke sath mil kar larai ki, qital kiya. yahan</w:t>
      </w:r>
    </w:p>
    <w:p>
      <w:pPr>
        <w:jc w:val="right"/>
      </w:pPr>
      <w:r>
        <w:t>بہت سے نبی ہیں جن کے ساتھیوں نے ان کے ساتھ مل کر لڑائی کی، قتال کیا۔ یہاں</w:t>
      </w:r>
    </w:p>
    <w:p>
      <w:r>
        <w:rPr>
          <w:b/>
        </w:rPr>
        <w:t xml:space="preserve">[14:24] </w:t>
      </w:r>
      <w:r>
        <w:t>qital lafzi maani mein nahi hai,</w:t>
      </w:r>
    </w:p>
    <w:p>
      <w:pPr>
        <w:jc w:val="right"/>
      </w:pPr>
      <w:r>
        <w:t>قتال لفظی معنی میں نہیں ہے،</w:t>
      </w:r>
    </w:p>
    <w:p>
      <w:r>
        <w:rPr>
          <w:b/>
        </w:rPr>
        <w:t xml:space="preserve">[14:28] </w:t>
      </w:r>
      <w:r>
        <w:t>struggle ke maani mein hai, jahad ke maani mein hai, bohat ziyada mehnat karne ke maani mein hai.</w:t>
      </w:r>
    </w:p>
    <w:p>
      <w:pPr>
        <w:jc w:val="right"/>
      </w:pPr>
      <w:r>
        <w:t>struggle کے معنی میں ہے، جدوجہد کے معنی میں ہے، بہت زیادہ محنت کرنے کے معنی میں ہے۔</w:t>
      </w:r>
    </w:p>
    <w:p>
      <w:r>
        <w:rPr>
          <w:b/>
        </w:rPr>
        <w:t xml:space="preserve">[14:36] </w:t>
      </w:r>
      <w:r>
        <w:t>phir maine dekha Lisan al-Arab jo bohat bari lughat hai arabi zaban ki, to exact yeh matlab</w:t>
      </w:r>
    </w:p>
    <w:p>
      <w:pPr>
        <w:jc w:val="right"/>
      </w:pPr>
      <w:r>
        <w:t>پھر میں نے دیکھا لسہ العرب جو بہت بڑی لغت ہے عربی زبان کی، تو exact یہ مطلب</w:t>
      </w:r>
    </w:p>
    <w:p>
      <w:r>
        <w:rPr>
          <w:b/>
        </w:rPr>
        <w:t xml:space="preserve">[14:43] </w:t>
      </w:r>
      <w:r>
        <w:t>likha hua hai is mein.</w:t>
      </w:r>
    </w:p>
    <w:p>
      <w:pPr>
        <w:jc w:val="right"/>
      </w:pPr>
      <w:r>
        <w:t>لکھا ہوا ہے اس میں۔</w:t>
      </w:r>
    </w:p>
    <w:p>
      <w:r>
        <w:rPr>
          <w:b/>
        </w:rPr>
        <w:t xml:space="preserve">[14:45] </w:t>
      </w:r>
      <w:r>
        <w:t>is mein likha hua hai ke qital ka lafz hamesha lafzi maani mein nahi aata. qital ka naam</w:t>
      </w:r>
    </w:p>
    <w:p>
      <w:pPr>
        <w:jc w:val="right"/>
      </w:pPr>
      <w:r>
        <w:t>اس میں لکھا ہوا ہے کہ قتال کا لفظ ہمیشہ لفظی معنی میں نہیں آتا۔ قتال کا نام</w:t>
      </w:r>
    </w:p>
    <w:p>
      <w:r>
        <w:rPr>
          <w:b/>
        </w:rPr>
        <w:t xml:space="preserve">[14:52] </w:t>
      </w:r>
      <w:r>
        <w:t>peaceful jahad ke liye bhi aata hai. to yahan par jo aaya hai</w:t>
      </w:r>
    </w:p>
    <w:p>
      <w:pPr>
        <w:jc w:val="right"/>
      </w:pPr>
      <w:r>
        <w:t>peaceful جدوجہد کے لیے بھی آتا ہے۔ تو یہاں پر جو آیا ہے</w:t>
      </w:r>
    </w:p>
    <w:p>
      <w:r>
        <w:rPr>
          <w:b/>
        </w:rPr>
        <w:t xml:space="preserve">[14:59] </w:t>
      </w:r>
      <w:r>
        <w:t>qital ma'ahu rab'atun kathira to wahan haraba ke maani mein nahi hai,</w:t>
      </w:r>
    </w:p>
    <w:p>
      <w:pPr>
        <w:jc w:val="right"/>
      </w:pPr>
      <w:r>
        <w:t>قاتل معه ربيع كثير تو وہاں حاربہ کے معنی میں نہیں ہے،</w:t>
      </w:r>
    </w:p>
    <w:p>
      <w:r>
        <w:rPr>
          <w:b/>
        </w:rPr>
        <w:t xml:space="preserve">[15:04] </w:t>
      </w:r>
      <w:r>
        <w:t>haraba nahi balke jahada ke maani hain. yani zabardast koshish ki, dawat ke liye.</w:t>
      </w:r>
    </w:p>
    <w:p>
      <w:pPr>
        <w:jc w:val="right"/>
      </w:pPr>
      <w:r>
        <w:t>حاربہ نہیں بلکہ جاہدہ کے معنی ہیں۔ یعنی زبردست کوشش کی، دعوت کے لیے۔</w:t>
      </w:r>
    </w:p>
    <w:p>
      <w:r>
        <w:rPr>
          <w:b/>
        </w:rPr>
        <w:t xml:space="preserve">[15:12] </w:t>
      </w:r>
      <w:r>
        <w:t>mission to sab ka dawat-e-ilahi tha, tamam nabiyon ka. to is ka matlab yeh hai ke bohat</w:t>
      </w:r>
    </w:p>
    <w:p>
      <w:pPr>
        <w:jc w:val="right"/>
      </w:pPr>
      <w:r>
        <w:t>مشن تو سب کا دعوت الہی تھا، تمام نبیوں کا۔ تو اس کا مطلب یہ ہے کہ بہت</w:t>
      </w:r>
    </w:p>
    <w:p>
      <w:r>
        <w:rPr>
          <w:b/>
        </w:rPr>
        <w:t xml:space="preserve">[15:19] </w:t>
      </w:r>
      <w:r>
        <w:t>se nabee hain jin ke sath</w:t>
      </w:r>
    </w:p>
    <w:p>
      <w:pPr>
        <w:jc w:val="right"/>
      </w:pPr>
      <w:r>
        <w:t>سے نبی ہیں جن کے ساتھ</w:t>
      </w:r>
    </w:p>
    <w:p>
      <w:r>
        <w:rPr>
          <w:b/>
        </w:rPr>
        <w:t xml:space="preserve">[15:21] </w:t>
      </w:r>
      <w:r>
        <w:t>logon ne sath diya, un ka aur mil kar ke bohat zabardast koshish ki, dawat-e-ilahi ke liye</w:t>
      </w:r>
    </w:p>
    <w:p>
      <w:pPr>
        <w:jc w:val="right"/>
      </w:pPr>
      <w:r>
        <w:t>لوگوں نے ساتھ دیا، ان کا اور مل کر کے بہت زبردست کوشش کی، دعوت الہی کے لیے</w:t>
      </w:r>
    </w:p>
    <w:p>
      <w:r>
        <w:rPr>
          <w:b/>
        </w:rPr>
        <w:t xml:space="preserve">[15:28] </w:t>
      </w:r>
      <w:r>
        <w:t>peaceful andaaz mein. yeh matlab hai. to yeh us waqt mujhe samajh mein aaya jab ke maine,</w:t>
      </w:r>
    </w:p>
    <w:p>
      <w:pPr>
        <w:jc w:val="right"/>
      </w:pPr>
      <w:r>
        <w:t>peaceful انداز میں۔ یہ مطلب ہے۔ تو یہ اس وقت مجھے سمجھ میں آیا جب کہ میں نے،</w:t>
      </w:r>
    </w:p>
    <w:p>
      <w:r>
        <w:rPr>
          <w:b/>
        </w:rPr>
        <w:t xml:space="preserve">[15:34] </w:t>
      </w:r>
      <w:r>
        <w:t>mujhe yeh daryaft hui ke huroof muqatta'at ka matlab hai ke quran insani zabaan mein hai, woh kisi</w:t>
      </w:r>
    </w:p>
    <w:p>
      <w:pPr>
        <w:jc w:val="right"/>
      </w:pPr>
      <w:r>
        <w:t>مجھے یہ دریافت ہوئی کہ حروف مقطعات کا مطلب ہے کہ قرآن انسانی زبان میں ہے، وہ کسی</w:t>
      </w:r>
    </w:p>
    <w:p>
      <w:r>
        <w:rPr>
          <w:b/>
        </w:rPr>
        <w:t xml:space="preserve">[15:41] </w:t>
      </w:r>
      <w:r>
        <w:t>malkooti zabaan mein nahi hai, woh jannat ki zabaan mein nahi hai, maal e aala ki zabaan mein nahi</w:t>
      </w:r>
    </w:p>
    <w:p>
      <w:pPr>
        <w:jc w:val="right"/>
      </w:pPr>
      <w:r>
        <w:t>ملکوتی زبان میں نہیں ہے، وہ جنت کی زبان میں نہیں ہے، مالِ اعلیٰ کی زبان میں نہیں</w:t>
      </w:r>
    </w:p>
    <w:p>
      <w:r>
        <w:rPr>
          <w:b/>
        </w:rPr>
        <w:t xml:space="preserve">[15:45] </w:t>
      </w:r>
      <w:r>
        <w:t>hai. toh insani zabaan ki kisi kitaab ko jis tarah samjha jaata hai, usi tarah quran bhi samjha</w:t>
      </w:r>
    </w:p>
    <w:p>
      <w:pPr>
        <w:jc w:val="right"/>
      </w:pPr>
      <w:r>
        <w:t>ہے۔ تو انسانی زبان کی کسی کتاب کو جس طرح سمجھا جاتا ہے، اسی طرح قرآن بھی سمجھا</w:t>
      </w:r>
    </w:p>
    <w:p>
      <w:r>
        <w:rPr>
          <w:b/>
        </w:rPr>
        <w:t xml:space="preserve">[15:52] </w:t>
      </w:r>
      <w:r>
        <w:t>jayega. toh yeh kitni bari baat hai.</w:t>
      </w:r>
    </w:p>
    <w:p>
      <w:pPr>
        <w:jc w:val="right"/>
      </w:pPr>
      <w:r>
        <w:t>جائے گا۔ تو یہ کتنی بڑی بات ہے۔</w:t>
      </w:r>
    </w:p>
    <w:p>
      <w:r>
        <w:rPr>
          <w:b/>
        </w:rPr>
        <w:t xml:space="preserve">[16:00] </w:t>
      </w:r>
      <w:r>
        <w:t>toh ramzan ka mahina</w:t>
      </w:r>
    </w:p>
    <w:p>
      <w:pPr>
        <w:jc w:val="right"/>
      </w:pPr>
      <w:r>
        <w:t>تو رمضان کا مہینہ</w:t>
      </w:r>
    </w:p>
    <w:p>
      <w:r>
        <w:rPr>
          <w:b/>
        </w:rPr>
        <w:t xml:space="preserve">[16:03] </w:t>
      </w:r>
      <w:r>
        <w:t>quran ka mahina hai. iska matlab hai ramzan ke mahine mein quran ko bohat zyada parha jaata</w:t>
      </w:r>
    </w:p>
    <w:p>
      <w:pPr>
        <w:jc w:val="right"/>
      </w:pPr>
      <w:r>
        <w:t>قرآن کا مہینہ ہے۔ اس کا مطلب ہے رمضان کے مہینے میں قرآن کو بہت زیادہ پڑھا جاتا</w:t>
      </w:r>
    </w:p>
    <w:p>
      <w:r>
        <w:rPr>
          <w:b/>
        </w:rPr>
        <w:t xml:space="preserve">[16:10] </w:t>
      </w:r>
      <w:r>
        <w:t>hai, bohat zyada is par study ki jaati hai.</w:t>
      </w:r>
    </w:p>
    <w:p>
      <w:pPr>
        <w:jc w:val="right"/>
      </w:pPr>
      <w:r>
        <w:t>ہے، بہت زیادہ اس پر اسٹڈی کی جاتی ہے۔</w:t>
      </w:r>
    </w:p>
    <w:p>
      <w:r>
        <w:rPr>
          <w:b/>
        </w:rPr>
        <w:t xml:space="preserve">[16:15] </w:t>
      </w:r>
      <w:r>
        <w:t>toh is se naye naye maani samajh mein aate hain.</w:t>
      </w:r>
    </w:p>
    <w:p>
      <w:pPr>
        <w:jc w:val="right"/>
      </w:pPr>
      <w:r>
        <w:t>تو اس سے نئے نئے معنی سمجھ میں آتے ہیں۔</w:t>
      </w:r>
    </w:p>
    <w:p>
      <w:r>
        <w:rPr>
          <w:b/>
        </w:rPr>
        <w:t xml:space="preserve">[16:20] </w:t>
      </w:r>
      <w:r>
        <w:t>misalan dekhiye, aap quran ko parhna shuru karein</w:t>
      </w:r>
    </w:p>
    <w:p>
      <w:pPr>
        <w:jc w:val="right"/>
      </w:pPr>
      <w:r>
        <w:t>مثلاً دیکھیے، آپ قرآن کو پڑھنا شروع کریں</w:t>
      </w:r>
    </w:p>
    <w:p>
      <w:r>
        <w:rPr>
          <w:b/>
        </w:rPr>
        <w:t xml:space="preserve">[16:25] </w:t>
      </w:r>
      <w:r>
        <w:t>toh aap aage ek qissa padhenge adam ka ke Allah taala ne adam ko paida kiya, phir</w:t>
      </w:r>
    </w:p>
    <w:p>
      <w:pPr>
        <w:jc w:val="right"/>
      </w:pPr>
      <w:r>
        <w:t>تو آپ آگے ایک قصہ پڑھیں گے آدم کا کہ اللہ تعالیٰ نے آدم کو پیدا کیا، پھر</w:t>
      </w:r>
    </w:p>
    <w:p>
      <w:r>
        <w:rPr>
          <w:b/>
        </w:rPr>
        <w:t xml:space="preserve">[16:34] </w:t>
      </w:r>
      <w:r>
        <w:t>unko jannat mein rakha,</w:t>
      </w:r>
    </w:p>
    <w:p>
      <w:pPr>
        <w:jc w:val="right"/>
      </w:pPr>
      <w:r>
        <w:t>ان کو جنت میں رکھا،</w:t>
      </w:r>
    </w:p>
    <w:p>
      <w:r>
        <w:rPr>
          <w:b/>
        </w:rPr>
        <w:t xml:space="preserve">[16:39] </w:t>
      </w:r>
      <w:r>
        <w:t>aur yeh kaha ke ek, ek, ek darakht ko bata diya ke is ke paas mat jaana,</w:t>
      </w:r>
    </w:p>
    <w:p>
      <w:pPr>
        <w:jc w:val="right"/>
      </w:pPr>
      <w:r>
        <w:t>اور یہ کہا کہ ایک، ایک، ایک درخت کو بتا دیا کہ اس کے پاس مت جانا،</w:t>
      </w:r>
    </w:p>
    <w:p>
      <w:r>
        <w:rPr>
          <w:b/>
        </w:rPr>
        <w:t xml:space="preserve">[16:48] </w:t>
      </w:r>
      <w:r>
        <w:t>la taqrabu hadha ash-shajar</w:t>
      </w:r>
    </w:p>
    <w:p>
      <w:pPr>
        <w:jc w:val="right"/>
      </w:pPr>
      <w:r>
        <w:t>لا تقرب هذا الشجر</w:t>
      </w:r>
    </w:p>
    <w:p>
      <w:r>
        <w:rPr>
          <w:b/>
        </w:rPr>
        <w:t xml:space="preserve">[16:51] </w:t>
      </w:r>
      <w:r>
        <w:t>is ke paas mat jaana, is ka phal mat khana.</w:t>
      </w:r>
    </w:p>
    <w:p>
      <w:pPr>
        <w:jc w:val="right"/>
      </w:pPr>
      <w:r>
        <w:t>اس کے پاس مت جانا، اس کا پھل مت کھانا۔</w:t>
      </w:r>
    </w:p>
    <w:p>
      <w:r>
        <w:rPr>
          <w:b/>
        </w:rPr>
        <w:t xml:space="preserve">[16:55] </w:t>
      </w:r>
      <w:r>
        <w:t>toh adam aur hawa ne</w:t>
      </w:r>
    </w:p>
    <w:p>
      <w:pPr>
        <w:jc w:val="right"/>
      </w:pPr>
      <w:r>
        <w:t>تو آدم اور حوا نے</w:t>
      </w:r>
    </w:p>
    <w:p>
      <w:r>
        <w:rPr>
          <w:b/>
        </w:rPr>
        <w:t xml:space="preserve">[16:58] </w:t>
      </w:r>
      <w:r>
        <w:t>yahan par inko woh bhool gaye, aur is ke paas gaye, aur is ka phal kha liya.</w:t>
      </w:r>
    </w:p>
    <w:p>
      <w:pPr>
        <w:jc w:val="right"/>
      </w:pPr>
      <w:r>
        <w:t>یہاں پر ان کو وہ بھول گئے، اور اس کے پاس گئے، اور اس کا پھل کھا لیا۔</w:t>
      </w:r>
    </w:p>
    <w:p>
      <w:r>
        <w:rPr>
          <w:b/>
        </w:rPr>
        <w:t xml:space="preserve">[17:05] </w:t>
      </w:r>
      <w:r>
        <w:t>toh is ke baad woh jannat se mehroom ho gaye, jannat se unko nikaal diya gaya.</w:t>
      </w:r>
    </w:p>
    <w:p>
      <w:pPr>
        <w:jc w:val="right"/>
      </w:pPr>
      <w:r>
        <w:t>تو اس کے بعد وہ جنت سے محروم ہو گئے، جنت سے ان کو نکال دیا گیا۔</w:t>
      </w:r>
    </w:p>
    <w:p>
      <w:r>
        <w:rPr>
          <w:b/>
        </w:rPr>
        <w:t xml:space="preserve">[17:11] </w:t>
      </w:r>
      <w:r>
        <w:t>toh is par ghaur kijiye toh ek bohat bara sabak aap ko milega, bohat bara sabak.</w:t>
      </w:r>
    </w:p>
    <w:p>
      <w:pPr>
        <w:jc w:val="right"/>
      </w:pPr>
      <w:r>
        <w:t>تو اس پر غور کیجئے تو ایک بہت بڑا سبق آپ کو ملے گا، بہت بڑا سبق۔</w:t>
      </w:r>
    </w:p>
    <w:p>
      <w:r>
        <w:rPr>
          <w:b/>
        </w:rPr>
        <w:t xml:space="preserve">[17:18] </w:t>
      </w:r>
      <w:r>
        <w:t>dekhein, bible mein hai ke yeh jannat jo thi adam ki, yeh kisi aasman mein nahi thi, woh</w:t>
      </w:r>
    </w:p>
    <w:p>
      <w:pPr>
        <w:jc w:val="right"/>
      </w:pPr>
      <w:r>
        <w:t>دیکھیں، بائبل میں ہے کہ یہ جنت جو تھی آدم کی، یہ کسی آسمان میں نہیں تھی، وہ</w:t>
      </w:r>
    </w:p>
    <w:p>
      <w:r>
        <w:rPr>
          <w:b/>
        </w:rPr>
        <w:t xml:space="preserve">[17:25] </w:t>
      </w:r>
      <w:r>
        <w:t>adan mein thi.</w:t>
      </w:r>
    </w:p>
    <w:p>
      <w:pPr>
        <w:jc w:val="right"/>
      </w:pPr>
      <w:r>
        <w:t>عدن میں تھی۔</w:t>
      </w:r>
    </w:p>
    <w:p>
      <w:r>
        <w:rPr>
          <w:b/>
        </w:rPr>
        <w:t xml:space="preserve">[17:28] </w:t>
      </w:r>
      <w:r>
        <w:t>bible mein hai ke khudawand ne adan mein ek baagh ugaya.</w:t>
      </w:r>
    </w:p>
    <w:p>
      <w:pPr>
        <w:jc w:val="right"/>
      </w:pPr>
      <w:r>
        <w:t>بائبل میں ہے کہ خداوند نے عدن میں ایک باغ اگایا۔</w:t>
      </w:r>
    </w:p>
    <w:p>
      <w:r>
        <w:rPr>
          <w:b/>
        </w:rPr>
        <w:t xml:space="preserve">[17:35] </w:t>
      </w:r>
      <w:r>
        <w:t>adan ek mulk hai, aap jaante hain.</w:t>
      </w:r>
    </w:p>
    <w:p>
      <w:pPr>
        <w:jc w:val="right"/>
      </w:pPr>
      <w:r>
        <w:t>عدن ایک ملک ہے، آپ جانتے ہیں۔</w:t>
      </w:r>
    </w:p>
    <w:p>
      <w:r>
        <w:rPr>
          <w:b/>
        </w:rPr>
        <w:t xml:space="preserve">[17:38] </w:t>
      </w:r>
      <w:r>
        <w:t>toh bible ke mutabiq woh jannat pehli jahan, jahan, jahan basaye gaye the hawa aur jahan adam aur</w:t>
      </w:r>
    </w:p>
    <w:p>
      <w:pPr>
        <w:jc w:val="right"/>
      </w:pPr>
      <w:r>
        <w:t>تو بائبل کے مطابق وہ جنت پہلی جہاں، جہاں، جہاں بسائے گئے تھے حوا اور جہاں آدم اور</w:t>
      </w:r>
    </w:p>
    <w:p>
      <w:r>
        <w:rPr>
          <w:b/>
        </w:rPr>
        <w:t xml:space="preserve">[17:47] </w:t>
      </w:r>
      <w:r>
        <w:t>hawa, woh adan mein thi.</w:t>
      </w:r>
    </w:p>
    <w:p>
      <w:pPr>
        <w:jc w:val="right"/>
      </w:pPr>
      <w:r>
        <w:t>حوا، وہ عدن میں تھی۔</w:t>
      </w:r>
    </w:p>
    <w:p>
      <w:r>
        <w:rPr>
          <w:b/>
        </w:rPr>
        <w:t xml:space="preserve">[17:51] </w:t>
      </w:r>
      <w:r>
        <w:t>mein yeh nahi kehta ke waqe'atan yahi hai, lekin quran mein toh aisa nahi hai. behrhaal, jo sabak</w:t>
      </w:r>
    </w:p>
    <w:p>
      <w:pPr>
        <w:jc w:val="right"/>
      </w:pPr>
      <w:r>
        <w:t>میں یہ نہیں کہتا کہ واقعتاً یہی ہے، لیکن قرآن میں تو ایسا نہیں ہے۔ بہرحال، جو سبق</w:t>
      </w:r>
    </w:p>
    <w:p>
      <w:r>
        <w:rPr>
          <w:b/>
        </w:rPr>
        <w:t xml:space="preserve">[17:56] </w:t>
      </w:r>
      <w:r>
        <w:t>mein kehna chahta hoon, jo sabaq milta hai,</w:t>
      </w:r>
    </w:p>
    <w:p>
      <w:pPr>
        <w:jc w:val="right"/>
      </w:pPr>
      <w:r>
        <w:t>میں کہنا چاہتا ہوں، جو سبق ملتا ہے،</w:t>
      </w:r>
    </w:p>
    <w:p>
      <w:r>
        <w:rPr>
          <w:b/>
        </w:rPr>
        <w:t xml:space="preserve">[18:01] </w:t>
      </w:r>
      <w:r>
        <w:t>woh yeh hai ke</w:t>
      </w:r>
    </w:p>
    <w:p>
      <w:pPr>
        <w:jc w:val="right"/>
      </w:pPr>
      <w:r>
        <w:t>وہ یہ ہے کہ</w:t>
      </w:r>
    </w:p>
    <w:p>
      <w:r>
        <w:rPr>
          <w:b/>
        </w:rPr>
        <w:t xml:space="preserve">[18:05] </w:t>
      </w:r>
      <w:r>
        <w:t>jannat mein aik hissa ya aik darakht aisa tha jo un ko nahi mila tha, Adam aur Hawa</w:t>
      </w:r>
    </w:p>
    <w:p>
      <w:pPr>
        <w:jc w:val="right"/>
      </w:pPr>
      <w:r>
        <w:t>جنت میں ایک حصہ یا ایک درخت ایسا تھا جو ان کو نہیں ملا تھا، آدم اور حوا</w:t>
      </w:r>
    </w:p>
    <w:p>
      <w:r>
        <w:rPr>
          <w:b/>
        </w:rPr>
        <w:t xml:space="preserve">[18:11] </w:t>
      </w:r>
      <w:r>
        <w:t>ko. Jannat poori mil gayi, lekin phir bhi us ka aik hissa nahi mila,</w:t>
      </w:r>
    </w:p>
    <w:p>
      <w:pPr>
        <w:jc w:val="right"/>
      </w:pPr>
      <w:r>
        <w:t>کو۔ جنت پوری مل گئی، لیکن پھر بھی اس کا ایک حصہ نہیں ملا،</w:t>
      </w:r>
    </w:p>
    <w:p>
      <w:r>
        <w:rPr>
          <w:b/>
        </w:rPr>
        <w:t xml:space="preserve">[18:18] </w:t>
      </w:r>
      <w:r>
        <w:t>jahan aik darakht tha.</w:t>
      </w:r>
    </w:p>
    <w:p>
      <w:pPr>
        <w:jc w:val="right"/>
      </w:pPr>
      <w:r>
        <w:t>جہاں ایک درخت تھا۔</w:t>
      </w:r>
    </w:p>
    <w:p>
      <w:r>
        <w:rPr>
          <w:b/>
        </w:rPr>
        <w:t xml:space="preserve">[18:21] </w:t>
      </w:r>
      <w:r>
        <w:t>yani is ka matlab yeh hai ke Adam ki jannat khandit jannat thi, khandit</w:t>
      </w:r>
    </w:p>
    <w:p>
      <w:pPr>
        <w:jc w:val="right"/>
      </w:pPr>
      <w:r>
        <w:t>یعنی اس کا مطلب یہ ہے کہ آدم کی جنت کھنڈت جنت تھی، کھنڈت</w:t>
      </w:r>
    </w:p>
    <w:p>
      <w:r>
        <w:rPr>
          <w:b/>
        </w:rPr>
        <w:t xml:space="preserve">[18:27] </w:t>
      </w:r>
      <w:r>
        <w:t>incomplete jannat thi.</w:t>
      </w:r>
    </w:p>
    <w:p>
      <w:pPr>
        <w:jc w:val="right"/>
      </w:pPr>
      <w:r>
        <w:t>incomplete جنت تھی۔</w:t>
      </w:r>
    </w:p>
    <w:p>
      <w:r>
        <w:rPr>
          <w:b/>
        </w:rPr>
        <w:t xml:space="preserve">[18:30] </w:t>
      </w:r>
      <w:r>
        <w:t>to mein samajhta hoon ke yeh bohat bara sabaq hai ke dunya mein insan</w:t>
      </w:r>
    </w:p>
    <w:p>
      <w:pPr>
        <w:jc w:val="right"/>
      </w:pPr>
      <w:r>
        <w:t>تو میں سمجھتا ہوں کہ یہ بہت بڑا سبق ہے کہ دنیا میں انسان</w:t>
      </w:r>
    </w:p>
    <w:p>
      <w:r>
        <w:rPr>
          <w:b/>
        </w:rPr>
        <w:t xml:space="preserve">[18:35] </w:t>
      </w:r>
      <w:r>
        <w:t>yeh na samjhe ke woh dunya mein complete jannat pa sakta hai,</w:t>
      </w:r>
    </w:p>
    <w:p>
      <w:pPr>
        <w:jc w:val="right"/>
      </w:pPr>
      <w:r>
        <w:t>یہ نہ سمجھے کہ وہ دنیا میں complete جنت پا سکتا ہے،</w:t>
      </w:r>
    </w:p>
    <w:p>
      <w:r>
        <w:rPr>
          <w:b/>
        </w:rPr>
        <w:t xml:space="preserve">[18:41] </w:t>
      </w:r>
      <w:r>
        <w:t>apne liye mukammal zindagi bana sakta hai, yahan mukammal system bana sakta hai.</w:t>
      </w:r>
    </w:p>
    <w:p>
      <w:pPr>
        <w:jc w:val="right"/>
      </w:pPr>
      <w:r>
        <w:t>اپنے لیے مکمل زندگی بنا سکتا ہے، یہاں مکمل سسٹم بنا سکتا ہے۔</w:t>
      </w:r>
    </w:p>
    <w:p>
      <w:r>
        <w:rPr>
          <w:b/>
        </w:rPr>
        <w:t xml:space="preserve">[18:48] </w:t>
      </w:r>
      <w:r>
        <w:t>aisa mumkin nahi hai. Yahan par incomplete dunya hogi insan ki, incomplete</w:t>
      </w:r>
    </w:p>
    <w:p>
      <w:pPr>
        <w:jc w:val="right"/>
      </w:pPr>
      <w:r>
        <w:t>ایسا ممکن نہیں ہے۔ یہاں پر incomplete دنیا ہوگی انسان کی، incomplete</w:t>
      </w:r>
    </w:p>
    <w:p>
      <w:r>
        <w:rPr>
          <w:b/>
        </w:rPr>
        <w:t xml:space="preserve">[18:55] </w:t>
      </w:r>
      <w:r>
        <w:t>jannat jo banaye ga, woh incomplete hogi. Jo system banaye ga, woh incomplete system hoga.</w:t>
      </w:r>
    </w:p>
    <w:p>
      <w:pPr>
        <w:jc w:val="right"/>
      </w:pPr>
      <w:r>
        <w:t>جنت جو بنائے گا، وہ incomplete ہوگی۔ جو سسٹم بنائے گا، وہ incomplete سسٹم ہوگا۔</w:t>
      </w:r>
    </w:p>
    <w:p>
      <w:r>
        <w:rPr>
          <w:b/>
        </w:rPr>
        <w:t xml:space="preserve">[19:01] </w:t>
      </w:r>
      <w:r>
        <w:t>dekhiye, yeh agar maan lein hum to sara tension khatam ho jaye. Sara tension kyun hota hai? Hum</w:t>
      </w:r>
    </w:p>
    <w:p>
      <w:pPr>
        <w:jc w:val="right"/>
      </w:pPr>
      <w:r>
        <w:t>دیکھیے، یہ اگر مان لیں ہم تو سارا tension ختم ہو جائے۔ سارا tension کیوں ہوتا ہے؟ ہم</w:t>
      </w:r>
    </w:p>
    <w:p>
      <w:r>
        <w:rPr>
          <w:b/>
        </w:rPr>
        <w:t xml:space="preserve">[19:10] </w:t>
      </w:r>
      <w:r>
        <w:t>incomplete pe raazi nahi hotay. Hum chahtay hain complete karna.</w:t>
      </w:r>
    </w:p>
    <w:p>
      <w:pPr>
        <w:jc w:val="right"/>
      </w:pPr>
      <w:r>
        <w:t>incomplete پہ راضی نہیں ہوتے۔ ہم چاہتے ہیں complete کرنا۔</w:t>
      </w:r>
    </w:p>
    <w:p>
      <w:r>
        <w:rPr>
          <w:b/>
        </w:rPr>
        <w:t xml:space="preserve">[19:14] </w:t>
      </w:r>
      <w:r>
        <w:t>incomplete to sabhi ko mil jata hai.</w:t>
      </w:r>
    </w:p>
    <w:p>
      <w:pPr>
        <w:jc w:val="right"/>
      </w:pPr>
      <w:r>
        <w:t>incomplete تو سبھی کو مل جاتا ہے۔</w:t>
      </w:r>
    </w:p>
    <w:p>
      <w:r>
        <w:rPr>
          <w:b/>
        </w:rPr>
        <w:t xml:space="preserve">[19:18] </w:t>
      </w:r>
      <w:r>
        <w:t>aap ghor kijiye to aas paas aap ke jitnay log honge, sab ko incomplete dunya mili hui</w:t>
      </w:r>
    </w:p>
    <w:p>
      <w:pPr>
        <w:jc w:val="right"/>
      </w:pPr>
      <w:r>
        <w:t>آپ غور کیجئے تو آس پاس آپ کے جتنے لوگ ہوں گے، سب کو incomplete دنیا ملی ہوئی</w:t>
      </w:r>
    </w:p>
    <w:p>
      <w:r>
        <w:rPr>
          <w:b/>
        </w:rPr>
        <w:t xml:space="preserve">[19:24] </w:t>
      </w:r>
      <w:r>
        <w:t>hogi. Lekin phir bhi woh pareshan honge, kyunke woh chahtay hain ke mujhe incomplete mil jaye. Maslan</w:t>
      </w:r>
    </w:p>
    <w:p>
      <w:pPr>
        <w:jc w:val="right"/>
      </w:pPr>
      <w:r>
        <w:t>ہوگی۔ لیکن پھر بھی وہ پریشان ہوں گے، کیونکہ وہ چاہتے ہیں کہ مجھے incomplete مل جائے۔ مثلاً</w:t>
      </w:r>
    </w:p>
    <w:p>
      <w:r>
        <w:rPr>
          <w:b/>
        </w:rPr>
        <w:t xml:space="preserve">[19:32] </w:t>
      </w:r>
      <w:r>
        <w:t>chota ghar hai to bara ghar mil jaye, aik car hai to do car mil jayein, chota job</w:t>
      </w:r>
    </w:p>
    <w:p>
      <w:pPr>
        <w:jc w:val="right"/>
      </w:pPr>
      <w:r>
        <w:t>چھوٹا گھر ہے تو بڑا گھر مل جائے، ایک کار ہے تو دو کار مل جائیں، چھوٹا جاب</w:t>
      </w:r>
    </w:p>
    <w:p>
      <w:r>
        <w:rPr>
          <w:b/>
        </w:rPr>
        <w:t xml:space="preserve">[19:37] </w:t>
      </w:r>
      <w:r>
        <w:t>hai to bara job mil jaye,</w:t>
      </w:r>
    </w:p>
    <w:p>
      <w:pPr>
        <w:jc w:val="right"/>
      </w:pPr>
      <w:r>
        <w:t>ہے تو بڑا جاب مل جائے،</w:t>
      </w:r>
    </w:p>
    <w:p>
      <w:r>
        <w:rPr>
          <w:b/>
        </w:rPr>
        <w:t xml:space="preserve">[19:39] </w:t>
      </w:r>
      <w:r>
        <w:t>kam aamdani wala business hai to bari aamdani wala business mil jaye. To har aadmi isi chakkar mein</w:t>
      </w:r>
    </w:p>
    <w:p>
      <w:pPr>
        <w:jc w:val="right"/>
      </w:pPr>
      <w:r>
        <w:t>کم آمدنی والا business ہے تو بڑی آمدنی والا business مل جائے۔ تو ہر آدمی اسی چکر میں</w:t>
      </w:r>
    </w:p>
    <w:p>
      <w:r>
        <w:rPr>
          <w:b/>
        </w:rPr>
        <w:t xml:space="preserve">[19:44] </w:t>
      </w:r>
      <w:r>
        <w:t>hai. Hatta ke abhi aik report aayi thi,</w:t>
      </w:r>
    </w:p>
    <w:p>
      <w:pPr>
        <w:jc w:val="right"/>
      </w:pPr>
      <w:r>
        <w:t>ہے۔ حتیٰ کہ ابھی ایک رپورٹ آئی تھی،</w:t>
      </w:r>
    </w:p>
    <w:p>
      <w:r>
        <w:rPr>
          <w:b/>
        </w:rPr>
        <w:t xml:space="preserve">[19:50] </w:t>
      </w:r>
      <w:r>
        <w:t>Barack Obama, Barack Obama jo USA ke president hain, unhon ne apne aik interview mein kaha</w:t>
      </w:r>
    </w:p>
    <w:p>
      <w:pPr>
        <w:jc w:val="right"/>
      </w:pPr>
      <w:r>
        <w:t>باراک اوباما، باراک اوباما جو یو ایس اے کے president ہیں، انہوں نے اپنے ایک انٹرویو میں کہا</w:t>
      </w:r>
    </w:p>
    <w:p>
      <w:r>
        <w:rPr>
          <w:b/>
        </w:rPr>
        <w:t xml:space="preserve">[19:57] </w:t>
      </w:r>
      <w:r>
        <w:t>ke mein frustration mein jeeta hoon,</w:t>
      </w:r>
    </w:p>
    <w:p>
      <w:pPr>
        <w:jc w:val="right"/>
      </w:pPr>
      <w:r>
        <w:t>کہ میں frustration میں جیتا ہوں،</w:t>
      </w:r>
    </w:p>
    <w:p>
      <w:r>
        <w:rPr>
          <w:b/>
        </w:rPr>
        <w:t xml:space="preserve">[20:01] </w:t>
      </w:r>
      <w:r>
        <w:t>kyunke jo change lana chahta tha America, woh mein nahi la saka.</w:t>
      </w:r>
    </w:p>
    <w:p>
      <w:pPr>
        <w:jc w:val="right"/>
      </w:pPr>
      <w:r>
        <w:t>کیونکہ جو change لانا چاہتا تھا امریکہ، وہ میں نہیں لا سکا۔</w:t>
      </w:r>
    </w:p>
    <w:p>
      <w:r>
        <w:rPr>
          <w:b/>
        </w:rPr>
        <w:t xml:space="preserve">[20:08] </w:t>
      </w:r>
      <w:r>
        <w:t>frustration mein hai woh, kyunke America mein jo change lana chahtay thay, woh nahi la sake. Ab dekhiye,</w:t>
      </w:r>
    </w:p>
    <w:p>
      <w:pPr>
        <w:jc w:val="right"/>
      </w:pPr>
      <w:r>
        <w:t>frustration میں ہے وہ، کیونکہ امریکہ میں جو change لانا چاہتے تھے، وہ نہیں لا سکے۔ اب دیکھیں،</w:t>
      </w:r>
    </w:p>
    <w:p>
      <w:r>
        <w:rPr>
          <w:b/>
        </w:rPr>
        <w:t xml:space="preserve">[20:15] </w:t>
      </w:r>
      <w:r>
        <w:t>do term mila in ko, do term.</w:t>
      </w:r>
    </w:p>
    <w:p>
      <w:pPr>
        <w:jc w:val="right"/>
      </w:pPr>
      <w:r>
        <w:t>دو term ملا ان کو، دو term۔</w:t>
      </w:r>
    </w:p>
    <w:p>
      <w:r>
        <w:rPr>
          <w:b/>
        </w:rPr>
        <w:t xml:space="preserve">[20:19] </w:t>
      </w:r>
      <w:r>
        <w:t>to woh bhi isi is mein hain, kyunke change to laye kuch na kuch, bohat se kaam kiye</w:t>
      </w:r>
    </w:p>
    <w:p>
      <w:pPr>
        <w:jc w:val="right"/>
      </w:pPr>
      <w:r>
        <w:t>تو وہ بھی اسی اس میں ہیں، کیونکہ change تو لائے کچھ نہ کچھ، بہت سے کام کیے</w:t>
      </w:r>
    </w:p>
    <w:p>
      <w:r>
        <w:rPr>
          <w:b/>
        </w:rPr>
        <w:t xml:space="preserve">[20:25] </w:t>
      </w:r>
      <w:r>
        <w:t>unhon ne. lekin jo un ka ideal concept tha, ideal, woh nahi poora hua.</w:t>
      </w:r>
    </w:p>
    <w:p>
      <w:pPr>
        <w:jc w:val="right"/>
      </w:pPr>
      <w:r>
        <w:t>انہوں نے۔ لیکن جو ان کا ideal concept تھا، ideal، وہ نہیں پورا ہوا۔</w:t>
      </w:r>
    </w:p>
    <w:p>
      <w:r>
        <w:rPr>
          <w:b/>
        </w:rPr>
        <w:t xml:space="preserve">[20:32] </w:t>
      </w:r>
      <w:r>
        <w:t>to yeh main samajhta hoon ke quran mein bohat bara sabak diya gaya hai ke kabhi tum ideal</w:t>
      </w:r>
    </w:p>
    <w:p>
      <w:pPr>
        <w:jc w:val="right"/>
      </w:pPr>
      <w:r>
        <w:t>تو یہ میں سمجھتا ہوں کہ قرآن میں بہت بڑا سبق دیا گیا ہے کہ کبھی تم ideal</w:t>
      </w:r>
    </w:p>
    <w:p>
      <w:r>
        <w:rPr>
          <w:b/>
        </w:rPr>
        <w:t xml:space="preserve">[20:38] </w:t>
      </w:r>
      <w:r>
        <w:t>ke peechay mat bhago.</w:t>
      </w:r>
    </w:p>
    <w:p>
      <w:pPr>
        <w:jc w:val="right"/>
      </w:pPr>
      <w:r>
        <w:t>کے پیچھے مت بھاگو۔</w:t>
      </w:r>
    </w:p>
    <w:p>
      <w:r>
        <w:rPr>
          <w:b/>
        </w:rPr>
        <w:t xml:space="preserve">[20:41] </w:t>
      </w:r>
      <w:r>
        <w:t>ideal se kam milega tum ko. hamesha jo milega, less than ideal milega, less than</w:t>
      </w:r>
    </w:p>
    <w:p>
      <w:pPr>
        <w:jc w:val="right"/>
      </w:pPr>
      <w:r>
        <w:t>ideal سے کم ملے گا تم کو۔ ہمیشہ جو ملے گا، less than ideal ملے گا، less than</w:t>
      </w:r>
    </w:p>
    <w:p>
      <w:r>
        <w:rPr>
          <w:b/>
        </w:rPr>
        <w:t xml:space="preserve">[20:47] </w:t>
      </w:r>
      <w:r>
        <w:t>perfect milega. agar is, agar is baat ko samjho</w:t>
      </w:r>
    </w:p>
    <w:p>
      <w:pPr>
        <w:jc w:val="right"/>
      </w:pPr>
      <w:r>
        <w:t>perfect ملے گا۔ اگر اس، اگر اس رات کو سمجھو</w:t>
      </w:r>
    </w:p>
    <w:p>
      <w:r>
        <w:rPr>
          <w:b/>
        </w:rPr>
        <w:t xml:space="preserve">[20:53] </w:t>
      </w:r>
      <w:r>
        <w:t>to kabhi bhi tum ko tension nahi hoga, kabhi bhi tum ko stress nahi hoga.</w:t>
      </w:r>
    </w:p>
    <w:p>
      <w:pPr>
        <w:jc w:val="right"/>
      </w:pPr>
      <w:r>
        <w:t>تو کبھی بھی تم کو tension نہیں ہوگا، کبھی بھی تم کو stress نہیں ہوگا۔</w:t>
      </w:r>
    </w:p>
    <w:p>
      <w:r>
        <w:rPr>
          <w:b/>
        </w:rPr>
        <w:t xml:space="preserve">[20:58] </w:t>
      </w:r>
      <w:r>
        <w:t>nahi to superpower ka president ho kar bhi tum ko stress mein jeena parega.</w:t>
      </w:r>
    </w:p>
    <w:p>
      <w:pPr>
        <w:jc w:val="right"/>
      </w:pPr>
      <w:r>
        <w:t>نہیں تو superpower کا president ہو کر بھی تم کو stress میں جینا پڑے گا۔</w:t>
      </w:r>
    </w:p>
    <w:p>
      <w:r>
        <w:rPr>
          <w:b/>
        </w:rPr>
        <w:t xml:space="preserve">[21:06] </w:t>
      </w:r>
      <w:r>
        <w:t>to kitna bara sabak hai yeh. yeh ghhor karne se samajh mein aata hai. agar aap sirf tilawat</w:t>
      </w:r>
    </w:p>
    <w:p>
      <w:pPr>
        <w:jc w:val="right"/>
      </w:pPr>
      <w:r>
        <w:t>تو کتنا بڑا سبق ہے یہ۔ یہ غور کرنے سے سمجھ میں آتا ہے۔ اگر آپ صرف تلاوت</w:t>
      </w:r>
    </w:p>
    <w:p>
      <w:r>
        <w:rPr>
          <w:b/>
        </w:rPr>
        <w:t xml:space="preserve">[21:12] </w:t>
      </w:r>
      <w:r>
        <w:t>karein, sirf alfaaz ko parhein, to yeh baat nahi samajh mein aayegi. lekin jab aap ghhor karein,</w:t>
      </w:r>
    </w:p>
    <w:p>
      <w:pPr>
        <w:jc w:val="right"/>
      </w:pPr>
      <w:r>
        <w:t>کریں، صرف الفاظ کو پڑھیں، تو یہ بات نہیں سمجھ میں آئے گی۔ لیکن جب آپ غور کریں،</w:t>
      </w:r>
    </w:p>
    <w:p>
      <w:r>
        <w:rPr>
          <w:b/>
        </w:rPr>
        <w:t xml:space="preserve">[21:20] </w:t>
      </w:r>
      <w:r>
        <w:t>ghhor karein, ghhor karein, tab yeh baatein khulein gi aap ko ke Allah taala ne Adam aur jannat</w:t>
      </w:r>
    </w:p>
    <w:p>
      <w:pPr>
        <w:jc w:val="right"/>
      </w:pPr>
      <w:r>
        <w:t>غور کریں، غور کریں، تب یہ باتیں کھلیں گی آپ کو کہ اللہ تعالیٰ نے آدم اور جنت</w:t>
      </w:r>
    </w:p>
    <w:p>
      <w:r>
        <w:rPr>
          <w:b/>
        </w:rPr>
        <w:t xml:space="preserve">[21:26] </w:t>
      </w:r>
      <w:r>
        <w:t>ke qisse ko jo bayan kiya hai, woh khwamkhwah to nahi ho sakta.</w:t>
      </w:r>
    </w:p>
    <w:p>
      <w:pPr>
        <w:jc w:val="right"/>
      </w:pPr>
      <w:r>
        <w:t>کے قصے کو جو بیان کیا ہے، وہ خوامخواہ تو نہیں ہو سکتا۔</w:t>
      </w:r>
    </w:p>
    <w:p>
      <w:r>
        <w:rPr>
          <w:b/>
        </w:rPr>
        <w:t xml:space="preserve">[21:31] </w:t>
      </w:r>
      <w:r>
        <w:t>woh yeh story to nahi ho sakti hai. yaqeenan is ke andar koi sabak hoga. aur sabak kya</w:t>
      </w:r>
    </w:p>
    <w:p>
      <w:pPr>
        <w:jc w:val="right"/>
      </w:pPr>
      <w:r>
        <w:t>وہاں یہ story تو نہیں ہو سکتی ہے۔ یقینا اس کے اندر کوئی سبق ہوگا۔ اور سبق کیا</w:t>
      </w:r>
    </w:p>
    <w:p>
      <w:r>
        <w:rPr>
          <w:b/>
        </w:rPr>
        <w:t xml:space="preserve">[21:35] </w:t>
      </w:r>
      <w:r>
        <w:t>hai? ke incomplete jannat pe raazi ho jao.</w:t>
      </w:r>
    </w:p>
    <w:p>
      <w:pPr>
        <w:jc w:val="right"/>
      </w:pPr>
      <w:r>
        <w:t>ہے؟ کہ incomplete جنت پہ راضی ہو جاؤ۔</w:t>
      </w:r>
    </w:p>
    <w:p>
      <w:r>
        <w:rPr>
          <w:b/>
        </w:rPr>
        <w:t xml:space="preserve">[21:42] </w:t>
      </w:r>
      <w:r>
        <w:t>incomplete is duniya ke baray mein kehta hoon. jannat akhirat wali jo hogi, woh to complete hogi.</w:t>
      </w:r>
    </w:p>
    <w:p>
      <w:pPr>
        <w:jc w:val="right"/>
      </w:pPr>
      <w:r>
        <w:t>incomplete اس دنیا کے بارے میں کہتا ہوں۔ جنت آخرت والی جو ہوگی، وہ تو complete ہوگی۔</w:t>
      </w:r>
    </w:p>
    <w:p>
      <w:r>
        <w:rPr>
          <w:b/>
        </w:rPr>
        <w:t xml:space="preserve">[21:49] </w:t>
      </w:r>
      <w:r>
        <w:t>akhirat mein jo hamein milegi duniya, woh complete hogi. is duniya mein incomplete jannat pe raazi ho</w:t>
      </w:r>
    </w:p>
    <w:p>
      <w:pPr>
        <w:jc w:val="right"/>
      </w:pPr>
      <w:r>
        <w:t>آخرت میں جو ہمیں ملے گی دنیا، وہ complete ہوگی۔ اس دنیا میں incomplete جنت پہ راضی ہو</w:t>
      </w:r>
    </w:p>
    <w:p>
      <w:r>
        <w:rPr>
          <w:b/>
        </w:rPr>
        <w:t xml:space="preserve">[21:56] </w:t>
      </w:r>
      <w:r>
        <w:t>jao. kyunke complete jannat milegi nahi. aur kya hoga? ke tum frustration mein jiyo ge, tension mein</w:t>
      </w:r>
    </w:p>
    <w:p>
      <w:pPr>
        <w:jc w:val="right"/>
      </w:pPr>
      <w:r>
        <w:t>جاؤ۔ کیونکہ complete جنت ملے گی نہیں۔ اور کیا ہوگا؟ کہ تم frustration میں جیو گے، tension میں</w:t>
      </w:r>
    </w:p>
    <w:p>
      <w:r>
        <w:rPr>
          <w:b/>
        </w:rPr>
        <w:t xml:space="preserve">[22:04] </w:t>
      </w:r>
      <w:r>
        <w:t>jiyo ge. to sari duniya is waqt sach poochein to tension mein jee rahi hai. including president obama.</w:t>
      </w:r>
    </w:p>
    <w:p>
      <w:pPr>
        <w:jc w:val="right"/>
      </w:pPr>
      <w:r>
        <w:t>جیو گے۔ تو ساری دنیا اس وقت سچ پوچھیں تو tension میں جی رہی ہے۔ including president اوباما۔</w:t>
      </w:r>
    </w:p>
    <w:p>
      <w:r>
        <w:rPr>
          <w:b/>
        </w:rPr>
        <w:t xml:space="preserve">[22:15] </w:t>
      </w:r>
      <w:r>
        <w:t>kyun is baat ko nahi jante?</w:t>
      </w:r>
    </w:p>
    <w:p>
      <w:pPr>
        <w:jc w:val="right"/>
      </w:pPr>
      <w:r>
        <w:t>کیوں اس رات کو نہیں جانتے؟</w:t>
      </w:r>
    </w:p>
    <w:p>
      <w:r>
        <w:rPr>
          <w:b/>
        </w:rPr>
        <w:t xml:space="preserve">[22:18] </w:t>
      </w:r>
      <w:r>
        <w:t>ke jo un ka ideal naqsha hoga, woh kabhi milne wala nahi hai.</w:t>
      </w:r>
    </w:p>
    <w:p>
      <w:pPr>
        <w:jc w:val="right"/>
      </w:pPr>
      <w:r>
        <w:t>کہ جو ان کا ideal نقشہ ہوگا، وہ کبھی ملنے والا نہیں ہے۔</w:t>
      </w:r>
    </w:p>
    <w:p>
      <w:r>
        <w:rPr>
          <w:b/>
        </w:rPr>
        <w:t xml:space="preserve">[22:23] </w:t>
      </w:r>
      <w:r>
        <w:t>woh to sirf akhirat mein milega.</w:t>
      </w:r>
    </w:p>
    <w:p>
      <w:pPr>
        <w:jc w:val="right"/>
      </w:pPr>
      <w:r>
        <w:t>وہ تو صرف آخرت میں ملے گا۔</w:t>
      </w:r>
    </w:p>
    <w:p>
      <w:r>
        <w:rPr>
          <w:b/>
        </w:rPr>
        <w:t xml:space="preserve">[22:28] </w:t>
      </w:r>
      <w:r>
        <w:t>to ramzan ke mahine mein yeh jo bataya gaya ke quran ko,</w:t>
      </w:r>
    </w:p>
    <w:p>
      <w:pPr>
        <w:jc w:val="right"/>
      </w:pPr>
      <w:r>
        <w:t>تو رمضان کے مہینے میں یہ جو بتایا گیا کہ قرآن کو،</w:t>
      </w:r>
    </w:p>
    <w:p>
      <w:r>
        <w:rPr>
          <w:b/>
        </w:rPr>
        <w:t xml:space="preserve">[22:35] </w:t>
      </w:r>
      <w:r>
        <w:t>is quran ko parho. aur kam az kam yani ummat mein yeh riwaj raha hai ke ramzan mein</w:t>
      </w:r>
    </w:p>
    <w:p>
      <w:pPr>
        <w:jc w:val="right"/>
      </w:pPr>
      <w:r>
        <w:t>اس قرآن کو پڑھو۔ اور کم از کم یعنی امت میں یہ رواج رہا ہے کہ رمضان میں</w:t>
      </w:r>
    </w:p>
    <w:p>
      <w:r>
        <w:rPr>
          <w:b/>
        </w:rPr>
        <w:t xml:space="preserve">[22:41] </w:t>
      </w:r>
      <w:r>
        <w:t>kam az kam aik bar quran ko khatam karte hain.</w:t>
      </w:r>
    </w:p>
    <w:p>
      <w:pPr>
        <w:jc w:val="right"/>
      </w:pPr>
      <w:r>
        <w:t>کم از کم ایک بار قرآن کو ختم کرتے ہیں۔</w:t>
      </w:r>
    </w:p>
    <w:p>
      <w:r>
        <w:rPr>
          <w:b/>
        </w:rPr>
        <w:t xml:space="preserve">[22:46] </w:t>
      </w:r>
      <w:r>
        <w:t>yeh hamesha se riwaj raha hai</w:t>
      </w:r>
    </w:p>
    <w:p>
      <w:pPr>
        <w:jc w:val="right"/>
      </w:pPr>
      <w:r>
        <w:t>یہ ہمیشہ سے رواج رہا ہے</w:t>
      </w:r>
    </w:p>
    <w:p>
      <w:r>
        <w:rPr>
          <w:b/>
        </w:rPr>
        <w:t xml:space="preserve">[22:49] </w:t>
      </w:r>
      <w:r>
        <w:t>ke ramzan ke mahine mein</w:t>
      </w:r>
    </w:p>
    <w:p>
      <w:pPr>
        <w:jc w:val="right"/>
      </w:pPr>
      <w:r>
        <w:t>کہ رمضان کے مہینے میں</w:t>
      </w:r>
    </w:p>
    <w:p>
      <w:r>
        <w:rPr>
          <w:b/>
        </w:rPr>
        <w:t xml:space="preserve">[22:52] </w:t>
      </w:r>
      <w:r>
        <w:t>kam az kam ek bar quran ko khatam karte hain. Isi liye jo 30 paray hain, to 30</w:t>
      </w:r>
    </w:p>
    <w:p>
      <w:pPr>
        <w:jc w:val="right"/>
      </w:pPr>
      <w:r>
        <w:t>کم از کم ایک بار قرآن کو ختم کرتے ہیں۔ اسی لیے جو 30 پارے ہیں، تو 30</w:t>
      </w:r>
    </w:p>
    <w:p>
      <w:r>
        <w:rPr>
          <w:b/>
        </w:rPr>
        <w:t xml:space="preserve">[22:57] </w:t>
      </w:r>
      <w:r>
        <w:t>paray rasool Allah ke zamane mein nahi thay. Baad ko banaye gaye hain 30 paray.</w:t>
      </w:r>
    </w:p>
    <w:p>
      <w:pPr>
        <w:jc w:val="right"/>
      </w:pPr>
      <w:r>
        <w:t>پارے رسول اللہ کے زمانے میں نہیں تھے۔ بعد کو بنائے گئے ہیں 30 پارے۔</w:t>
      </w:r>
    </w:p>
    <w:p>
      <w:r>
        <w:rPr>
          <w:b/>
        </w:rPr>
        <w:t xml:space="preserve">[23:03] </w:t>
      </w:r>
      <w:r>
        <w:t>114 surtein to theen, lekin 30 paray nahi thay. Yeh 30 paray baad ke zamane mein is liye</w:t>
      </w:r>
    </w:p>
    <w:p>
      <w:pPr>
        <w:jc w:val="right"/>
      </w:pPr>
      <w:r>
        <w:t>114 سورتیں تو تھیں، لیکن 30 پارے نہیں تھے۔ یہ 30 پارے بعد کے زمانے میں اس لیے</w:t>
      </w:r>
    </w:p>
    <w:p>
      <w:r>
        <w:rPr>
          <w:b/>
        </w:rPr>
        <w:t xml:space="preserve">[23:09] </w:t>
      </w:r>
      <w:r>
        <w:t>banaye gaye thay ke ramzan mein 30 din, 30 din hote hain, har din ek para parhein, har</w:t>
      </w:r>
    </w:p>
    <w:p>
      <w:pPr>
        <w:jc w:val="right"/>
      </w:pPr>
      <w:r>
        <w:t>بنائے گئے تھے کہ رمضان میں 30 دن، 30 دن ہوتے ہیں، ہر دن ایک پارہ پڑھیں، ہر</w:t>
      </w:r>
    </w:p>
    <w:p>
      <w:r>
        <w:rPr>
          <w:b/>
        </w:rPr>
        <w:t xml:space="preserve">[23:15] </w:t>
      </w:r>
      <w:r>
        <w:t>din ek para parhein, minimum.</w:t>
      </w:r>
    </w:p>
    <w:p>
      <w:pPr>
        <w:jc w:val="right"/>
      </w:pPr>
      <w:r>
        <w:t>دن ایک پارہ پڑھیں، minimum۔</w:t>
      </w:r>
    </w:p>
    <w:p>
      <w:r>
        <w:rPr>
          <w:b/>
        </w:rPr>
        <w:t xml:space="preserve">[23:18] </w:t>
      </w:r>
      <w:r>
        <w:t>Yeh minimum hai.</w:t>
      </w:r>
    </w:p>
    <w:p>
      <w:pPr>
        <w:jc w:val="right"/>
      </w:pPr>
      <w:r>
        <w:t>یہ minimum ہے۔</w:t>
      </w:r>
    </w:p>
    <w:p>
      <w:r>
        <w:rPr>
          <w:b/>
        </w:rPr>
        <w:t xml:space="preserve">[23:21] </w:t>
      </w:r>
      <w:r>
        <w:t>To yeh jo</w:t>
      </w:r>
    </w:p>
    <w:p>
      <w:pPr>
        <w:jc w:val="right"/>
      </w:pPr>
      <w:r>
        <w:t>تو یہ جو</w:t>
      </w:r>
    </w:p>
    <w:p>
      <w:r>
        <w:rPr>
          <w:b/>
        </w:rPr>
        <w:t xml:space="preserve">[23:25] </w:t>
      </w:r>
      <w:r>
        <w:t>taleem di gayi ke ramzan mein kam az kam ek bar quran ko parho, to is ka matlab</w:t>
      </w:r>
    </w:p>
    <w:p>
      <w:pPr>
        <w:jc w:val="right"/>
      </w:pPr>
      <w:r>
        <w:t>تعلیم دی گئی کہ رمضان میں کم از کم ایک بار قرآن کو پڑھو، تو اس کا مطلب</w:t>
      </w:r>
    </w:p>
    <w:p>
      <w:r>
        <w:rPr>
          <w:b/>
        </w:rPr>
        <w:t xml:space="preserve">[23:30] </w:t>
      </w:r>
      <w:r>
        <w:t>yeh to yeh tha ke is ke alfaaz ko khatam karo, is par ghor o fikr karo.</w:t>
      </w:r>
    </w:p>
    <w:p>
      <w:pPr>
        <w:jc w:val="right"/>
      </w:pPr>
      <w:r>
        <w:t>یہ تو یہ تھا کہ اس کے الفاظ کو ختم کرو، اس پر غور و فکر کرو۔</w:t>
      </w:r>
    </w:p>
    <w:p>
      <w:r>
        <w:rPr>
          <w:b/>
        </w:rPr>
        <w:t xml:space="preserve">[23:36] </w:t>
      </w:r>
      <w:r>
        <w:t>To is mein hidayat mile gi, zindagi ka raaz mile ga,</w:t>
      </w:r>
    </w:p>
    <w:p>
      <w:pPr>
        <w:jc w:val="right"/>
      </w:pPr>
      <w:r>
        <w:t>تو اس میں ہدایت ملے گی، زندگی کا راز ملے گا،</w:t>
      </w:r>
    </w:p>
    <w:p>
      <w:r>
        <w:rPr>
          <w:b/>
        </w:rPr>
        <w:t xml:space="preserve">[23:41] </w:t>
      </w:r>
      <w:r>
        <w:t>hikmat ki baatein milein gi.</w:t>
      </w:r>
    </w:p>
    <w:p>
      <w:pPr>
        <w:jc w:val="right"/>
      </w:pPr>
      <w:r>
        <w:t>حکمت کی باتیں ملیں گی۔</w:t>
      </w:r>
    </w:p>
    <w:p>
      <w:r>
        <w:rPr>
          <w:b/>
        </w:rPr>
        <w:t xml:space="preserve">[23:45] </w:t>
      </w:r>
      <w:r>
        <w:t>To yeh ramzan ka mahina sirf</w:t>
      </w:r>
    </w:p>
    <w:p>
      <w:pPr>
        <w:jc w:val="right"/>
      </w:pPr>
      <w:r>
        <w:t>تو یہ رمضان کا مہینہ صرف</w:t>
      </w:r>
    </w:p>
    <w:p>
      <w:r>
        <w:rPr>
          <w:b/>
        </w:rPr>
        <w:t xml:space="preserve">[23:49] </w:t>
      </w:r>
      <w:r>
        <w:t>bhook pyas ka mahina nahi hai, woh quran mein tadabbur ka mahina hai.</w:t>
      </w:r>
    </w:p>
    <w:p>
      <w:pPr>
        <w:jc w:val="right"/>
      </w:pPr>
      <w:r>
        <w:t>بھوک پیاس کا مہینہ نہیں ہے، وہ قرآن میں تدبر کا مہینہ ہے۔</w:t>
      </w:r>
    </w:p>
    <w:p>
      <w:r>
        <w:rPr>
          <w:b/>
        </w:rPr>
        <w:t xml:space="preserve">[23:56] </w:t>
      </w:r>
      <w:r>
        <w:t>Ek aur surat mein bataya gaya hai ke</w:t>
      </w:r>
    </w:p>
    <w:p>
      <w:pPr>
        <w:jc w:val="right"/>
      </w:pPr>
      <w:r>
        <w:t>ایک اور سورت میں بتایا گیا ہے کہ</w:t>
      </w:r>
    </w:p>
    <w:p>
      <w:r>
        <w:rPr>
          <w:b/>
        </w:rPr>
        <w:t xml:space="preserve">[24:01] </w:t>
      </w:r>
      <w:r>
        <w:t>inna anzalnahu fi laylatil qadr yani quran utare gaye hain aur laylatul qadr thi ramzan mein. Hadeeson se</w:t>
      </w:r>
    </w:p>
    <w:p>
      <w:pPr>
        <w:jc w:val="right"/>
      </w:pPr>
      <w:r>
        <w:t>إِنَّا أَنزَلْنَاهُ فِي لَيْلَةِ الْقَدْرِ یعنی قرآن اتارے گئے ہیں اور لیلۃ القدر تھی رمضان میں۔ حدیثوں سے</w:t>
      </w:r>
    </w:p>
    <w:p>
      <w:r>
        <w:rPr>
          <w:b/>
        </w:rPr>
        <w:t xml:space="preserve">[24:09] </w:t>
      </w:r>
      <w:r>
        <w:t>maloom hota hai, hadeeson se maloom hota hai ke ramzan, laylatul qadr jo thi, woh ramzan mein thi.</w:t>
      </w:r>
    </w:p>
    <w:p>
      <w:pPr>
        <w:jc w:val="right"/>
      </w:pPr>
      <w:r>
        <w:t>معلوم ہوتا ہے، حدیثوں سے معلوم ہوتا ہے کہ رمضان، لیلۃ القدر جو تھی، وہ رمضان میں تھی۔</w:t>
      </w:r>
    </w:p>
    <w:p>
      <w:r>
        <w:rPr>
          <w:b/>
        </w:rPr>
        <w:t xml:space="preserve">[24:17] </w:t>
      </w:r>
      <w:r>
        <w:t>To to ramzan ko Allah ne utara hi ramzan, woh quran ko Allah taala ne utara hi ramzan</w:t>
      </w:r>
    </w:p>
    <w:p>
      <w:pPr>
        <w:jc w:val="right"/>
      </w:pPr>
      <w:r>
        <w:t>تو تو رمضان کو اللہ نے اتارا ہی رمضان، وہ قرآن کو اللہ تعالیٰ نے اتارا ہی رمضان</w:t>
      </w:r>
    </w:p>
    <w:p>
      <w:r>
        <w:rPr>
          <w:b/>
        </w:rPr>
        <w:t xml:space="preserve">[24:25] </w:t>
      </w:r>
      <w:r>
        <w:t>ke mahine mein.</w:t>
      </w:r>
    </w:p>
    <w:p>
      <w:pPr>
        <w:jc w:val="right"/>
      </w:pPr>
      <w:r>
        <w:t>کے مہینے میں۔</w:t>
      </w:r>
    </w:p>
    <w:p>
      <w:r>
        <w:rPr>
          <w:b/>
        </w:rPr>
        <w:t xml:space="preserve">[24:27] </w:t>
      </w:r>
      <w:r>
        <w:t>Quran jo hai, ramzan ke mahine mein utarna shuru hua.</w:t>
      </w:r>
    </w:p>
    <w:p>
      <w:pPr>
        <w:jc w:val="right"/>
      </w:pPr>
      <w:r>
        <w:t>قرآن جو ہے، رمضان کے مہینے میں اترنا شروع ہوا۔</w:t>
      </w:r>
    </w:p>
    <w:p>
      <w:r>
        <w:rPr>
          <w:b/>
        </w:rPr>
        <w:t xml:space="preserve">[24:33] </w:t>
      </w:r>
      <w:r>
        <w:t>Aur phir yeh</w:t>
      </w:r>
    </w:p>
    <w:p>
      <w:pPr>
        <w:jc w:val="right"/>
      </w:pPr>
      <w:r>
        <w:t>اور پھر یہ</w:t>
      </w:r>
    </w:p>
    <w:p>
      <w:r>
        <w:rPr>
          <w:b/>
        </w:rPr>
        <w:t xml:space="preserve">[24:35] </w:t>
      </w:r>
      <w:r>
        <w:t>kaha gaya ke ramzan mein kam az kam ek bar quran ka mutala karo,</w:t>
      </w:r>
    </w:p>
    <w:p>
      <w:pPr>
        <w:jc w:val="right"/>
      </w:pPr>
      <w:r>
        <w:t>کہا گیا کہ رمضان میں کم از کم ایک بار قرآن کا مطالعہ کرو،</w:t>
      </w:r>
    </w:p>
    <w:p>
      <w:r>
        <w:rPr>
          <w:b/>
        </w:rPr>
        <w:t xml:space="preserve">[24:40] </w:t>
      </w:r>
      <w:r>
        <w:t>ek kam az kam ek bar.</w:t>
      </w:r>
    </w:p>
    <w:p>
      <w:pPr>
        <w:jc w:val="right"/>
      </w:pPr>
      <w:r>
        <w:t>ایک کم از کم ایک بار۔</w:t>
      </w:r>
    </w:p>
    <w:p>
      <w:r>
        <w:rPr>
          <w:b/>
        </w:rPr>
        <w:t xml:space="preserve">[24:43] </w:t>
      </w:r>
      <w:r>
        <w:t>To tarawih jo hai, woh isi isi ka naam hai. Tarawih mein quran khatam karne ka matlab yeh</w:t>
      </w:r>
    </w:p>
    <w:p>
      <w:pPr>
        <w:jc w:val="right"/>
      </w:pPr>
      <w:r>
        <w:t>تو تراویح جو ہے، وہ اسی اسی کا نام ہے۔ تراویح میں قرآن ختم کرنے کا مطلب یہ</w:t>
      </w:r>
    </w:p>
    <w:p>
      <w:r>
        <w:rPr>
          <w:b/>
        </w:rPr>
        <w:t xml:space="preserve">[24:52] </w:t>
      </w:r>
      <w:r>
        <w:t>nahi hai ke is ke alfaaz ko parh kar kisi tarah khatm kar diya jaye,</w:t>
      </w:r>
    </w:p>
    <w:p>
      <w:pPr>
        <w:jc w:val="right"/>
      </w:pPr>
      <w:r>
        <w:t>نہیں ہے کہ اس کے الفاظ کو پڑھ کر کسی طرح ختم کر دیا جائے،</w:t>
      </w:r>
    </w:p>
    <w:p>
      <w:r>
        <w:rPr>
          <w:b/>
        </w:rPr>
        <w:t xml:space="preserve">[24:58] </w:t>
      </w:r>
      <w:r>
        <w:t>balkeh is mahine mein kam az kam ek baar quran ko</w:t>
      </w:r>
    </w:p>
    <w:p>
      <w:pPr>
        <w:jc w:val="right"/>
      </w:pPr>
      <w:r>
        <w:t>بلکہ اس مہینے میں کم از کم ایک بار قرآن کو</w:t>
      </w:r>
    </w:p>
    <w:p>
      <w:r>
        <w:rPr>
          <w:b/>
        </w:rPr>
        <w:t xml:space="preserve">[25:03] </w:t>
      </w:r>
      <w:r>
        <w:t>study ki jaye aur is ke is ke mani ko samajhne ki koshish ki jaye.</w:t>
      </w:r>
    </w:p>
    <w:p>
      <w:pPr>
        <w:jc w:val="right"/>
      </w:pPr>
      <w:r>
        <w:t>اسٹڈی کی جائے اور اس کے اس کے معنی کو سمجھنے کی کوشش کی جائے۔</w:t>
      </w:r>
    </w:p>
    <w:p>
      <w:r>
        <w:rPr>
          <w:b/>
        </w:rPr>
        <w:t xml:space="preserve">[25:11] </w:t>
      </w:r>
      <w:r>
        <w:t>to yeh mein samajhta hoon ke bohat hi aham baat hai</w:t>
      </w:r>
    </w:p>
    <w:p>
      <w:pPr>
        <w:jc w:val="right"/>
      </w:pPr>
      <w:r>
        <w:t>تو یہ میں سمجھتا ہوں کہ بہت ہی اہم بات ہے</w:t>
      </w:r>
    </w:p>
    <w:p>
      <w:r>
        <w:rPr>
          <w:b/>
        </w:rPr>
        <w:t xml:space="preserve">[25:17] </w:t>
      </w:r>
      <w:r>
        <w:t>jisko hamein janna chahiye.</w:t>
      </w:r>
    </w:p>
    <w:p>
      <w:pPr>
        <w:jc w:val="right"/>
      </w:pPr>
      <w:r>
        <w:t>جس کو ہمیں جاننا چاہیے۔</w:t>
      </w:r>
    </w:p>
    <w:p>
      <w:r>
        <w:rPr>
          <w:b/>
        </w:rPr>
        <w:t xml:space="preserve">[25:22] </w:t>
      </w:r>
      <w:r>
        <w:t>agar yeh baat wazeh na ho to log dhoom se taraveeh padhenge, quran khatm karenge, lekin</w:t>
      </w:r>
    </w:p>
    <w:p>
      <w:pPr>
        <w:jc w:val="right"/>
      </w:pPr>
      <w:r>
        <w:t>اگر یہ بات واضح نہ ہو تو لوگ دھوم سے تراویح پڑھیں گے، قرآن ختم کریں گے، لیکن</w:t>
      </w:r>
    </w:p>
    <w:p>
      <w:r>
        <w:rPr>
          <w:b/>
        </w:rPr>
        <w:t xml:space="preserve">[25:29] </w:t>
      </w:r>
      <w:r>
        <w:t>asal jo hai wahi nahi milega.</w:t>
      </w:r>
    </w:p>
    <w:p>
      <w:pPr>
        <w:jc w:val="right"/>
      </w:pPr>
      <w:r>
        <w:t>اصل جو ہے وہی نہیں ملے گا۔</w:t>
      </w:r>
    </w:p>
    <w:p>
      <w:r>
        <w:rPr>
          <w:b/>
        </w:rPr>
        <w:t xml:space="preserve">[25:32] </w:t>
      </w:r>
      <w:r>
        <w:t>yani mutala kar ke, ghore o fikr kar ke is ki hikmaton ko daryaft karna.</w:t>
      </w:r>
    </w:p>
    <w:p>
      <w:pPr>
        <w:jc w:val="right"/>
      </w:pPr>
      <w:r>
        <w:t>یعنی مطالعہ کر کے، غور و فکر کر کے اس کی حکمتوں کو دریافت کرنا۔</w:t>
      </w:r>
    </w:p>
    <w:p>
      <w:r>
        <w:rPr>
          <w:b/>
        </w:rPr>
        <w:t xml:space="preserve">[25:42] </w:t>
      </w:r>
      <w:r>
        <w:t>mein jab azam garh mein tha to wahan ek the molana mujeeb ullah nadvi,</w:t>
      </w:r>
    </w:p>
    <w:p>
      <w:pPr>
        <w:jc w:val="right"/>
      </w:pPr>
      <w:r>
        <w:t>میں جب اعظم گڑھ میں تھا تو وہاں ایک تھے مولانا مجیب اللہ ندوی،</w:t>
      </w:r>
    </w:p>
    <w:p>
      <w:r>
        <w:rPr>
          <w:b/>
        </w:rPr>
        <w:t xml:space="preserve">[25:50] </w:t>
      </w:r>
      <w:r>
        <w:t>to woh bohat achhe aalim the, hafiz bhi the woh.</w:t>
      </w:r>
    </w:p>
    <w:p>
      <w:pPr>
        <w:jc w:val="right"/>
      </w:pPr>
      <w:r>
        <w:t>تو وہ بہت اچھے عالم تھے، حافظ بھی تھے وہ۔</w:t>
      </w:r>
    </w:p>
    <w:p>
      <w:r>
        <w:rPr>
          <w:b/>
        </w:rPr>
        <w:t xml:space="preserve">[25:55] </w:t>
      </w:r>
      <w:r>
        <w:t>to ramzan mein taraveeh sunate the. un ka tareeqa yeh tha ke bohat zyada, yani</w:t>
      </w:r>
    </w:p>
    <w:p>
      <w:pPr>
        <w:jc w:val="right"/>
      </w:pPr>
      <w:r>
        <w:t>تو رمضان میں تراویح سناتے تھے۔ ان کا طریقہ یہ تھا کہ بہت زیادہ، یعنی</w:t>
      </w:r>
    </w:p>
    <w:p>
      <w:r>
        <w:rPr>
          <w:b/>
        </w:rPr>
        <w:t xml:space="preserve">[26:06] </w:t>
      </w:r>
      <w:r>
        <w:t>woh ruk ruk kar padhte the, jaise aam taur par masjidon mein bohat tez padhte hain, bohat tez</w:t>
      </w:r>
    </w:p>
    <w:p>
      <w:pPr>
        <w:jc w:val="right"/>
      </w:pPr>
      <w:r>
        <w:t>وہ رک رک کر پڑھتے تھے، جیسے عام طور پر مسجدوں میں بہت تیز پڑھتے ہیں، بہت تیز</w:t>
      </w:r>
    </w:p>
    <w:p>
      <w:r>
        <w:rPr>
          <w:b/>
        </w:rPr>
        <w:t xml:space="preserve">[26:11] </w:t>
      </w:r>
      <w:r>
        <w:t>padhte hain, lekin woh ruk ruk kar padhte the.</w:t>
      </w:r>
    </w:p>
    <w:p>
      <w:pPr>
        <w:jc w:val="right"/>
      </w:pPr>
      <w:r>
        <w:t>پڑھتے ہیں، لیکن وہ رک رک کر پڑھتے تھے۔</w:t>
      </w:r>
    </w:p>
    <w:p>
      <w:r>
        <w:rPr>
          <w:b/>
        </w:rPr>
        <w:t xml:space="preserve">[26:16] </w:t>
      </w:r>
      <w:r>
        <w:t>to is se aadmi ko mauqa milta tha ke woh is ko sune to aur is par ghore</w:t>
      </w:r>
    </w:p>
    <w:p>
      <w:pPr>
        <w:jc w:val="right"/>
      </w:pPr>
      <w:r>
        <w:t>تو اس سے آدمی کو موقع ملتا تھا کہ وہ اس کو سنے تو اور اس پر غور</w:t>
      </w:r>
    </w:p>
    <w:p>
      <w:r>
        <w:rPr>
          <w:b/>
        </w:rPr>
        <w:t xml:space="preserve">[26:20] </w:t>
      </w:r>
      <w:r>
        <w:t>karta jaye. mein un ke ghar se taqreeban ek kilometer door tha, azam garh mein. azam garh mein</w:t>
      </w:r>
    </w:p>
    <w:p>
      <w:pPr>
        <w:jc w:val="right"/>
      </w:pPr>
      <w:r>
        <w:t>کرتا جائے۔ میں ان کے گھر سے تقریباً ایک کلومیٹر دور تھا، اعظم گڑھ میں۔ اعظم گڑھ میں</w:t>
      </w:r>
    </w:p>
    <w:p>
      <w:r>
        <w:rPr>
          <w:b/>
        </w:rPr>
        <w:t xml:space="preserve">[26:28] </w:t>
      </w:r>
      <w:r>
        <w:t>mera ghar jo tha, un ka ghar, un ke ghar ke paas ek masjid thi, wahan woh sunate</w:t>
      </w:r>
    </w:p>
    <w:p>
      <w:pPr>
        <w:jc w:val="right"/>
      </w:pPr>
      <w:r>
        <w:t>میرا گھر جو تھا، ان کا گھر، ان کے گھر کے پاس ایک مسجد تھی، وہاں وہ سناتے</w:t>
      </w:r>
    </w:p>
    <w:p>
      <w:r>
        <w:rPr>
          <w:b/>
        </w:rPr>
        <w:t xml:space="preserve">[26:32] </w:t>
      </w:r>
      <w:r>
        <w:t>the. to mein ramzan mein rozana wahan jaya karta tha,</w:t>
      </w:r>
    </w:p>
    <w:p>
      <w:pPr>
        <w:jc w:val="right"/>
      </w:pPr>
      <w:r>
        <w:t>تھے۔ تو میں رمضان میں روزانہ وہاں جایا کرتا تھا،</w:t>
      </w:r>
    </w:p>
    <w:p>
      <w:r>
        <w:rPr>
          <w:b/>
        </w:rPr>
        <w:t xml:space="preserve">[26:37] </w:t>
      </w:r>
      <w:r>
        <w:t>is masjid mein,</w:t>
      </w:r>
    </w:p>
    <w:p>
      <w:pPr>
        <w:jc w:val="right"/>
      </w:pPr>
      <w:r>
        <w:t>اس مسجد میں،</w:t>
      </w:r>
    </w:p>
    <w:p>
      <w:r>
        <w:rPr>
          <w:b/>
        </w:rPr>
        <w:t xml:space="preserve">[26:40] </w:t>
      </w:r>
      <w:r>
        <w:t>aur woh sawa para padhte the aam taur par. to mein koshish karta tha ke is sawa pare</w:t>
      </w:r>
    </w:p>
    <w:p>
      <w:pPr>
        <w:jc w:val="right"/>
      </w:pPr>
      <w:r>
        <w:t>اور وہ سوا پارہ پڑھتے تھے عام طور پر۔ تو میں کوشش کرتا تھا کہ اس سوا پارے</w:t>
      </w:r>
    </w:p>
    <w:p>
      <w:r>
        <w:rPr>
          <w:b/>
        </w:rPr>
        <w:t xml:space="preserve">[26:46] </w:t>
      </w:r>
      <w:r>
        <w:t>ko peshgi mein padh loon</w:t>
      </w:r>
    </w:p>
    <w:p>
      <w:pPr>
        <w:jc w:val="right"/>
      </w:pPr>
      <w:r>
        <w:t>کو پیشگی میں پڑھ لوں</w:t>
      </w:r>
    </w:p>
    <w:p>
      <w:r>
        <w:rPr>
          <w:b/>
        </w:rPr>
        <w:t xml:space="preserve">[26:49] </w:t>
      </w:r>
      <w:r>
        <w:t>aur phir sunoon. to un is jo sunnat, woh jo sunnat, woh jo sunate the, jo theher theher</w:t>
      </w:r>
    </w:p>
    <w:p>
      <w:pPr>
        <w:jc w:val="right"/>
      </w:pPr>
      <w:r>
        <w:t>اور پھر سنوں۔ تو ان اس جو سنت، وہ جو سنت، وہ جو سناتے تھے، جو ٹھہر ٹھہر</w:t>
      </w:r>
    </w:p>
    <w:p>
      <w:r>
        <w:rPr>
          <w:b/>
        </w:rPr>
        <w:t xml:space="preserve">[26:56] </w:t>
      </w:r>
      <w:r>
        <w:t>kar, theher theher kar ke, to ek ek lafz saaf sunai deta tha. ek ek lafz par mauqa</w:t>
      </w:r>
    </w:p>
    <w:p>
      <w:pPr>
        <w:jc w:val="right"/>
      </w:pPr>
      <w:r>
        <w:t>کر، ٹھہر ٹھہر کر کے، تو ایک ایک لفظ صاف سنائی دیتا تھا۔ ایک ایک لفظ پر موقع</w:t>
      </w:r>
    </w:p>
    <w:p>
      <w:r>
        <w:rPr>
          <w:b/>
        </w:rPr>
        <w:t xml:space="preserve">[27:03] </w:t>
      </w:r>
      <w:r>
        <w:t>milta tha ke aadmi ghore. yahi tareeqa sahi hai taraveeh ka. aaj kal jo taraveeh padhte hain</w:t>
      </w:r>
    </w:p>
    <w:p>
      <w:pPr>
        <w:jc w:val="right"/>
      </w:pPr>
      <w:r>
        <w:t>ملتا تھا کہ آدمی غور کرے۔ یہی طریقہ صحیح ہے تراویح کا۔ آج کل جو تراویح پڑھتے ہیں</w:t>
      </w:r>
    </w:p>
    <w:p>
      <w:r>
        <w:rPr>
          <w:b/>
        </w:rPr>
        <w:t xml:space="preserve">[27:10] </w:t>
      </w:r>
      <w:r>
        <w:t>ke bas sirf "ya alimoon" "ya alimoon" sunai deta hai, baqi kuch samajh nahi aata kya padha unho</w:t>
      </w:r>
    </w:p>
    <w:p>
      <w:pPr>
        <w:jc w:val="right"/>
      </w:pPr>
      <w:r>
        <w:t>کہ بس صرف "یا عالمون" "یا عالمون" سنائی دیتا ہے، باقی کچھ سمجھ نہیں آتا کیا پڑھا انہوں</w:t>
      </w:r>
    </w:p>
    <w:p>
      <w:r>
        <w:rPr>
          <w:b/>
        </w:rPr>
        <w:t xml:space="preserve">[27:14] </w:t>
      </w:r>
      <w:r>
        <w:t>ne. jo khade rehte hain,</w:t>
      </w:r>
    </w:p>
    <w:p>
      <w:pPr>
        <w:jc w:val="right"/>
      </w:pPr>
      <w:r>
        <w:t>نے۔ جو کھڑے رہتے ہیں،</w:t>
      </w:r>
    </w:p>
    <w:p>
      <w:r>
        <w:rPr>
          <w:b/>
        </w:rPr>
        <w:t xml:space="preserve">[27:17] </w:t>
      </w:r>
      <w:r>
        <w:t>woh sahi tareeqa nahi hai. jo tareeqa tha Maulana Mujeeb Ullah Nadvi ka, woh mujhe bohat pasand tha.</w:t>
      </w:r>
    </w:p>
    <w:p>
      <w:pPr>
        <w:jc w:val="right"/>
      </w:pPr>
      <w:r>
        <w:t>وہ صحیح طریقہ نہیں ہے۔ جو طریقہ تھا مولانا مجیب اللہ ندوی کا، وہ مجھے بہت پسند تھا۔</w:t>
      </w:r>
    </w:p>
    <w:p>
      <w:r>
        <w:rPr>
          <w:b/>
        </w:rPr>
        <w:t xml:space="preserve">[27:24] </w:t>
      </w:r>
      <w:r>
        <w:t>to mein apne ghar se jaya karta tha wahan,</w:t>
      </w:r>
    </w:p>
    <w:p>
      <w:pPr>
        <w:jc w:val="right"/>
      </w:pPr>
      <w:r>
        <w:t>تو میں اپنے گھر سے جایا کرتا تھا وہاں،</w:t>
      </w:r>
    </w:p>
    <w:p>
      <w:r>
        <w:rPr>
          <w:b/>
        </w:rPr>
        <w:t xml:space="preserve">[27:28] </w:t>
      </w:r>
      <w:r>
        <w:t>jo taqreeban aik kilometer ki doori par tha,</w:t>
      </w:r>
    </w:p>
    <w:p>
      <w:pPr>
        <w:jc w:val="right"/>
      </w:pPr>
      <w:r>
        <w:t>جو تقریباً ایک کلومیٹر کی دوری پر تھا،</w:t>
      </w:r>
    </w:p>
    <w:p>
      <w:r>
        <w:rPr>
          <w:b/>
        </w:rPr>
        <w:t xml:space="preserve">[27:32] </w:t>
      </w:r>
      <w:r>
        <w:t>aik shayad se kuch kam ho.</w:t>
      </w:r>
    </w:p>
    <w:p>
      <w:pPr>
        <w:jc w:val="right"/>
      </w:pPr>
      <w:r>
        <w:t>ایک شاید سے کچھ کم ہو۔</w:t>
      </w:r>
    </w:p>
    <w:p>
      <w:r>
        <w:rPr>
          <w:b/>
        </w:rPr>
        <w:t xml:space="preserve">[27:36] </w:t>
      </w:r>
      <w:r>
        <w:t>to taraveeh aik bohat hi achi riwayat hai, bashart-e-ke is ko mutala-e-quran ke hum ma'ani bana diya</w:t>
      </w:r>
    </w:p>
    <w:p>
      <w:pPr>
        <w:jc w:val="right"/>
      </w:pPr>
      <w:r>
        <w:t>تو تراویح ایک بہت ہی اچھی روایت ہے، بشرطیکہ اس کو مطالعہ قرآن کے ہم معنی بنا دیا</w:t>
      </w:r>
    </w:p>
    <w:p>
      <w:r>
        <w:rPr>
          <w:b/>
        </w:rPr>
        <w:t xml:space="preserve">[27:45] </w:t>
      </w:r>
      <w:r>
        <w:t>jaye. kyunke jab imam jo hai,</w:t>
      </w:r>
    </w:p>
    <w:p>
      <w:pPr>
        <w:jc w:val="right"/>
      </w:pPr>
      <w:r>
        <w:t>جائے۔ کیونکہ جب امام جو ہے،</w:t>
      </w:r>
    </w:p>
    <w:p>
      <w:r>
        <w:rPr>
          <w:b/>
        </w:rPr>
        <w:t xml:space="preserve">[27:53] </w:t>
      </w:r>
      <w:r>
        <w:t>imam jo hai, woh ruk ruk kar parhe ga,</w:t>
      </w:r>
    </w:p>
    <w:p>
      <w:pPr>
        <w:jc w:val="right"/>
      </w:pPr>
      <w:r>
        <w:t>امام جو ہے، وہ رک رک کر پڑھے گا،</w:t>
      </w:r>
    </w:p>
    <w:p>
      <w:r>
        <w:rPr>
          <w:b/>
        </w:rPr>
        <w:t xml:space="preserve">[27:56] </w:t>
      </w:r>
      <w:r>
        <w:t>thehar thehar kar parhe ga, to aap ko mauqa hoga ke aap is ke,</w:t>
      </w:r>
    </w:p>
    <w:p>
      <w:pPr>
        <w:jc w:val="right"/>
      </w:pPr>
      <w:r>
        <w:t>ٹھہر ٹھہر کر پڑھے گا، تو آپ کو موقع ہوگا کہ آپ اس کے،</w:t>
      </w:r>
    </w:p>
    <w:p>
      <w:r>
        <w:rPr>
          <w:b/>
        </w:rPr>
        <w:t xml:space="preserve">[28:02] </w:t>
      </w:r>
      <w:r>
        <w:t>is ko, is ke alfaaz ko dhiyan dete rahen, ghore karte rahen, samajhte rahen is ko.</w:t>
      </w:r>
    </w:p>
    <w:p>
      <w:pPr>
        <w:jc w:val="right"/>
      </w:pPr>
      <w:r>
        <w:t>اس کو، اس کے الفاظ کو دھیان دیتے رہیں، غور کرتے رہیں، سمجھتے رہیں اس کو۔</w:t>
      </w:r>
    </w:p>
    <w:p>
      <w:r>
        <w:rPr>
          <w:b/>
        </w:rPr>
        <w:t xml:space="preserve">[28:09] </w:t>
      </w:r>
      <w:r>
        <w:t>lekin jo riwaj par gaya taraveeh sunane ka, far far far far far far far, is se to</w:t>
      </w:r>
    </w:p>
    <w:p>
      <w:pPr>
        <w:jc w:val="right"/>
      </w:pPr>
      <w:r>
        <w:t>لیکن جو رواج پڑ گیا تراویح سنانے کا، فر فر فر فر فر فر فر، اس سے تو</w:t>
      </w:r>
    </w:p>
    <w:p>
      <w:r>
        <w:rPr>
          <w:b/>
        </w:rPr>
        <w:t xml:space="preserve">[28:15] </w:t>
      </w:r>
      <w:r>
        <w:t>koi faida nahi milta.</w:t>
      </w:r>
    </w:p>
    <w:p>
      <w:pPr>
        <w:jc w:val="right"/>
      </w:pPr>
      <w:r>
        <w:t>کوئی فائدہ نہیں ملتا۔</w:t>
      </w:r>
    </w:p>
    <w:p>
      <w:r>
        <w:rPr>
          <w:b/>
        </w:rPr>
        <w:t xml:space="preserve">[28:18] </w:t>
      </w:r>
      <w:r>
        <w:t>is se koi faida nahi milta.</w:t>
      </w:r>
    </w:p>
    <w:p>
      <w:pPr>
        <w:jc w:val="right"/>
      </w:pPr>
      <w:r>
        <w:t>اس سے کوئی فائدہ نہیں ملتا۔</w:t>
      </w:r>
    </w:p>
    <w:p>
      <w:r>
        <w:rPr>
          <w:b/>
        </w:rPr>
        <w:t xml:space="preserve">[28:22] </w:t>
      </w:r>
      <w:r>
        <w:t>to Ramzan ke mahine ko kaha jata hai ke barkat ka mahina hai,</w:t>
      </w:r>
    </w:p>
    <w:p>
      <w:pPr>
        <w:jc w:val="right"/>
      </w:pPr>
      <w:r>
        <w:t>تو رمضان کے مہینے کو کہا جاتا ہے کہ برکت کا مہینہ ہے،</w:t>
      </w:r>
    </w:p>
    <w:p>
      <w:r>
        <w:rPr>
          <w:b/>
        </w:rPr>
        <w:t xml:space="preserve">[28:27] </w:t>
      </w:r>
      <w:r>
        <w:t>barkat ka mahina hai. is ka matlab kya hai?</w:t>
      </w:r>
    </w:p>
    <w:p>
      <w:pPr>
        <w:jc w:val="right"/>
      </w:pPr>
      <w:r>
        <w:t>برکت کا مہینہ ہے۔ اس کا مطلب کیا ہے؟</w:t>
      </w:r>
    </w:p>
    <w:p>
      <w:r>
        <w:rPr>
          <w:b/>
        </w:rPr>
        <w:t xml:space="preserve">[28:32] </w:t>
      </w:r>
      <w:r>
        <w:t>barkat ka matlab yahi hai ke zyada jab aap ka zehn bedar hoga, zyada aap ki hassasiyat jaage</w:t>
      </w:r>
    </w:p>
    <w:p>
      <w:pPr>
        <w:jc w:val="right"/>
      </w:pPr>
      <w:r>
        <w:t>برکت کا مطلب یہی ہے کہ زیادہ جب آپ کا ذہن بیدار ہوگا، زیادہ آپ کی حساسیت جاگے</w:t>
      </w:r>
    </w:p>
    <w:p>
      <w:r>
        <w:rPr>
          <w:b/>
        </w:rPr>
        <w:t xml:space="preserve">[28:39] </w:t>
      </w:r>
      <w:r>
        <w:t>gi, zyada aap ke andar rabaniyat aye gi, zyada aap ghore o fikr karenge</w:t>
      </w:r>
    </w:p>
    <w:p>
      <w:pPr>
        <w:jc w:val="right"/>
      </w:pPr>
      <w:r>
        <w:t>گی، زیادہ آپ کے اندر ربانیت آئے گی، زیادہ آپ غور و فکر کریں گے</w:t>
      </w:r>
    </w:p>
    <w:p>
      <w:r>
        <w:rPr>
          <w:b/>
        </w:rPr>
        <w:t xml:space="preserve">[28:45] </w:t>
      </w:r>
      <w:r>
        <w:t>Allah wali baaton par, to aap zyada zinda insan ban jayenge</w:t>
      </w:r>
    </w:p>
    <w:p>
      <w:pPr>
        <w:jc w:val="right"/>
      </w:pPr>
      <w:r>
        <w:t>اللہ والی باتوں پر، تو آپ زیادہ زندہ انسان بن جائیں گے</w:t>
      </w:r>
    </w:p>
    <w:p>
      <w:r>
        <w:rPr>
          <w:b/>
        </w:rPr>
        <w:t xml:space="preserve">[28:51] </w:t>
      </w:r>
      <w:r>
        <w:t>aur zyada aap ko</w:t>
      </w:r>
    </w:p>
    <w:p>
      <w:pPr>
        <w:jc w:val="right"/>
      </w:pPr>
      <w:r>
        <w:t>اور زیادہ آپ کو</w:t>
      </w:r>
    </w:p>
    <w:p>
      <w:r>
        <w:rPr>
          <w:b/>
        </w:rPr>
        <w:t xml:space="preserve">[28:54] </w:t>
      </w:r>
      <w:r>
        <w:t>rizq-e-rab mile ga, zyada aap ko rizq-e-roohaniyat mile gi, zyada gehre ma'ani-e-ma'rifat ke aap par</w:t>
      </w:r>
    </w:p>
    <w:p>
      <w:pPr>
        <w:jc w:val="right"/>
      </w:pPr>
      <w:r>
        <w:t>رزق رب ملے گا، زیادہ آپ کو رزق روحانیت ملے گی، زیادہ گہرے معنی معرفت کے آپ پر</w:t>
      </w:r>
    </w:p>
    <w:p>
      <w:r>
        <w:rPr>
          <w:b/>
        </w:rPr>
        <w:t xml:space="preserve">[29:04] </w:t>
      </w:r>
      <w:r>
        <w:t>khulte chale jayenge.</w:t>
      </w:r>
    </w:p>
    <w:p>
      <w:pPr>
        <w:jc w:val="right"/>
      </w:pPr>
      <w:r>
        <w:t>کھلتے چلے جائیں گے۔</w:t>
      </w:r>
    </w:p>
    <w:p>
      <w:r>
        <w:rPr>
          <w:b/>
        </w:rPr>
        <w:t xml:space="preserve">[29:07] </w:t>
      </w:r>
      <w:r>
        <w:t>yeh matlab hai, yani barkat Ramzan barkat ka mahina hai. koi mysterious ma'ani mein nahi hai,</w:t>
      </w:r>
    </w:p>
    <w:p>
      <w:pPr>
        <w:jc w:val="right"/>
      </w:pPr>
      <w:r>
        <w:t>یہ مطلب ہے، یعنی برکت رمضان برکت کا مہینہ ہے۔ کوئی مسٹیریس معنی میں نہیں ہے،</w:t>
      </w:r>
    </w:p>
    <w:p>
      <w:r>
        <w:rPr>
          <w:b/>
        </w:rPr>
        <w:t xml:space="preserve">[29:16] </w:t>
      </w:r>
      <w:r>
        <w:t>mysterious ma'ani mein nahi hai,</w:t>
      </w:r>
    </w:p>
    <w:p>
      <w:pPr>
        <w:jc w:val="right"/>
      </w:pPr>
      <w:r>
        <w:t>مسٹیریس معنی میں نہیں ہے،</w:t>
      </w:r>
    </w:p>
    <w:p>
      <w:r>
        <w:rPr>
          <w:b/>
        </w:rPr>
        <w:t xml:space="preserve">[29:19] </w:t>
      </w:r>
      <w:r>
        <w:t>balkeh woh bilkul, yani</w:t>
      </w:r>
    </w:p>
    <w:p>
      <w:pPr>
        <w:jc w:val="right"/>
      </w:pPr>
      <w:r>
        <w:t>بلکہ وہ بالکل، یعنی</w:t>
      </w:r>
    </w:p>
    <w:p>
      <w:r>
        <w:rPr>
          <w:b/>
        </w:rPr>
        <w:t xml:space="preserve">[29:22] </w:t>
      </w:r>
      <w:r>
        <w:t>rationally understandable ہے کہ جب آپ زیادہ، آپ کا مائنڈ زیادہ ایکٹیو ہوگا، زیادہ awaken ہوگا، زیادہ</w:t>
      </w:r>
    </w:p>
    <w:p>
      <w:pPr>
        <w:jc w:val="right"/>
      </w:pPr>
      <w:r>
        <w:t>ریشنلی انڈرسٹینڈ ایبل ہے کہ جب آپ زیادہ، آپ کا مائنڈ زیادہ ایکٹیو ہوگا، زیادہ اویکن ہوگا، زیادہ</w:t>
      </w:r>
    </w:p>
    <w:p>
      <w:r>
        <w:rPr>
          <w:b/>
        </w:rPr>
        <w:t xml:space="preserve">[29:32] </w:t>
      </w:r>
      <w:r>
        <w:t>dhiyan ke sath aap Quran ko parhenge, taraveeh mein Quran ko sunenge, zyada dhiyan ke sath,</w:t>
      </w:r>
    </w:p>
    <w:p>
      <w:pPr>
        <w:jc w:val="right"/>
      </w:pPr>
      <w:r>
        <w:t>دھیان کے ساتھ آپ قرآن کو پڑھیں گے، تراویح میں قرآن کو سنیں گے، زیادہ دھیان کے ساتھ،</w:t>
      </w:r>
    </w:p>
    <w:p>
      <w:r>
        <w:rPr>
          <w:b/>
        </w:rPr>
        <w:t xml:space="preserve">[29:38] </w:t>
      </w:r>
      <w:r>
        <w:t>to aap ko rozana kuch naye naye rizq milenge, naye naye ma'ani khulenge aap ke upar,</w:t>
      </w:r>
    </w:p>
    <w:p>
      <w:pPr>
        <w:jc w:val="right"/>
      </w:pPr>
      <w:r>
        <w:t>تو آپ کو روزانہ کچھ نئے نئے رزق ملیں گے، نئے نئے معنی کھلیں گے آپ کے اوپر،</w:t>
      </w:r>
    </w:p>
    <w:p>
      <w:r>
        <w:rPr>
          <w:b/>
        </w:rPr>
        <w:t xml:space="preserve">[29:43] </w:t>
      </w:r>
      <w:r>
        <w:t>Allah se qurbat aap ki barhe gi.</w:t>
      </w:r>
    </w:p>
    <w:p>
      <w:pPr>
        <w:jc w:val="right"/>
      </w:pPr>
      <w:r>
        <w:t>اللہ سے قربت آپ کی بڑھے گی۔</w:t>
      </w:r>
    </w:p>
    <w:p>
      <w:r>
        <w:rPr>
          <w:b/>
        </w:rPr>
        <w:t xml:space="preserve">[29:46] </w:t>
      </w:r>
      <w:r>
        <w:t>Yeh hoga. Aise hi dekhiye,</w:t>
      </w:r>
    </w:p>
    <w:p>
      <w:pPr>
        <w:jc w:val="right"/>
      </w:pPr>
      <w:r>
        <w:t>یہ ہوگا۔ ایسے ہی دیکھیے،</w:t>
      </w:r>
    </w:p>
    <w:p>
      <w:r>
        <w:rPr>
          <w:b/>
        </w:rPr>
        <w:t xml:space="preserve">[29:52] </w:t>
      </w:r>
      <w:r>
        <w:t>Woh jo ayat mein ne parhi,</w:t>
      </w:r>
    </w:p>
    <w:p>
      <w:pPr>
        <w:jc w:val="right"/>
      </w:pPr>
      <w:r>
        <w:t>وہ جو آیت میں نے پڑھی،</w:t>
      </w:r>
    </w:p>
    <w:p>
      <w:r>
        <w:rPr>
          <w:b/>
        </w:rPr>
        <w:t xml:space="preserve">[29:57] </w:t>
      </w:r>
      <w:r>
        <w:t>Iska doosra hissa yeh hai ke un par fma wahanu ma asabhum fi sabilillah wa ma da'ufu</w:t>
      </w:r>
    </w:p>
    <w:p>
      <w:pPr>
        <w:jc w:val="right"/>
      </w:pPr>
      <w:r>
        <w:t>اس کا دوسرا حصہ یہ ہے کہ ان پر فَمَا وَهَنُوا مَا أَصَابَهُمْ فِي سَبِيلِ اللَّهِ وَمَا ضَعُفُوا</w:t>
      </w:r>
    </w:p>
    <w:p>
      <w:r>
        <w:rPr>
          <w:b/>
        </w:rPr>
        <w:t xml:space="preserve">[30:05] </w:t>
      </w:r>
      <w:r>
        <w:t>Wastakanu to bazahir log iska matlab lete hain ke jang mein woh yahan teen lafz hain, dekhiye</w:t>
      </w:r>
    </w:p>
    <w:p>
      <w:pPr>
        <w:jc w:val="right"/>
      </w:pPr>
      <w:r>
        <w:t>وَاسْتَكَانُوا تو بظاہر لوگ اس کا مطلب لیتے ہیں کہ جنگ میں وہ یہاں تین لفظ ہیں، دیکھیے</w:t>
      </w:r>
    </w:p>
    <w:p>
      <w:r>
        <w:rPr>
          <w:b/>
        </w:rPr>
        <w:t xml:space="preserve">[30:14] </w:t>
      </w:r>
      <w:r>
        <w:t>Fma wahanu wa ma da'ufu wastakanu teen lafz hain,</w:t>
      </w:r>
    </w:p>
    <w:p>
      <w:pPr>
        <w:jc w:val="right"/>
      </w:pPr>
      <w:r>
        <w:t>فَمَا وَهَنُوا وَمَا ضَعُفُوا وَاسْتَكَانُوا تین لفظ ہیں،</w:t>
      </w:r>
    </w:p>
    <w:p>
      <w:r>
        <w:rPr>
          <w:b/>
        </w:rPr>
        <w:t xml:space="preserve">[30:20] </w:t>
      </w:r>
      <w:r>
        <w:t>Teenon qareeb, teenon ke mani qareeb qareeb hain, yaani disheartened nahi hue, woh past himmat nahi hue,</w:t>
      </w:r>
    </w:p>
    <w:p>
      <w:pPr>
        <w:jc w:val="right"/>
      </w:pPr>
      <w:r>
        <w:t>تینوں قریب، تینوں کے معنی قریب قریب ہیں، یعنی ڈس ہارڈنڈ نہیں ہوئے، وہ پست ہمت نہیں ہوئے،</w:t>
      </w:r>
    </w:p>
    <w:p>
      <w:r>
        <w:rPr>
          <w:b/>
        </w:rPr>
        <w:t xml:space="preserve">[30:30] </w:t>
      </w:r>
      <w:r>
        <w:t>Allah ke rastay mein un par jo</w:t>
      </w:r>
    </w:p>
    <w:p>
      <w:pPr>
        <w:jc w:val="right"/>
      </w:pPr>
      <w:r>
        <w:t>اللہ کے راستے میں ان پر جو</w:t>
      </w:r>
    </w:p>
    <w:p>
      <w:r>
        <w:rPr>
          <w:b/>
        </w:rPr>
        <w:t xml:space="preserve">[30:34] </w:t>
      </w:r>
      <w:r>
        <w:t>Jo kuch beeta, un ke upar to is par woh un ke andar</w:t>
      </w:r>
    </w:p>
    <w:p>
      <w:pPr>
        <w:jc w:val="right"/>
      </w:pPr>
      <w:r>
        <w:t>جو کچھ بیتا، ان کے اوپر تو اس پر وہ ان کے اندر</w:t>
      </w:r>
    </w:p>
    <w:p>
      <w:r>
        <w:rPr>
          <w:b/>
        </w:rPr>
        <w:t xml:space="preserve">[30:40] </w:t>
      </w:r>
      <w:r>
        <w:t>Wohan nahi aaya, zu'f nahi aaya, istakant nahi aayi. Yeh teen lafz lafz hain, lekin teenon ke mani</w:t>
      </w:r>
    </w:p>
    <w:p>
      <w:pPr>
        <w:jc w:val="right"/>
      </w:pPr>
      <w:r>
        <w:t>وہن نہیں آیا، ضعف نہیں آیا، استقارت نہیں آئی۔ یہ تین لفظ لفظ ہیں، لیکن تینوں کے معنی</w:t>
      </w:r>
    </w:p>
    <w:p>
      <w:r>
        <w:rPr>
          <w:b/>
        </w:rPr>
        <w:t xml:space="preserve">[30:46] </w:t>
      </w:r>
      <w:r>
        <w:t>Qareeb qareeb aik hain, yaani past himmat nahi hui, disheartened nahi hui.</w:t>
      </w:r>
    </w:p>
    <w:p>
      <w:pPr>
        <w:jc w:val="right"/>
      </w:pPr>
      <w:r>
        <w:t>قریب قریب ایک ہیں، یعنی پست ہمت نہیں ہوئی، ڈس ہارڈنڈ نہیں ہوئی۔</w:t>
      </w:r>
    </w:p>
    <w:p>
      <w:r>
        <w:rPr>
          <w:b/>
        </w:rPr>
        <w:t xml:space="preserve">[30:54] </w:t>
      </w:r>
      <w:r>
        <w:t>To iska matlab samajhte hain ke</w:t>
      </w:r>
    </w:p>
    <w:p>
      <w:pPr>
        <w:jc w:val="right"/>
      </w:pPr>
      <w:r>
        <w:t>تو اس کا مطلب سمجھتے ہیں کہ</w:t>
      </w:r>
    </w:p>
    <w:p>
      <w:r>
        <w:rPr>
          <w:b/>
        </w:rPr>
        <w:t xml:space="preserve">[30:57] </w:t>
      </w:r>
      <w:r>
        <w:t>Chunke wahan qatil ka lafz aa gaya hai, to isko jang ke mani mein lete hain. To</w:t>
      </w:r>
    </w:p>
    <w:p>
      <w:pPr>
        <w:jc w:val="right"/>
      </w:pPr>
      <w:r>
        <w:t>چونکہ وہاں قاتلوں کا لفظ آ گیا ہے، تو اس کو جنگ کے معنی میں لیتے ہیں۔ تو</w:t>
      </w:r>
    </w:p>
    <w:p>
      <w:r>
        <w:rPr>
          <w:b/>
        </w:rPr>
        <w:t xml:space="preserve">[31:02] </w:t>
      </w:r>
      <w:r>
        <w:t>Maidan jang mein agar is ayat ka,</w:t>
      </w:r>
    </w:p>
    <w:p>
      <w:pPr>
        <w:jc w:val="right"/>
      </w:pPr>
      <w:r>
        <w:t>میدان جنگ میں اگر اس آیت کا،</w:t>
      </w:r>
    </w:p>
    <w:p>
      <w:r>
        <w:rPr>
          <w:b/>
        </w:rPr>
        <w:t xml:space="preserve">[31:06] </w:t>
      </w:r>
      <w:r>
        <w:t>Yaani application hai, to woh to kabhi kabhi hota hai, khud Rasool Allah ki zindagi mein chaar baar</w:t>
      </w:r>
    </w:p>
    <w:p>
      <w:pPr>
        <w:jc w:val="right"/>
      </w:pPr>
      <w:r>
        <w:t>یعنی ایپلیکیشن ہے، تو وہ تو کبھی کبھی ہوتا ہے، خود رسول اللہ کی زندگی میں چار بار</w:t>
      </w:r>
    </w:p>
    <w:p>
      <w:r>
        <w:rPr>
          <w:b/>
        </w:rPr>
        <w:t xml:space="preserve">[31:11] </w:t>
      </w:r>
      <w:r>
        <w:t>Sirf hua tha, 23 saal mein, chaar din. To kya chaar din ke siwa is ayat ka koi</w:t>
      </w:r>
    </w:p>
    <w:p>
      <w:pPr>
        <w:jc w:val="right"/>
      </w:pPr>
      <w:r>
        <w:t>صرف ہوا تھا، 23 سال میں، چار دن۔ تو کیا چار دن کے سوا اس آیت کا کوئی</w:t>
      </w:r>
    </w:p>
    <w:p>
      <w:r>
        <w:rPr>
          <w:b/>
        </w:rPr>
        <w:t xml:space="preserve">[31:16] </w:t>
      </w:r>
      <w:r>
        <w:t>Application nahi hai?</w:t>
      </w:r>
    </w:p>
    <w:p>
      <w:pPr>
        <w:jc w:val="right"/>
      </w:pPr>
      <w:r>
        <w:t>ایپلیکیشن نہیں ہے؟</w:t>
      </w:r>
    </w:p>
    <w:p>
      <w:r>
        <w:rPr>
          <w:b/>
        </w:rPr>
        <w:t xml:space="preserve">[31:19] </w:t>
      </w:r>
      <w:r>
        <w:t>To is par sochte hue mein samjha</w:t>
      </w:r>
    </w:p>
    <w:p>
      <w:pPr>
        <w:jc w:val="right"/>
      </w:pPr>
      <w:r>
        <w:t>تو اس پر سوچتے ہوئے میں سمجھا</w:t>
      </w:r>
    </w:p>
    <w:p>
      <w:r>
        <w:rPr>
          <w:b/>
        </w:rPr>
        <w:t xml:space="preserve">[31:22] </w:t>
      </w:r>
      <w:r>
        <w:t>Ke yeh daily life ke bare mein hai, yeh jang ke maidan ke bare mein nahi hai. Dekhiye,</w:t>
      </w:r>
    </w:p>
    <w:p>
      <w:pPr>
        <w:jc w:val="right"/>
      </w:pPr>
      <w:r>
        <w:t>کہ یہ ڈیلی لائف کے بارے میں ہے، یہ جنگ کے میدان کے بارے میں نہیں ہے۔ دیکھیں،</w:t>
      </w:r>
    </w:p>
    <w:p>
      <w:r>
        <w:rPr>
          <w:b/>
        </w:rPr>
        <w:t xml:space="preserve">[31:29] </w:t>
      </w:r>
      <w:r>
        <w:t>Aadmi daily life mein baar baar past himmat ho jata hai, past himmat mani is ki dil toot</w:t>
      </w:r>
    </w:p>
    <w:p>
      <w:pPr>
        <w:jc w:val="right"/>
      </w:pPr>
      <w:r>
        <w:t>آدمی ڈیلی لائف میں بار بار پست ہمت ہو جاتا ہے، پست ہمت معنی اس کی دل ٹوٹ</w:t>
      </w:r>
    </w:p>
    <w:p>
      <w:r>
        <w:rPr>
          <w:b/>
        </w:rPr>
        <w:t xml:space="preserve">[31:37] </w:t>
      </w:r>
      <w:r>
        <w:t>Jata hai. Kyun?</w:t>
      </w:r>
    </w:p>
    <w:p>
      <w:pPr>
        <w:jc w:val="right"/>
      </w:pPr>
      <w:r>
        <w:t>جاتا ہے۔ کیوں؟</w:t>
      </w:r>
    </w:p>
    <w:p>
      <w:r>
        <w:rPr>
          <w:b/>
        </w:rPr>
        <w:t xml:space="preserve">[31:40] </w:t>
      </w:r>
      <w:r>
        <w:t>Duniya mein jin logon ke sath rehta hai, woh to baar baar aisa hota hai ke us ki</w:t>
      </w:r>
    </w:p>
    <w:p>
      <w:pPr>
        <w:jc w:val="right"/>
      </w:pPr>
      <w:r>
        <w:t>دنیا میں جن لوگوں کے ساتھ رہتا ہے، وہ تو بار بار ایسا ہوتا ہے کہ اس کی</w:t>
      </w:r>
    </w:p>
    <w:p>
      <w:r>
        <w:rPr>
          <w:b/>
        </w:rPr>
        <w:t xml:space="preserve">[31:45] </w:t>
      </w:r>
      <w:r>
        <w:t>Umeedein poori nahi hoti, kahin baar baar aisa hota hai ke woh offend ho jata hai, baar baar</w:t>
      </w:r>
    </w:p>
    <w:p>
      <w:pPr>
        <w:jc w:val="right"/>
      </w:pPr>
      <w:r>
        <w:t>امیدیں پوری نہیں ہوتی، کہیں بار بار ایسا ہوتا ہے کہ وہ افنڈ ہو جاتا ہے، بار بار</w:t>
      </w:r>
    </w:p>
    <w:p>
      <w:r>
        <w:rPr>
          <w:b/>
        </w:rPr>
        <w:t xml:space="preserve">[31:50] </w:t>
      </w:r>
      <w:r>
        <w:t>Aisa hota hai ke us ko koi takleef pahunch jati hai. To is se past himmat ho jata</w:t>
      </w:r>
    </w:p>
    <w:p>
      <w:pPr>
        <w:jc w:val="right"/>
      </w:pPr>
      <w:r>
        <w:t>ایسا ہوتا ہے کہ اس کو کوئی تکلیف پہنچ جاتی ہے۔ تو اس سے پست ہمت ہو جاتا</w:t>
      </w:r>
    </w:p>
    <w:p>
      <w:r>
        <w:rPr>
          <w:b/>
        </w:rPr>
        <w:t xml:space="preserve">[31:55] </w:t>
      </w:r>
      <w:r>
        <w:t>Hai, us ka dil toot jata hai, disheartened ho jata hai. Is se mana kiya gaya</w:t>
      </w:r>
    </w:p>
    <w:p>
      <w:pPr>
        <w:jc w:val="right"/>
      </w:pPr>
      <w:r>
        <w:t>ہے، اس کا دل ٹوٹ جاتا ہے، ڈس ہارڈنڈ ہو جاتا ہے۔ اس سے منع کیا گیا</w:t>
      </w:r>
    </w:p>
    <w:p>
      <w:r>
        <w:rPr>
          <w:b/>
        </w:rPr>
        <w:t xml:space="preserve">[32:01] </w:t>
      </w:r>
      <w:r>
        <w:t>keh yeh to ho gayi,</w:t>
      </w:r>
    </w:p>
    <w:p>
      <w:pPr>
        <w:jc w:val="right"/>
      </w:pPr>
      <w:r>
        <w:t>کہ یہ تو ہو گئی،</w:t>
      </w:r>
    </w:p>
    <w:p>
      <w:r>
        <w:rPr>
          <w:b/>
        </w:rPr>
        <w:t xml:space="preserve">[32:04] </w:t>
      </w:r>
      <w:r>
        <w:t>yeh to test hai, ho gayi.</w:t>
      </w:r>
    </w:p>
    <w:p>
      <w:pPr>
        <w:jc w:val="right"/>
      </w:pPr>
      <w:r>
        <w:t>یہ تو ٹیسٹ ہے، ہو گئی۔</w:t>
      </w:r>
    </w:p>
    <w:p>
      <w:r>
        <w:rPr>
          <w:b/>
        </w:rPr>
        <w:t xml:space="preserve">[32:07] </w:t>
      </w:r>
      <w:r>
        <w:t>aisi baatein zaroor paish aayengi keh tum offend ho jao, aisi baatein zaroor paish aayengi jis</w:t>
      </w:r>
    </w:p>
    <w:p>
      <w:pPr>
        <w:jc w:val="right"/>
      </w:pPr>
      <w:r>
        <w:t>ایسی باتیں ضرور پیش آئیں گی کہ تم افنڈ ہو جاؤ، ایسی باتیں ضرور پیش آئیں گی جس</w:t>
      </w:r>
    </w:p>
    <w:p>
      <w:r>
        <w:rPr>
          <w:b/>
        </w:rPr>
        <w:t xml:space="preserve">[32:13] </w:t>
      </w:r>
      <w:r>
        <w:t>se tumhara dil toot jaye, pasty pasty aa jaye. Lekin is ko</w:t>
      </w:r>
    </w:p>
    <w:p>
      <w:pPr>
        <w:jc w:val="right"/>
      </w:pPr>
      <w:r>
        <w:t>سے تمہارا دل ٹوٹ جائے، پستی پستی آ جائے۔ لیکن اس کو</w:t>
      </w:r>
    </w:p>
    <w:p>
      <w:r>
        <w:rPr>
          <w:b/>
        </w:rPr>
        <w:t xml:space="preserve">[32:19] </w:t>
      </w:r>
      <w:r>
        <w:t>foran ke foran</w:t>
      </w:r>
    </w:p>
    <w:p>
      <w:pPr>
        <w:jc w:val="right"/>
      </w:pPr>
      <w:r>
        <w:t>فوراً کے فوراً</w:t>
      </w:r>
    </w:p>
    <w:p>
      <w:r>
        <w:rPr>
          <w:b/>
        </w:rPr>
        <w:t xml:space="preserve">[32:22] </w:t>
      </w:r>
      <w:r>
        <w:t>saheeh kar lena hai, saheeh foran is se bahar aana hai, foran ke foran famā wahanū mā aṣābahum</w:t>
      </w:r>
    </w:p>
    <w:p>
      <w:pPr>
        <w:jc w:val="right"/>
      </w:pPr>
      <w:r>
        <w:t>صحیح کر لینا ہے، صحیح فوراً اس سے باہر آنا ہے، فوراً کے فوراً فَمَا وَهَنُوا مَا أَصَابَهُمْ</w:t>
      </w:r>
    </w:p>
    <w:p>
      <w:r>
        <w:rPr>
          <w:b/>
        </w:rPr>
        <w:t xml:space="preserve">[32:29] </w:t>
      </w:r>
      <w:r>
        <w:t>fī sabīli-llāhi wa mā ḍaʿufū wastakānū</w:t>
      </w:r>
    </w:p>
    <w:p>
      <w:pPr>
        <w:jc w:val="right"/>
      </w:pPr>
      <w:r>
        <w:t>فِي سَبِيلِ اللَّهِ وَمَا ضَعُفُوا وَاسْتَكَانُوا</w:t>
      </w:r>
    </w:p>
    <w:p>
      <w:r>
        <w:rPr>
          <w:b/>
        </w:rPr>
        <w:t xml:space="preserve">[32:33] </w:t>
      </w:r>
      <w:r>
        <w:t>keh dunya ki zindagi mein logon ke sath zindagi guzarte hue jo logon se</w:t>
      </w:r>
    </w:p>
    <w:p>
      <w:pPr>
        <w:jc w:val="right"/>
      </w:pPr>
      <w:r>
        <w:t>کہ دنیا کی زندگی میں لوگوں کے ساتھ زندگی گزارتے ہوئے جو لوگوں سے</w:t>
      </w:r>
    </w:p>
    <w:p>
      <w:r>
        <w:rPr>
          <w:b/>
        </w:rPr>
        <w:t xml:space="preserve">[32:42] </w:t>
      </w:r>
      <w:r>
        <w:t>unwanted تجربہ ہو، لوگوں کی طرف سے جو ایسی باتیں پیش آئیں کہ تمہارا دل ٹوٹ جائے،</w:t>
      </w:r>
    </w:p>
    <w:p>
      <w:pPr>
        <w:jc w:val="right"/>
      </w:pPr>
      <w:r>
        <w:t>ان وانٹڈ تجربہ ہو، لوگوں کی طرف سے جو ایسی باتیں پیش آئیں کہ تمہارا دل ٹوٹ جائے،</w:t>
      </w:r>
    </w:p>
    <w:p>
      <w:r>
        <w:rPr>
          <w:b/>
        </w:rPr>
        <w:t xml:space="preserve">[32:49] </w:t>
      </w:r>
      <w:r>
        <w:t>تم offend ہو جاؤ، تو اس کو effective نہ ہونے دو۔</w:t>
      </w:r>
    </w:p>
    <w:p>
      <w:pPr>
        <w:jc w:val="right"/>
      </w:pPr>
      <w:r>
        <w:t>تم افنڈ ہو جاؤ، تو اس کو ایفیکٹیو نہ ہونے دو۔</w:t>
      </w:r>
    </w:p>
    <w:p>
      <w:r>
        <w:rPr>
          <w:b/>
        </w:rPr>
        <w:t xml:space="preserve">[32:55] </w:t>
      </w:r>
      <w:r>
        <w:t>وہاں لڑائی کی بات نہیں ہے، اس کو effective نہ ہونے دو، اس سے اثر نہ لو،</w:t>
      </w:r>
    </w:p>
    <w:p>
      <w:pPr>
        <w:jc w:val="right"/>
      </w:pPr>
      <w:r>
        <w:t>وہاں لڑائی کی بات نہیں ہے، اس کو ایفیکٹیو نہ ہونے دو، اس سے اثر نہ لو،</w:t>
      </w:r>
    </w:p>
    <w:p>
      <w:r>
        <w:rPr>
          <w:b/>
        </w:rPr>
        <w:t xml:space="preserve">[33:01] </w:t>
      </w:r>
      <w:r>
        <w:t>یعنی وہ ایسا نہ ہو کہ وہ تمہارے اندر negative</w:t>
      </w:r>
    </w:p>
    <w:p>
      <w:pPr>
        <w:jc w:val="right"/>
      </w:pPr>
      <w:r>
        <w:t>یعنی وہ ایسا نہ ہو کہ وہ تمہارے اندر نیگیٹیو</w:t>
      </w:r>
    </w:p>
    <w:p>
      <w:r>
        <w:rPr>
          <w:b/>
        </w:rPr>
        <w:t xml:space="preserve">[33:06] </w:t>
      </w:r>
      <w:r>
        <w:t>ban kar reh jaye. Is ko nikal do taake tumhari positivity baqi rahe.</w:t>
      </w:r>
    </w:p>
    <w:p>
      <w:pPr>
        <w:jc w:val="right"/>
      </w:pPr>
      <w:r>
        <w:t>بن کر رہ جائے۔ اس کو نکال دو تاکہ تمہاری پازیٹیوٹی باقی رہے۔</w:t>
      </w:r>
    </w:p>
    <w:p>
      <w:r>
        <w:rPr>
          <w:b/>
        </w:rPr>
        <w:t xml:space="preserve">[33:14] </w:t>
      </w:r>
      <w:r>
        <w:t>Is se pehle maine ek qissa aap se sunaya tha, is ko main dohrata hoon</w:t>
      </w:r>
    </w:p>
    <w:p>
      <w:pPr>
        <w:jc w:val="right"/>
      </w:pPr>
      <w:r>
        <w:t>اس سے پہلے میں نے ایک قصہ آپ سے سنایا تھا، اس کو میں دہراتا ہوں</w:t>
      </w:r>
    </w:p>
    <w:p>
      <w:r>
        <w:rPr>
          <w:b/>
        </w:rPr>
        <w:t xml:space="preserve">[33:21] </w:t>
      </w:r>
      <w:r>
        <w:t>keh Rasool Allah sal Allah aleh wasalam ek baar baithe hue the kuch sahaba ke sath,</w:t>
      </w:r>
    </w:p>
    <w:p>
      <w:pPr>
        <w:jc w:val="right"/>
      </w:pPr>
      <w:r>
        <w:t>کہ رسول اللہ صلی اللہ علیہ وسلم ایک بار بیٹھے ہوئے تھے کچھ صحابہ کے ساتھ،</w:t>
      </w:r>
    </w:p>
    <w:p>
      <w:r>
        <w:rPr>
          <w:b/>
        </w:rPr>
        <w:t xml:space="preserve">[33:27] </w:t>
      </w:r>
      <w:r>
        <w:t>to ek shakhs samne se guzra,</w:t>
      </w:r>
    </w:p>
    <w:p>
      <w:pPr>
        <w:jc w:val="right"/>
      </w:pPr>
      <w:r>
        <w:t>تو ایک شخص سامنے سے گزرا،</w:t>
      </w:r>
    </w:p>
    <w:p>
      <w:r>
        <w:rPr>
          <w:b/>
        </w:rPr>
        <w:t xml:space="preserve">[33:30] </w:t>
      </w:r>
      <w:r>
        <w:t>us ne salam bhi nahi kiya, bas guzar gaya woh.</w:t>
      </w:r>
    </w:p>
    <w:p>
      <w:pPr>
        <w:jc w:val="right"/>
      </w:pPr>
      <w:r>
        <w:t>اس نے سلام بھی نہیں کیا، بس گزر گیا وہ۔</w:t>
      </w:r>
    </w:p>
    <w:p>
      <w:r>
        <w:rPr>
          <w:b/>
        </w:rPr>
        <w:t xml:space="preserve">[33:35] </w:t>
      </w:r>
      <w:r>
        <w:t>to Rasool Allah ne us ko dekh kar kaha keh yeh jannati hai, yaani us ne na aa</w:t>
      </w:r>
    </w:p>
    <w:p>
      <w:pPr>
        <w:jc w:val="right"/>
      </w:pPr>
      <w:r>
        <w:t>تو رسول اللہ نے اس کو دیکھ کر کہا کہ یہ جنتی ہے، یعنی اس نے نہ آ</w:t>
      </w:r>
    </w:p>
    <w:p>
      <w:r>
        <w:rPr>
          <w:b/>
        </w:rPr>
        <w:t xml:space="preserve">[33:41] </w:t>
      </w:r>
      <w:r>
        <w:t>kar baitha, na baat cheet ki, na salam kiya, woh bas guzar gaya.</w:t>
      </w:r>
    </w:p>
    <w:p>
      <w:pPr>
        <w:jc w:val="right"/>
      </w:pPr>
      <w:r>
        <w:t>کر بیٹھا، نہ بات چیت کی، نہ سلام کیا، وہ بس گزر گیا۔</w:t>
      </w:r>
    </w:p>
    <w:p>
      <w:r>
        <w:rPr>
          <w:b/>
        </w:rPr>
        <w:t xml:space="preserve">[33:46] </w:t>
      </w:r>
      <w:r>
        <w:t>to aap ne kaha keh yeh jannati hai.</w:t>
      </w:r>
    </w:p>
    <w:p>
      <w:pPr>
        <w:jc w:val="right"/>
      </w:pPr>
      <w:r>
        <w:t>تو آپ نے کہا کہ یہ جنتی ہے۔</w:t>
      </w:r>
    </w:p>
    <w:p>
      <w:r>
        <w:rPr>
          <w:b/>
        </w:rPr>
        <w:t xml:space="preserve">[33:51] </w:t>
      </w:r>
      <w:r>
        <w:t>to ek sahabi kehte hain keh mujhe yeh shauq hua keh main pata karoon keh us ke kaun</w:t>
      </w:r>
    </w:p>
    <w:p>
      <w:pPr>
        <w:jc w:val="right"/>
      </w:pPr>
      <w:r>
        <w:t>تو ایک صحابی کہتے ہیں کہ مجھے یہ شوق ہوا کہ میں پتہ کروں کہ اس کے کون</w:t>
      </w:r>
    </w:p>
    <w:p>
      <w:r>
        <w:rPr>
          <w:b/>
        </w:rPr>
        <w:t xml:space="preserve">[33:57] </w:t>
      </w:r>
      <w:r>
        <w:t>sa amal yeh karta hai keh jis ko,</w:t>
      </w:r>
    </w:p>
    <w:p>
      <w:pPr>
        <w:jc w:val="right"/>
      </w:pPr>
      <w:r>
        <w:t>سا عمل یہ کرتا ہے کہ جس کو،</w:t>
      </w:r>
    </w:p>
    <w:p>
      <w:r>
        <w:rPr>
          <w:b/>
        </w:rPr>
        <w:t xml:space="preserve">[34:00] </w:t>
      </w:r>
      <w:r>
        <w:t>jis ne us ko jannati bana diya hai.</w:t>
      </w:r>
    </w:p>
    <w:p>
      <w:pPr>
        <w:jc w:val="right"/>
      </w:pPr>
      <w:r>
        <w:t>جس نے اس کو جنتی بنا دیا ہے۔</w:t>
      </w:r>
    </w:p>
    <w:p>
      <w:r>
        <w:rPr>
          <w:b/>
        </w:rPr>
        <w:t xml:space="preserve">[34:04] </w:t>
      </w:r>
      <w:r>
        <w:t>to main us ke ghar gaya,</w:t>
      </w:r>
    </w:p>
    <w:p>
      <w:pPr>
        <w:jc w:val="right"/>
      </w:pPr>
      <w:r>
        <w:t>تو میں اس کے گھر گیا،</w:t>
      </w:r>
    </w:p>
    <w:p>
      <w:r>
        <w:rPr>
          <w:b/>
        </w:rPr>
        <w:t xml:space="preserve">[34:07] </w:t>
      </w:r>
      <w:r>
        <w:t>to us qadeem zamaney mein yeh riwaj tha keh teen din ki mehmaani hua karti thi.</w:t>
      </w:r>
    </w:p>
    <w:p>
      <w:pPr>
        <w:jc w:val="right"/>
      </w:pPr>
      <w:r>
        <w:t>تو اس قدیم زمانے میں یہ رواج تھا کہ تین دن کی مہمانی ہوا کرتی تھی۔</w:t>
      </w:r>
    </w:p>
    <w:p>
      <w:r>
        <w:rPr>
          <w:b/>
        </w:rPr>
        <w:t xml:space="preserve">[34:13] </w:t>
      </w:r>
      <w:r>
        <w:t>Qadeem zamaney mein jab hotel nahi the to log theherty the gharon mein. To us woh gaya, us</w:t>
      </w:r>
    </w:p>
    <w:p>
      <w:pPr>
        <w:jc w:val="right"/>
      </w:pPr>
      <w:r>
        <w:t>قدیم زمانے میں جب ہوٹل نہیں تھے تو لوگ ٹھہرتے تھے گھروں میں۔ تو اس وہ گیا، اس</w:t>
      </w:r>
    </w:p>
    <w:p>
      <w:r>
        <w:rPr>
          <w:b/>
        </w:rPr>
        <w:t xml:space="preserve">[34:19] </w:t>
      </w:r>
      <w:r>
        <w:t>ne kaha keh main tumhare haan teen din thehroonga. To us ne kaha theek hai, to teen</w:t>
      </w:r>
    </w:p>
    <w:p>
      <w:pPr>
        <w:jc w:val="right"/>
      </w:pPr>
      <w:r>
        <w:t>نے کہا کہ میں تمہارے ہاں تین دن ٹھہروں گا۔ تو اس نے کہا ٹھیک ہے، تو تین</w:t>
      </w:r>
    </w:p>
    <w:p>
      <w:r>
        <w:rPr>
          <w:b/>
        </w:rPr>
        <w:t xml:space="preserve">[34:24] </w:t>
      </w:r>
      <w:r>
        <w:t>din us ke sath raha, woh subah shaam. Aakhri baar jab woh jane ke liye tayyar hua,</w:t>
      </w:r>
    </w:p>
    <w:p>
      <w:pPr>
        <w:jc w:val="right"/>
      </w:pPr>
      <w:r>
        <w:t>دن اس کے ساتھ رہا، وہ صبح شام۔ آخری بار جب وہ جانے کے لیے تیار ہوا،</w:t>
      </w:r>
    </w:p>
    <w:p>
      <w:r>
        <w:rPr>
          <w:b/>
        </w:rPr>
        <w:t xml:space="preserve">[34:32] </w:t>
      </w:r>
      <w:r>
        <w:t>us ne kaha keh sahib-e-khana se keh main ab ja raha hoon. To us ne poocha keh</w:t>
      </w:r>
    </w:p>
    <w:p>
      <w:pPr>
        <w:jc w:val="right"/>
      </w:pPr>
      <w:r>
        <w:t>اس نے کہا کہ صاحب خانہ سے کہ میں اب جا رہا ہوں۔ تو اس نے پوچھا کہ</w:t>
      </w:r>
    </w:p>
    <w:p>
      <w:r>
        <w:rPr>
          <w:b/>
        </w:rPr>
        <w:t xml:space="preserve">[34:37] </w:t>
      </w:r>
      <w:r>
        <w:t>yeh batao ke tum aaye kis liye the?</w:t>
      </w:r>
    </w:p>
    <w:p>
      <w:pPr>
        <w:jc w:val="right"/>
      </w:pPr>
      <w:r>
        <w:t>یہ بتاؤ کہ تم آئے کس لیے تھے؟</w:t>
      </w:r>
    </w:p>
    <w:p>
      <w:r>
        <w:rPr>
          <w:b/>
        </w:rPr>
        <w:t xml:space="preserve">[34:41] </w:t>
      </w:r>
      <w:r>
        <w:t>kyunke is ne bataya nahi tha ke mein kyun aaya hoon.</w:t>
      </w:r>
    </w:p>
    <w:p>
      <w:pPr>
        <w:jc w:val="right"/>
      </w:pPr>
      <w:r>
        <w:t>کیونکہ اس نے بتایا نہیں تھا کہ میں کیوں آیا ہوں۔</w:t>
      </w:r>
    </w:p>
    <w:p>
      <w:r>
        <w:rPr>
          <w:b/>
        </w:rPr>
        <w:t xml:space="preserve">[34:45] </w:t>
      </w:r>
      <w:r>
        <w:t>to aakhri din is ne bataya ke rasool Allah ne aisa kaha tha ke tumhare bare mein ke</w:t>
      </w:r>
    </w:p>
    <w:p>
      <w:pPr>
        <w:jc w:val="right"/>
      </w:pPr>
      <w:r>
        <w:t>تو آخری دن اس نے بتایا کہ رسول اللہ نے ایسا کہا تھا کہ تمہارے بارے میں کہ</w:t>
      </w:r>
    </w:p>
    <w:p>
      <w:r>
        <w:rPr>
          <w:b/>
        </w:rPr>
        <w:t xml:space="preserve">[34:49] </w:t>
      </w:r>
      <w:r>
        <w:t>tum jannati ho, to mein pata karne aaya tha. mein tumhari zindagi mein mein ne kuch khaas baat</w:t>
      </w:r>
    </w:p>
    <w:p>
      <w:pPr>
        <w:jc w:val="right"/>
      </w:pPr>
      <w:r>
        <w:t>تم جنتی ہو، تو میں پتہ کرنے آیا تھا۔ میں تمہاری زندگی میں میں نے کچھ خاص بات</w:t>
      </w:r>
    </w:p>
    <w:p>
      <w:r>
        <w:rPr>
          <w:b/>
        </w:rPr>
        <w:t xml:space="preserve">[34:54] </w:t>
      </w:r>
      <w:r>
        <w:t>to dekhi nahi ke tum bohat ziyada namaz parhte ho, bohat ziyada roza rakhte ho, bohat ziyada tilawat</w:t>
      </w:r>
    </w:p>
    <w:p>
      <w:pPr>
        <w:jc w:val="right"/>
      </w:pPr>
      <w:r>
        <w:t>تو دیکھی نہیں کہ تم بہت زیادہ نماز پڑھتے ہو، بہت زیادہ روزہ رکھتے ہو، بہت زیادہ تلاوت</w:t>
      </w:r>
    </w:p>
    <w:p>
      <w:r>
        <w:rPr>
          <w:b/>
        </w:rPr>
        <w:t xml:space="preserve">[35:00] </w:t>
      </w:r>
      <w:r>
        <w:t>karte ho, aisa kuch paya nahi mein ne.</w:t>
      </w:r>
    </w:p>
    <w:p>
      <w:pPr>
        <w:jc w:val="right"/>
      </w:pPr>
      <w:r>
        <w:t>کرتے ہو، ایسا کچھ پایا نہیں میں نے۔</w:t>
      </w:r>
    </w:p>
    <w:p>
      <w:r>
        <w:rPr>
          <w:b/>
        </w:rPr>
        <w:t xml:space="preserve">[35:03] </w:t>
      </w:r>
      <w:r>
        <w:t>to is shakhs ne kaha ke tum ne jaisa mujh ko dekha, waise hi mein hoon,</w:t>
      </w:r>
    </w:p>
    <w:p>
      <w:pPr>
        <w:jc w:val="right"/>
      </w:pPr>
      <w:r>
        <w:t>تو اس شخص نے کہا کہ تم نے جیسا مجھ کو دیکھا، ویسے ہی میں ہوں،</w:t>
      </w:r>
    </w:p>
    <w:p>
      <w:r>
        <w:rPr>
          <w:b/>
        </w:rPr>
        <w:t xml:space="preserve">[35:09] </w:t>
      </w:r>
      <w:r>
        <w:t>albata ek sifat mere andar hai,</w:t>
      </w:r>
    </w:p>
    <w:p>
      <w:pPr>
        <w:jc w:val="right"/>
      </w:pPr>
      <w:r>
        <w:t>البتہ ایک صفت میرے اندر ہے،</w:t>
      </w:r>
    </w:p>
    <w:p>
      <w:r>
        <w:rPr>
          <w:b/>
        </w:rPr>
        <w:t xml:space="preserve">[35:13] </w:t>
      </w:r>
      <w:r>
        <w:t>woh yeh hai ke la ajadu fi qalbi ghishana la</w:t>
      </w:r>
    </w:p>
    <w:p>
      <w:pPr>
        <w:jc w:val="right"/>
      </w:pPr>
      <w:r>
        <w:t>وہ یہ ہے کہ لَا أَجَدُ فِي قَلْبِي غِشَّانَ لَا</w:t>
      </w:r>
    </w:p>
    <w:p>
      <w:r>
        <w:rPr>
          <w:b/>
        </w:rPr>
        <w:t xml:space="preserve">[35:20] </w:t>
      </w:r>
      <w:r>
        <w:t>ajadu fi qalbi ghishana yani log mujhe offend karein, log mujhe koi takleef pahunchayein, logon se mujhe in</w:t>
      </w:r>
    </w:p>
    <w:p>
      <w:pPr>
        <w:jc w:val="right"/>
      </w:pPr>
      <w:r>
        <w:t>أَجَدُ فِي قَلْبِي غِشَّانَ یعنی لوگ مجھے افنڈ کریں، لوگ مجھے کوئی تکلیف پہنچائیں، لوگوں سے مجھے ان</w:t>
      </w:r>
    </w:p>
    <w:p>
      <w:r>
        <w:rPr>
          <w:b/>
        </w:rPr>
        <w:t xml:space="preserve">[35:31] </w:t>
      </w:r>
      <w:r>
        <w:t>wanted koi experience ho, lekin main</w:t>
      </w:r>
    </w:p>
    <w:p>
      <w:pPr>
        <w:jc w:val="right"/>
      </w:pPr>
      <w:r>
        <w:t>وانٹڈ کوئی ایکسپیرینس ہو، لیکن میں</w:t>
      </w:r>
    </w:p>
    <w:p>
      <w:r>
        <w:rPr>
          <w:b/>
        </w:rPr>
        <w:t xml:space="preserve">[35:34] </w:t>
      </w:r>
      <w:r>
        <w:t>mein is ko dil mein rakh nahi leta, yani mein ne to kisi ke liye malice nahi, kisi</w:t>
      </w:r>
    </w:p>
    <w:p>
      <w:pPr>
        <w:jc w:val="right"/>
      </w:pPr>
      <w:r>
        <w:t>میں اس کو دل میں رکھ نہیں لیتا، یعنی میں نے تو کسی کے لیے مائلس نہیں، کسی</w:t>
      </w:r>
    </w:p>
    <w:p>
      <w:r>
        <w:rPr>
          <w:b/>
        </w:rPr>
        <w:t xml:space="preserve">[35:39] </w:t>
      </w:r>
      <w:r>
        <w:t>ke liye kina nahi, kisi ke liye shikayat nahi.</w:t>
      </w:r>
    </w:p>
    <w:p>
      <w:pPr>
        <w:jc w:val="right"/>
      </w:pPr>
      <w:r>
        <w:t>کے لیے کینہ نہیں، کسی کے لیے شکایت نہیں۔</w:t>
      </w:r>
    </w:p>
    <w:p>
      <w:r>
        <w:rPr>
          <w:b/>
        </w:rPr>
        <w:t xml:space="preserve">[35:43] </w:t>
      </w:r>
      <w:r>
        <w:t>ghish mani yahi hoti hai, ghish mani wohi jo angrez ko kehte hain malice.</w:t>
      </w:r>
    </w:p>
    <w:p>
      <w:pPr>
        <w:jc w:val="right"/>
      </w:pPr>
      <w:r>
        <w:t>غش معنی یہی ہوتی ہے، غش معنی وہی جو انگریز کو کہتے ہیں مائلس۔</w:t>
      </w:r>
    </w:p>
    <w:p>
      <w:r>
        <w:rPr>
          <w:b/>
        </w:rPr>
        <w:t xml:space="preserve">[35:49] </w:t>
      </w:r>
      <w:r>
        <w:t>to is ne kaha ke bas yahi baat hai</w:t>
      </w:r>
    </w:p>
    <w:p>
      <w:pPr>
        <w:jc w:val="right"/>
      </w:pPr>
      <w:r>
        <w:t>تو اس نے کہا کہ بس یہی بات ہے</w:t>
      </w:r>
    </w:p>
    <w:p>
      <w:r>
        <w:rPr>
          <w:b/>
        </w:rPr>
        <w:t xml:space="preserve">[35:53] </w:t>
      </w:r>
      <w:r>
        <w:t>jis ki wajah se tum jannati ho.</w:t>
      </w:r>
    </w:p>
    <w:p>
      <w:pPr>
        <w:jc w:val="right"/>
      </w:pPr>
      <w:r>
        <w:t>جس کی وجہ سے تم جنتی ہو۔</w:t>
      </w:r>
    </w:p>
    <w:p>
      <w:r>
        <w:rPr>
          <w:b/>
        </w:rPr>
        <w:t xml:space="preserve">[35:58] </w:t>
      </w:r>
      <w:r>
        <w:t>to roza is ki tarbiyat hai, quran parh kar ke zehan banana hai,</w:t>
      </w:r>
    </w:p>
    <w:p>
      <w:pPr>
        <w:jc w:val="right"/>
      </w:pPr>
      <w:r>
        <w:t>تو روزہ اس کی تربیت ہے، قرآن پڑھ کر کے ذہن بنانا ہے،</w:t>
      </w:r>
    </w:p>
    <w:p>
      <w:r>
        <w:rPr>
          <w:b/>
        </w:rPr>
        <w:t xml:space="preserve">[36:04] </w:t>
      </w:r>
      <w:r>
        <w:t>la ajadu fi qalbi ghishana la ajadu</w:t>
      </w:r>
    </w:p>
    <w:p>
      <w:pPr>
        <w:jc w:val="right"/>
      </w:pPr>
      <w:r>
        <w:t>لَا أَجَدُ فِي قَلْبِي غِشَّانَ لَا أَجَدُ</w:t>
      </w:r>
    </w:p>
    <w:p>
      <w:r>
        <w:rPr>
          <w:b/>
        </w:rPr>
        <w:t xml:space="preserve">[36:08] </w:t>
      </w:r>
      <w:r>
        <w:t>ke ijtamai zindagi mein, collective life mein bar bar aisa hoga ke aadmi kisi se offend ho jaye</w:t>
      </w:r>
    </w:p>
    <w:p>
      <w:pPr>
        <w:jc w:val="right"/>
      </w:pPr>
      <w:r>
        <w:t>کہ اجتماعی زندگی میں، کلیکٹیو لائف میں بار بار ایسا ہوگا کہ آدمی کسی سے افنڈ ہو جائے</w:t>
      </w:r>
    </w:p>
    <w:p>
      <w:r>
        <w:rPr>
          <w:b/>
        </w:rPr>
        <w:t xml:space="preserve">[36:15] </w:t>
      </w:r>
      <w:r>
        <w:t>ga, us ko ghussa aa jayega, kisi ki baat buri lag jayegi, us ko</w:t>
      </w:r>
    </w:p>
    <w:p>
      <w:pPr>
        <w:jc w:val="right"/>
      </w:pPr>
      <w:r>
        <w:t>گا، اس کو غصہ آ جائے گا، کسی کی بات بری لگ جائے گی، اس کو</w:t>
      </w:r>
    </w:p>
    <w:p>
      <w:r>
        <w:rPr>
          <w:b/>
        </w:rPr>
        <w:t xml:space="preserve">[36:23] </w:t>
      </w:r>
      <w:r>
        <w:t>koi na koi us se ek doori ban jayegi.</w:t>
      </w:r>
    </w:p>
    <w:p>
      <w:pPr>
        <w:jc w:val="right"/>
      </w:pPr>
      <w:r>
        <w:t>کوئی نہ کوئی اس سے ایک دوری بن جائے گی۔</w:t>
      </w:r>
    </w:p>
    <w:p>
      <w:r>
        <w:rPr>
          <w:b/>
        </w:rPr>
        <w:t xml:space="preserve">[36:28] </w:t>
      </w:r>
      <w:r>
        <w:t>to is isi ko dil mein rakhna nahi hai, isi ko nikaal dalna hai.</w:t>
      </w:r>
    </w:p>
    <w:p>
      <w:pPr>
        <w:jc w:val="right"/>
      </w:pPr>
      <w:r>
        <w:t>تو اس اسی کو دل میں رکھنا نہیں ہے، اسی کو نکال ڈالنا ہے۔</w:t>
      </w:r>
    </w:p>
    <w:p>
      <w:r>
        <w:rPr>
          <w:b/>
        </w:rPr>
        <w:t xml:space="preserve">[36:35] </w:t>
      </w:r>
      <w:r>
        <w:t>to yeh jannat ki pehchan, jannati hone ki pehchan hai.</w:t>
      </w:r>
    </w:p>
    <w:p>
      <w:pPr>
        <w:jc w:val="right"/>
      </w:pPr>
      <w:r>
        <w:t>تو یہ جنت کی پہچان، جنتی ہونے کی پہچان ہے۔</w:t>
      </w:r>
    </w:p>
    <w:p>
      <w:r>
        <w:rPr>
          <w:b/>
        </w:rPr>
        <w:t xml:space="preserve">[36:45] </w:t>
      </w:r>
      <w:r>
        <w:t>yeh yeh bohat hi bari baat hai jo hum quran mein ghhor o fikr karne se jante hain.</w:t>
      </w:r>
    </w:p>
    <w:p>
      <w:pPr>
        <w:jc w:val="right"/>
      </w:pPr>
      <w:r>
        <w:t>یہ یہ بہت ہی بڑی بات ہے جو ہم قرآن میں غور و فکر کرنے سے جانتے ہیں۔</w:t>
      </w:r>
    </w:p>
    <w:p>
      <w:r>
        <w:rPr>
          <w:b/>
        </w:rPr>
        <w:t xml:space="preserve">[36:56] </w:t>
      </w:r>
      <w:r>
        <w:t>aur yeh quran mein bhi aaya hai</w:t>
      </w:r>
    </w:p>
    <w:p>
      <w:pPr>
        <w:jc w:val="right"/>
      </w:pPr>
      <w:r>
        <w:t>اور یہ قرآن میں بھی آیا ہے</w:t>
      </w:r>
    </w:p>
    <w:p>
      <w:r>
        <w:rPr>
          <w:b/>
        </w:rPr>
        <w:t xml:space="preserve">[36:59] </w:t>
      </w:r>
      <w:r>
        <w:t>ke jannat mein jo log jayenge,</w:t>
      </w:r>
    </w:p>
    <w:p>
      <w:pPr>
        <w:jc w:val="right"/>
      </w:pPr>
      <w:r>
        <w:t>کہ جنت میں جو لوگ جائیں گے،</w:t>
      </w:r>
    </w:p>
    <w:p>
      <w:r>
        <w:rPr>
          <w:b/>
        </w:rPr>
        <w:t xml:space="preserve">[37:02] </w:t>
      </w:r>
      <w:r>
        <w:t>wo log aise honge jin ke andar kisi ke liye ghish nahin hoga,</w:t>
      </w:r>
    </w:p>
    <w:p>
      <w:pPr>
        <w:jc w:val="right"/>
      </w:pPr>
      <w:r>
        <w:t>وہ لوگ ایسے ہوں گے جن کے اندر کسی کے لیے غش نہیں ہوگا،</w:t>
      </w:r>
    </w:p>
    <w:p>
      <w:r>
        <w:rPr>
          <w:b/>
        </w:rPr>
        <w:t xml:space="preserve">[37:07] </w:t>
      </w:r>
      <w:r>
        <w:t>kisi ke liye ghish nahin hoga.</w:t>
      </w:r>
    </w:p>
    <w:p>
      <w:pPr>
        <w:jc w:val="right"/>
      </w:pPr>
      <w:r>
        <w:t>کسی کے لیے غش نہیں ہوگا۔</w:t>
      </w:r>
    </w:p>
    <w:p>
      <w:r>
        <w:rPr>
          <w:b/>
        </w:rPr>
        <w:t xml:space="preserve">[37:12] </w:t>
      </w:r>
      <w:r>
        <w:t>ghul ka lafz hai is mein, ghul, wo dono ek hi mani hain. To Quran mein yeh lafz</w:t>
      </w:r>
    </w:p>
    <w:p>
      <w:pPr>
        <w:jc w:val="right"/>
      </w:pPr>
      <w:r>
        <w:t>غل کا لفظ ہے اس میں، غل، وہ دونوں ایک ہی معنی ہیں۔ تو قرآن میں یہ لفظ</w:t>
      </w:r>
    </w:p>
    <w:p>
      <w:r>
        <w:rPr>
          <w:b/>
        </w:rPr>
        <w:t xml:space="preserve">[37:17] </w:t>
      </w:r>
      <w:r>
        <w:t>hai ke wa naj'ana ma fi sudoorihim min ghillin</w:t>
      </w:r>
    </w:p>
    <w:p>
      <w:pPr>
        <w:jc w:val="right"/>
      </w:pPr>
      <w:r>
        <w:t>ہے کہ وَنَجْعَنَ مَا فِي صُدُورِهِمْ مِنْ غِلٍّ</w:t>
      </w:r>
    </w:p>
    <w:p>
      <w:r>
        <w:rPr>
          <w:b/>
        </w:rPr>
        <w:t xml:space="preserve">[37:27] </w:t>
      </w:r>
      <w:r>
        <w:t>wa naj'ana ma fi sudoorihim min ghillin to ghul aur ghish ek hi mani mein, yani shikayat kisi ke</w:t>
      </w:r>
    </w:p>
    <w:p>
      <w:pPr>
        <w:jc w:val="right"/>
      </w:pPr>
      <w:r>
        <w:t>وَنَجْعَنَ مَا فِي صُدُورِهِمْ مِنْ غِلٍّ تو غل اور غش ایک ہی معنی میں، یعنی شکایت کسی کے</w:t>
      </w:r>
    </w:p>
    <w:p>
      <w:r>
        <w:rPr>
          <w:b/>
        </w:rPr>
        <w:t xml:space="preserve">[37:34] </w:t>
      </w:r>
      <w:r>
        <w:t>bare mein, qadurat</w:t>
      </w:r>
    </w:p>
    <w:p>
      <w:pPr>
        <w:jc w:val="right"/>
      </w:pPr>
      <w:r>
        <w:t>بارے میں، قدورت</w:t>
      </w:r>
    </w:p>
    <w:p>
      <w:r>
        <w:rPr>
          <w:b/>
        </w:rPr>
        <w:t xml:space="preserve">[37:37] </w:t>
      </w:r>
      <w:r>
        <w:t>kisi ke khilaf, kuch ranjish.</w:t>
      </w:r>
    </w:p>
    <w:p>
      <w:pPr>
        <w:jc w:val="right"/>
      </w:pPr>
      <w:r>
        <w:t>کسی کے خلاف، کچھ رنجش۔</w:t>
      </w:r>
    </w:p>
    <w:p>
      <w:r>
        <w:rPr>
          <w:b/>
        </w:rPr>
        <w:t xml:space="preserve">[37:40] </w:t>
      </w:r>
      <w:r>
        <w:t>to jannat mein wo log jayenge jo is se pak honge.</w:t>
      </w:r>
    </w:p>
    <w:p>
      <w:pPr>
        <w:jc w:val="right"/>
      </w:pPr>
      <w:r>
        <w:t>تو جنت میں وہ لوگ جائیں گے جو اس سے پاک ہوں گے۔</w:t>
      </w:r>
    </w:p>
    <w:p>
      <w:r>
        <w:rPr>
          <w:b/>
        </w:rPr>
        <w:t xml:space="preserve">[37:48] </w:t>
      </w:r>
      <w:r>
        <w:t>yahan naj'ana ke mani yeh nahin ke Allah kheench lenge is se, nahin, Allah ke khauf se,</w:t>
      </w:r>
    </w:p>
    <w:p>
      <w:pPr>
        <w:jc w:val="right"/>
      </w:pPr>
      <w:r>
        <w:t>یہاں نجعانہ کے معنی یہ نہیں کہ اللہ کھینچ لیں گے اس سے، نہیں، اللہ کے خوف سے،</w:t>
      </w:r>
    </w:p>
    <w:p>
      <w:r>
        <w:rPr>
          <w:b/>
        </w:rPr>
        <w:t xml:space="preserve">[37:54] </w:t>
      </w:r>
      <w:r>
        <w:t>Allah ki mohabbat se, aur jannat ke ishtiyaq mein wo aisa apne ko is tarah purify karenge.</w:t>
      </w:r>
    </w:p>
    <w:p>
      <w:pPr>
        <w:jc w:val="right"/>
      </w:pPr>
      <w:r>
        <w:t>اللہ کی محبت سے، اور جنت کے اشتیاق میں وہ ایسا اپنے کو اس طرح پوریفائی کریں گے۔</w:t>
      </w:r>
    </w:p>
    <w:p>
      <w:r>
        <w:rPr>
          <w:b/>
        </w:rPr>
        <w:t xml:space="preserve">[38:03] </w:t>
      </w:r>
      <w:r>
        <w:t>ayat ka matlab yeh hai ke hum nikaal denge un ke andar se ghul,</w:t>
      </w:r>
    </w:p>
    <w:p>
      <w:pPr>
        <w:jc w:val="right"/>
      </w:pPr>
      <w:r>
        <w:t>آیت کا مطلب یہ ہے کہ ہم نکال دیں گے ان کے اندر سے غل،</w:t>
      </w:r>
    </w:p>
    <w:p>
      <w:r>
        <w:rPr>
          <w:b/>
        </w:rPr>
        <w:t xml:space="preserve">[38:08] </w:t>
      </w:r>
      <w:r>
        <w:t>yani shikayat waghera, ghussa waghera, nafrat, thoot waghera.</w:t>
      </w:r>
    </w:p>
    <w:p>
      <w:pPr>
        <w:jc w:val="right"/>
      </w:pPr>
      <w:r>
        <w:t>یعنی شکایت وغیرہ، غصہ وغیرہ، نفرت، تھوٹ وغیرہ۔</w:t>
      </w:r>
    </w:p>
    <w:p>
      <w:r>
        <w:rPr>
          <w:b/>
        </w:rPr>
        <w:t xml:space="preserve">[38:13] </w:t>
      </w:r>
      <w:r>
        <w:t>to is ka matlab nahin ke koi mysterious Allah nikaal denge, nahin, insaan jo</w:t>
      </w:r>
    </w:p>
    <w:p>
      <w:pPr>
        <w:jc w:val="right"/>
      </w:pPr>
      <w:r>
        <w:t>تو اس کا مطلب نہیں کہ کوئی مسٹیریس اللہ نکال دیں گے، نہیں، انسان جو</w:t>
      </w:r>
    </w:p>
    <w:p>
      <w:r>
        <w:rPr>
          <w:b/>
        </w:rPr>
        <w:t xml:space="preserve">[38:21] </w:t>
      </w:r>
      <w:r>
        <w:t>jisko jannat ka shauq ho, jisko Allah se qurbat ka shauq ho, to wo khud hi</w:t>
      </w:r>
    </w:p>
    <w:p>
      <w:pPr>
        <w:jc w:val="right"/>
      </w:pPr>
      <w:r>
        <w:t>جس کو جنت کا شوق ہو، جس کو اللہ سے قربت کا شوق ہو، تو وہ خود ہی</w:t>
      </w:r>
    </w:p>
    <w:p>
      <w:r>
        <w:rPr>
          <w:b/>
        </w:rPr>
        <w:t xml:space="preserve">[38:27] </w:t>
      </w:r>
      <w:r>
        <w:t>aisa karta hai, khud ke apne andar se ghul nikaalta hai, ghish nikaalta hai, shikayat nikaalta hai.</w:t>
      </w:r>
    </w:p>
    <w:p>
      <w:pPr>
        <w:jc w:val="right"/>
      </w:pPr>
      <w:r>
        <w:t>ایسا کرتا ہے، خود کہ اپنے اندر سے غل نکالتا ہے، غش نکالتا ہے، شکایت نکالتا ہے۔</w:t>
      </w:r>
    </w:p>
    <w:p>
      <w:r>
        <w:rPr>
          <w:b/>
        </w:rPr>
        <w:t xml:space="preserve">[38:35] </w:t>
      </w:r>
      <w:r>
        <w:t>to ghul aur</w:t>
      </w:r>
    </w:p>
    <w:p>
      <w:pPr>
        <w:jc w:val="right"/>
      </w:pPr>
      <w:r>
        <w:t>تو غل اور</w:t>
      </w:r>
    </w:p>
    <w:p>
      <w:r>
        <w:rPr>
          <w:b/>
        </w:rPr>
        <w:t xml:space="preserve">[38:37] </w:t>
      </w:r>
      <w:r>
        <w:t>ghish ka matlab yeh hai ke malice,</w:t>
      </w:r>
    </w:p>
    <w:p>
      <w:pPr>
        <w:jc w:val="right"/>
      </w:pPr>
      <w:r>
        <w:t>غش کا مطلب یہ ہے کہ مائلس،</w:t>
      </w:r>
    </w:p>
    <w:p>
      <w:r>
        <w:rPr>
          <w:b/>
        </w:rPr>
        <w:t xml:space="preserve">[38:41] </w:t>
      </w:r>
      <w:r>
        <w:t>negative thought, kina,</w:t>
      </w:r>
    </w:p>
    <w:p>
      <w:pPr>
        <w:jc w:val="right"/>
      </w:pPr>
      <w:r>
        <w:t>نیگیٹیو تھوٹ، کینہ،</w:t>
      </w:r>
    </w:p>
    <w:p>
      <w:r>
        <w:rPr>
          <w:b/>
        </w:rPr>
        <w:t xml:space="preserve">[38:47] </w:t>
      </w:r>
      <w:r>
        <w:t>ranjish ko kehte hain ranjish. To is is se jo log pak hon, wahi jannat mein dakhil kiye</w:t>
      </w:r>
    </w:p>
    <w:p>
      <w:pPr>
        <w:jc w:val="right"/>
      </w:pPr>
      <w:r>
        <w:t>رنجش کو کہتے ہیں رنجش۔ تو اس اس سے جو لوگ پاک ہوں، وہی جنت میں داخل کیے</w:t>
      </w:r>
    </w:p>
    <w:p>
      <w:r>
        <w:rPr>
          <w:b/>
        </w:rPr>
        <w:t xml:space="preserve">[38:53] </w:t>
      </w:r>
      <w:r>
        <w:t>jayenge. To yeh Quran mein bhi hai, yeh hadith mein bhi hai. Yeh</w:t>
      </w:r>
    </w:p>
    <w:p>
      <w:pPr>
        <w:jc w:val="right"/>
      </w:pPr>
      <w:r>
        <w:t>جائیں گے۔ تو یہ قرآن میں بھی ہے، یہ حدیث میں بھی ہے۔ یہ</w:t>
      </w:r>
    </w:p>
    <w:p>
      <w:r>
        <w:rPr>
          <w:b/>
        </w:rPr>
        <w:t xml:space="preserve">[39:00] </w:t>
      </w:r>
      <w:r>
        <w:t>to yahi sab baatein hain jin ki tarbiyat ka yeh mahina hai,</w:t>
      </w:r>
    </w:p>
    <w:p>
      <w:pPr>
        <w:jc w:val="right"/>
      </w:pPr>
      <w:r>
        <w:t>تو یہی سب باتیں ہیں جن کی تربیت کا یہ مہینہ ہے،</w:t>
      </w:r>
    </w:p>
    <w:p>
      <w:r>
        <w:rPr>
          <w:b/>
        </w:rPr>
        <w:t xml:space="preserve">[39:06] </w:t>
      </w:r>
      <w:r>
        <w:t>yani Ramzan ka mahina jo hai, sach poochhein to tarbiyat ka mahina hai. Tarbiyat Ramzan ka mahina bhook</w:t>
      </w:r>
    </w:p>
    <w:p>
      <w:pPr>
        <w:jc w:val="right"/>
      </w:pPr>
      <w:r>
        <w:t>یعنی رمضان کا مہینہ جو ہے، سچ پوچھیں تو تربیت کا مہینہ ہے۔ تربیت رمضان کا مہینہ بھوک</w:t>
      </w:r>
    </w:p>
    <w:p>
      <w:r>
        <w:rPr>
          <w:b/>
        </w:rPr>
        <w:t xml:space="preserve">[39:13] </w:t>
      </w:r>
      <w:r>
        <w:t>pyaas ka mahina nahin hai,</w:t>
      </w:r>
    </w:p>
    <w:p>
      <w:pPr>
        <w:jc w:val="right"/>
      </w:pPr>
      <w:r>
        <w:t>پیاس کا مہینہ نہیں ہے،</w:t>
      </w:r>
    </w:p>
    <w:p>
      <w:r>
        <w:rPr>
          <w:b/>
        </w:rPr>
        <w:t xml:space="preserve">[39:16] </w:t>
      </w:r>
      <w:r>
        <w:t>bhook pyaas to is ki zahiri shakal hai. Asal yeh hai ke tarbiyat,</w:t>
      </w:r>
    </w:p>
    <w:p>
      <w:pPr>
        <w:jc w:val="right"/>
      </w:pPr>
      <w:r>
        <w:t>بھوک پیاس تو اس کی ظاہری شکل ہے۔ اصل یہ ہے کہ تربیت،</w:t>
      </w:r>
    </w:p>
    <w:p>
      <w:r>
        <w:rPr>
          <w:b/>
        </w:rPr>
        <w:t xml:space="preserve">[39:22] </w:t>
      </w:r>
      <w:r>
        <w:t>aslan yeh hai ke wo tarbiyat ka mahina hai. Apne aap ko ek aisa insaan banana</w:t>
      </w:r>
    </w:p>
    <w:p>
      <w:pPr>
        <w:jc w:val="right"/>
      </w:pPr>
      <w:r>
        <w:t>اصلاً یہ ہے کہ وہ تربیت کا مہینہ ہے۔ اپنے آپ کو ایک ایسا انسان بنانا</w:t>
      </w:r>
    </w:p>
    <w:p>
      <w:r>
        <w:rPr>
          <w:b/>
        </w:rPr>
        <w:t xml:space="preserve">[39:28] </w:t>
      </w:r>
      <w:r>
        <w:t>jo be shikayat ho,</w:t>
      </w:r>
    </w:p>
    <w:p>
      <w:pPr>
        <w:jc w:val="right"/>
      </w:pPr>
      <w:r>
        <w:t>جو بے شکایت ہو،</w:t>
      </w:r>
    </w:p>
    <w:p>
      <w:r>
        <w:rPr>
          <w:b/>
        </w:rPr>
        <w:t xml:space="preserve">[39:32] </w:t>
      </w:r>
      <w:r>
        <w:t>jis ke andar koi balish na ho, jis ke andar kisi ke liye koi ranjish na ho, jis</w:t>
      </w:r>
    </w:p>
    <w:p>
      <w:pPr>
        <w:jc w:val="right"/>
      </w:pPr>
      <w:r>
        <w:t>جس کے اندر کوئی بالش نہ ہو، جس کے اندر کسی کے لیے کوئی رنجش نہ ہو، جس</w:t>
      </w:r>
    </w:p>
    <w:p>
      <w:r>
        <w:rPr>
          <w:b/>
        </w:rPr>
        <w:t xml:space="preserve">[39:37] </w:t>
      </w:r>
      <w:r>
        <w:t>ke liye, jis ke liye, jis ke andar kisi ke liye koi, jis ko kehte hain kina na</w:t>
      </w:r>
    </w:p>
    <w:p>
      <w:pPr>
        <w:jc w:val="right"/>
      </w:pPr>
      <w:r>
        <w:t>کے لیے، جس کے لیے، جس کے اندر کسی کے لیے کوئی، جس کو کہتے ہیں کینہ نہ</w:t>
      </w:r>
    </w:p>
    <w:p>
      <w:r>
        <w:rPr>
          <w:b/>
        </w:rPr>
        <w:t xml:space="preserve">[39:44] </w:t>
      </w:r>
      <w:r>
        <w:t>ho. Kina kehte hain, yani chupi hui shikayat ko.</w:t>
      </w:r>
    </w:p>
    <w:p>
      <w:pPr>
        <w:jc w:val="right"/>
      </w:pPr>
      <w:r>
        <w:t>ہو۔ کینہ کہتے ہیں، یعنی چھپی ہوئی شکایت کو۔</w:t>
      </w:r>
    </w:p>
    <w:p>
      <w:r>
        <w:rPr>
          <w:b/>
        </w:rPr>
        <w:t xml:space="preserve">[39:50] </w:t>
      </w:r>
      <w:r>
        <w:t>to is ki tarbiyat ka yeh mahina hai. Tarbiyat kaise banti hai? Aisa nahi ke aap bhooke pyase,</w:t>
      </w:r>
    </w:p>
    <w:p>
      <w:pPr>
        <w:jc w:val="right"/>
      </w:pPr>
      <w:r>
        <w:t>تو اس کی تربیت کا یہ مہینہ ہے۔ تربیت کیسے بنتی ہے؟ ایسا نہیں کہ آپ بھوکے پیاس،</w:t>
      </w:r>
    </w:p>
    <w:p>
      <w:r>
        <w:rPr>
          <w:b/>
        </w:rPr>
        <w:t xml:space="preserve">[39:58] </w:t>
      </w:r>
      <w:r>
        <w:t>yani bhooke reh gaye ho, pyase reh gaye ho, to tarbiyat ho jayegi.</w:t>
      </w:r>
    </w:p>
    <w:p>
      <w:pPr>
        <w:jc w:val="right"/>
      </w:pPr>
      <w:r>
        <w:t>یعنی بھوکے رہ گئے ہو، پیاسے رہ گئے ہو، تو تربیت ہو جائے گی۔</w:t>
      </w:r>
    </w:p>
    <w:p>
      <w:r>
        <w:rPr>
          <w:b/>
        </w:rPr>
        <w:t xml:space="preserve">[40:03] </w:t>
      </w:r>
      <w:r>
        <w:t>Tarbiyat jo hoti hai, woh bhook pyas nahi hoti,</w:t>
      </w:r>
    </w:p>
    <w:p>
      <w:pPr>
        <w:jc w:val="right"/>
      </w:pPr>
      <w:r>
        <w:t>تربیت جو ہوتی ہے، وہ بھوک پیاس نہیں ہوتی،</w:t>
      </w:r>
    </w:p>
    <w:p>
      <w:r>
        <w:rPr>
          <w:b/>
        </w:rPr>
        <w:t xml:space="preserve">[40:06] </w:t>
      </w:r>
      <w:r>
        <w:t>balkeh Ramzan ka mahina Quran ki study karne se hoti hai.</w:t>
      </w:r>
    </w:p>
    <w:p>
      <w:pPr>
        <w:jc w:val="right"/>
      </w:pPr>
      <w:r>
        <w:t>بلکہ رمضان کا مہینہ قرآن کی اسٹڈی کرنے سے ہوتی ہے۔</w:t>
      </w:r>
    </w:p>
    <w:p>
      <w:r>
        <w:rPr>
          <w:b/>
        </w:rPr>
        <w:t xml:space="preserve">[40:13] </w:t>
      </w:r>
      <w:r>
        <w:t>Yeh bhi wazeh kar, yeh bhi aadmi ko samajh lena chahiye ke Ramzan ke mahine mein tarbiyat jo</w:t>
      </w:r>
    </w:p>
    <w:p>
      <w:pPr>
        <w:jc w:val="right"/>
      </w:pPr>
      <w:r>
        <w:t>یہ بھی واضح کر، یہ بھی آدمی کو سمجھ لینا چاہیے کہ رمضان کے مہینے میں تربیت جو</w:t>
      </w:r>
    </w:p>
    <w:p>
      <w:r>
        <w:rPr>
          <w:b/>
        </w:rPr>
        <w:t xml:space="preserve">[40:18] </w:t>
      </w:r>
      <w:r>
        <w:t>hoti hai, woh is liye nahi hoti ke aadmi bhooka rehta hai, pyasa rehta hai, balkeh Ramzan ke</w:t>
      </w:r>
    </w:p>
    <w:p>
      <w:pPr>
        <w:jc w:val="right"/>
      </w:pPr>
      <w:r>
        <w:t>ہوتی ہے، وہ اس لیے نہیں ہوتی کہ آدمی بھوکا رہتا ہے، پیاسا رہتا ہے، بلکہ رمضان کے</w:t>
      </w:r>
    </w:p>
    <w:p>
      <w:r>
        <w:rPr>
          <w:b/>
        </w:rPr>
        <w:t xml:space="preserve">[40:28] </w:t>
      </w:r>
      <w:r>
        <w:t>mahine mein woh khusoosi taur par Quran ka mutala karta hai, Quran ki study karta hai.</w:t>
      </w:r>
    </w:p>
    <w:p>
      <w:pPr>
        <w:jc w:val="right"/>
      </w:pPr>
      <w:r>
        <w:t>مہینے میں وہ خصوصی طور پر قرآن کا مطالعہ کرتا ہے، قرآن کی اسٹڈی کرتا ہے۔</w:t>
      </w:r>
    </w:p>
    <w:p>
      <w:r>
        <w:rPr>
          <w:b/>
        </w:rPr>
        <w:t xml:space="preserve">[40:34] </w:t>
      </w:r>
      <w:r>
        <w:t>To is ki wajah se is ki tarbiyat hoti rehti hai. Aur taraveeh mein Quran ko sunta hai,</w:t>
      </w:r>
    </w:p>
    <w:p>
      <w:pPr>
        <w:jc w:val="right"/>
      </w:pPr>
      <w:r>
        <w:t>تو اس کی وجہ سے اس کی تربیت ہوتی رہتی ہے۔ اور تراویح میں قرآن کو سنتا ہے،</w:t>
      </w:r>
    </w:p>
    <w:p>
      <w:r>
        <w:rPr>
          <w:b/>
        </w:rPr>
        <w:t xml:space="preserve">[40:41] </w:t>
      </w:r>
      <w:r>
        <w:t>namazon mein bhi Quran ka hissa parha jata hai.</w:t>
      </w:r>
    </w:p>
    <w:p>
      <w:pPr>
        <w:jc w:val="right"/>
      </w:pPr>
      <w:r>
        <w:t>نمازوں میں بھی قرآن کا حصہ پڑھا جاتا ہے۔</w:t>
      </w:r>
    </w:p>
    <w:p>
      <w:r>
        <w:rPr>
          <w:b/>
        </w:rPr>
        <w:t xml:space="preserve">[40:45] </w:t>
      </w:r>
      <w:r>
        <w:t>To yeh jo tarbiyah, taraveeh ka jo tareeqa parha, yeh bohat hikmat is ke andar hai ke Ramzan</w:t>
      </w:r>
    </w:p>
    <w:p>
      <w:pPr>
        <w:jc w:val="right"/>
      </w:pPr>
      <w:r>
        <w:t>تو یہ جو تربیہ، تراویح کا جو طریقہ پڑھا، یہ بہت حکمت اس کے اندر ہے کہ رمضان</w:t>
      </w:r>
    </w:p>
    <w:p>
      <w:r>
        <w:rPr>
          <w:b/>
        </w:rPr>
        <w:t xml:space="preserve">[40:53] </w:t>
      </w:r>
      <w:r>
        <w:t>ke mahine mein poore Quran ko ghaur se parho aur suno, is se sabak lo.</w:t>
      </w:r>
    </w:p>
    <w:p>
      <w:pPr>
        <w:jc w:val="right"/>
      </w:pPr>
      <w:r>
        <w:t>کے مہینے میں پورے قرآن کو غور سے پڑھو اور سنو، اس سے سبق لو۔</w:t>
      </w:r>
    </w:p>
    <w:p>
      <w:r>
        <w:rPr>
          <w:b/>
        </w:rPr>
        <w:t xml:space="preserve">[41:01] </w:t>
      </w:r>
      <w:r>
        <w:t>Logon ne bas is bahs par sara ho gaya ke 20 Rakat tak, 8 Rakat hai, 20 Rakat,</w:t>
      </w:r>
    </w:p>
    <w:p>
      <w:pPr>
        <w:jc w:val="right"/>
      </w:pPr>
      <w:r>
        <w:t>لوگوں نے بس اس بحث پر سارا ہو گیا کہ 20 رکعت تک، اٹھ رکعت ہے، 20 رکعت،</w:t>
      </w:r>
    </w:p>
    <w:p>
      <w:r>
        <w:rPr>
          <w:b/>
        </w:rPr>
        <w:t xml:space="preserve">[41:06] </w:t>
      </w:r>
      <w:r>
        <w:t>8 Rakat, bari bahsein is par hain.</w:t>
      </w:r>
    </w:p>
    <w:p>
      <w:pPr>
        <w:jc w:val="right"/>
      </w:pPr>
      <w:r>
        <w:t>اٹھ رکعت، بڑی بحثیں اس پر ہیں۔</w:t>
      </w:r>
    </w:p>
    <w:p>
      <w:r>
        <w:rPr>
          <w:b/>
        </w:rPr>
        <w:t xml:space="preserve">[41:10] </w:t>
      </w:r>
      <w:r>
        <w:t>Is par bari bahsein hain ke 8 Rakat hai ke 20 Rakat hai, 8 Rakat hai ke 20.</w:t>
      </w:r>
    </w:p>
    <w:p>
      <w:pPr>
        <w:jc w:val="right"/>
      </w:pPr>
      <w:r>
        <w:t>اس پر بڑی بحثیں ہیں کہ اٹھ رکعت ہے کہ 20 رکعت ہے، اٹھ رکعت ہے کہ 20۔</w:t>
      </w:r>
    </w:p>
    <w:p>
      <w:r>
        <w:rPr>
          <w:b/>
        </w:rPr>
        <w:t xml:space="preserve">[41:14] </w:t>
      </w:r>
      <w:r>
        <w:t>Yeh to zahiri cheezein hain,</w:t>
      </w:r>
    </w:p>
    <w:p>
      <w:pPr>
        <w:jc w:val="right"/>
      </w:pPr>
      <w:r>
        <w:t>یہ تو ظاہری چیزیں ہیں،</w:t>
      </w:r>
    </w:p>
    <w:p>
      <w:r>
        <w:rPr>
          <w:b/>
        </w:rPr>
        <w:t xml:space="preserve">[41:18] </w:t>
      </w:r>
      <w:r>
        <w:t>chahe aap 20 Rakat parhein, chahe 8 Rakat parhein. Asal cheez yeh hai ke aap Ramzan ke mahine</w:t>
      </w:r>
    </w:p>
    <w:p>
      <w:pPr>
        <w:jc w:val="right"/>
      </w:pPr>
      <w:r>
        <w:t>چاہے آپ 20 رکعت پڑھیں، چاہے اٹھ رکعت پڑھیں۔ اصل چیز یہ ہے کہ آپ رمضان کے مہینے</w:t>
      </w:r>
    </w:p>
    <w:p>
      <w:r>
        <w:rPr>
          <w:b/>
        </w:rPr>
        <w:t xml:space="preserve">[41:24] </w:t>
      </w:r>
      <w:r>
        <w:t>mein ko Quran ki tilawat ka, Quran ke mutale ka mahina bana dein.</w:t>
      </w:r>
    </w:p>
    <w:p>
      <w:pPr>
        <w:jc w:val="right"/>
      </w:pPr>
      <w:r>
        <w:t>میں کو قرآن کی تلاوت کا، قرآن کے مطالعے کا مہینہ بنا دیں۔</w:t>
      </w:r>
    </w:p>
    <w:p>
      <w:r>
        <w:rPr>
          <w:b/>
        </w:rPr>
        <w:t xml:space="preserve">[41:30] </w:t>
      </w:r>
      <w:r>
        <w:t>Qusoor parhein, taraveeh mein sunein, namaz mein sunein, aur is se sabak lein.</w:t>
      </w:r>
    </w:p>
    <w:p>
      <w:pPr>
        <w:jc w:val="right"/>
      </w:pPr>
      <w:r>
        <w:t>قصور پڑھیں، تراویح میں سنیں، نماز میں سنیں، اور اس سے سبق لیں۔</w:t>
      </w:r>
    </w:p>
    <w:p>
      <w:r>
        <w:rPr>
          <w:b/>
        </w:rPr>
        <w:t xml:space="preserve">[41:41] </w:t>
      </w:r>
      <w:r>
        <w:t>To agar ek mahine mein aadmi is tarah se apni islaah kar le to poore saal tak is</w:t>
      </w:r>
    </w:p>
    <w:p>
      <w:pPr>
        <w:jc w:val="right"/>
      </w:pPr>
      <w:r>
        <w:t>تو اگر ایک مہینے میں آدمی اس طرح سے اپنی اصلاح کر لے تو پورے سال تک اس</w:t>
      </w:r>
    </w:p>
    <w:p>
      <w:r>
        <w:rPr>
          <w:b/>
        </w:rPr>
        <w:t xml:space="preserve">[41:49] </w:t>
      </w:r>
      <w:r>
        <w:t>ka asar rahega,</w:t>
      </w:r>
    </w:p>
    <w:p>
      <w:pPr>
        <w:jc w:val="right"/>
      </w:pPr>
      <w:r>
        <w:t>کا اثر رہے گا،</w:t>
      </w:r>
    </w:p>
    <w:p>
      <w:r>
        <w:rPr>
          <w:b/>
        </w:rPr>
        <w:t xml:space="preserve">[41:52] </w:t>
      </w:r>
      <w:r>
        <w:t>poore saal tak is ka asar rahega.</w:t>
      </w:r>
    </w:p>
    <w:p>
      <w:pPr>
        <w:jc w:val="right"/>
      </w:pPr>
      <w:r>
        <w:t>پورے سال تک اس کا اثر رہے گا۔</w:t>
      </w:r>
    </w:p>
    <w:p>
      <w:r>
        <w:rPr>
          <w:b/>
        </w:rPr>
        <w:t xml:space="preserve">[41:56] </w:t>
      </w:r>
      <w:r>
        <w:t>aur mazeed yeh ke</w:t>
      </w:r>
    </w:p>
    <w:p>
      <w:pPr>
        <w:jc w:val="right"/>
      </w:pPr>
      <w:r>
        <w:t>اور مزید یہ کہ</w:t>
      </w:r>
    </w:p>
    <w:p>
      <w:r>
        <w:rPr>
          <w:b/>
        </w:rPr>
        <w:t xml:space="preserve">[41:58] </w:t>
      </w:r>
      <w:r>
        <w:t>quran to namazon mein parha jata hai, jahiri namazon mein baqayda</w:t>
      </w:r>
    </w:p>
    <w:p>
      <w:pPr>
        <w:jc w:val="right"/>
      </w:pPr>
      <w:r>
        <w:t>قرآن تو نمازوں میں پڑھا جاتا ہے، جاہری نمازوں میں باقاعدہ</w:t>
      </w:r>
    </w:p>
    <w:p>
      <w:r>
        <w:rPr>
          <w:b/>
        </w:rPr>
        <w:t xml:space="preserve">[42:03] </w:t>
      </w:r>
      <w:r>
        <w:t>buland awaz se parha jata hai. to agar aadmi ke andar yeh mizaj ban jaye, woh is lihaz</w:t>
      </w:r>
    </w:p>
    <w:p>
      <w:pPr>
        <w:jc w:val="right"/>
      </w:pPr>
      <w:r>
        <w:t>بلند آواز سے پڑھا جاتا ہے۔ تو اگر آدمی کے اندر یہ مزاج بن جائے، وہ اس لحاظ</w:t>
      </w:r>
    </w:p>
    <w:p>
      <w:r>
        <w:rPr>
          <w:b/>
        </w:rPr>
        <w:t xml:space="preserve">[42:09] </w:t>
      </w:r>
      <w:r>
        <w:t>se preparant mind ban jaye to rozana jo namaz quran parha jata hai, us mein bhi wahi faida</w:t>
      </w:r>
    </w:p>
    <w:p>
      <w:pPr>
        <w:jc w:val="right"/>
      </w:pPr>
      <w:r>
        <w:t>سے پریپیرنٹ مائنڈ بن جائے تو روزانہ جو نماز قرآن پڑھا جاتا ہے، اس میں بھی وہی فائدہ</w:t>
      </w:r>
    </w:p>
    <w:p>
      <w:r>
        <w:rPr>
          <w:b/>
        </w:rPr>
        <w:t xml:space="preserve">[42:17] </w:t>
      </w:r>
      <w:r>
        <w:t>milega jo taraveeh mein milta hai.</w:t>
      </w:r>
    </w:p>
    <w:p>
      <w:pPr>
        <w:jc w:val="right"/>
      </w:pPr>
      <w:r>
        <w:t>ملے گا جو تراویح میں ملتا ہے۔</w:t>
      </w:r>
    </w:p>
    <w:p>
      <w:r>
        <w:rPr>
          <w:b/>
        </w:rPr>
        <w:t xml:space="preserve">[42:23] </w:t>
      </w:r>
      <w:r>
        <w:t>to mein samajhta hoon ke yeh kehna sahi hai ke ke ramzan yeh kehna sahi hai ke roza</w:t>
      </w:r>
    </w:p>
    <w:p>
      <w:pPr>
        <w:jc w:val="right"/>
      </w:pPr>
      <w:r>
        <w:t>تو میں سمجھتا ہوں کہ یہ کہنا صحیح ہے کہ کہ رمضان یہ کہنا صحیح ہے کہ روزہ</w:t>
      </w:r>
    </w:p>
    <w:p>
      <w:r>
        <w:rPr>
          <w:b/>
        </w:rPr>
        <w:t xml:space="preserve">[42:29] </w:t>
      </w:r>
      <w:r>
        <w:t>shehr-e-quran hai,</w:t>
      </w:r>
    </w:p>
    <w:p>
      <w:pPr>
        <w:jc w:val="right"/>
      </w:pPr>
      <w:r>
        <w:t>شہر القرآن ہے،</w:t>
      </w:r>
    </w:p>
    <w:p>
      <w:r>
        <w:rPr>
          <w:b/>
        </w:rPr>
        <w:t xml:space="preserve">[42:32] </w:t>
      </w:r>
      <w:r>
        <w:t>roza shehr-e-quran hai,</w:t>
      </w:r>
    </w:p>
    <w:p>
      <w:pPr>
        <w:jc w:val="right"/>
      </w:pPr>
      <w:r>
        <w:t>روزہ شہر القرآن ہے،</w:t>
      </w:r>
    </w:p>
    <w:p>
      <w:r>
        <w:rPr>
          <w:b/>
        </w:rPr>
        <w:t xml:space="preserve">[42:35] </w:t>
      </w:r>
      <w:r>
        <w:t>yani zyada se zyada quran se ta'alluq, quran se ta'alluq qaim karne ka mahina,</w:t>
      </w:r>
    </w:p>
    <w:p>
      <w:pPr>
        <w:jc w:val="right"/>
      </w:pPr>
      <w:r>
        <w:t>یعنی زیادہ سے زیادہ قرآن سے تعلق، قرآن سے تعلق قائم کرنے کا مہینہ،</w:t>
      </w:r>
    </w:p>
    <w:p>
      <w:r>
        <w:rPr>
          <w:b/>
        </w:rPr>
        <w:t xml:space="preserve">[42:45] </w:t>
      </w:r>
      <w:r>
        <w:t>zyada se zyada quran se ta'alluq qaim karne ka mahina.</w:t>
      </w:r>
    </w:p>
    <w:p>
      <w:pPr>
        <w:jc w:val="right"/>
      </w:pPr>
      <w:r>
        <w:t>زیادہ سے زیادہ قرآن سے تعلق قائم کرنے کا مہینہ۔</w:t>
      </w:r>
    </w:p>
    <w:p>
      <w:r>
        <w:rPr>
          <w:b/>
        </w:rPr>
        <w:t xml:space="preserve">[42:59] </w:t>
      </w:r>
      <w:r>
        <w:t>mein jab gaon mein rehta tha</w:t>
      </w:r>
    </w:p>
    <w:p>
      <w:pPr>
        <w:jc w:val="right"/>
      </w:pPr>
      <w:r>
        <w:t>میں جب گاؤں میں رہتا تھا</w:t>
      </w:r>
    </w:p>
    <w:p>
      <w:r>
        <w:rPr>
          <w:b/>
        </w:rPr>
        <w:t xml:space="preserve">[43:03] </w:t>
      </w:r>
      <w:r>
        <w:t>to wahan par, ya us zamane ki jo zindagi thi,</w:t>
      </w:r>
    </w:p>
    <w:p>
      <w:pPr>
        <w:jc w:val="right"/>
      </w:pPr>
      <w:r>
        <w:t>تو وہاں پر، یا اس زمانے کی جو زندگی تھی،</w:t>
      </w:r>
    </w:p>
    <w:p>
      <w:r>
        <w:rPr>
          <w:b/>
        </w:rPr>
        <w:t xml:space="preserve">[43:08] </w:t>
      </w:r>
      <w:r>
        <w:t>mere bachpan mein jo zindagi thi, to us waqt har musalman</w:t>
      </w:r>
    </w:p>
    <w:p>
      <w:pPr>
        <w:jc w:val="right"/>
      </w:pPr>
      <w:r>
        <w:t>میرے بچپن میں جو زندگی تھی، تو اس وقت ہر مسلمان</w:t>
      </w:r>
    </w:p>
    <w:p>
      <w:r>
        <w:rPr>
          <w:b/>
        </w:rPr>
        <w:t xml:space="preserve">[43:14] </w:t>
      </w:r>
      <w:r>
        <w:t>baqayda kam az kam ek para ramzan mein har din parhta tha,</w:t>
      </w:r>
    </w:p>
    <w:p>
      <w:pPr>
        <w:jc w:val="right"/>
      </w:pPr>
      <w:r>
        <w:t>باقاعدہ کم از کم ایک پارہ رمضان میں ہر دن پڑھتا تھا،</w:t>
      </w:r>
    </w:p>
    <w:p>
      <w:r>
        <w:rPr>
          <w:b/>
        </w:rPr>
        <w:t xml:space="preserve">[43:20] </w:t>
      </w:r>
      <w:r>
        <w:t>taraveeh ke ilawa.</w:t>
      </w:r>
    </w:p>
    <w:p>
      <w:pPr>
        <w:jc w:val="right"/>
      </w:pPr>
      <w:r>
        <w:t>تراویح کے علاوہ۔</w:t>
      </w:r>
    </w:p>
    <w:p>
      <w:r>
        <w:rPr>
          <w:b/>
        </w:rPr>
        <w:t xml:space="preserve">[43:22] </w:t>
      </w:r>
      <w:r>
        <w:t>wahan us ko har har har musalman, har musalman</w:t>
      </w:r>
    </w:p>
    <w:p>
      <w:pPr>
        <w:jc w:val="right"/>
      </w:pPr>
      <w:r>
        <w:t>وہاں اس کو ہر ہر ہر مسلمان، ہر مسلمان</w:t>
      </w:r>
    </w:p>
    <w:p>
      <w:r>
        <w:rPr>
          <w:b/>
        </w:rPr>
        <w:t xml:space="preserve">[43:28] </w:t>
      </w:r>
      <w:r>
        <w:t>mere paas ek quran hua karta tha, jo jis ko kehte hain nizam-e-quran. ab to nizam-e-quran</w:t>
      </w:r>
    </w:p>
    <w:p>
      <w:pPr>
        <w:jc w:val="right"/>
      </w:pPr>
      <w:r>
        <w:t>میرے پاس ایک قرآن ہوا کرتا تھا، جو جس کو کہتے ہیں نظام قرآن۔ اب تو نظام قرآن</w:t>
      </w:r>
    </w:p>
    <w:p>
      <w:r>
        <w:rPr>
          <w:b/>
        </w:rPr>
        <w:t xml:space="preserve">[43:33] </w:t>
      </w:r>
      <w:r>
        <w:t>ka riwaj nahi hai, to mein us se parhta tha.</w:t>
      </w:r>
    </w:p>
    <w:p>
      <w:pPr>
        <w:jc w:val="right"/>
      </w:pPr>
      <w:r>
        <w:t>کا رواج نہیں ہے، تو میں اس سے پڑھتا تھا۔</w:t>
      </w:r>
    </w:p>
    <w:p>
      <w:r>
        <w:rPr>
          <w:b/>
        </w:rPr>
        <w:t xml:space="preserve">[43:38] </w:t>
      </w:r>
      <w:r>
        <w:t>to hamare bachpan mein ya hamari naujawani ki umar mein ek riwaj tha ke har aadmi lazman ek</w:t>
      </w:r>
    </w:p>
    <w:p>
      <w:pPr>
        <w:jc w:val="right"/>
      </w:pPr>
      <w:r>
        <w:t>تو ہمارے بچپن میں یا ہماری نوجوانی کی عمر میں ایک رواج تھا کہ ہر آدمی لازماً ایک</w:t>
      </w:r>
    </w:p>
    <w:p>
      <w:r>
        <w:rPr>
          <w:b/>
        </w:rPr>
        <w:t xml:space="preserve">[43:44] </w:t>
      </w:r>
      <w:r>
        <w:t>para parhta tha, lekin bas parhna hota tha, ghaur karna nahi hota tha,</w:t>
      </w:r>
    </w:p>
    <w:p>
      <w:pPr>
        <w:jc w:val="right"/>
      </w:pPr>
      <w:r>
        <w:t>پارہ پڑھتا تھا، لیکن بس پڑھنا ہوتا تھا، غور کرنا نہیں ہوتا تھا،</w:t>
      </w:r>
    </w:p>
    <w:p>
      <w:r>
        <w:rPr>
          <w:b/>
        </w:rPr>
        <w:t xml:space="preserve">[43:49] </w:t>
      </w:r>
      <w:r>
        <w:t>ghaor karna nahi hota. asal cheez hai ke quran ke mani par ghaur kiya jaye, quran se sabak</w:t>
      </w:r>
    </w:p>
    <w:p>
      <w:pPr>
        <w:jc w:val="right"/>
      </w:pPr>
      <w:r>
        <w:t>غور کرنا نہیں ہوتا۔ اصل چیز ہے کہ قرآن کے معنی پر غور کیا جائے، قرآن سے سبق</w:t>
      </w:r>
    </w:p>
    <w:p>
      <w:r>
        <w:rPr>
          <w:b/>
        </w:rPr>
        <w:t xml:space="preserve">[43:55] </w:t>
      </w:r>
      <w:r>
        <w:t>liya jaye. misaal ke taur par aap dekhiye, aap quran kholain to pehli ayat jo milegi, alhamdulillah rabb-ul-alameen, to</w:t>
      </w:r>
    </w:p>
    <w:p>
      <w:pPr>
        <w:jc w:val="right"/>
      </w:pPr>
      <w:r>
        <w:t>لیا جائے۔ مثلاً آپ دیکھیے، آپ قرآن کھولیں تو پہلی آیت جو ملے گی، الحمدللہ رب العالمین، تو</w:t>
      </w:r>
    </w:p>
    <w:p>
      <w:r>
        <w:rPr>
          <w:b/>
        </w:rPr>
        <w:t xml:space="preserve">[44:08] </w:t>
      </w:r>
      <w:r>
        <w:t>aam taur par log parh lete hain, parh kar guzar jate hain, lekin aap us par ghaur karen.</w:t>
      </w:r>
    </w:p>
    <w:p>
      <w:pPr>
        <w:jc w:val="right"/>
      </w:pPr>
      <w:r>
        <w:t>عام طور پر لوگ پڑھ لیتے ہیں، پڑھ کر گزر جاتے ہیں، لیکن آپ اس پر غور کریں۔</w:t>
      </w:r>
    </w:p>
    <w:p>
      <w:r>
        <w:rPr>
          <w:b/>
        </w:rPr>
        <w:t xml:space="preserve">[44:14] </w:t>
      </w:r>
      <w:r>
        <w:t>sahi parhna yeh hai ke us par ghaur kiya jaye,</w:t>
      </w:r>
    </w:p>
    <w:p>
      <w:pPr>
        <w:jc w:val="right"/>
      </w:pPr>
      <w:r>
        <w:t>صحیح پڑھنا یہ ہے کہ اس پر غور کیا جائے،</w:t>
      </w:r>
    </w:p>
    <w:p>
      <w:r>
        <w:rPr>
          <w:b/>
        </w:rPr>
        <w:t xml:space="preserve">[44:19] </w:t>
      </w:r>
      <w:r>
        <w:t>to ghaur kiya jaye ke hum alhamdulillah rabb-ul-alameen ke mani aap samajh jayenge, ghaur karne ke</w:t>
      </w:r>
    </w:p>
    <w:p>
      <w:pPr>
        <w:jc w:val="right"/>
      </w:pPr>
      <w:r>
        <w:t>تو غور کیا جائے کہ ہم الحمدللہ رب العالمین کے معنی آپ سمجھ جائیں گے، غور کرنے کے</w:t>
      </w:r>
    </w:p>
    <w:p>
      <w:r>
        <w:rPr>
          <w:b/>
        </w:rPr>
        <w:t xml:space="preserve">[44:25] </w:t>
      </w:r>
      <w:r>
        <w:t>baad keh hamd ki spirit mein jeena,</w:t>
      </w:r>
    </w:p>
    <w:p>
      <w:pPr>
        <w:jc w:val="right"/>
      </w:pPr>
      <w:r>
        <w:t>بعد کہ حمد کی سپرٹ میں جینا،</w:t>
      </w:r>
    </w:p>
    <w:p>
      <w:r>
        <w:rPr>
          <w:b/>
        </w:rPr>
        <w:t xml:space="preserve">[44:29] </w:t>
      </w:r>
      <w:r>
        <w:t>hamd mani shukr, yaani shukr ke kaifiyat mein jeena, hamd ki spirit mein jeena. to woh kaise hoga?</w:t>
      </w:r>
    </w:p>
    <w:p>
      <w:pPr>
        <w:jc w:val="right"/>
      </w:pPr>
      <w:r>
        <w:t>حمد معنی شکر، یعنی شکر کے کیفیت میں جینا، حمد کی سپرٹ میں جینا۔ تو وہ کیسے ہوگا؟</w:t>
      </w:r>
    </w:p>
    <w:p>
      <w:r>
        <w:rPr>
          <w:b/>
        </w:rPr>
        <w:t xml:space="preserve">[44:38] </w:t>
      </w:r>
      <w:r>
        <w:t>kyunkeh duniya mein to hamesha kuch na kuch unwanted situation pesh aati hai, aadmi kahin offend ho</w:t>
      </w:r>
    </w:p>
    <w:p>
      <w:pPr>
        <w:jc w:val="right"/>
      </w:pPr>
      <w:r>
        <w:t>کیونکہ دنیا میں تو ہمیشہ کچھ نہ کچھ ان وانٹڈ سچوئیشن پیش آتی ہے، آدمی کہیں افنڈ ہو</w:t>
      </w:r>
    </w:p>
    <w:p>
      <w:r>
        <w:rPr>
          <w:b/>
        </w:rPr>
        <w:t xml:space="preserve">[44:44] </w:t>
      </w:r>
      <w:r>
        <w:t>jata hai, kahin ghussa aa jata hai, kahin shikayat aa jati hai, yeh to hota hi hota hai.</w:t>
      </w:r>
    </w:p>
    <w:p>
      <w:pPr>
        <w:jc w:val="right"/>
      </w:pPr>
      <w:r>
        <w:t>جاتا ہے، کہیں غصہ آ جاتا ہے، کہیں شکایت آ جاتی ہے، یہ تو ہوتا ہی ہوتا ہے۔</w:t>
      </w:r>
    </w:p>
    <w:p>
      <w:r>
        <w:rPr>
          <w:b/>
        </w:rPr>
        <w:t xml:space="preserve">[44:49] </w:t>
      </w:r>
      <w:r>
        <w:t>to hamd ki spirit mein kaise jiya jaye? yaani musalsal taur par shukr ka jazba kaise aadmi ke</w:t>
      </w:r>
    </w:p>
    <w:p>
      <w:pPr>
        <w:jc w:val="right"/>
      </w:pPr>
      <w:r>
        <w:t>تو حمد کی سپرٹ میں کیسے جیا جائے؟ یعنی مسلسل طور پر شکر کا جذبہ کیسے آدمی کے</w:t>
      </w:r>
    </w:p>
    <w:p>
      <w:r>
        <w:rPr>
          <w:b/>
        </w:rPr>
        <w:t xml:space="preserve">[44:55] </w:t>
      </w:r>
      <w:r>
        <w:t>andar baqi rahe? tab aap ghaur jab karenge, ghaur to shukr, tab aap daryaft karenge keh</w:t>
      </w:r>
    </w:p>
    <w:p>
      <w:pPr>
        <w:jc w:val="right"/>
      </w:pPr>
      <w:r>
        <w:t>اندر باقی رہے؟ تب آپ غور جب کریں گے، غور تو شکر، تب آپ دریافت کریں گے کہ</w:t>
      </w:r>
    </w:p>
    <w:p>
      <w:r>
        <w:rPr>
          <w:b/>
        </w:rPr>
        <w:t xml:space="preserve">[45:04] </w:t>
      </w:r>
      <w:r>
        <w:t>iske saath sabr hai,</w:t>
      </w:r>
    </w:p>
    <w:p>
      <w:pPr>
        <w:jc w:val="right"/>
      </w:pPr>
      <w:r>
        <w:t>اس کے ساتھ صبر ہے،</w:t>
      </w:r>
    </w:p>
    <w:p>
      <w:r>
        <w:rPr>
          <w:b/>
        </w:rPr>
        <w:t xml:space="preserve">[45:06] </w:t>
      </w:r>
      <w:r>
        <w:t>yaani shukr ke saath sabr hai. sabr ka matlab kya hai? bhulana, bhulana, bhulana.</w:t>
      </w:r>
    </w:p>
    <w:p>
      <w:pPr>
        <w:jc w:val="right"/>
      </w:pPr>
      <w:r>
        <w:t>یعنی شکر کے ساتھ صبر ہے۔ صبر کا مطلب کیا ہے؟ بھلانا، بھلانا، بھلانا۔</w:t>
      </w:r>
    </w:p>
    <w:p>
      <w:r>
        <w:rPr>
          <w:b/>
        </w:rPr>
        <w:t xml:space="preserve">[45:13] </w:t>
      </w:r>
      <w:r>
        <w:t>to hamd ki spirit mein aadmi jab jiega, jab keh iske andar yeh mizaj ho keh</w:t>
      </w:r>
    </w:p>
    <w:p>
      <w:pPr>
        <w:jc w:val="right"/>
      </w:pPr>
      <w:r>
        <w:t>تو حمد کی سپرٹ میں آدمی جب جیے گا، جب کہ اس کے اندر یہ مزاج ہو کہ</w:t>
      </w:r>
    </w:p>
    <w:p>
      <w:r>
        <w:rPr>
          <w:b/>
        </w:rPr>
        <w:t xml:space="preserve">[45:18] </w:t>
      </w:r>
      <w:r>
        <w:t>shikayat ki baaton ko bhulaye, jo jis par insaan offend ho jata hai, usko bhulaye,</w:t>
      </w:r>
    </w:p>
    <w:p>
      <w:pPr>
        <w:jc w:val="right"/>
      </w:pPr>
      <w:r>
        <w:t>شکایت کی باتوں کو بھلائے، جو جس پر انسان افنڈ ہو جاتا ہے، اس کو بھلائے،</w:t>
      </w:r>
    </w:p>
    <w:p>
      <w:r>
        <w:rPr>
          <w:b/>
        </w:rPr>
        <w:t xml:space="preserve">[45:25] </w:t>
      </w:r>
      <w:r>
        <w:t>jis par aadmi ko bura lag jata hai, use bhulaye. tab yeh mumkin hoga keh aadmi hamd ki</w:t>
      </w:r>
    </w:p>
    <w:p>
      <w:pPr>
        <w:jc w:val="right"/>
      </w:pPr>
      <w:r>
        <w:t>جس پر آدمی کو برا لگ جاتا ہے، اسے بھلائے۔ تب یہ ممکن ہوگا کہ آدمی حمد کی</w:t>
      </w:r>
    </w:p>
    <w:p>
      <w:r>
        <w:rPr>
          <w:b/>
        </w:rPr>
        <w:t xml:space="preserve">[45:32] </w:t>
      </w:r>
      <w:r>
        <w:t>spirit mein jie. yeh ghaur karne se maloom hoga,</w:t>
      </w:r>
    </w:p>
    <w:p>
      <w:pPr>
        <w:jc w:val="right"/>
      </w:pPr>
      <w:r>
        <w:t>سپرٹ میں جیے۔ یہ غور کرنے سے معلوم ہوگا،</w:t>
      </w:r>
    </w:p>
    <w:p>
      <w:r>
        <w:rPr>
          <w:b/>
        </w:rPr>
        <w:t xml:space="preserve">[45:37] </w:t>
      </w:r>
      <w:r>
        <w:t>warna aadmi padh ke guzar jayega, aur is mein jo hikmat hai, us se bekhabar rahe</w:t>
      </w:r>
    </w:p>
    <w:p>
      <w:pPr>
        <w:jc w:val="right"/>
      </w:pPr>
      <w:r>
        <w:t>ورنہ آدمی پڑھ کے گزر جائے گا، اور اس میں جو حکمت ہے، اس سے بے خبر رہے</w:t>
      </w:r>
    </w:p>
    <w:p>
      <w:r>
        <w:rPr>
          <w:b/>
        </w:rPr>
        <w:t xml:space="preserve">[45:42] </w:t>
      </w:r>
      <w:r>
        <w:t>ga. to alhamdulillah rabbul alameen</w:t>
      </w:r>
    </w:p>
    <w:p>
      <w:pPr>
        <w:jc w:val="right"/>
      </w:pPr>
      <w:r>
        <w:t>گا۔ تو الحمدللہ رب العالمین</w:t>
      </w:r>
    </w:p>
    <w:p>
      <w:r>
        <w:rPr>
          <w:b/>
        </w:rPr>
        <w:t xml:space="preserve">[45:47] </w:t>
      </w:r>
      <w:r>
        <w:t>ka matlab yeh hai keh aye bande, tu hamd ki spirit mein jeena seekh, yaani hamd, yaani Allah</w:t>
      </w:r>
    </w:p>
    <w:p>
      <w:pPr>
        <w:jc w:val="right"/>
      </w:pPr>
      <w:r>
        <w:t>کا مطلب یہ ہے کہ اے بندے، تو حمد کی سپرٹ میں جینا سیکھ، یعنی حمد، یعنی اللہ</w:t>
      </w:r>
    </w:p>
    <w:p>
      <w:r>
        <w:rPr>
          <w:b/>
        </w:rPr>
        <w:t xml:space="preserve">[45:56] </w:t>
      </w:r>
      <w:r>
        <w:t>ke shukr mein jeena seekh, aur shukr mein jeene wala to jab banega, jab keh shikayat ki</w:t>
      </w:r>
    </w:p>
    <w:p>
      <w:pPr>
        <w:jc w:val="right"/>
      </w:pPr>
      <w:r>
        <w:t>کے شکر میں جینا سیکھ، اور شکر میں جینے والا تو جب بنے گا، جب کہ شکایت کی</w:t>
      </w:r>
    </w:p>
    <w:p>
      <w:r>
        <w:rPr>
          <w:b/>
        </w:rPr>
        <w:t xml:space="preserve">[46:01] </w:t>
      </w:r>
      <w:r>
        <w:t>baaton ko bhulta rahe, bhulta rahe, bhulta rahe.</w:t>
      </w:r>
    </w:p>
    <w:p>
      <w:pPr>
        <w:jc w:val="right"/>
      </w:pPr>
      <w:r>
        <w:t>باتوں کو بھولتا رہے، بھولتا رہے، بھولتا رہے۔</w:t>
      </w:r>
    </w:p>
    <w:p>
      <w:r>
        <w:rPr>
          <w:b/>
        </w:rPr>
        <w:t xml:space="preserve">[46:07] </w:t>
      </w:r>
      <w:r>
        <w:t>to mein dua karta hoon keh Allah taala mujh ko aur aap ko tofeeq de keh hum</w:t>
      </w:r>
    </w:p>
    <w:p>
      <w:pPr>
        <w:jc w:val="right"/>
      </w:pPr>
      <w:r>
        <w:t>تو میں دعا کرتا ہوں کہ اللہ تعالیٰ مجھ کو اور آپ کو توفیق دے کہ ہم</w:t>
      </w:r>
    </w:p>
    <w:p>
      <w:r>
        <w:rPr>
          <w:b/>
        </w:rPr>
        <w:t xml:space="preserve">[46:13] </w:t>
      </w:r>
      <w:r>
        <w:t>in baaton ko samjhein aur apne aap ko</w:t>
      </w:r>
    </w:p>
    <w:p>
      <w:pPr>
        <w:jc w:val="right"/>
      </w:pPr>
      <w:r>
        <w:t>ان باتوں کو سمجھیں اور اپنے آپ کو</w:t>
      </w:r>
    </w:p>
    <w:p>
      <w:r>
        <w:rPr>
          <w:b/>
        </w:rPr>
        <w:t xml:space="preserve">[46:18] </w:t>
      </w:r>
      <w:r>
        <w:t>aisa banayein keh Allah humein apni rehmaton aur jannat mein</w:t>
      </w:r>
    </w:p>
    <w:p>
      <w:pPr>
        <w:jc w:val="right"/>
      </w:pPr>
      <w:r>
        <w:t>ایسا بنائیں کہ اللہ ہمیں اپنی رحمتوں اور جنت میں</w:t>
      </w:r>
    </w:p>
    <w:p>
      <w:r>
        <w:rPr>
          <w:b/>
        </w:rPr>
        <w:t xml:space="preserve">[46:23] </w:t>
      </w:r>
      <w:r>
        <w:t>ki nemat ata farmaye. assalam o alaikum wa rehmatullah.</w:t>
      </w:r>
    </w:p>
    <w:p>
      <w:pPr>
        <w:jc w:val="right"/>
      </w:pPr>
      <w:r>
        <w:t>کی نعمت عطا فرمائے۔ السلام علیکم ورحمۃ اللہ.</w:t>
      </w:r>
    </w:p>
    <w:p>
      <w:r>
        <w:rPr>
          <w:b/>
        </w:rPr>
        <w:t xml:space="preserve">[46:30] </w:t>
      </w:r>
      <w:r>
        <w:t>rabbana atina fid dunya hasanah</w:t>
      </w:r>
    </w:p>
    <w:p>
      <w:pPr>
        <w:jc w:val="right"/>
      </w:pPr>
      <w:r>
        <w:t>ربنا آتنا فی الدنیا حسنہ</w:t>
      </w:r>
    </w:p>
    <w:p>
      <w:r>
        <w:rPr>
          <w:b/>
        </w:rPr>
        <w:t xml:space="preserve">[46:33] </w:t>
      </w:r>
      <w:r>
        <w:t>wa fil akhirati hasanah</w:t>
      </w:r>
    </w:p>
    <w:p>
      <w:pPr>
        <w:jc w:val="right"/>
      </w:pPr>
      <w:r>
        <w:t>وفی الآخرة حسنہ</w:t>
      </w:r>
    </w:p>
    <w:p>
      <w:r>
        <w:rPr>
          <w:b/>
        </w:rPr>
        <w:t xml:space="preserve">[46:36] </w:t>
      </w:r>
      <w:r>
        <w:t>wa qina azabannar</w:t>
      </w:r>
    </w:p>
    <w:p>
      <w:pPr>
        <w:jc w:val="right"/>
      </w:pPr>
      <w:r>
        <w:t>وقنا عذاب النار</w:t>
      </w:r>
    </w:p>
    <w:p>
      <w:r>
        <w:rPr>
          <w:b/>
        </w:rPr>
        <w:t xml:space="preserve">[46:40] </w:t>
      </w:r>
      <w:r>
        <w:t>rabbana la tuzigh qulubana ba'da idh hadaytana</w:t>
      </w:r>
    </w:p>
    <w:p>
      <w:pPr>
        <w:jc w:val="right"/>
      </w:pPr>
      <w:r>
        <w:t>ربنا لا تزق قلوبنا بعد اذہدتنا</w:t>
      </w:r>
    </w:p>
    <w:p>
      <w:r>
        <w:rPr>
          <w:b/>
        </w:rPr>
        <w:t xml:space="preserve">[46:45] </w:t>
      </w:r>
      <w:r>
        <w:t>wahib lana min ladunka rahma</w:t>
      </w:r>
    </w:p>
    <w:p>
      <w:pPr>
        <w:jc w:val="right"/>
      </w:pPr>
      <w:r>
        <w:t>واهب لنا من لدنک رحمہ</w:t>
      </w:r>
    </w:p>
    <w:p>
      <w:r>
        <w:rPr>
          <w:b/>
        </w:rPr>
        <w:t xml:space="preserve">[46:50] </w:t>
      </w:r>
      <w:r>
        <w:t>innaka antal wahab</w:t>
      </w:r>
    </w:p>
    <w:p>
      <w:pPr>
        <w:jc w:val="right"/>
      </w:pPr>
      <w:r>
        <w:t>انک انت الوہاب</w:t>
      </w:r>
    </w:p>
    <w:p>
      <w:r>
        <w:rPr>
          <w:b/>
        </w:rPr>
        <w:t xml:space="preserve">[46:55] </w:t>
      </w:r>
      <w:r>
        <w:t>rabbana taqabbal minna innaka antas samee ul aleem</w:t>
      </w:r>
    </w:p>
    <w:p>
      <w:pPr>
        <w:jc w:val="right"/>
      </w:pPr>
      <w:r>
        <w:t>ربنا تقبل منا انک انت السمیع العلیم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