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Addressing Kashmir Team September 20, 2015</w:t>
      </w:r>
    </w:p>
    <w:p>
      <w:r>
        <w:t>https://www.youtube.com/watch?v=bIgn2wxS4MM</w:t>
      </w:r>
    </w:p>
    <w:p>
      <w:r>
        <w:rPr>
          <w:b/>
        </w:rPr>
        <w:t xml:space="preserve">[00:21] </w:t>
      </w:r>
      <w:r>
        <w:t>bismillah rahman rahim.</w:t>
      </w:r>
    </w:p>
    <w:p>
      <w:pPr>
        <w:jc w:val="right"/>
      </w:pPr>
      <w:r>
        <w:t>بسم اللہ الرحمن الرحیم۔</w:t>
      </w:r>
    </w:p>
    <w:p>
      <w:r>
        <w:rPr>
          <w:b/>
        </w:rPr>
        <w:t xml:space="preserve">[00:25] </w:t>
      </w:r>
      <w:r>
        <w:t>20 september 2015.</w:t>
      </w:r>
    </w:p>
    <w:p>
      <w:pPr>
        <w:jc w:val="right"/>
      </w:pPr>
      <w:r>
        <w:t>20 ستمبر 2015۔</w:t>
      </w:r>
    </w:p>
    <w:p>
      <w:r>
        <w:rPr>
          <w:b/>
        </w:rPr>
        <w:t xml:space="preserve">[00:34] </w:t>
      </w:r>
      <w:r>
        <w:t>kashmir mein hamare</w:t>
      </w:r>
    </w:p>
    <w:p>
      <w:pPr>
        <w:jc w:val="right"/>
      </w:pPr>
      <w:r>
        <w:t>کشمیر میں ہمارے</w:t>
      </w:r>
    </w:p>
    <w:p>
      <w:r>
        <w:rPr>
          <w:b/>
        </w:rPr>
        <w:t xml:space="preserve">[00:38] </w:t>
      </w:r>
      <w:r>
        <w:t>dawat e illah ke kaam akhatta hue hain,</w:t>
      </w:r>
    </w:p>
    <w:p>
      <w:pPr>
        <w:jc w:val="right"/>
      </w:pPr>
      <w:r>
        <w:t>دعوتِ اللہ کے کام اکٹھا ہوئے ہیں،</w:t>
      </w:r>
    </w:p>
    <w:p>
      <w:r>
        <w:rPr>
          <w:b/>
        </w:rPr>
        <w:t xml:space="preserve">[00:42] </w:t>
      </w:r>
      <w:r>
        <w:t>aur mein dili se in ko khitab kar raha hoon.</w:t>
      </w:r>
    </w:p>
    <w:p>
      <w:pPr>
        <w:jc w:val="right"/>
      </w:pPr>
      <w:r>
        <w:t>اور میں دلی سے ان کو خطاب کر رہا ہوں۔</w:t>
      </w:r>
    </w:p>
    <w:p>
      <w:r>
        <w:rPr>
          <w:b/>
        </w:rPr>
        <w:t xml:space="preserve">[00:50] </w:t>
      </w:r>
      <w:r>
        <w:t>kashmir mein</w:t>
      </w:r>
    </w:p>
    <w:p>
      <w:pPr>
        <w:jc w:val="right"/>
      </w:pPr>
      <w:r>
        <w:t>کشمیر میں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