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Message of Eid ul Adha September 25, 2015</w:t>
      </w:r>
    </w:p>
    <w:p>
      <w:r>
        <w:t>https://www.youtube.com/watch?v=qD_FECEgIaQ</w:t>
      </w:r>
    </w:p>
    <w:p>
      <w:r>
        <w:rPr>
          <w:b/>
        </w:rPr>
        <w:t xml:space="preserve">[00:21]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wasalli Allahu alal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rabbi 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[00:35] </w:t>
      </w:r>
      <w:r>
        <w:t>wahal il uqdata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[00:40] </w:t>
      </w:r>
      <w:r>
        <w:t>25 september 2015.</w:t>
      </w:r>
    </w:p>
    <w:p>
      <w:pPr>
        <w:jc w:val="right"/>
      </w:pPr>
      <w:r>
        <w:t>25 ستمبر 2015۔</w:t>
      </w:r>
    </w:p>
    <w:p>
      <w:r>
        <w:rPr>
          <w:b/>
        </w:rPr>
        <w:t xml:space="preserve">[00:46] </w:t>
      </w:r>
      <w:r>
        <w:t>aaj eid ul azha hai,</w:t>
      </w:r>
    </w:p>
    <w:p>
      <w:pPr>
        <w:jc w:val="right"/>
      </w:pPr>
      <w:r>
        <w:t>آج عید الاضحی ہے،</w:t>
      </w:r>
    </w:p>
    <w:p>
      <w:r>
        <w:rPr>
          <w:b/>
        </w:rPr>
        <w:t xml:space="preserve">[00:52] </w:t>
      </w:r>
      <w:r>
        <w:t>subah ke waqt</w:t>
      </w:r>
    </w:p>
    <w:p>
      <w:pPr>
        <w:jc w:val="right"/>
      </w:pPr>
      <w:r>
        <w:t>صبح کے وقت</w:t>
      </w:r>
    </w:p>
    <w:p>
      <w:r>
        <w:rPr>
          <w:b/>
        </w:rPr>
        <w:t xml:space="preserve">[00:54] </w:t>
      </w:r>
      <w:r>
        <w:t>mein apne sathiyon ke hamrah</w:t>
      </w:r>
    </w:p>
    <w:p>
      <w:pPr>
        <w:jc w:val="right"/>
      </w:pPr>
      <w:r>
        <w:t>میں اپنے ساتھیوں کے ہمراہ</w:t>
      </w:r>
    </w:p>
    <w:p>
      <w:r>
        <w:rPr>
          <w:b/>
        </w:rPr>
        <w:t xml:space="preserve">[01:00] </w:t>
      </w:r>
      <w:r>
        <w:t>nizamuddin mein</w:t>
      </w:r>
    </w:p>
    <w:p>
      <w:pPr>
        <w:jc w:val="right"/>
      </w:pPr>
      <w:r>
        <w:t>نظام الدین میں</w:t>
      </w:r>
    </w:p>
    <w:p>
      <w:r>
        <w:rPr>
          <w:b/>
        </w:rPr>
        <w:t xml:space="preserve">[01:03] </w:t>
      </w:r>
      <w:r>
        <w:t>doctor san strange ke</w:t>
      </w:r>
    </w:p>
    <w:p>
      <w:pPr>
        <w:jc w:val="right"/>
      </w:pPr>
      <w:r>
        <w:t>ڈاکٹر سان اسٹرینج کے</w:t>
      </w:r>
    </w:p>
    <w:p>
      <w:r>
        <w:rPr>
          <w:b/>
        </w:rPr>
        <w:t xml:space="preserve">[01:07] </w:t>
      </w:r>
      <w:r>
        <w:t>ghar par hoon.</w:t>
      </w:r>
    </w:p>
    <w:p>
      <w:pPr>
        <w:jc w:val="right"/>
      </w:pPr>
      <w:r>
        <w:t>گھر پر ہوں۔</w:t>
      </w:r>
    </w:p>
    <w:p>
      <w:r>
        <w:rPr>
          <w:b/>
        </w:rPr>
        <w:t xml:space="preserve">[01:12] </w:t>
      </w:r>
      <w:r>
        <w:t>aaj subah mein baitha hua tha.</w:t>
      </w:r>
    </w:p>
    <w:p>
      <w:pPr>
        <w:jc w:val="right"/>
      </w:pPr>
      <w:r>
        <w:t>آج صبح میں بیٹھا ہوا تھا۔</w:t>
      </w:r>
    </w:p>
    <w:p>
      <w:r>
        <w:rPr>
          <w:b/>
        </w:rPr>
        <w:t xml:space="preserve">[01:17] </w:t>
      </w:r>
      <w:r>
        <w:t>mera tajruba yeh hai ke har din mujhe koi nai cheez, koi nai baat samne aati hai, jis</w:t>
      </w:r>
    </w:p>
    <w:p>
      <w:pPr>
        <w:jc w:val="right"/>
      </w:pPr>
      <w:r>
        <w:t>میرا تجربہ یہ ہے کہ ہر دن مجھے کوئی نئی چیز، کوئی نئی بات سامنے آتی ہے، جس</w:t>
      </w:r>
    </w:p>
    <w:p>
      <w:r>
        <w:rPr>
          <w:b/>
        </w:rPr>
        <w:t xml:space="preserve">[01:27] </w:t>
      </w:r>
      <w:r>
        <w:t>ko mein "thought of the day" kehta hoon.</w:t>
      </w:r>
    </w:p>
    <w:p>
      <w:pPr>
        <w:jc w:val="right"/>
      </w:pPr>
      <w:r>
        <w:t>کو میں "تھاٹ آف دی ڈے" کہتا ہوں۔</w:t>
      </w:r>
    </w:p>
    <w:p>
      <w:r>
        <w:rPr>
          <w:b/>
        </w:rPr>
        <w:t xml:space="preserve">[01:31] </w:t>
      </w:r>
      <w:r>
        <w:t>aaj ke liye mein</w:t>
      </w:r>
    </w:p>
    <w:p>
      <w:pPr>
        <w:jc w:val="right"/>
      </w:pPr>
      <w:r>
        <w:t>آج کے لیے میں</w:t>
      </w:r>
    </w:p>
    <w:p>
      <w:r>
        <w:rPr>
          <w:b/>
        </w:rPr>
        <w:t xml:space="preserve">[01:34] </w:t>
      </w:r>
      <w:r>
        <w:t>thaat of the day ka intezar kar raha tha.</w:t>
      </w:r>
    </w:p>
    <w:p>
      <w:pPr>
        <w:jc w:val="right"/>
      </w:pPr>
      <w:r>
        <w:t>"تھاٹ آف دی ڈے" کا انتظار کر رہا تھا۔</w:t>
      </w:r>
    </w:p>
    <w:p>
      <w:r>
        <w:rPr>
          <w:b/>
        </w:rPr>
        <w:t xml:space="preserve">[01:39] </w:t>
      </w:r>
      <w:r>
        <w:t>itne mein mister ris aaye.</w:t>
      </w:r>
    </w:p>
    <w:p>
      <w:pPr>
        <w:jc w:val="right"/>
      </w:pPr>
      <w:r>
        <w:t>اتنے میں مسٹر ریس آئے۔</w:t>
      </w:r>
    </w:p>
    <w:p>
      <w:r>
        <w:rPr>
          <w:b/>
        </w:rPr>
        <w:t xml:space="preserve">[01:44] </w:t>
      </w:r>
      <w:r>
        <w:t>unhon ne ek kitaab di jo ke</w:t>
      </w:r>
    </w:p>
    <w:p>
      <w:pPr>
        <w:jc w:val="right"/>
      </w:pPr>
      <w:r>
        <w:t>انہوں نے ایک کتاب دی جو کہ</w:t>
      </w:r>
    </w:p>
    <w:p>
      <w:r>
        <w:rPr>
          <w:b/>
        </w:rPr>
        <w:t xml:space="preserve">[01:51] </w:t>
      </w:r>
      <w:r>
        <w:t>chinese mein quran majeed ka tarjuma hai,</w:t>
      </w:r>
    </w:p>
    <w:p>
      <w:pPr>
        <w:jc w:val="right"/>
      </w:pPr>
      <w:r>
        <w:t>چائنیز میں قرآن مجید کا ترجمہ ہے،</w:t>
      </w:r>
    </w:p>
    <w:p>
      <w:r>
        <w:rPr>
          <w:b/>
        </w:rPr>
        <w:t xml:space="preserve">[01:56] </w:t>
      </w:r>
      <w:r>
        <w:t>yaani cheeni zabaan mein quran ka translation.</w:t>
      </w:r>
    </w:p>
    <w:p>
      <w:pPr>
        <w:jc w:val="right"/>
      </w:pPr>
      <w:r>
        <w:t>یعنی چینی زبان میں قرآن کا ٹرانسلیشن۔</w:t>
      </w:r>
    </w:p>
    <w:p>
      <w:r>
        <w:rPr>
          <w:b/>
        </w:rPr>
        <w:t xml:space="preserve">[02:00] </w:t>
      </w:r>
      <w:r>
        <w:t>unhon ne kaha ke is ko aaj release karna hai.</w:t>
      </w:r>
    </w:p>
    <w:p>
      <w:pPr>
        <w:jc w:val="right"/>
      </w:pPr>
      <w:r>
        <w:t>انہوں نے کہا کہ اس کو آج ریلیز کرنا ہے۔</w:t>
      </w:r>
    </w:p>
    <w:p>
      <w:r>
        <w:rPr>
          <w:b/>
        </w:rPr>
        <w:t xml:space="preserve">[02:07] </w:t>
      </w:r>
      <w:r>
        <w:t>to isi ke saath mujhe</w:t>
      </w:r>
    </w:p>
    <w:p>
      <w:pPr>
        <w:jc w:val="right"/>
      </w:pPr>
      <w:r>
        <w:t>تو اسی کے ساتھ مجھے</w:t>
      </w:r>
    </w:p>
    <w:p>
      <w:r>
        <w:rPr>
          <w:b/>
        </w:rPr>
        <w:t xml:space="preserve">[02:12] </w:t>
      </w:r>
      <w:r>
        <w:t>thaat of the day bhi mil gaya.</w:t>
      </w:r>
    </w:p>
    <w:p>
      <w:pPr>
        <w:jc w:val="right"/>
      </w:pPr>
      <w:r>
        <w:t>"تھاٹ آف دی ڈے" بھی مل گیا۔</w:t>
      </w:r>
    </w:p>
    <w:p>
      <w:r>
        <w:rPr>
          <w:b/>
        </w:rPr>
        <w:t xml:space="preserve">[02:16] </w:t>
      </w:r>
      <w:r>
        <w:t>thaat of the day</w:t>
      </w:r>
    </w:p>
    <w:p>
      <w:pPr>
        <w:jc w:val="right"/>
      </w:pPr>
      <w:r>
        <w:t>"تھاٹ آف دی ڈے"</w:t>
      </w:r>
    </w:p>
    <w:p>
      <w:r>
        <w:rPr>
          <w:b/>
        </w:rPr>
        <w:t xml:space="preserve">[02:21] </w:t>
      </w:r>
      <w:r>
        <w:t>ek hadith hai jo mein bohat dinon se is ka matlab kya hai samajhta raha hoon.</w:t>
      </w:r>
    </w:p>
    <w:p>
      <w:pPr>
        <w:jc w:val="right"/>
      </w:pPr>
      <w:r>
        <w:t>ایک حدیث ہے جو میں بہت دنوں سے اس کا مطلب کیا ہے سمجھتا رہا ہوں۔</w:t>
      </w:r>
    </w:p>
    <w:p>
      <w:r>
        <w:rPr>
          <w:b/>
        </w:rPr>
        <w:t xml:space="preserve">[02:29] </w:t>
      </w:r>
      <w:r>
        <w:t>aaj clear tor par is ka matlab meri samajh mein aa gaya wahi mera that of the day</w:t>
      </w:r>
    </w:p>
    <w:p>
      <w:pPr>
        <w:jc w:val="right"/>
      </w:pPr>
      <w:r>
        <w:t>آج کلیئر طور پر اس کا مطلب میری سمجھ میں آ گیا۔ وہی میرا "تھاٹ آف دی ڈے"</w:t>
      </w:r>
    </w:p>
    <w:p>
      <w:r>
        <w:rPr>
          <w:b/>
        </w:rPr>
        <w:t xml:space="preserve">[02:34] </w:t>
      </w:r>
      <w:r>
        <w:t>hai. woh hadith yeh hai:</w:t>
      </w:r>
    </w:p>
    <w:p>
      <w:pPr>
        <w:jc w:val="right"/>
      </w:pPr>
      <w:r>
        <w:t>ہے۔ وہ حدیث یہ ہے:</w:t>
      </w:r>
    </w:p>
    <w:p>
      <w:r>
        <w:rPr>
          <w:b/>
        </w:rPr>
        <w:t xml:space="preserve">[02:40] </w:t>
      </w:r>
      <w:r>
        <w:t>la yubqa ala zahar al arz</w:t>
      </w:r>
    </w:p>
    <w:p>
      <w:pPr>
        <w:jc w:val="right"/>
      </w:pPr>
      <w:r>
        <w:t>"لا یبقَ علی ظہر الارض</w:t>
      </w:r>
    </w:p>
    <w:p>
      <w:r>
        <w:rPr>
          <w:b/>
        </w:rPr>
        <w:t xml:space="preserve">[02:44] </w:t>
      </w:r>
      <w:r>
        <w:t>bait madar wa la wabar,</w:t>
      </w:r>
    </w:p>
    <w:p>
      <w:pPr>
        <w:jc w:val="right"/>
      </w:pPr>
      <w:r>
        <w:t>بیت مدرن ولا وبر،</w:t>
      </w:r>
    </w:p>
    <w:p>
      <w:r>
        <w:rPr>
          <w:b/>
        </w:rPr>
        <w:t xml:space="preserve">[02:47] </w:t>
      </w:r>
      <w:r>
        <w:t>illa adkhalla kalimatal islam.</w:t>
      </w:r>
    </w:p>
    <w:p>
      <w:pPr>
        <w:jc w:val="right"/>
      </w:pPr>
      <w:r>
        <w:t>الا ادخل اللہ کلمۃ الاسلام"۔</w:t>
      </w:r>
    </w:p>
    <w:p>
      <w:r>
        <w:rPr>
          <w:b/>
        </w:rPr>
        <w:t xml:space="preserve">[02:52] </w:t>
      </w:r>
      <w:r>
        <w:t>baad ke zamane ke bare mein yeh ek peshin goi hai. hadith mein</w:t>
      </w:r>
    </w:p>
    <w:p>
      <w:pPr>
        <w:jc w:val="right"/>
      </w:pPr>
      <w:r>
        <w:t>بعد کے زمانے کے بارے میں یہ ایک پیشین گوئی ہے۔ حدیث میں</w:t>
      </w:r>
    </w:p>
    <w:p>
      <w:r>
        <w:rPr>
          <w:b/>
        </w:rPr>
        <w:t xml:space="preserve">[02:57] </w:t>
      </w:r>
      <w:r>
        <w:t>aap ne farmaya</w:t>
      </w:r>
    </w:p>
    <w:p>
      <w:pPr>
        <w:jc w:val="right"/>
      </w:pPr>
      <w:r>
        <w:t>آپ نے فرمایا</w:t>
      </w:r>
    </w:p>
    <w:p>
      <w:r>
        <w:rPr>
          <w:b/>
        </w:rPr>
        <w:t xml:space="preserve">[03:00] </w:t>
      </w:r>
      <w:r>
        <w:t>ke zameen ka koi,</w:t>
      </w:r>
    </w:p>
    <w:p>
      <w:pPr>
        <w:jc w:val="right"/>
      </w:pPr>
      <w:r>
        <w:t>کہ زمین کا کوئی،</w:t>
      </w:r>
    </w:p>
    <w:p>
      <w:r>
        <w:rPr>
          <w:b/>
        </w:rPr>
        <w:t xml:space="preserve">[03:03] </w:t>
      </w:r>
      <w:r>
        <w:t>zameen ke satah par</w:t>
      </w:r>
    </w:p>
    <w:p>
      <w:pPr>
        <w:jc w:val="right"/>
      </w:pPr>
      <w:r>
        <w:t>زمین کے سطح پر</w:t>
      </w:r>
    </w:p>
    <w:p>
      <w:r>
        <w:rPr>
          <w:b/>
        </w:rPr>
        <w:t xml:space="preserve">[03:05] </w:t>
      </w:r>
      <w:r>
        <w:t>koi chota ya bada ghar nahi bache ga jahan</w:t>
      </w:r>
    </w:p>
    <w:p>
      <w:pPr>
        <w:jc w:val="right"/>
      </w:pPr>
      <w:r>
        <w:t>کوئی چھوٹا یا بڑا گھر نہیں بچے گا جہاں</w:t>
      </w:r>
    </w:p>
    <w:p>
      <w:r>
        <w:rPr>
          <w:b/>
        </w:rPr>
        <w:t xml:space="preserve">[03:11] </w:t>
      </w:r>
      <w:r>
        <w:t>islam kalma na pohanch jaye.</w:t>
      </w:r>
    </w:p>
    <w:p>
      <w:pPr>
        <w:jc w:val="right"/>
      </w:pPr>
      <w:r>
        <w:t>اسلام کلمہ نہ پہنچ جائے۔</w:t>
      </w:r>
    </w:p>
    <w:p>
      <w:r>
        <w:rPr>
          <w:b/>
        </w:rPr>
        <w:t xml:space="preserve">[03:14] </w:t>
      </w:r>
      <w:r>
        <w:t>to kalmatul islam kya hai? word of god. word of god kya hai? quran.</w:t>
      </w:r>
    </w:p>
    <w:p>
      <w:pPr>
        <w:jc w:val="right"/>
      </w:pPr>
      <w:r>
        <w:t>تو کلمۃ الاسلام کیا ہے؟ "ورڈ آف گاڈ"۔ "ورڈ آف گاڈ" کیا ہے؟ قرآن۔</w:t>
      </w:r>
    </w:p>
    <w:p>
      <w:r>
        <w:rPr>
          <w:b/>
        </w:rPr>
        <w:t xml:space="preserve">[03:22] </w:t>
      </w:r>
      <w:r>
        <w:t>is ka matlab hai ke is hadith mein yeh</w:t>
      </w:r>
    </w:p>
    <w:p>
      <w:pPr>
        <w:jc w:val="right"/>
      </w:pPr>
      <w:r>
        <w:t>اس کا مطلب ہے کہ اس حدیث میں یہ</w:t>
      </w:r>
    </w:p>
    <w:p>
      <w:r>
        <w:rPr>
          <w:b/>
        </w:rPr>
        <w:t xml:space="preserve">[03:26] </w:t>
      </w:r>
      <w:r>
        <w:t>peshin goi ki gayi hai</w:t>
      </w:r>
    </w:p>
    <w:p>
      <w:pPr>
        <w:jc w:val="right"/>
      </w:pPr>
      <w:r>
        <w:t>پیشین گوئی کی گئی ہے</w:t>
      </w:r>
    </w:p>
    <w:p>
      <w:r>
        <w:rPr>
          <w:b/>
        </w:rPr>
        <w:t xml:space="preserve">[03:29] </w:t>
      </w:r>
      <w:r>
        <w:t>ke aakhri zamane mein quran</w:t>
      </w:r>
    </w:p>
    <w:p>
      <w:pPr>
        <w:jc w:val="right"/>
      </w:pPr>
      <w:r>
        <w:t>کہ آخری زمانے میں قرآن</w:t>
      </w:r>
    </w:p>
    <w:p>
      <w:r>
        <w:rPr>
          <w:b/>
        </w:rPr>
        <w:t xml:space="preserve">[03:34] </w:t>
      </w:r>
      <w:r>
        <w:t>har ghar mein pohnch jaye ga, chhota ya bara ghar.</w:t>
      </w:r>
    </w:p>
    <w:p>
      <w:pPr>
        <w:jc w:val="right"/>
      </w:pPr>
      <w:r>
        <w:t>ہر گھر میں پہنچ جائے گا، چھوٹا یا بڑا گھر۔</w:t>
      </w:r>
    </w:p>
    <w:p>
      <w:r>
        <w:rPr>
          <w:b/>
        </w:rPr>
        <w:t xml:space="preserve">[03:39] </w:t>
      </w:r>
      <w:r>
        <w:t>log samajhte hain is se ke islam ki hakoomat qaim ho jaye gi, halanke is mein "hakoomat" koi</w:t>
      </w:r>
    </w:p>
    <w:p>
      <w:pPr>
        <w:jc w:val="right"/>
      </w:pPr>
      <w:r>
        <w:t>لوگ سمجھتے ہیں اس سے کہ اسلام کی حکومت قائم ہو جائے گی، حالانکہ اس میں "حکومت" کوئی</w:t>
      </w:r>
    </w:p>
    <w:p>
      <w:r>
        <w:rPr>
          <w:b/>
        </w:rPr>
        <w:t xml:space="preserve">[03:43] </w:t>
      </w:r>
      <w:r>
        <w:t>lafz hi nahin.</w:t>
      </w:r>
    </w:p>
    <w:p>
      <w:pPr>
        <w:jc w:val="right"/>
      </w:pPr>
      <w:r>
        <w:t>لفظ ہی نہیں۔</w:t>
      </w:r>
    </w:p>
    <w:p>
      <w:r>
        <w:rPr>
          <w:b/>
        </w:rPr>
        <w:t xml:space="preserve">[03:46] </w:t>
      </w:r>
      <w:r>
        <w:t>hata ke is mein yeh bhi nahin hai ke logon ke dilon mein dakhil ho jaye ga,</w:t>
      </w:r>
    </w:p>
    <w:p>
      <w:pPr>
        <w:jc w:val="right"/>
      </w:pPr>
      <w:r>
        <w:t>حتیٰ کہ اس میں یہ بھی نہیں ہے کہ لوگوں کے دلوں میں داخل ہو جائے گا،</w:t>
      </w:r>
    </w:p>
    <w:p>
      <w:r>
        <w:rPr>
          <w:b/>
        </w:rPr>
        <w:t xml:space="preserve">[03:51] </w:t>
      </w:r>
      <w:r>
        <w:t>yani log islam qabool kar len ge. yeh bhi nahin hai.</w:t>
      </w:r>
    </w:p>
    <w:p>
      <w:pPr>
        <w:jc w:val="right"/>
      </w:pPr>
      <w:r>
        <w:t>یعنی لوگ اسلام قبول کر لیں گے۔ یہ بھی نہیں ہے۔</w:t>
      </w:r>
    </w:p>
    <w:p>
      <w:r>
        <w:rPr>
          <w:b/>
        </w:rPr>
        <w:t xml:space="preserve">[03:55] </w:t>
      </w:r>
      <w:r>
        <w:t>is mein na islam qabool karne ki baat hai,</w:t>
      </w:r>
    </w:p>
    <w:p>
      <w:pPr>
        <w:jc w:val="right"/>
      </w:pPr>
      <w:r>
        <w:t>اس میں نہ اسلام قبول کرنے کی بات ہے،</w:t>
      </w:r>
    </w:p>
    <w:p>
      <w:r>
        <w:rPr>
          <w:b/>
        </w:rPr>
        <w:t xml:space="preserve">[04:00] </w:t>
      </w:r>
      <w:r>
        <w:t>na qanoon islam nafiz karne ki baat hai, na islami hakoomat ki baat hai.</w:t>
      </w:r>
    </w:p>
    <w:p>
      <w:pPr>
        <w:jc w:val="right"/>
      </w:pPr>
      <w:r>
        <w:t>نہ قانون اسلام نافذ کرنے کی بات ہے، نہ اسلامی حکومت کی بات ہے۔</w:t>
      </w:r>
    </w:p>
    <w:p>
      <w:r>
        <w:rPr>
          <w:b/>
        </w:rPr>
        <w:t xml:space="preserve">[04:06] </w:t>
      </w:r>
      <w:r>
        <w:t>ghar mein "word of god" pohnchne ki baat hai.</w:t>
      </w:r>
    </w:p>
    <w:p>
      <w:pPr>
        <w:jc w:val="right"/>
      </w:pPr>
      <w:r>
        <w:t>گھر میں "ورڈ آف گاڈ" پہنچنے کی بات ہے۔</w:t>
      </w:r>
    </w:p>
    <w:p>
      <w:r>
        <w:rPr>
          <w:b/>
        </w:rPr>
        <w:t xml:space="preserve">[04:13] </w:t>
      </w:r>
      <w:r>
        <w:t>to yeh kya cheez hai? yahi to hai yeh.</w:t>
      </w:r>
    </w:p>
    <w:p>
      <w:pPr>
        <w:jc w:val="right"/>
      </w:pPr>
      <w:r>
        <w:t>تو یہ کیا چیز ہے؟ یہی تو ہے یہ۔</w:t>
      </w:r>
    </w:p>
    <w:p>
      <w:r>
        <w:rPr>
          <w:b/>
        </w:rPr>
        <w:t xml:space="preserve">[04:17] </w:t>
      </w:r>
      <w:r>
        <w:t>yani Allah taala ne</w:t>
      </w:r>
    </w:p>
    <w:p>
      <w:pPr>
        <w:jc w:val="right"/>
      </w:pPr>
      <w:r>
        <w:t>یعنی اللہ تعالی نے</w:t>
      </w:r>
    </w:p>
    <w:p>
      <w:r>
        <w:rPr>
          <w:b/>
        </w:rPr>
        <w:t xml:space="preserve">[04:21] </w:t>
      </w:r>
      <w:r>
        <w:t>apni kitab ko har ghar mein pohnchaney ke liye</w:t>
      </w:r>
    </w:p>
    <w:p>
      <w:pPr>
        <w:jc w:val="right"/>
      </w:pPr>
      <w:r>
        <w:t>اپنی کتاب کو ہر گھر میں پہنچانے کے لیے</w:t>
      </w:r>
    </w:p>
    <w:p>
      <w:r>
        <w:rPr>
          <w:b/>
        </w:rPr>
        <w:t xml:space="preserve">[04:24] </w:t>
      </w:r>
      <w:r>
        <w:t>ek poora inqilab kiya.</w:t>
      </w:r>
    </w:p>
    <w:p>
      <w:pPr>
        <w:jc w:val="right"/>
      </w:pPr>
      <w:r>
        <w:t>ایک پورا انقلاب کیا۔</w:t>
      </w:r>
    </w:p>
    <w:p>
      <w:r>
        <w:rPr>
          <w:b/>
        </w:rPr>
        <w:t xml:space="preserve">[04:27] </w:t>
      </w:r>
      <w:r>
        <w:t>communication ka zamana aya,</w:t>
      </w:r>
    </w:p>
    <w:p>
      <w:pPr>
        <w:jc w:val="right"/>
      </w:pPr>
      <w:r>
        <w:t>کمیونیکیشن کا زمانہ آیا،</w:t>
      </w:r>
    </w:p>
    <w:p>
      <w:r>
        <w:rPr>
          <w:b/>
        </w:rPr>
        <w:t xml:space="preserve">[04:30] </w:t>
      </w:r>
      <w:r>
        <w:t>geography maloom hui is dunya ki,</w:t>
      </w:r>
    </w:p>
    <w:p>
      <w:pPr>
        <w:jc w:val="right"/>
      </w:pPr>
      <w:r>
        <w:t>جیوگرافی معلوم ہوئی اس دنیا کی،</w:t>
      </w:r>
    </w:p>
    <w:p>
      <w:r>
        <w:rPr>
          <w:b/>
        </w:rPr>
        <w:t xml:space="preserve">[04:34] </w:t>
      </w:r>
      <w:r>
        <w:t>openness aya, freedom of religion aya,</w:t>
      </w:r>
    </w:p>
    <w:p>
      <w:pPr>
        <w:jc w:val="right"/>
      </w:pPr>
      <w:r>
        <w:t>اوپننس آیا، فریڈم آف ریلیجن آیا،</w:t>
      </w:r>
    </w:p>
    <w:p>
      <w:r>
        <w:rPr>
          <w:b/>
        </w:rPr>
        <w:t xml:space="preserve">[04:40] </w:t>
      </w:r>
      <w:r>
        <w:t>printing press aya,</w:t>
      </w:r>
    </w:p>
    <w:p>
      <w:pPr>
        <w:jc w:val="right"/>
      </w:pPr>
      <w:r>
        <w:t>پرنٹنگ پریس آیا،</w:t>
      </w:r>
    </w:p>
    <w:p>
      <w:r>
        <w:rPr>
          <w:b/>
        </w:rPr>
        <w:t xml:space="preserve">[04:44] </w:t>
      </w:r>
      <w:r>
        <w:t>modern technology ayi,</w:t>
      </w:r>
    </w:p>
    <w:p>
      <w:pPr>
        <w:jc w:val="right"/>
      </w:pPr>
      <w:r>
        <w:t>ماڈرن ٹیکنالوجی آئی،</w:t>
      </w:r>
    </w:p>
    <w:p>
      <w:r>
        <w:rPr>
          <w:b/>
        </w:rPr>
        <w:t xml:space="preserve">[04:47] </w:t>
      </w:r>
      <w:r>
        <w:t>bohat sari cheezen ayin.</w:t>
      </w:r>
    </w:p>
    <w:p>
      <w:pPr>
        <w:jc w:val="right"/>
      </w:pPr>
      <w:r>
        <w:t>بہت ساری چیزیں آئیں۔</w:t>
      </w:r>
    </w:p>
    <w:p>
      <w:r>
        <w:rPr>
          <w:b/>
        </w:rPr>
        <w:t xml:space="preserve">[04:50] </w:t>
      </w:r>
      <w:r>
        <w:t>tab yeh mumkin hua ke kuch log Allah ki kitab ko har ghar mein pohncha saken.</w:t>
      </w:r>
    </w:p>
    <w:p>
      <w:pPr>
        <w:jc w:val="right"/>
      </w:pPr>
      <w:r>
        <w:t>تب یہ ممکن ہوا کہ کچھ لوگ اللہ کی کتاب کو ہر گھر میں پہنچا سکیں۔</w:t>
      </w:r>
    </w:p>
    <w:p>
      <w:r>
        <w:rPr>
          <w:b/>
        </w:rPr>
        <w:t xml:space="preserve">[04:58] </w:t>
      </w:r>
      <w:r>
        <w:t>aaj se hazar baras pehle yeh possible hi nahin tha.</w:t>
      </w:r>
    </w:p>
    <w:p>
      <w:pPr>
        <w:jc w:val="right"/>
      </w:pPr>
      <w:r>
        <w:t>آج سے ہزار برس پہلے یہ پاسیبل ہی نہیں تھا۔</w:t>
      </w:r>
    </w:p>
    <w:p>
      <w:r>
        <w:rPr>
          <w:b/>
        </w:rPr>
        <w:t xml:space="preserve">[05:04] </w:t>
      </w:r>
      <w:r>
        <w:t>to mein samajhta hoon ke is hadith mein jis cheez ki peshin goi ki gayi, woh yahi hai.</w:t>
      </w:r>
    </w:p>
    <w:p>
      <w:pPr>
        <w:jc w:val="right"/>
      </w:pPr>
      <w:r>
        <w:t>تو میں سمجھتا ہوں کہ اس حدیث میں جس چیز کی پیشین گوئی کی گئی، وہ یہی ہے۔</w:t>
      </w:r>
    </w:p>
    <w:p>
      <w:r>
        <w:rPr>
          <w:b/>
        </w:rPr>
        <w:t xml:space="preserve">[05:11] </w:t>
      </w:r>
      <w:r>
        <w:t>aur is mein yeh bhi implicit hai ke is ka tarjuma, kyunke arabi mein agar pohnchayen logon ke</w:t>
      </w:r>
    </w:p>
    <w:p>
      <w:pPr>
        <w:jc w:val="right"/>
      </w:pPr>
      <w:r>
        <w:t>اور اس میں یہ بھی ایمپلیسیٹ ہے کہ اس کا ترجمہ، کیونکہ عربی میں اگر پہنچائیں لوگوں کے</w:t>
      </w:r>
    </w:p>
    <w:p>
      <w:r>
        <w:rPr>
          <w:b/>
        </w:rPr>
        <w:t xml:space="preserve">[05:16] </w:t>
      </w:r>
      <w:r>
        <w:t>pas to kya faida? pohnchna na pohnchna barabar hai.</w:t>
      </w:r>
    </w:p>
    <w:p>
      <w:pPr>
        <w:jc w:val="right"/>
      </w:pPr>
      <w:r>
        <w:t>پاس تو کیا فائدہ؟ پہنچنا نہ پہنچنا برابر ہے۔</w:t>
      </w:r>
    </w:p>
    <w:p>
      <w:r>
        <w:rPr>
          <w:b/>
        </w:rPr>
        <w:t xml:space="preserve">[05:23] </w:t>
      </w:r>
      <w:r>
        <w:t>to is hadith ko agar mein</w:t>
      </w:r>
    </w:p>
    <w:p>
      <w:pPr>
        <w:jc w:val="right"/>
      </w:pPr>
      <w:r>
        <w:t>تو اس حدیث کو اگر میں</w:t>
      </w:r>
    </w:p>
    <w:p>
      <w:r>
        <w:rPr>
          <w:b/>
        </w:rPr>
        <w:t xml:space="preserve">[05:26] </w:t>
      </w:r>
      <w:r>
        <w:t>yeh kahoon ke is ka matlab yeh hai</w:t>
      </w:r>
    </w:p>
    <w:p>
      <w:pPr>
        <w:jc w:val="right"/>
      </w:pPr>
      <w:r>
        <w:t>یہ کہوں کہ اس کا مطلب یہ ہے</w:t>
      </w:r>
    </w:p>
    <w:p>
      <w:r>
        <w:rPr>
          <w:b/>
        </w:rPr>
        <w:t xml:space="preserve">[05:29] </w:t>
      </w:r>
      <w:r>
        <w:t>keh ek zamana aaye ga jab keh halaat itne zyada muwafiq ho jayen ge</w:t>
      </w:r>
    </w:p>
    <w:p>
      <w:pPr>
        <w:jc w:val="right"/>
      </w:pPr>
      <w:r>
        <w:t>کہ ایک زمانہ آئے گا جب کہ حالات اتنے زیادہ موافق ہو جائیں گے</w:t>
      </w:r>
    </w:p>
    <w:p>
      <w:r>
        <w:rPr>
          <w:b/>
        </w:rPr>
        <w:t xml:space="preserve">[05:36] </w:t>
      </w:r>
      <w:r>
        <w:t>keh quran ka tarjuma har zaban mein</w:t>
      </w:r>
    </w:p>
    <w:p>
      <w:pPr>
        <w:jc w:val="right"/>
      </w:pPr>
      <w:r>
        <w:t>کہ قرآن کا ترجمہ ہر زبان میں</w:t>
      </w:r>
    </w:p>
    <w:p>
      <w:r>
        <w:rPr>
          <w:b/>
        </w:rPr>
        <w:t xml:space="preserve">[05:39] </w:t>
      </w:r>
      <w:r>
        <w:t>taiyar kar ke chhapa jaye,</w:t>
      </w:r>
    </w:p>
    <w:p>
      <w:pPr>
        <w:jc w:val="right"/>
      </w:pPr>
      <w:r>
        <w:t>تیار کر کے چھاپا جائے،</w:t>
      </w:r>
    </w:p>
    <w:p>
      <w:r>
        <w:rPr>
          <w:b/>
        </w:rPr>
        <w:t xml:space="preserve">[05:42] </w:t>
      </w:r>
      <w:r>
        <w:t>aur bohat aasani se is ghar mein,</w:t>
      </w:r>
    </w:p>
    <w:p>
      <w:pPr>
        <w:jc w:val="right"/>
      </w:pPr>
      <w:r>
        <w:t>اور بہت آسانی سے اس گھر میں،</w:t>
      </w:r>
    </w:p>
    <w:p>
      <w:r>
        <w:rPr>
          <w:b/>
        </w:rPr>
        <w:t xml:space="preserve">[05:46] </w:t>
      </w:r>
      <w:r>
        <w:t>har ghar mein dakhil ho jaye woh.</w:t>
      </w:r>
    </w:p>
    <w:p>
      <w:pPr>
        <w:jc w:val="right"/>
      </w:pPr>
      <w:r>
        <w:t>ہر گھر میں داخل ہو جائے وہ۔</w:t>
      </w:r>
    </w:p>
    <w:p>
      <w:r>
        <w:rPr>
          <w:b/>
        </w:rPr>
        <w:t xml:space="preserve">[05:51] </w:t>
      </w:r>
      <w:r>
        <w:t>to main samajhta hoon keh quran ka distribution jo ho raha hai,</w:t>
      </w:r>
    </w:p>
    <w:p>
      <w:pPr>
        <w:jc w:val="right"/>
      </w:pPr>
      <w:r>
        <w:t>تو میں سمجھتا ہوں کہ قرآن کا ڈسٹریبیوشن جو ہو رہا ہے،</w:t>
      </w:r>
    </w:p>
    <w:p>
      <w:r>
        <w:rPr>
          <w:b/>
        </w:rPr>
        <w:t xml:space="preserve">[05:56] </w:t>
      </w:r>
      <w:r>
        <w:t>yeh kitab chhapi doctor san strange sahib ne good world se,</w:t>
      </w:r>
    </w:p>
    <w:p>
      <w:pPr>
        <w:jc w:val="right"/>
      </w:pPr>
      <w:r>
        <w:t>یہ کتاب چھاپی ڈاکٹر سان اسٹرینج صاحب نے گڈ ورلڈ سے،</w:t>
      </w:r>
    </w:p>
    <w:p>
      <w:r>
        <w:rPr>
          <w:b/>
        </w:rPr>
        <w:t xml:space="preserve">[06:01] </w:t>
      </w:r>
      <w:r>
        <w:t>to yeh isi ka hissa ho gaya.</w:t>
      </w:r>
    </w:p>
    <w:p>
      <w:pPr>
        <w:jc w:val="right"/>
      </w:pPr>
      <w:r>
        <w:t>تو یہ اسی کا حصہ ہو گیا۔</w:t>
      </w:r>
    </w:p>
    <w:p>
      <w:r>
        <w:rPr>
          <w:b/>
        </w:rPr>
        <w:t xml:space="preserve">[06:04] </w:t>
      </w:r>
      <w:r>
        <w:t>yeh part of history ho gaya.</w:t>
      </w:r>
    </w:p>
    <w:p>
      <w:pPr>
        <w:jc w:val="right"/>
      </w:pPr>
      <w:r>
        <w:t>یہ پارٹ آف ہسٹری ہو گیا۔</w:t>
      </w:r>
    </w:p>
    <w:p>
      <w:r>
        <w:rPr>
          <w:b/>
        </w:rPr>
        <w:t xml:space="preserve">[06:09] </w:t>
      </w:r>
      <w:r>
        <w:t>kisi ajeeb baat hai. Yani agar aap ek kaam, ek kaam kar rahe hain aur achaanak aap ko</w:t>
      </w:r>
    </w:p>
    <w:p>
      <w:pPr>
        <w:jc w:val="right"/>
      </w:pPr>
      <w:r>
        <w:t>کیسی عجیب بات ہے۔ یعنی اگر آپ ایک کام، ایک کام کر رہے ہیں اور اچانک آپ کو</w:t>
      </w:r>
    </w:p>
    <w:p>
      <w:r>
        <w:rPr>
          <w:b/>
        </w:rPr>
        <w:t xml:space="preserve">[06:15] </w:t>
      </w:r>
      <w:r>
        <w:t>pata chale keh yeh to woh kaam hai jis ko Khuda aur rasool ne peshagi taur par bata</w:t>
      </w:r>
    </w:p>
    <w:p>
      <w:pPr>
        <w:jc w:val="right"/>
      </w:pPr>
      <w:r>
        <w:t>پتہ چلے کہ یہ تو وہ کام ہے جس کو خدا اور رسول نے پیشگی طور پر بتا</w:t>
      </w:r>
    </w:p>
    <w:p>
      <w:r>
        <w:rPr>
          <w:b/>
        </w:rPr>
        <w:t xml:space="preserve">[06:20] </w:t>
      </w:r>
      <w:r>
        <w:t>diya tha, woh kaam hai yeh. To aap ke andar ek naya josh aa jaye ga,</w:t>
      </w:r>
    </w:p>
    <w:p>
      <w:pPr>
        <w:jc w:val="right"/>
      </w:pPr>
      <w:r>
        <w:t>دیا تھا، وہ کام ہے یہ۔ تو آپ کے اندر ایک نیا جوش آ جائے گا،</w:t>
      </w:r>
    </w:p>
    <w:p>
      <w:r>
        <w:rPr>
          <w:b/>
        </w:rPr>
        <w:t xml:space="preserve">[06:27] </w:t>
      </w:r>
      <w:r>
        <w:t>naya josh keh main woh kaam kar raha hoon jis ko rasool Allah ne choda sau saal pehle</w:t>
      </w:r>
    </w:p>
    <w:p>
      <w:pPr>
        <w:jc w:val="right"/>
      </w:pPr>
      <w:r>
        <w:t>نیا جوش کہ میں وہ کام کر رہا ہوں جس کو رسول اللہ نے چودہ سو سال پہلے</w:t>
      </w:r>
    </w:p>
    <w:p>
      <w:r>
        <w:rPr>
          <w:b/>
        </w:rPr>
        <w:t xml:space="preserve">[06:32] </w:t>
      </w:r>
      <w:r>
        <w:t>bataya tha keh aisa kaam hone wala hai.</w:t>
      </w:r>
    </w:p>
    <w:p>
      <w:pPr>
        <w:jc w:val="right"/>
      </w:pPr>
      <w:r>
        <w:t>بتایا تھا کہ ایسا کام ہونے والا ہے۔</w:t>
      </w:r>
    </w:p>
    <w:p>
      <w:r>
        <w:rPr>
          <w:b/>
        </w:rPr>
        <w:t xml:space="preserve">[06:38] </w:t>
      </w:r>
      <w:r>
        <w:t>to main samajhta hoon keh is hadith ka matlab is ke asbab ko chhod nahin ho sakta</w:t>
      </w:r>
    </w:p>
    <w:p>
      <w:pPr>
        <w:jc w:val="right"/>
      </w:pPr>
      <w:r>
        <w:t>تو میں سمجھتا ہوں کہ اس حدیث کا مطلب اس کے اسباب کو چھوڑ نہیں ہو سکتا</w:t>
      </w:r>
    </w:p>
    <w:p>
      <w:r>
        <w:rPr>
          <w:b/>
        </w:rPr>
        <w:t xml:space="preserve">[06:45] </w:t>
      </w:r>
      <w:r>
        <w:t>keh quran ka translation har zaban mein taiyar kiya jaye,</w:t>
      </w:r>
    </w:p>
    <w:p>
      <w:pPr>
        <w:jc w:val="right"/>
      </w:pPr>
      <w:r>
        <w:t>کہ قرآن کا ٹرانسلیشن ہر زبان میں تیار کیا جائے،</w:t>
      </w:r>
    </w:p>
    <w:p>
      <w:r>
        <w:rPr>
          <w:b/>
        </w:rPr>
        <w:t xml:space="preserve">[06:50] </w:t>
      </w:r>
      <w:r>
        <w:t>is ko achhe tareeqe se chhapa jaye,</w:t>
      </w:r>
    </w:p>
    <w:p>
      <w:pPr>
        <w:jc w:val="right"/>
      </w:pPr>
      <w:r>
        <w:t>اس کو اچھے طریقے سے چھاپا جائے،</w:t>
      </w:r>
    </w:p>
    <w:p>
      <w:r>
        <w:rPr>
          <w:b/>
        </w:rPr>
        <w:t xml:space="preserve">[06:54] </w:t>
      </w:r>
      <w:r>
        <w:t>aur modern communication ko istemal karte hue is ko ghar ghar mein dakhil kar diya jaye.</w:t>
      </w:r>
    </w:p>
    <w:p>
      <w:pPr>
        <w:jc w:val="right"/>
      </w:pPr>
      <w:r>
        <w:t>اور ماڈرن کمیونیکیشن کو استعمال کرتے ہوئے اس کو گھر گھر میں داخل کر دیا جائے۔</w:t>
      </w:r>
    </w:p>
    <w:p>
      <w:r>
        <w:rPr>
          <w:b/>
        </w:rPr>
        <w:t xml:space="preserve">[07:01] </w:t>
      </w:r>
      <w:r>
        <w:t>dekhen, quran mein yeh hai keh "wa ma alaina ilal balagh".</w:t>
      </w:r>
    </w:p>
    <w:p>
      <w:pPr>
        <w:jc w:val="right"/>
      </w:pPr>
      <w:r>
        <w:t>دیکھیں، قرآن میں یہ ہے کہ "وما علینا الا البلاغ"۔</w:t>
      </w:r>
    </w:p>
    <w:p>
      <w:r>
        <w:rPr>
          <w:b/>
        </w:rPr>
        <w:t xml:space="preserve">[07:07] </w:t>
      </w:r>
      <w:r>
        <w:t>daai ki zimmedari sirf yeh hai keh woh Allah ki baat logon tak pahuncha de, dilon mein</w:t>
      </w:r>
    </w:p>
    <w:p>
      <w:pPr>
        <w:jc w:val="right"/>
      </w:pPr>
      <w:r>
        <w:t>داعی کی ذمہ داری صرف یہ ہے کہ وہ اللہ کی بات لوگوں تک پہنچا دے، دلوں میں</w:t>
      </w:r>
    </w:p>
    <w:p>
      <w:r>
        <w:rPr>
          <w:b/>
        </w:rPr>
        <w:t xml:space="preserve">[07:13] </w:t>
      </w:r>
      <w:r>
        <w:t>utar de. Yeh daai ki zimmedari nahin hai.</w:t>
      </w:r>
    </w:p>
    <w:p>
      <w:pPr>
        <w:jc w:val="right"/>
      </w:pPr>
      <w:r>
        <w:t>اتار دے۔ یہ داعی کی ذمہ داری نہیں ہے۔</w:t>
      </w:r>
    </w:p>
    <w:p>
      <w:r>
        <w:rPr>
          <w:b/>
        </w:rPr>
        <w:t xml:space="preserve">[07:18] </w:t>
      </w:r>
      <w:r>
        <w:t>to agar kuch log yeh kaam karen</w:t>
      </w:r>
    </w:p>
    <w:p>
      <w:pPr>
        <w:jc w:val="right"/>
      </w:pPr>
      <w:r>
        <w:t>تو اگر کچھ لوگ یہ کام کریں</w:t>
      </w:r>
    </w:p>
    <w:p>
      <w:r>
        <w:rPr>
          <w:b/>
        </w:rPr>
        <w:t xml:space="preserve">[07:22] </w:t>
      </w:r>
      <w:r>
        <w:t>keh quran ka translation</w:t>
      </w:r>
    </w:p>
    <w:p>
      <w:pPr>
        <w:jc w:val="right"/>
      </w:pPr>
      <w:r>
        <w:t>کہ قرآن کا ٹرانسلیشن</w:t>
      </w:r>
    </w:p>
    <w:p>
      <w:r>
        <w:rPr>
          <w:b/>
        </w:rPr>
        <w:t xml:space="preserve">[07:25] </w:t>
      </w:r>
      <w:r>
        <w:t>understandable language mein taiyar karen, is ko bohat achhe tareeqe se chhappen,</w:t>
      </w:r>
    </w:p>
    <w:p>
      <w:pPr>
        <w:jc w:val="right"/>
      </w:pPr>
      <w:r>
        <w:t>انڈرسٹینڈ ایبل لینگویج میں تیار کریں، اس کو بہت اچھے طریقے سے چھاپیں،</w:t>
      </w:r>
    </w:p>
    <w:p>
      <w:r>
        <w:rPr>
          <w:b/>
        </w:rPr>
        <w:t xml:space="preserve">[07:33] </w:t>
      </w:r>
      <w:r>
        <w:t>aur modern communication ko istemal karte hue</w:t>
      </w:r>
    </w:p>
    <w:p>
      <w:pPr>
        <w:jc w:val="right"/>
      </w:pPr>
      <w:r>
        <w:t>اور ماڈرن کمیونیکیشن کو استعمال کرتے ہوئے</w:t>
      </w:r>
    </w:p>
    <w:p>
      <w:r>
        <w:rPr>
          <w:b/>
        </w:rPr>
        <w:t xml:space="preserve">[07:37] </w:t>
      </w:r>
      <w:r>
        <w:t>is ko ghar ghar mein pohncha dein,</w:t>
      </w:r>
    </w:p>
    <w:p>
      <w:pPr>
        <w:jc w:val="right"/>
      </w:pPr>
      <w:r>
        <w:t>اس کو گھر گھر میں پہنچا دیں،</w:t>
      </w:r>
    </w:p>
    <w:p>
      <w:r>
        <w:rPr>
          <w:b/>
        </w:rPr>
        <w:t xml:space="preserve">[07:40] </w:t>
      </w:r>
      <w:r>
        <w:t>to yeh aik ajeeb, bohat hi anokha kaam hoga. yani woh kaam jis ko ke saatveen sadi eesvi</w:t>
      </w:r>
    </w:p>
    <w:p>
      <w:pPr>
        <w:jc w:val="right"/>
      </w:pPr>
      <w:r>
        <w:t>تو یہ ایک عجیب، بہت ہی انوکھا کام ہوگا۔ یعنی وہ کام جس کو کہ ساتویں صدی عیسوی</w:t>
      </w:r>
    </w:p>
    <w:p>
      <w:r>
        <w:rPr>
          <w:b/>
        </w:rPr>
        <w:t xml:space="preserve">[07:46] </w:t>
      </w:r>
      <w:r>
        <w:t>mein peghambar e islam ne</w:t>
      </w:r>
    </w:p>
    <w:p>
      <w:pPr>
        <w:jc w:val="right"/>
      </w:pPr>
      <w:r>
        <w:t>میں پیغمبر اسلام نے</w:t>
      </w:r>
    </w:p>
    <w:p>
      <w:r>
        <w:rPr>
          <w:b/>
        </w:rPr>
        <w:t xml:space="preserve">[07:50] </w:t>
      </w:r>
      <w:r>
        <w:t>prediction ki zaban mein yeh kaha tha ke aisa hone wala hai.</w:t>
      </w:r>
    </w:p>
    <w:p>
      <w:pPr>
        <w:jc w:val="right"/>
      </w:pPr>
      <w:r>
        <w:t>پریڈکشن کی زبان میں یہ کہا تھا کہ ایسا ہونے والا ہے۔</w:t>
      </w:r>
    </w:p>
    <w:p>
      <w:r>
        <w:rPr>
          <w:b/>
        </w:rPr>
        <w:t xml:space="preserve">[07:57] </w:t>
      </w:r>
      <w:r>
        <w:t>good world ne jo tarjume chhappe, us mein yeh das zaban ho gayi hain.</w:t>
      </w:r>
    </w:p>
    <w:p>
      <w:pPr>
        <w:jc w:val="right"/>
      </w:pPr>
      <w:r>
        <w:t>گڈ ورلڈ نے جو ترجمے چھاپے، اس میں یہ دس زبان ہو گئی ہیں۔</w:t>
      </w:r>
    </w:p>
    <w:p>
      <w:r>
        <w:rPr>
          <w:b/>
        </w:rPr>
        <w:t xml:space="preserve">[08:03] </w:t>
      </w:r>
      <w:r>
        <w:t>das zaban ho gayi hain.</w:t>
      </w:r>
    </w:p>
    <w:p>
      <w:pPr>
        <w:jc w:val="right"/>
      </w:pPr>
      <w:r>
        <w:t>دس زبان ہو گئی ہیں۔</w:t>
      </w:r>
    </w:p>
    <w:p>
      <w:r>
        <w:rPr>
          <w:b/>
        </w:rPr>
        <w:t xml:space="preserve">[08:06] </w:t>
      </w:r>
      <w:r>
        <w:t>to kitni bari baat hai yeh.</w:t>
      </w:r>
    </w:p>
    <w:p>
      <w:pPr>
        <w:jc w:val="right"/>
      </w:pPr>
      <w:r>
        <w:t>تو کتنی بڑی بات ہے یہ۔</w:t>
      </w:r>
    </w:p>
    <w:p>
      <w:r>
        <w:rPr>
          <w:b/>
        </w:rPr>
        <w:t xml:space="preserve">[08:11] </w:t>
      </w:r>
      <w:r>
        <w:t>aik cheez yeh hai. doosri cheez, aaj eid al adha hai, yani qurbani ki eid.</w:t>
      </w:r>
    </w:p>
    <w:p>
      <w:pPr>
        <w:jc w:val="right"/>
      </w:pPr>
      <w:r>
        <w:t>ایک چیز یہ ہے۔ دوسری چیز، آج عید الاضحی ہے، یعنی قربانی کی عید۔</w:t>
      </w:r>
    </w:p>
    <w:p>
      <w:r>
        <w:rPr>
          <w:b/>
        </w:rPr>
        <w:t xml:space="preserve">[08:19] </w:t>
      </w:r>
      <w:r>
        <w:t>to aik hadith hai ibn majah mein</w:t>
      </w:r>
    </w:p>
    <w:p>
      <w:pPr>
        <w:jc w:val="right"/>
      </w:pPr>
      <w:r>
        <w:t>تو ایک حدیث ہے ابن ماجہ میں</w:t>
      </w:r>
    </w:p>
    <w:p>
      <w:r>
        <w:rPr>
          <w:b/>
        </w:rPr>
        <w:t xml:space="preserve">[08:25] </w:t>
      </w:r>
      <w:r>
        <w:t>ke sahaba ne rasool Allah sal Allah alaihi wasallam se poocha</w:t>
      </w:r>
    </w:p>
    <w:p>
      <w:pPr>
        <w:jc w:val="right"/>
      </w:pPr>
      <w:r>
        <w:t>کہ صحابہ نے رسول اللہ صلی اللہ علیہ وسلم سے پوچھا</w:t>
      </w:r>
    </w:p>
    <w:p>
      <w:r>
        <w:rPr>
          <w:b/>
        </w:rPr>
        <w:t xml:space="preserve">[08:29] </w:t>
      </w:r>
      <w:r>
        <w:t>ke "mahadha al adha ya rasool Allah"?</w:t>
      </w:r>
    </w:p>
    <w:p>
      <w:pPr>
        <w:jc w:val="right"/>
      </w:pPr>
      <w:r>
        <w:t>کہ "ماھذا الاضحی یا رسول اللہ"؟</w:t>
      </w:r>
    </w:p>
    <w:p>
      <w:r>
        <w:rPr>
          <w:b/>
        </w:rPr>
        <w:t xml:space="preserve">[08:33] </w:t>
      </w:r>
      <w:r>
        <w:t>ae Allah ke ras</w:t>
      </w:r>
    </w:p>
    <w:p>
      <w:pPr>
        <w:jc w:val="right"/>
      </w:pPr>
      <w:r>
        <w:t>اے اللہ کے رس</w:t>
      </w:r>
    </w:p>
    <w:p>
      <w:r>
        <w:rPr>
          <w:b/>
        </w:rPr>
        <w:t xml:space="preserve">[08:34] </w:t>
      </w:r>
      <w:r>
        <w:t>ool, yeh qurbaniyan kya hain?</w:t>
      </w:r>
    </w:p>
    <w:p>
      <w:pPr>
        <w:jc w:val="right"/>
      </w:pPr>
      <w:r>
        <w:t>ول، یہ قربانیاں کیا ہیں؟</w:t>
      </w:r>
    </w:p>
    <w:p>
      <w:r>
        <w:rPr>
          <w:b/>
        </w:rPr>
        <w:t xml:space="preserve">[08:38] </w:t>
      </w:r>
      <w:r>
        <w:t>yani eid al adha ko</w:t>
      </w:r>
    </w:p>
    <w:p>
      <w:pPr>
        <w:jc w:val="right"/>
      </w:pPr>
      <w:r>
        <w:t>یعنی عید الاضحی کو</w:t>
      </w:r>
    </w:p>
    <w:p>
      <w:r>
        <w:rPr>
          <w:b/>
        </w:rPr>
        <w:t xml:space="preserve">[08:42] </w:t>
      </w:r>
      <w:r>
        <w:t>jo qurbaniyan ki jati hain, woh kya hain?</w:t>
      </w:r>
    </w:p>
    <w:p>
      <w:pPr>
        <w:jc w:val="right"/>
      </w:pPr>
      <w:r>
        <w:t>جو قربانیاں کی جاتی ہیں، وہ کیا ہیں؟</w:t>
      </w:r>
    </w:p>
    <w:p>
      <w:r>
        <w:rPr>
          <w:b/>
        </w:rPr>
        <w:t xml:space="preserve">[08:46] </w:t>
      </w:r>
      <w:r>
        <w:t>to aap ne farmaya ke "sunnat abikum Ibrahim".</w:t>
      </w:r>
    </w:p>
    <w:p>
      <w:pPr>
        <w:jc w:val="right"/>
      </w:pPr>
      <w:r>
        <w:t>تو آپ نے فرمایا کہ "سنت ابیکم ابراہیم"۔</w:t>
      </w:r>
    </w:p>
    <w:p>
      <w:r>
        <w:rPr>
          <w:b/>
        </w:rPr>
        <w:t xml:space="preserve">[08:51] </w:t>
      </w:r>
      <w:r>
        <w:t>yeh tumhare baap Ibrahim ki sunnat hai.</w:t>
      </w:r>
    </w:p>
    <w:p>
      <w:pPr>
        <w:jc w:val="right"/>
      </w:pPr>
      <w:r>
        <w:t>یہ تمہارے باپ ابراہیم کی سنت ہے۔</w:t>
      </w:r>
    </w:p>
    <w:p>
      <w:r>
        <w:rPr>
          <w:b/>
        </w:rPr>
        <w:t xml:space="preserve">[08:57] </w:t>
      </w:r>
      <w:r>
        <w:t>dekhein, yeh jo hum har maqam par eid al adha manate hain, yeh</w:t>
      </w:r>
    </w:p>
    <w:p>
      <w:pPr>
        <w:jc w:val="right"/>
      </w:pPr>
      <w:r>
        <w:t>دیکھیں، یہ جو ہم ہر مقام پر عید الاضحی مناتے ہیں، یہ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