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Wisdom September 20, 2015</w:t>
      </w:r>
    </w:p>
    <w:p>
      <w:r>
        <w:t>https://www.youtube.com/watch?v=LNxAdXNOWk0</w:t>
      </w:r>
    </w:p>
    <w:p>
      <w:r>
        <w:rPr>
          <w:b/>
        </w:rPr>
        <w:t xml:space="preserve">[00:21] </w:t>
      </w:r>
      <w:r>
        <w:t>bismillah al rahman al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 salli Allahu ala nabiyyi al kareem.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[00:33] </w:t>
      </w:r>
      <w:r>
        <w:t>wah 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[00:38]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[00:44] </w:t>
      </w:r>
      <w:r>
        <w:t>wisdom. dekhiye, hadith</w:t>
      </w:r>
    </w:p>
    <w:p>
      <w:pPr>
        <w:jc w:val="right"/>
      </w:pPr>
      <w:r>
        <w:t>وزڈم۔ دیکھیے، حدیث</w:t>
      </w:r>
    </w:p>
    <w:p>
      <w:r>
        <w:rPr>
          <w:b/>
        </w:rPr>
        <w:t xml:space="preserve">[00:51] </w:t>
      </w:r>
      <w:r>
        <w:t>ki kitabon mein</w:t>
      </w:r>
    </w:p>
    <w:p>
      <w:pPr>
        <w:jc w:val="right"/>
      </w:pPr>
      <w:r>
        <w:t>کی کتابوں میں</w:t>
      </w:r>
    </w:p>
    <w:p>
      <w:r>
        <w:rPr>
          <w:b/>
        </w:rPr>
        <w:t xml:space="preserve">[00:53] </w:t>
      </w:r>
      <w:r>
        <w:t>rasool Allah sal Allah alaihi wasallam ki ek taweel hadees aayi hai,</w:t>
      </w:r>
    </w:p>
    <w:p>
      <w:pPr>
        <w:jc w:val="right"/>
      </w:pPr>
      <w:r>
        <w:t>رسول اللہ صلی اللہ علیہ وسلم کی ایک طویل حدیث آئی ہے،</w:t>
      </w:r>
    </w:p>
    <w:p>
      <w:r>
        <w:rPr>
          <w:b/>
        </w:rPr>
        <w:t xml:space="preserve">[00:57] </w:t>
      </w:r>
      <w:r>
        <w:t>is mein ek hissa yeh hai:</w:t>
      </w:r>
    </w:p>
    <w:p>
      <w:pPr>
        <w:jc w:val="right"/>
      </w:pPr>
      <w:r>
        <w:t>اس میں ایک حصہ یہ ہے:</w:t>
      </w:r>
    </w:p>
    <w:p>
      <w:r>
        <w:rPr>
          <w:b/>
        </w:rPr>
        <w:t xml:space="preserve">[01:02] </w:t>
      </w:r>
      <w:r>
        <w:t>"wa alal aqil an yakoon baseeran bizamanih" .</w:t>
      </w:r>
    </w:p>
    <w:p>
      <w:pPr>
        <w:jc w:val="right"/>
      </w:pPr>
      <w:r>
        <w:t>"وَعَلَى الْعَاقِلِ أَنْ يَكُونَ بَصِيرًا بِزَمَانِهِ" ۔</w:t>
      </w:r>
    </w:p>
    <w:p>
      <w:r>
        <w:rPr>
          <w:b/>
        </w:rPr>
        <w:t xml:space="preserve">[01:11] </w:t>
      </w:r>
      <w:r>
        <w:t>aur aqalmand insan par, aqalmand insan ko chahiye ke woh</w:t>
      </w:r>
    </w:p>
    <w:p>
      <w:pPr>
        <w:jc w:val="right"/>
      </w:pPr>
      <w:r>
        <w:t>اور عقلمند انسان پر، عقلمند انسان کو چاہیے کہ وہ</w:t>
      </w:r>
    </w:p>
    <w:p>
      <w:r>
        <w:rPr>
          <w:b/>
        </w:rPr>
        <w:t xml:space="preserve">[01:20] </w:t>
      </w:r>
      <w:r>
        <w:t>apne zamane ko</w:t>
      </w:r>
    </w:p>
    <w:p>
      <w:pPr>
        <w:jc w:val="right"/>
      </w:pPr>
      <w:r>
        <w:t>اپنے زمانے کو</w:t>
      </w:r>
    </w:p>
    <w:p>
      <w:r>
        <w:rPr>
          <w:b/>
        </w:rPr>
        <w:t xml:space="preserve">[01:24] </w:t>
      </w:r>
      <w:r>
        <w:t>janne wala ho, us ko apne zamane ki marifat hasil ho.</w:t>
      </w:r>
    </w:p>
    <w:p>
      <w:pPr>
        <w:jc w:val="right"/>
      </w:pPr>
      <w:r>
        <w:t>جاننے والا ہو، اس کو اپنے زمانے کی معرفت حاصل ہو۔</w:t>
      </w:r>
    </w:p>
    <w:p>
      <w:r>
        <w:rPr>
          <w:b/>
        </w:rPr>
        <w:t xml:space="preserve">[01:30] </w:t>
      </w:r>
      <w:r>
        <w:t>yeh hadees batati hai ke kis tarah</w:t>
      </w:r>
    </w:p>
    <w:p>
      <w:pPr>
        <w:jc w:val="right"/>
      </w:pPr>
      <w:r>
        <w:t>یہ حدیث بتاتی ہے کہ کس طرح</w:t>
      </w:r>
    </w:p>
    <w:p>
      <w:r>
        <w:rPr>
          <w:b/>
        </w:rPr>
        <w:t xml:space="preserve">[01:36] </w:t>
      </w:r>
      <w:r>
        <w:t>hadees, kyun Quran mein hadees ko hikmat kaha gaya hai.</w:t>
      </w:r>
    </w:p>
    <w:p>
      <w:pPr>
        <w:jc w:val="right"/>
      </w:pPr>
      <w:r>
        <w:t>حدیث، کیوں قرآن میں حدیث کو حکمت کہا گیا ہے۔</w:t>
      </w:r>
    </w:p>
    <w:p>
      <w:r>
        <w:rPr>
          <w:b/>
        </w:rPr>
        <w:t xml:space="preserve">[01:43] </w:t>
      </w:r>
      <w:r>
        <w:t>yeh ek misaal hai:</w:t>
      </w:r>
    </w:p>
    <w:p>
      <w:pPr>
        <w:jc w:val="right"/>
      </w:pPr>
      <w:r>
        <w:t>یہ ایک مثال ہے:</w:t>
      </w:r>
    </w:p>
    <w:p>
      <w:r>
        <w:rPr>
          <w:b/>
        </w:rPr>
        <w:t xml:space="preserve">[01:46] </w:t>
      </w:r>
      <w:r>
        <w:t>Quran mein char jagah ek ayat aayi hai:</w:t>
      </w:r>
    </w:p>
    <w:p>
      <w:pPr>
        <w:jc w:val="right"/>
      </w:pPr>
      <w:r>
        <w:t>قرآن میں چار جگہ ایک آیت آئی ہے:</w:t>
      </w:r>
    </w:p>
    <w:p>
      <w:r>
        <w:rPr>
          <w:b/>
        </w:rPr>
        <w:t xml:space="preserve">[01:52] </w:t>
      </w:r>
      <w:r>
        <w:t>"wa yuallimul kitaba wal hikmata" . Allah ne apne rasool ko bheja ke woh logon ko</w:t>
      </w:r>
    </w:p>
    <w:p>
      <w:pPr>
        <w:jc w:val="right"/>
      </w:pPr>
      <w:r>
        <w:t>"وَيُعَلِّمُ الْكِتَابَ وَالْحِكْمَةَ" ۔ اللہ نے اپنے رسول کو بھیجا کہ وہ لوگوں کو</w:t>
      </w:r>
    </w:p>
    <w:p>
      <w:r>
        <w:rPr>
          <w:b/>
        </w:rPr>
        <w:t xml:space="preserve">[02:00] </w:t>
      </w:r>
      <w:r>
        <w:t>kitab aur hikmat ki taleem de.</w:t>
      </w:r>
    </w:p>
    <w:p>
      <w:pPr>
        <w:jc w:val="right"/>
      </w:pPr>
      <w:r>
        <w:t>کتاب اور حکمت کی تعلیم دے۔</w:t>
      </w:r>
    </w:p>
    <w:p>
      <w:r>
        <w:rPr>
          <w:b/>
        </w:rPr>
        <w:t xml:space="preserve">[02:04] </w:t>
      </w:r>
      <w:r>
        <w:t>toh kitab se murad hai Quran,</w:t>
      </w:r>
    </w:p>
    <w:p>
      <w:pPr>
        <w:jc w:val="right"/>
      </w:pPr>
      <w:r>
        <w:t>تو کتاب سے مراد ہے قرآن،</w:t>
      </w:r>
    </w:p>
    <w:p>
      <w:r>
        <w:rPr>
          <w:b/>
        </w:rPr>
        <w:t xml:space="preserve">[02:08] </w:t>
      </w:r>
      <w:r>
        <w:t>hikmat se murad</w:t>
      </w:r>
    </w:p>
    <w:p>
      <w:pPr>
        <w:jc w:val="right"/>
      </w:pPr>
      <w:r>
        <w:t>حکمت سے مراد</w:t>
      </w:r>
    </w:p>
    <w:p>
      <w:r>
        <w:rPr>
          <w:b/>
        </w:rPr>
        <w:t xml:space="preserve">[02:11] </w:t>
      </w:r>
      <w:r>
        <w:t>Quran ke ilawa hai. Yani Quran toh ek,</w:t>
      </w:r>
    </w:p>
    <w:p>
      <w:pPr>
        <w:jc w:val="right"/>
      </w:pPr>
      <w:r>
        <w:t>قرآن کے علاوہ ہے۔ یعنی قرآن تو ایک،</w:t>
      </w:r>
    </w:p>
    <w:p>
      <w:r>
        <w:rPr>
          <w:b/>
        </w:rPr>
        <w:t xml:space="preserve">[02:16] </w:t>
      </w:r>
      <w:r>
        <w:t>ek wahi matloob hai, Jibrael ke zariye aaya, woh rasool Allah ne hum ko, insan ko de diya.</w:t>
      </w:r>
    </w:p>
    <w:p>
      <w:pPr>
        <w:jc w:val="right"/>
      </w:pPr>
      <w:r>
        <w:t>ایک وحی مطلوب ہے، جبرائیل کے ذریعے آیا، وہ رسول اللہ نے ہم کو، انسان کو دے دیا۔</w:t>
      </w:r>
    </w:p>
    <w:p>
      <w:r>
        <w:rPr>
          <w:b/>
        </w:rPr>
        <w:t xml:space="preserve">[02:26] </w:t>
      </w:r>
      <w:r>
        <w:t>lekin is ke ilawa khud rasool Allah sal Allah alaihi wasallam jo farmate the, jis ko hum hadees</w:t>
      </w:r>
    </w:p>
    <w:p>
      <w:pPr>
        <w:jc w:val="right"/>
      </w:pPr>
      <w:r>
        <w:t>لیکن اس کے علاوہ خود رسول اللہ صلی اللہ علیہ وسلم جو فرماتے تھے، جس کو ہم حدیث</w:t>
      </w:r>
    </w:p>
    <w:p>
      <w:r>
        <w:rPr>
          <w:b/>
        </w:rPr>
        <w:t xml:space="preserve">[02:30] </w:t>
      </w:r>
      <w:r>
        <w:t>kehte hain, us ko Quran mein hikmat kaha gaya hai. Hikmat ka matlab hota hai wisdom.</w:t>
      </w:r>
    </w:p>
    <w:p>
      <w:pPr>
        <w:jc w:val="right"/>
      </w:pPr>
      <w:r>
        <w:t>کہتے ہیں، اس کو قرآن میں حکمت کہا گیا ہے۔ حکمت کا مطلب ہوتا ہے وزڈم۔</w:t>
      </w:r>
    </w:p>
    <w:p>
      <w:r>
        <w:rPr>
          <w:b/>
        </w:rPr>
        <w:t xml:space="preserve">[02:38] </w:t>
      </w:r>
      <w:r>
        <w:t>wisdom, is ka matlab yeh hai ke Quran jo hai, woh</w:t>
      </w:r>
    </w:p>
    <w:p>
      <w:pPr>
        <w:jc w:val="right"/>
      </w:pPr>
      <w:r>
        <w:t>وزڈم، اس کا مطلب یہ ہے کہ قرآن جو ہے، وہ</w:t>
      </w:r>
    </w:p>
    <w:p>
      <w:r>
        <w:rPr>
          <w:b/>
        </w:rPr>
        <w:t xml:space="preserve">[02:44] </w:t>
      </w:r>
      <w:r>
        <w:t>Allah ke arshadāt ka majmooa hai.</w:t>
      </w:r>
    </w:p>
    <w:p>
      <w:pPr>
        <w:jc w:val="right"/>
      </w:pPr>
      <w:r>
        <w:t>اللہ کے ارشادات کا مجموعہ ہے۔</w:t>
      </w:r>
    </w:p>
    <w:p>
      <w:r>
        <w:rPr>
          <w:b/>
        </w:rPr>
        <w:t xml:space="preserve">[02:50] </w:t>
      </w:r>
      <w:r>
        <w:t>aur hadees hai</w:t>
      </w:r>
    </w:p>
    <w:p>
      <w:pPr>
        <w:jc w:val="right"/>
      </w:pPr>
      <w:r>
        <w:t>اور حدیث ہے</w:t>
      </w:r>
    </w:p>
    <w:p>
      <w:r>
        <w:rPr>
          <w:b/>
        </w:rPr>
        <w:t xml:space="preserve">[02:53] </w:t>
      </w:r>
      <w:r>
        <w:t>zindagi ki hikmat, zindagi ki wisdom.</w:t>
      </w:r>
    </w:p>
    <w:p>
      <w:pPr>
        <w:jc w:val="right"/>
      </w:pPr>
      <w:r>
        <w:t>زندگی کی حکمت، زندگی کی وزڈم۔</w:t>
      </w:r>
    </w:p>
    <w:p>
      <w:r>
        <w:rPr>
          <w:b/>
        </w:rPr>
        <w:t xml:space="preserve">[02:56] </w:t>
      </w:r>
      <w:r>
        <w:t>agar aap hadees ko alag kar dein aur kahein ke</w:t>
      </w:r>
    </w:p>
    <w:p>
      <w:pPr>
        <w:jc w:val="right"/>
      </w:pPr>
      <w:r>
        <w:t>اگر آپ حدیث کو الگ کر دیں اور کہیں کہ</w:t>
      </w:r>
    </w:p>
    <w:p>
      <w:r>
        <w:rPr>
          <w:b/>
        </w:rPr>
        <w:t xml:space="preserve">[03:03] </w:t>
      </w:r>
      <w:r>
        <w:t>Quran hamare liye kafi hai, jaise ek zamane mein kuch logon ne kaha tha: "hazbuna kitabul Allah" .</w:t>
      </w:r>
    </w:p>
    <w:p>
      <w:pPr>
        <w:jc w:val="right"/>
      </w:pPr>
      <w:r>
        <w:t>قرآن ہمارے لیے کافی ہے، جیسے ایک زمانے میں کچھ لوگوں نے کہا تھا: "حَزْبُنَا كِتَابَ اللَّهِ" ۔</w:t>
      </w:r>
    </w:p>
    <w:p>
      <w:r>
        <w:rPr>
          <w:b/>
        </w:rPr>
        <w:t xml:space="preserve">[03:09] </w:t>
      </w:r>
      <w:r>
        <w:t>to yeh bekhabari ki baat hai.</w:t>
      </w:r>
    </w:p>
    <w:p>
      <w:pPr>
        <w:jc w:val="right"/>
      </w:pPr>
      <w:r>
        <w:t>تو یہ بے خبری کی بات ہے۔</w:t>
      </w:r>
    </w:p>
    <w:p>
      <w:r>
        <w:rPr>
          <w:b/>
        </w:rPr>
        <w:t xml:space="preserve">[03:16] </w:t>
      </w:r>
      <w:r>
        <w:t>hadees zindagi ki hikmat hai, zindagi ki wisdom hai, zindagi ki baseerat hai.</w:t>
      </w:r>
    </w:p>
    <w:p>
      <w:pPr>
        <w:jc w:val="right"/>
      </w:pPr>
      <w:r>
        <w:t>حدیث زندگی کی حکمت ہے، زندگی کی وزڈم ہے، زندگی کی بصیرت ہے۔</w:t>
      </w:r>
    </w:p>
    <w:p>
      <w:r>
        <w:rPr>
          <w:b/>
        </w:rPr>
        <w:t xml:space="preserve">[03:23] </w:t>
      </w:r>
      <w:r>
        <w:t>agar aap hadees ko chhod denge to aap hikmat se mehroom ho jayenge.</w:t>
      </w:r>
    </w:p>
    <w:p>
      <w:pPr>
        <w:jc w:val="right"/>
      </w:pPr>
      <w:r>
        <w:t>اگر آپ حدیث کو چھوڑ دیں گے تو آپ حکمت سے محروم ہو جائیں گے۔</w:t>
      </w:r>
    </w:p>
    <w:p>
      <w:r>
        <w:rPr>
          <w:b/>
        </w:rPr>
        <w:t xml:space="preserve">[03:30] </w:t>
      </w:r>
      <w:r>
        <w:t>lekin hikmat kya hai?</w:t>
      </w:r>
    </w:p>
    <w:p>
      <w:pPr>
        <w:jc w:val="right"/>
      </w:pPr>
      <w:r>
        <w:t>لیکن حکمت کیا ہے؟</w:t>
      </w:r>
    </w:p>
    <w:p>
      <w:r>
        <w:rPr>
          <w:b/>
        </w:rPr>
        <w:t xml:space="preserve">[03:33] </w:t>
      </w:r>
      <w:r>
        <w:t>hikmat koi qanooni zabaan mein nahi hoti.</w:t>
      </w:r>
    </w:p>
    <w:p>
      <w:pPr>
        <w:jc w:val="right"/>
      </w:pPr>
      <w:r>
        <w:t>حکمت کوئی قانونی زبان میں نہیں ہوتی۔</w:t>
      </w:r>
    </w:p>
    <w:p>
      <w:r>
        <w:rPr>
          <w:b/>
        </w:rPr>
        <w:t xml:space="preserve">[03:38] </w:t>
      </w:r>
      <w:r>
        <w:t>hikmat aap ko tadabbur kar ke maloom hoti hai.</w:t>
      </w:r>
    </w:p>
    <w:p>
      <w:pPr>
        <w:jc w:val="right"/>
      </w:pPr>
      <w:r>
        <w:t>حکمت آپ کو تدبر کر کے معلوم ہوتی ہے۔</w:t>
      </w:r>
    </w:p>
    <w:p>
      <w:r>
        <w:rPr>
          <w:b/>
        </w:rPr>
        <w:t xml:space="preserve">[03:43] </w:t>
      </w:r>
      <w:r>
        <w:t>tadabbur, main aap ko ek misaal deta hoon, iski wazahat ke liye:</w:t>
      </w:r>
    </w:p>
    <w:p>
      <w:pPr>
        <w:jc w:val="right"/>
      </w:pPr>
      <w:r>
        <w:t>تدبر، میں آپ کو ایک مثال دیتا ہوں، اس کی وضاحت کے لیے:</w:t>
      </w:r>
    </w:p>
    <w:p>
      <w:r>
        <w:rPr>
          <w:b/>
        </w:rPr>
        <w:t xml:space="preserve">[03:54] </w:t>
      </w:r>
      <w:r>
        <w:t>aap ko maloom hai ke abhi main</w:t>
      </w:r>
    </w:p>
    <w:p>
      <w:pPr>
        <w:jc w:val="right"/>
      </w:pPr>
      <w:r>
        <w:t>آپ کو معلوم ہے کہ ابھی میں</w:t>
      </w:r>
    </w:p>
    <w:p>
      <w:r>
        <w:rPr>
          <w:b/>
        </w:rPr>
        <w:t xml:space="preserve">[03:56] </w:t>
      </w:r>
      <w:r>
        <w:t>pichhle hafte America gaya tha, wahan do hafte raha,</w:t>
      </w:r>
    </w:p>
    <w:p>
      <w:pPr>
        <w:jc w:val="right"/>
      </w:pPr>
      <w:r>
        <w:t>پچھلے ہفتے امریکہ گیا تھا، وہاں دو ہفتے رہا،</w:t>
      </w:r>
    </w:p>
    <w:p>
      <w:r>
        <w:rPr>
          <w:b/>
        </w:rPr>
        <w:t xml:space="preserve">[04:03] </w:t>
      </w:r>
      <w:r>
        <w:t>to America ke airport par, yani jo hum utre,</w:t>
      </w:r>
    </w:p>
    <w:p>
      <w:pPr>
        <w:jc w:val="right"/>
      </w:pPr>
      <w:r>
        <w:t>تو امریکہ کے ایئرپورٹ پر، یعنی جو ہم اترے،</w:t>
      </w:r>
    </w:p>
    <w:p>
      <w:r>
        <w:rPr>
          <w:b/>
        </w:rPr>
        <w:t xml:space="preserve">[04:09] </w:t>
      </w:r>
      <w:r>
        <w:t>New York airport par,</w:t>
      </w:r>
    </w:p>
    <w:p>
      <w:pPr>
        <w:jc w:val="right"/>
      </w:pPr>
      <w:r>
        <w:t>نیویارک ایئرپورٹ پر،</w:t>
      </w:r>
    </w:p>
    <w:p>
      <w:r>
        <w:rPr>
          <w:b/>
        </w:rPr>
        <w:t xml:space="preserve">[04:12] </w:t>
      </w:r>
      <w:r>
        <w:t>to wahan par jo checking hoti hai,</w:t>
      </w:r>
    </w:p>
    <w:p>
      <w:pPr>
        <w:jc w:val="right"/>
      </w:pPr>
      <w:r>
        <w:t>تو وہاں پر جو چیکنگ ہوتی ہے،</w:t>
      </w:r>
    </w:p>
    <w:p>
      <w:r>
        <w:rPr>
          <w:b/>
        </w:rPr>
        <w:t xml:space="preserve">[04:16] </w:t>
      </w:r>
      <w:r>
        <w:t>bohat sakht checking hoti hai.</w:t>
      </w:r>
    </w:p>
    <w:p>
      <w:pPr>
        <w:jc w:val="right"/>
      </w:pPr>
      <w:r>
        <w:t>بہت سخت چیکنگ ہوتی ہے۔</w:t>
      </w:r>
    </w:p>
    <w:p>
      <w:r>
        <w:rPr>
          <w:b/>
        </w:rPr>
        <w:t xml:space="preserve">[04:20] </w:t>
      </w:r>
      <w:r>
        <w:t>to iska ek item yeh hota hai ke aadmi ka joota utarwate hain, kyunke</w:t>
      </w:r>
    </w:p>
    <w:p>
      <w:pPr>
        <w:jc w:val="right"/>
      </w:pPr>
      <w:r>
        <w:t>تو اس کا ایک آئٹم یہ ہوتا ہے کہ آدمی کا جوتا اترواتے ہیں، کیونکہ</w:t>
      </w:r>
    </w:p>
    <w:p>
      <w:r>
        <w:rPr>
          <w:b/>
        </w:rPr>
        <w:t xml:space="preserve">[04:29] </w:t>
      </w:r>
      <w:r>
        <w:t>koi cheez aadmi joote mein chhupa ke la sakta hai.</w:t>
      </w:r>
    </w:p>
    <w:p>
      <w:pPr>
        <w:jc w:val="right"/>
      </w:pPr>
      <w:r>
        <w:t>کوئی چیز آدمی جوتے میں چھپا کے لا سکتا ہے۔</w:t>
      </w:r>
    </w:p>
    <w:p>
      <w:r>
        <w:rPr>
          <w:b/>
        </w:rPr>
        <w:t xml:space="preserve">[04:34] </w:t>
      </w:r>
      <w:r>
        <w:t>to aap ko yaad hoga ke is se pehle India ke do mashhoor</w:t>
      </w:r>
    </w:p>
    <w:p>
      <w:pPr>
        <w:jc w:val="right"/>
      </w:pPr>
      <w:r>
        <w:t>تو آپ کو یاد ہوگا کہ اس سے پہلے انڈیا کے دو مشہور</w:t>
      </w:r>
    </w:p>
    <w:p>
      <w:r>
        <w:rPr>
          <w:b/>
        </w:rPr>
        <w:t xml:space="preserve">[04:42] </w:t>
      </w:r>
      <w:r>
        <w:t>aadmi ko America ke airport par unka joota utara gaya. Dono mashhoor log the, unhone is</w:t>
      </w:r>
    </w:p>
    <w:p>
      <w:pPr>
        <w:jc w:val="right"/>
      </w:pPr>
      <w:r>
        <w:t>آدمی کو امریکہ کے ایئرپورٹ پر ان کا جوتا اتارا گیا۔ دونوں مشہور لوگ تھے، انہوں نے اس</w:t>
      </w:r>
    </w:p>
    <w:p>
      <w:r>
        <w:rPr>
          <w:b/>
        </w:rPr>
        <w:t xml:space="preserve">[04:49] </w:t>
      </w:r>
      <w:r>
        <w:t>baat ko media mein keh diya, woh bada shor o ghul macha.</w:t>
      </w:r>
    </w:p>
    <w:p>
      <w:pPr>
        <w:jc w:val="right"/>
      </w:pPr>
      <w:r>
        <w:t>بات کو میڈیا میں کہہ دیا، وہ بڑا شور و غل مچا۔</w:t>
      </w:r>
    </w:p>
    <w:p>
      <w:r>
        <w:rPr>
          <w:b/>
        </w:rPr>
        <w:t xml:space="preserve">[04:54] </w:t>
      </w:r>
      <w:r>
        <w:t>kyun? unhone samjha ke yeh</w:t>
      </w:r>
    </w:p>
    <w:p>
      <w:pPr>
        <w:jc w:val="right"/>
      </w:pPr>
      <w:r>
        <w:t>کیوں؟ انہوں نے سمجھا کہ یہ</w:t>
      </w:r>
    </w:p>
    <w:p>
      <w:r>
        <w:rPr>
          <w:b/>
        </w:rPr>
        <w:t xml:space="preserve">[04:58] </w:t>
      </w:r>
      <w:r>
        <w:t>ek Indian insaan ki tauheen thi.</w:t>
      </w:r>
    </w:p>
    <w:p>
      <w:pPr>
        <w:jc w:val="right"/>
      </w:pPr>
      <w:r>
        <w:t>ایک انڈین انسان کی توہین تھی۔</w:t>
      </w:r>
    </w:p>
    <w:p>
      <w:r>
        <w:rPr>
          <w:b/>
        </w:rPr>
        <w:t xml:space="preserve">[05:03] </w:t>
      </w:r>
      <w:r>
        <w:t>Indian insaan ki</w:t>
      </w:r>
    </w:p>
    <w:p>
      <w:pPr>
        <w:jc w:val="right"/>
      </w:pPr>
      <w:r>
        <w:t>انڈین انسان کی</w:t>
      </w:r>
    </w:p>
    <w:p>
      <w:r>
        <w:rPr>
          <w:b/>
        </w:rPr>
        <w:t xml:space="preserve">[05:06] </w:t>
      </w:r>
      <w:r>
        <w:t>behurmati thi, beizzati kiya, kya unhone India ke ek aadmi ko.</w:t>
      </w:r>
    </w:p>
    <w:p>
      <w:pPr>
        <w:jc w:val="right"/>
      </w:pPr>
      <w:r>
        <w:t>بے حرمتی تھی، بے عزت کیا، کیا انہوں نے انڈیا کے ایک آدمی کو۔</w:t>
      </w:r>
    </w:p>
    <w:p>
      <w:r>
        <w:rPr>
          <w:b/>
        </w:rPr>
        <w:t xml:space="preserve">[05:14] </w:t>
      </w:r>
      <w:r>
        <w:t>to jab main wahan airport par tha aur meri,</w:t>
      </w:r>
    </w:p>
    <w:p>
      <w:pPr>
        <w:jc w:val="right"/>
      </w:pPr>
      <w:r>
        <w:t>تو جب میں وہاں ایئرپورٹ پر تھا اور میری،</w:t>
      </w:r>
    </w:p>
    <w:p>
      <w:r>
        <w:rPr>
          <w:b/>
        </w:rPr>
        <w:t xml:space="preserve">[05:19] </w:t>
      </w:r>
      <w:r>
        <w:t>mere saath bhi yahi hua,</w:t>
      </w:r>
    </w:p>
    <w:p>
      <w:pPr>
        <w:jc w:val="right"/>
      </w:pPr>
      <w:r>
        <w:t>میرے ساتھ بھی یہی ہوا،</w:t>
      </w:r>
    </w:p>
    <w:p>
      <w:r>
        <w:rPr>
          <w:b/>
        </w:rPr>
        <w:t xml:space="preserve">[05:23] </w:t>
      </w:r>
      <w:r>
        <w:t>unhone mera joota utarne ko kaha.</w:t>
      </w:r>
    </w:p>
    <w:p>
      <w:pPr>
        <w:jc w:val="right"/>
      </w:pPr>
      <w:r>
        <w:t>انہوں نے میرا جوتا اتارنے کو کہا۔</w:t>
      </w:r>
    </w:p>
    <w:p>
      <w:r>
        <w:rPr>
          <w:b/>
        </w:rPr>
        <w:t xml:space="preserve">[05:28] </w:t>
      </w:r>
      <w:r>
        <w:t>security ka aadmi hota hai, to maine foran apna joota utaar diya. balkay aik joota maine</w:t>
      </w:r>
    </w:p>
    <w:p>
      <w:pPr>
        <w:jc w:val="right"/>
      </w:pPr>
      <w:r>
        <w:t>سیکیورٹی کا آدمی ہوتا ہے، تو میں نے فوراً اپنا جوتا اتار دیا۔ بلکہ ایک جوتا میں نے</w:t>
      </w:r>
    </w:p>
    <w:p>
      <w:r>
        <w:rPr>
          <w:b/>
        </w:rPr>
        <w:t xml:space="preserve">[05:35] </w:t>
      </w:r>
      <w:r>
        <w:t>utara tha, to doosray joote ko uss ne muskuratay hue mana kar diya</w:t>
      </w:r>
    </w:p>
    <w:p>
      <w:pPr>
        <w:jc w:val="right"/>
      </w:pPr>
      <w:r>
        <w:t>اتارا تھا، تو دوسرے جوتے کو اس نے مسکراتے ہوئے منع کر دیا</w:t>
      </w:r>
    </w:p>
    <w:p>
      <w:r>
        <w:rPr>
          <w:b/>
        </w:rPr>
        <w:t xml:space="preserve">[05:42] </w:t>
      </w:r>
      <w:r>
        <w:t>keh bas aik kafi hai.</w:t>
      </w:r>
    </w:p>
    <w:p>
      <w:pPr>
        <w:jc w:val="right"/>
      </w:pPr>
      <w:r>
        <w:t>کہ بس ایک کافی ہے۔</w:t>
      </w:r>
    </w:p>
    <w:p>
      <w:r>
        <w:rPr>
          <w:b/>
        </w:rPr>
        <w:t xml:space="preserve">[05:46] </w:t>
      </w:r>
      <w:r>
        <w:t>to maine socha keh kyun aisa hua,</w:t>
      </w:r>
    </w:p>
    <w:p>
      <w:pPr>
        <w:jc w:val="right"/>
      </w:pPr>
      <w:r>
        <w:t>تو میں نے سوچا کہ کیوں ایسا ہوا،</w:t>
      </w:r>
    </w:p>
    <w:p>
      <w:r>
        <w:rPr>
          <w:b/>
        </w:rPr>
        <w:t xml:space="preserve">[05:52] </w:t>
      </w:r>
      <w:r>
        <w:t>keh maine apnay joota utarnay kay waqie ko,</w:t>
      </w:r>
    </w:p>
    <w:p>
      <w:pPr>
        <w:jc w:val="right"/>
      </w:pPr>
      <w:r>
        <w:t>کہ میں نے اپنے جوتا اتارنے کے واقعے کو،</w:t>
      </w:r>
    </w:p>
    <w:p>
      <w:r>
        <w:rPr>
          <w:b/>
        </w:rPr>
        <w:t xml:space="preserve">[05:56] </w:t>
      </w:r>
      <w:r>
        <w:t>ko be-izati nahi samjha, mujhe ghussa nahi aaya.</w:t>
      </w:r>
    </w:p>
    <w:p>
      <w:pPr>
        <w:jc w:val="right"/>
      </w:pPr>
      <w:r>
        <w:t>کو بے عزتی نہیں سمجھا، مجھے غصہ نہیں آیا۔</w:t>
      </w:r>
    </w:p>
    <w:p>
      <w:r>
        <w:rPr>
          <w:b/>
        </w:rPr>
        <w:t xml:space="preserve">[06:01] </w:t>
      </w:r>
      <w:r>
        <w:t>aur woh doosray sahabaan, uss ko</w:t>
      </w:r>
    </w:p>
    <w:p>
      <w:pPr>
        <w:jc w:val="right"/>
      </w:pPr>
      <w:r>
        <w:t>اور وہ دوسرے صاحبان، اس کو</w:t>
      </w:r>
    </w:p>
    <w:p>
      <w:r>
        <w:rPr>
          <w:b/>
        </w:rPr>
        <w:t xml:space="preserve">[06:05] </w:t>
      </w:r>
      <w:r>
        <w:t>ghussa ho gaya uss par.</w:t>
      </w:r>
    </w:p>
    <w:p>
      <w:pPr>
        <w:jc w:val="right"/>
      </w:pPr>
      <w:r>
        <w:t>غصہ ہو گیا اس پر۔</w:t>
      </w:r>
    </w:p>
    <w:p>
      <w:r>
        <w:rPr>
          <w:b/>
        </w:rPr>
        <w:t xml:space="preserve">[06:08] </w:t>
      </w:r>
      <w:r>
        <w:t>to jaisay issi ka naam wisdom hai.</w:t>
      </w:r>
    </w:p>
    <w:p>
      <w:pPr>
        <w:jc w:val="right"/>
      </w:pPr>
      <w:r>
        <w:t>تو جیسے اسی کا نام وزڈم ہے۔</w:t>
      </w:r>
    </w:p>
    <w:p>
      <w:r>
        <w:rPr>
          <w:b/>
        </w:rPr>
        <w:t xml:space="preserve">[06:12] </w:t>
      </w:r>
      <w:r>
        <w:t>cheezon ko right angle mein dekhna,</w:t>
      </w:r>
    </w:p>
    <w:p>
      <w:pPr>
        <w:jc w:val="right"/>
      </w:pPr>
      <w:r>
        <w:t>چیزوں کو رائٹ اینگل میں دیکھنا،</w:t>
      </w:r>
    </w:p>
    <w:p>
      <w:r>
        <w:rPr>
          <w:b/>
        </w:rPr>
        <w:t xml:space="preserve">[06:16] </w:t>
      </w:r>
      <w:r>
        <w:t>yeh wisdom hai.</w:t>
      </w:r>
    </w:p>
    <w:p>
      <w:pPr>
        <w:jc w:val="right"/>
      </w:pPr>
      <w:r>
        <w:t>یہ وزڈم ہے۔</w:t>
      </w:r>
    </w:p>
    <w:p>
      <w:r>
        <w:rPr>
          <w:b/>
        </w:rPr>
        <w:t xml:space="preserve">[06:19] </w:t>
      </w:r>
      <w:r>
        <w:t>har cheez ko dekhnay kay</w:t>
      </w:r>
    </w:p>
    <w:p>
      <w:pPr>
        <w:jc w:val="right"/>
      </w:pPr>
      <w:r>
        <w:t>ہر چیز کو دیکھنے کے</w:t>
      </w:r>
    </w:p>
    <w:p>
      <w:r>
        <w:rPr>
          <w:b/>
        </w:rPr>
        <w:t xml:space="preserve">[06:23] </w:t>
      </w:r>
      <w:r>
        <w:t>do angle hotay hain: ghalat angle, sahi angle.</w:t>
      </w:r>
    </w:p>
    <w:p>
      <w:pPr>
        <w:jc w:val="right"/>
      </w:pPr>
      <w:r>
        <w:t>دو اینگل ہوتے ہیں: غلط اینگل، صحیح اینگل۔</w:t>
      </w:r>
    </w:p>
    <w:p>
      <w:r>
        <w:rPr>
          <w:b/>
        </w:rPr>
        <w:t xml:space="preserve">[06:29] </w:t>
      </w:r>
      <w:r>
        <w:t>wisdom yeh hai keh aap cheezon ko sahi angle say dekh sakain, yeh wisdom hai.</w:t>
      </w:r>
    </w:p>
    <w:p>
      <w:pPr>
        <w:jc w:val="right"/>
      </w:pPr>
      <w:r>
        <w:t>وزڈم یہ ہے کہ آپ چیزوں کو صحیح اینگل سے دیکھ سکیں، یہ وزڈم ہے۔</w:t>
      </w:r>
    </w:p>
    <w:p>
      <w:r>
        <w:rPr>
          <w:b/>
        </w:rPr>
        <w:t xml:space="preserve">[06:37] </w:t>
      </w:r>
      <w:r>
        <w:t>jaisay jin logon nay, jin log joota utarnay par ghussa huay, unhon nay joota utarnay kay waqie ko</w:t>
      </w:r>
    </w:p>
    <w:p>
      <w:pPr>
        <w:jc w:val="right"/>
      </w:pPr>
      <w:r>
        <w:t>جیسے جن لوگوں نے، جن لوگ جوتا اتارنے پر غصہ ہوئے، انہوں نے جوتا اتارنے کے واقعے کو</w:t>
      </w:r>
    </w:p>
    <w:p>
      <w:r>
        <w:rPr>
          <w:b/>
        </w:rPr>
        <w:t xml:space="preserve">[06:49] </w:t>
      </w:r>
      <w:r>
        <w:t>in terms of insult liya, yani be-izati kay angle say uss ko dekha.</w:t>
      </w:r>
    </w:p>
    <w:p>
      <w:pPr>
        <w:jc w:val="right"/>
      </w:pPr>
      <w:r>
        <w:t>ان ٹرمز آف انسلٹ لیا، یعنی بے عزتی کے اینگل سے اس کو دیکھا۔</w:t>
      </w:r>
    </w:p>
    <w:p>
      <w:r>
        <w:rPr>
          <w:b/>
        </w:rPr>
        <w:t xml:space="preserve">[06:59] </w:t>
      </w:r>
      <w:r>
        <w:t>in terms of</w:t>
      </w:r>
    </w:p>
    <w:p>
      <w:pPr>
        <w:jc w:val="right"/>
      </w:pPr>
      <w:r>
        <w:t>ان ٹرمز آف</w:t>
      </w:r>
    </w:p>
    <w:p>
      <w:r>
        <w:rPr>
          <w:b/>
        </w:rPr>
        <w:t xml:space="preserve">[07:01] </w:t>
      </w:r>
      <w:r>
        <w:t>insult. achha, mera aik mamla kya hua keh maine uss ko</w:t>
      </w:r>
    </w:p>
    <w:p>
      <w:pPr>
        <w:jc w:val="right"/>
      </w:pPr>
      <w:r>
        <w:t>انسلٹ۔ اچھا، میرا ایک معاملہ کیا ہوا کہ میں نے اس کو</w:t>
      </w:r>
    </w:p>
    <w:p>
      <w:r>
        <w:rPr>
          <w:b/>
        </w:rPr>
        <w:t xml:space="preserve">[07:08] </w:t>
      </w:r>
      <w:r>
        <w:t>uss aitbaar say nahi dekha, balkay uss aitbaar say dekha keh airport par jo security ka</w:t>
      </w:r>
    </w:p>
    <w:p>
      <w:pPr>
        <w:jc w:val="right"/>
      </w:pPr>
      <w:r>
        <w:t>اس اعتبار سے نہیں دیکھا، بلکہ اس اعتبار سے دیکھا کہ ایئرپورٹ پر جو سیکیورٹی کا</w:t>
      </w:r>
    </w:p>
    <w:p>
      <w:r>
        <w:rPr>
          <w:b/>
        </w:rPr>
        <w:t xml:space="preserve">[07:16] </w:t>
      </w:r>
      <w:r>
        <w:t>system hai, uss ka aik juz yeh bhi hai, aik juz uss ka yeh bhi hai. to main</w:t>
      </w:r>
    </w:p>
    <w:p>
      <w:pPr>
        <w:jc w:val="right"/>
      </w:pPr>
      <w:r>
        <w:t>سسٹم ہے، اس کا ایک جز یہ بھی ہے، ایک جز اس کا یہ بھی ہے۔ تو میں</w:t>
      </w:r>
    </w:p>
    <w:p>
      <w:r>
        <w:rPr>
          <w:b/>
        </w:rPr>
        <w:t xml:space="preserve">[07:23] </w:t>
      </w:r>
      <w:r>
        <w:t>nay uss ko in terms of discipline liya,</w:t>
      </w:r>
    </w:p>
    <w:p>
      <w:pPr>
        <w:jc w:val="right"/>
      </w:pPr>
      <w:r>
        <w:t>نے اس کو ان ٹرمز آف ڈسپلن لیا،</w:t>
      </w:r>
    </w:p>
    <w:p>
      <w:r>
        <w:rPr>
          <w:b/>
        </w:rPr>
        <w:t xml:space="preserve">[07:27] </w:t>
      </w:r>
      <w:r>
        <w:t>yani uss ko discipline kay aitbaar say dekha.</w:t>
      </w:r>
    </w:p>
    <w:p>
      <w:pPr>
        <w:jc w:val="right"/>
      </w:pPr>
      <w:r>
        <w:t>یعنی اس کو ڈسپلن کے اعتبار سے دیکھا۔</w:t>
      </w:r>
    </w:p>
    <w:p>
      <w:r>
        <w:rPr>
          <w:b/>
        </w:rPr>
        <w:t xml:space="preserve">[07:30] </w:t>
      </w:r>
      <w:r>
        <w:t>to mujhe koi ghussa nahi aaya.</w:t>
      </w:r>
    </w:p>
    <w:p>
      <w:pPr>
        <w:jc w:val="right"/>
      </w:pPr>
      <w:r>
        <w:t>تو مجھے کوئی غصہ نہیں آیا۔</w:t>
      </w:r>
    </w:p>
    <w:p>
      <w:r>
        <w:rPr>
          <w:b/>
        </w:rPr>
        <w:t xml:space="preserve">[07:36] </w:t>
      </w:r>
      <w:r>
        <w:t>agar aap kisi cheez ko</w:t>
      </w:r>
    </w:p>
    <w:p>
      <w:pPr>
        <w:jc w:val="right"/>
      </w:pPr>
      <w:r>
        <w:t>اگر آپ کسی چیز کو</w:t>
      </w:r>
    </w:p>
    <w:p>
      <w:r>
        <w:rPr>
          <w:b/>
        </w:rPr>
        <w:t xml:space="preserve">[07:41] </w:t>
      </w:r>
      <w:r>
        <w:t>ghalat angle say dain to aap negative ho jayengay.</w:t>
      </w:r>
    </w:p>
    <w:p>
      <w:pPr>
        <w:jc w:val="right"/>
      </w:pPr>
      <w:r>
        <w:t>غلط اینگل سے دیکھیں تو آپ نیگیٹو ہو جائیں گے۔</w:t>
      </w:r>
    </w:p>
    <w:p>
      <w:r>
        <w:rPr>
          <w:b/>
        </w:rPr>
        <w:t xml:space="preserve">[07:45] </w:t>
      </w:r>
      <w:r>
        <w:t>sehi angle se dekhen to aap</w:t>
      </w:r>
    </w:p>
    <w:p>
      <w:pPr>
        <w:jc w:val="right"/>
      </w:pPr>
      <w:r>
        <w:t>صحیح اینگل سے دیکھیں تو آپ</w:t>
      </w:r>
    </w:p>
    <w:p>
      <w:r>
        <w:rPr>
          <w:b/>
        </w:rPr>
        <w:t xml:space="preserve">[07:48] </w:t>
      </w:r>
      <w:r>
        <w:t>ki positivity baqi rahegi. yeh hai wisdom.</w:t>
      </w:r>
    </w:p>
    <w:p>
      <w:pPr>
        <w:jc w:val="right"/>
      </w:pPr>
      <w:r>
        <w:t>کی پازیٹیوٹی باقی رہے گی۔ یہ ہے وزڈم۔</w:t>
      </w:r>
    </w:p>
    <w:p>
      <w:r>
        <w:rPr>
          <w:b/>
        </w:rPr>
        <w:t xml:space="preserve">[07:54] </w:t>
      </w:r>
      <w:r>
        <w:t>yeh hai wisdom.</w:t>
      </w:r>
    </w:p>
    <w:p>
      <w:pPr>
        <w:jc w:val="right"/>
      </w:pPr>
      <w:r>
        <w:t>یہ ہے وزڈم۔</w:t>
      </w:r>
    </w:p>
    <w:p>
      <w:r>
        <w:rPr>
          <w:b/>
        </w:rPr>
        <w:t xml:space="preserve">[07:57] </w:t>
      </w:r>
      <w:r>
        <w:t>aur is ka talluq poori zindagi se hai, poori zindagi se.</w:t>
      </w:r>
    </w:p>
    <w:p>
      <w:pPr>
        <w:jc w:val="right"/>
      </w:pPr>
      <w:r>
        <w:t>اور اس کا تعلق پوری زندگی سے ہے، پوری زندگی سے۔</w:t>
      </w:r>
    </w:p>
    <w:p>
      <w:r>
        <w:rPr>
          <w:b/>
        </w:rPr>
        <w:t xml:space="preserve">[08:07] </w:t>
      </w:r>
      <w:r>
        <w:t>to jo log</w:t>
      </w:r>
    </w:p>
    <w:p>
      <w:pPr>
        <w:jc w:val="right"/>
      </w:pPr>
      <w:r>
        <w:t>تو جو لوگ</w:t>
      </w:r>
    </w:p>
    <w:p>
      <w:r>
        <w:rPr>
          <w:b/>
        </w:rPr>
        <w:t xml:space="preserve">[08:09] </w:t>
      </w:r>
      <w:r>
        <w:t>america ke bare mein</w:t>
      </w:r>
    </w:p>
    <w:p>
      <w:pPr>
        <w:jc w:val="right"/>
      </w:pPr>
      <w:r>
        <w:t>امریکہ کے بارے میں</w:t>
      </w:r>
    </w:p>
    <w:p>
      <w:r>
        <w:rPr>
          <w:b/>
        </w:rPr>
        <w:t xml:space="preserve">[08:13] </w:t>
      </w:r>
      <w:r>
        <w:t>negative, negative rai rakhte hain, kehte hain ke Islam dushman hai America, woh asal mein yeh karte hain</w:t>
      </w:r>
    </w:p>
    <w:p>
      <w:pPr>
        <w:jc w:val="right"/>
      </w:pPr>
      <w:r>
        <w:t>نیگیٹو، نیگیٹو رائے رکھتے ہیں، کہتے ہیں کہ اسلام دشمن ہے امریکہ، وہ اصل میں یہ کرتے ہیں</w:t>
      </w:r>
    </w:p>
    <w:p>
      <w:r>
        <w:rPr>
          <w:b/>
        </w:rPr>
        <w:t xml:space="preserve">[08:20] </w:t>
      </w:r>
      <w:r>
        <w:t>ke cheezon ko galat angle se dekhte hain.</w:t>
      </w:r>
    </w:p>
    <w:p>
      <w:pPr>
        <w:jc w:val="right"/>
      </w:pPr>
      <w:r>
        <w:t>کہ چیزوں کو غلط اینگل سے دیکھتے ہیں۔</w:t>
      </w:r>
    </w:p>
    <w:p>
      <w:r>
        <w:rPr>
          <w:b/>
        </w:rPr>
        <w:t xml:space="preserve">[08:28] </w:t>
      </w:r>
      <w:r>
        <w:t>galat angle se dekhenge to aap ki rai galat ho jayegi.</w:t>
      </w:r>
    </w:p>
    <w:p>
      <w:pPr>
        <w:jc w:val="right"/>
      </w:pPr>
      <w:r>
        <w:t>غلط اینگل سے دیکھیں گے تو آپ کی رائے غلط ہو جائے گی۔</w:t>
      </w:r>
    </w:p>
    <w:p>
      <w:r>
        <w:rPr>
          <w:b/>
        </w:rPr>
        <w:t xml:space="preserve">[08:32] </w:t>
      </w:r>
      <w:r>
        <w:t>is ki ek misaal abhi</w:t>
      </w:r>
    </w:p>
    <w:p>
      <w:pPr>
        <w:jc w:val="right"/>
      </w:pPr>
      <w:r>
        <w:t>اس کی ایک مثال ابھی</w:t>
      </w:r>
    </w:p>
    <w:p>
      <w:r>
        <w:rPr>
          <w:b/>
        </w:rPr>
        <w:t xml:space="preserve">[08:35] </w:t>
      </w:r>
      <w:r>
        <w:t>mere haath mein yeh English daily hai,</w:t>
      </w:r>
    </w:p>
    <w:p>
      <w:pPr>
        <w:jc w:val="right"/>
      </w:pPr>
      <w:r>
        <w:t>میرے ہاتھ میں یہ انگلش ڈیلی ہے،</w:t>
      </w:r>
    </w:p>
    <w:p>
      <w:r>
        <w:rPr>
          <w:b/>
        </w:rPr>
        <w:t xml:space="preserve">[08:42] </w:t>
      </w:r>
      <w:r>
        <w:t>to 18 September ko is mein ek waqea chhaapa hai, America ka.</w:t>
      </w:r>
    </w:p>
    <w:p>
      <w:pPr>
        <w:jc w:val="right"/>
      </w:pPr>
      <w:r>
        <w:t>تو 18 ستمبر کو اس میں ایک واقعہ چھپا ہے، امریکہ کا۔</w:t>
      </w:r>
    </w:p>
    <w:p>
      <w:r>
        <w:rPr>
          <w:b/>
        </w:rPr>
        <w:t xml:space="preserve">[08:50] </w:t>
      </w:r>
      <w:r>
        <w:t>18 September ko.</w:t>
      </w:r>
    </w:p>
    <w:p>
      <w:pPr>
        <w:jc w:val="right"/>
      </w:pPr>
      <w:r>
        <w:t>18 ستمبر کو۔</w:t>
      </w:r>
    </w:p>
    <w:p>
      <w:r>
        <w:rPr>
          <w:b/>
        </w:rPr>
        <w:t xml:space="preserve">[08:52] </w:t>
      </w:r>
      <w:r>
        <w:t>wahan par ek family Sudan se migrate kar ke America gayi, wahan Pennsylvania mein rehti hai woh.</w:t>
      </w:r>
    </w:p>
    <w:p>
      <w:pPr>
        <w:jc w:val="right"/>
      </w:pPr>
      <w:r>
        <w:t>وہاں پر ایک فیملی سوڈان سے مائیگریٹ کر کے امریکہ گئی، وہاں پنسلواڑیا میں رہتی ہے وہ۔</w:t>
      </w:r>
    </w:p>
    <w:p>
      <w:r>
        <w:rPr>
          <w:b/>
        </w:rPr>
        <w:t xml:space="preserve">[09:04] </w:t>
      </w:r>
      <w:r>
        <w:t>Sudani hain woh log, Musalman.</w:t>
      </w:r>
    </w:p>
    <w:p>
      <w:pPr>
        <w:jc w:val="right"/>
      </w:pPr>
      <w:r>
        <w:t>سوڈانی ہیں وہ لوگ، مسلمان۔</w:t>
      </w:r>
    </w:p>
    <w:p>
      <w:r>
        <w:rPr>
          <w:b/>
        </w:rPr>
        <w:t xml:space="preserve">[09:08] </w:t>
      </w:r>
      <w:r>
        <w:t>to un ka ek bachcha hai jo 14 saal ka hai,</w:t>
      </w:r>
    </w:p>
    <w:p>
      <w:pPr>
        <w:jc w:val="right"/>
      </w:pPr>
      <w:r>
        <w:t>تو ان کا ایک بچہ ہے جو 14 سال کا ہے،</w:t>
      </w:r>
    </w:p>
    <w:p>
      <w:r>
        <w:rPr>
          <w:b/>
        </w:rPr>
        <w:t xml:space="preserve">[09:12] </w:t>
      </w:r>
      <w:r>
        <w:t>14 years ka, woh school mein padhta hai.</w:t>
      </w:r>
    </w:p>
    <w:p>
      <w:pPr>
        <w:jc w:val="right"/>
      </w:pPr>
      <w:r>
        <w:t>14 ایئرز کا، وہ اسکول میں پڑھتا ہے۔</w:t>
      </w:r>
    </w:p>
    <w:p>
      <w:r>
        <w:rPr>
          <w:b/>
        </w:rPr>
        <w:t xml:space="preserve">[09:18] </w:t>
      </w:r>
      <w:r>
        <w:t>us ne wahan ek din</w:t>
      </w:r>
    </w:p>
    <w:p>
      <w:pPr>
        <w:jc w:val="right"/>
      </w:pPr>
      <w:r>
        <w:t>اس نے وہاں ایک دن</w:t>
      </w:r>
    </w:p>
    <w:p>
      <w:r>
        <w:rPr>
          <w:b/>
        </w:rPr>
        <w:t xml:space="preserve">[09:21] </w:t>
      </w:r>
      <w:r>
        <w:t>ek clock banai, clock,</w:t>
      </w:r>
    </w:p>
    <w:p>
      <w:pPr>
        <w:jc w:val="right"/>
      </w:pPr>
      <w:r>
        <w:t>ایک کلاک بنائی، کلاک،</w:t>
      </w:r>
    </w:p>
    <w:p>
      <w:r>
        <w:rPr>
          <w:b/>
        </w:rPr>
        <w:t xml:space="preserve">[09:25] </w:t>
      </w:r>
      <w:r>
        <w:t>ghadi jo hoti hai bari,</w:t>
      </w:r>
    </w:p>
    <w:p>
      <w:pPr>
        <w:jc w:val="right"/>
      </w:pPr>
      <w:r>
        <w:t>گھڑی جو ہوتی ہے بڑی،</w:t>
      </w:r>
    </w:p>
    <w:p>
      <w:r>
        <w:rPr>
          <w:b/>
        </w:rPr>
        <w:t xml:space="preserve">[09:32] </w:t>
      </w:r>
      <w:r>
        <w:t>aur 20 minute mein us ne bana diya apne bedroom mein.</w:t>
      </w:r>
    </w:p>
    <w:p>
      <w:pPr>
        <w:jc w:val="right"/>
      </w:pPr>
      <w:r>
        <w:t>اور 20 منٹ میں اس نے بنا دیا اپنے بیڈ روم میں۔</w:t>
      </w:r>
    </w:p>
    <w:p>
      <w:r>
        <w:rPr>
          <w:b/>
        </w:rPr>
        <w:t xml:space="preserve">[09:37] </w:t>
      </w:r>
      <w:r>
        <w:t>ek pencil box liya, kuch mamooli saman liya, aur kuch taar liya, jod jod ke us ne ek</w:t>
      </w:r>
    </w:p>
    <w:p>
      <w:pPr>
        <w:jc w:val="right"/>
      </w:pPr>
      <w:r>
        <w:t>ایک پینسل باکس لیا، کچھ معمولی سامان لیا، اور کچھ تار لیا، جوڑ جوڑ کے اس نے ایک</w:t>
      </w:r>
    </w:p>
    <w:p>
      <w:r>
        <w:rPr>
          <w:b/>
        </w:rPr>
        <w:t xml:space="preserve">[09:45] </w:t>
      </w:r>
      <w:r>
        <w:t>clock bana di.</w:t>
      </w:r>
    </w:p>
    <w:p>
      <w:pPr>
        <w:jc w:val="right"/>
      </w:pPr>
      <w:r>
        <w:t>کلاک بنا دی۔</w:t>
      </w:r>
    </w:p>
    <w:p>
      <w:r>
        <w:rPr>
          <w:b/>
        </w:rPr>
        <w:t xml:space="preserve">[09:49] </w:t>
      </w:r>
      <w:r>
        <w:t>to is clock ko le kar ke woh gaya school mein,</w:t>
      </w:r>
    </w:p>
    <w:p>
      <w:pPr>
        <w:jc w:val="right"/>
      </w:pPr>
      <w:r>
        <w:t>تو اس کلاک کو لے کر کے وہ گیا اسکول میں،</w:t>
      </w:r>
    </w:p>
    <w:p>
      <w:r>
        <w:rPr>
          <w:b/>
        </w:rPr>
        <w:t xml:space="preserve">[09:54] </w:t>
      </w:r>
      <w:r>
        <w:t>bohat khush hua, us ne dikhaya teacher ko,</w:t>
      </w:r>
    </w:p>
    <w:p>
      <w:pPr>
        <w:jc w:val="right"/>
      </w:pPr>
      <w:r>
        <w:t>بہت خوش ہوا، اس نے دکھایا ٹیچر کو،</w:t>
      </w:r>
    </w:p>
    <w:p>
      <w:r>
        <w:rPr>
          <w:b/>
        </w:rPr>
        <w:t xml:space="preserve">[09:57] </w:t>
      </w:r>
      <w:r>
        <w:t>yani amrikan teacher,</w:t>
      </w:r>
    </w:p>
    <w:p>
      <w:pPr>
        <w:jc w:val="right"/>
      </w:pPr>
      <w:r>
        <w:t>یعنی امریکن ٹیچر،</w:t>
      </w:r>
    </w:p>
    <w:p>
      <w:r>
        <w:rPr>
          <w:b/>
        </w:rPr>
        <w:t xml:space="preserve">[10:01] </w:t>
      </w:r>
      <w:r>
        <w:t>keh mein ne is ko 20 minute mein banaya hai.</w:t>
      </w:r>
    </w:p>
    <w:p>
      <w:pPr>
        <w:jc w:val="right"/>
      </w:pPr>
      <w:r>
        <w:t>کہ میں نے اس کو 20 منٹ میں بنایا ہے۔</w:t>
      </w:r>
    </w:p>
    <w:p>
      <w:r>
        <w:rPr>
          <w:b/>
        </w:rPr>
        <w:t xml:space="preserve">[10:04] </w:t>
      </w:r>
      <w:r>
        <w:t>to woh teacher jo tha,</w:t>
      </w:r>
    </w:p>
    <w:p>
      <w:pPr>
        <w:jc w:val="right"/>
      </w:pPr>
      <w:r>
        <w:t>تو وہ ٹیچر جو تھا،</w:t>
      </w:r>
    </w:p>
    <w:p>
      <w:r>
        <w:rPr>
          <w:b/>
        </w:rPr>
        <w:t xml:space="preserve">[10:09] </w:t>
      </w:r>
      <w:r>
        <w:t>ghussa ho gaya. ghussa matlab yeh keh woh kuch dar gaya woh.</w:t>
      </w:r>
    </w:p>
    <w:p>
      <w:pPr>
        <w:jc w:val="right"/>
      </w:pPr>
      <w:r>
        <w:t>غصہ ہو گیا۔ غصہ مطلب یہ کہ وہ کچھ ڈر گیا وہ۔</w:t>
      </w:r>
    </w:p>
    <w:p>
      <w:r>
        <w:rPr>
          <w:b/>
        </w:rPr>
        <w:t xml:space="preserve">[10:17] </w:t>
      </w:r>
      <w:r>
        <w:t>kyun? is liye keh woh clock jo tha, is ko dekhne mein laga keh yeh to bomb hai.</w:t>
      </w:r>
    </w:p>
    <w:p>
      <w:pPr>
        <w:jc w:val="right"/>
      </w:pPr>
      <w:r>
        <w:t>کیوں؟ اس لیے کہ وہ کلاک جو تھا، اس کو دیکھنے میں لگا کہ یہ تو بام ہے۔</w:t>
      </w:r>
    </w:p>
    <w:p>
      <w:r>
        <w:rPr>
          <w:b/>
        </w:rPr>
        <w:t xml:space="preserve">[10:23] </w:t>
      </w:r>
      <w:r>
        <w:t>woh jo us ke zahiri khol tha, is ka jo case, jis case mein banaya tha us ne,</w:t>
      </w:r>
    </w:p>
    <w:p>
      <w:pPr>
        <w:jc w:val="right"/>
      </w:pPr>
      <w:r>
        <w:t>وہ جو اس کے ظاہری خول تھا، اس کا جو کیس، جس کیس میں بنایا تھا اس نے،</w:t>
      </w:r>
    </w:p>
    <w:p>
      <w:r>
        <w:rPr>
          <w:b/>
        </w:rPr>
        <w:t xml:space="preserve">[10:29] </w:t>
      </w:r>
      <w:r>
        <w:t>pencil box mein, to bazahir is ko laga keh yeh shayad bomb hai. to woh dar gaya keh</w:t>
      </w:r>
    </w:p>
    <w:p>
      <w:pPr>
        <w:jc w:val="right"/>
      </w:pPr>
      <w:r>
        <w:t>پینسل باکس میں، تو بظاہر اس کو لگا کہ یہ شاید بام ہے۔ تو وہ ڈر گیا کہ</w:t>
      </w:r>
    </w:p>
    <w:p>
      <w:r>
        <w:rPr>
          <w:b/>
        </w:rPr>
        <w:t xml:space="preserve">[10:37] </w:t>
      </w:r>
      <w:r>
        <w:t>ab bomb hai, dhamaka hoga, mein maroon ga, click click mray ga.</w:t>
      </w:r>
    </w:p>
    <w:p>
      <w:pPr>
        <w:jc w:val="right"/>
      </w:pPr>
      <w:r>
        <w:t>اب بام ہے، دھماکہ ہوگا، میں مروں گا، کلک کلک مرے گا۔</w:t>
      </w:r>
    </w:p>
    <w:p>
      <w:r>
        <w:rPr>
          <w:b/>
        </w:rPr>
        <w:t xml:space="preserve">[10:42] </w:t>
      </w:r>
      <w:r>
        <w:t>to jaldi se us ne</w:t>
      </w:r>
    </w:p>
    <w:p>
      <w:pPr>
        <w:jc w:val="right"/>
      </w:pPr>
      <w:r>
        <w:t>تو جلدی سے اس نے</w:t>
      </w:r>
    </w:p>
    <w:p>
      <w:r>
        <w:rPr>
          <w:b/>
        </w:rPr>
        <w:t xml:space="preserve">[10:45] </w:t>
      </w:r>
      <w:r>
        <w:t>telephone kar diya police ko. ab police aa gayi, wahan bohat tezi se kaam hota hai. with</w:t>
      </w:r>
    </w:p>
    <w:p>
      <w:pPr>
        <w:jc w:val="right"/>
      </w:pPr>
      <w:r>
        <w:t>ٹیلی فون کر دیا پولیس کو۔ اب پولیس آ گئی، وہاں بہت تیزی سے کام ہوتا ہے۔ ود</w:t>
      </w:r>
    </w:p>
    <w:p>
      <w:r>
        <w:rPr>
          <w:b/>
        </w:rPr>
        <w:t xml:space="preserve">[10:53] </w:t>
      </w:r>
      <w:r>
        <w:t>in minute police aati hai, with in minute.</w:t>
      </w:r>
    </w:p>
    <w:p>
      <w:pPr>
        <w:jc w:val="right"/>
      </w:pPr>
      <w:r>
        <w:t>ان منٹ پولیس آتی ہے، ود ان منٹ۔</w:t>
      </w:r>
    </w:p>
    <w:p>
      <w:r>
        <w:rPr>
          <w:b/>
        </w:rPr>
        <w:t xml:space="preserve">[10:58] </w:t>
      </w:r>
      <w:r>
        <w:t>to police ne is ke hath mein hathkadi daal di.</w:t>
      </w:r>
    </w:p>
    <w:p>
      <w:pPr>
        <w:jc w:val="right"/>
      </w:pPr>
      <w:r>
        <w:t>تو پولیس نے اس کے ہاتھ میں ہتھکڑی ڈال دی۔</w:t>
      </w:r>
    </w:p>
    <w:p>
      <w:r>
        <w:rPr>
          <w:b/>
        </w:rPr>
        <w:t xml:space="preserve">[11:03] </w:t>
      </w:r>
      <w:r>
        <w:t>hathkadi daal ke is ko arrest kar liya, is bachay ko, 14 saal ke bachay ko.</w:t>
      </w:r>
    </w:p>
    <w:p>
      <w:pPr>
        <w:jc w:val="right"/>
      </w:pPr>
      <w:r>
        <w:t>ہتھکڑی ڈال کے اس کو اریسٹ کر لیا، اس بچے کو، 14 سال کے بچے کو۔</w:t>
      </w:r>
    </w:p>
    <w:p>
      <w:r>
        <w:rPr>
          <w:b/>
        </w:rPr>
        <w:t xml:space="preserve">[11:10] </w:t>
      </w:r>
      <w:r>
        <w:t>phir maloom hua jab is ko check kiya gaya to maloom hua keh yeh to ghari thi, yeh</w:t>
      </w:r>
    </w:p>
    <w:p>
      <w:pPr>
        <w:jc w:val="right"/>
      </w:pPr>
      <w:r>
        <w:t>پھر معلوم ہوا جب اس کو چیک کیا گیا تو معلوم ہوا کہ یہ تو گھڑی تھی، یہ</w:t>
      </w:r>
    </w:p>
    <w:p>
      <w:r>
        <w:rPr>
          <w:b/>
        </w:rPr>
        <w:t xml:space="preserve">[11:14] </w:t>
      </w:r>
      <w:r>
        <w:t>bomb nahi tha.</w:t>
      </w:r>
    </w:p>
    <w:p>
      <w:pPr>
        <w:jc w:val="right"/>
      </w:pPr>
      <w:r>
        <w:t>بام نہیں تھا۔</w:t>
      </w:r>
    </w:p>
    <w:p>
      <w:r>
        <w:rPr>
          <w:b/>
        </w:rPr>
        <w:t xml:space="preserve">[11:16] </w:t>
      </w:r>
      <w:r>
        <w:t>to yeh khabar full for poore America pohnch gayi. kyunkeh aap kal jante hain aap keh media jo</w:t>
      </w:r>
    </w:p>
    <w:p>
      <w:pPr>
        <w:jc w:val="right"/>
      </w:pPr>
      <w:r>
        <w:t>تو یہ خبر فل فور پورے امریکہ پہنچ گئی۔ کیونکہ آپ کل جانتے ہیں آپ کہ میڈیا جو</w:t>
      </w:r>
    </w:p>
    <w:p>
      <w:r>
        <w:rPr>
          <w:b/>
        </w:rPr>
        <w:t xml:space="preserve">[11:22] </w:t>
      </w:r>
      <w:r>
        <w:t>hai, with in second, with in minute, cheezon ko phaila deta hai.</w:t>
      </w:r>
    </w:p>
    <w:p>
      <w:pPr>
        <w:jc w:val="right"/>
      </w:pPr>
      <w:r>
        <w:t>ہے، ود ان سیکنڈ، ود ان منٹ، چیزوں کو پھیلا دیتا ہے۔</w:t>
      </w:r>
    </w:p>
    <w:p>
      <w:r>
        <w:rPr>
          <w:b/>
        </w:rPr>
        <w:t xml:space="preserve">[11:28] </w:t>
      </w:r>
      <w:r>
        <w:t>to saare America mein kahram mach gaya keh kyun is ko arrest kiya.</w:t>
      </w:r>
    </w:p>
    <w:p>
      <w:pPr>
        <w:jc w:val="right"/>
      </w:pPr>
      <w:r>
        <w:t>تو سارے امریکہ میں کہرام مچ گیا کہ کیوں اس کو اریسٹ کیا۔</w:t>
      </w:r>
    </w:p>
    <w:p>
      <w:r>
        <w:rPr>
          <w:b/>
        </w:rPr>
        <w:t xml:space="preserve">[11:36] </w:t>
      </w:r>
      <w:r>
        <w:t>yahan tak keh Obama tak baat pohnchi. Obama ne is bachay ko apne hafizay mein bulaya.</w:t>
      </w:r>
    </w:p>
    <w:p>
      <w:pPr>
        <w:jc w:val="right"/>
      </w:pPr>
      <w:r>
        <w:t>یہاں تک کہ اوباما تک بات پہنچی۔ اوباما نے اس بچے کو اپنے حافظے میں بلایا۔</w:t>
      </w:r>
    </w:p>
    <w:p>
      <w:r>
        <w:rPr>
          <w:b/>
        </w:rPr>
        <w:t xml:space="preserve">[11:44] </w:t>
      </w:r>
      <w:r>
        <w:t>aur is bachay ke liye bohat bara,</w:t>
      </w:r>
    </w:p>
    <w:p>
      <w:pPr>
        <w:jc w:val="right"/>
      </w:pPr>
      <w:r>
        <w:t>اور اس بچے کے لیے بہت بڑا،</w:t>
      </w:r>
    </w:p>
    <w:p>
      <w:r>
        <w:rPr>
          <w:b/>
        </w:rPr>
        <w:t xml:space="preserve">[11:47] </w:t>
      </w:r>
      <w:r>
        <w:t>yani dhai lakh rupay, dhai lakh dollar is ke liye diya aik company ne, keh is ke talib</w:t>
      </w:r>
    </w:p>
    <w:p>
      <w:pPr>
        <w:jc w:val="right"/>
      </w:pPr>
      <w:r>
        <w:t>یعنی ڈھائی لاکھ روپے، ڈھائی لاکھ ڈالر اس کے لیے دیا ایک کمپنی نے، کہ اس کے طالب</w:t>
      </w:r>
    </w:p>
    <w:p>
      <w:r>
        <w:rPr>
          <w:b/>
        </w:rPr>
        <w:t xml:space="preserve">[11:55] </w:t>
      </w:r>
      <w:r>
        <w:t>ke liye hum dete hain. aur is ko bohat achi intizam kiya gaya is ki taleem ka, waghera.</w:t>
      </w:r>
    </w:p>
    <w:p>
      <w:pPr>
        <w:jc w:val="right"/>
      </w:pPr>
      <w:r>
        <w:t>کے لیے ہم دیتے ہیں۔ اور اس کو بہت اچھی انتظام کیا گیا اس کی تعلیم کا، وغیرہ۔</w:t>
      </w:r>
    </w:p>
    <w:p>
      <w:r>
        <w:rPr>
          <w:b/>
        </w:rPr>
        <w:t xml:space="preserve">[12:03] </w:t>
      </w:r>
      <w:r>
        <w:t>to yeh kyun? aik taraf hathkadi dala, aur doosri taraf is ko itna bara izaz diya, kyun aisa</w:t>
      </w:r>
    </w:p>
    <w:p>
      <w:pPr>
        <w:jc w:val="right"/>
      </w:pPr>
      <w:r>
        <w:t>تو یہ کیوں؟ ایک طرف ہتھکڑی ڈالا، اور دوسری طرف اس کو اتنا بڑا اعزاز دیا، کیوں ایسا</w:t>
      </w:r>
    </w:p>
    <w:p>
      <w:r>
        <w:rPr>
          <w:b/>
        </w:rPr>
        <w:t xml:space="preserve">[12:09] </w:t>
      </w:r>
      <w:r>
        <w:t>hua? to mein ne mehsoos kiya America ke ke mutalay ke baad</w:t>
      </w:r>
    </w:p>
    <w:p>
      <w:pPr>
        <w:jc w:val="right"/>
      </w:pPr>
      <w:r>
        <w:t>ہوا؟ تو میں نے محسوس کیا امریکہ کے کے مطالعے کے بعد</w:t>
      </w:r>
    </w:p>
    <w:p>
      <w:r>
        <w:rPr>
          <w:b/>
        </w:rPr>
        <w:t xml:space="preserve">[12:17] </w:t>
      </w:r>
      <w:r>
        <w:t>keh America ke log</w:t>
      </w:r>
    </w:p>
    <w:p>
      <w:pPr>
        <w:jc w:val="right"/>
      </w:pPr>
      <w:r>
        <w:t>کہ امریکہ کے لوگ</w:t>
      </w:r>
    </w:p>
    <w:p>
      <w:r>
        <w:rPr>
          <w:b/>
        </w:rPr>
        <w:t xml:space="preserve">[12:20] </w:t>
      </w:r>
      <w:r>
        <w:t>do bohat zabardast un ke andar</w:t>
      </w:r>
    </w:p>
    <w:p>
      <w:pPr>
        <w:jc w:val="right"/>
      </w:pPr>
      <w:r>
        <w:t>دو بہت زبردست ان کے اندر</w:t>
      </w:r>
    </w:p>
    <w:p>
      <w:r>
        <w:rPr>
          <w:b/>
        </w:rPr>
        <w:t xml:space="preserve">[12:24] </w:t>
      </w:r>
      <w:r>
        <w:t>soch hai. ek hai human dignity,</w:t>
      </w:r>
    </w:p>
    <w:p>
      <w:pPr>
        <w:jc w:val="right"/>
      </w:pPr>
      <w:r>
        <w:t>سوچ ہے۔ ایک ہے ہیومن ڈگنٹی،</w:t>
      </w:r>
    </w:p>
    <w:p>
      <w:r>
        <w:rPr>
          <w:b/>
        </w:rPr>
        <w:t xml:space="preserve">[12:30] </w:t>
      </w:r>
      <w:r>
        <w:t>insani waqar. human dignity ko bohat ziyada mante hain woh.</w:t>
      </w:r>
    </w:p>
    <w:p>
      <w:pPr>
        <w:jc w:val="right"/>
      </w:pPr>
      <w:r>
        <w:t>انسانی وقار۔ ہیومن ڈگنٹی کو بہت زیادہ مانتے ہیں وہ۔</w:t>
      </w:r>
    </w:p>
    <w:p>
      <w:r>
        <w:rPr>
          <w:b/>
        </w:rPr>
        <w:t xml:space="preserve">[12:36] </w:t>
      </w:r>
      <w:r>
        <w:t>bohat ziyada. aur doosri taraf un ka apna system, system unhon ne jo banaya woh bohat hi aala</w:t>
      </w:r>
    </w:p>
    <w:p>
      <w:pPr>
        <w:jc w:val="right"/>
      </w:pPr>
      <w:r>
        <w:t>بہت زیادہ۔ اور دوسری طرف ان کا اپنا سسٹم، سسٹم انہوں نے جو بنایا وہ بہت ہی اعلیٰ</w:t>
      </w:r>
    </w:p>
    <w:p>
      <w:r>
        <w:rPr>
          <w:b/>
        </w:rPr>
        <w:t xml:space="preserve">[12:42] </w:t>
      </w:r>
      <w:r>
        <w:t>darje ka hai.</w:t>
      </w:r>
    </w:p>
    <w:p>
      <w:pPr>
        <w:jc w:val="right"/>
      </w:pPr>
      <w:r>
        <w:t>درجے کا ہے۔</w:t>
      </w:r>
    </w:p>
    <w:p>
      <w:r>
        <w:rPr>
          <w:b/>
        </w:rPr>
        <w:t xml:space="preserve">[12:46] </w:t>
      </w:r>
      <w:r>
        <w:t>shayad dunya mein sab se aala darje ka system amreeka mein hai. to system ke baray mein bohat</w:t>
      </w:r>
    </w:p>
    <w:p>
      <w:pPr>
        <w:jc w:val="right"/>
      </w:pPr>
      <w:r>
        <w:t>شاید دنیا میں سب سے اعلیٰ درجے کا سسٹم امریکہ میں ہے۔ تو سسٹم کے بارے میں بہت</w:t>
      </w:r>
    </w:p>
    <w:p>
      <w:r>
        <w:rPr>
          <w:b/>
        </w:rPr>
        <w:t xml:space="preserve">[12:52] </w:t>
      </w:r>
      <w:r>
        <w:t>sensitive hain woh.</w:t>
      </w:r>
    </w:p>
    <w:p>
      <w:pPr>
        <w:jc w:val="right"/>
      </w:pPr>
      <w:r>
        <w:t>سینسٹیو ہیں وہ۔</w:t>
      </w:r>
    </w:p>
    <w:p>
      <w:r>
        <w:rPr>
          <w:b/>
        </w:rPr>
        <w:t xml:space="preserve">[12:54] </w:t>
      </w:r>
      <w:r>
        <w:t>zara bhi system mein koi un ko risk mehsoos ho to foran woh active ho jatay hain.</w:t>
      </w:r>
    </w:p>
    <w:p>
      <w:pPr>
        <w:jc w:val="right"/>
      </w:pPr>
      <w:r>
        <w:t>ذرا بھی سسٹم میں کوئی ان کو رسک محسوس ہو تو فوراً وہ ایکٹو ہو جاتے ہیں۔</w:t>
      </w:r>
    </w:p>
    <w:p>
      <w:r>
        <w:rPr>
          <w:b/>
        </w:rPr>
        <w:t xml:space="preserve">[13:03] </w:t>
      </w:r>
      <w:r>
        <w:t>to ek taraf system ke baray mein sensitive hain, aur doosri taraf human dignity ke baray mein bhi</w:t>
      </w:r>
    </w:p>
    <w:p>
      <w:pPr>
        <w:jc w:val="right"/>
      </w:pPr>
      <w:r>
        <w:t>تو ایک طرف سسٹم کے بارے میں سینسٹیو ہیں، اور دوسری طرف ہیومن ڈگنٹی کے بارے میں بھی</w:t>
      </w:r>
    </w:p>
    <w:p>
      <w:r>
        <w:rPr>
          <w:b/>
        </w:rPr>
        <w:t xml:space="preserve">[13:09] </w:t>
      </w:r>
      <w:r>
        <w:t>sensitive hain woh.</w:t>
      </w:r>
    </w:p>
    <w:p>
      <w:pPr>
        <w:jc w:val="right"/>
      </w:pPr>
      <w:r>
        <w:t>سینسٹیو ہیں وہ۔</w:t>
      </w:r>
    </w:p>
    <w:p>
      <w:r>
        <w:rPr>
          <w:b/>
        </w:rPr>
        <w:t xml:space="preserve">[13:12] </w:t>
      </w:r>
      <w:r>
        <w:t>to is bachay ne jo clock pesh ki,</w:t>
      </w:r>
    </w:p>
    <w:p>
      <w:pPr>
        <w:jc w:val="right"/>
      </w:pPr>
      <w:r>
        <w:t>تو اس بچے نے جو کلاک پیش کی،</w:t>
      </w:r>
    </w:p>
    <w:p>
      <w:r>
        <w:rPr>
          <w:b/>
        </w:rPr>
        <w:t xml:space="preserve">[13:15] </w:t>
      </w:r>
      <w:r>
        <w:t>to jab un ko laga ke yeh to bomb hai, to foran woh active ho gaye.</w:t>
      </w:r>
    </w:p>
    <w:p>
      <w:pPr>
        <w:jc w:val="right"/>
      </w:pPr>
      <w:r>
        <w:t>تو جب ان کو لگا کہ یہ تو بام ہے، تو فوراً وہ ایکٹو ہو گئے۔</w:t>
      </w:r>
    </w:p>
    <w:p>
      <w:r>
        <w:rPr>
          <w:b/>
        </w:rPr>
        <w:t xml:space="preserve">[13:20] </w:t>
      </w:r>
      <w:r>
        <w:t>kyun ke un ka jo system hai, woh bomb nahi pasand karte. lekin jaise hi unhein pata chala ke</w:t>
      </w:r>
    </w:p>
    <w:p>
      <w:pPr>
        <w:jc w:val="right"/>
      </w:pPr>
      <w:r>
        <w:t>کیونکہ ان کا جو سسٹم ہے، وہ بام نہیں پسند کرتے۔ لیکن جیسے ہی انہیں پتہ چلا کہ</w:t>
      </w:r>
    </w:p>
    <w:p>
      <w:r>
        <w:rPr>
          <w:b/>
        </w:rPr>
        <w:t xml:space="preserve">[13:27] </w:t>
      </w:r>
      <w:r>
        <w:t>bomb nahi tha, yeh to insaan, yeh to is ki expertise kamaal tha, to foran badal gaye woh.</w:t>
      </w:r>
    </w:p>
    <w:p>
      <w:pPr>
        <w:jc w:val="right"/>
      </w:pPr>
      <w:r>
        <w:t>بام نہیں تھا، یہ تو انسان، یہ تو اس کی ایکسپرٹیز کمال تھا، تو فوراً بدل گئے وہ۔</w:t>
      </w:r>
    </w:p>
    <w:p>
      <w:r>
        <w:rPr>
          <w:b/>
        </w:rPr>
        <w:t xml:space="preserve">[13:35] </w:t>
      </w:r>
      <w:r>
        <w:t>aur is ke baad is ko bohat bara darja diya gaya,</w:t>
      </w:r>
    </w:p>
    <w:p>
      <w:pPr>
        <w:jc w:val="right"/>
      </w:pPr>
      <w:r>
        <w:t>اور اس کے بعد اس کو بہت بڑا درجہ دیا گیا،</w:t>
      </w:r>
    </w:p>
    <w:p>
      <w:r>
        <w:rPr>
          <w:b/>
        </w:rPr>
        <w:t xml:space="preserve">[13:39] </w:t>
      </w:r>
      <w:r>
        <w:t>president obama ke office mein is ko le jaya gaya, aur bohat ziyada is ko tareefen ki gaein.</w:t>
      </w:r>
    </w:p>
    <w:p>
      <w:pPr>
        <w:jc w:val="right"/>
      </w:pPr>
      <w:r>
        <w:t>پریزیڈنٹ اوباما کے آفس میں اس کو لے جایا گیا، اور بہت زیادہ اس کو تعریفیں کی گئیں۔</w:t>
      </w:r>
    </w:p>
    <w:p>
      <w:r>
        <w:rPr>
          <w:b/>
        </w:rPr>
        <w:t xml:space="preserve">[13:48] </w:t>
      </w:r>
      <w:r>
        <w:t>khud mujh ko bhi ek chota sa tajurba hua is safar mein.</w:t>
      </w:r>
    </w:p>
    <w:p>
      <w:pPr>
        <w:jc w:val="right"/>
      </w:pPr>
      <w:r>
        <w:t>خود مجھ کو بھی ایک چھوٹا سا تجربہ ہوا اس سفر میں۔</w:t>
      </w:r>
    </w:p>
    <w:p>
      <w:r>
        <w:rPr>
          <w:b/>
        </w:rPr>
        <w:t xml:space="preserve">[13:53] </w:t>
      </w:r>
      <w:r>
        <w:t>new york airport par unhon ne mujhe</w:t>
      </w:r>
    </w:p>
    <w:p>
      <w:pPr>
        <w:jc w:val="right"/>
      </w:pPr>
      <w:r>
        <w:t>نیویارک ایئرپورٹ پر انہوں نے مجھے</w:t>
      </w:r>
    </w:p>
    <w:p>
      <w:r>
        <w:rPr>
          <w:b/>
        </w:rPr>
        <w:t xml:space="preserve">[13:57] </w:t>
      </w:r>
      <w:r>
        <w:t>ek khusoosi checking ka ek hissa tha, ek bohat bara kamra, wahan le gaye mujh ko, wahan bitha</w:t>
      </w:r>
    </w:p>
    <w:p>
      <w:pPr>
        <w:jc w:val="right"/>
      </w:pPr>
      <w:r>
        <w:t>ایک خصوصی چیکنگ کا ایک حصہ تھا، ایک بہت بڑا کمرہ، وہاں لے گئے مجھ کو، وہاں بٹھا</w:t>
      </w:r>
    </w:p>
    <w:p>
      <w:r>
        <w:rPr>
          <w:b/>
        </w:rPr>
        <w:t xml:space="preserve">[14:05] </w:t>
      </w:r>
      <w:r>
        <w:t>diya. to baat kya thi? mere jo papers thay, us mein ek jagah likha hua tha</w:t>
      </w:r>
    </w:p>
    <w:p>
      <w:pPr>
        <w:jc w:val="right"/>
      </w:pPr>
      <w:r>
        <w:t>دیا۔ تو بات کیا تھی؟ میرے جو پیپرز تھے، اس میں ایک جگہ لکھا ہوا تھا</w:t>
      </w:r>
    </w:p>
    <w:p>
      <w:r>
        <w:rPr>
          <w:b/>
        </w:rPr>
        <w:t xml:space="preserve">[14:14] </w:t>
      </w:r>
      <w:r>
        <w:t>maulana wahiduddin, ek jagah likha tha maulana khan. ab un ko yeh hua ke ek aadmi ke</w:t>
      </w:r>
    </w:p>
    <w:p>
      <w:pPr>
        <w:jc w:val="right"/>
      </w:pPr>
      <w:r>
        <w:t>مولانا وحید الدین، ایک جگہ لکھا تھا مولانا خان۔ اب ان کو یہ ہوا کہ ایک آدمی کے</w:t>
      </w:r>
    </w:p>
    <w:p>
      <w:r>
        <w:rPr>
          <w:b/>
        </w:rPr>
        <w:t xml:space="preserve">[14:19] </w:t>
      </w:r>
      <w:r>
        <w:t>do naam to ho nahi sakte.</w:t>
      </w:r>
    </w:p>
    <w:p>
      <w:pPr>
        <w:jc w:val="right"/>
      </w:pPr>
      <w:r>
        <w:t>دو نام تو ہو نہیں سکتے۔</w:t>
      </w:r>
    </w:p>
    <w:p>
      <w:r>
        <w:rPr>
          <w:b/>
        </w:rPr>
        <w:t xml:space="preserve">[14:23] </w:t>
      </w:r>
      <w:r>
        <w:t>to mere baray mein un ko shakk ho gaya ke kya hai yeh aadmi. to bitha diya un</w:t>
      </w:r>
    </w:p>
    <w:p>
      <w:pPr>
        <w:jc w:val="right"/>
      </w:pPr>
      <w:r>
        <w:t>تو میرے بارے میں ان کو شک ہو گیا کہ کیا ہے یہ آدمی۔ تو بٹھا دیا ان</w:t>
      </w:r>
    </w:p>
    <w:p>
      <w:r>
        <w:rPr>
          <w:b/>
        </w:rPr>
        <w:t xml:space="preserve">[14:27] </w:t>
      </w:r>
      <w:r>
        <w:t>ko, mujh ko, aur bohat der tak bithaye rahe, aur checking karte rahe. to mere sath sadia thi,</w:t>
      </w:r>
    </w:p>
    <w:p>
      <w:pPr>
        <w:jc w:val="right"/>
      </w:pPr>
      <w:r>
        <w:t>کو، مجھ کو، اور بہت دیر تک بٹھائے رہے، اور چیکنگ کرتے رہے۔ تو میرے ساتھ سعدیہ تھی،</w:t>
      </w:r>
    </w:p>
    <w:p>
      <w:r>
        <w:rPr>
          <w:b/>
        </w:rPr>
        <w:t xml:space="preserve">[14:34] </w:t>
      </w:r>
      <w:r>
        <w:t>sadia se main ne kaha ja kar un se kaho ke woh blood pressure ke mareez hain, to</w:t>
      </w:r>
    </w:p>
    <w:p>
      <w:pPr>
        <w:jc w:val="right"/>
      </w:pPr>
      <w:r>
        <w:t>سعدیہ سے میں نے کہا جا کر ان سے کہو کہ وہ بلڈ پریشر کے مریض ہیں، تو</w:t>
      </w:r>
    </w:p>
    <w:p>
      <w:r>
        <w:rPr>
          <w:b/>
        </w:rPr>
        <w:t xml:space="preserve">[14:40] </w:t>
      </w:r>
      <w:r>
        <w:t>is tarah se to ho sakta hai ke blood pressure barh jaye ga in ka, to kiya hoga?</w:t>
      </w:r>
    </w:p>
    <w:p>
      <w:pPr>
        <w:jc w:val="right"/>
      </w:pPr>
      <w:r>
        <w:t>اس طرح سے تو ہو سکتا ہے کہ بلڈ پریشر بڑھ جائے گا ان کا، تو کیا ہوگا؟</w:t>
      </w:r>
    </w:p>
    <w:p>
      <w:r>
        <w:rPr>
          <w:b/>
        </w:rPr>
        <w:t xml:space="preserve">[14:44] </w:t>
      </w:r>
      <w:r>
        <w:t>to jaisay hi is ne kaha, ful fur is ne</w:t>
      </w:r>
    </w:p>
    <w:p>
      <w:pPr>
        <w:jc w:val="right"/>
      </w:pPr>
      <w:r>
        <w:t>تو جیسے ہی اس نے کہا، فل فور اس نے</w:t>
      </w:r>
    </w:p>
    <w:p>
      <w:r>
        <w:rPr>
          <w:b/>
        </w:rPr>
        <w:t xml:space="preserve">[14:50] </w:t>
      </w:r>
      <w:r>
        <w:t>wo passport de diya, kaha wo</w:t>
      </w:r>
    </w:p>
    <w:p>
      <w:pPr>
        <w:jc w:val="right"/>
      </w:pPr>
      <w:r>
        <w:t>وہ پاسپورٹ دے دیا، کہا وہ</w:t>
      </w:r>
    </w:p>
    <w:p>
      <w:r>
        <w:rPr>
          <w:b/>
        </w:rPr>
        <w:t xml:space="preserve">[14:53] </w:t>
      </w:r>
      <w:r>
        <w:t>jayen, aur usi waqt telephone kar ke wahi bula diya, yeh wheel chair bhi. to jab tak</w:t>
      </w:r>
    </w:p>
    <w:p>
      <w:pPr>
        <w:jc w:val="right"/>
      </w:pPr>
      <w:r>
        <w:t>جائیں، اور اسی وقت ٹیلی فون کر کے وہی بلا دیا، یہ ویل چیئر بھی۔ تو جب تک</w:t>
      </w:r>
    </w:p>
    <w:p>
      <w:r>
        <w:rPr>
          <w:b/>
        </w:rPr>
        <w:t xml:space="preserve">[15:00] </w:t>
      </w:r>
      <w:r>
        <w:t>in ko apnay system ke baray mein shakk tha, to unhon ne detain kiya mujh ko. jab yeh</w:t>
      </w:r>
    </w:p>
    <w:p>
      <w:pPr>
        <w:jc w:val="right"/>
      </w:pPr>
      <w:r>
        <w:t>ان کو اپنے سسٹم کے بارے میں شک تھا، تو انہوں نے ڈیٹین کیا مجھ کو۔ جب یہ</w:t>
      </w:r>
    </w:p>
    <w:p>
      <w:r>
        <w:rPr>
          <w:b/>
        </w:rPr>
        <w:t xml:space="preserve">[15:05] </w:t>
      </w:r>
      <w:r>
        <w:t>laga ke main, meri,</w:t>
      </w:r>
    </w:p>
    <w:p>
      <w:pPr>
        <w:jc w:val="right"/>
      </w:pPr>
      <w:r>
        <w:t>لگا کہ میں، میری،</w:t>
      </w:r>
    </w:p>
    <w:p>
      <w:r>
        <w:rPr>
          <w:b/>
        </w:rPr>
        <w:t xml:space="preserve">[15:09] </w:t>
      </w:r>
      <w:r>
        <w:t>meri human dignity ka muamla hai, meri health ka muamla hai, to foran badal gaye wo.</w:t>
      </w:r>
    </w:p>
    <w:p>
      <w:pPr>
        <w:jc w:val="right"/>
      </w:pPr>
      <w:r>
        <w:t>میری ہیومن ڈگنٹی کا معاملہ ہے، میری ہیلتھ کا معاملہ ہے، تو فوراً بدل گئے وہ۔</w:t>
      </w:r>
    </w:p>
    <w:p>
      <w:r>
        <w:rPr>
          <w:b/>
        </w:rPr>
        <w:t xml:space="preserve">[15:15] </w:t>
      </w:r>
      <w:r>
        <w:t>to wisdom agar ho hamaray andar,</w:t>
      </w:r>
    </w:p>
    <w:p>
      <w:pPr>
        <w:jc w:val="right"/>
      </w:pPr>
      <w:r>
        <w:t>تو وزڈم اگر ہو ہمارے اندر،</w:t>
      </w:r>
    </w:p>
    <w:p>
      <w:r>
        <w:rPr>
          <w:b/>
        </w:rPr>
        <w:t xml:space="preserve">[15:19] </w:t>
      </w:r>
      <w:r>
        <w:t>tabhi hum kamyab ho sakte hain is dunya mein.</w:t>
      </w:r>
    </w:p>
    <w:p>
      <w:pPr>
        <w:jc w:val="right"/>
      </w:pPr>
      <w:r>
        <w:t>تبھی ہم کامیاب ہو سکتے ہیں اس دنیا میں۔</w:t>
      </w:r>
    </w:p>
    <w:p>
      <w:r>
        <w:rPr>
          <w:b/>
        </w:rPr>
        <w:t xml:space="preserve">[15:25] </w:t>
      </w:r>
      <w:r>
        <w:t>sara muamla yeh hai ke wisdom hamaray andar nahi hai.</w:t>
      </w:r>
    </w:p>
    <w:p>
      <w:pPr>
        <w:jc w:val="right"/>
      </w:pPr>
      <w:r>
        <w:t>سارا معاملہ یہ ہے کہ وزڈم ہمارے اندر نہیں ہے۔</w:t>
      </w:r>
    </w:p>
    <w:p>
      <w:r>
        <w:rPr>
          <w:b/>
        </w:rPr>
        <w:t xml:space="preserve">[15:30] </w:t>
      </w:r>
      <w:r>
        <w:t>aur aik hadith bhi hai ke aakhri zamanay mein meri ummat se, aap ne farmaya ke meri ummat</w:t>
      </w:r>
    </w:p>
    <w:p>
      <w:pPr>
        <w:jc w:val="right"/>
      </w:pPr>
      <w:r>
        <w:t>اور ایک حدیث بھی ہے کہ آخری زمانے میں میری امت سے، آپ نے فرمایا کہ میری امت</w:t>
      </w:r>
    </w:p>
    <w:p>
      <w:r>
        <w:rPr>
          <w:b/>
        </w:rPr>
        <w:t xml:space="preserve">[15:37] </w:t>
      </w:r>
      <w:r>
        <w:t>se do cheezen nikal jayen gi, aik hukm aur doosri salat, yani hikmat aur namaz.</w:t>
      </w:r>
    </w:p>
    <w:p>
      <w:pPr>
        <w:jc w:val="right"/>
      </w:pPr>
      <w:r>
        <w:t>سے دو چیزیں نکل جائیں گی، ایک حکم اور دوسری صلاۃ، یعنی حکمت اور نماز۔</w:t>
      </w:r>
    </w:p>
    <w:p>
      <w:r>
        <w:rPr>
          <w:b/>
        </w:rPr>
        <w:t xml:space="preserve">[15:45] </w:t>
      </w:r>
      <w:r>
        <w:t>to wahan hukm jo hai hikmat ke mani mein hai, yani wisdom ke mani mein hai.</w:t>
      </w:r>
    </w:p>
    <w:p>
      <w:pPr>
        <w:jc w:val="right"/>
      </w:pPr>
      <w:r>
        <w:t>تو وہاں حکم جو ہے حکمت کے معنی میں ہے، یعنی وزڈم کے معنی میں ہے۔</w:t>
      </w:r>
    </w:p>
    <w:p>
      <w:r>
        <w:rPr>
          <w:b/>
        </w:rPr>
        <w:t xml:space="preserve">[15:51] </w:t>
      </w:r>
      <w:r>
        <w:t>wisdom ke mani mein hai.</w:t>
      </w:r>
    </w:p>
    <w:p>
      <w:pPr>
        <w:jc w:val="right"/>
      </w:pPr>
      <w:r>
        <w:t>وزڈم کے معنی میں ہے۔</w:t>
      </w:r>
    </w:p>
    <w:p>
      <w:r>
        <w:rPr>
          <w:b/>
        </w:rPr>
        <w:t xml:space="preserve">[15:54] </w:t>
      </w:r>
      <w:r>
        <w:t>aur is waqt jo saray dunya ke musalman lar rahe hain, lar rahe hain, lar rahe hain, wo</w:t>
      </w:r>
    </w:p>
    <w:p>
      <w:pPr>
        <w:jc w:val="right"/>
      </w:pPr>
      <w:r>
        <w:t>اور اس وقت جو سارے دنیا کے مسلمان لڑ رہے ہیں، لڑ رہے ہیں، لڑ رہے ہیں، وہ</w:t>
      </w:r>
    </w:p>
    <w:p>
      <w:r>
        <w:rPr>
          <w:b/>
        </w:rPr>
        <w:t xml:space="preserve">[15:58] </w:t>
      </w:r>
      <w:r>
        <w:t>kiyoun? waqia yeh hai ke wisdom se khali ho gaye hain. cheezon ko wisdom ke nazar se dekhna</w:t>
      </w:r>
    </w:p>
    <w:p>
      <w:pPr>
        <w:jc w:val="right"/>
      </w:pPr>
      <w:r>
        <w:t>کیوں؟ واقعہ یہ ہے کہ وزڈم سے خالی ہو گئے ہیں۔ چیزوں کو وزڈم کے نظر سے دیکھنا</w:t>
      </w:r>
    </w:p>
    <w:p>
      <w:r>
        <w:rPr>
          <w:b/>
        </w:rPr>
        <w:t xml:space="preserve">[16:04] </w:t>
      </w:r>
      <w:r>
        <w:t>un ko nahi aata.</w:t>
      </w:r>
    </w:p>
    <w:p>
      <w:pPr>
        <w:jc w:val="right"/>
      </w:pPr>
      <w:r>
        <w:t>ان کو نہیں آتا۔</w:t>
      </w:r>
    </w:p>
    <w:p>
      <w:r>
        <w:rPr>
          <w:b/>
        </w:rPr>
        <w:t xml:space="preserve">[16:09] </w:t>
      </w:r>
      <w:r>
        <w:t>aaj ki dunya,</w:t>
      </w:r>
    </w:p>
    <w:p>
      <w:pPr>
        <w:jc w:val="right"/>
      </w:pPr>
      <w:r>
        <w:t>آج کی دنیا،</w:t>
      </w:r>
    </w:p>
    <w:p>
      <w:r>
        <w:rPr>
          <w:b/>
        </w:rPr>
        <w:t xml:space="preserve">[16:11] </w:t>
      </w:r>
      <w:r>
        <w:t>mein samajhta hoon ke pro</w:t>
      </w:r>
    </w:p>
    <w:p>
      <w:pPr>
        <w:jc w:val="right"/>
      </w:pPr>
      <w:r>
        <w:t>میں سمجھتا ہوں کہ پرو</w:t>
      </w:r>
    </w:p>
    <w:p>
      <w:r>
        <w:rPr>
          <w:b/>
        </w:rPr>
        <w:t xml:space="preserve">[16:14] </w:t>
      </w:r>
      <w:r>
        <w:t>Islam hai, aaj ki tamam tarraqqiyan, aaj ki modern civilization,</w:t>
      </w:r>
    </w:p>
    <w:p>
      <w:pPr>
        <w:jc w:val="right"/>
      </w:pPr>
      <w:r>
        <w:t>اسلام ہے، آج کی تمام ترقیاں، آج کی ماڈرن سویلائزیشن،</w:t>
      </w:r>
    </w:p>
    <w:p>
      <w:r>
        <w:rPr>
          <w:b/>
        </w:rPr>
        <w:t xml:space="preserve">[16:20] </w:t>
      </w:r>
      <w:r>
        <w:t>sab kuch pro Islam hai. hamaray liye wo,</w:t>
      </w:r>
    </w:p>
    <w:p>
      <w:pPr>
        <w:jc w:val="right"/>
      </w:pPr>
      <w:r>
        <w:t>سب کچھ پرو اسلام ہے۔ ہمارے لیے وہ،</w:t>
      </w:r>
    </w:p>
    <w:p>
      <w:r>
        <w:rPr>
          <w:b/>
        </w:rPr>
        <w:t xml:space="preserve">[16:26] </w:t>
      </w:r>
      <w:r>
        <w:t>hamaray liye wo</w:t>
      </w:r>
    </w:p>
    <w:p>
      <w:pPr>
        <w:jc w:val="right"/>
      </w:pPr>
      <w:r>
        <w:t>ہمارے لیے وہ</w:t>
      </w:r>
    </w:p>
    <w:p>
      <w:r>
        <w:rPr>
          <w:b/>
        </w:rPr>
        <w:t xml:space="preserve">[16:28] </w:t>
      </w:r>
      <w:r>
        <w:t>har aitbar se support denay wali hai. lekin wisdom na honay ki wajah se samajhtay hain ke yeh</w:t>
      </w:r>
    </w:p>
    <w:p>
      <w:pPr>
        <w:jc w:val="right"/>
      </w:pPr>
      <w:r>
        <w:t>ہر اعتبار سے سپورٹ دینے والی ہے۔ لیکن وزڈم نہ ہونے کی وجہ سے سمجھتے ہیں کہ یہ</w:t>
      </w:r>
    </w:p>
    <w:p>
      <w:r>
        <w:rPr>
          <w:b/>
        </w:rPr>
        <w:t xml:space="preserve">[16:36] </w:t>
      </w:r>
      <w:r>
        <w:t>dushman hai hamari, dushman hai,</w:t>
      </w:r>
    </w:p>
    <w:p>
      <w:pPr>
        <w:jc w:val="right"/>
      </w:pPr>
      <w:r>
        <w:t>دشمن ہے ہماری، دشمن ہے،</w:t>
      </w:r>
    </w:p>
    <w:p>
      <w:r>
        <w:rPr>
          <w:b/>
        </w:rPr>
        <w:t xml:space="preserve">[16:40] </w:t>
      </w:r>
      <w:r>
        <w:t>aur negative ho gaye hain.</w:t>
      </w:r>
    </w:p>
    <w:p>
      <w:pPr>
        <w:jc w:val="right"/>
      </w:pPr>
      <w:r>
        <w:t>اور نیگیٹو ہو گئے ہیں۔</w:t>
      </w:r>
    </w:p>
    <w:p>
      <w:r>
        <w:rPr>
          <w:b/>
        </w:rPr>
        <w:t xml:space="preserve">[16:45] </w:t>
      </w:r>
      <w:r>
        <w:t>to amreeka ke is safar mein mujhe</w:t>
      </w:r>
    </w:p>
    <w:p>
      <w:pPr>
        <w:jc w:val="right"/>
      </w:pPr>
      <w:r>
        <w:t>تو امریکہ کے اس سفر میں مجھے</w:t>
      </w:r>
    </w:p>
    <w:p>
      <w:r>
        <w:rPr>
          <w:b/>
        </w:rPr>
        <w:t xml:space="preserve">[16:49] </w:t>
      </w:r>
      <w:r>
        <w:t>kai tajrubay hue, bohat hi anokhay tajrubay hue.</w:t>
      </w:r>
    </w:p>
    <w:p>
      <w:pPr>
        <w:jc w:val="right"/>
      </w:pPr>
      <w:r>
        <w:t>کئی تجربے ہوئے، بہت ہی انوکھے تجربے ہوئے۔</w:t>
      </w:r>
    </w:p>
    <w:p>
      <w:r>
        <w:rPr>
          <w:b/>
        </w:rPr>
        <w:t xml:space="preserve">[16:53] </w:t>
      </w:r>
      <w:r>
        <w:t>misalan dekhiye, jab mein shikaago airport par utra,</w:t>
      </w:r>
    </w:p>
    <w:p>
      <w:pPr>
        <w:jc w:val="right"/>
      </w:pPr>
      <w:r>
        <w:t>مثلاً دیکھیے، جب میں شکاگو ایئرپورٹ پر اترا،</w:t>
      </w:r>
    </w:p>
    <w:p>
      <w:r>
        <w:rPr>
          <w:b/>
        </w:rPr>
        <w:t xml:space="preserve">[16:59] </w:t>
      </w:r>
      <w:r>
        <w:t>to wahan par aik</w:t>
      </w:r>
    </w:p>
    <w:p>
      <w:pPr>
        <w:jc w:val="right"/>
      </w:pPr>
      <w:r>
        <w:t>تو وہاں پر ایک</w:t>
      </w:r>
    </w:p>
    <w:p>
      <w:r>
        <w:rPr>
          <w:b/>
        </w:rPr>
        <w:t xml:space="preserve">[17:02] </w:t>
      </w:r>
      <w:r>
        <w:t>turk logon ne, jo un ke mannay walay hain,</w:t>
      </w:r>
    </w:p>
    <w:p>
      <w:pPr>
        <w:jc w:val="right"/>
      </w:pPr>
      <w:r>
        <w:t>ترک لوگوں نے، جو ان کے ماننے والے ہیں،</w:t>
      </w:r>
    </w:p>
    <w:p>
      <w:r>
        <w:rPr>
          <w:b/>
        </w:rPr>
        <w:t xml:space="preserve">[17:06] </w:t>
      </w:r>
      <w:r>
        <w:t>baradar glean ke mannay walay hain, unhon ne aik center banaya hai, turkish american center. woh shikaago airport</w:t>
      </w:r>
    </w:p>
    <w:p>
      <w:pPr>
        <w:jc w:val="right"/>
      </w:pPr>
      <w:r>
        <w:t>برادر گلین کے ماننے والے ہیں، انہوں نے ایک سینٹر بنایا ہے، ٹرکش امریکن سینٹر۔ وہ شکاگو ایئرپورٹ</w:t>
      </w:r>
    </w:p>
    <w:p>
      <w:r>
        <w:rPr>
          <w:b/>
        </w:rPr>
        <w:t xml:space="preserve">[17:15] </w:t>
      </w:r>
      <w:r>
        <w:t>ke bohat qareeb hai, turkish american center.</w:t>
      </w:r>
    </w:p>
    <w:p>
      <w:pPr>
        <w:jc w:val="right"/>
      </w:pPr>
      <w:r>
        <w:t>کے بہت قریب ہے، ٹرکش امریکن سینٹر۔</w:t>
      </w:r>
    </w:p>
    <w:p>
      <w:r>
        <w:rPr>
          <w:b/>
        </w:rPr>
        <w:t xml:space="preserve">[17:20] </w:t>
      </w:r>
      <w:r>
        <w:t>to aap jantay hain ke</w:t>
      </w:r>
    </w:p>
    <w:p>
      <w:pPr>
        <w:jc w:val="right"/>
      </w:pPr>
      <w:r>
        <w:t>تو آپ جانتے ہیں کہ</w:t>
      </w:r>
    </w:p>
    <w:p>
      <w:r>
        <w:rPr>
          <w:b/>
        </w:rPr>
        <w:t xml:space="preserve">[17:24] </w:t>
      </w:r>
      <w:r>
        <w:t>yeh glean ki jo party hai, woh saari duniya mein school chalaati hai, bohat hi achhay mayaar, standard</w:t>
      </w:r>
    </w:p>
    <w:p>
      <w:pPr>
        <w:jc w:val="right"/>
      </w:pPr>
      <w:r>
        <w:t>یہ گلین کی جو پارٹی ہے، وہ ساری دنیا میں اسکول چلاتی ہے، بہت ہی اچھے معیار، اسٹینڈرڈ</w:t>
      </w:r>
    </w:p>
    <w:p>
      <w:r>
        <w:rPr>
          <w:b/>
        </w:rPr>
        <w:t xml:space="preserve">[17:31] </w:t>
      </w:r>
      <w:r>
        <w:t>ke school, hazaron hazaron ki tadad mein. to shikaago airport ke paas unhon ne aik bohat achha school</w:t>
      </w:r>
    </w:p>
    <w:p>
      <w:pPr>
        <w:jc w:val="right"/>
      </w:pPr>
      <w:r>
        <w:t>کے اسکول، ہزاروں ہزاروں کی تعداد میں۔ تو شکاگو ایئرپورٹ کے پاس انہوں نے ایک بہت اچھا اسکول</w:t>
      </w:r>
    </w:p>
    <w:p>
      <w:r>
        <w:rPr>
          <w:b/>
        </w:rPr>
        <w:t xml:space="preserve">[17:40] </w:t>
      </w:r>
      <w:r>
        <w:t>kholda hai, wahan par center banaya hai, is ka naam hai turkish american center. to wahan mujhe le</w:t>
      </w:r>
    </w:p>
    <w:p>
      <w:pPr>
        <w:jc w:val="right"/>
      </w:pPr>
      <w:r>
        <w:t>کھولا ہے، وہاں پر سینٹر بنایا ہے، اس کا نام ہے ٹرکش امریکن سینٹر۔ تو وہاں مجھے لے</w:t>
      </w:r>
    </w:p>
    <w:p>
      <w:r>
        <w:rPr>
          <w:b/>
        </w:rPr>
        <w:t xml:space="preserve">[17:47] </w:t>
      </w:r>
      <w:r>
        <w:t>gaye woh. woh itna shandaar tha,</w:t>
      </w:r>
    </w:p>
    <w:p>
      <w:pPr>
        <w:jc w:val="right"/>
      </w:pPr>
      <w:r>
        <w:t>گئے وہ۔ وہ اتنا شاندار تھا،</w:t>
      </w:r>
    </w:p>
    <w:p>
      <w:r>
        <w:rPr>
          <w:b/>
        </w:rPr>
        <w:t xml:space="preserve">[17:52] </w:t>
      </w:r>
      <w:r>
        <w:t>itna shandaar tha ke dekh kar mere zabaan se jo nikla, jo lafz, woh yeh tha ke</w:t>
      </w:r>
    </w:p>
    <w:p>
      <w:pPr>
        <w:jc w:val="right"/>
      </w:pPr>
      <w:r>
        <w:t>اتنا شاندار تھا کہ دیکھ کر میرے زبان سے جو نکلا، جو لفظ، وہ یہ تھا کہ</w:t>
      </w:r>
    </w:p>
    <w:p>
      <w:r>
        <w:rPr>
          <w:b/>
        </w:rPr>
        <w:t xml:space="preserve">[18:00] </w:t>
      </w:r>
      <w:r>
        <w:t>superpower with in superpower.</w:t>
      </w:r>
    </w:p>
    <w:p>
      <w:pPr>
        <w:jc w:val="right"/>
      </w:pPr>
      <w:r>
        <w:t>سپر پاور ود ان سپر پاور۔</w:t>
      </w:r>
    </w:p>
    <w:p>
      <w:r>
        <w:rPr>
          <w:b/>
        </w:rPr>
        <w:t xml:space="preserve">[18:04] </w:t>
      </w:r>
      <w:r>
        <w:t>yani amreeka khud aik superpower hai,</w:t>
      </w:r>
    </w:p>
    <w:p>
      <w:pPr>
        <w:jc w:val="right"/>
      </w:pPr>
      <w:r>
        <w:t>یعنی امریکہ خود ایک سپر پاور ہے،</w:t>
      </w:r>
    </w:p>
    <w:p>
      <w:r>
        <w:rPr>
          <w:b/>
        </w:rPr>
        <w:t xml:space="preserve">[18:08] </w:t>
      </w:r>
      <w:r>
        <w:t>is ke andar aik, aik aur, aik aur superpower bana hua hai, yani american</w:t>
      </w:r>
    </w:p>
    <w:p>
      <w:pPr>
        <w:jc w:val="right"/>
      </w:pPr>
      <w:r>
        <w:t>اس کے اندر ایک، ایک اور، ایک اور سپر پاور بنا ہوا ہے، یعنی امریکن</w:t>
      </w:r>
    </w:p>
    <w:p>
      <w:r>
        <w:rPr>
          <w:b/>
        </w:rPr>
        <w:t xml:space="preserve">[18:17] </w:t>
      </w:r>
      <w:r>
        <w:t>superpower ke andar.</w:t>
      </w:r>
    </w:p>
    <w:p>
      <w:pPr>
        <w:jc w:val="right"/>
      </w:pPr>
      <w:r>
        <w:t>سپر پاور کے اندر۔</w:t>
      </w:r>
    </w:p>
    <w:p>
      <w:r>
        <w:rPr>
          <w:b/>
        </w:rPr>
        <w:t xml:space="preserve">[18:21] </w:t>
      </w:r>
      <w:r>
        <w:t>to yeh logon ne jo, yeh log jo kaam kar rahay hain taleem ka, woh itna bara hai</w:t>
      </w:r>
    </w:p>
    <w:p>
      <w:pPr>
        <w:jc w:val="right"/>
      </w:pPr>
      <w:r>
        <w:t>تو یہ لوگوں نے جو، یہ لوگ جو کام کر رہے ہیں تعلیم کا، وہ اتنا بڑا ہے</w:t>
      </w:r>
    </w:p>
    <w:p>
      <w:r>
        <w:rPr>
          <w:b/>
        </w:rPr>
        <w:t xml:space="preserve">[18:26] </w:t>
      </w:r>
      <w:r>
        <w:t>ke is ko aap keh saktay hain ke educational empire.</w:t>
      </w:r>
    </w:p>
    <w:p>
      <w:pPr>
        <w:jc w:val="right"/>
      </w:pPr>
      <w:r>
        <w:t>کہ اس کو آپ کہہ سکتے ہیں کہ ایجوکیشنل ایمپائر۔</w:t>
      </w:r>
    </w:p>
    <w:p>
      <w:r>
        <w:rPr>
          <w:b/>
        </w:rPr>
        <w:t xml:space="preserve">[18:31] </w:t>
      </w:r>
      <w:r>
        <w:t>to empire with in empire hai woh.</w:t>
      </w:r>
    </w:p>
    <w:p>
      <w:pPr>
        <w:jc w:val="right"/>
      </w:pPr>
      <w:r>
        <w:t>تو ایمپائر ود ان ایمپائر ہے وہ۔</w:t>
      </w:r>
    </w:p>
    <w:p>
      <w:r>
        <w:rPr>
          <w:b/>
        </w:rPr>
        <w:t xml:space="preserve">[18:35] </w:t>
      </w:r>
      <w:r>
        <w:t>empire with in empire.</w:t>
      </w:r>
    </w:p>
    <w:p>
      <w:pPr>
        <w:jc w:val="right"/>
      </w:pPr>
      <w:r>
        <w:t>ایمپائر ود ان ایمپائر۔</w:t>
      </w:r>
    </w:p>
    <w:p>
      <w:r>
        <w:rPr>
          <w:b/>
        </w:rPr>
        <w:t xml:space="preserve">[18:39] </w:t>
      </w:r>
      <w:r>
        <w:t>to is ke maani hain kya? amreeka apni, apnay security ke liye bohat hassas hai, apni security ke</w:t>
      </w:r>
    </w:p>
    <w:p>
      <w:pPr>
        <w:jc w:val="right"/>
      </w:pPr>
      <w:r>
        <w:t>تو اس کے معنی ہیں کیا؟ امریکہ اپنی، اپنے سیکیورٹی کے لیے بہت حساس ہے، اپنی سیکیورٹی کے</w:t>
      </w:r>
    </w:p>
    <w:p>
      <w:r>
        <w:rPr>
          <w:b/>
        </w:rPr>
        <w:t xml:space="preserve">[18:50] </w:t>
      </w:r>
      <w:r>
        <w:t>liye be hadd hassas hai. isi ke saath woh insaan ko azaadi bhi qabil deta hai.</w:t>
      </w:r>
    </w:p>
    <w:p>
      <w:pPr>
        <w:jc w:val="right"/>
      </w:pPr>
      <w:r>
        <w:t>لیے بے حد حساس ہے۔ اسی کے ساتھ وہ انسان کو آزادی بھی قابل دیتا ہے۔</w:t>
      </w:r>
    </w:p>
    <w:p>
      <w:r>
        <w:rPr>
          <w:b/>
        </w:rPr>
        <w:t xml:space="preserve">[18:58] </w:t>
      </w:r>
      <w:r>
        <w:t>insaan ko poori azaadi.</w:t>
      </w:r>
    </w:p>
    <w:p>
      <w:pPr>
        <w:jc w:val="right"/>
      </w:pPr>
      <w:r>
        <w:t>انسان کو پوری آزادی۔</w:t>
      </w:r>
    </w:p>
    <w:p>
      <w:r>
        <w:rPr>
          <w:b/>
        </w:rPr>
        <w:t xml:space="preserve">[19:01] </w:t>
      </w:r>
      <w:r>
        <w:t>to turkon ko yeh azaadi haasil hai ke woh amreeka mein school banayein, bohat hi aala darjay ke</w:t>
      </w:r>
    </w:p>
    <w:p>
      <w:pPr>
        <w:jc w:val="right"/>
      </w:pPr>
      <w:r>
        <w:t>تو ترکوں کو یہ آزادی حاصل ہے کہ وہ امریکہ میں اسکول بنائیں، بہت ہی اعلیٰ درجے کے</w:t>
      </w:r>
    </w:p>
    <w:p>
      <w:r>
        <w:rPr>
          <w:b/>
        </w:rPr>
        <w:t xml:space="preserve">[19:07] </w:t>
      </w:r>
      <w:r>
        <w:t>ischool, aur itne bare paimane par is ka nizam banayein ke woh goya ke ek educational empire ban</w:t>
      </w:r>
    </w:p>
    <w:p>
      <w:pPr>
        <w:jc w:val="right"/>
      </w:pPr>
      <w:r>
        <w:t>اسکول، اور اتنے بڑے پیمانے پر اس کا نظام بنائیں کہ وہ گویا کہ ایک ایجوکیشنل ایمپائر بن</w:t>
      </w:r>
    </w:p>
    <w:p>
      <w:r>
        <w:rPr>
          <w:b/>
        </w:rPr>
        <w:t xml:space="preserve">[19:16] </w:t>
      </w:r>
      <w:r>
        <w:t>jaye, jaisa ke hai is waqt.</w:t>
      </w:r>
    </w:p>
    <w:p>
      <w:pPr>
        <w:jc w:val="right"/>
      </w:pPr>
      <w:r>
        <w:t>جائے، جیسا کہ ہے اس وقت۔</w:t>
      </w:r>
    </w:p>
    <w:p>
      <w:r>
        <w:rPr>
          <w:b/>
        </w:rPr>
        <w:t xml:space="preserve">[19:20] </w:t>
      </w:r>
      <w:r>
        <w:t>yeh, yeh zamane ki baat hai.</w:t>
      </w:r>
    </w:p>
    <w:p>
      <w:pPr>
        <w:jc w:val="right"/>
      </w:pPr>
      <w:r>
        <w:t>یہ، یہ زمانے کی بات ہے۔</w:t>
      </w:r>
    </w:p>
    <w:p>
      <w:r>
        <w:rPr>
          <w:b/>
        </w:rPr>
        <w:t xml:space="preserve">[19:25] </w:t>
      </w:r>
      <w:r>
        <w:t>to agar America apni security ke aitbar se kahin aap ke khilaf koi baat karta hai to aap</w:t>
      </w:r>
    </w:p>
    <w:p>
      <w:pPr>
        <w:jc w:val="right"/>
      </w:pPr>
      <w:r>
        <w:t>تو اگر امریکہ اپنی سیکیورٹی کے اعتبار سے کہیں آپ کے خلاف کوئی بات کرتا ہے تو آپ</w:t>
      </w:r>
    </w:p>
    <w:p>
      <w:r>
        <w:rPr>
          <w:b/>
        </w:rPr>
        <w:t xml:space="preserve">[19:30] </w:t>
      </w:r>
      <w:r>
        <w:t>ghusa ho jate hain? Yeh nahi sochte ke</w:t>
      </w:r>
    </w:p>
    <w:p>
      <w:pPr>
        <w:jc w:val="right"/>
      </w:pPr>
      <w:r>
        <w:t>غصہ ہو جاتے ہیں؟ یہ نہیں سوچتے کہ</w:t>
      </w:r>
    </w:p>
    <w:p>
      <w:r>
        <w:rPr>
          <w:b/>
        </w:rPr>
        <w:t xml:space="preserve">[19:34] </w:t>
      </w:r>
      <w:r>
        <w:t>dusra pehlu aur bhi hai</w:t>
      </w:r>
    </w:p>
    <w:p>
      <w:pPr>
        <w:jc w:val="right"/>
      </w:pPr>
      <w:r>
        <w:t>دوسرا پہلو اور بھی ہے</w:t>
      </w:r>
    </w:p>
    <w:p>
      <w:r>
        <w:rPr>
          <w:b/>
        </w:rPr>
        <w:t xml:space="preserve">[19:37] </w:t>
      </w:r>
      <w:r>
        <w:t>ke security ke point of view se woh bohat zyada hassas hain, aur hona chahiye,</w:t>
      </w:r>
    </w:p>
    <w:p>
      <w:pPr>
        <w:jc w:val="right"/>
      </w:pPr>
      <w:r>
        <w:t>کہ سیکیورٹی کے پوائنٹ آف ویو سے وہ بہت زیادہ حساس ہیں، اور ہونا چاہیے،</w:t>
      </w:r>
    </w:p>
    <w:p>
      <w:r>
        <w:rPr>
          <w:b/>
        </w:rPr>
        <w:t xml:space="preserve">[19:43] </w:t>
      </w:r>
      <w:r>
        <w:t>apne system ki hifazat ke liye.</w:t>
      </w:r>
    </w:p>
    <w:p>
      <w:pPr>
        <w:jc w:val="right"/>
      </w:pPr>
      <w:r>
        <w:t>اپنے سسٹم کی حفاظت کے لیے۔</w:t>
      </w:r>
    </w:p>
    <w:p>
      <w:r>
        <w:rPr>
          <w:b/>
        </w:rPr>
        <w:t xml:space="preserve">[19:46] </w:t>
      </w:r>
      <w:r>
        <w:t>lekin dusra jo pehlu hai woh hai insaan ki azadi. Woh aap ko azadi de rahe hain ke</w:t>
      </w:r>
    </w:p>
    <w:p>
      <w:pPr>
        <w:jc w:val="right"/>
      </w:pPr>
      <w:r>
        <w:t>لیکن دوسرا جو پہلو ہے وہ ہے انسان کی آزادی۔ وہ آپ کو آزادی دے رہے ہیں کہ</w:t>
      </w:r>
    </w:p>
    <w:p>
      <w:r>
        <w:rPr>
          <w:b/>
        </w:rPr>
        <w:t xml:space="preserve">[19:52] </w:t>
      </w:r>
      <w:r>
        <w:t>agar aap violence na karein, tashaddud na karein, to un ke empire ke andar ek aur empire bana</w:t>
      </w:r>
    </w:p>
    <w:p>
      <w:pPr>
        <w:jc w:val="right"/>
      </w:pPr>
      <w:r>
        <w:t>اگر آپ وائلنس نہ کریں، تشدد نہ کریں، تو ان کے ایمپائر کے اندر ایک اور ایمپائر بنا</w:t>
      </w:r>
    </w:p>
    <w:p>
      <w:r>
        <w:rPr>
          <w:b/>
        </w:rPr>
        <w:t xml:space="preserve">[19:59] </w:t>
      </w:r>
      <w:r>
        <w:t>sakte hain. Un ke political empire ke andar ek non political empire bana sakte hain. Itna bara moqa</w:t>
      </w:r>
    </w:p>
    <w:p>
      <w:pPr>
        <w:jc w:val="right"/>
      </w:pPr>
      <w:r>
        <w:t>سکتے ہیں۔ ان کے پولیٹیکل ایمپائر کے اندر ایک نان پولیٹیکل ایمپائر بنا سکتے ہیں۔ اتنا بڑا موقع</w:t>
      </w:r>
    </w:p>
    <w:p>
      <w:r>
        <w:rPr>
          <w:b/>
        </w:rPr>
        <w:t xml:space="preserve">[20:06] </w:t>
      </w:r>
      <w:r>
        <w:t>dete hain aap ko.</w:t>
      </w:r>
    </w:p>
    <w:p>
      <w:pPr>
        <w:jc w:val="right"/>
      </w:pPr>
      <w:r>
        <w:t>دیتے ہیں آپ کو۔</w:t>
      </w:r>
    </w:p>
    <w:p>
      <w:r>
        <w:rPr>
          <w:b/>
        </w:rPr>
        <w:t xml:space="preserve">[20:09] </w:t>
      </w:r>
      <w:r>
        <w:t>yeh hai wisdom, cheezon ko sahi angle se dekhna.</w:t>
      </w:r>
    </w:p>
    <w:p>
      <w:pPr>
        <w:jc w:val="right"/>
      </w:pPr>
      <w:r>
        <w:t>یہ ہے وزڈم، چیزوں کو صحیح اینگل سے دیکھنا۔</w:t>
      </w:r>
    </w:p>
    <w:p>
      <w:r>
        <w:rPr>
          <w:b/>
        </w:rPr>
        <w:t xml:space="preserve">[20:16] </w:t>
      </w:r>
      <w:r>
        <w:t>sahi angle se dekhna.</w:t>
      </w:r>
    </w:p>
    <w:p>
      <w:pPr>
        <w:jc w:val="right"/>
      </w:pPr>
      <w:r>
        <w:t>صحیح اینگل سے دیکھنا۔</w:t>
      </w:r>
    </w:p>
    <w:p>
      <w:r>
        <w:rPr>
          <w:b/>
        </w:rPr>
        <w:t xml:space="preserve">[20:20] </w:t>
      </w:r>
      <w:r>
        <w:t>mein samajhta hoon ke maujooda zamane mein musalman jo negative ho gaye hain, jagah jagah violence kar rahe</w:t>
      </w:r>
    </w:p>
    <w:p>
      <w:pPr>
        <w:jc w:val="right"/>
      </w:pPr>
      <w:r>
        <w:t>میں سمجھتا ہوں کہ موجودہ زمانے میں مسلمان جو نیگیٹو ہو گئے ہیں، جگہ جگہ وائلنس کر رہے</w:t>
      </w:r>
    </w:p>
    <w:p>
      <w:r>
        <w:rPr>
          <w:b/>
        </w:rPr>
        <w:t xml:space="preserve">[20:26] </w:t>
      </w:r>
      <w:r>
        <w:t>hain, yahan tak ke society bombing karte hain, is ki wajah yeh hai ke maujooda daur ko woh</w:t>
      </w:r>
    </w:p>
    <w:p>
      <w:pPr>
        <w:jc w:val="right"/>
      </w:pPr>
      <w:r>
        <w:t>ہیں، یہاں تک کہ سوسائٹی بمبنگ کرتے ہیں، اس کی وجہ یہ ہے کہ موجودہ دور کو وہ</w:t>
      </w:r>
    </w:p>
    <w:p>
      <w:r>
        <w:rPr>
          <w:b/>
        </w:rPr>
        <w:t xml:space="preserve">[20:32] </w:t>
      </w:r>
      <w:r>
        <w:t>sahi angle se dekh nahi sake.</w:t>
      </w:r>
    </w:p>
    <w:p>
      <w:pPr>
        <w:jc w:val="right"/>
      </w:pPr>
      <w:r>
        <w:t>صحیح اینگل سے دیکھ نہیں سکے۔</w:t>
      </w:r>
    </w:p>
    <w:p>
      <w:r>
        <w:rPr>
          <w:b/>
        </w:rPr>
        <w:t xml:space="preserve">[20:37] </w:t>
      </w:r>
      <w:r>
        <w:t>maujooda zamane ko sahi angle se dekh nahi sake. Is zamane mein logon ne apne,</w:t>
      </w:r>
    </w:p>
    <w:p>
      <w:pPr>
        <w:jc w:val="right"/>
      </w:pPr>
      <w:r>
        <w:t>موجودہ زمانے کو صحیح اینگل سے دیکھ نہیں سکے۔ اس زمانے میں لوگوں نے اپنے،</w:t>
      </w:r>
    </w:p>
    <w:p>
      <w:r>
        <w:rPr>
          <w:b/>
        </w:rPr>
        <w:t xml:space="preserve">[20:44] </w:t>
      </w:r>
      <w:r>
        <w:t>apne system ko itna develop kiya hai, itna zyada is ko comfort aur luxury</w:t>
      </w:r>
    </w:p>
    <w:p>
      <w:pPr>
        <w:jc w:val="right"/>
      </w:pPr>
      <w:r>
        <w:t>اپنے سسٹم کو اتنا ڈیولپ کیا ہے، اتنا زیادہ اس کو کمفرٹ اور لگژری</w:t>
      </w:r>
    </w:p>
    <w:p>
      <w:r>
        <w:rPr>
          <w:b/>
        </w:rPr>
        <w:t xml:space="preserve">[20:51] </w:t>
      </w:r>
      <w:r>
        <w:t>se is ko</w:t>
      </w:r>
    </w:p>
    <w:p>
      <w:pPr>
        <w:jc w:val="right"/>
      </w:pPr>
      <w:r>
        <w:t>سے اس کو</w:t>
      </w:r>
    </w:p>
    <w:p>
      <w:r>
        <w:rPr>
          <w:b/>
        </w:rPr>
        <w:t xml:space="preserve">[20:54] </w:t>
      </w:r>
      <w:r>
        <w:t>wahan banaya hai. Woh chahte hain ke hamari zindagi bohat hi comfortable ho, bohat hi hum sukoon hon,</w:t>
      </w:r>
    </w:p>
    <w:p>
      <w:pPr>
        <w:jc w:val="right"/>
      </w:pPr>
      <w:r>
        <w:t>وہاں بنایا ہے۔ وہ چاہتے ہیں کہ ہماری زندگی بہت ہی کمفرٹیبل ہو، بہت ہی ہم سکون ہوں،</w:t>
      </w:r>
    </w:p>
    <w:p>
      <w:r>
        <w:rPr>
          <w:b/>
        </w:rPr>
        <w:t xml:space="preserve">[21:01] </w:t>
      </w:r>
      <w:r>
        <w:t>security hum ko poori maeni mein ho, hamara sara mamla durust ho. To dunya ko woh jannat banana</w:t>
      </w:r>
    </w:p>
    <w:p>
      <w:pPr>
        <w:jc w:val="right"/>
      </w:pPr>
      <w:r>
        <w:t>سیکیورٹی ہم کو پوری معنی میں ہو، ہمارا سارا معاملہ درست ہو۔ تو دنیا کو وہ جنت بنانا</w:t>
      </w:r>
    </w:p>
    <w:p>
      <w:r>
        <w:rPr>
          <w:b/>
        </w:rPr>
        <w:t xml:space="preserve">[21:08] </w:t>
      </w:r>
      <w:r>
        <w:t>chahte hain. Yeh un ka nazariya hai. Haan, mein matlab yeh nahi ke dunya jannat ban sakti hai,</w:t>
      </w:r>
    </w:p>
    <w:p>
      <w:pPr>
        <w:jc w:val="right"/>
      </w:pPr>
      <w:r>
        <w:t>چاہتے ہیں۔ یہ ان کا نظریہ ہے۔ ہاں، میں مطلب یہ نہیں کہ دنیا جنت بن سکتی ہے،</w:t>
      </w:r>
    </w:p>
    <w:p>
      <w:r>
        <w:rPr>
          <w:b/>
        </w:rPr>
        <w:t xml:space="preserve">[21:15] </w:t>
      </w:r>
      <w:r>
        <w:t>yeh mein nahi keh raha hoon. Woh apni samajh ke mutabiq dunya mein chahte hain ke ek bohat</w:t>
      </w:r>
    </w:p>
    <w:p>
      <w:pPr>
        <w:jc w:val="right"/>
      </w:pPr>
      <w:r>
        <w:t>یہ میں نہیں کہہ رہا ہوں۔ وہ اپنی سمجھ کے مطابق دنیا میں چاہتے ہیں کہ ایک بہت</w:t>
      </w:r>
    </w:p>
    <w:p>
      <w:r>
        <w:rPr>
          <w:b/>
        </w:rPr>
        <w:t xml:space="preserve">[21:21] </w:t>
      </w:r>
      <w:r>
        <w:t>hi beautiful world banayein, jis mein har qism ki comfort ho, har qism ki luxury ho. To</w:t>
      </w:r>
    </w:p>
    <w:p>
      <w:pPr>
        <w:jc w:val="right"/>
      </w:pPr>
      <w:r>
        <w:t>ہی بیوٹی فل ورلڈ بنائیں، جس میں ہر قسم کی کمفرٹ ہو، ہر قسم کی لگژری ہو۔ تو</w:t>
      </w:r>
    </w:p>
    <w:p>
      <w:r>
        <w:rPr>
          <w:b/>
        </w:rPr>
        <w:t xml:space="preserve">[21:27] </w:t>
      </w:r>
      <w:r>
        <w:t>bohat hassas hai woh is mamle mein ke is ke koi khalal na waqe ho, koi is ka</w:t>
      </w:r>
    </w:p>
    <w:p>
      <w:pPr>
        <w:jc w:val="right"/>
      </w:pPr>
      <w:r>
        <w:t>بہت حساس ہے وہ اس معاملے میں کہ اس کے کوئی خلل نہ واقع ہو، کوئی اس کا</w:t>
      </w:r>
    </w:p>
    <w:p>
      <w:r>
        <w:rPr>
          <w:b/>
        </w:rPr>
        <w:t xml:space="preserve">[21:32] </w:t>
      </w:r>
      <w:r>
        <w:t>erosion na ho. wahan bohat hi jazbati andaaz mein react karte hain woh.</w:t>
      </w:r>
    </w:p>
    <w:p>
      <w:pPr>
        <w:jc w:val="right"/>
      </w:pPr>
      <w:r>
        <w:t>ایروژن نہ ہو۔ وہاں بہت ہی جذباتی انداز میں ری ایکٹ کرتے ہیں وہ۔</w:t>
      </w:r>
    </w:p>
    <w:p>
      <w:r>
        <w:rPr>
          <w:b/>
        </w:rPr>
        <w:t xml:space="preserve">[21:40] </w:t>
      </w:r>
      <w:r>
        <w:t>lekin theek isi waqt, theek isi waqt woh</w:t>
      </w:r>
    </w:p>
    <w:p>
      <w:pPr>
        <w:jc w:val="right"/>
      </w:pPr>
      <w:r>
        <w:t>لیکن ٹھیک اسی وقت، ٹھیک اسی وقت وہ</w:t>
      </w:r>
    </w:p>
    <w:p>
      <w:r>
        <w:rPr>
          <w:b/>
        </w:rPr>
        <w:t xml:space="preserve">[21:45] </w:t>
      </w:r>
      <w:r>
        <w:t>aap ko azaadi dete hain, aap ki dignity ko mante hain, isi darje mein.</w:t>
      </w:r>
    </w:p>
    <w:p>
      <w:pPr>
        <w:jc w:val="right"/>
      </w:pPr>
      <w:r>
        <w:t>آپ کو آزادی دیتے ہیں، آپ کی ڈگنٹی کو مانتے ہیں، اسی درجے میں۔</w:t>
      </w:r>
    </w:p>
    <w:p>
      <w:r>
        <w:rPr>
          <w:b/>
        </w:rPr>
        <w:t xml:space="preserve">[21:51] </w:t>
      </w:r>
      <w:r>
        <w:t>to aap un ki sensitivity ko touch na kijiye. meri jo taqreer hui thi wahan par is tarah</w:t>
      </w:r>
    </w:p>
    <w:p>
      <w:pPr>
        <w:jc w:val="right"/>
      </w:pPr>
      <w:r>
        <w:t>تو آپ ان کی سینسٹیوٹی کو ٹچ نہ کیجیے۔ میری جو تقریر ہوئی تھی وہاں پر اس طرح</w:t>
      </w:r>
    </w:p>
    <w:p>
      <w:r>
        <w:rPr>
          <w:b/>
        </w:rPr>
        <w:t xml:space="preserve">[21:57] </w:t>
      </w:r>
      <w:r>
        <w:t>ke jalsay mein, to main ne woh mashhoor qissa sunaya ke "your freedom means where nose begins"</w:t>
      </w:r>
    </w:p>
    <w:p>
      <w:pPr>
        <w:jc w:val="right"/>
      </w:pPr>
      <w:r>
        <w:t>کے جلسے میں، تو میں نے وہ مشہور قصہ سنایا کہ "یور فریڈم مینز ویر نوز بیگنز"</w:t>
      </w:r>
    </w:p>
    <w:p>
      <w:r>
        <w:rPr>
          <w:b/>
        </w:rPr>
        <w:t xml:space="preserve">[22:08] </w:t>
      </w:r>
      <w:r>
        <w:t>ke insaan ko poori azaadi hai, lekin doosre ki naak ko touch karne ki azaadi nahi hai. to</w:t>
      </w:r>
    </w:p>
    <w:p>
      <w:pPr>
        <w:jc w:val="right"/>
      </w:pPr>
      <w:r>
        <w:t>کہ انسان کو پوری آزادی ہے، لیکن دوسرے کی ناک کو ٹچ کرنے کی آزادی نہیں ہے۔ تو</w:t>
      </w:r>
    </w:p>
    <w:p>
      <w:r>
        <w:rPr>
          <w:b/>
        </w:rPr>
        <w:t xml:space="preserve">[22:13] </w:t>
      </w:r>
      <w:r>
        <w:t>main ne kaha ke ke "nine eleven was a kind of</w:t>
      </w:r>
    </w:p>
    <w:p>
      <w:pPr>
        <w:jc w:val="right"/>
      </w:pPr>
      <w:r>
        <w:t>میں نے کہا کہ کہ "نائن الیون واز ا کائنڈ آف</w:t>
      </w:r>
    </w:p>
    <w:p>
      <w:r>
        <w:rPr>
          <w:b/>
        </w:rPr>
        <w:t xml:space="preserve">[22:20] </w:t>
      </w:r>
      <w:r>
        <w:t>industrial hitting off</w:t>
      </w:r>
    </w:p>
    <w:p>
      <w:pPr>
        <w:jc w:val="right"/>
      </w:pPr>
      <w:r>
        <w:t>انڈسٹریل ہٹنگ آف</w:t>
      </w:r>
    </w:p>
    <w:p>
      <w:r>
        <w:rPr>
          <w:b/>
        </w:rPr>
        <w:t xml:space="preserve">[22:27] </w:t>
      </w:r>
      <w:r>
        <w:t>hit off american". "nine eleven was</w:t>
      </w:r>
    </w:p>
    <w:p>
      <w:pPr>
        <w:jc w:val="right"/>
      </w:pPr>
      <w:r>
        <w:t>ہٹ آف امریکن"۔ "نائن الیون واز</w:t>
      </w:r>
    </w:p>
    <w:p>
      <w:r>
        <w:rPr>
          <w:b/>
        </w:rPr>
        <w:t xml:space="preserve">[22:30] </w:t>
      </w:r>
      <w:r>
        <w:t>"like hitting the industrial nose of America".</w:t>
      </w:r>
    </w:p>
    <w:p>
      <w:pPr>
        <w:jc w:val="right"/>
      </w:pPr>
      <w:r>
        <w:t>لائک ہٹنگ دا انڈسٹریل نوز آف امریکہ"۔</w:t>
      </w:r>
    </w:p>
    <w:p>
      <w:r>
        <w:rPr>
          <w:b/>
        </w:rPr>
        <w:t xml:space="preserve">[22:35] </w:t>
      </w:r>
      <w:r>
        <w:t>"Nine Eleven was like hitting the industrial nose of America".</w:t>
      </w:r>
    </w:p>
    <w:p>
      <w:pPr>
        <w:jc w:val="right"/>
      </w:pPr>
      <w:r>
        <w:t>"نائن الیون واز لائک ہٹنگ دا انڈسٹریل نوز آف امریکہ".</w:t>
      </w:r>
    </w:p>
    <w:p>
      <w:r>
        <w:rPr>
          <w:b/>
        </w:rPr>
        <w:t xml:space="preserve">[22:41] </w:t>
      </w:r>
      <w:r>
        <w:t>to jab aap industrial nose ko hit karenge to woh react karega, to aap kahenge</w:t>
      </w:r>
    </w:p>
    <w:p>
      <w:pPr>
        <w:jc w:val="right"/>
      </w:pPr>
      <w:r>
        <w:t>تو جب آپ انڈسٹریل نوز کو ہٹ کریں گے تو وہ ری ایکٹ کرے گا، تو آپ کہیں</w:t>
      </w:r>
    </w:p>
    <w:p>
      <w:r>
        <w:rPr>
          <w:b/>
        </w:rPr>
        <w:t xml:space="preserve">[22:46] </w:t>
      </w:r>
      <w:r>
        <w:t>woh dushman hai, hamara dushman hai. dushman nahi hai woh,</w:t>
      </w:r>
    </w:p>
    <w:p>
      <w:pPr>
        <w:jc w:val="right"/>
      </w:pPr>
      <w:r>
        <w:t>گے وہ دشمن ہے، ہمارا دشمن ہے۔ دشمن نہیں ہے وہ،</w:t>
      </w:r>
    </w:p>
    <w:p>
      <w:r>
        <w:rPr>
          <w:b/>
        </w:rPr>
        <w:t xml:space="preserve">[22:52] </w:t>
      </w:r>
      <w:r>
        <w:t>woh pro america hai. in ke pro america hone ko aap samajh sakte hain ke hamara dushman hai</w:t>
      </w:r>
    </w:p>
    <w:p>
      <w:pPr>
        <w:jc w:val="right"/>
      </w:pPr>
      <w:r>
        <w:t>وہ پرو امریکہ ہے۔ ان کے پرو امریکہ ہونے کو آپ سمجھ سکتے ہیں کہ ہمارا دشمن ہے</w:t>
      </w:r>
    </w:p>
    <w:p>
      <w:r>
        <w:rPr>
          <w:b/>
        </w:rPr>
        <w:t xml:space="preserve">[22:58] </w:t>
      </w:r>
      <w:r>
        <w:t>woh. to yeh hadees jo hai mujhe itni zyada important lagti hai: "wa alal aaqil yani kon baseer bizabanuh".</w:t>
      </w:r>
    </w:p>
    <w:p>
      <w:pPr>
        <w:jc w:val="right"/>
      </w:pPr>
      <w:r>
        <w:t>وہ۔ تو یہ حدیث جو ہے مجھے اتنی زیادہ امپورٹنٹ لگتی ہے: "وعلی العاقل یعنی کون بصیر بزبانہ"۔</w:t>
      </w:r>
    </w:p>
    <w:p>
      <w:r>
        <w:rPr>
          <w:b/>
        </w:rPr>
        <w:t xml:space="preserve">[23:12] </w:t>
      </w:r>
      <w:r>
        <w:t>agar aap jante hon,</w:t>
      </w:r>
    </w:p>
    <w:p>
      <w:pPr>
        <w:jc w:val="right"/>
      </w:pPr>
      <w:r>
        <w:t>اگر آپ جانتے ہوں،</w:t>
      </w:r>
    </w:p>
    <w:p>
      <w:r>
        <w:rPr>
          <w:b/>
        </w:rPr>
        <w:t xml:space="preserve">[23:18] </w:t>
      </w:r>
      <w:r>
        <w:t>zamane ki marifat aap ko ho, tab bhi aap wahid aadmi hain, warna wahid aadmi nahi hain.</w:t>
      </w:r>
    </w:p>
    <w:p>
      <w:pPr>
        <w:jc w:val="right"/>
      </w:pPr>
      <w:r>
        <w:t>زمانے کی معرفت آپ کو ہو، تب بھی آپ واحد آدمی ہیں، ورنہ واحد آدمی نہیں ہیں۔</w:t>
      </w:r>
    </w:p>
    <w:p>
      <w:r>
        <w:rPr>
          <w:b/>
        </w:rPr>
        <w:t xml:space="preserve">[23:28] </w:t>
      </w:r>
      <w:r>
        <w:t>aur wahid banne ke liye</w:t>
      </w:r>
    </w:p>
    <w:p>
      <w:pPr>
        <w:jc w:val="right"/>
      </w:pPr>
      <w:r>
        <w:t>اور واحد بننے کے لیے</w:t>
      </w:r>
    </w:p>
    <w:p>
      <w:r>
        <w:rPr>
          <w:b/>
        </w:rPr>
        <w:t xml:space="preserve">[23:31] </w:t>
      </w:r>
      <w:r>
        <w:t>ek hi shart hai, jo ek aur hadees mein milti hai hum ko, woh hai: "wa arina al ashya'a kama</w:t>
      </w:r>
    </w:p>
    <w:p>
      <w:pPr>
        <w:jc w:val="right"/>
      </w:pPr>
      <w:r>
        <w:t>ایک ہی شرط ہے، جو ایک اور حدیث میں ملتی ہے ہم کو، وہ ہے: "وَأَرَنَّ الْأَشْرِيَاءَ كَمَا</w:t>
      </w:r>
    </w:p>
    <w:p>
      <w:r>
        <w:rPr>
          <w:b/>
        </w:rPr>
        <w:t xml:space="preserve">[23:37] </w:t>
      </w:r>
      <w:r>
        <w:t>hiya". aur hum ko dekha cheezein waisi hi jaisa ke woh hain, yani as it is.</w:t>
      </w:r>
    </w:p>
    <w:p>
      <w:pPr>
        <w:jc w:val="right"/>
      </w:pPr>
      <w:r>
        <w:t>هِيَ". اور ہم کو دیکھا چیزیں ویسی ہی جیسا کہ وہ ہیں، یعنی ایز اٹ از۔</w:t>
      </w:r>
    </w:p>
    <w:p>
      <w:r>
        <w:rPr>
          <w:b/>
        </w:rPr>
        <w:t xml:space="preserve">[23:44] </w:t>
      </w:r>
      <w:r>
        <w:t>cheezon ko as it is dekhna: "wa arina al ashya'a kama hiya".</w:t>
      </w:r>
    </w:p>
    <w:p>
      <w:pPr>
        <w:jc w:val="right"/>
      </w:pPr>
      <w:r>
        <w:t>چیزوں کو ایز اٹ از دیکھنا: "وَأَرَنَّ الْأَشْرِيَاءَ كَمَا هِيَ".</w:t>
      </w:r>
    </w:p>
    <w:p>
      <w:r>
        <w:rPr>
          <w:b/>
        </w:rPr>
        <w:t xml:space="preserve">[23:50] </w:t>
      </w:r>
      <w:r>
        <w:t>cheezon ko as it is dekhna, yeh wisdom hai.</w:t>
      </w:r>
    </w:p>
    <w:p>
      <w:pPr>
        <w:jc w:val="right"/>
      </w:pPr>
      <w:r>
        <w:t>چیزوں کو ایز اٹ از دیکھنا، یہ وزڈم ہے۔</w:t>
      </w:r>
    </w:p>
    <w:p>
      <w:r>
        <w:rPr>
          <w:b/>
        </w:rPr>
        <w:t xml:space="preserve">[23:54] </w:t>
      </w:r>
      <w:r>
        <w:t>cheezon ko as it is dekhna, yeh wisdom hai.</w:t>
      </w:r>
    </w:p>
    <w:p>
      <w:pPr>
        <w:jc w:val="right"/>
      </w:pPr>
      <w:r>
        <w:t>چیزوں کو ایز اٹ از دیکھنا، یہ وزڈم ہے۔</w:t>
      </w:r>
    </w:p>
    <w:p>
      <w:r>
        <w:rPr>
          <w:b/>
        </w:rPr>
        <w:t xml:space="preserve">[24:00] </w:t>
      </w:r>
      <w:r>
        <w:t>jab aap yeh ghalti karen ke cheezon ko as it is na dekh saken, wohin aap baseerat se</w:t>
      </w:r>
    </w:p>
    <w:p>
      <w:pPr>
        <w:jc w:val="right"/>
      </w:pPr>
      <w:r>
        <w:t>جب آپ یہ غلطی کریں کہ چیزوں کو ایز اٹ از نہ دیکھ سکیں، وہیں آپ بصیرت سے</w:t>
      </w:r>
    </w:p>
    <w:p>
      <w:r>
        <w:rPr>
          <w:b/>
        </w:rPr>
        <w:t xml:space="preserve">[24:07] </w:t>
      </w:r>
      <w:r>
        <w:t>mehroom ho jaate hain. aur jab aap cheezon ko as it is dekhte hain to aap ki planning</w:t>
      </w:r>
    </w:p>
    <w:p>
      <w:pPr>
        <w:jc w:val="right"/>
      </w:pPr>
      <w:r>
        <w:t>محروم ہو جاتے ہیں۔ اور جب آپ چیزوں کو ایز اٹ از دیکھتے ہیں تو آپ کی پلاننگ</w:t>
      </w:r>
    </w:p>
    <w:p>
      <w:r>
        <w:rPr>
          <w:b/>
        </w:rPr>
        <w:t xml:space="preserve">[24:14] </w:t>
      </w:r>
      <w:r>
        <w:t>wise planning hoti hai. to main samajhta hoon ke yeh is is ek hadees ko agar musalman ghore</w:t>
      </w:r>
    </w:p>
    <w:p>
      <w:pPr>
        <w:jc w:val="right"/>
      </w:pPr>
      <w:r>
        <w:t>وائز پلاننگ ہوتی ہے۔ تو میں سمجھتا ہوں کہ یہ اس اس ایک حدیث کو اگر مسلمان غور</w:t>
      </w:r>
    </w:p>
    <w:p>
      <w:r>
        <w:rPr>
          <w:b/>
        </w:rPr>
        <w:t xml:space="preserve">[24:20] </w:t>
      </w:r>
      <w:r>
        <w:t>karein: "wa aranna al-akhil yakoonu baseeran bi-dhabaanihi" to sara maamla in ka durust ho jaye ga.</w:t>
      </w:r>
    </w:p>
    <w:p>
      <w:pPr>
        <w:jc w:val="right"/>
      </w:pPr>
      <w:r>
        <w:t>کریں: "وَأَرَنَّ الْأَخِلَ يَكُونُ بَصِيرًا بِذَبَانِهِ" تو سارا معاملہ ان کا درست ہو جائے گا۔</w:t>
      </w:r>
    </w:p>
    <w:p>
      <w:r>
        <w:rPr>
          <w:b/>
        </w:rPr>
        <w:t xml:space="preserve">[24:28] </w:t>
      </w:r>
      <w:r>
        <w:t>sara maamla. misaal ke oopar dekhiye, jo</w:t>
      </w:r>
    </w:p>
    <w:p>
      <w:pPr>
        <w:jc w:val="right"/>
      </w:pPr>
      <w:r>
        <w:t>سارا معاملہ۔ مثال کے اوپر دیکھیے، جو</w:t>
      </w:r>
    </w:p>
    <w:p>
      <w:r>
        <w:rPr>
          <w:b/>
        </w:rPr>
        <w:t xml:space="preserve">[24:35] </w:t>
      </w:r>
      <w:r>
        <w:t>denmark mein aik akhbar mein aik cartoon chhap gaya tha, to aap ko yaad hoga,</w:t>
      </w:r>
    </w:p>
    <w:p>
      <w:pPr>
        <w:jc w:val="right"/>
      </w:pPr>
      <w:r>
        <w:t>ڈنمارک میں ایک اخبار میں ایک کارٹون چھپ گیا تھا، تو آپ کو یاد ہوگا،</w:t>
      </w:r>
    </w:p>
    <w:p>
      <w:r>
        <w:rPr>
          <w:b/>
        </w:rPr>
        <w:t xml:space="preserve">[24:42] </w:t>
      </w:r>
      <w:r>
        <w:t>saari muslim duniya mein bara is par hungama hua tha.</w:t>
      </w:r>
    </w:p>
    <w:p>
      <w:pPr>
        <w:jc w:val="right"/>
      </w:pPr>
      <w:r>
        <w:t>ساری مسلم دنیا میں بڑا اس پر ہنگامہ ہوا تھا۔</w:t>
      </w:r>
    </w:p>
    <w:p>
      <w:r>
        <w:rPr>
          <w:b/>
        </w:rPr>
        <w:t xml:space="preserve">[24:47] </w:t>
      </w:r>
      <w:r>
        <w:t>kuch log ghus gaye wahan par maarne ke liye us ko cartoonist ko.</w:t>
      </w:r>
    </w:p>
    <w:p>
      <w:pPr>
        <w:jc w:val="right"/>
      </w:pPr>
      <w:r>
        <w:t>کچھ لوگ گھس گئے وہاں پر مارنے کے لیے اس کو کارٹونسٹ کو۔</w:t>
      </w:r>
    </w:p>
    <w:p>
      <w:r>
        <w:rPr>
          <w:b/>
        </w:rPr>
        <w:t xml:space="preserve">[24:51] </w:t>
      </w:r>
      <w:r>
        <w:t>yeh kyun? aisay aur bhi waqeat kai ho chukay hain.</w:t>
      </w:r>
    </w:p>
    <w:p>
      <w:pPr>
        <w:jc w:val="right"/>
      </w:pPr>
      <w:r>
        <w:t>یہ کیوں؟ ایسے اور بھی واقعات کئی ہو چکے ہیں۔</w:t>
      </w:r>
    </w:p>
    <w:p>
      <w:r>
        <w:rPr>
          <w:b/>
        </w:rPr>
        <w:t xml:space="preserve">[24:58] </w:t>
      </w:r>
      <w:r>
        <w:t>kyun? is ko liya unhon ne ahata rasool ke maani mein,</w:t>
      </w:r>
    </w:p>
    <w:p>
      <w:pPr>
        <w:jc w:val="right"/>
      </w:pPr>
      <w:r>
        <w:t>کیوں؟ اس کو لیا انہوں نے احاط رسول کے معنی میں،</w:t>
      </w:r>
    </w:p>
    <w:p>
      <w:r>
        <w:rPr>
          <w:b/>
        </w:rPr>
        <w:t xml:space="preserve">[25:03] </w:t>
      </w:r>
      <w:r>
        <w:t>yaani ghalat angle se liya.</w:t>
      </w:r>
    </w:p>
    <w:p>
      <w:pPr>
        <w:jc w:val="right"/>
      </w:pPr>
      <w:r>
        <w:t>یعنی غلط اینگل سے لیا۔</w:t>
      </w:r>
    </w:p>
    <w:p>
      <w:r>
        <w:rPr>
          <w:b/>
        </w:rPr>
        <w:t xml:space="preserve">[25:05] </w:t>
      </w:r>
      <w:r>
        <w:t>woh jo cartoon chhapa tha unhon ne, is liye nahi ke un ko rasool Allah ki naoozubillah</w:t>
      </w:r>
    </w:p>
    <w:p>
      <w:pPr>
        <w:jc w:val="right"/>
      </w:pPr>
      <w:r>
        <w:t>وہ جو کارٹون چھاپا تھا انہوں نے، اس لیے نہیں کہ ان کو رسول اللہ کی نعوذ باللہ</w:t>
      </w:r>
    </w:p>
    <w:p>
      <w:r>
        <w:rPr>
          <w:b/>
        </w:rPr>
        <w:t xml:space="preserve">[25:11] </w:t>
      </w:r>
      <w:r>
        <w:t>iyadat karna, woh us ko jantay hi nahi, iyadat ka tasawwur ko jantay hi nahi woh.</w:t>
      </w:r>
    </w:p>
    <w:p>
      <w:pPr>
        <w:jc w:val="right"/>
      </w:pPr>
      <w:r>
        <w:t>عیادت کرنا، وہ اس کو جانتے ہی نہیں، عیادت کا تصور کو جانتے ہی نہیں وہ۔</w:t>
      </w:r>
    </w:p>
    <w:p>
      <w:r>
        <w:rPr>
          <w:b/>
        </w:rPr>
        <w:t xml:space="preserve">[25:20] </w:t>
      </w:r>
      <w:r>
        <w:t>woh to yeh hai ke akhbaron mein aik tareeqa hai ke har din aik aik aisi cheez</w:t>
      </w:r>
    </w:p>
    <w:p>
      <w:pPr>
        <w:jc w:val="right"/>
      </w:pPr>
      <w:r>
        <w:t>وہ تو یہ ہے کہ اخباروں میں ایک طریقہ ہے کہ ہر دن ایک ایک ایسی چیز</w:t>
      </w:r>
    </w:p>
    <w:p>
      <w:r>
        <w:rPr>
          <w:b/>
        </w:rPr>
        <w:t xml:space="preserve">[25:27] </w:t>
      </w:r>
      <w:r>
        <w:t>chhapi jati hai jo</w:t>
      </w:r>
    </w:p>
    <w:p>
      <w:pPr>
        <w:jc w:val="right"/>
      </w:pPr>
      <w:r>
        <w:t>چھاپی جاتی ہے جو</w:t>
      </w:r>
    </w:p>
    <w:p>
      <w:r>
        <w:rPr>
          <w:b/>
        </w:rPr>
        <w:t xml:space="preserve">[25:30] </w:t>
      </w:r>
      <w:r>
        <w:t>aadmi, jo aik light item mein kehta hoon, light item, woh cartoon aik light item hota hai</w:t>
      </w:r>
    </w:p>
    <w:p>
      <w:pPr>
        <w:jc w:val="right"/>
      </w:pPr>
      <w:r>
        <w:t>آدمی، جو ایک لائٹ آئٹم میں کہتا ہوں، لائٹ آئٹم، وہ کارٹون ایک لائٹ آئٹم ہوتا ہے</w:t>
      </w:r>
    </w:p>
    <w:p>
      <w:r>
        <w:rPr>
          <w:b/>
        </w:rPr>
        <w:t xml:space="preserve">[25:39] </w:t>
      </w:r>
      <w:r>
        <w:t>taake log us ko dekhein, thora muskara dein.</w:t>
      </w:r>
    </w:p>
    <w:p>
      <w:pPr>
        <w:jc w:val="right"/>
      </w:pPr>
      <w:r>
        <w:t>تاکہ لوگ اس کو دیکھیں، تھوڑا مسکرا دیں۔</w:t>
      </w:r>
    </w:p>
    <w:p>
      <w:r>
        <w:rPr>
          <w:b/>
        </w:rPr>
        <w:t xml:space="preserve">[25:43] </w:t>
      </w:r>
      <w:r>
        <w:t>to aap agar is nazar se dekhte ke woh woh to akhbar ka aik light item hai, to</w:t>
      </w:r>
    </w:p>
    <w:p>
      <w:pPr>
        <w:jc w:val="right"/>
      </w:pPr>
      <w:r>
        <w:t>تو آپ اگر اس نظر سے دیکھتے کہ وہ وہ تو اخبار کا ایک لائٹ آئٹم ہے، تو</w:t>
      </w:r>
    </w:p>
    <w:p>
      <w:r>
        <w:rPr>
          <w:b/>
        </w:rPr>
        <w:t xml:space="preserve">[25:49] </w:t>
      </w:r>
      <w:r>
        <w:t>aap ghussa na hotay. lekin aap ne is angle se dekha ke woh rasool Allah ki iyadat tha,</w:t>
      </w:r>
    </w:p>
    <w:p>
      <w:pPr>
        <w:jc w:val="right"/>
      </w:pPr>
      <w:r>
        <w:t>آپ غصہ نہ ہوتے۔ لیکن آپ نے اس اینگل سے دیکھا کہ وہ رسول اللہ کی عیادت تھا،</w:t>
      </w:r>
    </w:p>
    <w:p>
      <w:r>
        <w:rPr>
          <w:b/>
        </w:rPr>
        <w:t xml:space="preserve">[25:54] </w:t>
      </w:r>
      <w:r>
        <w:t>to aap ghussa ho gaye.</w:t>
      </w:r>
    </w:p>
    <w:p>
      <w:pPr>
        <w:jc w:val="right"/>
      </w:pPr>
      <w:r>
        <w:t>تو آپ غصہ ہو گئے۔</w:t>
      </w:r>
    </w:p>
    <w:p>
      <w:r>
        <w:rPr>
          <w:b/>
        </w:rPr>
        <w:t xml:space="preserve">[25:57] </w:t>
      </w:r>
      <w:r>
        <w:t>yehi hai wisdom</w:t>
      </w:r>
    </w:p>
    <w:p>
      <w:pPr>
        <w:jc w:val="right"/>
      </w:pPr>
      <w:r>
        <w:t>یہی ہے وزڈم</w:t>
      </w:r>
    </w:p>
    <w:p>
      <w:r>
        <w:rPr>
          <w:b/>
        </w:rPr>
        <w:t xml:space="preserve">[26:00] </w:t>
      </w:r>
      <w:r>
        <w:t>ke cheezon ko right angle se dekhna.</w:t>
      </w:r>
    </w:p>
    <w:p>
      <w:pPr>
        <w:jc w:val="right"/>
      </w:pPr>
      <w:r>
        <w:t>کہ چیزوں کو رائٹ اینگل سے دیکھنا۔</w:t>
      </w:r>
    </w:p>
    <w:p>
      <w:r>
        <w:rPr>
          <w:b/>
        </w:rPr>
        <w:t xml:space="preserve">[26:05] </w:t>
      </w:r>
      <w:r>
        <w:t>aur yeh bohat zabardast aik aik dua aayi hai hadith mein</w:t>
      </w:r>
    </w:p>
    <w:p>
      <w:pPr>
        <w:jc w:val="right"/>
      </w:pPr>
      <w:r>
        <w:t>اور یہ بہت زبردست ایک ایک دعا آئی ہے حدیث میں</w:t>
      </w:r>
    </w:p>
    <w:p>
      <w:r>
        <w:rPr>
          <w:b/>
        </w:rPr>
        <w:t xml:space="preserve">[26:10] </w:t>
      </w:r>
      <w:r>
        <w:t>ke "Allahumma ar al-haq haqqan wa ruzqna al-tibah wa al-batil batilan wa ruzqna</w:t>
      </w:r>
    </w:p>
    <w:p>
      <w:pPr>
        <w:jc w:val="right"/>
      </w:pPr>
      <w:r>
        <w:t>کہ "اللہم ار الحق حقا وردقنا التباہ و الباطل باطلا وردقنا</w:t>
      </w:r>
    </w:p>
    <w:p>
      <w:r>
        <w:rPr>
          <w:b/>
        </w:rPr>
        <w:t xml:space="preserve">[26:20] </w:t>
      </w:r>
      <w:r>
        <w:t>ijtinaab wa arin al-ashyaa kamaahaa".</w:t>
      </w:r>
    </w:p>
    <w:p>
      <w:pPr>
        <w:jc w:val="right"/>
      </w:pPr>
      <w:r>
        <w:t>اجتنابا وارن الاشیاء کماہا".</w:t>
      </w:r>
    </w:p>
    <w:p>
      <w:r>
        <w:rPr>
          <w:b/>
        </w:rPr>
        <w:t xml:space="preserve">[26:23] </w:t>
      </w:r>
      <w:r>
        <w:t>ae Allah,</w:t>
      </w:r>
    </w:p>
    <w:p>
      <w:pPr>
        <w:jc w:val="right"/>
      </w:pPr>
      <w:r>
        <w:t>اے اللہ،</w:t>
      </w:r>
    </w:p>
    <w:p>
      <w:r>
        <w:rPr>
          <w:b/>
        </w:rPr>
        <w:t xml:space="preserve">[26:25] </w:t>
      </w:r>
      <w:r>
        <w:t>mujh ko haq ko haq ke roop mein dikha</w:t>
      </w:r>
    </w:p>
    <w:p>
      <w:pPr>
        <w:jc w:val="right"/>
      </w:pPr>
      <w:r>
        <w:t>مجھ کو حق کو حق کے روپ میں دکھا</w:t>
      </w:r>
    </w:p>
    <w:p>
      <w:r>
        <w:rPr>
          <w:b/>
        </w:rPr>
        <w:t xml:space="preserve">[26:31] </w:t>
      </w:r>
      <w:r>
        <w:t>aur us ki pairwi ki tofeeq de. aur Allah, mujh ko batil ko batil ke roop mein dikha</w:t>
      </w:r>
    </w:p>
    <w:p>
      <w:pPr>
        <w:jc w:val="right"/>
      </w:pPr>
      <w:r>
        <w:t>اور اس کی پیروی کی توفیق دے۔ اور اللہ، مجھ کو باطل کو باطل کے روپ میں دکھا</w:t>
      </w:r>
    </w:p>
    <w:p>
      <w:r>
        <w:rPr>
          <w:b/>
        </w:rPr>
        <w:t xml:space="preserve">[26:38] </w:t>
      </w:r>
      <w:r>
        <w:t>aur is ke is se bachne ki tofeeq de.</w:t>
      </w:r>
    </w:p>
    <w:p>
      <w:pPr>
        <w:jc w:val="right"/>
      </w:pPr>
      <w:r>
        <w:t>اور اس کے اس سے بچنے کی توفیق دے۔</w:t>
      </w:r>
    </w:p>
    <w:p>
      <w:r>
        <w:rPr>
          <w:b/>
        </w:rPr>
        <w:t xml:space="preserve">[26:42] </w:t>
      </w:r>
      <w:r>
        <w:t>aur aye allah, mujh ko cheezon ko wese hi dikha jaisa ke wo hain.</w:t>
      </w:r>
    </w:p>
    <w:p>
      <w:pPr>
        <w:jc w:val="right"/>
      </w:pPr>
      <w:r>
        <w:t>اور اے اللہ، مجھ کو چیزوں کو ویسے ہی دکھا جیسا کہ وہ ہیں۔</w:t>
      </w:r>
    </w:p>
    <w:p>
      <w:r>
        <w:rPr>
          <w:b/>
        </w:rPr>
        <w:t xml:space="preserve">[26:47] </w:t>
      </w:r>
      <w:r>
        <w:t>to is ko agar main lafz badal ke kahoon</w:t>
      </w:r>
    </w:p>
    <w:p>
      <w:pPr>
        <w:jc w:val="right"/>
      </w:pPr>
      <w:r>
        <w:t>تو اس کو اگر میں لفظ بدل کے کہوں</w:t>
      </w:r>
    </w:p>
    <w:p>
      <w:r>
        <w:rPr>
          <w:b/>
        </w:rPr>
        <w:t xml:space="preserve">[26:50] </w:t>
      </w:r>
      <w:r>
        <w:t>to main kahoon ga cheezon ko right angle se dikha.</w:t>
      </w:r>
    </w:p>
    <w:p>
      <w:pPr>
        <w:jc w:val="right"/>
      </w:pPr>
      <w:r>
        <w:t>تو میں کہوں گا چیزوں کو رائٹ اینگل سے دکھا۔</w:t>
      </w:r>
    </w:p>
    <w:p>
      <w:r>
        <w:rPr>
          <w:b/>
        </w:rPr>
        <w:t xml:space="preserve">[26:55] </w:t>
      </w:r>
      <w:r>
        <w:t>is dua ka khulasa yeh hai:</w:t>
      </w:r>
    </w:p>
    <w:p>
      <w:pPr>
        <w:jc w:val="right"/>
      </w:pPr>
      <w:r>
        <w:t>اس دعا کا خلاصہ یہ ہے:</w:t>
      </w:r>
    </w:p>
    <w:p>
      <w:r>
        <w:rPr>
          <w:b/>
        </w:rPr>
        <w:t xml:space="preserve">[26:57] </w:t>
      </w:r>
      <w:r>
        <w:t>aye allah, hum ko cheezon ko</w:t>
      </w:r>
    </w:p>
    <w:p>
      <w:pPr>
        <w:jc w:val="right"/>
      </w:pPr>
      <w:r>
        <w:t>اے اللہ، ہم کو چیزوں کو</w:t>
      </w:r>
    </w:p>
    <w:p>
      <w:r>
        <w:rPr>
          <w:b/>
        </w:rPr>
        <w:t xml:space="preserve">[27:00] </w:t>
      </w:r>
      <w:r>
        <w:t>right angle se dikha,</w:t>
      </w:r>
    </w:p>
    <w:p>
      <w:pPr>
        <w:jc w:val="right"/>
      </w:pPr>
      <w:r>
        <w:t>رائٹ اینگل سے دکھا،</w:t>
      </w:r>
    </w:p>
    <w:p>
      <w:r>
        <w:rPr>
          <w:b/>
        </w:rPr>
        <w:t xml:space="preserve">[27:03] </w:t>
      </w:r>
      <w:r>
        <w:t>ghalat angle se na dikha.</w:t>
      </w:r>
    </w:p>
    <w:p>
      <w:pPr>
        <w:jc w:val="right"/>
      </w:pPr>
      <w:r>
        <w:t>غلط اینگل سے نہ دکھا۔</w:t>
      </w:r>
    </w:p>
    <w:p>
      <w:r>
        <w:rPr>
          <w:b/>
        </w:rPr>
        <w:t xml:space="preserve">[27:06] </w:t>
      </w:r>
      <w:r>
        <w:t>main samajhta hoon ke yeh super wisdom hai.</w:t>
      </w:r>
    </w:p>
    <w:p>
      <w:pPr>
        <w:jc w:val="right"/>
      </w:pPr>
      <w:r>
        <w:t>میں سمجھتا ہوں کہ یہ سپر وزڈم ہے۔</w:t>
      </w:r>
    </w:p>
    <w:p>
      <w:r>
        <w:rPr>
          <w:b/>
        </w:rPr>
        <w:t xml:space="preserve">[27:09] </w:t>
      </w:r>
      <w:r>
        <w:t>super wisdom hai.</w:t>
      </w:r>
    </w:p>
    <w:p>
      <w:pPr>
        <w:jc w:val="right"/>
      </w:pPr>
      <w:r>
        <w:t>سپر وزڈم ہے۔</w:t>
      </w:r>
    </w:p>
    <w:p>
      <w:r>
        <w:rPr>
          <w:b/>
        </w:rPr>
        <w:t xml:space="preserve">[27:12] </w:t>
      </w:r>
      <w:r>
        <w:t>har har muamle mein aise hota hai.</w:t>
      </w:r>
    </w:p>
    <w:p>
      <w:pPr>
        <w:jc w:val="right"/>
      </w:pPr>
      <w:r>
        <w:t>ہر ہر معاملے میں ایسے ہوتا ہے۔</w:t>
      </w:r>
    </w:p>
    <w:p>
      <w:r>
        <w:rPr>
          <w:b/>
        </w:rPr>
        <w:t xml:space="preserve">[27:17] </w:t>
      </w:r>
      <w:r>
        <w:t>misalan ek aadmi taqreer kar raha hai, is mein quran ka hawala de raha hai, hadith ka hawala</w:t>
      </w:r>
    </w:p>
    <w:p>
      <w:pPr>
        <w:jc w:val="right"/>
      </w:pPr>
      <w:r>
        <w:t>مثلاً ایک آدمی تقریر کر رہا ہے، اس میں قرآن کا حوالہ دے رہا ہے، حدیث کا حوالہ</w:t>
      </w:r>
    </w:p>
    <w:p>
      <w:r>
        <w:rPr>
          <w:b/>
        </w:rPr>
        <w:t xml:space="preserve">[27:22] </w:t>
      </w:r>
      <w:r>
        <w:t>de raha hai. ab aap kahein ke yeh dekho apni qabliyat, apni qabliyat dikhane ki kar raha hai,</w:t>
      </w:r>
    </w:p>
    <w:p>
      <w:pPr>
        <w:jc w:val="right"/>
      </w:pPr>
      <w:r>
        <w:t>دے رہا ہے۔ اب آپ کہیں کہ یہ دیکھو اپنی قابلیت، اپنی قابلیت دکھانے کی کر رہا ہے،</w:t>
      </w:r>
    </w:p>
    <w:p>
      <w:r>
        <w:rPr>
          <w:b/>
        </w:rPr>
        <w:t xml:space="preserve">[27:28] </w:t>
      </w:r>
      <w:r>
        <w:t>yeh to is se aap ko nafrat ho jaye gi.</w:t>
      </w:r>
    </w:p>
    <w:p>
      <w:pPr>
        <w:jc w:val="right"/>
      </w:pPr>
      <w:r>
        <w:t>یہ تو اس سے آپ کو نفرت ہو جائے گی۔</w:t>
      </w:r>
    </w:p>
    <w:p>
      <w:r>
        <w:rPr>
          <w:b/>
        </w:rPr>
        <w:t xml:space="preserve">[27:33] </w:t>
      </w:r>
      <w:r>
        <w:t>is muqarrir se aap ko nafrat ho jaye gi ke apni qabliyat dikhane ke liye yeh sab kar</w:t>
      </w:r>
    </w:p>
    <w:p>
      <w:pPr>
        <w:jc w:val="right"/>
      </w:pPr>
      <w:r>
        <w:t>اس مقرر سے آپ کو نفرت ہو جائے گی کہ اپنی قابلیت دکھانے کے لیے یہ سب کر</w:t>
      </w:r>
    </w:p>
    <w:p>
      <w:r>
        <w:rPr>
          <w:b/>
        </w:rPr>
        <w:t xml:space="preserve">[27:37]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[27:38] </w:t>
      </w:r>
      <w:r>
        <w:t>acha, agar aap yeh sochein</w:t>
      </w:r>
    </w:p>
    <w:p>
      <w:pPr>
        <w:jc w:val="right"/>
      </w:pPr>
      <w:r>
        <w:t>اچھا، اگر آپ یہ سوچیں</w:t>
      </w:r>
    </w:p>
    <w:p>
      <w:r>
        <w:rPr>
          <w:b/>
        </w:rPr>
        <w:t xml:space="preserve">[27:41] </w:t>
      </w:r>
      <w:r>
        <w:t>ke is aadmi ke andar dard hai islaah ka,</w:t>
      </w:r>
    </w:p>
    <w:p>
      <w:pPr>
        <w:jc w:val="right"/>
      </w:pPr>
      <w:r>
        <w:t>کہ اس آدمی کے اندر درد ہے اصلاح کا،</w:t>
      </w:r>
    </w:p>
    <w:p>
      <w:r>
        <w:rPr>
          <w:b/>
        </w:rPr>
        <w:t xml:space="preserve">[27:46] </w:t>
      </w:r>
      <w:r>
        <w:t>islaah ke dard ke tehat logon ko bata raha hai ke bhai dekho quran mein yeh hai, hadith</w:t>
      </w:r>
    </w:p>
    <w:p>
      <w:pPr>
        <w:jc w:val="right"/>
      </w:pPr>
      <w:r>
        <w:t>اصلاح کے درد کے تحت لوگوں کو بتا رہا ہے کہ بھئی دیکھو قرآن میں یہ ہے، حدیث</w:t>
      </w:r>
    </w:p>
    <w:p>
      <w:r>
        <w:rPr>
          <w:b/>
        </w:rPr>
        <w:t xml:space="preserve">[27:49] </w:t>
      </w:r>
      <w:r>
        <w:t>mein yeh hai, to aap ko is se insaan mohabbat ho jaye gi.</w:t>
      </w:r>
    </w:p>
    <w:p>
      <w:pPr>
        <w:jc w:val="right"/>
      </w:pPr>
      <w:r>
        <w:t>میں یہ ہے، تو آپ کو اس سے انسان محبت ہو جائے گی۔</w:t>
      </w:r>
    </w:p>
    <w:p>
      <w:r>
        <w:rPr>
          <w:b/>
        </w:rPr>
        <w:t xml:space="preserve">[27:54] </w:t>
      </w:r>
      <w:r>
        <w:t>yani ek hi waqea hai, ek hi waqea. ek angle se mohabbat aati hai, doosre angle se nafrat</w:t>
      </w:r>
    </w:p>
    <w:p>
      <w:pPr>
        <w:jc w:val="right"/>
      </w:pPr>
      <w:r>
        <w:t>یعنی ایک ہی واقعہ ہے، ایک ہی واقعہ۔ ایک اینگل سے محبت آتی ہے، دوسرے اینگل سے نفرت</w:t>
      </w:r>
    </w:p>
    <w:p>
      <w:r>
        <w:rPr>
          <w:b/>
        </w:rPr>
        <w:t xml:space="preserve">[28:01] </w:t>
      </w:r>
      <w:r>
        <w:t>aati hai. aise jo british government, british rule aaye they</w:t>
      </w:r>
    </w:p>
    <w:p>
      <w:pPr>
        <w:jc w:val="right"/>
      </w:pPr>
      <w:r>
        <w:t>آتی ہے۔ ایسے جو برٹش گورنمنٹ، برٹش رول آئے تھے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