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Khas Mulakat , Munsif TV, December 03, 2015</w:t>
      </w:r>
    </w:p>
    <w:p>
      <w:r>
        <w:t>https://www.youtube.com/watch?v=zWU-kGSikPo</w:t>
      </w:r>
    </w:p>
    <w:p>
      <w:r>
        <w:rPr>
          <w:b/>
        </w:rPr>
        <w:t xml:space="preserve">[00:34] </w:t>
      </w:r>
      <w:r>
        <w:t>assalam alaikum, main hoon anzarullah, aur aap dekh rahe hain hamara khaas program "khaas mulaqat".</w:t>
      </w:r>
    </w:p>
    <w:p>
      <w:pPr>
        <w:jc w:val="right"/>
      </w:pPr>
      <w:r>
        <w:t>السلام علیکم، میں ہوں انظراللہ، اور آپ دیکھ رہے ہیں ہمارا خاص پروگرام "خاص ملاقات"۔</w:t>
      </w:r>
    </w:p>
    <w:p>
      <w:r>
        <w:rPr>
          <w:b/>
        </w:rPr>
        <w:t xml:space="preserve">[00:38] </w:t>
      </w:r>
      <w:r>
        <w:t>aaj hamare saath maujood hain maulana wahiduddin khan.</w:t>
      </w:r>
    </w:p>
    <w:p>
      <w:pPr>
        <w:jc w:val="right"/>
      </w:pPr>
      <w:r>
        <w:t>آج ہمارے ساتھ موجود ہیں مولانا وحید الدین خان۔</w:t>
      </w:r>
    </w:p>
    <w:p>
      <w:r>
        <w:rPr>
          <w:b/>
        </w:rPr>
        <w:t xml:space="preserve">[00:41] </w:t>
      </w:r>
      <w:r>
        <w:t>wahiduddin khan ki shakhsiyat kisi taaruf ka mohtaaj nahin; aap ne alag alag mauqe par, aur musalsal</w:t>
      </w:r>
    </w:p>
    <w:p>
      <w:pPr>
        <w:jc w:val="right"/>
      </w:pPr>
      <w:r>
        <w:t>وحید الدین خان کی شخصیت کسی تعارف کا محتاج نہیں؛ آپ نے الگ الگ مواقع پر، اور مسلسل</w:t>
      </w:r>
    </w:p>
    <w:p>
      <w:r>
        <w:rPr>
          <w:b/>
        </w:rPr>
        <w:t xml:space="preserve">[00:47] </w:t>
      </w:r>
      <w:r>
        <w:t>aur lagataar, alag alag mauzu'aat par articles likhe hain.</w:t>
      </w:r>
    </w:p>
    <w:p>
      <w:pPr>
        <w:jc w:val="right"/>
      </w:pPr>
      <w:r>
        <w:t>اور لگاتار، الگ الگ موضوعات پر آرٹیکلز لکھے ہیں۔</w:t>
      </w:r>
    </w:p>
    <w:p>
      <w:r>
        <w:rPr>
          <w:b/>
        </w:rPr>
        <w:t xml:space="preserve">[00:52] </w:t>
      </w:r>
      <w:r>
        <w:t>aap ke articles ki tadaad hazaron se zaid kahi ja sakti hai, 100 se zaid kitabein aap ne</w:t>
      </w:r>
    </w:p>
    <w:p>
      <w:pPr>
        <w:jc w:val="right"/>
      </w:pPr>
      <w:r>
        <w:t>آپ کے آرٹیکلز کی تعداد ہزاروں سے زائد کہی جا سکتی ہے، 100 سے زائد کتابیں آپ نے</w:t>
      </w:r>
    </w:p>
    <w:p>
      <w:r>
        <w:rPr>
          <w:b/>
        </w:rPr>
        <w:t xml:space="preserve">[00:57] </w:t>
      </w:r>
      <w:r>
        <w:t>likhi hain, jo na sirf mazhabi balki alag alag issues par likhi gayi hain.</w:t>
      </w:r>
    </w:p>
    <w:p>
      <w:pPr>
        <w:jc w:val="right"/>
      </w:pPr>
      <w:r>
        <w:t>لکھی ہیں، جو نہ صرف مذہبی بلکہ الگ الگ ایشوز پر لکھی گئی ہیں۔</w:t>
      </w:r>
    </w:p>
    <w:p>
      <w:r>
        <w:rPr>
          <w:b/>
        </w:rPr>
        <w:t xml:space="preserve">[01:02] </w:t>
      </w:r>
      <w:r>
        <w:t>wahiduddin sahab, aap ka hamare is khaas program mein khair maqdam hai.</w:t>
      </w:r>
    </w:p>
    <w:p>
      <w:pPr>
        <w:jc w:val="right"/>
      </w:pPr>
      <w:r>
        <w:t>وحید الدین صاحب، آپ کا ہمارے اس خاص پروگرام میں خیر مقدم ہے۔</w:t>
      </w:r>
    </w:p>
    <w:p>
      <w:r>
        <w:rPr>
          <w:b/>
        </w:rPr>
        <w:t xml:space="preserve">[01:08] </w:t>
      </w:r>
      <w:r>
        <w:t>sar, sab se pehla sawal yeh hai ke maujooda daur mein jis tareeqe se musalmanon ke naam par</w:t>
      </w:r>
    </w:p>
    <w:p>
      <w:pPr>
        <w:jc w:val="right"/>
      </w:pPr>
      <w:r>
        <w:t>سر، سب سے پہلا سوال یہ ہے کہ موجودہ دور میں جس طریقے سے مسلمانوں کے نام پر</w:t>
      </w:r>
    </w:p>
    <w:p>
      <w:r>
        <w:rPr>
          <w:b/>
        </w:rPr>
        <w:t xml:space="preserve">[01:13] </w:t>
      </w:r>
      <w:r>
        <w:t>kaha ja raha hai ke dahshatgardi ki ja rahi hai, ya dahshatgardi ke naam par musalmanon</w:t>
      </w:r>
    </w:p>
    <w:p>
      <w:pPr>
        <w:jc w:val="right"/>
      </w:pPr>
      <w:r>
        <w:t>کہا جا رہا ہے کہ دہشت گردی کی جا رہی ہے، یا دہشت گردی کے نام پر مسلمانوں</w:t>
      </w:r>
    </w:p>
    <w:p>
      <w:r>
        <w:rPr>
          <w:b/>
        </w:rPr>
        <w:t xml:space="preserve">[01:18] </w:t>
      </w:r>
      <w:r>
        <w:t>ka naam badnaam kiya ja raha hai, aap is se kitna ittefaq rakhte hain?</w:t>
      </w:r>
    </w:p>
    <w:p>
      <w:pPr>
        <w:jc w:val="right"/>
      </w:pPr>
      <w:r>
        <w:t>کا نام بدنام کیا جا رہا ہے، آپ اس سے کتنا اتفاق رکھتے ہیں؟</w:t>
      </w:r>
    </w:p>
    <w:p>
      <w:r>
        <w:rPr>
          <w:b/>
        </w:rPr>
        <w:t xml:space="preserve">[01:23] </w:t>
      </w:r>
      <w:r>
        <w:t>dekhiye, main har baat ko</w:t>
      </w:r>
    </w:p>
    <w:p>
      <w:pPr>
        <w:jc w:val="right"/>
      </w:pPr>
      <w:r>
        <w:t>دیکھیے، میں ہر بات کو</w:t>
      </w:r>
    </w:p>
    <w:p>
      <w:r>
        <w:rPr>
          <w:b/>
        </w:rPr>
        <w:t xml:space="preserve">[01:27] </w:t>
      </w:r>
      <w:r>
        <w:t>quran ki roshni mein sochta hoon.</w:t>
      </w:r>
    </w:p>
    <w:p>
      <w:pPr>
        <w:jc w:val="right"/>
      </w:pPr>
      <w:r>
        <w:t>قرآن کی روشنی میں سوچتا ہوں۔</w:t>
      </w:r>
    </w:p>
    <w:p>
      <w:r>
        <w:rPr>
          <w:b/>
        </w:rPr>
        <w:t xml:space="preserve">[01:30] </w:t>
      </w:r>
      <w:r>
        <w:t>ji. to yeh jis</w:t>
      </w:r>
    </w:p>
    <w:p>
      <w:pPr>
        <w:jc w:val="right"/>
      </w:pPr>
      <w:r>
        <w:t>جی۔ تو یہ جس</w:t>
      </w:r>
    </w:p>
    <w:p>
      <w:r>
        <w:rPr>
          <w:b/>
        </w:rPr>
        <w:t xml:space="preserve">[01:35] </w:t>
      </w:r>
      <w:r>
        <w:t>badnaam karne ka jo tareeqa hai, woh hamesha raha hai.</w:t>
      </w:r>
    </w:p>
    <w:p>
      <w:pPr>
        <w:jc w:val="right"/>
      </w:pPr>
      <w:r>
        <w:t>بدنام کرنے کا جو طریقہ ہے، وہ ہمیشہ رہا ہے۔</w:t>
      </w:r>
    </w:p>
    <w:p>
      <w:r>
        <w:rPr>
          <w:b/>
        </w:rPr>
        <w:t xml:space="preserve">[01:38] </w:t>
      </w:r>
      <w:r>
        <w:t>rasool Allah salallahu alaihi wasallam ko arab mein khoob badnaam kiya gaya.</w:t>
      </w:r>
    </w:p>
    <w:p>
      <w:pPr>
        <w:jc w:val="right"/>
      </w:pPr>
      <w:r>
        <w:t>رسول اللہ صلی اللہ علیہ وسلم کو عرب میں خوب بدنام کیا گیا۔</w:t>
      </w:r>
    </w:p>
    <w:p>
      <w:r>
        <w:rPr>
          <w:b/>
        </w:rPr>
        <w:t xml:space="preserve">[01:43] </w:t>
      </w:r>
      <w:r>
        <w:t>misalan aap ko kaha jata tha ke yeh</w:t>
      </w:r>
    </w:p>
    <w:p>
      <w:pPr>
        <w:jc w:val="right"/>
      </w:pPr>
      <w:r>
        <w:t>مثلاً آپ کو کہا جاتا تھا کہ یہ</w:t>
      </w:r>
    </w:p>
    <w:p>
      <w:r>
        <w:rPr>
          <w:b/>
        </w:rPr>
        <w:t xml:space="preserve">[01:47] </w:t>
      </w:r>
      <w:r>
        <w:t>rishte ko kaatte hain,</w:t>
      </w:r>
    </w:p>
    <w:p>
      <w:pPr>
        <w:jc w:val="right"/>
      </w:pPr>
      <w:r>
        <w:t>رشتے کو کاٹتے ہیں،</w:t>
      </w:r>
    </w:p>
    <w:p>
      <w:r>
        <w:rPr>
          <w:b/>
        </w:rPr>
        <w:t xml:space="preserve">[01:50] </w:t>
      </w:r>
      <w:r>
        <w:t>bhai ko bhai se ladwate hain.</w:t>
      </w:r>
    </w:p>
    <w:p>
      <w:pPr>
        <w:jc w:val="right"/>
      </w:pPr>
      <w:r>
        <w:t>بھائی کو بھائی سے لڑواتے ہیں۔</w:t>
      </w:r>
    </w:p>
    <w:p>
      <w:r>
        <w:rPr>
          <w:b/>
        </w:rPr>
        <w:t xml:space="preserve">[01:52] </w:t>
      </w:r>
      <w:r>
        <w:t>ji. to aap ne is ka koi jawab nahi diya.</w:t>
      </w:r>
    </w:p>
    <w:p>
      <w:pPr>
        <w:jc w:val="right"/>
      </w:pPr>
      <w:r>
        <w:t>جی۔ تو آپ نے اس کا کوئی جواب نہیں دیا۔</w:t>
      </w:r>
    </w:p>
    <w:p>
      <w:r>
        <w:rPr>
          <w:b/>
        </w:rPr>
        <w:t xml:space="preserve">[01:56] </w:t>
      </w:r>
      <w:r>
        <w:t>aap ne apni jo tehreek thi, misbat andaaz mein, us ko chalate rahe.</w:t>
      </w:r>
    </w:p>
    <w:p>
      <w:pPr>
        <w:jc w:val="right"/>
      </w:pPr>
      <w:r>
        <w:t>آپ نے اپنی جو تحریک تھی، مثبت انداز میں، اس کو چلاتے رہے۔</w:t>
      </w:r>
    </w:p>
    <w:p>
      <w:r>
        <w:rPr>
          <w:b/>
        </w:rPr>
        <w:t xml:space="preserve">[02:01] </w:t>
      </w:r>
      <w:r>
        <w:t>ji. to doosra kya kehta hai? us ko aap apni kasrat na banaiye.</w:t>
      </w:r>
    </w:p>
    <w:p>
      <w:pPr>
        <w:jc w:val="right"/>
      </w:pPr>
      <w:r>
        <w:t>جی۔ تو دوسرا کیا کہتا ہے؟ اس کو آپ اپنی کثرت نہ بنائیے۔</w:t>
      </w:r>
    </w:p>
    <w:p>
      <w:r>
        <w:rPr>
          <w:b/>
        </w:rPr>
        <w:t xml:space="preserve">[02:06] </w:t>
      </w:r>
      <w:r>
        <w:t>ji. woh hamesha kuch na kuch kahenge.</w:t>
      </w:r>
    </w:p>
    <w:p>
      <w:pPr>
        <w:jc w:val="right"/>
      </w:pPr>
      <w:r>
        <w:t>جی۔ وہ ہمیشہ کچھ نہ کچھ کہیں گے۔</w:t>
      </w:r>
    </w:p>
    <w:p>
      <w:r>
        <w:rPr>
          <w:b/>
        </w:rPr>
        <w:t xml:space="preserve">[02:08] </w:t>
      </w:r>
      <w:r>
        <w:t>ji. aap sirf yeh kijiye ke aap apne aap ko islam ki jo puraman tareeqa hai, us par</w:t>
      </w:r>
    </w:p>
    <w:p>
      <w:pPr>
        <w:jc w:val="right"/>
      </w:pPr>
      <w:r>
        <w:t>جی۔ آپ صرف یہ کیجیے کہ آپ اپنے آپ کو اسلام کی جو پرامن طریقہ ہے، اس پر</w:t>
      </w:r>
    </w:p>
    <w:p>
      <w:r>
        <w:rPr>
          <w:b/>
        </w:rPr>
        <w:t xml:space="preserve">[02:17] </w:t>
      </w:r>
      <w:r>
        <w:t>qa'im rakhiye. baqi jo propaganda hai, woh apne aap khatm ho jayega.</w:t>
      </w:r>
    </w:p>
    <w:p>
      <w:pPr>
        <w:jc w:val="right"/>
      </w:pPr>
      <w:r>
        <w:t>قائم رکھیے۔ باقی جو پروپیگنڈا ہے، وہ اپنے آپ ختم ہو جائے گا۔</w:t>
      </w:r>
    </w:p>
    <w:p>
      <w:r>
        <w:rPr>
          <w:b/>
        </w:rPr>
        <w:t xml:space="preserve">[02:22] </w:t>
      </w:r>
      <w:r>
        <w:t>yeh rasool Allah salallahu alaihi wasallam ki sunnat hai.</w:t>
      </w:r>
    </w:p>
    <w:p>
      <w:pPr>
        <w:jc w:val="right"/>
      </w:pPr>
      <w:r>
        <w:t>یہ رسول اللہ صلی اللہ علیہ وسلم کی سنت ہے۔</w:t>
      </w:r>
    </w:p>
    <w:p>
      <w:r>
        <w:rPr>
          <w:b/>
        </w:rPr>
        <w:t xml:space="preserve">[02:25] </w:t>
      </w:r>
      <w:r>
        <w:t>lekin sir jo paris mein hua paris hamle mein hamle hote hain hum ne ek saal pehle bhi kaha jaye ek saal se ke darmiyan mein hi ek hamle pehle bhi hum ne dekha tha jis tarah se charlie hebdo ek magazine ke office pe hamla hota hai aur us ke naam par phir musalman ka naam hi liya jata hai to aap ko lagta hai ke kahin na kahin musalmanon mein is tarah ke log shamil hain</w:t>
      </w:r>
    </w:p>
    <w:p>
      <w:pPr>
        <w:jc w:val="right"/>
      </w:pPr>
      <w:r>
        <w:t>لیکن سر، جو پیرس میں ہوا، پیرس حملے میں حملے ہوتے ہیں۔ ہم نے ایک سال پہلے بھی، یا کہا جائے ایک سال سے کے درمیان میں ہی ایک حملے پہلے بھی ہم نے دیکھا تھا، جس طریقے سے چارلی ہیبڈو ایک میگزین کے دفتر پہ حملہ ہوتا ہے اور اس کے نام پر پھر مسلمان کا نام ہی لیا جاتا ہے۔ تو آپ کو لگتا ہے کہ کہیں نہ کہیں مسلمانوں میں اس طرح کے لوگ شامل ہیں؟</w:t>
      </w:r>
    </w:p>
    <w:p>
      <w:r>
        <w:rPr>
          <w:b/>
        </w:rPr>
        <w:t xml:space="preserve">[02:48] </w:t>
      </w:r>
      <w:r>
        <w:t>? dekhiye, khabron mein bataya gaya hai ke jin logon ne hamla kiya tha, hamle ke waqt woh</w:t>
      </w:r>
    </w:p>
    <w:p>
      <w:pPr>
        <w:jc w:val="right"/>
      </w:pPr>
      <w:r>
        <w:t>؟ دیکھیے، خبروں میں بتایا گیا ہے کہ جن لوگوں نے حملہ کیا تھا، حملے کے وقت وہ</w:t>
      </w:r>
    </w:p>
    <w:p>
      <w:r>
        <w:rPr>
          <w:b/>
        </w:rPr>
        <w:t xml:space="preserve">[02:55] </w:t>
      </w:r>
      <w:r>
        <w:t>"allah o akbar" ka nara laga rahe the.</w:t>
      </w:r>
    </w:p>
    <w:p>
      <w:pPr>
        <w:jc w:val="right"/>
      </w:pPr>
      <w:r>
        <w:t>"اللہ اکبر" کا نعرہ لگا رہے تھے۔</w:t>
      </w:r>
    </w:p>
    <w:p>
      <w:r>
        <w:rPr>
          <w:b/>
        </w:rPr>
        <w:t xml:space="preserve">[02:58] </w:t>
      </w:r>
      <w:r>
        <w:t>ji. to jab aap</w:t>
      </w:r>
    </w:p>
    <w:p>
      <w:pPr>
        <w:jc w:val="right"/>
      </w:pPr>
      <w:r>
        <w:t>جی۔ تو جب آپ</w:t>
      </w:r>
    </w:p>
    <w:p>
      <w:r>
        <w:rPr>
          <w:b/>
        </w:rPr>
        <w:t xml:space="preserve">[03:01] </w:t>
      </w:r>
      <w:r>
        <w:t>is tarah ka hamla karenge, aur nara aap ka hoga "allah o akbar", to doosre log zaroor yeh</w:t>
      </w:r>
    </w:p>
    <w:p>
      <w:pPr>
        <w:jc w:val="right"/>
      </w:pPr>
      <w:r>
        <w:t>اس طرح کا حملہ کریں گے، اور نعرہ آپ کا ہوگا "اللہ اکبر"، تو دوسرے لوگ ضرور یہ</w:t>
      </w:r>
    </w:p>
    <w:p>
      <w:r>
        <w:rPr>
          <w:b/>
        </w:rPr>
        <w:t xml:space="preserve">[03:08] </w:t>
      </w:r>
      <w:r>
        <w:t>samajhenge ke yeh islam ki taleem hai.</w:t>
      </w:r>
    </w:p>
    <w:p>
      <w:pPr>
        <w:jc w:val="right"/>
      </w:pPr>
      <w:r>
        <w:t>سمجھیں گے کہ یہ اسلام کی تعلیم ہے۔</w:t>
      </w:r>
    </w:p>
    <w:p>
      <w:r>
        <w:rPr>
          <w:b/>
        </w:rPr>
        <w:t xml:space="preserve">[03:12] </w:t>
      </w:r>
      <w:r>
        <w:t>is liye hamein chahiye ke hum is ko wazeh karen ke kuch log agar "allah o akbar" ka nara</w:t>
      </w:r>
    </w:p>
    <w:p>
      <w:pPr>
        <w:jc w:val="right"/>
      </w:pPr>
      <w:r>
        <w:t>اس لیے ہمیں چاہیے کہ ہم اس کو واضح کریں کہ کچھ لوگ اگر "اللہ اکبر" کا نعرہ</w:t>
      </w:r>
    </w:p>
    <w:p>
      <w:r>
        <w:rPr>
          <w:b/>
        </w:rPr>
        <w:t xml:space="preserve">[03:20] </w:t>
      </w:r>
      <w:r>
        <w:t>laga kar tashaddud karen, to woh islam nahi ban jayega.</w:t>
      </w:r>
    </w:p>
    <w:p>
      <w:pPr>
        <w:jc w:val="right"/>
      </w:pPr>
      <w:r>
        <w:t>لگا کر تشدد کریں، تو وہ اسلام نہیں بن جائے گا۔</w:t>
      </w:r>
    </w:p>
    <w:p>
      <w:r>
        <w:rPr>
          <w:b/>
        </w:rPr>
        <w:t xml:space="preserve">[03:26] </w:t>
      </w:r>
      <w:r>
        <w:t>islam woh hai jo quran o hadees se maloom hota hai.</w:t>
      </w:r>
    </w:p>
    <w:p>
      <w:pPr>
        <w:jc w:val="right"/>
      </w:pPr>
      <w:r>
        <w:t>اسلام وہ ہے جو قرآن و حدیث سے معلوم ہوتا ہے۔</w:t>
      </w:r>
    </w:p>
    <w:p>
      <w:r>
        <w:rPr>
          <w:b/>
        </w:rPr>
        <w:t xml:space="preserve">[03:29] </w:t>
      </w:r>
      <w:r>
        <w:t>kisi ke feal ko aap le kar ke islam ke bare mein rai qaim na karen.</w:t>
      </w:r>
    </w:p>
    <w:p>
      <w:pPr>
        <w:jc w:val="right"/>
      </w:pPr>
      <w:r>
        <w:t>کسی کے فعل کو آپ لے کر کے اسلام کے بارے میں رائے قائم نہ کریں۔</w:t>
      </w:r>
    </w:p>
    <w:p>
      <w:r>
        <w:rPr>
          <w:b/>
        </w:rPr>
        <w:t xml:space="preserve">[03:34] </w:t>
      </w:r>
      <w:r>
        <w:t>yeh hamein karna chahiye.</w:t>
      </w:r>
    </w:p>
    <w:p>
      <w:pPr>
        <w:jc w:val="right"/>
      </w:pPr>
      <w:r>
        <w:t>یہ ہمیں کرنا چاہیے۔</w:t>
      </w:r>
    </w:p>
    <w:p>
      <w:r>
        <w:rPr>
          <w:b/>
        </w:rPr>
        <w:t xml:space="preserve">[03:36] </w:t>
      </w:r>
      <w:r>
        <w:t>yahi mein kehta hoon.</w:t>
      </w:r>
    </w:p>
    <w:p>
      <w:pPr>
        <w:jc w:val="right"/>
      </w:pPr>
      <w:r>
        <w:t>یہی میں کہتا ہوں۔</w:t>
      </w:r>
    </w:p>
    <w:p>
      <w:r>
        <w:rPr>
          <w:b/>
        </w:rPr>
        <w:t xml:space="preserve">[03:37] </w:t>
      </w:r>
      <w:r>
        <w:t>lekin sir hota kya hai afghanistan iraq aur ab suriya dekh lijiye tamam mumalik jahan musalmanon ki abadi hai jahan musalmanon ki hukmarani chalti hai jahan musalmanon ka sikka chalta hai sab se zyada dahshatgardi inhi mumalik mein palti hai</w:t>
      </w:r>
    </w:p>
    <w:p>
      <w:pPr>
        <w:jc w:val="right"/>
      </w:pPr>
      <w:r>
        <w:t>لیکن سر، ہوتا کیا ہے؟ افغانستان، عراق، اور اب سیریا۔ دیکھ لیجیے تمام ممالک جہاں مسلمانوں کی آبادی ہے، جہاں مسلمانوں کی حکمرانی چلتی ہے، جہاں مسلمانوں کا سکہ چلتا ہے، سب سے زیادہ دہشت گردی انہی ممالک میں پلتی ہے۔</w:t>
      </w:r>
    </w:p>
    <w:p>
      <w:r>
        <w:rPr>
          <w:b/>
        </w:rPr>
        <w:t xml:space="preserve">[03:53] </w:t>
      </w:r>
      <w:r>
        <w:t>islam aur musalman do alag cheezein hain jo musalman karen wohi islam nahi hai to aap is musalmanon ka koi feal agar islam ke mutabiq nahi hai to saaf taur par kahiye ke yeh islam ke mutabiq nahi hai to duniya samjhegi ke yeh ek community ka feal hai islam ki taleem nahi hai yeh ek sahi tareeqa hai karne ka.</w:t>
      </w:r>
    </w:p>
    <w:p>
      <w:pPr>
        <w:jc w:val="right"/>
      </w:pPr>
      <w:r>
        <w:t>اسلام اور مسلمان دو الگ چیزیں ہیں۔ جو مسلمان کریں وہی اسلام نہیں ہے۔ تو آپ اس مسلمانوں کا کوئی فعل اگر اسلام کے مطابق نہیں ہے تو صاف طور پر کہیے کہ یہ اسلام کے مطابق نہیں ہے۔ تو دنیا سمجھے گی کہ یہ ایک کمیونٹی کا فعل ہے، اسلام کی تعلیم نہیں ہے۔ یہ ایک صحیح طریقہ ہے کرنے کا۔</w:t>
      </w:r>
    </w:p>
    <w:p>
      <w:r>
        <w:rPr>
          <w:b/>
        </w:rPr>
        <w:t xml:space="preserve">[04:21] </w:t>
      </w:r>
      <w:r>
        <w:t>sir jab paris par hamle hue us ke baad delhi ke jantr mantr par badi tadad mein ulama ikram jama hue aur unhone is ki mazammat ki is ko condemn kiya aur kaha ke yeh jo hai yeh kahin na kahin yeh galat hai.</w:t>
      </w:r>
    </w:p>
    <w:p>
      <w:pPr>
        <w:jc w:val="right"/>
      </w:pPr>
      <w:r>
        <w:t>سر، جب پیرس پر حملے ہوئے، اس کے بعد دہلی کے جنتر منتر پر بڑی تعداد میں علمائے کرام جمع ہوئے اور انہوں نے اس کی مذمت کی، اسے condemn کیا اور کہا کہ یہ جو ہے یہ کہیں نہ کہیں یہ غلط ہے۔</w:t>
      </w:r>
    </w:p>
    <w:p>
      <w:r>
        <w:rPr>
          <w:b/>
        </w:rPr>
        <w:t xml:space="preserve">[04:38] </w:t>
      </w:r>
      <w:r>
        <w:t>haan, sahi hai, lekin aap is ka tafseel padhiye.</w:t>
      </w:r>
    </w:p>
    <w:p>
      <w:pPr>
        <w:jc w:val="right"/>
      </w:pPr>
      <w:r>
        <w:t>ہاں، صحیح ہے، لیکن آپ اس کا تفصیل پڑھیے۔</w:t>
      </w:r>
    </w:p>
    <w:p>
      <w:r>
        <w:rPr>
          <w:b/>
        </w:rPr>
        <w:t xml:space="preserve">[04:43] </w:t>
      </w:r>
      <w:r>
        <w:t>unhon ne condemn kiya terrorism ko, un logon ko nahi jo is ko arise karte hain, jo is</w:t>
      </w:r>
    </w:p>
    <w:p>
      <w:pPr>
        <w:jc w:val="right"/>
      </w:pPr>
      <w:r>
        <w:t>انہوں نے condemn کیا terrorism کو، ان لوگوں کو نہیں جو اس کو arise کرتے ہیں، جو اس</w:t>
      </w:r>
    </w:p>
    <w:p>
      <w:r>
        <w:rPr>
          <w:b/>
        </w:rPr>
        <w:t xml:space="preserve">[04:50] </w:t>
      </w:r>
      <w:r>
        <w:t>ko is tarah ka</w:t>
      </w:r>
    </w:p>
    <w:p>
      <w:pPr>
        <w:jc w:val="right"/>
      </w:pPr>
      <w:r>
        <w:t>کو اس طرح کا</w:t>
      </w:r>
    </w:p>
    <w:p>
      <w:r>
        <w:rPr>
          <w:b/>
        </w:rPr>
        <w:t xml:space="preserve">[04:53] </w:t>
      </w:r>
      <w:r>
        <w:t>soch phailate hain, aur is ko jihad kehte hain.</w:t>
      </w:r>
    </w:p>
    <w:p>
      <w:pPr>
        <w:jc w:val="right"/>
      </w:pPr>
      <w:r>
        <w:t>سوچ پھیلاتے ہیں، اور اس کو جہاد کہتے ہیں۔</w:t>
      </w:r>
    </w:p>
    <w:p>
      <w:r>
        <w:rPr>
          <w:b/>
        </w:rPr>
        <w:t xml:space="preserve">[04:56] </w:t>
      </w:r>
      <w:r>
        <w:t>un ko naam le kar un ko nahi kaha unhon ne, balkeh yeh kaha ke terrorism buri cheez</w:t>
      </w:r>
    </w:p>
    <w:p>
      <w:pPr>
        <w:jc w:val="right"/>
      </w:pPr>
      <w:r>
        <w:t>ان کو نام لے کر ان کو نہیں کہا انہوں نے، بلکہ یہ کہا کہ terrorism بری چیز</w:t>
      </w:r>
    </w:p>
    <w:p>
      <w:r>
        <w:rPr>
          <w:b/>
        </w:rPr>
        <w:t xml:space="preserve">[05:00] </w:t>
      </w:r>
      <w:r>
        <w:t>hai. yeh nahi kaha unhon ne ke "allah o akbar" ka naam le kar ke yeh log aisa kar</w:t>
      </w:r>
    </w:p>
    <w:p>
      <w:pPr>
        <w:jc w:val="right"/>
      </w:pPr>
      <w:r>
        <w:t>ہے۔ یہ نہیں کہا انہوں نے کہ "اللہ اکبر" کا نام لے کر کے یہ لوگ ایسا کر</w:t>
      </w:r>
    </w:p>
    <w:p>
      <w:r>
        <w:rPr>
          <w:b/>
        </w:rPr>
        <w:t xml:space="preserve">[05:06] </w:t>
      </w:r>
      <w:r>
        <w:t>rahe hain, halanke allah o akbar se is ka koi talluq nahi hai.</w:t>
      </w:r>
    </w:p>
    <w:p>
      <w:pPr>
        <w:jc w:val="right"/>
      </w:pPr>
      <w:r>
        <w:t>رہے ہیں، حالانکہ اللہ اکبر سے اس کا کوئی تعلق نہیں ہے۔</w:t>
      </w:r>
    </w:p>
    <w:p>
      <w:r>
        <w:rPr>
          <w:b/>
        </w:rPr>
        <w:t xml:space="preserve">[05:09] </w:t>
      </w:r>
      <w:r>
        <w:t>is tarah nahi.</w:t>
      </w:r>
    </w:p>
    <w:p>
      <w:pPr>
        <w:jc w:val="right"/>
      </w:pPr>
      <w:r>
        <w:t>اس طرح نہیں۔</w:t>
      </w:r>
    </w:p>
    <w:p>
      <w:r>
        <w:rPr>
          <w:b/>
        </w:rPr>
        <w:t xml:space="preserve">[05:10] </w:t>
      </w:r>
      <w:r>
        <w:t>yani specific taur par nahi kaha, jahan tak mein janta hoon.</w:t>
      </w:r>
    </w:p>
    <w:p>
      <w:pPr>
        <w:jc w:val="right"/>
      </w:pPr>
      <w:r>
        <w:t>یعنی specific طور پر نہیں کہا، جہاں تک میں جانتا ہوں۔</w:t>
      </w:r>
    </w:p>
    <w:p>
      <w:r>
        <w:rPr>
          <w:b/>
        </w:rPr>
        <w:t xml:space="preserve">[05:14] </w:t>
      </w:r>
      <w:r>
        <w:t>wahiduddin sahib, ek sawal yeh bhi uthta hai, hum log barabar dekhte hain, jab bhi is tarah ke hamle hote hain musalmanon par nishana sadha jata hai aur ulama-e-kiram ke bayanat lagataar aate hain, na sirf hindustan se balkeh poori duniya se. jo bayan hote hain woh is tareeqe se hain ke islam ka talluq terrorism se nahi hai. kuch chand log hain jo is tarah ka kaam kar rahe hain. aakhir woh chand log hum mein se kaise tayyar hote hain?</w:t>
      </w:r>
    </w:p>
    <w:p>
      <w:pPr>
        <w:jc w:val="right"/>
      </w:pPr>
      <w:r>
        <w:t>وحید الدین صاحب، ایک سوال یہ بھی اٹھتا ہے، ہم لوگ برابر دیکھتے ہیں، جب بھی اس طرح کے حملے ہوتے ہیں مسلمانوں پر نشانہ سادھا جاتا ہے اور علمائے کرام کے بیانات لگاتار آتے ہیں، نہ صرف ہندوستان سے بلکہ پوری دنیا سے۔ جو بیان ہوتے ہیں وہ اس طریقے سے ہیں کہ اسلام کا تعلق terrorism سے نہیں ہے۔ کچھ چند لوگ ہیں جو اس طرح کا کام کر رہے ہیں۔ آخر وہ چند لوگ ہم میں سے کیسے تیار ہوتے ہیں؟</w:t>
      </w:r>
    </w:p>
    <w:p>
      <w:r>
        <w:rPr>
          <w:b/>
        </w:rPr>
        <w:t xml:space="preserve">[05:38] </w:t>
      </w:r>
      <w:r>
        <w:t>wohi mein keh raha hoon ke in chand logon ki jo ideology hai, us ko condemn karna padega.</w:t>
      </w:r>
    </w:p>
    <w:p>
      <w:pPr>
        <w:jc w:val="right"/>
      </w:pPr>
      <w:r>
        <w:t>وہی میں کہہ رہا ہوں کہ ان چند لوگوں کی جو ideology ہے، اس کو condemn کرنا پڑے</w:t>
      </w:r>
    </w:p>
    <w:p>
      <w:r>
        <w:rPr>
          <w:b/>
        </w:rPr>
        <w:t xml:space="preserve">[05:46] </w:t>
      </w:r>
      <w:r>
        <w:t>dekhiye, arab mein aur arab se bahar aise kuch thinker paida hue, muslim thinker, jinhon ne islam</w:t>
      </w:r>
    </w:p>
    <w:p>
      <w:pPr>
        <w:jc w:val="right"/>
      </w:pPr>
      <w:r>
        <w:t>گا۔ دیکھیے، عرب میں اور عرب سے باہر ایسے کچھ thinker پیدا ہوئے، مسلم thinker، جنہوں نے اسلام</w:t>
      </w:r>
    </w:p>
    <w:p>
      <w:r>
        <w:rPr>
          <w:b/>
        </w:rPr>
        <w:t xml:space="preserve">[05:54] </w:t>
      </w:r>
      <w:r>
        <w:t>ka political interpretation diya,</w:t>
      </w:r>
    </w:p>
    <w:p>
      <w:pPr>
        <w:jc w:val="right"/>
      </w:pPr>
      <w:r>
        <w:t>کا political interpretation دیا،</w:t>
      </w:r>
    </w:p>
    <w:p>
      <w:r>
        <w:rPr>
          <w:b/>
        </w:rPr>
        <w:t xml:space="preserve">[05:58] </w:t>
      </w:r>
      <w:r>
        <w:t>ke islam yeh hai ke dunya bhar mein islam ki hukoomat qaim ki jaye, islam yeh hai ke</w:t>
      </w:r>
    </w:p>
    <w:p>
      <w:pPr>
        <w:jc w:val="right"/>
      </w:pPr>
      <w:r>
        <w:t>کہ اسلام یہ ہے کہ دنیا بھر میں اسلام کی حکومت قائم کی جائے، اسلام یہ ہے کہ</w:t>
      </w:r>
    </w:p>
    <w:p>
      <w:r>
        <w:rPr>
          <w:b/>
        </w:rPr>
        <w:t xml:space="preserve">[06:02] </w:t>
      </w:r>
      <w:r>
        <w:t>dunya bhar mein islam ka dabdaba qaim kiya jaye.</w:t>
      </w:r>
    </w:p>
    <w:p>
      <w:pPr>
        <w:jc w:val="right"/>
      </w:pPr>
      <w:r>
        <w:t>دنیا بھر میں اسلام کا دبدبہ قائم کیا جائے۔</w:t>
      </w:r>
    </w:p>
    <w:p>
      <w:r>
        <w:rPr>
          <w:b/>
        </w:rPr>
        <w:t xml:space="preserve">[06:05] </w:t>
      </w:r>
      <w:r>
        <w:t>yeh islam hai hi nahi.</w:t>
      </w:r>
    </w:p>
    <w:p>
      <w:pPr>
        <w:jc w:val="right"/>
      </w:pPr>
      <w:r>
        <w:t>یہ اسلام ہے ہی نہیں۔</w:t>
      </w:r>
    </w:p>
    <w:p>
      <w:r>
        <w:rPr>
          <w:b/>
        </w:rPr>
        <w:t xml:space="preserve">[06:08] </w:t>
      </w:r>
      <w:r>
        <w:t>to is ko le kar ke kuch log mutasir ho gaye, aur yeh aisa feal wahi log kar</w:t>
      </w:r>
    </w:p>
    <w:p>
      <w:pPr>
        <w:jc w:val="right"/>
      </w:pPr>
      <w:r>
        <w:t>تو اس کو لے کر کے کچھ لوگ متاثر ہو گئے، اور یہ ایسا فعل وہی لوگ کر</w:t>
      </w:r>
    </w:p>
    <w:p>
      <w:r>
        <w:rPr>
          <w:b/>
        </w:rPr>
        <w:t xml:space="preserve">[06:13] </w:t>
      </w:r>
      <w:r>
        <w:t>rahe hain. to aap ko yeh kehna pare ga ke yeh jo muslim thinkers ne yeh jo islam</w:t>
      </w:r>
    </w:p>
    <w:p>
      <w:pPr>
        <w:jc w:val="right"/>
      </w:pPr>
      <w:r>
        <w:t>رہے ہیں۔ تو آپ کو یہ کہنا پڑے گا کہ یہ جو مسلم thinkers نے یہ جو اسلام</w:t>
      </w:r>
    </w:p>
    <w:p>
      <w:r>
        <w:rPr>
          <w:b/>
        </w:rPr>
        <w:t xml:space="preserve">[06:20] </w:t>
      </w:r>
      <w:r>
        <w:t>ka yeh interpretation diya, yeh ta'beer ki, woh ghalat hai.</w:t>
      </w:r>
    </w:p>
    <w:p>
      <w:pPr>
        <w:jc w:val="right"/>
      </w:pPr>
      <w:r>
        <w:t>کا یہ interpretation دیا، یہ تعبیر کی، وہ غلط ہے۔</w:t>
      </w:r>
    </w:p>
    <w:p>
      <w:r>
        <w:rPr>
          <w:b/>
        </w:rPr>
        <w:t xml:space="preserve">[06:24] </w:t>
      </w:r>
      <w:r>
        <w:t>woh ta'beer yeh koi kehta nahi.</w:t>
      </w:r>
    </w:p>
    <w:p>
      <w:pPr>
        <w:jc w:val="right"/>
      </w:pPr>
      <w:r>
        <w:t>وہ تعبیر یہ کوئی کہتا نہیں۔</w:t>
      </w:r>
    </w:p>
    <w:p>
      <w:r>
        <w:rPr>
          <w:b/>
        </w:rPr>
        <w:t xml:space="preserve">[06:27] </w:t>
      </w:r>
      <w:r>
        <w:t>sirf terrorism ko poora karne se kafi nahi hai.</w:t>
      </w:r>
    </w:p>
    <w:p>
      <w:pPr>
        <w:jc w:val="right"/>
      </w:pPr>
      <w:r>
        <w:t>صرف terrorism کو پورا کرنے سے کافی نہیں ہے۔</w:t>
      </w:r>
    </w:p>
    <w:p>
      <w:r>
        <w:rPr>
          <w:b/>
        </w:rPr>
        <w:t xml:space="preserve">[06:30] </w:t>
      </w:r>
      <w:r>
        <w:t>is ki root cause par jana chahiye aap ko.</w:t>
      </w:r>
    </w:p>
    <w:p>
      <w:pPr>
        <w:jc w:val="right"/>
      </w:pPr>
      <w:r>
        <w:t>اس کی root cause پر جانا چاہیے آپ کو۔</w:t>
      </w:r>
    </w:p>
    <w:p>
      <w:r>
        <w:rPr>
          <w:b/>
        </w:rPr>
        <w:t xml:space="preserve">[06:32] </w:t>
      </w:r>
      <w:r>
        <w:t>root cause ko point out kar ke is ko aap ko batana pare ga.</w:t>
      </w:r>
    </w:p>
    <w:p>
      <w:pPr>
        <w:jc w:val="right"/>
      </w:pPr>
      <w:r>
        <w:t>root cause کو point out کر کے اس کو آپ کو بتانا پڑے گا۔</w:t>
      </w:r>
    </w:p>
    <w:p>
      <w:r>
        <w:rPr>
          <w:b/>
        </w:rPr>
        <w:t xml:space="preserve">[06:39] </w:t>
      </w:r>
      <w:r>
        <w:t>lekin sab se bara sawal hai jo ulama-e-kiram hain, zyada mawaqe par negative fikr kyun aati hai? kya hum pasti ke shikar ho chuke hain?</w:t>
      </w:r>
    </w:p>
    <w:p>
      <w:pPr>
        <w:jc w:val="right"/>
      </w:pPr>
      <w:r>
        <w:t>لیکن سب سے بڑا سوال ہے جو علمائے کرام ہیں، زیادہ مواقع پر negative فکر کیوں آتی ہے؟ کیا ہم پستی کے شکار ہو چکے ہیں؟</w:t>
      </w:r>
    </w:p>
    <w:p>
      <w:r>
        <w:rPr>
          <w:b/>
        </w:rPr>
        <w:t xml:space="preserve">[06:49] </w:t>
      </w:r>
      <w:r>
        <w:t>chuke hain? dekhiye, yeh asal mein islam mein is se pehle negative thinking nahi thi.</w:t>
      </w:r>
    </w:p>
    <w:p>
      <w:pPr>
        <w:jc w:val="right"/>
      </w:pPr>
      <w:r>
        <w:t>چکے ہیں؟ دیکھیے، یہ اصل میں اسلام میں اس سے پہلے negative thinking نہیں تھی۔</w:t>
      </w:r>
    </w:p>
    <w:p>
      <w:r>
        <w:rPr>
          <w:b/>
        </w:rPr>
        <w:t xml:space="preserve">[06:55] </w:t>
      </w:r>
      <w:r>
        <w:t>yani munfi soch nahi thi.</w:t>
      </w:r>
    </w:p>
    <w:p>
      <w:pPr>
        <w:jc w:val="right"/>
      </w:pPr>
      <w:r>
        <w:t>یعنی منفی سوچ نہیں تھی۔</w:t>
      </w:r>
    </w:p>
    <w:p>
      <w:r>
        <w:rPr>
          <w:b/>
        </w:rPr>
        <w:t xml:space="preserve">[06:58] </w:t>
      </w:r>
      <w:r>
        <w:t>yeh asal mein shuru hua hai colonial period jo aya tha, noabadayati</w:t>
      </w:r>
    </w:p>
    <w:p>
      <w:pPr>
        <w:jc w:val="right"/>
      </w:pPr>
      <w:r>
        <w:t>یہ اصل میں شروع ہوا ہے colonial period جو آیا تھا، نوآبادیاتی</w:t>
      </w:r>
    </w:p>
    <w:p>
      <w:r>
        <w:rPr>
          <w:b/>
        </w:rPr>
        <w:t xml:space="preserve">[07:05] </w:t>
      </w:r>
      <w:r>
        <w:t>door. ji. to</w:t>
      </w:r>
    </w:p>
    <w:p>
      <w:pPr>
        <w:jc w:val="right"/>
      </w:pPr>
      <w:r>
        <w:t>دور۔ جی۔ تو</w:t>
      </w:r>
    </w:p>
    <w:p>
      <w:r>
        <w:rPr>
          <w:b/>
        </w:rPr>
        <w:t xml:space="preserve">[07:09] </w:t>
      </w:r>
      <w:r>
        <w:t>europe ki kuch qaumein, asia aur africa mein jo muslim saltantein thi, un ko unhone overpower kiya.</w:t>
      </w:r>
    </w:p>
    <w:p>
      <w:pPr>
        <w:jc w:val="right"/>
      </w:pPr>
      <w:r>
        <w:t>یورپ کی کچھ قومیں، ایشیا اور افریقہ میں جو مسلم سلطنتیں تھیں، ان کو انہوں نے overpower کیا۔</w:t>
      </w:r>
    </w:p>
    <w:p>
      <w:r>
        <w:rPr>
          <w:b/>
        </w:rPr>
        <w:t xml:space="preserve">[07:17] </w:t>
      </w:r>
      <w:r>
        <w:t>ji. wahan se musalmanon mein negative thinking bani.</w:t>
      </w:r>
    </w:p>
    <w:p>
      <w:pPr>
        <w:jc w:val="right"/>
      </w:pPr>
      <w:r>
        <w:t>جی۔ وہاں سے مسلمانوں میں negative thinking بنی۔</w:t>
      </w:r>
    </w:p>
    <w:p>
      <w:r>
        <w:rPr>
          <w:b/>
        </w:rPr>
        <w:t xml:space="preserve">[07:21] </w:t>
      </w:r>
      <w:r>
        <w:t>woh ab tak chali aa rahi hai.</w:t>
      </w:r>
    </w:p>
    <w:p>
      <w:pPr>
        <w:jc w:val="right"/>
      </w:pPr>
      <w:r>
        <w:t>وہ اب تک چلی آ رہی ہے۔</w:t>
      </w:r>
    </w:p>
    <w:p>
      <w:r>
        <w:rPr>
          <w:b/>
        </w:rPr>
        <w:t xml:space="preserve">[07:23] </w:t>
      </w:r>
      <w:r>
        <w:t>ab unhone is ko attribute kar diya hai kahin israel se, kahin america se, kahin kisi aur</w:t>
      </w:r>
    </w:p>
    <w:p>
      <w:pPr>
        <w:jc w:val="right"/>
      </w:pPr>
      <w:r>
        <w:t>اب انہوں نے اس کو attribute کر دیا ہے کہیں اسرائیل سے، کہیں امریکہ سے، کہیں کسی اور</w:t>
      </w:r>
    </w:p>
    <w:p>
      <w:r>
        <w:rPr>
          <w:b/>
        </w:rPr>
        <w:t xml:space="preserve">[07:29] </w:t>
      </w:r>
      <w:r>
        <w:t>se. negative thinking islam mein hai hi nahi, sary se.</w:t>
      </w:r>
    </w:p>
    <w:p>
      <w:pPr>
        <w:jc w:val="right"/>
      </w:pPr>
      <w:r>
        <w:t>سے۔ negative thinking اسلام میں ہے ہی نہیں، سرے سے۔</w:t>
      </w:r>
    </w:p>
    <w:p>
      <w:r>
        <w:rPr>
          <w:b/>
        </w:rPr>
        <w:t xml:space="preserve">[07:33] </w:t>
      </w:r>
      <w:r>
        <w:t>yani woh jaiz hi nahi hai.</w:t>
      </w:r>
    </w:p>
    <w:p>
      <w:pPr>
        <w:jc w:val="right"/>
      </w:pPr>
      <w:r>
        <w:t>یعنی وہ جائز ہی نہیں ہے۔</w:t>
      </w:r>
    </w:p>
    <w:p>
      <w:r>
        <w:rPr>
          <w:b/>
        </w:rPr>
        <w:t xml:space="preserve">[07:36] </w:t>
      </w:r>
      <w:r>
        <w:t>ji. islam ka tareeqa yeh hai positive</w:t>
      </w:r>
    </w:p>
    <w:p>
      <w:pPr>
        <w:jc w:val="right"/>
      </w:pPr>
      <w:r>
        <w:t>جی۔ اسلام کا طریقہ یہ ہے positive</w:t>
      </w:r>
    </w:p>
    <w:p>
      <w:r>
        <w:rPr>
          <w:b/>
        </w:rPr>
        <w:t xml:space="preserve">[07:40] </w:t>
      </w:r>
      <w:r>
        <w:t>andaz mein cheezon ka analysis karna.</w:t>
      </w:r>
    </w:p>
    <w:p>
      <w:pPr>
        <w:jc w:val="right"/>
      </w:pPr>
      <w:r>
        <w:t>انداز میں چیزوں کا analysis کرنا۔</w:t>
      </w:r>
    </w:p>
    <w:p>
      <w:r>
        <w:rPr>
          <w:b/>
        </w:rPr>
        <w:t xml:space="preserve">[07:44] </w:t>
      </w:r>
      <w:r>
        <w:t>hindustan mein musalmanon ki jo halat hai, is ka zimmedar aap kise mante hain jo sachar committee ki report se jag zahir ho chuka hai?</w:t>
      </w:r>
    </w:p>
    <w:p>
      <w:pPr>
        <w:jc w:val="right"/>
      </w:pPr>
      <w:r>
        <w:t>ہندوستان میں مسلمانوں کی جو حالت ہے، اس کا ذمہ دار آپ کسے مانتے ہیں جو سچر کمیٹی کی رپورٹ سے جگ ظاہر ہو چکا ہے؟</w:t>
      </w:r>
    </w:p>
    <w:p>
      <w:r>
        <w:rPr>
          <w:b/>
        </w:rPr>
        <w:t xml:space="preserve">[07:53] </w:t>
      </w:r>
      <w:r>
        <w:t>mein dekh, hindustan mein musalmanon ki halat bohat hi achi hai.</w:t>
      </w:r>
    </w:p>
    <w:p>
      <w:pPr>
        <w:jc w:val="right"/>
      </w:pPr>
      <w:r>
        <w:t>میں دیکھ، ہندوستان میں مسلمانوں کی حالت بہت ہی اچھی ہے۔</w:t>
      </w:r>
    </w:p>
    <w:p>
      <w:r>
        <w:rPr>
          <w:b/>
        </w:rPr>
        <w:t xml:space="preserve">[07:57] </w:t>
      </w:r>
      <w:r>
        <w:t>yeh khwamkhwah kaha jata hai ke hindustan mein musalmanon ki halat achi nahi.</w:t>
      </w:r>
    </w:p>
    <w:p>
      <w:pPr>
        <w:jc w:val="right"/>
      </w:pPr>
      <w:r>
        <w:t>یہ خوامخواہ کہا جاتا ہے کہ ہندوستان میں مسلمانوں کی حالت اچھی نہیں۔</w:t>
      </w:r>
    </w:p>
    <w:p>
      <w:r>
        <w:rPr>
          <w:b/>
        </w:rPr>
        <w:t xml:space="preserve">[08:01] </w:t>
      </w:r>
      <w:r>
        <w:t>mein ne kai bar musalmanon ke jalse mein ek sawal kiya, kai bar.</w:t>
      </w:r>
    </w:p>
    <w:p>
      <w:pPr>
        <w:jc w:val="right"/>
      </w:pPr>
      <w:r>
        <w:t>میں نے کئی بار مسلمانوں کے جلسے میں ایک سوال کیا، کئی بار۔</w:t>
      </w:r>
    </w:p>
    <w:p>
      <w:r>
        <w:rPr>
          <w:b/>
        </w:rPr>
        <w:t xml:space="preserve">[08:06] </w:t>
      </w:r>
      <w:r>
        <w:t>khud hyderabad mein bhi yeh sawal kiya tha mein ne, jagah jagah, ke jo log yahan maujood hain</w:t>
      </w:r>
    </w:p>
    <w:p>
      <w:pPr>
        <w:jc w:val="right"/>
      </w:pPr>
      <w:r>
        <w:t>خود حیدرآباد میں بھی یہ سوال کیا تھا میں نے، جگہ جگہ، کہ جو لوگ یہاں موجود ہیں</w:t>
      </w:r>
    </w:p>
    <w:p>
      <w:r>
        <w:rPr>
          <w:b/>
        </w:rPr>
        <w:t xml:space="preserve">[08:12] </w:t>
      </w:r>
      <w:r>
        <w:t>woh yeh batayein</w:t>
      </w:r>
    </w:p>
    <w:p>
      <w:pPr>
        <w:jc w:val="right"/>
      </w:pPr>
      <w:r>
        <w:t>وہ یہ بتائیں</w:t>
      </w:r>
    </w:p>
    <w:p>
      <w:r>
        <w:rPr>
          <w:b/>
        </w:rPr>
        <w:t xml:space="preserve">[08:14] </w:t>
      </w:r>
      <w:r>
        <w:t>ke 1947 mein aap ki family ki halat kya thi, aaj kya halat hai? har shakhs ne yeh</w:t>
      </w:r>
    </w:p>
    <w:p>
      <w:pPr>
        <w:jc w:val="right"/>
      </w:pPr>
      <w:r>
        <w:t>کہ 1947 میں آپ کی فیملی کی حالت کیا تھی، آج کیا حالت ہے؟ ہر شخص نے یہ</w:t>
      </w:r>
    </w:p>
    <w:p>
      <w:r>
        <w:rPr>
          <w:b/>
        </w:rPr>
        <w:t xml:space="preserve">[08:20] </w:t>
      </w:r>
      <w:r>
        <w:t>kaha ke is waqt hum aaj bohat behtar hain, hum ne.</w:t>
      </w:r>
    </w:p>
    <w:p>
      <w:pPr>
        <w:jc w:val="right"/>
      </w:pPr>
      <w:r>
        <w:t>کہا کہ اس وقت ہم آج بہت بہتر ہیں، ہم نے۔</w:t>
      </w:r>
    </w:p>
    <w:p>
      <w:r>
        <w:rPr>
          <w:b/>
        </w:rPr>
        <w:t xml:space="preserve">[08:24] </w:t>
      </w:r>
      <w:r>
        <w:t>khud haiderabad ke logon ne kaha ke 1947 se aaj bohat behtar hain.</w:t>
      </w:r>
    </w:p>
    <w:p>
      <w:pPr>
        <w:jc w:val="right"/>
      </w:pPr>
      <w:r>
        <w:t>خود حیدرآباد کے لوگوں نے کہا کہ 1947 سے آج بہت بہتر ہیں۔</w:t>
      </w:r>
    </w:p>
    <w:p>
      <w:r>
        <w:rPr>
          <w:b/>
        </w:rPr>
        <w:t xml:space="preserve">[08:29] </w:t>
      </w:r>
      <w:r>
        <w:t>to kahan hai woh, yani jis ka charcha kiya jata hai, woh halaat</w:t>
      </w:r>
    </w:p>
    <w:p>
      <w:pPr>
        <w:jc w:val="right"/>
      </w:pPr>
      <w:r>
        <w:t>تو کہاں ہے وہ، یعنی جس کا چرچا کیا جاتا ہے، وہ حالات</w:t>
      </w:r>
    </w:p>
    <w:p>
      <w:r>
        <w:rPr>
          <w:b/>
        </w:rPr>
        <w:t xml:space="preserve">[08:34] </w:t>
      </w:r>
      <w:r>
        <w:t>lekin jo report hai sir, report aap sachar committee ki report dekhiye, musalmanon ki halat daliton se badtar hai hindustan mein. chahe woh taleemi halat ki baat kar li jaye, maashi halat ki baat kar li jaye, even samaji halat ki bhi.</w:t>
      </w:r>
    </w:p>
    <w:p>
      <w:pPr>
        <w:jc w:val="right"/>
      </w:pPr>
      <w:r>
        <w:t>لیکن جو رپورٹ ہے سر، رپورٹ آپ سچر کمیٹی کی رپورٹ دیکھیے، مسلمانوں کی حالت دلیتوں سے بدتر ہے ہندوستان میں۔ چاہے وہ تعلیمی حالت کی بات کر لی جائے، معاشی حالت کی بات کر لی جائے، even سماجی حالت کی بھی۔</w:t>
      </w:r>
    </w:p>
    <w:p>
      <w:r>
        <w:rPr>
          <w:b/>
        </w:rPr>
        <w:t xml:space="preserve">[08:47] </w:t>
      </w:r>
      <w:r>
        <w:t>. mein sachi sachar committee ki report ko nahi manta.</w:t>
      </w:r>
    </w:p>
    <w:p>
      <w:pPr>
        <w:jc w:val="right"/>
      </w:pPr>
      <w:r>
        <w:t>۔ میں سچی سچر کمیٹی کی رپورٹ کو نہیں مانتا۔</w:t>
      </w:r>
    </w:p>
    <w:p>
      <w:r>
        <w:rPr>
          <w:b/>
        </w:rPr>
        <w:t xml:space="preserve">[08:51] </w:t>
      </w:r>
      <w:r>
        <w:t>woh mein is ko sahi nahi manta, is ko.</w:t>
      </w:r>
    </w:p>
    <w:p>
      <w:pPr>
        <w:jc w:val="right"/>
      </w:pPr>
      <w:r>
        <w:t>وہ میں اس کو صحیح نہیں مانتا، اس کو۔</w:t>
      </w:r>
    </w:p>
    <w:p>
      <w:r>
        <w:rPr>
          <w:b/>
        </w:rPr>
        <w:t xml:space="preserve">[08:53] </w:t>
      </w:r>
      <w:r>
        <w:t>woh sahi nahi hai.</w:t>
      </w:r>
    </w:p>
    <w:p>
      <w:pPr>
        <w:jc w:val="right"/>
      </w:pPr>
      <w:r>
        <w:t>وہ صحیح نہیں ہے۔</w:t>
      </w:r>
    </w:p>
    <w:p>
      <w:r>
        <w:rPr>
          <w:b/>
        </w:rPr>
        <w:t xml:space="preserve">[08:55] </w:t>
      </w:r>
      <w:r>
        <w:t>kyunke unhon ne yeh kiya, apne office mein baithe hue hain, aur logon ko jo</w:t>
      </w:r>
    </w:p>
    <w:p>
      <w:pPr>
        <w:jc w:val="right"/>
      </w:pPr>
      <w:r>
        <w:t>کیونکہ انہوں نے یہ کیا، اپنے آفس میں بیٹھے ہوئے ہیں، اور لوگوں کو جو</w:t>
      </w:r>
    </w:p>
    <w:p>
      <w:r>
        <w:rPr>
          <w:b/>
        </w:rPr>
        <w:t xml:space="preserve">[09:03] </w:t>
      </w:r>
      <w:r>
        <w:t>outspeakers, musalmanon ke jo outspeakers log hain, barh barh ke bolne wale, un ko bula kar ke un</w:t>
      </w:r>
    </w:p>
    <w:p>
      <w:pPr>
        <w:jc w:val="right"/>
      </w:pPr>
      <w:r>
        <w:t>outspeakers، مسلمانوں کے جو outspeakers لوگ ہیں، بڑھ بڑھ کے بولنے والے، ان کو بلا کر کے ان</w:t>
      </w:r>
    </w:p>
    <w:p>
      <w:r>
        <w:rPr>
          <w:b/>
        </w:rPr>
        <w:t xml:space="preserve">[09:08] </w:t>
      </w:r>
      <w:r>
        <w:t>se baatein kar rahe hain.</w:t>
      </w:r>
    </w:p>
    <w:p>
      <w:pPr>
        <w:jc w:val="right"/>
      </w:pPr>
      <w:r>
        <w:t>سے باتیں کر رہے ہیں۔</w:t>
      </w:r>
    </w:p>
    <w:p>
      <w:r>
        <w:rPr>
          <w:b/>
        </w:rPr>
        <w:t xml:space="preserve">[09:09] </w:t>
      </w:r>
      <w:r>
        <w:t>to woh negative baatein kare ga.</w:t>
      </w:r>
    </w:p>
    <w:p>
      <w:pPr>
        <w:jc w:val="right"/>
      </w:pPr>
      <w:r>
        <w:t>تو وہ negative باتیں کریں گے۔</w:t>
      </w:r>
    </w:p>
    <w:p>
      <w:r>
        <w:rPr>
          <w:b/>
        </w:rPr>
        <w:t xml:space="preserve">[09:11] </w:t>
      </w:r>
      <w:r>
        <w:t>unhon ne ghus kar ke muslim abadi mein</w:t>
      </w:r>
    </w:p>
    <w:p>
      <w:pPr>
        <w:jc w:val="right"/>
      </w:pPr>
      <w:r>
        <w:t>انہوں نے گھس کر کے مسلم آبادی میں</w:t>
      </w:r>
    </w:p>
    <w:p>
      <w:r>
        <w:rPr>
          <w:b/>
        </w:rPr>
        <w:t xml:space="preserve">[09:16] </w:t>
      </w:r>
      <w:r>
        <w:t>research nahi kiya.</w:t>
      </w:r>
    </w:p>
    <w:p>
      <w:pPr>
        <w:jc w:val="right"/>
      </w:pPr>
      <w:r>
        <w:t>research نہیں کیا۔</w:t>
      </w:r>
    </w:p>
    <w:p>
      <w:r>
        <w:rPr>
          <w:b/>
        </w:rPr>
        <w:t xml:space="preserve">[09:16] </w:t>
      </w:r>
      <w:r>
        <w:t>misalan jahan aap baithe hue hain, yeh nizamuddin colony,</w:t>
      </w:r>
    </w:p>
    <w:p>
      <w:pPr>
        <w:jc w:val="right"/>
      </w:pPr>
      <w:r>
        <w:t>مثلاً جہاں آپ بیٹھے ہوئے ہیں، یہ نظام الدین کالنی،</w:t>
      </w:r>
    </w:p>
    <w:p>
      <w:r>
        <w:rPr>
          <w:b/>
        </w:rPr>
        <w:t xml:space="preserve">[09:21] </w:t>
      </w:r>
      <w:r>
        <w:t>nizamuddin remus colony, yahan koi aya nahi poochne ke liye ke yahan ki halat kya hai? yahan</w:t>
      </w:r>
    </w:p>
    <w:p>
      <w:pPr>
        <w:jc w:val="right"/>
      </w:pPr>
      <w:r>
        <w:t>نظام الدین ریمس کالنی، یہاں کوئی آیا نہیں پوچھنے کے لیے کہ یہاں کی حالت کیا ہے؟ یہاں</w:t>
      </w:r>
    </w:p>
    <w:p>
      <w:r>
        <w:rPr>
          <w:b/>
        </w:rPr>
        <w:t xml:space="preserve">[09:27] </w:t>
      </w:r>
      <w:r>
        <w:t>1947 ke baad sab ke sab hindu log the yahan par.</w:t>
      </w:r>
    </w:p>
    <w:p>
      <w:pPr>
        <w:jc w:val="right"/>
      </w:pPr>
      <w:r>
        <w:t>1947 کے بعد سب کے سب ہندو لوگ تھے یہاں پر۔</w:t>
      </w:r>
    </w:p>
    <w:p>
      <w:r>
        <w:rPr>
          <w:b/>
        </w:rPr>
        <w:t xml:space="preserve">[09:30] </w:t>
      </w:r>
      <w:r>
        <w:t>yeh colony hindu logon ne banai thi.</w:t>
      </w:r>
    </w:p>
    <w:p>
      <w:pPr>
        <w:jc w:val="right"/>
      </w:pPr>
      <w:r>
        <w:t>یہ کالونی ہندو لوگوں نے بنائی تھی۔</w:t>
      </w:r>
    </w:p>
    <w:p>
      <w:r>
        <w:rPr>
          <w:b/>
        </w:rPr>
        <w:t xml:space="preserve">[09:33] </w:t>
      </w:r>
      <w:r>
        <w:t>aaj yahan, yani majority musalmanon ki hai.</w:t>
      </w:r>
    </w:p>
    <w:p>
      <w:pPr>
        <w:jc w:val="right"/>
      </w:pPr>
      <w:r>
        <w:t>آج یہاں، یعنی majority مسلمانوں کی ہے۔</w:t>
      </w:r>
    </w:p>
    <w:p>
      <w:r>
        <w:rPr>
          <w:b/>
        </w:rPr>
        <w:t xml:space="preserve">[09:38] </w:t>
      </w:r>
      <w:r>
        <w:t>unhon ne ghar khareed liya, khareed kar ke is ko wahan rehte hain.</w:t>
      </w:r>
    </w:p>
    <w:p>
      <w:pPr>
        <w:jc w:val="right"/>
      </w:pPr>
      <w:r>
        <w:t>انہوں نے گھر خرید لیا، خرید کر کے اس کو وہاں رہتے ہیں۔</w:t>
      </w:r>
    </w:p>
    <w:p>
      <w:r>
        <w:rPr>
          <w:b/>
        </w:rPr>
        <w:t xml:space="preserve">[09:42] </w:t>
      </w:r>
      <w:r>
        <w:t>maulana. to aaj yeh hindu colony thi, aaj muslim colony hai.</w:t>
      </w:r>
    </w:p>
    <w:p>
      <w:pPr>
        <w:jc w:val="right"/>
      </w:pPr>
      <w:r>
        <w:t>مولانا. تو آج یہ ہندو کالونی تھی، آج مسلم کالونی ہے۔</w:t>
      </w:r>
    </w:p>
    <w:p>
      <w:r>
        <w:rPr>
          <w:b/>
        </w:rPr>
        <w:t xml:space="preserve">[09:46] </w:t>
      </w:r>
      <w:r>
        <w:t>yeh is ka zikr hi nahi</w:t>
      </w:r>
    </w:p>
    <w:p>
      <w:pPr>
        <w:jc w:val="right"/>
      </w:pPr>
      <w:r>
        <w:t>یہ اس کا ذکر ہی نہیں</w:t>
      </w:r>
    </w:p>
    <w:p>
      <w:r>
        <w:rPr>
          <w:b/>
        </w:rPr>
        <w:t xml:space="preserve">[09:47] </w:t>
      </w:r>
      <w:r>
        <w:t>lekin maulana, yeh sirf mahaz musalmanon ki do feesadi abadi ki baat hai? jo badi abadi hai, jo aaj bhi gandagi mein rehti hai, jin ilaqon mein aap jayein un ilaqon mein kitni gandagi hai, taleemi halat in bachchon ki dekhiye.</w:t>
      </w:r>
    </w:p>
    <w:p>
      <w:pPr>
        <w:jc w:val="right"/>
      </w:pPr>
      <w:r>
        <w:t>لیکن مولانا، یہ صرف محض مسلمانوں کی دو فیصد آبادی کی بات ہے؟ جو بڑی آبادی ہے، جو آج بھی گندگی میں رہتی ہے، جن علاقوں میں آپ جائیں ان علاقوں میں کتنی گندگی ہے، تعلیمی حالت ان بچوں کی دیکھیے۔</w:t>
      </w:r>
    </w:p>
    <w:p>
      <w:r>
        <w:rPr>
          <w:b/>
        </w:rPr>
        <w:t xml:space="preserve">[10:01] </w:t>
      </w:r>
      <w:r>
        <w:t>yeh sirf isi colony ki baat nahi hai.</w:t>
      </w:r>
    </w:p>
    <w:p>
      <w:pPr>
        <w:jc w:val="right"/>
      </w:pPr>
      <w:r>
        <w:t>یہ صرف اسی کالونی کی بات نہیں ہے۔</w:t>
      </w:r>
    </w:p>
    <w:p>
      <w:r>
        <w:rPr>
          <w:b/>
        </w:rPr>
        <w:t xml:space="preserve">[10:02] </w:t>
      </w:r>
      <w:r>
        <w:t>mein gaya wahan par, rajasthan mein.</w:t>
      </w:r>
    </w:p>
    <w:p>
      <w:pPr>
        <w:jc w:val="right"/>
      </w:pPr>
      <w:r>
        <w:t>میں گیا وہاں پر، راجستھان میں۔</w:t>
      </w:r>
    </w:p>
    <w:p>
      <w:r>
        <w:rPr>
          <w:b/>
        </w:rPr>
        <w:t xml:space="preserve">[10:06] </w:t>
      </w:r>
      <w:r>
        <w:t>wahan logon ne bataya ke jahan woh the us waqt, ke 1947 ke baad jab sharnarthi aaye to</w:t>
      </w:r>
    </w:p>
    <w:p>
      <w:pPr>
        <w:jc w:val="right"/>
      </w:pPr>
      <w:r>
        <w:t>وہاں لوگوں نے بتایا کہ جہاں وہ تھے اس وقت، کہ 1947 کے بعد جب شرناتھی آئے تو</w:t>
      </w:r>
    </w:p>
    <w:p>
      <w:r>
        <w:rPr>
          <w:b/>
        </w:rPr>
        <w:t xml:space="preserve">[10:12] </w:t>
      </w:r>
      <w:r>
        <w:t>sari jaghein un ko mil gayeen.</w:t>
      </w:r>
    </w:p>
    <w:p>
      <w:pPr>
        <w:jc w:val="right"/>
      </w:pPr>
      <w:r>
        <w:t>ساری جگہیں ان کو مل گئیں۔</w:t>
      </w:r>
    </w:p>
    <w:p>
      <w:r>
        <w:rPr>
          <w:b/>
        </w:rPr>
        <w:t xml:space="preserve">[10:15] </w:t>
      </w:r>
      <w:r>
        <w:t>un ka ghar, un ke khet, kunwan, sab.</w:t>
      </w:r>
    </w:p>
    <w:p>
      <w:pPr>
        <w:jc w:val="right"/>
      </w:pPr>
      <w:r>
        <w:t>ان کا گھر، ان کے کھیت، کنواں، سب۔</w:t>
      </w:r>
    </w:p>
    <w:p>
      <w:r>
        <w:rPr>
          <w:b/>
        </w:rPr>
        <w:t xml:space="preserve">[10:17] </w:t>
      </w:r>
      <w:r>
        <w:t>aur yeh log bظاہر be-ghar ho gaye.</w:t>
      </w:r>
    </w:p>
    <w:p>
      <w:pPr>
        <w:jc w:val="right"/>
      </w:pPr>
      <w:r>
        <w:t>اور یہ لوگ بظاہر بے گھر ہو گئے۔</w:t>
      </w:r>
    </w:p>
    <w:p>
      <w:r>
        <w:rPr>
          <w:b/>
        </w:rPr>
        <w:t xml:space="preserve">[10:20] </w:t>
      </w:r>
      <w:r>
        <w:t>keh rahe thay ke ab hum isi jagah ko, woh khet hamare paas hain, woh kuan hamare paas</w:t>
      </w:r>
    </w:p>
    <w:p>
      <w:pPr>
        <w:jc w:val="right"/>
      </w:pPr>
      <w:r>
        <w:t>کہہ رہے تھے کہ اب ہم اسی جگہ کو، وہ کھیت ہمارے پاس ہیں، وہ کنواں ہمارے پاس</w:t>
      </w:r>
    </w:p>
    <w:p>
      <w:r>
        <w:rPr>
          <w:b/>
        </w:rPr>
        <w:t xml:space="preserve">[10:25] </w:t>
      </w:r>
      <w:r>
        <w:t>hai, woh ghar hamare paas hai.</w:t>
      </w:r>
    </w:p>
    <w:p>
      <w:pPr>
        <w:jc w:val="right"/>
      </w:pPr>
      <w:r>
        <w:t>ہے، وہ گھر ہمارے پاس ہے۔</w:t>
      </w:r>
    </w:p>
    <w:p>
      <w:r>
        <w:rPr>
          <w:b/>
        </w:rPr>
        <w:t xml:space="preserve">[10:26] </w:t>
      </w:r>
      <w:r>
        <w:t>kyun? hum ne</w:t>
      </w:r>
    </w:p>
    <w:p>
      <w:pPr>
        <w:jc w:val="right"/>
      </w:pPr>
      <w:r>
        <w:t>کیوں؟ ہم نے</w:t>
      </w:r>
    </w:p>
    <w:p>
      <w:r>
        <w:rPr>
          <w:b/>
        </w:rPr>
        <w:t xml:space="preserve">[10:28] </w:t>
      </w:r>
      <w:r>
        <w:t>kamaya paisa, aur paisa kam kar ke khareeda, woh hamare paas aa gaya.</w:t>
      </w:r>
    </w:p>
    <w:p>
      <w:pPr>
        <w:jc w:val="right"/>
      </w:pPr>
      <w:r>
        <w:t>کمایا پیسہ، اور پیسہ کم کر کے خریدا، وہ ہمارے پاس آ گیا۔</w:t>
      </w:r>
    </w:p>
    <w:p>
      <w:r>
        <w:rPr>
          <w:b/>
        </w:rPr>
        <w:t xml:space="preserve">[10:33] </w:t>
      </w:r>
      <w:r>
        <w:t>yeh Sachar committee ka koi zikr hi nahin.</w:t>
      </w:r>
    </w:p>
    <w:p>
      <w:pPr>
        <w:jc w:val="right"/>
      </w:pPr>
      <w:r>
        <w:t>یہ سچر کمیٹی کا کوئی ذکر ہی نہیں۔</w:t>
      </w:r>
    </w:p>
    <w:p>
      <w:r>
        <w:rPr>
          <w:b/>
        </w:rPr>
        <w:t xml:space="preserve">[10:36] </w:t>
      </w:r>
      <w:r>
        <w:t>yeh yeh process hua khud Hyderabad mein.</w:t>
      </w:r>
    </w:p>
    <w:p>
      <w:pPr>
        <w:jc w:val="right"/>
      </w:pPr>
      <w:r>
        <w:t>یہ یہ process ہوا خود حیدرآباد میں۔</w:t>
      </w:r>
    </w:p>
    <w:p>
      <w:r>
        <w:rPr>
          <w:b/>
        </w:rPr>
        <w:t xml:space="preserve">[10:39] </w:t>
      </w:r>
      <w:r>
        <w:t>Hyderabad mein 1947 ki d Duran, jab mein gaya tha wahan, to railway station par sab rickshaw khare hue</w:t>
      </w:r>
    </w:p>
    <w:p>
      <w:pPr>
        <w:jc w:val="right"/>
      </w:pPr>
      <w:r>
        <w:t>حیدرآباد میں 1947 کی دوران، جب میں گیا تھا وہاں، تو ریلوے اسٹیشن پر سب رکشے کھڑے ہوئے</w:t>
      </w:r>
    </w:p>
    <w:p>
      <w:r>
        <w:rPr>
          <w:b/>
        </w:rPr>
        <w:t xml:space="preserve">[10:48] </w:t>
      </w:r>
      <w:r>
        <w:t>thay. ab logon ne bataya ke yeh musalmanon ke rickshaw hain.</w:t>
      </w:r>
    </w:p>
    <w:p>
      <w:pPr>
        <w:jc w:val="right"/>
      </w:pPr>
      <w:r>
        <w:t>تھے۔ اب لوگوں نے بتایا کہ یہ مسلمانوں کے رکشے ہیں۔</w:t>
      </w:r>
    </w:p>
    <w:p>
      <w:r>
        <w:rPr>
          <w:b/>
        </w:rPr>
        <w:t xml:space="preserve">[10:51] </w:t>
      </w:r>
      <w:r>
        <w:t>ji. yaani is zamane mein</w:t>
      </w:r>
    </w:p>
    <w:p>
      <w:pPr>
        <w:jc w:val="right"/>
      </w:pPr>
      <w:r>
        <w:t>جی۔ یعنی اس زمانے میں</w:t>
      </w:r>
    </w:p>
    <w:p>
      <w:r>
        <w:rPr>
          <w:b/>
        </w:rPr>
        <w:t xml:space="preserve">[10:53] </w:t>
      </w:r>
      <w:r>
        <w:t>Hyderabad riyasat mein musalman mulazim hua karte thay.</w:t>
      </w:r>
    </w:p>
    <w:p>
      <w:pPr>
        <w:jc w:val="right"/>
      </w:pPr>
      <w:r>
        <w:t>حیدرآباد ریاست میں مسلمان ملازم ہوا کرتے تھے۔</w:t>
      </w:r>
    </w:p>
    <w:p>
      <w:r>
        <w:rPr>
          <w:b/>
        </w:rPr>
        <w:t xml:space="preserve">[10:57] </w:t>
      </w:r>
      <w:r>
        <w:t>mulazmat khatm ho gayi to ab rickshaw chala rahe hain.</w:t>
      </w:r>
    </w:p>
    <w:p>
      <w:pPr>
        <w:jc w:val="right"/>
      </w:pPr>
      <w:r>
        <w:t>ملازمت ختم ہو گئی تو اب رکشے چلا رہے ہیں۔</w:t>
      </w:r>
    </w:p>
    <w:p>
      <w:r>
        <w:rPr>
          <w:b/>
        </w:rPr>
        <w:t xml:space="preserve">[10:59] </w:t>
      </w:r>
      <w:r>
        <w:t>ab mein jata hoon wahan to wahan par sab car khari hui hain.</w:t>
      </w:r>
    </w:p>
    <w:p>
      <w:pPr>
        <w:jc w:val="right"/>
      </w:pPr>
      <w:r>
        <w:t>اب میں جاتا ہوں وہاں تو وہاں پر سب کاریں کھڑی ہوئی ہیں۔</w:t>
      </w:r>
    </w:p>
    <w:p>
      <w:r>
        <w:rPr>
          <w:b/>
        </w:rPr>
        <w:t xml:space="preserve">[11:03] </w:t>
      </w:r>
      <w:r>
        <w:t>yeh kahan se Sachar committee ne bataya? ke jahan log rickshaw khenchte thay, ab wahan car</w:t>
      </w:r>
    </w:p>
    <w:p>
      <w:pPr>
        <w:jc w:val="right"/>
      </w:pPr>
      <w:r>
        <w:t>یہ کہاں سے سچر کمیٹی نے بتایا؟ کہ جہاں لوگ رکشہ کھینچتے تھے، اب وہاں کاریں</w:t>
      </w:r>
    </w:p>
    <w:p>
      <w:r>
        <w:rPr>
          <w:b/>
        </w:rPr>
        <w:t xml:space="preserve">[11:09] </w:t>
      </w:r>
      <w:r>
        <w:t>ke aap kehte hain ke sachar committee ki jo report hai poori tarah se galat hai. main galat nahi bhi kehta. woh aur naaqis maloomat par mabni hai. naaqis maloomat. jaise maine aap ko kai misalein dein. in misalon ka is mein koi zikr nahi.</w:t>
      </w:r>
    </w:p>
    <w:p>
      <w:pPr>
        <w:jc w:val="right"/>
      </w:pPr>
      <w:r>
        <w:t>کہ آپ کہتے ہیں کہ سچر کمیٹی کی جو رپورٹ ہے پوری طریقے سے غلط ہے۔ میں غلط نہیں بھی کہتا۔ وہ اور ناقص معلومات پر مبنی ہے۔ ناقص معلومات۔ جیسے میں نے آپ کو کئی مثالیں دی۔ ان مثالوں کا اس میں کوئی ذکر نہیں۔</w:t>
      </w:r>
    </w:p>
    <w:p>
      <w:r>
        <w:rPr>
          <w:b/>
        </w:rPr>
        <w:t xml:space="preserve">[11:23] </w:t>
      </w:r>
      <w:r>
        <w:t>kar nahin. waqt ho gaya hai ek chote se break ka, aur break ke baad lotenge to</w:t>
      </w:r>
    </w:p>
    <w:p>
      <w:pPr>
        <w:jc w:val="right"/>
      </w:pPr>
      <w:r>
        <w:t>کر نہیں۔ وقت ہو گیا ہے ایک چھوٹے سے بریک کا، اور بریک کے بعد لوٹیں گے تو</w:t>
      </w:r>
    </w:p>
    <w:p>
      <w:r>
        <w:rPr>
          <w:b/>
        </w:rPr>
        <w:t xml:space="preserve">[11:27] </w:t>
      </w:r>
      <w:r>
        <w:t>Wahiduddin Khan sahib se janenge ke taameer ke bajaye tanqeed par unhon ne itna kyun likha</w:t>
      </w:r>
    </w:p>
    <w:p>
      <w:pPr>
        <w:jc w:val="right"/>
      </w:pPr>
      <w:r>
        <w:t>وحید الدین خان صاحب سے جانیں گے کہ تعمیر کے بجائے تنقید پر انہوں نے اتنا کیوں لکھا</w:t>
      </w:r>
    </w:p>
    <w:p>
      <w:r>
        <w:rPr>
          <w:b/>
        </w:rPr>
        <w:t xml:space="preserve">[11:33] </w:t>
      </w:r>
      <w:r>
        <w:t>hai. lekin is se pehle, ek chota sa break.</w:t>
      </w:r>
    </w:p>
    <w:p>
      <w:pPr>
        <w:jc w:val="right"/>
      </w:pPr>
      <w:r>
        <w:t>ہے۔ لیکن اس سے پہلے، ایک چھوٹا سا بریک۔</w:t>
      </w:r>
    </w:p>
    <w:p>
      <w:r>
        <w:rPr>
          <w:b/>
        </w:rPr>
        <w:t xml:space="preserve">[11:46] </w:t>
      </w:r>
      <w:r>
        <w:t>break ke baad nazreen, aap ka dobara khair maqdam hai.</w:t>
      </w:r>
    </w:p>
    <w:p>
      <w:pPr>
        <w:jc w:val="right"/>
      </w:pPr>
      <w:r>
        <w:t>بریک کے بعد ناظرین، آپ کا دوبارہ خیر مقدم ہے۔</w:t>
      </w:r>
    </w:p>
    <w:p>
      <w:r>
        <w:rPr>
          <w:b/>
        </w:rPr>
        <w:t xml:space="preserve">[11:48] </w:t>
      </w:r>
      <w:r>
        <w:t>hamare sath maujood hain Maulana Wahiduddin Khan sahib.</w:t>
      </w:r>
    </w:p>
    <w:p>
      <w:pPr>
        <w:jc w:val="right"/>
      </w:pPr>
      <w:r>
        <w:t>ہمارے ساتھ موجود ہیں مولانا وحید الدین خان صاحب۔</w:t>
      </w:r>
    </w:p>
    <w:p>
      <w:r>
        <w:rPr>
          <w:b/>
        </w:rPr>
        <w:t xml:space="preserve">[11:51] </w:t>
      </w:r>
      <w:r>
        <w:t>Maulana, mulk mein intolerance ko le kar ke abhi bohat zyada bayan bazi ho rahi hai.</w:t>
      </w:r>
    </w:p>
    <w:p>
      <w:pPr>
        <w:jc w:val="right"/>
      </w:pPr>
      <w:r>
        <w:t>مولانا، ملک میں intolerance کو لے کر کے ابھی بہت زیادہ بیان بازی ہو رہی ہے۔</w:t>
      </w:r>
    </w:p>
    <w:p>
      <w:r>
        <w:rPr>
          <w:b/>
        </w:rPr>
        <w:t xml:space="preserve">[11:56] </w:t>
      </w:r>
      <w:r>
        <w:t>ise aap kaise dekhte hain?</w:t>
      </w:r>
    </w:p>
    <w:p>
      <w:pPr>
        <w:jc w:val="right"/>
      </w:pPr>
      <w:r>
        <w:t>اسے آپ کیسے دیکھتے ہیں؟</w:t>
      </w:r>
    </w:p>
    <w:p>
      <w:r>
        <w:rPr>
          <w:b/>
        </w:rPr>
        <w:t xml:space="preserve">[11:59] </w:t>
      </w:r>
      <w:r>
        <w:t>mein is bayan bazi se bilkul ittefaq nahin karta.</w:t>
      </w:r>
    </w:p>
    <w:p>
      <w:pPr>
        <w:jc w:val="right"/>
      </w:pPr>
      <w:r>
        <w:t>میں اس بیان بازی سے بالکل اتفاق نہیں کرتا۔</w:t>
      </w:r>
    </w:p>
    <w:p>
      <w:r>
        <w:rPr>
          <w:b/>
        </w:rPr>
        <w:t xml:space="preserve">[12:03] </w:t>
      </w:r>
      <w:r>
        <w:t>intolerance ek part of nature hai, part of society hai.</w:t>
      </w:r>
    </w:p>
    <w:p>
      <w:pPr>
        <w:jc w:val="right"/>
      </w:pPr>
      <w:r>
        <w:t>intolerance ایک part of nature ہے، part of society ہے۔</w:t>
      </w:r>
    </w:p>
    <w:p>
      <w:r>
        <w:rPr>
          <w:b/>
        </w:rPr>
        <w:t xml:space="preserve">[12:08] </w:t>
      </w:r>
      <w:r>
        <w:t>society mein har aadmi ko azadi hai, Allah ne azadi di hai.</w:t>
      </w:r>
    </w:p>
    <w:p>
      <w:pPr>
        <w:jc w:val="right"/>
      </w:pPr>
      <w:r>
        <w:t>society میں ہر آدمی کو آزادی ہے، اللہ نے آزادی دی ہے۔</w:t>
      </w:r>
    </w:p>
    <w:p>
      <w:r>
        <w:rPr>
          <w:b/>
        </w:rPr>
        <w:t xml:space="preserve">[12:12] </w:t>
      </w:r>
      <w:r>
        <w:t>to kahin na kahin aise waqiat honge.</w:t>
      </w:r>
    </w:p>
    <w:p>
      <w:pPr>
        <w:jc w:val="right"/>
      </w:pPr>
      <w:r>
        <w:t>تو کہیں نہ کہیں ایسے واقعات ہوں گے۔</w:t>
      </w:r>
    </w:p>
    <w:p>
      <w:r>
        <w:rPr>
          <w:b/>
        </w:rPr>
        <w:t xml:space="preserve">[12:14] </w:t>
      </w:r>
      <w:r>
        <w:t>yeh to ghalat naam hai intolerance ka.</w:t>
      </w:r>
    </w:p>
    <w:p>
      <w:pPr>
        <w:jc w:val="right"/>
      </w:pPr>
      <w:r>
        <w:t>یہ تو غلط نام ہے intolerance کا۔</w:t>
      </w:r>
    </w:p>
    <w:p>
      <w:r>
        <w:rPr>
          <w:b/>
        </w:rPr>
        <w:t xml:space="preserve">[12:18] </w:t>
      </w:r>
      <w:r>
        <w:t>yeh dissent hai, ikhtilaf-e-rai hai.</w:t>
      </w:r>
    </w:p>
    <w:p>
      <w:pPr>
        <w:jc w:val="right"/>
      </w:pPr>
      <w:r>
        <w:t>یہ dissent ہے، اختلاف رائے ہے۔</w:t>
      </w:r>
    </w:p>
    <w:p>
      <w:r>
        <w:rPr>
          <w:b/>
        </w:rPr>
        <w:t xml:space="preserve">[12:20] </w:t>
      </w:r>
      <w:r>
        <w:t>ji. to woh rahega.</w:t>
      </w:r>
    </w:p>
    <w:p>
      <w:pPr>
        <w:jc w:val="right"/>
      </w:pPr>
      <w:r>
        <w:t>جی۔ تو وہ رہے گا۔</w:t>
      </w:r>
    </w:p>
    <w:p>
      <w:r>
        <w:rPr>
          <w:b/>
        </w:rPr>
        <w:t xml:space="preserve">[12:22] </w:t>
      </w:r>
      <w:r>
        <w:t>aap is ko intolerance kyon kehte hain? agar koi mere bare mein kuch kahe to main us ko</w:t>
      </w:r>
    </w:p>
    <w:p>
      <w:pPr>
        <w:jc w:val="right"/>
      </w:pPr>
      <w:r>
        <w:t>آپ اس کو intolerance کیوں کہتے ہیں؟ اگر کوئی میرے بارے میں کچھ کہے تو میں اس کو</w:t>
      </w:r>
    </w:p>
    <w:p>
      <w:r>
        <w:rPr>
          <w:b/>
        </w:rPr>
        <w:t xml:space="preserve">[12:27] </w:t>
      </w:r>
      <w:r>
        <w:t>ignore karoon, nazar andaaz karoon? kya zaroorat hai mujh ko bahas karne ki, ladai jhagda karne ki? intolerance</w:t>
      </w:r>
    </w:p>
    <w:p>
      <w:pPr>
        <w:jc w:val="right"/>
      </w:pPr>
      <w:r>
        <w:t>ignore کروں، نظر انداز کروں؟ کیا ضرورت ہے مجھ کو بحث کرنے کی، لڑائی جھگڑا کرنے کی؟ intolerance</w:t>
      </w:r>
    </w:p>
    <w:p>
      <w:r>
        <w:rPr>
          <w:b/>
        </w:rPr>
        <w:t xml:space="preserve">[12:33] </w:t>
      </w:r>
      <w:r>
        <w:t>ke mani hain ikhtilaf,</w:t>
      </w:r>
    </w:p>
    <w:p>
      <w:pPr>
        <w:jc w:val="right"/>
      </w:pPr>
      <w:r>
        <w:t>کے معنی ہیں اختلاف،</w:t>
      </w:r>
    </w:p>
    <w:p>
      <w:r>
        <w:rPr>
          <w:b/>
        </w:rPr>
        <w:t xml:space="preserve">[12:37] </w:t>
      </w:r>
      <w:r>
        <w:t>dissent. to woh rahega.</w:t>
      </w:r>
    </w:p>
    <w:p>
      <w:pPr>
        <w:jc w:val="right"/>
      </w:pPr>
      <w:r>
        <w:t>dissent۔ تو وہ رہے گا۔</w:t>
      </w:r>
    </w:p>
    <w:p>
      <w:r>
        <w:rPr>
          <w:b/>
        </w:rPr>
        <w:t xml:space="preserve">[12:39] </w:t>
      </w:r>
      <w:r>
        <w:t>aap koi react, aap react na karein.</w:t>
      </w:r>
    </w:p>
    <w:p>
      <w:pPr>
        <w:jc w:val="right"/>
      </w:pPr>
      <w:r>
        <w:t>آپ کوئی react، آپ react نہ کریں۔</w:t>
      </w:r>
    </w:p>
    <w:p>
      <w:r>
        <w:rPr>
          <w:b/>
        </w:rPr>
        <w:t xml:space="preserve">[12:41] </w:t>
      </w:r>
      <w:r>
        <w:t>asal cheez Islam mein yeh taleem di gayi hai ke doosra kuch keh raha hai to tum react</w:t>
      </w:r>
    </w:p>
    <w:p>
      <w:pPr>
        <w:jc w:val="right"/>
      </w:pPr>
      <w:r>
        <w:t>اصل چیز اسلام میں یہ تعلیم دی گئی ہے کہ دوسرا کچھ کہہ رہا ہے تو تم react</w:t>
      </w:r>
    </w:p>
    <w:p>
      <w:r>
        <w:rPr>
          <w:b/>
        </w:rPr>
        <w:t xml:space="preserve">[12:46] </w:t>
      </w:r>
      <w:r>
        <w:t>mat karo. ignore karo bas.</w:t>
      </w:r>
    </w:p>
    <w:p>
      <w:pPr>
        <w:jc w:val="right"/>
      </w:pPr>
      <w:r>
        <w:t>مت کرو۔ ignore کرو بس۔</w:t>
      </w:r>
    </w:p>
    <w:p>
      <w:r>
        <w:rPr>
          <w:b/>
        </w:rPr>
        <w:t xml:space="preserve">[12:48] </w:t>
      </w:r>
      <w:r>
        <w:t>baat khatam ho jayegi.</w:t>
      </w:r>
    </w:p>
    <w:p>
      <w:pPr>
        <w:jc w:val="right"/>
      </w:pPr>
      <w:r>
        <w:t>بات ختم ہو جائے گی۔</w:t>
      </w:r>
    </w:p>
    <w:p>
      <w:r>
        <w:rPr>
          <w:b/>
        </w:rPr>
        <w:t xml:space="preserve">[12:49] </w:t>
      </w:r>
      <w:r>
        <w:t>lekin jo mulk mein waqiyat runuma hue, chahe woh dadri ka maamla ho ya pansari ki hatya ka maamla ho ya doosre maamle hon. aur is mein kahin na kahin jo sarkaar ke wazeer hain uska bayan bhi aata raha. use kaise dekhte hain?</w:t>
      </w:r>
    </w:p>
    <w:p>
      <w:pPr>
        <w:jc w:val="right"/>
      </w:pPr>
      <w:r>
        <w:t>لیکن جو ملک میں واقعات رونما ہوئے، چاہے وہ دادری کا معاملہ ہو یا پنساری کی ہتیا کا معاملہ ہو یا دوسرے معاملے ہوں۔ اور اس میں کہیں نہ کہیں جو سرکار کے وزراء ہیں اس کا بیان بھی آتا رہا۔ اسے کیسے دیکھتے ہیں؟</w:t>
      </w:r>
    </w:p>
    <w:p>
      <w:r>
        <w:rPr>
          <w:b/>
        </w:rPr>
        <w:t xml:space="preserve">[13:03] </w:t>
      </w:r>
      <w:r>
        <w:t>te hain? dekhiye, mulk mein</w:t>
      </w:r>
    </w:p>
    <w:p>
      <w:pPr>
        <w:jc w:val="right"/>
      </w:pPr>
      <w:r>
        <w:t>تے ہیں؟ دیکھیے، ملک میں</w:t>
      </w:r>
    </w:p>
    <w:p>
      <w:r>
        <w:rPr>
          <w:b/>
        </w:rPr>
        <w:t xml:space="preserve">[13:06] </w:t>
      </w:r>
      <w:r>
        <w:t>million, billion واقعات ہو رہے ہیں۔</w:t>
      </w:r>
    </w:p>
    <w:p>
      <w:pPr>
        <w:jc w:val="right"/>
      </w:pPr>
      <w:r>
        <w:t>million، billion واقعات ہو رہے ہیں۔</w:t>
      </w:r>
    </w:p>
    <w:p>
      <w:r>
        <w:rPr>
          <w:b/>
        </w:rPr>
        <w:t xml:space="preserve">[13:08] </w:t>
      </w:r>
      <w:r>
        <w:t>media isi ek cheez ko uchhal kar leta hai.</w:t>
      </w:r>
    </w:p>
    <w:p>
      <w:pPr>
        <w:jc w:val="right"/>
      </w:pPr>
      <w:r>
        <w:t>میڈیا اسی ایک چیز کو اچھال کر لیتا ہے۔</w:t>
      </w:r>
    </w:p>
    <w:p>
      <w:r>
        <w:rPr>
          <w:b/>
        </w:rPr>
        <w:t xml:space="preserve">[13:12] </w:t>
      </w:r>
      <w:r>
        <w:t>اس کے سوا million, billion واقعات ہیں۔</w:t>
      </w:r>
    </w:p>
    <w:p>
      <w:pPr>
        <w:jc w:val="right"/>
      </w:pPr>
      <w:r>
        <w:t>اس کے سوا million، billion واقعات ہیں۔</w:t>
      </w:r>
    </w:p>
    <w:p>
      <w:r>
        <w:rPr>
          <w:b/>
        </w:rPr>
        <w:t xml:space="preserve">[13:15] </w:t>
      </w:r>
      <w:r>
        <w:t>is ka koi zikr hi nahin.</w:t>
      </w:r>
    </w:p>
    <w:p>
      <w:pPr>
        <w:jc w:val="right"/>
      </w:pPr>
      <w:r>
        <w:t>اس کا کوئی ذکر ہی نہیں۔</w:t>
      </w:r>
    </w:p>
    <w:p>
      <w:r>
        <w:rPr>
          <w:b/>
        </w:rPr>
        <w:t xml:space="preserve">[13:16] </w:t>
      </w:r>
      <w:r>
        <w:t>jaise main ne aap ko kuch waqiyat ka zikr kiya, is ka koi media, media mein is ko</w:t>
      </w:r>
    </w:p>
    <w:p>
      <w:pPr>
        <w:jc w:val="right"/>
      </w:pPr>
      <w:r>
        <w:t>جیسے میں نے آپ کو کچھ واقعات کا ذکر کیا، اس کا کوئی میڈیا، میڈیا میں اس کو</w:t>
      </w:r>
    </w:p>
    <w:p>
      <w:r>
        <w:rPr>
          <w:b/>
        </w:rPr>
        <w:t xml:space="preserve">[13:22] </w:t>
      </w:r>
      <w:r>
        <w:t>lete hi nahin.</w:t>
      </w:r>
    </w:p>
    <w:p>
      <w:pPr>
        <w:jc w:val="right"/>
      </w:pPr>
      <w:r>
        <w:t>لیتے ہی نہیں۔</w:t>
      </w:r>
    </w:p>
    <w:p>
      <w:r>
        <w:rPr>
          <w:b/>
        </w:rPr>
        <w:t xml:space="preserve">[13:23] </w:t>
      </w:r>
      <w:r>
        <w:t>ek aadh waqia le liya, aur shosha is mein hai.</w:t>
      </w:r>
    </w:p>
    <w:p>
      <w:pPr>
        <w:jc w:val="right"/>
      </w:pPr>
      <w:r>
        <w:t>ایک آدھ واقعہ لے لیا، اور شوشہ اس میں ہے۔</w:t>
      </w:r>
    </w:p>
    <w:p>
      <w:r>
        <w:rPr>
          <w:b/>
        </w:rPr>
        <w:t xml:space="preserve">[13:25] </w:t>
      </w:r>
      <w:r>
        <w:t>ab isi ko log lagte hain bayan karne.</w:t>
      </w:r>
    </w:p>
    <w:p>
      <w:pPr>
        <w:jc w:val="right"/>
      </w:pPr>
      <w:r>
        <w:t>اب اسی کو لوگ لگتے ہیں بیان کرنے۔</w:t>
      </w:r>
    </w:p>
    <w:p>
      <w:r>
        <w:rPr>
          <w:b/>
        </w:rPr>
        <w:t xml:space="preserve">[13:29] </w:t>
      </w:r>
      <w:r>
        <w:t>is ko lagte hain charcha karne.</w:t>
      </w:r>
    </w:p>
    <w:p>
      <w:pPr>
        <w:jc w:val="right"/>
      </w:pPr>
      <w:r>
        <w:t>اس کو لگتے ہیں چرچا کرنے۔</w:t>
      </w:r>
    </w:p>
    <w:p>
      <w:r>
        <w:rPr>
          <w:b/>
        </w:rPr>
        <w:t xml:space="preserve">[13:31] </w:t>
      </w:r>
      <w:r>
        <w:t>main aise waqiyat par charcha nahin kar raha.</w:t>
      </w:r>
    </w:p>
    <w:p>
      <w:pPr>
        <w:jc w:val="right"/>
      </w:pPr>
      <w:r>
        <w:t>میں ایسے واقعات پر چرچا نہیں کر رہا۔</w:t>
      </w:r>
    </w:p>
    <w:p>
      <w:r>
        <w:rPr>
          <w:b/>
        </w:rPr>
        <w:t xml:space="preserve">[13:32] </w:t>
      </w:r>
      <w:r>
        <w:t>main charcha karta hoon taameeri waqiyat ka.</w:t>
      </w:r>
    </w:p>
    <w:p>
      <w:pPr>
        <w:jc w:val="right"/>
      </w:pPr>
      <w:r>
        <w:t>میں چرچا کرتا ہوں تعمیری واقعات کا۔</w:t>
      </w:r>
    </w:p>
    <w:p>
      <w:r>
        <w:rPr>
          <w:b/>
        </w:rPr>
        <w:t xml:space="preserve">[13:36] </w:t>
      </w:r>
      <w:r>
        <w:t>ek aadh waqia aisa hoga, bas Islam ke, jo Islam ki tareekh hai, jis par Musalman fakhr karte</w:t>
      </w:r>
    </w:p>
    <w:p>
      <w:pPr>
        <w:jc w:val="right"/>
      </w:pPr>
      <w:r>
        <w:t>ایک آدھ واقعہ ایسا ہوگا، بس اسلام کے، جو اسلام کی تاریخ ہے، جس پر مسلمان فخر کرتے</w:t>
      </w:r>
    </w:p>
    <w:p>
      <w:r>
        <w:rPr>
          <w:b/>
        </w:rPr>
        <w:t xml:space="preserve">[13:41] </w:t>
      </w:r>
      <w:r>
        <w:t>hain, is mein waise waqiyat hote rehte the.</w:t>
      </w:r>
    </w:p>
    <w:p>
      <w:pPr>
        <w:jc w:val="right"/>
      </w:pPr>
      <w:r>
        <w:t>ہیں، اس میں ویسے واقعات ہوتے رہتے تھے۔</w:t>
      </w:r>
    </w:p>
    <w:p>
      <w:r>
        <w:rPr>
          <w:b/>
        </w:rPr>
        <w:t xml:space="preserve">[13:45] </w:t>
      </w:r>
      <w:r>
        <w:t>lekin Hindustan mein Congress keh rahi hai ke intolerance ho gaya hai.</w:t>
      </w:r>
    </w:p>
    <w:p>
      <w:pPr>
        <w:jc w:val="right"/>
      </w:pPr>
      <w:r>
        <w:t>لیکن ہندوستان میں کانگریس کہہ رہی ہے کہ intolerance ہو گیا ہے۔</w:t>
      </w:r>
    </w:p>
    <w:p>
      <w:r>
        <w:rPr>
          <w:b/>
        </w:rPr>
        <w:t xml:space="preserve">[13:49] </w:t>
      </w:r>
      <w:r>
        <w:t>doosri partiyan, chahe woh left ki partiyan hain, woh kehti hain ke intolerance badha hai.</w:t>
      </w:r>
    </w:p>
    <w:p>
      <w:pPr>
        <w:jc w:val="right"/>
      </w:pPr>
      <w:r>
        <w:t>دوسری پارٹیاں، چاہے وہ left کی پارٹیاں ہیں، وہ کہتی ہیں کہ intolerance بڑھا ہے۔</w:t>
      </w:r>
    </w:p>
    <w:p>
      <w:r>
        <w:rPr>
          <w:b/>
        </w:rPr>
        <w:t xml:space="preserve">[13:54] </w:t>
      </w:r>
      <w:r>
        <w:t>aap lagataar likhte rahe hain, 1925</w:t>
      </w:r>
    </w:p>
    <w:p>
      <w:pPr>
        <w:jc w:val="right"/>
      </w:pPr>
      <w:r>
        <w:t>آپ لگاتار لکھتے رہے ہیں، 1925</w:t>
      </w:r>
    </w:p>
    <w:p>
      <w:r>
        <w:rPr>
          <w:b/>
        </w:rPr>
        <w:t xml:space="preserve">[13:57] </w:t>
      </w:r>
      <w:r>
        <w:t>mein aap ka janam hua, aur lag bhag 45 ke aas paas se aap lagataar likh rahe hain.</w:t>
      </w:r>
    </w:p>
    <w:p>
      <w:pPr>
        <w:jc w:val="right"/>
      </w:pPr>
      <w:r>
        <w:t>میں آپ کا جنم ہوا، اور لگ بھگ 45 کے آس پاس سے آپ لگاتار لکھ رہے ہیں۔</w:t>
      </w:r>
    </w:p>
    <w:p>
      <w:r>
        <w:rPr>
          <w:b/>
        </w:rPr>
        <w:t xml:space="preserve">[14:03] </w:t>
      </w:r>
      <w:r>
        <w:t>aap ne poora daur dekha, yeh poora.</w:t>
      </w:r>
    </w:p>
    <w:p>
      <w:pPr>
        <w:jc w:val="right"/>
      </w:pPr>
      <w:r>
        <w:t>آپ نے پورا دور دیکھا، یہ پورا۔</w:t>
      </w:r>
    </w:p>
    <w:p>
      <w:r>
        <w:rPr>
          <w:b/>
        </w:rPr>
        <w:t xml:space="preserve">[14:05] </w:t>
      </w:r>
      <w:r>
        <w:t>is dauraan kya aap ko lagta hai ke aaj yeh badha hai? pehle nahi tha? congress ki jab</w:t>
      </w:r>
    </w:p>
    <w:p>
      <w:pPr>
        <w:jc w:val="right"/>
      </w:pPr>
      <w:r>
        <w:t>اس دوران کیا آپ کو لگتا ہے کہ آج یہ بڑھا ہے؟ پہلے نہیں تھا؟ کانگریس کی جب</w:t>
      </w:r>
    </w:p>
    <w:p>
      <w:r>
        <w:rPr>
          <w:b/>
        </w:rPr>
        <w:t xml:space="preserve">[14:09] </w:t>
      </w:r>
      <w:r>
        <w:t>sarkar hua karti thi desh mein, us waqt nahi tha? ya congress ke darmiyan mein jab beech mein</w:t>
      </w:r>
    </w:p>
    <w:p>
      <w:pPr>
        <w:jc w:val="right"/>
      </w:pPr>
      <w:r>
        <w:t>سرکار ہوا کرتی تھی دیش میں، اس وقت نہیں تھا؟ یا کانگریس کے درمیان میں جب بیچ میں</w:t>
      </w:r>
    </w:p>
    <w:p>
      <w:r>
        <w:rPr>
          <w:b/>
        </w:rPr>
        <w:t xml:space="preserve">[14:14] </w:t>
      </w:r>
      <w:r>
        <w:t>janta party ki sarkar bani thi, us zamane mein nahi raha</w:t>
      </w:r>
    </w:p>
    <w:p>
      <w:pPr>
        <w:jc w:val="right"/>
      </w:pPr>
      <w:r>
        <w:t>جنتا پارٹی کی سرکار بنی تھی، اس زمانے میں نہیں رہا</w:t>
      </w:r>
    </w:p>
    <w:p>
      <w:r>
        <w:rPr>
          <w:b/>
        </w:rPr>
        <w:t xml:space="preserve">[14:17] </w:t>
      </w:r>
      <w:r>
        <w:t>? mein dekh, badha nahi hai.</w:t>
      </w:r>
    </w:p>
    <w:p>
      <w:pPr>
        <w:jc w:val="right"/>
      </w:pPr>
      <w:r>
        <w:t>؟ میں دیکھ، بڑھا نہیں ہے۔</w:t>
      </w:r>
    </w:p>
    <w:p>
      <w:r>
        <w:rPr>
          <w:b/>
        </w:rPr>
        <w:t xml:space="preserve">[14:20] </w:t>
      </w:r>
      <w:r>
        <w:t>balki jaisa pehle tha, waz'a ab bhi hai.</w:t>
      </w:r>
    </w:p>
    <w:p>
      <w:pPr>
        <w:jc w:val="right"/>
      </w:pPr>
      <w:r>
        <w:t>بلکہ جیسا پہلے تھا، وضع اب بھی ہے۔</w:t>
      </w:r>
    </w:p>
    <w:p>
      <w:r>
        <w:rPr>
          <w:b/>
        </w:rPr>
        <w:t xml:space="preserve">[14:22] </w:t>
      </w:r>
      <w:r>
        <w:t>pehle itna hamare haan media nahi hua karta tha.</w:t>
      </w:r>
    </w:p>
    <w:p>
      <w:pPr>
        <w:jc w:val="right"/>
      </w:pPr>
      <w:r>
        <w:t>پہلے اتنا ہمارے ہاں میڈیا نہیں ہوا کرتا تھا۔</w:t>
      </w:r>
    </w:p>
    <w:p>
      <w:r>
        <w:rPr>
          <w:b/>
        </w:rPr>
        <w:t xml:space="preserve">[14:26] </w:t>
      </w:r>
      <w:r>
        <w:t>ji. na akhbarat the, na tv tha, kuch bhi nahi tha.</w:t>
      </w:r>
    </w:p>
    <w:p>
      <w:pPr>
        <w:jc w:val="right"/>
      </w:pPr>
      <w:r>
        <w:t>جی۔ نہ اخبارات تھے، نہ ٹی وی تھا، کچھ بھی نہیں تھا۔</w:t>
      </w:r>
    </w:p>
    <w:p>
      <w:r>
        <w:rPr>
          <w:b/>
        </w:rPr>
        <w:t xml:space="preserve">[14:31] </w:t>
      </w:r>
      <w:r>
        <w:t>to baatein aati thin, phailti nahi thin.</w:t>
      </w:r>
    </w:p>
    <w:p>
      <w:pPr>
        <w:jc w:val="right"/>
      </w:pPr>
      <w:r>
        <w:t>تو باتیں آتی تھیں، پھیلتی نہیں تھیں۔</w:t>
      </w:r>
    </w:p>
    <w:p>
      <w:r>
        <w:rPr>
          <w:b/>
        </w:rPr>
        <w:t xml:space="preserve">[14:33] </w:t>
      </w:r>
      <w:r>
        <w:t>ab phailti hain, yeh seedhi si baat hai.</w:t>
      </w:r>
    </w:p>
    <w:p>
      <w:pPr>
        <w:jc w:val="right"/>
      </w:pPr>
      <w:r>
        <w:t>اب پھیلتی ہیں، یہ سیدھی سی بات ہے۔</w:t>
      </w:r>
    </w:p>
    <w:p>
      <w:r>
        <w:rPr>
          <w:b/>
        </w:rPr>
        <w:t xml:space="preserve">[14:36] </w:t>
      </w:r>
      <w:r>
        <w:t>wo part of society hai.</w:t>
      </w:r>
    </w:p>
    <w:p>
      <w:pPr>
        <w:jc w:val="right"/>
      </w:pPr>
      <w:r>
        <w:t>وہ part of society ہے۔</w:t>
      </w:r>
    </w:p>
    <w:p>
      <w:r>
        <w:rPr>
          <w:b/>
        </w:rPr>
        <w:t xml:space="preserve">[14:38] </w:t>
      </w:r>
      <w:r>
        <w:t>jahan insaan rahenge, wahan ikhtilaf rahega.</w:t>
      </w:r>
    </w:p>
    <w:p>
      <w:pPr>
        <w:jc w:val="right"/>
      </w:pPr>
      <w:r>
        <w:t>جہاں انسان رہیں گے، وہاں اختلاف رہے گا۔</w:t>
      </w:r>
    </w:p>
    <w:p>
      <w:r>
        <w:rPr>
          <w:b/>
        </w:rPr>
        <w:t xml:space="preserve">[14:41] </w:t>
      </w:r>
      <w:r>
        <w:t>ab is ko intolerance ka naam kyon dete hain? is ko ikhtilaf e rai kahiye?</w:t>
      </w:r>
    </w:p>
    <w:p>
      <w:pPr>
        <w:jc w:val="right"/>
      </w:pPr>
      <w:r>
        <w:t>اب اس کو intolerance کا نام کیوں دیتے ہیں؟ اس کو اختلاف رائے کہیے؟</w:t>
      </w:r>
    </w:p>
    <w:p>
      <w:r>
        <w:rPr>
          <w:b/>
        </w:rPr>
        <w:t xml:space="preserve">[14:47] </w:t>
      </w:r>
      <w:r>
        <w:t>ikhtilaf e rai kahiye, is ko</w:t>
      </w:r>
    </w:p>
    <w:p>
      <w:pPr>
        <w:jc w:val="right"/>
      </w:pPr>
      <w:r>
        <w:t>اختلاف رائے کہیے، اس کو</w:t>
      </w:r>
    </w:p>
    <w:p>
      <w:r>
        <w:rPr>
          <w:b/>
        </w:rPr>
        <w:t xml:space="preserve">[14:49] </w:t>
      </w:r>
      <w:r>
        <w:t>yaani aap mante hain ke aaj kisi tarah ka intolerance nahi hai mulk mein? nahi. intolerance ka lafz bolna galat hai, main kehta hoon. is ko ikhtilaf e rai kahiye. ikhtilaf e rai hai. hum is ko badhayein nahi. pansari ki hatya ho jati hai. pansari ka kya aakhir qusoor kya tha? aise ek billion aur waqiyat hain. is ko koi nahi badhata jata. lekin aap ko lagta hai ke sarkaar ko is par sakht qadam uthana chahiye apne un wazeeron par jo is par bayan de dete hain?</w:t>
      </w:r>
    </w:p>
    <w:p>
      <w:pPr>
        <w:jc w:val="right"/>
      </w:pPr>
      <w:r>
        <w:t>یعنی آپ مانتے ہیں کہ آج کسی طرح کا intolerance نہیں ہے ملک میں؟ میں نہیں۔ intolerance کا لفظ بولنا غلط ہے، میں کہتا ہوں۔ اس کو اختلاف رائے کہیے۔ اختلاف رائے ہے۔ ہم اس کو بڑھائیں نہیں۔ پنساری کی ہتیا ہو جاتی ہے۔ پنساری کا کیا آخر قصور کیا تھا؟ ایسے ایک بلین اور واقعات ہیں۔ اس کو کوئی نہیں بڑھاتا جاتا۔ لیکن آپ کو لگتا ہے کہ سرکار کو اس پر سخت قدم اٹھانا چاہیے اپنے ان وزراء پر جو اس پر بیان دے دیتے ہیں؟</w:t>
      </w:r>
    </w:p>
    <w:p>
      <w:r>
        <w:rPr>
          <w:b/>
        </w:rPr>
        <w:t xml:space="preserve">[15:16] </w:t>
      </w:r>
      <w:r>
        <w:t>sarkaar kitne hi sakht hon, phir bhi waqiyat hote rahenge. aap ko social zimmedariyon ko samajhna chahiye. sirf sarkaar yeh sab kuch nahi kar sakti hai. aap society ko tayyar karna padega aap ko.</w:t>
      </w:r>
    </w:p>
    <w:p>
      <w:pPr>
        <w:jc w:val="right"/>
      </w:pPr>
      <w:r>
        <w:t>سرکار کتنے ہی سخت ہوں، پھر بھی واقعات ہوتے رہیں گے۔ آپ کو social ذمہ داریوں کو سمجھنا چاہیے۔ صرف سرکار یہ سب کچھ نہیں کر سکتی ہے۔ آپ society کو تیار کرنا پڑے گا آپ کو۔</w:t>
      </w:r>
    </w:p>
    <w:p>
      <w:r>
        <w:rPr>
          <w:b/>
        </w:rPr>
        <w:t xml:space="preserve">[15:32] </w:t>
      </w:r>
      <w:r>
        <w:t>mulk mein jis tareeqe se fasadat hue, aap fasadat par lagataar likhte rahe. kya hal aap is ka mante hain ke musalman ko nuksan is ka kam ho? kyunke musalman hindustan mein minority hai aur minority duniya ki kisi bhi mulk mein, minority jahan bhi ho aur fasad hota hai toh minority ka is ka nuksan hota hai.</w:t>
      </w:r>
    </w:p>
    <w:p>
      <w:pPr>
        <w:jc w:val="right"/>
      </w:pPr>
      <w:r>
        <w:t>ملک میں جس طریقے سے فساد ہوئے، آپ فسادات پر لگاتار لکھتے رہے۔ کیا حل آپ اس کا مانتے ہیں کہ مسلمان کو نقصان اس کا کم ہو؟ چونکہ مسلمان ہندوستان میں minority ہے اور minority دنیا کی کسی بھی ملک میں، minority جہاں بھی ہو اور فساد ہوتا ہے تو minority کا اس کا نقصان ہوتا ہے۔</w:t>
      </w:r>
    </w:p>
    <w:p>
      <w:r>
        <w:rPr>
          <w:b/>
        </w:rPr>
        <w:t xml:space="preserve">[15:48] </w:t>
      </w:r>
      <w:r>
        <w:t>dekhiye, yeh aap ne sahi ek hawala diya.</w:t>
      </w:r>
    </w:p>
    <w:p>
      <w:pPr>
        <w:jc w:val="right"/>
      </w:pPr>
      <w:r>
        <w:t>دیکھیے، یہ آپ نے صحیح ایک حوالہ دیا۔</w:t>
      </w:r>
    </w:p>
    <w:p>
      <w:r>
        <w:rPr>
          <w:b/>
        </w:rPr>
        <w:t xml:space="preserve">[15:52] </w:t>
      </w:r>
      <w:r>
        <w:t>1947 ke baad jahan fasaadaat bohat hote the,</w:t>
      </w:r>
    </w:p>
    <w:p>
      <w:pPr>
        <w:jc w:val="right"/>
      </w:pPr>
      <w:r>
        <w:t>1947 کے بعد جہاں فسادات بہت ہوتے تھے،</w:t>
      </w:r>
    </w:p>
    <w:p>
      <w:r>
        <w:rPr>
          <w:b/>
        </w:rPr>
        <w:t xml:space="preserve">[15:56] </w:t>
      </w:r>
      <w:r>
        <w:t>mein ne hadith ki roshni mein bataya ke fasaad ko rokne ka tareeqa yeh nahi ke aap</w:t>
      </w:r>
    </w:p>
    <w:p>
      <w:pPr>
        <w:jc w:val="right"/>
      </w:pPr>
      <w:r>
        <w:t>میں نے حدیث کی روشنی میں بتایا کہ فساد کو روکنے کا طریقہ یہ نہیں کہ آپ</w:t>
      </w:r>
    </w:p>
    <w:p>
      <w:r>
        <w:rPr>
          <w:b/>
        </w:rPr>
        <w:t xml:space="preserve">[16:03] </w:t>
      </w:r>
      <w:r>
        <w:t>protest karen, bayan baazi karen, jalsa nikalein.</w:t>
      </w:r>
    </w:p>
    <w:p>
      <w:pPr>
        <w:jc w:val="right"/>
      </w:pPr>
      <w:r>
        <w:t>protest کریں، بیان بازی کریں، جلسہ نکالیں۔</w:t>
      </w:r>
    </w:p>
    <w:p>
      <w:r>
        <w:rPr>
          <w:b/>
        </w:rPr>
        <w:t xml:space="preserve">[16:06] </w:t>
      </w:r>
      <w:r>
        <w:t>yeh nahi. fasaad hota hai ek chhote se waqe' par.</w:t>
      </w:r>
    </w:p>
    <w:p>
      <w:pPr>
        <w:jc w:val="right"/>
      </w:pPr>
      <w:r>
        <w:t>یہ نہیں۔ فساد ہوتا ہے ایک چھوٹے سے واقعے پر۔</w:t>
      </w:r>
    </w:p>
    <w:p>
      <w:r>
        <w:rPr>
          <w:b/>
        </w:rPr>
        <w:t xml:space="preserve">[16:10] </w:t>
      </w:r>
      <w:r>
        <w:t>ji. is ko aap badhaen charhaen nahi.</w:t>
      </w:r>
    </w:p>
    <w:p>
      <w:pPr>
        <w:jc w:val="right"/>
      </w:pPr>
      <w:r>
        <w:t>جی۔ اس کو آپ بڑھائیں چڑھائیں نہیں۔</w:t>
      </w:r>
    </w:p>
    <w:p>
      <w:r>
        <w:rPr>
          <w:b/>
        </w:rPr>
        <w:t xml:space="preserve">[16:13] </w:t>
      </w:r>
      <w:r>
        <w:t>wohin khatm kar dein.</w:t>
      </w:r>
    </w:p>
    <w:p>
      <w:pPr>
        <w:jc w:val="right"/>
      </w:pPr>
      <w:r>
        <w:t>وہیں ختم کر دیے۔</w:t>
      </w:r>
    </w:p>
    <w:p>
      <w:r>
        <w:rPr>
          <w:b/>
        </w:rPr>
        <w:t xml:space="preserve">[16:15] </w:t>
      </w:r>
      <w:r>
        <w:t>misalan abhi india mein, jaldi ki baat hai, ek shahar mein, ek musalman ladke ne pani piya, is</w:t>
      </w:r>
    </w:p>
    <w:p>
      <w:pPr>
        <w:jc w:val="right"/>
      </w:pPr>
      <w:r>
        <w:t>مثلاً ابھی انڈیا میں، جلدی کی بات ہے، ایک شہر میں، ایک مسلمان لڑکے نے پانی پیا، اس</w:t>
      </w:r>
    </w:p>
    <w:p>
      <w:r>
        <w:rPr>
          <w:b/>
        </w:rPr>
        <w:t xml:space="preserve">[16:23] </w:t>
      </w:r>
      <w:r>
        <w:t>ke jo hand tap laga hua tha, us mein munh laga ke pi liya.</w:t>
      </w:r>
    </w:p>
    <w:p>
      <w:pPr>
        <w:jc w:val="right"/>
      </w:pPr>
      <w:r>
        <w:t>کے جو hand tap لگا ہوا تھا، اس میں منہ لگا کے پی لیا۔</w:t>
      </w:r>
    </w:p>
    <w:p>
      <w:r>
        <w:rPr>
          <w:b/>
        </w:rPr>
        <w:t xml:space="preserve">[16:28] </w:t>
      </w:r>
      <w:r>
        <w:t>ji. to kisi hindu ne is par aitraaz kar diya ke tum munh kyun lagate ho? ab woh</w:t>
      </w:r>
    </w:p>
    <w:p>
      <w:pPr>
        <w:jc w:val="right"/>
      </w:pPr>
      <w:r>
        <w:t>جی۔ تو کسی ہندو نے اس پر اعتراض کر دیا کہ تم منہ کیوں لگاتے ہو؟ اب وہ</w:t>
      </w:r>
    </w:p>
    <w:p>
      <w:r>
        <w:rPr>
          <w:b/>
        </w:rPr>
        <w:t xml:space="preserve">[16:33] </w:t>
      </w:r>
      <w:r>
        <w:t>laga, is waqt log is par shor kar rahe hain.</w:t>
      </w:r>
    </w:p>
    <w:p>
      <w:pPr>
        <w:jc w:val="right"/>
      </w:pPr>
      <w:r>
        <w:t>لگا، اس وقت لوگ اس پر شور کر رہے ہیں۔</w:t>
      </w:r>
    </w:p>
    <w:p>
      <w:r>
        <w:rPr>
          <w:b/>
        </w:rPr>
        <w:t xml:space="preserve">[16:36] </w:t>
      </w:r>
      <w:r>
        <w:t>aur fasad ho gaya wahan.</w:t>
      </w:r>
    </w:p>
    <w:p>
      <w:pPr>
        <w:jc w:val="right"/>
      </w:pPr>
      <w:r>
        <w:t>اور فساد ہو گیا وہاں۔</w:t>
      </w:r>
    </w:p>
    <w:p>
      <w:r>
        <w:rPr>
          <w:b/>
        </w:rPr>
        <w:t xml:space="preserve">[16:38] </w:t>
      </w:r>
      <w:r>
        <w:t>mere saath bhi aise waqiaat hote hain.</w:t>
      </w:r>
    </w:p>
    <w:p>
      <w:pPr>
        <w:jc w:val="right"/>
      </w:pPr>
      <w:r>
        <w:t>میرے ساتھ بھی ایسے واقعات ہوتے ہیں۔</w:t>
      </w:r>
    </w:p>
    <w:p>
      <w:r>
        <w:rPr>
          <w:b/>
        </w:rPr>
        <w:t xml:space="preserve">[16:39] </w:t>
      </w:r>
      <w:r>
        <w:t>main kuch nahi, main kehta hoon ke theek hai bhai, ab glass istemal karunga aindah.</w:t>
      </w:r>
    </w:p>
    <w:p>
      <w:pPr>
        <w:jc w:val="right"/>
      </w:pPr>
      <w:r>
        <w:t>میں کچھ نہیں، میں کہتا ہوں کہ ٹھیک ہے بھئی، اب گلاس استعمال کروں گا آئندہ۔</w:t>
      </w:r>
    </w:p>
    <w:p>
      <w:r>
        <w:rPr>
          <w:b/>
        </w:rPr>
        <w:t xml:space="preserve">[16:46] </w:t>
      </w:r>
      <w:r>
        <w:t>aisa mere saath bhi hua.</w:t>
      </w:r>
    </w:p>
    <w:p>
      <w:pPr>
        <w:jc w:val="right"/>
      </w:pPr>
      <w:r>
        <w:t>ایسا میرے ساتھ بھی ہوا۔</w:t>
      </w:r>
    </w:p>
    <w:p>
      <w:r>
        <w:rPr>
          <w:b/>
        </w:rPr>
        <w:t xml:space="preserve">[16:47] </w:t>
      </w:r>
      <w:r>
        <w:t>main ne kaha theek hai, aindah glass istemal karunga.</w:t>
      </w:r>
    </w:p>
    <w:p>
      <w:pPr>
        <w:jc w:val="right"/>
      </w:pPr>
      <w:r>
        <w:t>میں نے کہا ٹھیک ہے، آئندہ گلاس استعمال کروں گا۔</w:t>
      </w:r>
    </w:p>
    <w:p>
      <w:r>
        <w:rPr>
          <w:b/>
        </w:rPr>
        <w:t xml:space="preserve">[16:50] </w:t>
      </w:r>
      <w:r>
        <w:t>to ab barhaarein charha dein fasad.</w:t>
      </w:r>
    </w:p>
    <w:p>
      <w:pPr>
        <w:jc w:val="right"/>
      </w:pPr>
      <w:r>
        <w:t>تو اب بڑھاڑیں چڑھا دیں فساد۔</w:t>
      </w:r>
    </w:p>
    <w:p>
      <w:r>
        <w:rPr>
          <w:b/>
        </w:rPr>
        <w:t xml:space="preserve">[16:52] </w:t>
      </w:r>
      <w:r>
        <w:t>to main ne yeh baat kahi bar bar, nateeja yeh ke aaj fasad bohat hi kam ho gaya.</w:t>
      </w:r>
    </w:p>
    <w:p>
      <w:pPr>
        <w:jc w:val="right"/>
      </w:pPr>
      <w:r>
        <w:t>تو میں نے یہ بات کہی بار بار، نتیجہ یہ کہ آج فساد بہت ہی کم ہو گیا۔</w:t>
      </w:r>
    </w:p>
    <w:p>
      <w:r>
        <w:rPr>
          <w:b/>
        </w:rPr>
        <w:t xml:space="preserve">[16:57] </w:t>
      </w:r>
      <w:r>
        <w:t>yani 99% fasad kam ho gaya.</w:t>
      </w:r>
    </w:p>
    <w:p>
      <w:pPr>
        <w:jc w:val="right"/>
      </w:pPr>
      <w:r>
        <w:t>یعنی 99% فساد کم ہو گیا۔</w:t>
      </w:r>
    </w:p>
    <w:p>
      <w:r>
        <w:rPr>
          <w:b/>
        </w:rPr>
        <w:t xml:space="preserve">[16:59] </w:t>
      </w:r>
      <w:r>
        <w:t>woh hamare mission ki wajah se hai.</w:t>
      </w:r>
    </w:p>
    <w:p>
      <w:pPr>
        <w:jc w:val="right"/>
      </w:pPr>
      <w:r>
        <w:t>وہ ہمارے مشن کی وجہ سے ہے۔</w:t>
      </w:r>
    </w:p>
    <w:p>
      <w:r>
        <w:rPr>
          <w:b/>
        </w:rPr>
        <w:t xml:space="preserve">[17:01] </w:t>
      </w:r>
      <w:r>
        <w:t>ke aap ne kaha ke bhadko mat, mushtael mat ho.</w:t>
      </w:r>
    </w:p>
    <w:p>
      <w:pPr>
        <w:jc w:val="right"/>
      </w:pPr>
      <w:r>
        <w:t>کہ آپ نے کہا کہ بھڑکو مت، مشتعل مت ہو۔</w:t>
      </w:r>
    </w:p>
    <w:p>
      <w:r>
        <w:rPr>
          <w:b/>
        </w:rPr>
        <w:t xml:space="preserve">[17:05] </w:t>
      </w:r>
      <w:r>
        <w:t>choti choti baaton par fasad hota hai.</w:t>
      </w:r>
    </w:p>
    <w:p>
      <w:pPr>
        <w:jc w:val="right"/>
      </w:pPr>
      <w:r>
        <w:t>چھوٹی چھوٹی باتوں پر فساد ہوتا ہے۔</w:t>
      </w:r>
    </w:p>
    <w:p>
      <w:r>
        <w:rPr>
          <w:b/>
        </w:rPr>
        <w:t xml:space="preserve">[17:08] </w:t>
      </w:r>
      <w:r>
        <w:t>is ko nazar andaaz karo.</w:t>
      </w:r>
    </w:p>
    <w:p>
      <w:pPr>
        <w:jc w:val="right"/>
      </w:pPr>
      <w:r>
        <w:t>اس کو نظر انداز کرو۔</w:t>
      </w:r>
    </w:p>
    <w:p>
      <w:r>
        <w:rPr>
          <w:b/>
        </w:rPr>
        <w:t xml:space="preserve">[17:11] </w:t>
      </w:r>
      <w:r>
        <w:t>misalan ek dafa kya hua, musalmanon ki masjid thi, aur paas mein mandir thi, wahan par kirtan ho</w:t>
      </w:r>
    </w:p>
    <w:p>
      <w:pPr>
        <w:jc w:val="right"/>
      </w:pPr>
      <w:r>
        <w:t>مثلاً ایک دفعہ کیا ہوا، مسلمانوں کی مسجد تھی، اور پاس میں مندر تھی، وہاں پر کیرتن ہو</w:t>
      </w:r>
    </w:p>
    <w:p>
      <w:r>
        <w:rPr>
          <w:b/>
        </w:rPr>
        <w:t xml:space="preserve">[17:18] </w:t>
      </w:r>
      <w:r>
        <w:t>raha tha. kuch musalman gaye wahan par,</w:t>
      </w:r>
    </w:p>
    <w:p>
      <w:pPr>
        <w:jc w:val="right"/>
      </w:pPr>
      <w:r>
        <w:t>رہا تھا۔ کچھ مسلمان گئے وہاں پر،</w:t>
      </w:r>
    </w:p>
    <w:p>
      <w:r>
        <w:rPr>
          <w:b/>
        </w:rPr>
        <w:t xml:space="preserve">[17:24] </w:t>
      </w:r>
      <w:r>
        <w:t>loudspeaker band karo.</w:t>
      </w:r>
    </w:p>
    <w:p>
      <w:pPr>
        <w:jc w:val="right"/>
      </w:pPr>
      <w:r>
        <w:t>loudspeaker بند کرو۔</w:t>
      </w:r>
    </w:p>
    <w:p>
      <w:r>
        <w:rPr>
          <w:b/>
        </w:rPr>
        <w:t xml:space="preserve">[17:25] </w:t>
      </w:r>
      <w:r>
        <w:t>ji. unhon ne kaha nahi band karenge.</w:t>
      </w:r>
    </w:p>
    <w:p>
      <w:pPr>
        <w:jc w:val="right"/>
      </w:pPr>
      <w:r>
        <w:t>جی۔ انہوں نے کہا نہیں بند کریں گے۔</w:t>
      </w:r>
    </w:p>
    <w:p>
      <w:r>
        <w:rPr>
          <w:b/>
        </w:rPr>
        <w:t xml:space="preserve">[17:27] </w:t>
      </w:r>
      <w:r>
        <w:t>ab jhagda ho gaya.</w:t>
      </w:r>
    </w:p>
    <w:p>
      <w:pPr>
        <w:jc w:val="right"/>
      </w:pPr>
      <w:r>
        <w:t>اب جھگڑا ہو گیا۔</w:t>
      </w:r>
    </w:p>
    <w:p>
      <w:r>
        <w:rPr>
          <w:b/>
        </w:rPr>
        <w:t xml:space="preserve">[17:28] </w:t>
      </w:r>
      <w:r>
        <w:t>unhon ne tod diya loudspeaker.</w:t>
      </w:r>
    </w:p>
    <w:p>
      <w:pPr>
        <w:jc w:val="right"/>
      </w:pPr>
      <w:r>
        <w:t>انہوں نے توڑ دیا loudspeaker۔</w:t>
      </w:r>
    </w:p>
    <w:p>
      <w:r>
        <w:rPr>
          <w:b/>
        </w:rPr>
        <w:t xml:space="preserve">[17:31] </w:t>
      </w:r>
      <w:r>
        <w:t>main kehta hoon is ki kya zaroorat hai? hum to parh lete hain namaz, aur wahan se</w:t>
      </w:r>
    </w:p>
    <w:p>
      <w:pPr>
        <w:jc w:val="right"/>
      </w:pPr>
      <w:r>
        <w:t>میں کہتا ہوں اس کی کیا ضرورت ہے؟ ہم تو پڑھ لیتے ہیں نماز، اور وہاں سے</w:t>
      </w:r>
    </w:p>
    <w:p>
      <w:r>
        <w:rPr>
          <w:b/>
        </w:rPr>
        <w:t xml:space="preserve">[17:38] </w:t>
      </w:r>
      <w:r>
        <w:t>aawaz aati rehti hai.</w:t>
      </w:r>
    </w:p>
    <w:p>
      <w:pPr>
        <w:jc w:val="right"/>
      </w:pPr>
      <w:r>
        <w:t>آواز آتی رہتی ہے۔</w:t>
      </w:r>
    </w:p>
    <w:p>
      <w:r>
        <w:rPr>
          <w:b/>
        </w:rPr>
        <w:t xml:space="preserve">[17:41] </w:t>
      </w:r>
      <w:r>
        <w:t>do minute ki namaz hai, parh liya, baat khatam ho gayi.</w:t>
      </w:r>
    </w:p>
    <w:p>
      <w:pPr>
        <w:jc w:val="right"/>
      </w:pPr>
      <w:r>
        <w:t>دو منٹ کی نماز ہے، پڑھ لیا، بات ختم ہو گئی۔</w:t>
      </w:r>
    </w:p>
    <w:p>
      <w:r>
        <w:rPr>
          <w:b/>
        </w:rPr>
        <w:t xml:space="preserve">[17:44] </w:t>
      </w:r>
      <w:r>
        <w:t>to main ne yeh bataya logon ko, 1947 ke baad, ke aaraaz hal hai is ka.</w:t>
      </w:r>
    </w:p>
    <w:p>
      <w:pPr>
        <w:jc w:val="right"/>
      </w:pPr>
      <w:r>
        <w:t>تو میں نے یہ بتایا لوگوں کو، 1947 کے بعد، کہ اعراض حل ہے اس کا۔</w:t>
      </w:r>
    </w:p>
    <w:p>
      <w:r>
        <w:rPr>
          <w:b/>
        </w:rPr>
        <w:t xml:space="preserve">[17:50] </w:t>
      </w:r>
      <w:r>
        <w:t>ji. is ka mushtael ho kar bhadakna hal nahi hai is ka.</w:t>
      </w:r>
    </w:p>
    <w:p>
      <w:pPr>
        <w:jc w:val="right"/>
      </w:pPr>
      <w:r>
        <w:t>جی۔ اس کا مشتعل ہو کر بھڑکنا حل نہیں ہے اس کا۔</w:t>
      </w:r>
    </w:p>
    <w:p>
      <w:r>
        <w:rPr>
          <w:b/>
        </w:rPr>
        <w:t xml:space="preserve">[17:53] </w:t>
      </w:r>
      <w:r>
        <w:t>ji. aur aaj ab musalmanon ne aise hi kar liya hai.</w:t>
      </w:r>
    </w:p>
    <w:p>
      <w:pPr>
        <w:jc w:val="right"/>
      </w:pPr>
      <w:r>
        <w:t>جی۔ اور آج اب مسلمانوں نے ایسے ہی کر لیا ہے۔</w:t>
      </w:r>
    </w:p>
    <w:p>
      <w:r>
        <w:rPr>
          <w:b/>
        </w:rPr>
        <w:t xml:space="preserve">[17:56] </w:t>
      </w:r>
      <w:r>
        <w:t>chunaanche fasaad bohat hi kam ho gaye.</w:t>
      </w:r>
    </w:p>
    <w:p>
      <w:pPr>
        <w:jc w:val="right"/>
      </w:pPr>
      <w:r>
        <w:t>چنانچہ فساد بہت ہی کم ہو گئے۔</w:t>
      </w:r>
    </w:p>
    <w:p>
      <w:r>
        <w:rPr>
          <w:b/>
        </w:rPr>
        <w:t xml:space="preserve">[17:58] </w:t>
      </w:r>
      <w:r>
        <w:t>aap ne itni mukhalifat kyun ki? tamam muslim leaderon ki mukhalifat mein aap lagataar likhte rahe. kisi ki mukhalifat mein nahi likhta main. yeh kehna galat hai ke main kisi ki mukhalifat mein likhta hoon. deeni aitbaar se koi baat aisi hoti hai toh woh uska tajziya karta hoon. bas. kisi ki mukhalifat karna mera mission nahi hai.</w:t>
      </w:r>
    </w:p>
    <w:p>
      <w:pPr>
        <w:jc w:val="right"/>
      </w:pPr>
      <w:r>
        <w:t>آپ نے اتنی مخالفت کیوں کی؟ تمام مسلم لیڈروں کی مخالفت میں آپ لگاتار لکھتے رہے۔ کسی کی مخالفت میں نہیں لکھتا میں۔ یہ کہنا غلط ہے کہ میں کسی کی مخالفت میں لکھتا ہوں۔ دینی اعتبار سے کوئی بات ایسی ہوتی ہے تو وہ اس کا تجزیہ کرتا ہوں۔ بس۔ کسی کی مخالفت کرنا میرا mission نہیں ہے۔</w:t>
      </w:r>
    </w:p>
    <w:p>
      <w:r>
        <w:rPr>
          <w:b/>
        </w:rPr>
        <w:t xml:space="preserve">[18:18] </w:t>
      </w:r>
      <w:r>
        <w:t>main naam leta hoon. maulana abul ala maududi, maulana abul hasan ali nadwi. un tamam logon par aap ne bahut kuch likha. aur tamam baatein wahi thi jo tanqeed thi. un mein jo achhi baatein thi, aap ne kaha yeh un ki zaati sifat hai.</w:t>
      </w:r>
    </w:p>
    <w:p>
      <w:pPr>
        <w:jc w:val="right"/>
      </w:pPr>
      <w:r>
        <w:t>میں نام لیتا ہوں۔ مولانا ابو العالی مودودی، مولانا ابو الحسن علی ندوی۔ ان تمام لوگوں پر آپ نے بہت کچھ لکھا۔ اور تمام باتیں وہی تھیں جو تنقید تھیں۔ ان میں جو اچھی باتیں تھیں، آپ نے کہا یہ ان کی ذاتی صفت ہے۔</w:t>
      </w:r>
    </w:p>
    <w:p>
      <w:r>
        <w:rPr>
          <w:b/>
        </w:rPr>
        <w:t xml:space="preserve">[18:35] </w:t>
      </w:r>
      <w:r>
        <w:t>? nahin, dekhiye, main donon ka, inhi donon ke liye keh raha hoon.</w:t>
      </w:r>
    </w:p>
    <w:p>
      <w:pPr>
        <w:jc w:val="right"/>
      </w:pPr>
      <w:r>
        <w:t>؟ نہیں، دیکھیے، میں دونوں کا، انہی دونوں کے لیے کہہ رہا ہوں۔</w:t>
      </w:r>
    </w:p>
    <w:p>
      <w:r>
        <w:rPr>
          <w:b/>
        </w:rPr>
        <w:t xml:space="preserve">[18:40] </w:t>
      </w:r>
      <w:r>
        <w:t>maulana modoodi par main ne koi bhi shakhsi tanqeed nahin ki.</w:t>
      </w:r>
    </w:p>
    <w:p>
      <w:pPr>
        <w:jc w:val="right"/>
      </w:pPr>
      <w:r>
        <w:t>مولانا مودودی پر میں نے کوئی بھی شخصی تنقید نہیں کی۔</w:t>
      </w:r>
    </w:p>
    <w:p>
      <w:r>
        <w:rPr>
          <w:b/>
        </w:rPr>
        <w:t xml:space="preserve">[18:43] </w:t>
      </w:r>
      <w:r>
        <w:t>koi neeyat par un par hamla nahin kiya main ne.</w:t>
      </w:r>
    </w:p>
    <w:p>
      <w:pPr>
        <w:jc w:val="right"/>
      </w:pPr>
      <w:r>
        <w:t>کوئی نیت پر ان پر حملہ نہیں کیا میں نے۔</w:t>
      </w:r>
    </w:p>
    <w:p>
      <w:r>
        <w:rPr>
          <w:b/>
        </w:rPr>
        <w:t xml:space="preserve">[18:45] </w:t>
      </w:r>
      <w:r>
        <w:t>unki fikr.</w:t>
      </w:r>
    </w:p>
    <w:p>
      <w:pPr>
        <w:jc w:val="right"/>
      </w:pPr>
      <w:r>
        <w:t>ان کی فکر.</w:t>
      </w:r>
    </w:p>
    <w:p>
      <w:r>
        <w:rPr>
          <w:b/>
        </w:rPr>
        <w:t xml:space="preserve">[18:46] </w:t>
      </w:r>
      <w:r>
        <w:t>sirf, sirf ek baat.</w:t>
      </w:r>
    </w:p>
    <w:p>
      <w:pPr>
        <w:jc w:val="right"/>
      </w:pPr>
      <w:r>
        <w:t>صرف، صرف ایک بات۔</w:t>
      </w:r>
    </w:p>
    <w:p>
      <w:r>
        <w:rPr>
          <w:b/>
        </w:rPr>
        <w:t xml:space="preserve">[18:48] </w:t>
      </w:r>
      <w:r>
        <w:t>unhon ne islam ka siyasi ta'abeer ki hai.</w:t>
      </w:r>
    </w:p>
    <w:p>
      <w:pPr>
        <w:jc w:val="right"/>
      </w:pPr>
      <w:r>
        <w:t>انہوں نے اسلام کا سیاسی تعبیر کی ہے۔</w:t>
      </w:r>
    </w:p>
    <w:p>
      <w:r>
        <w:rPr>
          <w:b/>
        </w:rPr>
        <w:t xml:space="preserve">[18:52] </w:t>
      </w:r>
      <w:r>
        <w:t>bas isi ko main ne kaha ke islam ki siyasi ta'abeer sahi nahin hai.</w:t>
      </w:r>
    </w:p>
    <w:p>
      <w:pPr>
        <w:jc w:val="right"/>
      </w:pPr>
      <w:r>
        <w:t>بس اسی کو میں نے کہا کہ اسلام کی سیاسی تعبیر صحیح نہیں ہے۔</w:t>
      </w:r>
    </w:p>
    <w:p>
      <w:r>
        <w:rPr>
          <w:b/>
        </w:rPr>
        <w:t xml:space="preserve">[18:55] </w:t>
      </w:r>
      <w:r>
        <w:t>main ne aayaton ko, hadithon ko liya, is ka matlab bataya ke islam ki siyasi ta'abeer sahi nahin</w:t>
      </w:r>
    </w:p>
    <w:p>
      <w:pPr>
        <w:jc w:val="right"/>
      </w:pPr>
      <w:r>
        <w:t>میں نے آیتوں کو، حدیثوں کو لیا، اس کا مطلب بتایا کہ اسلام کی سیاسی تعبیر صحیح نہیں</w:t>
      </w:r>
    </w:p>
    <w:p>
      <w:r>
        <w:rPr>
          <w:b/>
        </w:rPr>
        <w:t xml:space="preserve">[19:03] </w:t>
      </w:r>
      <w:r>
        <w:t>hai. bas yeh kiya.</w:t>
      </w:r>
    </w:p>
    <w:p>
      <w:pPr>
        <w:jc w:val="right"/>
      </w:pPr>
      <w:r>
        <w:t>ہے۔ بس یہ کیا۔</w:t>
      </w:r>
    </w:p>
    <w:p>
      <w:r>
        <w:rPr>
          <w:b/>
        </w:rPr>
        <w:t xml:space="preserve">[19:04] </w:t>
      </w:r>
      <w:r>
        <w:t>maulana ali miyan ke baray mein jo main ne likha, un ki ek kitaab hai: "maadha khaasar al-alam</w:t>
      </w:r>
    </w:p>
    <w:p>
      <w:pPr>
        <w:jc w:val="right"/>
      </w:pPr>
      <w:r>
        <w:t>مولانا علی میاں کے بارے میں جو میں نے لکھا، ان کی ایک کتاب ہے: "ماذا خاصر العالم</w:t>
      </w:r>
    </w:p>
    <w:p>
      <w:r>
        <w:rPr>
          <w:b/>
        </w:rPr>
        <w:t xml:space="preserve">[19:11] </w:t>
      </w:r>
      <w:r>
        <w:t>bainahdaat al-muslimeen". ji.</w:t>
      </w:r>
    </w:p>
    <w:p>
      <w:pPr>
        <w:jc w:val="right"/>
      </w:pPr>
      <w:r>
        <w:t>بینہداۃ المسلمین"۔ جی۔</w:t>
      </w:r>
    </w:p>
    <w:p>
      <w:r>
        <w:rPr>
          <w:b/>
        </w:rPr>
        <w:t xml:space="preserve">[19:13] </w:t>
      </w:r>
      <w:r>
        <w:t>to main ne sirf yeh kaha un ko ke aap ki kitaab ka title yeh hona chahiye ke</w:t>
      </w:r>
    </w:p>
    <w:p>
      <w:pPr>
        <w:jc w:val="right"/>
      </w:pPr>
      <w:r>
        <w:t>تو میں نے صرف یہ کہا ان کو کہ آپ کی کتاب کا ٹائٹل یہ ہونا چاہیے کہ</w:t>
      </w:r>
    </w:p>
    <w:p>
      <w:r>
        <w:rPr>
          <w:b/>
        </w:rPr>
        <w:t xml:space="preserve">[19:18] </w:t>
      </w:r>
      <w:r>
        <w:t>"maadha khaasar al-musalmoon bainahdaat al-nafs".</w:t>
      </w:r>
    </w:p>
    <w:p>
      <w:pPr>
        <w:jc w:val="right"/>
      </w:pPr>
      <w:r>
        <w:t>"ماذا خاصر المسلمون بینہداۃ النفسی"۔</w:t>
      </w:r>
    </w:p>
    <w:p>
      <w:r>
        <w:rPr>
          <w:b/>
        </w:rPr>
        <w:t xml:space="preserve">[19:22] </w:t>
      </w:r>
      <w:r>
        <w:t>to inehdaad, musalmanon ka jo hai, us ka apna masla hai.</w:t>
      </w:r>
    </w:p>
    <w:p>
      <w:pPr>
        <w:jc w:val="right"/>
      </w:pPr>
      <w:r>
        <w:t>تو انہداد، مسلمانوں کا جو ہے، اس کا اپنا مسئلہ ہے۔</w:t>
      </w:r>
    </w:p>
    <w:p>
      <w:r>
        <w:rPr>
          <w:b/>
        </w:rPr>
        <w:t xml:space="preserve">[19:25] </w:t>
      </w:r>
      <w:r>
        <w:t>un ka inehdaad ko door kijiye.</w:t>
      </w:r>
    </w:p>
    <w:p>
      <w:pPr>
        <w:jc w:val="right"/>
      </w:pPr>
      <w:r>
        <w:t>ان کا انہداد کو دور کیجیے۔</w:t>
      </w:r>
    </w:p>
    <w:p>
      <w:r>
        <w:rPr>
          <w:b/>
        </w:rPr>
        <w:t xml:space="preserve">[19:28] </w:t>
      </w:r>
      <w:r>
        <w:t>ji. is ko dunya ka masla kyun batate hain? musalmanon ke inehdaad se musalmanon ko masla paida hoga,</w:t>
      </w:r>
    </w:p>
    <w:p>
      <w:pPr>
        <w:jc w:val="right"/>
      </w:pPr>
      <w:r>
        <w:t>جی۔ اس کو دنیا کا مسئلہ کیوں بتاتے ہیں؟ مسلمانوں کے انہداد سے مسلمانوں کو مسئلہ پیدا ہوگا،</w:t>
      </w:r>
    </w:p>
    <w:p>
      <w:r>
        <w:rPr>
          <w:b/>
        </w:rPr>
        <w:t xml:space="preserve">[19:35] </w:t>
      </w:r>
      <w:r>
        <w:t>na ke dunya ko.</w:t>
      </w:r>
    </w:p>
    <w:p>
      <w:pPr>
        <w:jc w:val="right"/>
      </w:pPr>
      <w:r>
        <w:t>نہ کہ دنیا کو۔</w:t>
      </w:r>
    </w:p>
    <w:p>
      <w:r>
        <w:rPr>
          <w:b/>
        </w:rPr>
        <w:t xml:space="preserve">[19:37] </w:t>
      </w:r>
      <w:r>
        <w:t>to musalmanon ki islaah kijiye.</w:t>
      </w:r>
    </w:p>
    <w:p>
      <w:pPr>
        <w:jc w:val="right"/>
      </w:pPr>
      <w:r>
        <w:t>تو مسلمانوں کی اصلاح کیجیے۔</w:t>
      </w:r>
    </w:p>
    <w:p>
      <w:r>
        <w:rPr>
          <w:b/>
        </w:rPr>
        <w:t xml:space="preserve">[19:41] </w:t>
      </w:r>
      <w:r>
        <w:t>is tarah ki meri tanqeed, tanqeed nahin hoti hai.</w:t>
      </w:r>
    </w:p>
    <w:p>
      <w:pPr>
        <w:jc w:val="right"/>
      </w:pPr>
      <w:r>
        <w:t>اس طرح کی میری تنقید، تنقید نہیں ہوتی ہے۔</w:t>
      </w:r>
    </w:p>
    <w:p>
      <w:r>
        <w:rPr>
          <w:b/>
        </w:rPr>
        <w:t xml:space="preserve">[19:43] </w:t>
      </w:r>
      <w:r>
        <w:t>woh islam ki wazahat hoti hai.</w:t>
      </w:r>
    </w:p>
    <w:p>
      <w:pPr>
        <w:jc w:val="right"/>
      </w:pPr>
      <w:r>
        <w:t>وہ اسلام کی وضاحت ہوتی ہے۔</w:t>
      </w:r>
    </w:p>
    <w:p>
      <w:r>
        <w:rPr>
          <w:b/>
        </w:rPr>
        <w:t xml:space="preserve">[19:47] </w:t>
      </w:r>
      <w:r>
        <w:t>lekin maulana, sawal yeh hai ke aap tamam logon ko bolte hain ke sulajh kar ke rahiye. aap ne jo likha hai, tamam logon ko kahiye, kehte hain ke sulajh ke rahiye, hisab se rahiye. bahut sari baatein aap ne kahi hain. lekin aap ne jab bhi kisi shakhs ke bare mein likha, kabhi us ki khoobi kyun nahi likhi? hamesha us par tanqeed? naam maine dono ka le liya. aisa kyun?</w:t>
      </w:r>
    </w:p>
    <w:p>
      <w:pPr>
        <w:jc w:val="right"/>
      </w:pPr>
      <w:r>
        <w:t>لیکن مولانا، سوال یہ ہے کہ آپ تمام لوگوں کو بولتے ہیں کہ سلجھ کر کے رہیے۔ آپ نے جو لکھا ہے، تمام لوگوں کو کہیے، کہتے ہیں کہ سلجھ کے رہیے، حساب سے رہیے۔ بہت ساری باتیں آپ نے کہی ہیں۔ لیکن آپ نے جب بھی کسی شخص کے بارے میں لکھا، کبھی اس کی خوبی کیوں نہیں لکھی؟ ہمیشہ اس پر تنقید؟ نام میں نے دونوں کا لے لیا۔ ایسا کیوں؟</w:t>
      </w:r>
    </w:p>
    <w:p>
      <w:r>
        <w:rPr>
          <w:b/>
        </w:rPr>
        <w:t xml:space="preserve">[20:09] </w:t>
      </w:r>
      <w:r>
        <w:t>bhai dekhiye, mera maqsad kisi ki khoobi bayan karna nahi hai, na burai bayan karna hai. islam ki wazahat karna hai mera. bas. mujhe is se matlab nahi. agar koi achha kaam kare toh kya hamein us ki tareef nahi karni? nahi hai ke kaam kisi ka qasida padhein, woh mission nahi hai hamara. hamara mission islam ki wazahat hai. bas. woh bahut se log kar rahe hain, doosre log kar rahe hain, karein woh.</w:t>
      </w:r>
    </w:p>
    <w:p>
      <w:pPr>
        <w:jc w:val="right"/>
      </w:pPr>
      <w:r>
        <w:t>بھائی دیکھیے، میرا مقصد کسی کی خوبی بیان کرنا نہیں ہے، نہ برائی بیان کرنا ہے۔ اسلام کی وضاحت کرنا ہے میرا۔ بس۔ مجھے اس سے مطلب نہیں۔ اگر کوئی اچھا کام کرے تو کیا ہمیں اس کی تعریف نہیں کرنی؟ نہیں ہے کہ کام کسی کا قصیدہ پڑھیں، وہ mission نہیں ہے ہمارا۔ ہمارا mission اسلام کی وضاحت ہے۔ بس۔ وہ بہت سے لوگ کر رہے ہیں، دوسرے لوگ کر رہے ہیں، کریں وہ۔</w:t>
      </w:r>
    </w:p>
    <w:p>
      <w:r>
        <w:rPr>
          <w:b/>
        </w:rPr>
        <w:t xml:space="preserve">[20:34] </w:t>
      </w:r>
      <w:r>
        <w:t>sahafat ke talluq se aap ne apni kitab "Qiyadat Nama" mein ek mazmoon likha hai. urdu sahafat aur akhlaqiyat par. main wahan se iqtibaas le raha hoon. "Baat abad waqea ek mutazad tarkib hai. yeh aisa hi hai jaise kaha jaye ke ghazabnak aadmi aur khush ikhlaqi. neem ki patti aur sheereeni. itna ghussa kyun?"</w:t>
      </w:r>
    </w:p>
    <w:p>
      <w:pPr>
        <w:jc w:val="right"/>
      </w:pPr>
      <w:r>
        <w:t>صحافت کے تعلق سے آپ نے اپنی کتاب "قیادت نامہ" میں ایک مضمون لکھا ہے۔ اردو صحافت اور اخلاقیات پر۔ میں وہاں سے اقتباس لے رہا ہوں۔ "باعت آباد واقعہ ایک متضاد ترکیب ہے۔ یہ ایسا ہی ہے جیسے کہا جائے کہ غضب ناک آدمی اور خوش اخلاقی۔ نیم کی پتی اور شیرینی۔ اتنا غصہ کیوں؟"</w:t>
      </w:r>
    </w:p>
    <w:p>
      <w:r>
        <w:rPr>
          <w:b/>
        </w:rPr>
        <w:t xml:space="preserve">[20:57] </w:t>
      </w:r>
      <w:r>
        <w:t>dekhiye, main jo baat kahi hai main ne, woh yeh hai ke muslim akhbarat zyadatar</w:t>
      </w:r>
    </w:p>
    <w:p>
      <w:pPr>
        <w:jc w:val="right"/>
      </w:pPr>
      <w:r>
        <w:t>دیکھیے، میں جو بات کہی ہے میں نے، وہ یہ ہے کہ مسلم اخبارات زیادہ تر</w:t>
      </w:r>
    </w:p>
    <w:p>
      <w:r>
        <w:rPr>
          <w:b/>
        </w:rPr>
        <w:t xml:space="preserve">[21:08] </w:t>
      </w:r>
      <w:r>
        <w:t>zard sahafiyat ka namoona hotay hain.</w:t>
      </w:r>
    </w:p>
    <w:p>
      <w:pPr>
        <w:jc w:val="right"/>
      </w:pPr>
      <w:r>
        <w:t>زرد صحافت کا نمونہ ہوتے ہیں۔</w:t>
      </w:r>
    </w:p>
    <w:p>
      <w:r>
        <w:rPr>
          <w:b/>
        </w:rPr>
        <w:t xml:space="preserve">[21:10] </w:t>
      </w:r>
      <w:r>
        <w:t>Allojournalism, yani negative baatein nikal kar chhapna.</w:t>
      </w:r>
    </w:p>
    <w:p>
      <w:pPr>
        <w:jc w:val="right"/>
      </w:pPr>
      <w:r>
        <w:t>Allojournalism، یعنی negative باتیں نکال کر چھاپنا۔</w:t>
      </w:r>
    </w:p>
    <w:p>
      <w:r>
        <w:rPr>
          <w:b/>
        </w:rPr>
        <w:t xml:space="preserve">[21:17] </w:t>
      </w:r>
      <w:r>
        <w:t>bas. koi ta'ameeri baatein chhapnay ke akhbarat kuch hon gay, lekin aam tor par aisa nahin hai.</w:t>
      </w:r>
    </w:p>
    <w:p>
      <w:pPr>
        <w:jc w:val="right"/>
      </w:pPr>
      <w:r>
        <w:t>بس۔ کوئی تعمیری باتیں چھاپنے کے اخبارات کچھ ہوں گے، لیکن عام طور پر ایسا نہیں ہے۔</w:t>
      </w:r>
    </w:p>
    <w:p>
      <w:r>
        <w:rPr>
          <w:b/>
        </w:rPr>
        <w:t xml:space="preserve">[21:24] </w:t>
      </w:r>
      <w:r>
        <w:t>to mein ne sirf yahi kaha hai ke</w:t>
      </w:r>
    </w:p>
    <w:p>
      <w:pPr>
        <w:jc w:val="right"/>
      </w:pPr>
      <w:r>
        <w:t>تو میں نے صرف یہی کہا ہے کہ</w:t>
      </w:r>
    </w:p>
    <w:p>
      <w:r>
        <w:rPr>
          <w:b/>
        </w:rPr>
        <w:t xml:space="preserve">[21:28] </w:t>
      </w:r>
      <w:r>
        <w:t>Urdu sahafat ke bare mein likha hai mein ne, Urdu sahafat aam taur par zard sahafat ban gayi</w:t>
      </w:r>
    </w:p>
    <w:p>
      <w:pPr>
        <w:jc w:val="right"/>
      </w:pPr>
      <w:r>
        <w:t>اردو صحافت کے بارے میں لکھا ہے میں نے، اردو صحافت عام طور پر زرد صحافت بن گئی</w:t>
      </w:r>
    </w:p>
    <w:p>
      <w:r>
        <w:rPr>
          <w:b/>
        </w:rPr>
        <w:t xml:space="preserve">[21:34] </w:t>
      </w:r>
      <w:r>
        <w:t>hai. Ji. Allojournalism.</w:t>
      </w:r>
    </w:p>
    <w:p>
      <w:pPr>
        <w:jc w:val="right"/>
      </w:pPr>
      <w:r>
        <w:t>ہے۔ جی۔ Allojournalism۔</w:t>
      </w:r>
    </w:p>
    <w:p>
      <w:r>
        <w:rPr>
          <w:b/>
        </w:rPr>
        <w:t xml:space="preserve">[21:36] </w:t>
      </w:r>
      <w:r>
        <w:t>is ke bajaye yeh hona chahiye ke taameeri andaaz ikhtiyar kiya jaye, aur Urdu sahafat ko taameeri sahafat</w:t>
      </w:r>
    </w:p>
    <w:p>
      <w:pPr>
        <w:jc w:val="right"/>
      </w:pPr>
      <w:r>
        <w:t>اس کے بجائے یہ ہونا چاہیے کہ تعمیری انداز اختیار کیا جائے، اور اردو صحافت کو تعمیری صحافت</w:t>
      </w:r>
    </w:p>
    <w:p>
      <w:r>
        <w:rPr>
          <w:b/>
        </w:rPr>
        <w:t xml:space="preserve">[21:43] </w:t>
      </w:r>
      <w:r>
        <w:t>banaya j</w:t>
      </w:r>
    </w:p>
    <w:p>
      <w:pPr>
        <w:jc w:val="right"/>
      </w:pPr>
      <w:r>
        <w:t>بنایا ج</w:t>
      </w:r>
    </w:p>
    <w:p>
      <w:r>
        <w:rPr>
          <w:b/>
        </w:rPr>
        <w:t xml:space="preserve">[21:44] </w:t>
      </w:r>
      <w:r>
        <w:t>lekin aise aise bahut sare akhbarat hain jis ne taameeri sahafat ka karmana anjam diya hai. aur aaj bhi bahut sare mazameen akhbarat mein achhe achhe bhi shaya hote hain. toh is ke talluq se aap ne is ki pazirai kyun nahi ki? nahi, maine karta hoon. bahut se. tehzeeb ul akhlaq ke ilawa aap ne kisi ki tareef toh ki nahi?</w:t>
      </w:r>
    </w:p>
    <w:p>
      <w:pPr>
        <w:jc w:val="right"/>
      </w:pPr>
      <w:r>
        <w:t>لیکن ایسے ایسے بہت سارے اخبارات ہیں جس نے تعمیری صحافت کا کارنامہ انجام دیا ہے۔ اور آج بھی بہت سارے مضامین اخبارات میں اچھے اچھے بھی شائع ہوتے ہیں۔ تو اس کے تعلق سے آپ نے اس کی پذیرائی کیوں نہیں کی؟ نہیں، میں نے کرتا ہوں۔ بہت سے۔ تہذیب الاخلاق کے علاوہ آپ نے کسی کی تعریف تو کی نہیں؟</w:t>
      </w:r>
    </w:p>
    <w:p>
      <w:r>
        <w:rPr>
          <w:b/>
        </w:rPr>
        <w:t xml:space="preserve">[22:05] </w:t>
      </w:r>
      <w:r>
        <w:t>nahi nahi, aap mere mein mera mahnama hai, nikalta hai woh chalis saal se. aap ne us ko padha hota toh aap use irshad ullah kehte. kyunke maine bahut si achhi achhi baaton ko naqal kar ke us mein chhapa hai apne parche mein. aap hindustan mein musalmanon ka mustaqbil kahan dekhte hain?</w:t>
      </w:r>
    </w:p>
    <w:p>
      <w:pPr>
        <w:jc w:val="right"/>
      </w:pPr>
      <w:r>
        <w:t>نہیں نہیں، آپ میرے میں میرا ماہ نامہ ہے، نکلتا ہے وہ چالیس سال سے۔ آپ نے اس کو پڑھا ہوتا تو آپ اسے ارشاد اللہ کہتے۔ کیونکہ میں نے بہت سی اچھی اچھی باتوں کو نقل کر کے اس میں چھاپا ہے اپنے پرچے میں۔ آپ ہندوستان میں مسلمانوں کا مستقبل کہاں دیکھتے ہیں؟</w:t>
      </w:r>
    </w:p>
    <w:p>
      <w:r>
        <w:rPr>
          <w:b/>
        </w:rPr>
        <w:t xml:space="preserve">[22:24] </w:t>
      </w:r>
      <w:r>
        <w:t>Hindustan ke musalmanon ka mustaqbil bohat aasan hai janna.</w:t>
      </w:r>
    </w:p>
    <w:p>
      <w:pPr>
        <w:jc w:val="right"/>
      </w:pPr>
      <w:r>
        <w:t>ہندوستان کے مسلمانوں کا مستقبل بہت آسان ہے جاننا۔</w:t>
      </w:r>
    </w:p>
    <w:p>
      <w:r>
        <w:rPr>
          <w:b/>
        </w:rPr>
        <w:t xml:space="preserve">[22:29] </w:t>
      </w:r>
      <w:r>
        <w:t>1947 se compare kijiye aaj ko.</w:t>
      </w:r>
    </w:p>
    <w:p>
      <w:pPr>
        <w:jc w:val="right"/>
      </w:pPr>
      <w:r>
        <w:t>1947 سے compare کیجیے آج کو۔</w:t>
      </w:r>
    </w:p>
    <w:p>
      <w:r>
        <w:rPr>
          <w:b/>
        </w:rPr>
        <w:t xml:space="preserve">[22:31] </w:t>
      </w:r>
      <w:r>
        <w:t>Ji. To aaj har Muslim family taraqqi par hai.</w:t>
      </w:r>
    </w:p>
    <w:p>
      <w:pPr>
        <w:jc w:val="right"/>
      </w:pPr>
      <w:r>
        <w:t>جی۔ تو آج ہر مسلم family ترقی پر ہے۔</w:t>
      </w:r>
    </w:p>
    <w:p>
      <w:r>
        <w:rPr>
          <w:b/>
        </w:rPr>
        <w:t xml:space="preserve">[22:36] </w:t>
      </w:r>
      <w:r>
        <w:t>Aap Hyderabad se hain, kisi bhi Muslim family mein ja ke dekhiye to aap dekhenge, pehle kacha</w:t>
      </w:r>
    </w:p>
    <w:p>
      <w:pPr>
        <w:jc w:val="right"/>
      </w:pPr>
      <w:r>
        <w:t>آپ حیدرآباد سے ہیں، کسی بھی مسلم family میں جا کے دیکھیے تو آپ دیکھیں گے، پہلے کچا</w:t>
      </w:r>
    </w:p>
    <w:p>
      <w:r>
        <w:rPr>
          <w:b/>
        </w:rPr>
        <w:t xml:space="preserve">[22:42] </w:t>
      </w:r>
      <w:r>
        <w:t>ghar tha to ab pakka ghar hai.</w:t>
      </w:r>
    </w:p>
    <w:p>
      <w:pPr>
        <w:jc w:val="right"/>
      </w:pPr>
      <w:r>
        <w:t>گھر تھا تو اب پکا گھر ہے۔</w:t>
      </w:r>
    </w:p>
    <w:p>
      <w:r>
        <w:rPr>
          <w:b/>
        </w:rPr>
        <w:t xml:space="preserve">[22:43] </w:t>
      </w:r>
      <w:r>
        <w:t>Pehle cycle thi to ab car hai.</w:t>
      </w:r>
    </w:p>
    <w:p>
      <w:pPr>
        <w:jc w:val="right"/>
      </w:pPr>
      <w:r>
        <w:t>پہلے سائیکل تھی تو اب کار ہے۔</w:t>
      </w:r>
    </w:p>
    <w:p>
      <w:r>
        <w:rPr>
          <w:b/>
        </w:rPr>
        <w:t xml:space="preserve">[22:46] </w:t>
      </w:r>
      <w:r>
        <w:t>Pehle in ka bachcha madrasay mein parhta tha to ab English school mein parhta hai.</w:t>
      </w:r>
    </w:p>
    <w:p>
      <w:pPr>
        <w:jc w:val="right"/>
      </w:pPr>
      <w:r>
        <w:t>پہلے ان کا بچہ مدرسے میں پڑھتا تھا تو اب انگلش اسکول میں پڑھتا ہے۔</w:t>
      </w:r>
    </w:p>
    <w:p>
      <w:r>
        <w:rPr>
          <w:b/>
        </w:rPr>
        <w:t xml:space="preserve">[22:49] </w:t>
      </w:r>
      <w:r>
        <w:t>Pehle in ke ghar walay Hyderabad mein kaam karte thay, ab America mein kaam kar rahe hain.</w:t>
      </w:r>
    </w:p>
    <w:p>
      <w:pPr>
        <w:jc w:val="right"/>
      </w:pPr>
      <w:r>
        <w:t>پہلے ان کے گھر والے حیدرآباد میں کام کرتے تھے، اب امریکہ میں کام کر رہے ہیں۔</w:t>
      </w:r>
    </w:p>
    <w:p>
      <w:r>
        <w:rPr>
          <w:b/>
        </w:rPr>
        <w:t xml:space="preserve">[22:54] </w:t>
      </w:r>
      <w:r>
        <w:t>To mustaqbil aage barh rah</w:t>
      </w:r>
    </w:p>
    <w:p>
      <w:pPr>
        <w:jc w:val="right"/>
      </w:pPr>
      <w:r>
        <w:t>تو مستقبل آگے بڑھ رہ</w:t>
      </w:r>
    </w:p>
    <w:p>
      <w:r>
        <w:rPr>
          <w:b/>
        </w:rPr>
        <w:t xml:space="preserve">[22:56] </w:t>
      </w:r>
      <w:r>
        <w:t>yani aap ko tabnak mustaqbil dikhai de raha hai. Already tabnak mustaqbil hai. Common Civil Code ko le kar aap kya sochte hain? Baar baar hawa khara kiya jata hai mulk mein ke Common Civil Code laagu kar diya jaye. Phir itni mukhalifat kyun?</w:t>
      </w:r>
    </w:p>
    <w:p>
      <w:pPr>
        <w:jc w:val="right"/>
      </w:pPr>
      <w:r>
        <w:t>یعنی آپ کو تابناک مستقبل دکھائی دے رہا ہے۔ Already تابناک مستقبل ہے۔ Common Civil Code کو لے کر آپ کیا سوچتے ہیں؟ بار بار ہوا کھڑا کیا جاتا ہے ملک میں کہ Common Civil Code لاگو کر دیا جائے۔ پھر اتنی مخالفت کیوں؟</w:t>
      </w:r>
    </w:p>
    <w:p>
      <w:r>
        <w:rPr>
          <w:b/>
        </w:rPr>
        <w:t xml:space="preserve">[23:09] </w:t>
      </w:r>
      <w:r>
        <w:t>Dekhiye, mera nazariya yeh hai ke Common Civil Code</w:t>
      </w:r>
    </w:p>
    <w:p>
      <w:pPr>
        <w:jc w:val="right"/>
      </w:pPr>
      <w:r>
        <w:t>دیکھیے، میرا نظریہ یہ ہے کہ کامن سول کوڈ</w:t>
      </w:r>
    </w:p>
    <w:p>
      <w:r>
        <w:rPr>
          <w:b/>
        </w:rPr>
        <w:t xml:space="preserve">[23:14] </w:t>
      </w:r>
      <w:r>
        <w:t>par kisi shorgul ki zaroorat nahi hai.</w:t>
      </w:r>
    </w:p>
    <w:p>
      <w:pPr>
        <w:jc w:val="right"/>
      </w:pPr>
      <w:r>
        <w:t>پر کسی شورغل کی ضرورت نہیں ہے۔</w:t>
      </w:r>
    </w:p>
    <w:p>
      <w:r>
        <w:rPr>
          <w:b/>
        </w:rPr>
        <w:t xml:space="preserve">[23:16] </w:t>
      </w:r>
      <w:r>
        <w:t>Ji. Common Civil Code already maujood hai.</w:t>
      </w:r>
    </w:p>
    <w:p>
      <w:pPr>
        <w:jc w:val="right"/>
      </w:pPr>
      <w:r>
        <w:t>جی۔ کامن سول کوڈ already موجود ہے۔</w:t>
      </w:r>
    </w:p>
    <w:p>
      <w:r>
        <w:rPr>
          <w:b/>
        </w:rPr>
        <w:t xml:space="preserve">[23:20] </w:t>
      </w:r>
      <w:r>
        <w:t>Jis ko kehte hain woh Marriage</w:t>
      </w:r>
    </w:p>
    <w:p>
      <w:pPr>
        <w:jc w:val="right"/>
      </w:pPr>
      <w:r>
        <w:t>جس کو کہتے ہیں وہ Marriage</w:t>
      </w:r>
    </w:p>
    <w:p>
      <w:r>
        <w:rPr>
          <w:b/>
        </w:rPr>
        <w:t xml:space="preserve">[23:24] </w:t>
      </w:r>
      <w:r>
        <w:t>Civil Marriage Act.</w:t>
      </w:r>
    </w:p>
    <w:p>
      <w:pPr>
        <w:jc w:val="right"/>
      </w:pPr>
      <w:r>
        <w:t>Civil Marriage Act۔</w:t>
      </w:r>
    </w:p>
    <w:p>
      <w:r>
        <w:rPr>
          <w:b/>
        </w:rPr>
        <w:t xml:space="preserve">[23:25] </w:t>
      </w:r>
      <w:r>
        <w:t>Ji. Wahi to hai woh.</w:t>
      </w:r>
    </w:p>
    <w:p>
      <w:pPr>
        <w:jc w:val="right"/>
      </w:pPr>
      <w:r>
        <w:t>جی۔ وہی تو ہے وہ۔</w:t>
      </w:r>
    </w:p>
    <w:p>
      <w:r>
        <w:rPr>
          <w:b/>
        </w:rPr>
        <w:t xml:space="preserve">[23:27] </w:t>
      </w:r>
      <w:r>
        <w:t>Civil Marriage Act ko ek naye naam se aap bana dein, is se kiya farq padega? Civil</w:t>
      </w:r>
    </w:p>
    <w:p>
      <w:pPr>
        <w:jc w:val="right"/>
      </w:pPr>
      <w:r>
        <w:t>Civil Marriage Act کو ایک نئے نام سے آپ بنا دیں، اس سے کیا فرق پڑے گا؟ Civil</w:t>
      </w:r>
    </w:p>
    <w:p>
      <w:r>
        <w:rPr>
          <w:b/>
        </w:rPr>
        <w:t xml:space="preserve">[23:32] </w:t>
      </w:r>
      <w:r>
        <w:t>Marriage Act bohat pehle se hai.</w:t>
      </w:r>
    </w:p>
    <w:p>
      <w:pPr>
        <w:jc w:val="right"/>
      </w:pPr>
      <w:r>
        <w:t>Marriage Act بہت پہلے سے ہے۔</w:t>
      </w:r>
    </w:p>
    <w:p>
      <w:r>
        <w:rPr>
          <w:b/>
        </w:rPr>
        <w:t xml:space="preserve">[23:34] </w:t>
      </w:r>
      <w:r>
        <w:t>Is ka kuch bhi society par asar nahi pada.</w:t>
      </w:r>
    </w:p>
    <w:p>
      <w:pPr>
        <w:jc w:val="right"/>
      </w:pPr>
      <w:r>
        <w:t>اس کا کچھ بھی society پر اثر نہیں پڑا۔</w:t>
      </w:r>
    </w:p>
    <w:p>
      <w:r>
        <w:rPr>
          <w:b/>
        </w:rPr>
        <w:t xml:space="preserve">[23:37] </w:t>
      </w:r>
      <w:r>
        <w:t>Civil Marriage Act ka kuch bhi asar society par nahi pada.</w:t>
      </w:r>
    </w:p>
    <w:p>
      <w:pPr>
        <w:jc w:val="right"/>
      </w:pPr>
      <w:r>
        <w:t>Civil Marriage Act کا کچھ بھی اثر society پر نہیں پڑا۔</w:t>
      </w:r>
    </w:p>
    <w:p>
      <w:r>
        <w:rPr>
          <w:b/>
        </w:rPr>
        <w:t xml:space="preserve">[23:40] </w:t>
      </w:r>
      <w:r>
        <w:t>To isi tareeqay se agar Common Civil Code bana diya jaye, is ka koi asar nahi padega.</w:t>
      </w:r>
    </w:p>
    <w:p>
      <w:pPr>
        <w:jc w:val="right"/>
      </w:pPr>
      <w:r>
        <w:t>تو اسی طریقے سے اگر کامن سول کوڈ بنا دیا جائے، اس کا کوئی اثر نہیں پڑے گا۔</w:t>
      </w:r>
    </w:p>
    <w:p>
      <w:r>
        <w:rPr>
          <w:b/>
        </w:rPr>
        <w:t xml:space="preserve">[23:44] </w:t>
      </w:r>
      <w:r>
        <w:t>tu jo cheez be asar reh jaye, jis ka koi asar</w:t>
      </w:r>
    </w:p>
    <w:p>
      <w:pPr>
        <w:jc w:val="right"/>
      </w:pPr>
      <w:r>
        <w:t>تو جو چیز بے اثر رہ جائے، جس کا کوئی اثر</w:t>
      </w:r>
    </w:p>
    <w:p>
      <w:r>
        <w:rPr>
          <w:b/>
        </w:rPr>
        <w:t xml:space="preserve">[23:48] </w:t>
      </w:r>
      <w:r>
        <w:t>Tab phir is ke khilaaf itna hawa kyun khara kiya jata hai? Ulama-e-deen is ki? Main toh nahi karta. Jo karte hain, woh karte hain. Kya aap mante hain ke woh galat hai? Main kehta hoon. Hone dena chahiye? Choonke ek dar dikhaya jata hai, ek khauf dikhaya jata hai musalmanon ko ke Common Civil Code nafiz kiya jayega. Musalman kehte hain nahi.</w:t>
      </w:r>
    </w:p>
    <w:p>
      <w:pPr>
        <w:jc w:val="right"/>
      </w:pPr>
      <w:r>
        <w:t>تب پھر اس کے خلاف اتنا ہوا کیوں کھڑا کیا جاتا ہے؟ علمائے دین اس کی؟ میں تو نہیں کرتا۔ جو کرتے ہیں، وہ کرتے ہیں۔ کیا آپ مانتے ہیں کہ وہ غلط ہے؟ میں کہتا ہوں۔ ہونے دینا چاہیے؟ چونکہ ایک ڈر دکھایا جاتا ہے، ایک خوف دکھایا جاتا ہے مسلمانوں کو کہ Common Civil Code نافذ کیا جائے گا۔ مسلمان کہتے ہیں نہیں۔</w:t>
      </w:r>
    </w:p>
    <w:p>
      <w:r>
        <w:rPr>
          <w:b/>
        </w:rPr>
        <w:t xml:space="preserve">[24:06] </w:t>
      </w:r>
      <w:r>
        <w:t>aisa nahi hai.</w:t>
      </w:r>
    </w:p>
    <w:p>
      <w:pPr>
        <w:jc w:val="right"/>
      </w:pPr>
      <w:r>
        <w:t>ایسا نہیں ہے۔</w:t>
      </w:r>
    </w:p>
    <w:p>
      <w:r>
        <w:rPr>
          <w:b/>
        </w:rPr>
        <w:t xml:space="preserve">[24:06] </w:t>
      </w:r>
      <w:r>
        <w:t>koi dar nahi dikhaya jata.</w:t>
      </w:r>
    </w:p>
    <w:p>
      <w:pPr>
        <w:jc w:val="right"/>
      </w:pPr>
      <w:r>
        <w:t>کوئی ڈر نہیں دکھایا جاتا۔</w:t>
      </w:r>
    </w:p>
    <w:p>
      <w:r>
        <w:rPr>
          <w:b/>
        </w:rPr>
        <w:t xml:space="preserve">[24:08] </w:t>
      </w:r>
      <w:r>
        <w:t>agar nafiz karna hota to 60 baras mein ab tak kar chuke hote.</w:t>
      </w:r>
    </w:p>
    <w:p>
      <w:pPr>
        <w:jc w:val="right"/>
      </w:pPr>
      <w:r>
        <w:t>اگر نافذ کرنا ہوتا تو 60 برس میں اب تک کر چکے ہوتے۔</w:t>
      </w:r>
    </w:p>
    <w:p>
      <w:r>
        <w:rPr>
          <w:b/>
        </w:rPr>
        <w:t xml:space="preserve">[24:12] </w:t>
      </w:r>
      <w:r>
        <w:t>kon rokta in ko? ek sirf dekhiye, is ki harkat itni hai ke constitution mein likh diya gaya</w:t>
      </w:r>
    </w:p>
    <w:p>
      <w:pPr>
        <w:jc w:val="right"/>
      </w:pPr>
      <w:r>
        <w:t>کون روکتا ان کو؟ ایک صرف دیکھیے، اس کی حرکت اتنی ہے کہ constitution میں لکھ دیا گیا</w:t>
      </w:r>
    </w:p>
    <w:p>
      <w:r>
        <w:rPr>
          <w:b/>
        </w:rPr>
        <w:t xml:space="preserve">[24:20] </w:t>
      </w:r>
      <w:r>
        <w:t>tha. Constitution mein, constitution mein bohat cheezein likhi gayi hain jo amal mein nahi aaein.</w:t>
      </w:r>
    </w:p>
    <w:p>
      <w:pPr>
        <w:jc w:val="right"/>
      </w:pPr>
      <w:r>
        <w:t>تھا۔ Constitution میں، constitution میں بہت چیزیں لکھی گئی ہیں جو عمل میں نہیں آئیں۔</w:t>
      </w:r>
    </w:p>
    <w:p>
      <w:r>
        <w:rPr>
          <w:b/>
        </w:rPr>
        <w:t xml:space="preserve">[24:27] </w:t>
      </w:r>
      <w:r>
        <w:t>misalan aap constitution mein ek clause hai, values par.</w:t>
      </w:r>
    </w:p>
    <w:p>
      <w:pPr>
        <w:jc w:val="right"/>
      </w:pPr>
      <w:r>
        <w:t>مثلاً آپ constitution میں ایک clause ہے، values پر۔</w:t>
      </w:r>
    </w:p>
    <w:p>
      <w:r>
        <w:rPr>
          <w:b/>
        </w:rPr>
        <w:t xml:space="preserve">[24:34] </w:t>
      </w:r>
      <w:r>
        <w:t>ghaliban 21A. Ji.</w:t>
      </w:r>
    </w:p>
    <w:p>
      <w:pPr>
        <w:jc w:val="right"/>
      </w:pPr>
      <w:r>
        <w:t>غالباً 21A۔ جی۔</w:t>
      </w:r>
    </w:p>
    <w:p>
      <w:r>
        <w:rPr>
          <w:b/>
        </w:rPr>
        <w:t xml:space="preserve">[24:36] </w:t>
      </w:r>
      <w:r>
        <w:t>ek bhi cheez is ke amal mein nahi aai.</w:t>
      </w:r>
    </w:p>
    <w:p>
      <w:pPr>
        <w:jc w:val="right"/>
      </w:pPr>
      <w:r>
        <w:t>ایک بھی چیز اس کے عمل میں نہیں آئی۔</w:t>
      </w:r>
    </w:p>
    <w:p>
      <w:r>
        <w:rPr>
          <w:b/>
        </w:rPr>
        <w:t xml:space="preserve">[24:38] </w:t>
      </w:r>
      <w:r>
        <w:t>to bohat si cheezein aisi hain, wo constitution mein hain jo amal mein nahi aaein.</w:t>
      </w:r>
    </w:p>
    <w:p>
      <w:pPr>
        <w:jc w:val="right"/>
      </w:pPr>
      <w:r>
        <w:t>تو بہت سی چیزیں ایسی ہیں، وہ constitution میں ہیں جو عمل میں نہیں آئیں۔</w:t>
      </w:r>
    </w:p>
    <w:p>
      <w:r>
        <w:rPr>
          <w:b/>
        </w:rPr>
        <w:t xml:space="preserve">[24:42] </w:t>
      </w:r>
      <w:r>
        <w:t>isi waja se yeh bhi ek bhi hai.</w:t>
      </w:r>
    </w:p>
    <w:p>
      <w:pPr>
        <w:jc w:val="right"/>
      </w:pPr>
      <w:r>
        <w:t>اسی وجہ سے یہ بھی ایک بھی ہے۔</w:t>
      </w:r>
    </w:p>
    <w:p>
      <w:r>
        <w:rPr>
          <w:b/>
        </w:rPr>
        <w:t xml:space="preserve">[24:44] </w:t>
      </w:r>
      <w:r>
        <w:t>to likh diya to likh diya.</w:t>
      </w:r>
    </w:p>
    <w:p>
      <w:pPr>
        <w:jc w:val="right"/>
      </w:pPr>
      <w:r>
        <w:t>تو لکھ دیا تو لکھ دیا۔</w:t>
      </w:r>
    </w:p>
    <w:p>
      <w:r>
        <w:rPr>
          <w:b/>
        </w:rPr>
        <w:t xml:space="preserve">[24:45] </w:t>
      </w:r>
      <w:r>
        <w:t>phir shor karne ki zarorat hi kia hai? common jo jinho ne is constitution banaya tha, itna bara</w:t>
      </w:r>
    </w:p>
    <w:p>
      <w:pPr>
        <w:jc w:val="right"/>
      </w:pPr>
      <w:r>
        <w:t>پھر شور کرنے کی ضرورت ہی کیا ہے؟ کامن جو جنہوں نے اس constitution بنایا تھا، اتنا بڑا</w:t>
      </w:r>
    </w:p>
    <w:p>
      <w:r>
        <w:rPr>
          <w:b/>
        </w:rPr>
        <w:t xml:space="preserve">[24:51] </w:t>
      </w:r>
      <w:r>
        <w:t>constitution dunya mein kahin hai hi nahi.</w:t>
      </w:r>
    </w:p>
    <w:p>
      <w:pPr>
        <w:jc w:val="right"/>
      </w:pPr>
      <w:r>
        <w:t>constitution دنیا میں کہیں ہے ہی نہیں۔</w:t>
      </w:r>
    </w:p>
    <w:p>
      <w:r>
        <w:rPr>
          <w:b/>
        </w:rPr>
        <w:t xml:space="preserve">[24:53] </w:t>
      </w:r>
      <w:r>
        <w:t>mein is ko, is se ittefaq nahi rakhta ke itna bara bana dala</w:t>
      </w:r>
    </w:p>
    <w:p>
      <w:pPr>
        <w:jc w:val="right"/>
      </w:pPr>
      <w:r>
        <w:t>میں اس کو، اس سے اتفاق نہیں رکھتا کہ اتنا بڑا بنا ڈالا</w:t>
      </w:r>
    </w:p>
    <w:p>
      <w:r>
        <w:rPr>
          <w:b/>
        </w:rPr>
        <w:t xml:space="preserve">[24:57] </w:t>
      </w:r>
      <w:r>
        <w:t>Lekin sir, Constitution mein baar baar is mein tabdeeli toh aayi, is mein kuch nayi cheezein jodi gayi. Aap bata rahe hain ke itne dinon mein laagu kyun nahi hua? Jawahar Lal Nehru ke zamane mein Patel is ki mukhalifat kar rahe the. Jawahar Lal Nehru ke zamane mein Hindu tanzeemein is ki mukhalifat kar rahi thi. Aaj Hindu tanzeemein saath hain, kehti hain Common Civil Code laagu kijiye. Muslim tanzeemein us waqt bhi mukhalifat karti thi aur aaj bhi kar rahi hain. Kyun? Muslim tanzeemein hi kyun alag hoti hain?</w:t>
      </w:r>
    </w:p>
    <w:p>
      <w:pPr>
        <w:jc w:val="right"/>
      </w:pPr>
      <w:r>
        <w:t>لیکن سر، Constitution میں بار بار اس میں تبدیلی تو آئی، اس میں کچھ نئی چیزیں جوڑی گئیں۔ آپ بتا رہے ہیں کہ اتنے دنوں میں لاگو کیوں نہیں ہوا؟ جواہر لعل نہرو کے زمانے میں پٹیل اس کی مخالفت کر رہے تھے۔ جواہر لعل نہرو کے زمانے میں ہندو تنظیمیں اس کی مخالفت کر رہی تھیں۔ آج ہندو تنظیمیں ساتھ ہیں، کہتی ہیں Common Civil Code لاگو کیجیے۔ مسلم تنظیمیں اس وقت بھی مخالفت کرتی تھیں اور آج بھی کر رہی ہیں۔ کیوں؟ مسلم تنظیمیں ہی کیوں الگ ہوتی ہیں؟</w:t>
      </w:r>
    </w:p>
    <w:p>
      <w:r>
        <w:rPr>
          <w:b/>
        </w:rPr>
        <w:t xml:space="preserve">[25:22] </w:t>
      </w:r>
      <w:r>
        <w:t>Dekhiye, Common Civil Code ka jo clause hai dastoor mein, woh main samajhta hoon koi sanjeeda sanjeeda masla hi nahi hai. Kyunke aur bhi bohat si cheezein hain jo amal mein nahi aayi, yeh bhi amal nahi hai. Ab ab woh toh already woh radd hai. Already woh amalan is ka maujood nahi hai is ka. Toh phir hum pareshan kyun hon? Pareshan hone ki zaroorat hi kya hai?</w:t>
      </w:r>
    </w:p>
    <w:p>
      <w:pPr>
        <w:jc w:val="right"/>
      </w:pPr>
      <w:r>
        <w:t>دیکھیے، Common Civil Code کا جو clause ہے دستور میں، وہ میں سمجھتا ہوں کوئی سنجیدہ سنجیدہ مسئلہ ہی نہیں ہے۔ کیونکہ اور بھی بہت سی چیزیں ہیں جو عمل میں نہیں آئیں، یہ بھی عمل نہیں ہے۔ اب اب وہ تو already وہ رد ہے۔ Already وہ عملاً اس کا موجود نہیں ہے اس کا۔ تو پھر ہم پریشان کیوں ہوں؟ پریشان ہونے کی ضرورت ہی کیا ہے؟</w:t>
      </w:r>
    </w:p>
    <w:p>
      <w:r>
        <w:rPr>
          <w:b/>
        </w:rPr>
        <w:t xml:space="preserve">[25:48] </w:t>
      </w:r>
      <w:r>
        <w:t>Pareshan hone ki zaroorat nahi hai. Bohat bohat shukriya Wahiduddin Sahab, aap hamare is khaas program mein aaye. Nazireen, aaj ke liye filhaal itna hi. Aainda agle hafte kisi nayi shakhsiyat ke saath hogi hamari khaas mulaqat. Tab tak ke liye hamari poori team ko di jaye ijazat. Lekin Munsef TV par khabron ka silsila jaari rahega.</w:t>
      </w:r>
    </w:p>
    <w:p>
      <w:pPr>
        <w:jc w:val="right"/>
      </w:pPr>
      <w:r>
        <w:t>پریشان ہونے کی ضرورت نہیں ہے۔ بہت بہت شکریہ وحید الدین صاحب، آپ ہمارے اس خاص program میں آئے۔ ناظرین، آج کے لیے فی الحال اتنا ہی۔ آئندہ اگلے ہفتے کسی نئی شخصیت کے ساتھ ہوگی ہماری خاص ملاقات۔ تب تک کے لیے ہماری پوری ٹیم کو دی جائے اجازت۔ لیکن منصف ٹی وی پر خبروں کا سلسلہ جاری رہے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